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Quran and Hadith December 20, 2009</w:t>
      </w:r>
    </w:p>
    <w:p>
      <w:r>
        <w:t>https://www.youtube.com/watch?v=EM_vhVUKSYw</w:t>
      </w:r>
    </w:p>
    <w:p>
      <w:r>
        <w:rPr>
          <w:b/>
        </w:rPr>
        <w:t xml:space="preserve">[00:14] </w:t>
      </w:r>
      <w:r>
        <w:t>bismillah hir rahman nir rahim, wa salli Allahu ala nabiyyil karim. rab ishrah li sadri, wa yassir li amri, wah lul uqdatan min lisani yaf qahu qawli.</w:t>
      </w:r>
    </w:p>
    <w:p>
      <w:pPr>
        <w:jc w:val="right"/>
      </w:pPr>
      <w:r>
        <w:t>بسم اللہ الرحمن الرحیم، و صلی اللہ علی النبی الکریم۔ رب اشرح لی صدری، ویسر لی امری، واحل العقدۃ من لسانی یفقہ قولی۔</w:t>
      </w:r>
    </w:p>
    <w:p>
      <w:r>
        <w:rPr>
          <w:b/>
        </w:rPr>
        <w:t xml:space="preserve">[00:33] </w:t>
      </w:r>
      <w:r>
        <w:t>aaj ki baat ka title hai "quran aur hadith" ya "quran aur sunnat".</w:t>
      </w:r>
    </w:p>
    <w:p>
      <w:pPr>
        <w:jc w:val="right"/>
      </w:pPr>
      <w:r>
        <w:t>آج کی بات کا ٹائٹل ہے "قرآن اور حدیث" یا "قرآن اور سنت"۔</w:t>
      </w:r>
    </w:p>
    <w:p>
      <w:r>
        <w:rPr>
          <w:b/>
        </w:rPr>
        <w:t xml:space="preserve">[00:48] </w:t>
      </w:r>
      <w:r>
        <w:t>yeh main samajhta hoon ke bohat zyada sochne wala topic hai. yeh quran kya hai ya sunnat kya hai?</w:t>
      </w:r>
    </w:p>
    <w:p>
      <w:pPr>
        <w:jc w:val="right"/>
      </w:pPr>
      <w:r>
        <w:t>یہ میں سمجھتا ہوں کہ بہت زیادہ سوچنے والا ٹاپک ہے۔ یہ قرآن کیا ہے یا سنت کیا ہے؟</w:t>
      </w:r>
    </w:p>
    <w:p>
      <w:r>
        <w:rPr>
          <w:b/>
        </w:rPr>
        <w:t xml:space="preserve">[00:59] </w:t>
      </w:r>
      <w:r>
        <w:t>quran Allah ka kalam hai, sunnat prophet ki zindagi ka record hai.</w:t>
      </w:r>
    </w:p>
    <w:p>
      <w:pPr>
        <w:jc w:val="right"/>
      </w:pPr>
      <w:r>
        <w:t>قرآن اللہ کا کلام ہے، سنت پرافٹ کی زندگی کا ریکارڈ ہے۔</w:t>
      </w:r>
    </w:p>
    <w:p>
      <w:r>
        <w:rPr>
          <w:b/>
        </w:rPr>
        <w:t xml:space="preserve">[01:12] </w:t>
      </w:r>
      <w:r>
        <w:t>yeh dono cheezen har insaan ke liye bohat ziyada important hain, is liye ke Khuda ne paida kiya insaan ko.</w:t>
      </w:r>
    </w:p>
    <w:p>
      <w:pPr>
        <w:jc w:val="right"/>
      </w:pPr>
      <w:r>
        <w:t>یہ دونوں چیزیں ہر انسان کے لیے بہت زیادہ امپورٹنٹ ہیں، اس لیے کہ خدا نے پیدا کیا انسان کو۔</w:t>
      </w:r>
    </w:p>
    <w:p>
      <w:r>
        <w:rPr>
          <w:b/>
        </w:rPr>
        <w:t xml:space="preserve">[01:27] </w:t>
      </w:r>
      <w:r>
        <w:t>Insaan ko jaanna chahiye ke Khuda ka creation plan kya hai, Khuda ne kya bataya hai insaan ko.</w:t>
      </w:r>
    </w:p>
    <w:p>
      <w:pPr>
        <w:jc w:val="right"/>
      </w:pPr>
      <w:r>
        <w:t>انسان کو جاننا چاہیے کہ خدا کا کریشن پلان کیا ہے، خدا نے کیا بتایا ہے انسان کو۔</w:t>
      </w:r>
    </w:p>
    <w:p>
      <w:r>
        <w:rPr>
          <w:b/>
        </w:rPr>
        <w:t xml:space="preserve">[01:40] </w:t>
      </w:r>
      <w:r>
        <w:t>Yeh saari cheezen insaan ke liye jaanna zaroori hai. To Allah taala ne har zamaney mein apni kitaab bheji, peghambar bheje.</w:t>
      </w:r>
    </w:p>
    <w:p>
      <w:pPr>
        <w:jc w:val="right"/>
      </w:pPr>
      <w:r>
        <w:t>یہ ساری چیزیں انسان کے لیے جاننا ضروری ہے۔ تو اللہ تعالی نے ہر زمانے میں اپنی کتاب بھیجی، پیغمبر بھیجے۔</w:t>
      </w:r>
    </w:p>
    <w:p>
      <w:r>
        <w:rPr>
          <w:b/>
        </w:rPr>
        <w:t xml:space="preserve">[01:51] </w:t>
      </w:r>
      <w:r>
        <w:t>Lekin pichley peghambaron par aaney wali kitaben aur Allah ka kalam woh preserve nahi reh saki.</w:t>
      </w:r>
    </w:p>
    <w:p>
      <w:pPr>
        <w:jc w:val="right"/>
      </w:pPr>
      <w:r>
        <w:t>لیکن پچھلے پیغمبروں پر آنے والی کتابیں اور اللہ کا کلام وہ پریزرو نہیں رہ سکا۔</w:t>
      </w:r>
    </w:p>
    <w:p>
      <w:r>
        <w:rPr>
          <w:b/>
        </w:rPr>
        <w:t xml:space="preserve">[02:02] </w:t>
      </w:r>
      <w:r>
        <w:t>Woh zamaney mein ya to gum ho gaya ya badal gaya. Phir Allah ne aakhri rasool Muhammad Salallaho Alaihi Wasallam ko bheja aur aap ke zariye aaney wali kitaab ko poori tarah mehfooz kar diya, preserve kar diya.</w:t>
      </w:r>
    </w:p>
    <w:p>
      <w:pPr>
        <w:jc w:val="right"/>
      </w:pPr>
      <w:r>
        <w:t>وہ زمانے میں یا تو گم ہو گیا یا بدل گیا۔ پھر اللہ نے آخری رسول محمد صلی اللہ علیہ وسلم کو بھیجا اور آپ کے ذریعے آنے والی کتاب کو پوری طرح محفوظ کر دیا، پریزرو کر دیا۔</w:t>
      </w:r>
    </w:p>
    <w:p>
      <w:r>
        <w:rPr>
          <w:b/>
        </w:rPr>
        <w:t xml:space="preserve">[02:24] </w:t>
      </w:r>
      <w:r>
        <w:t>Aur Allah ne aap ke, Allah ne Rasool Allah Salallaho Alaihi Wasallam ke zindagi ke record ko bhi mehfooz kar diya.</w:t>
      </w:r>
    </w:p>
    <w:p>
      <w:pPr>
        <w:jc w:val="right"/>
      </w:pPr>
      <w:r>
        <w:t>اور اللہ نے آپ کے، اللہ نے رسول اللہ صلی اللہ علیہ وسلم کے زندگی کے ریکارڈ کو بھی محفوظ کر دیا۔</w:t>
      </w:r>
    </w:p>
    <w:p>
      <w:r>
        <w:rPr>
          <w:b/>
        </w:rPr>
        <w:t xml:space="preserve">[02:35] </w:t>
      </w:r>
      <w:r>
        <w:t>To yeh dono baaten Quran mein wazeh taur par maujood hain. Dekhiye, Quran ke jo chapter number do hai, Al-Baqarah, us ke shuru mein yeh ayat hai:</w:t>
      </w:r>
    </w:p>
    <w:p>
      <w:pPr>
        <w:jc w:val="right"/>
      </w:pPr>
      <w:r>
        <w:t>تو یہ دونوں باتیں قرآن میں واضح طور پر موجود ہیں۔ دیکھیے، قرآن کے جو چیپٹر نمبر دو ہے، البقرہ، اس کے شروع میں یہ آیت ہے:</w:t>
      </w:r>
    </w:p>
    <w:p>
      <w:r>
        <w:rPr>
          <w:b/>
        </w:rPr>
        <w:t xml:space="preserve">[02:52] </w:t>
      </w:r>
      <w:r>
        <w:t>"Zalikal kitabu la raiba feehil muttaqeen". Yeh kitaab hai Allah ki, jis mein koi shakk nahi.</w:t>
      </w:r>
    </w:p>
    <w:p>
      <w:pPr>
        <w:jc w:val="right"/>
      </w:pPr>
      <w:r>
        <w:t>"ذالک الکتاب لاری فیہ المتقین"۔ یہ کتاب ہے اللہ کی، جس میں کوئی شک نہیں۔</w:t>
      </w:r>
    </w:p>
    <w:p>
      <w:r>
        <w:rPr>
          <w:b/>
        </w:rPr>
        <w:t xml:space="preserve">[03:03] </w:t>
      </w:r>
      <w:r>
        <w:t>"That is the book, this is the book, there is no doubt about it". Yeh guide karti hai seekers ko jo jaanna chahte hain ke Allah ki guidance kya hai.</w:t>
      </w:r>
    </w:p>
    <w:p>
      <w:pPr>
        <w:jc w:val="right"/>
      </w:pPr>
      <w:r>
        <w:t>"دیٹ از دا بک، دس از دا بک، دیر نو ڈاؤٹ اباؤٹ اٹ"۔ یہ گائیڈ کرتی ہے سیکرز کو جو جاننا چاہتے ہیں کہ اللہ کی گائیڈنس کیا ہے۔</w:t>
      </w:r>
    </w:p>
    <w:p>
      <w:r>
        <w:rPr>
          <w:b/>
        </w:rPr>
        <w:t xml:space="preserve">[03:18] </w:t>
      </w:r>
      <w:r>
        <w:t>Dekhiye, yeh jo "la raiba fee" jo hai ke yeh al-kitabu hai, is mein koi shakk nahi. Is ka ek matlab yeh hai ke Allah ke ilm mein yeh Khuda ka kalam hai, is mein koi shakk nahi.</w:t>
      </w:r>
    </w:p>
    <w:p>
      <w:pPr>
        <w:jc w:val="right"/>
      </w:pPr>
      <w:r>
        <w:t>دیکھیے، یہ جو "لاری فی" جو ہے کہ یہ الکتاب ہے، اس میں کوئی شک نہیں۔ اس کا ایک مطلب یہ ہے کہ اللہ کے علم میں یہ خدا کا کلام ہے، اس میں کوئی شک نہیں۔</w:t>
      </w:r>
    </w:p>
    <w:p>
      <w:r>
        <w:rPr>
          <w:b/>
        </w:rPr>
        <w:t xml:space="preserve">[03:33] </w:t>
      </w:r>
      <w:r>
        <w:t>Lekin is ka ek doosra matlab bhi hai, woh yeh hai ke yeh most authentic book hai. Yeh ek hi kitaab hai aasman ke neeche,</w:t>
      </w:r>
    </w:p>
    <w:p>
      <w:pPr>
        <w:jc w:val="right"/>
      </w:pPr>
      <w:r>
        <w:t>لیکن اس کا ایک دوسرا مطلب بھی ہے، وہ یہ ہے کہ یہ موسٹ اتھینٹک بک ہے۔ یہ ایک ہی کتاب ہے آسمان کے نیچے،</w:t>
      </w:r>
    </w:p>
    <w:p>
      <w:r>
        <w:rPr>
          <w:b/>
        </w:rPr>
        <w:t xml:space="preserve">[03:48] </w:t>
      </w:r>
      <w:r>
        <w:t>jo kisi doubt ke baghair insaan jis par yaqeen kar sakta hai ke Allah ki kitaab hai.</w:t>
      </w:r>
    </w:p>
    <w:p>
      <w:pPr>
        <w:jc w:val="right"/>
      </w:pPr>
      <w:r>
        <w:t>جو کسی ڈاؤٹ کے بغیر انسان جس پر یقین کر سکتا ہے کہ اللہ کی کتاب ہے۔</w:t>
      </w:r>
    </w:p>
    <w:p>
      <w:r>
        <w:rPr>
          <w:b/>
        </w:rPr>
        <w:t xml:space="preserve">[03:59] </w:t>
      </w:r>
      <w:r>
        <w:t>Kyunke dekhiye, doosri kitaben jo aasmani kitaben kahi jaati hain, jo scriptures hain, us mein koi bhi aisi nahi hai jo preserve book ki hesiyat rakhti ho.</w:t>
      </w:r>
    </w:p>
    <w:p>
      <w:pPr>
        <w:jc w:val="right"/>
      </w:pPr>
      <w:r>
        <w:t>کیونکہ دیکھیے، دوسری کتابیں جو آسمانی کتابیں کہی جاتی ہیں، جو سکرپچرز ہیں، اس میں کوئی بھی ایسی نہیں ہے جو پریزرو بک کی حیثیت رکھتی ہو۔</w:t>
      </w:r>
    </w:p>
    <w:p>
      <w:r>
        <w:rPr>
          <w:b/>
        </w:rPr>
        <w:t xml:space="preserve">[04:17] </w:t>
      </w:r>
      <w:r>
        <w:t>Yaani ek hi exception hai saari kitabon mein, woh exception Quran ka hai. To "la raiba fee" ka ek matlab yeh hai ke Allah ke ilm ke mutabiq yeh Allah ki kitaab hai.</w:t>
      </w:r>
    </w:p>
    <w:p>
      <w:pPr>
        <w:jc w:val="right"/>
      </w:pPr>
      <w:r>
        <w:t>یعنی ایک ہی ایکسیپشن ہے ساری کتابوں میں، وہ ایکسیپشن قرآن کا ہے۔ تو "لاری فی" کا ایک مطلب یہ ہے کہ اللہ کے علم کے مطابق یہ اللہ کی کتاب ہے۔</w:t>
      </w:r>
    </w:p>
    <w:p>
      <w:r>
        <w:rPr>
          <w:b/>
        </w:rPr>
        <w:t xml:space="preserve">[04:30] </w:t>
      </w:r>
      <w:r>
        <w:t>Lekin doosra matlab is ka yeh bhi hai ke insani ilm ke mutabiq yeh ek hi aisi kitaab hai jo authentic hai, jo preserve hai,</w:t>
      </w:r>
    </w:p>
    <w:p>
      <w:pPr>
        <w:jc w:val="right"/>
      </w:pPr>
      <w:r>
        <w:t>لیکن دوسرا مطلب اس کا یہ بھی ہے کہ انسانی علم کے مطابق یہ ایک ہی ایسی کتاب ہے جو اتھینٹک ہے، جو پریزرو ہے،</w:t>
      </w:r>
    </w:p>
    <w:p>
      <w:r>
        <w:rPr>
          <w:b/>
        </w:rPr>
        <w:t xml:space="preserve">[04:45] </w:t>
      </w:r>
      <w:r>
        <w:t>jis par aap shakk nahi kar sakte.</w:t>
      </w:r>
    </w:p>
    <w:p>
      <w:pPr>
        <w:jc w:val="right"/>
      </w:pPr>
      <w:r>
        <w:t>جس پر آپ شک نہیں کر سکتے۔</w:t>
      </w:r>
    </w:p>
    <w:p>
      <w:r>
        <w:rPr>
          <w:b/>
        </w:rPr>
        <w:t xml:space="preserve">[04:50] </w:t>
      </w:r>
      <w:r>
        <w:t>"Hudal muttaqeen" aur yeh Allah ka, yaani yeh yeh divine guidance hai jo Allah taala ko, ke jo creation plan hai, us ke mutabiq Allah ne is kitaab mein bata diya hai ke aadmi kaise rahe.</w:t>
      </w:r>
    </w:p>
    <w:p>
      <w:pPr>
        <w:jc w:val="right"/>
      </w:pPr>
      <w:r>
        <w:t>"ہدل المتقین" اور یہ اللہ کا، یعنی یہ یہ ڈیوائن گائیڈنس ہے جو اللہ تعالی کو، کہ جو کریشن پلان ہے، اس کے مطابق اللہ نے اس کتاب میں بتا دیا ہے کہ آدمی کیسے رہے۔</w:t>
      </w:r>
    </w:p>
    <w:p>
      <w:r>
        <w:rPr>
          <w:b/>
        </w:rPr>
        <w:t xml:space="preserve">[05:08] </w:t>
      </w:r>
      <w:r>
        <w:t>To Quran ek guiding principle dene wali kitaab hai. Is ke baad Quran mein ek ayat hai: "Laqad kana lakum fi Rasool Allah hasanatun".</w:t>
      </w:r>
    </w:p>
    <w:p>
      <w:pPr>
        <w:jc w:val="right"/>
      </w:pPr>
      <w:r>
        <w:t>تو قرآن ایک گائیڈنگ پرنسپل دینے والی کتاب ہے۔ اس کے بعد قرآن میں ایک آیت ہے: "لقد کان لکم فی رسول اللہ حسنہ"۔</w:t>
      </w:r>
    </w:p>
    <w:p>
      <w:r>
        <w:rPr>
          <w:b/>
        </w:rPr>
        <w:t xml:space="preserve">[05:23] </w:t>
      </w:r>
      <w:r>
        <w:t>Yaani Allah ke Rasool mein tumhare liye behtareen namoona hai, good example hai. Is ka matlab kya hua?</w:t>
      </w:r>
    </w:p>
    <w:p>
      <w:pPr>
        <w:jc w:val="right"/>
      </w:pPr>
      <w:r>
        <w:t>یعنی اللہ کے رسول میں تمہارے لیے بہترین نمونہ ہے، گڈ ایگزیمپل ہے۔ اس کا مطلب کیا ہوا؟</w:t>
      </w:r>
    </w:p>
    <w:p>
      <w:r>
        <w:rPr>
          <w:b/>
        </w:rPr>
        <w:t xml:space="preserve">[05:35] </w:t>
      </w:r>
      <w:r>
        <w:t>Ke ek aur ayat mein hai ke "Innaka la'ala khuluqin 'azeem". Peghambar ke barey mein kaha gaya ke tum aala akhlaq par ho,</w:t>
      </w:r>
    </w:p>
    <w:p>
      <w:pPr>
        <w:jc w:val="right"/>
      </w:pPr>
      <w:r>
        <w:t>کہ ایک اور آیت میں ہے کہ "إنك لعلى خلق عظيم"۔ پیغمبر کے بارے میں کہا گیا کہ تم اعلیٰ اخلاق پر ہو،</w:t>
      </w:r>
    </w:p>
    <w:p>
      <w:r>
        <w:rPr>
          <w:b/>
        </w:rPr>
        <w:t xml:space="preserve">[05:53] </w:t>
      </w:r>
      <w:r>
        <w:t>bade akhlaq par ho, sublime character par ho. Is ka matlab kya hai? Dono ko mila kar dekhiye to Khuda ne Quran ki shakal mein guide book bheja aur peghambar ki shakal mein ek model humein de diya.</w:t>
      </w:r>
    </w:p>
    <w:p>
      <w:pPr>
        <w:jc w:val="right"/>
      </w:pPr>
      <w:r>
        <w:t>بڑے اخلاق پر ہو، سبلائم کریکٹر پر ہو۔ اس کا مطلب کیا ہے؟ دونوں کو ملا کر دیکھیے تو خدا نے قرآن کی شکل میں گائیڈ بک بھیجا اور پیغمبر کی شکل میں ایک ماڈل ہمیں دے دیا۔</w:t>
      </w:r>
    </w:p>
    <w:p>
      <w:r>
        <w:rPr>
          <w:b/>
        </w:rPr>
        <w:t xml:space="preserve">[06:11] </w:t>
      </w:r>
      <w:r>
        <w:t>To Qurani se yeh baat dono, Qurani se dono baaten nikalti hain ke Quran jo hai woh ek authentic guide book hai aur doosri taraf Quran se hi yeh niklta hai ke peghambar jo hai woh tumhare liye model hai,</w:t>
      </w:r>
    </w:p>
    <w:p>
      <w:pPr>
        <w:jc w:val="right"/>
      </w:pPr>
      <w:r>
        <w:t>تو قرآنی سے یہ بات دونوں، قرآنی سے دونوں باتیں نکلتی ہیں کہ قرآن جو ہے وہ ایک اتھینٹک گائیڈ بک ہے اور دوسری طرف قرآن سے ہی یہ نکلتا ہے کہ پیغمبر جو ہے وہ تمہارے لیے ماڈل ہے،</w:t>
      </w:r>
    </w:p>
    <w:p>
      <w:r>
        <w:rPr>
          <w:b/>
        </w:rPr>
        <w:t xml:space="preserve">[06:33] </w:t>
      </w:r>
      <w:r>
        <w:t>model, authentic model. Rasool Allah ke model ko bhi Allah taala ne historically us ko preserve kar diya.</w:t>
      </w:r>
    </w:p>
    <w:p>
      <w:pPr>
        <w:jc w:val="right"/>
      </w:pPr>
      <w:r>
        <w:t>ماڈل، اتھینٹک ماڈل۔ رسول اللہ کے ماڈل کو بھی اللہ تعالی نے ہسٹاریکلی اس کو پریزرو کر دیا۔</w:t>
      </w:r>
    </w:p>
    <w:p>
      <w:r>
        <w:rPr>
          <w:b/>
        </w:rPr>
        <w:t xml:space="preserve">[06:43] </w:t>
      </w:r>
      <w:r>
        <w:t>To yeh dono cheezen, Quran aur Rasool Allah, peghambar ki sunnat, insaan ke liye hidayat ka zariya hai. Yeh bohat ziyada important hai yeh baat jaanna kyunke agar aap sirf Quran ko lein tab bhi aap hidayat nahi pa sakte,</w:t>
      </w:r>
    </w:p>
    <w:p>
      <w:pPr>
        <w:jc w:val="right"/>
      </w:pPr>
      <w:r>
        <w:t>تو یہ دونوں چیزیں، قرآن اور رسول اللہ، پیغمبر کی سنت، انسان کے لیے ہدایت کا ذریعہ ہے۔ یہ بہت زیادہ امپورٹنٹ ہے یہ بات جاننا کیونکہ اگر آپ صرف قرآن کو لیں تب بھی آپ ہدایت نہیں پا سکتے،</w:t>
      </w:r>
    </w:p>
    <w:p>
      <w:r>
        <w:rPr>
          <w:b/>
        </w:rPr>
        <w:t xml:space="preserve">[07:04] </w:t>
      </w:r>
      <w:r>
        <w:t>sirf Rasool Allah ki sunnat ko lein tab bhi hidayat nahi pa sakte. Dono ko lena zaroori hai. Ek se aap ko milegi, ek se kitaab se aap ko milegi guiding principle aur Rasool Allah se milega aap ko model.</w:t>
      </w:r>
    </w:p>
    <w:p>
      <w:pPr>
        <w:jc w:val="right"/>
      </w:pPr>
      <w:r>
        <w:t>صرف رسول اللہ کی سنت کو لیں تب بھی ہدایت نہیں پا سکتے۔ دونوں کو لینا ضروری ہے۔ ایک سے آپ کو ملے گا، ایک سے کتاب سے آپ کو ملے گی گائیڈنگ پرنسپل اور رسول اللہ سے ملے گا آپ کو ماڈل۔</w:t>
      </w:r>
    </w:p>
    <w:p>
      <w:r>
        <w:rPr>
          <w:b/>
        </w:rPr>
        <w:t xml:space="preserve">[07:22] </w:t>
      </w:r>
      <w:r>
        <w:t>donon zaroori hain.</w:t>
      </w:r>
    </w:p>
    <w:p>
      <w:pPr>
        <w:jc w:val="right"/>
      </w:pPr>
      <w:r>
        <w:t>دونوں ضروری ہیں۔</w:t>
      </w:r>
    </w:p>
    <w:p>
      <w:r>
        <w:rPr>
          <w:b/>
        </w:rPr>
        <w:t xml:space="preserve">[07:25] </w:t>
      </w:r>
      <w:r>
        <w:t>ab mein aap ko kuch log aisay is zamanay mein niklay hain jo jin ko ahle quran kaha jata hai, woh kehtay hain ke quran hamaray liye kafi hai, hamein hadith ki aur sunnat ki zaroorat nahi hai.</w:t>
      </w:r>
    </w:p>
    <w:p>
      <w:pPr>
        <w:jc w:val="right"/>
      </w:pPr>
      <w:r>
        <w:t>اب میں آپ کو کچھ لوگ ایسے اس زمانے میں نکلے ہیں جو جن کو اہل قرآن کہا جاتا ہے، وہ کہتے ہیں کہ قرآن ہمارے لیے کافی ہے، ہمیں حدیث کی اور سنت کی ضرورت نہیں ہے۔</w:t>
      </w:r>
    </w:p>
    <w:p>
      <w:r>
        <w:rPr>
          <w:b/>
        </w:rPr>
        <w:t xml:space="preserve">[07:43] </w:t>
      </w:r>
      <w:r>
        <w:t>yeh bilkul aik naya phenomenon hai. kuch log aisa samajhtay hain ke yeh, yeh, yeh mein is ko aik fitna samajhta hoon.</w:t>
      </w:r>
    </w:p>
    <w:p>
      <w:pPr>
        <w:jc w:val="right"/>
      </w:pPr>
      <w:r>
        <w:t>یہ بالکل ایک نیا فیناومینا ہے۔ کچھ لوگ ایسا سمجھتے ہیں کہ یہ، یہ، یہ میں اس کو ایک فتنہ سمجھتا ہوں۔</w:t>
      </w:r>
    </w:p>
    <w:p>
      <w:r>
        <w:rPr>
          <w:b/>
        </w:rPr>
        <w:t xml:space="preserve">[07:54] </w:t>
      </w:r>
      <w:r>
        <w:t>to kuch log samajhtay hain ke yeh fitna bohat pehlay hazrat ali ke daur mein aa chuka tha. chounkay aap jantay hain ke hazrat ali aur hazrat muawiya ke darmiyan jo niza' paida hui khilafat ke maslay par,</w:t>
      </w:r>
    </w:p>
    <w:p>
      <w:pPr>
        <w:jc w:val="right"/>
      </w:pPr>
      <w:r>
        <w:t>تو کچھ لوگ سمجھتے ہیں کہ یہ فتنہ بہت پہلے حضرت علی کے دور میں آ چکا تھا۔ چونکہ آپ جانتے ہیں کہ حضرت علی اور حضرت معاویہ کے درمیان جو نزاع پیدا ہوئی خلافت کے مسئلے پر،</w:t>
      </w:r>
    </w:p>
    <w:p>
      <w:r>
        <w:rPr>
          <w:b/>
        </w:rPr>
        <w:t xml:space="preserve">[08:10] </w:t>
      </w:r>
      <w:r>
        <w:t>dam usman ke maslay par, khilafat nahi, dam usman ke maslay par, to us waqt khawarij ka aik tabqa nikla, un ka naaray tha "hasbana kitabullah".</w:t>
      </w:r>
    </w:p>
    <w:p>
      <w:pPr>
        <w:jc w:val="right"/>
      </w:pPr>
      <w:r>
        <w:t>دم عثمان کے مسئلے پر، خلافت نہیں، دم عثمان کے مسئلے پر، تو اس وقت خوارج کا ایک طبقہ نکلا، ان کا نعرہ تھا "حسبنا کتاب اللہ"۔</w:t>
      </w:r>
    </w:p>
    <w:p>
      <w:r>
        <w:rPr>
          <w:b/>
        </w:rPr>
        <w:t xml:space="preserve">[08:21] </w:t>
      </w:r>
      <w:r>
        <w:t>to kuch log samajhtay hain ke woh ahle quran thay, aisa nahi hai, woh ahle quran nahi thay. woh unhon ne jab kaha tha ke "hasbana kitabullah" to woh tahkeem ke aitbar se tha, yani quran mein tahkeem ka usool bataya gaya hai,</w:t>
      </w:r>
    </w:p>
    <w:p>
      <w:pPr>
        <w:jc w:val="right"/>
      </w:pPr>
      <w:r>
        <w:t>تو کچھ لوگ سمجھتے ہیں کہ وہ اہل قرآن تھے، ایسا نہیں ہے، وہ اہل قرآن نہیں تھے۔ وہ انہوں نے جب کہا تھا کہ "حسبنا کتاب اللہ" تو وہ تحکیم کے اعتبار سے تھا، یعنی قرآن میں تحکیم کا اصول بتایا گیا ہے،</w:t>
      </w:r>
    </w:p>
    <w:p>
      <w:r>
        <w:rPr>
          <w:b/>
        </w:rPr>
        <w:t xml:space="preserve">[08:40] </w:t>
      </w:r>
      <w:r>
        <w:t>yani ke aik aik arbitrator muqarrar kar lo. quran mein aik ayat hai ke "fabi hukmin minhu" ke do do logon ke darmiyan agar koi niza' ho jaye to aik un se lo, aik aadmi, aik un se le, aik aadmi.</w:t>
      </w:r>
    </w:p>
    <w:p>
      <w:pPr>
        <w:jc w:val="right"/>
      </w:pPr>
      <w:r>
        <w:t>یعنی کہ ایک ایک اربیٹریٹر مقرر کر لو۔ قرآن میں ایک آیت ہے کہ "فبحکم منہ" کہ دو دو لوگوں کے درمیان اگر کوئی نزاع ہو جائے تو ایک انہیں ان سے لو، ایک آدمی، ایک ان سے لے، ایک آدمی۔</w:t>
      </w:r>
    </w:p>
    <w:p>
      <w:r>
        <w:rPr>
          <w:b/>
        </w:rPr>
        <w:t xml:space="preserve">[09:02] </w:t>
      </w:r>
      <w:r>
        <w:t>kehtay hain arbitration, jis ko kaha jata hai. to arbitration ke zariye aik doosray ko tay kar lo. to jab unhon ne kaha tha ke "hasbana kitabullah" to is ka matlab yeh tha ke quran mein jo principle bataya gaya hai arbitration ka, is ke zariye se is maslay ko hal karo.</w:t>
      </w:r>
    </w:p>
    <w:p>
      <w:pPr>
        <w:jc w:val="right"/>
      </w:pPr>
      <w:r>
        <w:t>کہتے ہیں اربیٹریشن، جس کو کہا جاتا ہے۔ تو اربیٹریشن کے ذریعے ایک دوسرے کو طے کر لو۔ تو جب انہوں نے کہا تھا کہ "حسبنا کتاب اللہ" تو اس کا مطلب یہ تھا کہ قرآن میں جو پرنسپل بتایا گیا ہے اربیٹریشن کا، اس کے ذریعے سے اس مسئلے کو حل کرو۔</w:t>
      </w:r>
    </w:p>
    <w:p>
      <w:r>
        <w:rPr>
          <w:b/>
        </w:rPr>
        <w:t xml:space="preserve">[09:19] </w:t>
      </w:r>
      <w:r>
        <w:t>baqi woh ahle quran, woh ahle quran nahi thay. yeh naya fitna hai, bilkul yeh british period mein shuru hua, british period ke aakhri zamanay mein.</w:t>
      </w:r>
    </w:p>
    <w:p>
      <w:pPr>
        <w:jc w:val="right"/>
      </w:pPr>
      <w:r>
        <w:t>باقی وہ اہل قرآن، وہ اہل قرآن نہیں تھے۔ یہ نیا فتنہ ہے، بالکل یہ برٹش پیریڈ میں شروع ہوا، برٹش پیریڈ کے آخری زمانے میں۔</w:t>
      </w:r>
    </w:p>
    <w:p>
      <w:r>
        <w:rPr>
          <w:b/>
        </w:rPr>
        <w:t xml:space="preserve">[09:34] </w:t>
      </w:r>
      <w:r>
        <w:t>to yeh aik bilkul hi, yani, yani bilkul hi baseless baat hai. quran sirf aap quran ko lay kar ke islam ko samajh nahi saktay, allah ke taleem ko samajh nahi saktay,</w:t>
      </w:r>
    </w:p>
    <w:p>
      <w:pPr>
        <w:jc w:val="right"/>
      </w:pPr>
      <w:r>
        <w:t>تو یہ ایک بالکل ہی، یعنی، یعنی بالکل ہی بیسلیس بات ہے۔ قرآن صرف آپ قرآن کو لے کر کے اسلام کو سمجھ نہیں سکتے، اللہ کے تعلیم کو سمجھ نہیں سکتے،</w:t>
      </w:r>
    </w:p>
    <w:p>
      <w:r>
        <w:rPr>
          <w:b/>
        </w:rPr>
        <w:t xml:space="preserve">[09:51] </w:t>
      </w:r>
      <w:r>
        <w:t>kiyonkay quran mein sirf guiding principle hai, is ki detail nahi hai, is ka practical aspect nahi hai. to guiding principle aap ke paas ho lekin is ki detail na ho, kaisay kiya jaye, woh baat na ho to kiya karein gay aap?</w:t>
      </w:r>
    </w:p>
    <w:p>
      <w:pPr>
        <w:jc w:val="right"/>
      </w:pPr>
      <w:r>
        <w:t>کیونکہ قرآن میں صرف گائیڈنگ پرنسپل ہے، اس کی ڈیٹیل نہیں ہے، اس کا پریکٹیکل اسپیکٹ نہیں ہے۔ تو گائیڈنگ پرنسپل آپ کے پاس ہو لیکن اس کی ڈیٹیل نہ ہو، کیسے کیا جائے، وہ بات نہ ہو تو کیا کریں گے آپ؟</w:t>
      </w:r>
    </w:p>
    <w:p>
      <w:r>
        <w:rPr>
          <w:b/>
        </w:rPr>
        <w:t xml:space="preserve">[10:06] </w:t>
      </w:r>
      <w:r>
        <w:t>kaisay amal karein gay aap? is liye bilkul zaroori hai har us insaan ke liye jo allah ke deen par jeena aur marna chahta ho ke woh quran ke sath sunnat ko, rasool allah ki hadith ko, rasool allah ki zindagi ko bhi lazman, bilkul lazman pakray, warna woh andheray mein bhatakta rahe ga,</w:t>
      </w:r>
    </w:p>
    <w:p>
      <w:pPr>
        <w:jc w:val="right"/>
      </w:pPr>
      <w:r>
        <w:t>کیسے عمل کریں گے آپ؟ اس لیے بالکل ضروری ہے ہر اس انسان کے لیے جو اللہ کے دین پر جینا اور مرنا چاہتا ہو کہ وہ قرآن کے ساتھ سنت کو، رسول اللہ کی حدیث کو، رسول اللہ کی زندگی کو بھی لازماً، بالکل لازماً پکڑے، ورنہ وہ اندھیرے میں بھٹکتا رہے گا،</w:t>
      </w:r>
    </w:p>
    <w:p>
      <w:r>
        <w:rPr>
          <w:b/>
        </w:rPr>
        <w:t xml:space="preserve">[10:31] </w:t>
      </w:r>
      <w:r>
        <w:t>andheray mein bhatakta rahe ga. woh yeh dekhiye, mein aik misaal deta hoon. quran mein hai ke "ya ayuhal lazeena amanu uzkurollaha zikran kaseera".</w:t>
      </w:r>
    </w:p>
    <w:p>
      <w:pPr>
        <w:jc w:val="right"/>
      </w:pPr>
      <w:r>
        <w:t>اندھیرے میں بھٹکتا رہے گا۔ وہ یہ دیکھیے، میں ایک مثال دیتا ہوں۔ قرآن میں ہے کہ "یا ایہا الذین آمنوا اذكروا اللہ ذکرا کثیرا"۔</w:t>
      </w:r>
    </w:p>
    <w:p>
      <w:r>
        <w:rPr>
          <w:b/>
        </w:rPr>
        <w:t xml:space="preserve">[10:43] </w:t>
      </w:r>
      <w:r>
        <w:t>aay iman walo</w:t>
      </w:r>
    </w:p>
    <w:p>
      <w:pPr>
        <w:jc w:val="right"/>
      </w:pPr>
      <w:r>
        <w:t>اے ایمان وال</w:t>
      </w:r>
    </w:p>
    <w:p>
      <w:r>
        <w:rPr>
          <w:b/>
        </w:rPr>
        <w:t xml:space="preserve">[10:44] </w:t>
      </w:r>
      <w:r>
        <w:t>o! allah ka bohat ziyada zikr karo, allah ko bohat ziyada yaad karo. to zikr kaseer ka matlab kya hai? zikr kaseer yani bohat ziyada yaad karna.</w:t>
      </w:r>
    </w:p>
    <w:p>
      <w:pPr>
        <w:jc w:val="right"/>
      </w:pPr>
      <w:r>
        <w:t>و! اللہ کا بہت زیادہ ذکر کرو، اللہ کو بہت زیادہ یاد کرو۔ تو ذکر کثیر کا مطلب کیا ہے؟ ذکر کثیر یعنی بہت زیادہ یاد کرنا۔</w:t>
      </w:r>
    </w:p>
    <w:p>
      <w:r>
        <w:rPr>
          <w:b/>
        </w:rPr>
        <w:t xml:space="preserve">[10:57] </w:t>
      </w:r>
      <w:r>
        <w:t>kya matlab hai is ka? to kuch logon ne yeh samjha ke bohat ziyada allah allah karo, allah allah das hazar bar, pachas hazar bar, aik lakh bar kaho, allah allah, allah allah, allah allah.</w:t>
      </w:r>
    </w:p>
    <w:p>
      <w:pPr>
        <w:jc w:val="right"/>
      </w:pPr>
      <w:r>
        <w:t>کیا مطلب ہے اس کا؟ تو کچھ لوگوں نے یہ سمجھا کہ بہت زیادہ اللہ اللہ کرو، اللہ اللہ دس ہزار بار، پچاس ہزار بار، ایک لاکھ بار کہو، اللہ اللہ، اللہ اللہ، اللہ اللہ۔</w:t>
      </w:r>
    </w:p>
    <w:p>
      <w:r>
        <w:rPr>
          <w:b/>
        </w:rPr>
        <w:t xml:space="preserve">[11:11] </w:t>
      </w:r>
      <w:r>
        <w:t>to zikr kaseer ke nisaab logon ne ginti mein banaya. kuch log aur bhi agay barh gaye, unhon ne kaha zikr kaseer yeh hai ke dil ki jo beating hoti hai, dil ki jo harkat hoti hai,</w:t>
      </w:r>
    </w:p>
    <w:p>
      <w:pPr>
        <w:jc w:val="right"/>
      </w:pPr>
      <w:r>
        <w:t>تو ذکر کثیر کے نصاب لوگوں نے گنتی میں بنایا۔ کچھ لوگ اور بھی آگے بڑھ گئے، انہوں نے کہا ذکر کثیر یہ ہے کہ دل کی جو بیٹنگ ہوتی ہے، دل کی جو حرکت ہوتی ہے،</w:t>
      </w:r>
    </w:p>
    <w:p>
      <w:r>
        <w:rPr>
          <w:b/>
        </w:rPr>
        <w:t xml:space="preserve">[11:26] </w:t>
      </w:r>
      <w:r>
        <w:t>is ko is tarah se train karo ke har dil ki har harkat mein allah allah niklay. dil ki beating jo hai, is ki har har harkat mein, har bar jab dil dil harkat karta hai to woh is se allah allah, allah allah niklay.</w:t>
      </w:r>
    </w:p>
    <w:p>
      <w:pPr>
        <w:jc w:val="right"/>
      </w:pPr>
      <w:r>
        <w:t>اس کو اس طرح سے ٹرین کرو کہ ہر دل کی ہر حرکت میں اللہ اللہ نکلے۔ دل کی بیٹنگ جو ہے، اس کی ہر ہر حرکت میں، ہر بار جب دل دل حرکت کرتا ہے تو وہ اس سے اللہ اللہ، اللہ اللہ نکلے۔</w:t>
      </w:r>
    </w:p>
    <w:p>
      <w:r>
        <w:rPr>
          <w:b/>
        </w:rPr>
        <w:t xml:space="preserve">[11:46] </w:t>
      </w:r>
      <w:r>
        <w:t>ab yeh sab bilkul, bilkul ridiculous baatein hain, yeh sab hain.</w:t>
      </w:r>
    </w:p>
    <w:p>
      <w:pPr>
        <w:jc w:val="right"/>
      </w:pPr>
      <w:r>
        <w:t>اب یہ سب بالکل، بالکل ریڈیکولس باتیں ہیں، یہ سب ہیں۔</w:t>
      </w:r>
    </w:p>
    <w:p>
      <w:r>
        <w:rPr>
          <w:b/>
        </w:rPr>
        <w:t xml:space="preserve">[11:53] </w:t>
      </w:r>
      <w:r>
        <w:t>is sadi, is quran ki is ayat ki tashreeh hum ko milti hai hadith mein. hazrat ayesha farmati hain ke "kaana yazkurullaha ala kulli ahyaani"</w:t>
      </w:r>
    </w:p>
    <w:p>
      <w:pPr>
        <w:jc w:val="right"/>
      </w:pPr>
      <w:r>
        <w:t>اس صدی، اس قرآن کی اس آیت کی تشریح ہم کو ملتی ہے حدیث میں۔ حضرت عائشہ فرماتی ہیں کہ "کان یذکر اللہ علی کل احیانی"</w:t>
      </w:r>
    </w:p>
    <w:p>
      <w:r>
        <w:rPr>
          <w:b/>
        </w:rPr>
        <w:t xml:space="preserve">[12:07] </w:t>
      </w:r>
      <w:r>
        <w:t>ke rasool allah salallaho alaihe wasallam har moqa par allah ki yaad karte thay. yani matlab yeh hua ke "he used to remember god in all occasions".</w:t>
      </w:r>
    </w:p>
    <w:p>
      <w:pPr>
        <w:jc w:val="right"/>
      </w:pPr>
      <w:r>
        <w:t>کہ رسول اللہ صلی اللہ علیہ وسلم ہر موقع پر اللہ کی یاد کرتے تھے۔ یعنی مطلب یہ ہوا کہ "ہی یوز ٹو ریممبر گاڈ ان ال اوکیژنز"۔</w:t>
      </w:r>
    </w:p>
    <w:p>
      <w:r>
        <w:rPr>
          <w:b/>
        </w:rPr>
        <w:t xml:space="preserve">[12:25] </w:t>
      </w:r>
      <w:r>
        <w:t>yeh hazrat ayesha ka qaul hai, is ko hadith, yani yeh yeh hadith ki kitabon mein aap parh saktay hain, is ko ke "kaana yazkurullaha ala kulli ahyaani" ke "he used to remember god in all occasions".</w:t>
      </w:r>
    </w:p>
    <w:p>
      <w:pPr>
        <w:jc w:val="right"/>
      </w:pPr>
      <w:r>
        <w:t>یہ حضرت عائشہ کا قول ہے، اس کو حدیث، یعنی یہ یہ حدیث کی کتابوں میں آپ پڑھ سکتے ہیں، اس کو کہ "کان یذکر اللہ علی کل احیانی" کہ "ہی یوز ٹو ریممبر گاڈ ان ال اوکیژنز"۔</w:t>
      </w:r>
    </w:p>
    <w:p>
      <w:r>
        <w:rPr>
          <w:b/>
        </w:rPr>
        <w:t xml:space="preserve">[12:44] </w:t>
      </w:r>
      <w:r>
        <w:t>is ka matlab kya hua ke zindagi mein bar bar mukhtalif qism ke moqa at atay hain to har moqa par, har moqa ko rasool allah salallaho alaihe wasallam aik point of reference banatay thay allah ki yaad ke liye.</w:t>
      </w:r>
    </w:p>
    <w:p>
      <w:pPr>
        <w:jc w:val="right"/>
      </w:pPr>
      <w:r>
        <w:t>اس کا مطلب کیا ہوا کہ زندگی میں بار بار مختلف قسم کے مواقع آتے ہیں تو ہر موقع پر، ہر موقع کو رسول اللہ صلی اللہ علیہ وسلم ایک پوائنٹ آف ریفرنس بناتے تھے اللہ کی یاد کے لیے۔</w:t>
      </w:r>
    </w:p>
    <w:p>
      <w:r>
        <w:rPr>
          <w:b/>
        </w:rPr>
        <w:t xml:space="preserve">[12:59] </w:t>
      </w:r>
      <w:r>
        <w:t>har moqa ko, koi bhi moqa ho jaye, jaisay ke farz ki jiye ke yeh hai glass, yeh aap ne uthaya aur is ka dhakan gir gaya ya pani gir gaya ya kuch hua to woh bhi aik aik occasion hai,</w:t>
      </w:r>
    </w:p>
    <w:p>
      <w:pPr>
        <w:jc w:val="right"/>
      </w:pPr>
      <w:r>
        <w:t>ہر موقع کو، کوئی بھی موقع ہو جائے، جیسے کہ فرض کیجئے کہ یہ ہے گلاس، یہ آپ نے اٹھایا اور اس کا ڈھکن گر گیا یا پانی گر گیا یا کچھ ہوا تو وہ بھی ایک ایک ہین ہے،</w:t>
      </w:r>
    </w:p>
    <w:p>
      <w:r>
        <w:rPr>
          <w:b/>
        </w:rPr>
        <w:t xml:space="preserve">[13:16] </w:t>
      </w:r>
      <w:r>
        <w:t>aik occasion hai ke khuda kitna ziyada qawi hai ke is ke haan itni universe, itni bari universe hai, is mein koi cheez girti nahi, koi cheez takrati nahi, is tarah koi defect nahi paida hota is ke andar.</w:t>
      </w:r>
    </w:p>
    <w:p>
      <w:pPr>
        <w:jc w:val="right"/>
      </w:pPr>
      <w:r>
        <w:t>ایک اوکیژن ہے کہ خدا کتنا زیادہ قوی ہے کہ اس کے ہاں اتنی یونیورس، اتنی بڑی یونیورس ہے، اس میں کوئی چیز گرتی نہیں، کوئی چیز ٹکراتی نہیں، اس طرح کوئی ڈیفیکٹ نہیں پیدا ہوتا اس کے اندر۔</w:t>
      </w:r>
    </w:p>
    <w:p>
      <w:r>
        <w:rPr>
          <w:b/>
        </w:rPr>
        <w:t xml:space="preserve">[13:32] </w:t>
      </w:r>
      <w:r>
        <w:t>to aap ne apne hi helplensiz ko daryaft kiya. isi ko hazrat aisha, hazrat ali ne kaha tha ke "عرفت ربی بفصل عزائم" yaani hum ne chaha ek baat aur woh nahi hui to woh hai "fصل عزائم".</w:t>
      </w:r>
    </w:p>
    <w:p>
      <w:pPr>
        <w:jc w:val="right"/>
      </w:pPr>
      <w:r>
        <w:t>تو آپ نے اپنے ہیلپ لینسز کو دریافت کیا۔ اسی کو حضرت عائشہ، حضرت علی نے کہا تھا کہ "عرفت ربی بفصل عزائم" یعنی ہم نے چاہا ایک بات اور وہ نہیں ہوئی تو وہ ہے "فصل عزائم"۔</w:t>
      </w:r>
    </w:p>
    <w:p>
      <w:r>
        <w:rPr>
          <w:b/>
        </w:rPr>
        <w:t xml:space="preserve">[13:49] </w:t>
      </w:r>
      <w:r>
        <w:t>to har har us mauqe par jab ke koi aisi baat pesh aai to rasool allah salallaho alaihi wasallam ne foran allah ko yaad kiya. to yeh sahih tafsir mil gayi hum ko hadith mein ke "he used to remember god in all occasions".</w:t>
      </w:r>
    </w:p>
    <w:p>
      <w:pPr>
        <w:jc w:val="right"/>
      </w:pPr>
      <w:r>
        <w:t>تو ہر ہر اس موقع پر جب کہ کوئی ایسی بات پیش آئی تو رسول اللہ صلی اللہ علیہ وسلم نے فوراً اللہ کو یاد کیا۔ تو یہ صحیح تفسیر مل گئی ہم کو حدیث میں کہ "ہی یوز ٹو ریممبر گاڈ ان ال اوکیژنز"۔</w:t>
      </w:r>
    </w:p>
    <w:p>
      <w:r>
        <w:rPr>
          <w:b/>
        </w:rPr>
        <w:t xml:space="preserve">[14:09] </w:t>
      </w:r>
      <w:r>
        <w:t>yeh hai bohat ziyada zikr karna. bohat ziyada zikr karne ka matlab nahi ke aap jo allah ka word ho, word hai, us ko bas repeat karte, repeat karte rahen.</w:t>
      </w:r>
    </w:p>
    <w:p>
      <w:pPr>
        <w:jc w:val="right"/>
      </w:pPr>
      <w:r>
        <w:t>یہ ہے بہت زیادہ ذکر کرنا۔ بہت زیادہ ذکر کرنے کا مطلب نہیں کہ آپ جو اللہ کا ورڈ ہو، ورڈ ہے، اس کو بس ریپیٹ کرتے، ریپیٹ کرتے رہیں۔</w:t>
      </w:r>
    </w:p>
    <w:p>
      <w:r>
        <w:rPr>
          <w:b/>
        </w:rPr>
        <w:t xml:space="preserve">[14:20] </w:t>
      </w:r>
      <w:r>
        <w:t>nahi, har mauqe par, uthte, baithte, jaagte, sote, koi bhi jo aap ka tajurba hua, koi experience hua, us mein aap ne allah ko yaad kiya.</w:t>
      </w:r>
    </w:p>
    <w:p>
      <w:pPr>
        <w:jc w:val="right"/>
      </w:pPr>
      <w:r>
        <w:t>نہیں، ہر موقع پر، اٹھتے، بیٹھتے، جاگتے، سوتے، کوئی بھی جو آپ کا تجربہ ہوا، کوئی ایکسپیرینس ہوا، اس میں آپ نے اللہ کو یاد کیا۔</w:t>
      </w:r>
    </w:p>
    <w:p>
      <w:r>
        <w:rPr>
          <w:b/>
        </w:rPr>
        <w:t xml:space="preserve">[14:31] </w:t>
      </w:r>
      <w:r>
        <w:t>allah ko yaad karne ka matlab kya hai? allah ke creation ko yaad kiya, allah ke powerful hone ko yaad kiya aur us ke muqable mein apne apne helplensiz ko yaad kiya, allah ki blessing hai, us ko yaad kiya.</w:t>
      </w:r>
    </w:p>
    <w:p>
      <w:pPr>
        <w:jc w:val="right"/>
      </w:pPr>
      <w:r>
        <w:t>اللہ کو یاد کرنے کا مطلب کیا ہے؟ اللہ کے کریشن کو یاد کیا، اللہ کے پاورفل ہونے کو یاد کیا اور اس کے مقابلے میں اپنے اپنے ہیلپ لینسز کو یاد کیا، اللہ کی بلیسنگ ہے، اس کو یاد کیا۔</w:t>
      </w:r>
    </w:p>
    <w:p>
      <w:r>
        <w:rPr>
          <w:b/>
        </w:rPr>
        <w:t xml:space="preserve">[14:48] </w:t>
      </w:r>
      <w:r>
        <w:t>misalan aap farz kijiye ke raat ki farz kijiye ke aap band kamre mein hain, wahan andhera hai, ab bahar nikle to wahan suraj ki roshni thi, to foran aap ko yaad aaya ke dekho allah taala ne kaisa ajeeb intezam kiya hai lighting ka,</w:t>
      </w:r>
    </w:p>
    <w:p>
      <w:pPr>
        <w:jc w:val="right"/>
      </w:pPr>
      <w:r>
        <w:t>مثلاً آپ فرض کیجئے کہ رات کی فرض کیجئے کہ آپ بند کمرے میں ہیں، وہاں اندھیرا ہے، اب باہر نکلے تو وہاں سورج کی روشنی تھی، تو فوراً آپ کو یاد آیا کہ دیکھو اللہ تعالی نے کیسا عجیب انتظام کیا ہے لائٹنگ کا،</w:t>
      </w:r>
    </w:p>
    <w:p>
      <w:r>
        <w:rPr>
          <w:b/>
        </w:rPr>
        <w:t xml:space="preserve">[15:04] </w:t>
      </w:r>
      <w:r>
        <w:t>ek itni badi allah ne jala rakhi hai shama jo poori duniya ko roshan kar rahi hai. to har mauqe par, har mauqe par, ab mauqa har waqt pesh aata rehta hai,</w:t>
      </w:r>
    </w:p>
    <w:p>
      <w:pPr>
        <w:jc w:val="right"/>
      </w:pPr>
      <w:r>
        <w:t>ایک اتنی بڑی اللہ نے جلا رکھی ہے شمع جو پوری دنیا کو روشن کر رہی ہے۔ تو ہر موقع پر، ہر موقع پر، اب موقع ہر وقت پیش آتا رہتا ہے،</w:t>
      </w:r>
    </w:p>
    <w:p>
      <w:r>
        <w:rPr>
          <w:b/>
        </w:rPr>
        <w:t xml:space="preserve">[15:18] </w:t>
      </w:r>
      <w:r>
        <w:t>har waqt pesh aata rehta hai. to is mauqe par allah ko yaad karna, allah ke yaad karne ke maani yeh nahi ke lafz allah bolna nahi, us ki qudrat ko, us ki azmat ko, us ke us ke creation ko,</w:t>
      </w:r>
    </w:p>
    <w:p>
      <w:pPr>
        <w:jc w:val="right"/>
      </w:pPr>
      <w:r>
        <w:t>ہر وقت پیش آتا رہتا ہے۔ تو اس موقع پر اللہ کو یاد کرنا، اللہ کے یاد کرنے کے معنی یہ نہیں کہ لفظ اللہ بولنا نہیں، اس کی قدرت کو، اس کی عظمت کو، اس کے اس کے کریشن کو،</w:t>
      </w:r>
    </w:p>
    <w:p>
      <w:r>
        <w:rPr>
          <w:b/>
        </w:rPr>
        <w:t xml:space="preserve">[15:36] </w:t>
      </w:r>
      <w:r>
        <w:t>us ke kamalat ko yaad karna. to har har waqe ko, har mauqe ko, har har mauqa, har waqe aap ke liye point of reference ban jata tha allah ko yaad karne ke liye.</w:t>
      </w:r>
    </w:p>
    <w:p>
      <w:pPr>
        <w:jc w:val="right"/>
      </w:pPr>
      <w:r>
        <w:t>اس کے کمالات کو یاد کرنا۔ تو ہر ہر واقعے کو، ہر موقع کو، ہر ہر موقع، ہر واقعہ آپ کے لیے پوائنٹ آف ریفرنس بن جاتا تھا اللہ کو یاد کرنے کے لیے۔</w:t>
      </w:r>
    </w:p>
    <w:p>
      <w:r>
        <w:rPr>
          <w:b/>
        </w:rPr>
        <w:t xml:space="preserve">[15:48] </w:t>
      </w:r>
      <w:r>
        <w:t>yeh matlab hai "کان اذکر اللہ علی کل احیانی".</w:t>
      </w:r>
    </w:p>
    <w:p>
      <w:pPr>
        <w:jc w:val="right"/>
      </w:pPr>
      <w:r>
        <w:t>یہ مطلب ہے "کان اذکر اللہ علی کل احیانی"۔</w:t>
      </w:r>
    </w:p>
    <w:p>
      <w:r>
        <w:rPr>
          <w:b/>
        </w:rPr>
        <w:t xml:space="preserve">[15:56] </w:t>
      </w:r>
      <w:r>
        <w:t>to agar aap quran aur hadith ko alag kar den to sab kuch bhi nahi samajh sakte hain. sirf guiding principle aap ke liye kafi nahi ho sakta hai.</w:t>
      </w:r>
    </w:p>
    <w:p>
      <w:pPr>
        <w:jc w:val="right"/>
      </w:pPr>
      <w:r>
        <w:t>تو اگر آپ قرآن اور حدیث کو الگ کر دیں تو سب کچھ بھی نہیں سمجھ سکتے ہیں۔ صرف گائیڈنگ پرنسپل آپ کے لیے کافی نہیں ہو سکتا ہے۔</w:t>
      </w:r>
    </w:p>
    <w:p>
      <w:r>
        <w:rPr>
          <w:b/>
        </w:rPr>
        <w:t xml:space="preserve">[16:09] </w:t>
      </w:r>
      <w:r>
        <w:t>aap ko</w:t>
      </w:r>
    </w:p>
    <w:p>
      <w:pPr>
        <w:jc w:val="right"/>
      </w:pPr>
      <w:r>
        <w:t>آپ کو</w:t>
      </w:r>
    </w:p>
    <w:p>
      <w:r>
        <w:rPr>
          <w:b/>
        </w:rPr>
        <w:t xml:space="preserve">[16:13] </w:t>
      </w:r>
      <w:r>
        <w:t>rasool allah taala ne rasool allah ki shakal mein ek namoona de diya, ek model de diya. is model ko mila kar jab hum dekhte hain tab hamari samajh mein aata hai ke yeh jo guiding guidance di gayi hai hum ko, us ka yaani practical taur par us ka matlab kya hai.</w:t>
      </w:r>
    </w:p>
    <w:p>
      <w:pPr>
        <w:jc w:val="right"/>
      </w:pPr>
      <w:r>
        <w:t>رسول اللہ تعالی نے رسول اللہ کی شکل میں ایک نمونہ دے دیا، ایک ماڈل دے دیا۔ اس ماڈل کو ملا کر جب ہم دیکھتے ہیں تب ہماری سمجھ میں آتا ہے کہ یہ جو گائیڈنگ گائیڈنس دی گئی ہے ہم کو، اس کا یعنی پریکٹیکل طور پر اس کا مطلب کیا ہے۔</w:t>
      </w:r>
    </w:p>
    <w:p>
      <w:r>
        <w:rPr>
          <w:b/>
        </w:rPr>
        <w:t xml:space="preserve">[16:29] </w:t>
      </w:r>
      <w:r>
        <w:t>to yeh main yahan par ek baat yeh kehna chahunga ke hadith aur quran ka jo taluq hai,</w:t>
      </w:r>
    </w:p>
    <w:p>
      <w:pPr>
        <w:jc w:val="right"/>
      </w:pPr>
      <w:r>
        <w:t>تو یہ میں یہاں پر ایک بات یہ کہنا چاہوں گا کہ حدیث اور قرآن کا جو تعلق ہے،</w:t>
      </w:r>
    </w:p>
    <w:p>
      <w:r>
        <w:rPr>
          <w:b/>
        </w:rPr>
        <w:t xml:space="preserve">[16:40] </w:t>
      </w:r>
      <w:r>
        <w:t>us ka bohat ziyada, woh bohat ziyada sochne se maloom hota hai. yaani aql ko istemal karen, bohat ziyada sochen, tab aap jaan paenge kitna ziyada importance hai hadith aur quran ka taluq ke is ke baghair hum kuch samajh nahi sakte.</w:t>
      </w:r>
    </w:p>
    <w:p>
      <w:pPr>
        <w:jc w:val="right"/>
      </w:pPr>
      <w:r>
        <w:t>اس کا بہت زیادہ، وہ بہت زیادہ سوچنے سے معلوم ہوتا ہے۔ یعنی عقل کو استعمال کریں، بہت زیادہ سوچیں، تب آپ جان پائیں گے کتنا زیادہ امپورٹنس ہے حدیث اور قرآن کا تعلق کہ اس کے بغیر ہم کچھ سمجھ نہیں سکتے۔</w:t>
      </w:r>
    </w:p>
    <w:p>
      <w:r>
        <w:rPr>
          <w:b/>
        </w:rPr>
        <w:t xml:space="preserve">[16:56] </w:t>
      </w:r>
      <w:r>
        <w:t>balkeh poora deen, poori marifat aur deen ka jo fehm hai, woh sab ka taluq aql se hai. soch kar hum baton ko jaan paate hain, na sochen to hum kuch jaan nahi paenge.</w:t>
      </w:r>
    </w:p>
    <w:p>
      <w:pPr>
        <w:jc w:val="right"/>
      </w:pPr>
      <w:r>
        <w:t>بلکہ پورا دین، پوری معرفت اور دین کا جو فہم ہے، وہ سب کا تعلق عقل سے ہے۔ سوچ کر ہم باتوں کو جان پاتے ہیں، نہ سوچیں تو ہم کچھ جان نہیں پائیں گے۔</w:t>
      </w:r>
    </w:p>
    <w:p>
      <w:r>
        <w:rPr>
          <w:b/>
        </w:rPr>
        <w:t xml:space="preserve">[17:14] </w:t>
      </w:r>
      <w:r>
        <w:t>to sochne ka jo faculty aap ke andar hai, jo thinking karne ki jo faculty aap ke andar hai, us ko aap zyada zyada zyada zyada active karenge, utni zyada aap jaan paenge.</w:t>
      </w:r>
    </w:p>
    <w:p>
      <w:pPr>
        <w:jc w:val="right"/>
      </w:pPr>
      <w:r>
        <w:t>تو سوچنے کا جو فیکلٹی آپ کے اندر ہے، جو تھنکنگ کرنے کی جو فیکلٹی آپ کے اندر ہے، اس کو آپ زیادہ زیادہ زیادہ زیادہ ایکٹیو کریں گے، اتنی زیادہ آپ جان پائیں گے۔</w:t>
      </w:r>
    </w:p>
    <w:p>
      <w:r>
        <w:rPr>
          <w:b/>
        </w:rPr>
        <w:t xml:space="preserve">[17:27] </w:t>
      </w:r>
      <w:r>
        <w:t>quran ko bhi utni samajh paenge, hadith ko bhi utni samajh paenge. to jo log is tarah ki baaten karte hain, wohi log hain jinhone apni thinking capacity ko zyada active nahi kiya.</w:t>
      </w:r>
    </w:p>
    <w:p>
      <w:pPr>
        <w:jc w:val="right"/>
      </w:pPr>
      <w:r>
        <w:t>قرآن کو بھی اتنی سمجھ پائیں گے، حدیث کو بھی اتنی سمجھ پائیں گے۔ تو جو لوگ اس طرح کی باتیں کرتے ہیں، وہی لوگ ہیں جنہوں نے اپنی تھنکنگ کیپیسٹی کو زیادہ ایکٹیو نہیں کیا۔</w:t>
      </w:r>
    </w:p>
    <w:p>
      <w:r>
        <w:rPr>
          <w:b/>
        </w:rPr>
        <w:t xml:space="preserve">[17:41] </w:t>
      </w:r>
      <w:r>
        <w:t>yahan par main aap ko ek bohat hi,</w:t>
      </w:r>
    </w:p>
    <w:p>
      <w:pPr>
        <w:jc w:val="right"/>
      </w:pPr>
      <w:r>
        <w:t>یہاں پر میں آپ کو ایک بہت ہی،</w:t>
      </w:r>
    </w:p>
    <w:p>
      <w:r>
        <w:rPr>
          <w:b/>
        </w:rPr>
        <w:t xml:space="preserve">[17:46] </w:t>
      </w:r>
      <w:r>
        <w:t>kal mein ek, kal mujhe ek bada ajeeb experience hua. phir main ne ek hadith ko padha to to samajh mein aaya ke kitni badi nemat allah taala ki hai.</w:t>
      </w:r>
    </w:p>
    <w:p>
      <w:pPr>
        <w:jc w:val="right"/>
      </w:pPr>
      <w:r>
        <w:t>کل میں ایک، کل مجھے ایک بڑا عجیب ایکسپیرینس ہوا۔ پھر میں نے ایک حدیث کو پڑھا تو تو سمجھ میں آیا کہ کتنی بڑی نعمت اللہ تعالی کی ہے۔</w:t>
      </w:r>
    </w:p>
    <w:p>
      <w:r>
        <w:rPr>
          <w:b/>
        </w:rPr>
        <w:t xml:space="preserve">[18:00] </w:t>
      </w:r>
      <w:r>
        <w:t>kal mein kuch kar raha tha to achaanak mere zehan mein aaya ke allah taala ne insaan ke dimagh ko do hisse mein banta hai: shaoor aur lashaoor,</w:t>
      </w:r>
    </w:p>
    <w:p>
      <w:pPr>
        <w:jc w:val="right"/>
      </w:pPr>
      <w:r>
        <w:t>کل میں کچھ کر رہا تھا تو اچانک میرے ذہن میں آیا کہ اللہ تعالی نے انسان کے دماغ کو دو حصے میں بانٹا ہے: شعور اور لاشعور،</w:t>
      </w:r>
    </w:p>
    <w:p>
      <w:r>
        <w:rPr>
          <w:b/>
        </w:rPr>
        <w:t xml:space="preserve">[18:15] </w:t>
      </w:r>
      <w:r>
        <w:t>yaani conscious mind aur subconscious mind, conscious mind aur unconscious mind ya subconscious mind. to hamara mind hi cover, hamara mind hi jo hai control karta hai hamari body ko, hamari har cheez ko.</w:t>
      </w:r>
    </w:p>
    <w:p>
      <w:pPr>
        <w:jc w:val="right"/>
      </w:pPr>
      <w:r>
        <w:t>یعنی کانشیس مائنڈ اور سب کانشیس مائنڈ، کانشیس مائنڈ اور ان کانشیس مائنڈ یا سب کانشیس مائنڈ۔ تو ہمارا مائنڈ ہی کور کر، ہمارا مائنڈ ہی جو ہے کنٹرول کرتا ہے ہماری باڈی کو، ہماری ہر چیز کو۔</w:t>
      </w:r>
    </w:p>
    <w:p>
      <w:r>
        <w:rPr>
          <w:b/>
        </w:rPr>
        <w:t xml:space="preserve">[18:33] </w:t>
      </w:r>
      <w:r>
        <w:t>lekin sara jo kaam hai, mind automatic taur par karta rehta hai.</w:t>
      </w:r>
    </w:p>
    <w:p>
      <w:pPr>
        <w:jc w:val="right"/>
      </w:pPr>
      <w:r>
        <w:t>لیکن سارا جو کام ہے، مائنڈ آٹومیٹک طور پر کرتا رہتا ہے۔</w:t>
      </w:r>
    </w:p>
    <w:p>
      <w:r>
        <w:rPr>
          <w:b/>
        </w:rPr>
        <w:t xml:space="preserve">[18:42] </w:t>
      </w:r>
      <w:r>
        <w:t>jaise main bol raha hoon to ek bohat bada system hai andar jo jo active hota hai, tab ja kar hum bol paate hain. woh automatic taur par active hai.</w:t>
      </w:r>
    </w:p>
    <w:p>
      <w:pPr>
        <w:jc w:val="right"/>
      </w:pPr>
      <w:r>
        <w:t>جیسے میں بول رہا ہوں تو ایک بہت بڑا سسٹم ہے اندر جو جو ایکٹیو ہوتا ہے، تب جا کر ہم بول پاتے ہیں۔ وہ آٹومیٹک طور پر ایکٹیو ہے۔</w:t>
      </w:r>
    </w:p>
    <w:p>
      <w:r>
        <w:rPr>
          <w:b/>
        </w:rPr>
        <w:t xml:space="preserve">[18:53] </w:t>
      </w:r>
      <w:r>
        <w:t>sunne ka system, dekhne ka system, sochne ka system, har cheez ka ek system hai. yahan tak ke jab chalte hain aap, woh bhi ek system hai.</w:t>
      </w:r>
    </w:p>
    <w:p>
      <w:pPr>
        <w:jc w:val="right"/>
      </w:pPr>
      <w:r>
        <w:t>سننے کا سسٹم، دیکھنے کا سسٹم، سوچنے کا سسٹم، ہر چیز کا ایک سسٹم ہے۔ یہاں تک کہ جب چلتے ہیں آپ، وہ بھی ایک سسٹم ہے۔</w:t>
      </w:r>
    </w:p>
    <w:p>
      <w:r>
        <w:rPr>
          <w:b/>
        </w:rPr>
        <w:t xml:space="preserve">[19:04] </w:t>
      </w:r>
      <w:r>
        <w:t>yeh sara system govern ho raha hai mind se. sara system, yani jab hum yahan tak choti baat, yani hath uthaya hum ne, yahan le gaye to yeh kisi exact tor par glass par jaye, idhar na chala jaye, idhar na chala jaye.</w:t>
      </w:r>
    </w:p>
    <w:p>
      <w:pPr>
        <w:jc w:val="right"/>
      </w:pPr>
      <w:r>
        <w:t>یہ سارا سسٹم گورن ہو رہا ہے مائنڈ سے۔ سارا سسٹم، یعنی جب ہم یہاں تک چھوٹی بات، یعنی ہاتھ اٹھایا ہم نے، یہاں لے گئے تو یہ کسی ایگزیکٹ طور پر گلاس پر جائے، ادھر نہ چلا جائے، ادھر نہ چلا جائے۔</w:t>
      </w:r>
    </w:p>
    <w:p>
      <w:r>
        <w:rPr>
          <w:b/>
        </w:rPr>
        <w:t xml:space="preserve">[19:22] </w:t>
      </w:r>
      <w:r>
        <w:t>Aap ne kabhi dekha hoga aise logon ko jin ke hath paon mein koi bimari ho jati hai, hath khaao bhi nahi rehta. Main ne dekha hai aise logon ko, woh chaye ki pyali nahi pakar sakte, to hath jab le aayenge to idhar le aayenge, idhar chala jayega, idhar le aayenge, idhar chala jayega.</w:t>
      </w:r>
    </w:p>
    <w:p>
      <w:pPr>
        <w:jc w:val="right"/>
      </w:pPr>
      <w:r>
        <w:t>آپ نے کبھی دیکھا ہوگا ایسے لوگوں کو جن کے ہاتھ پاؤں میں کوئی بیماری ہو جاتی ہے، ہاتھ کھاؤ بھی نہیں رہتا۔ میں نے دیکھا ہے ایسے لوگوں کو، وہ چائے کی پیالی نہیں پکڑ سکتے، تو ہاتھ جب لے آئیں گے تو ادھر لے آئیں گے، ادھر چلا جائے گا، ادھر لے آئیں گے، ادھر چلا جائے گا۔</w:t>
      </w:r>
    </w:p>
    <w:p>
      <w:r>
        <w:rPr>
          <w:b/>
        </w:rPr>
        <w:t xml:space="preserve">[19:36] </w:t>
      </w:r>
      <w:r>
        <w:t>Main ne aise log dekhe hain jin ko parkinson ki bimari hoti hai, rashah ki bimari hoti hai, to woh woh woh un ka hath paon se kaam nahi karta.</w:t>
      </w:r>
    </w:p>
    <w:p>
      <w:pPr>
        <w:jc w:val="right"/>
      </w:pPr>
      <w:r>
        <w:t>میں نے ایسے لوگ دیکھے ہیں جن کو پارکنسن کی بیماری ہوتی ہے، راشہ کی بیماری ہوتی ہے، تو وہ وہ وہ ان کا ہاتھ پاؤں سے کام نہیں کرتا۔</w:t>
      </w:r>
    </w:p>
    <w:p>
      <w:r>
        <w:rPr>
          <w:b/>
        </w:rPr>
        <w:t xml:space="preserve">[19:48] </w:t>
      </w:r>
      <w:r>
        <w:t>Chalte hain to paon idhar jata hai, kahin idhar jata hai. To yeh yeh yeh kya hai? Kyun ke woh woh jo system hai, woh kaam nahi kar raha hai. Woh jo system hai mind mein, woh kaam nahi kar raha.</w:t>
      </w:r>
    </w:p>
    <w:p>
      <w:pPr>
        <w:jc w:val="right"/>
      </w:pPr>
      <w:r>
        <w:t>چلتے ہیں تو پاؤں ادھر جاتا ہے، کہیں ادھر جاتا ہے۔ تو یہ یہ یہ کیا ہے؟ کیونکہ وہ وہ جو سسٹم ہے، وہ کام نہیں کر رہا ہے۔ وہ جو سسٹم ہے مائنڈ میں، وہ کام نہیں کر رہا۔</w:t>
      </w:r>
    </w:p>
    <w:p>
      <w:r>
        <w:rPr>
          <w:b/>
        </w:rPr>
        <w:t xml:space="preserve">[20:01] </w:t>
      </w:r>
      <w:r>
        <w:t>Is liye hamara hath idhar chala gaya. To yeh jab hum pakarte hain to yeh pakadna bhi isi inkaan mind se control hota hai, lashaoor se control hota hai.</w:t>
      </w:r>
    </w:p>
    <w:p>
      <w:pPr>
        <w:jc w:val="right"/>
      </w:pPr>
      <w:r>
        <w:t>اس لیے ہمارا ہاتھ ادھر چلا گیا۔ تو یہ جب ہم پکڑتے ہیں تو یہ پکڑنا بھی اسی انکان مائنڈ سے کنٹرول ہوتا ہے، لاشعور سے کنٹرول ہوتا ہے۔</w:t>
      </w:r>
    </w:p>
    <w:p>
      <w:r>
        <w:rPr>
          <w:b/>
        </w:rPr>
        <w:t xml:space="preserve">[20:11] </w:t>
      </w:r>
      <w:r>
        <w:t>Wahan control toot jaye to aap pakar bhi nahi paayenge. To main ne mujhe ek baat samajh aayi, jaise hum khana khate hain to khana hum ne uthaya, munh mein daal liya, is ke baad digest hota hai.</w:t>
      </w:r>
    </w:p>
    <w:p>
      <w:pPr>
        <w:jc w:val="right"/>
      </w:pPr>
      <w:r>
        <w:t>وہاں کنٹرول ٹوٹ جائے تو آپ پکڑ بھی نہیں پائیں گے۔ تو میں نے مجھے ایک بات سمجھ آئی، جیسے ہم کھانا کھاتے ہیں تو کھانا ہم نے اٹھایا، منہ میں ڈال لیا، اس کے بعد ڈائجسٹ ہوتا ہے۔</w:t>
      </w:r>
    </w:p>
    <w:p>
      <w:r>
        <w:rPr>
          <w:b/>
        </w:rPr>
        <w:t xml:space="preserve">[20:25] </w:t>
      </w:r>
      <w:r>
        <w:t>Woh to sara control hota hai inkaan mind se ya lashaoor se. Kitna bari factory chalti hai, jo factory jo hai living cell banati hai, jo blood banati hai, jo bone banati hai, jo fresh banati hai,</w:t>
      </w:r>
    </w:p>
    <w:p>
      <w:pPr>
        <w:jc w:val="right"/>
      </w:pPr>
      <w:r>
        <w:t>وہ تو سارا کنٹرول ہوتا ہے انکان مائنڈ سے یا لاشعور سے۔ کتنا بڑی فیکٹری چلتی ہے، جو فیکٹری جو ہے لیونگ سیل بناتی ہے، جو بلڈ بناتی ہے، جو بون بناتی ہے، جو فریش بناتی ہے،</w:t>
      </w:r>
    </w:p>
    <w:p>
      <w:r>
        <w:rPr>
          <w:b/>
        </w:rPr>
        <w:t xml:space="preserve">[20:42] </w:t>
      </w:r>
      <w:r>
        <w:t>Jo nakhun aur baal banati hai. Kitni bari factory hai woh.</w:t>
      </w:r>
    </w:p>
    <w:p>
      <w:pPr>
        <w:jc w:val="right"/>
      </w:pPr>
      <w:r>
        <w:t>جو ناخن اور بال بناتی ہے۔ کتنی بڑی فیکٹری ہے وہ۔</w:t>
      </w:r>
    </w:p>
    <w:p>
      <w:r>
        <w:rPr>
          <w:b/>
        </w:rPr>
        <w:t xml:space="preserve">[20:48] </w:t>
      </w:r>
      <w:r>
        <w:t>Woh sab hum hum to hi chalate hain, hum shaoor ke tehat nahi chalate. Woh sab lashaoor ke tehat chalti hai. Woh hum saans lete hain, tab bhi lashaoor ke tehat.</w:t>
      </w:r>
    </w:p>
    <w:p>
      <w:pPr>
        <w:jc w:val="right"/>
      </w:pPr>
      <w:r>
        <w:t>وہ سب ہم ہم تو ہی چلاتے ہیں، ہم شعور کے تحت نہیں چلاتے۔ وہ سب لاشعور کے تحت چلتی ہے۔ وہ ہم سانس لیتے ہیں، تب بھی لاشعور کے تحت۔</w:t>
      </w:r>
    </w:p>
    <w:p>
      <w:r>
        <w:rPr>
          <w:b/>
        </w:rPr>
        <w:t xml:space="preserve">[21:01] </w:t>
      </w:r>
      <w:r>
        <w:t>To sara jo function hai jis se hum zinda hain, woh sab ko control kar raha hai lashaoor. Ab sawal hai ke shaoor ka function kya hai?</w:t>
      </w:r>
    </w:p>
    <w:p>
      <w:pPr>
        <w:jc w:val="right"/>
      </w:pPr>
      <w:r>
        <w:t>تو سارا جو فنکشن ہے جس سے ہم زندہ ہیں، وہ سب کو کنٹرول کر رہا ہے لاشعور۔ اب سوال ہے کہ شعور کا فنکشن کیا ہے؟</w:t>
      </w:r>
    </w:p>
    <w:p>
      <w:r>
        <w:rPr>
          <w:b/>
        </w:rPr>
        <w:t xml:space="preserve">[21:13] </w:t>
      </w:r>
      <w:r>
        <w:t>To main ne socha ke Allah taala ne shaoor ko free kar diya hai, farigh kar diya hai ke marifat ki baatein sochein. Woh ek ajeeb ghareeb mujhe ehsaas hua ke Allah taala ne mere shaoor ko free kar diya hai ke khoob socho Allah taala ke bare mein.</w:t>
      </w:r>
    </w:p>
    <w:p>
      <w:pPr>
        <w:jc w:val="right"/>
      </w:pPr>
      <w:r>
        <w:t>تو میں نے سوچا کہ اللہ تعالی نے شعور کو فری کر دیا ہے، فارغ کر دیا ہے کہ معرفت کی باتیں سوچیں۔ وہ ایک عجیب غریب مجھے احساس ہوا کہ اللہ تعالی نے میرے شعور کو فری کر دیا ہے کہ خوب سوچو اللہ تعالی کے بارے میں۔</w:t>
      </w:r>
    </w:p>
    <w:p>
      <w:r>
        <w:rPr>
          <w:b/>
        </w:rPr>
        <w:t xml:space="preserve">[21:28] </w:t>
      </w:r>
      <w:r>
        <w:t>Baqi to aap kaam karenge, tumhara khana hum hazam karwayenge, sun aur jitne bhi function hain, sab hum karwayenge.</w:t>
      </w:r>
    </w:p>
    <w:p>
      <w:pPr>
        <w:jc w:val="right"/>
      </w:pPr>
      <w:r>
        <w:t>باقی تو آپ کام کریں گے، تمہارا کھانا ہم ہضم کروائیں گے، سن اور جتنے بھی فنکشن ہیں، سب ہم کروائیں گے۔</w:t>
      </w:r>
    </w:p>
    <w:p>
      <w:r>
        <w:rPr>
          <w:b/>
        </w:rPr>
        <w:t xml:space="preserve">[21:38] </w:t>
      </w:r>
      <w:r>
        <w:t>Tum ko sirf sochna hai, jis ko urdu mein kehte hain farigh kar dena kisi ko ya free kar dena. To Allah taala ko sab se zaroori bari cheez jo matloob hai, woh hai aadmi soch kar Allah ko daryaft kare, soch kar baaton ko jaane.</w:t>
      </w:r>
    </w:p>
    <w:p>
      <w:pPr>
        <w:jc w:val="right"/>
      </w:pPr>
      <w:r>
        <w:t>تم کو صرف سوچنا ہے، جس کو اردو میں کہتے ہیں فارغ کر دینا کسی کو یا فری کر دینا۔ تو اللہ تعالی کو سب سے ضروری بڑی چیز جو مطلوب ہے، وہ ہے آدمی سوچ کر اللہ کو دریافت کرے، سوچ کر باتوں کو جانے۔</w:t>
      </w:r>
    </w:p>
    <w:p>
      <w:r>
        <w:rPr>
          <w:b/>
        </w:rPr>
        <w:t xml:space="preserve">[21:55] </w:t>
      </w:r>
      <w:r>
        <w:t>Is ke liye Allah taala shaoor ki jo faculty hamari hai, yani conscious mind jo hai hamara, us ko ek dam free kar diya. Kuch kaam hi is ka nahi, kyun ke sab kaam automatic tor par ho raha hai, sab automatic tor par ho raha hai.</w:t>
      </w:r>
    </w:p>
    <w:p>
      <w:pPr>
        <w:jc w:val="right"/>
      </w:pPr>
      <w:r>
        <w:t>اس کے لیے اللہ تعالی شعور کی جو فیکلٹی ہماری ہے، یعنی کانشیس مائنڈ جو ہے ہمارا، اس کو ایک دم فری کر دیا۔ کچھ کام ہی اس کا نہیں، کیونکہ سب کام آٹومیٹک طور پر ہو رہا ہے، سب آٹومیٹک طور پر ہو رہا ہے۔</w:t>
      </w:r>
    </w:p>
    <w:p>
      <w:r>
        <w:rPr>
          <w:b/>
        </w:rPr>
        <w:t xml:space="preserve">[22:11] </w:t>
      </w:r>
      <w:r>
        <w:t>Yani do cheezein hain jis se hum, jo meri samajh mein aaya, ek to nature mein jo system hai, jis ko hum life support system kehte hain, woh bhi apne aap kaam kar raha hai.</w:t>
      </w:r>
    </w:p>
    <w:p>
      <w:pPr>
        <w:jc w:val="right"/>
      </w:pPr>
      <w:r>
        <w:t>یعنی دو چیزیں ہیں جس سے ہم، جو میری سمجھ میں آیا، ایک تو نیچر میں جو سسٹم ہے، جس کو ہم لائف سپورٹ سسٹم کہتے ہیں، وہ بھی اپنے آپ کام کر رہا ہے۔</w:t>
      </w:r>
    </w:p>
    <w:p>
      <w:r>
        <w:rPr>
          <w:b/>
        </w:rPr>
        <w:t xml:space="preserve">[22:22] </w:t>
      </w:r>
      <w:r>
        <w:t>Suraj apne aap roshni de raha hai, darakht apne aap oxygen supply kar rahe hain, hawaein apne aap daud rahi hain ke hamari awaaz aap tak pohanche.</w:t>
      </w:r>
    </w:p>
    <w:p>
      <w:pPr>
        <w:jc w:val="right"/>
      </w:pPr>
      <w:r>
        <w:t>سورج اپنے آپ روشنی دے رہا ہے، درخت اپنے آپ اکسیجن سپلائی کر رہے ہیں، ہوائیں اپنے آپ دوڑ رہی ہیں کہ ہماری آواز آپ تک پہنچے۔</w:t>
      </w:r>
    </w:p>
    <w:p>
      <w:r>
        <w:rPr>
          <w:b/>
        </w:rPr>
        <w:t xml:space="preserve">[22:33] </w:t>
      </w:r>
      <w:r>
        <w:t>Khet se apne aap ghalla nikal raha hai, rain jo hai, rain apne aap is ka nizam chal raha hai. Hum koi nahi chalate is ko, aisa nahi ke hum koi handle ghumaein, tab chale.</w:t>
      </w:r>
    </w:p>
    <w:p>
      <w:pPr>
        <w:jc w:val="right"/>
      </w:pPr>
      <w:r>
        <w:t>کھیت سے اپنے آپ غلہ نکل رہا ہے، رین جو ہے، رین اپنے آپ اس کا نظام چل رہا ہے۔ ہم کوئی نہیں چلاتے اس کو، ایسا نہیں کہ ہم کوئی ہینڈل گھمائیں، تب چلے۔</w:t>
      </w:r>
    </w:p>
    <w:p>
      <w:r>
        <w:rPr>
          <w:b/>
        </w:rPr>
        <w:t xml:space="preserve">[22:44] </w:t>
      </w:r>
      <w:r>
        <w:t>Woh to ek taraf nature ka jo life support system hai, woh apne aap kaam karta hai. Agar farz kijiye hum ko yeh karna ho ke humein factory banani pare aur is se hum oxygen nikalen aur phir hum saans len, to sara din isi mein pade rahenge.</w:t>
      </w:r>
    </w:p>
    <w:p>
      <w:pPr>
        <w:jc w:val="right"/>
      </w:pPr>
      <w:r>
        <w:t>وہ تو ایک طرف نیچر کا جو لائف سپورٹ سسٹم ہے، وہ اپنے آپ کام کرتا ہے۔ اگر فرض کیجئے ہم کو یہ کرنا ہو کہ ہمیں فیکٹری بنانی پڑے اور اس سے ہم اکسیجن نکالیں اور پھر ہم سانس لیں، تو سارا دن اسی میں پڑے رہیں گے۔</w:t>
      </w:r>
    </w:p>
    <w:p>
      <w:r>
        <w:rPr>
          <w:b/>
        </w:rPr>
        <w:t xml:space="preserve">[22:59] </w:t>
      </w:r>
      <w:r>
        <w:t>Hum sara din isi mein pade rahenge, tab hum ko oxygen milega. To doosra kaam to kuch kar nahi paayenge. To life support system jo hai, woh automatic tor par kaam karta hai.</w:t>
      </w:r>
    </w:p>
    <w:p>
      <w:pPr>
        <w:jc w:val="right"/>
      </w:pPr>
      <w:r>
        <w:t>ہم سارا دن اسی میں پڑے رہیں گے، تب ہم کو اکسیجن ملے گا۔ تو دوسرا کام تو کچھ کر نہیں پائیں گے۔ تو لائف سپورٹ سسٹم جو ہے، وہ آٹومیٹک طور پر کام کرتا ہے۔</w:t>
      </w:r>
    </w:p>
    <w:p>
      <w:r>
        <w:rPr>
          <w:b/>
        </w:rPr>
        <w:t xml:space="preserve">[23:12] </w:t>
      </w:r>
      <w:r>
        <w:t>Body ka jo system hai, woh bhi more than 99 percent apne aap kaam kar raha hai. Ab shaoor jo sab se bari cheez hai, shaoor yani reason, is ka kya kaam hai?</w:t>
      </w:r>
    </w:p>
    <w:p>
      <w:pPr>
        <w:jc w:val="right"/>
      </w:pPr>
      <w:r>
        <w:t>باڈی کا جو سسٹم ہے، وہ بھی مور دین 99 پرسنٹ اپنے آپ کام کر رہا ہے۔ اب شعور جو سب سے بڑی چیز ہے، شعور یعنی ریزن، اس کا کیا کام ہے؟</w:t>
      </w:r>
    </w:p>
    <w:p>
      <w:r>
        <w:rPr>
          <w:b/>
        </w:rPr>
        <w:t xml:space="preserve">[23:24] </w:t>
      </w:r>
      <w:r>
        <w:t>Is ka kaam hai sochna, sachai ko discover karna. Kaisi ajeeb</w:t>
      </w:r>
    </w:p>
    <w:p>
      <w:pPr>
        <w:jc w:val="right"/>
      </w:pPr>
      <w:r>
        <w:t>اس کا کام ہے سوچنا، سچائی کو ڈسکور کرنا۔ کیسی عجیب</w:t>
      </w:r>
    </w:p>
    <w:p>
      <w:r>
        <w:rPr>
          <w:b/>
        </w:rPr>
        <w:t xml:space="preserve">[23:30] </w:t>
      </w:r>
      <w:r>
        <w:t>Baat hai! Yani Allah taala ne aap ko free kar diya hai is baat ke liye ke aap sachai ko daryaft karen. To yeh ek hadith se ajeeb ghareeb tor par yeh yeh baat mujhe us waqt meri zehan mein aayi jab ek ayat main ne socha.</w:t>
      </w:r>
    </w:p>
    <w:p>
      <w:pPr>
        <w:jc w:val="right"/>
      </w:pPr>
      <w:r>
        <w:t>بات ہے! یعنی اللہ تعالی نے آپ کو فری کر دیا ہے اس بات کے لیے کہ آپ سچائی کو دریافت کریں۔ تو یہ ایک حدیث سے عجیب غریب طور پر یہ یہ بات مجھے اس وقت میری ذہن میں آئی جب ایک آیت میں نے سوچا۔</w:t>
      </w:r>
    </w:p>
    <w:p>
      <w:r>
        <w:rPr>
          <w:b/>
        </w:rPr>
        <w:t xml:space="preserve">[23:44] </w:t>
      </w:r>
      <w:r>
        <w:t>Quran majeed mein ek ayat hai: "Inna ashra dawabinda allahi thumma al-bakumu allatheena la yaqiloon". Bari ajeeb ayat hai ke "the worst creatures are those who don't use their reason".</w:t>
      </w:r>
    </w:p>
    <w:p>
      <w:pPr>
        <w:jc w:val="right"/>
      </w:pPr>
      <w:r>
        <w:t>قرآن مجید میں ایک آیت ہے: "إن الشر دواب عند الله ثم البکم الذين لا يعقلون"۔ بڑی عجیب آیت ہے کہ "دا ورسٹ کریچر آر دوز ہو ڈونٹ یوز دیر ریزن"۔</w:t>
      </w:r>
    </w:p>
    <w:p>
      <w:r>
        <w:rPr>
          <w:b/>
        </w:rPr>
        <w:t xml:space="preserve">[23:57] </w:t>
      </w:r>
      <w:r>
        <w:t>Kaisi ajeeb ayat hai yeh!</w:t>
      </w:r>
    </w:p>
    <w:p>
      <w:pPr>
        <w:jc w:val="right"/>
      </w:pPr>
      <w:r>
        <w:t>کیسی عجیب آیت ہے یہ!</w:t>
      </w:r>
    </w:p>
    <w:p>
      <w:r>
        <w:rPr>
          <w:b/>
        </w:rPr>
        <w:t xml:space="preserve">[23:59] </w:t>
      </w:r>
      <w:r>
        <w:t>"The worst creature" sab se buray janwar woh log hain jo apni aqal ko istemal na karen. "The worst creatures are those who don't use their reason".</w:t>
      </w:r>
    </w:p>
    <w:p>
      <w:pPr>
        <w:jc w:val="right"/>
      </w:pPr>
      <w:r>
        <w:t>"دا ورسٹ کریچر" سب سے برے جانور وہ لوگ ہیں جو اپنی عقل کو استعمال نہ کریں۔ "دا ورسٹ کریچر آر دوز ہو ڈونٹ یوز دیر ریزن"۔</w:t>
      </w:r>
    </w:p>
    <w:p>
      <w:r>
        <w:rPr>
          <w:b/>
        </w:rPr>
        <w:t xml:space="preserve">[24:13] </w:t>
      </w:r>
      <w:r>
        <w:t>phir mein ne hadees is se bhi aik hadees ko mila kar chhod raha hoon. aik hadees mein hai ke Allah taala ne aql ko paida kiya, aql yaani mind ko, reason ko, aql ko paida kiya.</w:t>
      </w:r>
    </w:p>
    <w:p>
      <w:pPr>
        <w:jc w:val="right"/>
      </w:pPr>
      <w:r>
        <w:t>پھر میں نے حدیث اس سے بھی ایک حدیث کو ملا کر چھوڑ رہا ہوں۔ ایک حدیث میں ہے کہ اللہ تعالی نے عقل کو پیدا کیا، عقل یعنی مائنڈ کو، ریزن کو، عقل کو پیدا کیا۔</w:t>
      </w:r>
    </w:p>
    <w:p>
      <w:r>
        <w:rPr>
          <w:b/>
        </w:rPr>
        <w:t xml:space="preserve">[24:26] </w:t>
      </w:r>
      <w:r>
        <w:t>to is se kaha ke tujh se ziyada bari cheez koi bhi nahi paida ki mein ne. sab se bari cheez jo mein ne paida ki, woh to hai.</w:t>
      </w:r>
    </w:p>
    <w:p>
      <w:pPr>
        <w:jc w:val="right"/>
      </w:pPr>
      <w:r>
        <w:t>تو اس سے کہا کہ تجھ سے زیادہ بڑی چیز کوئی بھی نہیں پیدا کی میں نے۔ سب سے بڑی چیز جو میں نے پیدا کی، وہ تو ہے۔</w:t>
      </w:r>
    </w:p>
    <w:p>
      <w:r>
        <w:rPr>
          <w:b/>
        </w:rPr>
        <w:t xml:space="preserve">[24:36] </w:t>
      </w:r>
      <w:r>
        <w:t>aur phir is mein thori lambi hadees "kandlal mal" mein. phir aap ne aql ko khitab karte hue farmaya: "buka aurfu wa buka ahmadu".</w:t>
      </w:r>
    </w:p>
    <w:p>
      <w:pPr>
        <w:jc w:val="right"/>
      </w:pPr>
      <w:r>
        <w:t>اور پھر اس میں تھوڑی لمبی حدیث ہے "کندل المال" میں۔ پھر آپ نے عقل کو خطاب کرتے ہوئے فرمایا: "بکا اورفو وبکا احمدو"۔</w:t>
      </w:r>
    </w:p>
    <w:p>
      <w:r>
        <w:rPr>
          <w:b/>
        </w:rPr>
        <w:t xml:space="preserve">[24:50] </w:t>
      </w:r>
      <w:r>
        <w:t>kaisi ajeeb yeh hadees hai!</w:t>
      </w:r>
    </w:p>
    <w:p>
      <w:pPr>
        <w:jc w:val="right"/>
      </w:pPr>
      <w:r>
        <w:t>کیسی عجیب یہ حدیث ہے!</w:t>
      </w:r>
    </w:p>
    <w:p>
      <w:r>
        <w:rPr>
          <w:b/>
        </w:rPr>
        <w:t xml:space="preserve">[24:52] </w:t>
      </w:r>
      <w:r>
        <w:t>aql se kaha, reason se ya mind se: "buka aurfu wa buka ahmadu". "through you i will be discovred".</w:t>
      </w:r>
    </w:p>
    <w:p>
      <w:pPr>
        <w:jc w:val="right"/>
      </w:pPr>
      <w:r>
        <w:t>عقل سے کہا، ریزن سے یا مائنڈ سے: "بکا اورفو وبکا احمدو"۔ "تھرو یو آئی ول بی ڈسکورڈ"۔</w:t>
      </w:r>
    </w:p>
    <w:p>
      <w:r>
        <w:rPr>
          <w:b/>
        </w:rPr>
        <w:t xml:space="preserve">[25:03] </w:t>
      </w:r>
      <w:r>
        <w:t>"through you i will be acknowledged". aey aql, tere zariye se mein jana jaunga aur aey aql, tere zariye se meri hamd ki jayegi.</w:t>
      </w:r>
    </w:p>
    <w:p>
      <w:pPr>
        <w:jc w:val="right"/>
      </w:pPr>
      <w:r>
        <w:t>"تھرو یو آئی ول بی ایکنالجڈ"۔ اے عقل، تیرے ذریعے سے میں جانا جاؤں گا اور اے عقل، تیرے ذریعے سے میری حمد کی جائے گی۔</w:t>
      </w:r>
    </w:p>
    <w:p>
      <w:r>
        <w:rPr>
          <w:b/>
        </w:rPr>
        <w:t xml:space="preserve">[25:15] </w:t>
      </w:r>
      <w:r>
        <w:t>"buka aurfu wa buka ahmadu". "through you i will be discovred".</w:t>
      </w:r>
    </w:p>
    <w:p>
      <w:pPr>
        <w:jc w:val="right"/>
      </w:pPr>
      <w:r>
        <w:t>"بکا اورفو وبکا احمدو"۔ "تھرو یو آئی ول بی ڈسکورڈ"۔</w:t>
      </w:r>
    </w:p>
    <w:p>
      <w:r>
        <w:rPr>
          <w:b/>
        </w:rPr>
        <w:t xml:space="preserve">[25:26] </w:t>
      </w:r>
      <w:r>
        <w:t>"through you i will be acknowledged". ab dekhiye, is mein sochne ki baat yeh hai ke aql kaise aisa kar payegi?</w:t>
      </w:r>
    </w:p>
    <w:p>
      <w:pPr>
        <w:jc w:val="right"/>
      </w:pPr>
      <w:r>
        <w:t>"تھرو یو آئی ول بی ایکنالجڈ"۔ اب دیکھیے، اس میں سوچنے کی بات یہ ہے کہ عقل کیسے ایسا کر پائے گی؟</w:t>
      </w:r>
    </w:p>
    <w:p>
      <w:r>
        <w:rPr>
          <w:b/>
        </w:rPr>
        <w:t xml:space="preserve">[25:37] </w:t>
      </w:r>
      <w:r>
        <w:t>is liye ke is ko farigh kar diya hai, tab kar payegi. aql ko farigh kar diya ke tum bas yahi kaam karo, tum ko doosra kaam karna hi nahi hai. tum ko,</w:t>
      </w:r>
    </w:p>
    <w:p>
      <w:pPr>
        <w:jc w:val="right"/>
      </w:pPr>
      <w:r>
        <w:t>اس لیے کہ اس کو فارغ کر دیا ہے، تب کر پائے گی۔ عقل کو فارغ کر دیا کہ تم بس یہی کام کرو، تم کو دوسرا کام کرنا ہی نہیں ہے۔ تم کو،</w:t>
      </w:r>
    </w:p>
    <w:p>
      <w:r>
        <w:rPr>
          <w:b/>
        </w:rPr>
        <w:t xml:space="preserve">[25:51] </w:t>
      </w:r>
      <w:r>
        <w:t>tum ko jaise companiyon mein hota hai, koi koi sport ka aadmi ho to companiyan is ko farigh kar dete hain ke tum bas sport ki duniya mein jao, baqi tumhari salary tum ko milti rahegi, tumhara sab kaam hota rahega, tum ko kuch doosra karna nahi hai,</w:t>
      </w:r>
    </w:p>
    <w:p>
      <w:pPr>
        <w:jc w:val="right"/>
      </w:pPr>
      <w:r>
        <w:t>تم کو جیسے کمپنیوں میں ہوتا ہے، کوئی کوئی اسپورٹ کا آدمی ہو تو کمپنیاں اس کو فارغ کر دیتے ہیں کہ تم بس اسپورٹ کی دنیا میں جاؤ، باقی تمہاری سیلری تم کو ملتی رہے گی، تمہارا سب کام ہوتا رہے گا، تم کو کچھ دوسرا کرنا نہیں ہے،</w:t>
      </w:r>
    </w:p>
    <w:p>
      <w:r>
        <w:rPr>
          <w:b/>
        </w:rPr>
        <w:t xml:space="preserve">[26:06] </w:t>
      </w:r>
      <w:r>
        <w:t>tum ko bas sport mein aage badhna hai taake hamari company ka naam ho. to koi acha sport mein aage badhta hai to companiyan is ko farigh kar deti hain, free kar deti hain.</w:t>
      </w:r>
    </w:p>
    <w:p>
      <w:pPr>
        <w:jc w:val="right"/>
      </w:pPr>
      <w:r>
        <w:t>تم کو بس اسپورٹ میں آگے بڑھنا ہے تاکہ ہماری کمپنی کا نام ہو۔ تو کوئی اچھا اسپورٹ میں آگے بڑھتا ہے تو کمپنیاں اس کو فارغ کر دیتی ہیں، فری کر دیتی ہیں۔</w:t>
      </w:r>
    </w:p>
    <w:p>
      <w:r>
        <w:rPr>
          <w:b/>
        </w:rPr>
        <w:t xml:space="preserve">[26:16] </w:t>
      </w:r>
      <w:r>
        <w:t>to Allah taala ne shaoor ko ya aql ko ya mind ko free kar diya hai. ab sara kaam apne zame le liya, apne zame yeh life support system apne aap kaam kar raha hai.</w:t>
      </w:r>
    </w:p>
    <w:p>
      <w:pPr>
        <w:jc w:val="right"/>
      </w:pPr>
      <w:r>
        <w:t>تو اللہ تعالی نے شعور کو یا عقل کو یا مائنڈ کو فری کر دیا ہے۔ اب سارا کام اپنے ذمے لے لیا، اپنے ذمے یہ لائف سپورٹ سسٹم اپنے آپ کام کر رہا ہے۔</w:t>
      </w:r>
    </w:p>
    <w:p>
      <w:r>
        <w:rPr>
          <w:b/>
        </w:rPr>
        <w:t xml:space="preserve">[26:30] </w:t>
      </w:r>
      <w:r>
        <w:t>hamari body apne aap lashaoor se govern ho rahi hai. ab hum ko farigh kar diya hai, hamare shaoor ko, hamari aql ko ke socho, socho, socho aur Allah ki glory ko discover karo.</w:t>
      </w:r>
    </w:p>
    <w:p>
      <w:pPr>
        <w:jc w:val="right"/>
      </w:pPr>
      <w:r>
        <w:t>ہماری باڈی اپنے آپ لاشعور سے گورن ہو رہی ہے۔ اب ہم کو فارغ کر دیا ہے، ہمارے شعور کو، ہماری عقل کو کہ سوچو، سوچو، سوچو اور اللہ کی گلوری کو ڈسکور کرو۔</w:t>
      </w:r>
    </w:p>
    <w:p>
      <w:r>
        <w:rPr>
          <w:b/>
        </w:rPr>
        <w:t xml:space="preserve">[26:44] </w:t>
      </w:r>
      <w:r>
        <w:t>Allah ki jo wisdom hai, us ko discover karo. Allah ki jo blessing hai, us ko discover karo taake tum hamd kar sako.</w:t>
      </w:r>
    </w:p>
    <w:p>
      <w:pPr>
        <w:jc w:val="right"/>
      </w:pPr>
      <w:r>
        <w:t>اللہ کی جو وزڈم ہے، اس کو ڈسکور کرو۔ اللہ کی جو بلیسنگ ہے، اس کو ڈسکور کرو تاکہ تم حمد کر سکو۔</w:t>
      </w:r>
    </w:p>
    <w:p>
      <w:r>
        <w:rPr>
          <w:b/>
        </w:rPr>
        <w:t xml:space="preserve">[26:55] </w:t>
      </w:r>
      <w:r>
        <w:t>yaani hamd ka matlab hota hai bohat bare peymane par acknowledge kar sakoon. jab aap discover karenge, tabhi to aap acknowledge kar payenge.</w:t>
      </w:r>
    </w:p>
    <w:p>
      <w:pPr>
        <w:jc w:val="right"/>
      </w:pPr>
      <w:r>
        <w:t>یعنی حمد کا مطلب ہوتا ہے بہت بڑے پیمانے پر ایکنالج کر سکتا ہوں۔ جب آپ ڈسکور کریں گے، تبھی تو آپ ایکنالج کر پائیں گے۔</w:t>
      </w:r>
    </w:p>
    <w:p>
      <w:r>
        <w:rPr>
          <w:b/>
        </w:rPr>
        <w:t xml:space="preserve">[27:04] </w:t>
      </w:r>
      <w:r>
        <w:t>aap</w:t>
      </w:r>
    </w:p>
    <w:p>
      <w:pPr>
        <w:jc w:val="right"/>
      </w:pPr>
      <w:r>
        <w:t>آپ</w:t>
      </w:r>
    </w:p>
    <w:p>
      <w:r>
        <w:rPr>
          <w:b/>
        </w:rPr>
        <w:t xml:space="preserve">[27:08] </w:t>
      </w:r>
      <w:r>
        <w:t>to jo log hadees ka inkar karte hain, mein samajhta hoon ke woh pagal, pagal se bhi ziyada bure log hain. woh itni bari baat hadees mein likhi hui hai: "buka aurfu wa buka ahmadu".</w:t>
      </w:r>
    </w:p>
    <w:p>
      <w:pPr>
        <w:jc w:val="right"/>
      </w:pPr>
      <w:r>
        <w:t>تو جو لوگ حدیث کا انکار کرتے ہیں، میں سمجھتا ہوں کہ وہ پاگل، پاگل سے بھی زیادہ برے لوگ ہیں۔ وہ اتنی بڑی بات حدیث میں لکھی ہوئی ہے: "بکا اورفو وبکا احمدو"۔</w:t>
      </w:r>
    </w:p>
    <w:p>
      <w:r>
        <w:rPr>
          <w:b/>
        </w:rPr>
        <w:t xml:space="preserve">[27:24] </w:t>
      </w:r>
      <w:r>
        <w:t>dekhiye, Quran majeed mein hai: "wa ma khalaqtu al jinna wal insa illa li ya'budun". mein ne paida kiya insaan ko sirf ibadat ke liye.</w:t>
      </w:r>
    </w:p>
    <w:p>
      <w:pPr>
        <w:jc w:val="right"/>
      </w:pPr>
      <w:r>
        <w:t>دیکھیے، قرآن مجید میں ہے: "وما خلقت الجن والانس الا لیعبدون"۔ میں نے پیدا کیا انسان کو صرف عبادت کے لیے۔</w:t>
      </w:r>
    </w:p>
    <w:p>
      <w:r>
        <w:rPr>
          <w:b/>
        </w:rPr>
        <w:t xml:space="preserve">[27:36] </w:t>
      </w:r>
      <w:r>
        <w:t>is ki tashreeh ki gayi hai: "li ya'rifun" taake mujhe pehchane, meri marifat. to maqsad jo hai takhleeq ka, creation ka yeh hai ke insaan Khuda ko pehchane, Khuda ki marifat hasil kare.</w:t>
      </w:r>
    </w:p>
    <w:p>
      <w:pPr>
        <w:jc w:val="right"/>
      </w:pPr>
      <w:r>
        <w:t>اس کی تشریح کی گئی ہے: "لیا عرفون" تاکہ مجھے پہچانے، میری معرفت۔ تو مقصد جو ہے تخلیق کا، کریشن کا یہ ہے کہ انسان خدا کو پہچانے، خدا کی معرفت حاصل کرے۔</w:t>
      </w:r>
    </w:p>
    <w:p>
      <w:r>
        <w:rPr>
          <w:b/>
        </w:rPr>
        <w:t xml:space="preserve">[27:52] </w:t>
      </w:r>
      <w:r>
        <w:t>ab kaise marifat hasil karega? aql ke zariye se. aur yeh is wajah jab is baaton ko mein milata hoon ke aql ko Allah taala ne farigh kar diya ke tumhein light nahi jalana hai, suraj tum ko light dega,</w:t>
      </w:r>
    </w:p>
    <w:p>
      <w:pPr>
        <w:jc w:val="right"/>
      </w:pPr>
      <w:r>
        <w:t>اب کیسے معرفت حاصل کرے گا؟ عقل کے ذریعے سے۔ اور یہ اس وجہ جب اس باتوں کو میں ملاتا ہوں کہ عقل کو اللہ تعالی نے فارغ کر دیا کہ تمہیں لائٹ نہیں جلانا ہے، سورج تم کو لائٹ دے گا،</w:t>
      </w:r>
    </w:p>
    <w:p>
      <w:r>
        <w:rPr>
          <w:b/>
        </w:rPr>
        <w:t xml:space="preserve">[28:09] </w:t>
      </w:r>
      <w:r>
        <w:t>tumhein oxygen ki factory nahi kholna hai, darakht tum ko oxygen supply karenge, tum ko pani ka karkhana nahi banana hai, rain tum ko pani faraham karegi.</w:t>
      </w:r>
    </w:p>
    <w:p>
      <w:pPr>
        <w:jc w:val="right"/>
      </w:pPr>
      <w:r>
        <w:t>تمہیں اکسیجن کی فیکٹری نہیں کھولنا ہے، درخت تم کو اکسیجن سپلائی کریں گے، تم کو پانی کا کارخانہ نہیں بنانا ہے، رین تم کو پانی فراہم کرے گی۔</w:t>
      </w:r>
    </w:p>
    <w:p>
      <w:r>
        <w:rPr>
          <w:b/>
        </w:rPr>
        <w:t xml:space="preserve">[28:22] </w:t>
      </w:r>
      <w:r>
        <w:t>hazaron, lakhon aisi cheezein body ka jo function hai, us ko tumhein kuch nahi karna hai, woh sab inkan mind se cover hota rahega. bas tum ko sochna hai Allah taala ke liye, apni aql ko istemal karna hai Allah taala ke liye, marifat ko daryaft karna hai.</w:t>
      </w:r>
    </w:p>
    <w:p>
      <w:pPr>
        <w:jc w:val="right"/>
      </w:pPr>
      <w:r>
        <w:t>ہزاروں، لاکھوں ایسی چیزیں باڈی کا جو فنکشن ہے، اس کو تمہیں کچھ نہیں کرنا ہے، وہ سب انکان مائنڈ سے کور ہوتا رہے گا۔ بس تم کو سوچنا ہے اللہ تعالی کے لیے، اپنی عقل کو استعمال کرنا ہے اللہ تعالی کے لیے، معرفت کو دریافت کرنا ہے۔</w:t>
      </w:r>
    </w:p>
    <w:p>
      <w:r>
        <w:rPr>
          <w:b/>
        </w:rPr>
        <w:t xml:space="preserve">[28:39] </w:t>
      </w:r>
      <w:r>
        <w:t>kaisi ajeeb baat hai!</w:t>
      </w:r>
    </w:p>
    <w:p>
      <w:pPr>
        <w:jc w:val="right"/>
      </w:pPr>
      <w:r>
        <w:t>کیسی عجیب بات ہے!</w:t>
      </w:r>
    </w:p>
    <w:p>
      <w:r>
        <w:rPr>
          <w:b/>
        </w:rPr>
        <w:t xml:space="preserve">[28:45] </w:t>
      </w:r>
      <w:r>
        <w:t>ab ghor kijiye ke jo insaan apni aql ko Khuda ke liye istemal na kare, kitna bara, yaani kitna bara criminal woh Allah ki nazar mein hoga.</w:t>
      </w:r>
    </w:p>
    <w:p>
      <w:pPr>
        <w:jc w:val="right"/>
      </w:pPr>
      <w:r>
        <w:t>اب غور کیجئے کہ جو انسان اپنی عقل کو خدا کے لیے استعمال نہ کرے، کتنا بڑا، یعنی کتنا بڑا کریمنل وہ اللہ کی نظر میں ہوگا۔</w:t>
      </w:r>
    </w:p>
    <w:p>
      <w:r>
        <w:rPr>
          <w:b/>
        </w:rPr>
        <w:t xml:space="preserve">[29:00] </w:t>
      </w:r>
      <w:r>
        <w:t>woh kitna bara criminal hoga!</w:t>
      </w:r>
    </w:p>
    <w:p>
      <w:pPr>
        <w:jc w:val="right"/>
      </w:pPr>
      <w:r>
        <w:t>وہ کتنا بڑا کریمنل ہوگا!</w:t>
      </w:r>
    </w:p>
    <w:p>
      <w:r>
        <w:rPr>
          <w:b/>
        </w:rPr>
        <w:t xml:space="preserve">[29:08] </w:t>
      </w:r>
      <w:r>
        <w:t>itni bari bari bhi baatein hadith mein hain to quran mein to fundamentals hain. sirf yaad rakhiye, quran mein fundamentals hain, quran mein guardic principles hain, baqi detail to sari hadith mein hai.</w:t>
      </w:r>
    </w:p>
    <w:p>
      <w:pPr>
        <w:jc w:val="right"/>
      </w:pPr>
      <w:r>
        <w:t>اتنی بڑی بڑی بھی باتیں حدیث میں ہیں تو قرآن میں تو فنڈامینٹلز ہیں۔ صرف یاد رکھیے، قرآن میں فنڈامینٹلز ہیں، قرآن میں گارڈک پرنسپلز ہیں، باقی ڈیٹیل تو ساری حدیث میں ہے۔</w:t>
      </w:r>
    </w:p>
    <w:p>
      <w:r>
        <w:rPr>
          <w:b/>
        </w:rPr>
        <w:t xml:space="preserve">[29:28] </w:t>
      </w:r>
      <w:r>
        <w:t>ajeeb ajeeb baatein hain!</w:t>
      </w:r>
    </w:p>
    <w:p>
      <w:pPr>
        <w:jc w:val="right"/>
      </w:pPr>
      <w:r>
        <w:t>عجیب عجیب باتیں ہیں!</w:t>
      </w:r>
    </w:p>
    <w:p>
      <w:r>
        <w:rPr>
          <w:b/>
        </w:rPr>
        <w:t xml:space="preserve">[29:30] </w:t>
      </w:r>
      <w:r>
        <w:t>ahadithon ko parhein aap, quran to aap jante hain, quran to 6400 words hain, kul 6400, aur hadithain to pachas hazar hain, 50 tha hain.</w:t>
      </w:r>
    </w:p>
    <w:p>
      <w:pPr>
        <w:jc w:val="right"/>
      </w:pPr>
      <w:r>
        <w:t>احادیثوں کو پڑھیں آپ، قرآن تو آپ جانتے ہیں، قرآن تو 6400 ورڈز ہیں، کل 6400، اور حدیثیں تو پچاس ہزار ہیں، 50 تھا ہیں۔</w:t>
      </w:r>
    </w:p>
    <w:p>
      <w:r>
        <w:rPr>
          <w:b/>
        </w:rPr>
        <w:t xml:space="preserve">[29:47] </w:t>
      </w:r>
      <w:r>
        <w:t>to sari baatein jo hain hadithon mein maujood hain, tafseel ke aitbaar se. Jo aadmi yeh kahe ke mujhe quran kafi hai, woh to main samajhta hoon ke bilkul, yani aik mindness ki baat kar raha hai.</w:t>
      </w:r>
    </w:p>
    <w:p>
      <w:pPr>
        <w:jc w:val="right"/>
      </w:pPr>
      <w:r>
        <w:t>تو ساری باتیں جو ہیں حدیثوں میں موجود ہیں، تفصیل کے اعتبار سے۔ جو آدمی یہ کہے کہ مجھے قرآن کافی ہے، وہ تو میں سمجھتا ہوں کہ بالکل، یعنی ایک مائنڈنس کی بات کر رہا ہے۔</w:t>
      </w:r>
    </w:p>
    <w:p>
      <w:r>
        <w:rPr>
          <w:b/>
        </w:rPr>
        <w:t xml:space="preserve">[30:00] </w:t>
      </w:r>
      <w:r>
        <w:t>woh kaise kafi ho jayega? bataiye!</w:t>
      </w:r>
    </w:p>
    <w:p>
      <w:pPr>
        <w:jc w:val="right"/>
      </w:pPr>
      <w:r>
        <w:t>وہ کیسے کافی ہو جائے گا؟ بتائیے!</w:t>
      </w:r>
    </w:p>
    <w:p>
      <w:r>
        <w:rPr>
          <w:b/>
        </w:rPr>
        <w:t xml:space="preserve">[30:07] </w:t>
      </w:r>
      <w:r>
        <w:t>dunya ke, yani law of land ke baray mein log jante hain ke constitution kafi nahi ho jata kabhi kisi country ke liye. Law aur jo act banaye thay, woh zaroori zaroori hotay hain.</w:t>
      </w:r>
    </w:p>
    <w:p>
      <w:pPr>
        <w:jc w:val="right"/>
      </w:pPr>
      <w:r>
        <w:t>دنیا کے، یعنی لاء آف لینڈ کے بارے میں لوگ جانتے ہیں کہ کانسٹیٹیوشن کافی نہیں ہو جاتا کبھی کسی کنٹری کے لیے۔ لاء اور جو ایکٹ بنائے تھے، وہ ضروری ضروری ہوتے ہیں۔</w:t>
      </w:r>
    </w:p>
    <w:p>
      <w:r>
        <w:rPr>
          <w:b/>
        </w:rPr>
        <w:t xml:space="preserve">[30:18] </w:t>
      </w:r>
      <w:r>
        <w:t>sirf constitution se aap kisi mulk ko nahi chala sakte, aur jo legal system hai, usko istemal karte hain, tab mulk chalta hai.</w:t>
      </w:r>
    </w:p>
    <w:p>
      <w:pPr>
        <w:jc w:val="right"/>
      </w:pPr>
      <w:r>
        <w:t>صرف کانسٹیٹیوشن سے آپ کسی ملک کو نہیں چلا سکتے، اور جو لیگل سسٹم ہے، اس کو استعمال کرتے ہیں، تب ملک چلتا ہے۔</w:t>
      </w:r>
    </w:p>
    <w:p>
      <w:r>
        <w:rPr>
          <w:b/>
        </w:rPr>
        <w:t xml:space="preserve">[30:28] </w:t>
      </w:r>
      <w:r>
        <w:t>yahan aap keh rahe hain ke sirf quran kafi hai, to main to samajhta hoon kaise log unhon ne apni thinking faculty ko istemal nahi kiya, is wajah se aisi baatein keh rahe hain.</w:t>
      </w:r>
    </w:p>
    <w:p>
      <w:pPr>
        <w:jc w:val="right"/>
      </w:pPr>
      <w:r>
        <w:t>یہاں آپ کہہ رہے ہیں کہ صرف قرآن کافی ہے، تو میں تو سمجھتا ہوں کیسے لوگ انہوں نے اپنی تھنکنگ فیکلٹی کو استعمال نہیں کیا، اس وجہ سے ایسی باتیں کہہ رہے ہیں۔</w:t>
      </w:r>
    </w:p>
    <w:p>
      <w:r>
        <w:rPr>
          <w:b/>
        </w:rPr>
        <w:t xml:space="preserve">[30:45] </w:t>
      </w:r>
      <w:r>
        <w:t>dekhein, is tarah ke log jo hain, kya baat kehte hain? woh yeh kehte hain ke quran jo hai, mehfooz kiya gaya hai aur hadith ko mehfooz nahi kiya gaya.</w:t>
      </w:r>
    </w:p>
    <w:p>
      <w:pPr>
        <w:jc w:val="right"/>
      </w:pPr>
      <w:r>
        <w:t>دیکھیں، اس طرح کے لوگ جو ہیں، کیا بات کہتے ہیں؟ وہ یہ کہتے ہیں کہ قرآن جو ہے، محفوظ کیا گیا ہے اور حدیث کو محفوظ نہیں کیا گیا۔</w:t>
      </w:r>
    </w:p>
    <w:p>
      <w:r>
        <w:rPr>
          <w:b/>
        </w:rPr>
        <w:t xml:space="preserve">[31:02] </w:t>
      </w:r>
      <w:r>
        <w:t>lekin yeh yeh bilkul baseless baat hai</w:t>
      </w:r>
    </w:p>
    <w:p>
      <w:pPr>
        <w:jc w:val="right"/>
      </w:pPr>
      <w:r>
        <w:t>لیکن یہ یہ بالکل بیسلیس بات ہے</w:t>
      </w:r>
    </w:p>
    <w:p>
      <w:r>
        <w:rPr>
          <w:b/>
        </w:rPr>
        <w:t xml:space="preserve">[31:05] </w:t>
      </w:r>
      <w:r>
        <w:t>! yeh quran kya hai? hadith kya hai? quran kis ke munh se nikla? kya quran aap ko mil gaya? aaj jab log dekhte hain aik binding ki shakal mein aik quran, samajhte hain ke aise hi quran chala aaya un ke paas,</w:t>
      </w:r>
    </w:p>
    <w:p>
      <w:pPr>
        <w:jc w:val="right"/>
      </w:pPr>
      <w:r>
        <w:t>! یہ قرآن کیا ہے؟ حدیث کیا ہے؟ قرآن کس کے منہ سے نکلا؟ کیا قرآن آپ کو مل گیا؟ آج جب لوگ دیکھتے ہیں ایک بائنڈنگ کی شکل میں ایک قرآن، سمجھتے ہیں کہ ایسے ہی قرآن چلا آیا ان کے پاس،</w:t>
      </w:r>
    </w:p>
    <w:p>
      <w:r>
        <w:rPr>
          <w:b/>
        </w:rPr>
        <w:t xml:space="preserve">[31:20] </w:t>
      </w:r>
      <w:r>
        <w:t>yani unconsciously shayad woh samajhte hain ke yahi quran seedhe aasman se un ko chala aa raha hai. Quran bhi isi peghambar ke munh se nikla hai jis peghambar ke munh se hadithain nikli hain,</w:t>
      </w:r>
    </w:p>
    <w:p>
      <w:pPr>
        <w:jc w:val="right"/>
      </w:pPr>
      <w:r>
        <w:t>یعنی انکانسشیسلی شاید وہ سمجھتے ہیں کہ یہی قرآن سیدھے آسمان سے ان کو چلا آ رہا ہے۔ قرآن بھی اسی پیغمبر کے منہ سے نکلا ہے جس پیغمبر کے منہ سے حدیثیں نکلی ہیں،</w:t>
      </w:r>
    </w:p>
    <w:p>
      <w:r>
        <w:rPr>
          <w:b/>
        </w:rPr>
        <w:t xml:space="preserve">[31:35] </w:t>
      </w:r>
      <w:r>
        <w:t>isi isi insaan ki zuban se hum ne quran ko suna, jis zuban ki zuban se hum ne hadith ko suna. To main yeh kaha karta hoon ke doosri hadithain agar hadith rasool hain to quran hadith qudsi hai.</w:t>
      </w:r>
    </w:p>
    <w:p>
      <w:pPr>
        <w:jc w:val="right"/>
      </w:pPr>
      <w:r>
        <w:t>اسی اسی انسان کی زبان سے ہم نے قرآن کو سنا، جس زبان کی زبان سے ہم نے حدیث کو سنا۔ تو میں یہ کہا کرتا ہوں کہ دوسری حدیثیں اگر حدیث رسول ہیں تو قرآن حدیث قدسی ہے۔</w:t>
      </w:r>
    </w:p>
    <w:p>
      <w:r>
        <w:rPr>
          <w:b/>
        </w:rPr>
        <w:t xml:space="preserve">[31:53] </w:t>
      </w:r>
      <w:r>
        <w:t>doosri hadithain agar hadith rasool hain to quran hadith qudsi hai.</w:t>
      </w:r>
    </w:p>
    <w:p>
      <w:pPr>
        <w:jc w:val="right"/>
      </w:pPr>
      <w:r>
        <w:t>دوسری حدیثیں اگر حدیث رسول ہیں تو قرآن حدیث قدسی ہے۔</w:t>
      </w:r>
    </w:p>
    <w:p>
      <w:r>
        <w:rPr>
          <w:b/>
        </w:rPr>
        <w:t xml:space="preserve">[32:01] </w:t>
      </w:r>
      <w:r>
        <w:t>wohi wohi wohi narrator jinhon ne quran ko narrate kar ke pohanchaya, woh unhon ne hadith ko hi pohanchaya hai. Yani sahaba, sahaba jin ki tadad aik lakh se ziyada thi, unhon ne suna rasool Allah ki zuban se quran ko,</w:t>
      </w:r>
    </w:p>
    <w:p>
      <w:pPr>
        <w:jc w:val="right"/>
      </w:pPr>
      <w:r>
        <w:t>وہی وہی وہی نریٹر جنہوں نے قرآن کو نریٹ کر کے پہنچایا، وہ انہوں نے حدیث کو ہی پہنچایا ہے۔ یعنی صحابہ، صحابہ جن کی تعداد ایک لاکھ سے زیادہ تھی، انہوں نے سنا رسول اللہ کی زبان سے قرآن کو،</w:t>
      </w:r>
    </w:p>
    <w:p>
      <w:r>
        <w:rPr>
          <w:b/>
        </w:rPr>
        <w:t xml:space="preserve">[32:16] </w:t>
      </w:r>
      <w:r>
        <w:t>unhon ne apni zuban mein is ko mehfooz kar liya, phir unhon ne bataya doosron ko. To sahaba ke zariye se quran pohanchaya, sahaba ke zariye se hadith pohanchi hai,</w:t>
      </w:r>
    </w:p>
    <w:p>
      <w:pPr>
        <w:jc w:val="right"/>
      </w:pPr>
      <w:r>
        <w:t>انہوں نے اپنی زبان میں اس کو محفوظ کر لیا، پھر انہوں نے بتایا دوسروں کو۔ تو صحابہ کے ذریعے سے قرآن پہنچایا، صحابہ کے ذریعے سے حدیث پہنچی ہے،</w:t>
      </w:r>
    </w:p>
    <w:p>
      <w:r>
        <w:rPr>
          <w:b/>
        </w:rPr>
        <w:t xml:space="preserve">[32:30] </w:t>
      </w:r>
      <w:r>
        <w:t>yani aik hi munh se nikli dono cheezein aur pohanchane wale bhi aik hi, yani narration karne wale bhi aik hi. To koi farq nahi dono mein.</w:t>
      </w:r>
    </w:p>
    <w:p>
      <w:pPr>
        <w:jc w:val="right"/>
      </w:pPr>
      <w:r>
        <w:t>یعنی ایک ہی منہ سے نکلی دونوں چیزیں اور پہنچانے والے بھی ایک ہی، یعنی نیریشن کرنے والے بھی ایک ہی۔ تو کوئی فرق نہیں دونوں میں۔</w:t>
      </w:r>
    </w:p>
    <w:p>
      <w:r>
        <w:rPr>
          <w:b/>
        </w:rPr>
        <w:t xml:space="preserve">[32:42] </w:t>
      </w:r>
      <w:r>
        <w:t>agar sabit ho jaye ke rasool Allah ki yeh hadith hai to koi farq nahi.</w:t>
      </w:r>
    </w:p>
    <w:p>
      <w:pPr>
        <w:jc w:val="right"/>
      </w:pPr>
      <w:r>
        <w:t>اگر ثابت ہو جائے کہ رسول اللہ کی یہ حدیث ہے تو کوئی فرق نہیں۔</w:t>
      </w:r>
    </w:p>
    <w:p>
      <w:r>
        <w:rPr>
          <w:b/>
        </w:rPr>
        <w:t xml:space="preserve">[32:54] </w:t>
      </w:r>
      <w:r>
        <w:t>yeh koi sadah baat nahi hai, yeh bohat ziyada sochne samajhne ki baat hai, bohat ziyada sochne samajhne ki baat hai. Jab rasool Allah ki wafat ke baad,</w:t>
      </w:r>
    </w:p>
    <w:p>
      <w:pPr>
        <w:jc w:val="right"/>
      </w:pPr>
      <w:r>
        <w:t>یہ کوئی سادہ بات نہیں ہے، یہ بہت زیادہ سوچنے سمجھنے کی بات ہے، بہت زیادہ سوچنے سمجھنے کی بات ہے۔ جب رسول اللہ کی وفات کے بعد،</w:t>
      </w:r>
    </w:p>
    <w:p>
      <w:r>
        <w:rPr>
          <w:b/>
        </w:rPr>
        <w:t xml:space="preserve">[33:09] </w:t>
      </w:r>
      <w:r>
        <w:t>jis tarah rasool Allah ki wafat hui hai, us waqt quran us shakal mein maujood nahi tha jaise ke hum aaj lete hain.</w:t>
      </w:r>
    </w:p>
    <w:p>
      <w:pPr>
        <w:jc w:val="right"/>
      </w:pPr>
      <w:r>
        <w:t>جس طرح رسول اللہ کی وفات ہوئی ہے، اس وقت قرآن اس شکل میں موجود نہیں تھا جیسے کہ ہم آج لیتے ہیں۔</w:t>
      </w:r>
    </w:p>
    <w:p>
      <w:r>
        <w:rPr>
          <w:b/>
        </w:rPr>
        <w:t xml:space="preserve">[33:16] </w:t>
      </w:r>
      <w:r>
        <w:t>logon ke mind mein, yani memory mein tha, memory mein. To kya hua? Hazrat Abu Bakr ke zamanay aaya khilafat ka. Is zamanay mein sahaba ke mashware se aap ne yeh kiya ke bohat zabardast hafiz thay quran ke aur woh katib bhi thay,</w:t>
      </w:r>
    </w:p>
    <w:p>
      <w:pPr>
        <w:jc w:val="right"/>
      </w:pPr>
      <w:r>
        <w:t>لوگوں کے مائنڈ میں، یعنی میموری میں تھا، میموری میں۔ تو کیا ہوا؟ حضرت ابوبکر کے زمانہ آیا خلافت کا۔ اس زمانے میں صحابہ کے مشورے سے آپ نے یہ کیا کہ بہت زبردست حافظ تھے قرآن کے اور وہ کاتب بھی تھے،</w:t>
      </w:r>
    </w:p>
    <w:p>
      <w:r>
        <w:rPr>
          <w:b/>
        </w:rPr>
        <w:t xml:space="preserve">[33:36] </w:t>
      </w:r>
      <w:r>
        <w:t>yani Zaid bin Sabit Ansari. Un ko, un ko Khalifa Awwal ne appointment kiya ke tum quran ko likho.</w:t>
      </w:r>
    </w:p>
    <w:p>
      <w:pPr>
        <w:jc w:val="right"/>
      </w:pPr>
      <w:r>
        <w:t>یعنی زید بن ثابت انصاری۔ ان کو، ان کو خلیفہ اول نے اپوائنٹمنٹ کیا کہ تم قرآن کو لکھو۔</w:t>
      </w:r>
    </w:p>
    <w:p>
      <w:r>
        <w:rPr>
          <w:b/>
        </w:rPr>
        <w:t xml:space="preserve">[33:49] </w:t>
      </w:r>
      <w:r>
        <w:t>to quran us waqt jo tha, woh ziyada tar memory mein tha, memory mein tha aur likha hua bhi tha. Log is ko fitna banate hain ke rasool Allah salallahu alaihi wasallam ne yeh farmaya tha ke quran ko likho aur aur hadithon ko mat likho.</w:t>
      </w:r>
    </w:p>
    <w:p>
      <w:pPr>
        <w:jc w:val="right"/>
      </w:pPr>
      <w:r>
        <w:t>تو قرآن اس وقت جو تھا، وہ زیادہ تر میموری میں تھا، میموری میں تھا اور لکھا ہوا بھی تھا۔ لوگ اس کو فتنہ بناتے ہیں کہ رسول اللہ صلی اللہ علیہ وسلم نے یہ فرمایا تھا کہ قرآن کو لکھو اور اور حدیثوں کو مت لکھو۔</w:t>
      </w:r>
    </w:p>
    <w:p>
      <w:r>
        <w:rPr>
          <w:b/>
        </w:rPr>
        <w:t xml:space="preserve">[34:09] </w:t>
      </w:r>
      <w:r>
        <w:t>aik hadith hai is qism ki ke ke rasool Allah ne farmaya ke quran ko likho aur hadithon ko mat likho. Lekin is ka matlab yeh nahi hai ke hadithon ko mat likho, is ka matlab hai ke is is same same paper dono cheezon ko mat likho.</w:t>
      </w:r>
    </w:p>
    <w:p>
      <w:pPr>
        <w:jc w:val="right"/>
      </w:pPr>
      <w:r>
        <w:t>ایک حدیث ہے اس قسم کی کہ کہ رسول اللہ نے فرمایا کہ قرآن کو لکھو اور حدیثوں کو مت لکھو۔ لیکن اس کا مطلب یہ نہیں ہے کہ حدیثوں کو مت لکھو، اس کا مطلب ہے کہ اس اس سیم سیم پیپر دونوں چیزوں کو مت لکھو۔</w:t>
      </w:r>
    </w:p>
    <w:p>
      <w:r>
        <w:rPr>
          <w:b/>
        </w:rPr>
        <w:t xml:space="preserve">[34:26] </w:t>
      </w:r>
      <w:r>
        <w:t>yeh matlab hai is ka</w:t>
      </w:r>
    </w:p>
    <w:p>
      <w:pPr>
        <w:jc w:val="right"/>
      </w:pPr>
      <w:r>
        <w:t>یہ مطلب ہے اس کا</w:t>
      </w:r>
    </w:p>
    <w:p>
      <w:r>
        <w:rPr>
          <w:b/>
        </w:rPr>
        <w:t xml:space="preserve">[34:31] </w:t>
      </w:r>
      <w:r>
        <w:t>seam paper par.</w:t>
      </w:r>
    </w:p>
    <w:p>
      <w:pPr>
        <w:jc w:val="right"/>
      </w:pPr>
      <w:r>
        <w:t>سیم پیپر پر۔</w:t>
      </w:r>
    </w:p>
    <w:p>
      <w:r>
        <w:rPr>
          <w:b/>
        </w:rPr>
        <w:t xml:space="preserve">[34:35] </w:t>
      </w:r>
      <w:r>
        <w:t>rasool Allah ne farmaya the: "la likhtoo anni ghair al quran" . "la takhtaboo anni ghair al quran" . mujh se quran ke siwa kisi aur cheez ko na likho.</w:t>
      </w:r>
    </w:p>
    <w:p>
      <w:pPr>
        <w:jc w:val="right"/>
      </w:pPr>
      <w:r>
        <w:t>رسول اللہ نے فرمایا تھے: "لا تكتبوا انی غیر القرآن"۔ "لا تکتبوا انی غیر القرآن"۔ مجھ سے قرآن کے سوا کسی اور چیز کو نہ لکھو۔</w:t>
      </w:r>
    </w:p>
    <w:p>
      <w:r>
        <w:rPr>
          <w:b/>
        </w:rPr>
        <w:t xml:space="preserve">[34:46] </w:t>
      </w:r>
      <w:r>
        <w:t>is ka matlab hai is isi seam paper par na likho.</w:t>
      </w:r>
    </w:p>
    <w:p>
      <w:pPr>
        <w:jc w:val="right"/>
      </w:pPr>
      <w:r>
        <w:t>اس کا مطلب ہے اس اسی سیم پیپر پر نہ لکھو۔</w:t>
      </w:r>
    </w:p>
    <w:p>
      <w:r>
        <w:rPr>
          <w:b/>
        </w:rPr>
        <w:t xml:space="preserve">[34:51] </w:t>
      </w:r>
      <w:r>
        <w:t>yeh matlab nahi ke sary se likho hi mat. jo aaj sahaba ne bohat likha, to chounke hua aisa ke pichli kitaben jo theen, isi liye un mein gadbad ho gaya, milawatein ho gayeen ke isi paper pe likha karte the log.</w:t>
      </w:r>
    </w:p>
    <w:p>
      <w:pPr>
        <w:jc w:val="right"/>
      </w:pPr>
      <w:r>
        <w:t>یہ مطلب نہیں کہ سرے سے لکھو ہی مت۔ جو آج صحابہ نے بہت لکھا، تو چونکہ ہوا ایسا کہ پچھلی کتابیں جو تھیں، اسی لیے ان میں گڑبڑ ہو گیا، ملاوٹیں ہو گئیں کہ اسی پیپر پہ لکھا کرتے تھے لوگ۔</w:t>
      </w:r>
    </w:p>
    <w:p>
      <w:r>
        <w:rPr>
          <w:b/>
        </w:rPr>
        <w:t xml:space="preserve">[35:05] </w:t>
      </w:r>
      <w:r>
        <w:t>kyunke pehle paper bohat hi, yaani rare item hua karta tha, bohat hi ziyada kam milta tha. aaj kal ki tarah nahi tha ke paper ifraat ke sath hai, aap khoob istemal kijiye aur jo jaisa check kijiye.</w:t>
      </w:r>
    </w:p>
    <w:p>
      <w:pPr>
        <w:jc w:val="right"/>
      </w:pPr>
      <w:r>
        <w:t>کیونکہ پہلے پیپر بہت ہی، یعنی ریئر آئٹم ہوا کرتا تھا، بہت ہی زیادہ کم ملتا تھا۔ آج کل کی طرح نہیں تھا کہ پیپر افراط کے ساتھ ہے، آپ خوب استعمال کیجئے اور جو جیسا چیک کیجئے۔</w:t>
      </w:r>
    </w:p>
    <w:p>
      <w:r>
        <w:rPr>
          <w:b/>
        </w:rPr>
        <w:t xml:space="preserve">[35:19] </w:t>
      </w:r>
      <w:r>
        <w:t>bohat hi ek rare item tha kaghaz. to log kya karte the ke pichli ummaton mein aisa hua ke kalam Allah ko likhte the kisi kaghaz par, to isi par apni baat, maslan unhon ne ek commentary hai, un ki ek hai explanation hai, us ko bhi unhon ne likh liya ya prophet ne suna tha, us ko bhi likh liya.</w:t>
      </w:r>
    </w:p>
    <w:p>
      <w:pPr>
        <w:jc w:val="right"/>
      </w:pPr>
      <w:r>
        <w:t>بہت ہی ایک ریئر آئٹم تھا کاغذ۔ تو لوگ کیا کرتے تھے کہ پچھلی امتوں میں ایسا ہوا کہ کلام اللہ کو لکھتے تھے کسی کاغذ پر، تو اسی پر اپنی بات، مثلاً انہوں نے ایک کمنٹری ہے، ان کی ایک ہے ایکسپلینیشن ہے، اس کو بھی انہوں نے لکھ لیا یا پرافٹ نے سنا تھا، اس کو بھی لکھ لیا۔</w:t>
      </w:r>
    </w:p>
    <w:p>
      <w:r>
        <w:rPr>
          <w:b/>
        </w:rPr>
        <w:t xml:space="preserve">[35:43] </w:t>
      </w:r>
      <w:r>
        <w:t>is seam kaghaz par dono likhte the, is se woh gadbad ho gaya aur us ki purity baqi nahi rahi. rasool Allah ne chaha ke quran ke silsile mein aisa na hone paye.</w:t>
      </w:r>
    </w:p>
    <w:p>
      <w:pPr>
        <w:jc w:val="right"/>
      </w:pPr>
      <w:r>
        <w:t>اس سیم کاغذ پر دونوں لکھتے تھے، اس سے وہ گڑبڑ ہو گیا اور اس کی پیورٹی باقی نہیں رہی۔ رسول اللہ نے چاہا کہ قرآن کے سلسلے میں ایسا نہ ہونے پائے۔</w:t>
      </w:r>
    </w:p>
    <w:p>
      <w:r>
        <w:rPr>
          <w:b/>
        </w:rPr>
        <w:t xml:space="preserve">[35:55] </w:t>
      </w:r>
      <w:r>
        <w:t>to jab aap ne kaha tha ke "la takhtaboo anni ghair al quran", to is ka matlab yeh tha ke jis paper par tum quran ko likhte ho, isi paper par meri hadith mat likho, us ko alag se us ki hifazat karo.</w:t>
      </w:r>
    </w:p>
    <w:p>
      <w:pPr>
        <w:jc w:val="right"/>
      </w:pPr>
      <w:r>
        <w:t>تو جب آپ نے کہا تھا کہ "لا تکتبوا انی غیر القرآن"، تو اس کا مطلب یہ تھا کہ جس پیپر پر تم قرآن کو لکھتے ہو، اسی پیپر پر میری حدیث مت لکھو، اس کو الگ سے اس کی حفاظت کرو۔</w:t>
      </w:r>
    </w:p>
    <w:p>
      <w:r>
        <w:rPr>
          <w:b/>
        </w:rPr>
        <w:t xml:space="preserve">[36:10] </w:t>
      </w:r>
      <w:r>
        <w:t>to khair kya hua ke Hazrat Abu Bakr R.A. ne Zaid bin Sabit Ansari ko muqarrar kiya ke tum quran ko jama karo aur ek ek jild mein poora likha jaye.</w:t>
      </w:r>
    </w:p>
    <w:p>
      <w:pPr>
        <w:jc w:val="right"/>
      </w:pPr>
      <w:r>
        <w:t>تو خیر کیا ہوا کہ حضرت ابوبکر رضی اللہ عنہ نے زید بن ثابت انصاری کو مقرر کیا کہ تم قرآن کو جمع کرو اور ایک ایک جلد میں پورا لکھا جائے۔</w:t>
      </w:r>
    </w:p>
    <w:p>
      <w:r>
        <w:rPr>
          <w:b/>
        </w:rPr>
        <w:t xml:space="preserve">[36:22] </w:t>
      </w:r>
      <w:r>
        <w:t>us ko to us zamane mein unhon ne ek bohat zabardast, yaani ehtimam kiya. us ko doctor Maurice Bucaille ne kaha hai: "double checking system".</w:t>
      </w:r>
    </w:p>
    <w:p>
      <w:pPr>
        <w:jc w:val="right"/>
      </w:pPr>
      <w:r>
        <w:t>اس کو تو اس زمانے میں انہوں نے ایک بہت زبردست، یعنی اہتمام کیا۔ اس کو ڈاکٹر مورس بقائی نے کہا ہے: "ڈبل چیکنگ سسٹم"۔</w:t>
      </w:r>
    </w:p>
    <w:p>
      <w:r>
        <w:rPr>
          <w:b/>
        </w:rPr>
        <w:t xml:space="preserve">[36:36] </w:t>
      </w:r>
      <w:r>
        <w:t>double checking system woh kya tha ke hazaron hazar sahaba aise the jin ko poora quran yaad tha. rasool Allah S.A.W. ne ab yeh yeh yeh samajh lijiye ke pehle zamane mein jab ke printing press se pehle har jagah aisa hota hai, logon ki memory bohat mehfooz hua karti thi.</w:t>
      </w:r>
    </w:p>
    <w:p>
      <w:pPr>
        <w:jc w:val="right"/>
      </w:pPr>
      <w:r>
        <w:t>ڈبل چیکنگ سسٹم وہ کیا تھا کہ ہزاروں ہزار صحابہ ایسے تھے جن کو پورا قرآن یاد تھا۔ رسول اللہ صلی اللہ علیہ وسلم نے اب یہ یہ یہ سمجھ لیجئے کہ پہلے زمانے میں جب کہ پرنٹنگ پریس سے پہلے ہر جگہ ایسا ہوتا ہے، لوگوں کی میموری بہت محفوظ ہوا کرتی تھی۔</w:t>
      </w:r>
    </w:p>
    <w:p>
      <w:r>
        <w:rPr>
          <w:b/>
        </w:rPr>
        <w:t xml:space="preserve">[36:54] </w:t>
      </w:r>
      <w:r>
        <w:t>yeh yaani is zamane mein press, pre printing press jo hai, sari duniya mein memory se kaam chalta tha. to memory bohat bohat hi achi hoti thi, bohat achi hua karti thi.</w:t>
      </w:r>
    </w:p>
    <w:p>
      <w:pPr>
        <w:jc w:val="right"/>
      </w:pPr>
      <w:r>
        <w:t>یہ یعنی اس زمانے میں پریس، پری پرنٹنگ پریس جو ہے، ساری دنیا میں میموری سے کام چلتا تھا۔ تو میموری بہت بہت ہی اچھی ہوتی تھی، بہت اچھی ہوا کرتی تھی۔</w:t>
      </w:r>
    </w:p>
    <w:p>
      <w:r>
        <w:rPr>
          <w:b/>
        </w:rPr>
        <w:t xml:space="preserve">[37:07] </w:t>
      </w:r>
      <w:r>
        <w:t>jaise aaj kal dekhiye, aaj kal jab mobile jab se aa gaya hai, tab se logon ko telephone number yaad nahi rehte. doosron ke pehle mein ne aise log dekhe hain ke so so number yaad rehte hain.</w:t>
      </w:r>
    </w:p>
    <w:p>
      <w:pPr>
        <w:jc w:val="right"/>
      </w:pPr>
      <w:r>
        <w:t>جیسے آج کل دیکھیے، آج کل جب موبائل جب سے آ گیا ہے، تب سے لوگوں کو ٹیلی فون نمبر یاد نہیں رہتے۔ دوسروں کے پہلے میں نے ایسے لوگ دیکھے ہیں کہ سو سو نمبر یاد رہتے ہیں۔</w:t>
      </w:r>
    </w:p>
    <w:p>
      <w:r>
        <w:rPr>
          <w:b/>
        </w:rPr>
        <w:t xml:space="preserve">[37:17] </w:t>
      </w:r>
      <w:r>
        <w:t>un ke aise log mein ne dekhe hain jab mobile nahi tha. ab mobile mein aap ek button dabate hain to dard se number aa jata hai.</w:t>
      </w:r>
    </w:p>
    <w:p>
      <w:pPr>
        <w:jc w:val="right"/>
      </w:pPr>
      <w:r>
        <w:t>ان کے ایسے لوگ میں نے دیکھے ہیں جب موبائل نہیں تھا۔ اب موبائل میں آپ ایک بٹن دباتے ہیں تو درد سے نمبر آ جاتا ہے۔</w:t>
      </w:r>
    </w:p>
    <w:p>
      <w:r>
        <w:rPr>
          <w:b/>
        </w:rPr>
        <w:t xml:space="preserve">[37:26] </w:t>
      </w:r>
      <w:r>
        <w:t>to ab woh woh log bhoolne lage, yaani doosron ke telephone number ab un ke mind mein nahi nahi rehte, ab ab mobile mein rehte hain. istemal jis jis jis faculty ko aap istemal karte hain, us ki taqat barh jati hai.</w:t>
      </w:r>
    </w:p>
    <w:p>
      <w:pPr>
        <w:jc w:val="right"/>
      </w:pPr>
      <w:r>
        <w:t>تو اب وہ وہ لوگ بھولنے لگے، یعنی دوسروں کے ٹیلی فون نمبر اب ان کے مائنڈ میں نہیں نہیں رہتے، اب اب موبائل میں رہتے ہیں۔ استعمال جس جس جس فیکلٹی کو آپ استعمال کرتے ہیں، اس کی طاقت بڑھ جاتی ہے۔</w:t>
      </w:r>
    </w:p>
    <w:p>
      <w:r>
        <w:rPr>
          <w:b/>
        </w:rPr>
        <w:t xml:space="preserve">[37:41] </w:t>
      </w:r>
      <w:r>
        <w:t>to pehle zamane mein dekhiye, memory bohat istemal hoti thi printing press se pehle, to bohat aasani se log yaad kar liya karte the. to rasool Allah S.A.W. par jo quran utarta tha, aap parhte the.</w:t>
      </w:r>
    </w:p>
    <w:p>
      <w:pPr>
        <w:jc w:val="right"/>
      </w:pPr>
      <w:r>
        <w:t>تو پہلے زمانے میں دیکھیے، میموری بہت استعمال ہوتی تھی پرنٹنگ پریس سے پہلے، تو بہت آسانی سے لوگ یاد کر لیا کرتے تھے۔ تو رسول اللہ صلی اللہ علیہ وسلم پر جو قرآن اترتا تھا، آپ پڑھتے تھے۔</w:t>
      </w:r>
    </w:p>
    <w:p>
      <w:r>
        <w:rPr>
          <w:b/>
        </w:rPr>
        <w:t xml:space="preserve">[37:53] </w:t>
      </w:r>
      <w:r>
        <w:t>aakhir mein aap ne baqayda poora poora quran parh ke sunaya logon ko. jab mukammal ho gaya to poora poora quran silsila-e-wirasa bohat se logon ko yaad ho gaya, hazaron logon ko.</w:t>
      </w:r>
    </w:p>
    <w:p>
      <w:pPr>
        <w:jc w:val="right"/>
      </w:pPr>
      <w:r>
        <w:t>آخر میں آپ نے باقاعدہ پورا پورا قرآن پڑھ کے سنایا لوگوں کو۔ جب مکمل ہو گیا تو پورا پورا قرآن سلسلہ وراثت بہت سے لوگوں کو یاد ہو گیا، ہزاروں لوگوں کو۔</w:t>
      </w:r>
    </w:p>
    <w:p>
      <w:r>
        <w:rPr>
          <w:b/>
        </w:rPr>
        <w:t xml:space="preserve">[38:03] </w:t>
      </w:r>
      <w:r>
        <w:t>sahaba sahaba mein se inhi mein se top ke aadmi the Zaid bin Sabit Ansari. to un ko muqarrar kiya Hazrat Abu Bakr ne.</w:t>
      </w:r>
    </w:p>
    <w:p>
      <w:pPr>
        <w:jc w:val="right"/>
      </w:pPr>
      <w:r>
        <w:t>صحابہ صحابہ میں سے انہی میں سے ٹاپ کے آدمی تھے زید بن ثابت انصاری۔ تو ان کو مقرر کیا حضرت ابوبکر نے۔</w:t>
      </w:r>
    </w:p>
    <w:p>
      <w:r>
        <w:rPr>
          <w:b/>
        </w:rPr>
        <w:t xml:space="preserve">[38:13] </w:t>
      </w:r>
      <w:r>
        <w:t>to unhon ne kya kiya ke ailan kiya ke jitne kisi ke pas koi likha hua to logon ne kisi ne paper pe likha tha, kisi ne haddi pe likha tha, kisi ne chamre pe likha tha, kisi ne jhilli pe likha tha, woh sab la ke jama karo.</w:t>
      </w:r>
    </w:p>
    <w:p>
      <w:pPr>
        <w:jc w:val="right"/>
      </w:pPr>
      <w:r>
        <w:t>تو انہوں نے کیا کیا کہ اعلان کیا کہ جتنے کسی کے پاس کوئی لکھا ہوا تو لوگوں نے کسی نے پیپر پہ لکھا تھا، کسی نے ہڈی پہ لکھا تھا، کسی نے چمڑے پہ لکھا تھا، کسی نے جھلی پہ لکھا تھا، وہ سب لا کے جمع کرو۔</w:t>
      </w:r>
    </w:p>
    <w:p>
      <w:r>
        <w:rPr>
          <w:b/>
        </w:rPr>
        <w:t xml:space="preserve">[38:27] </w:t>
      </w:r>
      <w:r>
        <w:t>to is ka matlab yeh nahi tha ke ke quran mukammal maujood nahi tha, woh maujood tha dimaghon mein, memory mein.</w:t>
      </w:r>
    </w:p>
    <w:p>
      <w:pPr>
        <w:jc w:val="right"/>
      </w:pPr>
      <w:r>
        <w:t>تو اس کا مطلب یہ نہیں تھا کہ کہ قرآن مکمل موجود نہیں تھا، وہ موجود تھا دماغوں میں، میموری میں۔</w:t>
      </w:r>
    </w:p>
    <w:p>
      <w:r>
        <w:rPr>
          <w:b/>
        </w:rPr>
        <w:t xml:space="preserve">[38:38] </w:t>
      </w:r>
      <w:r>
        <w:t>to Maurice Bucaille ne likha hai ke woh woh mangaya gaya tha checking karne ke liye ke log sunate the to woh check karte the ke kya yeh likha hua bhi hai.</w:t>
      </w:r>
    </w:p>
    <w:p>
      <w:pPr>
        <w:jc w:val="right"/>
      </w:pPr>
      <w:r>
        <w:t>تو مورس بقائی نے لکھا ہے کہ وہ وہ منگایا گیا تھا چیکنگ کرنے کے لیے کہ لوگ سناتے تھے تو وہ چیک کرتے تھے کہ کیا یہ لکھا ہوا بھی ہے۔</w:t>
      </w:r>
    </w:p>
    <w:p>
      <w:r>
        <w:rPr>
          <w:b/>
        </w:rPr>
        <w:t xml:space="preserve">[38:50] </w:t>
      </w:r>
      <w:r>
        <w:t>aslan to quran maujood tha abhi bhi mind mein, lekin us ki yaani authenticity ko check karne ke liye mazeed us se milate the, woh verify karte the.</w:t>
      </w:r>
    </w:p>
    <w:p>
      <w:pPr>
        <w:jc w:val="right"/>
      </w:pPr>
      <w:r>
        <w:t>اصلًا تو قرآن موجود تھا ابھی بھی مائنڈ میں، لیکن اس کی یعنی اتھنٹیسٹی کو چیک کرنے کے لیے مزید اس سے ملاتے تھے، وہ ویریفائی کرتے تھے۔</w:t>
      </w:r>
    </w:p>
    <w:p>
      <w:r>
        <w:rPr>
          <w:b/>
        </w:rPr>
        <w:t xml:space="preserve">[39:01] </w:t>
      </w:r>
      <w:r>
        <w:t>is se ek ek ek ek hadith mein hai ke do ayatain nahi mil rahi theen. to is ka matlab yeh nahi ke do ayatain dbaao mein nahi theen, woh ek aadmi ke pas mili.</w:t>
      </w:r>
    </w:p>
    <w:p>
      <w:pPr>
        <w:jc w:val="right"/>
      </w:pPr>
      <w:r>
        <w:t>اس سے ایک ایک ایک ایک حدیث میں ہے کہ دو آیتیں نہیں مل رہی تھیں۔ تو اس کا مطلب یہ نہیں کہ دو آیتیں دباؤ میں نہیں تھیں، وہ ایک آدمی کے پاس ملی۔</w:t>
      </w:r>
    </w:p>
    <w:p>
      <w:r>
        <w:rPr>
          <w:b/>
        </w:rPr>
        <w:t xml:space="preserve">[39:12] </w:t>
      </w:r>
      <w:r>
        <w:t>woh ek hadith aati hai aisi ke do ayatain quran majeed ki aisi theen jo mil nahi rahi theen. to log samajhte the ke woh do ayatain ghayab theen.</w:t>
      </w:r>
    </w:p>
    <w:p>
      <w:pPr>
        <w:jc w:val="right"/>
      </w:pPr>
      <w:r>
        <w:t>وہ ایک حدیث آتی ہے ایسی کہ دو آیتیں قرآن مجید کی ایسی تھیں جو مل نہیں رہی تھیں۔ تو لوگ سمجھتے تھے کہ وہ دو آیتیں غائب تھیں۔</w:t>
      </w:r>
    </w:p>
    <w:p>
      <w:r>
        <w:rPr>
          <w:b/>
        </w:rPr>
        <w:t xml:space="preserve">[39:22] </w:t>
      </w:r>
      <w:r>
        <w:t>aisa har giz nahi hai, woh do ayatain bhi logon ki memory mein mehfooz theen, lekin us ko verify karne ke liye koi likhi hui cheez nahi mil rahi thi. to jab poora poora quran verify ho gaya double checking system ke usool par, to kya hua ke us waqt ka jo paper hua karta tha,</w:t>
      </w:r>
    </w:p>
    <w:p>
      <w:pPr>
        <w:jc w:val="right"/>
      </w:pPr>
      <w:r>
        <w:t>ایسا ہرگز نہیں ہے، وہ دو آیتیں بھی لوگوں کی میموری میں محفوظ تھیں، لیکن اس کو ویریفائی کرنے کے لیے کوئی لکھی ہوئی چیز نہیں مل رہی تھی۔ تو جب پورا پورا قرآن ویریفائی ہو گیا ڈبل چیکنگ سسٹم کے اصول پر، تو کیا ہوا کہ اس وقت کا جو پیپر ہوا کرتا تھا،</w:t>
      </w:r>
    </w:p>
    <w:p>
      <w:r>
        <w:rPr>
          <w:b/>
        </w:rPr>
        <w:t xml:space="preserve">[39:40] </w:t>
      </w:r>
      <w:r>
        <w:t>to is par likha unhon ne Zaid bin Sabit Ansari ne likh kar ke is ko is ki binding ki gayi. aur chunke woh chokor tha, is liye is ka naam rakha ke Rawa.</w:t>
      </w:r>
    </w:p>
    <w:p>
      <w:pPr>
        <w:jc w:val="right"/>
      </w:pPr>
      <w:r>
        <w:t>تو اس پر لکھا انہوں نے زید بن ثابت انصاری نے لکھ کر کے اس کو اس کی بائنڈنگ کی گئی۔ اور چونکہ وہ چوکور تھا، اس لیے اس کا نام رکھا کہ روا۔</w:t>
      </w:r>
    </w:p>
    <w:p>
      <w:r>
        <w:rPr>
          <w:b/>
        </w:rPr>
        <w:t xml:space="preserve">[39:53] </w:t>
      </w:r>
      <w:r>
        <w:t>Rawa means square. yeh Hazrat Abu Bakr ke zamane mein hua. aur phir is ke baad is ki is ko rakh diya gaya Hazrat Hafsa ke paas.</w:t>
      </w:r>
    </w:p>
    <w:p>
      <w:pPr>
        <w:jc w:val="right"/>
      </w:pPr>
      <w:r>
        <w:t>روا مینز اسکوئر۔ یہ حضرت ابوبکر کے زمانے میں ہوا۔ اور پھر اس کے بعد اس کی اس کو رکھ دیا گیا حضرت حفصہ کے پاس۔</w:t>
      </w:r>
    </w:p>
    <w:p>
      <w:r>
        <w:rPr>
          <w:b/>
        </w:rPr>
        <w:t xml:space="preserve">[40:04] </w:t>
      </w:r>
      <w:r>
        <w:t>Hazrat Hafsa jo theen, aap ki zawja theen, to Hazrat Hafsa ke ghar par rakh diya gaya. aur jo yeh yeh jo sab tha, sab jala diya gaya.</w:t>
      </w:r>
    </w:p>
    <w:p>
      <w:pPr>
        <w:jc w:val="right"/>
      </w:pPr>
      <w:r>
        <w:t>حضرت حفصہ جو تھیں، آپ کی زوجہ تھیں، تو حضرت حفصہ کے گھر پر رکھ دیا گیا۔ اور جو یہ یہ جو سب تھا، سب جلا دیا گیا۔</w:t>
      </w:r>
    </w:p>
    <w:p>
      <w:r>
        <w:rPr>
          <w:b/>
        </w:rPr>
        <w:t xml:space="preserve">[40:16] </w:t>
      </w:r>
      <w:r>
        <w:t>yeh bohat bari baat hai ke jitna bhi kaghaz tha ya jhilli thi ya jis pe likha gaya tha Quran bhi, woh sab ka sab jala diya gaya. wohi ek likha hua mehfooz raha jo Hazrat Hafsa ke paas rakha gaya.</w:t>
      </w:r>
    </w:p>
    <w:p>
      <w:pPr>
        <w:jc w:val="right"/>
      </w:pPr>
      <w:r>
        <w:t>یہ بہت بڑی بات ہے کہ جتنا بھی کاغذ تھا یا جھلی تھی یا جس پہ لکھا گیا تھا قرآن بھی، وہ سب کا سب جلا دیا گیا۔ وہی ایک لکھا ہوا محفوظ رہا جو حضرت حفصہ کے پاس رکھا گیا۔</w:t>
      </w:r>
    </w:p>
    <w:p>
      <w:r>
        <w:rPr>
          <w:b/>
        </w:rPr>
        <w:t xml:space="preserve">[40:32] </w:t>
      </w:r>
      <w:r>
        <w:t>phir is ke baad woh wohi ek hi nuskhah tha, log memory se yeh Quran parha karte the. phir Hazrat Usman ne is Quran ko mangaya aur Abu Bakr ke aur bohat se nuskhay tayyar karwaye, bohat si copy aur mukhtalif mulkon mein bhejwa diya, Sham mein, Egypt mein, har jagah bhejwa diya.</w:t>
      </w:r>
    </w:p>
    <w:p>
      <w:pPr>
        <w:jc w:val="right"/>
      </w:pPr>
      <w:r>
        <w:t>پھر اس کے بعد وہ وہی ایک ہی نسخہ تھا، لوگ میموری سے یہ قرآن پڑھا کرتے تھے۔ پھر حضرت عثمان نے اس قرآن کو منگایا اور ابوبکر کے اور بہت سے نسخے تیار کروائے، بہت سی کاپی اور مختلف ملکوں میں بھیجوا دیا، شام میں، ایجپٹ میں، ہر جگہ بھیجوا دیا۔</w:t>
      </w:r>
    </w:p>
    <w:p>
      <w:r>
        <w:rPr>
          <w:b/>
        </w:rPr>
        <w:t xml:space="preserve">[40:54] </w:t>
      </w:r>
      <w:r>
        <w:t>to ab ab woh masjidon mein rakh diya gaya aur is se log naqal karne lage. to Hazrat Usman ne jab copy karwayi thi, us waqt tak bohat se log apne aap apne aap memory se likh chuke the Quran.</w:t>
      </w:r>
    </w:p>
    <w:p>
      <w:pPr>
        <w:jc w:val="right"/>
      </w:pPr>
      <w:r>
        <w:t>تو اب اب وہ مسجدوں میں رکھ دیا گیا اور اس سے لوگ نقل کرنے لگے۔ تو حضرت عثمان نے جب کاپی کروائی تھی، اس وقت تک بہت سے لوگ اپنے آپ اپنے آپ میموری سے لکھ چکے تھے قرآن۔</w:t>
      </w:r>
    </w:p>
    <w:p>
      <w:r>
        <w:rPr>
          <w:b/>
        </w:rPr>
        <w:t xml:space="preserve">[41:06] </w:t>
      </w:r>
      <w:r>
        <w:t>in sab ko ikattha kar ke un ko bhi jala diya gaya, is ko bhi jala diya gaya. taake kyun is jalaya kyun gaya, is ko samjhiye.</w:t>
      </w:r>
    </w:p>
    <w:p>
      <w:pPr>
        <w:jc w:val="right"/>
      </w:pPr>
      <w:r>
        <w:t>ان سب کو اکٹھا کر کے ان کو بھی جلا دیا گیا، اس کو بھی جلا دیا گیا۔ تاکہ کیوں اس جلایا کیوں گیا، اس کو سمجھیے۔</w:t>
      </w:r>
    </w:p>
    <w:p>
      <w:r>
        <w:rPr>
          <w:b/>
        </w:rPr>
        <w:t xml:space="preserve">[41:20] </w:t>
      </w:r>
      <w:r>
        <w:t>to log kehte hain Quran Hadees kyun nahi jala di gayi is tareeqe se? Quran ke nuskhay kyun jalaye gaye? to is mein ek ek bohat bari baat samajhne ki hai.</w:t>
      </w:r>
    </w:p>
    <w:p>
      <w:pPr>
        <w:jc w:val="right"/>
      </w:pPr>
      <w:r>
        <w:t>تو لوگ کہتے ہیں قرآن حدیث کیوں نہیں جلا دی گئی اس طریقے سے؟ قرآن کے نسخے کیوں جلائے گئے؟ تو اس میں ایک ایک بہت بڑی بات سمجھنے کی ہے۔</w:t>
      </w:r>
    </w:p>
    <w:p>
      <w:r>
        <w:rPr>
          <w:b/>
        </w:rPr>
        <w:t xml:space="preserve">[41:33] </w:t>
      </w:r>
      <w:r>
        <w:t>Quran ke jo jo jalaye gaye the nuskhay do baar, to us waqt yeh mamla tha ke na nuqta tha na a'rab hota tha.</w:t>
      </w:r>
    </w:p>
    <w:p>
      <w:pPr>
        <w:jc w:val="right"/>
      </w:pPr>
      <w:r>
        <w:t>قرآن کے جو جو جلائے گئے تھے نسخے دو بار، تو اس وقت یہ معاملہ تھا کہ نہ نقطہ تھا نہ اعراب ہوتا تھا۔</w:t>
      </w:r>
    </w:p>
    <w:p>
      <w:r>
        <w:rPr>
          <w:b/>
        </w:rPr>
        <w:t xml:space="preserve">[41:42] </w:t>
      </w:r>
      <w:r>
        <w:t>aaj agar aap Hazrat Usman ke zamane ka mile Quran, aap ko aap parh nahi sakte, is ko is ke is ka script nahi parh sakte aap.</w:t>
      </w:r>
    </w:p>
    <w:p>
      <w:pPr>
        <w:jc w:val="right"/>
      </w:pPr>
      <w:r>
        <w:t>آج اگر آپ حضرت عثمان کے زمانے کا ملے قرآن، آپ کو آپ پڑھ نہیں سکتے، اس کو اس کے اس کا اسکرپٹ نہیں پڑھ سکتے آپ۔</w:t>
      </w:r>
    </w:p>
    <w:p>
      <w:r>
        <w:rPr>
          <w:b/>
        </w:rPr>
        <w:t xml:space="preserve">[41:52] </w:t>
      </w:r>
      <w:r>
        <w:t>aur is mani ka hota tha, is mein nuqta nahi, a'rab nahi. to is ko jala diya gaya ke log is ko ajeeb ghareeb tareeqe se, yaani jo jo ahl-e-zaban the, to jaise aap Urdu jante hain, to aap aap ko is ki zaroorat nahi ke is ko zabardast deer diya hua ho.</w:t>
      </w:r>
    </w:p>
    <w:p>
      <w:pPr>
        <w:jc w:val="right"/>
      </w:pPr>
      <w:r>
        <w:t>اور اس معنی کا ہوتا تھا، اس میں نقطہ نہیں، اعراب نہیں۔ تو اس کو جلا دیا گیا کہ لوگ اس کو عجیب غریب طریقے سے، یعنی جو جو اہل زبان تھے، تو جیسے آپ اردو جانتے ہیں، تو آپ آپ کو اس کی ضرورت نہیں کہ اس کو زبردست دیر دیا ہوا ہو۔</w:t>
      </w:r>
    </w:p>
    <w:p>
      <w:r>
        <w:rPr>
          <w:b/>
        </w:rPr>
        <w:t xml:space="preserve">[42:12] </w:t>
      </w:r>
      <w:r>
        <w:t>zabardast deer ke baghair is ko parh lete hain aap, lekin jo ahl-e-zaban na ho, woh ajeeb ghareeb tareeqe se parhe ga, is ko kuch na kuch parhe ga.</w:t>
      </w:r>
    </w:p>
    <w:p>
      <w:pPr>
        <w:jc w:val="right"/>
      </w:pPr>
      <w:r>
        <w:t>زبردست دیر کے بغیر اس کو پڑھ لیتے ہیں آپ، لیکن جو اہل زبان نہ ہو، وہ عجیب غریب طریقے سے پڑھے گا، اس کو کچھ نہ کچھ پڑھے گا۔</w:t>
      </w:r>
    </w:p>
    <w:p>
      <w:r>
        <w:rPr>
          <w:b/>
        </w:rPr>
        <w:t xml:space="preserve">[42:20] </w:t>
      </w:r>
      <w:r>
        <w:t>woh to Arab jab ahl-e-zaban jo the, Arab un ko baghair nuqta aur a'rab ke parhne mein mushkil nahi hoti thi. woh lekin jab Islam phaila aur mukhtalif mulkon gaya jin ki zaban jo ahl-e-zaban nahi the Arabi ke, to phir woh ajeeb ghareeb tareeqe se parhne lage.</w:t>
      </w:r>
    </w:p>
    <w:p>
      <w:pPr>
        <w:jc w:val="right"/>
      </w:pPr>
      <w:r>
        <w:t>وہ تو عرب جب اہل زبان جو تھے، عرب ان کو بغیر نقطہ اور اعراب کے پڑھنے میں مشکل نہیں ہوتی تھی۔ وہ لیکن جب اسلام پھیلا اور مختلف ملکوں گیا جن کی زبان جو اہل زبان نہیں تھے عربی کے، تو پھر وہ عجیب غریب طریقے سے پڑھنے لگے۔</w:t>
      </w:r>
    </w:p>
    <w:p>
      <w:r>
        <w:rPr>
          <w:b/>
        </w:rPr>
        <w:t xml:space="preserve">[42:38] </w:t>
      </w:r>
      <w:r>
        <w:t>jaise mein ek misaal deta hoon aap ko ke "Alhamdulillah Rabbil Alameen Malik-e-Yumiddin". Malik jo hai, yeh aap dekhen Quran mein to alif ke sath nahi hota hai, meem laam ke hota hai.</w:t>
      </w:r>
    </w:p>
    <w:p>
      <w:pPr>
        <w:jc w:val="right"/>
      </w:pPr>
      <w:r>
        <w:t>جیسے میں ایک مثال دیتا ہوں آپ کو کہ "الحمدللہ رب العالمین مالک یوم الدین"۔ مالک جو ہے، یہ آپ دیکھیں قرآن میں تو الف کے ساتھ نہیں ہوتا ہے، میم لام کے ہوتا ہے۔</w:t>
      </w:r>
    </w:p>
    <w:p>
      <w:r>
        <w:rPr>
          <w:b/>
        </w:rPr>
        <w:t xml:space="preserve">[42:51] </w:t>
      </w:r>
      <w:r>
        <w:t>yeh pehle ka imla jo tha, ab hum meem alif alag likhte hain, phir laam kaf likhte hain. lekin is zamane mein aap dekhen Surah Fatiha mein to meem laam kaf likha rahe ga.</w:t>
      </w:r>
    </w:p>
    <w:p>
      <w:pPr>
        <w:jc w:val="right"/>
      </w:pPr>
      <w:r>
        <w:t>یہ پہلے کا املہ جو تھا، اب ہم میم الف الگ لکھتے ہیں، پھر لام کف لکھتے ہیں۔ لیکن اس زمانے میں آپ دیکھیں سورہ فاتحہ میں تو میم لام کف لکھا رہے گا۔</w:t>
      </w:r>
    </w:p>
    <w:p>
      <w:r>
        <w:rPr>
          <w:b/>
        </w:rPr>
        <w:t xml:space="preserve">[43:02] </w:t>
      </w:r>
      <w:r>
        <w:t>achha, agar is mein a'rab na ho to ek lafz ko kai tareeqe se parh sakte hain. maslan is ko aap malak parhen ge, malik parhen ge, mulk parhen ge, mulk parhen ge,</w:t>
      </w:r>
    </w:p>
    <w:p>
      <w:pPr>
        <w:jc w:val="right"/>
      </w:pPr>
      <w:r>
        <w:t>اچھا، اگر اس میں اعراب نہ ہو تو ایک لفظ کو کئی طریقے سے پڑھ سکتے ہیں۔ مثلاً اس کو آپ ملک پڑھیں گے، ملک پڑھیں گے، ملک پڑھیں گے، ملک پڑھیں گے،</w:t>
      </w:r>
    </w:p>
    <w:p>
      <w:r>
        <w:rPr>
          <w:b/>
        </w:rPr>
        <w:t xml:space="preserve">[43:16] </w:t>
      </w:r>
      <w:r>
        <w:t>aur aur malik parhen ge kai tareeqe se. kyunke is mein a'rab nahi. aise nuqta agar na ho to ek hi lafz ko aap tarah tarah se parhen ge.</w:t>
      </w:r>
    </w:p>
    <w:p>
      <w:pPr>
        <w:jc w:val="right"/>
      </w:pPr>
      <w:r>
        <w:t>اور اور مالک پڑھیں گے کئی طریقے سے۔ کیونکہ اس میں اعراب نہیں۔ ایسے نقطہ اگر نہ ہو تو ایک ہی لفظ کو آپ طرح طرح سے پڑھیں گے۔</w:t>
      </w:r>
    </w:p>
    <w:p>
      <w:r>
        <w:rPr>
          <w:b/>
        </w:rPr>
        <w:t xml:space="preserve">[43:27] </w:t>
      </w:r>
      <w:r>
        <w:t>to wahan par ek to yeh hai ke logon ke lehje mukhtalif the. maslan baaz Arab qabail aise the jo parhte the is ko, yaani "Qul a'oozu bi Rabbil Nas" ko te se parhte the, te te ki awaz, yaani seen nahi parhte the.</w:t>
      </w:r>
    </w:p>
    <w:p>
      <w:pPr>
        <w:jc w:val="right"/>
      </w:pPr>
      <w:r>
        <w:t>تو وہاں پر ایک تو یہ ہے کہ لوگوں کے لہجے مختلف تھے۔ مثلاً بعض عرب قبائل ایسے تھے جو پڑھتے تھے اس کو، یعنی "قل اعوذ برب الناس" کو تے سے پڑھتے تھے، تے تے کی آواز، یعنی سین نہیں پڑھتے تھے۔</w:t>
      </w:r>
    </w:p>
    <w:p>
      <w:r>
        <w:rPr>
          <w:b/>
        </w:rPr>
        <w:t xml:space="preserve">[43:44] </w:t>
      </w:r>
      <w:r>
        <w:t>"Qul a'oozu bi Rabbil Naas" balkeh Naas is tarah parhte the.</w:t>
      </w:r>
    </w:p>
    <w:p>
      <w:pPr>
        <w:jc w:val="right"/>
      </w:pPr>
      <w:r>
        <w:t>"قل اعوذ برب النات" بلکہ نات اس طرح پڑھتے تھے۔</w:t>
      </w:r>
    </w:p>
    <w:p>
      <w:r>
        <w:rPr>
          <w:b/>
        </w:rPr>
        <w:t xml:space="preserve">[43:51] </w:t>
      </w:r>
      <w:r>
        <w:t>aise hi kaf ko sheen parhte the, taht shariya, taht ke bajaye taht sheen, taht ke shariya.</w:t>
      </w:r>
    </w:p>
    <w:p>
      <w:pPr>
        <w:jc w:val="right"/>
      </w:pPr>
      <w:r>
        <w:t>ایسے ہی کف کو شین پڑھتے تھے، تحت شریعہ، تحت کے بجائے تحت شین، تحت کے شریعہ۔</w:t>
      </w:r>
    </w:p>
    <w:p>
      <w:r>
        <w:rPr>
          <w:b/>
        </w:rPr>
        <w:t xml:space="preserve">[44:00] </w:t>
      </w:r>
      <w:r>
        <w:t>to lehjon ka farq jaise har zaban mein hota hai, Angrezi mein hota hai, Urdu mein hota hai, har zaban mein hota hai. to lehjon ke farq ki wajah se alag alag tareeqe se parhte the.</w:t>
      </w:r>
    </w:p>
    <w:p>
      <w:pPr>
        <w:jc w:val="right"/>
      </w:pPr>
      <w:r>
        <w:t>تو لہجوں کا فرق جیسے ہر زبان میں ہوتا ہے، انگریزی میں ہوتا ہے، اردو میں ہوتا ہے، ہر زبان میں ہوتا ہے۔ تو لہجوں کے فرق کی وجہ سے الگ الگ طریقے سے پڑھتے تھے۔</w:t>
      </w:r>
    </w:p>
    <w:p>
      <w:r>
        <w:rPr>
          <w:b/>
        </w:rPr>
        <w:t xml:space="preserve">[44:08] </w:t>
      </w:r>
      <w:r>
        <w:t>woh to agar woh jalaya na gaya hota to ajeeb ajeeb tareeqe se parhte log aur ek ek poora jhagda khara hota. lekin jab Hadeesain madawwan hui hain to woh sau saal se ziyada muddat guzar chuki thi,</w:t>
      </w:r>
    </w:p>
    <w:p>
      <w:pPr>
        <w:jc w:val="right"/>
      </w:pPr>
      <w:r>
        <w:t>وہ تو اگر وہ جلایا نہ گیا ہوتا تو عجیب عجیب طریقے سے پڑھتے لوگ اور ایک ایک پورا جھگڑا کھڑا ہوتا۔ لیکن جب حدیثیں مدون ہوئی ہیں تو وہ سو سال سے زیادہ مدت گزر چکی تھی،</w:t>
      </w:r>
    </w:p>
    <w:p>
      <w:r>
        <w:rPr>
          <w:b/>
        </w:rPr>
        <w:t xml:space="preserve">[44:24] </w:t>
      </w:r>
      <w:r>
        <w:t>yaani Abbas ke zamane mein. to us waqt yeh masla nahi tha, us waqt khat ibjad ho chuka tha, nuqte ban chuke the, a'rab ban chuka tha, har cheez madawwan ho chuki thi.</w:t>
      </w:r>
    </w:p>
    <w:p>
      <w:pPr>
        <w:jc w:val="right"/>
      </w:pPr>
      <w:r>
        <w:t>یعنی عباس کے زمانے میں۔ تو اس وقت یہ مسئلہ نہیں تھا، اس وقت خط ایجاد ہو چکا تھا، نقطے بن چکے تھے، اعراب بن چکا تھا، ہر چیز مدون ہو چکی تھی۔</w:t>
      </w:r>
    </w:p>
    <w:p>
      <w:r>
        <w:rPr>
          <w:b/>
        </w:rPr>
        <w:t xml:space="preserve">[44:36] </w:t>
      </w:r>
      <w:r>
        <w:t>to ab ab jalane ki zaroorat nahi thi, ab aql ka aql ka istemal kafi hai, jalane ki koi zaroorat nahi hai. to ab yeh sirf itna farq hai Quran o Hadees mein ke jo galat tareeqe se parhne ki jo cheezein theen, woh jala di gayin,</w:t>
      </w:r>
    </w:p>
    <w:p>
      <w:pPr>
        <w:jc w:val="right"/>
      </w:pPr>
      <w:r>
        <w:t>تو اب اب جلانے کی ضرورت نہیں تھی، اب عقل کا عقل کا استعمال کافی ہے، جلانے کی کوئی ضرورت نہیں ہے۔ تو اب یہ صرف اتنا فرق ہے قرآن و حدیث میں کہ جو غلط طریقے سے پڑھنے کی جو چیزیں تھیں، وہ جلا دی گئیں،</w:t>
      </w:r>
    </w:p>
    <w:p>
      <w:r>
        <w:rPr>
          <w:b/>
        </w:rPr>
        <w:t xml:space="preserve">[44:54] </w:t>
      </w:r>
      <w:r>
        <w:t>is ka wajood nahi, wajood nahi hai. aur Hadeeson ke silsile mein yeh hua ke chhaant diya gaya. Muhaddiseen ne ilm-e-Rijal banaya, bohat se funoon banaye, unhon ne chhaantne ke, chhaantai karne ke.</w:t>
      </w:r>
    </w:p>
    <w:p>
      <w:pPr>
        <w:jc w:val="right"/>
      </w:pPr>
      <w:r>
        <w:t>اس کا وجود نہیں، وجود نہیں ہے۔ اور حدیثوں کے سلسلے میں یہ ہوا کہ چھاٹ دیا گیا۔ محدثین نے علم رجال بنایا، بہت سے فنون بنائے، انہوں نے چھاٹنے کے، چھٹائی کرنے کے۔</w:t>
      </w:r>
    </w:p>
    <w:p>
      <w:r>
        <w:rPr>
          <w:b/>
        </w:rPr>
        <w:t xml:space="preserve">[45:10] </w:t>
      </w:r>
      <w:r>
        <w:t>to</w:t>
      </w:r>
    </w:p>
    <w:p>
      <w:pPr>
        <w:jc w:val="right"/>
      </w:pPr>
      <w:r>
        <w:t>تو</w:t>
      </w:r>
    </w:p>
    <w:p>
      <w:r>
        <w:rPr>
          <w:b/>
        </w:rPr>
        <w:t xml:space="preserve">[45:13] </w:t>
      </w:r>
      <w:r>
        <w:t>aik lakh aadmiyon ke halaat ekattha kiye, unhon ne jo director thay aur jo jo authentic hadith ko aap jaan sakte hain, us ko us ke ilm ko apply kar ke us ke upar.</w:t>
      </w:r>
    </w:p>
    <w:p>
      <w:pPr>
        <w:jc w:val="right"/>
      </w:pPr>
      <w:r>
        <w:t>ایک لاکھ آدمیوں کے حالات اکٹھا کیے، انہوں نے جو ڈائریکٹر تھے اور جو جو اتھنٹک حدیث کو آپ جان سکتے ہیں، اس کو اس کے علم کو اپلائی کر کے اس کے اوپر۔</w:t>
      </w:r>
    </w:p>
    <w:p>
      <w:r>
        <w:rPr>
          <w:b/>
        </w:rPr>
        <w:t xml:space="preserve">[45:29] </w:t>
      </w:r>
      <w:r>
        <w:t>to yeh poora aik fun hai, is mein sankron hazaron kitaben hain ke kaise hadith ko chanta jaye.</w:t>
      </w:r>
    </w:p>
    <w:p>
      <w:pPr>
        <w:jc w:val="right"/>
      </w:pPr>
      <w:r>
        <w:t>تو یہ پورا ایک فن ہے، اس میں سینکڑوں ہزاروں کتابیں ہیں کہ کیسے حدیث کو چھانٹا جائے۔</w:t>
      </w:r>
    </w:p>
    <w:p>
      <w:r>
        <w:rPr>
          <w:b/>
        </w:rPr>
        <w:t xml:space="preserve">[45:35] </w:t>
      </w:r>
      <w:r>
        <w:t>to muhaddiseen ki aik bohat bari jamaat ne yeh kaam kiya ke sare safar kiye, sare sahaba aur</w:t>
      </w:r>
    </w:p>
    <w:p>
      <w:pPr>
        <w:jc w:val="right"/>
      </w:pPr>
      <w:r>
        <w:t>تو محدثین کی ایک بہت بڑی جماعت نے یہ کام کیا کہ سارے سفر کیے، سارے صحابہ اور</w:t>
      </w:r>
    </w:p>
    <w:p>
      <w:r>
        <w:rPr>
          <w:b/>
        </w:rPr>
        <w:t xml:space="preserve">[45:41] </w:t>
      </w:r>
      <w:r>
        <w:t>tabayeen, tabay tabayeen se jinhon ne suna tha, un ka un ke un se ja ke poocha, hadith</w:t>
      </w:r>
    </w:p>
    <w:p>
      <w:pPr>
        <w:jc w:val="right"/>
      </w:pPr>
      <w:r>
        <w:t>تابعین، تبع تابعین سے جنہوں نے سنا تھا، ان کا ان کے ان سے جا کے پوچھا، حدیث</w:t>
      </w:r>
    </w:p>
    <w:p>
      <w:r>
        <w:rPr>
          <w:b/>
        </w:rPr>
        <w:t xml:space="preserve">[45:47] </w:t>
      </w:r>
      <w:r>
        <w:t>hai, pooch pooch ke likha, is ko phir chanta, is ko</w:t>
      </w:r>
    </w:p>
    <w:p>
      <w:pPr>
        <w:jc w:val="right"/>
      </w:pPr>
      <w:r>
        <w:t>ہے، پوچھ پوچھ کے لکھا، اس کو پھر چھانٹا، اس کو</w:t>
      </w:r>
    </w:p>
    <w:p>
      <w:r>
        <w:rPr>
          <w:b/>
        </w:rPr>
        <w:t xml:space="preserve">[45:52] </w:t>
      </w:r>
      <w:r>
        <w:t>chhanai kiya, un ki chhanai kar ke</w:t>
      </w:r>
    </w:p>
    <w:p>
      <w:pPr>
        <w:jc w:val="right"/>
      </w:pPr>
      <w:r>
        <w:t>چھٹائی کیا، ان کی چھٹائی کر کے</w:t>
      </w:r>
    </w:p>
    <w:p>
      <w:r>
        <w:rPr>
          <w:b/>
        </w:rPr>
        <w:t xml:space="preserve">[45:55] </w:t>
      </w:r>
      <w:r>
        <w:t>jo sahi hadithain theen, alag kar diya aur jo zaeef theen, alag kar diya.</w:t>
      </w:r>
    </w:p>
    <w:p>
      <w:pPr>
        <w:jc w:val="right"/>
      </w:pPr>
      <w:r>
        <w:t>جو صحیح حدیثیں تھیں، الگ کر دیا اور جو ضعیف تھیں، الگ کر دیا۔</w:t>
      </w:r>
    </w:p>
    <w:p>
      <w:r>
        <w:rPr>
          <w:b/>
        </w:rPr>
        <w:t xml:space="preserve">[46:01] </w:t>
      </w:r>
      <w:r>
        <w:t>to unhon ne yani chhatayi ka kaam itna zyada kar diya ke ab is mein koi shakk o shubah baqi nahi raha. Lekin phir bhi baad ke zamanay mein bhi is ko reassess karte rahe, log revise karte rahe, log.</w:t>
      </w:r>
    </w:p>
    <w:p>
      <w:pPr>
        <w:jc w:val="right"/>
      </w:pPr>
      <w:r>
        <w:t>تو انہوں نے یعنی چھٹائی کا کام اتنا زیادہ کر دیا کہ اب اس میں کوئی شک و شبہ باقی نہیں رہا۔ لیکن پھر بھی بعد کے زمانے میں بھی اس کو ری ایسس کرتے رہے، لوگ ریوائز کرتے رہے، لوگ۔</w:t>
      </w:r>
    </w:p>
    <w:p>
      <w:r>
        <w:rPr>
          <w:b/>
        </w:rPr>
        <w:t xml:space="preserve">[46:14] </w:t>
      </w:r>
      <w:r>
        <w:t>abhi haal mein yani twenty century ke second half mein aik bohat baray aalim jo un ka naam hai Muhammad Nasiruddin Albani, Saudi Arab mein rehte thay, ab un ka intiqal ho gaya.</w:t>
      </w:r>
    </w:p>
    <w:p>
      <w:pPr>
        <w:jc w:val="right"/>
      </w:pPr>
      <w:r>
        <w:t>ابھی حال میں یعنی ٹونٹی سینچری کے سیکنڈ ہاف میں ایک بہت بڑے عالم جو ان کا نام ہے محمد ناصر الدین البانی، سعودی عرب میں رہتے تھے، اب ان کا انتقال ہو گیا۔</w:t>
      </w:r>
    </w:p>
    <w:p>
      <w:r>
        <w:rPr>
          <w:b/>
        </w:rPr>
        <w:t xml:space="preserve">[46:28] </w:t>
      </w:r>
      <w:r>
        <w:t>to unhon ne phir se re-examine kiya saari hadison ko, zakhire ko, bohat umar guzar di isi mein unhon ne. Aur phir unhon ne 12 jildon mein kitaab tayyar ki, 12 zakhim jildon mein,</w:t>
      </w:r>
    </w:p>
    <w:p>
      <w:pPr>
        <w:jc w:val="right"/>
      </w:pPr>
      <w:r>
        <w:t>تو انہوں نے پھر سے ری ایگزیمن کیا ساری حدیثوں کو، ذخیرے کو، بہت عمر گزار دی اسی میں انہوں نے۔ اور پھر انہوں نے 12 جلدوں میں کتاب تیار کی، 12 ذخیم جلدوں میں،</w:t>
      </w:r>
    </w:p>
    <w:p>
      <w:r>
        <w:rPr>
          <w:b/>
        </w:rPr>
        <w:t xml:space="preserve">[46:42] </w:t>
      </w:r>
      <w:r>
        <w:t>chay jildon mein kya kiya ke silsila al-ahadith al-sahihah aur chay jildon mein silsila al-ahadith al-zaeefah. Yeh chay jildon mein chhaant kar woh alag kar diya jo hadisein sahih hain, authentic hain aur chay jildon mein woh kar diya jo hadisein yani zaeef hain.</w:t>
      </w:r>
    </w:p>
    <w:p>
      <w:pPr>
        <w:jc w:val="right"/>
      </w:pPr>
      <w:r>
        <w:t>چھ جلدوں میں کیا کیا کہ سلسلہ الاحادیث صحیحہ اور چھ جلدوں میں سلسلہ الاحادیث ضعیفہ۔ یہ چھ جلدوں میں چھانٹ کر وہ الگ کر دیا جو حدیثیں صحیح ہیں، اتھنٹک ہیں اور چھ جلدوں میں وہ کر دیا جو حدیثیں یعنی ضعیف ہیں۔</w:t>
      </w:r>
    </w:p>
    <w:p>
      <w:r>
        <w:rPr>
          <w:b/>
        </w:rPr>
        <w:t xml:space="preserve">[46:59] </w:t>
      </w:r>
      <w:r>
        <w:t>to ab agar dekhiye, agar koi shakhs chahe phir se aik examine karna to us ke liye maujood hai, examine kar sake woh. Yani agar kisi ke paas itna time ho to saari cheezein maujood abhi bhi maujood hain kitabon mein.</w:t>
      </w:r>
    </w:p>
    <w:p>
      <w:pPr>
        <w:jc w:val="right"/>
      </w:pPr>
      <w:r>
        <w:t>تو اب اگر دیکھیے، اگر کوئی شخص چاہے پھر سے ایک ایگزیمن کرنا تو اس کے لیے موجود ہے، ایگزیمن کر سکے وہ۔ یعنی اگر کسی کے پاس اتنا ٹائم ہو تو ساری چیزیں موجود ابھی بھی موجود ہیں کتابوں میں۔</w:t>
      </w:r>
    </w:p>
    <w:p>
      <w:r>
        <w:rPr>
          <w:b/>
        </w:rPr>
        <w:t xml:space="preserve">[47:16] </w:t>
      </w:r>
      <w:r>
        <w:t>aap examine kijiye ja kar ke un ko. Aap ke paas time nahi hai to jin logon ne kiya hai, un un se faida uthaiye. Aap mislan Albani sahab ki kitaab padh lijiye.</w:t>
      </w:r>
    </w:p>
    <w:p>
      <w:pPr>
        <w:jc w:val="right"/>
      </w:pPr>
      <w:r>
        <w:t>آپ ایگزیمن کیجئے جا کر کے ان کو۔ آپ کے پاس ٹائم نہیں ہے تو جن لوگوں نے کیا ہے، ان ان سے فائدہ اٹھائیے۔ آپ مثلاً البانی صاحب کی کتاب پڑھ لیجئے۔</w:t>
      </w:r>
    </w:p>
    <w:p>
      <w:r>
        <w:rPr>
          <w:b/>
        </w:rPr>
        <w:t xml:space="preserve">[47:25] </w:t>
      </w:r>
      <w:r>
        <w:t>aap ab agar aap ke paas time nahi hai to yani re-examine karne ke mawaqe maujood hain aaj bhi. Jo hadith ke authentic shakk karein to re-examine karein.</w:t>
      </w:r>
    </w:p>
    <w:p>
      <w:pPr>
        <w:jc w:val="right"/>
      </w:pPr>
      <w:r>
        <w:t>آپ اب اگر آپ کے پاس ٹائم نہیں ہے تو یعنی ری ایگزیمن کرنے کے مواقع موجود ہیں آج بھی۔ جو حدیث کے اتھنٹک شک کریں تو ری ایگزیمن کریں۔</w:t>
      </w:r>
    </w:p>
    <w:p>
      <w:r>
        <w:rPr>
          <w:b/>
        </w:rPr>
        <w:t xml:space="preserve">[47:36] </w:t>
      </w:r>
      <w:r>
        <w:t>woh to agar hadith hadith ke jala diya jata to aap re-examine kaise karte hain? Aap yeh to bohat bari nemat hai hamare liye ke hum is position mein aaj bhi hain ke jis tareeqay se unhon ne examine kiya tha riwayat ko, hum bhi examine kar sakte hain.</w:t>
      </w:r>
    </w:p>
    <w:p>
      <w:pPr>
        <w:jc w:val="right"/>
      </w:pPr>
      <w:r>
        <w:t>وہ تو اگر حدیث حدیث کے جلا دیا جاتا تو آپ ری ایگزیمن کیسے کرتے ہیں؟ آپ یہ تو بہت بڑی نعمت ہے ہمارے لیے کہ ہم اس پوزیشن میں آج بھی ہیں کہ جس طریقے سے انہوں نے ایگزیمن کیا تھا روایتوں کو، ہم بھی ایگزیمن کر سکتے ہیں۔</w:t>
      </w:r>
    </w:p>
    <w:p>
      <w:r>
        <w:rPr>
          <w:b/>
        </w:rPr>
        <w:t xml:space="preserve">[47:53] </w:t>
      </w:r>
      <w:r>
        <w:t>sab zakhire maujood hain. To aap jante hain ke science mein to bohat aisi theories hain jo ab discard ho gayi hain. Jaise jaise jaise yeh shamsi nizam hai, to aap jante hain ke pehle aik hazar saal zyada muddat tak geo centric model chalta hai dunya mein, jis ko aaj startle ne maan liya tha.</w:t>
      </w:r>
    </w:p>
    <w:p>
      <w:pPr>
        <w:jc w:val="right"/>
      </w:pPr>
      <w:r>
        <w:t>سب ذخیرے موجود ہیں۔ تو آپ جانتے ہیں کہ سائنس میں تو بہت ایسی تھیوریز ہیں جو اب ڈسکارڈ ہو گئی ہیں۔ جیسے جیسے جیسے یہ شمسی نظام ہے، تو آپ جانتے ہیں کہ پہلے ایک ہزار سال زیادہ مدت تک جیو جیو سینٹرک ماڈل چلتا ہے دنیا میں، جس کو آج سٹارٹل نے مان لیا تھا۔</w:t>
      </w:r>
    </w:p>
    <w:p>
      <w:r>
        <w:rPr>
          <w:b/>
        </w:rPr>
        <w:t xml:space="preserve">[48:15] </w:t>
      </w:r>
      <w:r>
        <w:t>geo centric model par bohat kitabein likhi gayeen. Baad ko heliocentric model ko ko science ne tasleem kiya.</w:t>
      </w:r>
    </w:p>
    <w:p>
      <w:pPr>
        <w:jc w:val="right"/>
      </w:pPr>
      <w:r>
        <w:t>جیو سینٹرک ماڈل پر بہت کتابیں لکھی گئیں۔ بعد کو ہیلو سینٹرک ماڈل کو کو سائنس نے تسلیم کیا۔</w:t>
      </w:r>
    </w:p>
    <w:p>
      <w:r>
        <w:rPr>
          <w:b/>
        </w:rPr>
        <w:t xml:space="preserve">[48:24] </w:t>
      </w:r>
      <w:r>
        <w:t>to is ka to woh kitabein jalai nahi gayi hain. Maine khud aisi kitabein dekhi hain geo centric model par jo kitabein likhi gayi theen, abhi bhi library mein maujood hain, woh museum mein maujood hain.</w:t>
      </w:r>
    </w:p>
    <w:p>
      <w:pPr>
        <w:jc w:val="right"/>
      </w:pPr>
      <w:r>
        <w:t>تو اس کا تو وہ کتابیں جلائی نہیں گئی ہیں۔ میں نے خود ایسی کتابیں دیکھی ہیں جیو سینٹرک ماڈل پر جو کتابیں لکھی گئی تھیں، ابھی بھی لائبریری میں موجود ہیں، وہ میوزیم میں موجود ہیں۔</w:t>
      </w:r>
    </w:p>
    <w:p>
      <w:r>
        <w:rPr>
          <w:b/>
        </w:rPr>
        <w:t xml:space="preserve">[48:36] </w:t>
      </w:r>
      <w:r>
        <w:t>woh lekin is se koi farq nahi parta. Is liye ke aap</w:t>
      </w:r>
    </w:p>
    <w:p>
      <w:pPr>
        <w:jc w:val="right"/>
      </w:pPr>
      <w:r>
        <w:t>وہ لیکن اس سے کوئی فرق نہیں پڑتا۔ اس لیے کہ آپ</w:t>
      </w:r>
    </w:p>
    <w:p>
      <w:r>
        <w:rPr>
          <w:b/>
        </w:rPr>
        <w:t xml:space="preserve">[48:42] </w:t>
      </w:r>
      <w:r>
        <w:t>aik re-examine kar ke jaan sakte hain ke heliocentric model sahih hai. To agar woh ke woh woh hadith hai, hadith jo zaeef hai, agar woh kitabein maujood hain to is mein koi khatra nahi.</w:t>
      </w:r>
    </w:p>
    <w:p>
      <w:pPr>
        <w:jc w:val="right"/>
      </w:pPr>
      <w:r>
        <w:t>ایک ری ایگزیمن کر کے جان سکتے ہیں کہ ہیلو سینٹرک ماڈل صحیح ہے۔ تو اگر وہ کہ وہ وہ حدیث ہے، حدیث جو ضعیف ہے، اگر وہ کتابیں موجود ہیں تو اس میں کوئی خطرہ نہیں۔</w:t>
      </w:r>
    </w:p>
    <w:p>
      <w:r>
        <w:rPr>
          <w:b/>
        </w:rPr>
        <w:t xml:space="preserve">[48:55] </w:t>
      </w:r>
      <w:r>
        <w:t>jis tarah aap geo centric model ki kitabon ko maujood hone ke bawajood us se koi asar nahi lete, aap aisi aap woh hadisein agar maujood hain kitabon mein to us se kya farq parta hai?</w:t>
      </w:r>
    </w:p>
    <w:p>
      <w:pPr>
        <w:jc w:val="right"/>
      </w:pPr>
      <w:r>
        <w:t>جس طرح آپ جیو سینٹرک ماڈل کی کتابوں کو موجود ہونے کے باوجود اس سے کوئی اثر نہیں لیتے، آپ ایسی آپ وہ حدیثیں اگر موجود ہیں کتابوں میں تو اس سے کیا فرق پڑتا ہے؟</w:t>
      </w:r>
    </w:p>
    <w:p>
      <w:r>
        <w:rPr>
          <w:b/>
        </w:rPr>
        <w:t xml:space="preserve">[49:06] </w:t>
      </w:r>
      <w:r>
        <w:t>aap jo jo jo sahih hadith hai, us ko lijiye. Aap to wohi wohi wohi principle yahan bhi apply kijiye ke aap heliocentric model wali kitabon ko lete hain aur geo centric model wali kitabon ko chhod dete hain.</w:t>
      </w:r>
    </w:p>
    <w:p>
      <w:pPr>
        <w:jc w:val="right"/>
      </w:pPr>
      <w:r>
        <w:t>آپ جو جو جو صحیح حدیث ہے، اس کو لیجئے۔ آپ تو وہی وہی وہی پرنسپل یہاں بھی اپلائی کیجئے کہ آپ ہیلیو سینٹرک ماڈل والی کتابوں کو لیتے ہیں اور جیو سینٹرک ماڈل والی کتابوں کو چھوڑ دیتے ہیں۔</w:t>
      </w:r>
    </w:p>
    <w:p>
      <w:r>
        <w:rPr>
          <w:b/>
        </w:rPr>
        <w:t xml:space="preserve">[49:20] </w:t>
      </w:r>
      <w:r>
        <w:t>agarche woh maujood hain, woh bhi.</w:t>
      </w:r>
    </w:p>
    <w:p>
      <w:pPr>
        <w:jc w:val="right"/>
      </w:pPr>
      <w:r>
        <w:t>اگرچہ وہ موجود ہیں، وہ بھی۔</w:t>
      </w:r>
    </w:p>
    <w:p>
      <w:r>
        <w:rPr>
          <w:b/>
        </w:rPr>
        <w:t xml:space="preserve">[49:25] </w:t>
      </w:r>
      <w:r>
        <w:t>to jo log aisi baatein karte hain, woh apni aqal ko istemal nahi karte. Aur jo log aqal ko istemal na karein, kehti hai sakht ayat Quran majeed mein hai, woh shar doab hai.</w:t>
      </w:r>
    </w:p>
    <w:p>
      <w:pPr>
        <w:jc w:val="right"/>
      </w:pPr>
      <w:r>
        <w:t>تو جو لوگ ایسی باتیں کرتے ہیں، وہ اپنی عقل کو استعمال نہیں کرتے۔ اور جو لوگ عقل کو استعمال نہ کریں، کہتی ہے سخت آیت قرآن مجید میں ہے، وہ شر دواب ہے۔</w:t>
      </w:r>
    </w:p>
    <w:p>
      <w:r>
        <w:rPr>
          <w:b/>
        </w:rPr>
        <w:t xml:space="preserve">[49:37] </w:t>
      </w:r>
      <w:r>
        <w:t>jo aqal ko istemal na karein, woh shar shar doab hai, yani wasst creature hain.</w:t>
      </w:r>
    </w:p>
    <w:p>
      <w:pPr>
        <w:jc w:val="right"/>
      </w:pPr>
      <w:r>
        <w:t>جو عقل کو استعمال نہ کریں، وہ شر شر دواب ہے، یعنی وسط کریچر ہیں۔</w:t>
      </w:r>
    </w:p>
    <w:p>
      <w:r>
        <w:rPr>
          <w:b/>
        </w:rPr>
        <w:t xml:space="preserve">[49:47] </w:t>
      </w:r>
      <w:r>
        <w:t>to jo log aisa kehte hain, woh apni aqal ko istemal nahi karte aur khud Quran hi ke mutabiq woh shar doab qarar paate hain. Kaisi ajeeb baat hai!</w:t>
      </w:r>
    </w:p>
    <w:p>
      <w:pPr>
        <w:jc w:val="right"/>
      </w:pPr>
      <w:r>
        <w:t>تو جو لوگ ایسا کہتے ہیں، وہ اپنی عقل کو استعمال نہیں کرتے اور خود قرآن ہی کے مطابق وہ شر دواب قرار پاتے ہیں۔ کیسی عجیب بات ہے!</w:t>
      </w:r>
    </w:p>
    <w:p>
      <w:r>
        <w:rPr>
          <w:b/>
        </w:rPr>
        <w:t xml:space="preserve">[50:01] </w:t>
      </w:r>
      <w:r>
        <w:t>to dekhein, aadmi ko bohat zyada sajda hona chahiye kyunke sachai ko agar daryaft kiye baghair aadmi mar gaya to phir to talafi nahi ho sakti.</w:t>
      </w:r>
    </w:p>
    <w:p>
      <w:pPr>
        <w:jc w:val="right"/>
      </w:pPr>
      <w:r>
        <w:t>تو دیکھیں، آدمی کو بہت زیادہ سجدہ ہونا چاہیے کیونکہ سچائی کو اگر دریافت کیے بغیر آدمی مر گیا تو پھر تو تلافی نہیں ہو سکتی۔</w:t>
      </w:r>
    </w:p>
    <w:p>
      <w:r>
        <w:rPr>
          <w:b/>
        </w:rPr>
        <w:t xml:space="preserve">[50:17] </w:t>
      </w:r>
      <w:r>
        <w:t>sachai ko daryaft kiye baghair aadmi mar gaya, us ko na Quran ko jana, na hadith ko jana, na rasool ko jana, aur mar gaya.</w:t>
      </w:r>
    </w:p>
    <w:p>
      <w:pPr>
        <w:jc w:val="right"/>
      </w:pPr>
      <w:r>
        <w:t>سچائی کو دریافت کیے بغیر آدمی مر گیا، اس کو نہ قرآن کو جانا، نہ حدیث کو جانا، نہ رسول کو جانا، اور مر گیا۔</w:t>
      </w:r>
    </w:p>
    <w:p>
      <w:r>
        <w:rPr>
          <w:b/>
        </w:rPr>
        <w:t xml:space="preserve">[50:26] </w:t>
      </w:r>
      <w:r>
        <w:t>woh dobara to yahan aana nahi hai, dobara lautne ki baat nahi hai. Yahan par hai to jab apni aqal ko istemal karenge to maloom hoga ke hadith ke baghair to Quran ke ko samajhna hi bohat hi mushkil hai, bohat mushkil kaha mumkin nahi hai.</w:t>
      </w:r>
    </w:p>
    <w:p>
      <w:pPr>
        <w:jc w:val="right"/>
      </w:pPr>
      <w:r>
        <w:t>وہ دوبارہ تو یہاں آنا نہیں ہے، دوبارہ لوٹنے کی بات نہیں ہے۔ یہاں پر ہے تو جب اپنی عقل کو استعمال کریں گے تو معلوم ہوگا کہ حدیث کے بغیر تو قرآن کے کو سمجھنا ہی بہت ہی مشکل ہے، بہت مشکل کہا ممکن نہیں ہے۔</w:t>
      </w:r>
    </w:p>
    <w:p>
      <w:r>
        <w:rPr>
          <w:b/>
        </w:rPr>
        <w:t xml:space="preserve">[50:45] </w:t>
      </w:r>
      <w:r>
        <w:t>kaise samjhenge aap? sirf garding principal ko lekar kaise samjhenge aap iski detail ko aur iski aur jo baatein iske andar hain, kaise samjhenge aap?</w:t>
      </w:r>
    </w:p>
    <w:p>
      <w:pPr>
        <w:jc w:val="right"/>
      </w:pPr>
      <w:r>
        <w:t>کیسے سمجھیں گے آپ؟ صرف گارڈنگ پرنسپل کو لے کر کیسے سمجھیں گے آپ اس کی ڈیٹیل کو اور اس کی اور جو باتیں اس کے اندر ہیں، کیسے سمجھیں گے آپ؟</w:t>
      </w:r>
    </w:p>
    <w:p>
      <w:r>
        <w:rPr>
          <w:b/>
        </w:rPr>
        <w:t xml:space="preserve">[50:54] </w:t>
      </w:r>
      <w:r>
        <w:t>ab mein ab ek ek hadith mein arz karta hoon. quran ko lijiye aur hadith ko lijiye. quran mein hai ke "in ma'al usrun yusra", "in ma'al usrun yusra" yaani usr ke saath yusr hai, usr ke saath yusr hai.</w:t>
      </w:r>
    </w:p>
    <w:p>
      <w:pPr>
        <w:jc w:val="right"/>
      </w:pPr>
      <w:r>
        <w:t>اب میں اب ایک ایک حدیث میں عرض کرتا ہوں۔ قرآن کو لیجئے اور حدیث کو لیجئے۔ قرآن میں ہے کہ "ان مال عسر یسرا"، "ان مال عسر یسرا" یعنی عسر کے ساتھ یسر ہے، عسر کے ساتھ یسر ہے۔</w:t>
      </w:r>
    </w:p>
    <w:p>
      <w:r>
        <w:rPr>
          <w:b/>
        </w:rPr>
        <w:t xml:space="preserve">[51:12] </w:t>
      </w:r>
      <w:r>
        <w:t>yaani yaani difficulties ke saath saath, ah</w:t>
      </w:r>
    </w:p>
    <w:p>
      <w:pPr>
        <w:jc w:val="right"/>
      </w:pPr>
      <w:r>
        <w:t>یعنی یعنی ڈیفیکلٹیز کے ساتھ ساتھ، اہ</w:t>
      </w:r>
    </w:p>
    <w:p>
      <w:r>
        <w:rPr>
          <w:b/>
        </w:rPr>
        <w:t xml:space="preserve">[51:20] </w:t>
      </w:r>
      <w:r>
        <w:t>problem ke saath opportunities bhi hain. yaani "where there are problems, there are opportunities" yeh quran mein hai. lekin chunke ismein repeat kiya hai yusr ko quran majeed mein, isse rasool Allah sal Allah alaihi wasallam ne infer kiya, infer karke nikala</w:t>
      </w:r>
    </w:p>
    <w:p>
      <w:pPr>
        <w:jc w:val="right"/>
      </w:pPr>
      <w:r>
        <w:t>پرابلم کے ساتھ اپرچونیٹیز بھی ہیں۔ یعنی "ویر دیر ار پرابلم، دیر ار اپرچونیٹیز" یہ قرآن میں ہے۔ لیکن چونکہ اس میں ریپیٹ کیا ہے یسر کو قرآن مجید میں، اس سے رسول اللہ صلی اللہ علیہ وسلم نے انفر کیا، انفر کر کے نکالا</w:t>
      </w:r>
    </w:p>
    <w:p>
      <w:r>
        <w:rPr>
          <w:b/>
        </w:rPr>
        <w:t xml:space="preserve">[51:39] </w:t>
      </w:r>
      <w:r>
        <w:t>ke problem agar ek hai to opportunities double hain. aap ne farmaya ke "li yaghlab usrun yusra" yaani ek problem par ek problem hai, do double opportunities hain.</w:t>
      </w:r>
    </w:p>
    <w:p>
      <w:pPr>
        <w:jc w:val="right"/>
      </w:pPr>
      <w:r>
        <w:t>کہ پرابلم اگر ایک ہے تو اپرچونیٹیز ڈبل ہیں۔ آپ نے فرمایا کہ "لی یغلب عسر یسرا" یعنی ایک پرابلم پر ایک پرابلم ہے، دو ڈبل اپرچونیٹیز ہیں۔</w:t>
      </w:r>
    </w:p>
    <w:p>
      <w:r>
        <w:rPr>
          <w:b/>
        </w:rPr>
        <w:t xml:space="preserve">[51:55] </w:t>
      </w:r>
      <w:r>
        <w:t>to ek problem double opportunities par ghalib nahi aa sakta. ab ise dekhiye, kitni courage ki baat hai, kitni badi courage ismein, kitni badi himmat milti hai hum ko ke Khuda ne jo duniya banayi hai,</w:t>
      </w:r>
    </w:p>
    <w:p>
      <w:pPr>
        <w:jc w:val="right"/>
      </w:pPr>
      <w:r>
        <w:t>تو ایک پرابلم ڈبل اپرچونیٹیز پر غالب نہیں آ سکتا۔ اب اسے دیکھیں، کتنی کریج کی بات ہے، کتنی بڑی کریج اس میں، کتنی بڑی ہمت ملتی ہے ہم کو کہ خدا نے جو دنیا بنائی ہے،</w:t>
      </w:r>
    </w:p>
    <w:p>
      <w:r>
        <w:rPr>
          <w:b/>
        </w:rPr>
        <w:t xml:space="preserve">[52:11] </w:t>
      </w:r>
      <w:r>
        <w:t>to apni hikmat ki bina par ismein agarche usne rakha hai yaani mushkilat ko, difficulties ko,</w:t>
      </w:r>
    </w:p>
    <w:p>
      <w:pPr>
        <w:jc w:val="right"/>
      </w:pPr>
      <w:r>
        <w:t>تو اپنی حکمت کی بنا پر اس میں اگرچہ اس نے رکھا ہے یعنی مشکلات کو، ڈیفیکلٹیز کو،</w:t>
      </w:r>
    </w:p>
    <w:p>
      <w:r>
        <w:rPr>
          <w:b/>
        </w:rPr>
        <w:t xml:space="preserve">[52:22] </w:t>
      </w:r>
      <w:r>
        <w:t>yeh difficulties jo hain woh part of nature hain. lekin saath saath Allah taala ne kya kiya ke opportunities se bhar diya hai duniya ko aur is tarah banaya hai ke opportunities jo hain woh double hon, woh muqabla difficulties ke.</w:t>
      </w:r>
    </w:p>
    <w:p>
      <w:pPr>
        <w:jc w:val="right"/>
      </w:pPr>
      <w:r>
        <w:t>یہ ڈیفیکلٹیز جو ہیں وہ پارٹ آف نیچر ہیں۔ لیکن ساتھ ساتھ اللہ تعالی نے کیا کیا کہ اپرچونیٹیز سے بھر دیا ہے دنیا کو اور اس طرح بنایا ہے کہ اپرچونیٹیز جو ہیں وہ ڈبل ہوں، وہ مقابلہ ڈیفیکلٹیز کے۔</w:t>
      </w:r>
    </w:p>
    <w:p>
      <w:r>
        <w:rPr>
          <w:b/>
        </w:rPr>
        <w:t xml:space="preserve">[52:41] </w:t>
      </w:r>
      <w:r>
        <w:t>"li yaghlab usrun yusra" ne ke aye insan, tu tu tu frustration mein mat pad kyunke Khuda ne jo duniya banayi hai, ismein agar problem ek hai to opportunity double hai.</w:t>
      </w:r>
    </w:p>
    <w:p>
      <w:pPr>
        <w:jc w:val="right"/>
      </w:pPr>
      <w:r>
        <w:t>"لی یغلب عسر یسرا" نے کہ اے انسان، تو تو تو فرسٹریشن میں مت پڑ کیونکہ خدا نے جو دنیا بنائی ہے، اس میں اگر پرابلم ایک ہے تو اپرچونیٹی ڈبل ہے۔</w:t>
      </w:r>
    </w:p>
    <w:p>
      <w:r>
        <w:rPr>
          <w:b/>
        </w:rPr>
        <w:t xml:space="preserve">[52:58] </w:t>
      </w:r>
      <w:r>
        <w:t>to is hadith ko sun kar ke jab maine is hadith ko padha to ek ajeeb ehsas hua, ek ajeeb ehsas hua ke aap ke liye ismein courage hi courage hai, himmat hi himmat hai, hope hi hope hai, koi koi iska disappointment ka koi mauqa hi nahi aap ke liye.</w:t>
      </w:r>
    </w:p>
    <w:p>
      <w:pPr>
        <w:jc w:val="right"/>
      </w:pPr>
      <w:r>
        <w:t>تو اس حدیث کو سن کر کے جب میں نے اس حدیث کو پڑھا تو ایک عجیب احساس ہوا، ایک عجیب احساس ہوا کہ آپ کے لیے اس میں کریج ہی کریج ہے، ہمت ہی ہمت ہے، ہوپ ہی ہوپ ہے، کوئی کوئی اس کا ڈس اپوائنٹمنٹ کا کوئی موقع ہی نہیں آپ کے لیے۔</w:t>
      </w:r>
    </w:p>
    <w:p>
      <w:r>
        <w:rPr>
          <w:b/>
        </w:rPr>
        <w:t xml:space="preserve">[53:21] </w:t>
      </w:r>
      <w:r>
        <w:t>to jitna aap sochenge, jitna aap sochenge to aap payenge hadith ke baghair to mein yaani bekhabar rehta quran ki wisdom se.</w:t>
      </w:r>
    </w:p>
    <w:p>
      <w:pPr>
        <w:jc w:val="right"/>
      </w:pPr>
      <w:r>
        <w:t>تو جتنا آپ سوچیں گے، جتنا آپ سوچیں گے تو آپ پائیں گے حدیث کے بغیر تو میں یعنی بے خبر رہتا قرآن کی وزڈم سے۔</w:t>
      </w:r>
    </w:p>
    <w:p>
      <w:r>
        <w:rPr>
          <w:b/>
        </w:rPr>
        <w:t xml:space="preserve">[53:33] </w:t>
      </w:r>
      <w:r>
        <w:t>jab mein padhta tha madrasse mein to is zamane mein ek ek Arab sheikh the, unhone ek kitaab likhi thi hadith par, yaani woh kitaab yaani woh tha selection tha, kuch hadithon ka selection tha.</w:t>
      </w:r>
    </w:p>
    <w:p>
      <w:pPr>
        <w:jc w:val="right"/>
      </w:pPr>
      <w:r>
        <w:t>جب میں پڑھتا تھا مدرسے میں تو اس زمانے میں ایک ایک عرب شیخ تھے، انہوں نے ایک کتاب لکھی تھی حدیث پر، یعنی وہ کتاب یعنی وہ تھا سلیکشن تھا، کچھ حدیثوں کا سلیکشن تھا۔</w:t>
      </w:r>
    </w:p>
    <w:p>
      <w:r>
        <w:rPr>
          <w:b/>
        </w:rPr>
        <w:t xml:space="preserve">[53:47] </w:t>
      </w:r>
      <w:r>
        <w:t>is hadith is selection mein unhone wisdom ki baatein li thin, to is kitaab ko naam rakha tha unhone "Lal al Hikam", "Parts of Wisdom".</w:t>
      </w:r>
    </w:p>
    <w:p>
      <w:pPr>
        <w:jc w:val="right"/>
      </w:pPr>
      <w:r>
        <w:t>اس حدیث اس سلیکشن میں انہوں نے وزڈم کی باتیں لی تھیں، تو اس کتاب کو نام رکھا تھا انہوں نے "لال الحکم"، "پارٹس آف وزڈم"۔</w:t>
      </w:r>
    </w:p>
    <w:p>
      <w:r>
        <w:rPr>
          <w:b/>
        </w:rPr>
        <w:t xml:space="preserve">[53:58] </w:t>
      </w:r>
      <w:r>
        <w:t>"Lal al Hikam" matlab hai "Parts of Wisdom". to saari hadithain hi "Parts of Wisdom" hain.</w:t>
      </w:r>
    </w:p>
    <w:p>
      <w:pPr>
        <w:jc w:val="right"/>
      </w:pPr>
      <w:r>
        <w:t>"لال الحکم" مطلب ہے "پارٹس آف وزڈم"۔ تو ساری حدیثیں ہی "پارٹس آف وزڈم" ہیں۔</w:t>
      </w:r>
    </w:p>
    <w:p>
      <w:r>
        <w:rPr>
          <w:b/>
        </w:rPr>
        <w:t xml:space="preserve">[54:07] </w:t>
      </w:r>
      <w:r>
        <w:t>ab jaise dekhiye, aap ko quran mein hai ke "Al Sulh Khair" yaani "Peaceful Settlement" is the best settlement.</w:t>
      </w:r>
    </w:p>
    <w:p>
      <w:pPr>
        <w:jc w:val="right"/>
      </w:pPr>
      <w:r>
        <w:t>اب جیسے دیکھیے، آپ کو قرآن میں ہے کہ "الصلح خیر" یعنی "پیس فل سیٹلمنٹ" از دا بیسٹ سیٹلمنٹ۔</w:t>
      </w:r>
    </w:p>
    <w:p>
      <w:r>
        <w:rPr>
          <w:b/>
        </w:rPr>
        <w:t xml:space="preserve">[54:19] </w:t>
      </w:r>
      <w:r>
        <w:t>"alsulh khair". ab hadith mein dekhiye,</w:t>
      </w:r>
    </w:p>
    <w:p>
      <w:pPr>
        <w:jc w:val="right"/>
      </w:pPr>
      <w:r>
        <w:t>"الصلح خیر"۔ اب حدیث میں دیکھیے،</w:t>
      </w:r>
    </w:p>
    <w:p>
      <w:r>
        <w:rPr>
          <w:b/>
        </w:rPr>
        <w:t xml:space="preserve">[54:23] </w:t>
      </w:r>
      <w:r>
        <w:t>is ki aur sharah milti hai hum ko.</w:t>
      </w:r>
    </w:p>
    <w:p>
      <w:pPr>
        <w:jc w:val="right"/>
      </w:pPr>
      <w:r>
        <w:t>اس کی اور شرح ملتی ہے ہم کو۔</w:t>
      </w:r>
    </w:p>
    <w:p>
      <w:r>
        <w:rPr>
          <w:b/>
        </w:rPr>
        <w:t xml:space="preserve">[54:27] </w:t>
      </w:r>
      <w:r>
        <w:t>hazrat aisha kehti hain ke rasool Allah sal Allah alaihi wasallam ke baray mein bukhari mein yeh riwayat</w:t>
      </w:r>
    </w:p>
    <w:p>
      <w:pPr>
        <w:jc w:val="right"/>
      </w:pPr>
      <w:r>
        <w:t>حضرت عائشہ کہتی ہیں کہ رسول اللہ صلی اللہ علیہ وسلم کے بارے میں بخاری میں یہ روایت</w:t>
      </w:r>
    </w:p>
    <w:p>
      <w:r>
        <w:rPr>
          <w:b/>
        </w:rPr>
        <w:t xml:space="preserve">[54:31] </w:t>
      </w:r>
      <w:r>
        <w:t>hai ke "ma khair rasool Allah sal Allah alaihi wasallam bainurain ila yani</w:t>
      </w:r>
    </w:p>
    <w:p>
      <w:pPr>
        <w:jc w:val="right"/>
      </w:pPr>
      <w:r>
        <w:t>ہے کہ "ما خیر رسول اللہ صلی اللہ علیہ وسلم بینورین الا یعنی</w:t>
      </w:r>
    </w:p>
    <w:p>
      <w:r>
        <w:rPr>
          <w:b/>
        </w:rPr>
        <w:t xml:space="preserve">[54:42] </w:t>
      </w:r>
      <w:r>
        <w:t>Whenever Prophet you had to choose between the two, he always opted for easier course of action</w:t>
      </w:r>
    </w:p>
    <w:p>
      <w:pPr>
        <w:jc w:val="right"/>
      </w:pPr>
      <w:r>
        <w:t>وین ایور پرافٹ یو ہیڈ ٹو چوز بٹوین دا ٹو، ہی الویز اپٹڈ فار ایزیر کورس آف ایکشن</w:t>
      </w:r>
    </w:p>
    <w:p>
      <w:r>
        <w:rPr>
          <w:b/>
        </w:rPr>
        <w:t xml:space="preserve">[54:50] </w:t>
      </w:r>
      <w:r>
        <w:t>rader deen hardar course of action".</w:t>
      </w:r>
    </w:p>
    <w:p>
      <w:pPr>
        <w:jc w:val="right"/>
      </w:pPr>
      <w:r>
        <w:t>رادر دین ہارڈر کورس آف ایکشن"۔</w:t>
      </w:r>
    </w:p>
    <w:p>
      <w:r>
        <w:rPr>
          <w:b/>
        </w:rPr>
        <w:t xml:space="preserve">[54:53] </w:t>
      </w:r>
      <w:r>
        <w:t>ab is hadith, is is ayat ki yahan par sharah mil gayi hamein ke sulh behtar hai. kya matlab? kya hai sulh behtar hai?</w:t>
      </w:r>
    </w:p>
    <w:p>
      <w:pPr>
        <w:jc w:val="right"/>
      </w:pPr>
      <w:r>
        <w:t>اب اس حدیث، اس اس آیت کی یہاں پر شرح مل گئی ہمیں کہ صلح بہتر ہے۔ کیا مطلب؟ کیا ہے صلح بہتر ہے؟</w:t>
      </w:r>
    </w:p>
    <w:p>
      <w:r>
        <w:rPr>
          <w:b/>
        </w:rPr>
        <w:t xml:space="preserve">[55:01] </w:t>
      </w:r>
      <w:r>
        <w:t>kya matlab hai? kya baar baar aisa hota hai ke hamein controversy pesh aati hai? is do ismein do option hote hain hamare liye: ek hai violence ka option, ek hai peace ka option.</w:t>
      </w:r>
    </w:p>
    <w:p>
      <w:pPr>
        <w:jc w:val="right"/>
      </w:pPr>
      <w:r>
        <w:t>کیا مطلب ہے؟ کیا بار بار ایسا ہوتا ہے کہ ہمیں کنٹروورسی پیش آتی ہے؟ اس دو اس میں دو آپشن ہوتے ہیں ہمارے لیے: ایک ہے وائلنس کا آپشن، ایک ہے پیس کا آپشن۔</w:t>
      </w:r>
    </w:p>
    <w:p>
      <w:r>
        <w:rPr>
          <w:b/>
        </w:rPr>
        <w:t xml:space="preserve">[55:16] </w:t>
      </w:r>
      <w:r>
        <w:t>violence karein to aur problem badhta hai. to iska matlab yeh hai ke easier easier course of action jo hai, woh hai peace full method ka ka ka option, aur harder jo hai, woh woh hai yaani violence ka.</w:t>
      </w:r>
    </w:p>
    <w:p>
      <w:pPr>
        <w:jc w:val="right"/>
      </w:pPr>
      <w:r>
        <w:t>وائلنس کریں تو اور پرابلم بڑھتا ہے۔ تو اس کا مطلب یہ ہے کہ ایزیر ایزیر کورس آف ایکشن جو ہے، وہ ہے پیس فل میتھڈ کا کا کا آپشن، اور ہارڈر جو ہے، وہ وہ ہے یعنی وائلنس کا۔</w:t>
      </w:r>
    </w:p>
    <w:p>
      <w:r>
        <w:rPr>
          <w:b/>
        </w:rPr>
        <w:t xml:space="preserve">[55:35] </w:t>
      </w:r>
      <w:r>
        <w:t>to jab bhi aap ko koi controversy pade to aap foran usko is is hadith ki roshni mein apna woh samajh sakte hain ke mujhe kya karna chahiye.</w:t>
      </w:r>
    </w:p>
    <w:p>
      <w:pPr>
        <w:jc w:val="right"/>
      </w:pPr>
      <w:r>
        <w:t>تو جب بھی آپ کو کوئی کنٹروورسی پڑے تو آپ فوراً اس کو اس اس حدیث کی روشنی میں اپنا وہ سمجھ سکتے ہیں کہ مجھے کیا کرنا چاہیے۔</w:t>
      </w:r>
    </w:p>
    <w:p>
      <w:r>
        <w:rPr>
          <w:b/>
        </w:rPr>
        <w:t xml:space="preserve">[55:48] </w:t>
      </w:r>
      <w:r>
        <w:t>aise hi dekhiye, jab jab Rasool Allah par shuru zamane mein jo ayatein utri thin, usmein se ek ayat yeh thi ke dawat ke bare mein: "Ya ayyuhal muddathir, qum fa anzir, wa rabbaka fakabbir, wa siyyabaka fa tahhir, warrujza fa hajur, wala tamnun tastaksir, wa li rabbika fasbir".</w:t>
      </w:r>
    </w:p>
    <w:p>
      <w:pPr>
        <w:jc w:val="right"/>
      </w:pPr>
      <w:r>
        <w:t>ایسے ہی دیکھیں، جب جب رسول اللہ پر شروع زمانے میں جو آیتیں اتری تھیں، اس میں سے ایک آیت یہ تھی کہ دعوت کے بارے میں: "یا المدثر، کم فانزل، وربک فکبر، وسابک فطاہر، ورج فاجر، ولا تمر تستغفر، وربک فزبر"۔</w:t>
      </w:r>
    </w:p>
    <w:p>
      <w:r>
        <w:rPr>
          <w:b/>
        </w:rPr>
        <w:t xml:space="preserve">[56:08] </w:t>
      </w:r>
      <w:r>
        <w:t>aye nabi, dawat ka kaam karo aur sabr karo. aye nabi, dawat ka kaam karo aur sabr karo. wa rabbaka sabr Allah ke liye sabr karo.</w:t>
      </w:r>
    </w:p>
    <w:p>
      <w:pPr>
        <w:jc w:val="right"/>
      </w:pPr>
      <w:r>
        <w:t>اے نبی، دعوت کا کام کرو اور صبر کرو۔ اے نبی، دعوت کا کام کرو اور صبر کرو۔ ورب اللہ کے لیے صبر کرو۔</w:t>
      </w:r>
    </w:p>
    <w:p>
      <w:r>
        <w:rPr>
          <w:b/>
        </w:rPr>
        <w:t xml:space="preserve">[56:19] </w:t>
      </w:r>
      <w:r>
        <w:t>ab sabr ka matlab kya hai? sabr ka matlab yeh nahi ke peeche hat jao, paspai karo, kuch mat karo, chup chap baith jao.</w:t>
      </w:r>
    </w:p>
    <w:p>
      <w:pPr>
        <w:jc w:val="right"/>
      </w:pPr>
      <w:r>
        <w:t>اب صبر کا مطلب کیا ہے؟ صبر کا مطلب یہ نہیں کہ پیچھے ہٹ جاؤ، پسپائی کرو، کچھ مت کرو، چپ چاپ بیٹھ جاؤ۔</w:t>
      </w:r>
    </w:p>
    <w:p>
      <w:r>
        <w:rPr>
          <w:b/>
        </w:rPr>
        <w:t xml:space="preserve">[56:28] </w:t>
      </w:r>
      <w:r>
        <w:t>yeh matlab nahi hai. is ayat ke nikalne ke baad aap ne kya kiya? isko lijiye aap to tab samajh mein aata hai ke sabr ka matlab kya hai. sabr ek wisdom hai, wisdom, great wisdom.</w:t>
      </w:r>
    </w:p>
    <w:p>
      <w:pPr>
        <w:jc w:val="right"/>
      </w:pPr>
      <w:r>
        <w:t>یہ مطلب نہیں ہے۔ اس آیت کے نکلنے کے بعد آپ نے کیا کیا؟ اس کو لیجئے آپ تو تب سمجھ میں آتا ہے کہ صبر کا مطلب کیا ہے۔ صبر ایک وزڈم ہے، وزڈم، گریٹ وزڈم۔</w:t>
      </w:r>
    </w:p>
    <w:p>
      <w:r>
        <w:rPr>
          <w:b/>
        </w:rPr>
        <w:t xml:space="preserve">[56:41] </w:t>
      </w:r>
      <w:r>
        <w:t>woh kaise? Rasool Allah ko yeh kaha gaya ke dawat ka kaam karo, ailaan karo sachai ka, tauheed ka.</w:t>
      </w:r>
    </w:p>
    <w:p>
      <w:pPr>
        <w:jc w:val="right"/>
      </w:pPr>
      <w:r>
        <w:t>وہ کیسے؟ رسول اللہ کو یہ کہا گیا کہ دعوت کا کام کرو، اعلان کرو سچائی کا، توحید کا۔</w:t>
      </w:r>
    </w:p>
    <w:p>
      <w:r>
        <w:rPr>
          <w:b/>
        </w:rPr>
        <w:t xml:space="preserve">[56:50] </w:t>
      </w:r>
      <w:r>
        <w:t>ab aap nikalte hain makkah mein to wahan par kya hai? ek hi jagah hai jahan par log gathering karte thay aur koi doosri jagah nahi thi jahan log ikhatta hote hain.</w:t>
      </w:r>
    </w:p>
    <w:p>
      <w:pPr>
        <w:jc w:val="right"/>
      </w:pPr>
      <w:r>
        <w:t>اب آپ نکلتے ہیں مکہ میں تو وہاں پر کیا ہے؟ ایک ہی جگہ ہے جہاں پر لوگ گیدرنگ کرتے تھے اور کوئی دوسری جگہ نہیں تھی جہاں لوگ اکٹھا ہوتے ہوں۔</w:t>
      </w:r>
    </w:p>
    <w:p>
      <w:r>
        <w:rPr>
          <w:b/>
        </w:rPr>
        <w:t xml:space="preserve">[57:05] </w:t>
      </w:r>
      <w:r>
        <w:t>to woh tha kaba. kaba mein daily gathering hua karti thi un logon ki jo mushrikeen thay, jo buton ko poojte thay.</w:t>
      </w:r>
    </w:p>
    <w:p>
      <w:pPr>
        <w:jc w:val="right"/>
      </w:pPr>
      <w:r>
        <w:t>تو وہ تھا کعبہ۔ کعبہ میں ڈیلی گیدرنگ ہوا کرتی تھی ان لوگوں کی جو مشرکین تھے، جو بتوں کو پوجتے تھے۔</w:t>
      </w:r>
    </w:p>
    <w:p>
      <w:r>
        <w:rPr>
          <w:b/>
        </w:rPr>
        <w:t xml:space="preserve">[57:17] </w:t>
      </w:r>
      <w:r>
        <w:t>to aap ne kya kiya? sabr ka formula apnaya yahan par. sabr ke formula ko apply kiya. yaani aap ne wahan par teen sau saal but rakhe hue thay.</w:t>
      </w:r>
    </w:p>
    <w:p>
      <w:pPr>
        <w:jc w:val="right"/>
      </w:pPr>
      <w:r>
        <w:t>تو آپ نے کیا کیا؟ صبر کا فارمولا اپلایا یہاں پر۔ صبر کے فارمولے کو اپلائی کیا۔ یعنی آپ نے وہاں پر تین سو سال بت رکھے ہوئے تھے۔</w:t>
      </w:r>
    </w:p>
    <w:p>
      <w:r>
        <w:rPr>
          <w:b/>
        </w:rPr>
        <w:t xml:space="preserve">[57:27] </w:t>
      </w:r>
      <w:r>
        <w:t>wo log, yeh log wahan teen sau saal but rakhe hue thay. to aap ne buton ke presence par sabr kiya aur jo gathering thi, un ko aap ne audience ke taur par istemal kar ke dawat di.</w:t>
      </w:r>
    </w:p>
    <w:p>
      <w:pPr>
        <w:jc w:val="right"/>
      </w:pPr>
      <w:r>
        <w:t>وہ لوگ، یہ لوگ وہاں تین سو سال بت رکھے ہوئے تھے۔ تو آپ نے بتوں کے پریزنس پر صبر کیا اور جو گیدرنگ تھی، ان کو آپ نے آڈینس کے طور پر استعمال کر کے دعوت دی۔</w:t>
      </w:r>
    </w:p>
    <w:p>
      <w:r>
        <w:rPr>
          <w:b/>
        </w:rPr>
        <w:t xml:space="preserve">[57:38] </w:t>
      </w:r>
      <w:r>
        <w:t>yeh hai sabr ke kaba mein buton ke presence par sabr karo aur kaba mein jo ikhatta hue hain log, us ko matlab audience ko unhein istemal karo.</w:t>
      </w:r>
    </w:p>
    <w:p>
      <w:pPr>
        <w:jc w:val="right"/>
      </w:pPr>
      <w:r>
        <w:t>یہ ہے صبر کہ کعبہ میں بتوں کے پریزنس پر صبر کرو اور کعبہ میں جو اکٹھا ہوئے ہیں لوگ، اس کو مطلب آڈینس کو انہیں استعمال کرو۔</w:t>
      </w:r>
    </w:p>
    <w:p>
      <w:r>
        <w:rPr>
          <w:b/>
        </w:rPr>
        <w:t xml:space="preserve">[57:50] </w:t>
      </w:r>
      <w:r>
        <w:t>is tarah aap 13 saal tak dawat dete rahe. to "warabbuka fasbir" jo hai, aap parhte hain quran majeed mein, us ka milta hai yahan par yaani application yahan milta hai.</w:t>
      </w:r>
    </w:p>
    <w:p>
      <w:pPr>
        <w:jc w:val="right"/>
      </w:pPr>
      <w:r>
        <w:t>اس طرح آپ 13 سال تک دعوت دیتے رہے۔ تو "وربک فزبر" جو ہے، آپ پڑھتے ہیں قرآن مجید میں، اس کا ملتا ہے یہاں پر یعنی ایپلیکیشن یہاں ملتا ہے۔</w:t>
      </w:r>
    </w:p>
    <w:p>
      <w:r>
        <w:rPr>
          <w:b/>
        </w:rPr>
        <w:t xml:space="preserve">[58:06] </w:t>
      </w:r>
      <w:r>
        <w:t>to ek hai spirituality, ek hai applied spirituality, ek hai deen, ek hai applied deen, ek hai islam, ek hai applied islam. to applied jo aspect hai, woh aap ko milta hai hadeeson se.</w:t>
      </w:r>
    </w:p>
    <w:p>
      <w:pPr>
        <w:jc w:val="right"/>
      </w:pPr>
      <w:r>
        <w:t>تو ایک ہے اسپریچولٹی، ایک ہے اپلائیڈ اسپریچولٹی، ایک ہے دین، ایک ہے اپلائیڈ دین، ایک ہے اسلام، ایک ہے اپلائیڈ اسلام۔ تو اپلائیڈ جو اسپیکٹ ہے، وہ آپ کو ملتا ہے حدیثوں سے۔</w:t>
      </w:r>
    </w:p>
    <w:p>
      <w:r>
        <w:rPr>
          <w:b/>
        </w:rPr>
        <w:t xml:space="preserve">[58:19] </w:t>
      </w:r>
      <w:r>
        <w:t>ab baghair is ko jaane hue aap kaise istemal karenge? to main Allah taala se dua karta hoon ke Allah taala hum ko, aap ko tofeeq de ke hum apni aqal ko istemal karein, sochein, tadabbur karein taake humein Allah ki marifat hasil ho aur Allah taala ke humein jannat ka mustahiq qarar diya jaye.</w:t>
      </w:r>
    </w:p>
    <w:p>
      <w:pPr>
        <w:jc w:val="right"/>
      </w:pPr>
      <w:r>
        <w:t>اب بغیر اس کو جانے ہوئے آپ کیسے استعمال کریں گے؟ تو میں اللہ تعالی سے دعا کرتا ہوں کہ اللہ تعالی ہم کو، آپ کو توفیق دے کہ ہم اپنی عقل کو استعمال کریں، سوچیں، تدبر کریں تاکہ ہمیں اللہ کی معرفت حاصل ہو اور اللہ تعالی کے ہمیں جنت کا مستحق قرار دیا جائے۔</w:t>
      </w:r>
    </w:p>
    <w:p>
      <w:r>
        <w:rPr>
          <w:b/>
        </w:rPr>
        <w:t xml:space="preserve">[58:39] </w:t>
      </w:r>
      <w:r>
        <w:t>aqoolu qawli hadha wastaghfirullaha li walakum ajmaeen.</w:t>
      </w:r>
    </w:p>
    <w:p>
      <w:pPr>
        <w:jc w:val="right"/>
      </w:pPr>
      <w:r>
        <w:t>اقول قولیھذا واستغفراللہ لی ولكم اجمعین۔</w:t>
      </w:r>
    </w:p>
    <w:p>
      <w:r>
        <w:rPr>
          <w:b/>
        </w:rPr>
        <w:t xml:space="preserve">[58:56] </w:t>
      </w:r>
      <w:r>
        <w:t>This question is from Mr. Nafees Shiraz from Delhi. quran ke ilawa teen aur kitabein hain: torat, zaboor, anjeel.</w:t>
      </w:r>
    </w:p>
    <w:p>
      <w:pPr>
        <w:jc w:val="right"/>
      </w:pPr>
      <w:r>
        <w:t>This question is from Mr. Nafees Shiraz from Delhi. قرآن کے علاوہ تین اور کتابیں ہیں: تورات، زبور، انجیل۔</w:t>
      </w:r>
    </w:p>
    <w:p>
      <w:r>
        <w:rPr>
          <w:b/>
        </w:rPr>
        <w:t xml:space="preserve">[59:08] </w:t>
      </w:r>
      <w:r>
        <w:t>yaani koi musalman in kitabon ki talimat par amal karna chahe to kya woh un par amal kar sakta hai? dekhein, masla authenticity kitab ka hai.</w:t>
      </w:r>
    </w:p>
    <w:p>
      <w:pPr>
        <w:jc w:val="right"/>
      </w:pPr>
      <w:r>
        <w:t>یعنی کوئی مسلمان ان کتابوں کی تعلیمات پر عمل کرنا چاہے تو کیا وہ ان پر عمل کر سکتا ہے؟ دیکھیں، مسئلہ اتھینٹک کتاب کا ہے۔</w:t>
      </w:r>
    </w:p>
    <w:p>
      <w:r>
        <w:rPr>
          <w:b/>
        </w:rPr>
        <w:t xml:space="preserve">[59:20] </w:t>
      </w:r>
      <w:r>
        <w:t>kitabein to bohat si Allah taala ki taraf se aayin, sirf teen hi nahi,</w:t>
      </w:r>
    </w:p>
    <w:p>
      <w:pPr>
        <w:jc w:val="right"/>
      </w:pPr>
      <w:r>
        <w:t>کتابیں تو بہت سی اللہ تعالی کی طرف سے آئیں، صرف تین ہی نہیں،</w:t>
      </w:r>
    </w:p>
    <w:p>
      <w:r>
        <w:rPr>
          <w:b/>
        </w:rPr>
        <w:t xml:space="preserve">[59:27] </w:t>
      </w:r>
      <w:r>
        <w:t>teen hi nahi, aur bohat si kitabein aayin. suhuf ibrahim o moosa, hazrat ibrahim par kitab aayi. masla yeh hai ke jab un ki authenticity doubtfull ho gayi hai to un par aap kaise amal karenge?</w:t>
      </w:r>
    </w:p>
    <w:p>
      <w:pPr>
        <w:jc w:val="right"/>
      </w:pPr>
      <w:r>
        <w:t>تین ہی نہیں، اور بہت سی کتابیں آئیں۔ صحف ابراہیم و موسیٰ، حضرت ابراہیم پر کتاب آئی۔ مسئلہ یہ ہے کہ جب ان کی اتھنٹیسٹی ڈاؤٹ فل ہو گئی ہے تو ان پر آپ کیسے عمل کریں گے؟</w:t>
      </w:r>
    </w:p>
    <w:p>
      <w:r>
        <w:rPr>
          <w:b/>
        </w:rPr>
        <w:t xml:space="preserve">[59:44] </w:t>
      </w:r>
      <w:r>
        <w:t>hum yeh mante hain ke Allah taala ne har zamane mein nabi bheje aur apni kitab bheji, apna kalam bheja. to us ko hum mante hain.</w:t>
      </w:r>
    </w:p>
    <w:p>
      <w:pPr>
        <w:jc w:val="right"/>
      </w:pPr>
      <w:r>
        <w:t>ہم یہ مانتے ہیں کہ اللہ تعالی نے ہر زمانے میں نبی بھیجے اور اپنی کتاب بھیجی، اپنا کلام بھیجا۔ تو اس کو ہم مانتے ہیں۔</w:t>
      </w:r>
    </w:p>
    <w:p>
      <w:r>
        <w:rPr>
          <w:b/>
        </w:rPr>
        <w:t xml:space="preserve">[59:57] </w:t>
      </w:r>
      <w:r>
        <w:t>lekin sawal yeh hai ke jab hum us ko, us par practice karna chahein to zahir hai ke jab authentic maujood hai to to us ko nahi liya jayega jis ki authenticity doubtfull hai.</w:t>
      </w:r>
    </w:p>
    <w:p>
      <w:pPr>
        <w:jc w:val="right"/>
      </w:pPr>
      <w:r>
        <w:t>لیکن سوال یہ ہے کہ جب ہم اس کو، اس پر پریکٹس کرنا چاہیں تو ظاہر ہے کہ جب اتھینٹک موجود ہے تو تو اس کو نہیں لیا جائے گا جس کی اتھنٹیسٹی ڈاؤٹ فل ہے۔</w:t>
      </w:r>
    </w:p>
    <w:p>
      <w:r>
        <w:rPr>
          <w:b/>
        </w:rPr>
        <w:t xml:space="preserve">[1:00:08] </w:t>
      </w:r>
      <w:r>
        <w:t>is zamane mein kisi ke liye ek hi option hai, woh quran ka option hai. doosra koi option ab maujood nahi kisi insan ke liye.</w:t>
      </w:r>
    </w:p>
    <w:p>
      <w:pPr>
        <w:jc w:val="right"/>
      </w:pPr>
      <w:r>
        <w:t>اس زمانے میں کسی کے لیے ایک ہی آپشن ہے، وہ قرآن کا آپشن ہے۔ دوسرا کوئی آپشن اب موجود نہیں کسی انسان کے لیے۔</w:t>
      </w:r>
    </w:p>
    <w:p>
      <w:r>
        <w:rPr>
          <w:b/>
        </w:rPr>
        <w:t xml:space="preserve">[1:00:24] </w:t>
      </w:r>
      <w:r>
        <w:t>This question is from Miss Sadia from Delhi. Often when people discover that the Quran was revealed over a period of 23 years in a fragmentary manner,</w:t>
      </w:r>
    </w:p>
    <w:p>
      <w:pPr>
        <w:jc w:val="right"/>
      </w:pPr>
      <w:r>
        <w:t>This question is from Miss Sadia from Delhi. Often when people discover that the Quran was revealed over a period of 23 years in a fragmentary manner,</w:t>
      </w:r>
    </w:p>
    <w:p>
      <w:r>
        <w:rPr>
          <w:b/>
        </w:rPr>
        <w:t xml:space="preserve">[1:00:38] </w:t>
      </w:r>
      <w:r>
        <w:t>they ask why God employed such a method for revealing the Quran? Kindly comment. dekhein, quran koi waise kitab nahi, isi is ka arz kitabein likha karte hain.</w:t>
      </w:r>
    </w:p>
    <w:p>
      <w:pPr>
        <w:jc w:val="right"/>
      </w:pPr>
      <w:r>
        <w:t>they ask why God employed such a method for revealing the Quran? Kindly comment۔ دیکھیں، قرآن کوئی ویسے کتاب نہیں، اسی اس کا عرض کتابیں لکھا کرتے ہیں۔</w:t>
      </w:r>
    </w:p>
    <w:p>
      <w:r>
        <w:rPr>
          <w:b/>
        </w:rPr>
        <w:t xml:space="preserve">[1:00:52] </w:t>
      </w:r>
      <w:r>
        <w:t>quran jo hai, guidance ki kitab hai. yaani jaise jaise halaat, waise guidance. to</w:t>
      </w:r>
    </w:p>
    <w:p>
      <w:pPr>
        <w:jc w:val="right"/>
      </w:pPr>
      <w:r>
        <w:t>قرآن جو ہے، گائیڈنس کی کتاب ہے۔ یعنی جیسے جیسے حالات، ویسے گائیڈنس۔ تو</w:t>
      </w:r>
    </w:p>
    <w:p>
      <w:r>
        <w:rPr>
          <w:b/>
        </w:rPr>
        <w:t xml:space="preserve">[1:01:04] </w:t>
      </w:r>
      <w:r>
        <w:t>yeh koi doosra shakal hi nahi thi ke jaise halaat paida hon, waise un ko guide kiya jaye. jaise ke main ne aap se misaal di ke wahan par gathering hua karti thi, sirf kaba mein, aur kahin nahi hoti thi.</w:t>
      </w:r>
    </w:p>
    <w:p>
      <w:pPr>
        <w:jc w:val="right"/>
      </w:pPr>
      <w:r>
        <w:t>یہ کوئی دوسرا شکل ہی نہیں تھی کہ جیسے حالات پیدا ہوں، ویسے ان کو گائیڈ کیا جائے۔ جیسے کہ میں نے آپ سے مثال دی کہ وہاں پر گیدرنگ ہوا کرتی تھی، صرف کعبہ میں، اور کہیں نہیں ہوتی تھی۔</w:t>
      </w:r>
    </w:p>
    <w:p>
      <w:r>
        <w:rPr>
          <w:b/>
        </w:rPr>
        <w:t xml:space="preserve">[1:01:20] </w:t>
      </w:r>
      <w:r>
        <w:t>aur wahan lekin woh log but bhi rakhe hue thay wahan par. to aap ne farmaya ke "fasbir rabbaka" yaani Allah ke liye sabr kar ke wahan par ja ke audience ke taur par istemal karo un ko.</w:t>
      </w:r>
    </w:p>
    <w:p>
      <w:pPr>
        <w:jc w:val="right"/>
      </w:pPr>
      <w:r>
        <w:t>اور وہاں لیکن وہ لوگ بت بھی رکھے ہوئے تھے وہاں پر۔ تو آپ نے فرمایا کہ "فزبر ربک" یعنی اللہ کے لیے صبر کر کے وہاں پر جا کے آڈینس کے طور پر استعمال کرو ان کو۔</w:t>
      </w:r>
    </w:p>
    <w:p>
      <w:r>
        <w:rPr>
          <w:b/>
        </w:rPr>
        <w:t xml:space="preserve">[1:01:30] </w:t>
      </w:r>
      <w:r>
        <w:t>us waqt yeh tha. phir jab baad ko halaat badle to aap hi hukum aaya ke aap hijrat kar ke chale jao.</w:t>
      </w:r>
    </w:p>
    <w:p>
      <w:pPr>
        <w:jc w:val="right"/>
      </w:pPr>
      <w:r>
        <w:t>اس وقت یہ تھا۔ پھر جب بعد کو حالات بدلے تو آپ ہی حکم آیا کہ آپ ہجرت کر کے چلے جاؤ۔</w:t>
      </w:r>
    </w:p>
    <w:p>
      <w:r>
        <w:rPr>
          <w:b/>
        </w:rPr>
        <w:t xml:space="preserve">[1:01:40] </w:t>
      </w:r>
      <w:r>
        <w:t>phir halaat badle, wahan par logon ne attack karna chaha to rasool Allah ke sath ek achi khasi group ho chuka tha. to to wahan kaha gaya ke "as a defence" tum sirf fighting kar sakte ho.</w:t>
      </w:r>
    </w:p>
    <w:p>
      <w:pPr>
        <w:jc w:val="right"/>
      </w:pPr>
      <w:r>
        <w:t>پھر حالات بدلے، وہاں پر لوگوں نے اٹیک کرنا چاہا تو رسول اللہ کے ساتھ ایک اچھی خاصی گروہ ہو چکا تھا۔ تو تو وہاں کہا گیا کہ "ایز اے ڈیفنس" تم صرف فائٹنگ کر سکتے ہو۔</w:t>
      </w:r>
    </w:p>
    <w:p>
      <w:r>
        <w:rPr>
          <w:b/>
        </w:rPr>
        <w:t xml:space="preserve">[1:01:52] </w:t>
      </w:r>
      <w:r>
        <w:t>to halaat jo hai, badalte rahe. is wajah se pehle wuzu ki ayat thi.</w:t>
      </w:r>
    </w:p>
    <w:p>
      <w:pPr>
        <w:jc w:val="right"/>
      </w:pPr>
      <w:r>
        <w:t>تو حالات جو ہے، بدلتے رہے۔ اس وجہ سے پہلے وضو کی آیت تھی۔</w:t>
      </w:r>
    </w:p>
    <w:p>
      <w:r>
        <w:rPr>
          <w:b/>
        </w:rPr>
        <w:t xml:space="preserve">[1:02:01] </w:t>
      </w:r>
      <w:r>
        <w:t>phir ek baar to aisa hua ke pani nahi tha wahan par to tayammum ki ayat utri. to chuna ke according to the situation guide kiya, Allah taala ne ek badi badi kitab diya jata hai to log kaise karte hain?</w:t>
      </w:r>
    </w:p>
    <w:p>
      <w:pPr>
        <w:jc w:val="right"/>
      </w:pPr>
      <w:r>
        <w:t>پھر ایک بار تو ایسا ہوا کہ پانی نہیں تھا وہاں پر تو تیمم کی آیت اتری۔ تو چونکہ اکنڈ ٹو دا سچویشن گائیڈ کیا، اللہ تعالی نے ایک بڑی بڑی کتاب دیا جاتا ہے تو لوگ کیسے کرتے ہیں؟</w:t>
      </w:r>
    </w:p>
    <w:p>
      <w:r>
        <w:rPr>
          <w:b/>
        </w:rPr>
        <w:t xml:space="preserve">[1:02:19] </w:t>
      </w:r>
      <w:r>
        <w:t>jaise halaat, waise waise jaise halaat hon, usi tareeqay se tum ko follow karna hai. to chunkay Quran majeed koi is tarah ki scholar, jaise scholars kitaab likha karte hain,</w:t>
      </w:r>
    </w:p>
    <w:p>
      <w:pPr>
        <w:jc w:val="right"/>
      </w:pPr>
      <w:r>
        <w:t>جیسے حالات، ویسے ویسے جیسے حالات ہوں، اسی طریقے سے تم کو فالو کرنا ہے۔ تو چونکہ قرآن مجید کوئی اس طرح کی اسکالر، جیسے اسکالرز کتاب لکھا کرتے ہیں،</w:t>
      </w:r>
    </w:p>
    <w:p>
      <w:r>
        <w:rPr>
          <w:b/>
        </w:rPr>
        <w:t xml:space="preserve">[1:02:36] </w:t>
      </w:r>
      <w:r>
        <w:t>aik synopsis banaya, is synopsis le kar study kiya, phir wahi kitaab likh daali, aisa nahi hai. balkay halaat ke mutabiq guide karna, jaise halaat, waise hi guidance.</w:t>
      </w:r>
    </w:p>
    <w:p>
      <w:pPr>
        <w:jc w:val="right"/>
      </w:pPr>
      <w:r>
        <w:t>ایک سناپسس بنایا، اس سناپسس لے کر اسٹڈی کیا، پھر وہی کتاب لکھ ڈالی، ایسا نہیں ہے۔ بلکہ حالات کے مطابق گائیڈ کرنا، جیسے حالات، ویسے ہی گائیڈنس۔</w:t>
      </w:r>
    </w:p>
    <w:p>
      <w:r>
        <w:rPr>
          <w:b/>
        </w:rPr>
        <w:t xml:space="preserve">[1:02:47] </w:t>
      </w:r>
      <w:r>
        <w:t>is liye yeh ho sakta tha, doosra kuch nahi ho sakta tha. This question is from Mr. Abdul Basit from Doha, Qatar. Maulana, due to many present situations like swine flu, earthquakes, etcetera, it is totally clear that man is helpless.</w:t>
      </w:r>
    </w:p>
    <w:p>
      <w:pPr>
        <w:jc w:val="right"/>
      </w:pPr>
      <w:r>
        <w:t>اس لیے یہ ہو سکتا تھا، دوسرا کچھ نہیں ہو سکتا تھا۔ This question is from Mr. Abdul Basit from Doha, Qatar. مولانا، ڈیو ٹو مینی پریزنٹ سچویشنز لائک سوائن فلو، ارتھ کویکس، ایٹسٹرہ، اٹ از ٹوٹلی کلیئر دیٹ مین از ہیلپ لیس۔</w:t>
      </w:r>
    </w:p>
    <w:p>
      <w:r>
        <w:rPr>
          <w:b/>
        </w:rPr>
        <w:t xml:space="preserve">[1:03:08] </w:t>
      </w:r>
      <w:r>
        <w:t>My question is that why does not man realize his helplessness and surrender to God? Isi ka jawab to maine diya hai ke thinking capacity ko woh bedaar nahi karta.</w:t>
      </w:r>
    </w:p>
    <w:p>
      <w:pPr>
        <w:jc w:val="right"/>
      </w:pPr>
      <w:r>
        <w:t>مائی کوئسچن از دیٹ وائی ڈز ناٹ مین ریلائز ہز ہیلپ لیسنس اینڈ سرینڈر ٹو گاڈ؟ اسی کا جواب تو میں نے دیا ہے کہ تھنکنگ کیپیسٹی کو وہ بیدار نہیں کرتا۔</w:t>
      </w:r>
    </w:p>
    <w:p>
      <w:r>
        <w:rPr>
          <w:b/>
        </w:rPr>
        <w:t xml:space="preserve">[1:03:24] </w:t>
      </w:r>
      <w:r>
        <w:t>sochne ki jo salahiyat hai, sochne ki di hai insaan ko, to woh dormant rehti hai. sara maamla hai ke insaan apni soch ko is taraf lagata nahi ke woh baatein jaane jo rohaniyat ki hain, jo sachai ki hain, jo marifat ki baatein hain.</w:t>
      </w:r>
    </w:p>
    <w:p>
      <w:pPr>
        <w:jc w:val="right"/>
      </w:pPr>
      <w:r>
        <w:t>سوچنے کی جو صلاحیت ہے، سوچنے کی دی ہے انسان کو، تو وہ ڈاربن رہتی ہے۔ سارا معاملہ ہے کہ انسان اپنی سوچ کو اس طرف لگاتا نہیں کہ وہ باتیں جانے جو روحانیت کی ہیں، جو سچائی کی ہیں، جو معرفت کی باتیں ہیں۔</w:t>
      </w:r>
    </w:p>
    <w:p>
      <w:r>
        <w:rPr>
          <w:b/>
        </w:rPr>
        <w:t xml:space="preserve">[1:03:48] </w:t>
      </w:r>
      <w:r>
        <w:t>sare log bas yani money ke peeche daud rahe hain. jitne insaan hain, sab money ke peeche daud rahe hain, bas direct taur par ya indirect taur par.</w:t>
      </w:r>
    </w:p>
    <w:p>
      <w:pPr>
        <w:jc w:val="right"/>
      </w:pPr>
      <w:r>
        <w:t>سارے لوگ بس یعنی منی کے پیچھے دوڑ رہے ہیں۔ جتنے انسان ہیں، سب منی کے پیچھے دوڑ رہے ہیں، بس ڈائریکٹ طور پر یا ان ڈائریکٹ طور پر۔</w:t>
      </w:r>
    </w:p>
    <w:p>
      <w:r>
        <w:rPr>
          <w:b/>
        </w:rPr>
        <w:t xml:space="preserve">[1:04:00] </w:t>
      </w:r>
      <w:r>
        <w:t>aur apni thinking ko istemal karen. is tarah ki cheezon mein jin ko hum rohaniyat kehte hain, rabbaniyat kehte hain, marifat kehte hain, woh istemal nahi karte.</w:t>
      </w:r>
    </w:p>
    <w:p>
      <w:pPr>
        <w:jc w:val="right"/>
      </w:pPr>
      <w:r>
        <w:t>اور اپنی تھنکنگ کو استعمال کریں۔ اس طرح کی چیزوں میں جن کو ہم روحانیت کہتے ہیں، ربانیت کہتے ہیں، معرفت کہتے ہیں، وہ استعمال نہیں کرتے۔</w:t>
      </w:r>
    </w:p>
    <w:p>
      <w:r>
        <w:rPr>
          <w:b/>
        </w:rPr>
        <w:t xml:space="preserve">[1:04:13] </w:t>
      </w:r>
      <w:r>
        <w:t>is wajah se baatein logon ki samajh mein nahi aati. hum jo mission chala rahe hain, mission ka maqsad yeh hai ke logon ke mind ko activate karna. aur jo mission hai, woh yahi hai ke socho yani tadabbur karo, tafakkur karo.</w:t>
      </w:r>
    </w:p>
    <w:p>
      <w:pPr>
        <w:jc w:val="right"/>
      </w:pPr>
      <w:r>
        <w:t>اس وجہ سے باتیں لوگوں کی سمجھ میں نہیں آتی۔ ہم جو مشن چلا رہے ہیں، مشن کا مقصد یہ ہے کہ لوگوں کے مائنڈ کو ایکٹیویٹ کرنا۔ اور جو مشن ہے، وہ یہی ہے کہ سوچو یعنی تدبر کرو، تفکر کرو۔</w:t>
      </w:r>
    </w:p>
    <w:p>
      <w:r>
        <w:rPr>
          <w:b/>
        </w:rPr>
        <w:t xml:space="preserve">[1:04:33] </w:t>
      </w:r>
      <w:r>
        <w:t>yahi hai mission hamara.</w:t>
      </w:r>
    </w:p>
    <w:p>
      <w:pPr>
        <w:jc w:val="right"/>
      </w:pPr>
      <w:r>
        <w:t>یہی ہے مشن ہمارا۔</w:t>
      </w:r>
    </w:p>
    <w:p>
      <w:r>
        <w:rPr>
          <w:b/>
        </w:rPr>
        <w:t xml:space="preserve">[1:04:40] </w:t>
      </w:r>
      <w:r>
        <w:t>aur aap dekhen, bohat se log hain, hazaron ki tadad mein, jin ko Allah taala ne hamare machine ke zariye se un ke mind ko activate kiya.</w:t>
      </w:r>
    </w:p>
    <w:p>
      <w:pPr>
        <w:jc w:val="right"/>
      </w:pPr>
      <w:r>
        <w:t>اور آپ دیکھیں، بہت سے لوگ ہیں، ہزاروں کی تعداد میں، جن کو اللہ تعالی نے ہمارے مشین کے ذریعے سے ان کے مائنڈ کو ایکٹیویٹ کیا۔</w:t>
      </w:r>
    </w:p>
    <w:p>
      <w:r>
        <w:rPr>
          <w:b/>
        </w:rPr>
        <w:t xml:space="preserve">[1:04:50] </w:t>
      </w:r>
      <w:r>
        <w:t>ab woh sochte hain, baaton ko samajhte hain, baaton ko. to yahi aap bhi kijiye, aap badhaiye is is soch ko, paida kijiye logon ke andar taake woh samajh saken.</w:t>
      </w:r>
    </w:p>
    <w:p>
      <w:pPr>
        <w:jc w:val="right"/>
      </w:pPr>
      <w:r>
        <w:t>اب وہ سوچتے ہیں، باتوں کو سمجھتے ہیں، باتوں کو۔ تو یہی آپ بھی کیجئے، آپ بڑھائیے اس اس سوچ کو، پیدا کیجئے لوگوں کے اندر تاکہ وہ سمجھ سکیں۔</w:t>
      </w:r>
    </w:p>
    <w:p>
      <w:r>
        <w:rPr>
          <w:b/>
        </w:rPr>
        <w:t xml:space="preserve">[1:05:04] </w:t>
      </w:r>
      <w:r>
        <w:t>This question is from Miss Nagma from Delhi. Maulana, I realize the importance of thinking, but often the train of thought gets diverted.</w:t>
      </w:r>
    </w:p>
    <w:p>
      <w:pPr>
        <w:jc w:val="right"/>
      </w:pPr>
      <w:r>
        <w:t>This question is from Miss Nagma from Delhi. مولانا، آئی ریلائز دی امپورٹنس آف تھنکنگ، بٹ آفن دا ٹرین آف تھاٹ گیٹس ڈائیورٹڈ۔</w:t>
      </w:r>
    </w:p>
    <w:p>
      <w:r>
        <w:rPr>
          <w:b/>
        </w:rPr>
        <w:t xml:space="preserve">[1:05:17] </w:t>
      </w:r>
      <w:r>
        <w:t>I want to ask you, how can we train our self to think? Ab yahi hai ke apne mind ko active rakhiye.</w:t>
      </w:r>
    </w:p>
    <w:p>
      <w:pPr>
        <w:jc w:val="right"/>
      </w:pPr>
      <w:r>
        <w:t>آئی وانٹ ٹو اسک یو، ہاؤ کین وی ٹرین اور سیلف ٹو تھنک؟ اب یہی ہے کہ اپنے مائنڈ کو ایکٹیو رکھیے۔</w:t>
      </w:r>
    </w:p>
    <w:p>
      <w:r>
        <w:rPr>
          <w:b/>
        </w:rPr>
        <w:t xml:space="preserve">[1:05:26] </w:t>
      </w:r>
      <w:r>
        <w:t>jaise hi deviation koi ho to foran lotaiye. deviation to hoga, it is but natural.</w:t>
      </w:r>
    </w:p>
    <w:p>
      <w:pPr>
        <w:jc w:val="right"/>
      </w:pPr>
      <w:r>
        <w:t>جیسے ہی ڈیوی ایشن کوئی ہو تو فوراً لوٹیے۔ ڈیوی ایشن تو ہوگا، اٹ از بٹ نیچرل۔</w:t>
      </w:r>
    </w:p>
    <w:p>
      <w:r>
        <w:rPr>
          <w:b/>
        </w:rPr>
        <w:t xml:space="preserve">[1:05:37] </w:t>
      </w:r>
      <w:r>
        <w:t>to soch kar ke humein apne ko distraction se bachana hai, soch kar ke apne aap ko deviation se bachana hai. to yeh to isi liye jihad kaha gaya hai, is ko jihad.</w:t>
      </w:r>
    </w:p>
    <w:p>
      <w:pPr>
        <w:jc w:val="right"/>
      </w:pPr>
      <w:r>
        <w:t>تو سوچ کر کے ہمیں اپنے کو ڈسٹریشن سے بچانا ہے، سوچ کر کے اپنے آپ کو ڈیوی ایشن سے بچانا ہے۔ تو یہ تو اسی لیے جہاد کہا گیا ہے، اس کو جہاد۔</w:t>
      </w:r>
    </w:p>
    <w:p>
      <w:r>
        <w:rPr>
          <w:b/>
        </w:rPr>
        <w:t xml:space="preserve">[1:05:46] </w:t>
      </w:r>
      <w:r>
        <w:t>yeh jihad hai, yeh</w:t>
      </w:r>
    </w:p>
    <w:p>
      <w:pPr>
        <w:jc w:val="right"/>
      </w:pPr>
      <w:r>
        <w:t>یہ جہاد ہے، یہ</w:t>
      </w:r>
    </w:p>
    <w:p>
      <w:r>
        <w:rPr>
          <w:b/>
        </w:rPr>
        <w:t xml:space="preserve">[1:05:50] </w:t>
      </w:r>
      <w:r>
        <w:t>apne mind ko control mein rakhna. yeh yeh sab se bara jihad hai.</w:t>
      </w:r>
    </w:p>
    <w:p>
      <w:pPr>
        <w:jc w:val="right"/>
      </w:pPr>
      <w:r>
        <w:t>اپنے مائنڈ کو کنٹرول میں رکھنا۔ یہ یہ سب سے بڑا جہاد ہے۔</w:t>
      </w:r>
    </w:p>
    <w:p>
      <w:r>
        <w:rPr>
          <w:b/>
        </w:rPr>
        <w:t xml:space="preserve">[1:05:57] </w:t>
      </w:r>
      <w:r>
        <w:t>jo kaha jata hai jihad nafs, yeh bola jata hai ke jihad nafs jo hai, jihad akbar hai. to jihad nafs ka matlab kya hai? yahi hai mind ko control mein rakhna, apni soch ko control mein rakhna.</w:t>
      </w:r>
    </w:p>
    <w:p>
      <w:pPr>
        <w:jc w:val="right"/>
      </w:pPr>
      <w:r>
        <w:t>جو کہا جاتا ہے جہاد نفس، یہ بولا جاتا ہے کہ جہاد نفس جو ہے، جہاد اکبر ہے۔ تو جہاد نفس کا مطلب کیا ہے؟ یہی ہے دوا کو کنٹرول میں رکھنا، اپنی سوچ کو کنٹرول میں رکھنا۔</w:t>
      </w:r>
    </w:p>
    <w:p>
      <w:r>
        <w:rPr>
          <w:b/>
        </w:rPr>
        <w:t xml:space="preserve">[1:06:13] </w:t>
      </w:r>
      <w:r>
        <w:t>to yeh to aik aik aik to aik aik to aik process chalega ke apne shaoor ko active kar ke aap aik raaste pe aage badhenge. phir destruction aayega, phir deviation aayega, phir kheench ke layenge, phir wahin chalenge is isi raaste par.</w:t>
      </w:r>
    </w:p>
    <w:p>
      <w:pPr>
        <w:jc w:val="right"/>
      </w:pPr>
      <w:r>
        <w:t>تو یہ تو ایک ایک ایک تو ایک ایک تو ایک پراسیس چلے گا کہ اپنے شعور کو ایکٹیو کر کے آپ ایک راستے پہ آگے بڑھیں گے۔ پھر ڈسٹرکشن آئے گا، پھر ڈیوی ایشن آئے گا، پھر کھینچ کے لائیں گے، پھر وہیں چلیں گے اس اسی راستے پر۔</w:t>
      </w:r>
    </w:p>
    <w:p>
      <w:r>
        <w:rPr>
          <w:b/>
        </w:rPr>
        <w:t xml:space="preserve">[1:06:28] </w:t>
      </w:r>
      <w:r>
        <w:t>to life is as life is a struggle. poori poori life hi struggle hai. isi liye is ko jihad kaha gaya hai. to yeh to karna hi karna hai.</w:t>
      </w:r>
    </w:p>
    <w:p>
      <w:pPr>
        <w:jc w:val="right"/>
      </w:pPr>
      <w:r>
        <w:t>تو لائف از اس لائف از ا سٹرگل۔ پوری پوری لائف ہی سٹرگل ہے۔ اسی لیے اس کو جہاد کہا گیا ہے۔ تو یہ تو کرنا ہی کرنا ہے۔</w:t>
      </w:r>
    </w:p>
    <w:p>
      <w:r>
        <w:rPr>
          <w:b/>
        </w:rPr>
        <w:t xml:space="preserve">[1:06:42] </w:t>
      </w:r>
      <w:r>
        <w:t>This question is from Dr. Barkat Ali from Srinagar. Maulana, what is meditation and how is it different from prayer?</w:t>
      </w:r>
    </w:p>
    <w:p>
      <w:pPr>
        <w:jc w:val="right"/>
      </w:pPr>
      <w:r>
        <w:t>This question is from Dr. برکت علی from سری نگر۔ مولانا، واٹ از میڈیٹیشن اینڈ ہاؤ از اٹ ڈفرنٹ فرام پریئر؟</w:t>
      </w:r>
    </w:p>
    <w:p>
      <w:r>
        <w:rPr>
          <w:b/>
        </w:rPr>
        <w:t xml:space="preserve">[1:06:57] </w:t>
      </w:r>
      <w:r>
        <w:t>meditation ko kaha jata hai muraqba. meditation ke liye jo lafz hai hamare haan, muraqba hai. to muraqba jo hai, yeh sufi logon ne nikala hai, Islam mein to nahi tha.</w:t>
      </w:r>
    </w:p>
    <w:p>
      <w:pPr>
        <w:jc w:val="right"/>
      </w:pPr>
      <w:r>
        <w:t>میڈیٹیشن کو کہا جاتا ہے مراقبہ۔ میڈیٹیشن کے لیے جو لفظ ہے ہمارے ہاں، مراقبہ ہے۔ تو مراقبہ جو ہے، یہ صوفی لوگوں نے نکالا ہے، اسلام میں تو نہیں تھا۔</w:t>
      </w:r>
    </w:p>
    <w:p>
      <w:r>
        <w:rPr>
          <w:b/>
        </w:rPr>
        <w:t xml:space="preserve">[1:07:11] </w:t>
      </w:r>
      <w:r>
        <w:t>kuch log samajhte hain ke Rasool Allah jo Ghar e Hira mein thay, to muraqba karte thay, magar yeh galat hai. woh woh tadabbur karte thay, sochte thay.</w:t>
      </w:r>
    </w:p>
    <w:p>
      <w:pPr>
        <w:jc w:val="right"/>
      </w:pPr>
      <w:r>
        <w:t>کچھ لوگ سمجھتے ہیں کہ رسول اللہ جو غار حرا میں تھے، تو مراقبہ کرتے تھے، مگر یہ غلط ہے۔ وہ وہ تدبر کرتے تھے، سوچتے تھے۔</w:t>
      </w:r>
    </w:p>
    <w:p>
      <w:r>
        <w:rPr>
          <w:b/>
        </w:rPr>
        <w:t xml:space="preserve">[1:07:21] </w:t>
      </w:r>
      <w:r>
        <w:t>Rasool Allah ka tareeqa muraqba ka tareeqa nahi tha, na nabuwat se pehle bhi nahi tha, nabuwat ke baad bhi nahi tha. to prayer mein samajhta hoon ke bilkul alag cheez hai, muraqba alag cheez hai.</w:t>
      </w:r>
    </w:p>
    <w:p>
      <w:pPr>
        <w:jc w:val="right"/>
      </w:pPr>
      <w:r>
        <w:t>رسول اللہ کا طریقہ مراقبہ کا طریقہ نہیں تھا، نہ نبوت سے پہلے بھی نہیں تھا، نبوت کے بعد بھی نہیں تھا۔ تو پریئر میں سمجھتا ہوں کہ بالکل الگ چیز ہے، مراقبہ الگ چیز ہے۔</w:t>
      </w:r>
    </w:p>
    <w:p>
      <w:r>
        <w:rPr>
          <w:b/>
        </w:rPr>
        <w:t xml:space="preserve">[1:07:37] </w:t>
      </w:r>
      <w:r>
        <w:t>muraqba mein to yani thinking process ko stop kar dete hain. thinking process stop kar ke muraqba karte hain.</w:t>
      </w:r>
    </w:p>
    <w:p>
      <w:pPr>
        <w:jc w:val="right"/>
      </w:pPr>
      <w:r>
        <w:t>مراقبہ میں تو یعنی تھنکنگ پراسیس کو اسٹاپ کر دیتے ہیں۔ تھنکنگ پراسیس اسٹاپ کر کے مراقبہ کرتے ہیں۔</w:t>
      </w:r>
    </w:p>
    <w:p>
      <w:r>
        <w:rPr>
          <w:b/>
        </w:rPr>
        <w:t xml:space="preserve">[1:07:46] </w:t>
      </w:r>
      <w:r>
        <w:t>jabke prayer jo hai, woh thinking process pe chalti hai. prayer jo hai, is mein aap Allah o Akbar kehte hain, Alhamdulillah parhte hain, suratain parhte hain, Subhan Rabbil Alameen kehte hain, Subhan Rabbil Azeem kehte hain, Assalamu Alaikum Wa Rahmatullahi kehte hain.</w:t>
      </w:r>
    </w:p>
    <w:p>
      <w:pPr>
        <w:jc w:val="right"/>
      </w:pPr>
      <w:r>
        <w:t>جبکہ پریئر جو ہے، وہ تھنکنگ پراسیس پہ چلتی ہے۔ پریئر جو ہے، اس میں آپ اللہ اکبر کہتے ہیں، الحمدللہ پڑھتے ہیں، سورتیں پڑھتے ہیں، سبحان رب العالمین کہتے ہیں، سبحان رب العظیم کہتے ہیں، السلام علیکم ورحمۃ اللہ کہتے ہیں۔</w:t>
      </w:r>
    </w:p>
    <w:p>
      <w:r>
        <w:rPr>
          <w:b/>
        </w:rPr>
        <w:t xml:space="preserve">[1:07:59] </w:t>
      </w:r>
      <w:r>
        <w:t>yeh sab thinking process chalate hain apne aap. ab muraqba mein toh sab thinking stop kar do, aisi apne aap ko zero mein le jao.</w:t>
      </w:r>
    </w:p>
    <w:p>
      <w:pPr>
        <w:jc w:val="right"/>
      </w:pPr>
      <w:r>
        <w:t>یہ سب تھنکنگ پراسیس چلاتے ہیں اپنے آپ۔ اب مراقبہ میں تو سب تھنکنگ اسٹاپ کر دو، ایسی اپنے آپ کو زیرو میں لے جاؤ۔</w:t>
      </w:r>
    </w:p>
    <w:p>
      <w:r>
        <w:rPr>
          <w:b/>
        </w:rPr>
        <w:t xml:space="preserve">[1:08:10] </w:t>
      </w:r>
      <w:r>
        <w:t>toh behal meditation Islam mein nahi hai. Islam ka jo prayer hai, woh sar ta pa thinking pe base karta hai. think ko stop kar ke nahi.</w:t>
      </w:r>
    </w:p>
    <w:p>
      <w:pPr>
        <w:jc w:val="right"/>
      </w:pPr>
      <w:r>
        <w:t>تو بہرحال میڈیٹیشن اسلام میں نہیں ہے۔ اسلام کا جو پریئر ہے، وہ سر تاثر تھنکنگ پہ بیس کرتا ہے۔ تھنک کو اسٹاپ کر کے نہیں۔</w:t>
      </w:r>
    </w:p>
    <w:p>
      <w:r>
        <w:rPr>
          <w:b/>
        </w:rPr>
        <w:t xml:space="preserve">[1:08:22] </w:t>
      </w:r>
      <w:r>
        <w:t>sir, can i prolong the question? can you just write it? write just write again? haan, ya. This question is from Dr. Fareeda Khanam from Delhi.</w:t>
      </w:r>
    </w:p>
    <w:p>
      <w:pPr>
        <w:jc w:val="right"/>
      </w:pPr>
      <w:r>
        <w:t>سر، کین آئی پرولانگ دی کوئسچن؟ کین یو جسٹ رائٹ اٹ؟ رائٹ جسٹ رائٹ اگین؟ ہاں، یا۔ This question is from Dr. فریدہ خانم from Delhi.</w:t>
      </w:r>
    </w:p>
    <w:p>
      <w:r>
        <w:rPr>
          <w:b/>
        </w:rPr>
        <w:t xml:space="preserve">[1:08:34] </w:t>
      </w:r>
      <w:r>
        <w:t>The Quran and Hadiths record a number of things about the life and mission of the previous prophets, like the life of Prophet Yusuf.</w:t>
      </w:r>
    </w:p>
    <w:p>
      <w:pPr>
        <w:jc w:val="right"/>
      </w:pPr>
      <w:r>
        <w:t>The Quran and Hadiths record a number of things about the life and mission of the previous prophets, like the life of Prophet Yusuf.</w:t>
      </w:r>
    </w:p>
    <w:p>
      <w:r>
        <w:rPr>
          <w:b/>
        </w:rPr>
        <w:t xml:space="preserve">[1:08:45] </w:t>
      </w:r>
      <w:r>
        <w:t>Can we follow their examples as we find in the Quran and Hadiths? haan, bilkul yeh farz hai. bas Quran mein khud likha hua hai: "Fobehuda Mqtada".</w:t>
      </w:r>
    </w:p>
    <w:p>
      <w:pPr>
        <w:jc w:val="right"/>
      </w:pPr>
      <w:r>
        <w:t>Can we follow their examples as we find in the Quran and Hadiths? ہاں، بالکل یہ فرض ہے۔ بس قرآن میں خود لکھا ہوا ہے: "فوبہدا مقتد"۔</w:t>
      </w:r>
    </w:p>
    <w:p>
      <w:r>
        <w:rPr>
          <w:b/>
        </w:rPr>
        <w:t xml:space="preserve">[1:08:58] </w:t>
      </w:r>
      <w:r>
        <w:t>Quran mein ek jagah kai prophet ka mention kiya hai, phir farmate hain ke "Fobehuda Mqtada" unehi ke tareeqe ki tum pervi karo.</w:t>
      </w:r>
    </w:p>
    <w:p>
      <w:pPr>
        <w:jc w:val="right"/>
      </w:pPr>
      <w:r>
        <w:t>قرآن میں ایک جگہ کئی prophet کا mention کیا ہے، پھر فرماتے ہیں کہ "فوبہدا مقتد" انہی کے طریقے کی تم پیروی کرو۔</w:t>
      </w:r>
    </w:p>
    <w:p>
      <w:r>
        <w:rPr>
          <w:b/>
        </w:rPr>
        <w:t xml:space="preserve">[1:09:09] </w:t>
      </w:r>
      <w:r>
        <w:t>toh asal cheez hai ke different situation mein prophet aaye hain, different situation mein. is situation mein unhon ne Allah ke hukum ko follow kiya.</w:t>
      </w:r>
    </w:p>
    <w:p>
      <w:pPr>
        <w:jc w:val="right"/>
      </w:pPr>
      <w:r>
        <w:t>تو اصل چیز ہے کہ different situation میں prophet آئے ہیں، different situation میں۔ اس situation میں انہوں نے اللہ کے حکم کو follow کیا۔</w:t>
      </w:r>
    </w:p>
    <w:p>
      <w:r>
        <w:rPr>
          <w:b/>
        </w:rPr>
        <w:t xml:space="preserve">[1:09:23] </w:t>
      </w:r>
      <w:r>
        <w:t>woh situation hamare par aa jaye toh hum woh woh woh bilkul hamare liye bhi ho jayegi.</w:t>
      </w:r>
    </w:p>
    <w:p>
      <w:pPr>
        <w:jc w:val="right"/>
      </w:pPr>
      <w:r>
        <w:t>وہ situation ہمارے پر آ جائے تو ہم وہ وہی سے، ہم تو وہ وہ وہ بالکل ہمارے لیے بھی ہو جائے گی۔</w:t>
      </w:r>
    </w:p>
    <w:p>
      <w:r>
        <w:rPr>
          <w:b/>
        </w:rPr>
        <w:t xml:space="preserve">[1:09:32] </w:t>
      </w:r>
      <w:r>
        <w:t>yani ek hi situation sab ki nahi rahi hai. jaise Hazrat Nuh ke zamane mein koi badshah nahi hua karta tha, badshah ka zamana nahi tha woh, aur Hazrat Yusuf ke zamane mein ek badshah tha.</w:t>
      </w:r>
    </w:p>
    <w:p>
      <w:pPr>
        <w:jc w:val="right"/>
      </w:pPr>
      <w:r>
        <w:t>یعنی ایک ہی situation سب کی نہیں رہی ہے۔ جیسے حضرت نوح کے زمانے میں کوئی بادشاہ نہیں ہوا کرتا تھا، بادشاہ کا زمانہ نہیں تھا وہ، اور حضرت یوسف کے زمانے میں ایک بادشاہ تھا۔</w:t>
      </w:r>
    </w:p>
    <w:p>
      <w:r>
        <w:rPr>
          <w:b/>
        </w:rPr>
        <w:t xml:space="preserve">[1:09:48] </w:t>
      </w:r>
      <w:r>
        <w:t>toh different situation mein different paighambar aaye hain. is situation jab hamare saath bhi aa jaye toh hamein is ko follow karna chahiye.</w:t>
      </w:r>
    </w:p>
    <w:p>
      <w:pPr>
        <w:jc w:val="right"/>
      </w:pPr>
      <w:r>
        <w:t>تو different situation میں different پیغمبر آئے ہیں۔ اس situation جب ہمارے ساتھ بھی آ جائے تو ہمیں اس کو follow کرنا چاہیے۔</w:t>
      </w:r>
    </w:p>
    <w:p>
      <w:r>
        <w:rPr>
          <w:b/>
        </w:rPr>
        <w:t xml:space="preserve">[1:09:59] </w:t>
      </w:r>
      <w:r>
        <w:t>jaise misaal ke taur par Hazrat Yusuf Alaihissalam ne ek ke zamane mein ek badshah tha, us badshah ko unhon ne challenge nahi kiya. us badshah ko unhon ne dethrone karne ki koshish nahi ki.</w:t>
      </w:r>
    </w:p>
    <w:p>
      <w:pPr>
        <w:jc w:val="right"/>
      </w:pPr>
      <w:r>
        <w:t>جیسے مثال کے طور پر حضرت یوسف علیہ السلام نے ایک کے زمانے میں ایک بادشاہ تھا، اس بادشاہ کو انہوں نے challenge نہیں کیا۔ اس بادشاہ کو انہوں نے dethrone کرنے کی کوشش نہیں کی۔</w:t>
      </w:r>
    </w:p>
    <w:p>
      <w:r>
        <w:rPr>
          <w:b/>
        </w:rPr>
        <w:t xml:space="preserve">[1:10:13] </w:t>
      </w:r>
      <w:r>
        <w:t>us badshah ko mante hue aap ne us ke tehat ek shobah sambhal liya. yani jis ko hum keh sakte hain ke food ka department.</w:t>
      </w:r>
    </w:p>
    <w:p>
      <w:pPr>
        <w:jc w:val="right"/>
      </w:pPr>
      <w:r>
        <w:t>اس بادشاہ کو مانتے ہوئے آپ نے اس کے تحت ایک شعبہ سنبھال لیا۔ یعنی جس کو ہم کہہ سکتے ہیں کہ food کا ڈیپارٹمنٹ۔</w:t>
      </w:r>
    </w:p>
    <w:p>
      <w:r>
        <w:rPr>
          <w:b/>
        </w:rPr>
        <w:t xml:space="preserve">[1:10:23] </w:t>
      </w:r>
      <w:r>
        <w:t>yeh is mein ek namuna hai ke ke king se ya ruler se ya government se takrao karna yeh koi policy nahi hai.</w:t>
      </w:r>
    </w:p>
    <w:p>
      <w:pPr>
        <w:jc w:val="right"/>
      </w:pPr>
      <w:r>
        <w:t>یہ اس میں ایک نمونہ ہے کہ کہ کنگ سے یا رولر سے یا گورنمنٹ سے ٹکراؤ کرنا یہ کوئی پالیسی نہیں ہے۔</w:t>
      </w:r>
    </w:p>
    <w:p>
      <w:r>
        <w:rPr>
          <w:b/>
        </w:rPr>
        <w:t xml:space="preserve">[1:10:33] </w:t>
      </w:r>
      <w:r>
        <w:t>agar us ke ek ek kuch log rule kar rahe hain aur un ke rule karte hue aap ko mauqa hai kaam karne ka toh rule karne dijiye un ko apne apne maidan mein jahan aap ko opportunity mil rahi hai, wahan aap kaam kijiye.</w:t>
      </w:r>
    </w:p>
    <w:p>
      <w:pPr>
        <w:jc w:val="right"/>
      </w:pPr>
      <w:r>
        <w:t>اگر اس کے ایک ایک کچھ لوگ rule کر رہے ہیں اور ان کے rule کرتے ہوئے آپ کو موقع ہے کام کرنے کا تو rule کرنے دیجئے ان کو اپنے اپنے میدان میں جہاں آپ کو opportunity مل رہی ہے، وہاں آپ کام کیجئے۔</w:t>
      </w:r>
    </w:p>
    <w:p>
      <w:r>
        <w:rPr>
          <w:b/>
        </w:rPr>
        <w:t xml:space="preserve">[1:10:49] </w:t>
      </w:r>
      <w:r>
        <w:t>aap toh non-confrontational approach ka namuna milta hai is mein Hazrat Yusuf ki zindagi mein. woh bilkul sahi hai, woh un-Islami hai.</w:t>
      </w:r>
    </w:p>
    <w:p>
      <w:pPr>
        <w:jc w:val="right"/>
      </w:pPr>
      <w:r>
        <w:t>آپ تو non-confrontational approach کا نمونہ ملتا ہے اس میں حضرت یوسف کی زندگی میں۔ وہ بالکل صحیح ہے، وہ un-Islami ہے۔</w:t>
      </w:r>
    </w:p>
    <w:p>
      <w:r>
        <w:rPr>
          <w:b/>
        </w:rPr>
        <w:t xml:space="preserve">[1:11:01] </w:t>
      </w:r>
      <w:r>
        <w:t>toh pichhle paighambaron ke bare mein jo un ki apni kitabon mein hai, doosre un mein, is mein toh doubtful hai ke woh sahi hai ke nahi sahi hai. lekin jo Quran Majeed mein aa gaya hai, woh toh bilkul sahi hai, woh toh authentic hai.</w:t>
      </w:r>
    </w:p>
    <w:p>
      <w:pPr>
        <w:jc w:val="right"/>
      </w:pPr>
      <w:r>
        <w:t>تو پچھلے پیغمبروں کے بارے میں جو ان کی اپنی کتابوں میں ہے، دوسرے ان میں، اس میں تو doubtful ہے کہ وہ صحیح ہے کہ نہیں صحیح ہے۔ لیکن جو قرآن مجید میں آ گیا ہے، وہ تو بالکل صحیح ہے، وہ تو authentic ہے۔</w:t>
      </w:r>
    </w:p>
    <w:p>
      <w:r>
        <w:rPr>
          <w:b/>
        </w:rPr>
        <w:t xml:space="preserve">[1:11:13] </w:t>
      </w:r>
      <w:r>
        <w:t>aur zaroor hamein apne halaat ke lehaz se is ko follow karna hai.</w:t>
      </w:r>
    </w:p>
    <w:p>
      <w:pPr>
        <w:jc w:val="right"/>
      </w:pPr>
      <w:r>
        <w:t>اور ضرور ہمیں اپنے حالات کے لحاظ سے اس کو follow کرنا ہے۔</w:t>
      </w:r>
    </w:p>
    <w:p>
      <w:r>
        <w:rPr>
          <w:b/>
        </w:rPr>
        <w:t xml:space="preserve">[1:11:21] </w:t>
      </w:r>
      <w:r>
        <w:t>This question is from Mr. Khwaja Kaleemuddin from Pennsylvania. Maulana sahib, I read these two hadith of Prophet Muhammad in a book.</w:t>
      </w:r>
    </w:p>
    <w:p>
      <w:pPr>
        <w:jc w:val="right"/>
      </w:pPr>
      <w:r>
        <w:t>This question is from Mr. خواجہ کلیم الدین from Pennsylvania۔ مولانا صاحب، آئی read these two حدیث of Prophet محمد in a book۔</w:t>
      </w:r>
    </w:p>
    <w:p>
      <w:r>
        <w:rPr>
          <w:b/>
        </w:rPr>
        <w:t xml:space="preserve">[1:11:33] </w:t>
      </w:r>
      <w:r>
        <w:t>First hadith is: "I was a prophet when Adam was between water and clay." And the second hadith is: "I was the first of prophets as creation and the last of them in resurrection." Reference of Abu Huraira is given here.</w:t>
      </w:r>
    </w:p>
    <w:p>
      <w:pPr>
        <w:jc w:val="right"/>
      </w:pPr>
      <w:r>
        <w:t>First حدیث is: "I was a prophet when Adam was between water and clay." And the second حدیث is: "I was the first of prophets as creation and the last of them in resurrection." Reference of Abu Huraira is given here.</w:t>
      </w:r>
    </w:p>
    <w:p>
      <w:r>
        <w:rPr>
          <w:b/>
        </w:rPr>
        <w:t xml:space="preserve">[1:11:51] </w:t>
      </w:r>
      <w:r>
        <w:t>He wants to know your comment on these two hadith.</w:t>
      </w:r>
    </w:p>
    <w:p>
      <w:pPr>
        <w:jc w:val="right"/>
      </w:pPr>
      <w:r>
        <w:t>He wants to know your comment on these two حدیث۔</w:t>
      </w:r>
    </w:p>
    <w:p>
      <w:r>
        <w:rPr>
          <w:b/>
        </w:rPr>
        <w:t xml:space="preserve">[1:12:03] </w:t>
      </w:r>
      <w:r>
        <w:t>is hadith ke bare mein bohat kuch yani kalam kiya gaya hai aur main yeh nahi manta ke Rasool Allah pehle paida kiye gaye the, Adam baad ko paida kiye gaye.</w:t>
      </w:r>
    </w:p>
    <w:p>
      <w:pPr>
        <w:jc w:val="right"/>
      </w:pPr>
      <w:r>
        <w:t>اس حدیث کے بارے میں بہت کچھ یعنی کلام کیا گیا ہے اور میں یہ نہیں مانتا کہ رسول اللہ پہلے پیدا کیے گئے تھے، آدم بعد کو پیدا کیے گئے۔</w:t>
      </w:r>
    </w:p>
    <w:p>
      <w:r>
        <w:rPr>
          <w:b/>
        </w:rPr>
        <w:t xml:space="preserve">[1:12:13] </w:t>
      </w:r>
      <w:r>
        <w:t>yeh main nahi manta is ko. aur is hadithon ke bare mein agar kisi ko zyada jankari karna hai toh woh is par sawal likh ke bhejein mere paas toh main inshallah uska jawab doonga risale mein.</w:t>
      </w:r>
    </w:p>
    <w:p>
      <w:pPr>
        <w:jc w:val="right"/>
      </w:pPr>
      <w:r>
        <w:t>یہ میں نہیں مانتا اس کو۔ اور اس حدیثوں کے بارے میں اگر کسی کو زیادہ جانکاری کرنا ہے تو وہ اس پر سوال لکھ کے بھیجیں میرے پاس تو میں انشاءاللہ اس کا جواب دوں گا رسالے میں۔</w:t>
      </w:r>
    </w:p>
    <w:p>
      <w:r>
        <w:rPr>
          <w:b/>
        </w:rPr>
        <w:t xml:space="preserve">[1:12:25] </w:t>
      </w:r>
      <w:r>
        <w:t>us waqt mein yahi keh sakta hoon ke abdul anbiya ke concept ne yeh yeh galat qism ka ek tasawwur banaya Musalmanon mein ke Rasool Allah Adam se pehle paida kar diye gaye the.</w:t>
      </w:r>
    </w:p>
    <w:p>
      <w:pPr>
        <w:jc w:val="right"/>
      </w:pPr>
      <w:r>
        <w:t>اس وقت میں یہی کہہ سکتا ہوں کہ عبدالانبیاء کے concept نے یہ یہ غلط قسم کا ایک تصور بنایا مسلمانوں میں کہ رسول اللہ آدم سے پہلے پیدا کر دیے گئے تھے۔</w:t>
      </w:r>
    </w:p>
    <w:p>
      <w:r>
        <w:rPr>
          <w:b/>
        </w:rPr>
        <w:t xml:space="preserve">[1:12:36] </w:t>
      </w:r>
      <w:r>
        <w:t>yeh sahi baat nahi hai. Rasool Allah Adam ke baad hi paida hue Banu Ismail mein. toh is masle mein agar aap tafseel chahte hon toh aap mujhe apna sawal email se bhejein.</w:t>
      </w:r>
    </w:p>
    <w:p>
      <w:pPr>
        <w:jc w:val="right"/>
      </w:pPr>
      <w:r>
        <w:t>یہ صحیح بات نہیں ہے۔ رسول اللہ آدم کے بعد ہی پیدا ہوئے بنو اسماعیل میں۔ تو اس مسئلے میں اگر آپ تفصیل چاہتے ہوں تو آپ مجھے اپنا سوال ای میل سے بھیجیں۔</w:t>
      </w:r>
    </w:p>
    <w:p>
      <w:r>
        <w:rPr>
          <w:b/>
        </w:rPr>
        <w:t xml:space="preserve">[1:12:49] </w:t>
      </w:r>
      <w:r>
        <w:t>mein inshallah risale mein is ka jawab doon ga. This question is from Mr. Muhammad Afaq Alam from Delhi.</w:t>
      </w:r>
    </w:p>
    <w:p>
      <w:pPr>
        <w:jc w:val="right"/>
      </w:pPr>
      <w:r>
        <w:t>میں انشاءاللہ رسالے میں اس کا جواب دوں گا۔ This question is from Mr. Muhammad Afaq عالم from Delhi۔</w:t>
      </w:r>
    </w:p>
    <w:p>
      <w:r>
        <w:rPr>
          <w:b/>
        </w:rPr>
        <w:t xml:space="preserve">[1:12:59] </w:t>
      </w:r>
      <w:r>
        <w:t>aik sahib se al-risala mission ke bare mein baat hui. unhon ne is ki bohat tareef ki magar unhon ne kaha ke jab kabhi musalmanon par zulm hota hai to al-risala mein musalmanon ko hi zimmedar bataya jata hai.</w:t>
      </w:r>
    </w:p>
    <w:p>
      <w:pPr>
        <w:jc w:val="right"/>
      </w:pPr>
      <w:r>
        <w:t>ایک صاحب سے الرسالہ مشن کے بارے میں بات ہوئی۔ انہوں نے اس کی بہت تعریف کی مگر انہوں نے کہا کہ جب کبھی مسلمانوں پر ظلم ہوتا ہے تو الرسالہ میں مسلمانوں کو ہی ذمہ دار بتایا جاتا ہے۔</w:t>
      </w:r>
    </w:p>
    <w:p>
      <w:r>
        <w:rPr>
          <w:b/>
        </w:rPr>
        <w:t xml:space="preserve">[1:13:16] </w:t>
      </w:r>
      <w:r>
        <w:t>is mamle ko Maulana explain farmayen. dekhen, al-risala ki baat nahi hai yeh, yeh Quran ki baat hai. aise logon ko pehle Quran ka inkar karna chahiye ke Quran ko nahi mante hum.</w:t>
      </w:r>
    </w:p>
    <w:p>
      <w:pPr>
        <w:jc w:val="right"/>
      </w:pPr>
      <w:r>
        <w:t>اس معاملے کو مولانا explain فرمائیں۔ دیکھیں، الرسالہ کی بات نہیں ہے یہ، یہ قرآن کی بات ہے۔ ایسے لوگوں کو پہلے قرآن کا انکار کرنا چاہیے کہ قرآن کو نہیں مانتے ہم۔</w:t>
      </w:r>
    </w:p>
    <w:p>
      <w:r>
        <w:rPr>
          <w:b/>
        </w:rPr>
        <w:t xml:space="preserve">[1:13:32] </w:t>
      </w:r>
      <w:r>
        <w:t>dekhen, zulm ka lafz to mein istemal nahi karta. mein yeh kehta hoon ke koi baat hoti hai, koi musibat aati hai, koi masla create hota hai to Quran mein ka tareeqa kya hai?</w:t>
      </w:r>
    </w:p>
    <w:p>
      <w:pPr>
        <w:jc w:val="right"/>
      </w:pPr>
      <w:r>
        <w:t>دیکھیں، ظلم کا لفظ تو میں استعمال نہیں کرتا۔ میں یہ کہتا ہوں کہ کوئی بات ہوتی ہے، کوئی مصیبت آتی ہے، کوئی مسئلہ create ہوتا ہے تو قرآن میں کا طریقہ کیا ہے؟</w:t>
      </w:r>
    </w:p>
    <w:p>
      <w:r>
        <w:rPr>
          <w:b/>
        </w:rPr>
        <w:t xml:space="preserve">[1:13:47] </w:t>
      </w:r>
      <w:r>
        <w:t>Quran mein tareeqa yeh hai ke Allah taala ne musalmanon hi ko naseehat ki. Quran mein kaha gaya hai ke: "وما أصابكم بمصيبة فوما قزمت أيديكم".</w:t>
      </w:r>
    </w:p>
    <w:p>
      <w:pPr>
        <w:jc w:val="right"/>
      </w:pPr>
      <w:r>
        <w:t>قرآن میں طریقہ یہ ہے کہ اللہ تعالی نے مسلمانوں ہی کو نصیحت کی۔ قرآن میں کہا گیا ہے کہ: "وما أصابكم بمصيبة فوما قزمت أيديكم"۔</w:t>
      </w:r>
    </w:p>
    <w:p>
      <w:r>
        <w:rPr>
          <w:b/>
        </w:rPr>
        <w:t xml:space="preserve">[1:13:58] </w:t>
      </w:r>
      <w:r>
        <w:t>jo musibat aati hai woh tumhare karne ki wajah se aati hai, tumhare kisi amal ki wajah se aati hai. "وما أصابكم بمصيبة فوما قزمت أيديكم".</w:t>
      </w:r>
    </w:p>
    <w:p>
      <w:pPr>
        <w:jc w:val="right"/>
      </w:pPr>
      <w:r>
        <w:t>جو مصیبت آتی ہے وہ تمہارے کرنے کی وجہ سے آتی ہے، تمہارے کسی عمل کی وجہ سے آتی ہے۔ "وما أصابكم بمصيبة فوما قزمت أيديكم"۔</w:t>
      </w:r>
    </w:p>
    <w:p>
      <w:r>
        <w:rPr>
          <w:b/>
        </w:rPr>
        <w:t xml:space="preserve">[1:14:08] </w:t>
      </w:r>
      <w:r>
        <w:t>to aap doosron ki zimmedar thahrate hain. jab Quran mein hai saaf saaf ke har musibat ki zimmedar tum khud ho to aap kahan kar doosron ki zimmedar thahrayen?</w:t>
      </w:r>
    </w:p>
    <w:p>
      <w:pPr>
        <w:jc w:val="right"/>
      </w:pPr>
      <w:r>
        <w:t>تو آپ دوسروں کی ذمہ دار ٹھہراتے ہیں۔ جب قرآن میں ہے صاف صاف کہ ہر مصیبت کی ذمہ دار تم خود ہو تو آپ کہاں کر دوسروں کی ذمہ دار ٹھہرائیں؟</w:t>
      </w:r>
    </w:p>
    <w:p>
      <w:r>
        <w:rPr>
          <w:b/>
        </w:rPr>
        <w:t xml:space="preserve">[1:14:19] </w:t>
      </w:r>
      <w:r>
        <w:t>to aap kahenge: "mein Quran ko nahi manta". pehle yeh kahiye: "mein Quran ko nahi manta". yeh kehna parega aap ko ke "mein koi nahi manta Quran majeed ko".</w:t>
      </w:r>
    </w:p>
    <w:p>
      <w:pPr>
        <w:jc w:val="right"/>
      </w:pPr>
      <w:r>
        <w:t>تو آپ کہیں گے: "میں قرآن کو نہیں مانتا"۔ پہلے یہ کہیے: "میں قرآن کو نہیں مانتا"۔ یہ کہنا پڑے گا آپ کو کہ "میں کوئی نہیں مانتا قرآن مجید کو"۔</w:t>
      </w:r>
    </w:p>
    <w:p>
      <w:r>
        <w:rPr>
          <w:b/>
        </w:rPr>
        <w:t xml:space="preserve">[1:14:28] </w:t>
      </w:r>
      <w:r>
        <w:t>yeh kaisi ajeeb baat hai ke aap saaf saaf likha Quran majeed mein ke har musibat jo tum par aati hai woh tumhare apne kisi wajah se aati hai, apne ko theek karo.</w:t>
      </w:r>
    </w:p>
    <w:p>
      <w:pPr>
        <w:jc w:val="right"/>
      </w:pPr>
      <w:r>
        <w:t>یہ کیسی عجیب بات ہے کہ آپ صاف صاف لکھا قرآن مجید میں کہ ہر مصیبت جو تم پر آتی ہے وہ تمہارے اپنے کسی وجہ سے آتی ہے، اپنے کو ٹھیک کرو۔</w:t>
      </w:r>
    </w:p>
    <w:p>
      <w:r>
        <w:rPr>
          <w:b/>
        </w:rPr>
        <w:t xml:space="preserve">[1:14:41] </w:t>
      </w:r>
      <w:r>
        <w:t>to is bare mein Quran ka tareeqa yeh hai ke introspection mein jana, apni ghalti ko dhoondna, apni kamzoriyon ko talash karna, apne andar jo kotahi hai us ko durust karna.</w:t>
      </w:r>
    </w:p>
    <w:p>
      <w:pPr>
        <w:jc w:val="right"/>
      </w:pPr>
      <w:r>
        <w:t>تو اس بارے میں قرآن کا طریقہ یہ ہے کہ introspection میں جانا، اپنی غلطی کو ڈھونڈنا، اپنی کمزوریوں کو تلاش کرنا، اپنے اندر جو کوتاہی ہے اس کو درست کرنا۔</w:t>
      </w:r>
    </w:p>
    <w:p>
      <w:r>
        <w:rPr>
          <w:b/>
        </w:rPr>
        <w:t xml:space="preserve">[1:14:54] </w:t>
      </w:r>
      <w:r>
        <w:t>to aap risala ko kyun kehte hain aisa? Quran ko kahiye. Quran ko risala kyun kehte hain? "وما أصابكم بمصيبة فوما قزمت أيديكم".</w:t>
      </w:r>
    </w:p>
    <w:p>
      <w:pPr>
        <w:jc w:val="right"/>
      </w:pPr>
      <w:r>
        <w:t>تو آپ رسالہ کو کیوں کہتے ہیں ایسا؟ قرآن کو کہیے۔ قرآن کو رسالہ کیوں کہتے ہیں؟ "وما أصابكم بمصيبة فوما قزمت أيديكم"۔</w:t>
      </w:r>
    </w:p>
    <w:p>
      <w:r>
        <w:rPr>
          <w:b/>
        </w:rPr>
        <w:t xml:space="preserve">[1:15:08] </w:t>
      </w:r>
      <w:r>
        <w:t>saaf saaf likha hua hai ke jo musibat tumhare par aati hai woh tumhare apne hi kisi ghalti ki wajah se aati hai. to apni ghalti ko durust karo.</w:t>
      </w:r>
    </w:p>
    <w:p>
      <w:pPr>
        <w:jc w:val="right"/>
      </w:pPr>
      <w:r>
        <w:t>صاف صاف لکھا ہوا ہے کہ جو مصیبت تمہارے پر آتی ہے وہ تمہارے اپنے ہی کسی غلطی کی وجہ سے آتی ہے۔ تو اپنی غلطی کو درست کرو۔</w:t>
      </w:r>
    </w:p>
    <w:p>
      <w:r>
        <w:rPr>
          <w:b/>
        </w:rPr>
        <w:t xml:space="preserve">[1:15:18] </w:t>
      </w:r>
      <w:r>
        <w:t>mein hairaan hoon ke kitne ajeeb log hain ke aik taraf to Quran ke aik abhi aik khabar mein tha ke aik Quran ka aik kaghaz kahin mil gaya, sirf aik kaghaz, us pe hungama khara kar diya, Quran ki be-hurmati ho gayi.</w:t>
      </w:r>
    </w:p>
    <w:p>
      <w:pPr>
        <w:jc w:val="right"/>
      </w:pPr>
      <w:r>
        <w:t>میں حیران ہوں کہ کتنے عجیب لوگ ہیں کہ ایک طرف تو قرآن کے ایک ابھی ایک خبر میں تھا کہ ایک قرآن کا ایک کاغذ کہیں مل گیا، صرف ایک کاغذ، اس پہ ہنگامہ کھڑا کر دیا، قرآن کی بے حرمتی ہو گئی۔</w:t>
      </w:r>
    </w:p>
    <w:p>
      <w:r>
        <w:rPr>
          <w:b/>
        </w:rPr>
        <w:t xml:space="preserve">[1:15:29] </w:t>
      </w:r>
      <w:r>
        <w:t>aur yeh jo yeh fe'l jo hai ke jo cheez Quran mein likhi hui hai, us ko Quran ki wajah risala se mansoob kar ke us ko yeh tanqeed karna hai, us ke upar yeh tanqeed barah-e-rast Quran par gayi.</w:t>
      </w:r>
    </w:p>
    <w:p>
      <w:pPr>
        <w:jc w:val="right"/>
      </w:pPr>
      <w:r>
        <w:t>اور یہ جو یہ فعل جو ہے کہ جو چیز قرآن میں لکھی ہوئی ہے، اس کو قرآن کی وجہ رسالہ سے منسوب کر کے اس کو یہ تنقید کرنا ہے، اس کے اوپر یہ تنقید براہ راست قرآن پر گئی۔</w:t>
      </w:r>
    </w:p>
    <w:p>
      <w:r>
        <w:rPr>
          <w:b/>
        </w:rPr>
        <w:t xml:space="preserve">[1:15:41] </w:t>
      </w:r>
      <w:r>
        <w:t>aap ka eteraz Quran par hai, yeh risala par nahi hai. yeh to super gustakhi hai, yeh yeh super gustakhi hai. aur mein ne likha tha risale mein ke do misalen di thin mein ne ke dekhiye, Uhud ke mauqe par jo hua woh khula hua zulm tha un ka,</w:t>
      </w:r>
    </w:p>
    <w:p>
      <w:pPr>
        <w:jc w:val="right"/>
      </w:pPr>
      <w:r>
        <w:t>آپ کا اعتراض قرآن پر ہے، یہ رسالہ پر نہیں ہے۔ یہ تو سپر گستاخی ہے، یہ یہ سپر گستاخی ہے۔ اور میں نے لکھا تھا رسالے میں کہ دو مثالیں دی تھیں میں نے کہ دیکھیے، احد کے موقع پر جو ہوا وہ کھلا ہوا ظلم تھا ان کا،</w:t>
      </w:r>
    </w:p>
    <w:p>
      <w:r>
        <w:rPr>
          <w:b/>
        </w:rPr>
        <w:t xml:space="preserve">[1:15:59] </w:t>
      </w:r>
      <w:r>
        <w:t>aag aa ke attack kiya tha unhon ne wahan se. aur Quran mein jab tabsarah kiya gaya to musalmanon ko kaha gaya: "حتیٰ فشلتو وتراضۃ فی الارض" ke tumhari wajah se aisa hua.</w:t>
      </w:r>
    </w:p>
    <w:p>
      <w:pPr>
        <w:jc w:val="right"/>
      </w:pPr>
      <w:r>
        <w:t>آگ آ کے attack کیا تھا انہوں نے وہاں سے۔ اور قرآن میں جب تبصرہ کیا گیا تو مسلمانوں کو کہا گیا: "حتیٰ فشلتو وتراضۃ فی الارض" کہ تمہاری وجہ سے ایسا ہوا۔</w:t>
      </w:r>
    </w:p>
    <w:p>
      <w:r>
        <w:rPr>
          <w:b/>
        </w:rPr>
        <w:t xml:space="preserve">[1:16:11] </w:t>
      </w:r>
      <w:r>
        <w:t>Hunayn ke bare mein yahi kaha gaya: "ویوم حنین عجبت کثرتکم". to Quran ka tareeqa dekhen, introspection ka hai. aap to apne ko reassess kijiye, apne ko revise kijiye.</w:t>
      </w:r>
    </w:p>
    <w:p>
      <w:pPr>
        <w:jc w:val="right"/>
      </w:pPr>
      <w:r>
        <w:t>حرین کے بارے میں یہی کہا گیا: "ویوم حرینی عجبت کثرتکم"۔ تو قرآن کا طریقہ دیکھیں، introspection کا ہے۔ آپ تو اپنے کو reassess کیجئے، اپنے کو revise کیجئے۔</w:t>
      </w:r>
    </w:p>
    <w:p>
      <w:r>
        <w:rPr>
          <w:b/>
        </w:rPr>
        <w:t xml:space="preserve">[1:16:24] </w:t>
      </w:r>
      <w:r>
        <w:t>risala ko kyun blame dete hain aap? ya to aap yeh kahen ke mein Quran ko nahi manta, tab aap ki yeh kahani haq hai. risala mein dekhen, hum is tareeqe ko follow karte hain jo Quran o Hadees maujood hai.</w:t>
      </w:r>
    </w:p>
    <w:p>
      <w:pPr>
        <w:jc w:val="right"/>
      </w:pPr>
      <w:r>
        <w:t>رسالہ کو کیوں blame دیتے ہیں آپ؟ یا تو آپ یہ کہیں کہ میں قرآن کو نہیں مانتا، تب آپ کی یہ کہانی حق ہے۔ رسالہ میں دیکھیے، ہم اس طریقے کو follow کرتے ہیں جو قرآن و حدیث موجود ہے۔</w:t>
      </w:r>
    </w:p>
    <w:p>
      <w:r>
        <w:rPr>
          <w:b/>
        </w:rPr>
        <w:t xml:space="preserve">[1:16:42] </w:t>
      </w:r>
      <w:r>
        <w:t>koi kisi ko agar eteraz hai to Quran ke hawale se eteraz karen. yeh aik yeh jo hai koi eteraz nahi hai, yeh jab tak woh Quran ka hawala na den, tab tak un ka eteraz jo hai bilkul baseless hai.</w:t>
      </w:r>
    </w:p>
    <w:p>
      <w:pPr>
        <w:jc w:val="right"/>
      </w:pPr>
      <w:r>
        <w:t>کوئی کسی کو اگر اعتراض ہے تو قرآن کے حوالے سے اعتراض کریں۔ یہ ایک یہ جو ہے کوئی اعتراض نہیں ہے، یہ جب تک وہ قرآن کا حوالہ نہ دیں، تب تک ان کا اعتراض جو ہے بالکل baseless ہے۔</w:t>
      </w:r>
    </w:p>
    <w:p>
      <w:r>
        <w:rPr>
          <w:b/>
        </w:rPr>
        <w:t xml:space="preserve">[1:16:59] </w:t>
      </w:r>
      <w:r>
        <w:t>This question is from Mr. Ammar from Delhi. Maulana, after reading the biography of Prophet Muhammad, I found out that the character of Prophet Muhammad was completely different from the present day Muslims.</w:t>
      </w:r>
    </w:p>
    <w:p>
      <w:pPr>
        <w:jc w:val="right"/>
      </w:pPr>
      <w:r>
        <w:t>This question is from Mr. عمار from Delhi۔ مولانا، after reading the biography of Prophet Muhammad, I found out that the character of Prophet Muhammad was completely different from the present day Muslims۔</w:t>
      </w:r>
    </w:p>
    <w:p>
      <w:r>
        <w:rPr>
          <w:b/>
        </w:rPr>
        <w:t xml:space="preserve">[1:17:16] </w:t>
      </w:r>
      <w:r>
        <w:t>I want to know your comments also on this. haan, bilkul sahi hai. aaj kal musalman naat khwani karte hain, Rasool Allah ki khoob naat khwani hoti hai.</w:t>
      </w:r>
    </w:p>
    <w:p>
      <w:pPr>
        <w:jc w:val="right"/>
      </w:pPr>
      <w:r>
        <w:t>I want to know your comments also on this۔ ہاں، بالکل صحیح ہے۔ آج کل مسلمان نعت خوانی کرتے ہیں، رسول اللہ کی خوب نعت خوانی ہوتی ہے۔</w:t>
      </w:r>
    </w:p>
    <w:p>
      <w:r>
        <w:rPr>
          <w:b/>
        </w:rPr>
        <w:t xml:space="preserve">[1:17:25] </w:t>
      </w:r>
      <w:r>
        <w:t>Rasool Allah ke khilaf gustakhi karte hain to phir ladte hain, lekin karte nahi kuch Rasool Allah ke tareeqe par amal. bazahir Rasool Allah ka tareeqa sabr ka tareeqa tha.</w:t>
      </w:r>
    </w:p>
    <w:p>
      <w:pPr>
        <w:jc w:val="right"/>
      </w:pPr>
      <w:r>
        <w:t>رسول اللہ کے خلاف گستاخی کرتے ہیں تو پھر لڑتے ہیں، لیکن کرتے نہیں کچھ رسول اللہ کے طریقے پر عمل۔ بظاہر رسول اللہ کا طریقہ صبر کا طریقہ تھا۔</w:t>
      </w:r>
    </w:p>
    <w:p>
      <w:r>
        <w:rPr>
          <w:b/>
        </w:rPr>
        <w:t xml:space="preserve">[1:17:34] </w:t>
      </w:r>
      <w:r>
        <w:t>sabr ka kaun musalman jo sabr karta hai? Rasool Allah ka tareeqa tha ke react na kiya jaye. kaun musalman jo react nahi karta? Rasool Allah ka tareeqa tha ke doosron se nafrat na ki jaye.</w:t>
      </w:r>
    </w:p>
    <w:p>
      <w:pPr>
        <w:jc w:val="right"/>
      </w:pPr>
      <w:r>
        <w:t>صبر کا کون مسلمان جو صبر کرتا ہے؟ رسول اللہ کا طریقہ تھا کہ react نہ کیا جائے۔ کون مسلمان جو react نہیں کرتا؟ رسول اللہ کا طریقہ تھا کہ دوسروں سے نفرت نہ کی جائے۔</w:t>
      </w:r>
    </w:p>
    <w:p>
      <w:r>
        <w:rPr>
          <w:b/>
        </w:rPr>
        <w:t xml:space="preserve">[1:17:44] </w:t>
      </w:r>
      <w:r>
        <w:t>aur sare musalman nafrat karte hain. to yeh to waqe hai ke musalman jo hain Rasool Allah ke naam le kar ladai karte hain logon se, cartoon ko le kar, kya le kar ke, lekin un ki follow kaun karta hai?</w:t>
      </w:r>
    </w:p>
    <w:p>
      <w:pPr>
        <w:jc w:val="right"/>
      </w:pPr>
      <w:r>
        <w:t>اور سارے مسلمان نفرت کرتے ہیں۔ تو یہ تو واقعہ ہے کہ مسلمان جو ہیں رسول اللہ کے نام لے کر لڑائی کرتے ہیں لوگوں سے، کارٹون کو لے کر، کیا لے کر کے، لیکن ان کی follow کون کرتا ہے؟</w:t>
      </w:r>
    </w:p>
    <w:p>
      <w:r>
        <w:rPr>
          <w:b/>
        </w:rPr>
        <w:t xml:space="preserve">[1:17:58] </w:t>
      </w:r>
      <w:r>
        <w:t>bazahir nahi hota koi Rasool Allah ko follow kar raha hai.</w:t>
      </w:r>
    </w:p>
    <w:p>
      <w:pPr>
        <w:jc w:val="right"/>
      </w:pPr>
      <w:r>
        <w:t>بظاہر نہیں ہوتا کوئی رسول اللہ کو follow کر رہا ہے۔</w:t>
      </w:r>
    </w:p>
    <w:p>
      <w:r>
        <w:rPr>
          <w:b/>
        </w:rPr>
        <w:t xml:space="preserve">[1:18:06] </w:t>
      </w:r>
      <w:r>
        <w:t>This question is from Mr. niaz ahmad wani. mein army mein kaam karta hoon. hindu bhaiyon se tauheed ki baat hoti hai to woh kehte hain ke maujooda zamanay ke musalman bhi but parasti karte hain.</w:t>
      </w:r>
    </w:p>
    <w:p>
      <w:pPr>
        <w:jc w:val="right"/>
      </w:pPr>
      <w:r>
        <w:t>This question is from Mr. نیاز احمد وانی۔ میں آرمی میں کام کرتا ہوں۔ ہندو بھائیوں سے توحید کی بات ہوتی ہے تو وہ کہتے ہیں کہ موجودہ زمانے کے مسلمان بھی بت پرستی کرتے ہیں۔</w:t>
      </w:r>
    </w:p>
    <w:p>
      <w:r>
        <w:rPr>
          <w:b/>
        </w:rPr>
        <w:t xml:space="preserve">[1:18:23] </w:t>
      </w:r>
      <w:r>
        <w:t>phir hamare aur aap ke beech mein kya farq hai? aap agar dargah jaate hain to hum log mandir jaate hain. maulana, is ke baray mein bataein.</w:t>
      </w:r>
    </w:p>
    <w:p>
      <w:pPr>
        <w:jc w:val="right"/>
      </w:pPr>
      <w:r>
        <w:t>پھر ہمارے اور آپ کے بیچ میں کیا فرق ہے؟ آپ اگر درگاہ جاتے ہیں تو ہم لوگ مندر جاتے ہیں۔ مولانا، اس کے بارے میں بتائیں۔</w:t>
      </w:r>
    </w:p>
    <w:p>
      <w:r>
        <w:rPr>
          <w:b/>
        </w:rPr>
        <w:t xml:space="preserve">[1:18:34] </w:t>
      </w:r>
      <w:r>
        <w:t>dekhiye,</w:t>
      </w:r>
    </w:p>
    <w:p>
      <w:pPr>
        <w:jc w:val="right"/>
      </w:pPr>
      <w:r>
        <w:t>دیکھیے،</w:t>
      </w:r>
    </w:p>
    <w:p>
      <w:r>
        <w:rPr>
          <w:b/>
        </w:rPr>
        <w:t xml:space="preserve">[1:18:38] </w:t>
      </w:r>
      <w:r>
        <w:t>yani waqia to yahi hai. mein khud gaya rishi kash mein to wahan par but rakhe hue thay. to ek hindu ne kaha ke dekhiye, aap mein hum mein kya farq hai?</w:t>
      </w:r>
    </w:p>
    <w:p>
      <w:pPr>
        <w:jc w:val="right"/>
      </w:pPr>
      <w:r>
        <w:t>یعنی واقعہ تو یہی ہے۔ میں خود گیا رشی کیش میں تو وہاں پر بت رکھے ہوئے تھے۔ تو ایک ہندو نے کہا کہ دیکھیے، آپ میں ہم میں کیا فرق ہے؟</w:t>
      </w:r>
    </w:p>
    <w:p>
      <w:r>
        <w:rPr>
          <w:b/>
        </w:rPr>
        <w:t xml:space="preserve">[1:18:49] </w:t>
      </w:r>
      <w:r>
        <w:t>aap lita kar poochte hain, hum khara kar khara kar poochte hain. to waqai musalman to yahi kar rahe hain. maine un se kaha ke dekhen, you have to differentiate between Islam and Muslims.</w:t>
      </w:r>
    </w:p>
    <w:p>
      <w:pPr>
        <w:jc w:val="right"/>
      </w:pPr>
      <w:r>
        <w:t>آپ لٹا کر پوچھتے ہیں، ہم کھڑا کر کھڑا کر پوچھتے ہیں۔ تو واقعی مسلمان تو یہی کر رہے ہیں۔ میں نے ان سے کہا کہ دیکھیں، you have to differentiate between Islam and Muslims۔</w:t>
      </w:r>
    </w:p>
    <w:p>
      <w:r>
        <w:rPr>
          <w:b/>
        </w:rPr>
        <w:t xml:space="preserve">[1:18:59] </w:t>
      </w:r>
      <w:r>
        <w:t>musalman aisa karte hain, Islam ne aisa kabhi nahi kaha hai. yeh confusion is liye hai ke musalman khud yeh confusion is liye hai ke aap yeh bataiye un ko ke Islam alag hai, musalman alag hai,</w:t>
      </w:r>
    </w:p>
    <w:p>
      <w:pPr>
        <w:jc w:val="right"/>
      </w:pPr>
      <w:r>
        <w:t>مسلمان ایسا کرتے ہیں، اسلام نے ایسا کبھی نہیں کہا ہے۔ یہ confusion اس لیے ہے کہ مسلمان خود یہ confusion اس لیے ہے کہ آپ یہ بتائیے ان کو کہ اسلام الگ ہے، مسلمان الگ ہے،</w:t>
      </w:r>
    </w:p>
    <w:p>
      <w:r>
        <w:rPr>
          <w:b/>
        </w:rPr>
        <w:t xml:space="preserve">[1:19:12] </w:t>
      </w:r>
      <w:r>
        <w:t>aur kahiye seedhe seedhe ke musalman ghalati kar rahe hain, woh Quran ke khilaf aur Islam ke khilaf kar rahe hain. woh to mein is ke kehne ko sahi samajhta hoon ek waqay ke taur par, lekin woh Islam ki taleem ke mutabiq nahi hai.</w:t>
      </w:r>
    </w:p>
    <w:p>
      <w:pPr>
        <w:jc w:val="right"/>
      </w:pPr>
      <w:r>
        <w:t>اور کہیے سیدھے سیدھے کہ مسلمان غلطی کر رہے ہیں، وہ قرآن کے خلاف اور اسلام کے خلاف کر رہے ہیں۔ وہ تو میں اس کے کہنے کو صحیح سمجھتا ہوں ایک واقعے کے طور پر، لیکن وہ اسلام کی تعلیم کے مطابق نہیں ہے۔</w:t>
      </w:r>
    </w:p>
    <w:p>
      <w:r>
        <w:rPr>
          <w:b/>
        </w:rPr>
        <w:t xml:space="preserve">[1:19:25] </w:t>
      </w:r>
      <w:r>
        <w:t>woh baat to un se kahiye ke you have to differentiate between Islam and Muslims. You have to judge Muslims in the light of Islamic teachings and not vice versa.</w:t>
      </w:r>
    </w:p>
    <w:p>
      <w:pPr>
        <w:jc w:val="right"/>
      </w:pPr>
      <w:r>
        <w:t>وہ بات تو ان سے کہیے کہ you have to differentiate between Islam and Muslims۔ You have to judge Muslims in the light of Islamic teachings and not vice versa۔</w:t>
      </w:r>
    </w:p>
    <w:p>
      <w:r>
        <w:rPr>
          <w:b/>
        </w:rPr>
        <w:t xml:space="preserve">[1:19:41] </w:t>
      </w:r>
      <w:r>
        <w:t>This question is from Mr. iqbal fazli. maulana, kindly tell us about marifat in detail.</w:t>
      </w:r>
    </w:p>
    <w:p>
      <w:pPr>
        <w:jc w:val="right"/>
      </w:pPr>
      <w:r>
        <w:t>This question is from Mr. اقبال فضلی۔ مولانا، kindly tell us about معرفت in detail۔</w:t>
      </w:r>
    </w:p>
    <w:p>
      <w:r>
        <w:rPr>
          <w:b/>
        </w:rPr>
        <w:t xml:space="preserve">[1:19:53] </w:t>
      </w:r>
      <w:r>
        <w:t>bhai, kitaben parhiye marifat par, hamari kitaben sab marifat hi par hain. mislan Allah Akbar hai, is ko aap parhiye. tazkir ul Quran hai, is ko aap parhiye.</w:t>
      </w:r>
    </w:p>
    <w:p>
      <w:pPr>
        <w:jc w:val="right"/>
      </w:pPr>
      <w:r>
        <w:t>بھئی، کتابیں پڑھیے معرفت پر، ہماری کتابیں سب معرفت ہی پر ہیں۔ مثلاً اللہ اکبر ہے، اس کو آپ پڑھیے۔ تذکر القرآن ہے، اس کو آپ پڑھیے۔</w:t>
      </w:r>
    </w:p>
    <w:p>
      <w:r>
        <w:rPr>
          <w:b/>
        </w:rPr>
        <w:t xml:space="preserve">[1:20:06] </w:t>
      </w:r>
      <w:r>
        <w:t>aur bohat si kitaben hain. marifat ki detail hum kaise bata sakte hain yahan par? is ko to aap ko parhna parhe ga.</w:t>
      </w:r>
    </w:p>
    <w:p>
      <w:pPr>
        <w:jc w:val="right"/>
      </w:pPr>
      <w:r>
        <w:t>اور بہت سی کتابیں ہیں۔ معرفت کی detail ہم کیسے بتا سکتے ہیں یہاں پر؟ اس کو تو آپ کو پڑھنا پڑے گا۔</w:t>
      </w:r>
    </w:p>
    <w:p>
      <w:r>
        <w:rPr>
          <w:b/>
        </w:rPr>
        <w:t xml:space="preserve">[1:20:18] </w:t>
      </w:r>
      <w:r>
        <w:t>parhe hue aap is ki detail nahi jaan sakte. aaj bhi, aaj bhi taqreeban isi marifat hi par thi. woh aaj jo bola hoon, woh marifat par thi. woh is se zyada agar aap janna chahte hain to phir literature jo hamara hai, us ko parhiye aap.</w:t>
      </w:r>
    </w:p>
    <w:p>
      <w:pPr>
        <w:jc w:val="right"/>
      </w:pPr>
      <w:r>
        <w:t>پڑھے ہوئے آپ اس کی detail نہیں جان سکتے۔ آج بھی، آج بھی تقریباً اسی معرفت ہی پر تھی۔ وہ آج جو بولا ہوں، وہ معرفت پر تھی۔ وہ اس سے زیادہ اگر آپ جاننا چاہتے ہیں تو پھر literature جو ہمارا ہے، اس کو پڑھیے آپ۔</w:t>
      </w:r>
    </w:p>
    <w:p>
      <w:r>
        <w:rPr>
          <w:b/>
        </w:rPr>
        <w:t xml:space="preserve">[1:20:33] </w:t>
      </w:r>
      <w:r>
        <w:t>inshallah is mein detail aap ke samne aa jayegi. This question is from Dr. farida khanum from Delhi.</w:t>
      </w:r>
    </w:p>
    <w:p>
      <w:pPr>
        <w:jc w:val="right"/>
      </w:pPr>
      <w:r>
        <w:t>انشاءاللہ اس میں detail آپ کے سامنے آ جائے گی۔ This question is from Dr. فریدہ خانم from Delhi۔</w:t>
      </w:r>
    </w:p>
    <w:p>
      <w:r>
        <w:rPr>
          <w:b/>
        </w:rPr>
        <w:t xml:space="preserve">[1:20:44] </w:t>
      </w:r>
      <w:r>
        <w:t>What is the rational definition of a believer</w:t>
      </w:r>
    </w:p>
    <w:p>
      <w:pPr>
        <w:jc w:val="right"/>
      </w:pPr>
      <w:r>
        <w:t>What is the rational definition of a believer</w:t>
      </w:r>
    </w:p>
    <w:p>
      <w:r>
        <w:rPr>
          <w:b/>
        </w:rPr>
        <w:t xml:space="preserve">[1:20:48] </w:t>
      </w:r>
      <w:r>
        <w:t>? Please explain.</w:t>
      </w:r>
    </w:p>
    <w:p>
      <w:pPr>
        <w:jc w:val="right"/>
      </w:pPr>
      <w:r>
        <w:t>؟ Please explain۔</w:t>
      </w:r>
    </w:p>
    <w:p>
      <w:r>
        <w:rPr>
          <w:b/>
        </w:rPr>
        <w:t xml:space="preserve">[1:20:56] </w:t>
      </w:r>
      <w:r>
        <w:t>abhi ek, abhi ek media ke ek aadmi aaye thay, us se yeh sawal kiya tha mujh se unhon ne. to maine kaha ke believer woh hai jo jis ke andar predictable character ho.</w:t>
      </w:r>
    </w:p>
    <w:p>
      <w:pPr>
        <w:jc w:val="right"/>
      </w:pPr>
      <w:r>
        <w:t>ابھی ایک، ابھی ایک میڈیا کے ایک آدمی آئے تھے، اس سے یہ سوال کیا تھا مجھ سے انہوں نے۔ تو میں نے کہا کہ believer وہ ہے جو جس کے اندر predictable character ہو۔</w:t>
      </w:r>
    </w:p>
    <w:p>
      <w:r>
        <w:rPr>
          <w:b/>
        </w:rPr>
        <w:t xml:space="preserve">[1:21:14] </w:t>
      </w:r>
      <w:r>
        <w:t>Believer woh hai jis ke andar predictable character ho. maine kaha yeh hai rational definition.</w:t>
      </w:r>
    </w:p>
    <w:p>
      <w:pPr>
        <w:jc w:val="right"/>
      </w:pPr>
      <w:r>
        <w:t>Believer وہ ہے جس کے اندر predictable character ہو۔ میں نے کہا یہ ہے rational definition۔</w:t>
      </w:r>
    </w:p>
    <w:p>
      <w:r>
        <w:rPr>
          <w:b/>
        </w:rPr>
        <w:t xml:space="preserve">[1:21:24] </w:t>
      </w:r>
      <w:r>
        <w:t>phir maine kaha ke dekhen, predictable character kab banta hai aadmi ka? aap sochen ke Khuda mujhe dekh raha hai. jhoot boloon to pata hai Khuda ko. wada poora na karoon to Khuda ko pata hai.</w:t>
      </w:r>
    </w:p>
    <w:p>
      <w:pPr>
        <w:jc w:val="right"/>
      </w:pPr>
      <w:r>
        <w:t>پھر میں نے کہا کہ دیکھیں، predictable character کب بنتا ہے آدمی کا؟ آپ سوچیں کہ خدا مجھے دیکھ رہا ہے۔ جھوٹ بولوں تو پتہ ہے خدا کو۔ وعدہ پورا نہ کروں تو خدا کو پتہ ہے۔</w:t>
      </w:r>
    </w:p>
    <w:p>
      <w:r>
        <w:rPr>
          <w:b/>
        </w:rPr>
        <w:t xml:space="preserve">[1:21:36] </w:t>
      </w:r>
      <w:r>
        <w:t>dishonesty karoon to Khuda ko pata hai. yeh cheez aap ko predictable bana degi ke jo aap kahenge wahi karenge, jo wada karenge us ko poora karenge, jo mujh se bolenge wahi haqeeqat dil mein bhi aap ke hogi.</w:t>
      </w:r>
    </w:p>
    <w:p>
      <w:pPr>
        <w:jc w:val="right"/>
      </w:pPr>
      <w:r>
        <w:t>dishonesty کروں تو خدا کو پتہ ہے۔ یہ چیز آپ کو predictable بنا دے گی کہ جو آپ کہیں گے وہی کریں گے، جو وعدہ کریں گے اس کو پورا کریں گے، جو مجھ سے بولیں گے وہی حقیقت دل میں بھی آپ کے ہوگی۔</w:t>
      </w:r>
    </w:p>
    <w:p>
      <w:r>
        <w:rPr>
          <w:b/>
        </w:rPr>
        <w:t xml:space="preserve">[1:21:54] </w:t>
      </w:r>
      <w:r>
        <w:t>to un se maine kaha ke yani believer jo hai woh yaqeen rakhta hai ke mein Khuda mujhe dekh raha hai, Khuda ke samne mein accountable hoon, Khuda mujhe pakre ga.</w:t>
      </w:r>
    </w:p>
    <w:p>
      <w:pPr>
        <w:jc w:val="right"/>
      </w:pPr>
      <w:r>
        <w:t>تو ان سے میں نے کہا کہ یعنی believer جو ہے وہ یقین رکھتا ہے کہ میں خدا مجھے دیکھ رہا ہے، خدا کے سامنے میں accountable ہوں، خدا مجھے پکڑے گا۔</w:t>
      </w:r>
    </w:p>
    <w:p>
      <w:r>
        <w:rPr>
          <w:b/>
        </w:rPr>
        <w:t xml:space="preserve">[1:22:07] </w:t>
      </w:r>
      <w:r>
        <w:t>to yeh, yeh iman is ka, us ko yeh aise hi kar de ga jis ko hum kehte hain ke predictable character hai. yani society mein woh is tarah rahe ga ke log janen ge bhai ek yeh bolay ga to sach bolay ga, jhoot nahi bolay ga, wada kare ga to poora kare ga, wade ke khilaf nahi jaye ga.</w:t>
      </w:r>
    </w:p>
    <w:p>
      <w:pPr>
        <w:jc w:val="right"/>
      </w:pPr>
      <w:r>
        <w:t>تو یہ، یہ ایمان اس کا، اس کو یہ ایسے ہی کر دے گا جس کو ہم کہتے ہیں کہ predictable character ہے۔ یعنی society میں وہ اس طرح رہے گا کہ لوگ جانیں گے بھئی ایک یہ بولے گا تو سچ بولے گا، جھوٹ نہیں بولے گا، وعدہ کرے گا تو پورا کرے گا، وعدے کے خلاف نہیں جائے گا۔</w:t>
      </w:r>
    </w:p>
    <w:p>
      <w:r>
        <w:rPr>
          <w:b/>
        </w:rPr>
        <w:t xml:space="preserve">[1:22:27] </w:t>
      </w:r>
      <w:r>
        <w:t>to mein samajhta hoon ke yeh ek, ek lafz mein poori baat aa jati hai ke momin woh hai jis ke andar predictable character ho.</w:t>
      </w:r>
    </w:p>
    <w:p>
      <w:pPr>
        <w:jc w:val="right"/>
      </w:pPr>
      <w:r>
        <w:t>تو میں سمجھتا ہوں کہ یہ ایک، ایک لفظ میں پوری بات آ جاتی ہے کہ مومن وہ ہے جس کے اندر predictable character ہو۔</w:t>
      </w:r>
    </w:p>
    <w:p>
      <w:r>
        <w:rPr>
          <w:b/>
        </w:rPr>
        <w:t xml:space="preserve">[1:22:39] </w:t>
      </w:r>
      <w:r>
        <w:t>This question is from Dr. barkat ali from srinagar. maulana, you just mentioned that meditation means to stop thinking, but as a doctor, I think that only death stops the thinking.</w:t>
      </w:r>
    </w:p>
    <w:p>
      <w:pPr>
        <w:jc w:val="right"/>
      </w:pPr>
      <w:r>
        <w:t>This question is from Dr. برکت علی from سری نگر۔ مولانا، you just mentioned that meditation means to stop thinking, but as a doctor, I think that only death stops the thinking.</w:t>
      </w:r>
    </w:p>
    <w:p>
      <w:r>
        <w:rPr>
          <w:b/>
        </w:rPr>
        <w:t xml:space="preserve">[1:22:55] </w:t>
      </w:r>
      <w:r>
        <w:t>Only death stops the thinking process.</w:t>
      </w:r>
    </w:p>
    <w:p>
      <w:pPr>
        <w:jc w:val="right"/>
      </w:pPr>
      <w:r>
        <w:t>Only death stops the thinking process.</w:t>
      </w:r>
    </w:p>
    <w:p>
      <w:r>
        <w:rPr>
          <w:b/>
        </w:rPr>
        <w:t xml:space="preserve">[1:22:58] </w:t>
      </w:r>
      <w:r>
        <w:t>Even during meditation, the cells of mind keep thinking. Could you explain this again? bhai, is ka matlab hai ke try to stop your thinking.</w:t>
      </w:r>
    </w:p>
    <w:p>
      <w:pPr>
        <w:jc w:val="right"/>
      </w:pPr>
      <w:r>
        <w:t>Even during meditation, the cells of mind keep thinking. Could you explain this again؟ بھئی، اس کا مطلب ہے کہ try to stop your thinking۔</w:t>
      </w:r>
    </w:p>
    <w:p>
      <w:r>
        <w:rPr>
          <w:b/>
        </w:rPr>
        <w:t xml:space="preserve">[1:23:09] </w:t>
      </w:r>
      <w:r>
        <w:t>koshish karna. yani is cheez se jo aap bol rahe hain woh to maut hi khatam karti hai soch ko, lekin agar aap practice karen, practice karen to aap is, is ke qareeb pohanch sakte hain is, is halat ko ke aap, aap ki thinking jo hai woh work na kar rahi ho.</w:t>
      </w:r>
    </w:p>
    <w:p>
      <w:pPr>
        <w:jc w:val="right"/>
      </w:pPr>
      <w:r>
        <w:t>کوشش کرنا۔ یعنی اس چیز سے جو آپ بول رہے ہیں وہ تو موت ہی ختم کرتی ہے سوچ کو، لیکن اگر آپ practice کریں، practice کریں تو آپ اس، اس کے قریب پہنچ سکتے ہیں اس، اس حالت کو کہ آپ، آپ کی thinking جو ہے وہ work نہ کر رہی ہو۔</w:t>
      </w:r>
    </w:p>
    <w:p>
      <w:r>
        <w:rPr>
          <w:b/>
        </w:rPr>
        <w:t xml:space="preserve">[1:23:30] </w:t>
      </w:r>
      <w:r>
        <w:t>yani near to stop. to maine jo baat kahi hai woh aap ke paas takrati nahi hai ke yani hundred percent aadmi ki thinking jab khatam hoti hai jab ke woh mar jaye, lekin is se pehle koshish karta hai aadmi to koshish karta hai to yani think ka process is ke andar bohat zyada yani kabhi slow ho jata hai, kabhi bohat zyada khatam bhi ho sakta hai.</w:t>
      </w:r>
    </w:p>
    <w:p>
      <w:pPr>
        <w:jc w:val="right"/>
      </w:pPr>
      <w:r>
        <w:t>یعنی near to stop۔ تو میں نے جو بات کہی ہے وہ آپ کے پاس ٹکراتی نہیں ہے کہ یعنی hundred percent آدمی کی thinking جب ختم ہوتی ہے جب کہ وہ مر جائے، لیکن اس سے پہلے کوشش کرتا ہے آدمی تو کوشش کرتا ہے تو یعنی think کا process اس کے اندر بہت زیادہ یعنی کبھی slow ہو جاتا ہے، کبھی بہت زیادہ ختم بھی ہو سکتا ہے۔</w:t>
      </w:r>
    </w:p>
    <w:p>
      <w:r>
        <w:rPr>
          <w:b/>
        </w:rPr>
        <w:t xml:space="preserve">[1:23:54] </w:t>
      </w:r>
      <w:r>
        <w:t>log kehte hain aise hi woh log. main, main to jaise baaton ko nahi manta hoon ke hamari is mein, hamare nahi ke main khud is ko manta hoon, lekin jo log aisa karte hain woh yahi kehte hain ke meditation means</w:t>
      </w:r>
    </w:p>
    <w:p>
      <w:pPr>
        <w:jc w:val="right"/>
      </w:pPr>
      <w:r>
        <w:t>لوگ کہتے ہیں ایسے ہی وہ لوگ۔ میں، میں تو جیسے باتوں کو نہیں مانتا کہ ہماری اس میں، ہمارے نہیں کہ میں خود اس کو مانتا ہوں، لیکن جو لوگ ایسا کرتے ہیں وہ یہی کہتے ہیں کہ meditation means</w:t>
      </w:r>
    </w:p>
    <w:p>
      <w:r>
        <w:rPr>
          <w:b/>
        </w:rPr>
        <w:t xml:space="preserve">[1:24:08] </w:t>
      </w:r>
      <w:r>
        <w:t>think process ko stop kar dena, safar mein chale jana, safar mein, zero mein chale jana. to yeh un logon ke kehna hai aisa. baqi main to is ko nahi manta.</w:t>
      </w:r>
    </w:p>
    <w:p>
      <w:pPr>
        <w:jc w:val="right"/>
      </w:pPr>
      <w:r>
        <w:t>think process کو stop کر دینا، صفر میں چلے جانا، صفر میں، زیرو میں چلے جانا۔ تو یہ ان لوگوں کے کہنا ہے ایسا۔ باقی میں تو اس کو نہیں مانتا۔</w:t>
      </w:r>
    </w:p>
    <w:p>
      <w:r>
        <w:rPr>
          <w:b/>
        </w:rPr>
        <w:t xml:space="preserve">[1:24:18] </w:t>
      </w:r>
      <w:r>
        <w:t>mera to, mera sar soch jo hai woh tafakkur, tadabbur, thinking par base karti hai. This question is from Mr.</w:t>
      </w:r>
    </w:p>
    <w:p>
      <w:pPr>
        <w:jc w:val="right"/>
      </w:pPr>
      <w:r>
        <w:t>میرا تو، میرا سر سوچ جو ہے وہ تفکر، تدبر، thinking پر base کرتی ہے۔ This question is from Mr.</w:t>
      </w:r>
    </w:p>
    <w:p>
      <w:r>
        <w:rPr>
          <w:b/>
        </w:rPr>
        <w:t xml:space="preserve">[1:24:28] </w:t>
      </w:r>
      <w:r>
        <w:t>Nafees Shiraz from Delhi. kya Islam luxury life ke khilaf hai? dekhiye, khilaf ki baat nahi hai.</w:t>
      </w:r>
    </w:p>
    <w:p>
      <w:pPr>
        <w:jc w:val="right"/>
      </w:pPr>
      <w:r>
        <w:t>نفیس شیراز from Delhi۔ کیا اسلام luxury life کے خلاف ہے؟ دیکھیے، خلاف کی بات نہیں ہے۔</w:t>
      </w:r>
    </w:p>
    <w:p>
      <w:r>
        <w:rPr>
          <w:b/>
        </w:rPr>
        <w:t xml:space="preserve">[1:24:38] </w:t>
      </w:r>
      <w:r>
        <w:t>khilaf baat is, is silsile mein hai ke ke luxury life ka matlab yeh hai ke aap, aap</w:t>
      </w:r>
    </w:p>
    <w:p>
      <w:pPr>
        <w:jc w:val="right"/>
      </w:pPr>
      <w:r>
        <w:t>خلاف بات اس، اس سلسلے میں ہے کہ کہ luxury life کا مطلب یہ ہے کہ آپ، آپ</w:t>
      </w:r>
    </w:p>
    <w:p>
      <w:r>
        <w:rPr>
          <w:b/>
        </w:rPr>
        <w:t xml:space="preserve">[1:24:51] </w:t>
      </w:r>
      <w:r>
        <w:t>luxury life ko main samajhta hoon distraction hai. woh yani agar aap apne aap ko luxury life ka aadi bana dein to kya hoga?</w:t>
      </w:r>
    </w:p>
    <w:p>
      <w:pPr>
        <w:jc w:val="right"/>
      </w:pPr>
      <w:r>
        <w:t>luxury life کو میں سمجھتا ہوں distraction ہے۔ وہ یعنی اگر آپ اپنے آپ کو luxury life کا عادی بنا دیں تو کیا ہوگا؟</w:t>
      </w:r>
    </w:p>
    <w:p>
      <w:r>
        <w:rPr>
          <w:b/>
        </w:rPr>
        <w:t xml:space="preserve">[1:25:06] </w:t>
      </w:r>
      <w:r>
        <w:t>aap, aap in kamon ke qabil nahi rahenge jo Allah taala chahte hain. misaal ke taur par aap aadi ho jayen AC ke, ghar mein bhi AC, office mein AC, car mein AC, to aap duniya mein kaise ja ke pohanchayenge logon ko?</w:t>
      </w:r>
    </w:p>
    <w:p>
      <w:pPr>
        <w:jc w:val="right"/>
      </w:pPr>
      <w:r>
        <w:t>آپ، آپ ان کاموں کے قابل نہیں رہیں گے جو اللہ تعالیٰ چاہتے ہیں۔ مثال کے طور پر آپ عادی ہو جائیں اے سی کے، گھر میں بھی اے سی، آفس میں اے سی، کار میں اے سی، تو آپ دنیا میں کیسے جا کے پہنچائیں گے لوگوں کو؟</w:t>
      </w:r>
    </w:p>
    <w:p>
      <w:r>
        <w:rPr>
          <w:b/>
        </w:rPr>
        <w:t xml:space="preserve">[1:25:21] </w:t>
      </w:r>
      <w:r>
        <w:t>baat hai har jagah kahan AC milega aap ko? khane peene mein aap bohat zyada aadi ho jayen, bohat achhe khane ke, to kahan aap ko har jagah khane tayyar rahenge milne ke liye?</w:t>
      </w:r>
    </w:p>
    <w:p>
      <w:pPr>
        <w:jc w:val="right"/>
      </w:pPr>
      <w:r>
        <w:t>بات ہے ہر جگہ کہاں اے سی ملے گا آپ کو؟ کھانے پینے میں آپ بہت زیادہ عادی ہو جائیں، بہت اچھے کھانے کے، تو کہاں آپ کو ہر جگہ کھانے تیار رہیں گے ملنے کے لیے؟</w:t>
      </w:r>
    </w:p>
    <w:p>
      <w:r>
        <w:rPr>
          <w:b/>
        </w:rPr>
        <w:t xml:space="preserve">[1:25:32] </w:t>
      </w:r>
      <w:r>
        <w:t>to woh jo kaam hai, Allah taala ko jo matlab hai kaam, us mein rukawat parti hai. is se isi liye sahaba, isi liye sahaba raah-e-zindagi guzarte the.</w:t>
      </w:r>
    </w:p>
    <w:p>
      <w:pPr>
        <w:jc w:val="right"/>
      </w:pPr>
      <w:r>
        <w:t>تو وہ جو کام ہے، اللہ تعالیٰ کو جو مطلوب ہے کام، اس میں رکاوٹ پڑتی ہے۔ اس سے اسی لیے صحابہ، اسی لیے صحابہ رف زندگی گزارتے تھے۔</w:t>
      </w:r>
    </w:p>
    <w:p>
      <w:r>
        <w:rPr>
          <w:b/>
        </w:rPr>
        <w:t xml:space="preserve">[1:25:45] </w:t>
      </w:r>
      <w:r>
        <w:t>tamam paighambar raah-e-zindagi guzarte the. raah-e-zindagi mein koi rukawat nahi banti. raah-e-zindagi mein koi rukawat nahi banti.</w:t>
      </w:r>
    </w:p>
    <w:p>
      <w:pPr>
        <w:jc w:val="right"/>
      </w:pPr>
      <w:r>
        <w:t>تمام پیغمبر رف زندگی گزارتے تھے۔ رف زندگی میں کوئی رکاوٹ نہیں بنتی۔ رف زندگی میں کوئی رکاوٹ نہیں بنتی۔</w:t>
      </w:r>
    </w:p>
    <w:p>
      <w:r>
        <w:rPr>
          <w:b/>
        </w:rPr>
        <w:t xml:space="preserve">[1:25:56] </w:t>
      </w:r>
      <w:r>
        <w:t>ek sahab the, woh badaiyon mein, to woh garmi ke zamane mein, garmi pad rahi thi bohat, to un ke sahatiyon ne kaha ke bhai chalo kisi, kisi kaam se le aa rahe the un ko, kuch Islam ke kisi kaam se.</w:t>
      </w:r>
    </w:p>
    <w:p>
      <w:pPr>
        <w:jc w:val="right"/>
      </w:pPr>
      <w:r>
        <w:t>ایک صاحب تھے، وہ بدائیوں میں، تو وہ گرمی کے زمانے میں، گرمی پڑ رہی تھی بہت، تو ان کے ساتھیوں نے کہا کہ بھئی چلو کسی، کسی کام سے لے آ رہے تھے ان کو، کچھ اسلام کے کسی کام سے۔</w:t>
      </w:r>
    </w:p>
    <w:p>
      <w:r>
        <w:rPr>
          <w:b/>
        </w:rPr>
        <w:t xml:space="preserve">[1:26:15] </w:t>
      </w:r>
      <w:r>
        <w:t>to jab darwaze bahar aaye aur garmi thi to "Allah Allah Allah" kaha aur ghar ke darwaze se chale gaye kyunke woh is dhoop ko bardasht karne ki taqat nahi thi un ke andar.</w:t>
      </w:r>
    </w:p>
    <w:p>
      <w:pPr>
        <w:jc w:val="right"/>
      </w:pPr>
      <w:r>
        <w:t>تو جب دروازے باہر آئے اور گرمی تھی تو "اللہ اللہ اللہ" کہا اور گھر کے دروازے سے چلے گئے کیونکہ وہ اس دھوپ کو برداشت کرنے کی طاقت نہیں تھی ان کے اندر۔</w:t>
      </w:r>
    </w:p>
    <w:p>
      <w:r>
        <w:rPr>
          <w:b/>
        </w:rPr>
        <w:t xml:space="preserve">[1:26:27] </w:t>
      </w:r>
      <w:r>
        <w:t>to aap ko garmi sardiyon ko sahna padta hai. har kisi ke yani raah-e-zindagi ko ikhtiyar karna padta hai warna yeh koi haram ki baat nahi hai, lekin aap ko bilkul incompetent bana deta hai.</w:t>
      </w:r>
    </w:p>
    <w:p>
      <w:pPr>
        <w:jc w:val="right"/>
      </w:pPr>
      <w:r>
        <w:t>تو آپ کو گرم سردی کو سہانا پڑتا ہے۔ ہر کسی کے یعنی رف زندگی کو اختیار کرنا پڑتا ہے ورنہ یہ کوئی حرام کی بات نہیں ہے، لیکن آپ کو بالکل incompetent بنا دیتا ہے۔</w:t>
      </w:r>
    </w:p>
    <w:p>
      <w:r>
        <w:rPr>
          <w:b/>
        </w:rPr>
        <w:t xml:space="preserve">[1:26:41] </w:t>
      </w:r>
      <w:r>
        <w:t>woh luxury aap ko incompetent banati hai dawat ke liye, Islami kaam ke liye, kisi bhi khudai kaam mein daud dhoop karne ke liye.</w:t>
      </w:r>
    </w:p>
    <w:p>
      <w:pPr>
        <w:jc w:val="right"/>
      </w:pPr>
      <w:r>
        <w:t>وہ لگزری آپ کو incompetent بناتی ہے دعوت کے لیے، اسلامی کام کے لیے، کسی بھی خدائی کام میں دوڑ دھوپ کرنے کے لیے۔</w:t>
      </w:r>
    </w:p>
    <w:p>
      <w:r>
        <w:rPr>
          <w:b/>
        </w:rPr>
        <w:t xml:space="preserve">[1:26:51] </w:t>
      </w:r>
      <w:r>
        <w:t>to ab aap, aap samjhiye, Khuda ke haan jab jayenge aap to sochiye ke wahan kya inaam milega aap ko? Khuda kahega jao tum isi, isi luxury mein raho jahan se aaye ho.</w:t>
      </w:r>
    </w:p>
    <w:p>
      <w:pPr>
        <w:jc w:val="right"/>
      </w:pPr>
      <w:r>
        <w:t>تو اب آپ، آپ سمجھئے، خدا کے ہاں جب جائیں گے آپ تو سوچیے کہ وہاں کیا انعام ملے گا آپ کو؟ خدا کہے گا جاؤ تم اسی، اسی لگزری میں رہو جہاں سے آئے ہو۔</w:t>
      </w:r>
    </w:p>
    <w:p>
      <w:r>
        <w:rPr>
          <w:b/>
        </w:rPr>
        <w:t xml:space="preserve">[1:27:02] </w:t>
      </w:r>
      <w:r>
        <w:t>yahan to tumhare liye kuch nahi, tum to kuch, kuch kiya hi nahi tum ne hamare liye. to woh to mehboob thi luxury, hum to mehboob the nahi tumhare liye. to jao isi luxury mein.</w:t>
      </w:r>
    </w:p>
    <w:p>
      <w:pPr>
        <w:jc w:val="right"/>
      </w:pPr>
      <w:r>
        <w:t>یہاں تو تمہارے لیے کچھ نہیں، تم تو کچھ، کچھ کیا ہی نہیں تم نے ہمارے لیے۔ تو وہ تو محبوب تھی لگزری، ہم تو محبوب تھے نہیں تمہارے لیے۔ تو جاؤ اسی لگزری میں۔</w:t>
      </w:r>
    </w:p>
    <w:p>
      <w:r>
        <w:rPr>
          <w:b/>
        </w:rPr>
        <w:t xml:space="preserve">[1:27:12] </w:t>
      </w:r>
      <w:r>
        <w:t>jab lotenge aap to yahan to kuch khandar hoga, sirf yahan kuch bhi nahi hoga. to basic baat yeh nahi ke woh haram hai. basic baat yeh hai ke woh aap ko bilkul nikamma bana deti hai Khuda ke kaam ke liye.</w:t>
      </w:r>
    </w:p>
    <w:p>
      <w:pPr>
        <w:jc w:val="right"/>
      </w:pPr>
      <w:r>
        <w:t>جب لوٹیں گے آپ تو یہاں تو کچھ کھنڈر ہوگا، صرف یہاں کچھ بھی نہیں ہوگا۔ تو basic بات یہ نہیں کہ وہ حرام ہے۔ basic بات یہ ہے کہ وہ آپ کو بالکل نکمہ بنا دیتی ہے خدا کے کام کے لیے۔</w:t>
      </w:r>
    </w:p>
    <w:p>
      <w:r>
        <w:rPr>
          <w:b/>
        </w:rPr>
        <w:t xml:space="preserve">[1:27:26] </w:t>
      </w:r>
      <w:r>
        <w:t>to ab aap ki choice aap ka hai ke Khuda ke haan kaise mar kar pahunchna, pahunchna chahte hain ya aap. main samajhta hoon ke jo log luxury mein jeete hain to lazman yeh hoga ke woh Khuda ka kaam nahi kar sakenge.</w:t>
      </w:r>
    </w:p>
    <w:p>
      <w:pPr>
        <w:jc w:val="right"/>
      </w:pPr>
      <w:r>
        <w:t>تو اب آپ کی choice آپ کا ہے کہ خدا کے ہاں کیسے مر کر پہنچنا، پہنچنا چاہتے ہیں یا آپ۔ میں سمجھتا ہوں کہ جو لوگ لگزری میں جیتے ہیں تو لازماً یہ ہوگا کہ وہ خدا کام نہیں کر سکیں گے۔</w:t>
      </w:r>
    </w:p>
    <w:p>
      <w:r>
        <w:rPr>
          <w:b/>
        </w:rPr>
        <w:t xml:space="preserve">[1:27:39] </w:t>
      </w:r>
      <w:r>
        <w:t>to akhirat mein jab pahunchenge to Khuda kahega un se ke jao isi luxury mein jao jo ab, jo ab khandar ho chuki hai.</w:t>
      </w:r>
    </w:p>
    <w:p>
      <w:pPr>
        <w:jc w:val="right"/>
      </w:pPr>
      <w:r>
        <w:t>تو آخرت میں جب پہنچیں گے تو خدا کہے گا ان سے کہ جاؤ اسی لگزری میں جاؤ جو اب، جو اب کھنڈر ہو چکی ہے۔</w:t>
      </w:r>
    </w:p>
    <w:p>
      <w:r>
        <w:rPr>
          <w:b/>
        </w:rPr>
        <w:t xml:space="preserve">[1:27:48] </w:t>
      </w:r>
      <w:r>
        <w:t>ab khandar ho chuki hai, jao isi khandar mein raho. yahan tumhare liye kuch bhi nahi hai. to yeh bohat zyada sochne ki baat hai. jo log sirf haram halaal ke term mein sochte hain, woh bohat galat sochte hain.</w:t>
      </w:r>
    </w:p>
    <w:p>
      <w:pPr>
        <w:jc w:val="right"/>
      </w:pPr>
      <w:r>
        <w:t>اب کھنڈر ہو چکی ہے، جاؤ اسی کھنڈر میں رہو۔ یہاں تمہارے لیے کچھ بھی نہیں ہے۔ تو یہ بہت زیادہ سوچنے کی بات ہے۔ جو لوگ صرف حرام حلال کے term میں سوچتے ہیں، وہ بہت غلط سوچتے ہیں۔</w:t>
      </w:r>
    </w:p>
    <w:p>
      <w:r>
        <w:rPr>
          <w:b/>
        </w:rPr>
        <w:t xml:space="preserve">[1:28:00] </w:t>
      </w:r>
      <w:r>
        <w:t>woh sirf haram halaal ki baat nahi hai. jo, jis, jis, jo distract kare, woh bhi itni ghalti karta hai ke koi haram cheez hua karti hai, chahe us ko haram na kaha gaya ho, tab bhi.</w:t>
      </w:r>
    </w:p>
    <w:p>
      <w:pPr>
        <w:jc w:val="right"/>
      </w:pPr>
      <w:r>
        <w:t>وہ صرف حرام حلال کی بات نہیں ہے۔ جو، جس، جس، جو distract کرے، وہ بھی اتنی غلطی کرتا ہے کہ کوئی حرام چیز ہوا کرتی ہے، چاہے اس کو حرام نہ کہا گیا ہو، تب بھی۔</w:t>
      </w:r>
    </w:p>
    <w:p>
      <w:r>
        <w:rPr>
          <w:b/>
        </w:rPr>
        <w:t xml:space="preserve">[1:28:11] </w:t>
      </w:r>
      <w:r>
        <w:t>This question is from Mr. Khaled Ansari from Delhi. Drinking wine on social occasions and during business meetings is catching up amongst the Muslim youth very fast.</w:t>
      </w:r>
    </w:p>
    <w:p>
      <w:pPr>
        <w:jc w:val="right"/>
      </w:pPr>
      <w:r>
        <w:t>This question is from Mr. Khaled Ansari from Delhi۔ Drinking wine on social occasions and during business meetings is catching up amongst the Muslim youth very fast.</w:t>
      </w:r>
    </w:p>
    <w:p>
      <w:r>
        <w:rPr>
          <w:b/>
        </w:rPr>
        <w:t xml:space="preserve">[1:28:26] </w:t>
      </w:r>
      <w:r>
        <w:t>In fact, when pointed out on consuming liquor, they react saying why should we deprive of the pleasure and also keep a reason-based explanation for not consuming liquor?</w:t>
      </w:r>
    </w:p>
    <w:p>
      <w:pPr>
        <w:jc w:val="right"/>
      </w:pPr>
      <w:r>
        <w:t>In fact, when pointed out on consuming liquor, they react saying why should we deprive of the pleasure and also keep a reason-based explanation for not consuming liquor؟</w:t>
      </w:r>
    </w:p>
    <w:p>
      <w:r>
        <w:rPr>
          <w:b/>
        </w:rPr>
        <w:t xml:space="preserve">[1:28:41] </w:t>
      </w:r>
      <w:r>
        <w:t>Maulana, what is the Islamic perspective on liquor aur is there any logical or reason-based explanation given in Quran aur Hadees?</w:t>
      </w:r>
    </w:p>
    <w:p>
      <w:pPr>
        <w:jc w:val="right"/>
      </w:pPr>
      <w:r>
        <w:t>مولانا، what is the Islamic perspective on liquor and is there any logical or reason-based explanation given in Quran اور حدیث؟</w:t>
      </w:r>
    </w:p>
    <w:p>
      <w:r>
        <w:rPr>
          <w:b/>
        </w:rPr>
        <w:t xml:space="preserve">[1:28:53] </w:t>
      </w:r>
      <w:r>
        <w:t>Dekhiye, Quran ke mutabiq to liquor haram hai, sharab haram hai, is mein koi shaq nahi hai. Jahan tak reason ki baat hai to tamam medical science batati hai ke yeh health ke liye bohat zabardast nuqsan hai is ka.</w:t>
      </w:r>
    </w:p>
    <w:p>
      <w:pPr>
        <w:jc w:val="right"/>
      </w:pPr>
      <w:r>
        <w:t>دیکھیے، قرآن کے مطابق تو liquor حرام ہے، شراب حرام ہے، اس میں کوئی شک نہیں ہے۔ جہاں تک reason کی بات ہے تو تمام medical science بتاتی ہے کہ یہ health کے لیے بہت زبردست نقصان ہے اس کا۔</w:t>
      </w:r>
    </w:p>
    <w:p>
      <w:r>
        <w:rPr>
          <w:b/>
        </w:rPr>
        <w:t xml:space="preserve">[1:29:09] </w:t>
      </w:r>
      <w:r>
        <w:t>Main to nahi janta ke koi dunya mein aisa doctor hai jo kahega ke sharab peena jo hai woh faida hai, nuqsan nahi hai is mein. Yeh to sari dunya mein mana hua hai.</w:t>
      </w:r>
    </w:p>
    <w:p>
      <w:pPr>
        <w:jc w:val="right"/>
      </w:pPr>
      <w:r>
        <w:t>میں تو نہیں جانتا کہ کوئی دنیا میں ایسا ڈاکٹر ہے جو کہے گا کہ شراب پینا جو ہے وہ فائدہ ہے، نقصان نہیں ہے اس میں۔ یہ تو ساری دنیا میں مانا ہوا ہے۔</w:t>
      </w:r>
    </w:p>
    <w:p>
      <w:r>
        <w:rPr>
          <w:b/>
        </w:rPr>
        <w:t xml:space="preserve">[1:29:21] </w:t>
      </w:r>
      <w:r>
        <w:t>To reason ko lein tab woh health ko nuqsan karti hai aur aur Islam ko le to woh Islam mein haram hai. Woh baqi yeh hai ke pleasure to koi criteria nahi hai.</w:t>
      </w:r>
    </w:p>
    <w:p>
      <w:pPr>
        <w:jc w:val="right"/>
      </w:pPr>
      <w:r>
        <w:t>تو reason کو لے تب وہ health کو نقصان کرتی ہے اور اور اسلام کو لے تو وہ اسلام میں حرام ہے۔ وہ باقی یہ ہے کہ pleasure تو کوئی کرائٹیریا نہیں ہے۔</w:t>
      </w:r>
    </w:p>
    <w:p>
      <w:r>
        <w:rPr>
          <w:b/>
        </w:rPr>
        <w:t xml:space="preserve">[1:29:36] </w:t>
      </w:r>
      <w:r>
        <w:t>Pleasure criteria nahi hai. Criteria yeh hai ke woh aap ke liye, aap ki health ko acha ho, aap ke liye insaniyat ko acha ho.</w:t>
      </w:r>
    </w:p>
    <w:p>
      <w:pPr>
        <w:jc w:val="right"/>
      </w:pPr>
      <w:r>
        <w:t>Pleasure کرائٹیریا نہیں ہے۔ کرائٹیریا یہ ہے کہ وہ آپ کے لیے، آپ کی health کو اچھا ہو، آپ کے لیے انسانیت کو اچھا ہو۔</w:t>
      </w:r>
    </w:p>
    <w:p>
      <w:r>
        <w:rPr>
          <w:b/>
        </w:rPr>
        <w:t xml:space="preserve">[1:29:46] </w:t>
      </w:r>
      <w:r>
        <w:t>Jo cheez health ke liye muzir hai to hum ne kai log dekhe hain ke woh bohat cigarette peete thay mere janne walon mein.</w:t>
      </w:r>
    </w:p>
    <w:p>
      <w:pPr>
        <w:jc w:val="right"/>
      </w:pPr>
      <w:r>
        <w:t>جو چیز health کے لیے مضر ہے تو ہم نے کئی لوگ دیکھے ہیں کہ وہ بہت سگریٹ پیتے تھے میرے جاننے والوں میں۔</w:t>
      </w:r>
    </w:p>
    <w:p>
      <w:r>
        <w:rPr>
          <w:b/>
        </w:rPr>
        <w:t xml:space="preserve">[1:29:56] </w:t>
      </w:r>
      <w:r>
        <w:t>To un ko mana kiya jata hai ke cigarette peene se kya hota hai? Yeh to, yeh to lutf hai, yeh lutf milta hai peene mein. To hum piyenge aur woh mare to un ke phephde kharab ho chuke thay, buri halat mein mare.</w:t>
      </w:r>
    </w:p>
    <w:p>
      <w:pPr>
        <w:jc w:val="right"/>
      </w:pPr>
      <w:r>
        <w:t>تو ان کو منع کیا جاتا ہے کہ سگریٹ پینے سے کیا ہوتا ہے؟ یہ تو، یہ تو لطف ہے، یہ لطف ملتا ہے پینے میں۔ تو ہم پیئیں گے اور وہ مرے تو ان کے پھیپھڑے خراب ہو چکے تھے، بری حالت میں مرے۔</w:t>
      </w:r>
    </w:p>
    <w:p>
      <w:r>
        <w:rPr>
          <w:b/>
        </w:rPr>
        <w:t xml:space="preserve">[1:30:10] </w:t>
      </w:r>
      <w:r>
        <w:t>To jo log is ko pleasure kehte hain to un ki jana chahiye ke insan ka aik had hai. Aap pleasure ke naam par woh kaam karein jo ke, jo ke aap ke liye, aap ke yani medical science jis ke yani ittifaq ke sath bata chuki hai ke muzir hai yeh.</w:t>
      </w:r>
    </w:p>
    <w:p>
      <w:pPr>
        <w:jc w:val="right"/>
      </w:pPr>
      <w:r>
        <w:t>تو جو لوگ اس کو pleasure کہتے ہیں تو ان کی جانا چاہیے کہ انسان کا ایک حد ہے۔ آپ pleasure کے نام پر وہ کام کریں جو کہ، جو کہ آپ کے لیے، آپ کے یعنی medical science جس کے یعنی اتفاق کے ساتھ بتا چکی ہے کہ مضر ہے یہ۔</w:t>
      </w:r>
    </w:p>
    <w:p>
      <w:r>
        <w:rPr>
          <w:b/>
        </w:rPr>
        <w:t xml:space="preserve">[1:30:31] </w:t>
      </w:r>
      <w:r>
        <w:t>To woh to phir aap phir is ka price dijiye, is ki price dijiye. Maine khud apni aankhon se dekha hai aise log jo ke sharab peete thay aur sehat aakhir mein un ki sehat hi kharab hui ke kisi tareeqa ka nahi rahe.</w:t>
      </w:r>
    </w:p>
    <w:p>
      <w:pPr>
        <w:jc w:val="right"/>
      </w:pPr>
      <w:r>
        <w:t>تو وہ تو پھر آپ پھر اس کا price دیجیے، اس کی price دیجیے۔ میں نے خود اپنی آنکھوں سے دیکھا ہے ایسے لوگ جو کہ شراب پیتے تھے اور صحت آخر میں ان کی صحت ہی خراب ہوئی کہ کسی طریقے کا نہیں رہے۔</w:t>
      </w:r>
    </w:p>
    <w:p>
      <w:r>
        <w:rPr>
          <w:b/>
        </w:rPr>
        <w:t xml:space="preserve">[1:30:49] </w:t>
      </w:r>
      <w:r>
        <w:t>Aadi hone ke baad chhod bhi sakte thay, woh chhod bhi sakte thay aur sehat kharab bilkul. To yeh to reason hai. Ab, ab agar ab koi agar reason ke hisab se poochta hai to medical science se nawaqif hai woh.</w:t>
      </w:r>
    </w:p>
    <w:p>
      <w:pPr>
        <w:jc w:val="right"/>
      </w:pPr>
      <w:r>
        <w:t>عادی ہونے کے بعد چھوڑ بھی سکتے تھے، وہ چھوڑ بھی سکتے تھے اور صحت خراب بالکل۔ تو یہ تو reason ہے۔ اب، اب اگر اب کوئی اگر reason کے حساب سے پوچھتا ہے تو medical science سے ناواقف ہے وہ۔</w:t>
      </w:r>
    </w:p>
    <w:p>
      <w:r>
        <w:rPr>
          <w:b/>
        </w:rPr>
        <w:t xml:space="preserve">[1:31:03] </w:t>
      </w:r>
      <w:r>
        <w:t>Agar koi twenty first century mein poochta hai ke reason ke hisab se batao to is mani ke medical science ko nahi janta woh. To Quran ke bare mein, Hadees ke bare mein woh to pata hai ke woh to haram hai.</w:t>
      </w:r>
    </w:p>
    <w:p>
      <w:pPr>
        <w:jc w:val="right"/>
      </w:pPr>
      <w:r>
        <w:t>اگر کوئی twenty first century میں پوچھتا ہے کہ reason کے حساب سے بتاؤ تو اس معنی کے medical science کو نہیں جانتا وہ۔ تو قرآن کے بارے میں، حدیث کے بارے میں وہ تو پتہ ہے کہ وہ تو حرام ہے۔</w:t>
      </w:r>
    </w:p>
    <w:p>
      <w:r>
        <w:rPr>
          <w:b/>
        </w:rPr>
        <w:t xml:space="preserve">[1:31:14] </w:t>
      </w:r>
      <w:r>
        <w:t>Is mein dekhiye, tum yeh to, yeh koi is se hi koi be khabar ho ke medical science mein bhi woh cheez bohat hi zyada galat batai ja chuki hai, establish kiya chuki hai.</w:t>
      </w:r>
    </w:p>
    <w:p>
      <w:pPr>
        <w:jc w:val="right"/>
      </w:pPr>
      <w:r>
        <w:t>اس میں دیکھیں، تم یہ تو، یہ کوئی اس سے ہی کوئی بے خبر ہو کہ medical science میں بھی وہ چیز بہت ہی زیادہ غلط بتائی جا چکی ہے، establish کیا چکی ہے۔</w:t>
      </w:r>
    </w:p>
    <w:p>
      <w:r>
        <w:rPr>
          <w:b/>
        </w:rPr>
        <w:t xml:space="preserve">[1:31:27] </w:t>
      </w:r>
      <w:r>
        <w:t>Main to samajhta hoon ke yeh sab hota hai sirf is liye ke log zyada sochte nahi. Waqti tafreeh ko samajhte hain ke hum pleasure le rahe hain.</w:t>
      </w:r>
    </w:p>
    <w:p>
      <w:pPr>
        <w:jc w:val="right"/>
      </w:pPr>
      <w:r>
        <w:t>میں تو سمجھتا ہوں کہ یہ سب ہوتا ہے صرف اس لیے کہ لوگ زیادہ سوچتے نہیں۔ وقتی تفریح کو سمجھتے ہیں کہ ہم pleasure لے رہے ہیں۔</w:t>
      </w:r>
    </w:p>
    <w:p>
      <w:r>
        <w:rPr>
          <w:b/>
        </w:rPr>
        <w:t xml:space="preserve">[1:31:36] </w:t>
      </w:r>
      <w:r>
        <w:t>Waqti tafreeh ke naam pleasure nahi hota. Jab wahi jo aadi ho jayenge, barhape mein tab unhe pata chalega ke hum ne tafreeh nahi ki thi balkeh apne ko apne andar bimari utari thi.</w:t>
      </w:r>
    </w:p>
    <w:p>
      <w:pPr>
        <w:jc w:val="right"/>
      </w:pPr>
      <w:r>
        <w:t>وقتی تفریح کے نام pleasure نہیں ہوتا۔ جب وہی جوادی ہو جائیں گے، بڑھاپے میں تب انہیں پتہ چلے گا کہ ہم نے تفریح نہیں کی تھی بلکہ اپنے کو اپنے اندر بیماری اتاری تھی۔</w:t>
      </w:r>
    </w:p>
    <w:p>
      <w:r>
        <w:rPr>
          <w:b/>
        </w:rPr>
        <w:t xml:space="preserve">[1:31:56] </w:t>
      </w:r>
      <w:r>
        <w:t>This question is from Dr. Muslima Siddiqui from Delhi. Why is it that the leaders of the world failed to arrive at any agreement in regard to the most urgent problem of global warming in Copenhagen?</w:t>
      </w:r>
    </w:p>
    <w:p>
      <w:pPr>
        <w:jc w:val="right"/>
      </w:pPr>
      <w:r>
        <w:t>This question is from Dr. مسلمہ صدیقی from Delhi۔ Why is it that the leaders of the world failed to arrive at any agreement in regard to the mosturgent problem of global warming in Copenhagen؟</w:t>
      </w:r>
    </w:p>
    <w:p>
      <w:r>
        <w:rPr>
          <w:b/>
        </w:rPr>
        <w:t xml:space="preserve">[1:32:14] </w:t>
      </w:r>
      <w:r>
        <w:t>Waqai yeh bohat bara yani sawal hai ke science jo hai bata rahi hai ke carbon emission itna barh chuka hai ke hum bilkul hell ki taraf ja rahe hain.</w:t>
      </w:r>
    </w:p>
    <w:p>
      <w:pPr>
        <w:jc w:val="right"/>
      </w:pPr>
      <w:r>
        <w:t>واقعی یہ بہت بڑا یعنی سوال ہے کہ سائنس جو ہے بتا رہی ہے کہ کاربن ایمیشن اتنا بڑھ چکا ہے کہ ہم بالکل hell کی طرف جا رہے ہیں۔</w:t>
      </w:r>
    </w:p>
    <w:p>
      <w:r>
        <w:rPr>
          <w:b/>
        </w:rPr>
        <w:t xml:space="preserve">[1:32:31] </w:t>
      </w:r>
      <w:r>
        <w:t>Aur woh log jo carbon emission ke zimmedar hain, woh log ikatthe hote hain Copenhagen mein, sab ke sab one to all, aur koi faisla kiye baghair khatam ho jate hain.</w:t>
      </w:r>
    </w:p>
    <w:p>
      <w:pPr>
        <w:jc w:val="right"/>
      </w:pPr>
      <w:r>
        <w:t>اور وہ لوگ جو کاربن ایمیشن کے ذمہ دار ہیں، وہ لوگ اکٹھے ہوتے ہیں Copenhagen میں، سب کے سب one to all، اور کوئی فیصلہ کیے بغیر ختم ہو جاتے ہیں۔</w:t>
      </w:r>
    </w:p>
    <w:p>
      <w:r>
        <w:rPr>
          <w:b/>
        </w:rPr>
        <w:t xml:space="preserve">[1:32:43] </w:t>
      </w:r>
      <w:r>
        <w:t>Abhi parche mein aik angrezi parche mein parh raha tha main to us ko ke wahan par Copenhagen mein kuch hua nahi. To us ne is ka naam rakha tha Flop-en-Hagen.</w:t>
      </w:r>
    </w:p>
    <w:p>
      <w:pPr>
        <w:jc w:val="right"/>
      </w:pPr>
      <w:r>
        <w:t>ابھی پرچے میں ایک انگریزی پرچے میں پڑھ رہا تھا میں تو اس کو کہ وہاں پر Copenhagen میں کچھ ہوا نہیں۔ تو اس نے اس کا نام رکھا تھا فلاپن ہیگن۔</w:t>
      </w:r>
    </w:p>
    <w:p>
      <w:r>
        <w:rPr>
          <w:b/>
        </w:rPr>
        <w:t xml:space="preserve">[1:32:53] </w:t>
      </w:r>
      <w:r>
        <w:t>Yani Copenhagen ko Flop-en-Hagen. Matlab Hagen mein flop ho gaya, woh meeting flop ho gayi, kuch bhi hua nahi, kuch tay nahi hua.</w:t>
      </w:r>
    </w:p>
    <w:p>
      <w:pPr>
        <w:jc w:val="right"/>
      </w:pPr>
      <w:r>
        <w:t>یعنی Copenhagen کو فلاپن ہیگن۔ مطلب ہیگن میں فلاپ ہو گیا، وہ میٹنگ فلاپ ہو گئی، کچھ بھی ہوا نہیں، کچھ طے نہیں ہوا۔</w:t>
      </w:r>
    </w:p>
    <w:p>
      <w:r>
        <w:rPr>
          <w:b/>
        </w:rPr>
        <w:t xml:space="preserve">[1:33:04] </w:t>
      </w:r>
      <w:r>
        <w:t>To is ki, is ki jo main, main sab parhta raha hoon to jo mujhe samajh mein aya woh yeh hai ke do qism ke log wahan ikatthe hue thay.</w:t>
      </w:r>
    </w:p>
    <w:p>
      <w:pPr>
        <w:jc w:val="right"/>
      </w:pPr>
      <w:r>
        <w:t>تو اس کی، اس کی جو میں، میں سب پڑھتا رہا ہوں تو جو مجھے سمجھ میں آیا وہ یہ ہے کہ دو قسم کے لوگ وہاں اکٹھے ہوئے تھے۔</w:t>
      </w:r>
    </w:p>
    <w:p>
      <w:r>
        <w:rPr>
          <w:b/>
        </w:rPr>
        <w:t xml:space="preserve">[1:33:13] </w:t>
      </w:r>
      <w:r>
        <w:t>Aik jo kehta hai developed countries aur aik hai underdeveloped countries. Dono ka mind kya tha? Woh is se koi hatne ko tayar nahi.</w:t>
      </w:r>
    </w:p>
    <w:p>
      <w:pPr>
        <w:jc w:val="right"/>
      </w:pPr>
      <w:r>
        <w:t>ایک جو کہتا ہے developed countries اور ایک ہے underdeveloped countries۔ دونوں کا mind کیا تھا؟ وہ اس سے کوئی ہٹنے کو تیار نہیں۔</w:t>
      </w:r>
    </w:p>
    <w:p>
      <w:r>
        <w:rPr>
          <w:b/>
        </w:rPr>
        <w:t xml:space="preserve">[1:33:22] </w:t>
      </w:r>
      <w:r>
        <w:t>Developed countries jo hain woh chahte hain ke jo lifestyle hum apna chuke hain, us se peechay na hatein. Is lifestyle ko maintain karte hue yeh masla hal hal ho jaye.</w:t>
      </w:r>
    </w:p>
    <w:p>
      <w:pPr>
        <w:jc w:val="right"/>
      </w:pPr>
      <w:r>
        <w:t>Developed countries جو ہیں وہ چاہتے ہیں کہ جو lifestyle ہم اپنا چکے ہیں، اس سے پیچھے نہ ہٹیں۔ اس lifestyle کو maintain کرتے ہوئے یہ مسئلہ حل حل ہو جائے۔</w:t>
      </w:r>
    </w:p>
    <w:p>
      <w:r>
        <w:rPr>
          <w:b/>
        </w:rPr>
        <w:t xml:space="preserve">[1:33:37] </w:t>
      </w:r>
      <w:r>
        <w:t>To kaise hal hoga? Aur jo underdeveloped countries hain woh chahte hain ke hum, humein is lifestyle pahunchna hai, humein jo woh log jahan pahunch chuke hain.</w:t>
      </w:r>
    </w:p>
    <w:p>
      <w:pPr>
        <w:jc w:val="right"/>
      </w:pPr>
      <w:r>
        <w:t>تو کیسے حل ہوگا؟ اور جو underdeveloped countries ہیں وہ چاہتے ہیں کہ ہم، ہمیں اس lifestyle پہنچنا ہے، ہمیں جو وہ لوگ جہاں پہنچ چکے ہیں۔</w:t>
      </w:r>
    </w:p>
    <w:p>
      <w:r>
        <w:rPr>
          <w:b/>
        </w:rPr>
        <w:t xml:space="preserve">[1:33:48] </w:t>
      </w:r>
      <w:r>
        <w:t>To lifestyle ko maintain karna jo hai yeh basic baat hai kyunke global warming jo hai lifestyle ki wajah se hui hai ke zameen mein limited zarea hain, unlimited nahi hain.</w:t>
      </w:r>
    </w:p>
    <w:p>
      <w:pPr>
        <w:jc w:val="right"/>
      </w:pPr>
      <w:r>
        <w:t>تو lifestyle کو maintain کرنا جو ہے یہ basic بات ہے کیونکہ global warming جو ہے lifestyle کی وجہ سے ہوئی ہے کہ زمین میں limited ذرائع ہیں، unlimited نہیں ہیں۔</w:t>
      </w:r>
    </w:p>
    <w:p>
      <w:r>
        <w:rPr>
          <w:b/>
        </w:rPr>
        <w:t xml:space="preserve">[1:34:02] </w:t>
      </w:r>
      <w:r>
        <w:t>Aap chahte hain ke unlimited tor par apni khwahishein poori karein. To goya zameen ne refuse global warming ko matlab kiya hai?</w:t>
      </w:r>
    </w:p>
    <w:p>
      <w:pPr>
        <w:jc w:val="right"/>
      </w:pPr>
      <w:r>
        <w:t>آپ چاہتے ہیں کہ unlimited طور پر اپنی خواہشیں پوری کریں۔ تو گویا زمین نے refuse global warming کو مطلب کیا ہے؟</w:t>
      </w:r>
    </w:p>
    <w:p>
      <w:r>
        <w:rPr>
          <w:b/>
        </w:rPr>
        <w:t xml:space="preserve">[1:34:12] </w:t>
      </w:r>
      <w:r>
        <w:t>zameen ne refuse kar diya hai ke tum jitna chahte ho itna hum nahi de sakte yahan par. Mahatma Gandhi ne bohat sahi kaha tha ke earth provides enough for every man's need but not for every man's greed.</w:t>
      </w:r>
    </w:p>
    <w:p>
      <w:pPr>
        <w:jc w:val="right"/>
      </w:pPr>
      <w:r>
        <w:t>زمین نے refuse کر دیا ہے کہ تم جتنا چاہتے ہو اتنا ہم نہیں دے سکتے یہاں پر۔ مہاتما گاندھی نے بہت صحیح کہا تھا کہ earth provides enough for every man's need but not for every man's greed۔</w:t>
      </w:r>
    </w:p>
    <w:p>
      <w:r>
        <w:rPr>
          <w:b/>
        </w:rPr>
        <w:t xml:space="preserve">[1:34:30] </w:t>
      </w:r>
      <w:r>
        <w:t>to zameen ne inkar kar diya hai lekin koi jo is ko, jis ko woh lifestyle mil chuka hai, us se hatna nahi chahta. jo nahi mila hai, use chhodna nahi chahta.</w:t>
      </w:r>
    </w:p>
    <w:p>
      <w:pPr>
        <w:jc w:val="right"/>
      </w:pPr>
      <w:r>
        <w:t>تو زمین نے انکار کر دیا ہے لیکن کوئی جو اس کو، جس کو وہ lifestyle مل چکا ہے، اس سے ہٹنا نہیں چاہتا۔ جو نہیں ملا ہے، اسے چھوڑنا نہیں چاہتا۔</w:t>
      </w:r>
    </w:p>
    <w:p>
      <w:r>
        <w:rPr>
          <w:b/>
        </w:rPr>
        <w:t xml:space="preserve">[1:34:40] </w:t>
      </w:r>
      <w:r>
        <w:t>to ab to main samajhta hoon ke aakhri hal, hal yahi hai ke Allah taala kahe ke chalo hum, hum, hum qayamat barpa kar dete hain to na tum raho ge na woh rahen ge.</w:t>
      </w:r>
    </w:p>
    <w:p>
      <w:pPr>
        <w:jc w:val="right"/>
      </w:pPr>
      <w:r>
        <w:t>تو اب تو میں سمجھتا ہوں کہ آخری حل، حل یہی ہے کہ اللہ تعالیٰ کہے کہ چلو ہم، ہم، ہم قیامت برپا کر دیتے ہیں تو نہ تم رہو گے نہ وہ رہیں گے۔</w:t>
      </w:r>
    </w:p>
    <w:p>
      <w:r>
        <w:rPr>
          <w:b/>
        </w:rPr>
        <w:t xml:space="preserve">[1:34:50] </w:t>
      </w:r>
      <w:r>
        <w:t>ab to qayamat mujhe bohat hi qareeb dikhai de rahi hai. ek sahab se baat karti hoon, main ne kaha ke jaise train aa rahi hai, woh chhak chhak chhak karti hui, waisi qayamat aa rahi hai.</w:t>
      </w:r>
    </w:p>
    <w:p>
      <w:pPr>
        <w:jc w:val="right"/>
      </w:pPr>
      <w:r>
        <w:t>اب تو قیامت مجھے بہت ہی قریب دکھائی دے رہی ہے۔ ایک صاحب سے بات کرتی ہوں، میں نے کہا کہ جیسے ٹرین آ رہی ہے، وہ چھک چھک چھک کرتی ہوئی، ویسی قیامت آ رہی ہے۔</w:t>
      </w:r>
    </w:p>
    <w:p>
      <w:r>
        <w:rPr>
          <w:b/>
        </w:rPr>
        <w:t xml:space="preserve">[1:35:00] </w:t>
      </w:r>
      <w:r>
        <w:t>ab log dekhte nahi hain, sochte nahi, to kya kya jaye? shayad dunya ke scientist jo hain, shayad dunya ke scientist ek saaf saaf bol rahe hain ke ya to apne lifestyle ko badlo, nahi to qayamat ko face karo.</w:t>
      </w:r>
    </w:p>
    <w:p>
      <w:pPr>
        <w:jc w:val="right"/>
      </w:pPr>
      <w:r>
        <w:t>اب لوگ دیکھتے نہیں ہیں، سوچتے نہیں، تو کیا کیا جائے؟ شاید دنیا کے سائنٹسٹ جو ہیں، شاید دنیا کے سائنٹسٹ ایک صاف صاف بول رہے ہیں کہ یا تو اپنے لائف اسٹائل کو بدلو، نہیں تو قیامت کو فیس کرو۔</w:t>
      </w:r>
    </w:p>
    <w:p>
      <w:r>
        <w:rPr>
          <w:b/>
        </w:rPr>
        <w:t xml:space="preserve">[1:35:19] </w:t>
      </w:r>
      <w:r>
        <w:t>ya to lifestyle ko badlo ya doom stay ko face karo. lekin Copenhagen mein log gaye, khoob wahan par baatein keen aur phir chale gaye.</w:t>
      </w:r>
    </w:p>
    <w:p>
      <w:pPr>
        <w:jc w:val="right"/>
      </w:pPr>
      <w:r>
        <w:t>یا تو لائف اسٹائل کو بدلو یا ڈوم سٹے کو فیس کرو۔ لیکن Copenhagen میں لوگ گئے، خوب وہاں پر باتیں کیں اور پھر چلے گئے۔</w:t>
      </w:r>
    </w:p>
    <w:p>
      <w:r>
        <w:rPr>
          <w:b/>
        </w:rPr>
        <w:t xml:space="preserve">[1:35:29] </w:t>
      </w:r>
      <w:r>
        <w:t>12, 13 din tak baatein karte rahe, nateeja koi nahi nikla kyunke lifestyle ko badalne koi tayyar nahi. basic baat yahi hai ke jab tak lifestyle na badlein, aap drastically badalna pare ga aap ko, tab tak global warming khatm hone wali nahi hai.</w:t>
      </w:r>
    </w:p>
    <w:p>
      <w:pPr>
        <w:jc w:val="right"/>
      </w:pPr>
      <w:r>
        <w:t>12، 13 دن تک باتیں کرتے رہے، نتیجہ کوئی نہیں نکلا کیونکہ لائف اسٹائل کو بدلنے کوئی تیار نہیں۔ basic بات یہی ہے کہ جب تک لائف اسٹائل نہ بدلیں، آپ drastically بدلنا پڑے گا آپ کو، تب تک global warming ختم ہونے والی نہیں ہے۔</w:t>
      </w:r>
    </w:p>
    <w:p>
      <w:r>
        <w:rPr>
          <w:b/>
        </w:rPr>
        <w:t xml:space="preserve">[1:35:46] </w:t>
      </w:r>
      <w:r>
        <w:t>This question is from Mr. Jamaluddin from Delhi. main ghair muslimon mein da'wati kaam karta hoon, Allah ka parichay karata hoon, adiya 112 ki roshni mein.</w:t>
      </w:r>
    </w:p>
    <w:p>
      <w:pPr>
        <w:jc w:val="right"/>
      </w:pPr>
      <w:r>
        <w:t>This question is from Mr. Jamaluddin from Delhi۔ میں غیر مسلموں میں دعوتی کام کرتا ہوں، اللہ کا परिचय کراتا ہوں، ادیہ 112 کی روشنی میں۔</w:t>
      </w:r>
    </w:p>
    <w:p>
      <w:r>
        <w:rPr>
          <w:b/>
        </w:rPr>
        <w:t xml:space="preserve">[1:36:01] </w:t>
      </w:r>
      <w:r>
        <w:t>is ke baad woh kehte hain ke Ram Rahim sab ek hi hain aur sab log isi ki pooja karte hain.</w:t>
      </w:r>
    </w:p>
    <w:p>
      <w:pPr>
        <w:jc w:val="right"/>
      </w:pPr>
      <w:r>
        <w:t>اس کے بعد وہ کہتے ہیں کہ رام رحیم سب ایک ہی ہیں اور سب لوگ اسی کی پوجا کرتے ہیں۔</w:t>
      </w:r>
    </w:p>
    <w:p>
      <w:r>
        <w:rPr>
          <w:b/>
        </w:rPr>
        <w:t xml:space="preserve">[1:36:10] </w:t>
      </w:r>
      <w:r>
        <w:t>Maulana, aap bataein ke un ka, un ko kya jawab dein? yeh bilkul bekar baat hai. yeh koi ghair ilmi hai, ghair tarikhhi hai. na is ka ta'alluq tareekh se koi matlab hai, na is ka ilm se koi matlab hai.</w:t>
      </w:r>
    </w:p>
    <w:p>
      <w:pPr>
        <w:jc w:val="right"/>
      </w:pPr>
      <w:r>
        <w:t>مولانا، آپ بتائیں کہ ان کا، ان کو کیا جواب دیں؟ یہ بالکل بیکار بات ہے۔ یہ کوئی غیر علمی ہے، غیر تاریخی ہے۔ نہ اس کا تعلق تاریخ سے کوئی مطلب ہے، نہ اس کا علم سے کوئی مطلب ہے۔</w:t>
      </w:r>
    </w:p>
    <w:p>
      <w:r>
        <w:rPr>
          <w:b/>
        </w:rPr>
        <w:t xml:space="preserve">[1:36:21] </w:t>
      </w:r>
      <w:r>
        <w:t>yeh to kahani ki baatein hain. main is pe bohat likh chuka hoon, aap parhiye, hamari kitabon ko parhiye. balkeh yeh bilkul hi inma hai qalbata hua qail hua.</w:t>
      </w:r>
    </w:p>
    <w:p>
      <w:pPr>
        <w:jc w:val="right"/>
      </w:pPr>
      <w:r>
        <w:t>یہ تو کہانی کی باتیں ہیں۔ میں اس پہ بہت لکھ چکا ہوں، آپ پڑھیے، ہماری کتابوں کو پڑھیے۔ بلکہ یہ بالکل ہی انما ہے قلبۃ ہوا قائل ہوا۔</w:t>
      </w:r>
    </w:p>
    <w:p>
      <w:r>
        <w:rPr>
          <w:b/>
        </w:rPr>
        <w:t xml:space="preserve">[1:36:32] </w:t>
      </w:r>
      <w:r>
        <w:t>matlab ek baat keh di jaye, haqeeqat kuch bhi na ho. yeh theory jo hai, is ke peeche na ilm hai, na science hai, na aqal hai, kuch bhi nahi hai.</w:t>
      </w:r>
    </w:p>
    <w:p>
      <w:pPr>
        <w:jc w:val="right"/>
      </w:pPr>
      <w:r>
        <w:t>مطلب ایک بات کہہ دی جائے، حقیقت کچھ بھی نہ ہو۔ یہ تھیوری جو ہے، اس کے پیچھے نہ علم ہے، نہ سائنس ہے، نہ عقل ہے، کچھ بھی نہیں ہے۔</w:t>
      </w:r>
    </w:p>
    <w:p>
      <w:r>
        <w:rPr>
          <w:b/>
        </w:rPr>
        <w:t xml:space="preserve">[1:36:42] </w:t>
      </w:r>
      <w:r>
        <w:t>sirf ek kahani ki baat hai. baqi aap detail mein jana chahte hain, detail mein to hamari kitabein parhiye aap. This question is from Miss Razia from Delhi.</w:t>
      </w:r>
    </w:p>
    <w:p>
      <w:pPr>
        <w:jc w:val="right"/>
      </w:pPr>
      <w:r>
        <w:t>صرف ایک کہانی کی بات ہے۔ باقی آپ ڈیٹیل میں جانا چاہتے ہیں، ڈیٹیل میں تو ہماری کتابیں پڑھیے آپ۔ This question is from Miss Razia from Delhi۔</w:t>
      </w:r>
    </w:p>
    <w:p>
      <w:r>
        <w:rPr>
          <w:b/>
        </w:rPr>
        <w:t xml:space="preserve">[1:36:57] </w:t>
      </w:r>
      <w:r>
        <w:t>Despite the fact that God granted man mind to discover the truth, he remains insincere towards achieving this goal.</w:t>
      </w:r>
    </w:p>
    <w:p>
      <w:pPr>
        <w:jc w:val="right"/>
      </w:pPr>
      <w:r>
        <w:t>Despite the fact that God granted man mind to discover the truth, he remains insincere towards achieving this goal.</w:t>
      </w:r>
    </w:p>
    <w:p>
      <w:r>
        <w:rPr>
          <w:b/>
        </w:rPr>
        <w:t xml:space="preserve">[1:37:07] </w:t>
      </w:r>
      <w:r>
        <w:t>Why is this so, Maulana? wahi main ne arz kiya ke aap ne ke jo thinking capacity hai, us ko daal diya is ne yani material cheezon ko hazir karne ke liye,</w:t>
      </w:r>
    </w:p>
    <w:p>
      <w:pPr>
        <w:jc w:val="right"/>
      </w:pPr>
      <w:r>
        <w:t>Why is this so, مولانا؟ وہی میں نے عرض کیا کہ آپ نے کہ جو thinking capacity ہے، اس کو ڈال دیا اس نے یعنی مٹیریل چیزوں کو حاضر کرنے کے لیے،</w:t>
      </w:r>
    </w:p>
    <w:p>
      <w:r>
        <w:rPr>
          <w:b/>
        </w:rPr>
        <w:t xml:space="preserve">[1:37:22] </w:t>
      </w:r>
      <w:r>
        <w:t>ma'rifat ke liye istemal hi nahi kiya is ne. matlab thinking capacity ka ek istemal yeh hai ke aap is ke liye ma'rifat ki taraf us ko istemal karein, haqaiq ko daryaft karein, realities ko daryaft karein.</w:t>
      </w:r>
    </w:p>
    <w:p>
      <w:pPr>
        <w:jc w:val="right"/>
      </w:pPr>
      <w:r>
        <w:t>معرفت کے لیے استعمال ہی نہیں کیا اس نے۔ مطلب thinking capacity کا ایک استعمال یہ ہے کہ آپ اس کے لیے معرفت کی طرف اس کو استعمال کریں، حقائق کو دریافت کریں، realities کو دریافت کریں۔</w:t>
      </w:r>
    </w:p>
    <w:p>
      <w:r>
        <w:rPr>
          <w:b/>
        </w:rPr>
        <w:t xml:space="preserve">[1:37:37] </w:t>
      </w:r>
      <w:r>
        <w:t>lekin logon ne ek dam chhod diya is ko, is ki taraf aur bani aur bani. to sab is mein phanse hue hain.</w:t>
      </w:r>
    </w:p>
    <w:p>
      <w:pPr>
        <w:jc w:val="right"/>
      </w:pPr>
      <w:r>
        <w:t>لیکن لوگوں نے ایک دم چھوڑ دیا اس کو، اس کی طرف اور بنی اور بنی۔ تو سب اس میں پھنسے ہوئے ہیں۔</w:t>
      </w:r>
    </w:p>
    <w:p>
      <w:r>
        <w:rPr>
          <w:b/>
        </w:rPr>
        <w:t xml:space="preserve">[1:37:47] </w:t>
      </w:r>
      <w:r>
        <w:t>to is ko, is ko to yahi haal is ka hoga. kisi ko dilchaspi nahi hai ke woh realities ko jaane, sachai ko jaane.</w:t>
      </w:r>
    </w:p>
    <w:p>
      <w:pPr>
        <w:jc w:val="right"/>
      </w:pPr>
      <w:r>
        <w:t>تو اس کو، اس کو تو یہی حال اس کا ہوگا۔ کسی کو دلچسپی نہیں ہے کہ وہ realities کو جانے، سچائی کو جانے۔</w:t>
      </w:r>
    </w:p>
    <w:p>
      <w:r>
        <w:rPr>
          <w:b/>
        </w:rPr>
        <w:t xml:space="preserve">[1:37:57] </w:t>
      </w:r>
      <w:r>
        <w:t>to ek hai sachai ki taraf istemal karna, ek hai material cheezon ko hasil karne ke liye istemal karna. to sab log isi par daud rahe hain, koi sunta hi nahi hai.</w:t>
      </w:r>
    </w:p>
    <w:p>
      <w:pPr>
        <w:jc w:val="right"/>
      </w:pPr>
      <w:r>
        <w:t>تو ایک ہے سچائی کی طرف استعمال کرنا، ایک ہے مٹیریل چیزوں کو حاصل کرنے کے لیے استعمال کرنا۔ تو سب لوگ اسی پر دوڑ رہے ہیں، کوئی سنتا ہی نہیں ہے۔</w:t>
      </w:r>
    </w:p>
    <w:p>
      <w:r>
        <w:rPr>
          <w:b/>
        </w:rPr>
        <w:t xml:space="preserve">[1:38:10] </w:t>
      </w:r>
      <w:r>
        <w:t>ab kya kya jaye? ab apne koshish ko aur tez, dua work ko aur tez kar dijiye. yahi kar sakte hain hum log. dua karein aur dua work karein.</w:t>
      </w:r>
    </w:p>
    <w:p>
      <w:pPr>
        <w:jc w:val="right"/>
      </w:pPr>
      <w:r>
        <w:t>اب کیا کیا جائے؟ اب اپنے کوشش کو اور تیز، دعا ورک کو اور تیز کر دیجیے۔ یہی کر سکتے ہیں ہم لوگ۔ دعا کریں اور دعا ورک کریں۔</w:t>
      </w:r>
    </w:p>
    <w:p>
      <w:r>
        <w:rPr>
          <w:b/>
        </w:rPr>
        <w:t xml:space="preserve">[1:38:20] </w:t>
      </w:r>
      <w:r>
        <w:t>This question is from Mr. Khaled Ansari from Delhi. There is a hadith which goes like this: "إن السمع والبصر".</w:t>
      </w:r>
    </w:p>
    <w:p>
      <w:pPr>
        <w:jc w:val="right"/>
      </w:pPr>
      <w:r>
        <w:t>This question is from Mr. Khaled Ansari from Delhi۔ There is a حدیث which goes like this: "إن السمع والبصر"۔</w:t>
      </w:r>
    </w:p>
    <w:p>
      <w:r>
        <w:rPr>
          <w:b/>
        </w:rPr>
        <w:t xml:space="preserve">[1:38:31] </w:t>
      </w:r>
      <w:r>
        <w:t>Maulana, could you explain the meaning of this hadith? haan, yeh Quran majeed mein hai ke "إن السمع والبصر والفؤاد". kul kan mas'ala yani dil aur aankh, aur aankh,</w:t>
      </w:r>
    </w:p>
    <w:p>
      <w:pPr>
        <w:jc w:val="right"/>
      </w:pPr>
      <w:r>
        <w:t>مولانا، could you explain the meaning of this حدیث؟ ہاں، یہ قرآن مجید میں ہے کہ "إن السمع والبصر والفؤاد"۔ کل کان مسئلہ یعنی دل اور آنکھ، اور آنکھ،</w:t>
      </w:r>
    </w:p>
    <w:p>
      <w:r>
        <w:rPr>
          <w:b/>
        </w:rPr>
        <w:t xml:space="preserve">[1:38:45] </w:t>
      </w:r>
      <w:r>
        <w:t>dil aur aankh, aur kaan. dil se murad mere nazdeek mind hai. dil ke baad yeh dil hai jo yahan par hai.</w:t>
      </w:r>
    </w:p>
    <w:p>
      <w:pPr>
        <w:jc w:val="right"/>
      </w:pPr>
      <w:r>
        <w:t>دل اور آنکھ، اور کان۔ دل سے مراد میرے نزدیک mind ہے۔ دل کے بعد یہ دل ہے جو یہاں پر ہے۔</w:t>
      </w:r>
    </w:p>
    <w:p>
      <w:r>
        <w:rPr>
          <w:b/>
        </w:rPr>
        <w:t xml:space="preserve">[1:38:55] </w:t>
      </w:r>
      <w:r>
        <w:t>matlab sochne ki taqat, dekhne ki taqat, sunne ki taqat. teen taqaton ki taraf ishara hai ke tumhein sahi aankh ka sahi istemal karna hai, kaan ka sahi istemal karna hai, sochne ka bhi sahi istemal karna hai.</w:t>
      </w:r>
    </w:p>
    <w:p>
      <w:pPr>
        <w:jc w:val="right"/>
      </w:pPr>
      <w:r>
        <w:t>مطلب سوچنے کی طاقت، دیکھنے کی طاقت، سننے کی طاقت۔ تین طاقتوں کی طرف اشارہ ہے کہ تمہیں صحیح آنکھ کا صحیح استعمال کرنا ہے، کان کا صحیح استعمال کرنا ہے، سوچنے کا بھی صحیح استعمال کرنا ہے۔</w:t>
      </w:r>
    </w:p>
    <w:p>
      <w:r>
        <w:rPr>
          <w:b/>
        </w:rPr>
        <w:t xml:space="preserve">[1:39:09] </w:t>
      </w:r>
      <w:r>
        <w:t>nahi to Khuda ke haan tum responsible ho, pakde jaoge. insaan ki jo teen faculty hain, us ki taraf ishara kiya hai. is mein sochne ki faculty, sunne ki faculty, dekhne ki faculty.</w:t>
      </w:r>
    </w:p>
    <w:p>
      <w:pPr>
        <w:jc w:val="right"/>
      </w:pPr>
      <w:r>
        <w:t>نہیں تو خدا کے ہاں تم responsible ہو، پکڑے جاؤ گے۔ انسان کی جو تین faculty ہیں، اس کی طرف اشارہ کیا ہے۔ اس میں سوچنے کی faculty، سننے کی faculty، دیکھنے کی faculty۔</w:t>
      </w:r>
    </w:p>
    <w:p>
      <w:r>
        <w:rPr>
          <w:b/>
        </w:rPr>
        <w:t xml:space="preserve">[1:39:24] </w:t>
      </w:r>
      <w:r>
        <w:t>to teenon ka ek proper use hai, ek ek ek misuse hai is ka. jo proper use karega, Allah taala ke haan woh jannat payega.</w:t>
      </w:r>
    </w:p>
    <w:p>
      <w:pPr>
        <w:jc w:val="right"/>
      </w:pPr>
      <w:r>
        <w:t>تو تینوں کا ایک proper use ہے، ایک ایک ایک misuse ہے اس کا۔ جو proper use کرے گا، اللہ تعالیٰ کے ہاں وہ جنت پائے گا۔</w:t>
      </w:r>
    </w:p>
    <w:p>
      <w:r>
        <w:rPr>
          <w:b/>
        </w:rPr>
        <w:t xml:space="preserve">[1:39:33] </w:t>
      </w:r>
      <w:r>
        <w:t>Misuse karega to pakda jayega, is ko saza hogi. yeh matlab hai "innal basar wal fuad". "innal sam'a wal basar wal fuad".</w:t>
      </w:r>
    </w:p>
    <w:p>
      <w:pPr>
        <w:jc w:val="right"/>
      </w:pPr>
      <w:r>
        <w:t>Misuse کرے گا تو پکڑا جائے گا، اس کو سزا ہوگی۔ یہ مطلب ہے "إن البصر والفؤاد"۔ "إن السمع والبصر والفؤاد"۔</w:t>
      </w:r>
    </w:p>
    <w:p>
      <w:r>
        <w:rPr>
          <w:b/>
        </w:rPr>
        <w:t xml:space="preserve">[1:39:42] </w:t>
      </w:r>
      <w:r>
        <w:t>kal ka masla tha ke dekhna aur sunna aur sochna teenon Allah taala ke haan responsible hain aur har ek ki pakad hogi Allah taala ke haan agar is ko misuse karega woh aadmi.</w:t>
      </w:r>
    </w:p>
    <w:p>
      <w:pPr>
        <w:jc w:val="right"/>
      </w:pPr>
      <w:r>
        <w:t>کل کان مسئلہ کہ کہ دیکھنا اور سننا اور سوچنا تینوں اللہ تعالیٰ کے ہاں responsible ہیں اور ہر ایک کی پکڑ ہوگی اللہ تعالیٰ کے ہاں اگر اس کو misuse کرے گا وہ آدمی۔</w:t>
      </w:r>
    </w:p>
    <w:p>
      <w:r>
        <w:rPr>
          <w:b/>
        </w:rPr>
        <w:t xml:space="preserve">[1:40:01] </w:t>
      </w:r>
      <w:r>
        <w:t>This question is from Dr. Hamid Hussain from Delhi. I read a book from CPS Library which gives some details of unauthentic hadith.</w:t>
      </w:r>
    </w:p>
    <w:p>
      <w:pPr>
        <w:jc w:val="right"/>
      </w:pPr>
      <w:r>
        <w:t>This question is from Dr. حامد حسین from Delhi۔ I read a book from CPS Library which gives some details of unauthentic حدیث۔</w:t>
      </w:r>
    </w:p>
    <w:p>
      <w:r>
        <w:rPr>
          <w:b/>
        </w:rPr>
        <w:t xml:space="preserve">[1:40:14] </w:t>
      </w:r>
      <w:r>
        <w:t>Today also one gentleman from Pennsylvania referred to a controversial hadith. Maulana, then how much importance we should give to hadith and how to segregate between authentic and unauthentic hadith?</w:t>
      </w:r>
    </w:p>
    <w:p>
      <w:pPr>
        <w:jc w:val="right"/>
      </w:pPr>
      <w:r>
        <w:t>Today also one gentleman from Pennsylvania referred to a controversial حدیث۔ مولانا، then how much importance we should give to حدیث and how to segregate between authentic and unauthentic حدیث؟</w:t>
      </w:r>
    </w:p>
    <w:p>
      <w:r>
        <w:rPr>
          <w:b/>
        </w:rPr>
        <w:t xml:space="preserve">[1:40:30] </w:t>
      </w:r>
      <w:r>
        <w:t>Kindly comment. bhai, yeh to ek bahut bada ilm hai. ilm al hadith jo hai, bahut aasani se hum alag kar sakte hain. koi masla nahi hai is mein. jaise maine arz kiya na ke library mein aaj bhi geo centric theory maujood hai, helo centric maujood hai, dono maujood hain.</w:t>
      </w:r>
    </w:p>
    <w:p>
      <w:pPr>
        <w:jc w:val="right"/>
      </w:pPr>
      <w:r>
        <w:t>Kindly comment۔ بھئی، یہ تو ایک بہت بڑا علم ہے۔ علم الحدیث جو ہے، بہت آسانی سے ہم الگ کر سکتے ہیں۔ کوئی مسئلہ نہیں ہے اس میں۔ جیسے میں نے عرض کیا نا کہ لائبریری میں آج بھی جیو سینٹرک تھیوری موجود ہے، ہیلو سینٹرک موجود ہے، دونوں موجود ہیں۔</w:t>
      </w:r>
    </w:p>
    <w:p>
      <w:r>
        <w:rPr>
          <w:b/>
        </w:rPr>
        <w:t xml:space="preserve">[1:40:47] </w:t>
      </w:r>
      <w:r>
        <w:t>phir bhi hum alag kar lete hain is ko.</w:t>
      </w:r>
    </w:p>
    <w:p>
      <w:pPr>
        <w:jc w:val="right"/>
      </w:pPr>
      <w:r>
        <w:t>پھر بھی ہم الگ کر لیتے ہیں اس کو۔</w:t>
      </w:r>
    </w:p>
    <w:p>
      <w:r>
        <w:rPr>
          <w:b/>
        </w:rPr>
        <w:t xml:space="preserve">[1:40:52] </w:t>
      </w:r>
      <w:r>
        <w:t>aadhe paune jab mein shuru kiya tha mutala maine to wahan ek mehta library hua karti thi. is mein sari purani baatein wahan maujood thin. wahan geo centric wali kitabein maujood thin.</w:t>
      </w:r>
    </w:p>
    <w:p>
      <w:pPr>
        <w:jc w:val="right"/>
      </w:pPr>
      <w:r>
        <w:t>آدھے پونے جب میں شروع کیا تھا مطالعہ میں نے تو وہاں ایک مہتا لائبریری ہوا کرتی تھی۔ اس میں ساری پرانی باتیں وہاں موجود تھیں۔ وہاں جیو سینٹرک والی کتابیں موجود تھیں۔</w:t>
      </w:r>
    </w:p>
    <w:p>
      <w:r>
        <w:rPr>
          <w:b/>
        </w:rPr>
        <w:t xml:space="preserve">[1:41:02] </w:t>
      </w:r>
      <w:r>
        <w:t>wahan par main gard gard jhaad jhaad padhta tha is ko. to aaj bhi hai. to dono ki tarah ki cheezein maujood hain. aap chhaadte hain is ko.</w:t>
      </w:r>
    </w:p>
    <w:p>
      <w:pPr>
        <w:jc w:val="right"/>
      </w:pPr>
      <w:r>
        <w:t>وہاں پر میں گرد گرد جھاڑ جھاڑ پڑھتا تھا اس کو۔ تو آج بھی ہے۔ تو دونوں کی طرح کی چیزیں موجود ہیں۔ آپ چھاڑتے ہیں اس کو۔</w:t>
      </w:r>
    </w:p>
    <w:p>
      <w:r>
        <w:rPr>
          <w:b/>
        </w:rPr>
        <w:t xml:space="preserve">[1:41:11] </w:t>
      </w:r>
      <w:r>
        <w:t>ab bhi aql ko istemal karte hain. aise yahan bhi aql ko istemal kijiye. is ko mitane ki zaroorat nahi hai. is ko aql ko sahi istemal karne ki zaroorat hai.</w:t>
      </w:r>
    </w:p>
    <w:p>
      <w:pPr>
        <w:jc w:val="right"/>
      </w:pPr>
      <w:r>
        <w:t>اب بھی عقل کو استعمال کرتے ہیں۔ ایسے یہاں بھی عقل کو استعمال کیجیے۔ اس کو مٹانے کی ضرورت نہیں ہے۔ اس کو عقل کو صحیح استعمال کرنے کی ضرورت ہے۔</w:t>
      </w:r>
    </w:p>
    <w:p>
      <w:r>
        <w:rPr>
          <w:b/>
        </w:rPr>
        <w:t xml:space="preserve">[1:41:24] </w:t>
      </w:r>
      <w:r>
        <w:t>mujhe to koi fark nahi padta. main sab hadithon ko padhta hoon. mujhe koi fark nahi padta. main chhaad deta hoon. aise aap bhi kijiye.</w:t>
      </w:r>
    </w:p>
    <w:p>
      <w:pPr>
        <w:jc w:val="right"/>
      </w:pPr>
      <w:r>
        <w:t>مجھے تو کوئی فرق نہیں پڑتا۔ میں سب حدیثوں کو پڑھتا ہوں۔ مجھے کوئی فرق نہیں پڑتا۔ میں چھاڑ دیتا ہوں۔ ایسے آپ بھی کیجیے۔</w:t>
      </w:r>
    </w:p>
    <w:p>
      <w:r>
        <w:rPr>
          <w:b/>
        </w:rPr>
        <w:t xml:space="preserve">[1:41:35] </w:t>
      </w:r>
      <w:r>
        <w:t>This question is from Dr. Farida Khanam from Delhi. aql which was created for the realization of God has almost always misled man.</w:t>
      </w:r>
    </w:p>
    <w:p>
      <w:pPr>
        <w:jc w:val="right"/>
      </w:pPr>
      <w:r>
        <w:t>This question is from Dr. فریدہ خانم from Delhi۔ عقل which was created for the realization of God has almost always misled man۔</w:t>
      </w:r>
    </w:p>
    <w:p>
      <w:r>
        <w:rPr>
          <w:b/>
        </w:rPr>
        <w:t xml:space="preserve">[1:41:49] </w:t>
      </w:r>
      <w:r>
        <w:t>Why is it so? ab khwahish, khwahish, khwahish jo hai, insaan ke andar dekhein, ek hai desire, ek khwahish aur ek hai soch.</w:t>
      </w:r>
    </w:p>
    <w:p>
      <w:pPr>
        <w:jc w:val="right"/>
      </w:pPr>
      <w:r>
        <w:t>Why is it so؟ اب خواہش، خواہش، خواہش جو ہے، انسان کے اندر دیکھیں، ایک ہے desire، ایک خواہش اور ایک ہے سوچ۔</w:t>
      </w:r>
    </w:p>
    <w:p>
      <w:r>
        <w:rPr>
          <w:b/>
        </w:rPr>
        <w:t xml:space="preserve">[1:42:04] </w:t>
      </w:r>
      <w:r>
        <w:t>to insaan ki soch par is ki khwahish ghalib aa jati hai bar bar. kyunke apni khwahish pe chalta, apni khwahish pe chalna, jazbat pe chalna, apne whim pe chalna bada aasan rehta hai woh.</w:t>
      </w:r>
    </w:p>
    <w:p>
      <w:pPr>
        <w:jc w:val="right"/>
      </w:pPr>
      <w:r>
        <w:t>تو انسان کی سوچ پر اس کی خواہش غالب آ جاتی ہے بار بار۔ کیونکہ اپنی خواہش پہ چلتا، اپنی خواہش پہ چلنا، جذبات پہ چلنا، اپنے whim پہ چلنا بڑا آسان رہتا ہے وہ۔</w:t>
      </w:r>
    </w:p>
    <w:p>
      <w:r>
        <w:rPr>
          <w:b/>
        </w:rPr>
        <w:t xml:space="preserve">[1:42:16] </w:t>
      </w:r>
      <w:r>
        <w:t>aur soch ke chalein to woh mushkil nazar aata hai. kai aap soch ke chalein to lage ke phir apne gusse ko control karna hai, apni khwahishon ko rokna hai, kisi ke sath badgumaani nahi karna hai.</w:t>
      </w:r>
    </w:p>
    <w:p>
      <w:pPr>
        <w:jc w:val="right"/>
      </w:pPr>
      <w:r>
        <w:t>اور سوچ کے چلیں تو وہ مشکل نظر آتا ہے۔ کئی آپ سوچ کے چلیں تو لگے کہ پھر اپنے غصے کو کنٹرول کرنا ہے، اپنی خواہشوں کو روکنا ہے، کسی کے ساتھ بدگمانی نہیں کرنا ہے۔</w:t>
      </w:r>
    </w:p>
    <w:p>
      <w:r>
        <w:rPr>
          <w:b/>
        </w:rPr>
        <w:t xml:space="preserve">[1:42:28] </w:t>
      </w:r>
      <w:r>
        <w:t>yeh sab mushkil lagta hai. to sari wajah yahi hai ke aadmi khwahish ko control nahi kar pata.</w:t>
      </w:r>
    </w:p>
    <w:p>
      <w:pPr>
        <w:jc w:val="right"/>
      </w:pPr>
      <w:r>
        <w:t>یہ سب مشکل لگتا ہے۔ تو ساری وجہ یہی ہے کہ آدمی خواہش کو کنٹرول نہیں کر پاتا۔</w:t>
      </w:r>
    </w:p>
    <w:p>
      <w:r>
        <w:rPr>
          <w:b/>
        </w:rPr>
        <w:t xml:space="preserve">[1:42:38] </w:t>
      </w:r>
      <w:r>
        <w:t>is wajah se yeh sab buraiyan paida hoti hain. to sab se badi cheez hai control karna, apne ko discipline mein rakhna.</w:t>
      </w:r>
    </w:p>
    <w:p>
      <w:pPr>
        <w:jc w:val="right"/>
      </w:pPr>
      <w:r>
        <w:t>اس وجہ سے یہ سب برائیاں پیدا ہوتی ہیں۔ تو سب سے بڑی چیز ہے کنٹرول کرنا، اپنے کو ڈسپلن میں رکھنا۔</w:t>
      </w:r>
    </w:p>
    <w:p>
      <w:r>
        <w:rPr>
          <w:b/>
        </w:rPr>
        <w:t xml:space="preserve">[1:42:50] </w:t>
      </w:r>
      <w:r>
        <w:t>This question is from Miss Shahida Zor from Delhi. Maulana sahib, we find many gurus, shahs and amils in every part of Delhi who claim to remove the miseries of people with the help of their ilm and combine many religious rituals.</w:t>
      </w:r>
    </w:p>
    <w:p>
      <w:pPr>
        <w:jc w:val="right"/>
      </w:pPr>
      <w:r>
        <w:t>This question is from Miss شاہدہ زور from Delhi۔ مولانا صاحب، we find many gurus، shahs and amils in every part of Delhi who claim to remove the miseries of people with the help of their علم and combine many religious rituals.</w:t>
      </w:r>
    </w:p>
    <w:p>
      <w:r>
        <w:rPr>
          <w:b/>
        </w:rPr>
        <w:t xml:space="preserve">[1:43:12] </w:t>
      </w:r>
      <w:r>
        <w:t>Is it not misleading for the illiterate people</w:t>
      </w:r>
    </w:p>
    <w:p>
      <w:pPr>
        <w:jc w:val="right"/>
      </w:pPr>
      <w:r>
        <w:t>Is it not misleading for the illiterate people</w:t>
      </w:r>
    </w:p>
    <w:p>
      <w:r>
        <w:rPr>
          <w:b/>
        </w:rPr>
        <w:t xml:space="preserve">[1:43:16] </w:t>
      </w:r>
      <w:r>
        <w:t>? What should we do to stop this? stop to aap kar nahi sakte. har aadmi ko azadi hai, aap kaise stop kar denge?</w:t>
      </w:r>
    </w:p>
    <w:p>
      <w:pPr>
        <w:jc w:val="right"/>
      </w:pPr>
      <w:r>
        <w:t>? What should we do to stop this؟ اسٹاپ تو آپ کر نہیں سکتے۔ ہر آدمی کو آزادی ہے، آپ کیسے اسٹاپ کر دیں گے؟</w:t>
      </w:r>
    </w:p>
    <w:p>
      <w:r>
        <w:rPr>
          <w:b/>
        </w:rPr>
        <w:t xml:space="preserve">[1:43:26] </w:t>
      </w:r>
      <w:r>
        <w:t>apne ko bachaiye bas. woh to government bhi stop nahi kar sakti.</w:t>
      </w:r>
    </w:p>
    <w:p>
      <w:pPr>
        <w:jc w:val="right"/>
      </w:pPr>
      <w:r>
        <w:t>اپنے کو بچائیے بس۔ وہ تو گورنمنٹ بھی اسٹاپ نہیں کر سکتی۔</w:t>
      </w:r>
    </w:p>
    <w:p>
      <w:r>
        <w:rPr>
          <w:b/>
        </w:rPr>
        <w:t xml:space="preserve">[1:43:33] </w:t>
      </w:r>
      <w:r>
        <w:t>stop karna to kisi ke bas mein nahi hai. apne ko bachaiye aur doosron ko bataiye. 2.5 wali aayi hai ke apne ko bachaiye aur doosron ko bataiye.</w:t>
      </w:r>
    </w:p>
    <w:p>
      <w:pPr>
        <w:jc w:val="right"/>
      </w:pPr>
      <w:r>
        <w:t>اسٹاپ کرنا تو کسی کے بس میں نہیں ہے۔ اپنے کو بچائیے اور دوسروں کو بتائیے۔ 2.5 والی آئی ہے کہ اپنے کو بچائیے اور دوسروں کو بتائیے۔</w:t>
      </w:r>
    </w:p>
    <w:p>
      <w:r>
        <w:rPr>
          <w:b/>
        </w:rPr>
        <w:t xml:space="preserve">[1:43:45] </w:t>
      </w:r>
      <w:r>
        <w:t>baqi is ko</w:t>
      </w:r>
    </w:p>
    <w:p>
      <w:pPr>
        <w:jc w:val="right"/>
      </w:pPr>
      <w:r>
        <w:t>باقی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