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Roza and The Quran June 11, 2017 Maulana Wahiduddin Khan</w:t>
      </w:r>
    </w:p>
    <w:p>
      <w:r>
        <w:t>https://www.youtube.com/watch?v=pcDn2S_O2nA</w:t>
      </w:r>
    </w:p>
    <w:p>
      <w:r>
        <w:rPr>
          <w:b/>
        </w:rPr>
        <w:t xml:space="preserve">[00:14] </w:t>
      </w:r>
      <w:r>
        <w:t>Bismillah hir rahman nir rahim, wa salla Allahu ala nabiyyil karim, rab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[00:33] </w:t>
      </w:r>
      <w:r>
        <w:t>aaj 15 Ramzan 1468 hijri ki tareekh hai.</w:t>
      </w:r>
    </w:p>
    <w:p>
      <w:pPr>
        <w:jc w:val="right"/>
      </w:pPr>
      <w:r>
        <w:t>آج 15 رمضان 1468 ہجری کی تاریخ ہے۔</w:t>
      </w:r>
    </w:p>
    <w:p>
      <w:r>
        <w:rPr>
          <w:b/>
        </w:rPr>
        <w:t xml:space="preserve">[00:44] </w:t>
      </w:r>
      <w:r>
        <w:t>ramzan ka mubarak, ramzan ka mahina.</w:t>
      </w:r>
    </w:p>
    <w:p>
      <w:pPr>
        <w:jc w:val="right"/>
      </w:pPr>
      <w:r>
        <w:t>رمضان کا مبارک، رمضان کا مہینہ۔</w:t>
      </w:r>
    </w:p>
    <w:p>
      <w:r>
        <w:rPr>
          <w:b/>
        </w:rPr>
        <w:t xml:space="preserve">[00:50] </w:t>
      </w:r>
      <w:r>
        <w:t>mein soch raha tha ke yeh roze ka jo hukum hai ek mahine ke liye, is ke liye 12 mahinon mein se ramzan ka mahina kyun chuna gaya?</w:t>
      </w:r>
    </w:p>
    <w:p>
      <w:pPr>
        <w:jc w:val="right"/>
      </w:pPr>
      <w:r>
        <w:t>میں سوچ رہا تھا کہ یہ روزے کا جو حکم ہے ایک مہینے کے لیے، اس کے لیے 12 مہینوں میں سے رمضان کا مہینہ کیوں چنا گیا؟</w:t>
      </w:r>
    </w:p>
    <w:p>
      <w:r>
        <w:rPr>
          <w:b/>
        </w:rPr>
        <w:t xml:space="preserve">[01:05] </w:t>
      </w:r>
      <w:r>
        <w:t>to is ka jawab khud quran ki ayat mein maujood hai. woh hai: "shahr ramzan allazi unzil fi alquran".</w:t>
      </w:r>
    </w:p>
    <w:p>
      <w:pPr>
        <w:jc w:val="right"/>
      </w:pPr>
      <w:r>
        <w:t>تو اس کا جواب خود قرآن کی آیت میں موجود ہے۔ وہ ہے: "شہر رمضان الذی انزل فی القرآن"۔</w:t>
      </w:r>
    </w:p>
    <w:p>
      <w:r>
        <w:rPr>
          <w:b/>
        </w:rPr>
        <w:t xml:space="preserve">[01:14] </w:t>
      </w:r>
      <w:r>
        <w:t>yeh woh mahina hai jis mein quran utara gaya.</w:t>
      </w:r>
    </w:p>
    <w:p>
      <w:pPr>
        <w:jc w:val="right"/>
      </w:pPr>
      <w:r>
        <w:t>یہ وہ مہینہ ہے جس میں قرآن اتارا گیا۔</w:t>
      </w:r>
    </w:p>
    <w:p>
      <w:r>
        <w:rPr>
          <w:b/>
        </w:rPr>
        <w:t xml:space="preserve">[01:21] </w:t>
      </w:r>
      <w:r>
        <w:t>to is mahine mein allah ta'ala ko matloob hai ke log roze rakh kar apne aap ko zyada se zyada muttaqi banaein.</w:t>
      </w:r>
    </w:p>
    <w:p>
      <w:pPr>
        <w:jc w:val="right"/>
      </w:pPr>
      <w:r>
        <w:t>تو اس مہینے میں اللہ تعالیٰ کو مطلوب ہے کہ لوگ روزہ رکھ کر اپنے آپ کو زیادہ سے زیادہ متقی بنائیں۔</w:t>
      </w:r>
    </w:p>
    <w:p>
      <w:r>
        <w:rPr>
          <w:b/>
        </w:rPr>
        <w:t xml:space="preserve">[01:33] </w:t>
      </w:r>
      <w:r>
        <w:t>muttaqi yani serious, sincere.</w:t>
      </w:r>
    </w:p>
    <w:p>
      <w:pPr>
        <w:jc w:val="right"/>
      </w:pPr>
      <w:r>
        <w:t>متقی یعنی سیریس، سنسیر۔</w:t>
      </w:r>
    </w:p>
    <w:p>
      <w:r>
        <w:rPr>
          <w:b/>
        </w:rPr>
        <w:t xml:space="preserve">[01:40] </w:t>
      </w:r>
      <w:r>
        <w:t>muttaqi koi purasrar lafz nahi hai. muttaqin raush ke bare mein bohat zyada serious ho jana. to is mahine ko allah ko matloob hua ke log is mahine mein roze rakh kar apne aap ko tayyar karein.</w:t>
      </w:r>
    </w:p>
    <w:p>
      <w:pPr>
        <w:jc w:val="right"/>
      </w:pPr>
      <w:r>
        <w:t>متقی کوئی پراسرار لفظ نہیں ہے۔ متقین روش کے بارے میں بہت زیادہ سیریس ہو جانا۔ تو اس مہینے کو اللہ کو مطلوب ہوا کہ لوگ اس مہینے میں روزہ رکھ کر اپنے آپ کو تیار کریں۔</w:t>
      </w:r>
    </w:p>
    <w:p>
      <w:r>
        <w:rPr>
          <w:b/>
        </w:rPr>
        <w:t xml:space="preserve">[02:08] </w:t>
      </w:r>
      <w:r>
        <w:t>yani yeh ek self preparation ka mahina hai. yeh tayyar karna kis liye?</w:t>
      </w:r>
    </w:p>
    <w:p>
      <w:pPr>
        <w:jc w:val="right"/>
      </w:pPr>
      <w:r>
        <w:t>یعنی یہ ایک سیلف پریپریشن کا مہینہ ہے۔ یہ تیار کرنا کس لیے؟</w:t>
      </w:r>
    </w:p>
    <w:p>
      <w:r>
        <w:rPr>
          <w:b/>
        </w:rPr>
        <w:t xml:space="preserve">[02:16] </w:t>
      </w:r>
      <w:r>
        <w:t>tayyar karna muttaqiana soch ke liye. khud roza koi aakhri baat nahi hai. yeh aisa nahi hai ke roza ek jo is ke jo rituals hain, is ka jo form hai, us ko dhona, us ko dhara dhara, bas yahi asal hai.</w:t>
      </w:r>
    </w:p>
    <w:p>
      <w:pPr>
        <w:jc w:val="right"/>
      </w:pPr>
      <w:r>
        <w:t>تیار کرنا متقیانہ سوچ کے لیے۔ خود روزہ کوئی آخری بات نہیں ہے۔ یہ ایسا نہیں ہے کہ روزہ ایک جو اس کے جو ریچولز ہیں، اس کا جو فارم ہے، اس کو دھونا، اس کو دہرا دھرا، بس یہی اصل ہے۔</w:t>
      </w:r>
    </w:p>
    <w:p>
      <w:r>
        <w:rPr>
          <w:b/>
        </w:rPr>
        <w:t xml:space="preserve">[02:34] </w:t>
      </w:r>
      <w:r>
        <w:t>hargiz nahi. kyunke hadith mein aata hai ke: "kam min saim lais min saim illa aljooa".</w:t>
      </w:r>
    </w:p>
    <w:p>
      <w:pPr>
        <w:jc w:val="right"/>
      </w:pPr>
      <w:r>
        <w:t>ہرگز نہیں۔ کیونکہ حدیث میں آتا ہے کہ: "کم من سائم لیس من سائم الا الجوع"۔</w:t>
      </w:r>
    </w:p>
    <w:p>
      <w:r>
        <w:rPr>
          <w:b/>
        </w:rPr>
        <w:t xml:space="preserve">[02:47] </w:t>
      </w:r>
      <w:r>
        <w:t>kitne rozedar hain jin ko apne roze se bhookh ke siwa kuch nahi milta? to yeh kaun log hain? yeh wohi log hain jinhone form ke aitbar se roza rakha magar spirit ke aitbar se roza nahi rakha.</w:t>
      </w:r>
    </w:p>
    <w:p>
      <w:pPr>
        <w:jc w:val="right"/>
      </w:pPr>
      <w:r>
        <w:t>کتنے روزے دار ہیں جن کو اپنے روزے سے بھوک کے سوا کچھ نہیں ملتا؟ تو یہ کون لوگ ہیں؟ یہ وہی لوگ ہیں جنہوں نے فارم کے اعتبار سے روزہ رکھا مگر اسپرٹ کے اعتبار سے روزہ نہیں رکھا۔</w:t>
      </w:r>
    </w:p>
    <w:p>
      <w:r>
        <w:rPr>
          <w:b/>
        </w:rPr>
        <w:t xml:space="preserve">[03:04] </w:t>
      </w:r>
      <w:r>
        <w:t>to spirit kya hai? apne aap ko zyada se zyada sanjeeda bana kar ke quran ko parhna.</w:t>
      </w:r>
    </w:p>
    <w:p>
      <w:pPr>
        <w:jc w:val="right"/>
      </w:pPr>
      <w:r>
        <w:t>تو اسپرٹ کیا ہے؟ اپنے آپ کو زیادہ سے زیادہ سنجیدہ بنا کر کے قرآن کو پڑھنا۔</w:t>
      </w:r>
    </w:p>
    <w:p>
      <w:r>
        <w:rPr>
          <w:b/>
        </w:rPr>
        <w:t xml:space="preserve">[03:14] </w:t>
      </w:r>
      <w:r>
        <w:t>parhne ka matlab yeh nahi ke tilawat. quran ko quran mein tadabbur karna. quran se apne liye rehnumai dhoondna.</w:t>
      </w:r>
    </w:p>
    <w:p>
      <w:pPr>
        <w:jc w:val="right"/>
      </w:pPr>
      <w:r>
        <w:t>پڑھنے کا معنی یہ نہیں کہ تلاوت۔ قرآن کو قرآن میں تدبر کرنا۔ قرآن سے اپنے لیے رہنمائی ڈھونڈنا۔</w:t>
      </w:r>
    </w:p>
    <w:p>
      <w:r>
        <w:rPr>
          <w:b/>
        </w:rPr>
        <w:t xml:space="preserve">[03:27] </w:t>
      </w:r>
      <w:r>
        <w:t>quran mein apne aap, apne liye guidance ki talash karna. jaiz dastyabiyat mil kar ke. yeh maqsad hai quran ka.</w:t>
      </w:r>
    </w:p>
    <w:p>
      <w:pPr>
        <w:jc w:val="right"/>
      </w:pPr>
      <w:r>
        <w:t>قرآن میں اپنے آپ، اپنے لیے گائیڈنس کی تلاش کرنا۔ جائز دستیریت مل کر کے۔ یہ مقصد ہے قرآن کا۔</w:t>
      </w:r>
    </w:p>
    <w:p>
      <w:r>
        <w:rPr>
          <w:b/>
        </w:rPr>
        <w:t xml:space="preserve">[03:39] </w:t>
      </w:r>
      <w:r>
        <w:t>to phir mein ne socha ke agar ek aadmi, ek muslim, yahi karta hai ke woh roza rakh kar apne aap ko bharpoor tor par sanjeeda banata hai, sanjeeda,</w:t>
      </w:r>
    </w:p>
    <w:p>
      <w:pPr>
        <w:jc w:val="right"/>
      </w:pPr>
      <w:r>
        <w:t>تو پھر میں نے سوچا کہ اگر ایک آدمی، ایک مسلم، یہی کرتا ہے کہ وہ روزہ رکھ کر اپنے آپ کو بھرپور طور پر سنجیدہ بناتا ہے، سنجیدہ،</w:t>
      </w:r>
    </w:p>
    <w:p>
      <w:r>
        <w:rPr>
          <w:b/>
        </w:rPr>
        <w:t xml:space="preserve">[03:55] </w:t>
      </w:r>
      <w:r>
        <w:t>phir woh bohat hi dhyan ke sath, tafakkur aur tadabbur ke sath quran ko parhta hai, to kya payega woh?</w:t>
      </w:r>
    </w:p>
    <w:p>
      <w:pPr>
        <w:jc w:val="right"/>
      </w:pPr>
      <w:r>
        <w:t>پھر وہ بہت ہی دھیان کے ساتھ، تفکر اور تدبر کے ساتھ قرآن کو پڑھتا ہے، تو کیا پائے گا وہ؟</w:t>
      </w:r>
    </w:p>
    <w:p>
      <w:r>
        <w:rPr>
          <w:b/>
        </w:rPr>
        <w:t xml:space="preserve">[04:08] </w:t>
      </w:r>
      <w:r>
        <w:t>woh misaal ke tor par quran ki is ayat tak pohnchega. ek ayat hai surah alhaj, alhaj number 22 ki ek ayat hai:</w:t>
      </w:r>
    </w:p>
    <w:p>
      <w:pPr>
        <w:jc w:val="right"/>
      </w:pPr>
      <w:r>
        <w:t>وہ مثال کے طور پر قرآن کی اس آیت تک پہنچے گا۔ ایک آیت ہے سورہ الحج، الحج نمبر 22 کی ایک آیت ہے:</w:t>
      </w:r>
    </w:p>
    <w:p>
      <w:r>
        <w:rPr>
          <w:b/>
        </w:rPr>
        <w:t xml:space="preserve">[04:22] </w:t>
      </w:r>
      <w:r>
        <w:t>"fala anazoonaka fi al-amri waldu ila rabbika". yani is mein bataya gaya ke dawat ka method, dawat ka tareeqa kya hona chahiye.</w:t>
      </w:r>
    </w:p>
    <w:p>
      <w:pPr>
        <w:jc w:val="right"/>
      </w:pPr>
      <w:r>
        <w:t>"فلا انازونک فی الامر ودو الی ربک"۔ یعنی اس میں بتایا گیا کہ دعوت کا میتھڈ، دعوت کا طریقہ کیا ہونا چاہیے۔</w:t>
      </w:r>
    </w:p>
    <w:p>
      <w:r>
        <w:rPr>
          <w:b/>
        </w:rPr>
        <w:t xml:space="preserve">[04:37] </w:t>
      </w:r>
      <w:r>
        <w:t>yani ek taraf to musalman yeh daryaft karega ke allah ne is ko jo mission diya hai, woh dawat ka mission hai.</w:t>
      </w:r>
    </w:p>
    <w:p>
      <w:pPr>
        <w:jc w:val="right"/>
      </w:pPr>
      <w:r>
        <w:t>یعنی ایک طرف تو مسلمان یہ دریافت کرے گا کہ اللہ نے اس کو جو مشن دیا ہے، وہ دعوت کا مشن ہے۔</w:t>
      </w:r>
    </w:p>
    <w:p>
      <w:r>
        <w:rPr>
          <w:b/>
        </w:rPr>
        <w:t xml:space="preserve">[04:47] </w:t>
      </w:r>
      <w:r>
        <w:t>wakadhalika ja'alnakum ummatan wasatan litakoonu shuhada'a 'ala alnasi. to logon par dawat pohanchana yeh mission hai.</w:t>
      </w:r>
    </w:p>
    <w:p>
      <w:pPr>
        <w:jc w:val="right"/>
      </w:pPr>
      <w:r>
        <w:t>وکذالک جعلناکم امت وسط لتکون شہداء الانعاس۔ تو لوگوں پر دعوت پہنچانا یہ مشن ہے۔</w:t>
      </w:r>
    </w:p>
    <w:p>
      <w:r>
        <w:rPr>
          <w:b/>
        </w:rPr>
        <w:t xml:space="preserve">[05:01] </w:t>
      </w:r>
      <w:r>
        <w:t>aur is mission ko kis tarah karna hai, is ka tareeqa kar is ayat mein bata diya gaya hai. "fala anazoonaka fi al-amri waldu ila rabbika".</w:t>
      </w:r>
    </w:p>
    <w:p>
      <w:pPr>
        <w:jc w:val="right"/>
      </w:pPr>
      <w:r>
        <w:t>اور اس مشن کو کس طرح کرنا ہے، اس کا طریقہ کار اس آیت میں بتا دیا گیا ہے۔ "فلا انازونک فی الامر ودو الی ربک"۔</w:t>
      </w:r>
    </w:p>
    <w:p>
      <w:r>
        <w:rPr>
          <w:b/>
        </w:rPr>
        <w:t xml:space="preserve">[05:13] </w:t>
      </w:r>
      <w:r>
        <w:t>is ka tarjuma yeh hai ke woh tum se muamle mein niza' har giz na karein.</w:t>
      </w:r>
    </w:p>
    <w:p>
      <w:pPr>
        <w:jc w:val="right"/>
      </w:pPr>
      <w:r>
        <w:t>اس کا ترجمہ یہ ہے کہ وہ تم سے معاملے میں نزاع ہرگز نہ کریں۔</w:t>
      </w:r>
    </w:p>
    <w:p>
      <w:r>
        <w:rPr>
          <w:b/>
        </w:rPr>
        <w:t xml:space="preserve">[05:24] </w:t>
      </w:r>
      <w:r>
        <w:t>woh har giz tum se deen ke muamle mein niza' na karein. aur tum dawat pohanchao. to allah, allah rabb al-alameen ki dawat logon ko do.</w:t>
      </w:r>
    </w:p>
    <w:p>
      <w:pPr>
        <w:jc w:val="right"/>
      </w:pPr>
      <w:r>
        <w:t>وہ ہرگز تم سے دین کے معاملے میں نزاع نہ کریں۔ اور تم دعوت پہنچاؤ۔ تو اللہ، اللہ رب العالمین کی دعوت لوگوں کو دو۔</w:t>
      </w:r>
    </w:p>
    <w:p>
      <w:r>
        <w:rPr>
          <w:b/>
        </w:rPr>
        <w:t xml:space="preserve">[05:38] </w:t>
      </w:r>
      <w:r>
        <w:t>dekhein, yeh bohat hi zyada sochne ki baat hai. "wala anazoonaka fi al-amri" jo hai, yeh arabi ka usloob hai.</w:t>
      </w:r>
    </w:p>
    <w:p>
      <w:pPr>
        <w:jc w:val="right"/>
      </w:pPr>
      <w:r>
        <w:t>دیکھیں، یہ بہت ہی زیادہ سوچنے کی بات ہے۔ "ولا انازونک فی الامر" جو ہے، یہ عربی کا گسلوب ہے۔</w:t>
      </w:r>
    </w:p>
    <w:p>
      <w:r>
        <w:rPr>
          <w:b/>
        </w:rPr>
        <w:t xml:space="preserve">[05:49] </w:t>
      </w:r>
      <w:r>
        <w:t>bataur to is mein hai ke woh har giz tum se niza' na karein. lekin is ka matlab yeh nahi hai. is ka matlab yeh hai ke woh tum har giz un ko niza' ka mauqa na do.</w:t>
      </w:r>
    </w:p>
    <w:p>
      <w:pPr>
        <w:jc w:val="right"/>
      </w:pPr>
      <w:r>
        <w:t>بظاہر تو اس میں ہے کہ وہ ہرگز تم سے نزاع نہ کریں۔ لیکن اس کا مطلب یہ نہیں ہے۔ اس کا مطلب یہ ہے کہ وہ تم ہرگز ان کو نزاع کا موقع نہ دو۔</w:t>
      </w:r>
    </w:p>
    <w:p>
      <w:r>
        <w:rPr>
          <w:b/>
        </w:rPr>
        <w:t xml:space="preserve">[06:05] </w:t>
      </w:r>
      <w:r>
        <w:t>yani tum dawat ko karo is waqt andaaz mein, non political andaaz mein, non confrontational andaaz mein.</w:t>
      </w:r>
    </w:p>
    <w:p>
      <w:pPr>
        <w:jc w:val="right"/>
      </w:pPr>
      <w:r>
        <w:t>یعنی تم دعوت کو کرو اس وقت انداز میں، نان پولیٹیکل انداز میں، نان کنفrontiشنل انداز میں۔</w:t>
      </w:r>
    </w:p>
    <w:p>
      <w:r>
        <w:rPr>
          <w:b/>
        </w:rPr>
        <w:t xml:space="preserve">[06:16] </w:t>
      </w:r>
      <w:r>
        <w:t>aur agar madu ki taraf se koi nizaa ki soorat paida ki jaye to tum us ko manage karo. uljho mat jao is mein.</w:t>
      </w:r>
    </w:p>
    <w:p>
      <w:pPr>
        <w:jc w:val="right"/>
      </w:pPr>
      <w:r>
        <w:t>اور اگر مدعو کی طرف سے کوئی نزاع کی صورت پیدا کی جائے تو تم اس کو مینج کرو۔ الجھ مت جاؤ اس میں۔</w:t>
      </w:r>
    </w:p>
    <w:p>
      <w:r>
        <w:rPr>
          <w:b/>
        </w:rPr>
        <w:t xml:space="preserve">[06:28] </w:t>
      </w:r>
      <w:r>
        <w:t>manage kar ke woh refuse karo us ko. taake dawat ka kaam mo'tadil mahaul mein jaari rahe.</w:t>
      </w:r>
    </w:p>
    <w:p>
      <w:pPr>
        <w:jc w:val="right"/>
      </w:pPr>
      <w:r>
        <w:t>مینج کر کے وہ ریفیوز کرو اس کو۔ تاکہ دعوت کا کام معتدل ماحول میں جاری رہے۔</w:t>
      </w:r>
    </w:p>
    <w:p>
      <w:r>
        <w:rPr>
          <w:b/>
        </w:rPr>
        <w:t xml:space="preserve">[06:38] </w:t>
      </w:r>
      <w:r>
        <w:t>to aap jab sanjeeda ho kar ke poori tarah se tadabbur aur tafakkur par amal karte hue quran ko padhenge aur is aayat tak pahunchenge to aap kya lenge is se?</w:t>
      </w:r>
    </w:p>
    <w:p>
      <w:pPr>
        <w:jc w:val="right"/>
      </w:pPr>
      <w:r>
        <w:t>تو آپ جب سنجیدہ ہو کر کے پوری طریقے سے تدبر اور تفکر پر عمل کرتے ہوئے قرآن کو پڑھیں گے اور اس آیت تک پہنچیں گے تو آپ کیا لیں گے اس سے؟</w:t>
      </w:r>
    </w:p>
    <w:p>
      <w:r>
        <w:rPr>
          <w:b/>
        </w:rPr>
        <w:t xml:space="preserve">[06:52] </w:t>
      </w:r>
      <w:r>
        <w:t>yeh ke musalman ki bojh policy to sarasar galat hai. quran ke khilaf hai. yani roza rakh kar bhi quran ke khilaf hai.</w:t>
      </w:r>
    </w:p>
    <w:p>
      <w:pPr>
        <w:jc w:val="right"/>
      </w:pPr>
      <w:r>
        <w:t>یہ کہ مسلمان کی بوجھ پالیسی تو سراسر غلط ہے۔ قرآن کے خلاف ہے۔ یعنی روزہ رکھ کر بھی قرآن کے خلاف ہے۔</w:t>
      </w:r>
    </w:p>
    <w:p>
      <w:r>
        <w:rPr>
          <w:b/>
        </w:rPr>
        <w:t xml:space="preserve">[07:03] </w:t>
      </w:r>
      <w:r>
        <w:t>yani ladna, nafrat karna, nizaa karna, doosri side baba karna, yeh sab to roze ki spirit ke bilkul khilaf hai.</w:t>
      </w:r>
    </w:p>
    <w:p>
      <w:pPr>
        <w:jc w:val="right"/>
      </w:pPr>
      <w:r>
        <w:t>یعنی لڑنا، نفرت کرنا، نزاع کرنا، دوسری سائیڈ بابا کرنا، یہ سب تو روزے کی اسپرٹ کے بالکل خلاف ہے۔</w:t>
      </w:r>
    </w:p>
    <w:p>
      <w:r>
        <w:rPr>
          <w:b/>
        </w:rPr>
        <w:t xml:space="preserve">[07:19] </w:t>
      </w:r>
      <w:r>
        <w:t>yani aisi koi bhi harkat jo madu aur daai ke darmiyan</w:t>
      </w:r>
    </w:p>
    <w:p>
      <w:pPr>
        <w:jc w:val="right"/>
      </w:pPr>
      <w:r>
        <w:t>یعنی ایسی کوئی بھی حرکت جو مدعو اور داعی کے درمیان</w:t>
      </w:r>
    </w:p>
    <w:p>
      <w:r>
        <w:rPr>
          <w:b/>
        </w:rPr>
        <w:t xml:space="preserve">[07:27] </w:t>
      </w:r>
      <w:r>
        <w:t>mahaul ko bigare. mahaul ko bigare.</w:t>
      </w:r>
    </w:p>
    <w:p>
      <w:pPr>
        <w:jc w:val="right"/>
      </w:pPr>
      <w:r>
        <w:t>ماحول کو بگاڑے۔ ماحول کو بگاڑے۔</w:t>
      </w:r>
    </w:p>
    <w:p>
      <w:r>
        <w:rPr>
          <w:b/>
        </w:rPr>
        <w:t xml:space="preserve">[07:34] </w:t>
      </w:r>
      <w:r>
        <w:t>dawat ka mahaul jo hai hamesha chahta hai peace, tolerance, normalcy.</w:t>
      </w:r>
    </w:p>
    <w:p>
      <w:pPr>
        <w:jc w:val="right"/>
      </w:pPr>
      <w:r>
        <w:t>دعوت کا ماحول جو ہے ہمیشہ چاہتا ہے پیس، ٹولرنس، نارمنسی۔</w:t>
      </w:r>
    </w:p>
    <w:p>
      <w:r>
        <w:rPr>
          <w:b/>
        </w:rPr>
        <w:t xml:space="preserve">[07:47] </w:t>
      </w:r>
      <w:r>
        <w:t>to koi bhi cheez jo is mahaul ko bigadne wali ho, is mein muslim ko hisse daar nahi banna hai.</w:t>
      </w:r>
    </w:p>
    <w:p>
      <w:pPr>
        <w:jc w:val="right"/>
      </w:pPr>
      <w:r>
        <w:t>تو کوئی بھی چیز جو اس ماحول کو بگاڑنے والی ہو، اس میں مسلم کو حصے دار نہیں بننا ہے۔</w:t>
      </w:r>
    </w:p>
    <w:p>
      <w:r>
        <w:rPr>
          <w:b/>
        </w:rPr>
        <w:t xml:space="preserve">[07:58] </w:t>
      </w:r>
      <w:r>
        <w:t>hisse daar har giz nahi banna hai. balkeh yak tarfa taur par, yani neutral taur par, yak tarfa taur par us ko refuse karna hai.</w:t>
      </w:r>
    </w:p>
    <w:p>
      <w:pPr>
        <w:jc w:val="right"/>
      </w:pPr>
      <w:r>
        <w:t>حصے دار ہرگز نہیں بننا ہے۔ بلکہ یکطرفہ طور پر، یعنی نیوٹرل طور پر، یکطرفہ طور پر اس کو ریفیوز کرنا ہے۔</w:t>
      </w:r>
    </w:p>
    <w:p>
      <w:r>
        <w:rPr>
          <w:b/>
        </w:rPr>
        <w:t xml:space="preserve">[08:09] </w:t>
      </w:r>
      <w:r>
        <w:t>aisa nahi ke fareeqe saani ki taraf se koi baat ho jaye nizaa ki to aap bhi ulajh gaye aur dono mein ladai shuru ho gayi.</w:t>
      </w:r>
    </w:p>
    <w:p>
      <w:pPr>
        <w:jc w:val="right"/>
      </w:pPr>
      <w:r>
        <w:t>ایسا نہیں کہ فریق ثانی کی طرف سے کوئی بات ہو جائے نزاع کی تو آپ بھی الجھ گئے اور دونوں میں لڑائی شروع ہو گئی۔</w:t>
      </w:r>
    </w:p>
    <w:p>
      <w:r>
        <w:rPr>
          <w:b/>
        </w:rPr>
        <w:t xml:space="preserve">[08:22] </w:t>
      </w:r>
      <w:r>
        <w:t>yahan tak ke gun ka chakkar, bomb ka chakkar pada. yeh to haraam hai. khula khula haraam hai yeh. quran ki is aayat mein jitna gaur karenge aap, jitna zyada, to aap ko yeh milega ke ramzan is baat ki tarbiyat hai ke hum apne ko sachcha daai banayein.</w:t>
      </w:r>
    </w:p>
    <w:p>
      <w:pPr>
        <w:jc w:val="right"/>
      </w:pPr>
      <w:r>
        <w:t>یہاں تک کہ گن کا چکر، بم کا چکر پڑا۔ یہ تو حرام ہے۔ کھلا کھلا حرام ہے یہ۔ قرآن کی اس آیت میں جتنا غور کریں گے آپ، جتنا زیادہ، تو آپ کو یہ ملے گا کہ رمضان اس بات کی تربیت ہے کہ ہم اپنے کو سچا داعی بنائیں۔</w:t>
      </w:r>
    </w:p>
    <w:p>
      <w:r>
        <w:rPr>
          <w:b/>
        </w:rPr>
        <w:t xml:space="preserve">[08:46] </w:t>
      </w:r>
      <w:r>
        <w:t>daai o madu ke darmiyan sahi mahaul banayein. aur is ka tareeqa kya hai?</w:t>
      </w:r>
    </w:p>
    <w:p>
      <w:pPr>
        <w:jc w:val="right"/>
      </w:pPr>
      <w:r>
        <w:t>داعی و مدعو کے درمیان صحیح ماحول بنائیں۔ اور اس کا طریقہ کیا ہے؟</w:t>
      </w:r>
    </w:p>
    <w:p>
      <w:r>
        <w:rPr>
          <w:b/>
        </w:rPr>
        <w:t xml:space="preserve">[08:55] </w:t>
      </w:r>
      <w:r>
        <w:t>is aayat mein bataya gaya hai: "fala anaazoonka fil amr wadu ila rabbika". yani nizaa ki soorat haal ko yak tarfa taur par manage kar ke khatm karo.</w:t>
      </w:r>
    </w:p>
    <w:p>
      <w:pPr>
        <w:jc w:val="right"/>
      </w:pPr>
      <w:r>
        <w:t>اس آیت میں بتایا گیا ہے: "فلا انازونک فی الامر ودو الی ربک"۔ یعنی نزاع کی صورتحال کو یکطرفہ طور پر مینج کر کے ختم کرو۔</w:t>
      </w:r>
    </w:p>
    <w:p>
      <w:r>
        <w:rPr>
          <w:b/>
        </w:rPr>
        <w:t xml:space="preserve">[09:09] </w:t>
      </w:r>
      <w:r>
        <w:t>refuse kar do. aur phir dawat ka kaam mo'tadil halaat mein karte raho.</w:t>
      </w:r>
    </w:p>
    <w:p>
      <w:pPr>
        <w:jc w:val="right"/>
      </w:pPr>
      <w:r>
        <w:t>ریفیوز کر دو۔ اور پھر دعوت کا کام معتدل حالات میں کرتے رہو۔</w:t>
      </w:r>
    </w:p>
    <w:p>
      <w:r>
        <w:rPr>
          <w:b/>
        </w:rPr>
        <w:t xml:space="preserve">[09:20] </w:t>
      </w:r>
      <w:r>
        <w:t>to yeh jo quran mein hai: "wala anaazoonka fil amr", yeh arabi zaban ka ek guloob hai. misaal ke taur par arabi mein kaha jata hai: "wala yadrubnak zayd".</w:t>
      </w:r>
    </w:p>
    <w:p>
      <w:pPr>
        <w:jc w:val="right"/>
      </w:pPr>
      <w:r>
        <w:t>تو یہ جو قرآن میں ہے: "ولا انازونک فی الامر"، یہ عربی زبان کا ایک گسلوب ہے۔ مثلاً عربی میں کہا جاتا ہے: "ولا یضربنک زید"۔</w:t>
      </w:r>
    </w:p>
    <w:p>
      <w:r>
        <w:rPr>
          <w:b/>
        </w:rPr>
        <w:t xml:space="preserve">[09:35] </w:t>
      </w:r>
      <w:r>
        <w:t>"wala yadrubnak zayd". zayd har giz tum ko na mare. to bazahir to zayd se kaha ja raha hai.</w:t>
      </w:r>
    </w:p>
    <w:p>
      <w:pPr>
        <w:jc w:val="right"/>
      </w:pPr>
      <w:r>
        <w:t>"ولا یضربنک زید"۔ زید ہرگز تم کو نہ مارے۔ تو بظاہر تو زید سے کہا جا رہا ہے۔</w:t>
      </w:r>
    </w:p>
    <w:p>
      <w:r>
        <w:rPr>
          <w:b/>
        </w:rPr>
        <w:t xml:space="preserve">[09:46] </w:t>
      </w:r>
      <w:r>
        <w:t>bazahir zayd se kaha ja raha hai. lekin yeh matlab nahi yahan par hai. yahan matlab hai ke tum har giz har giz zayd ko yeh mauqa na do ke tum use mare aur phir tum maro,</w:t>
      </w:r>
    </w:p>
    <w:p>
      <w:pPr>
        <w:jc w:val="right"/>
      </w:pPr>
      <w:r>
        <w:t>بظاہر زید سے کہا جا رہا ہے۔ لیکن یہ مطلب نہیں یہاں پر ہے۔ یہاں مطلب ہے کہ تم ہرگز ہرگز زید کو یہ موقع نہ دو کہ تم اسے مارے اور پھر تم مارو،</w:t>
      </w:r>
    </w:p>
    <w:p>
      <w:r>
        <w:rPr>
          <w:b/>
        </w:rPr>
        <w:t xml:space="preserve">[10:00] </w:t>
      </w:r>
      <w:r>
        <w:t>phir woh mare, tum maro, aur phir chain reaction ban jaye. to dawat to kinare ho gayi.</w:t>
      </w:r>
    </w:p>
    <w:p>
      <w:pPr>
        <w:jc w:val="right"/>
      </w:pPr>
      <w:r>
        <w:t>پھر وہ مارے، تم مارو، اور پھر چینج ری ایکشن بن جائے۔ تو دعوت تو کنارے ہو گئی۔</w:t>
      </w:r>
    </w:p>
    <w:p>
      <w:r>
        <w:rPr>
          <w:b/>
        </w:rPr>
        <w:t xml:space="preserve">[10:09] </w:t>
      </w:r>
      <w:r>
        <w:t>phir ladai jhagda shuru ho gaya. aap jante hain ladai jhagda shuru hota hai. yani intolerance se, nafrat se, tashaddud se.</w:t>
      </w:r>
    </w:p>
    <w:p>
      <w:pPr>
        <w:jc w:val="right"/>
      </w:pPr>
      <w:r>
        <w:t>پھر لڑائی جھگڑا شروع ہو گیا۔ آپ جانتے ہیں لڑائی جھگڑا شروع ہوتا ہے۔ یعنی انٹولرنس سے، نفرت سے، تشدد سے۔</w:t>
      </w:r>
    </w:p>
    <w:p>
      <w:r>
        <w:rPr>
          <w:b/>
        </w:rPr>
        <w:t xml:space="preserve">[10:22] </w:t>
      </w:r>
      <w:r>
        <w:t>phir badhte badhte woh society bombing hone lagti hai. to us ko shuru hi mein khatm kar do. yeh inteha mat karo ke madu khatm karega.</w:t>
      </w:r>
    </w:p>
    <w:p>
      <w:pPr>
        <w:jc w:val="right"/>
      </w:pPr>
      <w:r>
        <w:t>پھر بڑھتے بڑھتے وہ سوسائٹی بمبنگ ہونے لگتی ہے۔ تو اس کو شروع ہی میں ختم کر دو۔ یہ انتہا مت کرو کہ مدعو ختم کرے گا۔</w:t>
      </w:r>
    </w:p>
    <w:p>
      <w:r>
        <w:rPr>
          <w:b/>
        </w:rPr>
        <w:t xml:space="preserve">[10:32] </w:t>
      </w:r>
      <w:r>
        <w:t>tum khatm karo. "fala yadrubnak" ka matlab hai ke tum har giz zayd ko yeh mauqa na do ke woh tum ko mare.</w:t>
      </w:r>
    </w:p>
    <w:p>
      <w:pPr>
        <w:jc w:val="right"/>
      </w:pPr>
      <w:r>
        <w:t>تم ختم کرو۔ "فلا یضربنک" کا معنی ہے کہ تم ہرگز زید کو یہ موقع نہ دو کہ وہ تم کو مارے۔</w:t>
      </w:r>
    </w:p>
    <w:p>
      <w:r>
        <w:rPr>
          <w:b/>
        </w:rPr>
        <w:t xml:space="preserve">[10:45] </w:t>
      </w:r>
      <w:r>
        <w:t>yani tum manage karo. tum refuse karo. tum apni aqal ko istemal kar ke nizaa ki soorat ko khatm karo.</w:t>
      </w:r>
    </w:p>
    <w:p>
      <w:pPr>
        <w:jc w:val="right"/>
      </w:pPr>
      <w:r>
        <w:t>یعنی تم مینج کرو۔ تم ریفیوز کرو۔ تم اپنی عقل کو استعمال کر کے نزاع کی صورت کو ختم کرو۔</w:t>
      </w:r>
    </w:p>
    <w:p>
      <w:r>
        <w:rPr>
          <w:b/>
        </w:rPr>
        <w:t xml:space="preserve">[10:56] </w:t>
      </w:r>
      <w:r>
        <w:t>yeh sab karna hai.</w:t>
      </w:r>
    </w:p>
    <w:p>
      <w:pPr>
        <w:jc w:val="right"/>
      </w:pPr>
      <w:r>
        <w:t>یہ سب کرنا ہے۔</w:t>
      </w:r>
    </w:p>
    <w:p>
      <w:r>
        <w:rPr>
          <w:b/>
        </w:rPr>
        <w:t xml:space="preserve">[11:01] </w:t>
      </w:r>
      <w:r>
        <w:t>to aap ghore kijiye ke islam ki rehnumai kya hai? quran mein kya bataya gaya hai? ramzan ka kaisa waqt hai? ramzan ka kaisa waqt hai?</w:t>
      </w:r>
    </w:p>
    <w:p>
      <w:pPr>
        <w:jc w:val="right"/>
      </w:pPr>
      <w:r>
        <w:t>تو آپ غور کیجئے کہ اسلام کی رہنمائی کیا ہے؟ قرآن میں کیا بتایا گیا ہے؟ رمضان کا کیسا وقت ہے؟ رمضان کا کیسا وقت ہے؟</w:t>
      </w:r>
    </w:p>
    <w:p>
      <w:r>
        <w:rPr>
          <w:b/>
        </w:rPr>
        <w:t xml:space="preserve">[11:15] </w:t>
      </w:r>
      <w:r>
        <w:t>dekhen ek hadith hai ke agar koi tum ko mare to tum kaho ke "ani saim".</w:t>
      </w:r>
    </w:p>
    <w:p>
      <w:pPr>
        <w:jc w:val="right"/>
      </w:pPr>
      <w:r>
        <w:t>دیکھیں ایک حدیث ہے کہ اگر کوئی تم کو مارے تو تم کہو کہ "انی سائم"۔</w:t>
      </w:r>
    </w:p>
    <w:p>
      <w:r>
        <w:rPr>
          <w:b/>
        </w:rPr>
        <w:t xml:space="preserve">[11:28] </w:t>
      </w:r>
      <w:r>
        <w:t>tum ko koi mare, gaali de, bura bhala kahe, bhadkaye to tum keh do ke "ani, ani saim, an saim".</w:t>
      </w:r>
    </w:p>
    <w:p>
      <w:pPr>
        <w:jc w:val="right"/>
      </w:pPr>
      <w:r>
        <w:t>تم کو کوئی مارے، گالی دے، برا بھلا کہے، بھڑکائے تو تم کہہ دو کہ "انی، انی سائم، ان سائم"۔</w:t>
      </w:r>
    </w:p>
    <w:p>
      <w:r>
        <w:rPr>
          <w:b/>
        </w:rPr>
        <w:t xml:space="preserve">[11:37] </w:t>
      </w:r>
      <w:r>
        <w:t>iska matlab nahi ke zuban se kaho. zuban se kehna iska matlab harghiz nahi hai. tum saim ki, yani roze ki spirit ko is tarah pakdo</w:t>
      </w:r>
    </w:p>
    <w:p>
      <w:pPr>
        <w:jc w:val="right"/>
      </w:pPr>
      <w:r>
        <w:t>اس کا مطلب نہیں کہ زبان سے کہو۔ زبان سے کہنا اس کا مطلب ہرگز نہیں ہے۔ تم سائم کی، یعنی روزے کی اسپرٹ کو اس طرح پکڑو</w:t>
      </w:r>
    </w:p>
    <w:p>
      <w:r>
        <w:rPr>
          <w:b/>
        </w:rPr>
        <w:t xml:space="preserve">[11:55] </w:t>
      </w:r>
      <w:r>
        <w:t>ke apne upar lazim kar lo ke hamein ladna nahi hai, hamein jawab nahi dena hai, hamein mushtael nahi hona hai, hamein bhadakna nahi hai.</w:t>
      </w:r>
    </w:p>
    <w:p>
      <w:pPr>
        <w:jc w:val="right"/>
      </w:pPr>
      <w:r>
        <w:t>کہ اپنے اوپر لازم کر لو کہ ہمیں لڑنا نہیں ہے، ہمیں جواب نہیں دینا ہے، ہمیں مشتعل نہیں ہونا ہے، ہمیں بھڑکنا نہیں ہے۔</w:t>
      </w:r>
    </w:p>
    <w:p>
      <w:r>
        <w:rPr>
          <w:b/>
        </w:rPr>
        <w:t xml:space="preserve">[12:04] </w:t>
      </w:r>
      <w:r>
        <w:t>apne upar lazim kar lo. kahani ki baat nahi hai yeh. yani matlab lafz service ki baat nahi hai yeh. yeh baat lafz service ki nahi hai.</w:t>
      </w:r>
    </w:p>
    <w:p>
      <w:pPr>
        <w:jc w:val="right"/>
      </w:pPr>
      <w:r>
        <w:t>اپنے اوپر لازم کر لو۔ کہانی کی بات نہیں ہے یہ۔ یعنی مطلب لفظ سروس کی بات نہیں ہے یہ۔ یہ بات لفظ سروس کی نہیں ہے۔</w:t>
      </w:r>
    </w:p>
    <w:p>
      <w:r>
        <w:rPr>
          <w:b/>
        </w:rPr>
        <w:t xml:space="preserve">[12:16] </w:t>
      </w:r>
      <w:r>
        <w:t>koi tum ko bhadkata hai, bura bhala kehta hai ya mar deta hai to yeh nahi ke mein mein saim hoon.</w:t>
      </w:r>
    </w:p>
    <w:p>
      <w:pPr>
        <w:jc w:val="right"/>
      </w:pPr>
      <w:r>
        <w:t>کوئی تم کو بھڑکاتا ہے، برا بھلا کہتا ہے یا مار دیتا ہے تو یہ نہیں کہ میں میں سائم ہوں۔</w:t>
      </w:r>
    </w:p>
    <w:p>
      <w:r>
        <w:rPr>
          <w:b/>
        </w:rPr>
        <w:t xml:space="preserve">[12:26] </w:t>
      </w:r>
      <w:r>
        <w:t>yeh nahi matlab iska. tum apne liye saim ke, yani rozedari ke culture ko yak tarfa taur par apna lo.</w:t>
      </w:r>
    </w:p>
    <w:p>
      <w:pPr>
        <w:jc w:val="right"/>
      </w:pPr>
      <w:r>
        <w:t>یہ نہیں مطلب اس کا۔ تم اپنے لیے سائم کے، یعنی روزے داری کے کلچر کو یکطرفہ طور پر اپنا لو۔</w:t>
      </w:r>
    </w:p>
    <w:p>
      <w:r>
        <w:rPr>
          <w:b/>
        </w:rPr>
        <w:t xml:space="preserve">[12:36] </w:t>
      </w:r>
      <w:r>
        <w:t>yeh matlab hai iska.</w:t>
      </w:r>
    </w:p>
    <w:p>
      <w:pPr>
        <w:jc w:val="right"/>
      </w:pPr>
      <w:r>
        <w:t>یہ مطلب ہے اس کا۔</w:t>
      </w:r>
    </w:p>
    <w:p>
      <w:r>
        <w:rPr>
          <w:b/>
        </w:rPr>
        <w:t xml:space="preserve">[12:46] </w:t>
      </w:r>
      <w:r>
        <w:t>to yeh hai roze ka, roze ka jo maqsad hai ke roza rakh kar aap ko kuch sanjeeda banate hain, apne andar muttaqiana soch paida karte hain.</w:t>
      </w:r>
    </w:p>
    <w:p>
      <w:pPr>
        <w:jc w:val="right"/>
      </w:pPr>
      <w:r>
        <w:t>تو یہ ہے روزے کا، روزے کا جو مقصد ہے کہ روزہ رکھ کر آپ کو کچھ سنجیدہ بناتے ہیں، اپنے اندر متقیانہ سوچ پیدا کرتے ہیں۔</w:t>
      </w:r>
    </w:p>
    <w:p>
      <w:r>
        <w:rPr>
          <w:b/>
        </w:rPr>
        <w:t xml:space="preserve">[13:02] </w:t>
      </w:r>
      <w:r>
        <w:t>muttaqiana soch doosre lafzon mein naam hai right thinking ka. right thinking ka. apne andar sahi tarz-e-fikr paida karne ka.</w:t>
      </w:r>
    </w:p>
    <w:p>
      <w:pPr>
        <w:jc w:val="right"/>
      </w:pPr>
      <w:r>
        <w:t>متقیانہ سوچ دوسرے لفظوں میں نام ہے رائٹ تھنکنگ کا۔ رائٹ تھنکنگ کا۔ اپنے اندر صحیح طرز فکر پیدا کرنے کا۔</w:t>
      </w:r>
    </w:p>
    <w:p>
      <w:r>
        <w:rPr>
          <w:b/>
        </w:rPr>
        <w:t xml:space="preserve">[13:14] </w:t>
      </w:r>
      <w:r>
        <w:t>yeh karte hain. yani doosre lafzon mein aap apne aap ko is qabil banate hain ke aap islam ke mission ko chalayen.</w:t>
      </w:r>
    </w:p>
    <w:p>
      <w:pPr>
        <w:jc w:val="right"/>
      </w:pPr>
      <w:r>
        <w:t>یہ کرتے ہیں۔ یعنی دوسرے لفظوں میں آپ اپنے آپ کو اس قابل بناتے ہیں کہ آپ اسلام کے مشن کو چلائیں۔</w:t>
      </w:r>
    </w:p>
    <w:p>
      <w:r>
        <w:rPr>
          <w:b/>
        </w:rPr>
        <w:t xml:space="preserve">[13:25] </w:t>
      </w:r>
      <w:r>
        <w:t>aap apne ko is qabil banate hain ke aap islam ke mission ko chala saken. aur mission yahi hai ke apne aap ko bharpoor taur par peaceful bana kar,</w:t>
      </w:r>
    </w:p>
    <w:p>
      <w:pPr>
        <w:jc w:val="right"/>
      </w:pPr>
      <w:r>
        <w:t>آپ اپنے کو اس قابل بناتے ہیں کہ آپ اسلام کے مشن کو چلا سکیں۔ اور مشن یہی ہے کہ اپنے آپ کو بھرپور طور پر پیس فل بنا کر،</w:t>
      </w:r>
    </w:p>
    <w:p>
      <w:r>
        <w:rPr>
          <w:b/>
        </w:rPr>
        <w:t xml:space="preserve">[13:40] </w:t>
      </w:r>
      <w:r>
        <w:t>peaceful banayen. yak tarfa taur par apne aap ko peaceful banayen.</w:t>
      </w:r>
    </w:p>
    <w:p>
      <w:pPr>
        <w:jc w:val="right"/>
      </w:pPr>
      <w:r>
        <w:t>پیس فل بنائیں۔ یکطرفہ طور پر اپنے آپ کو پیس فل بنائیں۔</w:t>
      </w:r>
    </w:p>
    <w:p>
      <w:r>
        <w:rPr>
          <w:b/>
        </w:rPr>
        <w:t xml:space="preserve">[13:50] </w:t>
      </w:r>
      <w:r>
        <w:t>taake aap ke aur mad'u ke darmiyan mo'tadil halaat qaim ho jayen. normalcy ghayeb ho jaye.</w:t>
      </w:r>
    </w:p>
    <w:p>
      <w:pPr>
        <w:jc w:val="right"/>
      </w:pPr>
      <w:r>
        <w:t>تاکہ آپ کے اور مدعو کے درمیان معتدل حالات قائم ہو جائیں۔ نارملسی غائب ہو جائے۔</w:t>
      </w:r>
    </w:p>
    <w:p>
      <w:r>
        <w:rPr>
          <w:b/>
        </w:rPr>
        <w:t xml:space="preserve">[14:00] </w:t>
      </w:r>
      <w:r>
        <w:t>yani is ko kahenge normalization of situation. yeh woh rozedar ki zimmedari hai.</w:t>
      </w:r>
    </w:p>
    <w:p>
      <w:pPr>
        <w:jc w:val="right"/>
      </w:pPr>
      <w:r>
        <w:t>یعنی اس کو کہیں گے نارملائزیشن آف سچویشن۔ یہ وہ روزے دار کی ذمہ داری ہے۔</w:t>
      </w:r>
    </w:p>
    <w:p>
      <w:r>
        <w:rPr>
          <w:b/>
        </w:rPr>
        <w:t xml:space="preserve">[14:10] </w:t>
      </w:r>
      <w:r>
        <w:t>yeh munh se bolna nahi hai ke mein mad'u rozedar hoon. nahi yeh normalization of situation ko amalan ikhtiyar karna hai.</w:t>
      </w:r>
    </w:p>
    <w:p>
      <w:pPr>
        <w:jc w:val="right"/>
      </w:pPr>
      <w:r>
        <w:t>یہ منہ سے بولنا نہیں ہے کہ میں مدعو روزے دار ہوں۔ نہیں یہ نارملائزیشن آف سچویشن کو عملاً اختیار کرنا ہے۔</w:t>
      </w:r>
    </w:p>
    <w:p>
      <w:r>
        <w:rPr>
          <w:b/>
        </w:rPr>
        <w:t xml:space="preserve">[14:21] </w:t>
      </w:r>
      <w:r>
        <w:t>iska matlab hai.</w:t>
      </w:r>
    </w:p>
    <w:p>
      <w:pPr>
        <w:jc w:val="right"/>
      </w:pPr>
      <w:r>
        <w:t>اس کا مطلب ہے۔</w:t>
      </w:r>
    </w:p>
    <w:p>
      <w:r>
        <w:rPr>
          <w:b/>
        </w:rPr>
        <w:t xml:space="preserve">[14:30] </w:t>
      </w:r>
      <w:r>
        <w:t>to yahi yahi hadith mein kahi gayi ke jo aadmi roze ki spirit ko ikhtiyar na kare, form ke aitbar se roza rakhe aur spirit jo hai us ko ikhtiyar na kare to us ko apne roze se bhook pyas ke siwa aur kuch nahi milta.</w:t>
      </w:r>
    </w:p>
    <w:p>
      <w:pPr>
        <w:jc w:val="right"/>
      </w:pPr>
      <w:r>
        <w:t>تو یہی یہی حدیث میں کہی گئی کہ جو آدمی روزے کی اسپرٹ کو اختیار نہ کرے، فارم کے اعتبار سے روزہ رکھے اور اسپرٹ جو ہے اس کو اختیار نہ کرے تو اس کو اپنے روزے سے بھوک پیاس کے سوا اور کچھ نہیں ملتا۔</w:t>
      </w:r>
    </w:p>
    <w:p>
      <w:r>
        <w:rPr>
          <w:b/>
        </w:rPr>
        <w:t xml:space="preserve">[14:55] </w:t>
      </w:r>
      <w:r>
        <w:t>is se andaza hua ke roza koi ritual ka naam nahi hai. koi salana rasam ka naam nahi hai. balke ek character ka naam hai.</w:t>
      </w:r>
    </w:p>
    <w:p>
      <w:pPr>
        <w:jc w:val="right"/>
      </w:pPr>
      <w:r>
        <w:t>اس سے اندازہ ہوا کہ روزہ کوئی ریچول کا نام نہیں ہے۔ کوئی سالانہ رسم کا نام نہیں ہے۔ بلکہ ایک کریکٹر کا نام ہے۔</w:t>
      </w:r>
    </w:p>
    <w:p>
      <w:r>
        <w:rPr>
          <w:b/>
        </w:rPr>
        <w:t xml:space="preserve">[15:05] </w:t>
      </w:r>
      <w:r>
        <w:t>character.</w:t>
      </w:r>
    </w:p>
    <w:p>
      <w:pPr>
        <w:jc w:val="right"/>
      </w:pPr>
      <w:r>
        <w:t>کریکٹر۔</w:t>
      </w:r>
    </w:p>
    <w:p>
      <w:r>
        <w:rPr>
          <w:b/>
        </w:rPr>
        <w:t xml:space="preserve">[15:10] </w:t>
      </w:r>
      <w:r>
        <w:t>jo aadat rozedar ho us ka naam hai ke use ek character ko ikhtiyar kiya.</w:t>
      </w:r>
    </w:p>
    <w:p>
      <w:pPr>
        <w:jc w:val="right"/>
      </w:pPr>
      <w:r>
        <w:t>جو عادت روزے دار ہو اس کا نام ہے کہ اسے ایک کریکٹر کو اختیار کیا۔</w:t>
      </w:r>
    </w:p>
    <w:p>
      <w:r>
        <w:rPr>
          <w:b/>
        </w:rPr>
        <w:t xml:space="preserve">[15:18] </w:t>
      </w:r>
      <w:r>
        <w:t>ab woh character hai positive character. na ladne wala character. tashaddud se khali character.</w:t>
      </w:r>
    </w:p>
    <w:p>
      <w:pPr>
        <w:jc w:val="right"/>
      </w:pPr>
      <w:r>
        <w:t>اب وہ کریکٹر ہے پوزیٹیو کریکٹر۔ نہ لڑنے والا کریکٹر۔ تشدد سے خالی کریکٹر۔</w:t>
      </w:r>
    </w:p>
    <w:p>
      <w:r>
        <w:rPr>
          <w:b/>
        </w:rPr>
        <w:t xml:space="preserve">[15:30] </w:t>
      </w:r>
      <w:r>
        <w:t>yak tarfa taur par apne aap ko musbat banane ka character. isi ka naam hai roza.</w:t>
      </w:r>
    </w:p>
    <w:p>
      <w:pPr>
        <w:jc w:val="right"/>
      </w:pPr>
      <w:r>
        <w:t>یکطرفہ طور پر اپنے آپ کو مثبت بنانے کا کریکٹر۔ اسی کا نام ہے روزہ۔</w:t>
      </w:r>
    </w:p>
    <w:p>
      <w:r>
        <w:rPr>
          <w:b/>
        </w:rPr>
        <w:t xml:space="preserve">[15:43] </w:t>
      </w:r>
      <w:r>
        <w:t>to roza aur quran dono integral part hain ek doosre ke liye. aur dekhen jo roze mein aakhri aam taur par aakhri ashre mein itikaf kiya jata hai to woh ashre ki baat nahi hai.</w:t>
      </w:r>
    </w:p>
    <w:p>
      <w:pPr>
        <w:jc w:val="right"/>
      </w:pPr>
      <w:r>
        <w:t>تو روزہ اور قرآن دونوں انٹیگرل پارٹ ہیں ایک دوسرے کے لیے۔ اور دیکھیں جو روزے میں آخری عام طور پر آخری عشرے میں اعتکاف کیا جاتا ہے تو وہ عشرے کی بات نہیں ہے۔</w:t>
      </w:r>
    </w:p>
    <w:p>
      <w:r>
        <w:rPr>
          <w:b/>
        </w:rPr>
        <w:t xml:space="preserve">[15:59] </w:t>
      </w:r>
      <w:r>
        <w:t>yeh to poore mahine ki baat hai. aap chahe das din karen ya do din karen, ek din karen, tab bhi woh aitkaf hoga.</w:t>
      </w:r>
    </w:p>
    <w:p>
      <w:pPr>
        <w:jc w:val="right"/>
      </w:pPr>
      <w:r>
        <w:t>یہ تو پورے مہینے کی بات ہے۔ آپ چاہے دس دن کریں یا دو دن کریں، ایک دن کریں، تب بھی وہ اعتکاف ہوگا۔</w:t>
      </w:r>
    </w:p>
    <w:p>
      <w:r>
        <w:rPr>
          <w:b/>
        </w:rPr>
        <w:t xml:space="preserve">[16:14] </w:t>
      </w:r>
      <w:r>
        <w:t>yani aap ko karna to yeh hai ke ek poore mahine ke liye aap mutakif ban jaen. poore ek mahine ke liye aap yeh ikhtiyar karen ke quran parh kar maloom karen ke mere liye sahih rosh kya honi chahiye.</w:t>
      </w:r>
    </w:p>
    <w:p>
      <w:pPr>
        <w:jc w:val="right"/>
      </w:pPr>
      <w:r>
        <w:t>یعنی آپ کو کرنا تو یہ ہے کہ ایک پورے مہینے کے لیے آپ متکف بن جائیں۔ پورے ایک مہینے کے لیے آپ یہ اختیار کریں کہ قرآن پڑھ کر معلوم کریں کہ میرے لیے صحیح روش کیا ہونی چاہیے۔</w:t>
      </w:r>
    </w:p>
    <w:p>
      <w:r>
        <w:rPr>
          <w:b/>
        </w:rPr>
        <w:t xml:space="preserve">[16:33] </w:t>
      </w:r>
      <w:r>
        <w:t>roze mein apne aap ko sanjeeda banaen. right thinker banaen. aur phir quran ko bohat hi dhyan se parhen.</w:t>
      </w:r>
    </w:p>
    <w:p>
      <w:pPr>
        <w:jc w:val="right"/>
      </w:pPr>
      <w:r>
        <w:t>روزے میں اپنے آپ کو سنجیدہ بنائیں۔ رائٹ تھنکر بنائیں۔ اور پھر قرآن کو بہت ہی دھیان سے پڑھیں۔</w:t>
      </w:r>
    </w:p>
    <w:p>
      <w:r>
        <w:rPr>
          <w:b/>
        </w:rPr>
        <w:t xml:space="preserve">[16:45] </w:t>
      </w:r>
      <w:r>
        <w:t>bohat ziyada dhyan ke sath. aur is se nikalen ke quran mujh ko kya sabaq deta hai.</w:t>
      </w:r>
    </w:p>
    <w:p>
      <w:pPr>
        <w:jc w:val="right"/>
      </w:pPr>
      <w:r>
        <w:t>بہت زیادہ دھیان کے ساتھ۔ اور اس سے نکالیں کہ قرآن مجھ کو کیا سبق دیتا ہے۔</w:t>
      </w:r>
    </w:p>
    <w:p>
      <w:r>
        <w:rPr>
          <w:b/>
        </w:rPr>
        <w:t xml:space="preserve">[16:59] </w:t>
      </w:r>
      <w:r>
        <w:t>main ne ek qissa parha tha ke allama iqbal ke walid sahab ka ek martaba iqbal quran parh rahe the yani tilawat kar rahe the to un ke walid ne dekha</w:t>
      </w:r>
    </w:p>
    <w:p>
      <w:pPr>
        <w:jc w:val="right"/>
      </w:pPr>
      <w:r>
        <w:t>میں نے ایک قصہ پڑھا تھا کہ علامہ اقبال کے والد صاحب کا ایک مرتبہ اقبال قرآن پڑھ رہے تھے یعنی تلاوت کر رہے تھے تو ان کے والد نے دیکھا</w:t>
      </w:r>
    </w:p>
    <w:p>
      <w:r>
        <w:rPr>
          <w:b/>
        </w:rPr>
        <w:t xml:space="preserve">[17:14] </w:t>
      </w:r>
      <w:r>
        <w:t>to walid ne kaha iqbal kya parh rahe ho? un ka quran parh raha hoon. to walid ne kaha ke quran is tarah parho jaise ke woh khud tumhare upar utra hai.</w:t>
      </w:r>
    </w:p>
    <w:p>
      <w:pPr>
        <w:jc w:val="right"/>
      </w:pPr>
      <w:r>
        <w:t>تو والد نے کہا اقبال کیا پڑھ رہے ہو؟ ان کا قرآن پڑھ رہا ہوں۔ تو والد نے کہا کہ قرآن اس طرح پڑھو جیسے کہ وہ خود تمہارے اوپر اترا ہے۔</w:t>
      </w:r>
    </w:p>
    <w:p>
      <w:r>
        <w:rPr>
          <w:b/>
        </w:rPr>
        <w:t xml:space="preserve">[17:26] </w:t>
      </w:r>
      <w:r>
        <w:t>quran is tarah parho jaise ke woh khud tumhare upar utra. main nahi samajhta ke yeh koi baat hai. yeh to ek ek ek ishara takhayyul hai.</w:t>
      </w:r>
    </w:p>
    <w:p>
      <w:pPr>
        <w:jc w:val="right"/>
      </w:pPr>
      <w:r>
        <w:t>قرآن اس طرح پڑھو جیسے کہ وہ خود تمہارے اوپر اترا۔ میں نہیں سمجھتا کہ یہ کوئی بات ہے۔ یہ تو ایک ایک ایک شارہ تخیل ہے۔</w:t>
      </w:r>
    </w:p>
    <w:p>
      <w:r>
        <w:rPr>
          <w:b/>
        </w:rPr>
        <w:t xml:space="preserve">[17:37] </w:t>
      </w:r>
      <w:r>
        <w:t>sahi baat yeh hai ke quran is tarah parho ke yeh sab log is quran tum ko kya message de raha hai. woh to ek ishara takhayyul hai, ek romantic takhayyul hai ke quran tumhare upar utra hai.</w:t>
      </w:r>
    </w:p>
    <w:p>
      <w:pPr>
        <w:jc w:val="right"/>
      </w:pPr>
      <w:r>
        <w:t>صحیح بات یہ ہے کہ قرآن اس طرح پڑھو کہ یہ سب لوگ اس قرآن تم کو کیا میسج دے رہا ہے۔ وہ تو ایک شارہ تخیل ہے، ایک رومانٹک تخیل ہے کہ قرآن تمہارے اوپر اترا ہے۔</w:t>
      </w:r>
    </w:p>
    <w:p>
      <w:r>
        <w:rPr>
          <w:b/>
        </w:rPr>
        <w:t xml:space="preserve">[17:50] </w:t>
      </w:r>
      <w:r>
        <w:t>ek romantic takhayyul nahi hai. sahi yeh hai ke aap yeh sochen ke quran mujh ko mukhatib kar ke kya baat keh raha hai?</w:t>
      </w:r>
    </w:p>
    <w:p>
      <w:pPr>
        <w:jc w:val="right"/>
      </w:pPr>
      <w:r>
        <w:t>ایک رومانٹک تخیل نہیں ہے۔ صحیح یہ ہے کہ آپ یہ سوچیں کہ قرآن مجھ کو مخاطب کر کے کیا بات کہہ رہا ہے؟</w:t>
      </w:r>
    </w:p>
    <w:p>
      <w:r>
        <w:rPr>
          <w:b/>
        </w:rPr>
        <w:t xml:space="preserve">[18:02] </w:t>
      </w:r>
      <w:r>
        <w:t>mujh ko kya message de raha hai?</w:t>
      </w:r>
    </w:p>
    <w:p>
      <w:pPr>
        <w:jc w:val="right"/>
      </w:pPr>
      <w:r>
        <w:t>مجھ کو کیا میسج دے رہا ہے؟</w:t>
      </w:r>
    </w:p>
    <w:p>
      <w:r>
        <w:rPr>
          <w:b/>
        </w:rPr>
        <w:t xml:space="preserve">[18:07] </w:t>
      </w:r>
      <w:r>
        <w:t>to ek message yeh paen ge aap: "fala anazoonak fil amr" yani apne aur doosron ke darmiyan mukammal taur par peace ka mahol banao.</w:t>
      </w:r>
    </w:p>
    <w:p>
      <w:pPr>
        <w:jc w:val="right"/>
      </w:pPr>
      <w:r>
        <w:t>تو ایک میسج یہ پائیں گے آپ: "فلا انازونک فی الامر" یعنی اپنے اور دوسروں کے درمیان مکمل طور پر پیس کا ماحول بناؤ۔</w:t>
      </w:r>
    </w:p>
    <w:p>
      <w:r>
        <w:rPr>
          <w:b/>
        </w:rPr>
        <w:t xml:space="preserve">[18:22] </w:t>
      </w:r>
      <w:r>
        <w:t>poore maanon mein peace ka mahol. kyunke peace ka mahol jab hoga tabhi tumhare aur doosre ke darmiyan acha taluq qaim hoga.</w:t>
      </w:r>
    </w:p>
    <w:p>
      <w:pPr>
        <w:jc w:val="right"/>
      </w:pPr>
      <w:r>
        <w:t>پورے معنوں میں پیس کا ماحول۔ کیونکہ پیس کا ماحول جب ہوگا تبھی تمہارے اور دوسرے کے درمیان اچھا تعلق قائم ہوگا۔</w:t>
      </w:r>
    </w:p>
    <w:p>
      <w:r>
        <w:rPr>
          <w:b/>
        </w:rPr>
        <w:t xml:space="preserve">[18:32] </w:t>
      </w:r>
      <w:r>
        <w:t>islami mission chal paye ga. allah ke message doosron tak tum pohnchanay ke qabil ho jaoge. yeh sab baaten hongi.</w:t>
      </w:r>
    </w:p>
    <w:p>
      <w:pPr>
        <w:jc w:val="right"/>
      </w:pPr>
      <w:r>
        <w:t>اسلامی مشن چل پائے گا۔ اللہ کے میسج دوسروں تک تم پہنچانے کے قابل ہو جاؤ گے۔ یہ سب باتیں ہوں گی۔</w:t>
      </w:r>
    </w:p>
    <w:p>
      <w:r>
        <w:rPr>
          <w:b/>
        </w:rPr>
        <w:t xml:space="preserve">[18:42] </w:t>
      </w:r>
      <w:r>
        <w:t>yeh doosre lafzon mein yeh bhi keh sakte hain ke quran ki roshni mein apna muhasba karna. ramzan mein roza rakhen.</w:t>
      </w:r>
    </w:p>
    <w:p>
      <w:pPr>
        <w:jc w:val="right"/>
      </w:pPr>
      <w:r>
        <w:t>یہ دوسرے لفظوں میں یہ بھی کہہ سکتے ہیں کہ قرآن کی روشنی میں اپنا محاسبہ کرنا۔ رمضان میں روزہ رکھیں۔</w:t>
      </w:r>
    </w:p>
    <w:p>
      <w:r>
        <w:rPr>
          <w:b/>
        </w:rPr>
        <w:t xml:space="preserve">[18:53] </w:t>
      </w:r>
      <w:r>
        <w:t>roza rakh kar quran ko parhen. aur phir quran ki roshni mein apna muhasba karen. apna introspection karen. apna jaiza len.</w:t>
      </w:r>
    </w:p>
    <w:p>
      <w:pPr>
        <w:jc w:val="right"/>
      </w:pPr>
      <w:r>
        <w:t>روزہ رکھ کر قرآن کو پڑھیں۔ اور پھر قرآن کی روشنی میں اپنا محاسبہ کریں۔ اپنا انٹراسپیکشن کریں۔ اپنا جائزہ لیں۔</w:t>
      </w:r>
    </w:p>
    <w:p>
      <w:r>
        <w:rPr>
          <w:b/>
        </w:rPr>
        <w:t xml:space="preserve">[19:06] </w:t>
      </w:r>
      <w:r>
        <w:t>yani quran ko apne liye ideal banaen. quran ko apne liye aaina banaen. aaina. quran ko apne liye aaina banaen.</w:t>
      </w:r>
    </w:p>
    <w:p>
      <w:pPr>
        <w:jc w:val="right"/>
      </w:pPr>
      <w:r>
        <w:t>یعنی قرآن کو اپنے لیے آئیڈیل بنائیں۔ قرآن کو اپنے لیے آئینہ بنائیں۔ آئینہ۔ قرآن کو اپنے لیے آئینہ بنائیں۔</w:t>
      </w:r>
    </w:p>
    <w:p>
      <w:r>
        <w:rPr>
          <w:b/>
        </w:rPr>
        <w:t xml:space="preserve">[19:16] </w:t>
      </w:r>
      <w:r>
        <w:t>quran mein aap dekhen ke meri surat kya hai? main quran kya tasdeeq kar raha hai ya mere khilaf bol raha hai?</w:t>
      </w:r>
    </w:p>
    <w:p>
      <w:pPr>
        <w:jc w:val="right"/>
      </w:pPr>
      <w:r>
        <w:t>قرآن میں آپ دیکھیں کہ میری صورت کیا ہے؟ میں قرآن کیا تصدیق کر رہا ہے یا میرے خلاف بول رہا ہے؟</w:t>
      </w:r>
    </w:p>
    <w:p>
      <w:r>
        <w:rPr>
          <w:b/>
        </w:rPr>
        <w:t xml:space="preserve">[19:29] </w:t>
      </w:r>
      <w:r>
        <w:t>aur phir apna correction karen.</w:t>
      </w:r>
    </w:p>
    <w:p>
      <w:pPr>
        <w:jc w:val="right"/>
      </w:pPr>
      <w:r>
        <w:t>اور پھر اپنا کریکشن کریں۔</w:t>
      </w:r>
    </w:p>
    <w:p>
      <w:r>
        <w:rPr>
          <w:b/>
        </w:rPr>
        <w:t xml:space="preserve">[19:34] </w:t>
      </w:r>
      <w:r>
        <w:t>phir apna correction karen. misaal ke taur par dekhiye aap quran ko parh rahe hain. aap ek ayat tak pohnche: "wa al aafina lil naas" logon ko maaf karne wale.</w:t>
      </w:r>
    </w:p>
    <w:p>
      <w:pPr>
        <w:jc w:val="right"/>
      </w:pPr>
      <w:r>
        <w:t>پھر اپنا کریکشن کریں۔ مثلاً دیکھیے آپ قرآن کو پڑھ رہے ہیں۔ آپ ایک آیت تک پہنچے: "وَالْعَافِينَا لِلنَّاسِ" لوگوں کو معاف کرنے والے۔</w:t>
      </w:r>
    </w:p>
    <w:p>
      <w:r>
        <w:rPr>
          <w:b/>
        </w:rPr>
        <w:t xml:space="preserve">[19:52] </w:t>
      </w:r>
      <w:r>
        <w:t>yeh momin ki sifat batai gayi hai. sifat:</w:t>
      </w:r>
    </w:p>
    <w:p>
      <w:pPr>
        <w:jc w:val="right"/>
      </w:pPr>
      <w:r>
        <w:t>یہ مومن کی صفت بتائی گئی ہے۔ صفت:</w:t>
      </w:r>
    </w:p>
    <w:p>
      <w:r>
        <w:rPr>
          <w:b/>
        </w:rPr>
        <w:t xml:space="preserve">[19:59] </w:t>
      </w:r>
      <w:r>
        <w:t>"wa al kazibeen al ghair wa al aafina anil naas" momin ki sifat: "wa al kazibeen al ghair wa al aafina anil naas" yani ghussa ko pee jaane wale aur logon ko maaf karne wale.</w:t>
      </w:r>
    </w:p>
    <w:p>
      <w:pPr>
        <w:jc w:val="right"/>
      </w:pPr>
      <w:r>
        <w:t>"وَالْكَاذِبِينَ الْغَيْرِ وَالْعَافِينَ عَنِ النَّاسِ" مومن کی صفت: "وَالْكَاذِبِينَ الْغَيْرِ وَالْعَافِينَ عَنِ النَّاسِ" یعنی غصہ کو پی جانے والے اور لوگوں کو معاف کرنے والے۔</w:t>
      </w:r>
    </w:p>
    <w:p>
      <w:r>
        <w:rPr>
          <w:b/>
        </w:rPr>
        <w:t xml:space="preserve">[20:20] </w:t>
      </w:r>
      <w:r>
        <w:t>yahan par dekhiye aap sochen ge to aap daryaft karen ge ke quran ne yeh nahi kaha ke "wa al faaqideen al ghair" yani aisa ban jana ke aap ke andar ghussa maujood hi na ho.</w:t>
      </w:r>
    </w:p>
    <w:p>
      <w:pPr>
        <w:jc w:val="right"/>
      </w:pPr>
      <w:r>
        <w:t>یہاں پر دیکھیے آپ سوچیں گے تو آپ دریافت کریں گے کہ قرآن نے یہ نہیں کہا کہ "وَالْفَاقِيدِينَ الْغَيْرِ" یعنی ایسا بن جانا کہ آپ کے اندر غصہ موجود ہی نہ ہو۔</w:t>
      </w:r>
    </w:p>
    <w:p>
      <w:r>
        <w:rPr>
          <w:b/>
        </w:rPr>
        <w:t xml:space="preserve">[20:38] </w:t>
      </w:r>
      <w:r>
        <w:t>be ghussa ban jao aap. to "wa al faaqideen al ghair" nahi hai ke ghussa aap ke andar mafqood ho jae.</w:t>
      </w:r>
    </w:p>
    <w:p>
      <w:pPr>
        <w:jc w:val="right"/>
      </w:pPr>
      <w:r>
        <w:t>بے غصہ بن جاؤ آپ۔ تو "وَالْفَاقِيدِينَ الْغَيْرِ" نہیں ہے کہ غصہ آپ کے اندر مفقود ہو جائے۔</w:t>
      </w:r>
    </w:p>
    <w:p>
      <w:r>
        <w:rPr>
          <w:b/>
        </w:rPr>
        <w:t xml:space="preserve">[20:48] </w:t>
      </w:r>
      <w:r>
        <w:t>nahi. ghusse ko pee jaane wale. is ka matlab kya hui hai? ke social life mein ya khandani life mein ya ejtimai zindagi mein yeh to hoga ke aap ko kai baar ghussa aa jayega doosre ke khilaf.</w:t>
      </w:r>
    </w:p>
    <w:p>
      <w:pPr>
        <w:jc w:val="right"/>
      </w:pPr>
      <w:r>
        <w:t>نہیں۔ غصے کو پی جانے والے۔ اس کا معنی کیا ہوئی ہے؟ کہ سوشل لائف میں یا خاندانی لائف میں یا اجتماعی زندگی میں یہ تو ہوگا کہ آپ کو کئی بار غصہ آ جائے گا دوسرے کے خلاف۔</w:t>
      </w:r>
    </w:p>
    <w:p>
      <w:r>
        <w:rPr>
          <w:b/>
        </w:rPr>
        <w:t xml:space="preserve">[21:08] </w:t>
      </w:r>
      <w:r>
        <w:t>lekin "wa al kazibeen" yani apne ko andar andar pee jayenge. andar andar ghusse ko pee jayenge. "wa al kazibeen al ghair" ghussa to aaya lekin andar andar hi is ko pee liya.</w:t>
      </w:r>
    </w:p>
    <w:p>
      <w:pPr>
        <w:jc w:val="right"/>
      </w:pPr>
      <w:r>
        <w:t>لیکن "وَالْكَاذِبِينَ" یعنی اپنے کو اندر اندر پی جائیں گے۔ اندر اندر غصے کو پی جائیں گے۔ "وَالْكَاذِبِينَ الْغَيْرِ" غصہ تو آیا لیکن اندر اندر ہی اس کو پی لیا۔</w:t>
      </w:r>
    </w:p>
    <w:p>
      <w:r>
        <w:rPr>
          <w:b/>
        </w:rPr>
        <w:t xml:space="preserve">[21:30] </w:t>
      </w:r>
      <w:r>
        <w:t>ek martaba mein ne is par ek mazmoon likha tha. to mein ne likha tha ke aaj kal jo car bante hain na to woh un ke peyon mein ek cheez hoti hai jise kehte hain "shock absorber".</w:t>
      </w:r>
    </w:p>
    <w:p>
      <w:pPr>
        <w:jc w:val="right"/>
      </w:pPr>
      <w:r>
        <w:t>ایک مرتبہ میں نے اس پر ایک مضمون لکھا تھا۔ تو میں نے لکھا تھا کہ آج کل جو کار بنتے ہیں نا تو وہ ان کے پہیوں میں ایک چیز ہوتی ہے جسے کہتے ہیں "شاک ایبزاربر"۔</w:t>
      </w:r>
    </w:p>
    <w:p>
      <w:r>
        <w:rPr>
          <w:b/>
        </w:rPr>
        <w:t xml:space="preserve">[21:49] </w:t>
      </w:r>
      <w:r>
        <w:t>yani jhatke ko sehne wale. "shock absorber" jhatke ko sehne wale.</w:t>
      </w:r>
    </w:p>
    <w:p>
      <w:pPr>
        <w:jc w:val="right"/>
      </w:pPr>
      <w:r>
        <w:t>یعنی جھٹکے کو سہنے والے۔ "شاک ایبزاربر" جھٹکے کو سہنے والے۔</w:t>
      </w:r>
    </w:p>
    <w:p>
      <w:r>
        <w:rPr>
          <w:b/>
        </w:rPr>
        <w:t xml:space="preserve">[22:00] </w:t>
      </w:r>
      <w:r>
        <w:t>ab aap kabhi sarak kinare khare hon aur car ko daurte hue dekhen.</w:t>
      </w:r>
    </w:p>
    <w:p>
      <w:pPr>
        <w:jc w:val="right"/>
      </w:pPr>
      <w:r>
        <w:t>اب آپ کبھی سڑک کنارے کھڑے ہوں اور کار کو دوڑتے ہوئے دیکھیں۔</w:t>
      </w:r>
    </w:p>
    <w:p>
      <w:r>
        <w:rPr>
          <w:b/>
        </w:rPr>
        <w:t xml:space="preserve">[22:08] </w:t>
      </w:r>
      <w:r>
        <w:t>sarak kinare khare ho kar aap dekhen ke car daud rahi hai to kya ho raha hai? aap dekhen ke is ka jitna achi car hogi utni zyada yeh cheez numayan hogi.</w:t>
      </w:r>
    </w:p>
    <w:p>
      <w:pPr>
        <w:jc w:val="right"/>
      </w:pPr>
      <w:r>
        <w:t>سڑک کنارے کھڑے ہو کر آپ دیکھیں کہ کار دوڑ رہی ہے تو کیا ہو رہا ہے؟ آپ دیکھیں کہ اس کا جتنا اچھی کار ہوگی اتنی زیادہ یہ چیز نمایاں ہوگی۔</w:t>
      </w:r>
    </w:p>
    <w:p>
      <w:r>
        <w:rPr>
          <w:b/>
        </w:rPr>
        <w:t xml:space="preserve">[22:22] </w:t>
      </w:r>
      <w:r>
        <w:t>is ka pehia jo hai woh neeche oopar ho raha hoga. jab car daud rahi hogi to is ka pehia neeche oopar hoga. lekin is ka jo body hai woh waise ka waise rahega.</w:t>
      </w:r>
    </w:p>
    <w:p>
      <w:pPr>
        <w:jc w:val="right"/>
      </w:pPr>
      <w:r>
        <w:t>اس کا پہیہ جو ہے وہ نیچے اوپر ہو رہا ہوگا۔ جب کار دوڑ رہی ہوگی تو اس کا پہیہ نیچے اوپر ہوگا۔ لیکن اس کا جو باڈی ہے وہ ویسے کا ویسے رہے گا۔</w:t>
      </w:r>
    </w:p>
    <w:p>
      <w:r>
        <w:rPr>
          <w:b/>
        </w:rPr>
        <w:t xml:space="preserve">[22:33] </w:t>
      </w:r>
      <w:r>
        <w:t>is ka matlab kya hui hai? ke sarak par chalte hue sarak se jo jhatka pehie par laga.</w:t>
      </w:r>
    </w:p>
    <w:p>
      <w:pPr>
        <w:jc w:val="right"/>
      </w:pPr>
      <w:r>
        <w:t>اس کا معنی کیا ہوئی ہے؟ کہ سڑک پر چلتے ہوئے سڑک سے جو جھٹکا پہیے پر لگا۔</w:t>
      </w:r>
    </w:p>
    <w:p>
      <w:r>
        <w:rPr>
          <w:b/>
        </w:rPr>
        <w:t xml:space="preserve">[22:43] </w:t>
      </w:r>
      <w:r>
        <w:t>kyun ke sarak par jhatka door lagta hai. sarak mein friction hota hai. sarak sheeshe glass ki tarah nahi hoti.</w:t>
      </w:r>
    </w:p>
    <w:p>
      <w:pPr>
        <w:jc w:val="right"/>
      </w:pPr>
      <w:r>
        <w:t>کیونکہ سڑک پر جھٹکا دور لگتا ہے۔ سڑک میں فریکشن ہوتا ہے۔ سڑک شیشے گلاس کی طرح نہیں ہوتی۔</w:t>
      </w:r>
    </w:p>
    <w:p>
      <w:r>
        <w:rPr>
          <w:b/>
        </w:rPr>
        <w:t xml:space="preserve">[22:53] </w:t>
      </w:r>
      <w:r>
        <w:t>friction hota hai. to jab car daudti hai to kitni achi sarak ho woh friction hota hai.</w:t>
      </w:r>
    </w:p>
    <w:p>
      <w:pPr>
        <w:jc w:val="right"/>
      </w:pPr>
      <w:r>
        <w:t>فریکشن ہوتا ہے۔ تو جب کار دوڑتی ہے تو کتنی اچھی سڑک ہو وہ فریکشن ہوتا ہے۔</w:t>
      </w:r>
    </w:p>
    <w:p>
      <w:r>
        <w:rPr>
          <w:b/>
        </w:rPr>
        <w:t xml:space="preserve">[23:03] </w:t>
      </w:r>
      <w:r>
        <w:t>to is ki wajah se pehia ko jhatka lagta hai. to aap dekhen ke pehia neeche oopar ho raha hai bar bar. lekin body jahan insan baitha hua hai woh waise ka waise hai.</w:t>
      </w:r>
    </w:p>
    <w:p>
      <w:pPr>
        <w:jc w:val="right"/>
      </w:pPr>
      <w:r>
        <w:t>تو اس کی وجہ سے پہیہ کو جھٹکا لگتا ہے۔ تو آپ دیکھیں کہ پہیہ نیچے اوپر ہو رہا ہے بار بار۔ لیکن باڈی جہاں انسان بیٹھا ہوا ہے وہ ویسے کا ویسے ہے۔</w:t>
      </w:r>
    </w:p>
    <w:p>
      <w:r>
        <w:rPr>
          <w:b/>
        </w:rPr>
        <w:t xml:space="preserve">[23:17] </w:t>
      </w:r>
      <w:r>
        <w:t>is ka matlab kya hua? sarak ka jo jhatka pehie par laga pehie ne is ko apne oopar le liya. is ko musafir tak pohnchne nahi diya.</w:t>
      </w:r>
    </w:p>
    <w:p>
      <w:pPr>
        <w:jc w:val="right"/>
      </w:pPr>
      <w:r>
        <w:t>اس کا مطلب کیا ہوا؟ سڑک کا جو جھٹکا پہیے پر لگا پہیے نے اس کو اپنے اوپر لے لیا۔ اس کو مسافر تک پہنچنے نہیں دیا۔</w:t>
      </w:r>
    </w:p>
    <w:p>
      <w:r>
        <w:rPr>
          <w:b/>
        </w:rPr>
        <w:t xml:space="preserve">[23:33] </w:t>
      </w:r>
      <w:r>
        <w:t>is ka matlab yeh hai ke "shock absorber" ka jo jo function hai woh yeh hai ke jo jhatka lage pehie par woh pehie par reh jaye.</w:t>
      </w:r>
    </w:p>
    <w:p>
      <w:pPr>
        <w:jc w:val="right"/>
      </w:pPr>
      <w:r>
        <w:t>اس کا معنی یہ ہے کہ "شاک ایبزاربر" کا جو جو فنکشن ہے وہ یہ ہے کہ جو جھٹکا لگے پہیے پر وہ پہیے پر رہ جائے۔</w:t>
      </w:r>
    </w:p>
    <w:p>
      <w:r>
        <w:rPr>
          <w:b/>
        </w:rPr>
        <w:t xml:space="preserve">[23:47] </w:t>
      </w:r>
      <w:r>
        <w:t>woh musafir tak na pohnche. yeh matlab is ayat ka hai ke aap ko society mein logon ke sath rehte hue bar bar ghussa aa sakta hai.</w:t>
      </w:r>
    </w:p>
    <w:p>
      <w:pPr>
        <w:jc w:val="right"/>
      </w:pPr>
      <w:r>
        <w:t>وہ مسافر تک نہ پہنچے۔ یہ مطلب اس آیت کا ہے کہ آپ کو سوسائٹی میں لوگوں کے ساتھ رہتے ہوئے بار بار غصہ آ سکتا ہے۔</w:t>
      </w:r>
    </w:p>
    <w:p>
      <w:r>
        <w:rPr>
          <w:b/>
        </w:rPr>
        <w:t xml:space="preserve">[24:01] </w:t>
      </w:r>
      <w:r>
        <w:t>bara lag sakta hai. aap afreed ho sakte hain. lekin is ko apne oopar le len. pi jane ka matlab apne oopar le lo.</w:t>
      </w:r>
    </w:p>
    <w:p>
      <w:pPr>
        <w:jc w:val="right"/>
      </w:pPr>
      <w:r>
        <w:t>برا لگ سکتا ہے۔ آپ افریڈ ہو سکتے ہیں۔ لیکن اس کو اپنے اوپر لے لیں۔ پی جانے کا معنی اپنے اوپر لے لو۔</w:t>
      </w:r>
    </w:p>
    <w:p>
      <w:r>
        <w:rPr>
          <w:b/>
        </w:rPr>
        <w:t xml:space="preserve">[24:10] </w:t>
      </w:r>
      <w:r>
        <w:t>dosre par na jaane do. ghusse ko pi jane ka matlab yeh hai ke apne seenay mein ek "shock absorber" bitha lo.</w:t>
      </w:r>
    </w:p>
    <w:p>
      <w:pPr>
        <w:jc w:val="right"/>
      </w:pPr>
      <w:r>
        <w:t>دوسرے پر نہ جانے دو۔ غصے کو پی جانے کا مطلب یہ ہے کہ اپنے سینے میں ایک "شاک ایبزاربر" بٹھا لو۔</w:t>
      </w:r>
    </w:p>
    <w:p>
      <w:r>
        <w:rPr>
          <w:b/>
        </w:rPr>
        <w:t xml:space="preserve">[24:22] </w:t>
      </w:r>
      <w:r>
        <w:t>apne seenay mein ek "shock absorber" bitha lo. yani jo jhatka lage woh tumhare andar hi andar reh jaye.</w:t>
      </w:r>
    </w:p>
    <w:p>
      <w:pPr>
        <w:jc w:val="right"/>
      </w:pPr>
      <w:r>
        <w:t>اپنے سینے میں ایک "شاک ایبزاربر" بٹھا لو۔ یعنی جو جھٹکا لگے وہ تمہارے اندر ہی اندر رہ جائے۔</w:t>
      </w:r>
    </w:p>
    <w:p>
      <w:r>
        <w:rPr>
          <w:b/>
        </w:rPr>
        <w:t xml:space="preserve">[24:35] </w:t>
      </w:r>
      <w:r>
        <w:t>dosre insan tak na pohnche.</w:t>
      </w:r>
    </w:p>
    <w:p>
      <w:pPr>
        <w:jc w:val="right"/>
      </w:pPr>
      <w:r>
        <w:t>دوسرے انسان تک نہ پہنچے۔</w:t>
      </w:r>
    </w:p>
    <w:p>
      <w:r>
        <w:rPr>
          <w:b/>
        </w:rPr>
        <w:t xml:space="preserve">[24:40] </w:t>
      </w:r>
      <w:r>
        <w:t>yeh hai roze ka pegham aap ke liye. to jab aap roza rakh kar ke quran ko padhenge to is baat ko zyada dhyan ke sath pakdenge.</w:t>
      </w:r>
    </w:p>
    <w:p>
      <w:pPr>
        <w:jc w:val="right"/>
      </w:pPr>
      <w:r>
        <w:t>یہ ہے روزے کا پیغام آپ کے لیے۔ تو جب آپ روزہ رکھ کر کے قرآن کو پڑھیں گے تو اس بات کو زیادہ دھیان کے ساتھ پکڑیں گے۔</w:t>
      </w:r>
    </w:p>
    <w:p>
      <w:r>
        <w:rPr>
          <w:b/>
        </w:rPr>
        <w:t xml:space="preserve">[24:59] </w:t>
      </w:r>
      <w:r>
        <w:t>yani jab aap roza rakh kar padhenge to zyada sanjeeda ban kar padh rahe hain aap. jab aap roza rakh kar quran ko padhenge to is ka matlab hoga ke aap zyada sanjeeda ban kar quran ko padh rahe hain.</w:t>
      </w:r>
    </w:p>
    <w:p>
      <w:pPr>
        <w:jc w:val="right"/>
      </w:pPr>
      <w:r>
        <w:t>یعنی جب آپ روزہ رکھ کر پڑھیں گے تو زیادہ سنجیدہ بن کر پڑھ رہے ہیں آپ۔ جب آپ روزہ رکھ کر قرآن کو پڑھیں گے تو اس کا مطلب ہوگا کہ آپ زیادہ سنجیدہ بن کر قرآن کو پڑھ رہے ہیں۔</w:t>
      </w:r>
    </w:p>
    <w:p>
      <w:r>
        <w:rPr>
          <w:b/>
        </w:rPr>
        <w:t xml:space="preserve">[25:15] </w:t>
      </w:r>
      <w:r>
        <w:t>to aap is ko jab pakdenge is baat ko to aap kahenge dekho dunya mein mujhe kaise rehna hai? apne seenay mein ek "shock absorber" rakh lena hai.</w:t>
      </w:r>
    </w:p>
    <w:p>
      <w:pPr>
        <w:jc w:val="right"/>
      </w:pPr>
      <w:r>
        <w:t>تو آپ اس کو جب پکڑیں گے اس بات کو تو آپ کہیں گے دیکھو دنیا میں مجھے کیسے رہنا ہے؟ اپنے سینے میں ایک "شاک ایبزاربر" رکھ لینا ہے۔</w:t>
      </w:r>
    </w:p>
    <w:p>
      <w:r>
        <w:rPr>
          <w:b/>
        </w:rPr>
        <w:t xml:space="preserve">[25:27] </w:t>
      </w:r>
      <w:r>
        <w:t>koi kuch bhi kahe. koi afreed kare. koi ghussa dilaye. koi mushtael kare. kuch bhi kare.</w:t>
      </w:r>
    </w:p>
    <w:p>
      <w:pPr>
        <w:jc w:val="right"/>
      </w:pPr>
      <w:r>
        <w:t>کوئی کچھ بھی کہے۔ کوئی افریڈ کرے۔ کوئی غصہ دلائے۔ کوئی مشتعل کرے۔ کچھ بھی کرے۔</w:t>
      </w:r>
    </w:p>
    <w:p>
      <w:r>
        <w:rPr>
          <w:b/>
        </w:rPr>
        <w:t xml:space="preserve">[25:37] </w:t>
      </w:r>
      <w:r>
        <w:t>woh free hai. mein free nahi hoon. dosra aadmi free hai. mein free nahi hoon.</w:t>
      </w:r>
    </w:p>
    <w:p>
      <w:pPr>
        <w:jc w:val="right"/>
      </w:pPr>
      <w:r>
        <w:t>وہ فری ہے۔ میں فری نہیں ہوں۔ دوسرا آدمی فری ہے۔ میں فری نہیں ہوں۔</w:t>
      </w:r>
    </w:p>
    <w:p>
      <w:r>
        <w:rPr>
          <w:b/>
        </w:rPr>
        <w:t xml:space="preserve">[25:46] </w:t>
      </w:r>
      <w:r>
        <w:t>mujhe to apne seenay mein ek "shock absorber" bitha lena hai. ke jo bhi jhatka laga us ko mein apne oopar sehta rahoon.</w:t>
      </w:r>
    </w:p>
    <w:p>
      <w:pPr>
        <w:jc w:val="right"/>
      </w:pPr>
      <w:r>
        <w:t>مجھے تو اپنے سینے میں ایک "شاک ایبزاربر" بٹھا لینا ہے۔ کہ جو بھی جھٹکا لگا اس کو میں اپنے اوپر سہتا رہوں۔</w:t>
      </w:r>
    </w:p>
    <w:p>
      <w:r>
        <w:rPr>
          <w:b/>
        </w:rPr>
        <w:t xml:space="preserve">[25:58] </w:t>
      </w:r>
      <w:r>
        <w:t>dosre insan tak na pohnchne doon is ko. to yeh hai roza. jab roza rakh kar apne aap ko zyada soch wala banayenge.</w:t>
      </w:r>
    </w:p>
    <w:p>
      <w:pPr>
        <w:jc w:val="right"/>
      </w:pPr>
      <w:r>
        <w:t>دوسرے انسان تک نہ پہنچنے دوں اس کو۔ تو یہ ہے روزہ۔ جب روزہ رکھ کر اپنے آپ کو زیادہ سوچ والا بنائیں گے۔</w:t>
      </w:r>
    </w:p>
    <w:p>
      <w:r>
        <w:rPr>
          <w:b/>
        </w:rPr>
        <w:t xml:space="preserve">[26:12] </w:t>
      </w:r>
      <w:r>
        <w:t>zyada sanjeeda banayenge. aur phir quran ko padhenge. zyada dhyan ke sath quran ka mutala karenge.</w:t>
      </w:r>
    </w:p>
    <w:p>
      <w:pPr>
        <w:jc w:val="right"/>
      </w:pPr>
      <w:r>
        <w:t>زیادہ سنجیدہ بنائیں گے۔ اور پھر قرآن کو پڑھیں گے۔ زیادہ دھیان کے ساتھ قرآن کا مطالعہ کریں گے۔</w:t>
      </w:r>
    </w:p>
    <w:p>
      <w:r>
        <w:rPr>
          <w:b/>
        </w:rPr>
        <w:t xml:space="preserve">[26:24] </w:t>
      </w:r>
      <w:r>
        <w:t>to bar bar aap ko aise item milenge jo aap ko aaina dikhayenge. ke dekho quran to yeh keh raha hai aur mein aisa karta hoon.</w:t>
      </w:r>
    </w:p>
    <w:p>
      <w:pPr>
        <w:jc w:val="right"/>
      </w:pPr>
      <w:r>
        <w:t>تو بار بار آپ کو ایسے آئٹم ملیں گے جو آپ کو آئینہ دکھائیں گے۔ کہ دیکھو قرآن تو یہ کہہ رہا ہے اور میں ایسا کرتا ہوں۔</w:t>
      </w:r>
    </w:p>
    <w:p>
      <w:r>
        <w:rPr>
          <w:b/>
        </w:rPr>
        <w:t xml:space="preserve">[26:36] </w:t>
      </w:r>
      <w:r>
        <w:t>bar bar. quran to yeh keh raha hai mein aisa karta hoon.</w:t>
      </w:r>
    </w:p>
    <w:p>
      <w:pPr>
        <w:jc w:val="right"/>
      </w:pPr>
      <w:r>
        <w:t>بار بار۔ قرآن تو یہ کہہ رہا ہے میں ایسا کرتا ہوں۔</w:t>
      </w:r>
    </w:p>
    <w:p>
      <w:r>
        <w:rPr>
          <w:b/>
        </w:rPr>
        <w:t xml:space="preserve">[26:43] </w:t>
      </w:r>
      <w:r>
        <w:t>to aap ke andar agar mutaqeen raush jaagi hui hai jo ke roze ka maqsad hai. lalakum tattaqoon to mutaqeen raush agar jaagi hui hai to jab bhi quran aap ko is tarah ka message dega to aap foran is ko pakrenge.</w:t>
      </w:r>
    </w:p>
    <w:p>
      <w:pPr>
        <w:jc w:val="right"/>
      </w:pPr>
      <w:r>
        <w:t>تو آپ کے اندر اگر متقین روش جاگی ہوئی ہے جو کہ روزے کا مقصد ہے۔ لَلَّكُمْ تَتَّقُونَ تو متقین روش اگر جاگی ہوئی ہے تو جب بھی قرآن آپ کو اس طرح کا میسج دے گا تو آپ فوراً اس کو پکڑیں گے۔</w:t>
      </w:r>
    </w:p>
    <w:p>
      <w:r>
        <w:rPr>
          <w:b/>
        </w:rPr>
        <w:t xml:space="preserve">[27:09] </w:t>
      </w:r>
      <w:r>
        <w:t>foran is ko apne liye aik aik khuda ki aik hidayat bana lenge.</w:t>
      </w:r>
    </w:p>
    <w:p>
      <w:pPr>
        <w:jc w:val="right"/>
      </w:pPr>
      <w:r>
        <w:t>فوراً اس کو اپنے لیے ایک ایک خدا کی ایک ہدایت بنا لیں گے۔</w:t>
      </w:r>
    </w:p>
    <w:p>
      <w:r>
        <w:rPr>
          <w:b/>
        </w:rPr>
        <w:t xml:space="preserve">[27:24] </w:t>
      </w:r>
      <w:r>
        <w:t>is is aitbaar se sochiye to roze ka mahina jo hai woh insaan saazi ka mahina hai.</w:t>
      </w:r>
    </w:p>
    <w:p>
      <w:pPr>
        <w:jc w:val="right"/>
      </w:pPr>
      <w:r>
        <w:t>اس اس اعتبار سے سوچیے تو روزے کا مہینہ جو ہے وہ انسان سازی کا مہینہ ہے۔</w:t>
      </w:r>
    </w:p>
    <w:p>
      <w:r>
        <w:rPr>
          <w:b/>
        </w:rPr>
        <w:t xml:space="preserve">[27:35] </w:t>
      </w:r>
      <w:r>
        <w:t>insaan saazi. yaani apne aap ko aisa insaan banana jo saal bhar ke liye poori insaniyat ke liye poori samaaj ke liye aik sahih insaan ho.</w:t>
      </w:r>
    </w:p>
    <w:p>
      <w:pPr>
        <w:jc w:val="right"/>
      </w:pPr>
      <w:r>
        <w:t>انسان سازی۔ یعنی اپنے آپ کو ایسا انسان بنانا جو سال بھر کے لیے پوری انسانیت کے لیے پوری سماج کے لیے ایک صحیح انسان ہو۔</w:t>
      </w:r>
    </w:p>
    <w:p>
      <w:r>
        <w:rPr>
          <w:b/>
        </w:rPr>
        <w:t xml:space="preserve">[27:50] </w:t>
      </w:r>
      <w:r>
        <w:t>saihh insaan.</w:t>
      </w:r>
    </w:p>
    <w:p>
      <w:pPr>
        <w:jc w:val="right"/>
      </w:pPr>
      <w:r>
        <w:t>صحیح انسان۔</w:t>
      </w:r>
    </w:p>
    <w:p>
      <w:r>
        <w:rPr>
          <w:b/>
        </w:rPr>
        <w:t xml:space="preserve">[27:57] </w:t>
      </w:r>
      <w:r>
        <w:t>to mein samajhta hoon ke har shakhs ko isi roshni mein apna jaiza lena chahiye.</w:t>
      </w:r>
    </w:p>
    <w:p>
      <w:pPr>
        <w:jc w:val="right"/>
      </w:pPr>
      <w:r>
        <w:t>تو میں سمجھتا ہوں کہ ہر شخص کو اسی روشنی میں اپنا جائزہ لینا چاہیے۔</w:t>
      </w:r>
    </w:p>
    <w:p>
      <w:r>
        <w:rPr>
          <w:b/>
        </w:rPr>
        <w:t xml:space="preserve">[28:06] </w:t>
      </w:r>
      <w:r>
        <w:t>yeh jo maine arz kiya yeh maqsad hai roze ka. to is is andaaz mein roza culture ko ikhtiyar karna aur phir is andaaz mein apna muhasba karna.</w:t>
      </w:r>
    </w:p>
    <w:p>
      <w:pPr>
        <w:jc w:val="right"/>
      </w:pPr>
      <w:r>
        <w:t>یہ جو میں نے عرض کیا یہ مقصد ہے روزے کا۔ تو اس اس انداز میں روزہ کلچر کو اختیار کرنا اور پھر اس انداز میں اپنا محاسبہ کرنا۔</w:t>
      </w:r>
    </w:p>
    <w:p>
      <w:r>
        <w:rPr>
          <w:b/>
        </w:rPr>
        <w:t xml:space="preserve">[28:27] </w:t>
      </w:r>
      <w:r>
        <w:t>phir is is andaaz mein apna introspection karna. is andaaz mein apni islaah karte rehna. is tarah jab aap guzarenge aik mahina poora tab aap ka roza roza hoga.</w:t>
      </w:r>
    </w:p>
    <w:p>
      <w:pPr>
        <w:jc w:val="right"/>
      </w:pPr>
      <w:r>
        <w:t>پھر اس اس انداز میں اپنا انٹراسپیکشن کرنا۔ اس انداز میں اپنی اصلاح کرتے رہنا۔ اس طرح جب آپ گزاریں گے ایک مہینہ پورا تب آپ کا روزہ روزہ ہوگا۔</w:t>
      </w:r>
    </w:p>
    <w:p>
      <w:r>
        <w:rPr>
          <w:b/>
        </w:rPr>
        <w:t xml:space="preserve">[28:41] </w:t>
      </w:r>
      <w:r>
        <w:t>warna wahi jo hadith mein aaya hai ke aadmi roza roza rakhta hai lekin us ko apne roze se bhook pyas ke siwa aur kuch nahi milta.</w:t>
      </w:r>
    </w:p>
    <w:p>
      <w:pPr>
        <w:jc w:val="right"/>
      </w:pPr>
      <w:r>
        <w:t>ورنہ وہی جو حدیث میں آیا ہے کہ آدمی روزہ روزہ رکھتا ہے لیکن اس کو اپنے روزے سے بھوک پیاس کے سوا اور کچھ نہیں ملتا۔</w:t>
      </w:r>
    </w:p>
    <w:p>
      <w:r>
        <w:rPr>
          <w:b/>
        </w:rPr>
        <w:t xml:space="preserve">[28:52] </w:t>
      </w:r>
      <w:r>
        <w:t>yaani apni sehat nahi banata woh. apna character nahi banata woh. apne insaan saazi ka process nahi chalata apne andar.</w:t>
      </w:r>
    </w:p>
    <w:p>
      <w:pPr>
        <w:jc w:val="right"/>
      </w:pPr>
      <w:r>
        <w:t>یعنی اپنی صحت نہیں بناتا وہ۔ اپنا کریکٹر نہیں بناتا وہ۔ اپنے انسان سازی کا پروسیس نہیں چلاتا اپنے اندر۔</w:t>
      </w:r>
    </w:p>
    <w:p>
      <w:r>
        <w:rPr>
          <w:b/>
        </w:rPr>
        <w:t xml:space="preserve">[29:04] </w:t>
      </w:r>
      <w:r>
        <w:t>to kya hai woh? aik ritual hai bas jo daraz diya us ne.</w:t>
      </w:r>
    </w:p>
    <w:p>
      <w:pPr>
        <w:jc w:val="right"/>
      </w:pPr>
      <w:r>
        <w:t>تو کیا ہے وہ؟ ایک ریچول ہے بس جو دراز دیا اس نے۔</w:t>
      </w:r>
    </w:p>
    <w:p>
      <w:r>
        <w:rPr>
          <w:b/>
        </w:rPr>
        <w:t xml:space="preserve">[29:13] </w:t>
      </w:r>
      <w:r>
        <w:t>to yeh woh baat hai jis par insaan ko bohat zyada sochna chahiye. bohat zyada sochna chahiye.</w:t>
      </w:r>
    </w:p>
    <w:p>
      <w:pPr>
        <w:jc w:val="right"/>
      </w:pPr>
      <w:r>
        <w:t>تو یہ وہ بات ہے جس پر انسان کو بہت زیادہ سوچنا چاہیے۔ بہت زیادہ سوچنا چاہیے۔</w:t>
      </w:r>
    </w:p>
    <w:p>
      <w:r>
        <w:rPr>
          <w:b/>
        </w:rPr>
        <w:t xml:space="preserve">[29:29] </w:t>
      </w:r>
      <w:r>
        <w:t>kyun ke dekhiye islam mein jo ibadaten batai gayi hain woh un ka aik spirit hai.</w:t>
      </w:r>
    </w:p>
    <w:p>
      <w:pPr>
        <w:jc w:val="right"/>
      </w:pPr>
      <w:r>
        <w:t>کیونکہ دیکھیے اسلام میں جو عبادتیں بتائی گئی ہیں وہ ان کا ایک اسپرٹ ہے۔</w:t>
      </w:r>
    </w:p>
    <w:p>
      <w:r>
        <w:rPr>
          <w:b/>
        </w:rPr>
        <w:t xml:space="preserve">[29:39] </w:t>
      </w:r>
      <w:r>
        <w:t>un ka aik form hai. to agar spirit ko alag kar dein aur form ke aitbaar se aap ibaadat ko pakad lein to yeh yeh yeh yeh khud saakhta ibaadat hogi.</w:t>
      </w:r>
    </w:p>
    <w:p>
      <w:pPr>
        <w:jc w:val="right"/>
      </w:pPr>
      <w:r>
        <w:t>ان کا ایک فارم ہے۔ تو اگر اسپرٹ کو الگ کر دیں اور فارم کے اعتبار سے آپ عبادت کو پکڑ لیں تو یہ یہ یہ یہ خود ساختہ عبادت ہوگی۔</w:t>
      </w:r>
    </w:p>
    <w:p>
      <w:r>
        <w:rPr>
          <w:b/>
        </w:rPr>
        <w:t xml:space="preserve">[29:52] </w:t>
      </w:r>
      <w:r>
        <w:t>woh baat nahi hogi jo Allah ko matloob hai.</w:t>
      </w:r>
    </w:p>
    <w:p>
      <w:pPr>
        <w:jc w:val="right"/>
      </w:pPr>
      <w:r>
        <w:t>وہ بات نہیں ہوگی جو اللہ کو مطلوب ہے۔</w:t>
      </w:r>
    </w:p>
    <w:p>
      <w:r>
        <w:rPr>
          <w:b/>
        </w:rPr>
        <w:t xml:space="preserve">[29:58] </w:t>
      </w:r>
      <w:r>
        <w:t>yaani chahe roza ho ya namaz ho. agar aap ko ab agar aap apne lehaz se aik banayein ab is is par chalen.</w:t>
      </w:r>
    </w:p>
    <w:p>
      <w:pPr>
        <w:jc w:val="right"/>
      </w:pPr>
      <w:r>
        <w:t>یعنی چاہے روزہ ہو یا نماز ہو۔ اگر آپ کو اب اگر آپ اپنے لحاظ سے ایک بنائیں اب اس اس پر چلائیں۔</w:t>
      </w:r>
    </w:p>
    <w:p>
      <w:r>
        <w:rPr>
          <w:b/>
        </w:rPr>
        <w:t xml:space="preserve">[30:11] </w:t>
      </w:r>
      <w:r>
        <w:t>to jaisa aik shakhs ne namaz padhi madine ki masjid nabwi mein phir woh rasool Allah ke paas aaya.</w:t>
      </w:r>
    </w:p>
    <w:p>
      <w:pPr>
        <w:jc w:val="right"/>
      </w:pPr>
      <w:r>
        <w:t>تو جیسا ایک شخص نے نماز پڑھی مدینے کی مسجد نبوی میں پھر وہ رسول اللہ کے پاس آیا۔</w:t>
      </w:r>
    </w:p>
    <w:p>
      <w:r>
        <w:rPr>
          <w:b/>
        </w:rPr>
        <w:t xml:space="preserve">[30:20] </w:t>
      </w:r>
      <w:r>
        <w:t>yeh surat the masjid mein maujood. unhone salam kiya aur aap ke paas baithna chaha to aap ne kaha ke arj fasal faink lafzal sal jaao phir se namaz padho kyun ke tum ne namaz nahi padhi.</w:t>
      </w:r>
    </w:p>
    <w:p>
      <w:pPr>
        <w:jc w:val="right"/>
      </w:pPr>
      <w:r>
        <w:t>یہ صورت تھے مسجد میں موجود۔ انہوں نے سلام کیا اور آپ کے پاس بیٹھنا چاہا تو آپ نے کہا کہ ارج فصل فینک لفظ صل جاؤ پھر سے نماز پڑھو کیونکہ تم نے نماز نہیں پڑھی۔</w:t>
      </w:r>
    </w:p>
    <w:p>
      <w:r>
        <w:rPr>
          <w:b/>
        </w:rPr>
        <w:t xml:space="preserve">[30:40] </w:t>
      </w:r>
      <w:r>
        <w:t>is tarah roze ke bare mein rasool Allah kahenge ke jaao phir se roza rakho. phir se roza rakho kyun ke tum ne roza nahi rakha. jaao phir se haj karo kyun ke tum ne haj nahi kiya.</w:t>
      </w:r>
    </w:p>
    <w:p>
      <w:pPr>
        <w:jc w:val="right"/>
      </w:pPr>
      <w:r>
        <w:t>اس طرح روزے کے بارے میں رسول اللہ کہیں گے کہ جاؤ پھر سے روزہ رکھو۔ پھر سے روزہ رکھو کیونکہ تم نے روزہ نہیں رکھا۔ جاؤ پھر سے حج کرو کیونکہ تم نے حج نہیں کیا۔</w:t>
      </w:r>
    </w:p>
    <w:p>
      <w:r>
        <w:rPr>
          <w:b/>
        </w:rPr>
        <w:t xml:space="preserve">[30:54] </w:t>
      </w:r>
      <w:r>
        <w:t>jaao phir se zakat do kyun ke tum ne zakat de di hai. har baar yahi hoga. kyun ke jo pattern matloob hai woh to wahi hai jo maine arz kiya.</w:t>
      </w:r>
    </w:p>
    <w:p>
      <w:pPr>
        <w:jc w:val="right"/>
      </w:pPr>
      <w:r>
        <w:t>جاؤ پھر سے زکوٰۃ دو کیونکہ تم نے زکوٰۃ دے دی ہے۔ ہر بار یہی ہوگا۔ کیونکہ جو پیٹرن مطلوب ہے وہ تو وہی ہے جو میں نے عرض کیا۔</w:t>
      </w:r>
    </w:p>
    <w:p>
      <w:r>
        <w:rPr>
          <w:b/>
        </w:rPr>
        <w:t xml:space="preserve">[31:11] </w:t>
      </w:r>
      <w:r>
        <w:t>ab aap khud saakhta tor par aik powder banayein jis mein form to ho spirit na ho to aap ko banaya hua hoga.</w:t>
      </w:r>
    </w:p>
    <w:p>
      <w:pPr>
        <w:jc w:val="right"/>
      </w:pPr>
      <w:r>
        <w:t>اب آپ خود ساختہ طور پر ایک پاؤڈر بنائیں جس میں فارم تو ہو اسپرٹ نہ ہو تو آپ کو بنایا ہوا ہوگا۔</w:t>
      </w:r>
    </w:p>
    <w:p>
      <w:r>
        <w:rPr>
          <w:b/>
        </w:rPr>
        <w:t xml:space="preserve">[31:21] </w:t>
      </w:r>
      <w:r>
        <w:t>is ka koi faida nahi milega aap ko.</w:t>
      </w:r>
    </w:p>
    <w:p>
      <w:pPr>
        <w:jc w:val="right"/>
      </w:pPr>
      <w:r>
        <w:t>اس کا کوئی فائدہ نہیں ملے گا آپ کو۔</w:t>
      </w:r>
    </w:p>
    <w:p>
      <w:r>
        <w:rPr>
          <w:b/>
        </w:rPr>
        <w:t xml:space="preserve">[31:28] </w:t>
      </w:r>
      <w:r>
        <w:t>to jaisa ke pichle hafte maine kaha tha ke roza mamooli baat nahi hai. roze ka jo tareeqa shuru hua madine mein 1438 saal guzar chuke hain.</w:t>
      </w:r>
    </w:p>
    <w:p>
      <w:pPr>
        <w:jc w:val="right"/>
      </w:pPr>
      <w:r>
        <w:t>تو جیسا کہ پچھلے ہفتہ میں نے کہا تھا کہ روزہ معمولی بات نہیں ہے۔ روزے کا جو طریقہ شروع ہوا مدینہ میں 1438 سال گزر چکے ہیں۔</w:t>
      </w:r>
    </w:p>
    <w:p>
      <w:r>
        <w:rPr>
          <w:b/>
        </w:rPr>
        <w:t xml:space="preserve">[31:46] </w:t>
      </w:r>
      <w:r>
        <w:t>yaani 1438 saal. goya ke aik lambi tareekh hai jo 1438 saal ke andar phaili hui hai.</w:t>
      </w:r>
    </w:p>
    <w:p>
      <w:pPr>
        <w:jc w:val="right"/>
      </w:pPr>
      <w:r>
        <w:t>یعنی 1438 سال۔ گویا کہ ایک لمبی تاریخ ہے جو 1438 سال کے اندر پھیلی ہوئی ہے۔</w:t>
      </w:r>
    </w:p>
    <w:p>
      <w:r>
        <w:rPr>
          <w:b/>
        </w:rPr>
        <w:t xml:space="preserve">[31:59] </w:t>
      </w:r>
      <w:r>
        <w:t>is poori muddat mein log roza rakh rahe hain. roza rakh rahe hain. aur sab se pehle jis ne roza rakha woh rasool Allah ke khud thay.</w:t>
      </w:r>
    </w:p>
    <w:p>
      <w:pPr>
        <w:jc w:val="right"/>
      </w:pPr>
      <w:r>
        <w:t>اس پوری مدت میں لوگ روزہ رکھ رہے ہیں۔ روزہ رکھ رہے ہیں۔ اور سب سے پہلے جس نے روزہ رکھا وہ رسول اللہ کے خود تھے۔</w:t>
      </w:r>
    </w:p>
    <w:p>
      <w:r>
        <w:rPr>
          <w:b/>
        </w:rPr>
        <w:t xml:space="preserve">[32:08] </w:t>
      </w:r>
      <w:r>
        <w:t>phir sahaba thay. to rasool Allah aur aap ka sahaba 1438 saal se ek ek tareeqay par amal karte chala aa rahe hain.</w:t>
      </w:r>
    </w:p>
    <w:p>
      <w:pPr>
        <w:jc w:val="right"/>
      </w:pPr>
      <w:r>
        <w:t>پھر صحابہ تھے۔ تو رسول اللہ اور آپ کا صحابہ 1438 سال سے ایک ایک طریقے پر عمل کرتے چلا رہے ہیں۔</w:t>
      </w:r>
    </w:p>
    <w:p>
      <w:r>
        <w:rPr>
          <w:b/>
        </w:rPr>
        <w:t xml:space="preserve">[32:21] </w:t>
      </w:r>
      <w:r>
        <w:t>ab aaj agar aap roza rakhte hain. aaj agar aap roza rakhte hain to is 1438 saal se jo tareekh aa rahi hai us ka aap us ka aap part ban gaye.</w:t>
      </w:r>
    </w:p>
    <w:p>
      <w:pPr>
        <w:jc w:val="right"/>
      </w:pPr>
      <w:r>
        <w:t>اب آج اگر آپ روزہ رکھتے ہیں۔ آج اگر آپ روزہ رکھتے ہیں تو اس 1438 سال سے جو تاریخ آ رہی ہے اس کا آپ اس کا آپ پارٹ بن گئے۔</w:t>
      </w:r>
    </w:p>
    <w:p>
      <w:r>
        <w:rPr>
          <w:b/>
        </w:rPr>
        <w:t xml:space="preserve">[32:33] </w:t>
      </w:r>
      <w:r>
        <w:t>us ka hissa ban gaye aap. kaisi ajeeb baat hai.</w:t>
      </w:r>
    </w:p>
    <w:p>
      <w:pPr>
        <w:jc w:val="right"/>
      </w:pPr>
      <w:r>
        <w:t>اس کا حصہ بن گئے آپ۔ کیسی عجیب بات ہے۔</w:t>
      </w:r>
    </w:p>
    <w:p>
      <w:r>
        <w:rPr>
          <w:b/>
        </w:rPr>
        <w:t xml:space="preserve">[32:41] </w:t>
      </w:r>
      <w:r>
        <w:t>pichhle hafte maine yeh kaha tha ke agar aap poori spirit ke sath sahi andaaz mein jaisa ke bataya gaya hai aaj roza rakhte hain.</w:t>
      </w:r>
    </w:p>
    <w:p>
      <w:pPr>
        <w:jc w:val="right"/>
      </w:pPr>
      <w:r>
        <w:t>پچھلے ہفتے میں نے یہ کہا تھا کہ اگر آپ پوری اسپرٹ کے ساتھ صحیح انداز میں جیسا کہ بتایا گیا ہے آج روزہ رکھتے ہیں۔</w:t>
      </w:r>
    </w:p>
    <w:p>
      <w:r>
        <w:rPr>
          <w:b/>
        </w:rPr>
        <w:t xml:space="preserve">[32:55] </w:t>
      </w:r>
      <w:r>
        <w:t>to yeh bohat hi bara waqea hai. is ka matlab hai ke ek tareekh jo 1438 saal se chali aa rahi hai. chali aa rahi hai. chali aa rahi hai.</w:t>
      </w:r>
    </w:p>
    <w:p>
      <w:pPr>
        <w:jc w:val="right"/>
      </w:pPr>
      <w:r>
        <w:t>تو یہ بہت ہی بڑا واقعہ ہے۔ اس کا معنی ہے کہ ایک تاریخ جو 1438 سال سے چلی آ رہی ہے۔ چلی آ رہی ہے۔ چلی آ رہی ہے۔</w:t>
      </w:r>
    </w:p>
    <w:p>
      <w:r>
        <w:rPr>
          <w:b/>
        </w:rPr>
        <w:t xml:space="preserve">[33:04] </w:t>
      </w:r>
      <w:r>
        <w:t>aap is ka part ban gaye. aap is ka hissa ban gaye. is mein rasool Allah hain. is mein sahaba hain. is mein tabeen hain.</w:t>
      </w:r>
    </w:p>
    <w:p>
      <w:pPr>
        <w:jc w:val="right"/>
      </w:pPr>
      <w:r>
        <w:t>آپ اس کا پارٹ بن گئے۔ آپ اس کا حصہ بن گئے۔ اس میں رسول اللہ ہیں۔ اس میں صحابہ ہیں۔ اس میں تابعین ہیں۔</w:t>
      </w:r>
    </w:p>
    <w:p>
      <w:r>
        <w:rPr>
          <w:b/>
        </w:rPr>
        <w:t xml:space="preserve">[33:12] </w:t>
      </w:r>
      <w:r>
        <w:t>is mein tabe o tabeen hain. kitne saare naik log hain. kitne saare ulma hain. to kaisa thrilling idea hai ke aap ek aisi tareekh ka hissa ban gaye jis par 1438 saal beet chuke hain.</w:t>
      </w:r>
    </w:p>
    <w:p>
      <w:pPr>
        <w:jc w:val="right"/>
      </w:pPr>
      <w:r>
        <w:t>اس میں تابع و تابعین ہیں۔ کتنے سارے نیک لوگ ہیں۔ کتنے سارے علماء ہیں۔ تو کیسا تھرلنگ آئیڈیا ہے کہ آپ ایک ایسی تاریخ کا حصہ بن گئے جس پر 1438 سال بیت چکے ہیں۔</w:t>
      </w:r>
    </w:p>
    <w:p>
      <w:r>
        <w:rPr>
          <w:b/>
        </w:rPr>
        <w:t xml:space="preserve">[33:36] </w:t>
      </w:r>
      <w:r>
        <w:t>to in sab baaton ko sochiye aur apne andar spirit ko jagaiye.</w:t>
      </w:r>
    </w:p>
    <w:p>
      <w:pPr>
        <w:jc w:val="right"/>
      </w:pPr>
      <w:r>
        <w:t>تو ان سب باتوں کو سوچیے اور اپنے اندر اسپرٹ کو جگائیے۔</w:t>
      </w:r>
    </w:p>
    <w:p>
      <w:r>
        <w:rPr>
          <w:b/>
        </w:rPr>
        <w:t xml:space="preserve">[33:45] </w:t>
      </w:r>
      <w:r>
        <w:t>yani roze ko sirf misaal ke aitbaar se na rakhiye balkeh spirit ke aitbaar se rakhiye. aam taur par log jo hain roze ko rakhte hain misaal ke aitbaar se.</w:t>
      </w:r>
    </w:p>
    <w:p>
      <w:pPr>
        <w:jc w:val="right"/>
      </w:pPr>
      <w:r>
        <w:t>یعنی روزے کو صرف مثال کے اعتبار سے نہ رکھیے بلکہ اسپرٹ کے اعتبار سے رکھیے۔ عام طور پر لوگ جو ہیں روزے کو رکھتے ہیں مثال کے اعتبار سے۔</w:t>
      </w:r>
    </w:p>
    <w:p>
      <w:r>
        <w:rPr>
          <w:b/>
        </w:rPr>
        <w:t xml:space="preserve">[33:58] </w:t>
      </w:r>
      <w:r>
        <w:t>aap ko rakhna hai spirit ke aitbaar se.</w:t>
      </w:r>
    </w:p>
    <w:p>
      <w:pPr>
        <w:jc w:val="right"/>
      </w:pPr>
      <w:r>
        <w:t>آپ کو رکھنا ہے اسپرٹ کے اعتبار سے۔</w:t>
      </w:r>
    </w:p>
    <w:p>
      <w:r>
        <w:rPr>
          <w:b/>
        </w:rPr>
        <w:t xml:space="preserve">[34:03] </w:t>
      </w:r>
      <w:r>
        <w:t>tab aap yeh 1438 saal ki jo history hai woh us ka hissa ban sakenge.</w:t>
      </w:r>
    </w:p>
    <w:p>
      <w:pPr>
        <w:jc w:val="right"/>
      </w:pPr>
      <w:r>
        <w:t>تب آپ یہ 1438 سال کی جو ہسٹری ہے وہ اس کا حصہ بن سکیں گے۔</w:t>
      </w:r>
    </w:p>
    <w:p>
      <w:r>
        <w:rPr>
          <w:b/>
        </w:rPr>
        <w:t xml:space="preserve">[34:15] </w:t>
      </w:r>
      <w:r>
        <w:t>1438 saal se jo history chali aa rahi hai us ka hissa banna har ek ke liye mumkin hai.</w:t>
      </w:r>
    </w:p>
    <w:p>
      <w:pPr>
        <w:jc w:val="right"/>
      </w:pPr>
      <w:r>
        <w:t>1438 سال سے جو ہسٹری چلی آ رہی ہے اس کا حصہ بننا ہر ایک کے لیے ممکن ہے۔</w:t>
      </w:r>
    </w:p>
    <w:p>
      <w:r>
        <w:rPr>
          <w:b/>
        </w:rPr>
        <w:t xml:space="preserve">[34:24] </w:t>
      </w:r>
      <w:r>
        <w:t>lekin wohi baat hai jo Hazrat Umar ne kaha tha ke man yafqoon misl adil fal yud shart Allah fihi jo apne liye aisa chahta hai to us ko chahiye ke woh us ki condition ko poori kare.</w:t>
      </w:r>
    </w:p>
    <w:p>
      <w:pPr>
        <w:jc w:val="right"/>
      </w:pPr>
      <w:r>
        <w:t>لیکن وہی بات ہے جو حضرت عمر نے کہا تھا کہ منصر یقون مثل عادل فلیود شرط اللہ فیہ جو اپنے لیے ایسا چاہتا ہے تو اس کو چاہیے کہ وہ اس کی کنڈیشن کو پوری کرے۔</w:t>
      </w:r>
    </w:p>
    <w:p>
      <w:r>
        <w:rPr>
          <w:b/>
        </w:rPr>
        <w:t xml:space="preserve">[34:43] </w:t>
      </w:r>
      <w:r>
        <w:t>us ki sharton ko poori kare.</w:t>
      </w:r>
    </w:p>
    <w:p>
      <w:pPr>
        <w:jc w:val="right"/>
      </w:pPr>
      <w:r>
        <w:t>اس کی شرطوں کو پوری کرے۔</w:t>
      </w:r>
    </w:p>
    <w:p>
      <w:r>
        <w:rPr>
          <w:b/>
        </w:rPr>
        <w:t xml:space="preserve">[34:48] </w:t>
      </w:r>
      <w:r>
        <w:t>to ghor kijiye kitni bari blessing hai yeh jo aap ka aap ke liye kholi gayi hai.</w:t>
      </w:r>
    </w:p>
    <w:p>
      <w:pPr>
        <w:jc w:val="right"/>
      </w:pPr>
      <w:r>
        <w:t>تو غور کیجیے کتنی بڑی بلیسنگ ہے یہ جو آپ کا آپ کے لیے کھولی گئی ہے۔</w:t>
      </w:r>
    </w:p>
    <w:p>
      <w:r>
        <w:rPr>
          <w:b/>
        </w:rPr>
        <w:t xml:space="preserve">[35:09] </w:t>
      </w:r>
      <w:r>
        <w:t>yeh mamooli baat nahi hai.</w:t>
      </w:r>
    </w:p>
    <w:p>
      <w:pPr>
        <w:jc w:val="right"/>
      </w:pPr>
      <w:r>
        <w:t>یہ معمولی بات نہیں ہے۔</w:t>
      </w:r>
    </w:p>
    <w:p>
      <w:r>
        <w:rPr>
          <w:b/>
        </w:rPr>
        <w:t xml:space="preserve">[35:13] </w:t>
      </w:r>
      <w:r>
        <w:t>yeh mamooli baat nahi hai. jo log mar kar hum se juda ho gaye jo hum se barh kar hum se juda ho ke qabr mein pahunch gaye un ko maloom ho ke 1438 saal guzar chuke hain aur Allah aur rasool aur tamam naik bande ek tareekhi silsile mein khade hue hain.</w:t>
      </w:r>
    </w:p>
    <w:p>
      <w:pPr>
        <w:jc w:val="right"/>
      </w:pPr>
      <w:r>
        <w:t>یہ معمولی بات نہیں ہے۔ جو لوگ مر کر ہم سے جدا ہو گئے جو ہم سے بڑھ کر ہم سے جدا ہو کے قبر میں پہنچ گئے ان کو معلوم ہو کہ 1438 سال گزر چکے ہیں اور اللہ اور رسول اور تمام نیک بندے ایک تاریخی سلسلے میں کھڑے ہوئے ہیں۔</w:t>
      </w:r>
    </w:p>
    <w:p>
      <w:r>
        <w:rPr>
          <w:b/>
        </w:rPr>
        <w:t xml:space="preserve">[35:39] </w:t>
      </w:r>
      <w:r>
        <w:t>woh bhi kahein ke mujhe bhi nikalo qabr se. main is sab mein shamil hona chahta hoon. to Allah taala mujh ko aur aap ko tofeeq de ke hum Allah ki rehmaton mein hissa paayein aur Allah ki jannat mein hamein jagah mile.</w:t>
      </w:r>
    </w:p>
    <w:p>
      <w:pPr>
        <w:jc w:val="right"/>
      </w:pPr>
      <w:r>
        <w:t>وہ بھی کہیں کہ مجھے بھی نکالو قبر سے۔ میں اس سب میں شامل ہونا چاہتا ہوں۔ تو اللہ تعالیٰ مجھ کو اور آپ کو توفیق دے کہ ہم اللہ کی رحمتوں میں حصہ پائیں اور اللہ کی جنت میں ہمیں جگہ ملے۔</w:t>
      </w:r>
    </w:p>
    <w:p>
      <w:r>
        <w:rPr>
          <w:b/>
        </w:rPr>
        <w:t xml:space="preserve">[35:58] </w:t>
      </w:r>
      <w:r>
        <w:t>assalam o alaikum wa rehmatullah.</w:t>
      </w:r>
    </w:p>
    <w:p>
      <w:pPr>
        <w:jc w:val="right"/>
      </w:pPr>
      <w:r>
        <w:t>السلام علیکم ورحمۃ اللہ۔</w:t>
      </w:r>
    </w:p>
    <w:p>
      <w:r>
        <w:rPr>
          <w:b/>
        </w:rPr>
        <w:t xml:space="preserve">[36:11] </w:t>
      </w:r>
      <w:r>
        <w:t>okay there are two important book releases to be done today. the first is done in the first has been translated in Marathi language.</w:t>
      </w:r>
    </w:p>
    <w:p>
      <w:pPr>
        <w:jc w:val="right"/>
      </w:pPr>
      <w:r>
        <w:t>اوکے دیر آر ٹو امپورٹنٹ بک ریلیزز ٹو بی ڈن ٹوڈے۔ دا فرسٹ از ڈن ان دا فرسٹ ہیز بین ٹرانسلیٹڈ ان مراٹھی لینگویج۔</w:t>
      </w:r>
    </w:p>
    <w:p>
      <w:r>
        <w:rPr>
          <w:b/>
        </w:rPr>
        <w:t xml:space="preserve">[36:23] </w:t>
      </w:r>
      <w:r>
        <w:t>it is the translation of special edition of Al-Risalah magazine which came in November 2016 titled Maut Ki Yaad.</w:t>
      </w:r>
    </w:p>
    <w:p>
      <w:pPr>
        <w:jc w:val="right"/>
      </w:pPr>
      <w:r>
        <w:t>اٹ از دی ٹرانسلیشن آف سپیشل ایڈیشن آف الرسالہ میگزین وچ کیم ان نومبر 2016 ٹائٹلڈ موت کی یاد۔</w:t>
      </w:r>
    </w:p>
    <w:p>
      <w:r>
        <w:rPr>
          <w:b/>
        </w:rPr>
        <w:t xml:space="preserve">[36:35] </w:t>
      </w:r>
      <w:r>
        <w:t>this translation in Marathi has been done by Pune team. so I will request Maulana sahib to release this book.</w:t>
      </w:r>
    </w:p>
    <w:p>
      <w:pPr>
        <w:jc w:val="right"/>
      </w:pPr>
      <w:r>
        <w:t>دس ٹرانسلیشن ان مراٹھی ہیز بین ڈن بائے پونے ٹیم۔ سو آئی ویل ریکویسٹ مولانا صاحب ٹو ریلیز دس بک۔</w:t>
      </w:r>
    </w:p>
    <w:p>
      <w:r>
        <w:rPr>
          <w:b/>
        </w:rPr>
        <w:t xml:space="preserve">[36:43] </w:t>
      </w:r>
      <w:r>
        <w:t>its titled Mautiche Smaran.</w:t>
      </w:r>
    </w:p>
    <w:p>
      <w:pPr>
        <w:jc w:val="right"/>
      </w:pPr>
      <w:r>
        <w:t>اٹس ٹائٹلڈ متیوچے سمرن۔</w:t>
      </w:r>
    </w:p>
    <w:p>
      <w:r>
        <w:rPr>
          <w:b/>
        </w:rPr>
        <w:t xml:space="preserve">[36:50] </w:t>
      </w:r>
      <w:r>
        <w:t>masha Allah jinhone is ka tarjuma kiya hai jo is ko phaila rahe hain un sab ke liye main dua karta hoon ke Allah taala un ko apni blessing de aur is kitab ko logon ke darmiyan phailaye inshallah.</w:t>
      </w:r>
    </w:p>
    <w:p>
      <w:pPr>
        <w:jc w:val="right"/>
      </w:pPr>
      <w:r>
        <w:t>ماشاءاللہ جنہوں نے اس کا ترجمہ کیا ہے جو اس کو پھیلا رہے ہیں ان سب کے لیے میں دعا کرتا ہوں کہ اللہ تعالیٰ ان کو اپنی بلیسنگ دے اور اس کتاب کو لوگوں کے درمیان پھیلائے انشاءاللہ۔</w:t>
      </w:r>
    </w:p>
    <w:p>
      <w:r>
        <w:rPr>
          <w:b/>
        </w:rPr>
        <w:t xml:space="preserve">[37:14] </w:t>
      </w:r>
      <w:r>
        <w:t>das iz aye buk anadar buk wich iz titeld narchring of valyooz. it iz bein translated in malyalam langvej and di translation haz bein don bae aye veri vel nun poet raitar and jarnalist based in kerala.</w:t>
      </w:r>
    </w:p>
    <w:p>
      <w:pPr>
        <w:jc w:val="right"/>
      </w:pPr>
      <w:r>
        <w:t>دس از اے بک انادر بک وچ از ٹائٹلڈ نرچرنگ آف ویلیوز۔ اٹ از بین ٹرانسلیٹڈ ان ملیالم لینگویج اینڈ دی ٹرانسلیشن ہیز بین ڈن بائے اے ویری ویل نون پوئٹ رائٹر اینڈ جرنلسٹ بیسڈ ان کیرالا۔</w:t>
      </w:r>
    </w:p>
    <w:p>
      <w:r>
        <w:rPr>
          <w:b/>
        </w:rPr>
        <w:t xml:space="preserve">[37:28] </w:t>
      </w:r>
      <w:r>
        <w:t>da buk haz bein translated aut of slktiv artikلز frum sprit of islam mejzin. ah it iz al so bae di efurts of kerala tim.</w:t>
      </w:r>
    </w:p>
    <w:p>
      <w:pPr>
        <w:jc w:val="right"/>
      </w:pPr>
      <w:r>
        <w:t>دا بک ہیز بین ٹرانسلیٹڈ آؤٹ آف سلیکٹیو آرٹیکلز فرام سپرٹ آف اسلام میگزین۔ اہ اٹ از آل سو بائے دی ایفرٹس آف کیرالا ٹیم۔</w:t>
      </w:r>
    </w:p>
    <w:p>
      <w:r>
        <w:rPr>
          <w:b/>
        </w:rPr>
        <w:t xml:space="preserve">[37:38] </w:t>
      </w:r>
      <w:r>
        <w:t>so aee vil request maulana sahib to riliz dis buk in malyalam. is ke lie main dua karta hoon ye bahut hi</w:t>
      </w:r>
    </w:p>
    <w:p>
      <w:pPr>
        <w:jc w:val="right"/>
      </w:pPr>
      <w:r>
        <w:t>سو آئی ویل ریکویسٹ مولانا صاحب ٹو ریلیز دس بک ان ملیالم۔ اس کے لیے میں دعا کرتا ہوں یہ بہت ہی</w:t>
      </w:r>
    </w:p>
    <w:p>
      <w:r>
        <w:rPr>
          <w:b/>
        </w:rPr>
        <w:t xml:space="preserve">[37:53] </w:t>
      </w:r>
      <w:r>
        <w:t>yani mubarak koshish hai aur jin logon ne is mein hissa liya hai un sab ke lie main dua karta hoon ke Allah taala un ko zyadah se zyadah is ka ajr ata farmae.</w:t>
      </w:r>
    </w:p>
    <w:p>
      <w:pPr>
        <w:jc w:val="right"/>
      </w:pPr>
      <w:r>
        <w:t>یعنی مبارک کوشش ہے اور جن لوگوں نے اس میں حصہ لیا ہے ان سب کے لیے میں دعا کرتا ہوں کہ اللہ تعالیٰ ان کو زیادہ سے زیادہ اس کا اجر عطا فرمائے۔</w:t>
      </w:r>
    </w:p>
    <w:p>
      <w:r>
        <w:rPr>
          <w:b/>
        </w:rPr>
        <w:t xml:space="preserve">[38:10] </w:t>
      </w:r>
      <w:r>
        <w:t>jazakm Allah. aee jist vant to agin menchn dat di raitar di tranzletar of dis buk iz mistar e ke em panvar ho iz a vel nun raitar poet and jarnalist.</w:t>
      </w:r>
    </w:p>
    <w:p>
      <w:pPr>
        <w:jc w:val="right"/>
      </w:pPr>
      <w:r>
        <w:t>جزاکم اللہ۔ آئی جسٹ وانٹ ٹو اگین مینشن دیٹ دی رائٹر دی ٹرانسلیٹر آف دس بک از مسٹر ای کے ایم پنور ہو از اے ویل نون رائٹر پوئٹ اینڈ جرنلسٹ۔</w:t>
      </w:r>
    </w:p>
    <w:p>
      <w:r>
        <w:rPr>
          <w:b/>
        </w:rPr>
        <w:t xml:space="preserve">[38:25] </w:t>
      </w:r>
      <w:r>
        <w:t>both diz buks ar al so avelibl on si pi es vebsait. so bifor vi end todae seshan aee vil rid aut sm of da kmnts dat al of yu haz sent on todae tak.</w:t>
      </w:r>
    </w:p>
    <w:p>
      <w:pPr>
        <w:jc w:val="right"/>
      </w:pPr>
      <w:r>
        <w:t>بوتھ دیز بکس آر آل سو اویلیبل آن سی پی ایس ویب سائٹ۔ سو بیفور وی اینڈ ٹوڈے سیشن آئی ویل ریڈ آؤٹ سم آف دا کمنٹس دیٹ آل آف یو ہیو سینٹ آن ٹوڈے ٹاک۔</w:t>
      </w:r>
    </w:p>
    <w:p>
      <w:r>
        <w:rPr>
          <w:b/>
        </w:rPr>
        <w:t xml:space="preserve">[38:39] </w:t>
      </w:r>
      <w:r>
        <w:t>di frst kmnt iz bae daktar safina tabasm frum ajmir and shi haz ritn maulana sahib grit to hir frum yu dat bin roze dar diznt min to abstin frum fud and vatar rathar it is to mek a karaktr wich iz kmplitali pezful and kin abzorb al kind of shak.</w:t>
      </w:r>
    </w:p>
    <w:p>
      <w:pPr>
        <w:jc w:val="right"/>
      </w:pPr>
      <w:r>
        <w:t>دی فرسٹ کمنٹ از بائے ڈاکٹر صفینہ تبسم فرام اجمیر اینڈ شی ہیز رٹن مولانا صاحب گریٹ ٹو ہیئر فرام یو دیٹ بینگ روزے دار ڈزنٹ مین ٹو ابسٹین فرام فوڈ اینڈ واٹر رادر اٹ از ٹو میک اے کریکٹر وچ از کمپلیٹلی پیس فل اینڈ کین ابزارب آل کائنڈ آف شاک۔</w:t>
      </w:r>
    </w:p>
    <w:p>
      <w:r>
        <w:rPr>
          <w:b/>
        </w:rPr>
        <w:t xml:space="preserve">[39:05] </w:t>
      </w:r>
      <w:r>
        <w:t>daktar vakaar alam ne yoo es ae se likha hai thank yu maulana sahib for xplining hao roza korz al aspeks of ar persneliti.</w:t>
      </w:r>
    </w:p>
    <w:p>
      <w:pPr>
        <w:jc w:val="right"/>
      </w:pPr>
      <w:r>
        <w:t>ڈاکٹر وقار عالم نے یو ایس اے سے لکھا ہے تھینک یو مولانا صاحب فار ایکسپلیننگ ہاؤ روزہ کورز آل ایسپیکٹس آف آر پرسنیلٹی۔</w:t>
      </w:r>
    </w:p>
    <w:p>
      <w:r>
        <w:rPr>
          <w:b/>
        </w:rPr>
        <w:t xml:space="preserve">[39:17] </w:t>
      </w:r>
      <w:r>
        <w:t>it iz nat jist stap iting and drinkin. it iz abaut chenjing da laif stail nat onli durin dat mnt but to kontin afatr dat.</w:t>
      </w:r>
    </w:p>
    <w:p>
      <w:pPr>
        <w:jc w:val="right"/>
      </w:pPr>
      <w:r>
        <w:t>اٹ از ناٹ جسٹ سٹاپ ایٹنگ اینڈ ڈرنکنگ۔ اٹ از اباؤٹ چینجنگ دا لائف سٹائل ناٹ آنلی ڈیورنگ دیٹ منتھ بٹ ٹو کنٹینیو آفٹر دیٹ۔</w:t>
      </w:r>
    </w:p>
    <w:p>
      <w:r>
        <w:rPr>
          <w:b/>
        </w:rPr>
        <w:t xml:space="preserve">[39:30] </w:t>
      </w:r>
      <w:r>
        <w:t>thank yu for heling as to understand da ril sprit of roza.</w:t>
      </w:r>
    </w:p>
    <w:p>
      <w:pPr>
        <w:jc w:val="right"/>
      </w:pPr>
      <w:r>
        <w:t>تھینک یو فار ہیلپنگ اس ٹو انڈرسٹینڈ دا ریل سپرٹ آف روزہ۔</w:t>
      </w:r>
    </w:p>
    <w:p>
      <w:r>
        <w:rPr>
          <w:b/>
        </w:rPr>
        <w:t xml:space="preserve">[39:39] </w:t>
      </w:r>
      <w:r>
        <w:t>mis naghma siddiqi ne dili se likha hai maulana aee understand en importnt lesn dat aee am kontin da 1438 yar histri.</w:t>
      </w:r>
    </w:p>
    <w:p>
      <w:pPr>
        <w:jc w:val="right"/>
      </w:pPr>
      <w:r>
        <w:t>مس نغمہ صدیقی نے دلی سے لکھا ہے مولانا آئی انڈرسٹوڈ این امپورٹنٹ لیسن دیٹ آئی ایم کنٹینیونگ دا 1438 ایئر ہسٹری۔</w:t>
      </w:r>
    </w:p>
    <w:p>
      <w:r>
        <w:rPr>
          <w:b/>
        </w:rPr>
        <w:t xml:space="preserve">[39:50] </w:t>
      </w:r>
      <w:r>
        <w:t>aee vil trai to kip sprited rozaz.</w:t>
      </w:r>
    </w:p>
    <w:p>
      <w:pPr>
        <w:jc w:val="right"/>
      </w:pPr>
      <w:r>
        <w:t>آئی ویل ٹرائی ٹو کیپ سپرٹڈ روزاز۔</w:t>
      </w:r>
    </w:p>
    <w:p>
      <w:r>
        <w:rPr>
          <w:b/>
        </w:rPr>
        <w:t xml:space="preserve">[39:58] </w:t>
      </w:r>
      <w:r>
        <w:t>maulana iqbal umri ne chennai se likha hai ghuse ko pi jana hai aj hi samajh mein aya. maulana aj hi main toba karta hoon ghuse ko ab se pita hoon jazak Allah.</w:t>
      </w:r>
    </w:p>
    <w:p>
      <w:pPr>
        <w:jc w:val="right"/>
      </w:pPr>
      <w:r>
        <w:t>مولانا اقبال عمری نے چنئی سے لکھا ہے غصے کو پی جانا ہے آج ہی سمجھ میں آیا۔ مولانا آج ہی میں توبہ کرتا ہوں غصے کو اب سے پیتا ہوں جزاک اللہ۔</w:t>
      </w:r>
    </w:p>
    <w:p>
      <w:r>
        <w:rPr>
          <w:b/>
        </w:rPr>
        <w:t xml:space="preserve">[40:13] </w:t>
      </w:r>
      <w:r>
        <w:t>rashid ansari sahib ne merit se kmnt likha hai kansipt of shak abzrbar iz a supr kansipt. nisar sahib ne pakistan se bheja hai da tru kmandar of islam silit to yu ho vrk for da tru kaz.</w:t>
      </w:r>
    </w:p>
    <w:p>
      <w:pPr>
        <w:jc w:val="right"/>
      </w:pPr>
      <w:r>
        <w:t>راشد انصاری صاحب نے میرٹ سے کمنٹ لکھا ہے کانسیپٹ آف شاک ابزاربر از اے سپر کانسیپٹ۔ نثار صاحب نے پاکستان سے بھیجا ہے دا ٹرو کمانڈر آف اسلام سیلیوٹ ٹو یو ہو ورک فار دا ٹرو کاز۔</w:t>
      </w:r>
    </w:p>
    <w:p>
      <w:r>
        <w:rPr>
          <w:b/>
        </w:rPr>
        <w:t xml:space="preserve">[40:32] </w:t>
      </w:r>
      <w:r>
        <w:t>me Allah giv as strenth to serv himaniti vrking vid in da baondriz of islam. zahur rahman sahib ne oakland se likha hai grit xampl of hao to rikt to anger instal a shak abzrbar in yorhart.</w:t>
      </w:r>
    </w:p>
    <w:p>
      <w:pPr>
        <w:jc w:val="right"/>
      </w:pPr>
      <w:r>
        <w:t>می اللہ گیو اس سٹرینتھ ٹو سرو ہیومینٹی ورکنگ ود ان دا باؤنڈریز آف اسلام۔ ظہور الرحمن صاحب نے اوکلینڈ سے لکھا ہے گریٹ ایگزامپل آف ہاؤ ٹو ری ایکٹ ٹو اینگر انسٹال اے شاک ابزاربر ان یور ہارٹ۔</w:t>
      </w:r>
    </w:p>
    <w:p>
      <w:r>
        <w:rPr>
          <w:b/>
        </w:rPr>
        <w:t xml:space="preserve">[40:55] </w:t>
      </w:r>
      <w:r>
        <w:t>maulana yaqub umri ne dili se bheja hai kmnt unhon ne likha hai maulana todae for da frst taim aee kem to no da minin of da hadis ani umrhon saim.</w:t>
      </w:r>
    </w:p>
    <w:p>
      <w:pPr>
        <w:jc w:val="right"/>
      </w:pPr>
      <w:r>
        <w:t>مولانا یعقوب عمری نے دلی سے بھیجا ہے کمنٹ انہوں نے لکھا ہے مولانا ٹوڈے فار دا فرسٹ ٹائم آئی کیم ٹو نو دا میننگ آف دا حدیث انی عمرہون سائم۔</w:t>
      </w:r>
    </w:p>
    <w:p>
      <w:r>
        <w:rPr>
          <w:b/>
        </w:rPr>
        <w:t xml:space="preserve">[41:09] </w:t>
      </w:r>
      <w:r>
        <w:t>so vi vil end todae seshan</w:t>
      </w:r>
    </w:p>
    <w:p>
      <w:pPr>
        <w:jc w:val="right"/>
      </w:pPr>
      <w:r>
        <w:t>سو وی ویل اینڈ ٹوڈے سیشن</w:t>
      </w:r>
    </w:p>
    <w:p>
      <w:r>
        <w:rPr>
          <w:b/>
        </w:rPr>
        <w:t xml:space="preserve">[41:11] </w:t>
      </w:r>
      <w:r>
        <w:t>nav thank yu.</w:t>
      </w:r>
    </w:p>
    <w:p>
      <w:pPr>
        <w:jc w:val="right"/>
      </w:pPr>
      <w:r>
        <w:t>ناو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