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Human Civilization to Divine Civilization | January 17, 2010</w:t>
      </w:r>
    </w:p>
    <w:p>
      <w:r>
        <w:t>https://www.youtube.com/watch?v=bvU8NWFSmUc</w:t>
      </w:r>
    </w:p>
    <w:p>
      <w:r>
        <w:rPr>
          <w:b/>
        </w:rPr>
        <w:t xml:space="preserve">[00:13] </w:t>
      </w:r>
      <w:r>
        <w:t>bismillah hir rahman nir rahim, wa salla Allahu ala an nabiyyil 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aaj ka jo topic hai woh hai "from human civilization to</w:t>
      </w:r>
    </w:p>
    <w:p>
      <w:pPr>
        <w:jc w:val="right"/>
      </w:pPr>
      <w:r>
        <w:t>آج کا جو ٹاپک ہے وہ ہے "فرام ہیومن سولائزیشن ٹو</w:t>
      </w:r>
    </w:p>
    <w:p>
      <w:r>
        <w:rPr>
          <w:b/>
        </w:rPr>
        <w:t xml:space="preserve">[00:44] </w:t>
      </w:r>
      <w:r>
        <w:t>divine civilization", yani insani tahzeeb se khudai tahzeeb tak.</w:t>
      </w:r>
    </w:p>
    <w:p>
      <w:pPr>
        <w:jc w:val="right"/>
      </w:pPr>
      <w:r>
        <w:t>ڈیوائن سولائزیشن"، یعنی انسانی تہذیب سے خدائی تہذیب تک۔</w:t>
      </w:r>
    </w:p>
    <w:p>
      <w:r>
        <w:rPr>
          <w:b/>
        </w:rPr>
        <w:t xml:space="preserve">[00:54] </w:t>
      </w:r>
      <w:r>
        <w:t>yeh jo topic hai, yeh mere zehen mein is tarah aaya ke kal ke tamam papers mein aap</w:t>
      </w:r>
    </w:p>
    <w:p>
      <w:pPr>
        <w:jc w:val="right"/>
      </w:pPr>
      <w:r>
        <w:t>یہ جو ٹاپک ہے، یہ میرے ذہن میں اس طرح آیا کہ کل کے تمام پیپرز میں آپ</w:t>
      </w:r>
    </w:p>
    <w:p>
      <w:r>
        <w:rPr>
          <w:b/>
        </w:rPr>
        <w:t xml:space="preserve">[01:04] </w:t>
      </w:r>
      <w:r>
        <w:t>ne dekha ho</w:t>
      </w:r>
    </w:p>
    <w:p>
      <w:pPr>
        <w:jc w:val="right"/>
      </w:pPr>
      <w:r>
        <w:t>نے دیکھا ہو</w:t>
      </w:r>
    </w:p>
    <w:p>
      <w:r>
        <w:rPr>
          <w:b/>
        </w:rPr>
        <w:t xml:space="preserve">[01:14] </w:t>
      </w:r>
      <w:r>
        <w:t>ga ke sab se badi news jo thi woh thi solar eclipse ki, yani suraj giran ki.</w:t>
      </w:r>
    </w:p>
    <w:p>
      <w:pPr>
        <w:jc w:val="right"/>
      </w:pPr>
      <w:r>
        <w:t>گا کہ سب سے بڑی نیوز جو تھی وہ تھی سولر ایکلپس کی، یعنی سورج گرہن کی۔</w:t>
      </w:r>
    </w:p>
    <w:p>
      <w:r>
        <w:rPr>
          <w:b/>
        </w:rPr>
        <w:t xml:space="preserve">[01:22] </w:t>
      </w:r>
      <w:r>
        <w:t>saare papers mein is ki news thi aur is ki tasveerein bhi chhapi theen.</w:t>
      </w:r>
    </w:p>
    <w:p>
      <w:pPr>
        <w:jc w:val="right"/>
      </w:pPr>
      <w:r>
        <w:t>سارے پیپرز میں اس کی نیوز تھی اور اس کی تصویریں بھی چھپی تھیں۔</w:t>
      </w:r>
    </w:p>
    <w:p>
      <w:r>
        <w:rPr>
          <w:b/>
        </w:rPr>
        <w:t xml:space="preserve">[01:30] </w:t>
      </w:r>
      <w:r>
        <w:t>ab yeh mumkin ho gaya hai ke aap gahan ki tasveerein le saken.</w:t>
      </w:r>
    </w:p>
    <w:p>
      <w:pPr>
        <w:jc w:val="right"/>
      </w:pPr>
      <w:r>
        <w:t>اب یہ ممکن ہو گیا ہے کہ آپ گرہن کی تصویریں لے سکیں۔</w:t>
      </w:r>
    </w:p>
    <w:p>
      <w:r>
        <w:rPr>
          <w:b/>
        </w:rPr>
        <w:t xml:space="preserve">[01:37] </w:t>
      </w:r>
      <w:r>
        <w:t>yeh tasveerein bhi chhapi theen,</w:t>
      </w:r>
    </w:p>
    <w:p>
      <w:pPr>
        <w:jc w:val="right"/>
      </w:pPr>
      <w:r>
        <w:t>یہ تصویریں بھی چھپی تھیں،</w:t>
      </w:r>
    </w:p>
    <w:p>
      <w:r>
        <w:rPr>
          <w:b/>
        </w:rPr>
        <w:t xml:space="preserve">[01:45] </w:t>
      </w:r>
      <w:r>
        <w:t>is mein aap dekh sakte hain.</w:t>
      </w:r>
    </w:p>
    <w:p>
      <w:pPr>
        <w:jc w:val="right"/>
      </w:pPr>
      <w:r>
        <w:t>اس میں آپ دیکھ سکتے ہیں۔</w:t>
      </w:r>
    </w:p>
    <w:p>
      <w:r>
        <w:rPr>
          <w:b/>
        </w:rPr>
        <w:t xml:space="preserve">[01:53] </w:t>
      </w:r>
      <w:r>
        <w:t>to yeh jo solar eclipse hua, yeh suraj gahan, december, january 15 ko, to yeh is so saal</w:t>
      </w:r>
    </w:p>
    <w:p>
      <w:pPr>
        <w:jc w:val="right"/>
      </w:pPr>
      <w:r>
        <w:t>تو یہ جو سولر ایکلپس ہوا، یہ سورج گرہن، دسمبر، جنوری 15 کو، تو یہ اس سو سال</w:t>
      </w:r>
    </w:p>
    <w:p>
      <w:r>
        <w:rPr>
          <w:b/>
        </w:rPr>
        <w:t xml:space="preserve">[02:00] </w:t>
      </w:r>
      <w:r>
        <w:t>ka sab se bara suraj gahan tha.</w:t>
      </w:r>
    </w:p>
    <w:p>
      <w:pPr>
        <w:jc w:val="right"/>
      </w:pPr>
      <w:r>
        <w:t>کا سب سے بڑا سورج گرہن تھا۔</w:t>
      </w:r>
    </w:p>
    <w:p>
      <w:r>
        <w:rPr>
          <w:b/>
        </w:rPr>
        <w:t xml:space="preserve">[02:08] </w:t>
      </w:r>
      <w:r>
        <w:t>chaand gahan aur suraj gahan, yeh bohat hi anokha</w:t>
      </w:r>
    </w:p>
    <w:p>
      <w:pPr>
        <w:jc w:val="right"/>
      </w:pPr>
      <w:r>
        <w:t>چاند گرہن اور سورج گرہن، یہ بہت ہی انوکھا</w:t>
      </w:r>
    </w:p>
    <w:p>
      <w:r>
        <w:rPr>
          <w:b/>
        </w:rPr>
        <w:t xml:space="preserve">[02:16] </w:t>
      </w:r>
      <w:r>
        <w:t>phenomena hai jo har saal hota hai.</w:t>
      </w:r>
    </w:p>
    <w:p>
      <w:pPr>
        <w:jc w:val="right"/>
      </w:pPr>
      <w:r>
        <w:t>فیناومینا ہے جو ہر سال ہوتا ہے۔</w:t>
      </w:r>
    </w:p>
    <w:p>
      <w:r>
        <w:rPr>
          <w:b/>
        </w:rPr>
        <w:t xml:space="preserve">[02:23] </w:t>
      </w:r>
      <w:r>
        <w:t>har saal hota hai.</w:t>
      </w:r>
    </w:p>
    <w:p>
      <w:pPr>
        <w:jc w:val="right"/>
      </w:pPr>
      <w:r>
        <w:t>ہر سال ہوتا ہے۔</w:t>
      </w:r>
    </w:p>
    <w:p>
      <w:r>
        <w:rPr>
          <w:b/>
        </w:rPr>
        <w:t xml:space="preserve">[02:31] </w:t>
      </w:r>
      <w:r>
        <w:t>to yeh jo news thi, yeh mere liye ek saada news nahi thi.</w:t>
      </w:r>
    </w:p>
    <w:p>
      <w:pPr>
        <w:jc w:val="right"/>
      </w:pPr>
      <w:r>
        <w:t>تو یہ جو نیوز تھی، یہ میرے لیے ایک سادہ نیوز نہیں تھی۔</w:t>
      </w:r>
    </w:p>
    <w:p>
      <w:r>
        <w:rPr>
          <w:b/>
        </w:rPr>
        <w:t xml:space="preserve">[02:39] </w:t>
      </w:r>
      <w:r>
        <w:t>"This event reminds me of a greater event that covers the whole human history." اس واقعے میں مجھے</w:t>
      </w:r>
    </w:p>
    <w:p>
      <w:pPr>
        <w:jc w:val="right"/>
      </w:pPr>
      <w:r>
        <w:t>"دس ایونٹس ریمائنڈ می ا گیٹر ایونٹ دیٹ کورز دا ہول ہیومن ہسٹری۔" اس واقعے میں مجھے</w:t>
      </w:r>
    </w:p>
    <w:p>
      <w:r>
        <w:rPr>
          <w:b/>
        </w:rPr>
        <w:t xml:space="preserve">[02:46] </w:t>
      </w:r>
      <w:r>
        <w:t>poori tareekh bashri ka ek naqsha dikhai pada.</w:t>
      </w:r>
    </w:p>
    <w:p>
      <w:pPr>
        <w:jc w:val="right"/>
      </w:pPr>
      <w:r>
        <w:t>پوری تاریخ بشری کا ایک نقشہ دکھائی پڑا۔</w:t>
      </w:r>
    </w:p>
    <w:p>
      <w:r>
        <w:rPr>
          <w:b/>
        </w:rPr>
        <w:t xml:space="preserve">[02:51] </w:t>
      </w:r>
      <w:r>
        <w:t>woh kya hai? aap jante hain ke gahan jo hai, yeh koi aaj ki cheez nahi hai.</w:t>
      </w:r>
    </w:p>
    <w:p>
      <w:pPr>
        <w:jc w:val="right"/>
      </w:pPr>
      <w:r>
        <w:t>وہ کیا ہے؟ آپ جانتے ہیں کہ گرہن جو ہے، یہ کوئی آج کی چیز نہیں ہے۔</w:t>
      </w:r>
    </w:p>
    <w:p>
      <w:r>
        <w:rPr>
          <w:b/>
        </w:rPr>
        <w:t xml:space="preserve">[02:56] </w:t>
      </w:r>
      <w:r>
        <w:t>yeh hamesha se hai.</w:t>
      </w:r>
    </w:p>
    <w:p>
      <w:pPr>
        <w:jc w:val="right"/>
      </w:pPr>
      <w:r>
        <w:t>یہ ہمیشہ سے ہے۔</w:t>
      </w:r>
    </w:p>
    <w:p>
      <w:r>
        <w:rPr>
          <w:b/>
        </w:rPr>
        <w:t xml:space="preserve">[03:01] </w:t>
      </w:r>
      <w:r>
        <w:t>jab se yeh dunya qaim hai, tab se hai.</w:t>
      </w:r>
    </w:p>
    <w:p>
      <w:pPr>
        <w:jc w:val="right"/>
      </w:pPr>
      <w:r>
        <w:t>جب سے یہ دنیا قائم ہے، تب سے ہے۔</w:t>
      </w:r>
    </w:p>
    <w:p>
      <w:r>
        <w:rPr>
          <w:b/>
        </w:rPr>
        <w:t xml:space="preserve">[03:06] </w:t>
      </w:r>
      <w:r>
        <w:t>suraj gahan bhi aur chaand gahan bhi.</w:t>
      </w:r>
    </w:p>
    <w:p>
      <w:pPr>
        <w:jc w:val="right"/>
      </w:pPr>
      <w:r>
        <w:t>سورج گرہن بھی اور چاند گرہن بھی۔</w:t>
      </w:r>
    </w:p>
    <w:p>
      <w:r>
        <w:rPr>
          <w:b/>
        </w:rPr>
        <w:t xml:space="preserve">[03:11] </w:t>
      </w:r>
      <w:r>
        <w:t>to is maamle mein agar dekhein aap to</w:t>
      </w:r>
    </w:p>
    <w:p>
      <w:pPr>
        <w:jc w:val="right"/>
      </w:pPr>
      <w:r>
        <w:t>تو اس معاملے میں اگر دیکھیں آپ تو</w:t>
      </w:r>
    </w:p>
    <w:p>
      <w:r>
        <w:rPr>
          <w:b/>
        </w:rPr>
        <w:t xml:space="preserve">[03:16] </w:t>
      </w:r>
      <w:r>
        <w:t>jo pehle zamana tha, yaani science ki daryaft se pehle, pre scientific period mein, to logon ne ajeeb ajeeb tabah mati qism ke khayalat qaim kar rakhe the. koi samajhta tha ke aasman mein jo woh samajhte the ke dewata hain, sab sitare aur suraj ko dewata samajhte the, to ek dewata jab gh</w:t>
      </w:r>
    </w:p>
    <w:p>
      <w:pPr>
        <w:jc w:val="right"/>
      </w:pPr>
      <w:r>
        <w:t>جو پہلے زمانہ تھا، یعنی سائنس کی دریافت سے پہلے، پری سائنٹیفک پیریڈ میں، تو لوگوں نے عجیب عجیب تباہ ماتی قسم کے خیالات قائم کر رکھے تھے۔ کوئی سمجھتا تھا کہ آسمان میں جو وہ سمجھتے تھے کہ دیوتا ہیں، سب ستارے اور سورج کو دیوتا سمجھتے تھے، تو ایک دیوتا جب غ</w:t>
      </w:r>
    </w:p>
    <w:p>
      <w:r>
        <w:rPr>
          <w:b/>
        </w:rPr>
        <w:t xml:space="preserve">[03:46] </w:t>
      </w:r>
      <w:r>
        <w:t>sa hota hai, doosre devta ko nigal leta hai, to is se suraj gahan hota hai.</w:t>
      </w:r>
    </w:p>
    <w:p>
      <w:pPr>
        <w:jc w:val="right"/>
      </w:pPr>
      <w:r>
        <w:t>صہ ہوتا ہے، دوسرے دیوتا کو نگل لیتا ہے، تو اس سے سورج گرہن ہوتا ہے۔</w:t>
      </w:r>
    </w:p>
    <w:p>
      <w:r>
        <w:rPr>
          <w:b/>
        </w:rPr>
        <w:t xml:space="preserve">[03:52] </w:t>
      </w:r>
      <w:r>
        <w:t>ya chaand gahan hota hai.</w:t>
      </w:r>
    </w:p>
    <w:p>
      <w:pPr>
        <w:jc w:val="right"/>
      </w:pPr>
      <w:r>
        <w:t>یا چاند گرہن ہوتا ہے۔</w:t>
      </w:r>
    </w:p>
    <w:p>
      <w:r>
        <w:rPr>
          <w:b/>
        </w:rPr>
        <w:t xml:space="preserve">[03:58] </w:t>
      </w:r>
      <w:r>
        <w:t>koi samajhta tha ke jab koi bara aadmi, jaise koi badshah, king, mar jata hai to is se</w:t>
      </w:r>
    </w:p>
    <w:p>
      <w:pPr>
        <w:jc w:val="right"/>
      </w:pPr>
      <w:r>
        <w:t>کوئی سمجھتا تھا کہ جب کوئی بڑا آدمی، جیسے کوئی بادشاہ، کنگ، مر جاتا ہے تو اس سے</w:t>
      </w:r>
    </w:p>
    <w:p>
      <w:r>
        <w:rPr>
          <w:b/>
        </w:rPr>
        <w:t xml:space="preserve">[04:05] </w:t>
      </w:r>
      <w:r>
        <w:t>aasman wale udas ho jate hain, gham manate hain, to yeh gahan parta hai wahan par.</w:t>
      </w:r>
    </w:p>
    <w:p>
      <w:pPr>
        <w:jc w:val="right"/>
      </w:pPr>
      <w:r>
        <w:t>آسمان والے اداس ہو جاتے ہیں، غم مناتے ہیں، تو یہ گرہن پڑتا ہے وہاں پر۔</w:t>
      </w:r>
    </w:p>
    <w:p>
      <w:r>
        <w:rPr>
          <w:b/>
        </w:rPr>
        <w:t xml:space="preserve">[04:11] </w:t>
      </w:r>
      <w:r>
        <w:t>to aise bohat saare anokhe</w:t>
      </w:r>
    </w:p>
    <w:p>
      <w:pPr>
        <w:jc w:val="right"/>
      </w:pPr>
      <w:r>
        <w:t>تو ایسے بہت سارے انوکھے</w:t>
      </w:r>
    </w:p>
    <w:p>
      <w:r>
        <w:rPr>
          <w:b/>
        </w:rPr>
        <w:t xml:space="preserve">[04:17] </w:t>
      </w:r>
      <w:r>
        <w:t>aqeeday the jo logon ne bana rakhe the pehle. yeh aqeeday chalte rahe yahan tak ke 1608 mein galileo ne planetary system ko telescope se dekha. aur phir yeh silsila chalta raha. bahut se mahireen falakiyat uthe. telescope mein nayi nayi tar</w:t>
      </w:r>
    </w:p>
    <w:p>
      <w:pPr>
        <w:jc w:val="right"/>
      </w:pPr>
      <w:r>
        <w:t>عقیدے تھے جو لوگوں نے بنا رکھے تھے پہلے۔ یہ عقیدے چلتے رہے یہاں تک کہ 1608 میں گیلیلیو نے پلینٹری سسٹم کو ٹیلیسکوپ سے دیکھا۔ اور پھر یہ سلسلہ چلتا رہا۔ بہت سے ماہرین فلکیات اٹھے۔ ٹیلیسکوپ میں نئی نئی تر</w:t>
      </w:r>
    </w:p>
    <w:p>
      <w:r>
        <w:rPr>
          <w:b/>
        </w:rPr>
        <w:t xml:space="preserve">[04:47] </w:t>
      </w:r>
      <w:r>
        <w:t>qiyan huien.</w:t>
      </w:r>
    </w:p>
    <w:p>
      <w:pPr>
        <w:jc w:val="right"/>
      </w:pPr>
      <w:r>
        <w:t>قیاں ہوئیں۔</w:t>
      </w:r>
    </w:p>
    <w:p>
      <w:r>
        <w:rPr>
          <w:b/>
        </w:rPr>
        <w:t xml:space="preserve">[04:52] </w:t>
      </w:r>
      <w:r>
        <w:t>pehle to bohat hi karwat type ki telescope hoti thi.</w:t>
      </w:r>
    </w:p>
    <w:p>
      <w:pPr>
        <w:jc w:val="right"/>
      </w:pPr>
      <w:r>
        <w:t>پہلے تو بہت ہی کروٹ ٹائپ کی ٹیلیسکوپ ہوتی تھی۔</w:t>
      </w:r>
    </w:p>
    <w:p>
      <w:r>
        <w:rPr>
          <w:b/>
        </w:rPr>
        <w:t xml:space="preserve">[04:56] </w:t>
      </w:r>
      <w:r>
        <w:t>phir taraqqi hui.</w:t>
      </w:r>
    </w:p>
    <w:p>
      <w:pPr>
        <w:jc w:val="right"/>
      </w:pPr>
      <w:r>
        <w:t>پھر ترقی ہوئی۔</w:t>
      </w:r>
    </w:p>
    <w:p>
      <w:r>
        <w:rPr>
          <w:b/>
        </w:rPr>
        <w:t xml:space="preserve">[05:01] </w:t>
      </w:r>
      <w:r>
        <w:t>aur phir polo bar observatory bani, jo bohat bari hai.</w:t>
      </w:r>
    </w:p>
    <w:p>
      <w:pPr>
        <w:jc w:val="right"/>
      </w:pPr>
      <w:r>
        <w:t>اور پھر پولو بار آبزرویٹری بنی، جو بہت بڑی ہے۔</w:t>
      </w:r>
    </w:p>
    <w:p>
      <w:r>
        <w:rPr>
          <w:b/>
        </w:rPr>
        <w:t xml:space="preserve">[05:06] </w:t>
      </w:r>
      <w:r>
        <w:t>ab jo hubble observatory bani america mein, woh aur bhi zyada bari hai.</w:t>
      </w:r>
    </w:p>
    <w:p>
      <w:pPr>
        <w:jc w:val="right"/>
      </w:pPr>
      <w:r>
        <w:t>اب جو ہبل آبزرویٹری بنی امریکہ میں، وہ اور بھی زیادہ بڑی ہے۔</w:t>
      </w:r>
    </w:p>
    <w:p>
      <w:r>
        <w:rPr>
          <w:b/>
        </w:rPr>
        <w:t xml:space="preserve">[05:11] </w:t>
      </w:r>
      <w:r>
        <w:t>to pooray kainaat ko dekhnay ki koshish ki gayi.</w:t>
      </w:r>
    </w:p>
    <w:p>
      <w:pPr>
        <w:jc w:val="right"/>
      </w:pPr>
      <w:r>
        <w:t>تو پورے کائنات کو دیکھنے کی کوشش کی گئی۔</w:t>
      </w:r>
    </w:p>
    <w:p>
      <w:r>
        <w:rPr>
          <w:b/>
        </w:rPr>
        <w:t xml:space="preserve">[05:16] </w:t>
      </w:r>
      <w:r>
        <w:t>aur satellite ke zariye tasaveer liye gaye.</w:t>
      </w:r>
    </w:p>
    <w:p>
      <w:pPr>
        <w:jc w:val="right"/>
      </w:pPr>
      <w:r>
        <w:t>اور سیٹلائٹ کے ذریعے تصاویر لئے گئے۔</w:t>
      </w:r>
    </w:p>
    <w:p>
      <w:r>
        <w:rPr>
          <w:b/>
        </w:rPr>
        <w:t xml:space="preserve">[05:21] </w:t>
      </w:r>
      <w:r>
        <w:t>to ab aap jante hain ke jo yeh solar system hai, jis mein beech mein bahut hi bara suraj hai aur charon taraf is ke ghoom rahe hain sayare, to is ki tasaveer banai gayi hain is tarah ki. yahan bahut bara suraj hai upar. phir yeh sayare, yaani sayare, ghoom rahe hain charon taraf. yeh bahut bare ilaqe mein hai. aap dekhte honge atlas mein tasaveer solar</w:t>
      </w:r>
    </w:p>
    <w:p>
      <w:pPr>
        <w:jc w:val="right"/>
      </w:pPr>
      <w:r>
        <w:t>تو اب آپ جانتے ہیں کہ جو یہ سولر سسٹم ہے، جس میں بیچ میں بہت ہی بڑا سورج ہے اور چاروں طرف اس کے گھوم رہے ہیں سیارے، تو اس کی تصویریں بنائی گئی ہیں اس طرح کی۔ یہاں بہت بڑا سورج ہے اوپر۔ پھر یہ سیارے، یعنی سیارے، گھوم رہے ہیں چاروں طرف۔ یہ بہت بڑے علاقے میں ہے۔ آپ دیکھتے ہوں گے ایٹلس میں تصویریں سولر</w:t>
      </w:r>
    </w:p>
    <w:p>
      <w:r>
        <w:rPr>
          <w:b/>
        </w:rPr>
        <w:t xml:space="preserve">[05:51] </w:t>
      </w:r>
      <w:r>
        <w:t>system ki, lekin woh tasveerein nahi hoti hain.</w:t>
      </w:r>
    </w:p>
    <w:p>
      <w:pPr>
        <w:jc w:val="right"/>
      </w:pPr>
      <w:r>
        <w:t>سسٹم کی، لیکن وہ تصویریں نہیں ہوتی ہیں۔</w:t>
      </w:r>
    </w:p>
    <w:p>
      <w:r>
        <w:rPr>
          <w:b/>
        </w:rPr>
        <w:t xml:space="preserve">[05:57] </w:t>
      </w:r>
      <w:r>
        <w:t>woh woh sab naqshay hotay hain.</w:t>
      </w:r>
    </w:p>
    <w:p>
      <w:pPr>
        <w:jc w:val="right"/>
      </w:pPr>
      <w:r>
        <w:t>وہ وہ سب نقشے ہوتے ہیں۔</w:t>
      </w:r>
    </w:p>
    <w:p>
      <w:r>
        <w:rPr>
          <w:b/>
        </w:rPr>
        <w:t xml:space="preserve">[06:03] </w:t>
      </w:r>
      <w:r>
        <w:t>kyunkay koi bhi telescope ya koi bhi camera pooray solar system ko dekh nahi sakta hai.</w:t>
      </w:r>
    </w:p>
    <w:p>
      <w:pPr>
        <w:jc w:val="right"/>
      </w:pPr>
      <w:r>
        <w:t>کیونکہ کوئی بھی ٹیلیسکوپ یا کوئی بھی کیمرہ پورے سولر سسٹم کو دیکھ نہیں سکتا ہے۔</w:t>
      </w:r>
    </w:p>
    <w:p>
      <w:r>
        <w:rPr>
          <w:b/>
        </w:rPr>
        <w:t xml:space="preserve">[06:09] </w:t>
      </w:r>
      <w:r>
        <w:t>insaan ke liye abhi tak yeh mumkin nahi hai ke pooray solar system ko woh dekhe.</w:t>
      </w:r>
    </w:p>
    <w:p>
      <w:pPr>
        <w:jc w:val="right"/>
      </w:pPr>
      <w:r>
        <w:t>انسان کے لئے ابھی تک یہ ممکن نہیں ہے کہ پورے سولر سسٹم کو وہ دیکھے۔</w:t>
      </w:r>
    </w:p>
    <w:p>
      <w:r>
        <w:rPr>
          <w:b/>
        </w:rPr>
        <w:t xml:space="preserve">[06:15] </w:t>
      </w:r>
      <w:r>
        <w:t>to kya hai yeh? juzwi ya to do shaklein hoti hain.</w:t>
      </w:r>
    </w:p>
    <w:p>
      <w:pPr>
        <w:jc w:val="right"/>
      </w:pPr>
      <w:r>
        <w:t>تو کیا ہے یہ؟ جزوی یا تو دو شکلیں ہوتی ہیں۔</w:t>
      </w:r>
    </w:p>
    <w:p>
      <w:r>
        <w:rPr>
          <w:b/>
        </w:rPr>
        <w:t xml:space="preserve">[06:21] </w:t>
      </w:r>
      <w:r>
        <w:t>ya to juzwi silsilay mein kuch is ka hissa tak dekhte hain telescope se.</w:t>
      </w:r>
    </w:p>
    <w:p>
      <w:pPr>
        <w:jc w:val="right"/>
      </w:pPr>
      <w:r>
        <w:t>یا تو جزوی سلسلے میں کچھ اس کا حصہ تک دیکھتے ہیں ٹیلیسکوپ سے۔</w:t>
      </w:r>
    </w:p>
    <w:p>
      <w:r>
        <w:rPr>
          <w:b/>
        </w:rPr>
        <w:t xml:space="preserve">[06:27] </w:t>
      </w:r>
      <w:r>
        <w:t>ya asar andaaz karte hain.</w:t>
      </w:r>
    </w:p>
    <w:p>
      <w:pPr>
        <w:jc w:val="right"/>
      </w:pPr>
      <w:r>
        <w:t>یا اثر انداز کرتے ہیں۔</w:t>
      </w:r>
    </w:p>
    <w:p>
      <w:r>
        <w:rPr>
          <w:b/>
        </w:rPr>
        <w:t xml:space="preserve">[06:33] </w:t>
      </w:r>
      <w:r>
        <w:t>to Galileo ne asar andaaz karkay samjha tha ke suraj beech mein hai aur zameen charon taraf ghoom rahi hai.</w:t>
      </w:r>
    </w:p>
    <w:p>
      <w:pPr>
        <w:jc w:val="right"/>
      </w:pPr>
      <w:r>
        <w:t>تو گیلیلیو نے اثر انداز کرکے سمجھا تھا کہ سورج بیچ میں ہے اور زمین چاروں طرف گھوم رہی ہے۔</w:t>
      </w:r>
    </w:p>
    <w:p>
      <w:r>
        <w:rPr>
          <w:b/>
        </w:rPr>
        <w:t xml:space="preserve">[06:39] </w:t>
      </w:r>
      <w:r>
        <w:t>is se pehlay aap jantay hain ke Yunani falsafiyon ke zamanay mein yeh samjha jata tha ke zameen</w:t>
      </w:r>
    </w:p>
    <w:p>
      <w:pPr>
        <w:jc w:val="right"/>
      </w:pPr>
      <w:r>
        <w:t>اس سے پہلے آپ جانتے ہیں کہ یونانی فلسفیوں کے زمانے میں یہ سمجھا جاتا تھا کہ زمین</w:t>
      </w:r>
    </w:p>
    <w:p>
      <w:r>
        <w:rPr>
          <w:b/>
        </w:rPr>
        <w:t xml:space="preserve">[06:45] </w:t>
      </w:r>
      <w:r>
        <w:t>beech mein hai aur suraj ghoom raha hai is ke charon taraf.</w:t>
      </w:r>
    </w:p>
    <w:p>
      <w:pPr>
        <w:jc w:val="right"/>
      </w:pPr>
      <w:r>
        <w:t>بیچ میں ہے اور سورج گھوم رہا ہے اس کے چاروں طرف۔</w:t>
      </w:r>
    </w:p>
    <w:p>
      <w:r>
        <w:rPr>
          <w:b/>
        </w:rPr>
        <w:t xml:space="preserve">[06:51] </w:t>
      </w:r>
      <w:r>
        <w:t>to abhi bhi aisa nahi ke logon ne, un insaan ne dekh liya ho.</w:t>
      </w:r>
    </w:p>
    <w:p>
      <w:pPr>
        <w:jc w:val="right"/>
      </w:pPr>
      <w:r>
        <w:t>تو ابھی بھی ایسا نہیں کہ لوگوں نے، ان انسان نے دیکھ لیا ہو۔</w:t>
      </w:r>
    </w:p>
    <w:p>
      <w:r>
        <w:rPr>
          <w:b/>
        </w:rPr>
        <w:t xml:space="preserve">[06:59] </w:t>
      </w:r>
      <w:r>
        <w:t>abhi bhi sirf yeh hai ke juzwi mushahiday se yeh sab naqshay banaye gaye hain.</w:t>
      </w:r>
    </w:p>
    <w:p>
      <w:pPr>
        <w:jc w:val="right"/>
      </w:pPr>
      <w:r>
        <w:t>ابھی بھی صرف یہ ہے کہ جزوی مشاہدے سے یہ سب نقشے بنائے گئے ہیں۔</w:t>
      </w:r>
    </w:p>
    <w:p>
      <w:r>
        <w:rPr>
          <w:b/>
        </w:rPr>
        <w:t xml:space="preserve">[07:06] </w:t>
      </w:r>
      <w:r>
        <w:t>to yeh aik bohat bari baat hai jis par mera zehn mutharrik hua sochne ke liye ke mein</w:t>
      </w:r>
    </w:p>
    <w:p>
      <w:pPr>
        <w:jc w:val="right"/>
      </w:pPr>
      <w:r>
        <w:t>تو یہ ایک بہت بڑی بات ہے جس پر میرا ذہن متحرک ہوا سوچنے کے لئے کہ میں</w:t>
      </w:r>
    </w:p>
    <w:p>
      <w:r>
        <w:rPr>
          <w:b/>
        </w:rPr>
        <w:t xml:space="preserve">[07:14] </w:t>
      </w:r>
      <w:r>
        <w:t>sochne laga ke yeh kya maamla hai.</w:t>
      </w:r>
    </w:p>
    <w:p>
      <w:pPr>
        <w:jc w:val="right"/>
      </w:pPr>
      <w:r>
        <w:t>سوچنے لگا کہ یہ کیا معاملہ ہے۔</w:t>
      </w:r>
    </w:p>
    <w:p>
      <w:r>
        <w:rPr>
          <w:b/>
        </w:rPr>
        <w:t xml:space="preserve">[07:22] </w:t>
      </w:r>
      <w:r>
        <w:t>to sochtay sochtay mein yahan pohancha ke insaan ko Khuda ne jo zehn diya hai, is mein la-mehdood salahiyat hai.</w:t>
      </w:r>
    </w:p>
    <w:p>
      <w:pPr>
        <w:jc w:val="right"/>
      </w:pPr>
      <w:r>
        <w:t>تو سوچتے سوچتے میں یہاں پہنچا کہ انسان کو خدا نے جو ذہن دیا ہے، اس میں لامحدود صلاحیت ہے۔</w:t>
      </w:r>
    </w:p>
    <w:p>
      <w:r>
        <w:rPr>
          <w:b/>
        </w:rPr>
        <w:t xml:space="preserve">[07:29] </w:t>
      </w:r>
      <w:r>
        <w:t>bohat hi zyada is ke andar potential hai.</w:t>
      </w:r>
    </w:p>
    <w:p>
      <w:pPr>
        <w:jc w:val="right"/>
      </w:pPr>
      <w:r>
        <w:t>بہت ہی زیادہ اس کے اندر پوٹینشل ہے۔</w:t>
      </w:r>
    </w:p>
    <w:p>
      <w:r>
        <w:rPr>
          <w:b/>
        </w:rPr>
        <w:t xml:space="preserve">[07:37] </w:t>
      </w:r>
      <w:r>
        <w:t>lekin kisi bhi insaan ne apnay potential ko abhi tak aik do feesad zyada istemal nahi kiya.</w:t>
      </w:r>
    </w:p>
    <w:p>
      <w:pPr>
        <w:jc w:val="right"/>
      </w:pPr>
      <w:r>
        <w:t>لیکن کسی بھی انسان نے اپنے پوٹینشل کو ابھی تک ایک دو فیصد زیادہ استعمال نہیں کیا۔</w:t>
      </w:r>
    </w:p>
    <w:p>
      <w:r>
        <w:rPr>
          <w:b/>
        </w:rPr>
        <w:t xml:space="preserve">[07:44] </w:t>
      </w:r>
      <w:r>
        <w:t>chahay woh Newton aur Einstein hon ya woh Aristotle aur Plato hon.</w:t>
      </w:r>
    </w:p>
    <w:p>
      <w:pPr>
        <w:jc w:val="right"/>
      </w:pPr>
      <w:r>
        <w:t>چاہے وہ نیوٹن اور آئنسٹین ہوں یا وہ ارسٹوٹل اور پلیٹو ہوں۔</w:t>
      </w:r>
    </w:p>
    <w:p>
      <w:r>
        <w:rPr>
          <w:b/>
        </w:rPr>
        <w:t xml:space="preserve">[07:52] </w:t>
      </w:r>
      <w:r>
        <w:t>na falsafi kar paye, na scientist kar paye. bahut hi kam hissa hota hai jo zehn ke potential ko koi aadmi istemal kar pata hai. to sara sara zehn, sari sari insaan ki jo salahiyat hai, woh ghair istemal pari hui hai. kehna chahiye ke kaisi ajeeb baat hai ke insaan paida hua aur bil</w:t>
      </w:r>
    </w:p>
    <w:p>
      <w:pPr>
        <w:jc w:val="right"/>
      </w:pPr>
      <w:r>
        <w:t>نہ فلسفی کر پائے، نہ سائنسدان کر پائے۔ بہت ہی کم حصہ ہوتا ہے جو ذہن کے پوٹینشل کو کوئی آدمی استعمال کر پاتا ہے۔ تو سارا سارا ذہن، ساری ساری انسان کی جو صلاحیت ہے، وہ غیر استعمال پڑی ہوئی ہے۔ کہنا چاہیئے کہ کیسی عجیب بات ہے کہ انسان پیدا ہوا اور بل</w:t>
      </w:r>
    </w:p>
    <w:p>
      <w:r>
        <w:rPr>
          <w:b/>
        </w:rPr>
        <w:t xml:space="preserve">[08:22] </w:t>
      </w:r>
      <w:r>
        <w:t>trillion log paida hue, mar gaye.</w:t>
      </w:r>
    </w:p>
    <w:p>
      <w:pPr>
        <w:jc w:val="right"/>
      </w:pPr>
      <w:r>
        <w:t>ین ٹریلین لوگ پیدا ہوئے، مر گئے۔</w:t>
      </w:r>
    </w:p>
    <w:p>
      <w:r>
        <w:rPr>
          <w:b/>
        </w:rPr>
        <w:t xml:space="preserve">[08:27] </w:t>
      </w:r>
      <w:r>
        <w:t>koi bhi apnay zehn ko poori tarah istemal na kar saka.</w:t>
      </w:r>
    </w:p>
    <w:p>
      <w:pPr>
        <w:jc w:val="right"/>
      </w:pPr>
      <w:r>
        <w:t>کوئی بھی اپنے ذہن کو پوری طرح استعمال نہ کر سکا۔</w:t>
      </w:r>
    </w:p>
    <w:p>
      <w:r>
        <w:rPr>
          <w:b/>
        </w:rPr>
        <w:t xml:space="preserve">[08:33] </w:t>
      </w:r>
      <w:r>
        <w:t>bohat hi zyada kam istemal kar paya.</w:t>
      </w:r>
    </w:p>
    <w:p>
      <w:pPr>
        <w:jc w:val="right"/>
      </w:pPr>
      <w:r>
        <w:t>بہت ہی زیادہ کم استعمال کر پایا۔</w:t>
      </w:r>
    </w:p>
    <w:p>
      <w:r>
        <w:rPr>
          <w:b/>
        </w:rPr>
        <w:t xml:space="preserve">[08:38] </w:t>
      </w:r>
      <w:r>
        <w:t>to sara aap ka jo salahiyat hai, aap ka jo potential hai, aap ka jo zehn hai, woh</w:t>
      </w:r>
    </w:p>
    <w:p>
      <w:pPr>
        <w:jc w:val="right"/>
      </w:pPr>
      <w:r>
        <w:t>تو سارا آپ کا جو صلاحیت ہے، آپ کا جو پوٹینشل ہے، آپ کا جو ذہن ہے، وہ</w:t>
      </w:r>
    </w:p>
    <w:p>
      <w:r>
        <w:rPr>
          <w:b/>
        </w:rPr>
        <w:t xml:space="preserve">[08:43] </w:t>
      </w:r>
      <w:r>
        <w:t>kya hota hai? is ka anjam ghair istemal rehta hai aur chala jata hai duniya se.</w:t>
      </w:r>
    </w:p>
    <w:p>
      <w:pPr>
        <w:jc w:val="right"/>
      </w:pPr>
      <w:r>
        <w:t>کیا ہوتا ہے؟ اس کا انجام غیر استعمال رہتا ہے اور چلا جاتا ہے دنیا سے۔</w:t>
      </w:r>
    </w:p>
    <w:p>
      <w:r>
        <w:rPr>
          <w:b/>
        </w:rPr>
        <w:t xml:space="preserve">[08:49] </w:t>
      </w:r>
      <w:r>
        <w:t>kaisa anokha yeh phenomenon hai.</w:t>
      </w:r>
    </w:p>
    <w:p>
      <w:pPr>
        <w:jc w:val="right"/>
      </w:pPr>
      <w:r>
        <w:t>کیسا انوکھا یہ فیناومینا ہے۔</w:t>
      </w:r>
    </w:p>
    <w:p>
      <w:r>
        <w:rPr>
          <w:b/>
        </w:rPr>
        <w:t xml:space="preserve">[08:54] </w:t>
      </w:r>
      <w:r>
        <w:t>yaani jab insaan solar system ko nahi janta tha aur gahan ke baray mein tarah tarah ke andazon mein pada hua tha, woh tab bhi insaan bahut kam istemal ka pata kar paya tha apne zehn ko. aur aaj bhi bahut hi kam istemal kar paya hai. ek taraf yeh hai. doosri taraf jo Khuda ki jalal hai, jo takhleeq hai, woh itna bara hai, itna bara hai, itna bara hai jo k</w:t>
      </w:r>
    </w:p>
    <w:p>
      <w:pPr>
        <w:jc w:val="right"/>
      </w:pPr>
      <w:r>
        <w:t>یعنی جب انسان سولر سسٹم کو نہیں جانتا تھا اور گرہن کے بارے میں طرح طرح کے اندازوں میں پڑا ہوا تھا، وہ تب بھی انسان بہت کم استعمال کا پتہ کر پایا تھا اپنے ذہن کو۔ اور آج بھی بہت ہی کم استعمال کر پایا ہے۔ ایک طرف یہ ہے۔ دوسری طرف جو خدا کی جلال ہے، جو تخلیق ہے، وہ اتنا بڑا ہے، اتنا بڑا ہے، اتنا بڑا ہے جو ک</w:t>
      </w:r>
    </w:p>
    <w:p>
      <w:r>
        <w:rPr>
          <w:b/>
        </w:rPr>
        <w:t xml:space="preserve">[09:24] </w:t>
      </w:r>
      <w:r>
        <w:t>ainat ka haqaiq hai, itna zyada hai ke is ka bhi bahut hi fringe hum dekh paye hain. kaha jata hai ke sari kainat sitaron se bhari hui hai. lekin abhi wahan bhi mushkil se panch فیصد jo hai insaan dekh paya hai. zyada tar ninety five فیصد jo hai woh dark matter hai. yaani roshan matter jo hum dekh pa</w:t>
      </w:r>
    </w:p>
    <w:p>
      <w:pPr>
        <w:jc w:val="right"/>
      </w:pPr>
      <w:r>
        <w:t>ائنات کا حقائق ہے، اتنا زیادہ ہے کہ اس کا بھی بہت ہی فرنج ہم دیکھ پائے ہیں۔ کہا جاتا ہے کہ ساری کائنات ستاروں سے بھری ہوئی ہے۔ لیکن ابھی وہاں بھی مشکل سے پانچ فیصد جو ہے انسان دیکھ پایا ہے۔ زیادہ تر نائنٹی فائیو فیصد جو ہے وہ ڈارک میٹر ہے۔ یعنی روشن میٹر جو ہم دیکھ پ</w:t>
      </w:r>
    </w:p>
    <w:p>
      <w:r>
        <w:rPr>
          <w:b/>
        </w:rPr>
        <w:t xml:space="preserve">[09:54] </w:t>
      </w:r>
      <w:r>
        <w:t>aaye hain, woh kam tar paanch feesad hai.</w:t>
      </w:r>
    </w:p>
    <w:p>
      <w:pPr>
        <w:jc w:val="right"/>
      </w:pPr>
      <w:r>
        <w:t>ائے ہیں، وہ کم تر پانچ فیصد ہے۔</w:t>
      </w:r>
    </w:p>
    <w:p>
      <w:r>
        <w:rPr>
          <w:b/>
        </w:rPr>
        <w:t xml:space="preserve">[10:00] </w:t>
      </w:r>
      <w:r>
        <w:t>aur dark matter jo hum abhi tak dekh nahin paaye hain, woh zyada tar ninety five feesad hai.</w:t>
      </w:r>
    </w:p>
    <w:p>
      <w:pPr>
        <w:jc w:val="right"/>
      </w:pPr>
      <w:r>
        <w:t>اور ڈارک میٹر جو ہم ابھی تک دیکھ نہیں پائے ہیں، وہ زیادہ تر نائنٹی فائیو فیصد ہے۔</w:t>
      </w:r>
    </w:p>
    <w:p>
      <w:r>
        <w:rPr>
          <w:b/>
        </w:rPr>
        <w:t xml:space="preserve">[10:06] </w:t>
      </w:r>
      <w:r>
        <w:t>yeh bhi ghair daryaft hai.</w:t>
      </w:r>
    </w:p>
    <w:p>
      <w:pPr>
        <w:jc w:val="right"/>
      </w:pPr>
      <w:r>
        <w:t>یہ بھی غیر دریافت ہے۔</w:t>
      </w:r>
    </w:p>
    <w:p>
      <w:r>
        <w:rPr>
          <w:b/>
        </w:rPr>
        <w:t xml:space="preserve">[10:12] </w:t>
      </w:r>
      <w:r>
        <w:t>yeh do ajeeb ghareeb qism ka tazaad hai ke itni badi kainat hai, itna bada takhleeq hai, itna</w:t>
      </w:r>
    </w:p>
    <w:p>
      <w:pPr>
        <w:jc w:val="right"/>
      </w:pPr>
      <w:r>
        <w:t>یہ دو عجیب غریب قسم کا تضاد ہے کہ اتنی بڑی کائنات ہے، اتنا بڑا تخلیق ہے، اتنا</w:t>
      </w:r>
    </w:p>
    <w:p>
      <w:r>
        <w:rPr>
          <w:b/>
        </w:rPr>
        <w:t xml:space="preserve">[10:18] </w:t>
      </w:r>
      <w:r>
        <w:t>bada kainaati haqeeq hai, lekin abhi tak woh ghair darya</w:t>
      </w:r>
    </w:p>
    <w:p>
      <w:pPr>
        <w:jc w:val="right"/>
      </w:pPr>
      <w:r>
        <w:t>بڑا کائناتی حقائق ہے، لیکن ابھی تک وہ غیر دریا</w:t>
      </w:r>
    </w:p>
    <w:p>
      <w:r>
        <w:rPr>
          <w:b/>
        </w:rPr>
        <w:t xml:space="preserve">[10:24] </w:t>
      </w:r>
      <w:r>
        <w:t>uft pada hua hai.</w:t>
      </w:r>
    </w:p>
    <w:p>
      <w:pPr>
        <w:jc w:val="right"/>
      </w:pPr>
      <w:r>
        <w:t>فت پڑا ہوا ہے۔</w:t>
      </w:r>
    </w:p>
    <w:p>
      <w:r>
        <w:rPr>
          <w:b/>
        </w:rPr>
        <w:t xml:space="preserve">[10:29] </w:t>
      </w:r>
      <w:r>
        <w:t>khuda ki sari jalal jo hai, woh ankahi hui kahani bani hui hai.</w:t>
      </w:r>
    </w:p>
    <w:p>
      <w:pPr>
        <w:jc w:val="right"/>
      </w:pPr>
      <w:r>
        <w:t>خدا کی ساری جلال جو ہے، وہ ان کہی ہوئی کہانی بنی ہوئی ہے۔</w:t>
      </w:r>
    </w:p>
    <w:p>
      <w:r>
        <w:rPr>
          <w:b/>
        </w:rPr>
        <w:t xml:space="preserve">[10:34] </w:t>
      </w:r>
      <w:r>
        <w:t>aur doosri taraf insaan hai ke itna bada zehan le kar khuda paida karta hai is ko, woh</w:t>
      </w:r>
    </w:p>
    <w:p>
      <w:pPr>
        <w:jc w:val="right"/>
      </w:pPr>
      <w:r>
        <w:t>اور دوسری طرف انسان ہے کہ اتنا بڑا ذہن لے کر خدا پیدا کرتا ہے اس کو، وہ</w:t>
      </w:r>
    </w:p>
    <w:p>
      <w:r>
        <w:rPr>
          <w:b/>
        </w:rPr>
        <w:t xml:space="preserve">[10:39] </w:t>
      </w:r>
      <w:r>
        <w:t>bhi ghair istemal rehta hai aur chala jata hai duniya se.</w:t>
      </w:r>
    </w:p>
    <w:p>
      <w:pPr>
        <w:jc w:val="right"/>
      </w:pPr>
      <w:r>
        <w:t>بھی غیر استعمال رہتا ہے اور چلا جاتا ہے دنیا سے۔</w:t>
      </w:r>
    </w:p>
    <w:p>
      <w:r>
        <w:rPr>
          <w:b/>
        </w:rPr>
        <w:t xml:space="preserve">[10:44] </w:t>
      </w:r>
      <w:r>
        <w:t>is par maine socha ke aakhir itna itna anokha waqea kyun ho raha hai? insaan ka zehan</w:t>
      </w:r>
    </w:p>
    <w:p>
      <w:pPr>
        <w:jc w:val="right"/>
      </w:pPr>
      <w:r>
        <w:t>اس پر میں نے سوچا کہ آخر اتنا اتنا انوکھا واقعہ کیوں ہو رہا ہے؟ انسان کا ذہن</w:t>
      </w:r>
    </w:p>
    <w:p>
      <w:r>
        <w:rPr>
          <w:b/>
        </w:rPr>
        <w:t xml:space="preserve">[10:49] </w:t>
      </w:r>
      <w:r>
        <w:t>bhi ghair istemal</w:t>
      </w:r>
    </w:p>
    <w:p>
      <w:pPr>
        <w:jc w:val="right"/>
      </w:pPr>
      <w:r>
        <w:t>بھی غیر استعمال</w:t>
      </w:r>
    </w:p>
    <w:p>
      <w:r>
        <w:rPr>
          <w:b/>
        </w:rPr>
        <w:t xml:space="preserve">[10:54] </w:t>
      </w:r>
      <w:r>
        <w:t>pada hua hai, kainat bhi ghair daryaft padi hui hai.</w:t>
      </w:r>
    </w:p>
    <w:p>
      <w:pPr>
        <w:jc w:val="right"/>
      </w:pPr>
      <w:r>
        <w:t>پڑا ہوا ہے، کائنات بھی غیر دریافت پڑی ہوئی ہے۔</w:t>
      </w:r>
    </w:p>
    <w:p>
      <w:r>
        <w:rPr>
          <w:b/>
        </w:rPr>
        <w:t xml:space="preserve">[10:59] </w:t>
      </w:r>
      <w:r>
        <w:t>yeh jo zehan bana tha ke woh khuda ki jalal ko dekhe, kainaati haqeeq ko daryaft kare, woh</w:t>
      </w:r>
    </w:p>
    <w:p>
      <w:pPr>
        <w:jc w:val="right"/>
      </w:pPr>
      <w:r>
        <w:t>یہ جو ذہن بنا تھا کہ وہ خدا کی جلال کو دیکھے، کائناتی حقائق کو دریافت کرے، وہ</w:t>
      </w:r>
    </w:p>
    <w:p>
      <w:r>
        <w:rPr>
          <w:b/>
        </w:rPr>
        <w:t xml:space="preserve">[11:04] </w:t>
      </w:r>
      <w:r>
        <w:t>daryaft nahin kar saka.</w:t>
      </w:r>
    </w:p>
    <w:p>
      <w:pPr>
        <w:jc w:val="right"/>
      </w:pPr>
      <w:r>
        <w:t>دریافت نہیں کر سکا۔</w:t>
      </w:r>
    </w:p>
    <w:p>
      <w:r>
        <w:rPr>
          <w:b/>
        </w:rPr>
        <w:t xml:space="preserve">[11:09] </w:t>
      </w:r>
      <w:r>
        <w:t>woh ghair daryaft shuda padi hui hai sab kuch.</w:t>
      </w:r>
    </w:p>
    <w:p>
      <w:pPr>
        <w:jc w:val="right"/>
      </w:pPr>
      <w:r>
        <w:t>وہ غیر دریافت شدہ پڑی ہوئی ہے سب کچھ۔</w:t>
      </w:r>
    </w:p>
    <w:p>
      <w:r>
        <w:rPr>
          <w:b/>
        </w:rPr>
        <w:t xml:space="preserve">[11:14] </w:t>
      </w:r>
      <w:r>
        <w:t>to kya isi liye bani thi duniya? duniya isi liye bani thi ke insani zehan bhi ghair istemal</w:t>
      </w:r>
    </w:p>
    <w:p>
      <w:pPr>
        <w:jc w:val="right"/>
      </w:pPr>
      <w:r>
        <w:t>تو کیا اسی لئے بنی تھی دنیا؟ دنیا اسی لئے بنی تھی کہ انسانی ذہن بھی غیر استعمال</w:t>
      </w:r>
    </w:p>
    <w:p>
      <w:r>
        <w:rPr>
          <w:b/>
        </w:rPr>
        <w:t xml:space="preserve">[11:19] </w:t>
      </w:r>
      <w:r>
        <w:t>reh jaye aur</w:t>
      </w:r>
    </w:p>
    <w:p>
      <w:pPr>
        <w:jc w:val="right"/>
      </w:pPr>
      <w:r>
        <w:t>رہ جائے اور</w:t>
      </w:r>
    </w:p>
    <w:p>
      <w:r>
        <w:rPr>
          <w:b/>
        </w:rPr>
        <w:t xml:space="preserve">[11:24] </w:t>
      </w:r>
      <w:r>
        <w:t>kainaati haqeeq bhi ghair daryaft reh jayein.</w:t>
      </w:r>
    </w:p>
    <w:p>
      <w:pPr>
        <w:jc w:val="right"/>
      </w:pPr>
      <w:r>
        <w:t>کائناتی حقائق بھی غیر دریافت رہ جائیں۔</w:t>
      </w:r>
    </w:p>
    <w:p>
      <w:r>
        <w:rPr>
          <w:b/>
        </w:rPr>
        <w:t xml:space="preserve">[11:30] </w:t>
      </w:r>
      <w:r>
        <w:t>aur phir duniya khatm ho jaye.</w:t>
      </w:r>
    </w:p>
    <w:p>
      <w:pPr>
        <w:jc w:val="right"/>
      </w:pPr>
      <w:r>
        <w:t>اور پھر دنیا ختم ہو جائے۔</w:t>
      </w:r>
    </w:p>
    <w:p>
      <w:r>
        <w:rPr>
          <w:b/>
        </w:rPr>
        <w:t xml:space="preserve">[11:35] </w:t>
      </w:r>
      <w:r>
        <w:t>jaise Haiti mein jo hua zalzala, jis mein lakhon lakh log maare gaye, poora poora yaani palace samait</w:t>
      </w:r>
    </w:p>
    <w:p>
      <w:pPr>
        <w:jc w:val="right"/>
      </w:pPr>
      <w:r>
        <w:t>جیسے ہیٹی میں جو ہوا زلزلہ، جس میں لاکھوں لاکھ لوگ مارے گئے، پورا پورا یعنی پیلس سمیت</w:t>
      </w:r>
    </w:p>
    <w:p>
      <w:r>
        <w:rPr>
          <w:b/>
        </w:rPr>
        <w:t xml:space="preserve">[11:40] </w:t>
      </w:r>
      <w:r>
        <w:t>poora poora dar-ul-hakoomat jo hai, woh dhah gaya.</w:t>
      </w:r>
    </w:p>
    <w:p>
      <w:pPr>
        <w:jc w:val="right"/>
      </w:pPr>
      <w:r>
        <w:t>پورا پورا دارالحکومت جو ہے، وہ ڈھہ گیا۔</w:t>
      </w:r>
    </w:p>
    <w:p>
      <w:r>
        <w:rPr>
          <w:b/>
        </w:rPr>
        <w:t xml:space="preserve">[11:46] </w:t>
      </w:r>
      <w:r>
        <w:t>yeh ek namoona hai ke aisa hi sari duniya ke sath hone wala hai qyamat mein.</w:t>
      </w:r>
    </w:p>
    <w:p>
      <w:pPr>
        <w:jc w:val="right"/>
      </w:pPr>
      <w:r>
        <w:t>یہ ایک نمونہ ہے کہ ایسا ہی ساری دنیا کے ساتھ ہونے والا ہے قیامت میں۔</w:t>
      </w:r>
    </w:p>
    <w:p>
      <w:r>
        <w:rPr>
          <w:b/>
        </w:rPr>
        <w:t xml:space="preserve">[11:51] </w:t>
      </w:r>
      <w:r>
        <w:t>to kya is ka yahi anjam hai?</w:t>
      </w:r>
    </w:p>
    <w:p>
      <w:pPr>
        <w:jc w:val="right"/>
      </w:pPr>
      <w:r>
        <w:t>تو کیا اس کا یہی انجام ہے؟</w:t>
      </w:r>
    </w:p>
    <w:p>
      <w:r>
        <w:rPr>
          <w:b/>
        </w:rPr>
        <w:t xml:space="preserve">[11:56] </w:t>
      </w:r>
      <w:r>
        <w:t>yani itna bara aaghaz aur itna kam anjam is ka.</w:t>
      </w:r>
    </w:p>
    <w:p>
      <w:pPr>
        <w:jc w:val="right"/>
      </w:pPr>
      <w:r>
        <w:t>یعنی اتنا بڑا آغاز اور اتنا کم انجام اس کا۔</w:t>
      </w:r>
    </w:p>
    <w:p>
      <w:r>
        <w:rPr>
          <w:b/>
        </w:rPr>
        <w:t xml:space="preserve">[12:02] </w:t>
      </w:r>
      <w:r>
        <w:t>yeh jo haiti mein hua hai, woh khuda ne dikhaya hai ke poori poori zameen, poori poori jo</w:t>
      </w:r>
    </w:p>
    <w:p>
      <w:pPr>
        <w:jc w:val="right"/>
      </w:pPr>
      <w:r>
        <w:t>یہ جو ہیٹی میں ہوا ہے، وہ خدا نے دکھایا ہے کہ پوری پوری زمین، پوری پوری جو</w:t>
      </w:r>
    </w:p>
    <w:p>
      <w:r>
        <w:rPr>
          <w:b/>
        </w:rPr>
        <w:t xml:space="preserve">[12:08] </w:t>
      </w:r>
      <w:r>
        <w:t>insani jo abadi hai, aik din woh isi tarah se khandar banne wali hai.</w:t>
      </w:r>
    </w:p>
    <w:p>
      <w:pPr>
        <w:jc w:val="right"/>
      </w:pPr>
      <w:r>
        <w:t>انسانی جو آبادی ہے، ایک دن وہ اسی طرح سے کھڈر بننے والی ہے۔</w:t>
      </w:r>
    </w:p>
    <w:p>
      <w:r>
        <w:rPr>
          <w:b/>
        </w:rPr>
        <w:t xml:space="preserve">[12:14] </w:t>
      </w:r>
      <w:r>
        <w:t>yeh warning hai.</w:t>
      </w:r>
    </w:p>
    <w:p>
      <w:pPr>
        <w:jc w:val="right"/>
      </w:pPr>
      <w:r>
        <w:t>یہ وارننگ ہے۔</w:t>
      </w:r>
    </w:p>
    <w:p>
      <w:r>
        <w:rPr>
          <w:b/>
        </w:rPr>
        <w:t xml:space="preserve">[12:20] </w:t>
      </w:r>
      <w:r>
        <w:t>yeh mein sochta raha, sochta raha ke kya khuda ne itni bari dunya banai, itni bari kainat ban</w:t>
      </w:r>
    </w:p>
    <w:p>
      <w:pPr>
        <w:jc w:val="right"/>
      </w:pPr>
      <w:r>
        <w:t>یہ میں سوچتا رہا، سوچتا رہا کہ کیا خدا نے اتنی بڑی دنیا بنائی، اتنی بڑی کائنات بن</w:t>
      </w:r>
    </w:p>
    <w:p>
      <w:r>
        <w:rPr>
          <w:b/>
        </w:rPr>
        <w:t xml:space="preserve">[12:26] </w:t>
      </w:r>
      <w:r>
        <w:t>ai, itna zyada potential ke sath insan banaya, aur phir is ka koi anjam nahi, koi nateeja nahi,</w:t>
      </w:r>
    </w:p>
    <w:p>
      <w:pPr>
        <w:jc w:val="right"/>
      </w:pPr>
      <w:r>
        <w:t>ائی، اتنا زیادہ پوٹینشل کے ساتھ انسان بنایا، اور پھر اس کا کوئی انجام نہیں، کوئی نتیجہ نہیں،</w:t>
      </w:r>
    </w:p>
    <w:p>
      <w:r>
        <w:rPr>
          <w:b/>
        </w:rPr>
        <w:t xml:space="preserve">[12:32] </w:t>
      </w:r>
      <w:r>
        <w:t>koi maqsad nahi, koi maqsad nahi.</w:t>
      </w:r>
    </w:p>
    <w:p>
      <w:pPr>
        <w:jc w:val="right"/>
      </w:pPr>
      <w:r>
        <w:t>کوئی مقصد نہیں، کوئی مقصد نہیں۔</w:t>
      </w:r>
    </w:p>
    <w:p>
      <w:r>
        <w:rPr>
          <w:b/>
        </w:rPr>
        <w:t xml:space="preserve">[12:38] </w:t>
      </w:r>
      <w:r>
        <w:t>to quran ke par mein ne sochna shuru kiya ke quran hi hamare pas aik kitab hai jis</w:t>
      </w:r>
    </w:p>
    <w:p>
      <w:pPr>
        <w:jc w:val="right"/>
      </w:pPr>
      <w:r>
        <w:t>تو قرآن کے پر میں نے سوچنا شروع کیا کہ قرآن ہی ہمارے پاس ایک کتاب ہے جس</w:t>
      </w:r>
    </w:p>
    <w:p>
      <w:r>
        <w:rPr>
          <w:b/>
        </w:rPr>
        <w:t xml:space="preserve">[12:44] </w:t>
      </w:r>
      <w:r>
        <w:t>se hum khuda ki baat ko mustanad tor par jaan sakte hain.</w:t>
      </w:r>
    </w:p>
    <w:p>
      <w:pPr>
        <w:jc w:val="right"/>
      </w:pPr>
      <w:r>
        <w:t>سے ہم خدا کی بات کو مستند طور پر جان سکتے ہیں۔</w:t>
      </w:r>
    </w:p>
    <w:p>
      <w:r>
        <w:rPr>
          <w:b/>
        </w:rPr>
        <w:t xml:space="preserve">[12:50] </w:t>
      </w:r>
      <w:r>
        <w:t>quran ke siwa koi doosri kitab aisi nahi hai zameen par jo mustanad</w:t>
      </w:r>
    </w:p>
    <w:p>
      <w:pPr>
        <w:jc w:val="right"/>
      </w:pPr>
      <w:r>
        <w:t>قرآن کے سوا کوئی دوسری کتاب ایسی نہیں ہے زمین پر جو مستند</w:t>
      </w:r>
    </w:p>
    <w:p>
      <w:r>
        <w:rPr>
          <w:b/>
        </w:rPr>
        <w:t xml:space="preserve">[12:57] </w:t>
      </w:r>
      <w:r>
        <w:t>tor par khuda ki baat batane ke liye zariye ho.</w:t>
      </w:r>
    </w:p>
    <w:p>
      <w:pPr>
        <w:jc w:val="right"/>
      </w:pPr>
      <w:r>
        <w:t>طور پر خدا کی بات بتانے کے لئے ذریعہ ہو۔</w:t>
      </w:r>
    </w:p>
    <w:p>
      <w:r>
        <w:rPr>
          <w:b/>
        </w:rPr>
        <w:t xml:space="preserve">[13:02] </w:t>
      </w:r>
      <w:r>
        <w:t>sirf aik hi kitab hai, woh quran hai.</w:t>
      </w:r>
    </w:p>
    <w:p>
      <w:pPr>
        <w:jc w:val="right"/>
      </w:pPr>
      <w:r>
        <w:t>صرف ایک ہی کتاب ہے، وہ قرآن ہے۔</w:t>
      </w:r>
    </w:p>
    <w:p>
      <w:r>
        <w:rPr>
          <w:b/>
        </w:rPr>
        <w:t xml:space="preserve">[13:07] </w:t>
      </w:r>
      <w:r>
        <w:t>quran ke bare mein aik hadith hai: "la tanqadi ajaibuhu".</w:t>
      </w:r>
    </w:p>
    <w:p>
      <w:pPr>
        <w:jc w:val="right"/>
      </w:pPr>
      <w:r>
        <w:t>قرآن کے بارے میں ایک حدیث ہے: "لا تنقضی عجائبہ"۔</w:t>
      </w:r>
    </w:p>
    <w:p>
      <w:r>
        <w:rPr>
          <w:b/>
        </w:rPr>
        <w:t xml:space="preserve">[13:12] </w:t>
      </w:r>
      <w:r>
        <w:t>اس کا مطلب کیا ہے؟ "The miracles of Quran will never cease"۔</w:t>
      </w:r>
    </w:p>
    <w:p>
      <w:pPr>
        <w:jc w:val="right"/>
      </w:pPr>
      <w:r>
        <w:t>اس کا مطلب کیا ہے؟ "دا بریکلز آف قرآن ول نیور سیز"۔</w:t>
      </w:r>
    </w:p>
    <w:p>
      <w:r>
        <w:rPr>
          <w:b/>
        </w:rPr>
        <w:t xml:space="preserve">[13:17] </w:t>
      </w:r>
      <w:r>
        <w:t>quran ke barakal kabhi khatam nahi honge.</w:t>
      </w:r>
    </w:p>
    <w:p>
      <w:pPr>
        <w:jc w:val="right"/>
      </w:pPr>
      <w:r>
        <w:t>قرآن کے بریکل کبھی ختم نہیں ہوں گے۔</w:t>
      </w:r>
    </w:p>
    <w:p>
      <w:r>
        <w:rPr>
          <w:b/>
        </w:rPr>
        <w:t xml:space="preserve">[13:22] </w:t>
      </w:r>
      <w:r>
        <w:t>yani quran mein itni zyada</w:t>
      </w:r>
    </w:p>
    <w:p>
      <w:pPr>
        <w:jc w:val="right"/>
      </w:pPr>
      <w:r>
        <w:t>یعنی قرآن میں اتنی زیادہ</w:t>
      </w:r>
    </w:p>
    <w:p>
      <w:r>
        <w:rPr>
          <w:b/>
        </w:rPr>
        <w:t xml:space="preserve">[13:27] </w:t>
      </w:r>
      <w:r>
        <w:t>baten hain, itni zyada baten hain ke woh aadmi is ko daryaft hi karta rahega.</w:t>
      </w:r>
    </w:p>
    <w:p>
      <w:pPr>
        <w:jc w:val="right"/>
      </w:pPr>
      <w:r>
        <w:t>باتیں ہیں، اتنی زیادہ باتیں ہیں کہ وہ آدمی اس کو دریافت ہی کرتا رہے گا۔</w:t>
      </w:r>
    </w:p>
    <w:p>
      <w:r>
        <w:rPr>
          <w:b/>
        </w:rPr>
        <w:t xml:space="preserve">[13:33] </w:t>
      </w:r>
      <w:r>
        <w:t>jaise misaal ke tor par dekhiye aap ke quran utra saatvi sadi mein, pehli seh mahi saatvi sadi.</w:t>
      </w:r>
    </w:p>
    <w:p>
      <w:pPr>
        <w:jc w:val="right"/>
      </w:pPr>
      <w:r>
        <w:t>جیسے مثال کے طور پر دیکھئے آپ کہ قرآن اترا ساتویں صدی میں، پہلی سہ ماہی ساتویں صدی۔</w:t>
      </w:r>
    </w:p>
    <w:p>
      <w:r>
        <w:rPr>
          <w:b/>
        </w:rPr>
        <w:t xml:space="preserve">[13:39] </w:t>
      </w:r>
      <w:r>
        <w:t>us waqt ke insan ko bhi quran ne pata lagaya.</w:t>
      </w:r>
    </w:p>
    <w:p>
      <w:pPr>
        <w:jc w:val="right"/>
      </w:pPr>
      <w:r>
        <w:t>اس وقت کے انسان کو بھی قرآن نے پتہ لگایا۔</w:t>
      </w:r>
    </w:p>
    <w:p>
      <w:r>
        <w:rPr>
          <w:b/>
        </w:rPr>
        <w:t xml:space="preserve">[13:46] </w:t>
      </w:r>
      <w:r>
        <w:t>saatvi sadi eesvi ke insan ko bhi quran ne pata lagaya.</w:t>
      </w:r>
    </w:p>
    <w:p>
      <w:pPr>
        <w:jc w:val="right"/>
      </w:pPr>
      <w:r>
        <w:t>ساتویں صدی عیسوی کے انسان کو بھی قرآن نے پتہ لگایا۔</w:t>
      </w:r>
    </w:p>
    <w:p>
      <w:r>
        <w:rPr>
          <w:b/>
        </w:rPr>
        <w:t xml:space="preserve">[13:52] </w:t>
      </w:r>
      <w:r>
        <w:t>aur lakhon lakh log is par</w:t>
      </w:r>
    </w:p>
    <w:p>
      <w:pPr>
        <w:jc w:val="right"/>
      </w:pPr>
      <w:r>
        <w:t>اور لاکھوں لاکھ لوگ اس پر</w:t>
      </w:r>
    </w:p>
    <w:p>
      <w:r>
        <w:rPr>
          <w:b/>
        </w:rPr>
        <w:t xml:space="preserve">[13:58] </w:t>
      </w:r>
      <w:r>
        <w:t>, logon ne is ko sachi kitab samjha.</w:t>
      </w:r>
    </w:p>
    <w:p>
      <w:pPr>
        <w:jc w:val="right"/>
      </w:pPr>
      <w:r>
        <w:t>، لوگوں نے اس کو سچی کتاب سمجھا۔</w:t>
      </w:r>
    </w:p>
    <w:p>
      <w:r>
        <w:rPr>
          <w:b/>
        </w:rPr>
        <w:t xml:space="preserve">[14:03] </w:t>
      </w:r>
      <w:r>
        <w:t>aaj jabke hum ikkeesvi sadi mein hain, aaj ke insan ko bhi quran pata laga raha hai.</w:t>
      </w:r>
    </w:p>
    <w:p>
      <w:pPr>
        <w:jc w:val="right"/>
      </w:pPr>
      <w:r>
        <w:t>آج جبکہ ہم اکیسویں صدی میں ہیں، آج کے انسان کو بھی قرآن پتہ لگا رہا ہے۔</w:t>
      </w:r>
    </w:p>
    <w:p>
      <w:r>
        <w:rPr>
          <w:b/>
        </w:rPr>
        <w:t xml:space="preserve">[14:08] </w:t>
      </w:r>
      <w:r>
        <w:t>to mein is yahan se mein ne shuru kiya aap ka sochna ke aaj ke zehn ko bhi</w:t>
      </w:r>
    </w:p>
    <w:p>
      <w:pPr>
        <w:jc w:val="right"/>
      </w:pPr>
      <w:r>
        <w:t>تو میں اس یہاں سے میں نے شروع کیا آپ کا سوچنا کہ آج کے ذہن کو بھی</w:t>
      </w:r>
    </w:p>
    <w:p>
      <w:r>
        <w:rPr>
          <w:b/>
        </w:rPr>
        <w:t xml:space="preserve">[14:13] </w:t>
      </w:r>
      <w:r>
        <w:t>chahiye quran ko pata lagana chahiye.</w:t>
      </w:r>
    </w:p>
    <w:p>
      <w:pPr>
        <w:jc w:val="right"/>
      </w:pPr>
      <w:r>
        <w:t>چاہے قرآن کو پتہ لگانا چاہیئے۔</w:t>
      </w:r>
    </w:p>
    <w:p>
      <w:r>
        <w:rPr>
          <w:b/>
        </w:rPr>
        <w:t xml:space="preserve">[14:18] </w:t>
      </w:r>
      <w:r>
        <w:t>ikkeesvi sadi ke zehn ko bhi quran ko pata lagana chahiye.</w:t>
      </w:r>
    </w:p>
    <w:p>
      <w:pPr>
        <w:jc w:val="right"/>
      </w:pPr>
      <w:r>
        <w:t>اکیسویں صدی کے ذہن کو بھی قرآن کو پتہ لگانا چاہیئے۔</w:t>
      </w:r>
    </w:p>
    <w:p>
      <w:r>
        <w:rPr>
          <w:b/>
        </w:rPr>
        <w:t xml:space="preserve">[14:23] </w:t>
      </w:r>
      <w:r>
        <w:t>yeh nahi ho sakta ke saatveen sadi ke insaan ko</w:t>
      </w:r>
    </w:p>
    <w:p>
      <w:pPr>
        <w:jc w:val="right"/>
      </w:pPr>
      <w:r>
        <w:t>یہ نہیں ہو سکتا کہ ساتویں صدی کے انسان کو</w:t>
      </w:r>
    </w:p>
    <w:p>
      <w:r>
        <w:rPr>
          <w:b/>
        </w:rPr>
        <w:t xml:space="preserve">[14:29] </w:t>
      </w:r>
      <w:r>
        <w:t>Quran pata lagaye aur ikkiisvi sadi ke insaan ko Quran pata na lagaye. is tarah sochte hue main kuch aayaton par pahuncha. dekhiye pehli baat to yeh hai ke Quran jo kaise mansooba Khuda batata hai, woh yeh hai ke insaan ki zindagi ko Khuda ne do hisson mein bant diya hai: pre death period aur post death period. ya</w:t>
      </w:r>
    </w:p>
    <w:p>
      <w:pPr>
        <w:jc w:val="right"/>
      </w:pPr>
      <w:r>
        <w:t>قرآن پتہ لگائے اور اکیسویں صدی کے انسان کو قرآن پتہ نہ لگائے۔ اس طرح سوچتے ہوئے میں کچھ آیتوں پر پہنچا۔ دیکھئے پہلی بات تو یہ ہے کہ قرآن جو کیسے منصوبہ خدا بتاتا ہے، وہ یہ ہے کہ انسان کی زندگی کو خدا نے دو حصوں میں بانٹ دیا ہے: پری ڈیتھ پیریڈ اور پوسٹ ڈیتھ پیریڈ۔ یع</w:t>
      </w:r>
    </w:p>
    <w:p>
      <w:r>
        <w:rPr>
          <w:b/>
        </w:rPr>
        <w:t xml:space="preserve">[14:59] </w:t>
      </w:r>
      <w:r>
        <w:t>nahi mar kar insaan khatam nahi hota.</w:t>
      </w:r>
    </w:p>
    <w:p>
      <w:pPr>
        <w:jc w:val="right"/>
      </w:pPr>
      <w:r>
        <w:t>نی مر کر انسان ختم نہیں ہوتا۔</w:t>
      </w:r>
    </w:p>
    <w:p>
      <w:r>
        <w:rPr>
          <w:b/>
        </w:rPr>
        <w:t xml:space="preserve">[15:04] </w:t>
      </w:r>
      <w:r>
        <w:t>ek naye daur-e-hayat mein dakhil hota hai.</w:t>
      </w:r>
    </w:p>
    <w:p>
      <w:pPr>
        <w:jc w:val="right"/>
      </w:pPr>
      <w:r>
        <w:t>ایک نئے دورِ حیات میں داخل ہوتا ہے۔</w:t>
      </w:r>
    </w:p>
    <w:p>
      <w:r>
        <w:rPr>
          <w:b/>
        </w:rPr>
        <w:t xml:space="preserve">[15:09] </w:t>
      </w:r>
      <w:r>
        <w:t>ek daur-e-hayat yeh hai maut se pehle, doosra woh hai jo maut ke baad aata hai.</w:t>
      </w:r>
    </w:p>
    <w:p>
      <w:pPr>
        <w:jc w:val="right"/>
      </w:pPr>
      <w:r>
        <w:t>ایک دورِ حیات یہ ہے موت سے پہلے، دوسرا وہ ہے جو موت کے بعد آتا ہے۔</w:t>
      </w:r>
    </w:p>
    <w:p>
      <w:r>
        <w:rPr>
          <w:b/>
        </w:rPr>
        <w:t xml:space="preserve">[15:14] </w:t>
      </w:r>
      <w:r>
        <w:t>is ko hum dunya kehte hain aur is ko hum aakhirat kehte hain.</w:t>
      </w:r>
    </w:p>
    <w:p>
      <w:pPr>
        <w:jc w:val="right"/>
      </w:pPr>
      <w:r>
        <w:t>اس کو ہم دنیا کہتے ہیں اور اس کو ہم آخرت کہتے ہیں۔</w:t>
      </w:r>
    </w:p>
    <w:p>
      <w:r>
        <w:rPr>
          <w:b/>
        </w:rPr>
        <w:t xml:space="preserve">[15:19] </w:t>
      </w:r>
      <w:r>
        <w:t>is ka matlab hai ke abhi insaan ke potential ka zahir hona baqi hai abhi.</w:t>
      </w:r>
    </w:p>
    <w:p>
      <w:pPr>
        <w:jc w:val="right"/>
      </w:pPr>
      <w:r>
        <w:t>اس کا معنی ہے کہ ابھی انسان کے پوٹینشل کا ظاہر ہونا باقی ہے ابھی۔</w:t>
      </w:r>
    </w:p>
    <w:p>
      <w:r>
        <w:rPr>
          <w:b/>
        </w:rPr>
        <w:t xml:space="preserve">[15:24] </w:t>
      </w:r>
      <w:r>
        <w:t>aur woh jo hai aakhirat ki dunya jo hai, woh</w:t>
      </w:r>
    </w:p>
    <w:p>
      <w:pPr>
        <w:jc w:val="right"/>
      </w:pPr>
      <w:r>
        <w:t>اور وہ جو ہے آخرت کی دنیا جو ہے، وہ</w:t>
      </w:r>
    </w:p>
    <w:p>
      <w:r>
        <w:rPr>
          <w:b/>
        </w:rPr>
        <w:t xml:space="preserve">[15:29] </w:t>
      </w:r>
      <w:r>
        <w:t>toh abadi hai, wahan abadiyat hai.</w:t>
      </w:r>
    </w:p>
    <w:p>
      <w:pPr>
        <w:jc w:val="right"/>
      </w:pPr>
      <w:r>
        <w:t>تو ابدی ہے، وہاں ابدیت ہے۔</w:t>
      </w:r>
    </w:p>
    <w:p>
      <w:r>
        <w:rPr>
          <w:b/>
        </w:rPr>
        <w:t xml:space="preserve">[15:34] </w:t>
      </w:r>
      <w:r>
        <w:t>toh pehla qulhu quran yeh deta hai ke tum yeh mat samjho ke yahin par anjaam aa gaya.</w:t>
      </w:r>
    </w:p>
    <w:p>
      <w:pPr>
        <w:jc w:val="right"/>
      </w:pPr>
      <w:r>
        <w:t>تو پہلا قلھو قرآن یہ دیتا ہے کہ تم یہ مت سمجھو کہ یہیں پر انجام آگیا۔</w:t>
      </w:r>
    </w:p>
    <w:p>
      <w:r>
        <w:rPr>
          <w:b/>
        </w:rPr>
        <w:t xml:space="preserve">[15:39] </w:t>
      </w:r>
      <w:r>
        <w:t>anjaam nahi aaya, abhi toh baqi hai sara.</w:t>
      </w:r>
    </w:p>
    <w:p>
      <w:pPr>
        <w:jc w:val="right"/>
      </w:pPr>
      <w:r>
        <w:t>انجام نہیں آیا، ابھی تو باقی ہے سارا۔</w:t>
      </w:r>
    </w:p>
    <w:p>
      <w:r>
        <w:rPr>
          <w:b/>
        </w:rPr>
        <w:t xml:space="preserve">[15:44] </w:t>
      </w:r>
      <w:r>
        <w:t>kyun ke insaan ke potential ka istemal abhi baqi hai.</w:t>
      </w:r>
    </w:p>
    <w:p>
      <w:pPr>
        <w:jc w:val="right"/>
      </w:pPr>
      <w:r>
        <w:t>کیوں کہ انسان کے پوٹینشل کا استعمال ابھی باقی ہے۔</w:t>
      </w:r>
    </w:p>
    <w:p>
      <w:r>
        <w:rPr>
          <w:b/>
        </w:rPr>
        <w:t xml:space="preserve">[15:49] </w:t>
      </w:r>
      <w:r>
        <w:t>pre death period mein thoda sa istemal hua, kuch thoda sa tum ne jana.</w:t>
      </w:r>
    </w:p>
    <w:p>
      <w:pPr>
        <w:jc w:val="right"/>
      </w:pPr>
      <w:r>
        <w:t>پری ڈیتھ پیریڈ میں تھوڑا سا استعمال ہوا، کچھ تھوڑا سا تم نے جانا۔</w:t>
      </w:r>
    </w:p>
    <w:p>
      <w:r>
        <w:rPr>
          <w:b/>
        </w:rPr>
        <w:t xml:space="preserve">[15:54] </w:t>
      </w:r>
      <w:r>
        <w:t>kainaat ke kam tar paanch feesad, kuch thoda sa jana,</w:t>
      </w:r>
    </w:p>
    <w:p>
      <w:pPr>
        <w:jc w:val="right"/>
      </w:pPr>
      <w:r>
        <w:t>کائنات کے کم تر پانچ فیصد، کچھ تھوڑا سا جانا،</w:t>
      </w:r>
    </w:p>
    <w:p>
      <w:r>
        <w:rPr>
          <w:b/>
        </w:rPr>
        <w:t xml:space="preserve">[15:59] </w:t>
      </w:r>
      <w:r>
        <w:t>woh bhi poora nahi.</w:t>
      </w:r>
    </w:p>
    <w:p>
      <w:pPr>
        <w:jc w:val="right"/>
      </w:pPr>
      <w:r>
        <w:t>وہ بھی پورا نہیں۔</w:t>
      </w:r>
    </w:p>
    <w:p>
      <w:r>
        <w:rPr>
          <w:b/>
        </w:rPr>
        <w:t xml:space="preserve">[16:04] </w:t>
      </w:r>
      <w:r>
        <w:t>kyun ke aap dekhiye insaan ne telescope ijad ki.</w:t>
      </w:r>
    </w:p>
    <w:p>
      <w:pPr>
        <w:jc w:val="right"/>
      </w:pPr>
      <w:r>
        <w:t>کیوں کہ آپ دیکھئے انسان نے ٹیلیسکوپ ایجاد کی۔</w:t>
      </w:r>
    </w:p>
    <w:p>
      <w:r>
        <w:rPr>
          <w:b/>
        </w:rPr>
        <w:t xml:space="preserve">[16:09] </w:t>
      </w:r>
      <w:r>
        <w:t>solah so aath mein pehli baar is ka istemal kiya Galileo ne.</w:t>
      </w:r>
    </w:p>
    <w:p>
      <w:pPr>
        <w:jc w:val="right"/>
      </w:pPr>
      <w:r>
        <w:t>سولہ سو آٹھ میں پہلی بار اس کا استعمال کیا گیلیلیو نے۔</w:t>
      </w:r>
    </w:p>
    <w:p>
      <w:r>
        <w:rPr>
          <w:b/>
        </w:rPr>
        <w:t xml:space="preserve">[16:15] </w:t>
      </w:r>
      <w:r>
        <w:t>ab jo aaj jo telescope hai, is se bohat bari, bohat bari, bohat bari hai.</w:t>
      </w:r>
    </w:p>
    <w:p>
      <w:pPr>
        <w:jc w:val="right"/>
      </w:pPr>
      <w:r>
        <w:t>اب جو آج جو ٹیلیسکوپ ہے، اس سے بہت بڑی، بہت بڑی، بہت بڑی ہے۔</w:t>
      </w:r>
    </w:p>
    <w:p>
      <w:r>
        <w:rPr>
          <w:b/>
        </w:rPr>
        <w:t xml:space="preserve">[16:20] </w:t>
      </w:r>
      <w:r>
        <w:t>lekin usi ke sath insaan ne microscope banai atharah so tees mein.</w:t>
      </w:r>
    </w:p>
    <w:p>
      <w:pPr>
        <w:jc w:val="right"/>
      </w:pPr>
      <w:r>
        <w:t>لیکن اسی کے ساتھ انسان نے مائیکروسکوپ بنائی اٹھارہ سو تیس میں۔</w:t>
      </w:r>
    </w:p>
    <w:p>
      <w:r>
        <w:rPr>
          <w:b/>
        </w:rPr>
        <w:t xml:space="preserve">[16:25] </w:t>
      </w:r>
      <w:r>
        <w:t>atharah so tees mein.</w:t>
      </w:r>
    </w:p>
    <w:p>
      <w:pPr>
        <w:jc w:val="right"/>
      </w:pPr>
      <w:r>
        <w:t>اٹھارہ سو تیس میں۔</w:t>
      </w:r>
    </w:p>
    <w:p>
      <w:r>
        <w:rPr>
          <w:b/>
        </w:rPr>
        <w:t xml:space="preserve">[16:30] </w:t>
      </w:r>
      <w:r>
        <w:t>lekin is ke bawajood abhi tak insaan kuch bhi nahi dekh saka.</w:t>
      </w:r>
    </w:p>
    <w:p>
      <w:pPr>
        <w:jc w:val="right"/>
      </w:pPr>
      <w:r>
        <w:t>لیکن اس کے باوجود ابھی تک انسان کچھ بھی نہیں دیکھ سکا۔</w:t>
      </w:r>
    </w:p>
    <w:p>
      <w:r>
        <w:rPr>
          <w:b/>
        </w:rPr>
        <w:t xml:space="preserve">[16:35] </w:t>
      </w:r>
      <w:r>
        <w:t>jo dekha hai, woh bhi nahi dekha.</w:t>
      </w:r>
    </w:p>
    <w:p>
      <w:pPr>
        <w:jc w:val="right"/>
      </w:pPr>
      <w:r>
        <w:t>جو دیکھا ہے، وہ بھی نہیں دیکھا۔</w:t>
      </w:r>
    </w:p>
    <w:p>
      <w:r>
        <w:rPr>
          <w:b/>
        </w:rPr>
        <w:t xml:space="preserve">[16:40] </w:t>
      </w:r>
      <w:r>
        <w:t>jo dekha hai, woh bhi nahi dekha.</w:t>
      </w:r>
    </w:p>
    <w:p>
      <w:pPr>
        <w:jc w:val="right"/>
      </w:pPr>
      <w:r>
        <w:t>جو دیکھا ہے، وہ بھی نہیں دیکھا۔</w:t>
      </w:r>
    </w:p>
    <w:p>
      <w:r>
        <w:rPr>
          <w:b/>
        </w:rPr>
        <w:t xml:space="preserve">[16:45] </w:t>
      </w:r>
      <w:r>
        <w:t>kyun ke ek scientist kehta hai ke hum jaan rahe hain kam se kam aur kam se kam.</w:t>
      </w:r>
    </w:p>
    <w:p>
      <w:pPr>
        <w:jc w:val="right"/>
      </w:pPr>
      <w:r>
        <w:t>کیوں کہ ایک سائنسدان کہتا ہے کہ ہم جان رہے ہیں کم سے کم اور کم سے کم۔</w:t>
      </w:r>
    </w:p>
    <w:p>
      <w:r>
        <w:rPr>
          <w:b/>
        </w:rPr>
        <w:t xml:space="preserve">[16:50] </w:t>
      </w:r>
      <w:r>
        <w:t>jo dekha hai, woh ek aur mistery ban jata hai.</w:t>
      </w:r>
    </w:p>
    <w:p>
      <w:pPr>
        <w:jc w:val="right"/>
      </w:pPr>
      <w:r>
        <w:t>جو دیکھا ہے، وہ ایک اور مستری بن جاتا ہے۔</w:t>
      </w:r>
    </w:p>
    <w:p>
      <w:r>
        <w:rPr>
          <w:b/>
        </w:rPr>
        <w:t xml:space="preserve">[16:55] </w:t>
      </w:r>
      <w:r>
        <w:t>insaan ne daryaft kiya tha pehle ke aakhri meter ka aakhri</w:t>
      </w:r>
    </w:p>
    <w:p>
      <w:pPr>
        <w:jc w:val="right"/>
      </w:pPr>
      <w:r>
        <w:t>انسان نے دریافت کیا تھا پہلے کہ آخری میٹر کا آخری</w:t>
      </w:r>
    </w:p>
    <w:p>
      <w:r>
        <w:rPr>
          <w:b/>
        </w:rPr>
        <w:t xml:space="preserve">[17:00] </w:t>
      </w:r>
      <w:r>
        <w:t>jo hai, woh atom hai.</w:t>
      </w:r>
    </w:p>
    <w:p>
      <w:pPr>
        <w:jc w:val="right"/>
      </w:pPr>
      <w:r>
        <w:t>جو ہے، وہ ایٹم ہے۔</w:t>
      </w:r>
    </w:p>
    <w:p>
      <w:r>
        <w:rPr>
          <w:b/>
        </w:rPr>
        <w:t xml:space="preserve">[17:04] </w:t>
      </w:r>
      <w:r>
        <w:t>ab bhi maloom hua ke nahi, atom nahi hai.</w:t>
      </w:r>
    </w:p>
    <w:p>
      <w:pPr>
        <w:jc w:val="right"/>
      </w:pPr>
      <w:r>
        <w:t>اب بھی معلوم ہوا کہ نہیں، ایٹم نہیں ہے۔</w:t>
      </w:r>
    </w:p>
    <w:p>
      <w:r>
        <w:rPr>
          <w:b/>
        </w:rPr>
        <w:t xml:space="preserve">[17:08] </w:t>
      </w:r>
      <w:r>
        <w:t>is ke aage bhi dunya hai, woh electrons ki dunya hai.</w:t>
      </w:r>
    </w:p>
    <w:p>
      <w:pPr>
        <w:jc w:val="right"/>
      </w:pPr>
      <w:r>
        <w:t>اس کے آگے بھی دنیا ہے، وہ الیکٹرانز کی دنیا ہے۔</w:t>
      </w:r>
    </w:p>
    <w:p>
      <w:r>
        <w:rPr>
          <w:b/>
        </w:rPr>
        <w:t xml:space="preserve">[17:12] </w:t>
      </w:r>
      <w:r>
        <w:t>dekhiye electrons kya hain? atom ko bhi abhi tak insan dekh nahi saka sahi maano mein.</w:t>
      </w:r>
    </w:p>
    <w:p>
      <w:pPr>
        <w:jc w:val="right"/>
      </w:pPr>
      <w:r>
        <w:t>دیکھئے الیکٹرانز کیا ہیں؟ ایٹم کو بھی ابھی تک انسان دیکھ نہیں سکا صحیح معنوں میں۔</w:t>
      </w:r>
    </w:p>
    <w:p>
      <w:r>
        <w:rPr>
          <w:b/>
        </w:rPr>
        <w:t xml:space="preserve">[17:15] </w:t>
      </w:r>
      <w:r>
        <w:t>kuch is ki jhalakiyan kaha jata hai ke bohat ab barha kar ke dekhi gayi hain.</w:t>
      </w:r>
    </w:p>
    <w:p>
      <w:pPr>
        <w:jc w:val="right"/>
      </w:pPr>
      <w:r>
        <w:t>کچھ اس کی جھلکیاں کہا جاتا ہے کہ بہت اب بڑھا کر کے دیکھی گئی ہیں۔</w:t>
      </w:r>
    </w:p>
    <w:p>
      <w:r>
        <w:rPr>
          <w:b/>
        </w:rPr>
        <w:t xml:space="preserve">[17:19] </w:t>
      </w:r>
      <w:r>
        <w:t>bohat zyada barha kar ke kiya gaya.</w:t>
      </w:r>
    </w:p>
    <w:p>
      <w:pPr>
        <w:jc w:val="right"/>
      </w:pPr>
      <w:r>
        <w:t>بہت زیادہ بڑھا کر کے کیا گیا۔</w:t>
      </w:r>
    </w:p>
    <w:p>
      <w:r>
        <w:rPr>
          <w:b/>
        </w:rPr>
        <w:t xml:space="preserve">[17:23] </w:t>
      </w:r>
      <w:r>
        <w:t>to shayad kuch atom ki jhalakiyan nazar ayen.</w:t>
      </w:r>
    </w:p>
    <w:p>
      <w:pPr>
        <w:jc w:val="right"/>
      </w:pPr>
      <w:r>
        <w:t>تو شاید کچھ ایٹم کی جھلکیاں نظر آئیں۔</w:t>
      </w:r>
    </w:p>
    <w:p>
      <w:r>
        <w:rPr>
          <w:b/>
        </w:rPr>
        <w:t xml:space="preserve">[17:27] </w:t>
      </w:r>
      <w:r>
        <w:t>dekhiye atom ke aage jo electron hai,</w:t>
      </w:r>
    </w:p>
    <w:p>
      <w:pPr>
        <w:jc w:val="right"/>
      </w:pPr>
      <w:r>
        <w:t>دیکھئے ایٹم کے آگے جو الیکٹران ہے،</w:t>
      </w:r>
    </w:p>
    <w:p>
      <w:r>
        <w:rPr>
          <w:b/>
        </w:rPr>
        <w:t xml:space="preserve">[17:31] </w:t>
      </w:r>
      <w:r>
        <w:t>is ke baray mein to sciencedanon ne kaha hai ke woh woh lehrein ehtimal ki hain.</w:t>
      </w:r>
    </w:p>
    <w:p>
      <w:pPr>
        <w:jc w:val="right"/>
      </w:pPr>
      <w:r>
        <w:t>اس کے بارے میں تو سائنسدانوں نے کہا ہے کہ وہ وہ لہریں احتمال کی ہیں۔</w:t>
      </w:r>
    </w:p>
    <w:p>
      <w:r>
        <w:rPr>
          <w:b/>
        </w:rPr>
        <w:t xml:space="preserve">[17:37] </w:t>
      </w:r>
      <w:r>
        <w:t>lehrein ehtimal ki.</w:t>
      </w:r>
    </w:p>
    <w:p>
      <w:pPr>
        <w:jc w:val="right"/>
      </w:pPr>
      <w:r>
        <w:t>لہریں احتمال کی۔</w:t>
      </w:r>
    </w:p>
    <w:p>
      <w:r>
        <w:rPr>
          <w:b/>
        </w:rPr>
        <w:t xml:space="preserve">[17:43] </w:t>
      </w:r>
      <w:r>
        <w:t>is ko kya dekhenge aap? is ko kya dekhenge aap? to dekhte dekhte wahan pohanche ke</w:t>
      </w:r>
    </w:p>
    <w:p>
      <w:pPr>
        <w:jc w:val="right"/>
      </w:pPr>
      <w:r>
        <w:t>اس کو کیا دیکھیں گے آپ؟ اس کو کیا دیکھیں گے آپ؟ تو دیکھتے دیکھتے وہاں پہنچے کہ</w:t>
      </w:r>
    </w:p>
    <w:p>
      <w:r>
        <w:rPr>
          <w:b/>
        </w:rPr>
        <w:t xml:space="preserve">[17:49] </w:t>
      </w:r>
      <w:r>
        <w:t>pata chala ke is dekhna mumkin hi nahi hai.</w:t>
      </w:r>
    </w:p>
    <w:p>
      <w:pPr>
        <w:jc w:val="right"/>
      </w:pPr>
      <w:r>
        <w:t>پتہ چلا کہ اس دیکھنا ممکن ہی نہیں ہے۔</w:t>
      </w:r>
    </w:p>
    <w:p>
      <w:r>
        <w:rPr>
          <w:b/>
        </w:rPr>
        <w:t xml:space="preserve">[17:55] </w:t>
      </w:r>
      <w:r>
        <w:t>aap ne aasman ko dekha, pahad ko dekha, kahkashan ko aur</w:t>
      </w:r>
    </w:p>
    <w:p>
      <w:pPr>
        <w:jc w:val="right"/>
      </w:pPr>
      <w:r>
        <w:t>آپ نے آسمان کو دیکھا، پہاڑ کو دیکھا، کہکشاں کو اور</w:t>
      </w:r>
    </w:p>
    <w:p>
      <w:r>
        <w:rPr>
          <w:b/>
        </w:rPr>
        <w:t xml:space="preserve">[18:01] </w:t>
      </w:r>
      <w:r>
        <w:t>bohat si cheezon ko dekha.</w:t>
      </w:r>
    </w:p>
    <w:p>
      <w:pPr>
        <w:jc w:val="right"/>
      </w:pPr>
      <w:r>
        <w:t>بہت سی چیزوں کو دیکھا۔</w:t>
      </w:r>
    </w:p>
    <w:p>
      <w:r>
        <w:rPr>
          <w:b/>
        </w:rPr>
        <w:t xml:space="preserve">[18:07] </w:t>
      </w:r>
      <w:r>
        <w:t>dekhte dekhte dekhte pohanche kahan? atom tak.</w:t>
      </w:r>
    </w:p>
    <w:p>
      <w:pPr>
        <w:jc w:val="right"/>
      </w:pPr>
      <w:r>
        <w:t>دیکھتے دیکھتے دیکھتے پہنچے کہاں؟ ایٹم تک۔</w:t>
      </w:r>
    </w:p>
    <w:p>
      <w:r>
        <w:rPr>
          <w:b/>
        </w:rPr>
        <w:t xml:space="preserve">[18:12] </w:t>
      </w:r>
      <w:r>
        <w:t>is ke baad kya hua? electron.</w:t>
      </w:r>
    </w:p>
    <w:p>
      <w:pPr>
        <w:jc w:val="right"/>
      </w:pPr>
      <w:r>
        <w:t>اس کے بعد کیا ہوا؟ الیکٹران۔</w:t>
      </w:r>
    </w:p>
    <w:p>
      <w:r>
        <w:rPr>
          <w:b/>
        </w:rPr>
        <w:t xml:space="preserve">[18:17] </w:t>
      </w:r>
      <w:r>
        <w:t>to maloom hua ke jo dekha tha, woh bhi nahi dekha.</w:t>
      </w:r>
    </w:p>
    <w:p>
      <w:pPr>
        <w:jc w:val="right"/>
      </w:pPr>
      <w:r>
        <w:t>تو معلوم ہوا کہ جو دیکھا تھا، وہ بھی نہیں دیکھا۔</w:t>
      </w:r>
    </w:p>
    <w:p>
      <w:r>
        <w:rPr>
          <w:b/>
        </w:rPr>
        <w:t xml:space="preserve">[18:22] </w:t>
      </w:r>
      <w:r>
        <w:t>kyun ke aakhir mein sab electron hain aur woh mushahida nahi hai, woh woh lehrein ehtimal ki hain.</w:t>
      </w:r>
    </w:p>
    <w:p>
      <w:pPr>
        <w:jc w:val="right"/>
      </w:pPr>
      <w:r>
        <w:t>کیوں کہ آخر میں سب الیکٹران ہیں اور وہ مشاہدہ نہیں ہے، وہ وہ لہریں احتمال کی ہیں۔</w:t>
      </w:r>
    </w:p>
    <w:p>
      <w:r>
        <w:rPr>
          <w:b/>
        </w:rPr>
        <w:t xml:space="preserve">[18:28] </w:t>
      </w:r>
      <w:r>
        <w:t>woh to sari telescope, sari microscope nakam hain.</w:t>
      </w:r>
    </w:p>
    <w:p>
      <w:pPr>
        <w:jc w:val="right"/>
      </w:pPr>
      <w:r>
        <w:t>وہ تو ساری ٹیلیسکوپ، ساری مائیکروسکوپ ناکام ہیں۔</w:t>
      </w:r>
    </w:p>
    <w:p>
      <w:r>
        <w:rPr>
          <w:b/>
        </w:rPr>
        <w:t xml:space="preserve">[18:33] </w:t>
      </w:r>
      <w:r>
        <w:t>to yahan par yeh baat mujhe mili ke jab quran yeh kehta hai ke is dunya ke baad</w:t>
      </w:r>
    </w:p>
    <w:p>
      <w:pPr>
        <w:jc w:val="right"/>
      </w:pPr>
      <w:r>
        <w:t>تو یہاں پر یہ بات مجھے ملی کہ جب قرآن یہ کہتا ہے کہ اس دنیا کے بعد</w:t>
      </w:r>
    </w:p>
    <w:p>
      <w:r>
        <w:rPr>
          <w:b/>
        </w:rPr>
        <w:t xml:space="preserve">[18:43] </w:t>
      </w:r>
      <w:r>
        <w:t>ek aur dunya hai, to wahan ke telescope aur wahan ke durbain jo hain, woh hamein sab cheezen dikhayen ge.</w:t>
      </w:r>
    </w:p>
    <w:p>
      <w:pPr>
        <w:jc w:val="right"/>
      </w:pPr>
      <w:r>
        <w:t>ایک اور دنیا ہے، تو وہاں کے ٹیلیسکوپ اور وہاں کے دوربین جو ہیں، وہ ہمیں سب چیزیں دکھائیں گے۔</w:t>
      </w:r>
    </w:p>
    <w:p>
      <w:r>
        <w:rPr>
          <w:b/>
        </w:rPr>
        <w:t xml:space="preserve">[18:54] </w:t>
      </w:r>
      <w:r>
        <w:t>jo akhirat ka jo zamana hai, jo abadiyat ka zamana hai, wahan zyada aala darja har cheez ka hoga.</w:t>
      </w:r>
    </w:p>
    <w:p>
      <w:pPr>
        <w:jc w:val="right"/>
      </w:pPr>
      <w:r>
        <w:t>جو آخرت کا جو زمانہ ہے، جو ابدیت کا زمانہ ہے، وہاں زیادہ اعلیٰ درجہ ہر چیز کا ہوگا۔</w:t>
      </w:r>
    </w:p>
    <w:p>
      <w:r>
        <w:rPr>
          <w:b/>
        </w:rPr>
        <w:t xml:space="preserve">[19:04] </w:t>
      </w:r>
      <w:r>
        <w:t>to wahan par insan har cheez dekh sake ga, har cheez jaan sake ga.</w:t>
      </w:r>
    </w:p>
    <w:p>
      <w:pPr>
        <w:jc w:val="right"/>
      </w:pPr>
      <w:r>
        <w:t>تو وہاں پر انسان ہر چیز دیکھ سکے گا، ہر چیز جان سکے گا۔</w:t>
      </w:r>
    </w:p>
    <w:p>
      <w:r>
        <w:rPr>
          <w:b/>
        </w:rPr>
        <w:t xml:space="preserve">[19:11] </w:t>
      </w:r>
      <w:r>
        <w:t>yeh baat kaise mere zehen mein ayi? woh is tarah ayi ke dekhiye quran mein kuch ayatein hain</w:t>
      </w:r>
    </w:p>
    <w:p>
      <w:pPr>
        <w:jc w:val="right"/>
      </w:pPr>
      <w:r>
        <w:t>یہ بات کیسے میرے ذہن میں آئی؟ وہ اس طرح آئی کہ دیکھئے قرآن میں کچھ آیتیں ہیں</w:t>
      </w:r>
    </w:p>
    <w:p>
      <w:r>
        <w:rPr>
          <w:b/>
        </w:rPr>
        <w:t xml:space="preserve">[19:19] </w:t>
      </w:r>
      <w:r>
        <w:t>jo batati hain Allah taala ki jalal ko, jis ko main doosre lafzon mein kahunga kainat ke haqayiq ko.</w:t>
      </w:r>
    </w:p>
    <w:p>
      <w:pPr>
        <w:jc w:val="right"/>
      </w:pPr>
      <w:r>
        <w:t>جو بتاتی ہیں اللہ تعالیٰ کی جلال کو، جس کو میں دوسرے لفظوں میں کہوں گا کائنات کے حقائق کو۔</w:t>
      </w:r>
    </w:p>
    <w:p>
      <w:r>
        <w:rPr>
          <w:b/>
        </w:rPr>
        <w:t xml:space="preserve">[19:26] </w:t>
      </w:r>
      <w:r>
        <w:t>مثلاً ایک آیت ہے: "ولو أن ما فی الارض من شجرۃ اقلام والبحریمده من بعدہ سبعۃ</w:t>
      </w:r>
    </w:p>
    <w:p>
      <w:pPr>
        <w:jc w:val="right"/>
      </w:pPr>
      <w:r>
        <w:t>مثلاً ایک آیت ہے: "ولو أن معفلرذ ابن شیرۃ نقلام والبحریمده من بعدہ سبط</w:t>
      </w:r>
    </w:p>
    <w:p>
      <w:r>
        <w:rPr>
          <w:b/>
        </w:rPr>
        <w:t xml:space="preserve">[19:34] </w:t>
      </w:r>
      <w:r>
        <w:t>abhr ma nafz kalamat allah.</w:t>
      </w:r>
    </w:p>
    <w:p>
      <w:pPr>
        <w:jc w:val="right"/>
      </w:pPr>
      <w:r>
        <w:t>ابھر ما نفذت کلمات اللہ"۔</w:t>
      </w:r>
    </w:p>
    <w:p>
      <w:r>
        <w:rPr>
          <w:b/>
        </w:rPr>
        <w:t xml:space="preserve">[19:39] </w:t>
      </w:r>
      <w:r>
        <w:t>yahi baat aik aur ayat mein is tarah kahi gayi hai.</w:t>
      </w:r>
    </w:p>
    <w:p>
      <w:pPr>
        <w:jc w:val="right"/>
      </w:pPr>
      <w:r>
        <w:t>یہی بات ایک اور آیت میں اس طرح کہی گئی ہے۔</w:t>
      </w:r>
    </w:p>
    <w:p>
      <w:r>
        <w:rPr>
          <w:b/>
        </w:rPr>
        <w:t xml:space="preserve">[19:44] </w:t>
      </w:r>
      <w:r>
        <w:t>yeh ayat hai surah luqman ki, yani bab number tees.</w:t>
      </w:r>
    </w:p>
    <w:p>
      <w:pPr>
        <w:jc w:val="right"/>
      </w:pPr>
      <w:r>
        <w:t>یہ آیت ہے سورہ لقمان کی، یعنی باب نمبر تیس۔</w:t>
      </w:r>
    </w:p>
    <w:p>
      <w:r>
        <w:rPr>
          <w:b/>
        </w:rPr>
        <w:t xml:space="preserve">[19:49] </w:t>
      </w:r>
      <w:r>
        <w:t>doosri ayat jo hai, woh bab number atharah mein hai, surah al kahf mein: "qul lo kan al bahr madad</w:t>
      </w:r>
    </w:p>
    <w:p>
      <w:pPr>
        <w:jc w:val="right"/>
      </w:pPr>
      <w:r>
        <w:t>دوسری آیت جو ہے، وہ باب نمبر اٹھارہ میں ہے، سورہ الکہف میں: "قل لو کان البحر مداد</w:t>
      </w:r>
    </w:p>
    <w:p>
      <w:r>
        <w:rPr>
          <w:b/>
        </w:rPr>
        <w:t xml:space="preserve">[19:54] </w:t>
      </w:r>
      <w:r>
        <w:t>likalmat rabbi lanfaz al bahr qabl an tanfaz kalamat rabbi walaw jaina bimithli madada".</w:t>
      </w:r>
    </w:p>
    <w:p>
      <w:pPr>
        <w:jc w:val="right"/>
      </w:pPr>
      <w:r>
        <w:t>لکلمات ربی لنفذ البحر قبل أن تنفذ کلمات ربی ولو جئنا بمثل مددا"۔</w:t>
      </w:r>
    </w:p>
    <w:p>
      <w:r>
        <w:rPr>
          <w:b/>
        </w:rPr>
        <w:t xml:space="preserve">[19:59] </w:t>
      </w:r>
      <w:r>
        <w:t>yeh jo dono ayatein hain,</w:t>
      </w:r>
    </w:p>
    <w:p>
      <w:pPr>
        <w:jc w:val="right"/>
      </w:pPr>
      <w:r>
        <w:t>یہ جو دونوں آیتیں ہیں،</w:t>
      </w:r>
    </w:p>
    <w:p>
      <w:r>
        <w:rPr>
          <w:b/>
        </w:rPr>
        <w:t xml:space="preserve">[20:04] </w:t>
      </w:r>
      <w:r>
        <w:t>surah luqman mein aur surah al kahf mein, woh yeh kehti hain ke khuda ke kalamat itne ziyada hain,</w:t>
      </w:r>
    </w:p>
    <w:p>
      <w:pPr>
        <w:jc w:val="right"/>
      </w:pPr>
      <w:r>
        <w:t>سورہ لقمان میں اور سورہ الکہف میں، وہ یہ کہتی ہیں کہ خدا کے کلمات اتنے زیادہ ہیں،</w:t>
      </w:r>
    </w:p>
    <w:p>
      <w:r>
        <w:rPr>
          <w:b/>
        </w:rPr>
        <w:t xml:space="preserve">[20:10] </w:t>
      </w:r>
      <w:r>
        <w:t>yani khuda ki jalal, khuda ki baatein itni ziyada hain, itni ziyada, itni ziyada hain ke agar sare</w:t>
      </w:r>
    </w:p>
    <w:p>
      <w:pPr>
        <w:jc w:val="right"/>
      </w:pPr>
      <w:r>
        <w:t>یعنی خدا کی جلال، خدا کی باتیں اتنی زیادہ ہیں، اتنی زیادہ، اتنی زیادہ ہیں کہ اگر سارے</w:t>
      </w:r>
    </w:p>
    <w:p>
      <w:r>
        <w:rPr>
          <w:b/>
        </w:rPr>
        <w:t xml:space="preserve">[20:16] </w:t>
      </w:r>
      <w:r>
        <w:t>samandar siyahi bana diye jayen.</w:t>
      </w:r>
    </w:p>
    <w:p>
      <w:pPr>
        <w:jc w:val="right"/>
      </w:pPr>
      <w:r>
        <w:t>سمندر سیاہی بنا دئیے جائیں۔</w:t>
      </w:r>
    </w:p>
    <w:p>
      <w:r>
        <w:rPr>
          <w:b/>
        </w:rPr>
        <w:t xml:space="preserve">[20:22] </w:t>
      </w:r>
      <w:r>
        <w:t>kaha jata hai ke saat samandar jo hain, dunya mein baray samandar hain, to saat samandar jo hain,</w:t>
      </w:r>
    </w:p>
    <w:p>
      <w:pPr>
        <w:jc w:val="right"/>
      </w:pPr>
      <w:r>
        <w:t>کہا جاتا ہے کہ سات سمندر جو ہیں، دنیا میں بڑے سمندر ہیں، تو سات سمندر جو ہیں،</w:t>
      </w:r>
    </w:p>
    <w:p>
      <w:r>
        <w:rPr>
          <w:b/>
        </w:rPr>
        <w:t xml:space="preserve">[20:28] </w:t>
      </w:r>
      <w:r>
        <w:t>woh sab siyahi ban</w:t>
      </w:r>
    </w:p>
    <w:p>
      <w:pPr>
        <w:jc w:val="right"/>
      </w:pPr>
      <w:r>
        <w:t>وہ سب سیاہی بن</w:t>
      </w:r>
    </w:p>
    <w:p>
      <w:r>
        <w:rPr>
          <w:b/>
        </w:rPr>
        <w:t xml:space="preserve">[20:34] </w:t>
      </w:r>
      <w:r>
        <w:t>jayen, ban jayen.</w:t>
      </w:r>
    </w:p>
    <w:p>
      <w:pPr>
        <w:jc w:val="right"/>
      </w:pPr>
      <w:r>
        <w:t>جائیں، بن جائیں۔</w:t>
      </w:r>
    </w:p>
    <w:p>
      <w:r>
        <w:rPr>
          <w:b/>
        </w:rPr>
        <w:t xml:space="preserve">[20:40] </w:t>
      </w:r>
      <w:r>
        <w:t>aur sare jo darakht hain, sare jo woh darakht hain, woh sab qalam bana diye jayen aur likhna</w:t>
      </w:r>
    </w:p>
    <w:p>
      <w:pPr>
        <w:jc w:val="right"/>
      </w:pPr>
      <w:r>
        <w:t>اور سارے جو درخت ہیں، سارے جو وہ درخت ہیں، وہ سب قلم بنا دئیے جائیں اور لکھنا</w:t>
      </w:r>
    </w:p>
    <w:p>
      <w:r>
        <w:rPr>
          <w:b/>
        </w:rPr>
        <w:t xml:space="preserve">[20:46] </w:t>
      </w:r>
      <w:r>
        <w:t>shuru kiya jaye.</w:t>
      </w:r>
    </w:p>
    <w:p>
      <w:pPr>
        <w:jc w:val="right"/>
      </w:pPr>
      <w:r>
        <w:t>شروع کیا جائے۔</w:t>
      </w:r>
    </w:p>
    <w:p>
      <w:r>
        <w:rPr>
          <w:b/>
        </w:rPr>
        <w:t xml:space="preserve">[20:52] </w:t>
      </w:r>
      <w:r>
        <w:t>to sare saat samandar khatm ho jayen ge aur saat samandar laye jayen ge, tab bhi nahi khatm hoga.</w:t>
      </w:r>
    </w:p>
    <w:p>
      <w:pPr>
        <w:jc w:val="right"/>
      </w:pPr>
      <w:r>
        <w:t>تو سارے سات سمندر ختم ہو جائیں گے اور سات سمندر لائے جائیں گے، تب بھی نہیں ختم ہوگا۔</w:t>
      </w:r>
    </w:p>
    <w:p>
      <w:r>
        <w:rPr>
          <w:b/>
        </w:rPr>
        <w:t xml:space="preserve">[20:58] </w:t>
      </w:r>
      <w:r>
        <w:t>yani chaudah samandaron ko agar siyahi bana diya jaye aur tamam dunya ke darakht aur janglat qalam bana diye j</w:t>
      </w:r>
    </w:p>
    <w:p>
      <w:pPr>
        <w:jc w:val="right"/>
      </w:pPr>
      <w:r>
        <w:t>یعنی چودہ سمندروں کو اگر سیاہی بنا دیا جائے اور تمام دنیا کے درخت اور جنگل قلم بنا دئیے ج</w:t>
      </w:r>
    </w:p>
    <w:p>
      <w:r>
        <w:rPr>
          <w:b/>
        </w:rPr>
        <w:t xml:space="preserve">[21:04] </w:t>
      </w:r>
      <w:r>
        <w:t>ayen aur likhna shuru kiya jaye khuda ki kalamat ko, khuda ki jalal ko, to siyahi khatm ho</w:t>
      </w:r>
    </w:p>
    <w:p>
      <w:pPr>
        <w:jc w:val="right"/>
      </w:pPr>
      <w:r>
        <w:t>ائیں اور لکھنا شروع کیا جائے خدا کی کلمات کو، خدا کی جلال کو، تو سیاہی ختم ہو</w:t>
      </w:r>
    </w:p>
    <w:p>
      <w:r>
        <w:rPr>
          <w:b/>
        </w:rPr>
        <w:t xml:space="preserve">[21:10] </w:t>
      </w:r>
      <w:r>
        <w:t>jayegi aur jalal khatm nahi hogi.</w:t>
      </w:r>
    </w:p>
    <w:p>
      <w:pPr>
        <w:jc w:val="right"/>
      </w:pPr>
      <w:r>
        <w:t>جائے گی اور جلال ختم نہیں ہوگی۔</w:t>
      </w:r>
    </w:p>
    <w:p>
      <w:r>
        <w:rPr>
          <w:b/>
        </w:rPr>
        <w:t xml:space="preserve">[21:16] </w:t>
      </w:r>
      <w:r>
        <w:t>aik taraf dekhiye yeh hai, doosri taraf insan ke potential ko insan ne daryaft kiya hai ke itna</w:t>
      </w:r>
    </w:p>
    <w:p>
      <w:pPr>
        <w:jc w:val="right"/>
      </w:pPr>
      <w:r>
        <w:t>ایک طرف دیکھئے یہ ہے، دوسری طرف انسان کے پوٹینشل کو انسان نے دریافت کیا ہے کہ اتنا</w:t>
      </w:r>
    </w:p>
    <w:p>
      <w:r>
        <w:rPr>
          <w:b/>
        </w:rPr>
        <w:t xml:space="preserve">[21:22] </w:t>
      </w:r>
      <w:r>
        <w:t>ziyada zehn insan ka.</w:t>
      </w:r>
    </w:p>
    <w:p>
      <w:pPr>
        <w:jc w:val="right"/>
      </w:pPr>
      <w:r>
        <w:t>زیادہ ذہن انسان کا۔</w:t>
      </w:r>
    </w:p>
    <w:p>
      <w:r>
        <w:rPr>
          <w:b/>
        </w:rPr>
        <w:t xml:space="preserve">[21:28] </w:t>
      </w:r>
      <w:r>
        <w:t>aik aik aik alam e science ne likha hai ke insan ke aik infiradi zehn mein itne zarrat hot</w:t>
      </w:r>
    </w:p>
    <w:p>
      <w:pPr>
        <w:jc w:val="right"/>
      </w:pPr>
      <w:r>
        <w:t>ایک ایک ایک عالمِ سائنس نے لکھا ہے کہ انسان کے ایک انفرادی ذہن میں اتنے ذرات ہوت</w:t>
      </w:r>
    </w:p>
    <w:p>
      <w:r>
        <w:rPr>
          <w:b/>
        </w:rPr>
        <w:t xml:space="preserve">[21:34] </w:t>
      </w:r>
      <w:r>
        <w:t>e hain, jitne zarrat sari kainat mein hote hain, utne zarrat insan ke aik infiradi zehn mein hote hain.</w:t>
      </w:r>
    </w:p>
    <w:p>
      <w:pPr>
        <w:jc w:val="right"/>
      </w:pPr>
      <w:r>
        <w:t>ے ہیں، جتنے ذرات ساری کائنات میں ہوتے ہیں، اتنے ذرات انسان کے ایک انفرادی ذہن میں ہوتے ہیں۔</w:t>
      </w:r>
    </w:p>
    <w:p>
      <w:r>
        <w:rPr>
          <w:b/>
        </w:rPr>
        <w:t xml:space="preserve">[21:40] </w:t>
      </w:r>
      <w:r>
        <w:t>kaisi ajib baat hai? Yani aik taraf kainat ke haqaiq jo hain, itni bari hain, doosri taraf zehn</w:t>
      </w:r>
    </w:p>
    <w:p>
      <w:pPr>
        <w:jc w:val="right"/>
      </w:pPr>
      <w:r>
        <w:t>کیسی عجیب بات ہے؟ یعنی ایک طرف کائنات کے حقائق جو ہیں، اتنی بڑی ہیں، دوسری طرف ذہن</w:t>
      </w:r>
    </w:p>
    <w:p>
      <w:r>
        <w:rPr>
          <w:b/>
        </w:rPr>
        <w:t xml:space="preserve">[21:46] </w:t>
      </w:r>
      <w:r>
        <w:t>bhi itna bara hai.</w:t>
      </w:r>
    </w:p>
    <w:p>
      <w:pPr>
        <w:jc w:val="right"/>
      </w:pPr>
      <w:r>
        <w:t>بھی اتنا بڑا ہے۔</w:t>
      </w:r>
    </w:p>
    <w:p>
      <w:r>
        <w:rPr>
          <w:b/>
        </w:rPr>
        <w:t xml:space="preserve">[21:52] </w:t>
      </w:r>
      <w:r>
        <w:t>to dekhiye yeh jo khuda ki kalamat hain, jo khuda ki jalal jo hai, is ka to be</w:t>
      </w:r>
    </w:p>
    <w:p>
      <w:pPr>
        <w:jc w:val="right"/>
      </w:pPr>
      <w:r>
        <w:t>تو دیکھئے یہ جو خدا کی کلمات ہیں، جو خدا کی جلال جو ہے، اس کا تو بے</w:t>
      </w:r>
    </w:p>
    <w:p>
      <w:r>
        <w:rPr>
          <w:b/>
        </w:rPr>
        <w:t xml:space="preserve">[21:58] </w:t>
      </w:r>
      <w:r>
        <w:t>niqab hona chahiye.</w:t>
      </w:r>
    </w:p>
    <w:p>
      <w:pPr>
        <w:jc w:val="right"/>
      </w:pPr>
      <w:r>
        <w:t>نقاب ہونا چاہیئے۔</w:t>
      </w:r>
    </w:p>
    <w:p>
      <w:r>
        <w:rPr>
          <w:b/>
        </w:rPr>
        <w:t xml:space="preserve">[22:05] </w:t>
      </w:r>
      <w:r>
        <w:t>koi hona chahiye jo is ko likhe, jo is ko daryaft kare.</w:t>
      </w:r>
    </w:p>
    <w:p>
      <w:pPr>
        <w:jc w:val="right"/>
      </w:pPr>
      <w:r>
        <w:t>کوئی ہونا چاہیئے جو اس کو لکھے، جو اس کو دریافت کرے۔</w:t>
      </w:r>
    </w:p>
    <w:p>
      <w:r>
        <w:rPr>
          <w:b/>
        </w:rPr>
        <w:t xml:space="preserve">[22:09] </w:t>
      </w:r>
      <w:r>
        <w:t>to yahi kaam hoga akhirat ki dunya mein.</w:t>
      </w:r>
    </w:p>
    <w:p>
      <w:pPr>
        <w:jc w:val="right"/>
      </w:pPr>
      <w:r>
        <w:t>تو یہی کام ہوگا آخرت کی دنیا میں۔</w:t>
      </w:r>
    </w:p>
    <w:p>
      <w:r>
        <w:rPr>
          <w:b/>
        </w:rPr>
        <w:t xml:space="preserve">[22:13] </w:t>
      </w:r>
      <w:r>
        <w:t>dekhiye akhirat ke bare mein sare mazhabon mein yeh nazariya aap jante hain ke hai ke wahan par</w:t>
      </w:r>
    </w:p>
    <w:p>
      <w:pPr>
        <w:jc w:val="right"/>
      </w:pPr>
      <w:r>
        <w:t>دیکھئے آخرت کے بارے میں سارے مذہبوں میں یہ نظریہ آپ جانتے ہیں کہ ہے کہ وہاں پر</w:t>
      </w:r>
    </w:p>
    <w:p>
      <w:r>
        <w:rPr>
          <w:b/>
        </w:rPr>
        <w:t xml:space="preserve">[22:18] </w:t>
      </w:r>
      <w:r>
        <w:t>ek ideal world hoga, kamil world hoga.</w:t>
      </w:r>
    </w:p>
    <w:p>
      <w:pPr>
        <w:jc w:val="right"/>
      </w:pPr>
      <w:r>
        <w:t>ایک آئیڈیل ورلڈ ہوگا، کامل ورلڈ ہوگا۔</w:t>
      </w:r>
    </w:p>
    <w:p>
      <w:r>
        <w:rPr>
          <w:b/>
        </w:rPr>
        <w:t xml:space="preserve">[22:22] </w:t>
      </w:r>
      <w:r>
        <w:t>koi is ko jannat kehta hai, koi is ko jannat kehta hai, koi is ko firdous kehta hai,</w:t>
      </w:r>
    </w:p>
    <w:p>
      <w:pPr>
        <w:jc w:val="right"/>
      </w:pPr>
      <w:r>
        <w:t>کوئی اس کو جنت کہتا ہے، کوئی اس کو جنت کہتا ہے، کوئی اس کو فردوس کہتا ہے،</w:t>
      </w:r>
    </w:p>
    <w:p>
      <w:r>
        <w:rPr>
          <w:b/>
        </w:rPr>
        <w:t xml:space="preserve">[22:27] </w:t>
      </w:r>
      <w:r>
        <w:t>koi is ko beckond kehta hai.</w:t>
      </w:r>
    </w:p>
    <w:p>
      <w:pPr>
        <w:jc w:val="right"/>
      </w:pPr>
      <w:r>
        <w:t>کوئی اس کو بیکونڈ کہتا ہے۔</w:t>
      </w:r>
    </w:p>
    <w:p>
      <w:r>
        <w:rPr>
          <w:b/>
        </w:rPr>
        <w:t xml:space="preserve">[22:31] </w:t>
      </w:r>
      <w:r>
        <w:t>lekin sare mazhabon mein</w:t>
      </w:r>
    </w:p>
    <w:p>
      <w:pPr>
        <w:jc w:val="right"/>
      </w:pPr>
      <w:r>
        <w:t>لیکن سارے مذہبوں میں</w:t>
      </w:r>
    </w:p>
    <w:p>
      <w:r>
        <w:rPr>
          <w:b/>
        </w:rPr>
        <w:t xml:space="preserve">[22:36] </w:t>
      </w:r>
      <w:r>
        <w:t>har nizam mein yeh tasawwur hai ke ek aur dunya hai is ke siwa jo kamil hai, jo ideal hai.</w:t>
      </w:r>
    </w:p>
    <w:p>
      <w:pPr>
        <w:jc w:val="right"/>
      </w:pPr>
      <w:r>
        <w:t>ہر نظام میں یہ تصور ہے کہ ایک اور دنیا ہے اس کے سوا جو کامل ہے، جو آئیڈیل ہے۔</w:t>
      </w:r>
    </w:p>
    <w:p>
      <w:r>
        <w:rPr>
          <w:b/>
        </w:rPr>
        <w:t xml:space="preserve">[22:42] </w:t>
      </w:r>
      <w:r>
        <w:t>yahan jo kamyabi na ho sake, wahan woh hasil hogi.</w:t>
      </w:r>
    </w:p>
    <w:p>
      <w:pPr>
        <w:jc w:val="right"/>
      </w:pPr>
      <w:r>
        <w:t>یہاں جو کامیابی نہ ہو سکے، وہاں وہ حاصل ہوگی۔</w:t>
      </w:r>
    </w:p>
    <w:p>
      <w:r>
        <w:rPr>
          <w:b/>
        </w:rPr>
        <w:t xml:space="preserve">[22:48] </w:t>
      </w:r>
      <w:r>
        <w:t>to yeh jo Khuda ki jalal hai, Khuda ki jo itni zyada baatein hain, yeh sab akhirat mein zahir hogi.</w:t>
      </w:r>
    </w:p>
    <w:p>
      <w:pPr>
        <w:jc w:val="right"/>
      </w:pPr>
      <w:r>
        <w:t>تو یہ جو خدا کی جلال ہے، خدا کی جو اتنی زیادہ باتیں ہیں، یہ سب آخرت میں ظاہر ہوگی۔</w:t>
      </w:r>
    </w:p>
    <w:p>
      <w:r>
        <w:rPr>
          <w:b/>
        </w:rPr>
        <w:t xml:space="preserve">[22:54] </w:t>
      </w:r>
      <w:r>
        <w:t>lekin yeh amal ke roop mein hoga.</w:t>
      </w:r>
    </w:p>
    <w:p>
      <w:pPr>
        <w:jc w:val="right"/>
      </w:pPr>
      <w:r>
        <w:t>لیکن یہ عمل کے روپ میں ہوگا۔</w:t>
      </w:r>
    </w:p>
    <w:p>
      <w:r>
        <w:rPr>
          <w:b/>
        </w:rPr>
        <w:t xml:space="preserve">[23:00] </w:t>
      </w:r>
      <w:r>
        <w:t>log samajhte hain ke jannat mein</w:t>
      </w:r>
    </w:p>
    <w:p>
      <w:pPr>
        <w:jc w:val="right"/>
      </w:pPr>
      <w:r>
        <w:t>لوگ سمجھتے ہیں کہ جنت میں</w:t>
      </w:r>
    </w:p>
    <w:p>
      <w:r>
        <w:rPr>
          <w:b/>
        </w:rPr>
        <w:t xml:space="preserve">[23:06] </w:t>
      </w:r>
      <w:r>
        <w:t>ke hoorein hongi, bas logon ke baithe rahenge le kar ke is ko.</w:t>
      </w:r>
    </w:p>
    <w:p>
      <w:pPr>
        <w:jc w:val="right"/>
      </w:pPr>
      <w:r>
        <w:t>کہ حوریں ہوں گی، بس لوگوں کے بیٹھے رہیں گے لے کر کے اس کو۔</w:t>
      </w:r>
    </w:p>
    <w:p>
      <w:r>
        <w:rPr>
          <w:b/>
        </w:rPr>
        <w:t xml:space="preserve">[23:10] </w:t>
      </w:r>
      <w:r>
        <w:t>jab yeh jannat ko kam tar karna hai, jannat ko kam tar karna hai, agar aap samjhein ke</w:t>
      </w:r>
    </w:p>
    <w:p>
      <w:pPr>
        <w:jc w:val="right"/>
      </w:pPr>
      <w:r>
        <w:t>جب یہ جنت کو کم تر کرنا ہے، جنت کو کم تر کرنا ہے، اگر آپ سمجھیں کہ</w:t>
      </w:r>
    </w:p>
    <w:p>
      <w:r>
        <w:rPr>
          <w:b/>
        </w:rPr>
        <w:t xml:space="preserve">[23:14] </w:t>
      </w:r>
      <w:r>
        <w:t>sirf wahan is ki aish o aaram hain, wahan hoorein hain.</w:t>
      </w:r>
    </w:p>
    <w:p>
      <w:pPr>
        <w:jc w:val="right"/>
      </w:pPr>
      <w:r>
        <w:t>صرف وہاں اس کی عیش و آرام ہیں، وہاں حوریں ہیں۔</w:t>
      </w:r>
    </w:p>
    <w:p>
      <w:r>
        <w:rPr>
          <w:b/>
        </w:rPr>
        <w:t xml:space="preserve">[23:19] </w:t>
      </w:r>
      <w:r>
        <w:t>insan ka jo mang is se zyada hai, insan sirf isi par khush nahi ho sakta, is ko</w:t>
      </w:r>
    </w:p>
    <w:p>
      <w:pPr>
        <w:jc w:val="right"/>
      </w:pPr>
      <w:r>
        <w:t>انسان کا جو مانگ اس سے زیادہ ہے، انسان صرف اسی پر خوش نہیں ہو سکتا، اس کو</w:t>
      </w:r>
    </w:p>
    <w:p>
      <w:r>
        <w:rPr>
          <w:b/>
        </w:rPr>
        <w:t xml:space="preserve">[23:23] </w:t>
      </w:r>
      <w:r>
        <w:t>hoorein mil jayen.</w:t>
      </w:r>
    </w:p>
    <w:p>
      <w:pPr>
        <w:jc w:val="right"/>
      </w:pPr>
      <w:r>
        <w:t>حوریں مل جائیں۔</w:t>
      </w:r>
    </w:p>
    <w:p>
      <w:r>
        <w:rPr>
          <w:b/>
        </w:rPr>
        <w:t xml:space="preserve">[23:27] </w:t>
      </w:r>
      <w:r>
        <w:t>is ko zehni sargarmiyan chahiyen.</w:t>
      </w:r>
    </w:p>
    <w:p>
      <w:pPr>
        <w:jc w:val="right"/>
      </w:pPr>
      <w:r>
        <w:t>اس کو ذہنی سرگرمیاں چاہئیں۔</w:t>
      </w:r>
    </w:p>
    <w:p>
      <w:r>
        <w:rPr>
          <w:b/>
        </w:rPr>
        <w:t xml:space="preserve">[23:32] </w:t>
      </w:r>
      <w:r>
        <w:t>sab se zyada khushi bhari baat hoti hai insan ke liye</w:t>
      </w:r>
    </w:p>
    <w:p>
      <w:pPr>
        <w:jc w:val="right"/>
      </w:pPr>
      <w:r>
        <w:t>سب سے زیادہ خوشی بھری بات ہوتی ہے انسان کے لئے</w:t>
      </w:r>
    </w:p>
    <w:p>
      <w:r>
        <w:rPr>
          <w:b/>
        </w:rPr>
        <w:t xml:space="preserve">[23:36] </w:t>
      </w:r>
      <w:r>
        <w:t>, jo jis ko hum kehte hain zehni sargarmiyan.</w:t>
      </w:r>
    </w:p>
    <w:p>
      <w:pPr>
        <w:jc w:val="right"/>
      </w:pPr>
      <w:r>
        <w:t>، جو جس کو ہم کہتے ہیں ذہنی سرگرمیاں۔</w:t>
      </w:r>
    </w:p>
    <w:p>
      <w:r>
        <w:rPr>
          <w:b/>
        </w:rPr>
        <w:t xml:space="preserve">[23:42] </w:t>
      </w:r>
      <w:r>
        <w:t>sochna, daryaft karna.</w:t>
      </w:r>
    </w:p>
    <w:p>
      <w:pPr>
        <w:jc w:val="right"/>
      </w:pPr>
      <w:r>
        <w:t>سوچنا، دریافت کرنا۔</w:t>
      </w:r>
    </w:p>
    <w:p>
      <w:r>
        <w:rPr>
          <w:b/>
        </w:rPr>
        <w:t xml:space="preserve">[23:48] </w:t>
      </w:r>
      <w:r>
        <w:t>Yunan ka jo Archimedes jo scientist tha, us ko ek cheez daryaft hui.</w:t>
      </w:r>
    </w:p>
    <w:p>
      <w:pPr>
        <w:jc w:val="right"/>
      </w:pPr>
      <w:r>
        <w:t>یونان کا جو آرکی میڈیز جو سائنسدان تھا، اس کو ایک چیز دریافت ہوئی۔</w:t>
      </w:r>
    </w:p>
    <w:p>
      <w:r>
        <w:rPr>
          <w:b/>
        </w:rPr>
        <w:t xml:space="preserve">[23:54] </w:t>
      </w:r>
      <w:r>
        <w:t>ek cheez daryaft hui.</w:t>
      </w:r>
    </w:p>
    <w:p>
      <w:pPr>
        <w:jc w:val="right"/>
      </w:pPr>
      <w:r>
        <w:t>ایک چیز دریافت ہوئی۔</w:t>
      </w:r>
    </w:p>
    <w:p>
      <w:r>
        <w:rPr>
          <w:b/>
        </w:rPr>
        <w:t xml:space="preserve">[24:00] </w:t>
      </w:r>
      <w:r>
        <w:t>to kya hua? Yani zameen, yeh is ko ek daryaft hui ke kyun aisa hota hai ke</w:t>
      </w:r>
    </w:p>
    <w:p>
      <w:pPr>
        <w:jc w:val="right"/>
      </w:pPr>
      <w:r>
        <w:t>تو کیا ہوا؟ یعنی زمین، یہ اس کو ایک دریافت ہوئی کہ کیوں ایسا ہوتا ہے کہ</w:t>
      </w:r>
    </w:p>
    <w:p>
      <w:r>
        <w:rPr>
          <w:b/>
        </w:rPr>
        <w:t xml:space="preserve">[24:06] </w:t>
      </w:r>
      <w:r>
        <w:t>pani mein agar aap loha dalen to doob jayega. aur jab aap kashti dalte hain, to woh teerti hai. kya qanoon hai? us ko daryaft hui. to us waqt woh tub mein naha raha tha, woh nanga hi bhaga nikal kar ke. Eureka, Eureka. main ne pa liya, main ne pa liya, main ne pa liya. to sab se bara lutf jo hai, woh daryaft ka lutf hota hai. jab aap koi cheez daryaft karte hain to</w:t>
      </w:r>
    </w:p>
    <w:p>
      <w:pPr>
        <w:jc w:val="right"/>
      </w:pPr>
      <w:r>
        <w:t>پانی میں اگر آپ لوہا ڈالیں تو ڈوب جائے گا۔ اور جب آپ کشتی ڈالتے ہیں، تو وہ تیرتی ہے۔ کیا قانون ہے؟ اس کو دریافت ہوئی۔ تو اس وقت وہ ٹب میں نہا رہا تھا، وہ ننگا ہی بھاگا نکل کر کے۔ یوریکا، یوریکا۔ میں نے پا لیا، میں نے پا لیا، میں نے پا لیا۔ تو سب سے بڑا لطف جو ہے، وہ دریافت کا لطف ہوتا ہے۔ جب آپ کوئی چیز دریافت کرتے ہیں تو</w:t>
      </w:r>
    </w:p>
    <w:p>
      <w:r>
        <w:rPr>
          <w:b/>
        </w:rPr>
        <w:t xml:space="preserve">[24:36] </w:t>
      </w:r>
      <w:r>
        <w:t>is waqt jo aap ko lutf milta hai, jo khushi milti hai, woh har cheez se zyada hoti hai.</w:t>
      </w:r>
    </w:p>
    <w:p>
      <w:pPr>
        <w:jc w:val="right"/>
      </w:pPr>
      <w:r>
        <w:t>اس وقت جو آپ کو لطف ملتا ہے، جو خوشی ملتی ہے، وہ ہر چیز سے زیادہ ہوتی ہے۔</w:t>
      </w:r>
    </w:p>
    <w:p>
      <w:r>
        <w:rPr>
          <w:b/>
        </w:rPr>
        <w:t xml:space="preserve">[24:42] </w:t>
      </w:r>
      <w:r>
        <w:t>to yeh khushi jo insaan ke liye muqaddar hai, kya woh kabhi us ko nahi mile gi? to</w:t>
      </w:r>
    </w:p>
    <w:p>
      <w:pPr>
        <w:jc w:val="right"/>
      </w:pPr>
      <w:r>
        <w:t>تو یہ خوشی جو انسان کے لئے مقدر ہے، کیا وہ کبھی اس کو نہیں ملے گی؟ تو</w:t>
      </w:r>
    </w:p>
    <w:p>
      <w:r>
        <w:rPr>
          <w:b/>
        </w:rPr>
        <w:t xml:space="preserve">[24:48] </w:t>
      </w:r>
      <w:r>
        <w:t>yeh aayatein jo maine padhein aap ke samne, yeh batati hain ke woh khushi muqaddar hai tumhare liye.</w:t>
      </w:r>
    </w:p>
    <w:p>
      <w:pPr>
        <w:jc w:val="right"/>
      </w:pPr>
      <w:r>
        <w:t>یہ آیتیں جو میں نے پڑھیں آپ کے سامنے، یہ بتاتی ہیں کہ وہ خوشی مقدر ہے تمہارے لئے۔</w:t>
      </w:r>
    </w:p>
    <w:p>
      <w:r>
        <w:rPr>
          <w:b/>
        </w:rPr>
        <w:t xml:space="preserve">[24:54] </w:t>
      </w:r>
      <w:r>
        <w:t>kainaat ke haqaiq abhi to sab kam tar pada hua hai.</w:t>
      </w:r>
    </w:p>
    <w:p>
      <w:pPr>
        <w:jc w:val="right"/>
      </w:pPr>
      <w:r>
        <w:t>کائنات کے حقائق ابھی تو سب کم تر پڑا ہوا ہے۔</w:t>
      </w:r>
    </w:p>
    <w:p>
      <w:r>
        <w:rPr>
          <w:b/>
        </w:rPr>
        <w:t xml:space="preserve">[25:00] </w:t>
      </w:r>
      <w:r>
        <w:t>khuda ki jalal to abhi tak</w:t>
      </w:r>
    </w:p>
    <w:p>
      <w:pPr>
        <w:jc w:val="right"/>
      </w:pPr>
      <w:r>
        <w:t>خدا کی جلال تو ابھی تک</w:t>
      </w:r>
    </w:p>
    <w:p>
      <w:r>
        <w:rPr>
          <w:b/>
        </w:rPr>
        <w:t xml:space="preserve">[25:06] </w:t>
      </w:r>
      <w:r>
        <w:t>sab kam tar pari hui hai. to yeh is se main ne yeh samjha hai ke jannat koi koi panch sitara hotel nahi hai. jannat ek bohat bara, ek bohat bara alam hai jahan sargarmiyan hongi. quran mein hai ke "Ardh al samawat wal ard" ke jannat ki chaurai, lambai jo hai, woh zameen</w:t>
      </w:r>
    </w:p>
    <w:p>
      <w:pPr>
        <w:jc w:val="right"/>
      </w:pPr>
      <w:r>
        <w:t>سب کم تر پڑی ہوئی ہے۔ تو یہ اس سے میں نے یہ سمجھا ہے کہ جنت کوئی کوئی پانچ ستارہ ہوٹل نہیں ہے۔ جنت ایک بہت بڑا، ایک بہت بڑا عالم ہے جہاں سرگرمیاں ہوں گی۔ قرآن میں ہے کہ "ارض السماوات والارض" کہ جنت کی چوڑائی، لمبائی جو ہے، وہ زمین</w:t>
      </w:r>
    </w:p>
    <w:p>
      <w:r>
        <w:rPr>
          <w:b/>
        </w:rPr>
        <w:t xml:space="preserve">[25:36] </w:t>
      </w:r>
      <w:r>
        <w:t>woh aasman ke barabar hogi.</w:t>
      </w:r>
    </w:p>
    <w:p>
      <w:pPr>
        <w:jc w:val="right"/>
      </w:pPr>
      <w:r>
        <w:t>و آسمان کے برابر ہوگی۔</w:t>
      </w:r>
    </w:p>
    <w:p>
      <w:r>
        <w:rPr>
          <w:b/>
        </w:rPr>
        <w:t xml:space="preserve">[25:41] </w:t>
      </w:r>
      <w:r>
        <w:t>yani wahan aise rabte honge jis rabte ki had jo hai, hamare jo rabte hote hain, un</w:t>
      </w:r>
    </w:p>
    <w:p>
      <w:pPr>
        <w:jc w:val="right"/>
      </w:pPr>
      <w:r>
        <w:t>یعنی وہاں ایسے رابطے ہوں گے جس رابطے کی حد جو ہے، ہمارے جو رابطے ہوتے ہیں، ان</w:t>
      </w:r>
    </w:p>
    <w:p>
      <w:r>
        <w:rPr>
          <w:b/>
        </w:rPr>
        <w:t xml:space="preserve">[25:46] </w:t>
      </w:r>
      <w:r>
        <w:t>ki bohat hi thori had tak pahunch hoti hai.</w:t>
      </w:r>
    </w:p>
    <w:p>
      <w:pPr>
        <w:jc w:val="right"/>
      </w:pPr>
      <w:r>
        <w:t>کی بہت ہی تھوڑی حد تک پہنچ ہوتی ہے۔</w:t>
      </w:r>
    </w:p>
    <w:p>
      <w:r>
        <w:rPr>
          <w:b/>
        </w:rPr>
        <w:t xml:space="preserve">[25:51] </w:t>
      </w:r>
      <w:r>
        <w:t>is ki wahan kainaati rabta hoga. kainaati rabta.</w:t>
      </w:r>
    </w:p>
    <w:p>
      <w:pPr>
        <w:jc w:val="right"/>
      </w:pPr>
      <w:r>
        <w:t>اس کی وہاں کائناتی رابطہ ہوگا۔ کائناتی رابطہ۔</w:t>
      </w:r>
    </w:p>
    <w:p>
      <w:r>
        <w:rPr>
          <w:b/>
        </w:rPr>
        <w:t xml:space="preserve">[25:56] </w:t>
      </w:r>
      <w:r>
        <w:t>aur phir ek naya amal shuru hoga.</w:t>
      </w:r>
    </w:p>
    <w:p>
      <w:pPr>
        <w:jc w:val="right"/>
      </w:pPr>
      <w:r>
        <w:t>اور پھر ایک نیا عمل شروع ہوگا۔</w:t>
      </w:r>
    </w:p>
    <w:p>
      <w:r>
        <w:rPr>
          <w:b/>
        </w:rPr>
        <w:t xml:space="preserve">[26:02] </w:t>
      </w:r>
      <w:r>
        <w:t>dekhiye yeh tehzeeb jo hamari bani hai, yeh ek lambe amal ke baad bani hai. yeh</w:t>
      </w:r>
    </w:p>
    <w:p>
      <w:pPr>
        <w:jc w:val="right"/>
      </w:pPr>
      <w:r>
        <w:t>دیکھئے یہ تہذیب جو ہماری بنی ہے، یہ ایک لمبے عمل کے بعد بنی ہے۔ یہ</w:t>
      </w:r>
    </w:p>
    <w:p>
      <w:r>
        <w:rPr>
          <w:b/>
        </w:rPr>
        <w:t xml:space="preserve">[26:07] </w:t>
      </w:r>
      <w:r>
        <w:t>aisa nahi ke das bees saal mein, sau saal mein ban gayi ho.</w:t>
      </w:r>
    </w:p>
    <w:p>
      <w:pPr>
        <w:jc w:val="right"/>
      </w:pPr>
      <w:r>
        <w:t>ایسا نہیں کہ دس بیس سال میں، سو سال میں بن گئی ہو۔</w:t>
      </w:r>
    </w:p>
    <w:p>
      <w:r>
        <w:rPr>
          <w:b/>
        </w:rPr>
        <w:t xml:space="preserve">[26:11] </w:t>
      </w:r>
      <w:r>
        <w:t>ek lambe amal ke baad yeh tehzeeb bani hai.</w:t>
      </w:r>
    </w:p>
    <w:p>
      <w:pPr>
        <w:jc w:val="right"/>
      </w:pPr>
      <w:r>
        <w:t>ایک لمبے عمل کے بعد یہ تہذیب بنی ہے۔</w:t>
      </w:r>
    </w:p>
    <w:p>
      <w:r>
        <w:rPr>
          <w:b/>
        </w:rPr>
        <w:t xml:space="preserve">[26:15] </w:t>
      </w:r>
      <w:r>
        <w:t>aise hi ek aur lamba amal shuru hoga akhirat mein.</w:t>
      </w:r>
    </w:p>
    <w:p>
      <w:pPr>
        <w:jc w:val="right"/>
      </w:pPr>
      <w:r>
        <w:t>ایسے ہی ایک اور لمبا عمل شروع ہوگا آخرت میں۔</w:t>
      </w:r>
    </w:p>
    <w:p>
      <w:r>
        <w:rPr>
          <w:b/>
        </w:rPr>
        <w:t xml:space="preserve">[26:19] </w:t>
      </w:r>
      <w:r>
        <w:t>is ko isi ko maine kaha ke tehzeeb-e-insani.</w:t>
      </w:r>
    </w:p>
    <w:p>
      <w:pPr>
        <w:jc w:val="right"/>
      </w:pPr>
      <w:r>
        <w:t>اس کو اسی کو میں نے کہا کہ تہذیبِ انسانی۔</w:t>
      </w:r>
    </w:p>
    <w:p>
      <w:r>
        <w:rPr>
          <w:b/>
        </w:rPr>
        <w:t xml:space="preserve">[26:24] </w:t>
      </w:r>
      <w:r>
        <w:t>insani tehzeeb ka anjam aa gaya.</w:t>
      </w:r>
    </w:p>
    <w:p>
      <w:pPr>
        <w:jc w:val="right"/>
      </w:pPr>
      <w:r>
        <w:t>انسانی تہذیب کا انجام آگیا۔</w:t>
      </w:r>
    </w:p>
    <w:p>
      <w:r>
        <w:rPr>
          <w:b/>
        </w:rPr>
        <w:t xml:space="preserve">[26:28] </w:t>
      </w:r>
      <w:r>
        <w:t>aap jante hain ke insani tehzeeb jo hai, is ka anjam aa chuka hai.</w:t>
      </w:r>
    </w:p>
    <w:p>
      <w:pPr>
        <w:jc w:val="right"/>
      </w:pPr>
      <w:r>
        <w:t>آپ جانتے ہیں کہ انسانی تہذیب جو ہے، اس کا انجام آچکا ہے۔</w:t>
      </w:r>
    </w:p>
    <w:p>
      <w:r>
        <w:rPr>
          <w:b/>
        </w:rPr>
        <w:t xml:space="preserve">[26:32] </w:t>
      </w:r>
      <w:r>
        <w:t>to ab ek, abhi aur jabke sab kuch baqi hai, insaan ka potential bhi ba</w:t>
      </w:r>
    </w:p>
    <w:p>
      <w:pPr>
        <w:jc w:val="right"/>
      </w:pPr>
      <w:r>
        <w:t>تو اب ایک، ابھی اور جبکہ سب کچھ باقی ہے، انسان کا پوٹینشل بھی با</w:t>
      </w:r>
    </w:p>
    <w:p>
      <w:r>
        <w:rPr>
          <w:b/>
        </w:rPr>
        <w:t xml:space="preserve">[26:37] </w:t>
      </w:r>
      <w:r>
        <w:t>qi hai aur kainaat ke haqaiq bhi baqi hain, sara ka sara.</w:t>
      </w:r>
    </w:p>
    <w:p>
      <w:pPr>
        <w:jc w:val="right"/>
      </w:pPr>
      <w:r>
        <w:t>قی ہے اور کائنات کے حقائق بھی باقی ہیں، سارا کا سارا۔</w:t>
      </w:r>
    </w:p>
    <w:p>
      <w:r>
        <w:rPr>
          <w:b/>
        </w:rPr>
        <w:t xml:space="preserve">[26:43] </w:t>
      </w:r>
      <w:r>
        <w:t>to ek naya amal tehzeeb ka.</w:t>
      </w:r>
    </w:p>
    <w:p>
      <w:pPr>
        <w:jc w:val="right"/>
      </w:pPr>
      <w:r>
        <w:t>تو ایک نیا عمل تہذیب کا۔</w:t>
      </w:r>
    </w:p>
    <w:p>
      <w:r>
        <w:rPr>
          <w:b/>
        </w:rPr>
        <w:t xml:space="preserve">[26:50] </w:t>
      </w:r>
      <w:r>
        <w:t>to ek aur tehzeeb banna baqi hai jis ko maine kaha ke tehzeeb-e-ilahi.</w:t>
      </w:r>
    </w:p>
    <w:p>
      <w:pPr>
        <w:jc w:val="right"/>
      </w:pPr>
      <w:r>
        <w:t>تو ایک اور تہذیب بننا باقی ہے جس کو میں نے کہا کہ تہذیبِ الٰہی۔</w:t>
      </w:r>
    </w:p>
    <w:p>
      <w:r>
        <w:rPr>
          <w:b/>
        </w:rPr>
        <w:t xml:space="preserve">[26:57] </w:t>
      </w:r>
      <w:r>
        <w:t>wahan sab nai nai daryaften, nai nai baatein, naye naye zehni karname honge jo aaj se bohat</w:t>
      </w:r>
    </w:p>
    <w:p>
      <w:pPr>
        <w:jc w:val="right"/>
      </w:pPr>
      <w:r>
        <w:t>وہاں سب نئی نئی دریافتیں، نئی نئی باتیں، نئے نئے ذہنی کارنامے ہوں گے جو آج سے بہت</w:t>
      </w:r>
    </w:p>
    <w:p>
      <w:r>
        <w:rPr>
          <w:b/>
        </w:rPr>
        <w:t xml:space="preserve">[27:03] </w:t>
      </w:r>
      <w:r>
        <w:t>zyada honge.</w:t>
      </w:r>
    </w:p>
    <w:p>
      <w:pPr>
        <w:jc w:val="right"/>
      </w:pPr>
      <w:r>
        <w:t>زیادہ ہوں گے۔</w:t>
      </w:r>
    </w:p>
    <w:p>
      <w:r>
        <w:rPr>
          <w:b/>
        </w:rPr>
        <w:t xml:space="preserve">[27:10] </w:t>
      </w:r>
      <w:r>
        <w:t>yahan wahan mein yeh farq hoga ke dunya mein dekhiye "laqad khalaqnal insana fi qubat"۔ yahan hamare sath mushkil lagi hui hai, mushaqqat lagi hui hai, takleef lagi hui hai, hadsa laga hua hai. tarah tarah ke masail lage hue hain. wahan ke baray mein hai ke yeh sab nahi hoga, wahan wahan yeh sab nahi hoga. wahan sab kuch. yani wahan ki jo sargarmiyan hongi, woh khushi bhari sargarmiyan hongi. wahan a</w:t>
      </w:r>
    </w:p>
    <w:p>
      <w:pPr>
        <w:jc w:val="right"/>
      </w:pPr>
      <w:r>
        <w:t>یہاں وہاں میں یہ فرق ہوگا کہ دنیا میں دیکھئے "لقد خلقنا الانسان فی قبت"۔ یہاں ہمارے ساتھ مشکل لگی ہوئی ہے، مشقت لگی ہوئی ہے، تکلیف لگی ہوئی ہے، حادثہ لگا ہوا ہے۔ طرح طرح کے مسائل لگے ہوئے ہیں۔ وہاں کے بارے میں ہے کہ یہ سب نہیں ہوگا، وہاں وہاں یہ سب نہیں ہوگا۔ وہاں سب کچھ۔ یعنی وہاں کی جو سرگرمیاں ہوں گی، وہ خوشی بھری سرگرمیاں ہوں گی۔ وہاں آ</w:t>
      </w:r>
    </w:p>
    <w:p>
      <w:r>
        <w:rPr>
          <w:b/>
        </w:rPr>
        <w:t xml:space="preserve">[27:40] </w:t>
      </w:r>
      <w:r>
        <w:t>khirat ki dunya mein jo amal chalega, ek nai tehzeeb ko taraqqi dene ka, to woh bhi ek amal hoga. wahan bhi jaise dunya mein hota hai ke seminar hote hain, jalsay hote hain aur kitabein likhi jati hain, daryaft hoti hain. yeh sab kuch wahan hoga lekin woh bohat hi aala darjay mein hoga. bohat hi aala darjay mein. aur</w:t>
      </w:r>
    </w:p>
    <w:p>
      <w:pPr>
        <w:jc w:val="right"/>
      </w:pPr>
      <w:r>
        <w:t>خرت کی دنیا میں جو عمل چلے گا، ایک نئی تہذیب کو ترقی دینے کا، تو وہ بھی ایک عمل ہوگا۔ وہاں بھی جیسے دنیا میں ہوتا ہے کہ سیمینار ہوتے ہیں، جلسے ہوتے ہیں اور کتابیں لکھی جاتی ہیں، دریافت ہوتی ہے۔ یہ سب کچھ وہاں ہوگا لیکن وہ بہت ہی اعلیٰ درجے میں ہوگا۔ بہت ہی اعلیٰ درجے میں۔ اور</w:t>
      </w:r>
    </w:p>
    <w:p>
      <w:r>
        <w:rPr>
          <w:b/>
        </w:rPr>
        <w:t xml:space="preserve">[28:10] </w:t>
      </w:r>
      <w:r>
        <w:t>sab kuch, sari sargharmiyan jo hain, woh khushi bhari sargharmiyan hongi.</w:t>
      </w:r>
    </w:p>
    <w:p>
      <w:pPr>
        <w:jc w:val="right"/>
      </w:pPr>
      <w:r>
        <w:t>سب کچھ، ساری سرگرمیاں جو ہیں، وہ خوشی بھری سرگرمیاں ہوں گی۔</w:t>
      </w:r>
    </w:p>
    <w:p>
      <w:r>
        <w:rPr>
          <w:b/>
        </w:rPr>
        <w:t xml:space="preserve">[28:18] </w:t>
      </w:r>
      <w:r>
        <w:t>woh quran mein is ka ishara maujood hai.</w:t>
      </w:r>
    </w:p>
    <w:p>
      <w:pPr>
        <w:jc w:val="right"/>
      </w:pPr>
      <w:r>
        <w:t>وہ قرآن میں اس کا اشارہ موجود ہے۔</w:t>
      </w:r>
    </w:p>
    <w:p>
      <w:r>
        <w:rPr>
          <w:b/>
        </w:rPr>
        <w:t xml:space="preserve">[28:25] </w:t>
      </w:r>
      <w:r>
        <w:t>to is se maine yeh samjha hai ke jis tarah dunya mein aik insani tehzeeb bani aur</w:t>
      </w:r>
    </w:p>
    <w:p>
      <w:pPr>
        <w:jc w:val="right"/>
      </w:pPr>
      <w:r>
        <w:t>تو اس سے میں نے یہ سمجھا ہے کہ جس طرح دنیا میں ایک انسانی تہذیب بنی اور</w:t>
      </w:r>
    </w:p>
    <w:p>
      <w:r>
        <w:rPr>
          <w:b/>
        </w:rPr>
        <w:t xml:space="preserve">[28:33] </w:t>
      </w:r>
      <w:r>
        <w:t>is ki aik had agai, is tarah se jabke abhi woh kaam poora nahi hua</w:t>
      </w:r>
    </w:p>
    <w:p>
      <w:pPr>
        <w:jc w:val="right"/>
      </w:pPr>
      <w:r>
        <w:t>اس کی ایک حد آگئی، اس طرح سے جبکہ ابھی وہ کام پورا نہیں ہوا</w:t>
      </w:r>
    </w:p>
    <w:p>
      <w:r>
        <w:rPr>
          <w:b/>
        </w:rPr>
        <w:t xml:space="preserve">[28:40] </w:t>
      </w:r>
      <w:r>
        <w:t>to woh akhirat mein shuru hoga, is ki koi had nahi hogi.</w:t>
      </w:r>
    </w:p>
    <w:p>
      <w:pPr>
        <w:jc w:val="right"/>
      </w:pPr>
      <w:r>
        <w:t>تو وہ آخرت میں شروع ہوگا، اس کی کوئی حد نہیں ہوگی۔</w:t>
      </w:r>
    </w:p>
    <w:p>
      <w:r>
        <w:rPr>
          <w:b/>
        </w:rPr>
        <w:t xml:space="preserve">[28:46] </w:t>
      </w:r>
      <w:r>
        <w:t>اس کو میں تین حصوں میں تقسیم کرتا ہوں کہ pre-industrial age، pre-industrial age، پھر post-industrial age۔</w:t>
      </w:r>
    </w:p>
    <w:p>
      <w:pPr>
        <w:jc w:val="right"/>
      </w:pPr>
      <w:r>
        <w:t>اس کو میں تین حصوں میں تقسیم کرتا ہوں کہ پری انڈسٹریل ایج، پری انڈسٹریل ایج، پھر پوسٹ انڈسٹریل ایج۔</w:t>
      </w:r>
    </w:p>
    <w:p>
      <w:r>
        <w:rPr>
          <w:b/>
        </w:rPr>
        <w:t xml:space="preserve">[28:53] </w:t>
      </w:r>
      <w:r>
        <w:t>to aik tha pre industrial age jis mein tohamat hote the jo qiyas arai par mabni hoti theen.</w:t>
      </w:r>
    </w:p>
    <w:p>
      <w:pPr>
        <w:jc w:val="right"/>
      </w:pPr>
      <w:r>
        <w:t>تو ایک تھا پری انڈسٹریل ایج جس میں توہمات ہوتے تھے جو قیاس آرائی پر مبنی ہوتی تھیں۔</w:t>
      </w:r>
    </w:p>
    <w:p>
      <w:r>
        <w:rPr>
          <w:b/>
        </w:rPr>
        <w:t xml:space="preserve">[28:59] </w:t>
      </w:r>
      <w:r>
        <w:t>qiyas arai par.</w:t>
      </w:r>
    </w:p>
    <w:p>
      <w:pPr>
        <w:jc w:val="right"/>
      </w:pPr>
      <w:r>
        <w:t>قیاس آرائی پر۔</w:t>
      </w:r>
    </w:p>
    <w:p>
      <w:r>
        <w:rPr>
          <w:b/>
        </w:rPr>
        <w:t xml:space="preserve">[29:05] </w:t>
      </w:r>
      <w:r>
        <w:t>jaise logon ne dek</w:t>
      </w:r>
    </w:p>
    <w:p>
      <w:pPr>
        <w:jc w:val="right"/>
      </w:pPr>
      <w:r>
        <w:t>جیسے لوگوں نے دیک</w:t>
      </w:r>
    </w:p>
    <w:p>
      <w:r>
        <w:rPr>
          <w:b/>
        </w:rPr>
        <w:t xml:space="preserve">[29:11] </w:t>
      </w:r>
      <w:r>
        <w:t>ha ke suraj east se nikla, maghrib mein ja kar doob gaya to yeh samjha ke suraj jo</w:t>
      </w:r>
    </w:p>
    <w:p>
      <w:pPr>
        <w:jc w:val="right"/>
      </w:pPr>
      <w:r>
        <w:t>ھا کہ سورج ایسٹ سے نکلا، مغرب میں جا کر ڈوب گیا تو یہ سمجھا کہ سورج جو</w:t>
      </w:r>
    </w:p>
    <w:p>
      <w:r>
        <w:rPr>
          <w:b/>
        </w:rPr>
        <w:t xml:space="preserve">[29:16] </w:t>
      </w:r>
      <w:r>
        <w:t>hai, zameen ke gird ghoom raha hai.</w:t>
      </w:r>
    </w:p>
    <w:p>
      <w:pPr>
        <w:jc w:val="right"/>
      </w:pPr>
      <w:r>
        <w:t>ہے، زمین کے گرد گھوم رہا ہے۔</w:t>
      </w:r>
    </w:p>
    <w:p>
      <w:r>
        <w:rPr>
          <w:b/>
        </w:rPr>
        <w:t xml:space="preserve">[29:21] </w:t>
      </w:r>
      <w:r>
        <w:t>yeh tha qiyas arai.</w:t>
      </w:r>
    </w:p>
    <w:p>
      <w:pPr>
        <w:jc w:val="right"/>
      </w:pPr>
      <w:r>
        <w:t>یہ تھا قیاس آرائی۔</w:t>
      </w:r>
    </w:p>
    <w:p>
      <w:r>
        <w:rPr>
          <w:b/>
        </w:rPr>
        <w:t xml:space="preserve">[29:26] </w:t>
      </w:r>
      <w:r>
        <w:t>yeh tha qiyas arai.</w:t>
      </w:r>
    </w:p>
    <w:p>
      <w:pPr>
        <w:jc w:val="right"/>
      </w:pPr>
      <w:r>
        <w:t>یہ تھا قیاس آرائی۔</w:t>
      </w:r>
    </w:p>
    <w:p>
      <w:r>
        <w:rPr>
          <w:b/>
        </w:rPr>
        <w:t xml:space="preserve">[29:31] </w:t>
      </w:r>
      <w:r>
        <w:t>to pre industrial age mein har cheez qiyas arai par mabni hoti thi.</w:t>
      </w:r>
    </w:p>
    <w:p>
      <w:pPr>
        <w:jc w:val="right"/>
      </w:pPr>
      <w:r>
        <w:t>تو پری انڈسٹریل ایج میں ہر چیز قیاس آرائی پر مبنی ہوتی تھی۔</w:t>
      </w:r>
    </w:p>
    <w:p>
      <w:r>
        <w:rPr>
          <w:b/>
        </w:rPr>
        <w:t xml:space="preserve">[29:36] </w:t>
      </w:r>
      <w:r>
        <w:t>pre industrial age aya, science ki taraqqi hui to mushahida aur tajruba hone laga. aur ind</w:t>
      </w:r>
    </w:p>
    <w:p>
      <w:pPr>
        <w:jc w:val="right"/>
      </w:pPr>
      <w:r>
        <w:t>پری انڈسٹریل ایج آیا، سائنس کی ترقی ہوئی تو مشاہدہ اور تجربہ ہونے لگا۔ اور انڈ</w:t>
      </w:r>
    </w:p>
    <w:p>
      <w:r>
        <w:rPr>
          <w:b/>
        </w:rPr>
        <w:t xml:space="preserve">[29:41] </w:t>
      </w:r>
      <w:r>
        <w:t>ustries lagai gaeen, factories lagai gaeen.</w:t>
      </w:r>
    </w:p>
    <w:p>
      <w:pPr>
        <w:jc w:val="right"/>
      </w:pPr>
      <w:r>
        <w:t>سٹریز لگائی گئیں، فیکٹریز لگائی گئیں۔</w:t>
      </w:r>
    </w:p>
    <w:p>
      <w:r>
        <w:rPr>
          <w:b/>
        </w:rPr>
        <w:t xml:space="preserve">[29:46] </w:t>
      </w:r>
      <w:r>
        <w:t>lekin maloom yeh hua ke industries ka aik manfi nuqta hai, woh hai aalmi warming, woh hai aaloodgi,</w:t>
      </w:r>
    </w:p>
    <w:p>
      <w:pPr>
        <w:jc w:val="right"/>
      </w:pPr>
      <w:r>
        <w:t>لیکن معلوم یہ ہوا کہ انڈسٹریز کا ایک منفی نقطہ ہے، وہ ہے عالمی وارمنگ، وہ ہے آلودگی،</w:t>
      </w:r>
    </w:p>
    <w:p>
      <w:r>
        <w:rPr>
          <w:b/>
        </w:rPr>
        <w:t xml:space="preserve">[29:51] </w:t>
      </w:r>
      <w:r>
        <w:t>woh hai carbon emission.</w:t>
      </w:r>
    </w:p>
    <w:p>
      <w:pPr>
        <w:jc w:val="right"/>
      </w:pPr>
      <w:r>
        <w:t>وہ ہے کاربن ایمیشن۔</w:t>
      </w:r>
    </w:p>
    <w:p>
      <w:r>
        <w:rPr>
          <w:b/>
        </w:rPr>
        <w:t xml:space="preserve">[29:56] </w:t>
      </w:r>
      <w:r>
        <w:t>industry achi hai lekin yeh bhi aik manfi nuqta hai.</w:t>
      </w:r>
    </w:p>
    <w:p>
      <w:pPr>
        <w:jc w:val="right"/>
      </w:pPr>
      <w:r>
        <w:t>انڈسٹری اچھی ہے لیکن یہ بھی ایک منفی نقطہ ہے۔</w:t>
      </w:r>
    </w:p>
    <w:p>
      <w:r>
        <w:rPr>
          <w:b/>
        </w:rPr>
        <w:t xml:space="preserve">[30:01] </w:t>
      </w:r>
      <w:r>
        <w:t>hamari jo industries hain, is ka musbat nuqta yeh hai ke woh hamein صارفین ki ashya deti hain,</w:t>
      </w:r>
    </w:p>
    <w:p>
      <w:pPr>
        <w:jc w:val="right"/>
      </w:pPr>
      <w:r>
        <w:t>ہماری جو انڈسٹریز ہیں، اس کا مثبت نقطہ یہ ہے کہ وہ ہمیں صارفین کی اشیاء دیتی ہیں،</w:t>
      </w:r>
    </w:p>
    <w:p>
      <w:r>
        <w:rPr>
          <w:b/>
        </w:rPr>
        <w:t xml:space="preserve">[30:06] </w:t>
      </w:r>
      <w:r>
        <w:t>hamein car aur hawai jahaz milta hai,</w:t>
      </w:r>
    </w:p>
    <w:p>
      <w:pPr>
        <w:jc w:val="right"/>
      </w:pPr>
      <w:r>
        <w:t>ہمیں کار اور ہوائی جہاز ملتا ہے،</w:t>
      </w:r>
    </w:p>
    <w:p>
      <w:r>
        <w:rPr>
          <w:b/>
        </w:rPr>
        <w:t xml:space="preserve">[30:11] </w:t>
      </w:r>
      <w:r>
        <w:t>bohat si cheezein milti hain.</w:t>
      </w:r>
    </w:p>
    <w:p>
      <w:pPr>
        <w:jc w:val="right"/>
      </w:pPr>
      <w:r>
        <w:t>بہت سی چیزیں ملتی ہیں۔</w:t>
      </w:r>
    </w:p>
    <w:p>
      <w:r>
        <w:rPr>
          <w:b/>
        </w:rPr>
        <w:t xml:space="preserve">[30:15] </w:t>
      </w:r>
      <w:r>
        <w:t>lekin is ka manfi nuqta yeh hai ke woh aalooda karti hain pani ko, hawa ko, har cheez ko.</w:t>
      </w:r>
    </w:p>
    <w:p>
      <w:pPr>
        <w:jc w:val="right"/>
      </w:pPr>
      <w:r>
        <w:t>لیکن اس کا منفی نقطہ یہ ہے کہ وہ آلودہ کرتی ہیں پانی کو، ہوا کو، ہر چیز کو۔</w:t>
      </w:r>
    </w:p>
    <w:p>
      <w:r>
        <w:rPr>
          <w:b/>
        </w:rPr>
        <w:t xml:space="preserve">[30:18] </w:t>
      </w:r>
      <w:r>
        <w:t>is waqt samandar jo hai, aalooda ho chuke hain.</w:t>
      </w:r>
    </w:p>
    <w:p>
      <w:pPr>
        <w:jc w:val="right"/>
      </w:pPr>
      <w:r>
        <w:t>اس وقت سمندر جو ہے، آلودہ ہوچکے ہیں۔</w:t>
      </w:r>
    </w:p>
    <w:p>
      <w:r>
        <w:rPr>
          <w:b/>
        </w:rPr>
        <w:t xml:space="preserve">[30:22] </w:t>
      </w:r>
      <w:r>
        <w:t>nawve panch feesad samandar aalooda ho chuke hain.</w:t>
      </w:r>
    </w:p>
    <w:p>
      <w:pPr>
        <w:jc w:val="right"/>
      </w:pPr>
      <w:r>
        <w:t>نوے پانچ فیصد سمندر آلودہ ہوچکے ہیں۔</w:t>
      </w:r>
    </w:p>
    <w:p>
      <w:r>
        <w:rPr>
          <w:b/>
        </w:rPr>
        <w:t xml:space="preserve">[30:26] </w:t>
      </w:r>
      <w:r>
        <w:t>in ka pani kasif ho chuka hai.</w:t>
      </w:r>
    </w:p>
    <w:p>
      <w:pPr>
        <w:jc w:val="right"/>
      </w:pPr>
      <w:r>
        <w:t>ان کا پانی کثیف ہوچکا ہے۔</w:t>
      </w:r>
    </w:p>
    <w:p>
      <w:r>
        <w:rPr>
          <w:b/>
        </w:rPr>
        <w:t xml:space="preserve">[30:30] </w:t>
      </w:r>
      <w:r>
        <w:t>hawa mein aaloodgi hai.</w:t>
      </w:r>
    </w:p>
    <w:p>
      <w:pPr>
        <w:jc w:val="right"/>
      </w:pPr>
      <w:r>
        <w:t>ہوا میں آلودگی ہے۔</w:t>
      </w:r>
    </w:p>
    <w:p>
      <w:r>
        <w:rPr>
          <w:b/>
        </w:rPr>
        <w:t xml:space="preserve">[30:33] </w:t>
      </w:r>
      <w:r>
        <w:t>to aisi industries jo carbon emission na ho, jis ke andar aisi insan abhi tak daryaft nahi kar saka</w:t>
      </w:r>
    </w:p>
    <w:p>
      <w:pPr>
        <w:jc w:val="right"/>
      </w:pPr>
      <w:r>
        <w:t>تو ایسی انڈسٹریز جو کاربن ایمیشن نہ ہو، جس کے اندر ایسی انسان ابھی تک دریافت نہیں کرسکا</w:t>
      </w:r>
    </w:p>
    <w:p>
      <w:r>
        <w:rPr>
          <w:b/>
        </w:rPr>
        <w:t xml:space="preserve">[30:37] </w:t>
      </w:r>
      <w:r>
        <w:t>hai, to hamari industry ka anjam aa gaya.</w:t>
      </w:r>
    </w:p>
    <w:p>
      <w:pPr>
        <w:jc w:val="right"/>
      </w:pPr>
      <w:r>
        <w:t>ہے، تو ہماری انڈسٹری کا انجام آگیا۔</w:t>
      </w:r>
    </w:p>
    <w:p>
      <w:r>
        <w:rPr>
          <w:b/>
        </w:rPr>
        <w:t xml:space="preserve">[30:41] </w:t>
      </w:r>
      <w:r>
        <w:t>bohat si kitaben likhi gai theen, yani aage ke zamane ke liye ke ek zamana aayega jis</w:t>
      </w:r>
    </w:p>
    <w:p>
      <w:pPr>
        <w:jc w:val="right"/>
      </w:pPr>
      <w:r>
        <w:t>بہت سی کتابیں لکھی گئی تھیں، یعنی آگے کے زمانے کے لئے کہ ایک زمانہ آئے گا جس</w:t>
      </w:r>
    </w:p>
    <w:p>
      <w:r>
        <w:rPr>
          <w:b/>
        </w:rPr>
        <w:t xml:space="preserve">[30:46] </w:t>
      </w:r>
      <w:r>
        <w:t>ke likha tha elon toffler ne kitab, uska naam tha "future shock".</w:t>
      </w:r>
    </w:p>
    <w:p>
      <w:pPr>
        <w:jc w:val="right"/>
      </w:pPr>
      <w:r>
        <w:t>کے لکھا تھا ایلون ٹافلر نے کتاب، اس کا نام تھا "فیوچر شاک"۔</w:t>
      </w:r>
    </w:p>
    <w:p>
      <w:r>
        <w:rPr>
          <w:b/>
        </w:rPr>
        <w:t xml:space="preserve">[30:51] </w:t>
      </w:r>
      <w:r>
        <w:t>yeh chhapi thi 1970 mein, 90 mein.</w:t>
      </w:r>
    </w:p>
    <w:p>
      <w:pPr>
        <w:jc w:val="right"/>
      </w:pPr>
      <w:r>
        <w:t>یہ چھپی تھی انیس سو ستر میں، نوے میں۔</w:t>
      </w:r>
    </w:p>
    <w:p>
      <w:r>
        <w:rPr>
          <w:b/>
        </w:rPr>
        <w:t xml:space="preserve">[30:57] </w:t>
      </w:r>
      <w:r>
        <w:t>is ne yeh andaza kiya tha ke hamari industry jo hai, super industrial age ki taraf ja raha hai.</w:t>
      </w:r>
    </w:p>
    <w:p>
      <w:pPr>
        <w:jc w:val="right"/>
      </w:pPr>
      <w:r>
        <w:t>اس نے یہ اندازہ کیا تھا کہ ہماری انڈسٹری جو ہے، سپر انڈسٹریل ایج کی طرف جا رہا ہے۔</w:t>
      </w:r>
    </w:p>
    <w:p>
      <w:r>
        <w:rPr>
          <w:b/>
        </w:rPr>
        <w:t xml:space="preserve">[31:02] </w:t>
      </w:r>
      <w:r>
        <w:t>super industrial age ki taraf.</w:t>
      </w:r>
    </w:p>
    <w:p>
      <w:pPr>
        <w:jc w:val="right"/>
      </w:pPr>
      <w:r>
        <w:t>سپر انڈسٹریل ایج کی طرف۔</w:t>
      </w:r>
    </w:p>
    <w:p>
      <w:r>
        <w:rPr>
          <w:b/>
        </w:rPr>
        <w:t xml:space="preserve">[31:07] </w:t>
      </w:r>
      <w:r>
        <w:t>jab sab theek hi theek hoga, har cheez bilkul durust hogi.</w:t>
      </w:r>
    </w:p>
    <w:p>
      <w:pPr>
        <w:jc w:val="right"/>
      </w:pPr>
      <w:r>
        <w:t>جب سب ٹھیک ہی ٹھیک ہوگا، ہر چیز بالکل درست ہوگی۔</w:t>
      </w:r>
    </w:p>
    <w:p>
      <w:r>
        <w:rPr>
          <w:b/>
        </w:rPr>
        <w:t xml:space="preserve">[31:12] </w:t>
      </w:r>
      <w:r>
        <w:t>aur sab kuch automation par mabni karega.</w:t>
      </w:r>
    </w:p>
    <w:p>
      <w:pPr>
        <w:jc w:val="right"/>
      </w:pPr>
      <w:r>
        <w:t>اور سب کچھ آٹومیشن پر مبنی کرے گا۔</w:t>
      </w:r>
    </w:p>
    <w:p>
      <w:r>
        <w:rPr>
          <w:b/>
        </w:rPr>
        <w:t xml:space="preserve">[31:17] </w:t>
      </w:r>
      <w:r>
        <w:t>automatic tor par har cheez hone lagegi.</w:t>
      </w:r>
    </w:p>
    <w:p>
      <w:pPr>
        <w:jc w:val="right"/>
      </w:pPr>
      <w:r>
        <w:t>آٹومیٹک طور پر ہر چیز ہونے لگے گی۔</w:t>
      </w:r>
    </w:p>
    <w:p>
      <w:r>
        <w:rPr>
          <w:b/>
        </w:rPr>
        <w:t xml:space="preserve">[31:21] </w:t>
      </w:r>
      <w:r>
        <w:t>aur insan ke liye siwaye, yani sab khushi bhari ho jayegi har cheez.</w:t>
      </w:r>
    </w:p>
    <w:p>
      <w:pPr>
        <w:jc w:val="right"/>
      </w:pPr>
      <w:r>
        <w:t>اور انسان کے لئے سوائے، یعنی سب خوشی بھری ہو جائے گی ہر چیز۔</w:t>
      </w:r>
    </w:p>
    <w:p>
      <w:r>
        <w:rPr>
          <w:b/>
        </w:rPr>
        <w:t xml:space="preserve">[31:25] </w:t>
      </w:r>
      <w:r>
        <w:t>lekin kya hua? in 20wein sadi ke aakhir mein aaloodgi ka zahara paida hua.</w:t>
      </w:r>
    </w:p>
    <w:p>
      <w:pPr>
        <w:jc w:val="right"/>
      </w:pPr>
      <w:r>
        <w:t>لیکن کیا ہوا؟ ان بیسویں صدی کے آخر میں آلودگی کا ظاہرہ پیدا ہوا۔</w:t>
      </w:r>
    </w:p>
    <w:p>
      <w:r>
        <w:rPr>
          <w:b/>
        </w:rPr>
        <w:t xml:space="preserve">[31:30] </w:t>
      </w:r>
      <w:r>
        <w:t>yeh tha pehle se, yeh itna barh gaya ke ab woh ab aap control nahi kar sakte is ko.</w:t>
      </w:r>
    </w:p>
    <w:p>
      <w:pPr>
        <w:jc w:val="right"/>
      </w:pPr>
      <w:r>
        <w:t>یہ تھا پہلے سے، یہ اتنا بڑھ گیا کہ اب وہ اب آپ کنٹرول نہیں کرسکتے اس کو۔</w:t>
      </w:r>
    </w:p>
    <w:p>
      <w:r>
        <w:rPr>
          <w:b/>
        </w:rPr>
        <w:t xml:space="preserve">[31:34] </w:t>
      </w:r>
      <w:r>
        <w:t>control nahi kar sakte aap is ko.</w:t>
      </w:r>
    </w:p>
    <w:p>
      <w:pPr>
        <w:jc w:val="right"/>
      </w:pPr>
      <w:r>
        <w:t>کنٹرول نہیں کرسکتے آپ اس کو۔</w:t>
      </w:r>
    </w:p>
    <w:p>
      <w:r>
        <w:rPr>
          <w:b/>
        </w:rPr>
        <w:t xml:space="preserve">[31:38] </w:t>
      </w:r>
      <w:r>
        <w:t>to itni bari</w:t>
      </w:r>
    </w:p>
    <w:p>
      <w:pPr>
        <w:jc w:val="right"/>
      </w:pPr>
      <w:r>
        <w:t>تو اتنی بڑی</w:t>
      </w:r>
    </w:p>
    <w:p>
      <w:r>
        <w:rPr>
          <w:b/>
        </w:rPr>
        <w:t xml:space="preserve">[31:42] </w:t>
      </w:r>
      <w:r>
        <w:t>bari conferencein ho rahi hain is is is mozu par, yani عالمی warming ke sawal par, carbon emission</w:t>
      </w:r>
    </w:p>
    <w:p>
      <w:pPr>
        <w:jc w:val="right"/>
      </w:pPr>
      <w:r>
        <w:t>بڑی کانفرنسیں ہو رہی ہیں اس اس اس موضوع پر، یعنی عالمی وارمنگ کے سوال پر، کاربن ایمیشن</w:t>
      </w:r>
    </w:p>
    <w:p>
      <w:r>
        <w:rPr>
          <w:b/>
        </w:rPr>
        <w:t xml:space="preserve">[31:46] </w:t>
      </w:r>
      <w:r>
        <w:t>ke sawal par.</w:t>
      </w:r>
    </w:p>
    <w:p>
      <w:pPr>
        <w:jc w:val="right"/>
      </w:pPr>
      <w:r>
        <w:t>کے سوال پر۔</w:t>
      </w:r>
    </w:p>
    <w:p>
      <w:r>
        <w:rPr>
          <w:b/>
        </w:rPr>
        <w:t xml:space="preserve">[31:49] </w:t>
      </w:r>
      <w:r>
        <w:t>lekin sab fail ho rahi hain.</w:t>
      </w:r>
    </w:p>
    <w:p>
      <w:pPr>
        <w:jc w:val="right"/>
      </w:pPr>
      <w:r>
        <w:t>لیکن سب فیل ہو رہی ہیں۔</w:t>
      </w:r>
    </w:p>
    <w:p>
      <w:r>
        <w:rPr>
          <w:b/>
        </w:rPr>
        <w:t xml:space="preserve">[31:53] </w:t>
      </w:r>
      <w:r>
        <w:t>sab fail, sab fail, sab fail.</w:t>
      </w:r>
    </w:p>
    <w:p>
      <w:pPr>
        <w:jc w:val="right"/>
      </w:pPr>
      <w:r>
        <w:t>سب فیل، سب فیل، سب فیل۔</w:t>
      </w:r>
    </w:p>
    <w:p>
      <w:r>
        <w:rPr>
          <w:b/>
        </w:rPr>
        <w:t xml:space="preserve">[31:56] </w:t>
      </w:r>
      <w:r>
        <w:t>sab fail ho rahi hain.</w:t>
      </w:r>
    </w:p>
    <w:p>
      <w:pPr>
        <w:jc w:val="right"/>
      </w:pPr>
      <w:r>
        <w:t>سب فیل ہو رہی ہیں۔</w:t>
      </w:r>
    </w:p>
    <w:p>
      <w:r>
        <w:rPr>
          <w:b/>
        </w:rPr>
        <w:t xml:space="preserve">[32:00] </w:t>
      </w:r>
      <w:r>
        <w:t>kyun? yeh insan ke bas ki bhi nahi hai.</w:t>
      </w:r>
    </w:p>
    <w:p>
      <w:pPr>
        <w:jc w:val="right"/>
      </w:pPr>
      <w:r>
        <w:t>کیوں؟ یہ انسان کے بس کی بھی نہیں ہے۔</w:t>
      </w:r>
    </w:p>
    <w:p>
      <w:r>
        <w:rPr>
          <w:b/>
        </w:rPr>
        <w:t xml:space="preserve">[32:03] </w:t>
      </w:r>
      <w:r>
        <w:t>dekhiye isi aaj hi ki duniya mein aap dekh sakte hain ek jhalak, woh us aakhirat ki duniya ki.</w:t>
      </w:r>
    </w:p>
    <w:p>
      <w:pPr>
        <w:jc w:val="right"/>
      </w:pPr>
      <w:r>
        <w:t>دیکھئے اسی آج ہی کی دنیا میں آپ دیکھ سکتے ہیں ایک جھلک، وہ اس آخرت کی دنیا کی۔</w:t>
      </w:r>
    </w:p>
    <w:p>
      <w:r>
        <w:rPr>
          <w:b/>
        </w:rPr>
        <w:t xml:space="preserve">[32:07] </w:t>
      </w:r>
      <w:r>
        <w:t>wahan jo industries hongi, us ki ek jhalak.</w:t>
      </w:r>
    </w:p>
    <w:p>
      <w:pPr>
        <w:jc w:val="right"/>
      </w:pPr>
      <w:r>
        <w:t>وہاں جو انڈسٹریز ہوں گی، اس کی ایک جھلک۔</w:t>
      </w:r>
    </w:p>
    <w:p>
      <w:r>
        <w:rPr>
          <w:b/>
        </w:rPr>
        <w:t xml:space="preserve">[32:10] </w:t>
      </w:r>
      <w:r>
        <w:t>jaise aap dekhiye</w:t>
      </w:r>
    </w:p>
    <w:p>
      <w:pPr>
        <w:jc w:val="right"/>
      </w:pPr>
      <w:r>
        <w:t>جیسے آپ دیکھئے</w:t>
      </w:r>
    </w:p>
    <w:p>
      <w:r>
        <w:rPr>
          <w:b/>
        </w:rPr>
        <w:t xml:space="preserve">[32:13] </w:t>
      </w:r>
      <w:r>
        <w:t>, hum mein se har shakhs oxygen leta hai aur carbon, yani oxygen andar leta hai aur carbon</w:t>
      </w:r>
    </w:p>
    <w:p>
      <w:pPr>
        <w:jc w:val="right"/>
      </w:pPr>
      <w:r>
        <w:t>، ہم میں سے ہر شخص آکسیجن لیتا ہے اور کاربن، یعنی آکسیجن اندر لیتا ہے اور کاربن</w:t>
      </w:r>
    </w:p>
    <w:p>
      <w:r>
        <w:rPr>
          <w:b/>
        </w:rPr>
        <w:t xml:space="preserve">[32:18] </w:t>
      </w:r>
      <w:r>
        <w:t>kharij karta hai.</w:t>
      </w:r>
    </w:p>
    <w:p>
      <w:pPr>
        <w:jc w:val="right"/>
      </w:pPr>
      <w:r>
        <w:t>خارج کرتا ہے۔</w:t>
      </w:r>
    </w:p>
    <w:p>
      <w:r>
        <w:rPr>
          <w:b/>
        </w:rPr>
        <w:t xml:space="preserve">[32:23] </w:t>
      </w:r>
      <w:r>
        <w:t>chobis ghante yeh amal jari hai.</w:t>
      </w:r>
    </w:p>
    <w:p>
      <w:pPr>
        <w:jc w:val="right"/>
      </w:pPr>
      <w:r>
        <w:t>چوبیس گھنٹہ یہ عمل جاری ہے۔</w:t>
      </w:r>
    </w:p>
    <w:p>
      <w:r>
        <w:rPr>
          <w:b/>
        </w:rPr>
        <w:t xml:space="preserve">[32:28] </w:t>
      </w:r>
      <w:r>
        <w:t>to yeh kaise hai? is kainat mein ek nizam hai jo aap ke carbon ko le leta hai</w:t>
      </w:r>
    </w:p>
    <w:p>
      <w:pPr>
        <w:jc w:val="right"/>
      </w:pPr>
      <w:r>
        <w:t>تو یہ کیسے ہے؟ اس کائنات میں ایک نظام ہے جو آپ کے کاربن کو لے لیتا ہے</w:t>
      </w:r>
    </w:p>
    <w:p>
      <w:r>
        <w:rPr>
          <w:b/>
        </w:rPr>
        <w:t xml:space="preserve">[32:33] </w:t>
      </w:r>
      <w:r>
        <w:t>aur phir aap ko oxygen lotata hai.</w:t>
      </w:r>
    </w:p>
    <w:p>
      <w:pPr>
        <w:jc w:val="right"/>
      </w:pPr>
      <w:r>
        <w:t>اور پھر آپ کو آکسیجن لوٹاتا ہے۔</w:t>
      </w:r>
    </w:p>
    <w:p>
      <w:r>
        <w:rPr>
          <w:b/>
        </w:rPr>
        <w:t xml:space="preserve">[32:38] </w:t>
      </w:r>
      <w:r>
        <w:t>saare darakht jo hain, saare</w:t>
      </w:r>
    </w:p>
    <w:p>
      <w:pPr>
        <w:jc w:val="right"/>
      </w:pPr>
      <w:r>
        <w:t>سارے درخت جو ہیں، سارے</w:t>
      </w:r>
    </w:p>
    <w:p>
      <w:r>
        <w:rPr>
          <w:b/>
        </w:rPr>
        <w:t xml:space="preserve">[32:43] </w:t>
      </w:r>
      <w:r>
        <w:t>darakht jo hain, un mein ek industry hai, industry. jo oxygen le leti hai aur aur aur carbon le leti hai aur oxygen kharij karti hai. ek bohat bari industry oxygen ki supply ki hai. lekin aap dekhte hain na koi shor hai, na koi dhuan hai, kuch bhi nahi. suraj bhi ek industry hai jo musalsal roshni bhej raha hai aur hararat bhej raha hai. lekin wahan bhi</w:t>
      </w:r>
    </w:p>
    <w:p>
      <w:pPr>
        <w:jc w:val="right"/>
      </w:pPr>
      <w:r>
        <w:t>درخت جو ہیں، ان میں ایک انڈسٹری ہے، انڈسٹری۔ جو آکسیجن لے لیتی ہے اور اور اور کاربن لے لیتی ہے اور آکسیجن خارج کرتی ہے۔ ایک بہت بڑی انڈسٹری آکسیجن کی سپلائی کی ہے۔ لیکن آپ دیکھتے ہیں نہ کوئی شور ہے، نہ کوئی دھواں ہے، کچھ بھی نہیں۔ سورج بھی ایک انڈسٹری ہے جو مسلسل روشنی بھیج رہا ہے اور حرارت بھیج رہا ہے۔ لیکن وہاں بھی</w:t>
      </w:r>
    </w:p>
    <w:p>
      <w:r>
        <w:rPr>
          <w:b/>
        </w:rPr>
        <w:t xml:space="preserve">[33:13] </w:t>
      </w:r>
      <w:r>
        <w:t>dekhen, koi masla nahi paida karta woh.</w:t>
      </w:r>
    </w:p>
    <w:p>
      <w:pPr>
        <w:jc w:val="right"/>
      </w:pPr>
      <w:r>
        <w:t>دیکھیں، کوئی مسئلہ نہیں پیدا کرتا وہ۔</w:t>
      </w:r>
    </w:p>
    <w:p>
      <w:r>
        <w:rPr>
          <w:b/>
        </w:rPr>
        <w:t xml:space="preserve">[33:19] </w:t>
      </w:r>
      <w:r>
        <w:t>to fitrat ki industry mein aaj bhi aap dekhte hain, koi aaludgi nahi, koi carbon emission nahi.</w:t>
      </w:r>
    </w:p>
    <w:p>
      <w:pPr>
        <w:jc w:val="right"/>
      </w:pPr>
      <w:r>
        <w:t>تو فطرت کی انڈسٹری میں آج بھی آپ دیکھتے ہیں، کوئی آلودگی نہیں، کوئی کاربن ایمیشن نہیں۔</w:t>
      </w:r>
    </w:p>
    <w:p>
      <w:r>
        <w:rPr>
          <w:b/>
        </w:rPr>
        <w:t xml:space="preserve">[33:25] </w:t>
      </w:r>
      <w:r>
        <w:t>yeh ek jhalak hai is baat ki ke aakhri mein jo tehzeeb banegi, woh kaisi hogi.</w:t>
      </w:r>
    </w:p>
    <w:p>
      <w:pPr>
        <w:jc w:val="right"/>
      </w:pPr>
      <w:r>
        <w:t>یہ ایک جھلک ہے اس بات کی کہ آخرت میں جو تہذیب بنے گی، وہ کیسی ہوگی۔</w:t>
      </w:r>
    </w:p>
    <w:p>
      <w:r>
        <w:rPr>
          <w:b/>
        </w:rPr>
        <w:t xml:space="preserve">[33:31] </w:t>
      </w:r>
      <w:r>
        <w:t>wahan par aaludgi nahi hogi.</w:t>
      </w:r>
    </w:p>
    <w:p>
      <w:pPr>
        <w:jc w:val="right"/>
      </w:pPr>
      <w:r>
        <w:t>وہاں پر آلودگی نہیں ہوگی۔</w:t>
      </w:r>
    </w:p>
    <w:p>
      <w:r>
        <w:rPr>
          <w:b/>
        </w:rPr>
        <w:t xml:space="preserve">[33:37] </w:t>
      </w:r>
      <w:r>
        <w:t>wahan par shor nahi, na shor aaludgi hogi, na pani aaludgi hogi, na hawa aaludgi hogi, na koi</w:t>
      </w:r>
    </w:p>
    <w:p>
      <w:pPr>
        <w:jc w:val="right"/>
      </w:pPr>
      <w:r>
        <w:t>وہاں پر شور نہیں، نہ شور آلودگی ہوگی، نہ پانی آلودگی ہوگی، نہ ہوا آلودگی ہوگی، نہ کوئی</w:t>
      </w:r>
    </w:p>
    <w:p>
      <w:r>
        <w:rPr>
          <w:b/>
        </w:rPr>
        <w:t xml:space="preserve">[33:43] </w:t>
      </w:r>
      <w:r>
        <w:t>aur masla hoga.</w:t>
      </w:r>
    </w:p>
    <w:p>
      <w:pPr>
        <w:jc w:val="right"/>
      </w:pPr>
      <w:r>
        <w:t>اور مسئلہ ہوگا۔</w:t>
      </w:r>
    </w:p>
    <w:p>
      <w:r>
        <w:rPr>
          <w:b/>
        </w:rPr>
        <w:t xml:space="preserve">[33:49] </w:t>
      </w:r>
      <w:r>
        <w:t>yeh ek jhalak hai.</w:t>
      </w:r>
    </w:p>
    <w:p>
      <w:pPr>
        <w:jc w:val="right"/>
      </w:pPr>
      <w:r>
        <w:t>یہ ایک جھلک ہے۔</w:t>
      </w:r>
    </w:p>
    <w:p>
      <w:r>
        <w:rPr>
          <w:b/>
        </w:rPr>
        <w:t xml:space="preserve">[33:55] </w:t>
      </w:r>
      <w:r>
        <w:t>to insan jo hai, main samajhta hoon ke maujooda duniya mein Khuda muntakhib kar raha hai in insano</w:t>
      </w:r>
    </w:p>
    <w:p>
      <w:pPr>
        <w:jc w:val="right"/>
      </w:pPr>
      <w:r>
        <w:t>تو انسان جو ہے، میں سمجھتا ہوں کہ موجودہ دنیا میں خدا منتخب کر رہا ہے ان انسانوں</w:t>
      </w:r>
    </w:p>
    <w:p>
      <w:r>
        <w:rPr>
          <w:b/>
        </w:rPr>
        <w:t xml:space="preserve">[34:01] </w:t>
      </w:r>
      <w:r>
        <w:t>ko jo is aala tareen tehzeeb ke mein kaam karen.</w:t>
      </w:r>
    </w:p>
    <w:p>
      <w:pPr>
        <w:jc w:val="right"/>
      </w:pPr>
      <w:r>
        <w:t>کو جو اس اعلیٰ ترین تہذیب کے میں کام کریں۔</w:t>
      </w:r>
    </w:p>
    <w:p>
      <w:r>
        <w:rPr>
          <w:b/>
        </w:rPr>
        <w:t xml:space="preserve">[34:08] </w:t>
      </w:r>
      <w:r>
        <w:t>yeh duniya mein kya ho raha hai? intikhab, yeh yeh intikhab kiya ja raha hai in insano ka</w:t>
      </w:r>
    </w:p>
    <w:p>
      <w:pPr>
        <w:jc w:val="right"/>
      </w:pPr>
      <w:r>
        <w:t>یہ دنیا میں کیا ہو رہا ہے؟ انتخاب، یہ یہ انتخاب کیا جا رہا ہے ان انسانوں کا</w:t>
      </w:r>
    </w:p>
    <w:p>
      <w:r>
        <w:rPr>
          <w:b/>
        </w:rPr>
        <w:t xml:space="preserve">[34:14] </w:t>
      </w:r>
      <w:r>
        <w:t>jo is tehzeeb ka charge len, is amal ka charge len.</w:t>
      </w:r>
    </w:p>
    <w:p>
      <w:pPr>
        <w:jc w:val="right"/>
      </w:pPr>
      <w:r>
        <w:t>جو اس تہذیب کا چارج لیں، اس عمل کا چارج لیں۔</w:t>
      </w:r>
    </w:p>
    <w:p>
      <w:r>
        <w:rPr>
          <w:b/>
        </w:rPr>
        <w:t xml:space="preserve">[34:20] </w:t>
      </w:r>
      <w:r>
        <w:t>wahan woh koi director banega, koi chairman banega, koi member banega, koi kya banega?</w:t>
      </w:r>
    </w:p>
    <w:p>
      <w:pPr>
        <w:jc w:val="right"/>
      </w:pPr>
      <w:r>
        <w:t>وہاں وہ کوئی ڈائریکٹر بنے گا، کوئی چیئرمین بنے گا، کوئی ممبر بنے گا، کوئی کیا بنے گا؟</w:t>
      </w:r>
    </w:p>
    <w:p>
      <w:r>
        <w:rPr>
          <w:b/>
        </w:rPr>
        <w:t xml:space="preserve">[34:24] </w:t>
      </w:r>
      <w:r>
        <w:t>koi daryaft karega, koi library sambhale ga.</w:t>
      </w:r>
    </w:p>
    <w:p>
      <w:pPr>
        <w:jc w:val="right"/>
      </w:pPr>
      <w:r>
        <w:t>کوئی دریافت کرے گا، کوئی لائبریری سنبھالے گا۔</w:t>
      </w:r>
    </w:p>
    <w:p>
      <w:r>
        <w:rPr>
          <w:b/>
        </w:rPr>
        <w:t xml:space="preserve">[34:29] </w:t>
      </w:r>
      <w:r>
        <w:t>to yeh isi ka intikhab ho raha hai.</w:t>
      </w:r>
    </w:p>
    <w:p>
      <w:pPr>
        <w:jc w:val="right"/>
      </w:pPr>
      <w:r>
        <w:t>تو یہ اسی کا انتخاب ہو رہا ہے۔</w:t>
      </w:r>
    </w:p>
    <w:p>
      <w:r>
        <w:rPr>
          <w:b/>
        </w:rPr>
        <w:t xml:space="preserve">[34:33] </w:t>
      </w:r>
      <w:r>
        <w:t>jo log fail ho jayenge, jinhone jo apne aaj ke zamane mein jo dikhayenge ke</w:t>
      </w:r>
    </w:p>
    <w:p>
      <w:pPr>
        <w:jc w:val="right"/>
      </w:pPr>
      <w:r>
        <w:t>جو لوگ فیل ہو جائیں گے، جنہوں نے جو اپنے آج کے زمانے میں جو دکھائیں گے کہ</w:t>
      </w:r>
    </w:p>
    <w:p>
      <w:r>
        <w:rPr>
          <w:b/>
        </w:rPr>
        <w:t xml:space="preserve">[34:37] </w:t>
      </w:r>
      <w:r>
        <w:t>woh is ke qabil nahi hain ke wahan is mein woh jagah payen, to Khuda un ko radd</w:t>
      </w:r>
    </w:p>
    <w:p>
      <w:pPr>
        <w:jc w:val="right"/>
      </w:pPr>
      <w:r>
        <w:t>وہ اس کے قابل نہیں ہیں کہ وہاں اس میں وہ جگہ پائیں، تو خدا ان کو رد</w:t>
      </w:r>
    </w:p>
    <w:p>
      <w:r>
        <w:rPr>
          <w:b/>
        </w:rPr>
        <w:t xml:space="preserve">[34:42] </w:t>
      </w:r>
      <w:r>
        <w:t>kar dega, radd kar dega.</w:t>
      </w:r>
    </w:p>
    <w:p>
      <w:pPr>
        <w:jc w:val="right"/>
      </w:pPr>
      <w:r>
        <w:t>کر دے گا، رد کر دے گا۔</w:t>
      </w:r>
    </w:p>
    <w:p>
      <w:r>
        <w:rPr>
          <w:b/>
        </w:rPr>
        <w:t xml:space="preserve">[34:46] </w:t>
      </w:r>
      <w:r>
        <w:t>un ko dust bin mein daal diya jayega. aur</w:t>
      </w:r>
    </w:p>
    <w:p>
      <w:pPr>
        <w:jc w:val="right"/>
      </w:pPr>
      <w:r>
        <w:t>ان کو ڈسٹ بن میں ڈال دیا جائے گا۔ اور</w:t>
      </w:r>
    </w:p>
    <w:p>
      <w:r>
        <w:rPr>
          <w:b/>
        </w:rPr>
        <w:t xml:space="preserve">[34:50] </w:t>
      </w:r>
      <w:r>
        <w:t>muntakhib log jo hain, muntakhib log, muntakhib log kaun honge? jinhone is haqeeqat ko jana, Khuda</w:t>
      </w:r>
    </w:p>
    <w:p>
      <w:pPr>
        <w:jc w:val="right"/>
      </w:pPr>
      <w:r>
        <w:t>منتخب لوگ جو ہیں، منتخب لوگ، منتخب لوگ کون ہوں گے؟ جنہوں نے اس حقیقت کو جانا، خدا</w:t>
      </w:r>
    </w:p>
    <w:p>
      <w:r>
        <w:rPr>
          <w:b/>
        </w:rPr>
        <w:t xml:space="preserve">[34:56] </w:t>
      </w:r>
      <w:r>
        <w:t>ki jalal ko samjha, Khuda ke shukrane ko daryaft kiya, jinhone marifat ka darja hasil kiya, jo</w:t>
      </w:r>
    </w:p>
    <w:p>
      <w:pPr>
        <w:jc w:val="right"/>
      </w:pPr>
      <w:r>
        <w:t>کی جلال کو سمجھا، خدا کے شکرانے کو دریافت کیا، جنہوں نے معرفت کا درجہ حاصل کیا، جو</w:t>
      </w:r>
    </w:p>
    <w:p>
      <w:r>
        <w:rPr>
          <w:b/>
        </w:rPr>
        <w:t xml:space="preserve">[35:02] </w:t>
      </w:r>
      <w:r>
        <w:t>Khuda ke aage surrender kiya, jinhone hamare aqdar ka paalan kiya, jo jinhone nazm o zabt</w:t>
      </w:r>
    </w:p>
    <w:p>
      <w:pPr>
        <w:jc w:val="right"/>
      </w:pPr>
      <w:r>
        <w:t>خدا کے آگے سرنڈر کیا، جنہوں نے ہمارے اقدار کا پالن کیا، جو جنہوں نے نظم و ضبط</w:t>
      </w:r>
    </w:p>
    <w:p>
      <w:r>
        <w:rPr>
          <w:b/>
        </w:rPr>
        <w:t xml:space="preserve">[35:09] </w:t>
      </w:r>
      <w:r>
        <w:t>mein rehne ka saboot diya.</w:t>
      </w:r>
    </w:p>
    <w:p>
      <w:pPr>
        <w:jc w:val="right"/>
      </w:pPr>
      <w:r>
        <w:t>میں رہنے کا ثبوت دیا۔</w:t>
      </w:r>
    </w:p>
    <w:p>
      <w:r>
        <w:rPr>
          <w:b/>
        </w:rPr>
        <w:t xml:space="preserve">[35:15] </w:t>
      </w:r>
      <w:r>
        <w:t>yeh saari jo khoobiyan hain,</w:t>
      </w:r>
    </w:p>
    <w:p>
      <w:pPr>
        <w:jc w:val="right"/>
      </w:pPr>
      <w:r>
        <w:t>یہ ساری جو خوبیاں ہیں،</w:t>
      </w:r>
    </w:p>
    <w:p>
      <w:r>
        <w:rPr>
          <w:b/>
        </w:rPr>
        <w:t xml:space="preserve">[35:21] </w:t>
      </w:r>
      <w:r>
        <w:t>jisko mein ilahi khoobiyan kahunga.</w:t>
      </w:r>
    </w:p>
    <w:p>
      <w:pPr>
        <w:jc w:val="right"/>
      </w:pPr>
      <w:r>
        <w:t>جس کو میں الٰہی خوبیاں کہوں گا۔</w:t>
      </w:r>
    </w:p>
    <w:p>
      <w:r>
        <w:rPr>
          <w:b/>
        </w:rPr>
        <w:t xml:space="preserve">[35:28] </w:t>
      </w:r>
      <w:r>
        <w:t>to jo ilahi khoobiyan ke ke taur par jiye, is duniya mein unhone kya? apne aap ko</w:t>
      </w:r>
    </w:p>
    <w:p>
      <w:pPr>
        <w:jc w:val="right"/>
      </w:pPr>
      <w:r>
        <w:t>تو جو الٰہی خوبیاں کے کے طور پر جیئے، اس دنیا میں انہوں نے کیا؟ اپنے آپ کو</w:t>
      </w:r>
    </w:p>
    <w:p>
      <w:r>
        <w:rPr>
          <w:b/>
        </w:rPr>
        <w:t xml:space="preserve">[35:36] </w:t>
      </w:r>
      <w:r>
        <w:t>ahl kiya is agli tehzeeb ke amal mein hissa lene ke liye.</w:t>
      </w:r>
    </w:p>
    <w:p>
      <w:pPr>
        <w:jc w:val="right"/>
      </w:pPr>
      <w:r>
        <w:t>اہل کیا اس اگلے تہذیب کے عمل میں حصہ لینے کے لئے۔</w:t>
      </w:r>
    </w:p>
    <w:p>
      <w:r>
        <w:rPr>
          <w:b/>
        </w:rPr>
        <w:t xml:space="preserve">[35:43] </w:t>
      </w:r>
      <w:r>
        <w:t>to yeh jo tehzeeb badi duniya mein, yeh bhi ek amal ke roop mein bani thi, amal, lamba amal.</w:t>
      </w:r>
    </w:p>
    <w:p>
      <w:pPr>
        <w:jc w:val="right"/>
      </w:pPr>
      <w:r>
        <w:t>تو یہ جو تہذیب بڑی دنیا میں، یہ بھی ایک عمل کے روپ میں بنی تھی، عمل، لمبا عمل۔</w:t>
      </w:r>
    </w:p>
    <w:p>
      <w:r>
        <w:rPr>
          <w:b/>
        </w:rPr>
        <w:t xml:space="preserve">[35:51] </w:t>
      </w:r>
      <w:r>
        <w:t>lamba amal chala, is ke roop mein yeh bani. aise hi woh bhi ek lamba amal hoga, karoron arbon saal ka. jo kainaati haqaiq jo hain, jo sara ka sara undiscovered pada hua hai, is ko aap daryaft karenge. is ke mutabiq wahan ek dunya banayenge. Quran mein hai ke "wa hum fi shughlin fākihoon". shughlin fākihoon ka matlab yeh hai ke wahan ki jo sargarmian hongi, woh khushi bhari sargarmian ho</w:t>
      </w:r>
    </w:p>
    <w:p>
      <w:pPr>
        <w:jc w:val="right"/>
      </w:pPr>
      <w:r>
        <w:t>لمبا عمل چلا، اس کے روپ میں یہ بنی۔ ایسے ہی وہ بھی ایک لمبا عمل ہوگا، کروڑوں اربوں سال کا۔ جو کائناتی حقائق جو ہیں، جو سارا کا سارا ان ڈسکورڈ پڑا ہوا ہے، اس کو آپ دریافت کریں گے۔ اس کے مطابق وہاں ایک دنیا بنائیں گے۔ قرآن میں ہے کہ "وھم فی شغل فاقہون"۔ شغل فاقہون کا مطلب یہ ہے کہ وہاں کی جو سرگرمیاں ہوں گی، وہ خوشی بھری سرگرمیاں ہ</w:t>
      </w:r>
    </w:p>
    <w:p>
      <w:r>
        <w:rPr>
          <w:b/>
        </w:rPr>
        <w:t xml:space="preserve">[36:21] </w:t>
      </w:r>
      <w:r>
        <w:t>on gi.</w:t>
      </w:r>
    </w:p>
    <w:p>
      <w:pPr>
        <w:jc w:val="right"/>
      </w:pPr>
      <w:r>
        <w:t>وں گی۔</w:t>
      </w:r>
    </w:p>
    <w:p>
      <w:r>
        <w:rPr>
          <w:b/>
        </w:rPr>
        <w:t xml:space="preserve">[36:26] </w:t>
      </w:r>
      <w:r>
        <w:t>"wahum fi shughlin haafiroon".</w:t>
      </w:r>
    </w:p>
    <w:p>
      <w:pPr>
        <w:jc w:val="right"/>
      </w:pPr>
      <w:r>
        <w:t>"وھم فی شغل فاقہون"۔</w:t>
      </w:r>
    </w:p>
    <w:p>
      <w:r>
        <w:rPr>
          <w:b/>
        </w:rPr>
        <w:t xml:space="preserve">[36:31] </w:t>
      </w:r>
      <w:r>
        <w:t>duniya ki sarkiyon mein aap jante hain ke boredom hai, hadsa hai, bahut se masail hain duniya ke is mein.</w:t>
      </w:r>
    </w:p>
    <w:p>
      <w:pPr>
        <w:jc w:val="right"/>
      </w:pPr>
      <w:r>
        <w:t>دنیا کی سرگرمیوں میں آپ جانتے ہیں کہ بورڈم ہے، حادثہ ہے، بہت سے مسائل ہیں دنیا کے اس میں۔</w:t>
      </w:r>
    </w:p>
    <w:p>
      <w:r>
        <w:rPr>
          <w:b/>
        </w:rPr>
        <w:t xml:space="preserve">[36:36] </w:t>
      </w:r>
      <w:r>
        <w:t>wahan par "fi shughlin haafiroon", wahan par khushi bhari sarkiyan hongi.</w:t>
      </w:r>
    </w:p>
    <w:p>
      <w:pPr>
        <w:jc w:val="right"/>
      </w:pPr>
      <w:r>
        <w:t>وہاں پر "فی شغل فاقہون"، وہاں پر خوشی بھری سرگرمیاں ہوں گی۔</w:t>
      </w:r>
    </w:p>
    <w:p>
      <w:r>
        <w:rPr>
          <w:b/>
        </w:rPr>
        <w:t xml:space="preserve">[36:41] </w:t>
      </w:r>
      <w:r>
        <w:t>woh jo tehzeeb banegi, woh jo duniya banegi, wahan jo ek amal chalega, us mein</w:t>
      </w:r>
    </w:p>
    <w:p>
      <w:pPr>
        <w:jc w:val="right"/>
      </w:pPr>
      <w:r>
        <w:t>وہ جو تہذیب بنے گی، وہ جو دنیا بنے گی، وہاں جو ایک عمل چلے گا، اس میں</w:t>
      </w:r>
    </w:p>
    <w:p>
      <w:r>
        <w:rPr>
          <w:b/>
        </w:rPr>
        <w:t xml:space="preserve">[36:46] </w:t>
      </w:r>
      <w:r>
        <w:t>jo log hissa lenge, to woh ek khushi bhari sar</w:t>
      </w:r>
    </w:p>
    <w:p>
      <w:pPr>
        <w:jc w:val="right"/>
      </w:pPr>
      <w:r>
        <w:t>جو لوگ حصہ لیں گے، تو وہ ایک خوشی بھری سر</w:t>
      </w:r>
    </w:p>
    <w:p>
      <w:r>
        <w:rPr>
          <w:b/>
        </w:rPr>
        <w:t xml:space="preserve">[36:51] </w:t>
      </w:r>
      <w:r>
        <w:t>garmian hongi. khushiyon ki dunya hogi, rahton ki dunya hogi. to yeh yahan par isi ka intekhab kiya ja raha hai. aur jo waqiat ho rahe hain, jaise 80 ka zalzala hai ya عالمی warming hai, yeh sab warning di hai, yeh sab warning hai, warn kiya ja raha hai ke ab anjam aagaya tumhara. tumhara anjam aagaya, tum ne industry banai, tum ne tehzeeb</w:t>
      </w:r>
    </w:p>
    <w:p>
      <w:pPr>
        <w:jc w:val="right"/>
      </w:pPr>
      <w:r>
        <w:t>گرمیاں ہوں گی۔ خوشیوں کی دنیا ہوگی، راحتوں کی دنیا ہوگی۔ تو یہ یہاں پر اسی کا انتخاب کیا جا رہا ہے۔ اور جو واقعات ہو رہے ہیں، جیسے 80 کا زلزلہ ہے یا عالمی وارمنگ ہے، یہ سب وارننگ دی ہے، یہ سب وارننگ ہے، وارن کیا جا رہا ہے کہ اب انجام آگیا تمہارا۔ تمہارا انجام آگیا، تم نے انڈسٹری بنائی، تم نے تہذیب</w:t>
      </w:r>
    </w:p>
    <w:p>
      <w:r>
        <w:rPr>
          <w:b/>
        </w:rPr>
        <w:t xml:space="preserve">[37:21] </w:t>
      </w:r>
      <w:r>
        <w:t>banai, chalte chalte wahan pahunchi ke ab aage kuch bhi nahi hai.</w:t>
      </w:r>
    </w:p>
    <w:p>
      <w:pPr>
        <w:jc w:val="right"/>
      </w:pPr>
      <w:r>
        <w:t>بنائی، چلتے چلتے وہاں پہنچی کہ اب آگے کچھ بھی نہیں ہے۔</w:t>
      </w:r>
    </w:p>
    <w:p>
      <w:r>
        <w:rPr>
          <w:b/>
        </w:rPr>
        <w:t xml:space="preserve">[37:26] </w:t>
      </w:r>
      <w:r>
        <w:t>aage kya hai? aaloodgi hai.</w:t>
      </w:r>
    </w:p>
    <w:p>
      <w:pPr>
        <w:jc w:val="right"/>
      </w:pPr>
      <w:r>
        <w:t>آگے کیا ہے؟ آلودگی ہے۔</w:t>
      </w:r>
    </w:p>
    <w:p>
      <w:r>
        <w:rPr>
          <w:b/>
        </w:rPr>
        <w:t xml:space="preserve">[37:30] </w:t>
      </w:r>
      <w:r>
        <w:t>aage kya hai? masla hai.</w:t>
      </w:r>
    </w:p>
    <w:p>
      <w:pPr>
        <w:jc w:val="right"/>
      </w:pPr>
      <w:r>
        <w:t>آگے کیا ہے؟ مسئلہ ہے۔</w:t>
      </w:r>
    </w:p>
    <w:p>
      <w:r>
        <w:rPr>
          <w:b/>
        </w:rPr>
        <w:t xml:space="preserve">[37:35] </w:t>
      </w:r>
      <w:r>
        <w:t>aage kya hai? duniya rehne qabil hi nahi rahegi.</w:t>
      </w:r>
    </w:p>
    <w:p>
      <w:pPr>
        <w:jc w:val="right"/>
      </w:pPr>
      <w:r>
        <w:t>آگے کیا ہے؟ دنیا رہنے قابل ہی نہیں رہے گی۔</w:t>
      </w:r>
    </w:p>
    <w:p>
      <w:r>
        <w:rPr>
          <w:b/>
        </w:rPr>
        <w:t xml:space="preserve">[37:40] </w:t>
      </w:r>
      <w:r>
        <w:t>aage kya hai? ke tumne atom bomb bana bana ke rakh rakhe hain ke jis din woh</w:t>
      </w:r>
    </w:p>
    <w:p>
      <w:pPr>
        <w:jc w:val="right"/>
      </w:pPr>
      <w:r>
        <w:t>آگے کیا ہے؟ کہ تم نے ایٹم بم بنا بنا کے رکھ رکھے ہیں کہ جس دن وہ</w:t>
      </w:r>
    </w:p>
    <w:p>
      <w:r>
        <w:rPr>
          <w:b/>
        </w:rPr>
        <w:t xml:space="preserve">[37:44] </w:t>
      </w:r>
      <w:r>
        <w:t>phatenge to shayad duniya khatam ho jayegi.</w:t>
      </w:r>
    </w:p>
    <w:p>
      <w:pPr>
        <w:jc w:val="right"/>
      </w:pPr>
      <w:r>
        <w:t>پھٹیں گے تو شاید دنیا ختم ہو جائے گی۔</w:t>
      </w:r>
    </w:p>
    <w:p>
      <w:r>
        <w:rPr>
          <w:b/>
        </w:rPr>
        <w:t xml:space="preserve">[37:49] </w:t>
      </w:r>
      <w:r>
        <w:t>to insaan dekhiye, ek taraf to apne ko nahl sabit kiya is ne.</w:t>
      </w:r>
    </w:p>
    <w:p>
      <w:pPr>
        <w:jc w:val="right"/>
      </w:pPr>
      <w:r>
        <w:t>تو انسان دیکھئے، ایک طرف تو اپنے کو نااہل ثابت کیا اس نے۔</w:t>
      </w:r>
    </w:p>
    <w:p>
      <w:r>
        <w:rPr>
          <w:b/>
        </w:rPr>
        <w:t xml:space="preserve">[37:54] </w:t>
      </w:r>
      <w:r>
        <w:t>aur doosri taraf yeh bhi ho gaya ke is dunya mein jo wasail thay, woh lamحدود nahi thay. aap ke paas wasail yahi to hain jo dunya mein hain, is zameen par jo hain, zameen par. yeh Khuda ne rakhe nahi rakhe nahi thay lamحدود. kainaat to lamحدود hai, lekin yeh jo zameen mili thi hum ko, yeh to mahdood hai. to yahan par jo hum kar sakte thay, woh is ka anjam aagaya. aagay kuch bhi nahi,</w:t>
      </w:r>
    </w:p>
    <w:p>
      <w:pPr>
        <w:jc w:val="right"/>
      </w:pPr>
      <w:r>
        <w:t>اور دوسری طرف یہ بھی ہوگیا کہ اس دنیا میں جو وسائل تھے، وہ لامحدود نہیں تھے۔ آپ کے پاس وسائل یہی تو ہیں جو دنیا میں ہیں، اس زمین پر جو ہیں، زمین پر۔ یہ خدا نے رکھے نہیں رکھے نہیں تھے لامحدود۔ کائنات تو لامحدود ہے، لیکن یہ جو زمین ملی تھی ہم کو، یہ تو محدود ہے۔ تو یہاں پر جو ہم کرسکتے تھے، وہ اس کا انجام آگیا۔ آگے کچھ بھی نہیں،</w:t>
      </w:r>
    </w:p>
    <w:p>
      <w:r>
        <w:rPr>
          <w:b/>
        </w:rPr>
        <w:t xml:space="preserve">[38:24] </w:t>
      </w:r>
      <w:r>
        <w:t>aage andhi gali hai.</w:t>
      </w:r>
    </w:p>
    <w:p>
      <w:pPr>
        <w:jc w:val="right"/>
      </w:pPr>
      <w:r>
        <w:t>آگے اندھی گلی ہے۔</w:t>
      </w:r>
    </w:p>
    <w:p>
      <w:r>
        <w:rPr>
          <w:b/>
        </w:rPr>
        <w:t xml:space="preserve">[38:29] </w:t>
      </w:r>
      <w:r>
        <w:t>aage andhi gali hai.</w:t>
      </w:r>
    </w:p>
    <w:p>
      <w:pPr>
        <w:jc w:val="right"/>
      </w:pPr>
      <w:r>
        <w:t>آگے اندھی گلی ہے۔</w:t>
      </w:r>
    </w:p>
    <w:p>
      <w:r>
        <w:rPr>
          <w:b/>
        </w:rPr>
        <w:t xml:space="preserve">[38:34] </w:t>
      </w:r>
      <w:r>
        <w:t>to woh jo khwab jo saare insaan dekhta raha hai, har mazhab mein jisko mana gaya hai,</w:t>
      </w:r>
    </w:p>
    <w:p>
      <w:pPr>
        <w:jc w:val="right"/>
      </w:pPr>
      <w:r>
        <w:t>تو وہ جو خواب جو سارے انسان دیکھتا رہا ہے، ہر مذہب میں جس کو مانا گیا ہے،</w:t>
      </w:r>
    </w:p>
    <w:p>
      <w:r>
        <w:rPr>
          <w:b/>
        </w:rPr>
        <w:t xml:space="preserve">[38:39] </w:t>
      </w:r>
      <w:r>
        <w:t>koi is ko jannat kehta hai, koi jannat kehta hai, koi beckoned kehta hai, koi firdaus kehta hai,</w:t>
      </w:r>
    </w:p>
    <w:p>
      <w:pPr>
        <w:jc w:val="right"/>
      </w:pPr>
      <w:r>
        <w:t>کوئی اس کو جنت کہتا ہے، کوئی جنت کہتا ہے، کوئی بیکونڈ کہتا ہے، کوئی فردوس کہتا ہے،</w:t>
      </w:r>
    </w:p>
    <w:p>
      <w:r>
        <w:rPr>
          <w:b/>
        </w:rPr>
        <w:t xml:space="preserve">[38:44] </w:t>
      </w:r>
      <w:r>
        <w:t>koi kuch kehta hai.</w:t>
      </w:r>
    </w:p>
    <w:p>
      <w:pPr>
        <w:jc w:val="right"/>
      </w:pPr>
      <w:r>
        <w:t>کوئی کچھ کہتا ہے۔</w:t>
      </w:r>
    </w:p>
    <w:p>
      <w:r>
        <w:rPr>
          <w:b/>
        </w:rPr>
        <w:t xml:space="preserve">[38:49] </w:t>
      </w:r>
      <w:r>
        <w:t>woh isi, yani agli tehzeeb ka khwab hai, woh jo jisko maine ilahi tehzeeb</w:t>
      </w:r>
    </w:p>
    <w:p>
      <w:pPr>
        <w:jc w:val="right"/>
      </w:pPr>
      <w:r>
        <w:t>وہ اسی، یعنی اگلی تہذیب کا خواب ہے، وہ جو جس کو میں نے الٰہی تہذیب</w:t>
      </w:r>
    </w:p>
    <w:p>
      <w:r>
        <w:rPr>
          <w:b/>
        </w:rPr>
        <w:t xml:space="preserve">[38:54] </w:t>
      </w:r>
      <w:r>
        <w:t>kaha.</w:t>
      </w:r>
    </w:p>
    <w:p>
      <w:pPr>
        <w:jc w:val="right"/>
      </w:pPr>
      <w:r>
        <w:t>کہا۔</w:t>
      </w:r>
    </w:p>
    <w:p>
      <w:r>
        <w:rPr>
          <w:b/>
        </w:rPr>
        <w:t xml:space="preserve">[39:02] </w:t>
      </w:r>
      <w:r>
        <w:t>to qayamat aakhri, woh aakhri nuqta hoga jahan keh yeh yeh yeh jo hai, yeh safar khatm ho jayega.</w:t>
      </w:r>
    </w:p>
    <w:p>
      <w:pPr>
        <w:jc w:val="right"/>
      </w:pPr>
      <w:r>
        <w:t>تو قیامت آخری، وہ آخری نقطہ ہوگا جہاں کہ یہ یہ یہ جو ہے، یہ سفر ختم ہو جائے گا۔</w:t>
      </w:r>
    </w:p>
    <w:p>
      <w:r>
        <w:rPr>
          <w:b/>
        </w:rPr>
        <w:t xml:space="preserve">[39:10] </w:t>
      </w:r>
      <w:r>
        <w:t>yani insani tehzeeb ka safar khatm, ab doosra safar shuru.</w:t>
      </w:r>
    </w:p>
    <w:p>
      <w:pPr>
        <w:jc w:val="right"/>
      </w:pPr>
      <w:r>
        <w:t>یعنی انسانی تہذیب کا سفر ختم، اب دوسرا سفر شروع۔</w:t>
      </w:r>
    </w:p>
    <w:p>
      <w:r>
        <w:rPr>
          <w:b/>
        </w:rPr>
        <w:t xml:space="preserve">[39:19] </w:t>
      </w:r>
      <w:r>
        <w:t>woh safar jo jannat hogi, firdous hogi, baikund hogi aur jannat hogi.</w:t>
      </w:r>
    </w:p>
    <w:p>
      <w:pPr>
        <w:jc w:val="right"/>
      </w:pPr>
      <w:r>
        <w:t>وہ سفر جو جنت ہوگی، فردوس ہوگی، بیکونڈ ہوگی اور جنت ہوگی۔</w:t>
      </w:r>
    </w:p>
    <w:p>
      <w:r>
        <w:rPr>
          <w:b/>
        </w:rPr>
        <w:t xml:space="preserve">[39:27] </w:t>
      </w:r>
      <w:r>
        <w:t>to insaan, aap jante hain keh sab se zyada insaan jo chahta hai, sab se bari khwahish hai</w:t>
      </w:r>
    </w:p>
    <w:p>
      <w:pPr>
        <w:jc w:val="right"/>
      </w:pPr>
      <w:r>
        <w:t>تو انسان، آپ جانتے ہیں کہ سب سے زیادہ انسان جو چاہتا ہے، سب سے بڑی خواہش ہے</w:t>
      </w:r>
    </w:p>
    <w:p>
      <w:r>
        <w:rPr>
          <w:b/>
        </w:rPr>
        <w:t xml:space="preserve">[39:32] </w:t>
      </w:r>
      <w:r>
        <w:t>keh is ko poora poora poora amal mile.</w:t>
      </w:r>
    </w:p>
    <w:p>
      <w:pPr>
        <w:jc w:val="right"/>
      </w:pPr>
      <w:r>
        <w:t>کہ اس کو پورا پورا پورا عمل ملے۔</w:t>
      </w:r>
    </w:p>
    <w:p>
      <w:r>
        <w:rPr>
          <w:b/>
        </w:rPr>
        <w:t xml:space="preserve">[39:36] </w:t>
      </w:r>
      <w:r>
        <w:t>lekin dunya mein mile nahi pata.</w:t>
      </w:r>
    </w:p>
    <w:p>
      <w:pPr>
        <w:jc w:val="right"/>
      </w:pPr>
      <w:r>
        <w:t>لیکن دنیا میں مل نہیں پاتا۔</w:t>
      </w:r>
    </w:p>
    <w:p>
      <w:r>
        <w:rPr>
          <w:b/>
        </w:rPr>
        <w:t xml:space="preserve">[39:41] </w:t>
      </w:r>
      <w:r>
        <w:t>kisi bhi insaan ko, chahe woh badshah ho, chahe bohat bara ameer aadmi ho, kuch bhi ho, is</w:t>
      </w:r>
    </w:p>
    <w:p>
      <w:pPr>
        <w:jc w:val="right"/>
      </w:pPr>
      <w:r>
        <w:t>کسی بھی انسان کو، چاہے وہ بادشاہ ہو، چاہے بہت بڑا امیر آدمی ہو، کچھ بھی ہو، اس</w:t>
      </w:r>
    </w:p>
    <w:p>
      <w:r>
        <w:rPr>
          <w:b/>
        </w:rPr>
        <w:t xml:space="preserve">[39:46] </w:t>
      </w:r>
      <w:r>
        <w:t>ko poora amal milta nahi.</w:t>
      </w:r>
    </w:p>
    <w:p>
      <w:pPr>
        <w:jc w:val="right"/>
      </w:pPr>
      <w:r>
        <w:t>کو پورا عمل ملتا نہیں۔</w:t>
      </w:r>
    </w:p>
    <w:p>
      <w:r>
        <w:rPr>
          <w:b/>
        </w:rPr>
        <w:t xml:space="preserve">[39:50] </w:t>
      </w:r>
      <w:r>
        <w:t>har aadmi is khwahish ko le kar mar jata hai, is is khwahish ko le kar mar jata</w:t>
      </w:r>
    </w:p>
    <w:p>
      <w:pPr>
        <w:jc w:val="right"/>
      </w:pPr>
      <w:r>
        <w:t>ہر آدمی اس خواہش کو لے کر مر جاتا ہے، اس اس خواہش کو لے کر مر جاتا</w:t>
      </w:r>
    </w:p>
    <w:p>
      <w:r>
        <w:rPr>
          <w:b/>
        </w:rPr>
        <w:t xml:space="preserve">[39:55] </w:t>
      </w:r>
      <w:r>
        <w:t>hai keh mujhe poora amal mile.</w:t>
      </w:r>
    </w:p>
    <w:p>
      <w:pPr>
        <w:jc w:val="right"/>
      </w:pPr>
      <w:r>
        <w:t>ہے کہ مجھے پورا عمل ملے۔</w:t>
      </w:r>
    </w:p>
    <w:p>
      <w:r>
        <w:rPr>
          <w:b/>
        </w:rPr>
        <w:t xml:space="preserve">[40:00] </w:t>
      </w:r>
      <w:r>
        <w:t>is dunya mein poora amal milega insaan ko, lehaz-e-khwahish, lehaz-e-zehni sargermi, lehaz-e-daryaft, har aitbaar</w:t>
      </w:r>
    </w:p>
    <w:p>
      <w:pPr>
        <w:jc w:val="right"/>
      </w:pPr>
      <w:r>
        <w:t>اس دنیا میں پورا عمل ملے گا انسان کو، لحاظِ خواہش، لحاظِ ذہنی سرگرمی، لحاظِ دریافت، ہر اعتبار</w:t>
      </w:r>
    </w:p>
    <w:p>
      <w:r>
        <w:rPr>
          <w:b/>
        </w:rPr>
        <w:t xml:space="preserve">[40:07] </w:t>
      </w:r>
      <w:r>
        <w:t>se woh amal milega is ko.</w:t>
      </w:r>
    </w:p>
    <w:p>
      <w:pPr>
        <w:jc w:val="right"/>
      </w:pPr>
      <w:r>
        <w:t>سے وہ عمل ملے گا اس کو۔</w:t>
      </w:r>
    </w:p>
    <w:p>
      <w:r>
        <w:rPr>
          <w:b/>
        </w:rPr>
        <w:t xml:space="preserve">[40:15] </w:t>
      </w:r>
      <w:r>
        <w:t>to woh aik amal chalega ilahi tehzeeb banane ka.</w:t>
      </w:r>
    </w:p>
    <w:p>
      <w:pPr>
        <w:jc w:val="right"/>
      </w:pPr>
      <w:r>
        <w:t>تو وہ ایک عمل چلے گا الٰہی تہذیب بنانے کا۔</w:t>
      </w:r>
    </w:p>
    <w:p>
      <w:r>
        <w:rPr>
          <w:b/>
        </w:rPr>
        <w:t xml:space="preserve">[40:22] </w:t>
      </w:r>
      <w:r>
        <w:t>aisa nahi keh jannat koi aik aik aik mahal hai, hoorein baithi hui hain,</w:t>
      </w:r>
    </w:p>
    <w:p>
      <w:pPr>
        <w:jc w:val="right"/>
      </w:pPr>
      <w:r>
        <w:t>ایسا نہیں کہ جنت کوئی ایک ایک ایک محل ہے، حوریں بیٹھی ہوئی ہیں،</w:t>
      </w:r>
    </w:p>
    <w:p>
      <w:r>
        <w:rPr>
          <w:b/>
        </w:rPr>
        <w:t xml:space="preserve">[40:30] </w:t>
      </w:r>
      <w:r>
        <w:t>darwaza khol diya gaya, aap is mein chale gaye aur aur bas aish kar rahe hain.</w:t>
      </w:r>
    </w:p>
    <w:p>
      <w:pPr>
        <w:jc w:val="right"/>
      </w:pPr>
      <w:r>
        <w:t>دروازہ کھول دیا گیا، آپ اس میں چلے گئے اور اور بس عیش کر رہے ہیں۔</w:t>
      </w:r>
    </w:p>
    <w:p>
      <w:r>
        <w:rPr>
          <w:b/>
        </w:rPr>
        <w:t xml:space="preserve">[40:38] </w:t>
      </w:r>
      <w:r>
        <w:t>yeh jannat ko kam az kam karna hai, yeh Khuda ko kam az kam karna hai.</w:t>
      </w:r>
    </w:p>
    <w:p>
      <w:pPr>
        <w:jc w:val="right"/>
      </w:pPr>
      <w:r>
        <w:t>یہ جنت کو کم از کم کرنا ہے، یہ خدا کو کم از کم کرنا ہے۔</w:t>
      </w:r>
    </w:p>
    <w:p>
      <w:r>
        <w:rPr>
          <w:b/>
        </w:rPr>
        <w:t xml:space="preserve">[40:47] </w:t>
      </w:r>
      <w:r>
        <w:t>Khuda ke, Khuda ka jo creation plan hai, us ko kam az kam karna hai.</w:t>
      </w:r>
    </w:p>
    <w:p>
      <w:pPr>
        <w:jc w:val="right"/>
      </w:pPr>
      <w:r>
        <w:t>خدا کے، خدا کا جو کریشن پلان ہے، اس کو کم از کم کرنا ہے۔</w:t>
      </w:r>
    </w:p>
    <w:p>
      <w:r>
        <w:rPr>
          <w:b/>
        </w:rPr>
        <w:t xml:space="preserve">[40:55] </w:t>
      </w:r>
      <w:r>
        <w:t>insaan to chahta hai aik aik la-mehud cheez, aur Khuda us ko mehud cheez de dega.</w:t>
      </w:r>
    </w:p>
    <w:p>
      <w:pPr>
        <w:jc w:val="right"/>
      </w:pPr>
      <w:r>
        <w:t>انسان تو چاہتا ہے ایک ایک لامحدود چیز، اور خدا اس کو محدود چیز دے دے گا۔</w:t>
      </w:r>
    </w:p>
    <w:p>
      <w:r>
        <w:rPr>
          <w:b/>
        </w:rPr>
        <w:t xml:space="preserve">[41:03] </w:t>
      </w:r>
      <w:r>
        <w:t>to jannat ka yeh tasawwur jo hai, mujhe bohat hi bohat hi kam dikhai deta hai.</w:t>
      </w:r>
    </w:p>
    <w:p>
      <w:pPr>
        <w:jc w:val="right"/>
      </w:pPr>
      <w:r>
        <w:t>تو جنت کا یہ تصور جو ہے، مجھے بہت ہی بہت ہی کم دکھائی دیتا ہے۔</w:t>
      </w:r>
    </w:p>
    <w:p>
      <w:r>
        <w:rPr>
          <w:b/>
        </w:rPr>
        <w:t xml:space="preserve">[41:09] </w:t>
      </w:r>
      <w:r>
        <w:t>aik bohat khoobsurat mahal hai, is mein hoorein baithi hui hain aur khoob khane hain, ja ke khaiye</w:t>
      </w:r>
    </w:p>
    <w:p>
      <w:pPr>
        <w:jc w:val="right"/>
      </w:pPr>
      <w:r>
        <w:t>ایک بہت خوبصورت محل ہے، اس میں حوریں بیٹھی ہوئی ہیں اور خوب کھانے ہیں، جا کے کھائیے</w:t>
      </w:r>
    </w:p>
    <w:p>
      <w:r>
        <w:rPr>
          <w:b/>
        </w:rPr>
        <w:t xml:space="preserve">[41:14] </w:t>
      </w:r>
      <w:r>
        <w:t>aur aur wahan rahiye.</w:t>
      </w:r>
    </w:p>
    <w:p>
      <w:pPr>
        <w:jc w:val="right"/>
      </w:pPr>
      <w:r>
        <w:t>اور اور وہاں رہیے۔</w:t>
      </w:r>
    </w:p>
    <w:p>
      <w:r>
        <w:rPr>
          <w:b/>
        </w:rPr>
        <w:t xml:space="preserve">[41:19] </w:t>
      </w:r>
      <w:r>
        <w:t>nahi, aisa nahi hai.</w:t>
      </w:r>
    </w:p>
    <w:p>
      <w:pPr>
        <w:jc w:val="right"/>
      </w:pPr>
      <w:r>
        <w:t>نہیں، ایسا نہیں ہے۔</w:t>
      </w:r>
    </w:p>
    <w:p>
      <w:r>
        <w:rPr>
          <w:b/>
        </w:rPr>
        <w:t xml:space="preserve">[41:24] </w:t>
      </w:r>
      <w:r>
        <w:t>woh sab bhi hai, yani woh sab bhi wahan hoga, lekin is se zyada bari baat yeh hai</w:t>
      </w:r>
    </w:p>
    <w:p>
      <w:pPr>
        <w:jc w:val="right"/>
      </w:pPr>
      <w:r>
        <w:t>وہ سب بھی ہے، یعنی وہ سب بھی وہاں ہوگا، لیکن اس سے زیادہ بڑی بات یہ ہے</w:t>
      </w:r>
    </w:p>
    <w:p>
      <w:r>
        <w:rPr>
          <w:b/>
        </w:rPr>
        <w:t xml:space="preserve">[41:30] </w:t>
      </w:r>
      <w:r>
        <w:t>keh wahan par aik aik amal naya chalega, aik naya amal.</w:t>
      </w:r>
    </w:p>
    <w:p>
      <w:pPr>
        <w:jc w:val="right"/>
      </w:pPr>
      <w:r>
        <w:t>کہ وہاں پر ایک ایک عمل نیا چلے گا، ایک نیا عمل۔</w:t>
      </w:r>
    </w:p>
    <w:p>
      <w:r>
        <w:rPr>
          <w:b/>
        </w:rPr>
        <w:t xml:space="preserve">[41:35] </w:t>
      </w:r>
      <w:r>
        <w:t>jaise aap dunya mein amal chala hai, is ko mein misaal deta hoon, woh kaise chala yeh. yeh kaha jata hai ke bohat pehle, yaani pathar ke daur mein, do aadmi aapas mein ghussa ho gaye aur ek doosre ko pathar mara unhon ne. to ek baar aisa hua ke pathar takra gaya. jab takra gaya to is mein chithak hui. to unhon ne socha ke bhai yeh kya cheez hai? dono baith gaye is is is is ko dekhne ke liye ke is</w:t>
      </w:r>
    </w:p>
    <w:p>
      <w:pPr>
        <w:jc w:val="right"/>
      </w:pPr>
      <w:r>
        <w:t>جیسے آپ دنیا میں عمل چلا ہے، اس کو میں مثال دیتا ہوں، وہ کیسے چلا یہ۔ یہ کہا جاتا ہے کہ بہت پہلے، یعنی پتھر کے دور میں، دو آدمی آپس میں غصہ ہوگئے اور ایک دوسرے کو پتھر مارا انہوں نے۔ تو ایک بار ایسا ہوا کہ پتھر ٹکرا گیا۔ جب ٹکرا گیا تو اس میں چٹخ ہوئی۔ تو انہوں نے سوچا کہ بھئی یہ کیا چیز ہے؟ دونوں بیٹھ گئے اس اس اس اس کو دیکھنے کے لئے کہ اس</w:t>
      </w:r>
    </w:p>
    <w:p>
      <w:r>
        <w:rPr>
          <w:b/>
        </w:rPr>
        <w:t xml:space="preserve">[42:05] </w:t>
      </w:r>
      <w:r>
        <w:t>se kiya hua.</w:t>
      </w:r>
    </w:p>
    <w:p>
      <w:pPr>
        <w:jc w:val="right"/>
      </w:pPr>
      <w:r>
        <w:t>سے کیا ہوا۔</w:t>
      </w:r>
    </w:p>
    <w:p>
      <w:r>
        <w:rPr>
          <w:b/>
        </w:rPr>
        <w:t xml:space="preserve">[42:10] </w:t>
      </w:r>
      <w:r>
        <w:t>ab nai soch shuru hui, nai soch shuru hui.</w:t>
      </w:r>
    </w:p>
    <w:p>
      <w:pPr>
        <w:jc w:val="right"/>
      </w:pPr>
      <w:r>
        <w:t>اب نئی سوچ شروع ہوئی، نئی سوچ شروع ہوئی۔</w:t>
      </w:r>
    </w:p>
    <w:p>
      <w:r>
        <w:rPr>
          <w:b/>
        </w:rPr>
        <w:t xml:space="preserve">[42:15] </w:t>
      </w:r>
      <w:r>
        <w:t>chutkh kyon hui? do do is ke takrane se.</w:t>
      </w:r>
    </w:p>
    <w:p>
      <w:pPr>
        <w:jc w:val="right"/>
      </w:pPr>
      <w:r>
        <w:t>چٹخ کیوں ہوئی؟ دو دو اس کے ٹکرانے سے۔</w:t>
      </w:r>
    </w:p>
    <w:p>
      <w:r>
        <w:rPr>
          <w:b/>
        </w:rPr>
        <w:t xml:space="preserve">[42:20] </w:t>
      </w:r>
      <w:r>
        <w:t>is se ek nai daryaft pahuncha insan.</w:t>
      </w:r>
    </w:p>
    <w:p>
      <w:pPr>
        <w:jc w:val="right"/>
      </w:pPr>
      <w:r>
        <w:t>اس سے ایک نئی دریافت پہنچا انسان۔</w:t>
      </w:r>
    </w:p>
    <w:p>
      <w:r>
        <w:rPr>
          <w:b/>
        </w:rPr>
        <w:t xml:space="preserve">[42:25] </w:t>
      </w:r>
      <w:r>
        <w:t>phir aap jante hain ke ek scientist ne dekha ke khana pak raha hai, is mein is mein</w:t>
      </w:r>
    </w:p>
    <w:p>
      <w:pPr>
        <w:jc w:val="right"/>
      </w:pPr>
      <w:r>
        <w:t>پھر آپ جانتے ہیں کہ ایک سائنسدان نے دیکھا کہ کھانا پک رہا ہے، اس میں اس میں</w:t>
      </w:r>
    </w:p>
    <w:p>
      <w:r>
        <w:rPr>
          <w:b/>
        </w:rPr>
        <w:t xml:space="preserve">[42:30] </w:t>
      </w:r>
      <w:r>
        <w:t>aur is ke upar dhakan rakha hua hai. to</w:t>
      </w:r>
    </w:p>
    <w:p>
      <w:pPr>
        <w:jc w:val="right"/>
      </w:pPr>
      <w:r>
        <w:t>اور اس کے اوپر ڈھکن رکھا ہوا ہے۔ تو</w:t>
      </w:r>
    </w:p>
    <w:p>
      <w:r>
        <w:rPr>
          <w:b/>
        </w:rPr>
        <w:t xml:space="preserve">[42:35] </w:t>
      </w:r>
      <w:r>
        <w:t>jab ubalte ubalte so degree par aaya is ka darja حرارت, to woh dhakan ubal gaya. yahan use sochna shuru kiya ke ubla kyun? ab yeh ek nai daryaft shuru hui, ek amal. to jab chithak hui thi pathar mein, tab soch ke ek naye nazariye se shuru hua aur aage tak pohncha phir woh. phir jo bhap se</w:t>
      </w:r>
    </w:p>
    <w:p>
      <w:pPr>
        <w:jc w:val="right"/>
      </w:pPr>
      <w:r>
        <w:t>جب ابلتے ابلتے سو ڈگری پر آیا اس کا درجہ حرارت، تو وہ ڈھکن ابل گیا۔ یہاں اسے سوچنا شروع کیا کہ ابلہ کیوں؟ اب یہ ایک نئی دریافت شروع ہوئی، ایک عمل۔ تو جب چٹخ ہوئی تھی پتھر میں، تب سوچ کے ایک نئے نظریے سے شروع ہوا اور آگے تک پہنچا پھر وہ۔ پھر جو بھاپ سے</w:t>
      </w:r>
    </w:p>
    <w:p>
      <w:r>
        <w:rPr>
          <w:b/>
        </w:rPr>
        <w:t xml:space="preserve">[43:05] </w:t>
      </w:r>
      <w:r>
        <w:t>jo yeh mazhar samne aaya, is ki daryaft shuru hui.</w:t>
      </w:r>
    </w:p>
    <w:p>
      <w:pPr>
        <w:jc w:val="right"/>
      </w:pPr>
      <w:r>
        <w:t>جو یہ مظہر سامنے آیا، اس کی دریافت شروع ہوا۔</w:t>
      </w:r>
    </w:p>
    <w:p>
      <w:r>
        <w:rPr>
          <w:b/>
        </w:rPr>
        <w:t xml:space="preserve">[43:09] </w:t>
      </w:r>
      <w:r>
        <w:t>is ki taqat insan ne daryaft kiya.</w:t>
      </w:r>
    </w:p>
    <w:p>
      <w:pPr>
        <w:jc w:val="right"/>
      </w:pPr>
      <w:r>
        <w:t>اس کی طاقت انسان نے دریافت کیا۔</w:t>
      </w:r>
    </w:p>
    <w:p>
      <w:r>
        <w:rPr>
          <w:b/>
        </w:rPr>
        <w:t xml:space="preserve">[43:13] </w:t>
      </w:r>
      <w:r>
        <w:t>phir aap dekhte hain ke newton, mashhoor qissa hai ke newton ne dekha ke woh peed ke upar</w:t>
      </w:r>
    </w:p>
    <w:p>
      <w:pPr>
        <w:jc w:val="right"/>
      </w:pPr>
      <w:r>
        <w:t>پھر آپ دیکھتے ہیں کہ نیوٹن، مشہور قصہ ہے کہ نیوٹن نے دیکھا کہ وہ پیڑ کے اوپر</w:t>
      </w:r>
    </w:p>
    <w:p>
      <w:r>
        <w:rPr>
          <w:b/>
        </w:rPr>
        <w:t xml:space="preserve">[43:18] </w:t>
      </w:r>
      <w:r>
        <w:t>se saib gira.</w:t>
      </w:r>
    </w:p>
    <w:p>
      <w:pPr>
        <w:jc w:val="right"/>
      </w:pPr>
      <w:r>
        <w:t>سے سیب گرا۔</w:t>
      </w:r>
    </w:p>
    <w:p>
      <w:r>
        <w:rPr>
          <w:b/>
        </w:rPr>
        <w:t xml:space="preserve">[43:22] </w:t>
      </w:r>
      <w:r>
        <w:t>to sochne laga ke phir niche kyon aaya, upar kyon nahi gaya? ab ek naya amal shuru hua.</w:t>
      </w:r>
    </w:p>
    <w:p>
      <w:pPr>
        <w:jc w:val="right"/>
      </w:pPr>
      <w:r>
        <w:t>تو سوچنے لگا کہ پھر نیچے کیوں آیا، اوپر کیوں نہیں گیا؟ اب ایک نیا عمل شروع ہوا۔</w:t>
      </w:r>
    </w:p>
    <w:p>
      <w:r>
        <w:rPr>
          <w:b/>
        </w:rPr>
        <w:t xml:space="preserve">[43:26] </w:t>
      </w:r>
      <w:r>
        <w:t>aisa ek lamba amal hai jis ke jis ka jis ko hum kehte hain insani tehzeeb.</w:t>
      </w:r>
    </w:p>
    <w:p>
      <w:pPr>
        <w:jc w:val="right"/>
      </w:pPr>
      <w:r>
        <w:t>ایسا ایک لمبا عمل ہے جس کے جس کا جس کو ہم کہتے ہیں انسانی تہذیب۔</w:t>
      </w:r>
    </w:p>
    <w:p>
      <w:r>
        <w:rPr>
          <w:b/>
        </w:rPr>
        <w:t xml:space="preserve">[43:31] </w:t>
      </w:r>
      <w:r>
        <w:t>achanak nahi ho gaya, koi bhi baat</w:t>
      </w:r>
    </w:p>
    <w:p>
      <w:pPr>
        <w:jc w:val="right"/>
      </w:pPr>
      <w:r>
        <w:t>اچانک نہیں ہوگیا، کوئی بھی بات</w:t>
      </w:r>
    </w:p>
    <w:p>
      <w:r>
        <w:rPr>
          <w:b/>
        </w:rPr>
        <w:t xml:space="preserve">[43:35] </w:t>
      </w:r>
      <w:r>
        <w:t>achanak nahi hui.</w:t>
      </w:r>
    </w:p>
    <w:p>
      <w:pPr>
        <w:jc w:val="right"/>
      </w:pPr>
      <w:r>
        <w:t>اچانک نہیں ہوئی۔</w:t>
      </w:r>
    </w:p>
    <w:p>
      <w:r>
        <w:rPr>
          <w:b/>
        </w:rPr>
        <w:t xml:space="preserve">[43:39] </w:t>
      </w:r>
      <w:r>
        <w:t>na hua aaja, achanak bana, na motor aaja, achanak bana.</w:t>
      </w:r>
    </w:p>
    <w:p>
      <w:pPr>
        <w:jc w:val="right"/>
      </w:pPr>
      <w:r>
        <w:t>نہ ہوا آجا، اچانک بنا، نہ موٹر آجا، اچانک بنا۔</w:t>
      </w:r>
    </w:p>
    <w:p>
      <w:r>
        <w:rPr>
          <w:b/>
        </w:rPr>
        <w:t xml:space="preserve">[43:44] </w:t>
      </w:r>
      <w:r>
        <w:t>na printing press achanak bana, na koi kitaab achanak chhap gayi.</w:t>
      </w:r>
    </w:p>
    <w:p>
      <w:pPr>
        <w:jc w:val="right"/>
      </w:pPr>
      <w:r>
        <w:t>نہ پرنٹنگ پریس اچانک بنا، نہ کوئی کتاب اچانک چھپ گئی۔</w:t>
      </w:r>
    </w:p>
    <w:p>
      <w:r>
        <w:rPr>
          <w:b/>
        </w:rPr>
        <w:t xml:space="preserve">[43:48] </w:t>
      </w:r>
      <w:r>
        <w:t>ek lambe amal ke baad yeh sab hua.</w:t>
      </w:r>
    </w:p>
    <w:p>
      <w:pPr>
        <w:jc w:val="right"/>
      </w:pPr>
      <w:r>
        <w:t>ایک لمبے عمل کے بعد یہ سب ہوا۔</w:t>
      </w:r>
    </w:p>
    <w:p>
      <w:r>
        <w:rPr>
          <w:b/>
        </w:rPr>
        <w:t xml:space="preserve">[43:52] </w:t>
      </w:r>
      <w:r>
        <w:t>yahi amal zyada bade paimane par akhirat mein hoga.</w:t>
      </w:r>
    </w:p>
    <w:p>
      <w:pPr>
        <w:jc w:val="right"/>
      </w:pPr>
      <w:r>
        <w:t>یہی عمل زیادہ بڑے پیمانے پر آخرت میں ہوگا۔</w:t>
      </w:r>
    </w:p>
    <w:p>
      <w:r>
        <w:rPr>
          <w:b/>
        </w:rPr>
        <w:t xml:space="preserve">[43:57] </w:t>
      </w:r>
      <w:r>
        <w:t>ek nai dunya insan daryaft karega.</w:t>
      </w:r>
    </w:p>
    <w:p>
      <w:pPr>
        <w:jc w:val="right"/>
      </w:pPr>
      <w:r>
        <w:t>ایک نئی دنیا انسان دریافت کرے گا۔</w:t>
      </w:r>
    </w:p>
    <w:p>
      <w:r>
        <w:rPr>
          <w:b/>
        </w:rPr>
        <w:t xml:space="preserve">[44:01] </w:t>
      </w:r>
      <w:r>
        <w:t>zyada behtar dunya. zyada</w:t>
      </w:r>
    </w:p>
    <w:p>
      <w:pPr>
        <w:jc w:val="right"/>
      </w:pPr>
      <w:r>
        <w:t>زیادہ بہتر دنیا۔ زیادہ</w:t>
      </w:r>
    </w:p>
    <w:p>
      <w:r>
        <w:rPr>
          <w:b/>
        </w:rPr>
        <w:t xml:space="preserve">[44:05] </w:t>
      </w:r>
      <w:r>
        <w:t>khushi bhari dunya.</w:t>
      </w:r>
    </w:p>
    <w:p>
      <w:pPr>
        <w:jc w:val="right"/>
      </w:pPr>
      <w:r>
        <w:t>خوشی بھری دنیا۔</w:t>
      </w:r>
    </w:p>
    <w:p>
      <w:r>
        <w:rPr>
          <w:b/>
        </w:rPr>
        <w:t xml:space="preserve">[44:10] </w:t>
      </w:r>
      <w:r>
        <w:t>is ka ishara yahi maujood dunya mein aap dekhte hain ke jahan insan ke potential abhi tak in</w:t>
      </w:r>
    </w:p>
    <w:p>
      <w:pPr>
        <w:jc w:val="right"/>
      </w:pPr>
      <w:r>
        <w:t>اس کا اشارہ یہی موجود دنیا میں آپ دیکھتے ہیں کہ جہاں انسان کے پوٹینشل ابھی تک ان</w:t>
      </w:r>
    </w:p>
    <w:p>
      <w:r>
        <w:rPr>
          <w:b/>
        </w:rPr>
        <w:t xml:space="preserve">[44:16] </w:t>
      </w:r>
      <w:r>
        <w:t>istemal pade hue hain.</w:t>
      </w:r>
    </w:p>
    <w:p>
      <w:pPr>
        <w:jc w:val="right"/>
      </w:pPr>
      <w:r>
        <w:t>استعمال پڑے ہوئے ہیں۔</w:t>
      </w:r>
    </w:p>
    <w:p>
      <w:r>
        <w:rPr>
          <w:b/>
        </w:rPr>
        <w:t xml:space="preserve">[44:21] </w:t>
      </w:r>
      <w:r>
        <w:t>kainati haqaiq jo hain, abhi tak undiscovered pade hue hain.</w:t>
      </w:r>
    </w:p>
    <w:p>
      <w:pPr>
        <w:jc w:val="right"/>
      </w:pPr>
      <w:r>
        <w:t>کائناتی حقائق جو ہیں، ابھی تک ان ڈسکورڈ پڑی ہوئی ہیں۔</w:t>
      </w:r>
    </w:p>
    <w:p>
      <w:r>
        <w:rPr>
          <w:b/>
        </w:rPr>
        <w:t xml:space="preserve">[44:26] </w:t>
      </w:r>
      <w:r>
        <w:t>yeh dono baatein to abhi aap jaan, abhi aap ko maloom ho chuki hain.</w:t>
      </w:r>
    </w:p>
    <w:p>
      <w:pPr>
        <w:jc w:val="right"/>
      </w:pPr>
      <w:r>
        <w:t>یہ دونوں باتیں تو ابھی آپ جان، ابھی آپ کو معلوم ہو چکی ہیں۔</w:t>
      </w:r>
    </w:p>
    <w:p>
      <w:r>
        <w:rPr>
          <w:b/>
        </w:rPr>
        <w:t xml:space="preserve">[44:31] </w:t>
      </w:r>
      <w:r>
        <w:t>yeh baatein koi qiyas arai nahi hain, yeh scientific haqaiq hain.</w:t>
      </w:r>
    </w:p>
    <w:p>
      <w:pPr>
        <w:jc w:val="right"/>
      </w:pPr>
      <w:r>
        <w:t>یہ باتیں کوئی قیاس آرائی نہیں ہیں، یہ سائنسی حقائق ہیں۔</w:t>
      </w:r>
    </w:p>
    <w:p>
      <w:r>
        <w:rPr>
          <w:b/>
        </w:rPr>
        <w:t xml:space="preserve">[44:36] </w:t>
      </w:r>
      <w:r>
        <w:t>scientific haqaiq hain yeh.</w:t>
      </w:r>
    </w:p>
    <w:p>
      <w:pPr>
        <w:jc w:val="right"/>
      </w:pPr>
      <w:r>
        <w:t>سائنسی حقائق ہیں یہ۔</w:t>
      </w:r>
    </w:p>
    <w:p>
      <w:r>
        <w:rPr>
          <w:b/>
        </w:rPr>
        <w:t xml:space="preserve">[44:40] </w:t>
      </w:r>
      <w:r>
        <w:t>aaj hi hum jaan chuke hain ke insaan ka jo potential hai, itna zyada hai, abhi tak woh</w:t>
      </w:r>
    </w:p>
    <w:p>
      <w:pPr>
        <w:jc w:val="right"/>
      </w:pPr>
      <w:r>
        <w:t>آج ہی ہم جان چکے ہیں کہ انسان کا جو پوٹینشل ہے، اتنا زیادہ ہے، ابھی تک وہ</w:t>
      </w:r>
    </w:p>
    <w:p>
      <w:r>
        <w:rPr>
          <w:b/>
        </w:rPr>
        <w:t xml:space="preserve">[44:45] </w:t>
      </w:r>
      <w:r>
        <w:t>un istemal pada hua hai.</w:t>
      </w:r>
    </w:p>
    <w:p>
      <w:pPr>
        <w:jc w:val="right"/>
      </w:pPr>
      <w:r>
        <w:t>ان استعمال پڑا ہوا ہے۔</w:t>
      </w:r>
    </w:p>
    <w:p>
      <w:r>
        <w:rPr>
          <w:b/>
        </w:rPr>
        <w:t xml:space="preserve">[44:49] </w:t>
      </w:r>
      <w:r>
        <w:t>woh toh kahin toh isko milna chahiye istemal.</w:t>
      </w:r>
    </w:p>
    <w:p>
      <w:pPr>
        <w:jc w:val="right"/>
      </w:pPr>
      <w:r>
        <w:t>وہ تو کہیں تو اس کو ملنا چاہیے استعمال۔</w:t>
      </w:r>
    </w:p>
    <w:p>
      <w:r>
        <w:rPr>
          <w:b/>
        </w:rPr>
        <w:t xml:space="preserve">[44:54] </w:t>
      </w:r>
      <w:r>
        <w:t>aise hi abhi hum jaan chuke hain ke kainaati haqaiq bohat zyada hain, bohat zyada, bohat zyada hain.</w:t>
      </w:r>
    </w:p>
    <w:p>
      <w:pPr>
        <w:jc w:val="right"/>
      </w:pPr>
      <w:r>
        <w:t>ایسے ہی ابھی ہم جان چکے ہیں کہ کائناتی حقائق بہت زیادہ ہیں، بہت زیادہ، بہت زیادہ ہیں۔</w:t>
      </w:r>
    </w:p>
    <w:p>
      <w:r>
        <w:rPr>
          <w:b/>
        </w:rPr>
        <w:t xml:space="preserve">[44:58] </w:t>
      </w:r>
      <w:r>
        <w:t>toh kahin toh isko daryaft hona chahiye.</w:t>
      </w:r>
    </w:p>
    <w:p>
      <w:pPr>
        <w:jc w:val="right"/>
      </w:pPr>
      <w:r>
        <w:t>تو کہیں تو اس کو دریافت ہونا چاہیے۔</w:t>
      </w:r>
    </w:p>
    <w:p>
      <w:r>
        <w:rPr>
          <w:b/>
        </w:rPr>
        <w:t xml:space="preserve">[45:02] </w:t>
      </w:r>
      <w:r>
        <w:t>toh aaj ki duniya jo hai, jo</w:t>
      </w:r>
    </w:p>
    <w:p>
      <w:pPr>
        <w:jc w:val="right"/>
      </w:pPr>
      <w:r>
        <w:t>تو آج کی دنیا جو ہے، جو</w:t>
      </w:r>
    </w:p>
    <w:p>
      <w:r>
        <w:rPr>
          <w:b/>
        </w:rPr>
        <w:t xml:space="preserve">[45:07] </w:t>
      </w:r>
      <w:r>
        <w:t>yaani jo akhirat se pehle ki dunya, yeh mehdood dunya hai. yahan par hum is na insaan ka poora potential istemal ho sakta, na sari kainaati haqaiq daryaft ho sakte. is ke liye ek aur dunya chahiye. ek ziyada bari dunya, ziyada barhe qism ke operators, ziyada aala qism ke durbin aur khurdbeen, ziyada barhe qism ke laboratory. aur sath sath yeh ke bohat hi aala darje ke muntakhib</w:t>
      </w:r>
    </w:p>
    <w:p>
      <w:pPr>
        <w:jc w:val="right"/>
      </w:pPr>
      <w:r>
        <w:t>یعنی جو آخرت سے پہلے کی دنیا، یہ محدود دنیا ہے۔ یہاں پر ہم اس نہ انسان کا پورا پوٹینشل استعمال ہو سکتا، نہ ساری کائناتی حقائق دریافت ہو سکتے۔ اس کے لئے ایک اور دنیا چاہیے۔ ایک زیادہ بڑی دنیا، زیادہ بڑے قسم کے آپریٹرز، زیادہ اعلیٰ قسم کے دوربین اور خردبین، زیادہ بڑے قسم کے لیبارٹری۔ اور ساتھ ساتھ یہ کہ بہت ہی اعلیٰ درجے کے منتخب</w:t>
      </w:r>
    </w:p>
    <w:p>
      <w:r>
        <w:rPr>
          <w:b/>
        </w:rPr>
        <w:t xml:space="preserve">[45:37] </w:t>
      </w:r>
      <w:r>
        <w:t>log.</w:t>
      </w:r>
    </w:p>
    <w:p>
      <w:pPr>
        <w:jc w:val="right"/>
      </w:pPr>
      <w:r>
        <w:t>لوگ۔</w:t>
      </w:r>
    </w:p>
    <w:p>
      <w:r>
        <w:rPr>
          <w:b/>
        </w:rPr>
        <w:t xml:space="preserve">[45:43] </w:t>
      </w:r>
      <w:r>
        <w:t>yahan kya hai ke dekhiye aap.</w:t>
      </w:r>
    </w:p>
    <w:p>
      <w:pPr>
        <w:jc w:val="right"/>
      </w:pPr>
      <w:r>
        <w:t>یہاں کیا ہے کہ دیکھئے آپ۔</w:t>
      </w:r>
    </w:p>
    <w:p>
      <w:r>
        <w:rPr>
          <w:b/>
        </w:rPr>
        <w:t xml:space="preserve">[45:49] </w:t>
      </w:r>
      <w:r>
        <w:t>ek aadmi ek banata hai ek ek bada adara, ek aadmi wahan bomb maar deta hai, sara chashma khatam.</w:t>
      </w:r>
    </w:p>
    <w:p>
      <w:pPr>
        <w:jc w:val="right"/>
      </w:pPr>
      <w:r>
        <w:t>ایک آدمی ایک بناتا ہے ایک ایک بڑا ادارہ، ایک آدمی وہاں بم مار دیتا ہے، سارا چشمہ ختم۔</w:t>
      </w:r>
    </w:p>
    <w:p>
      <w:r>
        <w:rPr>
          <w:b/>
        </w:rPr>
        <w:t xml:space="preserve">[45:55] </w:t>
      </w:r>
      <w:r>
        <w:t>ek aadmi koi kaam karta hai, koi aag goli maar deta hai, uski sari sara uska kaam khatam.</w:t>
      </w:r>
    </w:p>
    <w:p>
      <w:pPr>
        <w:jc w:val="right"/>
      </w:pPr>
      <w:r>
        <w:t>ایک آدمی کوئی کام کرتا ہے، کوئی آگ گولی مار دیتا ہے، اس کی ساری سارا اس کا کام ختم۔</w:t>
      </w:r>
    </w:p>
    <w:p>
      <w:r>
        <w:rPr>
          <w:b/>
        </w:rPr>
        <w:t xml:space="preserve">[46:01] </w:t>
      </w:r>
      <w:r>
        <w:t>toh duniya mein chuki aap jante hain ke do qism ke log hain.</w:t>
      </w:r>
    </w:p>
    <w:p>
      <w:pPr>
        <w:jc w:val="right"/>
      </w:pPr>
      <w:r>
        <w:t>تو دنیا میں چونکہ آپ جانتے ہیں کہ دو قسم کے لوگ ہیں۔</w:t>
      </w:r>
    </w:p>
    <w:p>
      <w:r>
        <w:rPr>
          <w:b/>
        </w:rPr>
        <w:t xml:space="preserve">[46:08] </w:t>
      </w:r>
      <w:r>
        <w:t>bible mein hai ke sharir kaate jayenge, jo sharir log hain, jo jo buray qism ke log hain, buray kirdaar wale hain. to bible mein buray kirdaar log kaat ke phenk diye jayenge. to achhe kirdaar ke log aur buray kirdaar ke log yahan mile hue hain. kuch kaam nahi karne dete. kuch kaam nahi karne dete. aaj se nahi, yeh shuru se chala aa raha hai ke buray kirdaar ke log</w:t>
      </w:r>
    </w:p>
    <w:p>
      <w:pPr>
        <w:jc w:val="right"/>
      </w:pPr>
      <w:r>
        <w:t>بائبل میں ہے کہ شریر کاٹے جائیں گے، جو شریر لوگ ہیں، جو جو بُرے قسم کے لوگ ہیں، بُرے کردار والے ہیں۔ تو بائبل میں بُرے کردار لوگ کاٹ کے پھینک دیئے جائیں گے۔ تو اچھے کردار کے لوگ اور بُرے کردار کے لوگ یہاں ملے ہوئے ہیں۔ کچھ کام نہیں کرنے دیتے۔ کچھ کام نہیں کرنے دیتے۔ آج سے نہیں، یہ شروع سے چلا آ رہا ہے کہ بُرے کردار کے لوگ</w:t>
      </w:r>
    </w:p>
    <w:p>
      <w:r>
        <w:rPr>
          <w:b/>
        </w:rPr>
        <w:t xml:space="preserve">[46:38] </w:t>
      </w:r>
      <w:r>
        <w:t>koi kaam nahi karne dete. har jagah, har baar process ko rok dete hain. har baar process ko rok dete hain. yeh aaj se nahi chal raha hai, hamesha se chal raha hai ke insaan kuch achhe log hain, achhe kirdaar wale, woh kuch kaam karna chahte hain. lekin sath sath buray kirdaar wale, woh kuch kaam nahi karne dete. koi gun marta hai, koi bomb marta hai, koi koi nuqsan paida karta hai. to bible mein wahi</w:t>
      </w:r>
    </w:p>
    <w:p>
      <w:pPr>
        <w:jc w:val="right"/>
      </w:pPr>
      <w:r>
        <w:t>کوئی کام نہیں کرنے دیتے۔ ہر جگہ، ہر بار پروسس کو روک دیتے ہیں۔ ہر بار پروسس کو روک دیتے ہیں۔ یہ آج سے نہیں چل رہا ہے، ہمیشہ سے چل رہا ہے کہ انسان کچھ اچھے لوگ ہیں، اچھے کردار والے، وہ کچھ کام کرنا چاہتے ہیں۔ لیکن ساتھ ساتھ برے کردار والے، وہ کچھ کام نہیں کرنے دیتے۔ کوئی گن مارتا ہے، کوئی بم مارتا ہے، کوئی کوئی نقصان پیدا کرتا ہے۔ تو بائبل میں وہی</w:t>
      </w:r>
    </w:p>
    <w:p>
      <w:r>
        <w:rPr>
          <w:b/>
        </w:rPr>
        <w:t xml:space="preserve">[47:08] </w:t>
      </w:r>
      <w:r>
        <w:t>baat, bible mein is tareeqe se kahi gayi hai ke bure kirdaar ke log chhanat kar alag kar</w:t>
      </w:r>
    </w:p>
    <w:p>
      <w:pPr>
        <w:jc w:val="right"/>
      </w:pPr>
      <w:r>
        <w:t>بات، بائبل میں اس طریقے سے کہی گئی ہے کہ بُرے کردار کے لوگ چھانٹ کر الگ کر</w:t>
      </w:r>
    </w:p>
    <w:p>
      <w:r>
        <w:rPr>
          <w:b/>
        </w:rPr>
        <w:t xml:space="preserve">[47:12] </w:t>
      </w:r>
      <w:r>
        <w:t>diye jayenge.</w:t>
      </w:r>
    </w:p>
    <w:p>
      <w:pPr>
        <w:jc w:val="right"/>
      </w:pPr>
      <w:r>
        <w:t>دیئے جائیں گے۔</w:t>
      </w:r>
    </w:p>
    <w:p>
      <w:r>
        <w:rPr>
          <w:b/>
        </w:rPr>
        <w:t xml:space="preserve">[47:16] </w:t>
      </w:r>
      <w:r>
        <w:t>quran mein bhi yahi baat hai, woh bhi.</w:t>
      </w:r>
    </w:p>
    <w:p>
      <w:pPr>
        <w:jc w:val="right"/>
      </w:pPr>
      <w:r>
        <w:t>قرآن میں بھی یہی بات ہے، وہ بھی۔</w:t>
      </w:r>
    </w:p>
    <w:p>
      <w:r>
        <w:rPr>
          <w:b/>
        </w:rPr>
        <w:t xml:space="preserve">[47:21] </w:t>
      </w:r>
      <w:r>
        <w:t>toh jab aisa hoga ke jo jo imandar log hain, jo achhe kirdaar wale log hain, jo nazm</w:t>
      </w:r>
    </w:p>
    <w:p>
      <w:pPr>
        <w:jc w:val="right"/>
      </w:pPr>
      <w:r>
        <w:t>تو جب ایسا ہوگا کہ جو جو ایماندار لوگ ہیں، جو اچھے کردار والے لوگ ہیں، جو نظم</w:t>
      </w:r>
    </w:p>
    <w:p>
      <w:r>
        <w:rPr>
          <w:b/>
        </w:rPr>
        <w:t xml:space="preserve">[47:25] </w:t>
      </w:r>
      <w:r>
        <w:t>o zabt wale log hain, jo sahi maano mein apni ilahi fitrat ko jinhone mehfooz rakha hai,</w:t>
      </w:r>
    </w:p>
    <w:p>
      <w:pPr>
        <w:jc w:val="right"/>
      </w:pPr>
      <w:r>
        <w:t>و ضبط والے لوگ ہیں، جو صحیح معنوں میں اپنی الٰہی فطرت کو جنہوں نے محفوظ رکھا ہے،</w:t>
      </w:r>
    </w:p>
    <w:p>
      <w:r>
        <w:rPr>
          <w:b/>
        </w:rPr>
        <w:t xml:space="preserve">[47:30] </w:t>
      </w:r>
      <w:r>
        <w:t>woh log hain, woh alag kar diye jayenge.</w:t>
      </w:r>
    </w:p>
    <w:p>
      <w:pPr>
        <w:jc w:val="right"/>
      </w:pPr>
      <w:r>
        <w:t>وہ لوگ ہیں، وہ الگ کر دیئے جائیں گے۔</w:t>
      </w:r>
    </w:p>
    <w:p>
      <w:r>
        <w:rPr>
          <w:b/>
        </w:rPr>
        <w:t xml:space="preserve">[47:34] </w:t>
      </w:r>
      <w:r>
        <w:t>aur woh log jo hain, jo bure kirdaar wale hain, isko chhanat diya jayega.</w:t>
      </w:r>
    </w:p>
    <w:p>
      <w:pPr>
        <w:jc w:val="right"/>
      </w:pPr>
      <w:r>
        <w:t>اور وہ لوگ جو ہیں، جو بُرے کردار والے ہیں، اس کو چھانٹ دیا جائے گا۔</w:t>
      </w:r>
    </w:p>
    <w:p>
      <w:r>
        <w:rPr>
          <w:b/>
        </w:rPr>
        <w:t xml:space="preserve">[47:38] </w:t>
      </w:r>
      <w:r>
        <w:t>un ko kone khane mein daal diya jayega. ek taraf yeh hoga. doosri taraf ek bari dunya samne hogi. yaani woh poora kainaat is ka is ka maidan ban jayega. aaj hamara maidan to yeh zameen hai. yeh maidan hamara zameen hai. us waqt poori poori kainaat hamari maidan hogi. woh</w:t>
      </w:r>
    </w:p>
    <w:p>
      <w:pPr>
        <w:jc w:val="right"/>
      </w:pPr>
      <w:r>
        <w:t>ان کو کونے خانے میں ڈال دیا جائے گا۔ ایک طرف یہ ہوگا۔ دوسری طرف ایک بڑی دنیا سامنے ہوگی۔ یعنی وہ پورا کائنات اس کا اس کا میدان بن جائے گا۔ آج ہمارا میدان تو یہ زمین ہے۔ یہ میدان ہمارا زمین ہے۔ اس وقت پوری پوری کائنات ہماری میدان ہوگی۔ وہ</w:t>
      </w:r>
    </w:p>
    <w:p>
      <w:r>
        <w:rPr>
          <w:b/>
        </w:rPr>
        <w:t xml:space="preserve">[48:08] </w:t>
      </w:r>
      <w:r>
        <w:t>aan aise mawaslaat honge ke poori poori kainaat mein aap apni tehqeeq chalayenge, apni sargarmiyan jaari karenge.</w:t>
      </w:r>
    </w:p>
    <w:p>
      <w:pPr>
        <w:jc w:val="right"/>
      </w:pPr>
      <w:r>
        <w:t>اں ایسے مواصلات ہوں گے کہ پوری پوری کائنات میں آپ اپنی تحقیق چلائیں گے، اپنی سرگرمیاں جاری کریں گے۔</w:t>
      </w:r>
    </w:p>
    <w:p>
      <w:r>
        <w:rPr>
          <w:b/>
        </w:rPr>
        <w:t xml:space="preserve">[48:14] </w:t>
      </w:r>
      <w:r>
        <w:t>aur bohat hi khushi bhare andaaz mein.</w:t>
      </w:r>
    </w:p>
    <w:p>
      <w:pPr>
        <w:jc w:val="right"/>
      </w:pPr>
      <w:r>
        <w:t>اور بہت ہی خوشی بھرے انداز میں۔</w:t>
      </w:r>
    </w:p>
    <w:p>
      <w:r>
        <w:rPr>
          <w:b/>
        </w:rPr>
        <w:t xml:space="preserve">[48:19] </w:t>
      </w:r>
      <w:r>
        <w:t>wahan koi hadsa nahi hoga.</w:t>
      </w:r>
    </w:p>
    <w:p>
      <w:pPr>
        <w:jc w:val="right"/>
      </w:pPr>
      <w:r>
        <w:t>وہاں کوئی حادثہ نہیں ہوگا۔</w:t>
      </w:r>
    </w:p>
    <w:p>
      <w:r>
        <w:rPr>
          <w:b/>
        </w:rPr>
        <w:t xml:space="preserve">[48:24] </w:t>
      </w:r>
      <w:r>
        <w:t>wahan koi manfi nuqta nahi hoga.</w:t>
      </w:r>
    </w:p>
    <w:p>
      <w:pPr>
        <w:jc w:val="right"/>
      </w:pPr>
      <w:r>
        <w:t>وہاں کوئی منفی نقطہ نہیں ہوگا۔</w:t>
      </w:r>
    </w:p>
    <w:p>
      <w:r>
        <w:rPr>
          <w:b/>
        </w:rPr>
        <w:t xml:space="preserve">[48:29] </w:t>
      </w:r>
      <w:r>
        <w:t>is ka ek sabab yeh hai ke wahan par jo saathi honge, aap ko kaam karne ke</w:t>
      </w:r>
    </w:p>
    <w:p>
      <w:pPr>
        <w:jc w:val="right"/>
      </w:pPr>
      <w:r>
        <w:t>اس کا ایک سبب یہ ہے کہ وہاں پر جو ساتھی ہوں گے، آپ کو کام کرنے کے</w:t>
      </w:r>
    </w:p>
    <w:p>
      <w:r>
        <w:rPr>
          <w:b/>
        </w:rPr>
        <w:t xml:space="preserve">[48:34] </w:t>
      </w:r>
      <w:r>
        <w:t>liye diye jayenge, woh farishte honge.</w:t>
      </w:r>
    </w:p>
    <w:p>
      <w:pPr>
        <w:jc w:val="right"/>
      </w:pPr>
      <w:r>
        <w:t>لئے دیئے جائیں گے، وہ فرشتے ہوں گے۔</w:t>
      </w:r>
    </w:p>
    <w:p>
      <w:r>
        <w:rPr>
          <w:b/>
        </w:rPr>
        <w:t xml:space="preserve">[48:39] </w:t>
      </w:r>
      <w:r>
        <w:t>Duniya mein aap ko jo saathi milte hain, woh yahi log hote hain.</w:t>
      </w:r>
    </w:p>
    <w:p>
      <w:pPr>
        <w:jc w:val="right"/>
      </w:pPr>
      <w:r>
        <w:t>دنیا میں آپ کو جو ساتھی ملتے ہیں، وہ یہی لوگ ہوتے ہیں۔</w:t>
      </w:r>
    </w:p>
    <w:p>
      <w:r>
        <w:rPr>
          <w:b/>
        </w:rPr>
        <w:t xml:space="preserve">[48:45] </w:t>
      </w:r>
      <w:r>
        <w:t>Farishte jo kamil log hain, ideal log hain.</w:t>
      </w:r>
    </w:p>
    <w:p>
      <w:pPr>
        <w:jc w:val="right"/>
      </w:pPr>
      <w:r>
        <w:t>فرشتے جو کامل لوگ ہیں، آئیڈیل لوگ ہیں۔</w:t>
      </w:r>
    </w:p>
    <w:p>
      <w:r>
        <w:rPr>
          <w:b/>
        </w:rPr>
        <w:t xml:space="preserve">[48:52] </w:t>
      </w:r>
      <w:r>
        <w:t>Yaani ideal yeh farishte jo hain, aap ke wahan par aap ke saathi honge, woh aap ke</w:t>
      </w:r>
    </w:p>
    <w:p>
      <w:pPr>
        <w:jc w:val="right"/>
      </w:pPr>
      <w:r>
        <w:t>یعنی آئیڈیل یہ فرشتے جو ہیں، آپ کے وہاں پر آپ کے ساتھی ہوں گے، وہ آپ کے</w:t>
      </w:r>
    </w:p>
    <w:p>
      <w:r>
        <w:rPr>
          <w:b/>
        </w:rPr>
        <w:t xml:space="preserve">[48:58] </w:t>
      </w:r>
      <w:r>
        <w:t>Aap ke hami honge.</w:t>
      </w:r>
    </w:p>
    <w:p>
      <w:pPr>
        <w:jc w:val="right"/>
      </w:pPr>
      <w:r>
        <w:t>آپ کے حامی ہوں گے۔</w:t>
      </w:r>
    </w:p>
    <w:p>
      <w:r>
        <w:rPr>
          <w:b/>
        </w:rPr>
        <w:t xml:space="preserve">[49:04] </w:t>
      </w:r>
      <w:r>
        <w:t>Toh farishton ke support se woh tehzeeb banayenge, achhe log.</w:t>
      </w:r>
    </w:p>
    <w:p>
      <w:pPr>
        <w:jc w:val="right"/>
      </w:pPr>
      <w:r>
        <w:t>تو فرشتوں کے سپورٹ سے وہ تہذیب بنائیں گے، اچھے لوگ۔</w:t>
      </w:r>
    </w:p>
    <w:p>
      <w:r>
        <w:rPr>
          <w:b/>
        </w:rPr>
        <w:t xml:space="preserve">[49:10] </w:t>
      </w:r>
      <w:r>
        <w:t>Itna bada farq ho jayega aap par.</w:t>
      </w:r>
    </w:p>
    <w:p>
      <w:pPr>
        <w:jc w:val="right"/>
      </w:pPr>
      <w:r>
        <w:t>اتنا بڑا فرق ہو جائے گا آپ پر۔</w:t>
      </w:r>
    </w:p>
    <w:p>
      <w:r>
        <w:rPr>
          <w:b/>
        </w:rPr>
        <w:t xml:space="preserve">[49:15] </w:t>
      </w:r>
      <w:r>
        <w:t>Duniya mein aap jo kaam kar rahe hain, woh inhi insanon ke liye karna padta hai jin mein</w:t>
      </w:r>
    </w:p>
    <w:p>
      <w:pPr>
        <w:jc w:val="right"/>
      </w:pPr>
      <w:r>
        <w:t>دنیا میں آپ جو کام کر رہے ہیں، وہ انہی انسانوں کے لئے کرنا پڑتا ہے جن میں</w:t>
      </w:r>
    </w:p>
    <w:p>
      <w:r>
        <w:rPr>
          <w:b/>
        </w:rPr>
        <w:t xml:space="preserve">[49:19] </w:t>
      </w:r>
      <w:r>
        <w:t>Sab mile jule log hain.</w:t>
      </w:r>
    </w:p>
    <w:p>
      <w:pPr>
        <w:jc w:val="right"/>
      </w:pPr>
      <w:r>
        <w:t>سب ملے جلے لوگ ہیں۔</w:t>
      </w:r>
    </w:p>
    <w:p>
      <w:r>
        <w:rPr>
          <w:b/>
        </w:rPr>
        <w:t xml:space="preserve">[49:24] </w:t>
      </w:r>
      <w:r>
        <w:t>Koi kaam karne nahi dete.</w:t>
      </w:r>
    </w:p>
    <w:p>
      <w:pPr>
        <w:jc w:val="right"/>
      </w:pPr>
      <w:r>
        <w:t>کوئی کام کرنے نہیں دیتے۔</w:t>
      </w:r>
    </w:p>
    <w:p>
      <w:r>
        <w:rPr>
          <w:b/>
        </w:rPr>
        <w:t xml:space="preserve">[49:28] </w:t>
      </w:r>
      <w:r>
        <w:t>Aakhirat mein jo aap karenge kaam, toh farishton ke support se woh kaam hoga.</w:t>
      </w:r>
    </w:p>
    <w:p>
      <w:pPr>
        <w:jc w:val="right"/>
      </w:pPr>
      <w:r>
        <w:t>آخرت میں جو آپ کریں گے کام، تو فرشتوں کے سپورٹ سے وہ کام ہوگا۔</w:t>
      </w:r>
    </w:p>
    <w:p>
      <w:r>
        <w:rPr>
          <w:b/>
        </w:rPr>
        <w:t xml:space="preserve">[49:33] </w:t>
      </w:r>
      <w:r>
        <w:t>Jo ideal log hain, kamil log hain, imandar log hain, nazm o zabt log hain.</w:t>
      </w:r>
    </w:p>
    <w:p>
      <w:pPr>
        <w:jc w:val="right"/>
      </w:pPr>
      <w:r>
        <w:t>جو آئیڈیل لوگ ہیں، کامل لوگ ہیں، ایماندار لوگ ہیں، نظم و ضبط لوگ ہیں۔</w:t>
      </w:r>
    </w:p>
    <w:p>
      <w:r>
        <w:rPr>
          <w:b/>
        </w:rPr>
        <w:t xml:space="preserve">[49:37] </w:t>
      </w:r>
      <w:r>
        <w:t>Toh poora poora kainat, poora poora mahaul jo hai, woh doosra hoga.</w:t>
      </w:r>
    </w:p>
    <w:p>
      <w:pPr>
        <w:jc w:val="right"/>
      </w:pPr>
      <w:r>
        <w:t>تو پورا پورا کائنات، پورا پورا ماحول جو ہے، وہ دوسرا ہوگا۔</w:t>
      </w:r>
    </w:p>
    <w:p>
      <w:r>
        <w:rPr>
          <w:b/>
        </w:rPr>
        <w:t xml:space="preserve">[49:42] </w:t>
      </w:r>
      <w:r>
        <w:t>Isi liye wahan ke bare mein yeh kaha gaya hai ke ke wahan par khushi bhari sar'garmian hongi.</w:t>
      </w:r>
    </w:p>
    <w:p>
      <w:pPr>
        <w:jc w:val="right"/>
      </w:pPr>
      <w:r>
        <w:t>اسی لئے وہاں کے بارے میں یہ کہا گیا ہے کہ کہ وہاں پر خوشی بھری سرگرمیاں ہوں گی۔</w:t>
      </w:r>
    </w:p>
    <w:p>
      <w:r>
        <w:rPr>
          <w:b/>
        </w:rPr>
        <w:t xml:space="preserve">[49:47] </w:t>
      </w:r>
      <w:r>
        <w:t>Khushi bhari sar'garmian.</w:t>
      </w:r>
    </w:p>
    <w:p>
      <w:pPr>
        <w:jc w:val="right"/>
      </w:pPr>
      <w:r>
        <w:t>خوشی بھری سرگرمیاں۔</w:t>
      </w:r>
    </w:p>
    <w:p>
      <w:r>
        <w:rPr>
          <w:b/>
        </w:rPr>
        <w:t xml:space="preserve">[49:52] </w:t>
      </w:r>
      <w:r>
        <w:t>Toh Quran mein.</w:t>
      </w:r>
    </w:p>
    <w:p>
      <w:pPr>
        <w:jc w:val="right"/>
      </w:pPr>
      <w:r>
        <w:t>تو قرآن میں۔</w:t>
      </w:r>
    </w:p>
    <w:p>
      <w:r>
        <w:rPr>
          <w:b/>
        </w:rPr>
        <w:t xml:space="preserve">[49:57] </w:t>
      </w:r>
      <w:r>
        <w:t>Laisa fal ya'malil a'malun yani karne wale is ke liye karen.</w:t>
      </w:r>
    </w:p>
    <w:p>
      <w:pPr>
        <w:jc w:val="right"/>
      </w:pPr>
      <w:r>
        <w:t>لبس لہذا فَالْيَعْمَلِ الْعَامِلُونَ یعنی کرنے والے اس کے لئے کریں۔</w:t>
      </w:r>
    </w:p>
    <w:p>
      <w:r>
        <w:rPr>
          <w:b/>
        </w:rPr>
        <w:t xml:space="preserve">[50:02] </w:t>
      </w:r>
      <w:r>
        <w:t>Jo karne ka shauq rakhte hain, jinke andar karne ka jazba ho.</w:t>
      </w:r>
    </w:p>
    <w:p>
      <w:pPr>
        <w:jc w:val="right"/>
      </w:pPr>
      <w:r>
        <w:t>جو کرنے کا شوق رکھتے ہیں، جن کے اندر کرنے کا جذبہ ہو۔</w:t>
      </w:r>
    </w:p>
    <w:p>
      <w:r>
        <w:rPr>
          <w:b/>
        </w:rPr>
        <w:t xml:space="preserve">[50:07] </w:t>
      </w:r>
      <w:r>
        <w:t>Toh yeh hai kaam jahan</w:t>
      </w:r>
    </w:p>
    <w:p>
      <w:pPr>
        <w:jc w:val="right"/>
      </w:pPr>
      <w:r>
        <w:t>تو یہ ہے کام جہاں</w:t>
      </w:r>
    </w:p>
    <w:p>
      <w:r>
        <w:rPr>
          <w:b/>
        </w:rPr>
        <w:t xml:space="preserve">[50:12] </w:t>
      </w:r>
      <w:r>
        <w:t>Jiske liye woh karen woh.</w:t>
      </w:r>
    </w:p>
    <w:p>
      <w:pPr>
        <w:jc w:val="right"/>
      </w:pPr>
      <w:r>
        <w:t>جس کے لئے وہ کریں وہ۔</w:t>
      </w:r>
    </w:p>
    <w:p>
      <w:r>
        <w:rPr>
          <w:b/>
        </w:rPr>
        <w:t xml:space="preserve">[50:17] </w:t>
      </w:r>
      <w:r>
        <w:t>Dauden is jannat mein ke society mein ek member banne ke liye.</w:t>
      </w:r>
    </w:p>
    <w:p>
      <w:pPr>
        <w:jc w:val="right"/>
      </w:pPr>
      <w:r>
        <w:t>دوڑیں اس جنت میں کہ سوسائٹی میں ایک ممبر بننے کے لئے۔</w:t>
      </w:r>
    </w:p>
    <w:p>
      <w:r>
        <w:rPr>
          <w:b/>
        </w:rPr>
        <w:t xml:space="preserve">[50:22] </w:t>
      </w:r>
      <w:r>
        <w:t>Is ilahi tehzeeb mein ek ka ek hissa banne ke liye.</w:t>
      </w:r>
    </w:p>
    <w:p>
      <w:pPr>
        <w:jc w:val="right"/>
      </w:pPr>
      <w:r>
        <w:t>اس الٰہی تہذیب میں ایک کا ایک حصہ بننے کے لئے۔</w:t>
      </w:r>
    </w:p>
    <w:p>
      <w:r>
        <w:rPr>
          <w:b/>
        </w:rPr>
        <w:t xml:space="preserve">[50:27] </w:t>
      </w:r>
      <w:r>
        <w:t>Is ke amal mein shamil hone ke liye.</w:t>
      </w:r>
    </w:p>
    <w:p>
      <w:pPr>
        <w:jc w:val="right"/>
      </w:pPr>
      <w:r>
        <w:t>اس کے عمل میں شامل ہونے کے لئے۔</w:t>
      </w:r>
    </w:p>
    <w:p>
      <w:r>
        <w:rPr>
          <w:b/>
        </w:rPr>
        <w:t xml:space="preserve">[50:32] </w:t>
      </w:r>
      <w:r>
        <w:t>Laisa fal ya'malil a'malun yeh hai woh cheez jiske liye daudne wale dauden.</w:t>
      </w:r>
    </w:p>
    <w:p>
      <w:pPr>
        <w:jc w:val="right"/>
      </w:pPr>
      <w:r>
        <w:t>لبس لہذا فَالْيَعْمَلِ الْعَامِلُونَ یہ ہے وہ چیز جس کے لئے دوڑنے والے دوڑیں۔</w:t>
      </w:r>
    </w:p>
    <w:p>
      <w:r>
        <w:rPr>
          <w:b/>
        </w:rPr>
        <w:t xml:space="preserve">[50:37] </w:t>
      </w:r>
      <w:r>
        <w:t>Toh do ayat hain jo Quran ki maine aap ke samne padhin, is par ghaur ki</w:t>
      </w:r>
    </w:p>
    <w:p>
      <w:pPr>
        <w:jc w:val="right"/>
      </w:pPr>
      <w:r>
        <w:t>تو دو آیات ہیں جو قرآن کی میں نے آپ کے سامنے پڑھیں، اس پر غور کی</w:t>
      </w:r>
    </w:p>
    <w:p>
      <w:r>
        <w:rPr>
          <w:b/>
        </w:rPr>
        <w:t xml:space="preserve">[50:42] </w:t>
      </w:r>
      <w:r>
        <w:t>jiye. ke wa lau anna ma fil arzi min shai'in la qalam wa al bahru yamuddu min ba'di sabatin abhirin ma naftada kalamatullah aur doosri ayat jo hai ke qul lau kana al bahru bidaadin likalimati rabbi la naftada al bahru qabla an tanfada kalamatirabbi wa lau jaina bibisli madadan yaani sare samandar aur mazeed aur samandar agar siyahi bana diye jayein, eent b</w:t>
      </w:r>
    </w:p>
    <w:p>
      <w:pPr>
        <w:jc w:val="right"/>
      </w:pPr>
      <w:r>
        <w:t>جئے۔ کہ وَلَوْا أَنَّ مَا فِي الْأَرْضِ مِنْ شَيْءٍ لَقْلَامٌ وَالْبَحْرُ يُمُدُّ مِنْ بَعْدِ سَبَطٍ أَبْهِرٍ مَا نَفْتَدْ كَلَمَاتُ اللَّهِ اور دوسری آیت جو ہے کہ قُلْ لَوْ كَانَ الْبَحْرُ بِدَادٍ لِكَلْمَاتِ رَبِّي لَنَفْتَدْ الْبَحْرُ قَبْلَ أَنْ تَنْفَدَ كَلْمَاتِ رَبِّي وَلَوْ جَيْنَا بِبِسْلِي مَدَدًا یعنی سارے سمندر اور مزید اور سمندر اگر سیاہی بنا دیئے جائیں، اینٹ ب</w:t>
      </w:r>
    </w:p>
    <w:p>
      <w:r>
        <w:rPr>
          <w:b/>
        </w:rPr>
        <w:t xml:space="preserve">[51:12] </w:t>
      </w:r>
      <w:r>
        <w:t>نا دیئے جائیں اور سارے درخت قلم بنا دیئے جائیں، تب بھی اور خدا کی glory لکھی جائے،</w:t>
      </w:r>
    </w:p>
    <w:p>
      <w:pPr>
        <w:jc w:val="right"/>
      </w:pPr>
      <w:r>
        <w:t>نا دیئے جائیں اور سارے درخت قلم بنا دیئے جائیں، تب بھی اور خدا کی گlory لکھی جائے،</w:t>
      </w:r>
    </w:p>
    <w:p>
      <w:r>
        <w:rPr>
          <w:b/>
        </w:rPr>
        <w:t xml:space="preserve">[51:16] </w:t>
      </w:r>
      <w:r>
        <w:t>tab bhi khatm nahi hogi.</w:t>
      </w:r>
    </w:p>
    <w:p>
      <w:pPr>
        <w:jc w:val="right"/>
      </w:pPr>
      <w:r>
        <w:t>تب بھی ختم نہیں ہوگی۔</w:t>
      </w:r>
    </w:p>
    <w:p>
      <w:r>
        <w:rPr>
          <w:b/>
        </w:rPr>
        <w:t xml:space="preserve">[51:20] </w:t>
      </w:r>
      <w:r>
        <w:t>to yeh shayari nahi hai.</w:t>
      </w:r>
    </w:p>
    <w:p>
      <w:pPr>
        <w:jc w:val="right"/>
      </w:pPr>
      <w:r>
        <w:t>تو یہ شاعری نہیں ہے۔</w:t>
      </w:r>
    </w:p>
    <w:p>
      <w:r>
        <w:rPr>
          <w:b/>
        </w:rPr>
        <w:t xml:space="preserve">[51:25] </w:t>
      </w:r>
      <w:r>
        <w:t>khud science ne bataya hai hamein, khud science ne ke yeh shayari nahi hai.</w:t>
      </w:r>
    </w:p>
    <w:p>
      <w:pPr>
        <w:jc w:val="right"/>
      </w:pPr>
      <w:r>
        <w:t>خود سائنس نے بتایا ہے ہمیں، خود سائنس نے کہ یہ شاعری نہیں ہے۔</w:t>
      </w:r>
    </w:p>
    <w:p>
      <w:r>
        <w:rPr>
          <w:b/>
        </w:rPr>
        <w:t xml:space="preserve">[51:29] </w:t>
      </w:r>
      <w:r>
        <w:t>کیونکہ خود سائنس بتاتی ہے کہ انسان کے potential اتنے زیادہ ہیں کہ وہ استعمال ہی نہیں ہو</w:t>
      </w:r>
    </w:p>
    <w:p>
      <w:pPr>
        <w:jc w:val="right"/>
      </w:pPr>
      <w:r>
        <w:t>کیونکہ خود سائنس بتاتی ہے کہ انسان کے پوٹینشل اتنے زیادہ ہیں کہ وہ استعمال ہی نہیں ہو</w:t>
      </w:r>
    </w:p>
    <w:p>
      <w:r>
        <w:rPr>
          <w:b/>
        </w:rPr>
        <w:t xml:space="preserve">[51:33] </w:t>
      </w:r>
      <w:r>
        <w:t>paate, aadmi mar jata hai.</w:t>
      </w:r>
    </w:p>
    <w:p>
      <w:pPr>
        <w:jc w:val="right"/>
      </w:pPr>
      <w:r>
        <w:t>پاتے، آدمی مر جاتا ہے۔</w:t>
      </w:r>
    </w:p>
    <w:p>
      <w:r>
        <w:rPr>
          <w:b/>
        </w:rPr>
        <w:t xml:space="preserve">[51:38] </w:t>
      </w:r>
      <w:r>
        <w:t>bade bade philosopher aur star</w:t>
      </w:r>
    </w:p>
    <w:p>
      <w:pPr>
        <w:jc w:val="right"/>
      </w:pPr>
      <w:r>
        <w:t>بڑے بڑے فلاسفر اور اسٹارٹ</w:t>
      </w:r>
    </w:p>
    <w:p>
      <w:r>
        <w:rPr>
          <w:b/>
        </w:rPr>
        <w:t xml:space="preserve">[51:42] </w:t>
      </w:r>
      <w:r>
        <w:t>al aur plato jaise log ya barhe barhe scientist newton aur einstein jaise log apne zehn ka ek do feesad sirf istemal kar sake aur mar gaye. to khud science bata rahi hai ke la mehdood potential insaan ke andar hai. phir science hi yeh bata rahi hai ke yeh dunya jo hai, yeh bohat hi bari dunya hai. bohat bari dunya hai.</w:t>
      </w:r>
    </w:p>
    <w:p>
      <w:pPr>
        <w:jc w:val="right"/>
      </w:pPr>
      <w:r>
        <w:t>ل اور پلیٹو جیسے لوگ یا بڑے بڑے سائنسدان نیوٹن اور آئنسٹائن جیسے لوگ اپنے ذہن کا ایک دو فیصد صرف استعمال کر سکے اور مر گئے۔ تو خود سائنس بتا رہی ہے کہ لامحدود پوٹینشل انسان کے اندر ہے۔ پھر سائنس ہی یہ بتا رہی ہے کہ یہ دنیا جو ہے، یہ بہت ہی بڑی دنیا ہے۔ بہت بڑی دنیا ہے۔</w:t>
      </w:r>
    </w:p>
    <w:p>
      <w:r>
        <w:rPr>
          <w:b/>
        </w:rPr>
        <w:t xml:space="preserve">[52:12] </w:t>
      </w:r>
      <w:r>
        <w:t>is ka kam az kam paanch feesad hum is apne is se dekh paate hain.</w:t>
      </w:r>
    </w:p>
    <w:p>
      <w:pPr>
        <w:jc w:val="right"/>
      </w:pPr>
      <w:r>
        <w:t>اس کا کم از کم پانچ فیصد ہم اس اپنے اس سے دیکھ پاتے ہیں۔</w:t>
      </w:r>
    </w:p>
    <w:p>
      <w:r>
        <w:rPr>
          <w:b/>
        </w:rPr>
        <w:t xml:space="preserve">[52:17] </w:t>
      </w:r>
      <w:r>
        <w:t>زیادہ سے زیادہ 95 فیصد تو ہم دیکھ ہی نہیں پاتے، وہ ڈارک میٹر ہے۔</w:t>
      </w:r>
    </w:p>
    <w:p>
      <w:pPr>
        <w:jc w:val="right"/>
      </w:pPr>
      <w:r>
        <w:t>زیادہ سے زیادہ نائنٹی فائیو فیصد تو ہم دیکھ ہی نہیں پاتے، وہ ڈارک میٹر ہے۔</w:t>
      </w:r>
    </w:p>
    <w:p>
      <w:r>
        <w:rPr>
          <w:b/>
        </w:rPr>
        <w:t xml:space="preserve">[52:23] </w:t>
      </w:r>
      <w:r>
        <w:t>to khud science bata rahi hai ke potential bohat zyada hai.</w:t>
      </w:r>
    </w:p>
    <w:p>
      <w:pPr>
        <w:jc w:val="right"/>
      </w:pPr>
      <w:r>
        <w:t>تو خود سائنس بتا رہی ہے کہ پوٹینشل بہت زیادہ ہے۔</w:t>
      </w:r>
    </w:p>
    <w:p>
      <w:r>
        <w:rPr>
          <w:b/>
        </w:rPr>
        <w:t xml:space="preserve">[52:28] </w:t>
      </w:r>
      <w:r>
        <w:t>kainati asraat bohat bade hain.</w:t>
      </w:r>
    </w:p>
    <w:p>
      <w:pPr>
        <w:jc w:val="right"/>
      </w:pPr>
      <w:r>
        <w:t>کائناتی اثرات بہت بڑے ہیں۔</w:t>
      </w:r>
    </w:p>
    <w:p>
      <w:r>
        <w:rPr>
          <w:b/>
        </w:rPr>
        <w:t xml:space="preserve">[52:33] </w:t>
      </w:r>
      <w:r>
        <w:t>to kahin to is ko waqe banna chahiye.</w:t>
      </w:r>
    </w:p>
    <w:p>
      <w:pPr>
        <w:jc w:val="right"/>
      </w:pPr>
      <w:r>
        <w:t>تو کہیں تو اس کو واقع بننا چاہیے۔</w:t>
      </w:r>
    </w:p>
    <w:p>
      <w:r>
        <w:rPr>
          <w:b/>
        </w:rPr>
        <w:t xml:space="preserve">[52:39] </w:t>
      </w:r>
      <w:r>
        <w:t>kahin to insaan ke potential ko istemal hona chahiye.</w:t>
      </w:r>
    </w:p>
    <w:p>
      <w:pPr>
        <w:jc w:val="right"/>
      </w:pPr>
      <w:r>
        <w:t>کہیں تو انسان کے پوٹینشل کو استعمال ہونا چاہیے۔</w:t>
      </w:r>
    </w:p>
    <w:p>
      <w:r>
        <w:rPr>
          <w:b/>
        </w:rPr>
        <w:t xml:space="preserve">[52:44] </w:t>
      </w:r>
      <w:r>
        <w:t>jaise yeh jo misaal maine di aap ko ke yeh yeh jo gahan hai, yeh jo gahan</w:t>
      </w:r>
    </w:p>
    <w:p>
      <w:pPr>
        <w:jc w:val="right"/>
      </w:pPr>
      <w:r>
        <w:t>جیسے یہ جو مثال میں نے دی آپ کو کہ یہ یہ جو گرہن ہے، یہ جو گرہن</w:t>
      </w:r>
    </w:p>
    <w:p>
      <w:r>
        <w:rPr>
          <w:b/>
        </w:rPr>
        <w:t xml:space="preserve">[52:54] </w:t>
      </w:r>
      <w:r>
        <w:t>hai to insaan samajhta tha ke yeh koi ajab qism ke tohamati aqaaid bana rakhe the logon ne.</w:t>
      </w:r>
    </w:p>
    <w:p>
      <w:pPr>
        <w:jc w:val="right"/>
      </w:pPr>
      <w:r>
        <w:t>ہے تو انسان سمجھتا تھا کہ یہ کوئی عجب قسم کے توہماتی عقائد بنا رکھے تھے لوگوں نے۔</w:t>
      </w:r>
    </w:p>
    <w:p>
      <w:r>
        <w:rPr>
          <w:b/>
        </w:rPr>
        <w:t xml:space="preserve">[53:04] </w:t>
      </w:r>
      <w:r>
        <w:t>aaj hamein yeh bohat dinon ki is ke baad pata chala</w:t>
      </w:r>
    </w:p>
    <w:p>
      <w:pPr>
        <w:jc w:val="right"/>
      </w:pPr>
      <w:r>
        <w:t>آج ہمیں یہ بہت دنوں کی اس کے بعد پتہ چلا</w:t>
      </w:r>
    </w:p>
    <w:p>
      <w:r>
        <w:rPr>
          <w:b/>
        </w:rPr>
        <w:t xml:space="preserve">[53:15] </w:t>
      </w:r>
      <w:r>
        <w:t>ke gahan kyun parta hai, suraj gahan ya chand gahan.</w:t>
      </w:r>
    </w:p>
    <w:p>
      <w:pPr>
        <w:jc w:val="right"/>
      </w:pPr>
      <w:r>
        <w:t>کہ گرہن کیوں پڑتا ہے، سورج گرہن یا چاند گرہن۔</w:t>
      </w:r>
    </w:p>
    <w:p>
      <w:r>
        <w:rPr>
          <w:b/>
        </w:rPr>
        <w:t xml:space="preserve">[53:20] </w:t>
      </w:r>
      <w:r>
        <w:t>teen bodies hain yaani zameen, chand aur suraj.</w:t>
      </w:r>
    </w:p>
    <w:p>
      <w:pPr>
        <w:jc w:val="right"/>
      </w:pPr>
      <w:r>
        <w:t>تین باڈیز ہیں یعنی زمین، چاند اور سورج۔</w:t>
      </w:r>
    </w:p>
    <w:p>
      <w:r>
        <w:rPr>
          <w:b/>
        </w:rPr>
        <w:t xml:space="preserve">[53:25] </w:t>
      </w:r>
      <w:r>
        <w:t>in mein aik alignment hota hai, aik seedh mein aa jate hain.</w:t>
      </w:r>
    </w:p>
    <w:p>
      <w:pPr>
        <w:jc w:val="right"/>
      </w:pPr>
      <w:r>
        <w:t>ان میں ایک الائنمنٹ ہوتا ہے، ایک سیدھ میں آ جاتے ہیں۔</w:t>
      </w:r>
    </w:p>
    <w:p>
      <w:r>
        <w:rPr>
          <w:b/>
        </w:rPr>
        <w:t xml:space="preserve">[53:31] </w:t>
      </w:r>
      <w:r>
        <w:t>to jab beech mein chand ho to kya hoga? Suraj gahan parega.</w:t>
      </w:r>
    </w:p>
    <w:p>
      <w:pPr>
        <w:jc w:val="right"/>
      </w:pPr>
      <w:r>
        <w:t>تو جب بیچ میں چاند ہو تو کیا ہوگا؟ سورج گرہن پڑے گا۔</w:t>
      </w:r>
    </w:p>
    <w:p>
      <w:r>
        <w:rPr>
          <w:b/>
        </w:rPr>
        <w:t xml:space="preserve">[53:36] </w:t>
      </w:r>
      <w:r>
        <w:t>jab beech mein zameen ho to kya hoga? Chand gahan parega.</w:t>
      </w:r>
    </w:p>
    <w:p>
      <w:pPr>
        <w:jc w:val="right"/>
      </w:pPr>
      <w:r>
        <w:t>جب بیچ میں زمین ہو تو کیا ہوگا؟ چاند گرہن پڑے گا۔</w:t>
      </w:r>
    </w:p>
    <w:p>
      <w:r>
        <w:rPr>
          <w:b/>
        </w:rPr>
        <w:t xml:space="preserve">[53:41] </w:t>
      </w:r>
      <w:r>
        <w:t>to is ko</w:t>
      </w:r>
    </w:p>
    <w:p>
      <w:pPr>
        <w:jc w:val="right"/>
      </w:pPr>
      <w:r>
        <w:t>تو اس کو</w:t>
      </w:r>
    </w:p>
    <w:p>
      <w:r>
        <w:rPr>
          <w:b/>
        </w:rPr>
        <w:t xml:space="preserve">[53:47] </w:t>
      </w:r>
      <w:r>
        <w:t>mein yun keh sakta hoon ke yeh aik mazhar jo hai, yeh hai well calculated positioning of three</w:t>
      </w:r>
    </w:p>
    <w:p>
      <w:pPr>
        <w:jc w:val="right"/>
      </w:pPr>
      <w:r>
        <w:t>میں یوں کہہ سکتا ہوں کہ یہ ایک مظہر جو ہے، یہ ہے ویل کیلکولیٹڈ پوزیشننگ آف تھری</w:t>
      </w:r>
    </w:p>
    <w:p>
      <w:r>
        <w:rPr>
          <w:b/>
        </w:rPr>
        <w:t xml:space="preserve">[53:50] </w:t>
      </w:r>
      <w:r>
        <w:t>unequal moving bodies in the vast space.</w:t>
      </w:r>
    </w:p>
    <w:p>
      <w:pPr>
        <w:jc w:val="right"/>
      </w:pPr>
      <w:r>
        <w:t>ان ایکول موونگ باڈیز ان دا واسٹ سپیس۔</w:t>
      </w:r>
    </w:p>
    <w:p>
      <w:r>
        <w:rPr>
          <w:b/>
        </w:rPr>
        <w:t xml:space="preserve">[53:54] </w:t>
      </w:r>
      <w:r>
        <w:t>is ka mazhar hai.</w:t>
      </w:r>
    </w:p>
    <w:p>
      <w:pPr>
        <w:jc w:val="right"/>
      </w:pPr>
      <w:r>
        <w:t>اس کا مظہر ہے۔</w:t>
      </w:r>
    </w:p>
    <w:p>
      <w:r>
        <w:rPr>
          <w:b/>
        </w:rPr>
        <w:t xml:space="preserve">[53:58] </w:t>
      </w:r>
      <w:r>
        <w:t>yeh insaan kahin jaan saka.</w:t>
      </w:r>
    </w:p>
    <w:p>
      <w:pPr>
        <w:jc w:val="right"/>
      </w:pPr>
      <w:r>
        <w:t>یہ انسان کہیں جان سکا۔</w:t>
      </w:r>
    </w:p>
    <w:p>
      <w:r>
        <w:rPr>
          <w:b/>
        </w:rPr>
        <w:t xml:space="preserve">[54:02] </w:t>
      </w:r>
      <w:r>
        <w:t>yeh kahin jaan saka insaan yeh.</w:t>
      </w:r>
    </w:p>
    <w:p>
      <w:pPr>
        <w:jc w:val="right"/>
      </w:pPr>
      <w:r>
        <w:t>یہ کہیں جان سکا انسان یہ۔</w:t>
      </w:r>
    </w:p>
    <w:p>
      <w:r>
        <w:rPr>
          <w:b/>
        </w:rPr>
        <w:t xml:space="preserve">[54:05] </w:t>
      </w:r>
      <w:r>
        <w:t>pehlay to kuch nahi janta tha woh.</w:t>
      </w:r>
    </w:p>
    <w:p>
      <w:pPr>
        <w:jc w:val="right"/>
      </w:pPr>
      <w:r>
        <w:t>پہلے تو کچھ نہیں جانتا تھا وہ۔</w:t>
      </w:r>
    </w:p>
    <w:p>
      <w:r>
        <w:rPr>
          <w:b/>
        </w:rPr>
        <w:t xml:space="preserve">[54:09] </w:t>
      </w:r>
      <w:r>
        <w:t>yeh lambay amal ke baad, ab yeh jab maine yeh jana hai, is ko jab parha main</w:t>
      </w:r>
    </w:p>
    <w:p>
      <w:pPr>
        <w:jc w:val="right"/>
      </w:pPr>
      <w:r>
        <w:t>یہ لمبے عمل کے بعد، اب یہ جب میں نے یہ جانا ہے، اس کو جب پڑھا میں</w:t>
      </w:r>
    </w:p>
    <w:p>
      <w:r>
        <w:rPr>
          <w:b/>
        </w:rPr>
        <w:t xml:space="preserve">[54:13] </w:t>
      </w:r>
      <w:r>
        <w:t>ne is ko to ek</w:t>
      </w:r>
    </w:p>
    <w:p>
      <w:pPr>
        <w:jc w:val="right"/>
      </w:pPr>
      <w:r>
        <w:t>نے اس کو تو ایک</w:t>
      </w:r>
    </w:p>
    <w:p>
      <w:r>
        <w:rPr>
          <w:b/>
        </w:rPr>
        <w:t xml:space="preserve">[54:17] </w:t>
      </w:r>
      <w:r>
        <w:t>ajeeb khushi mujhe mila is se.</w:t>
      </w:r>
    </w:p>
    <w:p>
      <w:pPr>
        <w:jc w:val="right"/>
      </w:pPr>
      <w:r>
        <w:t>عجیب خوشی مجھے ملا اس سے۔</w:t>
      </w:r>
    </w:p>
    <w:p>
      <w:r>
        <w:rPr>
          <w:b/>
        </w:rPr>
        <w:t xml:space="preserve">[54:23] </w:t>
      </w:r>
      <w:r>
        <w:t>kya aap jante hain ke teeno bohat size mein farq hai? Yani chand ko agar aap sarson ke</w:t>
      </w:r>
    </w:p>
    <w:p>
      <w:pPr>
        <w:jc w:val="right"/>
      </w:pPr>
      <w:r>
        <w:t>کیا آپ جانتے ہیں کہ تینوں بہت سائز میں فرق ہے؟ یعنی چاند کو اگر آپ سرسوں کے</w:t>
      </w:r>
    </w:p>
    <w:p>
      <w:r>
        <w:rPr>
          <w:b/>
        </w:rPr>
        <w:t xml:space="preserve">[54:29] </w:t>
      </w:r>
      <w:r>
        <w:t>barabar manen, sarson, matar ke barabar to zameen jo hai ek football ke barabar hogi.</w:t>
      </w:r>
    </w:p>
    <w:p>
      <w:pPr>
        <w:jc w:val="right"/>
      </w:pPr>
      <w:r>
        <w:t>برابر مانیں، سرسوں، مٹر کے برابر تو زمین جو ہے ایک فٹ بال کے برابر ہوگی۔</w:t>
      </w:r>
    </w:p>
    <w:p>
      <w:r>
        <w:rPr>
          <w:b/>
        </w:rPr>
        <w:t xml:space="preserve">[54:35] </w:t>
      </w:r>
      <w:r>
        <w:t>aur suraj jo hai hamare paas hi zyada bada hoga.</w:t>
      </w:r>
    </w:p>
    <w:p>
      <w:pPr>
        <w:jc w:val="right"/>
      </w:pPr>
      <w:r>
        <w:t>اور سورج جو ہے ہمارے پاس ہی زیادہ بڑا ہوگا۔</w:t>
      </w:r>
    </w:p>
    <w:p>
      <w:r>
        <w:rPr>
          <w:b/>
        </w:rPr>
        <w:t xml:space="preserve">[54:41] </w:t>
      </w:r>
      <w:r>
        <w:t>to teen in equal size ke rahe, wo kaise ek mein is tarah</w:t>
      </w:r>
    </w:p>
    <w:p>
      <w:pPr>
        <w:jc w:val="right"/>
      </w:pPr>
      <w:r>
        <w:t>تو تین ان ایکول سائز کے رہے، وہ کیسے ایک میں اس طرح</w:t>
      </w:r>
    </w:p>
    <w:p>
      <w:r>
        <w:rPr>
          <w:b/>
        </w:rPr>
        <w:t xml:space="preserve">[54:47] </w:t>
      </w:r>
      <w:r>
        <w:t>aa jate hain? Dekhne mein barabar lagte hain wo.</w:t>
      </w:r>
    </w:p>
    <w:p>
      <w:pPr>
        <w:jc w:val="right"/>
      </w:pPr>
      <w:r>
        <w:t>آ جاتے ہیں؟ دیکھنے میں برابر لگتے ہیں وہ۔</w:t>
      </w:r>
    </w:p>
    <w:p>
      <w:r>
        <w:rPr>
          <w:b/>
        </w:rPr>
        <w:t xml:space="preserve">[54:52] </w:t>
      </w:r>
      <w:r>
        <w:t>تو well calculated positioning of three unequal moving bodies in the vast space.</w:t>
      </w:r>
    </w:p>
    <w:p>
      <w:pPr>
        <w:jc w:val="right"/>
      </w:pPr>
      <w:r>
        <w:t>تو ویل کیلکولیٹڈ پوزیشننگ آف تھری ان ایکول موونگ باڈیز ان دا واسٹ سپیس۔</w:t>
      </w:r>
    </w:p>
    <w:p>
      <w:r>
        <w:rPr>
          <w:b/>
        </w:rPr>
        <w:t xml:space="preserve">[54:57] </w:t>
      </w:r>
      <w:r>
        <w:t>ab kitna thral mujhe ab is ko mila.</w:t>
      </w:r>
    </w:p>
    <w:p>
      <w:pPr>
        <w:jc w:val="right"/>
      </w:pPr>
      <w:r>
        <w:t>اب کتنا تھرل مجھے اب اس کو ملا۔</w:t>
      </w:r>
    </w:p>
    <w:p>
      <w:r>
        <w:rPr>
          <w:b/>
        </w:rPr>
        <w:t xml:space="preserve">[55:02] </w:t>
      </w:r>
      <w:r>
        <w:t>aise karoron arbon se bhi zyada thral maujood hain.</w:t>
      </w:r>
    </w:p>
    <w:p>
      <w:pPr>
        <w:jc w:val="right"/>
      </w:pPr>
      <w:r>
        <w:t>ایسے کروڑوں اربوں سے بھی زیادہ تھرل موجود ہیں۔</w:t>
      </w:r>
    </w:p>
    <w:p>
      <w:r>
        <w:rPr>
          <w:b/>
        </w:rPr>
        <w:t xml:space="preserve">[55:07] </w:t>
      </w:r>
      <w:r>
        <w:t>Britannica maine padha is ke bare mein.</w:t>
      </w:r>
    </w:p>
    <w:p>
      <w:pPr>
        <w:jc w:val="right"/>
      </w:pPr>
      <w:r>
        <w:t>بٹینیکا میں نے پڑھا اس کے بارے میں۔</w:t>
      </w:r>
    </w:p>
    <w:p>
      <w:r>
        <w:rPr>
          <w:b/>
        </w:rPr>
        <w:t xml:space="preserve">[55:12] </w:t>
      </w:r>
      <w:r>
        <w:t>to is mein likha hai ye alignment jo hota hai ye ke ye</w:t>
      </w:r>
    </w:p>
    <w:p>
      <w:pPr>
        <w:jc w:val="right"/>
      </w:pPr>
      <w:r>
        <w:t>تو اس میں لکھا ہے یہ الائنمنٹ جو ہوتا ہے یہ کہ یہ</w:t>
      </w:r>
    </w:p>
    <w:p>
      <w:r>
        <w:rPr>
          <w:b/>
        </w:rPr>
        <w:t xml:space="preserve">[55:17] </w:t>
      </w:r>
      <w:r>
        <w:t>remarkable coincidence. kitni afsos ki baat hai yeh. remarkable coincidence. yaani yaani yeh jo yeh alignment jo hota hai suraj ka aur zameen ka aur chand ka. is ki wajah se gahan jo parta hai. to is ko likha hai ke remarkable coincidence. dekhen coincidence jo hai, aam taur par to aisa ho nahi sakta ke itne vast space mein aisa coincidence ho jaye. aur hoga bhi to aik adha bar ho</w:t>
      </w:r>
    </w:p>
    <w:p>
      <w:pPr>
        <w:jc w:val="right"/>
      </w:pPr>
      <w:r>
        <w:t>ریمارکیبل کوئنسڈنس۔ کتنی افسرد بات ہے یہ۔ ریمارکیبل کوئنسڈنس۔ یعنی یعنی یہ جو یہ الائنمنٹ جو ہوتا ہے سورج کا اور زمین کا اور چاند کا۔ اس کی وجہ سے گرہن جو پڑتا ہے۔ تو اس کو لکھا ہے کہ ریمارکیبل کوئنسڈنس۔ دیکھیں کوئنسڈنس جو ہے، عموماً تو ایسا ہو نہیں سکتا کہ اتنے واسٹ سپیس میں ایسا کوئنسڈنس ہو جائے۔ اور ہوگا بھی تو ایک آدھ بار ہو</w:t>
      </w:r>
    </w:p>
    <w:p>
      <w:r>
        <w:rPr>
          <w:b/>
        </w:rPr>
        <w:t xml:space="preserve">[55:47] </w:t>
      </w:r>
      <w:r>
        <w:t>ga.</w:t>
      </w:r>
    </w:p>
    <w:p>
      <w:pPr>
        <w:jc w:val="right"/>
      </w:pPr>
      <w:r>
        <w:t>گا۔</w:t>
      </w:r>
    </w:p>
    <w:p>
      <w:r>
        <w:rPr>
          <w:b/>
        </w:rPr>
        <w:t xml:space="preserve">[55:51] </w:t>
      </w:r>
      <w:r>
        <w:t>ye thodi ke regular tor par hoga.</w:t>
      </w:r>
    </w:p>
    <w:p>
      <w:pPr>
        <w:jc w:val="right"/>
      </w:pPr>
      <w:r>
        <w:t>یہ تھوڑی کہ ریگولر طور پر ہوگا۔</w:t>
      </w:r>
    </w:p>
    <w:p>
      <w:r>
        <w:rPr>
          <w:b/>
        </w:rPr>
        <w:t xml:space="preserve">[55:54] </w:t>
      </w:r>
      <w:r>
        <w:t>aap jante hain ke saal mein har bar do ya teen bar chand grahan padta hai.</w:t>
      </w:r>
    </w:p>
    <w:p>
      <w:pPr>
        <w:jc w:val="right"/>
      </w:pPr>
      <w:r>
        <w:t>آپ جانتے ہیں کہ سال میں ہر بار دو یا تین بار چاند گرہن پڑتا ہے۔</w:t>
      </w:r>
    </w:p>
    <w:p>
      <w:r>
        <w:rPr>
          <w:b/>
        </w:rPr>
        <w:t xml:space="preserve">[55:58] </w:t>
      </w:r>
      <w:r>
        <w:t>aur kam az kam do bar suraj grahan padta hai.</w:t>
      </w:r>
    </w:p>
    <w:p>
      <w:pPr>
        <w:jc w:val="right"/>
      </w:pPr>
      <w:r>
        <w:t>اور کم از کم دو بار سورج گرہن پڑتا ہے۔</w:t>
      </w:r>
    </w:p>
    <w:p>
      <w:r>
        <w:rPr>
          <w:b/>
        </w:rPr>
        <w:t xml:space="preserve">[56:02] </w:t>
      </w:r>
      <w:r>
        <w:t>regular tor par, regular tor par, regular tor par.</w:t>
      </w:r>
    </w:p>
    <w:p>
      <w:pPr>
        <w:jc w:val="right"/>
      </w:pPr>
      <w:r>
        <w:t>ریگولر طور پر، ریگولر طور پر، ریگولر طور پر۔</w:t>
      </w:r>
    </w:p>
    <w:p>
      <w:r>
        <w:rPr>
          <w:b/>
        </w:rPr>
        <w:t xml:space="preserve">[56:06] </w:t>
      </w:r>
      <w:r>
        <w:t>aur pehle se pata hota hai is ka.</w:t>
      </w:r>
    </w:p>
    <w:p>
      <w:pPr>
        <w:jc w:val="right"/>
      </w:pPr>
      <w:r>
        <w:t>اور پہلے سے پتہ ہوتا ہے اس کا۔</w:t>
      </w:r>
    </w:p>
    <w:p>
      <w:r>
        <w:rPr>
          <w:b/>
        </w:rPr>
        <w:t xml:space="preserve">[56:10] </w:t>
      </w:r>
      <w:r>
        <w:t>observatory mein jahan ke is ko ye study ki jati hai to wo pehle se ilm rakh banate hain wo.</w:t>
      </w:r>
    </w:p>
    <w:p>
      <w:pPr>
        <w:jc w:val="right"/>
      </w:pPr>
      <w:r>
        <w:t>آبزرویٹری میں جہاں کہ اس کو یہ اسٹڈی کی جاتی ہے تو وہ پہلے سے علم رکھ بناتے ہیں وہ۔</w:t>
      </w:r>
    </w:p>
    <w:p>
      <w:r>
        <w:rPr>
          <w:b/>
        </w:rPr>
        <w:t xml:space="preserve">[56:13] </w:t>
      </w:r>
      <w:r>
        <w:t>pehla se pata hota hai ke kab, kis tareekh ko, kis waqt mein hoga, pehle se.</w:t>
      </w:r>
    </w:p>
    <w:p>
      <w:pPr>
        <w:jc w:val="right"/>
      </w:pPr>
      <w:r>
        <w:t>پہلے سے پتہ ہوتا ہے کہ کب، کس تاریخ کو، کس وقت میں ہوگا، پہلے سے۔</w:t>
      </w:r>
    </w:p>
    <w:p>
      <w:r>
        <w:rPr>
          <w:b/>
        </w:rPr>
        <w:t xml:space="preserve">[56:17] </w:t>
      </w:r>
      <w:r>
        <w:t>to yeh coincidence ho sakta hai yeh? yeh to bohat bara koi management hai is ke, woh is aik aik jo is ko control kar raha hai. coincidence kaise yeh bataiye? to yeh remarkable coincidence kehna yeh to aik word play hai. yaani billion billion saal se ho raha hai, yeh regularly tor par ho raha hai, har saal ho raha hai. aur theek waqt par ho raha hai. aur hum is ko calculate</w:t>
      </w:r>
    </w:p>
    <w:p>
      <w:pPr>
        <w:jc w:val="right"/>
      </w:pPr>
      <w:r>
        <w:t>تو یہ کوئنسڈنس ہو سکتا ہے یہ؟ یہ تو بہت بڑا کوئی مینجمنٹ ہے اس کے، وہ اس ایک ایک جو اس کو کنٹرول کر رہا ہے۔ کوئنسڈنس کیسے یہ بتائیے؟ تو یہ ریمارکیبل کوئنسڈنس کہنا یہ تو ایک ورڈ پلے ہے۔ یعنی بلین بلین سال سے ہو رہا ہے، یہ ریگولر طور پر ہو رہا ہے، ہر سال ہو رہا ہے۔ اور ٹھیک وقت پر ہو رہا ہے۔ اور ہم اس کو کیلکولی</w:t>
      </w:r>
    </w:p>
    <w:p>
      <w:r>
        <w:rPr>
          <w:b/>
        </w:rPr>
        <w:t xml:space="preserve">[56:47] </w:t>
      </w:r>
      <w:r>
        <w:t>tak kar ke pehle se jaan lete hain.</w:t>
      </w:r>
    </w:p>
    <w:p>
      <w:pPr>
        <w:jc w:val="right"/>
      </w:pPr>
      <w:r>
        <w:t>ٹ کر کے پہلے سے جان لیتے ہیں۔</w:t>
      </w:r>
    </w:p>
    <w:p>
      <w:r>
        <w:rPr>
          <w:b/>
        </w:rPr>
        <w:t xml:space="preserve">[56:52] </w:t>
      </w:r>
      <w:r>
        <w:t>ye to koi hai jo management kar raha hai? Koi hai jo organize kar raha hai? Koi bohat</w:t>
      </w:r>
    </w:p>
    <w:p>
      <w:pPr>
        <w:jc w:val="right"/>
      </w:pPr>
      <w:r>
        <w:t>یہ تو کوئی ہے جو مینجمنٹ کر رہا ہے؟ کوئی ہے جو آرگنائز کر رہا ہے؟ کوئی بہت</w:t>
      </w:r>
    </w:p>
    <w:p>
      <w:r>
        <w:rPr>
          <w:b/>
        </w:rPr>
        <w:t xml:space="preserve">[56:56] </w:t>
      </w:r>
      <w:r>
        <w:t>bada power hai jo is sari cheezon ko control kiye hue hai? To ye zehan ka jo ya</w:t>
      </w:r>
    </w:p>
    <w:p>
      <w:pPr>
        <w:jc w:val="right"/>
      </w:pPr>
      <w:r>
        <w:t>بڑا پاور ہے جو اس ساری چیزوں کو کنٹرول کیے ہوئے ہے؟ تو یہ ذہن کا جو یا</w:t>
      </w:r>
    </w:p>
    <w:p>
      <w:r>
        <w:rPr>
          <w:b/>
        </w:rPr>
        <w:t xml:space="preserve">[57:00] </w:t>
      </w:r>
      <w:r>
        <w:t>insan ko jo zehan mila hua hai, jo itni badi baaton ko jaan sakta hai.</w:t>
      </w:r>
    </w:p>
    <w:p>
      <w:pPr>
        <w:jc w:val="right"/>
      </w:pPr>
      <w:r>
        <w:t>انسان کو جو ذہن ملا ہوا ہے، جو اتنی بڑی باتوں کو جان سکتا ہے۔</w:t>
      </w:r>
    </w:p>
    <w:p>
      <w:r>
        <w:rPr>
          <w:b/>
        </w:rPr>
        <w:t xml:space="preserve">[57:04] </w:t>
      </w:r>
      <w:r>
        <w:t>aur jaan kar ek kitna is ko khushi milti hai.</w:t>
      </w:r>
    </w:p>
    <w:p>
      <w:pPr>
        <w:jc w:val="right"/>
      </w:pPr>
      <w:r>
        <w:t>اور جان کر ایک کتنا اس کو خوشی ملتی ہے۔</w:t>
      </w:r>
    </w:p>
    <w:p>
      <w:r>
        <w:rPr>
          <w:b/>
        </w:rPr>
        <w:t xml:space="preserve">[57:09] </w:t>
      </w:r>
      <w:r>
        <w:t>to abhi to wo sab baqi hai.</w:t>
      </w:r>
    </w:p>
    <w:p>
      <w:pPr>
        <w:jc w:val="right"/>
      </w:pPr>
      <w:r>
        <w:t>تو ابھی تو وہ سب باقی ہے۔</w:t>
      </w:r>
    </w:p>
    <w:p>
      <w:r>
        <w:rPr>
          <w:b/>
        </w:rPr>
        <w:t xml:space="preserve">[57:13] </w:t>
      </w:r>
      <w:r>
        <w:t>woh to abhi baqi hai.</w:t>
      </w:r>
    </w:p>
    <w:p>
      <w:pPr>
        <w:jc w:val="right"/>
      </w:pPr>
      <w:r>
        <w:t>وہ تو ابھی باقی ہے۔</w:t>
      </w:r>
    </w:p>
    <w:p>
      <w:r>
        <w:rPr>
          <w:b/>
        </w:rPr>
        <w:t xml:space="preserve">[57:17] </w:t>
      </w:r>
      <w:r>
        <w:t>to kaise aisa ho sakta hai ke aise insan mar jaye, aisi dunya khatm ho jaye? na kainat</w:t>
      </w:r>
    </w:p>
    <w:p>
      <w:pPr>
        <w:jc w:val="right"/>
      </w:pPr>
      <w:r>
        <w:t>تو کیسے ایسا ہو سکتا ہے کہ ایسے انسان مر جائے، ایسی دنیا ختم ہو جائے؟ نہ کائنات</w:t>
      </w:r>
    </w:p>
    <w:p>
      <w:r>
        <w:rPr>
          <w:b/>
        </w:rPr>
        <w:t xml:space="preserve">[57:21] </w:t>
      </w:r>
      <w:r>
        <w:t>ka khayal daryaft ho, na insan ka potential jo hai woh istemal ho.</w:t>
      </w:r>
    </w:p>
    <w:p>
      <w:pPr>
        <w:jc w:val="right"/>
      </w:pPr>
      <w:r>
        <w:t>کا خیال دریافت ہو، نہ انسان کا پوٹینشل جو ہے وہ استعمال ہو۔</w:t>
      </w:r>
    </w:p>
    <w:p>
      <w:r>
        <w:rPr>
          <w:b/>
        </w:rPr>
        <w:t xml:space="preserve">[57:25] </w:t>
      </w:r>
      <w:r>
        <w:t>aisa nahi ho sakta hai.</w:t>
      </w:r>
    </w:p>
    <w:p>
      <w:pPr>
        <w:jc w:val="right"/>
      </w:pPr>
      <w:r>
        <w:t>ایسا نہیں ہو سکتا ہے۔</w:t>
      </w:r>
    </w:p>
    <w:p>
      <w:r>
        <w:rPr>
          <w:b/>
        </w:rPr>
        <w:t xml:space="preserve">[57:29] </w:t>
      </w:r>
      <w:r>
        <w:t>to woh hoga.</w:t>
      </w:r>
    </w:p>
    <w:p>
      <w:pPr>
        <w:jc w:val="right"/>
      </w:pPr>
      <w:r>
        <w:t>تو وہ ہوگا۔</w:t>
      </w:r>
    </w:p>
    <w:p>
      <w:r>
        <w:rPr>
          <w:b/>
        </w:rPr>
        <w:t xml:space="preserve">[57:33] </w:t>
      </w:r>
      <w:r>
        <w:t>isi isi isi ka naam jannat hai, isi ka naam jannat hai, isi ka naam bekunt hai, isi</w:t>
      </w:r>
    </w:p>
    <w:p>
      <w:pPr>
        <w:jc w:val="right"/>
      </w:pPr>
      <w:r>
        <w:t>اسی اسی اسی کا نام جنت ہے، اسی کا نام جنت ہے، اسی کا نام بیکونٹ ہے، اسی</w:t>
      </w:r>
    </w:p>
    <w:p>
      <w:r>
        <w:rPr>
          <w:b/>
        </w:rPr>
        <w:t xml:space="preserve">[57:36] </w:t>
      </w:r>
      <w:r>
        <w:t>ka naam firdous hai.</w:t>
      </w:r>
    </w:p>
    <w:p>
      <w:pPr>
        <w:jc w:val="right"/>
      </w:pPr>
      <w:r>
        <w:t>کا نام فردوس ہے۔</w:t>
      </w:r>
    </w:p>
    <w:p>
      <w:r>
        <w:rPr>
          <w:b/>
        </w:rPr>
        <w:t xml:space="preserve">[57:40] </w:t>
      </w:r>
      <w:r>
        <w:t>ab wahan par ek nai ek dunya banna shuru hogi.</w:t>
      </w:r>
    </w:p>
    <w:p>
      <w:pPr>
        <w:jc w:val="right"/>
      </w:pPr>
      <w:r>
        <w:t>اب وہاں پر ایک نئی ایک دنیا بننا شروع ہوگی۔</w:t>
      </w:r>
    </w:p>
    <w:p>
      <w:r>
        <w:rPr>
          <w:b/>
        </w:rPr>
        <w:t xml:space="preserve">[57:44] </w:t>
      </w:r>
      <w:r>
        <w:t>ek nai tehzeeb.</w:t>
      </w:r>
    </w:p>
    <w:p>
      <w:pPr>
        <w:jc w:val="right"/>
      </w:pPr>
      <w:r>
        <w:t>ایک نئی تہذیب۔</w:t>
      </w:r>
    </w:p>
    <w:p>
      <w:r>
        <w:rPr>
          <w:b/>
        </w:rPr>
        <w:t xml:space="preserve">[57:48] </w:t>
      </w:r>
      <w:r>
        <w:t>is mein har hum ko bohat hi khushi bhari sargarmiyan milengi. sab kuch jo duniya quran mein hai ke woh bhi jo kuch duniya mein hai, log samajhte hain ke sirf phal ke bare mein, phal ke bare mein nahi hai yeh. sari cheezon ke bare mein hai. jaise yahan par aap hum baithe hue hain, aik ya aisa bhi wahan par aik hoga. bohat hi aala satah par. wahan par mulaqaten hongi, wahan par seminar hon</w:t>
      </w:r>
    </w:p>
    <w:p>
      <w:pPr>
        <w:jc w:val="right"/>
      </w:pPr>
      <w:r>
        <w:t>اس میں ہر ہم کو بہت ہی خوشی بھری سرگرمیاں ملیں گی۔ سب کچھ جو دنیا قرآن میں ہے کہ وہ بھی جو کچھ دنیا میں ہے، لوگ سمجھتے ہیں کہ صرف پھل کے بارے میں، پھل کے بارے میں نہیں ہے یہ۔ ساری چیزوں کے بارے میں ہے۔ جیسے یہاں پر آپ ہم بیٹھے ہوئے ہیں، ایک یا ایسا بھی وہاں پر ایک ہوگا۔ بہت ہی اعلیٰ سطح پر۔ وہاں پر ملاقاتیں ہوں گی، وہاں پر سیمینار ہ</w:t>
      </w:r>
    </w:p>
    <w:p>
      <w:r>
        <w:rPr>
          <w:b/>
        </w:rPr>
        <w:t xml:space="preserve">[58:18] </w:t>
      </w:r>
      <w:r>
        <w:t>onge, wahan par idare honge, wahan par likha jayega, wahan bola jayega, wahan parha</w:t>
      </w:r>
    </w:p>
    <w:p>
      <w:pPr>
        <w:jc w:val="right"/>
      </w:pPr>
      <w:r>
        <w:t>وں گے، وہاں پر ادارے ہوں گے، وہاں پر لکھا جائے گا، وہاں بولا جائے گا، وہاں پڑھا</w:t>
      </w:r>
    </w:p>
    <w:p>
      <w:r>
        <w:rPr>
          <w:b/>
        </w:rPr>
        <w:t xml:space="preserve">[58:22] </w:t>
      </w:r>
      <w:r>
        <w:t>jayega, chhapayi hogi, wahan par sab kuch hoga.</w:t>
      </w:r>
    </w:p>
    <w:p>
      <w:pPr>
        <w:jc w:val="right"/>
      </w:pPr>
      <w:r>
        <w:t>جائے گا، چھپائی ہوگی، وہاں پر سب کچھ ہوگا۔</w:t>
      </w:r>
    </w:p>
    <w:p>
      <w:r>
        <w:rPr>
          <w:b/>
        </w:rPr>
        <w:t xml:space="preserve">[58:25] </w:t>
      </w:r>
      <w:r>
        <w:t>woh bhi sab kuch shamil hai.</w:t>
      </w:r>
    </w:p>
    <w:p>
      <w:pPr>
        <w:jc w:val="right"/>
      </w:pPr>
      <w:r>
        <w:t>وہ بھی سب کچھ شامل ہے۔</w:t>
      </w:r>
    </w:p>
    <w:p>
      <w:r>
        <w:rPr>
          <w:b/>
        </w:rPr>
        <w:t xml:space="preserve">[58:29] </w:t>
      </w:r>
      <w:r>
        <w:t>log samajhte hain ke sirf phal, seb aur anar. nahi.</w:t>
      </w:r>
    </w:p>
    <w:p>
      <w:pPr>
        <w:jc w:val="right"/>
      </w:pPr>
      <w:r>
        <w:t>لوگ سمجھتے ہیں کہ صرف پھل، سیب اور انار۔ نہیں۔</w:t>
      </w:r>
    </w:p>
    <w:p>
      <w:r>
        <w:rPr>
          <w:b/>
        </w:rPr>
        <w:t xml:space="preserve">[58:33] </w:t>
      </w:r>
      <w:r>
        <w:t>yeh jannat hai.</w:t>
      </w:r>
    </w:p>
    <w:p>
      <w:pPr>
        <w:jc w:val="right"/>
      </w:pPr>
      <w:r>
        <w:t>یہ جنت ہے۔</w:t>
      </w:r>
    </w:p>
    <w:p>
      <w:r>
        <w:rPr>
          <w:b/>
        </w:rPr>
        <w:t xml:space="preserve">[58:37] </w:t>
      </w:r>
      <w:r>
        <w:t>yeh sari sargharmiyan hongi lekin aala satah par.</w:t>
      </w:r>
    </w:p>
    <w:p>
      <w:pPr>
        <w:jc w:val="right"/>
      </w:pPr>
      <w:r>
        <w:t>یہ ساری سرگرمیاں ہوں گی لیکن اعلیٰ سطح پر۔</w:t>
      </w:r>
    </w:p>
    <w:p>
      <w:r>
        <w:rPr>
          <w:b/>
        </w:rPr>
        <w:t xml:space="preserve">[58:40] </w:t>
      </w:r>
      <w:r>
        <w:t>sab kahin hongi, bohat hi khushi bhari sargharmiyan hongi.</w:t>
      </w:r>
    </w:p>
    <w:p>
      <w:pPr>
        <w:jc w:val="right"/>
      </w:pPr>
      <w:r>
        <w:t>سب کہیں ہوں گی، بہت ہی خوشی بھری سرگرمیاں ہوں گی۔</w:t>
      </w:r>
    </w:p>
    <w:p>
      <w:r>
        <w:rPr>
          <w:b/>
        </w:rPr>
        <w:t xml:space="preserve">[58:44] </w:t>
      </w:r>
      <w:r>
        <w:t>Allah taala mujh ko aur aap ko is mein hissa daar ban</w:t>
      </w:r>
    </w:p>
    <w:p>
      <w:pPr>
        <w:jc w:val="right"/>
      </w:pPr>
      <w:r>
        <w:t>اللہ تعالیٰ مجھ کو اور آپ کو اس میں حصہ دار بن</w:t>
      </w:r>
    </w:p>
    <w:p>
      <w:r>
        <w:rPr>
          <w:b/>
        </w:rPr>
        <w:t xml:space="preserve">[58:48] </w:t>
      </w:r>
      <w:r>
        <w:t>aye. hum ko is se mahroom na kare. yeh meri dua hai. aqool qawli haza wa astaghfirullah li wa lakum ajmaeen.</w:t>
      </w:r>
    </w:p>
    <w:p>
      <w:pPr>
        <w:jc w:val="right"/>
      </w:pPr>
      <w:r>
        <w:t>ائے۔ ہم کو اس سے محروم نہ کرے۔ یہ میری دعا ہے۔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