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and Re-planning June 18, 2017</w:t>
      </w:r>
    </w:p>
    <w:p>
      <w:r>
        <w:t>https://www.youtube.com/watch?v=ekpPWHrK1DI</w:t>
      </w:r>
    </w:p>
    <w:p>
      <w:r>
        <w:rPr>
          <w:b/>
        </w:rPr>
        <w:t xml:space="preserve">[00:14] </w:t>
      </w:r>
      <w:r>
        <w:t>bismillah hir rahman nir rahim, wa salla Allahu ala nabiyil kareem. rab ishrah li sadri, wa yassir li amri, wah 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[00:35] </w:t>
      </w:r>
      <w:r>
        <w:t>18 june 2017, 22 ramzan 1438 hijri.</w:t>
      </w:r>
    </w:p>
    <w:p>
      <w:pPr>
        <w:jc w:val="right"/>
      </w:pPr>
      <w:r>
        <w:t>18 جون 2017، 22 رمضان 1438 ہجری۔</w:t>
      </w:r>
    </w:p>
    <w:p>
      <w:r>
        <w:rPr>
          <w:b/>
        </w:rPr>
        <w:t xml:space="preserve">[00:49] </w:t>
      </w:r>
      <w:r>
        <w:t>quran mein zikr aik ayat hai ke quran utara gaya ke tum. laa tadabbaroo ayatihi. laa tadabbaroo ayatihi ka matlab hai: bohat ghor karo, khoob khoob ghor karo.</w:t>
      </w:r>
    </w:p>
    <w:p>
      <w:pPr>
        <w:jc w:val="right"/>
      </w:pPr>
      <w:r>
        <w:t>قرآن میں ذکر ایک آیت ہے کہ قرآن اتارا گیا کہ تم۔ لَا دَبْرُوا آَيَاتِهِ۔ لَا دَبْرُوا آَيَاتِهِ کا مطلب ہے: بہت غور کرو، خوب خوب غور کرو۔</w:t>
      </w:r>
    </w:p>
    <w:p>
      <w:r>
        <w:rPr>
          <w:b/>
        </w:rPr>
        <w:t xml:space="preserve">[01:04] </w:t>
      </w:r>
      <w:r>
        <w:t>sirf yeh nahi ke parho, yeh bhi nahi ke ghor karo, balke bohat ghor karo. yeh mubalgha ka jagah hai. to sawal yeh hai ke kyun quran mein bohat ghor karne ke liye kaha gaya hai?</w:t>
      </w:r>
    </w:p>
    <w:p>
      <w:pPr>
        <w:jc w:val="right"/>
      </w:pPr>
      <w:r>
        <w:t>صرف یہ نہیں کہ پڑھو، یہ بھی نہیں کہ غور کرو، بلکہ بہت غور کرو۔ یہ مبالغہ کا جگہ ہے۔ تو سوال یہ ہے کہ کیوں قرآن میں بہت غور کرنے کے لیے کہا گیا ہے؟</w:t>
      </w:r>
    </w:p>
    <w:p>
      <w:r>
        <w:rPr>
          <w:b/>
        </w:rPr>
        <w:t xml:space="preserve">[01:23] </w:t>
      </w:r>
      <w:r>
        <w:t>agar sirf tarjuma kafi hota to kehte ke quran parh lo, arabi se parh lo chahe tarjume se parh lo.</w:t>
      </w:r>
    </w:p>
    <w:p>
      <w:pPr>
        <w:jc w:val="right"/>
      </w:pPr>
      <w:r>
        <w:t>اگر صرف ترجمہ کافی ہوتا تو کہتے کہ قرآن پڑھ لو، عربی سے پڑھ لو چاہے ترجمے سے پڑھ لو۔</w:t>
      </w:r>
    </w:p>
    <w:p>
      <w:r>
        <w:rPr>
          <w:b/>
        </w:rPr>
        <w:t xml:space="preserve">[01:34] </w:t>
      </w:r>
      <w:r>
        <w:t>lekin yeh hai ke quran utara gaya hai ke tum bohat ziyada ghor karo, ghor o fikr karo. kyun? is liye ke har ayat ke gehre mani hain,</w:t>
      </w:r>
    </w:p>
    <w:p>
      <w:pPr>
        <w:jc w:val="right"/>
      </w:pPr>
      <w:r>
        <w:t>لیکن یہ ہے کہ قرآن اتارا گیا ہے کہ تم بہت زیادہ غور کرو، غور و فکر کرو۔ کیوں؟ اس لیے کہ ہر آیت کے گہرے معنی ہیں،</w:t>
      </w:r>
    </w:p>
    <w:p>
      <w:r>
        <w:rPr>
          <w:b/>
        </w:rPr>
        <w:t xml:space="preserve">[01:48] </w:t>
      </w:r>
      <w:r>
        <w:t>deep meaning hai. quran ki har ayat ke. aik ghas ki bhi deep meaning hai. scientist ghas ki meaning discover karta hai,</w:t>
      </w:r>
    </w:p>
    <w:p>
      <w:pPr>
        <w:jc w:val="right"/>
      </w:pPr>
      <w:r>
        <w:t>ڈیپ میننگ ہے۔ قرآن کی ہر آیت کے۔ ایک گھاس کی بھی ڈیپ میننگ ہے۔ سائنٹسٹ گھاس کی میننگ ڈسکور کرتا ہے،</w:t>
      </w:r>
    </w:p>
    <w:p>
      <w:r>
        <w:rPr>
          <w:b/>
        </w:rPr>
        <w:t xml:space="preserve">[02:02] </w:t>
      </w:r>
      <w:r>
        <w:t>research kar ke. har cheez ki. isi tarah se quran ki ayaten jo hain, is ki bhi deep meaning hai.</w:t>
      </w:r>
    </w:p>
    <w:p>
      <w:pPr>
        <w:jc w:val="right"/>
      </w:pPr>
      <w:r>
        <w:t>ریسرچ کر کے۔ ہر چیز کی۔ اسی طرح سے قرآن کی آیتیں جو ہیں، اس کی بھی ڈیپ میننگ ہے۔</w:t>
      </w:r>
    </w:p>
    <w:p>
      <w:r>
        <w:rPr>
          <w:b/>
        </w:rPr>
        <w:t xml:space="preserve">[02:12] </w:t>
      </w:r>
      <w:r>
        <w:t>to jab ziyada ghor o fikr karoge, contemplation karoge, tabhi is ke gehre mani tak pahuncho ge. ab main aik misaal deta hoon aap ko.</w:t>
      </w:r>
    </w:p>
    <w:p>
      <w:pPr>
        <w:jc w:val="right"/>
      </w:pPr>
      <w:r>
        <w:t>تو جب زیادہ غور و فکر کرو گے، کنٹمپریشن کرو گے، تبھی اس کے گہرے معنی تک پہنچو گے۔ اب میں ایک مثال دیتا ہوں آپ کو۔</w:t>
      </w:r>
    </w:p>
    <w:p>
      <w:r>
        <w:rPr>
          <w:b/>
        </w:rPr>
        <w:t xml:space="preserve">[02:25] </w:t>
      </w:r>
      <w:r>
        <w:t>quran mein surah al baqarah mein roze ke bare mein hukum aya hai. to wahan yeh kaha gaya hai ke: kutiba alaikumus siyam kama kutiba alal lazeena min qablikum la allakum tattaqoon.</w:t>
      </w:r>
    </w:p>
    <w:p>
      <w:pPr>
        <w:jc w:val="right"/>
      </w:pPr>
      <w:r>
        <w:t>قرآن میں سورہ البقرہ میں روزے کے بارے میں حکم آیا ہے۔ تو وہاں یہ کہا گیا ہے کہ: كُتِبْ عَلَيْكُمْ السَّلَامُ كَمَا كُتِبَ عَلَى الَّذِينَ مِنْ قَبْلِكُمْ لَا لَّكُمْ تَتَّقُونَ۔</w:t>
      </w:r>
    </w:p>
    <w:p>
      <w:r>
        <w:rPr>
          <w:b/>
        </w:rPr>
        <w:t xml:space="preserve">[02:45] </w:t>
      </w:r>
      <w:r>
        <w:t>yaani roza rakhna tumhare par farz kiya gaya taake tumhare andar taqwa paida ho. to main bohat lambe, kitne kitne saal se sochta tha ke roza rakhne se taqwa kis tarah aa jayega?</w:t>
      </w:r>
    </w:p>
    <w:p>
      <w:pPr>
        <w:jc w:val="right"/>
      </w:pPr>
      <w:r>
        <w:t>یعنی روزہ رکھنا تمہارے پر فرض کیا گیا تاکہ تمہارے اندر تقویٰ پیدا ہو۔ تو میں بہت لمبے، کتنے کتنے سال سے سوچتا تھا کہ روزہ رکھنے سے تقویٰ کس طرح آ جائے گا؟</w:t>
      </w:r>
    </w:p>
    <w:p>
      <w:r>
        <w:rPr>
          <w:b/>
        </w:rPr>
        <w:t xml:space="preserve">[03:03] </w:t>
      </w:r>
      <w:r>
        <w:t>roze mein aur taqwa mein link kya hai? phir logon ko dekhta tha to kisi par taqwa aata hi nahi.</w:t>
      </w:r>
    </w:p>
    <w:p>
      <w:pPr>
        <w:jc w:val="right"/>
      </w:pPr>
      <w:r>
        <w:t>روزے میں اور تقویٰ میں لنک کیا ہے؟ پھر لوگوں کو دیکھتا تھا تو کسی پر تقویٰ آتا ہی نہیں۔</w:t>
      </w:r>
    </w:p>
    <w:p>
      <w:r>
        <w:rPr>
          <w:b/>
        </w:rPr>
        <w:t xml:space="preserve">[03:11] </w:t>
      </w:r>
      <w:r>
        <w:t>khane peene ki dhoom rehti hai. jisko dekhen yahan se america tak roze mein khoob sehri aur iftar ki dhoom rehti hai.</w:t>
      </w:r>
    </w:p>
    <w:p>
      <w:pPr>
        <w:jc w:val="right"/>
      </w:pPr>
      <w:r>
        <w:t>کھانے پینے کی دھوم رہتی ہے۔ جس کو دیکھیں یہاں سے امریکہ تک روزے میں خوب سحری اور افطار کی دھوم رہتی ہے۔</w:t>
      </w:r>
    </w:p>
    <w:p>
      <w:r>
        <w:rPr>
          <w:b/>
        </w:rPr>
        <w:t xml:space="preserve">[03:21] </w:t>
      </w:r>
      <w:r>
        <w:t>to main bohat dinon se sochta tha ke aakhir mamla kya hai? roza rakho to taqwa paida ho jayega?</w:t>
      </w:r>
    </w:p>
    <w:p>
      <w:pPr>
        <w:jc w:val="right"/>
      </w:pPr>
      <w:r>
        <w:t>تو میں بہت دنوں سے سوچتا تھا کہ آخر معاملہ کیا ہے؟ روزہ رکھو تو تقویٰ پیدا ہو جائے گا؟</w:t>
      </w:r>
    </w:p>
    <w:p>
      <w:r>
        <w:rPr>
          <w:b/>
        </w:rPr>
        <w:t xml:space="preserve">[03:32] </w:t>
      </w:r>
      <w:r>
        <w:t>to dekhen yeh quran ki doosri ayaton par ghor karne se maloom hota hai ke allah ka tamam kaam ke liye aya hai khalq ka lafz.</w:t>
      </w:r>
    </w:p>
    <w:p>
      <w:pPr>
        <w:jc w:val="right"/>
      </w:pPr>
      <w:r>
        <w:t>تو دیکھیں یہ قرآن کی دوسری آیتوں پر غور کرنے سے معلوم ہوتا ہے کہ اللہ کا تمام کام کے لیے آیا ہے خلق کا لفظ۔</w:t>
      </w:r>
    </w:p>
    <w:p>
      <w:r>
        <w:rPr>
          <w:b/>
        </w:rPr>
        <w:t xml:space="preserve">[03:43] </w:t>
      </w:r>
      <w:r>
        <w:t>khalq ka lafz. khalq al-samawati wal-ard. to lafz khalq jo hai aap kisi arabi ki dictionary mein dekhen is mein likha rahe ga: huwa in shao shai halan fa'alan ila had al-tamam.</w:t>
      </w:r>
    </w:p>
    <w:p>
      <w:pPr>
        <w:jc w:val="right"/>
      </w:pPr>
      <w:r>
        <w:t>خلق کا لفظ۔ خَلْقَ السَّمٰوَاتِ وَالْأَرْضِ۔ تو لفظ خلق جو ہے آپ کسی عربی کی ڈکشنری میں دیکھیں اس میں لکھا رہے گا: هُوَ إِنْ شَاؤْشَاۤي هَالًا فَعَالًا إِلَىٰ حَدِّ التَّمَامِ۔</w:t>
      </w:r>
    </w:p>
    <w:p>
      <w:r>
        <w:rPr>
          <w:b/>
        </w:rPr>
        <w:t xml:space="preserve">[04:04] </w:t>
      </w:r>
      <w:r>
        <w:t>yani khalq ke mani sadha tor par bas yeh nahi ke paida karna. nahi, khalq ke mani yeh hain ke ek halat se doosri halat tak pahunchana, is waqt tak pahunchate rehna jab tak ke woh apni apne yani aakhri had par na pahunch jae.</w:t>
      </w:r>
    </w:p>
    <w:p>
      <w:pPr>
        <w:jc w:val="right"/>
      </w:pPr>
      <w:r>
        <w:t>یعنی خلق کے معنی سادہ طور پر بس یہ نہیں کہ پیدا کرنا۔ نہیں، خلق کے معنی یہ ہیں کہ ایک حالت سے دوسری حالت تک پہنچانا، اس وقت تک پہنچاتے رہنا جب تک کہ وہ اپنی اپنے یعنی آخری حد پر نہ پہنچ جائے۔</w:t>
      </w:r>
    </w:p>
    <w:p>
      <w:r>
        <w:rPr>
          <w:b/>
        </w:rPr>
        <w:t xml:space="preserve">[04:25] </w:t>
      </w:r>
      <w:r>
        <w:t>to phir maine socha ke yahi to hai planning. to khalq ka matlab hua planning. phir maine socha to allah taala ka sara hi mamla planning ke tehat hota hai.</w:t>
      </w:r>
    </w:p>
    <w:p>
      <w:pPr>
        <w:jc w:val="right"/>
      </w:pPr>
      <w:r>
        <w:t>تو پھر میں نے سوچا کہ یہی تو ہے پلاننگ۔ تو خلق کا مطلب ہوا پلاننگ۔ پھر میں نے سوچا تو اللہ تعالیٰ کا سارا ہی معاملہ پلاننگ کے تحت ہوتا ہے۔</w:t>
      </w:r>
    </w:p>
    <w:p>
      <w:r>
        <w:rPr>
          <w:b/>
        </w:rPr>
        <w:t xml:space="preserve">[04:42] </w:t>
      </w:r>
      <w:r>
        <w:t>chahe quran ho. quran aap dekhen quran taees saal mein kyun utra? achaanak ek martaba aa jata. ek din achaanak ek kitab aa jati hai rasool allah sallallahu alaihi wasallam ke paas.</w:t>
      </w:r>
    </w:p>
    <w:p>
      <w:pPr>
        <w:jc w:val="right"/>
      </w:pPr>
      <w:r>
        <w:t>چاہے قرآن ہو۔ قرآن آپ دیکھیں قرآن تئیس سال میں کیوں اترا؟ اچانک ایک مرتبہ آ جاتا۔ ایک دن اچانک ایک کتاب آ جاتی ہے رسول اللہ صلى الله عليه وسلم کے پاس۔</w:t>
      </w:r>
    </w:p>
    <w:p>
      <w:r>
        <w:rPr>
          <w:b/>
        </w:rPr>
        <w:t xml:space="preserve">[04:56] </w:t>
      </w:r>
      <w:r>
        <w:t>sara quran is mein hota. lekin aisa nahi hua. taees saal tak najman najman utra quran. This was all so planning.</w:t>
      </w:r>
    </w:p>
    <w:p>
      <w:pPr>
        <w:jc w:val="right"/>
      </w:pPr>
      <w:r>
        <w:t>سارا قرآن اس میں ہوتا۔ لیکن ایسا نہیں ہوا۔ تئیس سال تک نجماً نجماً اترا قرآن۔ یہ دَیٹ واز آل سو پلاننگ۔</w:t>
      </w:r>
    </w:p>
    <w:p>
      <w:r>
        <w:rPr>
          <w:b/>
        </w:rPr>
        <w:t xml:space="preserve">[05:07] </w:t>
      </w:r>
      <w:r>
        <w:t>allah taala ne planning kar ke quran utara jis mein to taees saal lag gae. aise hi allah taala ne yeh jo kainat banai hai to quran mein aya hai ke saat dinon mein banaya.</w:t>
      </w:r>
    </w:p>
    <w:p>
      <w:pPr>
        <w:jc w:val="right"/>
      </w:pPr>
      <w:r>
        <w:t>اللہ تعالیٰ نے پلاننگ کر کے قرآن اتارا جس میں تو تئیس سال لگ گئے۔ ایسے ہی اللہ تعالیٰ نے یہ جو کائنات بنائی ہے تو قرآن میں آیا ہے کہ سات دنوں میں بنایا۔</w:t>
      </w:r>
    </w:p>
    <w:p>
      <w:r>
        <w:rPr>
          <w:b/>
        </w:rPr>
        <w:t xml:space="preserve">[05:23] </w:t>
      </w:r>
      <w:r>
        <w:t>to saat dinon ka matlab hai saat period mein banaya.</w:t>
      </w:r>
    </w:p>
    <w:p>
      <w:pPr>
        <w:jc w:val="right"/>
      </w:pPr>
      <w:r>
        <w:t>تو سات دنوں کا مطلب ہے سات پیریڈ میں بنایا۔</w:t>
      </w:r>
    </w:p>
    <w:p>
      <w:r>
        <w:rPr>
          <w:b/>
        </w:rPr>
        <w:t xml:space="preserve">[05:28] </w:t>
      </w:r>
      <w:r>
        <w:t>saat din ke mani yeh nahi ke aise hi din. saat period. phir maine is par ghor kiya ke saat period ka matlab kya hai? to mujhe samajh mein aya ke yeh pehle big bang hua.</w:t>
      </w:r>
    </w:p>
    <w:p>
      <w:pPr>
        <w:jc w:val="right"/>
      </w:pPr>
      <w:r>
        <w:t>سات دن کے معنی یہ نہیں کہ ایسے ہی دن۔ سات پیریڈ۔ پھر میں نے اس پر غور کیا کہ سات پیریڈ کا مطلب کیا ہے؟ تو مجھے سمجھ میں آیا کہ یہ پہلے بگ بینگ ہوا۔</w:t>
      </w:r>
    </w:p>
    <w:p>
      <w:r>
        <w:rPr>
          <w:b/>
        </w:rPr>
        <w:t xml:space="preserve">[05:43] </w:t>
      </w:r>
      <w:r>
        <w:t>phir solar bang hua. phir water bang hua. phir plant bang hua. phir animal bang hua.</w:t>
      </w:r>
    </w:p>
    <w:p>
      <w:pPr>
        <w:jc w:val="right"/>
      </w:pPr>
      <w:r>
        <w:t>پھر سولر بینگ ہوا۔ پھر واٹر بینگ ہوا۔ پھر پلانٹ بینگ ہوا۔ پھر اینیمل بینگ ہوا۔</w:t>
      </w:r>
    </w:p>
    <w:p>
      <w:r>
        <w:rPr>
          <w:b/>
        </w:rPr>
        <w:t xml:space="preserve">[05:52] </w:t>
      </w:r>
      <w:r>
        <w:t>phir human bang hua. yeh hai planning. ab planning mein aap jante hain ke process matloob hota hai.</w:t>
      </w:r>
    </w:p>
    <w:p>
      <w:pPr>
        <w:jc w:val="right"/>
      </w:pPr>
      <w:r>
        <w:t>پھر ہیومن بینگ ہوا۔ یہ ہے پلاننگ۔ اب پلاننگ میں آپ جانتے ہیں کہ پروسیس مطلوب ہوتا ہے۔</w:t>
      </w:r>
    </w:p>
    <w:p>
      <w:r>
        <w:rPr>
          <w:b/>
        </w:rPr>
        <w:t xml:space="preserve">[06:02] </w:t>
      </w:r>
      <w:r>
        <w:t>process kar ke koi kaam jab kiya jae to wahi planning hai. jaise hum khana khate hain to khane se blood banta hai.</w:t>
      </w:r>
    </w:p>
    <w:p>
      <w:pPr>
        <w:jc w:val="right"/>
      </w:pPr>
      <w:r>
        <w:t>پروسیس کر کے کوئی کام جب کیا جائے تو وہی پلاننگ ہے۔ جیسے ہم کھانا کھاتے ہیں تو کھانے سے بلڈ بنتا ہے۔</w:t>
      </w:r>
    </w:p>
    <w:p>
      <w:r>
        <w:rPr>
          <w:b/>
        </w:rPr>
        <w:t xml:space="preserve">[06:15] </w:t>
      </w:r>
      <w:r>
        <w:t>gosht aur khoon. lekin kaise banta hai? ke idhar munh mein aap ne khana hat dala aur sab achaanak ban gaya gosht aur khoon?</w:t>
      </w:r>
    </w:p>
    <w:p>
      <w:pPr>
        <w:jc w:val="right"/>
      </w:pPr>
      <w:r>
        <w:t>گوشت اور خون۔ لیکن کیسے بنتا ہے؟ کہ ادھر منہ میں آپ نے کھانا ہٹ ڈالا اور سب اچانک بن گیا گوشت اور خون؟</w:t>
      </w:r>
    </w:p>
    <w:p>
      <w:r>
        <w:rPr>
          <w:b/>
        </w:rPr>
        <w:t xml:space="preserve">[06:26] </w:t>
      </w:r>
      <w:r>
        <w:t>aisa to hota nahi. hamare body mein ek bahut hi zabardast planning chalti hai. ek process chalta hai. bahut se organ is mein involve hote hain.</w:t>
      </w:r>
    </w:p>
    <w:p>
      <w:pPr>
        <w:jc w:val="right"/>
      </w:pPr>
      <w:r>
        <w:t>ایسا تو ہوتا نہیں۔ ہمارے باڈی میں ایک بہت ہی زبردست پلاننگ چلتی ہے۔ ایک پروسیس چلتا ہے۔ بہت سے ارگن اس میں انوالو ہوتے ہیں۔</w:t>
      </w:r>
    </w:p>
    <w:p>
      <w:r>
        <w:rPr>
          <w:b/>
        </w:rPr>
        <w:t xml:space="preserve">[06:39] </w:t>
      </w:r>
      <w:r>
        <w:t>to ek lambe process ke baad woh khaya hua khana hamara blood banta hai. gosht aur khoon. to maine socha ke jab allah rab al-alameen ka sara mamla hai thoda process hai.</w:t>
      </w:r>
    </w:p>
    <w:p>
      <w:pPr>
        <w:jc w:val="right"/>
      </w:pPr>
      <w:r>
        <w:t>تو ایک لمبے پروسیس کے بعد وہ کھایا ہوا کھانا ہمارا بلڈ بنتا ہے۔ گوشت اور خون۔ تو میں نے سوچا کہ جب اللہ رب العالمین کا سارا معاملہ ہے تھوڑا پروسیس ہے۔</w:t>
      </w:r>
    </w:p>
    <w:p>
      <w:r>
        <w:rPr>
          <w:b/>
        </w:rPr>
        <w:t xml:space="preserve">[06:54] </w:t>
      </w:r>
      <w:r>
        <w:t>thoda planning hai. to kya roza is se exemption ho jaega? ek ghas bhi planning hai. galaxy bhi planning hai.</w:t>
      </w:r>
    </w:p>
    <w:p>
      <w:pPr>
        <w:jc w:val="right"/>
      </w:pPr>
      <w:r>
        <w:t>تھوڑا پلاننگ ہے۔ تو کیا روزہ اس سے ایگزیپشن ہو جائے گا؟ ایک گھاس بھی پلاننگ ہے۔ گلیکسی بھی پلاننگ ہے۔</w:t>
      </w:r>
    </w:p>
    <w:p>
      <w:r>
        <w:rPr>
          <w:b/>
        </w:rPr>
        <w:t xml:space="preserve">[07:05] </w:t>
      </w:r>
      <w:r>
        <w:t>pani barta hai is par planning hai. konah utarta hai to is par planning hai. to roze mein planning nahi rahegi? idhar roza rakho aur idhar taqwa ho gaya.</w:t>
      </w:r>
    </w:p>
    <w:p>
      <w:pPr>
        <w:jc w:val="right"/>
      </w:pPr>
      <w:r>
        <w:t>پانی برستا ہے اس پر پلاننگ ہے۔ کونہ اترتا ہے تو اس پر پلاننگ ہے۔ تو روزہ میں پلاننگ نہیں رہے گی؟ ادھر روزہ رکھو اور ادھر تقویٰ ہو گیا۔</w:t>
      </w:r>
    </w:p>
    <w:p>
      <w:r>
        <w:rPr>
          <w:b/>
        </w:rPr>
        <w:t xml:space="preserve">[07:17] </w:t>
      </w:r>
      <w:r>
        <w:t>idhar roza rakho aur idhar taqwa ban gaya. to aisa har giz nahi hai.</w:t>
      </w:r>
    </w:p>
    <w:p>
      <w:pPr>
        <w:jc w:val="right"/>
      </w:pPr>
      <w:r>
        <w:t>ادھر روزہ رکھو اور ادھر تقویٰ بن گیا۔ تو ایسا ہرگز نہیں ہے۔</w:t>
      </w:r>
    </w:p>
    <w:p>
      <w:r>
        <w:rPr>
          <w:b/>
        </w:rPr>
        <w:t xml:space="preserve">[07:24] </w:t>
      </w:r>
      <w:r>
        <w:t>quran ke isi hisse ko aap mutala karen to is mein aap paenge ke isi mein kaha gaya hai ke</w:t>
      </w:r>
    </w:p>
    <w:p>
      <w:pPr>
        <w:jc w:val="right"/>
      </w:pPr>
      <w:r>
        <w:t>قرآن کے اسی حصے کو آپ مطالعہ کریں تو اس میں آپ پائیں گے کہ اسی میں کہا گیا ہے کہ</w:t>
      </w:r>
    </w:p>
    <w:p>
      <w:r>
        <w:rPr>
          <w:b/>
        </w:rPr>
        <w:t xml:space="preserve">[07:38] </w:t>
      </w:r>
      <w:r>
        <w:t>ke quran utara gaya jis mein hidayat hai. hudan lil-nas.</w:t>
      </w:r>
    </w:p>
    <w:p>
      <w:pPr>
        <w:jc w:val="right"/>
      </w:pPr>
      <w:r>
        <w:t>کہ قرآن اتارا گیا جس میں ہدایت ہے۔ هُدًى لِلنَّاسِ۔</w:t>
      </w:r>
    </w:p>
    <w:p>
      <w:r>
        <w:rPr>
          <w:b/>
        </w:rPr>
        <w:t xml:space="preserve">[07:48] </w:t>
      </w:r>
      <w:r>
        <w:t>to yani hidayat ke mani hain lead. rehnumai.</w:t>
      </w:r>
    </w:p>
    <w:p>
      <w:pPr>
        <w:jc w:val="right"/>
      </w:pPr>
      <w:r>
        <w:t>تو یعنی ہدایت کے معنی ہیں لیڈ۔ رہنمائی۔</w:t>
      </w:r>
    </w:p>
    <w:p>
      <w:r>
        <w:rPr>
          <w:b/>
        </w:rPr>
        <w:t xml:space="preserve">[07:58] </w:t>
      </w:r>
      <w:r>
        <w:t>to is ke mani is sab ko mila kar jab maine socha to maine socha ke roza ek process ka ek planning ka naam hai.</w:t>
      </w:r>
    </w:p>
    <w:p>
      <w:pPr>
        <w:jc w:val="right"/>
      </w:pPr>
      <w:r>
        <w:t>تو اس کے معنی اس سب کو ملا کر جب میں نے سوچا تو میں نے سوچا کہ روزہ ایک پروسیس کا ایک پلاننگ کا نام ہے۔</w:t>
      </w:r>
    </w:p>
    <w:p>
      <w:r>
        <w:rPr>
          <w:b/>
        </w:rPr>
        <w:t xml:space="preserve">[08:09] </w:t>
      </w:r>
      <w:r>
        <w:t>woh kya hai? aap ne roza rakh kar apne ko zyada alert banaya. zyada alert.</w:t>
      </w:r>
    </w:p>
    <w:p>
      <w:pPr>
        <w:jc w:val="right"/>
      </w:pPr>
      <w:r>
        <w:t>وہ کیا ہے؟ آپ نے روزہ رکھ کر اپنے کو زیادہ الرٹ بنایا۔ زیادہ الرٹ۔</w:t>
      </w:r>
    </w:p>
    <w:p>
      <w:r>
        <w:rPr>
          <w:b/>
        </w:rPr>
        <w:t xml:space="preserve">[08:18] </w:t>
      </w:r>
      <w:r>
        <w:t>zyada senior. senior. roza rakh kar aap ne apne ko zyada alert banaya. zyada senior banaya.</w:t>
      </w:r>
    </w:p>
    <w:p>
      <w:pPr>
        <w:jc w:val="right"/>
      </w:pPr>
      <w:r>
        <w:t>زیادہ سینئر۔ سینئر۔ روزہ رکھ کر آپ نے اپنے کو زیادہ الرٹ بنایا۔ زیادہ سینئر بنایا۔</w:t>
      </w:r>
    </w:p>
    <w:p>
      <w:r>
        <w:rPr>
          <w:b/>
        </w:rPr>
        <w:t xml:space="preserve">[08:29] </w:t>
      </w:r>
      <w:r>
        <w:t>phir aap ne kya kiya? quran ki study ki. quran ko padha.</w:t>
      </w:r>
    </w:p>
    <w:p>
      <w:pPr>
        <w:jc w:val="right"/>
      </w:pPr>
      <w:r>
        <w:t>پھر آپ نے کیا کیا؟ قرآن کی اسٹڈی کی۔ قرآن کو پڑھا۔</w:t>
      </w:r>
    </w:p>
    <w:p>
      <w:r>
        <w:rPr>
          <w:b/>
        </w:rPr>
        <w:t xml:space="preserve">[08:37] </w:t>
      </w:r>
      <w:r>
        <w:t>aur quran se aap ne food hasil kiya. food. discipline food. to phir woh waqt aata hai ke aap ke andar taqwa paida ho.</w:t>
      </w:r>
    </w:p>
    <w:p>
      <w:pPr>
        <w:jc w:val="right"/>
      </w:pPr>
      <w:r>
        <w:t>اور قرآن سے آپ نے فوڈ حاصل کیا۔ فوڈ۔ ڈیسیپلن فوڈ۔ تو پھر وہ وقت آتا ہے کہ آپ کے اندر تقویٰ پیدا ہو۔</w:t>
      </w:r>
    </w:p>
    <w:p>
      <w:r>
        <w:rPr>
          <w:b/>
        </w:rPr>
        <w:t xml:space="preserve">[08:49] </w:t>
      </w:r>
      <w:r>
        <w:t>is ka matlab hai ke first comes roza. deen comes quran.</w:t>
      </w:r>
    </w:p>
    <w:p>
      <w:pPr>
        <w:jc w:val="right"/>
      </w:pPr>
      <w:r>
        <w:t>اس کا مطلب ہے کہ فرسٹ کمز روزہ۔ دین کمز قرآن۔</w:t>
      </w:r>
    </w:p>
    <w:p>
      <w:r>
        <w:rPr>
          <w:b/>
        </w:rPr>
        <w:t xml:space="preserve">[08:59] </w:t>
      </w:r>
      <w:r>
        <w:t>deen comes da</w:t>
      </w:r>
    </w:p>
    <w:p>
      <w:pPr>
        <w:jc w:val="right"/>
      </w:pPr>
      <w:r>
        <w:t>دین کمز دا</w:t>
      </w:r>
    </w:p>
    <w:p>
      <w:r>
        <w:rPr>
          <w:b/>
        </w:rPr>
        <w:t xml:space="preserve">[09:05] </w:t>
      </w:r>
      <w:r>
        <w:t>result of roza.</w:t>
      </w:r>
    </w:p>
    <w:p>
      <w:pPr>
        <w:jc w:val="right"/>
      </w:pPr>
      <w:r>
        <w:t>رزلٹ آف روزہ۔</w:t>
      </w:r>
    </w:p>
    <w:p>
      <w:r>
        <w:rPr>
          <w:b/>
        </w:rPr>
        <w:t xml:space="preserve">[09:10] </w:t>
      </w:r>
      <w:r>
        <w:t>yani aap ne jaana ke roze ka mahina aa gaya. to aap ne planning ki.</w:t>
      </w:r>
    </w:p>
    <w:p>
      <w:pPr>
        <w:jc w:val="right"/>
      </w:pPr>
      <w:r>
        <w:t>یعنی آپ نے جانا کہ روزے کا مہینہ آ گیا۔ تو آپ نے پلاننگ کی۔</w:t>
      </w:r>
    </w:p>
    <w:p>
      <w:r>
        <w:rPr>
          <w:b/>
        </w:rPr>
        <w:t xml:space="preserve">[09:20] </w:t>
      </w:r>
      <w:r>
        <w:t>planning is tarah ki ke din mein aap ne roza rakha. phir jab bhi waqt mila din mein ya raat mein to quran ko padha is janne ke liye ke Allah taala ki marzi mere saath kya hai.</w:t>
      </w:r>
    </w:p>
    <w:p>
      <w:pPr>
        <w:jc w:val="right"/>
      </w:pPr>
      <w:r>
        <w:t>پلاننگ اس طرح کی کہ دن میں آپ نے روزہ رکھا۔ پھر جب بھی وقت ملا دن میں یا رات میں تو قرآن کو پڑھا اس جاننے کے لیے کہ اللہ تعالیٰ کی مرضی میرے ساتھ کیا ہے۔</w:t>
      </w:r>
    </w:p>
    <w:p>
      <w:r>
        <w:rPr>
          <w:b/>
        </w:rPr>
        <w:t xml:space="preserve">[09:39] </w:t>
      </w:r>
      <w:r>
        <w:t>sun ka suna is apna mind ko banaya. mind mein ek process jaari kiya.</w:t>
      </w:r>
    </w:p>
    <w:p>
      <w:pPr>
        <w:jc w:val="right"/>
      </w:pPr>
      <w:r>
        <w:t>سن کا سنا اس اپنا مائنڈ کو بنایا۔ مائنڈ میں ایک پروسیس جاری کیا۔</w:t>
      </w:r>
    </w:p>
    <w:p>
      <w:r>
        <w:rPr>
          <w:b/>
        </w:rPr>
        <w:t xml:space="preserve">[09:49] </w:t>
      </w:r>
      <w:r>
        <w:t>phir woh culminate ho kar ke bana taqwa.</w:t>
      </w:r>
    </w:p>
    <w:p>
      <w:pPr>
        <w:jc w:val="right"/>
      </w:pPr>
      <w:r>
        <w:t>پھر وہ کلمینیٹ ہو کر کے بنا تقویٰ۔</w:t>
      </w:r>
    </w:p>
    <w:p>
      <w:r>
        <w:rPr>
          <w:b/>
        </w:rPr>
        <w:t xml:space="preserve">[09:55] </w:t>
      </w:r>
      <w:r>
        <w:t>woh culminate ban kar bana taqwa. yeh hai roza. roza yeh nahi hai ke bas sehri kar liya, iftar kar liya, sehri kar liya, iftar kar liya to roza ho gaya.</w:t>
      </w:r>
    </w:p>
    <w:p>
      <w:pPr>
        <w:jc w:val="right"/>
      </w:pPr>
      <w:r>
        <w:t>وہ کلمینیٹ بن کر بنا تقویٰ۔ یہ ہے روزہ۔ روزہ یہ نہیں ہے کہ بس سحری کر لیا، افطار کر لیا، سحری کر لیا، افطار کر لیا تو روزہ ہو گیا۔</w:t>
      </w:r>
    </w:p>
    <w:p>
      <w:r>
        <w:rPr>
          <w:b/>
        </w:rPr>
        <w:t xml:space="preserve">[10:08] </w:t>
      </w:r>
      <w:r>
        <w:t>roza ek planning hai. ek process jaari karna hai. jab woh culminate hota hai to taqwa banta hai.</w:t>
      </w:r>
    </w:p>
    <w:p>
      <w:pPr>
        <w:jc w:val="right"/>
      </w:pPr>
      <w:r>
        <w:t>روزہ ایک پلاننگ ہے۔ ایک پروسیس جاری کرنا ہے۔ جب وہ کلمینیٹ ہوتا ہے تو تقویٰ بنتا ہے۔</w:t>
      </w:r>
    </w:p>
    <w:p>
      <w:r>
        <w:rPr>
          <w:b/>
        </w:rPr>
        <w:t xml:space="preserve">[10:24] </w:t>
      </w:r>
      <w:r>
        <w:t>to log jo hain yahi samajhte hain ke sehri ka sehri kha liya. iftar ka iftar kar liya. bas ho gaya.</w:t>
      </w:r>
    </w:p>
    <w:p>
      <w:pPr>
        <w:jc w:val="right"/>
      </w:pPr>
      <w:r>
        <w:t>تو لوگ جو ہیں یہی سمجھتے ہیں کہ سحری کا سحری کھا لیا۔ افطار کا افطار کر لیا۔ بس ہو گیا۔</w:t>
      </w:r>
    </w:p>
    <w:p>
      <w:r>
        <w:rPr>
          <w:b/>
        </w:rPr>
        <w:t xml:space="preserve">[10:37] </w:t>
      </w:r>
      <w:r>
        <w:t>to aik shair mein ne aap ko sunaya tha is se pehle ke aik farsi ka shair</w:t>
      </w:r>
    </w:p>
    <w:p>
      <w:pPr>
        <w:jc w:val="right"/>
      </w:pPr>
      <w:r>
        <w:t>تو ایک شعر میں نے آپ کو سنایا تھا اس سے پہلے کہ ایک فارسی کا شعر</w:t>
      </w:r>
    </w:p>
    <w:p>
      <w:r>
        <w:rPr>
          <w:b/>
        </w:rPr>
        <w:t xml:space="preserve">[10:43] </w:t>
      </w:r>
      <w:r>
        <w:t>ke. tan parvari khalq fazu shud zar izzat</w:t>
      </w:r>
    </w:p>
    <w:p>
      <w:pPr>
        <w:jc w:val="right"/>
      </w:pPr>
      <w:r>
        <w:t>کہ۔ تن پروری خلق فضو شد ذر عزت</w:t>
      </w:r>
    </w:p>
    <w:p>
      <w:r>
        <w:rPr>
          <w:b/>
        </w:rPr>
        <w:t xml:space="preserve">[10:50] </w:t>
      </w:r>
      <w:r>
        <w:t>jad garmi iftar nadarad rabah zahij</w:t>
      </w:r>
    </w:p>
    <w:p>
      <w:pPr>
        <w:jc w:val="right"/>
      </w:pPr>
      <w:r>
        <w:t>جد گرمی افطار ندارد ربہ زاہج</w:t>
      </w:r>
    </w:p>
    <w:p>
      <w:r>
        <w:rPr>
          <w:b/>
        </w:rPr>
        <w:t xml:space="preserve">[10:54] </w:t>
      </w:r>
      <w:r>
        <w:t>shair kehta hai persian shair ke ramzan kya hai ramzan dhoom hai yeh sehri ki iftar ki sehri</w:t>
      </w:r>
    </w:p>
    <w:p>
      <w:pPr>
        <w:jc w:val="right"/>
      </w:pPr>
      <w:r>
        <w:t>شاعر کہتا ہے پرشین شاعر کہ رمضان کیا ہے رمضان دھوم ہے یہ سحری کی افطار کی سحری</w:t>
      </w:r>
    </w:p>
    <w:p>
      <w:r>
        <w:rPr>
          <w:b/>
        </w:rPr>
        <w:t xml:space="preserve">[11:01] </w:t>
      </w:r>
      <w:r>
        <w:t>ki iftar ki jad garmi iftar nadarad rabah zahij</w:t>
      </w:r>
    </w:p>
    <w:p>
      <w:pPr>
        <w:jc w:val="right"/>
      </w:pPr>
      <w:r>
        <w:t>کی افطار کی جد گرمی افطار ندارد ربہ زاہج</w:t>
      </w:r>
    </w:p>
    <w:p>
      <w:r>
        <w:rPr>
          <w:b/>
        </w:rPr>
        <w:t xml:space="preserve">[11:10] </w:t>
      </w:r>
      <w:r>
        <w:t>sehri aur iftar ki bohat khane ki dhoom hoti hai isi ko log roza samajhte hain</w:t>
      </w:r>
    </w:p>
    <w:p>
      <w:pPr>
        <w:jc w:val="right"/>
      </w:pPr>
      <w:r>
        <w:t>سحری اور افطار کی بہت کھانے کی دھوم ہوتی ہے اسی کو لوگ روزہ سمجھتے ہیں</w:t>
      </w:r>
    </w:p>
    <w:p>
      <w:r>
        <w:rPr>
          <w:b/>
        </w:rPr>
        <w:t xml:space="preserve">[11:19] </w:t>
      </w:r>
      <w:r>
        <w:t>to dekhein yeh jo hadith mein hai ek bohat hi zyada badi hadith roze ke bare mein hai aur jahan tak main jaanta hoon jitna bada ajr is hadith mein roze ko bataya gaya hai kisi ko nahi bataya gaya</w:t>
      </w:r>
    </w:p>
    <w:p>
      <w:pPr>
        <w:jc w:val="right"/>
      </w:pPr>
      <w:r>
        <w:t>تو دیکھیں یہ جو حدیث میں ہے ایک بہت ہی زیادہ بڑی حدیث روزے کے بارے میں ہے اور جہاں تک میں جانتا ہوں جتنا بڑا اجر اس حدیث میں روزے کو بتایا گیا ہے کسی کو نہیں بتایا گیا</w:t>
      </w:r>
    </w:p>
    <w:p>
      <w:r>
        <w:rPr>
          <w:b/>
        </w:rPr>
        <w:t xml:space="preserve">[11:40] </w:t>
      </w:r>
      <w:r>
        <w:t>roze ke bare mein hadith mein aata hai yeh hadith tamam kitabon mein aayi hai</w:t>
      </w:r>
    </w:p>
    <w:p>
      <w:pPr>
        <w:jc w:val="right"/>
      </w:pPr>
      <w:r>
        <w:t>روزے کے بارے میں حدیث میں آتا ہے یہ حدیث تمام کتابوں میں آئی ہے</w:t>
      </w:r>
    </w:p>
    <w:p>
      <w:r>
        <w:rPr>
          <w:b/>
        </w:rPr>
        <w:t xml:space="preserve">[11:51] </w:t>
      </w:r>
      <w:r>
        <w:t>ke neki ka badla Allah taala das guna se saat sau guna to dete hain Allah rab al-alameen neki ka badla das guna se saat sau guna dete hain illa al-sawm fa innahu li wa ana aziz swa roze ke kyun roza mere liye</w:t>
      </w:r>
    </w:p>
    <w:p>
      <w:pPr>
        <w:jc w:val="right"/>
      </w:pPr>
      <w:r>
        <w:t>کہ نیکی کا بدلہ اللہ تعالیٰ دس گنا سے سات سو گنا تو دیتے ہیں اللہ رب العالمین نیکی کا بدلہ دس گنا سے سات سو گنا دیتے ہیں اِلَّا الصَّوْمَ فَإِنَّهُ لِي وَأَنَا عَزِيزٌ سوا روزے کے کیوں روزہ میرے لیے</w:t>
      </w:r>
    </w:p>
    <w:p>
      <w:r>
        <w:rPr>
          <w:b/>
        </w:rPr>
        <w:t xml:space="preserve">[12:14] </w:t>
      </w:r>
      <w:r>
        <w:t>faza sirka aap ka gard hai to mein hi is ko badla doon ga aap ghor kijiye</w:t>
      </w:r>
    </w:p>
    <w:p>
      <w:pPr>
        <w:jc w:val="right"/>
      </w:pPr>
      <w:r>
        <w:t>فَذَا السِّرِكَ آپ کا گارڈ ہے تو میں ہی اس کو بدلہ دوں گا آپ غور کیجئے</w:t>
      </w:r>
    </w:p>
    <w:p>
      <w:r>
        <w:rPr>
          <w:b/>
        </w:rPr>
        <w:t xml:space="preserve">[12:21] </w:t>
      </w:r>
      <w:r>
        <w:t>jab Allah rab ul alameen</w:t>
      </w:r>
    </w:p>
    <w:p>
      <w:pPr>
        <w:jc w:val="right"/>
      </w:pPr>
      <w:r>
        <w:t>جب اللہ رب العالمین</w:t>
      </w:r>
    </w:p>
    <w:p>
      <w:r>
        <w:rPr>
          <w:b/>
        </w:rPr>
        <w:t xml:space="preserve">[12:24] </w:t>
      </w:r>
      <w:r>
        <w:t>khud yeh badla de to kya kuch de de ga woh</w:t>
      </w:r>
    </w:p>
    <w:p>
      <w:pPr>
        <w:jc w:val="right"/>
      </w:pPr>
      <w:r>
        <w:t>خود یہ بدلہ دے تو کیا کچھ دے دے گا وہ</w:t>
      </w:r>
    </w:p>
    <w:p>
      <w:r>
        <w:rPr>
          <w:b/>
        </w:rPr>
        <w:t xml:space="preserve">[12:29] </w:t>
      </w:r>
      <w:r>
        <w:t>poori kainat de de to is ke liye koi mushkil kaam nahi hai</w:t>
      </w:r>
    </w:p>
    <w:p>
      <w:pPr>
        <w:jc w:val="right"/>
      </w:pPr>
      <w:r>
        <w:t>پوری کائنات دے دے تو اس کے لیے کوئی مشکل کام نہیں ہے</w:t>
      </w:r>
    </w:p>
    <w:p>
      <w:r>
        <w:rPr>
          <w:b/>
        </w:rPr>
        <w:t xml:space="preserve">[12:34] </w:t>
      </w:r>
      <w:r>
        <w:t>to mein ne socha ke aakhir yeh itna bara</w:t>
      </w:r>
    </w:p>
    <w:p>
      <w:pPr>
        <w:jc w:val="right"/>
      </w:pPr>
      <w:r>
        <w:t>تو میں نے سوچا کہ آخر یہ اتنا بڑا</w:t>
      </w:r>
    </w:p>
    <w:p>
      <w:r>
        <w:rPr>
          <w:b/>
        </w:rPr>
        <w:t xml:space="preserve">[12:39] </w:t>
      </w:r>
      <w:r>
        <w:t>itna bara ajr roze par kyun hai</w:t>
      </w:r>
    </w:p>
    <w:p>
      <w:pPr>
        <w:jc w:val="right"/>
      </w:pPr>
      <w:r>
        <w:t>اتنا بڑا اجر روزے پر کیوں ہے</w:t>
      </w:r>
    </w:p>
    <w:p>
      <w:r>
        <w:rPr>
          <w:b/>
        </w:rPr>
        <w:t xml:space="preserve">[12:43] </w:t>
      </w:r>
      <w:r>
        <w:t>yeh us roze par hai jo roza</w:t>
      </w:r>
    </w:p>
    <w:p>
      <w:pPr>
        <w:jc w:val="right"/>
      </w:pPr>
      <w:r>
        <w:t>یہ اس روزے پر ہے جو روزہ</w:t>
      </w:r>
    </w:p>
    <w:p>
      <w:r>
        <w:rPr>
          <w:b/>
        </w:rPr>
        <w:t xml:space="preserve">[12:47] </w:t>
      </w:r>
      <w:r>
        <w:t>is tarah rakha gaya ho jis ko maine arz kiya ke planning ke tehat</w:t>
      </w:r>
    </w:p>
    <w:p>
      <w:pPr>
        <w:jc w:val="right"/>
      </w:pPr>
      <w:r>
        <w:t>اس طرح رکھا گیا ہو جس کو میں نے عرض کیا کہ پلاننگ کے تحت</w:t>
      </w:r>
    </w:p>
    <w:p>
      <w:r>
        <w:rPr>
          <w:b/>
        </w:rPr>
        <w:t xml:space="preserve">[12:55] </w:t>
      </w:r>
      <w:r>
        <w:t>yani aadmi ne</w:t>
      </w:r>
    </w:p>
    <w:p>
      <w:pPr>
        <w:jc w:val="right"/>
      </w:pPr>
      <w:r>
        <w:t>یعنی آدمی نے</w:t>
      </w:r>
    </w:p>
    <w:p>
      <w:r>
        <w:rPr>
          <w:b/>
        </w:rPr>
        <w:t xml:space="preserve">[12:59] </w:t>
      </w:r>
      <w:r>
        <w:t>ramzan ka zamana aaya to aadmi ne kya kiya poori planning ki ek process chalaya apni zindagi mein woh is tarah ke pehle roza rakh kar apne ko bohat hi senior bohat hi senior banaya</w:t>
      </w:r>
    </w:p>
    <w:p>
      <w:pPr>
        <w:jc w:val="right"/>
      </w:pPr>
      <w:r>
        <w:t>رمضان کا زمانہ آیا تو آدمی نے کیا کیا پوری پلاننگ کی ایک پروسیس چلایا اپنی زندگی میں وہ اس طرح کہ پہلے روزہ رکھ کر اپنے کو بہت ہی سینئر بہت ہی سینئر بنایا</w:t>
      </w:r>
    </w:p>
    <w:p>
      <w:r>
        <w:rPr>
          <w:b/>
        </w:rPr>
        <w:t xml:space="preserve">[13:21] </w:t>
      </w:r>
      <w:r>
        <w:t>bohat hi zyada ehtiyat wala sochne wala koi apne aap ko prepare kiya apne aap ko ek prepared personality banaya prepared mind banaya</w:t>
      </w:r>
    </w:p>
    <w:p>
      <w:pPr>
        <w:jc w:val="right"/>
      </w:pPr>
      <w:r>
        <w:t>بہت ہی زیادہ احتیاط والا سوچنے والا کوئی اپنے آپ کو پریپیئر کیا اپنے آپ کو ایک پریپیئرڈ پرسنیلٹی بنایا پریپیئرڈ مائنڈ بنایا</w:t>
      </w:r>
    </w:p>
    <w:p>
      <w:r>
        <w:rPr>
          <w:b/>
        </w:rPr>
        <w:t xml:space="preserve">[13:39] </w:t>
      </w:r>
      <w:r>
        <w:t>to roza rakhna goya ke apne aap ko ek prepared personality banana hai is tarah kiya aap ne</w:t>
      </w:r>
    </w:p>
    <w:p>
      <w:pPr>
        <w:jc w:val="right"/>
      </w:pPr>
      <w:r>
        <w:t>تو روزہ رکھنا گویا کہ اپنے آپ کو ایک پریپیئرڈ پرسنیلٹی بنانا ہے اس طرح کیا آپ نے</w:t>
      </w:r>
    </w:p>
    <w:p>
      <w:r>
        <w:rPr>
          <w:b/>
        </w:rPr>
        <w:t xml:space="preserve">[13:46] </w:t>
      </w:r>
      <w:r>
        <w:t>is ke baad aap ne kiya kiya</w:t>
      </w:r>
    </w:p>
    <w:p>
      <w:pPr>
        <w:jc w:val="right"/>
      </w:pPr>
      <w:r>
        <w:t>اس کے بعد آپ نے کیا کیا</w:t>
      </w:r>
    </w:p>
    <w:p>
      <w:r>
        <w:rPr>
          <w:b/>
        </w:rPr>
        <w:t xml:space="preserve">[13:50] </w:t>
      </w:r>
      <w:r>
        <w:t>ke quran ka</w:t>
      </w:r>
    </w:p>
    <w:p>
      <w:pPr>
        <w:jc w:val="right"/>
      </w:pPr>
      <w:r>
        <w:t>کہ قرآن کا</w:t>
      </w:r>
    </w:p>
    <w:p>
      <w:r>
        <w:rPr>
          <w:b/>
        </w:rPr>
        <w:t xml:space="preserve">[13:54] </w:t>
      </w:r>
      <w:r>
        <w:t>mutalea kiya mutalea karne ke mani hain quran mein dhoonda ke mere bare mein quran mein kya hai</w:t>
      </w:r>
    </w:p>
    <w:p>
      <w:pPr>
        <w:jc w:val="right"/>
      </w:pPr>
      <w:r>
        <w:t>مطالعہ کیا مطالعہ کرنے کے معنی ہیں قرآن میں ڈھونڈا کہ میرے بارے میں قرآن میں کیا ہے</w:t>
      </w:r>
    </w:p>
    <w:p>
      <w:r>
        <w:rPr>
          <w:b/>
        </w:rPr>
        <w:t xml:space="preserve">[14:01] </w:t>
      </w:r>
      <w:r>
        <w:t>kyun ke dekhen quran mein ek ayat hai ke fi zikrikum</w:t>
      </w:r>
    </w:p>
    <w:p>
      <w:pPr>
        <w:jc w:val="right"/>
      </w:pPr>
      <w:r>
        <w:t>کیونکہ دیکھیں قرآن میں ایک آیت ہے کہ فِيَ ذِكْرِكُمْ</w:t>
      </w:r>
    </w:p>
    <w:p>
      <w:r>
        <w:rPr>
          <w:b/>
        </w:rPr>
        <w:t xml:space="preserve">[14:09] </w:t>
      </w:r>
      <w:r>
        <w:t>quran ke bare mein hai ke is mein tumhara zikr hai</w:t>
      </w:r>
    </w:p>
    <w:p>
      <w:pPr>
        <w:jc w:val="right"/>
      </w:pPr>
      <w:r>
        <w:t>قرآن کے بارے میں ہے کہ اس میں تمہارا ذکر ہے</w:t>
      </w:r>
    </w:p>
    <w:p>
      <w:r>
        <w:rPr>
          <w:b/>
        </w:rPr>
        <w:t xml:space="preserve">[14:16] </w:t>
      </w:r>
      <w:r>
        <w:t>zikr ke mani hain yaad dehani</w:t>
      </w:r>
    </w:p>
    <w:p>
      <w:pPr>
        <w:jc w:val="right"/>
      </w:pPr>
      <w:r>
        <w:t>ذکر کے معنی ہیں یاد دہانی</w:t>
      </w:r>
    </w:p>
    <w:p>
      <w:r>
        <w:rPr>
          <w:b/>
        </w:rPr>
        <w:t xml:space="preserve">[14:25] </w:t>
      </w:r>
      <w:r>
        <w:t>to is mein tumhara zikr hai roza rakh kar ke quran ko padho aur apna zikr talash karo is mein apna zikr is ka talash karo</w:t>
      </w:r>
    </w:p>
    <w:p>
      <w:pPr>
        <w:jc w:val="right"/>
      </w:pPr>
      <w:r>
        <w:t>تو اس میں تمہارا ذکر ہے روزہ رکھ کر کے قرآن کو پڑھو اور اپنا ذکر تلاش کرو اس میں اپنا ذکر اس کا تلاش کرو</w:t>
      </w:r>
    </w:p>
    <w:p>
      <w:r>
        <w:rPr>
          <w:b/>
        </w:rPr>
        <w:t xml:space="preserve">[14:38] </w:t>
      </w:r>
      <w:r>
        <w:t>jab banda is tareeqe se ek mahina guzarega aur zikr talash kar ke us ko apnayega</w:t>
      </w:r>
    </w:p>
    <w:p>
      <w:pPr>
        <w:jc w:val="right"/>
      </w:pPr>
      <w:r>
        <w:t>جب بندہ اس طریقے سے ایک مہینہ گزارے گا اور ذکر تلاش کر کے اس کو اپنائے گا</w:t>
      </w:r>
    </w:p>
    <w:p>
      <w:r>
        <w:rPr>
          <w:b/>
        </w:rPr>
        <w:t xml:space="preserve">[14:47] </w:t>
      </w:r>
      <w:r>
        <w:t>to khuda kahe ga farishton se is bande ko dekho</w:t>
      </w:r>
    </w:p>
    <w:p>
      <w:pPr>
        <w:jc w:val="right"/>
      </w:pPr>
      <w:r>
        <w:t>تو خدا کہے گا فرشتوں سے اس بندے کو دیکھو</w:t>
      </w:r>
    </w:p>
    <w:p>
      <w:r>
        <w:rPr>
          <w:b/>
        </w:rPr>
        <w:t xml:space="preserve">[14:52] </w:t>
      </w:r>
      <w:r>
        <w:t>kya woh mujh ko dekh raha hai</w:t>
      </w:r>
    </w:p>
    <w:p>
      <w:pPr>
        <w:jc w:val="right"/>
      </w:pPr>
      <w:r>
        <w:t>کیا وہ مجھ کو دیکھ رہا ہے</w:t>
      </w:r>
    </w:p>
    <w:p>
      <w:r>
        <w:rPr>
          <w:b/>
        </w:rPr>
        <w:t xml:space="preserve">[14:55] </w:t>
      </w:r>
      <w:r>
        <w:t>to farishte kahen ge nahi</w:t>
      </w:r>
    </w:p>
    <w:p>
      <w:pPr>
        <w:jc w:val="right"/>
      </w:pPr>
      <w:r>
        <w:t>تو فرشتے کہیں گے نہیں</w:t>
      </w:r>
    </w:p>
    <w:p>
      <w:r>
        <w:rPr>
          <w:b/>
        </w:rPr>
        <w:t xml:space="preserve">[14:59] </w:t>
      </w:r>
      <w:r>
        <w:t>dekh to nahi raha hai</w:t>
      </w:r>
    </w:p>
    <w:p>
      <w:pPr>
        <w:jc w:val="right"/>
      </w:pPr>
      <w:r>
        <w:t>دیکھ تو نہیں رہا ہے</w:t>
      </w:r>
    </w:p>
    <w:p>
      <w:r>
        <w:rPr>
          <w:b/>
        </w:rPr>
        <w:t xml:space="preserve">[15:02] </w:t>
      </w:r>
      <w:r>
        <w:t>to allah kahe ga yeh sab jo kar raha hai yeh sab kis liye kar raha hai woh</w:t>
      </w:r>
    </w:p>
    <w:p>
      <w:pPr>
        <w:jc w:val="right"/>
      </w:pPr>
      <w:r>
        <w:t>تو اللہ کہے گا یہ سب جو کر رہا ہے یہ سب کس لیے کر رہا ہے وہ</w:t>
      </w:r>
    </w:p>
    <w:p>
      <w:r>
        <w:rPr>
          <w:b/>
        </w:rPr>
        <w:t xml:space="preserve">[15:07] </w:t>
      </w:r>
      <w:r>
        <w:t>kahe ga ke allah rab ul alameen ke liye</w:t>
      </w:r>
    </w:p>
    <w:p>
      <w:pPr>
        <w:jc w:val="right"/>
      </w:pPr>
      <w:r>
        <w:t>کہے گا کہ اللہ رب العالمین کے لیے</w:t>
      </w:r>
    </w:p>
    <w:p>
      <w:r>
        <w:rPr>
          <w:b/>
        </w:rPr>
        <w:t xml:space="preserve">[15:11] </w:t>
      </w:r>
      <w:r>
        <w:t>to baghair dekhe hue allah rab ul alameen ke liye apne aap ko saunp dena is tareeqe se planning</w:t>
      </w:r>
    </w:p>
    <w:p>
      <w:pPr>
        <w:jc w:val="right"/>
      </w:pPr>
      <w:r>
        <w:t>تو بغیر دیکھے ہوئے اللہ رب العالمین کے لیے اپنے آپ کو سونپ دینا اس طریقے سے پلاننگ</w:t>
      </w:r>
    </w:p>
    <w:p>
      <w:r>
        <w:rPr>
          <w:b/>
        </w:rPr>
        <w:t xml:space="preserve">[15:20] </w:t>
      </w:r>
      <w:r>
        <w:t>ke sath to yeh allah ko itna pasand hai is ka result ke aitbar se</w:t>
      </w:r>
    </w:p>
    <w:p>
      <w:pPr>
        <w:jc w:val="right"/>
      </w:pPr>
      <w:r>
        <w:t>کے ساتھ تو یہ اللہ کو اتنا پسند ہے اس کا رزلٹ کے اعتبار سے</w:t>
      </w:r>
    </w:p>
    <w:p>
      <w:r>
        <w:rPr>
          <w:b/>
        </w:rPr>
        <w:t xml:space="preserve">[15:28] </w:t>
      </w:r>
      <w:r>
        <w:t>woh kahe ga ke is ko jitna</w:t>
      </w:r>
    </w:p>
    <w:p>
      <w:pPr>
        <w:jc w:val="right"/>
      </w:pPr>
      <w:r>
        <w:t>وہ کہے گا کہ اس کو جتنا</w:t>
      </w:r>
    </w:p>
    <w:p>
      <w:r>
        <w:rPr>
          <w:b/>
        </w:rPr>
        <w:t xml:space="preserve">[15:30] </w:t>
      </w:r>
      <w:r>
        <w:t>mange sab de do is ko</w:t>
      </w:r>
    </w:p>
    <w:p>
      <w:pPr>
        <w:jc w:val="right"/>
      </w:pPr>
      <w:r>
        <w:t>مانگے سب دے دو اس کو</w:t>
      </w:r>
    </w:p>
    <w:p>
      <w:r>
        <w:rPr>
          <w:b/>
        </w:rPr>
        <w:t xml:space="preserve">[15:35] </w:t>
      </w:r>
      <w:r>
        <w:t>ab mein aap ko chand ayaten yaad dilata hoon ke aap ne roza rakha aur roza rakh kar ke quran padhna shuru kiya surah al-baqarah jo hai us ke aakhir mein ek dua hai</w:t>
      </w:r>
    </w:p>
    <w:p>
      <w:pPr>
        <w:jc w:val="right"/>
      </w:pPr>
      <w:r>
        <w:t>اب میں آپ کو چند آیات یاد دلاتا ہوں کہ آپ نے روزہ رکھا اور روزہ رکھ کر کے قرآن پڑھنا شروع کیا سورہ البقرہ جو ہے اس کے آخر میں ایک دعا ہے</w:t>
      </w:r>
    </w:p>
    <w:p>
      <w:r>
        <w:rPr>
          <w:b/>
        </w:rPr>
        <w:t xml:space="preserve">[15:55] </w:t>
      </w:r>
      <w:r>
        <w:t>ek dua hai is ka ek tukra yeh hai</w:t>
      </w:r>
    </w:p>
    <w:p>
      <w:pPr>
        <w:jc w:val="right"/>
      </w:pPr>
      <w:r>
        <w:t>ایک دعا ہے اس کا ایک ٹکڑا یہ ہے</w:t>
      </w:r>
    </w:p>
    <w:p>
      <w:r>
        <w:rPr>
          <w:b/>
        </w:rPr>
        <w:t xml:space="preserve">[16:01] </w:t>
      </w:r>
      <w:r>
        <w:t>wa la tahmil alayna ithran kama amalt ala allatheena min qablina surah al-baqarah ke aakhir mein yeh dua hai jo peghambar ko aur sahaba karam ko batai gai yani peghambar aur ashab peghambar ko batai gai ke rabbana wa la tahmil alayna ithran kama amalt ala allatheena min qablina aey hamare rab</w:t>
      </w:r>
    </w:p>
    <w:p>
      <w:pPr>
        <w:jc w:val="right"/>
      </w:pPr>
      <w:r>
        <w:t>وَلَا تَحْمِلْ عَلَيْنَا إِثْرًا كَمَا عَمَلْتُ عَلَى الَّذِينَ مِنْ قَبْلِنَا سورہ البقرہ کے آخر میں یہ دعا ہے جو پیغمبر کو اور صحابہ کرام کو بتائی گئی یعنی پیغمبر اور اصحاب پیغمبر کو بتائی گئی کہ رَبَّنَا وَلَا تَحْمِلْ عَلَيْنَا إِثْرًا كَمَا عَمَلْتُ عَلَى الَّذِينَ مِنْ قَبْلِنَا اے ہمارے رب</w:t>
      </w:r>
    </w:p>
    <w:p>
      <w:r>
        <w:rPr>
          <w:b/>
        </w:rPr>
        <w:t xml:space="preserve">[16:26] </w:t>
      </w:r>
      <w:r>
        <w:t>hum par woh bojh na dal jo bojh tu dala tha pichle logon par</w:t>
      </w:r>
    </w:p>
    <w:p>
      <w:pPr>
        <w:jc w:val="right"/>
      </w:pPr>
      <w:r>
        <w:t>ہم پر وہ بوجھ نہ ڈال جو بوجھ تو ڈالا تھا پچھلے لوگوں پر</w:t>
      </w:r>
    </w:p>
    <w:p>
      <w:r>
        <w:rPr>
          <w:b/>
        </w:rPr>
        <w:t xml:space="preserve">[16:37] </w:t>
      </w:r>
      <w:r>
        <w:t>ab is par sochiye aap is par sochiye to hadith mein aata hai ke pichle zamane mein yeh halat thi koi kehta tha ke allah ek hai ek hi allah ko ki ibadat karo to us ko zameen mein gaadte the aur sar par</w:t>
      </w:r>
    </w:p>
    <w:p>
      <w:pPr>
        <w:jc w:val="right"/>
      </w:pPr>
      <w:r>
        <w:t>اب اس پر سوچیے آپ اس پر سوچیے تو حدیث میں آتا ہے کہ پچھلے زمانے میں یہ حالت تھی کوئی کہتا تھا کہ اللہ ایک ہے ایک ہی اللہ کو کی عبادت کرو تو اس کو زمین میں گاڑتے تھے اور سر پر</w:t>
      </w:r>
    </w:p>
    <w:p>
      <w:r>
        <w:rPr>
          <w:b/>
        </w:rPr>
        <w:t xml:space="preserve">[16:59] </w:t>
      </w:r>
      <w:r>
        <w:t>do dharr ho jata tha is ka aisi si musibat hai aag mein dalna pathar marna</w:t>
      </w:r>
    </w:p>
    <w:p>
      <w:pPr>
        <w:jc w:val="right"/>
      </w:pPr>
      <w:r>
        <w:t>دو دھڑ ہو جاتا تھا اس کا ایسی سی مصیبت ہے آگ میں ڈالنا پتھر مارنا</w:t>
      </w:r>
    </w:p>
    <w:p>
      <w:r>
        <w:rPr>
          <w:b/>
        </w:rPr>
        <w:t xml:space="preserve">[17:08] </w:t>
      </w:r>
      <w:r>
        <w:t>ab aap sochen ge</w:t>
      </w:r>
    </w:p>
    <w:p>
      <w:pPr>
        <w:jc w:val="right"/>
      </w:pPr>
      <w:r>
        <w:t>اب آپ سوچیں گے</w:t>
      </w:r>
    </w:p>
    <w:p>
      <w:r>
        <w:rPr>
          <w:b/>
        </w:rPr>
        <w:t xml:space="preserve">[17:10] </w:t>
      </w:r>
      <w:r>
        <w:t>aap sochen ge ke jab dua ki thi rasool allah ne aur sahaba ne ke jo musibaten padin</w:t>
      </w:r>
    </w:p>
    <w:p>
      <w:pPr>
        <w:jc w:val="right"/>
      </w:pPr>
      <w:r>
        <w:t>آپ سوچیں گے کہ جب دعا کی تھی رسول اللہ نے اور صحابہ نے کہ جو مصیبتیں پڑی</w:t>
      </w:r>
    </w:p>
    <w:p>
      <w:r>
        <w:rPr>
          <w:b/>
        </w:rPr>
        <w:t xml:space="preserve">[17:17] </w:t>
      </w:r>
      <w:r>
        <w:t>to pichle logon par toheed ikhtiyar karne ke nateejay mein woh hum par nahi padna chahiye yeh namumkin</w:t>
      </w:r>
    </w:p>
    <w:p>
      <w:pPr>
        <w:jc w:val="right"/>
      </w:pPr>
      <w:r>
        <w:t>تو پچھلے لوگوں پر توحید اختیار کرنے کے نتیجے میں وہ ہم پر نہیں پڑنا چاہیے یہ ناممکن</w:t>
      </w:r>
    </w:p>
    <w:p>
      <w:r>
        <w:rPr>
          <w:b/>
        </w:rPr>
        <w:t xml:space="preserve">[17:25] </w:t>
      </w:r>
      <w:r>
        <w:t>hai ke dua qabool na hui ho</w:t>
      </w:r>
    </w:p>
    <w:p>
      <w:pPr>
        <w:jc w:val="right"/>
      </w:pPr>
      <w:r>
        <w:t>ہے کہ دعا قبول نہ ہوئی ہو</w:t>
      </w:r>
    </w:p>
    <w:p>
      <w:r>
        <w:rPr>
          <w:b/>
        </w:rPr>
        <w:t xml:space="preserve">[17:29] </w:t>
      </w:r>
      <w:r>
        <w:t>jo dua allah ne batai jo dua rasool allah ne ki jo dua ashab rasool allah ne ki</w:t>
      </w:r>
    </w:p>
    <w:p>
      <w:pPr>
        <w:jc w:val="right"/>
      </w:pPr>
      <w:r>
        <w:t>جو دعا اللہ نے بتائی جو دعا رسول اللہ نے کی جو دعا اصحاب رسول اللہ نے کی</w:t>
      </w:r>
    </w:p>
    <w:p>
      <w:r>
        <w:rPr>
          <w:b/>
        </w:rPr>
        <w:t xml:space="preserve">[17:37] </w:t>
      </w:r>
      <w:r>
        <w:t>yeh teen cheezen yahan par hain khud allah ne batai</w:t>
      </w:r>
    </w:p>
    <w:p>
      <w:pPr>
        <w:jc w:val="right"/>
      </w:pPr>
      <w:r>
        <w:t>یہ تین چیزیں یہاں پر ہیں خود اللہ نے بتائی</w:t>
      </w:r>
    </w:p>
    <w:p>
      <w:r>
        <w:rPr>
          <w:b/>
        </w:rPr>
        <w:t xml:space="preserve">[17:42] </w:t>
      </w:r>
      <w:r>
        <w:t>rasool allah ne woh dua ki sahaba ne woh dua ki to kaise mumkin hai ke woh dua</w:t>
      </w:r>
    </w:p>
    <w:p>
      <w:pPr>
        <w:jc w:val="right"/>
      </w:pPr>
      <w:r>
        <w:t>رسول اللہ نے وہ دعا کی صحابہ نے وہ دعا کی تو کیسے ممکن ہے کہ وہ دعا</w:t>
      </w:r>
    </w:p>
    <w:p>
      <w:r>
        <w:rPr>
          <w:b/>
        </w:rPr>
        <w:t xml:space="preserve">[17:49] </w:t>
      </w:r>
      <w:r>
        <w:t>qubool na ho</w:t>
      </w:r>
    </w:p>
    <w:p>
      <w:pPr>
        <w:jc w:val="right"/>
      </w:pPr>
      <w:r>
        <w:t>قبول نہ ہو</w:t>
      </w:r>
    </w:p>
    <w:p>
      <w:r>
        <w:rPr>
          <w:b/>
        </w:rPr>
        <w:t xml:space="preserve">[17:52] </w:t>
      </w:r>
      <w:r>
        <w:t>zarur qabool hui ho hamara aqeeda hai ke zarur qabool hui ab aap sochenge ke jab dua qabool ho gai to is dua par ab 1438 saal ho chuke hain 1438 saal</w:t>
      </w:r>
    </w:p>
    <w:p>
      <w:pPr>
        <w:jc w:val="right"/>
      </w:pPr>
      <w:r>
        <w:t>ضرور قبول ہوئی ہو ہمارا عقیدہ ہے کہ ضرور قبول ہوئی اب آپ سوچیں گے کہ جب دعا قبول ہو گئی تو اس دعا پر اب 1438 سال ہو چکے ہیں 1438 سال</w:t>
      </w:r>
    </w:p>
    <w:p>
      <w:r>
        <w:rPr>
          <w:b/>
        </w:rPr>
        <w:t xml:space="preserve">[18:12] </w:t>
      </w:r>
      <w:r>
        <w:t>aur musalmanon ka haal yeh hai ke museebat pad rahi hai un ke upar</w:t>
      </w:r>
    </w:p>
    <w:p>
      <w:pPr>
        <w:jc w:val="right"/>
      </w:pPr>
      <w:r>
        <w:t>اور مسلمانوں کا حال یہ ہے کہ مصیبت پڑ رہی ہے ان کے اوپر</w:t>
      </w:r>
    </w:p>
    <w:p>
      <w:r>
        <w:rPr>
          <w:b/>
        </w:rPr>
        <w:t xml:space="preserve">[18:16] </w:t>
      </w:r>
      <w:r>
        <w:t>is zamane mein</w:t>
      </w:r>
    </w:p>
    <w:p>
      <w:pPr>
        <w:jc w:val="right"/>
      </w:pPr>
      <w:r>
        <w:t>اس زمانے میں</w:t>
      </w:r>
    </w:p>
    <w:p>
      <w:r>
        <w:rPr>
          <w:b/>
        </w:rPr>
        <w:t xml:space="preserve">[18:18] </w:t>
      </w:r>
      <w:r>
        <w:t>خود مسلمان یہ کہتے ہیں کہ we are a nation خود مسلمان</w:t>
      </w:r>
    </w:p>
    <w:p>
      <w:pPr>
        <w:jc w:val="right"/>
      </w:pPr>
      <w:r>
        <w:t>خود مسلمان یہ کہتے ہیں کہ وی آر اے نصیر خود مسلمان</w:t>
      </w:r>
    </w:p>
    <w:p>
      <w:r>
        <w:rPr>
          <w:b/>
        </w:rPr>
        <w:t xml:space="preserve">[18:23] </w:t>
      </w:r>
      <w:r>
        <w:t>We are a Nasir, وہ کہتے ہیں کہ سارا ویسٹ جو ہے اسلاموفوبیا</w:t>
      </w:r>
    </w:p>
    <w:p>
      <w:pPr>
        <w:jc w:val="right"/>
      </w:pPr>
      <w:r>
        <w:t>وی آر اے نصیر وہ کہتے ہیں کہ سارا ویسٹ جو ہے اسلاموفوبیا</w:t>
      </w:r>
    </w:p>
    <w:p>
      <w:r>
        <w:rPr>
          <w:b/>
        </w:rPr>
        <w:t xml:space="preserve">[18:29] </w:t>
      </w:r>
      <w:r>
        <w:t>mein pad gaya hai khud musalman yeh elaan karte hain ke har taraf sazish hai har taraf dushmani</w:t>
      </w:r>
    </w:p>
    <w:p>
      <w:pPr>
        <w:jc w:val="right"/>
      </w:pPr>
      <w:r>
        <w:t>میں پڑ گیا ہے خود مسلمان یہ اعلان کرتے ہیں کہ ہر طرف سازش ہے ہر طرف دشمنی</w:t>
      </w:r>
    </w:p>
    <w:p>
      <w:r>
        <w:rPr>
          <w:b/>
        </w:rPr>
        <w:t xml:space="preserve">[18:35] </w:t>
      </w:r>
      <w:r>
        <w:t>hai yeh saare musalman yahi kehte hain mein yahan se gaya arab gaya yahan se amreeka gaya yahan</w:t>
      </w:r>
    </w:p>
    <w:p>
      <w:pPr>
        <w:jc w:val="right"/>
      </w:pPr>
      <w:r>
        <w:t>ہے یہ سارے مسلمان یہی کہتے ہیں میں یہاں سے گیا عرب گیا یہاں سے امریکہ گیا یہاں</w:t>
      </w:r>
    </w:p>
    <w:p>
      <w:r>
        <w:rPr>
          <w:b/>
        </w:rPr>
        <w:t xml:space="preserve">[18:41] </w:t>
      </w:r>
      <w:r>
        <w:t>se europe gaya jis musalman se mila mein bas</w:t>
      </w:r>
    </w:p>
    <w:p>
      <w:pPr>
        <w:jc w:val="right"/>
      </w:pPr>
      <w:r>
        <w:t>سے یورپ گیا جس مسلمان سے ملا میں بس</w:t>
      </w:r>
    </w:p>
    <w:p>
      <w:r>
        <w:rPr>
          <w:b/>
        </w:rPr>
        <w:t xml:space="preserve">[18:45] </w:t>
      </w:r>
      <w:r>
        <w:t>سب یہی کہیں گے دنیا ہماری دشمن بن گئی ہے ہمارے خلاف conspiracy کر رہی ہے ہم under</w:t>
      </w:r>
    </w:p>
    <w:p>
      <w:pPr>
        <w:jc w:val="right"/>
      </w:pPr>
      <w:r>
        <w:t>سب یہی کہیں گے دنیا ہماری دشمن بن گئی ہے ہمارے خلاف کانسپریسی کر رہی ہے ہم انڈر</w:t>
      </w:r>
    </w:p>
    <w:p>
      <w:r>
        <w:rPr>
          <w:b/>
        </w:rPr>
        <w:t xml:space="preserve">[18:53] </w:t>
      </w:r>
      <w:r>
        <w:t>sees hain waghera waghera waghera ab aap sochenge jab aap senior</w:t>
      </w:r>
    </w:p>
    <w:p>
      <w:pPr>
        <w:jc w:val="right"/>
      </w:pPr>
      <w:r>
        <w:t>سیز ہیں وغیرہ وغیرہ وغیرہ اب آپ سوچیں گے جب آپ سینئر</w:t>
      </w:r>
    </w:p>
    <w:p>
      <w:r>
        <w:rPr>
          <w:b/>
        </w:rPr>
        <w:t xml:space="preserve">[18:57] </w:t>
      </w:r>
      <w:r>
        <w:t>honge waqai ke jab allah ne ek dua batai rasool allah ne woh dua ki sahaba ne woh dua ki aur zarur woh dua qabool ho gai to hum musibat mein kyun hain</w:t>
      </w:r>
    </w:p>
    <w:p>
      <w:pPr>
        <w:jc w:val="right"/>
      </w:pPr>
      <w:r>
        <w:t>ہوں گے واقعی کہ جب اللہ نے ایک دعا بتائی رسول اللہ نے وہ دعا کی صحابہ نے وہ دعا کی اور ضرور وہ دعا قبول ہو گئی تو ہم مصیبت میں کیوں ہیں</w:t>
      </w:r>
    </w:p>
    <w:p>
      <w:r>
        <w:rPr>
          <w:b/>
        </w:rPr>
        <w:t xml:space="preserve">[19:16] </w:t>
      </w:r>
      <w:r>
        <w:t>hamare likhne wale jo bolne wale hain woh woh kahein ke hum chounke hum muslim hain is liye</w:t>
      </w:r>
    </w:p>
    <w:p>
      <w:pPr>
        <w:jc w:val="right"/>
      </w:pPr>
      <w:r>
        <w:t>ہمارے لکھنے والے جو بولنے والے ہیں وہ وہ کہیں کہ ہم چونکہ ہم مسلم ہیں اس لیے</w:t>
      </w:r>
    </w:p>
    <w:p>
      <w:r>
        <w:rPr>
          <w:b/>
        </w:rPr>
        <w:t xml:space="preserve">[19:22] </w:t>
      </w:r>
      <w:r>
        <w:t>hamare sath aisa ho raha hai yeh yeh jhooti baat hai</w:t>
      </w:r>
    </w:p>
    <w:p>
      <w:pPr>
        <w:jc w:val="right"/>
      </w:pPr>
      <w:r>
        <w:t>ہمارے ساتھ ایسا ہو رہا ہے یہ یہ جھوٹی بات ہے</w:t>
      </w:r>
    </w:p>
    <w:p>
      <w:r>
        <w:rPr>
          <w:b/>
        </w:rPr>
        <w:t xml:space="preserve">[19:27] </w:t>
      </w:r>
      <w:r>
        <w:t>maine bohat baar yeh suna hai padha hai ke chounke hum musalman hain is liye hamare sath</w:t>
      </w:r>
    </w:p>
    <w:p>
      <w:pPr>
        <w:jc w:val="right"/>
      </w:pPr>
      <w:r>
        <w:t>میں نے بہت بار یہ سنا ہے پڑھا ہے کہ چونکہ ہم مسلمان ہیں اس لیے ہمارے ساتھ</w:t>
      </w:r>
    </w:p>
    <w:p>
      <w:r>
        <w:rPr>
          <w:b/>
        </w:rPr>
        <w:t xml:space="preserve">[19:32] </w:t>
      </w:r>
      <w:r>
        <w:t>aisa ho raha hai yeh bilashubah jhoot hai kyun ya to aap yeh kahiye ya yeh maniye ke</w:t>
      </w:r>
    </w:p>
    <w:p>
      <w:pPr>
        <w:jc w:val="right"/>
      </w:pPr>
      <w:r>
        <w:t>ایسا ہو رہا ہے یہ بلاشبہ جھوٹ ہے کیوں یا تو آپ یہ کہیے یا یہ مانیے کہ</w:t>
      </w:r>
    </w:p>
    <w:p>
      <w:r>
        <w:rPr>
          <w:b/>
        </w:rPr>
        <w:t xml:space="preserve">[19:39] </w:t>
      </w:r>
      <w:r>
        <w:t>rasool Allah ki dua qubool nahi hui sahaba ki dua qubool nahi hui Allah ne jo dua batai</w:t>
      </w:r>
    </w:p>
    <w:p>
      <w:pPr>
        <w:jc w:val="right"/>
      </w:pPr>
      <w:r>
        <w:t>رسول اللہ کی دعا قبول نہیں ہوئی صحابہ کی دعا قبول نہیں ہوئی اللہ نے جو دعا بتائی</w:t>
      </w:r>
    </w:p>
    <w:p>
      <w:r>
        <w:rPr>
          <w:b/>
        </w:rPr>
        <w:t xml:space="preserve">[19:44] </w:t>
      </w:r>
      <w:r>
        <w:t>woh bhi aise hi bata di thi</w:t>
      </w:r>
    </w:p>
    <w:p>
      <w:pPr>
        <w:jc w:val="right"/>
      </w:pPr>
      <w:r>
        <w:t>وہ بھی ایسے ہی بتا دی تھی</w:t>
      </w:r>
    </w:p>
    <w:p>
      <w:r>
        <w:rPr>
          <w:b/>
        </w:rPr>
        <w:t xml:space="preserve">[19:49] </w:t>
      </w:r>
      <w:r>
        <w:t>to do option aap ke liye hain koi third option yahan nahi hai ya to quran ko quran maniye ya yeh kahe ke hamara jo manna woh galat hai</w:t>
      </w:r>
    </w:p>
    <w:p>
      <w:pPr>
        <w:jc w:val="right"/>
      </w:pPr>
      <w:r>
        <w:t>تو دو آپشن آپ کے لیے ہیں کوئی تھرڈ آپشن یہاں نہیں ہے یا تو قرآن کو قرآن مانیے یا یہ کہے کہ ہمارا جو ماننا وہ غلط ہے</w:t>
      </w:r>
    </w:p>
    <w:p>
      <w:r>
        <w:rPr>
          <w:b/>
        </w:rPr>
        <w:t xml:space="preserve">[20:07] </w:t>
      </w:r>
      <w:r>
        <w:t>koi third option aap ke liye nahi hai</w:t>
      </w:r>
    </w:p>
    <w:p>
      <w:pPr>
        <w:jc w:val="right"/>
      </w:pPr>
      <w:r>
        <w:t>کوئی تھرڈ آپشن آپ کے لیے نہیں ہے</w:t>
      </w:r>
    </w:p>
    <w:p>
      <w:r>
        <w:rPr>
          <w:b/>
        </w:rPr>
        <w:t xml:space="preserve">[20:13] </w:t>
      </w:r>
      <w:r>
        <w:t>ya to yeh kahiye ke quran jo hai is mein galat elan kiya gaya hai ke baad ke logon ke liye deen asan ho jayega al-deenu yusrun deen par chalna asan ho jayega ya to kahiye ke yeh dua qabool hi nahi hui is liye musibat hai</w:t>
      </w:r>
    </w:p>
    <w:p>
      <w:pPr>
        <w:jc w:val="right"/>
      </w:pPr>
      <w:r>
        <w:t>یا تو یہ کہیے کہ قرآن جو ہے اس میں غلط اعلان کیا گیا ہے کہ بعد کے لوگوں کے لیے دین آسان ہو جائے گا الدین حسن دین پر چلنا آسان ہو جائے گا یا تو کہیے کہ یہ دعا قبول ہی نہیں ہوئی اس لیے مصیبت ہے</w:t>
      </w:r>
    </w:p>
    <w:p>
      <w:r>
        <w:rPr>
          <w:b/>
        </w:rPr>
        <w:t xml:space="preserve">[20:37] </w:t>
      </w:r>
      <w:r>
        <w:t>ya agar aap kehte hain ke qabool hui to aap ko manna padega ke hum galat hain na kahen na kahen islamophobia hai na kahen under siege ka mamla hai na kahen hamare khilaf dushmani hai na koi hum ko marta hai yeh sab hamare zaati yani mafroozat hain hum ne hi garh liya hai dekhiye saada baat nahi hai yeh</w:t>
      </w:r>
    </w:p>
    <w:p>
      <w:pPr>
        <w:jc w:val="right"/>
      </w:pPr>
      <w:r>
        <w:t>یا اگر آپ کہتے ہیں کہ قبول ہوئی تو آپ کو ماننا پڑے گا کہ ہم غلط ہیں نہ کہیں نہ کہیں اسلاموفوبیا ہے نہ کہیں انڈر سیز کا معاملہ ہے نہ کہیں ہم ہمارے خلاف دشمنی ہے نہ کوئی ہم کو مارتا ہے یہ سب ہمارے ذاتی یعنی مفروضات ہیں ہم نے ہی گڑھ لیا ہے دیکھیے سادہ بات نہیں ہے یہ</w:t>
      </w:r>
    </w:p>
    <w:p>
      <w:r>
        <w:rPr>
          <w:b/>
        </w:rPr>
        <w:t xml:space="preserve">[21:07] </w:t>
      </w:r>
      <w:r>
        <w:t>yahan koi third option aap ke liye nahi hai</w:t>
      </w:r>
    </w:p>
    <w:p>
      <w:pPr>
        <w:jc w:val="right"/>
      </w:pPr>
      <w:r>
        <w:t>یہاں کوئی تھرڈ آپشن آپ کے لیے نہیں ہے</w:t>
      </w:r>
    </w:p>
    <w:p>
      <w:r>
        <w:rPr>
          <w:b/>
        </w:rPr>
        <w:t xml:space="preserve">[21:12] </w:t>
      </w:r>
      <w:r>
        <w:t>bahut hi jab aap roza rakh kar ke apne ko censor banayenge roza rakh kar apne aap ko waqai</w:t>
      </w:r>
    </w:p>
    <w:p>
      <w:pPr>
        <w:jc w:val="right"/>
      </w:pPr>
      <w:r>
        <w:t>بہت ہی جب آپ روزہ رکھ کر کے اپنے کو سنسر بنائیں گے روزہ رکھ کر اپنے آپ کو واقعی</w:t>
      </w:r>
    </w:p>
    <w:p>
      <w:r>
        <w:rPr>
          <w:b/>
        </w:rPr>
        <w:t xml:space="preserve">[21:22] </w:t>
      </w:r>
      <w:r>
        <w:t>yani senior banayenge apne aap ko apne andar senior thinking layenge to zarur aap ke zehen mein yeh sawal hoga kya yeh sahi hai ya woh sab ya to yeh galat hai ya woh galat hai</w:t>
      </w:r>
    </w:p>
    <w:p>
      <w:pPr>
        <w:jc w:val="right"/>
      </w:pPr>
      <w:r>
        <w:t>یعنی سینئر بنائیں گے اپنے آپ کو اپنے اندر سینئر تھنکنگ لائیں گے تو ضرور آپ کے ذہن میں یہ سوال ہوگا کیا یہ صحیح ہے یا وہ سب یا تو یہ غلط ہے یا وہ غلط ہے</w:t>
      </w:r>
    </w:p>
    <w:p>
      <w:r>
        <w:rPr>
          <w:b/>
        </w:rPr>
        <w:t xml:space="preserve">[21:40] </w:t>
      </w:r>
      <w:r>
        <w:t>aap ghor kijiye is par</w:t>
      </w:r>
    </w:p>
    <w:p>
      <w:pPr>
        <w:jc w:val="right"/>
      </w:pPr>
      <w:r>
        <w:t>آپ غور کیجئے اس پر</w:t>
      </w:r>
    </w:p>
    <w:p>
      <w:r>
        <w:rPr>
          <w:b/>
        </w:rPr>
        <w:t xml:space="preserve">[21:45] </w:t>
      </w:r>
      <w:r>
        <w:t>yeh dua khud allah taala ne taleem ki thi kyunke yeh quran ki ayat hai yeh quran ki ayat hai yeh rabbana wa la tahmil alayna ithran kama amalt ala allatheena min qablina yeh mamooli baat to nahi hai yeh quran ki ayat hai yeh</w:t>
      </w:r>
    </w:p>
    <w:p>
      <w:pPr>
        <w:jc w:val="right"/>
      </w:pPr>
      <w:r>
        <w:t>یہ دعا خود اللہ تعالیٰ نے تعلیم کی تھی کیونکہ یہ قرآن کی آیت ہے یہ قرآن کی آیت ہے یہ رَبَّنَا وَلَا تَحْمِلْ عَلَيْنَا إِثْرًا كَمَا عَمَلْتُ عَلَى الَّذِينَ مِنْ قَبْلِنَا یہ معمولی بات تو نہیں ہے یہ قرآن کی آیت ہے یہ</w:t>
      </w:r>
    </w:p>
    <w:p>
      <w:r>
        <w:rPr>
          <w:b/>
        </w:rPr>
        <w:t xml:space="preserve">[22:06] </w:t>
      </w:r>
      <w:r>
        <w:t>goya quran ki ayat hone ka matlab yeh hua ke khud allah taala ne taleem ki ek dua</w:t>
      </w:r>
    </w:p>
    <w:p>
      <w:pPr>
        <w:jc w:val="right"/>
      </w:pPr>
      <w:r>
        <w:t>گویا قرآن کی آیت ہونے کا مطلب یہ ہوا کہ خود اللہ تعالیٰ نے تعلیم کی ایک دعا</w:t>
      </w:r>
    </w:p>
    <w:p>
      <w:r>
        <w:rPr>
          <w:b/>
        </w:rPr>
        <w:t xml:space="preserve">[22:19] </w:t>
      </w:r>
      <w:r>
        <w:t>aap jante hain ke Allah ne taleem ki thi ek dua Adam ko</w:t>
      </w:r>
    </w:p>
    <w:p>
      <w:pPr>
        <w:jc w:val="right"/>
      </w:pPr>
      <w:r>
        <w:t>آپ جانتے ہیں کہ اللہ نے تعلیم کی تھی ایک دعا آدم کو</w:t>
      </w:r>
    </w:p>
    <w:p>
      <w:r>
        <w:rPr>
          <w:b/>
        </w:rPr>
        <w:t xml:space="preserve">[22:27] </w:t>
      </w:r>
      <w:r>
        <w:t>Adam ko Allah ne taleem ki thi dua phir unhon ne dua ki to dobara woh</w:t>
      </w:r>
    </w:p>
    <w:p>
      <w:pPr>
        <w:jc w:val="right"/>
      </w:pPr>
      <w:r>
        <w:t>آدم کو اللہ نے تعلیم کی تھی دعا پھر انہوں نے دعا کی تو دوبارہ وہ</w:t>
      </w:r>
    </w:p>
    <w:p>
      <w:r>
        <w:rPr>
          <w:b/>
        </w:rPr>
        <w:t xml:space="preserve">[22:36] </w:t>
      </w:r>
      <w:r>
        <w:t>accept kar liye gaye aur peghambar baandh diya gaya un ko peghambar</w:t>
      </w:r>
    </w:p>
    <w:p>
      <w:pPr>
        <w:jc w:val="right"/>
      </w:pPr>
      <w:r>
        <w:t>ایکسیپٹ کر لیے گئے اور پیغمبر باندھ دیا گیا ان کو پیغمبر</w:t>
      </w:r>
    </w:p>
    <w:p>
      <w:r>
        <w:rPr>
          <w:b/>
        </w:rPr>
        <w:t xml:space="preserve">[22:42] </w:t>
      </w:r>
      <w:r>
        <w:t>to jo dua khud Allah taala ne taleem ki ho</w:t>
      </w:r>
    </w:p>
    <w:p>
      <w:pPr>
        <w:jc w:val="right"/>
      </w:pPr>
      <w:r>
        <w:t>تو جو دعا خود اللہ تعالیٰ نے تعلیم کی ہو</w:t>
      </w:r>
    </w:p>
    <w:p>
      <w:r>
        <w:rPr>
          <w:b/>
        </w:rPr>
        <w:t xml:space="preserve">[22:47] </w:t>
      </w:r>
      <w:r>
        <w:t>iski qubooliyat to peshgi tor par maloom hai</w:t>
      </w:r>
    </w:p>
    <w:p>
      <w:pPr>
        <w:jc w:val="right"/>
      </w:pPr>
      <w:r>
        <w:t>اس کی قبولیت تو پیشگی طور پر معلوم ہے</w:t>
      </w:r>
    </w:p>
    <w:p>
      <w:r>
        <w:rPr>
          <w:b/>
        </w:rPr>
        <w:t xml:space="preserve">[22:53] </w:t>
      </w:r>
      <w:r>
        <w:t>to quran mein woh dua aai rasool Allah ne woh dua ki</w:t>
      </w:r>
    </w:p>
    <w:p>
      <w:pPr>
        <w:jc w:val="right"/>
      </w:pPr>
      <w:r>
        <w:t>تو قرآن میں وہ دعا آئی رسول اللہ نے وہ دعا کی</w:t>
      </w:r>
    </w:p>
    <w:p>
      <w:r>
        <w:rPr>
          <w:b/>
        </w:rPr>
        <w:t xml:space="preserve">[22:59] </w:t>
      </w:r>
      <w:r>
        <w:t>jab quran dua karne ke liye zaroorat nahi hai ke aap alag se baithein quran aap padhenge</w:t>
      </w:r>
    </w:p>
    <w:p>
      <w:pPr>
        <w:jc w:val="right"/>
      </w:pPr>
      <w:r>
        <w:t>جب قرآن دعا کرنے کے لیے ضرورت نہیں ہے کہ آپ الگ سے بیٹھیں قرآن آپ پڑھیں گے</w:t>
      </w:r>
    </w:p>
    <w:p>
      <w:r>
        <w:rPr>
          <w:b/>
        </w:rPr>
        <w:t xml:space="preserve">[23:04] </w:t>
      </w:r>
      <w:r>
        <w:t>to dua ho gayi</w:t>
      </w:r>
    </w:p>
    <w:p>
      <w:pPr>
        <w:jc w:val="right"/>
      </w:pPr>
      <w:r>
        <w:t>تو دعا ہو گئی</w:t>
      </w:r>
    </w:p>
    <w:p>
      <w:r>
        <w:rPr>
          <w:b/>
        </w:rPr>
        <w:t xml:space="preserve">[23:07] </w:t>
      </w:r>
      <w:r>
        <w:t>jab sahaba ne aur rasool Allah ne quran ko padha to padhte hi dua ho gayi woh rabbana</w:t>
      </w:r>
    </w:p>
    <w:p>
      <w:pPr>
        <w:jc w:val="right"/>
      </w:pPr>
      <w:r>
        <w:t>جب صحابہ نے اور رسول اللہ نے قرآن کو پڑھا تو پڑھتے ہی دعا ہو گئی وہ رَبَّنَا</w:t>
      </w:r>
    </w:p>
    <w:p>
      <w:r>
        <w:rPr>
          <w:b/>
        </w:rPr>
        <w:t xml:space="preserve">[23:12] </w:t>
      </w:r>
      <w:r>
        <w:t>wala tahmil alaina ithran kama hamalta ala allatheena min qablina</w:t>
      </w:r>
    </w:p>
    <w:p>
      <w:pPr>
        <w:jc w:val="right"/>
      </w:pPr>
      <w:r>
        <w:t>وَلَا تَحْمِلْ عَلَيْنَا إِثْرًا كَمَا عَمَلْتُ عَلَى الَّذِينَ مِنْ قَبْلِنَا</w:t>
      </w:r>
    </w:p>
    <w:p>
      <w:r>
        <w:rPr>
          <w:b/>
        </w:rPr>
        <w:t xml:space="preserve">[23:18] </w:t>
      </w:r>
      <w:r>
        <w:t>is dua ko karne ke liye ke aap ko kisi</w:t>
      </w:r>
    </w:p>
    <w:p>
      <w:pPr>
        <w:jc w:val="right"/>
      </w:pPr>
      <w:r>
        <w:t>اس دعا کو کرنے کے لیے کہ آپ کو کسی</w:t>
      </w:r>
    </w:p>
    <w:p>
      <w:r>
        <w:rPr>
          <w:b/>
        </w:rPr>
        <w:t xml:space="preserve">[23:23] </w:t>
      </w:r>
      <w:r>
        <w:t>ja jaana nahi kahin ke aap makkah madinah jayen wahan ja ke dua karen</w:t>
      </w:r>
    </w:p>
    <w:p>
      <w:pPr>
        <w:jc w:val="right"/>
      </w:pPr>
      <w:r>
        <w:t>جا جانا نہیں کہیں کہ آپ مکہ مدینہ جائیں وہاں جا کے دعا کریں</w:t>
      </w:r>
    </w:p>
    <w:p>
      <w:r>
        <w:rPr>
          <w:b/>
        </w:rPr>
        <w:t xml:space="preserve">[23:28] </w:t>
      </w:r>
      <w:r>
        <w:t>quran ko parha to dua ho gayi</w:t>
      </w:r>
    </w:p>
    <w:p>
      <w:pPr>
        <w:jc w:val="right"/>
      </w:pPr>
      <w:r>
        <w:t>قرآن کو پڑھا تو دعا ہو گئی</w:t>
      </w:r>
    </w:p>
    <w:p>
      <w:r>
        <w:rPr>
          <w:b/>
        </w:rPr>
        <w:t xml:space="preserve">[23:31] </w:t>
      </w:r>
      <w:r>
        <w:t>quran ko parhte hi dua ho gayi kyunke lafz aap ne ada kiya ke rabbana wa la tahmil alayna</w:t>
      </w:r>
    </w:p>
    <w:p>
      <w:pPr>
        <w:jc w:val="right"/>
      </w:pPr>
      <w:r>
        <w:t>قرآن کو پڑھتے ہی دعا ہو گئی کیونکہ لفظ آپ نے ادا کیا کہ رَبَّنَا وَلَا تَحْمِلْ عَلَيْنَا</w:t>
      </w:r>
    </w:p>
    <w:p>
      <w:r>
        <w:rPr>
          <w:b/>
        </w:rPr>
        <w:t xml:space="preserve">[23:38] </w:t>
      </w:r>
      <w:r>
        <w:t>ithran kama</w:t>
      </w:r>
    </w:p>
    <w:p>
      <w:pPr>
        <w:jc w:val="right"/>
      </w:pPr>
      <w:r>
        <w:t>إِثْرًا كَمَا</w:t>
      </w:r>
    </w:p>
    <w:p>
      <w:r>
        <w:rPr>
          <w:b/>
        </w:rPr>
        <w:t xml:space="preserve">[23:39] </w:t>
      </w:r>
      <w:r>
        <w:t>amalt ala allatheena min qablina yeh yeh in alfaz ko dohraya aap ne dua ho gai</w:t>
      </w:r>
    </w:p>
    <w:p>
      <w:pPr>
        <w:jc w:val="right"/>
      </w:pPr>
      <w:r>
        <w:t>عَمَلْتُ عَلَى الَّذِينَ مِنْ قَبْلِنَا یہ یہ ان الفاظ کو دہرایا آپ نے دعا ہو گئی</w:t>
      </w:r>
    </w:p>
    <w:p>
      <w:r>
        <w:rPr>
          <w:b/>
        </w:rPr>
        <w:t xml:space="preserve">[23:47] </w:t>
      </w:r>
      <w:r>
        <w:t>to hum ko yeh bhi yaqeen karna padega ke jab rasool allah ne aur sahaba ne yeh dua ki to qabool bhi ho gai woh</w:t>
      </w:r>
    </w:p>
    <w:p>
      <w:pPr>
        <w:jc w:val="right"/>
      </w:pPr>
      <w:r>
        <w:t>تو ہم کو یہ بھی یقین کرنا پڑے گا کہ جب رسول اللہ نے اور صحابہ نے یہ دعا کی تو قبول بھی ہو گئی وہ</w:t>
      </w:r>
    </w:p>
    <w:p>
      <w:r>
        <w:rPr>
          <w:b/>
        </w:rPr>
        <w:t xml:space="preserve">[23:59] </w:t>
      </w:r>
      <w:r>
        <w:t>without any slightest doubt without any slightest doubt aap ko manna parega ke yeh dua qabool ho gayi ab sawal yeh hai ke hamare stage hamare muqarririn hamara akhbar so called Muslim media is sari dunya mein jo keh rahe hain ke we are under siege hum dushmano se ghare hue hain sari dunya mein Islamophobia hai to kaise sahi ho sakta hai yeh</w:t>
      </w:r>
    </w:p>
    <w:p>
      <w:pPr>
        <w:jc w:val="right"/>
      </w:pPr>
      <w:r>
        <w:t>وِد آؤٹ اینی سلیٹسٹ ڈاؤٹ وِد آؤٹ اینی سلیٹسٹ ڈاؤٹ آپ کو ماننا پڑے گا کہ یہ دعا قبول ہو گئی اب سوال یہ ہے کہ ہمارے اسٹیج ہمارے مقررین ہمارا اخبار سو کالڈ مسلم میڈیا اس ساری دنیا میں جو کہہ رہے ہیں کہ وی آر انڈر سیز ہم دشمنوں سے گھرے ہوئے ہیں ساری دنیا میں اسلاموفوبیا ہے تو کیسے صحیح ہو سکتا ہے یہ</w:t>
      </w:r>
    </w:p>
    <w:p>
      <w:r>
        <w:rPr>
          <w:b/>
        </w:rPr>
        <w:t xml:space="preserve">[24:28] </w:t>
      </w:r>
      <w:r>
        <w:t>kese ho sakta hai to hamein manna parega ke ye jo musalman bol rahe hain ye sab</w:t>
      </w:r>
    </w:p>
    <w:p>
      <w:pPr>
        <w:jc w:val="right"/>
      </w:pPr>
      <w:r>
        <w:t>کیسے ہو سکتا ہے تو ہمیں ماننا پڑے گا کہ یہ جو مسلمان بول رہے ہیں یہ سب</w:t>
      </w:r>
    </w:p>
    <w:p>
      <w:r>
        <w:rPr>
          <w:b/>
        </w:rPr>
        <w:t xml:space="preserve">[24:34] </w:t>
      </w:r>
      <w:r>
        <w:t>bilashuba baseless hai baseless hai baseless hai</w:t>
      </w:r>
    </w:p>
    <w:p>
      <w:pPr>
        <w:jc w:val="right"/>
      </w:pPr>
      <w:r>
        <w:t>بلاشبہ بیسلیس ہے بیسلیس ہے بیسلیس ہے</w:t>
      </w:r>
    </w:p>
    <w:p>
      <w:r>
        <w:rPr>
          <w:b/>
        </w:rPr>
        <w:t xml:space="preserve">[24:39] </w:t>
      </w:r>
      <w:r>
        <w:t>dunya hamare liye</w:t>
      </w:r>
    </w:p>
    <w:p>
      <w:pPr>
        <w:jc w:val="right"/>
      </w:pPr>
      <w:r>
        <w:t>دنیا ہمارے لیے</w:t>
      </w:r>
    </w:p>
    <w:p>
      <w:r>
        <w:rPr>
          <w:b/>
        </w:rPr>
        <w:t xml:space="preserve">[24:42] </w:t>
      </w:r>
      <w:r>
        <w:t>peaceful بن چکی ہے ہمارے لیے ہمارے لیے موافق بن چکی ہے ہمارے لیے supporter بن چکی</w:t>
      </w:r>
    </w:p>
    <w:p>
      <w:pPr>
        <w:jc w:val="right"/>
      </w:pPr>
      <w:r>
        <w:t>پیس فل بن چکی ہے ہمارے لیے ہمارے لیے موافق بن چکی ہے ہمارے لیے سپورٹر بن چکی</w:t>
      </w:r>
    </w:p>
    <w:p>
      <w:r>
        <w:rPr>
          <w:b/>
        </w:rPr>
        <w:t xml:space="preserve">[24:47] </w:t>
      </w:r>
      <w:r>
        <w:t>hai tab ab ab dekhiye</w:t>
      </w:r>
    </w:p>
    <w:p>
      <w:pPr>
        <w:jc w:val="right"/>
      </w:pPr>
      <w:r>
        <w:t>ہے تب اب اب دیکھیے</w:t>
      </w:r>
    </w:p>
    <w:p>
      <w:r>
        <w:rPr>
          <w:b/>
        </w:rPr>
        <w:t xml:space="preserve">[24:53] </w:t>
      </w:r>
      <w:r>
        <w:t>roza rakh kar aap ne apne ko ek process hai ye roza rakh kar aap ne apne ko</w:t>
      </w:r>
    </w:p>
    <w:p>
      <w:pPr>
        <w:jc w:val="right"/>
      </w:pPr>
      <w:r>
        <w:t>روزہ رکھ کر آپ نے اپنے کو ایک پراسیس ہے یہ روزہ رکھ کر آپ نے اپنے کو</w:t>
      </w:r>
    </w:p>
    <w:p>
      <w:r>
        <w:rPr>
          <w:b/>
        </w:rPr>
        <w:t xml:space="preserve">[24:58] </w:t>
      </w:r>
      <w:r>
        <w:t>senior banaya apne ko bohat ziyada alert kiya deen ke mamle mein phir aap ne quran ko parha</w:t>
      </w:r>
    </w:p>
    <w:p>
      <w:pPr>
        <w:jc w:val="right"/>
      </w:pPr>
      <w:r>
        <w:t>سینئر بنایا اپنے کو بہت زیادہ الرٹ کیا دین کے معاملے میں پھر آپ نے قرآن کو پڑھا</w:t>
      </w:r>
    </w:p>
    <w:p>
      <w:r>
        <w:rPr>
          <w:b/>
        </w:rPr>
        <w:t xml:space="preserve">[25:07] </w:t>
      </w:r>
      <w:r>
        <w:t>پھر قرآن نے آپ کے اندر یہ آپ کا mind trigger ہوا آپ کا mind trigger ہوا اس</w:t>
      </w:r>
    </w:p>
    <w:p>
      <w:pPr>
        <w:jc w:val="right"/>
      </w:pPr>
      <w:r>
        <w:t>پھر قرآن نے آپ کے اندر یہ آپ کا مائنڈ ٹریگر ہوا آپ کا مائنڈ ٹریگر ہوا اس</w:t>
      </w:r>
    </w:p>
    <w:p>
      <w:r>
        <w:rPr>
          <w:b/>
        </w:rPr>
        <w:t xml:space="preserve">[25:13] </w:t>
      </w:r>
      <w:r>
        <w:t>ayat ko</w:t>
      </w:r>
    </w:p>
    <w:p>
      <w:pPr>
        <w:jc w:val="right"/>
      </w:pPr>
      <w:r>
        <w:t>آیت کو</w:t>
      </w:r>
    </w:p>
    <w:p>
      <w:r>
        <w:rPr>
          <w:b/>
        </w:rPr>
        <w:t xml:space="preserve">[25:13] </w:t>
      </w:r>
      <w:r>
        <w:t>padhkar ab aap bataiye ke aap kya kar rahe hain ke iske baad iske baad yeh hua ke aap ke andar yeh zehan aayega jisko kehte hain replanning ke bhai hamari to sari planning galat thi</w:t>
      </w:r>
    </w:p>
    <w:p>
      <w:pPr>
        <w:jc w:val="right"/>
      </w:pPr>
      <w:r>
        <w:t>پڑھ کر اب آپ بتائیے کہ آپ کیا کر رہے ہیں کہ اس کے بعد اس کے بعد یہ ہوا کہ آپ کے اندر یہ ذہن آئے گا جس کو کہتے ہیں ری پلاننگ کہ بھئی ہماری تو ساری پلاننگ غلط تھی</w:t>
      </w:r>
    </w:p>
    <w:p>
      <w:r>
        <w:rPr>
          <w:b/>
        </w:rPr>
        <w:t xml:space="preserve">[25:29] </w:t>
      </w:r>
      <w:r>
        <w:t>sari planning ko phir se replan karo</w:t>
      </w:r>
    </w:p>
    <w:p>
      <w:pPr>
        <w:jc w:val="right"/>
      </w:pPr>
      <w:r>
        <w:t>ساری پلاننگ کو پھر سے ری پلان کرو</w:t>
      </w:r>
    </w:p>
    <w:p>
      <w:r>
        <w:rPr>
          <w:b/>
        </w:rPr>
        <w:t xml:space="preserve">[25:34] </w:t>
      </w:r>
      <w:r>
        <w:t>is is is usool par karo ke dunya hamare liye muwafiq hai dunya hamare liye woh dunya nahi hai jo firon ke zamane mein thi ab doosri dunya hai</w:t>
      </w:r>
    </w:p>
    <w:p>
      <w:pPr>
        <w:jc w:val="right"/>
      </w:pPr>
      <w:r>
        <w:t>اس اس اس اصول پر کرو کہ دنیا ہمارے لیے موافق ہے دنیا ہمارے لیے وہ دنیا نہیں ہے جو فرعون کے زمانے میں تھی اب دوسری دنیا ہے</w:t>
      </w:r>
    </w:p>
    <w:p>
      <w:r>
        <w:rPr>
          <w:b/>
        </w:rPr>
        <w:t xml:space="preserve">[25:53] </w:t>
      </w:r>
      <w:r>
        <w:t>ab hamare liye har taraf muwafiq halaat hain har taraf aman hai is usool ko samne rakh kar aap jab sochen ke planning</w:t>
      </w:r>
    </w:p>
    <w:p>
      <w:pPr>
        <w:jc w:val="right"/>
      </w:pPr>
      <w:r>
        <w:t>اب ہمارے لیے ہر طرف موافق حالات ہیں ہر طرف امن ہے اس اصول کو سامنے رکھ کر آپ جب سوچیں کہ پلاننگ</w:t>
      </w:r>
    </w:p>
    <w:p>
      <w:r>
        <w:rPr>
          <w:b/>
        </w:rPr>
        <w:t xml:space="preserve">[26:08] </w:t>
      </w:r>
      <w:r>
        <w:t>tab kya hoga aap quran ki yeh ayat ko padhenge ke وَجَاهِدْهُمْ بِهِ جَهَادًا كَبِيرًا وَجَاهِدْهُمْ بِهِ جَهَادًا كَبِيرًا in se bada jihad karo quran ke zariye</w:t>
      </w:r>
    </w:p>
    <w:p>
      <w:pPr>
        <w:jc w:val="right"/>
      </w:pPr>
      <w:r>
        <w:t>تب کیا ہوگا آپ قرآن کی یہ آیت کو پڑھیں گے کہ وَجَاهِدْهُمْ بِهِ جَهَادًا كَبِيرًا وَجَاهِدْهُمْ بِهِ جَهَادًا كَبِيرًا ان سے بڑا جہاد کرو قرآن کے ذریعے</w:t>
      </w:r>
    </w:p>
    <w:p>
      <w:r>
        <w:rPr>
          <w:b/>
        </w:rPr>
        <w:t xml:space="preserve">[26:28] </w:t>
      </w:r>
      <w:r>
        <w:t>in se bara jihad karo quran ke zariye to quran koi talwar to nahi hai koi gun nahi</w:t>
      </w:r>
    </w:p>
    <w:p>
      <w:pPr>
        <w:jc w:val="right"/>
      </w:pPr>
      <w:r>
        <w:t>ان سے بڑا جہاد کرو قرآن کے ذریعے تو قرآن کوئی تلوار تو نہیں ہے کوئی گن نہیں</w:t>
      </w:r>
    </w:p>
    <w:p>
      <w:r>
        <w:rPr>
          <w:b/>
        </w:rPr>
        <w:t xml:space="preserve">[26:33] </w:t>
      </w:r>
      <w:r>
        <w:t>hai koi bomb nahi hai quran to book of ideology hai</w:t>
      </w:r>
    </w:p>
    <w:p>
      <w:pPr>
        <w:jc w:val="right"/>
      </w:pPr>
      <w:r>
        <w:t>ہے کوئی بم نہیں ہے قرآن تو بک آف آئیڈیالوجی ہے</w:t>
      </w:r>
    </w:p>
    <w:p>
      <w:r>
        <w:rPr>
          <w:b/>
        </w:rPr>
        <w:t xml:space="preserve">[26:40] </w:t>
      </w:r>
      <w:r>
        <w:t>quran to book of ideology hai to jab sare halaat muafiq ho chuke dunya aman aa chuka</w:t>
      </w:r>
    </w:p>
    <w:p>
      <w:pPr>
        <w:jc w:val="right"/>
      </w:pPr>
      <w:r>
        <w:t>قرآن تو بک آف آئیڈیالوجی ہے تو جب سارے حالات موافق ہو چکے دنیا امن آ چکا</w:t>
      </w:r>
    </w:p>
    <w:p>
      <w:r>
        <w:rPr>
          <w:b/>
        </w:rPr>
        <w:t xml:space="preserve">[26:48] </w:t>
      </w:r>
      <w:r>
        <w:t>dunya mein resilience pur sakoon khatm ho chuka to is ayat ko parh kar aap kya plan karenge</w:t>
      </w:r>
    </w:p>
    <w:p>
      <w:pPr>
        <w:jc w:val="right"/>
      </w:pPr>
      <w:r>
        <w:t>دنیا میں ریزنس پرسکون ختم ہو چکا تو اس آیت کو پڑھ کر آپ کیا پلان کریں گے</w:t>
      </w:r>
    </w:p>
    <w:p>
      <w:r>
        <w:rPr>
          <w:b/>
        </w:rPr>
        <w:t xml:space="preserve">[26:54] </w:t>
      </w:r>
      <w:r>
        <w:t>bas quran ko phailao</w:t>
      </w:r>
    </w:p>
    <w:p>
      <w:pPr>
        <w:jc w:val="right"/>
      </w:pPr>
      <w:r>
        <w:t>بس قرآن کو پھیلاؤ</w:t>
      </w:r>
    </w:p>
    <w:p>
      <w:r>
        <w:rPr>
          <w:b/>
        </w:rPr>
        <w:t xml:space="preserve">[26:57] </w:t>
      </w:r>
      <w:r>
        <w:t>peaceful andaaz mein quran ko phailao</w:t>
      </w:r>
    </w:p>
    <w:p>
      <w:pPr>
        <w:jc w:val="right"/>
      </w:pPr>
      <w:r>
        <w:t>پیس فل انداز میں قرآن کو پھیلاؤ</w:t>
      </w:r>
    </w:p>
    <w:p>
      <w:r>
        <w:rPr>
          <w:b/>
        </w:rPr>
        <w:t xml:space="preserve">[27:00] </w:t>
      </w:r>
      <w:r>
        <w:t>is ka tarjuma is ki sharah logon ko batao</w:t>
      </w:r>
    </w:p>
    <w:p>
      <w:pPr>
        <w:jc w:val="right"/>
      </w:pPr>
      <w:r>
        <w:t>اس کا ترجمہ اس کی شرح لوگوں کو بتاؤ</w:t>
      </w:r>
    </w:p>
    <w:p>
      <w:r>
        <w:rPr>
          <w:b/>
        </w:rPr>
        <w:t xml:space="preserve">[27:07] </w:t>
      </w:r>
      <w:r>
        <w:t>to yeh sari planning aap ki ulti ho jayegi</w:t>
      </w:r>
    </w:p>
    <w:p>
      <w:pPr>
        <w:jc w:val="right"/>
      </w:pPr>
      <w:r>
        <w:t>تو یہ ساری پلاننگ آپ کی الٹی ہو جائے گی</w:t>
      </w:r>
    </w:p>
    <w:p>
      <w:r>
        <w:rPr>
          <w:b/>
        </w:rPr>
        <w:t xml:space="preserve">[27:13] </w:t>
      </w:r>
      <w:r>
        <w:t>aise hi dekhiye</w:t>
      </w:r>
    </w:p>
    <w:p>
      <w:pPr>
        <w:jc w:val="right"/>
      </w:pPr>
      <w:r>
        <w:t>ایسے ہی دیکھیے</w:t>
      </w:r>
    </w:p>
    <w:p>
      <w:r>
        <w:rPr>
          <w:b/>
        </w:rPr>
        <w:t xml:space="preserve">[27:15] </w:t>
      </w:r>
      <w:r>
        <w:t>aap waqai agar sarjeeda ho kar padhenge to ek bohat bari cheez aap ko khatkegi</w:t>
      </w:r>
    </w:p>
    <w:p>
      <w:pPr>
        <w:jc w:val="right"/>
      </w:pPr>
      <w:r>
        <w:t>آپ واقعی اگر سرجیدہ ہو کر پڑھیں گے تو ایک بہت بڑی چیز آپ کو کھٹکے گی</w:t>
      </w:r>
    </w:p>
    <w:p>
      <w:r>
        <w:rPr>
          <w:b/>
        </w:rPr>
        <w:t xml:space="preserve">[27:23] </w:t>
      </w:r>
      <w:r>
        <w:t>ke hum doosri qaumon ko kehte hain ke ye kafir hain</w:t>
      </w:r>
    </w:p>
    <w:p>
      <w:pPr>
        <w:jc w:val="right"/>
      </w:pPr>
      <w:r>
        <w:t>کہ ہم دوسری قوموں کو کہتے ہیں کہ یہ کافر ہیں</w:t>
      </w:r>
    </w:p>
    <w:p>
      <w:r>
        <w:rPr>
          <w:b/>
        </w:rPr>
        <w:t xml:space="preserve">[27:27] </w:t>
      </w:r>
      <w:r>
        <w:t>ye jahannami hain ye mushrik hain kya kehte hain lekin quran mein kya kaha hai doosre logon ko</w:t>
      </w:r>
    </w:p>
    <w:p>
      <w:pPr>
        <w:jc w:val="right"/>
      </w:pPr>
      <w:r>
        <w:t>یہ جہنمی ہیں یہ مشرک ہیں کیا کہتے ہیں لیکن قرآن میں کیا کہا ہے دوسرے لوگوں کو</w:t>
      </w:r>
    </w:p>
    <w:p>
      <w:r>
        <w:rPr>
          <w:b/>
        </w:rPr>
        <w:t xml:space="preserve">[27:36] </w:t>
      </w:r>
      <w:r>
        <w:t>insan eyha insan eyha insan eyha insan eyha naas eyha naas eyha naas</w:t>
      </w:r>
    </w:p>
    <w:p>
      <w:pPr>
        <w:jc w:val="right"/>
      </w:pPr>
      <w:r>
        <w:t>انسان ایہا الانسان ایہا الانسان ایہا الانسان ایہا الناس ایہا الناس ایہا الناس</w:t>
      </w:r>
    </w:p>
    <w:p>
      <w:r>
        <w:rPr>
          <w:b/>
        </w:rPr>
        <w:t xml:space="preserve">[27:43] </w:t>
      </w:r>
      <w:r>
        <w:t>ya bani adam ya bani adam ya bani adam is ke maani kya hue</w:t>
      </w:r>
    </w:p>
    <w:p>
      <w:pPr>
        <w:jc w:val="right"/>
      </w:pPr>
      <w:r>
        <w:t>یا بنی آدم یا بنی آدم یا بنی آدم اس کے معنی کیا ہوئے</w:t>
      </w:r>
    </w:p>
    <w:p>
      <w:r>
        <w:rPr>
          <w:b/>
        </w:rPr>
        <w:t xml:space="preserve">[27:48] </w:t>
      </w:r>
      <w:r>
        <w:t>quran ke nazdeek dunya mein sirf do hi group hain</w:t>
      </w:r>
    </w:p>
    <w:p>
      <w:pPr>
        <w:jc w:val="right"/>
      </w:pPr>
      <w:r>
        <w:t>قرآن کے نزدیک دنیا میں صرف دو ہی گروپ ہیں</w:t>
      </w:r>
    </w:p>
    <w:p>
      <w:r>
        <w:rPr>
          <w:b/>
        </w:rPr>
        <w:t xml:space="preserve">[27:56] </w:t>
      </w:r>
      <w:r>
        <w:t>yani muslim community aur insan community</w:t>
      </w:r>
    </w:p>
    <w:p>
      <w:pPr>
        <w:jc w:val="right"/>
      </w:pPr>
      <w:r>
        <w:t>یعنی مسلم کمیونٹی اور انسان کمیونٹی</w:t>
      </w:r>
    </w:p>
    <w:p>
      <w:r>
        <w:rPr>
          <w:b/>
        </w:rPr>
        <w:t xml:space="preserve">[28:02] </w:t>
      </w:r>
      <w:r>
        <w:t>na koi dushman hai na koi sazishi hai</w:t>
      </w:r>
    </w:p>
    <w:p>
      <w:pPr>
        <w:jc w:val="right"/>
      </w:pPr>
      <w:r>
        <w:t>نہ کوئی دشمن ہے نہ کوئی سازشی ہے</w:t>
      </w:r>
    </w:p>
    <w:p>
      <w:r>
        <w:rPr>
          <w:b/>
        </w:rPr>
        <w:t xml:space="preserve">[28:07] </w:t>
      </w:r>
      <w:r>
        <w:t>nah koi kaafir hai kuch nahi sab insaan hain</w:t>
      </w:r>
    </w:p>
    <w:p>
      <w:pPr>
        <w:jc w:val="right"/>
      </w:pPr>
      <w:r>
        <w:t>نہ کوئی کافر ہے کچھ نہیں سب انسان ہیں</w:t>
      </w:r>
    </w:p>
    <w:p>
      <w:r>
        <w:rPr>
          <w:b/>
        </w:rPr>
        <w:t xml:space="preserve">[28:13] </w:t>
      </w:r>
      <w:r>
        <w:t>isi liye rasool Allah ne kaha tha ek waqt to yahoodi ke liye ke alaiha al-dafn ke woh</w:t>
      </w:r>
    </w:p>
    <w:p>
      <w:pPr>
        <w:jc w:val="right"/>
      </w:pPr>
      <w:r>
        <w:t>اسی لیے رسول اللہ نے کہا تھا ایک وقت تو یہودی کے لیے کہ علیہا الدفن کہ وہ</w:t>
      </w:r>
    </w:p>
    <w:p>
      <w:r>
        <w:rPr>
          <w:b/>
        </w:rPr>
        <w:t xml:space="preserve">[28:19] </w:t>
      </w:r>
      <w:r>
        <w:t>bhi to insaan hai</w:t>
      </w:r>
    </w:p>
    <w:p>
      <w:pPr>
        <w:jc w:val="right"/>
      </w:pPr>
      <w:r>
        <w:t>بھی تو انسان ہے</w:t>
      </w:r>
    </w:p>
    <w:p>
      <w:r>
        <w:rPr>
          <w:b/>
        </w:rPr>
        <w:t xml:space="preserve">[28:22] </w:t>
      </w:r>
      <w:r>
        <w:t>to jo division hai woh kya hai</w:t>
      </w:r>
    </w:p>
    <w:p>
      <w:pPr>
        <w:jc w:val="right"/>
      </w:pPr>
      <w:r>
        <w:t>تو جو ڈیویژن ہے وہ کیا ہے</w:t>
      </w:r>
    </w:p>
    <w:p>
      <w:r>
        <w:rPr>
          <w:b/>
        </w:rPr>
        <w:t xml:space="preserve">[28:28] </w:t>
      </w:r>
      <w:r>
        <w:t>ek taraf muslim community hai doosri taraf insaan community</w:t>
      </w:r>
    </w:p>
    <w:p>
      <w:pPr>
        <w:jc w:val="right"/>
      </w:pPr>
      <w:r>
        <w:t>ایک طرف مسلم کمیونٹی ہے دوسری طرف انسان کمیونٹی</w:t>
      </w:r>
    </w:p>
    <w:p>
      <w:r>
        <w:rPr>
          <w:b/>
        </w:rPr>
        <w:t xml:space="preserve">[28:32] </w:t>
      </w:r>
      <w:r>
        <w:t>hai insaan community</w:t>
      </w:r>
    </w:p>
    <w:p>
      <w:pPr>
        <w:jc w:val="right"/>
      </w:pPr>
      <w:r>
        <w:t>ہے انسان کمیونٹی</w:t>
      </w:r>
    </w:p>
    <w:p>
      <w:r>
        <w:rPr>
          <w:b/>
        </w:rPr>
        <w:t xml:space="preserve">[28:35] </w:t>
      </w:r>
      <w:r>
        <w:t>to kya hoga aap ke andar fitri taur par insaan ke liye hamdardi aayegi ke woh bhi</w:t>
      </w:r>
    </w:p>
    <w:p>
      <w:pPr>
        <w:jc w:val="right"/>
      </w:pPr>
      <w:r>
        <w:t>تو کیا ہوگا آپ کے اندر فطری طور پر انسان کے لیے ہمدردی آئے گی کہ وہ بھی</w:t>
      </w:r>
    </w:p>
    <w:p>
      <w:r>
        <w:rPr>
          <w:b/>
        </w:rPr>
        <w:t xml:space="preserve">[28:40] </w:t>
      </w:r>
      <w:r>
        <w:t>to hamare jaisa aadmi hai is ko dua karenge aap is ko quran pahunchayenge aap</w:t>
      </w:r>
    </w:p>
    <w:p>
      <w:pPr>
        <w:jc w:val="right"/>
      </w:pPr>
      <w:r>
        <w:t>تو ہمارے جیسا آدمی ہے اس کو دعا کریں گے آپ اس کو قرآن پہنچائیں گے آپ</w:t>
      </w:r>
    </w:p>
    <w:p>
      <w:r>
        <w:rPr>
          <w:b/>
        </w:rPr>
        <w:t xml:space="preserve">[28:49] </w:t>
      </w:r>
      <w:r>
        <w:t>is</w:t>
      </w:r>
    </w:p>
    <w:p>
      <w:pPr>
        <w:jc w:val="right"/>
      </w:pPr>
      <w:r>
        <w:t>اس</w:t>
      </w:r>
    </w:p>
    <w:p>
      <w:r>
        <w:rPr>
          <w:b/>
        </w:rPr>
        <w:t xml:space="preserve">[28:49] </w:t>
      </w:r>
      <w:r>
        <w:t>ko Allah ki rehmat milanay ki koshish karenge aap yaani peaceful daawa karenge is ke</w:t>
      </w:r>
    </w:p>
    <w:p>
      <w:pPr>
        <w:jc w:val="right"/>
      </w:pPr>
      <w:r>
        <w:t>کو اللہ کی رحمت ملانے کی کوشش کریں گے آپ یعنی پیس فل دعویٰ کریں گے اس کے</w:t>
      </w:r>
    </w:p>
    <w:p>
      <w:r>
        <w:rPr>
          <w:b/>
        </w:rPr>
        <w:t xml:space="preserve">[28:54] </w:t>
      </w:r>
      <w:r>
        <w:t>upar aap to sara aap ka zehn badal jayega quran ko jab ghor karenge aap ab</w:t>
      </w:r>
    </w:p>
    <w:p>
      <w:pPr>
        <w:jc w:val="right"/>
      </w:pPr>
      <w:r>
        <w:t>اوپر آپ تو سارا آپ کا ذہن بدل جائے گا قرآن کو جب غور کریں گے آپ اب</w:t>
      </w:r>
    </w:p>
    <w:p>
      <w:r>
        <w:rPr>
          <w:b/>
        </w:rPr>
        <w:t xml:space="preserve">[29:03] </w:t>
      </w:r>
      <w:r>
        <w:t>tak aap samajhte the ke main main muslim hoon baqi sab kaafir hain mushrik hain jahannami hain dushman</w:t>
      </w:r>
    </w:p>
    <w:p>
      <w:pPr>
        <w:jc w:val="right"/>
      </w:pPr>
      <w:r>
        <w:t>تک آپ سمجھتے تھے کہ میں میں مسلم ہوں باقی سب کافر ہیں مشرک ہیں جہنمی ہیں دشمن</w:t>
      </w:r>
    </w:p>
    <w:p>
      <w:r>
        <w:rPr>
          <w:b/>
        </w:rPr>
        <w:t xml:space="preserve">[29:11] </w:t>
      </w:r>
      <w:r>
        <w:t>dushman hain to jab aap quran mein yeh padhenge ke quran to yeh yeh galat bolta hi</w:t>
      </w:r>
    </w:p>
    <w:p>
      <w:pPr>
        <w:jc w:val="right"/>
      </w:pPr>
      <w:r>
        <w:t>دشمن ہیں تو جب آپ قرآن میں یہ پڑھیں گے کہ قرآن تو یہ یہ غلط بولتا ہی</w:t>
      </w:r>
    </w:p>
    <w:p>
      <w:r>
        <w:rPr>
          <w:b/>
        </w:rPr>
        <w:t xml:space="preserve">[29:16] </w:t>
      </w:r>
      <w:r>
        <w:t>nahi quran ki yeh terminology nahi hai is ki to terminology hai insaan insaan insaan</w:t>
      </w:r>
    </w:p>
    <w:p>
      <w:pPr>
        <w:jc w:val="right"/>
      </w:pPr>
      <w:r>
        <w:t>نہیں قرآن کی یہ ٹرمینالوجی نہیں ہے اس کی تو ٹرمینالوجی ہے انسان انسان انسان</w:t>
      </w:r>
    </w:p>
    <w:p>
      <w:r>
        <w:rPr>
          <w:b/>
        </w:rPr>
        <w:t xml:space="preserve">[29:25] </w:t>
      </w:r>
      <w:r>
        <w:t>bani aadam bani aadam bani aadam mein bhi aadam ki aulaad woh bhi aadam ki aulaad mein bhi</w:t>
      </w:r>
    </w:p>
    <w:p>
      <w:pPr>
        <w:jc w:val="right"/>
      </w:pPr>
      <w:r>
        <w:t>بنی آدم بنی آدم بنی آدم میں بھی آدم کی اولاد وہ بھی آدم کی اولاد میں بھی</w:t>
      </w:r>
    </w:p>
    <w:p>
      <w:r>
        <w:rPr>
          <w:b/>
        </w:rPr>
        <w:t xml:space="preserve">[29:30] </w:t>
      </w:r>
      <w:r>
        <w:t>insaan woh bhi insaan</w:t>
      </w:r>
    </w:p>
    <w:p>
      <w:pPr>
        <w:jc w:val="right"/>
      </w:pPr>
      <w:r>
        <w:t>انسان وہ بھی انسان</w:t>
      </w:r>
    </w:p>
    <w:p>
      <w:r>
        <w:rPr>
          <w:b/>
        </w:rPr>
        <w:t xml:space="preserve">[29:35] </w:t>
      </w:r>
      <w:r>
        <w:t>to aap ki poori jo hai jo strategy jo hai badal jayegi</w:t>
      </w:r>
    </w:p>
    <w:p>
      <w:pPr>
        <w:jc w:val="right"/>
      </w:pPr>
      <w:r>
        <w:t>تو آپ کی پوری جو ہے جو اسٹریٹجی جو ہے بدل جائے گی</w:t>
      </w:r>
    </w:p>
    <w:p>
      <w:r>
        <w:rPr>
          <w:b/>
        </w:rPr>
        <w:t xml:space="preserve">[29:41] </w:t>
      </w:r>
      <w:r>
        <w:t>ab tak doosre ko haraif rival dushman samajh kar aap ne strategy banayi thi ab kya ho jayega</w:t>
      </w:r>
    </w:p>
    <w:p>
      <w:pPr>
        <w:jc w:val="right"/>
      </w:pPr>
      <w:r>
        <w:t>اب تک دوسرے کو حریف رائیول دشمن سمجھ کر آپ نے اسٹریٹجی بنائی تھی اب کیا ہو جائے</w:t>
      </w:r>
    </w:p>
    <w:p>
      <w:r>
        <w:rPr>
          <w:b/>
        </w:rPr>
        <w:t xml:space="preserve">[29:48] </w:t>
      </w:r>
      <w:r>
        <w:t>ab yeh ho jayega ke doosre ko apna samajh kar banegi doosre apne bhai hain</w:t>
      </w:r>
    </w:p>
    <w:p>
      <w:pPr>
        <w:jc w:val="right"/>
      </w:pPr>
      <w:r>
        <w:t>گا اب یہ ہو جائے گا کہ دوسرے کو اپنا سمجھ کر بنے گی دوسرے اپنے بھائی ہیں</w:t>
      </w:r>
    </w:p>
    <w:p>
      <w:r>
        <w:rPr>
          <w:b/>
        </w:rPr>
        <w:t xml:space="preserve">[29:54] </w:t>
      </w:r>
      <w:r>
        <w:t>yeh doosre insaan hain yeh Allah ki paida kiye hue log hain jaisa main waisa woh bhi hain</w:t>
      </w:r>
    </w:p>
    <w:p>
      <w:pPr>
        <w:jc w:val="right"/>
      </w:pPr>
      <w:r>
        <w:t>یہ دوسرے انسان ہیں یہ اللہ کی پیدا کیے ہوئے لوگ ہیں جیسا میں ویسے وہ بھی ہیں</w:t>
      </w:r>
    </w:p>
    <w:p>
      <w:r>
        <w:rPr>
          <w:b/>
        </w:rPr>
        <w:t xml:space="preserve">[30:01] </w:t>
      </w:r>
      <w:r>
        <w:t>to sari strategy badal jayegi</w:t>
      </w:r>
    </w:p>
    <w:p>
      <w:pPr>
        <w:jc w:val="right"/>
      </w:pPr>
      <w:r>
        <w:t>تو ساری اسٹریٹجی بدل جائے گی</w:t>
      </w:r>
    </w:p>
    <w:p>
      <w:r>
        <w:rPr>
          <w:b/>
        </w:rPr>
        <w:t xml:space="preserve">[30:05] </w:t>
      </w:r>
      <w:r>
        <w:t>sari strategy badal jayegi</w:t>
      </w:r>
    </w:p>
    <w:p>
      <w:pPr>
        <w:jc w:val="right"/>
      </w:pPr>
      <w:r>
        <w:t>ساری اسٹریٹجی بدل جائے گی</w:t>
      </w:r>
    </w:p>
    <w:p>
      <w:r>
        <w:rPr>
          <w:b/>
        </w:rPr>
        <w:t xml:space="preserve">[30:09] </w:t>
      </w:r>
      <w:r>
        <w:t>yeh ek hi ramzan mein ek inqilab aa jayega ek ramzan kafi hai</w:t>
      </w:r>
    </w:p>
    <w:p>
      <w:pPr>
        <w:jc w:val="right"/>
      </w:pPr>
      <w:r>
        <w:t>یہ ایک ہی رمضان میں ایک انقلاب آ جائے گا ایک رمضان کافی ہے</w:t>
      </w:r>
    </w:p>
    <w:p>
      <w:r>
        <w:rPr>
          <w:b/>
        </w:rPr>
        <w:t xml:space="preserve">[30:16] </w:t>
      </w:r>
      <w:r>
        <w:t>ek ramzan mein aap 30 din yahi karenge jab</w:t>
      </w:r>
    </w:p>
    <w:p>
      <w:pPr>
        <w:jc w:val="right"/>
      </w:pPr>
      <w:r>
        <w:t>ایک رمضان میں آپ 30 دن یہی کریں گے جب</w:t>
      </w:r>
    </w:p>
    <w:p>
      <w:r>
        <w:rPr>
          <w:b/>
        </w:rPr>
        <w:t xml:space="preserve">[30:21] </w:t>
      </w:r>
      <w:r>
        <w:t>ke</w:t>
      </w:r>
    </w:p>
    <w:p>
      <w:pPr>
        <w:jc w:val="right"/>
      </w:pPr>
      <w:r>
        <w:t>کہ</w:t>
      </w:r>
    </w:p>
    <w:p>
      <w:r>
        <w:rPr>
          <w:b/>
        </w:rPr>
        <w:t xml:space="preserve">[30:22] </w:t>
      </w:r>
      <w:r>
        <w:t>roza rakhkar apne ko sensor banayenge phir quran ka bohat hi gehrai ke sath study karenge aur phir yeh baatein daryaft karenge to ek mahine ka roza kafi hai ke aap ka din inqilab aa jaye ek mahine ka roza</w:t>
      </w:r>
    </w:p>
    <w:p>
      <w:pPr>
        <w:jc w:val="right"/>
      </w:pPr>
      <w:r>
        <w:t>روزہ رکھ کر اپنے کو سنسر بنائیں گے پھر قرآن کا بہت ہی گہرائی کے ساتھ اسٹڈی کریں گے اور پھر یہ باتیں دریافت کریں گے تو ایک مہینہ کا روزہ کافی ہے کہ آپ کا دن انقلاب آ جائے ایک مہینے کا روزہ</w:t>
      </w:r>
    </w:p>
    <w:p>
      <w:r>
        <w:rPr>
          <w:b/>
        </w:rPr>
        <w:t xml:space="preserve">[30:48] </w:t>
      </w:r>
      <w:r>
        <w:t>yani roza aap ko pehle muttaqi banayega jab aap muttaqi banenge muttaqiyon ka giroh ban jayenge tab to farishte aap ke aage peeche rahenge aap gaur kijiye ke dunya mein is waqt ek billion se zyada musalman hain ab beshumar log roza rakhte hain</w:t>
      </w:r>
    </w:p>
    <w:p>
      <w:pPr>
        <w:jc w:val="right"/>
      </w:pPr>
      <w:r>
        <w:t>یعنی روزہ آپ کو پہلے متقی بنائے گا جب آپ متقی بنیں گے متقیوں کا گروہ بن جائیں گے تب تو فرشتے آپ کے آگے پیچھے رہیں گے آپ غور کیجئے کہ دنیا میں اس وقت ایک بلین سے زیادہ مسلمان ہیں اب بے شمار لوگ روزہ رکھتے ہیں</w:t>
      </w:r>
    </w:p>
    <w:p>
      <w:r>
        <w:rPr>
          <w:b/>
        </w:rPr>
        <w:t xml:space="preserve">[31:12] </w:t>
      </w:r>
      <w:r>
        <w:t>beshumar log roza rakhte hain</w:t>
      </w:r>
    </w:p>
    <w:p>
      <w:pPr>
        <w:jc w:val="right"/>
      </w:pPr>
      <w:r>
        <w:t>بے شمار لوگ روزہ رکھتے ہیں</w:t>
      </w:r>
    </w:p>
    <w:p>
      <w:r>
        <w:rPr>
          <w:b/>
        </w:rPr>
        <w:t xml:space="preserve">[31:18] </w:t>
      </w:r>
      <w:r>
        <w:t>meri family mein ek sahab the padhe likhe woh namaz nahi padhte the magar roza zaroor zaroor rakhte the woh</w:t>
      </w:r>
    </w:p>
    <w:p>
      <w:pPr>
        <w:jc w:val="right"/>
      </w:pPr>
      <w:r>
        <w:t>میری فیملی میں ایک صاحب تھے پڑھے لکھے وہ نماز نہیں پڑھتے تھے مگر روزہ ضرور ضرور رکھتے تھے وہ</w:t>
      </w:r>
    </w:p>
    <w:p>
      <w:r>
        <w:rPr>
          <w:b/>
        </w:rPr>
        <w:t xml:space="preserve">[31:27] </w:t>
      </w:r>
      <w:r>
        <w:t>namaz nahi padhte the juma ki namaz hi nahi padhte the lekin roza zaroor rakhte the woh to roza bohat rakha jata hai sari dunya mein</w:t>
      </w:r>
    </w:p>
    <w:p>
      <w:pPr>
        <w:jc w:val="right"/>
      </w:pPr>
      <w:r>
        <w:t>نماز نہیں پڑھتے تھے جمعہ کی نماز ہی نہیں پڑھتے تھے لیکن روزہ ضرور رکھتے تھے وہ تو روزہ بہت رکھا جاتا ہے ساری دنیا میں</w:t>
      </w:r>
    </w:p>
    <w:p>
      <w:r>
        <w:rPr>
          <w:b/>
        </w:rPr>
        <w:t xml:space="preserve">[31:39] </w:t>
      </w:r>
      <w:r>
        <w:t>to ek saal bhi nahin ek mahina saal ka ek mahina yeh ramzan jo hai agar aavizta guzaren</w:t>
      </w:r>
    </w:p>
    <w:p>
      <w:pPr>
        <w:jc w:val="right"/>
      </w:pPr>
      <w:r>
        <w:t>تو ایک سال بھی نہیں ایک مہینہ سال کا ایک مہینہ یہ رمضان جو ہے اگر آویزتا گزاریں</w:t>
      </w:r>
    </w:p>
    <w:p>
      <w:r>
        <w:rPr>
          <w:b/>
        </w:rPr>
        <w:t xml:space="preserve">[31:49] </w:t>
      </w:r>
      <w:r>
        <w:t>ek ek planning ke tehat guzaren ek ek ek process ke tehat guzaren</w:t>
      </w:r>
    </w:p>
    <w:p>
      <w:pPr>
        <w:jc w:val="right"/>
      </w:pPr>
      <w:r>
        <w:t>ایک ایک پلاننگ کے تحت گزاریں ایک ایک ایک پراسیس کے تحت گزاریں</w:t>
      </w:r>
    </w:p>
    <w:p>
      <w:r>
        <w:rPr>
          <w:b/>
        </w:rPr>
        <w:t xml:space="preserve">[31:57] </w:t>
      </w:r>
      <w:r>
        <w:t>jo matloob hai is tareeqe se guzaren ek mahina ek mahina kaafi hai ke</w:t>
      </w:r>
    </w:p>
    <w:p>
      <w:pPr>
        <w:jc w:val="right"/>
      </w:pPr>
      <w:r>
        <w:t>جو مطلوب ہے اس طریقے سے گزاریں ایک مہینہ ایک مہینہ کافی ہے کہ</w:t>
      </w:r>
    </w:p>
    <w:p>
      <w:r>
        <w:rPr>
          <w:b/>
        </w:rPr>
        <w:t xml:space="preserve">[32:05] </w:t>
      </w:r>
      <w:r>
        <w:t>ek logon ke andar inqilab aa jaye naik da daur aa jaye</w:t>
      </w:r>
    </w:p>
    <w:p>
      <w:pPr>
        <w:jc w:val="right"/>
      </w:pPr>
      <w:r>
        <w:t>ایک لوگوں کے اندر انقلاب آ جائے نیک دا دور آ جائے</w:t>
      </w:r>
    </w:p>
    <w:p>
      <w:r>
        <w:rPr>
          <w:b/>
        </w:rPr>
        <w:t xml:space="preserve">[32:14] </w:t>
      </w:r>
      <w:r>
        <w:t>ab aap ko dikhai padta hai ke aap ko dushman ghare hue hain aur tab kya hoga jante hain farishte aap ko ghere rahenge abhi aap ko dikhai padta hai ke aap ko dushman ghare hue hain</w:t>
      </w:r>
    </w:p>
    <w:p>
      <w:pPr>
        <w:jc w:val="right"/>
      </w:pPr>
      <w:r>
        <w:t>اب آپ کو دکھائی پڑتا ہے کہ آپ کو دشمن گھرے ہوئے ہیں اور تب کیا ہوگا جانتے ہیں فرشتے آپ کو گھیرے رہیں گے ابھی آپ کو دکھائی پڑتا ہے کہ آپ کو دشمن گھرے ہوئے ہیں</w:t>
      </w:r>
    </w:p>
    <w:p>
      <w:r>
        <w:rPr>
          <w:b/>
        </w:rPr>
        <w:t xml:space="preserve">[32:30] </w:t>
      </w:r>
      <w:r>
        <w:t>we are under siege jo aap kehte hain unhein ke dushman ghare hue hain tab yeh hoga ke aap ko farishte ghere rahenge ghere farishte charon taraf farishte to gaur kijiye ke itna bada waqia jo aap karen jis ko jis ko roza kaha jata hai roza ek bohat bada waqia hai ek inqalabi waqia hai</w:t>
      </w:r>
    </w:p>
    <w:p>
      <w:pPr>
        <w:jc w:val="right"/>
      </w:pPr>
      <w:r>
        <w:t>وی آر انڈر سیز جو آپ کہتے ہیں انہیں کہ دشمن گھرے ہوئے ہیں تب یہ ہوگا کہ آپ کو فرشتے گھیرے رہیں گے گھیرے فرشتے چاروں طرف فرشتے تو غور کیجئے کہ اتنا بڑا واقعہ جو آپ کریں جس کو جس کو روزہ کہا جاتا ہے روزہ ایک بہت بڑا واقعہ ہے ایک انقلابی واقعہ ہے</w:t>
      </w:r>
    </w:p>
    <w:p>
      <w:r>
        <w:rPr>
          <w:b/>
        </w:rPr>
        <w:t xml:space="preserve">[32:58] </w:t>
      </w:r>
      <w:r>
        <w:t>roza ek inqalabi waqia hai to jab aap aisa karenge to wahi woh waqia hoga ke allah taala farmayenge ke in bando ke liye maine sab kuch muqaddar kar diya koi cheez chhodi nahi</w:t>
      </w:r>
    </w:p>
    <w:p>
      <w:pPr>
        <w:jc w:val="right"/>
      </w:pPr>
      <w:r>
        <w:t>روزہ ایک انقلابی واقعہ ہے تو جب آپ ایسا کریں گے تو وہی وہ واقعہ ہوگا کہ اللہ تعالیٰ فرمائیں گے کہ ان بندوں کے لیے میں نے سب کچھ مقدر کر دیا کوئی چیز چھوڑی نہیں</w:t>
      </w:r>
    </w:p>
    <w:p>
      <w:r>
        <w:rPr>
          <w:b/>
        </w:rPr>
        <w:t xml:space="preserve">[33:18] </w:t>
      </w:r>
      <w:r>
        <w:t>jo hadith maine sunayi aap ko ke ek neki ka badla das se saat sau guna tak hota hai lekin allah taala farmate hain hadith qudsi mein illa al sawm</w:t>
      </w:r>
    </w:p>
    <w:p>
      <w:pPr>
        <w:jc w:val="right"/>
      </w:pPr>
      <w:r>
        <w:t>جو حدیث میں نے سنائی آپ کو کہ ایک نیکی کا بدلہ دس سے سات سو گنا تک ہوتا ہے لیکن اللہ تعالیٰ فرماتے ہیں حدیث قدسی میں الا الصوم</w:t>
      </w:r>
    </w:p>
    <w:p>
      <w:r>
        <w:rPr>
          <w:b/>
        </w:rPr>
        <w:t xml:space="preserve">[33:39] </w:t>
      </w:r>
      <w:r>
        <w:t>wa no li wa na'zim magar roze ka mamla exceptional hai is woh mere liye hai aur main hi iska badla doonga ab gaur kijiye ke jab wahi allah rab ul alameen khud hi badla de to kya kuch nahi de dega woh</w:t>
      </w:r>
    </w:p>
    <w:p>
      <w:pPr>
        <w:jc w:val="right"/>
      </w:pPr>
      <w:r>
        <w:t>وَنُوْ لِي وَنَعْظِمِ مگر روزے کا معاملہ ایکسیپشنل ہے اس وہ میرے لیے ہے اور میں ہی اس کا بدلہ دوں گا اب غور کیجئے کہ جب وہی اللہ رب العالمین خود ہی بدلہ دے تو کیا کچھ نہیں دے دے گا وہ</w:t>
      </w:r>
    </w:p>
    <w:p>
      <w:r>
        <w:rPr>
          <w:b/>
        </w:rPr>
        <w:t xml:space="preserve">[33:57] </w:t>
      </w:r>
      <w:r>
        <w:t>to yeh hai roza roze masjidon mein har saal roze ke barkaat suna jatay hain woh sab bilkul baseless baatein hoti hain taakhir hoti hai</w:t>
      </w:r>
    </w:p>
    <w:p>
      <w:pPr>
        <w:jc w:val="right"/>
      </w:pPr>
      <w:r>
        <w:t>تو یہ ہے روزہ روزے مسجدوں میں ہر سال روزے کے برکات سنا جاتے ہیں وہ سب بالکل بیسلیس باتیں ہوتی ہیں تاخیر ہوتی ہے</w:t>
      </w:r>
    </w:p>
    <w:p>
      <w:r>
        <w:rPr>
          <w:b/>
        </w:rPr>
        <w:t xml:space="preserve">[34:12] </w:t>
      </w:r>
      <w:r>
        <w:t>roze ki barkaat jo hain woh yahi is tareeqe se hain jab aap ka roza is tarah ban</w:t>
      </w:r>
    </w:p>
    <w:p>
      <w:pPr>
        <w:jc w:val="right"/>
      </w:pPr>
      <w:r>
        <w:t>روزے کی برکات جو ہیں وہ یہی اس طریقے سے ہیں جب آپ کا روزہ اس طرح بن</w:t>
      </w:r>
    </w:p>
    <w:p>
      <w:r>
        <w:rPr>
          <w:b/>
        </w:rPr>
        <w:t xml:space="preserve">[34:20] </w:t>
      </w:r>
      <w:r>
        <w:t>jaye tab is ki barkaat hain nahin to kuch bhi nahin yeh bhi aap jante hain ke hadith</w:t>
      </w:r>
    </w:p>
    <w:p>
      <w:pPr>
        <w:jc w:val="right"/>
      </w:pPr>
      <w:r>
        <w:t>جائے تب اس کی برکات ہیں نہیں تو کچھ بھی نہیں یہ بھی آپ جانتے ہیں کہ حدیث</w:t>
      </w:r>
    </w:p>
    <w:p>
      <w:r>
        <w:rPr>
          <w:b/>
        </w:rPr>
        <w:t xml:space="preserve">[34:26] </w:t>
      </w:r>
      <w:r>
        <w:t>mein hai ke kitne log hain roza rakhte hain magar un ko bhook pyas ka sawab kuch nahin</w:t>
      </w:r>
    </w:p>
    <w:p>
      <w:pPr>
        <w:jc w:val="right"/>
      </w:pPr>
      <w:r>
        <w:t>میں ہے کہ کتنے لوگ ہیں روزہ رکھتے ہیں مگر ان کو بھوک پیاس کا ثواب کچھ نہیں</w:t>
      </w:r>
    </w:p>
    <w:p>
      <w:r>
        <w:rPr>
          <w:b/>
        </w:rPr>
        <w:t xml:space="preserve">[34:32] </w:t>
      </w:r>
      <w:r>
        <w:t>milta kam mun</w:t>
      </w:r>
    </w:p>
    <w:p>
      <w:pPr>
        <w:jc w:val="right"/>
      </w:pPr>
      <w:r>
        <w:t>ملتا کم من</w:t>
      </w:r>
    </w:p>
    <w:p>
      <w:r>
        <w:rPr>
          <w:b/>
        </w:rPr>
        <w:t xml:space="preserve">[34:36] </w:t>
      </w:r>
      <w:r>
        <w:t>illa</w:t>
      </w:r>
    </w:p>
    <w:p>
      <w:pPr>
        <w:jc w:val="right"/>
      </w:pPr>
      <w:r>
        <w:t>الا</w:t>
      </w:r>
    </w:p>
    <w:p>
      <w:r>
        <w:rPr>
          <w:b/>
        </w:rPr>
        <w:t xml:space="preserve">[34:42] </w:t>
      </w:r>
      <w:r>
        <w:t>yeh hadith mein hai kam min</w:t>
      </w:r>
    </w:p>
    <w:p>
      <w:pPr>
        <w:jc w:val="right"/>
      </w:pPr>
      <w:r>
        <w:t>یہ حدیث میں ہے کم من</w:t>
      </w:r>
    </w:p>
    <w:p>
      <w:r>
        <w:rPr>
          <w:b/>
        </w:rPr>
        <w:t xml:space="preserve">[34:52] </w:t>
      </w:r>
      <w:r>
        <w:t>al keh kitnay roze daar hain aisay un ke roze say un ko bhook pyas ka sawab kuch aur nahi milta kyunkay woh roza jis mein planning na ho jis mein aik process na chala gaya ho jis mein sincerity na ho jis mein is ki condition poori na ki gayi ho to woh to nothing hai</w:t>
      </w:r>
    </w:p>
    <w:p>
      <w:pPr>
        <w:jc w:val="right"/>
      </w:pPr>
      <w:r>
        <w:t>الا کہ کتنے روزے دار ہیں ایسے ان کے روزے سے ان کو بھوک پیاس کا ثواب کچھ اور نہیں ملتا کیونکہ وہ روزہ جس میں پلاننگ نہ ہو جس میں ایک پراسیس نہ چلا گیا ہو جس میں سنسیرٹی نہ ہو جس میں اس کی کنڈیشن پوری نہ کی گئی ہو تو وہ تو نتھنگ ہے</w:t>
      </w:r>
    </w:p>
    <w:p>
      <w:r>
        <w:rPr>
          <w:b/>
        </w:rPr>
        <w:t xml:space="preserve">[35:18] </w:t>
      </w:r>
      <w:r>
        <w:t>to roza bilashuba bohat hi bari cheez hai lekin roza bilashuba woh roza hai jo is ki jo sari condition hai jo jo shartain hain Allah aur Rasool ki taraf say us ko poora kar ke rakha jaye</w:t>
      </w:r>
    </w:p>
    <w:p>
      <w:pPr>
        <w:jc w:val="right"/>
      </w:pPr>
      <w:r>
        <w:t>تو روزہ بلاشبہ بہت ہی بڑی چیز ہے لیکن روزہ بلاشبہ وہ روزہ ہے جو اس کی جو ساری کنڈیشن ہے جو جو شرطیں ہیں اللہ اور رسول کی طرف سے اس کو پورا کر کے رکھا جائے</w:t>
      </w:r>
    </w:p>
    <w:p>
      <w:r>
        <w:rPr>
          <w:b/>
        </w:rPr>
        <w:t xml:space="preserve">[35:37] </w:t>
      </w:r>
      <w:r>
        <w:t>sharton ke baghair jo roza hai woh bhook pyas aur sharton ke sath jo roza hai woh itna bara hai itna bara hai ke Allah Rabb ul Alameen kahein ke mein khud is ka badla doon ga</w:t>
      </w:r>
    </w:p>
    <w:p>
      <w:pPr>
        <w:jc w:val="right"/>
      </w:pPr>
      <w:r>
        <w:t>شرطوں کے بغیر جو روزہ ہے وہ بھوک پیاس اور شرطوں کے ساتھ جو روزہ ہے وہ اتنا بڑا ہے اتنا بڑا ہے کہ اللہ رب العالمین کہیں کہ میں خود اس کا بدلہ دوں گا</w:t>
      </w:r>
    </w:p>
    <w:p>
      <w:r>
        <w:rPr>
          <w:b/>
        </w:rPr>
        <w:t xml:space="preserve">[35:54] </w:t>
      </w:r>
      <w:r>
        <w:t>to mein yeh kahoon ga ke is tarah sochiye aur apni zindagi ki re planning kijiye is tarah ke sochiye aur apni zindagi ki re planning kijiye phir say mansooba banaiye</w:t>
      </w:r>
    </w:p>
    <w:p>
      <w:pPr>
        <w:jc w:val="right"/>
      </w:pPr>
      <w:r>
        <w:t>تو میں یہ کہوں گا کہ اس طرح سوچیے اور اپنی زندگی کی ری پلاننگ کیجئے اس طرح کے سوچیے اور اپنی زندگی کی ری پلاننگ کیجئے پھر سے منصوبہ بنائیے</w:t>
      </w:r>
    </w:p>
    <w:p>
      <w:r>
        <w:rPr>
          <w:b/>
        </w:rPr>
        <w:t xml:space="preserve">[36:16] </w:t>
      </w:r>
      <w:r>
        <w:t>kyunki dekhiye yeh Quran hadith say sabit hai ke banda jab toba karta hai toba ka mani hai phir say lot ta hai sahi ki taraf yani re planning karta hai toba ka matlab hi re planning hai</w:t>
      </w:r>
    </w:p>
    <w:p>
      <w:pPr>
        <w:jc w:val="right"/>
      </w:pPr>
      <w:r>
        <w:t>کیونکہ دیکھیے یہ قرآن حدیث سے ثابت ہے کہ بندہ جب توبہ کرتا ہے توبہ کا معنی ہے پھر سے لوٹتا ہے صحیح کی طرف یعنی ری پلاننگ کرتا ہے توبہ کا مطلب ہی ری پلاننگ ہے</w:t>
      </w:r>
    </w:p>
    <w:p>
      <w:r>
        <w:rPr>
          <w:b/>
        </w:rPr>
        <w:t xml:space="preserve">[36:42] </w:t>
      </w:r>
      <w:r>
        <w:t>banda jab toba karta hai to is ka matlab yahi hai</w:t>
      </w:r>
    </w:p>
    <w:p>
      <w:pPr>
        <w:jc w:val="right"/>
      </w:pPr>
      <w:r>
        <w:t>بندہ جب توبہ کرتا ہے تو اس کا مطلب یہی ہے</w:t>
      </w:r>
    </w:p>
    <w:p>
      <w:r>
        <w:rPr>
          <w:b/>
        </w:rPr>
        <w:t xml:space="preserve">[36:49] </w:t>
      </w:r>
      <w:r>
        <w:t>keh banda jab apnay amal ki re planning karta hai</w:t>
      </w:r>
    </w:p>
    <w:p>
      <w:pPr>
        <w:jc w:val="right"/>
      </w:pPr>
      <w:r>
        <w:t>کہ بندہ جب اپنے عمل کی ری پلاننگ کرتا ہے</w:t>
      </w:r>
    </w:p>
    <w:p>
      <w:r>
        <w:rPr>
          <w:b/>
        </w:rPr>
        <w:t xml:space="preserve">[36:59] </w:t>
      </w:r>
      <w:r>
        <w:t>to Allah Rabb ul Alameen ki rehmat is ki taraf dor kar aati hai dor kar</w:t>
      </w:r>
    </w:p>
    <w:p>
      <w:pPr>
        <w:jc w:val="right"/>
      </w:pPr>
      <w:r>
        <w:t>تو اللہ رب العالمین کی رحمت اس کی طرف دوڑ کر آتی ہے دوڑ کر</w:t>
      </w:r>
    </w:p>
    <w:p>
      <w:r>
        <w:rPr>
          <w:b/>
        </w:rPr>
        <w:t xml:space="preserve">[37:11] </w:t>
      </w:r>
      <w:r>
        <w:t>jab banda re planning karta hai is ke mutabiq zindagi ko phir say banata hai to Allah ki rehmat is ki taraf dor kar aati hai</w:t>
      </w:r>
    </w:p>
    <w:p>
      <w:pPr>
        <w:jc w:val="right"/>
      </w:pPr>
      <w:r>
        <w:t>جب بندہ ری پلاننگ کرتا ہے اس کے مطابق زندگی کو پھر سے بناتا ہے تو اللہ کی رحمت اس کی طرف دوڑ کر آتی ہے</w:t>
      </w:r>
    </w:p>
    <w:p>
      <w:r>
        <w:rPr>
          <w:b/>
        </w:rPr>
        <w:t xml:space="preserve">[37:27] </w:t>
      </w:r>
      <w:r>
        <w:t>to mein yahi</w:t>
      </w:r>
    </w:p>
    <w:p>
      <w:pPr>
        <w:jc w:val="right"/>
      </w:pPr>
      <w:r>
        <w:t>تو میں یہی</w:t>
      </w:r>
    </w:p>
    <w:p>
      <w:r>
        <w:rPr>
          <w:b/>
        </w:rPr>
        <w:t xml:space="preserve">[37:31] </w:t>
      </w:r>
      <w:r>
        <w:t>darkhwast karunga aap aap hazrat se</w:t>
      </w:r>
    </w:p>
    <w:p>
      <w:pPr>
        <w:jc w:val="right"/>
      </w:pPr>
      <w:r>
        <w:t>درخواست کروں گا آپ آپ حضرات سے</w:t>
      </w:r>
    </w:p>
    <w:p>
      <w:r>
        <w:rPr>
          <w:b/>
        </w:rPr>
        <w:t xml:space="preserve">[37:34] </w:t>
      </w:r>
      <w:r>
        <w:t>ke phir se sochiye phir se planning kijiye phir se apne mamlaat durust kijiye is ke baad na</w:t>
      </w:r>
    </w:p>
    <w:p>
      <w:pPr>
        <w:jc w:val="right"/>
      </w:pPr>
      <w:r>
        <w:t>کہ پھر سے سوچیے پھر سے پلاننگ کیجئے پھر سے اپنے معاملات درست کیجئے اس کے بعد نہ</w:t>
      </w:r>
    </w:p>
    <w:p>
      <w:r>
        <w:rPr>
          <w:b/>
        </w:rPr>
        <w:t xml:space="preserve">[37:43] </w:t>
      </w:r>
      <w:r>
        <w:t>kahin shikayat hogi na kahin koi kahin dushman hoga</w:t>
      </w:r>
    </w:p>
    <w:p>
      <w:pPr>
        <w:jc w:val="right"/>
      </w:pPr>
      <w:r>
        <w:t>کہیں شکایت ہوگی نہ کہیں کوئی کہیں دشمن ہوگا</w:t>
      </w:r>
    </w:p>
    <w:p>
      <w:r>
        <w:rPr>
          <w:b/>
        </w:rPr>
        <w:t xml:space="preserve">[37:48] </w:t>
      </w:r>
      <w:r>
        <w:t>kuch bhi nahin hoga na kahin gun hoga na kahin bam hoga</w:t>
      </w:r>
    </w:p>
    <w:p>
      <w:pPr>
        <w:jc w:val="right"/>
      </w:pPr>
      <w:r>
        <w:t>کچھ بھی نہیں ہوگا نہ کہیں گن ہوگا نہ کہیں بم ہوگا</w:t>
      </w:r>
    </w:p>
    <w:p>
      <w:r>
        <w:rPr>
          <w:b/>
        </w:rPr>
        <w:t xml:space="preserve">[37:54] </w:t>
      </w:r>
      <w:r>
        <w:t>saari duniya aap ki duniya hogi</w:t>
      </w:r>
    </w:p>
    <w:p>
      <w:pPr>
        <w:jc w:val="right"/>
      </w:pPr>
      <w:r>
        <w:t>ساری دنیا آپ کی دنیا ہوگی</w:t>
      </w:r>
    </w:p>
    <w:p>
      <w:r>
        <w:rPr>
          <w:b/>
        </w:rPr>
        <w:t xml:space="preserve">[37:57] </w:t>
      </w:r>
      <w:r>
        <w:t>jis duniya ka aap samajh baithe hain ke yeh duniya to dushmanon ki duniya hai woh duniya aap</w:t>
      </w:r>
    </w:p>
    <w:p>
      <w:pPr>
        <w:jc w:val="right"/>
      </w:pPr>
      <w:r>
        <w:t>جس دنیا کا آپ سمجھ بیٹھے ہیں کہ یہ دنیا تو دشمنوں کی دنیا ہے وہ دنیا آپ</w:t>
      </w:r>
    </w:p>
    <w:p>
      <w:r>
        <w:rPr>
          <w:b/>
        </w:rPr>
        <w:t xml:space="preserve">[38:02] </w:t>
      </w:r>
      <w:r>
        <w:t>ki aap ke doston ki duniya ban jayegi</w:t>
      </w:r>
    </w:p>
    <w:p>
      <w:pPr>
        <w:jc w:val="right"/>
      </w:pPr>
      <w:r>
        <w:t>کی آپ کے دوستوں کی دنیا بن جائے گی</w:t>
      </w:r>
    </w:p>
    <w:p>
      <w:r>
        <w:rPr>
          <w:b/>
        </w:rPr>
        <w:t xml:space="preserve">[38:10] </w:t>
      </w:r>
      <w:r>
        <w:t>aur yeh hadith mein peshgi bata di gayi peshgi ke in Allah</w:t>
      </w:r>
    </w:p>
    <w:p>
      <w:pPr>
        <w:jc w:val="right"/>
      </w:pPr>
      <w:r>
        <w:t>اور یہ حدیث میں پیشگی بتا دی گئی پیشگی کہ ان اللہ</w:t>
      </w:r>
    </w:p>
    <w:p>
      <w:r>
        <w:rPr>
          <w:b/>
        </w:rPr>
        <w:t xml:space="preserve">[38:22] </w:t>
      </w:r>
      <w:r>
        <w:t>to saray log sari dunya aap ke mufeed ban jaye gi supporter ban jaye gi yeh hadith mein peshgi maujood hai peshgi</w:t>
      </w:r>
    </w:p>
    <w:p>
      <w:pPr>
        <w:jc w:val="right"/>
      </w:pPr>
      <w:r>
        <w:t>تو سارے لوگ ساری دنیا آپ کے معید بن جائے گی سپورٹر بن جائے گی یہ حدیث میں پیشگی موجود ہے پیشگی</w:t>
      </w:r>
    </w:p>
    <w:p>
      <w:r>
        <w:rPr>
          <w:b/>
        </w:rPr>
        <w:t xml:space="preserve">[38:32] </w:t>
      </w:r>
      <w:r>
        <w:t>keh sari dunya tamam qoumein aap ki supporter ban jayen gi mufeed yani aap ki friend aap ke dost aap ke mawaafiq</w:t>
      </w:r>
    </w:p>
    <w:p>
      <w:pPr>
        <w:jc w:val="right"/>
      </w:pPr>
      <w:r>
        <w:t>کہ ساری دنیا تمام قومیں آپ کی سپورٹر بن جائیں گی معید یعنی آپ کی فرینڈ آپ کے دوست آپ کے موافق</w:t>
      </w:r>
    </w:p>
    <w:p>
      <w:r>
        <w:rPr>
          <w:b/>
        </w:rPr>
        <w:t xml:space="preserve">[38:50] </w:t>
      </w:r>
      <w:r>
        <w:t>to kitna bada aap ke liye khula hua darwaza hai ke saari duniya ko aap apna supporter bana</w:t>
      </w:r>
    </w:p>
    <w:p>
      <w:pPr>
        <w:jc w:val="right"/>
      </w:pPr>
      <w:r>
        <w:t>تو کتنا بڑا آپ کے لیے کھلا ہوا دروازہ ہے کہ ساری دنیا کو آپ اپنا سپورٹر بنا</w:t>
      </w:r>
    </w:p>
    <w:p>
      <w:r>
        <w:rPr>
          <w:b/>
        </w:rPr>
        <w:t xml:space="preserve">[38:55] </w:t>
      </w:r>
      <w:r>
        <w:t>len saari duniya ko aap apna supporter bana len</w:t>
      </w:r>
    </w:p>
    <w:p>
      <w:pPr>
        <w:jc w:val="right"/>
      </w:pPr>
      <w:r>
        <w:t>لیں ساری دنیا کو آپ اپنا سپورٹر بنا لیں</w:t>
      </w:r>
    </w:p>
    <w:p>
      <w:r>
        <w:rPr>
          <w:b/>
        </w:rPr>
        <w:t xml:space="preserve">[39:01] </w:t>
      </w:r>
      <w:r>
        <w:t>is se badi koshish ho sakti hai</w:t>
      </w:r>
    </w:p>
    <w:p>
      <w:pPr>
        <w:jc w:val="right"/>
      </w:pPr>
      <w:r>
        <w:t>اس سے بڑی کوشش ہو سکتی ہے</w:t>
      </w:r>
    </w:p>
    <w:p>
      <w:r>
        <w:rPr>
          <w:b/>
        </w:rPr>
        <w:t xml:space="preserve">[39:05] </w:t>
      </w:r>
      <w:r>
        <w:t>ek taraf allah ki rehmat toot pade aap ke upar doosri taraf saari duniya aap ki supporter ban</w:t>
      </w:r>
    </w:p>
    <w:p>
      <w:pPr>
        <w:jc w:val="right"/>
      </w:pPr>
      <w:r>
        <w:t>ایک طرف اللہ کی رحمت ٹوٹ پڑے آپ کے اوپر دوسری طرف ساری دنیا آپ کی سپورٹر بن</w:t>
      </w:r>
    </w:p>
    <w:p>
      <w:r>
        <w:rPr>
          <w:b/>
        </w:rPr>
        <w:t xml:space="preserve">[39:11] </w:t>
      </w:r>
      <w:r>
        <w:t>jaye aap ki friend ban jaye</w:t>
      </w:r>
    </w:p>
    <w:p>
      <w:pPr>
        <w:jc w:val="right"/>
      </w:pPr>
      <w:r>
        <w:t>جائے آپ کی فرینڈ بن جائے</w:t>
      </w:r>
    </w:p>
    <w:p>
      <w:r>
        <w:rPr>
          <w:b/>
        </w:rPr>
        <w:t xml:space="preserve">[39:16] </w:t>
      </w:r>
      <w:r>
        <w:t>is se badi cheez kya ho sakti hai</w:t>
      </w:r>
    </w:p>
    <w:p>
      <w:pPr>
        <w:jc w:val="right"/>
      </w:pPr>
      <w:r>
        <w:t>اس سے بڑی چیز کیا ہو سکتی ہے</w:t>
      </w:r>
    </w:p>
    <w:p>
      <w:r>
        <w:rPr>
          <w:b/>
        </w:rPr>
        <w:t xml:space="preserve">[39:22] </w:t>
      </w:r>
      <w:r>
        <w:t>tamam farishtay aap ke saathi ban jayen</w:t>
      </w:r>
    </w:p>
    <w:p>
      <w:pPr>
        <w:jc w:val="right"/>
      </w:pPr>
      <w:r>
        <w:t>تمام فرشتے آپ کے ساتھی بن جائیں</w:t>
      </w:r>
    </w:p>
    <w:p>
      <w:r>
        <w:rPr>
          <w:b/>
        </w:rPr>
        <w:t xml:space="preserve">[39:28] </w:t>
      </w:r>
      <w:r>
        <w:t>yani Allah ki rehmat aap par toot pare farishtay aap ke saathi ban jayen tamam dunya aap ki supporter ban jaye</w:t>
      </w:r>
    </w:p>
    <w:p>
      <w:pPr>
        <w:jc w:val="right"/>
      </w:pPr>
      <w:r>
        <w:t>یعنی اللہ کی رحمت آپ پر ٹوٹ پڑے فرشتے آپ کے ساتھی بن جائیں تمام دنیا آپ کی سپورٹر بن جائے</w:t>
      </w:r>
    </w:p>
    <w:p>
      <w:r>
        <w:rPr>
          <w:b/>
        </w:rPr>
        <w:t xml:space="preserve">[39:40] </w:t>
      </w:r>
      <w:r>
        <w:t>yeh hai yeh moajza hai re planning ka</w:t>
      </w:r>
    </w:p>
    <w:p>
      <w:pPr>
        <w:jc w:val="right"/>
      </w:pPr>
      <w:r>
        <w:t>یہ ہے یہ معجزہ ہے ری پلاننگ کا</w:t>
      </w:r>
    </w:p>
    <w:p>
      <w:r>
        <w:rPr>
          <w:b/>
        </w:rPr>
        <w:t xml:space="preserve">[39:46] </w:t>
      </w:r>
      <w:r>
        <w:t>yeh moajza hai re planning ka</w:t>
      </w:r>
    </w:p>
    <w:p>
      <w:pPr>
        <w:jc w:val="right"/>
      </w:pPr>
      <w:r>
        <w:t>یہ معجزہ ہے ری پلاننگ کا</w:t>
      </w:r>
    </w:p>
    <w:p>
      <w:r>
        <w:rPr>
          <w:b/>
        </w:rPr>
        <w:t xml:space="preserve">[39:50] </w:t>
      </w:r>
      <w:r>
        <w:t>to ek sahib ne kaha re planning ki baat maine kahi kisi se to unhon ne kaha</w:t>
      </w:r>
    </w:p>
    <w:p>
      <w:pPr>
        <w:jc w:val="right"/>
      </w:pPr>
      <w:r>
        <w:t>تو ایک صاحب نے کہا ری پلاننگ کی بات میں نے کہی کسی سے تو انہوں نے کہا</w:t>
      </w:r>
    </w:p>
    <w:p>
      <w:r>
        <w:rPr>
          <w:b/>
        </w:rPr>
        <w:t xml:space="preserve">[39:57] </w:t>
      </w:r>
      <w:r>
        <w:t>ke re planning ka tareeqa kya kya hai to maine kaha re planning ka aaghaz jo hai</w:t>
      </w:r>
    </w:p>
    <w:p>
      <w:pPr>
        <w:jc w:val="right"/>
      </w:pPr>
      <w:r>
        <w:t>کہ ری پلاننگ کا طریقہ کیا کیا ہے تو میں نے کہا ری پلاننگ کا آغاز جو ہے</w:t>
      </w:r>
    </w:p>
    <w:p>
      <w:r>
        <w:rPr>
          <w:b/>
        </w:rPr>
        <w:t xml:space="preserve">[40:05] </w:t>
      </w:r>
      <w:r>
        <w:t>wo hai i was wrong</w:t>
      </w:r>
    </w:p>
    <w:p>
      <w:pPr>
        <w:jc w:val="right"/>
      </w:pPr>
      <w:r>
        <w:t>وہ ہے آئی واز رانگ</w:t>
      </w:r>
    </w:p>
    <w:p>
      <w:r>
        <w:rPr>
          <w:b/>
        </w:rPr>
        <w:t xml:space="preserve">[40:09] </w:t>
      </w:r>
      <w:r>
        <w:t>apni ghalti ko daryaft karenge tab us ke baad aati hai re planning</w:t>
      </w:r>
    </w:p>
    <w:p>
      <w:pPr>
        <w:jc w:val="right"/>
      </w:pPr>
      <w:r>
        <w:t>اپنی غلطی کو دریافت کریں گے تب اس کے بعد آتی ہے ری پلاننگ</w:t>
      </w:r>
    </w:p>
    <w:p>
      <w:r>
        <w:rPr>
          <w:b/>
        </w:rPr>
        <w:t xml:space="preserve">[40:16] </w:t>
      </w:r>
      <w:r>
        <w:t>agar apni ghalti ko daryaft na karen agar aap ailaan na karen i was wrong to re planning</w:t>
      </w:r>
    </w:p>
    <w:p>
      <w:pPr>
        <w:jc w:val="right"/>
      </w:pPr>
      <w:r>
        <w:t>اگر اپنی غلطی کو دریافت نہ کریں اگر آپ اعلان نہ کریں آئی واز رانگ تو ری پلاننگ</w:t>
      </w:r>
    </w:p>
    <w:p>
      <w:r>
        <w:rPr>
          <w:b/>
        </w:rPr>
        <w:t xml:space="preserve">[40:22] </w:t>
      </w:r>
      <w:r>
        <w:t>bhi aane wali nahi</w:t>
      </w:r>
    </w:p>
    <w:p>
      <w:pPr>
        <w:jc w:val="right"/>
      </w:pPr>
      <w:r>
        <w:t>بھی آنے والی نہیں</w:t>
      </w:r>
    </w:p>
    <w:p>
      <w:r>
        <w:rPr>
          <w:b/>
        </w:rPr>
        <w:t xml:space="preserve">[40:26] </w:t>
      </w:r>
      <w:r>
        <w:t>hai re planning ka ek darwaza hai jisko kholne ki jo kunji hai wo yeh khullam khulla</w:t>
      </w:r>
    </w:p>
    <w:p>
      <w:pPr>
        <w:jc w:val="right"/>
      </w:pPr>
      <w:r>
        <w:t>ہے ری پلاننگ کا ایک دروازہ ہے جس کو کھولنے کی جو کنجی ہے وہ یہ کھلم کھلا</w:t>
      </w:r>
    </w:p>
    <w:p>
      <w:r>
        <w:rPr>
          <w:b/>
        </w:rPr>
        <w:t xml:space="preserve">[40:35] </w:t>
      </w:r>
      <w:r>
        <w:t>ایک کہنا I was wrong. I was wrong.</w:t>
      </w:r>
    </w:p>
    <w:p>
      <w:pPr>
        <w:jc w:val="right"/>
      </w:pPr>
      <w:r>
        <w:t>ایک کہنا آئی واز رانگ آئی واز رانگ</w:t>
      </w:r>
    </w:p>
    <w:p>
      <w:r>
        <w:rPr>
          <w:b/>
        </w:rPr>
        <w:t xml:space="preserve">[40:40] </w:t>
      </w:r>
      <w:r>
        <w:t>hazrat adam se ghalti hui unhon ne kaha ke i was wrong hazrat yunus se ghalti hui unhon</w:t>
      </w:r>
    </w:p>
    <w:p>
      <w:pPr>
        <w:jc w:val="right"/>
      </w:pPr>
      <w:r>
        <w:t>حضرت آدم سے غلطی ہوئی انہوں نے کہا کہ آئی واز رانگ حضرت یونس سے غلطی ہوئی انہوں</w:t>
      </w:r>
    </w:p>
    <w:p>
      <w:r>
        <w:rPr>
          <w:b/>
        </w:rPr>
        <w:t xml:space="preserve">[40:47] </w:t>
      </w:r>
      <w:r>
        <w:t>ne kaha ke i was wrong to dobara un ke tamam darwaze khol diye gaye</w:t>
      </w:r>
    </w:p>
    <w:p>
      <w:pPr>
        <w:jc w:val="right"/>
      </w:pPr>
      <w:r>
        <w:t>نے کہا کہ آئی واز رانگ تو دوبارہ ان کے تمام دروازے کھول دیے گئے</w:t>
      </w:r>
    </w:p>
    <w:p>
      <w:r>
        <w:rPr>
          <w:b/>
        </w:rPr>
        <w:t xml:space="preserve">[40:54] </w:t>
      </w:r>
      <w:r>
        <w:t>rabbana zalamna anfusana</w:t>
      </w:r>
    </w:p>
    <w:p>
      <w:pPr>
        <w:jc w:val="right"/>
      </w:pPr>
      <w:r>
        <w:t>ربنا ظلمنا أنفسنا</w:t>
      </w:r>
    </w:p>
    <w:p>
      <w:r>
        <w:rPr>
          <w:b/>
        </w:rPr>
        <w:t xml:space="preserve">[40:59] </w:t>
      </w:r>
      <w:r>
        <w:t>yeh quran mein yeh waqiat maujood hain likhe hue hain</w:t>
      </w:r>
    </w:p>
    <w:p>
      <w:pPr>
        <w:jc w:val="right"/>
      </w:pPr>
      <w:r>
        <w:t>یہ قرآن میں یہ واقعات موجود ہیں لکھے ہوئے ہیں</w:t>
      </w:r>
    </w:p>
    <w:p>
      <w:r>
        <w:rPr>
          <w:b/>
        </w:rPr>
        <w:t xml:space="preserve">[41:03] </w:t>
      </w:r>
      <w:r>
        <w:t>ke adam ne ghalti ki yeh karna</w:t>
      </w:r>
    </w:p>
    <w:p>
      <w:pPr>
        <w:jc w:val="right"/>
      </w:pPr>
      <w:r>
        <w:t>کہ آدم نے غلطی کی یہ کرنا</w:t>
      </w:r>
    </w:p>
    <w:p>
      <w:r>
        <w:rPr>
          <w:b/>
        </w:rPr>
        <w:t xml:space="preserve">[41:07] </w:t>
      </w:r>
      <w:r>
        <w:t>aur hazrat yunus ne ghalti ki jo paighambar the ji</w:t>
      </w:r>
    </w:p>
    <w:p>
      <w:pPr>
        <w:jc w:val="right"/>
      </w:pPr>
      <w:r>
        <w:t>اور حضرت یونس نے غلطی کی جو پیغمبر تھے جی</w:t>
      </w:r>
    </w:p>
    <w:p>
      <w:r>
        <w:rPr>
          <w:b/>
        </w:rPr>
        <w:t xml:space="preserve">[41:12] </w:t>
      </w:r>
      <w:r>
        <w:t>to dono Allah ki rehmat se door kar diye gaye</w:t>
      </w:r>
    </w:p>
    <w:p>
      <w:pPr>
        <w:jc w:val="right"/>
      </w:pPr>
      <w:r>
        <w:t>تو دونوں اللہ کی رحمت سے دور کر دیے گئے</w:t>
      </w:r>
    </w:p>
    <w:p>
      <w:r>
        <w:rPr>
          <w:b/>
        </w:rPr>
        <w:t xml:space="preserve">[41:16] </w:t>
      </w:r>
      <w:r>
        <w:t>lekin jab unhon ne kaha i was wrong rabbana zalamna anfusana</w:t>
      </w:r>
    </w:p>
    <w:p>
      <w:pPr>
        <w:jc w:val="right"/>
      </w:pPr>
      <w:r>
        <w:t>لیکن جب انہوں نے کہا آئی واز رانگ ربنا ظلمنا أنفسنا</w:t>
      </w:r>
    </w:p>
    <w:p>
      <w:r>
        <w:rPr>
          <w:b/>
        </w:rPr>
        <w:t xml:space="preserve">[41:23] </w:t>
      </w:r>
      <w:r>
        <w:t>khudaya hum se ghalti ho gayi hum se ghalti ho gayi openly kab kaha openly</w:t>
      </w:r>
    </w:p>
    <w:p>
      <w:pPr>
        <w:jc w:val="right"/>
      </w:pPr>
      <w:r>
        <w:t>خدایا ہم سے غلطی ہو گئی ہم سے غلطی ہو گئی اوپنلی کب کہا اوپنلی</w:t>
      </w:r>
    </w:p>
    <w:p>
      <w:r>
        <w:rPr>
          <w:b/>
        </w:rPr>
        <w:t xml:space="preserve">[41:30] </w:t>
      </w:r>
      <w:r>
        <w:t>to</w:t>
      </w:r>
    </w:p>
    <w:p>
      <w:pPr>
        <w:jc w:val="right"/>
      </w:pPr>
      <w:r>
        <w:t>تو</w:t>
      </w:r>
    </w:p>
    <w:p>
      <w:r>
        <w:rPr>
          <w:b/>
        </w:rPr>
        <w:t xml:space="preserve">[41:34] </w:t>
      </w:r>
      <w:r>
        <w:t>without any delay</w:t>
      </w:r>
    </w:p>
    <w:p>
      <w:pPr>
        <w:jc w:val="right"/>
      </w:pPr>
      <w:r>
        <w:t>ودا آؤٹ سائنس ڈیلے</w:t>
      </w:r>
    </w:p>
    <w:p>
      <w:r>
        <w:rPr>
          <w:b/>
        </w:rPr>
        <w:t xml:space="preserve">[41:40] </w:t>
      </w:r>
      <w:r>
        <w:t>dobara sab kuch un ko de diya gaya sab kuch</w:t>
      </w:r>
    </w:p>
    <w:p>
      <w:pPr>
        <w:jc w:val="right"/>
      </w:pPr>
      <w:r>
        <w:t>دوبارہ سب کچھ ان کو دے دیا گیا سب کچھ</w:t>
      </w:r>
    </w:p>
    <w:p>
      <w:r>
        <w:rPr>
          <w:b/>
        </w:rPr>
        <w:t xml:space="preserve">[41:46] </w:t>
      </w:r>
      <w:r>
        <w:t>dobara sab kuch de diya gaya</w:t>
      </w:r>
    </w:p>
    <w:p>
      <w:pPr>
        <w:jc w:val="right"/>
      </w:pPr>
      <w:r>
        <w:t>دوبارہ سب کچھ دے دیا گیا</w:t>
      </w:r>
    </w:p>
    <w:p>
      <w:r>
        <w:rPr>
          <w:b/>
        </w:rPr>
        <w:t xml:space="preserve">[41:50] </w:t>
      </w:r>
      <w:r>
        <w:t>to phir se sochiye phir se ghor kijiye apne andar yeh hosla paida kijiye hosla ke we were wrong yeh hosla paida kijiye</w:t>
      </w:r>
    </w:p>
    <w:p>
      <w:pPr>
        <w:jc w:val="right"/>
      </w:pPr>
      <w:r>
        <w:t>تو پھر سے سوچیے پھر سے غور کیجئے اپنے اندر یہ حوصلہ پیدا کیجئے حوصلہ کہ وی ویر رانگ یہ حوصلہ پیدا کیجئے</w:t>
      </w:r>
    </w:p>
    <w:p>
      <w:r>
        <w:rPr>
          <w:b/>
        </w:rPr>
        <w:t xml:space="preserve">[42:08] </w:t>
      </w:r>
      <w:r>
        <w:t>yeh computer blunder</w:t>
      </w:r>
    </w:p>
    <w:p>
      <w:pPr>
        <w:jc w:val="right"/>
      </w:pPr>
      <w:r>
        <w:t>یہ کمپیوٹر بلنڈر</w:t>
      </w:r>
    </w:p>
    <w:p>
      <w:r>
        <w:rPr>
          <w:b/>
        </w:rPr>
        <w:t xml:space="preserve">[42:19] </w:t>
      </w:r>
      <w:r>
        <w:t>yeh hosla paida kijiye</w:t>
      </w:r>
    </w:p>
    <w:p>
      <w:pPr>
        <w:jc w:val="right"/>
      </w:pPr>
      <w:r>
        <w:t>یہ حوصلہ پیدا کیجئے</w:t>
      </w:r>
    </w:p>
    <w:p>
      <w:r>
        <w:rPr>
          <w:b/>
        </w:rPr>
        <w:t xml:space="preserve">[42:24] </w:t>
      </w:r>
      <w:r>
        <w:t>jab aap ke andar yeh hosla aayega ke aap kab hain ke we were wrong tab hi nayi planning shuru hogi nayi planning ke baad hi darwaze khulenge aur phir Allah ki rehmaten toot padengi aap ke upar</w:t>
      </w:r>
    </w:p>
    <w:p>
      <w:pPr>
        <w:jc w:val="right"/>
      </w:pPr>
      <w:r>
        <w:t>جب آپ کے اندر یہ حوصلہ آئے گا کہ آپ کب ہیں کہ وی ویر رانگ تب ہی نئی پلاننگ شروع ہوگی نئی پلاننگ کے بعد ہی دروازے کھلیں گے اور پھر اللہ کی رحمتیں ٹوٹ پڑیں گی آپ کے اوپر</w:t>
      </w:r>
    </w:p>
    <w:p>
      <w:r>
        <w:rPr>
          <w:b/>
        </w:rPr>
        <w:t xml:space="preserve">[42:49] </w:t>
      </w:r>
      <w:r>
        <w:t>to main dua karta hoon ke Allah taala hum ko aur aap ko sab ko tofeeq de ke hum</w:t>
      </w:r>
    </w:p>
    <w:p>
      <w:pPr>
        <w:jc w:val="right"/>
      </w:pPr>
      <w:r>
        <w:t>تو میں دعا کرتا ہوں کہ اللہ تعالیٰ ہم کو اور آپ کو سب کو توفیق دے کہ ہم</w:t>
      </w:r>
    </w:p>
    <w:p>
      <w:r>
        <w:rPr>
          <w:b/>
        </w:rPr>
        <w:t xml:space="preserve">[43:03] </w:t>
      </w:r>
      <w:r>
        <w:t>apni ghalti ko discover karen apne aap ko dobara seedhe rastay par layen apni zindagi ki phir se planning karen</w:t>
      </w:r>
    </w:p>
    <w:p>
      <w:pPr>
        <w:jc w:val="right"/>
      </w:pPr>
      <w:r>
        <w:t>اپنی غلطی کو ڈسکور کریں اپنے آپ کو دوبارہ سراہ مستقیم پر لائیں اپنی زندگی کی پھر سے پلاننگ کریں</w:t>
      </w:r>
    </w:p>
    <w:p>
      <w:r>
        <w:rPr>
          <w:b/>
        </w:rPr>
        <w:t xml:space="preserve">[43:22] </w:t>
      </w:r>
      <w:r>
        <w:t>jo de relevant aa gaya tha hamari zindagi mein us ko phir right track par layen</w:t>
      </w:r>
    </w:p>
    <w:p>
      <w:pPr>
        <w:jc w:val="right"/>
      </w:pPr>
      <w:r>
        <w:t>جو ڈی ریلیونٹ آگیا تھا ہماری زندگی میں اس کو پھر رائٹ ٹریک پر لائیں</w:t>
      </w:r>
    </w:p>
    <w:p>
      <w:r>
        <w:rPr>
          <w:b/>
        </w:rPr>
        <w:t xml:space="preserve">[43:31] </w:t>
      </w:r>
      <w:r>
        <w:t>dobara right track par late hi Allah ki rehmaten toot padengi yeh main dua karta hoon apne liye aap ke liye aur sab ke liye</w:t>
      </w:r>
    </w:p>
    <w:p>
      <w:pPr>
        <w:jc w:val="right"/>
      </w:pPr>
      <w:r>
        <w:t>دوبارہ رائٹ ٹریک پر لاتے ہی اللہ کی رحمتیں ٹوٹ پڑیں گی یہ میں دعا کرتا ہوں اپنے لیے آپ کے لیے اور سب کے لیے</w:t>
      </w:r>
    </w:p>
    <w:p>
      <w:r>
        <w:rPr>
          <w:b/>
        </w:rPr>
        <w:t xml:space="preserve">[43:45] </w:t>
      </w:r>
      <w:r>
        <w:t>assalam o alaikum wa rehmatullah</w:t>
      </w:r>
    </w:p>
    <w:p>
      <w:pPr>
        <w:jc w:val="right"/>
      </w:pPr>
      <w:r>
        <w:t>السلام علیکم ورحمۃ اللہ</w:t>
      </w:r>
    </w:p>
    <w:p>
      <w:r>
        <w:rPr>
          <w:b/>
        </w:rPr>
        <w:t xml:space="preserve">[43:58] </w:t>
      </w:r>
      <w:r>
        <w:t>ke before i read out the comments on today talk one very important announcement we are happy to share with all of you that one more translation of quran has been done in gujarati language this translation has been done by the efforts of muhammad jamal parti wala sahib from gujarat this is immediately available for circulation all over the world</w:t>
      </w:r>
    </w:p>
    <w:p>
      <w:pPr>
        <w:jc w:val="right"/>
      </w:pPr>
      <w:r>
        <w:t>کہ بیفور آئی ریڈ آؤٹ دی کمنٹس آن ٹوڈے ٹاک ون ویری امپورٹنٹ اناؤنسمنٹ وی آر ہیپی ٹو شیئر ود آل آف یو دیٹ ون مور ٹرانسلیشن آف قرآن ہیز بین ڈن ان گجراتی لینگویج دس ٹرانسلیشن ہیز بین ڈن بائی دی ایفرٹس آف محمد جمال پارٹی والا صاحب فرام گجرات دس از امیڈیٹلی اویلیبل فار سرکولیشن آل اوور دی ورلڈ</w:t>
      </w:r>
    </w:p>
    <w:p>
      <w:r>
        <w:rPr>
          <w:b/>
        </w:rPr>
        <w:t xml:space="preserve">[44:28] </w:t>
      </w:r>
      <w:r>
        <w:t>you can get this copy of gujarati quran from www.goodwordbooks.com so i will now request maulana sahib to release the new translation of quran in gujarati main dua karta hoon in sab logon ke liye jo is gujarati tarjuma quran ko tayar karne mein jinhon ne</w:t>
      </w:r>
    </w:p>
    <w:p>
      <w:pPr>
        <w:jc w:val="right"/>
      </w:pPr>
      <w:r>
        <w:t>یو کین گیٹ دس کاپی آف گجراتی قرآن فرام www.goodwordbooks.com سو آئی ویل ناؤ ریکویسٹ مولانا صاحب ٹو ریلیز دا نیو ٹرانسلیشن آف قرآن ان گجراتی میں دعا کرتا ہوں ان سب لوگوں کے لیے جو اس گجراتی ترجمہ قرآن کو تیار کرنے میں جنہوں نے</w:t>
      </w:r>
    </w:p>
    <w:p>
      <w:r>
        <w:rPr>
          <w:b/>
        </w:rPr>
        <w:t xml:space="preserve">[44:57] </w:t>
      </w:r>
      <w:r>
        <w:t>apna hissa ada kiya Allah taala in sab logon ko</w:t>
      </w:r>
    </w:p>
    <w:p>
      <w:pPr>
        <w:jc w:val="right"/>
      </w:pPr>
      <w:r>
        <w:t>اپنا حصہ ادا کیا اللہ تعالیٰ ان سب لوگوں کو</w:t>
      </w:r>
    </w:p>
    <w:p>
      <w:r>
        <w:rPr>
          <w:b/>
        </w:rPr>
        <w:t xml:space="preserve">[45:05] </w:t>
      </w:r>
      <w:r>
        <w:t>apni rehmat se nawaze aur woh sare log jo gujarati jinki zuban hai un ko is quran ke zariye se Allah taala apni hidayat ke darwaze khole aameen</w:t>
      </w:r>
    </w:p>
    <w:p>
      <w:pPr>
        <w:jc w:val="right"/>
      </w:pPr>
      <w:r>
        <w:t>اپنی رحمت سے نوازے اور وہ سارے لوگ جو گجراتی جن کی زبان ہے ان کو اس قرآن کے ذریعے سے اللہ تعالیٰ اپنی ہدایت کے دروازے کھولے آمین</w:t>
      </w:r>
    </w:p>
    <w:p>
      <w:r>
        <w:rPr>
          <w:b/>
        </w:rPr>
        <w:t xml:space="preserve">[45:29] </w:t>
      </w:r>
      <w:r>
        <w:t>so i will read out the comments that have come after the sunday class</w:t>
      </w:r>
    </w:p>
    <w:p>
      <w:pPr>
        <w:jc w:val="right"/>
      </w:pPr>
      <w:r>
        <w:t>سو آئی ویل ریڈ آؤٹ دی کمنٹس دیٹ ہیو کم آفٹر دی سنڈے کلاس</w:t>
      </w:r>
    </w:p>
    <w:p>
      <w:r>
        <w:rPr>
          <w:b/>
        </w:rPr>
        <w:t xml:space="preserve">[45:37] </w:t>
      </w:r>
      <w:r>
        <w:t>maulana muhammad irfan rashidi sahib ne nagpur se comment bheja hai unhon ne likha hai maulana sahib today i know that roza is a planning based activity jazak Allah miss shabana ansari ne pakistan se comment bheja hai unhon ne likha hai all secular world is supporter of islam according to the hadith</w:t>
      </w:r>
    </w:p>
    <w:p>
      <w:pPr>
        <w:jc w:val="right"/>
      </w:pPr>
      <w:r>
        <w:t>مولانا محمد عرفان رشیدی صاحب نے ناک پور سے کمنٹ بھیجا ہے انہوں نے لکھا ہے مولانا صاحب ٹوڈے آئی نو دیٹ روزہ از اے پلاننگ بیسڈ ایکٹیویٹی جزاک اللہ مس شبانہ انصاری نے پاکستان سے کمنٹ بھیجا ہے انہوں نے لکھا ہے آل سیکولر ورلڈ از سپورٹر آف اسلام اکارڈنگ ٹو دی حدیث</w:t>
      </w:r>
    </w:p>
    <w:p>
      <w:r>
        <w:rPr>
          <w:b/>
        </w:rPr>
        <w:t xml:space="preserve">[46:07] </w:t>
      </w:r>
      <w:r>
        <w:t>khwaja kaleemuddin sahib ne pennsylvania usa se likha hai you are right maulana sahib i agree with you that there is no islamophobia in the real sense any where in the world</w:t>
      </w:r>
    </w:p>
    <w:p>
      <w:pPr>
        <w:jc w:val="right"/>
      </w:pPr>
      <w:r>
        <w:t>خواجہ کلیم الدین صاحب نے پینسلوینیا یو ایس اے سے لکھا ہے یو آر رائٹ مولانا صاحب آئی ایگری ود یو دیٹ دیر از نو اسلامو فوبیا ان دا ریل سینس اینی ویر ان دا ورلڈ</w:t>
      </w:r>
    </w:p>
    <w:p>
      <w:r>
        <w:rPr>
          <w:b/>
        </w:rPr>
        <w:t xml:space="preserve">[46:21] </w:t>
      </w:r>
      <w:r>
        <w:t>for example when american administration here issued a decree banning muslims immigration to usa all christian jewish and secular organizations stood against the decree and in support of muslims if there was islamophobia these organizations would have celebrated the decree not stood in favor of muslims and islam</w:t>
      </w:r>
    </w:p>
    <w:p>
      <w:pPr>
        <w:jc w:val="right"/>
      </w:pPr>
      <w:r>
        <w:t>فار ایگزامپل وین امریکن ایڈمنسٹریشن ہیئر ایشوڈ اے ڈیکری بیننگ مسلمز امیگریشن ٹو یو ایس اے آل کرسچن جیوش اینڈ سیکولر آرگنائزیشن سٹوڈ اگینسٹ دا ڈیکری اینڈ ان سپورٹ آف مسلمز اف دیر واز اسلامو فوبیا دیز آرگنائزیشنز وڈ ہیو سیلیبریٹڈ دا ڈیکری ناٹ سٹوڈ ان فیور آف مسلمز اینڈ اسلام</w:t>
      </w:r>
    </w:p>
    <w:p>
      <w:r>
        <w:rPr>
          <w:b/>
        </w:rPr>
        <w:t xml:space="preserve">[46:49] </w:t>
      </w:r>
      <w:r>
        <w:t>these groups are against banning any religious group or any religion or religious book</w:t>
      </w:r>
    </w:p>
    <w:p>
      <w:pPr>
        <w:jc w:val="right"/>
      </w:pPr>
      <w:r>
        <w:t>دیز گروپس آر اگینسٹ بیننگ اینی ریلیجیس گروپ اور اینی ریلیجن اور ریلیجیس بک</w:t>
      </w:r>
    </w:p>
    <w:p>
      <w:r>
        <w:rPr>
          <w:b/>
        </w:rPr>
        <w:t xml:space="preserve">[47:00] </w:t>
      </w:r>
      <w:r>
        <w:t>maulana iqbal umri ne chennai se likha hai roza aur taqwa ka kya link hai aaj wazeh hua quran mein gehra tadabbur hi link hai roza mein yahi process se ek momin guzarta hai jazak Allah maulana sahib</w:t>
      </w:r>
    </w:p>
    <w:p>
      <w:pPr>
        <w:jc w:val="right"/>
      </w:pPr>
      <w:r>
        <w:t>مولانا اقبال عمری نے چنئی سے لکھا ہے روزہ اور تقویٰ کا کیا لنک ہے آج واضح ہوا قرآن میں گہرا تدبر ہی لنک ہے روزہ میں یہی پراسیس سے ایک مومن گزرتا ہے جزاک اللہ مولانا صاحب</w:t>
      </w:r>
    </w:p>
    <w:p>
      <w:r>
        <w:rPr>
          <w:b/>
        </w:rPr>
        <w:t xml:space="preserve">[47:22] </w:t>
      </w:r>
      <w:r>
        <w:t>doctor naghma siddiqui ne delhi se likha hai maulana jazak Allah for providing us such a big lesson on how to plan a life through keeping roza so we can develop taqwa and be deserving of gods unlimited blessings</w:t>
      </w:r>
    </w:p>
    <w:p>
      <w:pPr>
        <w:jc w:val="right"/>
      </w:pPr>
      <w:r>
        <w:t>ڈاکٹر نغمہ صدیقی نے دلی سے لکھا ہے مولانا جزاک اللہ فار پرووائیڈنگ اس سچ اے بگ لیسن آن ہاؤ ٹو پلان اے لائف تھرو کیپنگ روزہ سو وی کین ڈویلپ تقویٰ اینڈ بی ڈیزرونگ آف گاڈز ان لمیٹڈ بلیسنگز</w:t>
      </w:r>
    </w:p>
    <w:p>
      <w:r>
        <w:rPr>
          <w:b/>
        </w:rPr>
        <w:t xml:space="preserve">[47:45] </w:t>
      </w:r>
      <w:r>
        <w:t>shafi ahmed dar sahib ne srinagar se likha hai Allah aap ko salamat rakhe aap ke azeem kaam se lakhon afraad aaney waley waqt mein confusion free islam daryaft kar sakenge</w:t>
      </w:r>
    </w:p>
    <w:p>
      <w:pPr>
        <w:jc w:val="right"/>
      </w:pPr>
      <w:r>
        <w:t>شفیع احمد ڈار صاحب نے سری نگر سے لکھا ہے اللہ آپ کو سلامت رکھے آپ کے عظیم کام سے لاکھوں افراد آنے والے وقت میں کنفیوژن فری اسلام دریافت کر سکیں گے</w:t>
      </w:r>
    </w:p>
    <w:p>
      <w:r>
        <w:rPr>
          <w:b/>
        </w:rPr>
        <w:t xml:space="preserve">[48:03] </w:t>
      </w:r>
      <w:r>
        <w:t>doctor safeena tabassum ne ajmer se likha hai maulana sahib today for the first time i have been able to understand the dua that there is in surah baqarah and its relevance in today</w:t>
      </w:r>
    </w:p>
    <w:p>
      <w:pPr>
        <w:jc w:val="right"/>
      </w:pPr>
      <w:r>
        <w:t>ڈاکٹر سفینہ تبسم نے اجمیر سے لکھا ہے مولانا صاحب ٹوڈے فار دا فرسٹ ٹائم آئی ہیو بین ایبل ٹو انڈرسٹینڈ دا دعا دیٹ دیر از ان سورہ بقرہ اینڈ اٹس ریلیونس ان ٹوڈے</w:t>
      </w:r>
    </w:p>
    <w:p>
      <w:r>
        <w:rPr>
          <w:b/>
        </w:rPr>
        <w:t xml:space="preserve">[48:18] </w:t>
      </w:r>
      <w:r>
        <w:t>world jazak Allah dr junaid sheikh ne mumbai se likha hai aaj ke lecture mein maulana sahib mein</w:t>
      </w:r>
    </w:p>
    <w:p>
      <w:pPr>
        <w:jc w:val="right"/>
      </w:pPr>
      <w:r>
        <w:t>ورلڈ جزاک اللہ ڈاکٹر جنید شیخ نے ممبئی سے لکھا ہے آج کے لیکچر میں مولانا صاحب میں</w:t>
      </w:r>
    </w:p>
    <w:p>
      <w:r>
        <w:rPr>
          <w:b/>
        </w:rPr>
        <w:t xml:space="preserve">[48:26] </w:t>
      </w:r>
      <w:r>
        <w:t>ne yeh seekha ke roze ko kis tarah avail karna hai roza rakh kar khud ko bohat zyada</w:t>
      </w:r>
    </w:p>
    <w:p>
      <w:pPr>
        <w:jc w:val="right"/>
      </w:pPr>
      <w:r>
        <w:t>نے یہ سیکھا کہ روزے کو کس طرح اویل کرنا ہے روزہ رکھ کر خود کو بہت زیادہ</w:t>
      </w:r>
    </w:p>
    <w:p>
      <w:r>
        <w:rPr>
          <w:b/>
        </w:rPr>
        <w:t xml:space="preserve">[48:34] </w:t>
      </w:r>
      <w:r>
        <w:t>alert banana aur serious thinker banana aur is mind ke sath Quran ko yeh janne ke liye study</w:t>
      </w:r>
    </w:p>
    <w:p>
      <w:pPr>
        <w:jc w:val="right"/>
      </w:pPr>
      <w:r>
        <w:t>الرٹ بنانا اور سیریس تھنکر بنانا اور اس مائنڈ کے ساتھ قرآن کو یہ جاننے کے لیے سٹڈی</w:t>
      </w:r>
    </w:p>
    <w:p>
      <w:r>
        <w:rPr>
          <w:b/>
        </w:rPr>
        <w:t xml:space="preserve">[48:41] </w:t>
      </w:r>
      <w:r>
        <w:t>karna ke Allah ki marzi mere sath kya hai apni ghalti ko dhoondna aur re planning karna aur</w:t>
      </w:r>
    </w:p>
    <w:p>
      <w:pPr>
        <w:jc w:val="right"/>
      </w:pPr>
      <w:r>
        <w:t>کرنا کہ اللہ کی مرضی میرے ساتھ کیا ہے اپنی غلطی کو ڈھونڈنا اور ری پلاننگ کرنا اور</w:t>
      </w:r>
    </w:p>
    <w:p>
      <w:r>
        <w:rPr>
          <w:b/>
        </w:rPr>
        <w:t xml:space="preserve">[48:49] </w:t>
      </w:r>
      <w:r>
        <w:t>aisa roza Allah ki nazar mein yeh bohat bara waqia hai yeh bohat bara incentive hai</w:t>
      </w:r>
    </w:p>
    <w:p>
      <w:pPr>
        <w:jc w:val="right"/>
      </w:pPr>
      <w:r>
        <w:t>ایسا روزہ اللہ کی نظر میں یہ بہت بڑا واقعہ ہے یہ بہت بڑا انسنٹیو ہے</w:t>
      </w:r>
    </w:p>
    <w:p>
      <w:r>
        <w:rPr>
          <w:b/>
        </w:rPr>
        <w:t xml:space="preserve">[48:57] </w:t>
      </w:r>
      <w:r>
        <w:t>sajid bhai ne mumbai se likha hai maulana sahib today lecture was overwhelming</w:t>
      </w:r>
    </w:p>
    <w:p>
      <w:pPr>
        <w:jc w:val="right"/>
      </w:pPr>
      <w:r>
        <w:t>ساجد بھائی نے ممبئی سے لکھا ہے مولانا صاحب ٹوڈے لیکچر واز اوور ویلمنگ</w:t>
      </w:r>
    </w:p>
    <w:p>
      <w:r>
        <w:rPr>
          <w:b/>
        </w:rPr>
        <w:t xml:space="preserve">[49:03] </w:t>
      </w:r>
      <w:r>
        <w:t>today only i could understand the process of saum leading to taqwa</w:t>
      </w:r>
    </w:p>
    <w:p>
      <w:pPr>
        <w:jc w:val="right"/>
      </w:pPr>
      <w:r>
        <w:t>ٹوڈے اونلی آئی کڈ انڈرسٹینڈ دا پراسیس آف صوم لیڈنگ ٹو تقویٰ</w:t>
      </w:r>
    </w:p>
    <w:p>
      <w:r>
        <w:rPr>
          <w:b/>
        </w:rPr>
        <w:t xml:space="preserve">[49:10] </w:t>
      </w:r>
      <w:r>
        <w:t>The process explained was extremely clear</w:t>
      </w:r>
    </w:p>
    <w:p>
      <w:pPr>
        <w:jc w:val="right"/>
      </w:pPr>
      <w:r>
        <w:t>دا پراسیس ایکسپلینڈ واز ایکسٹریملی کلیئر</w:t>
      </w:r>
    </w:p>
    <w:p>
      <w:r>
        <w:rPr>
          <w:b/>
        </w:rPr>
        <w:t xml:space="preserve">[49:14] </w:t>
      </w:r>
      <w:r>
        <w:t>jazak Allah okay so we will end today session and we will be back next sunday same time</w:t>
      </w:r>
    </w:p>
    <w:p>
      <w:pPr>
        <w:jc w:val="right"/>
      </w:pPr>
      <w:r>
        <w:t>جزاک اللہ اوکے سو وی ویل اینڈ ٹوڈے سیشن اینڈ وی ویل بی بیک نیکسٹ سنڈے سیم ٹائم</w:t>
      </w:r>
    </w:p>
    <w:p>
      <w:r>
        <w:rPr>
          <w:b/>
        </w:rPr>
        <w:t xml:space="preserve">[49:23] </w:t>
      </w:r>
      <w:r>
        <w:t>in this ramadan we would like to again announce that if you want to join cps</w:t>
      </w:r>
    </w:p>
    <w:p>
      <w:pPr>
        <w:jc w:val="right"/>
      </w:pPr>
      <w:r>
        <w:t>ان دس رمضان وی وڈ لائک ٹو اگین اناؤنس دیٹ اف یو وانٹ ٹو جوائن سی پی ایس</w:t>
      </w:r>
    </w:p>
    <w:p>
      <w:r>
        <w:rPr>
          <w:b/>
        </w:rPr>
        <w:t xml:space="preserve">[49:28] </w:t>
      </w:r>
      <w:r>
        <w:t>as a quran distributor in your area then please write to us on info at cps</w:t>
      </w:r>
    </w:p>
    <w:p>
      <w:pPr>
        <w:jc w:val="right"/>
      </w:pPr>
      <w:r>
        <w:t>ایز اے قرآن ڈسٹریبیوٹر ان یور ایریا دین پلیز رائٹ ٹو اس آن انفو ایٹ سی پی ایس</w:t>
      </w:r>
    </w:p>
    <w:p>
      <w:r>
        <w:rPr>
          <w:b/>
        </w:rPr>
        <w:t xml:space="preserve">[49:34] </w:t>
      </w:r>
      <w:r>
        <w:t>global dot org or you can also sponsor and support the quran distribution please write</w:t>
      </w:r>
    </w:p>
    <w:p>
      <w:pPr>
        <w:jc w:val="right"/>
      </w:pPr>
      <w:r>
        <w:t>گلوبل ڈاٹ او آر جی اور یو کین آل سو سپانسر اینڈ سپورٹ دا قرآن ڈسٹریبیوشن پلیز رائٹ</w:t>
      </w:r>
    </w:p>
    <w:p>
      <w:r>
        <w:rPr>
          <w:b/>
        </w:rPr>
        <w:t xml:space="preserve">[49:41] </w:t>
      </w:r>
      <w:r>
        <w:t>to us with your feedback and suggestion at info at cps global dot</w:t>
      </w:r>
    </w:p>
    <w:p>
      <w:pPr>
        <w:jc w:val="right"/>
      </w:pPr>
      <w:r>
        <w:t>ٹو اس ود یور فیڈ بیک اینڈ سجیشن ایٹ انفو ایٹ سی پی ایس گلوبل ڈاٹ</w:t>
      </w:r>
    </w:p>
    <w:p>
      <w:r>
        <w:rPr>
          <w:b/>
        </w:rPr>
        <w:t xml:space="preserve">[49:47] </w:t>
      </w:r>
      <w:r>
        <w:t>org thank you.</w:t>
      </w:r>
    </w:p>
    <w:p>
      <w:pPr>
        <w:jc w:val="right"/>
      </w:pPr>
      <w:r>
        <w:t>او آر جی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