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Conciliatory Approach and Confrontational Approach | March 21, 2010</w:t>
      </w:r>
    </w:p>
    <w:p>
      <w:r>
        <w:t>https://www.youtube.com/watch?v=PrfDlx2pfA0</w:t>
      </w:r>
    </w:p>
    <w:p>
      <w:r>
        <w:rPr>
          <w:b/>
        </w:rPr>
        <w:t xml:space="preserve">[00:13] </w:t>
      </w:r>
      <w:r>
        <w:t>bismillah-hir-rehman-nir-rahim, wa salla Allahu ala an-nabiyyil-kareem. rab-bish-rah-li sadri, wa yassir-li amri, wah-lul-uqdatan-min-lisani, yafqahu qawli. aaj ka topic hai: conciliatory approach wa</w:t>
      </w:r>
    </w:p>
    <w:p>
      <w:pPr>
        <w:jc w:val="right"/>
      </w:pPr>
      <w:r>
        <w:t>بسم اللہ الرحمن الرحیم، و صلی اللہ علی النبی الکریم۔ رب اشرح لی صدری، ویسر لی امری، واحل العقدۃ من لسانی، یفقہ قولی۔ آج کا ٹاپک ہے: کنسلیٹری اپروچ و</w:t>
      </w:r>
    </w:p>
    <w:p>
      <w:r>
        <w:rPr>
          <w:b/>
        </w:rPr>
        <w:t xml:space="preserve">[00:43] </w:t>
      </w:r>
      <w:r>
        <w:t>confrontational approach, yaani masalhati andaaz aur takrao ka andaaz.</w:t>
      </w:r>
    </w:p>
    <w:p>
      <w:pPr>
        <w:jc w:val="right"/>
      </w:pPr>
      <w:r>
        <w:t>رسز کنفرنٹیشنل اپروچ، یعنی مصالحتی انداز اور ٹکراؤ کا انداز۔</w:t>
      </w:r>
    </w:p>
    <w:p>
      <w:r>
        <w:rPr>
          <w:b/>
        </w:rPr>
        <w:t xml:space="preserve">[00:54] </w:t>
      </w:r>
      <w:r>
        <w:t>Dekhen, Quran mein ek bohat hi basic principle diya gaya hai, Surah Nisa mein, yaani chapter number 4,</w:t>
      </w:r>
    </w:p>
    <w:p>
      <w:pPr>
        <w:jc w:val="right"/>
      </w:pPr>
      <w:r>
        <w:t>دیکھیں، قرآن میں ایک بہت ہی بیسک پرنسپل دیا گیا ہے، سورہ النساء میں، یعنی چیپٹر نمبر 4،</w:t>
      </w:r>
    </w:p>
    <w:p>
      <w:r>
        <w:rPr>
          <w:b/>
        </w:rPr>
        <w:t xml:space="preserve">[01:05] </w:t>
      </w:r>
      <w:r>
        <w:t>aayat number 128: "Assulhu khair".</w:t>
      </w:r>
    </w:p>
    <w:p>
      <w:pPr>
        <w:jc w:val="right"/>
      </w:pPr>
      <w:r>
        <w:t>آیت نمبر 128: "الصلح خیر"۔</w:t>
      </w:r>
    </w:p>
    <w:p>
      <w:r>
        <w:rPr>
          <w:b/>
        </w:rPr>
        <w:t xml:space="preserve">[01:16] </w:t>
      </w:r>
      <w:r>
        <w:t>Sulh behtar hai, "reconciliation is the best".</w:t>
      </w:r>
    </w:p>
    <w:p>
      <w:pPr>
        <w:jc w:val="right"/>
      </w:pPr>
      <w:r>
        <w:t>صلح بہتر ہے، "ری کانسلیشن از دا بیسٹ"۔</w:t>
      </w:r>
    </w:p>
    <w:p>
      <w:r>
        <w:rPr>
          <w:b/>
        </w:rPr>
        <w:t xml:space="preserve">[01:22] </w:t>
      </w:r>
      <w:r>
        <w:t>Yaani conciliatory approach is the best approach.</w:t>
      </w:r>
    </w:p>
    <w:p>
      <w:pPr>
        <w:jc w:val="right"/>
      </w:pPr>
      <w:r>
        <w:t>یعنی کنسلیٹری اپروچ از دا بیسٹ اپروچ۔</w:t>
      </w:r>
    </w:p>
    <w:p>
      <w:r>
        <w:rPr>
          <w:b/>
        </w:rPr>
        <w:t xml:space="preserve">[01:28] </w:t>
      </w:r>
      <w:r>
        <w:t>Is ka ulta kya hai? Confrontational approach.</w:t>
      </w:r>
    </w:p>
    <w:p>
      <w:pPr>
        <w:jc w:val="right"/>
      </w:pPr>
      <w:r>
        <w:t>اس کا الٹا کیا ہے؟ کنفرنٹیشنل اپروچ۔</w:t>
      </w:r>
    </w:p>
    <w:p>
      <w:r>
        <w:rPr>
          <w:b/>
        </w:rPr>
        <w:t xml:space="preserve">[01:34] </w:t>
      </w:r>
      <w:r>
        <w:t>Dekhen, Quran ki jo scheme of things hai, us mein takrao wale approach ke liye koi jagah nahi hai.</w:t>
      </w:r>
    </w:p>
    <w:p>
      <w:pPr>
        <w:jc w:val="right"/>
      </w:pPr>
      <w:r>
        <w:t>دیکھیں، قرآن کی جو اسکیم آف تھنگ ہے، اس میں ٹکراؤ والے اپروچ کے لیے کوئی جگہ نہیں ہے۔</w:t>
      </w:r>
    </w:p>
    <w:p>
      <w:r>
        <w:rPr>
          <w:b/>
        </w:rPr>
        <w:t xml:space="preserve">[01:40] </w:t>
      </w:r>
      <w:r>
        <w:t>is mein sirf</w:t>
      </w:r>
    </w:p>
    <w:p>
      <w:pPr>
        <w:jc w:val="right"/>
      </w:pPr>
      <w:r>
        <w:t>اس میں صرف</w:t>
      </w:r>
    </w:p>
    <w:p>
      <w:r>
        <w:rPr>
          <w:b/>
        </w:rPr>
        <w:t xml:space="preserve">[01:46] </w:t>
      </w:r>
      <w:r>
        <w:t>consiliatory approach ya masalhati approach ki jagah hai.</w:t>
      </w:r>
    </w:p>
    <w:p>
      <w:pPr>
        <w:jc w:val="right"/>
      </w:pPr>
      <w:r>
        <w:t>کنسلیٹری اپروچ یا مصالحتی اپروچ کی جگہ ہے۔</w:t>
      </w:r>
    </w:p>
    <w:p>
      <w:r>
        <w:rPr>
          <w:b/>
        </w:rPr>
        <w:t xml:space="preserve">[01:54] </w:t>
      </w:r>
      <w:r>
        <w:t>yani Khuda ki jo poori scheme hai is dunya ke baray mein, us ke khilaf hai takrao karna.</w:t>
      </w:r>
    </w:p>
    <w:p>
      <w:pPr>
        <w:jc w:val="right"/>
      </w:pPr>
      <w:r>
        <w:t>یعنی خدا کی جو پوری اسکیم ہے اس دنیا کے بارے میں، اس کے خلاف ہے ٹکراؤ کرنا۔</w:t>
      </w:r>
    </w:p>
    <w:p>
      <w:r>
        <w:rPr>
          <w:b/>
        </w:rPr>
        <w:t xml:space="preserve">[02:01] </w:t>
      </w:r>
      <w:r>
        <w:t>aap jante hain ke numerist stars aur planet hain space mein, koi kabhi takrata nahin.</w:t>
      </w:r>
    </w:p>
    <w:p>
      <w:pPr>
        <w:jc w:val="right"/>
      </w:pPr>
      <w:r>
        <w:t>آپ جانتے ہیں کہ نیومرسٹ سٹارز اور پلینٹ ہیں اسپیس میں، کوئی کبھی ٹکراتا نہیں۔</w:t>
      </w:r>
    </w:p>
    <w:p>
      <w:r>
        <w:rPr>
          <w:b/>
        </w:rPr>
        <w:t xml:space="preserve">[02:09] </w:t>
      </w:r>
      <w:r>
        <w:t>yahi cheez insan se, yahi culture jo hai, insan se bhi chahta hai Khuda. to</w:t>
      </w:r>
    </w:p>
    <w:p>
      <w:pPr>
        <w:jc w:val="right"/>
      </w:pPr>
      <w:r>
        <w:t>یہی چیز انسان سے، یہی کلچر جو ہے، انسان سے بھی چاہتا ہے خدا۔ تو</w:t>
      </w:r>
    </w:p>
    <w:p>
      <w:r>
        <w:rPr>
          <w:b/>
        </w:rPr>
        <w:t xml:space="preserve">[02:16] </w:t>
      </w:r>
      <w:r>
        <w:t>isi ko kaha "al-sulhu khair".</w:t>
      </w:r>
    </w:p>
    <w:p>
      <w:pPr>
        <w:jc w:val="right"/>
      </w:pPr>
      <w:r>
        <w:t>اسی کو کہا "الصلح خیر"۔</w:t>
      </w:r>
    </w:p>
    <w:p>
      <w:r>
        <w:rPr>
          <w:b/>
        </w:rPr>
        <w:t xml:space="preserve">[02:22] </w:t>
      </w:r>
      <w:r>
        <w:t>masalhati approach sab se behtar approach hai.</w:t>
      </w:r>
    </w:p>
    <w:p>
      <w:pPr>
        <w:jc w:val="right"/>
      </w:pPr>
      <w:r>
        <w:t>مصالحتی اپروچ سب سے بہتر اپروچ ہے۔</w:t>
      </w:r>
    </w:p>
    <w:p>
      <w:r>
        <w:rPr>
          <w:b/>
        </w:rPr>
        <w:t xml:space="preserve">[02:27] </w:t>
      </w:r>
      <w:r>
        <w:t>ab mein aap ko insani history jo hai, poori hamari yahan se wahan tak, is se kuch reference</w:t>
      </w:r>
    </w:p>
    <w:p>
      <w:pPr>
        <w:jc w:val="right"/>
      </w:pPr>
      <w:r>
        <w:t>اب میں آپ کو انسانی ہسٹری جو ہے، پوری ہماری یہاں سے وہاں تک، اس سے کچھ ریفرنس</w:t>
      </w:r>
    </w:p>
    <w:p>
      <w:r>
        <w:rPr>
          <w:b/>
        </w:rPr>
        <w:t xml:space="preserve">[02:32] </w:t>
      </w:r>
      <w:r>
        <w:t>reference de kar ke batana chahunga ke kya matlab hai is ka.</w:t>
      </w:r>
    </w:p>
    <w:p>
      <w:pPr>
        <w:jc w:val="right"/>
      </w:pPr>
      <w:r>
        <w:t>ریفرنس دے کر کے بتانا چاہوں گا کہ کیا مطلب ہے اس کا۔</w:t>
      </w:r>
    </w:p>
    <w:p>
      <w:r>
        <w:rPr>
          <w:b/>
        </w:rPr>
        <w:t xml:space="preserve">[02:37] </w:t>
      </w:r>
      <w:r>
        <w:t>dekhen, yeh kahani sab se pehle shuru hoti hai pehle insan se.</w:t>
      </w:r>
    </w:p>
    <w:p>
      <w:pPr>
        <w:jc w:val="right"/>
      </w:pPr>
      <w:r>
        <w:t>دیکھیں، یہ کہانی سب سے پہلے شروع ہوتی ہے پہلے انسان سے۔</w:t>
      </w:r>
    </w:p>
    <w:p>
      <w:r>
        <w:rPr>
          <w:b/>
        </w:rPr>
        <w:t xml:space="preserve">[02:42] </w:t>
      </w:r>
      <w:r>
        <w:t>aap jante hain ke pehla insan Adam tha.</w:t>
      </w:r>
    </w:p>
    <w:p>
      <w:pPr>
        <w:jc w:val="right"/>
      </w:pPr>
      <w:r>
        <w:t>آپ جانتے ہیں کہ پہلا انسان آدم تھا۔</w:t>
      </w:r>
    </w:p>
    <w:p>
      <w:r>
        <w:rPr>
          <w:b/>
        </w:rPr>
        <w:t xml:space="preserve">[02:47] </w:t>
      </w:r>
      <w:r>
        <w:t>science kuch nahin batati ke pehla insan kab dunya mein basa, lekin Bible mein jo shajray diye gaye</w:t>
      </w:r>
    </w:p>
    <w:p>
      <w:pPr>
        <w:jc w:val="right"/>
      </w:pPr>
      <w:r>
        <w:t>سائنس کچھ نہیں بتاتی کہ پہلا انسان کب دنیا میں بسا، لیکن بائبل میں جو شجرے دیے گئے</w:t>
      </w:r>
    </w:p>
    <w:p>
      <w:r>
        <w:rPr>
          <w:b/>
        </w:rPr>
        <w:t xml:space="preserve">[02:54] </w:t>
      </w:r>
      <w:r>
        <w:t>hain, yani Adam se Nuh tak, Nuh se Ibrahim tak, Ibrahim se Musa tak, Musa se Masih tak,</w:t>
      </w:r>
    </w:p>
    <w:p>
      <w:pPr>
        <w:jc w:val="right"/>
      </w:pPr>
      <w:r>
        <w:t>ہیں، یعنی آدم سے نوح تک، نوح سے ابراہیم تک، ابراہیم سے موسیٰ تک، موسیٰ سے مسیح تک،</w:t>
      </w:r>
    </w:p>
    <w:p>
      <w:r>
        <w:rPr>
          <w:b/>
        </w:rPr>
        <w:t xml:space="preserve">[03:00] </w:t>
      </w:r>
      <w:r>
        <w:t>yeh shajray diye gaye hain Bible mein.</w:t>
      </w:r>
    </w:p>
    <w:p>
      <w:pPr>
        <w:jc w:val="right"/>
      </w:pPr>
      <w:r>
        <w:t>یہ شجرے دیے گئے ہیں بائبل میں۔</w:t>
      </w:r>
    </w:p>
    <w:p>
      <w:r>
        <w:rPr>
          <w:b/>
        </w:rPr>
        <w:t xml:space="preserve">[03:07] </w:t>
      </w:r>
      <w:r>
        <w:t>is se logon ne nikala hai ke shayad das hazar saal pehle Adam is zameen par basaye gaye,</w:t>
      </w:r>
    </w:p>
    <w:p>
      <w:pPr>
        <w:jc w:val="right"/>
      </w:pPr>
      <w:r>
        <w:t>اس سے لوگوں نے نکالا ہے کہ شاید دس ہزار سال پہلے آدم اس زمین پر بسائے گئے،</w:t>
      </w:r>
    </w:p>
    <w:p>
      <w:r>
        <w:rPr>
          <w:b/>
        </w:rPr>
        <w:t xml:space="preserve">[03:13] </w:t>
      </w:r>
      <w:r>
        <w:t>lekin yeh sab guess hai.</w:t>
      </w:r>
    </w:p>
    <w:p>
      <w:pPr>
        <w:jc w:val="right"/>
      </w:pPr>
      <w:r>
        <w:t>لیکن یہ سب گیس ہے۔</w:t>
      </w:r>
    </w:p>
    <w:p>
      <w:r>
        <w:rPr>
          <w:b/>
        </w:rPr>
        <w:t xml:space="preserve">[03:19] </w:t>
      </w:r>
      <w:r>
        <w:t>to behr-haal, insan ko jab Allah taala ne paida kiya, us waqt ek waqea hua.</w:t>
      </w:r>
    </w:p>
    <w:p>
      <w:pPr>
        <w:jc w:val="right"/>
      </w:pPr>
      <w:r>
        <w:t>تو بہرحال، انسان کو جب اللہ تعالیٰ نے پیدا کیا، اس وقت ایک واقعہ ہوا۔</w:t>
      </w:r>
    </w:p>
    <w:p>
      <w:r>
        <w:rPr>
          <w:b/>
        </w:rPr>
        <w:t xml:space="preserve">[03:28] </w:t>
      </w:r>
      <w:r>
        <w:t>Allah taala ne kaha us waqt do makhlooq aur thay, farishtay aur jinnaat.</w:t>
      </w:r>
    </w:p>
    <w:p>
      <w:pPr>
        <w:jc w:val="right"/>
      </w:pPr>
      <w:r>
        <w:t>اللہ تعالیٰ نے کہا اس وقت دو مخلوق اور تھے، فرشتے اور جنات۔</w:t>
      </w:r>
    </w:p>
    <w:p>
      <w:r>
        <w:rPr>
          <w:b/>
        </w:rPr>
        <w:t xml:space="preserve">[03:36] </w:t>
      </w:r>
      <w:r>
        <w:t>to un ko Allah taala ne kaha ke tum insan ke aagay jhuk jao.</w:t>
      </w:r>
    </w:p>
    <w:p>
      <w:pPr>
        <w:jc w:val="right"/>
      </w:pPr>
      <w:r>
        <w:t>تو ان کو اللہ تعالیٰ نے کہا کہ تم انسان کے آگے جھک جاؤ۔</w:t>
      </w:r>
    </w:p>
    <w:p>
      <w:r>
        <w:rPr>
          <w:b/>
        </w:rPr>
        <w:t xml:space="preserve">[03:44] </w:t>
      </w:r>
      <w:r>
        <w:t>to farishtay jhuk gaye, aur jinnaat ka jo sardar tha, Iblees, woh nahin jhuka.</w:t>
      </w:r>
    </w:p>
    <w:p>
      <w:pPr>
        <w:jc w:val="right"/>
      </w:pPr>
      <w:r>
        <w:t>تو فرشتے جھک گئے، اور جنات کا جو سردار تھا، ابلیس، وہ نہیں جھکا۔</w:t>
      </w:r>
    </w:p>
    <w:p>
      <w:r>
        <w:rPr>
          <w:b/>
        </w:rPr>
        <w:t xml:space="preserve">[03:52] </w:t>
      </w:r>
      <w:r>
        <w:t>saaray jinnaaton ne bhi inhi ka saath diya apne sardar ka.</w:t>
      </w:r>
    </w:p>
    <w:p>
      <w:pPr>
        <w:jc w:val="right"/>
      </w:pPr>
      <w:r>
        <w:t>سارے جناتوں نے بھی انہی کا ساتھ دیا اپنے سردار کا۔</w:t>
      </w:r>
    </w:p>
    <w:p>
      <w:r>
        <w:rPr>
          <w:b/>
        </w:rPr>
        <w:t xml:space="preserve">[03:59] </w:t>
      </w:r>
      <w:r>
        <w:t>yeh tha pehla waqea takrao ka, confrontation ka.</w:t>
      </w:r>
    </w:p>
    <w:p>
      <w:pPr>
        <w:jc w:val="right"/>
      </w:pPr>
      <w:r>
        <w:t>یہ تھا پہلا واقعہ ٹکراؤ کا، کنفرنٹیشن کا۔</w:t>
      </w:r>
    </w:p>
    <w:p>
      <w:r>
        <w:rPr>
          <w:b/>
        </w:rPr>
        <w:t xml:space="preserve">[04:07] </w:t>
      </w:r>
      <w:r>
        <w:t>yani insan ki tareekh shuru hui isi waqay se ke do misaalain qaim hueen.</w:t>
      </w:r>
    </w:p>
    <w:p>
      <w:pPr>
        <w:jc w:val="right"/>
      </w:pPr>
      <w:r>
        <w:t>یعنی انسان کی تاریخ شروع ہوئی اسی واقعے سے کہ دو مثالیں قائم ہوئیں۔</w:t>
      </w:r>
    </w:p>
    <w:p>
      <w:r>
        <w:rPr>
          <w:b/>
        </w:rPr>
        <w:t xml:space="preserve">[04:14] </w:t>
      </w:r>
      <w:r>
        <w:t>ek yeh misaal ke Allah taala ne kaha to woh jhuk gaye. yeh</w:t>
      </w:r>
    </w:p>
    <w:p>
      <w:pPr>
        <w:jc w:val="right"/>
      </w:pPr>
      <w:r>
        <w:t>ایک یہ مثال کہ اللہ تعالیٰ نے کہا تو وہ جھک گئے۔ یہ</w:t>
      </w:r>
    </w:p>
    <w:p>
      <w:r>
        <w:rPr>
          <w:b/>
        </w:rPr>
        <w:t xml:space="preserve">[04:22] </w:t>
      </w:r>
      <w:r>
        <w:t>goya ke sulah wala approach tha, aur jinnaat ke sardar Iblees ne jo kiya, woh gaya ke is</w:t>
      </w:r>
    </w:p>
    <w:p>
      <w:pPr>
        <w:jc w:val="right"/>
      </w:pPr>
      <w:r>
        <w:t>گویا کہ صلح والا اپروچ تھا، اور جنات کے سردار ابلیس نے جو کیا، وہ گیا کہ اس</w:t>
      </w:r>
    </w:p>
    <w:p>
      <w:r>
        <w:rPr>
          <w:b/>
        </w:rPr>
        <w:t xml:space="preserve">[04:29] </w:t>
      </w:r>
      <w:r>
        <w:t>ka ulta tha, yani confrontation wala approach.</w:t>
      </w:r>
    </w:p>
    <w:p>
      <w:pPr>
        <w:jc w:val="right"/>
      </w:pPr>
      <w:r>
        <w:t>کا الٹا تھا، یعنی کنفرنٹیشن والا اپروچ۔</w:t>
      </w:r>
    </w:p>
    <w:p>
      <w:r>
        <w:rPr>
          <w:b/>
        </w:rPr>
        <w:t xml:space="preserve">[04:37] </w:t>
      </w:r>
      <w:r>
        <w:t>to Allah taala ne farmaya Iblees ko khitab karte hue: "minhum laan jahannama minka ajmaeen" ke jo</w:t>
      </w:r>
    </w:p>
    <w:p>
      <w:pPr>
        <w:jc w:val="right"/>
      </w:pPr>
      <w:r>
        <w:t>تو اللہ تعالیٰ نے فرمایا ابلیس کو خطاب کرتے ہوئے: "منہم لام لان جہنم منک اجمعین" کہ جو</w:t>
      </w:r>
    </w:p>
    <w:p>
      <w:r>
        <w:rPr>
          <w:b/>
        </w:rPr>
        <w:t xml:space="preserve">[04:45] </w:t>
      </w:r>
      <w:r>
        <w:t>tera rasta chalega, jo is ko follow karega, is ko aur tum ko</w:t>
      </w:r>
    </w:p>
    <w:p>
      <w:pPr>
        <w:jc w:val="right"/>
      </w:pPr>
      <w:r>
        <w:t>تیرا راستہ چلے گا، جو اس کو فالو کرے گا، اس کو اور تم کو</w:t>
      </w:r>
    </w:p>
    <w:p>
      <w:r>
        <w:rPr>
          <w:b/>
        </w:rPr>
        <w:t xml:space="preserve">[04:52] </w:t>
      </w:r>
      <w:r>
        <w:t>sab ko main jahannum mein daal doonga.</w:t>
      </w:r>
    </w:p>
    <w:p>
      <w:pPr>
        <w:jc w:val="right"/>
      </w:pPr>
      <w:r>
        <w:t>سب کو میں جہنم میں ڈال دوں گا۔</w:t>
      </w:r>
    </w:p>
    <w:p>
      <w:r>
        <w:rPr>
          <w:b/>
        </w:rPr>
        <w:t xml:space="preserve">[04:59] </w:t>
      </w:r>
      <w:r>
        <w:t>kitni dekhiye, kitna yeh serious mamla hai ke confrontational approach jo hai, woh shaitan wala approach hai.</w:t>
      </w:r>
    </w:p>
    <w:p>
      <w:pPr>
        <w:jc w:val="right"/>
      </w:pPr>
      <w:r>
        <w:t>کتنی دیکھیے، کتنا یہ سیریس معاملہ ہے کہ کنفرنٹیشنل اپروچ جو ہے، وہ شیطان والا اپروچ ہے۔</w:t>
      </w:r>
    </w:p>
    <w:p>
      <w:r>
        <w:rPr>
          <w:b/>
        </w:rPr>
        <w:t xml:space="preserve">[05:05] </w:t>
      </w:r>
      <w:r>
        <w:t>aur shaitan approach kahan jata hai? Hell tak jata hai.</w:t>
      </w:r>
    </w:p>
    <w:p>
      <w:pPr>
        <w:jc w:val="right"/>
      </w:pPr>
      <w:r>
        <w:t>اور شیطان اپروچ کہاں جاتا ہے؟ ہیل تک جاتا ہے۔</w:t>
      </w:r>
    </w:p>
    <w:p>
      <w:r>
        <w:rPr>
          <w:b/>
        </w:rPr>
        <w:t xml:space="preserve">[05:11] </w:t>
      </w:r>
      <w:r>
        <w:t>to kisi bhi haal mein aap ko confrontation se bachna hai.</w:t>
      </w:r>
    </w:p>
    <w:p>
      <w:pPr>
        <w:jc w:val="right"/>
      </w:pPr>
      <w:r>
        <w:t>تو کسی بھی حال میں آپ کو کنفرنٹیشن سے بچنا ہے۔</w:t>
      </w:r>
    </w:p>
    <w:p>
      <w:r>
        <w:rPr>
          <w:b/>
        </w:rPr>
        <w:t xml:space="preserve">[05:18] </w:t>
      </w:r>
      <w:r>
        <w:t>at any cost, at any cost, at any cost.</w:t>
      </w:r>
    </w:p>
    <w:p>
      <w:pPr>
        <w:jc w:val="right"/>
      </w:pPr>
      <w:r>
        <w:t>ایٹینی کاسٹ، ایٹینی کاسٹ، ایٹینی کاسٹ۔</w:t>
      </w:r>
    </w:p>
    <w:p>
      <w:r>
        <w:rPr>
          <w:b/>
        </w:rPr>
        <w:t xml:space="preserve">[05:24] </w:t>
      </w:r>
      <w:r>
        <w:t>yeh Allah taala ne yeh example set kar diya pehle hi din. ab mein history ke kuch waqeyat batata hoon, negative aur positive. is ke baad jab Adam is zameen par basaye gaye to un ke do bete the, Qabil aur Habil, Cain aur Abel. in mein aapas mein koi controversy paida hui, kisi baat</w:t>
      </w:r>
    </w:p>
    <w:p>
      <w:pPr>
        <w:jc w:val="right"/>
      </w:pPr>
      <w:r>
        <w:t>یہ اللہ تعالیٰ نے یہ ایگزامپل سیٹ کر دیا پہلے ہی دن۔ اب میں ہسٹری کے کچھ واقعات بتاتا ہوں، نیگیٹیو اور پازیٹیو۔ اس کے بعد جب آدم اس زمین پر بسائے گئے تو ان کے دو بیٹے تھے، قابیل اور ہابیل، کین اور ایبل۔ ان میں آپس میں کوئی کنٹروورسی پیدا ہوئی، کسی بات</w:t>
      </w:r>
    </w:p>
    <w:p>
      <w:r>
        <w:rPr>
          <w:b/>
        </w:rPr>
        <w:t xml:space="preserve">[05:54] </w:t>
      </w:r>
      <w:r>
        <w:t>par difference aa gaya.</w:t>
      </w:r>
    </w:p>
    <w:p>
      <w:pPr>
        <w:jc w:val="right"/>
      </w:pPr>
      <w:r>
        <w:t>پر ڈیفرنس آ گیا۔</w:t>
      </w:r>
    </w:p>
    <w:p>
      <w:r>
        <w:rPr>
          <w:b/>
        </w:rPr>
        <w:t xml:space="preserve">[05:59] </w:t>
      </w:r>
      <w:r>
        <w:t>to wahan pe isi ka test aa gaya ke dono mein se kaun sa approach lete hain yeh log.</w:t>
      </w:r>
    </w:p>
    <w:p>
      <w:pPr>
        <w:jc w:val="right"/>
      </w:pPr>
      <w:r>
        <w:t>تو وہاں پہ اسی کا ٹیسٹ آ گیا کہ دونوں میں سے کون سا اپروچ لیتے ہیں یہ لوگ۔</w:t>
      </w:r>
    </w:p>
    <w:p>
      <w:r>
        <w:rPr>
          <w:b/>
        </w:rPr>
        <w:t xml:space="preserve">[06:04] </w:t>
      </w:r>
      <w:r>
        <w:t>to Abel ne, yani Habil ne, to woh lia farishton wala, aur Qabil jo tha, us ne woh</w:t>
      </w:r>
    </w:p>
    <w:p>
      <w:pPr>
        <w:jc w:val="right"/>
      </w:pPr>
      <w:r>
        <w:t>تو ایبل نے، یعنی ہابیل نے، تو وہ لیا فرشتوں والا، اور قابیل جو تھا، اس نے وہ</w:t>
      </w:r>
    </w:p>
    <w:p>
      <w:r>
        <w:rPr>
          <w:b/>
        </w:rPr>
        <w:t xml:space="preserve">[06:09] </w:t>
      </w:r>
      <w:r>
        <w:t>lia jo shaitan ne kiya tha, takrao wala.</w:t>
      </w:r>
    </w:p>
    <w:p>
      <w:pPr>
        <w:jc w:val="right"/>
      </w:pPr>
      <w:r>
        <w:t>لیا جو شیطان نے کیا تھا، ٹکراؤ والا۔</w:t>
      </w:r>
    </w:p>
    <w:p>
      <w:r>
        <w:rPr>
          <w:b/>
        </w:rPr>
        <w:t xml:space="preserve">[06:14] </w:t>
      </w:r>
      <w:r>
        <w:t>us ne Qabil ne Abel ko maar dala.</w:t>
      </w:r>
    </w:p>
    <w:p>
      <w:pPr>
        <w:jc w:val="right"/>
      </w:pPr>
      <w:r>
        <w:t>اس نے قابیل نے ایبل کو مار ڈالا۔</w:t>
      </w:r>
    </w:p>
    <w:p>
      <w:r>
        <w:rPr>
          <w:b/>
        </w:rPr>
        <w:t xml:space="preserve">[06:19] </w:t>
      </w:r>
      <w:r>
        <w:t>to Quran Majeed mein hai</w:t>
      </w:r>
    </w:p>
    <w:p>
      <w:pPr>
        <w:jc w:val="right"/>
      </w:pPr>
      <w:r>
        <w:t>تو قرآن مجید میں ہے</w:t>
      </w:r>
    </w:p>
    <w:p>
      <w:r>
        <w:rPr>
          <w:b/>
        </w:rPr>
        <w:t xml:space="preserve">[06:24] </w:t>
      </w:r>
      <w:r>
        <w:t>ke is ke baad Allah taala ne ek ayat utari us waqt ke peghambar ke zariye ke jo</w:t>
      </w:r>
    </w:p>
    <w:p>
      <w:pPr>
        <w:jc w:val="right"/>
      </w:pPr>
      <w:r>
        <w:t>کہ اس کے بعد اللہ تعالیٰ نے ایک آیت اتاری اس وقت کے پیغمبر کے ذریعے کہ جو</w:t>
      </w:r>
    </w:p>
    <w:p>
      <w:r>
        <w:rPr>
          <w:b/>
        </w:rPr>
        <w:t xml:space="preserve">[06:31] </w:t>
      </w:r>
      <w:r>
        <w:t>aadmi ek insaan ko mare, ek ek innocent insaan ko, fakanama qatara nas jamee.</w:t>
      </w:r>
    </w:p>
    <w:p>
      <w:pPr>
        <w:jc w:val="right"/>
      </w:pPr>
      <w:r>
        <w:t>آدمی ایک انسان کو مارے، ایک ایک انوسنٹ انسان کو، فکانما قطر الناس جمیع۔</w:t>
      </w:r>
    </w:p>
    <w:p>
      <w:r>
        <w:rPr>
          <w:b/>
        </w:rPr>
        <w:t xml:space="preserve">[06:37] </w:t>
      </w:r>
      <w:r>
        <w:t>to goya ke us ne sare insanon ko maar dala.</w:t>
      </w:r>
    </w:p>
    <w:p>
      <w:pPr>
        <w:jc w:val="right"/>
      </w:pPr>
      <w:r>
        <w:t>تو گویا کہ اس نے سارے انسانوں کو مار ڈالا۔</w:t>
      </w:r>
    </w:p>
    <w:p>
      <w:r>
        <w:rPr>
          <w:b/>
        </w:rPr>
        <w:t xml:space="preserve">[06:44] </w:t>
      </w:r>
      <w:r>
        <w:t>itne sakht qism ke Allah taala ke ahkam shuru hi mein de diye gaye, shuru hi mein, bilkul</w:t>
      </w:r>
    </w:p>
    <w:p>
      <w:pPr>
        <w:jc w:val="right"/>
      </w:pPr>
      <w:r>
        <w:t>اتنے سخت قسم کے اللہ تعالیٰ کے احکام شروع ہی میں دے دیے گئے، شروع ہی میں، بالکل</w:t>
      </w:r>
    </w:p>
    <w:p>
      <w:r>
        <w:rPr>
          <w:b/>
        </w:rPr>
        <w:t xml:space="preserve">[06:50] </w:t>
      </w:r>
      <w:r>
        <w:t>insaniyat ke beginning mein</w:t>
      </w:r>
    </w:p>
    <w:p>
      <w:pPr>
        <w:jc w:val="right"/>
      </w:pPr>
      <w:r>
        <w:t>انسانیت کے بگننگ میں</w:t>
      </w:r>
    </w:p>
    <w:p>
      <w:r>
        <w:rPr>
          <w:b/>
        </w:rPr>
        <w:t xml:space="preserve">[06:57] </w:t>
      </w:r>
      <w:r>
        <w:t>ke ek taraf main ne arz kiya ke Allah taala ne farmaya ke jo shaitan ko follow karega</w:t>
      </w:r>
    </w:p>
    <w:p>
      <w:pPr>
        <w:jc w:val="right"/>
      </w:pPr>
      <w:r>
        <w:t>کہ ایک طرف میں نے عرض کیا کہ اللہ تعالیٰ نے فرمایا کہ جو شیطان کو فالو کرے</w:t>
      </w:r>
    </w:p>
    <w:p>
      <w:r>
        <w:rPr>
          <w:b/>
        </w:rPr>
        <w:t xml:space="preserve">[07:04] </w:t>
      </w:r>
      <w:r>
        <w:t>ga, is ko aur shaitan ko sab ko hum jahannum mein daal denge, yani confrontation wala approach.</w:t>
      </w:r>
    </w:p>
    <w:p>
      <w:pPr>
        <w:jc w:val="right"/>
      </w:pPr>
      <w:r>
        <w:t>گا، اس کو اور شیطان کو سب کو ہم جہنم میں ڈال دیں گے، یعنی کنفرنٹیشن والا اپروچ۔</w:t>
      </w:r>
    </w:p>
    <w:p>
      <w:r>
        <w:rPr>
          <w:b/>
        </w:rPr>
        <w:t xml:space="preserve">[07:12] </w:t>
      </w:r>
      <w:r>
        <w:t>aur is ke baad jab Qabil ne Habil ko maar dala to Allah taala ne yeh ayat utari</w:t>
      </w:r>
    </w:p>
    <w:p>
      <w:pPr>
        <w:jc w:val="right"/>
      </w:pPr>
      <w:r>
        <w:t>اور اس کے بعد جب قابیل نے ہابیل کو مار ڈالا تو اللہ تعالیٰ نے یہ آیت اتاری</w:t>
      </w:r>
    </w:p>
    <w:p>
      <w:r>
        <w:rPr>
          <w:b/>
        </w:rPr>
        <w:t xml:space="preserve">[07:19] </w:t>
      </w:r>
      <w:r>
        <w:t>us waqt ke peghambar ke upar, yeh Quran mein quote ki gayi hai: "man qatala nafs</w:t>
      </w:r>
    </w:p>
    <w:p>
      <w:pPr>
        <w:jc w:val="right"/>
      </w:pPr>
      <w:r>
        <w:t>اس وقت کے پیغمبر کے اوپر، یہ قرآن میں کوٹ کی گئی ہے: "من قتل نفس</w:t>
      </w:r>
    </w:p>
    <w:p>
      <w:r>
        <w:rPr>
          <w:b/>
        </w:rPr>
        <w:t xml:space="preserve">[07:27] </w:t>
      </w:r>
      <w:r>
        <w:t>a baghair nafs fasad fakanama qatala nas jamee" yani "one who kills an innocent person has killed all mankind".</w:t>
      </w:r>
    </w:p>
    <w:p>
      <w:pPr>
        <w:jc w:val="right"/>
      </w:pPr>
      <w:r>
        <w:t>ا بغیر نفس فساد فکانما قتل الناس جمیع" یعنی "ون ہو کلز اینڈ انوسنٹ پرسن ہیز کل ال مین کائنڈ"۔</w:t>
      </w:r>
    </w:p>
    <w:p>
      <w:r>
        <w:rPr>
          <w:b/>
        </w:rPr>
        <w:t xml:space="preserve">[07:33] </w:t>
      </w:r>
      <w:r>
        <w:t>itna bara Allah taala ke nazdeek.</w:t>
      </w:r>
    </w:p>
    <w:p>
      <w:pPr>
        <w:jc w:val="right"/>
      </w:pPr>
      <w:r>
        <w:t>اتنا بڑا اللہ تعالیٰ کے نزدیک۔</w:t>
      </w:r>
    </w:p>
    <w:p>
      <w:r>
        <w:rPr>
          <w:b/>
        </w:rPr>
        <w:t xml:space="preserve">[07:40] </w:t>
      </w:r>
      <w:r>
        <w:t>hai masla qatl ka nahi hai, masla confrontation ka hai kyun ke beginning hoti hai takrao se, phir</w:t>
      </w:r>
    </w:p>
    <w:p>
      <w:pPr>
        <w:jc w:val="right"/>
      </w:pPr>
      <w:r>
        <w:t>ہے مسئلہ قتل کا نہیں ہے، مسئلہ کنفرنٹیشن کا ہے کیوں کہ بگننگ ہوتی ہے ٹکراؤ سے، پھر</w:t>
      </w:r>
    </w:p>
    <w:p>
      <w:r>
        <w:rPr>
          <w:b/>
        </w:rPr>
        <w:t xml:space="preserve">[07:47] </w:t>
      </w:r>
      <w:r>
        <w:t>pohanchti hai qatl tak.</w:t>
      </w:r>
    </w:p>
    <w:p>
      <w:pPr>
        <w:jc w:val="right"/>
      </w:pPr>
      <w:r>
        <w:t>پہنچتی ہے قتل تک۔</w:t>
      </w:r>
    </w:p>
    <w:p>
      <w:r>
        <w:rPr>
          <w:b/>
        </w:rPr>
        <w:t xml:space="preserve">[07:53] </w:t>
      </w:r>
      <w:r>
        <w:t>is aayat mein sirf qatl ka masla nahi bayan hua hai,</w:t>
      </w:r>
    </w:p>
    <w:p>
      <w:pPr>
        <w:jc w:val="right"/>
      </w:pPr>
      <w:r>
        <w:t>اس آیت میں صرف قتل کا مسئلہ نہیں بیان ہوا ہے،</w:t>
      </w:r>
    </w:p>
    <w:p>
      <w:r>
        <w:rPr>
          <w:b/>
        </w:rPr>
        <w:t xml:space="preserve">[08:00] </w:t>
      </w:r>
      <w:r>
        <w:t>yeh matlab samjhein ke is mein qatl hai, pre qatl ek situation hoti hai, ek hai qatl, ek</w:t>
      </w:r>
    </w:p>
    <w:p>
      <w:pPr>
        <w:jc w:val="right"/>
      </w:pPr>
      <w:r>
        <w:t>یہ مطلب سمجھیں کہ اس میں قتل ہے، پری قتل ایک سچویشن ہوتی ہے، ایک ہے قتل، ایک</w:t>
      </w:r>
    </w:p>
    <w:p>
      <w:r>
        <w:rPr>
          <w:b/>
        </w:rPr>
        <w:t xml:space="preserve">[08:05] </w:t>
      </w:r>
      <w:r>
        <w:t>hai pre qatl, ek hai killing, ek hai pre killing.</w:t>
      </w:r>
    </w:p>
    <w:p>
      <w:pPr>
        <w:jc w:val="right"/>
      </w:pPr>
      <w:r>
        <w:t>ہے پری قتل، ایک ہے کلنگ، ایک ہے پری کلنگ۔</w:t>
      </w:r>
    </w:p>
    <w:p>
      <w:r>
        <w:rPr>
          <w:b/>
        </w:rPr>
        <w:t xml:space="preserve">[08:10] </w:t>
      </w:r>
      <w:r>
        <w:t>to pre killing kya hai? confrontation.</w:t>
      </w:r>
    </w:p>
    <w:p>
      <w:pPr>
        <w:jc w:val="right"/>
      </w:pPr>
      <w:r>
        <w:t>تو پری کلنگ کیا ہے؟ کنفرنٹیشن۔</w:t>
      </w:r>
    </w:p>
    <w:p>
      <w:r>
        <w:rPr>
          <w:b/>
        </w:rPr>
        <w:t xml:space="preserve">[08:15] </w:t>
      </w:r>
      <w:r>
        <w:t>confrontation aap nahi karenge to qatl tak baat pohanchegi nahi, jab takrao karenge tabhi to</w:t>
      </w:r>
    </w:p>
    <w:p>
      <w:pPr>
        <w:jc w:val="right"/>
      </w:pPr>
      <w:r>
        <w:t>کنفرنٹیشن آپ نہیں کریں گے تو قتل تک بات پہنچے گی نہیں، جب ٹکراؤ کریں گے تبھی تو</w:t>
      </w:r>
    </w:p>
    <w:p>
      <w:r>
        <w:rPr>
          <w:b/>
        </w:rPr>
        <w:t xml:space="preserve">[08:20] </w:t>
      </w:r>
      <w:r>
        <w:t>qatl tak baat pohchegi.</w:t>
      </w:r>
    </w:p>
    <w:p>
      <w:pPr>
        <w:jc w:val="right"/>
      </w:pPr>
      <w:r>
        <w:t>قتل تک بات پہنچے گی۔</w:t>
      </w:r>
    </w:p>
    <w:p>
      <w:r>
        <w:rPr>
          <w:b/>
        </w:rPr>
        <w:t xml:space="preserve">[08:25] </w:t>
      </w:r>
      <w:r>
        <w:t>to aap ko killing se bhi bachna hai, pre kil</w:t>
      </w:r>
    </w:p>
    <w:p>
      <w:pPr>
        <w:jc w:val="right"/>
      </w:pPr>
      <w:r>
        <w:t>تو آپ کو کلنگ سے بھی بچنا ہے، پری کل</w:t>
      </w:r>
    </w:p>
    <w:p>
      <w:r>
        <w:rPr>
          <w:b/>
        </w:rPr>
        <w:t xml:space="preserve">[08:30] </w:t>
      </w:r>
      <w:r>
        <w:t>ling se bhi bachna hai, tab aap ko yeh credit milega.</w:t>
      </w:r>
    </w:p>
    <w:p>
      <w:pPr>
        <w:jc w:val="right"/>
      </w:pPr>
      <w:r>
        <w:t>نگ سے بھی بچنا ہے، تب آپ کو یہ کریڈٹ ملے گا۔</w:t>
      </w:r>
    </w:p>
    <w:p>
      <w:r>
        <w:rPr>
          <w:b/>
        </w:rPr>
        <w:t xml:space="preserve">[08:38] </w:t>
      </w:r>
      <w:r>
        <w:t>to yeh example set hua ek dum shuru mein, bilkul shuru mein.</w:t>
      </w:r>
    </w:p>
    <w:p>
      <w:pPr>
        <w:jc w:val="right"/>
      </w:pPr>
      <w:r>
        <w:t>تو یہ ایگزامپل سیٹ ہوا ایک دم شروع میں، بالکل شروع میں۔</w:t>
      </w:r>
    </w:p>
    <w:p>
      <w:r>
        <w:rPr>
          <w:b/>
        </w:rPr>
        <w:t xml:space="preserve">[08:47] </w:t>
      </w:r>
      <w:r>
        <w:t>bohat sochne ki baat hai, ajeeb baat hai ke poori tareekh mein muslim non muslim dono isi mein</w:t>
      </w:r>
    </w:p>
    <w:p>
      <w:pPr>
        <w:jc w:val="right"/>
      </w:pPr>
      <w:r>
        <w:t>بہت سوچنے کی بات ہے، عجیب بات ہے کہ پوری تاریخ میں مسلم نان مسلم دونوں اسی میں</w:t>
      </w:r>
    </w:p>
    <w:p>
      <w:r>
        <w:rPr>
          <w:b/>
        </w:rPr>
        <w:t xml:space="preserve">[08:55] </w:t>
      </w:r>
      <w:r>
        <w:t>pad gaye, ladai jhagda, ladai jhagda, ladai jhagda.</w:t>
      </w:r>
    </w:p>
    <w:p>
      <w:pPr>
        <w:jc w:val="right"/>
      </w:pPr>
      <w:r>
        <w:t>پڑ گئے، لڑائی جھگڑا، لڑائی جھگڑا، لڑائی جھگڑا۔</w:t>
      </w:r>
    </w:p>
    <w:p>
      <w:r>
        <w:rPr>
          <w:b/>
        </w:rPr>
        <w:t xml:space="preserve">[09:03] </w:t>
      </w:r>
      <w:r>
        <w:t>ek philosopher ne kaha hai ke insani history ek ek ek is ka yani violence ke register se kuch hi kam hai, yani poori history jo hai violence ka register hai, lad rahe hain, lad rahe hain, lad rahe hain, aaj tak lade chale ja rahe hain. to dekhen, ek hai killing, ek hai pre-killing. aap ko pre</w:t>
      </w:r>
    </w:p>
    <w:p>
      <w:pPr>
        <w:jc w:val="right"/>
      </w:pPr>
      <w:r>
        <w:t>ایک فلاسفر نے کہا ہے کہ انسانی ہسٹری ایک ایک ایک اس کا یعنی وائلنس کے رجسٹر سے کچھ ہی کم ہے، یعنی پوری ہسٹری جو ہے وائلنس کا رجسٹر ہے، لڑ رہے ہیں، لڑ رہے ہیں، لڑ رہے ہیں، آج تک لڑے چلے جا رہے ہیں۔ تو دیکھیں، ایک ہے کلنگ، ایک ہے پری کلنگ۔ آپ کو پری</w:t>
      </w:r>
    </w:p>
    <w:p>
      <w:r>
        <w:rPr>
          <w:b/>
        </w:rPr>
        <w:t xml:space="preserve">[09:33] </w:t>
      </w:r>
      <w:r>
        <w:t>killing se bachna hoga, tab aap killing se bach paayenge, nahi to nahi bach paayenge.</w:t>
      </w:r>
    </w:p>
    <w:p>
      <w:pPr>
        <w:jc w:val="right"/>
      </w:pPr>
      <w:r>
        <w:t>کلنگ سے بچنا ہوگا، تب آپ کلنگ سے بچ پائیں گے، نہیں تو نہیں بچ پائیں گے۔</w:t>
      </w:r>
    </w:p>
    <w:p>
      <w:r>
        <w:rPr>
          <w:b/>
        </w:rPr>
        <w:t xml:space="preserve">[09:39] </w:t>
      </w:r>
      <w:r>
        <w:t>yaani provocation ko avoid kijiye, nuksan ko bardasht kijiye, shikayaton ko apne dil mein chupa lijiye, hate ko</w:t>
      </w:r>
    </w:p>
    <w:p>
      <w:pPr>
        <w:jc w:val="right"/>
      </w:pPr>
      <w:r>
        <w:t>یعنی پرووکیشن کو اوائڈ کیجئے، نقصان کو برداشت کیجئے، شکایتوں کو اپنے دل میں چھپا لیجئے، ہیٹ کو</w:t>
      </w:r>
    </w:p>
    <w:p>
      <w:r>
        <w:rPr>
          <w:b/>
        </w:rPr>
        <w:t xml:space="preserve">[09:46] </w:t>
      </w:r>
      <w:r>
        <w:t>kill kar dijiye apne andar.</w:t>
      </w:r>
    </w:p>
    <w:p>
      <w:pPr>
        <w:jc w:val="right"/>
      </w:pPr>
      <w:r>
        <w:t>کل کر دیجئے اپنے اندر۔</w:t>
      </w:r>
    </w:p>
    <w:p>
      <w:r>
        <w:rPr>
          <w:b/>
        </w:rPr>
        <w:t xml:space="preserve">[09:53] </w:t>
      </w:r>
      <w:r>
        <w:t>yeh hai pre killing wali baat.</w:t>
      </w:r>
    </w:p>
    <w:p>
      <w:pPr>
        <w:jc w:val="right"/>
      </w:pPr>
      <w:r>
        <w:t>یہ ہے پری کلنگ والی بات۔</w:t>
      </w:r>
    </w:p>
    <w:p>
      <w:r>
        <w:rPr>
          <w:b/>
        </w:rPr>
        <w:t xml:space="preserve">[09:59] </w:t>
      </w:r>
      <w:r>
        <w:t>to log pre killing se bachte nahi to baat killing tak pahunch jaati hai.</w:t>
      </w:r>
    </w:p>
    <w:p>
      <w:pPr>
        <w:jc w:val="right"/>
      </w:pPr>
      <w:r>
        <w:t>تو لوگ پری کلنگ سے بچتے نہیں تو بات کلنگ تک پہنچ جاتی ہے۔</w:t>
      </w:r>
    </w:p>
    <w:p>
      <w:r>
        <w:rPr>
          <w:b/>
        </w:rPr>
        <w:t xml:space="preserve">[10:06] </w:t>
      </w:r>
      <w:r>
        <w:t>to jis tarah se killing haram hai, is tarah se yeh bhi haram hai ke nafrat, bhadak uthna,</w:t>
      </w:r>
    </w:p>
    <w:p>
      <w:pPr>
        <w:jc w:val="right"/>
      </w:pPr>
      <w:r>
        <w:t>تو جس طرح سے کلنگ حرام ہے، اس طرح سے یہ بھی حرام ہے کہ نفرت، بھڑک اٹھنا،</w:t>
      </w:r>
    </w:p>
    <w:p>
      <w:r>
        <w:rPr>
          <w:b/>
        </w:rPr>
        <w:t xml:space="preserve">[10:13] </w:t>
      </w:r>
      <w:r>
        <w:t>inteqaam, shikayat ki baatein phailana, unhon ne hamare zulm kiya, unhon ne hamare upar zulm kiya, yeh sab</w:t>
      </w:r>
    </w:p>
    <w:p>
      <w:pPr>
        <w:jc w:val="right"/>
      </w:pPr>
      <w:r>
        <w:t>انتقام، شکایت کی باتیں پھیلانا، انہوں نے ہمارے ظلم کیا، انہوں نے ہمارے اوپر ظلم کیا، یہ سب</w:t>
      </w:r>
    </w:p>
    <w:p>
      <w:r>
        <w:rPr>
          <w:b/>
        </w:rPr>
        <w:t xml:space="preserve">[10:21] </w:t>
      </w:r>
      <w:r>
        <w:t>baatein phailana, yeh pre killing hai, woh bhi haram, woh bhi haram.</w:t>
      </w:r>
    </w:p>
    <w:p>
      <w:pPr>
        <w:jc w:val="right"/>
      </w:pPr>
      <w:r>
        <w:t>باتیں پھیلانا، یہ پری کلنگ ہے، وہ بھی حرام، وہ بھی حرام۔</w:t>
      </w:r>
    </w:p>
    <w:p>
      <w:r>
        <w:rPr>
          <w:b/>
        </w:rPr>
        <w:t xml:space="preserve">[10:29] </w:t>
      </w:r>
      <w:r>
        <w:t>ab is ke baad dekhiye,</w:t>
      </w:r>
    </w:p>
    <w:p>
      <w:pPr>
        <w:jc w:val="right"/>
      </w:pPr>
      <w:r>
        <w:t>اب اس کے بعد دیکھیے،</w:t>
      </w:r>
    </w:p>
    <w:p>
      <w:r>
        <w:rPr>
          <w:b/>
        </w:rPr>
        <w:t xml:space="preserve">[10:37] </w:t>
      </w:r>
      <w:r>
        <w:t>history shuru hui Hazrat Adam se, phir paighambar aate rahe barabar.</w:t>
      </w:r>
    </w:p>
    <w:p>
      <w:pPr>
        <w:jc w:val="right"/>
      </w:pPr>
      <w:r>
        <w:t>ہسٹری شروع ہوئی حضرت آدم سے، پھر پیغمبر آتے رہے برابر۔</w:t>
      </w:r>
    </w:p>
    <w:p>
      <w:r>
        <w:rPr>
          <w:b/>
        </w:rPr>
        <w:t xml:space="preserve">[10:45] </w:t>
      </w:r>
      <w:r>
        <w:t>to paighambar history mein record nahi hue, paighambaron ka jo mention hai, woh sirf ya to bible mein</w:t>
      </w:r>
    </w:p>
    <w:p>
      <w:pPr>
        <w:jc w:val="right"/>
      </w:pPr>
      <w:r>
        <w:t>تو پیغمبر ہسٹری میں ریکارڈ نہیں ہوئے، پیغمبروں کا جو مینشن ہے، وہ صرف یا تو بائبل میں</w:t>
      </w:r>
    </w:p>
    <w:p>
      <w:r>
        <w:rPr>
          <w:b/>
        </w:rPr>
        <w:t xml:space="preserve">[10:53] </w:t>
      </w:r>
      <w:r>
        <w:t>hai ya quran mein hai.</w:t>
      </w:r>
    </w:p>
    <w:p>
      <w:pPr>
        <w:jc w:val="right"/>
      </w:pPr>
      <w:r>
        <w:t>ہے یا قرآن میں ہے۔</w:t>
      </w:r>
    </w:p>
    <w:p>
      <w:r>
        <w:rPr>
          <w:b/>
        </w:rPr>
        <w:t xml:space="preserve">[11:02] </w:t>
      </w:r>
      <w:r>
        <w:t>bas jo hamari recorded history hai, recorded history, is mein kuch bayan hi nahi hai.</w:t>
      </w:r>
    </w:p>
    <w:p>
      <w:pPr>
        <w:jc w:val="right"/>
      </w:pPr>
      <w:r>
        <w:t>بس جو ہماری ریکارڈڈ ہسٹری ہے، ریکارڈڈ ہسٹری، اس میں کچھ بیان ہی نہیں ہے۔</w:t>
      </w:r>
    </w:p>
    <w:p>
      <w:r>
        <w:rPr>
          <w:b/>
        </w:rPr>
        <w:t xml:space="preserve">[11:10] </w:t>
      </w:r>
      <w:r>
        <w:t>yeh aik bohat bara, bohat bari tragedy hui hai poori insani history mein ke woh jo aik scheme</w:t>
      </w:r>
    </w:p>
    <w:p>
      <w:pPr>
        <w:jc w:val="right"/>
      </w:pPr>
      <w:r>
        <w:t>یہ ایک بہت بڑا، بہت بڑی ٹریجڈی ہوئی ہے پوری انسانی ہسٹری میں کہ وہ جو ایک اسکیم</w:t>
      </w:r>
    </w:p>
    <w:p>
      <w:r>
        <w:rPr>
          <w:b/>
        </w:rPr>
        <w:t xml:space="preserve">[11:18] </w:t>
      </w:r>
      <w:r>
        <w:t>tha jo peghambaron ke zariye Allah taala ne chalaya, woh history historian ne record hi nahi kiya.</w:t>
      </w:r>
    </w:p>
    <w:p>
      <w:pPr>
        <w:jc w:val="right"/>
      </w:pPr>
      <w:r>
        <w:t>تھا جو پیغمبروں کے ذریعے اللہ تعالیٰ نے چلایا، وہ ہسٹری ہسٹورین نے ریکارڈ ہی نہیں کیا۔</w:t>
      </w:r>
    </w:p>
    <w:p>
      <w:r>
        <w:rPr>
          <w:b/>
        </w:rPr>
        <w:t xml:space="preserve">[11:25] </w:t>
      </w:r>
      <w:r>
        <w:t>Bible mazhabi kitab hai, Quran mazhabi kitab hai, bas isi mein is ka mention milta hai.</w:t>
      </w:r>
    </w:p>
    <w:p>
      <w:pPr>
        <w:jc w:val="right"/>
      </w:pPr>
      <w:r>
        <w:t>بائبل مذہبی کتاب ہے، قرآن مذہبی کتاب ہے، بس اسی میں اس کا مینشن ملتا ہے۔</w:t>
      </w:r>
    </w:p>
    <w:p>
      <w:r>
        <w:rPr>
          <w:b/>
        </w:rPr>
        <w:t xml:space="preserve">[11:33] </w:t>
      </w:r>
      <w:r>
        <w:t>is liye insan ne sabak bhi nahi liya, sabak bhi nahi liya</w:t>
      </w:r>
    </w:p>
    <w:p>
      <w:pPr>
        <w:jc w:val="right"/>
      </w:pPr>
      <w:r>
        <w:t>اس لیے انسان نے سبق بھی نہیں لیا، سبق بھی نہیں لیا</w:t>
      </w:r>
    </w:p>
    <w:p>
      <w:r>
        <w:rPr>
          <w:b/>
        </w:rPr>
        <w:t xml:space="preserve">[11:40] </w:t>
      </w:r>
      <w:r>
        <w:t>.</w:t>
      </w:r>
    </w:p>
    <w:p>
      <w:pPr>
        <w:jc w:val="right"/>
      </w:pPr>
      <w:r>
        <w:t>۔</w:t>
      </w:r>
    </w:p>
    <w:p>
      <w:r>
        <w:rPr>
          <w:b/>
        </w:rPr>
        <w:t xml:space="preserve">[11:46] </w:t>
      </w:r>
      <w:r>
        <w:t>ab mein aap ko misaal deta hoon Hazrat Ibrahim ki.</w:t>
      </w:r>
    </w:p>
    <w:p>
      <w:pPr>
        <w:jc w:val="right"/>
      </w:pPr>
      <w:r>
        <w:t>اب میں آپ کو مثال دیتا ہوں حضرت ابراہیم کی۔</w:t>
      </w:r>
    </w:p>
    <w:p>
      <w:r>
        <w:rPr>
          <w:b/>
        </w:rPr>
        <w:t xml:space="preserve">[11:52] </w:t>
      </w:r>
      <w:r>
        <w:t>Hazrat Ibrahim jo thay, ab se chaar hazar saal pehle Iraq mein paida hue.</w:t>
      </w:r>
    </w:p>
    <w:p>
      <w:pPr>
        <w:jc w:val="right"/>
      </w:pPr>
      <w:r>
        <w:t>حضرت ابراہیم جو تھے، اب سے چار ہزار سال پہلے عراق میں پیدا ہوئے۔</w:t>
      </w:r>
    </w:p>
    <w:p>
      <w:r>
        <w:rPr>
          <w:b/>
        </w:rPr>
        <w:t xml:space="preserve">[11:58] </w:t>
      </w:r>
      <w:r>
        <w:t>Iraq ki rajdhani us waqt tha Ur, U R Ur.</w:t>
      </w:r>
    </w:p>
    <w:p>
      <w:pPr>
        <w:jc w:val="right"/>
      </w:pPr>
      <w:r>
        <w:t>عراق کی راجدھانی اس وقت تھا عر، یو آر عر۔</w:t>
      </w:r>
    </w:p>
    <w:p>
      <w:r>
        <w:rPr>
          <w:b/>
        </w:rPr>
        <w:t xml:space="preserve">[12:04] </w:t>
      </w:r>
      <w:r>
        <w:t>ab woh poora shehar zameen ke neeche daba hua hai, khodai kar ke nikala gaya hai. is</w:t>
      </w:r>
    </w:p>
    <w:p>
      <w:pPr>
        <w:jc w:val="right"/>
      </w:pPr>
      <w:r>
        <w:t>اب وہ پورا شہر زمین کے نیچے دبا ہوا ہے، کھدائی کر کے نکالا گیا ہے۔ اس</w:t>
      </w:r>
    </w:p>
    <w:p>
      <w:r>
        <w:rPr>
          <w:b/>
        </w:rPr>
        <w:t xml:space="preserve">[12:10] </w:t>
      </w:r>
      <w:r>
        <w:t>zamane mein wahan par aik badshah tha, uska naam tha Nimrod, N M I M, N I</w:t>
      </w:r>
    </w:p>
    <w:p>
      <w:pPr>
        <w:jc w:val="right"/>
      </w:pPr>
      <w:r>
        <w:t>زمانے میں وہاں پر ایک بادشاہ تھا، اس کا نام تھا نمرود، این ایم ائی ایم، این ائی</w:t>
      </w:r>
    </w:p>
    <w:p>
      <w:r>
        <w:rPr>
          <w:b/>
        </w:rPr>
        <w:t xml:space="preserve">[12:16] </w:t>
      </w:r>
      <w:r>
        <w:t>M R U D, Nimrod.</w:t>
      </w:r>
    </w:p>
    <w:p>
      <w:pPr>
        <w:jc w:val="right"/>
      </w:pPr>
      <w:r>
        <w:t>ایم ار یو ڈی، نمرود۔</w:t>
      </w:r>
    </w:p>
    <w:p>
      <w:r>
        <w:rPr>
          <w:b/>
        </w:rPr>
        <w:t xml:space="preserve">[12:22] </w:t>
      </w:r>
      <w:r>
        <w:t>to Hazrat Ibrahim ka is se, is ke samne aap ne pesh ki dawat apne baap ke samne,</w:t>
      </w:r>
    </w:p>
    <w:p>
      <w:pPr>
        <w:jc w:val="right"/>
      </w:pPr>
      <w:r>
        <w:t>تو حضرت ابراہیم کا اس سے، اس کے سامنے آپ نے پیش کی دعوت اپنے باپ کے سامنے،</w:t>
      </w:r>
    </w:p>
    <w:p>
      <w:r>
        <w:rPr>
          <w:b/>
        </w:rPr>
        <w:t xml:space="preserve">[12:28] </w:t>
      </w:r>
      <w:r>
        <w:t>is ke samne.</w:t>
      </w:r>
    </w:p>
    <w:p>
      <w:pPr>
        <w:jc w:val="right"/>
      </w:pPr>
      <w:r>
        <w:t>اس کے سامنے۔</w:t>
      </w:r>
    </w:p>
    <w:p>
      <w:r>
        <w:rPr>
          <w:b/>
        </w:rPr>
        <w:t xml:space="preserve">[12:34] </w:t>
      </w:r>
      <w:r>
        <w:t>to woh log jo thay, nahi mana unhon ne. is</w:t>
      </w:r>
    </w:p>
    <w:p>
      <w:pPr>
        <w:jc w:val="right"/>
      </w:pPr>
      <w:r>
        <w:t>تو وہ لوگ جو تھے، نہیں مانا انہوں نے۔ اس</w:t>
      </w:r>
    </w:p>
    <w:p>
      <w:r>
        <w:rPr>
          <w:b/>
        </w:rPr>
        <w:t xml:space="preserve">[12:40] </w:t>
      </w:r>
      <w:r>
        <w:t>zamane mein shirk culture chal chuka tha.</w:t>
      </w:r>
    </w:p>
    <w:p>
      <w:pPr>
        <w:jc w:val="right"/>
      </w:pPr>
      <w:r>
        <w:t>زمانے میں شرک کلچر چل چکا تھا۔</w:t>
      </w:r>
    </w:p>
    <w:p>
      <w:r>
        <w:rPr>
          <w:b/>
        </w:rPr>
        <w:t xml:space="preserve">[12:46] </w:t>
      </w:r>
      <w:r>
        <w:t>ajeeb baat hai ke bohat jald dunya mein shirk ka culture aa gaya.</w:t>
      </w:r>
    </w:p>
    <w:p>
      <w:pPr>
        <w:jc w:val="right"/>
      </w:pPr>
      <w:r>
        <w:t>عجیب بات ہے کہ بہت جلد دنیا میں شرک کا کلچر آ گیا۔</w:t>
      </w:r>
    </w:p>
    <w:p>
      <w:r>
        <w:rPr>
          <w:b/>
        </w:rPr>
        <w:t xml:space="preserve">[12:51] </w:t>
      </w:r>
      <w:r>
        <w:t>shirk kis ko kehte hain? shirk ka matlab nature worship, suraj ko poojna, chand ko poojna, samundaron ko</w:t>
      </w:r>
    </w:p>
    <w:p>
      <w:pPr>
        <w:jc w:val="right"/>
      </w:pPr>
      <w:r>
        <w:t>شرک کس کو کہتے ہیں؟ شرک کا مطلب نیچر ورشپ، سورج کو پوجنا، چاند کو پوجنا، سمندروں کو</w:t>
      </w:r>
    </w:p>
    <w:p>
      <w:r>
        <w:rPr>
          <w:b/>
        </w:rPr>
        <w:t xml:space="preserve">[12:57] </w:t>
      </w:r>
      <w:r>
        <w:t>poojna, paharon ko poojna, ya nature worship.</w:t>
      </w:r>
    </w:p>
    <w:p>
      <w:pPr>
        <w:jc w:val="right"/>
      </w:pPr>
      <w:r>
        <w:t>پوجنا، پہاڑوں کو پوجنا، یا نیچر ورشپ۔</w:t>
      </w:r>
    </w:p>
    <w:p>
      <w:r>
        <w:rPr>
          <w:b/>
        </w:rPr>
        <w:t xml:space="preserve">[13:02] </w:t>
      </w:r>
      <w:r>
        <w:t>to jo jo dikhai par rahi thi aadmi ko, usi ko laga poojne.</w:t>
      </w:r>
    </w:p>
    <w:p>
      <w:pPr>
        <w:jc w:val="right"/>
      </w:pPr>
      <w:r>
        <w:t>تو جو جو دکھائی پڑ رہی تھی آدمی کو، اسی کو لگا پوجنے۔</w:t>
      </w:r>
    </w:p>
    <w:p>
      <w:r>
        <w:rPr>
          <w:b/>
        </w:rPr>
        <w:t xml:space="preserve">[13:07] </w:t>
      </w:r>
      <w:r>
        <w:t>is ke peechay jo tha creator, woh us ki samajh mein nahi aaya.</w:t>
      </w:r>
    </w:p>
    <w:p>
      <w:pPr>
        <w:jc w:val="right"/>
      </w:pPr>
      <w:r>
        <w:t>اس کے پیچھے جو تھا کریٹر، وہ اس کی سمجھ میں نہیں آیا۔</w:t>
      </w:r>
    </w:p>
    <w:p>
      <w:r>
        <w:rPr>
          <w:b/>
        </w:rPr>
        <w:t xml:space="preserve">[13:13] </w:t>
      </w:r>
      <w:r>
        <w:t>to is zamane mein poora jo culture tha, poori jo society thi, woh shirk par qaim ho chuki thi. woh log suraj, chand, sitaron ko poojte the. to dekhiye, woh log jo hain, aap ke khilaf ho gaye, aap ki baat nahi maani. to aap ne kya kiya? yahan tak ke unhon ne aap ko aag mein bhi daal diya. to us waqt aap</w:t>
      </w:r>
    </w:p>
    <w:p>
      <w:pPr>
        <w:jc w:val="right"/>
      </w:pPr>
      <w:r>
        <w:t>تو اس زمانے میں پورا جو کلچر تھا، پوری جو سوسائٹی تھی، وہ شرک پر قائم ہو چکی تھی۔ وہ لوگ سورج، چاند، ستاروں کو پوجتے تھے۔ تو دیکھیے، وہ لوگ جو ہیں، آپ کے خلاف ہو گئے، آپ کی بات نہیں مانی۔ تو آپ نے کیا کیا؟ یہاں تک کہ انہوں نے آپ کو آگ میں بھی ڈال دیا۔ تو اس وقت آپ</w:t>
      </w:r>
    </w:p>
    <w:p>
      <w:r>
        <w:rPr>
          <w:b/>
        </w:rPr>
        <w:t xml:space="preserve">[13:43] </w:t>
      </w:r>
      <w:r>
        <w:t>ne kiya kiya? yani aik kam se kam ehtiyat aap kar sakte thay ke bad dua karte hain</w:t>
      </w:r>
    </w:p>
    <w:p>
      <w:pPr>
        <w:jc w:val="right"/>
      </w:pPr>
      <w:r>
        <w:t>نے کیا کیا؟ یعنی ایک کم سے کم احتیاط آپ کر سکتے تھے کہ بد دعا کرتے ہیں</w:t>
      </w:r>
    </w:p>
    <w:p>
      <w:r>
        <w:rPr>
          <w:b/>
        </w:rPr>
        <w:t xml:space="preserve">[13:48] </w:t>
      </w:r>
      <w:r>
        <w:t>un logon ke khilaf ke Khuda un logon ko gharaat kar de, un ko tabah kar de.</w:t>
      </w:r>
    </w:p>
    <w:p>
      <w:pPr>
        <w:jc w:val="right"/>
      </w:pPr>
      <w:r>
        <w:t>ان لوگوں کے خلاف کہ خدا ان لوگوں کو غارت کر دے، ان کو تباہ کر دے۔</w:t>
      </w:r>
    </w:p>
    <w:p>
      <w:r>
        <w:rPr>
          <w:b/>
        </w:rPr>
        <w:t xml:space="preserve">[13:53] </w:t>
      </w:r>
      <w:r>
        <w:t>yeh bhi that is also a way of confrontation.</w:t>
      </w:r>
    </w:p>
    <w:p>
      <w:pPr>
        <w:jc w:val="right"/>
      </w:pPr>
      <w:r>
        <w:t>یہ بھی دیٹ از السو اے وے اف کنفرنٹیشن۔</w:t>
      </w:r>
    </w:p>
    <w:p>
      <w:r>
        <w:rPr>
          <w:b/>
        </w:rPr>
        <w:t xml:space="preserve">[13:58] </w:t>
      </w:r>
      <w:r>
        <w:t>agar aap bad dua karein to woh bhi aik takrao ki aik shakal hai ke aap khud to</w:t>
      </w:r>
    </w:p>
    <w:p>
      <w:pPr>
        <w:jc w:val="right"/>
      </w:pPr>
      <w:r>
        <w:t>اگر آپ بد دعا کریں تو وہ بھی ایک ٹکراؤ کی ایک شکل ہے کہ آپ خود تو</w:t>
      </w:r>
    </w:p>
    <w:p>
      <w:r>
        <w:rPr>
          <w:b/>
        </w:rPr>
        <w:t xml:space="preserve">[14:04] </w:t>
      </w:r>
      <w:r>
        <w:t>kar nahi sakte.</w:t>
      </w:r>
    </w:p>
    <w:p>
      <w:pPr>
        <w:jc w:val="right"/>
      </w:pPr>
      <w:r>
        <w:t>کر نہیں سکتے۔</w:t>
      </w:r>
    </w:p>
    <w:p>
      <w:r>
        <w:rPr>
          <w:b/>
        </w:rPr>
        <w:t xml:space="preserve">[14:09] </w:t>
      </w:r>
      <w:r>
        <w:t>Allah se keh rahe hain ke farishton ko bhej, un ko un ko destroy kar de.</w:t>
      </w:r>
    </w:p>
    <w:p>
      <w:pPr>
        <w:jc w:val="right"/>
      </w:pPr>
      <w:r>
        <w:t>اللہ سے کہہ رہے ہیں کہ فرشتوں کو بھیج، ان کو ان کو ڈسٹروئے کر دے۔</w:t>
      </w:r>
    </w:p>
    <w:p>
      <w:r>
        <w:rPr>
          <w:b/>
        </w:rPr>
        <w:t xml:space="preserve">[14:14] </w:t>
      </w:r>
      <w:r>
        <w:t>So bad dua az alsu aye way of confrontation.</w:t>
      </w:r>
    </w:p>
    <w:p>
      <w:pPr>
        <w:jc w:val="right"/>
      </w:pPr>
      <w:r>
        <w:t>سو بد دعا از السو اے وے اف کنفرنٹیشن۔</w:t>
      </w:r>
    </w:p>
    <w:p>
      <w:r>
        <w:rPr>
          <w:b/>
        </w:rPr>
        <w:t xml:space="preserve">[14:19] </w:t>
      </w:r>
      <w:r>
        <w:t>Hazrat Ibrahim ne aisa nahi kiya.</w:t>
      </w:r>
    </w:p>
    <w:p>
      <w:pPr>
        <w:jc w:val="right"/>
      </w:pPr>
      <w:r>
        <w:t>حضرت ابراہیم نے ایسا نہیں کیا۔</w:t>
      </w:r>
    </w:p>
    <w:p>
      <w:r>
        <w:rPr>
          <w:b/>
        </w:rPr>
        <w:t xml:space="preserve">[14:23] </w:t>
      </w:r>
      <w:r>
        <w:t>Kaisi anokhi baat hai yeh!</w:t>
      </w:r>
    </w:p>
    <w:p>
      <w:pPr>
        <w:jc w:val="right"/>
      </w:pPr>
      <w:r>
        <w:t>کیسی انوکھی بات ہے یہ!</w:t>
      </w:r>
    </w:p>
    <w:p>
      <w:r>
        <w:rPr>
          <w:b/>
        </w:rPr>
        <w:t xml:space="preserve">[14:28] </w:t>
      </w:r>
      <w:r>
        <w:t>Yeh nahi ke Hazrat Ibrahim ne khamoshi se nikal gaye ar se, phir wahan se Falasteen gaye, Sham</w:t>
      </w:r>
    </w:p>
    <w:p>
      <w:pPr>
        <w:jc w:val="right"/>
      </w:pPr>
      <w:r>
        <w:t>یہ نہیں کہ حضرت ابراہیم نے خاموشی سے نکل گئے عر سے، پھر وہاں سے فلسطین گئے، شام</w:t>
      </w:r>
    </w:p>
    <w:p>
      <w:r>
        <w:rPr>
          <w:b/>
        </w:rPr>
        <w:t xml:space="preserve">[14:32] </w:t>
      </w:r>
      <w:r>
        <w:t>gaye, Misr gaye.</w:t>
      </w:r>
    </w:p>
    <w:p>
      <w:pPr>
        <w:jc w:val="right"/>
      </w:pPr>
      <w:r>
        <w:t>گئے، مصر گئے۔</w:t>
      </w:r>
    </w:p>
    <w:p>
      <w:r>
        <w:rPr>
          <w:b/>
        </w:rPr>
        <w:t xml:space="preserve">[14:37] </w:t>
      </w:r>
      <w:r>
        <w:t>Aakhir mein unhon ne Makkah ke maqam par aa kar ke apni biwi ko, Hajra aur Ismail, chhote</w:t>
      </w:r>
    </w:p>
    <w:p>
      <w:pPr>
        <w:jc w:val="right"/>
      </w:pPr>
      <w:r>
        <w:t>آخر میں انہوں نے مکہ کے مقام پر آ کر کے اپنی بیوی کو، ہاجرہ اور اسماعیل، چھوٹے</w:t>
      </w:r>
    </w:p>
    <w:p>
      <w:r>
        <w:rPr>
          <w:b/>
        </w:rPr>
        <w:t xml:space="preserve">[14:41] </w:t>
      </w:r>
      <w:r>
        <w:t>bachon ko basaya,</w:t>
      </w:r>
    </w:p>
    <w:p>
      <w:pPr>
        <w:jc w:val="right"/>
      </w:pPr>
      <w:r>
        <w:t>بچوں کو بسایا،</w:t>
      </w:r>
    </w:p>
    <w:p>
      <w:r>
        <w:rPr>
          <w:b/>
        </w:rPr>
        <w:t xml:space="preserve">[14:46] </w:t>
      </w:r>
      <w:r>
        <w:t>jo ke wahan par desert tha.</w:t>
      </w:r>
    </w:p>
    <w:p>
      <w:pPr>
        <w:jc w:val="right"/>
      </w:pPr>
      <w:r>
        <w:t>جو کہ وہاں پر ڈیزرٹ تھا۔</w:t>
      </w:r>
    </w:p>
    <w:p>
      <w:r>
        <w:rPr>
          <w:b/>
        </w:rPr>
        <w:t xml:space="preserve">[14:50] </w:t>
      </w:r>
      <w:r>
        <w:t>Us waqt wahan Makkah koi basti nahi thi, wahan par na koi na town tha, na koi city</w:t>
      </w:r>
    </w:p>
    <w:p>
      <w:pPr>
        <w:jc w:val="right"/>
      </w:pPr>
      <w:r>
        <w:t>اس وقت وہاں مکہ کوئی بستی نہیں تھی، وہاں پر نہ کوئی نہ ٹاؤن تھا، نہ کوئی سٹی</w:t>
      </w:r>
    </w:p>
    <w:p>
      <w:r>
        <w:rPr>
          <w:b/>
        </w:rPr>
        <w:t xml:space="preserve">[14:55] </w:t>
      </w:r>
      <w:r>
        <w:t>tha, na koi gaon tha, koi company nahi tha, kuch bhi nahi tha.</w:t>
      </w:r>
    </w:p>
    <w:p>
      <w:pPr>
        <w:jc w:val="right"/>
      </w:pPr>
      <w:r>
        <w:t>تھا، نہ کوئی گاؤں تھا، کوئی کمپنی نہیں تھا، کچھ بھی نہیں تھا۔</w:t>
      </w:r>
    </w:p>
    <w:p>
      <w:r>
        <w:rPr>
          <w:b/>
        </w:rPr>
        <w:t xml:space="preserve">[15:00] </w:t>
      </w:r>
      <w:r>
        <w:t>Us desert mein basaya.</w:t>
      </w:r>
    </w:p>
    <w:p>
      <w:pPr>
        <w:jc w:val="right"/>
      </w:pPr>
      <w:r>
        <w:t>اس ڈیزرٹ میں بسایا۔</w:t>
      </w:r>
    </w:p>
    <w:p>
      <w:r>
        <w:rPr>
          <w:b/>
        </w:rPr>
        <w:t xml:space="preserve">[15:04] </w:t>
      </w:r>
      <w:r>
        <w:t>Ab aap ghor kijiye, Hazrat Ibrahim ko mauqa tha ke woh kam se kam bad dua to kar</w:t>
      </w:r>
    </w:p>
    <w:p>
      <w:pPr>
        <w:jc w:val="right"/>
      </w:pPr>
      <w:r>
        <w:t>اب آپ غور کیجئے، حضرت ابراہیم کو موقع تھا کہ وہ کم سے کم بد دعا تو کر</w:t>
      </w:r>
    </w:p>
    <w:p>
      <w:r>
        <w:rPr>
          <w:b/>
        </w:rPr>
        <w:t xml:space="preserve">[15:09] </w:t>
      </w:r>
      <w:r>
        <w:t>sakte the, woh paighambar the.</w:t>
      </w:r>
    </w:p>
    <w:p>
      <w:pPr>
        <w:jc w:val="right"/>
      </w:pPr>
      <w:r>
        <w:t>سکتے تھے، وہ پیغمبر تھے۔</w:t>
      </w:r>
    </w:p>
    <w:p>
      <w:r>
        <w:rPr>
          <w:b/>
        </w:rPr>
        <w:t xml:space="preserve">[15:14] </w:t>
      </w:r>
      <w:r>
        <w:t>To yeh bhi confrontation ko avoid kar ke ek nayi planning karna tha.</w:t>
      </w:r>
    </w:p>
    <w:p>
      <w:pPr>
        <w:jc w:val="right"/>
      </w:pPr>
      <w:r>
        <w:t>تو یہ بھی کنفرنٹیشن کو اوائڈ کر کے ایک نئی پلاننگ کرنا تھا۔</w:t>
      </w:r>
    </w:p>
    <w:p>
      <w:r>
        <w:rPr>
          <w:b/>
        </w:rPr>
        <w:t xml:space="preserve">[15:18] </w:t>
      </w:r>
      <w:r>
        <w:t>Yeh bhi ek shakal thi consolidatory approach ki.</w:t>
      </w:r>
    </w:p>
    <w:p>
      <w:pPr>
        <w:jc w:val="right"/>
      </w:pPr>
      <w:r>
        <w:t>یہ بھی ایک شکل تھی کنسلیٹری اپروچ کی۔</w:t>
      </w:r>
    </w:p>
    <w:p>
      <w:r>
        <w:rPr>
          <w:b/>
        </w:rPr>
        <w:t xml:space="preserve">[15:24] </w:t>
      </w:r>
      <w:r>
        <w:t>Woh kya thi? Unhon ne socha ke hamein ek nayi nasal banana hai, ek nayi generation banana hai,</w:t>
      </w:r>
    </w:p>
    <w:p>
      <w:pPr>
        <w:jc w:val="right"/>
      </w:pPr>
      <w:r>
        <w:t>وہ کیا تھی؟ انہوں نے سوچا کہ ہمیں ایک نئی نسل بنانا ہے، ایک نئی جنریشن بنانا ہے،</w:t>
      </w:r>
    </w:p>
    <w:p>
      <w:r>
        <w:rPr>
          <w:b/>
        </w:rPr>
        <w:t xml:space="preserve">[15:31] </w:t>
      </w:r>
      <w:r>
        <w:t>aisi generation jo yani shirk ke culture se bahar, bahar us ki parvarish ho.</w:t>
      </w:r>
    </w:p>
    <w:p>
      <w:pPr>
        <w:jc w:val="right"/>
      </w:pPr>
      <w:r>
        <w:t>ایسی جنریشن جو یعنی شرک کے کلچر سے باہر، باہر اس کی پرورش ہو۔</w:t>
      </w:r>
    </w:p>
    <w:p>
      <w:r>
        <w:rPr>
          <w:b/>
        </w:rPr>
        <w:t xml:space="preserve">[15:37] </w:t>
      </w:r>
      <w:r>
        <w:t>Us ka, us ka, us ka jo soch hai, shirk ke culture se bahar bane.</w:t>
      </w:r>
    </w:p>
    <w:p>
      <w:pPr>
        <w:jc w:val="right"/>
      </w:pPr>
      <w:r>
        <w:t>اس کا، اس کا، اس کا جو سوچ ہے، شرک کے کلچر سے باہر بنے۔</w:t>
      </w:r>
    </w:p>
    <w:p>
      <w:r>
        <w:rPr>
          <w:b/>
        </w:rPr>
        <w:t xml:space="preserve">[15:43] </w:t>
      </w:r>
      <w:r>
        <w:t>Kyunke wahan par jo</w:t>
      </w:r>
    </w:p>
    <w:p>
      <w:pPr>
        <w:jc w:val="right"/>
      </w:pPr>
      <w:r>
        <w:t>کیونکہ وہاں پر جو</w:t>
      </w:r>
    </w:p>
    <w:p>
      <w:r>
        <w:rPr>
          <w:b/>
        </w:rPr>
        <w:t xml:space="preserve">[15:49] </w:t>
      </w:r>
      <w:r>
        <w:t>jo jo city hote the, jo town hote the, wahan par kya tha? Wahan par shirk ka chha</w:t>
      </w:r>
    </w:p>
    <w:p>
      <w:pPr>
        <w:jc w:val="right"/>
      </w:pPr>
      <w:r>
        <w:t>جو جو سٹی ہوتے تھے، جو ٹاؤن ہوتے تھے، وہاں پر کیا تھا؟ وہاں پر شرک کا چھا</w:t>
      </w:r>
    </w:p>
    <w:p>
      <w:r>
        <w:rPr>
          <w:b/>
        </w:rPr>
        <w:t xml:space="preserve">[15:57] </w:t>
      </w:r>
      <w:r>
        <w:t>chuka tha, yani nature worship chha chuki thi.</w:t>
      </w:r>
    </w:p>
    <w:p>
      <w:pPr>
        <w:jc w:val="right"/>
      </w:pPr>
      <w:r>
        <w:t>چکا تھا، یعنی نیچر ورشپ چھا چکی تھی۔</w:t>
      </w:r>
    </w:p>
    <w:p>
      <w:r>
        <w:rPr>
          <w:b/>
        </w:rPr>
        <w:t xml:space="preserve">[16:05] </w:t>
      </w:r>
      <w:r>
        <w:t>Paida hua, foran woh suraj ko, chand ko, sitaron ko poojne laga, daryaaon ko aur pahadon ko poojne laga.</w:t>
      </w:r>
    </w:p>
    <w:p>
      <w:pPr>
        <w:jc w:val="right"/>
      </w:pPr>
      <w:r>
        <w:t>پیدا ہوا، فوراً وہ سورج کو، چاند کو، ستاروں کو پوجنے لگا، دریاؤں کو اور پہاڑوں کو پوجنے لگا۔</w:t>
      </w:r>
    </w:p>
    <w:p>
      <w:r>
        <w:rPr>
          <w:b/>
        </w:rPr>
        <w:t xml:space="preserve">[16:12] </w:t>
      </w:r>
      <w:r>
        <w:t>To unhon ne yeh us ki banai ke takrao ko avoid kar ke sehra mein aaye,</w:t>
      </w:r>
    </w:p>
    <w:p>
      <w:pPr>
        <w:jc w:val="right"/>
      </w:pPr>
      <w:r>
        <w:t>تو انہوں نے یہ اس کی بنائی کہ ٹکراؤ کو اوائڈ کر کے صحرا میں آئے،</w:t>
      </w:r>
    </w:p>
    <w:p>
      <w:r>
        <w:rPr>
          <w:b/>
        </w:rPr>
        <w:t xml:space="preserve">[16:20] </w:t>
      </w:r>
      <w:r>
        <w:t>apni biwi ko aur chhote bachon ko wahan basaya, yani us se door, shirk ke culture se door,</w:t>
      </w:r>
    </w:p>
    <w:p>
      <w:pPr>
        <w:jc w:val="right"/>
      </w:pPr>
      <w:r>
        <w:t>اپنی بیوی کو اور چھوٹے بچوں کو وہاں بسایا، یعنی اس سے دور، شرک کے کلچر سے دور،</w:t>
      </w:r>
    </w:p>
    <w:p>
      <w:r>
        <w:rPr>
          <w:b/>
        </w:rPr>
        <w:t xml:space="preserve">[16:28] </w:t>
      </w:r>
      <w:r>
        <w:t>taakeh woh conditioning jo ho rahi thi un ki, woh is conditioning se pak ho kar ek nasl baney.</w:t>
      </w:r>
    </w:p>
    <w:p>
      <w:pPr>
        <w:jc w:val="right"/>
      </w:pPr>
      <w:r>
        <w:t>تاکہ وہ کنڈیشننگ جو ہو رہی تھی ان کی، وہ اس کنڈیشننگ سے پاک ہو کر ایک نسل بنے۔</w:t>
      </w:r>
    </w:p>
    <w:p>
      <w:r>
        <w:rPr>
          <w:b/>
        </w:rPr>
        <w:t xml:space="preserve">[16:35] </w:t>
      </w:r>
      <w:r>
        <w:t>kyunkeh wahan jo paida hota tha insaan, to bachpan se us ki conditioning shuru ho jaati thi.</w:t>
      </w:r>
    </w:p>
    <w:p>
      <w:pPr>
        <w:jc w:val="right"/>
      </w:pPr>
      <w:r>
        <w:t>کیونکہ وہاں جو پیدا ہوتا تھا انسان، تو بچپن سے اس کی کنڈیشننگ شروع ہو جاتی تھی۔</w:t>
      </w:r>
    </w:p>
    <w:p>
      <w:r>
        <w:rPr>
          <w:b/>
        </w:rPr>
        <w:t xml:space="preserve">[16:43] </w:t>
      </w:r>
      <w:r>
        <w:t>woh paida hote hi, yaani har baat, har har har tajruba, har waqea, har jagah, us ko jo jo</w:t>
      </w:r>
    </w:p>
    <w:p>
      <w:pPr>
        <w:jc w:val="right"/>
      </w:pPr>
      <w:r>
        <w:t>وہ پیدا ہوتے ہی، یعنی ہر بات، ہر ہر ہر تجربہ، ہر واقعہ، ہر جگہ، اس کو جو جو</w:t>
      </w:r>
    </w:p>
    <w:p>
      <w:r>
        <w:rPr>
          <w:b/>
        </w:rPr>
        <w:t xml:space="preserve">[16:50] </w:t>
      </w:r>
      <w:r>
        <w:t>sunne ko milti thi, woh shirk wali baatein theen.</w:t>
      </w:r>
    </w:p>
    <w:p>
      <w:pPr>
        <w:jc w:val="right"/>
      </w:pPr>
      <w:r>
        <w:t>سننے کو ملتی تھی، وہ شرک والی باتیں تھیں۔</w:t>
      </w:r>
    </w:p>
    <w:p>
      <w:r>
        <w:rPr>
          <w:b/>
        </w:rPr>
        <w:t xml:space="preserve">[16:56] </w:t>
      </w:r>
      <w:r>
        <w:t>to is conditioning se door ek ek generation baney.</w:t>
      </w:r>
    </w:p>
    <w:p>
      <w:pPr>
        <w:jc w:val="right"/>
      </w:pPr>
      <w:r>
        <w:t>تو اس کنڈیشننگ سے دور ایک ایک جنریشن بنے۔</w:t>
      </w:r>
    </w:p>
    <w:p>
      <w:r>
        <w:rPr>
          <w:b/>
        </w:rPr>
        <w:t xml:space="preserve">[17:02] </w:t>
      </w:r>
      <w:r>
        <w:t>is ke liye aap ne desert mein aa kar ke basaya un ko, aur phir woh bani.</w:t>
      </w:r>
    </w:p>
    <w:p>
      <w:pPr>
        <w:jc w:val="right"/>
      </w:pPr>
      <w:r>
        <w:t>اس کے لیے آپ نے ڈیزرٹ میں آ کر کے بسایا ان کو، اور پھر وہ بنی۔</w:t>
      </w:r>
    </w:p>
    <w:p>
      <w:r>
        <w:rPr>
          <w:b/>
        </w:rPr>
        <w:t xml:space="preserve">[17:08] </w:t>
      </w:r>
      <w:r>
        <w:t>yeh waqea hua ab se chaar hazaar saal pehle, woh nasl bani, us ko hum kehte hain banu</w:t>
      </w:r>
    </w:p>
    <w:p>
      <w:pPr>
        <w:jc w:val="right"/>
      </w:pPr>
      <w:r>
        <w:t>یہ واقعہ ہوا اب سے چار ہزار سال پہلے، وہ نسل بنی، اس کو ہم کہتے ہیں بنو</w:t>
      </w:r>
    </w:p>
    <w:p>
      <w:r>
        <w:rPr>
          <w:b/>
        </w:rPr>
        <w:t xml:space="preserve">[17:14] </w:t>
      </w:r>
      <w:r>
        <w:t>ismail, yaani Hazrat ismail ke se jo log wajood mein aaye. to woh</w:t>
      </w:r>
    </w:p>
    <w:p>
      <w:pPr>
        <w:jc w:val="right"/>
      </w:pPr>
      <w:r>
        <w:t>اسماعیل، یعنی حضرت اسماعیل کے سے جو لوگ وجود میں آئے۔ تو وہ</w:t>
      </w:r>
    </w:p>
    <w:p>
      <w:r>
        <w:rPr>
          <w:b/>
        </w:rPr>
        <w:t xml:space="preserve">[17:20] </w:t>
      </w:r>
      <w:r>
        <w:t>is ki lambi kahani hai.</w:t>
      </w:r>
    </w:p>
    <w:p>
      <w:pPr>
        <w:jc w:val="right"/>
      </w:pPr>
      <w:r>
        <w:t>اس کی لمبی کہانی ہے۔</w:t>
      </w:r>
    </w:p>
    <w:p>
      <w:r>
        <w:rPr>
          <w:b/>
        </w:rPr>
        <w:t xml:space="preserve">[17:25] </w:t>
      </w:r>
      <w:r>
        <w:t>isi mein se Rasool Allah sal Allah alaihi wasallam paida hue, isi mein se sahaba bane, inhi logon</w:t>
      </w:r>
    </w:p>
    <w:p>
      <w:pPr>
        <w:jc w:val="right"/>
      </w:pPr>
      <w:r>
        <w:t>اسی میں سے رسول اللہ صلی اللہ علیہ وسلم پیدا ہوئے، اسی میں سے صحابہ بنے، انہی لوگوں</w:t>
      </w:r>
    </w:p>
    <w:p>
      <w:r>
        <w:rPr>
          <w:b/>
        </w:rPr>
        <w:t xml:space="preserve">[17:29] </w:t>
      </w:r>
      <w:r>
        <w:t>ne phir inqilab barpa kiya.</w:t>
      </w:r>
    </w:p>
    <w:p>
      <w:pPr>
        <w:jc w:val="right"/>
      </w:pPr>
      <w:r>
        <w:t>نے پھر انقلاب برپا کیا۔</w:t>
      </w:r>
    </w:p>
    <w:p>
      <w:r>
        <w:rPr>
          <w:b/>
        </w:rPr>
        <w:t xml:space="preserve">[17:33] </w:t>
      </w:r>
      <w:r>
        <w:t>to yeh bhi dekhiye, ek ek tareeqa tha ke takrao ko avoid kar ke ek aur positive planning karna.</w:t>
      </w:r>
    </w:p>
    <w:p>
      <w:pPr>
        <w:jc w:val="right"/>
      </w:pPr>
      <w:r>
        <w:t>تو یہ بھی دیکھیے، ایک ایک طریقہ تھا کہ ٹکراؤ کو اوائڈ کر کے ایک اور پازیٹیو پلاننگ کرنا۔</w:t>
      </w:r>
    </w:p>
    <w:p>
      <w:r>
        <w:rPr>
          <w:b/>
        </w:rPr>
        <w:t xml:space="preserve">[17:38] </w:t>
      </w:r>
      <w:r>
        <w:t>takrao ko avoid kar ke ek aur planning karna, positive basis par.</w:t>
      </w:r>
    </w:p>
    <w:p>
      <w:pPr>
        <w:jc w:val="right"/>
      </w:pPr>
      <w:r>
        <w:t>ٹکراؤ کو اوائڈ کر کے ایک اور پلاننگ کرنا، پازیٹیو بیسز پر۔</w:t>
      </w:r>
    </w:p>
    <w:p>
      <w:r>
        <w:rPr>
          <w:b/>
        </w:rPr>
        <w:t xml:space="preserve">[17:42] </w:t>
      </w:r>
      <w:r>
        <w:t>yeh ek misaal qaim hui tareekh mein.</w:t>
      </w:r>
    </w:p>
    <w:p>
      <w:pPr>
        <w:jc w:val="right"/>
      </w:pPr>
      <w:r>
        <w:t>یہ ایک مثال قائم ہوئی تاریخ میں۔</w:t>
      </w:r>
    </w:p>
    <w:p>
      <w:r>
        <w:rPr>
          <w:b/>
        </w:rPr>
        <w:t xml:space="preserve">[17:46] </w:t>
      </w:r>
      <w:r>
        <w:t>ab aap dekhiye, haz</w:t>
      </w:r>
    </w:p>
    <w:p>
      <w:pPr>
        <w:jc w:val="right"/>
      </w:pPr>
      <w:r>
        <w:t>اب آپ دیکھیے، حض</w:t>
      </w:r>
    </w:p>
    <w:p>
      <w:r>
        <w:rPr>
          <w:b/>
        </w:rPr>
        <w:t xml:space="preserve">[17:50] </w:t>
      </w:r>
      <w:r>
        <w:t>rat ibrahim ke baad aur bohat se peghambar aate hain, bohat se peghambar aate hain.</w:t>
      </w:r>
    </w:p>
    <w:p>
      <w:pPr>
        <w:jc w:val="right"/>
      </w:pPr>
      <w:r>
        <w:t>رت ابراہیم کے بعد اور بہت سے پیغمبر آتے ہیں، بہت سے پیغمبر آتے ہیں۔</w:t>
      </w:r>
    </w:p>
    <w:p>
      <w:r>
        <w:rPr>
          <w:b/>
        </w:rPr>
        <w:t xml:space="preserve">[17:58] </w:t>
      </w:r>
      <w:r>
        <w:t>misal ke taur par Hazrat Yusuf alaihi assalam.</w:t>
      </w:r>
    </w:p>
    <w:p>
      <w:pPr>
        <w:jc w:val="right"/>
      </w:pPr>
      <w:r>
        <w:t>مثال کے طور پر حضرت یوسف علیہ السلام۔</w:t>
      </w:r>
    </w:p>
    <w:p>
      <w:r>
        <w:rPr>
          <w:b/>
        </w:rPr>
        <w:t xml:space="preserve">[18:06] </w:t>
      </w:r>
      <w:r>
        <w:t>Hazrat Yusuf alaihi assalam woh peghambar the, inhi ki nasl se, Hazrat Ibrahim ki nasl se thay.</w:t>
      </w:r>
    </w:p>
    <w:p>
      <w:pPr>
        <w:jc w:val="right"/>
      </w:pPr>
      <w:r>
        <w:t>حضرت یوسف علیہ السلام وہ پیغمبر تھے، انہی کی نسل سے، حضرت ابراہیم کی نسل سے تھے۔</w:t>
      </w:r>
    </w:p>
    <w:p>
      <w:r>
        <w:rPr>
          <w:b/>
        </w:rPr>
        <w:t xml:space="preserve">[18:13] </w:t>
      </w:r>
      <w:r>
        <w:t>woh to Hazrat Yusuf alaihi assalam ne kiya kiya? Hazrat Yusuf alaihi assalam ko mauqa mila Misr</w:t>
      </w:r>
    </w:p>
    <w:p>
      <w:pPr>
        <w:jc w:val="right"/>
      </w:pPr>
      <w:r>
        <w:t>وہ تو حضرت یوسف علیہ السلام نے کیا کیا؟ حضرت یوسف علیہ السلام کو موقع ملا مصر</w:t>
      </w:r>
    </w:p>
    <w:p>
      <w:r>
        <w:rPr>
          <w:b/>
        </w:rPr>
        <w:t xml:space="preserve">[18:21] </w:t>
      </w:r>
      <w:r>
        <w:t>mein kaam karne ka, Misr mein kaam karne ka.</w:t>
      </w:r>
    </w:p>
    <w:p>
      <w:pPr>
        <w:jc w:val="right"/>
      </w:pPr>
      <w:r>
        <w:t>میں کام کرنے کا، مصر میں کام کرنے کا۔</w:t>
      </w:r>
    </w:p>
    <w:p>
      <w:r>
        <w:rPr>
          <w:b/>
        </w:rPr>
        <w:t xml:space="preserve">[18:25] </w:t>
      </w:r>
      <w:r>
        <w:t>yaani woh paida hue Kanaan mein, jo Falasteen ka ek part tha, aur aise halaat hue ke woh</w:t>
      </w:r>
    </w:p>
    <w:p>
      <w:pPr>
        <w:jc w:val="right"/>
      </w:pPr>
      <w:r>
        <w:t>یعنی وہ پیدا ہوئے کنا میں، جو فلسطین کا ایک پارٹ تھا، اور ایسے حالات ہوئے کہ وہ</w:t>
      </w:r>
    </w:p>
    <w:p>
      <w:r>
        <w:rPr>
          <w:b/>
        </w:rPr>
        <w:t xml:space="preserve">[18:29] </w:t>
      </w:r>
      <w:r>
        <w:t>pehanch gaye Misr mein.</w:t>
      </w:r>
    </w:p>
    <w:p>
      <w:pPr>
        <w:jc w:val="right"/>
      </w:pPr>
      <w:r>
        <w:t>پہنچ گئے مصر میں۔</w:t>
      </w:r>
    </w:p>
    <w:p>
      <w:r>
        <w:rPr>
          <w:b/>
        </w:rPr>
        <w:t xml:space="preserve">[18:34] </w:t>
      </w:r>
      <w:r>
        <w:t>us waqt Misr mein kya tha? Misr mein ek jo hukoomat thi, us waqt un ko kaha jaata</w:t>
      </w:r>
    </w:p>
    <w:p>
      <w:pPr>
        <w:jc w:val="right"/>
      </w:pPr>
      <w:r>
        <w:t>اس وقت مصر میں کیا تھا؟ مصر میں ایک جو حکومت تھی، اس وقت ان کو کہا جاتا</w:t>
      </w:r>
    </w:p>
    <w:p>
      <w:r>
        <w:rPr>
          <w:b/>
        </w:rPr>
        <w:t xml:space="preserve">[18:38] </w:t>
      </w:r>
      <w:r>
        <w:t>hai history mein Amalika.</w:t>
      </w:r>
    </w:p>
    <w:p>
      <w:pPr>
        <w:jc w:val="right"/>
      </w:pPr>
      <w:r>
        <w:t>ہے ہسٹری میں امالکہ۔</w:t>
      </w:r>
    </w:p>
    <w:p>
      <w:r>
        <w:rPr>
          <w:b/>
        </w:rPr>
        <w:t xml:space="preserve">[18:42] </w:t>
      </w:r>
      <w:r>
        <w:t>Amalika ka, Amalika wahan rule kar rahe thay.</w:t>
      </w:r>
    </w:p>
    <w:p>
      <w:pPr>
        <w:jc w:val="right"/>
      </w:pPr>
      <w:r>
        <w:t>امالکہ کا، امالکہ وہاں رول کر رہے تھے۔</w:t>
      </w:r>
    </w:p>
    <w:p>
      <w:r>
        <w:rPr>
          <w:b/>
        </w:rPr>
        <w:t xml:space="preserve">[18:47] </w:t>
      </w:r>
      <w:r>
        <w:t>amalaka yeh misr</w:t>
      </w:r>
    </w:p>
    <w:p>
      <w:pPr>
        <w:jc w:val="right"/>
      </w:pPr>
      <w:r>
        <w:t>امالکہ یہ مصر</w:t>
      </w:r>
    </w:p>
    <w:p>
      <w:r>
        <w:rPr>
          <w:b/>
        </w:rPr>
        <w:t xml:space="preserve">[18:51] </w:t>
      </w:r>
      <w:r>
        <w:t>ke bahar se aaye the, yaani Misr ke bahar se aaye the. yeh yaani Sham aur Falasteen ke area se aaye the. woh jaise India mein Aryan aaye, to aa kar ke unhon ne wahan par dheere dheere hukumat bana li. history mein un ko kaha jata hai Hyksos Kings, H Y K S O S, Hyksos Kings. hamari Arabi kitabon mein is ko Amaleqah kehte hain. to un ki hukumat qaim thi us</w:t>
      </w:r>
    </w:p>
    <w:p>
      <w:pPr>
        <w:jc w:val="right"/>
      </w:pPr>
      <w:r>
        <w:t>کے باہر سے آئے تھے، یعنی مصر کے باہر سے آئے تھے۔ یہ یعنی شام اور فلسطین کے ایریا سے آئے تھے۔ وہ جیسے انڈیا میں آرین آئے، تو آ کر کے انہوں نے وہاں پر دھیرے دھیرے حکومت بنا لی۔ ہسٹری میں ان کو کہا جاتا ہے ہکساس کنگز، ایچ وائی کے ایس او ایس، ہکساس کنگز۔ ہماری عربی کتابوں میں اس کو امالکہ کہتے ہیں۔ تو ان کی حکومت قائم تھی اس</w:t>
      </w:r>
    </w:p>
    <w:p>
      <w:r>
        <w:rPr>
          <w:b/>
        </w:rPr>
        <w:t xml:space="preserve">[19:21] </w:t>
      </w:r>
      <w:r>
        <w:t>waqt. woh zamana hai jab ke Hazrat Yusuf Alaihi Salam Misr mein aane ka unhein mauqa mila. ab dekhiye ke woh jo Amaleqah jo the, woh woh bhi mushrik the. un ka deen bhi shirk ka deen tha, yaani wohi suraj parasti, chand parasti, sitara parasti, nature worship. ab Hazrat Yusuf Alaihi Salam jo the, ek sh</w:t>
      </w:r>
    </w:p>
    <w:p>
      <w:pPr>
        <w:jc w:val="right"/>
      </w:pPr>
      <w:r>
        <w:t>وقت۔ وہ زمانہ ہے جب کہ حضرت یوسف علیہ السلام مصر میں آنے کا انہیں موقع ملا۔ اب دیکھیے کہ وہ جو امالکہ جو تھے، وہ وہ بھی مشرک تھے۔ ان کا دین بھی شرک کا دین تھا، یعنی وہی سورج پرستی، چاند پرستی، ستارہ پرستی، نیچر ورشپ۔ اب حضرت یوسف علیہ السلام جو تھے، ایک ش</w:t>
      </w:r>
    </w:p>
    <w:p>
      <w:r>
        <w:rPr>
          <w:b/>
        </w:rPr>
        <w:t xml:space="preserve">[19:51] </w:t>
      </w:r>
      <w:r>
        <w:t>kal yeh thi ke unhein takrao karen, khud nahi kar sakte to kam se kam bad dua karen.</w:t>
      </w:r>
    </w:p>
    <w:p>
      <w:pPr>
        <w:jc w:val="right"/>
      </w:pPr>
      <w:r>
        <w:t>کل یہ تھی کہ انہیں ٹکراؤ کریں، خود نہیں کر سکتے تو کم سے کم بد دعا کریں۔</w:t>
      </w:r>
    </w:p>
    <w:p>
      <w:r>
        <w:rPr>
          <w:b/>
        </w:rPr>
        <w:t xml:space="preserve">[19:56] </w:t>
      </w:r>
      <w:r>
        <w:t>to aap ghor kijiye, kitna bara waqia hai yeh.</w:t>
      </w:r>
    </w:p>
    <w:p>
      <w:pPr>
        <w:jc w:val="right"/>
      </w:pPr>
      <w:r>
        <w:t>تو آپ غور کیجئے، کتنا بڑا واقعہ ہے یہ۔</w:t>
      </w:r>
    </w:p>
    <w:p>
      <w:r>
        <w:rPr>
          <w:b/>
        </w:rPr>
        <w:t xml:space="preserve">[20:01] </w:t>
      </w:r>
      <w:r>
        <w:t>hazrat yusuf alaihi assalam ne takrao nahi kiya in mushrik, is mushrik role se.</w:t>
      </w:r>
    </w:p>
    <w:p>
      <w:pPr>
        <w:jc w:val="right"/>
      </w:pPr>
      <w:r>
        <w:t>حضرت یوسف علیہ السلام نے ٹکراؤ نہیں کیا ان مشرک، اس مشرک رول سے۔</w:t>
      </w:r>
    </w:p>
    <w:p>
      <w:r>
        <w:rPr>
          <w:b/>
        </w:rPr>
        <w:t xml:space="preserve">[20:06] </w:t>
      </w:r>
      <w:r>
        <w:t>aur kaisi ajeeb baat hai, quran mein yeh jo qissa bayan kiya gaya hai, poore ek surah yusuf</w:t>
      </w:r>
    </w:p>
    <w:p>
      <w:pPr>
        <w:jc w:val="right"/>
      </w:pPr>
      <w:r>
        <w:t>اور کیسی عجیب بات ہے، قرآن میں یہ جو قصہ بیان کیا گیا ہے، پورے ایک سورہ یوسف</w:t>
      </w:r>
    </w:p>
    <w:p>
      <w:r>
        <w:rPr>
          <w:b/>
        </w:rPr>
        <w:t xml:space="preserve">[20:12] </w:t>
      </w:r>
      <w:r>
        <w:t>quran majeed mein hai.</w:t>
      </w:r>
    </w:p>
    <w:p>
      <w:pPr>
        <w:jc w:val="right"/>
      </w:pPr>
      <w:r>
        <w:t>قرآن مجید میں ہے۔</w:t>
      </w:r>
    </w:p>
    <w:p>
      <w:r>
        <w:rPr>
          <w:b/>
        </w:rPr>
        <w:t xml:space="preserve">[20:17] </w:t>
      </w:r>
      <w:r>
        <w:t>surah yusuf, woh us mein hai ke</w:t>
      </w:r>
    </w:p>
    <w:p>
      <w:pPr>
        <w:jc w:val="right"/>
      </w:pPr>
      <w:r>
        <w:t>سورہ یوسف، وہ اس میں ہے کہ</w:t>
      </w:r>
    </w:p>
    <w:p>
      <w:r>
        <w:rPr>
          <w:b/>
        </w:rPr>
        <w:t xml:space="preserve">[20:22] </w:t>
      </w:r>
      <w:r>
        <w:t>Hazrat Hazrat Yusuf ke qisse ko Ahsan al-Qasas bataya gaya, Best Story. yaani Hazrat Yusuf Alaihi Salam ne mushrik badshah se takrao nahi kiya. takrao na karte hue, us ka jo administration tha, us mein ek uhda le liya. aaj kal ki zaban mein kahenge food ministry, aur us ko Ahsan al-Qasas bataya gaya. kaisi ajeeb si baat</w:t>
      </w:r>
    </w:p>
    <w:p>
      <w:pPr>
        <w:jc w:val="right"/>
      </w:pPr>
      <w:r>
        <w:t>حضرت حضرت یوسف کے قصے کو اصل القصص بتایا گیا، بیسٹ سٹوری۔ یعنی حضرت یوسف علیہ السلام نے مشرک بادشاہ سے ٹکراؤ نہیں کیا۔ ٹکراؤ نہ کرتے ہوئے، اس کا جو ایڈمنسٹریشن تھا، اس میں ایک عہدہ لے لیا۔ آج کل کی زبان میں کہیں گے فوڈ منسٹری، اور اس کو اصل القصص بتایا گیا۔ کیسی عجیب سی بات</w:t>
      </w:r>
    </w:p>
    <w:p>
      <w:r>
        <w:rPr>
          <w:b/>
        </w:rPr>
        <w:t xml:space="preserve">[20:52] </w:t>
      </w:r>
      <w:r>
        <w:t>hai yeh ke woh badshah jo hazrat yusuf ke deen par nahi tha, jo shirk ke deen par</w:t>
      </w:r>
    </w:p>
    <w:p>
      <w:pPr>
        <w:jc w:val="right"/>
      </w:pPr>
      <w:r>
        <w:t>ہے یہ کہ وہ بادشاہ جو حضرت یوسف کے دین پر نہیں تھا، جو شرک کے دین پر</w:t>
      </w:r>
    </w:p>
    <w:p>
      <w:r>
        <w:rPr>
          <w:b/>
        </w:rPr>
        <w:t xml:space="preserve">[21:00] </w:t>
      </w:r>
      <w:r>
        <w:t>tha, zahir hai khara hua aur batil par tha woh, lekin takrao nahi kiya aap ne.</w:t>
      </w:r>
    </w:p>
    <w:p>
      <w:pPr>
        <w:jc w:val="right"/>
      </w:pPr>
      <w:r>
        <w:t>تھا، ظاہر ہے کھرا ہوا اور باطل پر تھا وہ، لیکن ٹکراؤ نہیں کیا آپ نے۔</w:t>
      </w:r>
    </w:p>
    <w:p>
      <w:r>
        <w:rPr>
          <w:b/>
        </w:rPr>
        <w:t xml:space="preserve">[21:07] </w:t>
      </w:r>
      <w:r>
        <w:t>takrao na karte hue, is ka jo administration tha, us mein jo food ka department tha, unhein offer</w:t>
      </w:r>
    </w:p>
    <w:p>
      <w:pPr>
        <w:jc w:val="right"/>
      </w:pPr>
      <w:r>
        <w:t>ٹکراؤ نہ کرتے ہوئے، اس کا جو ایڈمنسٹریشن تھا، اس میں جو فوڈ کا ڈیپارٹمنٹ تھا، انہیں آفر</w:t>
      </w:r>
    </w:p>
    <w:p>
      <w:r>
        <w:rPr>
          <w:b/>
        </w:rPr>
        <w:t xml:space="preserve">[21:15] </w:t>
      </w:r>
      <w:r>
        <w:t>kya diya gaya, is ko foran le liya unhon ne.</w:t>
      </w:r>
    </w:p>
    <w:p>
      <w:pPr>
        <w:jc w:val="right"/>
      </w:pPr>
      <w:r>
        <w:t>کیا دیا گیا، اس کو فوراً لے لیا انہوں نے۔</w:t>
      </w:r>
    </w:p>
    <w:p>
      <w:r>
        <w:rPr>
          <w:b/>
        </w:rPr>
        <w:t xml:space="preserve">[21:22] </w:t>
      </w:r>
      <w:r>
        <w:t>to hazrat yusuf ke liye bhi do mein se ek ka intikhab tha, ek to confrontation karna is</w:t>
      </w:r>
    </w:p>
    <w:p>
      <w:pPr>
        <w:jc w:val="right"/>
      </w:pPr>
      <w:r>
        <w:t>تو حضرت یوسف کے لئے بھی دو میں سے ایک کا انتخاب تھا، ایک تو کنفرنٹیشن کرنا اس</w:t>
      </w:r>
    </w:p>
    <w:p>
      <w:r>
        <w:rPr>
          <w:b/>
        </w:rPr>
        <w:t xml:space="preserve">[21:29] </w:t>
      </w:r>
      <w:r>
        <w:t>se badshah se, aur doosra yeh ke is se musalehat karna, yani conciliatory approach ikhtiyar karna.</w:t>
      </w:r>
    </w:p>
    <w:p>
      <w:pPr>
        <w:jc w:val="right"/>
      </w:pPr>
      <w:r>
        <w:t>سے بادشاہ سے، اور دوسرا یہ کہ اس سے مصالحت کرنا، یعنی کنسلیٹری اپروچ اختیار کرنا۔</w:t>
      </w:r>
    </w:p>
    <w:p>
      <w:r>
        <w:rPr>
          <w:b/>
        </w:rPr>
        <w:t xml:space="preserve">[21:35] </w:t>
      </w:r>
      <w:r>
        <w:t>woh kar liya unhon ne.</w:t>
      </w:r>
    </w:p>
    <w:p>
      <w:pPr>
        <w:jc w:val="right"/>
      </w:pPr>
      <w:r>
        <w:t>وہ کر لیا انہوں نے۔</w:t>
      </w:r>
    </w:p>
    <w:p>
      <w:r>
        <w:rPr>
          <w:b/>
        </w:rPr>
        <w:t xml:space="preserve">[21:41] </w:t>
      </w:r>
      <w:r>
        <w:t>quran mein is qisse ko bayan kiya gaya hai is tarah se ke woh asal al qasas ka unwan</w:t>
      </w:r>
    </w:p>
    <w:p>
      <w:pPr>
        <w:jc w:val="right"/>
      </w:pPr>
      <w:r>
        <w:t>قرآن میں اس قصے کو بیان کیا گیا ہے اس طرح سے کہ وہ اصل القصص کا عنوان</w:t>
      </w:r>
    </w:p>
    <w:p>
      <w:r>
        <w:rPr>
          <w:b/>
        </w:rPr>
        <w:t xml:space="preserve">[21:48] </w:t>
      </w:r>
      <w:r>
        <w:t>diya gaya, is ko sab se achhi kahani, best story.</w:t>
      </w:r>
    </w:p>
    <w:p>
      <w:pPr>
        <w:jc w:val="right"/>
      </w:pPr>
      <w:r>
        <w:t>دیا گیا، اس کو سب سے اچھی کہانی، بیسٹ سٹوری۔</w:t>
      </w:r>
    </w:p>
    <w:p>
      <w:r>
        <w:rPr>
          <w:b/>
        </w:rPr>
        <w:t xml:space="preserve">[21:54] </w:t>
      </w:r>
      <w:r>
        <w:t>kaisi ajeeb baat hai yeh!</w:t>
      </w:r>
    </w:p>
    <w:p>
      <w:pPr>
        <w:jc w:val="right"/>
      </w:pPr>
      <w:r>
        <w:t>کیسی عجیب بات ہے یہ!</w:t>
      </w:r>
    </w:p>
    <w:p>
      <w:r>
        <w:rPr>
          <w:b/>
        </w:rPr>
        <w:t xml:space="preserve">[22:00] </w:t>
      </w:r>
      <w:r>
        <w:t>yani ek mushrik badshah ke mozu ban gaye goya ke woh, aur quran keh raha hai ke woh</w:t>
      </w:r>
    </w:p>
    <w:p>
      <w:pPr>
        <w:jc w:val="right"/>
      </w:pPr>
      <w:r>
        <w:t>یعنی ایک مشرک بادشاہ کے موضوع بن گئے گویا کہ وہ، اور قرآن کہہ رہا ہے کہ وہ</w:t>
      </w:r>
    </w:p>
    <w:p>
      <w:r>
        <w:rPr>
          <w:b/>
        </w:rPr>
        <w:t xml:space="preserve">[22:06] </w:t>
      </w:r>
      <w:r>
        <w:t>sab se achhi kahani likhi unhon ne.</w:t>
      </w:r>
    </w:p>
    <w:p>
      <w:pPr>
        <w:jc w:val="right"/>
      </w:pPr>
      <w:r>
        <w:t>سب سے اچھی کہانی لکھی انہوں نے۔</w:t>
      </w:r>
    </w:p>
    <w:p>
      <w:r>
        <w:rPr>
          <w:b/>
        </w:rPr>
        <w:t xml:space="preserve">[22:12] </w:t>
      </w:r>
      <w:r>
        <w:t>to yeh hazrat yusuf alaihi assalam ka qissa hai.</w:t>
      </w:r>
    </w:p>
    <w:p>
      <w:pPr>
        <w:jc w:val="right"/>
      </w:pPr>
      <w:r>
        <w:t>تو یہ حضرت یوسف علیہ السلام کا قصہ ہے۔</w:t>
      </w:r>
    </w:p>
    <w:p>
      <w:r>
        <w:rPr>
          <w:b/>
        </w:rPr>
        <w:t xml:space="preserve">[22:18] </w:t>
      </w:r>
      <w:r>
        <w:t>hazrat yusuf alaihi assalam ke zamane mein bani israel wahan par bulaye gaye.</w:t>
      </w:r>
    </w:p>
    <w:p>
      <w:pPr>
        <w:jc w:val="right"/>
      </w:pPr>
      <w:r>
        <w:t>حضرت یوسف علیہ السلام کے زمانے میں بنی اسرائیل وہاں پر بلائے گئے۔</w:t>
      </w:r>
    </w:p>
    <w:p>
      <w:r>
        <w:rPr>
          <w:b/>
        </w:rPr>
        <w:t xml:space="preserve">[22:24] </w:t>
      </w:r>
      <w:r>
        <w:t>jab hazrat yusuf alaihi assalam gaye the wahan, tab to woh akele the, woh un ki family jo</w:t>
      </w:r>
    </w:p>
    <w:p>
      <w:pPr>
        <w:jc w:val="right"/>
      </w:pPr>
      <w:r>
        <w:t>جب حضرت یوسف علیہ السلام گئے تھے وہاں، تب تو وہ اکیلے تھے، وہ ان کی فیملی جو</w:t>
      </w:r>
    </w:p>
    <w:p>
      <w:r>
        <w:rPr>
          <w:b/>
        </w:rPr>
        <w:t xml:space="preserve">[22:29] </w:t>
      </w:r>
      <w:r>
        <w:t>thi, woh kan'an mein thi.</w:t>
      </w:r>
    </w:p>
    <w:p>
      <w:pPr>
        <w:jc w:val="right"/>
      </w:pPr>
      <w:r>
        <w:t>تھی، وہ کنا میں تھی۔</w:t>
      </w:r>
    </w:p>
    <w:p>
      <w:r>
        <w:rPr>
          <w:b/>
        </w:rPr>
        <w:t xml:space="preserve">[22:34] </w:t>
      </w:r>
      <w:r>
        <w:t>to baad ko, jaisa ke quran majeed mein hai aur bible mein hai ke unhon ne apni family</w:t>
      </w:r>
    </w:p>
    <w:p>
      <w:pPr>
        <w:jc w:val="right"/>
      </w:pPr>
      <w:r>
        <w:t>تو بعد کو، جیسا کہ قرآن مجید میں ہے اور بائبل میں ہے کہ انہوں نے اپنی فیملی</w:t>
      </w:r>
    </w:p>
    <w:p>
      <w:r>
        <w:rPr>
          <w:b/>
        </w:rPr>
        <w:t xml:space="preserve">[22:39] </w:t>
      </w:r>
      <w:r>
        <w:t>ko, apne un ke baap the hazrat yaqoob, un ke bhai the, un sab ko kaha ke aa</w:t>
      </w:r>
    </w:p>
    <w:p>
      <w:pPr>
        <w:jc w:val="right"/>
      </w:pPr>
      <w:r>
        <w:t>کو، اپنے ان کے باپ تھے حضرت یعقوب، ان کے بھائی تھے، ان سب کو کہا کہ آ</w:t>
      </w:r>
    </w:p>
    <w:p>
      <w:r>
        <w:rPr>
          <w:b/>
        </w:rPr>
        <w:t xml:space="preserve">[22:45] </w:t>
      </w:r>
      <w:r>
        <w:t>kar hum aa jao misr mein.</w:t>
      </w:r>
    </w:p>
    <w:p>
      <w:pPr>
        <w:jc w:val="right"/>
      </w:pPr>
      <w:r>
        <w:t>کر ہم آ جاؤ مصر میں۔</w:t>
      </w:r>
    </w:p>
    <w:p>
      <w:r>
        <w:rPr>
          <w:b/>
        </w:rPr>
        <w:t xml:space="preserve">[22:50] </w:t>
      </w:r>
      <w:r>
        <w:t>to misr ka jo bohat hi zarkhez ilaaqa tha,</w:t>
      </w:r>
    </w:p>
    <w:p>
      <w:pPr>
        <w:jc w:val="right"/>
      </w:pPr>
      <w:r>
        <w:t>تو مصر کا جو بہت ہی زرخیز علاقہ تھا،</w:t>
      </w:r>
    </w:p>
    <w:p>
      <w:r>
        <w:rPr>
          <w:b/>
        </w:rPr>
        <w:t xml:space="preserve">[22:55] </w:t>
      </w:r>
      <w:r>
        <w:t>zarkhez ilaaqa, wahan par woh basaye gaye, aur wahan par abad kiya woh unhon ne, aur bohat ziyada</w:t>
      </w:r>
    </w:p>
    <w:p>
      <w:pPr>
        <w:jc w:val="right"/>
      </w:pPr>
      <w:r>
        <w:t>زرخیز علاقہ، وہاں پر وہ بسائے گئے، اور وہاں پر آباد کیا وہ انہوں نے، اور بہت زیادہ</w:t>
      </w:r>
    </w:p>
    <w:p>
      <w:r>
        <w:rPr>
          <w:b/>
        </w:rPr>
        <w:t xml:space="preserve">[23:02] </w:t>
      </w:r>
      <w:r>
        <w:t>un ko dakhal ho gaya misr ke administration mein, kyunke Hazrat Yusuf ki policy par chalte rahe woh.</w:t>
      </w:r>
    </w:p>
    <w:p>
      <w:pPr>
        <w:jc w:val="right"/>
      </w:pPr>
      <w:r>
        <w:t>ان کو دخل ہو گیا مصر کے ایڈمنسٹریشن میں، کیونکہ حضرت یوسف کی پالیسی پر چلتے رہے وہ۔</w:t>
      </w:r>
    </w:p>
    <w:p>
      <w:r>
        <w:rPr>
          <w:b/>
        </w:rPr>
        <w:t xml:space="preserve">[23:10] </w:t>
      </w:r>
      <w:r>
        <w:t>yaani takrao na karte hue jo mawaqe the, is ka istemaal karna.</w:t>
      </w:r>
    </w:p>
    <w:p>
      <w:pPr>
        <w:jc w:val="right"/>
      </w:pPr>
      <w:r>
        <w:t>یعنی ٹکراؤ نہ کرتے ہوئے جو مواقع تھے، اس کا استعمال کرنا۔</w:t>
      </w:r>
    </w:p>
    <w:p>
      <w:r>
        <w:rPr>
          <w:b/>
        </w:rPr>
        <w:t xml:space="preserve">[23:17] </w:t>
      </w:r>
      <w:r>
        <w:t>Hazrat Yusuf علیہ السلام ne ek nizaam qaim kiya tha, ek riwayat qaim kar di thi ke hukoomat se</w:t>
      </w:r>
    </w:p>
    <w:p>
      <w:pPr>
        <w:jc w:val="right"/>
      </w:pPr>
      <w:r>
        <w:t>حضرت یوسف علیہ السلام نے ایک نظام قائم کیا تھا، ایک روایت قائم کر دی تھی کہ حکومت سے</w:t>
      </w:r>
    </w:p>
    <w:p>
      <w:r>
        <w:rPr>
          <w:b/>
        </w:rPr>
        <w:t xml:space="preserve">[23:25] </w:t>
      </w:r>
      <w:r>
        <w:t xml:space="preserve"> , administration se, hukmaran se takrao na karo, aur takrao na karte hue yahan ke mawaqe ko istemaal karo.</w:t>
      </w:r>
    </w:p>
    <w:p>
      <w:pPr>
        <w:jc w:val="right"/>
      </w:pPr>
      <w:r>
        <w:t>، ایڈمنسٹریشن سے، حکمران سے ٹکراؤ نہ کرو، اور ٹکراؤ نہ کرتے ہوئے یہاں کے مواقع کو استعمال کرو۔</w:t>
      </w:r>
    </w:p>
    <w:p>
      <w:r>
        <w:rPr>
          <w:b/>
        </w:rPr>
        <w:t xml:space="preserve">[23:31] </w:t>
      </w:r>
      <w:r>
        <w:t>یعنی avoid confrontation with the hukmaraan and avail the opportunities.</w:t>
      </w:r>
    </w:p>
    <w:p>
      <w:pPr>
        <w:jc w:val="right"/>
      </w:pPr>
      <w:r>
        <w:t>یعنی اوائڈ کنفرنٹیشن ود دی حکمران اینڈ اویل دا اپرچونیٹیز۔</w:t>
      </w:r>
    </w:p>
    <w:p>
      <w:r>
        <w:rPr>
          <w:b/>
        </w:rPr>
        <w:t xml:space="preserve">[23:37] </w:t>
      </w:r>
      <w:r>
        <w:t>yeh policy Hazrat Yusuf علیہ السلام ne ikhtiyar ki thi, is ne unhein woh goya ek trend setter</w:t>
      </w:r>
    </w:p>
    <w:p>
      <w:pPr>
        <w:jc w:val="right"/>
      </w:pPr>
      <w:r>
        <w:t>یہ پالیسی حضرت یوسف علیہ السلام نے اختیار کی تھی، اس نے انہیں وہ گویا ایک ٹرینڈ سیٹر</w:t>
      </w:r>
    </w:p>
    <w:p>
      <w:r>
        <w:rPr>
          <w:b/>
        </w:rPr>
        <w:t xml:space="preserve">[23:43] </w:t>
      </w:r>
      <w:r>
        <w:t>the, woh trend setter, ek trend set kar diya unhon ne Bani Israel ke liye, aur paanch sau</w:t>
      </w:r>
    </w:p>
    <w:p>
      <w:pPr>
        <w:jc w:val="right"/>
      </w:pPr>
      <w:r>
        <w:t>تھے، وہ ٹرینڈ سیٹر، ایک ٹرینڈ سیٹ کر دیا انہوں نے بنی اسرائیل کے لئے، اور پانچ سو</w:t>
      </w:r>
    </w:p>
    <w:p>
      <w:r>
        <w:rPr>
          <w:b/>
        </w:rPr>
        <w:t xml:space="preserve">[23:49] </w:t>
      </w:r>
      <w:r>
        <w:t>saal tak is</w:t>
      </w:r>
    </w:p>
    <w:p>
      <w:pPr>
        <w:jc w:val="right"/>
      </w:pPr>
      <w:r>
        <w:t>سال تک اس</w:t>
      </w:r>
    </w:p>
    <w:p>
      <w:r>
        <w:rPr>
          <w:b/>
        </w:rPr>
        <w:t xml:space="preserve">[23:55] </w:t>
      </w:r>
      <w:r>
        <w:t>par chalte rahe woh, generation of generation, aur wahan par chha gaye woh. ab dekhiye, is ke baad aate hain isi isi Bani Israel mein, Hazrat Yusuf, isi isi nasal mein paida hote hain Hazrat Musa Alaihi Salam. yeh jo base the aa kar ke Kanaan se Misr mein, jin ko Bani Israel kaha jata hai, Children of Israel, unhi mein se paida hue Hazrat</w:t>
      </w:r>
    </w:p>
    <w:p>
      <w:pPr>
        <w:jc w:val="right"/>
      </w:pPr>
      <w:r>
        <w:t>پر چلتے رہے وہ، جنریشن آف جنریشن، اور وہاں پر چھا گئے وہ۔ اب دیکھیے، اس کے بعد آتے ہیں اسی اسی بنی اسرائیل میں، حضرت یوسف، اسی اسی نسل میں پیدا ہوتے ہیں حضرت موسیٰ علیہ السلام۔ یہ جو بسے تھے آ کر کے کنا سے مصر میں، جن کو بنی اسرائیل کہا جاتا ہے، چلڈرن آف عزرائیل، انہی میں سے پیدا ہوئے حضرت</w:t>
      </w:r>
    </w:p>
    <w:p>
      <w:r>
        <w:rPr>
          <w:b/>
        </w:rPr>
        <w:t xml:space="preserve">[24:25] </w:t>
      </w:r>
      <w:r>
        <w:t>Musa علیہ السلام.</w:t>
      </w:r>
    </w:p>
    <w:p>
      <w:pPr>
        <w:jc w:val="right"/>
      </w:pPr>
      <w:r>
        <w:t>موسیٰ علیہ السلام۔</w:t>
      </w:r>
    </w:p>
    <w:p>
      <w:r>
        <w:rPr>
          <w:b/>
        </w:rPr>
        <w:t xml:space="preserve">[24:30] </w:t>
      </w:r>
      <w:r>
        <w:t>to jab Hazrat Musa علیہ السلام paida hue, tab soorat-e-haal bohat badal chuki thi.</w:t>
      </w:r>
    </w:p>
    <w:p>
      <w:pPr>
        <w:jc w:val="right"/>
      </w:pPr>
      <w:r>
        <w:t>تو جب حضرت موسیٰ علیہ السلام پیدا ہوئے، تب صورتحال بہت بدل چکی تھی۔</w:t>
      </w:r>
    </w:p>
    <w:p>
      <w:r>
        <w:rPr>
          <w:b/>
        </w:rPr>
        <w:t xml:space="preserve">[24:35] </w:t>
      </w:r>
      <w:r>
        <w:t>yaani is ke baad yeh hua ke Hazrat Yusuf علیہ السلام ke zamane mein to wahan par Hyksos</w:t>
      </w:r>
    </w:p>
    <w:p>
      <w:pPr>
        <w:jc w:val="right"/>
      </w:pPr>
      <w:r>
        <w:t>یعنی اس کے بعد یہ ہوا کہ حضرت یوسف علیہ السلام کے زمانے میں تو وہاں پر ہکساس</w:t>
      </w:r>
    </w:p>
    <w:p>
      <w:r>
        <w:rPr>
          <w:b/>
        </w:rPr>
        <w:t xml:space="preserve">[24:40] </w:t>
      </w:r>
      <w:r>
        <w:t>kings the, jo usi ilaaqe ke rehne wale the, jis ilaaqe ke Hazrat Yusuf علیہ السلام the.</w:t>
      </w:r>
    </w:p>
    <w:p>
      <w:pPr>
        <w:jc w:val="right"/>
      </w:pPr>
      <w:r>
        <w:t>کنگز تھے، جو اسی علاقے کے رہنے والے تھے، جس علاقے کے حضرت یوسف علیہ السلام تھے۔</w:t>
      </w:r>
    </w:p>
    <w:p>
      <w:r>
        <w:rPr>
          <w:b/>
        </w:rPr>
        <w:t xml:space="preserve">[24:45] </w:t>
      </w:r>
      <w:r>
        <w:t>yaani Shaam aur Falasteen ka jo ilaaqa tha, usi ke Hazrat Yusuf علیہ السلام the, usi ilaaqe se</w:t>
      </w:r>
    </w:p>
    <w:p>
      <w:pPr>
        <w:jc w:val="right"/>
      </w:pPr>
      <w:r>
        <w:t>یعنی شام اور فلسطین کا جو علاقہ تھا، اسی کے حضرت یوسف علیہ السلام تھے، اسی علاقے سے</w:t>
      </w:r>
    </w:p>
    <w:p>
      <w:r>
        <w:rPr>
          <w:b/>
        </w:rPr>
        <w:t xml:space="preserve">[24:50] </w:t>
      </w:r>
      <w:r>
        <w:t>ta'alluq tha is khandan ka</w:t>
      </w:r>
    </w:p>
    <w:p>
      <w:pPr>
        <w:jc w:val="right"/>
      </w:pPr>
      <w:r>
        <w:t>تعلق تھا اس خاندان کا</w:t>
      </w:r>
    </w:p>
    <w:p>
      <w:r>
        <w:rPr>
          <w:b/>
        </w:rPr>
        <w:t xml:space="preserve">[24:55] </w:t>
      </w:r>
      <w:r>
        <w:t>bhi.</w:t>
      </w:r>
    </w:p>
    <w:p>
      <w:pPr>
        <w:jc w:val="right"/>
      </w:pPr>
      <w:r>
        <w:t>بھی۔</w:t>
      </w:r>
    </w:p>
    <w:p>
      <w:r>
        <w:rPr>
          <w:b/>
        </w:rPr>
        <w:t xml:space="preserve">[25:00] </w:t>
      </w:r>
      <w:r>
        <w:t>to woh hamdard the Bani Israel ke baray mein.</w:t>
      </w:r>
    </w:p>
    <w:p>
      <w:pPr>
        <w:jc w:val="right"/>
      </w:pPr>
      <w:r>
        <w:t>تو وہ ہمدرد تھے بنی اسرائیل کے بارے میں۔</w:t>
      </w:r>
    </w:p>
    <w:p>
      <w:r>
        <w:rPr>
          <w:b/>
        </w:rPr>
        <w:t xml:space="preserve">[25:05] </w:t>
      </w:r>
      <w:r>
        <w:t>phir wahan par kya hua ke wahan par qoumi tehreek chali, jaise hamare India mein chali, Britishs ke</w:t>
      </w:r>
    </w:p>
    <w:p>
      <w:pPr>
        <w:jc w:val="right"/>
      </w:pPr>
      <w:r>
        <w:t>پھر وہاں پر کیا ہوا کہ وہاں پر قومی تحریک چلی، جیسے ہمارے انڈیا میں چلی، برٹشز کے</w:t>
      </w:r>
    </w:p>
    <w:p>
      <w:r>
        <w:rPr>
          <w:b/>
        </w:rPr>
        <w:t xml:space="preserve">[25:10] </w:t>
      </w:r>
      <w:r>
        <w:t>khilaf, ke Britishs bahar se aa kar hukoomat kar rahe the yahan par.</w:t>
      </w:r>
    </w:p>
    <w:p>
      <w:pPr>
        <w:jc w:val="right"/>
      </w:pPr>
      <w:r>
        <w:t>خلاف، کہ برٹشز باہر سے آ کر حکومت کر رہے تھے یہاں پر۔</w:t>
      </w:r>
    </w:p>
    <w:p>
      <w:r>
        <w:rPr>
          <w:b/>
        </w:rPr>
        <w:t xml:space="preserve">[25:15] </w:t>
      </w:r>
      <w:r>
        <w:t>to hamare Indian logon ne un ke khilaf baghavat ki.</w:t>
      </w:r>
    </w:p>
    <w:p>
      <w:pPr>
        <w:jc w:val="right"/>
      </w:pPr>
      <w:r>
        <w:t>تو ہمارے انڈین لوگوں نے ان کے خلاف بغاوت کی۔</w:t>
      </w:r>
    </w:p>
    <w:p>
      <w:r>
        <w:rPr>
          <w:b/>
        </w:rPr>
        <w:t xml:space="preserve">[25:20] </w:t>
      </w:r>
      <w:r>
        <w:t>theek yahi misr mein hua ke Hyksos kings ke khilaf wahan ke jo</w:t>
      </w:r>
    </w:p>
    <w:p>
      <w:pPr>
        <w:jc w:val="right"/>
      </w:pPr>
      <w:r>
        <w:t>ٹھیک یہی مصر میں ہوا کہ ہکساس کنگز کے خلاف وہاں کے جو</w:t>
      </w:r>
    </w:p>
    <w:p>
      <w:r>
        <w:rPr>
          <w:b/>
        </w:rPr>
        <w:t xml:space="preserve">[25:25] </w:t>
      </w:r>
      <w:r>
        <w:t>jo Qibti the, Qibti, jo wahan ke yaani jo kehte the apne ko, yaani woh sons of the</w:t>
      </w:r>
    </w:p>
    <w:p>
      <w:pPr>
        <w:jc w:val="right"/>
      </w:pPr>
      <w:r>
        <w:t>جو قبطی تھے، قبطک، جو وہاں کے یعنی جو کہتے تھے اپنے کو، یعنی وہ سنز آف دا</w:t>
      </w:r>
    </w:p>
    <w:p>
      <w:r>
        <w:rPr>
          <w:b/>
        </w:rPr>
        <w:t xml:space="preserve">[25:31] </w:t>
      </w:r>
      <w:r>
        <w:t>soil, yaani Qibti jo the, woh sons of the soil the wahan, aur yeh Amalika jo the, Hyksos</w:t>
      </w:r>
    </w:p>
    <w:p>
      <w:pPr>
        <w:jc w:val="right"/>
      </w:pPr>
      <w:r>
        <w:t>سائل، یعنی قبطک جو تھے، وہ سنز آف دا سائل تھے وہاں، اور یہ امالکہ جو تھے، ہکساس</w:t>
      </w:r>
    </w:p>
    <w:p>
      <w:r>
        <w:rPr>
          <w:b/>
        </w:rPr>
        <w:t xml:space="preserve">[25:38] </w:t>
      </w:r>
      <w:r>
        <w:t>kings jo kaha jata hai un ko, woh bahar se aaye hue log the.</w:t>
      </w:r>
    </w:p>
    <w:p>
      <w:pPr>
        <w:jc w:val="right"/>
      </w:pPr>
      <w:r>
        <w:t>کنگز جو کہا جاتا ہے ان کو، وہ باہر سے آئے ہوئے لوگ تھے۔</w:t>
      </w:r>
    </w:p>
    <w:p>
      <w:r>
        <w:rPr>
          <w:b/>
        </w:rPr>
        <w:t xml:space="preserve">[25:44] </w:t>
      </w:r>
      <w:r>
        <w:t>to bilkul wahi surat-e-haal thi jo India mein hum dekha, hum ne.</w:t>
      </w:r>
    </w:p>
    <w:p>
      <w:pPr>
        <w:jc w:val="right"/>
      </w:pPr>
      <w:r>
        <w:t>تو بالکل وہی صورتحال تھی جو انڈیا میں ہم دیکھا، ہم نے۔</w:t>
      </w:r>
    </w:p>
    <w:p>
      <w:r>
        <w:rPr>
          <w:b/>
        </w:rPr>
        <w:t xml:space="preserve">[25:50] </w:t>
      </w:r>
      <w:r>
        <w:t>to Britishz ke khilaaf yahan baghaawat hua, yahan tak ke</w:t>
      </w:r>
    </w:p>
    <w:p>
      <w:pPr>
        <w:jc w:val="right"/>
      </w:pPr>
      <w:r>
        <w:t>تو برٹشز کے خلاف یہاں بغاوت ہوا، یہاں تک کہ</w:t>
      </w:r>
    </w:p>
    <w:p>
      <w:r>
        <w:rPr>
          <w:b/>
        </w:rPr>
        <w:t xml:space="preserve">[25:56] </w:t>
      </w:r>
      <w:r>
        <w:t>un ko bhagaaya gaya, aur Indian logon ki hukoomat ban gayi yahan par.</w:t>
      </w:r>
    </w:p>
    <w:p>
      <w:pPr>
        <w:jc w:val="right"/>
      </w:pPr>
      <w:r>
        <w:t>ان کو بھگایا گیا، اور انڈین لوگوں کی حکومت بن گئی یہاں پر۔</w:t>
      </w:r>
    </w:p>
    <w:p>
      <w:r>
        <w:rPr>
          <w:b/>
        </w:rPr>
        <w:t xml:space="preserve">[26:03] </w:t>
      </w:r>
      <w:r>
        <w:t>to wahan par aisa hi hua, aur jis ko hum Firon kehte hain, to yeh is ek jo</w:t>
      </w:r>
    </w:p>
    <w:p>
      <w:pPr>
        <w:jc w:val="right"/>
      </w:pPr>
      <w:r>
        <w:t>تو وہاں پر ایسا ہی ہوا، اور جس کو ہم فرعون کہتے ہیں، تو یہ اس ایک جو</w:t>
      </w:r>
    </w:p>
    <w:p>
      <w:r>
        <w:rPr>
          <w:b/>
        </w:rPr>
        <w:t xml:space="preserve">[26:11] </w:t>
      </w:r>
      <w:r>
        <w:t>khandaan qaaim hui, is khandaan ka jo unwaan tha, Firon tha.</w:t>
      </w:r>
    </w:p>
    <w:p>
      <w:pPr>
        <w:jc w:val="right"/>
      </w:pPr>
      <w:r>
        <w:t>خاندان قائم ہوئی، اس خاندان کا جو عنوان تھا، فرعون تھا۔</w:t>
      </w:r>
    </w:p>
    <w:p>
      <w:r>
        <w:rPr>
          <w:b/>
        </w:rPr>
        <w:t xml:space="preserve">[26:18] </w:t>
      </w:r>
      <w:r>
        <w:t>Firon to kai Firon hue hain, un ko Firona kaha jaata hai, Firona, Firo, English mein Firo kehte</w:t>
      </w:r>
    </w:p>
    <w:p>
      <w:pPr>
        <w:jc w:val="right"/>
      </w:pPr>
      <w:r>
        <w:t>فرعون تو کئی فرعون ہوئے ہیں، ان کو فرعینہ کہا جاتا ہے، فرعینہ، فیرو، انگلش میں فیرو کہتے</w:t>
      </w:r>
    </w:p>
    <w:p>
      <w:r>
        <w:rPr>
          <w:b/>
        </w:rPr>
        <w:t xml:space="preserve">[26:26] </w:t>
      </w:r>
      <w:r>
        <w:t>hain. to huxas kings ko hata kar ke is ke baad Firo ki hukoomat wahan bani. ab in logon ne kya kiya ke Bani Israel par zulm karna shuru kiya ke tum log yahan aa kar base ho, hamari zameen par qabza kiya hai, jo sab se zar khez ilaaqa hai, us par qabza kar rakha hai, yeh hai, wo hai. to un par zulm hone laga. is waqt aaye Hazrat Musa (AS). ab yeh dekhiye</w:t>
      </w:r>
    </w:p>
    <w:p>
      <w:pPr>
        <w:jc w:val="right"/>
      </w:pPr>
      <w:r>
        <w:t>ہیں۔ تو ہکساس کنگز کو ہٹا کر کے اس کے بعد فیرو کی حکومت وہاں بنی۔ اب ان لوگوں نے کیا کیا کہ بنی اسرائیل پر ظلم کرنا شروع کیا کہ تم لوگ یہاں آ کر بسے ہو، ہماری زمین پر قبضہ کیا ہے، جو سب سے زرخیز علاقہ ہے، اس پر قبضہ کر رکھا ہے، یہ ہے، وہ ہے۔ تو ان پر ظلم ہونے لگا۔ اس وقت آئے حضرت موسیٰ علیہ السلام۔ اب یہ دیکھیے</w:t>
      </w:r>
    </w:p>
    <w:p>
      <w:r>
        <w:rPr>
          <w:b/>
        </w:rPr>
        <w:t xml:space="preserve">[26:56] </w:t>
      </w:r>
      <w:r>
        <w:t>, Bible ki jo riwayatein hain, is ko hum lein to Hazrat Musa jab aaye hain to is</w:t>
      </w:r>
    </w:p>
    <w:p>
      <w:pPr>
        <w:jc w:val="right"/>
      </w:pPr>
      <w:r>
        <w:t>، بائبل کی جو روایتیں ہیں، اس کو ہم لیں تو حضرت موسیٰ جب آئے ہیں تو اس</w:t>
      </w:r>
    </w:p>
    <w:p>
      <w:r>
        <w:rPr>
          <w:b/>
        </w:rPr>
        <w:t xml:space="preserve">[27:02] </w:t>
      </w:r>
      <w:r>
        <w:t>waqt yahan par Bani Israel bohat badi tadaad mein ho chuke thay.</w:t>
      </w:r>
    </w:p>
    <w:p>
      <w:pPr>
        <w:jc w:val="right"/>
      </w:pPr>
      <w:r>
        <w:t>وقت یہاں پر بنی اسرائیل بہت بڑی تعداد میں ہو چکے تھے۔</w:t>
      </w:r>
    </w:p>
    <w:p>
      <w:r>
        <w:rPr>
          <w:b/>
        </w:rPr>
        <w:t xml:space="preserve">[27:08] </w:t>
      </w:r>
      <w:r>
        <w:t>yaani kuch logon ke nazdeek taqreeban 10 feesad thay wahan par, is ka koi sahi shumaar maloom nahi</w:t>
      </w:r>
    </w:p>
    <w:p>
      <w:pPr>
        <w:jc w:val="right"/>
      </w:pPr>
      <w:r>
        <w:t>یعنی کچھ لوگوں کے نزدیک تقریباً 10 فیصد تھے وہاں پر، اس کا کوئی صحیح شمار معلوم نہیں</w:t>
      </w:r>
    </w:p>
    <w:p>
      <w:r>
        <w:rPr>
          <w:b/>
        </w:rPr>
        <w:t xml:space="preserve">[27:14] </w:t>
      </w:r>
      <w:r>
        <w:t>hai, yaani tareekhi tor par is ko qaaim nahi kiya ja sakta, lekin behraal Bani Israel kaafi tadaad</w:t>
      </w:r>
    </w:p>
    <w:p>
      <w:pPr>
        <w:jc w:val="right"/>
      </w:pPr>
      <w:r>
        <w:t>ہے، یعنی تاریخی طور پر اس کو قائم نہیں کیا جا سکتا، لیکن بہرحال بنی اسرائیل کافی تعداد</w:t>
      </w:r>
    </w:p>
    <w:p>
      <w:r>
        <w:rPr>
          <w:b/>
        </w:rPr>
        <w:t xml:space="preserve">[27:20] </w:t>
      </w:r>
      <w:r>
        <w:t>mein thay wahan par.</w:t>
      </w:r>
    </w:p>
    <w:p>
      <w:pPr>
        <w:jc w:val="right"/>
      </w:pPr>
      <w:r>
        <w:t>میں تھے وہاں پر۔</w:t>
      </w:r>
    </w:p>
    <w:p>
      <w:r>
        <w:rPr>
          <w:b/>
        </w:rPr>
        <w:t xml:space="preserve">[27:26] </w:t>
      </w:r>
      <w:r>
        <w:t>to Hazrat Musa (AS) ke paas bhi do option tha, ek yeh tha ke Bani Israel ko munazzam karein, aur wo jo khandan hukoomat kar rahi thi, Firauna ki, us se takrao karein, aur wahi nazariya hai ke yani wo jo kaha jata hai ke mare to jiye to ghazi, aur mare to shaheed. yeh nazariya aaj kal chala hua hai ke lad jao un se</w:t>
      </w:r>
    </w:p>
    <w:p>
      <w:pPr>
        <w:jc w:val="right"/>
      </w:pPr>
      <w:r>
        <w:t>تو حضرت موسیٰ علیہ السلام کے پاس بھی دو آپشن تھا، ایک یہ تھا کہ بنی اسرائیل کو منظم کریں، اور وہ جو خاندان حکومت کر رہی تھی، فرعینہ کی، اس سے ٹکراؤ کریں، اور وہی نظریہ ہے کہ یعنی وہ جو کہا جاتا ہے کہ مرے تو جیے تو غازی، اور مرے تو شہید۔ یہ نظریہ آج کل چلا ہوا ہے کہ لڑ جاؤ ان سے</w:t>
      </w:r>
    </w:p>
    <w:p>
      <w:r>
        <w:rPr>
          <w:b/>
        </w:rPr>
        <w:t xml:space="preserve">[27:56] </w:t>
      </w:r>
      <w:r>
        <w:t>jeete to ghazi hain, aur mar gaye to shaheed ban jayenge hum. Hazrat Musa (AS) ne aisa nahi kiya, balkeh unhon ne yeh banaya program ke un ko le kar ke wahan se wapas jayein, usi ilaaqe mein jahan se wo aaye thay, yani Falasteen ke ilaaqe mein. qadeem watan un ka Falasteen tha, jin ko hum kehte hain Yahoodi, unhi ko Bani Israel kaha jata hai, qadeem watan un ka wo tha. to ajeeb o ghareeb,</w:t>
      </w:r>
    </w:p>
    <w:p>
      <w:pPr>
        <w:jc w:val="right"/>
      </w:pPr>
      <w:r>
        <w:t>، جیتے تو غازی ہیں، اور مر گئے تو شہید بن جائیں گے ہم۔ حضرت موسیٰ علیہ السلام نے ایسا نہیں کیا، بلکہ انہوں نے یہ بنایا پروگرام کہ ان کو لے کر کے وہاں سے واپس جائیں، اسی علاقے میں جہاں سے وہ آئے تھے، یعنی فلسطین کے علاقے میں۔ قدیم وطن ان کا فلسطین تھا، جن کو ہم کہتے ہیں یہودی، انہی کو بنی اسرائیل کہا جاتا ہے، قدیم وطن ان کا وہ تھا۔ تو عجیب و غریب،</w:t>
      </w:r>
    </w:p>
    <w:p>
      <w:r>
        <w:rPr>
          <w:b/>
        </w:rPr>
        <w:t xml:space="preserve">[28:26] </w:t>
      </w:r>
      <w:r>
        <w:t>yaani jo unhon ne Islam ka siyasat ta'abeer diya hai, ajeeb ajeeb qism ki baatein kahi hain.</w:t>
      </w:r>
    </w:p>
    <w:p>
      <w:pPr>
        <w:jc w:val="right"/>
      </w:pPr>
      <w:r>
        <w:t>یعنی جو انہوں نے اسلام کا سیاسی تعبیر دیا ہے، عجیب عجیب قسم کی باتیں کہی ہیں۔</w:t>
      </w:r>
    </w:p>
    <w:p>
      <w:r>
        <w:rPr>
          <w:b/>
        </w:rPr>
        <w:t xml:space="preserve">[28:33] </w:t>
      </w:r>
      <w:r>
        <w:t>misaal ke tor par Syed Qutb ki jo kitaab hai, Fi Israel Quran, Fi Israel Quran, is mein</w:t>
      </w:r>
    </w:p>
    <w:p>
      <w:pPr>
        <w:jc w:val="right"/>
      </w:pPr>
      <w:r>
        <w:t>مثال کے طور پر سید قطب کی جو کتاب ہے، فی اسرائیل قرآن، فی اسرائیل قرآن، اس میں</w:t>
      </w:r>
    </w:p>
    <w:p>
      <w:r>
        <w:rPr>
          <w:b/>
        </w:rPr>
        <w:t xml:space="preserve">[28:39] </w:t>
      </w:r>
      <w:r>
        <w:t>aap parhiye, aur is tarah ki tafaseer hain jo siyasat ta'abeer wali.</w:t>
      </w:r>
    </w:p>
    <w:p>
      <w:pPr>
        <w:jc w:val="right"/>
      </w:pPr>
      <w:r>
        <w:t>آپ پڑھیے، اور اس طرح کی تفسیریں ہیں جو سیاسی تعبیر والی۔</w:t>
      </w:r>
    </w:p>
    <w:p>
      <w:r>
        <w:rPr>
          <w:b/>
        </w:rPr>
        <w:t xml:space="preserve">[28:45] </w:t>
      </w:r>
      <w:r>
        <w:t>to is mein kya bataya unhon ne ke Hazrat Musa (AS) jo thay, woh ek qaumi rehnuma</w:t>
      </w:r>
    </w:p>
    <w:p>
      <w:pPr>
        <w:jc w:val="right"/>
      </w:pPr>
      <w:r>
        <w:t>تو اس میں کیا بتایا انہوں نے کہ حضرت موسیٰ علیہ السلام جو تھے، وہ ایک قومی رہنما</w:t>
      </w:r>
    </w:p>
    <w:p>
      <w:r>
        <w:rPr>
          <w:b/>
        </w:rPr>
        <w:t xml:space="preserve">[28:51] </w:t>
      </w:r>
      <w:r>
        <w:t>thay, aur woh Firon ko hata kar ke wahan par hukoomat qaaim karna chahte thay.</w:t>
      </w:r>
    </w:p>
    <w:p>
      <w:pPr>
        <w:jc w:val="right"/>
      </w:pPr>
      <w:r>
        <w:t>تھے، اور وہ فرعون کو ہٹا کر کے وہاں پر حکومت قائم کرنا چاہتے تھے۔</w:t>
      </w:r>
    </w:p>
    <w:p>
      <w:r>
        <w:rPr>
          <w:b/>
        </w:rPr>
        <w:t xml:space="preserve">[28:57] </w:t>
      </w:r>
      <w:r>
        <w:t>ab ghore kijiye ke agar aisa hota to Allah Ta'ala ki madad se kya hua ke Firon ko</w:t>
      </w:r>
    </w:p>
    <w:p>
      <w:pPr>
        <w:jc w:val="right"/>
      </w:pPr>
      <w:r>
        <w:t>اب غور کیجئے کہ اگر ایسا ہوتا تو اللہ تعالیٰ کی مدد سے کیا ہوا کہ فرعون کو</w:t>
      </w:r>
    </w:p>
    <w:p>
      <w:r>
        <w:rPr>
          <w:b/>
        </w:rPr>
        <w:t xml:space="preserve">[29:02] </w:t>
      </w:r>
      <w:r>
        <w:t>Allah Ta'ala ne duba diya samandar mein, doob ke gharaq ho gaya, aur sirf Firon nahi, is ka</w:t>
      </w:r>
    </w:p>
    <w:p>
      <w:pPr>
        <w:jc w:val="right"/>
      </w:pPr>
      <w:r>
        <w:t>اللہ تعالیٰ نے ڈوبا دیا سمندر میں، ڈوب کے غرق ہو گیا، اور صرف فرعون نہیں، اس کا</w:t>
      </w:r>
    </w:p>
    <w:p>
      <w:r>
        <w:rPr>
          <w:b/>
        </w:rPr>
        <w:t xml:space="preserve">[29:07] </w:t>
      </w:r>
      <w:r>
        <w:t>lashkar bhi doob gaya.</w:t>
      </w:r>
    </w:p>
    <w:p>
      <w:pPr>
        <w:jc w:val="right"/>
      </w:pPr>
      <w:r>
        <w:t>لشکر بھی ڈوب گیا۔</w:t>
      </w:r>
    </w:p>
    <w:p>
      <w:r>
        <w:rPr>
          <w:b/>
        </w:rPr>
        <w:t xml:space="preserve">[29:12] </w:t>
      </w:r>
      <w:r>
        <w:t>to Firon yaani badshah jo tha, woh aur is ka jo fauj thi, sab sab ki sab doob gayi.</w:t>
      </w:r>
    </w:p>
    <w:p>
      <w:pPr>
        <w:jc w:val="right"/>
      </w:pPr>
      <w:r>
        <w:t>تو فرعون یعنی بادشاہ جو تھا، وہ اور اس کا جو فوج تھی، سب سب کی سب ڈوب گئی۔</w:t>
      </w:r>
    </w:p>
    <w:p>
      <w:r>
        <w:rPr>
          <w:b/>
        </w:rPr>
        <w:t xml:space="preserve">[29:17] </w:t>
      </w:r>
      <w:r>
        <w:t>to sab maidaan khaali tha, to Hazrat Musa jo thay, aa kar ke raaj karte, Misr par raaj</w:t>
      </w:r>
    </w:p>
    <w:p>
      <w:pPr>
        <w:jc w:val="right"/>
      </w:pPr>
      <w:r>
        <w:t>تو سب میدان خالی تھا، تو حضرت موسیٰ جو تھے، آ کر کے راج کرتے، مصر پر راج</w:t>
      </w:r>
    </w:p>
    <w:p>
      <w:r>
        <w:rPr>
          <w:b/>
        </w:rPr>
        <w:t xml:space="preserve">[29:22] </w:t>
      </w:r>
      <w:r>
        <w:t>karte, lekin Hazrat Musa</w:t>
      </w:r>
    </w:p>
    <w:p>
      <w:pPr>
        <w:jc w:val="right"/>
      </w:pPr>
      <w:r>
        <w:t>کرتے، لیکن حضرت موسی</w:t>
      </w:r>
    </w:p>
    <w:p>
      <w:r>
        <w:rPr>
          <w:b/>
        </w:rPr>
        <w:t xml:space="preserve">[29:27] </w:t>
      </w:r>
      <w:r>
        <w:t>ne kya kiya? chale gaye sehra mein, Seena ke sehra mein chale gaye.</w:t>
      </w:r>
    </w:p>
    <w:p>
      <w:pPr>
        <w:jc w:val="right"/>
      </w:pPr>
      <w:r>
        <w:t>ٰ نے کیا کیا؟ چلے گئے صحرا میں، سینا کے صحرا میں چلے گئے۔</w:t>
      </w:r>
    </w:p>
    <w:p>
      <w:r>
        <w:rPr>
          <w:b/>
        </w:rPr>
        <w:t xml:space="preserve">[29:32] </w:t>
      </w:r>
      <w:r>
        <w:t>to agar Hazrat Musa ka maqsad yeh hota ke Misr mein hukoomat qaaim karein, to sawaal yeh hai</w:t>
      </w:r>
    </w:p>
    <w:p>
      <w:pPr>
        <w:jc w:val="right"/>
      </w:pPr>
      <w:r>
        <w:t>تو اگر حضرت موسیٰ کا مقصد یہ ہوتا کہ مصر میں حکومت قائم کریں، تو سوال یہ ہے</w:t>
      </w:r>
    </w:p>
    <w:p>
      <w:r>
        <w:rPr>
          <w:b/>
        </w:rPr>
        <w:t xml:space="preserve">[29:37] </w:t>
      </w:r>
      <w:r>
        <w:t>ke kitne ziyada ajeeb kaam kiya unhon ne ke Misr chhod kar chale gaye jabke maidaan khaali tha</w:t>
      </w:r>
    </w:p>
    <w:p>
      <w:pPr>
        <w:jc w:val="right"/>
      </w:pPr>
      <w:r>
        <w:t>کہ کتنے زیادہ عجیب کام کیا انہوں نے کہ مصر چھوڑ کے چلے گئے جبکہ میدان خالی تھا</w:t>
      </w:r>
    </w:p>
    <w:p>
      <w:r>
        <w:rPr>
          <w:b/>
        </w:rPr>
        <w:t xml:space="preserve">[29:43] </w:t>
      </w:r>
      <w:r>
        <w:t>un ke liye.</w:t>
      </w:r>
    </w:p>
    <w:p>
      <w:pPr>
        <w:jc w:val="right"/>
      </w:pPr>
      <w:r>
        <w:t>ان کے لئے۔</w:t>
      </w:r>
    </w:p>
    <w:p>
      <w:r>
        <w:rPr>
          <w:b/>
        </w:rPr>
        <w:t xml:space="preserve">[29:48] </w:t>
      </w:r>
      <w:r>
        <w:t>to yeh bilkul is tarah ki tafseerein hain, be asal hain, yani be asal hain, is tarah ke</w:t>
      </w:r>
    </w:p>
    <w:p>
      <w:pPr>
        <w:jc w:val="right"/>
      </w:pPr>
      <w:r>
        <w:t>تو یہ بالکل اس طرح کی تفسیریں ہیں، بے اصل ہیں، یعنی بے اصل ہیں، اس طرح کے</w:t>
      </w:r>
    </w:p>
    <w:p>
      <w:r>
        <w:rPr>
          <w:b/>
        </w:rPr>
        <w:t xml:space="preserve">[29:53] </w:t>
      </w:r>
      <w:r>
        <w:t>yani is ka koi</w:t>
      </w:r>
    </w:p>
    <w:p>
      <w:pPr>
        <w:jc w:val="right"/>
      </w:pPr>
      <w:r>
        <w:t>یعنی اس کا کوئی</w:t>
      </w:r>
    </w:p>
    <w:p>
      <w:r>
        <w:rPr>
          <w:b/>
        </w:rPr>
        <w:t xml:space="preserve">[29:58] </w:t>
      </w:r>
      <w:r>
        <w:t>koi na wajah hai, na koi mantiq hai, kuch bhi nahi, khali adab hai, adab. to khair, ab yahan par hum mein aap ko misaal yeh de raha hoon ke Hazrat Musa (AS) ke liye bhi do option tha, ya to apni qaum ko yani Bani Israel ko munazzam karein aur takra dein us se, yani huxas kings jo kaha amalka se takra dein, nahi nahi, Firon</w:t>
      </w:r>
    </w:p>
    <w:p>
      <w:pPr>
        <w:jc w:val="right"/>
      </w:pPr>
      <w:r>
        <w:t>کوئی نہ وجہ ہے، نہ کوئی منطق ہے، کچھ بھی نہیں، خالی ادب ہے، ادب۔ تو خیر، اب یہاں پر ہم میں آپ کو مثال یہ دے رہا ہوں کہ حضرت موسیٰ علیہ السلام کے لئے بھی دو آپشن تھا، یا تو اپنی قوم کو یعنی بنی اسرائیل کو منظم کریں اور ٹکرا دیں اس سے، یعنی ہکساس کنگز جو کہا امالکہ سے ٹکرا دیں، نہیں نہیں، فرعون</w:t>
      </w:r>
    </w:p>
    <w:p>
      <w:r>
        <w:rPr>
          <w:b/>
        </w:rPr>
        <w:t xml:space="preserve">[30:28] </w:t>
      </w:r>
      <w:r>
        <w:t>se takra dein.</w:t>
      </w:r>
    </w:p>
    <w:p>
      <w:pPr>
        <w:jc w:val="right"/>
      </w:pPr>
      <w:r>
        <w:t>سے ٹکرا دیں۔</w:t>
      </w:r>
    </w:p>
    <w:p>
      <w:r>
        <w:rPr>
          <w:b/>
        </w:rPr>
        <w:t xml:space="preserve">[30:33] </w:t>
      </w:r>
      <w:r>
        <w:t>hazrat moosa علیہ السلام jo hain, firoun se takra dein ab bani israel ko, unhon ne aisa nahi</w:t>
      </w:r>
    </w:p>
    <w:p>
      <w:pPr>
        <w:jc w:val="right"/>
      </w:pPr>
      <w:r>
        <w:t>حضرت موسیٰ علیہ السلام جو ہیں، فرعون سے ٹکرا دیں اب بنی اسرائیل کو، انہوں نے ایسا نہیں</w:t>
      </w:r>
    </w:p>
    <w:p>
      <w:r>
        <w:rPr>
          <w:b/>
        </w:rPr>
        <w:t xml:space="preserve">[30:38] </w:t>
      </w:r>
      <w:r>
        <w:t>kiya, balkeh khud misr hi ko chhod ke jaane ka unhon ne mansooba banaya, kyunke takraao mein siwaye</w:t>
      </w:r>
    </w:p>
    <w:p>
      <w:pPr>
        <w:jc w:val="right"/>
      </w:pPr>
      <w:r>
        <w:t>کیا، بلکہ خود مصر ہی کو چھوڑ کے جانے کا انہوں نے منصوبہ بنایا، کیونکہ ٹکراؤ میں سوائے</w:t>
      </w:r>
    </w:p>
    <w:p>
      <w:r>
        <w:rPr>
          <w:b/>
        </w:rPr>
        <w:t xml:space="preserve">[30:43] </w:t>
      </w:r>
      <w:r>
        <w:t>is ke ke bohat se log maare jaate hain, khoon kharaba hota hai, fasad hota hai, zulm hota</w:t>
      </w:r>
    </w:p>
    <w:p>
      <w:pPr>
        <w:jc w:val="right"/>
      </w:pPr>
      <w:r>
        <w:t>اس کے کہ بہت سے لوگ مارے جاتے ہیں، خون خرابہ ہوتا ہے، فساد ہوتا ہے، ظلم ہوتا</w:t>
      </w:r>
    </w:p>
    <w:p>
      <w:r>
        <w:rPr>
          <w:b/>
        </w:rPr>
        <w:t xml:space="preserve">[30:48] </w:t>
      </w:r>
      <w:r>
        <w:t>hai, aur nateeja kuch na nikalta.</w:t>
      </w:r>
    </w:p>
    <w:p>
      <w:pPr>
        <w:jc w:val="right"/>
      </w:pPr>
      <w:r>
        <w:t>ہے، اور نتیجہ کچھ نہ نکلتا۔</w:t>
      </w:r>
    </w:p>
    <w:p>
      <w:r>
        <w:rPr>
          <w:b/>
        </w:rPr>
        <w:t xml:space="preserve">[30:53] </w:t>
      </w:r>
      <w:r>
        <w:t>kyunke dekhiye, poori tareekh batati hai, kabhi bhi takraao ki policy ne kabhi kaam nahi kiya</w:t>
      </w:r>
    </w:p>
    <w:p>
      <w:pPr>
        <w:jc w:val="right"/>
      </w:pPr>
      <w:r>
        <w:t>کیونکہ دیکھیے، پوری تاریخ بتاتی ہے، کبھی بھی ٹکراؤ کی پالیسی نے کبھی کام نہیں کیا</w:t>
      </w:r>
    </w:p>
    <w:p>
      <w:r>
        <w:rPr>
          <w:b/>
        </w:rPr>
        <w:t xml:space="preserve">[30:58] </w:t>
      </w:r>
      <w:r>
        <w:t>hai, kabhi bhi nahi.</w:t>
      </w:r>
    </w:p>
    <w:p>
      <w:pPr>
        <w:jc w:val="right"/>
      </w:pPr>
      <w:r>
        <w:t>ہے، کبھی بھی نہیں۔</w:t>
      </w:r>
    </w:p>
    <w:p>
      <w:r>
        <w:rPr>
          <w:b/>
        </w:rPr>
        <w:t xml:space="preserve">[31:03] </w:t>
      </w:r>
      <w:r>
        <w:t>poori tareekh mein ek bhi misaal nahi hai, ek bhi misaal nahi hai ke takraao ki policy se</w:t>
      </w:r>
    </w:p>
    <w:p>
      <w:pPr>
        <w:jc w:val="right"/>
      </w:pPr>
      <w:r>
        <w:t>پوری تاریخ میں ایک بھی مثال نہیں ہے، ایک بھی مثال نہیں ہے کہ ٹکراؤ کی پالیسی سے</w:t>
      </w:r>
    </w:p>
    <w:p>
      <w:r>
        <w:rPr>
          <w:b/>
        </w:rPr>
        <w:t xml:space="preserve">[31:08] </w:t>
      </w:r>
      <w:r>
        <w:t>kisi ko kuch mila ho.</w:t>
      </w:r>
    </w:p>
    <w:p>
      <w:pPr>
        <w:jc w:val="right"/>
      </w:pPr>
      <w:r>
        <w:t>کسی کو کچھ ملا ہو۔</w:t>
      </w:r>
    </w:p>
    <w:p>
      <w:r>
        <w:rPr>
          <w:b/>
        </w:rPr>
        <w:t xml:space="preserve">[31:13] </w:t>
      </w:r>
      <w:r>
        <w:t>jo bilkul taaza tareen misaal hai, woh amreeka ka hai.</w:t>
      </w:r>
    </w:p>
    <w:p>
      <w:pPr>
        <w:jc w:val="right"/>
      </w:pPr>
      <w:r>
        <w:t>جو بالکل تازہ ترین مثال ہے، وہ امریکہ کا ہے۔</w:t>
      </w:r>
    </w:p>
    <w:p>
      <w:r>
        <w:rPr>
          <w:b/>
        </w:rPr>
        <w:t xml:space="preserve">[31:18] </w:t>
      </w:r>
      <w:r>
        <w:t>amreeka ne dekhiye, iraq mein do ladaaiyan ladeen, abhi tak khatam nahi hui, aur paanch trillion dollar kharch</w:t>
      </w:r>
    </w:p>
    <w:p>
      <w:pPr>
        <w:jc w:val="right"/>
      </w:pPr>
      <w:r>
        <w:t>امریکہ نے دیکھیے، عراق میں دو لڑائیاں لڑیں، ابھی تک ختم نہیں ہوئی، اور پانچ ٹریلین ڈالر خرچ</w:t>
      </w:r>
    </w:p>
    <w:p>
      <w:r>
        <w:rPr>
          <w:b/>
        </w:rPr>
        <w:t xml:space="preserve">[31:23] </w:t>
      </w:r>
      <w:r>
        <w:t>kiya is ne, paanch trillion dollar is jang mein kharch ho</w:t>
      </w:r>
    </w:p>
    <w:p>
      <w:pPr>
        <w:jc w:val="right"/>
      </w:pPr>
      <w:r>
        <w:t>کیا اس نے، پانچ ٹریلین ڈالر اس جنگ میں خرچ ہو گ</w:t>
      </w:r>
    </w:p>
    <w:p>
      <w:r>
        <w:rPr>
          <w:b/>
        </w:rPr>
        <w:t xml:space="preserve">[31:28] </w:t>
      </w:r>
      <w:r>
        <w:t>gaye, aur abhi tak kuch kuch bhi nahi hai, abhi tak koi, abhi tak yani woh woh ladaai jaari hai.</w:t>
      </w:r>
    </w:p>
    <w:p>
      <w:pPr>
        <w:jc w:val="right"/>
      </w:pPr>
      <w:r>
        <w:t>ئے، اور ابھی تک کچھ کچھ بھی نہیں ہے، ابھی تک کوئی، ابھی تک یعنی وہ وہ لڑائی جاری ہے۔</w:t>
      </w:r>
    </w:p>
    <w:p>
      <w:r>
        <w:rPr>
          <w:b/>
        </w:rPr>
        <w:t xml:space="preserve">[31:34] </w:t>
      </w:r>
      <w:r>
        <w:t>ab amreeka ki maeeshat jo hai, hil gayi, poori duniya ki maeeshat par asar pad gaya, sab.</w:t>
      </w:r>
    </w:p>
    <w:p>
      <w:pPr>
        <w:jc w:val="right"/>
      </w:pPr>
      <w:r>
        <w:t>اب امریکہ کی معیشت جو ہے، ہل گئی، پوری دنیا کی معیشت پر اثر پڑ گیا، سب۔</w:t>
      </w:r>
    </w:p>
    <w:p>
      <w:r>
        <w:rPr>
          <w:b/>
        </w:rPr>
        <w:t xml:space="preserve">[31:40] </w:t>
      </w:r>
      <w:r>
        <w:t>maine abhi suna hai ek radio mein ke ke ke ek hazaar bank amreeka mein band ho</w:t>
      </w:r>
    </w:p>
    <w:p>
      <w:pPr>
        <w:jc w:val="right"/>
      </w:pPr>
      <w:r>
        <w:t>میں نے ابھی سنا ہے ایک ریڈیو میں کہ کہ کہ ایک ہزار بینک امریکہ میں بند ہو</w:t>
      </w:r>
    </w:p>
    <w:p>
      <w:r>
        <w:rPr>
          <w:b/>
        </w:rPr>
        <w:t xml:space="preserve">[31:46] </w:t>
      </w:r>
      <w:r>
        <w:t>chuke hain, kyunke maeeshat sab bilkul hil gayi.</w:t>
      </w:r>
    </w:p>
    <w:p>
      <w:pPr>
        <w:jc w:val="right"/>
      </w:pPr>
      <w:r>
        <w:t>چکے ہیں، کیونکہ معیشت سب بالکل ہل گئی۔</w:t>
      </w:r>
    </w:p>
    <w:p>
      <w:r>
        <w:rPr>
          <w:b/>
        </w:rPr>
        <w:t xml:space="preserve">[31:52] </w:t>
      </w:r>
      <w:r>
        <w:t>yeh sab kyun hua? isi ladaai ke</w:t>
      </w:r>
    </w:p>
    <w:p>
      <w:pPr>
        <w:jc w:val="right"/>
      </w:pPr>
      <w:r>
        <w:t>یہ سب کیوں ہوا؟ اسی لڑائی کے</w:t>
      </w:r>
    </w:p>
    <w:p>
      <w:r>
        <w:rPr>
          <w:b/>
        </w:rPr>
        <w:t xml:space="preserve">[31:58] </w:t>
      </w:r>
      <w:r>
        <w:t>baad hua.</w:t>
      </w:r>
    </w:p>
    <w:p>
      <w:pPr>
        <w:jc w:val="right"/>
      </w:pPr>
      <w:r>
        <w:t>بعد ہوا۔</w:t>
      </w:r>
    </w:p>
    <w:p>
      <w:r>
        <w:rPr>
          <w:b/>
        </w:rPr>
        <w:t xml:space="preserve">[32:03] </w:t>
      </w:r>
      <w:r>
        <w:t>to ek ladaai hui thi younan mein, us ko kaha tha prek victory, us ka naam hai prek victory.</w:t>
      </w:r>
    </w:p>
    <w:p>
      <w:pPr>
        <w:jc w:val="right"/>
      </w:pPr>
      <w:r>
        <w:t>تو ایک لڑائی ہوئی تھی یونان میں، اس کو کہا تھا پریک وکٹری، اس کا نام ہے پریک وکٹری۔</w:t>
      </w:r>
    </w:p>
    <w:p>
      <w:r>
        <w:rPr>
          <w:b/>
        </w:rPr>
        <w:t xml:space="preserve">[32:07] </w:t>
      </w:r>
      <w:r>
        <w:t>jo jeeta tha, woh bhi haar raha tha.</w:t>
      </w:r>
    </w:p>
    <w:p>
      <w:pPr>
        <w:jc w:val="right"/>
      </w:pPr>
      <w:r>
        <w:t>جو جیتا تھا، وہ بھی ہار رہا تھا۔</w:t>
      </w:r>
    </w:p>
    <w:p>
      <w:r>
        <w:rPr>
          <w:b/>
        </w:rPr>
        <w:t xml:space="preserve">[32:11] </w:t>
      </w:r>
      <w:r>
        <w:t>sparta aur athens mein ladaai hui thi, to jeetne wala bhi, jo haarne wala hai, woh to haar</w:t>
      </w:r>
    </w:p>
    <w:p>
      <w:pPr>
        <w:jc w:val="right"/>
      </w:pPr>
      <w:r>
        <w:t>اسپارٹا اور ایتھنز میں لڑائی ہوئی تھی، تو جیتنے والا بھی، جو ہارنے والا ہے، وہ تو ہار</w:t>
      </w:r>
    </w:p>
    <w:p>
      <w:r>
        <w:rPr>
          <w:b/>
        </w:rPr>
        <w:t xml:space="preserve">[32:16] </w:t>
      </w:r>
      <w:r>
        <w:t>gaya, jeetne wala itna kamzor ho gaya, itna kamzor ho gaya ke us ke paas kuch raha nahi.</w:t>
      </w:r>
    </w:p>
    <w:p>
      <w:pPr>
        <w:jc w:val="right"/>
      </w:pPr>
      <w:r>
        <w:t>گیا، جیتنے والا اتنا کمزور ہو گیا، اتنا کمزور ہو گیا کہ اس کے پاس کچھ رہا نہیں۔</w:t>
      </w:r>
    </w:p>
    <w:p>
      <w:r>
        <w:rPr>
          <w:b/>
        </w:rPr>
        <w:t xml:space="preserve">[32:20] </w:t>
      </w:r>
      <w:r>
        <w:t>to use kehte hain pre victory.</w:t>
      </w:r>
    </w:p>
    <w:p>
      <w:pPr>
        <w:jc w:val="right"/>
      </w:pPr>
      <w:r>
        <w:t>تو اسے کہتے ہیں پریک وکٹری۔</w:t>
      </w:r>
    </w:p>
    <w:p>
      <w:r>
        <w:rPr>
          <w:b/>
        </w:rPr>
        <w:t xml:space="preserve">[32:25] </w:t>
      </w:r>
      <w:r>
        <w:t>to jin jang mein ya to haar hoti hai</w:t>
      </w:r>
    </w:p>
    <w:p>
      <w:pPr>
        <w:jc w:val="right"/>
      </w:pPr>
      <w:r>
        <w:t>تو جن جنگ میں یا تو ہار ہوتی ہے</w:t>
      </w:r>
    </w:p>
    <w:p>
      <w:r>
        <w:rPr>
          <w:b/>
        </w:rPr>
        <w:t xml:space="preserve">[32:29] </w:t>
      </w:r>
      <w:r>
        <w:t>aur jeet hoti hai, pre victory hoti hai, woh kuch milta milata nahi.</w:t>
      </w:r>
    </w:p>
    <w:p>
      <w:pPr>
        <w:jc w:val="right"/>
      </w:pPr>
      <w:r>
        <w:t>اور جیت ہوتی ہے، پریک وکٹری ہوتی ہے، وہ کچھ ملتا ملاتا نہیں۔</w:t>
      </w:r>
    </w:p>
    <w:p>
      <w:r>
        <w:rPr>
          <w:b/>
        </w:rPr>
        <w:t xml:space="preserve">[32:35] </w:t>
      </w:r>
      <w:r>
        <w:t>is liye Allah taala ne yeh banaya ke asal wa khair ladai ko chodo aur aman ke tareeqe</w:t>
      </w:r>
    </w:p>
    <w:p>
      <w:pPr>
        <w:jc w:val="right"/>
      </w:pPr>
      <w:r>
        <w:t>اس لیے اللہ تعالیٰ نے یہ بنایا کہ اصل و خیر لڑائی کو چھوڑو اور امن کے طریقے</w:t>
      </w:r>
    </w:p>
    <w:p>
      <w:r>
        <w:rPr>
          <w:b/>
        </w:rPr>
        <w:t xml:space="preserve">[32:41] </w:t>
      </w:r>
      <w:r>
        <w:t>ke zariye apna jo tumhara mission hai, us ko chalao.</w:t>
      </w:r>
    </w:p>
    <w:p>
      <w:pPr>
        <w:jc w:val="right"/>
      </w:pPr>
      <w:r>
        <w:t>کے ذریعے اپنا جو تمہارا مشن ہے، اس کو چلاؤ۔</w:t>
      </w:r>
    </w:p>
    <w:p>
      <w:r>
        <w:rPr>
          <w:b/>
        </w:rPr>
        <w:t xml:space="preserve">[32:47] </w:t>
      </w:r>
      <w:r>
        <w:t>to Hazrat Musa علیہ السلام ne takrao ko chhod kar ke woh chale gaye sehra mein taake apne</w:t>
      </w:r>
    </w:p>
    <w:p>
      <w:pPr>
        <w:jc w:val="right"/>
      </w:pPr>
      <w:r>
        <w:t>تو حضرت موسیٰ علیہ السلام نے ٹکراؤ کو چھوڑ کر کے وہ چلے گئے صحرا میں تاکہ اپنے</w:t>
      </w:r>
    </w:p>
    <w:p>
      <w:r>
        <w:rPr>
          <w:b/>
        </w:rPr>
        <w:t xml:space="preserve">[32:53] </w:t>
      </w:r>
      <w:r>
        <w:t>logon ko tarbiyat karein, kyunke dekhiye, paanch sau saal tak</w:t>
      </w:r>
    </w:p>
    <w:p>
      <w:pPr>
        <w:jc w:val="right"/>
      </w:pPr>
      <w:r>
        <w:t>لوگوں کو تربیت کریں، کیونکہ دیکھیے، پانچ سو سال تک</w:t>
      </w:r>
    </w:p>
    <w:p>
      <w:r>
        <w:rPr>
          <w:b/>
        </w:rPr>
        <w:t xml:space="preserve">[32:59] </w:t>
      </w:r>
      <w:r>
        <w:t>wo rahe thay Misr mein, rehte rehte un ka saqafat badal gaya tha, un ki. wahan par wo log us ko puchte thay, yani shirk tha wahan par, Misr mein shirk, yani un ki aksariyat jo thi, wo wo shirk mein mubtala thi. to Bani Israel par bhi shirk ka asar ho gaya tha. to unhon ne wahan se nikala un ko ke sehra mein le aa kar ke un ko tarbiyat dein, un ki deconditioning</w:t>
      </w:r>
    </w:p>
    <w:p>
      <w:pPr>
        <w:jc w:val="right"/>
      </w:pPr>
      <w:r>
        <w:t>وہ رہے تھے مصر میں، رہتے رہتے ان کا ثقافت بدل گیا تھا، ان کی۔ وہاں پر وہ لوگ اس کو پوچھتے تھے، یعنی شرک تھا وہاں پر، مصر میں شرک، یعنی ان کی اکثریت جو تھی، وہ وہ شرک میں مبتلا تھی۔ تو بنی اسرائیل پر بھی شرک کا اثر ہو گیا تھا۔ تو انہوں نے وہاں سے نکالا ان کو کہ صحرا میں لے آ کر کے ان کو تربیت دیں، ان کی ڈی کنڈیشننگ</w:t>
      </w:r>
    </w:p>
    <w:p>
      <w:r>
        <w:rPr>
          <w:b/>
        </w:rPr>
        <w:t xml:space="preserve">[33:29] </w:t>
      </w:r>
      <w:r>
        <w:t>karein, aur un ko phir se, yani un ke phir se un ko is raaste par layein jo payghambaron ka raasta hai. to Hazrat Musa (AS) ka misaal bhi yeh batati hai ke takrao ko chhod kar ke wo karna jo sulah ka tareeqa hai, musalehat ka tareeqa hai, musalehat ka tareeqa hai.</w:t>
      </w:r>
    </w:p>
    <w:p>
      <w:pPr>
        <w:jc w:val="right"/>
      </w:pPr>
      <w:r>
        <w:t>کریں، اور ان کو پھر سے، یعنی ان کے پھر سے ان کو اس راستے پر لائیں جو پیغمبروں کا راستہ ہے۔ تو حضرت موسیٰ علیہ السلام کا مثال بھی یہ بتاتی ہے کہ ٹکراؤ کو چھوڑ کر کے وہ کرنا جو صلح کا طریقہ ہے، مصالحت کا طریقہ ہے، مصالحت کا طریقہ ہے۔</w:t>
      </w:r>
    </w:p>
    <w:p>
      <w:r>
        <w:rPr>
          <w:b/>
        </w:rPr>
        <w:t xml:space="preserve">[33:59] </w:t>
      </w:r>
      <w:r>
        <w:t>is tarah dekhiye, Hazrat Isa ko lijiye, Isa bhi ek Yahudi khandan mein paida hue.</w:t>
      </w:r>
    </w:p>
    <w:p>
      <w:pPr>
        <w:jc w:val="right"/>
      </w:pPr>
      <w:r>
        <w:t>اس طرح دیکھیے، حضرت عیسیٰ کو لیجیے، عیسیٰ بھی ایک یہودی خاندان میں پیدا ہوئے۔</w:t>
      </w:r>
    </w:p>
    <w:p>
      <w:r>
        <w:rPr>
          <w:b/>
        </w:rPr>
        <w:t xml:space="preserve">[34:07] </w:t>
      </w:r>
      <w:r>
        <w:t>Hazrat Musa, Hazrat Isa علیہ السلام jis zamane mein aaye hain Falasteen mein, us waqt Falasteen mein Romiyon</w:t>
      </w:r>
    </w:p>
    <w:p>
      <w:pPr>
        <w:jc w:val="right"/>
      </w:pPr>
      <w:r>
        <w:t>حضرت موسیٰ، حضرت عیسیٰ علیہ السلام جس زمانے میں آئے ہیں فلسطین میں، اس وقت فلسطین میں رومیوں</w:t>
      </w:r>
    </w:p>
    <w:p>
      <w:r>
        <w:rPr>
          <w:b/>
        </w:rPr>
        <w:t xml:space="preserve">[34:14] </w:t>
      </w:r>
      <w:r>
        <w:t>ka hukmarani thi, yaani ek saltanat aap jante hain jis saltanat ka rajdhani Rome hua karti thi, to</w:t>
      </w:r>
    </w:p>
    <w:p>
      <w:pPr>
        <w:jc w:val="right"/>
      </w:pPr>
      <w:r>
        <w:t>کا حکمرانی تھی، یعنی ایک سلطنت آپ جانتے ہیں جس سلطنت کا راجಧಾನی روم ہوا کرتی تھی، تو</w:t>
      </w:r>
    </w:p>
    <w:p>
      <w:r>
        <w:rPr>
          <w:b/>
        </w:rPr>
        <w:t xml:space="preserve">[34:22] </w:t>
      </w:r>
      <w:r>
        <w:t>isi se Rumi kaha jaate hain woh log, yaani Rome</w:t>
      </w:r>
    </w:p>
    <w:p>
      <w:pPr>
        <w:jc w:val="right"/>
      </w:pPr>
      <w:r>
        <w:t>اسی سے رومی کہا جاتے ہیں وہ لوگ، یعنی روم</w:t>
      </w:r>
    </w:p>
    <w:p>
      <w:r>
        <w:rPr>
          <w:b/>
        </w:rPr>
        <w:t xml:space="preserve">[34:29] </w:t>
      </w:r>
      <w:r>
        <w:t>jis ko hum kehte hain Roman saltanat. Roman saltanat kya hai? Rome based saltanat. to un ka bohat bara ilaaqa tha un ka, to shamil Falasteen, Sham waghera sab. to un ka wahan par wo hua karta tha governor, Roman saltanat governor hota tha, uska naam tha Pilate, P I L A T E. Arabi kitabon mein is</w:t>
      </w:r>
    </w:p>
    <w:p>
      <w:pPr>
        <w:jc w:val="right"/>
      </w:pPr>
      <w:r>
        <w:t>جس کو ہم کہتے ہیں رومن سلطنت۔ رومن سلطنت کیا ہے؟ روم بیسڈ سلطنت۔ تو ان کا بہت بڑا علاقہ تھا ان کا، تو شامل فلسطین، شام وغیرہ سب۔ تو ان کا وہاں پر وہ ہوا کرتا تھا گورنر، رومن سلطنت گورنر ہوتا تھا، اس کا نام تھا پائلٹ، پی آئی ایل اے ٹی ای۔ عربی کتابوں میں اس</w:t>
      </w:r>
    </w:p>
    <w:p>
      <w:r>
        <w:rPr>
          <w:b/>
        </w:rPr>
        <w:t xml:space="preserve">[34:59] </w:t>
      </w:r>
      <w:r>
        <w:t>ka naam aata hai Pilatus, us governor ka naam.</w:t>
      </w:r>
    </w:p>
    <w:p>
      <w:pPr>
        <w:jc w:val="right"/>
      </w:pPr>
      <w:r>
        <w:t>کا نام آتا ہے پیلاطس، اس گورنر کا نام۔</w:t>
      </w:r>
    </w:p>
    <w:p>
      <w:r>
        <w:rPr>
          <w:b/>
        </w:rPr>
        <w:t xml:space="preserve">[35:05] </w:t>
      </w:r>
      <w:r>
        <w:t>to yeh Rumi saltanat ke andar mein woh tha, woh governor, aur wahan par Falasteen mein hukmarani kar</w:t>
      </w:r>
    </w:p>
    <w:p>
      <w:pPr>
        <w:jc w:val="right"/>
      </w:pPr>
      <w:r>
        <w:t>تو یہ رومی سلطنت کے اندر میں وہ تھا، وہ گورنر، اور وہاں پر فلسطین میں حکمرانی کر</w:t>
      </w:r>
    </w:p>
    <w:p>
      <w:r>
        <w:rPr>
          <w:b/>
        </w:rPr>
        <w:t xml:space="preserve">[35:12] </w:t>
      </w:r>
      <w:r>
        <w:t>raha tha woh.</w:t>
      </w:r>
    </w:p>
    <w:p>
      <w:pPr>
        <w:jc w:val="right"/>
      </w:pPr>
      <w:r>
        <w:t>رہا تھا وہ۔</w:t>
      </w:r>
    </w:p>
    <w:p>
      <w:r>
        <w:rPr>
          <w:b/>
        </w:rPr>
        <w:t xml:space="preserve">[35:18] </w:t>
      </w:r>
      <w:r>
        <w:t>to ab yahan bhi Hazrat Masih ke liye do tareeqa tha ke takrao karein, woh Rumi mushrik tha,</w:t>
      </w:r>
    </w:p>
    <w:p>
      <w:pPr>
        <w:jc w:val="right"/>
      </w:pPr>
      <w:r>
        <w:t>تو اب یہاں بھی حضرت مسیح کے لئے دو طریقہ تھا کہ ٹکراؤ کریں، وہ رومی مشرک تھا،</w:t>
      </w:r>
    </w:p>
    <w:p>
      <w:r>
        <w:rPr>
          <w:b/>
        </w:rPr>
        <w:t xml:space="preserve">[35:24] </w:t>
      </w:r>
      <w:r>
        <w:t>woh bhi mushrik tha, to takrao karein.</w:t>
      </w:r>
    </w:p>
    <w:p>
      <w:pPr>
        <w:jc w:val="right"/>
      </w:pPr>
      <w:r>
        <w:t>وہ بھی مشرک تھا، تو ٹکراؤ کریں۔</w:t>
      </w:r>
    </w:p>
    <w:p>
      <w:r>
        <w:rPr>
          <w:b/>
        </w:rPr>
        <w:t xml:space="preserve">[35:30] </w:t>
      </w:r>
      <w:r>
        <w:t>lekin dekhiye, kitna zabardast formula diya Hazrat Masih علیہ السلام ne, bilkul shahkar tha yeh formula, aaj bhi</w:t>
      </w:r>
    </w:p>
    <w:p>
      <w:pPr>
        <w:jc w:val="right"/>
      </w:pPr>
      <w:r>
        <w:t>لیکن دیکھیے، کتنا زبردست فارمولا دیا حضرت مسیح علیہ السلام نے، بالکل شاہکار تھا یہ فارمولا، آج بھی</w:t>
      </w:r>
    </w:p>
    <w:p>
      <w:r>
        <w:rPr>
          <w:b/>
        </w:rPr>
        <w:t xml:space="preserve">[35:37] </w:t>
      </w:r>
      <w:r>
        <w:t>yeh qabil-e-qubool hai.</w:t>
      </w:r>
    </w:p>
    <w:p>
      <w:pPr>
        <w:jc w:val="right"/>
      </w:pPr>
      <w:r>
        <w:t>یہ قابلِ قبول ہے۔</w:t>
      </w:r>
    </w:p>
    <w:p>
      <w:r>
        <w:rPr>
          <w:b/>
        </w:rPr>
        <w:t xml:space="preserve">[35:45] </w:t>
      </w:r>
      <w:r>
        <w:t>yeh to jab un ke logon ne poocha un se ke hum kya karein, yahan par Rumi hukoomat</w:t>
      </w:r>
    </w:p>
    <w:p>
      <w:pPr>
        <w:jc w:val="right"/>
      </w:pPr>
      <w:r>
        <w:t>یہ تو جب ان کے لوگوں نے پوچھا ان سے کہ ہم کیا کریں، یہاں پر رومی حکومت</w:t>
      </w:r>
    </w:p>
    <w:p>
      <w:r>
        <w:rPr>
          <w:b/>
        </w:rPr>
        <w:t xml:space="preserve">[35:53] </w:t>
      </w:r>
      <w:r>
        <w:t>kar rahe hain, Rumi hukmarani kar rahe hain, woh woh ahl-e-batil hain, aap Khuda ki baatein karte hain.</w:t>
      </w:r>
    </w:p>
    <w:p>
      <w:pPr>
        <w:jc w:val="right"/>
      </w:pPr>
      <w:r>
        <w:t>کر رہے ہیں، رومی حکمرانی کر رہے ہیں، وہ وہ اہل باطل ہیں، آپ خدا کی باتیں کرتے ہیں۔</w:t>
      </w:r>
    </w:p>
    <w:p>
      <w:r>
        <w:rPr>
          <w:b/>
        </w:rPr>
        <w:t xml:space="preserve">[36:01] </w:t>
      </w:r>
      <w:r>
        <w:t>to unhone formula kya diya jo Bible mein likha hua hai, Bible mein padh sakte hain aap,</w:t>
      </w:r>
    </w:p>
    <w:p>
      <w:pPr>
        <w:jc w:val="right"/>
      </w:pPr>
      <w:r>
        <w:t>تو انہوں نے فارمولا کیا دیا جو بائبل میں لکھا ہوا ہے، بائبل میں پڑھ سکتے ہیں آپ،</w:t>
      </w:r>
    </w:p>
    <w:p>
      <w:r>
        <w:rPr>
          <w:b/>
        </w:rPr>
        <w:t xml:space="preserve">[36:09] </w:t>
      </w:r>
      <w:r>
        <w:t>woh formula yeh hai: "Givo to king, wat is div to king, and givo to God, wat is</w:t>
      </w:r>
    </w:p>
    <w:p>
      <w:pPr>
        <w:jc w:val="right"/>
      </w:pPr>
      <w:r>
        <w:t>وہ فارمولا یہ ہے: "گیو ٹو کنگ، واٹ از ڈیو ٹو کنگ، اینڈ گیو ٹو گاڈ، واٹ از</w:t>
      </w:r>
    </w:p>
    <w:p>
      <w:r>
        <w:rPr>
          <w:b/>
        </w:rPr>
        <w:t xml:space="preserve">[36:16] </w:t>
      </w:r>
      <w:r>
        <w:t>div to God, givo to king, wat is div to king, and givo to God, wat is div</w:t>
      </w:r>
    </w:p>
    <w:p>
      <w:pPr>
        <w:jc w:val="right"/>
      </w:pPr>
      <w:r>
        <w:t>ڈیو ٹو گاڈ، گیو ٹو کنگ، واٹ از ڈیو ٹو کنگ، اینڈ گیو ٹو گاڈ، واٹ از ڈیو</w:t>
      </w:r>
    </w:p>
    <w:p>
      <w:r>
        <w:rPr>
          <w:b/>
        </w:rPr>
        <w:t xml:space="preserve">[36:24] </w:t>
      </w:r>
      <w:r>
        <w:t>to God." Yaani jo jo hukoomat kaha ke woh hukoomat ko do, aur jo Khuda kaha ke</w:t>
      </w:r>
    </w:p>
    <w:p>
      <w:pPr>
        <w:jc w:val="right"/>
      </w:pPr>
      <w:r>
        <w:t>ٹو گاڈ۔" یعنی جو جو حکومت کہا کہ وہ حکومت کو دو، اور جو خدا کہا کہ</w:t>
      </w:r>
    </w:p>
    <w:p>
      <w:r>
        <w:rPr>
          <w:b/>
        </w:rPr>
        <w:t xml:space="preserve">[36:31] </w:t>
      </w:r>
      <w:r>
        <w:t>wo Khuda ko do. is ka matlab kya hua? siyasi takrao, avoid the siyasi takrao, and avail the opportunities. ek hai field, ek hai maidan policy ka, siyasi hukmarani ka, hukoomat ka. is mein is mein mat jao takrao karne ke liye, baqi maidan jo khula hua hai, aur jo unhon ne</w:t>
      </w:r>
    </w:p>
    <w:p>
      <w:pPr>
        <w:jc w:val="right"/>
      </w:pPr>
      <w:r>
        <w:t>وہ خدا کو دو۔ اس کا مطلب کیا ہوا؟ سیاسی ٹکراؤ، اوائڈ دی سیاسی ٹکراؤ، اینڈ اویل دا اپرچونیٹیز۔ ایک ہے فیلڈ، ایک ہے میدان پالیسی کا، سیاسی حکمرانی کا، حکومت کا۔ اس میں اس میں مت جاؤ ٹکراؤ کرنے کے لئے، باقی میدان جو کھلا ہوا ہے، اور جو انہوں نے</w:t>
      </w:r>
    </w:p>
    <w:p>
      <w:r>
        <w:rPr>
          <w:b/>
        </w:rPr>
        <w:t xml:space="preserve">[37:01] </w:t>
      </w:r>
      <w:r>
        <w:t>khud da'wati kaam kiya, da'wati kaam par koi rok nahi thi, un ke saathiyon ne kiya da'wati kaam,</w:t>
      </w:r>
    </w:p>
    <w:p>
      <w:pPr>
        <w:jc w:val="right"/>
      </w:pPr>
      <w:r>
        <w:t>خود دعوتی کام کیا، دعوتی کام پر کوئی روک نہیں تھی، ان کے ساتھیوں نے کیا دعوتی کام،</w:t>
      </w:r>
    </w:p>
    <w:p>
      <w:r>
        <w:rPr>
          <w:b/>
        </w:rPr>
        <w:t xml:space="preserve">[37:07] </w:t>
      </w:r>
      <w:r>
        <w:t>aur aaj isai duniya mein kisi mazhab ke muqable mein, yaani miqdar mein sab zyada hai, isi policy</w:t>
      </w:r>
    </w:p>
    <w:p>
      <w:pPr>
        <w:jc w:val="right"/>
      </w:pPr>
      <w:r>
        <w:t>اور آج عیسائی دنیا میں کسی مذہب کے مقابلے میں، یعنی مقدار میں سب زیادہ ہے، اسی پالیسی</w:t>
      </w:r>
    </w:p>
    <w:p>
      <w:r>
        <w:rPr>
          <w:b/>
        </w:rPr>
        <w:t xml:space="preserve">[37:13] </w:t>
      </w:r>
      <w:r>
        <w:t>ki wajah se.</w:t>
      </w:r>
    </w:p>
    <w:p>
      <w:pPr>
        <w:jc w:val="right"/>
      </w:pPr>
      <w:r>
        <w:t>کی وجہ سے۔</w:t>
      </w:r>
    </w:p>
    <w:p>
      <w:r>
        <w:rPr>
          <w:b/>
        </w:rPr>
        <w:t xml:space="preserve">[37:19] </w:t>
      </w:r>
      <w:r>
        <w:t>hazrat isa alaihissalam ne ek ek trend set kiya, ek trend, yeh bohat bada karname hai hazrat</w:t>
      </w:r>
    </w:p>
    <w:p>
      <w:pPr>
        <w:jc w:val="right"/>
      </w:pPr>
      <w:r>
        <w:t>حضرت عیسیٰ علیہ السلام نے ایک ایک ٹرینڈ سیٹ کیا، ایک ٹرینڈ، یہ بہت بڑا کارنامہ ہے حضرت</w:t>
      </w:r>
    </w:p>
    <w:p>
      <w:r>
        <w:rPr>
          <w:b/>
        </w:rPr>
        <w:t xml:space="preserve">[37:25] </w:t>
      </w:r>
      <w:r>
        <w:t>isa alaihissalam ka hai ke unhon ne ek trend set kiya, hukumat se takrao na karte hue tum doos</w:t>
      </w:r>
    </w:p>
    <w:p>
      <w:pPr>
        <w:jc w:val="right"/>
      </w:pPr>
      <w:r>
        <w:t>عیسیٰ علیہ السلام کا ہے کہ انہوں نے ایک ٹرینڈ سیٹ کیا، حکومت سے ٹکراؤ نہ کرتے ہوئے تم دوس</w:t>
      </w:r>
    </w:p>
    <w:p>
      <w:r>
        <w:rPr>
          <w:b/>
        </w:rPr>
        <w:t xml:space="preserve">[37:31] </w:t>
      </w:r>
      <w:r>
        <w:t>ra kaam karo. to aaj aap dekhiye, Isai log kya karte hain? wo mission chalate hain, da'wati kaam karte hain, taleem ka kaam karte hain, aur hospital kholte hain, social work karte hain, takrao ko chhod kar ke saare doosre kaam karte hain, wo yani siyasi takrao ko chhod kar ke. to Hazrat Isa (AS) ne yeh trend set kiya tha ke "Give to king, what is due to king, and give to G</w:t>
      </w:r>
    </w:p>
    <w:p>
      <w:pPr>
        <w:jc w:val="right"/>
      </w:pPr>
      <w:r>
        <w:t>را کام کرو۔ تو آج آپ دیکھیے، عیسائی لوگ کیا کرتے ہیں؟ وہ مشن چلاتے ہیں، دعوتی کام کرتے ہیں، تعلیم کا کام کرتے ہیں، اور ہسپتال کھولتے ہیں، سوشل ورک کرتے ہیں، ٹکراؤ کو چھوڑ کر کے سارے دوسرے کام کرتے ہیں، وہ یعنی سیاسی ٹکراؤ کو چھوڑ کر کے۔ تو حضرت عیسیٰ علیہ السلام نے یہ ٹرینڈ سیٹ کیا تھا کہ "گیو ٹو کنگ، واٹ از ڈیو ٹو کنگ، اینڈ گیو ٹو گ</w:t>
      </w:r>
    </w:p>
    <w:p>
      <w:r>
        <w:rPr>
          <w:b/>
        </w:rPr>
        <w:t xml:space="preserve">[38:01] </w:t>
      </w:r>
      <w:r>
        <w:t>ra, what is due to god." kya umda formula hai yeh? yeh hai wahi isi formula ka itlaq</w:t>
      </w:r>
    </w:p>
    <w:p>
      <w:pPr>
        <w:jc w:val="right"/>
      </w:pPr>
      <w:r>
        <w:t>اڈ، واٹ از ڈیو ٹو گاڈ۔" کیا عمدہ فارمولا ہے یہ؟ یہ ہے وہی اسی فارمولے کا اطلاق</w:t>
      </w:r>
    </w:p>
    <w:p>
      <w:r>
        <w:rPr>
          <w:b/>
        </w:rPr>
        <w:t xml:space="preserve">[38:09] </w:t>
      </w:r>
      <w:r>
        <w:t>tha, asal o khair ka formula, jo asal o khair ka jo formula hai ke masalhati approach ko</w:t>
      </w:r>
    </w:p>
    <w:p>
      <w:pPr>
        <w:jc w:val="right"/>
      </w:pPr>
      <w:r>
        <w:t>تھا، اصل و خیر کا فارمولا، جو اصل و خیر کا جو فارمولا ہے کہ مصالحتی اپروچ کو</w:t>
      </w:r>
    </w:p>
    <w:p>
      <w:r>
        <w:rPr>
          <w:b/>
        </w:rPr>
        <w:t xml:space="preserve">[38:16] </w:t>
      </w:r>
      <w:r>
        <w:t>pakro aur takrao ke approach ko choro.</w:t>
      </w:r>
    </w:p>
    <w:p>
      <w:pPr>
        <w:jc w:val="right"/>
      </w:pPr>
      <w:r>
        <w:t>پکڑو اور ٹکراؤ کے اپروچ کو چھوڑو۔</w:t>
      </w:r>
    </w:p>
    <w:p>
      <w:r>
        <w:rPr>
          <w:b/>
        </w:rPr>
        <w:t xml:space="preserve">[38:24] </w:t>
      </w:r>
      <w:r>
        <w:t>to iski bohat achhi misaal di hazrat isa alaihissalam ne, aur is misaal</w:t>
      </w:r>
    </w:p>
    <w:p>
      <w:pPr>
        <w:jc w:val="right"/>
      </w:pPr>
      <w:r>
        <w:t>تو اس کی بہت اچھی مثال دی حضرت عیسیٰ علیہ السلام نے، اور اس مثال</w:t>
      </w:r>
    </w:p>
    <w:p>
      <w:r>
        <w:rPr>
          <w:b/>
        </w:rPr>
        <w:t xml:space="preserve">[38:32] </w:t>
      </w:r>
      <w:r>
        <w:t>woh poori rawait ban gayi, poori isai community jo hai isi par aa gayi.</w:t>
      </w:r>
    </w:p>
    <w:p>
      <w:pPr>
        <w:jc w:val="right"/>
      </w:pPr>
      <w:r>
        <w:t>وہ پوری روایت بن گئی، پوری عیسائی کمیونٹی جو ہے اسی پر آ گئی۔</w:t>
      </w:r>
    </w:p>
    <w:p>
      <w:r>
        <w:rPr>
          <w:b/>
        </w:rPr>
        <w:t xml:space="preserve">[38:38] </w:t>
      </w:r>
      <w:r>
        <w:t>ek trend set kiya tha unhon ne, to aur wahi wahi wahi wahi wahi trend chalta raha, aaj</w:t>
      </w:r>
    </w:p>
    <w:p>
      <w:pPr>
        <w:jc w:val="right"/>
      </w:pPr>
      <w:r>
        <w:t>ایک ٹرینڈ سیٹ کیا تھا انہوں نے، تو اور وہی وہی وہی وہی وہی ٹرینڈ چلتا رہا، آج</w:t>
      </w:r>
    </w:p>
    <w:p>
      <w:r>
        <w:rPr>
          <w:b/>
        </w:rPr>
        <w:t xml:space="preserve">[38:44] </w:t>
      </w:r>
      <w:r>
        <w:t>tak chal raha hai, aur sab se zyada kamyab hain isai.</w:t>
      </w:r>
    </w:p>
    <w:p>
      <w:pPr>
        <w:jc w:val="right"/>
      </w:pPr>
      <w:r>
        <w:t>تک چل رہا ہے، اور سب سے زیادہ کامیاب ہیں عیسائی۔</w:t>
      </w:r>
    </w:p>
    <w:p>
      <w:r>
        <w:rPr>
          <w:b/>
        </w:rPr>
        <w:t xml:space="preserve">[38:50] </w:t>
      </w:r>
      <w:r>
        <w:t>iska saboot yeh hai ke sab se zyada ginti mein sab se zyada wohi hain, aur hadith</w:t>
      </w:r>
    </w:p>
    <w:p>
      <w:pPr>
        <w:jc w:val="right"/>
      </w:pPr>
      <w:r>
        <w:t>اس کا ثبوت یہ ہے کہ سب سے زیادہ گنتی میں سب سے زیادہ وہی ہیں، اور حدیث</w:t>
      </w:r>
    </w:p>
    <w:p>
      <w:r>
        <w:rPr>
          <w:b/>
        </w:rPr>
        <w:t xml:space="preserve">[38:56] </w:t>
      </w:r>
      <w:r>
        <w:t>mein aata hai, hadith mein aata hai baqayda muslim ki rawait hai</w:t>
      </w:r>
    </w:p>
    <w:p>
      <w:pPr>
        <w:jc w:val="right"/>
      </w:pPr>
      <w:r>
        <w:t>میں آتا ہے، حدیث میں آتا ہے باقاعدہ مسلم کی روایت ہے</w:t>
      </w:r>
    </w:p>
    <w:p>
      <w:r>
        <w:rPr>
          <w:b/>
        </w:rPr>
        <w:t xml:space="preserve">[39:03] </w:t>
      </w:r>
      <w:r>
        <w:t>ke aakhri zamane mein ginti ke aitbar se, miqdar mein sab se zyada isai ho jayenge, yaani</w:t>
      </w:r>
    </w:p>
    <w:p>
      <w:pPr>
        <w:jc w:val="right"/>
      </w:pPr>
      <w:r>
        <w:t>کہ آخری زمانے میں گنتی کے اعتبار سے، مقدار میں سب سے زیادہ عیسائی ہو جائیں گے، یعنی</w:t>
      </w:r>
    </w:p>
    <w:p>
      <w:r>
        <w:rPr>
          <w:b/>
        </w:rPr>
        <w:t xml:space="preserve">[39:09] </w:t>
      </w:r>
      <w:r>
        <w:t>perokar masih ke ho jayenge.</w:t>
      </w:r>
    </w:p>
    <w:p>
      <w:pPr>
        <w:jc w:val="right"/>
      </w:pPr>
      <w:r>
        <w:t>پیروکار مسیح کے ہو جائیں گے۔</w:t>
      </w:r>
    </w:p>
    <w:p>
      <w:r>
        <w:rPr>
          <w:b/>
        </w:rPr>
        <w:t xml:space="preserve">[39:15] </w:t>
      </w:r>
      <w:r>
        <w:t>yeh kis kis, yaani iska formula, yeh kamyabi unko kyun mili? isi formula ko pakadne ki</w:t>
      </w:r>
    </w:p>
    <w:p>
      <w:pPr>
        <w:jc w:val="right"/>
      </w:pPr>
      <w:r>
        <w:t>یہ کس کس، یعنی اس کا فارمولا، یہ کامیابی ان کو کیوں ملی؟ اسی فارمولے کو پکڑنے کی</w:t>
      </w:r>
    </w:p>
    <w:p>
      <w:r>
        <w:rPr>
          <w:b/>
        </w:rPr>
        <w:t xml:space="preserve">[39:21] </w:t>
      </w:r>
      <w:r>
        <w:t>wajah se ke siyasi takrao ko avoid karo, aur opportunities ko avail karo.</w:t>
      </w:r>
    </w:p>
    <w:p>
      <w:pPr>
        <w:jc w:val="right"/>
      </w:pPr>
      <w:r>
        <w:t>وجہ سے کہ سیاسی ٹکراؤ کو اوائڈ کرو، اور اپرچونیٹیز کو اویل کرو۔</w:t>
      </w:r>
    </w:p>
    <w:p>
      <w:r>
        <w:rPr>
          <w:b/>
        </w:rPr>
        <w:t xml:space="preserve">[39:27] </w:t>
      </w:r>
      <w:r>
        <w:t>kitna zabardast yeh tareekh hai,</w:t>
      </w:r>
    </w:p>
    <w:p>
      <w:pPr>
        <w:jc w:val="right"/>
      </w:pPr>
      <w:r>
        <w:t>کتنا زبردست یہ تاریخ ہے،</w:t>
      </w:r>
    </w:p>
    <w:p>
      <w:r>
        <w:rPr>
          <w:b/>
        </w:rPr>
        <w:t xml:space="preserve">[39:33] </w:t>
      </w:r>
      <w:r>
        <w:t>jitna iske ulti jo tareekh hai.</w:t>
      </w:r>
    </w:p>
    <w:p>
      <w:pPr>
        <w:jc w:val="right"/>
      </w:pPr>
      <w:r>
        <w:t>جتنا اس کے الٹی جو تاریخ ہے۔</w:t>
      </w:r>
    </w:p>
    <w:p>
      <w:r>
        <w:rPr>
          <w:b/>
        </w:rPr>
        <w:t xml:space="preserve">[39:38] </w:t>
      </w:r>
      <w:r>
        <w:t>takrao karne walon ki, jang karne walon ki, unhon ne kuch bhi hasil nahi kiya.</w:t>
      </w:r>
    </w:p>
    <w:p>
      <w:pPr>
        <w:jc w:val="right"/>
      </w:pPr>
      <w:r>
        <w:t>ٹکراؤ کرنے والوں کی، جنگ کرنے والوں کی، انہوں نے کچھ بھی حاصل نہیں کیا۔</w:t>
      </w:r>
    </w:p>
    <w:p>
      <w:r>
        <w:rPr>
          <w:b/>
        </w:rPr>
        <w:t xml:space="preserve">[39:42] </w:t>
      </w:r>
      <w:r>
        <w:t>pehli aalmi jang mein kuch hasil nahi hua, doosri aalmi jang mein kuch hasil nahi hua, is zamane</w:t>
      </w:r>
    </w:p>
    <w:p>
      <w:pPr>
        <w:jc w:val="right"/>
      </w:pPr>
      <w:r>
        <w:t>پہلی عالمی جنگ میں کچھ حاصل نہیں ہوا، دوسری عالمی جنگ میں کچھ حاصل نہیں ہوا، اس زمانے</w:t>
      </w:r>
    </w:p>
    <w:p>
      <w:r>
        <w:rPr>
          <w:b/>
        </w:rPr>
        <w:t xml:space="preserve">[39:46] </w:t>
      </w:r>
      <w:r>
        <w:t>mein gulf war mein kuch hasil nahi kiya kisi ne.</w:t>
      </w:r>
    </w:p>
    <w:p>
      <w:pPr>
        <w:jc w:val="right"/>
      </w:pPr>
      <w:r>
        <w:t>میں گلف وار میں کچھ حاصل نہیں کیا کسی نے۔</w:t>
      </w:r>
    </w:p>
    <w:p>
      <w:r>
        <w:rPr>
          <w:b/>
        </w:rPr>
        <w:t xml:space="preserve">[39:51] </w:t>
      </w:r>
      <w:r>
        <w:t>sab pyrrhic victory hai, pyrrhic victory hai.</w:t>
      </w:r>
    </w:p>
    <w:p>
      <w:pPr>
        <w:jc w:val="right"/>
      </w:pPr>
      <w:r>
        <w:t>سب پریک وکٹری ہے، پریک وکٹری ہے۔</w:t>
      </w:r>
    </w:p>
    <w:p>
      <w:r>
        <w:rPr>
          <w:b/>
        </w:rPr>
        <w:t xml:space="preserve">[39:55] </w:t>
      </w:r>
      <w:r>
        <w:t>jo jeeta, uski jeet pyrrhic victory hai, jo hara, woh toh haar gaya.</w:t>
      </w:r>
    </w:p>
    <w:p>
      <w:pPr>
        <w:jc w:val="right"/>
      </w:pPr>
      <w:r>
        <w:t>جو جیتا، اس کی جیت پریک وکٹری ہے، جو ہارا، وہ تو ہار گیا۔</w:t>
      </w:r>
    </w:p>
    <w:p>
      <w:r>
        <w:rPr>
          <w:b/>
        </w:rPr>
        <w:t xml:space="preserve">[39:59] </w:t>
      </w:r>
      <w:r>
        <w:t>ab dekhiye, bagh-e-abbas</w:t>
      </w:r>
    </w:p>
    <w:p>
      <w:pPr>
        <w:jc w:val="right"/>
      </w:pPr>
      <w:r>
        <w:t>اب دیکھیے، باغِ عباس</w:t>
      </w:r>
    </w:p>
    <w:p>
      <w:r>
        <w:rPr>
          <w:b/>
        </w:rPr>
        <w:t xml:space="preserve">[40:03] </w:t>
      </w:r>
      <w:r>
        <w:t>aleh-islaam par aaiye.</w:t>
      </w:r>
    </w:p>
    <w:p>
      <w:pPr>
        <w:jc w:val="right"/>
      </w:pPr>
      <w:r>
        <w:t>علیہ السلام پر آئیے۔</w:t>
      </w:r>
    </w:p>
    <w:p>
      <w:r>
        <w:rPr>
          <w:b/>
        </w:rPr>
        <w:t xml:space="preserve">[40:10] </w:t>
      </w:r>
      <w:r>
        <w:t>rasool-allaah sall-allaah-o-aleh-wa-sallam, aap jaante hain ke aap ka jo mission hai, woh aap ne</w:t>
      </w:r>
    </w:p>
    <w:p>
      <w:pPr>
        <w:jc w:val="right"/>
      </w:pPr>
      <w:r>
        <w:t>رسول اللہ صلی اللہ علیہ وسلم، آپ جانتے ہیں کہ آپ کا جو مشن ہے، وہ آپ نے</w:t>
      </w:r>
    </w:p>
    <w:p>
      <w:r>
        <w:rPr>
          <w:b/>
        </w:rPr>
        <w:t xml:space="preserve">[40:16] </w:t>
      </w:r>
      <w:r>
        <w:t>makka mein shuru kiya, 610 eesvi mein.</w:t>
      </w:r>
    </w:p>
    <w:p>
      <w:pPr>
        <w:jc w:val="right"/>
      </w:pPr>
      <w:r>
        <w:t>مکہ میں شروع کیا، 610 عیسوی میں۔</w:t>
      </w:r>
    </w:p>
    <w:p>
      <w:r>
        <w:rPr>
          <w:b/>
        </w:rPr>
        <w:t xml:space="preserve">[40:22] </w:t>
      </w:r>
      <w:r>
        <w:t>610 eesvi mein, yaani agar haabeel qaabeel ki kahani ko bible ki riwayat se maana jaaye to woh</w:t>
      </w:r>
    </w:p>
    <w:p>
      <w:pPr>
        <w:jc w:val="right"/>
      </w:pPr>
      <w:r>
        <w:t>610 عیسوی میں، یعنی اگر ہابیل قابیل کی کہانی کو بائبل کی روایت سے مانا جائے تو وہ</w:t>
      </w:r>
    </w:p>
    <w:p>
      <w:r>
        <w:rPr>
          <w:b/>
        </w:rPr>
        <w:t xml:space="preserve">[40:28] </w:t>
      </w:r>
      <w:r>
        <w:t>das hazaar saal pehle ki kahani hai.</w:t>
      </w:r>
    </w:p>
    <w:p>
      <w:pPr>
        <w:jc w:val="right"/>
      </w:pPr>
      <w:r>
        <w:t>دس ہزار سال پہلے کی کہانی ہے۔</w:t>
      </w:r>
    </w:p>
    <w:p>
      <w:r>
        <w:rPr>
          <w:b/>
        </w:rPr>
        <w:t xml:space="preserve">[40:34] </w:t>
      </w:r>
      <w:r>
        <w:t>agar bible ke is ko maana jaaye to das hazaar saal pehle ki kahani hai, bible ki kahani,</w:t>
      </w:r>
    </w:p>
    <w:p>
      <w:pPr>
        <w:jc w:val="right"/>
      </w:pPr>
      <w:r>
        <w:t>اگر بائبل کے اس کو مانا جائے تو دس ہزار سال پہلے کی کہانی ہے، بائبل کی کہانی،</w:t>
      </w:r>
    </w:p>
    <w:p>
      <w:r>
        <w:rPr>
          <w:b/>
        </w:rPr>
        <w:t xml:space="preserve">[40:40] </w:t>
      </w:r>
      <w:r>
        <w:t>woh yaani haabeel qaabeel ki kahani.</w:t>
      </w:r>
    </w:p>
    <w:p>
      <w:pPr>
        <w:jc w:val="right"/>
      </w:pPr>
      <w:r>
        <w:t>وہ یعنی ہابیل قابیل کی کہانی۔</w:t>
      </w:r>
    </w:p>
    <w:p>
      <w:r>
        <w:rPr>
          <w:b/>
        </w:rPr>
        <w:t xml:space="preserve">[40:47] </w:t>
      </w:r>
      <w:r>
        <w:t>is ke baad hazrat hazrat ibraheem ki kahani jo hai, woh chaar hazaar saal pehle ki kahani hai.</w:t>
      </w:r>
    </w:p>
    <w:p>
      <w:pPr>
        <w:jc w:val="right"/>
      </w:pPr>
      <w:r>
        <w:t>اس کے بعد حضرت حضرت ابراہیم کی کہانی جو ہے، وہ چار ہزار سال پہلے کی کہانی ہے۔</w:t>
      </w:r>
    </w:p>
    <w:p>
      <w:r>
        <w:rPr>
          <w:b/>
        </w:rPr>
        <w:t xml:space="preserve">[40:53] </w:t>
      </w:r>
      <w:r>
        <w:t>is ke baad jo hai hazrat moosa ki kahani hai, woh woh woh hai teen hazaar saal pehle ki kahani.</w:t>
      </w:r>
    </w:p>
    <w:p>
      <w:pPr>
        <w:jc w:val="right"/>
      </w:pPr>
      <w:r>
        <w:t>اس کے بعد جو ہے حضرت موسیٰ کی کہانی ہے، وہ وہ وہ ہے تین ہزار سال پہلے کی کہانی۔</w:t>
      </w:r>
    </w:p>
    <w:p>
      <w:r>
        <w:rPr>
          <w:b/>
        </w:rPr>
        <w:t xml:space="preserve">[40:59] </w:t>
      </w:r>
      <w:r>
        <w:t>hazrat masih ki jo kahani hai, woh do hazaar</w:t>
      </w:r>
    </w:p>
    <w:p>
      <w:pPr>
        <w:jc w:val="right"/>
      </w:pPr>
      <w:r>
        <w:t>حضرت مسیح کی جو کہانی ہے، وہ دو ہزار</w:t>
      </w:r>
    </w:p>
    <w:p>
      <w:r>
        <w:rPr>
          <w:b/>
        </w:rPr>
        <w:t xml:space="preserve">[41:05] </w:t>
      </w:r>
      <w:r>
        <w:t>saal pehle ki kahani hai.</w:t>
      </w:r>
    </w:p>
    <w:p>
      <w:pPr>
        <w:jc w:val="right"/>
      </w:pPr>
      <w:r>
        <w:t>سال پہلے کی کہانی ہے۔</w:t>
      </w:r>
    </w:p>
    <w:p>
      <w:r>
        <w:rPr>
          <w:b/>
        </w:rPr>
        <w:t xml:space="preserve">[41:11] </w:t>
      </w:r>
      <w:r>
        <w:t>ab jo hai rasool-allaah sall-allaah-o-aleh-wa-sallam ka jo ek ek chouda sau saal pehle ki</w:t>
      </w:r>
    </w:p>
    <w:p>
      <w:pPr>
        <w:jc w:val="right"/>
      </w:pPr>
      <w:r>
        <w:t>اب جو ہے رسول اللہ صلی اللہ علیہ وسلم کا جو ایک ایک چودہ سو سال پہلے کی</w:t>
      </w:r>
    </w:p>
    <w:p>
      <w:r>
        <w:rPr>
          <w:b/>
        </w:rPr>
        <w:t xml:space="preserve">[41:18] </w:t>
      </w:r>
      <w:r>
        <w:t>kahani hai, yeh to pehli seh maahi saatvi sadi mein aap ne apna mission chalaya makka mein.</w:t>
      </w:r>
    </w:p>
    <w:p>
      <w:pPr>
        <w:jc w:val="right"/>
      </w:pPr>
      <w:r>
        <w:t>کہانی ہے، یہ تو پہلی سہ ماہی ساتویں صدی میں آپ نے اپنا مشن چلایا مکہ میں۔</w:t>
      </w:r>
    </w:p>
    <w:p>
      <w:r>
        <w:rPr>
          <w:b/>
        </w:rPr>
        <w:t xml:space="preserve">[41:24] </w:t>
      </w:r>
      <w:r>
        <w:t>ab dekhiye, poora poora poora aap ka mission jo hai, aap dekhein to har har marhale mein aap</w:t>
      </w:r>
    </w:p>
    <w:p>
      <w:pPr>
        <w:jc w:val="right"/>
      </w:pPr>
      <w:r>
        <w:t>اب دیکھیے، پورا پورا پورا آپ کا مشن جو ہے، آپ دیکھیں تو ہر ہر مرحلے میں آپ</w:t>
      </w:r>
    </w:p>
    <w:p>
      <w:r>
        <w:rPr>
          <w:b/>
        </w:rPr>
        <w:t xml:space="preserve">[41:31] </w:t>
      </w:r>
      <w:r>
        <w:t>ne asal-o-khair ka policy ikhtiyaar ki, asal-o-khair,</w:t>
      </w:r>
    </w:p>
    <w:p>
      <w:pPr>
        <w:jc w:val="right"/>
      </w:pPr>
      <w:r>
        <w:t>نے اصل و خیر کا پالیسی اختیار کی، اصل و خیر،</w:t>
      </w:r>
    </w:p>
    <w:p>
      <w:r>
        <w:rPr>
          <w:b/>
        </w:rPr>
        <w:t xml:space="preserve">[41:38] </w:t>
      </w:r>
      <w:r>
        <w:t>yaani musaalhati approach is the best approach.</w:t>
      </w:r>
    </w:p>
    <w:p>
      <w:pPr>
        <w:jc w:val="right"/>
      </w:pPr>
      <w:r>
        <w:t>یعنی مصالحتی اپروچ از دا بیسٹ اپروچ۔</w:t>
      </w:r>
    </w:p>
    <w:p>
      <w:r>
        <w:rPr>
          <w:b/>
        </w:rPr>
        <w:t xml:space="preserve">[41:44] </w:t>
      </w:r>
      <w:r>
        <w:t>isi ko hazrat ayesha razi-allaah-o-anha ne jo aap ki ahliya thi, to aap ki jo general</w:t>
      </w:r>
    </w:p>
    <w:p>
      <w:pPr>
        <w:jc w:val="right"/>
      </w:pPr>
      <w:r>
        <w:t>اسی کو حضرت عائشہ رضی اللہ عنہ نے جو آپ کی اہلیہ تھیں، تو آپ کی جو جنرل</w:t>
      </w:r>
    </w:p>
    <w:p>
      <w:r>
        <w:rPr>
          <w:b/>
        </w:rPr>
        <w:t xml:space="preserve">[41:50] </w:t>
      </w:r>
      <w:r>
        <w:t>policy thi, to aap mushaahida karti thi, aap mushaahida karti thi, subah shaam woh mushaahida karti thi, rasool</w:t>
      </w:r>
    </w:p>
    <w:p>
      <w:pPr>
        <w:jc w:val="right"/>
      </w:pPr>
      <w:r>
        <w:t>پالیسی تھی، تو آپ مشاہدہ کرتی تھیں، آپ مشاہدہ کرتی تھیں، صبح شام وہ مشاہدہ کرتی تھیں، رسول</w:t>
      </w:r>
    </w:p>
    <w:p>
      <w:r>
        <w:rPr>
          <w:b/>
        </w:rPr>
        <w:t xml:space="preserve">[41:56] </w:t>
      </w:r>
      <w:r>
        <w:t>allaah kya karte hain, kis tarah manage karte hain maamlaat ko, kis tarah se yaani apna mission chalate hain.</w:t>
      </w:r>
    </w:p>
    <w:p>
      <w:pPr>
        <w:jc w:val="right"/>
      </w:pPr>
      <w:r>
        <w:t>اللہ کیا کرتے ہیں، کس طرح مینیج کرتے ہیں معاملات کو، کس طرح سے یعنی اپنا مشن چلاتے ہیں۔</w:t>
      </w:r>
    </w:p>
    <w:p>
      <w:r>
        <w:rPr>
          <w:b/>
        </w:rPr>
        <w:t xml:space="preserve">[42:02] </w:t>
      </w:r>
      <w:r>
        <w:t>to mushaahida karte karte karte unho</w:t>
      </w:r>
    </w:p>
    <w:p>
      <w:pPr>
        <w:jc w:val="right"/>
      </w:pPr>
      <w:r>
        <w:t>تو مشاہدہ کرتے کرتے کرتے انہوں</w:t>
      </w:r>
    </w:p>
    <w:p>
      <w:r>
        <w:rPr>
          <w:b/>
        </w:rPr>
        <w:t xml:space="preserve">[42:08] </w:t>
      </w:r>
      <w:r>
        <w:t>ne ek yeh bataya poori ummat ko ke kahan ke kya ke rasool-allaah ki policy, general policy kya thi.</w:t>
      </w:r>
    </w:p>
    <w:p>
      <w:pPr>
        <w:jc w:val="right"/>
      </w:pPr>
      <w:r>
        <w:t>نے ایک یہ بتایا پوری امت کو کہ کہاں کہ کیا کہ رسول اللہ کی پالیسی، جنرل پالیسی کیا تھی۔</w:t>
      </w:r>
    </w:p>
    <w:p>
      <w:r>
        <w:rPr>
          <w:b/>
        </w:rPr>
        <w:t xml:space="preserve">[42:16] </w:t>
      </w:r>
      <w:r>
        <w:t>woh yeh thi ke allaah taala ne aap ko yeh bataya, isi par ko aap follow kiya aap ne.</w:t>
      </w:r>
    </w:p>
    <w:p>
      <w:pPr>
        <w:jc w:val="right"/>
      </w:pPr>
      <w:r>
        <w:t>وہ یہ تھی کہ اللہ تعالیٰ نے آپ کو یہ بتایا، اسی پر کو آپ فالو کیا آپ نے۔</w:t>
      </w:r>
    </w:p>
    <w:p>
      <w:r>
        <w:rPr>
          <w:b/>
        </w:rPr>
        <w:t xml:space="preserve">[42:24] </w:t>
      </w:r>
      <w:r>
        <w:t>to un ke alfaaz mein saheeh bukhari mein hai ke rasool-allaah sall-allaah-o-aleh-wa-sallam bain amrain</w:t>
      </w:r>
    </w:p>
    <w:p>
      <w:pPr>
        <w:jc w:val="right"/>
      </w:pPr>
      <w:r>
        <w:t>تو ان کے الفاظ میں صحیح بخاری میں ہے کہ رسول اللہ صلی اللہ علیہ وسلم بین امرین</w:t>
      </w:r>
    </w:p>
    <w:p>
      <w:r>
        <w:rPr>
          <w:b/>
        </w:rPr>
        <w:t xml:space="preserve">[42:33] </w:t>
      </w:r>
      <w:r>
        <w:t>al-ikhtaar asah-u-huma.</w:t>
      </w:r>
    </w:p>
    <w:p>
      <w:pPr>
        <w:jc w:val="right"/>
      </w:pPr>
      <w:r>
        <w:t>الاختار عیسیٰ رحمہ۔</w:t>
      </w:r>
    </w:p>
    <w:p>
      <w:r>
        <w:rPr>
          <w:b/>
        </w:rPr>
        <w:t xml:space="preserve">[42:41] </w:t>
      </w:r>
      <w:r>
        <w:t>اس کا مطلب کیا ہے؟ Whenever the Prophet had to choose between two, he always opted for</w:t>
      </w:r>
    </w:p>
    <w:p>
      <w:pPr>
        <w:jc w:val="right"/>
      </w:pPr>
      <w:r>
        <w:t>اس کا مطلب کیا ہے؟ وین ایور دا پرافٹ ہیڈ ٹو چوز بٹوین ٹو، ہی الویز آپٹڈ فار</w:t>
      </w:r>
    </w:p>
    <w:p>
      <w:r>
        <w:rPr>
          <w:b/>
        </w:rPr>
        <w:t xml:space="preserve">[42:47] </w:t>
      </w:r>
      <w:r>
        <w:t>easier option rather than harder option.</w:t>
      </w:r>
    </w:p>
    <w:p>
      <w:pPr>
        <w:jc w:val="right"/>
      </w:pPr>
      <w:r>
        <w:t>ایزر آپشن رادر دین ہارڈر آپشن۔</w:t>
      </w:r>
    </w:p>
    <w:p>
      <w:r>
        <w:rPr>
          <w:b/>
        </w:rPr>
        <w:t xml:space="preserve">[42:53] </w:t>
      </w:r>
      <w:r>
        <w:t>ab dekhiye, ezer aur haarader kya hai? ezer yahi hai musalehati ka option, aur haarader kya hai? takrao ka option.</w:t>
      </w:r>
    </w:p>
    <w:p>
      <w:pPr>
        <w:jc w:val="right"/>
      </w:pPr>
      <w:r>
        <w:t>اب دیکھیے، ایزر اور ہارڈر کیا ہے؟ ایزر یہی ہے مصالحتی کا آپشن، اور ہارڈر کیا ہے؟ ٹکراؤ کا آپشن۔</w:t>
      </w:r>
    </w:p>
    <w:p>
      <w:r>
        <w:rPr>
          <w:b/>
        </w:rPr>
        <w:t xml:space="preserve">[42:59] </w:t>
      </w:r>
      <w:r>
        <w:t>ek hai sulah ka option, ek hai takrao ka option.</w:t>
      </w:r>
    </w:p>
    <w:p>
      <w:pPr>
        <w:jc w:val="right"/>
      </w:pPr>
      <w:r>
        <w:t>ایک ہے صلح کا آپشن، ایک ہے ٹکراؤ کا آپشن۔</w:t>
      </w:r>
    </w:p>
    <w:p>
      <w:r>
        <w:rPr>
          <w:b/>
        </w:rPr>
        <w:t xml:space="preserve">[43:05] </w:t>
      </w:r>
      <w:r>
        <w:t>har mauqe par aap ne aisa hi kiya,</w:t>
      </w:r>
    </w:p>
    <w:p>
      <w:pPr>
        <w:jc w:val="right"/>
      </w:pPr>
      <w:r>
        <w:t>ہر موقع پر آپ نے ایسا ہی کیا،</w:t>
      </w:r>
    </w:p>
    <w:p>
      <w:r>
        <w:rPr>
          <w:b/>
        </w:rPr>
        <w:t xml:space="preserve">[43:12] </w:t>
      </w:r>
      <w:r>
        <w:t>har mauqe par.</w:t>
      </w:r>
    </w:p>
    <w:p>
      <w:pPr>
        <w:jc w:val="right"/>
      </w:pPr>
      <w:r>
        <w:t>ہر موقع پر۔</w:t>
      </w:r>
    </w:p>
    <w:p>
      <w:r>
        <w:rPr>
          <w:b/>
        </w:rPr>
        <w:t xml:space="preserve">[43:18] </w:t>
      </w:r>
      <w:r>
        <w:t>sab se pehla jo misaal saamne aati hai rasool Allah ki zindagi mein, woh hai kaaba ki shakal mein.</w:t>
      </w:r>
    </w:p>
    <w:p>
      <w:pPr>
        <w:jc w:val="right"/>
      </w:pPr>
      <w:r>
        <w:t>سب سے پہلا جو مثال سامنے آتی ہے رسول اللہ کی زندگی میں، وہ ہے کعبہ کی شکل میں۔</w:t>
      </w:r>
    </w:p>
    <w:p>
      <w:r>
        <w:rPr>
          <w:b/>
        </w:rPr>
        <w:t xml:space="preserve">[43:24] </w:t>
      </w:r>
      <w:r>
        <w:t>aap jante hain ke rasool Allah sallay Allah alaihi wasallam jab mission shuru karte hain makka mein, is</w:t>
      </w:r>
    </w:p>
    <w:p>
      <w:pPr>
        <w:jc w:val="right"/>
      </w:pPr>
      <w:r>
        <w:t>آپ جانتے ہیں کہ رسول اللہ صلی اللہ علیہ وسلم جب مشن شروع کرتے ہیں مکہ میں، اس</w:t>
      </w:r>
    </w:p>
    <w:p>
      <w:r>
        <w:rPr>
          <w:b/>
        </w:rPr>
        <w:t xml:space="preserve">[43:30] </w:t>
      </w:r>
      <w:r>
        <w:t>kaaba ki haalat kya thi? kaaba ko banaya tha hazrat ibrahim alaihi salam ne, yaani is ke taur</w:t>
      </w:r>
    </w:p>
    <w:p>
      <w:pPr>
        <w:jc w:val="right"/>
      </w:pPr>
      <w:r>
        <w:t>کعبہ کی حالت کیا تھی؟ کعبہ کو بنایا تھا حضرت ابراہیم علیہ السلام نے، یعنی اس کے طور</w:t>
      </w:r>
    </w:p>
    <w:p>
      <w:r>
        <w:rPr>
          <w:b/>
        </w:rPr>
        <w:t xml:space="preserve">[43:36] </w:t>
      </w:r>
      <w:r>
        <w:t>par baitullah ke taur par, yaani tauheed ke ghar ke taur par,</w:t>
      </w:r>
    </w:p>
    <w:p>
      <w:pPr>
        <w:jc w:val="right"/>
      </w:pPr>
      <w:r>
        <w:t>پر بیت اللہ کے طور پر، یعنی توحید کے گھر کے طور پر،</w:t>
      </w:r>
    </w:p>
    <w:p>
      <w:r>
        <w:rPr>
          <w:b/>
        </w:rPr>
        <w:t xml:space="preserve">[43:43] </w:t>
      </w:r>
      <w:r>
        <w:t>ek Khuda ki ibadat ho, is ke liye banaya tha.</w:t>
      </w:r>
    </w:p>
    <w:p>
      <w:pPr>
        <w:jc w:val="right"/>
      </w:pPr>
      <w:r>
        <w:t>ایک خدا کی عبادت ہو، اس کے لئے بنایا تھا۔</w:t>
      </w:r>
    </w:p>
    <w:p>
      <w:r>
        <w:rPr>
          <w:b/>
        </w:rPr>
        <w:t xml:space="preserve">[43:49] </w:t>
      </w:r>
      <w:r>
        <w:t>lekin baad ko aisa hua ke wahan bhi shirk aa gaya, aur mushrik logon ne is par qabza kar</w:t>
      </w:r>
    </w:p>
    <w:p>
      <w:pPr>
        <w:jc w:val="right"/>
      </w:pPr>
      <w:r>
        <w:t>لیکن بعد کو ایسا ہوا کہ وہاں بھی شرک آگیا، اور مشرک لوگوں نے اس پر قبضہ کر</w:t>
      </w:r>
    </w:p>
    <w:p>
      <w:r>
        <w:rPr>
          <w:b/>
        </w:rPr>
        <w:t xml:space="preserve">[43:55] </w:t>
      </w:r>
      <w:r>
        <w:t>liya, aur kaaba ke andar unhon ne teen sau saath but rakh diye, teen sau saath but.</w:t>
      </w:r>
    </w:p>
    <w:p>
      <w:pPr>
        <w:jc w:val="right"/>
      </w:pPr>
      <w:r>
        <w:t>لیا، اور کعبہ کے اندر انہوں نے تین سو ساٹھ بت رکھ دیئے، تین سو ساٹھ بت۔</w:t>
      </w:r>
    </w:p>
    <w:p>
      <w:r>
        <w:rPr>
          <w:b/>
        </w:rPr>
        <w:t xml:space="preserve">[44:01] </w:t>
      </w:r>
      <w:r>
        <w:t>ya baitullah ko unhon ne but khana bana diya.</w:t>
      </w:r>
    </w:p>
    <w:p>
      <w:pPr>
        <w:jc w:val="right"/>
      </w:pPr>
      <w:r>
        <w:t>یا بیت اللہ کو انہوں نے بت خانہ بنا دیا۔</w:t>
      </w:r>
    </w:p>
    <w:p>
      <w:r>
        <w:rPr>
          <w:b/>
        </w:rPr>
        <w:t xml:space="preserve">[44:07] </w:t>
      </w:r>
      <w:r>
        <w:t>ab ghor kijiye ke yeh sab se bada masla tha</w:t>
      </w:r>
    </w:p>
    <w:p>
      <w:pPr>
        <w:jc w:val="right"/>
      </w:pPr>
      <w:r>
        <w:t>اب غور کیجیے کہ یہ سب سے بڑا مسئلہ تھا</w:t>
      </w:r>
    </w:p>
    <w:p>
      <w:r>
        <w:rPr>
          <w:b/>
        </w:rPr>
        <w:t xml:space="preserve">[44:13] </w:t>
      </w:r>
      <w:r>
        <w:t>rasool Allah ke liye ke use takrayen, tod phod kar nikalen, is ke khilaf shikayat, is ke khilaf</w:t>
      </w:r>
    </w:p>
    <w:p>
      <w:pPr>
        <w:jc w:val="right"/>
      </w:pPr>
      <w:r>
        <w:t>رسول اللہ کے لئے کہ اسے ٹکرائیں، توڑ پھوڑ کر نکالیں، اس کے خلاف شکایت، اس کے خلاف</w:t>
      </w:r>
    </w:p>
    <w:p>
      <w:r>
        <w:rPr>
          <w:b/>
        </w:rPr>
        <w:t xml:space="preserve">[44:18] </w:t>
      </w:r>
      <w:r>
        <w:t>ehtejaj, is ko tod kar nikalna, jaise aaj kal hota hai.</w:t>
      </w:r>
    </w:p>
    <w:p>
      <w:pPr>
        <w:jc w:val="right"/>
      </w:pPr>
      <w:r>
        <w:t>احتجاج، اس کو توڑ کر نکالنا، جیسے آج کل ہوتا ہے۔</w:t>
      </w:r>
    </w:p>
    <w:p>
      <w:r>
        <w:rPr>
          <w:b/>
        </w:rPr>
        <w:t xml:space="preserve">[44:23] </w:t>
      </w:r>
      <w:r>
        <w:t>kuchh nahin to shikayat karte hain, kuchh nahin to ehtejaj karte hain, kuchh nahin to juloos nikalte hain,</w:t>
      </w:r>
    </w:p>
    <w:p>
      <w:pPr>
        <w:jc w:val="right"/>
      </w:pPr>
      <w:r>
        <w:t>کچھ نہیں تو شکایت کرتے ہیں، کچھ نہیں تو احتجاج کرتے ہیں، کچھ نہیں تو جلوس نکالتے ہیں،</w:t>
      </w:r>
    </w:p>
    <w:p>
      <w:r>
        <w:rPr>
          <w:b/>
        </w:rPr>
        <w:t xml:space="preserve">[44:29] </w:t>
      </w:r>
      <w:r>
        <w:t>kuchh nahin to pathar maarte hain.</w:t>
      </w:r>
    </w:p>
    <w:p>
      <w:pPr>
        <w:jc w:val="right"/>
      </w:pPr>
      <w:r>
        <w:t>کچھ نہیں تو پتھر مارتے ہیں۔</w:t>
      </w:r>
    </w:p>
    <w:p>
      <w:r>
        <w:rPr>
          <w:b/>
        </w:rPr>
        <w:t xml:space="preserve">[44:34] </w:t>
      </w:r>
      <w:r>
        <w:t>yeh sab rasool Allah kar sakte the apne saahibiyon ko le kar ke.</w:t>
      </w:r>
    </w:p>
    <w:p>
      <w:pPr>
        <w:jc w:val="right"/>
      </w:pPr>
      <w:r>
        <w:t>یہ سب رسول اللہ کر سکتے تھے اپنے ساتھیوں کو لے کر کے۔</w:t>
      </w:r>
    </w:p>
    <w:p>
      <w:r>
        <w:rPr>
          <w:b/>
        </w:rPr>
        <w:t xml:space="preserve">[44:39] </w:t>
      </w:r>
      <w:r>
        <w:t>ek bahut hi ajeeb baat hai ke terah saal tak aap ne</w:t>
      </w:r>
    </w:p>
    <w:p>
      <w:pPr>
        <w:jc w:val="right"/>
      </w:pPr>
      <w:r>
        <w:t>ایک بہت ہی عجیب بات ہے کہ تیرہ سال تک آپ نے</w:t>
      </w:r>
    </w:p>
    <w:p>
      <w:r>
        <w:rPr>
          <w:b/>
        </w:rPr>
        <w:t xml:space="preserve">[44:44] </w:t>
      </w:r>
      <w:r>
        <w:t>, aap ne jo kuchh to taqreeren keen, jo khitab kiya, us mein is ka mazhar hi nahin</w:t>
      </w:r>
    </w:p>
    <w:p>
      <w:pPr>
        <w:jc w:val="right"/>
      </w:pPr>
      <w:r>
        <w:t>، آپ نے جو کچھ تو تقریریں کیں، جو خطاب کیا، اس میں اس کا مظہر ہی نہیں</w:t>
      </w:r>
    </w:p>
    <w:p>
      <w:r>
        <w:rPr>
          <w:b/>
        </w:rPr>
        <w:t xml:space="preserve">[44:50] </w:t>
      </w:r>
      <w:r>
        <w:t>ke tum ne kyun kaaba mein teen sau saath but rakh rakhe hain.</w:t>
      </w:r>
    </w:p>
    <w:p>
      <w:pPr>
        <w:jc w:val="right"/>
      </w:pPr>
      <w:r>
        <w:t>کہ تم نے کیوں کعبہ میں تین سو ساٹھ بت رکھ رکھے ہیں۔</w:t>
      </w:r>
    </w:p>
    <w:p>
      <w:r>
        <w:rPr>
          <w:b/>
        </w:rPr>
        <w:t xml:space="preserve">[44:56] </w:t>
      </w:r>
      <w:r>
        <w:t>ab mujhe koi hadith bata dijiye, koi ek hadith bata dijiye aap.</w:t>
      </w:r>
    </w:p>
    <w:p>
      <w:pPr>
        <w:jc w:val="right"/>
      </w:pPr>
      <w:r>
        <w:t>اب مجھے کوئی حدیث بتا دیجیے، کوئی ایک حدیث بتا دیجیے آپ۔</w:t>
      </w:r>
    </w:p>
    <w:p>
      <w:r>
        <w:rPr>
          <w:b/>
        </w:rPr>
        <w:t xml:space="preserve">[45:02] </w:t>
      </w:r>
      <w:r>
        <w:t>kaisi anokhi baat hai ke jo paighambar aaya tha tauheed ke liye, ek Khuda ki ibadat ka paigham</w:t>
      </w:r>
    </w:p>
    <w:p>
      <w:pPr>
        <w:jc w:val="right"/>
      </w:pPr>
      <w:r>
        <w:t>کیسی انوکھی بات ہے کہ جو پیغمبر آیا تھا توحید کے لئے، ایک خدا کی عبادت کا پیغام</w:t>
      </w:r>
    </w:p>
    <w:p>
      <w:r>
        <w:rPr>
          <w:b/>
        </w:rPr>
        <w:t xml:space="preserve">[45:08] </w:t>
      </w:r>
      <w:r>
        <w:t>dene ke liye, woh saamna kar raha hai ek aisi soorat-e-haal ko ke</w:t>
      </w:r>
    </w:p>
    <w:p>
      <w:pPr>
        <w:jc w:val="right"/>
      </w:pPr>
      <w:r>
        <w:t>دینے کے لئے، وہ سامنا کر رہا ہے ایک ایسی صورتحال کو کہ</w:t>
      </w:r>
    </w:p>
    <w:p>
      <w:r>
        <w:rPr>
          <w:b/>
        </w:rPr>
        <w:t xml:space="preserve">[45:14] </w:t>
      </w:r>
      <w:r>
        <w:t>Kaaba jaise ek muqaddas jagah teen so saath but rakhe hue hain. ab koi ihtijaj nahi karta woh, koi ihtijaj nahi karta, koi juloos nahi nikalta, koi pathar nahi marta, kuch bhi nahi. kyun? woh ja raha tha. woh kis liye nahi kiya aap ne aisa? yeh jore ga takrao se. aap ne avoid kiya is ko, avoid kar ke kya kiya aap ne? ke</w:t>
      </w:r>
    </w:p>
    <w:p>
      <w:pPr>
        <w:jc w:val="right"/>
      </w:pPr>
      <w:r>
        <w:t>کعبہ جیسے ایک مقدس جگہ تین سو ساٹھ بت رکھے ہوئے ہیں۔ اب کوئی احتجاج نہیں کرتا وہ، کوئی احتجاج نہیں کرتا، کوئی جلوس نہیں نکلتا، کوئی پتھر نہیں مارتا، کچھ بھی نہیں۔ کیوں؟ وہ جا رہا تھا۔ وہ کس لئے نہیں کیا آپ نے ایسا؟ یہ جوڑے گا ٹکراؤ سے۔ آپ نے اوائڈ کیا اس کو، اوائڈ کر کے کیا کیا آپ نے؟ کہ</w:t>
      </w:r>
    </w:p>
    <w:p>
      <w:r>
        <w:rPr>
          <w:b/>
        </w:rPr>
        <w:t xml:space="preserve">[45:44] </w:t>
      </w:r>
      <w:r>
        <w:t>is ke hote hue, yaani buton ki maujoodgi ke hote hue wahan par opportunities theen.</w:t>
      </w:r>
    </w:p>
    <w:p>
      <w:pPr>
        <w:jc w:val="right"/>
      </w:pPr>
      <w:r>
        <w:t>اس کے ہوتے ہوئے، یعنی بتوں کی موجودگی کے ہوتے ہوئے وہاں پر اپرچونیٹیز تھیں۔</w:t>
      </w:r>
    </w:p>
    <w:p>
      <w:r>
        <w:rPr>
          <w:b/>
        </w:rPr>
        <w:t xml:space="preserve">[45:51] </w:t>
      </w:r>
      <w:r>
        <w:t>woh hai dawat ki opportunities, aman pasand dawayi work.</w:t>
      </w:r>
    </w:p>
    <w:p>
      <w:pPr>
        <w:jc w:val="right"/>
      </w:pPr>
      <w:r>
        <w:t>وہ ہے دعوت کی اپرچونیٹیز، امن پسند دعویٰ ورک۔</w:t>
      </w:r>
    </w:p>
    <w:p>
      <w:r>
        <w:rPr>
          <w:b/>
        </w:rPr>
        <w:t xml:space="preserve">[45:57] </w:t>
      </w:r>
      <w:r>
        <w:t>yani beton ke hotay hue bhi yahan opportunity maujood thi ke aman pasand dawayi work karein woh.</w:t>
      </w:r>
    </w:p>
    <w:p>
      <w:pPr>
        <w:jc w:val="right"/>
      </w:pPr>
      <w:r>
        <w:t>یعنی بتوں کے ہوتے ہوئے بھی یہاں اپرچونیٹی موجود تھی کہ امن پسند دعویٰ ورک کریں وہ۔</w:t>
      </w:r>
    </w:p>
    <w:p>
      <w:r>
        <w:rPr>
          <w:b/>
        </w:rPr>
        <w:t xml:space="preserve">[46:03] </w:t>
      </w:r>
      <w:r>
        <w:t>to aap kya karte thay? Yani shakhs se shakhs ja kar baat batate thay logon ko.</w:t>
      </w:r>
    </w:p>
    <w:p>
      <w:pPr>
        <w:jc w:val="right"/>
      </w:pPr>
      <w:r>
        <w:t>تو آپ کیا کرتے تھے؟ یعنی شخص سے شخص جا کر بات بتاتے تھے لوگوں کو۔</w:t>
      </w:r>
    </w:p>
    <w:p>
      <w:r>
        <w:rPr>
          <w:b/>
        </w:rPr>
        <w:t xml:space="preserve">[46:10] </w:t>
      </w:r>
      <w:r>
        <w:t>teen saal tak to yahi kiya aap ne, shakhs se shakhs.</w:t>
      </w:r>
    </w:p>
    <w:p>
      <w:pPr>
        <w:jc w:val="right"/>
      </w:pPr>
      <w:r>
        <w:t>تین سال تک تو یہی کیا آپ نے، شخص سے شخص۔</w:t>
      </w:r>
    </w:p>
    <w:p>
      <w:r>
        <w:rPr>
          <w:b/>
        </w:rPr>
        <w:t xml:space="preserve">[46:16] </w:t>
      </w:r>
      <w:r>
        <w:t>teen saal tak aap ne yahi kiya, shakhs se shakhs.</w:t>
      </w:r>
    </w:p>
    <w:p>
      <w:pPr>
        <w:jc w:val="right"/>
      </w:pPr>
      <w:r>
        <w:t>تین سال تک آپ نے یہی کیا، شخص سے شخص۔</w:t>
      </w:r>
    </w:p>
    <w:p>
      <w:r>
        <w:rPr>
          <w:b/>
        </w:rPr>
        <w:t xml:space="preserve">[46:21] </w:t>
      </w:r>
      <w:r>
        <w:t>ek ek aadmi se miltay, mil kar ke batate hain us ko.</w:t>
      </w:r>
    </w:p>
    <w:p>
      <w:pPr>
        <w:jc w:val="right"/>
      </w:pPr>
      <w:r>
        <w:t>ایک ایک آدمی سے ملتے، مل کر کے بتاتے ہیں اس کو۔</w:t>
      </w:r>
    </w:p>
    <w:p>
      <w:r>
        <w:rPr>
          <w:b/>
        </w:rPr>
        <w:t xml:space="preserve">[46:26] </w:t>
      </w:r>
      <w:r>
        <w:t>phir wahan par shoq lagta tha, shoq ka lafzi maani hai bazaar, lekin haqeeqat mein woh mela hota tha, mela.</w:t>
      </w:r>
    </w:p>
    <w:p>
      <w:pPr>
        <w:jc w:val="right"/>
      </w:pPr>
      <w:r>
        <w:t>پھر وہاں پر شوق لگتا تھا، شوق کا لفظی معنی ہے بازار، لیکن حقیقت میں وہ میلہ ہوتا تھا، میلہ۔</w:t>
      </w:r>
    </w:p>
    <w:p>
      <w:r>
        <w:rPr>
          <w:b/>
        </w:rPr>
        <w:t xml:space="preserve">[46:31] </w:t>
      </w:r>
      <w:r>
        <w:t>jaise aaj kal tehwar hua karte hain.</w:t>
      </w:r>
    </w:p>
    <w:p>
      <w:pPr>
        <w:jc w:val="right"/>
      </w:pPr>
      <w:r>
        <w:t>جیسے آج کل تہوار ہوا کرتے ہیں۔</w:t>
      </w:r>
    </w:p>
    <w:p>
      <w:r>
        <w:rPr>
          <w:b/>
        </w:rPr>
        <w:t xml:space="preserve">[46:36] </w:t>
      </w:r>
      <w:r>
        <w:t>to in logon ka mela tha ya tehwar tha jo saal mein hua karta tha, balkay chalta hi</w:t>
      </w:r>
    </w:p>
    <w:p>
      <w:pPr>
        <w:jc w:val="right"/>
      </w:pPr>
      <w:r>
        <w:t>تو ان لوگوں کا میلہ تھا یا تہوار تھا جو سال میں ہوا کرتا تھا، بلکہ چلتا ہی</w:t>
      </w:r>
    </w:p>
    <w:p>
      <w:r>
        <w:rPr>
          <w:b/>
        </w:rPr>
        <w:t xml:space="preserve">[46:41] </w:t>
      </w:r>
      <w:r>
        <w:t>rehta tha woh</w:t>
      </w:r>
    </w:p>
    <w:p>
      <w:pPr>
        <w:jc w:val="right"/>
      </w:pPr>
      <w:r>
        <w:t>رہتا تھا وہ</w:t>
      </w:r>
    </w:p>
    <w:p>
      <w:r>
        <w:rPr>
          <w:b/>
        </w:rPr>
        <w:t xml:space="preserve">[46:46] </w:t>
      </w:r>
      <w:r>
        <w:t>. wahan aap jatay, aap sahi sahi kitabon mein parh li jiye. wahan pe ja kar aap kya karte? bilkul aman pasand andaaz mein aap logon se kehte ke "Ayyuha nas, qoolu la ilaha illallah tuflihu" ya Quran ka jo ab tak hissa utar chuka tha, us ko parh kar sunate. toh takrao ko avoid karte hue aap ne aman pasand tareeqay se</w:t>
      </w:r>
    </w:p>
    <w:p>
      <w:pPr>
        <w:jc w:val="right"/>
      </w:pPr>
      <w:r>
        <w:t>۔ وہاں آپ جاتے، آپ صحیح صحیح کتابوں میں پڑھ لیجیے۔ وہاں پہ جا کر آپ کیا کرتے؟ بالکل امن پسند انداز میں آپ لوگوں سے کہتے کہ "ایہا الناس، قولو لا الہ الا اللہ تفلحو" یا قرآن کا جو اب تک حصہ اتر چکا تھا، اس کو پڑھ کر سناتے۔ تو ٹکراؤ کو اوائڈ کرتے ہوئے آپ نے امن پسند طریقے سے</w:t>
      </w:r>
    </w:p>
    <w:p>
      <w:r>
        <w:rPr>
          <w:b/>
        </w:rPr>
        <w:t xml:space="preserve">[47:16] </w:t>
      </w:r>
      <w:r>
        <w:t>apna daawa mission shuru kar diya wahan pe, aur terah saal tak karte rahe. achha, chunkay woh log, woh daur tha ta'aqqub ka, jo daur tha woh ta'aqqub ka daur tha, mazhabi ta'aqqub. log bharkte thay, ghussa hotay thay, marte peet te thay. wahan bhi aisa hua. aap avoid karte rahe, avoid karte rahe, yahan tak ke woh log Dar ul Nadwa jo un ki qabaili parliament thi,</w:t>
      </w:r>
    </w:p>
    <w:p>
      <w:pPr>
        <w:jc w:val="right"/>
      </w:pPr>
      <w:r>
        <w:t>اپنا دعویٰ مشن شروع کر دیا وہاں پہ، اور تیرہ سال تک کرتے رہے۔ اچھا، چونکہ وہ لوگ، وہ دور تھا تعاقب کا، جو دور تھا وہ تعاقب کا دور تھا، مذہبی تعاقب۔ لوگ بھڑکتے تھے، غصہ ہوتے تھے، مارتے پیٹتے تھے۔ وہاں بھی ایسا ہوا۔ آپ اوائڈ کرتے رہے، اوائڈ کرتے رہے، یہاں تک کہ وہ لوگ داؤد ندوہ جو ان کی قبائلی پارلیمنٹ تھی،</w:t>
      </w:r>
    </w:p>
    <w:p>
      <w:r>
        <w:rPr>
          <w:b/>
        </w:rPr>
        <w:t xml:space="preserve">[47:46] </w:t>
      </w:r>
      <w:r>
        <w:t>is mein unhon ne pass kar diya ke mohabbat o qadar kar do, sab mil kar un ko</w:t>
      </w:r>
    </w:p>
    <w:p>
      <w:pPr>
        <w:jc w:val="right"/>
      </w:pPr>
      <w:r>
        <w:t>اس میں انہوں نے پاس کر دیا کہ محبت و قدر کر دو، سب مل کر ان کو</w:t>
      </w:r>
    </w:p>
    <w:p>
      <w:r>
        <w:rPr>
          <w:b/>
        </w:rPr>
        <w:t xml:space="preserve">[47:52] </w:t>
      </w:r>
      <w:r>
        <w:t>talwar se maro, woh khatam ho jayein.</w:t>
      </w:r>
    </w:p>
    <w:p>
      <w:pPr>
        <w:jc w:val="right"/>
      </w:pPr>
      <w:r>
        <w:t>تلوار سے مارو، وہ ختم ہو جائیں۔</w:t>
      </w:r>
    </w:p>
    <w:p>
      <w:r>
        <w:rPr>
          <w:b/>
        </w:rPr>
        <w:t xml:space="preserve">[47:58] </w:t>
      </w:r>
      <w:r>
        <w:t>jab yahan tak naubat aa gayi to aap ne makkah chhod diya.</w:t>
      </w:r>
    </w:p>
    <w:p>
      <w:pPr>
        <w:jc w:val="right"/>
      </w:pPr>
      <w:r>
        <w:t>جب یہاں تک نوبت آگئی تو آپ نے مکہ چھوڑ دیا۔</w:t>
      </w:r>
    </w:p>
    <w:p>
      <w:r>
        <w:rPr>
          <w:b/>
        </w:rPr>
        <w:t xml:space="preserve">[48:04] </w:t>
      </w:r>
      <w:r>
        <w:t>ab dekhiye, is ko hum hijrat kehte hain, woh bhi hijrat kiya hai? Yani kiya hai hijrat? Is</w:t>
      </w:r>
    </w:p>
    <w:p>
      <w:pPr>
        <w:jc w:val="right"/>
      </w:pPr>
      <w:r>
        <w:t>اب دیکھیے، اس کو ہم ہجرت کہتے ہیں، وہ بھی ہجرت کیا ہے؟ یعنی کیا ہے ہجرت؟ اس</w:t>
      </w:r>
    </w:p>
    <w:p>
      <w:r>
        <w:rPr>
          <w:b/>
        </w:rPr>
        <w:t xml:space="preserve">[48:10] </w:t>
      </w:r>
      <w:r>
        <w:t>ka matlab yahi hai ke nuqta takrao chhod dena, jahan takrao, jahan takrao ho raha hai, jahan jhagda barhnay wal</w:t>
      </w:r>
    </w:p>
    <w:p>
      <w:pPr>
        <w:jc w:val="right"/>
      </w:pPr>
      <w:r>
        <w:t>کا مطلب یہی ہے کہ نقطہ ٹکراؤ چھوڑ دینا، جہاں ٹکراؤ، جہاں ٹکراؤ ہو رہا ہے، جہاں جھگڑا بڑھنے وال</w:t>
      </w:r>
    </w:p>
    <w:p>
      <w:r>
        <w:rPr>
          <w:b/>
        </w:rPr>
        <w:t xml:space="preserve">[48:16] </w:t>
      </w:r>
      <w:r>
        <w:t>a hai, jahan larai ho sakti hai, wahan wahan se hat jao.</w:t>
      </w:r>
    </w:p>
    <w:p>
      <w:pPr>
        <w:jc w:val="right"/>
      </w:pPr>
      <w:r>
        <w:t>ا ہے، جہاں لڑائی ہو سکتی ہے، وہاں وہاں سے ہٹ جاؤ۔</w:t>
      </w:r>
    </w:p>
    <w:p>
      <w:r>
        <w:rPr>
          <w:b/>
        </w:rPr>
        <w:t xml:space="preserve">[48:22] </w:t>
      </w:r>
      <w:r>
        <w:t>yani apna woh kaam ki jagah badal do, apna kaam ki jagah badal do.</w:t>
      </w:r>
    </w:p>
    <w:p>
      <w:pPr>
        <w:jc w:val="right"/>
      </w:pPr>
      <w:r>
        <w:t>یعنی اپنا وہ کام کی جگہ بدل دو، اپنا کام کی جگہ بدل دو۔</w:t>
      </w:r>
    </w:p>
    <w:p>
      <w:r>
        <w:rPr>
          <w:b/>
        </w:rPr>
        <w:t xml:space="preserve">[48:28] </w:t>
      </w:r>
      <w:r>
        <w:t>kaisi ajeeb misaal hai yeh.</w:t>
      </w:r>
    </w:p>
    <w:p>
      <w:pPr>
        <w:jc w:val="right"/>
      </w:pPr>
      <w:r>
        <w:t>کیسی عجیب مثال ہے یہ۔</w:t>
      </w:r>
    </w:p>
    <w:p>
      <w:r>
        <w:rPr>
          <w:b/>
        </w:rPr>
        <w:t xml:space="preserve">[48:34] </w:t>
      </w:r>
      <w:r>
        <w:t>apnay watan ko chhod diya aap ne, apnay ghar ko chhod diya aap ne, apni jaidad ko chhod</w:t>
      </w:r>
    </w:p>
    <w:p>
      <w:pPr>
        <w:jc w:val="right"/>
      </w:pPr>
      <w:r>
        <w:t>اپنے وطن کو چھوڑ دیا آپ نے، اپنے گھر کو چھوڑ دیا آپ نے، اپنی جائیداد کو چھوڑ</w:t>
      </w:r>
    </w:p>
    <w:p>
      <w:r>
        <w:rPr>
          <w:b/>
        </w:rPr>
        <w:t xml:space="preserve">[48:40] </w:t>
      </w:r>
      <w:r>
        <w:t>diya aap ne, sirf is liye ke larai na ho, takrao na ho, tashaddud na ho. To</w:t>
      </w:r>
    </w:p>
    <w:p>
      <w:pPr>
        <w:jc w:val="right"/>
      </w:pPr>
      <w:r>
        <w:t>دیا آپ نے، صرف اس لئے کہ لڑائی نہ ہو، ٹکراؤ نہ ہو، تشدد نہ ہو۔ تو</w:t>
      </w:r>
    </w:p>
    <w:p>
      <w:r>
        <w:rPr>
          <w:b/>
        </w:rPr>
        <w:t xml:space="preserve">[48:46] </w:t>
      </w:r>
      <w:r>
        <w:t>bohat hi khamoshi se nikal kar aap Makah se Madinah chale gaye. ab dekhiye, bohat bari misaal yahan yeh bhi hai ke aaj kal kya hota hai? jitnay log hain, woh un ke sath agar kuch hua hai, koi tashaddud, koi imtiyaz, koi zulm, toh usi ko batate hain. kitabon</w:t>
      </w:r>
    </w:p>
    <w:p>
      <w:pPr>
        <w:jc w:val="right"/>
      </w:pPr>
      <w:r>
        <w:t>بہت ہی خاموشی سے نکل کر آپ مکہ سے مدینہ چلے گئے۔ اب دیکھیے، بہت بڑی مثال یہاں یہ بھی ہے کہ آج کل کیا ہوتا ہے؟ جتنے لوگ ہیں، وہ ان کے ساتھ اگر کچھ ہوا ہے، کوئی تشدد، کوئی امتیاز، کوئی ظلم، تو اسی کو بتاتے ہیں۔ کتاب</w:t>
      </w:r>
    </w:p>
    <w:p>
      <w:r>
        <w:rPr>
          <w:b/>
        </w:rPr>
        <w:t xml:space="preserve">[49:16] </w:t>
      </w:r>
      <w:r>
        <w:t>mein chhapte hain, taqreerein karte hain, jalsay karte hain, isi ko batane ke liye.</w:t>
      </w:r>
    </w:p>
    <w:p>
      <w:pPr>
        <w:jc w:val="right"/>
      </w:pPr>
      <w:r>
        <w:t>یں چھاپتے ہیں، تقریریں کرتے ہیں، جلسے کرتے ہیں، اسی کو بتانے کے لئے۔</w:t>
      </w:r>
    </w:p>
    <w:p>
      <w:r>
        <w:rPr>
          <w:b/>
        </w:rPr>
        <w:t xml:space="preserve">[49:24] </w:t>
      </w:r>
      <w:r>
        <w:t>ab rasool Allah sal Allah alayhi wasallam makkah se madina puhanchtay hain, wahan aap ne jo khitab kiya</w:t>
      </w:r>
    </w:p>
    <w:p>
      <w:pPr>
        <w:jc w:val="right"/>
      </w:pPr>
      <w:r>
        <w:t>اب رسول اللہ صلی اللہ علیہ وسلم مکہ سے مدینہ پہنچتے ہیں، وہاں آپ نے جو خطاب کیا</w:t>
      </w:r>
    </w:p>
    <w:p>
      <w:r>
        <w:rPr>
          <w:b/>
        </w:rPr>
        <w:t xml:space="preserve">[49:31] </w:t>
      </w:r>
      <w:r>
        <w:t>un logon ko, madina walon ko, to seerat un nabi jo woh jo seerat ibn sham ki jo kitab</w:t>
      </w:r>
    </w:p>
    <w:p>
      <w:pPr>
        <w:jc w:val="right"/>
      </w:pPr>
      <w:r>
        <w:t>ان لوگوں کو، مدینہ والوں کو، تو سیرت النبی جو وہ جو سیرت ابن شام کی جو کتاب</w:t>
      </w:r>
    </w:p>
    <w:p>
      <w:r>
        <w:rPr>
          <w:b/>
        </w:rPr>
        <w:t xml:space="preserve">[49:39] </w:t>
      </w:r>
      <w:r>
        <w:t>hai, us mein ek ek ek woh hai, ek ek unwan</w:t>
      </w:r>
    </w:p>
    <w:p>
      <w:pPr>
        <w:jc w:val="right"/>
      </w:pPr>
      <w:r>
        <w:t>ہے، اس میں ایک ایک ایک وہ ہے، ایک ایک عنوان</w:t>
      </w:r>
    </w:p>
    <w:p>
      <w:r>
        <w:rPr>
          <w:b/>
        </w:rPr>
        <w:t xml:space="preserve">[49:46] </w:t>
      </w:r>
      <w:r>
        <w:t>hai: "Ab bolo khutba khutba Rasool Allah (SAW) phir Madinah". yani Madinah mein aap ka pehla pata, Madinah pohanch kar jo aap ne khitab kiya un logon ko, us ka pehla toh woh pehla khitab kya tha? us ko parh li jiye aap. us mein kuch bhi nahi hai siwaye aakhirat ki baat ke, koi shikayat nahi ke hum ko Makah walon ne sataya, hum ko watan se nikal</w:t>
      </w:r>
    </w:p>
    <w:p>
      <w:pPr>
        <w:jc w:val="right"/>
      </w:pPr>
      <w:r>
        <w:t>ہے: "اب بولو خطبت خطبہ رسول اللہ صلی اللہ علیہ وسلم پھر مدینہ"۔ یعنی مدینہ میں آپ کا پہلا پتہ، مدینہ پہنچ کر جو آپ نے خطاب کیا ان لوگوں کو، اس کا پہلا تو وہ پہلا خطاب کیا تھا؟ اس کو پڑھ لیجیے آپ۔ اس میں کچھ بھی نہیں ہے سوائے آخرت کی بات کے، کوئی شکایت نہیں کہ ہم کو مکہ والوں نے ستایا، ہم کو وطن سے نکل</w:t>
      </w:r>
    </w:p>
    <w:p>
      <w:r>
        <w:rPr>
          <w:b/>
        </w:rPr>
        <w:t xml:space="preserve">[50:16] </w:t>
      </w:r>
      <w:r>
        <w:t>ne par majboor kiya, hum ko qadar karne ki sazish ki.</w:t>
      </w:r>
    </w:p>
    <w:p>
      <w:pPr>
        <w:jc w:val="right"/>
      </w:pPr>
      <w:r>
        <w:t>نے پر مجبور کیا، ہم کو قدر کرنے کی سازش کی۔</w:t>
      </w:r>
    </w:p>
    <w:p>
      <w:r>
        <w:rPr>
          <w:b/>
        </w:rPr>
        <w:t xml:space="preserve">[50:24] </w:t>
      </w:r>
      <w:r>
        <w:t>yani aik so aik dastanain theen zulm ki, kuch nahi, kuch nahi, kuch nahi, kuch nahi, kuch nahi.</w:t>
      </w:r>
    </w:p>
    <w:p>
      <w:pPr>
        <w:jc w:val="right"/>
      </w:pPr>
      <w:r>
        <w:t>یعنی ایک سو ایک داستانیں تھیں ظلم کی، کچھ نہیں، کچھ نہیں، کچھ نہیں، کچھ نہیں، کچھ نہیں۔</w:t>
      </w:r>
    </w:p>
    <w:p>
      <w:r>
        <w:rPr>
          <w:b/>
        </w:rPr>
        <w:t xml:space="preserve">[50:32] </w:t>
      </w:r>
      <w:r>
        <w:t>yani asli dastanain theen insaaf ki, zulm ki, sazish ki, hatta ke qatal ki.</w:t>
      </w:r>
    </w:p>
    <w:p>
      <w:pPr>
        <w:jc w:val="right"/>
      </w:pPr>
      <w:r>
        <w:t>یعنی اصلی داستانیں تھیں انصاف کی، ظلم کی، سازش کی، حتیٰ کہ قتل کی۔</w:t>
      </w:r>
    </w:p>
    <w:p>
      <w:r>
        <w:rPr>
          <w:b/>
        </w:rPr>
        <w:t xml:space="preserve">[50:40] </w:t>
      </w:r>
      <w:r>
        <w:t>aap ka woh khutba jo hai, us ka just yeh hai: "ittqoo an-naara walaw bi shaqi tamrah".</w:t>
      </w:r>
    </w:p>
    <w:p>
      <w:pPr>
        <w:jc w:val="right"/>
      </w:pPr>
      <w:r>
        <w:t>آپ کا وہ خطبہ جو ہے، اس کا جست یہ ہے: "اتقوا النار ولو بشق تمرة"۔</w:t>
      </w:r>
    </w:p>
    <w:p>
      <w:r>
        <w:rPr>
          <w:b/>
        </w:rPr>
        <w:t xml:space="preserve">[50:48] </w:t>
      </w:r>
      <w:r>
        <w:t>ae logon! ae logon!</w:t>
      </w:r>
    </w:p>
    <w:p>
      <w:pPr>
        <w:jc w:val="right"/>
      </w:pPr>
      <w:r>
        <w:t>اے لوگوں! اے لوگوں!</w:t>
      </w:r>
    </w:p>
    <w:p>
      <w:r>
        <w:rPr>
          <w:b/>
        </w:rPr>
        <w:t xml:space="preserve">[50:54] </w:t>
      </w:r>
      <w:r>
        <w:t>apne aap ko aag se bachao, apne aap ko aag se bachao, chahe khajoor ka aik tukra hi</w:t>
      </w:r>
    </w:p>
    <w:p>
      <w:pPr>
        <w:jc w:val="right"/>
      </w:pPr>
      <w:r>
        <w:t>اپنے آپ کو آگ سے بچاؤ، اپنے آپ کو آگ سے بچاؤ، چاہے کھجور کا ایک ٹکڑا ہی</w:t>
      </w:r>
    </w:p>
    <w:p>
      <w:r>
        <w:rPr>
          <w:b/>
        </w:rPr>
        <w:t xml:space="preserve">[51:00] </w:t>
      </w:r>
      <w:r>
        <w:t>de kar kyun na ho.</w:t>
      </w:r>
    </w:p>
    <w:p>
      <w:pPr>
        <w:jc w:val="right"/>
      </w:pPr>
      <w:r>
        <w:t>دے کر کیوں نہ ہو۔</w:t>
      </w:r>
    </w:p>
    <w:p>
      <w:r>
        <w:rPr>
          <w:b/>
        </w:rPr>
        <w:t xml:space="preserve">[51:06] </w:t>
      </w:r>
      <w:r>
        <w:t>kal mein soch raha tha, kuch mein ne akhbar mein parha social work ke baray mein, har jagah</w:t>
      </w:r>
    </w:p>
    <w:p>
      <w:pPr>
        <w:jc w:val="right"/>
      </w:pPr>
      <w:r>
        <w:t>کل میں سوچ رہا تھا، کچھ میں نے اخبار میں پڑھا سوشل ورک کے بارے میں، ہر جگہ</w:t>
      </w:r>
    </w:p>
    <w:p>
      <w:r>
        <w:rPr>
          <w:b/>
        </w:rPr>
        <w:t xml:space="preserve">[51:12] </w:t>
      </w:r>
      <w:r>
        <w:t>dhoom hai social work ki,</w:t>
      </w:r>
    </w:p>
    <w:p>
      <w:pPr>
        <w:jc w:val="right"/>
      </w:pPr>
      <w:r>
        <w:t>دھوم ہے سوشل ورک کی،</w:t>
      </w:r>
    </w:p>
    <w:p>
      <w:r>
        <w:rPr>
          <w:b/>
        </w:rPr>
        <w:t xml:space="preserve">[51:18] </w:t>
      </w:r>
      <w:r>
        <w:t>matlab ghareebon ki madad karna, museebat gruzon ki madad karna.</w:t>
      </w:r>
    </w:p>
    <w:p>
      <w:pPr>
        <w:jc w:val="right"/>
      </w:pPr>
      <w:r>
        <w:t>مطلب غریبوں کی مدد کرنا، مصیبت گروزوں کی مدد کرنا۔</w:t>
      </w:r>
    </w:p>
    <w:p>
      <w:r>
        <w:rPr>
          <w:b/>
        </w:rPr>
        <w:t xml:space="preserve">[51:23] </w:t>
      </w:r>
      <w:r>
        <w:t>jis ka aik model hai, mother teresa ka model, yeh mother teresa ka model bohat ziyada mutawajjah karta</w:t>
      </w:r>
    </w:p>
    <w:p>
      <w:pPr>
        <w:jc w:val="right"/>
      </w:pPr>
      <w:r>
        <w:t>جس کا ایک ماڈل ہے، مدر ٹریسا کا ماڈل، یہ مدر ٹریسا کا ماڈل بہت زیادہ متوجہ کرتا</w:t>
      </w:r>
    </w:p>
    <w:p>
      <w:r>
        <w:rPr>
          <w:b/>
        </w:rPr>
        <w:t xml:space="preserve">[51:28] </w:t>
      </w:r>
      <w:r>
        <w:t>hai logon ko dunya bhar mein.</w:t>
      </w:r>
    </w:p>
    <w:p>
      <w:pPr>
        <w:jc w:val="right"/>
      </w:pPr>
      <w:r>
        <w:t>ہے لوگوں کو دنیا بھر میں۔</w:t>
      </w:r>
    </w:p>
    <w:p>
      <w:r>
        <w:rPr>
          <w:b/>
        </w:rPr>
        <w:t xml:space="preserve">[51:33] </w:t>
      </w:r>
      <w:r>
        <w:t>is ke bar aks da'wa model hai, jo mother teresa model mein insaan ko dunyaavi museebaton se bachane ka model hai.</w:t>
      </w:r>
    </w:p>
    <w:p>
      <w:pPr>
        <w:jc w:val="right"/>
      </w:pPr>
      <w:r>
        <w:t>اس کے برعکس دعویٰ ماڈل ہے، جو مدر ٹریسا ماڈل میں انسان کو دنیاوی مصیبتوں سے بچانے کا ماڈل ہے۔</w:t>
      </w:r>
    </w:p>
    <w:p>
      <w:r>
        <w:rPr>
          <w:b/>
        </w:rPr>
        <w:t xml:space="preserve">[51:38] </w:t>
      </w:r>
      <w:r>
        <w:t>woh aaj dunya jo safar kar raha hai, aaj jo insaan safar kar raha hai, museebaten utha raha</w:t>
      </w:r>
    </w:p>
    <w:p>
      <w:pPr>
        <w:jc w:val="right"/>
      </w:pPr>
      <w:r>
        <w:t>وہ آج دنیا جو سفر کر رہا ہے، آج جو انسان سفر کر رہا ہے، مصیبتیں اٹھا رہا</w:t>
      </w:r>
    </w:p>
    <w:p>
      <w:r>
        <w:rPr>
          <w:b/>
        </w:rPr>
        <w:t xml:space="preserve">[51:43] </w:t>
      </w:r>
      <w:r>
        <w:t>hai, is se bachao is ko</w:t>
      </w:r>
    </w:p>
    <w:p>
      <w:pPr>
        <w:jc w:val="right"/>
      </w:pPr>
      <w:r>
        <w:t>ہے، اس سے بچاؤ اس کو</w:t>
      </w:r>
    </w:p>
    <w:p>
      <w:r>
        <w:rPr>
          <w:b/>
        </w:rPr>
        <w:t xml:space="preserve">[51:48] </w:t>
      </w:r>
      <w:r>
        <w:t>۔</w:t>
      </w:r>
    </w:p>
    <w:p>
      <w:pPr>
        <w:jc w:val="right"/>
      </w:pPr>
      <w:r>
        <w:t>۔</w:t>
      </w:r>
    </w:p>
    <w:p>
      <w:r>
        <w:rPr>
          <w:b/>
        </w:rPr>
        <w:t xml:space="preserve">[51:53] </w:t>
      </w:r>
      <w:r>
        <w:t>acha, da'wa model jo hai, akhirat mein jo safar karne wala hai, us se bachao insaan ko.</w:t>
      </w:r>
    </w:p>
    <w:p>
      <w:pPr>
        <w:jc w:val="right"/>
      </w:pPr>
      <w:r>
        <w:t>اچھا، دعویٰ ماڈل جو ہے، آخرت میں جو سفر کرنے والا ہے، اس سے بچاؤ انسان کو۔</w:t>
      </w:r>
    </w:p>
    <w:p>
      <w:r>
        <w:rPr>
          <w:b/>
        </w:rPr>
        <w:t xml:space="preserve">[51:59] </w:t>
      </w:r>
      <w:r>
        <w:t>"ittqoo an-naara walaw bi shaqi tamrah" apne aap ko aag se bachao, yani marne ke baad jo samne aane</w:t>
      </w:r>
    </w:p>
    <w:p>
      <w:pPr>
        <w:jc w:val="right"/>
      </w:pPr>
      <w:r>
        <w:t>"اتقوا النار ولو بشق تمرة" اپنے آپ کو آگ سے بچاؤ، یعنی مرنے کے بعد جو سامنے آنے</w:t>
      </w:r>
    </w:p>
    <w:p>
      <w:r>
        <w:rPr>
          <w:b/>
        </w:rPr>
        <w:t xml:space="preserve">[52:04] </w:t>
      </w:r>
      <w:r>
        <w:t>wala hai masla, is se bachao.</w:t>
      </w:r>
    </w:p>
    <w:p>
      <w:pPr>
        <w:jc w:val="right"/>
      </w:pPr>
      <w:r>
        <w:t>والا ہے مسئلہ، اس سے بچاؤ۔</w:t>
      </w:r>
    </w:p>
    <w:p>
      <w:r>
        <w:rPr>
          <w:b/>
        </w:rPr>
        <w:t xml:space="preserve">[52:09] </w:t>
      </w:r>
      <w:r>
        <w:t>to kal mein soch raha tha ke kyun aisa hai ke social work mein dhoom se log saath</w:t>
      </w:r>
    </w:p>
    <w:p>
      <w:pPr>
        <w:jc w:val="right"/>
      </w:pPr>
      <w:r>
        <w:t>تو کل میں سوچ رہا تھا کہ کیوں ایسا ہے کہ سوشل ورک میں دھوم سے لوگ ساتھ</w:t>
      </w:r>
    </w:p>
    <w:p>
      <w:r>
        <w:rPr>
          <w:b/>
        </w:rPr>
        <w:t xml:space="preserve">[52:14] </w:t>
      </w:r>
      <w:r>
        <w:t>deta hain, khoob paisa deta hain, khoob waqt deta hain, aur da'wa work mein koi saath nahi deta.</w:t>
      </w:r>
    </w:p>
    <w:p>
      <w:pPr>
        <w:jc w:val="right"/>
      </w:pPr>
      <w:r>
        <w:t>دیتے ہیں، خوب پیسہ دیتے ہیں، خوب وقت دیتے ہیں، اور دعویٰ ورک میں کوئی ساتھ نہیں دیتا۔</w:t>
      </w:r>
    </w:p>
    <w:p>
      <w:r>
        <w:rPr>
          <w:b/>
        </w:rPr>
        <w:t xml:space="preserve">[52:19] </w:t>
      </w:r>
      <w:r>
        <w:t>is ka raaz kya hai? ke social work ke liye in ko zabardasti un ke andar targhib hai, dawah work ke liye targhib nahi hai un ke andar. To meri isi isi se meri samajh mein aai baat ke social work jo hai, dunya ke dikhawe par mabni hai, woh dikhai de rahi hai. Koi beemar hai, koi musibat zada hai, koi faqa hai, kisi ke pas ghar gir gaya hai, woh ankhon se dikhai de raha hai, yani dikhai dene wali</w:t>
      </w:r>
    </w:p>
    <w:p>
      <w:pPr>
        <w:jc w:val="right"/>
      </w:pPr>
      <w:r>
        <w:t>اس کا راز کیا ہے؟ کہ سوشل ورک کے لئے ان کو زبردستی ان کے اندر ترغیب ہے، دعویٰ ورک کے لئے ترغیب نہیں ہے ان کے اندر۔ تو میری اسی اسی سے میری سمجھ میں آئی بات کہ سوشل ورک جو ہے، دنیا کے دکھاوے پر مبنی ہے، وہ دکھائی دے رہی ہے۔ کوئی بیمار ہے، کوئی مصیبت زدہ ہے، کوئی فاقہ ہے، کسی کے پاس گھر گر گیا ہے، وہ آنکھوں سے دکھائی دے رہا ہے، یعنی دکھائی دینے والی</w:t>
      </w:r>
    </w:p>
    <w:p>
      <w:r>
        <w:rPr>
          <w:b/>
        </w:rPr>
        <w:t xml:space="preserve">[52:49] </w:t>
      </w:r>
      <w:r>
        <w:t>takleef.</w:t>
      </w:r>
    </w:p>
    <w:p>
      <w:pPr>
        <w:jc w:val="right"/>
      </w:pPr>
      <w:r>
        <w:t>تکلیف۔</w:t>
      </w:r>
    </w:p>
    <w:p>
      <w:r>
        <w:rPr>
          <w:b/>
        </w:rPr>
        <w:t xml:space="preserve">[52:55] </w:t>
      </w:r>
      <w:r>
        <w:t>aur da'wa work ko in dikhai dene wali takleef par mabni karta hai, in jo dikhai nahi de rahi hai.</w:t>
      </w:r>
    </w:p>
    <w:p>
      <w:pPr>
        <w:jc w:val="right"/>
      </w:pPr>
      <w:r>
        <w:t>اور دعویٰ ورک کو ان دکھائی دینے والی تکلیف پر مبنی کرتا ہے، ان جو دکھائی نہیں دے رہی ہے۔</w:t>
      </w:r>
    </w:p>
    <w:p>
      <w:r>
        <w:rPr>
          <w:b/>
        </w:rPr>
        <w:t xml:space="preserve">[53:00] </w:t>
      </w:r>
      <w:r>
        <w:t>to chounke dikhai nahi de rahi, chahe agarche is se arb gunah ziyada hai, woh jo akhirat ki</w:t>
      </w:r>
    </w:p>
    <w:p>
      <w:pPr>
        <w:jc w:val="right"/>
      </w:pPr>
      <w:r>
        <w:t>تو چونکہ دکھائی نہیں دے رہی، چاہے اگرچہ اس سے ارب گنا زیادہ ہے، وہ جو آخرت کی</w:t>
      </w:r>
    </w:p>
    <w:p>
      <w:r>
        <w:rPr>
          <w:b/>
        </w:rPr>
        <w:t xml:space="preserve">[53:05] </w:t>
      </w:r>
      <w:r>
        <w:t>jo takleef hai, woh arb gunah ziyada hai, kyunke abadi hai woh.</w:t>
      </w:r>
    </w:p>
    <w:p>
      <w:pPr>
        <w:jc w:val="right"/>
      </w:pPr>
      <w:r>
        <w:t>جو تکلیف ہے، وہ ارب گنا زیادہ ہے، کیونکہ ابدی ہے وہ۔</w:t>
      </w:r>
    </w:p>
    <w:p>
      <w:r>
        <w:rPr>
          <w:b/>
        </w:rPr>
        <w:t xml:space="preserve">[53:10] </w:t>
      </w:r>
      <w:r>
        <w:t>to log is social work par jaldi se tayyar ho jatay hain karne ke liye, khoob paisa deta</w:t>
      </w:r>
    </w:p>
    <w:p>
      <w:pPr>
        <w:jc w:val="right"/>
      </w:pPr>
      <w:r>
        <w:t>تو لوگ اس سوشل ورک پر جلدی سے تیار ہو جاتے ہیں کرنے کے لئے، خوب پیسہ دیتے</w:t>
      </w:r>
    </w:p>
    <w:p>
      <w:r>
        <w:rPr>
          <w:b/>
        </w:rPr>
        <w:t xml:space="preserve">[53:15] </w:t>
      </w:r>
      <w:r>
        <w:t>hain, kyunke woh dikhai dene wali takleef hai, woh</w:t>
      </w:r>
    </w:p>
    <w:p>
      <w:pPr>
        <w:jc w:val="right"/>
      </w:pPr>
      <w:r>
        <w:t>ہیں، کیونکہ وہ دکھائی دینے والی تکلیف ہے، وہ</w:t>
      </w:r>
    </w:p>
    <w:p>
      <w:r>
        <w:rPr>
          <w:b/>
        </w:rPr>
        <w:t xml:space="preserve">[53:20] </w:t>
      </w:r>
      <w:r>
        <w:t>ankhon se dekh rahe hain, woh. Ab woh to in dikhai dene wali takleef hai. To aadmi jo hai, yeh insan ki kamzori hai ke jo dikhai dene wali cheez ho, us ko foran maan leta hai, jo na dikhai de, woh us ki samajh mein nahi aata us ko. To ab rasool Allah sal Allah alaihi wasallam jab pohanche hain madina, aur aap ne pehli jo taqreer ki, aur us ke baad bhi das saal tak wahan rahe, kabhi makka walon ki shikayat nahi, kabhi mak</w:t>
      </w:r>
    </w:p>
    <w:p>
      <w:pPr>
        <w:jc w:val="right"/>
      </w:pPr>
      <w:r>
        <w:t>آنکھوں سے دیکھ رہے ہیں، وہ۔ اب وہ تو ان دکھائی دینے والی تکلیف ہے۔ تو آدمی جو ہے، یہ انسان کی کمزوری ہے کہ جو دکھائی دینے والی چیز ہو، اس کو فوراً مان لیتا ہے، جو نہ دکھائی دے، وہ اس کی سمجھ میں نہیں آتا اس کو۔ تو اب رسول اللہ صلی اللہ علیہ وسلم جب پہنچے ہیں مدینہ، اور آپ نے پہلی جو تقریر کی، اور اس کے بعد بھی دس سال تک وہاں رہے، کبھی مکہ والوں کی شکایت نہیں، کبھی مک</w:t>
      </w:r>
    </w:p>
    <w:p>
      <w:r>
        <w:rPr>
          <w:b/>
        </w:rPr>
        <w:t xml:space="preserve">[53:50] </w:t>
      </w:r>
      <w:r>
        <w:t>h walon ke zulm ki dastan wahan nahi, kuch bhi nahi, kuch bhi nahi, kuch bhi nahi.</w:t>
      </w:r>
    </w:p>
    <w:p>
      <w:pPr>
        <w:jc w:val="right"/>
      </w:pPr>
      <w:r>
        <w:t>ہ والوں کے ظلم کی داستان وہاں نہیں، کچھ بھی نہیں، کچھ بھی نہیں، کچھ بھی نہیں۔</w:t>
      </w:r>
    </w:p>
    <w:p>
      <w:r>
        <w:rPr>
          <w:b/>
        </w:rPr>
        <w:t xml:space="preserve">[53:56] </w:t>
      </w:r>
      <w:r>
        <w:t>yeh hai daai ka andaaz, is ko daal diya bhalawe ke khane mein, jo makkah walon ne kiya,</w:t>
      </w:r>
    </w:p>
    <w:p>
      <w:pPr>
        <w:jc w:val="right"/>
      </w:pPr>
      <w:r>
        <w:t>یہ ہے داعی کا انداز، اس کو ڈال دیا بھلاوے کے خانے میں، جو مکہ والوں نے کیا،</w:t>
      </w:r>
    </w:p>
    <w:p>
      <w:r>
        <w:rPr>
          <w:b/>
        </w:rPr>
        <w:t xml:space="preserve">[54:01] </w:t>
      </w:r>
      <w:r>
        <w:t>is ko bhool jao.</w:t>
      </w:r>
    </w:p>
    <w:p>
      <w:pPr>
        <w:jc w:val="right"/>
      </w:pPr>
      <w:r>
        <w:t>اس کو بھول جاؤ۔</w:t>
      </w:r>
    </w:p>
    <w:p>
      <w:r>
        <w:rPr>
          <w:b/>
        </w:rPr>
        <w:t xml:space="preserve">[54:06] </w:t>
      </w:r>
      <w:r>
        <w:t>aage jo muamla hai, aage akhirat ka muamla, jannat, jannat o jahannum ka muamla, khuda ke samne peshi</w:t>
      </w:r>
    </w:p>
    <w:p>
      <w:pPr>
        <w:jc w:val="right"/>
      </w:pPr>
      <w:r>
        <w:t>آگے جو معاملہ ہے، آگے آخرت کا معاملہ، جنت، جنت و جہنم کا معاملہ، خدا کے سامنے پیشی</w:t>
      </w:r>
    </w:p>
    <w:p>
      <w:r>
        <w:rPr>
          <w:b/>
        </w:rPr>
        <w:t xml:space="preserve">[54:12] </w:t>
      </w:r>
      <w:r>
        <w:t>ka muamla, wahi is ke dimagh mein chhaye rehta hai daai ke zehen mein, aur woh usi ko</w:t>
      </w:r>
    </w:p>
    <w:p>
      <w:pPr>
        <w:jc w:val="right"/>
      </w:pPr>
      <w:r>
        <w:t>کا معاملہ، وہی اس کے دماغ میں چھائے رہتا ہے داعی کے ذہن میں، اور وہ اسی کو</w:t>
      </w:r>
    </w:p>
    <w:p>
      <w:r>
        <w:rPr>
          <w:b/>
        </w:rPr>
        <w:t xml:space="preserve">[54:17] </w:t>
      </w:r>
      <w:r>
        <w:t>bayan karta hai.</w:t>
      </w:r>
    </w:p>
    <w:p>
      <w:pPr>
        <w:jc w:val="right"/>
      </w:pPr>
      <w:r>
        <w:t>بیان کرتا ہے۔</w:t>
      </w:r>
    </w:p>
    <w:p>
      <w:r>
        <w:rPr>
          <w:b/>
        </w:rPr>
        <w:t xml:space="preserve">[54:23] </w:t>
      </w:r>
      <w:r>
        <w:t>to hijrat jo hai, yahi theek hijrat bhi yeh hai ke yani takrao ke rastay ko avoid kar</w:t>
      </w:r>
    </w:p>
    <w:p>
      <w:pPr>
        <w:jc w:val="right"/>
      </w:pPr>
      <w:r>
        <w:t>تو ہجرت جو ہے، یہی ٹھیک ہجرت بھی یہ ہے کہ یعنی ٹکراؤ کے راستے کو اوائڈ کر</w:t>
      </w:r>
    </w:p>
    <w:p>
      <w:r>
        <w:rPr>
          <w:b/>
        </w:rPr>
        <w:t xml:space="preserve">[54:28] </w:t>
      </w:r>
      <w:r>
        <w:t>ke sulah ke rastay par chale jana.</w:t>
      </w:r>
    </w:p>
    <w:p>
      <w:pPr>
        <w:jc w:val="right"/>
      </w:pPr>
      <w:r>
        <w:t>کے صلح کے راستے پر چلے جانا۔</w:t>
      </w:r>
    </w:p>
    <w:p>
      <w:r>
        <w:rPr>
          <w:b/>
        </w:rPr>
        <w:t xml:space="preserve">[54:33] </w:t>
      </w:r>
      <w:r>
        <w:t>ke agar rasool Allah salallaho alaihi wasallam hijrat na karte to takrao tha, aap takrao ko chhod</w:t>
      </w:r>
    </w:p>
    <w:p>
      <w:pPr>
        <w:jc w:val="right"/>
      </w:pPr>
      <w:r>
        <w:t>کہ اگر رسول اللہ صلی اللہ علیہ وسلم ہجرت نہ کرتے تو ٹکراؤ تھا، آپ ٹکراؤ کو چھوڑ</w:t>
      </w:r>
    </w:p>
    <w:p>
      <w:r>
        <w:rPr>
          <w:b/>
        </w:rPr>
        <w:t xml:space="preserve">[54:38] </w:t>
      </w:r>
      <w:r>
        <w:t>kar ke madina chale gaye.</w:t>
      </w:r>
    </w:p>
    <w:p>
      <w:pPr>
        <w:jc w:val="right"/>
      </w:pPr>
      <w:r>
        <w:t>کر کے مدینہ چلے گئے۔</w:t>
      </w:r>
    </w:p>
    <w:p>
      <w:r>
        <w:rPr>
          <w:b/>
        </w:rPr>
        <w:t xml:space="preserve">[54:43] </w:t>
      </w:r>
      <w:r>
        <w:t>acha, is ke baad kya hua? ke madina jane ke baad bhi unhon ne larai chhod rakhi thi,</w:t>
      </w:r>
    </w:p>
    <w:p>
      <w:pPr>
        <w:jc w:val="right"/>
      </w:pPr>
      <w:r>
        <w:t>اچھا، اس کے بعد کیا ہوا؟ کہ مدینہ جانے کے بعد بھی انہوں نے لڑائی چھوڑ رکھی تھی،</w:t>
      </w:r>
    </w:p>
    <w:p>
      <w:r>
        <w:rPr>
          <w:b/>
        </w:rPr>
        <w:t xml:space="preserve">[54:48] </w:t>
      </w:r>
      <w:r>
        <w:t>unhon ne hamla kiya baqayda,</w:t>
      </w:r>
    </w:p>
    <w:p>
      <w:pPr>
        <w:jc w:val="right"/>
      </w:pPr>
      <w:r>
        <w:t>انہوں نے حملہ کیا باقاعدہ،</w:t>
      </w:r>
    </w:p>
    <w:p>
      <w:r>
        <w:rPr>
          <w:b/>
        </w:rPr>
        <w:t xml:space="preserve">[54:53] </w:t>
      </w:r>
      <w:r>
        <w:t>badr ka hamla, uhad ka hamla. To is tarah ka takrao ka ek silsila shuru ho gaya un ki taraf se, yani hamla kar ke, un ke apne hamle ki wajah se shuru hua, un ke jarahiyat ki wajah se, makka walon ki jarahiyat ki wajah se shuru hua. To aap ne yahan kya kiya? Aap ne woh kar diya jo aata hai kitab mein ke sulah al hudaybiyah, yani hudaybiyah muahida, hudaybiyah muahida</w:t>
      </w:r>
    </w:p>
    <w:p>
      <w:pPr>
        <w:jc w:val="right"/>
      </w:pPr>
      <w:r>
        <w:t>بدر کا حملہ، احد کا حملہ۔ تو اس طرح کا ٹکراؤ کا ایک سلسلہ شروع ہو گیا ان کی طرف سے، یعنی حملہ کر کے، ان کے اپنے حملے کی وجہ سے شروع ہوا، ان کے جارحیت کی وجہ سے، مکہ والوں کی جارحیت کی وجہ سے شروع ہوا۔ تو آپ نے یہاں کیا کیا؟ آپ نے وہ کر دیا جو آتا ہے کتاب میں کہ صلح الحدیبیہ، یعنی حدیبیہ معاہدہ، حدیبیہ معاہدہ</w:t>
      </w:r>
    </w:p>
    <w:p>
      <w:r>
        <w:rPr>
          <w:b/>
        </w:rPr>
        <w:t xml:space="preserve">[55:23] </w:t>
      </w:r>
      <w:r>
        <w:t>—</w:t>
      </w:r>
    </w:p>
    <w:p>
      <w:pPr>
        <w:jc w:val="right"/>
      </w:pPr>
      <w:r>
        <w:t>۔</w:t>
      </w:r>
    </w:p>
    <w:p>
      <w:r>
        <w:rPr>
          <w:b/>
        </w:rPr>
        <w:t xml:space="preserve">[55:28] </w:t>
      </w:r>
      <w:r>
        <w:t>hudaybiyah muahida kiya tha? woh tha "no war pact".</w:t>
      </w:r>
    </w:p>
    <w:p>
      <w:pPr>
        <w:jc w:val="right"/>
      </w:pPr>
      <w:r>
        <w:t>حدیبیہ معاہدہ کیا تھا؟ وہ تھا "نو وار پیکٹ"۔</w:t>
      </w:r>
    </w:p>
    <w:p>
      <w:r>
        <w:rPr>
          <w:b/>
        </w:rPr>
        <w:t xml:space="preserve">[55:33] </w:t>
      </w:r>
      <w:r>
        <w:t>"no war pact" tha woh, hamare tumhare darmiyan koi larai nahi hogi.</w:t>
      </w:r>
    </w:p>
    <w:p>
      <w:pPr>
        <w:jc w:val="right"/>
      </w:pPr>
      <w:r>
        <w:t>"نو وار پیکٹ" تھا وہ، ہمارے تمہارے درمیان کوئی لڑائی نہیں ہوگی۔</w:t>
      </w:r>
    </w:p>
    <w:p>
      <w:r>
        <w:rPr>
          <w:b/>
        </w:rPr>
        <w:t xml:space="preserve">[55:38] </w:t>
      </w:r>
      <w:r>
        <w:t>lekin "no war pact" ki qeemat kya deni pari aap ko? bohat bari qeemat.</w:t>
      </w:r>
    </w:p>
    <w:p>
      <w:pPr>
        <w:jc w:val="right"/>
      </w:pPr>
      <w:r>
        <w:t>لیکن "نو وار پیکٹ" کی قیمت کیا دینی پڑی آپ کو؟ بہت بڑی قیمت۔</w:t>
      </w:r>
    </w:p>
    <w:p>
      <w:r>
        <w:rPr>
          <w:b/>
        </w:rPr>
        <w:t xml:space="preserve">[55:43] </w:t>
      </w:r>
      <w:r>
        <w:t>yani jo jo unhon ne shartein lagain, jo shartein, woh is ko aap maan liya aap ne.</w:t>
      </w:r>
    </w:p>
    <w:p>
      <w:pPr>
        <w:jc w:val="right"/>
      </w:pPr>
      <w:r>
        <w:t>یعنی جو جو انہوں نے شرطیں لگائیں، جو شرطیں، وہ اس کو آپ مان لیا آپ نے۔</w:t>
      </w:r>
    </w:p>
    <w:p>
      <w:r>
        <w:rPr>
          <w:b/>
        </w:rPr>
        <w:t xml:space="preserve">[55:48] </w:t>
      </w:r>
      <w:r>
        <w:t>bohat hi zillat,</w:t>
      </w:r>
    </w:p>
    <w:p>
      <w:pPr>
        <w:jc w:val="right"/>
      </w:pPr>
      <w:r>
        <w:t>بہت ہی ذلت،</w:t>
      </w:r>
    </w:p>
    <w:p>
      <w:r>
        <w:rPr>
          <w:b/>
        </w:rPr>
        <w:t xml:space="preserve">[55:53] </w:t>
      </w:r>
      <w:r>
        <w:t>yani aisi zillat wali shart.</w:t>
      </w:r>
    </w:p>
    <w:p>
      <w:pPr>
        <w:jc w:val="right"/>
      </w:pPr>
      <w:r>
        <w:t>یعنی ایسی ذلت والی شرط۔</w:t>
      </w:r>
    </w:p>
    <w:p>
      <w:r>
        <w:rPr>
          <w:b/>
        </w:rPr>
        <w:t xml:space="preserve">[55:59] </w:t>
      </w:r>
      <w:r>
        <w:t>jaise misaal ke taur par is mein aik aik tha, aik banda ke agar aik aadmi makkah mein</w:t>
      </w:r>
    </w:p>
    <w:p>
      <w:pPr>
        <w:jc w:val="right"/>
      </w:pPr>
      <w:r>
        <w:t>جیسے مثال کے طور پر اس میں ایک ایک تھا، ایک بندہ کہ اگر ایک آدمی مکہ میں</w:t>
      </w:r>
    </w:p>
    <w:p>
      <w:r>
        <w:rPr>
          <w:b/>
        </w:rPr>
        <w:t xml:space="preserve">[56:05] </w:t>
      </w:r>
      <w:r>
        <w:t>reh raha hai, woh islam ko manne lage, aur woh chhod kar chala jaye madina, to aap ko</w:t>
      </w:r>
    </w:p>
    <w:p>
      <w:pPr>
        <w:jc w:val="right"/>
      </w:pPr>
      <w:r>
        <w:t>رہ رہا ہے، وہ اسلام کو ماننے لگے، اور وہ چھوڑ کر چلا جائے مدینہ، تو آپ کو</w:t>
      </w:r>
    </w:p>
    <w:p>
      <w:r>
        <w:rPr>
          <w:b/>
        </w:rPr>
        <w:t xml:space="preserve">[56:11] </w:t>
      </w:r>
      <w:r>
        <w:t>us aadmi ko lotana parega humein.</w:t>
      </w:r>
    </w:p>
    <w:p>
      <w:pPr>
        <w:jc w:val="right"/>
      </w:pPr>
      <w:r>
        <w:t>اس آدمی کو لوٹانا پڑے گا ہمیں۔</w:t>
      </w:r>
    </w:p>
    <w:p>
      <w:r>
        <w:rPr>
          <w:b/>
        </w:rPr>
        <w:t xml:space="preserve">[56:17] </w:t>
      </w:r>
      <w:r>
        <w:t>aur madina mein aik aadmi hai, aik muslim, us ko hum kahein pakad payein to</w:t>
      </w:r>
    </w:p>
    <w:p>
      <w:pPr>
        <w:jc w:val="right"/>
      </w:pPr>
      <w:r>
        <w:t>اور مدینہ میں ایک آدمی ہے، ایک مسلم، اس کو ہم کہیں پکڑ پائیں تو</w:t>
      </w:r>
    </w:p>
    <w:p>
      <w:r>
        <w:rPr>
          <w:b/>
        </w:rPr>
        <w:t xml:space="preserve">[56:23] </w:t>
      </w:r>
      <w:r>
        <w:t>hum us ko nahi lotayenge.</w:t>
      </w:r>
    </w:p>
    <w:p>
      <w:pPr>
        <w:jc w:val="right"/>
      </w:pPr>
      <w:r>
        <w:t>ہم اس کو نہیں لوٹائیں گے۔</w:t>
      </w:r>
    </w:p>
    <w:p>
      <w:r>
        <w:rPr>
          <w:b/>
        </w:rPr>
        <w:t xml:space="preserve">[56:30] </w:t>
      </w:r>
      <w:r>
        <w:t>aap ghhor kijiye, yak tarafah shart.</w:t>
      </w:r>
    </w:p>
    <w:p>
      <w:pPr>
        <w:jc w:val="right"/>
      </w:pPr>
      <w:r>
        <w:t>آپ غور کیجیے، یک طرفہ شرط۔</w:t>
      </w:r>
    </w:p>
    <w:p>
      <w:r>
        <w:rPr>
          <w:b/>
        </w:rPr>
        <w:t xml:space="preserve">[56:36] </w:t>
      </w:r>
      <w:r>
        <w:t>to sara jo banda jis jis ko maan kar ke woh hua tha, woh sab mabni tha yak</w:t>
      </w:r>
    </w:p>
    <w:p>
      <w:pPr>
        <w:jc w:val="right"/>
      </w:pPr>
      <w:r>
        <w:t>تو سارا جو بندہ جس جس کو مان کر کے وہ ہوا تھا، وہ سب مبنی تھا یک</w:t>
      </w:r>
    </w:p>
    <w:p>
      <w:r>
        <w:rPr>
          <w:b/>
        </w:rPr>
        <w:t xml:space="preserve">[56:42] </w:t>
      </w:r>
      <w:r>
        <w:t>tarafah sharton par.</w:t>
      </w:r>
    </w:p>
    <w:p>
      <w:pPr>
        <w:jc w:val="right"/>
      </w:pPr>
      <w:r>
        <w:t>طرفہ شرطوں پر۔</w:t>
      </w:r>
    </w:p>
    <w:p>
      <w:r>
        <w:rPr>
          <w:b/>
        </w:rPr>
        <w:t xml:space="preserve">[56:49] </w:t>
      </w:r>
      <w:r>
        <w:t>to yani mukhalif party ki</w:t>
      </w:r>
    </w:p>
    <w:p>
      <w:pPr>
        <w:jc w:val="right"/>
      </w:pPr>
      <w:r>
        <w:t>تو یعنی مخالف پارٹی کی</w:t>
      </w:r>
    </w:p>
    <w:p>
      <w:r>
        <w:rPr>
          <w:b/>
        </w:rPr>
        <w:t xml:space="preserve">[56:55] </w:t>
      </w:r>
      <w:r>
        <w:t>yak tarafah sharton ko maan kar aap ko kya mila? "No war pact". Kyunke aap takrao se hat kar ke sulah ke rastay par aane ke liye itni bari qeemat de di aap ne, itni bari qeemat de di aap ne. Yani Hazrat Umar jaisa aadmi ko laga tha ke yeh to bohat hi zillat hai hamari, hum ki</w:t>
      </w:r>
    </w:p>
    <w:p>
      <w:pPr>
        <w:jc w:val="right"/>
      </w:pPr>
      <w:r>
        <w:t>یک طرفہ شرطوں کو مان کر آپ کو کیا ملا؟ "نو وار پیکٹ"۔ کیونکہ آپ ٹکراؤ سے ہٹ کر کے صلح کے راستے پر آنے کے لئے اتنی بڑی قیمت دے دی آپ نے، اتنی بڑی قیمت دے دی آپ نے۔ یعنی حضرت عمر جیسا آدمی کو لگا تھا کہ یہ تو بہت ہی ذلت ہے ہماری، ہم کی</w:t>
      </w:r>
    </w:p>
    <w:p>
      <w:r>
        <w:rPr>
          <w:b/>
        </w:rPr>
        <w:t xml:space="preserve">[57:25] </w:t>
      </w:r>
      <w:r>
        <w:t>on aisa manen is ko? hum nahi manen ge.</w:t>
      </w:r>
    </w:p>
    <w:p>
      <w:pPr>
        <w:jc w:val="right"/>
      </w:pPr>
      <w:r>
        <w:t>وں ایسا مانیں اس کو؟ ہم نہیں مانیں گے۔</w:t>
      </w:r>
    </w:p>
    <w:p>
      <w:r>
        <w:rPr>
          <w:b/>
        </w:rPr>
        <w:t xml:space="preserve">[57:30] </w:t>
      </w:r>
      <w:r>
        <w:t>rasool Allah ne israr kiya aur dastakhat kar diya is par.</w:t>
      </w:r>
    </w:p>
    <w:p>
      <w:pPr>
        <w:jc w:val="right"/>
      </w:pPr>
      <w:r>
        <w:t>رسول اللہ نے اصرار کیا اور دستخط کر دیا اس پر۔</w:t>
      </w:r>
    </w:p>
    <w:p>
      <w:r>
        <w:rPr>
          <w:b/>
        </w:rPr>
        <w:t xml:space="preserve">[57:35] </w:t>
      </w:r>
      <w:r>
        <w:t>to yeh tha yani rasool Allah ki zindagi mein aise bohat sare waqeat hain, maine chand aap</w:t>
      </w:r>
    </w:p>
    <w:p>
      <w:pPr>
        <w:jc w:val="right"/>
      </w:pPr>
      <w:r>
        <w:t>تو یہ تھا یعنی رسول اللہ کی زندگی میں ایسے بہت سارے واقعات ہیں، میں نے چند آپ</w:t>
      </w:r>
    </w:p>
    <w:p>
      <w:r>
        <w:rPr>
          <w:b/>
        </w:rPr>
        <w:t xml:space="preserve">[57:40] </w:t>
      </w:r>
      <w:r>
        <w:t>ke samne pesh kiya.</w:t>
      </w:r>
    </w:p>
    <w:p>
      <w:pPr>
        <w:jc w:val="right"/>
      </w:pPr>
      <w:r>
        <w:t>کے سامنے پیش کیا۔</w:t>
      </w:r>
    </w:p>
    <w:p>
      <w:r>
        <w:rPr>
          <w:b/>
        </w:rPr>
        <w:t xml:space="preserve">[57:45] </w:t>
      </w:r>
      <w:r>
        <w:t>to yeh hai Allah taala ka, yani is dunya ke liye Allah taala ka nizam, Allah taala ka</w:t>
      </w:r>
    </w:p>
    <w:p>
      <w:pPr>
        <w:jc w:val="right"/>
      </w:pPr>
      <w:r>
        <w:t>تو یہ ہے اللہ تعالیٰ کا، یعنی اس دنیا کے لئے اللہ تعالیٰ کا نظام، اللہ تعالیٰ کا</w:t>
      </w:r>
    </w:p>
    <w:p>
      <w:r>
        <w:rPr>
          <w:b/>
        </w:rPr>
        <w:t xml:space="preserve">[57:50] </w:t>
      </w:r>
      <w:r>
        <w:t>is dunya ke liye jo</w:t>
      </w:r>
    </w:p>
    <w:p>
      <w:pPr>
        <w:jc w:val="right"/>
      </w:pPr>
      <w:r>
        <w:t>اس دنیا کے لئے جو</w:t>
      </w:r>
    </w:p>
    <w:p>
      <w:r>
        <w:rPr>
          <w:b/>
        </w:rPr>
        <w:t xml:space="preserve">[57:55] </w:t>
      </w:r>
      <w:r>
        <w:t>muqarrar kiya Allah taala ne, jo jo tareeqa, usi par, yani yahi kamyabi ka rasta.</w:t>
      </w:r>
    </w:p>
    <w:p>
      <w:pPr>
        <w:jc w:val="right"/>
      </w:pPr>
      <w:r>
        <w:t>مقرر کیا اللہ تعالیٰ نے، جو جو طریقہ، اسی پر، یعنی یہی کامیابی کا راستہ۔</w:t>
      </w:r>
    </w:p>
    <w:p>
      <w:r>
        <w:rPr>
          <w:b/>
        </w:rPr>
        <w:t xml:space="preserve">[58:03] </w:t>
      </w:r>
      <w:r>
        <w:t>aur yahi chhodne ki wajah se aaj musalmanon ke pesh aa raha hai sari baatein.</w:t>
      </w:r>
    </w:p>
    <w:p>
      <w:pPr>
        <w:jc w:val="right"/>
      </w:pPr>
      <w:r>
        <w:t>اور یہی چھوڑنے کی وجہ سے آج مسلمانوں کے پیش آ رہا ہے ساری باتیں۔</w:t>
      </w:r>
    </w:p>
    <w:p>
      <w:r>
        <w:rPr>
          <w:b/>
        </w:rPr>
        <w:t xml:space="preserve">[58:10] </w:t>
      </w:r>
      <w:r>
        <w:t>jahan bhi dekhiye, kam az kam do sau saal se sirf takrao, takrao, takrao ko pehle shuru hoti</w:t>
      </w:r>
    </w:p>
    <w:p>
      <w:pPr>
        <w:jc w:val="right"/>
      </w:pPr>
      <w:r>
        <w:t>جہاں بھی دیکھیے، کم از کم دو سو سال سے صرف ٹکراؤ، ٹکراؤ، ٹکراؤ کو پہلے شروع ہوتی</w:t>
      </w:r>
    </w:p>
    <w:p>
      <w:r>
        <w:rPr>
          <w:b/>
        </w:rPr>
        <w:t xml:space="preserve">[58:18] </w:t>
      </w:r>
      <w:r>
        <w:t>hai shikayat, shikayat ke baad ehtejaj, ehtejaj ke baad takrao, tashaddud, yahan tak</w:t>
      </w:r>
    </w:p>
    <w:p>
      <w:pPr>
        <w:jc w:val="right"/>
      </w:pPr>
      <w:r>
        <w:t>ہے شکایت، شکایت کے بعد احتجاج، احتجاج کے بعد ٹکراؤ، تشدد، یہاں تک</w:t>
      </w:r>
    </w:p>
    <w:p>
      <w:r>
        <w:rPr>
          <w:b/>
        </w:rPr>
        <w:t xml:space="preserve">[58:25] </w:t>
      </w:r>
      <w:r>
        <w:t>ke khudkushi bomb mein. Yeh jo usool al khair ka jo formula tha ke kya samna ko avoid karo aur masaleh ko apnao, pure do so saal mein musalman aisa nahi kar sake. Yahi jabke peghambar ka tareeqa yahi hai. To ab jo surat haal is waqt musalmanon ke pesh aa rahi hai, har har jagah aap jalsay mein, un ke paper mein, un ke magazine mein dekhenge aap, yani shikayat jumle</w:t>
      </w:r>
    </w:p>
    <w:p>
      <w:pPr>
        <w:jc w:val="right"/>
      </w:pPr>
      <w:r>
        <w:t>کہ خودکشی بم میں۔ یہ جو اصول الخیر کا جو فارمولا تھا کہ کیا سامنا کو اوائڈ کرو اور مصالحے کو اپناؤ، پورے دو سو سال میں مسلمان ایسا نہیں کر سکے۔ یہی جبکہ پیغمبر کا طریقہ یہی ہے۔ تو اب جو صورتحال اس وقت مسلمانوں کے پیش آ رہی ہے، ہر ہر جگہ آپ جلسے میں، ان کے پیپر میں، ان کے میگزین میں دیکھیں گے آپ، یعنی شکایت جمل</w:t>
      </w:r>
    </w:p>
    <w:p>
      <w:r>
        <w:rPr>
          <w:b/>
        </w:rPr>
        <w:t xml:space="preserve">[58:55] </w:t>
      </w:r>
      <w:r>
        <w:t>e, zulm ki dastanain.</w:t>
      </w:r>
    </w:p>
    <w:p>
      <w:pPr>
        <w:jc w:val="right"/>
      </w:pPr>
      <w:r>
        <w:t>ے، ظلم کی داستانیں۔</w:t>
      </w:r>
    </w:p>
    <w:p>
      <w:r>
        <w:rPr>
          <w:b/>
        </w:rPr>
        <w:t xml:space="preserve">[59:01] </w:t>
      </w:r>
      <w:r>
        <w:t>main kehta hoon yeh waqt hai tajziya karne ka, tajziya karo ke hum ne peghambar ke raste ko</w:t>
      </w:r>
    </w:p>
    <w:p>
      <w:pPr>
        <w:jc w:val="right"/>
      </w:pPr>
      <w:r>
        <w:t>میں کہتا ہوں یہ وقت ہے تجزیہ کرنے کا، تجزیہ کرو کہ ہم نے پیغمبر کے راستے کو</w:t>
      </w:r>
    </w:p>
    <w:p>
      <w:r>
        <w:rPr>
          <w:b/>
        </w:rPr>
        <w:t xml:space="preserve">[59:07] </w:t>
      </w:r>
      <w:r>
        <w:t>chhod diya, quran ke raste ko chhod diya, usool al khair wale raste ko chhod diya, is ka ulta le liya.</w:t>
      </w:r>
    </w:p>
    <w:p>
      <w:pPr>
        <w:jc w:val="right"/>
      </w:pPr>
      <w:r>
        <w:t>چھوڑ دیا، قرآن کے راستے کو چھوڑ دیا، اصول الخیر والے راستے کو چھوڑ دیا، اس کا الٹا لے لیا۔</w:t>
      </w:r>
    </w:p>
    <w:p>
      <w:r>
        <w:rPr>
          <w:b/>
        </w:rPr>
        <w:t xml:space="preserve">[59:13] </w:t>
      </w:r>
      <w:r>
        <w:t>is se is se hamein yeh sab pesh aa raha hai.</w:t>
      </w:r>
    </w:p>
    <w:p>
      <w:pPr>
        <w:jc w:val="right"/>
      </w:pPr>
      <w:r>
        <w:t>اس سے اس سے ہمیں یہ سب پیش آ رہا ہے۔</w:t>
      </w:r>
    </w:p>
    <w:p>
      <w:r>
        <w:rPr>
          <w:b/>
        </w:rPr>
        <w:t xml:space="preserve">[59:19] </w:t>
      </w:r>
      <w:r>
        <w:t>yeh yeh jo maine qisse yahan is baat ko bataye, isi liye ke hum hamare andar khud</w:t>
      </w:r>
    </w:p>
    <w:p>
      <w:pPr>
        <w:jc w:val="right"/>
      </w:pPr>
      <w:r>
        <w:t>یہ یہ جو میں نے قصے یہاں اس بات کو بتائے، اسی لئے کہ ہم ہمارے اندر خود</w:t>
      </w:r>
    </w:p>
    <w:p>
      <w:r>
        <w:rPr>
          <w:b/>
        </w:rPr>
        <w:t xml:space="preserve">[59:25] </w:t>
      </w:r>
      <w:r>
        <w:t>ihtisabi aaye, hum jaiza karein. To mein dua karta hoon ke Allah taala mujh ko aur aap ko tofeeq de ke hum, yani Quran ki roshni mein cheezon ko dekhein, aur us ke mutabiq apni zindagi ko aur ummat ki zindagi ko chalayein. Aqool qawli haza wastaghfirullaha li walakum ajmaeen.</w:t>
      </w:r>
    </w:p>
    <w:p>
      <w:pPr>
        <w:jc w:val="right"/>
      </w:pPr>
      <w:r>
        <w:t>احتسابی آئے، ہم جائزہ کریں۔ تو میں دعا کرتا ہوں کہ اللہ تعالیٰ مجھ کو اور آپ کو توفیق دے کہ ہم، یعنی قرآن کی روشنی میں چیزوں کو دیکھیں، اور اس کے مطابق اپنی زندگی کو اور امت کی زندگی کو چلائیں۔ أقول قولي هذا واستغفراللہ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