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JUNE 2017 - AUDIO VERSION</w:t>
      </w:r>
    </w:p>
    <w:p>
      <w:r>
        <w:t>https://www.youtube.com/watch?v=Qa5wquQq-s8</w:t>
      </w:r>
    </w:p>
    <w:p>
      <w:r>
        <w:rPr>
          <w:b/>
        </w:rPr>
        <w:t xml:space="preserve">[00:01] </w:t>
      </w:r>
      <w:r>
        <w:t>arsalah, June 2017.</w:t>
      </w:r>
    </w:p>
    <w:p>
      <w:pPr>
        <w:jc w:val="right"/>
      </w:pPr>
      <w:r>
        <w:t>ارسالہ، جون 2017۔</w:t>
      </w:r>
    </w:p>
    <w:p>
      <w:r>
        <w:rPr>
          <w:b/>
        </w:rPr>
        <w:t xml:space="preserve">[00:07] </w:t>
      </w:r>
      <w:r>
        <w:t>Ramadan ka mahina, shukr ka mahina. Ramadan ka mahina roza, yani fasting ka mahina hai. Ramadan ke bare mein Quran ki ek ayat ka tarjuma yeh hai:</w:t>
      </w:r>
    </w:p>
    <w:p>
      <w:pPr>
        <w:jc w:val="right"/>
      </w:pPr>
      <w:r>
        <w:t>رمضان کا مہینہ، شکر کا مہینہ۔ رمضان کا مہینہ روزہ، یعنی فاسٹنگ کا مہینہ ہے۔ رمضان کے بارے میں قرآن کی ایک آیت کا ترجمہ یہ ہے:</w:t>
      </w:r>
    </w:p>
    <w:p>
      <w:r>
        <w:rPr>
          <w:b/>
        </w:rPr>
        <w:t xml:space="preserve">[00:20] </w:t>
      </w:r>
      <w:r>
        <w:t>"Ramadan ka mahina, jis mein Quran utara gaya, hidayaat hai logon ke liye, aur khuli nishaniyan rastay ki, aur haq aur batil ke darmiyan faisla karne wala.</w:t>
      </w:r>
    </w:p>
    <w:p>
      <w:pPr>
        <w:jc w:val="right"/>
      </w:pPr>
      <w:r>
        <w:t>"رمضان کا مہینہ، جس میں قرآن اتارا گیا، ہدایت ہے لوگوں کے لیے، اور کھلی نشانیاں راستے کی، اور حق اور باطل کے درمیان فیصلہ کرنے والا۔</w:t>
      </w:r>
    </w:p>
    <w:p>
      <w:r>
        <w:rPr>
          <w:b/>
        </w:rPr>
        <w:t xml:space="preserve">[00:34] </w:t>
      </w:r>
      <w:r>
        <w:t>Pas tum mein se jo koi is mahine ko paye woh is ke roze rakhe, aur jo beemar ho ya safar par ho to woh doosre dinon mein is ki ginti poori kar le.</w:t>
      </w:r>
    </w:p>
    <w:p>
      <w:pPr>
        <w:jc w:val="right"/>
      </w:pPr>
      <w:r>
        <w:t>پس تم میں سے جو کوئی اس مہینے کو پائے وہ اس کے روزے رکھے، اور جو بیمار ہو یا سفر پر ہو تو وہ دوسرے دنوں میں اس کی گنتی پوری کر لے۔</w:t>
      </w:r>
    </w:p>
    <w:p>
      <w:r>
        <w:rPr>
          <w:b/>
        </w:rPr>
        <w:t xml:space="preserve">[00:46] </w:t>
      </w:r>
      <w:r>
        <w:t>Allah tumhare liye aasani chahta hai, woh tumhare sath sakhti karna nahi chahta, aur is liye ke tum ginti poori kar lo, aur Allah ki barhai karo is par ke us ne tum ko rah batai, aur ta ke tum is ke shukr guzar bano." Al Baqarah.</w:t>
      </w:r>
    </w:p>
    <w:p>
      <w:pPr>
        <w:jc w:val="right"/>
      </w:pPr>
      <w:r>
        <w:t>اللہ تمہارے لیے آسانی چاہتا ہے، وہ تمہارے ساتھ سختی کرنا نہیں چاہتا، اور اس لیے کہ تم گنتی پوری کر لو، اور اللہ کی بڑائی کرو اس پر کہ اس نے تم کو راہ بتائی، اور تاکہ تم اس کے شکر گزار بنو۔" البقرہ۔</w:t>
      </w:r>
    </w:p>
    <w:p>
      <w:r>
        <w:rPr>
          <w:b/>
        </w:rPr>
        <w:t xml:space="preserve">[01:07] </w:t>
      </w:r>
      <w:r>
        <w:t>Ramadan mein roza rakhne ka asal maqsad yeh hai ke woh insan ke liye shukr ka reminder rahe. Insan ko ek zaroorat mand makhlooq ki hesiyat se paida kiya gaya hai.</w:t>
      </w:r>
    </w:p>
    <w:p>
      <w:pPr>
        <w:jc w:val="right"/>
      </w:pPr>
      <w:r>
        <w:t>رمضان میں روزہ رکھنے کا اصل مقصد یہ ہے کہ وہ انسان کے لیے شکر کا ریمائنڈر رہے۔ انسان کو ایک ضرورت مند مخلوق کی حیثیت سے پیدا کیا گیا ہے۔</w:t>
      </w:r>
    </w:p>
    <w:p>
      <w:r>
        <w:rPr>
          <w:b/>
        </w:rPr>
        <w:t xml:space="preserve">[01:22] </w:t>
      </w:r>
      <w:r>
        <w:t>Insan ko apni zindagi ke liye har lamha kisi cheez ki zaroorat hoti hai: khana, pani, hawa, oxygen, roshni waghera.</w:t>
      </w:r>
    </w:p>
    <w:p>
      <w:pPr>
        <w:jc w:val="right"/>
      </w:pPr>
      <w:r>
        <w:t>انسان کو اپنی زندگی کے لیے ہر لمحہ کسی چیز کی ضرورت ہوتی ہے: کھانا، پانی، ہوا، آکسیجن، روشنی وغیرہ۔</w:t>
      </w:r>
    </w:p>
    <w:p>
      <w:r>
        <w:rPr>
          <w:b/>
        </w:rPr>
        <w:t xml:space="preserve">[01:35] </w:t>
      </w:r>
      <w:r>
        <w:t>isi ke sath insan ke liye zarurat hai ke is ki dunya is ke liye friendly dunya ho. yeh tamam cheezen insan ko har lamha aur har roz milti rehti hain,</w:t>
      </w:r>
    </w:p>
    <w:p>
      <w:pPr>
        <w:jc w:val="right"/>
      </w:pPr>
      <w:r>
        <w:t>اسی کے ساتھ انسان کے لیے ضرورت ہے کہ اس کی دنیا اس کے لیے فرینڈلی دنیا ہو۔ یہ تمام چیزیں انسان کو ہر لمحہ اور ہر روز ملتی رہتی ہیں،</w:t>
      </w:r>
    </w:p>
    <w:p>
      <w:r>
        <w:rPr>
          <w:b/>
        </w:rPr>
        <w:t xml:space="preserve">[01:48] </w:t>
      </w:r>
      <w:r>
        <w:t>magar insan in ka shukr nahi karta kyunke woh cheezen ko for granted leta rehta hai. insan ke isi mizaj ki bina par zarurat hai ke is ke liye ek khususiy reminder ho jo us ko is mamle mein salana yaad dahani ka kaam kare, aur us ko bar bar ghaflat se jagata rahe.</w:t>
      </w:r>
    </w:p>
    <w:p>
      <w:pPr>
        <w:jc w:val="right"/>
      </w:pPr>
      <w:r>
        <w:t>مگر انسان ان کا شکر نہیں کرتا کیونکہ وہ چیزوں کو فار گرانٹڈ لیتا رہتا ہے۔ انسان کے اسی مزاج کی بنا پر ضرورت ہے کہ اس کے لیے ایک خصوصی ریمائنڈر ہو جو اس کو اس معاملے میں سالانہ یاد دہانی کا کام کرے، اور اس کو بار بار غفلت سے جگاتا رہے۔</w:t>
      </w:r>
    </w:p>
    <w:p>
      <w:r>
        <w:rPr>
          <w:b/>
        </w:rPr>
        <w:t xml:space="preserve">[02:12] </w:t>
      </w:r>
      <w:r>
        <w:t>ramzan ki salana rozedari ka yahi maqsad hai. ramzan ka maqsad yeh hai ke aadmi ke andar nematon ke etiraf ki spirit jagai jaye.</w:t>
      </w:r>
    </w:p>
    <w:p>
      <w:pPr>
        <w:jc w:val="right"/>
      </w:pPr>
      <w:r>
        <w:t>رمضان کی سالانہ روزے داری کا یہی مقصد ہے۔ رمضان کا مقصد یہ ہے کہ آدمی کے اندر نعمتوں کے اعتراف کی سپرٹ جگائی جائے۔</w:t>
      </w:r>
    </w:p>
    <w:p>
      <w:r>
        <w:rPr>
          <w:b/>
        </w:rPr>
        <w:t xml:space="preserve">[02:24] </w:t>
      </w:r>
      <w:r>
        <w:t>ghiza ka tark is aitbar se ek almati tark hai. roze ke zariye insan ko waqti tor par bhook aur piyas ka tajurba karaya jata hai ta ke woh tamam khudai atiyat ko yaad kare, woh soche ke agar yeh atiyat mujh ko hasil na hon to mera kya haal hoga,</w:t>
      </w:r>
    </w:p>
    <w:p>
      <w:pPr>
        <w:jc w:val="right"/>
      </w:pPr>
      <w:r>
        <w:t>غذا کا ترک اس اعتبار سے ایک علامتی ترک ہے۔ روزے کے ذریعے انسان کو وقتی طور پر بھوک اور پیاس کا تجربہ کرایا جاتا ہے تاکہ وہ تمام خدائی عطیات کو یاد کرے، وہ سوچے کہ اگر یہ عطیات مجھ کو حاصل نہ ہوں تو میرا کیا حال ہوگا،</w:t>
      </w:r>
    </w:p>
    <w:p>
      <w:r>
        <w:rPr>
          <w:b/>
        </w:rPr>
        <w:t xml:space="preserve">[02:48] </w:t>
      </w:r>
      <w:r>
        <w:t>aur phir woh Allah ke moti yani giver hone ka etiraf kare, woh Allah ki barhai ko daryaft ke darje mein maloom kar le.</w:t>
      </w:r>
    </w:p>
    <w:p>
      <w:pPr>
        <w:jc w:val="right"/>
      </w:pPr>
      <w:r>
        <w:t>اور پھر وہ اللہ کے موتی یعنی گیور ہونے کا اعتراف کرے، وہ اللہ کی بڑائی کو دریافت کے درجے میں معلوم کر لے۔</w:t>
      </w:r>
    </w:p>
    <w:p>
      <w:r>
        <w:rPr>
          <w:b/>
        </w:rPr>
        <w:t xml:space="preserve">[03:04] </w:t>
      </w:r>
      <w:r>
        <w:t>aitkaf ka mahina. ramzan ka mahina roze ka mahina hai. ramzan mein ehle iman pure mahine har din roza rakhte hain.</w:t>
      </w:r>
    </w:p>
    <w:p>
      <w:pPr>
        <w:jc w:val="right"/>
      </w:pPr>
      <w:r>
        <w:t>اعتکاف کا مہینہ۔ رمضان کا مہینہ روزے کا مہینہ ہے۔ رمضان میں اہلِ ایمان پورے مہینہ ہر دن روزہ رکھتے ہیں۔</w:t>
      </w:r>
    </w:p>
    <w:p>
      <w:r>
        <w:rPr>
          <w:b/>
        </w:rPr>
        <w:t xml:space="preserve">[03:17] </w:t>
      </w:r>
      <w:r>
        <w:t>isi ke sath ramzan ka mahina aitkaf ka mahina hai. mutayyan aitkaf agarchay chand dinon ke liye hota hai, lekin ghair mutayyan aitkaf pure mahine jari rehta hai.</w:t>
      </w:r>
    </w:p>
    <w:p>
      <w:pPr>
        <w:jc w:val="right"/>
      </w:pPr>
      <w:r>
        <w:t>اسی کے ساتھ رمضان کا مہینہ اعتکاف کا مہینہ ہے۔ متعین اعتکاف اگرچہ چند دنوں کے لیے ہوتا ہے، لیکن غیر متعین اعتکاف پورے مہینے جاری رہتا ہے۔</w:t>
      </w:r>
    </w:p>
    <w:p>
      <w:r>
        <w:rPr>
          <w:b/>
        </w:rPr>
        <w:t xml:space="preserve">[03:31] </w:t>
      </w:r>
      <w:r>
        <w:t>aitkaf ki do sooraten hain: jismani aitkaf aur fikri aitkaf. jismani aitkaf mein aadmi apne aap ko alag kar ke masjid mein mutakif ho jata hai ta ke woh ziyada yaksui ke sath ibadat kare, aur ziyada se ziyada quran ki tilawat kare.</w:t>
      </w:r>
    </w:p>
    <w:p>
      <w:pPr>
        <w:jc w:val="right"/>
      </w:pPr>
      <w:r>
        <w:t>اعتکاف کی دو صورتیں ہیں: جسمانی اعتکاف اور فکری اعتکاف۔ جسمانی اعتکاف میں آدمی اپنے آپ کو الگ کر کے مسجد میں معتکف ہو جاتا ہے تاکہ وہ زیادہ یکسوئی کے ساتھ عبادت کرے، اور زیادہ سے زیادہ قرآن کی تلاوت کرے۔</w:t>
      </w:r>
    </w:p>
    <w:p>
      <w:r>
        <w:rPr>
          <w:b/>
        </w:rPr>
        <w:t xml:space="preserve">[03:53] </w:t>
      </w:r>
      <w:r>
        <w:t>isi ke sath aitkaf ki ek aur surat hai jis ko fikri aitkaf yani intellectual aitkaf kaha ja sakta hai.</w:t>
      </w:r>
    </w:p>
    <w:p>
      <w:pPr>
        <w:jc w:val="right"/>
      </w:pPr>
      <w:r>
        <w:t>اسی کے ساتھ اعتکاف کی ایک اور صورت ہے جس کو فکری اعتکاف یعنی انٹلیکچول اعتکاف کہا جا سکتا ہے۔</w:t>
      </w:r>
    </w:p>
    <w:p>
      <w:r>
        <w:rPr>
          <w:b/>
        </w:rPr>
        <w:t xml:space="preserve">[04:02] </w:t>
      </w:r>
      <w:r>
        <w:t>yeh aitkaf har waqt aur har jagah jari rehta hai. is aitkaf mein aadmi apna ziyada waqt tafakkur aur tadabbur mein guzarta hai.</w:t>
      </w:r>
    </w:p>
    <w:p>
      <w:pPr>
        <w:jc w:val="right"/>
      </w:pPr>
      <w:r>
        <w:t>یہ اعتکاف ہر وقت اور ہر جگہ جاری رہتا ہے۔ اس اعتکاف میں آدمی اپنا زیادہ وقت تفکر اور تدبر میں گزارتا ہے۔</w:t>
      </w:r>
    </w:p>
    <w:p>
      <w:r>
        <w:rPr>
          <w:b/>
        </w:rPr>
        <w:t xml:space="preserve">[04:14] </w:t>
      </w:r>
      <w:r>
        <w:t>woh deen ki baaton mein ghor karta hai, aur apne aas pas ki dunya se deeni sabaq hasil karne ki koshish karta hai.</w:t>
      </w:r>
    </w:p>
    <w:p>
      <w:pPr>
        <w:jc w:val="right"/>
      </w:pPr>
      <w:r>
        <w:t>وہ دین کی باتوں میں غور کرتا ہے، اور اپنے آس پاس کی دنیا سے دینی سبق حاصل کرنے کی کوشش کرتا ہے۔</w:t>
      </w:r>
    </w:p>
    <w:p>
      <w:r>
        <w:rPr>
          <w:b/>
        </w:rPr>
        <w:t xml:space="preserve">[04:22] </w:t>
      </w:r>
      <w:r>
        <w:t>woh ziyada se ziyada rohani aitkaf yani spiritual aitkaf mein mashgool rehta hai. istilahi tor par aitkaf wahi hai jo masjid mein kiya jata hai, lekin jab aadmi rozedari ki zindagi guzarta hai to fitri tor par is ke andar rozedarana soch paida hoti hai.</w:t>
      </w:r>
    </w:p>
    <w:p>
      <w:pPr>
        <w:jc w:val="right"/>
      </w:pPr>
      <w:r>
        <w:t>وہ زیادہ سے زیادہ روحانی اعتکاف یعنی اسپرچول اعتکاف میں مشغول رہتا ہے۔ اصطلاحی طور پر اعتکاف وہی ہے جو مسجد میں کیا جاتا ہے، لیکن جب آدمی روزہ داری کی زندگی گزارتا ہے تو فطری طور پر اس کے اندر روزہ دارانہ سوچ پیدا ہوتی ہے۔</w:t>
      </w:r>
    </w:p>
    <w:p>
      <w:r>
        <w:rPr>
          <w:b/>
        </w:rPr>
        <w:t xml:space="preserve">[04:44] </w:t>
      </w:r>
      <w:r>
        <w:t>woh Allah wali soch mein mashgool rehta hai. deen ki baaten is ke zehan mein ghoomti rehti hain. woh akhirat se mutaliq baaton ke bare mein ghor o fikar karta rehta hai.</w:t>
      </w:r>
    </w:p>
    <w:p>
      <w:pPr>
        <w:jc w:val="right"/>
      </w:pPr>
      <w:r>
        <w:t>وہ اللہ والی سوچ میں مشغول رہتا ہے۔ دین کی باتیں اس کے ذہن میں گھومتی رہتی ہیں۔ وہ آخرت سے متعلق باتوں کے بارے میں غور و فکر کرتا رہتا ہے۔</w:t>
      </w:r>
    </w:p>
    <w:p>
      <w:r>
        <w:rPr>
          <w:b/>
        </w:rPr>
        <w:t xml:space="preserve">[04:58] </w:t>
      </w:r>
      <w:r>
        <w:t>yeh zehni aitkaf hai. aitkaf ki yeh doosri surat agarchay qanooni aitbar se roze ka hissa nahi hai, lekin woh bilashuba rozedarana zindagi ka fitri hissa hai.</w:t>
      </w:r>
    </w:p>
    <w:p>
      <w:pPr>
        <w:jc w:val="right"/>
      </w:pPr>
      <w:r>
        <w:t>یہ ذہنی اعتکاف ہے۔ اعتکاف کی یہ دوسری صورت اگرچہ قانونی اعتبار سے روزے کا حصہ نہیں ہے، لیکن وہ بلاشبہ روزہ دارانہ زندگی کا فطری حصہ ہے۔</w:t>
      </w:r>
    </w:p>
    <w:p>
      <w:r>
        <w:rPr>
          <w:b/>
        </w:rPr>
        <w:t xml:space="preserve">[05:12] </w:t>
      </w:r>
      <w:r>
        <w:t>jab aadmi mah ramzan mein rozedarana zindagi guzarta hai to bar bar is ka mind is mozu par trigger hota rehta hai.</w:t>
      </w:r>
    </w:p>
    <w:p>
      <w:pPr>
        <w:jc w:val="right"/>
      </w:pPr>
      <w:r>
        <w:t>جب آدمی ماہ رمضان میں روزہ دارانہ زندگی گزارتا ہے تو بار بار اس کا مائنڈ اس موضوع پر ٹریگر ہوتا رہتا ہے۔</w:t>
      </w:r>
    </w:p>
    <w:p>
      <w:r>
        <w:rPr>
          <w:b/>
        </w:rPr>
        <w:t xml:space="preserve">[05:23] </w:t>
      </w:r>
      <w:r>
        <w:t>maroof rozedari agar is ke roze ka qanooni hissa hoti hai to yeh doosri rozedari is ke roze ka fitri hissa ban jati hai.</w:t>
      </w:r>
    </w:p>
    <w:p>
      <w:pPr>
        <w:jc w:val="right"/>
      </w:pPr>
      <w:r>
        <w:t>معروف روزہ داری اگر اس کے روزے کا قانونی حصہ ہوتی ہے تو یہ دوسری روزہ داری اس کے روزے کا فطری حصہ بن جاتی ہے۔</w:t>
      </w:r>
    </w:p>
    <w:p>
      <w:r>
        <w:rPr>
          <w:b/>
        </w:rPr>
        <w:t xml:space="preserve">[05:34] </w:t>
      </w:r>
      <w:r>
        <w:t>ek ki ahmiyat agar formal aitbar se hai to doosre ki ahmiyat ghair formal aitbar se.</w:t>
      </w:r>
    </w:p>
    <w:p>
      <w:pPr>
        <w:jc w:val="right"/>
      </w:pPr>
      <w:r>
        <w:t>ایک کی اہمیت اگر فارمل اعتبار سے ہے تو دوسرے کی اہمیت غیر فارمل اعتبار سے۔</w:t>
      </w:r>
    </w:p>
    <w:p>
      <w:r>
        <w:rPr>
          <w:b/>
        </w:rPr>
        <w:t xml:space="preserve">[05:45] </w:t>
      </w:r>
      <w:r>
        <w:t>hazar mahine ke barabar quran ki soorah number 97 mein lailatul qadr ka zikr hai jo har saal ramzan ke mahine mein aati hai.</w:t>
      </w:r>
    </w:p>
    <w:p>
      <w:pPr>
        <w:jc w:val="right"/>
      </w:pPr>
      <w:r>
        <w:t>ہزار مہینے کے برابر قرآن کی سورہ نمبر 97 میں لیلۃ القدر کا ذکر ہے جو ہر سال رمضان کے مہینے میں آتی ہے۔</w:t>
      </w:r>
    </w:p>
    <w:p>
      <w:r>
        <w:rPr>
          <w:b/>
        </w:rPr>
        <w:t xml:space="preserve">[05:56] </w:t>
      </w:r>
      <w:r>
        <w:t>bataya gaya hai ke is mubarak raat mein Allah Rabul Alameen ke farishte bari tadad mein Allah ke khususiy mansoobe ke tehat zameen par utarte hain, yahan tak ke farishton ki kasrat ki bina par lailatul qadr ki raat aman ki raat yani night of peace ban jati hai.</w:t>
      </w:r>
    </w:p>
    <w:p>
      <w:pPr>
        <w:jc w:val="right"/>
      </w:pPr>
      <w:r>
        <w:t>بتایا گیا ہے کہ اس مبارک رات میں اللہ رب العالمین کے فرشتے بڑی تعداد میں اللہ کے خصوصی منصوبے کے تحت زمین پر اترتے ہیں، یہاں تک کہ فرشتوں کی کثرت کی بنا پر لیلۃ القدر کی رات امن کی رات یعنی نائٹ آف پیس بن جاتی ہے۔</w:t>
      </w:r>
    </w:p>
    <w:p>
      <w:r>
        <w:rPr>
          <w:b/>
        </w:rPr>
        <w:t xml:space="preserve">[06:19] </w:t>
      </w:r>
      <w:r>
        <w:t>is soorah mein raat ka lafz insan ki nisbat se aya hai yani woh insan jis ko is raat ka faiz hasil ho jaye.</w:t>
      </w:r>
    </w:p>
    <w:p>
      <w:pPr>
        <w:jc w:val="right"/>
      </w:pPr>
      <w:r>
        <w:t>اس سورہ میں رات کا لفظ انسان کی نسبت سے آیا ہے یعنی وہ انسان جس کو اس رات کا فیض حاصل ہو جائے۔</w:t>
      </w:r>
    </w:p>
    <w:p>
      <w:r>
        <w:rPr>
          <w:b/>
        </w:rPr>
        <w:t xml:space="preserve">[06:29] </w:t>
      </w:r>
      <w:r>
        <w:t>jo log apni zehni bedari ki bina par is raat ko pehchanen aur is se poori tarah faida uthayen, un ke andar mabni bar salam shakhsiyat banegi.</w:t>
      </w:r>
    </w:p>
    <w:p>
      <w:pPr>
        <w:jc w:val="right"/>
      </w:pPr>
      <w:r>
        <w:t>جو لوگ اپنی ذہنی بیداری کی بنا پر اس رات کو پہچانیں اور اس سے پوری طرح فائدہ اٹھائیں، ان کے اندر مبنی برسلام شخصیت بنے گی۔</w:t>
      </w:r>
    </w:p>
    <w:p>
      <w:r>
        <w:rPr>
          <w:b/>
        </w:rPr>
        <w:t xml:space="preserve">[06:41] </w:t>
      </w:r>
      <w:r>
        <w:t>aise log mukammal maanon mein aman pasand insan yani peaceful person ban jayenge. un ke andar kamil maanon mein pur aman soch yani peaceful thinking paida ho jayegi.</w:t>
      </w:r>
    </w:p>
    <w:p>
      <w:pPr>
        <w:jc w:val="right"/>
      </w:pPr>
      <w:r>
        <w:t>ایسے لوگ مکمل معنوں میں امن پسند انسان یعنی پیس فل پرسن بن جائیں گے۔ ان کے اندر کامل معنوں میں پرامن سوچ یعنی پیس فل تھنکنگ پیدا ہو جائے گی۔</w:t>
      </w:r>
    </w:p>
    <w:p>
      <w:r>
        <w:rPr>
          <w:b/>
        </w:rPr>
        <w:t xml:space="preserve">[06:56] </w:t>
      </w:r>
      <w:r>
        <w:t>is raat ko milne wali yeh pur aman ghiza yani peaceful food jis ko haqiqi maanon mein hasil ho jaye, is ke liye woh hazar mah ki muddat tak kafi ho jayegi.</w:t>
      </w:r>
    </w:p>
    <w:p>
      <w:pPr>
        <w:jc w:val="right"/>
      </w:pPr>
      <w:r>
        <w:t>اس رات کو ملنے والی یہ پرامن غذا یعنی پیس فل فوڈ جس کو حقیقی معنوں میں حاصل ہو جائے، اس کے لیے وہ ہزار ماہ کی مدت تک کافی ہو جائے گی۔</w:t>
      </w:r>
    </w:p>
    <w:p>
      <w:r>
        <w:rPr>
          <w:b/>
        </w:rPr>
        <w:t xml:space="preserve">[07:09] </w:t>
      </w:r>
      <w:r>
        <w:t>doosre lafzon mein, woh apni sari umar ke liye ek pur aman insan yani peaceful person ban jayega.</w:t>
      </w:r>
    </w:p>
    <w:p>
      <w:pPr>
        <w:jc w:val="right"/>
      </w:pPr>
      <w:r>
        <w:t>دوسرے لفظوں میں، وہ اپنی ساری عمر کے لیے ایک پرامن انسان یعنی پیس فل پرسن بن جائے گا۔</w:t>
      </w:r>
    </w:p>
    <w:p>
      <w:r>
        <w:rPr>
          <w:b/>
        </w:rPr>
        <w:t xml:space="preserve">[07:18] </w:t>
      </w:r>
      <w:r>
        <w:t>parman insan banna koi sadah baat nahin.</w:t>
      </w:r>
    </w:p>
    <w:p>
      <w:pPr>
        <w:jc w:val="right"/>
      </w:pPr>
      <w:r>
        <w:t>پرامن انسان بننا کوئی سادہ بات نہیں۔</w:t>
      </w:r>
    </w:p>
    <w:p>
      <w:r>
        <w:rPr>
          <w:b/>
        </w:rPr>
        <w:t xml:space="preserve">[07:22] </w:t>
      </w:r>
      <w:r>
        <w:t>parman insan banne ka matlab yeh hai ke woh insan jiska dil manfi soch yani negative thoughts</w:t>
      </w:r>
    </w:p>
    <w:p>
      <w:pPr>
        <w:jc w:val="right"/>
      </w:pPr>
      <w:r>
        <w:t>پرامن انسان بننے کا مطلب یہ ہے کہ وہ انسان جس کا دل منفی سوچ یعنی نیگیٹیو تھاٹس</w:t>
      </w:r>
    </w:p>
    <w:p>
      <w:r>
        <w:rPr>
          <w:b/>
        </w:rPr>
        <w:t xml:space="preserve">[07:30] </w:t>
      </w:r>
      <w:r>
        <w:t>se khali ho, woh insan jiske andar kamil maano mein tawazu yani modesty ho, woh insan jo</w:t>
      </w:r>
    </w:p>
    <w:p>
      <w:pPr>
        <w:jc w:val="right"/>
      </w:pPr>
      <w:r>
        <w:t>سے خالی ہو، وہ انسان جس کے اندر کامل معنوں میں تواضع یعنی ماڈیسٹی ہو، وہ انسان جو</w:t>
      </w:r>
    </w:p>
    <w:p>
      <w:r>
        <w:rPr>
          <w:b/>
        </w:rPr>
        <w:t xml:space="preserve">[07:40] </w:t>
      </w:r>
      <w:r>
        <w:t>har qism ke distraction se bacha hua ho, woh insan jo apni rohani bulandi ki bina par aala</w:t>
      </w:r>
    </w:p>
    <w:p>
      <w:pPr>
        <w:jc w:val="right"/>
      </w:pPr>
      <w:r>
        <w:t>ہر قسم کے ڈسٹریکشن سے بچا ہوا ہو، وہ انسان جو اپنی روحانی بلندی کی بنا پر اعلیٰ</w:t>
      </w:r>
    </w:p>
    <w:p>
      <w:r>
        <w:rPr>
          <w:b/>
        </w:rPr>
        <w:t xml:space="preserve">[07:48] </w:t>
      </w:r>
      <w:r>
        <w:t>haqaiq mein jeene wala ban gaya ho.</w:t>
      </w:r>
    </w:p>
    <w:p>
      <w:pPr>
        <w:jc w:val="right"/>
      </w:pPr>
      <w:r>
        <w:t>حقائق میں جینے والا بن گیا ہو۔</w:t>
      </w:r>
    </w:p>
    <w:p>
      <w:r>
        <w:rPr>
          <w:b/>
        </w:rPr>
        <w:t xml:space="preserve">[07:51] </w:t>
      </w:r>
      <w:r>
        <w:t>amn pasand insan se murad woh insan hai jis ke liye quran mein nafs mutmain aur qalb saleem jaise alfaaz aaye hain.</w:t>
      </w:r>
    </w:p>
    <w:p>
      <w:pPr>
        <w:jc w:val="right"/>
      </w:pPr>
      <w:r>
        <w:t>امن پسند انسان سے مراد وہ انسان ہے جس کے لیے قرآن میں نفس مطمئن اور قلب سلیم جیسے الفاظ آئے ہیں۔</w:t>
      </w:r>
    </w:p>
    <w:p>
      <w:r>
        <w:rPr>
          <w:b/>
        </w:rPr>
        <w:t xml:space="preserve">[08:01] </w:t>
      </w:r>
      <w:r>
        <w:t>parman insan woh hai jis ka dil ghairullah ki fikr se khaali ho jaye, jis ke dimagh mein Allah ki nisbat se koi confusion baqi na rahe.</w:t>
      </w:r>
    </w:p>
    <w:p>
      <w:pPr>
        <w:jc w:val="right"/>
      </w:pPr>
      <w:r>
        <w:t>پرامن انسان وہ ہے جس کا دل غیر اللہ کی فکر سے خالی ہو جائے، جس کے دماغ میں اللہ کی نسبت سے کوئی کنفیوژن باقی نہ رہے۔</w:t>
      </w:r>
    </w:p>
    <w:p>
      <w:r>
        <w:rPr>
          <w:b/>
        </w:rPr>
        <w:t xml:space="preserve">[08:19] </w:t>
      </w:r>
      <w:r>
        <w:t>yeh quran ki fazilat nahin. ek aalim ne quran par ek mazmoon shaya kiya hai. is mein woh likhte hain: irshad rabbani hai: "wala ratb wala yabis illa fi kitabin mubeen" yaani koi khushk o tar cheez aisi nahin jo roshan kitab yaani quran kareem mein maujood na ho.</w:t>
      </w:r>
    </w:p>
    <w:p>
      <w:pPr>
        <w:jc w:val="right"/>
      </w:pPr>
      <w:r>
        <w:t>یہ قرآن کی فضیلت نہیں۔ ایک عالم نے قرآن پر ایک مضمون شائع کیا ہے۔ اس میں وہ لکھتے ہیں: ارشاد ربانی ہے: "ولا رطب ولا یابسن الا فی کتاب مبین" یعنی کوئی خشک و تر چیز ایسی نہیں جو روشن کتاب یعنی قرآن کریم میں موجود نہ ہو۔</w:t>
      </w:r>
    </w:p>
    <w:p>
      <w:r>
        <w:rPr>
          <w:b/>
        </w:rPr>
        <w:t xml:space="preserve">[08:47] </w:t>
      </w:r>
      <w:r>
        <w:t>is aayat karima se pata chala ke zameen o aasman ki saari maujoodaat, bahr o bar, shajar o hajar, jamadaat o nabataat, jin o ins, khaak ke zarre, paani ke qatre, haiwanaat aur deegar makhlooqat,</w:t>
      </w:r>
    </w:p>
    <w:p>
      <w:pPr>
        <w:jc w:val="right"/>
      </w:pPr>
      <w:r>
        <w:t>اس آیت کریمہ سے پتہ چلا کہ زمین و آسمان کی ساری موجودات، بحر و بر، شجر و حجر، جمادات و نباتات، جن و انس، خاک کے ذرے، پانی کے قطرے، حیوانات اور دیگر مخلوقات،</w:t>
      </w:r>
    </w:p>
    <w:p>
      <w:r>
        <w:rPr>
          <w:b/>
        </w:rPr>
        <w:t xml:space="preserve">[09:07] </w:t>
      </w:r>
      <w:r>
        <w:t>algharz aalam ki past o bala ki jis cheez ka tasawwur kar lijiye, quran ne sirf do lafz "wala ratb wala yabis" keh kar kainat ke ek ek zarre ka ahata kar liya hai,</w:t>
      </w:r>
    </w:p>
    <w:p>
      <w:pPr>
        <w:jc w:val="right"/>
      </w:pPr>
      <w:r>
        <w:t>الغرض عالم کی پست و بالا کی جس چیز کا تصور کر لیجیے، قرآن نے صرف دو لفظ "ولا رطب ولا یابسن" کہہ کر کائنات کے ایک ایک ذرے کا احاطہ کر لیا ہے،</w:t>
      </w:r>
    </w:p>
    <w:p>
      <w:r>
        <w:rPr>
          <w:b/>
        </w:rPr>
        <w:t xml:space="preserve">[09:25] </w:t>
      </w:r>
      <w:r>
        <w:t>aur in sab cheezon ka ilm quran mein maujood hai. yeh quran ka sahi taaruf nahin hai. quran koi encyclopedia maloomat ki kitab nahin.</w:t>
      </w:r>
    </w:p>
    <w:p>
      <w:pPr>
        <w:jc w:val="right"/>
      </w:pPr>
      <w:r>
        <w:t>اور ان سب چیزوں کا علم قرآن میں موجود ہے۔ یہ قرآن کا صحیح تعارف نہیں ہے۔ قرآن کوئی انسائیکلوپیڈیا معلومات کی کتاب نہیں۔</w:t>
      </w:r>
    </w:p>
    <w:p>
      <w:r>
        <w:rPr>
          <w:b/>
        </w:rPr>
        <w:t xml:space="preserve">[09:37] </w:t>
      </w:r>
      <w:r>
        <w:t>quran rabbani hidayat ki kitab hai. quran zindagi ki haqeeqat ko batata hai. quran yeh batata hai ke hum dunya mein kis tarah zindagi guzarein ke aakhirat mein Allah hamare liye abadi jannat mein dakhle ka faisla farmaye.</w:t>
      </w:r>
    </w:p>
    <w:p>
      <w:pPr>
        <w:jc w:val="right"/>
      </w:pPr>
      <w:r>
        <w:t>قرآن ربانی ہدایت کی کتاب ہے۔ قرآن زندگی کی حقیقت کو بتاتا ہے۔ قرآن یہ بتاتا ہے کہ ہم دنیا میں کس طرح زندگی گزاریں کہ آخرت میں اللہ ہمارے لیے ابدی جنت میں داخلے کا فیصلہ فرمائے۔</w:t>
      </w:r>
    </w:p>
    <w:p>
      <w:r>
        <w:rPr>
          <w:b/>
        </w:rPr>
        <w:t xml:space="preserve">[09:55] </w:t>
      </w:r>
      <w:r>
        <w:t>quran marifat ki kitab hai. woh maloomat yaani information ki kitab nahin hai. quran mein maloomati baaton ka zikr bhi hai, lekin woh hidayat rabbani ko batane ke liye hai,</w:t>
      </w:r>
    </w:p>
    <w:p>
      <w:pPr>
        <w:jc w:val="right"/>
      </w:pPr>
      <w:r>
        <w:t>قرآن معرفت کی کتاب ہے۔ وہ معلومات یعنی انفارمیشن کی کتاب نہیں ہے۔ قرآن میں معلوماتی باتوں کا ذکر بھی ہے، لیکن وہ ہدایت ربانی کو بتانے کے لیے ہے،</w:t>
      </w:r>
    </w:p>
    <w:p>
      <w:r>
        <w:rPr>
          <w:b/>
        </w:rPr>
        <w:t xml:space="preserve">[10:09] </w:t>
      </w:r>
      <w:r>
        <w:t>na ke mujarrad maloomat dene ke liye. mislan insan ke jism par kitne baal hain, yeh ek maloomati noiyat ki cheez hai.</w:t>
      </w:r>
    </w:p>
    <w:p>
      <w:pPr>
        <w:jc w:val="right"/>
      </w:pPr>
      <w:r>
        <w:t>نہ کہ مجرد معلومات دینے کے لیے۔ مثلاً انسان کے جسم پر کتنے بال ہیں، یہ ایک معلوماتی نوعیت کی چیز ہے۔</w:t>
      </w:r>
    </w:p>
    <w:p>
      <w:r>
        <w:rPr>
          <w:b/>
        </w:rPr>
        <w:t xml:space="preserve">[10:20] </w:t>
      </w:r>
      <w:r>
        <w:t>isko quran mein nahin bataya gaya hai. albatta quran mein yeh bataya gaya hai ke insan ka jism nihayat ba-maani jism hai.</w:t>
      </w:r>
    </w:p>
    <w:p>
      <w:pPr>
        <w:jc w:val="right"/>
      </w:pPr>
      <w:r>
        <w:t>اس کو قرآن میں نہیں بتایا گیا ہے۔ البتہ قرآن میں یہ بتایا گیا ہے کہ انسان کا جسم نہایت بامعنی جسم ہے۔</w:t>
      </w:r>
    </w:p>
    <w:p>
      <w:r>
        <w:rPr>
          <w:b/>
        </w:rPr>
        <w:t xml:space="preserve">[10:31] </w:t>
      </w:r>
      <w:r>
        <w:t>iski soorat giri nihayat hikmat ke andaaz mein ki gayi hai. insan agar apne jism ki saakht par ghaur kare to woh khalq ko aur takhleeq ki hikmat ko daryaft karega, jo us ke imaan mein izafe ka sabab ban jayega.</w:t>
      </w:r>
    </w:p>
    <w:p>
      <w:pPr>
        <w:jc w:val="right"/>
      </w:pPr>
      <w:r>
        <w:t>اس کی صورت گری نہایت حکمت کے انداز میں کی گئی ہے۔ انسان اگر اپنے جسم کی ساخت پر غور کرے تو وہ خالق کو اور تخلیق کی حکمت کو دریافت کرے گا، جو اس کے ایمان میں اضافے کا سبب بن جائے گا۔</w:t>
      </w:r>
    </w:p>
    <w:p>
      <w:r>
        <w:rPr>
          <w:b/>
        </w:rPr>
        <w:t xml:space="preserve">[10:49] </w:t>
      </w:r>
      <w:r>
        <w:t>quran ki fazilat khud quran ke maqsad tanzeel ke aitbar se maloom hoti hai, na ke kisi insan ke khud sakhta miyar ke aitbar se.</w:t>
      </w:r>
    </w:p>
    <w:p>
      <w:pPr>
        <w:jc w:val="right"/>
      </w:pPr>
      <w:r>
        <w:t>قرآن کی فضیلت خود قرآن کے مقصد تنزیل کے اعتبار سے معلوم ہوتی ہے، نہ کہ کسی انسان کے خود ساختہ معیار کے اعتبار سے۔</w:t>
      </w:r>
    </w:p>
    <w:p>
      <w:r>
        <w:rPr>
          <w:b/>
        </w:rPr>
        <w:t xml:space="preserve">[11:01] </w:t>
      </w:r>
      <w:r>
        <w:t>aur quran ka miyar yeh hai ke is par hidayat rabbani ke aitbar se ghaur kiya jaye. quran mein tadabbur ke zariye kalmaat Allah aur aala Allah ki marifat hasil ki jaye.</w:t>
      </w:r>
    </w:p>
    <w:p>
      <w:pPr>
        <w:jc w:val="right"/>
      </w:pPr>
      <w:r>
        <w:t>اور قرآن کا معیار یہ ہے کہ اس پر ہدایت ربانی کے اعتبار سے غور کیا جائے۔ قرآن میں تدبر کے ذریعے کلمات اللہ اور اعلیٰ اللہ کی معرفت حاصل کی جائے۔</w:t>
      </w:r>
    </w:p>
    <w:p>
      <w:r>
        <w:rPr>
          <w:b/>
        </w:rPr>
        <w:t xml:space="preserve">[11:20] </w:t>
      </w:r>
      <w:r>
        <w:t>quran ki tafseer. quran ki tafseer mein kasrat se kitabein likhi gayi hain. aam tareeqa yeh hai ke in mufassireen ko mukhtalif tabaqat mein taqseem kiya gaya hai.</w:t>
      </w:r>
    </w:p>
    <w:p>
      <w:pPr>
        <w:jc w:val="right"/>
      </w:pPr>
      <w:r>
        <w:t>قرآن کی تفسیر۔ قرآن کی تفسیر میں کثرت سے کتابیں لکھی گئی ہیں۔ عام طریقہ یہ ہے کہ ان مفسرین کو مختلف طبقات میں تقسیم کیا گیا ہے۔</w:t>
      </w:r>
    </w:p>
    <w:p>
      <w:r>
        <w:rPr>
          <w:b/>
        </w:rPr>
        <w:t xml:space="preserve">[11:35] </w:t>
      </w:r>
      <w:r>
        <w:t>pehlay tabaqe mein sahaba ki tafseerein hain, mislan abdullah ibn abbas aur abdullah ibn masood waghera.</w:t>
      </w:r>
    </w:p>
    <w:p>
      <w:pPr>
        <w:jc w:val="right"/>
      </w:pPr>
      <w:r>
        <w:t>پہلے طبقے میں صحابہ کی تفسیریں ہیں، مثلاً عبداللہ ابن عباس اور عبداللہ ابن مسعود وغیرہ۔</w:t>
      </w:r>
    </w:p>
    <w:p>
      <w:r>
        <w:rPr>
          <w:b/>
        </w:rPr>
        <w:t xml:space="preserve">[11:44] </w:t>
      </w:r>
      <w:r>
        <w:t>dosray tabaqe mein tabieen ki tafseerein hain, mislan akrama aur mujahid waghera. teesray tabaqe mein woh log jinhon ne sahaba o tabieen ke aqwal ko jama kiya, mislan abdul razzaq aur sufyan bin uyaynah waghera.</w:t>
      </w:r>
    </w:p>
    <w:p>
      <w:pPr>
        <w:jc w:val="right"/>
      </w:pPr>
      <w:r>
        <w:t>دوسرے طبقے میں تابعین کی تفسیریں ہیں، مثلاً اکرمہ اور مجاہد وغیرہ۔ تیسرے طبقے میں وہ لوگ جنہوں نے صحابہ و تابعین کے اقوال کو جمع کیا، مثلاً عبدالرزاق اور سفیان بن اویینہ وغیرہ۔</w:t>
      </w:r>
    </w:p>
    <w:p>
      <w:r>
        <w:rPr>
          <w:b/>
        </w:rPr>
        <w:t xml:space="preserve">[12:03] </w:t>
      </w:r>
      <w:r>
        <w:t>chauthe tabaqe mein woh log hain jinhon ne sahaba o tabieen ke aqwal par apni tawjeeh aur tarjeeh aur istinbaat ko shamil kiya, mislan ibn jarir tabari waghera.</w:t>
      </w:r>
    </w:p>
    <w:p>
      <w:pPr>
        <w:jc w:val="right"/>
      </w:pPr>
      <w:r>
        <w:t>چوتھے طبقے میں وہ لوگ ہیں جنہوں نے صحابہ و تابعین کے اقوال پر اپنی توجیح اور ترجیح اور استنباط کو شامل کیا، مثلاً ابن جریر طبری وغیرہ۔</w:t>
      </w:r>
    </w:p>
    <w:p>
      <w:r>
        <w:rPr>
          <w:b/>
        </w:rPr>
        <w:t xml:space="preserve">[12:16] </w:t>
      </w:r>
      <w:r>
        <w:t>panchwein tabaqe mein un logon ko shumar kiya gaya hai jo quran ki tafseer mein lughwi fawaid aur wujooh e aarab ka zikr karte hain, mislan abu ishaq al-zajjaj aur abu jaafar al-nahhas waghera.</w:t>
      </w:r>
    </w:p>
    <w:p>
      <w:pPr>
        <w:jc w:val="right"/>
      </w:pPr>
      <w:r>
        <w:t>پانچویں طبقے میں ان لوگوں کو شمار کیا گیا ہے جو قرآن کی تفسیر میں لغوی فوائد اور وجوہ اعراب کا ذکر کرتے ہیں، مثلاً ابو اسحاق الزجاج اور ابو جعفر النحاس وغیرہ۔</w:t>
      </w:r>
    </w:p>
    <w:p>
      <w:r>
        <w:rPr>
          <w:b/>
        </w:rPr>
        <w:t xml:space="preserve">[12:31] </w:t>
      </w:r>
      <w:r>
        <w:t>chhatay tabaqe mein woh mufassireen atay hain jo kisi khaas ilm mein shaghf rakhte thay aur usi ke mutabiq unhon ne apni tafseerein likhi hain, mislan abu hayyan al-andalusi ki tafseer "al-bahr al-muhit" jo nahvi qawaid ke aitbar se likhi gayi, aur abubakar al-jassas ki "ahkam al-quran" jis mein fiqhi aitbar se ayat ki tafseer ki gayi hai.</w:t>
      </w:r>
    </w:p>
    <w:p>
      <w:pPr>
        <w:jc w:val="right"/>
      </w:pPr>
      <w:r>
        <w:t>چھٹے طبقے میں وہ مفسرین آتے ہیں جو کسی خاص علم میں شغف رکھتے تھے اور اسی کے مطابق انہوں نے اپنی تفسیریں لکھی ہیں، مثلاً ابو حیان الاندلسی کی تفسیر "البحر المحیط" جو نحوی قواعد کے اعتبار سے لکھی گئی، اور ابوبکر الجساس کی "احکام القرآن" جس میں فقہی اعتبار سے آیات کی تفسیر کی گئی ہے۔</w:t>
      </w:r>
    </w:p>
    <w:p>
      <w:r>
        <w:rPr>
          <w:b/>
        </w:rPr>
        <w:t xml:space="preserve">[12:59] </w:t>
      </w:r>
      <w:r>
        <w:t>saatwein tabaqe mein daur jadeed ke mufassireen ko shumar kiya ja sakta hai, mislan muhammad abduh, rasheed rida aur syed qutb waghera.</w:t>
      </w:r>
    </w:p>
    <w:p>
      <w:pPr>
        <w:jc w:val="right"/>
      </w:pPr>
      <w:r>
        <w:t>ساتویں طبقے میں دور جدید کے مفسرین کو شمار کیا جا سکتا ہے، مثلاً محمد عبدہ، رشید رضا اور سید قطب وغیرہ۔</w:t>
      </w:r>
    </w:p>
    <w:p>
      <w:r>
        <w:rPr>
          <w:b/>
        </w:rPr>
        <w:t xml:space="preserve">[13:11] </w:t>
      </w:r>
      <w:r>
        <w:t>mufassireen ke tabaqat ki yeh taqseem amlan durust hai, lekin woh baad ke zamanay mein qaim ki gayi hai. jahan tak quran ka taluq hai, is mein sarahat ke sath sirf ek hi tabaqe ka zikr kiya gaya hai, aur woh quran mein tadabbur aur tafakkur karne walay log hain.</w:t>
      </w:r>
    </w:p>
    <w:p>
      <w:pPr>
        <w:jc w:val="right"/>
      </w:pPr>
      <w:r>
        <w:t>مفسرین کے طبقات کی یہ تقسیم عملاً درست ہے، لیکن وہ بعد کے زمانے میں قائم کی گئی ہے۔ جہاں تک قرآن کا تعلق ہے، اس میں صراحت کے ساتھ صرف ایک ہی طبقے کا ذکر کیا گیا ہے، اور وہ قرآن میں تدبر اور تفکر کرنے والے لوگ ہیں۔</w:t>
      </w:r>
    </w:p>
    <w:p>
      <w:r>
        <w:rPr>
          <w:b/>
        </w:rPr>
        <w:t xml:space="preserve">[13:31] </w:t>
      </w:r>
      <w:r>
        <w:t>quran ke alfaaz yeh hain: "kitab anzalnahu ilayka mubarakul liyudabbiru ayatihi walitadhakkar ulul albab".</w:t>
      </w:r>
    </w:p>
    <w:p>
      <w:pPr>
        <w:jc w:val="right"/>
      </w:pPr>
      <w:r>
        <w:t>قرآن کے الفاظ یہ ہیں: "کتاب انزلنا الیک مبارک لیدبر آیاتہ ولیتذکر الالباب"۔</w:t>
      </w:r>
    </w:p>
    <w:p>
      <w:r>
        <w:rPr>
          <w:b/>
        </w:rPr>
        <w:t xml:space="preserve">[13:45] </w:t>
      </w:r>
      <w:r>
        <w:t>tahum zahir hai ke yeh tadabbur aazadana tadabbur nahin hoga, balke woh is mamle mein tamam mo'tabar makhaz aur mo'tabar shakhsiyaton ko shamil kar ke kiya jayega.</w:t>
      </w:r>
    </w:p>
    <w:p>
      <w:pPr>
        <w:jc w:val="right"/>
      </w:pPr>
      <w:r>
        <w:t>تاہم ظاہر ہے کہ یہ تدبر آزادانہ تدبر نہیں ہوگا، بلکہ وہ اس معاملے میں تمام معتبر ماخذ اور معتبر شخصیتوں کو شامل کر کے کیا جائے گا۔</w:t>
      </w:r>
    </w:p>
    <w:p>
      <w:r>
        <w:rPr>
          <w:b/>
        </w:rPr>
        <w:t xml:space="preserve">[13:58] </w:t>
      </w:r>
      <w:r>
        <w:t>mutala quran ka maqsad sirf fanni taqaze ko poora karna nahin hai, balke yeh hai ke woh qari ke apne zehn ka juz ban jaye.</w:t>
      </w:r>
    </w:p>
    <w:p>
      <w:pPr>
        <w:jc w:val="right"/>
      </w:pPr>
      <w:r>
        <w:t>مطالعہ قرآن کا مقصد صرف فنی تقاضے کو پورا کرنا نہیں ہے، بلکہ یہ ہے کہ وہ قاری کے اپنے ذہن کا جز بن جائے۔</w:t>
      </w:r>
    </w:p>
    <w:p>
      <w:r>
        <w:rPr>
          <w:b/>
        </w:rPr>
        <w:t xml:space="preserve">[14:08] </w:t>
      </w:r>
      <w:r>
        <w:t>yahi woh haqeeqat hai jo quran ki is aayat mein bayan ki gayi hai: "bal huwa ayatum bayyinatum fi sudoor alladhina utul ilm".</w:t>
      </w:r>
    </w:p>
    <w:p>
      <w:pPr>
        <w:jc w:val="right"/>
      </w:pPr>
      <w:r>
        <w:t>یہی وہ حقیقت ہے جو قرآن کی اس آیت میں بیان کی گئی ہے: "بل ہوا آیات بینات فی صدور الذین اوت العلم"۔</w:t>
      </w:r>
    </w:p>
    <w:p>
      <w:r>
        <w:rPr>
          <w:b/>
        </w:rPr>
        <w:t xml:space="preserve">[14:24] </w:t>
      </w:r>
      <w:r>
        <w:t>quran kitab mahjoor. quran ki aik ayat in alfaaz mein aayi hai: "wa qala ar-rasool: ya rabbi!</w:t>
      </w:r>
    </w:p>
    <w:p>
      <w:pPr>
        <w:jc w:val="right"/>
      </w:pPr>
      <w:r>
        <w:t>قرآن کتاب محجور۔ قرآن کی ایک آیت ان الفاظ میں آئی ہے: "وقال الرسول: یا ربی!</w:t>
      </w:r>
    </w:p>
    <w:p>
      <w:r>
        <w:rPr>
          <w:b/>
        </w:rPr>
        <w:t xml:space="preserve">[14:33] </w:t>
      </w:r>
      <w:r>
        <w:t>ana qaumun ittakhathoo al-qurana mahjoora". rasool kahega ke: "ae mir</w:t>
      </w:r>
    </w:p>
    <w:p>
      <w:pPr>
        <w:jc w:val="right"/>
      </w:pPr>
      <w:r>
        <w:t>انا قوم اتخذوا القرآن محجورا"۔ رسول کہے گا کہ: "اے میر</w:t>
      </w:r>
    </w:p>
    <w:p>
      <w:r>
        <w:rPr>
          <w:b/>
        </w:rPr>
        <w:t xml:space="preserve">[14:41] </w:t>
      </w:r>
      <w:r>
        <w:t>e rab! meri qaum ne is quran ko chhori hui kitab bana diya". quran ko kitab mahjoor yaani abandoned book banane ka matlab kya hai?</w:t>
      </w:r>
    </w:p>
    <w:p>
      <w:pPr>
        <w:jc w:val="right"/>
      </w:pPr>
      <w:r>
        <w:t>ے رب! میری قوم نے اس قرآن کو چھوڑی ہوئی کتاب بنا دیا"۔ قرآن کو کتاب محجور یعنی ابینڈنٹ بک بنانے کا مطلب کیا ہے؟</w:t>
      </w:r>
    </w:p>
    <w:p>
      <w:r>
        <w:rPr>
          <w:b/>
        </w:rPr>
        <w:t xml:space="preserve">[14:52] </w:t>
      </w:r>
      <w:r>
        <w:t>is ka matlab yeh nahi hai ke baad ke zamane mein ummat aisa karegi ke woh quran ko kisi andhere goshe mein daal de aur woh is se koi ta'alluq na rakhe.</w:t>
      </w:r>
    </w:p>
    <w:p>
      <w:pPr>
        <w:jc w:val="right"/>
      </w:pPr>
      <w:r>
        <w:t>اس کا مطلب یہ نہیں ہے کہ بعد کے زمانے میں امت ایسا کرے گی کہ وہ قرآن کو کسی اندھیرے گوشے میں ڈال دے اور وہ اس سے کوئی تعلق نہ رکھے۔</w:t>
      </w:r>
    </w:p>
    <w:p>
      <w:r>
        <w:rPr>
          <w:b/>
        </w:rPr>
        <w:t xml:space="preserve">[15:05] </w:t>
      </w:r>
      <w:r>
        <w:t>ummat khwah apne daur-e-zawaal mein ho, tab bhi is ke liye aisa karna bilkul naamumkin hai. quran baad ke zamane mein ummat ka fakhr yaani pride ban jaata hai.</w:t>
      </w:r>
    </w:p>
    <w:p>
      <w:pPr>
        <w:jc w:val="right"/>
      </w:pPr>
      <w:r>
        <w:t>امت خواہ اپنے دور زوال میں ہو، تب بھی اس کے لیے ایسا کرنا بالکل ناممکن ہے۔ قرآن بعد کے زمانے میں امت کا فخر یعنی پرائیڈ بن جاتا ہے۔</w:t>
      </w:r>
    </w:p>
    <w:p>
      <w:r>
        <w:rPr>
          <w:b/>
        </w:rPr>
        <w:t xml:space="preserve">[15:18] </w:t>
      </w:r>
      <w:r>
        <w:t>phir kaise koi ummat aisa kar sakti hai ke woh quran ko apne liye aik chhori hui kitab bana de?</w:t>
      </w:r>
    </w:p>
    <w:p>
      <w:pPr>
        <w:jc w:val="right"/>
      </w:pPr>
      <w:r>
        <w:t>پھر کیسے کوئی امت ایسا کر سکتی ہے کہ وہ قرآن کو اپنے لیے ایک چھوڑی ہوئی کتاب بنا دے؟</w:t>
      </w:r>
    </w:p>
    <w:p>
      <w:r>
        <w:rPr>
          <w:b/>
        </w:rPr>
        <w:t xml:space="preserve">[15:26] </w:t>
      </w:r>
      <w:r>
        <w:t>asal yeh hai ke halaat hamesha badalte rehte hain, sirf zamane ke aitbaar se nahi, balkeh roz-o-shab ke aitbaar se bhi.</w:t>
      </w:r>
    </w:p>
    <w:p>
      <w:pPr>
        <w:jc w:val="right"/>
      </w:pPr>
      <w:r>
        <w:t>اصل یہ ہے کہ حالات ہمیشہ بدلتے رہتے ہیں، صرف زمانے کے اعتبار سے نہیں، بلکہ روز و شب کے اعتبار سے بھی۔</w:t>
      </w:r>
    </w:p>
    <w:p>
      <w:r>
        <w:rPr>
          <w:b/>
        </w:rPr>
        <w:t xml:space="preserve">[15:35] </w:t>
      </w:r>
      <w:r>
        <w:t>mislan banu qareezah ki riwayat sahih bukhari hadith number 946 ke mutabiq chand ghanton ke andar bhi halaat badal sakte hain aur naye ijtihad ki zaroorat pesh aa sakti hai.</w:t>
      </w:r>
    </w:p>
    <w:p>
      <w:pPr>
        <w:jc w:val="right"/>
      </w:pPr>
      <w:r>
        <w:t>مثلاً بنو قریضہ کی روایت صحیح بخاری حدیث نمبر 946 کے مطابق چند گھنٹوں کے اندر بھی حالات بدل سکتے ہیں اور نئے اجتہاد کی ضرورت پیش آ سکتی ہے۔</w:t>
      </w:r>
    </w:p>
    <w:p>
      <w:r>
        <w:rPr>
          <w:b/>
        </w:rPr>
        <w:t xml:space="preserve">[15:51] </w:t>
      </w:r>
      <w:r>
        <w:t>is liye quran ko kitab-e-hidayat banane ke liye zaroori hai ke ummat ke ulama aur rehnuma ijtihad ki salahiyat ke hamil hon.</w:t>
      </w:r>
    </w:p>
    <w:p>
      <w:pPr>
        <w:jc w:val="right"/>
      </w:pPr>
      <w:r>
        <w:t>اس لیے قرآن کو کتاب ہدایت بنانے کے لیے ضروری ہے کہ امت کے علماء اور رہنما اجتہاد کی صلاحیت کے حامل ہوں۔</w:t>
      </w:r>
    </w:p>
    <w:p>
      <w:r>
        <w:rPr>
          <w:b/>
        </w:rPr>
        <w:t xml:space="preserve">[16:02] </w:t>
      </w:r>
      <w:r>
        <w:t>woh har nayi soorat-e-haal mein quran ki tatbeeq-e-nau yaani re-application tayyar kar saken. woh quran ki abdi ta'limaat ki waqti tafseer daryaft karte rahen.</w:t>
      </w:r>
    </w:p>
    <w:p>
      <w:pPr>
        <w:jc w:val="right"/>
      </w:pPr>
      <w:r>
        <w:t>وہ ہر نئی صورتحال میں قرآن کی تطبیق نوع یعنی ری ایپلیکیشن تیار کر سکیں۔ وہ قرآن کی ابدی تعلیمات کی وقتی تفسیر دریافت کرتے رہیں۔</w:t>
      </w:r>
    </w:p>
    <w:p>
      <w:r>
        <w:rPr>
          <w:b/>
        </w:rPr>
        <w:t xml:space="preserve">[16:15] </w:t>
      </w:r>
      <w:r>
        <w:t>is maamle mein sahih tatbeeq ke liye zaroori hai ke aadmi waqt ke halaat ka nihayat sahih andaaza kar sake.</w:t>
      </w:r>
    </w:p>
    <w:p>
      <w:pPr>
        <w:jc w:val="right"/>
      </w:pPr>
      <w:r>
        <w:t>اس معاملے میں صحیح تطبیق کے لیے ضروری ہے کہ آدمی وقت کے حالات کا نہایت صحیح اندازہ کر سکے۔</w:t>
      </w:r>
    </w:p>
    <w:p>
      <w:r>
        <w:rPr>
          <w:b/>
        </w:rPr>
        <w:t xml:space="preserve">[16:24] </w:t>
      </w:r>
      <w:r>
        <w:t>agar woh apni ghair-haqeeqat pasandana fikr ki bina par muwafiq soorat-e-haal ko apne liye mukhalif soorat-e-haal samajh le to woh badle hue halaat mein quran ki sahih tatbeeq daryaft karne mein nakaam rahega.</w:t>
      </w:r>
    </w:p>
    <w:p>
      <w:pPr>
        <w:jc w:val="right"/>
      </w:pPr>
      <w:r>
        <w:t>اگر وہ اپنی غیر حقیقت پسندانہ فکر کی بنا پر موافق صورتحال کو اپنے لیے مخالف صورتحال سمجھ لے تو وہ بدلے ہوئے حالات میں قرآن کی صحیح تطبیق دریافت کرنے میں ناکام رہے گا۔</w:t>
      </w:r>
    </w:p>
    <w:p>
      <w:r>
        <w:rPr>
          <w:b/>
        </w:rPr>
        <w:t xml:space="preserve">[16:41] </w:t>
      </w:r>
      <w:r>
        <w:t>woh kisi hukum ka aisa mafhoom samajh lega jis ka quran se koi ta'alluq na hoga. is bina par quran ki durust tatbeeq ke liye zaroori hai ke aadmi ke andar durust fikr maujood ho.</w:t>
      </w:r>
    </w:p>
    <w:p>
      <w:pPr>
        <w:jc w:val="right"/>
      </w:pPr>
      <w:r>
        <w:t>وہ کسی حکم کا ایسا مفہوم سمجھ لے گا جس کا قرآن سے کوئی تعلق نہ ہوگا۔ اس بنا پر قرآن کی درست تطبیق کے لیے ضروری ہے کہ آدمی کے اندر درست فکر موجود ہو۔</w:t>
      </w:r>
    </w:p>
    <w:p>
      <w:r>
        <w:rPr>
          <w:b/>
        </w:rPr>
        <w:t xml:space="preserve">[17:00] </w:t>
      </w:r>
      <w:r>
        <w:t>aala marifat. marifat-e-ilahi ka aala darja woh hai jo mabni bar hikmat marifat yaani wisdom based realization ho.</w:t>
      </w:r>
    </w:p>
    <w:p>
      <w:pPr>
        <w:jc w:val="right"/>
      </w:pPr>
      <w:r>
        <w:t>اعلیٰ معرفت۔ معرفت الہی کا اعلیٰ درجہ وہ ہے جو مبنی بر حکمت معرفت یعنی وزڈم بیسڈ ریلائزیشن ہو۔</w:t>
      </w:r>
    </w:p>
    <w:p>
      <w:r>
        <w:rPr>
          <w:b/>
        </w:rPr>
        <w:t xml:space="preserve">[17:11] </w:t>
      </w:r>
      <w:r>
        <w:t>yeh marifat ki woh qism hai jo un logon ko haasil hoti hai jinhone apne aap ko aala darje ke zehni irtiqaa yaani intellectual development par pahunchaya ho.</w:t>
      </w:r>
    </w:p>
    <w:p>
      <w:pPr>
        <w:jc w:val="right"/>
      </w:pPr>
      <w:r>
        <w:t>یہ معرفت کی وہ قسم ہے جو ان لوگوں کو حاصل ہوتی ہے جنہوں نے اپنے آپ کو اعلیٰ درجے کے ذہنی ارتقاء یعنی انٹلیکچول ڈیویلپمنٹ پر پہنچایا ہو۔</w:t>
      </w:r>
    </w:p>
    <w:p>
      <w:r>
        <w:rPr>
          <w:b/>
        </w:rPr>
        <w:t xml:space="preserve">[17:24] </w:t>
      </w:r>
      <w:r>
        <w:t>abdullah ibn rawaha wafat 8 hijri isi qism ke aik sahabi the. un ke baare mein aik riwayat hadith ki kitabon mein in alfaaz mein aayi hai: "inna anas ibn malik qala: kaana abdullah ibn rawaha min ashabihi yaqoolu li-sa'ati: nu'minu bi-rabbina sa'ah".</w:t>
      </w:r>
    </w:p>
    <w:p>
      <w:pPr>
        <w:jc w:val="right"/>
      </w:pPr>
      <w:r>
        <w:t>عبداللہ ابن رواحہ وفات آٹھ ہجری اسی قسم کے ایک صحابی تھے۔ ان کے بارے میں ایک روایت حدیث کی کتابوں میں ان الفاظ میں آئی ہے: "ان انس ابن مالک قال: کان عبداللہ ابن رواحۃ من اصحابہ یقول تعالی: نومن بربنا ساعہ"۔</w:t>
      </w:r>
    </w:p>
    <w:p>
      <w:r>
        <w:rPr>
          <w:b/>
        </w:rPr>
        <w:t xml:space="preserve">[17:50] </w:t>
      </w:r>
      <w:r>
        <w:t>faqala: "dhaata yawmin li-rajulin fa-ghadiba ar-rajulu fa-jaa'a ila an-nabiyyi sallallahu 'alayhi wa sallam fa-qala: ya rasool Allah!</w:t>
      </w:r>
    </w:p>
    <w:p>
      <w:pPr>
        <w:jc w:val="right"/>
      </w:pPr>
      <w:r>
        <w:t>فقال: "ذات یوم لرجل فغضب الرجل فجاء ال النبی صلی اللہ علیہ وسلم فقال: یا رسول اللہ!</w:t>
      </w:r>
    </w:p>
    <w:p>
      <w:r>
        <w:rPr>
          <w:b/>
        </w:rPr>
        <w:t xml:space="preserve">[18:03] </w:t>
      </w:r>
      <w:r>
        <w:t>ala tar-a ibn rawaha yuraqibu 'an imaanika ila imaan sa'ah?" fa-qala an-nabiyyu sallallahu 'alayhi wa sallam: "yarhamullah ibn rawaha!</w:t>
      </w:r>
    </w:p>
    <w:p>
      <w:pPr>
        <w:jc w:val="right"/>
      </w:pPr>
      <w:r>
        <w:t>الا تر ابن رواحۃ یراقب عن ایمانک الی ایمان ساعہ؟" فقال النبی صلی اللہ علیہ وسلم: "یرحم اللہ ابن رواحہ!</w:t>
      </w:r>
    </w:p>
    <w:p>
      <w:r>
        <w:rPr>
          <w:b/>
        </w:rPr>
        <w:t xml:space="preserve">[18:17] </w:t>
      </w:r>
      <w:r>
        <w:t>innahu yuhibbu al-majalisu tatabahal mala'ikah". anas bin malik se riwayat hai ke abdullah bin rawaha aisa karte the ke jab woh kisi sahabi se milte to woh us se kehte ke: "aao thori dair apne rab par imaan le aao".</w:t>
      </w:r>
    </w:p>
    <w:p>
      <w:pPr>
        <w:jc w:val="right"/>
      </w:pPr>
      <w:r>
        <w:t>انہ یحب المجالس تتباہ الملائکہ"۔ انس بن مالک سے روایت ہے کہ عبداللہ بن رواحہ ایسا کرتے تھے کہ جب وہ کسی صحابی سے ملتے تو وہ اس سے کہتے کہ: "اؤ تھوڑی دیر اپنے رب پر ایمان لے آئیں"۔</w:t>
      </w:r>
    </w:p>
    <w:p>
      <w:r>
        <w:rPr>
          <w:b/>
        </w:rPr>
        <w:t xml:space="preserve">[18:36] </w:t>
      </w:r>
      <w:r>
        <w:t>aik din unhone yahi baat aik aadmi se kahi to woh ghussa ho gaya aur nabi sallallahu alayhi wa sallam ke paas aa kar us ne kaha ke: "ya rasool Allah!</w:t>
      </w:r>
    </w:p>
    <w:p>
      <w:pPr>
        <w:jc w:val="right"/>
      </w:pPr>
      <w:r>
        <w:t>ایک دن انہوں نے یہی بات ایک آدمی سے کہی تو وہ غصے ہو گیا اور نبی صلی اللہ علیہ وسلم کے پاس آ کر اس نے کہا کہ: "یا رسول اللہ!</w:t>
      </w:r>
    </w:p>
    <w:p>
      <w:r>
        <w:rPr>
          <w:b/>
        </w:rPr>
        <w:t xml:space="preserve">[18:48] </w:t>
      </w:r>
      <w:r>
        <w:t>kya aap ibn rawaha ko nahi dekhte ke woh logon ko aap par imaan laane ke bajaye thori dair ke liye imaan ki taraf bulate hain?" nabi sallallahu alayhi wa sallam ne farmaya: "Allah ibn rawaha par reham kare!</w:t>
      </w:r>
    </w:p>
    <w:p>
      <w:pPr>
        <w:jc w:val="right"/>
      </w:pPr>
      <w:r>
        <w:t>کیا آپ ابن رواحہ کو نہیں دیکھتے کہ وہ لوگوں کو آپ پر ایمان لانے کے بجائے تھوڑی دیر کے لیے ایمان کی طرف بلاتے ہیں؟" نبی صلی اللہ علیہ وسلم نے فرمایا: "اللہ ابن رواحہ پر رحم کرے!</w:t>
      </w:r>
    </w:p>
    <w:p>
      <w:r>
        <w:rPr>
          <w:b/>
        </w:rPr>
        <w:t xml:space="preserve">[19:04] </w:t>
      </w:r>
      <w:r>
        <w:t>woh un majlison ko pasand karte hain jin par farishte rashk karte hain". yeh mabni bar hikmat marifat ki aik misaal hai.</w:t>
      </w:r>
    </w:p>
    <w:p>
      <w:pPr>
        <w:jc w:val="right"/>
      </w:pPr>
      <w:r>
        <w:t>وہ ان مجلسوں کو پسند کرتے ہیں جن پر فرشتے رشک کرتے ہیں"۔ یہ مبنی بر حکمت معرفت کی ایک مثال ہے۔</w:t>
      </w:r>
    </w:p>
    <w:p>
      <w:r>
        <w:rPr>
          <w:b/>
        </w:rPr>
        <w:t xml:space="preserve">[19:14] </w:t>
      </w:r>
      <w:r>
        <w:t>maloom record ke mutabiq baad ke zamane mein ghaliban is qism ki marifat ka tasawwur baqi na raha. is ke bajaye aik aur tasawwur raaij ho gaya jis ko mabni bar qalb tasawwur kaha ja sakta hai.</w:t>
      </w:r>
    </w:p>
    <w:p>
      <w:pPr>
        <w:jc w:val="right"/>
      </w:pPr>
      <w:r>
        <w:t>معلوم ریکارڈ کے مطابق بعد کے زمانے میں غالباً اس قسم کی معرفت کا تصور باقی نہ رہا۔ اس کے بجائے ایک اور تصور رائج ہو گیا جس کو مبنی بر قلب تصور کہا جا سکتا ہے۔</w:t>
      </w:r>
    </w:p>
    <w:p>
      <w:r>
        <w:rPr>
          <w:b/>
        </w:rPr>
        <w:t xml:space="preserve">[19:30] </w:t>
      </w:r>
      <w:r>
        <w:t>is doosre qism ki marifat ki aik misaal muhiuddin ibn arabi wafat 638 hijri ki hai. is mauzu par un ka aik sher yeh hai: "al-'abdu 'abdun wa in taraqqa wa ar-rabbu rabbun wa in tanazzala".</w:t>
      </w:r>
    </w:p>
    <w:p>
      <w:pPr>
        <w:jc w:val="right"/>
      </w:pPr>
      <w:r>
        <w:t>اس دوسرے قسم کی معرفت کی ایک مثال محی الدین ابن عربی وفات 638 ہجری کی ہے۔ اس موضوع پر ان کا ایک شعر یہ ہے: "العبد عبد وان ترق ورب رب وان تنزل"۔</w:t>
      </w:r>
    </w:p>
    <w:p>
      <w:r>
        <w:rPr>
          <w:b/>
        </w:rPr>
        <w:t xml:space="preserve">[19:46] </w:t>
      </w:r>
      <w:r>
        <w:t>banda banda hai agarche woh oopar charhe aur rab rab hai agarche woh neeche utre. is qism ki aik aur misaal ibn qayyim al-jawziyyah wafat 751 hijri ki hai.</w:t>
      </w:r>
    </w:p>
    <w:p>
      <w:pPr>
        <w:jc w:val="right"/>
      </w:pPr>
      <w:r>
        <w:t>بندہ بندہ ہے اگرچہ وہ اوپر چڑھے اور رب رب ہے اگرچہ وہ نیچے اترے۔ اس قسم کی ایک اور مثال ابن قیم الجوزیہ وفات 751 ہجری کی ہے۔</w:t>
      </w:r>
    </w:p>
    <w:p>
      <w:r>
        <w:rPr>
          <w:b/>
        </w:rPr>
        <w:t xml:space="preserve">[20:01] </w:t>
      </w:r>
      <w:r>
        <w:t>unho ne apni ek kitab mein likha hai: "wa qala ta'ala: laysa kamithlihi shay'un fahatha min al-mithl al-a'la wa huwa mustawin 'ala qalbi al-mumin fahuwa 'arshuhu".</w:t>
      </w:r>
    </w:p>
    <w:p>
      <w:pPr>
        <w:jc w:val="right"/>
      </w:pPr>
      <w:r>
        <w:t>انہوں نے اپنی ایک کتاب میں لکھا ہے: "وقال تعالی: لیس کمثلہ شی فھذا من المثل الاعلی وھو مستو علی قلب المومن فھو عرشہ"۔</w:t>
      </w:r>
    </w:p>
    <w:p>
      <w:r>
        <w:rPr>
          <w:b/>
        </w:rPr>
        <w:t xml:space="preserve">[20:16] </w:t>
      </w:r>
      <w:r>
        <w:t>al-fawaid: beirut. Allah ne farmaya: "us ke misl koi cheez nahin". is liye yeh ek aala misal ka muamla hai aur woh mustawi hai momin ke qalb par.</w:t>
      </w:r>
    </w:p>
    <w:p>
      <w:pPr>
        <w:jc w:val="right"/>
      </w:pPr>
      <w:r>
        <w:t>الفوائد: بیروت۔ اللہ نے فرمایا: "اس کے مانند کوئی چیز نہیں"۔ اس لیے یہ ایک اعلیٰ مثال کا معاملہ ہے اور وہ مستوی ہے مومن کے قلب پر۔</w:t>
      </w:r>
    </w:p>
    <w:p>
      <w:r>
        <w:rPr>
          <w:b/>
        </w:rPr>
        <w:t xml:space="preserve">[20:28] </w:t>
      </w:r>
      <w:r>
        <w:t>pas momin ka qalb Allah ka 'arsh hai. maujooda zamanay mein sainsi daryafton ne mabni bar hikmat marifat ke daire ko bohat ziyada wasee kar diya hai.</w:t>
      </w:r>
    </w:p>
    <w:p>
      <w:pPr>
        <w:jc w:val="right"/>
      </w:pPr>
      <w:r>
        <w:t>پس مومن کا قلب اللہ کا عرش ہے۔ موجودہ زمانے میں سائنسی دریافتوں نے مبنی بر حکمت معرفت کے دائرے کو بہت زیادہ وسیع کر دیا ہے۔</w:t>
      </w:r>
    </w:p>
    <w:p>
      <w:r>
        <w:rPr>
          <w:b/>
        </w:rPr>
        <w:t xml:space="preserve">[20:40] </w:t>
      </w:r>
      <w:r>
        <w:t>maujooda zamanay mein science ne jis natural world ko daryaft kiya hai woh poore ka poora goya mabni bar hikmat marifat ki tafsir hai.</w:t>
      </w:r>
    </w:p>
    <w:p>
      <w:pPr>
        <w:jc w:val="right"/>
      </w:pPr>
      <w:r>
        <w:t>موجودہ زمانے میں سائنس نے جس نیچرل ورلڈ کو دریافت کیا ہے وہ پورے کا پورا گویا مبنی بر حکمت معرفت کی تفسیر ہے۔</w:t>
      </w:r>
    </w:p>
    <w:p>
      <w:r>
        <w:rPr>
          <w:b/>
        </w:rPr>
        <w:t xml:space="preserve">[20:52] </w:t>
      </w:r>
      <w:r>
        <w:t>un daryafton ne maujooda zamanay mein insan ko yeh mauqa diya hai ke woh ziyada baray paimanay par aala marifat wala iman hasil karay.</w:t>
      </w:r>
    </w:p>
    <w:p>
      <w:pPr>
        <w:jc w:val="right"/>
      </w:pPr>
      <w:r>
        <w:t>ان دریافتوں نے موجودہ زمانے میں انسان کو یہ موقع دیا ہے کہ وہ زیادہ بڑے پیمانے پر اعلیٰ معرفت والا ایمان حاصل کرے۔</w:t>
      </w:r>
    </w:p>
    <w:p>
      <w:r>
        <w:rPr>
          <w:b/>
        </w:rPr>
        <w:t xml:space="preserve">[21:02] </w:t>
      </w:r>
      <w:r>
        <w:t>maujooda zamanay mein science ka ek naya mozu' wajood mein aaya hai. is ko intelligent universe kaha jata hai.</w:t>
      </w:r>
    </w:p>
    <w:p>
      <w:pPr>
        <w:jc w:val="right"/>
      </w:pPr>
      <w:r>
        <w:t>موجودہ زمانے میں سائنس کا ایک نیا موضوع وجود میں آیا ہے۔ اس کو انٹیلیجنٹ یونیورس کہا جاتا ہے۔</w:t>
      </w:r>
    </w:p>
    <w:p>
      <w:r>
        <w:rPr>
          <w:b/>
        </w:rPr>
        <w:t xml:space="preserve">[21:12] </w:t>
      </w:r>
      <w:r>
        <w:t>intelligent universe ke baray mein science ki nayi daryafton ne sari kainat ko marifat aala ki kainat bana diya hai.</w:t>
      </w:r>
    </w:p>
    <w:p>
      <w:pPr>
        <w:jc w:val="right"/>
      </w:pPr>
      <w:r>
        <w:t>انٹیلیجنٹ یونیورس کے بارے میں سائنس کی نئی دریافتوں نے ساری کائنات کو معرفت اعلیٰ کی کائنات بنا دیا ہے۔</w:t>
      </w:r>
    </w:p>
    <w:p>
      <w:r>
        <w:rPr>
          <w:b/>
        </w:rPr>
        <w:t xml:space="preserve">[21:22] </w:t>
      </w:r>
      <w:r>
        <w:t>is mozu' par maujooda zamanay mein ahle ilm ne kafi likha hai. bashakal misal chand kitaben yeh hain: "The Intelligent Universe" by Fred Hoyle 1984,</w:t>
      </w:r>
    </w:p>
    <w:p>
      <w:pPr>
        <w:jc w:val="right"/>
      </w:pPr>
      <w:r>
        <w:t>اس موضوع پر موجودہ زمانے میں اہل علم نے کافی لکھا ہے۔ بطور مثال چند کتابیں یہ ہیں: "دا انٹیلیجنٹ یونیورس" بائے فریڈ ہائل 1984،</w:t>
      </w:r>
    </w:p>
    <w:p>
      <w:r>
        <w:rPr>
          <w:b/>
        </w:rPr>
        <w:t xml:space="preserve">[21:37] </w:t>
      </w:r>
      <w:r>
        <w:t>"The Intelligent Universe: A Cybernetic Philosophy" by David Blight Foster 1975, "The Intelligent Universe" by James N Gardner 2007, "Intelligent Universe: The Light Second Code and the Golden Ratio" by Haristo Smolinoff 2016.</w:t>
      </w:r>
    </w:p>
    <w:p>
      <w:pPr>
        <w:jc w:val="right"/>
      </w:pPr>
      <w:r>
        <w:t>"دا انٹیلیجنٹ یونیورس: ا سائبرنیٹک فلاسفی" بائے ڈیوڈ بلائتھ فوسٹر 1975، "دا انٹیلیجنٹ یونیورس" بائے جیمز این گارڈنر 2007، "انٹیلیجنٹ یونیورس: دا لائٹ سیکنڈ کوڈ اینڈ دا گولڈن ریشو" بائے ہرسٹو سمولینوف 2016۔</w:t>
      </w:r>
    </w:p>
    <w:p>
      <w:r>
        <w:rPr>
          <w:b/>
        </w:rPr>
        <w:t xml:space="preserve">[22:00] </w:t>
      </w:r>
      <w:r>
        <w:t>is mozu' par kaseer tadad mein maqalat aur kitaben maujooda zamanay mein shaya' hui hain. yeh kehna sahi hoga ke in tamam kitabon aur maqalat ka mozu' bila ailan Rab al-'alamin ki marifat hai.</w:t>
      </w:r>
    </w:p>
    <w:p>
      <w:pPr>
        <w:jc w:val="right"/>
      </w:pPr>
      <w:r>
        <w:t>اس موضوع پر کثیر تعداد میں مقالات اور کتابیں موجودہ زمانے میں شائع ہوئی ہیں۔ یہ کہنا صحیح ہوگا کہ ان تمام کتابوں اور مقالات کا موضوع بلا اعلان رب العالمین کی معرفت ہے۔</w:t>
      </w:r>
    </w:p>
    <w:p>
      <w:r>
        <w:rPr>
          <w:b/>
        </w:rPr>
        <w:t xml:space="preserve">[22:16] </w:t>
      </w:r>
      <w:r>
        <w:t>ek arabi title ke mutabiq in ko "Allah yatajalla fi 'asr al-'ilm" kaha ja sakta hai.</w:t>
      </w:r>
    </w:p>
    <w:p>
      <w:pPr>
        <w:jc w:val="right"/>
      </w:pPr>
      <w:r>
        <w:t>ایک عربی ٹائٹل کے مطابق ان کو "اللہ یتجلی فی عصر العلم" کہا جا سکتا ہے۔</w:t>
      </w:r>
    </w:p>
    <w:p>
      <w:r>
        <w:rPr>
          <w:b/>
        </w:rPr>
        <w:t xml:space="preserve">[22:27] </w:t>
      </w:r>
      <w:r>
        <w:t>Allah ke 99 naam. hadith mein aaya hai ke Allah ke 99 naam hain. sahih Muslim.</w:t>
      </w:r>
    </w:p>
    <w:p>
      <w:pPr>
        <w:jc w:val="right"/>
      </w:pPr>
      <w:r>
        <w:t>اللہ کے 99 نام۔ حدیث میں آیا ہے کہ اللہ کے 99 نام ہیں۔ صحیح مسلم۔</w:t>
      </w:r>
    </w:p>
    <w:p>
      <w:r>
        <w:rPr>
          <w:b/>
        </w:rPr>
        <w:t xml:space="preserve">[22:37] </w:t>
      </w:r>
      <w:r>
        <w:t>sunan ibn majah mein in 99 namon ko shumar kar ke bataya gaya hai. hadith mein aaya hai ke jo shakhs in namon ka ihsaa kare woh jannat mein dakhil hoga.</w:t>
      </w:r>
    </w:p>
    <w:p>
      <w:pPr>
        <w:jc w:val="right"/>
      </w:pPr>
      <w:r>
        <w:t>سنن ابن ماجہ میں ان 99 ناموں کو شمار کر کے بتایا گیا ہے۔ حدیث میں آیا ہے کہ جو شخص ان ناموں کا احساء کرے وہ جنت میں داخل ہوگا۔</w:t>
      </w:r>
    </w:p>
    <w:p>
      <w:r>
        <w:rPr>
          <w:b/>
        </w:rPr>
        <w:t xml:space="preserve">[22:50] </w:t>
      </w:r>
      <w:r>
        <w:t>magar yeh amal 99 naam ka ek musaghar mafhoom yani kamtar mafhoom hai. asal yeh hai ke yahan naam yani asma se murad sifat yani attributes hain.</w:t>
      </w:r>
    </w:p>
    <w:p>
      <w:pPr>
        <w:jc w:val="right"/>
      </w:pPr>
      <w:r>
        <w:t>اس حدیث کا مطلب عام طور پر یہ سمجھا جاتا ہے کہ 99 ناموں کو یاد کر لیا جائے اور تسبیح پر ان کا شمار جاری رکھا جائے تو اس عمل سے آدمی جنت میں داخل ہوگا۔</w:t>
      </w:r>
    </w:p>
    <w:p>
      <w:r>
        <w:rPr>
          <w:b/>
        </w:rPr>
        <w:t xml:space="preserve">[23:05] </w:t>
      </w:r>
      <w:r>
        <w:t>mazid yeh ke 99 se murad ginti nahin hai balkeh is se murad yeh hai ke Allah ki beshumar sifatain hain.</w:t>
      </w:r>
    </w:p>
    <w:p>
      <w:pPr>
        <w:jc w:val="right"/>
      </w:pPr>
      <w:r>
        <w:t>مگر یہ عمل 99 نام کا ایک مصغر مفہوم یعنی کمتر مفہوم ہے۔ اصل یہ ہے کہ یہاں نام یعنی اسماء سے مراد صفات یعنی ایٹریبیوٹس ہیں۔</w:t>
      </w:r>
    </w:p>
    <w:p>
      <w:r>
        <w:rPr>
          <w:b/>
        </w:rPr>
        <w:t xml:space="preserve">[23:21] </w:t>
      </w:r>
      <w:r>
        <w:t>zikr se murad wird nahin hai balkeh bar bar zinda shaoor ke sath Allah ko yaad karna hai.</w:t>
      </w:r>
    </w:p>
    <w:p>
      <w:pPr>
        <w:jc w:val="right"/>
      </w:pPr>
      <w:r>
        <w:t>مزید یہ کہ 99 سے مراد گنتی نہیں ہے بلکہ اس سے مراد یہ ہے کہ اللہ کی بے شمار صفتیں ہیں۔</w:t>
      </w:r>
    </w:p>
    <w:p>
      <w:r>
        <w:rPr>
          <w:b/>
        </w:rPr>
        <w:t xml:space="preserve">[23:30] </w:t>
      </w:r>
      <w:r>
        <w:t>yeh bar bar ki yaad kis tarah hoti hai? is ki surat yeh hai ke Allah ki ayat yani nishaniyon ko daryaft karna aur un ko point of reference bana kar barabar Allah ki yaad ko apne zehn mein taza karte rehna.</w:t>
      </w:r>
    </w:p>
    <w:p>
      <w:pPr>
        <w:jc w:val="right"/>
      </w:pPr>
      <w:r>
        <w:t>ذکر سے مراد ورد نہیں ہے بلکہ بار بار زندہ شعور کے ساتھ اللہ کو یاد کرنا ہے۔</w:t>
      </w:r>
    </w:p>
    <w:p>
      <w:r>
        <w:rPr>
          <w:b/>
        </w:rPr>
        <w:t xml:space="preserve">[23:39] </w:t>
      </w:r>
      <w:r>
        <w:t>misal ke taur par Quran ki ek ayat in alfaz mein aayi hai: "wa yusabbihu al-ra'du bihamdihi walmala'ikatu min khifatihi".</w:t>
      </w:r>
    </w:p>
    <w:p>
      <w:pPr>
        <w:jc w:val="right"/>
      </w:pPr>
      <w:r>
        <w:t>یہ بار بار کی یاد کس طرح ہوتی ہے؟ اس کی صورت یہ ہے کہ اللہ کی آیات یعنی نشانیوں کو دریافت کرنا اور ان کو پوائنٹ آف ریفرنس بنا کر برابر اللہ کی یاد کو اپنے ذہن میں تازہ کرتے رہنا۔</w:t>
      </w:r>
    </w:p>
    <w:p>
      <w:r>
        <w:rPr>
          <w:b/>
        </w:rPr>
        <w:t xml:space="preserve">[23:58] </w:t>
      </w:r>
      <w:r>
        <w:t>is ka matlab yeh hai ke ek insan jis ko Allah ki marifat hasil ho woh jab bijli ki garaj yani thunder ko sune ga to woh is ke liye ek point of reference ban jayega.</w:t>
      </w:r>
    </w:p>
    <w:p>
      <w:pPr>
        <w:jc w:val="right"/>
      </w:pPr>
      <w:r>
        <w:t>مثال کے طور پر قرآن کی ایک آیت ان الفاظ میں آئی ہے: "ویسبح الراد بحمدہ والملائکت من خیفتہ"۔</w:t>
      </w:r>
    </w:p>
    <w:p>
      <w:r>
        <w:rPr>
          <w:b/>
        </w:rPr>
        <w:t xml:space="preserve">[24:09] </w:t>
      </w:r>
      <w:r>
        <w:t>woh is ko le kar khaliq ki azmat ko yaad karega. is ke andar khaliq ke liye khauf aur mohabbat ka chashma jari ho jayega.</w:t>
      </w:r>
    </w:p>
    <w:p>
      <w:pPr>
        <w:jc w:val="right"/>
      </w:pPr>
      <w:r>
        <w:t>اس کا مطلب یہ ہے کہ ایک انسان جس کو اللہ کی معرفت حاصل ہو وہ جب بجلی کی گرج یعنی تھنڈر کو سنے گا تو وہ اس کے لیے ایک پوائنٹ آف ریفرنس بن جائے گی۔</w:t>
      </w:r>
    </w:p>
    <w:p>
      <w:r>
        <w:rPr>
          <w:b/>
        </w:rPr>
        <w:t xml:space="preserve">[24:23] </w:t>
      </w:r>
      <w:r>
        <w:t>99 naam ka matlab wohi hai jis ko Quran mein doosray maqamat par ayat kaha gaya hai. yani kainat mein Allah ki beshumar nishaniyan yani science phaili hui hain.</w:t>
      </w:r>
    </w:p>
    <w:p>
      <w:pPr>
        <w:jc w:val="right"/>
      </w:pPr>
      <w:r>
        <w:t>وہ اس کو لے کر خالق کی عظمت کو یاد کرے گا۔ اس کے اندر خالق کے لیے خوف اور محبت کا چشمہ جاری ہو جائے گا۔</w:t>
      </w:r>
    </w:p>
    <w:p>
      <w:r>
        <w:rPr>
          <w:b/>
        </w:rPr>
        <w:t xml:space="preserve">[24:34] </w:t>
      </w:r>
      <w:r>
        <w:t>yeh nishaniyan ek عارف insan ke liye Allah ko yaad karne ka zariya ban jati hain. is waqt woh be ikhtiyarana taur par Allah ki yaad aur us ki hamd mein mashgool ho jata hai.</w:t>
      </w:r>
    </w:p>
    <w:p>
      <w:pPr>
        <w:jc w:val="right"/>
      </w:pPr>
      <w:r>
        <w:t>99 نام کا مطلب وہی ہے جس کو قرآن میں دوسرے مقامات پر آیات کہا گیا ہے۔ یعنی کائنات میں اللہ کی بے شمار نشانیاں یعنی سائنس پھیلی ہوئی ہیں۔</w:t>
      </w:r>
    </w:p>
    <w:p>
      <w:r>
        <w:rPr>
          <w:b/>
        </w:rPr>
        <w:t xml:space="preserve">[24:48] </w:t>
      </w:r>
      <w:r>
        <w:t>is amal se us ki shakhsiyat mein rabbani irtqa hota rehta hai aur rabbani marifat ke aitbar se yahi irtqa yafta shakhsiyat woh hai jis ko abadi jannat mein dakhila milega.</w:t>
      </w:r>
    </w:p>
    <w:p>
      <w:pPr>
        <w:jc w:val="right"/>
      </w:pPr>
      <w:r>
        <w:t>یہ نشانیاں ایک عارف انسان کے لیے اللہ کو یاد کرنے کا ذریعہ بن جاتی ہیں۔ اس وقت وہ بے اختیارانہ طور پر اللہ کی یاد اور اس کی حمد میں مشغول ہو جاتا ہے۔</w:t>
      </w:r>
    </w:p>
    <w:p>
      <w:r>
        <w:rPr>
          <w:b/>
        </w:rPr>
        <w:t xml:space="preserve">[25:04] </w:t>
      </w:r>
      <w:r>
        <w:t>atayat khuda wandi. ek lambi hadith rasool mukhtalif kitabon mein aayi hai. is ka ek hissa yeh hai: "wa kullukum faqirun illa man aghnait fasaluni arzuqkum".</w:t>
      </w:r>
    </w:p>
    <w:p>
      <w:pPr>
        <w:jc w:val="right"/>
      </w:pPr>
      <w:r>
        <w:t>اس عمل سے اس کی شخصیت میں ربانی ارتقاء ہوتا رہتا ہے اور ربانی معرفت کے اعتبار سے یہی ارتقاء یافتہ شخصیت وہ ہے جس کو ابدی جنت میں داخلہ ملے گا۔</w:t>
      </w:r>
    </w:p>
    <w:p>
      <w:r>
        <w:rPr>
          <w:b/>
        </w:rPr>
        <w:t xml:space="preserve">[25:24] </w:t>
      </w:r>
      <w:r>
        <w:t>atiyat khodavandi. ek lambi hadith rasool mukhtalif kitabon mein aayi hai. is ka ek hissa yeh hai: "wa kullukum faqeerun illa man aghnayta fasalooni arzuqkum".</w:t>
      </w:r>
    </w:p>
    <w:p>
      <w:pPr>
        <w:jc w:val="right"/>
      </w:pPr>
      <w:r>
        <w:t>عطیات خداوندی۔ ایک طویل حدیث رسول مختلف کتابوں میں آئی ہے۔ اس کا ایک حصہ یہ ہے: "وکلكم فقیر الا من اغنیت فصلونی ارزقکم"۔</w:t>
      </w:r>
    </w:p>
    <w:p>
      <w:r>
        <w:rPr>
          <w:b/>
        </w:rPr>
        <w:t xml:space="preserve">[25:40] </w:t>
      </w:r>
      <w:r>
        <w:t>sunan tirmazi. yani aye mere bando!</w:t>
      </w:r>
    </w:p>
    <w:p>
      <w:pPr>
        <w:jc w:val="right"/>
      </w:pPr>
      <w:r>
        <w:t>سنن الترمذی۔ یعنی اے میرے بندو!</w:t>
      </w:r>
    </w:p>
    <w:p>
      <w:r>
        <w:rPr>
          <w:b/>
        </w:rPr>
        <w:t xml:space="preserve">[25:44] </w:t>
      </w:r>
      <w:r>
        <w:t>tum sab ke sab mohtaj ho magar woh jis ko main ata karoon. is liye tum mujh se mango, main tum ko rizq ata karoon ga.</w:t>
      </w:r>
    </w:p>
    <w:p>
      <w:pPr>
        <w:jc w:val="right"/>
      </w:pPr>
      <w:r>
        <w:t>تم سب کے سب محتاج ہو مگر وہ جس کو میں عطا کروں۔ اس لیے تم مجھ سے مانگو، میں تم کو رزق عطا کروں گا۔</w:t>
      </w:r>
    </w:p>
    <w:p>
      <w:r>
        <w:rPr>
          <w:b/>
        </w:rPr>
        <w:t xml:space="preserve">[25:53] </w:t>
      </w:r>
      <w:r>
        <w:t>is hadith rasool ka ta'alluq sirf ghareeb aur ameer se nahi hai balkeh insan ki tamam zarooraton se hai.</w:t>
      </w:r>
    </w:p>
    <w:p>
      <w:pPr>
        <w:jc w:val="right"/>
      </w:pPr>
      <w:r>
        <w:t>اس حدیث رسول کا تعلق صرف غریب اور امیر سے نہیں ہے بلکہ انسان کی تمام ضرورتوں سے ہے۔</w:t>
      </w:r>
    </w:p>
    <w:p>
      <w:r>
        <w:rPr>
          <w:b/>
        </w:rPr>
        <w:t xml:space="preserve">[26:02] </w:t>
      </w:r>
      <w:r>
        <w:t>insan ek zaroorat mand makhlooq hai. is ki beshumar zarooraten hain lekin kisi bhi zaroorat ko woh khud pura nahi kar sakta.</w:t>
      </w:r>
    </w:p>
    <w:p>
      <w:pPr>
        <w:jc w:val="right"/>
      </w:pPr>
      <w:r>
        <w:t>انسان ایک ضرورت مند مخلوق ہے۔ اس کی بے شمار ضرورتیں ہیں لیکن کسی بھی ضرورت کو وہ خود پورا نہیں کر سکتا۔</w:t>
      </w:r>
    </w:p>
    <w:p>
      <w:r>
        <w:rPr>
          <w:b/>
        </w:rPr>
        <w:t xml:space="preserve">[26:13] </w:t>
      </w:r>
      <w:r>
        <w:t>woh apni har zaroorat ke liye mohtaj hai ke khaliq is ko musalsal taur par pura karay. agar khaliq ki taraf se is ki zarooraton ko pura karne ka intezam na ho to insan ka haal yeh hoga ke woh mohtaj to hoga lekin woh apni kisi bhi zaroorat ko khud se pura karne par qadir na hoga.</w:t>
      </w:r>
    </w:p>
    <w:p>
      <w:pPr>
        <w:jc w:val="right"/>
      </w:pPr>
      <w:r>
        <w:t>وہ اپنی ہر ضرورت کے لیے محتاج ہے کہ خالق اس کو مسلسل طور پر پورا کرے۔ اگر خالق کی طرف سے اس کی ضرورتوں کو پورا کرنے کا انتظام نہ ہو تو انسان کا حال یہ ہوگا کہ وہ ضرورت مند تو ہوگا لیکن وہ اپنی کسی بھی ضرورت کو خود سے پورا کرنے پر قادر نہ ہوگا۔</w:t>
      </w:r>
    </w:p>
    <w:p>
      <w:r>
        <w:rPr>
          <w:b/>
        </w:rPr>
        <w:t xml:space="preserve">[26:37] </w:t>
      </w:r>
      <w:r>
        <w:t>yeh pehlu insan ke liye ek aisa pehlu hai ke woh har waqt dua aur shukr mein masroof rahay. mislan insan ke paas aankhen hain lekin aankh se dekhne ke liye is ko roshni ki zaroorat hai aur roshni khaliq ki taraf se musalsal di ja rahi hai.</w:t>
      </w:r>
    </w:p>
    <w:p>
      <w:pPr>
        <w:jc w:val="right"/>
      </w:pPr>
      <w:r>
        <w:t>یہ پہلو انسان کے لیے ایک ایسا پہلو ہے کہ وہ ہر وقت دعا اور شکر میں مشغول رہے۔ مثلاً انسان کے پاس آنکھیں ہیں لیکن آنکھ سے دیکھنے کے لیے اس کو روشنی کی ضرورت ہے اور روشنی خالق کی طرف سے مسلسل دی جا رہی ہے۔</w:t>
      </w:r>
    </w:p>
    <w:p>
      <w:r>
        <w:rPr>
          <w:b/>
        </w:rPr>
        <w:t xml:space="preserve">[26:58] </w:t>
      </w:r>
      <w:r>
        <w:t>tab woh is qabil hota hai ke woh apni aankh se har cheez ko dekhe. insan ke paas kaan hain lekin sunne ke liye is ko hawa ki zaroorat hai aur hawa ka musalsal intezam khaliq ki taraf se kiya jata hai.</w:t>
      </w:r>
    </w:p>
    <w:p>
      <w:pPr>
        <w:jc w:val="right"/>
      </w:pPr>
      <w:r>
        <w:t>تب وہ اس قابل ہوتا ہے کہ وہ اپنی آنکھ سے ہر چیز کو دیکھے۔ انسان کے پاس کان ہیں لیکن سننے کے لیے اس کو ہوا کی ضرورت ہے اور ہوا کا مسلسل انتظام خالق کی طرف سے کیا جاتا ہے۔</w:t>
      </w:r>
    </w:p>
    <w:p>
      <w:r>
        <w:rPr>
          <w:b/>
        </w:rPr>
        <w:t xml:space="preserve">[27:14] </w:t>
      </w:r>
      <w:r>
        <w:t>insan ke paas nizam hazam hai lekin ghiza ki farahmi khaliq ki taraf se ki ja rahi hai. warna insan nizam hazam ke bawajood bhooka pada rahe ga.</w:t>
      </w:r>
    </w:p>
    <w:p>
      <w:pPr>
        <w:jc w:val="right"/>
      </w:pPr>
      <w:r>
        <w:t>انسان کے پاس نظام ہضم ہے لیکن غذا کی فراہمی خالق کی طرف سے کی جا رہی ہے۔ ورنہ انسان نظام ہضم کے باوجود بھوکا پڑا رہے گا۔</w:t>
      </w:r>
    </w:p>
    <w:p>
      <w:r>
        <w:rPr>
          <w:b/>
        </w:rPr>
        <w:t xml:space="preserve">[27:27] </w:t>
      </w:r>
      <w:r>
        <w:t>insan ke jism mein 78 organs hain jo insan ko musalsal taur par zinda rakhte hain magar in organ ko mutharrik rakhne ka intezam sirf khaliq ki taraf se kiya jata hai.</w:t>
      </w:r>
    </w:p>
    <w:p>
      <w:pPr>
        <w:jc w:val="right"/>
      </w:pPr>
      <w:r>
        <w:t>انسان کے جسم میں 78 ارگنز ہیں جو انسان کو مسلسل طور پر زندہ رکھتے ہیں مگر ان ارگن کو متحرک رکھنے کا انتظام صرف خالق کی طرف سے کیا جاتا ہے۔</w:t>
      </w:r>
    </w:p>
    <w:p>
      <w:r>
        <w:rPr>
          <w:b/>
        </w:rPr>
        <w:t xml:space="preserve">[27:43] </w:t>
      </w:r>
      <w:r>
        <w:t>warna insan zinda aur sehat mand na rahe waghera. yeh fehrist itni hi wasee hai jitna ke kainat wasee hai.</w:t>
      </w:r>
    </w:p>
    <w:p>
      <w:pPr>
        <w:jc w:val="right"/>
      </w:pPr>
      <w:r>
        <w:t>ورنہ انسان زندہ اور صحت مند نہ رہے وغیرہ۔ یہ فہرست اتنی ہی وسیع ہے جتنا کہ کائنات وسیع ہے۔</w:t>
      </w:r>
    </w:p>
    <w:p>
      <w:r>
        <w:rPr>
          <w:b/>
        </w:rPr>
        <w:t xml:space="preserve">[27:53] </w:t>
      </w:r>
      <w:r>
        <w:t>insan agar in khudai intezamat ke bare mein soche to woh har lamha shukr khudaWandi mein gharaq rahay.</w:t>
      </w:r>
    </w:p>
    <w:p>
      <w:pPr>
        <w:jc w:val="right"/>
      </w:pPr>
      <w:r>
        <w:t>انسان اگر ان خدائی انتظامات کے بارے میں سوچے تو وہ ہر لمحہ شکر خداوندی میں غرق رہے۔</w:t>
      </w:r>
    </w:p>
    <w:p>
      <w:r>
        <w:rPr>
          <w:b/>
        </w:rPr>
        <w:t xml:space="preserve">[28:02] </w:t>
      </w:r>
      <w:r>
        <w:t>woh ek lamhay ke liye bhi zikr khudaWandi se ghafil na ho. woh "allazeen aamano ashadd hubban lillah" ka misdaq ban jaye.</w:t>
      </w:r>
    </w:p>
    <w:p>
      <w:pPr>
        <w:jc w:val="right"/>
      </w:pPr>
      <w:r>
        <w:t>وہ ایک لمحے کے لیے بھی ذکر خداوندی سے غافل نہ ہو۔ وہ "الذین آمنوا اشد حبا للہ" کا مصداق بن جائے۔</w:t>
      </w:r>
    </w:p>
    <w:p>
      <w:r>
        <w:rPr>
          <w:b/>
        </w:rPr>
        <w:t xml:space="preserve">[28:17] </w:t>
      </w:r>
      <w:r>
        <w:t>Allah ke mehboob bando. peghambaron ki tareekh ke bare mein quran ki ek ayat in alfaaz mein aayi hai: "wakay min nabbi qatal rabbiyoon kaseer famaa wohana limaa asabahum fi sabeelillahi wama da'oofu wama istakanu wallahu yuhibbus sabireen".</w:t>
      </w:r>
    </w:p>
    <w:p>
      <w:pPr>
        <w:jc w:val="right"/>
      </w:pPr>
      <w:r>
        <w:t>اللہ کے محبوب بندے۔ پیغمبروں کی تاریخ کے بارے میں قرآن کی ایک آیت ان الفاظ میں آئی ہے: "وکیم من نبی قاتل ربیون کثیر فما وہن لما اصابہم فی سبیل اللہ وما دعوف وما استکانو واللہ یحب الصابرین"۔</w:t>
      </w:r>
    </w:p>
    <w:p>
      <w:r>
        <w:rPr>
          <w:b/>
        </w:rPr>
        <w:t xml:space="preserve">[28:45] </w:t>
      </w:r>
      <w:r>
        <w:t>yani aur bohat se nabi guzre hain jin ke sath mil kar bohat se Allah walon ne qital kiya. phir jo musibaten un ko Allah ki rah mein pahunchin un ki wajah se na himmat haare na kamzor pade aur na aajiz hue.</w:t>
      </w:r>
    </w:p>
    <w:p>
      <w:pPr>
        <w:jc w:val="right"/>
      </w:pPr>
      <w:r>
        <w:t>یعنی اور بہت سے نبی گزرے ہیں جن کے ساتھ مل کر بہت سے اللہ والوں نے قتال کیا۔ پھر جو مصیبتیں ان کو اللہ کی راہ میں پہنچیں ان کی وجہ سے نہ ہمت ہارے نہ کمزور پڑے اور نہ عاجز ہوئے۔</w:t>
      </w:r>
    </w:p>
    <w:p>
      <w:r>
        <w:rPr>
          <w:b/>
        </w:rPr>
        <w:t xml:space="preserve">[29:04] </w:t>
      </w:r>
      <w:r>
        <w:t>aur Allah sabr karne walon se mohabbat karta hai. is ayat mein qital apne lafzi ma'ne mein nahi hai balkeh apne istemali ma'ne mein hai.</w:t>
      </w:r>
    </w:p>
    <w:p>
      <w:pPr>
        <w:jc w:val="right"/>
      </w:pPr>
      <w:r>
        <w:t>اور اللہ صبر کرنے والوں سے محبت کرتا ہے۔ اس آیت میں قتال اپنے لفظی معنی میں نہیں ہے بلکہ اپنے استعمالی معنی میں ہے۔</w:t>
      </w:r>
    </w:p>
    <w:p>
      <w:r>
        <w:rPr>
          <w:b/>
        </w:rPr>
        <w:t xml:space="preserve">[29:17] </w:t>
      </w:r>
      <w:r>
        <w:t>is se murad wohi cheez hai jis ko pur aman jihad yani peaceful struggle kaha jata hai. quran se yeh sabit nahi ke doosre nabiyon ne qital kiya.</w:t>
      </w:r>
    </w:p>
    <w:p>
      <w:pPr>
        <w:jc w:val="right"/>
      </w:pPr>
      <w:r>
        <w:t>اس سے مراد وہی چیز ہے جس کو پرامن جہاد یعنی پیس فل سٹرگل کہا جاتا ہے۔ قرآن سے یہ ثابت نہیں کہ دوسرے نبیوں نے قتال کیا۔</w:t>
      </w:r>
    </w:p>
    <w:p>
      <w:r>
        <w:rPr>
          <w:b/>
        </w:rPr>
        <w:t xml:space="preserve">[29:30] </w:t>
      </w:r>
      <w:r>
        <w:t>is liye yahan qital ko is ke lafzi ma'ne mein lena durust na hoga balkeh is se murad peghambarana mission ki rah mein mujahida kabeer hai.</w:t>
      </w:r>
    </w:p>
    <w:p>
      <w:pPr>
        <w:jc w:val="right"/>
      </w:pPr>
      <w:r>
        <w:t>اس لیے یہاں قتال کو اس کے لفظی معنی میں لینا درست نہ ہوگا بلکہ اس سے مراد پیغمبرانہ مشن کی راہ میں مجاہدہ کبیر ہے۔</w:t>
      </w:r>
    </w:p>
    <w:p>
      <w:r>
        <w:rPr>
          <w:b/>
        </w:rPr>
        <w:t xml:space="preserve">[29:42] </w:t>
      </w:r>
      <w:r>
        <w:t>ayat mein teen alfaaz aaye hain: wohana, zu'f aur istiqamat. yeh teenon alfaaz qareeb al ma'na hain.</w:t>
      </w:r>
    </w:p>
    <w:p>
      <w:pPr>
        <w:jc w:val="right"/>
      </w:pPr>
      <w:r>
        <w:t>آیت میں تین الفاظ آئے ہیں: وہن، ضعف اور استقامت۔ یہ تینوں الفاظ قریب المعنی ہیں۔</w:t>
      </w:r>
    </w:p>
    <w:p>
      <w:r>
        <w:rPr>
          <w:b/>
        </w:rPr>
        <w:t xml:space="preserve">[29:53] </w:t>
      </w:r>
      <w:r>
        <w:t>teenon alfaaz ka khulasa ek hai yani deeni mission ki rah mein mushkilat ke bawajood apna hosla baqi rakhna.</w:t>
      </w:r>
    </w:p>
    <w:p>
      <w:pPr>
        <w:jc w:val="right"/>
      </w:pPr>
      <w:r>
        <w:t>تینوں الفاظ کا خلاصہ ایک ہے یعنی دینی مشن کی راہ میں مشکلات کے باوجود اپنا حوصلہ باقی رکھنا۔</w:t>
      </w:r>
    </w:p>
    <w:p>
      <w:r>
        <w:rPr>
          <w:b/>
        </w:rPr>
        <w:t xml:space="preserve">[30:03] </w:t>
      </w:r>
      <w:r>
        <w:t>yahan teen lafz ta'keed ke liye aaye hain jaisa ke ilm al ma'ani ka usool hai ke ek ma'na par dalalat karne wale mukhtalif alfaaz ka zikr mubalgha o ta'keed ke liye hota hai.</w:t>
      </w:r>
    </w:p>
    <w:p>
      <w:pPr>
        <w:jc w:val="right"/>
      </w:pPr>
      <w:r>
        <w:t>یہاں تین لفظ تاکید کے لیے آئے ہیں جیسا کہ علم المعانی کا اصول ہے کہ ایک معنی پر دلالت کرنے والے مختلف الفاظ کا ذکر مبالغہ و تاکید کے لیے ہوتا ہے۔</w:t>
      </w:r>
    </w:p>
    <w:p>
      <w:r>
        <w:rPr>
          <w:b/>
        </w:rPr>
        <w:t xml:space="preserve">[30:18] </w:t>
      </w:r>
      <w:r>
        <w:t>dekhiye: "al mazhar fi uloom al lughah". quran ki mazkoorah ayat mein wohana, zu'f, istiqamat bazahir teen alfaaz hain magar teenon qareeb al ma'na hain.</w:t>
      </w:r>
    </w:p>
    <w:p>
      <w:pPr>
        <w:jc w:val="right"/>
      </w:pPr>
      <w:r>
        <w:t>دیکھیے: "المظہر فی علوم اللغہ"۔ قرآن کی مذکورہ آیت میں وہن، ضعف، استقامت بظاہر تین الفاظ ہیں مگر تینوں قریب المعنی ہیں۔</w:t>
      </w:r>
    </w:p>
    <w:p>
      <w:r>
        <w:rPr>
          <w:b/>
        </w:rPr>
        <w:t xml:space="preserve">[30:32] </w:t>
      </w:r>
      <w:r>
        <w:t>aur yahan alfaaz ki yeh takrar baraye ta'keed hai. yani woh ahl-e-iman Allah ko mehboob hote hain jo deeni mission ka kaam is tarah anjam dein ke har haal mein woh istiqamat par qaim rahen.</w:t>
      </w:r>
    </w:p>
    <w:p>
      <w:pPr>
        <w:jc w:val="right"/>
      </w:pPr>
      <w:r>
        <w:t>اور یہاں الفاظ کی یہ تکرار برائے تاکید ہے۔ یعنی وہ اہل ایمان اللہ کو محبوب ہوتے ہیں جو دینی مشن کا کام اس طرح انجام دیں کہ ہر حال میں وہ استقامت پر قائم رہیں۔</w:t>
      </w:r>
    </w:p>
    <w:p>
      <w:r>
        <w:rPr>
          <w:b/>
        </w:rPr>
        <w:t xml:space="preserve">[30:49] </w:t>
      </w:r>
      <w:r>
        <w:t>koi bhi nagawar waqea un ke iraday mein tazalzul paida na kare. koi bhi paish anay wala waqea un ke hoslay mein kami karne wala sabit na ho.</w:t>
      </w:r>
    </w:p>
    <w:p>
      <w:pPr>
        <w:jc w:val="right"/>
      </w:pPr>
      <w:r>
        <w:t>کوئی بھی ناخوشگوار واقعہ ان کے ارادے میں تزلزل پیدا نہ کرے۔ کوئی بھی پیش آنے والا واقعہ ان کے حوصلے میں کمی کرنے والا ثابت نہ ہو۔</w:t>
      </w:r>
    </w:p>
    <w:p>
      <w:r>
        <w:rPr>
          <w:b/>
        </w:rPr>
        <w:t xml:space="preserve">[31:07] </w:t>
      </w:r>
      <w:r>
        <w:t>momin qawi, momin za'eef. ek hadith rasool hai: "al momin al qawi khairun wa ahabbu ilallahi min al momin al za'eef wa fi kullin khair".</w:t>
      </w:r>
    </w:p>
    <w:p>
      <w:pPr>
        <w:jc w:val="right"/>
      </w:pPr>
      <w:r>
        <w:t>مومن قوی، مومن ضعیف۔ ایک حدیث رسول ہے: "المومن القوی خیر واحب الی اللہ من المومن الضعیف و فی کل خیر"۔</w:t>
      </w:r>
    </w:p>
    <w:p>
      <w:r>
        <w:rPr>
          <w:b/>
        </w:rPr>
        <w:t xml:space="preserve">[31:23] </w:t>
      </w:r>
      <w:r>
        <w:t>sahih muslim. yani taqatwar momin Allah ke nazdeek kamzor momin ke muqable mein behtar aur zyada mehboob hai aur har ek ke liye khair hai.</w:t>
      </w:r>
    </w:p>
    <w:p>
      <w:pPr>
        <w:jc w:val="right"/>
      </w:pPr>
      <w:r>
        <w:t>صحیح مسلم۔ یعنی طاقتور مومن اللہ کے نزدیک کمزور مومن کے مقابلے میں بہتر اور زیادہ محبوب ہے اور ہر ایک کے لیے خیر ہے۔</w:t>
      </w:r>
    </w:p>
    <w:p>
      <w:r>
        <w:rPr>
          <w:b/>
        </w:rPr>
        <w:t xml:space="preserve">[31:36] </w:t>
      </w:r>
      <w:r>
        <w:t>insan paidaishi taur par do qism ke hote hain: taqatwar aur kamzor. is liye ahle iman mein bhi do qism ke afraad ho sakte hain.</w:t>
      </w:r>
    </w:p>
    <w:p>
      <w:pPr>
        <w:jc w:val="right"/>
      </w:pPr>
      <w:r>
        <w:t>انسان پیدائشی طور پر دو قسم کے ہوتے ہیں: طاقتور اور کمزور۔ اس لیے اہل ایمان میں بھی دو قسم کے افراد ہو سکتے ہیں۔</w:t>
      </w:r>
    </w:p>
    <w:p>
      <w:r>
        <w:rPr>
          <w:b/>
        </w:rPr>
        <w:t xml:space="preserve">[31:49] </w:t>
      </w:r>
      <w:r>
        <w:t>taham jis tarah taqatwar momin ke liye khair hai yani woh zyada barhe kaam kar sakta hai, usi tarah kamzor momin ke liye bhi khair hai bashart ke is ke andar sachi imani spirit pai jaye.</w:t>
      </w:r>
    </w:p>
    <w:p>
      <w:pPr>
        <w:jc w:val="right"/>
      </w:pPr>
      <w:r>
        <w:t>تاہم جس طرح طاقتور مومن کے لیے خیر ہے یعنی وہ زیادہ بڑے کام کر سکتا ہے، اسی طرح کمزور مومن کے لیے بھی خیر ہے بشرط کہ اس کے اندر سچی ایمانی سپرٹ پائی جائے۔</w:t>
      </w:r>
    </w:p>
    <w:p>
      <w:r>
        <w:rPr>
          <w:b/>
        </w:rPr>
        <w:t xml:space="preserve">[32:07] </w:t>
      </w:r>
      <w:r>
        <w:t>taqatwar momin ke liye khair yeh hai ke woh apni taqat ki bina par deen ke liye zyada barhe barhe kaam kar sakta hai.</w:t>
      </w:r>
    </w:p>
    <w:p>
      <w:pPr>
        <w:jc w:val="right"/>
      </w:pPr>
      <w:r>
        <w:t>طاقتور مومن کے لیے خیر یہ ہے کہ وہ اپنی طاقت کی بنا پر دین کے لیے زیادہ بڑے بڑے کام کر سکتا ہے۔</w:t>
      </w:r>
    </w:p>
    <w:p>
      <w:r>
        <w:rPr>
          <w:b/>
        </w:rPr>
        <w:t xml:space="preserve">[32:16] </w:t>
      </w:r>
      <w:r>
        <w:t>lekin Allah ka atiya yehin tak mehdood nahin. Allah ka atiya itna waseeh hai ke kamzor momin agar istihqaaq paida kare to woh bhi aala khair tak pahunch sakta hai.</w:t>
      </w:r>
    </w:p>
    <w:p>
      <w:pPr>
        <w:jc w:val="right"/>
      </w:pPr>
      <w:r>
        <w:t>لیکن اللہ کا عطیہ یہیں تک محدود نہیں۔ اللہ کا عطیہ اتنا وسیع ہے کہ کمزور مومن اگر استحقاق پیدا کرے تو وہ بھی اعلیٰ خیر تک پہنچ سکتا ہے۔</w:t>
      </w:r>
    </w:p>
    <w:p>
      <w:r>
        <w:rPr>
          <w:b/>
        </w:rPr>
        <w:t xml:space="preserve">[32:31] </w:t>
      </w:r>
      <w:r>
        <w:t>is ka sabab yeh hai ke agar sachi spirit ho to kamzor momin kuch mazeed sifaton ka hamil ho jata hai.</w:t>
      </w:r>
    </w:p>
    <w:p>
      <w:pPr>
        <w:jc w:val="right"/>
      </w:pPr>
      <w:r>
        <w:t>اس کا سبب یہ ہے کہ اگر سچی سپرٹ ہو تو کمزور مومن کچھ مزید صفات کا حامل ہو جاتا ہے۔</w:t>
      </w:r>
    </w:p>
    <w:p>
      <w:r>
        <w:rPr>
          <w:b/>
        </w:rPr>
        <w:t xml:space="preserve">[32:41] </w:t>
      </w:r>
      <w:r>
        <w:t>misalan kamzor momin mein tawazu yani modesty zyada hoti hai. kamzor momin dua aur zikr mein zyada masghool hota hai.</w:t>
      </w:r>
    </w:p>
    <w:p>
      <w:pPr>
        <w:jc w:val="right"/>
      </w:pPr>
      <w:r>
        <w:t>مثلاً کمزور مومن میں تواضع یعنی ماڈیسٹی زیادہ ہوتی ہے۔ کمزور مومن دعا اور ذکر میں زیادہ مشغول ہوتا ہے۔</w:t>
      </w:r>
    </w:p>
    <w:p>
      <w:r>
        <w:rPr>
          <w:b/>
        </w:rPr>
        <w:t xml:space="preserve">[32:52] </w:t>
      </w:r>
      <w:r>
        <w:t>kamzor momin is position mein hota hai ke is ke dil se apne ajz ki bina par aisi duaen niklen jo Allah ki rehmat ko invoke karne wali hon.</w:t>
      </w:r>
    </w:p>
    <w:p>
      <w:pPr>
        <w:jc w:val="right"/>
      </w:pPr>
      <w:r>
        <w:t>کمزور مومن اس پوزیشن میں ہوتا ہے کہ اس کے دل سے اپنے عجز کی بنا پر ایسی دعائیں نکلیں جو اللہ کی رحمت کو انوک کرنے والی ہوں۔</w:t>
      </w:r>
    </w:p>
    <w:p>
      <w:r>
        <w:rPr>
          <w:b/>
        </w:rPr>
        <w:t xml:space="preserve">[33:04] </w:t>
      </w:r>
      <w:r>
        <w:t>is qism ke asbab kamzor momin ki ruhaniyat mein izafa kar dete hain. taqatwar momin agar jismani aitbar se qavi hota hai to kamzor momin apni ruhaniyat ke aitbar se qavi ban jata hai.</w:t>
      </w:r>
    </w:p>
    <w:p>
      <w:pPr>
        <w:jc w:val="right"/>
      </w:pPr>
      <w:r>
        <w:t>اس قسم کے اسباب کمزور مومن کی روحانیت میں اضافہ کر دیتے ہیں۔ طاقتور مومن اگر جسمانی اعتبار سے قوی ہوتا ہے تو کمزور مومن اپنی روحانیت کے اعتبار سے قوی بن جاتا ہے۔</w:t>
      </w:r>
    </w:p>
    <w:p>
      <w:r>
        <w:rPr>
          <w:b/>
        </w:rPr>
        <w:t xml:space="preserve">[33:20] </w:t>
      </w:r>
      <w:r>
        <w:t>taqatwar momin ke liye yeh andesha hota hai ke woh kabhi fakhr yani pride mein mubtala ho jaye. lekin kamzor momin is aitbar se mehfooz rehta hai.</w:t>
      </w:r>
    </w:p>
    <w:p>
      <w:pPr>
        <w:jc w:val="right"/>
      </w:pPr>
      <w:r>
        <w:t>طاقتور مومن کے لیے یہ اندیشہ ہوتا ہے کہ وہ کبھی فخر یعنی پرائیڈ میں مبتلا ہو جائے۔ لیکن کمزور مومن اس اعتبار سے محفوظ رہتا ہے۔</w:t>
      </w:r>
    </w:p>
    <w:p>
      <w:r>
        <w:rPr>
          <w:b/>
        </w:rPr>
        <w:t xml:space="preserve">[33:32] </w:t>
      </w:r>
      <w:r>
        <w:t>woh apne ajz ki bina par zyada se zyada mutawazi yani modest ban jata hai. is tarah kamzor momin apni kamzori ke bawajood is baat ka mustahiq ho jata hai ke Allah is ke ajz ki talafi ke liye is ko apni khususi rehmat ata farmaye.</w:t>
      </w:r>
    </w:p>
    <w:p>
      <w:pPr>
        <w:jc w:val="right"/>
      </w:pPr>
      <w:r>
        <w:t>وہ اپنے عجز کی بنا پر زیادہ سے زیادہ متواضع یعنی ماڈیسٹ بن جاتا ہے۔ اس طرح کمزور مومن اپنی کمزوری کے باوجود اس بات کا مستحق ہو جاتا ہے کہ اللہ اس کے عجز کی تلافی کے لیے اس کو اپنی خصوصی رحمت عطا فرمائے۔</w:t>
      </w:r>
    </w:p>
    <w:p>
      <w:r>
        <w:rPr>
          <w:b/>
        </w:rPr>
        <w:t xml:space="preserve">[33:57] </w:t>
      </w:r>
      <w:r>
        <w:t>apni taameer aap. Quran mein ek nafisyati haqeeqat ko in alfaaz mein bayan kiya gaya hai: "bal al-insanu 'ala nafsihi baseerun wa law alqa ma'adheerahu".</w:t>
      </w:r>
    </w:p>
    <w:p>
      <w:pPr>
        <w:jc w:val="right"/>
      </w:pPr>
      <w:r>
        <w:t>اپنی تعمیر آپ۔ قرآن میں ایک نفسیاتی حقیقت کو ان الفاظ میں بیان کیا گیا ہے: "بل الانسان علی نفسی بصیرہ ولو القی معاذیرہ"۔</w:t>
      </w:r>
    </w:p>
    <w:p>
      <w:r>
        <w:rPr>
          <w:b/>
        </w:rPr>
        <w:t xml:space="preserve">[34:12] </w:t>
      </w:r>
      <w:r>
        <w:t>yani balkeh insan khud apne aap se khoob ba khabar hai chahe woh kitne hi azraat pesh kare.</w:t>
      </w:r>
    </w:p>
    <w:p>
      <w:pPr>
        <w:jc w:val="right"/>
      </w:pPr>
      <w:r>
        <w:t>یعنی بلکہ انسان خود اپنے آپ سے خوب باخبر ہے چاہے وہ کتنے ہی عذرات پیش کرے۔</w:t>
      </w:r>
    </w:p>
    <w:p>
      <w:r>
        <w:rPr>
          <w:b/>
        </w:rPr>
        <w:t xml:space="preserve">[34:21] </w:t>
      </w:r>
      <w:r>
        <w:t>Quran ki is ayat mein ek nafisyati haqeeqat ka hawala diya gaya hai. yeh nafisyati haqeeqat har insan ke liye ek hujjat dakhili ki hesiyat rakhti hai.</w:t>
      </w:r>
    </w:p>
    <w:p>
      <w:pPr>
        <w:jc w:val="right"/>
      </w:pPr>
      <w:r>
        <w:t>قرآن کی اس آیت میں ایک نفسیاتی حقیقت کا حوالہ دیا گیا ہے۔ یہ نفسیاتی حقیقت ہر انسان کے لیے ایک حجت داخلی کی حیثیت رکھتی ہے۔</w:t>
      </w:r>
    </w:p>
    <w:p>
      <w:r>
        <w:rPr>
          <w:b/>
        </w:rPr>
        <w:t xml:space="preserve">[34:34] </w:t>
      </w:r>
      <w:r>
        <w:t>insan bazahir doosre haiwanat ki tarah ek haiwan hai magar insan ke andar ek sifat aisi hai jo is ke liye ghair mushtarak sifat ki hesiyat rakhti hai.</w:t>
      </w:r>
    </w:p>
    <w:p>
      <w:pPr>
        <w:jc w:val="right"/>
      </w:pPr>
      <w:r>
        <w:t>انسان بظاہر دوسرے حیوانات کی طرح ایک حیوان ہے مگر انسان کے اندر ایک صفت ایسی ہے جو اس کے لیے غیر مشترک صفت کی حیثیت رکھتی ہے۔</w:t>
      </w:r>
    </w:p>
    <w:p>
      <w:r>
        <w:rPr>
          <w:b/>
        </w:rPr>
        <w:t xml:space="preserve">[34:48] </w:t>
      </w:r>
      <w:r>
        <w:t>yeh sifat sirf insan ke andar pai jati hai, kisi aur haiwan ke andar nahin. ego ki sifat insan aur doosre tamam haiwanat mein ghair mushtarak taur par pai jati hai.</w:t>
      </w:r>
    </w:p>
    <w:p>
      <w:pPr>
        <w:jc w:val="right"/>
      </w:pPr>
      <w:r>
        <w:t>یہ صفت صرف انسان کے اندر پائی جاتی ہے، کسی اور حیوان کے اندر نہیں۔ ایگو کی صفت انسان اور دوسرے تمام حیوانات میں غیر مشترک طور پر پائی جاتی ہے۔</w:t>
      </w:r>
    </w:p>
    <w:p>
      <w:r>
        <w:rPr>
          <w:b/>
        </w:rPr>
        <w:t xml:space="preserve">[35:03] </w:t>
      </w:r>
      <w:r>
        <w:t>kisi mein kam, kisi mein zyada. magar ek izafi sifat hai jo sirf insan ko di gayi hai. yeh sifat kisi bhi haiwan ke andar mutlaq taur par maujood nahin hai.</w:t>
      </w:r>
    </w:p>
    <w:p>
      <w:pPr>
        <w:jc w:val="right"/>
      </w:pPr>
      <w:r>
        <w:t>کسی میں کم، کسی میں زیادہ۔ مگر ایک اضافی صفت ہے جو صرف انسان کو دی گئی ہے۔ یہ صفت کسی بھی حیوان کے اندر مطلق طور پر موجود نہیں ہے۔</w:t>
      </w:r>
    </w:p>
    <w:p>
      <w:r>
        <w:rPr>
          <w:b/>
        </w:rPr>
        <w:t xml:space="preserve">[35:18] </w:t>
      </w:r>
      <w:r>
        <w:t>yeh hai zamir yani conscience ki sifat. yani self ke sath anti self ki sifat. yeh farq batata hai ke insan se yeh matloob hai ke woh ek self made man bane aur is ki soorat yeh hai ke woh apni nigrani khud kare.</w:t>
      </w:r>
    </w:p>
    <w:p>
      <w:pPr>
        <w:jc w:val="right"/>
      </w:pPr>
      <w:r>
        <w:t>یہ ہے ضمیر یعنی کانشینس کی صفت۔ یعنی سیلف کے ساتھ اینٹی سیلف کی صفت۔ یہ فرق بتاتا ہے کہ انسان سے یہ مطلوب ہے کہ وہ ایک سیلف میڈ مین بنے اور اس کی صورت یہ ہے کہ وہ اپنی نگرانی خود کرے۔</w:t>
      </w:r>
    </w:p>
    <w:p>
      <w:r>
        <w:rPr>
          <w:b/>
        </w:rPr>
        <w:t xml:space="preserve">[35:37] </w:t>
      </w:r>
      <w:r>
        <w:t>woh apne andar self correction ka process jari kare. woh taameer khwish ka namuna ban jaye. insan ko is ke khaliq ne mixture of opposites banaya hai.</w:t>
      </w:r>
    </w:p>
    <w:p>
      <w:pPr>
        <w:jc w:val="right"/>
      </w:pPr>
      <w:r>
        <w:t>وہ اپنے اندر سیلف کریکشن کا پروسیس جاری کرے۔ وہ تعمیر خویش کا نمونہ بن جائے۔ انسان کو اس کے خالق نے مکسچر آف اپوزٹس بنایا ہے۔</w:t>
      </w:r>
    </w:p>
    <w:p>
      <w:r>
        <w:rPr>
          <w:b/>
        </w:rPr>
        <w:t xml:space="preserve">[35:51] </w:t>
      </w:r>
      <w:r>
        <w:t>yeh insan ke upar is ke khaliq ka ehsan azeem hai. khaliq yeh chahta hai ke insan self discovery ki satah par khara ho.</w:t>
      </w:r>
    </w:p>
    <w:p>
      <w:pPr>
        <w:jc w:val="right"/>
      </w:pPr>
      <w:r>
        <w:t>یہ انسان کے اوپر اس کے خالق کا احسان عظیم ہے۔ خالق یہ چاہتا ہے کہ انسان سیلف ڈسکوری کی سطح پر کھڑا ہو۔</w:t>
      </w:r>
    </w:p>
    <w:p>
      <w:r>
        <w:rPr>
          <w:b/>
        </w:rPr>
        <w:t xml:space="preserve">[36:02] </w:t>
      </w:r>
      <w:r>
        <w:t>woh apni ghalti ko khud daryaft kar ke is ki islaah karta rahe. Khuda ki kitab aur kainat ki nishaniyan bilashuba insan ke liye madadgar hain.</w:t>
      </w:r>
    </w:p>
    <w:p>
      <w:pPr>
        <w:jc w:val="right"/>
      </w:pPr>
      <w:r>
        <w:t>وہ اپنی غلطی کو خود دریافت کر کے اس کی اصلاح کرتا رہے۔ خدا کی کتاب اور کائنات کی نشانیاں بلاشبہ انسان کے لیے مددگار ہیں۔</w:t>
      </w:r>
    </w:p>
    <w:p>
      <w:r>
        <w:rPr>
          <w:b/>
        </w:rPr>
        <w:t xml:space="preserve">[36:14] </w:t>
      </w:r>
      <w:r>
        <w:t>isi ke sath insan ko yeh karna hai ke woh apne aap ko khud apne amal se jannat ke liye ek mustahiq ummeedwar yani deserving candidate banaye.</w:t>
      </w:r>
    </w:p>
    <w:p>
      <w:pPr>
        <w:jc w:val="right"/>
      </w:pPr>
      <w:r>
        <w:t>اسی کے ساتھ انسان کو یہ کرنا ہے کہ وہ اپنے آپ کو خود اپنے عمل سے جنت کے لیے ایک مستحق امیدوار یعنی ڈیزرونگ کینڈیڈیٹ بنائے۔</w:t>
      </w:r>
    </w:p>
    <w:p>
      <w:r>
        <w:rPr>
          <w:b/>
        </w:rPr>
        <w:t xml:space="preserve">[36:28] </w:t>
      </w:r>
      <w:r>
        <w:t>insan ke liye Allah ne jannat ko muqaddar kiya hai. jannat insan ka habitat hai. jannat woh jagah hai jahan insan ki tamam khwahishen poori hon gi.</w:t>
      </w:r>
    </w:p>
    <w:p>
      <w:pPr>
        <w:jc w:val="right"/>
      </w:pPr>
      <w:r>
        <w:t>انسان کے لیے اللہ نے جنت کو مقدر کیا ہے۔ جنت انسان کا ہیبیٹٹ ہے۔ جنت وہ جگہ ہے جہاں انسان کی تمام خواہشیں پوری ہوں گی۔</w:t>
      </w:r>
    </w:p>
    <w:p>
      <w:r>
        <w:rPr>
          <w:b/>
        </w:rPr>
        <w:t xml:space="preserve">[36:42] </w:t>
      </w:r>
      <w:r>
        <w:t>jahan insan ko mukammal maanon mein fulfillment hasil hoga. is qism ki jannat bilashuba insan ke liye khaliq ka sab se bara atiya hai.</w:t>
      </w:r>
    </w:p>
    <w:p>
      <w:pPr>
        <w:jc w:val="right"/>
      </w:pPr>
      <w:r>
        <w:t>جہاں انسان کو مکمل معنوں میں فلفلمنٹ حاصل ہوگا۔ اس قسم کی جنت بلاشبہ انسان کے لیے خالق کا سب سے بڑا عطیہ ہے۔</w:t>
      </w:r>
    </w:p>
    <w:p>
      <w:r>
        <w:rPr>
          <w:b/>
        </w:rPr>
        <w:t xml:space="preserve">[36:55] </w:t>
      </w:r>
      <w:r>
        <w:t>insan ke upar khaliq ka mazeed ehsan yeh hai ke is ne yeh faisla kiya ke insan ko jannat yeh keh kar di jaye ke tum ko jannat bator istihqaaq di ja rahi hai.</w:t>
      </w:r>
    </w:p>
    <w:p>
      <w:pPr>
        <w:jc w:val="right"/>
      </w:pPr>
      <w:r>
        <w:t>انسان کے اوپر خالق کا مزید احسان یہ ہے کہ اس نے یہ فیصلہ کیا کہ انسان کو جنت یہ کہہ کر دی جائے کہ تم کو جنت بطور استحقاق دی جا رہی ہے۔</w:t>
      </w:r>
    </w:p>
    <w:p>
      <w:r>
        <w:rPr>
          <w:b/>
        </w:rPr>
        <w:t xml:space="preserve">[37:08] </w:t>
      </w:r>
      <w:r>
        <w:t>agarche dene wala phir bhi khaliq hoga. khaliq ke baghair insan is dunya mein koi bhi cheez hasil nahi kar sakta.</w:t>
      </w:r>
    </w:p>
    <w:p>
      <w:pPr>
        <w:jc w:val="right"/>
      </w:pPr>
      <w:r>
        <w:t>اگرچہ دینے والا پھر بھی خالق ہوگا۔ خالق کے بغیر انسان اس دنیا میں کوئی بھی چیز حاصل نہیں کر سکتا۔</w:t>
      </w:r>
    </w:p>
    <w:p>
      <w:r>
        <w:rPr>
          <w:b/>
        </w:rPr>
        <w:t xml:space="preserve">[37:18] </w:t>
      </w:r>
      <w:r>
        <w:t>lekin yeh khaliq ki khasoosi inayat hai ke woh insan ko jannat yeh keh kar de ke tum ne apne amal se apne aap ko jannat ka mustahiq sabit kiya hai.</w:t>
      </w:r>
    </w:p>
    <w:p>
      <w:pPr>
        <w:jc w:val="right"/>
      </w:pPr>
      <w:r>
        <w:t>لیکن یہ خالق کی خصوصی عنایت ہے کہ وہ انسان کو جنت یہ کہہ کر دے کہ تم نے اپنے عمل سے اپنے آپ کو جنت کا مستحق ثابت کیا ہے۔</w:t>
      </w:r>
    </w:p>
    <w:p>
      <w:r>
        <w:rPr>
          <w:b/>
        </w:rPr>
        <w:t xml:space="preserve">[37:31] </w:t>
      </w:r>
      <w:r>
        <w:t>is liye tum ko jannat di ja rahi hai. ab tum is mein abadi tor par dar aur khauf se mehfooz ho kar qayam karo.</w:t>
      </w:r>
    </w:p>
    <w:p>
      <w:pPr>
        <w:jc w:val="right"/>
      </w:pPr>
      <w:r>
        <w:t>اس لیے تم کو جنت دی جا رہی ہے۔ اب تم اس میں ابدی طور پر ڈر اور خوف سے محفوظ ہو کر قیام کرو۔</w:t>
      </w:r>
    </w:p>
    <w:p>
      <w:r>
        <w:rPr>
          <w:b/>
        </w:rPr>
        <w:t xml:space="preserve">[37:41] </w:t>
      </w:r>
      <w:r>
        <w:t>is silsile mein ek hadith ka mutala bohat ahem hai. woh hadith in alfaz mein aayi hai: "wallazi nafsi biyadih law lam tudhnabu lazahab Allahu bikum walaja bi qawmin yudhnibuna fastaghfirunallaha fiyaghfiru lahum".</w:t>
      </w:r>
    </w:p>
    <w:p>
      <w:pPr>
        <w:jc w:val="right"/>
      </w:pPr>
      <w:r>
        <w:t>اس سلسلے میں ایک حدیث کا مطالعہ بہت اہم ہے۔ وہ حدیث ان الفاظ میں آئی ہے: "والذی نفسی بیدیہ لو لم تذنبوا لذہب اللہ بکم ولجا بقوم یذنبون فیستغفرون اللہ فیغفر لہم"۔</w:t>
      </w:r>
    </w:p>
    <w:p>
      <w:r>
        <w:rPr>
          <w:b/>
        </w:rPr>
        <w:t xml:space="preserve">[38:04] </w:t>
      </w:r>
      <w:r>
        <w:t>sahih muslim. yani is zaat ki qasam jis ke hath mein meri jaan hai, agar tum gunah na karo to Allah tum ko hata de ga aur aisi qaum ko laye ga jo gunah kare phir Allah se maghfirat talab kare to Allah unhein maaf farma de ga.</w:t>
      </w:r>
    </w:p>
    <w:p>
      <w:pPr>
        <w:jc w:val="right"/>
      </w:pPr>
      <w:r>
        <w:t>صحیح مسلم۔ یعنی اس ذات کی قسم جس کے ہاتھ میں میری جان ہے، اگر تم گناہ نہ کرو تو اللہ تم کو ہٹا دے گا اور ایسی قوم کو لائے گا جو گناہ کرے پھر اللہ سے مغفرت طلب کرے تو اللہ انہیں معاف فرما دے گا۔</w:t>
      </w:r>
    </w:p>
    <w:p>
      <w:r>
        <w:rPr>
          <w:b/>
        </w:rPr>
        <w:t xml:space="preserve">[38:24] </w:t>
      </w:r>
      <w:r>
        <w:t>is hadith mein gunah aur maghfirat ka zikr hai. is se maloom hota hai ke is mamle mein ziyada ahem baat kya hai.</w:t>
      </w:r>
    </w:p>
    <w:p>
      <w:pPr>
        <w:jc w:val="right"/>
      </w:pPr>
      <w:r>
        <w:t>اس حدیث میں گناہ اور مغفرت کا ذکر ہے۔ اس سے معلوم ہوتا ہے کہ اس معاملے میں زیادہ اہم بات کیا ہے۔</w:t>
      </w:r>
    </w:p>
    <w:p>
      <w:r>
        <w:rPr>
          <w:b/>
        </w:rPr>
        <w:t xml:space="preserve">[38:33] </w:t>
      </w:r>
      <w:r>
        <w:t>woh gunah ke aur maghfirat ke darmiyan jari hone wala nafsiati amal yani psychological process hai.</w:t>
      </w:r>
    </w:p>
    <w:p>
      <w:pPr>
        <w:jc w:val="right"/>
      </w:pPr>
      <w:r>
        <w:t>وہ گناہ کے اور مغفرت کے درمیان جاری ہونے والا نفسیاتی عمل یعنی سائیکلوجیکل پروسیس ہے۔</w:t>
      </w:r>
    </w:p>
    <w:p>
      <w:r>
        <w:rPr>
          <w:b/>
        </w:rPr>
        <w:t xml:space="preserve">[38:42] </w:t>
      </w:r>
      <w:r>
        <w:t>jab insan koi gunah karta hai to woh is ke ego ka feal hota hai magar ain usi waqt insan ki doosri sifat zamir jaag uthti hai.</w:t>
      </w:r>
    </w:p>
    <w:p>
      <w:pPr>
        <w:jc w:val="right"/>
      </w:pPr>
      <w:r>
        <w:t>جب انسان کوئی گناہ کرتا ہے تو وہ اس کے ایگو کا فعل ہوتا ہے مگر عین اسی وقت انسان کی دوسری صفت ضمیر جاگ اٹھتی ہے۔</w:t>
      </w:r>
    </w:p>
    <w:p>
      <w:r>
        <w:rPr>
          <w:b/>
        </w:rPr>
        <w:t xml:space="preserve">[38:54] </w:t>
      </w:r>
      <w:r>
        <w:t>is ke andar shadeed nadamat ka amal jari ho jata hai. is tarah insan ke andar ek dakhili struggle jari ho jata hai.</w:t>
      </w:r>
    </w:p>
    <w:p>
      <w:pPr>
        <w:jc w:val="right"/>
      </w:pPr>
      <w:r>
        <w:t>اس کے اندر شدید ندامت کا عمل جاری ہو جاتا ہے۔ اس طرح انسان کے اندر ایک داخلی سٹرگل جاری ہو جاتا ہے۔</w:t>
      </w:r>
    </w:p>
    <w:p>
      <w:r>
        <w:rPr>
          <w:b/>
        </w:rPr>
        <w:t xml:space="preserve">[39:03] </w:t>
      </w:r>
      <w:r>
        <w:t>yani ego aur zamir ya self aur anti-self ke darmiyan dakhili struggle. is dakhili struggle ke zariye insan ke andar ek nayi shakhsiyat emerge karti hai.</w:t>
      </w:r>
    </w:p>
    <w:p>
      <w:pPr>
        <w:jc w:val="right"/>
      </w:pPr>
      <w:r>
        <w:t>یعنی ایگو اور ضمیر یا سیلف اور اینٹی سیلف کے درمیان داخلی سٹرگل۔ اس داخلی سٹرگل کے ذریعے انسان کے اندر ایک نئی شخصیت امرج کرتی ہے۔</w:t>
      </w:r>
    </w:p>
    <w:p>
      <w:r>
        <w:rPr>
          <w:b/>
        </w:rPr>
        <w:t xml:space="preserve">[39:18] </w:t>
      </w:r>
      <w:r>
        <w:t>yeh shakhsiyat ehsas-e-khata ke baghair ban nahi sakti.</w:t>
      </w:r>
    </w:p>
    <w:p>
      <w:pPr>
        <w:jc w:val="right"/>
      </w:pPr>
      <w:r>
        <w:t>یہ شخصیت احساس خطا کے بغیر بن نہیں سکتی۔</w:t>
      </w:r>
    </w:p>
    <w:p>
      <w:r>
        <w:rPr>
          <w:b/>
        </w:rPr>
        <w:t xml:space="preserve">[39:27] </w:t>
      </w:r>
      <w:r>
        <w:t>insan ki takhleeq. quran ki ek surah ka naam at-teen hai. is ka tarjuma yeh hai: "gawah hai teen aur zaitoon aur toor seenai aur yeh balad-e-ameen.</w:t>
      </w:r>
    </w:p>
    <w:p>
      <w:pPr>
        <w:jc w:val="right"/>
      </w:pPr>
      <w:r>
        <w:t>انسان کی تخلیق۔ قرآن کی ایک سورہ کا نام التین ہے۔ اس کا ترجمہ یہ ہے: "گواہ ہے تین اور زیتون اور طور سینہ اور یہ بلد امین۔</w:t>
      </w:r>
    </w:p>
    <w:p>
      <w:r>
        <w:rPr>
          <w:b/>
        </w:rPr>
        <w:t xml:space="preserve">[39:41] </w:t>
      </w:r>
      <w:r>
        <w:t>hum ne insan ko behtareen saakht par paida kiya phir is ko sab se neeche phenk diya. lekin jo log iman laye aur achhe kaam kiye to un ke liye kabhi na khatam hone wala ajar hai." to ab kya hai jis se tum jaza-o-saza ko jhutlate ho?</w:t>
      </w:r>
    </w:p>
    <w:p>
      <w:pPr>
        <w:jc w:val="right"/>
      </w:pPr>
      <w:r>
        <w:t>ہم نے انسان کو بہترین ساخت پر پیدا کیا پھر اس کو سب سے نیچے پھینک دیا۔ لیکن جو لوگ ایمان لائے اور اچھے کام کیے تو ان کے لیے کبھی نہ ختم ہونے والا اجر ہے۔" تو اب کیا ہے جس سے تم جزا و سزا کو جھٹلاتے ہو؟</w:t>
      </w:r>
    </w:p>
    <w:p>
      <w:r>
        <w:rPr>
          <w:b/>
        </w:rPr>
        <w:t xml:space="preserve">[40:01] </w:t>
      </w:r>
      <w:r>
        <w:t>kya Allah sab hakimoun se bada hakim nahi? at-teen, zaitoon, toor seenai aur balad-e-ameen.</w:t>
      </w:r>
    </w:p>
    <w:p>
      <w:pPr>
        <w:jc w:val="right"/>
      </w:pPr>
      <w:r>
        <w:t>کیا اللہ سب حاکموں سے بڑا حاکم نہیں؟ التین، زیتون، طور سینین اور بلد امین۔</w:t>
      </w:r>
    </w:p>
    <w:p>
      <w:r>
        <w:rPr>
          <w:b/>
        </w:rPr>
        <w:t xml:space="preserve">[40:10] </w:t>
      </w:r>
      <w:r>
        <w:t>yeh charon ilaqe char paighambaron ke maqamat-e-amal the. at-teen ka talluq Hazrat Nuh se hai. zaitoon ka talluq Hazrat Masih se hai.</w:t>
      </w:r>
    </w:p>
    <w:p>
      <w:pPr>
        <w:jc w:val="right"/>
      </w:pPr>
      <w:r>
        <w:t>یہ چاروں علاقے چار پیغمبروں کے مقامات عمل تھے۔ التین کا تعلق حضرت نوح سے ہے۔ زیتون کا تعلق حضرت مسیح سے ہے۔</w:t>
      </w:r>
    </w:p>
    <w:p>
      <w:r>
        <w:rPr>
          <w:b/>
        </w:rPr>
        <w:t xml:space="preserve">[40:23] </w:t>
      </w:r>
      <w:r>
        <w:t>toor ka talluq Hazrat Musa se hai. aur balad-e-ameen yani Makka ka talluq Paighambar-e-Islam se hai. in paighambaron ne insan ko bataya ke Allah Rabb-ul-Alameen ka naqsha takhleeq kiya hai aur is ke mutabiq Allah insan se kya muamla karne wala hai.</w:t>
      </w:r>
    </w:p>
    <w:p>
      <w:pPr>
        <w:jc w:val="right"/>
      </w:pPr>
      <w:r>
        <w:t>طور کا تعلق حضرت موسیٰ سے ہے۔ اور بلد امین یعنی مکہ کا تعلق پیغمبر اسلام سے ہے۔ ان پیغمبروں نے انسان کو بتایا کہ اللہ رب العالمین کا نقشہ تخلیق کیا ہے اور اس کے مطابق اللہ انسان سے کیا معاملہ کرنے والا ہے۔</w:t>
      </w:r>
    </w:p>
    <w:p>
      <w:r>
        <w:rPr>
          <w:b/>
        </w:rPr>
        <w:t xml:space="preserve">[40:45] </w:t>
      </w:r>
      <w:r>
        <w:t>khaliq ne insan ko ahsan-e-taqweem yani best form mein paida kiya phir is ko asfal-e-safileen yani kamtareen halat mein daal diya.</w:t>
      </w:r>
    </w:p>
    <w:p>
      <w:pPr>
        <w:jc w:val="right"/>
      </w:pPr>
      <w:r>
        <w:t>خالق نے انسان کو احسن تقویل یعنی بیسٹ فارم میں پیدا کیا پھر اس کو اسفل صافلین یعنی کمترین حالت میں ڈال دیا۔</w:t>
      </w:r>
    </w:p>
    <w:p>
      <w:r>
        <w:rPr>
          <w:b/>
        </w:rPr>
        <w:t xml:space="preserve">[40:56] </w:t>
      </w:r>
      <w:r>
        <w:t>is se murad yeh hai ke insan ko is ki takhleeq ke mutabiq jo habitat matloob hai is dunya mein woh habitat insan ko nahi diya gaya balkeh ek aisi dunya mein is ko basaya gaya jo insan ke liye matloob habitat nahi tha.</w:t>
      </w:r>
    </w:p>
    <w:p>
      <w:pPr>
        <w:jc w:val="right"/>
      </w:pPr>
      <w:r>
        <w:t>اس سے مراد یہ ہے کہ انسان کو اس کی تخلیق کے مطابق جو ہیبیٹٹ مطلوب ہے اس دنیا میں وہ ہیبیٹٹ انسان کو نہیں دیا گیا بلکہ ایک ایسی دنیا میں اس کو بسایا گیا جو انسان کے لیے مطلوب ہیبیٹٹ نہیں تھا۔</w:t>
      </w:r>
    </w:p>
    <w:p>
      <w:r>
        <w:rPr>
          <w:b/>
        </w:rPr>
        <w:t xml:space="preserve">[41:16] </w:t>
      </w:r>
      <w:r>
        <w:t>maujooda dunya insan ko aam taqseem ke usool par kisi istihqaaq ke baghair mili hai magar habitat sirf is insan ko mile ga jo maujooda dunya mein apne kirdaar se is ka istihqaaq sabit kare.</w:t>
      </w:r>
    </w:p>
    <w:p>
      <w:pPr>
        <w:jc w:val="right"/>
      </w:pPr>
      <w:r>
        <w:t>موجودہ دنیا انسان کو عام تقسیم کے اصول پر کسی استحقاق کے بغیر ملی ہے مگر ہیبیٹٹ صرف اس انسان کو ملے گا جو موجودہ دنیا میں اپنے کردار سے اس کا استحقاق ثابت کرے۔</w:t>
      </w:r>
    </w:p>
    <w:p>
      <w:r>
        <w:rPr>
          <w:b/>
        </w:rPr>
        <w:t xml:space="preserve">[41:34] </w:t>
      </w:r>
      <w:r>
        <w:t>is farq ki bina par maujooda dunya mein insan ka yeh haal hai ke woh hamesha ghair mutmain rehta hai. koi bhi cheez is ko sukoon nahi deti kyunke jis cheez se is ko sukoon mil sakta hai woh is ka habitat hai jo ke maujooda dunya mein is ko diya hi nahi gaya.</w:t>
      </w:r>
    </w:p>
    <w:p>
      <w:pPr>
        <w:jc w:val="right"/>
      </w:pPr>
      <w:r>
        <w:t>اس فرق کی بنا پر موجودہ دنیا میں انسان کا یہ حال ہے کہ وہ ہمیشہ غیر مطمئن رہتا ہے۔ کوئی بھی چیز اس کو سکون نہیں دیتی کیونکہ جس چیز سے اس کو سکون مل سکتا ہے وہ اس کا ہیبیٹٹ ہے جو کہ موجودہ دنیا میں اس کو دیا ہی نہیں گیا۔</w:t>
      </w:r>
    </w:p>
    <w:p>
      <w:r>
        <w:rPr>
          <w:b/>
        </w:rPr>
        <w:t xml:space="preserve">[41:55] </w:t>
      </w:r>
      <w:r>
        <w:t>yahi maujooda dunya mein insan ka asal masla hai. is ki ek maadi misaal machhli hai. machhli ki saakht doosre haiwanat se mukhtalif hoti hai.</w:t>
      </w:r>
    </w:p>
    <w:p>
      <w:pPr>
        <w:jc w:val="right"/>
      </w:pPr>
      <w:r>
        <w:t>یہی موجودہ دنیا میں انسان کا اصل مسئلہ ہے۔ اس کی ایک مادی مثال مچھلی ہے۔ مچھلی کی ساخت دوسرے حیوانات سے مختلف ہوتی ہے۔</w:t>
      </w:r>
    </w:p>
    <w:p>
      <w:r>
        <w:rPr>
          <w:b/>
        </w:rPr>
        <w:t xml:space="preserve">[42:07] </w:t>
      </w:r>
      <w:r>
        <w:t>tamam haiwanat ki zindagi ke liye oxygen zaroori hai. tamam haiwanat hawa se oxygen hasil karte hain lekin machhli ki saakht mukhtalif hai.</w:t>
      </w:r>
    </w:p>
    <w:p>
      <w:pPr>
        <w:jc w:val="right"/>
      </w:pPr>
      <w:r>
        <w:t>تمام حیوانات کی زندگی کے لیے اکسیجن ضروری ہے۔ تمام حیوانات ہوا سے اکسیجن حاصل کرتے ہیں لیکن مچھلی کی ساخت مختلف ہے۔</w:t>
      </w:r>
    </w:p>
    <w:p>
      <w:r>
        <w:rPr>
          <w:b/>
        </w:rPr>
        <w:t xml:space="preserve">[42:19] </w:t>
      </w:r>
      <w:r>
        <w:t>machhli sirf pani mein tahleel shuda oxygen yani dissolved oxygen se oxygen hasil kar sakti hai. yahi wajah hai ke machhli pani ke bahar tarapti rehti hai.</w:t>
      </w:r>
    </w:p>
    <w:p>
      <w:pPr>
        <w:jc w:val="right"/>
      </w:pPr>
      <w:r>
        <w:t>مچھلی صرف پانی میں تحلیل شدہ اکسیجن یعنی ڈیزالوڈ اکسیجن سے اکسیجن حاصل کر سکتی ہے۔ یہی وجہ ہے کہ مچھلی پانی کے باہر تڑپتی رہتی ہے۔</w:t>
      </w:r>
    </w:p>
    <w:p>
      <w:r>
        <w:rPr>
          <w:b/>
        </w:rPr>
        <w:t xml:space="preserve">[42:33] </w:t>
      </w:r>
      <w:r>
        <w:t>wahan hawa maujood hoti hai lekin wahan is ke liye tahleel shuda oxygen maujood nahi hota. doosre lafzon mein yeh ke pani machhli ka habitat hai.</w:t>
      </w:r>
    </w:p>
    <w:p>
      <w:pPr>
        <w:jc w:val="right"/>
      </w:pPr>
      <w:r>
        <w:t>وہاں ہوا موجود ہوتی ہے لیکن وہاں اس کے لیے تحلیل شدہ اکسیجن موجود نہیں ہوتا۔ دوسرے لفظوں میں یہ کہ پانی مچھلی کا ہیبیٹٹ ہے۔</w:t>
      </w:r>
    </w:p>
    <w:p>
      <w:r>
        <w:rPr>
          <w:b/>
        </w:rPr>
        <w:t xml:space="preserve">[42:45] </w:t>
      </w:r>
      <w:r>
        <w:t>machhli apne habitat mein sukoon ke sath rehti hai lekin habitat ke bahar woh bechain ho jati hai. insan ki yahi woh halat hai jis ko tumhara dard na ho.</w:t>
      </w:r>
    </w:p>
    <w:p>
      <w:pPr>
        <w:jc w:val="right"/>
      </w:pPr>
      <w:r>
        <w:t>مچھلی اپنے ہیبیٹٹ میں سکون کے ساتھ رہتی ہے لیکن ہیبیٹٹ کے باہر وہ بے چین ہو جاتی ہے۔ انسان کی یہی وہ حالت ہے جس کو تمہارا درد نہ ہو۔</w:t>
      </w:r>
    </w:p>
    <w:p>
      <w:r>
        <w:rPr>
          <w:b/>
        </w:rPr>
        <w:t xml:space="preserve">[42:58] </w:t>
      </w:r>
      <w:r>
        <w:t>asfal safilin ke alfaaz mein bayan kiya gaya hai. insaan ka habitat jannat hai. maujooda duniya mein insaan ko jannat haasil nahin rehti is liye yahan woh bechain rehta hai.</w:t>
      </w:r>
    </w:p>
    <w:p>
      <w:pPr>
        <w:jc w:val="right"/>
      </w:pPr>
      <w:r>
        <w:t>اسفل صافلین کے الفاظ میں بیان کیا گیا ہے۔ انسان کا ہیبیٹٹ جنت ہے۔ موجودہ دنیا میں انسان کو جنت حاصل نہیں رہتی اس لیے یہاں وہ بے چین رہتا ہے۔</w:t>
      </w:r>
    </w:p>
    <w:p>
      <w:r>
        <w:rPr>
          <w:b/>
        </w:rPr>
        <w:t xml:space="preserve">[43:12] </w:t>
      </w:r>
      <w:r>
        <w:t>insaan ko chahiye ke woh apni is haalat par ghaur kare. woh ghaur o fikr ke zariye apne habitat yaani jannat ko daryaft kare aur phir jannat ke mutabiq amal kar ke aalam e aakhirat mein woh apne habitat yaani jannat ko paaye aur wahan abadi khushi ki zindagi guzare.</w:t>
      </w:r>
    </w:p>
    <w:p>
      <w:pPr>
        <w:jc w:val="right"/>
      </w:pPr>
      <w:r>
        <w:t>انسان کو چاہیے کہ وہ اپنی اس حالت پر غور کرے۔ وہ غور و فکر کے ذریعے اپنے ہیبیٹٹ یعنی جنت کو دریافت کرے اور پھر جنت کے مطابق عمل کر کے عالم آخرت میں وہ اپنے ہیبیٹٹ یعنی جنت کو پائے اور وہاں ابدی خوشی کی زندگی گزارے۔</w:t>
      </w:r>
    </w:p>
    <w:p>
      <w:r>
        <w:rPr>
          <w:b/>
        </w:rPr>
        <w:t xml:space="preserve">[43:34] </w:t>
      </w:r>
      <w:r>
        <w:t>illa allazina aamano se murad yahi hai. yahan imaan se murad yeh hai ke aadmi paighambar ki rehnumai par tadabbur kare.</w:t>
      </w:r>
    </w:p>
    <w:p>
      <w:pPr>
        <w:jc w:val="right"/>
      </w:pPr>
      <w:r>
        <w:t>الا الذین آمنوا سے مراد یہی ہے۔ یہاں ایمان سے مراد یہ ہے کہ آدمی پیغمبر کی رہنمائی پر تدبر کرے۔</w:t>
      </w:r>
    </w:p>
    <w:p>
      <w:r>
        <w:rPr>
          <w:b/>
        </w:rPr>
        <w:t xml:space="preserve">[43:45] </w:t>
      </w:r>
      <w:r>
        <w:t>woh paighambar ki rehnumai ke zariye Allah ke takhleeqi naqshe ko jaane. wa'amalsalihaat ka matlab yeh hai ke aadmi ko chahiye ke woh imani daryaft ke mutabiq apni zindagi ka durust naqsha banaye.</w:t>
      </w:r>
    </w:p>
    <w:p>
      <w:pPr>
        <w:jc w:val="right"/>
      </w:pPr>
      <w:r>
        <w:t>وہ پیغمبر کی رہنمائی کے ذریعے اللہ کے تخلیقی نقشے کو جانے۔ وعمل الصالحات کا مطلب یہ ہے کہ آدمی کو چاہیے کہ وہ ایمانی دریافت کے مطابق اپنی زندگی کا درست نقشہ بنائے۔</w:t>
      </w:r>
    </w:p>
    <w:p>
      <w:r>
        <w:rPr>
          <w:b/>
        </w:rPr>
        <w:t xml:space="preserve">[44:03] </w:t>
      </w:r>
      <w:r>
        <w:t>woh apni amli zindagi ko imani daryaft ke mutabiq taameer kare. alaihissallam bihakmul hakimin ka matlab yeh hai ke Allah ki shaan ke khilaaf hai ke woh insaan ko ahsan taqweem ke saath paida kare aur phir is ko abadi taur par asfal safilin mein daal de.</w:t>
      </w:r>
    </w:p>
    <w:p>
      <w:pPr>
        <w:jc w:val="right"/>
      </w:pPr>
      <w:r>
        <w:t>وہ اپنی عملی زندگی کو ایمانی دریافت کے مطابق تعمیر کرے۔ علیہ صلی اللہ باحکم الحاکمین کا مطلب یہ ہے کہ اللہ کی شان کے خلاف ہے کہ وہ انسان کو احسن تقویم کے ساتھ پیدا کرے اور پھر اس کو ابدی طور پر اسفل صافلین میں ڈال دے۔</w:t>
      </w:r>
    </w:p>
    <w:p>
      <w:r>
        <w:rPr>
          <w:b/>
        </w:rPr>
        <w:t xml:space="preserve">[44:26] </w:t>
      </w:r>
      <w:r>
        <w:t>takhleeq ke andar paai jaane wali aala darje ki ma'anviyat insaan ke liye is anjaam ki tardeed karti hai.</w:t>
      </w:r>
    </w:p>
    <w:p>
      <w:pPr>
        <w:jc w:val="right"/>
      </w:pPr>
      <w:r>
        <w:t>تخلیق کے اندر پائی جانے والی اعلیٰ درجے کی معنویت انسان کے لیے اس انجام کی تردید کرتی ہے۔</w:t>
      </w:r>
    </w:p>
    <w:p>
      <w:r>
        <w:rPr>
          <w:b/>
        </w:rPr>
        <w:t xml:space="preserve">[44:36] </w:t>
      </w:r>
      <w:r>
        <w:t>is pehlu par ghaur kar ke insaan yeh daryaft karta hai ke insaan ke liye paidaishi taur par yeh maqaddar hai ke is ko is ka matloob habitat mile lekin yeh matloob habitat amal e salih ki shart ke sath mashroot hai.</w:t>
      </w:r>
    </w:p>
    <w:p>
      <w:pPr>
        <w:jc w:val="right"/>
      </w:pPr>
      <w:r>
        <w:t>اس پہلو پر غور کر کے انسان یہ دریافت کرتا ہے کہ انسان کے لیے پیدائشی طور پر یہ مقدر ہے کہ اس کو اس کا مطلوب ہیبیٹٹ ملے لیکن یہ مطلوب ہیبیٹٹ عمل صالح کی شرط کے ساتھ مشروط ہے۔</w:t>
      </w:r>
    </w:p>
    <w:p>
      <w:r>
        <w:rPr>
          <w:b/>
        </w:rPr>
        <w:t xml:space="preserve">[44:55] </w:t>
      </w:r>
      <w:r>
        <w:t>insaan ko is ki takhleeq to apne aap mil gayi lekin insaan ko is ka matloob habitat apne aap milne wala nahin.</w:t>
      </w:r>
    </w:p>
    <w:p>
      <w:pPr>
        <w:jc w:val="right"/>
      </w:pPr>
      <w:r>
        <w:t>انسان کو اس کی تخلیق تو اپنے آپ مل گئی لیکن انسان کو اس کا مطلوب ہیبیٹٹ اپنے آپ ملنے والا نہیں۔</w:t>
      </w:r>
    </w:p>
    <w:p>
      <w:r>
        <w:rPr>
          <w:b/>
        </w:rPr>
        <w:t xml:space="preserve">[45:05] </w:t>
      </w:r>
      <w:r>
        <w:t>is ke liye zaroori hai ke aadmi imaan aur amal e salih ki shart ko poora kar ke yeh sabit kare ke woh waqe'atan is inaam ka ahel hai.</w:t>
      </w:r>
    </w:p>
    <w:p>
      <w:pPr>
        <w:jc w:val="right"/>
      </w:pPr>
      <w:r>
        <w:t>اس کے لیے ضروری ہے کہ آدمی ایمان اور عمل صالح کی شرط کو پورا کر کے یہ ثابت کرے کہ وہ واقعتاً اس انعام کا اہل ہے۔</w:t>
      </w:r>
    </w:p>
    <w:p>
      <w:r>
        <w:rPr>
          <w:b/>
        </w:rPr>
        <w:t xml:space="preserve">[45:17] </w:t>
      </w:r>
      <w:r>
        <w:t>insaan ko is ka wajood takhleeq ke zariye apne aap mil gaya lekin insaan ko is ka habitat yaani jannat apne aap nahin mile gi balkeh jannat is ko is waqt mile gi jabkeh dunya ki zindagi mein apne amal se woh apne aap ko jannat ka ahel sabit kar de.</w:t>
      </w:r>
    </w:p>
    <w:p>
      <w:pPr>
        <w:jc w:val="right"/>
      </w:pPr>
      <w:r>
        <w:t>انسان کو اس کا وجود تخلیق کے ذریعے اپنے آپ مل گیا لیکن انسان کو اس کا ہیبیٹٹ یعنی جنت اپنے آپ نہیں ملے گی بلکہ جنت اس کو اس وقت ملے گی جبکہ دنیا کی زندگی میں اپنے عمل سے وہ اپنے آپ کو جنت کا اہل ثابت کر دے۔</w:t>
      </w:r>
    </w:p>
    <w:p>
      <w:r>
        <w:rPr>
          <w:b/>
        </w:rPr>
        <w:t xml:space="preserve">[45:42] </w:t>
      </w:r>
      <w:r>
        <w:t>jannat kis ke liye? aam taur par yeh samjha jata hai ke jannat form jaisi kuch cheezon par munhasir hai.</w:t>
      </w:r>
    </w:p>
    <w:p>
      <w:pPr>
        <w:jc w:val="right"/>
      </w:pPr>
      <w:r>
        <w:t>جنت کس کے لیے؟ عام طور پر یہ سمجھا جاتا ہے کہ جنت فارم جیسی کچھ چیزوں پر منحصر ہے۔</w:t>
      </w:r>
    </w:p>
    <w:p>
      <w:r>
        <w:rPr>
          <w:b/>
        </w:rPr>
        <w:t xml:space="preserve">[45:51] </w:t>
      </w:r>
      <w:r>
        <w:t>mislan musalman ke ghar mein paida ho jana. shanakht yaani identity jaisi kuch cheezon par poora utarna.</w:t>
      </w:r>
    </w:p>
    <w:p>
      <w:pPr>
        <w:jc w:val="right"/>
      </w:pPr>
      <w:r>
        <w:t>مثلاً مسلمان کے گھر میں پیدا ہو جانا۔ شناخت یعنی آئیڈینٹیٹی جیسی کچھ چیزوں پر پورا اترنا۔</w:t>
      </w:r>
    </w:p>
    <w:p>
      <w:r>
        <w:rPr>
          <w:b/>
        </w:rPr>
        <w:t xml:space="preserve">[46:01] </w:t>
      </w:r>
      <w:r>
        <w:t>kuch zahiri aamaal ki pabandi karna. zindagi mein kam az kam ek baar salatul tasbeeh parhna. aslaf ke tareeqe ka pehru hona.</w:t>
      </w:r>
    </w:p>
    <w:p>
      <w:pPr>
        <w:jc w:val="right"/>
      </w:pPr>
      <w:r>
        <w:t>کچھ ظاہری اعمال کی پابندی کرنا۔ زندگی میں کم از کم ایک بار صلاۃ التسبیح پڑھنا۔ اسلاف کے طریقے کا پیرو ہونا۔</w:t>
      </w:r>
    </w:p>
    <w:p>
      <w:r>
        <w:rPr>
          <w:b/>
        </w:rPr>
        <w:t xml:space="preserve">[46:12] </w:t>
      </w:r>
      <w:r>
        <w:t>hata ke kuch logon ka yeh khayal hai ke kafiron ko qatl karna jannat ka yaqeeni ticket hai waghera.</w:t>
      </w:r>
    </w:p>
    <w:p>
      <w:pPr>
        <w:jc w:val="right"/>
      </w:pPr>
      <w:r>
        <w:t>حتیٰ کہ کچھ لوگوں کا یہ خیال ہے کہ کافروں کو قتل کرنا جنت کا یقینی ٹکٹ ہے وغیرہ۔</w:t>
      </w:r>
    </w:p>
    <w:p>
      <w:r>
        <w:rPr>
          <w:b/>
        </w:rPr>
        <w:t xml:space="preserve">[46:20] </w:t>
      </w:r>
      <w:r>
        <w:t>magar sahi baat yeh hai ke jannat mein dakhle ki shart sirf ek hai aur woh tazkiya hai. jaisa ke quran mein aaya hai: "jannat adn tajri min tahtiha al anhar khalideena fiha wa zalika jaza man tazakka" yaani un ke liye hamesha rehne wale baagh hain jin ke neeche nahrein jari hongi.</w:t>
      </w:r>
    </w:p>
    <w:p>
      <w:pPr>
        <w:jc w:val="right"/>
      </w:pPr>
      <w:r>
        <w:t>مگر صحیح بات یہ ہے کہ جنت میں داخلے کی شرط صرف ایک ہے اور وہ تزکیہ ہے۔ جیسا کہ قرآن میں آیا ہے: "جنات ادن تجری من تحتہ الانہار خالدین فیہا وذالک جزا من تزکا" یعنی ان کے لیے ہمیشہ رہنے والے باغ ہیں جن کے نیچے نہریں جاری ہوں گی۔</w:t>
      </w:r>
    </w:p>
    <w:p>
      <w:r>
        <w:rPr>
          <w:b/>
        </w:rPr>
        <w:t xml:space="preserve">[46:50] </w:t>
      </w:r>
      <w:r>
        <w:t>woh un mein hamesha rahenge aur yeh badla hai us shakhs ka jo pakizgi ikhtiyar kare. tazkiya ka lafzi matlab pakizgi yaani purification hai.</w:t>
      </w:r>
    </w:p>
    <w:p>
      <w:pPr>
        <w:jc w:val="right"/>
      </w:pPr>
      <w:r>
        <w:t>وہ ان میں ہمیشہ رہیں گے اور یہ بدلہ ہے اس شخص کا جو پاکیزگی اختیار کرے۔ تزکیہ کا لفظی مطلب پاکیزگی یعنی پیوریفیکیشن ہے۔</w:t>
      </w:r>
    </w:p>
    <w:p>
      <w:r>
        <w:rPr>
          <w:b/>
        </w:rPr>
        <w:t xml:space="preserve">[47:03] </w:t>
      </w:r>
      <w:r>
        <w:t>dusre lafzon mein yeh ke jannati sifaat ke sath apni shakhsiyat ki taameer karna. quran o sunnat ke mutale'a se maloom hota hai ke jannat mein woh shakhs jayega jis ke andar ghish yaani kinah na ho.</w:t>
      </w:r>
    </w:p>
    <w:p>
      <w:pPr>
        <w:jc w:val="right"/>
      </w:pPr>
      <w:r>
        <w:t>دوسرے لفظوں میں یہ کہ جنتی صفات کے ساتھ اپنی شخصیت کی تعمیر کرنا۔ قرآن و سنت کے مطالعے سے معلوم ہوتا ہے کہ جنت میں وہ شخص جائے گا جس کے اندر غش یعنی کینہ نہ ہو۔</w:t>
      </w:r>
    </w:p>
    <w:p>
      <w:r>
        <w:rPr>
          <w:b/>
        </w:rPr>
        <w:t xml:space="preserve">[47:18] </w:t>
      </w:r>
      <w:r>
        <w:t>jis ke andar kibr ka mizaj na ho. jo tashaddud ki nafsiyat se pak ho. jis ke dil mein har ek ke liye sirf salamati ke jazbat hon.</w:t>
      </w:r>
    </w:p>
    <w:p>
      <w:pPr>
        <w:jc w:val="right"/>
      </w:pPr>
      <w:r>
        <w:t>جس کے اندر کبر کا مزاج نہ ہو۔ جو تشدد کی نفسیات سے پاک ہو۔ جس کے دل میں ہر ایک کے لیے صرف سلامتی کے جذبات ہوں۔</w:t>
      </w:r>
    </w:p>
    <w:p>
      <w:r>
        <w:rPr>
          <w:b/>
        </w:rPr>
        <w:t xml:space="preserve">[47:30] </w:t>
      </w:r>
      <w:r>
        <w:t>jis ke dil mein Allah ka khauf ho. jo Allah rabbul alameen ko apna sole concern banaye.</w:t>
      </w:r>
    </w:p>
    <w:p>
      <w:pPr>
        <w:jc w:val="right"/>
      </w:pPr>
      <w:r>
        <w:t>جس کے دل میں اللہ کا خوف ہو۔ جو اللہ رب العالمین کو اپنا سول کنسرن بنائے۔</w:t>
      </w:r>
    </w:p>
    <w:p>
      <w:r>
        <w:rPr>
          <w:b/>
        </w:rPr>
        <w:t xml:space="preserve">[47:39] </w:t>
      </w:r>
      <w:r>
        <w:t>jo aala akhlaqiyat ka malik ho. jo logon ko maaf kar dene wala ho. jo doosron ke liye wahi pasand kare jis ko khud woh apne liye pasand karta hai.</w:t>
      </w:r>
    </w:p>
    <w:p>
      <w:pPr>
        <w:jc w:val="right"/>
      </w:pPr>
      <w:r>
        <w:t>جو اعلیٰ اخلاقیات کا مالک ہو۔ جو لوگوں کو معاف کر دینے والا ہو۔ جو دوسروں کے لیے وہی پسند کرے جس کو خود وہ اپنے لیے پسند کرتا ہے۔</w:t>
      </w:r>
    </w:p>
    <w:p>
      <w:r>
        <w:rPr>
          <w:b/>
        </w:rPr>
        <w:t xml:space="preserve">[47:50] </w:t>
      </w:r>
      <w:r>
        <w:t>jo insaan aamma ka khair khwah ho waghera. in sifaat ke majmoo'e ka naam rabbani sifat hai. jannat ke liye wahi aurtein aur mard muntakhib kiye jayenge jo in rabbani sifaat ke hamel hon.</w:t>
      </w:r>
    </w:p>
    <w:p>
      <w:pPr>
        <w:jc w:val="right"/>
      </w:pPr>
      <w:r>
        <w:t>جو انسان عامہ کا خیر خواہ ہو وغیرہ۔ ان صفات کے مجموعے کا نام ربانی صفت ہے۔ جنت کے لیے وہی عورتیں اور مرد منتخب کیے جائیں گے جو ان ربانی صفات کے حامل ہوں۔</w:t>
      </w:r>
    </w:p>
    <w:p>
      <w:r>
        <w:rPr>
          <w:b/>
        </w:rPr>
        <w:t xml:space="preserve">[48:07] </w:t>
      </w:r>
      <w:r>
        <w:t>jannat un logon ka moashra hoga jo khulq e azeem ke malik hon. jannat is qism ki aala sifat rakhne walon ka aala moashra hai.</w:t>
      </w:r>
    </w:p>
    <w:p>
      <w:pPr>
        <w:jc w:val="right"/>
      </w:pPr>
      <w:r>
        <w:t>جنت ان لوگوں کا معاشرہ ہوگا جو خلق عظیم کے مالک ہوں۔ جنت اس قسم کی اعلیٰ صفت رکھنے والوں کا اعلیٰ معاشرہ ہے۔</w:t>
      </w:r>
    </w:p>
    <w:p>
      <w:r>
        <w:rPr>
          <w:b/>
        </w:rPr>
        <w:t xml:space="preserve">[48:18] </w:t>
      </w:r>
      <w:r>
        <w:t>jannat mein wahi afraad dakhil kiye jayenge jo in aala sifaat ke hamel hon.</w:t>
      </w:r>
    </w:p>
    <w:p>
      <w:pPr>
        <w:jc w:val="right"/>
      </w:pPr>
      <w:r>
        <w:t>جنت میں وہی افراد داخل کیے جائیں گے جو ان اعلیٰ صفات کے حامل ہوں۔</w:t>
      </w:r>
    </w:p>
    <w:p>
      <w:r>
        <w:rPr>
          <w:b/>
        </w:rPr>
        <w:t xml:space="preserve">[48:29] </w:t>
      </w:r>
      <w:r>
        <w:t>jannat insaan ka habitat. quran ki surah teen ayat char ta paanch mein yeh bataya gaya hai ke Khuda ne insaan ko ahsan taqweem ki soorat mein paida kiya phir is ko asfal safilin mein daal diya.</w:t>
      </w:r>
    </w:p>
    <w:p>
      <w:pPr>
        <w:jc w:val="right"/>
      </w:pPr>
      <w:r>
        <w:t>جنت انسان کا ہیبیٹٹ۔ قرآن کی سورہ تین آیات چار تا پانچ میں یہ بتایا گیا ہے کہ خدا نے انسان کو احسن تقویم کی صورت میں پیدا کیا پھر اس کو اسفل صافلین میں ڈال دیا۔</w:t>
      </w:r>
    </w:p>
    <w:p>
      <w:r>
        <w:rPr>
          <w:b/>
        </w:rPr>
        <w:t xml:space="preserve">[48:48] </w:t>
      </w:r>
      <w:r>
        <w:t>asfal safilin ka lafzi matlab hai sab se neeche lowest of the low. yeh baat kisi purasrar ma'ani mein nahin hai. is se murad wahi waqe'a hai jo amalan insaan ke sath pesh aaya hai.</w:t>
      </w:r>
    </w:p>
    <w:p>
      <w:pPr>
        <w:jc w:val="right"/>
      </w:pPr>
      <w:r>
        <w:t>اسفل صافلین کا لفظی مطلب ہے سب سے نیچے لوئسٹ آف دا لو۔ یہ بات کسی پراسرار معنی میں نہیں ہے۔ اس سے مراد وہی واقعہ ہے جو عملاً انسان کے ساتھ پیش آیا ہے۔</w:t>
      </w:r>
    </w:p>
    <w:p>
      <w:r>
        <w:rPr>
          <w:b/>
        </w:rPr>
        <w:t xml:space="preserve">[49:03] </w:t>
      </w:r>
      <w:r>
        <w:t>yani khalq ne insan ko paida kiya aur is ke baad is ko maujudah zameen yani planet earth par basa diya.</w:t>
      </w:r>
    </w:p>
    <w:p>
      <w:pPr>
        <w:jc w:val="right"/>
      </w:pPr>
      <w:r>
        <w:t>یعنی خالق نے انسان کو پیدا کیا اور اس کے بعد اس کو موجودہ زمین یعنی پلینٹ ارتھ پر بسا دیا۔</w:t>
      </w:r>
    </w:p>
    <w:p>
      <w:r>
        <w:rPr>
          <w:b/>
        </w:rPr>
        <w:t xml:space="preserve">[49:13] </w:t>
      </w:r>
      <w:r>
        <w:t>magar insan ki tareekh batati hai ke insan ke liye yeh zameen hamesha museebat ki dunya sabit hui. Is dunya mein koi bhi shakhs khwah woh sahib-e-samaan ho ya be-sar-o-samaan is ko kabhi khushi ki zindagi hasil nahi hoti.</w:t>
      </w:r>
    </w:p>
    <w:p>
      <w:pPr>
        <w:jc w:val="right"/>
      </w:pPr>
      <w:r>
        <w:t>مگر انسان کی تاریخ بتاتی ہے کہ انسان کے لیے یہ زمین ہمیشہ مصیبت کی دنیا ثابت ہوئی۔ اس دنیا میں کوئی بھی شخص خواہ وہ صاحب سامان ہو یا بے سر و سامان اس کو کبھی خوشی کی زندگی حاصل نہیں ہوتی۔</w:t>
      </w:r>
    </w:p>
    <w:p>
      <w:r>
        <w:rPr>
          <w:b/>
        </w:rPr>
        <w:t xml:space="preserve">[49:30] </w:t>
      </w:r>
      <w:r>
        <w:t>har aurat aur har mard is dunya mein amalan mahi-e-be-aab ki zindagi guzarte hain aur isi haal mein mar jate hain.</w:t>
      </w:r>
    </w:p>
    <w:p>
      <w:pPr>
        <w:jc w:val="right"/>
      </w:pPr>
      <w:r>
        <w:t>ہر عورت اور ہر مرد اس دنیا میں عملاً ماہی بے آب کی زندگی گزارتے ہیں اور اسی حال میں مر جاتے ہیں۔</w:t>
      </w:r>
    </w:p>
    <w:p>
      <w:r>
        <w:rPr>
          <w:b/>
        </w:rPr>
        <w:t xml:space="preserve">[49:40] </w:t>
      </w:r>
      <w:r>
        <w:t>is ka sabab kya hai? Is ka sabab yeh hai ke is dunya mein tamam makhluqat ko un ka habitat mila hua hai lekin insan ko is ka habitat hasil nahi.</w:t>
      </w:r>
    </w:p>
    <w:p>
      <w:pPr>
        <w:jc w:val="right"/>
      </w:pPr>
      <w:r>
        <w:t>اس کا سبب کیا ہے؟ اس کا سبب یہ ہے کہ اس دنیا میں تمام مخلوقات کو ان کا ہیبیٹٹ ملا ہوا ہے لیکن انسان کو اس کا ہیبیٹٹ حاصل نہیں۔</w:t>
      </w:r>
    </w:p>
    <w:p>
      <w:r>
        <w:rPr>
          <w:b/>
        </w:rPr>
        <w:t xml:space="preserve">[49:54] </w:t>
      </w:r>
      <w:r>
        <w:t>goya ke insan is machhli ki manind hai jis ke liye yeh muqaddar ho ke woh pani ke bahir paida hogi aur pani ke baghair tadapte tadapte mar jaye.</w:t>
      </w:r>
    </w:p>
    <w:p>
      <w:pPr>
        <w:jc w:val="right"/>
      </w:pPr>
      <w:r>
        <w:t>گویا کہ انسان اس مچھلی کی مانند ہے جس کے لیے یہ مقدر ہو کہ وہ پانی کے باہر پیدا ہوگی اور پانی کے بغیر تڑپتے تڑپتے مر جائے۔</w:t>
      </w:r>
    </w:p>
    <w:p>
      <w:r>
        <w:rPr>
          <w:b/>
        </w:rPr>
        <w:t xml:space="preserve">[50:07] </w:t>
      </w:r>
      <w:r>
        <w:t>magar khalq ki jo sifat-e-kamal is dunya mein zahir hui hain is ke lehaz se yeh baat na qabil-e-qayas hai ke insan ki zindagi is qism ke alimnak anjam par khatm ho jaye.</w:t>
      </w:r>
    </w:p>
    <w:p>
      <w:pPr>
        <w:jc w:val="right"/>
      </w:pPr>
      <w:r>
        <w:t>مگر خالق کی جو صفات کمال اس دنیا میں ظاہر ہوئی ہیں اس کے لحاظ سے یہ بات ناقابل قیاس ہے کہ انسان کی زندگی اس قسم کے المناک انجام پر ختم ہو جائے۔</w:t>
      </w:r>
    </w:p>
    <w:p>
      <w:r>
        <w:rPr>
          <w:b/>
        </w:rPr>
        <w:t xml:space="preserve">[50:21] </w:t>
      </w:r>
      <w:r>
        <w:t>ab ek aur pehlu se dekhiye.</w:t>
      </w:r>
    </w:p>
    <w:p>
      <w:pPr>
        <w:jc w:val="right"/>
      </w:pPr>
      <w:r>
        <w:t>اب ایک اور پہلو سے دیکھیے۔</w:t>
      </w:r>
    </w:p>
    <w:p>
      <w:r>
        <w:rPr>
          <w:b/>
        </w:rPr>
        <w:t xml:space="preserve">[50:24] </w:t>
      </w:r>
      <w:r>
        <w:t>hamare gird o pesh jo kainat hai woh bohat hi wasee kainat hai.</w:t>
      </w:r>
    </w:p>
    <w:p>
      <w:pPr>
        <w:jc w:val="right"/>
      </w:pPr>
      <w:r>
        <w:t>ہمارے گرد و پیش جو کائنات ہے وہ بہت ہی وسیع کائنات ہے۔</w:t>
      </w:r>
    </w:p>
    <w:p>
      <w:r>
        <w:rPr>
          <w:b/>
        </w:rPr>
        <w:t xml:space="preserve">[50:29] </w:t>
      </w:r>
      <w:r>
        <w:t>is wasee kainat ke bare mein quran ka ek bayan yeh hai: "bada babarkat hai woh jis ke</w:t>
      </w:r>
    </w:p>
    <w:p>
      <w:pPr>
        <w:jc w:val="right"/>
      </w:pPr>
      <w:r>
        <w:t>اس وسیع کائنات کے بارے میں قرآن کا ایک بیان یہ ہے: "بڑا بابرکت ہے وہ جس کے</w:t>
      </w:r>
    </w:p>
    <w:p>
      <w:r>
        <w:rPr>
          <w:b/>
        </w:rPr>
        <w:t xml:space="preserve">[50:36] </w:t>
      </w:r>
      <w:r>
        <w:t>hath mein badshahi hai aur woh har cheez par qadir hai jis ne maut aur zindagi ko paida</w:t>
      </w:r>
    </w:p>
    <w:p>
      <w:pPr>
        <w:jc w:val="right"/>
      </w:pPr>
      <w:r>
        <w:t>ہاتھ میں بادشاہی ہے اور وہ ہر چیز پر قادر ہے جس نے موت اور زندگی کو پیدا</w:t>
      </w:r>
    </w:p>
    <w:p>
      <w:r>
        <w:rPr>
          <w:b/>
        </w:rPr>
        <w:t xml:space="preserve">[50:43] </w:t>
      </w:r>
      <w:r>
        <w:t>kiya taake woh tum ko jaanche ke tum mein se kaun achhe kaam karta hai aur woh zabardast</w:t>
      </w:r>
    </w:p>
    <w:p>
      <w:pPr>
        <w:jc w:val="right"/>
      </w:pPr>
      <w:r>
        <w:t>کیا تاکہ وہ تم کو جانچے کہ تم میں سے کون اچھے کام کرتا ہے اور وہ زبردست</w:t>
      </w:r>
    </w:p>
    <w:p>
      <w:r>
        <w:rPr>
          <w:b/>
        </w:rPr>
        <w:t xml:space="preserve">[50:50] </w:t>
      </w:r>
      <w:r>
        <w:t>hai bakhshne wala hai jis ne banaye saat aasman upar tale tum rehman ke banane mein koi khalal</w:t>
      </w:r>
    </w:p>
    <w:p>
      <w:pPr>
        <w:jc w:val="right"/>
      </w:pPr>
      <w:r>
        <w:t>ہے بخشنے والا ہے جس نے بنائے سات آسمان اوپر تلے تم رحمان کے بنانے میں کوئی خلل</w:t>
      </w:r>
    </w:p>
    <w:p>
      <w:r>
        <w:rPr>
          <w:b/>
        </w:rPr>
        <w:t xml:space="preserve">[50:58] </w:t>
      </w:r>
      <w:r>
        <w:t>nahin dekhoge phir nigah daal kar dekh lo kahin tumhein koi fatoor nazar aata hai phir baar</w:t>
      </w:r>
    </w:p>
    <w:p>
      <w:pPr>
        <w:jc w:val="right"/>
      </w:pPr>
      <w:r>
        <w:t>نہیں دیکھو گے پھر نگاہ ڈال کر دیکھ لو کہیں تمہیں کوئی فتور نظر آتا ہے پھر بار</w:t>
      </w:r>
    </w:p>
    <w:p>
      <w:r>
        <w:rPr>
          <w:b/>
        </w:rPr>
        <w:t xml:space="preserve">[51:05] </w:t>
      </w:r>
      <w:r>
        <w:t>baar nigah daal kar dekho</w:t>
      </w:r>
    </w:p>
    <w:p>
      <w:pPr>
        <w:jc w:val="right"/>
      </w:pPr>
      <w:r>
        <w:t>بار نگاہ ڈال کر دیکھو</w:t>
      </w:r>
    </w:p>
    <w:p>
      <w:r>
        <w:rPr>
          <w:b/>
        </w:rPr>
        <w:t xml:space="preserve">[51:07] </w:t>
      </w:r>
      <w:r>
        <w:t>nigah nakam thak kar tumhari taraf wapas aa jayegi." Quran ki yeh ayat batati hai ke wasee kainat mein kisi bhi qism ka futoor nahi.</w:t>
      </w:r>
    </w:p>
    <w:p>
      <w:pPr>
        <w:jc w:val="right"/>
      </w:pPr>
      <w:r>
        <w:t>نگاہ ناکام تھک کر تمہاری طرف واپس آ جائے گی۔" قرآن کی یہ آیت بتاتی ہے کہ وسیع کائنات میں کسی بھی قسم کا فتور نہیں۔</w:t>
      </w:r>
    </w:p>
    <w:p>
      <w:r>
        <w:rPr>
          <w:b/>
        </w:rPr>
        <w:t xml:space="preserve">[51:18] </w:t>
      </w:r>
      <w:r>
        <w:t>futoor ka matlab hai nuqs yani flaw. Magar khud quran ke bayan ke mutabiq is be-nuqs kainat yani flawless universe mein ek spot aisa hai jahan nuqs ki halat maujud hai aur woh yeh ke insan ko is ka fitri habitat hasil nahi.</w:t>
      </w:r>
    </w:p>
    <w:p>
      <w:pPr>
        <w:jc w:val="right"/>
      </w:pPr>
      <w:r>
        <w:t>فتور کا مطلب ہے نقص یعنی فلاء۔ مگر خود قرآن کے بیان کے مطابق اس بے نقص کائنات یعنی فلاؤ لیس یونیورس میں ایک سپاٹ ایسا ہے جہاں نقص کی حالت موجود ہے اور وہ یہ کہ انسان کو اس کا فطری ہیبیٹٹ حاصل نہیں۔</w:t>
      </w:r>
    </w:p>
    <w:p>
      <w:r>
        <w:rPr>
          <w:b/>
        </w:rPr>
        <w:t xml:space="preserve">[51:39] </w:t>
      </w:r>
      <w:r>
        <w:t>yahi wajah hai ke is dunya mein kisi insan ko kabhi fulfillment nahi milta. Be-khata kainat mein is qism ka tazaad paya jana mumkin nahi.</w:t>
      </w:r>
    </w:p>
    <w:p>
      <w:pPr>
        <w:jc w:val="right"/>
      </w:pPr>
      <w:r>
        <w:t>یہی وجہ ہے کہ اس دنیا میں کسی انسان کو کبھی فلفلمنٹ نہیں ملتا۔ بے خطا کائنات میں اس قسم کا تضاد پایا جانا ممکن نہیں۔</w:t>
      </w:r>
    </w:p>
    <w:p>
      <w:r>
        <w:rPr>
          <w:b/>
        </w:rPr>
        <w:t xml:space="preserve">[51:51] </w:t>
      </w:r>
      <w:r>
        <w:t>zaroori hai ke is sawal ka koi ba-mani jawab quran mein maujud ho. Ghaur karne se maloom hota hai ke zameen ki tamam makhluqat mein insan ek istithna yani exception hai.</w:t>
      </w:r>
    </w:p>
    <w:p>
      <w:pPr>
        <w:jc w:val="right"/>
      </w:pPr>
      <w:r>
        <w:t>ضروری ہے کہ اس سوال کا کوئی بامعنی جواب قرآن میں موجود ہو۔ غور کرنے سے معلوم ہوتا ہے کہ زمین کی تمام مخلوقات میں انسان ایک استثنیٰ یعنی ایکسیپشن ہے۔</w:t>
      </w:r>
    </w:p>
    <w:p>
      <w:r>
        <w:rPr>
          <w:b/>
        </w:rPr>
        <w:t xml:space="preserve">[52:05] </w:t>
      </w:r>
      <w:r>
        <w:t>is bina par khalq ne insan ke sath ek istithnai mamla kiya hai. Woh yeh ke insan ki zindagi ko do daur mein taqseem kar diya gaya hai.</w:t>
      </w:r>
    </w:p>
    <w:p>
      <w:pPr>
        <w:jc w:val="right"/>
      </w:pPr>
      <w:r>
        <w:t>اس بنا پر خالق نے انسان کے ساتھ ایک استثنائی معاملہ کیا ہے۔ وہ یہ کہ انسان کی زندگی کو دو دور میں تقسیم کر دیا گیا۔</w:t>
      </w:r>
    </w:p>
    <w:p>
      <w:r>
        <w:rPr>
          <w:b/>
        </w:rPr>
        <w:t xml:space="preserve">[52:17] </w:t>
      </w:r>
      <w:r>
        <w:t>ek qabl-e-maut daur aur doosra baad-e-maut daur. Qabl-e-maut daur insan ke liye tayari ka daur hai.</w:t>
      </w:r>
    </w:p>
    <w:p>
      <w:pPr>
        <w:jc w:val="right"/>
      </w:pPr>
      <w:r>
        <w:t>ایک قبل از موت دور اور دوسرا بعد از موت دور۔ قبل از موت دور انسان کے لیے تیاری کا دور ہے۔</w:t>
      </w:r>
    </w:p>
    <w:p>
      <w:r>
        <w:rPr>
          <w:b/>
        </w:rPr>
        <w:t xml:space="preserve">[52:29] </w:t>
      </w:r>
      <w:r>
        <w:t>is ke muqable mein doosra daur baad-e-maut daur hai. Qabl-e-maut daur arz-i-hai. Is ke muqable mein baad-e-maut daur abadi daur hai.</w:t>
      </w:r>
    </w:p>
    <w:p>
      <w:pPr>
        <w:jc w:val="right"/>
      </w:pPr>
      <w:r>
        <w:t>اس کے مقابلے میں دوسرا دور بعد از موت دور ہے۔ قبل از موت دور عارضی ہے۔ اس کے مقابلے میں بعد از موت دور ابدی دور ہے۔</w:t>
      </w:r>
    </w:p>
    <w:p>
      <w:r>
        <w:rPr>
          <w:b/>
        </w:rPr>
        <w:t xml:space="preserve">[52:41] </w:t>
      </w:r>
      <w:r>
        <w:t>yeh abadi daur insan ke liye is ka matloob habitat hoga. Is habitat mein insan ke liye woh sab kuch hoga jo woh chahe.</w:t>
      </w:r>
    </w:p>
    <w:p>
      <w:pPr>
        <w:jc w:val="right"/>
      </w:pPr>
      <w:r>
        <w:t>یہ ابدی دور انسان کے لیے اس کا مطلوب ہیبیٹٹ ہوگا۔ اس ہیبیٹٹ میں انسان کے لیے وہ سب کچھ ہوگا جو وہ چاہے۔</w:t>
      </w:r>
    </w:p>
    <w:p>
      <w:r>
        <w:rPr>
          <w:b/>
        </w:rPr>
        <w:t xml:space="preserve">[52:52] </w:t>
      </w:r>
      <w:r>
        <w:t>yeh chahna insan ki khwahish yani desire ke aitbar se bhi hoga aur insan ke fikri taqazay yani intellectual requirement ke aitbar se bhi.</w:t>
      </w:r>
    </w:p>
    <w:p>
      <w:pPr>
        <w:jc w:val="right"/>
      </w:pPr>
      <w:r>
        <w:t>یہ چاہنا انسان کی خواہش یعنی ڈیزائر کے اعتبار سے بھی ہوگا اور انسان کے فکری تقاضے یعنی انٹلیکچول ریکوائرمنٹ کے اعتبار سے بھی۔</w:t>
      </w:r>
    </w:p>
    <w:p>
      <w:r>
        <w:rPr>
          <w:b/>
        </w:rPr>
        <w:t xml:space="preserve">[53:02] </w:t>
      </w:r>
      <w:r>
        <w:t>yahan insan ki tamam khwahishen poori hongi. Mazeed yeh ke yahan insan ko is ki fikri sargarmion ke liye lamhdood awqaf hasil honge.</w:t>
      </w:r>
    </w:p>
    <w:p>
      <w:pPr>
        <w:jc w:val="right"/>
      </w:pPr>
      <w:r>
        <w:t>یہاں انسان کی تمام خواہشیں پوری ہوں گی۔ مزید یہ کہ یہاں انسان کو اس کی فکری سرگرمیوں کے لیے لامحدود مواقع حاصل ہوں گے۔</w:t>
      </w:r>
    </w:p>
    <w:p>
      <w:r>
        <w:rPr>
          <w:b/>
        </w:rPr>
        <w:t xml:space="preserve">[53:13] </w:t>
      </w:r>
      <w:r>
        <w:t>is haqiqat ki taraf ishara quran ki un ayaton mein kiya gaya hai jin mein bataya gaya hai ke Allah ke kalmat kabhi khatm na honge khwah is ko likhne ke liye tamam pedon ko qalam bana diya jaye aur is ko likhne ke liye maujudah samandaron se bhi zyada samandaron ki syahi bana di jaye.</w:t>
      </w:r>
    </w:p>
    <w:p>
      <w:pPr>
        <w:jc w:val="right"/>
      </w:pPr>
      <w:r>
        <w:t>اس حقیقت کی طرف اشارہ قرآن کی ان آیات میں کیا گیا ہے جن میں بتایا گیا ہے کہ اللہ کے کلمات کبھی ختم نہ ہوں گے خواہ اس کو لکھنے کے لیے تمام پیڑوں کو قلم بنا دیا جائے اور اس کو لکھنے کے لیے موجودہ سمندروں سے بھی زیادہ سمندروں کی سیاہی بنا دی جائے۔</w:t>
      </w:r>
    </w:p>
    <w:p>
      <w:r>
        <w:rPr>
          <w:b/>
        </w:rPr>
        <w:t xml:space="preserve">[53:36] </w:t>
      </w:r>
      <w:r>
        <w:t>surah kahf. Is abadi jannat ya doosre alfaz mein is habitat mein jagah pane ke liye quran mein jo shart batayi gayi hai woh yeh hai ke insan maujudah imtehan ki dunya se guzarte hue apne aap ko ahsan-ul-amal sabit kare.</w:t>
      </w:r>
    </w:p>
    <w:p>
      <w:pPr>
        <w:jc w:val="right"/>
      </w:pPr>
      <w:r>
        <w:t>سورہ کہف۔ اس ابدی جنت یا دوسرے الفاظ میں اس ہیبیٹٹ میں جگہ پانے کے لیے قرآن میں جو شرط بتائی گئی ہے وہ یہ ہے کہ انسان موجودہ امتحان کی دنیا سے گزرتے ہوئے اپنے آپ کو احسن العمل ثابت کرے۔</w:t>
      </w:r>
    </w:p>
    <w:p>
      <w:r>
        <w:rPr>
          <w:b/>
        </w:rPr>
        <w:t xml:space="preserve">[53:54] </w:t>
      </w:r>
      <w:r>
        <w:t>maujooda duniya is andaaz se banai gayi hai ke yahan aadmi ko har qism ke tajrubaat pesh aate</w:t>
      </w:r>
    </w:p>
    <w:p>
      <w:pPr>
        <w:jc w:val="right"/>
      </w:pPr>
      <w:r>
        <w:t>موجودہ دنیا اس انداز سے بنائی گئی ہے کہ یہاں آدمی کو ہر قسم کے تجربات پیش آتے</w:t>
      </w:r>
    </w:p>
    <w:p>
      <w:r>
        <w:rPr>
          <w:b/>
        </w:rPr>
        <w:t xml:space="preserve">[54:01] </w:t>
      </w:r>
      <w:r>
        <w:t>hain. Duniya ke is pehlu ka zikr quran ki ek ayat mein is tarah aaya hai: "aur hum</w:t>
      </w:r>
    </w:p>
    <w:p>
      <w:pPr>
        <w:jc w:val="right"/>
      </w:pPr>
      <w:r>
        <w:t>ہیں۔ دنیا کے اس پہلو کا ذکر قرآن کی ایک آیت میں اس طرح آیا ہے: "اور ہم</w:t>
      </w:r>
    </w:p>
    <w:p>
      <w:r>
        <w:rPr>
          <w:b/>
        </w:rPr>
        <w:t xml:space="preserve">[54:08] </w:t>
      </w:r>
      <w:r>
        <w:t>zarur tum ko aazmayenge kuch darr aur bhook se aur maalon aur jaanon aur phalon ki kami</w:t>
      </w:r>
    </w:p>
    <w:p>
      <w:pPr>
        <w:jc w:val="right"/>
      </w:pPr>
      <w:r>
        <w:t>ضرور تم کو آزمائیں گے کچھ ڈر اور بھوک سے اور مالوں اور جانوں اور پھلوں کی کمی</w:t>
      </w:r>
    </w:p>
    <w:p>
      <w:r>
        <w:rPr>
          <w:b/>
        </w:rPr>
        <w:t xml:space="preserve">[54:15] </w:t>
      </w:r>
      <w:r>
        <w:t>se aur sabit qadam rehne walon ko khushkhabri de do jinka haal yeh hai ke jab un</w:t>
      </w:r>
    </w:p>
    <w:p>
      <w:pPr>
        <w:jc w:val="right"/>
      </w:pPr>
      <w:r>
        <w:t>سے اور ثابت قدم رہنے والوں کو خوشخبری دے دو جن کا حال یہ ہے کہ جب ان</w:t>
      </w:r>
    </w:p>
    <w:p>
      <w:r>
        <w:rPr>
          <w:b/>
        </w:rPr>
        <w:t xml:space="preserve">[54:22] </w:t>
      </w:r>
      <w:r>
        <w:t>ko koi museebat pahunche to woh kehte hain ke hum Allah ke hain aur hum usi ki</w:t>
      </w:r>
    </w:p>
    <w:p>
      <w:pPr>
        <w:jc w:val="right"/>
      </w:pPr>
      <w:r>
        <w:t>کو کوئی مصیبت پہنچتی ہے تو وہ کہتے ہیں کہ ہم اللہ کے ہیں اور ہم اسی کی</w:t>
      </w:r>
    </w:p>
    <w:p>
      <w:r>
        <w:rPr>
          <w:b/>
        </w:rPr>
        <w:t xml:space="preserve">[54:28] </w:t>
      </w:r>
      <w:r>
        <w:t>taraf lautne wale hain.</w:t>
      </w:r>
    </w:p>
    <w:p>
      <w:pPr>
        <w:jc w:val="right"/>
      </w:pPr>
      <w:r>
        <w:t>طرف لوٹنے والے ہیں۔</w:t>
      </w:r>
    </w:p>
    <w:p>
      <w:r>
        <w:rPr>
          <w:b/>
        </w:rPr>
        <w:t xml:space="preserve">[54:30] </w:t>
      </w:r>
      <w:r>
        <w:t>yahi log hain jin ke upar un ke rab ki shabashiyan hain aur rehmat hai aur yahi log hain jo rah par hain." Insan ke sath maujudah dunya mein jo na-khushgawar waqiyat pesh aate hain woh is ki tarbiyat ke liye hote hain.</w:t>
      </w:r>
    </w:p>
    <w:p>
      <w:pPr>
        <w:jc w:val="right"/>
      </w:pPr>
      <w:r>
        <w:t>یہی لوگ ہیں جن کے اوپر ان کے رب کی شاباشیاں ہیں اور رحمت ہے اور یہی لوگ ہیں جو راہ پر ہیں۔" انسان کے ساتھ موجودہ دنیا میں جو ناخوشگوار واقعات پیش آتے ہیں وہ اس کی تربیت کے لیے ہوتے ہیں۔</w:t>
      </w:r>
    </w:p>
    <w:p>
      <w:r>
        <w:rPr>
          <w:b/>
        </w:rPr>
        <w:t xml:space="preserve">[54:48] </w:t>
      </w:r>
      <w:r>
        <w:t>yeh waqiyat is liye hain ta ke insan har soorat-e-hal ka musbat response yani positive response de aur is tarah apne aap ko abadi jannat mein dakhle ke liye is ka ahel sabit kare.</w:t>
      </w:r>
    </w:p>
    <w:p>
      <w:pPr>
        <w:jc w:val="right"/>
      </w:pPr>
      <w:r>
        <w:t>یہ واقعات اس لیے ہیں تاکہ انسان ہر صورتحال کا مثبت رسپانس یعنی پازیٹیو رسپانس دے اور اس طرح اپنے آپ کو ابدی جنت میں داخلے کے لیے اس کا اہل ثابت کرے۔</w:t>
      </w:r>
    </w:p>
    <w:p>
      <w:r>
        <w:rPr>
          <w:b/>
        </w:rPr>
        <w:t xml:space="preserve">[55:04] </w:t>
      </w:r>
      <w:r>
        <w:t>ahliyat ke isi mamle ko quran mein iman aur amal-e-saleh kaha gaya hai. Taham Rab-ul-Alameen ki ek sifat yeh hai ke woh apne bando ke haq mein arham-ur-rahimeen hai.</w:t>
      </w:r>
    </w:p>
    <w:p>
      <w:pPr>
        <w:jc w:val="right"/>
      </w:pPr>
      <w:r>
        <w:t>اہلیت کے اسی معاملے کو قرآن میں ایمان اور عمل صالح کہا گیا ہے۔ تاہم رب العالمین کی ایک صفت یہ ہے کہ وہ اپنے بندوں کے حق میں ارحم الراحمین ہے۔</w:t>
      </w:r>
    </w:p>
    <w:p>
      <w:r>
        <w:rPr>
          <w:b/>
        </w:rPr>
        <w:t xml:space="preserve">[55:17] </w:t>
      </w:r>
      <w:r>
        <w:t>is mamle ko ek hadith qudsi mein in alfaz mein bataya gaya hai: "Ghalabat rahmat-i-ala ghadabi" Sahih Bukhari yani meri rehmat mere ghazab ke upar ghalib hai.</w:t>
      </w:r>
    </w:p>
    <w:p>
      <w:pPr>
        <w:jc w:val="right"/>
      </w:pPr>
      <w:r>
        <w:t>اس معاملے کو ایک حدیث قدسی میں ان الفاظ میں بتایا گیا ہے: "غلبت رحمتی علی غضبی" صحیح بخاری یعنی میری رحمت میرے غضب کے اوپر غالب ہے۔</w:t>
      </w:r>
    </w:p>
    <w:p>
      <w:r>
        <w:rPr>
          <w:b/>
        </w:rPr>
        <w:t xml:space="preserve">[55:30] </w:t>
      </w:r>
      <w:r>
        <w:t>Allah ki rehmat ki mukhtalif sooraten hain. Is ki ek surat yeh hai ke Allah ke han saail ko bhi haqdar ka darja diya gaya hai.</w:t>
      </w:r>
    </w:p>
    <w:p>
      <w:pPr>
        <w:jc w:val="right"/>
      </w:pPr>
      <w:r>
        <w:t>اللہ کی رحمت کی مختلف صورتیں ہیں۔ اس کی ایک صورت یہ ہے کہ اللہ کے ہاں سائل کو بھی حقدار کا درجہ دیا گیا ہے۔</w:t>
      </w:r>
    </w:p>
    <w:p>
      <w:r>
        <w:rPr>
          <w:b/>
        </w:rPr>
        <w:t xml:space="preserve">[55:40] </w:t>
      </w:r>
      <w:r>
        <w:t>alzariyat. aur zahir hai ke jab allah ne insan ke liye is qism ka usool muqarrar kiya hai ke sawal karne wale ke sath bhi haqdar jaisa muamla karo to yaqini hai ke khud allah ki sunnat bhi yahi hogi ke is ke han koi saail mehroom na rahe bashart ke wo haqeeqi ma'ne mein saail ho.</w:t>
      </w:r>
    </w:p>
    <w:p>
      <w:pPr>
        <w:jc w:val="right"/>
      </w:pPr>
      <w:r>
        <w:t>الزاریات۔ اور ظاہر ہے کہ جب اللہ نے انسان کے لیے اس قسم کا اصول مقرر کیا ہے کہ سوال کرنے والے کے ساتھ بھی حقدار جیسا معاملہ کرو تو یقینی ہے کہ خود اللہ کی سنت بھی یہی ہوگی کہ اس کے ہاں کوئی سائل محروم نہ رہے بشرط کہ وہ حقیقی معنی میں سائل ہو۔</w:t>
      </w:r>
    </w:p>
    <w:p>
      <w:r>
        <w:rPr>
          <w:b/>
        </w:rPr>
        <w:t xml:space="preserve">[56:06] </w:t>
      </w:r>
      <w:r>
        <w:t>is maamle ki ek amli misaal quran mein taqseem wirasat ki ayat mein is tarah milti hai: "wa izaa</w:t>
      </w:r>
    </w:p>
    <w:p>
      <w:pPr>
        <w:jc w:val="right"/>
      </w:pPr>
      <w:r>
        <w:t>اس معاملے کی ایک عملی مثال قرآن میں تقسیم وراثت کی آیت میں اس طرح ملتی ہے: "وَإِذَا</w:t>
      </w:r>
    </w:p>
    <w:p>
      <w:r>
        <w:rPr>
          <w:b/>
        </w:rPr>
        <w:t xml:space="preserve">[56:15] </w:t>
      </w:r>
      <w:r>
        <w:t>hazara al qismata ulu al qurb wa al yatama wa al masakeenu</w:t>
      </w:r>
    </w:p>
    <w:p>
      <w:pPr>
        <w:jc w:val="right"/>
      </w:pPr>
      <w:r>
        <w:t>حَزَرَ الْقِصْمَةَ أُلُو الْقُرْبَى وَالْيَتَامَى وَالْمَسَاكِينُ</w:t>
      </w:r>
    </w:p>
    <w:p>
      <w:r>
        <w:rPr>
          <w:b/>
        </w:rPr>
        <w:t xml:space="preserve">[56:21] </w:t>
      </w:r>
      <w:r>
        <w:t>farzuquhum minhu wa qooloo lahum qoolan ma'roofan" yaani aur agar taqseem ke waqt rishtedaar aur yateem aur muhtaj</w:t>
      </w:r>
    </w:p>
    <w:p>
      <w:pPr>
        <w:jc w:val="right"/>
      </w:pPr>
      <w:r>
        <w:t>فَرْزُقُوهُمْ مِنْهُ وَقُولُوا لَهُمْ قَوْلًا مَعْرُوفًا" یعنی اور اگر تقسیم کے وقت رشتہ دار اور یتیم اور محتاج</w:t>
      </w:r>
    </w:p>
    <w:p>
      <w:r>
        <w:rPr>
          <w:b/>
        </w:rPr>
        <w:t xml:space="preserve">[56:32] </w:t>
      </w:r>
      <w:r>
        <w:t>aa jayein to is mein se un ko bhi kuch do aur un se humdardi ki baat kaho.</w:t>
      </w:r>
    </w:p>
    <w:p>
      <w:pPr>
        <w:jc w:val="right"/>
      </w:pPr>
      <w:r>
        <w:t>آ جائیں تو اس میں سے ان کو بھی کچھ دو اور ان سے ہمدردی کی بات کہو۔</w:t>
      </w:r>
    </w:p>
    <w:p>
      <w:r>
        <w:rPr>
          <w:b/>
        </w:rPr>
        <w:t xml:space="preserve">[56:39] </w:t>
      </w:r>
      <w:r>
        <w:t>allah ka koi banda quran ki is ayat ko parhe aur rote hue allah se yeh kahe ke khudaaya</w:t>
      </w:r>
    </w:p>
    <w:p>
      <w:pPr>
        <w:jc w:val="right"/>
      </w:pPr>
      <w:r>
        <w:t>اللہ کا کوئی بندہ قرآن کی اس آیت کو پڑھے اور روتے ہوئے اللہ سے یہ کہے کہ خدایا</w:t>
      </w:r>
    </w:p>
    <w:p>
      <w:r>
        <w:rPr>
          <w:b/>
        </w:rPr>
        <w:t xml:space="preserve">[56:48] </w:t>
      </w:r>
      <w:r>
        <w:t>tum ne insano ko yeh hukum diya hai ke taqseem wirasat ke waqt koi ghair mustahiq agar wahan aa jaye to us ko mehroom na karo balkeh us ko bhi ek hissa ada karo.</w:t>
      </w:r>
    </w:p>
    <w:p>
      <w:pPr>
        <w:jc w:val="right"/>
      </w:pPr>
      <w:r>
        <w:t>تو نے انسانوں کو یہ حکم دیا ہے کہ تقسیم وراثت کے وقت کوئی غیر مستحق اگر وہاں آ جائے تو اس کو محروم نہ کرو بلکہ اس کو بھی ایک حصہ ادا کرو۔</w:t>
      </w:r>
    </w:p>
    <w:p>
      <w:r>
        <w:rPr>
          <w:b/>
        </w:rPr>
        <w:t xml:space="preserve">[57:02] </w:t>
      </w:r>
      <w:r>
        <w:t>khuda</w:t>
      </w:r>
    </w:p>
    <w:p>
      <w:pPr>
        <w:jc w:val="right"/>
      </w:pPr>
      <w:r>
        <w:t>خد</w:t>
      </w:r>
    </w:p>
    <w:p>
      <w:r>
        <w:rPr>
          <w:b/>
        </w:rPr>
        <w:t xml:space="preserve">[57:03] </w:t>
      </w:r>
      <w:r>
        <w:t>aya bandon ke liye jab tu ne yeh usool muqarrar farmaya hai to is muamle mein beshumar gunah aala darje mein to is sifat ka hamil hoga.</w:t>
      </w:r>
    </w:p>
    <w:p>
      <w:pPr>
        <w:jc w:val="right"/>
      </w:pPr>
      <w:r>
        <w:t>ایا بندوں کے لیے جب تو نے یہ اصول مقرر فرمایا ہے تو اس معاملے میں بے شمار گناہ اعلیٰ درجے میں تو اس صفت کا حامل ہوگا۔</w:t>
      </w:r>
    </w:p>
    <w:p>
      <w:r>
        <w:rPr>
          <w:b/>
        </w:rPr>
        <w:t xml:space="preserve">[57:14] </w:t>
      </w:r>
      <w:r>
        <w:t>mein apne amal ke aitbar se ek ghair mustahiq insan hoon lekin sawal ke aitbar se mein apne aap ko jannat ka sawal karne walon ki line mein khara kar raha hoon to mujh ko jannat se mehroom na farma.</w:t>
      </w:r>
    </w:p>
    <w:p>
      <w:pPr>
        <w:jc w:val="right"/>
      </w:pPr>
      <w:r>
        <w:t>میں اپنے عمل کے اعتبار سے ایک غیر مستحق انسان ہوں لیکن سوال کے اعتبار سے میں اپنے آپ کو جنت کا سوال کرنے والوں کی لائن میں کھڑا کر رہا ہوں تو مجھ کو جنت سے محروم نہ فرما۔</w:t>
      </w:r>
    </w:p>
    <w:p>
      <w:r>
        <w:rPr>
          <w:b/>
        </w:rPr>
        <w:t xml:space="preserve">[57:31] </w:t>
      </w:r>
      <w:r>
        <w:t>agar koi allah ka banda sachhe dil ke sath is qism ki dua kare to yaqini hai ke allah ki rehmat se us ki dua qabooliyat ka darja paye gi.</w:t>
      </w:r>
    </w:p>
    <w:p>
      <w:pPr>
        <w:jc w:val="right"/>
      </w:pPr>
      <w:r>
        <w:t>اگر کوئی اللہ کا بندہ سچے دل کے ساتھ اس قسم کی دعا کرے تو یقینی ہے کہ اللہ کی رحمت سے اس کی دعا قبولیت کا درجہ پائے گی۔</w:t>
      </w:r>
    </w:p>
    <w:p>
      <w:r>
        <w:rPr>
          <w:b/>
        </w:rPr>
        <w:t xml:space="preserve">[57:43] </w:t>
      </w:r>
      <w:r>
        <w:t>quran mein jannat ka zikr karte hue yeh alfaaz aaye hain: "wa sari'oo ila maghfiratin min rabbikum wa jannatin ardhuha alsamawatu wal arzu wa'idatun lil muttaqeen" yaani daudo apne rab ki bakhshish ki taraf aur us jannat ki taraf jis ki chaurai aasman aur zameen hai.</w:t>
      </w:r>
    </w:p>
    <w:p>
      <w:pPr>
        <w:jc w:val="right"/>
      </w:pPr>
      <w:r>
        <w:t>قرآن میں جنت کا ذکر کرتے ہوئے یہ الفاظ آئے ہیں: "وَسَارِعُوا إِلَى مَغْفِرَةٍ مِنْ رَبِّكُمْ وَجَنَّةٍ أَرْضُهَا السَّمَاوَاتُ وَالْأَرْضُ وَعِدَّةٌ لِلْمُتَّقِينَ" یعنی دوڑو اپنے رب کی بخشش کی طرف اور اس جنت کی طرف جس کی چوڑائی آسمان اور زمین ہے۔</w:t>
      </w:r>
    </w:p>
    <w:p>
      <w:r>
        <w:rPr>
          <w:b/>
        </w:rPr>
        <w:t xml:space="preserve">[58:09] </w:t>
      </w:r>
      <w:r>
        <w:t>wo tayyar ki gayi hai allah se darne walon ke liye. quran ki is ayat se andaza hota hai ke jannati insano ke liye un ka jo abadi habitat banega us ke imkanat kitne zyada honge.</w:t>
      </w:r>
    </w:p>
    <w:p>
      <w:pPr>
        <w:jc w:val="right"/>
      </w:pPr>
      <w:r>
        <w:t>وہ تیار کی گئی ہے اللہ سے ڈرنے والوں کے لیے۔ قرآن کی اس آیت سے اندازہ ہوتا ہے کہ جنتی انسانوں کے لیے ان کا جو ابدی ہیبیٹٹ بنے گا اس کے امکانات کتنے زیادہ ہوں گے۔</w:t>
      </w:r>
    </w:p>
    <w:p>
      <w:r>
        <w:rPr>
          <w:b/>
        </w:rPr>
        <w:t xml:space="preserve">[58:25] </w:t>
      </w:r>
      <w:r>
        <w:t>woh goya apne aap mein poori kainat hoga.</w:t>
      </w:r>
    </w:p>
    <w:p>
      <w:pPr>
        <w:jc w:val="right"/>
      </w:pPr>
      <w:r>
        <w:t>وہ گویا اپنے آپ میں پوری کائنات ہوگا۔</w:t>
      </w:r>
    </w:p>
    <w:p>
      <w:r>
        <w:rPr>
          <w:b/>
        </w:rPr>
        <w:t xml:space="preserve">[58:29] </w:t>
      </w:r>
      <w:r>
        <w:t>ahl e jannat ki is dunya ke bare mein quran mein yeh alfaaz aaye hain: "inna allazeena aamanoo wa amiloo</w:t>
      </w:r>
    </w:p>
    <w:p>
      <w:pPr>
        <w:jc w:val="right"/>
      </w:pPr>
      <w:r>
        <w:t>اہل جنت کی اس دنیا کے بارے میں قرآن میں یہ الفاظ آئے ہیں: "إِنَّ الَّذِينَ آمَنُوا وَعَمِلُوا</w:t>
      </w:r>
    </w:p>
    <w:p>
      <w:r>
        <w:rPr>
          <w:b/>
        </w:rPr>
        <w:t xml:space="preserve">[58:38] </w:t>
      </w:r>
      <w:r>
        <w:t>assalihaati kaanat lahum jannatul firdawsi nuzulaa khaalideena feehaa la yabghoona anhaa hiwolaa qul law kaana albahru midadan likalimaati</w:t>
      </w:r>
    </w:p>
    <w:p>
      <w:pPr>
        <w:jc w:val="right"/>
      </w:pPr>
      <w:r>
        <w:t>الصَّالِحَاتِ كَانَتْ لَهُمْ جَنَّاتُ الْفِرْدَوْسِ نُزُلَا خَالِدِينَ فِيهَا لَا يَبْغُونَ عَنْهَا هِوَلَا قُلْ لَوْ كَانَ الْبَحْرُ مِدَادًا لِكَلِمَاتِ</w:t>
      </w:r>
    </w:p>
    <w:p>
      <w:r>
        <w:rPr>
          <w:b/>
        </w:rPr>
        <w:t xml:space="preserve">[58:52] </w:t>
      </w:r>
      <w:r>
        <w:t>rabbi lanfida albahru qabla an tanfada kalimaatu rabbi walaw jinaa bimithlihi madadan" yaani beshak jo log imaan</w:t>
      </w:r>
    </w:p>
    <w:p>
      <w:pPr>
        <w:jc w:val="right"/>
      </w:pPr>
      <w:r>
        <w:t>رَبِّي لَنَفِذَ الْبَحْرُ قَبْلَ أَنْ تَنْفَدَ كَلِمَاتُ رَبِّي وَلَوْ جِئْنَا بِمِثْلِهِ مَدَدًا" یعنی بے شک جو لوگ ایمان</w:t>
      </w:r>
    </w:p>
    <w:p>
      <w:r>
        <w:rPr>
          <w:b/>
        </w:rPr>
        <w:t xml:space="preserve">[59:04] </w:t>
      </w:r>
      <w:r>
        <w:t>laaye aur unhon ne nek amal kiya un ke liye firdous ke baghon</w:t>
      </w:r>
    </w:p>
    <w:p>
      <w:pPr>
        <w:jc w:val="right"/>
      </w:pPr>
      <w:r>
        <w:t>لائے اور انہوں نے نیک عمل کیا ان کے لیے فردوس کے باغوں</w:t>
      </w:r>
    </w:p>
    <w:p>
      <w:r>
        <w:rPr>
          <w:b/>
        </w:rPr>
        <w:t xml:space="preserve">[59:10] </w:t>
      </w:r>
      <w:r>
        <w:t>ki mehmaani hai. is mein wo hamesha rahenge, wo wahan se kabhi nikalna na chahenge. kaho ke agar samandar mere rab ki nishaniyon ko likhne ke liye roshnai ho jaye to samandar khatm ho jayega is se pehle ke mere rab ki baatein khatm hon.</w:t>
      </w:r>
    </w:p>
    <w:p>
      <w:pPr>
        <w:jc w:val="right"/>
      </w:pPr>
      <w:r>
        <w:t>کی مہمانی ہے۔ اس میں وہ ہمیشہ رہیں گے، وہ وہاں سے کبھی نکلنا نہ چاہیں گے۔ کہو کہ اگر سمندر میرے رب کی نشانیوں کو لکھنے کے لیے روشنائی ہو جائے تو سمندر ختم ہو جائے گا اس سے پہلے کہ میرے رب کی باتیں ختم ہوں۔</w:t>
      </w:r>
    </w:p>
    <w:p>
      <w:r>
        <w:rPr>
          <w:b/>
        </w:rPr>
        <w:t xml:space="preserve">[59:31] </w:t>
      </w:r>
      <w:r>
        <w:t>agarche hum is ke saath isi ki manind aur samandar mila dein.</w:t>
      </w:r>
    </w:p>
    <w:p>
      <w:pPr>
        <w:jc w:val="right"/>
      </w:pPr>
      <w:r>
        <w:t>اگرچہ ہم اس کے ساتھ اسی کی مانند اور سمندر ملا دیں۔</w:t>
      </w:r>
    </w:p>
    <w:p>
      <w:r>
        <w:rPr>
          <w:b/>
        </w:rPr>
        <w:t xml:space="preserve">[59:36] </w:t>
      </w:r>
      <w:r>
        <w:t>jannat mein ek taraf ahl e jannat ki tamam maadi khwahishon ki takmeel ka saamaan hoga jaisa ke quran</w:t>
      </w:r>
    </w:p>
    <w:p>
      <w:pPr>
        <w:jc w:val="right"/>
      </w:pPr>
      <w:r>
        <w:t>جنت میں ایک طرف اہل جنت کی تمام مادی خواہشوں کی تکمیل کا سامان ہوگا جیسا کہ قرآن</w:t>
      </w:r>
    </w:p>
    <w:p>
      <w:r>
        <w:rPr>
          <w:b/>
        </w:rPr>
        <w:t xml:space="preserve">[59:44] </w:t>
      </w:r>
      <w:r>
        <w:t>mein aaya hai: "walakum feehaa ma tashtahi anfusukum</w:t>
      </w:r>
    </w:p>
    <w:p>
      <w:pPr>
        <w:jc w:val="right"/>
      </w:pPr>
      <w:r>
        <w:t>میں آیا ہے: "وَلَكُمْ فِيهَا مَا تَشْتَهِي أَنْفُسُكُمْ</w:t>
      </w:r>
    </w:p>
    <w:p>
      <w:r>
        <w:rPr>
          <w:b/>
        </w:rPr>
        <w:t xml:space="preserve">[59:50] </w:t>
      </w:r>
      <w:r>
        <w:t>walakum feehaa ma tad'oona"</w:t>
      </w:r>
    </w:p>
    <w:p>
      <w:pPr>
        <w:jc w:val="right"/>
      </w:pPr>
      <w:r>
        <w:t>وَلَكُمْ فِيهَا مَا تَدَّعُونَ"</w:t>
      </w:r>
    </w:p>
    <w:p>
      <w:r>
        <w:rPr>
          <w:b/>
        </w:rPr>
        <w:t xml:space="preserve">[59:54] </w:t>
      </w:r>
      <w:r>
        <w:t>yaani aur tumhare liye wahan har cheez hai jis ka tumhara dil chahe aur tumhare liye is mein</w:t>
      </w:r>
    </w:p>
    <w:p>
      <w:pPr>
        <w:jc w:val="right"/>
      </w:pPr>
      <w:r>
        <w:t>یعنی اور تمہارے لیے وہاں ہر چیز ہے جس کا تمہارا دل چاہے اور تمہارے لیے اس میں</w:t>
      </w:r>
    </w:p>
    <w:p>
      <w:r>
        <w:rPr>
          <w:b/>
        </w:rPr>
        <w:t xml:space="preserve">[1:00:02] </w:t>
      </w:r>
      <w:r>
        <w:t>har woh cheez hai jo tum talab karoge.</w:t>
      </w:r>
    </w:p>
    <w:p>
      <w:pPr>
        <w:jc w:val="right"/>
      </w:pPr>
      <w:r>
        <w:t>ہر وہ چیز ہے جو تم طلب کرو گے۔</w:t>
      </w:r>
    </w:p>
    <w:p>
      <w:r>
        <w:rPr>
          <w:b/>
        </w:rPr>
        <w:t xml:space="preserve">[1:00:05] </w:t>
      </w:r>
      <w:r>
        <w:t>maujooda dunya mein insan ko jo maadi nematein mili hain wo akhirat mein mazeed izafe ke sath intehai aala surat mein hasil hongi.</w:t>
      </w:r>
    </w:p>
    <w:p>
      <w:pPr>
        <w:jc w:val="right"/>
      </w:pPr>
      <w:r>
        <w:t>موجودہ دنیا میں انسان کو جو مادی نعمتیں ملی ہیں وہ آخرت میں مزید اضافے کے ساتھ انتہائی اعلیٰ صورت میں حاصل ہوں گی۔</w:t>
      </w:r>
    </w:p>
    <w:p>
      <w:r>
        <w:rPr>
          <w:b/>
        </w:rPr>
        <w:t xml:space="preserve">[1:00:16] </w:t>
      </w:r>
      <w:r>
        <w:t>mazeed yeh ke insan ki zehni aur fikri sargarmiyon ke liye wahan ek aisi wasee dunya hogi jis ki hadein kabhi khatm na hon.</w:t>
      </w:r>
    </w:p>
    <w:p>
      <w:pPr>
        <w:jc w:val="right"/>
      </w:pPr>
      <w:r>
        <w:t>مزید یہ کہ انسان کی ذہنی اور فکری سرگرمیوں کے لیے وہاں ایک ایسی وسیع دنیا ہوگی جس کی حدیں کبھی ختم نہ ہوں۔</w:t>
      </w:r>
    </w:p>
    <w:p>
      <w:r>
        <w:rPr>
          <w:b/>
        </w:rPr>
        <w:t xml:space="preserve">[1:00:28] </w:t>
      </w:r>
      <w:r>
        <w:t>ahl-e-jannat ke liye wahan yeh mauqa hoga ke wo apni fikri sargarmiyon yaani intellectual activities ko intehai takhleeqi andaaz mein abadi taur par jari rakhen.</w:t>
      </w:r>
    </w:p>
    <w:p>
      <w:pPr>
        <w:jc w:val="right"/>
      </w:pPr>
      <w:r>
        <w:t>اہل جنت کے لیے وہاں یہ موقع ہوگا کہ وہ اپنی فکری سرگرمیوں یعنی انٹلیکچول ایکٹیویٹیز کو انتہائی تخلیقی انداز میں ابدی طور پر جاری رکھے۔</w:t>
      </w:r>
    </w:p>
    <w:p>
      <w:r>
        <w:rPr>
          <w:b/>
        </w:rPr>
        <w:t xml:space="preserve">[1:00:45] </w:t>
      </w:r>
      <w:r>
        <w:t>isti'dad badhaiye. alrisala mission se jo log wabasta hain un ko ek kaam yeh karna hai ke wo dawat ke aitbar se apni isti'dad ko badhayen.</w:t>
      </w:r>
    </w:p>
    <w:p>
      <w:pPr>
        <w:jc w:val="right"/>
      </w:pPr>
      <w:r>
        <w:t>استعداد بڑھائیے۔ الرسالہ مشن سے جو لوگ وابستہ ہیں ان کو ایک کام یہ کرنا ہے کہ وہ دعوت کے اعتبار سے اپنی استعداد کو بڑھائیں۔</w:t>
      </w:r>
    </w:p>
    <w:p>
      <w:r>
        <w:rPr>
          <w:b/>
        </w:rPr>
        <w:t xml:space="preserve">[1:00:57] </w:t>
      </w:r>
      <w:r>
        <w:t>mission se wabasta hone ke waqt un ki jo isti'dad thi usi par qane na ho jayen. mislan arabi janne wale hain arabi bolne mein apni isti'dad ko badhayen aur jo angrezi janne wale hain wo angrezi bolne mein apni isti'dad ko badhayen.</w:t>
      </w:r>
    </w:p>
    <w:p>
      <w:pPr>
        <w:jc w:val="right"/>
      </w:pPr>
      <w:r>
        <w:t>مشن سے وابستہ ہونے کے وقت ان کی جو استعداد تھی اسی پر قانع نہ ہو جائیں۔ مثلاً عربی جاننے والے ہیں عربی بولنے میں اپنی استعداد کو بڑھائیں اور جو انگریزی جاننے والے ہیں وہ انگریزی بولنے میں اپنی استعداد کو بڑھائیں۔</w:t>
      </w:r>
    </w:p>
    <w:p>
      <w:r>
        <w:rPr>
          <w:b/>
        </w:rPr>
        <w:t xml:space="preserve">[1:01:16] </w:t>
      </w:r>
      <w:r>
        <w:t>is koshish ka faida yeh hoga ke un ka daira rabt yaani contact area badh jayega. wo mulaqaton mein ya ijtama'at mein apni baat ko zyada moassar yaani effective andaaz mein pesh karne ke qabil ho sakenge.</w:t>
      </w:r>
    </w:p>
    <w:p>
      <w:pPr>
        <w:jc w:val="right"/>
      </w:pPr>
      <w:r>
        <w:t>اس کوشش کا فائدہ یہ ہوگا کہ ان کا دائرہ ربط یعنی کانٹیکٹ ایریا بڑھ جائے گا۔ وہ ملاقاتوں میں یا اجتماعات میں اپنی بات کو زیادہ موثر یعنی ایفیکٹیو انداز میں پیش کرنے کے قابل ہو سکیں گے۔</w:t>
      </w:r>
    </w:p>
    <w:p>
      <w:r>
        <w:rPr>
          <w:b/>
        </w:rPr>
        <w:t xml:space="preserve">[1:01:34] </w:t>
      </w:r>
      <w:r>
        <w:t>isti'dad badhana apni quwwat karkardagi ko badhana hai jo ke kisi sahib-e-mission ke liye bohat zaroori hai. yeh koshish fitri taur par zehni irtqa yaani intellectual development ka zariya hogi.</w:t>
      </w:r>
    </w:p>
    <w:p>
      <w:pPr>
        <w:jc w:val="right"/>
      </w:pPr>
      <w:r>
        <w:t>استعداد بڑھانا اپنی قوت کارکردگی کو بڑھانا ہے جو کہ کسی صاحب مشن کے لیے بہت ضروری ہے۔ یہ کوشش فطری طور پر ذہنی ارتقاء یعنی انٹلیکچول ڈیویلپمنٹ کا ذریعہ ہوگی۔</w:t>
      </w:r>
    </w:p>
    <w:p>
      <w:r>
        <w:rPr>
          <w:b/>
        </w:rPr>
        <w:t xml:space="preserve">[1:01:50] </w:t>
      </w:r>
      <w:r>
        <w:t>wo da'i ko takhleeqi da'i yaani creative da'i banane wala sabit hoga. quran mein paighambar-e-islam ko jin duaon ki talqeen ki gayi un mein se ek dua yeh hai: "wa qul rabbi zidni ilman" yaani aur kaho ke a</w:t>
      </w:r>
    </w:p>
    <w:p>
      <w:pPr>
        <w:jc w:val="right"/>
      </w:pPr>
      <w:r>
        <w:t>وہ داعی کو تخلیقی داعی یعنی کریئیٹیو داعی بنانے والا ثابت ہوگا۔ قرآن میں پیغمبر اسلام کو جن دعاؤں کی تلقین کی گئی ان میں سے ایک دعا یہ ہے: "وَقُلْ رَبِّ زِدْنِي عِلْمًا" یعنی اور کہو کہ ا</w:t>
      </w:r>
    </w:p>
    <w:p>
      <w:r>
        <w:rPr>
          <w:b/>
        </w:rPr>
        <w:t xml:space="preserve">[1:02:09] </w:t>
      </w:r>
      <w:r>
        <w:t>e mere rab mere ilm mein izafa kar. is ayat ka matlab yeh nahi hai ke apni duaon mein is dua ko shamil karo ke "rabbi zidni ilman" balkeh yeh ek mansoobe ki baat hai.</w:t>
      </w:r>
    </w:p>
    <w:p>
      <w:pPr>
        <w:jc w:val="right"/>
      </w:pPr>
      <w:r>
        <w:t>ے میرے رب میرے علم میں اضافہ کر۔ اس آیت کا مطلب یہ نہیں ہے کہ اپنی دعاؤں میں اس دعا کو شامل کرو کہ "ربی زدنی علمًا" بلکہ یہ ایک منصوبے کی بات ہے۔</w:t>
      </w:r>
    </w:p>
    <w:p>
      <w:r>
        <w:rPr>
          <w:b/>
        </w:rPr>
        <w:t xml:space="preserve">[1:02:22] </w:t>
      </w:r>
      <w:r>
        <w:t>is aitbar se is ka taluq sirf paighambar se nahi hai balkeh islam ke har da'i se hai. har da'i ko yeh karna hai ke wo apne ilm ko badhaye.</w:t>
      </w:r>
    </w:p>
    <w:p>
      <w:pPr>
        <w:jc w:val="right"/>
      </w:pPr>
      <w:r>
        <w:t>اس اعتبار سے اس کا تعلق صرف پیغمبر سے نہیں ہے بلکہ اسلام کے ہر داعی سے ہے۔ ہر داعی کو یہ کرنا ہے کہ وہ اپنے علم کو بڑھائے۔</w:t>
      </w:r>
    </w:p>
    <w:p>
      <w:r>
        <w:rPr>
          <w:b/>
        </w:rPr>
        <w:t xml:space="preserve">[1:02:34] </w:t>
      </w:r>
      <w:r>
        <w:t>wo apni da'iyana isti'dad mein izafa kare. wo apne aap ko dawat ke liye zyada se zyada ahal banaye.</w:t>
      </w:r>
    </w:p>
    <w:p>
      <w:pPr>
        <w:jc w:val="right"/>
      </w:pPr>
      <w:r>
        <w:t>وہ اپنی داعیانہ استعداد میں اضافہ کرے۔ وہ اپنے آپ کو دعوت کے لیے زیادہ سے زیادہ اہل بنائے۔</w:t>
      </w:r>
    </w:p>
    <w:p>
      <w:r>
        <w:rPr>
          <w:b/>
        </w:rPr>
        <w:t xml:space="preserve">[1:02:44] </w:t>
      </w:r>
      <w:r>
        <w:t>da'i aur mad'u ka muamla sirf dawat pahunchane ka muamla nahi hai balkeh yeh ek do tarfa amal hai. da'i jab dawat ko apna nishana banata hai is ke baad us ko yeh bhi karna hai ke wo da'wati kaam ko mansooba band andaaz mein kare.</w:t>
      </w:r>
    </w:p>
    <w:p>
      <w:pPr>
        <w:jc w:val="right"/>
      </w:pPr>
      <w:r>
        <w:t>داعی اور مدعو کا معاملہ صرف دعوت پہنچانے کا معاملہ نہیں ہے بلکہ یہ ایک دو طرفہ عمل ہے۔ داعی جب دعوت کو اپنا نشانہ بناتا ہے اس کے بعد اس کو یہ بھی کرنا ہے کہ وہ دعوتی کام کو منصوبہ بند انداز میں کرے۔</w:t>
      </w:r>
    </w:p>
    <w:p>
      <w:r>
        <w:rPr>
          <w:b/>
        </w:rPr>
        <w:t xml:space="preserve">[1:03:03] </w:t>
      </w:r>
      <w:r>
        <w:t>woh apne aap ko zyada se zyada mo'asser da'i banane ki koshish kare. Zaid ibn Sabit Ansari Rasool Allah ke katib thay.</w:t>
      </w:r>
    </w:p>
    <w:p>
      <w:pPr>
        <w:jc w:val="right"/>
      </w:pPr>
      <w:r>
        <w:t>وہ اپنے آپ کو زیادہ سے زیادہ موثر داعی بنانے کی کوشش کرے۔ زید ابن ثابت انصاری رسول اللہ کے کاتب تھے۔</w:t>
      </w:r>
    </w:p>
    <w:p>
      <w:r>
        <w:rPr>
          <w:b/>
        </w:rPr>
        <w:t xml:space="preserve">[1:03:13] </w:t>
      </w:r>
      <w:r>
        <w:t>un ke bare mein al masoodi ne likha: "wa zaidun ibnu thaabitil ansaari yaktubu ila almulooki wa yujeebu bihadratin nabiyyi sallaa</w:t>
      </w:r>
    </w:p>
    <w:p>
      <w:pPr>
        <w:jc w:val="right"/>
      </w:pPr>
      <w:r>
        <w:t>ان کے بارے میں المسعودی نے لکھا: "وَزَيْدُ ابْنُ ثَابِتِ الْأَنْصَارِي يَكْتُبُ إِلَى الْمُلُوكِ وَيُجِيبُ بِحَضْرَةِ النَّبِيِّ صَلَّى</w:t>
      </w:r>
    </w:p>
    <w:p>
      <w:r>
        <w:rPr>
          <w:b/>
        </w:rPr>
        <w:t xml:space="preserve">[1:03:25] </w:t>
      </w:r>
      <w:r>
        <w:t>allahu alayhi wa sallama wa kaana yutarjimu lil nabiyyi sallaa allahu alayhi wa sallama bil farsiati</w:t>
      </w:r>
    </w:p>
    <w:p>
      <w:pPr>
        <w:jc w:val="right"/>
      </w:pPr>
      <w:r>
        <w:t>اللَّهُ عَلَيْهِ وَسَلَّمَ وَكَانَ يُتَرْجِمُ لِلنَّبِيِّ صَلَّى اللَّهُ عَلَيْهِ وَسَلَّمَ بِالْفَارْسِيَّةِ</w:t>
      </w:r>
    </w:p>
    <w:p>
      <w:r>
        <w:rPr>
          <w:b/>
        </w:rPr>
        <w:t xml:space="preserve">[1:03:34] </w:t>
      </w:r>
      <w:r>
        <w:t>war roomiyyati wal qibtiyyati wal habshiyyati</w:t>
      </w:r>
    </w:p>
    <w:p>
      <w:pPr>
        <w:jc w:val="right"/>
      </w:pPr>
      <w:r>
        <w:t>وَالرُّومِيَّةِ وَالْقِبْطِيَّةِ وَالْهَبْشِيَّةِ</w:t>
      </w:r>
    </w:p>
    <w:p>
      <w:r>
        <w:rPr>
          <w:b/>
        </w:rPr>
        <w:t xml:space="preserve">[1:03:38] </w:t>
      </w:r>
      <w:r>
        <w:t>ta'allama zaalika bil madinati min ahlil haadhihil alsinati"</w:t>
      </w:r>
    </w:p>
    <w:p>
      <w:pPr>
        <w:jc w:val="right"/>
      </w:pPr>
      <w:r>
        <w:t>تَعَلَّمَ ذَلِكَ بِالْمَدِينَةِ مِنْ أَهْلِ هَذِهِ الْأَلْسِنَةِ"</w:t>
      </w:r>
    </w:p>
    <w:p>
      <w:r>
        <w:rPr>
          <w:b/>
        </w:rPr>
        <w:t xml:space="preserve">[1:03:44] </w:t>
      </w:r>
      <w:r>
        <w:t>al tanbeeh wal ishraaf lil masoodi.</w:t>
      </w:r>
    </w:p>
    <w:p>
      <w:pPr>
        <w:jc w:val="right"/>
      </w:pPr>
      <w:r>
        <w:t>التنبیہ والاشراف للمسعودی۔</w:t>
      </w:r>
    </w:p>
    <w:p>
      <w:r>
        <w:rPr>
          <w:b/>
        </w:rPr>
        <w:t xml:space="preserve">[1:03:47] </w:t>
      </w:r>
      <w:r>
        <w:t>yani Zaid ibn Sabit nabi sallallahu alayhi wa sallam ke liye badshahon ke naam khat likha karte thay aur un ki khatoot ka jawab dete thay.</w:t>
      </w:r>
    </w:p>
    <w:p>
      <w:pPr>
        <w:jc w:val="right"/>
      </w:pPr>
      <w:r>
        <w:t>یعنی زید ابن ثابت نبی صلی اللہ علیہ وسلم کے لیے بادشاہوں کے نام خط لکھا کرتے تھے اور ان کی خطوط کا جواب دیتے تھے۔</w:t>
      </w:r>
    </w:p>
    <w:p>
      <w:r>
        <w:rPr>
          <w:b/>
        </w:rPr>
        <w:t xml:space="preserve">[1:03:58] </w:t>
      </w:r>
      <w:r>
        <w:t>woh nabi sallallahu alayhi wa sallam ke liye Farsi, Rumi, Qibti aur Habshi zaban se tarjuma kiya karte thay.</w:t>
      </w:r>
    </w:p>
    <w:p>
      <w:pPr>
        <w:jc w:val="right"/>
      </w:pPr>
      <w:r>
        <w:t>وہ نبی صلی اللہ علیہ وسلم کے لیے فارسی، رومی، قبطی اور حبشی زبان سے ترجمہ کیا کرتے تھے۔</w:t>
      </w:r>
    </w:p>
    <w:p>
      <w:r>
        <w:rPr>
          <w:b/>
        </w:rPr>
        <w:t xml:space="preserve">[1:04:08] </w:t>
      </w:r>
      <w:r>
        <w:t>unhon ne Madinah mein ahl-e-zaban se yeh zabanein seekhi theen. Is ke ilawa Musnad Ahmad ki riwayat ke mutabiq unhon ne Yahudiyon ki zaban bhi seekhi thi.</w:t>
      </w:r>
    </w:p>
    <w:p>
      <w:pPr>
        <w:jc w:val="right"/>
      </w:pPr>
      <w:r>
        <w:t>انہوں نے مدینہ میں اہل زبان سے یہ زبانیں سیکھی تھیں۔ اس کے علاوہ مسند احمد کی روایت کے مطابق انہوں نے یہودیوں کی زبان بھی سیکھی تھی۔</w:t>
      </w:r>
    </w:p>
    <w:p>
      <w:r>
        <w:rPr>
          <w:b/>
        </w:rPr>
        <w:t xml:space="preserve">[1:04:19] </w:t>
      </w:r>
      <w:r>
        <w:t>is tarah un ko chhah zabanein aati theen. Arabi ke ilawa Farsi, Rumi, Qibti, Habshi aur Siryani.</w:t>
      </w:r>
    </w:p>
    <w:p>
      <w:pPr>
        <w:jc w:val="right"/>
      </w:pPr>
      <w:r>
        <w:t>اس طرح ان کو چھ زبانیں آتی تھیں۔ عربی کے علاوہ فارسی، رومی، قبطی، حبشی اور سریانی۔</w:t>
      </w:r>
    </w:p>
    <w:p>
      <w:r>
        <w:rPr>
          <w:b/>
        </w:rPr>
        <w:t xml:space="preserve">[1:04:29] </w:t>
      </w:r>
      <w:r>
        <w:t>da'i ke liye zyada zabanein janne ki zaroorat maujooda zamane mein aur bhi barh gayi hai. Maujooda zamane mein communication aur doosre asbab se logon ka ek maqam se doosre maqam par jana bohat zyada ho gaya hai.</w:t>
      </w:r>
    </w:p>
    <w:p>
      <w:pPr>
        <w:jc w:val="right"/>
      </w:pPr>
      <w:r>
        <w:t>داعی کے لیے زیادہ زبانیں جاننے کی ضرورت موجودہ زمانے میں اور بھی بڑھ گئی ہے۔ موجودہ زمانے میں کمیونیکیشن اور دوسرے اسباب سے لوگوں کا ایک مقام سے دوسرے مقام پر جانا بہت زیادہ ہو گیا ہے۔</w:t>
      </w:r>
    </w:p>
    <w:p>
      <w:r>
        <w:rPr>
          <w:b/>
        </w:rPr>
        <w:t xml:space="preserve">[1:04:47] </w:t>
      </w:r>
      <w:r>
        <w:t>mukhtalif satah par logon ke darmiyan ta'alluqat mein bohat zyada izafa ho gaya hai. Da'wat ke naye mawaqe se faida uthane ke liye zaban ki ahmiyat bohat zyada hai.</w:t>
      </w:r>
    </w:p>
    <w:p>
      <w:pPr>
        <w:jc w:val="right"/>
      </w:pPr>
      <w:r>
        <w:t>مختلف سطح پر لوگوں کے درمیان تعلقات میں بہت زیادہ اضافہ ہو گیا ہے۔ دعوت کے نئے مواقع سے فائدہ اٹھانے کے لیے زبان کی اہمیت بہت زیادہ ہے۔</w:t>
      </w:r>
    </w:p>
    <w:p>
      <w:r>
        <w:rPr>
          <w:b/>
        </w:rPr>
        <w:t xml:space="preserve">[1:05:00] </w:t>
      </w:r>
      <w:r>
        <w:t>jo log maujooda zamane mein da'wat ka kaam karna chahte hain un ko chahiye ke woh is mamle mein bohat zyada tawajjuh dein taake woh da'wat ka kaam bohat zyada mufeed andaaz mein anjam de saken.</w:t>
      </w:r>
    </w:p>
    <w:p>
      <w:pPr>
        <w:jc w:val="right"/>
      </w:pPr>
      <w:r>
        <w:t>جو لوگ موجودہ زمانے میں دعوت کا کام کرنا چاہتے ہیں ان کو چاہیے کہ وہ اس معاملے میں بہت زیادہ توجہ دیں تاکہ وہ دعوت کا کام بہت زیادہ مفید انداز میں انجام دے سکیں۔</w:t>
      </w:r>
    </w:p>
    <w:p>
      <w:r>
        <w:rPr>
          <w:b/>
        </w:rPr>
        <w:t xml:space="preserve">[1:05:15] </w:t>
      </w:r>
      <w:r>
        <w:t>yeh baat sirf zaban ki had tak mehdood nahi hai balke maujooda zamane mein is mein naye pehluon ka izafa hua hai.</w:t>
      </w:r>
    </w:p>
    <w:p>
      <w:pPr>
        <w:jc w:val="right"/>
      </w:pPr>
      <w:r>
        <w:t>یہ بات صرف زبان کی حد تک محدود نہیں ہے بلکہ موجودہ زمانے میں اس میں نئے پہلوؤں کا اضافہ ہوا ہے۔</w:t>
      </w:r>
    </w:p>
    <w:p>
      <w:r>
        <w:rPr>
          <w:b/>
        </w:rPr>
        <w:t xml:space="preserve">[1:05:24] </w:t>
      </w:r>
      <w:r>
        <w:t>misal ke taur par computer jo goya ke mashini zaban ka ek aala hai. Logon ko chahiye ke woh computer ko seekhein aur computer ke zariye jo da'wat ke naye mawaqe hasil hue hain us ko aawel karein.</w:t>
      </w:r>
    </w:p>
    <w:p>
      <w:pPr>
        <w:jc w:val="right"/>
      </w:pPr>
      <w:r>
        <w:t>مثلاً کمپیوٹر جو گویا کہ مشینی زبان کا ایک آلہ ہے۔ لوگوں کو چاہیے کہ وہ کمپیوٹر کو سیکھیں اور کمپیوٹر کے ذریعے جو دعوت کے نئے مواقع حاصل ہوئے ہیں اس کو اویل کریں۔</w:t>
      </w:r>
    </w:p>
    <w:p>
      <w:r>
        <w:rPr>
          <w:b/>
        </w:rPr>
        <w:t xml:space="preserve">[1:05:38] </w:t>
      </w:r>
      <w:r>
        <w:t>maujooda zamane mein computer sirf ek cheez ka naam nahi hai. Computer goya ek aalmi university ka gateway hai.</w:t>
      </w:r>
    </w:p>
    <w:p>
      <w:pPr>
        <w:jc w:val="right"/>
      </w:pPr>
      <w:r>
        <w:t>موجودہ زمانے میں کمپیوٹر صرف ایک چیز کا نام نہیں ہے۔ کمپیوٹر گویا ایک عالمی یونیورسٹی کا گیٹ وے ہے۔</w:t>
      </w:r>
    </w:p>
    <w:p>
      <w:r>
        <w:rPr>
          <w:b/>
        </w:rPr>
        <w:t xml:space="preserve">[1:05:48] </w:t>
      </w:r>
      <w:r>
        <w:t>yeh azeem nemat hai aur is nemat ka shukriya yeh hai ke log is ko zyada se zyada da'wat-e-deen ke liye istemal karein.</w:t>
      </w:r>
    </w:p>
    <w:p>
      <w:pPr>
        <w:jc w:val="right"/>
      </w:pPr>
      <w:r>
        <w:t>یہ عظیم نعمت ہے اور اس نعمت کا شکر یہ ہے کہ لوگ اس کو زیادہ سے زیادہ دعوت دین کے لیے استعمال کریں۔</w:t>
      </w:r>
    </w:p>
    <w:p>
      <w:r>
        <w:rPr>
          <w:b/>
        </w:rPr>
        <w:t xml:space="preserve">[1:06:01] </w:t>
      </w:r>
      <w:r>
        <w:t>Iblees ka tareeqa. Iblees jinnat ka sardar tha. Quran o Hadees mein Iblees ko bure kirdaar ki hesiyat se pesh kiya gaya hai aur is ko laanat zada qarar diya gaya hai.</w:t>
      </w:r>
    </w:p>
    <w:p>
      <w:pPr>
        <w:jc w:val="right"/>
      </w:pPr>
      <w:r>
        <w:t>ابلیس کا طریقہ۔ ابلیس جنات کا سردار تھا۔ قرآن و حدیث میں ابلیس کو برے کردار کی حیثیت سے پیش کیا گیا ہے اور اس کو لعنت زدہ قرار دیا گیا ہے۔</w:t>
      </w:r>
    </w:p>
    <w:p>
      <w:r>
        <w:rPr>
          <w:b/>
        </w:rPr>
        <w:t xml:space="preserve">[1:06:16] </w:t>
      </w:r>
      <w:r>
        <w:t>Quran o Hadees mein yeh talqeen ki gayi hai ke ahl-e-iman Iblees se panah ki dua karte rahein. Iblees ka jurm kya tha?</w:t>
      </w:r>
    </w:p>
    <w:p>
      <w:pPr>
        <w:jc w:val="right"/>
      </w:pPr>
      <w:r>
        <w:t>قرآن و حدیث میں یہ تلقین کی گئی ہے کہ اہل ایمان ابلیس سے پناہ کی دعا کرتے رہیں۔ ابلیس کا جرم کیا تھا؟</w:t>
      </w:r>
    </w:p>
    <w:p>
      <w:r>
        <w:rPr>
          <w:b/>
        </w:rPr>
        <w:t xml:space="preserve">[1:06:26] </w:t>
      </w:r>
      <w:r>
        <w:t>is ka jurm yeh tha ke is ne Allah ke takhleeqi naqshe yani creation plan of God ko Allah ki nazar se nahi dekha balke khud apni nazar se dekha.</w:t>
      </w:r>
    </w:p>
    <w:p>
      <w:pPr>
        <w:jc w:val="right"/>
      </w:pPr>
      <w:r>
        <w:t>اس کا جرم یہ تھا کہ اس نے اللہ کے تخلیقی نقشے یعنی کریئیشن پلان آف گاڈ کو اللہ کی نظر سے نہیں دیکھا بلکہ خود اپنی نظر سے دیکھا۔</w:t>
      </w:r>
    </w:p>
    <w:p>
      <w:r>
        <w:rPr>
          <w:b/>
        </w:rPr>
        <w:t xml:space="preserve">[1:06:39] </w:t>
      </w:r>
      <w:r>
        <w:t>is takhleeqi naqshe mein kya hikmatein shamil hain is par is ne ghore nahi kiya balke sirf ek baat ko le kar is ka dushman ban gaya ke is takhleeqi naqshe mein is ke apne khayal ke mutabiq is ko kam darja diya gaya hai aur Adam ko zyada bada darja.</w:t>
      </w:r>
    </w:p>
    <w:p>
      <w:pPr>
        <w:jc w:val="right"/>
      </w:pPr>
      <w:r>
        <w:t>اس تخلیقی نقشے میں کیا حکمتیں شامل ہیں اس پر اس نے غور نہیں کیا بلکہ صرف ایک بات کو لے کر اس کا دشمن بن گیا کہ اس تخلیقی نقشے میں اس کے اپنے خیال کے مطابق اس کو کم درجہ دیا گیا ہے اور آدم کو زیادہ بڑا درجہ۔</w:t>
      </w:r>
    </w:p>
    <w:p>
      <w:r>
        <w:rPr>
          <w:b/>
        </w:rPr>
        <w:t xml:space="preserve">[1:06:58] </w:t>
      </w:r>
      <w:r>
        <w:t>yeh Iblees ka tarz-e-fikr hai. Is tarz-e-fikr se insaan ke andar woh cheez paida hoti hai jis ko manfi soch yani negative thinking kaha jata hai.</w:t>
      </w:r>
    </w:p>
    <w:p>
      <w:pPr>
        <w:jc w:val="right"/>
      </w:pPr>
      <w:r>
        <w:t>یہ ابلیس کا طرز فکر ہے۔ اس طرز فکر سے انسان کے اندر وہ چیز پیدا ہوتی ہے جس کو منفی سوچ یعنی نیگیٹیو تھنکنگ کہا جاتا ہے۔</w:t>
      </w:r>
    </w:p>
    <w:p>
      <w:r>
        <w:rPr>
          <w:b/>
        </w:rPr>
        <w:t xml:space="preserve">[1:07:10] </w:t>
      </w:r>
      <w:r>
        <w:t>insaan agar zindagi ke nizaam ko Khudai naqshe ke mutabiq soche to us ke andar musbat soch paida hogi. Is ke baraks agar woh zindagi ko sirf apne aitbaar se soche to woh hamesha manfi soch mein mubtala rahega.</w:t>
      </w:r>
    </w:p>
    <w:p>
      <w:pPr>
        <w:jc w:val="right"/>
      </w:pPr>
      <w:r>
        <w:t>انسان اگر زندگی کے نظام کو خدائی نقشے کے مطابق سوچے تو اس کے اندر مثبت سوچ پیدا ہوگی۔ اس کے برعکس اگر وہ زندگی کو صرف اپنے اعتبار سے سوچے تو وہ ہمیشہ منفی سوچ میں مبتلا رہے گا۔</w:t>
      </w:r>
    </w:p>
    <w:p>
      <w:r>
        <w:rPr>
          <w:b/>
        </w:rPr>
        <w:t xml:space="preserve">[1:07:28] </w:t>
      </w:r>
      <w:r>
        <w:t>kyunki kahin na kahin us ko nazar ayega ke us ke apne khayal ke mutabiq us ka jo darja hai woh darja us ko nahi mila.</w:t>
      </w:r>
    </w:p>
    <w:p>
      <w:pPr>
        <w:jc w:val="right"/>
      </w:pPr>
      <w:r>
        <w:t>کیونکہ کہیں نہ کہیں اس کو نظر آئے گا کہ اس کے اپنے خیال کے مطابق اس کا جو درجہ ہے وہ درجہ اس کو نہیں ملا۔</w:t>
      </w:r>
    </w:p>
    <w:p>
      <w:r>
        <w:rPr>
          <w:b/>
        </w:rPr>
        <w:t xml:space="preserve">[1:07:38] </w:t>
      </w:r>
      <w:r>
        <w:t>aise insaan ko yeh ehsas hamesha rahega khwah nizaam kitna hi zyada durust kyun na ho. Iblees ki ghalti yeh thi ke woh manfi soch mein mubtala ho gaya aur authority ke khilaf jhanda le kar khada ho gaya.</w:t>
      </w:r>
    </w:p>
    <w:p>
      <w:pPr>
        <w:jc w:val="right"/>
      </w:pPr>
      <w:r>
        <w:t>ایسے انسان کو یہ احساس ہمیشہ رہے گا خواہ نظام کتنا ہی زیادہ درست کیوں نہ ہو۔ ابلیس کی غلطی یہ تھی کہ وہ منفی سوچ میں مبتلا ہو گیا اور اتھارٹی کے خلاف جھنڈا لے کر کھڑا ہو گیا۔</w:t>
      </w:r>
    </w:p>
    <w:p>
      <w:r>
        <w:rPr>
          <w:b/>
        </w:rPr>
        <w:t xml:space="preserve">[1:07:53] </w:t>
      </w:r>
      <w:r>
        <w:t>is ke baraks malakooti tarz-e-fikr yeh hai ke aadmi ke hisse mein jo kuch aaya hai woh us par raazi rahe aur samjhe ke yahi us ke liye behtar tha.</w:t>
      </w:r>
    </w:p>
    <w:p>
      <w:pPr>
        <w:jc w:val="right"/>
      </w:pPr>
      <w:r>
        <w:t>اس کے برعکس ملکوتی طرز فکر یہ ہے کہ آدمی کے حصے میں جو کچھ آیا ہے وہ اس پر راضی رہے اور سمجھے کہ یہی اس کے لیے بہتر تھا۔</w:t>
      </w:r>
    </w:p>
    <w:p>
      <w:r>
        <w:rPr>
          <w:b/>
        </w:rPr>
        <w:t xml:space="preserve">[1:08:06] </w:t>
      </w:r>
      <w:r>
        <w:t>al-khairu feema waqa'. Aisa aadmi apni zimmedariyon ko poora karne par dhyan dega. Is tarah woh durust raaste par rahega.</w:t>
      </w:r>
    </w:p>
    <w:p>
      <w:pPr>
        <w:jc w:val="right"/>
      </w:pPr>
      <w:r>
        <w:t>الخیر فیما وقع۔ ایسا آدمی اپنی ذمہ داریوں کو پورا کرنے پر دھیان دے گا۔ اس طرح وہ درست راستے پر رہے گا۔</w:t>
      </w:r>
    </w:p>
    <w:p>
      <w:r>
        <w:rPr>
          <w:b/>
        </w:rPr>
        <w:t xml:space="preserve">[1:08:17] </w:t>
      </w:r>
      <w:r>
        <w:t>is malakooti tarz-e-fikr ke muqable mein doosra shakhs woh hai jo authority ke khilaf tehreek chalaye. Aisa shakhs bilashuba ghalat raaste par hai.</w:t>
      </w:r>
    </w:p>
    <w:p>
      <w:pPr>
        <w:jc w:val="right"/>
      </w:pPr>
      <w:r>
        <w:t>اس ملکوتی طرز فکر کے مقابلے میں دوسرا شخص وہ ہے جو اتھارٹی کے خلاف تحریک چلائے۔ ایسا شخص بلاشبہ غلط راستے پر ہے۔</w:t>
      </w:r>
    </w:p>
    <w:p>
      <w:r>
        <w:rPr>
          <w:b/>
        </w:rPr>
        <w:t xml:space="preserve">[1:08:29] </w:t>
      </w:r>
      <w:r>
        <w:t>pehla insaan samaj mein khair layega aur doosra insaan sirf fasad ka sabab banega.</w:t>
      </w:r>
    </w:p>
    <w:p>
      <w:pPr>
        <w:jc w:val="right"/>
      </w:pPr>
      <w:r>
        <w:t>پہلا انسان سماج میں خیر لائے گا اور دوسرا انسان صرف فساد کا سبب بنے گا۔</w:t>
      </w:r>
    </w:p>
    <w:p>
      <w:r>
        <w:rPr>
          <w:b/>
        </w:rPr>
        <w:t xml:space="preserve">[1:08:40] </w:t>
      </w:r>
      <w:r>
        <w:t>insaan Allah ka ameen.</w:t>
      </w:r>
    </w:p>
    <w:p>
      <w:pPr>
        <w:jc w:val="right"/>
      </w:pPr>
      <w:r>
        <w:t>انسان اللہ کا امین۔</w:t>
      </w:r>
    </w:p>
    <w:p>
      <w:r>
        <w:rPr>
          <w:b/>
        </w:rPr>
        <w:t xml:space="preserve">[1:08:42] </w:t>
      </w:r>
      <w:r>
        <w:t>quran ki ek aayat woh hai jis ko aayat e amaanat kaha jaata hai.</w:t>
      </w:r>
    </w:p>
    <w:p>
      <w:pPr>
        <w:jc w:val="right"/>
      </w:pPr>
      <w:r>
        <w:t>قرآن کی ایک آیت وہ ہے جس کو آیت امانت کہا جاتا ہے۔</w:t>
      </w:r>
    </w:p>
    <w:p>
      <w:r>
        <w:rPr>
          <w:b/>
        </w:rPr>
        <w:t xml:space="preserve">[1:08:47] </w:t>
      </w:r>
      <w:r>
        <w:t>is ke alfaaz yeh hain: "inna aradnal amaanata alal samawaati wal ardi wal jibaali fa abayna an yahmilnahaa wa ashfaqna minhaa wa hamalahaa</w:t>
      </w:r>
    </w:p>
    <w:p>
      <w:pPr>
        <w:jc w:val="right"/>
      </w:pPr>
      <w:r>
        <w:t>اس کے الفاظ یہ ہیں: "إنا أردنا الأمانة على السماوات والأرض والجبال فأبينا أن يحملنها وأشفقنا منها وحملها</w:t>
      </w:r>
    </w:p>
    <w:p>
      <w:r>
        <w:rPr>
          <w:b/>
        </w:rPr>
        <w:t xml:space="preserve">[1:09:02] </w:t>
      </w:r>
      <w:r>
        <w:t>al insaanu innahoo kaana zoolooman jahooolan" yaani hum ne amaanat ko aasmano aur zameen aur pahadon ke saamne pesh</w:t>
      </w:r>
    </w:p>
    <w:p>
      <w:pPr>
        <w:jc w:val="right"/>
      </w:pPr>
      <w:r>
        <w:t>الإنسان إنه كان ظلوما جهولا" یعنی ہم نے امانت کو آسمانوں اور زمین اور پہاڑوں کے سامنے پیش</w:t>
      </w:r>
    </w:p>
    <w:p>
      <w:r>
        <w:rPr>
          <w:b/>
        </w:rPr>
        <w:t xml:space="preserve">[1:09:13] </w:t>
      </w:r>
      <w:r>
        <w:t>kiya to unhon ne is ko uthane se inkaar kiya aur woh is se dar gaye aur insaan</w:t>
      </w:r>
    </w:p>
    <w:p>
      <w:pPr>
        <w:jc w:val="right"/>
      </w:pPr>
      <w:r>
        <w:t>کیا تو انہوں نے اس کو اٹھانے سے انکار کیا اور وہ اس سے ڈر گئے اور انسان</w:t>
      </w:r>
    </w:p>
    <w:p>
      <w:r>
        <w:rPr>
          <w:b/>
        </w:rPr>
        <w:t xml:space="preserve">[1:09:20] </w:t>
      </w:r>
      <w:r>
        <w:t>ne is ko utha liya.</w:t>
      </w:r>
    </w:p>
    <w:p>
      <w:pPr>
        <w:jc w:val="right"/>
      </w:pPr>
      <w:r>
        <w:t>نے اس کو اٹھا لیا۔</w:t>
      </w:r>
    </w:p>
    <w:p>
      <w:r>
        <w:rPr>
          <w:b/>
        </w:rPr>
        <w:t xml:space="preserve">[1:09:22] </w:t>
      </w:r>
      <w:r>
        <w:t>beshak woh zalim aur jahil tha. amanat ka matlab trust hai. yani apni aik cheez ko bator amanat kisi doosre ko dena.</w:t>
      </w:r>
    </w:p>
    <w:p>
      <w:pPr>
        <w:jc w:val="right"/>
      </w:pPr>
      <w:r>
        <w:t>بے شک وہ ظالم اور جاہل تھا۔ امانت کا مطلب ٹرسٹ ہے۔ یعنی اپنی ایک چیز کو بطور امانت کسی دوسرے کو دینا۔</w:t>
      </w:r>
    </w:p>
    <w:p>
      <w:r>
        <w:rPr>
          <w:b/>
        </w:rPr>
        <w:t xml:space="preserve">[1:09:33] </w:t>
      </w:r>
      <w:r>
        <w:t>yahan amanat se murad hai allah ki taraf se diya hua ikhtiyar. goya allah ne apni sifat ikhtiyar ka aik shama yani iota insan ko de diya hai.</w:t>
      </w:r>
    </w:p>
    <w:p>
      <w:pPr>
        <w:jc w:val="right"/>
      </w:pPr>
      <w:r>
        <w:t>یہاں امانت سے مراد ہے اللہ کی طرف سے دیا ہوا اختیار۔ گویا اللہ نے اپنی صفت اختیار کا ایک شمع یعنی آئیوٹا انسان کو دے دیا ہے۔</w:t>
      </w:r>
    </w:p>
    <w:p>
      <w:r>
        <w:rPr>
          <w:b/>
        </w:rPr>
        <w:t xml:space="preserve">[1:09:48] </w:t>
      </w:r>
      <w:r>
        <w:t>magar yeh atiya bator zimmedari hai. yeh atiya bator test hai. yani insan agar is ikhtiyar ko azadana ikhtiyar banaye to is ki pakad hogi.</w:t>
      </w:r>
    </w:p>
    <w:p>
      <w:pPr>
        <w:jc w:val="right"/>
      </w:pPr>
      <w:r>
        <w:t>مگر یہ عطیہ بطور ذمہ داری ہے۔ یہ عطیہ بطور ٹیسٹ ہے۔ یعنی انسان اگر اس اختیار کو آزادانہ اختیار بنائے تو اس کی پکڑ ہوگی۔</w:t>
      </w:r>
    </w:p>
    <w:p>
      <w:r>
        <w:rPr>
          <w:b/>
        </w:rPr>
        <w:t xml:space="preserve">[1:10:02] </w:t>
      </w:r>
      <w:r>
        <w:t>lekin agar paband ikhtiyar banaye to is par is ko inam milega. goya ke yeh aik khud aaid karda pabandi yani self imposed discipline ka mamla hai.</w:t>
      </w:r>
    </w:p>
    <w:p>
      <w:pPr>
        <w:jc w:val="right"/>
      </w:pPr>
      <w:r>
        <w:t>لیکن اگر پابند اختیار بنائے تو اس پر اس کو انعام ملے گا۔ گویا کہ یہ ایک خود عائد کردہ پابندی یعنی سیلف امپوزڈ ڈسپلن کا معاملہ ہے۔</w:t>
      </w:r>
    </w:p>
    <w:p>
      <w:r>
        <w:rPr>
          <w:b/>
        </w:rPr>
        <w:t xml:space="preserve">[1:10:15] </w:t>
      </w:r>
      <w:r>
        <w:t>aadmi apni aqal ko istemal kar ke sab se pehle yeh karta hai ke woh khud daryaft kardah marfat yani self discovered realization par khara hota hai.</w:t>
      </w:r>
    </w:p>
    <w:p>
      <w:pPr>
        <w:jc w:val="right"/>
      </w:pPr>
      <w:r>
        <w:t>آدمی اپنی عقل کو استعمال کر کے سب سے پہلے یہ کرتا ہے کہ وہ خود دریافت کردہ معرفت یعنی سیلف ڈسکورڈ ریلائزیشن پر کھڑا ہوتا ہے۔</w:t>
      </w:r>
    </w:p>
    <w:p>
      <w:r>
        <w:rPr>
          <w:b/>
        </w:rPr>
        <w:t xml:space="preserve">[1:10:28] </w:t>
      </w:r>
      <w:r>
        <w:t>is ke baad is ka amli nateeja yeh hota hai ke woh khud ikhtiyar kardah zimmedari ka case ban jata hai. is tarah insan yeh saboot deta hai ke woh aala shaoor aur aala kirdaar ka hamil hai.</w:t>
      </w:r>
    </w:p>
    <w:p>
      <w:pPr>
        <w:jc w:val="right"/>
      </w:pPr>
      <w:r>
        <w:t>اس کے بعد اس کا عملی نتیجہ یہ ہوتا ہے کہ وہ خود اختیار کردہ ذمہ داری کا کیس بن جاتا ہے۔ اس طرح انسان یہ ثبوت دیتا ہے کہ وہ اعلیٰ شعور اور اعلیٰ کردار کا حامل ہے۔</w:t>
      </w:r>
    </w:p>
    <w:p>
      <w:r>
        <w:rPr>
          <w:b/>
        </w:rPr>
        <w:t xml:space="preserve">[1:10:44] </w:t>
      </w:r>
      <w:r>
        <w:t>yahi woh cheez hai jo kisi insan ko jannat mein dakhle ke qabil banati hai. is atiye ke bawajood insan insan rehta hai.</w:t>
      </w:r>
    </w:p>
    <w:p>
      <w:pPr>
        <w:jc w:val="right"/>
      </w:pPr>
      <w:r>
        <w:t>یہی وہ چیز ہے جو کسی انسان کو جنت میں داخلے کے قابل بناتی ہے۔ اس عطیے کے باوجود انسان انسان رہتا ہے۔</w:t>
      </w:r>
    </w:p>
    <w:p>
      <w:r>
        <w:rPr>
          <w:b/>
        </w:rPr>
        <w:t xml:space="preserve">[1:10:55] </w:t>
      </w:r>
      <w:r>
        <w:t>is se ghalti ka sadur ho jata hai. yahan insan ki marfat is ko mutanabih karti hai. woh shaoori tor par daryaft karta hai ke woh amanat ke mamle mein apni zimmedari ko ada karne mein nakaam raha.</w:t>
      </w:r>
    </w:p>
    <w:p>
      <w:pPr>
        <w:jc w:val="right"/>
      </w:pPr>
      <w:r>
        <w:t>اس سے غلطی کا صدور ہو جاتا ہے۔ یہاں انسان کی معرفت اس کو متنبہ کرتی ہے۔ وہ شعوری طور پر دریافت کرتا ہے کہ وہ امانت کے معاملے میں اپنی ذمہ داری کو ادا کرنے میں ناکام رہا۔</w:t>
      </w:r>
    </w:p>
    <w:p>
      <w:r>
        <w:rPr>
          <w:b/>
        </w:rPr>
        <w:t xml:space="preserve">[1:11:10] </w:t>
      </w:r>
      <w:r>
        <w:t>yahan is ke andar tauba yani repentance ka ehsas jagta hai. woh dobara apne haqeeqi maqam ki taraf lot ta hai.</w:t>
      </w:r>
    </w:p>
    <w:p>
      <w:pPr>
        <w:jc w:val="right"/>
      </w:pPr>
      <w:r>
        <w:t>یہاں اس کے اندر توبہ یعنی ریپینٹنس کا احساس جاگتا ہے۔ وہ دوبارہ اپنے حقیقی مقام کی طرف لوٹتا ہے۔</w:t>
      </w:r>
    </w:p>
    <w:p>
      <w:r>
        <w:rPr>
          <w:b/>
        </w:rPr>
        <w:t xml:space="preserve">[1:11:20] </w:t>
      </w:r>
      <w:r>
        <w:t>is tarah woh dobara rab ul alameen ke liye qabil qubool ban jata hai.</w:t>
      </w:r>
    </w:p>
    <w:p>
      <w:pPr>
        <w:jc w:val="right"/>
      </w:pPr>
      <w:r>
        <w:t>اس طرح وہ دوبارہ رب العالمین کے لیے قابل قبول بن جاتا ہے۔</w:t>
      </w:r>
    </w:p>
    <w:p>
      <w:r>
        <w:rPr>
          <w:b/>
        </w:rPr>
        <w:t xml:space="preserve">[1:11:31] </w:t>
      </w:r>
      <w:r>
        <w:t>maut ka misbat tasawwur. takhleeq ke qanoon ke mutabiq maut har aurat aur har mard par aati hai.</w:t>
      </w:r>
    </w:p>
    <w:p>
      <w:pPr>
        <w:jc w:val="right"/>
      </w:pPr>
      <w:r>
        <w:t>موت کا مثبت تصور۔ تخلیق کے قانون کے مطابق موت ہر عورت اور ہر مرد پر آتی ہے۔</w:t>
      </w:r>
    </w:p>
    <w:p>
      <w:r>
        <w:rPr>
          <w:b/>
        </w:rPr>
        <w:t xml:space="preserve">[1:11:42] </w:t>
      </w:r>
      <w:r>
        <w:t>maut kya hai? maut yeh hai ke aadmi maujooda duniya se mukammal tor par juda ho jaye aur is duniya mein pohnch jaye jis ko akhirat kaha jata hai.</w:t>
      </w:r>
    </w:p>
    <w:p>
      <w:pPr>
        <w:jc w:val="right"/>
      </w:pPr>
      <w:r>
        <w:t>موت کیا ہے؟ موت یہ ہے کہ آدمی موجودہ دنیا سے مکمل طور پر جدا ہو جائے اور اس دنیا میں پہنچ جائے جس کو آخرت کہا جاتا ہے۔</w:t>
      </w:r>
    </w:p>
    <w:p>
      <w:r>
        <w:rPr>
          <w:b/>
        </w:rPr>
        <w:t xml:space="preserve">[1:11:54] </w:t>
      </w:r>
      <w:r>
        <w:t>yeh akhirat ki duniya kya hai? yeh allah rab ul alameen ki duniya hai. wahan "والامر یومئذ للہ" ka usool raij hai.</w:t>
      </w:r>
    </w:p>
    <w:p>
      <w:pPr>
        <w:jc w:val="right"/>
      </w:pPr>
      <w:r>
        <w:t>یہ آخرت کی دنیا کیا ہے؟ یہ اللہ رب العالمین کی دنیا ہے۔ وہاں "والامر یومئذ للہ" کا اصول رائج ہے۔</w:t>
      </w:r>
    </w:p>
    <w:p>
      <w:r>
        <w:rPr>
          <w:b/>
        </w:rPr>
        <w:t xml:space="preserve">[1:12:06] </w:t>
      </w:r>
      <w:r>
        <w:t>maujooda duniya bhi allah ke hukum ke tehat hai lekin yahan sab kuch ghayab mein ho raha hai. akhirat woh jagah hai jahan allah ki hasti aik mashhood hasti ban jayegi.</w:t>
      </w:r>
    </w:p>
    <w:p>
      <w:pPr>
        <w:jc w:val="right"/>
      </w:pPr>
      <w:r>
        <w:t>موجودہ دنیا بھی اللہ کے حکم کے تحت ہے لیکن یہاں سب کچھ غیب میں ہو رہا ہے۔ آخرت وہ جگہ ہے جہاں اللہ کی ہستی ایک مشہود ہستی بن جائے گی۔</w:t>
      </w:r>
    </w:p>
    <w:p>
      <w:r>
        <w:rPr>
          <w:b/>
        </w:rPr>
        <w:t xml:space="preserve">[1:12:20] </w:t>
      </w:r>
      <w:r>
        <w:t>jahan banda barah e rast tor par apne rab ke samne apne aap ko payega. allah ka tasawwur yeh hai ke woh arham ul rahimin hai.</w:t>
      </w:r>
    </w:p>
    <w:p>
      <w:pPr>
        <w:jc w:val="right"/>
      </w:pPr>
      <w:r>
        <w:t>جہاں بندہ براہ راست طور پر اپنے رب کے سامنے اپنے آپ کو پائے گا۔ اللہ کا تصور یہ ہے کہ وہ ارحم الراحمین ہے۔</w:t>
      </w:r>
    </w:p>
    <w:p>
      <w:r>
        <w:rPr>
          <w:b/>
        </w:rPr>
        <w:t xml:space="preserve">[1:12:31] </w:t>
      </w:r>
      <w:r>
        <w:t>woh tamam mehrbanon se zyada mehrban hai. is ke sath yeh bhi haqeeqat hai ke insan ko marna hai aur marne ke baad is ko aik aise safar ki taraf jana hai jahan is ki mulaqat allah rab ul alameen se hone wali hai.</w:t>
      </w:r>
    </w:p>
    <w:p>
      <w:pPr>
        <w:jc w:val="right"/>
      </w:pPr>
      <w:r>
        <w:t>وہ تمام مہربانوں سے زیادہ مہربان ہے۔ اس کے ساتھ یہ بھی حقیقت ہے کہ انسان کو مرنا ہے اور مرنے کے بعد اس کو ایک ایسے سفر کی طرف جانا ہے جہاں اس کی ملاقات اللہ رب العالمین سے ہونے والی ہے۔</w:t>
      </w:r>
    </w:p>
    <w:p>
      <w:r>
        <w:rPr>
          <w:b/>
        </w:rPr>
        <w:t xml:space="preserve">[1:12:49] </w:t>
      </w:r>
      <w:r>
        <w:t>jahan banda apne aap ko maabood ke samne khara hua payega. jab maabood rehman o rahim hai to is ka matlab yeh hai ke banda aur rab ki yeh mulaqat yaqeenan aik pur umeed mulaqat hogi.</w:t>
      </w:r>
    </w:p>
    <w:p>
      <w:pPr>
        <w:jc w:val="right"/>
      </w:pPr>
      <w:r>
        <w:t>جہاں بندہ اپنے آپ کو معبود کے سامنے کھڑا ہوا پائے گا۔ جب معبود رحمان و رحیم ہے تو اس کا مطلب یہ ہے کہ بندہ اور رب کی یہ ملاقات یقینا ایک پرامید ملاقات ہوگی۔</w:t>
      </w:r>
    </w:p>
    <w:p>
      <w:r>
        <w:rPr>
          <w:b/>
        </w:rPr>
        <w:t xml:space="preserve">[1:13:06] </w:t>
      </w:r>
      <w:r>
        <w:t>yahan banda apne rab ki taraf se woh cheez payega jis ki umeed woh aik mehrban rab se kiye hue tha.</w:t>
      </w:r>
    </w:p>
    <w:p>
      <w:pPr>
        <w:jc w:val="right"/>
      </w:pPr>
      <w:r>
        <w:t>یہاں بندہ اپنے رب کی طرف سے وہ چیز پائے گا جس کی امید وہ ایک مہربان رب سے کیے ہوئے تھا۔</w:t>
      </w:r>
    </w:p>
    <w:p>
      <w:r>
        <w:rPr>
          <w:b/>
        </w:rPr>
        <w:t xml:space="preserve">[1:13:16] </w:t>
      </w:r>
      <w:r>
        <w:t>aik hadith qudsi mein aaya hai: "أنا عند غني عبدي بي" yani main bande ke guman ke sath hoon.</w:t>
      </w:r>
    </w:p>
    <w:p>
      <w:pPr>
        <w:jc w:val="right"/>
      </w:pPr>
      <w:r>
        <w:t>ایک حدیث قدسی میں آیا ہے: "أنا عند غني عبدي بي" یعنی میں بندے کے گمان کے ساتھ ہوں۔</w:t>
      </w:r>
    </w:p>
    <w:p>
      <w:r>
        <w:rPr>
          <w:b/>
        </w:rPr>
        <w:t xml:space="preserve">[1:13:27] </w:t>
      </w:r>
      <w:r>
        <w:t>jo insan yeh yaqeen rakhta ho ke rab ul alameen aik rahim o kareem rab hai, is ki mehrbaniyan har makhlooq ka ahata kiye hue hain.</w:t>
      </w:r>
    </w:p>
    <w:p>
      <w:pPr>
        <w:jc w:val="right"/>
      </w:pPr>
      <w:r>
        <w:t>جو انسان یہ یقین رکھتا ہو کہ رب العالمین ایک رحیم و کریم رب ہے، اس کی مہربانیاں ہر مخلوق کا احاطہ کیے ہوئے ہیں۔</w:t>
      </w:r>
    </w:p>
    <w:p>
      <w:r>
        <w:rPr>
          <w:b/>
        </w:rPr>
        <w:t xml:space="preserve">[1:13:39] </w:t>
      </w:r>
      <w:r>
        <w:t>aisa insan zaroor yeh bhi manega ke jab is ki mulaqat allah se hogi to woh apne aap ko aik aise rab ke samne khara hua payega jo tamam mehrbanon se zyada mehrban hai.</w:t>
      </w:r>
    </w:p>
    <w:p>
      <w:pPr>
        <w:jc w:val="right"/>
      </w:pPr>
      <w:r>
        <w:t>ایسا انسان ضرور یہ بھی مانے گا کہ جب اس کی ملاقات اللہ سے ہوگی تو وہ اپنے آپ کو ایک ایسے رب کے سامنے کھڑا ہوا پائے گا جو تمام مہربانوں سے زیادہ مہربان ہے۔</w:t>
      </w:r>
    </w:p>
    <w:p>
      <w:r>
        <w:rPr>
          <w:b/>
        </w:rPr>
        <w:t xml:space="preserve">[1:13:55] </w:t>
      </w:r>
      <w:r>
        <w:t>bande ka yeh ehsas is ko zaroor yeh yaqeen dega ke mera rab aik mehrban rab hai, woh zaroor mere sath mehrbani ka mamla karega.</w:t>
      </w:r>
    </w:p>
    <w:p>
      <w:pPr>
        <w:jc w:val="right"/>
      </w:pPr>
      <w:r>
        <w:t>بندے کا یہ احساس اس کو ضرور یہ یقین دے گا کہ میرا رب ایک مہربان رب ہے، وہ ضرور میرے ساتھ مہربانی کا معاملہ کرے گا۔</w:t>
      </w:r>
    </w:p>
    <w:p>
      <w:r>
        <w:rPr>
          <w:b/>
        </w:rPr>
        <w:t xml:space="preserve">[1:14:06] </w:t>
      </w:r>
      <w:r>
        <w:t>yeh yaqeen kisi bande ke liye is ki maut ko aik misbat maut bana deta hai.</w:t>
      </w:r>
    </w:p>
    <w:p>
      <w:pPr>
        <w:jc w:val="right"/>
      </w:pPr>
      <w:r>
        <w:t>یہ یقین کسی بندے کے لیے اس کی موت کو ایک مثبت موت بنا دیتا ہے۔</w:t>
      </w:r>
    </w:p>
    <w:p>
      <w:r>
        <w:rPr>
          <w:b/>
        </w:rPr>
        <w:t xml:space="preserve">[1:14:17] </w:t>
      </w:r>
      <w:r>
        <w:t>reaction culture. madi duniya ke qanoon mein se aik woh hai jis ko newton ki taraf mansoob kar ke newtons third law kaha jata hai.</w:t>
      </w:r>
    </w:p>
    <w:p>
      <w:pPr>
        <w:jc w:val="right"/>
      </w:pPr>
      <w:r>
        <w:t>ری ایکشن کلچر۔ مادی دنیا کے قوانین میں سے ایک وہ ہے جس کو نیوٹن کی طرف منسوب کر کے نیوٹنز تھرڈ لاء کہا جاتا ہے۔</w:t>
      </w:r>
    </w:p>
    <w:p>
      <w:r>
        <w:rPr>
          <w:b/>
        </w:rPr>
        <w:t xml:space="preserve">[1:14:28] </w:t>
      </w:r>
      <w:r>
        <w:t>newtons third law az: "far every action dir is an equal and opposite reaction"۔ asal mein yeh qanoon to fitrat ka qanoon hai magar newton ne pehli baar is ko daryaft kiya tha is liye woh newton ki taraf mansoob ho gaya۔</w:t>
      </w:r>
    </w:p>
    <w:p>
      <w:pPr>
        <w:jc w:val="right"/>
      </w:pPr>
      <w:r>
        <w:t>نیوٹنز تھرڈ لاء از: "فار ایوری ایکشن دیر از این ایکول اینڈ اپوزٹ ری ایکشن"۔ اصل میں یہ قانون تو فطرت کا قانون ہے مگر نیوٹن نے پہلی بار اس کو دریافت کیا تھا اس لیے وہ نیوٹن کی طرف منسوب ہو گیا۔</w:t>
      </w:r>
    </w:p>
    <w:p>
      <w:r>
        <w:rPr>
          <w:b/>
        </w:rPr>
        <w:t xml:space="preserve">[1:14:48] </w:t>
      </w:r>
      <w:r>
        <w:t>is teesre qanoon ka talluq material world se hai yani material world mein aisa hota hai magar human world mein emotion shamil ho jata hai۔</w:t>
      </w:r>
    </w:p>
    <w:p>
      <w:pPr>
        <w:jc w:val="right"/>
      </w:pPr>
      <w:r>
        <w:t>اس تیسرے قانون کا تعلق مٹیریل ورلڈ سے ہے یعنی مٹیریل ورلڈ میں ایسا ہوتا ہے مگر ہیومن ورلڈ میں ایموشن شامل ہو جاتا ہے۔</w:t>
      </w:r>
    </w:p>
    <w:p>
      <w:r>
        <w:rPr>
          <w:b/>
        </w:rPr>
        <w:t xml:space="preserve">[1:15:00] </w:t>
      </w:r>
      <w:r>
        <w:t>is liye insani dunya mein har reaction reaction plus ban jata hai۔ yani emotion ki buniyad par reaction ki miqdar bohat barh jati hai۔</w:t>
      </w:r>
    </w:p>
    <w:p>
      <w:pPr>
        <w:jc w:val="right"/>
      </w:pPr>
      <w:r>
        <w:t>اس لیے انسانی دنیا میں ہر ری ایکشن ری ایکشن پلس بن جاتا ہے۔ یعنی ایموشن کی بنیاد پر ری ایکشن کی مقدار بہت بڑھ جاتی ہے۔</w:t>
      </w:r>
    </w:p>
    <w:p>
      <w:r>
        <w:rPr>
          <w:b/>
        </w:rPr>
        <w:t xml:space="preserve">[1:15:13] </w:t>
      </w:r>
      <w:r>
        <w:t>ghaliban yahi woh haqeeqat hai jis ko quran mein in alfaz mein bayan kiya gaya hai: "wa taqoo fitnatallahi tusibullazeena zalamoo minkum khassah" yani aur daro us fitne se jo khaas unhi logon par waqe na hoga jo tum mein se zulm ke murtakib hue hain۔</w:t>
      </w:r>
    </w:p>
    <w:p>
      <w:pPr>
        <w:jc w:val="right"/>
      </w:pPr>
      <w:r>
        <w:t>غالباً یہی وہ حقیقت ہے جس کو قرآن میں ان الفاظ میں بیان کیا گیا ہے: "وتقوا فتنۃ اللہ تصیب الذین ظلموا منکم خاصہ" یعنی اور ڈرو اس فتنے سے جو خاص انہی لوگوں پر واقع نہ ہوگا جو تم میں سے ظلم کے مرتکب ہوئے ہیں۔</w:t>
      </w:r>
    </w:p>
    <w:p>
      <w:r>
        <w:rPr>
          <w:b/>
        </w:rPr>
        <w:t xml:space="preserve">[1:15:37] </w:t>
      </w:r>
      <w:r>
        <w:t>kuch log yeh kehte hain ke jin maqamat par tashaddud ke waqiat ho rahe hain wahan kuch naujawanon ne pathar phenka tha۔</w:t>
      </w:r>
    </w:p>
    <w:p>
      <w:pPr>
        <w:jc w:val="right"/>
      </w:pPr>
      <w:r>
        <w:t>کچھ لوگ یہ کہتے ہیں کہ جن مقامات پر تشدد کے واقعات ہو رہے ہیں وہاں کچھ نوجوانوں نے پتھر پھینکا تھا۔</w:t>
      </w:r>
    </w:p>
    <w:p>
      <w:r>
        <w:rPr>
          <w:b/>
        </w:rPr>
        <w:t xml:space="preserve">[1:15:46] </w:t>
      </w:r>
      <w:r>
        <w:t>woh un ki ghalati ho sakti hai magar jab fareeqe sani ne jawabi karrawai ki to unhon ne aise logon ko bhi maar dala jo is mein barah e rast shareek na thay۔</w:t>
      </w:r>
    </w:p>
    <w:p>
      <w:pPr>
        <w:jc w:val="right"/>
      </w:pPr>
      <w:r>
        <w:t>وہ ان کی غلطی ہو سکتی ہے مگر جب فریق ثانی نے جوابی کارروائی کی تو انہوں نے ایسے لوگوں کو بھی مار ڈالا جو اس میں براہ راست شریک نہ تھے۔</w:t>
      </w:r>
    </w:p>
    <w:p>
      <w:r>
        <w:rPr>
          <w:b/>
        </w:rPr>
        <w:t xml:space="preserve">[1:15:59] </w:t>
      </w:r>
      <w:r>
        <w:t>magar yeh soch durust soch nahin۔ quran ke alfaz mein rad-e-amal hamesha ziyada hota hai۔ chunancha sirf zalim us ki zad mein nahin atay balkay ghair zalim bhi zaroor us ki zad mein aa jatay hain۔</w:t>
      </w:r>
    </w:p>
    <w:p>
      <w:pPr>
        <w:jc w:val="right"/>
      </w:pPr>
      <w:r>
        <w:t>مگر یہ سوچ درست سوچ نہیں۔ قرآن کے الفاظ میں ردعمل ہمیشہ زیادہ ہوتا ہے۔ چنانچہ صرف ظالم اس کی زد میں نہیں آتے بلکہ غیر ظالم بھی ضرور اس کی زد میں آ جاتے ہیں۔</w:t>
      </w:r>
    </w:p>
    <w:p>
      <w:r>
        <w:rPr>
          <w:b/>
        </w:rPr>
        <w:t xml:space="preserve">[1:16:16] </w:t>
      </w:r>
      <w:r>
        <w:t>quran ki is ayat ka matlab yeh hai ke madi dunya mein rad-e-amal hamesha amal ke barabar hota hai lekin insani dunya mein aisa nahin hota۔</w:t>
      </w:r>
    </w:p>
    <w:p>
      <w:pPr>
        <w:jc w:val="right"/>
      </w:pPr>
      <w:r>
        <w:t>قرآن کی اس آیت کا مطلب یہ ہے کہ مادی دنیا میں ردعمل ہمیشہ عمل کے برابر ہوتا ہے لیکن انسانی دنیا میں ایسا نہیں ہوتا۔</w:t>
      </w:r>
    </w:p>
    <w:p>
      <w:r>
        <w:rPr>
          <w:b/>
        </w:rPr>
        <w:t xml:space="preserve">[1:16:27] </w:t>
      </w:r>
      <w:r>
        <w:t>insani dunya mein jab rad-e-amal ka waqia hoga to woh hamesha ibtidai amal se ziyada hoga۔ is liye amal karne walon ko is mamle mein amal se pehle bohat ziyada sochna chahiye۔</w:t>
      </w:r>
    </w:p>
    <w:p>
      <w:pPr>
        <w:jc w:val="right"/>
      </w:pPr>
      <w:r>
        <w:t>انسانی دنیا میں جب ردعمل کا واقعہ ہوگا تو وہ ہمیشہ ابتدائی عمل سے زیادہ ہوگا۔ اس لیے عمل کرنے والوں کو اس معاملے میں عمل سے پہلے بہت زیادہ سوچنا چاہیے۔</w:t>
      </w:r>
    </w:p>
    <w:p>
      <w:r>
        <w:rPr>
          <w:b/>
        </w:rPr>
        <w:t xml:space="preserve">[1:16:42] </w:t>
      </w:r>
      <w:r>
        <w:t>iqdam ke baad jab nateeja samne aa jaye us waqt shikayat ki boli bolna aisa kalam hai jo khwah grammar ke lihaz se durust ho lekin haqeeqat ke lihaz se woh bilashubah sar-ta-sar be-mani hota hai۔</w:t>
      </w:r>
    </w:p>
    <w:p>
      <w:pPr>
        <w:jc w:val="right"/>
      </w:pPr>
      <w:r>
        <w:t>اقدام کے بعد جب نتیجہ سامنے آ جائے اس وقت شکایت کی بولی بولنا ایسا کلام ہے جو خواہ گرامر کے لحاظ سے درست ہو لیکن حقیقت کے لحاظ سے وہ بلاشبہ سرتا سر بے معنی ہوتا ہے۔</w:t>
      </w:r>
    </w:p>
    <w:p>
      <w:r>
        <w:rPr>
          <w:b/>
        </w:rPr>
        <w:t xml:space="preserve">[1:16:58] </w:t>
      </w:r>
      <w:r>
        <w:t>bail ko agar aap ek pathar marein to us ke baad yeh shikayat be-mani hai ke maine to sirf ek pathar mara tha, bail ne mere upar do singon se kyun hamla kar diya؟</w:t>
      </w:r>
    </w:p>
    <w:p>
      <w:pPr>
        <w:jc w:val="right"/>
      </w:pPr>
      <w:r>
        <w:t>بیل کو اگر آپ ایک پتھر ماریں تو اس کے بعد یہ شکایت بے معنی ہے کہ میں نے تو صرف ایک پتھر مارا تھا، بیل نے میرے اوپر دو سینگوں سے کیوں حملہ کر دیا؟</w:t>
      </w:r>
    </w:p>
    <w:p>
      <w:r>
        <w:rPr>
          <w:b/>
        </w:rPr>
        <w:t xml:space="preserve">[1:17:09] </w:t>
      </w:r>
      <w:r>
        <w:t>ya aap yeh kahein ke hum ne to kuch dasty bomb phenke thay, phir fareeqe sani ne hawai bombari kyun kar dali؟ waghera۔</w:t>
      </w:r>
    </w:p>
    <w:p>
      <w:pPr>
        <w:jc w:val="right"/>
      </w:pPr>
      <w:r>
        <w:t>یا آپ یہ کہیں کہ ہم نے تو کچھ دستی بم پھینکے تھے، پھر فریق ثانی نے ہوائی بمباری کیوں کر ڈالی؟ وغیرہ۔</w:t>
      </w:r>
    </w:p>
    <w:p>
      <w:r>
        <w:rPr>
          <w:b/>
        </w:rPr>
        <w:t xml:space="preserve">[1:17:18] </w:t>
      </w:r>
      <w:r>
        <w:t>fitrat ke qanoon ke mutabiq ijtamai zindagi mein shikayat yani complaint be-mani hai۔ haqeeqat ke aitbar se dekhiye to shikayat ka lafz sirf dictionary mein paya jata hai۔</w:t>
      </w:r>
    </w:p>
    <w:p>
      <w:pPr>
        <w:jc w:val="right"/>
      </w:pPr>
      <w:r>
        <w:t>فطرت کے قانون کے مطابق اجتماعی زندگی میں شکایت یعنی کمپلین بے معنی ہے۔ حقیقت کے اعتبار سے دیکھیے تو شکایت کا لفظ صرف ڈکشنری میں پایا جاتا ہے۔</w:t>
      </w:r>
    </w:p>
    <w:p>
      <w:r>
        <w:rPr>
          <w:b/>
        </w:rPr>
        <w:t xml:space="preserve">[1:17:31] </w:t>
      </w:r>
      <w:r>
        <w:t>haqeeqat ki dunya mein is ka koi wajood nahin۔ haqeeqat ki dunya asalًا ek be-shikayat dunya hai۔ shikayat us waqt shuru hoti hai jab ke koi shakhs ek ghalati kare aur ghalati ka zimmedar apne aap ko thehrane ke bajaye is ka zimmedar doosron ko thehrane lagay۔</w:t>
      </w:r>
    </w:p>
    <w:p>
      <w:pPr>
        <w:jc w:val="right"/>
      </w:pPr>
      <w:r>
        <w:t>حقیقت کی دنیا میں اس کا کوئی وجود نہیں۔ حقیقت کی دنیا اصلًا ایک بے شکایت دنیا ہے۔ شکایت اس وقت شروع ہوتی ہے جب کہ کوئی شخص ایک غلطی کرے اور غلطی کا ذمہ دار اپنے آپ کو ٹھہرانے کے بجائے اس کا ذمہ دار دوسروں کو ٹھہرانے لگے۔</w:t>
      </w:r>
    </w:p>
    <w:p>
      <w:r>
        <w:rPr>
          <w:b/>
        </w:rPr>
        <w:t xml:space="preserve">[1:17:53] </w:t>
      </w:r>
      <w:r>
        <w:t>khuda ki banai hui dunya mein shikayat ka koi maqam nahin۔ shikayat sirf waqt zaya karne ke hum ma'ni hai۔ agar aap ko kisi se shikayat paida hoti hai to khud apne andar is ka sabab dhoondhiye aur sari tawajjah apni islaah par lagaiye۔</w:t>
      </w:r>
    </w:p>
    <w:p>
      <w:pPr>
        <w:jc w:val="right"/>
      </w:pPr>
      <w:r>
        <w:t>خدا کی بنائی ہوئی دنیا میں شکایت کا کوئی مقام نہیں۔ شکایت صرف وقت ضائع کرنے کے ہم معنی ہے۔ اگر آپ کو کسی سے شکایت پیدا ہوتی ہے تو خود اپنے اندر اس کا سبب ڈھونڈیے اور ساری توجہ اپنی اصلاح پر لگائیے۔</w:t>
      </w:r>
    </w:p>
    <w:p>
      <w:r>
        <w:rPr>
          <w:b/>
        </w:rPr>
        <w:t xml:space="preserve">[1:18:14] </w:t>
      </w:r>
      <w:r>
        <w:t>apni islaah kar ke aap mufrada shikayat ka khatma kar sakte hain۔ shikayat ke moqe par aadmi ko chahiye ke woh husn-e-tadbeer ka tareeqa ikhtiyar kare۔</w:t>
      </w:r>
    </w:p>
    <w:p>
      <w:pPr>
        <w:jc w:val="right"/>
      </w:pPr>
      <w:r>
        <w:t>اپنی اصلاح کر کے آپ مفروضہ شکایت کا خاتمہ کر سکتے ہیں۔ شکایت کے موقع پر آدمی کو چاہیے کہ وہ حسن تدبیر کا طریقہ اختیار کرے۔</w:t>
      </w:r>
    </w:p>
    <w:p>
      <w:r>
        <w:rPr>
          <w:b/>
        </w:rPr>
        <w:t xml:space="preserve">[1:18:26] </w:t>
      </w:r>
      <w:r>
        <w:t>shikayat se koi masla hal hone wala nahin۔ shikayat amalan sirf waqt zaya karne ke hum ma'ni hai۔</w:t>
      </w:r>
    </w:p>
    <w:p>
      <w:pPr>
        <w:jc w:val="right"/>
      </w:pPr>
      <w:r>
        <w:t>شکایت سے کوئی مسئلہ حل ہونے والا نہیں۔ شکایت عملاً صرف وقت ضائع کرنے کے ہم معنی ہے۔</w:t>
      </w:r>
    </w:p>
    <w:p>
      <w:r>
        <w:rPr>
          <w:b/>
        </w:rPr>
        <w:t xml:space="preserve">[1:18:36] </w:t>
      </w:r>
      <w:r>
        <w:t>rad-e-amal yani reaction hamesha kisi amal ke baad paida hota hai۔ aap ke amal ke baad doosre fareeq ki taraf se jo rad-e-amal samne aaye us par shikayat karna be-faida hai۔</w:t>
      </w:r>
    </w:p>
    <w:p>
      <w:pPr>
        <w:jc w:val="right"/>
      </w:pPr>
      <w:r>
        <w:t>ردعمل یعنی ری ایکشن ہمیشہ کسی عمل کے بعد پیدا ہوتا ہے۔ آپ کے عمل کے بعد دوسرے فریق کی طرف سے جو ردعمل سامنے آئے اس پر شکایت کرنا بے فائدہ ہے۔</w:t>
      </w:r>
    </w:p>
    <w:p>
      <w:r>
        <w:rPr>
          <w:b/>
        </w:rPr>
        <w:t xml:space="preserve">[1:18:50] </w:t>
      </w:r>
      <w:r>
        <w:t>koi doosra aadmi aap ki shikayat se apne aap ko rad-e-amal se rokne wala nahin۔ rad-e-amal se bachne ka tareeqa sirf ek hai۔</w:t>
      </w:r>
    </w:p>
    <w:p>
      <w:pPr>
        <w:jc w:val="right"/>
      </w:pPr>
      <w:r>
        <w:t>کوئی دوسرا آدمی آپ کی شکایت سے اپنے آپ کو ردعمل سے روکنے والا نہیں۔ ردعمل سے بچنے کا طریقہ صرف ایک ہے۔</w:t>
      </w:r>
    </w:p>
    <w:p>
      <w:r>
        <w:rPr>
          <w:b/>
        </w:rPr>
        <w:t xml:space="preserve">[1:19:01] </w:t>
      </w:r>
      <w:r>
        <w:t>woh yeh ke aap apni taraf se koi aisa amal na karein jis ka nateeja doosron ki taraf se rad-e-amal ki surat mein samne aaye۔</w:t>
      </w:r>
    </w:p>
    <w:p>
      <w:pPr>
        <w:jc w:val="right"/>
      </w:pPr>
      <w:r>
        <w:t>وہ یہ کہ آپ اپنی طرف سے کوئی ایسا عمل نہ کریں جس کا نتیجہ دوسروں کی طرف سے ردعمل کی صورت میں سامنے آئے۔</w:t>
      </w:r>
    </w:p>
    <w:p>
      <w:r>
        <w:rPr>
          <w:b/>
        </w:rPr>
        <w:t xml:space="preserve">[1:19:12] </w:t>
      </w:r>
      <w:r>
        <w:t>aap apni taraf se pathar na marein to doosron ki taraf se goli bhi aanay wali nahin۔</w:t>
      </w:r>
    </w:p>
    <w:p>
      <w:pPr>
        <w:jc w:val="right"/>
      </w:pPr>
      <w:r>
        <w:t>آپ اپنی طرف سے پتھر نہ ماریں تو دوسروں کی طرف سے گولی بھی آنے والی نہیں۔</w:t>
      </w:r>
    </w:p>
    <w:p>
      <w:r>
        <w:rPr>
          <w:b/>
        </w:rPr>
        <w:t xml:space="preserve">[1:19:23] </w:t>
      </w:r>
      <w:r>
        <w:t>dawat se be-khabari۔ mahnama tarjumanul quran mein ek waqia in alfaz mein naqal kiya gaya hai: "ghazi ilam din shaheed ne shan-e-risalat mein gustakhi par mabni kitab ke nashir rajpal ko qatl kiya to allama muhammad iqbal ne rashk ke sath farmaya: 'isi gila karday rahay tay turkana da munda baazi lay gaya۔</w:t>
      </w:r>
    </w:p>
    <w:p>
      <w:pPr>
        <w:jc w:val="right"/>
      </w:pPr>
      <w:r>
        <w:t>دعوت سے بے خبری۔ ماہنامہ ترجمان القرآن میں ایک واقعہ ان الفاظ میں نقل کیا گیا ہے: "غازی علم الدین شہید نے شان رسالت میں گستاخی پر مبنی کتاب کے ناشر راجپال کو قتل کیا تو علامہ محمد اقبال نے رشک کے ساتھ فرمایا: 'اسی گلہ کردے رہے تے ترکانہ دا منڈا بازی لے گیا۔</w:t>
      </w:r>
    </w:p>
    <w:p>
      <w:r>
        <w:rPr>
          <w:b/>
        </w:rPr>
        <w:t xml:space="preserve">[1:19:51] </w:t>
      </w:r>
      <w:r>
        <w:t>hum batein karte reh gaye aur ek badhai ka beta baazi le gaya۔'" mahnama tarjumanul quran unwan: "toheen-e-risalat ka muqadma"۔</w:t>
      </w:r>
    </w:p>
    <w:p>
      <w:pPr>
        <w:jc w:val="right"/>
      </w:pPr>
      <w:r>
        <w:t>ہم باتیں کرتے رہ گئے اور ایک بڑھئی کا بیٹا بازی لے گیا۔'" ماہنامہ ترجمان القرآن عنوان: "توہین رسالت کا مقدمہ"۔</w:t>
      </w:r>
    </w:p>
    <w:p>
      <w:r>
        <w:rPr>
          <w:b/>
        </w:rPr>
        <w:t xml:space="preserve">[1:20:01] </w:t>
      </w:r>
      <w:r>
        <w:t>is waqie ko aam taur par pasandeedgi ke andaz mein naqal kiya jata hai halankay woh ek qabil-e-naqad baat hai۔</w:t>
      </w:r>
    </w:p>
    <w:p>
      <w:pPr>
        <w:jc w:val="right"/>
      </w:pPr>
      <w:r>
        <w:t>اس واقعے کو عام طور پر پسندیدگی کے انداز میں نقل کیا جاتا ہے حالانکہ وہ ایک قابل نقد بات ہے۔</w:t>
      </w:r>
    </w:p>
    <w:p>
      <w:r>
        <w:rPr>
          <w:b/>
        </w:rPr>
        <w:t xml:space="preserve">[1:20:11] </w:t>
      </w:r>
      <w:r>
        <w:t>iqbal ne is waqie ko sun kar jo kuch kaha woh islami baat na thi۔ sahih yeh tha ke iqbal kehte ke is musalman ne double ghalati ki hai۔</w:t>
      </w:r>
    </w:p>
    <w:p>
      <w:pPr>
        <w:jc w:val="right"/>
      </w:pPr>
      <w:r>
        <w:t>اقبال نے اس واقعے کو سن کر جو کچھ کہا وہ اسلامی بات نہ تھی۔ صحیح یہ تھا کہ اقبال کہتے کہ اس مسلمان نے ڈبل غلطی کی ہے۔</w:t>
      </w:r>
    </w:p>
    <w:p>
      <w:r>
        <w:rPr>
          <w:b/>
        </w:rPr>
        <w:t xml:space="preserve">[1:20:24] </w:t>
      </w:r>
      <w:r>
        <w:t>aik yeh ke is ne khud hi mazkoora aadmi ko saza di. halankeh Islam mein saza dena sirf qaim shuda adalat ka kaam hai.</w:t>
      </w:r>
    </w:p>
    <w:p>
      <w:pPr>
        <w:jc w:val="right"/>
      </w:pPr>
      <w:r>
        <w:t>ایک یہ کہ اس نے خود ہی مذکورہ آدمی کو سزا دی۔ حالانکہ اسلام میں سزا دینا صرف قائم شدہ عدالت کا کام ہے۔</w:t>
      </w:r>
    </w:p>
    <w:p>
      <w:r>
        <w:rPr>
          <w:b/>
        </w:rPr>
        <w:t xml:space="preserve">[1:20:36] </w:t>
      </w:r>
      <w:r>
        <w:t>is ki doosri ghalati yeh thi ke is ne mazkoora ghair muslim ko mujrim ke roop mein dekha. halankeh Islam ke mutabiq is ki hesiyat aik mad'oo insaan ki thi.</w:t>
      </w:r>
    </w:p>
    <w:p>
      <w:pPr>
        <w:jc w:val="right"/>
      </w:pPr>
      <w:r>
        <w:t>اس کی دوسری غلطی یہ تھی کہ اس نے مذکورہ غیر مسلم کو مجرم کے روپ میں دیکھا۔ حالانکہ اسلام کے مطابق اس کی حیثیت ایک مدعو انسان کی تھی۔</w:t>
      </w:r>
    </w:p>
    <w:p>
      <w:r>
        <w:rPr>
          <w:b/>
        </w:rPr>
        <w:t xml:space="preserve">[1:20:49] </w:t>
      </w:r>
      <w:r>
        <w:t>mazkoora muslim naujawan ko chahiye tha ke woh is aadmi ke liye dua kare. woh is se mulaqat kar ke guftagu kare.</w:t>
      </w:r>
    </w:p>
    <w:p>
      <w:pPr>
        <w:jc w:val="right"/>
      </w:pPr>
      <w:r>
        <w:t>مذکورہ مسلم نوجوان کو چاہیے تھا کہ وہ اس آدمی کے لیے دعا کرے۔ وہ اس سے ملاقات کر کے گفتگو کرے۔</w:t>
      </w:r>
    </w:p>
    <w:p>
      <w:r>
        <w:rPr>
          <w:b/>
        </w:rPr>
        <w:t xml:space="preserve">[1:20:58] </w:t>
      </w:r>
      <w:r>
        <w:t>woh is ko seerat ki kitabein parhne ke liye de. is maamle mein sahih Islami moaqqaf ko samajhne ke liye aik waqea naqal kiya jata hai: "hazrat abu huraira se riwayat hai ke mein apni mushrika maan ko Islam ki dawat deta tha.</w:t>
      </w:r>
    </w:p>
    <w:p>
      <w:pPr>
        <w:jc w:val="right"/>
      </w:pPr>
      <w:r>
        <w:t>وہ اس کو سیرت کی کتابیں پڑھنے کے لیے دے۔ اس معاملے میں صحیح اسلامی موقف کو سمجھنے کے لیے ایک واقعہ نقل کیا جاتا ہے: "حضرت ابوہریرہ سے روایت ہے کہ میں اپنی مشرکہ ماں کو اسلام کی دعوت دیتا تھا۔</w:t>
      </w:r>
    </w:p>
    <w:p>
      <w:r>
        <w:rPr>
          <w:b/>
        </w:rPr>
        <w:t xml:space="preserve">[1:21:16] </w:t>
      </w:r>
      <w:r>
        <w:t>mein ne aik din unhein dawat di to us ne rasool Allah ke bare mein mujhe napasandeeda baat sunai. mein rasool Allah ke paas rote hue pohncha aur kaha: ' aye Allah ke rasool!</w:t>
      </w:r>
    </w:p>
    <w:p>
      <w:pPr>
        <w:jc w:val="right"/>
      </w:pPr>
      <w:r>
        <w:t>میں نے ایک دن انہیں دعوت دی تو اس نے رسول اللہ کے بارے میں مجھے ناپسندیدہ بات سنائی۔ میں رسول اللہ کے پاس روتے ہوئے پہنچا اور کہا: 'اے اللہ کے رسول!</w:t>
      </w:r>
    </w:p>
    <w:p>
      <w:r>
        <w:rPr>
          <w:b/>
        </w:rPr>
        <w:t xml:space="preserve">[1:21:30] </w:t>
      </w:r>
      <w:r>
        <w:t>mein apni maan ko Islam ki dawat deta tha magar woh qabool nahi karti thi. mein ne aaj unhein dawat di to us ne aap ke bare mein napasandeeda baat ki.</w:t>
      </w:r>
    </w:p>
    <w:p>
      <w:pPr>
        <w:jc w:val="right"/>
      </w:pPr>
      <w:r>
        <w:t>میں اپنی ماں کو اسلام کی دعوت دیتا تھا مگر وہ قبول نہیں کرتی تھی۔ میں نے آج انہیں دعوت دی تو اس نے آپ کے بارے میں ناپسندیدہ بات کی۔</w:t>
      </w:r>
    </w:p>
    <w:p>
      <w:r>
        <w:rPr>
          <w:b/>
        </w:rPr>
        <w:t xml:space="preserve">[1:21:42] </w:t>
      </w:r>
      <w:r>
        <w:t>aap Allah se dua karein ke woh meri maan ko hidayat de.' rasool Allah ne dua ki: ' aye Allah!</w:t>
      </w:r>
    </w:p>
    <w:p>
      <w:pPr>
        <w:jc w:val="right"/>
      </w:pPr>
      <w:r>
        <w:t>آپ اللہ سے دعا کریں کہ وہ میری ماں کو ہدایت دے۔' رسول اللہ نے دعا کی: 'اے اللہ!</w:t>
      </w:r>
    </w:p>
    <w:p>
      <w:r>
        <w:rPr>
          <w:b/>
        </w:rPr>
        <w:t xml:space="preserve">[1:21:50] </w:t>
      </w:r>
      <w:r>
        <w:t>abu huraira ki maan ko hidayat de.' chunache abu huraira ki maan ne Islam qabool kar liya.' sahih Muslim.</w:t>
      </w:r>
    </w:p>
    <w:p>
      <w:pPr>
        <w:jc w:val="right"/>
      </w:pPr>
      <w:r>
        <w:t>ابوہریرہ کی ماں کو ہدایت دے۔' چنانچہ ابوہریرہ کی ماں نے اسلام قبول کر لیا۔" صحیح مسلم۔</w:t>
      </w:r>
    </w:p>
    <w:p>
      <w:r>
        <w:rPr>
          <w:b/>
        </w:rPr>
        <w:t xml:space="preserve">[1:22:01] </w:t>
      </w:r>
      <w:r>
        <w:t>ijtehadi khata ka maamla. paighambar Islam saleem Allah aleh wasallam ne ummat-e-muslima ke bare mein farmaya tha ke woh yahood ki tamam sunnaton ko ikhtiyar kar lengi.</w:t>
      </w:r>
    </w:p>
    <w:p>
      <w:pPr>
        <w:jc w:val="right"/>
      </w:pPr>
      <w:r>
        <w:t>اجتہادی خطا کا معاملہ۔ پیغمبر اسلام صلی اللہ علیہ وسلم نے امت مسلمہ کے بارے میں فرمایا تھا کہ وہ یہود کی تمام سنتوں کو اختیار کر لیں گے۔</w:t>
      </w:r>
    </w:p>
    <w:p>
      <w:r>
        <w:rPr>
          <w:b/>
        </w:rPr>
        <w:t xml:space="preserve">[1:22:15] </w:t>
      </w:r>
      <w:r>
        <w:t>liya'ti ana 'ala ummati ma ata 'ala bani is</w:t>
      </w:r>
    </w:p>
    <w:p>
      <w:pPr>
        <w:jc w:val="right"/>
      </w:pPr>
      <w:r>
        <w:t>"لیأتی أنا علی امتی ما أتى علی بنی اس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