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Miracle June 01, 2014</w:t>
      </w:r>
    </w:p>
    <w:p>
      <w:r>
        <w:t>https://www.youtube.com/watch?v=8KM3lDsj4PY</w:t>
      </w:r>
    </w:p>
    <w:p>
      <w:r>
        <w:rPr>
          <w:b/>
        </w:rPr>
        <w:t xml:space="preserve">[00:14] </w:t>
      </w:r>
      <w:r>
        <w:t>bismillah hir rahman nir rahim. wa sallallahu 'ala an-nabiyyil kareem.</w:t>
      </w:r>
    </w:p>
    <w:p>
      <w:pPr>
        <w:jc w:val="right"/>
      </w:pPr>
      <w:r>
        <w:t>بسم اللہ الرحمن الرحیم۔ وصلی اللہ علی النبی الکریم۔</w:t>
      </w:r>
    </w:p>
    <w:p>
      <w:r>
        <w:rPr>
          <w:b/>
        </w:rPr>
        <w:t xml:space="preserve">[00:23] </w:t>
      </w:r>
      <w:r>
        <w:t>rabishrah li sadri, wa yassir li amri, wah-lul 'uqdatan min lisani, yafqahu qawli.</w:t>
      </w:r>
    </w:p>
    <w:p>
      <w:pPr>
        <w:jc w:val="right"/>
      </w:pPr>
      <w:r>
        <w:t>رب اشرح لی صدری، ویسر لی امری، واحل العقدۃ من لسانی، یفقہ قولی۔</w:t>
      </w:r>
    </w:p>
    <w:p>
      <w:r>
        <w:rPr>
          <w:b/>
        </w:rPr>
        <w:t xml:space="preserve">[00:37] </w:t>
      </w:r>
      <w:r>
        <w:t>aaj June do hazar choda ki taali tareekh hai. aaj ka topic hai</w:t>
      </w:r>
    </w:p>
    <w:p>
      <w:pPr>
        <w:jc w:val="right"/>
      </w:pPr>
      <w:r>
        <w:t>آج جون دو ہزار چودہ کی تالی تاریخ ہے۔ آج کا ٹاپک ہے</w:t>
      </w:r>
    </w:p>
    <w:p>
      <w:r>
        <w:rPr>
          <w:b/>
        </w:rPr>
        <w:t xml:space="preserve">[00:51] </w:t>
      </w:r>
      <w:r>
        <w:t>quran a miracle ya quran aik moajza.</w:t>
      </w:r>
    </w:p>
    <w:p>
      <w:pPr>
        <w:jc w:val="right"/>
      </w:pPr>
      <w:r>
        <w:t>قرآن A miracle یا قرآن ایک معجزہ۔</w:t>
      </w:r>
    </w:p>
    <w:p>
      <w:r>
        <w:rPr>
          <w:b/>
        </w:rPr>
        <w:t xml:space="preserve">[01:01] </w:t>
      </w:r>
      <w:r>
        <w:t>dekhein is topic ko samajhne ke liye is ka background jaanna zaroori hai.</w:t>
      </w:r>
    </w:p>
    <w:p>
      <w:pPr>
        <w:jc w:val="right"/>
      </w:pPr>
      <w:r>
        <w:t>دیکھیں اس ٹاپک کو سمجھنے کے لیے اس کا بیک گراؤنڈ جاننا ضروری ہے۔</w:t>
      </w:r>
    </w:p>
    <w:p>
      <w:r>
        <w:rPr>
          <w:b/>
        </w:rPr>
        <w:t xml:space="preserve">[01:12] </w:t>
      </w:r>
      <w:r>
        <w:t>pichhle zamane mein aap jante hain ke bohat se paighambar aaye to paighambaron ko Allah ki taraf se moajza miracle hi aata tha.</w:t>
      </w:r>
    </w:p>
    <w:p>
      <w:pPr>
        <w:jc w:val="right"/>
      </w:pPr>
      <w:r>
        <w:t>پچھلے زمانے میں آپ جانتے ہیں کہ بہت سے پیغمبر آئے تو پیغمبروں کو اللہ کی طرف سے معجزہ Miracle ہی آتا تھا۔</w:t>
      </w:r>
    </w:p>
    <w:p>
      <w:r>
        <w:rPr>
          <w:b/>
        </w:rPr>
        <w:t xml:space="preserve">[01:26] </w:t>
      </w:r>
      <w:r>
        <w:t>quran mein surah al-hadeed mein bataya gaya hai ke wal-khud arsalna rusulana bil-bayyinat.</w:t>
      </w:r>
    </w:p>
    <w:p>
      <w:pPr>
        <w:jc w:val="right"/>
      </w:pPr>
      <w:r>
        <w:t>قرآن میں سورۃ الحدید میں بتایا گیا ہے کہ والخط ارسلنا رسلنا بالبینات۔</w:t>
      </w:r>
    </w:p>
    <w:p>
      <w:r>
        <w:rPr>
          <w:b/>
        </w:rPr>
        <w:t xml:space="preserve">[01:35] </w:t>
      </w:r>
      <w:r>
        <w:t>yeh bil-bayyinat jo hai is se murad hai moajza. yaani kitab aur wahi ke ilawa aik moajza diya jata tha.</w:t>
      </w:r>
    </w:p>
    <w:p>
      <w:pPr>
        <w:jc w:val="right"/>
      </w:pPr>
      <w:r>
        <w:t>یہ بالبینات جو ہے اس سے مراد ہے معجزہ۔ یعنی کتاب اور وحی کے علاوہ ایک معجزہ دیا جاتا تھا۔</w:t>
      </w:r>
    </w:p>
    <w:p>
      <w:r>
        <w:rPr>
          <w:b/>
        </w:rPr>
        <w:t xml:space="preserve">[01:46] </w:t>
      </w:r>
      <w:r>
        <w:t>moajza ke mani hote hain ajeez kar dene wala. yaani speechless kar dene wala. to koi aisi cheez di jati thi jis se un ka jo audience hota tha woh is ke paas koi refute karne ke liye koi base na rahe.</w:t>
      </w:r>
    </w:p>
    <w:p>
      <w:pPr>
        <w:jc w:val="right"/>
      </w:pPr>
      <w:r>
        <w:t>معجزہ کے معنی ہوتے ہیں عاجز کر دینے والا۔ یعنی Speechless کر دینے والا۔ تو کوئی ایسی چیز دی جاتی تھی جس سے ان کا جو Audience ہوتا تھا وہ اس کے پاس کوئی Refute کرنے کے لیے کوئی Base نہ رہے۔</w:t>
      </w:r>
    </w:p>
    <w:p>
      <w:r>
        <w:rPr>
          <w:b/>
        </w:rPr>
        <w:t xml:space="preserve">[02:07] </w:t>
      </w:r>
      <w:r>
        <w:t>woh speechless ho jayein. is ke liye aate the miracle. rasool Allah saleem Allah aleh wasallam jab madine mein aaye jab makke mein aaye to woh zamana tha seventh century AD ka first quarter.</w:t>
      </w:r>
    </w:p>
    <w:p>
      <w:pPr>
        <w:jc w:val="right"/>
      </w:pPr>
      <w:r>
        <w:t>وہ Speechless ہو جائیں۔ اس کے لیے آتے تھے Miracle۔ رسول اللہ صلی اللہ علیہ وسلم جب مدینے میں آئے جب مکہ میں آئے تو وہ زمانہ تھا Seventh Century AD کا First Quarter۔</w:t>
      </w:r>
    </w:p>
    <w:p>
      <w:r>
        <w:rPr>
          <w:b/>
        </w:rPr>
        <w:t xml:space="preserve">[02:28] </w:t>
      </w:r>
      <w:r>
        <w:t>to aap aakhri nabi the. to aap ko koi moajza koi miracle nahi diya gaya.</w:t>
      </w:r>
    </w:p>
    <w:p>
      <w:pPr>
        <w:jc w:val="right"/>
      </w:pPr>
      <w:r>
        <w:t>تو آپ آخری نبی تھے۔ تو آپ کو کوئی معجزہ کوئی Miracle نہیں دیا گیا۔</w:t>
      </w:r>
    </w:p>
    <w:p>
      <w:r>
        <w:rPr>
          <w:b/>
        </w:rPr>
        <w:t xml:space="preserve">[02:38] </w:t>
      </w:r>
      <w:r>
        <w:t>to aap ke sath bhi wahi hua jo pichhle hua tha. yaani log aap ke khilaf ho gaye. aap ko pareshan karne lage. rukawat dalne lage.</w:t>
      </w:r>
    </w:p>
    <w:p>
      <w:pPr>
        <w:jc w:val="right"/>
      </w:pPr>
      <w:r>
        <w:t>تو آپ کے ساتھ بھی وہی ہوا جو پچھلے ہوا تھا۔ یعنی لوگ آپ کے خلاف ہو گئے۔ آپ کو پریشان کرنے لگے۔ رکاوٹ ڈالنے لگے۔</w:t>
      </w:r>
    </w:p>
    <w:p>
      <w:r>
        <w:rPr>
          <w:b/>
        </w:rPr>
        <w:t xml:space="preserve">[02:48] </w:t>
      </w:r>
      <w:r>
        <w:t>to rasool aur ashaab-e-rasool ki aik khwahish hui ke jis tarah pichhle paighambaron ko miracle diye jate the hum ko bhi koi miracle mil jaye.</w:t>
      </w:r>
    </w:p>
    <w:p>
      <w:pPr>
        <w:jc w:val="right"/>
      </w:pPr>
      <w:r>
        <w:t>تو رسول اور اصحاب رسول کی ایک خواہش ہوئی کہ جس طرح پچھلے پیغمبروں کو Miracle دیے جاتے تھے ہم کو بھی کوئی Miracle ملے۔</w:t>
      </w:r>
    </w:p>
    <w:p>
      <w:r>
        <w:rPr>
          <w:b/>
        </w:rPr>
        <w:t xml:space="preserve">[03:01] </w:t>
      </w:r>
      <w:r>
        <w:t>to Allah taala ne keh diya ke tum ko miracle milne wala nahi hai.</w:t>
      </w:r>
    </w:p>
    <w:p>
      <w:pPr>
        <w:jc w:val="right"/>
      </w:pPr>
      <w:r>
        <w:t>تو اللہ تعالیٰ نے کہہ دیا کہ تم کو Miracle ملنے والا نہیں ہے۔</w:t>
      </w:r>
    </w:p>
    <w:p>
      <w:r>
        <w:rPr>
          <w:b/>
        </w:rPr>
        <w:t xml:space="preserve">[03:08] </w:t>
      </w:r>
      <w:r>
        <w:t>yeh ayat aap parh sakte hain surah al-isra mein. surah al-isra ayat number fifty nine.</w:t>
      </w:r>
    </w:p>
    <w:p>
      <w:pPr>
        <w:jc w:val="right"/>
      </w:pPr>
      <w:r>
        <w:t>یہ آیت آپ پڑھ سکتے ہیں سورۃ الاسراء میں۔ سورۃ الاسراء آیت نمبر Fifty Nine۔</w:t>
      </w:r>
    </w:p>
    <w:p>
      <w:r>
        <w:rPr>
          <w:b/>
        </w:rPr>
        <w:t xml:space="preserve">[03:17] </w:t>
      </w:r>
      <w:r>
        <w:t>wa ma mana'na an nursila bil ayati illa an kazzab al awwalun. to yeh is ayat mein yeh</w:t>
      </w:r>
    </w:p>
    <w:p>
      <w:pPr>
        <w:jc w:val="right"/>
      </w:pPr>
      <w:r>
        <w:t>وما منعنا أن نرسل بالآیات إلا أن كذبوا الأولون۔ تو یہ اس آیت میں یہ</w:t>
      </w:r>
    </w:p>
    <w:p>
      <w:r>
        <w:rPr>
          <w:b/>
        </w:rPr>
        <w:t xml:space="preserve">[03:30] </w:t>
      </w:r>
      <w:r>
        <w:t>bataya gaya hai ke Khuda ne yeh tay kar diya hai ke is aakhri paighambar ko miracle nahi diya jayega. lekin log mukhalifat karte the.</w:t>
      </w:r>
    </w:p>
    <w:p>
      <w:pPr>
        <w:jc w:val="right"/>
      </w:pPr>
      <w:r>
        <w:t>بتایا گیا ہے کہ خدا نے یہ طے کر دیا ہے کہ اس آخری پیغمبر کو معجزہ نہیں دیا جائے گا۔ لیکن لوگ مخالفت کرتے تھے۔</w:t>
      </w:r>
    </w:p>
    <w:p>
      <w:r>
        <w:rPr>
          <w:b/>
        </w:rPr>
        <w:t xml:space="preserve">[03:41] </w:t>
      </w:r>
      <w:r>
        <w:t>to mukhalifaton ko dekh kar Rasool aur ashaab Rasool ke dil mein aata tha ke kaash Miracle aata to yeh log Speechless ho jaate.</w:t>
      </w:r>
    </w:p>
    <w:p>
      <w:pPr>
        <w:jc w:val="right"/>
      </w:pPr>
      <w:r>
        <w:t>تو مخالفتوں کو دیکھ کر رسول اور اصحاب رسول کے دل میں آتا تھا کہ کاش Miracle آتا تو یہ لوگ Speechless ہو جاتے۔</w:t>
      </w:r>
    </w:p>
    <w:p>
      <w:r>
        <w:rPr>
          <w:b/>
        </w:rPr>
        <w:t xml:space="preserve">[03:51] </w:t>
      </w:r>
      <w:r>
        <w:t>to ek aur bohat sakht ayat utri. woh ayat hai Surah Al-An'am ayat number Thirty Five. is ayat ko aap padhiye bohat hi sakht ayat hai.</w:t>
      </w:r>
    </w:p>
    <w:p>
      <w:pPr>
        <w:jc w:val="right"/>
      </w:pPr>
      <w:r>
        <w:t>تو ایک اور بہت سخت آیت اتری۔ وہ آیت ہے سورۃ الانعام آیت نمبر Thirty Five۔ اس آیت کو آپ پڑھیے بہت ہی سخت آیت ہے۔</w:t>
      </w:r>
    </w:p>
    <w:p>
      <w:r>
        <w:rPr>
          <w:b/>
        </w:rPr>
        <w:t xml:space="preserve">[04:04] </w:t>
      </w:r>
      <w:r>
        <w:t>Al-An'am Thirty Five. is mein kaha gaya hai ke agar tum chahte ho to zameen mein tunnel banao. zameen mein ghuso.</w:t>
      </w:r>
    </w:p>
    <w:p>
      <w:pPr>
        <w:jc w:val="right"/>
      </w:pPr>
      <w:r>
        <w:t>الانعام Thirty Five۔ اس میں کہا گیا ہے کہ اگر تم چاہتے ہو تو زمین میں ٹنل بناؤ۔ زمین میں گھسو۔</w:t>
      </w:r>
    </w:p>
    <w:p>
      <w:r>
        <w:rPr>
          <w:b/>
        </w:rPr>
        <w:t xml:space="preserve">[04:14] </w:t>
      </w:r>
      <w:r>
        <w:t>aasman mein Ladder lagao. upar charho. aur lao Miracle jo tum chahte ho. kyun ke Khuda ko dene wala hai nahi.</w:t>
      </w:r>
    </w:p>
    <w:p>
      <w:pPr>
        <w:jc w:val="right"/>
      </w:pPr>
      <w:r>
        <w:t>آسمان میں Ladder لگاؤ۔ اوپر چڑھو۔ اور لاؤ Miracle جو تم چاہتے ہو۔ کیوں کہ خدا کو دینے والا ہے نہیں۔</w:t>
      </w:r>
    </w:p>
    <w:p>
      <w:r>
        <w:rPr>
          <w:b/>
        </w:rPr>
        <w:t xml:space="preserve">[04:24] </w:t>
      </w:r>
      <w:r>
        <w:t>itni sakht ayat hai. to behal Quran mein yeh baat bohat Clear hai ke Rasool Allah sal Allah alaihi wasallam ko koi miracle nahi diya gaya.</w:t>
      </w:r>
    </w:p>
    <w:p>
      <w:pPr>
        <w:jc w:val="right"/>
      </w:pPr>
      <w:r>
        <w:t>اتنی سخت آیت ہے۔ تو بہرحال قرآن میں یہ بات بہت Clear ہے کہ رسول اللہ صلی اللہ علیہ وسلم کو کوئی معجزہ نہیں دیا گیا۔</w:t>
      </w:r>
    </w:p>
    <w:p>
      <w:r>
        <w:rPr>
          <w:b/>
        </w:rPr>
        <w:t xml:space="preserve">[04:37] </w:t>
      </w:r>
      <w:r>
        <w:t>agarche hamare ulama ne is raaz ko nahi samjha aur bohat si kitabein likh daalin. aur dikhaya ke Rasool Allah ko miracle diye gaye the.</w:t>
      </w:r>
    </w:p>
    <w:p>
      <w:pPr>
        <w:jc w:val="right"/>
      </w:pPr>
      <w:r>
        <w:t>اگرچہ ہمارے علماء نے اس راز کو نہیں سمجھا اور بہت سی کتابیں لکھ ڈالیں۔ اور دکھایا کہ رسول اللہ کو معجزے دیے گئے تھے۔</w:t>
      </w:r>
    </w:p>
    <w:p>
      <w:r>
        <w:rPr>
          <w:b/>
        </w:rPr>
        <w:t xml:space="preserve">[04:47] </w:t>
      </w:r>
      <w:r>
        <w:t>yani Quran mein jab saaf saaf hai ke miracle nahi diye gaye to aap ko kitab likhne ki zaroorat kya hai. to jo waqiyat the haqeeqat mein madad ke nusrat ke Help ke woh hamare aap ke saath bhi hote hain.</w:t>
      </w:r>
    </w:p>
    <w:p>
      <w:pPr>
        <w:jc w:val="right"/>
      </w:pPr>
      <w:r>
        <w:t>یعنی قرآن میں جب صاف صاف ہے کہ معجزے نہیں دیے گئے تو آپ کو کتاب لکھنے کی ضرورت کیا ہے۔ تو جو واقعات تھے حقیقت میں مدد کے نصرت کے Help کے وہ ہمارے آپ کے ساتھ بھی ہوتے ہیں۔</w:t>
      </w:r>
    </w:p>
    <w:p>
      <w:r>
        <w:rPr>
          <w:b/>
        </w:rPr>
        <w:t xml:space="preserve">[05:04] </w:t>
      </w:r>
      <w:r>
        <w:t>is ko unhon ne miracle bana diya. yeh bohat bari ghalti hui hai hamari kitabon mein. ke nusrat ke waqiyat ko miracle bana kar pesh kiya gaya.</w:t>
      </w:r>
    </w:p>
    <w:p>
      <w:pPr>
        <w:jc w:val="right"/>
      </w:pPr>
      <w:r>
        <w:t>اس کو انہوں نے معجزہ بنا دیا۔ یہ بہت بڑی غلطی ہوئی ہے ہماری کتابوں میں۔ کہ نصرت کے واقعات کو معجزہ بنا کر پیش کیا گیا۔</w:t>
      </w:r>
    </w:p>
    <w:p>
      <w:r>
        <w:rPr>
          <w:b/>
        </w:rPr>
        <w:t xml:space="preserve">[05:16] </w:t>
      </w:r>
      <w:r>
        <w:t>taake saabit ho ke hamara Rasool jo hai us ko bhi miracle diya gaya tha. halanke diya nahi gaya. ab mein aap ko ek hadith sunata hoon.</w:t>
      </w:r>
    </w:p>
    <w:p>
      <w:pPr>
        <w:jc w:val="right"/>
      </w:pPr>
      <w:r>
        <w:t>تاکہ ثابت ہو کہ ہمارا رسول جو ہے اس کو بھی معجزہ دیا گیا تھا۔ حالانکہ دیا نہیں گیا۔ اب میں آپ کو ایک حدیث سناتا ہوں۔</w:t>
      </w:r>
    </w:p>
    <w:p>
      <w:r>
        <w:rPr>
          <w:b/>
        </w:rPr>
        <w:t xml:space="preserve">[05:26] </w:t>
      </w:r>
      <w:r>
        <w:t>yeh hadith aayi hai Bukhari mein aur Muslim mein. Bukhari mein yeh hadith hai Fazail Al-Quran ke bab ke tehat.</w:t>
      </w:r>
    </w:p>
    <w:p>
      <w:pPr>
        <w:jc w:val="right"/>
      </w:pPr>
      <w:r>
        <w:t>یہ حدیث آئی ہے بخاری میں اور مسلم میں۔ بخاری میں یہ حدیث ہے فضائل القرآن کے باب کے تحت۔</w:t>
      </w:r>
    </w:p>
    <w:p>
      <w:r>
        <w:rPr>
          <w:b/>
        </w:rPr>
        <w:t xml:space="preserve">[05:37] </w:t>
      </w:r>
      <w:r>
        <w:t>is hadith mein bataya gaya hai ke pichle nabiyon ko miracle diye gaye. Miracle diye gaye. har nabi ko apne zamane ke lehaz se.</w:t>
      </w:r>
    </w:p>
    <w:p>
      <w:pPr>
        <w:jc w:val="right"/>
      </w:pPr>
      <w:r>
        <w:t>اس حدیث میں بتایا گیا ہے کہ پچھلے نبیوں کو معجزے دیے گئے۔ Miracle دیے گئے۔ ہر نبی کو اپنے زمانے کے لحاظ سے۔</w:t>
      </w:r>
    </w:p>
    <w:p>
      <w:r>
        <w:rPr>
          <w:b/>
        </w:rPr>
        <w:t xml:space="preserve">[05:49] </w:t>
      </w:r>
      <w:r>
        <w:t>lekin aakhri Rasool ko koi miracle nahi diya gaya siwaye wahi ke. yani Quran ke. to Quran Rasool Allah sal Allah alaihi wasallam ko kitab hidayat bhi hai aur woh miracle bhi hai.</w:t>
      </w:r>
    </w:p>
    <w:p>
      <w:pPr>
        <w:jc w:val="right"/>
      </w:pPr>
      <w:r>
        <w:t>لیکن آخری رسول کو کوئی معجزہ نہیں دیا گیا سوائے وحی کے۔ یعنی قرآن کے۔ تو قرآن رسول اللہ صلی اللہ علیہ وسلم کو کتاب ہدایت بھی ہے اور وہ معجزہ بھی ہے۔</w:t>
      </w:r>
    </w:p>
    <w:p>
      <w:r>
        <w:rPr>
          <w:b/>
        </w:rPr>
        <w:t xml:space="preserve">[06:10] </w:t>
      </w:r>
      <w:r>
        <w:t>dekhein yeh saada baat nahi thi. yani Rasool Allah sal Allah alaihi wasallam ke zamane mein jab Quran ko miracle bana diya gaya. aur koi aur Miracle nahi diya gaya to yeh saada baat nahi thi.</w:t>
      </w:r>
    </w:p>
    <w:p>
      <w:pPr>
        <w:jc w:val="right"/>
      </w:pPr>
      <w:r>
        <w:t>دیکھیں یہ سادہ بات نہیں تھی۔ یعنی رسول اللہ صلی اللہ علیہ وسلم کے زمانے میں جب قرآن کو معجزہ بنا دیا گیا۔ اور کوئی اور Miracle نہیں دیا گیا تو یہ سادہ بات نہیں تھی۔</w:t>
      </w:r>
    </w:p>
    <w:p>
      <w:r>
        <w:rPr>
          <w:b/>
        </w:rPr>
        <w:t xml:space="preserve">[06:22] </w:t>
      </w:r>
      <w:r>
        <w:t>That was the end of an age. yeh saada baat nahi thi. aap se pehle jo Age tha woh Age of Sword tha.</w:t>
      </w:r>
    </w:p>
    <w:p>
      <w:pPr>
        <w:jc w:val="right"/>
      </w:pPr>
      <w:r>
        <w:t>That was the end of an age۔ یہ سادہ بات نہیں تھی۔ آپ سے پہلے جو Age تھا وہ Age of Sword تھا۔</w:t>
      </w:r>
    </w:p>
    <w:p>
      <w:r>
        <w:rPr>
          <w:b/>
        </w:rPr>
        <w:t xml:space="preserve">[06:34] </w:t>
      </w:r>
      <w:r>
        <w:t>aap ke paas ek naya daur shuru hua jo tha Age of Ideology. ya aap keh sakte hain ke pehle Age of Valence tha ab Age of Peace duniya mein laya gaya.</w:t>
      </w:r>
    </w:p>
    <w:p>
      <w:pPr>
        <w:jc w:val="right"/>
      </w:pPr>
      <w:r>
        <w:t>آپ کے پاس ایک نیا دور شروع ہوا جو تھا Age of Ideology۔ یا آپ کہہ سکتے ہیں کہ پہلے Age of Valence تھا اب Age of Peace دنیا میں لایا گیا۔</w:t>
      </w:r>
    </w:p>
    <w:p>
      <w:r>
        <w:rPr>
          <w:b/>
        </w:rPr>
        <w:t xml:space="preserve">[06:49] </w:t>
      </w:r>
      <w:r>
        <w:t>yeh bohat bara Allah ka faisla tha. kya aap jante hain ke pichli tareekh mein hazaron saal se sab se bari taqat jo thi maani jati thi talwar.</w:t>
      </w:r>
    </w:p>
    <w:p>
      <w:pPr>
        <w:jc w:val="right"/>
      </w:pPr>
      <w:r>
        <w:t>یہ بہت بڑا اللہ کا فیصلہ تھا۔ کیا آپ جانتے ہیں کہ پچھلی تاریخ میں ہزاروں سال سے سب سے بڑی طاقت جو تھی مانی جاتی تھی تلوار۔</w:t>
      </w:r>
    </w:p>
    <w:p>
      <w:r>
        <w:rPr>
          <w:b/>
        </w:rPr>
        <w:t xml:space="preserve">[07:03] </w:t>
      </w:r>
      <w:r>
        <w:t>Might isright.</w:t>
      </w:r>
    </w:p>
    <w:p>
      <w:pPr>
        <w:jc w:val="right"/>
      </w:pPr>
      <w:r>
        <w:t>Might isright۔</w:t>
      </w:r>
    </w:p>
    <w:p>
      <w:r>
        <w:rPr>
          <w:b/>
        </w:rPr>
        <w:t xml:space="preserve">[07:05] </w:t>
      </w:r>
      <w:r>
        <w:t>Al-harbu anfalu al-harb. to woh daur Allah ne khatam kar diya. ke jab ke talwar Deciding Factor banti rehti thi.</w:t>
      </w:r>
    </w:p>
    <w:p>
      <w:pPr>
        <w:jc w:val="right"/>
      </w:pPr>
      <w:r>
        <w:t>الحرب أنفعل الحرب۔ تو وہ دور اللہ نے ختم کر دیا۔ کہ جب کہ تلوار Deciding Factor بنتی رہتی تھی۔</w:t>
      </w:r>
    </w:p>
    <w:p>
      <w:r>
        <w:rPr>
          <w:b/>
        </w:rPr>
        <w:t xml:space="preserve">[07:15] </w:t>
      </w:r>
      <w:r>
        <w:t>dekhein Tribal Age jo tha ya Kingship ka Age tha har Age mein log talwarein rakhte the. aur talwar se maar maar kar theek karte the logon ko.</w:t>
      </w:r>
    </w:p>
    <w:p>
      <w:pPr>
        <w:jc w:val="right"/>
      </w:pPr>
      <w:r>
        <w:t>دیکھیں Tribal Age جو تھا یا Kingship کا Age تھا ہر Age میں لوگ تلواریں رکھتے تھے۔ اور تلوار سے مار مار کر ٹھیک کرتے تھے لوگوں کو۔</w:t>
      </w:r>
    </w:p>
    <w:p>
      <w:r>
        <w:rPr>
          <w:b/>
        </w:rPr>
        <w:t xml:space="preserve">[07:27] </w:t>
      </w:r>
      <w:r>
        <w:t>to is zamane mein mein is ko kahunga ke That was the Age of Sword. to Allah ne Rasool Allah sal Allah alaihi wasallam ke baad ek naya ek Revolution paida kiya.</w:t>
      </w:r>
    </w:p>
    <w:p>
      <w:pPr>
        <w:jc w:val="right"/>
      </w:pPr>
      <w:r>
        <w:t>تو اس زمانے میں میں اس کو کہوں گا کہ That was the Age of Sword۔ تو اللہ نے رسول اللہ صلی اللہ علیہ وسلم کے بعد ایک نیا ایک Revolution پیدا کیا۔</w:t>
      </w:r>
    </w:p>
    <w:p>
      <w:r>
        <w:rPr>
          <w:b/>
        </w:rPr>
        <w:t xml:space="preserve">[07:41] </w:t>
      </w:r>
      <w:r>
        <w:t>woh Revolution aaya Gradual tareeqe se ek Process ke roop mein. yani achaanak nahi aa gaya. lekin woh muqaddar tha ke aaye.</w:t>
      </w:r>
    </w:p>
    <w:p>
      <w:pPr>
        <w:jc w:val="right"/>
      </w:pPr>
      <w:r>
        <w:t>وہ Revolution آیا Gradual طریقے سے ایک Process کے روپ میں۔ یعنی اچانک نہیں آ گیا۔ لیکن وہ مقدر تھا کہ آئے۔</w:t>
      </w:r>
    </w:p>
    <w:p>
      <w:r>
        <w:rPr>
          <w:b/>
        </w:rPr>
        <w:t xml:space="preserve">[07:52] </w:t>
      </w:r>
      <w:r>
        <w:t>to Rasool Allah ka jo zahoor tha. Rasool Allah ka jo duniya mein aana tha. woh ek Age ka khatma aur ek naye daur ka aaghaz tha.</w:t>
      </w:r>
    </w:p>
    <w:p>
      <w:pPr>
        <w:jc w:val="right"/>
      </w:pPr>
      <w:r>
        <w:t>تو رسول اللہ کا جو ظہور تھا۔ رسول اللہ کا جو دنیا میں آنا تھا۔ وہ ایک Age کا خاتمہ اور ایک نئے دور کا آغاز تھا۔</w:t>
      </w:r>
    </w:p>
    <w:p>
      <w:r>
        <w:rPr>
          <w:b/>
        </w:rPr>
        <w:t xml:space="preserve">[08:07] </w:t>
      </w:r>
      <w:r>
        <w:t>yani Age of Sword ab se khatam. aur Age of Ideology Age of Peace ab se shuru.</w:t>
      </w:r>
    </w:p>
    <w:p>
      <w:pPr>
        <w:jc w:val="right"/>
      </w:pPr>
      <w:r>
        <w:t>یعنی Age of Sword اب سے ختم۔ اور Age of Ideology Age of Peace اب سے شروع۔</w:t>
      </w:r>
    </w:p>
    <w:p>
      <w:r>
        <w:rPr>
          <w:b/>
        </w:rPr>
        <w:t xml:space="preserve">[08:18] </w:t>
      </w:r>
      <w:r>
        <w:t>yeh tha maamla. to ab jo log Miracle maangte the to That was against the creation plan of God.</w:t>
      </w:r>
    </w:p>
    <w:p>
      <w:pPr>
        <w:jc w:val="right"/>
      </w:pPr>
      <w:r>
        <w:t>یہ تھا معاملہ۔ تو اب جو لوگ Miracle مانگتے تھے تو That was against the creation plan of God۔</w:t>
      </w:r>
    </w:p>
    <w:p>
      <w:r>
        <w:rPr>
          <w:b/>
        </w:rPr>
        <w:t xml:space="preserve">[08:30] </w:t>
      </w:r>
      <w:r>
        <w:t>goya ke woh maang rahe hain ek aisi cheez jo Allah ke takhleeqi naqshe ke mutabiq nahi. is liye itni sakht aayat utri. ke Allah ki taraf se to aane wala nahi hai.</w:t>
      </w:r>
    </w:p>
    <w:p>
      <w:pPr>
        <w:jc w:val="right"/>
      </w:pPr>
      <w:r>
        <w:t>گویا کہ وہ مانگ رہے ہیں ایک ایسی چیز جو اللہ کے تخلیقی نقشے کے مطابق نہیں۔ اس لیے اتنی سخت آیت اتری۔ کہ اللہ کی طرف سے تو آنے والا نہیں ہے۔</w:t>
      </w:r>
    </w:p>
    <w:p>
      <w:r>
        <w:rPr>
          <w:b/>
        </w:rPr>
        <w:t xml:space="preserve">[08:41] </w:t>
      </w:r>
      <w:r>
        <w:t>tum chaho to sadan lagao aur seerhi par laga kar charh jao aasman par lao moajza kahin se. Allah ki taraf se to aane wala nahi hai. to yeh itni sakht jo aayat utri Quran majeed mein isi liye thi ke log jaanen ke yeh saada baat nahi hai.</w:t>
      </w:r>
    </w:p>
    <w:p>
      <w:pPr>
        <w:jc w:val="right"/>
      </w:pPr>
      <w:r>
        <w:t>تم چاہو تو سڑن لگاؤ اور سیڑھی پر لگا کر چڑھ جاؤ آسمان پر لاؤ معجزہ کہیں سے۔ اللہ کی طرف سے تو آنے والا نہیں ہے۔ تو یہ اتنی سخت جو آیت اتری قرآن مجید میں اسی لیے تھی کہ لوگ جانیں کہ یہ سادہ بات نہیں ہے۔</w:t>
      </w:r>
    </w:p>
    <w:p>
      <w:r>
        <w:rPr>
          <w:b/>
        </w:rPr>
        <w:t xml:space="preserve">[09:02] </w:t>
      </w:r>
      <w:r>
        <w:t>yeh saada baat nahi ek naye daur ka aaghaz hai. ek naye inqelabi daur ka aaghaz hai.</w:t>
      </w:r>
    </w:p>
    <w:p>
      <w:pPr>
        <w:jc w:val="right"/>
      </w:pPr>
      <w:r>
        <w:t>یہ سادہ بات نہیں ایک نئے دور کا آغاز ہے۔ ایک نئے انقلابی دور کا آغاز ہے۔</w:t>
      </w:r>
    </w:p>
    <w:p>
      <w:r>
        <w:rPr>
          <w:b/>
        </w:rPr>
        <w:t xml:space="preserve">[09:11] </w:t>
      </w:r>
      <w:r>
        <w:t>jabke dunya mein faisla kun cheez Sword nahi hogi balkeh Peaceful Activism hoga. yeh tha. ab mein aap ko kuch waqeat batana chahta hoon ke kis tarah se Quran Miracle banta raha.</w:t>
      </w:r>
    </w:p>
    <w:p>
      <w:pPr>
        <w:jc w:val="right"/>
      </w:pPr>
      <w:r>
        <w:t>جبکہ دنیا میں فیصلہ کن چیز Sword نہیں ہوگی بلکہ Peaceful Activism ہوگا۔ یہ تھا۔ اب میں آپ کو کچھ واقعات بتانا چاہتا ہوں کہ کس طرح سے قرآن Miracle بنتا رہا۔</w:t>
      </w:r>
    </w:p>
    <w:p>
      <w:r>
        <w:rPr>
          <w:b/>
        </w:rPr>
        <w:t xml:space="preserve">[09:27] </w:t>
      </w:r>
      <w:r>
        <w:t>yaani jo kaam Miracle se hota tha woh Quran ke zariye hua.</w:t>
      </w:r>
    </w:p>
    <w:p>
      <w:pPr>
        <w:jc w:val="right"/>
      </w:pPr>
      <w:r>
        <w:t>یعنی جو کام Miracle سے ہوتا تھا وہ قرآن کے ذریعے ہوا۔</w:t>
      </w:r>
    </w:p>
    <w:p>
      <w:r>
        <w:rPr>
          <w:b/>
        </w:rPr>
        <w:t xml:space="preserve">[09:35] </w:t>
      </w:r>
      <w:r>
        <w:t>yeh topic mujhe zehan mein aaya abhi do din pehle ek waqea pesh aaya. to phir maine poori History par ghore kiya.</w:t>
      </w:r>
    </w:p>
    <w:p>
      <w:pPr>
        <w:jc w:val="right"/>
      </w:pPr>
      <w:r>
        <w:t>یہ ٹاپک مجھے ذہن میں آیا ابھی دو دن پہلے ایک واقعہ پیش آیا۔ تو پھر میں نے پوری History پر غور کیا۔</w:t>
      </w:r>
    </w:p>
    <w:p>
      <w:r>
        <w:rPr>
          <w:b/>
        </w:rPr>
        <w:t xml:space="preserve">[09:46] </w:t>
      </w:r>
      <w:r>
        <w:t>hua yeh ke aththais May do hazar choda ko mujhe ek telephone aaya. yeh telephone tha Maulana Athar Shamsi.</w:t>
      </w:r>
    </w:p>
    <w:p>
      <w:pPr>
        <w:jc w:val="right"/>
      </w:pPr>
      <w:r>
        <w:t>ہوا یہ کہ اٹھائیس مئی دو ہزار چودہ کو مجھے ایک ٹیلی فون آیا۔ یہ ٹیلی فون تھا مولانا اطہر شمسی۔</w:t>
      </w:r>
    </w:p>
    <w:p>
      <w:r>
        <w:rPr>
          <w:b/>
        </w:rPr>
        <w:t xml:space="preserve">[09:59] </w:t>
      </w:r>
      <w:r>
        <w:t>yeh Karana mein rehte hain jo maghribi UP mein hai. woh Saharanpur mein jo madrasa hai Mazahir Uloom wahan ke parhe hue hain.</w:t>
      </w:r>
    </w:p>
    <w:p>
      <w:pPr>
        <w:jc w:val="right"/>
      </w:pPr>
      <w:r>
        <w:t>یہ کرانا میں رہتے ہیں جو مغربی یو پی میں ہے۔ وہ سہارن پور میں جو مدرسہ ہے مزار العلوم وہاں کے پڑھے ہوئے ہیں۔</w:t>
      </w:r>
    </w:p>
    <w:p>
      <w:r>
        <w:rPr>
          <w:b/>
        </w:rPr>
        <w:t xml:space="preserve">[10:10] </w:t>
      </w:r>
      <w:r>
        <w:t>ab woh college mein taleem haasil kar rahe hain. un ka telephone aaya. yeh ilaqa jahan woh hain yeh wohi ilaqa hai jahan aakhri fasadaat hue the.</w:t>
      </w:r>
    </w:p>
    <w:p>
      <w:pPr>
        <w:jc w:val="right"/>
      </w:pPr>
      <w:r>
        <w:t>اب وہ کالج میں تعلیم حاصل کر رہے ہیں۔ ان کا ٹیلی فون آیا۔ یہ علاقہ جہاں وہ ہیں یہ وہی علاقہ ہے جہاں آخری فسادات ہوئے تھے۔</w:t>
      </w:r>
    </w:p>
    <w:p>
      <w:r>
        <w:rPr>
          <w:b/>
        </w:rPr>
        <w:t xml:space="preserve">[10:23] </w:t>
      </w:r>
      <w:r>
        <w:t>UP ka ilaqa. Shamli se telephone aaya tha jo ke Delhi se ek so kilometer se door waqe hai.</w:t>
      </w:r>
    </w:p>
    <w:p>
      <w:pPr>
        <w:jc w:val="right"/>
      </w:pPr>
      <w:r>
        <w:t>یو پی کا علاقہ۔ شاملی سے ٹیلی فون آیا تھا جو کہ دلی سے ایک سو کلومیٹر سے دور واقع ہے۔</w:t>
      </w:r>
    </w:p>
    <w:p>
      <w:r>
        <w:rPr>
          <w:b/>
        </w:rPr>
        <w:t xml:space="preserve">[10:34] </w:t>
      </w:r>
      <w:r>
        <w:t>wahan se telephone aaya. to aap jante hain ke Shamli is ilaqe mein shamil tha jahan aakhri fasadaat hue the.</w:t>
      </w:r>
    </w:p>
    <w:p>
      <w:pPr>
        <w:jc w:val="right"/>
      </w:pPr>
      <w:r>
        <w:t>وہاں سے ٹیلی فون آیا۔ تو آپ جانتے ہیں کہ شاملی اس علاقے میں شامل تھا جہاں آخری فسادات ہوئے تھے۔</w:t>
      </w:r>
    </w:p>
    <w:p>
      <w:r>
        <w:rPr>
          <w:b/>
        </w:rPr>
        <w:t xml:space="preserve">[10:44] </w:t>
      </w:r>
      <w:r>
        <w:t>UP mein. to unhon ne kaha ke mein rickshaw par safar kar raha tha. mere paas meri behan burqa pehni hui thi.</w:t>
      </w:r>
    </w:p>
    <w:p>
      <w:pPr>
        <w:jc w:val="right"/>
      </w:pPr>
      <w:r>
        <w:t>یو پی میں۔ تو انہوں نے کہا کہ میں رکشے پر سفر کر رہا تھا۔ میرے پاس میری بہن برقعہ پہنی ہوئی تھی۔</w:t>
      </w:r>
    </w:p>
    <w:p>
      <w:r>
        <w:rPr>
          <w:b/>
        </w:rPr>
        <w:t xml:space="preserve">[10:56] </w:t>
      </w:r>
      <w:r>
        <w:t>aur khud un ke daadhi rahe aur sar par gol topi. to unhon ne bataya ke wahan road par jaam ho gaya. aur un ka rickshaw khara ho gaya.</w:t>
      </w:r>
    </w:p>
    <w:p>
      <w:pPr>
        <w:jc w:val="right"/>
      </w:pPr>
      <w:r>
        <w:t>اور خود ان کے داڑھی رہے اور سر پر گول ٹوپی۔ تو انہوں نے بتایا کہ وہاں روڈ پر جام ہو گیا۔ اور ان کا رکشہ کھڑا ہو گیا۔</w:t>
      </w:r>
    </w:p>
    <w:p>
      <w:r>
        <w:rPr>
          <w:b/>
        </w:rPr>
        <w:t xml:space="preserve">[11:06] </w:t>
      </w:r>
      <w:r>
        <w:t>itne mein samne se ek Hindu aaya. motorcycle par sawaar tha woh. woh un ke rickshaw ke paas khara hua.</w:t>
      </w:r>
    </w:p>
    <w:p>
      <w:pPr>
        <w:jc w:val="right"/>
      </w:pPr>
      <w:r>
        <w:t>اتنے میں سامنے سے ایک ہندو آیا۔ موٹر سائیکل پر سوار تھا وہ۔ وہ ان کے رکشے کے پاس کھڑا ہوا۔</w:t>
      </w:r>
    </w:p>
    <w:p>
      <w:r>
        <w:rPr>
          <w:b/>
        </w:rPr>
        <w:t xml:space="preserve">[11:17] </w:t>
      </w:r>
      <w:r>
        <w:t>aur un ko dekh kar ke laga behtahasha gaali denay. bilkul nanggi gaali. aur yeh kaha ke tum ko ab saare Musalmanon ko Bharat chhodna padega.</w:t>
      </w:r>
    </w:p>
    <w:p>
      <w:pPr>
        <w:jc w:val="right"/>
      </w:pPr>
      <w:r>
        <w:t>اور ان کو دیکھ کر کے لگا بے تحاشہ گالی دینے۔ بالکل ننگی گالی۔ اور یہ کہا کہ تم کو اب سارے مسلمانوں کو بھارت چھوڑنا پڑے گا۔</w:t>
      </w:r>
    </w:p>
    <w:p>
      <w:r>
        <w:rPr>
          <w:b/>
        </w:rPr>
        <w:t xml:space="preserve">[11:30] </w:t>
      </w:r>
      <w:r>
        <w:t>ab hamari hukoomat aa gayi hai. tum sab ko Bharat chhod kar jaana padega. ab sarkaar hamari hai. aur jo jo is ke munh mein tha sab keh dala us ne.</w:t>
      </w:r>
    </w:p>
    <w:p>
      <w:pPr>
        <w:jc w:val="right"/>
      </w:pPr>
      <w:r>
        <w:t>اب ہماری حکومت آ گئی ہے۔ تم سب کو بھارت چھوڑ کر جانا پڑے گا۔ اب سرکار ہماری ہے۔ اور جو جو اس کے منہ میں تھا سب کہہ ڈالا اس نے۔</w:t>
      </w:r>
    </w:p>
    <w:p>
      <w:r>
        <w:rPr>
          <w:b/>
        </w:rPr>
        <w:t xml:space="preserve">[11:41] </w:t>
      </w:r>
      <w:r>
        <w:t>tum aise ho tum waise ho tum sab se kharab log ho dunya ke sab se bure log ho tum ko Bharat chhodna padega. achha yeh chup chap rickshaw mein baithe hue hain.</w:t>
      </w:r>
    </w:p>
    <w:p>
      <w:pPr>
        <w:jc w:val="right"/>
      </w:pPr>
      <w:r>
        <w:t>تم ایسے ہو تم ویسے ہو تم سب سے خراب لوگ ہو دنیا کے سب سے برے لوگ ہو تم کو بھارت چھوڑنا پڑے گا۔ اچھا یہ چپ چاپ رکشے میں بیٹھے ہوئے ہیں۔</w:t>
      </w:r>
    </w:p>
    <w:p>
      <w:r>
        <w:rPr>
          <w:b/>
        </w:rPr>
        <w:t xml:space="preserve">[11:52] </w:t>
      </w:r>
      <w:r>
        <w:t>zara bhi React nahi kiya unhon ne. hamare CPS ke woh ek member hain. to kuch bhi React nahi kiya sun rahe hain sun rahe hain.</w:t>
      </w:r>
    </w:p>
    <w:p>
      <w:pPr>
        <w:jc w:val="right"/>
      </w:pPr>
      <w:r>
        <w:t>ذرا بھی React نہیں کیا انہوں نے۔ ہمارے سی پی ایس کے وہ ایک ممبر ہیں۔ تو کچھ بھی React نہیں کیا سن رہے ہیں سن رہے ہیں۔</w:t>
      </w:r>
    </w:p>
    <w:p>
      <w:r>
        <w:rPr>
          <w:b/>
        </w:rPr>
        <w:t xml:space="preserve">[12:03] </w:t>
      </w:r>
      <w:r>
        <w:t>yahan tak ke woh bolte bolte thak gaye. jab woh chup hua to unhon ne kya kiya apne bagh kholay. bagh mein se yeh Quran ka Hindi translator nikala.</w:t>
      </w:r>
    </w:p>
    <w:p>
      <w:pPr>
        <w:jc w:val="right"/>
      </w:pPr>
      <w:r>
        <w:t>یہاں تک کہ وہ بولتے بولتے تھک گئے۔ جب وہ چپ ہوا تو انہوں نے کیا کیا اپنے بیگ کھولا۔ بیگ میں سے یہ قرآن کا ہندی ٹرانسلیٹر نکالا۔</w:t>
      </w:r>
    </w:p>
    <w:p>
      <w:r>
        <w:rPr>
          <w:b/>
        </w:rPr>
        <w:t xml:space="preserve">[12:14] </w:t>
      </w:r>
      <w:r>
        <w:t>jo abhi hamare haan chhaapa hai. Pavitra Quran. us ko nikaal kar kaha ke yeh aap ke liye ek roohani Gift hai.</w:t>
      </w:r>
    </w:p>
    <w:p>
      <w:pPr>
        <w:jc w:val="right"/>
      </w:pPr>
      <w:r>
        <w:t>جو ابھی ہمارے ہاں چھپا ہے۔ پوित्र قرآن۔ اس کو نکال کر کہا کہ یہ آپ کے لیے ایک روحانی Gift ہے۔</w:t>
      </w:r>
    </w:p>
    <w:p>
      <w:r>
        <w:rPr>
          <w:b/>
        </w:rPr>
        <w:t xml:space="preserve">[12:28] </w:t>
      </w:r>
      <w:r>
        <w:t>roohani Gift keh kar us ko pesh kiya. un ka bayan hai ke achaanak hi bilkul woh theher gaya. ek dum hi theher gaya.</w:t>
      </w:r>
    </w:p>
    <w:p>
      <w:pPr>
        <w:jc w:val="right"/>
      </w:pPr>
      <w:r>
        <w:t>روحانی Gift کہہ کر اس کو پیش کیا۔ ان کا بیان ہے کہ اچانک ہی بالکل وہ ٹھہر گیا۔ ایک دم ہی ٹھہر گیا۔</w:t>
      </w:r>
    </w:p>
    <w:p>
      <w:r>
        <w:rPr>
          <w:b/>
        </w:rPr>
        <w:t xml:space="preserve">[12:39] </w:t>
      </w:r>
      <w:r>
        <w:t>aur laga kehne laga ke hum ko maaf kijiye. haath jod liya us ne. hum ko maaf kijiye. aap to sant aadmi hain. aap to bahut oonche aadmi hain.</w:t>
      </w:r>
    </w:p>
    <w:p>
      <w:pPr>
        <w:jc w:val="right"/>
      </w:pPr>
      <w:r>
        <w:t>اور لگا کہنے لگا کہ ہم کو معاف کیجیے۔ ہاتھ جوڑ لیا اس نے۔ ہم کو معاف کیجیے۔ آپ تو سنت آدمی ہیں۔ آپ تو بہت اونچے آدمی ہیں۔</w:t>
      </w:r>
    </w:p>
    <w:p>
      <w:r>
        <w:rPr>
          <w:b/>
        </w:rPr>
        <w:t xml:space="preserve">[12:48] </w:t>
      </w:r>
      <w:r>
        <w:t>ke hum ne aap ko gaali di aur aap ko roohani tohfa pesh kar diya. aur na sirf us ne haath jod kar maafi mangi balkeh un ko charan sparsh bhi kiya.</w:t>
      </w:r>
    </w:p>
    <w:p>
      <w:pPr>
        <w:jc w:val="right"/>
      </w:pPr>
      <w:r>
        <w:t>کہ ہم نے آپ کو گالی دی اور آپ کو روحانی تحفہ پیش کر دیا۔ اور نہ صرف اس نے ہاتھ جوڑ کر معافی مانگی بلکہ ان کو چرن اسپرس بھی کیا۔</w:t>
      </w:r>
    </w:p>
    <w:p>
      <w:r>
        <w:rPr>
          <w:b/>
        </w:rPr>
        <w:t xml:space="preserve">[13:00] </w:t>
      </w:r>
      <w:r>
        <w:t>un ka paon vish hua.</w:t>
      </w:r>
    </w:p>
    <w:p>
      <w:pPr>
        <w:jc w:val="right"/>
      </w:pPr>
      <w:r>
        <w:t>ان کا پاؤں وش ہوا۔</w:t>
      </w:r>
    </w:p>
    <w:p>
      <w:r>
        <w:rPr>
          <w:b/>
        </w:rPr>
        <w:t xml:space="preserve">[13:05] </w:t>
      </w:r>
      <w:r>
        <w:t>ek dam hi badal gaya woh. yeh tha quran ka miracle.</w:t>
      </w:r>
    </w:p>
    <w:p>
      <w:pPr>
        <w:jc w:val="right"/>
      </w:pPr>
      <w:r>
        <w:t>ایک دم ہی بدل گیا وہ۔ یہ تھا قرآن کا Miracle۔</w:t>
      </w:r>
    </w:p>
    <w:p>
      <w:r>
        <w:rPr>
          <w:b/>
        </w:rPr>
        <w:t xml:space="preserve">[13:13] </w:t>
      </w:r>
      <w:r>
        <w:t>is ke baad kya hua ke unhon ne phir telephone kiya wahan ke jo police superintendent ko.</w:t>
      </w:r>
    </w:p>
    <w:p>
      <w:pPr>
        <w:jc w:val="right"/>
      </w:pPr>
      <w:r>
        <w:t>اس کے بعد کیا ہوا کہ انہوں نے پھر ٹیلی فون کیا وہاں کے جو پولیس سپریڈنٹ کو۔</w:t>
      </w:r>
    </w:p>
    <w:p>
      <w:r>
        <w:rPr>
          <w:b/>
        </w:rPr>
        <w:t xml:space="preserve">[13:23] </w:t>
      </w:r>
      <w:r>
        <w:t>yani shamli ke police superintendent ko telephone kar ke dekhen is area mein pehle fasaad ho chuka hai. aisa hai ke waqea guzra road par.</w:t>
      </w:r>
    </w:p>
    <w:p>
      <w:pPr>
        <w:jc w:val="right"/>
      </w:pPr>
      <w:r>
        <w:t>یعنی شاملی کے پولیس سپریڈنٹ کو ٹیلی فون کر کے دیکھیں اس ایریا میں پہلے فساد ہو چکا ہے۔ ایسا ہے کہ واقعہ گزرا روڈ پر۔</w:t>
      </w:r>
    </w:p>
    <w:p>
      <w:r>
        <w:rPr>
          <w:b/>
        </w:rPr>
        <w:t xml:space="preserve">[13:31] </w:t>
      </w:r>
      <w:r>
        <w:t>agar main react karta to fasaad ho jata. to aap is soorat-e-haal ko janiye aur is ko samjhiye. to superintendent yani police superintendent jo tha us ne foran poocha ke aap is aadmi ka yani ab is ka number bataiye is ka.</w:t>
      </w:r>
    </w:p>
    <w:p>
      <w:pPr>
        <w:jc w:val="right"/>
      </w:pPr>
      <w:r>
        <w:t>اگر میں React کرتا تو فساد ہو جاتا۔ تو آپ اس صورتحال کو جانیے اور اس کو سمجھیے۔ تو سپریڈنٹ یعنی پولیس سپریڈنٹ جو تھا اس نے فوراً پوچھا کہ آپ اس آدمی کا یعنی اب اس کا نمبر بتائیے اس کا۔</w:t>
      </w:r>
    </w:p>
    <w:p>
      <w:r>
        <w:rPr>
          <w:b/>
        </w:rPr>
        <w:t xml:space="preserve">[13:54] </w:t>
      </w:r>
      <w:r>
        <w:t>wo motor cycle par tha woh. to is ka number bataiye hum is ko pakrein ge. to is ke baad jo jawab diya unhon ne woh tha cps ka ke jo spirit hai is ka woh jawab tha.</w:t>
      </w:r>
    </w:p>
    <w:p>
      <w:pPr>
        <w:jc w:val="right"/>
      </w:pPr>
      <w:r>
        <w:t>وہ موٹر سائیکل پر تھا وہ۔ تو اس کا نمبر بتائیے ہم اس کو پکڑیں گے۔ تو اس کے بعد جو جواب دیا انہوں نے وہ تھا سی پی ایس کا کہ جو اسپرٹ ہے اس کا وہ جواب تھا۔</w:t>
      </w:r>
    </w:p>
    <w:p>
      <w:r>
        <w:rPr>
          <w:b/>
        </w:rPr>
        <w:t xml:space="preserve">[14:08] </w:t>
      </w:r>
      <w:r>
        <w:t>unhon ne kaha ke aap jante hain ke main cps ka member hoon. cps ki policy hai nafrat ke jawab mein mohabbat karna.</w:t>
      </w:r>
    </w:p>
    <w:p>
      <w:pPr>
        <w:jc w:val="right"/>
      </w:pPr>
      <w:r>
        <w:t>انہوں نے کہا کہ آپ جانتے ہیں کہ میں سی پی ایس کا ممبر ہوں۔ سی پی ایس کی پالیسی ہے نفرت کے جواب میں محبت کرنا۔</w:t>
      </w:r>
    </w:p>
    <w:p>
      <w:r>
        <w:rPr>
          <w:b/>
        </w:rPr>
        <w:t xml:space="preserve">[14:22] </w:t>
      </w:r>
      <w:r>
        <w:t>at-tafau bil-lati ahsan. quran ki taleem hai ke at-tafau bil-lati ahsan. nafrat ke jawab mein mohabbat karo. khair khwahi karo.</w:t>
      </w:r>
    </w:p>
    <w:p>
      <w:pPr>
        <w:jc w:val="right"/>
      </w:pPr>
      <w:r>
        <w:t>اتفاء باللتی احسن۔ قرآن کی تعلیم ہے کہ اتفاء باللتی احسن۔ نفرت کے جواب میں محبت کرو۔ خیر خواہی کرو۔</w:t>
      </w:r>
    </w:p>
    <w:p>
      <w:r>
        <w:rPr>
          <w:b/>
        </w:rPr>
        <w:t xml:space="preserve">[14:32] </w:t>
      </w:r>
      <w:r>
        <w:t>to unhon ne kaha ke kya aap samajhte hain ke main jaisa aadmi is ke motor cycle ka telephone number is mere jaisa aadmi is ke motor cycle ka number note karta?</w:t>
      </w:r>
    </w:p>
    <w:p>
      <w:pPr>
        <w:jc w:val="right"/>
      </w:pPr>
      <w:r>
        <w:t>تو انہوں نے کہا کہ کیا آپ سمجھتے ہیں کہ میں جیسا آدمی اس کے موٹر سائیکل کا ٹیلی فون نمبر اس میرے جیسا آدمی اس کے موٹر سائیکل کا نمبر نوٹ کرتا؟</w:t>
      </w:r>
    </w:p>
    <w:p>
      <w:r>
        <w:rPr>
          <w:b/>
        </w:rPr>
        <w:t xml:space="preserve">[14:50] </w:t>
      </w:r>
      <w:r>
        <w:t>jab mere dil mein is ke khilaaf nafrat nahi thi inteqaam nahi tha. to kya aap samajhte hain ke main is ki motor cycle ka number note karta?</w:t>
      </w:r>
    </w:p>
    <w:p>
      <w:pPr>
        <w:jc w:val="right"/>
      </w:pPr>
      <w:r>
        <w:t>جب میرے دل میں اس کے خلاف نفرت نہیں تھی انتقام نہیں تھا۔ تو کیا آپ سمجھتے ہیں کہ میں اس کی موٹر سائیکل کا نمبر نوٹ کرتا؟</w:t>
      </w:r>
    </w:p>
    <w:p>
      <w:r>
        <w:rPr>
          <w:b/>
        </w:rPr>
        <w:t xml:space="preserve">[15:03] </w:t>
      </w:r>
      <w:r>
        <w:t>yeh sun kar ke bilkul superintendent police jo tha woh bilkul theher gaya woh. us ne khare ho kar un ko istaqbal kiya.</w:t>
      </w:r>
    </w:p>
    <w:p>
      <w:pPr>
        <w:jc w:val="right"/>
      </w:pPr>
      <w:r>
        <w:t>یہ سن کر کے بالکل سپریڈنٹ پولیس جو تھا وہ بالکل ٹھہر گیا وہ۔ اس نے کھڑے ہو کر ان کو استقبال کیا۔</w:t>
      </w:r>
    </w:p>
    <w:p>
      <w:r>
        <w:rPr>
          <w:b/>
        </w:rPr>
        <w:t xml:space="preserve">[15:15] </w:t>
      </w:r>
      <w:r>
        <w:t>phir us ko bhi unhon ne yeh kitaab di. yeh quran ka hindi tarjuma. to police superintendent bilkul woh dono haath jod kar us ne liya.</w:t>
      </w:r>
    </w:p>
    <w:p>
      <w:pPr>
        <w:jc w:val="right"/>
      </w:pPr>
      <w:r>
        <w:t>پھر اس کو بھی انہوں نے یہ کتاب دیا۔ یہ قرآن کا ہندی ترجمہ۔ تو پولیس سپریڈنٹ بالکل وہ دونوں ہاتھ جوڑ کر اس نے لیا۔</w:t>
      </w:r>
    </w:p>
    <w:p>
      <w:r>
        <w:rPr>
          <w:b/>
        </w:rPr>
        <w:t xml:space="preserve">[15:25] </w:t>
      </w:r>
      <w:r>
        <w:t>aur bohat zyada izzat diya un ko ke aap jaisay aadmi ki humein zaroorat hai. to yeh tha quran ka miracle.</w:t>
      </w:r>
    </w:p>
    <w:p>
      <w:pPr>
        <w:jc w:val="right"/>
      </w:pPr>
      <w:r>
        <w:t>اور بہت زیادہ عزت دیا ان کو کہ آپ جیسے آدمی کی ہمیں ضرورت ہے۔ تو یہ تھا قرآن کا Miracle۔</w:t>
      </w:r>
    </w:p>
    <w:p>
      <w:r>
        <w:rPr>
          <w:b/>
        </w:rPr>
        <w:t xml:space="preserve">[15:35] </w:t>
      </w:r>
      <w:r>
        <w:t>is ke baad is police officer ne telephone kiya district magistrate ko wahan ka jo tha ke aisa qissa hua. to district magistrate ne baqayda un ko telephone kar ke bulaya.</w:t>
      </w:r>
    </w:p>
    <w:p>
      <w:pPr>
        <w:jc w:val="right"/>
      </w:pPr>
      <w:r>
        <w:t>اس کے بعد اس پولیس آفیسر نے ٹیلی فون کیا ڈسٹرکٹ مجسٹریٹ کو وہاں کا جو تھا کہ ایسا قصہ ہوا۔ تو ڈسٹرکٹ مجسٹریٹ نے باقاعدہ ان کو ٹیلی فون کر کے بلایا۔</w:t>
      </w:r>
    </w:p>
    <w:p>
      <w:r>
        <w:rPr>
          <w:b/>
        </w:rPr>
        <w:t xml:space="preserve">[15:47] </w:t>
      </w:r>
      <w:r>
        <w:t>athar shamsi sahib ko. aur bohat izzat di aur yani khane par bulaya. haalankeh district magistrate kisi ko khane par nahi bulaya karta.</w:t>
      </w:r>
    </w:p>
    <w:p>
      <w:pPr>
        <w:jc w:val="right"/>
      </w:pPr>
      <w:r>
        <w:t>اطہر شمسی صاحب کو۔ اور بہت عزت دی اور یعنی کھانے پر بلایا۔ حالانکہ ڈسٹرکٹ مجسٹریٹ کسی کو کھانے پر نہیں بلایا کرتا۔</w:t>
      </w:r>
    </w:p>
    <w:p>
      <w:r>
        <w:rPr>
          <w:b/>
        </w:rPr>
        <w:t xml:space="preserve">[15:59] </w:t>
      </w:r>
      <w:r>
        <w:t>aur wahan pe unhon ne yeh kitaab pesh ki.</w:t>
      </w:r>
    </w:p>
    <w:p>
      <w:pPr>
        <w:jc w:val="right"/>
      </w:pPr>
      <w:r>
        <w:t>اور وہاں پہ انہوں نے یہ کتاب پیش کی۔</w:t>
      </w:r>
    </w:p>
    <w:p>
      <w:r>
        <w:rPr>
          <w:b/>
        </w:rPr>
        <w:t xml:space="preserve">[16:04] </w:t>
      </w:r>
      <w:r>
        <w:t>yeh hai woh</w:t>
      </w:r>
    </w:p>
    <w:p>
      <w:pPr>
        <w:jc w:val="right"/>
      </w:pPr>
      <w:r>
        <w:t>یہ ہے وہ</w:t>
      </w:r>
    </w:p>
    <w:p>
      <w:r>
        <w:rPr>
          <w:b/>
        </w:rPr>
        <w:t xml:space="preserve">[16:09] </w:t>
      </w:r>
      <w:r>
        <w:t>haqeeqat jis se sari dunya ke musalman be khabar hain. musalman aaj bhi gun ko taaqat samajhte hain. bomb ko taaqat samajhte hain.</w:t>
      </w:r>
    </w:p>
    <w:p>
      <w:pPr>
        <w:jc w:val="right"/>
      </w:pPr>
      <w:r>
        <w:t>حقیقت جس سے ساری دنیا کے مسلمان بے خبر ہیں۔ مسلمان آج بھی گن کو طاقت سمجھتے ہیں۔ بم کو طاقت سمجھتے ہیں۔</w:t>
      </w:r>
    </w:p>
    <w:p>
      <w:r>
        <w:rPr>
          <w:b/>
        </w:rPr>
        <w:t xml:space="preserve">[16:19] </w:t>
      </w:r>
      <w:r>
        <w:t>larai ko taaqat samajhte hain. kaise kaise ajeeb log hain.</w:t>
      </w:r>
    </w:p>
    <w:p>
      <w:pPr>
        <w:jc w:val="right"/>
      </w:pPr>
      <w:r>
        <w:t>لڑائی کو طاقت سمجھتے ہیں۔ کیسے کیسے عجیب لوگ ہیں۔</w:t>
      </w:r>
    </w:p>
    <w:p>
      <w:r>
        <w:rPr>
          <w:b/>
        </w:rPr>
        <w:t xml:space="preserve">[16:27] </w:t>
      </w:r>
      <w:r>
        <w:t>yani khuda ne woh daur khatm kar diya. gun ka daur bomb ka daur valence ka daur khatm kar diya. aur dunya mein peace aur ek aisi kitaab de di ke woh har gun se aur bomb se zyada taaqatwar hai.</w:t>
      </w:r>
    </w:p>
    <w:p>
      <w:pPr>
        <w:jc w:val="right"/>
      </w:pPr>
      <w:r>
        <w:t>یعنی خدا نے وہ دور ختم کر دیا۔ گن کا دور بم کا دور Valence کا دور ختم کر دیا۔ اور دنیا میں Peace اور ایک ایسی کتاب دے دی کہ وہ ہر گن سے اور بم سے زیادہ طاقتور ہے۔</w:t>
      </w:r>
    </w:p>
    <w:p>
      <w:r>
        <w:rPr>
          <w:b/>
        </w:rPr>
        <w:t xml:space="preserve">[16:46] </w:t>
      </w:r>
      <w:r>
        <w:t>is kitaab ko le kar dunya mein aage barho. gun kis liye bomb kis liye.</w:t>
      </w:r>
    </w:p>
    <w:p>
      <w:pPr>
        <w:jc w:val="right"/>
      </w:pPr>
      <w:r>
        <w:t>اس کتاب کو لے کر دنیا میں آگے بڑھو۔ گن کس لیے بم کس لیے۔</w:t>
      </w:r>
    </w:p>
    <w:p>
      <w:r>
        <w:rPr>
          <w:b/>
        </w:rPr>
        <w:t xml:space="preserve">[16:55] </w:t>
      </w:r>
      <w:r>
        <w:t>dekhen hamari jo tareekh hai islam ki jo tareekh hai poori poori tareekh is ko confirm karti hai. poori poori tareekh.</w:t>
      </w:r>
    </w:p>
    <w:p>
      <w:pPr>
        <w:jc w:val="right"/>
      </w:pPr>
      <w:r>
        <w:t>دیکھیں ہماری جو تاریخ ہے اسلام کی جو تاریخ ہے پوری پوری تاریخ اس کو کنفرم کرتی ہے۔ پوری پوری تاریخ۔</w:t>
      </w:r>
    </w:p>
    <w:p>
      <w:r>
        <w:rPr>
          <w:b/>
        </w:rPr>
        <w:t xml:space="preserve">[17:08] </w:t>
      </w:r>
      <w:r>
        <w:t>rasool Allah sallallahu alaihi wasallam ne jab chh sau das isvi mein makkah mein apna mission shuru kiya toheed ka mission.</w:t>
      </w:r>
    </w:p>
    <w:p>
      <w:pPr>
        <w:jc w:val="right"/>
      </w:pPr>
      <w:r>
        <w:t>رسول اللہ صلی اللہ علیہ وسلم نے جب چھ سو دس عیسوی میں مکہ میں اپنا مشن شروع کیا توحید کا مشن۔</w:t>
      </w:r>
    </w:p>
    <w:p>
      <w:r>
        <w:rPr>
          <w:b/>
        </w:rPr>
        <w:t xml:space="preserve">[17:17] </w:t>
      </w:r>
      <w:r>
        <w:t>woh koi siyasat mission nahi tha. rasool Allah ka mission koi siyasat mission nahi tha. woh sirf yeh tha ke insaan ko bataya jaye ke tumhara rab kaun hai.</w:t>
      </w:r>
    </w:p>
    <w:p>
      <w:pPr>
        <w:jc w:val="right"/>
      </w:pPr>
      <w:r>
        <w:t>وہ کوئی سیاسی مشن نہیں تھا۔ رسول اللہ کا مشن کوئی سیاسی مشن نہیں تھا۔ وہ صرف یہ تھا کہ انسان کو بتایا جائے کہ تمہارا رب کون ہے۔</w:t>
      </w:r>
    </w:p>
    <w:p>
      <w:r>
        <w:rPr>
          <w:b/>
        </w:rPr>
        <w:t xml:space="preserve">[17:31] </w:t>
      </w:r>
      <w:r>
        <w:t>bas yeh yeh mission tha jis ko hum toheed kehte hain. to makkah ke aap jante hain ke kya makkah mein koi larai hui thi?</w:t>
      </w:r>
    </w:p>
    <w:p>
      <w:pPr>
        <w:jc w:val="right"/>
      </w:pPr>
      <w:r>
        <w:t>بس یہ یہ مشن تھا جس کو ہم توحید کہتے ہیں۔ تو مکہ کے آپ جانتے ہیں کہ کیا مکہ میں کوئی لڑائی ہوئی تھی؟</w:t>
      </w:r>
    </w:p>
    <w:p>
      <w:r>
        <w:rPr>
          <w:b/>
        </w:rPr>
        <w:t xml:space="preserve">[17:41] </w:t>
      </w:r>
      <w:r>
        <w:t>rasool Allah ne makkah walon ko talwar chalai thi. aur makkah ke jitne bhi jo intelligent log the jo jandar log the woh sab ke sab dakhil ho gaye islam mein.</w:t>
      </w:r>
    </w:p>
    <w:p>
      <w:pPr>
        <w:jc w:val="right"/>
      </w:pPr>
      <w:r>
        <w:t>رسول اللہ نے مکہ والوں کو تلوار چلائی تھی۔ اور مکہ کے جتنے بھی جو Intelligent لوگ تھے جو جاندار لوگ تھے وہ سب کے سب داخل ہو گئے اسلام میں۔</w:t>
      </w:r>
    </w:p>
    <w:p>
      <w:r>
        <w:rPr>
          <w:b/>
        </w:rPr>
        <w:t xml:space="preserve">[17:55] </w:t>
      </w:r>
      <w:r>
        <w:t>yahan kya yahan tak ke aakhri zamane mein yani makkah ka jo aakhri zamana tha us waqt wahan ek sahib jo the khalid walid jo bohat baad ko iman laye.</w:t>
      </w:r>
    </w:p>
    <w:p>
      <w:pPr>
        <w:jc w:val="right"/>
      </w:pPr>
      <w:r>
        <w:t>یہاں کیا یہاں تک کہ آخری زمانے میں یعنی مکہ کا جو آخری زمانہ تھا اس وقت وہاں ایک صاحب جو تھے خالد ولید جو بہت بعد کو ایمان لائے۔</w:t>
      </w:r>
    </w:p>
    <w:p>
      <w:r>
        <w:rPr>
          <w:b/>
        </w:rPr>
        <w:t xml:space="preserve">[18:05] </w:t>
      </w:r>
      <w:r>
        <w:t>unhon ne kaha tha amr raaz se yani islam qubool karne se kuch pehle. ke dakhalt nasif al islam</w:t>
      </w:r>
    </w:p>
    <w:p>
      <w:pPr>
        <w:jc w:val="right"/>
      </w:pPr>
      <w:r>
        <w:t>انہوں نے کہا تھا امر راز سے یعنی اسلام قبول کرنے سے کچھ پہلے۔ کہ دخلت ناصف الاسلام</w:t>
      </w:r>
    </w:p>
    <w:p>
      <w:r>
        <w:rPr>
          <w:b/>
        </w:rPr>
        <w:t xml:space="preserve">[18:21] </w:t>
      </w:r>
      <w:r>
        <w:t>makkah ke bare mein report di thi unhon ne. ke dakhalt nasif al islam ab to makkah ke jo jandar log the woh sab to islam mein chale gaye.</w:t>
      </w:r>
    </w:p>
    <w:p>
      <w:pPr>
        <w:jc w:val="right"/>
      </w:pPr>
      <w:r>
        <w:t>مکہ کے بارے میں رپورٹ دی تھی انہوں نے۔ کہ دخلت ناصف الاسلام اب تو مکہ کے جو جاندار لوگ تھے وہ سب تو اسلام میں چلے گئے۔</w:t>
      </w:r>
    </w:p>
    <w:p>
      <w:r>
        <w:rPr>
          <w:b/>
        </w:rPr>
        <w:t xml:space="preserve">[18:32] </w:t>
      </w:r>
      <w:r>
        <w:t>rajul do taaq bana hotay hain Mud of Taste. koi makkah mein koi Mud of Taste nahi raha. yani hamari jo society thi makkah ki is mein koi Mud of Taste nahi raha.</w:t>
      </w:r>
    </w:p>
    <w:p>
      <w:pPr>
        <w:jc w:val="right"/>
      </w:pPr>
      <w:r>
        <w:t>رجل دو طاق بنا ہوتے ہیں Mud of Taste۔ کوئی مکہ میں کوئی Mud of Taste نہیں رہا۔ یعنی ہماری جو سوسائٹی تھی مکہ کی اس میں کوئی Mud of Taste نہیں رہا۔</w:t>
      </w:r>
    </w:p>
    <w:p>
      <w:r>
        <w:rPr>
          <w:b/>
        </w:rPr>
        <w:t xml:space="preserve">[18:43] </w:t>
      </w:r>
      <w:r>
        <w:t>ab chalo muhammad ke paas. yeh kaise hua? yeh isi quran ke zariye hua.</w:t>
      </w:r>
    </w:p>
    <w:p>
      <w:pPr>
        <w:jc w:val="right"/>
      </w:pPr>
      <w:r>
        <w:t>اب چلو محمد کے پاس۔ یہ کیسے ہوا؟ یہ اسی قرآن کے ذریعے ہوا۔</w:t>
      </w:r>
    </w:p>
    <w:p>
      <w:r>
        <w:rPr>
          <w:b/>
        </w:rPr>
        <w:t xml:space="preserve">[18:54] </w:t>
      </w:r>
      <w:r>
        <w:t>unki zuban arabi zuban thi. aur arabi zuban mein quran utra tha. isi ko rasool ALLAH صلی اللہ علیہ وسلم pesh karte the.</w:t>
      </w:r>
    </w:p>
    <w:p>
      <w:pPr>
        <w:jc w:val="right"/>
      </w:pPr>
      <w:r>
        <w:t>ان کی زبان عربی زبان تھی۔ اور عربی زبان میں قرآن اترا تھا۔ اسی کو رسول اللہ صلی اللہ علیہ وسلم پیش کرتے تھے۔</w:t>
      </w:r>
    </w:p>
    <w:p>
      <w:r>
        <w:rPr>
          <w:b/>
        </w:rPr>
        <w:t xml:space="preserve">[19:02] </w:t>
      </w:r>
      <w:r>
        <w:t>chunanche kitab mein aata hai ke</w:t>
      </w:r>
    </w:p>
    <w:p>
      <w:pPr>
        <w:jc w:val="right"/>
      </w:pPr>
      <w:r>
        <w:t>چنانچہ کتاب میں آتا ہے کہ</w:t>
      </w:r>
    </w:p>
    <w:p>
      <w:r>
        <w:rPr>
          <w:b/>
        </w:rPr>
        <w:t xml:space="preserve">[19:13] </w:t>
      </w:r>
      <w:r>
        <w:t>yani aap ne islam pesh kiya aur quran parh kar sunaya. yahi tha yahi tha is zamane mein dawat. alayhim al quran yahi tha dawat.</w:t>
      </w:r>
    </w:p>
    <w:p>
      <w:pPr>
        <w:jc w:val="right"/>
      </w:pPr>
      <w:r>
        <w:t>یعنی آپ نے اسلام پیش کیا اور قرآن پڑھ کر سنایا۔ یہی تھا یہی تھا اس زمانے میں دعوت۔ علیہم القرآن یہی تھا دعوت۔</w:t>
      </w:r>
    </w:p>
    <w:p>
      <w:r>
        <w:rPr>
          <w:b/>
        </w:rPr>
        <w:t xml:space="preserve">[19:26] </w:t>
      </w:r>
      <w:r>
        <w:t>aur isi ke zariye se makkah ke terah saal ke andar baghair koi talwar chalai hui. na koi bomb tha wahan na koi gun thi.</w:t>
      </w:r>
    </w:p>
    <w:p>
      <w:pPr>
        <w:jc w:val="right"/>
      </w:pPr>
      <w:r>
        <w:t>اور اسی کے ذریعے سے مکہ کے تیرہ سال کے اندر بغیر کوئی تلوار چلائی ہوئی۔ نہ کوئی بم تھا وہاں نہ کوئی گن تھا۔</w:t>
      </w:r>
    </w:p>
    <w:p>
      <w:r>
        <w:rPr>
          <w:b/>
        </w:rPr>
        <w:t xml:space="preserve">[19:35] </w:t>
      </w:r>
      <w:r>
        <w:t>lekin sare jandar log the woh sab islam mein dakhil ho gaye. jaisa ke khalid ne kaha tha ke</w:t>
      </w:r>
    </w:p>
    <w:p>
      <w:pPr>
        <w:jc w:val="right"/>
      </w:pPr>
      <w:r>
        <w:t>لیکن سارے جاندار لوگ تھے وہ سب اسلام میں داخل ہو گئے۔ جیسا کہ خالد نے کہا تھا کہ</w:t>
      </w:r>
    </w:p>
    <w:p>
      <w:r>
        <w:rPr>
          <w:b/>
        </w:rPr>
        <w:t xml:space="preserve">[19:49] </w:t>
      </w:r>
      <w:r>
        <w:t>tamam jo People of Taste the woh to sab chale gaye islam mein. ab hamari taraf to kuch nahi reh gaya chhilka reh gaya hai.</w:t>
      </w:r>
    </w:p>
    <w:p>
      <w:pPr>
        <w:jc w:val="right"/>
      </w:pPr>
      <w:r>
        <w:t>تمام جو People of Taste تھے وہ تو سب چلے گئے اسلام میں۔ اب ہماری طرف تو کچھ نہیں رہ گیا چھلکا رہ گیا ہے۔</w:t>
      </w:r>
    </w:p>
    <w:p>
      <w:r>
        <w:rPr>
          <w:b/>
        </w:rPr>
        <w:t xml:space="preserve">[19:58] </w:t>
      </w:r>
      <w:r>
        <w:t>yeh sab kaise hua yeh Miracle yeh Miracle isi quran ke zariye hua. phir aap dekhen aap seerat ki kitabon ko parhiye.</w:t>
      </w:r>
    </w:p>
    <w:p>
      <w:pPr>
        <w:jc w:val="right"/>
      </w:pPr>
      <w:r>
        <w:t>یہ سب کیسے ہوا یہ Miracle یہ Miracle اسی قرآن کے ذریعے ہوا۔ پھر آپ دیکھیں آپ سیرت کی کتابوں کو پڑھیے۔</w:t>
      </w:r>
    </w:p>
    <w:p>
      <w:r>
        <w:rPr>
          <w:b/>
        </w:rPr>
        <w:t xml:space="preserve">[20:11] </w:t>
      </w:r>
      <w:r>
        <w:t>to seerat ki kitabon mein aap madinah ke bare mein bhi yeh yeh yeh yeh Sentence parhenge. madinah ke bare mein.</w:t>
      </w:r>
    </w:p>
    <w:p>
      <w:pPr>
        <w:jc w:val="right"/>
      </w:pPr>
      <w:r>
        <w:t>تو سیرت کی کتابوں میں آپ مدینہ کے بارے میں بھی یہ یہ یہ یہ Sentence پڑھیں گے۔ مدینہ کے بارے میں۔</w:t>
      </w:r>
    </w:p>
    <w:p>
      <w:r>
        <w:rPr>
          <w:b/>
        </w:rPr>
        <w:t xml:space="preserve">[20:21] </w:t>
      </w:r>
      <w:r>
        <w:t>ke</w:t>
      </w:r>
    </w:p>
    <w:p>
      <w:pPr>
        <w:jc w:val="right"/>
      </w:pPr>
      <w:r>
        <w:t>کہ</w:t>
      </w:r>
    </w:p>
    <w:p>
      <w:r>
        <w:rPr>
          <w:b/>
        </w:rPr>
        <w:t xml:space="preserve">[20:24] </w:t>
      </w:r>
      <w:r>
        <w:t>ka</w:t>
      </w:r>
    </w:p>
    <w:p>
      <w:pPr>
        <w:jc w:val="right"/>
      </w:pPr>
      <w:r>
        <w:t>کا</w:t>
      </w:r>
    </w:p>
    <w:p>
      <w:r>
        <w:rPr>
          <w:b/>
        </w:rPr>
        <w:t xml:space="preserve">[20:30] </w:t>
      </w:r>
      <w:r>
        <w:t>madinah ke bare mein yeh aata hai seerat ki kitabon mein. ka mun al yani madine ke gharon mein kuch mein se koi ghar aisa nahi bacha jis ke andar islam dakhil na ho gaya ho.</w:t>
      </w:r>
    </w:p>
    <w:p>
      <w:pPr>
        <w:jc w:val="right"/>
      </w:pPr>
      <w:r>
        <w:t>مدینہ کے بارے میں یہ آتا ہے سیرت کی کتابوں میں۔ کا من الا یعنی مدینے کے گھروں میں کچھ میں سے کوئی گھر ایسا نہیں بچا جس کے اندر اسلام داخل نہ ہو گیا ہو۔</w:t>
      </w:r>
    </w:p>
    <w:p>
      <w:r>
        <w:rPr>
          <w:b/>
        </w:rPr>
        <w:t xml:space="preserve">[20:45] </w:t>
      </w:r>
      <w:r>
        <w:t>yeh kaise hua? madine par koi rasool ALLAH ne charhai ki thi? koi wahan talwar chalai thi wahan par? kuch bhi nahi.</w:t>
      </w:r>
    </w:p>
    <w:p>
      <w:pPr>
        <w:jc w:val="right"/>
      </w:pPr>
      <w:r>
        <w:t>یہ کیسے ہوا؟ مدینے پر کوئی رسول اللہ نے چڑھائی کی تھی؟ کوئی وہاں تلوار چلائی تھی وہاں پر؟ کچھ بھی نہیں۔</w:t>
      </w:r>
    </w:p>
    <w:p>
      <w:r>
        <w:rPr>
          <w:b/>
        </w:rPr>
        <w:t xml:space="preserve">[20:54] </w:t>
      </w:r>
      <w:r>
        <w:t>sirf yahi quran. wahan par kuch sahaba gaye. aur un ke paas ek hi cheez thi yahi quran tha.</w:t>
      </w:r>
    </w:p>
    <w:p>
      <w:pPr>
        <w:jc w:val="right"/>
      </w:pPr>
      <w:r>
        <w:t>صرف یہی قرآن۔ وہاں پر کچھ صحابہ گئے۔ اور ان کے پاس ایک ہی چیز تھی یہی قرآن تھا۔</w:t>
      </w:r>
    </w:p>
    <w:p>
      <w:r>
        <w:rPr>
          <w:b/>
        </w:rPr>
        <w:t xml:space="preserve">[21:04] </w:t>
      </w:r>
      <w:r>
        <w:t>tab chhupa hua bhi nahi tha yeh. ab to yeh chhupa hua hai. is tarah se. tab chhupa hua nahi tha tab to un ki Memory mein hota tha.</w:t>
      </w:r>
    </w:p>
    <w:p>
      <w:pPr>
        <w:jc w:val="right"/>
      </w:pPr>
      <w:r>
        <w:t>تب چھپا ہوا بھی نہیں تھا یہ۔ اب تو یہ چھپا ہوا ہے۔ اس طرح سے۔ تب چھپا ہوا نہیں تھا تب تو ان کی Memory میں ہوتا تھا۔</w:t>
      </w:r>
    </w:p>
    <w:p>
      <w:r>
        <w:rPr>
          <w:b/>
        </w:rPr>
        <w:t xml:space="preserve">[21:14] </w:t>
      </w:r>
      <w:r>
        <w:t>Memory se parh parh suna deta woh. isi liye un ko kaha jata tha muqri. muqri maani hote hain parh kar sunane wala.</w:t>
      </w:r>
    </w:p>
    <w:p>
      <w:pPr>
        <w:jc w:val="right"/>
      </w:pPr>
      <w:r>
        <w:t>Memory سے پڑھ پڑھ سنا دیتا وہ۔ اسی لیے ان کو کہا جاتا تھا مقری۔ مقری معنی ہوتے ہیں پڑھ کر سنانے والا۔</w:t>
      </w:r>
    </w:p>
    <w:p>
      <w:r>
        <w:rPr>
          <w:b/>
        </w:rPr>
        <w:t xml:space="preserve">[21:25] </w:t>
      </w:r>
      <w:r>
        <w:t>to jo sahaba gaye the madinah woh bator muqri gaye the. na talwar na bandooq na bomb na kuch.</w:t>
      </w:r>
    </w:p>
    <w:p>
      <w:pPr>
        <w:jc w:val="right"/>
      </w:pPr>
      <w:r>
        <w:t>تو جو صحابہ گئے تھے مدینہ وہ بطور مقری گئے تھے۔ نہ تلوار نہ بندوق نہ بم نہ کچھ۔</w:t>
      </w:r>
    </w:p>
    <w:p>
      <w:r>
        <w:rPr>
          <w:b/>
        </w:rPr>
        <w:t xml:space="preserve">[21:34] </w:t>
      </w:r>
      <w:r>
        <w:t>bas jahan dekhte chand log hain madine mein wahan ja kar quran sunate the un ko. aur yahi quran ke sunane ka jo Process tha is ke nateejay mein aisa hua.</w:t>
      </w:r>
    </w:p>
    <w:p>
      <w:pPr>
        <w:jc w:val="right"/>
      </w:pPr>
      <w:r>
        <w:t>بس جہاں دیکھتے چند لوگ ہیں مدینے میں وہاں جا کر قرآن سناتے تھے ان کو۔ اور یہی قرآن کے سنانے کا جو Process تھا اس کے نتیجے میں ایسا ہوا۔</w:t>
      </w:r>
    </w:p>
    <w:p>
      <w:r>
        <w:rPr>
          <w:b/>
        </w:rPr>
        <w:t xml:space="preserve">[21:48] </w:t>
      </w:r>
      <w:r>
        <w:t>ke tareekh yeh kehti hai ke</w:t>
      </w:r>
    </w:p>
    <w:p>
      <w:pPr>
        <w:jc w:val="right"/>
      </w:pPr>
      <w:r>
        <w:t>کہ تاریخ یہ کہتی ہے کہ</w:t>
      </w:r>
    </w:p>
    <w:p>
      <w:r>
        <w:rPr>
          <w:b/>
        </w:rPr>
        <w:t xml:space="preserve">[21:55] </w:t>
      </w:r>
      <w:r>
        <w:t>mun al ke ghar ghar mein islam dakhil ho gaya. yeh tha quran ka Miraculous Effect. kaise ajeeb log hain jo bomb aur gun mein taqat samajhte hain.</w:t>
      </w:r>
    </w:p>
    <w:p>
      <w:pPr>
        <w:jc w:val="right"/>
      </w:pPr>
      <w:r>
        <w:t>من الا کہ گھر گھر میں اسلام داخل ہو گیا۔ یہ تھا قرآن کا Miraculous Effect۔ کیسے عجیب لوگ ہیں جو بم اور گن میں طاقت سمجھتے ہیں۔</w:t>
      </w:r>
    </w:p>
    <w:p>
      <w:r>
        <w:rPr>
          <w:b/>
        </w:rPr>
        <w:t xml:space="preserve">[22:08] </w:t>
      </w:r>
      <w:r>
        <w:t>jab ke ALLAH ne faisla kar diya hai ke taqat is kitab mein hai. isi liye aaj kal jo bomb Culture aur gun Culture chala rahe hain musalman kahin aap jante hain kahin un ko kamyabi mili hai?</w:t>
      </w:r>
    </w:p>
    <w:p>
      <w:pPr>
        <w:jc w:val="right"/>
      </w:pPr>
      <w:r>
        <w:t>جبکہ اللہ نے فیصلہ کر دیا ہے کہ طاقت اس کتاب میں ہے۔ اسی لیے آج کل جو بم Culture اور گن Culture چلا رہے ہیں مسلمان کہیں آپ جانتے ہیں کہیں ان کو کامیابی ملی ہے؟</w:t>
      </w:r>
    </w:p>
    <w:p>
      <w:r>
        <w:rPr>
          <w:b/>
        </w:rPr>
        <w:t xml:space="preserve">[22:20] </w:t>
      </w:r>
      <w:r>
        <w:t>sirf yak tarfa tabahi. koi koi kamyabi nahin. is ke baad dekhen Islam Arab se nikla bahar.</w:t>
      </w:r>
    </w:p>
    <w:p>
      <w:pPr>
        <w:jc w:val="right"/>
      </w:pPr>
      <w:r>
        <w:t>صرف یکطرفہ تباہی۔ کوئی کوئی کامیابی نہیں۔ اس کے بعد دیکھیں اسلام عرب سے نکلا باہر۔</w:t>
      </w:r>
    </w:p>
    <w:p>
      <w:r>
        <w:rPr>
          <w:b/>
        </w:rPr>
        <w:t xml:space="preserve">[22:32] </w:t>
      </w:r>
      <w:r>
        <w:t>jo Asia aur Africa ke jo Adjacent Countries the un sab mein phaila. wahan bhi kaise phaila? wahan bhi phaila isi Quran ke zariye se.</w:t>
      </w:r>
    </w:p>
    <w:p>
      <w:pPr>
        <w:jc w:val="right"/>
      </w:pPr>
      <w:r>
        <w:t>جو ایشیا اور افریقہ کے جو Adjacent Countries تھے ان سب میں پھیلا۔ وہاں بھی کیسے پھیلا؟ وہاں بھی پھیلا اسی قرآن کے ذریعے سے۔</w:t>
      </w:r>
    </w:p>
    <w:p>
      <w:r>
        <w:rPr>
          <w:b/>
        </w:rPr>
        <w:t xml:space="preserve">[22:44] </w:t>
      </w:r>
      <w:r>
        <w:t>main aap ko ek misaal deta hoon. Egypt ki yani Misr ki. Sir Arthur Keats ek Angrez tha Historian.</w:t>
      </w:r>
    </w:p>
    <w:p>
      <w:pPr>
        <w:jc w:val="right"/>
      </w:pPr>
      <w:r>
        <w:t>میں آپ کو ایک مثال دیتا ہوں۔ Egypt کی یعنی مصر کی۔ Sir Arthur Keats ایک انگریز تھا Historian۔</w:t>
      </w:r>
    </w:p>
    <w:p>
      <w:r>
        <w:rPr>
          <w:b/>
        </w:rPr>
        <w:t xml:space="preserve">[22:56] </w:t>
      </w:r>
      <w:r>
        <w:t>is ne Misr ka jis ko kehte hain Egyptology ka Expert tha woh. yani Misriyat ka Expert tha woh.</w:t>
      </w:r>
    </w:p>
    <w:p>
      <w:pPr>
        <w:jc w:val="right"/>
      </w:pPr>
      <w:r>
        <w:t>اس نے مصر کا جس کو کہتے ہیں Egyptology کا Expert تھا وہ۔ یعنی مصریات کا Expert تھا وہ۔</w:t>
      </w:r>
    </w:p>
    <w:p>
      <w:r>
        <w:rPr>
          <w:b/>
        </w:rPr>
        <w:t xml:space="preserve">[23:07] </w:t>
      </w:r>
      <w:r>
        <w:t>is ne kitab likhi hai. is kitab mein woh likhta hai ke The Egyptians were conquered not by the sword but by the Quran.</w:t>
      </w:r>
    </w:p>
    <w:p>
      <w:pPr>
        <w:jc w:val="right"/>
      </w:pPr>
      <w:r>
        <w:t>اس نے کتاب لکھی ہے۔ اس کتاب میں وہ لکھتا ہے کہ The Egyptians were conquered not by the sword but by the قرآن۔</w:t>
      </w:r>
    </w:p>
    <w:p>
      <w:r>
        <w:rPr>
          <w:b/>
        </w:rPr>
        <w:t xml:space="preserve">[23:21] </w:t>
      </w:r>
      <w:r>
        <w:t>kaisi ajeeb baat hai. The Egyptians were conquered not by the sword but by the Quran. is waqt Misr mein jo the woh zyada tar Christian log the Christian.</w:t>
      </w:r>
    </w:p>
    <w:p>
      <w:pPr>
        <w:jc w:val="right"/>
      </w:pPr>
      <w:r>
        <w:t>کیسی عجیب بات ہے۔ The Egyptians were conquered not by the sword but by the قرآن۔ اس وقت مصر میں جو تھے وہ زیادہ تر Christian لوگ تھے Christian۔</w:t>
      </w:r>
    </w:p>
    <w:p>
      <w:r>
        <w:rPr>
          <w:b/>
        </w:rPr>
        <w:t xml:space="preserve">[23:34] </w:t>
      </w:r>
      <w:r>
        <w:t>kyunki woh Roman Empire ka hissa tha woh. to wahan Mass Conversion hua. Egypt mein is poore area mein Mass Conversion hua.</w:t>
      </w:r>
    </w:p>
    <w:p>
      <w:pPr>
        <w:jc w:val="right"/>
      </w:pPr>
      <w:r>
        <w:t>کیونکہ وہ Roman Empire کا حصہ تھا وہ۔ تو وہاں Mass Conversion ہوا۔ Egypt میں اس پورے ایریا میں Mass Conversion ہوا۔</w:t>
      </w:r>
    </w:p>
    <w:p>
      <w:r>
        <w:rPr>
          <w:b/>
        </w:rPr>
        <w:t xml:space="preserve">[23:47] </w:t>
      </w:r>
      <w:r>
        <w:t>yeh sara area Roman Empire ke Byzantine Empire ke tehat tha. to is ke bare mein kehta hai woh ke The Egyptians were conquered not by the sword but by the Quran.</w:t>
      </w:r>
    </w:p>
    <w:p>
      <w:pPr>
        <w:jc w:val="right"/>
      </w:pPr>
      <w:r>
        <w:t>یہ سارا ایریا Roman Empire کے Byzantine Empire کے تحت تھا۔ تو اس کے بارے میں کہتا ہے وہ کہ The Egyptians were conquered not by the sword but by the قرآن۔</w:t>
      </w:r>
    </w:p>
    <w:p>
      <w:r>
        <w:rPr>
          <w:b/>
        </w:rPr>
        <w:t xml:space="preserve">[24:00] </w:t>
      </w:r>
      <w:r>
        <w:t>ke Misriyon par jo Islam ko fateh hasil hui woh talwar ke zariye nahin hui. balkeh Quran ke zariye hui.</w:t>
      </w:r>
    </w:p>
    <w:p>
      <w:pPr>
        <w:jc w:val="right"/>
      </w:pPr>
      <w:r>
        <w:t>کہ مصریوں پر جو اسلام کو فتح حاصل ہوئی وہ تلوار کے ذریعے نہیں ہوئی۔ بلکہ قرآن کے ذریعے ہوئی۔</w:t>
      </w:r>
    </w:p>
    <w:p>
      <w:r>
        <w:rPr>
          <w:b/>
        </w:rPr>
        <w:t xml:space="preserve">[24:14] </w:t>
      </w:r>
      <w:r>
        <w:t>to poori History mein yahan se wahan tak badqismati yeh hai ke hamari jo tareekh likhi gayi hai woh tareekh sahi nahin likhi gayi.</w:t>
      </w:r>
    </w:p>
    <w:p>
      <w:pPr>
        <w:jc w:val="right"/>
      </w:pPr>
      <w:r>
        <w:t>تو پوری History میں یہاں سے وہاں تک بدقسمتی یہ ہے کہ ہماری جو تاریخ لکھی گئی ہے وہ تاریخ صحیح نہیں لکھی گئی۔</w:t>
      </w:r>
    </w:p>
    <w:p>
      <w:r>
        <w:rPr>
          <w:b/>
        </w:rPr>
        <w:t xml:space="preserve">[24:25] </w:t>
      </w:r>
      <w:r>
        <w:t>is liye ke wohi Pattern logon ne ikhtiyar kar liya jo pehle se Pattern chala raha tha. History ka jo Pattern tha History Writing ka.</w:t>
      </w:r>
    </w:p>
    <w:p>
      <w:pPr>
        <w:jc w:val="right"/>
      </w:pPr>
      <w:r>
        <w:t>اس لیے کہ وہی Pattern لوگوں نے اختیار کر لیا جو پہلے سے Pattern چلا رہا تھا۔ History کا جو Pattern تھا History Writing کا۔</w:t>
      </w:r>
    </w:p>
    <w:p>
      <w:r>
        <w:rPr>
          <w:b/>
        </w:rPr>
        <w:t xml:space="preserve">[24:35] </w:t>
      </w:r>
      <w:r>
        <w:t>History Writing ka Pattern tha ke bhai Political baaten badshahon ki baaten jangon ki baaten talwar ki baaten.</w:t>
      </w:r>
    </w:p>
    <w:p>
      <w:pPr>
        <w:jc w:val="right"/>
      </w:pPr>
      <w:r>
        <w:t>History Writing کا Pattern تھا کہ بھئی Political باتیں بادشاہوں کی باتیں جنگوں کی باتیں تلوار کی باتیں۔</w:t>
      </w:r>
    </w:p>
    <w:p>
      <w:r>
        <w:rPr>
          <w:b/>
        </w:rPr>
        <w:t xml:space="preserve">[24:45] </w:t>
      </w:r>
      <w:r>
        <w:t>yahi tha Pattern History Writing ka pehle zamanay mein. isi Pattern par khud Musalmanon ne bhi tareekh likhi thi Islam ki.</w:t>
      </w:r>
    </w:p>
    <w:p>
      <w:pPr>
        <w:jc w:val="right"/>
      </w:pPr>
      <w:r>
        <w:t>یہی تھا Pattern History Writing کا پہلے زمانے میں۔ اسی Pattern پر خود مسلمانوں نے بھی تاریخ لکھی تھی اسلام کی۔</w:t>
      </w:r>
    </w:p>
    <w:p>
      <w:r>
        <w:rPr>
          <w:b/>
        </w:rPr>
        <w:t xml:space="preserve">[24:56] </w:t>
      </w:r>
      <w:r>
        <w:t>isi liye Seerat ki kitabon ko pehle kaha jata tha Maghazi. Maghazi mani jangen. batai Rasool Allah ke tareekh ko jangon ki tareekh bana diya.</w:t>
      </w:r>
    </w:p>
    <w:p>
      <w:pPr>
        <w:jc w:val="right"/>
      </w:pPr>
      <w:r>
        <w:t>اسی لیے سیرت کی کتابوں کو پہلے کہا جاتا تھا مغازی۔ مغازی معنی جنگیں۔ بتائی رسول اللہ کے تاریخ کو جنگوں کی تاریخ بنا دیا۔</w:t>
      </w:r>
    </w:p>
    <w:p>
      <w:r>
        <w:rPr>
          <w:b/>
        </w:rPr>
        <w:t xml:space="preserve">[25:05] </w:t>
      </w:r>
      <w:r>
        <w:t>halanke woh dawat ki tareekh hai.</w:t>
      </w:r>
    </w:p>
    <w:p>
      <w:pPr>
        <w:jc w:val="right"/>
      </w:pPr>
      <w:r>
        <w:t>حالانکہ وہ دعوت کی تاریخ ہے۔</w:t>
      </w:r>
    </w:p>
    <w:p>
      <w:r>
        <w:rPr>
          <w:b/>
        </w:rPr>
        <w:t xml:space="preserve">[25:09] </w:t>
      </w:r>
      <w:r>
        <w:t>Peaceful Ideology ki tareekh hai. aur bana diya is ko Maghazi. aur jo kitaben likhi hain Seerat ki woh kya hain Fateh al-Buldan Fateh al-Sham is tarah ke Title the un ke.</w:t>
      </w:r>
    </w:p>
    <w:p>
      <w:pPr>
        <w:jc w:val="right"/>
      </w:pPr>
      <w:r>
        <w:t>Peaceful Ideology کی تاریخ ہے۔ اور بنا دیا اس کو مغازی۔ اور جو کتابیں لکھی ہیں سیرت کی وہ کیا ہیں فتح البلدان فتح الشام اس طرح کے Title تھے ان کے۔</w:t>
      </w:r>
    </w:p>
    <w:p>
      <w:r>
        <w:rPr>
          <w:b/>
        </w:rPr>
        <w:t xml:space="preserve">[25:23] </w:t>
      </w:r>
      <w:r>
        <w:t>to woh isi wohi jo Pattern tha History likhne ka pehle wohi Pattern Musalmanon mein jari raha.</w:t>
      </w:r>
    </w:p>
    <w:p>
      <w:pPr>
        <w:jc w:val="right"/>
      </w:pPr>
      <w:r>
        <w:t>تو وہ اسی وہی جو Pattern تھا History لکھنے کا پہلے وہی Pattern مسلمانوں میں جاری رہا۔</w:t>
      </w:r>
    </w:p>
    <w:p>
      <w:r>
        <w:rPr>
          <w:b/>
        </w:rPr>
        <w:t xml:space="preserve">[25:34] </w:t>
      </w:r>
      <w:r>
        <w:t>is wajah se yeh jo baat aap se main arz kar raha hoon aap tareekh ko parhen yeh yeh tasawwur nahin len ge aap. yeh Impression nahin len ge aap ke ke Islam to Quran se pehla.</w:t>
      </w:r>
    </w:p>
    <w:p>
      <w:pPr>
        <w:jc w:val="right"/>
      </w:pPr>
      <w:r>
        <w:t>اس وجہ سے یہ جو بات آپ سے میں عرض کر رہا ہوں آپ تاریخ کو پڑھیں یہ یہ تصور نہیں لیں گے آپ۔ یہ Impression نہیں لیں گے آپ کے کہ اسلام تو قرآن سے پہلا۔</w:t>
      </w:r>
    </w:p>
    <w:p>
      <w:r>
        <w:rPr>
          <w:b/>
        </w:rPr>
        <w:t xml:space="preserve">[25:46] </w:t>
      </w:r>
      <w:r>
        <w:t>aap yeh samjhen ge ke ke ghore pe sawar hue talwar liya aur lage idhar udhar maar kaat karne aur phir is qabza kar liya. to poori tareekh mein yeh hua hai ke Quran ke zariye Islam phailta raha.</w:t>
      </w:r>
    </w:p>
    <w:p>
      <w:pPr>
        <w:jc w:val="right"/>
      </w:pPr>
      <w:r>
        <w:t>آپ یہ سمجھیں گے کہ کہ گھوڑے پہ سوار ہوئے تلوار لیا اور لگے ادھر ادھر مار کاٹ کرنے اور پھر اس قبضہ کر لیا۔ تو پوری تاریخ میں یہ ہوا ہے کہ قرآن کے ذریعے اسلام پھیلتا رہا۔</w:t>
      </w:r>
    </w:p>
    <w:p>
      <w:r>
        <w:rPr>
          <w:b/>
        </w:rPr>
        <w:t xml:space="preserve">[26:01] </w:t>
      </w:r>
      <w:r>
        <w:t>dekhen ek baat main arz karoon ke aap jo khabrein parhte hain laraiyon ki woh badshahon ki laraiyan thin. woh Islam ki larai nahin thi woh.</w:t>
      </w:r>
    </w:p>
    <w:p>
      <w:pPr>
        <w:jc w:val="right"/>
      </w:pPr>
      <w:r>
        <w:t>دیکھیں ایک بات میں عرض کروں کہ آپ جو خبریں پڑھتے ہیں لڑائیوں کی وہ بادشاہوں کی لڑائیاں تھیں۔ وہ اسلام کی لڑائی نہیں تھی وہ۔</w:t>
      </w:r>
    </w:p>
    <w:p>
      <w:r>
        <w:rPr>
          <w:b/>
        </w:rPr>
        <w:t xml:space="preserve">[26:13] </w:t>
      </w:r>
      <w:r>
        <w:t>yani jo badshah ya khulafa kya the wohi badshah the. Muslim daur mein jo badshah hue unhon ne apna naam likh liya Khalifa. to yeh Political laraiyan hi thin.</w:t>
      </w:r>
    </w:p>
    <w:p>
      <w:pPr>
        <w:jc w:val="right"/>
      </w:pPr>
      <w:r>
        <w:t>یعنی جو بادشاہ یا خلفاء کیا تھے وہی بادشاہ تھے۔ مسلم دور میں جو بادشاہ ہوئے انہوں نے اپنا نام لکھ لیا خلیفہ۔ تو یہ Political لڑائیاں ہی تھیں۔</w:t>
      </w:r>
    </w:p>
    <w:p>
      <w:r>
        <w:rPr>
          <w:b/>
        </w:rPr>
        <w:t xml:space="preserve">[26:24] </w:t>
      </w:r>
      <w:r>
        <w:t>jitni bhi laraiyan aap dekhte hain History mein woh Political laraiyan thin. woh Islam ki ya Quran ki larai nahin thi. yani Political laraiyan jo thin woh to Dynasty jo hoti thi jo badshahat karti thi us ki hoti thi.</w:t>
      </w:r>
    </w:p>
    <w:p>
      <w:pPr>
        <w:jc w:val="right"/>
      </w:pPr>
      <w:r>
        <w:t>جتنی بھی لڑائیاں آپ دیکھتے ہیں History میں وہ Political لڑائیاں تھیں۔ وہ اسلام کی یا قرآن کی لڑائی نہیں تھی۔ یعنی Political لڑائیاں جو تھیں وہ تو Dynasty جو ہوتی تھی جو بادشاہت کرتی تھی اس کی ہوتی تھی۔</w:t>
      </w:r>
    </w:p>
    <w:p>
      <w:r>
        <w:rPr>
          <w:b/>
        </w:rPr>
        <w:t xml:space="preserve">[26:40] </w:t>
      </w:r>
      <w:r>
        <w:t>yeh ek badshah ki doosre badshah se. ek badshah ki doosre badshah se larai. lekin isi ke sath sath ek Parallel ek ek Stream thi Parallel Stream dawat ki Quran ki.</w:t>
      </w:r>
    </w:p>
    <w:p>
      <w:pPr>
        <w:jc w:val="right"/>
      </w:pPr>
      <w:r>
        <w:t>یہ ایک بادشاہ کی دوسرے بادشاہ سے۔ ایک بادشاہ کی دوسرے بادشاہ سے لڑائی۔ لیکن اسی کے ساتھ ساتھ ایک Parallel ایک ایک Stream تھی Parallel Stream دعوت کی قرآن کی۔</w:t>
      </w:r>
    </w:p>
    <w:p>
      <w:r>
        <w:rPr>
          <w:b/>
        </w:rPr>
        <w:t xml:space="preserve">[26:54] </w:t>
      </w:r>
      <w:r>
        <w:t>yani khulafa yani badshahon ne apna naam khulafa rakh liya tha. to badshahon ki jo siyasi laraiyan thin woh alag chalti rehti thin.</w:t>
      </w:r>
    </w:p>
    <w:p>
      <w:pPr>
        <w:jc w:val="right"/>
      </w:pPr>
      <w:r>
        <w:t>یعنی خلفاء یعنی بادشاہوں نے اپنا نام خلفاء رکھ لیا تھا۔ تو بادشاہوں کی جو سیاسی لڑائیاں تھیں وہ الگ چلتی رہتی تھیں۔</w:t>
      </w:r>
    </w:p>
    <w:p>
      <w:r>
        <w:rPr>
          <w:b/>
        </w:rPr>
        <w:t xml:space="preserve">[27:06] </w:t>
      </w:r>
      <w:r>
        <w:t>ek Parallel ek Stream thi dawat ki. woh chalti rehti hai apni jagah. to yeh jo Parallel Stream jis ko main keh raha hoon yahan par Quran se faisle hote the.</w:t>
      </w:r>
    </w:p>
    <w:p>
      <w:pPr>
        <w:jc w:val="right"/>
      </w:pPr>
      <w:r>
        <w:t>ایک Parallel ایک Stream تھی دعوت کی۔ وہ چلتی رہتی ہے اپنی جگہ۔ تو یہ جو Parallel Stream جس کو میں کہہ رہا ہوں یہاں پر قرآن سے فیصلے ہوتے تھے۔</w:t>
      </w:r>
    </w:p>
    <w:p>
      <w:r>
        <w:rPr>
          <w:b/>
        </w:rPr>
        <w:t xml:space="preserve">[27:16] </w:t>
      </w:r>
      <w:r>
        <w:t>quran ke zariye se islam aage badhta tha. yeh sari dunya mein yahi hua hai. ab bhi yahi ho raha hai. abhi bhi aap jante hain ke dunya bhar mein malook abhi bhi islam qabool kar rahe hain.</w:t>
      </w:r>
    </w:p>
    <w:p>
      <w:pPr>
        <w:jc w:val="right"/>
      </w:pPr>
      <w:r>
        <w:t>قرآن کے ذریعے سے اسلام آگے بڑھتا تھا۔ یہ ساری دنیا میں یہی ہوا ہے۔ اب بھی یہی ہو رہا ہے۔ ابھی بھی آپ جانتے ہیں کہ دنیا بھر میں ملوک ابھی بھی اسلام قبول کر رہے ہیں۔</w:t>
      </w:r>
    </w:p>
    <w:p>
      <w:r>
        <w:rPr>
          <w:b/>
        </w:rPr>
        <w:t xml:space="preserve">[27:29] </w:t>
      </w:r>
      <w:r>
        <w:t>woh kaise isi kitab ke zariye se. mein ek qissa batata hoon aap ko. ek angrez</w:t>
      </w:r>
    </w:p>
    <w:p>
      <w:pPr>
        <w:jc w:val="right"/>
      </w:pPr>
      <w:r>
        <w:t>وہ کیسے اسی کتاب کے ذریعے سے۔ میں ایک قصہ بتاتا ہوں آپ کو۔ ایک انگریز</w:t>
      </w:r>
    </w:p>
    <w:p>
      <w:r>
        <w:rPr>
          <w:b/>
        </w:rPr>
        <w:t xml:space="preserve">[27:40] </w:t>
      </w:r>
      <w:r>
        <w:t>ne islam qabool kiya. jo ek Singer tha ab us ne naam rakh liya apna Yusuf Islam.</w:t>
      </w:r>
    </w:p>
    <w:p>
      <w:pPr>
        <w:jc w:val="right"/>
      </w:pPr>
      <w:r>
        <w:t>نے اسلام قبول کیا۔ جو ایک Singer تھا اب اس نے نام رکھ لیا اپنا یوسف اسلام۔</w:t>
      </w:r>
    </w:p>
    <w:p>
      <w:r>
        <w:rPr>
          <w:b/>
        </w:rPr>
        <w:t xml:space="preserve">[27:49] </w:t>
      </w:r>
      <w:r>
        <w:t>woh London mein rehte hain.</w:t>
      </w:r>
    </w:p>
    <w:p>
      <w:pPr>
        <w:jc w:val="right"/>
      </w:pPr>
      <w:r>
        <w:t>وہ لندن میں رہتے ہیں۔</w:t>
      </w:r>
    </w:p>
    <w:p>
      <w:r>
        <w:rPr>
          <w:b/>
        </w:rPr>
        <w:t xml:space="preserve">[27:54] </w:t>
      </w:r>
      <w:r>
        <w:t>toh unhon ne khud yeh likha hai ke mera bhai Cairo gaya.</w:t>
      </w:r>
    </w:p>
    <w:p>
      <w:pPr>
        <w:jc w:val="right"/>
      </w:pPr>
      <w:r>
        <w:t>تو انہوں نے خود یہ لکھا ہے کہ میرا بھائی Cairo گیا۔</w:t>
      </w:r>
    </w:p>
    <w:p>
      <w:r>
        <w:rPr>
          <w:b/>
        </w:rPr>
        <w:t xml:space="preserve">[28:02] </w:t>
      </w:r>
      <w:r>
        <w:t>wahan par kuch kitabein us ne khareedin toh us mein ek English Translation bhi quran ka khareed liya. toh jab wapas aaya woh toh us ko us ne woh Translation de diya.</w:t>
      </w:r>
    </w:p>
    <w:p>
      <w:pPr>
        <w:jc w:val="right"/>
      </w:pPr>
      <w:r>
        <w:t>وہاں پر کچھ کتابیں اس نے خریدیں تو اس میں ایک انگلش Translation بھی قرآن کا خرید لیا۔ تو جب واپس آیا وہ تو اس کو اس نے وہ Translation دے دیا۔</w:t>
      </w:r>
    </w:p>
    <w:p>
      <w:r>
        <w:rPr>
          <w:b/>
        </w:rPr>
        <w:t xml:space="preserve">[28:15] </w:t>
      </w:r>
      <w:r>
        <w:t>toh mein ne le liya aur Shelf pe rakh diya. Shelf pe rakh diya aur parha nahi. phir kya hua ke yeh Yusuf Islam jo thay yeh bimar ho gaye Hospitalize ho gaye.</w:t>
      </w:r>
    </w:p>
    <w:p>
      <w:pPr>
        <w:jc w:val="right"/>
      </w:pPr>
      <w:r>
        <w:t>تو میں نے لے لیا اور Shelf پہ رکھ دیا۔ Shelf پہ رکھ دیا اور پڑھا نہیں۔ پھر کیا ہوا کہ یہ یوسف اسلام جو تھے یہ بیمار ہو گئے Hospitalize ہو گئے۔</w:t>
      </w:r>
    </w:p>
    <w:p>
      <w:r>
        <w:rPr>
          <w:b/>
        </w:rPr>
        <w:t xml:space="preserve">[28:28] </w:t>
      </w:r>
      <w:r>
        <w:t>jab woh Hospitalize hue toh wahan par kya karein? wahan par unhon ne woh jo quran diya tha un ke bhai ne us ko le kar parhna shuru kiya.</w:t>
      </w:r>
    </w:p>
    <w:p>
      <w:pPr>
        <w:jc w:val="right"/>
      </w:pPr>
      <w:r>
        <w:t>جب وہ Hospitalize ہوئے تو وہاں پر کیا کریں؟ وہاں پر انہوں نے وہ جو قرآن دیا تھا ان کے بھائی نے اس کو لے کر پڑھنا شروع کیا۔</w:t>
      </w:r>
    </w:p>
    <w:p>
      <w:r>
        <w:rPr>
          <w:b/>
        </w:rPr>
        <w:t xml:space="preserve">[28:39] </w:t>
      </w:r>
      <w:r>
        <w:t>Hospital mein us ko parhte parhte un ke samajh mein aaya ke sacha deen yahi hai. aur phir unhon ne islam qabool kar liya.</w:t>
      </w:r>
    </w:p>
    <w:p>
      <w:pPr>
        <w:jc w:val="right"/>
      </w:pPr>
      <w:r>
        <w:t>Hospital میں اس کو پڑھتے پڑھتے ان کے سمجھ میں آیا کہ سچا دین یہی ہے۔ اور پھر انہوں نے اسلام قبول کر لیا۔</w:t>
      </w:r>
    </w:p>
    <w:p>
      <w:r>
        <w:rPr>
          <w:b/>
        </w:rPr>
        <w:t xml:space="preserve">[28:50] </w:t>
      </w:r>
      <w:r>
        <w:t>toh us ko bohat hi zaroori hai yeh baat ko samajhna ke jin cheezon ko aap samajhte hain ke islami jangain hain woh us waqt ki jagah nahi thi woh. woh badshahon ki jagah thi woh.</w:t>
      </w:r>
    </w:p>
    <w:p>
      <w:pPr>
        <w:jc w:val="right"/>
      </w:pPr>
      <w:r>
        <w:t>تو اس کو بہت ہی ضروری ہے یہ بات کو سمجھنا کہ جن چیزوں کو آپ سمجھتے ہیں کہ اسلامی جنگیں ہیں وہ اس وقت کی جگہ نہیں تھی وہ۔ وہ بادشاہوں کی جگہ تھی وہ۔</w:t>
      </w:r>
    </w:p>
    <w:p>
      <w:r>
        <w:rPr>
          <w:b/>
        </w:rPr>
        <w:t xml:space="preserve">[29:02] </w:t>
      </w:r>
      <w:r>
        <w:t>jaise rajaon se ladai hoti thi. badshahon se hoti thi. nawabon se hoti thi. aise hi muslim daur mein jo log siyasi Ruler thay Ruler toh Rulers ke darmiyan ladaaiyan hoti rehti thi.</w:t>
      </w:r>
    </w:p>
    <w:p>
      <w:pPr>
        <w:jc w:val="right"/>
      </w:pPr>
      <w:r>
        <w:t>جیسے راجاؤں سے لڑائی ہوتی تھی۔ بادشاہوں سے ہوتی تھی۔ نوابوں سے ہوتی تھی۔ ایسے ہی مسلم دور میں جو لوگ سیاسی Ruler تھے Ruler تو Rulers کے درمیان لڑائیاں ہوتی رہتی تھیں۔</w:t>
      </w:r>
    </w:p>
    <w:p>
      <w:r>
        <w:rPr>
          <w:b/>
        </w:rPr>
        <w:t xml:space="preserve">[29:25] </w:t>
      </w:r>
      <w:r>
        <w:t>khud islam jo phaila woh quran ke zariye. India mein bhi jo quran islam phaila hai woh koi Mughlon ne phailaya hai islam? islam mein India mein Mughal Rule karte rahe kitne so saal tak lekin Mughlon ne islam nahi phailaya.</w:t>
      </w:r>
    </w:p>
    <w:p>
      <w:pPr>
        <w:jc w:val="right"/>
      </w:pPr>
      <w:r>
        <w:t>خود اسلام جو پھیلا وہ قرآن کے ذریعے۔ انڈیا میں بھی جو قرآن اسلام پھیلا ہے وہ کوئی مغلوں نے پھیلایا ہے اسلام؟ اسلام میں انڈیا میں مغل Rule کرتے رہے کتنے سو سال تک لیکن مغلوں نے اسلام نہیں پھیلایا۔</w:t>
      </w:r>
    </w:p>
    <w:p>
      <w:r>
        <w:rPr>
          <w:b/>
        </w:rPr>
        <w:t xml:space="preserve">[29:42] </w:t>
      </w:r>
      <w:r>
        <w:t>aur jab ladta raha pachas saal tak us ne islam nahi phailaya. toh India mein muslim jo aaye bahar se ladte rahe.</w:t>
      </w:r>
    </w:p>
    <w:p>
      <w:pPr>
        <w:jc w:val="right"/>
      </w:pPr>
      <w:r>
        <w:t>اور جب لڑتا رہا پچاس سال تک اس نے اسلام نہیں پھیلایا۔ تو انڈیا میں مسلم جو آئے باہر سے لڑتے رہے۔</w:t>
      </w:r>
    </w:p>
    <w:p>
      <w:r>
        <w:rPr>
          <w:b/>
        </w:rPr>
        <w:t xml:space="preserve">[29:52] </w:t>
      </w:r>
      <w:r>
        <w:t>kabhi rajaon se kabhi aapas mein. toh woh un ki siyasi ladaaiyan thi. ab jo yeh islam phaila hai India mein is ka kuch bhi ta'alluq suraj se nahi hai na muslim badshahon se.</w:t>
      </w:r>
    </w:p>
    <w:p>
      <w:pPr>
        <w:jc w:val="right"/>
      </w:pPr>
      <w:r>
        <w:t>کبھی راجاؤں سے کبھی آپس میں۔ تو وہ ان کی سیاسی لڑائیاں تھیں۔ اب جو یہ اسلام پھیلا ہے انڈیا میں اس کا کچھ بھی تعلق سورج سے نہیں ہے نہ مسلم بادشاہوں سے۔</w:t>
      </w:r>
    </w:p>
    <w:p>
      <w:r>
        <w:rPr>
          <w:b/>
        </w:rPr>
        <w:t xml:space="preserve">[30:10] </w:t>
      </w:r>
      <w:r>
        <w:t>chana che Swapmi Vivekanand ne India mein islam ke bare mein kaise phaila islam is ke bare mein unhon ne likha hai ke ke yeh un ki Wording hai ke</w:t>
      </w:r>
    </w:p>
    <w:p>
      <w:pPr>
        <w:jc w:val="right"/>
      </w:pPr>
      <w:r>
        <w:t>چنانچہ سوامی ویکانند نے انڈیا میں اسلام کے بارے میں کیسے پھیلا اسلام اس کے بارے میں انہوں نے لکھا ہے کہ کہ یہ ان کی Wording ہے کہ</w:t>
      </w:r>
    </w:p>
    <w:p>
      <w:r>
        <w:rPr>
          <w:b/>
        </w:rPr>
        <w:t xml:space="preserve">[30:29] </w:t>
      </w:r>
      <w:r>
        <w:t>ke It is nonsense to say that Hindus were converted by sword</w:t>
      </w:r>
    </w:p>
    <w:p>
      <w:pPr>
        <w:jc w:val="right"/>
      </w:pPr>
      <w:r>
        <w:t>کہ It is nonsense to say that Hindus were converted by sword</w:t>
      </w:r>
    </w:p>
    <w:p>
      <w:r>
        <w:rPr>
          <w:b/>
        </w:rPr>
        <w:t xml:space="preserve">[30:38] </w:t>
      </w:r>
      <w:r>
        <w:t>. It is nonsense to say that Hindus were converted to Islam by sword. is ka badshahon ki ladaaiyon se un ke siyasi jhagdon se kuch bhi ta'alluq nahi.</w:t>
      </w:r>
    </w:p>
    <w:p>
      <w:pPr>
        <w:jc w:val="right"/>
      </w:pPr>
      <w:r>
        <w:t>۔ It is nonsense to say that Hindus were converted to Islam by sword۔ اس کا بادشاہوں کی لڑائیوں سے ان کے سیاسی جھگڑوں سے کچھ بھی تعلق نہیں۔</w:t>
      </w:r>
    </w:p>
    <w:p>
      <w:r>
        <w:rPr>
          <w:b/>
        </w:rPr>
        <w:t xml:space="preserve">[30:52] </w:t>
      </w:r>
      <w:r>
        <w:t>toh poori History mein do Parallel Stream chalti rahi hain. ek Stream Political Stream woh badshah log chala rahe hain Political Stream.</w:t>
      </w:r>
    </w:p>
    <w:p>
      <w:pPr>
        <w:jc w:val="right"/>
      </w:pPr>
      <w:r>
        <w:t>تو پوری History میں دو Parallel Stream چلتی رہی ہیں۔ ایک Stream Political Stream وہ بادشاہ لوگ چلا رہے ہیں Political Stream۔</w:t>
      </w:r>
    </w:p>
    <w:p>
      <w:r>
        <w:rPr>
          <w:b/>
        </w:rPr>
        <w:t xml:space="preserve">[31:02] </w:t>
      </w:r>
      <w:r>
        <w:t>doosri Stream da'wa Stream hai. woh is quran ki buniyad pe chal rahi hai.</w:t>
      </w:r>
    </w:p>
    <w:p>
      <w:pPr>
        <w:jc w:val="right"/>
      </w:pPr>
      <w:r>
        <w:t>دوسری Stream دعویٰ Stream ہے۔ وہ اس قرآن کی بنیاد پہ چل رہی ہے۔</w:t>
      </w:r>
    </w:p>
    <w:p>
      <w:r>
        <w:rPr>
          <w:b/>
        </w:rPr>
        <w:t xml:space="preserve">[31:12] </w:t>
      </w:r>
      <w:r>
        <w:t>toh yeh hai raaz ke Allah Ta'ala ne kyun Miracle nahi diya is ummat ko aur quran diya. kyunke Allah Ta'ala ka yeh faisla tha ke dunya mein aisa ek Revolution aayega.</w:t>
      </w:r>
    </w:p>
    <w:p>
      <w:pPr>
        <w:jc w:val="right"/>
      </w:pPr>
      <w:r>
        <w:t>تو یہ ہے راز کہ اللہ تعالیٰ نے کیوں Miracle نہیں دیا اس امت کو اور قرآن دیا۔ کیونکہ اللہ تعالیٰ کا یہ فیصلہ تھا کہ دنیا میں ایسا ایک Revolution آئے گا۔</w:t>
      </w:r>
    </w:p>
    <w:p>
      <w:r>
        <w:rPr>
          <w:b/>
        </w:rPr>
        <w:t xml:space="preserve">[31:26] </w:t>
      </w:r>
      <w:r>
        <w:t>Revolution. jabke Peaceful tareeqe se sab kuch hasil karna Possible ho jaye. aap jo dunya mein dekhein jo Democracy hai Freedom hai.</w:t>
      </w:r>
    </w:p>
    <w:p>
      <w:pPr>
        <w:jc w:val="right"/>
      </w:pPr>
      <w:r>
        <w:t>Revolution۔ جبکہ Peaceful طریقے سے سب کچھ حاصل کرنا Possible ہو جائے۔ آپ جو دنیا میں دیکھیں جو Democracy ہے Freedom ہے۔</w:t>
      </w:r>
    </w:p>
    <w:p>
      <w:r>
        <w:rPr>
          <w:b/>
        </w:rPr>
        <w:t xml:space="preserve">[31:40] </w:t>
      </w:r>
      <w:r>
        <w:t>Religious Persecution khatam ho gaya hai. United Nations qaim ho gaya hai. aur har taraf Peace Peace Peace ki baatein ho rahi hain.</w:t>
      </w:r>
    </w:p>
    <w:p>
      <w:pPr>
        <w:jc w:val="right"/>
      </w:pPr>
      <w:r>
        <w:t>Religious Persecution ختم ہو گیا ہے۔ United Nations قائم ہو گیا ہے۔ اور ہر طرف Peace Peace Peace کی باتیں ہو رہی ہیں۔</w:t>
      </w:r>
    </w:p>
    <w:p>
      <w:r>
        <w:rPr>
          <w:b/>
        </w:rPr>
        <w:t xml:space="preserve">[31:49] </w:t>
      </w:r>
      <w:r>
        <w:t>yeh ek yeh yeh yeh Khudai Scheme hai. yeh yeh ek ek Divine Revolution hai yeh. ek lambe Process ke baad yeh Revolution aaya hai.</w:t>
      </w:r>
    </w:p>
    <w:p>
      <w:pPr>
        <w:jc w:val="right"/>
      </w:pPr>
      <w:r>
        <w:t>یہ ایک یہ یہ یہ خدائی Scheme ہے۔ یہ یہ ایک ایک Divine Revolution ہے یہ۔ ایک لمبے Process کے بعد یہ Revolution آیا ہے۔</w:t>
      </w:r>
    </w:p>
    <w:p>
      <w:r>
        <w:rPr>
          <w:b/>
        </w:rPr>
        <w:t xml:space="preserve">[32:04] </w:t>
      </w:r>
      <w:r>
        <w:t>toh ab ladne ki koi baat hi nahi. ab jo idhar udhar musalman bomb maar rahe hain woh islam ke khilaf chal rahe hain. Allah ki Scheme jo hai us ke khilaf chal rahe hain.</w:t>
      </w:r>
    </w:p>
    <w:p>
      <w:pPr>
        <w:jc w:val="right"/>
      </w:pPr>
      <w:r>
        <w:t>تو اب لڑنے کی کوئی بات ہی نہیں۔ اب جو ادھر ادھر مسلمان بم مار رہے ہیں وہ اسلام کے خلاف چل رہے ہیں۔ اللہ کی Scheme جو ہے اس کے خلاف چل رہے ہیں۔</w:t>
      </w:r>
    </w:p>
    <w:p>
      <w:r>
        <w:rPr>
          <w:b/>
        </w:rPr>
        <w:t xml:space="preserve">[32:17] </w:t>
      </w:r>
      <w:r>
        <w:t>acha is ki wajah kya hai? kyun nahi chhodte log ladai? is ki wajah in ka galat Model in ke Mind mein baitha hua hai.</w:t>
      </w:r>
    </w:p>
    <w:p>
      <w:pPr>
        <w:jc w:val="right"/>
      </w:pPr>
      <w:r>
        <w:t>اچھا اس کی وجہ کیا ہے؟ کیوں نہیں چھوڑتے لوگ لڑائی؟ اس کی وجہ ان کا غلط Model ان کے Mind میں بیٹھا ہوا ہے۔</w:t>
      </w:r>
    </w:p>
    <w:p>
      <w:r>
        <w:rPr>
          <w:b/>
        </w:rPr>
        <w:t xml:space="preserve">[32:27] </w:t>
      </w:r>
      <w:r>
        <w:t>musalmanon ke mind mein ek galat model baitha hua hai. woh model hai political model.</w:t>
      </w:r>
    </w:p>
    <w:p>
      <w:pPr>
        <w:jc w:val="right"/>
      </w:pPr>
      <w:r>
        <w:t>مسلمانوں کے Mind میں ایک غلط Model بیٹھا ہوا ہے۔ وہ Model ہے Political Model۔</w:t>
      </w:r>
    </w:p>
    <w:p>
      <w:r>
        <w:rPr>
          <w:b/>
        </w:rPr>
        <w:t xml:space="preserve">[32:34] </w:t>
      </w:r>
      <w:r>
        <w:t>political model aaj bhi un ke mind mein wahi baitha hua hai political model hai.</w:t>
      </w:r>
    </w:p>
    <w:p>
      <w:pPr>
        <w:jc w:val="right"/>
      </w:pPr>
      <w:r>
        <w:t>Political Model آج بھی ان کے Mind میں وہی بیٹھا ہوا ہے Political Model ہے۔</w:t>
      </w:r>
    </w:p>
    <w:p>
      <w:r>
        <w:rPr>
          <w:b/>
        </w:rPr>
        <w:t xml:space="preserve">[32:41] </w:t>
      </w:r>
      <w:r>
        <w:t>toh woh sochte hain ke jab tak political yaani seat par qabza na ho tab tak toh kuch bhi nahin hua. toh political model toh khatm ho gaya pehle hi.</w:t>
      </w:r>
    </w:p>
    <w:p>
      <w:pPr>
        <w:jc w:val="right"/>
      </w:pPr>
      <w:r>
        <w:t>تو وہ سوچتے ہیں کہ جب تک Political یعنی Seat پر قبضہ نہ ہو تب تک تو کچھ بھی نہیں ہوا۔ تو Political Model تو ختم ہو گیا پہلے ہی۔</w:t>
      </w:r>
    </w:p>
    <w:p>
      <w:r>
        <w:rPr>
          <w:b/>
        </w:rPr>
        <w:t xml:space="preserve">[32:53] </w:t>
      </w:r>
      <w:r>
        <w:t>allah ta'ala ne khatm kar diya is ko. ab ideological model hai. ideological model hai. abhi india mein jo ek political change aaya solah may do hazar choda ke election mein toh musalman khwamkhwah pareshan hain.</w:t>
      </w:r>
    </w:p>
    <w:p>
      <w:pPr>
        <w:jc w:val="right"/>
      </w:pPr>
      <w:r>
        <w:t>اللہ تعالیٰ نے ختم کر دیا اس کو۔ اب Ideological Model ہے۔ Ideological Model ہے۔ ابھی انڈیا میں جو ایک Political Change آیا سولہ مئی دو ہزار چودہ کے Election میں تو مسلمان خوامخواہ پریشان ہیں۔</w:t>
      </w:r>
    </w:p>
    <w:p>
      <w:r>
        <w:rPr>
          <w:b/>
        </w:rPr>
        <w:t xml:space="preserve">[33:10] </w:t>
      </w:r>
      <w:r>
        <w:t>kyon ke un ke mind mein bhara hua hai yeh political model. political seat par woh agar baithe hue hon tab samjhein kuch hai nahin toh nahin hai. aur allah ta'ala ne ek aisa duniya mein ek aisa inqilab ek revolution barpa kiya hai ke political seat par koi bhi aaye jaaye use koi farq nahin padta.</w:t>
      </w:r>
    </w:p>
    <w:p>
      <w:pPr>
        <w:jc w:val="right"/>
      </w:pPr>
      <w:r>
        <w:t>کیوں کہ ان کے Mind میں بھرا ہوا ہے یہ Political Model۔ Political Seat پر وہ اگر بیٹھے ہوئے ہوں تب سمجھیں کچھ ہے نہیں تو نہیں ہے۔ اور اللہ تعالیٰ نے ایک ایسا دنیا میں ایک ایسا انقلاب ایک Revolution برپا کیا ہے کہ Political Seat پر کوئی بھی آئے جائے اسے کوئی فرق نہیں پڑتا۔</w:t>
      </w:r>
    </w:p>
    <w:p>
      <w:r>
        <w:rPr>
          <w:b/>
        </w:rPr>
        <w:t xml:space="preserve">[33:33] </w:t>
      </w:r>
      <w:r>
        <w:t>yeh khud divine scheme ka ek hissa tha ke maujooda zamane mein democracy aayi. democracy jo hai woh khud divine plan ka ek hissa tha.</w:t>
      </w:r>
    </w:p>
    <w:p>
      <w:pPr>
        <w:jc w:val="right"/>
      </w:pPr>
      <w:r>
        <w:t>یہ خود Divine Scheme کا ایک حصہ تھا کہ موجودہ زمانے میں Democracy آئی۔ Democracy جو ہے وہ خود Divine Plan کا ایک حصہ تھا۔</w:t>
      </w:r>
    </w:p>
    <w:p>
      <w:r>
        <w:rPr>
          <w:b/>
        </w:rPr>
        <w:t xml:space="preserve">[33:46] </w:t>
      </w:r>
      <w:r>
        <w:t>dekhein democracy ne kya kiya hai? yaani secular democracy mein ek bahut bada kaam yeh kiya hai ke administration ko doosre department se alag kar diya.</w:t>
      </w:r>
    </w:p>
    <w:p>
      <w:pPr>
        <w:jc w:val="right"/>
      </w:pPr>
      <w:r>
        <w:t>دیکھیں Democracy نے کیا کیا ہے؟ یعنی Secular Democracy میں ایک بہت بڑا کام یہ کیا ہے کہ Administration کو دوسرے Department سے الگ کر دیا۔</w:t>
      </w:r>
    </w:p>
    <w:p>
      <w:r>
        <w:rPr>
          <w:b/>
        </w:rPr>
        <w:t xml:space="preserve">[33:59] </w:t>
      </w:r>
      <w:r>
        <w:t>yaani political administration jo hai woh alag aur baqi cheezein alag. mislan dekhein education ki field, dawat ki field, social reform ki field,</w:t>
      </w:r>
    </w:p>
    <w:p>
      <w:pPr>
        <w:jc w:val="right"/>
      </w:pPr>
      <w:r>
        <w:t>یعنی Political Administration جو ہے وہ الگ اور باقی چیزیں الگ۔ مثلاً دیکھیں Education کی Field، دعوت کی Field، Social Reform کی Field،</w:t>
      </w:r>
    </w:p>
    <w:p>
      <w:r>
        <w:rPr>
          <w:b/>
        </w:rPr>
        <w:t xml:space="preserve">[34:13] </w:t>
      </w:r>
      <w:r>
        <w:t>is tarah ki jitni field hain woh bilkul free hain. free. jo administration hai jo rule hai uska ta'alluq is se nahin hai.</w:t>
      </w:r>
    </w:p>
    <w:p>
      <w:pPr>
        <w:jc w:val="right"/>
      </w:pPr>
      <w:r>
        <w:t>اس طرح کی جتنی Field ہیں وہ بالکل Free ہیں۔ Free۔ جو Administration ہے جو Rule ہے اس کا تعلق اس سے نہیں ہے۔</w:t>
      </w:r>
    </w:p>
    <w:p>
      <w:r>
        <w:rPr>
          <w:b/>
        </w:rPr>
        <w:t xml:space="preserve">[34:23] </w:t>
      </w:r>
      <w:r>
        <w:t>aap ko koi pabandi nahin. jaise india mein pehle jo political setup tha ab badal kar naya setup aa gaya. lekin jo asal field hai hamari woh waise ki waise intact hai woh.</w:t>
      </w:r>
    </w:p>
    <w:p>
      <w:pPr>
        <w:jc w:val="right"/>
      </w:pPr>
      <w:r>
        <w:t>آپ کو کوئی پابندی نہیں۔ جیسے انڈیا میں پہلے جو Political Setup تھا اب بدل کر نیا Setup آ گیا۔ لیکن جو اصل Field ہے ہماری وہ ویسے کی ویسے Intact ہے وہ۔</w:t>
      </w:r>
    </w:p>
    <w:p>
      <w:r>
        <w:rPr>
          <w:b/>
        </w:rPr>
        <w:t xml:space="preserve">[34:37] </w:t>
      </w:r>
      <w:r>
        <w:t>yaani pichla jo daur tha yaani jo political team pehle india mein rule kar rahi thi ab ek nayi political team aa gayi.</w:t>
      </w:r>
    </w:p>
    <w:p>
      <w:pPr>
        <w:jc w:val="right"/>
      </w:pPr>
      <w:r>
        <w:t>یعنی پچھلا جو دور تھا یعنی جو Political Team پہلے انڈیا میں Rule کر رہی تھی اب ایک نئی Political Team آ گئی۔</w:t>
      </w:r>
    </w:p>
    <w:p>
      <w:r>
        <w:rPr>
          <w:b/>
        </w:rPr>
        <w:t xml:space="preserve">[34:46] </w:t>
      </w:r>
      <w:r>
        <w:t>lekin is se koi farq nahin padta. kyunke woh toh aayi hai kahan? administration ki seat par naye log baith gaye hain.</w:t>
      </w:r>
    </w:p>
    <w:p>
      <w:pPr>
        <w:jc w:val="right"/>
      </w:pPr>
      <w:r>
        <w:t>لیکن اس سے کوئی فرق نہیں پڑتا۔ کیونکہ وہ تو آئی ہے کہاں؟ Administration کی Seat پر نئے لوگ بیٹھ گئے ہیں۔</w:t>
      </w:r>
    </w:p>
    <w:p>
      <w:r>
        <w:rPr>
          <w:b/>
        </w:rPr>
        <w:t xml:space="preserve">[34:57] </w:t>
      </w:r>
      <w:r>
        <w:t>jo administration ki seat hai yaani intezamiya ki seat hai us par kuch log doosre log aa ke baith gaye.</w:t>
      </w:r>
    </w:p>
    <w:p>
      <w:pPr>
        <w:jc w:val="right"/>
      </w:pPr>
      <w:r>
        <w:t>جو Administration کی Seat ہے یعنی انتظامیہ کی Seat ہے اس پر کچھ لوگ دوسرے لوگ آ کے بیٹھ گئے۔</w:t>
      </w:r>
    </w:p>
    <w:p>
      <w:r>
        <w:rPr>
          <w:b/>
        </w:rPr>
        <w:t xml:space="preserve">[35:07] </w:t>
      </w:r>
      <w:r>
        <w:t>baqi jo jo jo hamara asal concern hai yaani education, dawat aur social reform aur construction yeh sab khula hua hai abhi.</w:t>
      </w:r>
    </w:p>
    <w:p>
      <w:pPr>
        <w:jc w:val="right"/>
      </w:pPr>
      <w:r>
        <w:t>باقی جو جو جو ہمارا اصل Concern ہے یعنی Education، دعوت اور Social Reform اور Construction یہ سب کھلا ہوا ہے ابھی۔</w:t>
      </w:r>
    </w:p>
    <w:p>
      <w:r>
        <w:rPr>
          <w:b/>
        </w:rPr>
        <w:t xml:space="preserve">[35:21] </w:t>
      </w:r>
      <w:r>
        <w:t>jaise pehle khula tha ab bhi khula hua hai. jaise pehle khula hua tha ab bhi khula hua hai.</w:t>
      </w:r>
    </w:p>
    <w:p>
      <w:pPr>
        <w:jc w:val="right"/>
      </w:pPr>
      <w:r>
        <w:t>جیسے پہلے کھلا تھا اب بھی کھلا ہوا ہے۔ جیسے پہلے کھلا ہوا تھا اب بھی کھلا ہوا ہے۔</w:t>
      </w:r>
    </w:p>
    <w:p>
      <w:r>
        <w:rPr>
          <w:b/>
        </w:rPr>
        <w:t xml:space="preserve">[35:30] </w:t>
      </w:r>
      <w:r>
        <w:t>toh yeh ek bahut bada revolution tha jo allah ta'ala ne manage kar ke duniya mein paida kiya.</w:t>
      </w:r>
    </w:p>
    <w:p>
      <w:pPr>
        <w:jc w:val="right"/>
      </w:pPr>
      <w:r>
        <w:t>تو یہ ایک بہت بڑا Revolution تھا جو اللہ تعالیٰ نے Manage کر کے دنیا میں پیدا کیا۔</w:t>
      </w:r>
    </w:p>
    <w:p>
      <w:r>
        <w:rPr>
          <w:b/>
        </w:rPr>
        <w:t xml:space="preserve">[35:41] </w:t>
      </w:r>
      <w:r>
        <w:t>is se musalman bilkul bekhabar hain. abhi bhi political model liye baithe hain. aaj ke daur aa gaya ideological model ka.</w:t>
      </w:r>
    </w:p>
    <w:p>
      <w:pPr>
        <w:jc w:val="right"/>
      </w:pPr>
      <w:r>
        <w:t>اس سے مسلمان بالکل بے خبر ہیں۔ ابھی بھی Political Model لیے بیٹھے ہیں۔ آج کے دور آ گیا Ideological Model کا۔</w:t>
      </w:r>
    </w:p>
    <w:p>
      <w:r>
        <w:rPr>
          <w:b/>
        </w:rPr>
        <w:t xml:space="preserve">[35:52] </w:t>
      </w:r>
      <w:r>
        <w:t>toh main agar yeh kahoon toh yeh exaggeration nahin hoga ke yeh daur daur quran hai. yeh daur daur quran hai. is liye ke jitne yaani quran ko as an ideology duniya ke samne laane ke liye jitne mawaqe the woh sab khol diye gaye aap ke liye.</w:t>
      </w:r>
    </w:p>
    <w:p>
      <w:pPr>
        <w:jc w:val="right"/>
      </w:pPr>
      <w:r>
        <w:t>تو میں اگر یہ کہوں تو یہ Exaggeration نہیں ہو گا کہ یہ دور دور قرآن ہے۔ یہ دور دور قرآن ہے۔ اس لیے کہ جتنے یعنی قرآن کو as an Ideology دنیا کے سامنے لانے کے لیے جتنے مواقع تھے وہ سب کھول دیے گئے آپ کے لیے۔</w:t>
      </w:r>
    </w:p>
    <w:p>
      <w:r>
        <w:rPr>
          <w:b/>
        </w:rPr>
        <w:t xml:space="preserve">[36:15] </w:t>
      </w:r>
      <w:r>
        <w:t>ab yeh printing press ki wajah se possible hua ke aisi kitaab chhape. printing press se pehle aisi possible nahin thi. toh printing press kis liye aaya?</w:t>
      </w:r>
    </w:p>
    <w:p>
      <w:pPr>
        <w:jc w:val="right"/>
      </w:pPr>
      <w:r>
        <w:t>اب یہ Printing Press کی وجہ سے Possible ہوا کہ ایسی کتاب چھپے۔ Printing Press سے پہلے ایسی Possible نہیں تھی۔ تو Printing Press کس لیے آیا؟</w:t>
      </w:r>
    </w:p>
    <w:p>
      <w:r>
        <w:rPr>
          <w:b/>
        </w:rPr>
        <w:t xml:space="preserve">[36:27] </w:t>
      </w:r>
      <w:r>
        <w:t>taake quran har zaban mein chhap chhap kar duniya mein pahunche. aur ek ajeeb o ghareeb cheez abhi nayi aayi hai mujhe apna mobile diye toh mobile.</w:t>
      </w:r>
    </w:p>
    <w:p>
      <w:pPr>
        <w:jc w:val="right"/>
      </w:pPr>
      <w:r>
        <w:t>تاکہ قرآن ہر زبان میں چھپ چھپ کر دنیا میں پہنچے۔ اور ایک عجیب و غریب چیز ابھی نئی آئی ہے مجھے اپنا موبائل دیے تو موبائل۔</w:t>
      </w:r>
    </w:p>
    <w:p>
      <w:r>
        <w:rPr>
          <w:b/>
        </w:rPr>
        <w:t xml:space="preserve">[36:42] </w:t>
      </w:r>
      <w:r>
        <w:t>dekhein main khud toh mobile nahin rakhta apni jeeb mein. lekin duniya ke har insaan ki jeeb mein yeh is model mobile hai aaj. shayad main akela hoon ga jis ki jeeb mein nahin hoga.</w:t>
      </w:r>
    </w:p>
    <w:p>
      <w:pPr>
        <w:jc w:val="right"/>
      </w:pPr>
      <w:r>
        <w:t>دیکھیں میں خود تو موبائل نہیں رکھتا اپنی جیب میں۔ لیکن دنیا کے ہر انسان کی جیب میں یہ اس Model موبائل ہے آج۔ شاید میں اکیلا ہوں گا جس کی جیب میں نہیں ہو گا۔</w:t>
      </w:r>
    </w:p>
    <w:p>
      <w:r>
        <w:rPr>
          <w:b/>
        </w:rPr>
        <w:t xml:space="preserve">[36:52] </w:t>
      </w:r>
      <w:r>
        <w:t>yeh kya hai? yeh ek miracle hai.</w:t>
      </w:r>
    </w:p>
    <w:p>
      <w:pPr>
        <w:jc w:val="right"/>
      </w:pPr>
      <w:r>
        <w:t>یہ کیا ہے؟ یہ ایک Miracle ہے۔</w:t>
      </w:r>
    </w:p>
    <w:p>
      <w:r>
        <w:rPr>
          <w:b/>
        </w:rPr>
        <w:t xml:space="preserve">[36:57] </w:t>
      </w:r>
      <w:r>
        <w:t>kal doctor scientist sahib ne mujhe ek is mein se ek article sunaya. ke quran ka jo hamara translation hai hamare haan se chhaapa hai english ka translation woh ab poora ka poora is mein aa gaya hai.</w:t>
      </w:r>
    </w:p>
    <w:p>
      <w:pPr>
        <w:jc w:val="right"/>
      </w:pPr>
      <w:r>
        <w:t>کل ڈاکٹر سائنسدان صاحب نے مجھے ایک اس میں سے ایک آرٹیکل سنایا۔ کہ قرآن کا جو ہمارا Translation ہے ہمارے ہاں سے چھپا ہے انگلش کا Translation وہ اب پورا کا پورا اس میں آ گیا ہے۔</w:t>
      </w:r>
    </w:p>
    <w:p>
      <w:r>
        <w:rPr>
          <w:b/>
        </w:rPr>
        <w:t xml:space="preserve">[37:12] </w:t>
      </w:r>
      <w:r>
        <w:t>yaani voice bhi aur likhi hui halat mein bhi. toh unhon ne mujhe quran jo voice record ki gayi hai us ko mujhe sunaya.</w:t>
      </w:r>
    </w:p>
    <w:p>
      <w:pPr>
        <w:jc w:val="right"/>
      </w:pPr>
      <w:r>
        <w:t>یعنی Voice بھی اور لکھی ہوئی حالت میں بھی۔ تو انہوں نے مجھے قرآن جو Voice Record کی گئی ہے اس کو مجھے سنایا۔</w:t>
      </w:r>
    </w:p>
    <w:p>
      <w:r>
        <w:rPr>
          <w:b/>
        </w:rPr>
        <w:t xml:space="preserve">[37:24] </w:t>
      </w:r>
      <w:r>
        <w:t>toh jab us ko on kiya gaya toh quran ka ek hissa english translation is ka us ki awaz ki shakal mein mere kaan mein aane laga.</w:t>
      </w:r>
    </w:p>
    <w:p>
      <w:pPr>
        <w:jc w:val="right"/>
      </w:pPr>
      <w:r>
        <w:t>تو جب اس کو On کیا گیا تو قرآن کا ایک حصہ انگلش Translation اس کا اس کی آواز کی شکل میں میرے کان میں آنے لگا۔</w:t>
      </w:r>
    </w:p>
    <w:p>
      <w:r>
        <w:rPr>
          <w:b/>
        </w:rPr>
        <w:t xml:space="preserve">[37:34] </w:t>
      </w:r>
      <w:r>
        <w:t>to woh ek ajeeb mujhe ehsas hua. ke khuda ne is ko hi muqarrar bana liya muqarrar. yani makki daur mein jo log muqarrar kehelate the woh Human muqarrar thay.</w:t>
      </w:r>
    </w:p>
    <w:p>
      <w:pPr>
        <w:jc w:val="right"/>
      </w:pPr>
      <w:r>
        <w:t>تو وہ ایک عجیب مجھے احساس ہوا۔ کہ خدا نے اس کو ہی مقرر بنا لیا مقرر۔ یعنی مکی دور میں جو لوگ مقرر کہلاتے تھے وہ Human مقرر تھے۔</w:t>
      </w:r>
    </w:p>
    <w:p>
      <w:r>
        <w:rPr>
          <w:b/>
        </w:rPr>
        <w:t xml:space="preserve">[37:48] </w:t>
      </w:r>
      <w:r>
        <w:t>yeh Mechanical muqarrar hai. kaisi ajeeb baat hai. har insaan ki jeeb mein hai.</w:t>
      </w:r>
    </w:p>
    <w:p>
      <w:pPr>
        <w:jc w:val="right"/>
      </w:pPr>
      <w:r>
        <w:t>یہ Mechanical مقرر ہے۔ کیسی عجیب بات ہے۔ ہر انسان کی جیب میں ہے۔</w:t>
      </w:r>
    </w:p>
    <w:p>
      <w:r>
        <w:rPr>
          <w:b/>
        </w:rPr>
        <w:t xml:space="preserve">[37:56] </w:t>
      </w:r>
      <w:r>
        <w:t>rasool Allah ke zamane mein jo log Islam ko pesh karte the to Quran parh parh sunate thay. to un ko kaha jata tha muqarrar.</w:t>
      </w:r>
    </w:p>
    <w:p>
      <w:pPr>
        <w:jc w:val="right"/>
      </w:pPr>
      <w:r>
        <w:t>رسول اللہ کے زمانے میں جو لوگ اسلام کو پیش کرتے تھے تو قرآن پڑھ پڑھ سناتے تھے۔ تو ان کو کہا جاتا تھا مقرر۔</w:t>
      </w:r>
    </w:p>
    <w:p>
      <w:r>
        <w:rPr>
          <w:b/>
        </w:rPr>
        <w:t xml:space="preserve">[38:05] </w:t>
      </w:r>
      <w:r>
        <w:t>yani Quran parh kar sunane wala. ab yeh machine parh ke suna rahi hai. jab is ko On kiya gaya is ki awaz mere kaan mein aane lagi.</w:t>
      </w:r>
    </w:p>
    <w:p>
      <w:pPr>
        <w:jc w:val="right"/>
      </w:pPr>
      <w:r>
        <w:t>یعنی قرآن پڑھ کر سنانے والا۔ اب یہ مشین پڑھ کے سنا رہی ہے۔ جب اس کو On کیا گیا اس کی آواز میرے کان میں آنے لگی۔</w:t>
      </w:r>
    </w:p>
    <w:p>
      <w:r>
        <w:rPr>
          <w:b/>
        </w:rPr>
        <w:t xml:space="preserve">[38:14] </w:t>
      </w:r>
      <w:r>
        <w:t>Quran ka Translation. to aaj achaanak mere zuban par aaye yeh lafz ke yeh to Mechanical muqarrar hai yeh.</w:t>
      </w:r>
    </w:p>
    <w:p>
      <w:pPr>
        <w:jc w:val="right"/>
      </w:pPr>
      <w:r>
        <w:t>قرآن کا Translation۔ تو آج اچانک میرے زبان پر آئے یہ لفظ کہ یہ تو Mechanical مقرر ہے یہ۔</w:t>
      </w:r>
    </w:p>
    <w:p>
      <w:r>
        <w:rPr>
          <w:b/>
        </w:rPr>
        <w:t xml:space="preserve">[38:26] </w:t>
      </w:r>
      <w:r>
        <w:t>woh log Human muqarrar thay yeh Mechanical muqarrar hai. aur yeh Mechanical muqarrar jo hai woh har har aadmi ki jeeb mein pahunch gaya hai.</w:t>
      </w:r>
    </w:p>
    <w:p>
      <w:pPr>
        <w:jc w:val="right"/>
      </w:pPr>
      <w:r>
        <w:t>وہ لوگ Human مقرر تھے یہ Mechanical مقرر ہے۔ اور یہ Mechanical مقرر جو ہے وہ ہر ہر آدمی کی جیب میں پہنچ گیا ہے۔</w:t>
      </w:r>
    </w:p>
    <w:p>
      <w:r>
        <w:rPr>
          <w:b/>
        </w:rPr>
        <w:t xml:space="preserve">[38:38] </w:t>
      </w:r>
      <w:r>
        <w:t>to woh daur aa gaya jab ke hadees mein aata hai ke har ghar mein Word of God pahunch jayega. har ghar mein. to yeh to yahi to hai.</w:t>
      </w:r>
    </w:p>
    <w:p>
      <w:pPr>
        <w:jc w:val="right"/>
      </w:pPr>
      <w:r>
        <w:t>تو وہ دور آ گیا جب کہ حدیث میں آتا ہے کہ ہر گھر میں Word of God پہنچ جائے گا۔ ہر گھر میں۔ تو یہ تو یہی تو ہے۔</w:t>
      </w:r>
    </w:p>
    <w:p>
      <w:r>
        <w:rPr>
          <w:b/>
        </w:rPr>
        <w:t xml:space="preserve">[38:49] </w:t>
      </w:r>
      <w:r>
        <w:t>jab har insaan ki jeeb mein Smart Telephone aa gaya. awaz ke sath ke On kijiye is ki awaz aane lagegi aap ko.</w:t>
      </w:r>
    </w:p>
    <w:p>
      <w:pPr>
        <w:jc w:val="right"/>
      </w:pPr>
      <w:r>
        <w:t>جب ہر انسان کی جیب میں Smart Telephone آ گیا۔ آواز کے ساتھ کہ On کیجیے اس کی آواز آنے لگے گی آپ کو۔</w:t>
      </w:r>
    </w:p>
    <w:p>
      <w:r>
        <w:rPr>
          <w:b/>
        </w:rPr>
        <w:t xml:space="preserve">[38:58] </w:t>
      </w:r>
      <w:r>
        <w:t>jab Mechanical muqarrar har insaan ki jeeb mein maujood hai. yeh sab Allah taala ka ek bohat bara inqilab hai.</w:t>
      </w:r>
    </w:p>
    <w:p>
      <w:pPr>
        <w:jc w:val="right"/>
      </w:pPr>
      <w:r>
        <w:t>جب Mechanical مقرر ہر انسان کی جیب میں موجود ہے۔ یہ سب اللہ تعالیٰ کا ایک بہت بڑا انقلاب ہے۔</w:t>
      </w:r>
    </w:p>
    <w:p>
      <w:r>
        <w:rPr>
          <w:b/>
        </w:rPr>
        <w:t xml:space="preserve">[39:08] </w:t>
      </w:r>
      <w:r>
        <w:t>bohat bara inqilab. aisi halat mein jo log phanse hue hain Gun aur bomb mein kis qadar be khabar hain. yani be khabari ka main samajhta hoon ke koi lafz aur lafz banana padega is be khabari ko batane ke liye.</w:t>
      </w:r>
    </w:p>
    <w:p>
      <w:pPr>
        <w:jc w:val="right"/>
      </w:pPr>
      <w:r>
        <w:t>بہت بڑا انقلاب۔ ایسی حالت میں جو لوگ پھنسے ہوئے ہیں Gun اور بم میں کس قدر بے خبر ہیں۔ یعنی بے خبری کا میں سمجھتا ہوں کہ کوئی لفظ اور لفظ بنانا پڑے گا اس بے خبری کو بتانے کے لیے۔</w:t>
      </w:r>
    </w:p>
    <w:p>
      <w:r>
        <w:rPr>
          <w:b/>
        </w:rPr>
        <w:t xml:space="preserve">[39:25] </w:t>
      </w:r>
      <w:r>
        <w:t>is be khabari ko batane ke liye.</w:t>
      </w:r>
    </w:p>
    <w:p>
      <w:pPr>
        <w:jc w:val="right"/>
      </w:pPr>
      <w:r>
        <w:t>اس بے خبری کو بتانے کے لیے۔</w:t>
      </w:r>
    </w:p>
    <w:p>
      <w:r>
        <w:rPr>
          <w:b/>
        </w:rPr>
        <w:t xml:space="preserve">[39:32] </w:t>
      </w:r>
      <w:r>
        <w:t>to Quran ko jo Allah ne kaha tha Quran hi tumhara Miracle ho ga. tum ko kisi aur Miracle ki zaroorat nahi hai. to is ka matlab yeh tha.</w:t>
      </w:r>
    </w:p>
    <w:p>
      <w:pPr>
        <w:jc w:val="right"/>
      </w:pPr>
      <w:r>
        <w:t>تو قرآن کو جو اللہ نے کہا تھا قرآن ہی تمہارا Miracle ہو گا۔ تم کو کسی اور Miracle کی ضرورت نہیں ہے۔ تو اس کا مطلب یہ تھا۔</w:t>
      </w:r>
    </w:p>
    <w:p>
      <w:r>
        <w:rPr>
          <w:b/>
        </w:rPr>
        <w:t xml:space="preserve">[39:45] </w:t>
      </w:r>
      <w:r>
        <w:t>ke ek aisa zamana aayega jab Communication ho ga. Freedom ho gi. log idhar se udhar aayen jayen ge. Communication ho ga.</w:t>
      </w:r>
    </w:p>
    <w:p>
      <w:pPr>
        <w:jc w:val="right"/>
      </w:pPr>
      <w:r>
        <w:t>کہ ایک ایسا زمانہ آئے گا جب Communication ہو گا۔ Freedom ہو گی۔ لوگ ادھر سے ادھر آئیں جائیں گے۔ Communication ہو گا۔</w:t>
      </w:r>
    </w:p>
    <w:p>
      <w:r>
        <w:rPr>
          <w:b/>
        </w:rPr>
        <w:t xml:space="preserve">[39:56] </w:t>
      </w:r>
      <w:r>
        <w:t>aur Global satah par aisi yani Global Technology aa jayegi duniya mein. aur kisi jang ke baghair kisi ladai ke baghair har insaan tak Quran pahunchna mumkin ho jayega.</w:t>
      </w:r>
    </w:p>
    <w:p>
      <w:pPr>
        <w:jc w:val="right"/>
      </w:pPr>
      <w:r>
        <w:t>اور Global سطح پر ایسی یعنی Global Technology آ جائے گی دنیا میں۔ اور کسی جنگ کے بغیر کسی لڑائی کے بغیر ہر انسان تک قرآن پہنچنا ممکن ہو جائے گا۔</w:t>
      </w:r>
    </w:p>
    <w:p>
      <w:r>
        <w:rPr>
          <w:b/>
        </w:rPr>
        <w:t xml:space="preserve">[40:13] </w:t>
      </w:r>
      <w:r>
        <w:t>na koi ladai na koi Gun na koi bomb. aur Quran sab ki jeeb mein pahuncha hua. chahe to parh le aur chahe to sun le.</w:t>
      </w:r>
    </w:p>
    <w:p>
      <w:pPr>
        <w:jc w:val="right"/>
      </w:pPr>
      <w:r>
        <w:t>نہ کوئی لڑائی نہ کوئی Gun نہ کوئی بم۔ اور قرآن سب کی جیب میں پہنچا ہوا۔ چاہے تو پڑھ لے اور چاہے تو سن لے۔</w:t>
      </w:r>
    </w:p>
    <w:p>
      <w:r>
        <w:rPr>
          <w:b/>
        </w:rPr>
        <w:t xml:space="preserve">[40:25] </w:t>
      </w:r>
      <w:r>
        <w:t>is ke peeche Allah taala ki bohat bari Planning hai. jaisa ke maine is se pehle arz kiya ke Planning chali thi Hazrat Ibrahim ke zamane se.</w:t>
      </w:r>
    </w:p>
    <w:p>
      <w:pPr>
        <w:jc w:val="right"/>
      </w:pPr>
      <w:r>
        <w:t>اس کے پیچھے اللہ تعالیٰ کی بہت بڑی Planning ہے۔ جیسا کہ میں نے اس سے پہلے عرض کیا کہ Planning چلی تھی حضرت ابراہیم کے زمانے سے۔</w:t>
      </w:r>
    </w:p>
    <w:p>
      <w:r>
        <w:rPr>
          <w:b/>
        </w:rPr>
        <w:t xml:space="preserve">[40:36] </w:t>
      </w:r>
      <w:r>
        <w:t>Hazrat Hajra ke zamane se.</w:t>
      </w:r>
    </w:p>
    <w:p>
      <w:pPr>
        <w:jc w:val="right"/>
      </w:pPr>
      <w:r>
        <w:t>حضرت ہاجرہ کے زمانے سے۔</w:t>
      </w:r>
    </w:p>
    <w:p>
      <w:r>
        <w:rPr>
          <w:b/>
        </w:rPr>
        <w:t xml:space="preserve">[40:41] </w:t>
      </w:r>
      <w:r>
        <w:t>goya char hazar saal ki Planning ke baad yeh inqilab duniya mein aaya hai. mamooli baat nahi hai.</w:t>
      </w:r>
    </w:p>
    <w:p>
      <w:pPr>
        <w:jc w:val="right"/>
      </w:pPr>
      <w:r>
        <w:t>گویا چار ہزار سال کی Planning کے بعد یہ انقلاب دنیا میں آیا ہے۔ معمولی بات نہیں ہے۔</w:t>
      </w:r>
    </w:p>
    <w:p>
      <w:r>
        <w:rPr>
          <w:b/>
        </w:rPr>
        <w:t xml:space="preserve">[40:49] </w:t>
      </w:r>
      <w:r>
        <w:t>char hazar saal ke baad yeh inqilab duniya mein aaya hai ke Quran jo hai wohi taqat ban jaye. Quran jo hai wohi taqat ban jaye.</w:t>
      </w:r>
    </w:p>
    <w:p>
      <w:pPr>
        <w:jc w:val="right"/>
      </w:pPr>
      <w:r>
        <w:t>چار ہزار سال کے بعد یہ انقلاب دنیا میں آیا ہے کہ قرآن جو ہے وہی طاقت بن جائے۔ قرآن جو ہے وہی طاقت بن جائے۔</w:t>
      </w:r>
    </w:p>
    <w:p>
      <w:r>
        <w:rPr>
          <w:b/>
        </w:rPr>
        <w:t xml:space="preserve">[40:59] </w:t>
      </w:r>
      <w:r>
        <w:t>na ladne ki zaroorat hai na na Gun chalane ki zaroorat hai. Quran apne aap mein ek taqat hai. Atom bomb se zyada bari taqat hai.</w:t>
      </w:r>
    </w:p>
    <w:p>
      <w:pPr>
        <w:jc w:val="right"/>
      </w:pPr>
      <w:r>
        <w:t>نہ لڑنے کی ضرورت ہے نہ نہ Gun چلانے کی ضرورت ہے۔ قرآن اپنے آپ میں ایک طاقت ہے۔ Atom بم سے زیادہ بڑی طاقت ہے۔</w:t>
      </w:r>
    </w:p>
    <w:p>
      <w:r>
        <w:rPr>
          <w:b/>
        </w:rPr>
        <w:t xml:space="preserve">[41:11] </w:t>
      </w:r>
      <w:r>
        <w:t>aap ghor kijiye ke jo log mante hain ke yeh Quran Khuda ki kitab hai. aur woh ladai kar rahe hain.</w:t>
      </w:r>
    </w:p>
    <w:p>
      <w:pPr>
        <w:jc w:val="right"/>
      </w:pPr>
      <w:r>
        <w:t>آپ غور کیجیے کہ جو لوگ مانتے ہیں کہ یہ قرآن خدا کی کتاب ہے۔ اور وہ لڑائی کر رہے ہیں۔</w:t>
      </w:r>
    </w:p>
    <w:p>
      <w:r>
        <w:rPr>
          <w:b/>
        </w:rPr>
        <w:t xml:space="preserve">[41:22] </w:t>
      </w:r>
      <w:r>
        <w:t>bomb maar rahe hain. to woh Khuda ki naqadiri kar rahe hain. Khuda ke inqilab ki naqadiri kar rahe hain.</w:t>
      </w:r>
    </w:p>
    <w:p>
      <w:pPr>
        <w:jc w:val="right"/>
      </w:pPr>
      <w:r>
        <w:t>بم مار رہے ہیں۔ تو وہ خدا کی ناقدری کر رہے ہیں۔ خدا کے انقلاب کی ناقدری کر رہے ہیں۔</w:t>
      </w:r>
    </w:p>
    <w:p>
      <w:r>
        <w:rPr>
          <w:b/>
        </w:rPr>
        <w:t xml:space="preserve">[41:32] </w:t>
      </w:r>
      <w:r>
        <w:t>wa ma qaddarullah haqa qadrihi. yani bataiye kya aap is ko Afford kar sakte hain ke Rab ul Aalameen ki aap naqadiri karen?</w:t>
      </w:r>
    </w:p>
    <w:p>
      <w:pPr>
        <w:jc w:val="right"/>
      </w:pPr>
      <w:r>
        <w:t>وما قدروا اللہ حق قدرہ۔ یعنی بتائیے کیا آپ اس کو Afford کر سکتے ہیں کہ رب العالمین کی آپ ناقدری کریں؟</w:t>
      </w:r>
    </w:p>
    <w:p>
      <w:r>
        <w:rPr>
          <w:b/>
        </w:rPr>
        <w:t xml:space="preserve">[41:42] </w:t>
      </w:r>
      <w:r>
        <w:t>is ko Afford kar sakte hain aap? qayamat ke din jab aap khare honge Allah ke samne aur wahan kaha jayega tum ne Allah ki naqadiri ki.</w:t>
      </w:r>
    </w:p>
    <w:p>
      <w:pPr>
        <w:jc w:val="right"/>
      </w:pPr>
      <w:r>
        <w:t>اس کو Afford کر سکتے ہیں آپ؟ قیامت کے دن جب آپ کھڑے ہوں گے اللہ کے سامنے اور وہاں کہا جائے گا تم نے اللہ کی ناقدری کی۔</w:t>
      </w:r>
    </w:p>
    <w:p>
      <w:r>
        <w:rPr>
          <w:b/>
        </w:rPr>
        <w:t xml:space="preserve">[41:54] </w:t>
      </w:r>
      <w:r>
        <w:t>tumhara Case is ayat ka Case hai ke wa ma qaddarullah haqa qadrihi. unhon ne Khuda ko Underestimate kiya. Undervalue kiya.</w:t>
      </w:r>
    </w:p>
    <w:p>
      <w:pPr>
        <w:jc w:val="right"/>
      </w:pPr>
      <w:r>
        <w:t>تمہارا Case اس آیت کا Case ہے کہ وما قدروا اللہ حق قدرہ۔ انہوں نے خدا کو Underestimate کیا۔ Undervalue کیا۔</w:t>
      </w:r>
    </w:p>
    <w:p>
      <w:r>
        <w:rPr>
          <w:b/>
        </w:rPr>
        <w:t xml:space="preserve">[42:04] </w:t>
      </w:r>
      <w:r>
        <w:t>khuda ki na qadri ki unhon ne. kya aap is ko afford kar sakte hain ke qayamat mein aap se yeh kaha jaye? ke aap ko diya gaya tha quran yeh yeh atom bomb se bhi taqatwar tha yeh.</w:t>
      </w:r>
    </w:p>
    <w:p>
      <w:pPr>
        <w:jc w:val="right"/>
      </w:pPr>
      <w:r>
        <w:t>خدا کی ناقدری کی انہوں نے۔ کیا آپ اس کو Afford کر سکتے ہیں کہ قیامت میں آپ سے یہ کہا جائے؟ کہ آپ کو دیا گیا تھا قرآن یہ یہ Atom بم سے بھی طاقتور تھا یہ۔</w:t>
      </w:r>
    </w:p>
    <w:p>
      <w:r>
        <w:rPr>
          <w:b/>
        </w:rPr>
        <w:t xml:space="preserve">[42:19] </w:t>
      </w:r>
      <w:r>
        <w:t>yani ideological atom bomb. yeh quran jo hai yeh ideological atom bomb hai. aur aap logon ko janen maar rahe hain.</w:t>
      </w:r>
    </w:p>
    <w:p>
      <w:pPr>
        <w:jc w:val="right"/>
      </w:pPr>
      <w:r>
        <w:t>یعنی Ideological Atom بم۔ یہ قرآن جو ہے یہ Ideological Atom بم ہے۔ اور آپ لوگوں کو جانیں مار رہے ہیں۔</w:t>
      </w:r>
    </w:p>
    <w:p>
      <w:r>
        <w:rPr>
          <w:b/>
        </w:rPr>
        <w:t xml:space="preserve">[42:29] </w:t>
      </w:r>
      <w:r>
        <w:t>log suicide bomb bhi kar rahe hain. to yeh kaha jaye ke aap allah ke case plan hi se be khabar ho gaye?</w:t>
      </w:r>
    </w:p>
    <w:p>
      <w:pPr>
        <w:jc w:val="right"/>
      </w:pPr>
      <w:r>
        <w:t>لوگ Suicide بم بھی کر رہے ہیں۔ تو یہ کہا جائے کہ آپ اللہ کے Case Plan ہی سے بے خبر ہو گئے؟</w:t>
      </w:r>
    </w:p>
    <w:p>
      <w:r>
        <w:rPr>
          <w:b/>
        </w:rPr>
        <w:t xml:space="preserve">[42:42] </w:t>
      </w:r>
      <w:r>
        <w:t>case plan ko nahi jana aap ne?</w:t>
      </w:r>
    </w:p>
    <w:p>
      <w:pPr>
        <w:jc w:val="right"/>
      </w:pPr>
      <w:r>
        <w:t>Case Plan کو نہیں جانا آپ نے؟</w:t>
      </w:r>
    </w:p>
    <w:p>
      <w:r>
        <w:rPr>
          <w:b/>
        </w:rPr>
        <w:t xml:space="preserve">[42:48] </w:t>
      </w:r>
      <w:r>
        <w:t>to aap ghor kijiye ke jab yeh kaha jaye ga to jo log yeh mante hain ke quran khuda ki kitab hai un ka haal kya ho ga? kya kya un ke woh is qabil hon ge ke khare hon allah ke samne?</w:t>
      </w:r>
    </w:p>
    <w:p>
      <w:pPr>
        <w:jc w:val="right"/>
      </w:pPr>
      <w:r>
        <w:t>تو آپ غور کیجیے کہ جب یہ کہا جائے گا تو جو لوگ یہ مانتے ہیں کہ قرآن خدا کی کتاب ہے ان کا حال کیا ہو گا؟ کیا کیا ان کے وہ اس قابل ہوں گے کہ کھڑے ہوں اللہ کے سامنے؟</w:t>
      </w:r>
    </w:p>
    <w:p>
      <w:r>
        <w:rPr>
          <w:b/>
        </w:rPr>
        <w:t xml:space="preserve">[43:07] </w:t>
      </w:r>
      <w:r>
        <w:t>to quran mein aik ayat hai ke aye logon ijtimai toba karo.</w:t>
      </w:r>
    </w:p>
    <w:p>
      <w:pPr>
        <w:jc w:val="right"/>
      </w:pPr>
      <w:r>
        <w:t>تو قرآن میں ایک آیت ہے کہ اے لوگوں اجتماعی توبہ کرو۔</w:t>
      </w:r>
    </w:p>
    <w:p>
      <w:r>
        <w:rPr>
          <w:b/>
        </w:rPr>
        <w:t xml:space="preserve">[43:16] </w:t>
      </w:r>
      <w:r>
        <w:t>bohat hi ajeeb baat hai. aye logon sab mil kar toba karo. ijtimai toba karo. to waqt aa gaya ke sari ummat e muslema mil kar toba kare.</w:t>
      </w:r>
    </w:p>
    <w:p>
      <w:pPr>
        <w:jc w:val="right"/>
      </w:pPr>
      <w:r>
        <w:t>بہت ہی عجیب بات ہے۔ اے لوگوں سب مل کر توبہ کرو۔ اجتماعی توبہ کرو۔ تو وقت آ گیا کہ ساری امت مسلمہ مل کر توبہ کرے۔</w:t>
      </w:r>
    </w:p>
    <w:p>
      <w:r>
        <w:rPr>
          <w:b/>
        </w:rPr>
        <w:t xml:space="preserve">[43:32] </w:t>
      </w:r>
      <w:r>
        <w:t>yeh quran ki aik ayat hai ke aye logon sab ke sab mil kar toba karo. yani ijtimai toba karo. to sari ummat e muslema mil kar toba karo.</w:t>
      </w:r>
    </w:p>
    <w:p>
      <w:pPr>
        <w:jc w:val="right"/>
      </w:pPr>
      <w:r>
        <w:t>یہ قرآن کی ایک آیت ہے کہ اے لوگوں سب کے سب مل کر توبہ کرو۔ یعنی اجتماعی توبہ کرو۔ تو ساری امت مسلمہ مل کر توبہ کرو۔</w:t>
      </w:r>
    </w:p>
    <w:p>
      <w:r>
        <w:rPr>
          <w:b/>
        </w:rPr>
        <w:t xml:space="preserve">[43:45] </w:t>
      </w:r>
      <w:r>
        <w:t>toba ka matlab kya hai? woh aap yani jis ko kehte hain yani lotna.</w:t>
      </w:r>
    </w:p>
    <w:p>
      <w:pPr>
        <w:jc w:val="right"/>
      </w:pPr>
      <w:r>
        <w:t>توبہ کا مطلب کیا ہے؟ وہ آپ یعنی جس کو کہتے ہیں یعنی لوٹنا۔</w:t>
      </w:r>
    </w:p>
    <w:p>
      <w:r>
        <w:rPr>
          <w:b/>
        </w:rPr>
        <w:t xml:space="preserve">[43:55] </w:t>
      </w:r>
      <w:r>
        <w:t>jaise aap kisi road par apni gari daura rahe hain pata chale ke aap ghalat rastay par chale thay to aap aap u turn lete hain.</w:t>
      </w:r>
    </w:p>
    <w:p>
      <w:pPr>
        <w:jc w:val="right"/>
      </w:pPr>
      <w:r>
        <w:t>جیسے آپ کسی روڈ پر اپنی گاڑی دوڑا رہے ہیں پتہ چلے کہ آپ غلط راستے پر چلے تھے تو آپ آپ U turn لیتے ہیں۔</w:t>
      </w:r>
    </w:p>
    <w:p>
      <w:r>
        <w:rPr>
          <w:b/>
        </w:rPr>
        <w:t xml:space="preserve">[44:06] </w:t>
      </w:r>
      <w:r>
        <w:t>to poori ummat e muslema par waqt aa gaya ke woh u turn le. woh stop karte hain sari laraiyon ko sari bomb ko sari jhagray ko sari tashaddud ko bilkul dead stop.</w:t>
      </w:r>
    </w:p>
    <w:p>
      <w:pPr>
        <w:jc w:val="right"/>
      </w:pPr>
      <w:r>
        <w:t>تو پوری امت مسلمہ پر وقت آ گیا کہ وہ U turn لے۔ وہ Stop کرتے ہیں ساری لڑائیوں کو سارے بم کو سارے جھگڑے کو سارے تشدد کو بالکل Dead Stop۔</w:t>
      </w:r>
    </w:p>
    <w:p>
      <w:r>
        <w:rPr>
          <w:b/>
        </w:rPr>
        <w:t xml:space="preserve">[44:19] </w:t>
      </w:r>
      <w:r>
        <w:t>yeh hai toba. aur ailan karte hain sari sari ulma aur sari woh log jo islam ke numainda hain ke khuda ya aaj to hum ne chhorha.</w:t>
      </w:r>
    </w:p>
    <w:p>
      <w:pPr>
        <w:jc w:val="right"/>
      </w:pPr>
      <w:r>
        <w:t>یہ ہے توبہ۔ اور اعلان کرتے ہیں سارے سارے علماء اور سارے وہ لوگ جو اسلام کے نمائندہ ہیں کہ خدایا آج تو ہم نے چھوڑا۔</w:t>
      </w:r>
    </w:p>
    <w:p>
      <w:r>
        <w:rPr>
          <w:b/>
        </w:rPr>
        <w:t xml:space="preserve">[44:33] </w:t>
      </w:r>
      <w:r>
        <w:t>khuda ya aaj hum ne discover kiya ke teri scheme jo thi woh kuch aur thi hum hum kuch aur kar rahe thay.</w:t>
      </w:r>
    </w:p>
    <w:p>
      <w:pPr>
        <w:jc w:val="right"/>
      </w:pPr>
      <w:r>
        <w:t>خدایا آج ہم نے Discover کیا کہ تیری Scheme جو تھی وہ کچھ اور تھی ہم ہم کچھ اور کر رہے تھے۔</w:t>
      </w:r>
    </w:p>
    <w:p>
      <w:r>
        <w:rPr>
          <w:b/>
        </w:rPr>
        <w:t xml:space="preserve">[44:43] </w:t>
      </w:r>
      <w:r>
        <w:t>sari musalmanon ko mil kar chekhna chahiye chekhna chahiye ke aye khuda hum be khabar thay. hum ne jana nahi.</w:t>
      </w:r>
    </w:p>
    <w:p>
      <w:pPr>
        <w:jc w:val="right"/>
      </w:pPr>
      <w:r>
        <w:t>سارے مسلمانوں کو مل کر چیخنا چاہیے چیخنا چاہیے کہ اے خدا ہم بے خبر تھے۔ ہم نے جانا نہیں۔</w:t>
      </w:r>
    </w:p>
    <w:p>
      <w:r>
        <w:rPr>
          <w:b/>
        </w:rPr>
        <w:t xml:space="preserve">[44:59] </w:t>
      </w:r>
      <w:r>
        <w:t>mujhe aik aik aik gaon ka aik qissa aksar yaad aata hai. mein aksar sochta hoon apni tanhaiyon mein. hamare gaon mein aik jahil aurat thi.</w:t>
      </w:r>
    </w:p>
    <w:p>
      <w:pPr>
        <w:jc w:val="right"/>
      </w:pPr>
      <w:r>
        <w:t>مجھے ایک ایک ایک گاؤں کا ایک قصہ اکثر یاد آتا ہے۔ میں اکثر سوچتا ہوں اپنی تنہائیوں میں۔ ہمارے گاؤں میں ایک جاہل عورت تھی۔</w:t>
      </w:r>
    </w:p>
    <w:p>
      <w:r>
        <w:rPr>
          <w:b/>
        </w:rPr>
        <w:t xml:space="preserve">[45:11] </w:t>
      </w:r>
      <w:r>
        <w:t>to us ki maan mar gayi aur woh us ki shadi ho gayi thi woh apne susral mein rehti thi. jab us ko pata chala ke meri maan mar gayi to susral se aayi to woh yeh keh kar roti thi ke tere dil ka murabba nahi jana meri mai.</w:t>
      </w:r>
    </w:p>
    <w:p>
      <w:pPr>
        <w:jc w:val="right"/>
      </w:pPr>
      <w:r>
        <w:t>تو اس کی ماں مر گئی اور وہ اس کی شادی ہو گئی تھی وہ اپنے سسرال میں رہتی تھی۔ جب اس کو پتہ چلا کہ میری ماں مر گئی تو سسرال سے آئی تو وہ یہ کہہ کر روتی تھی کہ تیرے دل کا مربع نہیں جانا میری مائی۔</w:t>
      </w:r>
    </w:p>
    <w:p>
      <w:r>
        <w:rPr>
          <w:b/>
        </w:rPr>
        <w:t xml:space="preserve">[45:30] </w:t>
      </w:r>
      <w:r>
        <w:t>yani mein aye meri maan mujhe pata nahi tha ke tere dil mein kya hai. mein warna mein wohi karti. tere dil ka murabba nahi jana hamari mai.</w:t>
      </w:r>
    </w:p>
    <w:p>
      <w:pPr>
        <w:jc w:val="right"/>
      </w:pPr>
      <w:r>
        <w:t>یعنی میں اے میری ماں مجھے پتہ نہیں تھا کہ تیرے دل میں کیا ہے۔ میں ورنہ میں وہی کرتی۔ تیرے دل کا مربع نہیں جانا ہماری مائی۔</w:t>
      </w:r>
    </w:p>
    <w:p>
      <w:r>
        <w:rPr>
          <w:b/>
        </w:rPr>
        <w:t xml:space="preserve">[45:43] </w:t>
      </w:r>
      <w:r>
        <w:t>aaj waqt aa gaya hai ke sari ummat e muslema yeh kahe ke khuda hum ko pata nahi tha ke teri scheme of think kuch aur hai. teri scheme of think mein peaceful activism hai hum ne violent activism chalaya.</w:t>
      </w:r>
    </w:p>
    <w:p>
      <w:pPr>
        <w:jc w:val="right"/>
      </w:pPr>
      <w:r>
        <w:t>آج وقت آ گیا ہے کہ ساری امت مسلمہ یہ کہے کہ خدا ہم کو پتہ نہیں تھا کہ تیری Scheme of Think کچھ اور ہے۔ تیری Scheme of Think میں Peaceful Activism ہے ہم نے Violent Activism چلایا۔</w:t>
      </w:r>
    </w:p>
    <w:p>
      <w:r>
        <w:rPr>
          <w:b/>
        </w:rPr>
        <w:t xml:space="preserve">[46:00] </w:t>
      </w:r>
      <w:r>
        <w:t>teri scheme of think mein yeh tha ke hum islam ki ideology le kar uthe hain hum gun le kar uth gaye. khuda ya hum aaj se toba karte hain. apne bomb ko gun ko hum samundaron mein phainkte hain.</w:t>
      </w:r>
    </w:p>
    <w:p>
      <w:pPr>
        <w:jc w:val="right"/>
      </w:pPr>
      <w:r>
        <w:t>تیری Scheme of Think میں یہ تھا کہ ہم اسلام کی Ideology لے کر اٹھے ہیں ہم Gun لے کر اٹھ گئے۔ خدایا ہم آج سے توبہ کرتے ہیں۔ اپنے بم کو Gun کو ہم سمندروں میں پھینکتے ہیں۔</w:t>
      </w:r>
    </w:p>
    <w:p>
      <w:r>
        <w:rPr>
          <w:b/>
        </w:rPr>
        <w:t xml:space="preserve">[46:15] </w:t>
      </w:r>
      <w:r>
        <w:t>waqt aa gaya hai ke sari ummat e muslema sari ulma sari islam ke numainde chekhein chekh kar yeh kahein. aur farishton ki record mein darj ho jaye yeh baat.</w:t>
      </w:r>
    </w:p>
    <w:p>
      <w:pPr>
        <w:jc w:val="right"/>
      </w:pPr>
      <w:r>
        <w:t>وقت آ گیا ہے کہ ساری امت مسلمہ سارے علماء سارے اسلام کے نمائندے چیخیں چیخ کر یہ کہیں۔ اور فرشتوں کی Record میں درج ہو جائے یہ بات۔</w:t>
      </w:r>
    </w:p>
    <w:p>
      <w:r>
        <w:rPr>
          <w:b/>
        </w:rPr>
        <w:t xml:space="preserve">[46:32] </w:t>
      </w:r>
      <w:r>
        <w:t>yaad rakhiye koi saada baat nahi hai. kyun ke yom e yaqoob rab ul alameen aik waqt aanay wala hai ke jab hum sab allah ke samne khare hon ge.</w:t>
      </w:r>
    </w:p>
    <w:p>
      <w:pPr>
        <w:jc w:val="right"/>
      </w:pPr>
      <w:r>
        <w:t>یاد رکھیے کوئی سادہ بات نہیں ہے۔ کیونکہ یوم یعقوب رب العالمین ایک وقت آنے والا ہے کہ جب ہم سب اللہ کے سامنے کھڑے ہوں گے۔</w:t>
      </w:r>
    </w:p>
    <w:p>
      <w:r>
        <w:rPr>
          <w:b/>
        </w:rPr>
        <w:t xml:space="preserve">[46:41] </w:t>
      </w:r>
      <w:r>
        <w:t>rab ul alameen ke samne khare hon ge.</w:t>
      </w:r>
    </w:p>
    <w:p>
      <w:pPr>
        <w:jc w:val="right"/>
      </w:pPr>
      <w:r>
        <w:t>رب العالمین کے سامنے کھڑے ہوں گے۔</w:t>
      </w:r>
    </w:p>
    <w:p>
      <w:r>
        <w:rPr>
          <w:b/>
        </w:rPr>
        <w:t xml:space="preserve">[46:46] </w:t>
      </w:r>
      <w:r>
        <w:t>to meri dua hai ke allah taala mujh ko aur aap ko tofeeq de. ke hum asal baat ko samjhein. aur allah ke samne hazir hone se pehle pehle hum apna correction kar lein apne ko theek kar lein.</w:t>
      </w:r>
    </w:p>
    <w:p>
      <w:pPr>
        <w:jc w:val="right"/>
      </w:pPr>
      <w:r>
        <w:t>تو میری دعا ہے کہ اللہ تعالیٰ مجھ کو اور آپ کو توفیق دے۔ کہ ہم اصل بات کو سمجھیں۔ اور اللہ کے سامنے حاضر ہونے سے پہلے پہلے ہم اپنا Correction کر لیں اپنے کو ٹھیک کر لیں۔</w:t>
      </w:r>
    </w:p>
    <w:p>
      <w:r>
        <w:rPr>
          <w:b/>
        </w:rPr>
        <w:t xml:space="preserve">[47:02] </w:t>
      </w:r>
      <w:r>
        <w:t>allah hamari toba ko qabool farmaye aur hum ko apni rehmaton ke saaye mein jagah de. aqool qawli hadha wa astaghfirullah li wa lakum ajmaeen.</w:t>
      </w:r>
    </w:p>
    <w:p>
      <w:pPr>
        <w:jc w:val="right"/>
      </w:pPr>
      <w:r>
        <w:t>اللہ ہماری توبہ کو قبول فرمائے اور ہم کو اپنی رحمتوں کے سائے میں جگہ دے۔ أقول قولي هذا واستغفرالله لي ولكم أجمعين.</w:t>
      </w:r>
    </w:p>
    <w:p>
      <w:r>
        <w:rPr>
          <w:b/>
        </w:rPr>
        <w:t xml:space="preserve">[47:26] </w:t>
      </w:r>
      <w:r>
        <w:t>maulana yeh sawal saharanpur se aya hai swami amar pal singh ji ka unhon ne likha hai ke maulana sahib doctor aslam is involved in distributing the quran and i also got one copy from him which i am presently studying however there is one verse in the quran which i am not able to understand</w:t>
      </w:r>
    </w:p>
    <w:p>
      <w:pPr>
        <w:jc w:val="right"/>
      </w:pPr>
      <w:r>
        <w:t>مولانا یہ سوال سہرن پور سے آیا ہے سوامی امر پال سنگھ جی کا انہوں نے لکھا ہے کہ مولانا صاحب ڈاکٹر اسلم is involved in distributing the قرآن and I also got one copy from him which I am presently studying however there is one verse in the قرآن which I am not able to understand</w:t>
      </w:r>
    </w:p>
    <w:p>
      <w:r>
        <w:rPr>
          <w:b/>
        </w:rPr>
        <w:t xml:space="preserve">[47:53] </w:t>
      </w:r>
      <w:r>
        <w:t>it is in surah altaubah that is chapter nine verse number five it says when the forbidden months have passed kill the polytheists who are at war with you wherever you find them take them captive and beseech them and lie in wait for them at every place of ambush</w:t>
      </w:r>
    </w:p>
    <w:p>
      <w:pPr>
        <w:jc w:val="right"/>
      </w:pPr>
      <w:r>
        <w:t>it is in سورہ التوبہ that is chapter nine verse number five it says when the forbidden months have passed kill the polytheists who are at war with you wherever you find them take them captive and beseech them and lie in wait for them at every place of ambush</w:t>
      </w:r>
    </w:p>
    <w:p>
      <w:r>
        <w:rPr>
          <w:b/>
        </w:rPr>
        <w:t xml:space="preserve">[48:18] </w:t>
      </w:r>
      <w:r>
        <w:t>but if they repent and take to namaz regularly and pay the arms then let them go their way god is forgiving and merciful my question is that why such a verse which supports violence is mentioned in the quran</w:t>
      </w:r>
    </w:p>
    <w:p>
      <w:pPr>
        <w:jc w:val="right"/>
      </w:pPr>
      <w:r>
        <w:t>but if they repent and take to prayer regularly and pay the arms then let them go their way god is forgiving and merciful my question is that why such a verse which supports violence is mentioned in the قرآن</w:t>
      </w:r>
    </w:p>
    <w:p>
      <w:r>
        <w:rPr>
          <w:b/>
        </w:rPr>
        <w:t xml:space="preserve">[48:37] </w:t>
      </w:r>
      <w:r>
        <w:t>I want to understand the correct meaning of the verse and don't want to be misguided it could be that quran is saying something and I am understanding something else kindly clarify my doubt with respect to the above verse.</w:t>
      </w:r>
    </w:p>
    <w:p>
      <w:pPr>
        <w:jc w:val="right"/>
      </w:pPr>
      <w:r>
        <w:t>I want to understand the correct meaning of the verse and don't want to be misguided it could be that قرآن is saying something and I am understanding something else kindly clarify my doubt with respect to the above verse.</w:t>
      </w:r>
    </w:p>
    <w:p>
      <w:r>
        <w:rPr>
          <w:b/>
        </w:rPr>
        <w:t xml:space="preserve">[48:54] </w:t>
      </w:r>
      <w:r>
        <w:t>dekhiye khud verse hi mein is ka jawab maujood hai. Kyun ke is mein hai at war aap ne khud parha abhi.</w:t>
      </w:r>
    </w:p>
    <w:p>
      <w:pPr>
        <w:jc w:val="right"/>
      </w:pPr>
      <w:r>
        <w:t>دیکھیے خود verse ہی میں اس کا جواب موجود ہے۔ کیونکہ اس میں ہے ایٹ وار آپ نے خود پڑھا ابھی۔</w:t>
      </w:r>
    </w:p>
    <w:p>
      <w:r>
        <w:rPr>
          <w:b/>
        </w:rPr>
        <w:t xml:space="preserve">[49:04] </w:t>
      </w:r>
      <w:r>
        <w:t>ke jo log at war hain jo maidan e jang mein hain woh</w:t>
      </w:r>
    </w:p>
    <w:p>
      <w:pPr>
        <w:jc w:val="right"/>
      </w:pPr>
      <w:r>
        <w:t>کہ جو لوگ ایٹ وار ہیں جو میدان جنگ میں ہیں وہ</w:t>
      </w:r>
    </w:p>
    <w:p>
      <w:r>
        <w:rPr>
          <w:b/>
        </w:rPr>
        <w:t xml:space="preserve">[49:12] </w:t>
      </w:r>
      <w:r>
        <w:t>hamla karne ke liye nikal pade hain. Un ke bare mein yeh ayat hai. To sari dunya ka yeh bilkul usool hai ke jo at war hon un ko to yani un ki taqat ko todna parta hai.</w:t>
      </w:r>
    </w:p>
    <w:p>
      <w:pPr>
        <w:jc w:val="right"/>
      </w:pPr>
      <w:r>
        <w:t>حملہ کرنے کے لیے نکل پڑے ہیں۔ ان کے بارے میں یہ آیت ہے۔ تو ساری دنیا کا یہ بالکل اصول ہے کہ جو ایٹ وار ہوں ان کو تو یعنی ان کی طاقت کو توڑنا پڑتا ہے۔</w:t>
      </w:r>
    </w:p>
    <w:p>
      <w:r>
        <w:rPr>
          <w:b/>
        </w:rPr>
        <w:t xml:space="preserve">[49:27] </w:t>
      </w:r>
      <w:r>
        <w:t>lekin quran mein doosri jagah yeh bhi hai ke jang is waqt tak hai jab tak ke fareeq e sani hathiyar uthaye hue hain.</w:t>
      </w:r>
    </w:p>
    <w:p>
      <w:pPr>
        <w:jc w:val="right"/>
      </w:pPr>
      <w:r>
        <w:t>لیکن قرآن میں دوسری جگہ یہ بھی ہے کہ جنگ اس وقت تک ہے جب تک کہ فریق ثانی ہتھیار اٹھائے ہوئے ہیں۔</w:t>
      </w:r>
    </w:p>
    <w:p>
      <w:r>
        <w:rPr>
          <w:b/>
        </w:rPr>
        <w:t xml:space="preserve">[49:37] </w:t>
      </w:r>
      <w:r>
        <w:t>aur jang ki halat paida ki hui hai. Jaise hi jang khatam to hathiyar ka istemal bhi khatam. To woh waqti cheez thi.</w:t>
      </w:r>
    </w:p>
    <w:p>
      <w:pPr>
        <w:jc w:val="right"/>
      </w:pPr>
      <w:r>
        <w:t>اور جنگ کی حالت پیدا کی ہوئی ہے۔ جیسے ہی جنگ ختم تو ہتھیار کا استعمال بھی ختم۔ تو وہ وقتی چیز تھی۔</w:t>
      </w:r>
    </w:p>
    <w:p>
      <w:r>
        <w:rPr>
          <w:b/>
        </w:rPr>
        <w:t xml:space="preserve">[49:46] </w:t>
      </w:r>
      <w:r>
        <w:t>ya aaj nahi ke aaj ladein musalman talwar le le kar ke. Is waqti soorat e haal mein ek temporary period mein yeh is mein dekh li jiye ke do baatein shart hain.</w:t>
      </w:r>
    </w:p>
    <w:p>
      <w:pPr>
        <w:jc w:val="right"/>
      </w:pPr>
      <w:r>
        <w:t>یا آج نہیں کہ آج لڑیں مسلمان تلوار لے لے کر کے۔ اس وقتی صورتحال میں ایک temporary period میں یہ اس میں دیکھ لیجیے کہ دو باتیں شرط ہیں۔</w:t>
      </w:r>
    </w:p>
    <w:p>
      <w:r>
        <w:rPr>
          <w:b/>
        </w:rPr>
        <w:t xml:space="preserve">[49:58] </w:t>
      </w:r>
      <w:r>
        <w:t>ek hai temporary period aur doosri yeh ke woh hai un logon se jo at war hon. Bas ab is ka ab is ayat ka koi application nahi hai.</w:t>
      </w:r>
    </w:p>
    <w:p>
      <w:pPr>
        <w:jc w:val="right"/>
      </w:pPr>
      <w:r>
        <w:t>ایک ہے temporary period اور دوسری یہ کہ وہ ہے ان لوگوں سے جو ایٹ وار ہوں۔ بس اب اس کا اب اس آیت کا کوئی application نہیں ہے۔</w:t>
      </w:r>
    </w:p>
    <w:p>
      <w:r>
        <w:rPr>
          <w:b/>
        </w:rPr>
        <w:t xml:space="preserve">[50:08] </w:t>
      </w:r>
      <w:r>
        <w:t>woh ek tareekh ka hissa hai. Woh ek tareekh ka hissa hai.</w:t>
      </w:r>
    </w:p>
    <w:p>
      <w:pPr>
        <w:jc w:val="right"/>
      </w:pPr>
      <w:r>
        <w:t>وہ ایک تاریخ کا حصہ ہے۔ وہ ایک تاریخ کا حصہ ہے۔</w:t>
      </w:r>
    </w:p>
    <w:p>
      <w:r>
        <w:rPr>
          <w:b/>
        </w:rPr>
        <w:t xml:space="preserve">[50:15] </w:t>
      </w:r>
      <w:r>
        <w:t>to to jo log is ko yeh samajhte hain ke hamein hukum hai ke rozana lad lad ke marein logon ko to yeh bilkul galat matlab nikalte hain.</w:t>
      </w:r>
    </w:p>
    <w:p>
      <w:pPr>
        <w:jc w:val="right"/>
      </w:pPr>
      <w:r>
        <w:t>تو تو جو لوگ اس کو یہ سمجھتے ہیں کہ ہمیں حکم ہے کہ روزانہ لڑ لڑ کے ماریں لوگوں کو تو یہ بالکل غلط مطلب نکالتے ہیں۔</w:t>
      </w:r>
    </w:p>
    <w:p>
      <w:r>
        <w:rPr>
          <w:b/>
        </w:rPr>
        <w:t xml:space="preserve">[50:25] </w:t>
      </w:r>
      <w:r>
        <w:t>sirf ek temporary situation jis ko hum kehte hain ke at war hona us ke bare mein yeh hai. Bas is yeh to yeh universal norm hai ke aise logon ke sath un ko khatam karne ke liye muqabla karna parta hai.</w:t>
      </w:r>
    </w:p>
    <w:p>
      <w:pPr>
        <w:jc w:val="right"/>
      </w:pPr>
      <w:r>
        <w:t>صرف ایک temporary situation جس کو ہم کہتے ہیں کہ ایٹ وار ہونا اس کے بارے میں یہ ہے۔ بس اس یہ تو یہ universal norm ہے کہ ایسے لوگوں کے ساتھ ان کو ختم کرنے کے لیے مقابلہ کرنا پڑتا ہے۔</w:t>
      </w:r>
    </w:p>
    <w:p>
      <w:r>
        <w:rPr>
          <w:b/>
        </w:rPr>
        <w:t xml:space="preserve">[50:45] </w:t>
      </w:r>
      <w:r>
        <w:t>maulana agla sawal delhi se kiya hai miss tooti malhotra ne unhon ne likha hai ke maulana in an interview to a news channel yesterday you spoke about the current political regime can you please elaborate on what you had said</w:t>
      </w:r>
    </w:p>
    <w:p>
      <w:pPr>
        <w:jc w:val="right"/>
      </w:pPr>
      <w:r>
        <w:t>مولانا اگلا سوال دلی سے کیا ہے مس طوطی ملحوترہ نے انہوں نے لکھا ہے کہ مولانا in an interview to a news channel yesterday you spoke about the current political regime can you please elaborate on what you had said</w:t>
      </w:r>
    </w:p>
    <w:p>
      <w:r>
        <w:rPr>
          <w:b/>
        </w:rPr>
        <w:t xml:space="preserve">[51:10] </w:t>
      </w:r>
      <w:r>
        <w:t>mein ne is mein dekhiye yeh kaha tha ke it is system that prevails</w:t>
      </w:r>
    </w:p>
    <w:p>
      <w:pPr>
        <w:jc w:val="right"/>
      </w:pPr>
      <w:r>
        <w:t>میں نے اس میں دیکھیے یہ کہا تھا کہ it is system that prevails</w:t>
      </w:r>
    </w:p>
    <w:p>
      <w:r>
        <w:rPr>
          <w:b/>
        </w:rPr>
        <w:t xml:space="preserve">[51:20] </w:t>
      </w:r>
      <w:r>
        <w:t>it is system that prevails and not the individuals to india mein ke countries mein mein ne kaha tha ke india mein sau baras ke halaat ke nateejay mein ek system develop hua hai.</w:t>
      </w:r>
    </w:p>
    <w:p>
      <w:pPr>
        <w:jc w:val="right"/>
      </w:pPr>
      <w:r>
        <w:t>it is system that prevails and not the individuals تو انڈیا میں کے countries میں میں نے کہا تھا کہ انڈیا میں سو برس کے حالات کے نتیجے میں ایک system develop ہوا ہے۔</w:t>
      </w:r>
    </w:p>
    <w:p>
      <w:r>
        <w:rPr>
          <w:b/>
        </w:rPr>
        <w:t xml:space="preserve">[51:34] </w:t>
      </w:r>
      <w:r>
        <w:t>kuch tradition develop hui hain. Aaj se nahi chal raha yeh. Abhi mein radio par sun raha tha raja mohan rai ka qissa aa raha tha ke raja mohan rai ne bohat zabardast mehnat ki mehnat kar ke ek india mein ek ek naya daur lane ke liye.</w:t>
      </w:r>
    </w:p>
    <w:p>
      <w:pPr>
        <w:jc w:val="right"/>
      </w:pPr>
      <w:r>
        <w:t>کچھ tradition develop ہوئی ہیں۔ آج سے نہیں چل رہا یہ۔ ابھی میں radio پر سن رہا تھا راجہ مہن رائے کا قصہ آ رہا تھا کہ راجہ مہن رائے نے بہت زبردست محنت کی محنت کر کے ایک انڈیا میں ایک ایک نیا دور لانے کے لیے۔</w:t>
      </w:r>
    </w:p>
    <w:p>
      <w:r>
        <w:rPr>
          <w:b/>
        </w:rPr>
        <w:t xml:space="preserve">[51:52] </w:t>
      </w:r>
      <w:r>
        <w:t>to raja ram mohan rai aur tagore swami vivekananda aur aurobindo mahatma gandhi raj gopal achari yani ek pyara sa bohat ek silsila hai.</w:t>
      </w:r>
    </w:p>
    <w:p>
      <w:pPr>
        <w:jc w:val="right"/>
      </w:pPr>
      <w:r>
        <w:t>تو راجہ رام مہن رائے اور ٹائیگور سوامی وکانندہ اور اروندو مہاتما گاندھی راج گوپال اچاری یعنی ایک پیارا سا بہت ایک سلسلہ ہے۔</w:t>
      </w:r>
    </w:p>
    <w:p>
      <w:r>
        <w:rPr>
          <w:b/>
        </w:rPr>
        <w:t xml:space="preserve">[52:08] </w:t>
      </w:r>
      <w:r>
        <w:t>to un logon ke koshishon ke nateejay mein india mein ek system develop hua hai. Hum is ka part hain. Constitution isi ka part hai. Model government isi ka part hai.</w:t>
      </w:r>
    </w:p>
    <w:p>
      <w:pPr>
        <w:jc w:val="right"/>
      </w:pPr>
      <w:r>
        <w:t>تو ان لوگوں کے کوششوں کے نتیجے میں انڈیا میں ایک system develop ہوا ہے۔ ہم اس کا part ہیں۔ Constitution اسی کا part ہے۔ Model government اسی کا part ہے۔</w:t>
      </w:r>
    </w:p>
    <w:p>
      <w:r>
        <w:rPr>
          <w:b/>
        </w:rPr>
        <w:t xml:space="preserve">[52:19] </w:t>
      </w:r>
      <w:r>
        <w:t>democracy isi ka part hai. To yeh yeh system work karega. Koi ek aadmi koi individual aa kar seat par baith jaye chand saal ke liye to woh us waqt ultimate dalega aisa nahi hota dunya mein.</w:t>
      </w:r>
    </w:p>
    <w:p>
      <w:pPr>
        <w:jc w:val="right"/>
      </w:pPr>
      <w:r>
        <w:t>Democracy اسی کا part ہے۔ تو یہ یہ system work کرے گا۔ کوئی ایک آدمی کوئی individual آ کر seat پر بیٹھ جائے چند سال کے لیے تو وہ اس وقت ultimate ڈالے گا ایسا نہیں ہوتا دنیا میں۔</w:t>
      </w:r>
    </w:p>
    <w:p>
      <w:r>
        <w:rPr>
          <w:b/>
        </w:rPr>
        <w:t xml:space="preserve">[52:34] </w:t>
      </w:r>
      <w:r>
        <w:t>aisa nahi hota. To hamein dekhna chahiye ke india jo hai is ka kuch history jo hai history ke jo ek ek history hai is is history ke tehat india mein kya system bana hai.</w:t>
      </w:r>
    </w:p>
    <w:p>
      <w:pPr>
        <w:jc w:val="right"/>
      </w:pPr>
      <w:r>
        <w:t>ایسا نہیں ہوتا۔ تو ہمیں دیکھنا چاہیے کہ انڈیا جو ہے اس کا کچھ history جو ہے history کے جو ایک ایک history ہے اس اس history کے تحت انڈیا میں کیا system بنا ہے۔</w:t>
      </w:r>
    </w:p>
    <w:p>
      <w:r>
        <w:rPr>
          <w:b/>
        </w:rPr>
        <w:t xml:space="preserve">[52:50] </w:t>
      </w:r>
      <w:r>
        <w:t>kya india bana hai. Woh prevail karega. Ek aadmi nahi jo char saal panch saal ki aa kar seat par baith jaye.</w:t>
      </w:r>
    </w:p>
    <w:p>
      <w:pPr>
        <w:jc w:val="right"/>
      </w:pPr>
      <w:r>
        <w:t>کیا انڈیا بنا ہے۔ وہ prevail کرے گا۔ ایک آدمی نہیں جو چار سال پانچ سال کی آ کے seat پر بیٹھ جائے۔</w:t>
      </w:r>
    </w:p>
    <w:p>
      <w:r>
        <w:rPr>
          <w:b/>
        </w:rPr>
        <w:t xml:space="preserve">[52:58] </w:t>
      </w:r>
      <w:r>
        <w:t>isi ko mein ne kaha tha it is system that prevails and not an individual aur yeh bilkul ek ek bilkul yani ek fact hai is mein koi shakk ki baat nahi.</w:t>
      </w:r>
    </w:p>
    <w:p>
      <w:pPr>
        <w:jc w:val="right"/>
      </w:pPr>
      <w:r>
        <w:t>اسی کو میں نے کہا تھا it is system that prevails and not an individual اور یہ بالکل ایک ایک بالکل یعنی ایک fact ہے اس میں کوئی شک کی بات نہیں۔</w:t>
      </w:r>
    </w:p>
    <w:p>
      <w:r>
        <w:rPr>
          <w:b/>
        </w:rPr>
        <w:t xml:space="preserve">[53:19] </w:t>
      </w:r>
      <w:r>
        <w:t>maulana agla sawal maulana iqbal umri ne chennai se bheja hai unhon ne likha hai ke chhabis may do hazar chudah ko narendra modi aur un ke ministers ne ishwar ka ka shabd use kar ke shapath li unhon ne doosre koi alfaaz nahi kahe.</w:t>
      </w:r>
    </w:p>
    <w:p>
      <w:pPr>
        <w:jc w:val="right"/>
      </w:pPr>
      <w:r>
        <w:t>مولانا اگلا سوال مولانا اقبال عمری نے چنئی سے بھیجا ہے انہوں نے لکھا ہے کہ چھبیس مئی دو ہزار چودہ کو نریندر مودی اور ان کے ministers نے ایشور کا کا शब्द use کر کے شپت لی انہوں نے دوسرے کوئی الفاظ نہیں کہے۔</w:t>
      </w:r>
    </w:p>
    <w:p>
      <w:r>
        <w:rPr>
          <w:b/>
        </w:rPr>
        <w:t xml:space="preserve">[53:41] </w:t>
      </w:r>
      <w:r>
        <w:t>maulana in alfaaz mein india ka spiritual taaruf hai to hamara mulk khuda ke plan ke liye kitna potential rakhta hai is ke bare mein bataein.</w:t>
      </w:r>
    </w:p>
    <w:p>
      <w:pPr>
        <w:jc w:val="right"/>
      </w:pPr>
      <w:r>
        <w:t>مولانا ان الفاظ میں انڈیا کا spiritual تعارف ہے تو ہمارا ملک خدا کے plan کے لیے کتنا potential رکھتا ہے اس کے بارے میں بتائیں۔</w:t>
      </w:r>
    </w:p>
    <w:p>
      <w:r>
        <w:rPr>
          <w:b/>
        </w:rPr>
        <w:t xml:space="preserve">[53:52] </w:t>
      </w:r>
      <w:r>
        <w:t>dekhiye aaj kal musalman jo hain samajhte hain ke Allah jo hai woh Khuda ka ism-e-zaat hai. Halankeh is ka koi saboot nahi ke pichhle paighambaron ne bhi Allah ka naam liya tha.</w:t>
      </w:r>
    </w:p>
    <w:p>
      <w:pPr>
        <w:jc w:val="right"/>
      </w:pPr>
      <w:r>
        <w:t>دیکھیے آج کل مسلمان جو ہیں سمجھتے ہیں کہ اللہ جو ہے وہ خدا کا اسم ذات ہے۔ حالانکہ اس کا کوئی ثبوت نہیں کہ پچھلے پیغمبروں نے بھی اللہ کا نام لیا تھا۔</w:t>
      </w:r>
    </w:p>
    <w:p>
      <w:r>
        <w:rPr>
          <w:b/>
        </w:rPr>
        <w:t xml:space="preserve">[54:04] </w:t>
      </w:r>
      <w:r>
        <w:t>Adam bhi Allah hi lafz bolte thay. To lafz Allah ek alamaati lafz hai. Woh ism-e-zaat nahi hai. Is ka saboot dene ke liye aap ko kehna padega ke Ibrahim se le kar Masih tak sab sab Allah hi Allah bolte thay.</w:t>
      </w:r>
    </w:p>
    <w:p>
      <w:pPr>
        <w:jc w:val="right"/>
      </w:pPr>
      <w:r>
        <w:t>آدم بھی اللہ ہی لفظ بولتے تھے۔ تو لفظ اللہ ایک علامتی لفظ ہے۔ وہ اسم ذات نہیں ہے۔ اس کا ثبوت دینے کے لیے آپ کو کہنا پڑے گا کہ ابراہیم سے لے کر مسیح تک سب سب اللہ ہی اللہ بولتے تھے۔</w:t>
      </w:r>
    </w:p>
    <w:p>
      <w:r>
        <w:rPr>
          <w:b/>
        </w:rPr>
        <w:t xml:space="preserve">[54:20] </w:t>
      </w:r>
      <w:r>
        <w:t>Hazrat Masih ke bare mein aata hai ke Ali lafz Ali kaha tha unhon ne Allah ki wajah se Ali. To unhon ne Ishwar kaha to is mein pareshani ki baat kya hai aap ko?</w:t>
      </w:r>
    </w:p>
    <w:p>
      <w:pPr>
        <w:jc w:val="right"/>
      </w:pPr>
      <w:r>
        <w:t>حضرت مسیح کے بارے میں آتا ہے کہ علی لفظ علی کہا تھا انہوں نے اللہ کی وجہ سے علی۔ تو انہوں نے ایشور کہا تو اس میں پریشانی کی بات کیا ہے آپ کو؟</w:t>
      </w:r>
    </w:p>
    <w:p>
      <w:r>
        <w:rPr>
          <w:b/>
        </w:rPr>
        <w:t xml:space="preserve">[54:30] </w:t>
      </w:r>
      <w:r>
        <w:t>Isi bari hasti ke liye bole woh. Is mein pareshani ki koi baat hi nahi. Koi Khuda kehta hai koi God kehta hai koi Allah kehta hai kisi ne Ali kaha to is mein pareshani ki baat kya hai?</w:t>
      </w:r>
    </w:p>
    <w:p>
      <w:pPr>
        <w:jc w:val="right"/>
      </w:pPr>
      <w:r>
        <w:t>اسی بڑی ہستی کے لیے بولے وہ۔ اس میں پریشانی کی کوئی بات ہی نہیں۔ کوئی خدا کہتا ہے کوئی God کہتا ہے کوئی اللہ کہتا ہے کسی نے علی کہا تو اس میں پریشانی کی بات کیا ہے؟</w:t>
      </w:r>
    </w:p>
    <w:p>
      <w:r>
        <w:rPr>
          <w:b/>
        </w:rPr>
        <w:t xml:space="preserve">[54:43] </w:t>
      </w:r>
      <w:r>
        <w:t>Koi pareshani ki baat nahi. Har har aadmi manta hai ke koi supreme power hai. Is supreme power ko mukhtalif naam dete hain log.</w:t>
      </w:r>
    </w:p>
    <w:p>
      <w:pPr>
        <w:jc w:val="right"/>
      </w:pPr>
      <w:r>
        <w:t>کوئی پریشانی کی بات نہیں۔ ہر ہر آدمی مانتا ہے کہ کوئی supreme power ہے۔ اس supreme power کو مختلف نام دیتے ہیں لوگ۔</w:t>
      </w:r>
    </w:p>
    <w:p>
      <w:r>
        <w:rPr>
          <w:b/>
        </w:rPr>
        <w:t xml:space="preserve">[54:52] </w:t>
      </w:r>
      <w:r>
        <w:t>To is supreme power ka naam le kar unhon ne halaf liya to is mein pareshani ki kya baat hai? Mujhe to is mein koi koi samajh nahi aati ke is mein kyun log is ko ek masla khada karte hain koi le kar ke.</w:t>
      </w:r>
    </w:p>
    <w:p>
      <w:pPr>
        <w:jc w:val="right"/>
      </w:pPr>
      <w:r>
        <w:t>تو اس supreme power کا نام لے کر انہوں نے حلف لیا تو اس میں پریشانی کی کیا بات ہے؟ مجھے تو اس میں کوئی کوئی سمجھ نہیں آتی کہ اس میں کیوں لوگ اس کو ایک مسئلہ کھڑا کرتے ہیں کوئی لے کر کے۔</w:t>
      </w:r>
    </w:p>
    <w:p>
      <w:r>
        <w:rPr>
          <w:b/>
        </w:rPr>
        <w:t xml:space="preserve">[55:08] </w:t>
      </w:r>
      <w:r>
        <w:t>Maulana agla sawal Pakistan se hai Abdul Latif sahib ne kiya hai unhon ne likha hai ke Allah taala ne har shakhs ke liye ek role muqarrar kiya hai.</w:t>
      </w:r>
    </w:p>
    <w:p>
      <w:pPr>
        <w:jc w:val="right"/>
      </w:pPr>
      <w:r>
        <w:t>مولانا اگلا سوال پاکستان سے ہے عبداللطیف صاحب نے کیا ہے انہوں نے لکھا ہے کہ اللہ تعالیٰ نے ہر شخص کے لیے ایک role مقرر کیا ہے۔</w:t>
      </w:r>
    </w:p>
    <w:p>
      <w:r>
        <w:rPr>
          <w:b/>
        </w:rPr>
        <w:t xml:space="preserve">[55:20] </w:t>
      </w:r>
      <w:r>
        <w:t>To Allah taala ki madad ka matlab yeh hai ke is role ki adaaigi mein Allah is shakhs ki madad kare.</w:t>
      </w:r>
    </w:p>
    <w:p>
      <w:pPr>
        <w:jc w:val="right"/>
      </w:pPr>
      <w:r>
        <w:t>تو اللہ تعالیٰ کی مدد کا مطلب یہ ہے کہ اس role کی ادائیگی میں اللہ اس شخص کی مدد کرے۔</w:t>
      </w:r>
    </w:p>
    <w:p>
      <w:r>
        <w:rPr>
          <w:b/>
        </w:rPr>
        <w:t xml:space="preserve">[55:29] </w:t>
      </w:r>
      <w:r>
        <w:t>Ameen logon ne yahan Allah taala ki madad ka yeh tasawwur rakha hai ke ke kisi ko maal mil jaye ga to kaha jaye ga ke Allah ne is ki madad ki ya kisi ko koi uhda mil jaye ga to log use Allah taala ki madad samajhte hain.</w:t>
      </w:r>
    </w:p>
    <w:p>
      <w:pPr>
        <w:jc w:val="right"/>
      </w:pPr>
      <w:r>
        <w:t>آمین لوگوں نے یہاں اللہ تعالیٰ کی مدد کا یہ تصور رکھا ہے کہ کہ کسی کو مال مل جائے گا تو کہا جائے گا کہ اللہ نے اس کی مدد کی یا کسی کو کوئی عہدہ مل جائے گا تو لوگ اسے اللہ تعالیٰ کی مدد سمجھتے ہیں۔</w:t>
      </w:r>
    </w:p>
    <w:p>
      <w:r>
        <w:rPr>
          <w:b/>
        </w:rPr>
        <w:t xml:space="preserve">[55:51] </w:t>
      </w:r>
      <w:r>
        <w:t>Halankeh yeh sari cheezein to test paper hain. Allah taala ki madad to role ki adaaigi mein hoti hai na ke material cheezon mein.</w:t>
      </w:r>
    </w:p>
    <w:p>
      <w:pPr>
        <w:jc w:val="right"/>
      </w:pPr>
      <w:r>
        <w:t>حالانکہ یہ ساری چیزیں تو ٹیسٹ پیپر ہیں۔ اللہ تعالیٰ کی مدد تو role کی ادائیگی میں ہوتی ہے نہ کہ material چیزوں میں۔</w:t>
      </w:r>
    </w:p>
    <w:p>
      <w:r>
        <w:rPr>
          <w:b/>
        </w:rPr>
        <w:t xml:space="preserve">[56:02] </w:t>
      </w:r>
      <w:r>
        <w:t>Maulana sahib yeh baat kis had tak sahi hai? Haan bilkul sahi hai. Bilkul sahi hai ke maal waghera jo hai yeh to test ke liye hota hai.</w:t>
      </w:r>
    </w:p>
    <w:p>
      <w:pPr>
        <w:jc w:val="right"/>
      </w:pPr>
      <w:r>
        <w:t>مولانا صاحب یہ بات کس حد تک صحیح ہے؟ ہاں بالکل صحیح ہے۔ بالکل صحیح ہے کہ مال وغیرہ جو ہے یہ تو ٹیسٹ کے لیے ہوتا ہے۔</w:t>
      </w:r>
    </w:p>
    <w:p>
      <w:r>
        <w:rPr>
          <w:b/>
        </w:rPr>
        <w:t xml:space="preserve">[56:14] </w:t>
      </w:r>
      <w:r>
        <w:t>Woh inaam ke taur par nahi hota hai. To woh to mile ga hi mile ga aap ko. Dunya aap aaye hain to Allah taala aap ko saamaan-e-hayat de ga.</w:t>
      </w:r>
    </w:p>
    <w:p>
      <w:pPr>
        <w:jc w:val="right"/>
      </w:pPr>
      <w:r>
        <w:t>وہ انعام کے طور پر نہیں ہوتا ہے۔ تو وہ تو ملے گا ہی ملے گا آپ کو۔ دنیا آپ آئے ہیں تو اللہ تعالیٰ آپ کو سامان حیات دے گا۔</w:t>
      </w:r>
    </w:p>
    <w:p>
      <w:r>
        <w:rPr>
          <w:b/>
        </w:rPr>
        <w:t xml:space="preserve">[56:25] </w:t>
      </w:r>
      <w:r>
        <w:t>Tabhi to aap apna imtehaan de sakein ge. Baqi jo role ek alag cheez hai. Is ko aap daryaft kijiye. Aur is role ko adaa kijiye.</w:t>
      </w:r>
    </w:p>
    <w:p>
      <w:pPr>
        <w:jc w:val="right"/>
      </w:pPr>
      <w:r>
        <w:t>تبھی تو آپ اپنا امتحان دے سکیں گے۔ باقی جو role ایک الگ چیز ہے۔ اس کو آپ دریافت کیجیے۔ اور اس role کو ادا کیجیے۔</w:t>
      </w:r>
    </w:p>
    <w:p>
      <w:r>
        <w:rPr>
          <w:b/>
        </w:rPr>
        <w:t xml:space="preserve">[56:37] </w:t>
      </w:r>
      <w:r>
        <w:t>Wahan par aap ko khusoosi help mile gi. Yeh yeh to ek alag cheez hai jo saamaan-e-hayat milta hai apne aap ko imtehaan dene ke liye.</w:t>
      </w:r>
    </w:p>
    <w:p>
      <w:pPr>
        <w:jc w:val="right"/>
      </w:pPr>
      <w:r>
        <w:t>وہاں پر آپ کو خصوصی help ملے گی۔ یہ یہ تو ایک الگ چیز ہے جو سامان حیات ملتا ہے اپنے آپ کو امتحان دینے کے لیے۔</w:t>
      </w:r>
    </w:p>
    <w:p>
      <w:r>
        <w:rPr>
          <w:b/>
        </w:rPr>
        <w:t xml:space="preserve">[56:48] </w:t>
      </w:r>
      <w:r>
        <w:t>Woh ek alag cheez hai. Aur woh ek alag cheez hai ke aap Allah ke naqshe ke mutabiq jo role aap ko karna hai is role ko daryaft karein aur us ke liye aap koshish karein.</w:t>
      </w:r>
    </w:p>
    <w:p>
      <w:pPr>
        <w:jc w:val="right"/>
      </w:pPr>
      <w:r>
        <w:t>وہ ایک الگ چیز ہے۔ اور وہ ایک الگ چیز ہے کہ آپ اللہ کے نقشے کے مطابق جو role آپ کو کرنا ہے اس role کو دریافت کریں اور اس کے لیے آپ کوشش کریں۔</w:t>
      </w:r>
    </w:p>
    <w:p>
      <w:r>
        <w:rPr>
          <w:b/>
        </w:rPr>
        <w:t xml:space="preserve">[57:00] </w:t>
      </w:r>
      <w:r>
        <w:t>To woh ek ek aur hi nemat hai ek aur hi inaam hai ek aur hi rehmat hai. Is se is se koi talluq nahi hai. Dono dono cheezein alag alag hain.</w:t>
      </w:r>
    </w:p>
    <w:p>
      <w:pPr>
        <w:jc w:val="right"/>
      </w:pPr>
      <w:r>
        <w:t>تو وہ ایک ایک اور ہی نعمت ہے ایک اور ہی انعام ہے ایک اور ہی رحمت ہے۔ اس سے اس سے کوئی تعلق نہیں ہے۔ دونوں دونوں چیزیں الگ الگ ہیں۔</w:t>
      </w:r>
    </w:p>
    <w:p>
      <w:r>
        <w:rPr>
          <w:b/>
        </w:rPr>
        <w:t xml:space="preserve">[57:13] </w:t>
      </w:r>
      <w:r>
        <w:t>Maulana agla sawal bhi Pakistan se hai Muhammad Sajjad Nawaz sahib ne kiya hai unhon ne likha hai hadith mein kaha gaya hai ke lazzaton ko dhah dene wali maut ko bohat zyada yaad kiya karo.</w:t>
      </w:r>
    </w:p>
    <w:p>
      <w:pPr>
        <w:jc w:val="right"/>
      </w:pPr>
      <w:r>
        <w:t>مولانا اگلا سوال بھی پاکستان سے ہے محمد سجاد نواز صاحب نے کیا ہے انہوں نے لکھا ہے حدیث میں کہا گیا ہے کہ لذتوں کو ڈھا دینے والی موت کو بہت زیادہ یاد کیا کرو۔</w:t>
      </w:r>
    </w:p>
    <w:p>
      <w:r>
        <w:rPr>
          <w:b/>
        </w:rPr>
        <w:t xml:space="preserve">[57:27] </w:t>
      </w:r>
      <w:r>
        <w:t>Mera sawal yeh hai ke maut ko kaise yaad kiya jaye? Aur Rasool Allah aur Sahaba maut ko kaise yaad karte thay? Is ke bare mein bataein.</w:t>
      </w:r>
    </w:p>
    <w:p>
      <w:pPr>
        <w:jc w:val="right"/>
      </w:pPr>
      <w:r>
        <w:t>میرا سوال یہ ہے کہ موت کو کیسے یاد کیا جائے؟ اور رسول اللہ اور صحابہ موت کو کیسے یاد کرتے تھے؟ اس کے بارے میں بتائیں۔</w:t>
      </w:r>
    </w:p>
    <w:p>
      <w:r>
        <w:rPr>
          <w:b/>
        </w:rPr>
        <w:t xml:space="preserve">[57:38] </w:t>
      </w:r>
      <w:r>
        <w:t>Bhai yaad karne ke maani nahi ke maut maut maut maut maut maut kiya jaye. Yeh to ridiculous baat hai. Agar aap jaise Allah Allah Allah Allah log karte hain kuch log.</w:t>
      </w:r>
    </w:p>
    <w:p>
      <w:pPr>
        <w:jc w:val="right"/>
      </w:pPr>
      <w:r>
        <w:t>بھئی یاد کرنے کے معنی ہیں نہیں کہ موت موت موت موت موت موت کیا جائے۔ یہ تو ridiculous بات ہے۔ اگر آپ جیسے اللہ اللہ اللہ اللہ لوگ کرتے ہیں کچھ لوگ۔</w:t>
      </w:r>
    </w:p>
    <w:p>
      <w:r>
        <w:rPr>
          <w:b/>
        </w:rPr>
        <w:t xml:space="preserve">[57:50] </w:t>
      </w:r>
      <w:r>
        <w:t>Aise aap maut maut maut maut karein yeh yaad karna nahi hai. Yaad karne ka matlab hai ke is par sochna sochte rehna.</w:t>
      </w:r>
    </w:p>
    <w:p>
      <w:pPr>
        <w:jc w:val="right"/>
      </w:pPr>
      <w:r>
        <w:t>ایسے آپ موت موت موت موت کریں یہ یاد کرنا نہیں ہے۔ یاد کرنے کا مطلب ہے کہ اس پر سوچنا سوچتے رہنا۔</w:t>
      </w:r>
    </w:p>
    <w:p>
      <w:r>
        <w:rPr>
          <w:b/>
        </w:rPr>
        <w:t xml:space="preserve">[58:05] </w:t>
      </w:r>
      <w:r>
        <w:t>Daily aap dekhte hain ke log mar rahe hain. News mein khabrein aati hain media mein khabrein aati hain. Aap ke mohalle mein koi marta hai. To aap sochiye is ko ke mujhe bhi is liye marna hai.</w:t>
      </w:r>
    </w:p>
    <w:p>
      <w:pPr>
        <w:jc w:val="right"/>
      </w:pPr>
      <w:r>
        <w:t>Daily آپ دیکھتے ہیں کہ لوگ مر رہے ہیں۔ News میں خبریں آتی ہیں میڈیا میں خبریں آتی ہیں۔ آپ کے محلے میں کوئی مرتا ہے۔ تو آپ سوچیے اس کو کہ مجھے بھی اس لیے مرنا ہے۔</w:t>
      </w:r>
    </w:p>
    <w:p>
      <w:r>
        <w:rPr>
          <w:b/>
        </w:rPr>
        <w:t xml:space="preserve">[58:17] </w:t>
      </w:r>
      <w:r>
        <w:t>To yaad ke maani yahan sochne ke hain. To maut ke waqeaat jo hain sari dunya mein ho rahe hain.</w:t>
      </w:r>
    </w:p>
    <w:p>
      <w:pPr>
        <w:jc w:val="right"/>
      </w:pPr>
      <w:r>
        <w:t>تو یاد کے معنی یہاں سوچنے کے ہیں۔ تو موت کے واقعات جو ہیں ساری دنیا میں ہو رہے ہیں۔</w:t>
      </w:r>
    </w:p>
    <w:p>
      <w:r>
        <w:rPr>
          <w:b/>
        </w:rPr>
        <w:t xml:space="preserve">[58:26] </w:t>
      </w:r>
      <w:r>
        <w:t>Har din aap ko koi na koi khabar milti hai kisi ke marne ki. Is ko le kar sochiye ke isi tarah mein bhi mar jaon ga ek din mar jaon ga. Aur mein bhi Allah ke samne khada kar diya jaon ga.</w:t>
      </w:r>
    </w:p>
    <w:p>
      <w:pPr>
        <w:jc w:val="right"/>
      </w:pPr>
      <w:r>
        <w:t>ہر دن آپ کو کوئی نہ کوئی خبر ملتی ہے کسی کے مرنے کی۔ اس کو لے کر سوچیے کہ اسی طرح میں بھی مر جاؤں گا ایک دن مر جاؤں گا۔ اور میں بھی اللہ کے سامنے کھڑا کر دیا جاؤں گا۔</w:t>
      </w:r>
    </w:p>
    <w:p>
      <w:r>
        <w:rPr>
          <w:b/>
        </w:rPr>
        <w:t xml:space="preserve">[58:37] </w:t>
      </w:r>
      <w:r>
        <w:t>To jab aap is tarah sochenge to aap ka bilkul badal jaye ga sab kuch. Pattern badal jaye ga.</w:t>
      </w:r>
    </w:p>
    <w:p>
      <w:pPr>
        <w:jc w:val="right"/>
      </w:pPr>
      <w:r>
        <w:t>تو جب آپ اس طرح سوچیں گے تو آپ کا بالکل بدل جائے گا سب کچھ۔ Pattern بدل جائے گا۔</w:t>
      </w:r>
    </w:p>
    <w:p>
      <w:r>
        <w:rPr>
          <w:b/>
        </w:rPr>
        <w:t xml:space="preserve">[58:45] </w:t>
      </w:r>
      <w:r>
        <w:t>Jo pattern aap ne bana rakha hai woh bilkul badal jaye ga. Ek aur hi pattern zindagi ka banega. Yeh matlab hai is hadith ka.</w:t>
      </w:r>
    </w:p>
    <w:p>
      <w:pPr>
        <w:jc w:val="right"/>
      </w:pPr>
      <w:r>
        <w:t>جو pattern آپ نے بنا رکھا ہے وہ بالکل بدل جائے گا۔ ایک اور ہی pattern زندگی کا بنے گا۔ یہ مطلب ہے اس حدیث کا۔</w:t>
      </w:r>
    </w:p>
    <w:p>
      <w:r>
        <w:rPr>
          <w:b/>
        </w:rPr>
        <w:t xml:space="preserve">[58:54] </w:t>
      </w:r>
      <w:r>
        <w:t>maulana agla sawal bangalore se hai aanhon ne sawal kiya hai unhon ne apna naam nahi likha hai. un ka sawal is tareeqe se hai maulana ek taraf aap hain jo peaceful islam ki baat karte hain.</w:t>
      </w:r>
    </w:p>
    <w:p>
      <w:pPr>
        <w:jc w:val="right"/>
      </w:pPr>
      <w:r>
        <w:t>مولانا اگلا سوال بینگلور سے ہے آ جنہوں نے سوال کیا ہے انہوں نے اپنا نام نہیں لکھا ہے۔ ان کا سوال اس طریقے سے ہے مولانا ایک طرف آپ ہیں جو peaceful اسلام کی بات کرتے ہیں۔</w:t>
      </w:r>
    </w:p>
    <w:p>
      <w:r>
        <w:rPr>
          <w:b/>
        </w:rPr>
        <w:t xml:space="preserve">[59:09] </w:t>
      </w:r>
      <w:r>
        <w:t>aur doosri taraf boko haram jaisi tanzeemein hain jo violent islam ki tasweer pesh kar rahe hain. maulana hum logon ko kaise batayein ke islam ki tasweer violence mein nahi hai?</w:t>
      </w:r>
    </w:p>
    <w:p>
      <w:pPr>
        <w:jc w:val="right"/>
      </w:pPr>
      <w:r>
        <w:t>اور دوسری طرف بوکو حرام جیسی تنظیمیں ہیں جو violent اسلام کی تصویر پیش کر رہے ہیں۔ مولانا ہم لوگوں کو کیسے بتائیں کہ اسلام کی تصویر violence میں نہیں ہے؟</w:t>
      </w:r>
    </w:p>
    <w:p>
      <w:r>
        <w:rPr>
          <w:b/>
        </w:rPr>
        <w:t xml:space="preserve">[59:23] </w:t>
      </w:r>
      <w:r>
        <w:t>is ke bare mein batayein. bohat aasan hai aap mujh se poochein ke boko haram jo maarta hai logon ko bomb to kahan quran mein likha hua hai ke aisa karo larkiyon ko hostage banao bomb maar kar tabah karo yeh kahan likha hua hai quran mein?</w:t>
      </w:r>
    </w:p>
    <w:p>
      <w:pPr>
        <w:jc w:val="right"/>
      </w:pPr>
      <w:r>
        <w:t>اس کے بارے میں بتائیں۔ بہت آسان ہے آپ مجھ سے پوچھیں کہ بوکو حرام جو مارتا ہے لوگوں کو بم تو کہاں قرآن میں لکھا ہوا ہے کہ ایسا کرو لڑکیوں کو hostage بناؤ بم مار کر تباہ کرو یہ کہاں لکھا ہوا ہے قرآن میں؟</w:t>
      </w:r>
    </w:p>
    <w:p>
      <w:r>
        <w:rPr>
          <w:b/>
        </w:rPr>
        <w:t xml:space="preserve">[59:44] </w:t>
      </w:r>
      <w:r>
        <w:t>quran mein to dekhiye ayat hai ke ek shakhs ko agar tum ne mara ek fard ko to</w:t>
      </w:r>
    </w:p>
    <w:p>
      <w:pPr>
        <w:jc w:val="right"/>
      </w:pPr>
      <w:r>
        <w:t>قرآن میں تو دیکھیے آیت ہے کہ ایک شخص کو اگر تم نے مارا ایک فرد کو تو</w:t>
      </w:r>
    </w:p>
    <w:p>
      <w:r>
        <w:rPr>
          <w:b/>
        </w:rPr>
        <w:t xml:space="preserve">[59:53] </w:t>
      </w:r>
      <w:r>
        <w:t>saare mankind ko maarne ke barabar hai. to quran mein to yeh taleem hai. aur jo aadmi apne ko momin samjhe us us ke bare mein bhi quran mein ayat hai ke agar tum maroge to jahannum mein jaoge.</w:t>
      </w:r>
    </w:p>
    <w:p>
      <w:pPr>
        <w:jc w:val="right"/>
      </w:pPr>
      <w:r>
        <w:t>سارے mankind کو مارنے کے برابر ہے۔ تو قرآن میں تو یہ تعلیم ہے۔ اور جو آدمی اپنے کو مومن سمجھے اس اس کے بارے میں بھی قرآن میں آیت ہے کہ اگر تم مارو گے تو جہنم میں جاؤ گے۔</w:t>
      </w:r>
    </w:p>
    <w:p>
      <w:r>
        <w:rPr>
          <w:b/>
        </w:rPr>
        <w:t xml:space="preserve">[1:00:10] </w:t>
      </w:r>
      <w:r>
        <w:t>to aap yeh ayat aap dekh kar bataiye. to quran ek hamare liye is aitbaar se ek bohat bari cheez hai ke ek ke is ek hamare liye ek point of reference hai kisi baat ko batane ke liye.</w:t>
      </w:r>
    </w:p>
    <w:p>
      <w:pPr>
        <w:jc w:val="right"/>
      </w:pPr>
      <w:r>
        <w:t>تو آپ یہ آیت آپ دیکھ کر بتائیے۔ تو قرآن ایک ہمارے لیے اس اعتبار سے ایک بہت بڑی چیز ہے کہ ایک کہ اس ایک ہمارے لیے ایک point of reference ہے کسی بات کو بتانے کے لیے۔</w:t>
      </w:r>
    </w:p>
    <w:p>
      <w:r>
        <w:rPr>
          <w:b/>
        </w:rPr>
        <w:t xml:space="preserve">[1:00:22] </w:t>
      </w:r>
      <w:r>
        <w:t>agar quran na hota to hamare paas koi point of reference na hota. ab yeh to accepted hai ke yeh quran khuda ki kitab hai.</w:t>
      </w:r>
    </w:p>
    <w:p>
      <w:pPr>
        <w:jc w:val="right"/>
      </w:pPr>
      <w:r>
        <w:t>اگر قرآن نہ ہوتا تو ہمارے پاس کوئی point of reference نہ ہوتا۔ اب یہ تو accepted ہے کہ یہ قرآن خدا کی کتاب ہے۔</w:t>
      </w:r>
    </w:p>
    <w:p>
      <w:r>
        <w:rPr>
          <w:b/>
        </w:rPr>
        <w:t xml:space="preserve">[1:00:32] </w:t>
      </w:r>
      <w:r>
        <w:t>to aap un ko bataiye ke dekho kahan is mein jo hai woh to ulta hai. tum ko insaan ki jaan ka ehtram karna chahiye tum ko maar rahe ho.</w:t>
      </w:r>
    </w:p>
    <w:p>
      <w:pPr>
        <w:jc w:val="right"/>
      </w:pPr>
      <w:r>
        <w:t>تو آپ ان کو بتائیے کہ دیکھو کہاں اس میں جو ہے وہ تو الٹا ہے۔ تم کو انسان کی جان کا احترام کرنا چاہیے تم کو مار رہے ہو۔</w:t>
      </w:r>
    </w:p>
    <w:p>
      <w:r>
        <w:rPr>
          <w:b/>
        </w:rPr>
        <w:t xml:space="preserve">[1:00:40] </w:t>
      </w:r>
      <w:r>
        <w:t>ulta kar rahe ho. to pakad jaao pakde hoge tum. to quran ki woh aayatein hain un ko sunaiye jo un ke khilaaf jaati hain.</w:t>
      </w:r>
    </w:p>
    <w:p>
      <w:pPr>
        <w:jc w:val="right"/>
      </w:pPr>
      <w:r>
        <w:t>الٹا کر رہے ہو۔ تو پکڑ جاؤ پکڑے ہو گے تم۔ تو قرآن کی وہ آیتیں ہیں ان کو سنائیے جو ان کے خلاف جاتی ہیں۔</w:t>
      </w:r>
    </w:p>
    <w:p>
      <w:r>
        <w:rPr>
          <w:b/>
        </w:rPr>
        <w:t xml:space="preserve">[1:00:50] </w:t>
      </w:r>
      <w:r>
        <w:t>aur jo peace ki baatein karti hain. is par aap ne bohat likha hai aap hamari kitabon ko padhiye.</w:t>
      </w:r>
    </w:p>
    <w:p>
      <w:pPr>
        <w:jc w:val="right"/>
      </w:pPr>
      <w:r>
        <w:t>اور جو peace کی باتیں کرتی ہیں۔ اس پر آپ نے بہت لکھا ہے آپ ہماری کتابوں کو پڑھیے۔</w:t>
      </w:r>
    </w:p>
    <w:p>
      <w:r>
        <w:rPr>
          <w:b/>
        </w:rPr>
        <w:t xml:space="preserve">[1:01:00] </w:t>
      </w:r>
      <w:r>
        <w:t>maulana agla sawal dilli se kiya hai jameel akhtar sahab ne. unhon ne likha hai ke deen ki siyasi taabeer sahi nahi.</w:t>
      </w:r>
    </w:p>
    <w:p>
      <w:pPr>
        <w:jc w:val="right"/>
      </w:pPr>
      <w:r>
        <w:t>مولانا اگلا سوال دلی سے کیا ہے جمیل اختر صاحب نے۔ انہوں نے لکھا ہے کہ دین کی سیاسی تعبیر صحیح نہیں۔</w:t>
      </w:r>
    </w:p>
    <w:p>
      <w:r>
        <w:rPr>
          <w:b/>
        </w:rPr>
        <w:t xml:space="preserve">[1:01:11] </w:t>
      </w:r>
      <w:r>
        <w:t>deen ki fiqhi taabeer sahi nahi waghera. to deen ki sainsi taabeer kyon sahi ho sakti hai jabke sainsi nazariyat badalte rahe hain?</w:t>
      </w:r>
    </w:p>
    <w:p>
      <w:pPr>
        <w:jc w:val="right"/>
      </w:pPr>
      <w:r>
        <w:t>دین کی فقہی تعبیر صحیح نہیں وغیرہ۔ تو دین کی سائنسی تعبیر کیوں صحیح ہو سکتی ہے جبکہ سائنسی نظریات بدلتے رہے ہیں؟</w:t>
      </w:r>
    </w:p>
    <w:p>
      <w:r>
        <w:rPr>
          <w:b/>
        </w:rPr>
        <w:t xml:space="preserve">[1:01:24] </w:t>
      </w:r>
      <w:r>
        <w:t>dekhiye deen ki siyasi taabeer ka main to qail hoon nahi. un se poochein jo deen ki sainsi taabeer karna chahte hain. maine to kabhi nahi kaha.</w:t>
      </w:r>
    </w:p>
    <w:p>
      <w:pPr>
        <w:jc w:val="right"/>
      </w:pPr>
      <w:r>
        <w:t>دیکھیے دین کی سیاسی تعبیر کا میں تو قائل ہوں نہیں۔ ان سے پوچھیں جو دین کی سائنسی تعبیر کرنا چاہتے ہیں۔ میں نے تو کبھی نہیں کہا۔</w:t>
      </w:r>
    </w:p>
    <w:p>
      <w:r>
        <w:rPr>
          <w:b/>
        </w:rPr>
        <w:t xml:space="preserve">[1:01:34] </w:t>
      </w:r>
      <w:r>
        <w:t>maine kabhi bhi nahi kaha ke islam ka scientific interpretation karna hai. sainsi taabeer karna hai. science yaad rakhiye hum ko data deti hai data interpretation nahi deti hai.</w:t>
      </w:r>
    </w:p>
    <w:p>
      <w:pPr>
        <w:jc w:val="right"/>
      </w:pPr>
      <w:r>
        <w:t>میں نے کبھی بھی نہیں کہا کہ اسلام کا scientific interpretation کرنا ہے۔ سائنسی تعبیر کرنا ہے۔ سائنس یاد رکھیے ہم کو data دیتی ہے data interpretation نہیں دیتی ہے۔</w:t>
      </w:r>
    </w:p>
    <w:p>
      <w:r>
        <w:rPr>
          <w:b/>
        </w:rPr>
        <w:t xml:space="preserve">[1:01:49] </w:t>
      </w:r>
      <w:r>
        <w:t>interpretation ek alag cheez hai data ek alag cheez hai. science hum ko data deti hai jis se hum quran ki bohat si aayaton ko mazeed tafseel ke sath samajh sakte hain.</w:t>
      </w:r>
    </w:p>
    <w:p>
      <w:pPr>
        <w:jc w:val="right"/>
      </w:pPr>
      <w:r>
        <w:t>interpretation ایک الگ چیز ہے data ایک الگ چیز ہے۔ سائنس ہم کو data دیتی ہے جس سے ہم قرآن کی بہت سی آیتوں کو مزید تفصیل کے ساتھ سمجھ سکتے ہیں۔</w:t>
      </w:r>
    </w:p>
    <w:p>
      <w:r>
        <w:rPr>
          <w:b/>
        </w:rPr>
        <w:t xml:space="preserve">[1:02:01] </w:t>
      </w:r>
      <w:r>
        <w:t>aur yeh maine apni kitabon mein likha hai apni padh li jiye. ke kis tarah science ka data hamare liye karamad hai.</w:t>
      </w:r>
    </w:p>
    <w:p>
      <w:pPr>
        <w:jc w:val="right"/>
      </w:pPr>
      <w:r>
        <w:t>اور یہ میں نے اپنی کتابوں میں لکھا ہے اپنی پڑھ لیجیے۔ کہ کس طرح سائنس کا data ہمارے لیے کارآمد ہے۔</w:t>
      </w:r>
    </w:p>
    <w:p>
      <w:r>
        <w:rPr>
          <w:b/>
        </w:rPr>
        <w:t xml:space="preserve">[1:02:10] </w:t>
      </w:r>
      <w:r>
        <w:t>baqi science yaani sainsi taabeer islam ki jo is ka qail ho us se poochein main to is ka qail hoon nahi.</w:t>
      </w:r>
    </w:p>
    <w:p>
      <w:pPr>
        <w:jc w:val="right"/>
      </w:pPr>
      <w:r>
        <w:t>باقی سائنس یعنی سائنسی تعبیر اسلام کی جو اس کا قائل ہو اس سے پوچھیں میں تو اس کا قائل ہوں نہیں۔</w:t>
      </w:r>
    </w:p>
    <w:p>
      <w:r>
        <w:rPr>
          <w:b/>
        </w:rPr>
        <w:t xml:space="preserve">[1:02:23] </w:t>
      </w:r>
      <w:r>
        <w:t>maulana agla sawal raipur se kiya hai idrees sahab ne. unhon ne ek comment diya hai aur phir sawal poocha hai. comment mein unhon ne likha hai ke today's lecture was very inspiring and thought provoking.</w:t>
      </w:r>
    </w:p>
    <w:p>
      <w:pPr>
        <w:jc w:val="right"/>
      </w:pPr>
      <w:r>
        <w:t>مولانا اگلا سوال رائے پور سے کیا ہے ادریس صاحب نے۔ انہوں نے ایک comment دیا ہے اور پھر سوال پوچھا ہے۔ comment میں انہوں نے لکھا ہے کہ today's lecture was very inspiring and thought provoking۔</w:t>
      </w:r>
    </w:p>
    <w:p>
      <w:r>
        <w:rPr>
          <w:b/>
        </w:rPr>
        <w:t xml:space="preserve">[1:02:39] </w:t>
      </w:r>
      <w:r>
        <w:t>aur unhon ne sawal mein likha hai ke Mongolians conquered Arab and later accepted Islam</w:t>
      </w:r>
    </w:p>
    <w:p>
      <w:pPr>
        <w:jc w:val="right"/>
      </w:pPr>
      <w:r>
        <w:t>اور انہوں نے سوال میں لکھا ہے کہ Mongolians conquered Arab and later accepted Islam</w:t>
      </w:r>
    </w:p>
    <w:p>
      <w:r>
        <w:rPr>
          <w:b/>
        </w:rPr>
        <w:t xml:space="preserve">[1:02:46] </w:t>
      </w:r>
      <w:r>
        <w:t>۔ How did this happen؟ Is this also an example that Islam is not spread by sword but by ideology؟</w:t>
      </w:r>
    </w:p>
    <w:p>
      <w:pPr>
        <w:jc w:val="right"/>
      </w:pPr>
      <w:r>
        <w:t>۔ How did this happen؟ Is this also an example that Islam is not spread by sword but by ideology؟</w:t>
      </w:r>
    </w:p>
    <w:p>
      <w:r>
        <w:rPr>
          <w:b/>
        </w:rPr>
        <w:t xml:space="preserve">[1:02:56] </w:t>
      </w:r>
      <w:r>
        <w:t>dekhiye theek isi waqe ke bare mein history ne likha hai the religion of Muslims have conquered where their arms had failed ke is zamane ke jo musalman the unhon ne pehle ladne ki koshish ki.</w:t>
      </w:r>
    </w:p>
    <w:p>
      <w:pPr>
        <w:jc w:val="right"/>
      </w:pPr>
      <w:r>
        <w:t>دیکھیے ٹھیک اسی واقعے کے بارے میں history نے لکھا ہے the religion of Muslims have conquered where their arms had failed کہ اس زمانے کے جو مسلمان تھے انہوں نے پہلے لڑنے کی کوشش کی۔</w:t>
      </w:r>
    </w:p>
    <w:p>
      <w:r>
        <w:rPr>
          <w:b/>
        </w:rPr>
        <w:t xml:space="preserve">[1:03:12] </w:t>
      </w:r>
      <w:r>
        <w:t>ibn taimiya ne baqayda fatwa diya. lekin kuch hua nahi un ki ladai se kuch hua nahi. baad ko jo hua woh yeh hai ke quran ke zariye se unhon ne islam phaila aur un ki majority ne islam qabool kar liya.</w:t>
      </w:r>
    </w:p>
    <w:p>
      <w:pPr>
        <w:jc w:val="right"/>
      </w:pPr>
      <w:r>
        <w:t>ابن تیمیہ نے باقاعدہ فتویٰ دیا۔ لیکن کچھ ہوا نہیں ان کی لڑائی سے کچھ ہوا نہیں۔ بعد کو جو ہوا وہ یہ ہے کہ قرآن کے ذریعے سے انہوں نے اسلام پھیلا اور ان کی majority نے اسلام قبول کر لیا۔</w:t>
      </w:r>
    </w:p>
    <w:p>
      <w:r>
        <w:rPr>
          <w:b/>
        </w:rPr>
        <w:t xml:space="preserve">[1:03:28] </w:t>
      </w:r>
      <w:r>
        <w:t>to jihad ke fatwe se masla nahi khatam hua tha. talwar ke islam is istemal se masla nahi khatam hua tha. masla khatam kiya tha quran ne.</w:t>
      </w:r>
    </w:p>
    <w:p>
      <w:pPr>
        <w:jc w:val="right"/>
      </w:pPr>
      <w:r>
        <w:t>تو جہاد کے فتویٰ سے مسئلہ نہیں ختم ہوا تھا۔ تلوار کے اسلام اس استعمال سے مسئلہ نہیں ختم ہوا تھا۔ مسئلہ ختم کیا تھا قرآن نے۔</w:t>
      </w:r>
    </w:p>
    <w:p>
      <w:r>
        <w:rPr>
          <w:b/>
        </w:rPr>
        <w:t xml:space="preserve">[1:03:38] </w:t>
      </w:r>
      <w:r>
        <w:t>isi ka tanzeeya kiya hai is ne hitti ne apni kitab mein. aur yahan yeh lafz likha hai ke ke the religion of Islam have conquered where their arms had failed.</w:t>
      </w:r>
    </w:p>
    <w:p>
      <w:pPr>
        <w:jc w:val="right"/>
      </w:pPr>
      <w:r>
        <w:t>اسی کا تجزیہ کیا ہے اس نے ہٹی نے اپنی کتاب میں۔ اور یہاں یہ لفظ لکھا ہے کہ کہ the religion of Islam have conquered where their arms had failed۔</w:t>
      </w:r>
    </w:p>
    <w:p>
      <w:r>
        <w:rPr>
          <w:b/>
        </w:rPr>
        <w:t xml:space="preserve">[1:03:49] </w:t>
      </w:r>
      <w:r>
        <w:t>to woh woh waqe bhi isi ki jo main ne aaj kaha isi ke ek mazeed confirmation hai isi ka.</w:t>
      </w:r>
    </w:p>
    <w:p>
      <w:pPr>
        <w:jc w:val="right"/>
      </w:pPr>
      <w:r>
        <w:t>تو وہ وہ واقعہ بھی اسی کی جو میں نے آج کہا اسی کے ایک مزید confirmation ہے اسی کا۔</w:t>
      </w:r>
    </w:p>
    <w:p>
      <w:r>
        <w:rPr>
          <w:b/>
        </w:rPr>
        <w:t xml:space="preserve">[1:04:01] </w:t>
      </w:r>
      <w:r>
        <w:t>molana agla sawal miss naghma siddiqui ne kiya hai dilli se. unhon ne likha hai ke what do we need to do in ourselves to receive guidance from the quran?</w:t>
      </w:r>
    </w:p>
    <w:p>
      <w:pPr>
        <w:jc w:val="right"/>
      </w:pPr>
      <w:r>
        <w:t>مولانا اگلا سوال مس نغمہ صدیقی نے کیا ہے دلی سے۔ انہوں نے لکھا ہے کہ what do we need to do in ourselves to receive guidance from the قرآن؟</w:t>
      </w:r>
    </w:p>
    <w:p>
      <w:r>
        <w:rPr>
          <w:b/>
        </w:rPr>
        <w:t xml:space="preserve">[1:04:13] </w:t>
      </w:r>
      <w:r>
        <w:t>is ko quran hadith mein taahud kaha gaya hai taahud kijiye. taahud ka matlab hota hai yaani is se is ko aap khoob is ko study karna is par sochte rehna aur mind mein bar bar is ko revive karna.</w:t>
      </w:r>
    </w:p>
    <w:p>
      <w:pPr>
        <w:jc w:val="right"/>
      </w:pPr>
      <w:r>
        <w:t>اس کو قرآن حدیث میں تعہد کہا گیا ہے تعہد کیجیے۔ تعہد کا مطلب ہوتا ہے یعنی اس سے اس کو آپ خوب اس کو study کرنا اس پر سوچتے رہنا اور mind میں بار بار اس کو revive کرنا۔</w:t>
      </w:r>
    </w:p>
    <w:p>
      <w:r>
        <w:rPr>
          <w:b/>
        </w:rPr>
        <w:t xml:space="preserve">[1:04:33] </w:t>
      </w:r>
      <w:r>
        <w:t>yeh ab yeh ab jab aap karein ge to baatein khulti rahein gi. baatein khulti rahein gi. taahud ki zaroorat hai taahud.</w:t>
      </w:r>
    </w:p>
    <w:p>
      <w:pPr>
        <w:jc w:val="right"/>
      </w:pPr>
      <w:r>
        <w:t>یہ اب یہ اب جب آپ کریں گے تو باتیں کھلتی رہیں گی۔ باتیں کھلتی رہیں گی۔ تعہد کی ضرورت ہے تعہد۔</w:t>
      </w:r>
    </w:p>
    <w:p>
      <w:r>
        <w:rPr>
          <w:b/>
        </w:rPr>
        <w:t xml:space="preserve">[1:04:42] </w:t>
      </w:r>
      <w:r>
        <w:t>taahud ke maani yahi hote hain ke quran ki aayaton ko quran ke mazameen ko apne mind mein bar bar revive karein sochein sochein tadabbur karein.</w:t>
      </w:r>
    </w:p>
    <w:p>
      <w:pPr>
        <w:jc w:val="right"/>
      </w:pPr>
      <w:r>
        <w:t>تعہد کے معنی یہی ہوتے ہیں کہ قرآن کی آیتوں کو قرآن کے مضامین کو اپنے mind میں بار بار revive کریں سوچیں سوچیں تدبر کریں۔</w:t>
      </w:r>
    </w:p>
    <w:p>
      <w:r>
        <w:rPr>
          <w:b/>
        </w:rPr>
        <w:t xml:space="preserve">[1:04:56] </w:t>
      </w:r>
      <w:r>
        <w:t>yahi yahi yahi tareeqa hai aur koi doosra tareeqa nahin.</w:t>
      </w:r>
    </w:p>
    <w:p>
      <w:pPr>
        <w:jc w:val="right"/>
      </w:pPr>
      <w:r>
        <w:t>یہی یہی یہی طریقہ ہے اور کوئی دوسرا طریقہ نہیں۔</w:t>
      </w:r>
    </w:p>
    <w:p>
      <w:r>
        <w:rPr>
          <w:b/>
        </w:rPr>
        <w:t xml:space="preserve">[1:05:04] </w:t>
      </w:r>
      <w:r>
        <w:t>molana agla sawal kiya hai shahnawaz zafar sahib ne dilli se. unhon ne likha hai ke islam ne peace aur ideology ka ek naya process shuru kiya jis ka result bohat baad ko aana tha.</w:t>
      </w:r>
    </w:p>
    <w:p>
      <w:pPr>
        <w:jc w:val="right"/>
      </w:pPr>
      <w:r>
        <w:t>مولانا اگلا سوال کیا ہے شاہنواز ظفر صاحب نے دلی سے۔ انہوں نے لکھا ہے کہ اسلام نے peace اور ideology کا ایک نیا process شروع کیا جس کا result بہت بعد کو آنا تھا۔</w:t>
      </w:r>
    </w:p>
    <w:p>
      <w:r>
        <w:rPr>
          <w:b/>
        </w:rPr>
        <w:t xml:space="preserve">[1:05:20] </w:t>
      </w:r>
      <w:r>
        <w:t>sahaba ne waqt aur halaat ki wajah se ek doosre se jang ki. lekin aaj ka musalman islam ke is naye process ko samajh na saka aur sahaba ke violence wale pehlu ko hi follow karne laga.</w:t>
      </w:r>
    </w:p>
    <w:p>
      <w:pPr>
        <w:jc w:val="right"/>
      </w:pPr>
      <w:r>
        <w:t>صحابہ نے وقت اور حالات کی وجہ سے ایک دوسرے سے جنگ کی۔ لیکن آج کا مسلمان اسلام کے اس نئے process کو سمجھ نہ سکا اور صحابہ کے violence والے پہلو کو ہی follow کرنے لگا۔</w:t>
      </w:r>
    </w:p>
    <w:p>
      <w:r>
        <w:rPr>
          <w:b/>
        </w:rPr>
        <w:t xml:space="preserve">[1:05:36] </w:t>
      </w:r>
      <w:r>
        <w:t>aaj musalmanon ka tareeqa jang bilkul wahi hai jo sahaba ka tha lekin aaj halaat woh nahin hain jo sahaba ke waqt mein thay.</w:t>
      </w:r>
    </w:p>
    <w:p>
      <w:pPr>
        <w:jc w:val="right"/>
      </w:pPr>
      <w:r>
        <w:t>آج مسلمانوں کا طریقہ جنگ بالکل وہی ہے جو صحابہ کا تھا لیکن آج حالات وہ نہیں ہیں جو صحابہ کے وقت میں تھے۔</w:t>
      </w:r>
    </w:p>
    <w:p>
      <w:r>
        <w:rPr>
          <w:b/>
        </w:rPr>
        <w:t xml:space="preserve">[1:05:46] </w:t>
      </w:r>
      <w:r>
        <w:t>is ignorance ki wajah se aaj musalman peace ko daryaft na kar saka. molana is is ki wazahat karein. wahan pe kitabein jo likhi gayi is poore daur mein bohat hi ghalat numaindagi is mein hai.</w:t>
      </w:r>
    </w:p>
    <w:p>
      <w:pPr>
        <w:jc w:val="right"/>
      </w:pPr>
      <w:r>
        <w:t>اس ignorance کی وجہ سے آج مسلمان peace کو دریافت نہ کر سکے۔ مولانا اس اس کی وضاحت کریں۔ وہاں پہ کتابیں جو لکھی گئی اس پورے دور میں بہت ہی غلط نمائندگی اس میں ہے۔</w:t>
      </w:r>
    </w:p>
    <w:p>
      <w:r>
        <w:rPr>
          <w:b/>
        </w:rPr>
        <w:t xml:space="preserve">[1:06:01] </w:t>
      </w:r>
      <w:r>
        <w:t>jaise iqbal ka shair hai talwar woh shair hai ke teghon ke saaye mein kya hai woh pal kar jawan hue hain khanjar hilal ka hai quomi nasha hamara.</w:t>
      </w:r>
    </w:p>
    <w:p>
      <w:pPr>
        <w:jc w:val="right"/>
      </w:pPr>
      <w:r>
        <w:t>جیسے اقبال کا شعر ہے تلوار وہ شعر ہے کہ تیغوں کے سائے میں کیا ہے وہ پل کر جواں ہوئے ہیں خنجر ہلال کا ہے قومی نشہ ہمارا۔</w:t>
      </w:r>
    </w:p>
    <w:p>
      <w:r>
        <w:rPr>
          <w:b/>
        </w:rPr>
        <w:t xml:space="preserve">[1:06:15] </w:t>
      </w:r>
      <w:r>
        <w:t>to isi qism ki kitabein yahan se wahan tak likhi gayi hain saari. aaj bhi likhi ja rahi hain. jis mein jihad ko highlight karte hain. ladai ko highlight karte hain.</w:t>
      </w:r>
    </w:p>
    <w:p>
      <w:pPr>
        <w:jc w:val="right"/>
      </w:pPr>
      <w:r>
        <w:t>تو اسی قسم کی کتابیں یہاں سے وہاں تک لکھی گئی ہیں ساری۔ آج بھی لکھی جا رہی ہیں۔ جس میں جہاد کو highlight کرتے ہیں۔ لڑائی کو highlight کرتے ہیں۔</w:t>
      </w:r>
    </w:p>
    <w:p>
      <w:r>
        <w:rPr>
          <w:b/>
        </w:rPr>
        <w:t xml:space="preserve">[1:06:25] </w:t>
      </w:r>
      <w:r>
        <w:t>abhi bhi musalmanon ka mizaj hai ke takrao ki baatein kijiye to bohat bheer akatha ho jaye gi. abhi bhi mizaj hai. to yeh ghalat numaindagi jo ki hai musalmanon ne is ka nateeja hai.</w:t>
      </w:r>
    </w:p>
    <w:p>
      <w:pPr>
        <w:jc w:val="right"/>
      </w:pPr>
      <w:r>
        <w:t>ابھی بھی مسلمانوں کا مزاج ہے کہ ٹکراؤ کی باتیں کیجیے تو بہت بھیڑ اکٹھا ہو جائے گی۔ ابھی بھی مزاج ہے۔ تو یہ غلط نمائندگی جو کی ہے مسلمانوں نے اس کا نتیجہ ہے۔</w:t>
      </w:r>
    </w:p>
    <w:p>
      <w:r>
        <w:rPr>
          <w:b/>
        </w:rPr>
        <w:t xml:space="preserve">[1:06:38] </w:t>
      </w:r>
      <w:r>
        <w:t>to hum ko lotna hoga peechay ki taraf. ek muhaddis ne bohat sahi kaha tha ke ala</w:t>
      </w:r>
    </w:p>
    <w:p>
      <w:pPr>
        <w:jc w:val="right"/>
      </w:pPr>
      <w:r>
        <w:t>تو ہم کو لوٹنا ہوگا پیچھے کی طرف۔ ایک محدث نے بہت صحیح کہا تھا کہ الا</w:t>
      </w:r>
    </w:p>
    <w:p>
      <w:r>
        <w:rPr>
          <w:b/>
        </w:rPr>
        <w:t xml:space="preserve">[1:06:50] </w:t>
      </w:r>
      <w:r>
        <w:t>bhi hua ke is ummat ke baad ke logon ka muamla bhi isi tareeqay se durust hoga jaise shuru ke logon ka muamla durust hua tha. to yeh beech mein jo qital aur badshahat aur empire aur jang hai yeh sab jo chalta raha is se peechay hatiye peechay hatiye peechay hatiye.</w:t>
      </w:r>
    </w:p>
    <w:p>
      <w:pPr>
        <w:jc w:val="right"/>
      </w:pPr>
      <w:r>
        <w:t>بھی ہوا کہ اس امت کے بعد کے لوگوں کا معاملہ بھی اسی طریقے سے درست ہوگا جیسے شروع کے لوگوں کا معاملہ درست ہوا تھا۔ تو یہ بیچ میں جو قتال اور بادشاہت اور empire اور جنگ ہے یہ سب جو چلتا رہا اس سے پیچھے ہٹیے پیچھے ہٹیے پیچھے ہٹیے۔</w:t>
      </w:r>
    </w:p>
    <w:p>
      <w:r>
        <w:rPr>
          <w:b/>
        </w:rPr>
        <w:t xml:space="preserve">[1:07:08] </w:t>
      </w:r>
      <w:r>
        <w:t>aur wahan jaiye jahan rasool allah ne jo peace ka yaani peaceful tareeqay se toheed ka kaam kiya tha.</w:t>
      </w:r>
    </w:p>
    <w:p>
      <w:pPr>
        <w:jc w:val="right"/>
      </w:pPr>
      <w:r>
        <w:t>اور وہاں جائیے جہاں رسول اللہ نے جو peace کا یعنی peaceful طریقے سے توحید کا کام کیا تھا۔</w:t>
      </w:r>
    </w:p>
    <w:p>
      <w:r>
        <w:rPr>
          <w:b/>
        </w:rPr>
        <w:t xml:space="preserve">[1:07:18] </w:t>
      </w:r>
      <w:r>
        <w:t>is is model ko apnaiye. political model ko chodiye is model ko apnaiye. isi se yaani muamla durust hoga.</w:t>
      </w:r>
    </w:p>
    <w:p>
      <w:pPr>
        <w:jc w:val="right"/>
      </w:pPr>
      <w:r>
        <w:t>اس اس ماڈل کو اپنائیے۔ Political ماڈل کو چھوڑیے اس ماڈل کو اپنائیے۔ اسی سے یعنی معاملہ درست ہوگا۔</w:t>
      </w:r>
    </w:p>
    <w:p>
      <w:r>
        <w:rPr>
          <w:b/>
        </w:rPr>
        <w:t xml:space="preserve">[1:07:34] </w:t>
      </w:r>
      <w:r>
        <w:t>molana agla sawal dilli se kiya hai ans sahib ne. unhon ne likha hai ke molana some people read quran with its meaning and tafsir but they do not get anything from it as guidance.</w:t>
      </w:r>
    </w:p>
    <w:p>
      <w:pPr>
        <w:jc w:val="right"/>
      </w:pPr>
      <w:r>
        <w:t>مولانا اگلا سوال دلی سے کیا ہے انس صاحب نے۔ انہوں نے لکھا ہے کہ مولانا some people read قرآن with its meaning and تفسیر but they do not get anything from it as guidance۔</w:t>
      </w:r>
    </w:p>
    <w:p>
      <w:r>
        <w:rPr>
          <w:b/>
        </w:rPr>
        <w:t xml:space="preserve">[1:07:49] </w:t>
      </w:r>
      <w:r>
        <w:t>why is this so? ab bhi mein yeh keh sakta hoon ke bhai bar bar parha jaye bar bar parha jaye. aur jo supportive literature hai wahi parha jaye.</w:t>
      </w:r>
    </w:p>
    <w:p>
      <w:pPr>
        <w:jc w:val="right"/>
      </w:pPr>
      <w:r>
        <w:t>Why is this so؟ اب بھی میں یہ کہہ سکتا ہوں کہ بھئی بار بار پڑھا جائے بار بار پڑھا جائے۔ اور جو supportive literature ہے وہی پڑھا جائے۔</w:t>
      </w:r>
    </w:p>
    <w:p>
      <w:r>
        <w:rPr>
          <w:b/>
        </w:rPr>
        <w:t xml:space="preserve">[1:08:00] </w:t>
      </w:r>
      <w:r>
        <w:t>dekhiye sirf quran ka tarjuma parhna kafi nahin hai. supportive literature bhi zaroori hai ke logon ko parhaya jaye. dono sath sath hona chahiye.</w:t>
      </w:r>
    </w:p>
    <w:p>
      <w:pPr>
        <w:jc w:val="right"/>
      </w:pPr>
      <w:r>
        <w:t>دیکھیے صرف قرآن کا ترجمہ پڑھنا کافی نہیں ہے۔ Supportive literature بھی ضروری ہے کہ لوگوں کو پڑھایا جائے۔ دونوں ساتھ ساتھ ہونا چاہیے۔</w:t>
      </w:r>
    </w:p>
    <w:p>
      <w:r>
        <w:rPr>
          <w:b/>
        </w:rPr>
        <w:t xml:space="preserve">[1:08:10] </w:t>
      </w:r>
      <w:r>
        <w:t>jaise hamare haan se tarjume chhap rahe hain har zaban mein. to woh tabligh aam ke liye bohat acha kaam hai. lekin sath sath zaroori hai ke supportive literature jo hai hamare haan se is ko bhi logon ko diya jaye.</w:t>
      </w:r>
    </w:p>
    <w:p>
      <w:pPr>
        <w:jc w:val="right"/>
      </w:pPr>
      <w:r>
        <w:t>جیسے ہمارے ہاں سے ترجمے چھپ رہے ہیں ہر زبان میں۔ تو وہ تبلیغ عام کے لیے بہت اچھا کام ہے۔ لیکن ساتھ ساتھ ضروری ہے کہ supportive literature جو ہے ہمارے ہاں سے اس کو بھی لوگوں کو دیا جائے۔</w:t>
      </w:r>
    </w:p>
    <w:p>
      <w:r>
        <w:rPr>
          <w:b/>
        </w:rPr>
        <w:t xml:space="preserve">[1:08:24] </w:t>
      </w:r>
      <w:r>
        <w:t>tab ja kar is ka sahi andaz mein woh samajh payein ge quran ko.</w:t>
      </w:r>
    </w:p>
    <w:p>
      <w:pPr>
        <w:jc w:val="right"/>
      </w:pPr>
      <w:r>
        <w:t>تب جا کر اس کا صحیح انداز میں وہ سمجھ پائیں گے قرآن کو۔</w:t>
      </w:r>
    </w:p>
    <w:p>
      <w:r>
        <w:rPr>
          <w:b/>
        </w:rPr>
        <w:t xml:space="preserve">[1:08:36] </w:t>
      </w:r>
      <w:r>
        <w:t>molana agla sawal bangalore se hai. faseehullah sahib ne kiya hai. unhon ne likha hai ke molana hadith mein rasool allah ke hawale se aisi ajeeb baatein aayi hain jise sunte hi lagta hai ke rasool allah ka kalam nahin ho sakta.</w:t>
      </w:r>
    </w:p>
    <w:p>
      <w:pPr>
        <w:jc w:val="right"/>
      </w:pPr>
      <w:r>
        <w:t>مولانا اگلا سوال بینگلور سے ہے۔ فصیح اللہ صاحب نے کیا ہے۔ انہوں نے لکھا ہے کہ مولانا حدیث میں رسول اللہ کے حوالے سے ایسی عجیب باتیں آئی ہیں جسے سنتے ہی لگتا ہے کہ رسول اللہ کا کلام نہیں ہو سکتا۔</w:t>
      </w:r>
    </w:p>
    <w:p>
      <w:r>
        <w:rPr>
          <w:b/>
        </w:rPr>
        <w:t xml:space="preserve">[1:08:55] </w:t>
      </w:r>
      <w:r>
        <w:t>agar hum is tarah ki hadith ko nahin mante hain to ulama hum ko munkireen hadith samajh lete hain. molana ek usool batayein ke hum samajh sakein ke sahi hadith kya hai.</w:t>
      </w:r>
    </w:p>
    <w:p>
      <w:pPr>
        <w:jc w:val="right"/>
      </w:pPr>
      <w:r>
        <w:t>اگر ہم اس طرح کی حدیث کو نہیں مانتے ہیں تو علماء ہم کو منکرین حدیث سمجھ لیتے ہیں۔ مولانا ایک اصول بتائیں کہ ہم سمجھ سکیں کہ صحیح حدیث کیا ہے۔</w:t>
      </w:r>
    </w:p>
    <w:p>
      <w:r>
        <w:rPr>
          <w:b/>
        </w:rPr>
        <w:t xml:space="preserve">[1:09:10] </w:t>
      </w:r>
      <w:r>
        <w:t>ulama sirf sanad ki hadith ki sehat ko jante hain. hum text ki sehat ko kaise janein? is ke baray mein batayein.</w:t>
      </w:r>
    </w:p>
    <w:p>
      <w:pPr>
        <w:jc w:val="right"/>
      </w:pPr>
      <w:r>
        <w:t>علماء صرف سند کی حدیث کی صحت کو جانتے ہیں۔ ہم ٹیکسٹ کی صحت کو کیسے جانیں؟ اس کے بارے میں بتائیں۔</w:t>
      </w:r>
    </w:p>
    <w:p>
      <w:r>
        <w:rPr>
          <w:b/>
        </w:rPr>
        <w:t xml:space="preserve">[1:09:20] </w:t>
      </w:r>
      <w:r>
        <w:t>nahin aap ne sahi ulama ki sahi numaindagi nahin ki hai. yeh mere nazdeek durust nahin hai yeh baat. aur hadith ki ahmiyat bilashuba bohat hi zyada hai deen mein.</w:t>
      </w:r>
    </w:p>
    <w:p>
      <w:pPr>
        <w:jc w:val="right"/>
      </w:pPr>
      <w:r>
        <w:t>نہیں آپ نے صحیح علماء کی صحیح نمائندگی نہیں کی ہے۔ یہ میرے نزدیک درست نہیں ہے یہ بات۔ اور حدیث کی اہمیت بلاشبہ بہت ہی زیادہ ہے دین میں۔</w:t>
      </w:r>
    </w:p>
    <w:p>
      <w:r>
        <w:rPr>
          <w:b/>
        </w:rPr>
        <w:t xml:space="preserve">[1:09:36] </w:t>
      </w:r>
      <w:r>
        <w:t>hadith ke baghair deen deen hi nahin hoga. to is silsile mein mein sirf yeh keh sakta hoon ke aap hamara jo parcha hai december ka jo hadisi par tha wo is ko aap parhiye.</w:t>
      </w:r>
    </w:p>
    <w:p>
      <w:pPr>
        <w:jc w:val="right"/>
      </w:pPr>
      <w:r>
        <w:t>حدیث کے بغیر دین دین ہی نہیں ہوگا۔ تو اس سلسلے میں میں صرف یہ کہہ سکتا ہوں کہ آپ ہمارا جو پرچہ ہے دسمبر کا جو حدیثی پر تھا وہ اس کو آپ پڑھیے۔</w:t>
      </w:r>
    </w:p>
    <w:p>
      <w:r>
        <w:rPr>
          <w:b/>
        </w:rPr>
        <w:t xml:space="preserve">[1:09:51] </w:t>
      </w:r>
      <w:r>
        <w:t>december do hazar terah ka jo hamara mahana hamara risala hai wo sara ka sara hadith par hai. ab hadisi par ek aur hum ne shumarah tayyar kiya hai.</w:t>
      </w:r>
    </w:p>
    <w:p>
      <w:pPr>
        <w:jc w:val="right"/>
      </w:pPr>
      <w:r>
        <w:t>دسمبر دو ہزار تیرہ کا جو ہمارا ماہانہ ہمارا رسالہ ہے وہ سارا کا سارا حدیث پر ہے۔ اب حدیثی پر ایک اور ہم نے شمارہ تیار کیا ہے۔</w:t>
      </w:r>
    </w:p>
    <w:p>
      <w:r>
        <w:rPr>
          <w:b/>
        </w:rPr>
        <w:t xml:space="preserve">[1:10:01] </w:t>
      </w:r>
      <w:r>
        <w:t>woh bhi ek poora ek shumarah hai woh bhi chhapega ek do mahine mein. is ko bhi parhiye aap. aap ne jo ulama ke bare mein kaha hai woh sahi mein nahin samajhta is ko.</w:t>
      </w:r>
    </w:p>
    <w:p>
      <w:pPr>
        <w:jc w:val="right"/>
      </w:pPr>
      <w:r>
        <w:t>وہ بھی ایک پورا ایک شمارہ ہے وہ بھی چھپے گا ایک دو مہینے میں۔ اس کو بھی پڑھیے آپ۔ آپ نے جو علماء کے بارے میں کہا ہے وہ صحیح میں نہیں سمجھتا اس کو۔</w:t>
      </w:r>
    </w:p>
    <w:p>
      <w:r>
        <w:rPr>
          <w:b/>
        </w:rPr>
        <w:t xml:space="preserve">[1:10:13] </w:t>
      </w:r>
      <w:r>
        <w:t>yeh galat fehmi ki baat hai. phir bhi is masle ki wazahat ke liye aap hamare yeh dono shumaray aur risale ko parhiye. molana yeh comment aaya hai doctor farida khanoom ka dilli se aur woh chahti hain ke aap is pe kahein apni baat.</w:t>
      </w:r>
    </w:p>
    <w:p>
      <w:pPr>
        <w:jc w:val="right"/>
      </w:pPr>
      <w:r>
        <w:t>یہ غلط فہمی کی بات ہے۔ پھر بھی اس مسئلے کی وضاحت کے لیے آپ ہمارے یہ دونوں شمارے اور رسالے کو پڑھیے۔ مولانا یہ comment آیا ہے ڈاکٹر فریدہ خانم کا دلی سے اور وہ چاہتی ہیں کہ آپ اس پہ کہیں اپنی بات۔</w:t>
      </w:r>
    </w:p>
    <w:p>
      <w:r>
        <w:rPr>
          <w:b/>
        </w:rPr>
        <w:t xml:space="preserve">[1:10:29] </w:t>
      </w:r>
      <w:r>
        <w:t>un ka comment is tarike se hai ke muslims of today are not following sahaba model. sahaba dead not commit aggression.</w:t>
      </w:r>
    </w:p>
    <w:p>
      <w:pPr>
        <w:jc w:val="right"/>
      </w:pPr>
      <w:r>
        <w:t>ان کا comment اس طریقے سے ہے کہ مسلمز آف ٹوڈے آر ناٹ فالونگ صحابہ ماڈل۔ صحابہ ڈیڈ ناٹ کمیٹ ایگریشن۔</w:t>
      </w:r>
    </w:p>
    <w:p>
      <w:r>
        <w:rPr>
          <w:b/>
        </w:rPr>
        <w:t xml:space="preserve">[1:10:39] </w:t>
      </w:r>
      <w:r>
        <w:t>they dead fight in self defence. sahaba dead not fight for worldly interest like position of some land etsetra.</w:t>
      </w:r>
    </w:p>
    <w:p>
      <w:pPr>
        <w:jc w:val="right"/>
      </w:pPr>
      <w:r>
        <w:t>دے دے فاٹ ان سیلف ڈیفنس۔ صحابہ ڈیڈ ناٹ فائٹ فار ورلڈلی انٹرسٹ لائک پوزیشن آف سم لینڈ ایٹسٹرہ۔</w:t>
      </w:r>
    </w:p>
    <w:p>
      <w:r>
        <w:rPr>
          <w:b/>
        </w:rPr>
        <w:t xml:space="preserve">[1:10:49] </w:t>
      </w:r>
      <w:r>
        <w:t>they were engaged in dawah work peacefully.</w:t>
      </w:r>
    </w:p>
    <w:p>
      <w:pPr>
        <w:jc w:val="right"/>
      </w:pPr>
      <w:r>
        <w:t>دے وار انگیجڈ ان دعویٰ ورک پیس فلی۔</w:t>
      </w:r>
    </w:p>
    <w:p>
      <w:r>
        <w:rPr>
          <w:b/>
        </w:rPr>
        <w:t xml:space="preserve">[1:10:54] </w:t>
      </w:r>
      <w:r>
        <w:t>only at times they had to do battle in self defence under the command of their ruler. they never indulged in guerrilla war.</w:t>
      </w:r>
    </w:p>
    <w:p>
      <w:pPr>
        <w:jc w:val="right"/>
      </w:pPr>
      <w:r>
        <w:t>اونلی ایٹ ٹائمز دے ہیڈ ٹو ڈو بیٹل ان سیلف ڈیفنس انڈر دی کمانڈ آف دیر رولر۔ دے نیور انڈلجڈ ان گوریلا وار۔</w:t>
      </w:r>
    </w:p>
    <w:p>
      <w:r>
        <w:rPr>
          <w:b/>
        </w:rPr>
        <w:t xml:space="preserve">[1:11:05] </w:t>
      </w:r>
      <w:r>
        <w:t>sahi bilkul sahi. hundred percent sahi. molana yeh aakhri sawal hai jo naseeb ansari sahib ne kiya hai dilli se. unhon ne likha hai ke once i was discussing with my family members about my reading of quran in hindi.</w:t>
      </w:r>
    </w:p>
    <w:p>
      <w:pPr>
        <w:jc w:val="right"/>
      </w:pPr>
      <w:r>
        <w:t>صحیح بالکل صحیح۔ ہنڈرڈ پرسنٹ صحیح۔ مولانا یہ آخری سوال ہے جو نصیب انصاری صاحب نے کیا ہے دلی سے۔ انہوں نے لکھا ہے کہ ونس آئی واز ڈسکسنگ ود مائی فیملی ممبرز اباؤٹ مائی ریڈنگ آف قرآن ان ہندی۔</w:t>
      </w:r>
    </w:p>
    <w:p>
      <w:r>
        <w:rPr>
          <w:b/>
        </w:rPr>
        <w:t xml:space="preserve">[1:11:24] </w:t>
      </w:r>
      <w:r>
        <w:t>i i like reading hindi quran with the commentary. however they told me that i should read it in arabic only.</w:t>
      </w:r>
    </w:p>
    <w:p>
      <w:pPr>
        <w:jc w:val="right"/>
      </w:pPr>
      <w:r>
        <w:t>آئی آئی لائک ریڈنگ ہندی قرآن ود دا کمنٹری۔ ہاؤ ایور دے ٹولڈ می دیٹ آئی شوڈ ریڈ اٹ ان عربک اونلی۔</w:t>
      </w:r>
    </w:p>
    <w:p>
      <w:r>
        <w:rPr>
          <w:b/>
        </w:rPr>
        <w:t xml:space="preserve">[1:11:33] </w:t>
      </w:r>
      <w:r>
        <w:t>if i want the sawab.</w:t>
      </w:r>
    </w:p>
    <w:p>
      <w:pPr>
        <w:jc w:val="right"/>
      </w:pPr>
      <w:r>
        <w:t>اف آئی وانٹ دا ثواب۔</w:t>
      </w:r>
    </w:p>
    <w:p>
      <w:r>
        <w:rPr>
          <w:b/>
        </w:rPr>
        <w:t xml:space="preserve">[1:11:35] </w:t>
      </w:r>
      <w:r>
        <w:t>molana i would want to know your comment on this. nahin nahin bilkul galat baat hai. sawab ke liye nahin hai quran hota. rehnumai ke liye quran hai. okay we we will end the session now.</w:t>
      </w:r>
    </w:p>
    <w:p>
      <w:pPr>
        <w:jc w:val="right"/>
      </w:pPr>
      <w:r>
        <w:t>مولانا آئی وڈ وانٹ ٹو نو یور کمنٹ آن دس۔ نہیں نہیں بالکل غلط بات ہے۔ ثواب کے لیے نہیں ہے قرآن ہوتا۔ رہنمائی کے لیے قرآن ہے۔ اوکے وی ویل اینڈ دی سیشن ناؤ۔</w:t>
      </w:r>
    </w:p>
    <w:p>
      <w:r>
        <w:rPr>
          <w:b/>
        </w:rPr>
        <w:t xml:space="preserve">[1:11:45]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