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Task Ahead | October 11, 2009 | Maulana Wahiduddin Khan</w:t>
      </w:r>
    </w:p>
    <w:p>
      <w:r>
        <w:t>https://www.youtube.com/watch?v=07gb5LwpFpg</w:t>
      </w:r>
    </w:p>
    <w:p>
      <w:r>
        <w:rPr>
          <w:b/>
        </w:rPr>
        <w:t xml:space="preserve">[00:14] </w:t>
      </w:r>
      <w:r>
        <w:t>bismillah rahman rahim, wa salallahu ala nabiyil karim.</w:t>
      </w:r>
    </w:p>
    <w:p>
      <w:pPr>
        <w:jc w:val="right"/>
      </w:pPr>
      <w:r>
        <w:t>بسم اللہ الرحمن الرحیم، وصلی اللہ علی النبی الکریم۔</w:t>
      </w:r>
    </w:p>
    <w:p>
      <w:r>
        <w:rPr>
          <w:b/>
        </w:rPr>
        <w:t xml:space="preserve">[00:24] </w:t>
      </w:r>
      <w:r>
        <w:t>rab ishrah li sadri, wa yassir li amri, wahul uqdatan min lisani, yafqahu qawli.</w:t>
      </w:r>
    </w:p>
    <w:p>
      <w:pPr>
        <w:jc w:val="right"/>
      </w:pPr>
      <w:r>
        <w:t>رب اشرح لی صدری، ویسر لی امری، واحل العقدۃ من لسانی، یفقہ قولی۔</w:t>
      </w:r>
    </w:p>
    <w:p>
      <w:r>
        <w:rPr>
          <w:b/>
        </w:rPr>
        <w:t xml:space="preserve">[00:35] </w:t>
      </w:r>
      <w:r>
        <w:t>bohat pehle maine ek muslim magazine mein ek article padha tha,</w:t>
      </w:r>
    </w:p>
    <w:p>
      <w:pPr>
        <w:jc w:val="right"/>
      </w:pPr>
      <w:r>
        <w:t>بہت پہلے میں نے ایک مسلم میگزین میں ایک آرٹیکل پڑھا تھا،</w:t>
      </w:r>
    </w:p>
    <w:p>
      <w:r>
        <w:rPr>
          <w:b/>
        </w:rPr>
        <w:t xml:space="preserve">[00:45] </w:t>
      </w:r>
      <w:r>
        <w:t>is ka caption tha: "The task ahead", yani aage ke liye karne ka kaam, ya aaj ke liye</w:t>
      </w:r>
    </w:p>
    <w:p>
      <w:pPr>
        <w:jc w:val="right"/>
      </w:pPr>
      <w:r>
        <w:t>اس کا کیپشن تھا: "The task ahead"، یعنی آگے کے لیے کرنے کا کام، یا آج کے لیے</w:t>
      </w:r>
    </w:p>
    <w:p>
      <w:r>
        <w:rPr>
          <w:b/>
        </w:rPr>
        <w:t xml:space="preserve">[00:56] </w:t>
      </w:r>
      <w:r>
        <w:t>karne ka kaam.</w:t>
      </w:r>
    </w:p>
    <w:p>
      <w:pPr>
        <w:jc w:val="right"/>
      </w:pPr>
      <w:r>
        <w:t>کرنے کا کام۔</w:t>
      </w:r>
    </w:p>
    <w:p>
      <w:r>
        <w:rPr>
          <w:b/>
        </w:rPr>
        <w:t xml:space="preserve">[01:06] </w:t>
      </w:r>
      <w:r>
        <w:t>mujhe yeh caption yaad aaya aaj, aur main isi ko aaj ki baat cheet ka topic banata hoon,</w:t>
      </w:r>
    </w:p>
    <w:p>
      <w:pPr>
        <w:jc w:val="right"/>
      </w:pPr>
      <w:r>
        <w:t>مجھے یہ کیپشن یاد آیا آج، اور میں اسی کو آج کی بات چیت کا ٹاپک بناتا ہوں،</w:t>
      </w:r>
    </w:p>
    <w:p>
      <w:r>
        <w:rPr>
          <w:b/>
        </w:rPr>
        <w:t xml:space="preserve">[01:16] </w:t>
      </w:r>
      <w:r>
        <w:t>isi ka title banata hoon.</w:t>
      </w:r>
    </w:p>
    <w:p>
      <w:pPr>
        <w:jc w:val="right"/>
      </w:pPr>
      <w:r>
        <w:t>اسی کا ٹائٹل بناتا ہوں۔</w:t>
      </w:r>
    </w:p>
    <w:p>
      <w:r>
        <w:rPr>
          <w:b/>
        </w:rPr>
        <w:t xml:space="preserve">[01:24] </w:t>
      </w:r>
      <w:r>
        <w:t>dekhen, aaj sab pepron mein, pehle front page par jo sab se bari news hai, woh kya hai?</w:t>
      </w:r>
    </w:p>
    <w:p>
      <w:pPr>
        <w:jc w:val="right"/>
      </w:pPr>
      <w:r>
        <w:t>دیکھیں، آج سب پیپروں میں، پہلے فرنٹ پیج پر جو سب سے بڑی نیوز ہے، وہ کیا ہے؟</w:t>
      </w:r>
    </w:p>
    <w:p>
      <w:r>
        <w:rPr>
          <w:b/>
        </w:rPr>
        <w:t xml:space="preserve">[01:32] </w:t>
      </w:r>
      <w:r>
        <w:t>woh yeh hai ke pakistan ke army headquarters mein taliban ne hamla kar diya.</w:t>
      </w:r>
    </w:p>
    <w:p>
      <w:pPr>
        <w:jc w:val="right"/>
      </w:pPr>
      <w:r>
        <w:t>وہ یہ ہے کہ پاکستان کے آرمی ہیڈ کوارٹر میں طالبان نے حملہ کر دیا۔</w:t>
      </w:r>
    </w:p>
    <w:p>
      <w:r>
        <w:rPr>
          <w:b/>
        </w:rPr>
        <w:t xml:space="preserve">[01:40] </w:t>
      </w:r>
      <w:r>
        <w:t>mere hath mein yeh english akhbar hai: "Taliban attacked Pakistan Army Headquarters".</w:t>
      </w:r>
    </w:p>
    <w:p>
      <w:pPr>
        <w:jc w:val="right"/>
      </w:pPr>
      <w:r>
        <w:t>میرے ہاتھ میں یہ انگلش اخبار ہے: "Taliban attacked Pakistan Army Headquarters"۔</w:t>
      </w:r>
    </w:p>
    <w:p>
      <w:r>
        <w:rPr>
          <w:b/>
        </w:rPr>
        <w:t xml:space="preserve">[01:48] </w:t>
      </w:r>
      <w:r>
        <w:t>dekhen, yeh sada news nahi hai, yeh bohat hi zyada gambheer news hai.</w:t>
      </w:r>
    </w:p>
    <w:p>
      <w:pPr>
        <w:jc w:val="right"/>
      </w:pPr>
      <w:r>
        <w:t>دیکھیں، یہ سادہ نیوز نہیں ہے، یہ بہت ہی زیادہ گمبھیر نیوز ہے۔</w:t>
      </w:r>
    </w:p>
    <w:p>
      <w:r>
        <w:rPr>
          <w:b/>
        </w:rPr>
        <w:t xml:space="preserve">[01:56] </w:t>
      </w:r>
      <w:r>
        <w:t>is news ko parh kar mujhe ek hadith yaad aati hai, jo hadith ki kai kitabon mein aayi</w:t>
      </w:r>
    </w:p>
    <w:p>
      <w:pPr>
        <w:jc w:val="right"/>
      </w:pPr>
      <w:r>
        <w:t>اس نیوز کو پڑھ کر مجھے ایک حدیث یاد آتی ہے، جو حدیث کی کئی کتابوں میں آئی</w:t>
      </w:r>
    </w:p>
    <w:p>
      <w:r>
        <w:rPr>
          <w:b/>
        </w:rPr>
        <w:t xml:space="preserve">[02:04] </w:t>
      </w:r>
      <w:r>
        <w:t>hai, aur sahih hadith hai.</w:t>
      </w:r>
    </w:p>
    <w:p>
      <w:pPr>
        <w:jc w:val="right"/>
      </w:pPr>
      <w:r>
        <w:t>ہے، اور صحیح حدیث ہے۔</w:t>
      </w:r>
    </w:p>
    <w:p>
      <w:r>
        <w:rPr>
          <w:b/>
        </w:rPr>
        <w:t xml:space="preserve">[02:11] </w:t>
      </w:r>
      <w:r>
        <w:t>is ki wording yeh hai: "la taqoom us sa'ah hatta taqtal</w:t>
      </w:r>
    </w:p>
    <w:p>
      <w:pPr>
        <w:jc w:val="right"/>
      </w:pPr>
      <w:r>
        <w:t>اس کی ورڈنگ یہ ہے: "لا تقوم الساعة حتى تقتل</w:t>
      </w:r>
    </w:p>
    <w:p>
      <w:r>
        <w:rPr>
          <w:b/>
        </w:rPr>
        <w:t xml:space="preserve">[02:19] </w:t>
      </w:r>
      <w:r>
        <w:t>fi'ataan min al-muslimeen, da'wa da'wa wahid".</w:t>
      </w:r>
    </w:p>
    <w:p>
      <w:pPr>
        <w:jc w:val="right"/>
      </w:pPr>
      <w:r>
        <w:t>فئتان من المسلمین، دعا دعویٰ واحد"۔</w:t>
      </w:r>
    </w:p>
    <w:p>
      <w:r>
        <w:rPr>
          <w:b/>
        </w:rPr>
        <w:t xml:space="preserve">[02:29] </w:t>
      </w:r>
      <w:r>
        <w:t>qayamat nahi aayegi jab tak musalmanon ke do giroh aapas mein jang na karein, aur in dono</w:t>
      </w:r>
    </w:p>
    <w:p>
      <w:pPr>
        <w:jc w:val="right"/>
      </w:pPr>
      <w:r>
        <w:t>قیامت نہیں آئے گی جب تک مسلمانوں کے دو گروہ آپس میں جنگ نہ کریں، اور ان دونوں</w:t>
      </w:r>
    </w:p>
    <w:p>
      <w:r>
        <w:rPr>
          <w:b/>
        </w:rPr>
        <w:t xml:space="preserve">[02:39] </w:t>
      </w:r>
      <w:r>
        <w:t>ka da'wa ek hoga, dono ka claim ek hoga: "la taqoom us sa'ah hatta taqtal fi'ataan min al-muslimeen, da'</w:t>
      </w:r>
    </w:p>
    <w:p>
      <w:pPr>
        <w:jc w:val="right"/>
      </w:pPr>
      <w:r>
        <w:t>کا دعویٰ ایک ہوگا، دونوں کا کلیم ایک ہوگا: "لا تقوم الساعة حتى تقتل فئتان من المسلمین، دع</w:t>
      </w:r>
    </w:p>
    <w:p>
      <w:r>
        <w:rPr>
          <w:b/>
        </w:rPr>
        <w:t xml:space="preserve">[02:49] </w:t>
      </w:r>
      <w:r>
        <w:t>wa wahid". history mein kabhi bhi aisa nahin hua jo aaj hua hai. jab bhi do giroh aapas mein lade hain, alag alag claim hota tha un ka. jaise islam ke early period mein muawiyah ki aur ali ki jang hui, to woh kya tha? woh do qabilon ka claim tha woh. ek chahte the ke banu hashim rule karein, doosra chahte</w:t>
      </w:r>
    </w:p>
    <w:p>
      <w:pPr>
        <w:jc w:val="right"/>
      </w:pPr>
      <w:r>
        <w:t>ا واحد"۔ ہسٹری میں کبھی بھی ایسا نہیں ہوا جو آج ہوا ہے۔ جب بھی دو گروہ آپس میں لڑے ہیں، الگ الگ کلیم ہوتا تھا ان کا۔ جیسے اسلام کے ارلی پیریڈ میں معاویہ کی اور علی کی جنگ ہوئی، تو وہ کیا تھا؟ وہ دو قبیلوں کا کلیم تھا وہ۔ ایک چاہتے تھے کہ بنو ہاشم رول کریں، دوسرا چاہ</w:t>
      </w:r>
    </w:p>
    <w:p>
      <w:r>
        <w:rPr>
          <w:b/>
        </w:rPr>
        <w:t xml:space="preserve">[03:19] </w:t>
      </w:r>
      <w:r>
        <w:t>te the ke bano umayyah rule karein.</w:t>
      </w:r>
    </w:p>
    <w:p>
      <w:pPr>
        <w:jc w:val="right"/>
      </w:pPr>
      <w:r>
        <w:t>تے تھے کہ بنو امیہ رول کریں۔</w:t>
      </w:r>
    </w:p>
    <w:p>
      <w:r>
        <w:rPr>
          <w:b/>
        </w:rPr>
        <w:t xml:space="preserve">[03:23] </w:t>
      </w:r>
      <w:r>
        <w:t>india mein aap jante hain ke humayun aur sher shah suri mein ladai hui, wahan bhi kya tha?</w:t>
      </w:r>
    </w:p>
    <w:p>
      <w:pPr>
        <w:jc w:val="right"/>
      </w:pPr>
      <w:r>
        <w:t>انڈیا میں آپ جانتے ہیں کہ ہمایوں اور شیر شاہ سوری میں لڑائی ہوئی، وہاں بھی کیا تھا؟</w:t>
      </w:r>
    </w:p>
    <w:p>
      <w:r>
        <w:rPr>
          <w:b/>
        </w:rPr>
        <w:t xml:space="preserve">[03:28] </w:t>
      </w:r>
      <w:r>
        <w:t>do dynasty claim kar rahi thi ke woh ke hum rule kareinge, woh hum rule kareinge.</w:t>
      </w:r>
    </w:p>
    <w:p>
      <w:pPr>
        <w:jc w:val="right"/>
      </w:pPr>
      <w:r>
        <w:t>دو ڈائنسٹی کلیم کر رہی تھی کہ وہ کہ ہم رول کریں گے، وہ ہم رول کریں گے۔</w:t>
      </w:r>
    </w:p>
    <w:p>
      <w:r>
        <w:rPr>
          <w:b/>
        </w:rPr>
        <w:t xml:space="preserve">[03:32] </w:t>
      </w:r>
      <w:r>
        <w:t>hamesha aise hi hua hai.</w:t>
      </w:r>
    </w:p>
    <w:p>
      <w:pPr>
        <w:jc w:val="right"/>
      </w:pPr>
      <w:r>
        <w:t>ہمیشہ ایسے ہی ہوا ہے۔</w:t>
      </w:r>
    </w:p>
    <w:p>
      <w:r>
        <w:rPr>
          <w:b/>
        </w:rPr>
        <w:t xml:space="preserve">[03:36] </w:t>
      </w:r>
      <w:r>
        <w:t>yeh jo taliban ki aur pakistan ki ladai shuru ho gayi hai, chal rahi hai bohat pehle se,</w:t>
      </w:r>
    </w:p>
    <w:p>
      <w:pPr>
        <w:jc w:val="right"/>
      </w:pPr>
      <w:r>
        <w:t>یہ جو طالبان کی اور پاکستان کی لڑائی شروع ہو گئی ہے، چل رہی ہے بہت پہلے سے،</w:t>
      </w:r>
    </w:p>
    <w:p>
      <w:r>
        <w:rPr>
          <w:b/>
        </w:rPr>
        <w:t xml:space="preserve">[03:41] </w:t>
      </w:r>
      <w:r>
        <w:t>ab to direct ho gayi.</w:t>
      </w:r>
    </w:p>
    <w:p>
      <w:pPr>
        <w:jc w:val="right"/>
      </w:pPr>
      <w:r>
        <w:t>اب تو ڈائریکٹ ہو گئی۔</w:t>
      </w:r>
    </w:p>
    <w:p>
      <w:r>
        <w:rPr>
          <w:b/>
        </w:rPr>
        <w:t xml:space="preserve">[03:45] </w:t>
      </w:r>
      <w:r>
        <w:t>taliban ke logon ne</w:t>
      </w:r>
    </w:p>
    <w:p>
      <w:pPr>
        <w:jc w:val="right"/>
      </w:pPr>
      <w:r>
        <w:t>طالبان کے لوگوں نے</w:t>
      </w:r>
    </w:p>
    <w:p>
      <w:r>
        <w:rPr>
          <w:b/>
        </w:rPr>
        <w:t xml:space="preserve">[03:49] </w:t>
      </w:r>
      <w:r>
        <w:t>khud pakistan ke army headquarters mein hamla kar diya, ghus gaye is mein.</w:t>
      </w:r>
    </w:p>
    <w:p>
      <w:pPr>
        <w:jc w:val="right"/>
      </w:pPr>
      <w:r>
        <w:t>خود پاکستان کے آرمی ہیڈ کوارٹر میں حملہ کر دیا، گھس گئے اس میں۔</w:t>
      </w:r>
    </w:p>
    <w:p>
      <w:r>
        <w:rPr>
          <w:b/>
        </w:rPr>
        <w:t xml:space="preserve">[03:54] </w:t>
      </w:r>
      <w:r>
        <w:t>aur abhi jo news maine suni hai, abhi radio par, ke abhi tak khatam nahi hua hai,</w:t>
      </w:r>
    </w:p>
    <w:p>
      <w:pPr>
        <w:jc w:val="right"/>
      </w:pPr>
      <w:r>
        <w:t>اور ابھی جو نیوز میں نے سنی ہے، ابھی ریڈیو پر، کہ ابھی تک ختم نہیں ہوا ہے،</w:t>
      </w:r>
    </w:p>
    <w:p>
      <w:r>
        <w:rPr>
          <w:b/>
        </w:rPr>
        <w:t xml:space="preserve">[03:58] </w:t>
      </w:r>
      <w:r>
        <w:t>woh chal raha hai.</w:t>
      </w:r>
    </w:p>
    <w:p>
      <w:pPr>
        <w:jc w:val="right"/>
      </w:pPr>
      <w:r>
        <w:t>وہ چل رہا ہے۔</w:t>
      </w:r>
    </w:p>
    <w:p>
      <w:r>
        <w:rPr>
          <w:b/>
        </w:rPr>
        <w:t xml:space="preserve">[04:03] </w:t>
      </w:r>
      <w:r>
        <w:t>kal kya tha unhon ne.</w:t>
      </w:r>
    </w:p>
    <w:p>
      <w:pPr>
        <w:jc w:val="right"/>
      </w:pPr>
      <w:r>
        <w:t>کل کیا تھا انہوں نے۔</w:t>
      </w:r>
    </w:p>
    <w:p>
      <w:r>
        <w:rPr>
          <w:b/>
        </w:rPr>
        <w:t xml:space="preserve">[04:07] </w:t>
      </w:r>
      <w:r>
        <w:t>donon claim ek hain.</w:t>
      </w:r>
    </w:p>
    <w:p>
      <w:pPr>
        <w:jc w:val="right"/>
      </w:pPr>
      <w:r>
        <w:t>دونوں کلیم ایک ہیں۔</w:t>
      </w:r>
    </w:p>
    <w:p>
      <w:r>
        <w:rPr>
          <w:b/>
        </w:rPr>
        <w:t xml:space="preserve">[04:11] </w:t>
      </w:r>
      <w:r>
        <w:t>kitni bohat hi strange baat hai yeh.</w:t>
      </w:r>
    </w:p>
    <w:p>
      <w:pPr>
        <w:jc w:val="right"/>
      </w:pPr>
      <w:r>
        <w:t>کتنی بہت ہی اسٹرینج بات ہے یہ۔</w:t>
      </w:r>
    </w:p>
    <w:p>
      <w:r>
        <w:rPr>
          <w:b/>
        </w:rPr>
        <w:t xml:space="preserve">[04:16] </w:t>
      </w:r>
      <w:r>
        <w:t>taliban kehte hain ke hamara maqsad hai islam ko implement karna, islam ke qanoon ko nafiz karna.</w:t>
      </w:r>
    </w:p>
    <w:p>
      <w:pPr>
        <w:jc w:val="right"/>
      </w:pPr>
      <w:r>
        <w:t>طالبان کہتے ہیں کہ ہمارا مقصد ہے اسلام کو امپلیمنٹ کرنا، اسلام کے قانون کو نافذ کرنا۔</w:t>
      </w:r>
    </w:p>
    <w:p>
      <w:r>
        <w:rPr>
          <w:b/>
        </w:rPr>
        <w:t xml:space="preserve">[04:20] </w:t>
      </w:r>
      <w:r>
        <w:t>yehi claim pakistan ka hai.</w:t>
      </w:r>
    </w:p>
    <w:p>
      <w:pPr>
        <w:jc w:val="right"/>
      </w:pPr>
      <w:r>
        <w:t>یہی کلیم پاکستان کا ہے۔</w:t>
      </w:r>
    </w:p>
    <w:p>
      <w:r>
        <w:rPr>
          <w:b/>
        </w:rPr>
        <w:t xml:space="preserve">[04:26] </w:t>
      </w:r>
      <w:r>
        <w:t>ke hum chahte hain islam ko implement karein, islam ke qanoon ko nafiz karein.</w:t>
      </w:r>
    </w:p>
    <w:p>
      <w:pPr>
        <w:jc w:val="right"/>
      </w:pPr>
      <w:r>
        <w:t>کہ ہم چاہتے ہیں اسلام کو امپلیمنٹ کریں، اسلام کے قانون کو نافذ کریں۔</w:t>
      </w:r>
    </w:p>
    <w:p>
      <w:r>
        <w:rPr>
          <w:b/>
        </w:rPr>
        <w:t xml:space="preserve">[04:32] </w:t>
      </w:r>
      <w:r>
        <w:t>kisi ajeeb baat hai ke do aise group history mein pehli baar lad rahe hain, jin mein se</w:t>
      </w:r>
    </w:p>
    <w:p>
      <w:pPr>
        <w:jc w:val="right"/>
      </w:pPr>
      <w:r>
        <w:t>کیسی عجیب بات ہے کہ دو ایسے گروپ ہسٹری میں پہلی بار لڑ رہے ہیں، جن میں سے</w:t>
      </w:r>
    </w:p>
    <w:p>
      <w:r>
        <w:rPr>
          <w:b/>
        </w:rPr>
        <w:t xml:space="preserve">[04:38] </w:t>
      </w:r>
      <w:r>
        <w:t>dono ka claim, dono ka daawa ek hai.</w:t>
      </w:r>
    </w:p>
    <w:p>
      <w:pPr>
        <w:jc w:val="right"/>
      </w:pPr>
      <w:r>
        <w:t>دونوں کا کلیم، دونوں کا دعویٰ ایک ہے۔</w:t>
      </w:r>
    </w:p>
    <w:p>
      <w:r>
        <w:rPr>
          <w:b/>
        </w:rPr>
        <w:t xml:space="preserve">[04:45] </w:t>
      </w:r>
      <w:r>
        <w:t>yeh ek bohat hi khuli hui pehchan hai ke qayamat bilkul qareeb aa gayi.</w:t>
      </w:r>
    </w:p>
    <w:p>
      <w:pPr>
        <w:jc w:val="right"/>
      </w:pPr>
      <w:r>
        <w:t>یہ ایک بہت ہی کھلی ہوئی پہچان ہے کہ قیامت بالکل قریب آ گئی۔</w:t>
      </w:r>
    </w:p>
    <w:p>
      <w:r>
        <w:rPr>
          <w:b/>
        </w:rPr>
        <w:t xml:space="preserve">[04:51] </w:t>
      </w:r>
      <w:r>
        <w:t>bahut qareeb aa gayi kya? poori history mein aap bata nahin sakte ke do group aise lade hon aur dono ka claim ek ho. sari duniya janti hai ke taliban wale yeh kehte hain ke hamara maqsad islam ke qanoon ko nafiz karna hai. pakistan wale yeh kehte hain ke hamara maqsad islam ke qanoon ko nafiz karna hai. to yeh jo yeh jo news aayi hai, yeh bahut hi eye opener news hai yeh. bahut hi eye</w:t>
      </w:r>
    </w:p>
    <w:p>
      <w:pPr>
        <w:jc w:val="right"/>
      </w:pPr>
      <w:r>
        <w:t>بہت قریب آ گئی کیا؟ پوری ہسٹری میں آپ بتا نہیں سکتے کہ دو گروپ ایسے لڑے ہوں اور دونوں کا کلیم ایک ہو۔ ساری دنیا جانتی ہے کہ طالبان والے یہ کہتے ہیں کہ ہمارا مقصد اسلام کے قانون کو نافذ کرنا ہے۔ پاکستان والے یہ کہتے ہیں کہ ہمارا مقصد اسلام کے قانون کو نافذ کرنا ہے۔ تو یہ جو یہ جو نیوز آئی ہے، یہ بہت ہی آئی اوپنر نیوز ہے یہ۔ بہت ہی آئی او</w:t>
      </w:r>
    </w:p>
    <w:p>
      <w:r>
        <w:rPr>
          <w:b/>
        </w:rPr>
        <w:t xml:space="preserve">[05:21] </w:t>
      </w:r>
      <w:r>
        <w:t>punar.</w:t>
      </w:r>
    </w:p>
    <w:p>
      <w:pPr>
        <w:jc w:val="right"/>
      </w:pPr>
      <w:r>
        <w:t>پنر۔</w:t>
      </w:r>
    </w:p>
    <w:p>
      <w:r>
        <w:rPr>
          <w:b/>
        </w:rPr>
        <w:t xml:space="preserve">[05:27] </w:t>
      </w:r>
      <w:r>
        <w:t>taliban ke jo suicide bombers hain, unhone pakistan ke jo army headquarter rawalpindi mein hai, wahan</w:t>
      </w:r>
    </w:p>
    <w:p>
      <w:pPr>
        <w:jc w:val="right"/>
      </w:pPr>
      <w:r>
        <w:t>طالبان کے جو سوئیسائیڈ بومبرز ہیں، انہوں نے پاکستان کے جو آرمی ہیڈ کوارٹر راولپنڈی میں ہے، وہاں</w:t>
      </w:r>
    </w:p>
    <w:p>
      <w:r>
        <w:rPr>
          <w:b/>
        </w:rPr>
        <w:t xml:space="preserve">[05:33] </w:t>
      </w:r>
      <w:r>
        <w:t>par ghus gaye.</w:t>
      </w:r>
    </w:p>
    <w:p>
      <w:pPr>
        <w:jc w:val="right"/>
      </w:pPr>
      <w:r>
        <w:t>پر گھس گئے۔</w:t>
      </w:r>
    </w:p>
    <w:p>
      <w:r>
        <w:rPr>
          <w:b/>
        </w:rPr>
        <w:t xml:space="preserve">[05:39] </w:t>
      </w:r>
      <w:r>
        <w:t>gun le kar, bomb le kar, aur bilkul ladai shuru kar di dono ne.</w:t>
      </w:r>
    </w:p>
    <w:p>
      <w:pPr>
        <w:jc w:val="right"/>
      </w:pPr>
      <w:r>
        <w:t>گن لے کر، بم لے کر، اور بالکل لڑائی شروع کر دی دونوں نے۔</w:t>
      </w:r>
    </w:p>
    <w:p>
      <w:r>
        <w:rPr>
          <w:b/>
        </w:rPr>
        <w:t xml:space="preserve">[05:45] </w:t>
      </w:r>
      <w:r>
        <w:t>bohat zyada sochne ki baat hai.</w:t>
      </w:r>
    </w:p>
    <w:p>
      <w:pPr>
        <w:jc w:val="right"/>
      </w:pPr>
      <w:r>
        <w:t>بہت زیادہ سوچنے کی بات ہے۔</w:t>
      </w:r>
    </w:p>
    <w:p>
      <w:r>
        <w:rPr>
          <w:b/>
        </w:rPr>
        <w:t xml:space="preserve">[05:51] </w:t>
      </w:r>
      <w:r>
        <w:t>lekin is ko kab samajh payenge aap jab bohat deep pe jayen, bohat door tak jayen.</w:t>
      </w:r>
    </w:p>
    <w:p>
      <w:pPr>
        <w:jc w:val="right"/>
      </w:pPr>
      <w:r>
        <w:t>لیکن اس کو کب سمجھ پائیں گے آپ جب بہت ڈیپ پہ جائیں، بہت دور تک جائیں۔</w:t>
      </w:r>
    </w:p>
    <w:p>
      <w:r>
        <w:rPr>
          <w:b/>
        </w:rPr>
        <w:t xml:space="preserve">[05:57] </w:t>
      </w:r>
      <w:r>
        <w:t>analysis karna aasan kaam nahi hai.</w:t>
      </w:r>
    </w:p>
    <w:p>
      <w:pPr>
        <w:jc w:val="right"/>
      </w:pPr>
      <w:r>
        <w:t>انالیسز کرنا آسان کام نہیں ہے۔</w:t>
      </w:r>
    </w:p>
    <w:p>
      <w:r>
        <w:rPr>
          <w:b/>
        </w:rPr>
        <w:t xml:space="preserve">[06:03] </w:t>
      </w:r>
      <w:r>
        <w:t>mera experience yeh hai ke sab se zyada difficult task kya hai? analysis karna.</w:t>
      </w:r>
    </w:p>
    <w:p>
      <w:pPr>
        <w:jc w:val="right"/>
      </w:pPr>
      <w:r>
        <w:t>میرا ایکسپیرینس یہ ہے کہ سب سے زیادہ ڈیفیکلٹ ٹاسک کیا ہے؟ انالیسز کرنا۔</w:t>
      </w:r>
    </w:p>
    <w:p>
      <w:r>
        <w:rPr>
          <w:b/>
        </w:rPr>
        <w:t xml:space="preserve">[06:09] </w:t>
      </w:r>
      <w:r>
        <w:t>kyun ke bohat sare factors hote hain, un ko sort out karna parta hai.</w:t>
      </w:r>
    </w:p>
    <w:p>
      <w:pPr>
        <w:jc w:val="right"/>
      </w:pPr>
      <w:r>
        <w:t>کیونکہ بہت سارے فیکٹرز ہوتے ہیں، ان کو سارٹ آؤٹ کرنا پڑتا ہے۔</w:t>
      </w:r>
    </w:p>
    <w:p>
      <w:r>
        <w:rPr>
          <w:b/>
        </w:rPr>
        <w:t xml:space="preserve">[06:15] </w:t>
      </w:r>
      <w:r>
        <w:t>relevant aur irrelevant ko alag karna parta hai. baais</w:t>
      </w:r>
    </w:p>
    <w:p>
      <w:pPr>
        <w:jc w:val="right"/>
      </w:pPr>
      <w:r>
        <w:t>ریلیونٹ اور ایریلیونٹ کو الگ کرنا پڑتا ہے۔ بائیس</w:t>
      </w:r>
    </w:p>
    <w:p>
      <w:r>
        <w:rPr>
          <w:b/>
        </w:rPr>
        <w:t xml:space="preserve">[06:21] </w:t>
      </w:r>
      <w:r>
        <w:t>baais se bahar aana parta hai.</w:t>
      </w:r>
    </w:p>
    <w:p>
      <w:pPr>
        <w:jc w:val="right"/>
      </w:pPr>
      <w:r>
        <w:t>، بائیس سے باہر آنا پڑتا ہے۔</w:t>
      </w:r>
    </w:p>
    <w:p>
      <w:r>
        <w:rPr>
          <w:b/>
        </w:rPr>
        <w:t xml:space="preserve">[06:29] </w:t>
      </w:r>
      <w:r>
        <w:t>tab aap analysis kar paate hain.</w:t>
      </w:r>
    </w:p>
    <w:p>
      <w:pPr>
        <w:jc w:val="right"/>
      </w:pPr>
      <w:r>
        <w:t>تب آپ انالیسز کر پاتے ہیں۔</w:t>
      </w:r>
    </w:p>
    <w:p>
      <w:r>
        <w:rPr>
          <w:b/>
        </w:rPr>
        <w:t xml:space="preserve">[06:36] </w:t>
      </w:r>
      <w:r>
        <w:t>mein jahan tak samajhta hoon ke kam se kam do so saal peechay tak jata hai is ka mamla.</w:t>
      </w:r>
    </w:p>
    <w:p>
      <w:pPr>
        <w:jc w:val="right"/>
      </w:pPr>
      <w:r>
        <w:t>میں جہاں تک سمجھتا ہوں کہ کم سے کم دو سو سال پیچھے تک جاتا ہے اس کا معاملہ۔</w:t>
      </w:r>
    </w:p>
    <w:p>
      <w:r>
        <w:rPr>
          <w:b/>
        </w:rPr>
        <w:t xml:space="preserve">[06:44] </w:t>
      </w:r>
      <w:r>
        <w:t>aap jante hain ke is se pehle ek time tha ke dunya mein musalmanon ka empire qaim tha. empire. turkey ek</w:t>
      </w:r>
    </w:p>
    <w:p>
      <w:pPr>
        <w:jc w:val="right"/>
      </w:pPr>
      <w:r>
        <w:t>آپ جانتے ہیں کہ اس سے پہلے ایک ٹائم تھا کہ دنیا میں مسلمانوں کا ایمپائر قائم تھا۔ ایمپائر۔ ٹرکی ایک</w:t>
      </w:r>
    </w:p>
    <w:p>
      <w:r>
        <w:rPr>
          <w:b/>
        </w:rPr>
        <w:t xml:space="preserve">[06:52] </w:t>
      </w:r>
      <w:r>
        <w:t>turkey jo tha woh khilafat empire ka headquarter tha.</w:t>
      </w:r>
    </w:p>
    <w:p>
      <w:pPr>
        <w:jc w:val="right"/>
      </w:pPr>
      <w:r>
        <w:t>، ٹرکی جو تھا وہ خلافت ایمپائر کا ہیڈ کوارٹر تھا۔</w:t>
      </w:r>
    </w:p>
    <w:p>
      <w:r>
        <w:rPr>
          <w:b/>
        </w:rPr>
        <w:t xml:space="preserve">[06:57] </w:t>
      </w:r>
      <w:r>
        <w:t>india mein mughal empire qaim tha.</w:t>
      </w:r>
    </w:p>
    <w:p>
      <w:pPr>
        <w:jc w:val="right"/>
      </w:pPr>
      <w:r>
        <w:t>انڈیا میں مغل ایمپائر قائم تھا۔</w:t>
      </w:r>
    </w:p>
    <w:p>
      <w:r>
        <w:rPr>
          <w:b/>
        </w:rPr>
        <w:t xml:space="preserve">[07:02] </w:t>
      </w:r>
      <w:r>
        <w:t>to khilafat empire ko aur mughal empire ko khatam kis ne kiya? Europeans ne khatam kiya.</w:t>
      </w:r>
    </w:p>
    <w:p>
      <w:pPr>
        <w:jc w:val="right"/>
      </w:pPr>
      <w:r>
        <w:t>تو خلافت ایمپائر کو اور مغل ایمپائر کو ختم کس نے کیا؟ یورپینز نے ختم کیا۔</w:t>
      </w:r>
    </w:p>
    <w:p>
      <w:r>
        <w:rPr>
          <w:b/>
        </w:rPr>
        <w:t xml:space="preserve">[07:07] </w:t>
      </w:r>
      <w:r>
        <w:t>Britishs ne khatam kiya.</w:t>
      </w:r>
    </w:p>
    <w:p>
      <w:pPr>
        <w:jc w:val="right"/>
      </w:pPr>
      <w:r>
        <w:t>برٹشز نے ختم کیا۔</w:t>
      </w:r>
    </w:p>
    <w:p>
      <w:r>
        <w:rPr>
          <w:b/>
        </w:rPr>
        <w:t xml:space="preserve">[07:12] </w:t>
      </w:r>
      <w:r>
        <w:t>colonial powers ne khatam kiya.</w:t>
      </w:r>
    </w:p>
    <w:p>
      <w:pPr>
        <w:jc w:val="right"/>
      </w:pPr>
      <w:r>
        <w:t>کلونیل پاورز نے ختم کیا۔</w:t>
      </w:r>
    </w:p>
    <w:p>
      <w:r>
        <w:rPr>
          <w:b/>
        </w:rPr>
        <w:t xml:space="preserve">[07:17] </w:t>
      </w:r>
      <w:r>
        <w:t>is waqt kya karna tha musalmanon ko? wohin se ghalti shuru hui hai, wohin se.</w:t>
      </w:r>
    </w:p>
    <w:p>
      <w:pPr>
        <w:jc w:val="right"/>
      </w:pPr>
      <w:r>
        <w:t>اس وقت کیا کرنا تھا مسلمانوں کو؟ وہیں سے غلطی شروع ہوئی ہے، وہیں سے۔</w:t>
      </w:r>
    </w:p>
    <w:p>
      <w:r>
        <w:rPr>
          <w:b/>
        </w:rPr>
        <w:t xml:space="preserve">[07:23] </w:t>
      </w:r>
      <w:r>
        <w:t>ghalti wahi shuru hui hai.</w:t>
      </w:r>
    </w:p>
    <w:p>
      <w:pPr>
        <w:jc w:val="right"/>
      </w:pPr>
      <w:r>
        <w:t>غلطی وہیں شروع ہوئی ہے۔</w:t>
      </w:r>
    </w:p>
    <w:p>
      <w:r>
        <w:rPr>
          <w:b/>
        </w:rPr>
        <w:t xml:space="preserve">[07:27] </w:t>
      </w:r>
      <w:r>
        <w:t>kisi ne mere ilm ke andar ek bhi aadmi nahi tha duniya mein jo yeh soche ke quran</w:t>
      </w:r>
    </w:p>
    <w:p>
      <w:pPr>
        <w:jc w:val="right"/>
      </w:pPr>
      <w:r>
        <w:t>کسی نے میرے علم کے اندر ایک بھی آدمی نہیں تھا دنیا میں جو یہ سوچے کہ قرآن</w:t>
      </w:r>
    </w:p>
    <w:p>
      <w:r>
        <w:rPr>
          <w:b/>
        </w:rPr>
        <w:t xml:space="preserve">[07:31] </w:t>
      </w:r>
      <w:r>
        <w:t>mein is bare mein kya bataya gaya hai.</w:t>
      </w:r>
    </w:p>
    <w:p>
      <w:pPr>
        <w:jc w:val="right"/>
      </w:pPr>
      <w:r>
        <w:t>میں اس بارے میں کیا بتایا گیا ہے۔</w:t>
      </w:r>
    </w:p>
    <w:p>
      <w:r>
        <w:rPr>
          <w:b/>
        </w:rPr>
        <w:t xml:space="preserve">[07:35] </w:t>
      </w:r>
      <w:r>
        <w:t>bas bhark uthe un ke emotions aur kahe ke lado, jahad.</w:t>
      </w:r>
    </w:p>
    <w:p>
      <w:pPr>
        <w:jc w:val="right"/>
      </w:pPr>
      <w:r>
        <w:t>بس بھڑک اٹھے ان کے ایموشنز اور کہے کہ لڑو، جہاد۔</w:t>
      </w:r>
    </w:p>
    <w:p>
      <w:r>
        <w:rPr>
          <w:b/>
        </w:rPr>
        <w:t xml:space="preserve">[07:40] </w:t>
      </w:r>
      <w:r>
        <w:t>yeh to bilkul maine dekha, maaf kijiyega, yeh satanic kaam tha, satanic.</w:t>
      </w:r>
    </w:p>
    <w:p>
      <w:pPr>
        <w:jc w:val="right"/>
      </w:pPr>
      <w:r>
        <w:t>یہ تو بالکل میں نے دیکھا، معاف کیجیے گا، یہ سیٹنک کام تھا، سیٹنک۔</w:t>
      </w:r>
    </w:p>
    <w:p>
      <w:r>
        <w:rPr>
          <w:b/>
        </w:rPr>
        <w:t xml:space="preserve">[07:44] </w:t>
      </w:r>
      <w:r>
        <w:t>chahe koi bhi is ki zad mein aaye, main kahunga ke yeh satanic kaam tha.</w:t>
      </w:r>
    </w:p>
    <w:p>
      <w:pPr>
        <w:jc w:val="right"/>
      </w:pPr>
      <w:r>
        <w:t>چاہے کوئی بھی اس کی زد میں آئے، میں کہوں گا کہ یہ سیٹنک کام تھا۔</w:t>
      </w:r>
    </w:p>
    <w:p>
      <w:r>
        <w:rPr>
          <w:b/>
        </w:rPr>
        <w:t xml:space="preserve">[07:48] </w:t>
      </w:r>
      <w:r>
        <w:t>kyun? Allah taala</w:t>
      </w:r>
    </w:p>
    <w:p>
      <w:pPr>
        <w:jc w:val="right"/>
      </w:pPr>
      <w:r>
        <w:t>کیوں؟ اللہ تعالی</w:t>
      </w:r>
    </w:p>
    <w:p>
      <w:r>
        <w:rPr>
          <w:b/>
        </w:rPr>
        <w:t xml:space="preserve">[07:53] </w:t>
      </w:r>
      <w:r>
        <w:t>ne jab kaha shaitan se ke Adam ko ke aage jhuk jao, to Adam ke aage nahi,</w:t>
      </w:r>
    </w:p>
    <w:p>
      <w:pPr>
        <w:jc w:val="right"/>
      </w:pPr>
      <w:r>
        <w:t>ٰ نے جب کہا شیطان سے کہ آدم کو کہ آگے جھک جاؤ، تو آدم کے آگے نہیں،</w:t>
      </w:r>
    </w:p>
    <w:p>
      <w:r>
        <w:rPr>
          <w:b/>
        </w:rPr>
        <w:t xml:space="preserve">[07:57] </w:t>
      </w:r>
      <w:r>
        <w:t>wo ladai chhed di.</w:t>
      </w:r>
    </w:p>
    <w:p>
      <w:pPr>
        <w:jc w:val="right"/>
      </w:pPr>
      <w:r>
        <w:t>وہ لڑائی چھیڑ دی۔</w:t>
      </w:r>
    </w:p>
    <w:p>
      <w:r>
        <w:rPr>
          <w:b/>
        </w:rPr>
        <w:t xml:space="preserve">[08:01] </w:t>
      </w:r>
      <w:r>
        <w:t>shaitan ne Adam ke khilaf eternal ladai chhed di.</w:t>
      </w:r>
    </w:p>
    <w:p>
      <w:pPr>
        <w:jc w:val="right"/>
      </w:pPr>
      <w:r>
        <w:t>شیطان نے آدم کے خلاف ایٹرنل لڑائی چھیڑ دی۔</w:t>
      </w:r>
    </w:p>
    <w:p>
      <w:r>
        <w:rPr>
          <w:b/>
        </w:rPr>
        <w:t xml:space="preserve">[08:06] </w:t>
      </w:r>
      <w:r>
        <w:t>yeh nahi socha ke kyun Allah taala farma rahe hain? kyun farishte jhuk rahe hain? kya baat hai?</w:t>
      </w:r>
    </w:p>
    <w:p>
      <w:pPr>
        <w:jc w:val="right"/>
      </w:pPr>
      <w:r>
        <w:t>یہ نہیں سوچا کہ کیوں اللہ تعالیٰ فرما رہے ہیں؟ کیوں فرشتے جھک رہے ہیں؟ کیا بات ہے؟</w:t>
      </w:r>
    </w:p>
    <w:p>
      <w:r>
        <w:rPr>
          <w:b/>
        </w:rPr>
        <w:t xml:space="preserve">[08:10] </w:t>
      </w:r>
      <w:r>
        <w:t>bas ladai chhed di.</w:t>
      </w:r>
    </w:p>
    <w:p>
      <w:pPr>
        <w:jc w:val="right"/>
      </w:pPr>
      <w:r>
        <w:t>بس لڑائی چھیڑ دیا۔</w:t>
      </w:r>
    </w:p>
    <w:p>
      <w:r>
        <w:rPr>
          <w:b/>
        </w:rPr>
        <w:t xml:space="preserve">[08:14] </w:t>
      </w:r>
      <w:r>
        <w:t>yeh hai, yeh to satanic reaction hai yeh.</w:t>
      </w:r>
    </w:p>
    <w:p>
      <w:pPr>
        <w:jc w:val="right"/>
      </w:pPr>
      <w:r>
        <w:t>یہ ہے، یہ تو سیٹنک ری ایکشن ہے یہ۔</w:t>
      </w:r>
    </w:p>
    <w:p>
      <w:r>
        <w:rPr>
          <w:b/>
        </w:rPr>
        <w:t xml:space="preserve">[08:18] </w:t>
      </w:r>
      <w:r>
        <w:t>aap dekhen rasool Allah ki zindagi mein aise waqiat pesh aaye to aap ne kya</w:t>
      </w:r>
    </w:p>
    <w:p>
      <w:pPr>
        <w:jc w:val="right"/>
      </w:pPr>
      <w:r>
        <w:t>آپ دیکھیں رسول اللہ کی زندگی میں ایسے واقعات پیش آئے تو آپ نے کیا</w:t>
      </w:r>
    </w:p>
    <w:p>
      <w:r>
        <w:rPr>
          <w:b/>
        </w:rPr>
        <w:t xml:space="preserve">[08:23] </w:t>
      </w:r>
      <w:r>
        <w:t>kiya? makkah mein jab rasool allah sallallahu alaihi wasallam thay to wahan par un logon ne bohat ziyada aap par zulm kiya, aap ke sathiyon par zulm kiya, martay thay. har qism ki atrocities karte thay aap ke khilaf. to hazrat umar farooq jab bohat strong aadmi thay, unhon ne kaha ke rasool allah hum ko ijazat dijiye ke hum jihad karen, matlab is se laren. aap ne kya farmaya? "ya umar inna</w:t>
      </w:r>
    </w:p>
    <w:p>
      <w:pPr>
        <w:jc w:val="right"/>
      </w:pPr>
      <w:r>
        <w:t>کیا؟ مکہ میں جب رسول اللہ صلی اللہ علیہ وسلم تھے تو وہاں پر ان لوگوں نے بہت زیادہ آپ پر ظلم کیا، آپ کے ساتھیوں پر ظلم کیا، مارتے تھے۔ ہر قسم کی ایٹراسٹیز کرتے تھے آپ کے خلاف۔ تو حضرت عمر فاروق جب بہت اسٹرانگ آدمی تھے، انہوں نے کہا کہ رسول اللہ ہم کو اجازت دیجیے کہ ہم جہاد کریں، مطلب اس سے لڑیں۔ آپ نے کیا فرمایا؟ "یا عمر انا</w:t>
      </w:r>
    </w:p>
    <w:p>
      <w:r>
        <w:rPr>
          <w:b/>
        </w:rPr>
        <w:t xml:space="preserve">[08:53] </w:t>
      </w:r>
      <w:r>
        <w:t>qaleel".</w:t>
      </w:r>
    </w:p>
    <w:p>
      <w:pPr>
        <w:jc w:val="right"/>
      </w:pPr>
      <w:r>
        <w:t>قلیل"۔</w:t>
      </w:r>
    </w:p>
    <w:p>
      <w:r>
        <w:rPr>
          <w:b/>
        </w:rPr>
        <w:t xml:space="preserve">[08:57] </w:t>
      </w:r>
      <w:r>
        <w:t>ae Umar hum thore hain.</w:t>
      </w:r>
    </w:p>
    <w:p>
      <w:pPr>
        <w:jc w:val="right"/>
      </w:pPr>
      <w:r>
        <w:t>اے عمر ہم تھوڑے ہیں۔</w:t>
      </w:r>
    </w:p>
    <w:p>
      <w:r>
        <w:rPr>
          <w:b/>
        </w:rPr>
        <w:t xml:space="preserve">[09:01] </w:t>
      </w:r>
      <w:r>
        <w:t>yani ka matlab kya tha? yeh mat dekho ke woh kya kar rahe hain, yeh dekho ke hum kahan hain.</w:t>
      </w:r>
    </w:p>
    <w:p>
      <w:pPr>
        <w:jc w:val="right"/>
      </w:pPr>
      <w:r>
        <w:t>یعنی کا مطلب کیا تھا؟ یہ مت دیکھو کہ وہ کیا کر رہے ہیں، یہ دیکھو کہ ہم کہاں ہیں۔</w:t>
      </w:r>
    </w:p>
    <w:p>
      <w:r>
        <w:rPr>
          <w:b/>
        </w:rPr>
        <w:t xml:space="preserve">[09:05] </w:t>
      </w:r>
      <w:r>
        <w:t>yeh mat dekho ke woh kya kar rahe hain.</w:t>
      </w:r>
    </w:p>
    <w:p>
      <w:pPr>
        <w:jc w:val="right"/>
      </w:pPr>
      <w:r>
        <w:t>یہ مت دیکھو کہ وہ کیا کر رہے ہیں۔</w:t>
      </w:r>
    </w:p>
    <w:p>
      <w:r>
        <w:rPr>
          <w:b/>
        </w:rPr>
        <w:t xml:space="preserve">[09:09] </w:t>
      </w:r>
      <w:r>
        <w:t>yeh dekho ke hum kahan hain, hamari position kya hai.</w:t>
      </w:r>
    </w:p>
    <w:p>
      <w:pPr>
        <w:jc w:val="right"/>
      </w:pPr>
      <w:r>
        <w:t>یہ دیکھو کہ ہم کہاں ہیں، ہماری پوزیشن کیا ہے۔</w:t>
      </w:r>
    </w:p>
    <w:p>
      <w:r>
        <w:rPr>
          <w:b/>
        </w:rPr>
        <w:t xml:space="preserve">[09:14] </w:t>
      </w:r>
      <w:r>
        <w:t>hum weak hain un ke muqable mein.</w:t>
      </w:r>
    </w:p>
    <w:p>
      <w:pPr>
        <w:jc w:val="right"/>
      </w:pPr>
      <w:r>
        <w:t>ہم ویک ہیں ان کے مقابلے میں۔</w:t>
      </w:r>
    </w:p>
    <w:p>
      <w:r>
        <w:rPr>
          <w:b/>
        </w:rPr>
        <w:t xml:space="preserve">[09:18] </w:t>
      </w:r>
      <w:r>
        <w:t>to ladenge to kya hoga? zulm badhega.</w:t>
      </w:r>
    </w:p>
    <w:p>
      <w:pPr>
        <w:jc w:val="right"/>
      </w:pPr>
      <w:r>
        <w:t>تو لڑیں گے تو کیا ہوگا؟ ظلم بڑھے گا۔</w:t>
      </w:r>
    </w:p>
    <w:p>
      <w:r>
        <w:rPr>
          <w:b/>
        </w:rPr>
        <w:t xml:space="preserve">[09:22] </w:t>
      </w:r>
      <w:r>
        <w:t>aise hi dekhen</w:t>
      </w:r>
    </w:p>
    <w:p>
      <w:pPr>
        <w:jc w:val="right"/>
      </w:pPr>
      <w:r>
        <w:t>ایسے ہی دیکھیں</w:t>
      </w:r>
    </w:p>
    <w:p>
      <w:r>
        <w:rPr>
          <w:b/>
        </w:rPr>
        <w:t xml:space="preserve">[09:26] </w:t>
      </w:r>
      <w:r>
        <w:t>jab woh larai hui uhud ki to us mein musalmanon ko haar hui. to wahan bhi quran mein kya aaya? "hatta fashiltum wa tanaza'tum fil amr". yani yeh nahi kaha gaya ke woh zalim thay. makkah se aa kar madine pe hamla kiya, kitne kharab log hain. musalmanon hi ke andar jo weakness thi us ko bataya gaya. ke tum ne kya hoga? controversy</w:t>
      </w:r>
    </w:p>
    <w:p>
      <w:pPr>
        <w:jc w:val="right"/>
      </w:pPr>
      <w:r>
        <w:t>جب وہ لڑائی ہوئی احد کی تو اس میں مسلمانوں کو ہار ہوئی۔ تو وہاں بھی قرآن میں کیا آیا؟ "حتى فشلتم وتنازعتم فی الامر"۔ یعنی یہ نہیں کہا گیا کہ وہ ظالم تھے۔ مکہ سے آ کر مدینے پہ حملہ کیا، کتنے خراب لوگ ہیں۔ مسلمانوں ہی کے اندر جو ویکنس تھی اس کو بتایا گیا۔ کہ تم نے کیا ہوگا؟ کنٹروور</w:t>
      </w:r>
    </w:p>
    <w:p>
      <w:r>
        <w:rPr>
          <w:b/>
        </w:rPr>
        <w:t xml:space="preserve">[09:56] </w:t>
      </w:r>
      <w:r>
        <w:t>si aa gayi tum mein, aapas ka ikhtilaf aa gaya.</w:t>
      </w:r>
    </w:p>
    <w:p>
      <w:pPr>
        <w:jc w:val="right"/>
      </w:pPr>
      <w:r>
        <w:t>سی آ گئی تم میں، آپس کا اختلاف آ گیا۔</w:t>
      </w:r>
    </w:p>
    <w:p>
      <w:r>
        <w:rPr>
          <w:b/>
        </w:rPr>
        <w:t xml:space="preserve">[10:01] </w:t>
      </w:r>
      <w:r>
        <w:t>yani internal reason ko talash karna.</w:t>
      </w:r>
    </w:p>
    <w:p>
      <w:pPr>
        <w:jc w:val="right"/>
      </w:pPr>
      <w:r>
        <w:t>یعنی انٹرنل ریزن کو تلاش کرنا۔</w:t>
      </w:r>
    </w:p>
    <w:p>
      <w:r>
        <w:rPr>
          <w:b/>
        </w:rPr>
        <w:t xml:space="preserve">[10:06] </w:t>
      </w:r>
      <w:r>
        <w:t>rasool Allah ne Makkah mein bhi internal reason ko talash kiya ke hum weak hain, woh strong hain.</w:t>
      </w:r>
    </w:p>
    <w:p>
      <w:pPr>
        <w:jc w:val="right"/>
      </w:pPr>
      <w:r>
        <w:t>رسول اللہ نے مکہ میں بھی انٹرنل ریزن کو تلاش کیا کہ ہم ویک ہیں، وہ اسٹرانگ ہیں۔</w:t>
      </w:r>
    </w:p>
    <w:p>
      <w:r>
        <w:rPr>
          <w:b/>
        </w:rPr>
        <w:t xml:space="preserve">[10:11] </w:t>
      </w:r>
      <w:r>
        <w:t>to aap hijrat kar gaye.</w:t>
      </w:r>
    </w:p>
    <w:p>
      <w:pPr>
        <w:jc w:val="right"/>
      </w:pPr>
      <w:r>
        <w:t>تو آپ ہجرت کر گئے۔</w:t>
      </w:r>
    </w:p>
    <w:p>
      <w:r>
        <w:rPr>
          <w:b/>
        </w:rPr>
        <w:t xml:space="preserve">[10:16] </w:t>
      </w:r>
      <w:r>
        <w:t>uhud ke mauqe par bhi internal reason talash ki gayi.</w:t>
      </w:r>
    </w:p>
    <w:p>
      <w:pPr>
        <w:jc w:val="right"/>
      </w:pPr>
      <w:r>
        <w:t>احد کے موقع پر بھی انٹرنل ریزن تلاش کی گئی۔</w:t>
      </w:r>
    </w:p>
    <w:p>
      <w:r>
        <w:rPr>
          <w:b/>
        </w:rPr>
        <w:t xml:space="preserve">[10:21] </w:t>
      </w:r>
      <w:r>
        <w:t>aapas mein ikhtilaf paida hoga, tum is ki wajah se tum ko shikast hui, tum haare. hunain mein</w:t>
      </w:r>
    </w:p>
    <w:p>
      <w:pPr>
        <w:jc w:val="right"/>
      </w:pPr>
      <w:r>
        <w:t>آپس میں اختلاف پیدا ہوگا، تم اس کی وجہ سے تم کو شکست ہوئی، تم ہارے۔ حنین میں</w:t>
      </w:r>
    </w:p>
    <w:p>
      <w:r>
        <w:rPr>
          <w:b/>
        </w:rPr>
        <w:t xml:space="preserve">[10:26] </w:t>
      </w:r>
      <w:r>
        <w:t>shuru mein musalmanon ko shikast hui thi.</w:t>
      </w:r>
    </w:p>
    <w:p>
      <w:pPr>
        <w:jc w:val="right"/>
      </w:pPr>
      <w:r>
        <w:t>شروع میں مسلمانوں کو شکست ہوئی تھی۔</w:t>
      </w:r>
    </w:p>
    <w:p>
      <w:r>
        <w:rPr>
          <w:b/>
        </w:rPr>
        <w:t xml:space="preserve">[10:31] </w:t>
      </w:r>
      <w:r>
        <w:t>wahan bhi kya kaha gaya? ke is mein kaha gaya ke "wuju ma hunain iz ajbatkum kasratukum".</w:t>
      </w:r>
    </w:p>
    <w:p>
      <w:pPr>
        <w:jc w:val="right"/>
      </w:pPr>
      <w:r>
        <w:t>وہاں بھی کیا کہا گیا؟ کہ اس میں کہا گیا کہ "وجو ما حنین إذ عجبتكم كثرتكم"۔</w:t>
      </w:r>
    </w:p>
    <w:p>
      <w:r>
        <w:rPr>
          <w:b/>
        </w:rPr>
        <w:t xml:space="preserve">[10:36] </w:t>
      </w:r>
      <w:r>
        <w:t>ke hunain ke din jo tum ko haar hui, is ka reason kya tha? tum ko ajab paida</w:t>
      </w:r>
    </w:p>
    <w:p>
      <w:pPr>
        <w:jc w:val="right"/>
      </w:pPr>
      <w:r>
        <w:t>کہ حنین کے دن جو تم کو ہار ہوئی، اس کا ریزن کیا تھا؟ تم کو عجب پیدا</w:t>
      </w:r>
    </w:p>
    <w:p>
      <w:r>
        <w:rPr>
          <w:b/>
        </w:rPr>
        <w:t xml:space="preserve">[10:41] </w:t>
      </w:r>
      <w:r>
        <w:t>hoga, ajab kehte hain haroigens, naaz.</w:t>
      </w:r>
    </w:p>
    <w:p>
      <w:pPr>
        <w:jc w:val="right"/>
      </w:pPr>
      <w:r>
        <w:t>ہوگا، عجب کہتے ہیں ہاروگینس، ناز۔</w:t>
      </w:r>
    </w:p>
    <w:p>
      <w:r>
        <w:rPr>
          <w:b/>
        </w:rPr>
        <w:t xml:space="preserve">[10:46] </w:t>
      </w:r>
      <w:r>
        <w:t>hum zyada hain.</w:t>
      </w:r>
    </w:p>
    <w:p>
      <w:pPr>
        <w:jc w:val="right"/>
      </w:pPr>
      <w:r>
        <w:t>ہم زیادہ ہیں۔</w:t>
      </w:r>
    </w:p>
    <w:p>
      <w:r>
        <w:rPr>
          <w:b/>
        </w:rPr>
        <w:t xml:space="preserve">[10:51] </w:t>
      </w:r>
      <w:r>
        <w:t>yahan bhi dekhen internal reason par point</w:t>
      </w:r>
    </w:p>
    <w:p>
      <w:pPr>
        <w:jc w:val="right"/>
      </w:pPr>
      <w:r>
        <w:t>یہاں بھی دیکھیں انٹرنل ریزن پر پوائنٹ</w:t>
      </w:r>
    </w:p>
    <w:p>
      <w:r>
        <w:rPr>
          <w:b/>
        </w:rPr>
        <w:t xml:space="preserve">[10:56] </w:t>
      </w:r>
      <w:r>
        <w:t>out kiya gaya.</w:t>
      </w:r>
    </w:p>
    <w:p>
      <w:pPr>
        <w:jc w:val="right"/>
      </w:pPr>
      <w:r>
        <w:t>آؤٹ کیا گیا۔</w:t>
      </w:r>
    </w:p>
    <w:p>
      <w:r>
        <w:rPr>
          <w:b/>
        </w:rPr>
        <w:t xml:space="preserve">[11:01] </w:t>
      </w:r>
      <w:r>
        <w:t>to shaitan ne kya kiya tha? yeh nahi socha ke mere andar kya kami thi ke khuda ne</w:t>
      </w:r>
    </w:p>
    <w:p>
      <w:pPr>
        <w:jc w:val="right"/>
      </w:pPr>
      <w:r>
        <w:t>تو شیطان نے کیا کیا تھا؟ یہ نہیں سوچا کہ میرے اندر کیا کمی تھی کہ خدا نے</w:t>
      </w:r>
    </w:p>
    <w:p>
      <w:r>
        <w:rPr>
          <w:b/>
        </w:rPr>
        <w:t xml:space="preserve">[11:06] </w:t>
      </w:r>
      <w:r>
        <w:t>adam ko hukum de diya ke un ko un ke aage jhuko, mere aage jhukne ko nahi kaha.</w:t>
      </w:r>
    </w:p>
    <w:p>
      <w:pPr>
        <w:jc w:val="right"/>
      </w:pPr>
      <w:r>
        <w:t>آدم کو حکم دے دیا کہ ان کو ان کے آگے جھکو، میرے آگے جھکنے کو نہیں کہا۔</w:t>
      </w:r>
    </w:p>
    <w:p>
      <w:r>
        <w:rPr>
          <w:b/>
        </w:rPr>
        <w:t xml:space="preserve">[11:11] </w:t>
      </w:r>
      <w:r>
        <w:t>bas adam ke khilaf ho gaya, farishton ke khilaf ho gaya, allah mere khilaf ho gaya.</w:t>
      </w:r>
    </w:p>
    <w:p>
      <w:pPr>
        <w:jc w:val="right"/>
      </w:pPr>
      <w:r>
        <w:t>بس آدم کے خلاف ہو گیا، فرشتوں کے خلاف ہو گیا، اللہ میرے خلاف ہو گیا۔</w:t>
      </w:r>
    </w:p>
    <w:p>
      <w:r>
        <w:rPr>
          <w:b/>
        </w:rPr>
        <w:t xml:space="preserve">[11:16] </w:t>
      </w:r>
      <w:r>
        <w:t>aur insaan ke khilaf ladai chhed di.</w:t>
      </w:r>
    </w:p>
    <w:p>
      <w:pPr>
        <w:jc w:val="right"/>
      </w:pPr>
      <w:r>
        <w:t>اور انسان کے خلاف لڑائی چھیڑ دی۔</w:t>
      </w:r>
    </w:p>
    <w:p>
      <w:r>
        <w:rPr>
          <w:b/>
        </w:rPr>
        <w:t xml:space="preserve">[11:21] </w:t>
      </w:r>
      <w:r>
        <w:t>that is satanic reaction.</w:t>
      </w:r>
    </w:p>
    <w:p>
      <w:pPr>
        <w:jc w:val="right"/>
      </w:pPr>
      <w:r>
        <w:t>دیٹ از سیٹنک ری ایکشن۔</w:t>
      </w:r>
    </w:p>
    <w:p>
      <w:r>
        <w:rPr>
          <w:b/>
        </w:rPr>
        <w:t xml:space="preserve">[11:26] </w:t>
      </w:r>
      <w:r>
        <w:t>yahi hamare saare leaderon ne kiya, one to all. arab dunya mein kya hua? arab dunya mein aik us zamane mein aik chalta tha aik nara ke salahuddin ko phir se wapas lao. salahuddin ko wapas lao. yani salahuddin lao aur talwar se hamein lar na hai unhein. talwar se lar na</w:t>
      </w:r>
    </w:p>
    <w:p>
      <w:pPr>
        <w:jc w:val="right"/>
      </w:pPr>
      <w:r>
        <w:t>یہی ہمارے سارے لیڈروں نے کیا، ون ٹو آل۔ عرب دنیا میں کیا ہوا؟ عرب دنیا میں ایک اس زمانے میں ایک چلتا تھا ایک نعرہ کہ صلاح الدین کو پھر سے واپس لاؤ۔ صلاح الدین کو واپس لاؤ۔ یعنی صلاح الدین لاؤ اور تلوار سے ہمیں لڑنا ہے انہیں۔ تلوار سے لڑنا</w:t>
      </w:r>
    </w:p>
    <w:p>
      <w:r>
        <w:rPr>
          <w:b/>
        </w:rPr>
        <w:t xml:space="preserve">[11:56] </w:t>
      </w:r>
      <w:r>
        <w:t>hai humein.</w:t>
      </w:r>
    </w:p>
    <w:p>
      <w:pPr>
        <w:jc w:val="right"/>
      </w:pPr>
      <w:r>
        <w:t>ہے ہمیں۔</w:t>
      </w:r>
    </w:p>
    <w:p>
      <w:r>
        <w:rPr>
          <w:b/>
        </w:rPr>
        <w:t xml:space="preserve">[12:00] </w:t>
      </w:r>
      <w:r>
        <w:t>"haat salahuddin thaniyatan fina".</w:t>
      </w:r>
    </w:p>
    <w:p>
      <w:pPr>
        <w:jc w:val="right"/>
      </w:pPr>
      <w:r>
        <w:t>"ہات صلاح الدین ثانیۃ فینا"۔</w:t>
      </w:r>
    </w:p>
    <w:p>
      <w:r>
        <w:rPr>
          <w:b/>
        </w:rPr>
        <w:t xml:space="preserve">[12:04] </w:t>
      </w:r>
      <w:r>
        <w:t>"jadadi hatta nushaba hatta".</w:t>
      </w:r>
    </w:p>
    <w:p>
      <w:pPr>
        <w:jc w:val="right"/>
      </w:pPr>
      <w:r>
        <w:t>"جددی حتی نوشب حتی"۔</w:t>
      </w:r>
    </w:p>
    <w:p>
      <w:r>
        <w:rPr>
          <w:b/>
        </w:rPr>
        <w:t xml:space="preserve">[12:08] </w:t>
      </w:r>
      <w:r>
        <w:t>"haat salahuddin thaniyatan fina".</w:t>
      </w:r>
    </w:p>
    <w:p>
      <w:pPr>
        <w:jc w:val="right"/>
      </w:pPr>
      <w:r>
        <w:t>"ہات صلاح الدین ثانیۃ فینا"۔</w:t>
      </w:r>
    </w:p>
    <w:p>
      <w:r>
        <w:rPr>
          <w:b/>
        </w:rPr>
        <w:t xml:space="preserve">[12:12] </w:t>
      </w:r>
      <w:r>
        <w:t>salahuddin ko phir wapas lao.</w:t>
      </w:r>
    </w:p>
    <w:p>
      <w:pPr>
        <w:jc w:val="right"/>
      </w:pPr>
      <w:r>
        <w:t>صلاح الدین کو پھر واپس لاؤ۔</w:t>
      </w:r>
    </w:p>
    <w:p>
      <w:r>
        <w:rPr>
          <w:b/>
        </w:rPr>
        <w:t xml:space="preserve">[12:15] </w:t>
      </w:r>
      <w:r>
        <w:t>taake hum talwar maaren un ko.</w:t>
      </w:r>
    </w:p>
    <w:p>
      <w:pPr>
        <w:jc w:val="right"/>
      </w:pPr>
      <w:r>
        <w:t>تاکہ ہم تلوار ماریں ان کو۔</w:t>
      </w:r>
    </w:p>
    <w:p>
      <w:r>
        <w:rPr>
          <w:b/>
        </w:rPr>
        <w:t xml:space="preserve">[12:19] </w:t>
      </w:r>
      <w:r>
        <w:t>ek martaba mein arab gaya tha, ek museum mein dekha, main ne ek likha hua wahan tha ek naara.</w:t>
      </w:r>
    </w:p>
    <w:p>
      <w:pPr>
        <w:jc w:val="right"/>
      </w:pPr>
      <w:r>
        <w:t>ایک مرتبہ میں عرب گیا تھا، ایک میوزیم میں دیکھا، میں نے ایک لکھا ہوا وہاں تھا ایک نعرہ۔</w:t>
      </w:r>
    </w:p>
    <w:p>
      <w:r>
        <w:rPr>
          <w:b/>
        </w:rPr>
        <w:t xml:space="preserve">[12:23] </w:t>
      </w:r>
      <w:r>
        <w:t>ke "muto al yawm azzah qabl tum</w:t>
      </w:r>
    </w:p>
    <w:p>
      <w:pPr>
        <w:jc w:val="right"/>
      </w:pPr>
      <w:r>
        <w:t>کہ "موتو الیوم عزہ قبل تم</w:t>
      </w:r>
    </w:p>
    <w:p>
      <w:r>
        <w:rPr>
          <w:b/>
        </w:rPr>
        <w:t xml:space="preserve">[12:27] </w:t>
      </w:r>
      <w:r>
        <w:t>watu adlah".</w:t>
      </w:r>
    </w:p>
    <w:p>
      <w:pPr>
        <w:jc w:val="right"/>
      </w:pPr>
      <w:r>
        <w:t>وتو غدا عدلہ"۔</w:t>
      </w:r>
    </w:p>
    <w:p>
      <w:r>
        <w:rPr>
          <w:b/>
        </w:rPr>
        <w:t xml:space="preserve">[12:30] </w:t>
      </w:r>
      <w:r>
        <w:t>aaj izzat ke sath mar jao.</w:t>
      </w:r>
    </w:p>
    <w:p>
      <w:pPr>
        <w:jc w:val="right"/>
      </w:pPr>
      <w:r>
        <w:t>آج عزت کے ساتھ مر جاؤ۔</w:t>
      </w:r>
    </w:p>
    <w:p>
      <w:r>
        <w:rPr>
          <w:b/>
        </w:rPr>
        <w:t xml:space="preserve">[12:34] </w:t>
      </w:r>
      <w:r>
        <w:t>warna kal tumhein zillat se marna paray ga.</w:t>
      </w:r>
    </w:p>
    <w:p>
      <w:pPr>
        <w:jc w:val="right"/>
      </w:pPr>
      <w:r>
        <w:t>ورنہ کل تمہیں ذلت سے مرنا پڑے گا۔</w:t>
      </w:r>
    </w:p>
    <w:p>
      <w:r>
        <w:rPr>
          <w:b/>
        </w:rPr>
        <w:t xml:space="preserve">[12:38] </w:t>
      </w:r>
      <w:r>
        <w:t>yeh arab dunya mein nare thay.</w:t>
      </w:r>
    </w:p>
    <w:p>
      <w:pPr>
        <w:jc w:val="right"/>
      </w:pPr>
      <w:r>
        <w:t>یہ عرب دنیا میں نعرے تھے۔</w:t>
      </w:r>
    </w:p>
    <w:p>
      <w:r>
        <w:rPr>
          <w:b/>
        </w:rPr>
        <w:t xml:space="preserve">[12:42] </w:t>
      </w:r>
      <w:r>
        <w:t>yahan kya tha? yahan yeh tha ke sultan tipu ko larai jab paish aai, unhon ne kaha ke</w:t>
      </w:r>
    </w:p>
    <w:p>
      <w:pPr>
        <w:jc w:val="right"/>
      </w:pPr>
      <w:r>
        <w:t>یہاں کیا تھا؟ یہاں یہ تھا کہ سلطان ٹیپو کو لڑائی جب پیش آئی، انہوں نے کہا کہ</w:t>
      </w:r>
    </w:p>
    <w:p>
      <w:r>
        <w:rPr>
          <w:b/>
        </w:rPr>
        <w:t xml:space="preserve">[12:45] </w:t>
      </w:r>
      <w:r>
        <w:t>lar gaye is se.</w:t>
      </w:r>
    </w:p>
    <w:p>
      <w:pPr>
        <w:jc w:val="right"/>
      </w:pPr>
      <w:r>
        <w:t>لڑ گئے اس سے۔</w:t>
      </w:r>
    </w:p>
    <w:p>
      <w:r>
        <w:rPr>
          <w:b/>
        </w:rPr>
        <w:t xml:space="preserve">[12:49] </w:t>
      </w:r>
      <w:r>
        <w:t>halankay sultan tipu ki fauj bohat hi kam thi, kamzor thi.</w:t>
      </w:r>
    </w:p>
    <w:p>
      <w:pPr>
        <w:jc w:val="right"/>
      </w:pPr>
      <w:r>
        <w:t>حالانکہ سلطان ٹیپو کی فوج بہت ہی کم تھی، کمزور تھی۔</w:t>
      </w:r>
    </w:p>
    <w:p>
      <w:r>
        <w:rPr>
          <w:b/>
        </w:rPr>
        <w:t xml:space="preserve">[12:53] </w:t>
      </w:r>
      <w:r>
        <w:t>yeh keh diya unhon ne ke sher ki aik din ki zindagi geedar</w:t>
      </w:r>
    </w:p>
    <w:p>
      <w:pPr>
        <w:jc w:val="right"/>
      </w:pPr>
      <w:r>
        <w:t>یہ کہہ دیا انہوں نے کہ شیر کی ایک دن کی زندگی گیدڑ</w:t>
      </w:r>
    </w:p>
    <w:p>
      <w:r>
        <w:rPr>
          <w:b/>
        </w:rPr>
        <w:t xml:space="preserve">[12:57] </w:t>
      </w:r>
      <w:r>
        <w:t>ki hazar din ki zindagi se behtar hai.</w:t>
      </w:r>
    </w:p>
    <w:p>
      <w:pPr>
        <w:jc w:val="right"/>
      </w:pPr>
      <w:r>
        <w:t>کی ہزار دن کی زندگی سے بہتر ہے۔</w:t>
      </w:r>
    </w:p>
    <w:p>
      <w:r>
        <w:rPr>
          <w:b/>
        </w:rPr>
        <w:t xml:space="preserve">[13:00] </w:t>
      </w:r>
      <w:r>
        <w:t>yeh bilkul aik jhooti baat thi.</w:t>
      </w:r>
    </w:p>
    <w:p>
      <w:pPr>
        <w:jc w:val="right"/>
      </w:pPr>
      <w:r>
        <w:t>یہ بالکل ایک جھوٹی بات تھی۔</w:t>
      </w:r>
    </w:p>
    <w:p>
      <w:r>
        <w:rPr>
          <w:b/>
        </w:rPr>
        <w:t xml:space="preserve">[13:04] </w:t>
      </w:r>
      <w:r>
        <w:t>sher to laita hi nahin.</w:t>
      </w:r>
    </w:p>
    <w:p>
      <w:pPr>
        <w:jc w:val="right"/>
      </w:pPr>
      <w:r>
        <w:t>شیر تو لڑتا ہی نہیں۔</w:t>
      </w:r>
    </w:p>
    <w:p>
      <w:r>
        <w:rPr>
          <w:b/>
        </w:rPr>
        <w:t xml:space="preserve">[13:07] </w:t>
      </w:r>
      <w:r>
        <w:t>aap dekhen sher ka aata hai tv mein, laita hi nahin sher.</w:t>
      </w:r>
    </w:p>
    <w:p>
      <w:pPr>
        <w:jc w:val="right"/>
      </w:pPr>
      <w:r>
        <w:t>آپ دیکھیں شیر کا آتا ہے ٹی وی میں، لڑتا ہی نہیں شیر۔</w:t>
      </w:r>
    </w:p>
    <w:p>
      <w:r>
        <w:rPr>
          <w:b/>
        </w:rPr>
        <w:t xml:space="preserve">[13:11] </w:t>
      </w:r>
      <w:r>
        <w:t>aur unhon ne keh diya ke sher ki tarah lar jao.</w:t>
      </w:r>
    </w:p>
    <w:p>
      <w:pPr>
        <w:jc w:val="right"/>
      </w:pPr>
      <w:r>
        <w:t>اور انہوں نے کہہ دیا کہ شیر کی طرح لڑ جاؤ۔</w:t>
      </w:r>
    </w:p>
    <w:p>
      <w:r>
        <w:rPr>
          <w:b/>
        </w:rPr>
        <w:t xml:space="preserve">[13:14] </w:t>
      </w:r>
      <w:r>
        <w:t>aur iqbal jo thay, jo sab se baray banay huay hain musalmanon mein, allah ke sheron ko aati nahin rubai.</w:t>
      </w:r>
    </w:p>
    <w:p>
      <w:pPr>
        <w:jc w:val="right"/>
      </w:pPr>
      <w:r>
        <w:t>اور اقبال جو تھے، جو سب سے بڑے بنے ہوئے ہیں مسلمانوں میں، اللہ کے شیروں کو آتی نہیں روبائی۔</w:t>
      </w:r>
    </w:p>
    <w:p>
      <w:r>
        <w:rPr>
          <w:b/>
        </w:rPr>
        <w:t xml:space="preserve">[13:18] </w:t>
      </w:r>
      <w:r>
        <w:t>yeh jhoota sher hai yeh.</w:t>
      </w:r>
    </w:p>
    <w:p>
      <w:pPr>
        <w:jc w:val="right"/>
      </w:pPr>
      <w:r>
        <w:t>یہ جھوٹا شیر ہے یہ۔</w:t>
      </w:r>
    </w:p>
    <w:p>
      <w:r>
        <w:rPr>
          <w:b/>
        </w:rPr>
        <w:t xml:space="preserve">[13:22] </w:t>
      </w:r>
      <w:r>
        <w:t>aisay sher allah ne paida hi nahin kiye.</w:t>
      </w:r>
    </w:p>
    <w:p>
      <w:pPr>
        <w:jc w:val="right"/>
      </w:pPr>
      <w:r>
        <w:t>ایسے شیر اللہ نے پیدا ہی نہیں کیے۔</w:t>
      </w:r>
    </w:p>
    <w:p>
      <w:r>
        <w:rPr>
          <w:b/>
        </w:rPr>
        <w:t xml:space="preserve">[13:25] </w:t>
      </w:r>
      <w:r>
        <w:t>allah ke sheron ko aati nahin rubai.</w:t>
      </w:r>
    </w:p>
    <w:p>
      <w:pPr>
        <w:jc w:val="right"/>
      </w:pPr>
      <w:r>
        <w:t>اللہ کے شیروں کو آتی نہیں روبائی۔</w:t>
      </w:r>
    </w:p>
    <w:p>
      <w:r>
        <w:rPr>
          <w:b/>
        </w:rPr>
        <w:t xml:space="preserve">[13:29] </w:t>
      </w:r>
      <w:r>
        <w:t>saari muslim dunya mein, arab mein na arab, dono mein jo bas larai, larai, larai. yani satanic reaction. it was a satanic type of reaction. larna kya hai bhai? aap baith kar sochte hain ke kya yeh kyun aisa hua? balance toot gaya, equation badal gaya. hum haar gaye, woh jeet gaye. aap baithte sochte hain is ko. jis tarah rasool allah ne socha. hudaybiyah mein aap</w:t>
      </w:r>
    </w:p>
    <w:p>
      <w:pPr>
        <w:jc w:val="right"/>
      </w:pPr>
      <w:r>
        <w:t>ساری مسلم دنیا میں، عرب میں نہ عرب، دونوں میں جو بس لڑائی، لڑائی، لڑائی۔ یعنی سیٹنک ری ایکشن۔ اٹ واز ا سیٹنک ٹائپ آف ری ایکشن۔ لڑنا کیا ہے بھئی؟ آپ بیٹھ کر سوچتے ہیں کہ کیا یہ کیوں ایسا ہوا؟ بیلنس ٹوٹ گیا، ایکویشن بدل گیا۔ ہم ہار گئے، وہ جیت گئے۔ آپ بیٹھتے سوچتے ہیں اس کو۔ جس طرح رسول اللہ نے سوچا۔ حدیبیہ میں آپ</w:t>
      </w:r>
    </w:p>
    <w:p>
      <w:r>
        <w:rPr>
          <w:b/>
        </w:rPr>
        <w:t xml:space="preserve">[13:59] </w:t>
      </w:r>
      <w:r>
        <w:t>dekhen ke un ki taraf se waqai larai ka challenge tha.</w:t>
      </w:r>
    </w:p>
    <w:p>
      <w:pPr>
        <w:jc w:val="right"/>
      </w:pPr>
      <w:r>
        <w:t>دیکھیں کہ ان کی طرف سے واقعی لڑائی کا چیلنج تھا۔</w:t>
      </w:r>
    </w:p>
    <w:p>
      <w:r>
        <w:rPr>
          <w:b/>
        </w:rPr>
        <w:t xml:space="preserve">[14:02] </w:t>
      </w:r>
      <w:r>
        <w:t>rasool allah khamoshi se wapas chalay gaye madina.</w:t>
      </w:r>
    </w:p>
    <w:p>
      <w:pPr>
        <w:jc w:val="right"/>
      </w:pPr>
      <w:r>
        <w:t>رسول اللہ خاموشی سے واپس چلے گئے مدینہ۔</w:t>
      </w:r>
    </w:p>
    <w:p>
      <w:r>
        <w:rPr>
          <w:b/>
        </w:rPr>
        <w:t xml:space="preserve">[14:06] </w:t>
      </w:r>
      <w:r>
        <w:t>yeh shair karta hai.</w:t>
      </w:r>
    </w:p>
    <w:p>
      <w:pPr>
        <w:jc w:val="right"/>
      </w:pPr>
      <w:r>
        <w:t>یہ شعر کرتا ہے۔</w:t>
      </w:r>
    </w:p>
    <w:p>
      <w:r>
        <w:rPr>
          <w:b/>
        </w:rPr>
        <w:t xml:space="preserve">[14:10] </w:t>
      </w:r>
      <w:r>
        <w:t>wahan se chala hai qissa.</w:t>
      </w:r>
    </w:p>
    <w:p>
      <w:pPr>
        <w:jc w:val="right"/>
      </w:pPr>
      <w:r>
        <w:t>وہاں سے چلا ہے قصہ۔</w:t>
      </w:r>
    </w:p>
    <w:p>
      <w:r>
        <w:rPr>
          <w:b/>
        </w:rPr>
        <w:t xml:space="preserve">[14:14] </w:t>
      </w:r>
      <w:r>
        <w:t>dekhen hua kya? pehlay musalmanon ne larai chhairi.</w:t>
      </w:r>
    </w:p>
    <w:p>
      <w:pPr>
        <w:jc w:val="right"/>
      </w:pPr>
      <w:r>
        <w:t>دیکھیں ہوا کیا؟ پہلے مسلمانوں نے لڑائی چھیڑی۔</w:t>
      </w:r>
    </w:p>
    <w:p>
      <w:r>
        <w:rPr>
          <w:b/>
        </w:rPr>
        <w:t xml:space="preserve">[14:18] </w:t>
      </w:r>
      <w:r>
        <w:t>har jagah haray.</w:t>
      </w:r>
    </w:p>
    <w:p>
      <w:pPr>
        <w:jc w:val="right"/>
      </w:pPr>
      <w:r>
        <w:t>ہر جگہ ہارے۔</w:t>
      </w:r>
    </w:p>
    <w:p>
      <w:r>
        <w:rPr>
          <w:b/>
        </w:rPr>
        <w:t xml:space="preserve">[14:21] </w:t>
      </w:r>
      <w:r>
        <w:t>india mein bhi haray.</w:t>
      </w:r>
    </w:p>
    <w:p>
      <w:pPr>
        <w:jc w:val="right"/>
      </w:pPr>
      <w:r>
        <w:t>انڈیا میں بھی ہارے۔</w:t>
      </w:r>
    </w:p>
    <w:p>
      <w:r>
        <w:rPr>
          <w:b/>
        </w:rPr>
        <w:t xml:space="preserve">[14:25] </w:t>
      </w:r>
      <w:r>
        <w:t>falasteen mein bhi haray. har</w:t>
      </w:r>
    </w:p>
    <w:p>
      <w:pPr>
        <w:jc w:val="right"/>
      </w:pPr>
      <w:r>
        <w:t>فلسطین میں بھی ہارے۔ ہر</w:t>
      </w:r>
    </w:p>
    <w:p>
      <w:r>
        <w:rPr>
          <w:b/>
        </w:rPr>
        <w:t xml:space="preserve">[14:29] </w:t>
      </w:r>
      <w:r>
        <w:t>muhad par haray.</w:t>
      </w:r>
    </w:p>
    <w:p>
      <w:pPr>
        <w:jc w:val="right"/>
      </w:pPr>
      <w:r>
        <w:t>محاذ پر ہارے۔</w:t>
      </w:r>
    </w:p>
    <w:p>
      <w:r>
        <w:rPr>
          <w:b/>
        </w:rPr>
        <w:t xml:space="preserve">[14:33] </w:t>
      </w:r>
      <w:r>
        <w:t>to phir kya hua? nafrat karne lagay, nafrat karne lagay.</w:t>
      </w:r>
    </w:p>
    <w:p>
      <w:pPr>
        <w:jc w:val="right"/>
      </w:pPr>
      <w:r>
        <w:t>تو پھر کیا ہوا؟ نفرت کرنے لگے، نفرت کرنے لگے۔</w:t>
      </w:r>
    </w:p>
    <w:p>
      <w:r>
        <w:rPr>
          <w:b/>
        </w:rPr>
        <w:t xml:space="preserve">[14:37] </w:t>
      </w:r>
      <w:r>
        <w:t>suisaiid bombing karne lagay.</w:t>
      </w:r>
    </w:p>
    <w:p>
      <w:pPr>
        <w:jc w:val="right"/>
      </w:pPr>
      <w:r>
        <w:t>سوئیسائیڈ بمبنگ کرنے لگے۔</w:t>
      </w:r>
    </w:p>
    <w:p>
      <w:r>
        <w:rPr>
          <w:b/>
        </w:rPr>
        <w:t xml:space="preserve">[14:42] </w:t>
      </w:r>
      <w:r>
        <w:t>yani apne aap ko marne lagay.</w:t>
      </w:r>
    </w:p>
    <w:p>
      <w:pPr>
        <w:jc w:val="right"/>
      </w:pPr>
      <w:r>
        <w:t>یعنی اپنے آپ کو مارنے لگے۔</w:t>
      </w:r>
    </w:p>
    <w:p>
      <w:r>
        <w:rPr>
          <w:b/>
        </w:rPr>
        <w:t xml:space="preserve">[14:46] </w:t>
      </w:r>
      <w:r>
        <w:t>jab unhon ne un ke khilaaf likhne ka toofan barpa kiya, ispeeches ka toofan barpa kiya, larai chheri.</w:t>
      </w:r>
    </w:p>
    <w:p>
      <w:pPr>
        <w:jc w:val="right"/>
      </w:pPr>
      <w:r>
        <w:t>جب انہوں نے ان کے خلاف لکھنے کا طوفان برپا کیا، اسپیچز کا طوفان برپا کیا، لڑائی چھیڑی۔</w:t>
      </w:r>
    </w:p>
    <w:p>
      <w:r>
        <w:rPr>
          <w:b/>
        </w:rPr>
        <w:t xml:space="preserve">[14:50] </w:t>
      </w:r>
      <w:r>
        <w:t>aakhir mein kuch bhi nahi, kuch bhi nahi hua to suisaiid bombing kar rahay hain.</w:t>
      </w:r>
    </w:p>
    <w:p>
      <w:pPr>
        <w:jc w:val="right"/>
      </w:pPr>
      <w:r>
        <w:t>آخر میں کچھ بھی نہیں، کچھ بھی نہیں ہوا تو سوئیسائیڈ بمبنگ کر رہے ہیں۔</w:t>
      </w:r>
    </w:p>
    <w:p>
      <w:r>
        <w:rPr>
          <w:b/>
        </w:rPr>
        <w:t xml:space="preserve">[14:55] </w:t>
      </w:r>
      <w:r>
        <w:t>yeh koi kaam hai bataiye?</w:t>
      </w:r>
    </w:p>
    <w:p>
      <w:pPr>
        <w:jc w:val="right"/>
      </w:pPr>
      <w:r>
        <w:t>یہ کوئی کام ہے بتائیے؟</w:t>
      </w:r>
    </w:p>
    <w:p>
      <w:r>
        <w:rPr>
          <w:b/>
        </w:rPr>
        <w:t xml:space="preserve">[14:59] </w:t>
      </w:r>
      <w:r>
        <w:t>yeh koi kaam hai? yeh to diwangi hai, yeh to madnes hai.</w:t>
      </w:r>
    </w:p>
    <w:p>
      <w:pPr>
        <w:jc w:val="right"/>
      </w:pPr>
      <w:r>
        <w:t>یہ کوئی کام ہے؟ یہ تو دیوانگی ہے، یہ تو میڈنس ہے۔</w:t>
      </w:r>
    </w:p>
    <w:p>
      <w:r>
        <w:rPr>
          <w:b/>
        </w:rPr>
        <w:t xml:space="preserve">[15:04] </w:t>
      </w:r>
      <w:r>
        <w:t>jab bhi aap dekhen koi rong step len gay to jante hain kya hoga aakhir mein? madnes.</w:t>
      </w:r>
    </w:p>
    <w:p>
      <w:pPr>
        <w:jc w:val="right"/>
      </w:pPr>
      <w:r>
        <w:t>جب بھی آپ دیکھیں کوئی رونگ سٹیپ لیں گے تو جانتے ہیں کیا ہوگا آخر میں؟ میڈنس۔</w:t>
      </w:r>
    </w:p>
    <w:p>
      <w:r>
        <w:rPr>
          <w:b/>
        </w:rPr>
        <w:t xml:space="preserve">[15:09] </w:t>
      </w:r>
      <w:r>
        <w:t>Wrong, wrong step will lead to madness.</w:t>
      </w:r>
    </w:p>
    <w:p>
      <w:pPr>
        <w:jc w:val="right"/>
      </w:pPr>
      <w:r>
        <w:t>رونگ، رونگ سٹیپ ویل لیڈ ٹو میڈنس۔</w:t>
      </w:r>
    </w:p>
    <w:p>
      <w:r>
        <w:rPr>
          <w:b/>
        </w:rPr>
        <w:t xml:space="preserve">[15:14] </w:t>
      </w:r>
      <w:r>
        <w:t>wohi ho raha hai hamare haan.</w:t>
      </w:r>
    </w:p>
    <w:p>
      <w:pPr>
        <w:jc w:val="right"/>
      </w:pPr>
      <w:r>
        <w:t>وہی ہو رہا ہے ہمارے ہاں۔</w:t>
      </w:r>
    </w:p>
    <w:p>
      <w:r>
        <w:rPr>
          <w:b/>
        </w:rPr>
        <w:t xml:space="preserve">[15:19] </w:t>
      </w:r>
      <w:r>
        <w:t>Allah taala ne dekhen, Allah taala aap ki azadi ko abolish nahi karta.</w:t>
      </w:r>
    </w:p>
    <w:p>
      <w:pPr>
        <w:jc w:val="right"/>
      </w:pPr>
      <w:r>
        <w:t>اللہ تعالیٰ نے دیکھیں، اللہ تعالیٰ آپ کی آزادی کو ابولش نہیں کرتا۔</w:t>
      </w:r>
    </w:p>
    <w:p>
      <w:r>
        <w:rPr>
          <w:b/>
        </w:rPr>
        <w:t xml:space="preserve">[15:24] </w:t>
      </w:r>
      <w:r>
        <w:t>aaj mein soch raha tha</w:t>
      </w:r>
    </w:p>
    <w:p>
      <w:pPr>
        <w:jc w:val="right"/>
      </w:pPr>
      <w:r>
        <w:t>آج میں سوچ رہا تھا</w:t>
      </w:r>
    </w:p>
    <w:p>
      <w:r>
        <w:rPr>
          <w:b/>
        </w:rPr>
        <w:t xml:space="preserve">[15:29] </w:t>
      </w:r>
      <w:r>
        <w:t>ek ajib baat mere dimagh mein aayi.</w:t>
      </w:r>
    </w:p>
    <w:p>
      <w:pPr>
        <w:jc w:val="right"/>
      </w:pPr>
      <w:r>
        <w:t>ایک عجیب بات میرے دماغ میں آئی۔</w:t>
      </w:r>
    </w:p>
    <w:p>
      <w:r>
        <w:rPr>
          <w:b/>
        </w:rPr>
        <w:t xml:space="preserve">[15:32] </w:t>
      </w:r>
      <w:r>
        <w:t>کہ سب سے سب سے difficult task نعوذ باللہ، نعوذ باللہ اللہ کے لیے کیا ہے؟ اس universe</w:t>
      </w:r>
    </w:p>
    <w:p>
      <w:pPr>
        <w:jc w:val="right"/>
      </w:pPr>
      <w:r>
        <w:t>کہ سب سے سب سے ڈیفیکلٹ ٹاسک نعوذ باللہ، نعوذ باللہ اللہ کے لیے کیا ہے؟ اس یونیورس</w:t>
      </w:r>
    </w:p>
    <w:p>
      <w:r>
        <w:rPr>
          <w:b/>
        </w:rPr>
        <w:t xml:space="preserve">[15:36] </w:t>
      </w:r>
      <w:r>
        <w:t>ko paida karna nahi hai.</w:t>
      </w:r>
    </w:p>
    <w:p>
      <w:pPr>
        <w:jc w:val="right"/>
      </w:pPr>
      <w:r>
        <w:t>کو پیدا کرنا نہیں ہے۔</w:t>
      </w:r>
    </w:p>
    <w:p>
      <w:r>
        <w:rPr>
          <w:b/>
        </w:rPr>
        <w:t xml:space="preserve">[15:39] </w:t>
      </w:r>
      <w:r>
        <w:t>wo to Khuda ke liye bohat hi aasan hai.</w:t>
      </w:r>
    </w:p>
    <w:p>
      <w:pPr>
        <w:jc w:val="right"/>
      </w:pPr>
      <w:r>
        <w:t>وہ تو خدا کے لیے بہت ہی آسان ہے۔</w:t>
      </w:r>
    </w:p>
    <w:p>
      <w:r>
        <w:rPr>
          <w:b/>
        </w:rPr>
        <w:t xml:space="preserve">[15:43] </w:t>
      </w:r>
      <w:r>
        <w:t>quran mein likha hua hai yeh baat.</w:t>
      </w:r>
    </w:p>
    <w:p>
      <w:pPr>
        <w:jc w:val="right"/>
      </w:pPr>
      <w:r>
        <w:t>قرآن میں لکھا ہوا ہے یہ بات۔</w:t>
      </w:r>
    </w:p>
    <w:p>
      <w:r>
        <w:rPr>
          <w:b/>
        </w:rPr>
        <w:t xml:space="preserve">[15:46] </w:t>
      </w:r>
      <w:r>
        <w:t>itni bari universe ko paida karna aasan hai Khuda ke liye.</w:t>
      </w:r>
    </w:p>
    <w:p>
      <w:pPr>
        <w:jc w:val="right"/>
      </w:pPr>
      <w:r>
        <w:t>اتنی بڑی یونیورس کو پیدا کرنا آسان ہے خدا کے لیے۔</w:t>
      </w:r>
    </w:p>
    <w:p>
      <w:r>
        <w:rPr>
          <w:b/>
        </w:rPr>
        <w:t xml:space="preserve">[15:49] </w:t>
      </w:r>
      <w:r>
        <w:t>lekin sab se mushkil kaam hai.</w:t>
      </w:r>
    </w:p>
    <w:p>
      <w:pPr>
        <w:jc w:val="right"/>
      </w:pPr>
      <w:r>
        <w:t>لیکن سب سے مشکل کام ہے۔</w:t>
      </w:r>
    </w:p>
    <w:p>
      <w:r>
        <w:rPr>
          <w:b/>
        </w:rPr>
        <w:t xml:space="preserve">[15:53] </w:t>
      </w:r>
      <w:r>
        <w:t>"sanfukum ayyuhal thaqalan".</w:t>
      </w:r>
    </w:p>
    <w:p>
      <w:pPr>
        <w:jc w:val="right"/>
      </w:pPr>
      <w:r>
        <w:t>"صنفکم ایہا الثقلان"۔</w:t>
      </w:r>
    </w:p>
    <w:p>
      <w:r>
        <w:rPr>
          <w:b/>
        </w:rPr>
        <w:t xml:space="preserve">[15:56] </w:t>
      </w:r>
      <w:r>
        <w:t>yeh alfaaz par ghor kijiye, aise alfaaz zameen o</w:t>
      </w:r>
    </w:p>
    <w:p>
      <w:pPr>
        <w:jc w:val="right"/>
      </w:pPr>
      <w:r>
        <w:t>یہ الفاظ پر غور کیجیے، ایسے الفاظ زمین و</w:t>
      </w:r>
    </w:p>
    <w:p>
      <w:r>
        <w:rPr>
          <w:b/>
        </w:rPr>
        <w:t xml:space="preserve">[15:59] </w:t>
      </w:r>
      <w:r>
        <w:t>aasman ke bare mein nahi aaye hain.</w:t>
      </w:r>
    </w:p>
    <w:p>
      <w:pPr>
        <w:jc w:val="right"/>
      </w:pPr>
      <w:r>
        <w:t>آسمان کے بارے میں نہیں آئے ہیں۔</w:t>
      </w:r>
    </w:p>
    <w:p>
      <w:r>
        <w:rPr>
          <w:b/>
        </w:rPr>
        <w:t xml:space="preserve">[16:03] </w:t>
      </w:r>
      <w:r>
        <w:t>ke zameen o aasman ko paida karna Khuda ke liye bohat aasan tha.</w:t>
      </w:r>
    </w:p>
    <w:p>
      <w:pPr>
        <w:jc w:val="right"/>
      </w:pPr>
      <w:r>
        <w:t>کہ زمین و آسمان کو پیدا کرنا خدا کے لیے بہت آسان تھا۔</w:t>
      </w:r>
    </w:p>
    <w:p>
      <w:r>
        <w:rPr>
          <w:b/>
        </w:rPr>
        <w:t xml:space="preserve">[16:08] </w:t>
      </w:r>
      <w:r>
        <w:t>ke "sanfukum ayyuhal thaqalan".</w:t>
      </w:r>
    </w:p>
    <w:p>
      <w:pPr>
        <w:jc w:val="right"/>
      </w:pPr>
      <w:r>
        <w:t>کہ "صنفکم ایہا الثقلان"۔</w:t>
      </w:r>
    </w:p>
    <w:p>
      <w:r>
        <w:rPr>
          <w:b/>
        </w:rPr>
        <w:t xml:space="preserve">[16:12] </w:t>
      </w:r>
      <w:r>
        <w:t>Allah ne azadi di hai insan ko.</w:t>
      </w:r>
    </w:p>
    <w:p>
      <w:pPr>
        <w:jc w:val="right"/>
      </w:pPr>
      <w:r>
        <w:t>اللہ نے آزادی دی ہے انسان کو۔</w:t>
      </w:r>
    </w:p>
    <w:p>
      <w:r>
        <w:rPr>
          <w:b/>
        </w:rPr>
        <w:t xml:space="preserve">[16:16] </w:t>
      </w:r>
      <w:r>
        <w:t>آزادی کو abolish کیے بغیر ہسٹری کو manage کرنا مشکل ترین کام ہے۔</w:t>
      </w:r>
    </w:p>
    <w:p>
      <w:pPr>
        <w:jc w:val="right"/>
      </w:pPr>
      <w:r>
        <w:t>آزادی کو ابولش کیے بغیر ہسٹری کو مینج کرنا مشکل ترین کام ہے۔</w:t>
      </w:r>
    </w:p>
    <w:p>
      <w:r>
        <w:rPr>
          <w:b/>
        </w:rPr>
        <w:t xml:space="preserve">[16:21] </w:t>
      </w:r>
      <w:r>
        <w:t>insan ki azadi ko abolish kiye baghair Khuda human history ko manage kar raha hai.</w:t>
      </w:r>
    </w:p>
    <w:p>
      <w:pPr>
        <w:jc w:val="right"/>
      </w:pPr>
      <w:r>
        <w:t>انسان کی آزادی کو ابولش کیے بغیر خدا ہیومن ہسٹری کو مینج کر رہا ہے۔</w:t>
      </w:r>
    </w:p>
    <w:p>
      <w:r>
        <w:rPr>
          <w:b/>
        </w:rPr>
        <w:t xml:space="preserve">[16:25] </w:t>
      </w:r>
      <w:r>
        <w:t>yeh to meri aisa barical to a</w:t>
      </w:r>
    </w:p>
    <w:p>
      <w:pPr>
        <w:jc w:val="right"/>
      </w:pPr>
      <w:r>
        <w:t>یہ تو میری ایسا بریکل تو ع</w:t>
      </w:r>
    </w:p>
    <w:p>
      <w:r>
        <w:rPr>
          <w:b/>
        </w:rPr>
        <w:t xml:space="preserve">[16:29] </w:t>
      </w:r>
      <w:r>
        <w:t>qal, aql se bahar hai.</w:t>
      </w:r>
    </w:p>
    <w:p>
      <w:pPr>
        <w:jc w:val="right"/>
      </w:pPr>
      <w:r>
        <w:t>قل، عقل سے باہر ہے۔</w:t>
      </w:r>
    </w:p>
    <w:p>
      <w:r>
        <w:rPr>
          <w:b/>
        </w:rPr>
        <w:t xml:space="preserve">[16:35] </w:t>
      </w:r>
      <w:r>
        <w:t>kese kar raha hai dekhen? sab se pehle dunya mein kingship aai.</w:t>
      </w:r>
    </w:p>
    <w:p>
      <w:pPr>
        <w:jc w:val="right"/>
      </w:pPr>
      <w:r>
        <w:t>کیسے کر رہا ہے دیکھیں؟ سب سے پہلے دنیا میں کنگ شپ آئی۔</w:t>
      </w:r>
    </w:p>
    <w:p>
      <w:r>
        <w:rPr>
          <w:b/>
        </w:rPr>
        <w:t xml:space="preserve">[16:42] </w:t>
      </w:r>
      <w:r>
        <w:t>کنگ شپ کے زمانے میں کیا تھا؟ violent activism.</w:t>
      </w:r>
    </w:p>
    <w:p>
      <w:pPr>
        <w:jc w:val="right"/>
      </w:pPr>
      <w:r>
        <w:t>کنگ شپ کے زمانے میں کیا تھا؟ وائلنٹ ایکٹیوزم۔</w:t>
      </w:r>
    </w:p>
    <w:p>
      <w:r>
        <w:rPr>
          <w:b/>
        </w:rPr>
        <w:t xml:space="preserve">[16:48] </w:t>
      </w:r>
      <w:r>
        <w:t>yani maar maar kar ke apna maqsad hasil karo.</w:t>
      </w:r>
    </w:p>
    <w:p>
      <w:pPr>
        <w:jc w:val="right"/>
      </w:pPr>
      <w:r>
        <w:t>یعنی مار مار کر کے اپنا مقصد حاصل کرو۔</w:t>
      </w:r>
    </w:p>
    <w:p>
      <w:r>
        <w:rPr>
          <w:b/>
        </w:rPr>
        <w:t xml:space="preserve">[16:54] </w:t>
      </w:r>
      <w:r>
        <w:t>کنگ شپ کے زمانے میں جو میتھڈ رائج ہوا، جو میتھڈ، جو طریقہ وہ کیا تھا؟ That was sword-based.</w:t>
      </w:r>
    </w:p>
    <w:p>
      <w:pPr>
        <w:jc w:val="right"/>
      </w:pPr>
      <w:r>
        <w:t>کنگ شپ کے زمانے میں جو میتھڈ رائج ہوا، جو میتھڈ، جو طریقہ وہ کیا تھا؟ دیٹ واز تلوار بیسڈ۔</w:t>
      </w:r>
    </w:p>
    <w:p>
      <w:r>
        <w:rPr>
          <w:b/>
        </w:rPr>
        <w:t xml:space="preserve">[17:00] </w:t>
      </w:r>
      <w:r>
        <w:t>to is ko main kahunga ke kingship ne jo method paida kiya woh tha violent activism. yeh chalta raha, chalta raha. yahan tak ke marx paida hua, rousseau paida hue, is tarah ke log paida hue. tab aaya kya dunya mein? political activism. political activism. lekin political activism bhi kya tha? hate. we and they concept ubhra. hate paida hui. intolerance aa</w:t>
      </w:r>
    </w:p>
    <w:p>
      <w:pPr>
        <w:jc w:val="right"/>
      </w:pPr>
      <w:r>
        <w:t>تو اس کو میں کہوں گا کہ کنگ شپ نے جو میتھڈ پیدا کیا وہ تھا وائلنٹ ایکٹیوزم۔ یہ چلتا رہا، چلتا رہا۔ یہاں تک کہ مارکس پیدا ہوا، روسو پیدا ہوئے، اس طرح کے لوگ پیدا ہوئے۔ تب آیا کیا دنیا میں؟ پولیٹیکل ایکٹیوزم۔ پولیٹیکل ایکٹیوزم۔ لیکن پولیٹیکل ایکٹیوزم بھی کیا تھا؟ ہیٹ۔ وی اینڈ دے کانسیپٹ ابھرا۔ ہیٹ پیدا ہوئی۔ انٹولرنس آ</w:t>
      </w:r>
    </w:p>
    <w:p>
      <w:r>
        <w:rPr>
          <w:b/>
        </w:rPr>
        <w:t xml:space="preserve">[17:30] </w:t>
      </w:r>
      <w:r>
        <w:t>yi. political activism means intolerance activism. phir mahatma gandhi jaise log uthay. unhon ne kya kiya? street activism chalaya. jalsa jaloos, nara, jhanda. kyun ke street activism bhi kya tha? is mein bhi hatred aati hai. intolerance aata hai. we and they concept aata hai. is mein aagay direct violence nahi hai, lekin indirect vi</w:t>
      </w:r>
    </w:p>
    <w:p>
      <w:pPr>
        <w:jc w:val="right"/>
      </w:pPr>
      <w:r>
        <w:t>ئی۔ پولیٹیکل ایکٹیوزم مینز انٹولرنس ایکٹیوزم۔ پھر مہاتما گاندھی جیسے لوگ اٹھے۔ انہوں نے کیا کیا؟ اسٹریٹ ایکٹیوزم چلایا۔ جلسہ جلوس، نعرہ، جھنڈا۔ کیونکہ اسٹریٹ ایکٹیوزم بھی کیا تھا؟ اس میں بھی ہیٹریڈ آتی ہے۔ انٹولرنس آتا ہے۔ وی اینڈ دے کانسیپٹ آتا ہے۔ اس میں آگے جو ڈائریکٹ وائلنس نہیں ہے، لیکن ان ڈائریکٹ و</w:t>
      </w:r>
    </w:p>
    <w:p>
      <w:r>
        <w:rPr>
          <w:b/>
        </w:rPr>
        <w:t xml:space="preserve">[18:00] </w:t>
      </w:r>
      <w:r>
        <w:t>me sab kuch hai is mein. sab se bari cheez hate hai. hate to wahan maujood hai. to sab se pehle history mein aaya violent activism. phir aaya political activism. phir aaya street activism. ab allah taala ne ajeeb ghareeb tor par manage kiya history ko. media activism aa gaya. media activism. aaj is ko parh ke jab soch raha tha to main ne kaha ke allah</w:t>
      </w:r>
    </w:p>
    <w:p>
      <w:pPr>
        <w:jc w:val="right"/>
      </w:pPr>
      <w:r>
        <w:t>ے میں سب کچھ ہے اس میں۔ سب سے بڑی چیز ہیٹ ہے۔ ہیٹ تو وہاں موجود ہے۔ تو سب سے پہلے ہسٹری میں آیا وائلنٹ ایکٹیوزم۔ پھر آیا پولیٹیکل ایکٹیوزم۔ پھر آیا اسٹریٹ ایکٹیوزم۔ اب اللہ تعالیٰ نے عجیب غریب طور پر مینج کیا ہسٹری کو۔ میڈیا ایکٹیوزم آ گیا۔ میڈیا ایکٹیوزم۔ آج اس کو پڑھ کے جب سوچ رہا تھا تو میں نے کہا کہ اللہ</w:t>
      </w:r>
    </w:p>
    <w:p>
      <w:r>
        <w:rPr>
          <w:b/>
        </w:rPr>
        <w:t xml:space="preserve">[18:30] </w:t>
      </w:r>
      <w:r>
        <w:t>ta'ala ne jo sab ka moajza dikhaya, moajza.</w:t>
      </w:r>
    </w:p>
    <w:p>
      <w:pPr>
        <w:jc w:val="right"/>
      </w:pPr>
      <w:r>
        <w:t>تعالیٰ نے جو سب کا معجزہ دکھایا، معجزہ۔</w:t>
      </w:r>
    </w:p>
    <w:p>
      <w:r>
        <w:rPr>
          <w:b/>
        </w:rPr>
        <w:t xml:space="preserve">[18:34] </w:t>
      </w:r>
      <w:r>
        <w:t>galaxy paida ki, solar system paida kiya.</w:t>
      </w:r>
    </w:p>
    <w:p>
      <w:pPr>
        <w:jc w:val="right"/>
      </w:pPr>
      <w:r>
        <w:t>گلیکسی پیدا کی، سولر سسٹم پیدا کیا۔</w:t>
      </w:r>
    </w:p>
    <w:p>
      <w:r>
        <w:rPr>
          <w:b/>
        </w:rPr>
        <w:t xml:space="preserve">[18:39] </w:t>
      </w:r>
      <w:r>
        <w:t>aur kya kya itni bari universe jo hai hum ne paida kiya Khuda ne.</w:t>
      </w:r>
    </w:p>
    <w:p>
      <w:pPr>
        <w:jc w:val="right"/>
      </w:pPr>
      <w:r>
        <w:t>اور کیا کیا اتنی بڑی یونیورس جو ہے ہم نے پیدا کیا خدا نے۔</w:t>
      </w:r>
    </w:p>
    <w:p>
      <w:r>
        <w:rPr>
          <w:b/>
        </w:rPr>
        <w:t xml:space="preserve">[18:43] </w:t>
      </w:r>
      <w:r>
        <w:t>aur ek mushkil kaam Khuda ne yeh kiya ke insaan ko azadi de di. azadi.</w:t>
      </w:r>
    </w:p>
    <w:p>
      <w:pPr>
        <w:jc w:val="right"/>
      </w:pPr>
      <w:r>
        <w:t>اور ایک مشکل کام خدا نے یہ کیا کہ انسان کو آزادی دے دی۔ آزادی۔</w:t>
      </w:r>
    </w:p>
    <w:p>
      <w:r>
        <w:rPr>
          <w:b/>
        </w:rPr>
        <w:t xml:space="preserve">[18:47] </w:t>
      </w:r>
      <w:r>
        <w:t>aur phir abolish insaan ki azadi ko abolish nahin kar raha hai woh.</w:t>
      </w:r>
    </w:p>
    <w:p>
      <w:pPr>
        <w:jc w:val="right"/>
      </w:pPr>
      <w:r>
        <w:t>اور پھر ابولش انسان کی آزادی کو ابولش نہیں کر رہا ہے وہ۔</w:t>
      </w:r>
    </w:p>
    <w:p>
      <w:r>
        <w:rPr>
          <w:b/>
        </w:rPr>
        <w:t xml:space="preserve">[18:52] </w:t>
      </w:r>
      <w:r>
        <w:t>phir bhi manage kar raha hai woh.</w:t>
      </w:r>
    </w:p>
    <w:p>
      <w:pPr>
        <w:jc w:val="right"/>
      </w:pPr>
      <w:r>
        <w:t>پھر بھی مینج کر رہا ہے وہ۔</w:t>
      </w:r>
    </w:p>
    <w:p>
      <w:r>
        <w:rPr>
          <w:b/>
        </w:rPr>
        <w:t xml:space="preserve">[18:56] </w:t>
      </w:r>
      <w:r>
        <w:t>to insaan ki azadi ko abolish kiye baghair history ko manage karna</w:t>
      </w:r>
    </w:p>
    <w:p>
      <w:pPr>
        <w:jc w:val="right"/>
      </w:pPr>
      <w:r>
        <w:t>تو انسان کی آزادی کو ابولش کیے بغیر ہسٹری کو مینج کرنا</w:t>
      </w:r>
    </w:p>
    <w:p>
      <w:r>
        <w:rPr>
          <w:b/>
        </w:rPr>
        <w:t xml:space="preserve">[19:00] </w:t>
      </w:r>
      <w:r>
        <w:t>yeh Khuda ka anokha moajza hai.</w:t>
      </w:r>
    </w:p>
    <w:p>
      <w:pPr>
        <w:jc w:val="right"/>
      </w:pPr>
      <w:r>
        <w:t>یہ خدا کا انوکھا معجزہ ہے۔</w:t>
      </w:r>
    </w:p>
    <w:p>
      <w:r>
        <w:rPr>
          <w:b/>
        </w:rPr>
        <w:t xml:space="preserve">[19:04] </w:t>
      </w:r>
      <w:r>
        <w:t>تو خدا violent activism سے لایا political activism پر لایا انسان کو۔</w:t>
      </w:r>
    </w:p>
    <w:p>
      <w:pPr>
        <w:jc w:val="right"/>
      </w:pPr>
      <w:r>
        <w:t>تو خدا وائلنٹ ایکٹیوزم سے لایا پولیٹیکل ایکٹیوزم پر لایا انسان کو۔</w:t>
      </w:r>
    </w:p>
    <w:p>
      <w:r>
        <w:rPr>
          <w:b/>
        </w:rPr>
        <w:t xml:space="preserve">[19:08] </w:t>
      </w:r>
      <w:r>
        <w:t>پھر لایا انسان کو street activism پر لایا۔</w:t>
      </w:r>
    </w:p>
    <w:p>
      <w:pPr>
        <w:jc w:val="right"/>
      </w:pPr>
      <w:r>
        <w:t>پھر لایا انسان کو اسٹریٹ ایکٹیوزم پر لایا۔</w:t>
      </w:r>
    </w:p>
    <w:p>
      <w:r>
        <w:rPr>
          <w:b/>
        </w:rPr>
        <w:t xml:space="preserve">[19:12] </w:t>
      </w:r>
      <w:r>
        <w:t>ab laya hai media activism par.</w:t>
      </w:r>
    </w:p>
    <w:p>
      <w:pPr>
        <w:jc w:val="right"/>
      </w:pPr>
      <w:r>
        <w:t>اب لایا ہے میڈیا ایکٹیوزم پر۔</w:t>
      </w:r>
    </w:p>
    <w:p>
      <w:r>
        <w:rPr>
          <w:b/>
        </w:rPr>
        <w:t xml:space="preserve">[19:15] </w:t>
      </w:r>
      <w:r>
        <w:t>Media activism kya hai? Yeh wahi jo Quran mein hai.</w:t>
      </w:r>
    </w:p>
    <w:p>
      <w:pPr>
        <w:jc w:val="right"/>
      </w:pPr>
      <w:r>
        <w:t>میڈیا ایکٹیوزم کیا ہے؟ یہ وہی جو قرآن میں ہے۔</w:t>
      </w:r>
    </w:p>
    <w:p>
      <w:r>
        <w:rPr>
          <w:b/>
        </w:rPr>
        <w:t xml:space="preserve">[19:19] </w:t>
      </w:r>
      <w:r>
        <w:t>"wa idha waqal al qaul alayhim".</w:t>
      </w:r>
    </w:p>
    <w:p>
      <w:pPr>
        <w:jc w:val="right"/>
      </w:pPr>
      <w:r>
        <w:t>"وَإِذَا وَقَالَ الْقَوْلُ عَلَيْهِمْ"۔</w:t>
      </w:r>
    </w:p>
    <w:p>
      <w:r>
        <w:rPr>
          <w:b/>
        </w:rPr>
        <w:t xml:space="preserve">[19:23] </w:t>
      </w:r>
      <w:r>
        <w:t>"dabbah man lard".</w:t>
      </w:r>
    </w:p>
    <w:p>
      <w:pPr>
        <w:jc w:val="right"/>
      </w:pPr>
      <w:r>
        <w:t>"دَابَةً مَنْ لَرْدَ"۔</w:t>
      </w:r>
    </w:p>
    <w:p>
      <w:r>
        <w:rPr>
          <w:b/>
        </w:rPr>
        <w:t xml:space="preserve">[19:27] </w:t>
      </w:r>
      <w:r>
        <w:t>"takallum man nasikan bayatin la yaquloon".</w:t>
      </w:r>
    </w:p>
    <w:p>
      <w:pPr>
        <w:jc w:val="right"/>
      </w:pPr>
      <w:r>
        <w:t>"تَكَلَّمْهُمْ مَنْ نَاسِكَانُ بَيَاتٍ لَا يَقُلُونَ"۔ یعنی</w:t>
      </w:r>
    </w:p>
    <w:p>
      <w:r>
        <w:rPr>
          <w:b/>
        </w:rPr>
        <w:t xml:space="preserve">[19:31] </w:t>
      </w:r>
      <w:r>
        <w:t>dabbah jo hai woh kalam based hoga uska activism. kalam, kalam mani word, baat, speech. dabbah kalam karega. yani bazariya kalam uska activism chalega. to mein samajhta hoon ke media jo aya hai woh kya hai? woh aap se larai nahi karta. media mein koi bomb nahi chalta, media mein koi gun nahi chalti. media mein aap apne argument ko</w:t>
      </w:r>
    </w:p>
    <w:p>
      <w:pPr>
        <w:jc w:val="right"/>
      </w:pPr>
      <w:r>
        <w:t>دابہ جو ہے وہ کلام بیسڈ ہوگا اس کا ایکٹیوزم۔ کلام، کلام معنی ورڈ، بات، اسپیچ۔ دابہ کلام کرے گا۔ یعنی بذریعہ کلام اس کا ایکٹیوزم چلے گا۔ تو میں سمجھتا ہوں کہ میڈیا جو آیا ہے وہ کیا ہے؟ وہ آپ سے لڑائی نہیں کرتا۔ میڈیا میں کوئی بم نہیں چلتا، میڈیا میں کوئی گن نہیں چلتی۔ میڈیا میں آپ اپنے آرگیومنٹ کو</w:t>
      </w:r>
    </w:p>
    <w:p>
      <w:r>
        <w:rPr>
          <w:b/>
        </w:rPr>
        <w:t xml:space="preserve">[20:01] </w:t>
      </w:r>
      <w:r>
        <w:t>pesh karte hain.</w:t>
      </w:r>
    </w:p>
    <w:p>
      <w:pPr>
        <w:jc w:val="right"/>
      </w:pPr>
      <w:r>
        <w:t>پیش کرتے ہیں۔</w:t>
      </w:r>
    </w:p>
    <w:p>
      <w:r>
        <w:rPr>
          <w:b/>
        </w:rPr>
        <w:t xml:space="preserve">[20:04] </w:t>
      </w:r>
      <w:r>
        <w:t>apne stand ko pesh karte hain.</w:t>
      </w:r>
    </w:p>
    <w:p>
      <w:pPr>
        <w:jc w:val="right"/>
      </w:pPr>
      <w:r>
        <w:t>اپنے اسٹینڈ کو پیش کرتے ہیں۔</w:t>
      </w:r>
    </w:p>
    <w:p>
      <w:r>
        <w:rPr>
          <w:b/>
        </w:rPr>
        <w:t xml:space="preserve">[20:08] </w:t>
      </w:r>
      <w:r>
        <w:t>yani purely woh word activism hai.</w:t>
      </w:r>
    </w:p>
    <w:p>
      <w:pPr>
        <w:jc w:val="right"/>
      </w:pPr>
      <w:r>
        <w:t>یعنی پیورلی وہ ورڈ ایکٹیوزم ہے۔</w:t>
      </w:r>
    </w:p>
    <w:p>
      <w:r>
        <w:rPr>
          <w:b/>
        </w:rPr>
        <w:t xml:space="preserve">[20:12] </w:t>
      </w:r>
      <w:r>
        <w:t>yani lafzon par base karti hai.</w:t>
      </w:r>
    </w:p>
    <w:p>
      <w:pPr>
        <w:jc w:val="right"/>
      </w:pPr>
      <w:r>
        <w:t>یعنی لفظوں پر بیس کرتی ہے۔</w:t>
      </w:r>
    </w:p>
    <w:p>
      <w:r>
        <w:rPr>
          <w:b/>
        </w:rPr>
        <w:t xml:space="preserve">[20:16] </w:t>
      </w:r>
      <w:r>
        <w:t>to dabba jo hai "takallum" yani dabba kalam karega.</w:t>
      </w:r>
    </w:p>
    <w:p>
      <w:pPr>
        <w:jc w:val="right"/>
      </w:pPr>
      <w:r>
        <w:t>تو دابہ جو ہے "تَكَلَّمْهُمْ" یعنی دابہ کلام کرے گا۔</w:t>
      </w:r>
    </w:p>
    <w:p>
      <w:r>
        <w:rPr>
          <w:b/>
        </w:rPr>
        <w:t xml:space="preserve">[20:19] </w:t>
      </w:r>
      <w:r>
        <w:t>yani word boley ga, shab boley ga, alfaaz boley ga.</w:t>
      </w:r>
    </w:p>
    <w:p>
      <w:pPr>
        <w:jc w:val="right"/>
      </w:pPr>
      <w:r>
        <w:t>یعنی ورڈ بولے گا، شب بولے گا، الفاظ بولے گا۔</w:t>
      </w:r>
    </w:p>
    <w:p>
      <w:r>
        <w:rPr>
          <w:b/>
        </w:rPr>
        <w:t xml:space="preserve">[20:23] </w:t>
      </w:r>
      <w:r>
        <w:t>to dabba activism jo hai wohi hai murad is se.</w:t>
      </w:r>
    </w:p>
    <w:p>
      <w:pPr>
        <w:jc w:val="right"/>
      </w:pPr>
      <w:r>
        <w:t>تو دابہ ایکٹیوزم جو ہے وہی ہے مراد اس سے۔</w:t>
      </w:r>
    </w:p>
    <w:p>
      <w:r>
        <w:rPr>
          <w:b/>
        </w:rPr>
        <w:t xml:space="preserve">[20:27] </w:t>
      </w:r>
      <w:r>
        <w:t>media activism means dabba activism.</w:t>
      </w:r>
    </w:p>
    <w:p>
      <w:pPr>
        <w:jc w:val="right"/>
      </w:pPr>
      <w:r>
        <w:t>میڈیا ایکٹیوزم مینز دابہ ایکٹیوزم۔</w:t>
      </w:r>
    </w:p>
    <w:p>
      <w:r>
        <w:rPr>
          <w:b/>
        </w:rPr>
        <w:t xml:space="preserve">[20:31] </w:t>
      </w:r>
      <w:r>
        <w:t>جو پورے معاشرے میں وہ ہے peaceful activism.</w:t>
      </w:r>
    </w:p>
    <w:p>
      <w:pPr>
        <w:jc w:val="right"/>
      </w:pPr>
      <w:r>
        <w:t>جو پورے معاشرے میں وہ ہے پیس فل ایکٹیوزم۔</w:t>
      </w:r>
    </w:p>
    <w:p>
      <w:r>
        <w:rPr>
          <w:b/>
        </w:rPr>
        <w:t xml:space="preserve">[20:36] </w:t>
      </w:r>
      <w:r>
        <w:t>تو خدا لایا ہے انسان کو وہاں جہاں آپ peace کے ذریعے سب کچھ حاصل کر سکیں۔</w:t>
      </w:r>
    </w:p>
    <w:p>
      <w:pPr>
        <w:jc w:val="right"/>
      </w:pPr>
      <w:r>
        <w:t>تو خدا لایا ہے انسان کو وہاں جہاں آپ پیس کے ذریعے سب کچھ حاصل کر سکیں۔</w:t>
      </w:r>
    </w:p>
    <w:p>
      <w:r>
        <w:rPr>
          <w:b/>
        </w:rPr>
        <w:t xml:space="preserve">[20:42] </w:t>
      </w:r>
      <w:r>
        <w:t>ab aap ko na talwar chalana hai, na gun chalana hai, na state ke muzahire karne hain, na</w:t>
      </w:r>
    </w:p>
    <w:p>
      <w:pPr>
        <w:jc w:val="right"/>
      </w:pPr>
      <w:r>
        <w:t>اب آپ کو نہ تلوار چلانا ہے، نہ گن چلانا ہے، نہ اسٹیٹ کے مظاہرے کرنے ہیں، نہ</w:t>
      </w:r>
    </w:p>
    <w:p>
      <w:r>
        <w:rPr>
          <w:b/>
        </w:rPr>
        <w:t xml:space="preserve">[20:47] </w:t>
      </w:r>
      <w:r>
        <w:t>political hate karna hai, kuch bhi nahi karna hai, kuch bhi nahi karna hai, kuch nahi karna.</w:t>
      </w:r>
    </w:p>
    <w:p>
      <w:pPr>
        <w:jc w:val="right"/>
      </w:pPr>
      <w:r>
        <w:t>پولیٹیکل ہیٹ کرنا ہے، کچھ بھی نہیں کرنا ہے، کچھ بھی نہیں کرنا ہے، کچھ نہیں کرنا۔</w:t>
      </w:r>
    </w:p>
    <w:p>
      <w:r>
        <w:rPr>
          <w:b/>
        </w:rPr>
        <w:t xml:space="preserve">[20:53] </w:t>
      </w:r>
      <w:r>
        <w:t>aap media ko istemal kijiye.</w:t>
      </w:r>
    </w:p>
    <w:p>
      <w:pPr>
        <w:jc w:val="right"/>
      </w:pPr>
      <w:r>
        <w:t>آپ میڈیا کو استعمال کیجیے۔</w:t>
      </w:r>
    </w:p>
    <w:p>
      <w:r>
        <w:rPr>
          <w:b/>
        </w:rPr>
        <w:t xml:space="preserve">[20:58] </w:t>
      </w:r>
      <w:r>
        <w:t>aur sari dunya mein apni baat phailaiye.</w:t>
      </w:r>
    </w:p>
    <w:p>
      <w:pPr>
        <w:jc w:val="right"/>
      </w:pPr>
      <w:r>
        <w:t>اور ساری دنیا میں اپنی بات پھیلائیے۔</w:t>
      </w:r>
    </w:p>
    <w:p>
      <w:r>
        <w:rPr>
          <w:b/>
        </w:rPr>
        <w:t xml:space="preserve">[21:04] </w:t>
      </w:r>
      <w:r>
        <w:t>to aaj hum media activism ke zamane mein jee rahe hain.</w:t>
      </w:r>
    </w:p>
    <w:p>
      <w:pPr>
        <w:jc w:val="right"/>
      </w:pPr>
      <w:r>
        <w:t>تو آج ہم میڈیا ایکٹیوزم کے زمانے میں جی رہے ہیں۔</w:t>
      </w:r>
    </w:p>
    <w:p>
      <w:r>
        <w:rPr>
          <w:b/>
        </w:rPr>
        <w:t xml:space="preserve">[21:07] </w:t>
      </w:r>
      <w:r>
        <w:t>میڈیا ایکٹیوزم یعنی لکھ کر اور بول کر، through یعنی شبدوں کے ذریعے سے، speech کے ذریعے سے،</w:t>
      </w:r>
    </w:p>
    <w:p>
      <w:pPr>
        <w:jc w:val="right"/>
      </w:pPr>
      <w:r>
        <w:t>میڈیا ایکٹیوزم یعنی لکھ کر اور بول کر، تھرو یعنی शब्दوں کے ذریعے سے، اسپیچ کے ذریعے سے،</w:t>
      </w:r>
    </w:p>
    <w:p>
      <w:r>
        <w:rPr>
          <w:b/>
        </w:rPr>
        <w:t xml:space="preserve">[21:11] </w:t>
      </w:r>
      <w:r>
        <w:t>literature ke zariye se, literature.</w:t>
      </w:r>
    </w:p>
    <w:p>
      <w:pPr>
        <w:jc w:val="right"/>
      </w:pPr>
      <w:r>
        <w:t>لٹریچر کے ذریعے سے، لٹریچر۔</w:t>
      </w:r>
    </w:p>
    <w:p>
      <w:r>
        <w:rPr>
          <w:b/>
        </w:rPr>
        <w:t xml:space="preserve">[21:15] </w:t>
      </w:r>
      <w:r>
        <w:t>sari dunya mein apni baat phaila sakte hain aap.</w:t>
      </w:r>
    </w:p>
    <w:p>
      <w:pPr>
        <w:jc w:val="right"/>
      </w:pPr>
      <w:r>
        <w:t>ساری دنیا میں اپنی بات پھیلا سکتے ہیں آپ۔</w:t>
      </w:r>
    </w:p>
    <w:p>
      <w:r>
        <w:rPr>
          <w:b/>
        </w:rPr>
        <w:t xml:space="preserve">[21:19] </w:t>
      </w:r>
      <w:r>
        <w:t>koi rukawat nahin.</w:t>
      </w:r>
    </w:p>
    <w:p>
      <w:pPr>
        <w:jc w:val="right"/>
      </w:pPr>
      <w:r>
        <w:t>کوئی رکاوٹ نہیں۔</w:t>
      </w:r>
    </w:p>
    <w:p>
      <w:r>
        <w:rPr>
          <w:b/>
        </w:rPr>
        <w:t xml:space="preserve">[21:23] </w:t>
      </w:r>
      <w:r>
        <w:t>kahin bhi koi rukawat nahin.</w:t>
      </w:r>
    </w:p>
    <w:p>
      <w:pPr>
        <w:jc w:val="right"/>
      </w:pPr>
      <w:r>
        <w:t>کہیں بھی کوئی رکاوٹ نہیں۔</w:t>
      </w:r>
    </w:p>
    <w:p>
      <w:r>
        <w:rPr>
          <w:b/>
        </w:rPr>
        <w:t xml:space="preserve">[21:26] </w:t>
      </w:r>
      <w:r>
        <w:t>khuda hafiz, aap wahi kar rahe hain.</w:t>
      </w:r>
    </w:p>
    <w:p>
      <w:pPr>
        <w:jc w:val="right"/>
      </w:pPr>
      <w:r>
        <w:t>خدا حافظ، آپ وہی کر رہے ہیں۔</w:t>
      </w:r>
    </w:p>
    <w:p>
      <w:r>
        <w:rPr>
          <w:b/>
        </w:rPr>
        <w:t xml:space="preserve">[21:30] </w:t>
      </w:r>
      <w:r>
        <w:t>hum kisi se heat nahin karte.</w:t>
      </w:r>
    </w:p>
    <w:p>
      <w:pPr>
        <w:jc w:val="right"/>
      </w:pPr>
      <w:r>
        <w:t>ہم کسی سے ہیٹ نہیں کرتے۔</w:t>
      </w:r>
    </w:p>
    <w:p>
      <w:r>
        <w:rPr>
          <w:b/>
        </w:rPr>
        <w:t xml:space="preserve">[21:34] </w:t>
      </w:r>
      <w:r>
        <w:t>hamare dil mein kisi ke khilaf nafrat nahin hai.</w:t>
      </w:r>
    </w:p>
    <w:p>
      <w:pPr>
        <w:jc w:val="right"/>
      </w:pPr>
      <w:r>
        <w:t>ہمارے دل میں کسی کے خلاف نفرت نہیں ہے۔</w:t>
      </w:r>
    </w:p>
    <w:p>
      <w:r>
        <w:rPr>
          <w:b/>
        </w:rPr>
        <w:t xml:space="preserve">[21:39] </w:t>
      </w:r>
      <w:r>
        <w:t>kisi se humein ladna bhidna nahin hai.</w:t>
      </w:r>
    </w:p>
    <w:p>
      <w:pPr>
        <w:jc w:val="right"/>
      </w:pPr>
      <w:r>
        <w:t>کسی سے ہمیں لڑنا بھڑنا نہیں ہے۔</w:t>
      </w:r>
    </w:p>
    <w:p>
      <w:r>
        <w:rPr>
          <w:b/>
        </w:rPr>
        <w:t xml:space="preserve">[21:44] </w:t>
      </w:r>
      <w:r>
        <w:t>lekin print yaani print media ko, electronic media ko hum istemal kar rahe hain sachai ko phailane ke liye.</w:t>
      </w:r>
    </w:p>
    <w:p>
      <w:pPr>
        <w:jc w:val="right"/>
      </w:pPr>
      <w:r>
        <w:t>لیکن پرنٹ یعنی پرنٹ میڈیا کو، الیکٹرانک میڈیا کو ہم استعمال کر رہے ہیں سچائی کو پھیلانے کے لیے۔</w:t>
      </w:r>
    </w:p>
    <w:p>
      <w:r>
        <w:rPr>
          <w:b/>
        </w:rPr>
        <w:t xml:space="preserve">[21:49] </w:t>
      </w:r>
      <w:r>
        <w:t>yahi hai media activism, yahi hai dabeh activism, yahi hai peaceful activism.</w:t>
      </w:r>
    </w:p>
    <w:p>
      <w:pPr>
        <w:jc w:val="right"/>
      </w:pPr>
      <w:r>
        <w:t>یہی ہے میڈیا ایکٹیوزم، یہی ہے دابہ ایکٹیوزم، یہی ہے پیس فل ایکٹیوزم۔</w:t>
      </w:r>
    </w:p>
    <w:p>
      <w:r>
        <w:rPr>
          <w:b/>
        </w:rPr>
        <w:t xml:space="preserve">[21:54] </w:t>
      </w:r>
      <w:r>
        <w:t>to khuda tareekh ko kahan le ja raha tha? musalman is ko samajh ke andhe bahre bane rahe.</w:t>
      </w:r>
    </w:p>
    <w:p>
      <w:pPr>
        <w:jc w:val="right"/>
      </w:pPr>
      <w:r>
        <w:t>تو خدا تاریخ کو کہاں لے جا رہا تھا؟ مسلمان اس کو سمجھ کے اندھے بہرے بنے رہے۔</w:t>
      </w:r>
    </w:p>
    <w:p>
      <w:r>
        <w:rPr>
          <w:b/>
        </w:rPr>
        <w:t xml:space="preserve">[21:59] </w:t>
      </w:r>
      <w:r>
        <w:t>aap ko janna chahiye. ek hadith</w:t>
      </w:r>
    </w:p>
    <w:p>
      <w:pPr>
        <w:jc w:val="right"/>
      </w:pPr>
      <w:r>
        <w:t>آپ کو جاننا چاہیے۔ ایک حدی</w:t>
      </w:r>
    </w:p>
    <w:p>
      <w:r>
        <w:rPr>
          <w:b/>
        </w:rPr>
        <w:t xml:space="preserve">[22:04] </w:t>
      </w:r>
      <w:r>
        <w:t>hai ke kisan jo hai ek bail ko kabhi bandhta hai saaye mein, peir ke neeche, kabhi</w:t>
      </w:r>
    </w:p>
    <w:p>
      <w:pPr>
        <w:jc w:val="right"/>
      </w:pPr>
      <w:r>
        <w:t>ث ہے کہ کسان جو ہے ایک بیل کو کبھی باندھتا ہے سائے میں، پیڑ کے نیچے، کبھی</w:t>
      </w:r>
    </w:p>
    <w:p>
      <w:r>
        <w:rPr>
          <w:b/>
        </w:rPr>
        <w:t xml:space="preserve">[22:08] </w:t>
      </w:r>
      <w:r>
        <w:t>bandhta hai kisi doosri jagah, kabhi yahan bandhta hai, kabhi wahan bandhta hai.</w:t>
      </w:r>
    </w:p>
    <w:p>
      <w:pPr>
        <w:jc w:val="right"/>
      </w:pPr>
      <w:r>
        <w:t>باندھتا ہے کسی دوسری جگہ، کبھی یہاں باندھتا ہے، کبھی وہاں باندھتا ہے۔</w:t>
      </w:r>
    </w:p>
    <w:p>
      <w:r>
        <w:rPr>
          <w:b/>
        </w:rPr>
        <w:t xml:space="preserve">[22:13] </w:t>
      </w:r>
      <w:r>
        <w:t>koi maqsad hota hai is ka lekin bail kuch nahin janta.</w:t>
      </w:r>
    </w:p>
    <w:p>
      <w:pPr>
        <w:jc w:val="right"/>
      </w:pPr>
      <w:r>
        <w:t>کوئی مقصد ہوتا ہے اس کا لیکن بیل کچھ نہیں جانتا۔</w:t>
      </w:r>
    </w:p>
    <w:p>
      <w:r>
        <w:rPr>
          <w:b/>
        </w:rPr>
        <w:t xml:space="preserve">[22:17] </w:t>
      </w:r>
      <w:r>
        <w:t>bail be khabar rehta hai.</w:t>
      </w:r>
    </w:p>
    <w:p>
      <w:pPr>
        <w:jc w:val="right"/>
      </w:pPr>
      <w:r>
        <w:t>بیل بے خبر رہتا ہے۔</w:t>
      </w:r>
    </w:p>
    <w:p>
      <w:r>
        <w:rPr>
          <w:b/>
        </w:rPr>
        <w:t xml:space="preserve">[22:21] </w:t>
      </w:r>
      <w:r>
        <w:t>یہ انسانوں کا حال ہے کہ خدا جو history میں جو manage کر رہا ہے اس کو آپ</w:t>
      </w:r>
    </w:p>
    <w:p>
      <w:pPr>
        <w:jc w:val="right"/>
      </w:pPr>
      <w:r>
        <w:t>یہ انسانوں کا حال ہے کہ خدا جو ہسٹری میں جو مینج کر رہا ہے اس کو آپ</w:t>
      </w:r>
    </w:p>
    <w:p>
      <w:r>
        <w:rPr>
          <w:b/>
        </w:rPr>
        <w:t xml:space="preserve">[22:26] </w:t>
      </w:r>
      <w:r>
        <w:t>ko janna chahiye.</w:t>
      </w:r>
    </w:p>
    <w:p>
      <w:pPr>
        <w:jc w:val="right"/>
      </w:pPr>
      <w:r>
        <w:t>کو جاننا چاہیے۔</w:t>
      </w:r>
    </w:p>
    <w:p>
      <w:r>
        <w:rPr>
          <w:b/>
        </w:rPr>
        <w:t xml:space="preserve">[22:30] </w:t>
      </w:r>
      <w:r>
        <w:t>andhe bahre kisan, andhe bahre</w:t>
      </w:r>
    </w:p>
    <w:p>
      <w:pPr>
        <w:jc w:val="right"/>
      </w:pPr>
      <w:r>
        <w:t>اندھے بہرے کسان، اندھے بہرے</w:t>
      </w:r>
    </w:p>
    <w:p>
      <w:r>
        <w:rPr>
          <w:b/>
        </w:rPr>
        <w:t xml:space="preserve">[22:34] </w:t>
      </w:r>
      <w:r>
        <w:t>bail na baniye aap.</w:t>
      </w:r>
    </w:p>
    <w:p>
      <w:pPr>
        <w:jc w:val="right"/>
      </w:pPr>
      <w:r>
        <w:t>بیل نہ بنیے آپ۔</w:t>
      </w:r>
    </w:p>
    <w:p>
      <w:r>
        <w:rPr>
          <w:b/>
        </w:rPr>
        <w:t xml:space="preserve">[22:39] </w:t>
      </w:r>
      <w:r>
        <w:t>yeh tamseel ke roop mein Allah taala ne bataya hai ke kisan jo hai bail ko kabhi chhaon</w:t>
      </w:r>
    </w:p>
    <w:p>
      <w:pPr>
        <w:jc w:val="right"/>
      </w:pPr>
      <w:r>
        <w:t>یہ تمثیل کے روپ میں اللہ تعالیٰ نے بتایا ہے کہ کسان جو ہے بیل کو کبھی چھاؤں</w:t>
      </w:r>
    </w:p>
    <w:p>
      <w:r>
        <w:rPr>
          <w:b/>
        </w:rPr>
        <w:t xml:space="preserve">[22:43] </w:t>
      </w:r>
      <w:r>
        <w:t>mein bandhe ga, kabhi dhoop mein bandhe ga.</w:t>
      </w:r>
    </w:p>
    <w:p>
      <w:pPr>
        <w:jc w:val="right"/>
      </w:pPr>
      <w:r>
        <w:t>میں باندھے گا، کبھی دھوپ میں باندھے گا۔</w:t>
      </w:r>
    </w:p>
    <w:p>
      <w:r>
        <w:rPr>
          <w:b/>
        </w:rPr>
        <w:t xml:space="preserve">[22:47] </w:t>
      </w:r>
      <w:r>
        <w:t>kabhi is ko talab mein le jae ga, kabhi khane ki nad mein le jae ga.</w:t>
      </w:r>
    </w:p>
    <w:p>
      <w:pPr>
        <w:jc w:val="right"/>
      </w:pPr>
      <w:r>
        <w:t>کبھی اس کو تالاب میں لے جائے گا، کبھی کھانے کی ناد میں لے جائے گا۔</w:t>
      </w:r>
    </w:p>
    <w:p>
      <w:r>
        <w:rPr>
          <w:b/>
        </w:rPr>
        <w:t xml:space="preserve">[22:51] </w:t>
      </w:r>
      <w:r>
        <w:t>lekin bail ko kuch pata nahin.</w:t>
      </w:r>
    </w:p>
    <w:p>
      <w:pPr>
        <w:jc w:val="right"/>
      </w:pPr>
      <w:r>
        <w:t>لیکن بیل کو کچھ پتہ نہیں۔</w:t>
      </w:r>
    </w:p>
    <w:p>
      <w:r>
        <w:rPr>
          <w:b/>
        </w:rPr>
        <w:t xml:space="preserve">[22:56] </w:t>
      </w:r>
      <w:r>
        <w:t>jo manage kisan jo manage kar raha hai is ko bail nahin janta.</w:t>
      </w:r>
    </w:p>
    <w:p>
      <w:pPr>
        <w:jc w:val="right"/>
      </w:pPr>
      <w:r>
        <w:t>جو مینج کسان جو مینج کر رہا ہے اس کو بیل نہیں جانتا۔</w:t>
      </w:r>
    </w:p>
    <w:p>
      <w:r>
        <w:rPr>
          <w:b/>
        </w:rPr>
        <w:t xml:space="preserve">[23:00] </w:t>
      </w:r>
      <w:r>
        <w:t>to yeh yeh insan yahi haal aaj kal</w:t>
      </w:r>
    </w:p>
    <w:p>
      <w:pPr>
        <w:jc w:val="right"/>
      </w:pPr>
      <w:r>
        <w:t>تو یہ یہ انسان یہی حال آج کل</w:t>
      </w:r>
    </w:p>
    <w:p>
      <w:r>
        <w:rPr>
          <w:b/>
        </w:rPr>
        <w:t xml:space="preserve">[23:04] </w:t>
      </w:r>
      <w:r>
        <w:t>ho raha hai logon ka.</w:t>
      </w:r>
    </w:p>
    <w:p>
      <w:pPr>
        <w:jc w:val="right"/>
      </w:pPr>
      <w:r>
        <w:t>ہو رہا ہے لوگوں کا۔</w:t>
      </w:r>
    </w:p>
    <w:p>
      <w:r>
        <w:rPr>
          <w:b/>
        </w:rPr>
        <w:t xml:space="preserve">[23:08] </w:t>
      </w:r>
      <w:r>
        <w:t>keh khuda history ko manage kar raha hai, jaano is ko, jaano is ko, jaano is ko.</w:t>
      </w:r>
    </w:p>
    <w:p>
      <w:pPr>
        <w:jc w:val="right"/>
      </w:pPr>
      <w:r>
        <w:t>کہ خدا ہسٹری کو مینج کر رہا ہے، جانو اس کو، جانو اس کو، جانو اس کو۔</w:t>
      </w:r>
    </w:p>
    <w:p>
      <w:r>
        <w:rPr>
          <w:b/>
        </w:rPr>
        <w:t xml:space="preserve">[23:12] </w:t>
      </w:r>
      <w:r>
        <w:t>kaise manage kar raha hai? keh violent activism se laya khuda political activism par.</w:t>
      </w:r>
    </w:p>
    <w:p>
      <w:pPr>
        <w:jc w:val="right"/>
      </w:pPr>
      <w:r>
        <w:t>کیسے مینج کر رہا ہے؟ کہ وائلنٹ ایکٹیوزم سے لایا خدا پولیٹیکل ایکٹیوزم پر۔</w:t>
      </w:r>
    </w:p>
    <w:p>
      <w:r>
        <w:rPr>
          <w:b/>
        </w:rPr>
        <w:t xml:space="preserve">[23:16] </w:t>
      </w:r>
      <w:r>
        <w:t>is se laya khuda street activism par.</w:t>
      </w:r>
    </w:p>
    <w:p>
      <w:pPr>
        <w:jc w:val="right"/>
      </w:pPr>
      <w:r>
        <w:t>اس سے لایا خدا اسٹریٹ ایکٹیوزم پر۔</w:t>
      </w:r>
    </w:p>
    <w:p>
      <w:r>
        <w:rPr>
          <w:b/>
        </w:rPr>
        <w:t xml:space="preserve">[23:20] </w:t>
      </w:r>
      <w:r>
        <w:t>phir is se laya media activism par laya.</w:t>
      </w:r>
    </w:p>
    <w:p>
      <w:pPr>
        <w:jc w:val="right"/>
      </w:pPr>
      <w:r>
        <w:t>پھر اس سے لایا میڈیا ایکٹیوزم پر لایا۔</w:t>
      </w:r>
    </w:p>
    <w:p>
      <w:r>
        <w:rPr>
          <w:b/>
        </w:rPr>
        <w:t xml:space="preserve">[23:24] </w:t>
      </w:r>
      <w:r>
        <w:t>ab is ko avail karo.</w:t>
      </w:r>
    </w:p>
    <w:p>
      <w:pPr>
        <w:jc w:val="right"/>
      </w:pPr>
      <w:r>
        <w:t>اب اس کو اویل کرو۔</w:t>
      </w:r>
    </w:p>
    <w:p>
      <w:r>
        <w:rPr>
          <w:b/>
        </w:rPr>
        <w:t xml:space="preserve">[23:28] </w:t>
      </w:r>
      <w:r>
        <w:t>is opportunity ko avail karo.</w:t>
      </w:r>
    </w:p>
    <w:p>
      <w:pPr>
        <w:jc w:val="right"/>
      </w:pPr>
      <w:r>
        <w:t>اس اپرچونیٹی کو اویل کرو۔</w:t>
      </w:r>
    </w:p>
    <w:p>
      <w:r>
        <w:rPr>
          <w:b/>
        </w:rPr>
        <w:t xml:space="preserve">[23:32] </w:t>
      </w:r>
      <w:r>
        <w:t>ladte kis liye ho? bomb kis liye marte ho? suicide bomb hi kis liye karte ho?</w:t>
      </w:r>
    </w:p>
    <w:p>
      <w:pPr>
        <w:jc w:val="right"/>
      </w:pPr>
      <w:r>
        <w:t>لڑتے کس لیے ہو؟ بم کس لیے مارتے ہو؟ سوئیسائیڈ بم ہی کس لیے کرتے ہو؟</w:t>
      </w:r>
    </w:p>
    <w:p>
      <w:r>
        <w:rPr>
          <w:b/>
        </w:rPr>
        <w:t xml:space="preserve">[23:36] </w:t>
      </w:r>
      <w:r>
        <w:t>yani khuda ne history ko manage karte, manage karte, manage karte karte laya hai khuda wahan jahan complete</w:t>
      </w:r>
    </w:p>
    <w:p>
      <w:pPr>
        <w:jc w:val="right"/>
      </w:pPr>
      <w:r>
        <w:t>یعنی خدا نے ہسٹری کو مینج کرتے، مینج کرتے، مینج کرتے کرتے لایا ہے خدا وہاں جہاں کمپلیٹ</w:t>
      </w:r>
    </w:p>
    <w:p>
      <w:r>
        <w:rPr>
          <w:b/>
        </w:rPr>
        <w:t xml:space="preserve">[23:40] </w:t>
      </w:r>
      <w:r>
        <w:t>yani peace hi peace par ke zariye aap sab kuch kar sakte hain.</w:t>
      </w:r>
    </w:p>
    <w:p>
      <w:pPr>
        <w:jc w:val="right"/>
      </w:pPr>
      <w:r>
        <w:t>یعنی پیس ہی پیس پر کے ذریعے آپ سب کچھ کر سکتے ہیں۔</w:t>
      </w:r>
    </w:p>
    <w:p>
      <w:r>
        <w:rPr>
          <w:b/>
        </w:rPr>
        <w:t xml:space="preserve">[23:44] </w:t>
      </w:r>
      <w:r>
        <w:t>koi ladna bhadna nahi hai.</w:t>
      </w:r>
    </w:p>
    <w:p>
      <w:pPr>
        <w:jc w:val="right"/>
      </w:pPr>
      <w:r>
        <w:t>کوئی لڑنا بھڑنا نہیں ہے۔</w:t>
      </w:r>
    </w:p>
    <w:p>
      <w:r>
        <w:rPr>
          <w:b/>
        </w:rPr>
        <w:t xml:space="preserve">[23:48] </w:t>
      </w:r>
      <w:r>
        <w:t>to khuda history ko manage kar raha hai.</w:t>
      </w:r>
    </w:p>
    <w:p>
      <w:pPr>
        <w:jc w:val="right"/>
      </w:pPr>
      <w:r>
        <w:t>تو خدا ہسٹری کو مینج کر رہا ہے۔</w:t>
      </w:r>
    </w:p>
    <w:p>
      <w:r>
        <w:rPr>
          <w:b/>
        </w:rPr>
        <w:t xml:space="preserve">[23:52] </w:t>
      </w:r>
      <w:r>
        <w:t>aap ko janna chahiye keh khuda kaise manage kar raha hai.</w:t>
      </w:r>
    </w:p>
    <w:p>
      <w:pPr>
        <w:jc w:val="right"/>
      </w:pPr>
      <w:r>
        <w:t>آپ کو جاننا چاہیے کہ خدا کیسے مینج کر رہا ہے۔</w:t>
      </w:r>
    </w:p>
    <w:p>
      <w:r>
        <w:rPr>
          <w:b/>
        </w:rPr>
        <w:t xml:space="preserve">[23:55] </w:t>
      </w:r>
      <w:r>
        <w:t>tab hi aap is ko avail kar sakte hain.</w:t>
      </w:r>
    </w:p>
    <w:p>
      <w:pPr>
        <w:jc w:val="right"/>
      </w:pPr>
      <w:r>
        <w:t>تب ہی آپ اس کو اویل کر سکتے ہیں۔</w:t>
      </w:r>
    </w:p>
    <w:p>
      <w:r>
        <w:rPr>
          <w:b/>
        </w:rPr>
        <w:t xml:space="preserve">[23:59] </w:t>
      </w:r>
      <w:r>
        <w:t>warna avail nahi kar sakte.</w:t>
      </w:r>
    </w:p>
    <w:p>
      <w:pPr>
        <w:jc w:val="right"/>
      </w:pPr>
      <w:r>
        <w:t>ورنہ اویل نہیں کر سکتے۔</w:t>
      </w:r>
    </w:p>
    <w:p>
      <w:r>
        <w:rPr>
          <w:b/>
        </w:rPr>
        <w:t xml:space="preserve">[24:03] </w:t>
      </w:r>
      <w:r>
        <w:t>mujhe khuda hafiz</w:t>
      </w:r>
    </w:p>
    <w:p>
      <w:pPr>
        <w:jc w:val="right"/>
      </w:pPr>
      <w:r>
        <w:t>مجھے خدا حافظ</w:t>
      </w:r>
    </w:p>
    <w:p>
      <w:r>
        <w:rPr>
          <w:b/>
        </w:rPr>
        <w:t xml:space="preserve">[24:07] </w:t>
      </w:r>
      <w:r>
        <w:t>se Allah taala ne ahista kiya ke mein negative thinking se bilkul hi khali kar diya ab is ko. koi aisa operation meri zindagi mein hua bachpan mein mein chhat se gir pada tha. aur gir kar behosh ho gaya tha. sara khoon beh gaya tha. yani teesri manzil se doosri manzil par gir gaya tha. jab mein gaon mein rehta tha badhiya mein tab ki baat hai. chhota tha. to shayad isi mein kuch operation mere dimagh ka hua ke mere dimagh se negati</w:t>
      </w:r>
    </w:p>
    <w:p>
      <w:pPr>
        <w:jc w:val="right"/>
      </w:pPr>
      <w:r>
        <w:t>سے اللہ تعالیٰ نے آہستہ کیا کہ میں نیگیٹیو تھنکنگ سے بالکل ہی خالی کر دیا اب اس کو۔ کوئی ایسا آپریشن میری زندگی میں ہوا۔ بچپن میں میں چھت سے گر پڑا تھا۔ اور گر کر بے ہوش ہو گیا تھا۔ سارا خون بہہ گیا تھا۔ یعنی تیسری منزل سے دوسری منزل پر گر گیا تھا۔ جب میں گاؤں میں رہتا تھا بڑھیا میں تب کی بات ہے۔ چھوٹا تھا۔ تو شاید اسی میں کچھ آپریشن میرے دماغ کا ہوا کہ میرے دماغ سے نیگیٹی</w:t>
      </w:r>
    </w:p>
    <w:p>
      <w:r>
        <w:rPr>
          <w:b/>
        </w:rPr>
        <w:t xml:space="preserve">[24:37] </w:t>
      </w:r>
      <w:r>
        <w:t>vote khatam ho gayi.</w:t>
      </w:r>
    </w:p>
    <w:p>
      <w:pPr>
        <w:jc w:val="right"/>
      </w:pPr>
      <w:r>
        <w:t>وٹی ختم ہو گئی۔</w:t>
      </w:r>
    </w:p>
    <w:p>
      <w:r>
        <w:rPr>
          <w:b/>
        </w:rPr>
        <w:t xml:space="preserve">[24:42] </w:t>
      </w:r>
      <w:r>
        <w:t>kisi bhi waqeye ko is ke baad se main ne negative andaaz mein nahi dekha.</w:t>
      </w:r>
    </w:p>
    <w:p>
      <w:pPr>
        <w:jc w:val="right"/>
      </w:pPr>
      <w:r>
        <w:t>کسی بھی واقعے کو اس کے بعد سے میں نے نیگیٹیو انداز میں نہیں دیکھا۔</w:t>
      </w:r>
    </w:p>
    <w:p>
      <w:r>
        <w:rPr>
          <w:b/>
        </w:rPr>
        <w:t xml:space="preserve">[24:47] </w:t>
      </w:r>
      <w:r>
        <w:t>misal ke taur par dekhiye hamare bare bhai hote hain aap aalamah sohail.</w:t>
      </w:r>
    </w:p>
    <w:p>
      <w:pPr>
        <w:jc w:val="right"/>
      </w:pPr>
      <w:r>
        <w:t>مثلاً دیکھیے ہمارے بڑے بھائی ہوتے ہیں آپ عالمہ سہیل۔</w:t>
      </w:r>
    </w:p>
    <w:p>
      <w:r>
        <w:rPr>
          <w:b/>
        </w:rPr>
        <w:t xml:space="preserve">[24:52] </w:t>
      </w:r>
      <w:r>
        <w:t>wo freedom fighter the, main bhi un ke sath isi mein rehta tha chote par.</w:t>
      </w:r>
    </w:p>
    <w:p>
      <w:pPr>
        <w:jc w:val="right"/>
      </w:pPr>
      <w:r>
        <w:t>وہ فریڈم فائٹر تھے، میں بھی ان کے ساتھ اسی میں رہتا تھا چھوٹے پر۔</w:t>
      </w:r>
    </w:p>
    <w:p>
      <w:r>
        <w:rPr>
          <w:b/>
        </w:rPr>
        <w:t xml:space="preserve">[24:57] </w:t>
      </w:r>
      <w:r>
        <w:t>to wo us waqt kya kehte the? keh hindu India mein hindu musalman jo ladte hain wo angrez</w:t>
      </w:r>
    </w:p>
    <w:p>
      <w:pPr>
        <w:jc w:val="right"/>
      </w:pPr>
      <w:r>
        <w:t>تو وہ اس وقت کیا کہتے تھے؟ کہ ہندو انڈیا میں ہندو مسلمان جو لڑتے ہیں وہ انگریز</w:t>
      </w:r>
    </w:p>
    <w:p>
      <w:r>
        <w:rPr>
          <w:b/>
        </w:rPr>
        <w:t xml:space="preserve">[25:03] </w:t>
      </w:r>
      <w:r>
        <w:t>ladwa raha hai.</w:t>
      </w:r>
    </w:p>
    <w:p>
      <w:pPr>
        <w:jc w:val="right"/>
      </w:pPr>
      <w:r>
        <w:t>لڑوا رہا ہے۔</w:t>
      </w:r>
    </w:p>
    <w:p>
      <w:r>
        <w:rPr>
          <w:b/>
        </w:rPr>
        <w:t xml:space="preserve">[25:08] </w:t>
      </w:r>
      <w:r>
        <w:t>to un ka sher tha: "yun sheesha o saghar takrayein, munh dekhte mein kuchla jayen." yani sheesha aur</w:t>
      </w:r>
    </w:p>
    <w:p>
      <w:pPr>
        <w:jc w:val="right"/>
      </w:pPr>
      <w:r>
        <w:t>تو ان کا شعر تھا: "یوں شیشہ و ساگر ٹکرائیں، منہ دیکھتے میں کچلا جائیں۔" یعنی شیشہ اور</w:t>
      </w:r>
    </w:p>
    <w:p>
      <w:r>
        <w:rPr>
          <w:b/>
        </w:rPr>
        <w:t xml:space="preserve">[25:13] </w:t>
      </w:r>
      <w:r>
        <w:t>saghar yani yeh dekhiye yeh glass hai aur yeh sheesha bhi hai.</w:t>
      </w:r>
    </w:p>
    <w:p>
      <w:pPr>
        <w:jc w:val="right"/>
      </w:pPr>
      <w:r>
        <w:t>ساگر یعنی یہ دیکھیے یہ گلاس ہے اور یہ شیشہ بھی ہے۔</w:t>
      </w:r>
    </w:p>
    <w:p>
      <w:r>
        <w:rPr>
          <w:b/>
        </w:rPr>
        <w:t xml:space="preserve">[25:18] </w:t>
      </w:r>
      <w:r>
        <w:t>to sheesha aur glass ek hi cheez hai.</w:t>
      </w:r>
    </w:p>
    <w:p>
      <w:pPr>
        <w:jc w:val="right"/>
      </w:pPr>
      <w:r>
        <w:t>تو شیشہ اور گلاس ایک ہی چیز ہے۔</w:t>
      </w:r>
    </w:p>
    <w:p>
      <w:r>
        <w:rPr>
          <w:b/>
        </w:rPr>
        <w:t xml:space="preserve">[25:24] </w:t>
      </w:r>
      <w:r>
        <w:t>to unhone kaha tha keh "yun sheesha o saghar takrayein, munh dekhte mein kuchla jayen." yeh sheesha</w:t>
      </w:r>
    </w:p>
    <w:p>
      <w:pPr>
        <w:jc w:val="right"/>
      </w:pPr>
      <w:r>
        <w:t>تو انہوں نے کہا تھا کہ "یوں شیشہ و ساگر ٹکرائیں، منہ دیکھتے میں کچلا جائیں۔" یہ شیشہ</w:t>
      </w:r>
    </w:p>
    <w:p>
      <w:r>
        <w:rPr>
          <w:b/>
        </w:rPr>
        <w:t xml:space="preserve">[25:29] </w:t>
      </w:r>
      <w:r>
        <w:t>aur glass dono ek hi cheez hain phir bhi lad rahe hain aapas mein.</w:t>
      </w:r>
    </w:p>
    <w:p>
      <w:pPr>
        <w:jc w:val="right"/>
      </w:pPr>
      <w:r>
        <w:t>اور گلاس دونوں ایک ہی چیز ہیں پھر بھی لڑ رہے ہیں آپس میں۔</w:t>
      </w:r>
    </w:p>
    <w:p>
      <w:r>
        <w:rPr>
          <w:b/>
        </w:rPr>
        <w:t xml:space="preserve">[25:34] </w:t>
      </w:r>
      <w:r>
        <w:t>woh hindu musalman ek hai bilkul aur angrez ladwa rahe hain hum ko.</w:t>
      </w:r>
    </w:p>
    <w:p>
      <w:pPr>
        <w:jc w:val="right"/>
      </w:pPr>
      <w:r>
        <w:t>وہ ہندو مسلمان ایک ہے بالکل اور انگریز لڑوا رہے ہیں ہم کو۔</w:t>
      </w:r>
    </w:p>
    <w:p>
      <w:r>
        <w:rPr>
          <w:b/>
        </w:rPr>
        <w:t xml:space="preserve">[25:39] </w:t>
      </w:r>
      <w:r>
        <w:t>1947 mein india azaad ho gaya. aur us ke baad bhi larai chalti rahi. kamra right shuru ho gaye. to kya hua? iqbal sohail sahib negative ho gaye. iqbal sohail kaha tha unhone mere bade bhai the woh. lekin mein aap jante hain ke mein family ko le kar koi bhi</w:t>
      </w:r>
    </w:p>
    <w:p>
      <w:pPr>
        <w:jc w:val="right"/>
      </w:pPr>
      <w:r>
        <w:t>1947 میں انڈیا آزاد ہو گیا۔ اور اس کے بعد بھی لڑائی چلتی رہی۔ کمرہ رائٹ شروع ہو گئے۔ تو کیا ہوا؟ اقبال سہیل صاحب نیگیٹیو ہو گئے۔ اقبال سہیل کہا تھا انہوں نے میرے بڑے بھائی تھے وہ۔ لیکن میں آپ جانتے ہیں کہ میں فیملی کو لے کر کوئی بھی</w:t>
      </w:r>
    </w:p>
    <w:p>
      <w:r>
        <w:rPr>
          <w:b/>
        </w:rPr>
        <w:t xml:space="preserve">[26:09] </w:t>
      </w:r>
      <w:r>
        <w:t>meri soch nahi chalti. mein koi na family hai na koi dost hai na koi kuch nahi. mera sab kuch khuda hai. sab kuch mera khuda hai. to unhone phir sher kaha kya? is ke baad unhone yeh kaha: "tumhari pasti fitrat na thi yun aashiqa rab tak ke thi deewar zinda raaz dil ki parda daar ab tak." yani hinduo ke bare mein kaha unhone ke hindu bohat hi pa</w:t>
      </w:r>
    </w:p>
    <w:p>
      <w:pPr>
        <w:jc w:val="right"/>
      </w:pPr>
      <w:r>
        <w:t>میری سوچ نہیں چلتی۔ میں کوئی نہ فیملی ہے نہ کوئی دوست ہے نہ کوئی کچھ نہیں۔ میرا سب کچھ خدا ہے۔ سب کچھ میرا خدا ہے۔ تو انہوں نے پھر شعر کہا کیا؟ اس کے بعد انہوں نے یہ کہا: "تمہاری پستی فطرت نہ تھی یوں عاشقہ رب تک کہ تھی دیوار زندہ راز دل کی پردہ دار اب تک۔" یعنی ہندوؤں کے بارے میں کہا انہوں نے کہ ہندو بہت ہی پ</w:t>
      </w:r>
    </w:p>
    <w:p>
      <w:r>
        <w:rPr>
          <w:b/>
        </w:rPr>
        <w:t xml:space="preserve">[26:39] </w:t>
      </w:r>
      <w:r>
        <w:t>sath thay lekin chupi hui thi angrezon ki wajah se un ki.</w:t>
      </w:r>
    </w:p>
    <w:p>
      <w:pPr>
        <w:jc w:val="right"/>
      </w:pPr>
      <w:r>
        <w:t>ست تھے لیکن چھپی ہوئی تھی انگریزوں کی وجہ سے ان کی۔</w:t>
      </w:r>
    </w:p>
    <w:p>
      <w:r>
        <w:rPr>
          <w:b/>
        </w:rPr>
        <w:t xml:space="preserve">[26:43] </w:t>
      </w:r>
      <w:r>
        <w:t>tumhari pasti fitrat na thi youn aashiqa rab tak ke thi deewar zinda raaz dil ki parda daar ab tak.</w:t>
      </w:r>
    </w:p>
    <w:p>
      <w:pPr>
        <w:jc w:val="right"/>
      </w:pPr>
      <w:r>
        <w:t>تمہاری پستی فطرت نہ تھی یوں عاشقہ رب تک کہ تھی دیوار زندہ راز دل کی پردہ دار اب تک۔</w:t>
      </w:r>
    </w:p>
    <w:p>
      <w:r>
        <w:rPr>
          <w:b/>
        </w:rPr>
        <w:t xml:space="preserve">[26:47] </w:t>
      </w:r>
      <w:r>
        <w:t>main khuda hafiz se kabhi hindu se nafrat nahi ki maine.</w:t>
      </w:r>
    </w:p>
    <w:p>
      <w:pPr>
        <w:jc w:val="right"/>
      </w:pPr>
      <w:r>
        <w:t>میں خدا حافظ سے کبھی ہندو سے نفرت نہیں کی میں نے۔</w:t>
      </w:r>
    </w:p>
    <w:p>
      <w:r>
        <w:rPr>
          <w:b/>
        </w:rPr>
        <w:t xml:space="preserve">[26:51] </w:t>
      </w:r>
      <w:r>
        <w:t>woh ek naya morr aa gaya mere liye.</w:t>
      </w:r>
    </w:p>
    <w:p>
      <w:pPr>
        <w:jc w:val="right"/>
      </w:pPr>
      <w:r>
        <w:t>وہ ایک نیا موڑ آ گیا میرے لیے۔</w:t>
      </w:r>
    </w:p>
    <w:p>
      <w:r>
        <w:rPr>
          <w:b/>
        </w:rPr>
        <w:t xml:space="preserve">[26:55] </w:t>
      </w:r>
      <w:r>
        <w:t>jab maine dekha ke hindu musalman ab bhi lad rahe hain.</w:t>
      </w:r>
    </w:p>
    <w:p>
      <w:pPr>
        <w:jc w:val="right"/>
      </w:pPr>
      <w:r>
        <w:t>جب میں نے دیکھا کہ ہندو مسلمان اب بھی لڑ رہے ہیں۔</w:t>
      </w:r>
    </w:p>
    <w:p>
      <w:r>
        <w:rPr>
          <w:b/>
        </w:rPr>
        <w:t xml:space="preserve">[26:59] </w:t>
      </w:r>
      <w:r>
        <w:t>angrez jaane ke baad bhi.</w:t>
      </w:r>
    </w:p>
    <w:p>
      <w:pPr>
        <w:jc w:val="right"/>
      </w:pPr>
      <w:r>
        <w:t>انگریز جانے کے بعد بھی۔</w:t>
      </w:r>
    </w:p>
    <w:p>
      <w:r>
        <w:rPr>
          <w:b/>
        </w:rPr>
        <w:t xml:space="preserve">[27:02] </w:t>
      </w:r>
      <w:r>
        <w:t>toh maine kaha ke mera goal galat tha.</w:t>
      </w:r>
    </w:p>
    <w:p>
      <w:pPr>
        <w:jc w:val="right"/>
      </w:pPr>
      <w:r>
        <w:t>تو میں نے کہا کہ میرا گول غلط تھا۔</w:t>
      </w:r>
    </w:p>
    <w:p>
      <w:r>
        <w:rPr>
          <w:b/>
        </w:rPr>
        <w:t xml:space="preserve">[27:06] </w:t>
      </w:r>
      <w:r>
        <w:t>goal azadi nahi thi, goal truth thi, truth, sachai.</w:t>
      </w:r>
    </w:p>
    <w:p>
      <w:pPr>
        <w:jc w:val="right"/>
      </w:pPr>
      <w:r>
        <w:t>گول آزادی نہیں تھی، گول ٹروتھ تھی، ٹروتھ، سچائی۔</w:t>
      </w:r>
    </w:p>
    <w:p>
      <w:r>
        <w:rPr>
          <w:b/>
        </w:rPr>
        <w:t xml:space="preserve">[27:10] </w:t>
      </w:r>
      <w:r>
        <w:t>wohin se yani 47 se mere andar ek naya انقلاب aaya. 47 se. mein ne 1936 mein jab hamare bhai sahab upa ke member member bane the upa assembly mein 1936 mein. us waqt se shuru hui thi meri zindagi yani 70 saal pehle. to 70 saal pehle kya tha mein samajhta tha ke angrez sare jo malady hai india mein us ke zimmedar angrez hain. to angrez jayenge to hindu musalman jo hain aapas mein</w:t>
      </w:r>
    </w:p>
    <w:p>
      <w:pPr>
        <w:jc w:val="right"/>
      </w:pPr>
      <w:r>
        <w:t>وہیں سے یعنی 47 سے میرے اندر ایک نیا انقلاب آیا۔ 47 سے۔ میں نے 1936 میں جب ہمارے بھائی صاحب یو پی اے کے ممبر ممبر بنے تھے یو پی اے اسمبلی میں 1936 میں۔ اس وقت سے شروع ہوئی تھی میری زندگی یعنی 70 سال پہلے۔ تو 70 سال پہلے کیا تھا میں سمجھتا تھا کہ انگریز سارے جو ملڈی ہے انڈیا میں اس کے ذمہ دار انگریز ہیں۔ تو انگریز جائیں گے تو ہندو مسلمان جو ہیں آپس میں</w:t>
      </w:r>
    </w:p>
    <w:p>
      <w:r>
        <w:rPr>
          <w:b/>
        </w:rPr>
        <w:t xml:space="preserve">[27:40] </w:t>
      </w:r>
      <w:r>
        <w:t>khoob dost ban kar rahenge.</w:t>
      </w:r>
    </w:p>
    <w:p>
      <w:pPr>
        <w:jc w:val="right"/>
      </w:pPr>
      <w:r>
        <w:t>خوب دوست بن کر رہیں گے۔</w:t>
      </w:r>
    </w:p>
    <w:p>
      <w:r>
        <w:rPr>
          <w:b/>
        </w:rPr>
        <w:t xml:space="preserve">[27:45] </w:t>
      </w:r>
      <w:r>
        <w:t>aur 47 mein jab hindu musalman phir ladne lage.</w:t>
      </w:r>
    </w:p>
    <w:p>
      <w:pPr>
        <w:jc w:val="right"/>
      </w:pPr>
      <w:r>
        <w:t>اور 47 میں جب ہندو مسلمان پھر لڑنے لگے۔</w:t>
      </w:r>
    </w:p>
    <w:p>
      <w:r>
        <w:rPr>
          <w:b/>
        </w:rPr>
        <w:t xml:space="preserve">[27:49] </w:t>
      </w:r>
      <w:r>
        <w:t>toh na sirf Iqbal Sohail sari India one to all sare log jo hain sare musalman hindu se</w:t>
      </w:r>
    </w:p>
    <w:p>
      <w:pPr>
        <w:jc w:val="right"/>
      </w:pPr>
      <w:r>
        <w:t>تو نہ صرف اقبال سہیل ساری انڈیا ون ٹو آل سارے لوگ جو ہیں سارے مسلمان ہندو سے</w:t>
      </w:r>
    </w:p>
    <w:p>
      <w:r>
        <w:rPr>
          <w:b/>
        </w:rPr>
        <w:t xml:space="preserve">[27:54] </w:t>
      </w:r>
      <w:r>
        <w:t>nafrat karne lage.</w:t>
      </w:r>
    </w:p>
    <w:p>
      <w:pPr>
        <w:jc w:val="right"/>
      </w:pPr>
      <w:r>
        <w:t>نفرت کرنے لگے۔</w:t>
      </w:r>
    </w:p>
    <w:p>
      <w:r>
        <w:rPr>
          <w:b/>
        </w:rPr>
        <w:t xml:space="preserve">[27:58] </w:t>
      </w:r>
      <w:r>
        <w:t>sare hi musalman ek bhi is mein exception nahi yaad rakhiye.</w:t>
      </w:r>
    </w:p>
    <w:p>
      <w:pPr>
        <w:jc w:val="right"/>
      </w:pPr>
      <w:r>
        <w:t>سارے ہی مسلمان ایک بھی اس میں ایکسیپشن نہیں یاد رکھیے۔</w:t>
      </w:r>
    </w:p>
    <w:p>
      <w:r>
        <w:rPr>
          <w:b/>
        </w:rPr>
        <w:t xml:space="preserve">[28:02] </w:t>
      </w:r>
      <w:r>
        <w:t>ke pehle nafrat karte thay woh angrez se ab karne lage hindu se.</w:t>
      </w:r>
    </w:p>
    <w:p>
      <w:pPr>
        <w:jc w:val="right"/>
      </w:pPr>
      <w:r>
        <w:t>کہ پہلے نفرت کرتے تھے وہ انگریز سے اب کرنے لگے ہندو سے۔</w:t>
      </w:r>
    </w:p>
    <w:p>
      <w:r>
        <w:rPr>
          <w:b/>
        </w:rPr>
        <w:t xml:space="preserve">[28:07] </w:t>
      </w:r>
      <w:r>
        <w:t>main akela exception tha ke maine kaha ke yeh sab yeh yeh goal hi galat tha.</w:t>
      </w:r>
    </w:p>
    <w:p>
      <w:pPr>
        <w:jc w:val="right"/>
      </w:pPr>
      <w:r>
        <w:t>میں اکیلا ایکسیپشن تھا کہ میں نے کہا کہ یہ سب یہ یہ گول ہی غلط تھا۔</w:t>
      </w:r>
    </w:p>
    <w:p>
      <w:r>
        <w:rPr>
          <w:b/>
        </w:rPr>
        <w:t xml:space="preserve">[28:11] </w:t>
      </w:r>
      <w:r>
        <w:t>sahi goal hai sachai ki talash, khuda ki talash.</w:t>
      </w:r>
    </w:p>
    <w:p>
      <w:pPr>
        <w:jc w:val="right"/>
      </w:pPr>
      <w:r>
        <w:t>صحیح گول ہے سچائی کی تلاش، خدا کی تلاش۔</w:t>
      </w:r>
    </w:p>
    <w:p>
      <w:r>
        <w:rPr>
          <w:b/>
        </w:rPr>
        <w:t xml:space="preserve">[28:15] </w:t>
      </w:r>
      <w:r>
        <w:t>aur us waqt se meri zindagi mein ek naya inqilab aaya.</w:t>
      </w:r>
    </w:p>
    <w:p>
      <w:pPr>
        <w:jc w:val="right"/>
      </w:pPr>
      <w:r>
        <w:t>اور اس وقت سے میری زندگی میں ایک نیا انقلاب آیا۔</w:t>
      </w:r>
    </w:p>
    <w:p>
      <w:r>
        <w:rPr>
          <w:b/>
        </w:rPr>
        <w:t xml:space="preserve">[28:19] </w:t>
      </w:r>
      <w:r>
        <w:t>toh yeh jo hamare leader thay chahe arab hon ya ghair arab.</w:t>
      </w:r>
    </w:p>
    <w:p>
      <w:pPr>
        <w:jc w:val="right"/>
      </w:pPr>
      <w:r>
        <w:t>تو یہ جو ہمارے لیڈر تھے چاہے عرب ہوں یا غیر عرب۔</w:t>
      </w:r>
    </w:p>
    <w:p>
      <w:r>
        <w:rPr>
          <w:b/>
        </w:rPr>
        <w:t xml:space="preserve">[28:23] </w:t>
      </w:r>
      <w:r>
        <w:t>bas angrezon se nafrat karne lage, Americans se nafrat karne lage.</w:t>
      </w:r>
    </w:p>
    <w:p>
      <w:pPr>
        <w:jc w:val="right"/>
      </w:pPr>
      <w:r>
        <w:t>بس انگریزوں سے نفرت کرنے لگے، امریکنز سے نفرت کرنے لگے۔</w:t>
      </w:r>
    </w:p>
    <w:p>
      <w:r>
        <w:rPr>
          <w:b/>
        </w:rPr>
        <w:t xml:space="preserve">[28:26] </w:t>
      </w:r>
      <w:r>
        <w:t>French se nafrat karne lage.</w:t>
      </w:r>
    </w:p>
    <w:p>
      <w:pPr>
        <w:jc w:val="right"/>
      </w:pPr>
      <w:r>
        <w:t>فرانسیسی سے نفرت کرنے لگے۔</w:t>
      </w:r>
    </w:p>
    <w:p>
      <w:r>
        <w:rPr>
          <w:b/>
        </w:rPr>
        <w:t xml:space="preserve">[28:30] </w:t>
      </w:r>
      <w:r>
        <w:t>kyun ke unhon ne khilafat empire ko khatam kiya tha.</w:t>
      </w:r>
    </w:p>
    <w:p>
      <w:pPr>
        <w:jc w:val="right"/>
      </w:pPr>
      <w:r>
        <w:t>کیونکہ انہوں نے خلافت ایمپائر کو ختم کیا تھا۔</w:t>
      </w:r>
    </w:p>
    <w:p>
      <w:r>
        <w:rPr>
          <w:b/>
        </w:rPr>
        <w:t xml:space="preserve">[28:34] </w:t>
      </w:r>
      <w:r>
        <w:t>aur Mughal empire ko khatam kiya tha.</w:t>
      </w:r>
    </w:p>
    <w:p>
      <w:pPr>
        <w:jc w:val="right"/>
      </w:pPr>
      <w:r>
        <w:t>اور مغل ایمپائر کو ختم کیا تھا۔</w:t>
      </w:r>
    </w:p>
    <w:p>
      <w:r>
        <w:rPr>
          <w:b/>
        </w:rPr>
        <w:t xml:space="preserve">[28:38] </w:t>
      </w:r>
      <w:r>
        <w:t>lekin sochne ki baat yeh thi ke introspection aata hai unhon ne un ke andar. ke hamari</w:t>
      </w:r>
    </w:p>
    <w:p>
      <w:pPr>
        <w:jc w:val="right"/>
      </w:pPr>
      <w:r>
        <w:t>لیکن سوچنے کی بات یہ تھی کہ انٹروسپیکشن آتا ہے انہوں نے ان کے اندر۔ کہ ہماری</w:t>
      </w:r>
    </w:p>
    <w:p>
      <w:r>
        <w:rPr>
          <w:b/>
        </w:rPr>
        <w:t xml:space="preserve">[28:42] </w:t>
      </w:r>
      <w:r>
        <w:t>kon si weakness thi jis ki waja se aisa hua.</w:t>
      </w:r>
    </w:p>
    <w:p>
      <w:pPr>
        <w:jc w:val="right"/>
      </w:pPr>
      <w:r>
        <w:t>کون سی ویکنس تھی جس کی وجہ سے ایسا ہوا۔</w:t>
      </w:r>
    </w:p>
    <w:p>
      <w:r>
        <w:rPr>
          <w:b/>
        </w:rPr>
        <w:t xml:space="preserve">[28:47] </w:t>
      </w:r>
      <w:r>
        <w:t>yad rakhiye hamesha aap ki internal weakness se aisi baatein hua karti hain.</w:t>
      </w:r>
    </w:p>
    <w:p>
      <w:pPr>
        <w:jc w:val="right"/>
      </w:pPr>
      <w:r>
        <w:t>یاد رکھیے ہمیشہ آپ کی انٹرنل ویکنس سے ایسی باتیں ہوا کرتی ہیں۔</w:t>
      </w:r>
    </w:p>
    <w:p>
      <w:r>
        <w:rPr>
          <w:b/>
        </w:rPr>
        <w:t xml:space="preserve">[28:52] </w:t>
      </w:r>
      <w:r>
        <w:t>koi zulm nahi, koi conspiracy nahi.</w:t>
      </w:r>
    </w:p>
    <w:p>
      <w:pPr>
        <w:jc w:val="right"/>
      </w:pPr>
      <w:r>
        <w:t>کوئی ظلم نہیں، کوئی کانسپریسی نہیں۔</w:t>
      </w:r>
    </w:p>
    <w:p>
      <w:r>
        <w:rPr>
          <w:b/>
        </w:rPr>
        <w:t xml:space="preserve">[28:57] </w:t>
      </w:r>
      <w:r>
        <w:t>koi bahir ka koi kuch nahi karta.</w:t>
      </w:r>
    </w:p>
    <w:p>
      <w:pPr>
        <w:jc w:val="right"/>
      </w:pPr>
      <w:r>
        <w:t>کوئی باہر کا کوئی کچھ نہیں کرتا۔</w:t>
      </w:r>
    </w:p>
    <w:p>
      <w:r>
        <w:rPr>
          <w:b/>
        </w:rPr>
        <w:t xml:space="preserve">[29:02] </w:t>
      </w:r>
      <w:r>
        <w:t>aap ki apni weakness jo hai usi sab kuch hota hai jo hota hai.</w:t>
      </w:r>
    </w:p>
    <w:p>
      <w:pPr>
        <w:jc w:val="right"/>
      </w:pPr>
      <w:r>
        <w:t>آپ کی اپنی ویکنس جو ہے اسی سب کچھ ہوتا ہے جو ہوتا ہے۔</w:t>
      </w:r>
    </w:p>
    <w:p>
      <w:r>
        <w:rPr>
          <w:b/>
        </w:rPr>
        <w:t xml:space="preserve">[29:07] </w:t>
      </w:r>
      <w:r>
        <w:t>to ab ab jo kya hua? ke reaction</w:t>
      </w:r>
    </w:p>
    <w:p>
      <w:pPr>
        <w:jc w:val="right"/>
      </w:pPr>
      <w:r>
        <w:t>تو اب اب جو کیا ہوا؟ کہ ری ایکشن</w:t>
      </w:r>
    </w:p>
    <w:p>
      <w:r>
        <w:rPr>
          <w:b/>
        </w:rPr>
        <w:t xml:space="preserve">[29:12] </w:t>
      </w:r>
      <w:r>
        <w:t>kar ke un ke khilaf lage taqreerain karne.</w:t>
      </w:r>
    </w:p>
    <w:p>
      <w:pPr>
        <w:jc w:val="right"/>
      </w:pPr>
      <w:r>
        <w:t>کر کے ان کے خلاف لگے تقریریں کرنے۔</w:t>
      </w:r>
    </w:p>
    <w:p>
      <w:r>
        <w:rPr>
          <w:b/>
        </w:rPr>
        <w:t xml:space="preserve">[29:15] </w:t>
      </w:r>
      <w:r>
        <w:t>jo Muhammaduddin Owain thay woh Paris pohanch gaye.</w:t>
      </w:r>
    </w:p>
    <w:p>
      <w:pPr>
        <w:jc w:val="right"/>
      </w:pPr>
      <w:r>
        <w:t>جو محمد الدین اوائین تھے وہ پیرس پہنچ گئے۔</w:t>
      </w:r>
    </w:p>
    <w:p>
      <w:r>
        <w:rPr>
          <w:b/>
        </w:rPr>
        <w:t xml:space="preserve">[29:18] </w:t>
      </w:r>
      <w:r>
        <w:t>wahan se nikalte thay al-Urdu al-Asqa.</w:t>
      </w:r>
    </w:p>
    <w:p>
      <w:pPr>
        <w:jc w:val="right"/>
      </w:pPr>
      <w:r>
        <w:t>وہاں سے نکالتے تھے الاردت العسقہ۔</w:t>
      </w:r>
    </w:p>
    <w:p>
      <w:r>
        <w:rPr>
          <w:b/>
        </w:rPr>
        <w:t xml:space="preserve">[29:22] </w:t>
      </w:r>
      <w:r>
        <w:t>kyun ke yahan par mauqa nahi dekha unhon ne.</w:t>
      </w:r>
    </w:p>
    <w:p>
      <w:pPr>
        <w:jc w:val="right"/>
      </w:pPr>
      <w:r>
        <w:t>کیونکہ یہاں پر موقع نہیں دیکھا انہوں نے۔</w:t>
      </w:r>
    </w:p>
    <w:p>
      <w:r>
        <w:rPr>
          <w:b/>
        </w:rPr>
        <w:t xml:space="preserve">[29:25] </w:t>
      </w:r>
      <w:r>
        <w:t>jo Paris se nikalte thay al-Urdu al-Asqa.</w:t>
      </w:r>
    </w:p>
    <w:p>
      <w:pPr>
        <w:jc w:val="right"/>
      </w:pPr>
      <w:r>
        <w:t>جو پیرس سے نکالتے تھے الاردت العسقہ۔</w:t>
      </w:r>
    </w:p>
    <w:p>
      <w:r>
        <w:rPr>
          <w:b/>
        </w:rPr>
        <w:t xml:space="preserve">[29:29] </w:t>
      </w:r>
      <w:r>
        <w:t>colonialism ke khilaf.</w:t>
      </w:r>
    </w:p>
    <w:p>
      <w:pPr>
        <w:jc w:val="right"/>
      </w:pPr>
      <w:r>
        <w:t>کلونیلزم کے خلاف۔</w:t>
      </w:r>
    </w:p>
    <w:p>
      <w:r>
        <w:rPr>
          <w:b/>
        </w:rPr>
        <w:t xml:space="preserve">[29:32] </w:t>
      </w:r>
      <w:r>
        <w:t>aag barshate thay aag.</w:t>
      </w:r>
    </w:p>
    <w:p>
      <w:pPr>
        <w:jc w:val="right"/>
      </w:pPr>
      <w:r>
        <w:t>آگ برساتے تھے آگ۔</w:t>
      </w:r>
    </w:p>
    <w:p>
      <w:r>
        <w:rPr>
          <w:b/>
        </w:rPr>
        <w:t xml:space="preserve">[29:35] </w:t>
      </w:r>
      <w:r>
        <w:t>is se kuch nahi kaam chala.</w:t>
      </w:r>
    </w:p>
    <w:p>
      <w:pPr>
        <w:jc w:val="right"/>
      </w:pPr>
      <w:r>
        <w:t>اس سے کچھ نہیں کام چلا۔</w:t>
      </w:r>
    </w:p>
    <w:p>
      <w:r>
        <w:rPr>
          <w:b/>
        </w:rPr>
        <w:t xml:space="preserve">[29:39] </w:t>
      </w:r>
      <w:r>
        <w:t>to kya hua phir ladaai chhedi jihad ke naam par is se bhi kuch kaam nahi chala.</w:t>
      </w:r>
    </w:p>
    <w:p>
      <w:pPr>
        <w:jc w:val="right"/>
      </w:pPr>
      <w:r>
        <w:t>تو کیا ہوا پھر لڑائی چھیڑی جہاد کے نام پر اس سے بھی کچھ کام نہیں چلا۔</w:t>
      </w:r>
    </w:p>
    <w:p>
      <w:r>
        <w:rPr>
          <w:b/>
        </w:rPr>
        <w:t xml:space="preserve">[29:42] </w:t>
      </w:r>
      <w:r>
        <w:t>ek lamba qissa hai aakhir mein suicide bombing ho rahi hai.</w:t>
      </w:r>
    </w:p>
    <w:p>
      <w:pPr>
        <w:jc w:val="right"/>
      </w:pPr>
      <w:r>
        <w:t>ایک لمبا قصہ ہے آخر میں سوئیسائیڈ بمبنگ ہو رہی ہے۔</w:t>
      </w:r>
    </w:p>
    <w:p>
      <w:r>
        <w:rPr>
          <w:b/>
        </w:rPr>
        <w:t xml:space="preserve">[29:46] </w:t>
      </w:r>
      <w:r>
        <w:t>apne hi ko maar dalo.</w:t>
      </w:r>
    </w:p>
    <w:p>
      <w:pPr>
        <w:jc w:val="right"/>
      </w:pPr>
      <w:r>
        <w:t>اپنے ہی کو مار ڈالو۔</w:t>
      </w:r>
    </w:p>
    <w:p>
      <w:r>
        <w:rPr>
          <w:b/>
        </w:rPr>
        <w:t xml:space="preserve">[29:51] </w:t>
      </w:r>
      <w:r>
        <w:t>un ko nahi maar sakte to apne ko maar dalo.</w:t>
      </w:r>
    </w:p>
    <w:p>
      <w:pPr>
        <w:jc w:val="right"/>
      </w:pPr>
      <w:r>
        <w:t>ان کو نہیں مار سکتے تو اپنے کو مار ڈالو۔</w:t>
      </w:r>
    </w:p>
    <w:p>
      <w:r>
        <w:rPr>
          <w:b/>
        </w:rPr>
        <w:t xml:space="preserve">[29:55] </w:t>
      </w:r>
      <w:r>
        <w:t>تو ہمیں we have to rediscover the reality.</w:t>
      </w:r>
    </w:p>
    <w:p>
      <w:pPr>
        <w:jc w:val="right"/>
      </w:pPr>
      <w:r>
        <w:t>تو ہمیں وی ہیو ٹو ری ڈسکور دا ریلیٹی۔</w:t>
      </w:r>
    </w:p>
    <w:p>
      <w:r>
        <w:rPr>
          <w:b/>
        </w:rPr>
        <w:t xml:space="preserve">[29:59] </w:t>
      </w:r>
      <w:r>
        <w:t>we have to rediscover Islam.</w:t>
      </w:r>
    </w:p>
    <w:p>
      <w:pPr>
        <w:jc w:val="right"/>
      </w:pPr>
      <w:r>
        <w:t>وی ہیو ٹو ری ڈسکور اسلام۔</w:t>
      </w:r>
    </w:p>
    <w:p>
      <w:r>
        <w:rPr>
          <w:b/>
        </w:rPr>
        <w:t xml:space="preserve">[30:04] </w:t>
      </w:r>
      <w:r>
        <w:t>Islam ko phir se rediscover karo.</w:t>
      </w:r>
    </w:p>
    <w:p>
      <w:pPr>
        <w:jc w:val="right"/>
      </w:pPr>
      <w:r>
        <w:t>اسلام کو پھر سے ری ڈسکور کرو۔</w:t>
      </w:r>
    </w:p>
    <w:p>
      <w:r>
        <w:rPr>
          <w:b/>
        </w:rPr>
        <w:t xml:space="preserve">[30:08] </w:t>
      </w:r>
      <w:r>
        <w:t>aur aaj jo taqaza hai woh kya hai?</w:t>
      </w:r>
    </w:p>
    <w:p>
      <w:pPr>
        <w:jc w:val="right"/>
      </w:pPr>
      <w:r>
        <w:t>اور آج جو تقاضا ہے وہ کیا ہے؟</w:t>
      </w:r>
    </w:p>
    <w:p>
      <w:r>
        <w:rPr>
          <w:b/>
        </w:rPr>
        <w:t xml:space="preserve">[30:12] </w:t>
      </w:r>
      <w:r>
        <w:t>کہ ہم ہر قسم کے violence کو، ہر قسم کے hate کو، ہر قسم کی intolerance کو یعنی</w:t>
      </w:r>
    </w:p>
    <w:p>
      <w:pPr>
        <w:jc w:val="right"/>
      </w:pPr>
      <w:r>
        <w:t>کہ ہم ہر قسم کے وائلنس کو، ہر قسم کے ہیٹ کو، ہر قسم کی انٹولرنس کو یعنی</w:t>
      </w:r>
    </w:p>
    <w:p>
      <w:r>
        <w:rPr>
          <w:b/>
        </w:rPr>
        <w:t xml:space="preserve">[30:16] </w:t>
      </w:r>
      <w:r>
        <w:t>bilkul chhod dein.</w:t>
      </w:r>
    </w:p>
    <w:p>
      <w:pPr>
        <w:jc w:val="right"/>
      </w:pPr>
      <w:r>
        <w:t>بالکل چھوڑ دیں۔</w:t>
      </w:r>
    </w:p>
    <w:p>
      <w:r>
        <w:rPr>
          <w:b/>
        </w:rPr>
        <w:t xml:space="preserve">[30:20] </w:t>
      </w:r>
      <w:r>
        <w:t>hundred percent chhod dein.</w:t>
      </w:r>
    </w:p>
    <w:p>
      <w:pPr>
        <w:jc w:val="right"/>
      </w:pPr>
      <w:r>
        <w:t>ہنڈرڈ پرسنٹ چھوڑ دیں۔</w:t>
      </w:r>
    </w:p>
    <w:p>
      <w:r>
        <w:rPr>
          <w:b/>
        </w:rPr>
        <w:t xml:space="preserve">[30:23] </w:t>
      </w:r>
      <w:r>
        <w:t>apne dilon se bias ko nikalein.</w:t>
      </w:r>
    </w:p>
    <w:p>
      <w:pPr>
        <w:jc w:val="right"/>
      </w:pPr>
      <w:r>
        <w:t>اپنے دلوں سے بائس کو نکالیں۔</w:t>
      </w:r>
    </w:p>
    <w:p>
      <w:r>
        <w:rPr>
          <w:b/>
        </w:rPr>
        <w:t xml:space="preserve">[30:27] </w:t>
      </w:r>
      <w:r>
        <w:t>apne dilon se hate ko nikalein.</w:t>
      </w:r>
    </w:p>
    <w:p>
      <w:pPr>
        <w:jc w:val="right"/>
      </w:pPr>
      <w:r>
        <w:t>اپنے دلوں سے ہیٹ کو نکالیں۔</w:t>
      </w:r>
    </w:p>
    <w:p>
      <w:r>
        <w:rPr>
          <w:b/>
        </w:rPr>
        <w:t xml:space="preserve">[30:31] </w:t>
      </w:r>
      <w:r>
        <w:t>اپنے دلوں سے intolerance کو نکالیں۔</w:t>
      </w:r>
    </w:p>
    <w:p>
      <w:pPr>
        <w:jc w:val="right"/>
      </w:pPr>
      <w:r>
        <w:t>اپنے دلوں سے انٹولرنس کو نکالیں۔</w:t>
      </w:r>
    </w:p>
    <w:p>
      <w:r>
        <w:rPr>
          <w:b/>
        </w:rPr>
        <w:t xml:space="preserve">[30:35] </w:t>
      </w:r>
      <w:r>
        <w:t>apne dilon se har qism ki yani doosron ke khilaaf soch jo hai us ko nikal dain.</w:t>
      </w:r>
    </w:p>
    <w:p>
      <w:pPr>
        <w:jc w:val="right"/>
      </w:pPr>
      <w:r>
        <w:t>اپنے دلوں سے ہر قسم کی یعنی دوسروں کے خلاف سوچ جو ہے اس کو نکالیں۔</w:t>
      </w:r>
    </w:p>
    <w:p>
      <w:r>
        <w:rPr>
          <w:b/>
        </w:rPr>
        <w:t xml:space="preserve">[30:39] </w:t>
      </w:r>
      <w:r>
        <w:t>aur phir Khuda ko discover karain, sach</w:t>
      </w:r>
    </w:p>
    <w:p>
      <w:pPr>
        <w:jc w:val="right"/>
      </w:pPr>
      <w:r>
        <w:t>اور پھر خدا کو ڈسکور کریں، سچ</w:t>
      </w:r>
    </w:p>
    <w:p>
      <w:r>
        <w:rPr>
          <w:b/>
        </w:rPr>
        <w:t xml:space="preserve">[30:42] </w:t>
      </w:r>
      <w:r>
        <w:t>chai ko discover karein. us ko le kar uthen. ab mein aap ko ek aur baat kehna chahta hoon dekhiye quran mein. quran mein bohat sari baaten hain. kuch baaten quran mein present tense mein hain, kuch baaten future tense mein hain. is ko sochiye aap. kuch</w:t>
      </w:r>
    </w:p>
    <w:p>
      <w:pPr>
        <w:jc w:val="right"/>
      </w:pPr>
      <w:r>
        <w:t>ائی کو ڈسکور کریں۔ اس کو لے کر اٹھیں۔ اب میں آپ کو ایک اور بات کہنا چاہتا ہوں دیکھیے قرآن میں۔ قرآن میں بہت ساری باتیں ہیں۔ کچھ باتیں قرآن میں پریزنٹ ٹینس میں ہیں، کچھ باتیں فیوچر ٹینس میں ہیں۔ اس کو سوچیے آپ۔ کچھ</w:t>
      </w:r>
    </w:p>
    <w:p>
      <w:r>
        <w:rPr>
          <w:b/>
        </w:rPr>
        <w:t xml:space="preserve">[31:12] </w:t>
      </w:r>
      <w:r>
        <w:t>baatein Quran mein present tense mein hain, kuch baatein future tense mein hain.</w:t>
      </w:r>
    </w:p>
    <w:p>
      <w:pPr>
        <w:jc w:val="right"/>
      </w:pPr>
      <w:r>
        <w:t>باتیں قرآن میں پریزنٹ ٹینس میں ہیں، کچھ باتیں فیوچر ٹینس میں ہیں۔</w:t>
      </w:r>
    </w:p>
    <w:p>
      <w:r>
        <w:rPr>
          <w:b/>
        </w:rPr>
        <w:t xml:space="preserve">[31:16] </w:t>
      </w:r>
      <w:r>
        <w:t>yani Rasool Allah ke zamanay mein unhein hona tha.</w:t>
      </w:r>
    </w:p>
    <w:p>
      <w:pPr>
        <w:jc w:val="right"/>
      </w:pPr>
      <w:r>
        <w:t>یعنی رسول اللہ کے زمانے میں انہیں ہونا تھا۔</w:t>
      </w:r>
    </w:p>
    <w:p>
      <w:r>
        <w:rPr>
          <w:b/>
        </w:rPr>
        <w:t xml:space="preserve">[31:20] </w:t>
      </w:r>
      <w:r>
        <w:t>jaise Kaba mein but thay to Rasool Allah ke zamanay mein bhi hona tha ke Kaba mein but</w:t>
      </w:r>
    </w:p>
    <w:p>
      <w:pPr>
        <w:jc w:val="right"/>
      </w:pPr>
      <w:r>
        <w:t>جیسے کعبہ میں بت تھے تو رسول اللہ کے زمانے میں بھی ہونا تھا کہ کعبہ میں بت</w:t>
      </w:r>
    </w:p>
    <w:p>
      <w:r>
        <w:rPr>
          <w:b/>
        </w:rPr>
        <w:t xml:space="preserve">[31:24] </w:t>
      </w:r>
      <w:r>
        <w:t>khatm ho jain.</w:t>
      </w:r>
    </w:p>
    <w:p>
      <w:pPr>
        <w:jc w:val="right"/>
      </w:pPr>
      <w:r>
        <w:t>ختم ہو جائیں۔</w:t>
      </w:r>
    </w:p>
    <w:p>
      <w:r>
        <w:rPr>
          <w:b/>
        </w:rPr>
        <w:t xml:space="preserve">[31:27] </w:t>
      </w:r>
      <w:r>
        <w:t>aisa nahin ke.</w:t>
      </w:r>
    </w:p>
    <w:p>
      <w:pPr>
        <w:jc w:val="right"/>
      </w:pPr>
      <w:r>
        <w:t>ایسا نہیں کہ۔</w:t>
      </w:r>
    </w:p>
    <w:p>
      <w:r>
        <w:rPr>
          <w:b/>
        </w:rPr>
        <w:t xml:space="preserve">[31:31] </w:t>
      </w:r>
      <w:r>
        <w:t>to un un is tarah ki baaton ko present tense mein kaha gaya.</w:t>
      </w:r>
    </w:p>
    <w:p>
      <w:pPr>
        <w:jc w:val="right"/>
      </w:pPr>
      <w:r>
        <w:t>تو ان ان اس طرح کی باتوں کو پریزنٹ ٹینس میں کہا گیا۔</w:t>
      </w:r>
    </w:p>
    <w:p>
      <w:r>
        <w:rPr>
          <w:b/>
        </w:rPr>
        <w:t xml:space="preserve">[31:35] </w:t>
      </w:r>
      <w:r>
        <w:t>ke Rasool Allah ki zindagi mein sab baatein ho jain gi.</w:t>
      </w:r>
    </w:p>
    <w:p>
      <w:pPr>
        <w:jc w:val="right"/>
      </w:pPr>
      <w:r>
        <w:t>کہ رسول اللہ کی زندگی میں سب باتیں ہو جائیں گی۔</w:t>
      </w:r>
    </w:p>
    <w:p>
      <w:r>
        <w:rPr>
          <w:b/>
        </w:rPr>
        <w:t xml:space="preserve">[31:39] </w:t>
      </w:r>
      <w:r>
        <w:t>aik Sahabi ne kaha aise hi ko</w:t>
      </w:r>
    </w:p>
    <w:p>
      <w:pPr>
        <w:jc w:val="right"/>
      </w:pPr>
      <w:r>
        <w:t>ایک صحابی نے کہا ایسے ہی کو</w:t>
      </w:r>
    </w:p>
    <w:p>
      <w:r>
        <w:rPr>
          <w:b/>
        </w:rPr>
        <w:t xml:space="preserve">[31:42] </w:t>
      </w:r>
      <w:r>
        <w:t>: "yani Rasool Allah ko is waqt death ho gayi jab ke yeh baatein yeh yeh maqsad hasil</w:t>
      </w:r>
    </w:p>
    <w:p>
      <w:pPr>
        <w:jc w:val="right"/>
      </w:pPr>
      <w:r>
        <w:t>: "یعنی رسول اللہ کو اس وقت ڈیتھ ہو گئی جب کہ یہ باتیں یہ یہ مقصد حاصل</w:t>
      </w:r>
    </w:p>
    <w:p>
      <w:r>
        <w:rPr>
          <w:b/>
        </w:rPr>
        <w:t xml:space="preserve">[31:47] </w:t>
      </w:r>
      <w:r>
        <w:t>ho jae." Aap ki zindagi mein yeh maqsad ko hasil hona hai.</w:t>
      </w:r>
    </w:p>
    <w:p>
      <w:pPr>
        <w:jc w:val="right"/>
      </w:pPr>
      <w:r>
        <w:t>ہو جائے۔" آپ کی زندگی میں یہ مقصد کو حاصل ہونا ہے۔</w:t>
      </w:r>
    </w:p>
    <w:p>
      <w:r>
        <w:rPr>
          <w:b/>
        </w:rPr>
        <w:t xml:space="preserve">[31:51] </w:t>
      </w:r>
      <w:r>
        <w:t>to un cheezon ko present tense mein kaha gaya.</w:t>
      </w:r>
    </w:p>
    <w:p>
      <w:pPr>
        <w:jc w:val="right"/>
      </w:pPr>
      <w:r>
        <w:t>تو ان چیزوں کو پریزنٹ ٹینس میں کہا گیا۔</w:t>
      </w:r>
    </w:p>
    <w:p>
      <w:r>
        <w:rPr>
          <w:b/>
        </w:rPr>
        <w:t xml:space="preserve">[31:56] </w:t>
      </w:r>
      <w:r>
        <w:t>kuch cheezein woh hain jin ko future tense mein kaha gaya.</w:t>
      </w:r>
    </w:p>
    <w:p>
      <w:pPr>
        <w:jc w:val="right"/>
      </w:pPr>
      <w:r>
        <w:t>کچھ چیزیں وہ ہیں جن کو فیوچر ٹینس میں کہا گیا۔</w:t>
      </w:r>
    </w:p>
    <w:p>
      <w:r>
        <w:rPr>
          <w:b/>
        </w:rPr>
        <w:t xml:space="preserve">[32:00] </w:t>
      </w:r>
      <w:r>
        <w:t>Quran mein bhi, Hadees mein bhi.</w:t>
      </w:r>
    </w:p>
    <w:p>
      <w:pPr>
        <w:jc w:val="right"/>
      </w:pPr>
      <w:r>
        <w:t>قرآن میں بھی، حدیث میں بھی۔</w:t>
      </w:r>
    </w:p>
    <w:p>
      <w:r>
        <w:rPr>
          <w:b/>
        </w:rPr>
        <w:t xml:space="preserve">[32:04] </w:t>
      </w:r>
      <w:r>
        <w:t>jaise aap dekhiye.</w:t>
      </w:r>
    </w:p>
    <w:p>
      <w:pPr>
        <w:jc w:val="right"/>
      </w:pPr>
      <w:r>
        <w:t>جیسے آپ دیکھیے۔</w:t>
      </w:r>
    </w:p>
    <w:p>
      <w:r>
        <w:rPr>
          <w:b/>
        </w:rPr>
        <w:t xml:space="preserve">[32:09] </w:t>
      </w:r>
      <w:r>
        <w:t>Quran mein hai ke</w:t>
      </w:r>
    </w:p>
    <w:p>
      <w:pPr>
        <w:jc w:val="right"/>
      </w:pPr>
      <w:r>
        <w:t>قرآن میں ہے کہ</w:t>
      </w:r>
    </w:p>
    <w:p>
      <w:r>
        <w:rPr>
          <w:b/>
        </w:rPr>
        <w:t xml:space="preserve">[32:13] </w:t>
      </w:r>
      <w:r>
        <w:t>jab Musa woh Hazrat Musa ke zamanay mein jab Firon gharaq hua tha.</w:t>
      </w:r>
    </w:p>
    <w:p>
      <w:pPr>
        <w:jc w:val="right"/>
      </w:pPr>
      <w:r>
        <w:t>جب موسیٰ وہ حضرت موسیٰ کے زمانے میں جب فرعون غرق ہوا تھا۔</w:t>
      </w:r>
    </w:p>
    <w:p>
      <w:r>
        <w:rPr>
          <w:b/>
        </w:rPr>
        <w:t xml:space="preserve">[32:19] </w:t>
      </w:r>
      <w:r>
        <w:t>to us waqt Allah taala ne farmaya ke: "yahan dekhiye future tense mein hai." ke tumhare body ko</w:t>
      </w:r>
    </w:p>
    <w:p>
      <w:pPr>
        <w:jc w:val="right"/>
      </w:pPr>
      <w:r>
        <w:t>تو اس وقت اللہ تعالیٰ نے فرمایا کہ: "یہاں دیکھیے فیوچر ٹینس میں ہے۔" کہ تمہارے باڈی کو</w:t>
      </w:r>
    </w:p>
    <w:p>
      <w:r>
        <w:rPr>
          <w:b/>
        </w:rPr>
        <w:t xml:space="preserve">[32:26] </w:t>
      </w:r>
      <w:r>
        <w:t>hum preserve rakhein ge.</w:t>
      </w:r>
    </w:p>
    <w:p>
      <w:pPr>
        <w:jc w:val="right"/>
      </w:pPr>
      <w:r>
        <w:t>ہم پریزرو رکھیں گے۔</w:t>
      </w:r>
    </w:p>
    <w:p>
      <w:r>
        <w:rPr>
          <w:b/>
        </w:rPr>
        <w:t xml:space="preserve">[32:32] </w:t>
      </w:r>
      <w:r>
        <w:t>yahan tak ke baad ke logon ko nishani banay woh.</w:t>
      </w:r>
    </w:p>
    <w:p>
      <w:pPr>
        <w:jc w:val="right"/>
      </w:pPr>
      <w:r>
        <w:t>یہاں تک کہ بعد کے لوگوں کو نشانی بنے وہ۔</w:t>
      </w:r>
    </w:p>
    <w:p>
      <w:r>
        <w:rPr>
          <w:b/>
        </w:rPr>
        <w:t xml:space="preserve">[32:38] </w:t>
      </w:r>
      <w:r>
        <w:t>yeh body aap jante hain ke discover hui.</w:t>
      </w:r>
    </w:p>
    <w:p>
      <w:pPr>
        <w:jc w:val="right"/>
      </w:pPr>
      <w:r>
        <w:t>یہ باڈی آپ جانتے ہیں کہ ڈسکور ہوئی۔</w:t>
      </w:r>
    </w:p>
    <w:p>
      <w:r>
        <w:rPr>
          <w:b/>
        </w:rPr>
        <w:t xml:space="preserve">[32:44] </w:t>
      </w:r>
      <w:r>
        <w:t>nineteen century ke ke aakhri quarter mein. aur ab woh cairo ke museum mein maujood hai. isi tarah se dekhiye quran mein hai ke: "yahan pe dekhiye afaaq aur anfus mein jo signs hain, s i g n s sign woh khulenge." yahan bhi dekhi</w:t>
      </w:r>
    </w:p>
    <w:p>
      <w:pPr>
        <w:jc w:val="right"/>
      </w:pPr>
      <w:r>
        <w:t>نائنٹین سینچری کے کے آخری کوارٹر میں۔ اور اب وہ کائرو کے میوزیم میں موجود ہے۔ اسی طریقے سے دیکھیے قرآن میں ہے کہ: "یہاں پہ دیکھیے آفاق اور انفس میں جو سائنز ہیں، ایس آئی جی این ایس سائن وہ کھلیں گے۔" یہاں بھی دیکھی</w:t>
      </w:r>
    </w:p>
    <w:p>
      <w:r>
        <w:rPr>
          <w:b/>
        </w:rPr>
        <w:t xml:space="preserve">[33:14] </w:t>
      </w:r>
      <w:r>
        <w:t>e future tense istemal kiya gaya hai.</w:t>
      </w:r>
    </w:p>
    <w:p>
      <w:pPr>
        <w:jc w:val="right"/>
      </w:pPr>
      <w:r>
        <w:t>ے فیوچر ٹینس استعمال کیا گیا ہے۔</w:t>
      </w:r>
    </w:p>
    <w:p>
      <w:r>
        <w:rPr>
          <w:b/>
        </w:rPr>
        <w:t xml:space="preserve">[33:18] </w:t>
      </w:r>
      <w:r>
        <w:t>sa jo hai Arabi zaban mein is ke ilawa future ke liye aata hai.</w:t>
      </w:r>
    </w:p>
    <w:p>
      <w:pPr>
        <w:jc w:val="right"/>
      </w:pPr>
      <w:r>
        <w:t>سا جو ہے عربی زبان میں اس کے علاوہ فیوچر کے لیے آتا ہے۔</w:t>
      </w:r>
    </w:p>
    <w:p>
      <w:r>
        <w:rPr>
          <w:b/>
        </w:rPr>
        <w:t xml:space="preserve">[33:22] </w:t>
      </w:r>
      <w:r>
        <w:t>yani aindah aisa hoga.</w:t>
      </w:r>
    </w:p>
    <w:p>
      <w:pPr>
        <w:jc w:val="right"/>
      </w:pPr>
      <w:r>
        <w:t>یعنی آئندہ ایسا ہوگا۔</w:t>
      </w:r>
    </w:p>
    <w:p>
      <w:r>
        <w:rPr>
          <w:b/>
        </w:rPr>
        <w:t xml:space="preserve">[33:26] </w:t>
      </w:r>
      <w:r>
        <w:t>to yeh kya hua? yeh hai modern science.</w:t>
      </w:r>
    </w:p>
    <w:p>
      <w:pPr>
        <w:jc w:val="right"/>
      </w:pPr>
      <w:r>
        <w:t>تو یہ کیا ہوا؟ یہ ہے ماڈرن سائنس۔</w:t>
      </w:r>
    </w:p>
    <w:p>
      <w:r>
        <w:rPr>
          <w:b/>
        </w:rPr>
        <w:t xml:space="preserve">[33:30] </w:t>
      </w:r>
      <w:r>
        <w:t>modern physical science.</w:t>
      </w:r>
    </w:p>
    <w:p>
      <w:pPr>
        <w:jc w:val="right"/>
      </w:pPr>
      <w:r>
        <w:t>ماڈرن فزیکل سائنس۔</w:t>
      </w:r>
    </w:p>
    <w:p>
      <w:r>
        <w:rPr>
          <w:b/>
        </w:rPr>
        <w:t xml:space="preserve">[33:34] </w:t>
      </w:r>
      <w:r>
        <w:t>nature mein jo chupi hui cheezein theen woh sab khol diya science ne.</w:t>
      </w:r>
    </w:p>
    <w:p>
      <w:pPr>
        <w:jc w:val="right"/>
      </w:pPr>
      <w:r>
        <w:t>نیچر میں جو چھپی ہوئی چیزیں تھیں وہ سب کھول دیا سائنس نے۔</w:t>
      </w:r>
    </w:p>
    <w:p>
      <w:r>
        <w:rPr>
          <w:b/>
        </w:rPr>
        <w:t xml:space="preserve">[33:39] </w:t>
      </w:r>
      <w:r>
        <w:t>sab khul gaya.</w:t>
      </w:r>
    </w:p>
    <w:p>
      <w:pPr>
        <w:jc w:val="right"/>
      </w:pPr>
      <w:r>
        <w:t>سب کھل گیا۔</w:t>
      </w:r>
    </w:p>
    <w:p>
      <w:r>
        <w:rPr>
          <w:b/>
        </w:rPr>
        <w:t xml:space="preserve">[33:43] </w:t>
      </w:r>
      <w:r>
        <w:t>jaise quran mein tha ke: "in</w:t>
      </w:r>
    </w:p>
    <w:p>
      <w:pPr>
        <w:jc w:val="right"/>
      </w:pPr>
      <w:r>
        <w:t>جیسے قرآن میں تھا کہ: "ان</w:t>
      </w:r>
    </w:p>
    <w:p>
      <w:r>
        <w:rPr>
          <w:b/>
        </w:rPr>
        <w:t xml:space="preserve">[33:47] </w:t>
      </w:r>
      <w:r>
        <w:t>aasman aur zameen aapas mein jure hue thay, miley hue thay, hum ne is ko khol diya." yeh insan ko maloom nahi tha pehle. big bang theory jab samnay aayi hai to yeh pata chala. ab big bang ek established fact ban chuka hai. to yeh is tarah ki bohat sari cheezein hain jo future tense mein kahi gayi thin ab woh ab woh future tense ab woh ho chuka. woh ho chuka woh. aik</w:t>
      </w:r>
    </w:p>
    <w:p>
      <w:pPr>
        <w:jc w:val="right"/>
      </w:pPr>
      <w:r>
        <w:t>آسمان اور زمین آپس میں جڑے ہوئے تھے، ملے ہوئے تھے، ہم نے اس کو کھول دیا۔" یہ انسان کو معلوم نہیں تھا پہلے۔ بگ بینگ تھیوری جب سامنے آئی ہے تو یہ پتہ چلا۔ اب بگ بینگ ایک اسٹیبلش فیکٹ بن چکا ہے۔ تو یہ اس طرح کی بہت ساری چیزیں ہیں جو فیوچر ٹینس میں کہی گئی تھیں اب وہ اب وہ فیوچر ٹینس اب وہ ہو چکا۔ وہ ہو چکا وہ۔ ایک</w:t>
      </w:r>
    </w:p>
    <w:p>
      <w:r>
        <w:rPr>
          <w:b/>
        </w:rPr>
        <w:t xml:space="preserve">[34:17] </w:t>
      </w:r>
      <w:r>
        <w:t>cheez abhi baqi hai hona jo hadith mein aaya hai: "la zahiri Allah Allah ke zameen par koi</w:t>
      </w:r>
    </w:p>
    <w:p>
      <w:pPr>
        <w:jc w:val="right"/>
      </w:pPr>
      <w:r>
        <w:t>چیز ابھی باقی ہے ہونا جو حدیث میں آیا ہے: "لا ظاہری اللہ اللہ کہ زمین پر کوئی</w:t>
      </w:r>
    </w:p>
    <w:p>
      <w:r>
        <w:rPr>
          <w:b/>
        </w:rPr>
        <w:t xml:space="preserve">[34:27] </w:t>
      </w:r>
      <w:r>
        <w:t>chota ghar ya bara ghar nahi bachega wahan par Khuda ka word shamil dakhil na ho jaye."</w:t>
      </w:r>
    </w:p>
    <w:p>
      <w:pPr>
        <w:jc w:val="right"/>
      </w:pPr>
      <w:r>
        <w:t>چھوٹا گھر یا بڑا گھر نہیں بچے گا وہاں پر خدا کا ورڈ شامل داخل نہ ہو جائے۔"</w:t>
      </w:r>
    </w:p>
    <w:p>
      <w:r>
        <w:rPr>
          <w:b/>
        </w:rPr>
        <w:t xml:space="preserve">[34:37] </w:t>
      </w:r>
      <w:r>
        <w:t>yahan kalmat al-islam ka lafz hai iska matlab kya hai? qura</w:t>
      </w:r>
    </w:p>
    <w:p>
      <w:pPr>
        <w:jc w:val="right"/>
      </w:pPr>
      <w:r>
        <w:t>یہاں کلمۃ الاسلام کا لفظ ہے اس کا مطلب کیا ہے؟ قر</w:t>
      </w:r>
    </w:p>
    <w:p>
      <w:r>
        <w:rPr>
          <w:b/>
        </w:rPr>
        <w:t xml:space="preserve">[34:47] </w:t>
      </w:r>
      <w:r>
        <w:t>an word of God.</w:t>
      </w:r>
    </w:p>
    <w:p>
      <w:pPr>
        <w:jc w:val="right"/>
      </w:pPr>
      <w:r>
        <w:t>آن ورڈ آف گاڈ۔</w:t>
      </w:r>
    </w:p>
    <w:p>
      <w:r>
        <w:rPr>
          <w:b/>
        </w:rPr>
        <w:t xml:space="preserve">[34:51] </w:t>
      </w:r>
      <w:r>
        <w:t>yeh future tense mein kaha gaya tha.</w:t>
      </w:r>
    </w:p>
    <w:p>
      <w:pPr>
        <w:jc w:val="right"/>
      </w:pPr>
      <w:r>
        <w:t>یہ فیوچر ٹینس میں کہا گیا تھا۔</w:t>
      </w:r>
    </w:p>
    <w:p>
      <w:r>
        <w:rPr>
          <w:b/>
        </w:rPr>
        <w:t xml:space="preserve">[34:56] </w:t>
      </w:r>
      <w:r>
        <w:t>ke mustaqbil mein aisa hoga ke Khuda ka kalam, Khuda ka word yani quran ghar ghar mein dakhil ho jaye.</w:t>
      </w:r>
    </w:p>
    <w:p>
      <w:pPr>
        <w:jc w:val="right"/>
      </w:pPr>
      <w:r>
        <w:t>کہ مستقبل میں ایسا ہوگا کہ خدا کا کلام، خدا کا ورڈ یعنی قرآن گھر گھر میں داخل ہو جائے۔</w:t>
      </w:r>
    </w:p>
    <w:p>
      <w:r>
        <w:rPr>
          <w:b/>
        </w:rPr>
        <w:t xml:space="preserve">[35:00] </w:t>
      </w:r>
      <w:r>
        <w:t>ab dekhiye yeh dakhil kaise hota? yahan bhi maine kaha ke Khuda history ko manage karta hai.</w:t>
      </w:r>
    </w:p>
    <w:p>
      <w:pPr>
        <w:jc w:val="right"/>
      </w:pPr>
      <w:r>
        <w:t>اب دیکھیے یہ داخل کیسے ہوتا؟ یہاں بھی میں نے کہا کہ خدا ہسٹری کو مینج کرتا ہے۔</w:t>
      </w:r>
    </w:p>
    <w:p>
      <w:r>
        <w:rPr>
          <w:b/>
        </w:rPr>
        <w:t xml:space="preserve">[35:05] </w:t>
      </w:r>
      <w:r>
        <w:t>aisa nahi ke angel ko bhej de woh ja ke drop kar de.</w:t>
      </w:r>
    </w:p>
    <w:p>
      <w:pPr>
        <w:jc w:val="right"/>
      </w:pPr>
      <w:r>
        <w:t>ایسا نہیں کہ اینجل کو بھیج دے وہ جا کے ڈراپ کر دے۔</w:t>
      </w:r>
    </w:p>
    <w:p>
      <w:r>
        <w:rPr>
          <w:b/>
        </w:rPr>
        <w:t xml:space="preserve">[35:10] </w:t>
      </w:r>
      <w:r>
        <w:t>yani har ghar mein quran la ke drop kar de woh.</w:t>
      </w:r>
    </w:p>
    <w:p>
      <w:pPr>
        <w:jc w:val="right"/>
      </w:pPr>
      <w:r>
        <w:t>یعنی ہر گھر میں قرآن لا کے ڈراپ کر دے وہ۔</w:t>
      </w:r>
    </w:p>
    <w:p>
      <w:r>
        <w:rPr>
          <w:b/>
        </w:rPr>
        <w:t xml:space="preserve">[35:14] </w:t>
      </w:r>
      <w:r>
        <w:t>aisa nahi ho sakta hai woh.</w:t>
      </w:r>
    </w:p>
    <w:p>
      <w:pPr>
        <w:jc w:val="right"/>
      </w:pPr>
      <w:r>
        <w:t>ایسا نہیں ہو سکتا ہے وہ۔</w:t>
      </w:r>
    </w:p>
    <w:p>
      <w:r>
        <w:rPr>
          <w:b/>
        </w:rPr>
        <w:t xml:space="preserve">[35:19] </w:t>
      </w:r>
      <w:r>
        <w:t>to Khuda ne history ko manage kiya, manage kiya, manage kiya yahan tak ke yeh kaam ho sake.</w:t>
      </w:r>
    </w:p>
    <w:p>
      <w:pPr>
        <w:jc w:val="right"/>
      </w:pPr>
      <w:r>
        <w:t>تو خدا نے ہسٹری کو مینج کیا، مینج کیا، مینج کیا یہاں تک کہ یہ کام ہو سکے۔</w:t>
      </w:r>
    </w:p>
    <w:p>
      <w:r>
        <w:rPr>
          <w:b/>
        </w:rPr>
        <w:t xml:space="preserve">[35:25] </w:t>
      </w:r>
      <w:r>
        <w:t>woh kaise? kalma jo hai yani Allah ke kalam ka har ghar pahunchana woh kya chahta hai? woh</w:t>
      </w:r>
    </w:p>
    <w:p>
      <w:pPr>
        <w:jc w:val="right"/>
      </w:pPr>
      <w:r>
        <w:t>وہ کیسے؟ کلمہ جو ہے یعنی اللہ کے کلام کا ہر گھر پہنچانا وہ کیا چاہتا ہے؟ وہ</w:t>
      </w:r>
    </w:p>
    <w:p>
      <w:r>
        <w:rPr>
          <w:b/>
        </w:rPr>
        <w:t xml:space="preserve">[35:31] </w:t>
      </w:r>
      <w:r>
        <w:t>chahta hai printing process. printing process.</w:t>
      </w:r>
    </w:p>
    <w:p>
      <w:pPr>
        <w:jc w:val="right"/>
      </w:pPr>
      <w:r>
        <w:t>چاہتا ہے پرنٹنگ پروسیس۔ پرنٹنگ پروسیس۔</w:t>
      </w:r>
    </w:p>
    <w:p>
      <w:r>
        <w:rPr>
          <w:b/>
        </w:rPr>
        <w:t xml:space="preserve">[35:37] </w:t>
      </w:r>
      <w:r>
        <w:t>yani yeh jo aap dekhte hain yeh akhbar aaj se pehle kahan chhap sakta tha? yeh impossible tha,</w:t>
      </w:r>
    </w:p>
    <w:p>
      <w:pPr>
        <w:jc w:val="right"/>
      </w:pPr>
      <w:r>
        <w:t>یعنی یہ جو آپ دیکھتے ہیں یہ اخبار آج سے پہلے کہاں چھپ سکتا تھا؟ یہ امپاسیبل تھا،</w:t>
      </w:r>
    </w:p>
    <w:p>
      <w:r>
        <w:rPr>
          <w:b/>
        </w:rPr>
        <w:t xml:space="preserve">[35:43] </w:t>
      </w:r>
      <w:r>
        <w:t>na paper tha, na</w:t>
      </w:r>
    </w:p>
    <w:p>
      <w:pPr>
        <w:jc w:val="right"/>
      </w:pPr>
      <w:r>
        <w:t>نہ پیپر تھا، نہ</w:t>
      </w:r>
    </w:p>
    <w:p>
      <w:r>
        <w:rPr>
          <w:b/>
        </w:rPr>
        <w:t xml:space="preserve">[35:49] </w:t>
      </w:r>
      <w:r>
        <w:t>printing technique thi. to printing technique dunya mein aa jaye. aur kitab ki shakal mein quran chhap sake. is se pehle quran memory mein hota tha. to aap kaise ghar ghar mein dakhil karte? kitne aadmi jatay idhar udhar? to printing press ka zamana aana chahiye tab ja kar ke yeh possible hoga. acha hai is ke baad kya hai? communication ka zamana aana chahiye. pahunche kaise</w:t>
      </w:r>
    </w:p>
    <w:p>
      <w:pPr>
        <w:jc w:val="right"/>
      </w:pPr>
      <w:r>
        <w:t>پرنٹنگ ٹیکنیک تھی۔ تو پرنٹنگ ٹیکنیک دنیا میں آ جائے۔ اور کتاب کی شکل میں قرآن چھپ سکے۔ اس سے پہلے قرآن میموری میں ہوتا تھا۔ تو آپ کیسے گھر گھر میں داخل کرتے؟ کتنے آدمی جاتے ادھر ادھر؟ تو پرنٹنگ پریس کا زمانہ آنا چاہیے تب جا کر کے یہ پاسیبل ہوگا۔ اچھا ہے اس کے بعد کیا ہے؟ کمیونیکیشن کا زمانہ آنا چاہیے۔ پہنچے کیسے</w:t>
      </w:r>
    </w:p>
    <w:p>
      <w:r>
        <w:rPr>
          <w:b/>
        </w:rPr>
        <w:t xml:space="preserve">[36:19] </w:t>
      </w:r>
      <w:r>
        <w:t>? pehle wahan woh log ghore par, oont par chaltay thay. ab dunya mein kaise pahunchayenge? communication ka zamana aana chahiye. telecommunication. woh zamana aa gaya. yeh possible hoga ke aap aik jagah baith kar ke sari dunya mein apni awaz ko pahuncha saken. phir dekhiye religious freedom darkar hai. religious freedom. pehle zamanay mein religious freedom nahi thi. koi sunta nahi</w:t>
      </w:r>
    </w:p>
    <w:p>
      <w:pPr>
        <w:jc w:val="right"/>
      </w:pPr>
      <w:r>
        <w:t>؟ پہلے وہاں وہ لوگ گھوڑے پر، اونٹ پہ چلتے تھے۔ اب دنیا میں کیسے پہنچائیں گے؟ کمیونیکیشن کا زمانہ آنا چاہیے۔ ٹیلی کمیونیکیشن۔ وہ زمانہ آ گیا۔ یہ پاسیبل ہوگا کہ آپ ایک جگہ بیٹھ کر کے ساری دنیا میں اپنی آواز کو پہنچا سکیں۔ پھر دیکھیے ریلیجس فریڈم درکار ہے۔ ریلیجس فریڈم۔ پہلے زمانے میں ریلیجس فریڈم نہیں تھی۔ کوئی سنتا نہیں</w:t>
      </w:r>
    </w:p>
    <w:p>
      <w:r>
        <w:rPr>
          <w:b/>
        </w:rPr>
        <w:t xml:space="preserve">[36:49] </w:t>
      </w:r>
      <w:r>
        <w:t>tha doosre mazhab ki baat ko.</w:t>
      </w:r>
    </w:p>
    <w:p>
      <w:pPr>
        <w:jc w:val="right"/>
      </w:pPr>
      <w:r>
        <w:t>تھا دوسرے مذہب کی بات کو۔</w:t>
      </w:r>
    </w:p>
    <w:p>
      <w:r>
        <w:rPr>
          <w:b/>
        </w:rPr>
        <w:t xml:space="preserve">[36:52] </w:t>
      </w:r>
      <w:r>
        <w:t>marta tha isko.</w:t>
      </w:r>
    </w:p>
    <w:p>
      <w:pPr>
        <w:jc w:val="right"/>
      </w:pPr>
      <w:r>
        <w:t>مارتا تھا اس کو۔</w:t>
      </w:r>
    </w:p>
    <w:p>
      <w:r>
        <w:rPr>
          <w:b/>
        </w:rPr>
        <w:t xml:space="preserve">[36:56] </w:t>
      </w:r>
      <w:r>
        <w:t>sab har jagah ek mazhab wala doosre mazhab ko marta tha.</w:t>
      </w:r>
    </w:p>
    <w:p>
      <w:pPr>
        <w:jc w:val="right"/>
      </w:pPr>
      <w:r>
        <w:t>سب ہر جگہ ایک مذہب والا دوسرے مذہب کو مارتا تھا۔</w:t>
      </w:r>
    </w:p>
    <w:p>
      <w:r>
        <w:rPr>
          <w:b/>
        </w:rPr>
        <w:t xml:space="preserve">[37:00] </w:t>
      </w:r>
      <w:r>
        <w:t>to isko kehte hain religious persecution.</w:t>
      </w:r>
    </w:p>
    <w:p>
      <w:pPr>
        <w:jc w:val="right"/>
      </w:pPr>
      <w:r>
        <w:t>تو اس کو کہتے ہیں ریلیجس پرسیکیوشن۔</w:t>
      </w:r>
    </w:p>
    <w:p>
      <w:r>
        <w:rPr>
          <w:b/>
        </w:rPr>
        <w:t xml:space="preserve">[37:04] </w:t>
      </w:r>
      <w:r>
        <w:t>to religious persecution ko khatam hona tha.</w:t>
      </w:r>
    </w:p>
    <w:p>
      <w:pPr>
        <w:jc w:val="right"/>
      </w:pPr>
      <w:r>
        <w:t>تو ریلیجس پرسیکیوشن کو ختم ہونا تھا۔</w:t>
      </w:r>
    </w:p>
    <w:p>
      <w:r>
        <w:rPr>
          <w:b/>
        </w:rPr>
        <w:t xml:space="preserve">[37:08] </w:t>
      </w:r>
      <w:r>
        <w:t>tab ja kar is idkhaal-e-kalma ka process chalega.</w:t>
      </w:r>
    </w:p>
    <w:p>
      <w:pPr>
        <w:jc w:val="right"/>
      </w:pPr>
      <w:r>
        <w:t>تب جا کر اس ادخال کلمہ کا پراسیس چلے گا۔</w:t>
      </w:r>
    </w:p>
    <w:p>
      <w:r>
        <w:rPr>
          <w:b/>
        </w:rPr>
        <w:t xml:space="preserve">[37:11] </w:t>
      </w:r>
      <w:r>
        <w:t>nahi to nahi chal sakta tha.</w:t>
      </w:r>
    </w:p>
    <w:p>
      <w:pPr>
        <w:jc w:val="right"/>
      </w:pPr>
      <w:r>
        <w:t>نہیں تو نہیں چل سکتا تھا۔</w:t>
      </w:r>
    </w:p>
    <w:p>
      <w:r>
        <w:rPr>
          <w:b/>
        </w:rPr>
        <w:t xml:space="preserve">[37:15] </w:t>
      </w:r>
      <w:r>
        <w:t>phir aap dekhiye yeh jo yeh sab jo ho raha hai duniya bhar mein jihad ke naam se</w:t>
      </w:r>
    </w:p>
    <w:p>
      <w:pPr>
        <w:jc w:val="right"/>
      </w:pPr>
      <w:r>
        <w:t>پھر آپ دیکھیے یہ جو یہ سب جو ہو رہا ہے دنیا بھر میں جہاد کے نام سے</w:t>
      </w:r>
    </w:p>
    <w:p>
      <w:r>
        <w:rPr>
          <w:b/>
        </w:rPr>
        <w:t xml:space="preserve">[37:19] </w:t>
      </w:r>
      <w:r>
        <w:t>is ka bhi ek positive aspect hai.</w:t>
      </w:r>
    </w:p>
    <w:p>
      <w:pPr>
        <w:jc w:val="right"/>
      </w:pPr>
      <w:r>
        <w:t>اس کا بھی ایک پازیٹیو ایسپیکٹ ہے۔</w:t>
      </w:r>
    </w:p>
    <w:p>
      <w:r>
        <w:rPr>
          <w:b/>
        </w:rPr>
        <w:t xml:space="preserve">[37:22] </w:t>
      </w:r>
      <w:r>
        <w:t>yeh jihad nahi hai, fasad hai.</w:t>
      </w:r>
    </w:p>
    <w:p>
      <w:pPr>
        <w:jc w:val="right"/>
      </w:pPr>
      <w:r>
        <w:t>یہ جہاد نہیں ہے، فساد ہے۔</w:t>
      </w:r>
    </w:p>
    <w:p>
      <w:r>
        <w:rPr>
          <w:b/>
        </w:rPr>
        <w:t xml:space="preserve">[37:25] </w:t>
      </w:r>
      <w:r>
        <w:t>lekin Allah taala ne duniya ko is tarah banaya hai ke yahan par har cheez ka negative aspect</w:t>
      </w:r>
    </w:p>
    <w:p>
      <w:pPr>
        <w:jc w:val="right"/>
      </w:pPr>
      <w:r>
        <w:t>لیکن اللہ تعالیٰ نے دنیا کو اس طرح بنایا ہے کہ یہاں پر ہر چیز کا نیگیٹیو ایسپیکٹ</w:t>
      </w:r>
    </w:p>
    <w:p>
      <w:r>
        <w:rPr>
          <w:b/>
        </w:rPr>
        <w:t xml:space="preserve">[37:28] </w:t>
      </w:r>
      <w:r>
        <w:t>aur positive aspect hota hai.</w:t>
      </w:r>
    </w:p>
    <w:p>
      <w:pPr>
        <w:jc w:val="right"/>
      </w:pPr>
      <w:r>
        <w:t>اور پازیٹیو ایسپیکٹ ہوتا ہے۔</w:t>
      </w:r>
    </w:p>
    <w:p>
      <w:r>
        <w:rPr>
          <w:b/>
        </w:rPr>
        <w:t xml:space="preserve">[37:31] </w:t>
      </w:r>
      <w:r>
        <w:t>har cheez ka.</w:t>
      </w:r>
    </w:p>
    <w:p>
      <w:pPr>
        <w:jc w:val="right"/>
      </w:pPr>
      <w:r>
        <w:t>ہر چیز کا۔</w:t>
      </w:r>
    </w:p>
    <w:p>
      <w:r>
        <w:rPr>
          <w:b/>
        </w:rPr>
        <w:t xml:space="preserve">[37:34] </w:t>
      </w:r>
      <w:r>
        <w:t>poison bhi aap jante hain is ka bhi ek positive aspect hai.</w:t>
      </w:r>
    </w:p>
    <w:p>
      <w:pPr>
        <w:jc w:val="right"/>
      </w:pPr>
      <w:r>
        <w:t>پوائزن بھی آپ جانتے ہیں اس کا بھی ایک پازیٹیو ایسپیکٹ ہے۔</w:t>
      </w:r>
    </w:p>
    <w:p>
      <w:r>
        <w:rPr>
          <w:b/>
        </w:rPr>
        <w:t xml:space="preserve">[37:37] </w:t>
      </w:r>
      <w:r>
        <w:t>is ko dawa mein istemaal kiya jata hai.</w:t>
      </w:r>
    </w:p>
    <w:p>
      <w:pPr>
        <w:jc w:val="right"/>
      </w:pPr>
      <w:r>
        <w:t>اس کو دوا میں استعمال کیا جاتا ہے۔</w:t>
      </w:r>
    </w:p>
    <w:p>
      <w:r>
        <w:rPr>
          <w:b/>
        </w:rPr>
        <w:t xml:space="preserve">[37:40] </w:t>
      </w:r>
      <w:r>
        <w:t>is ke bhi koi istemaalat hain.</w:t>
      </w:r>
    </w:p>
    <w:p>
      <w:pPr>
        <w:jc w:val="right"/>
      </w:pPr>
      <w:r>
        <w:t>اس کے بھی کوئی استعمالات ہیں۔</w:t>
      </w:r>
    </w:p>
    <w:p>
      <w:r>
        <w:rPr>
          <w:b/>
        </w:rPr>
        <w:t xml:space="preserve">[37:43] </w:t>
      </w:r>
      <w:r>
        <w:t>direct aap khayein to mar jayenge lekin is ke doosre istemaalat hain.</w:t>
      </w:r>
    </w:p>
    <w:p>
      <w:pPr>
        <w:jc w:val="right"/>
      </w:pPr>
      <w:r>
        <w:t>ڈائریکٹ آپ کھائیں تو مر جائیں گے لیکن اس کے دوسرے استعمالات ہیں۔</w:t>
      </w:r>
    </w:p>
    <w:p>
      <w:r>
        <w:rPr>
          <w:b/>
        </w:rPr>
        <w:t xml:space="preserve">[37:46] </w:t>
      </w:r>
      <w:r>
        <w:t>to har cheez ka negative aspect hai, p</w:t>
      </w:r>
    </w:p>
    <w:p>
      <w:pPr>
        <w:jc w:val="right"/>
      </w:pPr>
      <w:r>
        <w:t>تو ہر چیز کا نیگیٹیو ایسپیکٹ ہے، پ</w:t>
      </w:r>
    </w:p>
    <w:p>
      <w:r>
        <w:rPr>
          <w:b/>
        </w:rPr>
        <w:t xml:space="preserve">[37:49] </w:t>
      </w:r>
      <w:r>
        <w:t>ositive aspect hai.</w:t>
      </w:r>
    </w:p>
    <w:p>
      <w:pPr>
        <w:jc w:val="right"/>
      </w:pPr>
      <w:r>
        <w:t>ازیٹیو ایسپیکٹ ہے۔</w:t>
      </w:r>
    </w:p>
    <w:p>
      <w:r>
        <w:rPr>
          <w:b/>
        </w:rPr>
        <w:t xml:space="preserve">[37:52] </w:t>
      </w:r>
      <w:r>
        <w:t>to abhi jo musalman jihad chala rahe hain main is ko fasad samajhta hoon.</w:t>
      </w:r>
    </w:p>
    <w:p>
      <w:pPr>
        <w:jc w:val="right"/>
      </w:pPr>
      <w:r>
        <w:t>تو ابھی جو مسلمان جہاد چلا رہے ہیں میں اس کو فساد سمجھتا ہوں۔</w:t>
      </w:r>
    </w:p>
    <w:p>
      <w:r>
        <w:rPr>
          <w:b/>
        </w:rPr>
        <w:t xml:space="preserve">[37:55] </w:t>
      </w:r>
      <w:r>
        <w:t>wo jihad nahi hai.</w:t>
      </w:r>
    </w:p>
    <w:p>
      <w:pPr>
        <w:jc w:val="right"/>
      </w:pPr>
      <w:r>
        <w:t>وہ جہاد نہیں ہے۔</w:t>
      </w:r>
    </w:p>
    <w:p>
      <w:r>
        <w:rPr>
          <w:b/>
        </w:rPr>
        <w:t xml:space="preserve">[37:58] </w:t>
      </w:r>
      <w:r>
        <w:t>lekin is ka bhi ek positive aspect hai.</w:t>
      </w:r>
    </w:p>
    <w:p>
      <w:pPr>
        <w:jc w:val="right"/>
      </w:pPr>
      <w:r>
        <w:t>لیکن اس کا بھی ایک پازیٹیو ایسپیکٹ ہے۔</w:t>
      </w:r>
    </w:p>
    <w:p>
      <w:r>
        <w:rPr>
          <w:b/>
        </w:rPr>
        <w:t xml:space="preserve">[38:01] </w:t>
      </w:r>
      <w:r>
        <w:t>kya? Islam is on the news, Quran is on the news.</w:t>
      </w:r>
    </w:p>
    <w:p>
      <w:pPr>
        <w:jc w:val="right"/>
      </w:pPr>
      <w:r>
        <w:t>کیا؟ اسلام از ان دا نیوز، قرآن از ان دا نیوز۔</w:t>
      </w:r>
    </w:p>
    <w:p>
      <w:r>
        <w:rPr>
          <w:b/>
        </w:rPr>
        <w:t xml:space="preserve">[38:04] </w:t>
      </w:r>
      <w:r>
        <w:t>is ne Quran ko news mein pahuncha diya hai.</w:t>
      </w:r>
    </w:p>
    <w:p>
      <w:pPr>
        <w:jc w:val="right"/>
      </w:pPr>
      <w:r>
        <w:t>اس نے قرآن کو نیوز میں پہنچا دیا ہے۔</w:t>
      </w:r>
    </w:p>
    <w:p>
      <w:r>
        <w:rPr>
          <w:b/>
        </w:rPr>
        <w:t xml:space="preserve">[38:07] </w:t>
      </w:r>
      <w:r>
        <w:t>every day Quran is on the news.</w:t>
      </w:r>
    </w:p>
    <w:p>
      <w:pPr>
        <w:jc w:val="right"/>
      </w:pPr>
      <w:r>
        <w:t>ایوری ڈے قرآن از ان دا نیوز۔</w:t>
      </w:r>
    </w:p>
    <w:p>
      <w:r>
        <w:rPr>
          <w:b/>
        </w:rPr>
        <w:t xml:space="preserve">[38:10] </w:t>
      </w:r>
      <w:r>
        <w:t>koi na koi khabar hoti hai.</w:t>
      </w:r>
    </w:p>
    <w:p>
      <w:pPr>
        <w:jc w:val="right"/>
      </w:pPr>
      <w:r>
        <w:t>کوئی نہ کوئی خبر ہوتی ہے۔</w:t>
      </w:r>
    </w:p>
    <w:p>
      <w:r>
        <w:rPr>
          <w:b/>
        </w:rPr>
        <w:t xml:space="preserve">[38:13] </w:t>
      </w:r>
      <w:r>
        <w:t>direct ya indirect.</w:t>
      </w:r>
    </w:p>
    <w:p>
      <w:pPr>
        <w:jc w:val="right"/>
      </w:pPr>
      <w:r>
        <w:t>ڈائریکٹ یا ان ڈائریکٹ۔</w:t>
      </w:r>
    </w:p>
    <w:p>
      <w:r>
        <w:rPr>
          <w:b/>
        </w:rPr>
        <w:t xml:space="preserve">[38:16] </w:t>
      </w:r>
      <w:r>
        <w:t>to in in jahadi sargarmion ne</w:t>
      </w:r>
    </w:p>
    <w:p>
      <w:pPr>
        <w:jc w:val="right"/>
      </w:pPr>
      <w:r>
        <w:t>تو ان ان جہادی سرگرمیوں نے</w:t>
      </w:r>
    </w:p>
    <w:p>
      <w:r>
        <w:rPr>
          <w:b/>
        </w:rPr>
        <w:t xml:space="preserve">[38:19] </w:t>
      </w:r>
      <w:r>
        <w:t>kya kiya hai? aik nai curiosity paida ki hai ke quran kya hai bhai? kya quran mein likha hua hai? quran ko mannay walay kyun dunya mein ladaaiyan kar rahe hain? kyun suicide bombing kar rahe hain? to everyday quran is on the news. tabhi to yeh hai ke log is ko dekhen to parhen. chunancha ab hamare saathi jatay hain idhar udhar isi dilli mein</w:t>
      </w:r>
    </w:p>
    <w:p>
      <w:pPr>
        <w:jc w:val="right"/>
      </w:pPr>
      <w:r>
        <w:t>کیا کیا ہے؟ ایک نئی کیوریسٹی پیدا کی ہے کہ قرآن کیا ہے بھئی؟ کیا قرآن میں لکھا ہوا ہے؟ قرآن کو ماننے والے کیوں دنیا میں لڑائیاں کر رہے ہیں؟ کیوں سوئیسائیڈ بمبنگ کر رہے ہیں؟ تو ایوری ڈے قرآن از ان دا نیوز۔ تبھی تو یہ ہے کہ لوگ اس کو دیکھیں تو پڑھیں۔ چنانچہ اب ہمارے ساتھی جاتے ہیں ادھر ادھر اسی دلی میں</w:t>
      </w:r>
    </w:p>
    <w:p>
      <w:r>
        <w:rPr>
          <w:b/>
        </w:rPr>
        <w:t xml:space="preserve">[38:49] </w:t>
      </w:r>
      <w:r>
        <w:t>duniya ke doosre countries mein har jagah kya ho raha hai jahan hum log pahunchte hain Quran ka</w:t>
      </w:r>
    </w:p>
    <w:p>
      <w:pPr>
        <w:jc w:val="right"/>
      </w:pPr>
      <w:r>
        <w:t>دنیا کے دوسرے کنٹریز میں ہر جگہ کیا ہو رہا ہے جہاں ہم لوگ پہنچتے ہیں قرآن کا</w:t>
      </w:r>
    </w:p>
    <w:p>
      <w:r>
        <w:rPr>
          <w:b/>
        </w:rPr>
        <w:t xml:space="preserve">[38:54] </w:t>
      </w:r>
      <w:r>
        <w:t>transition le kar ke jo hamare paas chhupa hai.</w:t>
      </w:r>
    </w:p>
    <w:p>
      <w:pPr>
        <w:jc w:val="right"/>
      </w:pPr>
      <w:r>
        <w:t>ٹرانسیشن لے کر کے جو ہمارے پاس چھپا ہے۔</w:t>
      </w:r>
    </w:p>
    <w:p>
      <w:r>
        <w:rPr>
          <w:b/>
        </w:rPr>
        <w:t xml:space="preserve">[38:58] </w:t>
      </w:r>
      <w:r>
        <w:t>aap jante hain ke hamare haan se quran ka transition chhupa hai pehli bar history mein sab log mante hain.</w:t>
      </w:r>
    </w:p>
    <w:p>
      <w:pPr>
        <w:jc w:val="right"/>
      </w:pPr>
      <w:r>
        <w:t>آپ جانتے ہیں کہ ہمارے ہاں سے قرآن کا ٹرانسیشن چھپا ہے پہلی بار ہسٹری میں سب لوگ مانتے ہیں۔</w:t>
      </w:r>
    </w:p>
    <w:p>
      <w:r>
        <w:rPr>
          <w:b/>
        </w:rPr>
        <w:t xml:space="preserve">[39:03] </w:t>
      </w:r>
      <w:r>
        <w:t>aisa transition jo understandable hai, jo readable hai, jo bilkul easy hai.</w:t>
      </w:r>
    </w:p>
    <w:p>
      <w:pPr>
        <w:jc w:val="right"/>
      </w:pPr>
      <w:r>
        <w:t>ایسا ٹرانسیشن جو انڈرسٹینڈ ایبل ہے، جو ریڈی ایبل ہے، جو بالکل ایزی ہے۔</w:t>
      </w:r>
    </w:p>
    <w:p>
      <w:r>
        <w:rPr>
          <w:b/>
        </w:rPr>
        <w:t xml:space="preserve">[39:07] </w:t>
      </w:r>
      <w:r>
        <w:t>abhi hum gaye thay poland to wahan ek christian ne dekh kar kaha bhai yeh to peaceful</w:t>
      </w:r>
    </w:p>
    <w:p>
      <w:pPr>
        <w:jc w:val="right"/>
      </w:pPr>
      <w:r>
        <w:t>ابھی ہم گئے تھے پولینڈ تو وہاں ایک کرسچن نے دیکھ کر کہا بھئی یہ تو پیس فل</w:t>
      </w:r>
    </w:p>
    <w:p>
      <w:r>
        <w:rPr>
          <w:b/>
        </w:rPr>
        <w:t xml:space="preserve">[39:11] </w:t>
      </w:r>
      <w:r>
        <w:t>transition hai quran ka.</w:t>
      </w:r>
    </w:p>
    <w:p>
      <w:pPr>
        <w:jc w:val="right"/>
      </w:pPr>
      <w:r>
        <w:t>ٹرانسیشن ہے قرآن کا۔</w:t>
      </w:r>
    </w:p>
    <w:p>
      <w:r>
        <w:rPr>
          <w:b/>
        </w:rPr>
        <w:t xml:space="preserve">[39:16] </w:t>
      </w:r>
      <w:r>
        <w:t>peaceful transition.</w:t>
      </w:r>
    </w:p>
    <w:p>
      <w:pPr>
        <w:jc w:val="right"/>
      </w:pPr>
      <w:r>
        <w:t>پیس فل ٹرانسیشن۔</w:t>
      </w:r>
    </w:p>
    <w:p>
      <w:r>
        <w:rPr>
          <w:b/>
        </w:rPr>
        <w:t xml:space="preserve">[39:20] </w:t>
      </w:r>
      <w:r>
        <w:t>ise pehle samajhte thay quran jo hai woh maarne kaatne wali kitab hai.</w:t>
      </w:r>
    </w:p>
    <w:p>
      <w:pPr>
        <w:jc w:val="right"/>
      </w:pPr>
      <w:r>
        <w:t>اسے پہلے سمجھتے تھے قرآن جو ہے وہ مارنے کاٹنے والی کتاب ہے۔</w:t>
      </w:r>
    </w:p>
    <w:p>
      <w:r>
        <w:rPr>
          <w:b/>
        </w:rPr>
        <w:t xml:space="preserve">[39:25] </w:t>
      </w:r>
      <w:r>
        <w:t>to yahan se jo tarjuma chhupa hai quran ka.</w:t>
      </w:r>
    </w:p>
    <w:p>
      <w:pPr>
        <w:jc w:val="right"/>
      </w:pPr>
      <w:r>
        <w:t>تو یہاں سے جو ترجمہ چھپا ہے قرآن کا۔</w:t>
      </w:r>
    </w:p>
    <w:p>
      <w:r>
        <w:rPr>
          <w:b/>
        </w:rPr>
        <w:t xml:space="preserve">[39:29] </w:t>
      </w:r>
      <w:r>
        <w:t>bohat hi achi printing ke sath.</w:t>
      </w:r>
    </w:p>
    <w:p>
      <w:pPr>
        <w:jc w:val="right"/>
      </w:pPr>
      <w:r>
        <w:t>بہت ہی اچھی پرنٹنگ کے ساتھ۔</w:t>
      </w:r>
    </w:p>
    <w:p>
      <w:r>
        <w:rPr>
          <w:b/>
        </w:rPr>
        <w:t xml:space="preserve">[39:33] </w:t>
      </w:r>
      <w:r>
        <w:t>to hamare saathi is ko log jaate hain jagah jagah le kar ke.</w:t>
      </w:r>
    </w:p>
    <w:p>
      <w:pPr>
        <w:jc w:val="right"/>
      </w:pPr>
      <w:r>
        <w:t>تو ہمارے ساتھی اس کو لوگ جاتے ہیں جگہ جگہ لے کر کے۔</w:t>
      </w:r>
    </w:p>
    <w:p>
      <w:r>
        <w:rPr>
          <w:b/>
        </w:rPr>
        <w:t xml:space="preserve">[39:37] </w:t>
      </w:r>
      <w:r>
        <w:t>yani log lootate hain yani bila yani aap samjhein ke without any exaggeration mein kahunga ke lootate hain.</w:t>
      </w:r>
    </w:p>
    <w:p>
      <w:pPr>
        <w:jc w:val="right"/>
      </w:pPr>
      <w:r>
        <w:t>یعنی لوگ لوٹتے ہیں یعنی بلا یعنی آپ سمجھیں کہ ودا آؤٹ اینی ایگزیجریشن میں کہوں گا کہ لوٹتے ہیں۔</w:t>
      </w:r>
    </w:p>
    <w:p>
      <w:r>
        <w:rPr>
          <w:b/>
        </w:rPr>
        <w:t xml:space="preserve">[39:42] </w:t>
      </w:r>
      <w:r>
        <w:t>lao bhai hum ko do, lao bhai hum ko do, lao hum ko do.</w:t>
      </w:r>
    </w:p>
    <w:p>
      <w:pPr>
        <w:jc w:val="right"/>
      </w:pPr>
      <w:r>
        <w:t>لاؤ بھئی ہم کو دو، لاؤ بھئی ہم کو دو، لاؤ ہم کو دو۔</w:t>
      </w:r>
    </w:p>
    <w:p>
      <w:r>
        <w:rPr>
          <w:b/>
        </w:rPr>
        <w:t xml:space="preserve">[39:46] </w:t>
      </w:r>
      <w:r>
        <w:t>log ek se zyada copy mangte hain ke hum apne friend ko denge. lao</w:t>
      </w:r>
    </w:p>
    <w:p>
      <w:pPr>
        <w:jc w:val="right"/>
      </w:pPr>
      <w:r>
        <w:t>لوگ ایک سے زیادہ کاپی مانگتے ہیں کہ ہم اپنے فرینڈ کو دیں گے۔ لاؤ</w:t>
      </w:r>
    </w:p>
    <w:p>
      <w:r>
        <w:rPr>
          <w:b/>
        </w:rPr>
        <w:t xml:space="preserve">[39:50] </w:t>
      </w:r>
      <w:r>
        <w:t>—</w:t>
      </w:r>
    </w:p>
    <w:p>
      <w:pPr>
        <w:jc w:val="right"/>
      </w:pPr>
      <w:r>
        <w:t>۔</w:t>
      </w:r>
    </w:p>
    <w:p>
      <w:r>
        <w:rPr>
          <w:b/>
        </w:rPr>
        <w:t xml:space="preserve">[39:56] </w:t>
      </w:r>
      <w:r>
        <w:t>yeh kya hai? yeh bhi mein kahun ke khuda ne history ko manage karte karte yahan tak pohanchaya hai.</w:t>
      </w:r>
    </w:p>
    <w:p>
      <w:pPr>
        <w:jc w:val="right"/>
      </w:pPr>
      <w:r>
        <w:t>یہ کیا ہے؟ یہ بھی میں کہوں کہ خدا نے ہسٹری کو مینج کرتے کرتے یہاں تک پہنچایا ہے۔</w:t>
      </w:r>
    </w:p>
    <w:p>
      <w:r>
        <w:rPr>
          <w:b/>
        </w:rPr>
        <w:t xml:space="preserve">[40:01] </w:t>
      </w:r>
      <w:r>
        <w:t>to idkhal e kalma jo hai woh is ko mumkin banaya hai Allah taala ne.</w:t>
      </w:r>
    </w:p>
    <w:p>
      <w:pPr>
        <w:jc w:val="right"/>
      </w:pPr>
      <w:r>
        <w:t>تو ادخال کلمہ جو ہے وہ اس کو ممکن بنایا ہے اللہ تعالیٰ نے۔</w:t>
      </w:r>
    </w:p>
    <w:p>
      <w:r>
        <w:rPr>
          <w:b/>
        </w:rPr>
        <w:t xml:space="preserve">[40:07] </w:t>
      </w:r>
      <w:r>
        <w:t>aaj se paanch sau saal pehle idkhal e kalma mumkin hi nahi tha.</w:t>
      </w:r>
    </w:p>
    <w:p>
      <w:pPr>
        <w:jc w:val="right"/>
      </w:pPr>
      <w:r>
        <w:t>آج سے پانچ سو سال پہلے ادخال کلمہ ممکن ہی نہیں تھا۔</w:t>
      </w:r>
    </w:p>
    <w:p>
      <w:r>
        <w:rPr>
          <w:b/>
        </w:rPr>
        <w:t xml:space="preserve">[40:13] </w:t>
      </w:r>
      <w:r>
        <w:t>log jante hi nahi thay ke dunya kitni bari hai.</w:t>
      </w:r>
    </w:p>
    <w:p>
      <w:pPr>
        <w:jc w:val="right"/>
      </w:pPr>
      <w:r>
        <w:t>لوگ جانتے ہی نہیں تھے کہ دنیا کتنی بڑی ہے۔</w:t>
      </w:r>
    </w:p>
    <w:p>
      <w:r>
        <w:rPr>
          <w:b/>
        </w:rPr>
        <w:t xml:space="preserve">[40:18] </w:t>
      </w:r>
      <w:r>
        <w:t>koi janta hi nahi tha ke koi america hai, koi australia hai.</w:t>
      </w:r>
    </w:p>
    <w:p>
      <w:pPr>
        <w:jc w:val="right"/>
      </w:pPr>
      <w:r>
        <w:t>کوئی جانتا ہی نہیں تھا کہ کوئی امریکہ ہے، کوئی آسٹریلیا ہے۔</w:t>
      </w:r>
    </w:p>
    <w:p>
      <w:r>
        <w:rPr>
          <w:b/>
        </w:rPr>
        <w:t xml:space="preserve">[40:24] </w:t>
      </w:r>
      <w:r>
        <w:t>to poori dunya ko insan ne jaan liya. poori dunya mein aana jana mumkin ho gaya. poori dunya mein telecommunication aa gaya. yeh sab kya hai? is ko mein kehta hoon Khuda ne history ko manage kiya aur yahan tak pahunchaya is ko. ta ke idkhal kalma jo hai woh possible ho sake. to aap ghor kijiye jab Khuda ne itna bara kaam kiya poori history ko manage kiya Khuda ne. ta ke idkhal kalma jo hai woh possible ho. us waqt musalman ladaai kar rah</w:t>
      </w:r>
    </w:p>
    <w:p>
      <w:pPr>
        <w:jc w:val="right"/>
      </w:pPr>
      <w:r>
        <w:t>تو پوری دنیا کو انسان نے جان لیا۔ پوری دنیا میں آنا جانا ممکن ہو گیا۔ پوری دنیا میں ٹیلی کمیونیکیشن آ گیا۔ یہ سب کیا ہے؟ اس کو میں کہتا ہوں خدا نے ہسٹری کو مینج کیا اور یہاں تک پہنچایا اس کو۔ تاکہ ادخال کلمہ جو ہے وہ پاسیبل ہو سکے۔ تو آپ غور کیجیے جب خدا نے اتنا بڑا کام کیا پوری ہسٹری کو مینج کیا خدا نے۔ تاکہ ادخال کلمہ جو ہے وہ پاسیبل ہو۔ اس وقت مسلمان لڑائی کر رہ</w:t>
      </w:r>
    </w:p>
    <w:p>
      <w:r>
        <w:rPr>
          <w:b/>
        </w:rPr>
        <w:t xml:space="preserve">[40:54] </w:t>
      </w:r>
      <w:r>
        <w:t>hain.</w:t>
      </w:r>
    </w:p>
    <w:p>
      <w:pPr>
        <w:jc w:val="right"/>
      </w:pPr>
      <w:r>
        <w:t>ے ہیں۔</w:t>
      </w:r>
    </w:p>
    <w:p>
      <w:r>
        <w:rPr>
          <w:b/>
        </w:rPr>
        <w:t xml:space="preserve">[40:57] </w:t>
      </w:r>
      <w:r>
        <w:t>suicide bombing kar rahe hain.</w:t>
      </w:r>
    </w:p>
    <w:p>
      <w:pPr>
        <w:jc w:val="right"/>
      </w:pPr>
      <w:r>
        <w:t>سوئیسائیڈ بمبنگ کر رہے ہیں۔</w:t>
      </w:r>
    </w:p>
    <w:p>
      <w:r>
        <w:rPr>
          <w:b/>
        </w:rPr>
        <w:t xml:space="preserve">[41:01] </w:t>
      </w:r>
      <w:r>
        <w:t>aur aapas mein lad rahe hain.</w:t>
      </w:r>
    </w:p>
    <w:p>
      <w:pPr>
        <w:jc w:val="right"/>
      </w:pPr>
      <w:r>
        <w:t>اور آپس میں لڑ رہے ہیں۔</w:t>
      </w:r>
    </w:p>
    <w:p>
      <w:r>
        <w:rPr>
          <w:b/>
        </w:rPr>
        <w:t xml:space="preserve">[41:05] </w:t>
      </w:r>
      <w:r>
        <w:t>yeh bilashuba yeh madness hai ya blindness hai yeh.</w:t>
      </w:r>
    </w:p>
    <w:p>
      <w:pPr>
        <w:jc w:val="right"/>
      </w:pPr>
      <w:r>
        <w:t>یہ بلاشبہ یہ مائڈنس ہے یا بلائنڈنس ہے یہ۔</w:t>
      </w:r>
    </w:p>
    <w:p>
      <w:r>
        <w:rPr>
          <w:b/>
        </w:rPr>
        <w:t xml:space="preserve">[41:09] </w:t>
      </w:r>
      <w:r>
        <w:t>is mein koi shakk nahi hai.</w:t>
      </w:r>
    </w:p>
    <w:p>
      <w:pPr>
        <w:jc w:val="right"/>
      </w:pPr>
      <w:r>
        <w:t>اس میں کوئی شک نہیں ہے۔</w:t>
      </w:r>
    </w:p>
    <w:p>
      <w:r>
        <w:rPr>
          <w:b/>
        </w:rPr>
        <w:t xml:space="preserve">[41:12] </w:t>
      </w:r>
      <w:r>
        <w:t>to mein yeh kehta hoon ke kuch cheezein aisi hain jo deen mein future tense mein batai gayi hain.</w:t>
      </w:r>
    </w:p>
    <w:p>
      <w:pPr>
        <w:jc w:val="right"/>
      </w:pPr>
      <w:r>
        <w:t>تو میں یہ کہتا ہوں کہ کچھ چیزیں ایسی ہیں جو دین میں فیوچر ٹینس میں بتائی گئی ہیں۔</w:t>
      </w:r>
    </w:p>
    <w:p>
      <w:r>
        <w:rPr>
          <w:b/>
        </w:rPr>
        <w:t xml:space="preserve">[41:16] </w:t>
      </w:r>
      <w:r>
        <w:t>sirf mere janne mein sirf do cheezein baqi hain jo abhi pura hona baqi hai in ko.</w:t>
      </w:r>
    </w:p>
    <w:p>
      <w:pPr>
        <w:jc w:val="right"/>
      </w:pPr>
      <w:r>
        <w:t>صرف میرے جاننے میں صرف دو چیزیں باقی ہیں جو ابھی پورا ہونا باقی ہے ان کو۔</w:t>
      </w:r>
    </w:p>
    <w:p>
      <w:r>
        <w:rPr>
          <w:b/>
        </w:rPr>
        <w:t xml:space="preserve">[41:20] </w:t>
      </w:r>
      <w:r>
        <w:t>sab ho chuka.</w:t>
      </w:r>
    </w:p>
    <w:p>
      <w:pPr>
        <w:jc w:val="right"/>
      </w:pPr>
      <w:r>
        <w:t>سب ہو چکا۔</w:t>
      </w:r>
    </w:p>
    <w:p>
      <w:r>
        <w:rPr>
          <w:b/>
        </w:rPr>
        <w:t xml:space="preserve">[41:24] </w:t>
      </w:r>
      <w:r>
        <w:t>jo present tense mein thi woh to pehle hi ho chuki.</w:t>
      </w:r>
    </w:p>
    <w:p>
      <w:pPr>
        <w:jc w:val="right"/>
      </w:pPr>
      <w:r>
        <w:t>جو پریزنٹ ٹینس میں تھی وہ تو پہلے ہی ہو چکی۔</w:t>
      </w:r>
    </w:p>
    <w:p>
      <w:r>
        <w:rPr>
          <w:b/>
        </w:rPr>
        <w:t xml:space="preserve">[41:28] </w:t>
      </w:r>
      <w:r>
        <w:t>aur jo future tense mein thi woh bhi ho chuki.</w:t>
      </w:r>
    </w:p>
    <w:p>
      <w:pPr>
        <w:jc w:val="right"/>
      </w:pPr>
      <w:r>
        <w:t>اور جو فیوچر ٹینس میں تھی وہ بھی ہو چکی۔</w:t>
      </w:r>
    </w:p>
    <w:p>
      <w:r>
        <w:rPr>
          <w:b/>
        </w:rPr>
        <w:t xml:space="preserve">[41:32] </w:t>
      </w:r>
      <w:r>
        <w:t>do cheez baqi hain.</w:t>
      </w:r>
    </w:p>
    <w:p>
      <w:pPr>
        <w:jc w:val="right"/>
      </w:pPr>
      <w:r>
        <w:t>دو چیز باقی ہیں۔</w:t>
      </w:r>
    </w:p>
    <w:p>
      <w:r>
        <w:rPr>
          <w:b/>
        </w:rPr>
        <w:t xml:space="preserve">[41:37] </w:t>
      </w:r>
      <w:r>
        <w:t>ab wahin par aap ke liye moqa hai ke apne aap ko Khuda ke liye Khuda ka sacha</w:t>
      </w:r>
    </w:p>
    <w:p>
      <w:pPr>
        <w:jc w:val="right"/>
      </w:pPr>
      <w:r>
        <w:t>اب وہیں پر آپ کے لیے موقع ہے کہ اپنے آپ کو خدا کے لیے خدا کا سچا</w:t>
      </w:r>
    </w:p>
    <w:p>
      <w:r>
        <w:rPr>
          <w:b/>
        </w:rPr>
        <w:t xml:space="preserve">[41:41] </w:t>
      </w:r>
      <w:r>
        <w:t>banda prove kar saken.</w:t>
      </w:r>
    </w:p>
    <w:p>
      <w:pPr>
        <w:jc w:val="right"/>
      </w:pPr>
      <w:r>
        <w:t>بندہ پروف کر سکیں۔</w:t>
      </w:r>
    </w:p>
    <w:p>
      <w:r>
        <w:rPr>
          <w:b/>
        </w:rPr>
        <w:t xml:space="preserve">[41:46] </w:t>
      </w:r>
      <w:r>
        <w:t>to ek cheez kya baqi hai? Idkhaal e kalma.</w:t>
      </w:r>
    </w:p>
    <w:p>
      <w:pPr>
        <w:jc w:val="right"/>
      </w:pPr>
      <w:r>
        <w:t>تو ایک چیز کیا باقی ہے؟ ادخال کلمہ۔</w:t>
      </w:r>
    </w:p>
    <w:p>
      <w:r>
        <w:rPr>
          <w:b/>
        </w:rPr>
        <w:t xml:space="preserve">[41:50] </w:t>
      </w:r>
      <w:r>
        <w:t>dosri cheez kya baqi hai? Ikhwan ur Rasool. Yani Quran</w:t>
      </w:r>
    </w:p>
    <w:p>
      <w:pPr>
        <w:jc w:val="right"/>
      </w:pPr>
      <w:r>
        <w:t>دوسری چیز کیا باقی ہے؟ اخوان الرسول۔ یعنی قرآن</w:t>
      </w:r>
    </w:p>
    <w:p>
      <w:r>
        <w:rPr>
          <w:b/>
        </w:rPr>
        <w:t xml:space="preserve">[41:54] </w:t>
      </w:r>
      <w:r>
        <w:t>Hadees mein prediction tha ke ek zamana aaye ga jab kuch log ubhren ge jo Ikhwan ur Rasool hon ge.</w:t>
      </w:r>
    </w:p>
    <w:p>
      <w:pPr>
        <w:jc w:val="right"/>
      </w:pPr>
      <w:r>
        <w:t>حدیث میں پریڈکشن تھا کہ ایک زمانہ آئے گا جب کچھ لوگ ابھریں گے جو اخوان رسول ہوں گے۔</w:t>
      </w:r>
    </w:p>
    <w:p>
      <w:r>
        <w:rPr>
          <w:b/>
        </w:rPr>
        <w:t xml:space="preserve">[42:01] </w:t>
      </w:r>
      <w:r>
        <w:t>yani Sahaba wala kaam karen ge baad ke zamane mein.</w:t>
      </w:r>
    </w:p>
    <w:p>
      <w:pPr>
        <w:jc w:val="right"/>
      </w:pPr>
      <w:r>
        <w:t>یعنی صحابہ والا کام کریں گے بعد کے زمانے میں۔</w:t>
      </w:r>
    </w:p>
    <w:p>
      <w:r>
        <w:rPr>
          <w:b/>
        </w:rPr>
        <w:t xml:space="preserve">[42:07] </w:t>
      </w:r>
      <w:r>
        <w:t>Ashab ur Rasool woh hain jo Rasool Allah ke contemporary the.</w:t>
      </w:r>
    </w:p>
    <w:p>
      <w:pPr>
        <w:jc w:val="right"/>
      </w:pPr>
      <w:r>
        <w:t>اصحاب رسول وہ ہیں جو رسول اللہ کے کنٹیمپریریر تھے۔</w:t>
      </w:r>
    </w:p>
    <w:p>
      <w:r>
        <w:rPr>
          <w:b/>
        </w:rPr>
        <w:t xml:space="preserve">[42:13] </w:t>
      </w:r>
      <w:r>
        <w:t>jo pichhle zamane mein unhon ne Rasool Allah ke mission ko aage barhaya.</w:t>
      </w:r>
    </w:p>
    <w:p>
      <w:pPr>
        <w:jc w:val="right"/>
      </w:pPr>
      <w:r>
        <w:t>جو پچھلے زمانے میں انہوں نے رسول اللہ کے مشن کو آگے بڑھایا۔</w:t>
      </w:r>
    </w:p>
    <w:p>
      <w:r>
        <w:rPr>
          <w:b/>
        </w:rPr>
        <w:t xml:space="preserve">[42:19] </w:t>
      </w:r>
      <w:r>
        <w:t>Rasool Allah ke mission ko jin logon ne aap ke zamane mein aage barhaya woh hain Ashab ur Rasool.</w:t>
      </w:r>
    </w:p>
    <w:p>
      <w:pPr>
        <w:jc w:val="right"/>
      </w:pPr>
      <w:r>
        <w:t>رسول اللہ کے مشن کو جن لوگوں نے آپ کے زمانے میں آگے بڑھایا وہ ہیں اصحاب رسول۔</w:t>
      </w:r>
    </w:p>
    <w:p>
      <w:r>
        <w:rPr>
          <w:b/>
        </w:rPr>
        <w:t xml:space="preserve">[42:26] </w:t>
      </w:r>
      <w:r>
        <w:t>aur Rasool Allah ke mission ko baad ke zamane mein jo log aage barhayen ge woh hon ge Ikhwan ur Rasool.</w:t>
      </w:r>
    </w:p>
    <w:p>
      <w:pPr>
        <w:jc w:val="right"/>
      </w:pPr>
      <w:r>
        <w:t>اور رسول اللہ کے مشن کو بعد کے زمانے میں جو لوگ آگے بڑھائیں گے وہ ہوں گے اخوان رسول۔</w:t>
      </w:r>
    </w:p>
    <w:p>
      <w:r>
        <w:rPr>
          <w:b/>
        </w:rPr>
        <w:t xml:space="preserve">[42:31] </w:t>
      </w:r>
      <w:r>
        <w:t>yani scientific daur mein.</w:t>
      </w:r>
    </w:p>
    <w:p>
      <w:pPr>
        <w:jc w:val="right"/>
      </w:pPr>
      <w:r>
        <w:t>یعنی سائنٹیفک دور میں۔</w:t>
      </w:r>
    </w:p>
    <w:p>
      <w:r>
        <w:rPr>
          <w:b/>
        </w:rPr>
        <w:t xml:space="preserve">[42:36] </w:t>
      </w:r>
      <w:r>
        <w:t>communication ke zamane mein.</w:t>
      </w:r>
    </w:p>
    <w:p>
      <w:pPr>
        <w:jc w:val="right"/>
      </w:pPr>
      <w:r>
        <w:t>کمیونیکیشن کے زمانے میں۔</w:t>
      </w:r>
    </w:p>
    <w:p>
      <w:r>
        <w:rPr>
          <w:b/>
        </w:rPr>
        <w:t xml:space="preserve">[42:41] </w:t>
      </w:r>
      <w:r>
        <w:t>to ek zamana woh tha jab ke insan chalta tha oont par, khachar par, ghore par.</w:t>
      </w:r>
    </w:p>
    <w:p>
      <w:pPr>
        <w:jc w:val="right"/>
      </w:pPr>
      <w:r>
        <w:t>تو ایک زمانہ وہ تھا جب کہ انسان چلتا تھا اونٹ پر، خچر پر، گھوڑے پر۔</w:t>
      </w:r>
    </w:p>
    <w:p>
      <w:r>
        <w:rPr>
          <w:b/>
        </w:rPr>
        <w:t xml:space="preserve">[42:46] </w:t>
      </w:r>
      <w:r>
        <w:t>printing press nahi tha, haath se likha jata tha ya ya yaad kiya jata tha.</w:t>
      </w:r>
    </w:p>
    <w:p>
      <w:pPr>
        <w:jc w:val="right"/>
      </w:pPr>
      <w:r>
        <w:t>پرنٹنگ پریس نہیں تھا، ہاتھ سے لکھا جاتا تھا یا یا یاد کیا جاتا تھا۔</w:t>
      </w:r>
    </w:p>
    <w:p>
      <w:r>
        <w:rPr>
          <w:b/>
        </w:rPr>
        <w:t xml:space="preserve">[42:52] </w:t>
      </w:r>
      <w:r>
        <w:t>woh tha traditional zamana.</w:t>
      </w:r>
    </w:p>
    <w:p>
      <w:pPr>
        <w:jc w:val="right"/>
      </w:pPr>
      <w:r>
        <w:t>وہ تھا ٹریڈیشنل زمانہ۔</w:t>
      </w:r>
    </w:p>
    <w:p>
      <w:r>
        <w:rPr>
          <w:b/>
        </w:rPr>
        <w:t xml:space="preserve">[42:57] </w:t>
      </w:r>
      <w:r>
        <w:t>is zamane mein jin logon ne Rasool Allah ke mission ko mein apne ko dedicate kiya.</w:t>
      </w:r>
    </w:p>
    <w:p>
      <w:pPr>
        <w:jc w:val="right"/>
      </w:pPr>
      <w:r>
        <w:t>اس زمانے میں جن لوگوں نے رسول اللہ کے مشن کو میں اپنے کو ڈیڈیکیٹ کیا۔</w:t>
      </w:r>
    </w:p>
    <w:p>
      <w:r>
        <w:rPr>
          <w:b/>
        </w:rPr>
        <w:t xml:space="preserve">[43:01] </w:t>
      </w:r>
      <w:r>
        <w:t>aur is kaam ko aage barhaya.</w:t>
      </w:r>
    </w:p>
    <w:p>
      <w:pPr>
        <w:jc w:val="right"/>
      </w:pPr>
      <w:r>
        <w:t>اور اس کام کو آگے بڑھایا۔</w:t>
      </w:r>
    </w:p>
    <w:p>
      <w:r>
        <w:rPr>
          <w:b/>
        </w:rPr>
        <w:t xml:space="preserve">[43:06] </w:t>
      </w:r>
      <w:r>
        <w:t>woh Ashab ur Rasool kahe gaye.</w:t>
      </w:r>
    </w:p>
    <w:p>
      <w:pPr>
        <w:jc w:val="right"/>
      </w:pPr>
      <w:r>
        <w:t>وہ اصحاب رسول کہے گئے۔</w:t>
      </w:r>
    </w:p>
    <w:p>
      <w:r>
        <w:rPr>
          <w:b/>
        </w:rPr>
        <w:t xml:space="preserve">[43:10] </w:t>
      </w:r>
      <w:r>
        <w:t>kyun ke woh contemporary the.</w:t>
      </w:r>
    </w:p>
    <w:p>
      <w:pPr>
        <w:jc w:val="right"/>
      </w:pPr>
      <w:r>
        <w:t>کیونکہ وہ کنٹیمپریری تھے۔</w:t>
      </w:r>
    </w:p>
    <w:p>
      <w:r>
        <w:rPr>
          <w:b/>
        </w:rPr>
        <w:t xml:space="preserve">[43:15] </w:t>
      </w:r>
      <w:r>
        <w:t>ab baad ke zamane mein jab ke scientific zamana aaye ga.</w:t>
      </w:r>
    </w:p>
    <w:p>
      <w:pPr>
        <w:jc w:val="right"/>
      </w:pPr>
      <w:r>
        <w:t>اب بعد کے زمانے میں جب کہ سائنٹیفک زمانہ آئے گا۔</w:t>
      </w:r>
    </w:p>
    <w:p>
      <w:r>
        <w:rPr>
          <w:b/>
        </w:rPr>
        <w:t xml:space="preserve">[43:19] </w:t>
      </w:r>
      <w:r>
        <w:t>jab communication ka zamana aaye ga.</w:t>
      </w:r>
    </w:p>
    <w:p>
      <w:pPr>
        <w:jc w:val="right"/>
      </w:pPr>
      <w:r>
        <w:t>جب کمیونیکیشن کا زمانہ آئے گا۔</w:t>
      </w:r>
    </w:p>
    <w:p>
      <w:r>
        <w:rPr>
          <w:b/>
        </w:rPr>
        <w:t xml:space="preserve">[43:24] </w:t>
      </w:r>
      <w:r>
        <w:t>jab printing press ka zamanay aayay ga.</w:t>
      </w:r>
    </w:p>
    <w:p>
      <w:pPr>
        <w:jc w:val="right"/>
      </w:pPr>
      <w:r>
        <w:t>جب پرنٹنگ پریس کا زمانہ آئے گا۔</w:t>
      </w:r>
    </w:p>
    <w:p>
      <w:r>
        <w:rPr>
          <w:b/>
        </w:rPr>
        <w:t xml:space="preserve">[43:28] </w:t>
      </w:r>
      <w:r>
        <w:t>tab jo log rasool Allah kay mission ko aagay barhayen gay woh ikhwan-e-rasool kahay jayen gay.</w:t>
      </w:r>
    </w:p>
    <w:p>
      <w:pPr>
        <w:jc w:val="right"/>
      </w:pPr>
      <w:r>
        <w:t>تب جو لوگ رسول اللہ کے مشن کو آگے بڑھائیں گے وہ اخوان رسول کہے جائیں گے۔</w:t>
      </w:r>
    </w:p>
    <w:p>
      <w:r>
        <w:rPr>
          <w:b/>
        </w:rPr>
        <w:t xml:space="preserve">[43:33] </w:t>
      </w:r>
      <w:r>
        <w:t>yahi do cheezain aisi hain jo future tense mein kahi gayi theen lekin woh abhi poori nahi hui theen.</w:t>
      </w:r>
    </w:p>
    <w:p>
      <w:pPr>
        <w:jc w:val="right"/>
      </w:pPr>
      <w:r>
        <w:t>یہی دو چیزیں ایسی ہیں جو فیوچر ٹینس میں کہی گئی تھیں لیکن وہ ابھی پوری نہیں ہوئی تھیں۔</w:t>
      </w:r>
    </w:p>
    <w:p>
      <w:r>
        <w:rPr>
          <w:b/>
        </w:rPr>
        <w:t xml:space="preserve">[43:38] </w:t>
      </w:r>
      <w:r>
        <w:t>ab waqt aa gaya hai in ko poora kiya jayay.</w:t>
      </w:r>
    </w:p>
    <w:p>
      <w:pPr>
        <w:jc w:val="right"/>
      </w:pPr>
      <w:r>
        <w:t>اب وقت آ گیا ہے ان کو پورا کیا جائے۔</w:t>
      </w:r>
    </w:p>
    <w:p>
      <w:r>
        <w:rPr>
          <w:b/>
        </w:rPr>
        <w:t xml:space="preserve">[43:43] </w:t>
      </w:r>
      <w:r>
        <w:t>aur yeh jo khabar hai jo mein nay kaha kay qayamat ki nishani hai.</w:t>
      </w:r>
    </w:p>
    <w:p>
      <w:pPr>
        <w:jc w:val="right"/>
      </w:pPr>
      <w:r>
        <w:t>اور یہ جو خبر ہے جو میں نے کہا کہ قیامت کی نشانی ہے۔</w:t>
      </w:r>
    </w:p>
    <w:p>
      <w:r>
        <w:rPr>
          <w:b/>
        </w:rPr>
        <w:t xml:space="preserve">[43:48] </w:t>
      </w:r>
      <w:r>
        <w:t>yeh jo khabar hai kay musalman aapas hi woh larh rahay hain.</w:t>
      </w:r>
    </w:p>
    <w:p>
      <w:pPr>
        <w:jc w:val="right"/>
      </w:pPr>
      <w:r>
        <w:t>یہ جو خبر ہے کہ مسلمان آپس ہی وہ لڑ رہے ہیں۔</w:t>
      </w:r>
    </w:p>
    <w:p>
      <w:r>
        <w:rPr>
          <w:b/>
        </w:rPr>
        <w:t xml:space="preserve">[43:53] </w:t>
      </w:r>
      <w:r>
        <w:t>woh kehtay hain kay humein Islam</w:t>
      </w:r>
    </w:p>
    <w:p>
      <w:pPr>
        <w:jc w:val="right"/>
      </w:pPr>
      <w:r>
        <w:t>وہ کہتے ہیں کہ ہمیں اسلام</w:t>
      </w:r>
    </w:p>
    <w:p>
      <w:r>
        <w:rPr>
          <w:b/>
        </w:rPr>
        <w:t xml:space="preserve">[43:58] </w:t>
      </w:r>
      <w:r>
        <w:t>lana hai.</w:t>
      </w:r>
    </w:p>
    <w:p>
      <w:pPr>
        <w:jc w:val="right"/>
      </w:pPr>
      <w:r>
        <w:t>لانا ہے۔</w:t>
      </w:r>
    </w:p>
    <w:p>
      <w:r>
        <w:rPr>
          <w:b/>
        </w:rPr>
        <w:t xml:space="preserve">[44:02] </w:t>
      </w:r>
      <w:r>
        <w:t>woh bhi kehtay hain humein Islam lana hai.</w:t>
      </w:r>
    </w:p>
    <w:p>
      <w:pPr>
        <w:jc w:val="right"/>
      </w:pPr>
      <w:r>
        <w:t>وہ بھی کہتے ہیں ہمیں اسلام لانا ہے۔</w:t>
      </w:r>
    </w:p>
    <w:p>
      <w:r>
        <w:rPr>
          <w:b/>
        </w:rPr>
        <w:t xml:space="preserve">[44:05] </w:t>
      </w:r>
      <w:r>
        <w:t>yeh do giroh jo apnay ko dono ko keh rahay hain kay hum Islam ko implement karna hai.</w:t>
      </w:r>
    </w:p>
    <w:p>
      <w:pPr>
        <w:jc w:val="right"/>
      </w:pPr>
      <w:r>
        <w:t>یہ دو گروہ جو اپنے کو دونوں کو کہہ رہے ہیں کہ ہم اسلام کو امپلیمنٹ کرنا ہے۔</w:t>
      </w:r>
    </w:p>
    <w:p>
      <w:r>
        <w:rPr>
          <w:b/>
        </w:rPr>
        <w:t xml:space="preserve">[44:08] </w:t>
      </w:r>
      <w:r>
        <w:t>aapas mein larh rahay hain.</w:t>
      </w:r>
    </w:p>
    <w:p>
      <w:pPr>
        <w:jc w:val="right"/>
      </w:pPr>
      <w:r>
        <w:t>آپس میں لڑ رہے ہیں۔</w:t>
      </w:r>
    </w:p>
    <w:p>
      <w:r>
        <w:rPr>
          <w:b/>
        </w:rPr>
        <w:t xml:space="preserve">[44:12] </w:t>
      </w:r>
      <w:r>
        <w:t>yeh clear sign hai kay qayamat bohat qareeb aa gayi.</w:t>
      </w:r>
    </w:p>
    <w:p>
      <w:pPr>
        <w:jc w:val="right"/>
      </w:pPr>
      <w:r>
        <w:t>یہ کلیئر سائن ہے کہ قیامت بہت قریب آ گئی۔</w:t>
      </w:r>
    </w:p>
    <w:p>
      <w:r>
        <w:rPr>
          <w:b/>
        </w:rPr>
        <w:t xml:space="preserve">[44:15] </w:t>
      </w:r>
      <w:r>
        <w:t>iska matlab kya hai? time bohat hi kam hai.</w:t>
      </w:r>
    </w:p>
    <w:p>
      <w:pPr>
        <w:jc w:val="right"/>
      </w:pPr>
      <w:r>
        <w:t>اس کا مطلب کیا ہے؟ ٹائم بہت ہی کم ہے۔</w:t>
      </w:r>
    </w:p>
    <w:p>
      <w:r>
        <w:rPr>
          <w:b/>
        </w:rPr>
        <w:t xml:space="preserve">[44:18] </w:t>
      </w:r>
      <w:r>
        <w:t>yani yeh do jo credit hai is ko lainay kay liye.</w:t>
      </w:r>
    </w:p>
    <w:p>
      <w:pPr>
        <w:jc w:val="right"/>
      </w:pPr>
      <w:r>
        <w:t>یعنی یہ دو جو کریڈٹ ہے اس کو لینے کے لیے۔</w:t>
      </w:r>
    </w:p>
    <w:p>
      <w:r>
        <w:rPr>
          <w:b/>
        </w:rPr>
        <w:t xml:space="preserve">[44:22] </w:t>
      </w:r>
      <w:r>
        <w:t>yeh credit hai lainay kay liye Allah taala kay haan.</w:t>
      </w:r>
    </w:p>
    <w:p>
      <w:pPr>
        <w:jc w:val="right"/>
      </w:pPr>
      <w:r>
        <w:t>یہ کریڈٹ ہے لینے کے لیے اللہ تعالیٰ کے ہاں۔</w:t>
      </w:r>
    </w:p>
    <w:p>
      <w:r>
        <w:rPr>
          <w:b/>
        </w:rPr>
        <w:t xml:space="preserve">[44:25] </w:t>
      </w:r>
      <w:r>
        <w:t>aik inaam reward lainay kay liye.</w:t>
      </w:r>
    </w:p>
    <w:p>
      <w:pPr>
        <w:jc w:val="right"/>
      </w:pPr>
      <w:r>
        <w:t>ایک انعام ریوارڈ لینے کے لیے۔</w:t>
      </w:r>
    </w:p>
    <w:p>
      <w:r>
        <w:rPr>
          <w:b/>
        </w:rPr>
        <w:t xml:space="preserve">[44:29] </w:t>
      </w:r>
      <w:r>
        <w:t>keh ek kuch ek groh hoga jo adkhal kalma ka kaam karega aur woh Allah ke haan ikhwan-e-rasool kaha jayega. yeh ek credit hai, ek reward hai. iske liye time bohat hi kam hai. daudo, sab kuch chhod kar daudo. sab kuch chhod kar daudo. ab jo log apni family mein jiyein, jo log apne bachchon mein jiyein, jo log apne business mein jiyein, woh woh mere nazdeek mind</w:t>
      </w:r>
    </w:p>
    <w:p>
      <w:pPr>
        <w:jc w:val="right"/>
      </w:pPr>
      <w:r>
        <w:t>کہ ایک کچھ ایک گروہ ہوگا جو ادخال کلمہ کا کام کرے گا اور وہ اللہ کے ہاں اخوان رسول کہا جائے گا۔ یہ ایک کریڈٹ ہے، ایک ریوارڈ ہے۔ اس کے لیے ٹائم بہت ہی کم ہے۔ دوڑو، سب کچھ چھوڑ کر دوڑو۔ سب کچھ چھوڑ کر دوڑو۔ اب جو لوگ اپنی فیملی میں جیئیں، جو لوگ اپنے بچوں میں جیئیں، جو لوگ اپنے بزنس میں جیئیں، وہ وہ میرے نزدیک مائ</w:t>
      </w:r>
    </w:p>
    <w:p>
      <w:r>
        <w:rPr>
          <w:b/>
        </w:rPr>
        <w:t xml:space="preserve">[44:59] </w:t>
      </w:r>
      <w:r>
        <w:t>madness kay shikar hain.</w:t>
      </w:r>
    </w:p>
    <w:p>
      <w:pPr>
        <w:jc w:val="right"/>
      </w:pPr>
      <w:r>
        <w:t>ڈنس کے شکار ہیں۔</w:t>
      </w:r>
    </w:p>
    <w:p>
      <w:r>
        <w:rPr>
          <w:b/>
        </w:rPr>
        <w:t xml:space="preserve">[45:03] </w:t>
      </w:r>
      <w:r>
        <w:t>madness kay shikar hain, mein kahoon ga.</w:t>
      </w:r>
    </w:p>
    <w:p>
      <w:pPr>
        <w:jc w:val="right"/>
      </w:pPr>
      <w:r>
        <w:t>مائڈنس کے شکار ہیں، میں کہوں گا۔</w:t>
      </w:r>
    </w:p>
    <w:p>
      <w:r>
        <w:rPr>
          <w:b/>
        </w:rPr>
        <w:t xml:space="preserve">[45:07] </w:t>
      </w:r>
      <w:r>
        <w:t>yeh itna kam time hai, itna kam time hai, itna kam time hai aur tum ko fursat nahi</w:t>
      </w:r>
    </w:p>
    <w:p>
      <w:pPr>
        <w:jc w:val="right"/>
      </w:pPr>
      <w:r>
        <w:t>یہ اتنا کم ٹائم ہے، اتنا کم ٹائم ہے، اتنا کم ٹائم ہے اور تم کو فرصت نہیں</w:t>
      </w:r>
    </w:p>
    <w:p>
      <w:r>
        <w:rPr>
          <w:b/>
        </w:rPr>
        <w:t xml:space="preserve">[45:12] </w:t>
      </w:r>
      <w:r>
        <w:t>hai abhi tak.</w:t>
      </w:r>
    </w:p>
    <w:p>
      <w:pPr>
        <w:jc w:val="right"/>
      </w:pPr>
      <w:r>
        <w:t>ہے ابھی تک۔</w:t>
      </w:r>
    </w:p>
    <w:p>
      <w:r>
        <w:rPr>
          <w:b/>
        </w:rPr>
        <w:t xml:space="preserve">[45:16] </w:t>
      </w:r>
      <w:r>
        <w:t>family say aur bachon say aur business say aur aur personal interest say hooha hooha kartay hooha say.</w:t>
      </w:r>
    </w:p>
    <w:p>
      <w:pPr>
        <w:jc w:val="right"/>
      </w:pPr>
      <w:r>
        <w:t>فیملی سے اور بچوں سے اور بزنس سے اور اور پرسنل انٹرسٹ سے ہوہا ہوہا کرتے ہوہا سے۔</w:t>
      </w:r>
    </w:p>
    <w:p>
      <w:r>
        <w:rPr>
          <w:b/>
        </w:rPr>
        <w:t xml:space="preserve">[45:20] </w:t>
      </w:r>
      <w:r>
        <w:t>to qayamat to bilkul samnay hai.</w:t>
      </w:r>
    </w:p>
    <w:p>
      <w:pPr>
        <w:jc w:val="right"/>
      </w:pPr>
      <w:r>
        <w:t>تو قیامت تو بالکل سامنے ہے۔</w:t>
      </w:r>
    </w:p>
    <w:p>
      <w:r>
        <w:rPr>
          <w:b/>
        </w:rPr>
        <w:t xml:space="preserve">[45:24] </w:t>
      </w:r>
      <w:r>
        <w:t>aap kay darwazay par aa chuki.</w:t>
      </w:r>
    </w:p>
    <w:p>
      <w:pPr>
        <w:jc w:val="right"/>
      </w:pPr>
      <w:r>
        <w:t>آپ کے دروازے پر آ چکی۔</w:t>
      </w:r>
    </w:p>
    <w:p>
      <w:r>
        <w:rPr>
          <w:b/>
        </w:rPr>
        <w:t xml:space="preserve">[45:29] </w:t>
      </w:r>
      <w:r>
        <w:t>yahi mera message hai.</w:t>
      </w:r>
    </w:p>
    <w:p>
      <w:pPr>
        <w:jc w:val="right"/>
      </w:pPr>
      <w:r>
        <w:t>یہی میرا میسج ہے۔</w:t>
      </w:r>
    </w:p>
    <w:p>
      <w:r>
        <w:rPr>
          <w:b/>
        </w:rPr>
        <w:t xml:space="preserve">[45:33] </w:t>
      </w:r>
      <w:r>
        <w:t>aap ko aur doosray un tamam logon ko to jahan tak meri baat pohanchay.</w:t>
      </w:r>
    </w:p>
    <w:p>
      <w:pPr>
        <w:jc w:val="right"/>
      </w:pPr>
      <w:r>
        <w:t>آپ کو اور دوسرے ان تمام لوگوں کو تو جہاں تک میری بات پہنچے۔</w:t>
      </w:r>
    </w:p>
    <w:p>
      <w:r>
        <w:rPr>
          <w:b/>
        </w:rPr>
        <w:t xml:space="preserve">[45:37] </w:t>
      </w:r>
      <w:r>
        <w:t>jo quran mein hai ke jo direct tor par meri baat sun rahe hain un ko yahi mera message hai.</w:t>
      </w:r>
    </w:p>
    <w:p>
      <w:pPr>
        <w:jc w:val="right"/>
      </w:pPr>
      <w:r>
        <w:t>جو قرآن میں ہے کہ جو ڈائریکٹ طور پر میری بات سن رہے ہیں ان کو یہی میرا میسج ہے۔</w:t>
      </w:r>
    </w:p>
    <w:p>
      <w:r>
        <w:rPr>
          <w:b/>
        </w:rPr>
        <w:t xml:space="preserve">[45:42] </w:t>
      </w:r>
      <w:r>
        <w:t>indirect tor par jo ke meri baat pohnche un ko yahi mera message hai.</w:t>
      </w:r>
    </w:p>
    <w:p>
      <w:pPr>
        <w:jc w:val="right"/>
      </w:pPr>
      <w:r>
        <w:t>ان ڈائریکٹ طور پر جو کہ میری بات پہنچے ان کو یہی میرا میسج ہے۔</w:t>
      </w:r>
    </w:p>
    <w:p>
      <w:r>
        <w:rPr>
          <w:b/>
        </w:rPr>
        <w:t xml:space="preserve">[45:46] </w:t>
      </w:r>
      <w:r>
        <w:t>ke har cheez ko secondary banaiye.</w:t>
      </w:r>
    </w:p>
    <w:p>
      <w:pPr>
        <w:jc w:val="right"/>
      </w:pPr>
      <w:r>
        <w:t>کہ ہر چیز کو سیکنڈری بنائیے۔</w:t>
      </w:r>
    </w:p>
    <w:p>
      <w:r>
        <w:rPr>
          <w:b/>
        </w:rPr>
        <w:t xml:space="preserve">[45:50] </w:t>
      </w:r>
      <w:r>
        <w:t>har cheez ko secondary banaiye.</w:t>
      </w:r>
    </w:p>
    <w:p>
      <w:pPr>
        <w:jc w:val="right"/>
      </w:pPr>
      <w:r>
        <w:t>ہر چیز کو سیکنڈری بنائیے۔</w:t>
      </w:r>
    </w:p>
    <w:p>
      <w:r>
        <w:rPr>
          <w:b/>
        </w:rPr>
        <w:t xml:space="preserve">[45:55] </w:t>
      </w:r>
      <w:r>
        <w:t>kal mein aik news</w:t>
      </w:r>
    </w:p>
    <w:p>
      <w:pPr>
        <w:jc w:val="right"/>
      </w:pPr>
      <w:r>
        <w:t>کل میں ایک نیوز</w:t>
      </w:r>
    </w:p>
    <w:p>
      <w:r>
        <w:rPr>
          <w:b/>
        </w:rPr>
        <w:t xml:space="preserve">[45:59] </w:t>
      </w:r>
      <w:r>
        <w:t>parh raha tha ke dunya ke ek sau aath countries mein saare Indian phailay hue hain. ek sau aath countries mein. non resident Indian. toh saari dunya mein all ready aap maujood hain. lekin maujood ho ke kya kar rahe hain? bachchon ke liye kamate hain, bachchon ke liye. yaani bachcha oriented zindagi hai bas. aulad ke liye jeena, aulad ke liye marna.</w:t>
      </w:r>
    </w:p>
    <w:p>
      <w:pPr>
        <w:jc w:val="right"/>
      </w:pPr>
      <w:r>
        <w:t>پڑھ رہا تھا کہ دنیا کے ایک سو آٹھ کنٹریز میں سارے انڈین پھیلے ہوئے ہیں۔ ایک سو آٹھ کنٹریز میں۔ نان ریزیڈنٹ انڈین۔ تو ساری دنیا میں آل ریڈی آپ موجود ہیں۔ لیکن موجود ہو کے کیا کر رہے ہیں؟ بچوں کے لیے کماتے ہیں، بچوں کے لیے۔ یعنی بچہ اوریٹڈ زندگی ہے بس۔ اولاد کے لیے جینا، اولاد کے لیے مرنا۔</w:t>
      </w:r>
    </w:p>
    <w:p>
      <w:r>
        <w:rPr>
          <w:b/>
        </w:rPr>
        <w:t xml:space="preserve">[46:29] </w:t>
      </w:r>
      <w:r>
        <w:t>یہ کوئی زندگی ہے آپ کی؟ یہ تو یہ تو یہ تو animal-like زندگی ہے، animal۔</w:t>
      </w:r>
    </w:p>
    <w:p>
      <w:pPr>
        <w:jc w:val="right"/>
      </w:pPr>
      <w:r>
        <w:t>یہ کوئی زندگی ہے آپ کی؟ یہ تو یہ تو یہ تو اینیمل لائک جینی زندگی ہے، اینیمل۔</w:t>
      </w:r>
    </w:p>
    <w:p>
      <w:r>
        <w:rPr>
          <w:b/>
        </w:rPr>
        <w:t xml:space="preserve">[46:33] </w:t>
      </w:r>
      <w:r>
        <w:t>animal like zindagi hai.</w:t>
      </w:r>
    </w:p>
    <w:p>
      <w:pPr>
        <w:jc w:val="right"/>
      </w:pPr>
      <w:r>
        <w:t>اینیمل لائک زندگی ہے۔</w:t>
      </w:r>
    </w:p>
    <w:p>
      <w:r>
        <w:rPr>
          <w:b/>
        </w:rPr>
        <w:t xml:space="preserve">[46:38] </w:t>
      </w:r>
      <w:r>
        <w:t>aik mission ke liye jeena hai aap ko, aik mission ke liye.</w:t>
      </w:r>
    </w:p>
    <w:p>
      <w:pPr>
        <w:jc w:val="right"/>
      </w:pPr>
      <w:r>
        <w:t>ایک مشن کے لیے جینا ہے آپ کو، ایک مشن کے لیے۔</w:t>
      </w:r>
    </w:p>
    <w:p>
      <w:r>
        <w:rPr>
          <w:b/>
        </w:rPr>
        <w:t xml:space="preserve">[46:43] </w:t>
      </w:r>
      <w:r>
        <w:t>mission ke liye jeena hai aap ko.</w:t>
      </w:r>
    </w:p>
    <w:p>
      <w:pPr>
        <w:jc w:val="right"/>
      </w:pPr>
      <w:r>
        <w:t>مشن کے لیے جینا ہے آپ کو۔</w:t>
      </w:r>
    </w:p>
    <w:p>
      <w:r>
        <w:rPr>
          <w:b/>
        </w:rPr>
        <w:t xml:space="preserve">[46:47] </w:t>
      </w:r>
      <w:r>
        <w:t>to ab mein is waqt jo mein kehna chahta hoon wo yahi kehna chahta hoon.</w:t>
      </w:r>
    </w:p>
    <w:p>
      <w:pPr>
        <w:jc w:val="right"/>
      </w:pPr>
      <w:r>
        <w:t>تو اب میں اس وقت جو میں کہنا چاہتا ہوں وہ یہی کہنا چاہتا ہوں۔</w:t>
      </w:r>
    </w:p>
    <w:p>
      <w:r>
        <w:rPr>
          <w:b/>
        </w:rPr>
        <w:t xml:space="preserve">[46:52] </w:t>
      </w:r>
      <w:r>
        <w:t>aaj ki jo news hai wo batati hai ke qayamat bohat qareeb aa chuki hai.</w:t>
      </w:r>
    </w:p>
    <w:p>
      <w:pPr>
        <w:jc w:val="right"/>
      </w:pPr>
      <w:r>
        <w:t>آج کی جو نیوز ہے وہ بتاتی ہے کہ قیامت بہت قریب آ چکی ہے۔</w:t>
      </w:r>
    </w:p>
    <w:p>
      <w:r>
        <w:rPr>
          <w:b/>
        </w:rPr>
        <w:t xml:space="preserve">[46:56] </w:t>
      </w:r>
      <w:r>
        <w:t>bohat ziyada qareeb aa chuki hai.</w:t>
      </w:r>
    </w:p>
    <w:p>
      <w:pPr>
        <w:jc w:val="right"/>
      </w:pPr>
      <w:r>
        <w:t>بہت زیادہ قریب آ چکی ہے۔</w:t>
      </w:r>
    </w:p>
    <w:p>
      <w:r>
        <w:rPr>
          <w:b/>
        </w:rPr>
        <w:t xml:space="preserve">[47:01] </w:t>
      </w:r>
      <w:r>
        <w:t>جو کہتے ہیں knocking at the door، ہمارے دروازے کو کھٹکھٹا رہی ہے وہ۔</w:t>
      </w:r>
    </w:p>
    <w:p>
      <w:pPr>
        <w:jc w:val="right"/>
      </w:pPr>
      <w:r>
        <w:t>جو کہتے ہیں ناکنگ ایٹ دا ڈور، ہمارے دروازے کو کھٹکھٹا رہی ہے وہ۔</w:t>
      </w:r>
    </w:p>
    <w:p>
      <w:r>
        <w:rPr>
          <w:b/>
        </w:rPr>
        <w:t xml:space="preserve">[47:07] </w:t>
      </w:r>
      <w:r>
        <w:t>to ab is prediction ke mutabiq aakhri credit jo baqi hai khuda ke haan jo kaam aye ga</w:t>
      </w:r>
    </w:p>
    <w:p>
      <w:pPr>
        <w:jc w:val="right"/>
      </w:pPr>
      <w:r>
        <w:t>تو اب اس پریڈکشن کے مطابق آخری کریڈٹ جو باقی ہے خدا کے ہاں جو کام آئے گا</w:t>
      </w:r>
    </w:p>
    <w:p>
      <w:r>
        <w:rPr>
          <w:b/>
        </w:rPr>
        <w:t xml:space="preserve">[47:13] </w:t>
      </w:r>
      <w:r>
        <w:t>wo kya hai? idkhal kalma ke liye uthna.</w:t>
      </w:r>
    </w:p>
    <w:p>
      <w:pPr>
        <w:jc w:val="right"/>
      </w:pPr>
      <w:r>
        <w:t>وہ کیا ہے؟ ادخال کلمہ کے لیے اٹھنا۔</w:t>
      </w:r>
    </w:p>
    <w:p>
      <w:r>
        <w:rPr>
          <w:b/>
        </w:rPr>
        <w:t xml:space="preserve">[47:19] </w:t>
      </w:r>
      <w:r>
        <w:t>aur aise log jo hain wo kya kahe jayenge? ikhwan e rasool kahe jayenge.</w:t>
      </w:r>
    </w:p>
    <w:p>
      <w:pPr>
        <w:jc w:val="right"/>
      </w:pPr>
      <w:r>
        <w:t>اور ایسے لوگ جو ہیں وہ کیا کہے جائیں گے؟ اخوان رسول کہے جائیں گے۔</w:t>
      </w:r>
    </w:p>
    <w:p>
      <w:r>
        <w:rPr>
          <w:b/>
        </w:rPr>
        <w:t xml:space="preserve">[47:25] </w:t>
      </w:r>
      <w:r>
        <w:t>hadees mein aata hai ke qayamat mein kuch log aise honge</w:t>
      </w:r>
    </w:p>
    <w:p>
      <w:pPr>
        <w:jc w:val="right"/>
      </w:pPr>
      <w:r>
        <w:t>حدیث میں آتا ہے کہ قیامت میں کچھ لوگ ایسے ہوں گے</w:t>
      </w:r>
    </w:p>
    <w:p>
      <w:r>
        <w:rPr>
          <w:b/>
        </w:rPr>
        <w:t xml:space="preserve">[47:31] </w:t>
      </w:r>
      <w:r>
        <w:t>jo anbiya nahi honge, woh shuhada nahi honge, woh. lekin anbiya bhi in ko rashk ki nazar se dekhenge. yeh Hadees hai. ke woh na toh anbiya honge na shuhada honge. lekin un ko anbiya bhi rashk ki nazar se dekhenge. toh yeh kaun? yahi toh log hain woh. ke daur-e-aakhir mein, daur-e-dajjal mein. Musalmanon ka haal aaj kal kya</w:t>
      </w:r>
    </w:p>
    <w:p>
      <w:pPr>
        <w:jc w:val="right"/>
      </w:pPr>
      <w:r>
        <w:t>جو انبیاء نہیں ہوں گے، وہ شہداء نہیں ہوں گے، وہ۔ لیکن انبیاء بھی ان کو رشک کی نظر سے دیکھیں گے۔ یہ حدیث ہے۔ کہ وہ نہ تو انبیاء ہوں گے نہ شہداء ہوں گے۔ لیکن ان کو انبیاء بھی رشک کی نظر سے دیکھیں گے۔ تو یہ کون؟ یہی تو لوگ ہیں وہ۔ کہ دور آخر میں، دور دجالی میں۔ مسلمانوں کا حال آج کل کیا</w:t>
      </w:r>
    </w:p>
    <w:p>
      <w:r>
        <w:rPr>
          <w:b/>
        </w:rPr>
        <w:t xml:space="preserve">[48:01] </w:t>
      </w:r>
      <w:r>
        <w:t>hai jante hain? abhi intezar kar rahe hain ke Dajjal zahir ho, Mahdi zahir ho, Masih zahir ho. yeh sab jhoota intezar hai aaj din ki, jhoota intezar hai. yeh sab kuch ho chuka. jab qayamat qareeb aayi toh us ke baad sab kuch ho chuka. yeh waqia batata hai ke qayamat qareeb aa gayi. toh kya qayamat ke baad yeh log aayenge? aap ghaur kijiye. qayamat ke baad Dajjal aayega? qayamat ke baad Mahdi aayenge</w:t>
      </w:r>
    </w:p>
    <w:p>
      <w:pPr>
        <w:jc w:val="right"/>
      </w:pPr>
      <w:r>
        <w:t>ہے جانتے ہیں؟ ابھی انتظار کر رہے ہیں کہ دجال ظاہر ہو، مہدی ظاہر ہو، مسیح ظاہر ہو۔ یہ سب جھوٹا انتظار ہے آج دن کی، جھوٹا انتظار ہے۔ یہ سب کچھ ہو چکا۔ جب قیامت قریب آئی تو اس کے بعد سب کچھ ہو چکا۔ یہ واقعہ بتاتا ہے کہ قیامت قریب آ گئی۔ تو کیا قیامت کے بعد یہ لوگ آئیں گے؟ آپ غور کیجیے۔ قیامت کے بعد دجال آئے گا؟ قیامت کے بعد مہدی آئ</w:t>
      </w:r>
    </w:p>
    <w:p>
      <w:r>
        <w:rPr>
          <w:b/>
        </w:rPr>
        <w:t xml:space="preserve">[48:31] </w:t>
      </w:r>
      <w:r>
        <w:t>enge? qayamat ke baad masih aayenge? yeh sab to qayamat se pehle ho raha hai.</w:t>
      </w:r>
    </w:p>
    <w:p>
      <w:pPr>
        <w:jc w:val="right"/>
      </w:pPr>
      <w:r>
        <w:t>یں گے؟ قیامت کے بعد مسیح آئیں گے؟ یہ سب تو قیامت سے پہلے ہو رہا ہے۔</w:t>
      </w:r>
    </w:p>
    <w:p>
      <w:r>
        <w:rPr>
          <w:b/>
        </w:rPr>
        <w:t xml:space="preserve">[48:36] </w:t>
      </w:r>
      <w:r>
        <w:t>aur jab qayamat qareeb aa jaye to aap ko samajhna chahiye ke wo sab ho chuka hai yeh sab.</w:t>
      </w:r>
    </w:p>
    <w:p>
      <w:pPr>
        <w:jc w:val="right"/>
      </w:pPr>
      <w:r>
        <w:t>اور جب قیامت قریب آ جائے تو آپ کو سمجھنا چاہیے کہ وہ سب ہو چکا ہے یہ سب۔</w:t>
      </w:r>
    </w:p>
    <w:p>
      <w:r>
        <w:rPr>
          <w:b/>
        </w:rPr>
        <w:t xml:space="preserve">[48:41] </w:t>
      </w:r>
      <w:r>
        <w:t>dajjal zahir ho chuka, mehdi zahir ho chuka, masih zahir ho chuka.</w:t>
      </w:r>
    </w:p>
    <w:p>
      <w:pPr>
        <w:jc w:val="right"/>
      </w:pPr>
      <w:r>
        <w:t>دجال ظاہر ہو چکا، مہدی ظاہر ہو چکا، مسیح ظاہر ہو چکا۔</w:t>
      </w:r>
    </w:p>
    <w:p>
      <w:r>
        <w:rPr>
          <w:b/>
        </w:rPr>
        <w:t xml:space="preserve">[48:46] </w:t>
      </w:r>
      <w:r>
        <w:t>ab to uthiye, uthiye, uthiye, uthiye.</w:t>
      </w:r>
    </w:p>
    <w:p>
      <w:pPr>
        <w:jc w:val="right"/>
      </w:pPr>
      <w:r>
        <w:t>اب تو اٹھیے، اٹھیے، اٹھیے، اٹھیے۔</w:t>
      </w:r>
    </w:p>
    <w:p>
      <w:r>
        <w:rPr>
          <w:b/>
        </w:rPr>
        <w:t xml:space="preserve">[48:51] </w:t>
      </w:r>
      <w:r>
        <w:t>yeh sab baatein bohat ziyada sochne ki hain.</w:t>
      </w:r>
    </w:p>
    <w:p>
      <w:pPr>
        <w:jc w:val="right"/>
      </w:pPr>
      <w:r>
        <w:t>یہ سب باتیں بہت زیادہ سوچنے کی ہیں۔</w:t>
      </w:r>
    </w:p>
    <w:p>
      <w:r>
        <w:rPr>
          <w:b/>
        </w:rPr>
        <w:t xml:space="preserve">[48:56] </w:t>
      </w:r>
      <w:r>
        <w:t>yeh sab baatein</w:t>
      </w:r>
    </w:p>
    <w:p>
      <w:pPr>
        <w:jc w:val="right"/>
      </w:pPr>
      <w:r>
        <w:t>یہ سب باتیں</w:t>
      </w:r>
    </w:p>
    <w:p>
      <w:r>
        <w:rPr>
          <w:b/>
        </w:rPr>
        <w:t xml:space="preserve">[49:01] </w:t>
      </w:r>
      <w:r>
        <w:t>jo hain bohat ziyada sochne ki hain.</w:t>
      </w:r>
    </w:p>
    <w:p>
      <w:pPr>
        <w:jc w:val="right"/>
      </w:pPr>
      <w:r>
        <w:t>جو ہیں بہت زیادہ سوچنے کی ہیں۔</w:t>
      </w:r>
    </w:p>
    <w:p>
      <w:r>
        <w:rPr>
          <w:b/>
        </w:rPr>
        <w:t xml:space="preserve">[49:06] </w:t>
      </w:r>
      <w:r>
        <w:t>bohat ziyada sochne ki hain.</w:t>
      </w:r>
    </w:p>
    <w:p>
      <w:pPr>
        <w:jc w:val="right"/>
      </w:pPr>
      <w:r>
        <w:t>بہت زیادہ سوچنے کی ہیں۔</w:t>
      </w:r>
    </w:p>
    <w:p>
      <w:r>
        <w:rPr>
          <w:b/>
        </w:rPr>
        <w:t xml:space="preserve">[49:10] </w:t>
      </w:r>
      <w:r>
        <w:t>aap ghore kijiye.</w:t>
      </w:r>
    </w:p>
    <w:p>
      <w:pPr>
        <w:jc w:val="right"/>
      </w:pPr>
      <w:r>
        <w:t>آپ غور کیجیے۔</w:t>
      </w:r>
    </w:p>
    <w:p>
      <w:r>
        <w:rPr>
          <w:b/>
        </w:rPr>
        <w:t xml:space="preserve">[49:14] </w:t>
      </w:r>
      <w:r>
        <w:t>quran mein aaya hai ke la qayamat achaanak hi aa jayegi.</w:t>
      </w:r>
    </w:p>
    <w:p>
      <w:pPr>
        <w:jc w:val="right"/>
      </w:pPr>
      <w:r>
        <w:t>قرآن میں آیا ہے کہ لا قیامت اچانک ہی آ جائے گی۔</w:t>
      </w:r>
    </w:p>
    <w:p>
      <w:r>
        <w:rPr>
          <w:b/>
        </w:rPr>
        <w:t xml:space="preserve">[49:19] </w:t>
      </w:r>
      <w:r>
        <w:t>achanak hi aa jayegi.</w:t>
      </w:r>
    </w:p>
    <w:p>
      <w:pPr>
        <w:jc w:val="right"/>
      </w:pPr>
      <w:r>
        <w:t>اچانک ہی آ جائے گی۔</w:t>
      </w:r>
    </w:p>
    <w:p>
      <w:r>
        <w:rPr>
          <w:b/>
        </w:rPr>
        <w:t xml:space="preserve">[49:23] </w:t>
      </w:r>
      <w:r>
        <w:t>aur qayamat ke aane ke mani kya hain? kaam karne ka time khatm.</w:t>
      </w:r>
    </w:p>
    <w:p>
      <w:pPr>
        <w:jc w:val="right"/>
      </w:pPr>
      <w:r>
        <w:t>اور قیامت کے آنے کے معنی کیا ہیں؟ کام کرنے کا ٹائم ختم۔</w:t>
      </w:r>
    </w:p>
    <w:p>
      <w:r>
        <w:rPr>
          <w:b/>
        </w:rPr>
        <w:t xml:space="preserve">[49:27] </w:t>
      </w:r>
      <w:r>
        <w:t>jaise hi is rafael ka sur phoonka jayega sab</w:t>
      </w:r>
    </w:p>
    <w:p>
      <w:pPr>
        <w:jc w:val="right"/>
      </w:pPr>
      <w:r>
        <w:t>جیسے ہی اس رافیل کا سور پھکے گا سب</w:t>
      </w:r>
    </w:p>
    <w:p>
      <w:r>
        <w:rPr>
          <w:b/>
        </w:rPr>
        <w:t xml:space="preserve">[49:32] </w:t>
      </w:r>
      <w:r>
        <w:t>sab khatm, phir kuch karna dharna nahin.</w:t>
      </w:r>
    </w:p>
    <w:p>
      <w:pPr>
        <w:jc w:val="right"/>
      </w:pPr>
      <w:r>
        <w:t>سب ختم، پھر کچھ کرنا دھرنا نہیں۔</w:t>
      </w:r>
    </w:p>
    <w:p>
      <w:r>
        <w:rPr>
          <w:b/>
        </w:rPr>
        <w:t xml:space="preserve">[49:35] </w:t>
      </w:r>
      <w:r>
        <w:t>phir to khuda ke haan hazir hona hai.</w:t>
      </w:r>
    </w:p>
    <w:p>
      <w:pPr>
        <w:jc w:val="right"/>
      </w:pPr>
      <w:r>
        <w:t>پھر تو خدا کے ہاں حاضر ہونا ہے۔</w:t>
      </w:r>
    </w:p>
    <w:p>
      <w:r>
        <w:rPr>
          <w:b/>
        </w:rPr>
        <w:t xml:space="preserve">[49:39] </w:t>
      </w:r>
      <w:r>
        <w:t>phir to khuda ke haan hazir hona hai.</w:t>
      </w:r>
    </w:p>
    <w:p>
      <w:pPr>
        <w:jc w:val="right"/>
      </w:pPr>
      <w:r>
        <w:t>پھر تو خدا کے ہاں حاضر ہونا ہے۔</w:t>
      </w:r>
    </w:p>
    <w:p>
      <w:r>
        <w:rPr>
          <w:b/>
        </w:rPr>
        <w:t xml:space="preserve">[49:43] </w:t>
      </w:r>
      <w:r>
        <w:t>to ab jo hai main samajhta hoon ke single point jo program hai aap ka woh kya hai?</w:t>
      </w:r>
    </w:p>
    <w:p>
      <w:pPr>
        <w:jc w:val="right"/>
      </w:pPr>
      <w:r>
        <w:t>تو اب جو ہے میں سمجھتا ہوں کہ سنگل پوائنٹ جو پروگرام ہے آپ کا وہ کیا ہے؟</w:t>
      </w:r>
    </w:p>
    <w:p>
      <w:r>
        <w:rPr>
          <w:b/>
        </w:rPr>
        <w:t xml:space="preserve">[49:47] </w:t>
      </w:r>
      <w:r>
        <w:t>word of god ko duniya mein phailana.</w:t>
      </w:r>
    </w:p>
    <w:p>
      <w:pPr>
        <w:jc w:val="right"/>
      </w:pPr>
      <w:r>
        <w:t>ورڈ آف گاڈ کو دنیا میں پھیلانا۔</w:t>
      </w:r>
    </w:p>
    <w:p>
      <w:r>
        <w:rPr>
          <w:b/>
        </w:rPr>
        <w:t xml:space="preserve">[49:51] </w:t>
      </w:r>
      <w:r>
        <w:t>word of god ko sari duniya mein phailana bas.</w:t>
      </w:r>
    </w:p>
    <w:p>
      <w:pPr>
        <w:jc w:val="right"/>
      </w:pPr>
      <w:r>
        <w:t>ورڈ آف گاڈ کو ساری دنیا میں پھیلانا بس۔</w:t>
      </w:r>
    </w:p>
    <w:p>
      <w:r>
        <w:rPr>
          <w:b/>
        </w:rPr>
        <w:t xml:space="preserve">[49:54] </w:t>
      </w:r>
      <w:r>
        <w:t>yeh yahi single point mission hai.</w:t>
      </w:r>
    </w:p>
    <w:p>
      <w:pPr>
        <w:jc w:val="right"/>
      </w:pPr>
      <w:r>
        <w:t>یہ یہی سنگل پوائنٹ مشن ہے۔</w:t>
      </w:r>
    </w:p>
    <w:p>
      <w:r>
        <w:rPr>
          <w:b/>
        </w:rPr>
        <w:t xml:space="preserve">[49:58] </w:t>
      </w:r>
      <w:r>
        <w:t>aur jo aisa karega, jo jo</w:t>
      </w:r>
    </w:p>
    <w:p>
      <w:pPr>
        <w:jc w:val="right"/>
      </w:pPr>
      <w:r>
        <w:t>اور جو ایسا کرے گا، جو جو</w:t>
      </w:r>
    </w:p>
    <w:p>
      <w:r>
        <w:rPr>
          <w:b/>
        </w:rPr>
        <w:t xml:space="preserve">[50:02] </w:t>
      </w:r>
      <w:r>
        <w:t>apne ko is pe dedicate karega, sach much dedicate karega.</w:t>
      </w:r>
    </w:p>
    <w:p>
      <w:pPr>
        <w:jc w:val="right"/>
      </w:pPr>
      <w:r>
        <w:t>اپنے کو اس پہ ڈیڈیکیٹ کرے گا، سچ مچ ڈیڈیکیٹ کرے گا۔</w:t>
      </w:r>
    </w:p>
    <w:p>
      <w:r>
        <w:rPr>
          <w:b/>
        </w:rPr>
        <w:t xml:space="preserve">[50:06] </w:t>
      </w:r>
      <w:r>
        <w:t>dedicate karne ke liye kya zaroori hai? dekhiye.</w:t>
      </w:r>
    </w:p>
    <w:p>
      <w:pPr>
        <w:jc w:val="right"/>
      </w:pPr>
      <w:r>
        <w:t>ڈیڈیکیٹ کرنے کے لیے کیا ضروری ہے؟ دیکھیے۔</w:t>
      </w:r>
    </w:p>
    <w:p>
      <w:r>
        <w:rPr>
          <w:b/>
        </w:rPr>
        <w:t xml:space="preserve">[50:09] </w:t>
      </w:r>
      <w:r>
        <w:t>apne aap ko har qism ke distraction se bachana.</w:t>
      </w:r>
    </w:p>
    <w:p>
      <w:pPr>
        <w:jc w:val="right"/>
      </w:pPr>
      <w:r>
        <w:t>اپنے آپ کو ہر قسم کے ڈسٹریکشن سے بچانا۔</w:t>
      </w:r>
    </w:p>
    <w:p>
      <w:r>
        <w:rPr>
          <w:b/>
        </w:rPr>
        <w:t xml:space="preserve">[50:13] </w:t>
      </w:r>
      <w:r>
        <w:t>har doosri cheez ko secondary bana dena.</w:t>
      </w:r>
    </w:p>
    <w:p>
      <w:pPr>
        <w:jc w:val="right"/>
      </w:pPr>
      <w:r>
        <w:t>ہر دوسری چیز کو سیکنڈری بنا دینا۔</w:t>
      </w:r>
    </w:p>
    <w:p>
      <w:r>
        <w:rPr>
          <w:b/>
        </w:rPr>
        <w:t xml:space="preserve">[50:17] </w:t>
      </w:r>
      <w:r>
        <w:t>chahe aap ki aulad ho, chahe aap ka business ho.</w:t>
      </w:r>
    </w:p>
    <w:p>
      <w:pPr>
        <w:jc w:val="right"/>
      </w:pPr>
      <w:r>
        <w:t>چاہے آپ کی اولاد ہو، چاہے آپ کا بزنس ہو۔</w:t>
      </w:r>
    </w:p>
    <w:p>
      <w:r>
        <w:rPr>
          <w:b/>
        </w:rPr>
        <w:t xml:space="preserve">[50:21] </w:t>
      </w:r>
      <w:r>
        <w:t>sab cheez secondary hai, secondary hai, secondary.</w:t>
      </w:r>
    </w:p>
    <w:p>
      <w:pPr>
        <w:jc w:val="right"/>
      </w:pPr>
      <w:r>
        <w:t>سب چیز سیکنڈری ہے، سیکنڈری ہے، سیکنڈری۔</w:t>
      </w:r>
    </w:p>
    <w:p>
      <w:r>
        <w:rPr>
          <w:b/>
        </w:rPr>
        <w:t xml:space="preserve">[50:25] </w:t>
      </w:r>
      <w:r>
        <w:t>nahin to aap nahin kar sakte.</w:t>
      </w:r>
    </w:p>
    <w:p>
      <w:pPr>
        <w:jc w:val="right"/>
      </w:pPr>
      <w:r>
        <w:t>نہیں تو آپ نہیں کر سکتے۔</w:t>
      </w:r>
    </w:p>
    <w:p>
      <w:r>
        <w:rPr>
          <w:b/>
        </w:rPr>
        <w:t xml:space="preserve">[50:28] </w:t>
      </w:r>
      <w:r>
        <w:t>quran mein hai ke khuda ne ek seene mein do dil nahin banaye.</w:t>
      </w:r>
    </w:p>
    <w:p>
      <w:pPr>
        <w:jc w:val="right"/>
      </w:pPr>
      <w:r>
        <w:t>قرآن میں ہے کہ خدا نے ایک سینے میں دو دل نہیں بنائے۔</w:t>
      </w:r>
    </w:p>
    <w:p>
      <w:r>
        <w:rPr>
          <w:b/>
        </w:rPr>
        <w:t xml:space="preserve">[50:32] </w:t>
      </w:r>
      <w:r>
        <w:t>ما یعنی دو cheez ko aik hi time mein aap apna concern nahi bana sakte.</w:t>
      </w:r>
    </w:p>
    <w:p>
      <w:pPr>
        <w:jc w:val="right"/>
      </w:pPr>
      <w:r>
        <w:t>ما یعنی دو چیز کو ایک ہی ٹائم میں آپ اپنا کنسرن نہیں بنا سکتے۔</w:t>
      </w:r>
    </w:p>
    <w:p>
      <w:r>
        <w:rPr>
          <w:b/>
        </w:rPr>
        <w:t xml:space="preserve">[50:37] </w:t>
      </w:r>
      <w:r>
        <w:t>یہ پوسیبل نہیں ہے کہ دو چیز کو ایک ہی ٹائم میں آپ اپنا کنسرن بنا سکیں۔</w:t>
      </w:r>
    </w:p>
    <w:p>
      <w:pPr>
        <w:jc w:val="right"/>
      </w:pPr>
      <w:r>
        <w:t>یہ پاسیبل نہیں ہے کہ دو چیز کو ایک ہی ٹائم میں آپ اپنا کنسرن بنا سکیں۔</w:t>
      </w:r>
    </w:p>
    <w:p>
      <w:r>
        <w:rPr>
          <w:b/>
        </w:rPr>
        <w:t xml:space="preserve">[50:41] </w:t>
      </w:r>
      <w:r>
        <w:t>ek ko banayenge, doosra chhootega.</w:t>
      </w:r>
    </w:p>
    <w:p>
      <w:pPr>
        <w:jc w:val="right"/>
      </w:pPr>
      <w:r>
        <w:t>ایک کو بنائیں گے، دوسرا چھوٹے گا۔</w:t>
      </w:r>
    </w:p>
    <w:p>
      <w:r>
        <w:rPr>
          <w:b/>
        </w:rPr>
        <w:t xml:space="preserve">[50:46] </w:t>
      </w:r>
      <w:r>
        <w:t>matlab ek primary hoga, doosra secondary hoga.</w:t>
      </w:r>
    </w:p>
    <w:p>
      <w:pPr>
        <w:jc w:val="right"/>
      </w:pPr>
      <w:r>
        <w:t>مطلب ایک پرائمری ہوگا، دوسرا سیکنڈری ہوگا۔</w:t>
      </w:r>
    </w:p>
    <w:p>
      <w:r>
        <w:rPr>
          <w:b/>
        </w:rPr>
        <w:t xml:space="preserve">[50:51] </w:t>
      </w:r>
      <w:r>
        <w:t>ek primary hoga, doosra secondary hoga.</w:t>
      </w:r>
    </w:p>
    <w:p>
      <w:pPr>
        <w:jc w:val="right"/>
      </w:pPr>
      <w:r>
        <w:t>ایک پرائمری ہوگا، دوسرا سیکنڈری ہوگا۔</w:t>
      </w:r>
    </w:p>
    <w:p>
      <w:r>
        <w:rPr>
          <w:b/>
        </w:rPr>
        <w:t xml:space="preserve">[50:55] </w:t>
      </w:r>
      <w:r>
        <w:t>to main samajhta hoon ke aaj ki jo khabar jo hai, is ko dekhen aap.</w:t>
      </w:r>
    </w:p>
    <w:p>
      <w:pPr>
        <w:jc w:val="right"/>
      </w:pPr>
      <w:r>
        <w:t>تو میں سمجھتا ہوں کہ آج کی جو خبر جو ہے، اس کو دیکھیں آپ۔</w:t>
      </w:r>
    </w:p>
    <w:p>
      <w:r>
        <w:rPr>
          <w:b/>
        </w:rPr>
        <w:t xml:space="preserve">[51:00] </w:t>
      </w:r>
      <w:r>
        <w:t>is hadith ko dekhen aap.</w:t>
      </w:r>
    </w:p>
    <w:p>
      <w:pPr>
        <w:jc w:val="right"/>
      </w:pPr>
      <w:r>
        <w:t>اس حدیث کو دیکھیں آپ۔</w:t>
      </w:r>
    </w:p>
    <w:p>
      <w:r>
        <w:rPr>
          <w:b/>
        </w:rPr>
        <w:t xml:space="preserve">[51:04] </w:t>
      </w:r>
      <w:r>
        <w:t>ke qayamat se pehle musalmanon ke do giroh aapas mein ladenge, dono ka claim ek hoga.</w:t>
      </w:r>
    </w:p>
    <w:p>
      <w:pPr>
        <w:jc w:val="right"/>
      </w:pPr>
      <w:r>
        <w:t>کہ قیامت سے پہلے مسلمانوں کے دو گروہ آپس میں لڑیں گے، دونوں کا کلیم ایک ہوگا۔</w:t>
      </w:r>
    </w:p>
    <w:p>
      <w:r>
        <w:rPr>
          <w:b/>
        </w:rPr>
        <w:t xml:space="preserve">[51:09] </w:t>
      </w:r>
      <w:r>
        <w:t>is ko le kar aap sochen agar to aik hi aap conclusion tak pohnchen ge ke time bohat</w:t>
      </w:r>
    </w:p>
    <w:p>
      <w:pPr>
        <w:jc w:val="right"/>
      </w:pPr>
      <w:r>
        <w:t>اس کو لے کر آپ سوچیں اگر تو ایک ہی آپ کنکلوژن تک پہنچیں گے کہ ٹائم بہت</w:t>
      </w:r>
    </w:p>
    <w:p>
      <w:r>
        <w:rPr>
          <w:b/>
        </w:rPr>
        <w:t xml:space="preserve">[51:14] </w:t>
      </w:r>
      <w:r>
        <w:t>hi kam hai, bohat hi kam hai, bohat hi kam hai.</w:t>
      </w:r>
    </w:p>
    <w:p>
      <w:pPr>
        <w:jc w:val="right"/>
      </w:pPr>
      <w:r>
        <w:t>ہی کم ہے، بہت ہی کم ہے، بہت ہی کم ہے۔</w:t>
      </w:r>
    </w:p>
    <w:p>
      <w:r>
        <w:rPr>
          <w:b/>
        </w:rPr>
        <w:t xml:space="preserve">[51:19] </w:t>
      </w:r>
      <w:r>
        <w:t>ab doro, apne ko dedicate karo.</w:t>
      </w:r>
    </w:p>
    <w:p>
      <w:pPr>
        <w:jc w:val="right"/>
      </w:pPr>
      <w:r>
        <w:t>اب دوڑو، اپنے کو ڈیڈیکیٹ کرو۔</w:t>
      </w:r>
    </w:p>
    <w:p>
      <w:r>
        <w:rPr>
          <w:b/>
        </w:rPr>
        <w:t xml:space="preserve">[51:24] </w:t>
      </w:r>
      <w:r>
        <w:t>har doosri cheez ko secondary banao.</w:t>
      </w:r>
    </w:p>
    <w:p>
      <w:pPr>
        <w:jc w:val="right"/>
      </w:pPr>
      <w:r>
        <w:t>ہر دوسری چیز کو سیکنڈری بناؤ۔</w:t>
      </w:r>
    </w:p>
    <w:p>
      <w:r>
        <w:rPr>
          <w:b/>
        </w:rPr>
        <w:t xml:space="preserve">[51:29] </w:t>
      </w:r>
      <w:r>
        <w:t>taake Khuda ke haan hum yeh hamein yeh yeh</w:t>
      </w:r>
    </w:p>
    <w:p>
      <w:pPr>
        <w:jc w:val="right"/>
      </w:pPr>
      <w:r>
        <w:t>تاکہ خدا کے ہاں ہم یہ ہمیں یہ یہ</w:t>
      </w:r>
    </w:p>
    <w:p>
      <w:r>
        <w:rPr>
          <w:b/>
        </w:rPr>
        <w:t xml:space="preserve">[51:34] </w:t>
      </w:r>
      <w:r>
        <w:t>inaam mile, yeh credit credit mile ke aap ne Khuda ke word ko dunya mein dakhil karne ke</w:t>
      </w:r>
    </w:p>
    <w:p>
      <w:pPr>
        <w:jc w:val="right"/>
      </w:pPr>
      <w:r>
        <w:t>انعام ملے، یہ کریڈٹ کریڈٹ ملے کہ آپ نے خدا کے ورڈ کو دنیا میں داخل کرنے کے</w:t>
      </w:r>
    </w:p>
    <w:p>
      <w:r>
        <w:rPr>
          <w:b/>
        </w:rPr>
        <w:t xml:space="preserve">[51:40] </w:t>
      </w:r>
      <w:r>
        <w:t>liye koshish ki thi.</w:t>
      </w:r>
    </w:p>
    <w:p>
      <w:pPr>
        <w:jc w:val="right"/>
      </w:pPr>
      <w:r>
        <w:t>لیے کوشش کی تھی۔</w:t>
      </w:r>
    </w:p>
    <w:p>
      <w:r>
        <w:rPr>
          <w:b/>
        </w:rPr>
        <w:t xml:space="preserve">[51:45] </w:t>
      </w:r>
      <w:r>
        <w:t>aap ke zariye se yeh word dakhil hua dunya mein.</w:t>
      </w:r>
    </w:p>
    <w:p>
      <w:pPr>
        <w:jc w:val="right"/>
      </w:pPr>
      <w:r>
        <w:t>آپ کے ذریعے سے یہ ورڈ داخل ہوا دنیا میں۔</w:t>
      </w:r>
    </w:p>
    <w:p>
      <w:r>
        <w:rPr>
          <w:b/>
        </w:rPr>
        <w:t xml:space="preserve">[51:50] </w:t>
      </w:r>
      <w:r>
        <w:t>sab kuch ho chuka hai, Khuda ne sab kuch kar diya hai.</w:t>
      </w:r>
    </w:p>
    <w:p>
      <w:pPr>
        <w:jc w:val="right"/>
      </w:pPr>
      <w:r>
        <w:t>سب کچھ ہو چکا ہے، خدا نے سب کچھ کر دیا ہے۔</w:t>
      </w:r>
    </w:p>
    <w:p>
      <w:r>
        <w:rPr>
          <w:b/>
        </w:rPr>
        <w:t xml:space="preserve">[51:55] </w:t>
      </w:r>
      <w:r>
        <w:t>yani yahan tak ke logon mein piyas bhi paida kar di, piyas.</w:t>
      </w:r>
    </w:p>
    <w:p>
      <w:pPr>
        <w:jc w:val="right"/>
      </w:pPr>
      <w:r>
        <w:t>یعنی یہاں تک کہ لوگوں میں پیاس بھی پیدا کر دی، پیاس۔</w:t>
      </w:r>
    </w:p>
    <w:p>
      <w:r>
        <w:rPr>
          <w:b/>
        </w:rPr>
        <w:t xml:space="preserve">[52:00] </w:t>
      </w:r>
      <w:r>
        <w:t>yani aik taraf to Khuda ne communication ka zamana paida kiya, religious freedom dunya mein le aaya Khuda.</w:t>
      </w:r>
    </w:p>
    <w:p>
      <w:pPr>
        <w:jc w:val="right"/>
      </w:pPr>
      <w:r>
        <w:t>یعنی ایک طرف تو خدا نے کمیونیکیشن کا زمانہ پیدا کیا، ریلیجس فریڈم دنیا میں لے آیا خدا۔</w:t>
      </w:r>
    </w:p>
    <w:p>
      <w:r>
        <w:rPr>
          <w:b/>
        </w:rPr>
        <w:t xml:space="preserve">[52:05] </w:t>
      </w:r>
      <w:r>
        <w:t>aur doosri printing press laya Khuda dunya mein, bohat sari cheezen.</w:t>
      </w:r>
    </w:p>
    <w:p>
      <w:pPr>
        <w:jc w:val="right"/>
      </w:pPr>
      <w:r>
        <w:t>اور دوسری پرنٹنگ پریس لایا خدا دنیا میں، بہت ساری چیزیں۔</w:t>
      </w:r>
    </w:p>
    <w:p>
      <w:r>
        <w:rPr>
          <w:b/>
        </w:rPr>
        <w:t xml:space="preserve">[52:09] </w:t>
      </w:r>
      <w:r>
        <w:t>aur sath sath logon ke andar piyas paida kar di.</w:t>
      </w:r>
    </w:p>
    <w:p>
      <w:pPr>
        <w:jc w:val="right"/>
      </w:pPr>
      <w:r>
        <w:t>اور ساتھ ساتھ لوگوں کے اندر پیاس پیدا کر دی۔</w:t>
      </w:r>
    </w:p>
    <w:p>
      <w:r>
        <w:rPr>
          <w:b/>
        </w:rPr>
        <w:t xml:space="preserve">[52:14] </w:t>
      </w:r>
      <w:r>
        <w:t>hum to jahan bhi jate hain, hamare saathi jahan bhi jate hain, log doro doro kar lete hain Quran ko.</w:t>
      </w:r>
    </w:p>
    <w:p>
      <w:pPr>
        <w:jc w:val="right"/>
      </w:pPr>
      <w:r>
        <w:t>ہم تو جہاں بھی جاتے ہیں، ہمارے ساتھی جہاں بھی جاتے ہیں، لوگ دوڑ دوڑ کر لیتے ہیں قرآن کو۔</w:t>
      </w:r>
    </w:p>
    <w:p>
      <w:r>
        <w:rPr>
          <w:b/>
        </w:rPr>
        <w:t xml:space="preserve">[52:18] </w:t>
      </w:r>
      <w:r>
        <w:t>kya yani un ko piyas paida kar di hai Khuda ne? yani yeh bilkul asan kar diya, asan</w:t>
      </w:r>
    </w:p>
    <w:p>
      <w:pPr>
        <w:jc w:val="right"/>
      </w:pPr>
      <w:r>
        <w:t>کیا یعنی ان کو پیاس پیدا کر دی ہے خدا نے؟ یعنی یہ بالکل آسان کر دیا، آسان</w:t>
      </w:r>
    </w:p>
    <w:p>
      <w:r>
        <w:rPr>
          <w:b/>
        </w:rPr>
        <w:t xml:space="preserve">[52:23] </w:t>
      </w:r>
      <w:r>
        <w:t>kar diya, asan kar diya.</w:t>
      </w:r>
    </w:p>
    <w:p>
      <w:pPr>
        <w:jc w:val="right"/>
      </w:pPr>
      <w:r>
        <w:t>کر دیا، آسان کر دیا۔</w:t>
      </w:r>
    </w:p>
    <w:p>
      <w:r>
        <w:rPr>
          <w:b/>
        </w:rPr>
        <w:t xml:space="preserve">[52:27] </w:t>
      </w:r>
      <w:r>
        <w:t>koi mushkil nahin.</w:t>
      </w:r>
    </w:p>
    <w:p>
      <w:pPr>
        <w:jc w:val="right"/>
      </w:pPr>
      <w:r>
        <w:t>کوئی مشکل نہیں۔</w:t>
      </w:r>
    </w:p>
    <w:p>
      <w:r>
        <w:rPr>
          <w:b/>
        </w:rPr>
        <w:t xml:space="preserve">[52:32] </w:t>
      </w:r>
      <w:r>
        <w:t>phir bhi agar aap aisa na karen</w:t>
      </w:r>
    </w:p>
    <w:p>
      <w:pPr>
        <w:jc w:val="right"/>
      </w:pPr>
      <w:r>
        <w:t>پھر بھی اگر آپ ایسا نہ کریں</w:t>
      </w:r>
    </w:p>
    <w:p>
      <w:r>
        <w:rPr>
          <w:b/>
        </w:rPr>
        <w:t xml:space="preserve">[52:36] </w:t>
      </w:r>
      <w:r>
        <w:t>ke apne aap ko is mein dedicate karein, is mission mein toh main samajhta hoon ke is se zyada badi bhool toh koi ho nahi sakti hai. koi is se badi bhool nahi ho sakti hai. abhi kal ya parson Delhi mein ek ek ek function tha kuch logon ka. is mein zyada tar non</w:t>
      </w:r>
    </w:p>
    <w:p>
      <w:pPr>
        <w:jc w:val="right"/>
      </w:pPr>
      <w:r>
        <w:t>کہ اپنے آپ کو اس میں ڈیڈیکیٹ کریں، اس مشن میں تو میں سمجھتا ہوں کہ اس سے زیادہ بڑی بھول تو کوئی ہو نہیں سکتی ہے۔ کوئی اس سے بڑی بھول نہیں ہو سکتی ہے۔ ابھی کل یا پرسوں دلی میں ایک ایک ایک فنکشن تھا کچھ لوگوں کا۔ اس میں زیادہ تر ن</w:t>
      </w:r>
    </w:p>
    <w:p>
      <w:r>
        <w:rPr>
          <w:b/>
        </w:rPr>
        <w:t xml:space="preserve">[53:06] </w:t>
      </w:r>
      <w:r>
        <w:t>Muslim the. toh mujhe wahan bulaya gaya tha. toh main wahan ja raha tha, hamare saathiyon ne kuch literature liya. toh jab woh pack kar rahe the, jab le rahe the toh main gaya kamre mein toh main ne kaha kya le ja rahe hain? wahan kaun hai yeh sab? kaun hai yeh sab cheezon ko? baitha hua is ko lene ke liye. lagta tha ke wahan toh yeh koi poochega bhi nahi in cheezon ko. lekin hamare saathiyon ke dil mein Allah ke fazl</w:t>
      </w:r>
    </w:p>
    <w:p>
      <w:pPr>
        <w:jc w:val="right"/>
      </w:pPr>
      <w:r>
        <w:t>ان مسلم تھے۔ تو مجھے وہاں بلایا گیا تھا۔ تو میں وہاں جا رہا تھا، ہمارے ساتھیوں نے کچھ لٹریچر لیا۔ تو جب وہ پیک کر رہے تھے، جب لے رہے تھے تو میں گیا کمرے میں تو میں نے کہا کیا لے جا رہے ہیں؟ وہاں کون ہے یہ سب؟ کون ہے یہ سب چیزوں کو؟ بیٹھا ہوا اس کو لینے کے لیے۔ لگتا تھا کہ وہاں تو یہ کوئی پوچھے گا بھی نہیں ان چیزوں کو۔ لیکن ہمارے ساتھیوں کے دل میں خدا کے فض</w:t>
      </w:r>
    </w:p>
    <w:p>
      <w:r>
        <w:rPr>
          <w:b/>
        </w:rPr>
        <w:t xml:space="preserve">[53:36] </w:t>
      </w:r>
      <w:r>
        <w:t>l se aik aag lag chuki hai ke phailao, phailao, phailao.</w:t>
      </w:r>
    </w:p>
    <w:p>
      <w:pPr>
        <w:jc w:val="right"/>
      </w:pPr>
      <w:r>
        <w:t>ل سے ایک آگ لگ چکی ہے کہ پھیلاؤ، پھیلاؤ، پھیلاؤ۔</w:t>
      </w:r>
    </w:p>
    <w:p>
      <w:r>
        <w:rPr>
          <w:b/>
        </w:rPr>
        <w:t xml:space="preserve">[53:40] </w:t>
      </w:r>
      <w:r>
        <w:t>yeh khud se woh program banate hain.</w:t>
      </w:r>
    </w:p>
    <w:p>
      <w:pPr>
        <w:jc w:val="right"/>
      </w:pPr>
      <w:r>
        <w:t>یہ خود سے وہ پروگرام بناتے ہیں۔</w:t>
      </w:r>
    </w:p>
    <w:p>
      <w:r>
        <w:rPr>
          <w:b/>
        </w:rPr>
        <w:t xml:space="preserve">[53:44] </w:t>
      </w:r>
      <w:r>
        <w:t>yahan tak ke mein mana karta hoon, tab bhi kaat dalte hain is ko woh.</w:t>
      </w:r>
    </w:p>
    <w:p>
      <w:pPr>
        <w:jc w:val="right"/>
      </w:pPr>
      <w:r>
        <w:t>یہاں تک کہ میں منع کرتا ہوں، تب بھی کاٹ ڈالتے ہیں اس کو وہ۔</w:t>
      </w:r>
    </w:p>
    <w:p>
      <w:r>
        <w:rPr>
          <w:b/>
        </w:rPr>
        <w:t xml:space="preserve">[53:48] </w:t>
      </w:r>
      <w:r>
        <w:t>mujhe khushi is hoti hai, khushi is ko dekh kar ke hamare saathiyon mein aik aag lagi hui hai.</w:t>
      </w:r>
    </w:p>
    <w:p>
      <w:pPr>
        <w:jc w:val="right"/>
      </w:pPr>
      <w:r>
        <w:t>مجھے خوشی اس ہوتی ہے، خوشی اس کو دیکھ کر کہ ہمارے ساتھیوں میں ایک آگ لگی ہوئی ہے۔</w:t>
      </w:r>
    </w:p>
    <w:p>
      <w:r>
        <w:rPr>
          <w:b/>
        </w:rPr>
        <w:t xml:space="preserve">[53:52] </w:t>
      </w:r>
      <w:r>
        <w:t>to chunache woh le gaye.</w:t>
      </w:r>
    </w:p>
    <w:p>
      <w:pPr>
        <w:jc w:val="right"/>
      </w:pPr>
      <w:r>
        <w:t>تو چنانچہ وہ لے گئے۔</w:t>
      </w:r>
    </w:p>
    <w:p>
      <w:r>
        <w:rPr>
          <w:b/>
        </w:rPr>
        <w:t xml:space="preserve">[53:56] </w:t>
      </w:r>
      <w:r>
        <w:t>aur wahan kya hua ke sab khatam ho gaya, sab loot liya logon ne.</w:t>
      </w:r>
    </w:p>
    <w:p>
      <w:pPr>
        <w:jc w:val="right"/>
      </w:pPr>
      <w:r>
        <w:t>اور وہاں کیا ہوا کہ سب ختم ہو گیا، سب لوٹ لیا لوگوں نے۔</w:t>
      </w:r>
    </w:p>
    <w:p>
      <w:r>
        <w:rPr>
          <w:b/>
        </w:rPr>
        <w:t xml:space="preserve">[54:00] </w:t>
      </w:r>
      <w:r>
        <w:t>sab logon ne loot liya.</w:t>
      </w:r>
    </w:p>
    <w:p>
      <w:pPr>
        <w:jc w:val="right"/>
      </w:pPr>
      <w:r>
        <w:t>سب لوگوں نے لوٹ لیا۔</w:t>
      </w:r>
    </w:p>
    <w:p>
      <w:r>
        <w:rPr>
          <w:b/>
        </w:rPr>
        <w:t xml:space="preserve">[54:04] </w:t>
      </w:r>
      <w:r>
        <w:t>to ek taraf Allah taala ne sare halaat paida kiye, jis ko main kehta hoon history ko manage kiya.</w:t>
      </w:r>
    </w:p>
    <w:p>
      <w:pPr>
        <w:jc w:val="right"/>
      </w:pPr>
      <w:r>
        <w:t>تو ایک طرف اللہ تعالیٰ نے سارے حالات پیدا کیے، جس کو میں کہتا ہوں ہسٹری کو مینج کیا۔</w:t>
      </w:r>
    </w:p>
    <w:p>
      <w:r>
        <w:rPr>
          <w:b/>
        </w:rPr>
        <w:t xml:space="preserve">[54:07] </w:t>
      </w:r>
      <w:r>
        <w:t>aur doosri taraf khud mad'u ke andar, logon ke andar ek jazba paida kar diya janne ka, spirit of inquiry. yaani middle ages ke baad kaha jata hai ke Europe mein bohat bade paimane par spirit of inquiry paida hui thi. yaani log apne gharon mein woh banate the, laboratory, kuch bhi rassi aur lohe ke tukde rakh kar</w:t>
      </w:r>
    </w:p>
    <w:p>
      <w:pPr>
        <w:jc w:val="right"/>
      </w:pPr>
      <w:r>
        <w:t>اور دوسری طرف خود مدعو کے اندر، لوگوں کے اندر ایک جذبہ پیدا کر دیا۔ جاننے کا، اسپرٹ آف انکوائری۔ یعنی مڈل ایجز کے بعد کہا جاتا ہے کہ یورپ میں بہت بڑے پیمانے پر اسپرٹ آف انکوائری پیدا ہوئی تھی۔ یعنی لوگ اپنے گھروں میں وہ بناتے تھے، لیبریٹری، کچھ بھی رسی اور لوہے کے ٹکڑے رکھ کر</w:t>
      </w:r>
    </w:p>
    <w:p>
      <w:r>
        <w:rPr>
          <w:b/>
        </w:rPr>
        <w:t xml:space="preserve">[54:37] </w:t>
      </w:r>
      <w:r>
        <w:t>ke, kuch bhi kar ke. ek ek ek bhara hua tha har ek ke andar ke hamein janna hai, hamein research karna hai, hamein discover karna hai. spirit of inquiry bohat aa gayi thi, khaas taur par Europe mein. middle ages ke baad. aakhir mein aap jante hain is ka culmination kya tha ke bade bade scientists paida hue aur dunya mein inqalab aaya, yaani scientific revolution aaya. wahi hamare andar paida ho jan</w:t>
      </w:r>
    </w:p>
    <w:p>
      <w:pPr>
        <w:jc w:val="right"/>
      </w:pPr>
      <w:r>
        <w:t>کے، کچھ بھی کر کے۔ ایک ایک ایک بھرا ہوا تھا ہر ایک کے اندر کہ ہمیں جاننا ہے، ہمیں ریسرچ کرنا ہے، ہمیں ڈسکور کرنا ہے۔ اسپرٹ آف انکوائری بہت آ گئی تھی، خاص طور پر یورپ میں۔ مڈل ایجز کے بعد۔ آخر میں آپ جانتے ہیں اس کا کلمیشن کیا تھا کہ بڑے بڑے سائنٹسٹ پیدا ہوئے اور دنیا میں انقلاب آیا، یعنی سائنٹیفک ریولوشن آیا۔ وہی ہمارے اندر پیدا ہو جان</w:t>
      </w:r>
    </w:p>
    <w:p>
      <w:r>
        <w:rPr>
          <w:b/>
        </w:rPr>
        <w:t xml:space="preserve">[55:07] </w:t>
      </w:r>
      <w:r>
        <w:t>na chahiye, spirit of inquiry. toh aaj ki dunya mein ek spirit of inquiry ek aur dhang se paida ho gayi. spirit of inquiry. pehle yeh tha ke nature ko discover karo, nature ko explore karo. yaani middle ages ke baad jo aayi thi spirit of inquiry, woh yeh thi ke nature ko explore karo. nature ko jano, nature ko discover karo. ab yeh hai ke sachai ko jano, sachai kya hai? including Quran. ek naye</w:t>
      </w:r>
    </w:p>
    <w:p>
      <w:pPr>
        <w:jc w:val="right"/>
      </w:pPr>
      <w:r>
        <w:t>ا چاہیے، اسپرٹ آف انکوائری۔ تو آج کی دنیا میں ایک اسپرٹ آف انکوائری ایک اور ڈھنگ سے پیدا ہو گئی۔ اسپرٹ آف انکوائری۔ پہلے یہ تھا کہ نیچر کو ڈسکور کرو، نیچر کو ایکسپلور کرو۔ یعنی مڈل ایجز کے بعد جو آئی تھی اسپرٹ آف انکوائری، وہ یہ تھی کہ نیچر کو ایکسپلور کرو۔ نیچر کو جانو، نیچر کو ڈسکور کرو۔ اب یہ ہے کہ سچائی کو جانو، سچائی کیا ہے؟ انکلوڈنگ قرآن۔ ایک نئے</w:t>
      </w:r>
    </w:p>
    <w:p>
      <w:r>
        <w:rPr>
          <w:b/>
        </w:rPr>
        <w:t xml:space="preserve">[55:37] </w:t>
      </w:r>
      <w:r>
        <w:t>qism ki spirit of inquiry saari dunya mein jaag padi hai. kya hai bhai yeh Quran kya hai? kya hai sachai kya hai? Khuda ka word kya hai? jise ek hawa chala di ho Allah Ta'ala ne, har jagah. ek bahar ke ek safar mein hum ko ek aadmi mila. tujhe pata hai ke mera ek dost jo hai woh Obama se is ke taluqat hain. yaani president America ke jo president hain. jo hum ko mila tha, uska ek dost koi jo Obama ke haan</w:t>
      </w:r>
    </w:p>
    <w:p>
      <w:pPr>
        <w:jc w:val="right"/>
      </w:pPr>
      <w:r>
        <w:t>قسم کی اسپرٹ آف انکوائری ساری دنیا میں جاگ پڑی ہے۔ کیا ہے بھئی یہ قرآن کیا ہے؟ کیا ہے سچائی کیا ہے؟ خدا کا ورڈ کیا ہے؟ جسے ایک ہوا چلا دی ہو اللہ تعالیٰ نے، ہر جگہ۔ ایک باہر کے ایک سفر میں ہم کو ایک آدمی ملا۔ تجھے پتہ ہے کہ میرا ایک دوست جو ہے وہ اوباما سے اس کے تعلقات ہیں۔ یعنی پریزیڈنٹ امریکہ کے جو پریزیڈنٹ ہیں۔ جو ہم کو ملا تھا، اس کا ایک دوست کوئی جو اوباما کے ہاں</w:t>
      </w:r>
    </w:p>
    <w:p>
      <w:r>
        <w:rPr>
          <w:b/>
        </w:rPr>
        <w:t xml:space="preserve">[56:07] </w:t>
      </w:r>
      <w:r>
        <w:t>uska aana jaana hai is ka. toh us ko ek Quran diya gaya. us ko dekha us ne. us ne kaha tha ke mujhe ek aur do, main apne dost ke zariye is ko Obama tak pahunchaunga. khud hi khud bolta hai woh. ke ek Quran liya us ne. us ke baad woh kehta hai ke mujhe ek aur Quran do. main apne dost ke through is ko Obama tak pahunchaunga. yeh hai spirit of inquiry. toh pehle zamane mein, yaani mid</w:t>
      </w:r>
    </w:p>
    <w:p>
      <w:pPr>
        <w:jc w:val="right"/>
      </w:pPr>
      <w:r>
        <w:t>اس کا آنا جانا ہے اس کا۔ تو اس کو ایک قرآن دیا گیا۔ اس کو دیکھا اس نے۔ اس نے کہا تھا کہ مجھے ایک اور دو، میں اپنے دوست کے ذریعے اس کو اوباما تک پہنچاؤں گا۔ خود ہی خود بولتا ہے وہ۔ کہ ایک قرآن لیا اس نے۔ اس کے بعد وہ کہتا ہے کہ مجھے ایک اور قرآن دو۔ میں اپنے دوست کے تھرو اس کو اوباما تک پہنچاؤں گا۔ یہ ہے اسپرٹ آف انکوائری۔ تو پہلے زمانے میں، یعنی مڈ</w:t>
      </w:r>
    </w:p>
    <w:p>
      <w:r>
        <w:rPr>
          <w:b/>
        </w:rPr>
        <w:t xml:space="preserve">[56:37] </w:t>
      </w:r>
      <w:r>
        <w:t>Enlightenment ke baad jo spirit of inquiry jaagi thi, wo nature ko explore karne ke liye thi.</w:t>
      </w:r>
    </w:p>
    <w:p>
      <w:pPr>
        <w:jc w:val="right"/>
      </w:pPr>
      <w:r>
        <w:t>ل ایجز کے بعد جو اسپرٹ آف انکوائری جاگی تھی، وہ نیچر کو ایکسپلور کرنے کے لیے تھی۔</w:t>
      </w:r>
    </w:p>
    <w:p>
      <w:r>
        <w:rPr>
          <w:b/>
        </w:rPr>
        <w:t xml:space="preserve">[56:42] </w:t>
      </w:r>
      <w:r>
        <w:t>ab sachai ko explore karne ke liye hai yeh.</w:t>
      </w:r>
    </w:p>
    <w:p>
      <w:pPr>
        <w:jc w:val="right"/>
      </w:pPr>
      <w:r>
        <w:t>اب سچائی کو ایکسپلور کرنے کے لیے ہے یہ۔</w:t>
      </w:r>
    </w:p>
    <w:p>
      <w:r>
        <w:rPr>
          <w:b/>
        </w:rPr>
        <w:t xml:space="preserve">[56:46] </w:t>
      </w:r>
      <w:r>
        <w:t>us waqt jo tha, unhein nature ko explore karna, yeh ek deewana war chahte the ke nature kya</w:t>
      </w:r>
    </w:p>
    <w:p>
      <w:pPr>
        <w:jc w:val="right"/>
      </w:pPr>
      <w:r>
        <w:t>اس وقت جو تھا، انہیں نیچر کو ایکسپلور کرنا، یہ ایک دیوانہ وار چاہتے تھے کہ نیچر کیا</w:t>
      </w:r>
    </w:p>
    <w:p>
      <w:r>
        <w:rPr>
          <w:b/>
        </w:rPr>
        <w:t xml:space="preserve">[56:50] </w:t>
      </w:r>
      <w:r>
        <w:t>hai, us ko janoon.</w:t>
      </w:r>
    </w:p>
    <w:p>
      <w:pPr>
        <w:jc w:val="right"/>
      </w:pPr>
      <w:r>
        <w:t>ہے، اس کو جانوں۔</w:t>
      </w:r>
    </w:p>
    <w:p>
      <w:r>
        <w:rPr>
          <w:b/>
        </w:rPr>
        <w:t xml:space="preserve">[56:55] </w:t>
      </w:r>
      <w:r>
        <w:t>main ne ek ek parha ek kitaab mein, ek shakhs ko yeh hua janne ka shauq ke cheunti,</w:t>
      </w:r>
    </w:p>
    <w:p>
      <w:pPr>
        <w:jc w:val="right"/>
      </w:pPr>
      <w:r>
        <w:t>میں نے ایک ایک پڑھا ایک کتاب میں، ایک شخص کو یہ ہوا جاننے کا شوق کہ چیونٹی،</w:t>
      </w:r>
    </w:p>
    <w:p>
      <w:r>
        <w:rPr>
          <w:b/>
        </w:rPr>
        <w:t xml:space="preserve">[56:59] </w:t>
      </w:r>
      <w:r>
        <w:t>cheunti ki study kar raha tha wo, cheunti.</w:t>
      </w:r>
    </w:p>
    <w:p>
      <w:pPr>
        <w:jc w:val="right"/>
      </w:pPr>
      <w:r>
        <w:t>چیونٹی کی سٹڈی کر رہا تھا وہ، چیونٹی۔</w:t>
      </w:r>
    </w:p>
    <w:p>
      <w:r>
        <w:rPr>
          <w:b/>
        </w:rPr>
        <w:t xml:space="preserve">[57:03] </w:t>
      </w:r>
      <w:r>
        <w:t>to aap jante hain ke cheuntiyan jo hain, jahan bil un ka hota hai to wo mitti nikaal nikaal ke</w:t>
      </w:r>
    </w:p>
    <w:p>
      <w:pPr>
        <w:jc w:val="right"/>
      </w:pPr>
      <w:r>
        <w:t>تو آپ جانتے ہیں کہ چیونٹیاں جو ہیں، جہاں بل ان کا ہوتا ہے تو وہ مٹی نکال نکال کے</w:t>
      </w:r>
    </w:p>
    <w:p>
      <w:r>
        <w:rPr>
          <w:b/>
        </w:rPr>
        <w:t xml:space="preserve">[57:08] </w:t>
      </w:r>
      <w:r>
        <w:t>upar lati hain. is ko kehte hain ant hill. ant hill. to wo is ki lagatar tehqeeq kar rahe hain. ke cheunti andar ja ke kiya karti hai? kaise wo ant hill banati hai? thirty years tak isi par research karta raha wo, tees saal tak, phir kitaab likhi us ne. yeh tha spirit of inquiry. about nature. ab spirit of inquiry aaya hai about truth, sachai. about Quran, about word of God. is ko aap avail kiji</w:t>
      </w:r>
    </w:p>
    <w:p>
      <w:pPr>
        <w:jc w:val="right"/>
      </w:pPr>
      <w:r>
        <w:t>اوپر لاتی ہیں۔ اس کو کہتے ہیں اینٹ ہل۔ اینٹ ہل۔ تو وہ اس کی لگاتار تحقیق کر رہے ہیں۔ کہ چیونٹی اندر جا کے کیا کرتی ہے؟ کیسے وہ اینٹ ہل بناتی ہے؟ تھرٹی ایئرز تک اسی پر ریسرچ کرتا رہا وہ، تیس سال تک، پھر کتاب لکھی اس نے۔ یہ تھا اسپرٹ آف انکوائری۔ اباؤٹ نیچر۔ اب اسپرٹ آف انکوائری آیا ہے اباؤٹ ٹروتھ، سچائی۔ اباؤٹ قرآن، اباؤٹ ورڈ آف گاڈ۔ اس کو آپ اویل کیجی</w:t>
      </w:r>
    </w:p>
    <w:p>
      <w:r>
        <w:rPr>
          <w:b/>
        </w:rPr>
        <w:t xml:space="preserve">[57:38] </w:t>
      </w:r>
      <w:r>
        <w:t>hai.</w:t>
      </w:r>
    </w:p>
    <w:p>
      <w:pPr>
        <w:jc w:val="right"/>
      </w:pPr>
      <w:r>
        <w:t>ے۔</w:t>
      </w:r>
    </w:p>
    <w:p>
      <w:r>
        <w:rPr>
          <w:b/>
        </w:rPr>
        <w:t xml:space="preserve">[57:42] </w:t>
      </w:r>
      <w:r>
        <w:t>yeh ek opportunity hai, is ko aap ko avail karna hai.</w:t>
      </w:r>
    </w:p>
    <w:p>
      <w:pPr>
        <w:jc w:val="right"/>
      </w:pPr>
      <w:r>
        <w:t>یہ ایک اپرچونیٹی ہے، اس کو آپ کو اویل کرنا ہے۔</w:t>
      </w:r>
    </w:p>
    <w:p>
      <w:r>
        <w:rPr>
          <w:b/>
        </w:rPr>
        <w:t xml:space="preserve">[57:46] </w:t>
      </w:r>
      <w:r>
        <w:t>jo avail karega, usi ko adkhal kalma credit milega.</w:t>
      </w:r>
    </w:p>
    <w:p>
      <w:pPr>
        <w:jc w:val="right"/>
      </w:pPr>
      <w:r>
        <w:t>جو اویل کرے گا، اسی کو ادخال کلمہ کریڈٹ ملے گا۔</w:t>
      </w:r>
    </w:p>
    <w:p>
      <w:r>
        <w:rPr>
          <w:b/>
        </w:rPr>
        <w:t xml:space="preserve">[57:51] </w:t>
      </w:r>
      <w:r>
        <w:t>aur usi ko ikhwan-e-rasool kaha jayega.</w:t>
      </w:r>
    </w:p>
    <w:p>
      <w:pPr>
        <w:jc w:val="right"/>
      </w:pPr>
      <w:r>
        <w:t>اور اسی کو اخوان رسول کہا جائے گا۔</w:t>
      </w:r>
    </w:p>
    <w:p>
      <w:r>
        <w:rPr>
          <w:b/>
        </w:rPr>
        <w:t xml:space="preserve">[57:55] </w:t>
      </w:r>
      <w:r>
        <w:t>usi ko Allah taala ke haan jab pahunchega to farishte un ka istaqbal karenge.</w:t>
      </w:r>
    </w:p>
    <w:p>
      <w:pPr>
        <w:jc w:val="right"/>
      </w:pPr>
      <w:r>
        <w:t>اسی کو اللہ تعالیٰ کے ہاں جب پہنچے گا تو فرشتے ان کا استقبال کریں گے۔</w:t>
      </w:r>
    </w:p>
    <w:p>
      <w:r>
        <w:rPr>
          <w:b/>
        </w:rPr>
        <w:t xml:space="preserve">[58:00] </w:t>
      </w:r>
      <w:r>
        <w:t>to janiye ke Khuda kis tarah history ko manage kar raha hai.</w:t>
      </w:r>
    </w:p>
    <w:p>
      <w:pPr>
        <w:jc w:val="right"/>
      </w:pPr>
      <w:r>
        <w:t>تو جانیے کہ خدا کس طرح ہسٹری کو مینج کر رہا ہے۔</w:t>
      </w:r>
    </w:p>
    <w:p>
      <w:r>
        <w:rPr>
          <w:b/>
        </w:rPr>
        <w:t xml:space="preserve">[58:04] </w:t>
      </w:r>
      <w:r>
        <w:t>Khuda ka mansha kya hai?</w:t>
      </w:r>
    </w:p>
    <w:p>
      <w:pPr>
        <w:jc w:val="right"/>
      </w:pPr>
      <w:r>
        <w:t>خدا کا منشا کیا ہے؟</w:t>
      </w:r>
    </w:p>
    <w:p>
      <w:r>
        <w:rPr>
          <w:b/>
        </w:rPr>
        <w:t xml:space="preserve">[58:09] </w:t>
      </w:r>
      <w:r>
        <w:t>is waqt sab se pehla kaam yeh hai, har cheez ko secondary bana kar ke word of God ko duniya mein phailane ke liye uth khare hona. aqool qooli haza, wastaghfirullaha li walakum ajmaeen.</w:t>
      </w:r>
    </w:p>
    <w:p>
      <w:pPr>
        <w:jc w:val="right"/>
      </w:pPr>
      <w:r>
        <w:t>اس وقت سب سے پہلا کام یہ ہے، ہر چیز کو سیکنڈری بنا کر کے ورڈ آف گاڈ کو دنیا میں پھیلانے کے لیے اٹھ کھڑے ہونا۔ اقول قولیھذا، واستغفراللہ لی ولکم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