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Blasphemy in Islam November 24, 2024</w:t>
      </w:r>
    </w:p>
    <w:p>
      <w:r>
        <w:t>https://youtu.be/IjG5T6KZDxs</w:t>
      </w:r>
    </w:p>
    <w:p>
      <w:r>
        <w:rPr>
          <w:b/>
        </w:rPr>
        <w:t xml:space="preserve">[00:13] </w:t>
      </w:r>
      <w:r>
        <w:t>aah, aaj hum ek bahut hi aham, aah, mozu par, aah, guftagu karne ja rahe hain apne teen mehmanon se. woh mozu hai "shatm-e-rasool" ka masla.</w:t>
      </w:r>
    </w:p>
    <w:p>
      <w:pPr>
        <w:jc w:val="right"/>
      </w:pPr>
      <w:r>
        <w:t>آہ، آج ہم ایک بہت ہی اہم، آہ، موضوع پر، آہ، گفتگو کرنے جا رہے ہیں اپنے تین مہمانوں سے۔ وہ موضوع ہے "شتم رسول" کا مسئلہ۔</w:t>
      </w:r>
    </w:p>
    <w:p>
      <w:r>
        <w:rPr>
          <w:b/>
        </w:rPr>
        <w:t xml:space="preserve">[00:24] </w:t>
      </w:r>
      <w:r>
        <w:t>is masle par Maulana Wahiduddin Khan sahab ne, aah, "shatm-e-rasool" ka masla quran o hadith aur fiqh o tareekh ki roshni mein likhi hai, aur iska translation bhi ho chuka hai "the issue of blasphemy: the islamic perspective" ke naam se.</w:t>
      </w:r>
    </w:p>
    <w:p>
      <w:pPr>
        <w:jc w:val="right"/>
      </w:pPr>
      <w:r>
        <w:t>اس مسئلے پر مولانا وحید الدین خان صاحب نے، آہ، "شتم رسول" کا مسئلہ قرآن و حدیث اور فقہ و تاریخ کی روشنی میں لکھی ہے، اور اس کا ٹرانسلیشن بھی ہو چکا ہے "دا ایشو آف بلاسفیمی: دا اسلامک پرسپیکٹو" کے نام سے۔</w:t>
      </w:r>
    </w:p>
    <w:p>
      <w:r>
        <w:rPr>
          <w:b/>
        </w:rPr>
        <w:t xml:space="preserve">[00:40] </w:t>
      </w:r>
      <w:r>
        <w:t>ye dono kitaben, aah, mutalea karne ke liye cps ki website par bhi maujood hain, aur word books se bhi isko hasil kar sakte hain.</w:t>
      </w:r>
    </w:p>
    <w:p>
      <w:pPr>
        <w:jc w:val="right"/>
      </w:pPr>
      <w:r>
        <w:t>یہ دونوں کتابیں، آہ، مطالعہ کرنے کے لیے سی پی ایس کی ویب سائٹ پر بھی موجود ہیں، اور وڈورڈ بکس سے بھی اس کو حاصل کر سکتے ہیں۔</w:t>
      </w:r>
    </w:p>
    <w:p>
      <w:r>
        <w:rPr>
          <w:b/>
        </w:rPr>
        <w:t xml:space="preserve">[00:49] </w:t>
      </w:r>
      <w:r>
        <w:t>is talluq se aaj hum guftagu karne ja rahe hain apne teen mehmanon se. hamare sab se pehle mehman hain Maulana Fayyazuddin Umri sahab, ye hafiz-e-quran hain, aalim hain, aur deeni aur mut, aah, secular kitabon ka gehra mutalea rakhte hain.</w:t>
      </w:r>
    </w:p>
    <w:p>
      <w:pPr>
        <w:jc w:val="right"/>
      </w:pPr>
      <w:r>
        <w:t>اس تعلق سے آج ہم گفتگو کرنے جا رہے ہیں اپنے تین مہمانوں سے۔ ہمارے سب سے پہلے مہمان ہیں مولانا فیاض الدین عمری صاحب، یہ حافظ قرآن ہیں، عالم ہیں، اور دینی اور مت، آہ، سیکولر کتابوں کا گہرا مطالعہ رکھتے ہیں۔</w:t>
      </w:r>
    </w:p>
    <w:p>
      <w:r>
        <w:rPr>
          <w:b/>
        </w:rPr>
        <w:t xml:space="preserve">[01:07] </w:t>
      </w:r>
      <w:r>
        <w:t>hamare doosre mehman hain Maulana Hafiz Abdul Basit Umri sahab, unhon ne bhi, aah, jamia darussalam umar abad se taleem mukammal ki aur is waqt hindustan mein tashreef rakhte hain.</w:t>
      </w:r>
    </w:p>
    <w:p>
      <w:pPr>
        <w:jc w:val="right"/>
      </w:pPr>
      <w:r>
        <w:t>ہمارے دوسرے مہمان ہیں مولانا حافظ عبدالباسط عمری صاحب، انہوں نے بھی، آہ، جامعہ دارالسلام عمر آباد سے تعلیم مکمل کی اور اس وقت ہندوستان میں تشریف رکھتے ہیں۔</w:t>
      </w:r>
    </w:p>
    <w:p>
      <w:r>
        <w:rPr>
          <w:b/>
        </w:rPr>
        <w:t xml:space="preserve">[01:18] </w:t>
      </w:r>
      <w:r>
        <w:t>hamare teesre mehman hain Maulana Inayatullah Umri sahab, unhon ne jamia darussalam umar abad mein taleem mukammal ki aur is waqt bangalore mein, aah, deeni kaam karte hain.</w:t>
      </w:r>
    </w:p>
    <w:p>
      <w:pPr>
        <w:jc w:val="right"/>
      </w:pPr>
      <w:r>
        <w:t>ہمارے تیسرے مہمان ہیں مولانا عنایت اللہ عمری صاحب، انہوں نے جامعہ دارالسلام عمر آباد میں تعلیم مکمل کی اور اس وقت بینگلور میں، آہ، دینی کام کرتے ہیں۔</w:t>
      </w:r>
    </w:p>
    <w:p>
      <w:r>
        <w:rPr>
          <w:b/>
        </w:rPr>
        <w:t xml:space="preserve">[01:30] </w:t>
      </w:r>
      <w:r>
        <w:t>unhon ne tafsir-e-quran par acha kaam kiya hai, unki ek kitab shaya ho chuki hai "surah al-baqarah ki tafsir: matlab-ul-quran" ke naam se. aap teenon sathiyon ka hum is program mein istiqbal karte hain.</w:t>
      </w:r>
    </w:p>
    <w:p>
      <w:pPr>
        <w:jc w:val="right"/>
      </w:pPr>
      <w:r>
        <w:t>انہوں نے تفسیر قرآن پر اچھا کام کیا ہے، ان کی ایک کتاب شائع ہو چکی ہے "سورہ البقرہ کی تفسیر: مطالب القرآن" کے نام سے۔ آپ تینوں ساتھیوں کا ہم اس پروگرام میں استقبال کرتے ہیں۔</w:t>
      </w:r>
    </w:p>
    <w:p>
      <w:r>
        <w:rPr>
          <w:b/>
        </w:rPr>
        <w:t xml:space="preserve">[01:40] </w:t>
      </w:r>
      <w:r>
        <w:t>assalamu alaikum wa rahmatullahi. aaj hum sab se pehla sawal apne, aah, mehman Maulana Fayyazuddin Umri sahab se karenge:</w:t>
      </w:r>
    </w:p>
    <w:p>
      <w:pPr>
        <w:jc w:val="right"/>
      </w:pPr>
      <w:r>
        <w:t>السلام علیکم ورحمۃ اللہ۔ آج ہم سب سے پہلا سوال اپنے، آہ، مہمان مولانا فیاض الدین عمری صاحب سے کریں گے:</w:t>
      </w:r>
    </w:p>
    <w:p>
      <w:r>
        <w:rPr>
          <w:b/>
        </w:rPr>
        <w:t xml:space="preserve">[01:49] </w:t>
      </w:r>
      <w:r>
        <w:t>"shatm-e-rasool" ka masla kya hai? is par aap hamein kuch bataen. bismillah hir rahman nir rahim. wa salallahu ala nabiyyi al-karim, wa ala aalihi wa sahbihi ajmaeen.</w:t>
      </w:r>
    </w:p>
    <w:p>
      <w:pPr>
        <w:jc w:val="right"/>
      </w:pPr>
      <w:r>
        <w:t>"شتم رسول" کا مسئلہ کیا ہے؟ اس پر آپ ہمیں کچھ بتائیں۔ بسم اللہ الرحمن الرحیم۔ وصلی اللہ علی النبی الکریم، وعلی آلہ وصحبہ اجمعین۔</w:t>
      </w:r>
    </w:p>
    <w:p>
      <w:r>
        <w:rPr>
          <w:b/>
        </w:rPr>
        <w:t xml:space="preserve">[02:03] </w:t>
      </w:r>
      <w:r>
        <w:t>amma ba'd. sab se pehle Maulana Farhad sahab, main aap ka shukr guzar hoon ke aap ne is session mein hamein invite kiya, aur ek burning topic par</w:t>
      </w:r>
    </w:p>
    <w:p>
      <w:pPr>
        <w:jc w:val="right"/>
      </w:pPr>
      <w:r>
        <w:t>اما بعد۔ سب سے پہلے مولانا فرہاد صاحب، میں آپ کا شکر گزار ہوں کہ آپ نے اس سیشن میں ہمیں انوائٹ کیا، اور ایک برننگ ٹاپک پر</w:t>
      </w:r>
    </w:p>
    <w:p>
      <w:r>
        <w:rPr>
          <w:b/>
        </w:rPr>
        <w:t xml:space="preserve">[02:15] </w:t>
      </w:r>
      <w:r>
        <w:t>kuch alfaaz maujooda hamare sam'een ke samne rakhne ke ka mauqa diya, jazakumullah.</w:t>
      </w:r>
    </w:p>
    <w:p>
      <w:pPr>
        <w:jc w:val="right"/>
      </w:pPr>
      <w:r>
        <w:t>کچھ الفاظ موجودہ ہمارے سامعین کے سامنے رکھنے کے کا موقع دیا، جزاکم اللہ۔</w:t>
      </w:r>
    </w:p>
    <w:p>
      <w:r>
        <w:rPr>
          <w:b/>
        </w:rPr>
        <w:t xml:space="preserve">[02:24] </w:t>
      </w:r>
      <w:r>
        <w:t>aap ke sawal par aane se pehle</w:t>
      </w:r>
    </w:p>
    <w:p>
      <w:pPr>
        <w:jc w:val="right"/>
      </w:pPr>
      <w:r>
        <w:t>آپ کے سوال پر آنے سے پہلے</w:t>
      </w:r>
    </w:p>
    <w:p>
      <w:r>
        <w:rPr>
          <w:b/>
        </w:rPr>
        <w:t xml:space="preserve">[02:28] </w:t>
      </w:r>
      <w:r>
        <w:t>ek martaba hum sab jo hain, rasool-e-akram sallallahu alaihi wasallam ka jo hum par ehsan hai, usko yaad karen, aur rasool-e-akram aur aap ke ashaab par hazaron hazar durood o salam ho, jinhon ne alam-e-insaniyat ke liye be-hisab sacrifices di, aur khuda ke creation plan aur khuda ki aakhri kitab ko insanon tak pahunchane mein aakhri struggle kar di.</w:t>
      </w:r>
    </w:p>
    <w:p>
      <w:pPr>
        <w:jc w:val="right"/>
      </w:pPr>
      <w:r>
        <w:t>ایک مرتبہ ہم سب جو ہیں، رسول اکرم صلی اللہ علیہ وسلم کا جو ہم پر احسان ہے، اس کو یاد کریں، اور رسول اکرم اور آپ کے اصحاب پر ہزاروں ہزار درود و سلام ہو، جنہوں نے عالم انسانیت کے لیے بے حساب سیکریفائسز دی، اور خدا کے کریشن پلان اور خدا کی آخری کتاب کو انسانوں تک پہنچانے میں آخری اسٹرگل کر دی۔</w:t>
      </w:r>
    </w:p>
    <w:p>
      <w:r>
        <w:rPr>
          <w:b/>
        </w:rPr>
        <w:t xml:space="preserve">[02:57] </w:t>
      </w:r>
      <w:r>
        <w:t>ab hum aate hain aap ke is sawal par ke "shatm-e-rasool" ka masla kya hai? shatm ek arabi zaban ka lafz hai jis ko agar aap simple english mein kehna chahen to aap keh sakte hain "abusing".</w:t>
      </w:r>
    </w:p>
    <w:p>
      <w:pPr>
        <w:jc w:val="right"/>
      </w:pPr>
      <w:r>
        <w:t>اب ہم آتے ہیں آپ کے اس سوال پر کہ "شتم رسول" کا مسئلہ کیا ہے؟ شتم ایک عربی زبان کا لفظ ہے جس کو اگر آپ سمپل انگلش میں کہنا چاہیں تو آپ کہہ سکتے ہیں "ابیوزنگ"۔</w:t>
      </w:r>
    </w:p>
    <w:p>
      <w:r>
        <w:rPr>
          <w:b/>
        </w:rPr>
        <w:t xml:space="preserve">[03:12] </w:t>
      </w:r>
      <w:r>
        <w:t>shatm-e-rasool ka matlab hua "abusing of the prophet Muhammad" aur "other prophets". aam zaban mein aap kahenge peghambar-e-islam ke mamle mein gustakhi.</w:t>
      </w:r>
    </w:p>
    <w:p>
      <w:pPr>
        <w:jc w:val="right"/>
      </w:pPr>
      <w:r>
        <w:t>شتم رسول کا مطلب ہوا "ابیوزنگ آف دا پرافٹ محمد" اور "ادر پرافٹس"۔ عام زبان میں آپ کہیں گے پیغمبر اسلام کے معاملے میں گستاخی۔</w:t>
      </w:r>
    </w:p>
    <w:p>
      <w:r>
        <w:rPr>
          <w:b/>
        </w:rPr>
        <w:t xml:space="preserve">[03:24] </w:t>
      </w:r>
      <w:r>
        <w:t>to is ko kehte hain aam taur par musalman shatm rasool. is masle se hum, jahan tak meri memory kaam kar rahi hai, eighty, nineteen eighty eight se main waqif hoon, jabke main bohat hi aik, aah, apne teenage mein tha,</w:t>
      </w:r>
    </w:p>
    <w:p>
      <w:pPr>
        <w:jc w:val="right"/>
      </w:pPr>
      <w:r>
        <w:t>تو اس کو کہتے ہیں عام طور پر مسلمان شتم رسول۔ اس مسئلے سے ہم، جہاں تک میری میموری کام کر رہی ہے، ایٹی، نائنٹین ایٹی ایٹ سے میں واقف ہوں، جبکہ میں بہت ہی ایک، آہ، اپنے ٹین ایج میں تھا،</w:t>
      </w:r>
    </w:p>
    <w:p>
      <w:r>
        <w:rPr>
          <w:b/>
        </w:rPr>
        <w:t xml:space="preserve">[03:44] </w:t>
      </w:r>
      <w:r>
        <w:t>jab main hifz kar raha tha. to us waqt maine sab se pehli martaba apne, aah, khateeb sahab ko masjid mein juma ke din, aah, woh bohat hi zyada furious thay aur bohat hi furious speeches de rahe thay khutbe mein, khutbe mein juma ke.</w:t>
      </w:r>
    </w:p>
    <w:p>
      <w:pPr>
        <w:jc w:val="right"/>
      </w:pPr>
      <w:r>
        <w:t>جب میں حفظ کر رہا تھا۔ تو اس وقت میں نے سب سے پہلی مرتبہ اپنے، آہ، خطیب صاحب کو مسجد میں جمعہ کے دن، آہ، وہ بہت ہی زیادہ فیوریس تھے اور بہت ہی فیوریس اسپیچز دے رہے تھے خطبے میں، خطبے میں جمعہ کے۔</w:t>
      </w:r>
    </w:p>
    <w:p>
      <w:r>
        <w:rPr>
          <w:b/>
        </w:rPr>
        <w:t xml:space="preserve">[03:59] </w:t>
      </w:r>
      <w:r>
        <w:t>to main to teenage mein rehne ki wajah se kuch samajh nahi paya tha. baad mein main sochta hoon to ghaliban jo hai woh "Satanic Verses" jo Salman Rushdie sahab ne likhi thi, is kitab par unka woh radd</w:t>
      </w:r>
    </w:p>
    <w:p>
      <w:pPr>
        <w:jc w:val="right"/>
      </w:pPr>
      <w:r>
        <w:t>تو میں تو ٹین ایج میں رہنے کی وجہ سے کچھ سمجھ نہیں پایا تھا۔ بعد میں میں سوچتا ہوں تو غالباً جو ہے وہ "سیٹنک ورسز" جو سلمان رشدی صاحب نے لکھی تھی، اس کتاب پر ان کا وہ رد</w:t>
      </w:r>
    </w:p>
    <w:p>
      <w:r>
        <w:rPr>
          <w:b/>
        </w:rPr>
        <w:t xml:space="preserve">[04:11] </w:t>
      </w:r>
      <w:r>
        <w:t>amal chal raha tha. main us waqt jo hai itna us ko ghor se samajh nahi paya. main us waqt quran ke hifz ka talib-e-ilm tha. to, aah, ab main jab apne forties mein hoon to mujhe lagta hai ke yeh masla kitna gumabheer hai aur kitna dunya mein jo hai muslim community aur doosri communities ke liye aik disturbing issue ban chuka hai.</w:t>
      </w:r>
    </w:p>
    <w:p>
      <w:pPr>
        <w:jc w:val="right"/>
      </w:pPr>
      <w:r>
        <w:t>عمل چل رہا تھا۔ میں اس وقت جو ہے اتنا اس کو غور سے سمجھ نہیں پایا۔ میں اس وقت قرآن کے حفظ کا طالب علم تھا۔ تو، آہ، اب میں جب اپنے فورٹیز میں ہوں تو مجھے لگتا ہے کہ یہ مسئلہ کتنا گمبھیر ہے اور کتنا دنیا میں جو ہے مسلم کمیونٹی اور دوسری کمیونٹیز کے لیے ایک ڈسٹربنگ ایشو بن چکا ہے۔</w:t>
      </w:r>
    </w:p>
    <w:p>
      <w:r>
        <w:rPr>
          <w:b/>
        </w:rPr>
        <w:t xml:space="preserve">[04:37] </w:t>
      </w:r>
      <w:r>
        <w:t>to aaiye, aah, is issue ki jar kya hai, main</w:t>
      </w:r>
    </w:p>
    <w:p>
      <w:pPr>
        <w:jc w:val="right"/>
      </w:pPr>
      <w:r>
        <w:t>تو آئیے، آہ، اس ایشو کی جڑ کیا ہے، میں</w:t>
      </w:r>
    </w:p>
    <w:p>
      <w:r>
        <w:rPr>
          <w:b/>
        </w:rPr>
        <w:t xml:space="preserve">[04:41] </w:t>
      </w:r>
      <w:r>
        <w:t>wo baat bata kar apni aap ke is sawal ke jawab ko finish karunga. hamare Islamic literature mein is issue ki root cause maujood hain.</w:t>
      </w:r>
    </w:p>
    <w:p>
      <w:pPr>
        <w:jc w:val="right"/>
      </w:pPr>
      <w:r>
        <w:t>وہ بات بتا کر اپنی آپ کے اس سوال کے جواب کو فنش کروں گا۔ ہمارے اسلامک لٹریچر میں اس ایشو کی روٹ کاز موجود ہیں۔</w:t>
      </w:r>
    </w:p>
    <w:p>
      <w:r>
        <w:rPr>
          <w:b/>
        </w:rPr>
        <w:t xml:space="preserve">[04:52] </w:t>
      </w:r>
      <w:r>
        <w:t>is silsile mein agar aap hamare Islami literature ka mutala karein to teen kitabein is silsile mein likhi gayi hain.</w:t>
      </w:r>
    </w:p>
    <w:p>
      <w:pPr>
        <w:jc w:val="right"/>
      </w:pPr>
      <w:r>
        <w:t>اس سلسلے میں اگر آپ ہمارے اسلامی لٹریچر کا مطالعہ کریں تو تین کتابیں اس سلسلے میں لکھی گئی ہیں۔</w:t>
      </w:r>
    </w:p>
    <w:p>
      <w:r>
        <w:rPr>
          <w:b/>
        </w:rPr>
        <w:t xml:space="preserve">[04:59] </w:t>
      </w:r>
      <w:r>
        <w:t>sab se mashhoor kitab jo aam taur par logon ke andar mutadawil hai, aah, commonly used hai, woh kitab hai Ibn Taymiyyah ki. doosri is silsile mein mashhoor kitab hai, aah, Allama Subki ki.</w:t>
      </w:r>
    </w:p>
    <w:p>
      <w:pPr>
        <w:jc w:val="right"/>
      </w:pPr>
      <w:r>
        <w:t>سب سے مشہور کتاب جو عام طور پر لوگوں کے اندر متداول ہے، آہ، کامنلی یوزڈ ہے، وہ کتاب ہے ابن تیمیہ کی۔ دوسری اس سلسلے میں مشہور کتاب ہے، آہ، علامہ سبقی کی۔</w:t>
      </w:r>
    </w:p>
    <w:p>
      <w:r>
        <w:rPr>
          <w:b/>
        </w:rPr>
        <w:t xml:space="preserve">[05:12] </w:t>
      </w:r>
      <w:r>
        <w:t>aur teesri mashhoor kitab hai Allama Ibn Abidin Shami ki. to shatm rasool ke masle mein ghaliban jo hai in kitabon ne jo hai basic role play kiya hai.</w:t>
      </w:r>
    </w:p>
    <w:p>
      <w:pPr>
        <w:jc w:val="right"/>
      </w:pPr>
      <w:r>
        <w:t>اور تیسری مشہور کتاب ہے علامہ ابن عابدین شامی کی۔ تو شتم رسول کے مسئلے میں غالباً جو ہے ان کتابوں نے جو ہے بیسک رول پلے کیا ہے۔</w:t>
      </w:r>
    </w:p>
    <w:p>
      <w:r>
        <w:rPr>
          <w:b/>
        </w:rPr>
        <w:t xml:space="preserve">[05:23] </w:t>
      </w:r>
      <w:r>
        <w:t>aur musalmanon mein yeh misconception phaila diya ke shatm jo hai aik bohat hi blasphemous activity hai jis ka hum bohat hi violently react karna chahiye.</w:t>
      </w:r>
    </w:p>
    <w:p>
      <w:pPr>
        <w:jc w:val="right"/>
      </w:pPr>
      <w:r>
        <w:t>اور مسلمانوں میں یہ مس کنسیپشن پھیلا دیا کہ شتم جو ہے ایک بہت ہی بلاسفیمس ایکٹیویٹی ہے جس کا ہم بہت ہی وائلنٹلی ری ایکٹ کرنا چاہیے۔</w:t>
      </w:r>
    </w:p>
    <w:p>
      <w:r>
        <w:rPr>
          <w:b/>
        </w:rPr>
        <w:t xml:space="preserve">[05:37] </w:t>
      </w:r>
      <w:r>
        <w:t>to ghaliban yahi woh kitabein hain jis mein ulama ke, aah, aqwal ko, ulama ki opinions ko collect kiya gaya hai. goya ke woh collection of opinions of fatwas hain, fatwas of Muslim ulama</w:t>
      </w:r>
    </w:p>
    <w:p>
      <w:pPr>
        <w:jc w:val="right"/>
      </w:pPr>
      <w:r>
        <w:t>تو غالباً یہی وہ کتابیں ہیں جس میں علماء کے، آہ، اقوال کو، علماء کی اوپینینز کو کلیکٹ کیا گیا ہے۔ گویا کہ وہ کلیکشن آف اوپینینز آف فتواس ہیں، فتواس آف مسلم علماس</w:t>
      </w:r>
    </w:p>
    <w:p>
      <w:r>
        <w:rPr>
          <w:b/>
        </w:rPr>
        <w:t xml:space="preserve">[05:50] </w:t>
      </w:r>
      <w:r>
        <w:t>. to is kitab ke andar aap dekhenge to jo hai teeno musannifeen is had tak jaane ki koshish karte hain ke woh jo hai blasphemy ko, aah, is, aah, minor level par le jaane ki koshish karte hain ke agar kisi ne Amna ka yateem bhi kaha Rasool Allah ke bare mein, aah, aur fan of, aah,</w:t>
      </w:r>
    </w:p>
    <w:p>
      <w:pPr>
        <w:jc w:val="right"/>
      </w:pPr>
      <w:r>
        <w:t>۔ تو اس کتاب کے اندر آپ دیکھیں گے تو جو ہے تینوں مصنفین اس حد تک جانے کی کوشش کرتے ہیں کہ وہ جو ہے بلاسفیمی کو، آہ، اس، آہ، مائنر لیول پر لے جانے کی کوشش کرتے ہیں کہ اگر کسی نے آمنہ کا یتیم بھی کہا رسول اللہ کے بارے میں، آہ، اورفن آف، آہ،</w:t>
      </w:r>
    </w:p>
    <w:p>
      <w:r>
        <w:rPr>
          <w:b/>
        </w:rPr>
        <w:t xml:space="preserve">[06:10] </w:t>
      </w:r>
      <w:r>
        <w:t>bibi Amna</w:t>
      </w:r>
    </w:p>
    <w:p>
      <w:pPr>
        <w:jc w:val="right"/>
      </w:pPr>
      <w:r>
        <w:t>بی بی آمن</w:t>
      </w:r>
    </w:p>
    <w:p>
      <w:r>
        <w:rPr>
          <w:b/>
        </w:rPr>
        <w:t xml:space="preserve">[06:12] </w:t>
      </w:r>
      <w:r>
        <w:t>h, yeh bhi agar kisi ne kaha to woh jo hai blasphemous act kiya aur us ko jo hai us par qatl kiya jayega. to aksar logon ne yahi likha hai ke us ko qatl hi kiya jayega agarche ke woh tauba bhi kar le.</w:t>
      </w:r>
    </w:p>
    <w:p>
      <w:pPr>
        <w:jc w:val="right"/>
      </w:pPr>
      <w:r>
        <w:t>ہ، یہ بھی اگر کسی نے کہا تو وہ جو ہے بلاسفیمس ایکٹ کیا اور اس کو جو ہے اس پر قتل کیا جائے گا۔ تو اکثر لوگوں نے یہی لکھا ہے کہ اس کو قتل ہی کیا جائے گا اگرچہ کہ وہ توبہ بھی کر لے۔</w:t>
      </w:r>
    </w:p>
    <w:p>
      <w:r>
        <w:rPr>
          <w:b/>
        </w:rPr>
        <w:t xml:space="preserve">[06:24] </w:t>
      </w:r>
      <w:r>
        <w:t>aah, la yastatab. woh kehte hain ke tauba karega tab bhi jo hai us ko qatl hi kiya jayega. aah, bohat sare ulama ki yeh is mein rai batai gayi hai. aah, woh kehte hain ke jo hai kisi ne agar</w:t>
      </w:r>
    </w:p>
    <w:p>
      <w:pPr>
        <w:jc w:val="right"/>
      </w:pPr>
      <w:r>
        <w:t>آہ، لا یستطاب۔ وہ کہتے ہیں کہ توبہ کرے گا تب بھی جو ہے اس کو قتل ہی کیا جائے گا۔ آہ، بہت سارے علماء کی یہ اس میں رائے بتائی گئی ہے۔ آہ، وہ کہتے ہیں کہ جو ہے کسی نے اگر</w:t>
      </w:r>
    </w:p>
    <w:p>
      <w:r>
        <w:rPr>
          <w:b/>
        </w:rPr>
        <w:t xml:space="preserve">[06:34] </w:t>
      </w:r>
      <w:r>
        <w:t>crime kiya hai aur tauba kiya to tauba karne ki wajah se jaise us ki chori ka gunah maaf nahi kiya jata hai, isi tarah jo hai shatm jo hai isi tarah ka aik masla hai.</w:t>
      </w:r>
    </w:p>
    <w:p>
      <w:pPr>
        <w:jc w:val="right"/>
      </w:pPr>
      <w:r>
        <w:t>کرائم کیا ہے اور توبہ کیا تو توبہ کرنے کی وجہ سے جیسے اس کی چوری کا گناہ معاف نہیں کیا جاتا ہے، اسی طرح جو ہے شتم جو ہے اسی طرح کا ایک مسئلہ ہے۔</w:t>
      </w:r>
    </w:p>
    <w:p>
      <w:r>
        <w:rPr>
          <w:b/>
        </w:rPr>
        <w:t xml:space="preserve">[06:44] </w:t>
      </w:r>
      <w:r>
        <w:t>aur is par jo hai kabhi is ko maaf nahi kiya jayega, chahe to Khuda hashr ke din us ko maaf kar de. to ghaliban jo hai yahin se woh extremism jo hai musalmanon ne extract kiya hai in kitabon se jo collection of</w:t>
      </w:r>
    </w:p>
    <w:p>
      <w:pPr>
        <w:jc w:val="right"/>
      </w:pPr>
      <w:r>
        <w:t>اور اس پر جو ہے کبھی اس کو معاف نہیں کیا جائے گا، چاہے تو خدا حشر کے دن اس کو معاف کر دے۔ تو غالباً جو ہے یہیں سے وہ ایکسٹریمزم جو ہے مسلمانوں نے ایکسٹریکٹ کیا ہے ان کتابوں سے جو کلیکشن آف</w:t>
      </w:r>
    </w:p>
    <w:p>
      <w:r>
        <w:rPr>
          <w:b/>
        </w:rPr>
        <w:t xml:space="preserve">[06:56] </w:t>
      </w:r>
      <w:r>
        <w:t>fatwas hain. basically woh kitabein apne aap mein koi, aah, mustaqil kitab nahi hai. is mein, aah, sab woh hamare ulama ke jo hai opinions ko collect kiya gaya jin mein se majority yahi kehti hai ke jo hai qatl kiya jayega.</w:t>
      </w:r>
    </w:p>
    <w:p>
      <w:pPr>
        <w:jc w:val="right"/>
      </w:pPr>
      <w:r>
        <w:t>فتواس ہیں۔ بیسیکلی وہ کتابیں اپنے آپ میں کوئی، آہ، مستقل کتاب نہیں ہے۔ اس میں، آہ، سب وہ ہمارے علماء کے جو ہے اوپینینز کو کلیکٹ کیا گیا جن میں سے میجورٹی یہی کہتی ہے کہ جو ہے قتل کیا جائے گا۔</w:t>
      </w:r>
    </w:p>
    <w:p>
      <w:r>
        <w:rPr>
          <w:b/>
        </w:rPr>
        <w:t xml:space="preserve">[07:08] </w:t>
      </w:r>
      <w:r>
        <w:t>agarche ke is mein kuch exceptional statement bhi hai jaise Imam Abu Hanifa kehte hain ke us ko qatl nahi kiya jayega. kyunke woh kehte hain ke jo hai jab shatm Khuda par koi saza nahi hai hamare scholars ke paas to shatm rasool par kaisi saza?</w:t>
      </w:r>
    </w:p>
    <w:p>
      <w:pPr>
        <w:jc w:val="right"/>
      </w:pPr>
      <w:r>
        <w:t>اگرچہ کہ اس میں کچھ ایکسیپشنل اسٹیٹمنٹ بھی ہے جیسے امام ابو حنیفہ کہتے ہیں کہ اس کو قتل نہیں کیا جائے گا۔ کیونکہ وہ کہتے ہیں کہ جو ہے جب شتم خدا پر کوئی سزا نہیں ہے ہمارے اسکالرز کے پاس تو شتم رسول پر کیسی سزا؟</w:t>
      </w:r>
    </w:p>
    <w:p>
      <w:r>
        <w:rPr>
          <w:b/>
        </w:rPr>
        <w:t xml:space="preserve">[07:21] </w:t>
      </w:r>
      <w:r>
        <w:t>aah, isi tarah jo hai Sufyan Suri aur bohat sare logon ki rai hai ke nahi kiya jayega lekin woh bohat hi aik, aah, minority group of ulama hain.</w:t>
      </w:r>
    </w:p>
    <w:p>
      <w:pPr>
        <w:jc w:val="right"/>
      </w:pPr>
      <w:r>
        <w:t>آہ، اسی طرح جو ہے سفیان سوری اور بہت سارے لوگوں کی رائے ہے کہ نہیں کیا جائے گا لیکن وہ بہت ہی ایک، آہ، مائنورٹی گروپ آف علماء ہیں۔</w:t>
      </w:r>
    </w:p>
    <w:p>
      <w:r>
        <w:rPr>
          <w:b/>
        </w:rPr>
        <w:t xml:space="preserve">[07:29] </w:t>
      </w:r>
      <w:r>
        <w:t>baqi jo hai zyada tar ulama ki yahi rai hai aur woh is is extreme tak pahunch chuke hain ke jo hai, aah, agar us ne tauba ki tab bhi us ko nahi choda jayega, us ko qatl hi kiya jayega.</w:t>
      </w:r>
    </w:p>
    <w:p>
      <w:pPr>
        <w:jc w:val="right"/>
      </w:pPr>
      <w:r>
        <w:t>باقی جو ہے زیادہ تر علماء کی یہی رائے ہے اور وہ اس اس ایکسٹریم تک پہنچ چکے ہیں کہ جو ہے، آہ، اگر اس نے توبہ کی تب بھی اس کو نہیں چھوڑا جائے گا، اس کو قتل ہی کیا جائے گا۔</w:t>
      </w:r>
    </w:p>
    <w:p>
      <w:r>
        <w:rPr>
          <w:b/>
        </w:rPr>
        <w:t xml:space="preserve">[07:40] </w:t>
      </w:r>
      <w:r>
        <w:t>to ghaliban jo hai meri is explanation se is masle ki gumabheerta aur jo hai, aah, importance jo hai hamare samne aa gaya hoga.</w:t>
      </w:r>
    </w:p>
    <w:p>
      <w:pPr>
        <w:jc w:val="right"/>
      </w:pPr>
      <w:r>
        <w:t>تو غالباً جو ہے میری اس ایکسپلینیشن سے اس مسئلے کی گمبھیرتا اور جو ہے، آہ، امپورٹنس جو ہے ہمارے سامنے آگیا ہوگا۔</w:t>
      </w:r>
    </w:p>
    <w:p>
      <w:r>
        <w:rPr>
          <w:b/>
        </w:rPr>
        <w:t xml:space="preserve">[07:49] </w:t>
      </w:r>
      <w:r>
        <w:t>to</w:t>
      </w:r>
    </w:p>
    <w:p>
      <w:pPr>
        <w:jc w:val="right"/>
      </w:pPr>
      <w:r>
        <w:t>تو</w:t>
      </w:r>
    </w:p>
    <w:p>
      <w:r>
        <w:rPr>
          <w:b/>
        </w:rPr>
        <w:t xml:space="preserve">[07:50] </w:t>
      </w:r>
      <w:r>
        <w:t>main aap ka shukriya ada karta hoon ke aap ne aik bohat achhe sawal par guftagu karne ka hamein mauqa diya. haan, bohat achhi baat aap ne batai ke yeh kis buniyad par musalmanon ke darmiyan yeh masla itna sensitive ho gaya hai, woh teen kitabein hain.</w:t>
      </w:r>
    </w:p>
    <w:p>
      <w:pPr>
        <w:jc w:val="right"/>
      </w:pPr>
      <w:r>
        <w:t>میں آپ کا شکریہ ادا کرتا ہوں کہ آپ نے ایک بہت اچھے سوال پر گفتگو کرنے کا ہمیں موقع دیا۔ ہاں، بہت اچھی بات آپ نے بتائی کہ یہ کس بنیاد پر مسلمانوں کے درمیان یہ مسئلہ اتنا سینسٹیو ہو گیا ہے، وہ تین کتابیں ہیں۔</w:t>
      </w:r>
    </w:p>
    <w:p>
      <w:r>
        <w:rPr>
          <w:b/>
        </w:rPr>
        <w:t xml:space="preserve">[08:07] </w:t>
      </w:r>
      <w:r>
        <w:t>to is talluq se main apne sunne walon ko yeh batana chahta hoon ke Maulana Wahiduddin Khan sahab ne apni kitab "Shatm-e-Rasool" ka masla jo maine aap ke samne zikr kiya tha, us mein, aah, unhone specially Ibn Taymiyyah ki kitab ko le kar tajziya kiya aur bataya ke un ke jo dalail hain woh kya hain, kis, kahan par ja kar woh, aah, aah, leak karte hain.</w:t>
      </w:r>
    </w:p>
    <w:p>
      <w:pPr>
        <w:jc w:val="right"/>
      </w:pPr>
      <w:r>
        <w:t>تو اس تعلق سے میں اپنے سننے والوں کو یہ بتانا چاہتا ہوں کہ مولانا وحید الدین خان صاحب نے اپنی کتاب "شتم رسول" کا مسئلہ جو میں نے آپ کے سامنے ذکر کیا تھا، اس میں، آہ، انہوں نے اسپیشلی ابن تیمیہ کی کتاب کو لے کر تجزیہ کیا اور بتایا کہ ان کے جو دلائل ہیں وہ کیا ہیں، کس، کہاں پر جا کر وہ، آہ، آہ، لیک کرتے ہیں۔</w:t>
      </w:r>
    </w:p>
    <w:p>
      <w:r>
        <w:rPr>
          <w:b/>
        </w:rPr>
        <w:t xml:space="preserve">[08:30] </w:t>
      </w:r>
      <w:r>
        <w:t>aah, waqai woh daleel honi chahiye ya nahi, yeh cheez is mein aap jaan sakte hain is ko parh kar.</w:t>
      </w:r>
    </w:p>
    <w:p>
      <w:pPr>
        <w:jc w:val="right"/>
      </w:pPr>
      <w:r>
        <w:t>آہ، واقعی وہ دلیل ہونی چاہیے یا نہیں، یہ چیز اس میں آپ جان سکتے ہیں اس کو پڑھ کر۔</w:t>
      </w:r>
    </w:p>
    <w:p>
      <w:r>
        <w:rPr>
          <w:b/>
        </w:rPr>
        <w:t xml:space="preserve">[08:36] </w:t>
      </w:r>
      <w:r>
        <w:t>to ab mein apna agla sawal Maulana Inayat Umri sahib se karunga ke kya peghambar e Islam sallallahu alaihi wasallam ne shatm e rasool ki saza kisi ko di thi?</w:t>
      </w:r>
    </w:p>
    <w:p>
      <w:pPr>
        <w:jc w:val="right"/>
      </w:pPr>
      <w:r>
        <w:t>تو اب میں اپنا اگلا سوال مولانا عنایت عمری صاحب سے کروں گا کہ کیا پیغمبر اسلام صلی اللہ علیہ وسلم نے شتم رسول کی سزا کسی کو دی تھی؟</w:t>
      </w:r>
    </w:p>
    <w:p>
      <w:r>
        <w:rPr>
          <w:b/>
        </w:rPr>
        <w:t xml:space="preserve">[08:48] </w:t>
      </w:r>
      <w:r>
        <w:t>aap ka bohat shukriya is session mein dawat dene ke liye. yeh jaisa ke hamare sathiyon ne bataya ke yeh topic jo hai door e jadeed ka ek bohat hi burning topic hai.</w:t>
      </w:r>
    </w:p>
    <w:p>
      <w:pPr>
        <w:jc w:val="right"/>
      </w:pPr>
      <w:r>
        <w:t>آپ کا بہت شکریہ اس سیشن میں دعوت دینے کے لیے۔ یہ جیسا کہ ہمارے ساتھیوں نے بتایا کہ یہ ٹاپک جو ہے دور جدید کا ایک بہت ہی برننگ ٹاپک ہے۔</w:t>
      </w:r>
    </w:p>
    <w:p>
      <w:r>
        <w:rPr>
          <w:b/>
        </w:rPr>
        <w:t xml:space="preserve">[09:06] </w:t>
      </w:r>
      <w:r>
        <w:t>is ki wajah yeh hai ke yeh media ka door hai, social media hai, electronic media hai. secondon mein baatein phail jati hain aur hangame shuru ho jate hain, agitation shuru ho jate hain.</w:t>
      </w:r>
    </w:p>
    <w:p>
      <w:pPr>
        <w:jc w:val="right"/>
      </w:pPr>
      <w:r>
        <w:t>اس کی وجہ یہ ہے کہ یہ میڈیا کا دور ہے، سوشل میڈیا ہے، الیکٹرانک میڈیا ہے۔ سیکنڈوں میں باتیں پھیل جاتی ہیں اور ہنگامے شروع ہو جاتے ہیں، ایجیٹیشن شروع ہو جاتے ہیں۔</w:t>
      </w:r>
    </w:p>
    <w:p>
      <w:r>
        <w:rPr>
          <w:b/>
        </w:rPr>
        <w:t xml:space="preserve">[09:22] </w:t>
      </w:r>
      <w:r>
        <w:t>to is silsile mein yeh jaanna zaroori hai ke kya Rasool Allah ne apne zamane mein jo shatm ke mujrim thay, un ko koi saza di jinhon ne blasphemy ki ya peghambar ki toheen ki, aap ki shan mein gustakhi ki?</w:t>
      </w:r>
    </w:p>
    <w:p>
      <w:pPr>
        <w:jc w:val="right"/>
      </w:pPr>
      <w:r>
        <w:t>تو اس سلسلے میں یہ جاننا ضروری ہے کہ کیا رسول اللہ نے اپنے زمانے میں جو شتم کے مجرمین تھے، ان کو کوئی سزا دی جنہوں نے بلاسفیمی کی یا پیغمبر کی توہین کی، آپ کی شان میں گستاخی کی؟</w:t>
      </w:r>
    </w:p>
    <w:p>
      <w:r>
        <w:rPr>
          <w:b/>
        </w:rPr>
        <w:t xml:space="preserve">[09:41] </w:t>
      </w:r>
      <w:r>
        <w:t>to kya aap ne un ke liye koi saza di hai?</w:t>
      </w:r>
    </w:p>
    <w:p>
      <w:pPr>
        <w:jc w:val="right"/>
      </w:pPr>
      <w:r>
        <w:t>تو کیا آپ نے ان کے لیے کوئی سزا دی ہے؟</w:t>
      </w:r>
    </w:p>
    <w:p>
      <w:r>
        <w:rPr>
          <w:b/>
        </w:rPr>
        <w:t xml:space="preserve">[09:44] </w:t>
      </w:r>
      <w:r>
        <w:t>dekhein, agar hum Quran o Hadees mein dekhein to wazeh taur par nazar aata hai ke khud Quran mein Allah Ta'ala ne shatm ka zikr kiya hai.</w:t>
      </w:r>
    </w:p>
    <w:p>
      <w:pPr>
        <w:jc w:val="right"/>
      </w:pPr>
      <w:r>
        <w:t>دیکھیں، اگر ہم قرآن حدیث میں دیکھیں تو واضح طور پر نظر آتا ہے کہ خود قرآن میں اللہ تعالیٰ نے شتم کا ذکر کیا ہے۔</w:t>
      </w:r>
    </w:p>
    <w:p>
      <w:r>
        <w:rPr>
          <w:b/>
        </w:rPr>
        <w:t xml:space="preserve">[09:59] </w:t>
      </w:r>
      <w:r>
        <w:t>ek to Quran ki bohat wazeh aayatein hain jis mein Allah batate hain: "man</w:t>
      </w:r>
    </w:p>
    <w:p>
      <w:pPr>
        <w:jc w:val="right"/>
      </w:pPr>
      <w:r>
        <w:t>ایک تو قرآن کی بہت واضح آیتیں ہیں جس میں اللہ بتاتے ہیں: "من</w:t>
      </w:r>
    </w:p>
    <w:p>
      <w:r>
        <w:rPr>
          <w:b/>
        </w:rPr>
        <w:t xml:space="preserve">[10:08] </w:t>
      </w:r>
      <w:r>
        <w:t>qablak" ke aap se pehle peghambaron ka bhi istihza kiya gaya, mazak uraya gaya</w:t>
      </w:r>
    </w:p>
    <w:p>
      <w:pPr>
        <w:jc w:val="right"/>
      </w:pPr>
      <w:r>
        <w:t>قبلک" کہ آپ سے پہلے پیغمبروں کا بھی استہزاء کیا گیا، مذاق اڑایا گیا</w:t>
      </w:r>
    </w:p>
    <w:p>
      <w:r>
        <w:rPr>
          <w:b/>
        </w:rPr>
        <w:t xml:space="preserve">[10:13] </w:t>
      </w:r>
      <w:r>
        <w:t>, un ki bhi toheen ki gayi aur aap ki bhi ki ki ja rahi hai. aur is silsile mein Quran ki ek surat hai, Surah Al-Kawthar, is mein un logon ka Allah ne zikr kiya hai jo Rasool Allah ko abtar kaha karte thay.</w:t>
      </w:r>
    </w:p>
    <w:p>
      <w:pPr>
        <w:jc w:val="right"/>
      </w:pPr>
      <w:r>
        <w:t>، ان کی بھی توہین کی گئی اور آپ کی بھی کی کی جا رہی ہے۔ اور اس سلسلے میں قرآن کی ایک سورت ہے، سورۃ الکوثر، اس میں ان لوگوں کا اللہ نے ذکر کیا ہے جو رسول اللہ کو ابتر کہا کرتے تھے۔</w:t>
      </w:r>
    </w:p>
    <w:p>
      <w:r>
        <w:rPr>
          <w:b/>
        </w:rPr>
        <w:t xml:space="preserve">[10:31] </w:t>
      </w:r>
      <w:r>
        <w:t>abtar jo hai yeh blasphemy hai, is ka matlab yeh hai ke "alladhi la uqbah" ke un ki koi narina aulad nahi hai,</w:t>
      </w:r>
    </w:p>
    <w:p>
      <w:pPr>
        <w:jc w:val="right"/>
      </w:pPr>
      <w:r>
        <w:t>ابتر جو ہے یہ بلاسفیمی ہے، اس کا مطلب یہ ہے کہ "الذی لا عقبہ" کہ ان کی کوئی نرینہ اولاد نہیں ہے،</w:t>
      </w:r>
    </w:p>
    <w:p>
      <w:r>
        <w:rPr>
          <w:b/>
        </w:rPr>
        <w:t xml:space="preserve">[10:43] </w:t>
      </w:r>
      <w:r>
        <w:t>yeh mar jayenge to un ka naam o nishan sab khatam ho jayega. yahi log aap ko abtar kehte thay. aur is se bhi bari misaal yeh hai ke Quran mein Allah ne Abdullah bin Ubay ka jo door e Rasool mein munafiqeen ka sardar tha,</w:t>
      </w:r>
    </w:p>
    <w:p>
      <w:pPr>
        <w:jc w:val="right"/>
      </w:pPr>
      <w:r>
        <w:t>یہ مر جائیں گے تو ان کا نام نشان سب ختم ہو جائے گا۔ یہی لوگ آپ کو ابتر کہتے تھے۔ اور اس سے بھی بڑی مثال یہ ہے کہ قرآن میں اللہ نے عبداللہ بن ابی کا جو دور رسول میں منافقین کا سردار تھا،</w:t>
      </w:r>
    </w:p>
    <w:p>
      <w:r>
        <w:rPr>
          <w:b/>
        </w:rPr>
        <w:t xml:space="preserve">[11:03] </w:t>
      </w:r>
      <w:r>
        <w:t>us ka zikr kiya hai ke us ne ek mauqe par yeh kaha tha ke "man</w:t>
      </w:r>
    </w:p>
    <w:p>
      <w:pPr>
        <w:jc w:val="right"/>
      </w:pPr>
      <w:r>
        <w:t>اس کا ذکر کیا ہے کہ اس نے ایک موقع پر یہ کہا تھا کہ "من</w:t>
      </w:r>
    </w:p>
    <w:p>
      <w:r>
        <w:rPr>
          <w:b/>
        </w:rPr>
        <w:t xml:space="preserve">[11:13] </w:t>
      </w:r>
      <w:r>
        <w:t>ke hum mein jo sab se ziyada ba-izzat hain, woh sab se ziyada zalil shakhs ko Madinah se bahar nikal denge".</w:t>
      </w:r>
    </w:p>
    <w:p>
      <w:pPr>
        <w:jc w:val="right"/>
      </w:pPr>
      <w:r>
        <w:t>کہ ہم میں جو سب سے زیادہ باعزت ہیں، وہ سب سے زیادہ ذلیل شخص کو مدینے سے باہر نکال دیں گے"۔</w:t>
      </w:r>
    </w:p>
    <w:p>
      <w:r>
        <w:rPr>
          <w:b/>
        </w:rPr>
        <w:t xml:space="preserve">[11:24] </w:t>
      </w:r>
      <w:r>
        <w:t>is aayat mein Allah ne us ke shatm ka zikr kiya hai jis ne apne aap ko ba-izzat aur Rasool Allah ko sab se ziyada</w:t>
      </w:r>
    </w:p>
    <w:p>
      <w:pPr>
        <w:jc w:val="right"/>
      </w:pPr>
      <w:r>
        <w:t>اس آیت میں اللہ نے اس کے شتم کا ذکر کیا ہے جس نے اپنے آپ کو باعزت اور رسول اللہ کو سب سے زیادہ</w:t>
      </w:r>
    </w:p>
    <w:p>
      <w:r>
        <w:rPr>
          <w:b/>
        </w:rPr>
        <w:t xml:space="preserve">[11:36] </w:t>
      </w:r>
      <w:r>
        <w:t>ghatiya lafz aap ke mamle mein us ne istemal kiya, "azal" ka lafz us ne istemal kiya. lekin hum dekhte hain ke is ke bawajood Rasool Allah ne us ke khilaf koi karwai nahi ki.</w:t>
      </w:r>
    </w:p>
    <w:p>
      <w:pPr>
        <w:jc w:val="right"/>
      </w:pPr>
      <w:r>
        <w:t>گھٹیا لفظ آپ کے معاملے میں اس نے استعمال کیا، "ازل" کا لفظ اس نے استعمال کیا۔ لیکن ہم دیکھتے ہیں کہ اس کے باوجود رسول اللہ نے اس کے خلاف کوئی کارروائی نہیں کی۔</w:t>
      </w:r>
    </w:p>
    <w:p>
      <w:r>
        <w:rPr>
          <w:b/>
        </w:rPr>
        <w:t xml:space="preserve">[11:52] </w:t>
      </w:r>
      <w:r>
        <w:t>is waqe ke baad khud Abdullah bin Ubay ke bete Abdullah Rasool Allah ke paas aaye, woh Sahabi hain, unhon ne kaha ke "Ya Rasool Allah!</w:t>
      </w:r>
    </w:p>
    <w:p>
      <w:pPr>
        <w:jc w:val="right"/>
      </w:pPr>
      <w:r>
        <w:t>اس واقعے کے بعد خود عبداللہ بن ابی کے بیٹے عبداللہ رسول اللہ کے پاس آئے، وہ صحابی ہیں، انہوں نے کہا کہ "یا رسول اللہ!</w:t>
      </w:r>
    </w:p>
    <w:p>
      <w:r>
        <w:rPr>
          <w:b/>
        </w:rPr>
        <w:t xml:space="preserve">[12:03] </w:t>
      </w:r>
      <w:r>
        <w:t>mujhe ijazat dijiye ke main apne baap ka qatl karoon".</w:t>
      </w:r>
    </w:p>
    <w:p>
      <w:pPr>
        <w:jc w:val="right"/>
      </w:pPr>
      <w:r>
        <w:t>مجھے اجازت دیجئے کہ میں اپنے باپ کا قتل کروں"۔</w:t>
      </w:r>
    </w:p>
    <w:p>
      <w:r>
        <w:rPr>
          <w:b/>
        </w:rPr>
        <w:t xml:space="preserve">[12:09] </w:t>
      </w:r>
      <w:r>
        <w:t>aap ne un ko mana kar diya aur unhon ne yeh bhi kaha ke "agar aap yeh kaam kisi aur ke supurd karein to shayad mujhe takleef hogi aur main hamesha is ko is nazar se dekhunga ke yeh mere baap ke qatil hain.</w:t>
      </w:r>
    </w:p>
    <w:p>
      <w:pPr>
        <w:jc w:val="right"/>
      </w:pPr>
      <w:r>
        <w:t>آپ نے ان کو منع کر دیا اور انہوں نے یہ بھی کہا کہ "اگر آپ یہ کام کسی اور کے سپرد کریں تو شاید مجھے تکلیف ہوگی اور میں ہمیشہ اس کو اس نظر سے دیکھوں گا کہ یہ میرے باپ کے قاتل ہیں۔</w:t>
      </w:r>
    </w:p>
    <w:p>
      <w:r>
        <w:rPr>
          <w:b/>
        </w:rPr>
        <w:t xml:space="preserve">[12:23] </w:t>
      </w:r>
      <w:r>
        <w:t>is se behtar yeh hai ke woh zimmedari aap mujhe dijiye, main karta hoon". aap sallallahu alaihi wasallam ne mana kiya. un ke toheen ke waqiyat, Abdullah bin Ubay ke toheen ke waqiyat itne ziyada hain ke ek martaba Hazrat Umar bin Khattab Razi Allahu Anhu ne ja ke kaha Rasool Allah se:</w:t>
      </w:r>
    </w:p>
    <w:p>
      <w:pPr>
        <w:jc w:val="right"/>
      </w:pPr>
      <w:r>
        <w:t>اس سے بہتر یہ ہے کہ وہ ذمہ داری آپ مجھے دیجئے، میں کرتا ہوں"۔ آپ صلی اللہ علیہ وسلم نے منع کیا۔ ان کے توہین کے واقعات، عبداللہ بن ابی کے توہین کے واقعات اتنے زیادہ ہیں کہ ایک مرتبہ حضرت عمر بن خطاب رضی اللہ تعالیٰ عنہ نے جا کے کہا رسول اللہ سے:</w:t>
      </w:r>
    </w:p>
    <w:p>
      <w:r>
        <w:rPr>
          <w:b/>
        </w:rPr>
        <w:t xml:space="preserve">[12:42] </w:t>
      </w:r>
      <w:r>
        <w:t>"Ya Rasool Allah! ijazat dijiye, is munafiq ko maar doon, qatl kar doon". Nabi sallallahu alaihi wasallam ne kaha ke "agar hum in ka qatl karenge to dunya yeh kahegi ke "in Muhammad yu qatilu ashabahu" ke Muhammad jo hai apne hi aadmi ko qatl karte hain, un ke darmiyan un ke apne log hi safe nahi hain.</w:t>
      </w:r>
    </w:p>
    <w:p>
      <w:pPr>
        <w:jc w:val="right"/>
      </w:pPr>
      <w:r>
        <w:t>"یا رسول اللہ! اجازت دیجئے، اس منافق کو مار دوں، قتل کر دوں"۔ نبی صلی اللہ علیہ وسلم نے کہا کہ "اگر ہم ان کا قتل کریں گے تو دنیا یہ کہے گی کہ ان محمد یقتل اصحابہ" کہ محمد جو ہے اپنے ہی آدمی کو قتل کرتے ہیں، ان کے درمیان ان کے اپنے لوگ ہی سیف نہیں ہیں۔</w:t>
      </w:r>
    </w:p>
    <w:p>
      <w:r>
        <w:rPr>
          <w:b/>
        </w:rPr>
        <w:t xml:space="preserve">[13:05] </w:t>
      </w:r>
      <w:r>
        <w:t>dekhein, yeh woh shakhs hai Abdullah bin Ubay jis ne ek mauqe par Nabi sallallahu alaihi wasallam ki jo zawja hain, Ummul Momineen Aisha Siddiqa Razi Allahu Anha, un par tohmat lagayi.</w:t>
      </w:r>
    </w:p>
    <w:p>
      <w:pPr>
        <w:jc w:val="right"/>
      </w:pPr>
      <w:r>
        <w:t>دیکھیں، یہ وہ شخص ہے عبداللہ بن ابی جس نے ایک موقع پر نبی صلی اللہ علیہ وسلم کی جو زوجہ ہیں، ام المومنین عائشہ صدیقہ رضی اللہ عنہا، ان پر تہمت لگائی۔</w:t>
      </w:r>
    </w:p>
    <w:p>
      <w:r>
        <w:rPr>
          <w:b/>
        </w:rPr>
        <w:t xml:space="preserve">[13:23] </w:t>
      </w:r>
      <w:r>
        <w:t>yani woh shakhs jis ne Rasool Allah ke ghar ki izzat ko neelam kiya, bazaar mein laya aur aap sallallahu alaihi wasallam un ke talluq se kehte hain ke "agar maine un ka qatl kiya to Islam ki izzat sar bazaar aa jayegi".</w:t>
      </w:r>
    </w:p>
    <w:p>
      <w:pPr>
        <w:jc w:val="right"/>
      </w:pPr>
      <w:r>
        <w:t>یعنی وہ شخص جس نے رسول اللہ کے گھر کی عزت کو نیلام کیا، بازار میں لایا اور آپ صلی اللہ علیہ وسلم ان کے تعلق سے کہتے ہیں کہ "اگر میں نے ان کا قتل کیا تو اسلام کی عزت سر بازار آ جائے گی"۔</w:t>
      </w:r>
    </w:p>
    <w:p>
      <w:r>
        <w:rPr>
          <w:b/>
        </w:rPr>
        <w:t xml:space="preserve">[13:39] </w:t>
      </w:r>
      <w:r>
        <w:t>to is se hum samajh sakte hain ke Nabi sallallahu alaihi wasallam ne bawajood is ke ke un ka shatm khula tha, wazeh tha, magar un ki natural death hoti hai,</w:t>
      </w:r>
    </w:p>
    <w:p>
      <w:pPr>
        <w:jc w:val="right"/>
      </w:pPr>
      <w:r>
        <w:t>تو اس سے ہم سمجھ سکتے ہیں کہ نبی صلی اللہ علیہ وسلم نے باوجود اس کے کہ ان کا شتم کھلا تھا، واضح تھا، مگر ان کی نیچرل ڈیتھ ہوتی ہے،</w:t>
      </w:r>
    </w:p>
    <w:p>
      <w:r>
        <w:rPr>
          <w:b/>
        </w:rPr>
        <w:t xml:space="preserve">[13:52] </w:t>
      </w:r>
      <w:r>
        <w:t>natural un ki wafat hoti hai aur is mauqe par aap sallallahu alaihi wasallam ne un ke kafan ke liye apna kapda bhi bheja.</w:t>
      </w:r>
    </w:p>
    <w:p>
      <w:pPr>
        <w:jc w:val="right"/>
      </w:pPr>
      <w:r>
        <w:t>نیچرل ان کی وفات ہوتی ہے اور اس موقع پر آپ صلی اللہ علیہ وسلم نے ان کے کفن کے لیے اپنا کپڑا بھی بھیجا۔</w:t>
      </w:r>
    </w:p>
    <w:p>
      <w:r>
        <w:rPr>
          <w:b/>
        </w:rPr>
        <w:t xml:space="preserve">[14:04] </w:t>
      </w:r>
      <w:r>
        <w:t>is se hum andaza laga sakte hain ke peghambar ke zamane mein aise waqeat hue magar koi agitation nahi hua, koi hangama nahi hua, koi log sadkon par nahi nikle, hangama nahi kiya logon ne.</w:t>
      </w:r>
    </w:p>
    <w:p>
      <w:pPr>
        <w:jc w:val="right"/>
      </w:pPr>
      <w:r>
        <w:t>اس سے ہم اندازہ لگا سکتے ہیں کہ پیغمبر کے زمانے میں ایسے واقعات ہوئے مگر کوئی ایجیٹیشن نہیں ہوا، کوئی ہنگامہ نہیں ہوا، کوئی لوگ سڑکوں پر نہیں نکلے، ہنگامہ نہیں کیا لوگوں نے۔</w:t>
      </w:r>
    </w:p>
    <w:p>
      <w:r>
        <w:rPr>
          <w:b/>
        </w:rPr>
        <w:t xml:space="preserve">[14:20] </w:t>
      </w:r>
      <w:r>
        <w:t>to islami talimat mein yeh baat maujood hi nahi hai ke kisi shatm ke liye, yeh yeh shatm ke mujrim ke liye koi saza di jaye.</w:t>
      </w:r>
    </w:p>
    <w:p>
      <w:pPr>
        <w:jc w:val="right"/>
      </w:pPr>
      <w:r>
        <w:t>تو اسلامی تعلیمات میں یہ بات موجود ہی نہیں ہے کہ کسی شتم کے لیے، یہ یہ شتم کے مجرمین کے لیے کوئی سزا دی جائے۔</w:t>
      </w:r>
    </w:p>
    <w:p>
      <w:r>
        <w:rPr>
          <w:b/>
        </w:rPr>
        <w:t xml:space="preserve">[14:30] </w:t>
      </w:r>
      <w:r>
        <w:t>ji, jazak Allah khair. shukriya Maulana Inayat sahib.</w:t>
      </w:r>
    </w:p>
    <w:p>
      <w:pPr>
        <w:jc w:val="right"/>
      </w:pPr>
      <w:r>
        <w:t>جی، جزاک اللہ خیر۔ شکریہ مولانا عنایت صاحب۔</w:t>
      </w:r>
    </w:p>
    <w:p>
      <w:r>
        <w:rPr>
          <w:b/>
        </w:rPr>
        <w:t xml:space="preserve">[14:35] </w:t>
      </w:r>
      <w:r>
        <w:t>ab mein apne agle sawal poochne se pehle mein quran ki do ayat padhna chahunga jis se hum samajh sakte hain ke quran mein kya bataya gaya.</w:t>
      </w:r>
    </w:p>
    <w:p>
      <w:pPr>
        <w:jc w:val="right"/>
      </w:pPr>
      <w:r>
        <w:t>اب میں اپنے اگلے سوال پوچھنے سے پہلے میں قرآن کی دو آیت پڑھنا چاہوں گا جس سے ہم سمجھ سکتے ہیں کہ قرآن میں کیا بتایا گیا۔</w:t>
      </w:r>
    </w:p>
    <w:p>
      <w:r>
        <w:rPr>
          <w:b/>
        </w:rPr>
        <w:t xml:space="preserve">[14:46] </w:t>
      </w:r>
      <w:r>
        <w:t>phir hum iski mazeed wazahat Maulana Fayyaz Umri sahib se pooche ge. quran mein ek ayat hai: "ya ayyuhal lazeena aamanu la taqoolu ra'ina wa qoolu anzirna wasma'u" ke "ae logon!</w:t>
      </w:r>
    </w:p>
    <w:p>
      <w:pPr>
        <w:jc w:val="right"/>
      </w:pPr>
      <w:r>
        <w:t>پھر ہم اس کی مزید وضاحت مولانا فیاض عمری صاحب سے پوچھیں گے۔ قرآن میں ایک آیت ہے: "یا ایہا الذین آمنوا لا تقولوا راعنا وقولوا انظرنا واسمعوا" کہ "اے لوگوں!</w:t>
      </w:r>
    </w:p>
    <w:p>
      <w:r>
        <w:rPr>
          <w:b/>
        </w:rPr>
        <w:t xml:space="preserve">[14:59] </w:t>
      </w:r>
      <w:r>
        <w:t>ae iman walo! tum log ra'ina na kaho, anzir na kaho aur suno".</w:t>
      </w:r>
    </w:p>
    <w:p>
      <w:pPr>
        <w:jc w:val="right"/>
      </w:pPr>
      <w:r>
        <w:t>اے ایمان والو! تم لوگ راعنا نہ کہو، انظر نہ کہو اور سنو"۔</w:t>
      </w:r>
    </w:p>
    <w:p>
      <w:r>
        <w:rPr>
          <w:b/>
        </w:rPr>
        <w:t xml:space="preserve">[15:04] </w:t>
      </w:r>
      <w:r>
        <w:t>is ayat ka pas manzar yeh bataya jata hai ke Allah ke rasool sallallahu alaihi wasallam ke paas kuch kuch josh aya karte the aur woh aap sallallahu alaihi wasallam ko sab karne ke liye kehte the: "ra'ina".</w:t>
      </w:r>
    </w:p>
    <w:p>
      <w:pPr>
        <w:jc w:val="right"/>
      </w:pPr>
      <w:r>
        <w:t>اس آیت کا پس منظر یہ بتایا جاتا ہے کہ اللہ کے رسول صلی اللہ علیہ وسلم کے پاس کچھ کچھ جوش آیا کرتے تھے اور وہ آپ صلی اللہ علیہ وسلم کو سب کرنے کے لیے کہتے تھے: "راعنا"۔</w:t>
      </w:r>
    </w:p>
    <w:p>
      <w:r>
        <w:rPr>
          <w:b/>
        </w:rPr>
        <w:t xml:space="preserve">[15:21] </w:t>
      </w:r>
      <w:r>
        <w:t>ra'ina ka matlab hota hai do: ek to ek hamare charwahe aur doosra ahmaq, nadan ya us se bhi aur kamtar word aap samajh sakte ho.</w:t>
      </w:r>
    </w:p>
    <w:p>
      <w:pPr>
        <w:jc w:val="right"/>
      </w:pPr>
      <w:r>
        <w:t>راعنا کا مطلب ہوتا ہے دو: ایک تو ایک ہمارے چرواہے اور دوسرا احمق، نادان یا اس سے بھی اور کمتر ورڈ آپ سمجھ سکتے ہو۔</w:t>
      </w:r>
    </w:p>
    <w:p>
      <w:r>
        <w:rPr>
          <w:b/>
        </w:rPr>
        <w:t xml:space="preserve">[15:30] </w:t>
      </w:r>
      <w:r>
        <w:t>is se iske baad musalman bhi ra'ina kehne lage</w:t>
      </w:r>
    </w:p>
    <w:p>
      <w:pPr>
        <w:jc w:val="right"/>
      </w:pPr>
      <w:r>
        <w:t>اس سے اس کے بعد مسلمان بھی راعنا کہنے لگے</w:t>
      </w:r>
    </w:p>
    <w:p>
      <w:r>
        <w:rPr>
          <w:b/>
        </w:rPr>
        <w:t xml:space="preserve">[15:33] </w:t>
      </w:r>
      <w:r>
        <w:t>to Allah taala ne wahan par musalmanon ko jo talim di hai woh yeh hai ke tum yeh word use na karo, yeh alfaz use na karo jo josh use karte hain, balke iski jagah anzir na use karo.</w:t>
      </w:r>
    </w:p>
    <w:p>
      <w:pPr>
        <w:jc w:val="right"/>
      </w:pPr>
      <w:r>
        <w:t>تو اللہ تعالیٰ نے وہاں پر مسلمانوں کو جو تعلیم دی ہے وہ یہ ہے کہ تم یہ ورڈ یوز نہ کرو، یہ الفاظ یوز نہ کرو جو جوش یوز کرتے ہیں، بلکہ اس کی جگہ انظر نہ یوز کرو۔</w:t>
      </w:r>
    </w:p>
    <w:p>
      <w:r>
        <w:rPr>
          <w:b/>
        </w:rPr>
        <w:t xml:space="preserve">[15:45] </w:t>
      </w:r>
      <w:r>
        <w:t>to hum samajh sakte hain ke Allah taala ne kya talim di hai aisi cheezon se bachne ke liye. isi tarah se quran mein ek aur jagah hai: "fi hatta fi jab tum dekho kuch logon ko ke quran ki ayaton mein woh mazak uda rahe hain, iska to tum unke sath na baitho yahan tak ke woh mazak chhod kar kisi doosri baat mein lag jayein</w:t>
      </w:r>
    </w:p>
    <w:p>
      <w:pPr>
        <w:jc w:val="right"/>
      </w:pPr>
      <w:r>
        <w:t>تو ہم سمجھ سکتے ہیں کہ اللہ تعالیٰ نے کیا تعلیم دی ہے ایسی چیزوں سے بچنے کے لیے۔ اسی طریقے سے قرآن میں ایک اور جگہ ہے: "فی حتیٰ فی جب تم دیکھو کچھ لوگوں کو کہ قرآن کی آیتوں میں وہ مذاق اڑا رہے ہیں، اس کا تو تم ان کے ساتھ نہ بیٹھو یہاں تک کہ وہ مذاق چھوڑ کر کسی دوسری بات میں لگ جائیں</w:t>
      </w:r>
    </w:p>
    <w:p>
      <w:r>
        <w:rPr>
          <w:b/>
        </w:rPr>
        <w:t xml:space="preserve">[16:09] </w:t>
      </w:r>
      <w:r>
        <w:t>to iske sath baith sakte ho". matlab kya hai ke jab woh aisi situation aa jaye jis mein tum dekho ke quran o sunnat ka ka sab ho raha hai, unka mazak udaya ja raha hai to us waqt unko ignore karo.</w:t>
      </w:r>
    </w:p>
    <w:p>
      <w:pPr>
        <w:jc w:val="right"/>
      </w:pPr>
      <w:r>
        <w:t>تو اس کے ساتھ بیٹھ سکتے ہو"۔ مطلب کیا ہے کہ جب وہ ایسی سچویشن آ جائے جس میں تم دیکھو کہ قرآن و سنت کا کا سب ہو رہا ہے، ان کا مذاق اڑایا جا رہا ہے تو اس وقت ان کو اگنور کرو۔</w:t>
      </w:r>
    </w:p>
    <w:p>
      <w:r>
        <w:rPr>
          <w:b/>
        </w:rPr>
        <w:t xml:space="preserve">[16:21] </w:t>
      </w:r>
      <w:r>
        <w:t>to ab mein Maulana Fayyazuddin Umri sahib se yeh sawal karna chahunga is talluq se ke kya quran o sunnat mein shatim ki saza mazkoor hai?</w:t>
      </w:r>
    </w:p>
    <w:p>
      <w:pPr>
        <w:jc w:val="right"/>
      </w:pPr>
      <w:r>
        <w:t>تو اب میں مولانا فیاض الدین عمری صاحب سے یہ سوال کرنا چاہوں گا اس تعلق سے کہ کیا قرآن و سنت میں شاتم کی سزا مذکور ہے؟</w:t>
      </w:r>
    </w:p>
    <w:p>
      <w:r>
        <w:rPr>
          <w:b/>
        </w:rPr>
        <w:t xml:space="preserve">[16:30] </w:t>
      </w:r>
      <w:r>
        <w:t>kyun ke quran to yeh kehta hai lekin kya sunnat mein bhi hai ya quran mein bhi kahin ho? is par aap hamein batayein kya hai.</w:t>
      </w:r>
    </w:p>
    <w:p>
      <w:pPr>
        <w:jc w:val="right"/>
      </w:pPr>
      <w:r>
        <w:t>کیونکہ قرآن تو یہ کہتا ہے لیکن کیا سنت میں بھی ہے یا قرآن میں بھی کہیں ہو؟ اس پر آپ ہمیں بتائیں کیا ہے۔</w:t>
      </w:r>
    </w:p>
    <w:p>
      <w:r>
        <w:rPr>
          <w:b/>
        </w:rPr>
        <w:t xml:space="preserve">[16:39] </w:t>
      </w:r>
      <w:r>
        <w:t>Maulana Farhan sahib, aap ka sawal bahut hi aham hai. ab yeh waqt aa gaya hai ke jo hai hamare fuqaha aur ulama ne is silsile mein jo kuch likha hai ya kaha hai,</w:t>
      </w:r>
    </w:p>
    <w:p>
      <w:pPr>
        <w:jc w:val="right"/>
      </w:pPr>
      <w:r>
        <w:t>مولانا فرحان صاحب، آپ کا سوال بہت ہی اہم ہے۔ اب یہ وقت آگیا ہے کہ جو ہے ہمارے فقہاء اور علماء نے اس سلسلے میں جو کچھ لکھا ہے یا کہا ہے،</w:t>
      </w:r>
    </w:p>
    <w:p>
      <w:r>
        <w:rPr>
          <w:b/>
        </w:rPr>
        <w:t xml:space="preserve">[16:52] </w:t>
      </w:r>
      <w:r>
        <w:t>us ko reassess kiya jaye, us par nazar sani ki jaye. is ka waqt hai. jaise ke hamare Maulana Inayat sahib farma rahe hain ke yeh jo hai masla islam ki image disruption ka ban gaya hai.</w:t>
      </w:r>
    </w:p>
    <w:p>
      <w:pPr>
        <w:jc w:val="right"/>
      </w:pPr>
      <w:r>
        <w:t>اس کو ری ایسس کیا جائے، اس پر نظر ثانی کی جائے۔ اس کا وقت ہے۔ جیسے کہ ہمارے مولانا عنایت صاحب فرما رہے ہیں کہ یہ جو ہے مسئلہ اسلام کی امیج ڈس رپشن کا بن گیا ہے۔</w:t>
      </w:r>
    </w:p>
    <w:p>
      <w:r>
        <w:rPr>
          <w:b/>
        </w:rPr>
        <w:t xml:space="preserve">[17:06] </w:t>
      </w:r>
      <w:r>
        <w:t>yani is se yeh message ja raha hai duniya ke andar ke musalman ek intolerant community hai aur jo hai musalman jo hai ek barbarik mindset rakhte hain jo ke hamare is modern daur ke liye bahut hi nuksan deh hai.</w:t>
      </w:r>
    </w:p>
    <w:p>
      <w:pPr>
        <w:jc w:val="right"/>
      </w:pPr>
      <w:r>
        <w:t>یعنی اس سے یہ میسج جا رہا ہے دنیا کے اندر کہ مسلمان ایک انٹولرینٹ کمیونٹی ہے اور جو ہے مسلمان جو ہے ایک بیربرک مائنڈ سیٹ رکھتے ہیں جو کہ ہمارے اس ماڈرن دور کے لیے بہت ہی نقصان دہ ہے۔</w:t>
      </w:r>
    </w:p>
    <w:p>
      <w:r>
        <w:rPr>
          <w:b/>
        </w:rPr>
        <w:t xml:space="preserve">[17:24] </w:t>
      </w:r>
      <w:r>
        <w:t>to yeh image building ka masla ban chuka hai aur doosri taraf jo hai world peace ke liye jo hai ek challenge hai yeh fat</w:t>
      </w:r>
    </w:p>
    <w:p>
      <w:pPr>
        <w:jc w:val="right"/>
      </w:pPr>
      <w:r>
        <w:t>تو یہ امیج بلڈنگ کا مسئلہ بن چکا ہے اور دوسری طرف جو ہے ورلڈ پیس کے لیے جو ہے ایک چیلنج ہے یہ فت</w:t>
      </w:r>
    </w:p>
    <w:p>
      <w:r>
        <w:rPr>
          <w:b/>
        </w:rPr>
        <w:t xml:space="preserve">[17:32] </w:t>
      </w:r>
      <w:r>
        <w:t>wa. to ab hamein jo hai hamare ulama aur fuqaha ne is silsile mein jo kuch likha hai, hamare ulama waqai woh scholar the, unko quran o hadith ka deep ilm tha aur jo hai unhone badi khidmat anjam di hain.</w:t>
      </w:r>
    </w:p>
    <w:p>
      <w:pPr>
        <w:jc w:val="right"/>
      </w:pPr>
      <w:r>
        <w:t>ویٰ۔ تو اب ہمیں جو ہے ہمارے علماء اور فقہاء نے اس سلسلے میں جو کچھ لکھا ہے، ہمارے علماء واقعی وہ اسکالر تھے، ان کو قرآن و حدیث کا ڈیپ علم تھا اور جو ہے انہوں نے بڑی خدمات انجام دی ہیں۔</w:t>
      </w:r>
    </w:p>
    <w:p>
      <w:r>
        <w:rPr>
          <w:b/>
        </w:rPr>
        <w:t xml:space="preserve">[17:49] </w:t>
      </w:r>
      <w:r>
        <w:t>lekin jaise ke aap ko pata hai arabi mein kaha jata hai: "lakli javad qaboot". har jo hai ghode ko, chahe woh ghoda kitni bhi aala nasal ka ho, us ke liye kahin na kahin ek qaboot hota hai, kahin na kahin ek thokkar hoti</w:t>
      </w:r>
    </w:p>
    <w:p>
      <w:pPr>
        <w:jc w:val="right"/>
      </w:pPr>
      <w:r>
        <w:t>لیکن جیسا کہ آپ کو پتہ ہے عربی میں کہا جاتا ہے: "لکلی جواد قبوت"۔ ہر جو ہے گھوڑے کو، چاہے وہ گھوڑا کتنی بھی اعلیٰ نسل کا ہو، اس کے لیے کہیں نہ کہیں ایک قبوا ہوتا ہے، کہیں نہ کہیں ایک ٹھوکر ہوتی</w:t>
      </w:r>
    </w:p>
    <w:p>
      <w:r>
        <w:rPr>
          <w:b/>
        </w:rPr>
        <w:t xml:space="preserve">[18:03] </w:t>
      </w:r>
      <w:r>
        <w:t>hai. to hum yeh keh sakte hain ke hamare ulama ko yahan thokkar lagi hai, jaisi thokkar is se pehle ulama e bani israel ko lagi thi.</w:t>
      </w:r>
    </w:p>
    <w:p>
      <w:pPr>
        <w:jc w:val="right"/>
      </w:pPr>
      <w:r>
        <w:t>ہے۔ تو ہم یہ کہہ سکتے ہیں کہ ہمارے علماء کو یہاں ٹھوکر لگی ہے، جیسی ٹھوکر اس سے پہلے علمائے بنی اسرائیل کو لگی تھی۔</w:t>
      </w:r>
    </w:p>
    <w:p>
      <w:r>
        <w:rPr>
          <w:b/>
        </w:rPr>
        <w:t xml:space="preserve">[18:12] </w:t>
      </w:r>
      <w:r>
        <w:t>ulama e bani israel ne bhi jo hai, aap yeh padh lein torat aur bible wagera to is mein bhi is type ke thought paye jate hain ke blasphemy ko jo hai hum bardasht nahi karenge aur aise waise karenge.</w:t>
      </w:r>
    </w:p>
    <w:p>
      <w:pPr>
        <w:jc w:val="right"/>
      </w:pPr>
      <w:r>
        <w:t>علمائے بنی اسرائیل نے بھی جو ہے، آپ یہ پڑھ لیں تورات اور بائبل وغیرہ تو اس میں بھی اس ٹائپ کے تھوٹ پائے جاتے ہیں کہ بلاسفیمی کو جو ہے ہم برداشت نہیں کریں گے اور ایسے ویسے کریں گے۔</w:t>
      </w:r>
    </w:p>
    <w:p>
      <w:r>
        <w:rPr>
          <w:b/>
        </w:rPr>
        <w:t xml:space="preserve">[18:26] </w:t>
      </w:r>
      <w:r>
        <w:t>to</w:t>
      </w:r>
    </w:p>
    <w:p>
      <w:pPr>
        <w:jc w:val="right"/>
      </w:pPr>
      <w:r>
        <w:t>تو</w:t>
      </w:r>
    </w:p>
    <w:p>
      <w:r>
        <w:rPr>
          <w:b/>
        </w:rPr>
        <w:t xml:space="preserve">[18:27] </w:t>
      </w:r>
      <w:r>
        <w:t>jaise ke rasool Allah sallallahu alaihi wasallam ne farmaya tha ke tum jo hai agli kitabi qomon ki tarah ki tum ko jo hai na thokarein lagen gi. unhone jo thokkar khai thi woh jahan gire the wahin tum bhi ja kar giro ge.</w:t>
      </w:r>
    </w:p>
    <w:p>
      <w:pPr>
        <w:jc w:val="right"/>
      </w:pPr>
      <w:r>
        <w:t>جیسا کہ رسول اللہ صلی اللہ علیہ وسلم نے فرمایا تھا کہ تم جو ہے اگلی کتابی قوموں کی طرح کی تم کو جو ہے نا ٹھوکریں لگیں گی۔ انہوں نے جو ٹھوکر کھائی تھی وہ جہاں گرے تھے وہیں تم بھی جا کر گرو گے۔</w:t>
      </w:r>
    </w:p>
    <w:p>
      <w:r>
        <w:rPr>
          <w:b/>
        </w:rPr>
        <w:t xml:space="preserve">[18:40] </w:t>
      </w:r>
      <w:r>
        <w:t>agar woh kisi zab ke jo wild chipkali jo hai jangli chipkali ka jo ghar hota hai, us mein bhi agar woh log ghuse the to tum bhi wahin ghus padoge.</w:t>
      </w:r>
    </w:p>
    <w:p>
      <w:pPr>
        <w:jc w:val="right"/>
      </w:pPr>
      <w:r>
        <w:t>اگر وہ کسی ضب کے جو وائلڈ چپکلی جو ہے جنگلی چپکلی کا جو گھر ہوتا ہے، اس میں بھی اگر وہ لوگ گھسے تھے تو تم بھی وہیں گھس پڑو گے۔</w:t>
      </w:r>
    </w:p>
    <w:p>
      <w:r>
        <w:rPr>
          <w:b/>
        </w:rPr>
        <w:t xml:space="preserve">[18:52] </w:t>
      </w:r>
      <w:r>
        <w:t>yani matlab itna jo hai ek hadith mein kaha gaya: "hazb al-nal bil-nar". yani bilkul jo hai unke footstep par hi chalegi yeh ummat. to aisa lagta hai ke jo hai hamare Islamic scholars aur hamare sulaha ulama in ka ehteraam sar ankhon par.</w:t>
      </w:r>
    </w:p>
    <w:p>
      <w:pPr>
        <w:jc w:val="right"/>
      </w:pPr>
      <w:r>
        <w:t>یعنی مطلب اتنا جو ہے ایک حدیث میں کہا گیا: "حذب النعل بالنار"۔ یعنی بالکل جو ہے ان کے فٹ اسٹپ پر ہی چلے گی یہ امت۔ تو ایسا لگتا ہے کہ جو ہے ہمارے اسلامک اسکالرز اور ہمارے صلحاء علماء ان کا احترام سر آنکھوں پر۔</w:t>
      </w:r>
    </w:p>
    <w:p>
      <w:r>
        <w:rPr>
          <w:b/>
        </w:rPr>
        <w:t xml:space="preserve">[19:08] </w:t>
      </w:r>
      <w:r>
        <w:t>lekin jo hai is baat mein jo hai unko sar ankhon par nahi rakha ja sakta jahan unhone agli kitabon ke, agli qaumon ki tarah ki jahan unhone ghaltiyan</w:t>
      </w:r>
    </w:p>
    <w:p>
      <w:pPr>
        <w:jc w:val="right"/>
      </w:pPr>
      <w:r>
        <w:t>لیکن جو ہے اس بات میں جو ہے ان کو سر آنکھوں پر نہیں رکھا جا سکتا جہاں انہوں نے اگلی کتابوں کے، اگلی قوموں کی طرح کی جہاں انہوں نے غلطیاں</w:t>
      </w:r>
    </w:p>
    <w:p>
      <w:r>
        <w:rPr>
          <w:b/>
        </w:rPr>
        <w:t xml:space="preserve">[19:19] </w:t>
      </w:r>
      <w:r>
        <w:t>ki hain. to wahan hamein jo hai Quran o hadith yeh haq dete hain ke hum unke khayal ko, unke fatwe ko, unke opinion ko re-assess karein, nazar sani karein aur agar is ke khilaf jo hai boldly statement dena pade to yeh hamara boldly statement nahi hoga.</w:t>
      </w:r>
    </w:p>
    <w:p>
      <w:pPr>
        <w:jc w:val="right"/>
      </w:pPr>
      <w:r>
        <w:t>کی ہیں۔ تو وہاں ہمیں جو ہے قرآن و حدیث یہ حق دیتے ہیں کہ ہم ان کے خیال کو، ان کے فتوے کو، ان کے اوپینین کو ری ایسس کریں، نظر ثانی کریں اور اگر اس کے خلاف جو ہے بولڈلی سٹیٹمنٹ دینا پڑے تو یہ ہمارا بولڈلی سٹیٹمنٹ نہیں ہوگا۔</w:t>
      </w:r>
    </w:p>
    <w:p>
      <w:r>
        <w:rPr>
          <w:b/>
        </w:rPr>
        <w:t xml:space="preserve">[19:35] </w:t>
      </w:r>
      <w:r>
        <w:t>yeh goya ke Rasool ka bold statement hoga, Khuda ki kitab ka yeh bold statement hoga. to jaisa ke aap keh rahe hain ke kya is ke liye koi buniyad hai ke shaatim ko qatl kiya jaye?</w:t>
      </w:r>
    </w:p>
    <w:p>
      <w:pPr>
        <w:jc w:val="right"/>
      </w:pPr>
      <w:r>
        <w:t>یہ گویا کہ رسول کا بولڈ سٹیٹمنٹ ہوگا، خدا کی کتاب کا یہ بولڈ سٹیٹمنٹ ہوگا۔ تو جیسا کہ آپ کہہ رہے ہیں کہ کیا اس کے لیے کوئی بنیاد ہے کہ شاتم کو قتل کیا جائے؟</w:t>
      </w:r>
    </w:p>
    <w:p>
      <w:r>
        <w:rPr>
          <w:b/>
        </w:rPr>
        <w:t xml:space="preserve">[19:48] </w:t>
      </w:r>
      <w:r>
        <w:t>to</w:t>
      </w:r>
    </w:p>
    <w:p>
      <w:pPr>
        <w:jc w:val="right"/>
      </w:pPr>
      <w:r>
        <w:t>تو</w:t>
      </w:r>
    </w:p>
    <w:p>
      <w:r>
        <w:rPr>
          <w:b/>
        </w:rPr>
        <w:t xml:space="preserve">[19:49] </w:t>
      </w:r>
      <w:r>
        <w:t>yeh bohat hi ahem sawal hai. to is sawal ke pehle jo hai hum yeh samajh sakte hain ke yahan Maulana ka ek frame laga hua hai.</w:t>
      </w:r>
    </w:p>
    <w:p>
      <w:pPr>
        <w:jc w:val="right"/>
      </w:pPr>
      <w:r>
        <w:t>یہ بہت ہی اہم سوال ہے۔ تو اس سوال کے پہلے جو ہے ہم یہ سمجھ سکتے ہیں کہ یہاں مولانا کا ایک فریم لگا ہوا ہے۔</w:t>
      </w:r>
    </w:p>
    <w:p>
      <w:r>
        <w:rPr>
          <w:b/>
        </w:rPr>
        <w:t xml:space="preserve">[19:58] </w:t>
      </w:r>
      <w:r>
        <w:t>is center mein CPS International ke Delhi center mein agar aap apne liye freedom chahte hain to aap ko doosron ki freedom ko secure karna padega.</w:t>
      </w:r>
    </w:p>
    <w:p>
      <w:pPr>
        <w:jc w:val="right"/>
      </w:pPr>
      <w:r>
        <w:t>اس سینٹر میں سی پی ایس انٹرنیشنل کے دلی سینٹر میں اگر آپ اپنے لیے فریڈم چاہتے ہیں تو آپ کو دوسروں کی فریڈم کو سیکیور کرنا پڑے گا۔</w:t>
      </w:r>
    </w:p>
    <w:p>
      <w:r>
        <w:rPr>
          <w:b/>
        </w:rPr>
        <w:t xml:space="preserve">[20:08] </w:t>
      </w:r>
      <w:r>
        <w:t>doosron ko freedom dene ki shart par aap ko duniya mein freedom milegi. jaise mislan hum Indian Muslims hain.</w:t>
      </w:r>
    </w:p>
    <w:p>
      <w:pPr>
        <w:jc w:val="right"/>
      </w:pPr>
      <w:r>
        <w:t>دوسروں کو فریڈم دینے کی شرط پر آپ کو دنیا میں فریڈم ملے گی۔ جیسے مثلاً ہم انڈین مسلمز ہیں۔</w:t>
      </w:r>
    </w:p>
    <w:p>
      <w:r>
        <w:rPr>
          <w:b/>
        </w:rPr>
        <w:t xml:space="preserve">[20:14] </w:t>
      </w:r>
      <w:r>
        <w:t>hum Indian Muslims hain aur yahan ek major chunks of Muslims hain balki jo hai duniya ka jo hai Indonesia ke baad sab se bada Muslim chunk yahan rehta hai world ka population.</w:t>
      </w:r>
    </w:p>
    <w:p>
      <w:pPr>
        <w:jc w:val="right"/>
      </w:pPr>
      <w:r>
        <w:t>ہم انڈین مسلمز ہیں اور یہاں ایک میجر چنکس آف مسلم ہیں بلکہ جو ہے دنیا کا جو ہے انڈونیشیا کے بعد سب سے بڑا مسلم چنک یہاں رہتا ہے ورلڈ کا پاپولیشن۔</w:t>
      </w:r>
    </w:p>
    <w:p>
      <w:r>
        <w:rPr>
          <w:b/>
        </w:rPr>
        <w:t xml:space="preserve">[20:24] </w:t>
      </w:r>
      <w:r>
        <w:t>to agar jo hai hum Indian Muslim, hamare scenario mein baat kar raha hoon, hum chahte hain ke hum ko freedom mile to hamein sab se pehle jo hai yahan ke hamare co-citizens hain, unki freedom ko bhi jo hai secure karna padega.</w:t>
      </w:r>
    </w:p>
    <w:p>
      <w:pPr>
        <w:jc w:val="right"/>
      </w:pPr>
      <w:r>
        <w:t>تو اگر جو ہے ہم انڈین مسلم، ہمارے سیناریو میں بات کر رہا ہوں، ہم چاہتے ہیں کہ ہم کو فریڈم ملے تو ہمیں سب سے پہلے جو ہے یہاں کے ہمارے کو سٹیزن ہیں، ان کی فریڈم کو بھی جو ہے سیکیور کرنا پڑے گا۔</w:t>
      </w:r>
    </w:p>
    <w:p>
      <w:r>
        <w:rPr>
          <w:b/>
        </w:rPr>
        <w:t xml:space="preserve">[20:36] </w:t>
      </w:r>
      <w:r>
        <w:t>yeh samajhne ki</w:t>
      </w:r>
    </w:p>
    <w:p>
      <w:pPr>
        <w:jc w:val="right"/>
      </w:pPr>
      <w:r>
        <w:t>یہ سمجھنے کی</w:t>
      </w:r>
    </w:p>
    <w:p>
      <w:r>
        <w:rPr>
          <w:b/>
        </w:rPr>
        <w:t xml:space="preserve">[20:37] </w:t>
      </w:r>
      <w:r>
        <w:t>baat hai. aap ke is sawal ki taraf aate hain ke kya Quran o hadith mein koi text hai ke abusers ko ya blasphemer ko jo hai qatl kiya</w:t>
      </w:r>
    </w:p>
    <w:p>
      <w:pPr>
        <w:jc w:val="right"/>
      </w:pPr>
      <w:r>
        <w:t>بات ہے۔ آپ کے اس سوال کی طرف آتے ہیں کہ کیا قرآن و حدیث میں کوئی ٹیکسٹ ہے کہ ابیوزرز کو یا بلاسفیمر کو جو ہے قتل کیا</w:t>
      </w:r>
    </w:p>
    <w:p>
      <w:r>
        <w:rPr>
          <w:b/>
        </w:rPr>
        <w:t xml:space="preserve">[20:47] </w:t>
      </w:r>
      <w:r>
        <w:t>jaye? to sab se pehle is silsile mein janne ki baat yeh hai ke there is no text, no any single word, there is no any single paragraph in the Quran and in whole Islamic text.</w:t>
      </w:r>
    </w:p>
    <w:p>
      <w:pPr>
        <w:jc w:val="right"/>
      </w:pPr>
      <w:r>
        <w:t>جائے؟ تو سب سے پہلے اس سلسلے میں جاننے کی بات یہ ہے کہ دیر از نو ٹیکسٹ، نو اینی سنگل ورڈز، دیر از نو اینی سنگل پیراگراف ان دا قرآن اینڈ ان ہول اسلامک ٹیکسٹ۔</w:t>
      </w:r>
    </w:p>
    <w:p>
      <w:r>
        <w:rPr>
          <w:b/>
        </w:rPr>
        <w:t xml:space="preserve">[21:02] </w:t>
      </w:r>
      <w:r>
        <w:t>yani meri murad hai Quran aur Sunnat jo yeh kehta ho ke jo hai blasphemer ko ya abuser ko jo hai qatl kiya jaye. koi aise jo hai</w:t>
      </w:r>
    </w:p>
    <w:p>
      <w:pPr>
        <w:jc w:val="right"/>
      </w:pPr>
      <w:r>
        <w:t>یعنی میری مراد ہے قرآن اور سنت جو یہ کہتا ہو کہ جو ہے بلاسفیمر کو یا ابیوزر کو جو ہے قتل کیا جائے۔ کوئی ایسے جو ہے</w:t>
      </w:r>
    </w:p>
    <w:p>
      <w:r>
        <w:rPr>
          <w:b/>
        </w:rPr>
        <w:t xml:space="preserve">[21:11] </w:t>
      </w:r>
      <w:r>
        <w:t>Muslims kehte hain ke jo hai Islam ek preserved religion hai. yani Quran jo hai jaisa Paighambar par utra woh aaj tak waise hi bahu hai. aur jo hai hadithon ko hum ne jo hai save karne ke liye, preserve karne ke liye jo hai Himalayan struggle ki aur hazaron hadithon ko jama kiya.</w:t>
      </w:r>
    </w:p>
    <w:p>
      <w:pPr>
        <w:jc w:val="right"/>
      </w:pPr>
      <w:r>
        <w:t>مسلمان کہتے ہیں کہ جو ہے اسلام ایک پریزروڈ ریلیجن ہے۔ یعنی قرآن جو ہے جیسا پیغمبر پر اترا وہ آج تک ویسے ہی ہو بہو ہے۔ اور جو ہے حدیثیں ہم نے جو ہے سیو کرنے کے لیے، پریزرو کرنے کے لیے جو ہے ہمالین اسٹرگل کی اور ہزاروں حدیثوں کو جمع کیا۔</w:t>
      </w:r>
    </w:p>
    <w:p>
      <w:r>
        <w:rPr>
          <w:b/>
        </w:rPr>
        <w:t xml:space="preserve">[21:26] </w:t>
      </w:r>
      <w:r>
        <w:t>in ahadith ke collection mein kahin bhi ek aisa statement nahi hai. to Maulana ne jo hai bohat achhi is silsile mein baat kahi hai shatm-e-Rasool mein.</w:t>
      </w:r>
    </w:p>
    <w:p>
      <w:pPr>
        <w:jc w:val="right"/>
      </w:pPr>
      <w:r>
        <w:t>ان احادیث کے کلیکشن میں کہیں بھی ایک ایسا سٹیٹمنٹ نہیں ہے۔ تو مولانا نے جو ہے بہت اچھی اس سلسلے میں بات کہی ہے شتم رسول میں۔</w:t>
      </w:r>
    </w:p>
    <w:p>
      <w:r>
        <w:rPr>
          <w:b/>
        </w:rPr>
        <w:t xml:space="preserve">[21:33] </w:t>
      </w:r>
      <w:r>
        <w:t>Hafiz Ibn Taymiyyah, Hafiz kaha jata hai unko Allama Ibn Taymiyyah jinhone Al-Sarim al-Maslul ala shatim al-Rasul likhi hai. to Maulana is kitab ko assess karte hue, re-assess karte hue yeh kehte hain ke sari kitab mein khud Allama Ibn Taymiyyah, Hafiz Ibn Taymiyyah jo jinke bare mein ulama yeh mante hain ke kal hadith la yalamhu Ibn Taymiyyah fa huwa laysa bi hadith.</w:t>
      </w:r>
    </w:p>
    <w:p>
      <w:pPr>
        <w:jc w:val="right"/>
      </w:pPr>
      <w:r>
        <w:t>حافظ ابن تیمیہ، حافظ کہا جاتا ہے ان کو علامہ ابن تیمیہ جنہوں نے الصارم المسلول علی شاتم الرسول لکھی ہے۔ تو مولانا اس کتاب کو ایسس کرتے ہوئے، ری ایسس کرتے ہوئے یہ کہتے ہیں کہ ساری کتاب میں خود علامہ ابن تیمیہ، حافظ ابن تیمیہ جو جن کے بارے میں علماء یہ مانتے ہیں کہ کل حدیث لا یعلمہ ابن تیمیہ فھو لیس بحدیث۔</w:t>
      </w:r>
    </w:p>
    <w:p>
      <w:r>
        <w:rPr>
          <w:b/>
        </w:rPr>
        <w:t xml:space="preserve">[21:54] </w:t>
      </w:r>
      <w:r>
        <w:t>yani har woh hadith jis ko Ibn Taymiyyah ka ilm na ho woh hadith hi nahi hai. yani itne zyada bade woh scholar hain ke koi hadith un se choti nahi hai. to unki jo kitab hai</w:t>
      </w:r>
    </w:p>
    <w:p>
      <w:pPr>
        <w:jc w:val="right"/>
      </w:pPr>
      <w:r>
        <w:t>یعنی ہر وہ حدیث جس کو ابن تیمیہ کا علم نہ ہو وہ حدیث ہی نہیں ہے۔ یعنی اتنے زیادہ بڑے وہ اسکالر ہیں کہ کوئی حدیث ان سے چھوٹی نہیں ہے۔ تو ان کی جو کتاب ہے</w:t>
      </w:r>
    </w:p>
    <w:p>
      <w:r>
        <w:rPr>
          <w:b/>
        </w:rPr>
        <w:t xml:space="preserve">[22:04] </w:t>
      </w:r>
      <w:r>
        <w:t>iska weakness, vague Maulana yeh batate hain ke is kitab ki basic ghalti yeh hai ke woh khud mante hain ke koi is silsile mein hadith nahi hai. ek hadith woh batate hain ke man sabba nabiyyan min al-anbiya' faqtuluhu.</w:t>
      </w:r>
    </w:p>
    <w:p>
      <w:pPr>
        <w:jc w:val="right"/>
      </w:pPr>
      <w:r>
        <w:t>اس کا ویکنس، ویگ مولانا یہ بتاتے ہیں کہ اس کتاب کی بیسک غلطی یہ ہے کہ وہ خود مانتے ہیں کہ کوئی اس سلسلے میں حدیث نہیں ہے۔ ایک حدیث وہ بتاتے ہیں کہ من سب نبی من الانبیاء فاقتلوہ۔</w:t>
      </w:r>
    </w:p>
    <w:p>
      <w:r>
        <w:rPr>
          <w:b/>
        </w:rPr>
        <w:t xml:space="preserve">[22:18] </w:t>
      </w:r>
      <w:r>
        <w:t>aur kehte hain ke yeh za'eef hai. agar</w:t>
      </w:r>
    </w:p>
    <w:p>
      <w:pPr>
        <w:jc w:val="right"/>
      </w:pPr>
      <w:r>
        <w:t>اور کہتے ہیں کہ یہ ضعیف ہے۔ اگر</w:t>
      </w:r>
    </w:p>
    <w:p>
      <w:r>
        <w:rPr>
          <w:b/>
        </w:rPr>
        <w:t xml:space="preserve">[22:20] </w:t>
      </w:r>
      <w:r>
        <w:t>yeh hadith sahih hoti to yeh base ban sakti thi. to goya ke jo hai jo ilhad ke masle ko jante hain, atheism ko jante hain to atheism mein ek study hoti hai missing link ki.</w:t>
      </w:r>
    </w:p>
    <w:p>
      <w:pPr>
        <w:jc w:val="right"/>
      </w:pPr>
      <w:r>
        <w:t>یہ حدیث صحیح ہوتی تو یہ بیس بن سکتی تھی۔ تو گویا کہ جو ہے جو الحاد کے مسئلے کو جانتے ہیں، ایتھیزم کو جانتے ہیں تو ایتھیزم میں ایک اسٹڈی ہوتی ہے مسنگ لنک کی۔</w:t>
      </w:r>
    </w:p>
    <w:p>
      <w:r>
        <w:rPr>
          <w:b/>
        </w:rPr>
        <w:t xml:space="preserve">[22:31] </w:t>
      </w:r>
      <w:r>
        <w:t>yani poori theory mein jo hai unhone ek theory to bana di lekin beech mein jo hai kuch missing links hain. to woh missing link ki wajah se jo hai atheism ke case ko, evolution ke case ko jo hai yeh samjha jata hai ke ek workable theory</w:t>
      </w:r>
    </w:p>
    <w:p>
      <w:pPr>
        <w:jc w:val="right"/>
      </w:pPr>
      <w:r>
        <w:t>یعنی پوری تھیوری میں جو ہے انہوں نے ایک تھیوری تو بنا دی لیکن بیچ میں جو ہے کچھ مسنگ لنکس ہیں۔ تو وہ مسنگ لنک کی وجہ سے جو ہے ایتھیزم کے کیس کو، ایولوشن کے کیس کو جو ہے یہ سمجھا جاتا ہے کہ ایک ورکیبل تھی</w:t>
      </w:r>
    </w:p>
    <w:p>
      <w:r>
        <w:rPr>
          <w:b/>
        </w:rPr>
        <w:t xml:space="preserve">[22:44] </w:t>
      </w:r>
      <w:r>
        <w:t>hai. lekin jo hai Ibn Taymiyyah ke is fatwe mein ya hamari in teen kitabon ke fatwe mein hum kahenge foundational, foundation hi miss hai, foundational missing hum kahenge.</w:t>
      </w:r>
    </w:p>
    <w:p>
      <w:pPr>
        <w:jc w:val="right"/>
      </w:pPr>
      <w:r>
        <w:t>وری ہے۔ لیکن جو ہے ابن تیمیہ کے اس فتوے میں یا ہماری ان تین کتابوں کے فتوے میں ہم کہیں گے فاؤنڈیشنل، فاؤنڈیشن ہی مس ہے، فاؤنڈیشنل مسنگ ہم کہیں</w:t>
      </w:r>
    </w:p>
    <w:p>
      <w:r>
        <w:rPr>
          <w:b/>
        </w:rPr>
        <w:t xml:space="preserve">[22:53] </w:t>
      </w:r>
      <w:r>
        <w:t>agar jo hai evolution theory ke andar missing links hain aur us ko abhi tak jo hai yeh nahi kiya gaya, fill up nahi kiya gaya to hamare is case ke andar yeh masla is se zyada yeh hai ke missing link ka masla nahi hai.</w:t>
      </w:r>
    </w:p>
    <w:p>
      <w:pPr>
        <w:jc w:val="right"/>
      </w:pPr>
      <w:r>
        <w:t>گے۔ اگر جو ہے ایولوشن تھیوری کے اندر مسنگ لنکس ہیں اور اس کو ابھی تک جو ہے یہ نہیں کیا گیا، فل اپ نہیں کیا گیا تو ہمارے اس کیس کے اندر یہ مسئلہ اس سے زیادہ یہ ہے کہ مسنگ لنک کا مسئلہ نہیں ہے۔</w:t>
      </w:r>
    </w:p>
    <w:p>
      <w:r>
        <w:rPr>
          <w:b/>
        </w:rPr>
        <w:t xml:space="preserve">[23:05] </w:t>
      </w:r>
      <w:r>
        <w:t>foundation missing ka masla hai. yani Quran aur hadith ke poore zakhire mein aisa koi statement hi maujood nahi hai. aur Musalman jo hai dhoom machaye hue hain poori zameen par.</w:t>
      </w:r>
    </w:p>
    <w:p>
      <w:pPr>
        <w:jc w:val="right"/>
      </w:pPr>
      <w:r>
        <w:t>فاؤنڈیشن مسنگ کا مسئلہ ہے۔ یعنی قرآن اور حدیث کے پورے ذخیرے میں ایسا کوئی سٹیٹمنٹ ہی موجود نہیں ہے۔ اور مسلمان جو ہے دھوم مچائے ہوئے ہیں پوری زمین پر۔</w:t>
      </w:r>
    </w:p>
    <w:p>
      <w:r>
        <w:rPr>
          <w:b/>
        </w:rPr>
        <w:t xml:space="preserve">[23:13] </w:t>
      </w:r>
      <w:r>
        <w:t>to kiya musalman apni koi aik alag nai shariat invent karna chahte hain jo khuda aur rasool se hat kar hai? to musalmanon ko sochna chahiye. agar musalman is baat par misar hain ke shaatim ko qatl hi kiya jaye to un se yeh sawal kiya jaye ga ke woh sab se pehle jo hai hato burhanakum</w:t>
      </w:r>
    </w:p>
    <w:p>
      <w:pPr>
        <w:jc w:val="right"/>
      </w:pPr>
      <w:r>
        <w:t>تو کیا مسلمان اپنی کوئی ایک الگ نئی شریعت انوینٹ کرنا چاہتے ہیں جو خدا اور رسول سے ہٹ کر ہے؟ تو مسلمانوں کو سوچنا چاہیے۔ اگر مسلمان اس بات پر مصر ہیں کہ شاتم کو قتل ہی کیا جائے تو ان سے یہ سوال کیا جائے گا کہ وہ سب سے پہلے جو ہے ہاتو برہانکم</w:t>
      </w:r>
    </w:p>
    <w:p>
      <w:r>
        <w:rPr>
          <w:b/>
        </w:rPr>
        <w:t xml:space="preserve">[23:30] </w:t>
      </w:r>
      <w:r>
        <w:t>, lao tumhare paas jo text mehfooz hai us ko le kar ao. is ke andar kahan yeh likha hua hai? hum bhi to parhein, hum bhi to dekhein. to musalmanon ko jo hai yeh sabit karne ke liye aise batana parega jaise is waqe ko batate hain ke alzani walzani fatjldo kal wahid minhuma miata jaldah.</w:t>
      </w:r>
    </w:p>
    <w:p>
      <w:pPr>
        <w:jc w:val="right"/>
      </w:pPr>
      <w:r>
        <w:t>، لاؤ تمہارے پاس جو ٹیکسٹ محفوظ ہے اس کو لے کر آؤ۔ اس کے اندر کہاں یہ لکھا ہوا ہے؟ ہم بھی تو پڑھیں، ہم بھی تو دیکھیں۔ تو مسلمانوں کو جو ہے یہ ثابت کرنے کے لیے ایسے بتانا پڑے گا جیسے اس واقعے کو بتاتے ہیں کہ الزانی والزانیۃ فاجلدو کل واحد منہما مائۃ جلدہ۔</w:t>
      </w:r>
    </w:p>
    <w:p>
      <w:r>
        <w:rPr>
          <w:b/>
        </w:rPr>
        <w:t xml:space="preserve">[23:47] </w:t>
      </w:r>
      <w:r>
        <w:t>ke zani aur zania, fornikeetr ko jo hai so jald, so koray maro. surah noor ki jo ayat mein jaise woh batate hain ya</w:t>
      </w:r>
    </w:p>
    <w:p>
      <w:pPr>
        <w:jc w:val="right"/>
      </w:pPr>
      <w:r>
        <w:t>کہ زانی اور زانیہ، فارنیکیٹر کو جو ہے سو جلد، سو کوڑے مارو۔ سورہ نور کی جو آیت میں جیسے وہ بتاتے ہیں یا</w:t>
      </w:r>
    </w:p>
    <w:p>
      <w:r>
        <w:rPr>
          <w:b/>
        </w:rPr>
        <w:t xml:space="preserve">[23:57] </w:t>
      </w:r>
      <w:r>
        <w:t>alsariq walsariqat faqt'u aydihima. chor aur male chor, female chor ka jo hai hath kato. to yeh jo hai text mein maujood hai. to musalman yahan to yeh haq rakhte hain ke jo hai hamari hukumatain jo hai chor aur chor, female chor ka hath kat dein.</w:t>
      </w:r>
    </w:p>
    <w:p>
      <w:pPr>
        <w:jc w:val="right"/>
      </w:pPr>
      <w:r>
        <w:t>السارق والسارقت فقطعو ایدیہما۔ چور اور میل چور، فیمیل چور کا جو ہے ہاتھ کاٹو۔ تو یہ جو ہے ٹیکسٹ میں موجود ہے۔ تو مسلمان یہاں تو یہ حق رکھتے ہیں کہ جو ہے ہماری حکومتیں جو ہے چور اور چور، فیمیل چور کا ہاتھ کاٹ دیں۔</w:t>
      </w:r>
    </w:p>
    <w:p>
      <w:r>
        <w:rPr>
          <w:b/>
        </w:rPr>
        <w:t xml:space="preserve">[24:09] </w:t>
      </w:r>
      <w:r>
        <w:t>lekin musalman jo hai aisi koi pure hamare zakhire mein quran aur hadith ke aisi koi text nahi bata sakte ke alshatim walshatimat faqtulohuma.</w:t>
      </w:r>
    </w:p>
    <w:p>
      <w:pPr>
        <w:jc w:val="right"/>
      </w:pPr>
      <w:r>
        <w:t>لیکن مسلمان جو ہے ایسی کوئی پورے ہمارے ذخیرے میں قرآن اور حدیث کے ایسی کوئی ٹیکسٹ نہیں بتا سکتے کہ الشاتم والشاتمت فاقتلوہما۔</w:t>
      </w:r>
    </w:p>
    <w:p>
      <w:r>
        <w:rPr>
          <w:b/>
        </w:rPr>
        <w:t xml:space="preserve">[24:18] </w:t>
      </w:r>
      <w:r>
        <w:t>ke male shatim, male abuser aur female abuser dono ko qatl kar do. aisi koi jo hai text hum jo hai produce</w:t>
      </w:r>
    </w:p>
    <w:p>
      <w:pPr>
        <w:jc w:val="right"/>
      </w:pPr>
      <w:r>
        <w:t>کہ میل شاتم، میل ابیوزر اور فیمیل ابیوزر دونوں کو قتل کر دو۔ ایسی کوئی جو ہے ٹیکسٹ ہم جو ہے پروڈیوس</w:t>
      </w:r>
    </w:p>
    <w:p>
      <w:r>
        <w:rPr>
          <w:b/>
        </w:rPr>
        <w:t xml:space="preserve">[24:26] </w:t>
      </w:r>
      <w:r>
        <w:t>nahi kar sakte. agar hai to jo hai woh le kar aein. ibn taimiyah ne to apni bata di baat ke agar yeh zaeef hadith hai, agar yeh sahi hoti to yeh is ke liye base ban sakti thi.</w:t>
      </w:r>
    </w:p>
    <w:p>
      <w:pPr>
        <w:jc w:val="right"/>
      </w:pPr>
      <w:r>
        <w:t>نہیں کر سکتے۔ اگر ہے تو جو ہے وہ لے کر آئیں۔ ابن تیمیہ نے تو اپنی بتا دی بات کہ اگر یہ ضعیف حدیث ہے، اگر یہ صحیح ہوتی تو یہ اس کے لیے بیس بن سکتی تھی۔</w:t>
      </w:r>
    </w:p>
    <w:p>
      <w:r>
        <w:rPr>
          <w:b/>
        </w:rPr>
        <w:t xml:space="preserve">[24:34] </w:t>
      </w:r>
      <w:r>
        <w:t>to hum kahengay ke jo hai maulana yeh hum musalmanon ke is amal ke peechay missing link ka case nahi hai yeh. yeh jo hai foundation missing ka hi case hai.</w:t>
      </w:r>
    </w:p>
    <w:p>
      <w:pPr>
        <w:jc w:val="right"/>
      </w:pPr>
      <w:r>
        <w:t>تو ہم کہیں گے کہ جو ہے مولانا یہ ہم مسلمانوں کے اس عمل کے پیچھے مسنگ لنک کا کیس نہیں ہے یہ۔ یہ جو ہے فاؤنڈیشن مسنگ کا ہی کیس ہے۔</w:t>
      </w:r>
    </w:p>
    <w:p>
      <w:r>
        <w:rPr>
          <w:b/>
        </w:rPr>
        <w:t xml:space="preserve">[24:43] </w:t>
      </w:r>
      <w:r>
        <w:t>to hum jo hai is ko theek karein warna jo hai aisa ho sakta hai ke jo hai hum logon ki freedom cheen cheen ne jayein aur hamari hi freedom cheen jaye aur hum phir jo hai dekhte reh j</w:t>
      </w:r>
    </w:p>
    <w:p>
      <w:pPr>
        <w:jc w:val="right"/>
      </w:pPr>
      <w:r>
        <w:t>تو ہم جو ہے اس کو ٹھیک کریں ورنہ جو ہے ایسا ہو سکتا ہے کہ جو ہے ہم لوگوں کی فریڈم چھین چھیننے جائیں اور ہماری ہی فریڈم چھن جائے اور ہم پھر جو ہے دیکھتے رہ ج</w:t>
      </w:r>
    </w:p>
    <w:p>
      <w:r>
        <w:rPr>
          <w:b/>
        </w:rPr>
        <w:t xml:space="preserve">[24:54] </w:t>
      </w:r>
      <w:r>
        <w:t>aein. to ghaliban jo hai aap ka sawal jawab ho gaya hoga. mazeed kuch wazahat hai to hum phir baat kar sakte hain. shukriya maulana fiaz sahib.</w:t>
      </w:r>
    </w:p>
    <w:p>
      <w:pPr>
        <w:jc w:val="right"/>
      </w:pPr>
      <w:r>
        <w:t>ائیں۔ تو غالباً جو ہے آپ کا سوال جواب ہو گیا ہوگا۔ مزید کچھ وضاحت ہے تو ہم پھر بات کر سکتے ہیں۔ شکریہ مولانا فیاض صاحب۔</w:t>
      </w:r>
    </w:p>
    <w:p>
      <w:r>
        <w:rPr>
          <w:b/>
        </w:rPr>
        <w:t xml:space="preserve">[25:04] </w:t>
      </w:r>
      <w:r>
        <w:t>aap ki baaton mein mujhe teen bohat hi strong ki point lage aur is se jo baat samajh mein aayi mujhe woh batata hoon. sab se pehli cheez jo aap ne batayi ke musalman jo cheez karte hain us se musalmanon ki image kharab hoti hai.</w:t>
      </w:r>
    </w:p>
    <w:p>
      <w:pPr>
        <w:jc w:val="right"/>
      </w:pPr>
      <w:r>
        <w:t>آپ کی باتوں میں مجھے تین بہت ہی اسٹرائنگ کی پوائنٹ لگے اور اس سے جو بات سمجھ میں آئی مجھے وہ بتاتا ہوں۔ سب سے پہلی چیز جو آپ نے بتائی کہ مسلمان جو چیز کرتے ہیں اس سے مسلمانوں کی امیج خراب ہوتی ہے۔</w:t>
      </w:r>
    </w:p>
    <w:p>
      <w:r>
        <w:rPr>
          <w:b/>
        </w:rPr>
        <w:t xml:space="preserve">[25:17] </w:t>
      </w:r>
      <w:r>
        <w:t>khud Allah ke rasool sallallahu alaihi wasallam ki image kharab hoti hai aur Allah taala ki bhi image kharab hoti hai. to is aitbar se agar dekhein is ka logical end karein to woh yahi hoga ke musalman in direct tor par Allah ke rasool sallallahu alaihi wasallam ke khud abuser hain.</w:t>
      </w:r>
    </w:p>
    <w:p>
      <w:pPr>
        <w:jc w:val="right"/>
      </w:pPr>
      <w:r>
        <w:t>خود اللہ کے رسول صلی اللہ علیہ وسلم کی امیج خراب ہوتی ہے اور اللہ تعالیٰ کی بھی امیج خراب ہوتی ہے۔ تو اس اعتبار سے اگر دیکھیں اس کا لوجیکل اینڈ کریں تو وہ یہی ہوگا کہ مسلمان ان ڈائریکٹ طور پر اللہ کے رسول صلی اللہ علیہ وسلم کے خود ابیوزر ہیں۔</w:t>
      </w:r>
    </w:p>
    <w:p>
      <w:r>
        <w:rPr>
          <w:b/>
        </w:rPr>
        <w:t xml:space="preserve">[25:34] </w:t>
      </w:r>
      <w:r>
        <w:t>kyun ke woh kya karte hain ke woh jo kaam karte hain us buniyad par Allah ke rasool sallallahu alaihi wasallam ki bad</w:t>
      </w:r>
    </w:p>
    <w:p>
      <w:pPr>
        <w:jc w:val="right"/>
      </w:pPr>
      <w:r>
        <w:t>کیونکہ وہ کیا کرتے ہیں کہ وہ جو کام کرتے ہیں اس بنیاد پر اللہ کے رسول صلی اللہ علیہ وسلم کی بد</w:t>
      </w:r>
    </w:p>
    <w:p>
      <w:r>
        <w:rPr>
          <w:b/>
        </w:rPr>
        <w:t xml:space="preserve">[25:40] </w:t>
      </w:r>
      <w:r>
        <w:t>nami hoti hai. is se bari kiya hai shatm ki baat koi doosri nahi ho sakti. aur aap ne to quran o hadith ki baat batayi.</w:t>
      </w:r>
    </w:p>
    <w:p>
      <w:pPr>
        <w:jc w:val="right"/>
      </w:pPr>
      <w:r>
        <w:t>نامی ہوتی ہے۔ اس سے بڑی کیا ہے شتم کی بات کوئی دوسری نہیں ہو سکتی۔ اور آپ نے تو قرآن و حدیث کی بات بتائی۔</w:t>
      </w:r>
    </w:p>
    <w:p>
      <w:r>
        <w:rPr>
          <w:b/>
        </w:rPr>
        <w:t xml:space="preserve">[25:48] </w:t>
      </w:r>
      <w:r>
        <w:t>maine aik martaba yeh kiya ke dekhoon fiqh mein jo jahan par zikr kiya jata hai kis cheez par capital punishment ho sakta hai. to maine kaha dekhta hoon kiya hai.</w:t>
      </w:r>
    </w:p>
    <w:p>
      <w:pPr>
        <w:jc w:val="right"/>
      </w:pPr>
      <w:r>
        <w:t>میں نے ایک مرتبہ یہ کیا کہ دیکھوں فقہ میں جو جہاں پر ذکر کیا جاتا ہے کس چیز پر کیپیٹل پنشمنٹ ہو سکتا ہے۔ تو میں نے کہا دیکھتا ہوں کیا ہے۔</w:t>
      </w:r>
    </w:p>
    <w:p>
      <w:r>
        <w:rPr>
          <w:b/>
        </w:rPr>
        <w:t xml:space="preserve">[25:58] </w:t>
      </w:r>
      <w:r>
        <w:t>to hud ke is mein maine dekha</w:t>
      </w:r>
    </w:p>
    <w:p>
      <w:pPr>
        <w:jc w:val="right"/>
      </w:pPr>
      <w:r>
        <w:t>تو حد کے اس میں میں نے دیکھا</w:t>
      </w:r>
    </w:p>
    <w:p>
      <w:r>
        <w:rPr>
          <w:b/>
        </w:rPr>
        <w:t xml:space="preserve">[26:01] </w:t>
      </w:r>
      <w:r>
        <w:t>muqaranat alfiqh par aik mashhoor kitab hai ibn rushd ki bidayat almujtahid. to is mein jo diye gaye hain is mein yeh is ka zikr nahi ke shatm rasool par qatl kiya jaye.</w:t>
      </w:r>
    </w:p>
    <w:p>
      <w:pPr>
        <w:jc w:val="right"/>
      </w:pPr>
      <w:r>
        <w:t>مقارنۃ الفقہ پر ایک مشہور کتاب ہے ابن رشد کی بدایت المجتہد۔ تو اس میں جو دیے گئے ہیں اس میں یہ اس کا ذکر نہیں کہ شتم رسول پر قتل کیا جائے۔</w:t>
      </w:r>
    </w:p>
    <w:p>
      <w:r>
        <w:rPr>
          <w:b/>
        </w:rPr>
        <w:t xml:space="preserve">[26:10] </w:t>
      </w:r>
      <w:r>
        <w:t>is par hai hi nahi is mein. aur Allah taala ko rasool sallallahu alaihi wasallam ka itna khayal tha aap dekhein ke aik martaba aisa hua ke koi dawat thi Allah ke rasool sallallahu alaihi wasallam ke ghar mein to kuch log der tak baith gaye.</w:t>
      </w:r>
    </w:p>
    <w:p>
      <w:pPr>
        <w:jc w:val="right"/>
      </w:pPr>
      <w:r>
        <w:t>اس پر ہے ہی نہیں اس میں۔ اور اللہ تعالیٰ کو رسول صلی اللہ علیہ وسلم کا اتنا خیال تھا آپ دیکھیں کہ ایک مرتبہ ایسا ہوا کہ کوئی دعوت تھی اللہ کے رسول صلی اللہ علیہ وسلم کے گھر میں تو کچھ لوگ دیر تک بیٹھ گئے۔</w:t>
      </w:r>
    </w:p>
    <w:p>
      <w:r>
        <w:rPr>
          <w:b/>
        </w:rPr>
        <w:t xml:space="preserve">[26:23] </w:t>
      </w:r>
      <w:r>
        <w:t>Allah ke rasool sallallahu alaihi wasallam ko nagawar hua lekin woh haya ki wajah se bol nahi paaye to Allah taala ne aik ayat bazabta utari ke tumhari wajah se takleef ho rahi hai tum</w:t>
      </w:r>
    </w:p>
    <w:p>
      <w:pPr>
        <w:jc w:val="right"/>
      </w:pPr>
      <w:r>
        <w:t>اللہ کے رسول صلی اللہ علیہ وسلم کو ناگوار ہوا لیکن وہ حیا کی وجہ سے بول نہیں پائے تو اللہ تعالیٰ نے ایک آیت باضابطہ اتاری کہ تمہاری وجہ سے تکلیف ہو رہی ہے تم</w:t>
      </w:r>
    </w:p>
    <w:p>
      <w:r>
        <w:rPr>
          <w:b/>
        </w:rPr>
        <w:t xml:space="preserve">[26:31] </w:t>
      </w:r>
      <w:r>
        <w:t>aisa nahi kar sakte ho. to yeh kis Allah ke rasool sallallahu alaihi wasallam ke sath jo shatm ka waqea pesh aaye ga yeh to aur bohat bari baat hai.</w:t>
      </w:r>
    </w:p>
    <w:p>
      <w:pPr>
        <w:jc w:val="right"/>
      </w:pPr>
      <w:r>
        <w:t>ایسا نہیں کر سکتے ہو۔ تو یہ کس اللہ کے رسول صلی اللہ علیہ وسلم کے ساتھ جو شتم کا واقعہ پیش آئے گا یہ تو اور بہت بڑی بات ہے۔</w:t>
      </w:r>
    </w:p>
    <w:p>
      <w:r>
        <w:rPr>
          <w:b/>
        </w:rPr>
        <w:t xml:space="preserve">[26:40] </w:t>
      </w:r>
      <w:r>
        <w:t>is par aur lambi ayat utarni chahiye thi lekin woh nahi utri. balkay yahan par jo bataya gaya takleef hoti hai, eiza de rahe ho tum. in ke bare mein bhi aya tha ke tum aisa nahi karoge.</w:t>
      </w:r>
    </w:p>
    <w:p>
      <w:pPr>
        <w:jc w:val="right"/>
      </w:pPr>
      <w:r>
        <w:t>اس پر اور لمبی آیت اترنی چاہیے تھی لیکن وہ نہیں اتری۔ بلکہ یہاں پر جو بتایا گیا تکلیف ہوتی ہے، ایذا دے رہے ہو تم۔ ان کے بارے میں بھی آیا تھا کہ تم ایسا نہیں کرو گے۔</w:t>
      </w:r>
    </w:p>
    <w:p>
      <w:r>
        <w:rPr>
          <w:b/>
        </w:rPr>
        <w:t xml:space="preserve">[26:48] </w:t>
      </w:r>
      <w:r>
        <w:t>yeh nahi kaha ke tum ne takleef di hai, tum bhi shatim karne wale ho, tum ko bhi saza mile gi. to hum samajh sakte hain ke is par quran aur hadith mein is par bilkul khamoshi hai.</w:t>
      </w:r>
    </w:p>
    <w:p>
      <w:pPr>
        <w:jc w:val="right"/>
      </w:pPr>
      <w:r>
        <w:t>یہ نہیں کہا کہ تم نے تکلیف دی ہے، تم بھی شتم کرنے والے ہو، تم کو بھی سزا ملے گی۔ تو ہم سمجھ سکتے ہیں کہ اس پر قرآن اور حدیث میں اس پر بالکل خاموشی ہے۔</w:t>
      </w:r>
    </w:p>
    <w:p>
      <w:r>
        <w:rPr>
          <w:b/>
        </w:rPr>
        <w:t xml:space="preserve">[26:58] </w:t>
      </w:r>
      <w:r>
        <w:t>reason yeh hai ke koi bhi paighambar jo aata hai woh aata hai paigham pohanchane ke liye. to koi bhi jo rahe ga, naya aadmi rahe ga, bhadke ga is par, us ko takleef hogi to woh kuch na kuch kar sakta hai.</w:t>
      </w:r>
    </w:p>
    <w:p>
      <w:pPr>
        <w:jc w:val="right"/>
      </w:pPr>
      <w:r>
        <w:t>ریزن یہ ہے کہ کوئی بھی پیغمبر جو آتا ہے وہ آتا ہے پیغام پہنچانے کے لیے۔ تو کوئی بھی جو رہے گا، نیا آدمی رہے گا، بھڑکے گا اس پر، اس کو تکلیف ہوگی تو وہ کچھ نہ کچھ کر سکتا ہے۔</w:t>
      </w:r>
    </w:p>
    <w:p>
      <w:r>
        <w:rPr>
          <w:b/>
        </w:rPr>
        <w:t xml:space="preserve">[27:08] </w:t>
      </w:r>
      <w:r>
        <w:t>to is liye nahi diya gaya kyun ke woh is se sara maqsad hi faut ho jata hai. to ab main sawal karunga maulana basit umri sahib se ke</w:t>
      </w:r>
    </w:p>
    <w:p>
      <w:pPr>
        <w:jc w:val="right"/>
      </w:pPr>
      <w:r>
        <w:t>تو اس لیے نہیں دیا گیا کیونکہ وہ اس سے سارا مقصد ہی فوت ہو جاتا ہے۔ تو اب میں سوال کروں گا مولانا باسط عمری صاحب سے کہ</w:t>
      </w:r>
    </w:p>
    <w:p>
      <w:r>
        <w:rPr>
          <w:b/>
        </w:rPr>
        <w:t xml:space="preserve">[27:19] </w:t>
      </w:r>
      <w:r>
        <w:t>Allah ke rasool sallallahu alaihi wasallam ka amal tha ke abuser jo hain, shatim karne wale hain, us ko ignore karo. is se kiya sabak lena chahiye?</w:t>
      </w:r>
    </w:p>
    <w:p>
      <w:pPr>
        <w:jc w:val="right"/>
      </w:pPr>
      <w:r>
        <w:t>اللہ کے رسول صلی اللہ علیہ وسلم کا عمل تھا کہ ابیوزر جو ہیں، شتم کرنے والے ہیں، اس کو اگنور کرو۔ اس سے کیا سبق لینا چاہیے؟</w:t>
      </w:r>
    </w:p>
    <w:p>
      <w:r>
        <w:rPr>
          <w:b/>
        </w:rPr>
        <w:t xml:space="preserve">[27:29] </w:t>
      </w:r>
      <w:r>
        <w:t>dekhiye,</w:t>
      </w:r>
    </w:p>
    <w:p>
      <w:pPr>
        <w:jc w:val="right"/>
      </w:pPr>
      <w:r>
        <w:t>دیکھیے،</w:t>
      </w:r>
    </w:p>
    <w:p>
      <w:r>
        <w:rPr>
          <w:b/>
        </w:rPr>
        <w:t xml:space="preserve">[27:34] </w:t>
      </w:r>
      <w:r>
        <w:t>mein pehle ek buniyadi baat batata hoon ke shatme rasool ke masle mein</w:t>
      </w:r>
    </w:p>
    <w:p>
      <w:pPr>
        <w:jc w:val="right"/>
      </w:pPr>
      <w:r>
        <w:t>میں پہلے ایک بنیادی بات بتاتا ہوں کہ شتم رسول کے مسئلے میں</w:t>
      </w:r>
    </w:p>
    <w:p>
      <w:r>
        <w:rPr>
          <w:b/>
        </w:rPr>
        <w:t xml:space="preserve">[27:44] </w:t>
      </w:r>
      <w:r>
        <w:t>kuch daleelein waqeyat ki shakal mein ulma ne di hain.</w:t>
      </w:r>
    </w:p>
    <w:p>
      <w:pPr>
        <w:jc w:val="right"/>
      </w:pPr>
      <w:r>
        <w:t>کچھ دلیلیں واقعات کی شکل میں علماء نے دی ہیں۔</w:t>
      </w:r>
    </w:p>
    <w:p>
      <w:r>
        <w:rPr>
          <w:b/>
        </w:rPr>
        <w:t xml:space="preserve">[27:49] </w:t>
      </w:r>
      <w:r>
        <w:t>isi tarah Maulana ne bhi</w:t>
      </w:r>
    </w:p>
    <w:p>
      <w:pPr>
        <w:jc w:val="right"/>
      </w:pPr>
      <w:r>
        <w:t>اسی طرح مولانا نے بھی</w:t>
      </w:r>
    </w:p>
    <w:p>
      <w:r>
        <w:rPr>
          <w:b/>
        </w:rPr>
        <w:t xml:space="preserve">[27:55] </w:t>
      </w:r>
      <w:r>
        <w:t>yaani seerat-e-rasool se yeh daleelein di hain ke shaatim-e-rasool ko Allah ke rasool ne qatl nahi kiya, use nazar andaaz kiya.</w:t>
      </w:r>
    </w:p>
    <w:p>
      <w:pPr>
        <w:jc w:val="right"/>
      </w:pPr>
      <w:r>
        <w:t>یعنی سیرت رسول سے یہ دلیلیں دی ہیں کہ شاتم رسول کو اللہ کے رسول نے قتل نہیں کیا، اسے نظر انداز کیا۔</w:t>
      </w:r>
    </w:p>
    <w:p>
      <w:r>
        <w:rPr>
          <w:b/>
        </w:rPr>
        <w:t xml:space="preserve">[28:10] </w:t>
      </w:r>
      <w:r>
        <w:t>to is masle mein ek saahib ne aitraaz bhi kiya ke Maulana apni kitabon mein sirf un waqeyat ko naqal karte hain jis mein Rasool Allah ne shaatim-e-rasool ko nazar andaaz kiya.</w:t>
      </w:r>
    </w:p>
    <w:p>
      <w:pPr>
        <w:jc w:val="right"/>
      </w:pPr>
      <w:r>
        <w:t>تو اس مسئلے میں ایک صاحب نے اعتراض بھی کیا کہ مولانا اپنی کتابوں میں صرف ان واقعات کو نقل کرتے ہیں جس میں رسول اللہ نے شاتم رسول کو نظر انداز کیا۔</w:t>
      </w:r>
    </w:p>
    <w:p>
      <w:r>
        <w:rPr>
          <w:b/>
        </w:rPr>
        <w:t xml:space="preserve">[28:24] </w:t>
      </w:r>
      <w:r>
        <w:t>Maulana un waqeyat ko nahi lete jin waqeyat mein Allah ke Rasool ne un ko qatl kiya, haalankeh woh shatme rasool ka masla nahi tha, koi aur masla tha.</w:t>
      </w:r>
    </w:p>
    <w:p>
      <w:pPr>
        <w:jc w:val="right"/>
      </w:pPr>
      <w:r>
        <w:t>مولانا ان واقعات کو نہیں لیتے جن واقعات میں اللہ کے رسول نے ان کو قتل کیا، حالانکہ وہ شتم رسول کا مسئلہ نہیں تھا، کوئی اور مسئلہ تھا۔</w:t>
      </w:r>
    </w:p>
    <w:p>
      <w:r>
        <w:rPr>
          <w:b/>
        </w:rPr>
        <w:t xml:space="preserve">[28:34] </w:t>
      </w:r>
      <w:r>
        <w:t>mein is mauzu mein nahi jaunga</w:t>
      </w:r>
    </w:p>
    <w:p>
      <w:pPr>
        <w:jc w:val="right"/>
      </w:pPr>
      <w:r>
        <w:t>میں اس موضوع میں نہیں جاؤں گ</w:t>
      </w:r>
    </w:p>
    <w:p>
      <w:r>
        <w:rPr>
          <w:b/>
        </w:rPr>
        <w:t xml:space="preserve">[28:36] </w:t>
      </w:r>
      <w:r>
        <w:t>a. mein sirf yeh batana chahta hoon ke aap samajhte hain ke is masle mein do daleelein hain.</w:t>
      </w:r>
    </w:p>
    <w:p>
      <w:pPr>
        <w:jc w:val="right"/>
      </w:pPr>
      <w:r>
        <w:t>ا۔ میں صرف یہ بتانا چاہتا ہوں کہ آپ سمجھتے ہیں کہ اس مسئلے میں دو دلیلیں ہیں۔</w:t>
      </w:r>
    </w:p>
    <w:p>
      <w:r>
        <w:rPr>
          <w:b/>
        </w:rPr>
        <w:t xml:space="preserve">[28:44] </w:t>
      </w:r>
      <w:r>
        <w:t>ek taraf Maulana ne bhi diye hain, ek taraf aur ulma ne bhi diye hain. to is mein Maulana ko tarjeeh dene ke liye, Maulana ki baat ko samajhne ke liye hamein ek aur daleel mil</w:t>
      </w:r>
    </w:p>
    <w:p>
      <w:pPr>
        <w:jc w:val="right"/>
      </w:pPr>
      <w:r>
        <w:t>ایک طرف مولانا نے بھی دیے ہیں، ایک طرف اور علماء نے بھی دیے ہیں۔ تو اس میں مولانا کو ترجیح دینے کے لیے، مولانا کی بات کو سمجھنے کے لیے ہمیں ایک اور دلیل مل</w:t>
      </w:r>
    </w:p>
    <w:p>
      <w:r>
        <w:rPr>
          <w:b/>
        </w:rPr>
        <w:t xml:space="preserve">[28:58] </w:t>
      </w:r>
      <w:r>
        <w:t>ti hai. Maulana ne apni kitaab mein is waqey ko naqal kiya hai Abdullah bin Ubay ke ke un ko Allah ke Rasool ne qatl nahi kiya.</w:t>
      </w:r>
    </w:p>
    <w:p>
      <w:pPr>
        <w:jc w:val="right"/>
      </w:pPr>
      <w:r>
        <w:t>تی ہے۔ مولانا نے اپنی کتاب میں اس واقعے کو نقل کیا ہے عبداللہ بن ابی کے کہ ان کو اللہ کے رسول نے قتل نہیں کیا۔</w:t>
      </w:r>
    </w:p>
    <w:p>
      <w:r>
        <w:rPr>
          <w:b/>
        </w:rPr>
        <w:t xml:space="preserve">[29:11] </w:t>
      </w:r>
      <w:r>
        <w:t>woh zaahir baat hai munafiqon ke sardar thay. woh to dushman-e-Islam thay, yeh to waazeh tha sab par.</w:t>
      </w:r>
    </w:p>
    <w:p>
      <w:pPr>
        <w:jc w:val="right"/>
      </w:pPr>
      <w:r>
        <w:t>وہ ظاہر بات ہے منافقوں کے سردار تھے۔ وہ تو دشمن اسلام تھے، یہ تو واضح تھا سب پر۔</w:t>
      </w:r>
    </w:p>
    <w:p>
      <w:r>
        <w:rPr>
          <w:b/>
        </w:rPr>
        <w:t xml:space="preserve">[29:21] </w:t>
      </w:r>
      <w:r>
        <w:t>is ke bawajood bhi Allah ke Rasool ne qatl nahi kiya sirf ek wajah se.</w:t>
      </w:r>
    </w:p>
    <w:p>
      <w:pPr>
        <w:jc w:val="right"/>
      </w:pPr>
      <w:r>
        <w:t>اس کے باوجود بھی اللہ کے رسول نے قتل نہیں کیا صرف ایک وجہ سے۔</w:t>
      </w:r>
    </w:p>
    <w:p>
      <w:r>
        <w:rPr>
          <w:b/>
        </w:rPr>
        <w:t xml:space="preserve">[29:25] </w:t>
      </w:r>
      <w:r>
        <w:t>woh wajah khud Allah ke Rasool ne bata diya ke woh wajah yeh hai ke log kahenge ke Rasool apne hi saathiyon ko qatl kar rahe hain.</w:t>
      </w:r>
    </w:p>
    <w:p>
      <w:pPr>
        <w:jc w:val="right"/>
      </w:pPr>
      <w:r>
        <w:t>وہ وجہ خود اللہ کے رسول نے بتا دیا کہ وہ وجہ یہ ہے کہ لوگ کہیں گے کہ رسول اپنے ہی ساتھیوں کو قتل کر رہے ہیں۔</w:t>
      </w:r>
    </w:p>
    <w:p>
      <w:r>
        <w:rPr>
          <w:b/>
        </w:rPr>
        <w:t xml:space="preserve">[29:35] </w:t>
      </w:r>
      <w:r>
        <w:t>to is waqey mein Maulana ne bohat achhe se yeh baat samjhai ke Islam ki image ko damage hone se bachana yeh bohat badi baat hai.</w:t>
      </w:r>
    </w:p>
    <w:p>
      <w:pPr>
        <w:jc w:val="right"/>
      </w:pPr>
      <w:r>
        <w:t>تو اس واقعے میں مولانا نے بہت اچھے سے یہ بات سمجھائی کہ اسلام کی امیج کو ڈیمج ہونے سے بچانا یہ بہت بڑی بات ہے۔</w:t>
      </w:r>
    </w:p>
    <w:p>
      <w:r>
        <w:rPr>
          <w:b/>
        </w:rPr>
        <w:t xml:space="preserve">[29:52] </w:t>
      </w:r>
      <w:r>
        <w:t>Rasool Allah ne dushman-e-Islam ko bhi nazar andaaz kar diya. is image, image Islam ki jo image hai, us ko bachane ke liye ek munafiqon ka sardar, dushman-e-Islam, jo saare musalmanon par waazeh tha, khud Allah ke Rasool par waazeh tha, us ke bawajood bhi Islam ki image ko bachane ke liye Rasool Allah ne unhein kuch nahi kiya.</w:t>
      </w:r>
    </w:p>
    <w:p>
      <w:pPr>
        <w:jc w:val="right"/>
      </w:pPr>
      <w:r>
        <w:t>رسول اللہ نے دشمن اسلام کو بھی نظر انداز کر دیا۔ اس امیج، امیج اسلام کی جو امیج ہے، اس کو بچانے کے لیے ایک منافقوں کا سردار، دشمن اسلام، جو سارے مسلمانوں پر واضح تھا، خود اللہ کے رسول پر واضح تھا، اس کے باوجود بھی اسلام کی امیج کو بچانے کے لیے رسول اللہ نے انہیں کچھ نہیں کیا۔</w:t>
      </w:r>
    </w:p>
    <w:p>
      <w:r>
        <w:rPr>
          <w:b/>
        </w:rPr>
        <w:t xml:space="preserve">[30:16] </w:t>
      </w:r>
      <w:r>
        <w:t>to Maulana ki yeh baat hum ko lena chahiye.</w:t>
      </w:r>
    </w:p>
    <w:p>
      <w:pPr>
        <w:jc w:val="right"/>
      </w:pPr>
      <w:r>
        <w:t>تو مولانا کی یہ بات ہم کو لینا چاہیے۔</w:t>
      </w:r>
    </w:p>
    <w:p>
      <w:r>
        <w:rPr>
          <w:b/>
        </w:rPr>
        <w:t xml:space="preserve">[30:20] </w:t>
      </w:r>
      <w:r>
        <w:t>yeh mera zehan appeal karta hai ke Islam ki image ko bachane ke liye musalman is masle mein nazar-e-saani kare.</w:t>
      </w:r>
    </w:p>
    <w:p>
      <w:pPr>
        <w:jc w:val="right"/>
      </w:pPr>
      <w:r>
        <w:t>یہ میرا ذہن اپیل کرتا ہے کہ اسلام کی امیج کو بچانے کے لیے مسلمان اس مسئلے میں نظر ثانی کرے۔</w:t>
      </w:r>
    </w:p>
    <w:p>
      <w:r>
        <w:rPr>
          <w:b/>
        </w:rPr>
        <w:t xml:space="preserve">[30:29] </w:t>
      </w:r>
      <w:r>
        <w:t>woh yaani apne masle par misar na ho. yeh zyada ek sanjeeda insaan ke liye zaroori hai. to mujhe jo is masle mein Maulana ki yeh baat bohat zyada qabil-e-fehm lagi aur yeh baat aur musalmanon ko bhi sochna chahiye.</w:t>
      </w:r>
    </w:p>
    <w:p>
      <w:pPr>
        <w:jc w:val="right"/>
      </w:pPr>
      <w:r>
        <w:t>وہ یعنی اپنے مسئلے پر مصر نہ ہو۔ یہ زیادہ ایک سنجیدہ انسان کے لیے ضروری ہے۔ تو مجھے جو اس مسئلے میں مولانا کی یہ بات بہت زیادہ قابل فہم لگی اور یہ بات اور مسلمانوں کو بھی سوچنا چاہیے۔</w:t>
      </w:r>
    </w:p>
    <w:p>
      <w:r>
        <w:rPr>
          <w:b/>
        </w:rPr>
        <w:t xml:space="preserve">[30:50] </w:t>
      </w:r>
      <w:r>
        <w:t>is par nazar-e-saani karna chahiye. shukriya Maulana Abdul Basit saahib. aap ne bohat hi aham baat batai. is par mein ek waqey add karna chahunga.</w:t>
      </w:r>
    </w:p>
    <w:p>
      <w:pPr>
        <w:jc w:val="right"/>
      </w:pPr>
      <w:r>
        <w:t>اس پر نظر ثانی کرنا چاہیے۔ شکریہ مولانا عبدالباسط صاحب۔ آپ نے بہت ہی اہم بات بتائی۔ اس پر میں ایک واقعہ ایڈ کرنا چاہوں گا۔</w:t>
      </w:r>
    </w:p>
    <w:p>
      <w:r>
        <w:rPr>
          <w:b/>
        </w:rPr>
        <w:t xml:space="preserve">[31:00] </w:t>
      </w:r>
      <w:r>
        <w:t>Allah ke Rasool Sallallahu Alaihi Wasallam ke zamane ka waqey, bilkul aakhri zamane ka.</w:t>
      </w:r>
    </w:p>
    <w:p>
      <w:pPr>
        <w:jc w:val="right"/>
      </w:pPr>
      <w:r>
        <w:t>اللہ کے رسول صلی اللہ علیہ وسلم کے زمانے کا واقعہ، بالکل آخری زمانے کا۔</w:t>
      </w:r>
    </w:p>
    <w:p>
      <w:r>
        <w:rPr>
          <w:b/>
        </w:rPr>
        <w:t xml:space="preserve">[31:07] </w:t>
      </w:r>
      <w:r>
        <w:t>Hazrat Abu Hurairah Razi Allahu Anhu Rasool Sallallahu Alaihi Wasallam ke paas aaye thay. yeh ghaleban saat hijri ya us ke baad ka waqey hai. aur un ke saath un ki maa bhi aai thi.</w:t>
      </w:r>
    </w:p>
    <w:p>
      <w:pPr>
        <w:jc w:val="right"/>
      </w:pPr>
      <w:r>
        <w:t>حضرت ابوہریرہ رضی اللہ عنہ رسول صلی اللہ علیہ وسلم کے پاس آئے تھے۔ یہ غالباً سات ہجری یا اس کے بعد کا واقعہ ہے۔ اور ان کے ساتھ ان کی ماں بھی آئی تھی۔</w:t>
      </w:r>
    </w:p>
    <w:p>
      <w:r>
        <w:rPr>
          <w:b/>
        </w:rPr>
        <w:t xml:space="preserve">[31:17] </w:t>
      </w:r>
      <w:r>
        <w:t>Abu Hurairah Razi Allahu Anhu to musalman thay, un ki maa kya thi? musalman nahi thi. to Abu Hurairah un ko ja kar baatein bataya karte thay. to ek din bohat naraz ho gayi aur us ne aisi baat kahi jis ko sab kaha ja sakta hai.</w:t>
      </w:r>
    </w:p>
    <w:p>
      <w:pPr>
        <w:jc w:val="right"/>
      </w:pPr>
      <w:r>
        <w:t>ابوہریرہ رضی اللہ عنہ تو مسلمان تھے، ان کی ماں کیا تھی؟ مسلمان نہیں تھی۔ تو ابوہریرہ ان کو جا کر باتیں بتایا کرتے تھے۔ تو ایک دن بہت ناراض ہو گئی اور اس نے ایسی بات کہی جس کو سب کہا جا سکتا ہے۔</w:t>
      </w:r>
    </w:p>
    <w:p>
      <w:r>
        <w:rPr>
          <w:b/>
        </w:rPr>
        <w:t xml:space="preserve">[31:30] </w:t>
      </w:r>
      <w:r>
        <w:t>Abu Hurairah Razi Allahu Anhu chuki maa thi, un ka adab tha aur Allah ke Rasool Sallallahu Alaihi Wasallam ka bhi adab tha, to woh rote hue Allah ke Rasool Sallallahu Alaihi Wasallam ke paas aaye aur aa kar kaha ke mein apni maa ko Islam ki baatein bataya karta tha, woh naraz ho gayi.</w:t>
      </w:r>
    </w:p>
    <w:p>
      <w:pPr>
        <w:jc w:val="right"/>
      </w:pPr>
      <w:r>
        <w:t>ابوہریرہ رضی اللہ عنہ چونکہ ماں تھی، ان کا ادب تھا اور اللہ کے رسول صلی اللہ علیہ وسلم کا بھی ادب تھا، تو وہ روتے ہوئے اللہ کے رسول صلی اللہ علیہ وسلم کے پاس آئے اور آ کر کہا کہ میں اپنی ماں کو اسلام کی باتیں بتایا کرتا تھا، وہ ناراض ہو گئی۔</w:t>
      </w:r>
    </w:p>
    <w:p>
      <w:r>
        <w:rPr>
          <w:b/>
        </w:rPr>
        <w:t xml:space="preserve">[31:45] </w:t>
      </w:r>
      <w:r>
        <w:t>fasam'atni feeka ma akram ke mujhe aap ke bare mein aisi baat sunai jis ko mein napasand karta hoon. zaahir si baat hai, woh sab ka hi waqey hoga.</w:t>
      </w:r>
    </w:p>
    <w:p>
      <w:pPr>
        <w:jc w:val="right"/>
      </w:pPr>
      <w:r>
        <w:t>فاسمعتنی فیک ما اکرم کہ مجھے آپ کے بارے میں ایسی بات سنائی جس کو میں ناپسند کرتا ہوں۔ ظاہر سی بات ہے، وہ سب کا ہی واقعہ ہوگا۔</w:t>
      </w:r>
    </w:p>
    <w:p>
      <w:r>
        <w:rPr>
          <w:b/>
        </w:rPr>
        <w:t xml:space="preserve">[31:56] </w:t>
      </w:r>
      <w:r>
        <w:t>to ab aap aisa kijiyega ke meri maan ki hidayat ke liye dua kar dijiye. agar woh had ka waqia hota to Allah ke Rasool sallallahu alaihi wasallam kehte hain, aye Abu Hurairah, yeh waqia jo had ka hai, is mein dua nahi hogi, is mein kya hai?</w:t>
      </w:r>
    </w:p>
    <w:p>
      <w:pPr>
        <w:jc w:val="right"/>
      </w:pPr>
      <w:r>
        <w:t>تو اب آپ ایسا کیجئے کہ میری ماں کی ہدایت کے لیے دعا کر دیجئے۔ اگر وہ حد کا واقعہ ہوتا تو اللہ کے رسول صلی اللہ علیہ وسلم کہتے ہیں، اے ابوہریرہ، یہ واقعہ جو حد کا ہے، اس میں دعا نہیں ہوگی، اس میں کیا ہے؟</w:t>
      </w:r>
    </w:p>
    <w:p>
      <w:r>
        <w:rPr>
          <w:b/>
        </w:rPr>
        <w:t xml:space="preserve">[32:09] </w:t>
      </w:r>
      <w:r>
        <w:t>saza milegi. lekin Allah ke Rasool sallallahu alaihi wasallam ne unke liye dua ki. isi dua ke nateeje mein woh kya hai?</w:t>
      </w:r>
    </w:p>
    <w:p>
      <w:pPr>
        <w:jc w:val="right"/>
      </w:pPr>
      <w:r>
        <w:t>سزا ملے گی۔ لیکن اللہ کے رسول صلی اللہ علیہ وسلم نے ان کے لیے دعا کیا۔ اسی دعا کے نتیجے میں وہ کیا ہے؟</w:t>
      </w:r>
    </w:p>
    <w:p>
      <w:r>
        <w:rPr>
          <w:b/>
        </w:rPr>
        <w:t xml:space="preserve">[32:18] </w:t>
      </w:r>
      <w:r>
        <w:t>Allah ke Rasool sallallahu alaihi wasallam ki sacchi saathi ban gayi. to is se sabaq hum le sakte hain ke Allah ke Rasool sallallahu alaihi wasallam ka tareeqa kya tha aur hum bhi wahi tareeqa ikhtiyar kar sakte hain.</w:t>
      </w:r>
    </w:p>
    <w:p>
      <w:pPr>
        <w:jc w:val="right"/>
      </w:pPr>
      <w:r>
        <w:t>اللہ کے رسول صلی اللہ علیہ وسلم کی سچی ساتھی بن گئی۔ تو اس سے سبق ہم لے سکتے ہیں کہ اللہ کے رسول صلی اللہ علیہ وسلم کا طریقہ کیا تھا اور ہم بھی وہی طریقہ اختیار کر سکتے ہیں۔</w:t>
      </w:r>
    </w:p>
    <w:p>
      <w:r>
        <w:rPr>
          <w:b/>
        </w:rPr>
        <w:t xml:space="preserve">[32:28] </w:t>
      </w:r>
      <w:r>
        <w:t>hamare paas</w:t>
      </w:r>
    </w:p>
    <w:p>
      <w:pPr>
        <w:jc w:val="right"/>
      </w:pPr>
      <w:r>
        <w:t>ہمارے پاس</w:t>
      </w:r>
    </w:p>
    <w:p>
      <w:r>
        <w:rPr>
          <w:b/>
        </w:rPr>
        <w:t xml:space="preserve">[32:30] </w:t>
      </w:r>
      <w:r>
        <w:t>agar woh asbab nahi hain ke jo Allah ke Rasool sallallahu alaihi wasallam ko sab kar raha hai, us tak pahunch sake to hum us ke liye dua kar sakte hain. yeh milta hai is waqiye se.</w:t>
      </w:r>
    </w:p>
    <w:p>
      <w:pPr>
        <w:jc w:val="right"/>
      </w:pPr>
      <w:r>
        <w:t>اگر وہ اسباب نہیں ہیں کہ جو اللہ کے رسول صلی اللہ علیہ وسلم کو سب کر رہا ہے، اس تک پہنچ سکے تو ہم اس کے لیے دعا کر سکتے ہیں۔ یہ ملتا ہے اس واقعے سے۔</w:t>
      </w:r>
    </w:p>
    <w:p>
      <w:r>
        <w:rPr>
          <w:b/>
        </w:rPr>
        <w:t xml:space="preserve">[32:39] </w:t>
      </w:r>
      <w:r>
        <w:t>aur aisa aur kai waqie hain ke ek aadmi ne aa kar kaha ke aye Muhammad, tum ne adl se kaam nahi liya, be insafi se kaam le rahe ho. to Hazrat Umar ko ghussa utha, unhon ne kaha, ab ijazat dein to main un ki gardan maar doon.</w:t>
      </w:r>
    </w:p>
    <w:p>
      <w:pPr>
        <w:jc w:val="right"/>
      </w:pPr>
      <w:r>
        <w:t>اور ایسا اور کئی واقعے ہیں کہ ایک آدمی نے آ کر کہا کہ اے محمد، تم نے عدل سے کام نہیں لیا، بے انصافی سے کام لے رہے ہو۔ تو حضرت عمر کو غصہ اٹھا، انہوں نے کہا، اب اجازت دیں تو میں ان کی گردن مار دوں۔</w:t>
      </w:r>
    </w:p>
    <w:p>
      <w:r>
        <w:rPr>
          <w:b/>
        </w:rPr>
        <w:t xml:space="preserve">[32:51] </w:t>
      </w:r>
      <w:r>
        <w:t>to Allah ke Rasool sallallahu alaihi wasallam ne kaha, nahi, d'ao la yatuhaddath al-nasu ann Muhammad yeqtulu ashabahu.</w:t>
      </w:r>
    </w:p>
    <w:p>
      <w:pPr>
        <w:jc w:val="right"/>
      </w:pPr>
      <w:r>
        <w:t>تو اللہ کے رسول صلی اللہ علیہ وسلم نے کہا، نہیں، دعو لا یتحدث الناس ان محمد یقتل اصحابہ۔</w:t>
      </w:r>
    </w:p>
    <w:p>
      <w:r>
        <w:rPr>
          <w:b/>
        </w:rPr>
        <w:t xml:space="preserve">[33:00] </w:t>
      </w:r>
      <w:r>
        <w:t>chhod do, tum logon ko yeh kehne ka mauqa na do ke Muhammad apne ashab ko qatl karte hain. aise kai kai waqiyat seerat aur hadith ki kitabon mein aaye hain. to main samajhta hoon ke aap ne bahut aham baat batai ke logon ko is par nahi dhyan dena chahiye ke woh kya sochte hain, balke is par dhyan dena chahiye ke waqai Quran aur Sunnat mein kya likha hua hai.</w:t>
      </w:r>
    </w:p>
    <w:p>
      <w:pPr>
        <w:jc w:val="right"/>
      </w:pPr>
      <w:r>
        <w:t>چھوڑ دو، تم لوگوں کو یہ کہنے کا موقع نہ دو کہ محمد اپنے اصحاب کو قتل کرتے ہیں۔ ایسے کئی کئی واقعات سیرت اور حدیث کی کتابوں میں آئے ہیں۔ تو میں سمجھتا ہوں کہ آپ نے بہت اہم بات بتائی کہ لوگوں کو اس پر نہیں دھیان دینا چاہیے کہ وہ کیا سوچتے ہیں، بلکہ اس پر دھیان دینا چاہیے کہ واقعی قرآن اور سنت میں کیا لکھا ہوا ہے۔</w:t>
      </w:r>
    </w:p>
    <w:p>
      <w:r>
        <w:rPr>
          <w:b/>
        </w:rPr>
        <w:t xml:space="preserve">[33:19] </w:t>
      </w:r>
      <w:r>
        <w:t>to ab main Maulana Inayat Umri sahib se isi pas manzar mein sawal karunga aur yeh mera aakhri sawal hai ke shaatim ki saza ke liye ulama e Islam jin waqiyat se istidlal karte hain, is silsile mein Maulana Wahiduddin Khan sahib ki rai kya hai?</w:t>
      </w:r>
    </w:p>
    <w:p>
      <w:pPr>
        <w:jc w:val="right"/>
      </w:pPr>
      <w:r>
        <w:t>تو اب میں مولانا عنایت عمری صاحب سے اسی پس منظر میں سوال کروں گا اور یہ میرا آخری سوال ہے کہ شاتم کی سزا کے لیے علماء اسلام جن واقعات سے استنباط کرتے ہیں، اس سلسلے میں مولانا وحید الدین خان صاحب کی رائے کیا ہے؟</w:t>
      </w:r>
    </w:p>
    <w:p>
      <w:r>
        <w:rPr>
          <w:b/>
        </w:rPr>
        <w:t xml:space="preserve">[33:36] </w:t>
      </w:r>
      <w:r>
        <w:t>ji, bahut hi aham sawal hai yeh. dekhiye, bazahir bahut se aise waqiyat milte hain seerat ki kitabon mein jin se ulama ne yeh istidlal kiya hai ke dekho, Rasool Allah ne yeh jo saza di, woh shatm ki wajah se di.</w:t>
      </w:r>
    </w:p>
    <w:p>
      <w:pPr>
        <w:jc w:val="right"/>
      </w:pPr>
      <w:r>
        <w:t>جی، بہت ہی اہم سوال ہے یہ۔ دیکھیے، بظاہر بہت سے ایسے واقعات ملتے ہیں سیرت کی کتابوں میں جن سے علماء نے یہ استدلال کیا ہے کہ دیکھو، رسول اللہ نے یہ جو سزا دی، وہ شتم کی وجہ سے دی۔</w:t>
      </w:r>
    </w:p>
    <w:p>
      <w:r>
        <w:rPr>
          <w:b/>
        </w:rPr>
        <w:t xml:space="preserve">[33:58] </w:t>
      </w:r>
      <w:r>
        <w:t>dekhiye, is mamle mein basic baat jo samajhne ki hai, woh yeh hai ke agar saza shatm jo hai, qabil e had jurm hai to aisa nahi ho sakta ke ek ko saza mile, ek ko maafi mile.</w:t>
      </w:r>
    </w:p>
    <w:p>
      <w:pPr>
        <w:jc w:val="right"/>
      </w:pPr>
      <w:r>
        <w:t>دیکھیے، اس معاملے میں بیسک بات جو سمجھنے کی ہے، وہ یہ ہے کہ اگر سزا شتم جو ہے، قابل حد جرم ہے تو ایسا نہیں ہو سکتا کہ ایک کو سزا ملے، ایک کو معافی ملے۔</w:t>
      </w:r>
    </w:p>
    <w:p>
      <w:r>
        <w:rPr>
          <w:b/>
        </w:rPr>
        <w:t xml:space="preserve">[34:14] </w:t>
      </w:r>
      <w:r>
        <w:t>jaise abhi hamare Farhad Salafi sahib ne bataya ke Abu Hurairah ki maan ke liye Rasool Allah ne dua ki aur doosre log shatm ke mujrim hain, un ko saza mil rahi hai.</w:t>
      </w:r>
    </w:p>
    <w:p>
      <w:pPr>
        <w:jc w:val="right"/>
      </w:pPr>
      <w:r>
        <w:t>جیسے ابھی ہمارے فرہاد سلفی صاحب نے بتایا کہ ابوہریرہ کی ماں کے لیے رسول اللہ نے دعا کی اور دوسرے لوگ شتم کے مجرمین ہیں، ان کو سزا مل رہی ہے۔</w:t>
      </w:r>
    </w:p>
    <w:p>
      <w:r>
        <w:rPr>
          <w:b/>
        </w:rPr>
        <w:t xml:space="preserve">[34:31] </w:t>
      </w:r>
      <w:r>
        <w:t>dekhiye, is mamle mein yeh usool hai. yeh</w:t>
      </w:r>
    </w:p>
    <w:p>
      <w:pPr>
        <w:jc w:val="right"/>
      </w:pPr>
      <w:r>
        <w:t>دیکھیے، اس معاملے میں یہ اصول ہے۔ یہ</w:t>
      </w:r>
    </w:p>
    <w:p>
      <w:r>
        <w:rPr>
          <w:b/>
        </w:rPr>
        <w:t xml:space="preserve">[34:34] </w:t>
      </w:r>
      <w:r>
        <w:t>hum jante hain ke Rasool Allah sallallahu alaihi wasallam ke zamane mein jo qabila e Makhzum ki ek ladki ne, jinka naam Fatima tha, chori ki to bade khandan ki thi, bade gharane ki thi.</w:t>
      </w:r>
    </w:p>
    <w:p>
      <w:pPr>
        <w:jc w:val="right"/>
      </w:pPr>
      <w:r>
        <w:t>ہم جانتے ہیں کہ رسول اللہ صلی اللہ علیہ وسلم کے زمانے میں جو قبیلہ مخزوم کی ایک لڑکی نے، جن کا نام فاطمہ تھا، چوری کی تو بڑے خاندان کی تھی، بڑے گھرانے کی تھی۔</w:t>
      </w:r>
    </w:p>
    <w:p>
      <w:r>
        <w:rPr>
          <w:b/>
        </w:rPr>
        <w:t xml:space="preserve">[34:49] </w:t>
      </w:r>
      <w:r>
        <w:t>to unhon ne ja kar request ki Usama bin Zaid se ke Usama se Rasool Allah zyada mohabbat karte hain,</w:t>
      </w:r>
    </w:p>
    <w:p>
      <w:pPr>
        <w:jc w:val="right"/>
      </w:pPr>
      <w:r>
        <w:t>تو انہوں نے جا کر ریکویسٹ کی اسامہ بن زید سے کہ اسامہ سے رسول اللہ زیادہ محبت کرتے ہیں،</w:t>
      </w:r>
    </w:p>
    <w:p>
      <w:r>
        <w:rPr>
          <w:b/>
        </w:rPr>
        <w:t xml:space="preserve">[34:59] </w:t>
      </w:r>
      <w:r>
        <w:t>agar woh ja kar sifarish karein to shayad saza par nazar sani ki jayegi. to Usama bin Zaid Nabi sallallahu alaihi wasallam ke paas pahunche sifarish ke karne ke liye to aap ne farmaya ke atashfa'u fi haddin min hududillah.</w:t>
      </w:r>
    </w:p>
    <w:p>
      <w:pPr>
        <w:jc w:val="right"/>
      </w:pPr>
      <w:r>
        <w:t>اگر وہ جا کر سفارش کریں تو شاید سزا پر نظر ثانی کی جائے گی۔ تو اسامہ بن زید نبی صلی اللہ علیہ وسلم کے پاس پہنچے سفارش کے کرنے کے لیے تو آپ نے فرمایا کہ اتشفع فی حد من حدود اللہ۔</w:t>
      </w:r>
    </w:p>
    <w:p>
      <w:r>
        <w:rPr>
          <w:b/>
        </w:rPr>
        <w:t xml:space="preserve">[35:19] </w:t>
      </w:r>
      <w:r>
        <w:t>Usama, kya tum Khuda ke hudood mein sifarish karne kar rahe ho? tum ya</w:t>
      </w:r>
    </w:p>
    <w:p>
      <w:pPr>
        <w:jc w:val="right"/>
      </w:pPr>
      <w:r>
        <w:t>اسامہ، کیا تم خدا کے حدود میں سفارش کرنے کر رہے ہو؟ تم یع</w:t>
      </w:r>
    </w:p>
    <w:p>
      <w:r>
        <w:rPr>
          <w:b/>
        </w:rPr>
        <w:t xml:space="preserve">[35:25] </w:t>
      </w:r>
      <w:r>
        <w:t>yani agar woh had hai to saza nafiz hogi, maafi nahi milegi aur woh jurm koi bhi kare, us ko saza mil kar rahegi.</w:t>
      </w:r>
    </w:p>
    <w:p>
      <w:pPr>
        <w:jc w:val="right"/>
      </w:pPr>
      <w:r>
        <w:t>نی اگر وہ حد ہے تو سزا نافذ ہوگی، معافی نہیں ملے گی اور وہ جرم کوئی بھی کرے، اس کو سزا مل کر رہے گی۔</w:t>
      </w:r>
    </w:p>
    <w:p>
      <w:r>
        <w:rPr>
          <w:b/>
        </w:rPr>
        <w:t xml:space="preserve">[35:35] </w:t>
      </w:r>
      <w:r>
        <w:t>aur aap ne yahan tak kaha is mamle mein ke walaw ann Fatima bint Muhammad yusraqu laqata'a Muhammad yaduha. ke agar is jagah Fatima bint qabila e Makhzum ki ladki Fatima nahi, agar Muhammad sallallahu alaihi wasallam ki meri apni beti Fatima bhi hoti to main apni beti ka haath bhi kaat deta.</w:t>
      </w:r>
    </w:p>
    <w:p>
      <w:pPr>
        <w:jc w:val="right"/>
      </w:pPr>
      <w:r>
        <w:t>اور آپ نے یہاں تک کہا اس معاملے میں کہ ولو ان فاطمہ بنت محمد یسرق لیقطع محمدیدہا کہ اگر اس جگہ فاطمہ بنت قبیلہ مخزوم کی لڑکی فاطمہ نہیں، اگر محمد صلی اللہ علیہ وسلم کی میری اپنی بیٹی فاطمہ بھی ہوتی تو میں اپنی بیٹی کا ہاتھ بھی کاٹ دیتا۔</w:t>
      </w:r>
    </w:p>
    <w:p>
      <w:r>
        <w:rPr>
          <w:b/>
        </w:rPr>
        <w:t xml:space="preserve">[36:00] </w:t>
      </w:r>
      <w:r>
        <w:t>dekhiye, is ka matlab yeh hai ke agar koi saza qabil e had hai, koi koi jurm qabil e had hai to wahan par maafi nahi di ja sakti.</w:t>
      </w:r>
    </w:p>
    <w:p>
      <w:pPr>
        <w:jc w:val="right"/>
      </w:pPr>
      <w:r>
        <w:t>دیکھیے، اس کا مطلب یہ ہے کہ اگر کوئی سزا قابل حد ہے، کوئی کوئی جرم قابل حد ہے تو وہاں پر معافی نہیں دی جا سکتی۔</w:t>
      </w:r>
    </w:p>
    <w:p>
      <w:r>
        <w:rPr>
          <w:b/>
        </w:rPr>
        <w:t xml:space="preserve">[36:11] </w:t>
      </w:r>
      <w:r>
        <w:t>hum dekh rahe hain ke yahan Rasool Allah ne sallallahu alaihi wasallam ne Abu Hurairah ki maan ko maaf kiya aur aap ne Abdullah bin Ubayi ko koi saza nahi di aur doosre kitne shaatimeen hain, aap ne un ko saza nahi di.</w:t>
      </w:r>
    </w:p>
    <w:p>
      <w:pPr>
        <w:jc w:val="right"/>
      </w:pPr>
      <w:r>
        <w:t>ہم دیکھ رہے ہیں کہ یہاں رسول اللہ نے صلی اللہ علیہ وسلم نے ابوہریرہ کی ماں کو معاف کیا اور آپ نے عبداللہ بن ابی کو کوئی سزا نہیں دی اور دوسرے کتنے شاتمین ہیں، آپ نے ان کو سزا نہیں دی۔</w:t>
      </w:r>
    </w:p>
    <w:p>
      <w:r>
        <w:rPr>
          <w:b/>
        </w:rPr>
        <w:t xml:space="preserve">[36:28] </w:t>
      </w:r>
      <w:r>
        <w:t>balke is silsile mein hum jante hain ke Suhail bin Amr, jinhon ne Sulah Hudaibiyah ke mauqe par Rahman ur Rahim mitane ke liye israr kiya aur Rasool Allah ka lafz mitane ke liye israr kiya, lekin un ko bhi toheen e risalat ka jo mujrim nahi qarar diya gaya.</w:t>
      </w:r>
    </w:p>
    <w:p>
      <w:pPr>
        <w:jc w:val="right"/>
      </w:pPr>
      <w:r>
        <w:t>بلکہ اس سلسلے میں ہم جانتے ہیں کہ سہیل بن عمر، جنہوں نے صلح حدیبیہ کے موقع پر الرحمن الرحیم مٹانے کے لیے اصرار کیا اور رسول اللہ کا لفظ مٹانے کے لیے اصرار کیا، لیکن ان کو بھی توہین رسالت کا جو مجرم نہیں قرار دیا گیا۔</w:t>
      </w:r>
    </w:p>
    <w:p>
      <w:r>
        <w:rPr>
          <w:b/>
        </w:rPr>
        <w:t xml:space="preserve">[36:50] </w:t>
      </w:r>
      <w:r>
        <w:t>balke mamla yeh hua ke aap ne Sahaba e Karam ko wasiyat ki, nasihat ki.</w:t>
      </w:r>
    </w:p>
    <w:p>
      <w:pPr>
        <w:jc w:val="right"/>
      </w:pPr>
      <w:r>
        <w:t>بلکہ معاملہ یہ ہوا کہ آپ نے صحابہ کرام کو وصیت کی، نصیحت کی۔</w:t>
      </w:r>
    </w:p>
    <w:p>
      <w:r>
        <w:rPr>
          <w:b/>
        </w:rPr>
        <w:t xml:space="preserve">[36:57] </w:t>
      </w:r>
      <w:r>
        <w:t>jab Makkah fateh ho raha tha, us mauqe par aap ne kaha ke man laqiya Suhail ibn Amr fala yuhaddu ilayhi al-nazar, fa inna Suhailan lahu aqlun wa sharafun, wa mithlu Suhailin la yujhalu al-islama.</w:t>
      </w:r>
    </w:p>
    <w:p>
      <w:pPr>
        <w:jc w:val="right"/>
      </w:pPr>
      <w:r>
        <w:t>جب مکہ فتح ہو رہا تھا، اس موقع پر آپ نے کہا کہ من لقی سہیل ابن امر فلا یحد الیہ النظر، فان سہیل لہ عقل وشرف، ومثل سہیل لا یجہل الاسلام</w:t>
      </w:r>
    </w:p>
    <w:p>
      <w:r>
        <w:rPr>
          <w:b/>
        </w:rPr>
        <w:t xml:space="preserve">[37:12] </w:t>
      </w:r>
      <w:r>
        <w:t>aap ne kaha ke dekho, Suhail bin Amr ne Sulah Hudaibiyah ke mauqe par jo kuch kiya, us ko dil mein rakh kar agar un se tumhara aamna samna ho jaye to un ko nazron se bhi aisa mat dekho ke un ko bura lage.</w:t>
      </w:r>
    </w:p>
    <w:p>
      <w:pPr>
        <w:jc w:val="right"/>
      </w:pPr>
      <w:r>
        <w:t>۔ آپ نے کہا کہ دیکھو، سہیل بن عمر نے صلح حدیبیہ کے موقع پر جو کچھ کیا، اس کو دل میں رکھ کر اگر ان سے تمہارا آمنا سامنا ہو جائے تو ان کو نظروں سے بھی ایسا مت دیکھو کہ ان کو برا لگے۔</w:t>
      </w:r>
    </w:p>
    <w:p>
      <w:r>
        <w:rPr>
          <w:b/>
        </w:rPr>
        <w:t xml:space="preserve">[37:28] </w:t>
      </w:r>
      <w:r>
        <w:t>phir aap ne kaha ke fan suhail lah aql o sharaf, suhail bohat ba-izzat aadmi, bohat jaaniyon aadmi, aqalmand aadmi hain.</w:t>
      </w:r>
    </w:p>
    <w:p>
      <w:pPr>
        <w:jc w:val="right"/>
      </w:pPr>
      <w:r>
        <w:t>پھر آپ نے کہا کہ فان سہیل لہ عقل وشرف، سہیل بہت باعزت آدمی، بہت جینیون آدمی، عقلمند آدمی ہیں۔</w:t>
      </w:r>
    </w:p>
    <w:p>
      <w:r>
        <w:rPr>
          <w:b/>
        </w:rPr>
        <w:t xml:space="preserve">[37:37] </w:t>
      </w:r>
      <w:r>
        <w:t>main nahi chahta hoon ke tumhari aisi kisi harkat ki wajah se woh Islam se aur zyada door ho jaye. hmm, aur hua bhi yahi ke aap ki jo yeh umeed thi, aap ka jo yeh expectation tha, yeh poora hua, filfil hua.</w:t>
      </w:r>
    </w:p>
    <w:p>
      <w:pPr>
        <w:jc w:val="right"/>
      </w:pPr>
      <w:r>
        <w:t>میں نہیں چاہتا ہوں کہ تمہاری ایسی کسی حرکت کی وجہ سے وہ اسلام سے اور زیادہ دور ہو جائے۔ ہمم، اور ہوا بھی یہی کہ آپ کی جو یہ امید تھی، آپ کا جو یہ ایکسپیکٹیشن تھا، یہ پورا ہوا، فلفل ہوا۔</w:t>
      </w:r>
    </w:p>
    <w:p>
      <w:r>
        <w:rPr>
          <w:b/>
        </w:rPr>
        <w:t xml:space="preserve">[37:51] </w:t>
      </w:r>
      <w:r>
        <w:t>aur woh jinhone kisi zamane mein Rehman o Rahim mitaya tha, woh jinhone Rasool Allah mitane par israr kiya tha, woh khud Allah ki rehmat ke saaye mein aa gaye.</w:t>
      </w:r>
    </w:p>
    <w:p>
      <w:pPr>
        <w:jc w:val="right"/>
      </w:pPr>
      <w:r>
        <w:t>اور وہ جنہوں نے کسی زمانے میں الرحمن الرحیم مٹایا تھا، وہ جنہوں نے رسول اللہ مٹانے پر اصرار کیا تھا، وہ خود اللہ کی رحمت کے سائے میں آگئے۔</w:t>
      </w:r>
    </w:p>
    <w:p>
      <w:r>
        <w:rPr>
          <w:b/>
        </w:rPr>
        <w:t xml:space="preserve">[38:02] </w:t>
      </w:r>
      <w:r>
        <w:t>ab baqi woh log jo bazahir lagta hai ke unki saza jo hai, shatm ki buniyad par di gayi, jaise ek waqia Ka'b bin Ashraf ka aur doosre aise kuch waqiat zikr kiye jaate hain ke unko jo saza di gayi, woh shatm ki buniyad par.</w:t>
      </w:r>
    </w:p>
    <w:p>
      <w:pPr>
        <w:jc w:val="right"/>
      </w:pPr>
      <w:r>
        <w:t>اب بقیہ وہ لوگ جو بظاہر لگتا ہے کہ ان کی سزا جو ہے، شتم کی بنیاد پر دی گئی، جیسے ایک واقعہ کعب بن اشرف کا اور دوسرے ایسے کچھ واقعات ذکر کیے جاتے ہیں کہ ان کو جو سزا دی گئی، وہ شتم کی بنیاد پر۔</w:t>
      </w:r>
    </w:p>
    <w:p>
      <w:r>
        <w:rPr>
          <w:b/>
        </w:rPr>
        <w:t xml:space="preserve">[38:19] </w:t>
      </w:r>
      <w:r>
        <w:t>to aap is usool ko samne rakh kar agar baat ko samjhein to samajh mein aa jayega ke agar shatm koi qabil had jurm hai to us par saza hogi.</w:t>
      </w:r>
    </w:p>
    <w:p>
      <w:pPr>
        <w:jc w:val="right"/>
      </w:pPr>
      <w:r>
        <w:t>تو آپ اس اصول کو سامنے رکھ کر اگر بات کو سمجھیں تو سمجھ میں آجائے گا کہ اگر شتم کوئی قابل حد جرم ہے تو اس پر سزا ہوگی۔</w:t>
      </w:r>
    </w:p>
    <w:p>
      <w:r>
        <w:rPr>
          <w:b/>
        </w:rPr>
        <w:t xml:space="preserve">[38:30] </w:t>
      </w:r>
      <w:r>
        <w:t>to</w:t>
      </w:r>
    </w:p>
    <w:p>
      <w:pPr>
        <w:jc w:val="right"/>
      </w:pPr>
      <w:r>
        <w:t>تو</w:t>
      </w:r>
    </w:p>
    <w:p>
      <w:r>
        <w:rPr>
          <w:b/>
        </w:rPr>
        <w:t xml:space="preserve">[38:31] </w:t>
      </w:r>
      <w:r>
        <w:t>yahan aap ne maafi di, yahan aap ne duaein dein, yahan aap ne umeedien rakhi aur doosri taraf aap ne saza di, yeh mumkin nahi. to phir hum ko yeh dekhna padega ke unko kis jurm par saza di gayi.</w:t>
      </w:r>
    </w:p>
    <w:p>
      <w:pPr>
        <w:jc w:val="right"/>
      </w:pPr>
      <w:r>
        <w:t>یہاں آپ نے معافی دی، یہاں آپ نے دعائیں دیں، یہاں آپ نے امیدیں رکھیں اور دوسری طرف آپ نے سزا دی، یہ ممکن نہیں۔ تو پھر ہم کو یہ دیکھنا پڑے گا کہ ان کو کس جرم پر سزا دی گئی۔</w:t>
      </w:r>
    </w:p>
    <w:p>
      <w:r>
        <w:rPr>
          <w:b/>
        </w:rPr>
        <w:t xml:space="preserve">[38:43] </w:t>
      </w:r>
      <w:r>
        <w:t>to unka jurm shatm ka nahi, balke baghavat ka jurm tha.</w:t>
      </w:r>
    </w:p>
    <w:p>
      <w:pPr>
        <w:jc w:val="right"/>
      </w:pPr>
      <w:r>
        <w:t>تو ان کا جرم شتم کا نہیں، بلکہ بغاوت کا جرم تھا۔</w:t>
      </w:r>
    </w:p>
    <w:p>
      <w:r>
        <w:rPr>
          <w:b/>
        </w:rPr>
        <w:t xml:space="preserve">[38:49] </w:t>
      </w:r>
      <w:r>
        <w:t>aur hum jante hain ke baghavat ki saza dunya ke kisi bhi qanoon mein, kisi bhi mulk mein, aadmi agar apne mulk se baghavat karta hai to uski saza sakht se sakht hoti hai aur Quran mein bhi uski saza sakht hai.</w:t>
      </w:r>
    </w:p>
    <w:p>
      <w:pPr>
        <w:jc w:val="right"/>
      </w:pPr>
      <w:r>
        <w:t>اور ہم جانتے ہیں کہ بغاوت کی سزا دنیا کے کسی بھی قانون میں، کسی بھی ملک میں، آدمی اگر اپنے ملک سے بغاوت کرتا ہے تو اس کی سزا سخت سے سخت ہوتی ہے اور قرآن میں بھی اس کی سزا سخت ہے۔</w:t>
      </w:r>
    </w:p>
    <w:p>
      <w:r>
        <w:rPr>
          <w:b/>
        </w:rPr>
        <w:t xml:space="preserve">[39:01] </w:t>
      </w:r>
      <w:r>
        <w:t>to Ka'b bin Ashraf waghera ka jo case hai, unka case baghavat ka case ke Ka'b bin Ashraf Ghazwa-e-Khandaq ka sabab bhi wohi shakhs bana tha.</w:t>
      </w:r>
    </w:p>
    <w:p>
      <w:pPr>
        <w:jc w:val="right"/>
      </w:pPr>
      <w:r>
        <w:t>تو کعب بن اشرف وغیرہ کا جو کیس ہے، ان کا کیس بغاوت کا کیس کہ کعب بن اشرف غزوہ خندق کا سبب بھی وہی شخص بنا تھا۔</w:t>
      </w:r>
    </w:p>
    <w:p>
      <w:r>
        <w:rPr>
          <w:b/>
        </w:rPr>
        <w:t xml:space="preserve">[39:14] </w:t>
      </w:r>
      <w:r>
        <w:t>aise bohat se unke aise cases the jo baghavat ko explain karte hain, na ke shatm ko. to hum in tamam baaton se andaza laga sakte hain ke baat bohat wazeh hai, clear hai ke shatm ki jo saza Musalman logon ko qatl ki shakal mein dena chahte hain,</w:t>
      </w:r>
    </w:p>
    <w:p>
      <w:pPr>
        <w:jc w:val="right"/>
      </w:pPr>
      <w:r>
        <w:t>ایسے بہت سے ان کے ایسے کیسز تھے جو بغاوت کو ایکسپلین کرتے ہیں، نہ کہ شتم کو۔ تو ہم ان تمام باتوں سے اندازہ لگا سکتے ہیں کہ بات بہت واضح ہے، کلیئر ہے کہ شتم کی جو سزا مسلمان لوگوں کو قتل کی شکل میں دینا چاہتے ہیں،</w:t>
      </w:r>
    </w:p>
    <w:p>
      <w:r>
        <w:rPr>
          <w:b/>
        </w:rPr>
        <w:t xml:space="preserve">[39:38] </w:t>
      </w:r>
      <w:r>
        <w:t>woh Quran se sabit nahi hai,</w:t>
      </w:r>
    </w:p>
    <w:p>
      <w:pPr>
        <w:jc w:val="right"/>
      </w:pPr>
      <w:r>
        <w:t>وہ قرآن سے ثابت نہیں ہے،</w:t>
      </w:r>
    </w:p>
    <w:p>
      <w:r>
        <w:rPr>
          <w:b/>
        </w:rPr>
        <w:t xml:space="preserve">[39:41] </w:t>
      </w:r>
      <w:r>
        <w:t>Seerat se bhi nahi milta hai aur Ahadees mein bhi hum ko aisi koi baat nahi milti hai. to is mamle mein, jaisa ke hamare saathi ne kaha ke ahl-e-Islam ko, ulama-e-Islam ko, sab ko apni rai par nazar sani karni chahiye aur dekhni chahiye ke is wajah se Islam ki aur zyada badnami ho rahi hai.</w:t>
      </w:r>
    </w:p>
    <w:p>
      <w:pPr>
        <w:jc w:val="right"/>
      </w:pPr>
      <w:r>
        <w:t>سیرت سے بھی نہیں ملتا ہے اور احادیث میں بھی ہم کو ایسی کوئی بات نہیں ملتی ہے۔ تو اس معاملے میں، جیسا کہ ہمارے ساتھی نے کہا کہ اہل اسلام کو، علمائے اسلام کو، سب کو اپنی رائے پر نظر ثانی کرنی چاہیے اور دیکھنی چاہیے کہ اس وجہ سے اسلام کی اور زیادہ بدنامی ہو رہی ہے۔</w:t>
      </w:r>
    </w:p>
    <w:p>
      <w:r>
        <w:rPr>
          <w:b/>
        </w:rPr>
        <w:t xml:space="preserve">[40:01] </w:t>
      </w:r>
      <w:r>
        <w:t>to hamein Islam ko badnami se bachane ke liye apne fatwe par agar hum nazar sani karein to insha Allah al-aziz, Islam ki image hum durust kar sakte hain.</w:t>
      </w:r>
    </w:p>
    <w:p>
      <w:pPr>
        <w:jc w:val="right"/>
      </w:pPr>
      <w:r>
        <w:t>تو ہمیں اسلام کو بدنامی سے بچانے کے لیے اپنے فتوے پر اگر ہم نظر ثانی کریں تو انشاء اللہ العزیز، اسلام کی امیج ہم درست کر سکتے ہیں۔</w:t>
      </w:r>
    </w:p>
    <w:p>
      <w:r>
        <w:rPr>
          <w:b/>
        </w:rPr>
        <w:t xml:space="preserve">[40:13] </w:t>
      </w:r>
      <w:r>
        <w:t>to meri baat mukammal ho gayi. Jazak Allah khair. Shukriya aap teeno sahiban ka. jo aap tamam logon ki baaton se samajh mein aaya, woh yeh hai ke Musalman shatm-e-Rasool par hassas hone ki bajaye is baat par hassas hon</w:t>
      </w:r>
    </w:p>
    <w:p>
      <w:pPr>
        <w:jc w:val="right"/>
      </w:pPr>
      <w:r>
        <w:t>تو میری بات مکمل ہوگئی۔ جزاک اللہ خیر۔ شکریہ آپ تینوں صاحبان کا۔ جو آپ تمام لوگوں کی باتوں سے سمجھ میں آیا، وہ یہ ہے کہ مسلمان شتم رسول پر حساس ہونے کی بجائے اس بات پر حساس ہوں</w:t>
      </w:r>
    </w:p>
    <w:p>
      <w:r>
        <w:rPr>
          <w:b/>
        </w:rPr>
        <w:t xml:space="preserve">[40:29] </w:t>
      </w:r>
      <w:r>
        <w:t>ke taleem-e-Rasool kaise tamam logon tak pahunchai jaye taake sahi baat sab logon ke samne aaye. to woh shaatim banne ki bajaye Rasool Sallallahu Alaihi Wasallam ke sadiq ban jayein, dost ban jayein, siddiq ban jayein.</w:t>
      </w:r>
    </w:p>
    <w:p>
      <w:pPr>
        <w:jc w:val="right"/>
      </w:pPr>
      <w:r>
        <w:t>کہ تعلیم رسول کیسے تمام لوگوں تک پہنچائی جائے تاکہ صحیح بات سب لوگوں کے سامنے آئے۔ تو وہ شاتم بننے کی بجائے رسول صلی اللہ علیہ وسلم کے صادق بن جائیں، دوست بن جائیں، صدیق بن جائیں۔</w:t>
      </w:r>
    </w:p>
    <w:p>
      <w:r>
        <w:rPr>
          <w:b/>
        </w:rPr>
        <w:t xml:space="preserve">[40:41] </w:t>
      </w:r>
      <w:r>
        <w:t>yeh achhi baat hogi. is se kya hoga? Paighambar-e-Islam Sallallahu Alaihi Wasallam ka jo maqsad tha ke logon ko Allah ke raste par laya jaye, jannat ke raste par laya jaye, yeh maqsad poora hoga.</w:t>
      </w:r>
    </w:p>
    <w:p>
      <w:pPr>
        <w:jc w:val="right"/>
      </w:pPr>
      <w:r>
        <w:t>یہ اچھی بات ہوگی۔ اس سے کیا ہوگا؟ پیغمبر اسلام صلی اللہ علیہ وسلم کا جو مقصد تھا کہ لوگوں کو اللہ کے راستے پر لایا جائے، جنت کے راستے پر لایا جائے، یہ مقصد پورا ہوگا۔</w:t>
      </w:r>
    </w:p>
    <w:p>
      <w:r>
        <w:rPr>
          <w:b/>
        </w:rPr>
        <w:t xml:space="preserve">[40:52] </w:t>
      </w:r>
      <w:r>
        <w:t>aur agar hum shaatim keh kar bhadakte hain, ehtejaj karte hain to woh maqsad</w:t>
      </w:r>
    </w:p>
    <w:p>
      <w:pPr>
        <w:jc w:val="right"/>
      </w:pPr>
      <w:r>
        <w:t>اور اگر ہم شاتم کہہ کر بھڑکتے ہیں، احتجاج کرتے ہیں تو وہ مقصد</w:t>
      </w:r>
    </w:p>
    <w:p>
      <w:r>
        <w:rPr>
          <w:b/>
        </w:rPr>
        <w:t xml:space="preserve">[40:57] </w:t>
      </w:r>
      <w:r>
        <w:t>poora nahi hoga, balke log Allah ke deen se door ho jayenge galat fehmi ki buniyad par. Islam yahi sikhata hai. to main isi par apni baat khatm karta hoon aur main dua karta hoon ke Allah taala hum tamam logon ko Allah ke Rasool Sallallahu Alaihi Wasallam ka jo maqsad tha, usko samajhne aur uske aitbar se logon ke sath pesh aane ki tofeeq ata farmaye.</w:t>
      </w:r>
    </w:p>
    <w:p>
      <w:pPr>
        <w:jc w:val="right"/>
      </w:pPr>
      <w:r>
        <w:t>پورا نہیں ہوگا، بلکہ لوگ اللہ کے دین سے دور ہو جائیں گے غلط فہمی کی بنیاد پر۔ اسلام یہی سکھاتا ہے۔ تو میں اسی پر اپنی بات ختم کرتا ہوں اور میں دعا کرتا ہوں کہ اللہ تعالی ہم تمام لوگوں کو اللہ کے رسول صلی اللہ علیہ وسلم کا جو مقصد تھا، اس کو سمجھنے اور اس کے اعتبار سے لوگوں کے ساتھ پیش آنے کی توفیق عطا فرمائے۔</w:t>
      </w:r>
    </w:p>
    <w:p>
      <w:r>
        <w:rPr>
          <w:b/>
        </w:rPr>
        <w:t xml:space="preserve">[41:18] </w:t>
      </w:r>
      <w:r>
        <w:t>Ameen. Assalamu Alaikum wa Rahmatullahi.</w:t>
      </w:r>
    </w:p>
    <w:p>
      <w:pPr>
        <w:jc w:val="right"/>
      </w:pPr>
      <w:r>
        <w:t>آمین۔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