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Political Activism or Futile Activism June 17, 2012</w:t>
      </w:r>
    </w:p>
    <w:p>
      <w:r>
        <w:t>https://www.youtube.com/watch?v=C_f7-QqBEn8</w:t>
      </w:r>
    </w:p>
    <w:p>
      <w:r>
        <w:rPr>
          <w:b/>
        </w:rPr>
        <w:t xml:space="preserve">[00:13] </w:t>
      </w:r>
      <w:r>
        <w:t>bismillah rahman rahim, wasalli Allahu ala nabiyyil kareem.</w:t>
      </w:r>
    </w:p>
    <w:p>
      <w:pPr>
        <w:jc w:val="right"/>
      </w:pPr>
      <w:r>
        <w:t>بسم اللہ الرحمن الرحیم، وصلی اللہ علی النبی الکریم۔</w:t>
      </w:r>
    </w:p>
    <w:p>
      <w:r>
        <w:rPr>
          <w:b/>
        </w:rPr>
        <w:t xml:space="preserve">[00:22]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[00:33] </w:t>
      </w:r>
      <w:r>
        <w:t>aaj ka topic hai: political activism aur futile activism.</w:t>
      </w:r>
    </w:p>
    <w:p>
      <w:pPr>
        <w:jc w:val="right"/>
      </w:pPr>
      <w:r>
        <w:t>آج کا ٹاپک ہے: پولیٹیکل ایکٹیوزم اور فیوٹائل ایکٹیوزم۔</w:t>
      </w:r>
    </w:p>
    <w:p>
      <w:r>
        <w:rPr>
          <w:b/>
        </w:rPr>
        <w:t xml:space="preserve">[00:45] </w:t>
      </w:r>
      <w:r>
        <w:t>yani siyasi</w:t>
      </w:r>
    </w:p>
    <w:p>
      <w:pPr>
        <w:jc w:val="right"/>
      </w:pPr>
      <w:r>
        <w:t>یعنی سیاسی</w:t>
      </w:r>
    </w:p>
    <w:p>
      <w:r>
        <w:rPr>
          <w:b/>
        </w:rPr>
        <w:t xml:space="preserve">[00:52] </w:t>
      </w:r>
      <w:r>
        <w:t>tehreekein ya be faida tehreekein. dekhiye, maine bohat ziyada, alag falsafa ziyada parha hai.</w:t>
      </w:r>
    </w:p>
    <w:p>
      <w:pPr>
        <w:jc w:val="right"/>
      </w:pPr>
      <w:r>
        <w:t>تحریکیں یا بے فائدہ تحریکیں۔ دیکھیے، میں نے بہت زیادہ، الگ فلسفہ زیادہ پڑھا ہے۔</w:t>
      </w:r>
    </w:p>
    <w:p>
      <w:r>
        <w:rPr>
          <w:b/>
        </w:rPr>
        <w:t xml:space="preserve">[01:04] </w:t>
      </w:r>
      <w:r>
        <w:t>mera yeh yaqeen hai ke political activism siwaye jhootay hangame ke aur kuch nahi.</w:t>
      </w:r>
    </w:p>
    <w:p>
      <w:pPr>
        <w:jc w:val="right"/>
      </w:pPr>
      <w:r>
        <w:t>میرا یہ یقین ہے کہ پولیٹیکل ایکٹیوزم سوائے جھوٹے ہنگامے کے اور کچھ نہیں۔</w:t>
      </w:r>
    </w:p>
    <w:p>
      <w:r>
        <w:rPr>
          <w:b/>
        </w:rPr>
        <w:t xml:space="preserve">[01:14] </w:t>
      </w:r>
      <w:r>
        <w:t>jis maqsad ko le kar ke log political hangame khara karte hain, us maqsad se jaanchiye to maloom hoga ke kuch bhi nahi mila.</w:t>
      </w:r>
    </w:p>
    <w:p>
      <w:pPr>
        <w:jc w:val="right"/>
      </w:pPr>
      <w:r>
        <w:t>جس مقصد کو لے کر کے لوگ پولیٹیکل ہنگامے کھڑا کرتے ہیں، اس مقصد سے جانچیے تو معلوم ہوگا کہ کچھ بھی نہیں ملا۔</w:t>
      </w:r>
    </w:p>
    <w:p>
      <w:r>
        <w:rPr>
          <w:b/>
        </w:rPr>
        <w:t xml:space="preserve">[01:28] </w:t>
      </w:r>
      <w:r>
        <w:t>isi liye maine is ko unwan rakha hai: political activism aur futile activism. yeh nazariya Muslim, non-Muslim dono hi tehreekon par apply hota hai.</w:t>
      </w:r>
    </w:p>
    <w:p>
      <w:pPr>
        <w:jc w:val="right"/>
      </w:pPr>
      <w:r>
        <w:t>اسی لیے میں نے اس کو عنوان رکھا ہے: پولیٹیکل ایکٹیوزم اور فیوٹائل ایکٹیوزم۔ یہ نظریہ مسلم، نان مسلم دونوں ہی تحریکوں پر اپلائی ہوتا ہے۔</w:t>
      </w:r>
    </w:p>
    <w:p>
      <w:r>
        <w:rPr>
          <w:b/>
        </w:rPr>
        <w:t xml:space="preserve">[01:45] </w:t>
      </w:r>
      <w:r>
        <w:t>koi bhi tehreek, tehreek jo political activism ke taur par chalai gayi ho, aaj tak apne maqsad ko paane mein kamyab nahi hui.</w:t>
      </w:r>
    </w:p>
    <w:p>
      <w:pPr>
        <w:jc w:val="right"/>
      </w:pPr>
      <w:r>
        <w:t>کوئی بھی تحریک، تحریک جو پولیٹیکل ایکٹیوزم کے طور پر چلائی گئی ہو، آج تک اپنے مقصد کو پانے میں کامیاب نہیں ہوئی۔</w:t>
      </w:r>
    </w:p>
    <w:p>
      <w:r>
        <w:rPr>
          <w:b/>
        </w:rPr>
        <w:t xml:space="preserve">[01:54] </w:t>
      </w:r>
      <w:r>
        <w:t>chahe secular ho, chahe religious ho. main poore yaqeen ke sath keh sakta hoon ke koi secular tehreek ya koi bhi mazhabi tehreek jo political target ko le kar ke chalai gayi, kabhi is ka target poora nahi hua.</w:t>
      </w:r>
    </w:p>
    <w:p>
      <w:pPr>
        <w:jc w:val="right"/>
      </w:pPr>
      <w:r>
        <w:t>چاہے سیکولر ہو، چاہے ریلیجیس ہو۔ میں پورے یقین کے ساتھ کہہ سکتا ہوں کہ کوئی سیکولر تحریک یا کوئی بھی مذہبی تحریک جو پولیٹیکل ٹارگٹ کو لے کر کے چلائی گئی، کبھی اس کا ٹارگٹ پورا نہیں ہوا۔</w:t>
      </w:r>
    </w:p>
    <w:p>
      <w:r>
        <w:rPr>
          <w:b/>
        </w:rPr>
        <w:t xml:space="preserve">[02:17] </w:t>
      </w:r>
      <w:r>
        <w:t>lekin is waqt mujhe Muslim political activism par bolna hai. is liye ke abhi aap dekhte hain media mein Misr, yani Egypt, bohat ziyada news mein hai.</w:t>
      </w:r>
    </w:p>
    <w:p>
      <w:pPr>
        <w:jc w:val="right"/>
      </w:pPr>
      <w:r>
        <w:t>لیکن اس وقت مجھے مسلم پولیٹیکل ایکٹیوزم پر بولنا ہے۔ اس لیے کہ ابھی آپ دیکھتے ہیں میڈیا میں مصر، یعنی ایجپٹ، بہت زیادہ نیوز میں ہے۔</w:t>
      </w:r>
    </w:p>
    <w:p>
      <w:r>
        <w:rPr>
          <w:b/>
        </w:rPr>
        <w:t xml:space="preserve">[02:32] </w:t>
      </w:r>
      <w:r>
        <w:t>aap maloom hai ke tamam Arab mulkon mein, aur khaas tor par Misr mein, jis ko English mein Egypt kehte hain, wahan bohat pur shor tehreek chal rahi thi bohat dinon se.</w:t>
      </w:r>
    </w:p>
    <w:p>
      <w:pPr>
        <w:jc w:val="right"/>
      </w:pPr>
      <w:r>
        <w:t>آپ معلوم ہے کہ تمام عرب ملکوں میں، اور خاص طور پر مصر میں، جس کو انگلش میں ایجپٹ کہتے ہیں، وہاں بہت پرشور تحریک چل رہی تھی بہت دنوں سے۔</w:t>
      </w:r>
    </w:p>
    <w:p>
      <w:r>
        <w:rPr>
          <w:b/>
        </w:rPr>
        <w:t xml:space="preserve">[02:47] </w:t>
      </w:r>
      <w:r>
        <w:t>yeh Yemen se shuru hui thi aur poore Arab country mein phail gayi. is ko naam diya gaya tha: Arab Spring, yani Arab ki bahar.</w:t>
      </w:r>
    </w:p>
    <w:p>
      <w:pPr>
        <w:jc w:val="right"/>
      </w:pPr>
      <w:r>
        <w:t>یہیمن سے شروع ہوئی تھی اور پورے عرب کنٹری میں پھیل گئی۔ اس کو نام دیا گیا تھا: عرب اسپرنگ، یعنی عرب کی بہار۔</w:t>
      </w:r>
    </w:p>
    <w:p>
      <w:r>
        <w:rPr>
          <w:b/>
        </w:rPr>
        <w:t xml:space="preserve">[03:00] </w:t>
      </w:r>
      <w:r>
        <w:t>is waqt maine kaha tha ke yeh Arab Spring nahi hai, yeh Arab anarchy hai. is se kuch bhi hone wala nahi. is ke baad kiya hua ke Misr mein jo so called Islamic movement hai,</w:t>
      </w:r>
    </w:p>
    <w:p>
      <w:pPr>
        <w:jc w:val="right"/>
      </w:pPr>
      <w:r>
        <w:t>اس وقت میں نے کہا تھا کہ یہ عرب اسپرنگ نہیں ہے، یہ عرب انارکی ہے۔ اس سے کچھ بھی ہونے والا نہیں۔ اس کے بعد کیا ہوا کہ مصر میں جو سو کالڈ اسلامک موومنٹ ہے،</w:t>
      </w:r>
    </w:p>
    <w:p>
      <w:r>
        <w:rPr>
          <w:b/>
        </w:rPr>
        <w:t xml:space="preserve">[03:18] </w:t>
      </w:r>
      <w:r>
        <w:t>us ne election mein hissa liya aur khoob khabrein aayin ke unhon ne parliament ke seaton par qabza kar liya hai.</w:t>
      </w:r>
    </w:p>
    <w:p>
      <w:pPr>
        <w:jc w:val="right"/>
      </w:pPr>
      <w:r>
        <w:t>اس نے الیکشن میں حصہ لیا اور خوب خبریں آئیں کہ انہوں نے پارلیمنٹ کے سیٹوں پر قبضہ کر لیا ہے۔</w:t>
      </w:r>
    </w:p>
    <w:p>
      <w:r>
        <w:rPr>
          <w:b/>
        </w:rPr>
        <w:t xml:space="preserve">[03:28] </w:t>
      </w:r>
      <w:r>
        <w:t>yani 46 feesad member un ke ho gaye. kehne chahiye ke taqreeban aadhe. ab dhoom machi hui thi ke Egypt mein so called Islamic hukumat banne wali hai.</w:t>
      </w:r>
    </w:p>
    <w:p>
      <w:pPr>
        <w:jc w:val="right"/>
      </w:pPr>
      <w:r>
        <w:t>یعنی 46 فیصد ممبر ان کے ہو گئے۔ کہنے چاہیے کہ تقریباً آدھے۔ اب دھوم مچی ہوئی تھی کہ ایجپٹ میں سو کالڈ اسلامک حکومت بننے والی ہے۔</w:t>
      </w:r>
    </w:p>
    <w:p>
      <w:r>
        <w:rPr>
          <w:b/>
        </w:rPr>
        <w:t xml:space="preserve">[03:43] </w:t>
      </w:r>
      <w:r>
        <w:t>lekin pichhle jumme ko achaanak khabar aayi ke wahan ke Supreme Court ne wahan ke parliamentary ko dissolve kar diya.</w:t>
      </w:r>
    </w:p>
    <w:p>
      <w:pPr>
        <w:jc w:val="right"/>
      </w:pPr>
      <w:r>
        <w:t>لیکن پچھلے جمعہ کو اچانک خبر آئی کہ وہاں کے سپریم کورٹ نے وہاں کے پارلیمنٹری کو ڈیزالو کر دیا۔</w:t>
      </w:r>
    </w:p>
    <w:p>
      <w:r>
        <w:rPr>
          <w:b/>
        </w:rPr>
        <w:t xml:space="preserve">[03:56] </w:t>
      </w:r>
      <w:r>
        <w:t>yani sara jo hangama tha woh khatam. aaj ke, aaj ke angrezi akhbar mein khabar ke title tha ke, bohat hi ajeeb title tha:</w:t>
      </w:r>
    </w:p>
    <w:p>
      <w:pPr>
        <w:jc w:val="right"/>
      </w:pPr>
      <w:r>
        <w:t>یعنی سارا جو ہنگامہ تھا وہ ختم۔ آج کے، آج کے انگریزی اخبار میں خبر کے ٹائٹل تھا کہ، بہت ہی عجیب ٹائٹل تھا:</w:t>
      </w:r>
    </w:p>
    <w:p>
      <w:r>
        <w:rPr>
          <w:b/>
        </w:rPr>
        <w:t xml:space="preserve">[04:15] </w:t>
      </w:r>
      <w:r>
        <w:t>"whoever wins military will rule". yani election mein koi bhi jeete, hukumat to military ki rahegi.</w:t>
      </w:r>
    </w:p>
    <w:p>
      <w:pPr>
        <w:jc w:val="right"/>
      </w:pPr>
      <w:r>
        <w:t>"ہو ایور ونز ملٹری ول رول"۔ یعنی الیکشن میں کوئی بھی جیتے، حکومت تو ملٹری کی رہے گی۔</w:t>
      </w:r>
    </w:p>
    <w:p>
      <w:r>
        <w:rPr>
          <w:b/>
        </w:rPr>
        <w:t xml:space="preserve">[04:28] </w:t>
      </w:r>
      <w:r>
        <w:t>"whoever wins military will rule in Egypt". to main is ko, maine</w:t>
      </w:r>
    </w:p>
    <w:p>
      <w:pPr>
        <w:jc w:val="right"/>
      </w:pPr>
      <w:r>
        <w:t>"ہو ایور ونز ملٹری ول رول ان ایجپٹ"۔ تو میں اس کو، میں نے</w:t>
      </w:r>
    </w:p>
    <w:p>
      <w:r>
        <w:rPr>
          <w:b/>
        </w:rPr>
        <w:t xml:space="preserve">[04:40] </w:t>
      </w:r>
      <w:r>
        <w:t>phailaya. to poori tareekh mein yeh phaila hua hai. poori tareekh mein. "whoever wins".</w:t>
      </w:r>
    </w:p>
    <w:p>
      <w:pPr>
        <w:jc w:val="right"/>
      </w:pPr>
      <w:r>
        <w:t>پھیلایا۔ تو پوری تاریخ میں یہ پھیلا ہوا ہے۔ پوری تاریخ میں۔ "ہو ایور ونز"۔</w:t>
      </w:r>
    </w:p>
    <w:p>
      <w:r>
        <w:rPr>
          <w:b/>
        </w:rPr>
        <w:t xml:space="preserve">[04:50] </w:t>
      </w:r>
      <w:r>
        <w:t>ab military kahin aap mighty kar lijiye aap. "whoever wins". "mighty group will rule".</w:t>
      </w:r>
    </w:p>
    <w:p>
      <w:pPr>
        <w:jc w:val="right"/>
      </w:pPr>
      <w:r>
        <w:t>اب ملٹری کہیں آپ مائٹی کر لیجئے آپ۔ "ہو ایور ونز"۔ "مائٹی گروپ ول رول"۔</w:t>
      </w:r>
    </w:p>
    <w:p>
      <w:r>
        <w:rPr>
          <w:b/>
        </w:rPr>
        <w:t xml:space="preserve">[05:03] </w:t>
      </w:r>
      <w:r>
        <w:t>yani jin ke hawal zyada hon, jin ki political pakar zyada ho, wohi amalan hukoomat karte hain.</w:t>
      </w:r>
    </w:p>
    <w:p>
      <w:pPr>
        <w:jc w:val="right"/>
      </w:pPr>
      <w:r>
        <w:t>یعنی جن کے ہول زیادہ ہوں، جن کی پولیٹیکل پکڑ زیادہ ہو، وہی عملاً حکومت کرتے ہیں۔</w:t>
      </w:r>
    </w:p>
    <w:p>
      <w:r>
        <w:rPr>
          <w:b/>
        </w:rPr>
        <w:t xml:space="preserve">[05:14] </w:t>
      </w:r>
      <w:r>
        <w:t>yeh tareekh chal rahi hai musalmanon mein Hazrat Hussain se. Aap jante hain ke Hazrat Hussain ne aaj kal ki zaban mein revolt kiya banu umiya ke khilaf.</w:t>
      </w:r>
    </w:p>
    <w:p>
      <w:pPr>
        <w:jc w:val="right"/>
      </w:pPr>
      <w:r>
        <w:t>یہ تاریخ چل رہی ہے مسلمانوں میں حضرت حسین سے۔ آپ جانتے ہیں کہ حضرت حسین نے آج کل کی زبان میں ریولٹ کیا بنو امیہ کے خلاف۔</w:t>
      </w:r>
    </w:p>
    <w:p>
      <w:r>
        <w:rPr>
          <w:b/>
        </w:rPr>
        <w:t xml:space="preserve">[05:26] </w:t>
      </w:r>
      <w:r>
        <w:t>lekin kya hua? khud Hazrat Hussain to shaheed ho gaye, lekin banu umiya ki hukoomat aur zyada mustahkam ho gayi. To ga jeete Hussain hukoomat qaim hui banu umiya ki.</w:t>
      </w:r>
    </w:p>
    <w:p>
      <w:pPr>
        <w:jc w:val="right"/>
      </w:pPr>
      <w:r>
        <w:t>لیکن کیا ہوا؟ خود حضرت حسین تو شہید ہو گئے، لیکن بنو امیہ کی حکومت اور زیادہ مستحکم ہو گئی۔ تو گا جیتے حسین حکومت قائم ہوئی بنو امیہ کی۔</w:t>
      </w:r>
    </w:p>
    <w:p>
      <w:r>
        <w:rPr>
          <w:b/>
        </w:rPr>
        <w:t xml:space="preserve">[05:43] </w:t>
      </w:r>
      <w:r>
        <w:t>is waqt se aaj tak yeh chala ja raha hai. Aur koi reassess nahi karta. Taajub hai ke pure chaudah sau saal mein, mere ilm mein, koi ek bhi aisa aadmi nahi hai jo reassess kare ke bhai yeh kya mamla hai.</w:t>
      </w:r>
    </w:p>
    <w:p>
      <w:pPr>
        <w:jc w:val="right"/>
      </w:pPr>
      <w:r>
        <w:t>اس وقت سے آج تک یہ چلا جا رہا ہے۔ اور کوئی ری ایسس نہیں کرتا۔ تعجب ہے کہ پورے چودہ سو سال میں، میرے علم میں، کوئی ایک بھی ایسا آدمی نہیں ہے جو ری ایسس کرے کہ بھئی یہ کیا معاملہ ہے۔</w:t>
      </w:r>
    </w:p>
    <w:p>
      <w:r>
        <w:rPr>
          <w:b/>
        </w:rPr>
        <w:t xml:space="preserve">[06:00] </w:t>
      </w:r>
      <w:r>
        <w:t>hum kamyab hote hain, lekin faida uthate hain doosre log. Ab misr ko lijiye aap. Misr mein 1928 mein ek jamaat bani thi jis ko kehte hain "Al-Khawal Al-Muslimoon".</w:t>
      </w:r>
    </w:p>
    <w:p>
      <w:pPr>
        <w:jc w:val="right"/>
      </w:pPr>
      <w:r>
        <w:t>ہم کامیاب ہوتے ہیں، لیکن فائدہ اٹھاتے ہیں دوسرے لوگ۔ اب مصر کو لیجئے آپ۔ مصر میں 1928 میں ایک جماعت بنی تھی جس کو کہتے ہیں "الخوال المسلمون"۔</w:t>
      </w:r>
    </w:p>
    <w:p>
      <w:r>
        <w:rPr>
          <w:b/>
        </w:rPr>
        <w:t xml:space="preserve">[06:17] </w:t>
      </w:r>
      <w:r>
        <w:t>English mein kehte hain is ko "Muslim Brotherhood". Is ke founder president the Hasan Al-Banna, jo bohat hi mashhoor hain.</w:t>
      </w:r>
    </w:p>
    <w:p>
      <w:pPr>
        <w:jc w:val="right"/>
      </w:pPr>
      <w:r>
        <w:t>انگلش میں کہتے ہیں اس کو "مسلم برادرہڈ"۔ اس کے فاؤنڈر پریزیڈنٹ تھے حسن البنا، جو بہت ہی مشہور ہیں۔</w:t>
      </w:r>
    </w:p>
    <w:p>
      <w:r>
        <w:rPr>
          <w:b/>
        </w:rPr>
        <w:t xml:space="preserve">[06:29] </w:t>
      </w:r>
      <w:r>
        <w:t>1928 mein bani. Aur is ke pehle se is ki, yani intellectual level par ya likhne aur bolne ke level par to aur bohat pehle se chal rahi thi yeh tehreek.</w:t>
      </w:r>
    </w:p>
    <w:p>
      <w:pPr>
        <w:jc w:val="right"/>
      </w:pPr>
      <w:r>
        <w:t>1928 میں بنی۔ اور اس کے پہلے سے اس کی، یعنی انٹلیکچول لیول پر یا لکھنے اور بولنے کے لیول پر تو اور بہت پہلے سے چل رہی تھی یہ تحریک۔</w:t>
      </w:r>
    </w:p>
    <w:p>
      <w:r>
        <w:rPr>
          <w:b/>
        </w:rPr>
        <w:t xml:space="preserve">[06:41] </w:t>
      </w:r>
      <w:r>
        <w:t>to kaha ke taqreeban so saal ki tareekh hai yeh. So saal ki tareekh. Yeh tehreek jo shuru hui kis par?</w:t>
      </w:r>
    </w:p>
    <w:p>
      <w:pPr>
        <w:jc w:val="right"/>
      </w:pPr>
      <w:r>
        <w:t>تو کہا کہ تقریباً سو سال کی تاریخ ہے یہ۔ سو سال کی تاریخ۔ یہ تحریک جو شروع ہوئی کس پر؟</w:t>
      </w:r>
    </w:p>
    <w:p>
      <w:r>
        <w:rPr>
          <w:b/>
        </w:rPr>
        <w:t xml:space="preserve">[06:53] </w:t>
      </w:r>
      <w:r>
        <w:t>Colonialism jis ko kehte hain, colonialism yani nauabadiyat ya Zionism jis ko kehte hain zionism. Is pas manzar mein yeh jamaat bani thi.</w:t>
      </w:r>
    </w:p>
    <w:p>
      <w:pPr>
        <w:jc w:val="right"/>
      </w:pPr>
      <w:r>
        <w:t>کولونیلزم جس کو کہتے ہیں، کولونیلزم یعنی نوآبادیات یا زائنزم جس کو کہتے ہیں صہیونیت۔ اس پس منظر میں یہ جماعت بنی تھی۔</w:t>
      </w:r>
    </w:p>
    <w:p>
      <w:r>
        <w:rPr>
          <w:b/>
        </w:rPr>
        <w:t xml:space="preserve">[07:06] </w:t>
      </w:r>
      <w:r>
        <w:t>Zionism ke khilaf aur nauabadiyat ke khilaf bani thi. Ke musalmanon ko woh samajhte the ke yeh log in ko ghulam banana chahte hain, in ko hashiye par le jana chahte hain.</w:t>
      </w:r>
    </w:p>
    <w:p>
      <w:pPr>
        <w:jc w:val="right"/>
      </w:pPr>
      <w:r>
        <w:t>زائنزم کے خلاف اور نوآبادیات کے خلاف بنی تھی۔ کہ مسلمانوں کو وہ سمجھتے تھے کہ یہ لوگ ان کو غلام بنانا چاہتے ہیں، ان کو حاشیے پر لے جانا چاہتے ہیں۔</w:t>
      </w:r>
    </w:p>
    <w:p>
      <w:r>
        <w:rPr>
          <w:b/>
        </w:rPr>
        <w:t xml:space="preserve">[07:21] </w:t>
      </w:r>
      <w:r>
        <w:t>to musalmanon ko dobara in ka wajbi maqam dilane ke liye tehreek uthi thi. Lekin so saal mein koi bhi shakhs nahi kar bata sakta mujhe koi bhi one percent faida is ka.</w:t>
      </w:r>
    </w:p>
    <w:p>
      <w:pPr>
        <w:jc w:val="right"/>
      </w:pPr>
      <w:r>
        <w:t>تو مسلمانوں کو دوبارہ ان کا واجبی مقام دلانے کے لیے تحریک اٹھی تھی۔ لیکن سو سال میں کوئی بھی شخص نہیں کر بتا سکتا مجھے کوئی بھی ون پرسنٹ فائدہ اس کا۔</w:t>
      </w:r>
    </w:p>
    <w:p>
      <w:r>
        <w:rPr>
          <w:b/>
        </w:rPr>
        <w:t xml:space="preserve">[07:37] </w:t>
      </w:r>
      <w:r>
        <w:t>mazeed tabahi, mazeed tabahi, mazeed tabahi. Dekhiye, sab se pehle in ko kamyabi hui 1952 mein.</w:t>
      </w:r>
    </w:p>
    <w:p>
      <w:pPr>
        <w:jc w:val="right"/>
      </w:pPr>
      <w:r>
        <w:t>مزید تباہی، مزید تباہی، مزید تباہی۔ دیکھیے، سب سے پہلے ان کو کامیابی ہوئی 1952 میں۔</w:t>
      </w:r>
    </w:p>
    <w:p>
      <w:r>
        <w:rPr>
          <w:b/>
        </w:rPr>
        <w:t xml:space="preserve">[07:48] </w:t>
      </w:r>
      <w:r>
        <w:t>us waqt yeh logon ke dhoom unhon ne baja rakhi thi King Farouk ke khilaf. Us waqt misr mein King Farouk ki hukoomat thi.</w:t>
      </w:r>
    </w:p>
    <w:p>
      <w:pPr>
        <w:jc w:val="right"/>
      </w:pPr>
      <w:r>
        <w:t>اس وقت یہ لوگوں کے دھوم انہوں نے بجا رکھی تھی کنگ فاروق کے خلاف۔ اس وقت مصر میں کنگ فاروق کی حکومت تھی۔</w:t>
      </w:r>
    </w:p>
    <w:p>
      <w:r>
        <w:rPr>
          <w:b/>
        </w:rPr>
        <w:t xml:space="preserve">[08:00] </w:t>
      </w:r>
      <w:r>
        <w:t>to faujiyon se mil kar unhon ne 1952 mein Shah Farouk ke badshahat ko khatam kar diya.</w:t>
      </w:r>
    </w:p>
    <w:p>
      <w:pPr>
        <w:jc w:val="right"/>
      </w:pPr>
      <w:r>
        <w:t>تو فوجیوں سے مل کر انہوں نے 1952 میں شاہ فاروق کے بادشاہت کو ختم کر دیا۔</w:t>
      </w:r>
    </w:p>
    <w:p>
      <w:r>
        <w:rPr>
          <w:b/>
        </w:rPr>
        <w:t xml:space="preserve">[08:09] </w:t>
      </w:r>
      <w:r>
        <w:t>is ko jala watan kar diya. Us waqt mein Adam mein tha. To ek Nabi Adam mere paas aaye aur bohat khush, bohat khush.</w:t>
      </w:r>
    </w:p>
    <w:p>
      <w:pPr>
        <w:jc w:val="right"/>
      </w:pPr>
      <w:r>
        <w:t>اس کو جلا وطن کر دیا۔ اس وقت میں آدم میں تھا۔ تو ایک نبی آدم میرے پاس آئے اور بہت خوش، بہت خوش۔</w:t>
      </w:r>
    </w:p>
    <w:p>
      <w:r>
        <w:rPr>
          <w:b/>
        </w:rPr>
        <w:t xml:space="preserve">[08:21] </w:t>
      </w:r>
      <w:r>
        <w:t>unhon ne kaha ke ab misr mein ikhwani hukoomat hogi. Yani naam nahad Islam ki hukoomat hogi. Kyun ke unhon ne kaha ke yeh jo inqilab aaya hai, yeh ikhwaniyon, is ke peeche ikhwan hain.</w:t>
      </w:r>
    </w:p>
    <w:p>
      <w:pPr>
        <w:jc w:val="right"/>
      </w:pPr>
      <w:r>
        <w:t>انہوں نے کہا کہ اب مصر میں اخوانی حکومت ہوگی۔ یعنی نام نہاد اسلام کی حکومت ہوگی۔ کیونکہ انہوں نے کہا کہ یہ جو انقلاب آیا ہے، یہ اخوانیوں، اس کے پیچھے اخوان ہیں۔</w:t>
      </w:r>
    </w:p>
    <w:p>
      <w:r>
        <w:rPr>
          <w:b/>
        </w:rPr>
        <w:t xml:space="preserve">[08:37] </w:t>
      </w:r>
      <w:r>
        <w:t>lekin agle hi din khabar aayi ke King Farouk gaye, ab jo aa gaye un ki jagah par woh General Naguib the. Koi ikhwani leader nahi tha.</w:t>
      </w:r>
    </w:p>
    <w:p>
      <w:pPr>
        <w:jc w:val="right"/>
      </w:pPr>
      <w:r>
        <w:t>لیکن اگلے ہی دن خبر آئی کہ کنگ فاروق گئے، اب جو آ گئے ان کی جگہ پر وہ جنرل نجیب تھے۔ کوئی اخوانی لیڈر نہیں تھا۔</w:t>
      </w:r>
    </w:p>
    <w:p>
      <w:r>
        <w:rPr>
          <w:b/>
        </w:rPr>
        <w:t xml:space="preserve">[08:47] </w:t>
      </w:r>
      <w:r>
        <w:t>General Naguib ek fauji leader the. To goya ke jeete ikhwani aur hakim ban gaye kaun?</w:t>
      </w:r>
    </w:p>
    <w:p>
      <w:pPr>
        <w:jc w:val="right"/>
      </w:pPr>
      <w:r>
        <w:t>جنرل نجیب ایک فوجی لیڈر تھے۔ تو گویا کہ جیتے اخوانی اور حاکم بن گئے کون؟</w:t>
      </w:r>
    </w:p>
    <w:p>
      <w:r>
        <w:rPr>
          <w:b/>
        </w:rPr>
        <w:t xml:space="preserve">[08:55] </w:t>
      </w:r>
      <w:r>
        <w:t>Fauji. Is ke baad phir General Naguib ke khilaf tehreeken chalne lagin. Yahan tak ke hua ke is ke baad un ko bhi hata diya gaya, house arrest kar diya gaya un ko.</w:t>
      </w:r>
    </w:p>
    <w:p>
      <w:pPr>
        <w:jc w:val="right"/>
      </w:pPr>
      <w:r>
        <w:t>فوجی۔ اس کے بعد پھر جنرل نجیب کے خلاف تحریکیں چلنے لگیں۔ یہاں تک کیا ہوا کہ اس کے بعد ان کو بھی ہٹا دیا گیا، ہاؤس اریسٹ کر دیا گیا ان کو۔</w:t>
      </w:r>
    </w:p>
    <w:p>
      <w:r>
        <w:rPr>
          <w:b/>
        </w:rPr>
        <w:t xml:space="preserve">[09:09] </w:t>
      </w:r>
      <w:r>
        <w:t>aur phir doosra aadmi jo aaya woh the General Jamaal Abdel Nasser. Yani dobara jeet to hui is arrest ki aur hukoomat hakim ban gaya kaun?</w:t>
      </w:r>
    </w:p>
    <w:p>
      <w:pPr>
        <w:jc w:val="right"/>
      </w:pPr>
      <w:r>
        <w:t>اور پھر دوسرا آدمی جو آیا وہ تھے جنرل جماعت عبدالناصر۔ یعنی دوبارہ جیت تو ہوئی اس اریسٹ کی اور حکومت حاکم بن گیا کون؟</w:t>
      </w:r>
    </w:p>
    <w:p>
      <w:r>
        <w:rPr>
          <w:b/>
        </w:rPr>
        <w:t xml:space="preserve">[09:21] </w:t>
      </w:r>
      <w:r>
        <w:t>Fauji. Phir Jamaal Abdel Nasser ke khilaf tehreeken chalne lagin. Bohat zyada badnaam kiya gaya un ko. Sahi ya galat.</w:t>
      </w:r>
    </w:p>
    <w:p>
      <w:pPr>
        <w:jc w:val="right"/>
      </w:pPr>
      <w:r>
        <w:t>فوجی۔ پھر جماعت عبدالناصر کے خلاف تحریکیں چلیں۔ بہت زیادہ بدنام کیا گیا ان کو۔ صحیح یا غلط۔</w:t>
      </w:r>
    </w:p>
    <w:p>
      <w:r>
        <w:rPr>
          <w:b/>
        </w:rPr>
        <w:t xml:space="preserve">[09:32] </w:t>
      </w:r>
      <w:r>
        <w:t>saari Muslim dunya mein Jamaal Abdel Nasser ke khilaf ek hungama tha.</w:t>
      </w:r>
    </w:p>
    <w:p>
      <w:pPr>
        <w:jc w:val="right"/>
      </w:pPr>
      <w:r>
        <w:t>ساری مسلم دنیا میں جماعت عبدالناصر کے خلاف ایک ہنگامہ تھا۔</w:t>
      </w:r>
    </w:p>
    <w:p>
      <w:r>
        <w:rPr>
          <w:b/>
        </w:rPr>
        <w:t xml:space="preserve">[09:39] </w:t>
      </w:r>
      <w:r>
        <w:t>to khair, is ke baad woh aise halaat hue ke woh un ko heart attack hua aur mar gaye. Lekin ab kaun aaya?</w:t>
      </w:r>
    </w:p>
    <w:p>
      <w:pPr>
        <w:jc w:val="right"/>
      </w:pPr>
      <w:r>
        <w:t>تو خیر، اس کے بعد وہ ایسے حالات ہوئے کہ وہ ان کو ہارٹ اٹیک ہوا اور مر گئے۔ لیکن اب کون آیا؟</w:t>
      </w:r>
    </w:p>
    <w:p>
      <w:r>
        <w:rPr>
          <w:b/>
        </w:rPr>
        <w:t xml:space="preserve">[09:50] </w:t>
      </w:r>
      <w:r>
        <w:t>ab aaye Anwar Sadat. Woh bhi fauji aadmi the. To inhi ek Muslim group jo wahan ka hai, us ne minus kiya ke in ko goli maar di jaye.</w:t>
      </w:r>
    </w:p>
    <w:p>
      <w:pPr>
        <w:jc w:val="right"/>
      </w:pPr>
      <w:r>
        <w:t>اب آئے انور سردار۔ وہ بھی فوجی آدمی تھے۔ تو انہی ایک مسلم گروپ جو وہاں کا ہے، اس نے مائنس کیا کہ ان کو گولی مار دی جائے۔</w:t>
      </w:r>
    </w:p>
    <w:p>
      <w:r>
        <w:rPr>
          <w:b/>
        </w:rPr>
        <w:t xml:space="preserve">[10:02] </w:t>
      </w:r>
      <w:r>
        <w:t>chunanche ek khaas mauqe par Anwar Sadat ko goli maar di gayi. To dobara jeete Muslim group.</w:t>
      </w:r>
    </w:p>
    <w:p>
      <w:pPr>
        <w:jc w:val="right"/>
      </w:pPr>
      <w:r>
        <w:t>چنانچہ ایک خاص موقع پر انور سردار کو گولی مار دی گئی۔ تو دوبارہ جیتے مسلم گروپ۔</w:t>
      </w:r>
    </w:p>
    <w:p>
      <w:r>
        <w:rPr>
          <w:b/>
        </w:rPr>
        <w:t xml:space="preserve">[10:10] </w:t>
      </w:r>
      <w:r>
        <w:t>lekin hukoomat kis se qaim hui? husni mubarak ki.</w:t>
      </w:r>
    </w:p>
    <w:p>
      <w:pPr>
        <w:jc w:val="right"/>
      </w:pPr>
      <w:r>
        <w:t>لیکن حکومت کس سے قائم ہوئی؟ حسنی مبارک کی۔</w:t>
      </w:r>
    </w:p>
    <w:p>
      <w:r>
        <w:rPr>
          <w:b/>
        </w:rPr>
        <w:t xml:space="preserve">[10:16] </w:t>
      </w:r>
      <w:r>
        <w:t>ab husni mubarak ke khilaaf tehreek chalne lagi. ek hangama saari muslim duniya mein. yahan tak ke husni mubarak ko deposit kar diya gaya.</w:t>
      </w:r>
    </w:p>
    <w:p>
      <w:pPr>
        <w:jc w:val="right"/>
      </w:pPr>
      <w:r>
        <w:t>اب حسنی مبارک کے خلاف تحریک چلنے لگی۔ ایک ہنگامہ ساری مسلم دنیا میں۔ یہاں تک کہ حسنی مبارک کو ڈیپوزٹ کر دیا گیا۔</w:t>
      </w:r>
    </w:p>
    <w:p>
      <w:r>
        <w:rPr>
          <w:b/>
        </w:rPr>
        <w:t xml:space="preserve">[10:26] </w:t>
      </w:r>
      <w:r>
        <w:t>aur election hua. maloom hua ke yeh jeet gaye. yaani muslim group jeet gaya. aur parliament mein un ki bohat bari tadad aa gayi.</w:t>
      </w:r>
    </w:p>
    <w:p>
      <w:pPr>
        <w:jc w:val="right"/>
      </w:pPr>
      <w:r>
        <w:t>اور الیکشن ہوا۔ معلوم ہوا کہ یہ جیت گئے۔ یعنی مسلم گروپ جیت گیا۔ اور پارلیمنٹ میں ان کی بہت بڑی تعداد آ گئی۔</w:t>
      </w:r>
    </w:p>
    <w:p>
      <w:r>
        <w:rPr>
          <w:b/>
        </w:rPr>
        <w:t xml:space="preserve">[10:36] </w:t>
      </w:r>
      <w:r>
        <w:t>lekin aap dekha aap ne ke supreme court ne is ko dissolve kar diya. ab dobara faujiyon ko hukoomat wahan hai. to isi par is ne yeh title lagaya hai ke "whoever wins military will rule in egypt".</w:t>
      </w:r>
    </w:p>
    <w:p>
      <w:pPr>
        <w:jc w:val="right"/>
      </w:pPr>
      <w:r>
        <w:t>لیکن آپ دیکھا آپ نے کہ سپریم کورٹ نے اس کو ڈیزالو کر دیا۔ اب دوبارہ فوجیوں کو حکومت وہاں ہے۔ تو اسی پر اس نے یہ ٹائٹل لگایا ہے کہ "ہو ایور ونز ملٹری ول رول ان ایجپٹ"۔</w:t>
      </w:r>
    </w:p>
    <w:p>
      <w:r>
        <w:rPr>
          <w:b/>
        </w:rPr>
        <w:t xml:space="preserve">[10:50] </w:t>
      </w:r>
      <w:r>
        <w:t>jeete koi bhi hukoomat to rahe gi faujiyon ki. yeh kahani hai ek so saal ke muslim politics ki.</w:t>
      </w:r>
    </w:p>
    <w:p>
      <w:pPr>
        <w:jc w:val="right"/>
      </w:pPr>
      <w:r>
        <w:t>جیتے کوئی بھی حکومت تو رہے گی فوجیوں کی۔ یہ کہانی ہے ایک سو سال کے مسلم پولیٹکس کی۔</w:t>
      </w:r>
    </w:p>
    <w:p>
      <w:r>
        <w:rPr>
          <w:b/>
        </w:rPr>
        <w:t xml:space="preserve">[11:01] </w:t>
      </w:r>
      <w:r>
        <w:t>dekhiye, yeh duniya jo hai, is ko Allah taala manage kar rahe hain. yeh bas wajah hai ke duniya ko Allah taala ne bana diya hai, bana kar ke chhod diya hai.</w:t>
      </w:r>
    </w:p>
    <w:p>
      <w:pPr>
        <w:jc w:val="right"/>
      </w:pPr>
      <w:r>
        <w:t>دیکھیے، یہ دنیا جو ہے، اس کو اللہ تعالیٰ مینج کر رہے ہیں۔ یہ بس وجہ ہے کہ دنیا کو اللہ تعالیٰ نے بنا دیا ہے، بنا کر کے چھوڑ دیا ہے۔</w:t>
      </w:r>
    </w:p>
    <w:p>
      <w:r>
        <w:rPr>
          <w:b/>
        </w:rPr>
        <w:t xml:space="preserve">[11:12] </w:t>
      </w:r>
      <w:r>
        <w:t>kal yom huwa fi shan. har din Allah is ko manage kar raha hai. har din. to jo kuch misr mein hua ya muslim countries mein aur ho raha hai, woh barah-e-raast Allah ke management ke tehat ho raha hai.</w:t>
      </w:r>
    </w:p>
    <w:p>
      <w:pPr>
        <w:jc w:val="right"/>
      </w:pPr>
      <w:r>
        <w:t>کل یوم ہوا فی شان۔ ہر دن اللہ اس کو مینج کر رہا ہے۔ ہر دن۔ تو جو کچھ مصر میں ہوا یا مسلم کنٹریز میں اور ہو رہا ہے، وہ براہ راست اللہ کے مینجمنٹ کے تحت ہو رہا ہے۔</w:t>
      </w:r>
    </w:p>
    <w:p>
      <w:r>
        <w:rPr>
          <w:b/>
        </w:rPr>
        <w:t xml:space="preserve">[11:28] </w:t>
      </w:r>
      <w:r>
        <w:t>woh kyun hai? Allah ko yeh politics matloob hi nahi hai jis ko bas wahan chala rahe hain. to bar bar Allah taala is ko reject kar rahe hain.</w:t>
      </w:r>
    </w:p>
    <w:p>
      <w:pPr>
        <w:jc w:val="right"/>
      </w:pPr>
      <w:r>
        <w:t>وہ کیوں ہے؟ اللہ کو یہ پولیٹکس مطلوب ہی نہیں ہے جس کو بس وہاں چلا رہے ہیں۔ تو بار بار اللہ تعالیٰ اس کو ریجیکٹ کر رہے ہیں۔</w:t>
      </w:r>
    </w:p>
    <w:p>
      <w:r>
        <w:rPr>
          <w:b/>
        </w:rPr>
        <w:t xml:space="preserve">[11:40] </w:t>
      </w:r>
      <w:r>
        <w:t>reject. that is case of rejection. from the almighty god. to ab to hamein yeh ehsaas karna chahiye.</w:t>
      </w:r>
    </w:p>
    <w:p>
      <w:pPr>
        <w:jc w:val="right"/>
      </w:pPr>
      <w:r>
        <w:t>ریجیکٹ۔ دیٹ از کیس آف ریجیکشن۔ فرام دی المائٹی گاڈ۔ تو اب تو ہمیں یہ احساس کرنا چاہیے۔</w:t>
      </w:r>
    </w:p>
    <w:p>
      <w:r>
        <w:rPr>
          <w:b/>
        </w:rPr>
        <w:t xml:space="preserve">[11:49] </w:t>
      </w:r>
      <w:r>
        <w:t>phir sochna chahiye ke why this rejection? kyun Khuda ki nasrat hum ko nahi milti?</w:t>
      </w:r>
    </w:p>
    <w:p>
      <w:pPr>
        <w:jc w:val="right"/>
      </w:pPr>
      <w:r>
        <w:t>پھر سوچنا چاہیے کہ وائی دس ریجیکشن؟ کیوں خدا کی نصرت ہم کو نہیں ملتی؟</w:t>
      </w:r>
    </w:p>
    <w:p>
      <w:r>
        <w:rPr>
          <w:b/>
        </w:rPr>
        <w:t xml:space="preserve">[12:01] </w:t>
      </w:r>
      <w:r>
        <w:t>ab yahan par mein aap ko yaad dilaoon ga ke Quran mein bataya gaya hai ke nasrat ka raaz kya hai.</w:t>
      </w:r>
    </w:p>
    <w:p>
      <w:pPr>
        <w:jc w:val="right"/>
      </w:pPr>
      <w:r>
        <w:t>اب یہاں پر میں آپ کو یاد دلاؤں گا کہ قرآن میں بتایا گیا ہے کہ نصرت کا راز کیا ہے۔</w:t>
      </w:r>
    </w:p>
    <w:p>
      <w:r>
        <w:rPr>
          <w:b/>
        </w:rPr>
        <w:t xml:space="preserve">[12:12] </w:t>
      </w:r>
      <w:r>
        <w:t>nasrat, nasrat ka raaz hairat angez tor par Quran ke mutabiq har giz har giz political activism nahi hai.</w:t>
      </w:r>
    </w:p>
    <w:p>
      <w:pPr>
        <w:jc w:val="right"/>
      </w:pPr>
      <w:r>
        <w:t>نصرت، نصرت کا راز حیرت انگیز طور پر قرآن کے مطابق ہرگز ہرگز پولیٹیکل ایکٹیوزم نہیں ہے۔</w:t>
      </w:r>
    </w:p>
    <w:p>
      <w:r>
        <w:rPr>
          <w:b/>
        </w:rPr>
        <w:t xml:space="preserve">[12:22] </w:t>
      </w:r>
      <w:r>
        <w:t>is ka saboot Surah Al-Fath hai. yeh Quran ki Surah number 48. yeh ayat utri thi jab Rasool Allah Sal Allahu Alaihi Wasallam ne Quraish se, yaani apne rival group se agreement kar liya tha.</w:t>
      </w:r>
    </w:p>
    <w:p>
      <w:pPr>
        <w:jc w:val="right"/>
      </w:pPr>
      <w:r>
        <w:t>اس کا ثبوت سورہ الفتح ہے۔ یہ قرآن کی سورہ نمبر 48۔ یہ آیت اتری تھی جب رسول اللہ صلی اللہ علیہ وسلم نے قریش سے، یعنی اپنے رائیول گروپ سے ایگریمنٹ کر لیا تھا۔</w:t>
      </w:r>
    </w:p>
    <w:p>
      <w:r>
        <w:rPr>
          <w:b/>
        </w:rPr>
        <w:t xml:space="preserve">[12:41] </w:t>
      </w:r>
      <w:r>
        <w:t>aur woh agreement hua tha unhi letter basis par. yaani Quraishi ki sab sharton ko maan liya aap ne. yaani itna ziyada woh ajeeb thi ke Hazrat Umar jaisa aadmi kar kar kaha: "lamma na'budu bi-dini-na".</w:t>
      </w:r>
    </w:p>
    <w:p>
      <w:pPr>
        <w:jc w:val="right"/>
      </w:pPr>
      <w:r>
        <w:t>اور وہ ایگریمنٹ ہوا تھا انہی لیٹر بیسز پر۔ یعنی قریشی کی سب شرطوں کو مان لیا آپ نے۔ یعنی اتنا زیادہ وہ عجیب تھی کہ حضرت عمر جیسا آدمی کر کر کہا: "لما نعبد بنی من دیننا"۔</w:t>
      </w:r>
    </w:p>
    <w:p>
      <w:r>
        <w:rPr>
          <w:b/>
        </w:rPr>
        <w:t xml:space="preserve">[12:59] </w:t>
      </w:r>
      <w:r>
        <w:t>yeh to dil, dil, dil, dil tamir ka agreement hai. hum kyun ise qabool karein? Hazrat Umar jaisa aadmi: "lamma na'budu bi-dini-na".</w:t>
      </w:r>
    </w:p>
    <w:p>
      <w:pPr>
        <w:jc w:val="right"/>
      </w:pPr>
      <w:r>
        <w:t>یہ تو ضلع، ضلع، ضلع، ضلع تامیر کا ایگریمنٹ ہے۔ ہم کیوں اسے قبول کریں؟ حضرت عمر جیسا آدمی: "لما نعبد بنی من دیننا"۔</w:t>
      </w:r>
    </w:p>
    <w:p>
      <w:r>
        <w:rPr>
          <w:b/>
        </w:rPr>
        <w:t xml:space="preserve">[13:11] </w:t>
      </w:r>
      <w:r>
        <w:t>deen ke maamle mein hum aisi dil, dil tamash agreement ko kyun bardasht karein? hamein ladna chahiye. lekin Allah taala ko matloob nahi tha.</w:t>
      </w:r>
    </w:p>
    <w:p>
      <w:pPr>
        <w:jc w:val="right"/>
      </w:pPr>
      <w:r>
        <w:t>دین کے معاملے میں ہم ایسی دل، دل تامش ایگریمنٹ کو کیوں برداشت کریں؟ ہمیں لڑنا چاہیے۔ لیکن اللہ تعالیٰ کو مطلوب نہیں تھا۔</w:t>
      </w:r>
    </w:p>
    <w:p>
      <w:r>
        <w:rPr>
          <w:b/>
        </w:rPr>
        <w:t xml:space="preserve">[13:25] </w:t>
      </w:r>
      <w:r>
        <w:t>Allah taala ko matloob nahi tha. Allah ne Rasool ko hukum diya ke nahi, yeh yahi tumhein karna hai. tumhein ladna nahi hai.</w:t>
      </w:r>
    </w:p>
    <w:p>
      <w:pPr>
        <w:jc w:val="right"/>
      </w:pPr>
      <w:r>
        <w:t>اللہ تعالیٰ کو مطلوب نہیں تھا۔ اللہ نے رسول کو حکم دیا کہ نہیں، یہ یہی تمہیں کرنا ہے۔ تمہیں لڑنا نہیں ہے۔</w:t>
      </w:r>
    </w:p>
    <w:p>
      <w:r>
        <w:rPr>
          <w:b/>
        </w:rPr>
        <w:t xml:space="preserve">[13:35] </w:t>
      </w:r>
      <w:r>
        <w:t>koi political activism chalana nahi hai. tum ko sulah activism chalana hai.</w:t>
      </w:r>
    </w:p>
    <w:p>
      <w:pPr>
        <w:jc w:val="right"/>
      </w:pPr>
      <w:r>
        <w:t>کوئی پولیٹیکل ایکٹیوزم چلانا نہیں ہے۔ تم کو صلح ایکٹیوزم چلانا ہے۔</w:t>
      </w:r>
    </w:p>
    <w:p>
      <w:r>
        <w:rPr>
          <w:b/>
        </w:rPr>
        <w:t xml:space="preserve">[13:43] </w:t>
      </w:r>
      <w:r>
        <w:t>Quran mein hai ke "al-sulhu khayrun". sulah behtar hai. yaani sulah activism. compromise activism chalana hai tum ko.</w:t>
      </w:r>
    </w:p>
    <w:p>
      <w:pPr>
        <w:jc w:val="right"/>
      </w:pPr>
      <w:r>
        <w:t>قرآن میں ہے کہ "الصلح خیر"۔ صلح بہتر ہے۔ یعنی صلح ایکٹیوزم۔ کمپرومائز ایکٹیوزم چلانا ہے تم کو۔</w:t>
      </w:r>
    </w:p>
    <w:p>
      <w:r>
        <w:rPr>
          <w:b/>
        </w:rPr>
        <w:t xml:space="preserve">[13:54] </w:t>
      </w:r>
      <w:r>
        <w:t>conciliatory activism. to yeh thi Sulah Hudaybiyah. dekhiye, is ke baad jo ayat utri Quran mein, woh bohat hi ziyada ghaur talab baat hai ke is mein hai ke: "li-yuhd-daka sirata mustaqima".</w:t>
      </w:r>
    </w:p>
    <w:p>
      <w:pPr>
        <w:jc w:val="right"/>
      </w:pPr>
      <w:r>
        <w:t>کانسلیٹری ایکٹیوزم۔ تو یہ تھی صلح حدیبیہ۔ دیکھیے، اس کے بعد جو آیت اتری قرآن میں، وہ بہت ہی زیادہ غور طلب بات ہے کہ اس میں ہے کہ: "لے ہتھیار کا صراط مستقیمہ"۔</w:t>
      </w:r>
    </w:p>
    <w:p>
      <w:r>
        <w:rPr>
          <w:b/>
        </w:rPr>
        <w:t xml:space="preserve">[14:14] </w:t>
      </w:r>
      <w:r>
        <w:t>wa-yansuraka Allahu nasran aziza. yaani Hudaybiyah kyun hui? Hudaybiyah ka is tarah ka muahida ek tarfa buniyad par unhi letter base pe kyun hua?</w:t>
      </w:r>
    </w:p>
    <w:p>
      <w:pPr>
        <w:jc w:val="right"/>
      </w:pPr>
      <w:r>
        <w:t>وین صدق اللہ نصرنا عزیزہ۔ یعنی حدیبیہ کیوں ہوئی؟ حدیبیہ کا اس طرح کا معاہدہ ایک طرفہ بنیاد پر انہی لیٹر بیس پہ کیوں ہوا؟</w:t>
      </w:r>
    </w:p>
    <w:p>
      <w:r>
        <w:rPr>
          <w:b/>
        </w:rPr>
        <w:t xml:space="preserve">[14:30] </w:t>
      </w:r>
      <w:r>
        <w:t>"li-yuhd-daka sirata mustaqima". wa-yansuraka Allahu nasran aziza. taake Khuda tum ko sirat-e-mustaqeem dikhaye.</w:t>
      </w:r>
    </w:p>
    <w:p>
      <w:pPr>
        <w:jc w:val="right"/>
      </w:pPr>
      <w:r>
        <w:t>"لے ہتھیار کا صراط مستقیمہ"۔ وین صدق اللہ نصر عزیزہ۔ تاکہ خدا تم کو صراط مستقیم دکھائے۔</w:t>
      </w:r>
    </w:p>
    <w:p>
      <w:r>
        <w:rPr>
          <w:b/>
        </w:rPr>
        <w:t xml:space="preserve">[14:41] </w:t>
      </w:r>
      <w:r>
        <w:t>aur Allah tum ko bari madad ata farmaye. mighty help tum ko de. dekhiye, yahan par sirat-e-mustaqeem ke maani aap yeh nahi le sakte ke namaz aur tareeqa bataye, hajj ka tareeqa bataye.</w:t>
      </w:r>
    </w:p>
    <w:p>
      <w:pPr>
        <w:jc w:val="right"/>
      </w:pPr>
      <w:r>
        <w:t>اور اللہ تم کو بڑی مدد عطا فرمائے۔ مائی کی ہیلپ تم کو دے۔ دیکھیے، یہاں پر صراط مستقیم کے معنی آپ یہ نہیں لے سکتے کہ نماز اور طریقہ بتائے، حج کا طریقہ بتائے۔</w:t>
      </w:r>
    </w:p>
    <w:p>
      <w:r>
        <w:rPr>
          <w:b/>
        </w:rPr>
        <w:t xml:space="preserve">[14:56] </w:t>
      </w:r>
      <w:r>
        <w:t>is context mein sirat-e-mustaqeem ke koi doosre maani nahi hain siwaye is ke ke Hudaybiyah ka jo agreement hua tha, woh Allah ke nazdeek sirat-e-mustaqeem ke hum maani tha.</w:t>
      </w:r>
    </w:p>
    <w:p>
      <w:pPr>
        <w:jc w:val="right"/>
      </w:pPr>
      <w:r>
        <w:t>اس کنٹیکسٹ میں صراط مستقیم کے کوئی دوسرے معنی نہیں ہیں سوائے اس کے کہ حدیبیہ کا جو ایگریمنٹ ہوا تھا، وہ اللہ کے نزدیک صراط مستقیم کے ہم معنی تھا۔</w:t>
      </w:r>
    </w:p>
    <w:p>
      <w:r>
        <w:rPr>
          <w:b/>
        </w:rPr>
        <w:t xml:space="preserve">[15:09] </w:t>
      </w:r>
      <w:r>
        <w:t>is ko samajh lein achhe tarike se. yahan aap nahi le sakte ke namaz ka tareeqa bataye, roze ka tareeqa bataye, hajj ka tareeqa bataye. nahi. yahan sirat-e-mustaqeem se murad hai ijtimai zindagi mein sirat-e-mustaqeem.</w:t>
      </w:r>
    </w:p>
    <w:p>
      <w:pPr>
        <w:jc w:val="right"/>
      </w:pPr>
      <w:r>
        <w:t>اس کو سمجھ لیں اچھے طریقے سے۔ یہاں آپ نہیں لے سکتے کہ نماز کا طریقہ بتائے، روزہ کا طریقہ بتائے، حج کا طریقہ بتائے۔ نہیں۔ یہاں صراط مستقیم سے مراد ہے اجتماعی زندگی میں صراط مستقیم۔</w:t>
      </w:r>
    </w:p>
    <w:p>
      <w:r>
        <w:rPr>
          <w:b/>
        </w:rPr>
        <w:t xml:space="preserve">[15:23] </w:t>
      </w:r>
      <w:r>
        <w:t>sari zindagi mein sirat-e-mustaqeem. qomi zindagi mein sirat-e-mustaqeem. yeh matlab hai is ka. to woh kya hai?</w:t>
      </w:r>
    </w:p>
    <w:p>
      <w:pPr>
        <w:jc w:val="right"/>
      </w:pPr>
      <w:r>
        <w:t>ساری زندگی میں صراط مستقیم۔ قومی زندگی میں صراط مستقیم۔ یہ مطلب ہے اس کا۔ تو وہ کیا ہے؟</w:t>
      </w:r>
    </w:p>
    <w:p>
      <w:r>
        <w:rPr>
          <w:b/>
        </w:rPr>
        <w:t xml:space="preserve">[15:32] </w:t>
      </w:r>
      <w:r>
        <w:t>woh Hudaybiyyah. Hudaybiyyah kya thi? Hudaybiyyah thi: "to establish peace at any cost".</w:t>
      </w:r>
    </w:p>
    <w:p>
      <w:pPr>
        <w:jc w:val="right"/>
      </w:pPr>
      <w:r>
        <w:t>وہ حدیبیہ۔ حدیبیہ کیا تھی؟ حدیبیہ تھی: "ٹو اسٹیبلش پیس ایٹ اینی کاسٹ"۔</w:t>
      </w:r>
    </w:p>
    <w:p>
      <w:r>
        <w:rPr>
          <w:b/>
        </w:rPr>
        <w:t xml:space="preserve">[15:43] </w:t>
      </w:r>
      <w:r>
        <w:t>Hudaybiyyah kya thi? to thi: "to establish peace at any cost". Rasool Allah ne farmaya tha us waqt ke mujhe peace matloob hai.</w:t>
      </w:r>
    </w:p>
    <w:p>
      <w:pPr>
        <w:jc w:val="right"/>
      </w:pPr>
      <w:r>
        <w:t>حدیبیہ کیا تھی؟ تو تھی: "ٹو اسٹیبلش پیس ایٹ اینی کاسٹ"۔ رسول اللہ نے فرمایا تھا اس وقت کہ مجھے پیس مطلوب ہے۔</w:t>
      </w:r>
    </w:p>
    <w:p>
      <w:r>
        <w:rPr>
          <w:b/>
        </w:rPr>
        <w:t xml:space="preserve">[15:55] </w:t>
      </w:r>
      <w:r>
        <w:t>jis jis bhi jo bhi price woh mangein, dene ko tayyar hoon mein. chunaan'che un ki har price jo mangi unhone, yahan tak ke kaghaz par lafz Rasool Allah jo likha gaya tha, unhone kaha ke is ko bithaiye.</w:t>
      </w:r>
    </w:p>
    <w:p>
      <w:pPr>
        <w:jc w:val="right"/>
      </w:pPr>
      <w:r>
        <w:t>جس جس بھی جو بھی پرائز وہ مانگیں، دینے کو تیار ہوں میں۔ چنانچہ ان کی ہر پرائز جو مانگی انہوں نے، یہاں تک کہ کاغذ پر لفظ رسول اللہ جو لکھا گیا تھا، انہوں نے کہا کہ اس کو بٹھائیے۔</w:t>
      </w:r>
    </w:p>
    <w:p>
      <w:r>
        <w:rPr>
          <w:b/>
        </w:rPr>
        <w:t xml:space="preserve">[16:10] </w:t>
      </w:r>
      <w:r>
        <w:t>to ab aap ki jo identity yahi thi, aap ki haisiyat yahi to thi ke Allah ke Rasool the aap. to isi ko bithaa diya aap ne.</w:t>
      </w:r>
    </w:p>
    <w:p>
      <w:pPr>
        <w:jc w:val="right"/>
      </w:pPr>
      <w:r>
        <w:t>تو اب آپ کی جو آئیڈینٹیٹی یہی تھی، آپ کی حیثیت یہی تو تھی کہ اللہ کے رسول تھے آپ۔ تو اسی کو بٹھا دیا آپ نے۔</w:t>
      </w:r>
    </w:p>
    <w:p>
      <w:r>
        <w:rPr>
          <w:b/>
        </w:rPr>
        <w:t xml:space="preserve">[16:20] </w:t>
      </w:r>
      <w:r>
        <w:t>so he accepted peace at any cost. is se kya saabit hua?</w:t>
      </w:r>
    </w:p>
    <w:p>
      <w:pPr>
        <w:jc w:val="right"/>
      </w:pPr>
      <w:r>
        <w:t>سو ہی ایکسیپٹڈ پیس ایٹ اینی کاسٹ۔ اس سے کیا ثابت ہوا؟</w:t>
      </w:r>
    </w:p>
    <w:p>
      <w:r>
        <w:rPr>
          <w:b/>
        </w:rPr>
        <w:t xml:space="preserve">[16:32] </w:t>
      </w:r>
      <w:r>
        <w:t>peace is the way to victory. victory ka rasta peace ki taraf so kar jata hai. aman ki taraf so kar.</w:t>
      </w:r>
    </w:p>
    <w:p>
      <w:pPr>
        <w:jc w:val="right"/>
      </w:pPr>
      <w:r>
        <w:t>پیس از دا وے ٹو وکٹری۔ وکٹری کا راستہ پیس کی طرف سو کر جاتا ہے۔ امن کی طرف سو کر۔</w:t>
      </w:r>
    </w:p>
    <w:p>
      <w:r>
        <w:rPr>
          <w:b/>
        </w:rPr>
        <w:t xml:space="preserve">[16:40] </w:t>
      </w:r>
      <w:r>
        <w:t>larrhai se nahin. yaani battlefield se nahin jata. fateh ka rasta.</w:t>
      </w:r>
    </w:p>
    <w:p>
      <w:pPr>
        <w:jc w:val="right"/>
      </w:pPr>
      <w:r>
        <w:t>لڑائی سے نہیں۔ یعنی بیٹل فیلڈ سے نہیں جاتا۔ فتح کا راستہ۔</w:t>
      </w:r>
    </w:p>
    <w:p>
      <w:r>
        <w:rPr>
          <w:b/>
        </w:rPr>
        <w:t xml:space="preserve">[16:50] </w:t>
      </w:r>
      <w:r>
        <w:t>fateh ka rasta battlefield se ho kar nahin jata hai. fateh ka rasta aman se ho kar jata hai. kitni ajeeb thi baat.</w:t>
      </w:r>
    </w:p>
    <w:p>
      <w:pPr>
        <w:jc w:val="right"/>
      </w:pPr>
      <w:r>
        <w:t>فتح کا راستہ بیٹل فیلڈ سے ہو کر نہیں جاتا ہے۔ فتح کا راستہ امن سے ہو کر جاتا ہے۔ کتنی عجیب تھی بات۔</w:t>
      </w:r>
    </w:p>
    <w:p>
      <w:r>
        <w:rPr>
          <w:b/>
        </w:rPr>
        <w:t xml:space="preserve">[17:00] </w:t>
      </w:r>
      <w:r>
        <w:t>yeh Allah Ta'ala ne Rasool ke zariye se. yeh poori history mein ek nayi baat thi. poori history mein koi janta nahin tha ke ke woh ke ke victory jo hai, victory tak pahunchna hai to aap ko peace ke raste se jana parega.</w:t>
      </w:r>
    </w:p>
    <w:p>
      <w:pPr>
        <w:jc w:val="right"/>
      </w:pPr>
      <w:r>
        <w:t>یہ اللہ تعالیٰ نے رسول کے ذریعے سے۔ یہ پوری ہسٹری میں ایک نئی بات تھی۔ پوری ہسٹری میں کوئی جانتا نہیں تھا کہ کہ وہ کہ کہ وکٹری جو ہے، وکٹری تک پہنچنا ہے تو آپ کو پیس کے راستے سے جانا پڑے گا۔</w:t>
      </w:r>
    </w:p>
    <w:p>
      <w:r>
        <w:rPr>
          <w:b/>
        </w:rPr>
        <w:t xml:space="preserve">[17:21] </w:t>
      </w:r>
      <w:r>
        <w:t>koi nahin janta tha. aaj bhi ek Usmani se ba-khabar hai. yaani Muslim Islam ke Muslim ki tareekh mein bhi yeh ek waqea ek hi baar hua.</w:t>
      </w:r>
    </w:p>
    <w:p>
      <w:pPr>
        <w:jc w:val="right"/>
      </w:pPr>
      <w:r>
        <w:t>کوئی نہیں جانتا تھا۔ آج بھی ایک عثمانی سے باخبر ہے۔ یعنی مسلم اسلام کے مسلم کی تاریخ میں بھی یہ ایک واقعہ ایک ہی بار ہوا۔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