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Love of God October 04, 2009</w:t>
      </w:r>
    </w:p>
    <w:p>
      <w:r>
        <w:t>https://www.youtube.com/watch?v=zhGrZ1gfkjg</w:t>
      </w:r>
    </w:p>
    <w:p>
      <w:r>
        <w:rPr>
          <w:b/>
        </w:rPr>
        <w:t xml:space="preserve">[00:14] </w:t>
      </w:r>
      <w:r>
        <w:t>Rab ishrah li sadri wa yassir li amri wahlul uqdatan min lisani yafqahu qawli.</w:t>
      </w:r>
    </w:p>
    <w:p>
      <w:pPr>
        <w:jc w:val="right"/>
      </w:pPr>
      <w:r>
        <w:t>رب اشرح لی صدری ویسر لی امری واحل العقدۃ من لسانی یفقہ قولی۔</w:t>
      </w:r>
    </w:p>
    <w:p>
      <w:r>
        <w:rPr>
          <w:b/>
        </w:rPr>
        <w:t xml:space="preserve">[00:22] </w:t>
      </w:r>
      <w:r>
        <w:t>aaj ka jo topic hai woh hai Love of God, Allah ki mohabbat ya mohabbat-e-ilahi.</w:t>
      </w:r>
    </w:p>
    <w:p>
      <w:pPr>
        <w:jc w:val="right"/>
      </w:pPr>
      <w:r>
        <w:t>آج کا جو ٹاپک ہے وہ ہے Love of God، اللہ کی محبت یا محبت الٰہی۔</w:t>
      </w:r>
    </w:p>
    <w:p>
      <w:r>
        <w:rPr>
          <w:b/>
        </w:rPr>
        <w:t xml:space="preserve">[00:38] </w:t>
      </w:r>
      <w:r>
        <w:t>mein samajhta hoon ke yeh</w:t>
      </w:r>
    </w:p>
    <w:p>
      <w:pPr>
        <w:jc w:val="right"/>
      </w:pPr>
      <w:r>
        <w:t>میں سمجھتا ہوں کہ یہ</w:t>
      </w:r>
    </w:p>
    <w:p>
      <w:r>
        <w:rPr>
          <w:b/>
        </w:rPr>
        <w:t xml:space="preserve">[00:42] </w:t>
      </w:r>
      <w:r>
        <w:t>deen ka supreme topic hai,</w:t>
      </w:r>
    </w:p>
    <w:p>
      <w:pPr>
        <w:jc w:val="right"/>
      </w:pPr>
      <w:r>
        <w:t>دین کا سپریم ٹاپک ہے،</w:t>
      </w:r>
    </w:p>
    <w:p>
      <w:r>
        <w:rPr>
          <w:b/>
        </w:rPr>
        <w:t xml:space="preserve">[00:47] </w:t>
      </w:r>
      <w:r>
        <w:t>is se bara koi topic nahin ho sakta.</w:t>
      </w:r>
    </w:p>
    <w:p>
      <w:pPr>
        <w:jc w:val="right"/>
      </w:pPr>
      <w:r>
        <w:t>اس سے بڑا کوئی ٹاپک نہیں ہو سکتا۔</w:t>
      </w:r>
    </w:p>
    <w:p>
      <w:r>
        <w:rPr>
          <w:b/>
        </w:rPr>
        <w:t xml:space="preserve">[00:53] </w:t>
      </w:r>
      <w:r>
        <w:t>lekin mera apna jo tajruba hai</w:t>
      </w:r>
    </w:p>
    <w:p>
      <w:pPr>
        <w:jc w:val="right"/>
      </w:pPr>
      <w:r>
        <w:t>لیکن میرا اپنا جو تجربہ ہے</w:t>
      </w:r>
    </w:p>
    <w:p>
      <w:r>
        <w:rPr>
          <w:b/>
        </w:rPr>
        <w:t xml:space="preserve">[01:00] </w:t>
      </w:r>
      <w:r>
        <w:t>woh yeh hai ke yahi woh topic hai jo sab se ziyada neglected hai, sab se ziyada neglected topic hai.</w:t>
      </w:r>
    </w:p>
    <w:p>
      <w:pPr>
        <w:jc w:val="right"/>
      </w:pPr>
      <w:r>
        <w:t>وہ یہ ہے کہ یہی وہ ٹاپک ہے جو سب سے زیادہ neglected ہے، سب سے زیادہ neglected ٹاپک ہے۔</w:t>
      </w:r>
    </w:p>
    <w:p>
      <w:r>
        <w:rPr>
          <w:b/>
        </w:rPr>
        <w:t xml:space="preserve">[01:13] </w:t>
      </w:r>
      <w:r>
        <w:t>yeh mera ehsas hai. dekhein aaj yeh mere haath mein aaj ka yeh newspaper hai,</w:t>
      </w:r>
    </w:p>
    <w:p>
      <w:pPr>
        <w:jc w:val="right"/>
      </w:pPr>
      <w:r>
        <w:t>یہ میرا احساس ہے۔ دیکھیں آج یہ میرے ہاتھ میں آج کا یہ نیوز پیپر ہے،</w:t>
      </w:r>
    </w:p>
    <w:p>
      <w:r>
        <w:rPr>
          <w:b/>
        </w:rPr>
        <w:t xml:space="preserve">[01:23] </w:t>
      </w:r>
      <w:r>
        <w:t>is mein ek article chapa hai aaj ke angrezi akhbar mein. The truth is that we all lie.</w:t>
      </w:r>
    </w:p>
    <w:p>
      <w:pPr>
        <w:jc w:val="right"/>
      </w:pPr>
      <w:r>
        <w:t>اس میں ایک آرٹیکل چھپا ہے آج کے انگریزی اخبار میں۔ The truth is that we all lie.</w:t>
      </w:r>
    </w:p>
    <w:p>
      <w:r>
        <w:rPr>
          <w:b/>
        </w:rPr>
        <w:t xml:space="preserve">[01:36] </w:t>
      </w:r>
      <w:r>
        <w:t>The truth is that we all lie. yaani sachai yeh hai ke hum sab jhoot bolte hain. is ka jo title hai woh yeh hai ke sachai yeh hai ke hum sab jhoot bolte hain.</w:t>
      </w:r>
    </w:p>
    <w:p>
      <w:pPr>
        <w:jc w:val="right"/>
      </w:pPr>
      <w:r>
        <w:t>The truth is that we all lie. یعنی سچائی یہ ہے کہ ہم سب جھوٹ بولتے ہیں۔ اس کا جو ٹائٹل ہے وہ یہ ہے کہ سچائی یہ ہے کہ ہم سب جھوٹ بولتے ہیں۔</w:t>
      </w:r>
    </w:p>
    <w:p>
      <w:r>
        <w:rPr>
          <w:b/>
        </w:rPr>
        <w:t xml:space="preserve">[01:55] </w:t>
      </w:r>
      <w:r>
        <w:t>yeh aik lady ka mazmoon hai jo UK mein rehti hai, ghaliban Indian hai lekin rehti hai UK mein.</w:t>
      </w:r>
    </w:p>
    <w:p>
      <w:pPr>
        <w:jc w:val="right"/>
      </w:pPr>
      <w:r>
        <w:t>یہ ایک لیڈی کا مضمون ہے جو یو کے میں رہتی ہے، غالباً انڈین ہے لیکن رہتی ہے یو کے میں۔</w:t>
      </w:r>
    </w:p>
    <w:p>
      <w:r>
        <w:rPr>
          <w:b/>
        </w:rPr>
        <w:t xml:space="preserve">[02:06] </w:t>
      </w:r>
      <w:r>
        <w:t>to unhon ne bohat si misalein di hain ke hum sab log, waise woh secular hai woh. Ke hum sab log jhoot bolte hain. Jaise ke misaal ke tor par us ne kaha ke aap kahin se milenge to aap kahenge bhai mein ne kai baar aap ko telephone kiya magar contact nahi hua.</w:t>
      </w:r>
    </w:p>
    <w:p>
      <w:pPr>
        <w:jc w:val="right"/>
      </w:pPr>
      <w:r>
        <w:t>تو انہوں نے بہت سی مثالیں دی ہیں کہ ہم سب لوگ، ویسے وہ سیکولر ہے وہ۔ کہ ہم سب لوگ جھوٹ بولتے ہیں۔ جیسے کہ مثال کے طور پر اس نے کہا کہ آپ کہیں سے ملیں گے تو آپ کہیں گے بھئی میں نے کئی بار آپ کو ٹیلی فون کیا مگر کانٹیکٹ نہیں ہوا۔</w:t>
      </w:r>
    </w:p>
    <w:p>
      <w:r>
        <w:rPr>
          <w:b/>
        </w:rPr>
        <w:t xml:space="preserve">[02:27] </w:t>
      </w:r>
      <w:r>
        <w:t>to yeh bohat zyada kehte thay log. Ab mobile jab se aaya hai to is mein zara mushkil ho gayi hai ke mobile number aa jata hai. To us ne likha hai ke ab log yeh kehte hain ke bhai mein soch raha tha ke aap se baat karoon telephone par, phir woh socha ke aap shayad bohat masroof honge.</w:t>
      </w:r>
    </w:p>
    <w:p>
      <w:pPr>
        <w:jc w:val="right"/>
      </w:pPr>
      <w:r>
        <w:t>تو یہ بہت زیادہ کہتے تھے لوگ۔ اب موبائل جب سے آیا ہے تو اس میں ذرا مشکل ہو گئی ہے کہ موبائل نمبر آ جاتا ہے۔ تو اس نے لکھا ہے کہ اب لوگ یہ کہتے ہیں کہ بھئی میں سوچ رہا تھا کہ آپ سے بات کروں ٹیلی فون پر، پھر وہ سوچا کہ آپ شاید بہت مشغول ہوں گے۔</w:t>
      </w:r>
    </w:p>
    <w:p>
      <w:r>
        <w:rPr>
          <w:b/>
        </w:rPr>
        <w:t xml:space="preserve">[02:46] </w:t>
      </w:r>
      <w:r>
        <w:t>yeh sab jhoot ho sakta hai.</w:t>
      </w:r>
    </w:p>
    <w:p>
      <w:pPr>
        <w:jc w:val="right"/>
      </w:pPr>
      <w:r>
        <w:t>یہ سب جھوٹ ہو سکتا ہے۔</w:t>
      </w:r>
    </w:p>
    <w:p>
      <w:r>
        <w:rPr>
          <w:b/>
        </w:rPr>
        <w:t xml:space="preserve">[02:53] </w:t>
      </w:r>
      <w:r>
        <w:t>to mera apna jo tajurba hai woh yeh hai ke secular field mein jis tarah log jhoot bolte hain waise deen mein bhi jhoot bolte hain.</w:t>
      </w:r>
    </w:p>
    <w:p>
      <w:pPr>
        <w:jc w:val="right"/>
      </w:pPr>
      <w:r>
        <w:t>تو میرا اپنا جو تجربہ ہے وہ یہ ہے کہ سیکولر فیلڈ میں جس طرح لوگ جھوٹ بولتے ہیں ویسے دین میں بھی جھوٹ بولتے ہیں۔</w:t>
      </w:r>
    </w:p>
    <w:p>
      <w:r>
        <w:rPr>
          <w:b/>
        </w:rPr>
        <w:t xml:space="preserve">[03:09] </w:t>
      </w:r>
      <w:r>
        <w:t>dekhein jhoot ki do qismein hain. Aik hai direct jhoot, aik hai indirect jhoot. Indirect jhoot ko aap half truth keh sakte hain.</w:t>
      </w:r>
    </w:p>
    <w:p>
      <w:pPr>
        <w:jc w:val="right"/>
      </w:pPr>
      <w:r>
        <w:t>دیکھیں جھوٹ کی دو قسمیں ہیں۔ ایک ہے ڈائریکٹ جھوٹ، ایک ہے ان ڈائریکٹ جھوٹ۔ ان ڈائریکٹ جھوٹ کو آپ half truth کہہ سکتے ہیں۔</w:t>
      </w:r>
    </w:p>
    <w:p>
      <w:r>
        <w:rPr>
          <w:b/>
        </w:rPr>
        <w:t xml:space="preserve">[03:20] </w:t>
      </w:r>
      <w:r>
        <w:t>thoda bohat is mein sachai hoti hai lekin poore maanon mein woh sachai nahi hoti. To agar aap yeh dekhein ke</w:t>
      </w:r>
    </w:p>
    <w:p>
      <w:pPr>
        <w:jc w:val="right"/>
      </w:pPr>
      <w:r>
        <w:t>تھوڑا بہت اس میں سچائی ہوتی ہے لیکن پورے معنوں میں وہ سچائی نہیں ہوتی۔ تو اگر آپ یہ دیکھیں کہ</w:t>
      </w:r>
    </w:p>
    <w:p>
      <w:r>
        <w:rPr>
          <w:b/>
        </w:rPr>
        <w:t xml:space="preserve">[03:33] </w:t>
      </w:r>
      <w:r>
        <w:t>direct jhoot aur indirect jhoot dono ko mila kar to mere tajurbe mein to yeh hai ke sabhi log is mein mulawwis hain. Alaa maashaa Allah.</w:t>
      </w:r>
    </w:p>
    <w:p>
      <w:pPr>
        <w:jc w:val="right"/>
      </w:pPr>
      <w:r>
        <w:t>ڈائریکٹ جھوٹ اور ان ڈائریکٹ جھوٹ دونوں کو ملا کر تو میرے تجربے میں تو یہ ہے کہ سبھی لوگ اس میں ملوث ہیں۔ الا ماشاءاللہ۔</w:t>
      </w:r>
    </w:p>
    <w:p>
      <w:r>
        <w:rPr>
          <w:b/>
        </w:rPr>
        <w:t xml:space="preserve">[03:46] </w:t>
      </w:r>
      <w:r>
        <w:t>lekin mujhe is waqt secular field ke jhoot ke baray mein kuch nahi kehna hai. Mujhe sirf apne topic ke aitbaar se kehna hai.</w:t>
      </w:r>
    </w:p>
    <w:p>
      <w:pPr>
        <w:jc w:val="right"/>
      </w:pPr>
      <w:r>
        <w:t>لیکن مجھے اس وقت سیکولر فیلڈ کے جھوٹ کے بارے میں کچھ نہیں کہنا ہے۔ مجھے صرف اپنے ٹاپک کے اعتبار سے کہنا ہے۔</w:t>
      </w:r>
    </w:p>
    <w:p>
      <w:r>
        <w:rPr>
          <w:b/>
        </w:rPr>
        <w:t xml:space="preserve">[03:57] </w:t>
      </w:r>
      <w:r>
        <w:t>yani Allah ki mohabbat. Mera tajurba yeh hai ke Allah ki mohabbat jo hai woh maujood hi nahi hai.</w:t>
      </w:r>
    </w:p>
    <w:p>
      <w:pPr>
        <w:jc w:val="right"/>
      </w:pPr>
      <w:r>
        <w:t>یعنی اللہ کی محبت۔ میرا تجربہ یہ ہے کہ اللہ کی محبت جو ہے وہ موجود ہی نہیں ہے۔</w:t>
      </w:r>
    </w:p>
    <w:p>
      <w:r>
        <w:rPr>
          <w:b/>
        </w:rPr>
        <w:t xml:space="preserve">[04:09] </w:t>
      </w:r>
      <w:r>
        <w:t>iska koi wajood hi nahi hai. Aaj mein aik maa se baat kar raha tha jis ke mutalliq mein jaanta hoon ke apne bete se bohat is ko mohabbat hai.</w:t>
      </w:r>
    </w:p>
    <w:p>
      <w:pPr>
        <w:jc w:val="right"/>
      </w:pPr>
      <w:r>
        <w:t>اس کا کوئی وجود ہی نہیں ہے۔ آج میں ایک ماں سے بات کر رہا تھا جس کے متعلق میں جانتا ہوں کہ اپنے بیٹے سے بہت اس کو محبت ہے۔</w:t>
      </w:r>
    </w:p>
    <w:p>
      <w:r>
        <w:rPr>
          <w:b/>
        </w:rPr>
        <w:t xml:space="preserve">[04:22] </w:t>
      </w:r>
      <w:r>
        <w:t>aaj ki baat hai. To mein ne khatoon se kaha ke aap ka beta sirf aap se leta hai.</w:t>
      </w:r>
    </w:p>
    <w:p>
      <w:pPr>
        <w:jc w:val="right"/>
      </w:pPr>
      <w:r>
        <w:t>آج کی بات ہے۔ تو میں نے خاتون سے کہا کہ آپ کا بیٹا صرف آپ سے لیتا ہے۔</w:t>
      </w:r>
    </w:p>
    <w:p>
      <w:r>
        <w:rPr>
          <w:b/>
        </w:rPr>
        <w:t xml:space="preserve">[04:33] </w:t>
      </w:r>
      <w:r>
        <w:t>woh lady kamati hai aur bete ko deti hai. Abhi beta kamata nahi hai. Woh sirf taker hai. Aur itni mohabbat karti hain us se aap.</w:t>
      </w:r>
    </w:p>
    <w:p>
      <w:pPr>
        <w:jc w:val="right"/>
      </w:pPr>
      <w:r>
        <w:t>وہ لیڈی کماتی ہے اور بیٹے کو دیتی ہے۔ ابھی بیٹا کماتا نہیں ہے۔ وہ صرف ٹیکر ہے۔ اور اتنی محبت کرتی ہیں اس سے آپ۔</w:t>
      </w:r>
    </w:p>
    <w:p>
      <w:r>
        <w:rPr>
          <w:b/>
        </w:rPr>
        <w:t xml:space="preserve">[04:44] </w:t>
      </w:r>
      <w:r>
        <w:t>aur Khuda giver hai. Sab kuch Khuda de raha hai. Kya aap usi waisi mohabbat karti hain Khuda se jo aap apne bete se karti hain?</w:t>
      </w:r>
    </w:p>
    <w:p>
      <w:pPr>
        <w:jc w:val="right"/>
      </w:pPr>
      <w:r>
        <w:t>اور خدا گیور ہے۔ سب کچھ خدا دے رہا ہے۔ کیا آپ اسی ویسی محبت کرتی ہیں خدا سے جو آپ اپنے بیٹے سے کرتی ہیں؟</w:t>
      </w:r>
    </w:p>
    <w:p>
      <w:r>
        <w:rPr>
          <w:b/>
        </w:rPr>
        <w:t xml:space="preserve">[04:56] </w:t>
      </w:r>
      <w:r>
        <w:t>to chup ho gayeen woh. Kyun ke un ke paas yeh kehne ko nahi tha ke haan.</w:t>
      </w:r>
    </w:p>
    <w:p>
      <w:pPr>
        <w:jc w:val="right"/>
      </w:pPr>
      <w:r>
        <w:t>تو چپ ہو گئیں وہ۔ کیونکہ ان کے پاس یہ کہنے کو نہیں تھا کہ ہاں۔</w:t>
      </w:r>
    </w:p>
    <w:p>
      <w:r>
        <w:rPr>
          <w:b/>
        </w:rPr>
        <w:t xml:space="preserve">[05:04] </w:t>
      </w:r>
      <w:r>
        <w:t>har aadmi apne dil mein haath rakh kar pooche, har baap aur har maa ke us ko jitni mohabbat apne bete se hai kya wahi mohabbat us ko Khuda se hai?</w:t>
      </w:r>
    </w:p>
    <w:p>
      <w:pPr>
        <w:jc w:val="right"/>
      </w:pPr>
      <w:r>
        <w:t>ہر آدمی اپنے دل میں ہاتھ رکھ کر پوچھے، ہر باپ اور ہر ماں کہ اس کو جتنی محبت اپنے بیٹے سے ہے کیا وہی محبت اس کو خدا سے ہے؟</w:t>
      </w:r>
    </w:p>
    <w:p>
      <w:r>
        <w:rPr>
          <w:b/>
        </w:rPr>
        <w:t xml:space="preserve">[05:17] </w:t>
      </w:r>
      <w:r>
        <w:t>to bohat purana aik principle hai ke. In comparison that we understand.</w:t>
      </w:r>
    </w:p>
    <w:p>
      <w:pPr>
        <w:jc w:val="right"/>
      </w:pPr>
      <w:r>
        <w:t>تو بہت پرانا ایک پرنسپل ہے کہ۔ In comparison that we understand۔</w:t>
      </w:r>
    </w:p>
    <w:p>
      <w:r>
        <w:rPr>
          <w:b/>
        </w:rPr>
        <w:t xml:space="preserve">[05:25] </w:t>
      </w:r>
      <w:r>
        <w:t>In comparison that we understand. Arabi mein kehte hain ke taaruf al ashyaa bi ziddih. Yani taqabul se baatein samajh mein aati hain.</w:t>
      </w:r>
    </w:p>
    <w:p>
      <w:pPr>
        <w:jc w:val="right"/>
      </w:pPr>
      <w:r>
        <w:t>In comparison that we understand۔ عربی میں کہتے ہیں کہ تعارف الاشیاء بیازدادہا۔ یعنی تقابل سے باتیں سمجھ میں آتی ہیں۔</w:t>
      </w:r>
    </w:p>
    <w:p>
      <w:r>
        <w:rPr>
          <w:b/>
        </w:rPr>
        <w:t xml:space="preserve">[05:37] </w:t>
      </w:r>
      <w:r>
        <w:t>aap sochiye ke jitni mohabbat aap ko apne bete se hai kya wahi mohabbat Khuda se hai aap ko? To bete ke liye to dil o jaan hazir hai.</w:t>
      </w:r>
    </w:p>
    <w:p>
      <w:pPr>
        <w:jc w:val="right"/>
      </w:pPr>
      <w:r>
        <w:t>آپ سوچیے کہ جتنی محبت آپ کو اپنے بیٹے سے ہے کیا وہی محبت خدا سے ہے آپ کو؟ تو بیٹے کے لیے تو دل و جان حاضر ہے۔</w:t>
      </w:r>
    </w:p>
    <w:p>
      <w:r>
        <w:rPr>
          <w:b/>
        </w:rPr>
        <w:t xml:space="preserve">[05:48] </w:t>
      </w:r>
      <w:r>
        <w:t>aur Khuda ke liye kya hai? Lip service hai.</w:t>
      </w:r>
    </w:p>
    <w:p>
      <w:pPr>
        <w:jc w:val="right"/>
      </w:pPr>
      <w:r>
        <w:t>اور خدا کے لیے کیا ہے؟ لپ سروس ہے۔</w:t>
      </w:r>
    </w:p>
    <w:p>
      <w:r>
        <w:rPr>
          <w:b/>
        </w:rPr>
        <w:t xml:space="preserve">[05:54] </w:t>
      </w:r>
      <w:r>
        <w:t>koi agar kahe ke nahi to jhoot bol raha hai woh. Saare logon ka haal yeh hai ke sab kuch bete ke liye hai.</w:t>
      </w:r>
    </w:p>
    <w:p>
      <w:pPr>
        <w:jc w:val="right"/>
      </w:pPr>
      <w:r>
        <w:t>کوئی اگر کہے کہ نہیں تو جھوٹ بول رہا ہے وہ۔ سارے لوگوں کا حال یہ ہے کہ سب کچھ بیٹے کے لیے ہے۔</w:t>
      </w:r>
    </w:p>
    <w:p>
      <w:r>
        <w:rPr>
          <w:b/>
        </w:rPr>
        <w:t xml:space="preserve">[06:03] </w:t>
      </w:r>
      <w:r>
        <w:t>un ka dil, un ka dimagh, un ka jaan, un ka paisa, un ka time, un ka sab kuch bete ke liye. Chahe bete se kuch na mil raha ho.</w:t>
      </w:r>
    </w:p>
    <w:p>
      <w:pPr>
        <w:jc w:val="right"/>
      </w:pPr>
      <w:r>
        <w:t>ان کا دل، ان کا دماغ، ان کا جان، ان کا پیسہ، ان کا ٹائم، ان کا سب کچھ بیٹے کے لیے۔ چاہے بیٹے سے کچھ نہ مل رہا ہو۔</w:t>
      </w:r>
    </w:p>
    <w:p>
      <w:r>
        <w:rPr>
          <w:b/>
        </w:rPr>
        <w:t xml:space="preserve">[06:15] </w:t>
      </w:r>
      <w:r>
        <w:t>aur Khuda to sab kuch de raha hai. Yani Khuda itni zyada cheezein de raha hai ke billion trillion ki gintiyan bilkul hi kaafi nahi hain is ko batane ke liye.</w:t>
      </w:r>
    </w:p>
    <w:p>
      <w:pPr>
        <w:jc w:val="right"/>
      </w:pPr>
      <w:r>
        <w:t>اور خدا تو سب کچھ دے رہا ہے۔ یعنی خدا اتنی زیادہ چیزیں دے رہا ہے کہ بلین ٹریلین کی گنتیاں بالکل ہی کافی نہیں ہیں اس کو بتانے کے لیے۔</w:t>
      </w:r>
    </w:p>
    <w:p>
      <w:r>
        <w:rPr>
          <w:b/>
        </w:rPr>
        <w:t xml:space="preserve">[06:28] </w:t>
      </w:r>
      <w:r>
        <w:t>ab mein jo bol raha hoon is mein million billion factors involve hain. Ke mein bol raha hoon aap sun rahe hain. Yani is ko hum ginti nahi kar sakte.</w:t>
      </w:r>
    </w:p>
    <w:p>
      <w:pPr>
        <w:jc w:val="right"/>
      </w:pPr>
      <w:r>
        <w:t>اب میں جو بول رہا ہوں اس میں ملین بلین فیکٹرز انوالو ہیں۔ کہ میں بول رہا ہوں آپ سن رہے ہیں۔ یعنی اس کو ہم گنتی نہیں کر سکتے۔</w:t>
      </w:r>
    </w:p>
    <w:p>
      <w:r>
        <w:rPr>
          <w:b/>
        </w:rPr>
        <w:t xml:space="preserve">[06:40] </w:t>
      </w:r>
      <w:r>
        <w:t>ke sirf yeh jo aik phenomenon hai ke aik aadmi bol raha hai doosre log sun rahe hain. Is mein itne zyada factor involve hain ke is ko aap ginti nahi kar sakte.</w:t>
      </w:r>
    </w:p>
    <w:p>
      <w:pPr>
        <w:jc w:val="right"/>
      </w:pPr>
      <w:r>
        <w:t>کہ صرف یہ جو ایک فینامینا ہے کہ ایک آدمی بول رہا ہے دوسرے لوگ سن رہے ہیں۔ اس میں اتنے زیادہ فیکٹر انوالو ہیں کہ اس کو آپ گنتی نہیں کر سکتے۔</w:t>
      </w:r>
    </w:p>
    <w:p>
      <w:r>
        <w:rPr>
          <w:b/>
        </w:rPr>
        <w:t xml:space="preserve">[06:53] </w:t>
      </w:r>
      <w:r>
        <w:t>keh mein ne socha. ab sochna kya hai? koi define nahi kar sakta keh What is sochna? socha woh kaise aaya meri zabaan tak?</w:t>
      </w:r>
    </w:p>
    <w:p>
      <w:pPr>
        <w:jc w:val="right"/>
      </w:pPr>
      <w:r>
        <w:t>کہ میں نے سوچا۔ اب سوچنا کیا ہے؟ کوئی ڈیفائن نہیں کر سکتا کہ What is سوچنا؟ سوچا وہ کیسے آیا میری زبان تک؟</w:t>
      </w:r>
    </w:p>
    <w:p>
      <w:r>
        <w:rPr>
          <w:b/>
        </w:rPr>
        <w:t xml:space="preserve">[07:06] </w:t>
      </w:r>
      <w:r>
        <w:t>aur zabaan dekhne mein to kuch bhi nahi hai. kaise woh harkat hui aur woh harkat jo hai lehrein bani aur hawa mein kidhar transfer ho kar aap kaan tak pahunchi?</w:t>
      </w:r>
    </w:p>
    <w:p>
      <w:pPr>
        <w:jc w:val="right"/>
      </w:pPr>
      <w:r>
        <w:t>اور زبان دیکھنے میں تو کچھ بھی نہیں ہے۔ کیسے وہ حرکت ہوئی اور وہ حرکت جو ہے لہریں بنیں اور ہوا میں کدھر ٹرانسفر ہو کر آپ کان تک پہنچیں؟</w:t>
      </w:r>
    </w:p>
    <w:p>
      <w:r>
        <w:rPr>
          <w:b/>
        </w:rPr>
        <w:t xml:space="preserve">[07:17] </w:t>
      </w:r>
      <w:r>
        <w:t>aur kaan mein kya cheez hai keh woh aap ke mind tak is ko transfer kiya? yaani yeh bolna aur sunna itna anokha phenomena hai keh ek atheist ne likha hai keh ek baar mein kaam kar raha tha apne table par.</w:t>
      </w:r>
    </w:p>
    <w:p>
      <w:pPr>
        <w:jc w:val="right"/>
      </w:pPr>
      <w:r>
        <w:t>اور کان میں کیا چیز ہے کہ وہ آپ کے مائنڈ تک اس کو ٹرانسفر کیا؟ یعنی یہ بولنا اور سننا اتنا انوکھا فینامینا ہے کہ ایک اتھیسٹ نے لکھا ہے کہ ایک بار میں کام کر رہا تھا اپنے ٹیبل پر۔</w:t>
      </w:r>
    </w:p>
    <w:p>
      <w:r>
        <w:rPr>
          <w:b/>
        </w:rPr>
        <w:t xml:space="preserve">[07:39] </w:t>
      </w:r>
      <w:r>
        <w:t>itne mein meri choti bachchi aa gayi. kuch us ne kaha kuch mein ne kaha to kuch conversation hua. to us ne likha hai keh mein mera mind idhar chala gaya keh yeh kaise aadmi bolta hai kaise sunta hai?</w:t>
      </w:r>
    </w:p>
    <w:p>
      <w:pPr>
        <w:jc w:val="right"/>
      </w:pPr>
      <w:r>
        <w:t>اتنے میں میری چھوٹی بچی آ گئی۔ کچھ اس نے کہا کچھ میں نے کہا تو کچھ کنورسیشن ہوا۔ تو اس نے لکھا ہے کہ میں میرا مائنڈ ادھر چلا گیا کہ یہ کیسے آدمی بولتا ہے کیسے سنتا ہے؟</w:t>
      </w:r>
    </w:p>
    <w:p>
      <w:r>
        <w:rPr>
          <w:b/>
        </w:rPr>
        <w:t xml:space="preserve">[07:54] </w:t>
      </w:r>
      <w:r>
        <w:t>yeh kaise aisa hota hai? to achaanak woh us ke mind mein aaya keh yeh to lagta hai koi Khuda ho. to jaldi se us ne likha hai keh mein ne jaldi se sochna chhod diya.</w:t>
      </w:r>
    </w:p>
    <w:p>
      <w:pPr>
        <w:jc w:val="right"/>
      </w:pPr>
      <w:r>
        <w:t>یہ کیسے ایسا ہوتا ہے؟ تو اچانک وہ اس کے مائنڈ میں آیا کہ یہ تو لگتا ہے کوئی خدا ہو۔ تو جلدی سے اس نے لکھا ہے کہ میں نے جلدی سے سوچنا چھوڑ دیا۔</w:t>
      </w:r>
    </w:p>
    <w:p>
      <w:r>
        <w:rPr>
          <w:b/>
        </w:rPr>
        <w:t xml:space="preserve">[08:06] </w:t>
      </w:r>
      <w:r>
        <w:t>kyun keh mein Khuda tak pahunch raha tha.</w:t>
      </w:r>
    </w:p>
    <w:p>
      <w:pPr>
        <w:jc w:val="right"/>
      </w:pPr>
      <w:r>
        <w:t>کیونکہ میں خدا تک پہنچ رہا تھا۔</w:t>
      </w:r>
    </w:p>
    <w:p>
      <w:r>
        <w:rPr>
          <w:b/>
        </w:rPr>
        <w:t xml:space="preserve">[08:11] </w:t>
      </w:r>
      <w:r>
        <w:t>to aap bataiye keh itne million billion trillion se bhi zyada aap ko Khuda de raha hai. lekin aap ki mohabbat kis ke sath hai?</w:t>
      </w:r>
    </w:p>
    <w:p>
      <w:pPr>
        <w:jc w:val="right"/>
      </w:pPr>
      <w:r>
        <w:t>تو آپ بتائیے کہ اتنے ملین بلین ٹریلین سے بھی زیادہ آپ کو خدا دے رہا ہے۔ لیکن آپ کی محبت کس کے ساتھ ہے؟</w:t>
      </w:r>
    </w:p>
    <w:p>
      <w:r>
        <w:rPr>
          <w:b/>
        </w:rPr>
        <w:t xml:space="preserve">[08:20] </w:t>
      </w:r>
      <w:r>
        <w:t>apne family ke sath, apne beta patti ke sath, apne business ke sath, apne ghar ke sath, apni jo bhi aap ki cheezein hain us ke sath.</w:t>
      </w:r>
    </w:p>
    <w:p>
      <w:pPr>
        <w:jc w:val="right"/>
      </w:pPr>
      <w:r>
        <w:t>اپنے فیملی کے ساتھ، اپنے بیٹا پٹی کے ساتھ، اپنے بزنس کے ساتھ، اپنے گھر کے ساتھ، اپنی جو بھی آپ کی چیزیں ہیں اس کے ساتھ۔</w:t>
      </w:r>
    </w:p>
    <w:p>
      <w:r>
        <w:rPr>
          <w:b/>
        </w:rPr>
        <w:t xml:space="preserve">[08:30] </w:t>
      </w:r>
      <w:r>
        <w:t>to mohabbat kaun karta hai Khuda se? lip service sab log karte hain.</w:t>
      </w:r>
    </w:p>
    <w:p>
      <w:pPr>
        <w:jc w:val="right"/>
      </w:pPr>
      <w:r>
        <w:t>تو محبت کون کرتا ہے خدا سے؟ لپ سروس سب لوگ کرتے ہیں۔</w:t>
      </w:r>
    </w:p>
    <w:p>
      <w:r>
        <w:rPr>
          <w:b/>
        </w:rPr>
        <w:t xml:space="preserve">[08:38] </w:t>
      </w:r>
      <w:r>
        <w:t>dekhein hamare logon mein do class hain. ek sufia ki class ek ulama ki class.</w:t>
      </w:r>
    </w:p>
    <w:p>
      <w:pPr>
        <w:jc w:val="right"/>
      </w:pPr>
      <w:r>
        <w:t>دیکھیں ہمارے لوگوں میں دو کلاس ہیں۔ ایک صوفیاء کی کلاس ایک علماء کی کلاس۔</w:t>
      </w:r>
    </w:p>
    <w:p>
      <w:r>
        <w:rPr>
          <w:b/>
        </w:rPr>
        <w:t xml:space="preserve">[08:51] </w:t>
      </w:r>
      <w:r>
        <w:t>mein ek keh lein apne ehsas ke aitbaar se kehta hoon keh dono mein se kisi ko bhi Khuda nahi mila. maaf kijiye ga. sufia ne mohabbat ilahi ko ishq ilahi banaya.</w:t>
      </w:r>
    </w:p>
    <w:p>
      <w:pPr>
        <w:jc w:val="right"/>
      </w:pPr>
      <w:r>
        <w:t>میں ایک کہہ لیں اپنے احساس کے اعتبار سے کہتا ہوں کہ دونوں میں سے کسی کو بھی خدا نہیں ملا۔ معاف کیجیے گا۔ صوفیاء نے محبت الٰہی کو عشق الٰہی بنایا۔</w:t>
      </w:r>
    </w:p>
    <w:p>
      <w:r>
        <w:rPr>
          <w:b/>
        </w:rPr>
        <w:t xml:space="preserve">[09:04] </w:t>
      </w:r>
      <w:r>
        <w:t>sufia ne mohabbat ilahi ko ishq ilahi banaya. ishq ilahi mazeed reduce ho kar qawwali ban gayi. mohabbat ilahi reduce ho kar ishq ilahi bani.</w:t>
      </w:r>
    </w:p>
    <w:p>
      <w:pPr>
        <w:jc w:val="right"/>
      </w:pPr>
      <w:r>
        <w:t>صوفیاء نے محبت الٰہی کو عشق الٰہی بنایا۔ عشق الٰہی مزید ریڈیوس ہو کر قوالی بن گئی۔ محبت الٰہی ریڈیوس ہو کر عشق الٰہی بنی۔</w:t>
      </w:r>
    </w:p>
    <w:p>
      <w:r>
        <w:rPr>
          <w:b/>
        </w:rPr>
        <w:t xml:space="preserve">[09:16] </w:t>
      </w:r>
      <w:r>
        <w:t>ishq ilahi reduce ho kar qawwali ban gaya. ab qawwaliyan hoti hain logon ko is mein haal aata hai. yeh mohabbat hai yeh?</w:t>
      </w:r>
    </w:p>
    <w:p>
      <w:pPr>
        <w:jc w:val="right"/>
      </w:pPr>
      <w:r>
        <w:t>عشق الٰہی ریڈیوس ہو کر قوالی بن گیا۔ اب قوالیاں ہوتی ہیں لوگوں کو اس میں حال آتا ہے۔ یہ محبت ہے یہ؟</w:t>
      </w:r>
    </w:p>
    <w:p>
      <w:r>
        <w:rPr>
          <w:b/>
        </w:rPr>
        <w:t xml:space="preserve">[09:24] </w:t>
      </w:r>
      <w:r>
        <w:t>yeh to badtameezi hai.</w:t>
      </w:r>
    </w:p>
    <w:p>
      <w:pPr>
        <w:jc w:val="right"/>
      </w:pPr>
      <w:r>
        <w:t>یہ تو بدتمیزی ہے۔</w:t>
      </w:r>
    </w:p>
    <w:p>
      <w:r>
        <w:rPr>
          <w:b/>
        </w:rPr>
        <w:t xml:space="preserve">[09:29] </w:t>
      </w:r>
      <w:r>
        <w:t>It is a reduced form of love.</w:t>
      </w:r>
    </w:p>
    <w:p>
      <w:pPr>
        <w:jc w:val="right"/>
      </w:pPr>
      <w:r>
        <w:t>It is a reduced form of love۔</w:t>
      </w:r>
    </w:p>
    <w:p>
      <w:r>
        <w:rPr>
          <w:b/>
        </w:rPr>
        <w:t xml:space="preserve">[09:34] </w:t>
      </w:r>
      <w:r>
        <w:t>kaise log samajhte hain keh yeh mohabbat ilahi hai?</w:t>
      </w:r>
    </w:p>
    <w:p>
      <w:pPr>
        <w:jc w:val="right"/>
      </w:pPr>
      <w:r>
        <w:t>کیسے لوگ سمجھتے ہیں کہ یہ محبت الٰہی ہے؟</w:t>
      </w:r>
    </w:p>
    <w:p>
      <w:r>
        <w:rPr>
          <w:b/>
        </w:rPr>
        <w:t xml:space="preserve">[09:40] </w:t>
      </w:r>
      <w:r>
        <w:t>ulama ka haal yeh hai keh ek aalim sufi thay. woh sufi bhi thay aalim bhi thay. to un ke khanqah ke bare mein mashhoor tha keh aalim sufi ki khanqah hai woh.</w:t>
      </w:r>
    </w:p>
    <w:p>
      <w:pPr>
        <w:jc w:val="right"/>
      </w:pPr>
      <w:r>
        <w:t>علماء کا حال یہ ہے کہ ایک عالم صوفی تھے۔ وہ صوفی بھی تھے عالم بھی تھے۔ تو ان کے خانقاہ کے بارے میں مشہور تھا کہ عالم صوفی کی خانقاہ ہے وہ۔</w:t>
      </w:r>
    </w:p>
    <w:p>
      <w:r>
        <w:rPr>
          <w:b/>
        </w:rPr>
        <w:t xml:space="preserve">[09:52] </w:t>
      </w:r>
      <w:r>
        <w:t>to mein un ke haan gaya ek baar. sunta tha keh wahan chobees ghante Allah ka zikr hota hai. chobees ghante. to woh zikr ki tha ginti.</w:t>
      </w:r>
    </w:p>
    <w:p>
      <w:pPr>
        <w:jc w:val="right"/>
      </w:pPr>
      <w:r>
        <w:t>تو میں ان کے ہاں گیا ایک بار۔ سنتا تھا کہ وہاں چوبیس گھنٹے اللہ کا ذکر ہوتا ہے۔ چوبیس گھنٹے۔ تو وہ ذکر کی تھا گنتی۔</w:t>
      </w:r>
    </w:p>
    <w:p>
      <w:r>
        <w:rPr>
          <w:b/>
        </w:rPr>
        <w:t xml:space="preserve">[10:04] </w:t>
      </w:r>
      <w:r>
        <w:t>Allah ginti hoti thi chobees ghante. wahan par kya tha? wahan shift lagi hui thi. chaar chaar chaar ghante ki. kuch log aayenge chhay ghanta Allah Allah Allah Allah karenge.</w:t>
      </w:r>
    </w:p>
    <w:p>
      <w:pPr>
        <w:jc w:val="right"/>
      </w:pPr>
      <w:r>
        <w:t>اللہ گنتی ہوتی تھی چوبیس گھنٹے۔ وہاں پر کیا تھا؟ وہاں شفٹ لگی ہوئی تھی۔ چار چار چار گھنٹے کی۔ کچھ لوگ آئیں گے چھ گھنٹہ اللہ اللہ اللہ اللہ کریں گے۔</w:t>
      </w:r>
    </w:p>
    <w:p>
      <w:r>
        <w:rPr>
          <w:b/>
        </w:rPr>
        <w:t xml:space="preserve">[10:17] </w:t>
      </w:r>
      <w:r>
        <w:t>phir woh shift badlegi doosre aayenge. phir woh Allah Allah Allah Allah karenge. is tarah chobees ghante hota tha. yeh ginti hai yeh.</w:t>
      </w:r>
    </w:p>
    <w:p>
      <w:pPr>
        <w:jc w:val="right"/>
      </w:pPr>
      <w:r>
        <w:t>پھر وہ شفٹ بدلے گی دوسرے آئیں گے۔ پھر وہ اللہ اللہ اللہ اللہ کریں گے۔ اس طرح چوبیس گھنٹے ہوتا تھا۔ یہ گنتی ہے یہ۔</w:t>
      </w:r>
    </w:p>
    <w:p>
      <w:r>
        <w:rPr>
          <w:b/>
        </w:rPr>
        <w:t xml:space="preserve">[10:29] </w:t>
      </w:r>
      <w:r>
        <w:t>mohabbat ilahi nahi hai yeh.</w:t>
      </w:r>
    </w:p>
    <w:p>
      <w:pPr>
        <w:jc w:val="right"/>
      </w:pPr>
      <w:r>
        <w:t>محبت الٰہی نہیں ہے یہ۔</w:t>
      </w:r>
    </w:p>
    <w:p>
      <w:r>
        <w:rPr>
          <w:b/>
        </w:rPr>
        <w:t xml:space="preserve">[10:34] </w:t>
      </w:r>
      <w:r>
        <w:t>dekhein mohabbat ilahi jo hai woh hai</w:t>
      </w:r>
    </w:p>
    <w:p>
      <w:pPr>
        <w:jc w:val="right"/>
      </w:pPr>
      <w:r>
        <w:t>دیکھیں محبت الٰہی جو ہے وہ ہے</w:t>
      </w:r>
    </w:p>
    <w:p>
      <w:r>
        <w:rPr>
          <w:b/>
        </w:rPr>
        <w:t xml:space="preserve">[10:41] </w:t>
      </w:r>
      <w:r>
        <w:t>deep attachment with God. Khuda se bohat gehra taluq. jis ko hum arabi mein kehte hain taluq billah.</w:t>
      </w:r>
    </w:p>
    <w:p>
      <w:pPr>
        <w:jc w:val="right"/>
      </w:pPr>
      <w:r>
        <w:t>ڈیپ اٹیچمنٹ ود گاڈ۔ خدا سے بہت گہرا تعلق۔ جس کو ہم عربی میں کہتے ہیں تعلق باللہ۔</w:t>
      </w:r>
    </w:p>
    <w:p>
      <w:r>
        <w:rPr>
          <w:b/>
        </w:rPr>
        <w:t xml:space="preserve">[10:54] </w:t>
      </w:r>
      <w:r>
        <w:t>deep attachment with God. keh Khuda hi aap ko yaad aata rahe. aap Khuda ke chirche mein aap ko lazzat mile.</w:t>
      </w:r>
    </w:p>
    <w:p>
      <w:pPr>
        <w:jc w:val="right"/>
      </w:pPr>
      <w:r>
        <w:t>ڈیپ اٹیچمنٹ ود گاڈ۔ کہ خدا ہی آپ کو یاد آتا رہے۔ آپ خدا کے چرچے میں آپ کو لذت ملے۔</w:t>
      </w:r>
    </w:p>
    <w:p>
      <w:r>
        <w:rPr>
          <w:b/>
        </w:rPr>
        <w:t xml:space="preserve">[11:04] </w:t>
      </w:r>
      <w:r>
        <w:t>Khuda ki baat karte hue aap ki rooh bilkul is mein tamawwuj aa jaye.</w:t>
      </w:r>
    </w:p>
    <w:p>
      <w:pPr>
        <w:jc w:val="right"/>
      </w:pPr>
      <w:r>
        <w:t>خدا کی بات کرتے ہوئے آپ کی روح بالکل اس میں تموج آ جائے۔</w:t>
      </w:r>
    </w:p>
    <w:p>
      <w:r>
        <w:rPr>
          <w:b/>
        </w:rPr>
        <w:t xml:space="preserve">[11:16] </w:t>
      </w:r>
      <w:r>
        <w:t>har waqt aap ko khuda hi chhaya rahe aap ke dimagh par. jaise mein ek misaal doon.</w:t>
      </w:r>
    </w:p>
    <w:p>
      <w:pPr>
        <w:jc w:val="right"/>
      </w:pPr>
      <w:r>
        <w:t>ہر وقت آپ کو خدا ہی چھایا رہے آپ کے دماغ پر۔ جیسے میں ایک مثال دوں۔</w:t>
      </w:r>
    </w:p>
    <w:p>
      <w:r>
        <w:rPr>
          <w:b/>
        </w:rPr>
        <w:t xml:space="preserve">[11:27] </w:t>
      </w:r>
      <w:r>
        <w:t>bachpan mein jab mein johan pur mein tha ek baar to mere dost dost ke kuch saathi thay. mera koi dost nahi hai.</w:t>
      </w:r>
    </w:p>
    <w:p>
      <w:pPr>
        <w:jc w:val="right"/>
      </w:pPr>
      <w:r>
        <w:t>بچپن میں جب میں جوہن پور میں تھا ایک بار تو میرے دوست دوست کے کچھ ساتھی تھے۔ میرا کوئی دوست نہیں ہے۔</w:t>
      </w:r>
    </w:p>
    <w:p>
      <w:r>
        <w:rPr>
          <w:b/>
        </w:rPr>
        <w:t xml:space="preserve">[11:39] </w:t>
      </w:r>
      <w:r>
        <w:t>to mujhe le gaye ek picture house mein. wahan ek picture lagi hui thi uska naam tha jawab. is mein jo hero tha woh ek student hota tha.</w:t>
      </w:r>
    </w:p>
    <w:p>
      <w:pPr>
        <w:jc w:val="right"/>
      </w:pPr>
      <w:r>
        <w:t>تو مجھے لے گئے ایک پکچر ہاؤس میں۔ وہاں ایک پکچر لگی ہوئی تھی اس کا نام تھا جواب۔ اس میں جو ہیرو تھا وہ ایک اسٹوڈنٹ ہوتا تھا۔</w:t>
      </w:r>
    </w:p>
    <w:p>
      <w:r>
        <w:rPr>
          <w:b/>
        </w:rPr>
        <w:t xml:space="preserve">[11:52] </w:t>
      </w:r>
      <w:r>
        <w:t>to is mein dikhaya gaya tha ek scene ke woh examination hall mein hai. uska mind soch raha hai apne apne girlfriend ke bare mein jisko aap kahenge heroine ke bare mein.</w:t>
      </w:r>
    </w:p>
    <w:p>
      <w:pPr>
        <w:jc w:val="right"/>
      </w:pPr>
      <w:r>
        <w:t>تو اس میں دکھایا گیا تھا ایک سین کہ وہ ایگزامینیشن ہال میں ہے۔ اس کا مائنڈ سوچ رہا ہے اپنے اپنے گرل فرینڈ کے بارے میں جس کو آپ کہیں گے ہیروئن کے بارے میں۔</w:t>
      </w:r>
    </w:p>
    <w:p>
      <w:r>
        <w:rPr>
          <w:b/>
        </w:rPr>
        <w:t xml:space="preserve">[12:08] </w:t>
      </w:r>
      <w:r>
        <w:t>samne table hai. paper hain. lekin uska mind chal raha hai wahan. to isi mein isi zehni pareshani mein woh pani mangta hai.</w:t>
      </w:r>
    </w:p>
    <w:p>
      <w:pPr>
        <w:jc w:val="right"/>
      </w:pPr>
      <w:r>
        <w:t>سامنے ٹیبل ہے۔ پیپر ہیں۔ لیکن اس کا مائنڈ چل رہا ہے وہاں۔ تو اسی میں اسی ذہنی پریشانی میں وہ پانی مانگتا ہے۔</w:t>
      </w:r>
    </w:p>
    <w:p>
      <w:r>
        <w:rPr>
          <w:b/>
        </w:rPr>
        <w:t xml:space="preserve">[12:21] </w:t>
      </w:r>
      <w:r>
        <w:t>to jo aadmi wahan kaam kar rahe hote hain woh usko aisa pani la kar dete hain glass. yaani transparent glass mein pani.</w:t>
      </w:r>
    </w:p>
    <w:p>
      <w:pPr>
        <w:jc w:val="right"/>
      </w:pPr>
      <w:r>
        <w:t>تو جو آدمی وہاں کام کر رہے ہوتے ہیں وہ اس کو ایسا پانی لا کر دیتے ہیں گلاس۔ یعنی ٹرانسپیرنٹ گلاس میں پانی۔</w:t>
      </w:r>
    </w:p>
    <w:p>
      <w:r>
        <w:rPr>
          <w:b/>
        </w:rPr>
        <w:t xml:space="preserve">[12:32] </w:t>
      </w:r>
      <w:r>
        <w:t>to la kar mez par rakhte hain. jab woh dekhta hai us mein to us glass ke andar uski heroine jo hai rangeen color mein bilkul aa jati hai utar aati hai.</w:t>
      </w:r>
    </w:p>
    <w:p>
      <w:pPr>
        <w:jc w:val="right"/>
      </w:pPr>
      <w:r>
        <w:t>تو لا کر میز پر رکھتے ہیں۔ جب وہ دیکھتا ہے اس میں تو اس گلاس کے اندر اس کی ہیروئن جو ہے رنگین کلر میں بالکل آ جاتی ہے اتر آتی ہے۔</w:t>
      </w:r>
    </w:p>
    <w:p>
      <w:r>
        <w:rPr>
          <w:b/>
        </w:rPr>
        <w:t xml:space="preserve">[12:45] </w:t>
      </w:r>
      <w:r>
        <w:t>is mein usko pani mein uski girlfriend dikhai dene lagti hai. ya heroine dikhai dene lagti hai. rangeen saari pehni hui hai.</w:t>
      </w:r>
    </w:p>
    <w:p>
      <w:pPr>
        <w:jc w:val="right"/>
      </w:pPr>
      <w:r>
        <w:t>اس میں اس کو پانی میں اپنی گرل فرینڈ دکھائی دینے لگتی ہے۔ یا ہیروئن دکھائی دینے لگتی ہے۔ رنگین ساڑی پہنی ہوئی ہے۔</w:t>
      </w:r>
    </w:p>
    <w:p>
      <w:r>
        <w:rPr>
          <w:b/>
        </w:rPr>
        <w:t xml:space="preserve">[12:57] </w:t>
      </w:r>
      <w:r>
        <w:t>is se aap samajh lete hain ke yaad ilaahi kya hai? mohabbat ilaahi kya hai? jisko mein ne kaha ke deep attachment with god kya hai?</w:t>
      </w:r>
    </w:p>
    <w:p>
      <w:pPr>
        <w:jc w:val="right"/>
      </w:pPr>
      <w:r>
        <w:t>اس سے آپ سمجھ لیتے ہیں کہ یاد الٰہی کیا ہے؟ محبت الٰہی کیا ہے؟ جس کو میں نے کہا کہ ڈیپ اٹیچمنٹ ود گاڈ کیا ہے؟</w:t>
      </w:r>
    </w:p>
    <w:p>
      <w:r>
        <w:rPr>
          <w:b/>
        </w:rPr>
        <w:t xml:space="preserve">[13:10] </w:t>
      </w:r>
      <w:r>
        <w:t>yeh kis ko mein ne to nahi paya kisi ko. deep attachment logon ko kisi aur cheez mein hota hai.</w:t>
      </w:r>
    </w:p>
    <w:p>
      <w:pPr>
        <w:jc w:val="right"/>
      </w:pPr>
      <w:r>
        <w:t>یہ کس کو میں نے تو نہیں پایا کسی کو۔ ڈیپ اٹیچمنٹ لوگوں کو کسی اور چیز میں ہوتا ہے۔</w:t>
      </w:r>
    </w:p>
    <w:p>
      <w:r>
        <w:rPr>
          <w:b/>
        </w:rPr>
        <w:t xml:space="preserve">[13:20] </w:t>
      </w:r>
      <w:r>
        <w:t>misalan aaj kal ke zamane mein boys ko girlfriend ke sath, girls ko apne boyfriend ke sath. shadi ke baad apne bachon ke sath.</w:t>
      </w:r>
    </w:p>
    <w:p>
      <w:pPr>
        <w:jc w:val="right"/>
      </w:pPr>
      <w:r>
        <w:t>مثلاً آج کل کے زمانے میں بوائز کو گرل فرینڈ کے ساتھ، گرلز کو اپنے بوائے فرینڈ کے ساتھ۔ شادی کے بعد اپنے بچوں کے ساتھ۔</w:t>
      </w:r>
    </w:p>
    <w:p>
      <w:r>
        <w:rPr>
          <w:b/>
        </w:rPr>
        <w:t xml:space="preserve">[13:29] </w:t>
      </w:r>
      <w:r>
        <w:t>iske baad apne business ke sath. apni family ke sath. aur khuda to bas woh lip service ke darje mein hai.</w:t>
      </w:r>
    </w:p>
    <w:p>
      <w:pPr>
        <w:jc w:val="right"/>
      </w:pPr>
      <w:r>
        <w:t>اس کے بعد اپنے بزنس کے ساتھ۔ اپنی فیملی کے ساتھ۔ اور خدا تو بس وہ لپ سروس کے درجے میں ہے۔</w:t>
      </w:r>
    </w:p>
    <w:p>
      <w:r>
        <w:rPr>
          <w:b/>
        </w:rPr>
        <w:t xml:space="preserve">[13:39] </w:t>
      </w:r>
      <w:r>
        <w:t>ishq ilaahi ke naam se qawaliyan kahin ho rahi hain. kahin mohabbat ilaahi ke naam se kahin woh Allah Allah Allah Allah gaana ja raha hai. jisko kehte hain deep attachment uska to koi wajood nahi hai kahin.</w:t>
      </w:r>
    </w:p>
    <w:p>
      <w:pPr>
        <w:jc w:val="right"/>
      </w:pPr>
      <w:r>
        <w:t>عشق الٰہی کے نام سے قوالیاں کہیں ہو رہی ہیں۔ کہیں محبت الٰہی کے نام سے کہیں وہ اللہ اللہ اللہ اللہ گنا جا رہا ہے۔ جس کو کہتے ہیں ڈیپ اٹیچمنٹ اس کا تو کوئی وجود نہیں ہے کہیں۔</w:t>
      </w:r>
    </w:p>
    <w:p>
      <w:r>
        <w:rPr>
          <w:b/>
        </w:rPr>
        <w:t xml:space="preserve">[13:58] </w:t>
      </w:r>
      <w:r>
        <w:t>dekhein deep attachment aap ko ek naya insaan bana deta hai. ek naya insaan. aap aise nahi rehte.</w:t>
      </w:r>
    </w:p>
    <w:p>
      <w:pPr>
        <w:jc w:val="right"/>
      </w:pPr>
      <w:r>
        <w:t>دیکھیں ڈیپ اٹیچمنٹ آپ کو ایک نیا انسان بنا دیتا ہے۔ ایک نیا انسان۔ آپ ایسے نہیں رہتے۔</w:t>
      </w:r>
    </w:p>
    <w:p>
      <w:r>
        <w:rPr>
          <w:b/>
        </w:rPr>
        <w:t xml:space="preserve">[14:07] </w:t>
      </w:r>
      <w:r>
        <w:t>ek aur naya insaan emerge karta hai aap ke andar.</w:t>
      </w:r>
    </w:p>
    <w:p>
      <w:pPr>
        <w:jc w:val="right"/>
      </w:pPr>
      <w:r>
        <w:t>ایک اور نیا انسان ایمرج کرتا ہے آپ کے اندر۔</w:t>
      </w:r>
    </w:p>
    <w:p>
      <w:r>
        <w:rPr>
          <w:b/>
        </w:rPr>
        <w:t xml:space="preserve">[14:16] </w:t>
      </w:r>
      <w:r>
        <w:t>iski ek recently ek misaal samne aayi hai. abhi chand din pehle aap ne dekha hoga media mein. ke kashmir ki ek ladki jo ab jiski umar abhi atharah saal hai yaani teenager hai woh.</w:t>
      </w:r>
    </w:p>
    <w:p>
      <w:pPr>
        <w:jc w:val="right"/>
      </w:pPr>
      <w:r>
        <w:t>اس کی ایک ریسنٹلی ایک مثال سامنے آئی ہے۔ ابھی چند دن پہلے آپ نے دیکھا ہوگا میڈیا میں۔ کہ کشمیر کی ایک لڑکی جو اب جس کی عمر ابھی اٹھارہ سال ہے یعنی ٹین ایجر ہے وہ۔</w:t>
      </w:r>
    </w:p>
    <w:p>
      <w:r>
        <w:rPr>
          <w:b/>
        </w:rPr>
        <w:t xml:space="preserve">[14:31] </w:t>
      </w:r>
      <w:r>
        <w:t>uske ghar mein teen militant ghuste hain. gun ke sath. teeno ke sath gun hai. ek frail ladki teenager.</w:t>
      </w:r>
    </w:p>
    <w:p>
      <w:pPr>
        <w:jc w:val="right"/>
      </w:pPr>
      <w:r>
        <w:t>اس کے گھر میں تین ملٹنٹ گھستے ہیں۔ گن کے ساتھ۔ تینوں کے ساتھ گن ہے۔ ایک فریل لڑکی ٹین ایجر۔</w:t>
      </w:r>
    </w:p>
    <w:p>
      <w:r>
        <w:rPr>
          <w:b/>
        </w:rPr>
        <w:t xml:space="preserve">[14:41] </w:t>
      </w:r>
      <w:r>
        <w:t>uske maa baap ko woh maar maar kar behosh kar dete hain. gira dete hain zameen par. ab ladki ke samne dono baap behosh pade hue hain.</w:t>
      </w:r>
    </w:p>
    <w:p>
      <w:pPr>
        <w:jc w:val="right"/>
      </w:pPr>
      <w:r>
        <w:t>اس کے ماں باپ باپ کو وہ مار مار کر بے ہوش کر دیتے ہیں۔ گرا دیتے ہیں زمین پر۔ اب لڑکی کے سامنے دونوں باپ بے ہوش پڑے ہوئے ہیں۔</w:t>
      </w:r>
    </w:p>
    <w:p>
      <w:r>
        <w:rPr>
          <w:b/>
        </w:rPr>
        <w:t xml:space="preserve">[14:49] </w:t>
      </w:r>
      <w:r>
        <w:t>maa baap dono behosh pade hue hain. ab teenage mein jo bachhe hote hain unko apne maa baap se bohat taluq hota hai.</w:t>
      </w:r>
    </w:p>
    <w:p>
      <w:pPr>
        <w:jc w:val="right"/>
      </w:pPr>
      <w:r>
        <w:t>ماں باپ دونوں بے ہوش پڑے ہوئے ہیں۔ اب ٹین ایج میں جو بچے ہوتے ہیں ان کو اپنے ماں باپ سے بہت تعلق ہوتا ہے۔</w:t>
      </w:r>
    </w:p>
    <w:p>
      <w:r>
        <w:rPr>
          <w:b/>
        </w:rPr>
        <w:t xml:space="preserve">[14:58] </w:t>
      </w:r>
      <w:r>
        <w:t>baad ko nahi rehta lekin teenage mein to bohat zyada hota hai. ab ladki ne dekha ke mere maa baap jo hain usko maar maar gira diya hai behosh kar diya hai.</w:t>
      </w:r>
    </w:p>
    <w:p>
      <w:pPr>
        <w:jc w:val="right"/>
      </w:pPr>
      <w:r>
        <w:t>بعد کو نہیں رہتا لیکن ٹین ایج میں تو بہت زیادہ ہوتا ہے۔ اب لڑکی نے دیکھا کہ میرے ماں باپ جو ہیں اس کو مار مار گرا دیا ہے بے ہوش کر دیا ہے۔</w:t>
      </w:r>
    </w:p>
    <w:p>
      <w:r>
        <w:rPr>
          <w:b/>
        </w:rPr>
        <w:t xml:space="preserve">[15:08] </w:t>
      </w:r>
      <w:r>
        <w:t>to woh uske andar ek hero insaan jaag pada. hero ban gayi. aur mein sab se zyada anokhi baat yeh hai ke uske mind ne within seconds ek bohat hi galat planning ki.</w:t>
      </w:r>
    </w:p>
    <w:p>
      <w:pPr>
        <w:jc w:val="right"/>
      </w:pPr>
      <w:r>
        <w:t>تو وہ اس کے اندر ایک ہیرو انسان جاگ پڑا۔ ہیرو بن گئی۔ اور میں سب سے زیادہ انوکھی بات یہ ہے کہ اس کے مائنڈ نے ود ان سیکنڈ ایک بہت ہی غلط پلاننگ کی۔</w:t>
      </w:r>
    </w:p>
    <w:p>
      <w:r>
        <w:rPr>
          <w:b/>
        </w:rPr>
        <w:t xml:space="preserve">[15:22] </w:t>
      </w:r>
      <w:r>
        <w:t>pehlay us ne axe uthaya. axe yaani kulhari. mara us ko. jo bara militant tha jo ke commander tha. maar kar gira diya us ko.</w:t>
      </w:r>
    </w:p>
    <w:p>
      <w:pPr>
        <w:jc w:val="right"/>
      </w:pPr>
      <w:r>
        <w:t>پہلے اس نے ایکس اٹھایا۔ ایکس یعنی کلہاڑی۔ مارا اس کو۔ جو بڑا ملٹنٹ تھا جو کہ کمانڈر تھا۔ مار کے گرا دیا اس کو۔</w:t>
      </w:r>
    </w:p>
    <w:p>
      <w:r>
        <w:rPr>
          <w:b/>
        </w:rPr>
        <w:t xml:space="preserve">[15:34] </w:t>
      </w:r>
      <w:r>
        <w:t>aur phir jhapta kar us ki woh cheeni us ki. us ki jo gun thi. usi gun se us ko mara wohi khatam kar diya us ko.</w:t>
      </w:r>
    </w:p>
    <w:p>
      <w:pPr>
        <w:jc w:val="right"/>
      </w:pPr>
      <w:r>
        <w:t>اور پھر جھپٹ کر اس کی وہ چھینی اس کی۔ اس کی جو گن تھی۔ اسی گن سے اس کو مارا وہی ختم کر دیا اس کو۔</w:t>
      </w:r>
    </w:p>
    <w:p>
      <w:r>
        <w:rPr>
          <w:b/>
        </w:rPr>
        <w:t xml:space="preserve">[15:44] </w:t>
      </w:r>
      <w:r>
        <w:t>aur do us ke saathi bhaag gaye. ek teenager jis ne kabhi gun dekhi bhi nahi thi. lekin maa ki mohabbat baap ki mohabbat ne us ko hero bana diya.</w:t>
      </w:r>
    </w:p>
    <w:p>
      <w:pPr>
        <w:jc w:val="right"/>
      </w:pPr>
      <w:r>
        <w:t>اور دو اس کے ساتھی بھاگ گئے۔ ایک ٹین ایجر جس نے کبھی گن دیکھی بھی نہیں تھی۔ لیکن ماں کی محبت باپ کی محبت نے اس کو ہیرو بنا دیا۔</w:t>
      </w:r>
    </w:p>
    <w:p>
      <w:r>
        <w:rPr>
          <w:b/>
        </w:rPr>
        <w:t xml:space="preserve">[15:58] </w:t>
      </w:r>
      <w:r>
        <w:t>dekhein mind ki jo history ki gayi hai. to mind mein unlimited capacity hai. kuch us ke hissay hain mind ke jo taped hote hain.</w:t>
      </w:r>
    </w:p>
    <w:p>
      <w:pPr>
        <w:jc w:val="right"/>
      </w:pPr>
      <w:r>
        <w:t>دیکھیں مائنڈ کی جو ہسٹری کی گئی ہے۔ تو مائنڈ میں ان لمیٹڈ کیپیسٹی ہے۔ کچھ اس کے حصے ہیں مائنڈ کے جو ٹیپڈ ہوتے ہیں۔</w:t>
      </w:r>
    </w:p>
    <w:p>
      <w:r>
        <w:rPr>
          <w:b/>
        </w:rPr>
        <w:t xml:space="preserve">[16:08] </w:t>
      </w:r>
      <w:r>
        <w:t>taped band hote hain. jab koi emergency aa jati hai woh in taped ho jate hain. khul jate hain woh. jaisay computer jo hai aik million yaani aik second kehte hain million million calculation kar sakta hai.</w:t>
      </w:r>
    </w:p>
    <w:p>
      <w:pPr>
        <w:jc w:val="right"/>
      </w:pPr>
      <w:r>
        <w:t>ٹیپڈ بند ہوتے ہیں۔ جب کوئی ایمرجنسی آ جاتی ہے وہ ان ٹیپڈ ہو جاتے ہیں۔ کھل جاتے ہیں وہ۔ جیسے کمپیوٹر جو ہے ایک ملین یعنی ایک سیکنڈ کہتے ہیں ملین ملین کیلکولیشن کر سکتا ہے۔</w:t>
      </w:r>
    </w:p>
    <w:p>
      <w:r>
        <w:rPr>
          <w:b/>
        </w:rPr>
        <w:t xml:space="preserve">[16:24] </w:t>
      </w:r>
      <w:r>
        <w:t>to woh jo mind jo hai with in second aik bohat bari planning kar sakta hai. jaisa ke is larki ne kiya. with in second is ke mind ne socha ke pehle is ko aur power karo.</w:t>
      </w:r>
    </w:p>
    <w:p>
      <w:pPr>
        <w:jc w:val="right"/>
      </w:pPr>
      <w:r>
        <w:t>تو وہ جو مائنڈ جو ہے ود ان سیکنڈ ایک بہت بڑی پلاننگ کر سکتا ہے۔ جیسا کہ اس لڑکی نے کیا۔ ود ان سیکنڈ اس کے مائنڈ نے سوچا کہ پہلے اس کو اور پاور کرو۔</w:t>
      </w:r>
    </w:p>
    <w:p>
      <w:r>
        <w:rPr>
          <w:b/>
        </w:rPr>
        <w:t xml:space="preserve">[16:36] </w:t>
      </w:r>
      <w:r>
        <w:t>phir is ki bandook chheeno. phir is ki bandook se maro. yeh hai gehra ta'alluq. deep attachment.</w:t>
      </w:r>
    </w:p>
    <w:p>
      <w:pPr>
        <w:jc w:val="right"/>
      </w:pPr>
      <w:r>
        <w:t>پھر اس کی بندوق چھینو۔ پھر اس کی بندوق سے مارو۔ یہ ہے گہرا تعلق۔ ڈیپ اٹیچمنٹ۔</w:t>
      </w:r>
    </w:p>
    <w:p>
      <w:r>
        <w:rPr>
          <w:b/>
        </w:rPr>
        <w:t xml:space="preserve">[16:48] </w:t>
      </w:r>
      <w:r>
        <w:t>deep attachment. Khuda se gehra ta'alluq ho jaye to aisi emergency aisi aik naya insan aap ke andar emerge karega.</w:t>
      </w:r>
    </w:p>
    <w:p>
      <w:pPr>
        <w:jc w:val="right"/>
      </w:pPr>
      <w:r>
        <w:t>ڈیپ اٹیچمنٹ۔ خدا سے گہرا تعلق ہو جائے تو ایسی ایمرجنسی ایسی ایک نیا انسان آپ کے اندر ایمرج کرے گا۔</w:t>
      </w:r>
    </w:p>
    <w:p>
      <w:r>
        <w:rPr>
          <w:b/>
        </w:rPr>
        <w:t xml:space="preserve">[16:58] </w:t>
      </w:r>
      <w:r>
        <w:t>aap Khuda hi mein jiyenge. aap ki subah shaam Khuda mein guzregi.</w:t>
      </w:r>
    </w:p>
    <w:p>
      <w:pPr>
        <w:jc w:val="right"/>
      </w:pPr>
      <w:r>
        <w:t>آپ خدا ہی میں جیئیں گے۔ آپ کی صبح شام خدا میں گزرے گی۔</w:t>
      </w:r>
    </w:p>
    <w:p>
      <w:r>
        <w:rPr>
          <w:b/>
        </w:rPr>
        <w:t xml:space="preserve">[17:06] </w:t>
      </w:r>
      <w:r>
        <w:t>Khuda mein jiyenge aap. Khuda ki yaad mein aap ko yaani aap ki rooh ko Khuda ki rah Khuda ki yaad mein aap ki rooh ko ghiza milegi.</w:t>
      </w:r>
    </w:p>
    <w:p>
      <w:pPr>
        <w:jc w:val="right"/>
      </w:pPr>
      <w:r>
        <w:t>خدا میں جیئیں گے آپ۔ خدا کی یاد میں آپ کو یعنی آپ کی روح کو خدا کی راہ خدا کی یاد میں آپ کی روح کو غذا ملے گی۔</w:t>
      </w:r>
    </w:p>
    <w:p>
      <w:r>
        <w:rPr>
          <w:b/>
        </w:rPr>
        <w:t xml:space="preserve">[17:18] </w:t>
      </w:r>
      <w:r>
        <w:t>wohi aap ka food hoga. Khuda ki yaad aap ka food ban jayegi.</w:t>
      </w:r>
    </w:p>
    <w:p>
      <w:pPr>
        <w:jc w:val="right"/>
      </w:pPr>
      <w:r>
        <w:t>وہی آپ کا فوڈ ہوگا۔ خدا کی یاد آپ کا فوڈ بن جائے گی۔</w:t>
      </w:r>
    </w:p>
    <w:p>
      <w:r>
        <w:rPr>
          <w:b/>
        </w:rPr>
        <w:t xml:space="preserve">[17:27] </w:t>
      </w:r>
      <w:r>
        <w:t>main apne bare mein batata hoon. do teen din se main Allah ki tarah ki gehri yaad nahi aa rahi thi. gehri yaad nahi aa rahi thi aur main bohat pareshan tha.</w:t>
      </w:r>
    </w:p>
    <w:p>
      <w:pPr>
        <w:jc w:val="right"/>
      </w:pPr>
      <w:r>
        <w:t>میں اپنے بارے میں بتاتا ہوں۔ دو تین دن سے میں اللہ کی طرح کی گہری یاد نہیں آ رہی تھی۔ گہری یاد نہیں آ رہی تھی اور میں بہت پریشان تھا۔</w:t>
      </w:r>
    </w:p>
    <w:p>
      <w:r>
        <w:rPr>
          <w:b/>
        </w:rPr>
        <w:t xml:space="preserve">[17:42] </w:t>
      </w:r>
      <w:r>
        <w:t>woh ayat jo dil ko tarpaye jo aankhon se aansu bhar kar baha woh yaad. to aaj subah main utha fajar se pehle.</w:t>
      </w:r>
    </w:p>
    <w:p>
      <w:pPr>
        <w:jc w:val="right"/>
      </w:pPr>
      <w:r>
        <w:t>وہ آیات جو دل کو تڑپائے جو آنکھوں سے آنسو بھر کر بہے وہ یاد۔ تو آج صبح میں اٹھا فجر سے پہلے۔</w:t>
      </w:r>
    </w:p>
    <w:p>
      <w:r>
        <w:rPr>
          <w:b/>
        </w:rPr>
        <w:t xml:space="preserve">[17:53] </w:t>
      </w:r>
      <w:r>
        <w:t>main ne namaz parhi. main ne kaha aye Khuda ya</w:t>
      </w:r>
    </w:p>
    <w:p>
      <w:pPr>
        <w:jc w:val="right"/>
      </w:pPr>
      <w:r>
        <w:t>میں نے نماز پڑھی۔ میں نے کہا اے خدایا</w:t>
      </w:r>
    </w:p>
    <w:p>
      <w:r>
        <w:rPr>
          <w:b/>
        </w:rPr>
        <w:t xml:space="preserve">[17:57] </w:t>
      </w:r>
      <w:r>
        <w:t>kaha to mujhe chhod dega?</w:t>
      </w:r>
    </w:p>
    <w:p>
      <w:pPr>
        <w:jc w:val="right"/>
      </w:pPr>
      <w:r>
        <w:t>۔ کہا تو مجھے چھوڑ دے گا؟</w:t>
      </w:r>
    </w:p>
    <w:p>
      <w:r>
        <w:rPr>
          <w:b/>
        </w:rPr>
        <w:t xml:space="preserve">[18:12] </w:t>
      </w:r>
      <w:r>
        <w:t>to phir woh wapas aa gaya. woh kaifiyat phir wapas aa gayi.</w:t>
      </w:r>
    </w:p>
    <w:p>
      <w:pPr>
        <w:jc w:val="right"/>
      </w:pPr>
      <w:r>
        <w:t>تو پھر وہ واپس آ گیا۔ وہ کیفیت پھر واپس آ گئی۔</w:t>
      </w:r>
    </w:p>
    <w:p>
      <w:r>
        <w:rPr>
          <w:b/>
        </w:rPr>
        <w:t xml:space="preserve">[18:22] </w:t>
      </w:r>
      <w:r>
        <w:t>to Khuda ki Khuda mein jeene lagna hai jab lage jab aadmi.</w:t>
      </w:r>
    </w:p>
    <w:p>
      <w:pPr>
        <w:jc w:val="right"/>
      </w:pPr>
      <w:r>
        <w:t>تو خدا کی خدا میں جینے لگنا ہے جب لگے جب آدمی۔</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