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From the Spiritual Tree | August 30, 2009</w:t>
      </w:r>
    </w:p>
    <w:p>
      <w:r>
        <w:t>https://www.youtube.com/watch?v=Vc018cutNIM</w:t>
      </w:r>
    </w:p>
    <w:p>
      <w:r>
        <w:rPr>
          <w:b/>
        </w:rPr>
        <w:t xml:space="preserve">[00:14] </w:t>
      </w:r>
      <w:r>
        <w:t>Bismillah hir Rahman nir Rahim, wa sallallahu ala nabiyyil kareem.</w:t>
      </w:r>
    </w:p>
    <w:p>
      <w:pPr>
        <w:jc w:val="right"/>
      </w:pPr>
      <w:r>
        <w:t>بسم اللہ الرحمن الرحیم، وصلی اللہ علی النبی الکریم۔</w:t>
      </w:r>
    </w:p>
    <w:p>
      <w:r>
        <w:rPr>
          <w:b/>
        </w:rPr>
        <w:t xml:space="preserve">[00:25]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[00:35] </w:t>
      </w:r>
      <w:r>
        <w:t>aaj ke talk ke liye</w:t>
      </w:r>
    </w:p>
    <w:p>
      <w:pPr>
        <w:jc w:val="right"/>
      </w:pPr>
      <w:r>
        <w:t>آج کے ٹاک کے لیے</w:t>
      </w:r>
    </w:p>
    <w:p>
      <w:r>
        <w:rPr>
          <w:b/>
        </w:rPr>
        <w:t xml:space="preserve">[00:46] </w:t>
      </w:r>
      <w:r>
        <w:t>jo title hai wo hai "From the Spiritual Tree".</w:t>
      </w:r>
    </w:p>
    <w:p>
      <w:pPr>
        <w:jc w:val="right"/>
      </w:pPr>
      <w:r>
        <w:t>جو ٹائٹل ہے وہ ہے "From the Spiritual Tree"۔</w:t>
      </w:r>
    </w:p>
    <w:p>
      <w:r>
        <w:rPr>
          <w:b/>
        </w:rPr>
        <w:t xml:space="preserve">[01:02] </w:t>
      </w:r>
      <w:r>
        <w:t>aap ko yaad hoga pehle main aksar "From the Spiritual Tree" ke</w:t>
      </w:r>
    </w:p>
    <w:p>
      <w:pPr>
        <w:jc w:val="right"/>
      </w:pPr>
      <w:r>
        <w:t>آپ کو یاد ہوگا پہلے میں اکثر "From the Spiritual Tree" کے</w:t>
      </w:r>
    </w:p>
    <w:p>
      <w:r>
        <w:rPr>
          <w:b/>
        </w:rPr>
        <w:t xml:space="preserve">[01:18] </w:t>
      </w:r>
      <w:r>
        <w:t>title ke sath kuch baatein kaha karta tha.</w:t>
      </w:r>
    </w:p>
    <w:p>
      <w:pPr>
        <w:jc w:val="right"/>
      </w:pPr>
      <w:r>
        <w:t>ٹائٹل کے ساتھ کچھ باتیں کہا کرتا تھا۔</w:t>
      </w:r>
    </w:p>
    <w:p>
      <w:r>
        <w:rPr>
          <w:b/>
        </w:rPr>
        <w:t xml:space="preserve">[01:23] </w:t>
      </w:r>
      <w:r>
        <w:t>phir idhar chhoot gaya tha yeh.</w:t>
      </w:r>
    </w:p>
    <w:p>
      <w:pPr>
        <w:jc w:val="right"/>
      </w:pPr>
      <w:r>
        <w:t>پھر ادھر چھوٹا ہوا تھا یہ۔</w:t>
      </w:r>
    </w:p>
    <w:p>
      <w:r>
        <w:rPr>
          <w:b/>
        </w:rPr>
        <w:t xml:space="preserve">[01:28] </w:t>
      </w:r>
      <w:r>
        <w:t>kyun? is liye ke hamare ghar ke samne jo peir hai, jis ko main "Spiritual Tree" kehta hoon,</w:t>
      </w:r>
    </w:p>
    <w:p>
      <w:pPr>
        <w:jc w:val="right"/>
      </w:pPr>
      <w:r>
        <w:t>کیوں؟ اس لیے کہ ہمارے گھر کے سامنے جو پیڑ ہے، جس کو میں "Spiritual Tree" کہتا ہوں،</w:t>
      </w:r>
    </w:p>
    <w:p>
      <w:r>
        <w:rPr>
          <w:b/>
        </w:rPr>
        <w:t xml:space="preserve">[01:34] </w:t>
      </w:r>
      <w:r>
        <w:t>wo sookh gaya tha.</w:t>
      </w:r>
    </w:p>
    <w:p>
      <w:pPr>
        <w:jc w:val="right"/>
      </w:pPr>
      <w:r>
        <w:t>وہ سوکھ گیا تھا۔</w:t>
      </w:r>
    </w:p>
    <w:p>
      <w:r>
        <w:rPr>
          <w:b/>
        </w:rPr>
        <w:t xml:space="preserve">[01:39] </w:t>
      </w:r>
      <w:r>
        <w:t>bahut dinon se sookha pada tha.</w:t>
      </w:r>
    </w:p>
    <w:p>
      <w:pPr>
        <w:jc w:val="right"/>
      </w:pPr>
      <w:r>
        <w:t>بہت دنوں سے سوکھا پڑا تھا۔</w:t>
      </w:r>
    </w:p>
    <w:p>
      <w:r>
        <w:rPr>
          <w:b/>
        </w:rPr>
        <w:t xml:space="preserve">[01:44] </w:t>
      </w:r>
      <w:r>
        <w:t>mein samajhta tha ke ab yeh sookh gaya hai, ab is mein kuch</w:t>
      </w:r>
    </w:p>
    <w:p>
      <w:pPr>
        <w:jc w:val="right"/>
      </w:pPr>
      <w:r>
        <w:t>میں سمجھتا تھا کہ اب یہ سوکھ گیا ہے، اب اس میں کچھ</w:t>
      </w:r>
    </w:p>
    <w:p>
      <w:r>
        <w:rPr>
          <w:b/>
        </w:rPr>
        <w:t xml:space="preserve">[01:49] </w:t>
      </w:r>
      <w:r>
        <w:t>jaan nahi hai.</w:t>
      </w:r>
    </w:p>
    <w:p>
      <w:pPr>
        <w:jc w:val="right"/>
      </w:pPr>
      <w:r>
        <w:t>جان نہیں ہے۔</w:t>
      </w:r>
    </w:p>
    <w:p>
      <w:r>
        <w:rPr>
          <w:b/>
        </w:rPr>
        <w:t xml:space="preserve">[01:54] </w:t>
      </w:r>
      <w:r>
        <w:t>jis ko hindi mein kehte hain thand.</w:t>
      </w:r>
    </w:p>
    <w:p>
      <w:pPr>
        <w:jc w:val="right"/>
      </w:pPr>
      <w:r>
        <w:t>جس کو ہندی میں کہتے ہیں ٹھنڈ۔</w:t>
      </w:r>
    </w:p>
    <w:p>
      <w:r>
        <w:rPr>
          <w:b/>
        </w:rPr>
        <w:t xml:space="preserve">[01:59] </w:t>
      </w:r>
      <w:r>
        <w:t>to woh thand jaisa ho gaya tha.</w:t>
      </w:r>
    </w:p>
    <w:p>
      <w:pPr>
        <w:jc w:val="right"/>
      </w:pPr>
      <w:r>
        <w:t>تو وہ ٹھنڈ جیسا ہو گیا تھا۔</w:t>
      </w:r>
    </w:p>
    <w:p>
      <w:r>
        <w:rPr>
          <w:b/>
        </w:rPr>
        <w:t xml:space="preserve">[02:04] </w:t>
      </w:r>
      <w:r>
        <w:t>matlab sookhi lakri.</w:t>
      </w:r>
    </w:p>
    <w:p>
      <w:pPr>
        <w:jc w:val="right"/>
      </w:pPr>
      <w:r>
        <w:t>مطلب سوکھی لکڑی۔</w:t>
      </w:r>
    </w:p>
    <w:p>
      <w:r>
        <w:rPr>
          <w:b/>
        </w:rPr>
        <w:t xml:space="preserve">[02:09] </w:t>
      </w:r>
      <w:r>
        <w:t>phir kya hua? abhi jo barish ka mausam aaya aur barish shuru hui, to woh darakht phir se</w:t>
      </w:r>
    </w:p>
    <w:p>
      <w:pPr>
        <w:jc w:val="right"/>
      </w:pPr>
      <w:r>
        <w:t>پھر کیا ہوا؟ ابھی جو بارش کا موسم آیا اور بارش شروع ہوئی، تو وہ درخت پھر سے</w:t>
      </w:r>
    </w:p>
    <w:p>
      <w:r>
        <w:rPr>
          <w:b/>
        </w:rPr>
        <w:t xml:space="preserve">[02:14] </w:t>
      </w:r>
      <w:r>
        <w:t>patiyan nikalne laga. bran</w:t>
      </w:r>
    </w:p>
    <w:p>
      <w:pPr>
        <w:jc w:val="right"/>
      </w:pPr>
      <w:r>
        <w:t>پتیاں نکالنے لگا۔ بران</w:t>
      </w:r>
    </w:p>
    <w:p>
      <w:r>
        <w:rPr>
          <w:b/>
        </w:rPr>
        <w:t xml:space="preserve">[02:19] </w:t>
      </w:r>
      <w:r>
        <w:t>chiz niklein.</w:t>
      </w:r>
    </w:p>
    <w:p>
      <w:pPr>
        <w:jc w:val="right"/>
      </w:pPr>
      <w:r>
        <w:t>چز نکلیں۔</w:t>
      </w:r>
    </w:p>
    <w:p>
      <w:r>
        <w:rPr>
          <w:b/>
        </w:rPr>
        <w:t xml:space="preserve">[02:24] </w:t>
      </w:r>
      <w:r>
        <w:t>hara bhara hona shuru hua.</w:t>
      </w:r>
    </w:p>
    <w:p>
      <w:pPr>
        <w:jc w:val="right"/>
      </w:pPr>
      <w:r>
        <w:t>ہرا بھرا ہونا شروع ہوا۔</w:t>
      </w:r>
    </w:p>
    <w:p>
      <w:r>
        <w:rPr>
          <w:b/>
        </w:rPr>
        <w:t xml:space="preserve">[02:28] </w:t>
      </w:r>
      <w:r>
        <w:t>yahan tak ke ab agar aap is ko dekhen to poora hara bhara peir khara hua nazar aaye</w:t>
      </w:r>
    </w:p>
    <w:p>
      <w:pPr>
        <w:jc w:val="right"/>
      </w:pPr>
      <w:r>
        <w:t>یہاں تک کہ اب اگر آپ اس کو دیکھیں تو پورا ہرا بھرا پیڑ کھڑا ہوا نظر آئے</w:t>
      </w:r>
    </w:p>
    <w:p>
      <w:r>
        <w:rPr>
          <w:b/>
        </w:rPr>
        <w:t xml:space="preserve">[02:33] </w:t>
      </w:r>
      <w:r>
        <w:t>ga aap ko.</w:t>
      </w:r>
    </w:p>
    <w:p>
      <w:pPr>
        <w:jc w:val="right"/>
      </w:pPr>
      <w:r>
        <w:t>گا آپ کو۔</w:t>
      </w:r>
    </w:p>
    <w:p>
      <w:r>
        <w:rPr>
          <w:b/>
        </w:rPr>
        <w:t xml:space="preserve">[02:37] </w:t>
      </w:r>
      <w:r>
        <w:t>agar aap ne pehle is ki halat dekhi hoti jab ke woh thand bana hua tha to aap</w:t>
      </w:r>
    </w:p>
    <w:p>
      <w:pPr>
        <w:jc w:val="right"/>
      </w:pPr>
      <w:r>
        <w:t>اگر آپ نے پہلے اس کی حالت دیکھی ہوتی جب کہ وہ ٹھنڈ بنا ہوا تھا تو آپ</w:t>
      </w:r>
    </w:p>
    <w:p>
      <w:r>
        <w:rPr>
          <w:b/>
        </w:rPr>
        <w:t xml:space="preserve">[02:41] </w:t>
      </w:r>
      <w:r>
        <w:t>ko pehchanna hi mushkil hoga.</w:t>
      </w:r>
    </w:p>
    <w:p>
      <w:pPr>
        <w:jc w:val="right"/>
      </w:pPr>
      <w:r>
        <w:t>کو پہچاننا ہی مشکل ہوگا۔</w:t>
      </w:r>
    </w:p>
    <w:p>
      <w:r>
        <w:rPr>
          <w:b/>
        </w:rPr>
        <w:t xml:space="preserve">[02:46] </w:t>
      </w:r>
      <w:r>
        <w:t>lekin is "Spiritual Tree" ne mujhe apne is yeh jo is par guzra,</w:t>
      </w:r>
    </w:p>
    <w:p>
      <w:pPr>
        <w:jc w:val="right"/>
      </w:pPr>
      <w:r>
        <w:t>لیکن اس "Spiritual Tree" نے مجھے اپنے اس یہ جو اس پر گزرا،</w:t>
      </w:r>
    </w:p>
    <w:p>
      <w:r>
        <w:rPr>
          <w:b/>
        </w:rPr>
        <w:t xml:space="preserve">[02:50] </w:t>
      </w:r>
      <w:r>
        <w:t>is ke zariye mujhe aik bohat bara lesson de diya. lesson. Quran mein hai ke Allah taala maut se zindagi paida karte hain. yukhrijul hayya minal mayyit. maut se zindagi. to is ka manzar mujhe apni aankhon se dikhai diya. kis tarah se aik dead</w:t>
      </w:r>
    </w:p>
    <w:p>
      <w:pPr>
        <w:jc w:val="right"/>
      </w:pPr>
      <w:r>
        <w:t>اس کے ذریعے مجھے ایک بہت بڑا لیسن دے دیا۔ لیسن۔ قرآن میں ہے کہ اللہ تعالیٰ موت سے زندگی پیدا کرتے ہیں۔ یخرج الحی من المیت۔ موت سے زندگی۔ تو اس کا منظر مجھے اپنی آنکھوں سے دکھائی دیا۔ کس طرح سے ایک ڈی</w:t>
      </w:r>
    </w:p>
    <w:p>
      <w:r>
        <w:rPr>
          <w:b/>
        </w:rPr>
        <w:t xml:space="preserve">[03:20] </w:t>
      </w:r>
      <w:r>
        <w:t>d chiz phir se zinda ho jati hai.</w:t>
      </w:r>
    </w:p>
    <w:p>
      <w:pPr>
        <w:jc w:val="right"/>
      </w:pPr>
      <w:r>
        <w:t>ڈ چیز پھر سے زندہ ہو جاتی ہے۔</w:t>
      </w:r>
    </w:p>
    <w:p>
      <w:r>
        <w:rPr>
          <w:b/>
        </w:rPr>
        <w:t xml:space="preserve">[03:26] </w:t>
      </w:r>
      <w:r>
        <w:t>kis tarah se aik life less chiz ke andar phir se life aa jati hai.</w:t>
      </w:r>
    </w:p>
    <w:p>
      <w:pPr>
        <w:jc w:val="right"/>
      </w:pPr>
      <w:r>
        <w:t>کس طرح سے ایک لائف لیس چیز کے اندر پھر سے لائف آ جاتی ہے۔</w:t>
      </w:r>
    </w:p>
    <w:p>
      <w:r>
        <w:rPr>
          <w:b/>
        </w:rPr>
        <w:t xml:space="preserve">[03:31] </w:t>
      </w:r>
      <w:r>
        <w:t>is ka woh aik witness ban gaya, yeh "Spiritual Tree".</w:t>
      </w:r>
    </w:p>
    <w:p>
      <w:pPr>
        <w:jc w:val="right"/>
      </w:pPr>
      <w:r>
        <w:t>اس کا وہ ایک وٹنس بن گیا، یہ "Spiritual Tree"۔</w:t>
      </w:r>
    </w:p>
    <w:p>
      <w:r>
        <w:rPr>
          <w:b/>
        </w:rPr>
        <w:t xml:space="preserve">[03:37] </w:t>
      </w:r>
      <w:r>
        <w:t>to is mein mujhe bohat se sabak mile.</w:t>
      </w:r>
    </w:p>
    <w:p>
      <w:pPr>
        <w:jc w:val="right"/>
      </w:pPr>
      <w:r>
        <w:t>تو اس میں مجھے بہت سے سبق ملے۔</w:t>
      </w:r>
    </w:p>
    <w:p>
      <w:r>
        <w:rPr>
          <w:b/>
        </w:rPr>
        <w:t xml:space="preserve">[03:42] </w:t>
      </w:r>
      <w:r>
        <w:t>bohat se sabak.</w:t>
      </w:r>
    </w:p>
    <w:p>
      <w:pPr>
        <w:jc w:val="right"/>
      </w:pPr>
      <w:r>
        <w:t>بہت سے سبق۔</w:t>
      </w:r>
    </w:p>
    <w:p>
      <w:r>
        <w:rPr>
          <w:b/>
        </w:rPr>
        <w:t xml:space="preserve">[03:47] </w:t>
      </w:r>
      <w:r>
        <w:t>mein kuch baatein aap ke samne rakhna chahunga.</w:t>
      </w:r>
    </w:p>
    <w:p>
      <w:pPr>
        <w:jc w:val="right"/>
      </w:pPr>
      <w:r>
        <w:t>میں کچھ باتیں آپ کے سامنے رکھنا چاہوں گا۔</w:t>
      </w:r>
    </w:p>
    <w:p>
      <w:r>
        <w:rPr>
          <w:b/>
        </w:rPr>
        <w:t xml:space="preserve">[03:53] </w:t>
      </w:r>
      <w:r>
        <w:t>ek baat to individual ke aitbar se hai, ek fard ke aitbar se.</w:t>
      </w:r>
    </w:p>
    <w:p>
      <w:pPr>
        <w:jc w:val="right"/>
      </w:pPr>
      <w:r>
        <w:t>ایک بات تو انڈیویجول کے اعتبار سے ہے، ایک فرد کے اعتبار سے۔</w:t>
      </w:r>
    </w:p>
    <w:p>
      <w:r>
        <w:rPr>
          <w:b/>
        </w:rPr>
        <w:t xml:space="preserve">[03:59] </w:t>
      </w:r>
      <w:r>
        <w:t>aksar aisa hota hai ke ek fard, ek individual aise experience se guzarta hai.</w:t>
      </w:r>
    </w:p>
    <w:p>
      <w:pPr>
        <w:jc w:val="right"/>
      </w:pPr>
      <w:r>
        <w:t>اکثر ایسا ہوتا ہے کہ ایک فرد، ایک انڈیویجول ایسے ایکسپیرئینس سے گزرتا ہے۔</w:t>
      </w:r>
    </w:p>
    <w:p>
      <w:r>
        <w:rPr>
          <w:b/>
        </w:rPr>
        <w:t xml:space="preserve">[04:06] </w:t>
      </w:r>
      <w:r>
        <w:t>isko aise tajrubaat hote hain ke woh samajhta hai ke mera end aa gaya.</w:t>
      </w:r>
    </w:p>
    <w:p>
      <w:pPr>
        <w:jc w:val="right"/>
      </w:pPr>
      <w:r>
        <w:t>اس کو ایسے تجربات ہوتے ہیں کہ وہ سمجھتا ہے کہ میرا اینڈ آ گیا۔</w:t>
      </w:r>
    </w:p>
    <w:p>
      <w:r>
        <w:rPr>
          <w:b/>
        </w:rPr>
        <w:t xml:space="preserve">[04:12] </w:t>
      </w:r>
      <w:r>
        <w:t>mera khatma ho gaya.</w:t>
      </w:r>
    </w:p>
    <w:p>
      <w:pPr>
        <w:jc w:val="right"/>
      </w:pPr>
      <w:r>
        <w:t>میرا خاتمہ ہو گیا۔</w:t>
      </w:r>
    </w:p>
    <w:p>
      <w:r>
        <w:rPr>
          <w:b/>
        </w:rPr>
        <w:t xml:space="preserve">[04:18] </w:t>
      </w:r>
      <w:r>
        <w:t>ab aage mujhe kuch aur milne wala nahi hai.</w:t>
      </w:r>
    </w:p>
    <w:p>
      <w:pPr>
        <w:jc w:val="right"/>
      </w:pPr>
      <w:r>
        <w:t>اب آگے مجھے کچھ اور ملنے والا نہیں ہے۔</w:t>
      </w:r>
    </w:p>
    <w:p>
      <w:r>
        <w:rPr>
          <w:b/>
        </w:rPr>
        <w:t xml:space="preserve">[04:25] </w:t>
      </w:r>
      <w:r>
        <w:t>to ek shair ne kaha tha ke ajab kya hai yeh beira gharaq ho kar phir ubhar aaye</w:t>
      </w:r>
    </w:p>
    <w:p>
      <w:pPr>
        <w:jc w:val="right"/>
      </w:pPr>
      <w:r>
        <w:t>تو ایک شاعر نے کہا تھا کہ عجب کیا ہے یہ بیڑا غرق ہو کر پھر ابھر آئے</w:t>
      </w:r>
    </w:p>
    <w:p>
      <w:r>
        <w:rPr>
          <w:b/>
        </w:rPr>
        <w:t xml:space="preserve">[04:35] </w:t>
      </w:r>
      <w:r>
        <w:t>ke hum ne inqilaab charkh-e-gardoon yoon bhi dekhe hain.</w:t>
      </w:r>
    </w:p>
    <w:p>
      <w:pPr>
        <w:jc w:val="right"/>
      </w:pPr>
      <w:r>
        <w:t>کہ ہم نے انقلاب چرخ گردوں یوں بھی دیکھے ہیں۔</w:t>
      </w:r>
    </w:p>
    <w:p>
      <w:r>
        <w:rPr>
          <w:b/>
        </w:rPr>
        <w:t xml:space="preserve">[04:45] </w:t>
      </w:r>
      <w:r>
        <w:t>to yeh jo "Spiritual Tree" hai, is ka pehla message mujhe yeh mila ke kisi bhi tajrube ko</w:t>
      </w:r>
    </w:p>
    <w:p>
      <w:pPr>
        <w:jc w:val="right"/>
      </w:pPr>
      <w:r>
        <w:t>تو یہ جو "Spiritual Tree" ہے، اس کا پہلا میسج مجھے یہ ملا کہ کسی بھی تجربے کو</w:t>
      </w:r>
    </w:p>
    <w:p>
      <w:r>
        <w:rPr>
          <w:b/>
        </w:rPr>
        <w:t xml:space="preserve">[04:56] </w:t>
      </w:r>
      <w:r>
        <w:t>end na samjho.</w:t>
      </w:r>
    </w:p>
    <w:p>
      <w:pPr>
        <w:jc w:val="right"/>
      </w:pPr>
      <w:r>
        <w:t>اینڈ نہ سمجھو۔</w:t>
      </w:r>
    </w:p>
    <w:p>
      <w:r>
        <w:rPr>
          <w:b/>
        </w:rPr>
        <w:t xml:space="preserve">[05:01] </w:t>
      </w:r>
      <w:r>
        <w:t>har end ke baad phir se ek naya aaghaz, ek nayi beginning mil jati hai.</w:t>
      </w:r>
    </w:p>
    <w:p>
      <w:pPr>
        <w:jc w:val="right"/>
      </w:pPr>
      <w:r>
        <w:t>ہر اینڈ کے بعد پھر سے ایک نیا آغاز، ایک نئی بگننگ مل جاتی ہے۔</w:t>
      </w:r>
    </w:p>
    <w:p>
      <w:r>
        <w:rPr>
          <w:b/>
        </w:rPr>
        <w:t xml:space="preserve">[05:06] </w:t>
      </w:r>
      <w:r>
        <w:t>yeh bohat bara sabak hai.</w:t>
      </w:r>
    </w:p>
    <w:p>
      <w:pPr>
        <w:jc w:val="right"/>
      </w:pPr>
      <w:r>
        <w:t>یہ بہت بڑا سبق ہے۔</w:t>
      </w:r>
    </w:p>
    <w:p>
      <w:r>
        <w:rPr>
          <w:b/>
        </w:rPr>
        <w:t xml:space="preserve">[05:11] </w:t>
      </w:r>
      <w:r>
        <w:t>har raat ke baad subah aati hai.</w:t>
      </w:r>
    </w:p>
    <w:p>
      <w:pPr>
        <w:jc w:val="right"/>
      </w:pPr>
      <w:r>
        <w:t>ہر رات کے بعد صبح آتی ہے۔</w:t>
      </w:r>
    </w:p>
    <w:p>
      <w:r>
        <w:rPr>
          <w:b/>
        </w:rPr>
        <w:t xml:space="preserve">[05:16] </w:t>
      </w:r>
      <w:r>
        <w:t>har maut ke baad ek zindagi hoti hai.</w:t>
      </w:r>
    </w:p>
    <w:p>
      <w:pPr>
        <w:jc w:val="right"/>
      </w:pPr>
      <w:r>
        <w:t>ہر موت کے بعد ایک زندگی ہوتی ہے۔</w:t>
      </w:r>
    </w:p>
    <w:p>
      <w:r>
        <w:rPr>
          <w:b/>
        </w:rPr>
        <w:t xml:space="preserve">[05:21] </w:t>
      </w:r>
      <w:r>
        <w:t>dunya mein bhi aur aakhirat mein bhi, dono aitbaar se. to</w:t>
      </w:r>
    </w:p>
    <w:p>
      <w:pPr>
        <w:jc w:val="right"/>
      </w:pPr>
      <w:r>
        <w:t>دنیا میں بھی اور آخرت میں بھی، دونوں اعتبار سے۔ تو</w:t>
      </w:r>
    </w:p>
    <w:p>
      <w:r>
        <w:rPr>
          <w:b/>
        </w:rPr>
        <w:t xml:space="preserve">[05:26] </w:t>
      </w:r>
      <w:r>
        <w:t>ek pehlu to is ka dunya ke aitbaar se hai.</w:t>
      </w:r>
    </w:p>
    <w:p>
      <w:pPr>
        <w:jc w:val="right"/>
      </w:pPr>
      <w:r>
        <w:t>ایک پہلو تو اس کا دنیا کے اعتبار سے ہے۔</w:t>
      </w:r>
    </w:p>
    <w:p>
      <w:r>
        <w:rPr>
          <w:b/>
        </w:rPr>
        <w:t xml:space="preserve">[05:33] </w:t>
      </w:r>
      <w:r>
        <w:t>aap ki jo dunya ki zindagi hai, family ko le kar, business ko le kar, job ko le</w:t>
      </w:r>
    </w:p>
    <w:p>
      <w:pPr>
        <w:jc w:val="right"/>
      </w:pPr>
      <w:r>
        <w:t>آپ کی جو دنیا کی زندگی ہے، فیملی کو لے کر، بزنس کو لے کر، جاب کو لے</w:t>
      </w:r>
    </w:p>
    <w:p>
      <w:r>
        <w:rPr>
          <w:b/>
        </w:rPr>
        <w:t xml:space="preserve">[05:41] </w:t>
      </w:r>
      <w:r>
        <w:t>kar, samaaj ko le kar, to wahan bhi yeh formula apply hota hai ke kisi bhi situation ko</w:t>
      </w:r>
    </w:p>
    <w:p>
      <w:pPr>
        <w:jc w:val="right"/>
      </w:pPr>
      <w:r>
        <w:t>کر، سماج کو لے کر، تو وہاں بھی یہ فارمولا اپلائی ہوتا ہے کہ کسی بھی سچویشن کو</w:t>
      </w:r>
    </w:p>
    <w:p>
      <w:r>
        <w:rPr>
          <w:b/>
        </w:rPr>
        <w:t xml:space="preserve">[05:48] </w:t>
      </w:r>
      <w:r>
        <w:t>aap yeh na samjhen ke mera to end aa gaya, ab is ka aage kuch ho nahi sakta hai.</w:t>
      </w:r>
    </w:p>
    <w:p>
      <w:pPr>
        <w:jc w:val="right"/>
      </w:pPr>
      <w:r>
        <w:t>آپ یہ نہ سمجھیں کہ میرا تو اینڈ آ گیا، اب اس کا آگے کچھ ہو نہیں سکتا ہے۔</w:t>
      </w:r>
    </w:p>
    <w:p>
      <w:r>
        <w:rPr>
          <w:b/>
        </w:rPr>
        <w:t xml:space="preserve">[05:56] </w:t>
      </w:r>
      <w:r>
        <w:t>aur yahi baat aakhirat ke aitbaar se hai.</w:t>
      </w:r>
    </w:p>
    <w:p>
      <w:pPr>
        <w:jc w:val="right"/>
      </w:pPr>
      <w:r>
        <w:t>اور یہی بات آخرت کے اعتبار سے ہے۔</w:t>
      </w:r>
    </w:p>
    <w:p>
      <w:r>
        <w:rPr>
          <w:b/>
        </w:rPr>
        <w:t xml:space="preserve">[06:01] </w:t>
      </w:r>
      <w:r>
        <w:t>dunya mein aadmi paida hota hai, mar jata hai.</w:t>
      </w:r>
    </w:p>
    <w:p>
      <w:pPr>
        <w:jc w:val="right"/>
      </w:pPr>
      <w:r>
        <w:t>دنیا میں آدمی پیدا ہوتا ہے، مر جاتا ہے۔</w:t>
      </w:r>
    </w:p>
    <w:p>
      <w:r>
        <w:rPr>
          <w:b/>
        </w:rPr>
        <w:t xml:space="preserve">[06:06] </w:t>
      </w:r>
      <w:r>
        <w:t>to aksar log samajhte hain ke aadmi mar gaya, woh khatam ho gaya.</w:t>
      </w:r>
    </w:p>
    <w:p>
      <w:pPr>
        <w:jc w:val="right"/>
      </w:pPr>
      <w:r>
        <w:t>تو اکثر لوگ سمجھتے ہیں کہ آدمی مر گیا، وہ ختم ہو گیا۔</w:t>
      </w:r>
    </w:p>
    <w:p>
      <w:r>
        <w:rPr>
          <w:b/>
        </w:rPr>
        <w:t xml:space="preserve">[06:11] </w:t>
      </w:r>
      <w:r>
        <w:t>hum bachpan mein yeh shair hum suna karte the ke zindagi kya hai, asaar mein zahoor-e-tarteeb, maut</w:t>
      </w:r>
    </w:p>
    <w:p>
      <w:pPr>
        <w:jc w:val="right"/>
      </w:pPr>
      <w:r>
        <w:t>ہم بچپن میں یہ شعر ہم سنا کرتے تھے کہ زندگی کیا ہے، عناصر میں ظہور ترتیب، موت</w:t>
      </w:r>
    </w:p>
    <w:p>
      <w:r>
        <w:rPr>
          <w:b/>
        </w:rPr>
        <w:t xml:space="preserve">[06:16] </w:t>
      </w:r>
      <w:r>
        <w:t>kya hai, inhi ajzaa ka pareshan hona.</w:t>
      </w:r>
    </w:p>
    <w:p>
      <w:pPr>
        <w:jc w:val="right"/>
      </w:pPr>
      <w:r>
        <w:t>کیا ہے، انہی اجزاء کا پریشاں ہونا۔</w:t>
      </w:r>
    </w:p>
    <w:p>
      <w:r>
        <w:rPr>
          <w:b/>
        </w:rPr>
        <w:t xml:space="preserve">[06:21] </w:t>
      </w:r>
      <w:r>
        <w:t>to maut, maut ko log</w:t>
      </w:r>
    </w:p>
    <w:p>
      <w:pPr>
        <w:jc w:val="right"/>
      </w:pPr>
      <w:r>
        <w:t>تو موت، موت کو لوگ</w:t>
      </w:r>
    </w:p>
    <w:p>
      <w:r>
        <w:rPr>
          <w:b/>
        </w:rPr>
        <w:t xml:space="preserve">[06:26] </w:t>
      </w:r>
      <w:r>
        <w:t>khatma samajhte the.</w:t>
      </w:r>
    </w:p>
    <w:p>
      <w:pPr>
        <w:jc w:val="right"/>
      </w:pPr>
      <w:r>
        <w:t>خاتمہ سمجھتے تھے۔</w:t>
      </w:r>
    </w:p>
    <w:p>
      <w:r>
        <w:rPr>
          <w:b/>
        </w:rPr>
        <w:t xml:space="preserve">[06:31] </w:t>
      </w:r>
      <w:r>
        <w:t>lekin yeh "Spiritual Tree" yeh sabak de raha hai ke maut ke baad bhi ek nayi zindagi shuru</w:t>
      </w:r>
    </w:p>
    <w:p>
      <w:pPr>
        <w:jc w:val="right"/>
      </w:pPr>
      <w:r>
        <w:t>لیکن یہ "Spiritual Tree" یہ سبق دے رہا ہے کہ موت کے بعد بھی ایک نئی زندگی شروع</w:t>
      </w:r>
    </w:p>
    <w:p>
      <w:r>
        <w:rPr>
          <w:b/>
        </w:rPr>
        <w:t xml:space="preserve">[06:37] </w:t>
      </w:r>
      <w:r>
        <w:t>ho sakti hai.</w:t>
      </w:r>
    </w:p>
    <w:p>
      <w:pPr>
        <w:jc w:val="right"/>
      </w:pPr>
      <w:r>
        <w:t>ہو سکتی ہے۔</w:t>
      </w:r>
    </w:p>
    <w:p>
      <w:r>
        <w:rPr>
          <w:b/>
        </w:rPr>
        <w:t xml:space="preserve">[06:42] </w:t>
      </w:r>
      <w:r>
        <w:t>yaani ek continuity ka end hota hai maut par, lekin woh discontinue nahi hoti hai.</w:t>
      </w:r>
    </w:p>
    <w:p>
      <w:pPr>
        <w:jc w:val="right"/>
      </w:pPr>
      <w:r>
        <w:t>یعنی ایک کنٹینیوٹی کا اینڈ ہوتا ہے موت پر، لیکن وہ ڈس کنٹینیو نہیں ہوتی ہے۔</w:t>
      </w:r>
    </w:p>
    <w:p>
      <w:r>
        <w:rPr>
          <w:b/>
        </w:rPr>
        <w:t xml:space="preserve">[06:47] </w:t>
      </w:r>
      <w:r>
        <w:t>hamari life discontinue hoti hai maut par.</w:t>
      </w:r>
    </w:p>
    <w:p>
      <w:pPr>
        <w:jc w:val="right"/>
      </w:pPr>
      <w:r>
        <w:t>ہماری لائف ڈس کنٹینیو ہوتی ہے موت پر۔</w:t>
      </w:r>
    </w:p>
    <w:p>
      <w:r>
        <w:rPr>
          <w:b/>
        </w:rPr>
        <w:t xml:space="preserve">[06:52] </w:t>
      </w:r>
      <w:r>
        <w:t>kyun? sirf is liye ke ek aur continuity shuru ho jaye.</w:t>
      </w:r>
    </w:p>
    <w:p>
      <w:pPr>
        <w:jc w:val="right"/>
      </w:pPr>
      <w:r>
        <w:t>کیوں؟ صرف اس لیے کہ ایک اور کنٹینیوٹی شروع ہو جائے۔</w:t>
      </w:r>
    </w:p>
    <w:p>
      <w:r>
        <w:rPr>
          <w:b/>
        </w:rPr>
        <w:t xml:space="preserve">[06:57] </w:t>
      </w:r>
      <w:r>
        <w:t>ek process. life kya hai? ek ek process hai. aap paida hue, naujawani, bachche the, phir naujawan hue, phir aur barhe. aur bare, aap ne business kiya, taleem hasil ki waghera waghera waghera waghera. ek process tha, chalte chalte woh maut tak pohncha. is mein yusr bhi hai, husr bhi hai. is mein khona bhi hai, pana bhi hai. is mein gham</w:t>
      </w:r>
    </w:p>
    <w:p>
      <w:pPr>
        <w:jc w:val="right"/>
      </w:pPr>
      <w:r>
        <w:t>ایک پراسیس۔ لائف کیا ہے؟ ایک ایک پراسیس ہے۔ آپ پیدا ہوئے، نوجوانی، بچے تھے، پھر نوجوان ہوئے، پھر اور بڑے۔ اور بڑے، آپ نے بزنس کیا، تعلیم حاصل کی وغیرہ وغیرہ وغیرہ وغیرہ۔ ایک پراسیس تھا، چلتے چلتے وہ موت تک پہنچا۔ اس میں یسر بھی ہے، حوصر بھی ہے۔ اس میں کھونا بھی ہے، پانا بھی ہے۔ اس میں غم</w:t>
      </w:r>
    </w:p>
    <w:p>
      <w:r>
        <w:rPr>
          <w:b/>
        </w:rPr>
        <w:t xml:space="preserve">[07:27] </w:t>
      </w:r>
      <w:r>
        <w:t>bhi hai aur khushi bhi hai. is tajrube mein. koi aadmi aisa nahi hai is ko ke har qism ka tajruba na guzarta ho. to yeh ek process hai jo discontinue ho jata hai maut par. lekin maut ke baad phir ek naya, nai beginning shuru ho jati hai. woh beginning jo hai, wahan bhi ek process hai. jaise</w:t>
      </w:r>
    </w:p>
    <w:p>
      <w:pPr>
        <w:jc w:val="right"/>
      </w:pPr>
      <w:r>
        <w:t>بھی ہے اور خوشی بھی ہے۔ اس تجربے میں۔ کوئی آدمی ایسا نہیں ہے اس کو کہ ہر قسم کا تجربہ نہ گزرتا ہو۔ تو یہ ایک پراسیس ہے جو ڈس کنٹینیو ہو جاتا ہے موت پر۔ لیکن موت کے بعد پھر ایک نیا، نئی بگننگ شروع ہو جاتی ہے۔ وہ بگننگ جو ہے، وہاں بھی ایک پراسیس ہے۔ جیسے</w:t>
      </w:r>
    </w:p>
    <w:p>
      <w:r>
        <w:rPr>
          <w:b/>
        </w:rPr>
        <w:t xml:space="preserve">[07:57] </w:t>
      </w:r>
      <w:r>
        <w:t>yahan process tha.</w:t>
      </w:r>
    </w:p>
    <w:p>
      <w:pPr>
        <w:jc w:val="right"/>
      </w:pPr>
      <w:r>
        <w:t>یہاں پراسیس تھا۔</w:t>
      </w:r>
    </w:p>
    <w:p>
      <w:r>
        <w:rPr>
          <w:b/>
        </w:rPr>
        <w:t xml:space="preserve">[08:03] </w:t>
      </w:r>
      <w:r>
        <w:t>lekin ek farq hai ke wahan par, yahan negative aur positive dono mile hue the.</w:t>
      </w:r>
    </w:p>
    <w:p>
      <w:pPr>
        <w:jc w:val="right"/>
      </w:pPr>
      <w:r>
        <w:t>لیکن ایک فرق ہے کہ وہاں پر، یہاں نیگیٹیو اور پازیٹیو دونوں ملے ہوئے تھے۔</w:t>
      </w:r>
    </w:p>
    <w:p>
      <w:r>
        <w:rPr>
          <w:b/>
        </w:rPr>
        <w:t xml:space="preserve">[08:09] </w:t>
      </w:r>
      <w:r>
        <w:t>maut se pehle ki zindagi mein.</w:t>
      </w:r>
    </w:p>
    <w:p>
      <w:pPr>
        <w:jc w:val="right"/>
      </w:pPr>
      <w:r>
        <w:t>موت سے پہلے کی زندگی میں۔</w:t>
      </w:r>
    </w:p>
    <w:p>
      <w:r>
        <w:rPr>
          <w:b/>
        </w:rPr>
        <w:t xml:space="preserve">[08:16] </w:t>
      </w:r>
      <w:r>
        <w:t>maut ke baad ki zindagi mein sirf positive hoga, negative nahi hoga.</w:t>
      </w:r>
    </w:p>
    <w:p>
      <w:pPr>
        <w:jc w:val="right"/>
      </w:pPr>
      <w:r>
        <w:t>موت کے بعد کی زندگی میں صرف پازیٹیو ہوگا، نیگیٹیو نہیں ہوگا۔</w:t>
      </w:r>
    </w:p>
    <w:p>
      <w:r>
        <w:rPr>
          <w:b/>
        </w:rPr>
        <w:t xml:space="preserve">[08:22] </w:t>
      </w:r>
      <w:r>
        <w:t>quran mein ek ayat hai ke</w:t>
      </w:r>
    </w:p>
    <w:p>
      <w:pPr>
        <w:jc w:val="right"/>
      </w:pPr>
      <w:r>
        <w:t>قرآن میں ایک آیت ہے کہ</w:t>
      </w:r>
    </w:p>
    <w:p>
      <w:r>
        <w:rPr>
          <w:b/>
        </w:rPr>
        <w:t xml:space="preserve">[08:28] </w:t>
      </w:r>
      <w:r>
        <w:t>jannatiyon ke bare mein: wa hum fi shughlin faqihoon.</w:t>
      </w:r>
    </w:p>
    <w:p>
      <w:pPr>
        <w:jc w:val="right"/>
      </w:pPr>
      <w:r>
        <w:t>جنتیوں کے بارے میں: وَهُمْ فِي شُغْلٍ فَاقِهُونَ۔</w:t>
      </w:r>
    </w:p>
    <w:p>
      <w:r>
        <w:rPr>
          <w:b/>
        </w:rPr>
        <w:t xml:space="preserve">[08:34] </w:t>
      </w:r>
      <w:r>
        <w:t>is ka matlab yeh hai ke jannat mein joy full activities hongi.</w:t>
      </w:r>
    </w:p>
    <w:p>
      <w:pPr>
        <w:jc w:val="right"/>
      </w:pPr>
      <w:r>
        <w:t>اس کا مطلب یہ ہے کہ جنت میں جوئے فل ایکٹیویٹیز ہوں گی۔</w:t>
      </w:r>
    </w:p>
    <w:p>
      <w:r>
        <w:rPr>
          <w:b/>
        </w:rPr>
        <w:t xml:space="preserve">[08:40] </w:t>
      </w:r>
      <w:r>
        <w:t>duniya mein hum activity karte hain to kya hota hai? kabhi thak jaate hain.</w:t>
      </w:r>
    </w:p>
    <w:p>
      <w:pPr>
        <w:jc w:val="right"/>
      </w:pPr>
      <w:r>
        <w:t>دنیا میں ہم ایکٹیویٹی کرتے ہیں تو کیا ہوتا ہے؟ کبھی تھک جاتے ہیں۔</w:t>
      </w:r>
    </w:p>
    <w:p>
      <w:r>
        <w:rPr>
          <w:b/>
        </w:rPr>
        <w:t xml:space="preserve">[08:46] </w:t>
      </w:r>
      <w:r>
        <w:t>kabhi hum fail ho jaate hain.</w:t>
      </w:r>
    </w:p>
    <w:p>
      <w:pPr>
        <w:jc w:val="right"/>
      </w:pPr>
      <w:r>
        <w:t>کبھی ہم فیل ہو جاتے ہیں۔</w:t>
      </w:r>
    </w:p>
    <w:p>
      <w:r>
        <w:rPr>
          <w:b/>
        </w:rPr>
        <w:t xml:space="preserve">[08:52] </w:t>
      </w:r>
      <w:r>
        <w:t>kabhi hamare jo, hamari planning jo hai, woh aage nahi badhti.</w:t>
      </w:r>
    </w:p>
    <w:p>
      <w:pPr>
        <w:jc w:val="right"/>
      </w:pPr>
      <w:r>
        <w:t>کبھی ہمارے جو، ہماری پلاننگ جو ہے، وہ آگے نہیں بڑھتی۔</w:t>
      </w:r>
    </w:p>
    <w:p>
      <w:r>
        <w:rPr>
          <w:b/>
        </w:rPr>
        <w:t xml:space="preserve">[08:58] </w:t>
      </w:r>
      <w:r>
        <w:t>kabhi hota hai, kabhi nahi hota.</w:t>
      </w:r>
    </w:p>
    <w:p>
      <w:pPr>
        <w:jc w:val="right"/>
      </w:pPr>
      <w:r>
        <w:t>کبھی ہوتا ہے، کبھی نہیں ہوتا۔</w:t>
      </w:r>
    </w:p>
    <w:p>
      <w:r>
        <w:rPr>
          <w:b/>
        </w:rPr>
        <w:t xml:space="preserve">[09:02] </w:t>
      </w:r>
      <w:r>
        <w:t>kabhi success, kabhi failure.</w:t>
      </w:r>
    </w:p>
    <w:p>
      <w:pPr>
        <w:jc w:val="right"/>
      </w:pPr>
      <w:r>
        <w:t>کبھی سکسیس، کبھی فیلیر۔</w:t>
      </w:r>
    </w:p>
    <w:p>
      <w:r>
        <w:rPr>
          <w:b/>
        </w:rPr>
        <w:t xml:space="preserve">[09:06] </w:t>
      </w:r>
      <w:r>
        <w:t>to duniya ki activities jo hain, woh joy full nahi hoti hain.</w:t>
      </w:r>
    </w:p>
    <w:p>
      <w:pPr>
        <w:jc w:val="right"/>
      </w:pPr>
      <w:r>
        <w:t>تو دنیا کی ایکٹیویٹیز جو ہیں، وہ جوئے فل نہیں ہوتی ہیں۔</w:t>
      </w:r>
    </w:p>
    <w:p>
      <w:r>
        <w:rPr>
          <w:b/>
        </w:rPr>
        <w:t xml:space="preserve">[09:09] </w:t>
      </w:r>
      <w:r>
        <w:t>is mein sorrow bhi hai.</w:t>
      </w:r>
    </w:p>
    <w:p>
      <w:pPr>
        <w:jc w:val="right"/>
      </w:pPr>
      <w:r>
        <w:t>اس میں سارو بھی ہے۔</w:t>
      </w:r>
    </w:p>
    <w:p>
      <w:r>
        <w:rPr>
          <w:b/>
        </w:rPr>
        <w:t xml:space="preserve">[09:13] </w:t>
      </w:r>
      <w:r>
        <w:t>aakhirat ki jo activities hain, woh hongi joy full activities.</w:t>
      </w:r>
    </w:p>
    <w:p>
      <w:pPr>
        <w:jc w:val="right"/>
      </w:pPr>
      <w:r>
        <w:t>آخرت کی جو ایکٹیویٹیز ہیں، وہ ہوں گی جوئے فل ایکٹیویٹیز۔</w:t>
      </w:r>
    </w:p>
    <w:p>
      <w:r>
        <w:rPr>
          <w:b/>
        </w:rPr>
        <w:t xml:space="preserve">[09:17] </w:t>
      </w:r>
      <w:r>
        <w:t>sab kuch wahan hoga, ek process chalega wahan par, wahan bhi.</w:t>
      </w:r>
    </w:p>
    <w:p>
      <w:pPr>
        <w:jc w:val="right"/>
      </w:pPr>
      <w:r>
        <w:t>سب کچھ وہاں ہوگا، ایک پراسیس چلے گا وہاں پر، وہاں بھی۔</w:t>
      </w:r>
    </w:p>
    <w:p>
      <w:r>
        <w:rPr>
          <w:b/>
        </w:rPr>
        <w:t xml:space="preserve">[09:21] </w:t>
      </w:r>
      <w:r>
        <w:t>endless process.</w:t>
      </w:r>
    </w:p>
    <w:p>
      <w:pPr>
        <w:jc w:val="right"/>
      </w:pPr>
      <w:r>
        <w:t>اینڈ لیس پراسیس۔</w:t>
      </w:r>
    </w:p>
    <w:p>
      <w:r>
        <w:rPr>
          <w:b/>
        </w:rPr>
        <w:t xml:space="preserve">[09:25] </w:t>
      </w:r>
      <w:r>
        <w:t>yahan to ek end aa gaya, wahan koi end bhi nahi hoga.</w:t>
      </w:r>
    </w:p>
    <w:p>
      <w:pPr>
        <w:jc w:val="right"/>
      </w:pPr>
      <w:r>
        <w:t>یہاں تو ایک اینڈ آ گیا، وہاں کوئی اینڈ بھی نہیں ہوگا۔</w:t>
      </w:r>
    </w:p>
    <w:p>
      <w:r>
        <w:rPr>
          <w:b/>
        </w:rPr>
        <w:t xml:space="preserve">[09:29] </w:t>
      </w:r>
      <w:r>
        <w:t>kyunki wahan pe eternity hai.</w:t>
      </w:r>
    </w:p>
    <w:p>
      <w:pPr>
        <w:jc w:val="right"/>
      </w:pPr>
      <w:r>
        <w:t>کیونکہ وہاں پہ ایٹرنیٹی ہے۔</w:t>
      </w:r>
    </w:p>
    <w:p>
      <w:r>
        <w:rPr>
          <w:b/>
        </w:rPr>
        <w:t xml:space="preserve">[09:34] </w:t>
      </w:r>
      <w:r>
        <w:t>to jin logon ko jannat milegi, jo Khuda ke haan select kiye jayenge, eternal blessing ke</w:t>
      </w:r>
    </w:p>
    <w:p>
      <w:pPr>
        <w:jc w:val="right"/>
      </w:pPr>
      <w:r>
        <w:t>تو جن لوگوں کو جنت ملے گی، جو خدا کے ہاں سلیکٹ کیے جائیں گے، ایٹرنل بلیسنگ کے</w:t>
      </w:r>
    </w:p>
    <w:p>
      <w:r>
        <w:rPr>
          <w:b/>
        </w:rPr>
        <w:t xml:space="preserve">[09:39] </w:t>
      </w:r>
      <w:r>
        <w:t>liye, to unko yeh milega.</w:t>
      </w:r>
    </w:p>
    <w:p>
      <w:pPr>
        <w:jc w:val="right"/>
      </w:pPr>
      <w:r>
        <w:t>لیے، تو ان کو یہ ملے گا۔</w:t>
      </w:r>
    </w:p>
    <w:p>
      <w:r>
        <w:rPr>
          <w:b/>
        </w:rPr>
        <w:t xml:space="preserve">[09:44] </w:t>
      </w:r>
      <w:r>
        <w:t>to ek zindagi discontinue hoti hai maut par, sirf is liye ke dobara agle daur hayat mein</w:t>
      </w:r>
    </w:p>
    <w:p>
      <w:pPr>
        <w:jc w:val="right"/>
      </w:pPr>
      <w:r>
        <w:t>تو ایک زندگی ڈس کنٹینیو ہوتی ہے موت پر، صرف اس لیے کہ دوبارہ اگلے دور حیات میں</w:t>
      </w:r>
    </w:p>
    <w:p>
      <w:r>
        <w:rPr>
          <w:b/>
        </w:rPr>
        <w:t xml:space="preserve">[09:49] </w:t>
      </w:r>
      <w:r>
        <w:t>woh continue ho jaye.</w:t>
      </w:r>
    </w:p>
    <w:p>
      <w:pPr>
        <w:jc w:val="right"/>
      </w:pPr>
      <w:r>
        <w:t>وہ کنٹینیو ہو جائے۔</w:t>
      </w:r>
    </w:p>
    <w:p>
      <w:r>
        <w:rPr>
          <w:b/>
        </w:rPr>
        <w:t xml:space="preserve">[09:55] </w:t>
      </w:r>
      <w:r>
        <w:t>eternally, abad tak ke liye.</w:t>
      </w:r>
    </w:p>
    <w:p>
      <w:pPr>
        <w:jc w:val="right"/>
      </w:pPr>
      <w:r>
        <w:t>ایٹرنلی، ابد تک کے لیے۔</w:t>
      </w:r>
    </w:p>
    <w:p>
      <w:r>
        <w:rPr>
          <w:b/>
        </w:rPr>
        <w:t xml:space="preserve">[10:00] </w:t>
      </w:r>
      <w:r>
        <w:t>yeh bhi isi mein mujhe sabak mila.</w:t>
      </w:r>
    </w:p>
    <w:p>
      <w:pPr>
        <w:jc w:val="right"/>
      </w:pPr>
      <w:r>
        <w:t>یہ بھی اسی میں مجھے سبق ملا۔</w:t>
      </w:r>
    </w:p>
    <w:p>
      <w:r>
        <w:rPr>
          <w:b/>
        </w:rPr>
        <w:t xml:space="preserve">[10:06] </w:t>
      </w:r>
      <w:r>
        <w:t>phir mein ne aik baat aur sochi dunya ke aitbaar se ke tamam thinkers yeh kehte chale aa</w:t>
      </w:r>
    </w:p>
    <w:p>
      <w:pPr>
        <w:jc w:val="right"/>
      </w:pPr>
      <w:r>
        <w:t>پھر میں نے ایک بات اور سوچی دنیا کے اعتبار سے کہ تمام تھنکرز یہ کہتے چلے آ</w:t>
      </w:r>
    </w:p>
    <w:p>
      <w:r>
        <w:rPr>
          <w:b/>
        </w:rPr>
        <w:t xml:space="preserve">[10:12] </w:t>
      </w:r>
      <w:r>
        <w:t>rahe the ke civilization jo hai, aik baar jab woh is ko decline hota hai aur khatm ho</w:t>
      </w:r>
    </w:p>
    <w:p>
      <w:pPr>
        <w:jc w:val="right"/>
      </w:pPr>
      <w:r>
        <w:t>رہے تھے کہ سویلائزیشن جو ہے، ایک بار جب وہ اس کو ڈیکلائن ہوتا ہے اور ختم ہو</w:t>
      </w:r>
    </w:p>
    <w:p>
      <w:r>
        <w:rPr>
          <w:b/>
        </w:rPr>
        <w:t xml:space="preserve">[10:18] </w:t>
      </w:r>
      <w:r>
        <w:t>jati hai, to phir woh revive nahi hoti.</w:t>
      </w:r>
    </w:p>
    <w:p>
      <w:pPr>
        <w:jc w:val="right"/>
      </w:pPr>
      <w:r>
        <w:t>جاتی ہے، تو پھر وہ ریوائیو نہیں ہوتی۔</w:t>
      </w:r>
    </w:p>
    <w:p>
      <w:r>
        <w:rPr>
          <w:b/>
        </w:rPr>
        <w:t xml:space="preserve">[10:24] </w:t>
      </w:r>
      <w:r>
        <w:t>yeh aik accepted theory bani hui thi ke civilization</w:t>
      </w:r>
    </w:p>
    <w:p>
      <w:pPr>
        <w:jc w:val="right"/>
      </w:pPr>
      <w:r>
        <w:t>یہ ایک ایکسیپٹڈ تھیوری بنی ہوئی تھی کہ سویلائزیشن</w:t>
      </w:r>
    </w:p>
    <w:p>
      <w:r>
        <w:rPr>
          <w:b/>
        </w:rPr>
        <w:t xml:space="preserve">[10:30] </w:t>
      </w:r>
      <w:r>
        <w:t>uthi hai, oopar jati hai, phir girti hai. aur gir gayi to phir khatam. decline ke baad dobara rise nahi karti woh. lekin main samajhta hoon ke yeh bhi ek aisa formula hai jo sahi nahi hai. to chunancha aaj ke liye kaha jata hai ke china jo hai, us ne is formula ko ghalat sabit kiya hai, is theory ko, is concept ko. kyun ke china aap jante hain</w:t>
      </w:r>
    </w:p>
    <w:p>
      <w:pPr>
        <w:jc w:val="right"/>
      </w:pPr>
      <w:r>
        <w:t>اٹھتی ہے، اوپر جاتی ہے، پھر گرتی ہے۔ اور گر گئی تو پھر ختم۔ ڈیکلائن کے بعد دوبارہ رائز نہیں کرتی وہ۔ لیکن میں سمجھتا ہوں کہ یہ بھی ایک ایسا فارمولا ہے جو صحیح نہیں ہے۔ تو چنانچہ آج کے لیے کہا جاتا ہے کہ چائنہ جو ہے، اس نے اس فارمولے کو غلط ثابت کیا ہے، اس تھیوری کو، اس کانسیپٹ کو۔ کیونکہ چائنہ آپ جانتے ہیں</w:t>
      </w:r>
    </w:p>
    <w:p>
      <w:r>
        <w:rPr>
          <w:b/>
        </w:rPr>
        <w:t xml:space="preserve">[11:00] </w:t>
      </w:r>
      <w:r>
        <w:t>ke aik bohat bara civilization, bohat bari civilization thi.</w:t>
      </w:r>
    </w:p>
    <w:p>
      <w:pPr>
        <w:jc w:val="right"/>
      </w:pPr>
      <w:r>
        <w:t>کہ ایک بہت بڑا سویلائزیشن، بہت بڑی سویلائزیشن تھی۔</w:t>
      </w:r>
    </w:p>
    <w:p>
      <w:r>
        <w:rPr>
          <w:b/>
        </w:rPr>
        <w:t xml:space="preserve">[11:04] </w:t>
      </w:r>
      <w:r>
        <w:t>China ne bohat si cheezein dunya ko dein.</w:t>
      </w:r>
    </w:p>
    <w:p>
      <w:pPr>
        <w:jc w:val="right"/>
      </w:pPr>
      <w:r>
        <w:t>چائنہ نے بہت سی چیزیں دنیا کو دیں۔</w:t>
      </w:r>
    </w:p>
    <w:p>
      <w:r>
        <w:rPr>
          <w:b/>
        </w:rPr>
        <w:t xml:space="preserve">[11:09] </w:t>
      </w:r>
      <w:r>
        <w:t>jaise paper, printing press aur bohat sari cheezein.</w:t>
      </w:r>
    </w:p>
    <w:p>
      <w:pPr>
        <w:jc w:val="right"/>
      </w:pPr>
      <w:r>
        <w:t>جیسے پیپر، پرنٹنگ پریس اور بہت ساری چیزیں۔</w:t>
      </w:r>
    </w:p>
    <w:p>
      <w:r>
        <w:rPr>
          <w:b/>
        </w:rPr>
        <w:t xml:space="preserve">[11:13] </w:t>
      </w:r>
      <w:r>
        <w:t>to phir is ko decline ho gaya.</w:t>
      </w:r>
    </w:p>
    <w:p>
      <w:pPr>
        <w:jc w:val="right"/>
      </w:pPr>
      <w:r>
        <w:t>تو پھر اس کو ڈیکلائن ہو گیا۔</w:t>
      </w:r>
    </w:p>
    <w:p>
      <w:r>
        <w:rPr>
          <w:b/>
        </w:rPr>
        <w:t xml:space="preserve">[11:17] </w:t>
      </w:r>
      <w:r>
        <w:t>ab phir China ubhar gaya hai.</w:t>
      </w:r>
    </w:p>
    <w:p>
      <w:pPr>
        <w:jc w:val="right"/>
      </w:pPr>
      <w:r>
        <w:t>اب پھر چائنہ ابھر گیا ہے۔</w:t>
      </w:r>
    </w:p>
    <w:p>
      <w:r>
        <w:rPr>
          <w:b/>
        </w:rPr>
        <w:t xml:space="preserve">[11:22] </w:t>
      </w:r>
      <w:r>
        <w:t>China dunya ke liye sab se bara challenge bana hua hai aaj kal.</w:t>
      </w:r>
    </w:p>
    <w:p>
      <w:pPr>
        <w:jc w:val="right"/>
      </w:pPr>
      <w:r>
        <w:t>چائنہ دنیا کے لیے سب سے بڑا چیلنج بنا ہوا ہے آج کل۔</w:t>
      </w:r>
    </w:p>
    <w:p>
      <w:r>
        <w:rPr>
          <w:b/>
        </w:rPr>
        <w:t xml:space="preserve">[11:26] </w:t>
      </w:r>
      <w:r>
        <w:t>China jo hai, superpowerz tak ke liye challenge</w:t>
      </w:r>
    </w:p>
    <w:p>
      <w:pPr>
        <w:jc w:val="right"/>
      </w:pPr>
      <w:r>
        <w:t>چائنہ جو ہے، سپر پاورز تک کے لیے چیلنج</w:t>
      </w:r>
    </w:p>
    <w:p>
      <w:r>
        <w:rPr>
          <w:b/>
        </w:rPr>
        <w:t xml:space="preserve">[11:30] </w:t>
      </w:r>
      <w:r>
        <w:t>bana hua hai. to civilization jo thi china ki, woh mar kar ke phir zinda ho gayi. to yeh baat kahi jati hai musalmanon ke bare mein ke un ki civilization ubhari, unhone empire banai, ab khatam ho gaye, bas khatam ho gaye. lekin main samajhta hoon ke jis tarah se yeh, yeh concept ghalat ho gaya hai china ki misaal mein, musalmanon ke bare mein ghalat ho sakta hai? ghalat ho sa</w:t>
      </w:r>
    </w:p>
    <w:p>
      <w:pPr>
        <w:jc w:val="right"/>
      </w:pPr>
      <w:r>
        <w:t>بنا ہوا ہے۔ تو سویلائزیشن جو تھی چائنہ کی، وہ مر کر کے پھر زندہ ہو گئی۔ تو یہ بات کہی جاتی ہے مسلمانوں کے بارے میں کہ ان کی سویلائزیشن ابھری، انہوں نے ایمپائر بنائی، اب ختم ہو گئے، بس ختم ہو گئے۔ لیکن میں سمجھتا ہوں کہ جس طرح سے یہ، یہ کانسیپٹ غلط ہو گیا ہے چائنہ کی مثال میں، مسلمانوں کے بارے میں غلط ہو سکتا ہے؟ غلط ہو س</w:t>
      </w:r>
    </w:p>
    <w:p>
      <w:r>
        <w:rPr>
          <w:b/>
        </w:rPr>
        <w:t xml:space="preserve">[12:00] </w:t>
      </w:r>
      <w:r>
        <w:t>karta hai.</w:t>
      </w:r>
    </w:p>
    <w:p>
      <w:pPr>
        <w:jc w:val="right"/>
      </w:pPr>
      <w:r>
        <w:t>کتا ہے۔</w:t>
      </w:r>
    </w:p>
    <w:p>
      <w:r>
        <w:rPr>
          <w:b/>
        </w:rPr>
        <w:t xml:space="preserve">[12:07] </w:t>
      </w:r>
      <w:r>
        <w:t>lekin kab? jab ke aise thinkers hamare haan paida hon jo un ko naya rasta dikhaen.</w:t>
      </w:r>
    </w:p>
    <w:p>
      <w:pPr>
        <w:jc w:val="right"/>
      </w:pPr>
      <w:r>
        <w:t>لیکن کب؟ جب کہ ایسے تھنکرز ہمارے ہاں پیدا ہوں جو ان کو نیا راستہ دکھائیں۔</w:t>
      </w:r>
    </w:p>
    <w:p>
      <w:r>
        <w:rPr>
          <w:b/>
        </w:rPr>
        <w:t xml:space="preserve">[12:13] </w:t>
      </w:r>
      <w:r>
        <w:t>China ke bare mein kyun aisa hua? China ke jo pichle jo the, mauood tang, jinka dour</w:t>
      </w:r>
    </w:p>
    <w:p>
      <w:pPr>
        <w:jc w:val="right"/>
      </w:pPr>
      <w:r>
        <w:t>چائنہ کے بارے میں کیوں ایسا ہوا؟ چائنہ کے جو پچھلے جو تھے، موعود تنگ، جن کا دور</w:t>
      </w:r>
    </w:p>
    <w:p>
      <w:r>
        <w:rPr>
          <w:b/>
        </w:rPr>
        <w:t xml:space="preserve">[12:19] </w:t>
      </w:r>
      <w:r>
        <w:t>mauood tang par khatm hota hai, to mauood tang ka kya nazariya tha? woh kehte the ke "Power</w:t>
      </w:r>
    </w:p>
    <w:p>
      <w:pPr>
        <w:jc w:val="right"/>
      </w:pPr>
      <w:r>
        <w:t>موعود تنگ پر ختم ہوتا ہے، تو موعود تنگ کا کیا نظریہ تھا؟ وہ کہتے تھے کہ "Power</w:t>
      </w:r>
    </w:p>
    <w:p>
      <w:r>
        <w:rPr>
          <w:b/>
        </w:rPr>
        <w:t xml:space="preserve">[12:26] </w:t>
      </w:r>
      <w:r>
        <w:t>flows from the barrel of gun."</w:t>
      </w:r>
    </w:p>
    <w:p>
      <w:pPr>
        <w:jc w:val="right"/>
      </w:pPr>
      <w:r>
        <w:t>flows from the barrel of gun."</w:t>
      </w:r>
    </w:p>
    <w:p>
      <w:r>
        <w:rPr>
          <w:b/>
        </w:rPr>
        <w:t xml:space="preserve">[12:32] </w:t>
      </w:r>
      <w:r>
        <w:t>"Power flows from the barrel of gun." yaani bandook ki nali se taqat flow karti hai. yeh tha un ki soch. lekin bandook ki nali se woh china ki tehzeeb ko phir se zinda na kar sake. is ke baad un ke haan ek bohat bara thinker paida hua. aur isi se yeh naya china shuru hua hai. us ne yeh theory di ke</w:t>
      </w:r>
    </w:p>
    <w:p>
      <w:pPr>
        <w:jc w:val="right"/>
      </w:pPr>
      <w:r>
        <w:t>"Power flows from the barrel of gun." یعنی بندوق کی نالی سے طاقت فلو کرتی ہے۔ یہ تھا ان کی سوچ۔ لیکن بندوق کی نالی سے وہ چائنہ کی تہذیب کو پھر سے زندہ نہ کر سکے۔ اس کے بعد ان کے ہاں ایک بہت بڑا تھنکر پیدا ہوا۔ اور اسی سے یہ نیا چائنہ شروع ہوا ہے۔ اس نے یہ تھیوری دی کہ</w:t>
      </w:r>
    </w:p>
    <w:p>
      <w:r>
        <w:rPr>
          <w:b/>
        </w:rPr>
        <w:t xml:space="preserve">[13:02] </w:t>
      </w:r>
      <w:r>
        <w:t>zamana industry ka zamana hai, business ka zamana hai.</w:t>
      </w:r>
    </w:p>
    <w:p>
      <w:pPr>
        <w:jc w:val="right"/>
      </w:pPr>
      <w:r>
        <w:t>زمانہ انڈسٹری کا زمانہ ہے، بزنس کا زمانہ ہے۔</w:t>
      </w:r>
    </w:p>
    <w:p>
      <w:r>
        <w:rPr>
          <w:b/>
        </w:rPr>
        <w:t xml:space="preserve">[13:10] </w:t>
      </w:r>
      <w:r>
        <w:t>ab economy ko woh hesiyat mil gayi hai jo pehle hua karti thi gun, gun ko.</w:t>
      </w:r>
    </w:p>
    <w:p>
      <w:pPr>
        <w:jc w:val="right"/>
      </w:pPr>
      <w:r>
        <w:t>اب اکانومی کو وہ حیثیت مل گئی ہے جو پہلے ہوا کرتی تھی گن، گن کو۔</w:t>
      </w:r>
    </w:p>
    <w:p>
      <w:r>
        <w:rPr>
          <w:b/>
        </w:rPr>
        <w:t xml:space="preserve">[13:18] </w:t>
      </w:r>
      <w:r>
        <w:t>to is ne China ko recognize kiya, recognize kiya.</w:t>
      </w:r>
    </w:p>
    <w:p>
      <w:pPr>
        <w:jc w:val="right"/>
      </w:pPr>
      <w:r>
        <w:t>تو اس نے چائنہ کو ریگنائز کیا، ریگنائز کیا۔</w:t>
      </w:r>
    </w:p>
    <w:p>
      <w:r>
        <w:rPr>
          <w:b/>
        </w:rPr>
        <w:t xml:space="preserve">[13:25] </w:t>
      </w:r>
      <w:r>
        <w:t>yani is ne political power ko industrial activity se alag kar diya, detach kar diya. Industrial</w:t>
      </w:r>
    </w:p>
    <w:p>
      <w:pPr>
        <w:jc w:val="right"/>
      </w:pPr>
      <w:r>
        <w:t>یعنی اس نے پولیٹیکل پاور کو انڈسٹریل ایکٹیویٹی سے الگ کر دیا، ڈیٹیچ کر دیا۔ انڈسٹریل</w:t>
      </w:r>
    </w:p>
    <w:p>
      <w:r>
        <w:rPr>
          <w:b/>
        </w:rPr>
        <w:t xml:space="preserve">[13:33] </w:t>
      </w:r>
      <w:r>
        <w:t>field mein poori azadi de di, poori azadi.</w:t>
      </w:r>
    </w:p>
    <w:p>
      <w:pPr>
        <w:jc w:val="right"/>
      </w:pPr>
      <w:r>
        <w:t>فیلڈ میں پوری آزادی دے دی، پوری آزادی۔</w:t>
      </w:r>
    </w:p>
    <w:p>
      <w:r>
        <w:rPr>
          <w:b/>
        </w:rPr>
        <w:t xml:space="preserve">[13:40] </w:t>
      </w:r>
      <w:r>
        <w:t>yani political regimentration to phir bhi wahan tha, lekin industry mein, economic activities mein poori azadi.</w:t>
      </w:r>
    </w:p>
    <w:p>
      <w:pPr>
        <w:jc w:val="right"/>
      </w:pPr>
      <w:r>
        <w:t>یعنی پولیٹیکل ریجیمنٹریشن تو پھر بھی وہاں تھا، لیکن انڈسٹری میں، اکنامک ایکٹیویٹیز میں پوری آزادی۔</w:t>
      </w:r>
    </w:p>
    <w:p>
      <w:r>
        <w:rPr>
          <w:b/>
        </w:rPr>
        <w:t xml:space="preserve">[13:46] </w:t>
      </w:r>
      <w:r>
        <w:t>natija yeh hai ke China rise kar gaya, phir se dobara.</w:t>
      </w:r>
    </w:p>
    <w:p>
      <w:pPr>
        <w:jc w:val="right"/>
      </w:pPr>
      <w:r>
        <w:t>نتیجہ یہ ہے کہ چائنہ رائز کر گیا، پھر سے دوبارہ۔</w:t>
      </w:r>
    </w:p>
    <w:p>
      <w:r>
        <w:rPr>
          <w:b/>
        </w:rPr>
        <w:t xml:space="preserve">[13:52] </w:t>
      </w:r>
      <w:r>
        <w:t>to yeh misaal, yani "Spiritual Tree" mein sari misalein mujhe yaad aane lagin ke kis tarah se aik</w:t>
      </w:r>
    </w:p>
    <w:p>
      <w:pPr>
        <w:jc w:val="right"/>
      </w:pPr>
      <w:r>
        <w:t>تو یہ مثال، یعنی "Spiritual Tree" میں ساری مثالیں مجھے یاد آنے لگیں کہ کس طرح سے ایک</w:t>
      </w:r>
    </w:p>
    <w:p>
      <w:r>
        <w:rPr>
          <w:b/>
        </w:rPr>
        <w:t xml:space="preserve">[13:58] </w:t>
      </w:r>
      <w:r>
        <w:t>nai dobara hai ban jata hai.</w:t>
      </w:r>
    </w:p>
    <w:p>
      <w:pPr>
        <w:jc w:val="right"/>
      </w:pPr>
      <w:r>
        <w:t>نئی دوبارہ ہے بن جاتا ہے۔</w:t>
      </w:r>
    </w:p>
    <w:p>
      <w:r>
        <w:rPr>
          <w:b/>
        </w:rPr>
        <w:t xml:space="preserve">[14:05] </w:t>
      </w:r>
      <w:r>
        <w:t>ek maut dobara zindagi ban jati hai. ek end dobara ek nai beginning ban jata hai. yeh sab mujhe is mein mila. aur isi se mujhe akhirat ke mamle mein bhi samajh mein aaya. akhirat ka mamla bhi. ke log samajhte hain ke yeh jo zindagi continue kar rahi hai, maut aayi to discontinue ho gayi. nahi. jab ek thalath dobara hara bhara ho sakta hai, ek sokhi lakri mein d</w:t>
      </w:r>
    </w:p>
    <w:p>
      <w:pPr>
        <w:jc w:val="right"/>
      </w:pPr>
      <w:r>
        <w:t>ایک موت دوبارہ زندگی بن جاتی ہے۔ ایک اینڈ دوبارہ ایک نئی بگننگ بن جاتا ہے۔ یہ سب مجھے اس میں ملا۔ اور اسی سے مجھے آخرت کے معاملے میں بھی سمجھ میں آیا۔ آخرت کا معاملہ بھی۔ کہ لوگ سمجھتے ہیں کہ یہ جو زندگی کنٹینیو کر رہی ہے، موت آئی تو ڈس کنٹینیو ہو گئی۔ نہیں۔ جب ایک ٹھلٹھ دوبارہ ہرا بھرا ہو سکتا ہے، ایک سوکھی لکڑی میں د</w:t>
      </w:r>
    </w:p>
    <w:p>
      <w:r>
        <w:rPr>
          <w:b/>
        </w:rPr>
        <w:t xml:space="preserve">[14:35] </w:t>
      </w:r>
      <w:r>
        <w:t>aur barah branches aur patiyan nikal sakti hain, to insan ke sath bhi aise hi ho sakta hai? kyon</w:t>
      </w:r>
    </w:p>
    <w:p>
      <w:pPr>
        <w:jc w:val="right"/>
      </w:pPr>
      <w:r>
        <w:t>وبارہ برانچز اور پتیاں نکل سکتی ہیں، تو انسان کے ساتھ بھی ایسے ہی ہو سکتا ہے؟ کیوں</w:t>
      </w:r>
    </w:p>
    <w:p>
      <w:r>
        <w:rPr>
          <w:b/>
        </w:rPr>
        <w:t xml:space="preserve">[14:40] </w:t>
      </w:r>
      <w:r>
        <w:t>nahi ho sakta? to maut zindagi ka khatma nahi hai.</w:t>
      </w:r>
    </w:p>
    <w:p>
      <w:pPr>
        <w:jc w:val="right"/>
      </w:pPr>
      <w:r>
        <w:t>نہیں ہو سکتا؟ تو موت زندگی کا خاتمہ نہیں ہے۔</w:t>
      </w:r>
    </w:p>
    <w:p>
      <w:r>
        <w:rPr>
          <w:b/>
        </w:rPr>
        <w:t xml:space="preserve">[14:45] </w:t>
      </w:r>
      <w:r>
        <w:t>wo sirf ek interval hai.</w:t>
      </w:r>
    </w:p>
    <w:p>
      <w:pPr>
        <w:jc w:val="right"/>
      </w:pPr>
      <w:r>
        <w:t>وہ صرف ایک انٹرول ہے۔</w:t>
      </w:r>
    </w:p>
    <w:p>
      <w:r>
        <w:rPr>
          <w:b/>
        </w:rPr>
        <w:t xml:space="preserve">[14:50] </w:t>
      </w:r>
      <w:r>
        <w:t>aur iske baad ek nai zindagi.</w:t>
      </w:r>
    </w:p>
    <w:p>
      <w:pPr>
        <w:jc w:val="right"/>
      </w:pPr>
      <w:r>
        <w:t>اور اس کے بعد ایک نئی زندگی۔</w:t>
      </w:r>
    </w:p>
    <w:p>
      <w:r>
        <w:rPr>
          <w:b/>
        </w:rPr>
        <w:t xml:space="preserve">[14:55] </w:t>
      </w:r>
      <w:r>
        <w:t>jisko kaha jata hai barzakh.</w:t>
      </w:r>
    </w:p>
    <w:p>
      <w:pPr>
        <w:jc w:val="right"/>
      </w:pPr>
      <w:r>
        <w:t>جس کو کہا جاتا ہے برزخ۔</w:t>
      </w:r>
    </w:p>
    <w:p>
      <w:r>
        <w:rPr>
          <w:b/>
        </w:rPr>
        <w:t xml:space="preserve">[15:00] </w:t>
      </w:r>
      <w:r>
        <w:t>barzakh kya hai? barzakh interval hai.</w:t>
      </w:r>
    </w:p>
    <w:p>
      <w:pPr>
        <w:jc w:val="right"/>
      </w:pPr>
      <w:r>
        <w:t>برزخ کیا ہے؟ برزخ انٹرول ہے۔</w:t>
      </w:r>
    </w:p>
    <w:p>
      <w:r>
        <w:rPr>
          <w:b/>
        </w:rPr>
        <w:t xml:space="preserve">[15:05] </w:t>
      </w:r>
      <w:r>
        <w:t>quran mein aur hadith mein aaya hai ke maut ke baad aadmi barzakh ke alam mein pohanchta hai. to barzakh kya hai? interval hai woh. ek taraf pre death period hai. ek taraf post death period hai. beech mein ek interval aata hai. thore time ke liye. woh barzakh hai. to continuity jo hai, is dunya mein jari rah</w:t>
      </w:r>
    </w:p>
    <w:p>
      <w:pPr>
        <w:jc w:val="right"/>
      </w:pPr>
      <w:r>
        <w:t>قرآن میں اور حدیث میں آیا ہے کہ موت کے بعد آدمی برزخ کے عالم میں پہنچتا ہے۔ تو برزخ کیا ہے؟ انٹرول ہے وہ۔ ایک طرف پری ڈیتھ پیریڈ ہے۔ ایک طرف پوسٹ ڈیتھ پیریڈ ہے۔ بیچ میں ایک انٹرول آتا ہے۔ تھوڑے ٹائم کے لیے۔ وہ برزخ ہے۔ تو کنٹینیوٹی جو ہے، اس دنیا میں جاری رہ</w:t>
      </w:r>
    </w:p>
    <w:p>
      <w:r>
        <w:rPr>
          <w:b/>
        </w:rPr>
        <w:t xml:space="preserve">[15:35] </w:t>
      </w:r>
      <w:r>
        <w:t>ti hai.</w:t>
      </w:r>
    </w:p>
    <w:p>
      <w:pPr>
        <w:jc w:val="right"/>
      </w:pPr>
      <w:r>
        <w:t>تی ہے۔</w:t>
      </w:r>
    </w:p>
    <w:p>
      <w:r>
        <w:rPr>
          <w:b/>
        </w:rPr>
        <w:t xml:space="preserve">[15:40] </w:t>
      </w:r>
      <w:r>
        <w:t>wo kabhi discontinue nahi hoti.</w:t>
      </w:r>
    </w:p>
    <w:p>
      <w:pPr>
        <w:jc w:val="right"/>
      </w:pPr>
      <w:r>
        <w:t>وہ کبھی ڈس کنٹینیو نہیں ہوتی۔</w:t>
      </w:r>
    </w:p>
    <w:p>
      <w:r>
        <w:rPr>
          <w:b/>
        </w:rPr>
        <w:t xml:space="preserve">[15:44] </w:t>
      </w:r>
      <w:r>
        <w:t>ye mujhe sabak mila "Spiritual Tree" se.</w:t>
      </w:r>
    </w:p>
    <w:p>
      <w:pPr>
        <w:jc w:val="right"/>
      </w:pPr>
      <w:r>
        <w:t>یہ مجھے سبق ملا "Spiritual Tree" سے۔</w:t>
      </w:r>
    </w:p>
    <w:p>
      <w:r>
        <w:rPr>
          <w:b/>
        </w:rPr>
        <w:t xml:space="preserve">[15:48] </w:t>
      </w:r>
      <w:r>
        <w:t>main samajhta tha ke wo to discontinue ho gaya, khatam ho gaya, thanth ho gaya, sokhi lakri ho gaya.</w:t>
      </w:r>
    </w:p>
    <w:p>
      <w:pPr>
        <w:jc w:val="right"/>
      </w:pPr>
      <w:r>
        <w:t>میں سمجھتا تھا کہ وہ تو ڈس کنٹینیو ہو گیا، ختم ہو گیا، ٹھنٹھ ہو گیا، سوکھی لکڑی ہو گیا۔</w:t>
      </w:r>
    </w:p>
    <w:p>
      <w:r>
        <w:rPr>
          <w:b/>
        </w:rPr>
        <w:t xml:space="preserve">[15:53] </w:t>
      </w:r>
      <w:r>
        <w:t>lekin aaj wahin par phir dobara waise hi hara bhara darakht khara hua hai.</w:t>
      </w:r>
    </w:p>
    <w:p>
      <w:pPr>
        <w:jc w:val="right"/>
      </w:pPr>
      <w:r>
        <w:t>لیکن آج وہیں پر پھر دوبارہ ویسے ہی ہرا بھرا درخت کھڑا ہوا ہے۔</w:t>
      </w:r>
    </w:p>
    <w:p>
      <w:r>
        <w:rPr>
          <w:b/>
        </w:rPr>
        <w:t xml:space="preserve">[15:57] </w:t>
      </w:r>
      <w:r>
        <w:t>is se ek aur sabak mujhe mila ke dekhiye, wo darakht jo tha, wahin par tha.</w:t>
      </w:r>
    </w:p>
    <w:p>
      <w:pPr>
        <w:jc w:val="right"/>
      </w:pPr>
      <w:r>
        <w:t>اس سے ایک اور سبق مجھے ملا کہ دیکھیے، وہ درخت جو تھا، وہیں پر تھا۔</w:t>
      </w:r>
    </w:p>
    <w:p>
      <w:r>
        <w:rPr>
          <w:b/>
        </w:rPr>
        <w:t xml:space="preserve">[16:01] </w:t>
      </w:r>
      <w:r>
        <w:t>uska stem, is</w:t>
      </w:r>
    </w:p>
    <w:p>
      <w:pPr>
        <w:jc w:val="right"/>
      </w:pPr>
      <w:r>
        <w:t>اس کا اسٹم، اس</w:t>
      </w:r>
    </w:p>
    <w:p>
      <w:r>
        <w:rPr>
          <w:b/>
        </w:rPr>
        <w:t xml:space="preserve">[16:05] </w:t>
      </w:r>
      <w:r>
        <w:t>ka tana wahin par tha.</w:t>
      </w:r>
    </w:p>
    <w:p>
      <w:pPr>
        <w:jc w:val="right"/>
      </w:pPr>
      <w:r>
        <w:t>کا تنا وہیں پر تھا۔</w:t>
      </w:r>
    </w:p>
    <w:p>
      <w:r>
        <w:rPr>
          <w:b/>
        </w:rPr>
        <w:t xml:space="preserve">[16:09] </w:t>
      </w:r>
      <w:r>
        <w:t>abhi isko soil mili hui thi.</w:t>
      </w:r>
    </w:p>
    <w:p>
      <w:pPr>
        <w:jc w:val="right"/>
      </w:pPr>
      <w:r>
        <w:t>ابھی اس کو سائل ملی ہوئی تھی۔</w:t>
      </w:r>
    </w:p>
    <w:p>
      <w:r>
        <w:rPr>
          <w:b/>
        </w:rPr>
        <w:t xml:space="preserve">[16:13] </w:t>
      </w:r>
      <w:r>
        <w:t>abhi bhi iski soil ke neeche chemicals the.</w:t>
      </w:r>
    </w:p>
    <w:p>
      <w:pPr>
        <w:jc w:val="right"/>
      </w:pPr>
      <w:r>
        <w:t>ابھی بھی اس کی سائل کے نیچے کیمیکلز تھے۔</w:t>
      </w:r>
    </w:p>
    <w:p>
      <w:r>
        <w:rPr>
          <w:b/>
        </w:rPr>
        <w:t xml:space="preserve">[16:17] </w:t>
      </w:r>
      <w:r>
        <w:t>wo sab abhi bhi mila hua tha, sab kuch.</w:t>
      </w:r>
    </w:p>
    <w:p>
      <w:pPr>
        <w:jc w:val="right"/>
      </w:pPr>
      <w:r>
        <w:t>وہ سب ابھی بھی ملا ہوا تھا، سب کچھ۔</w:t>
      </w:r>
    </w:p>
    <w:p>
      <w:r>
        <w:rPr>
          <w:b/>
        </w:rPr>
        <w:t xml:space="preserve">[16:21] </w:t>
      </w:r>
      <w:r>
        <w:t>ek cheez nahi thi, wo thi water, pani.</w:t>
      </w:r>
    </w:p>
    <w:p>
      <w:pPr>
        <w:jc w:val="right"/>
      </w:pPr>
      <w:r>
        <w:t>ایک چیز نہیں تھی، وہ تھی واٹر، پانی۔</w:t>
      </w:r>
    </w:p>
    <w:p>
      <w:r>
        <w:rPr>
          <w:b/>
        </w:rPr>
        <w:t xml:space="preserve">[16:25] </w:t>
      </w:r>
      <w:r>
        <w:t>yani pani ko chhod kar ek peed ko jo kuch chahiye, wo sab isko mila hua tha.</w:t>
      </w:r>
    </w:p>
    <w:p>
      <w:pPr>
        <w:jc w:val="right"/>
      </w:pPr>
      <w:r>
        <w:t>یعنی پانی کو چھوڑ کر ایک پیڑ کو جو کچھ چاہیے، وہ سب اس کو ملا ہوا تھا۔</w:t>
      </w:r>
    </w:p>
    <w:p>
      <w:r>
        <w:rPr>
          <w:b/>
        </w:rPr>
        <w:t xml:space="preserve">[16:29] </w:t>
      </w:r>
      <w:r>
        <w:t>to nature ne ye samjha ke isko zarurat kis cheez ki hai? pani ki.</w:t>
      </w:r>
    </w:p>
    <w:p>
      <w:pPr>
        <w:jc w:val="right"/>
      </w:pPr>
      <w:r>
        <w:t>تو نیچر نے یہ سمجھا کہ اس کو ضرورت کس چیز کی ہے؟ پانی کی۔</w:t>
      </w:r>
    </w:p>
    <w:p>
      <w:r>
        <w:rPr>
          <w:b/>
        </w:rPr>
        <w:t xml:space="preserve">[16:33] </w:t>
      </w:r>
      <w:r>
        <w:t>pani barsaya, hara bhara ho gaya.</w:t>
      </w:r>
    </w:p>
    <w:p>
      <w:pPr>
        <w:jc w:val="right"/>
      </w:pPr>
      <w:r>
        <w:t>پانی برسایا، ہرا بھرا ہو گیا۔</w:t>
      </w:r>
    </w:p>
    <w:p>
      <w:r>
        <w:rPr>
          <w:b/>
        </w:rPr>
        <w:t xml:space="preserve">[16:37] </w:t>
      </w:r>
      <w:r>
        <w:t>aise hi dekhiye, individual mein, group mein, society mein, qaum mein bhi kisi ek cheez ki kami hua karti hai hamesha. har cheez ki nahi. to is cheez ko talash kijiye, is cheez ko discover kijiye. is cheez ko discover kijiye ke is mein kis cheez ki kami hai. maslan ek sahab the, mujh se mulaqat hui. to kai business unhone kiya, h</w:t>
      </w:r>
    </w:p>
    <w:p>
      <w:pPr>
        <w:jc w:val="right"/>
      </w:pPr>
      <w:r>
        <w:t>ایسے ہی دیکھیے، انڈیویجول میں، گروپ میں، سوسائٹی میں، قوم میں بھی کسی ایک چیز کی کمی ہوا کرتی ہے ہمیشہ۔ ہر چیز کی نہیں۔ تو اس چیز کو تلاش کیجیے، اس چیز کو ڈسکور کیجیے۔ اس چیز کو ڈسکور کیجیے کہ اس میں کس چیز کی کمی ہے۔ مثلاً ایک صاحب تھے، مجھ سے ملاقات ہوئی۔ تو کئی بزنس انہوں نے کیا، ہ</w:t>
      </w:r>
    </w:p>
    <w:p>
      <w:r>
        <w:rPr>
          <w:b/>
        </w:rPr>
        <w:t xml:space="preserve">[17:07] </w:t>
      </w:r>
      <w:r>
        <w:t>mein fail ho gaye hamesha.</w:t>
      </w:r>
    </w:p>
    <w:p>
      <w:pPr>
        <w:jc w:val="right"/>
      </w:pPr>
      <w:r>
        <w:t>م میں فیل ہو گئے ہمیشہ۔</w:t>
      </w:r>
    </w:p>
    <w:p>
      <w:r>
        <w:rPr>
          <w:b/>
        </w:rPr>
        <w:t xml:space="preserve">[17:12] </w:t>
      </w:r>
      <w:r>
        <w:t>to mujh se mulaqat hui, unhon ne samjha ke main to duniya mein kabhi bhi successful nahi</w:t>
      </w:r>
    </w:p>
    <w:p>
      <w:pPr>
        <w:jc w:val="right"/>
      </w:pPr>
      <w:r>
        <w:t>تو مجھ سے ملاقات ہوئی، انہوں نے سمجھا کہ میں تو دنیا میں کبھی بھی سکسیس فل نہیں</w:t>
      </w:r>
    </w:p>
    <w:p>
      <w:r>
        <w:rPr>
          <w:b/>
        </w:rPr>
        <w:t xml:space="preserve">[17:17] </w:t>
      </w:r>
      <w:r>
        <w:t>ho sakta, main to mere liye nakami, nakam, jiyunga, nakam banunga.</w:t>
      </w:r>
    </w:p>
    <w:p>
      <w:pPr>
        <w:jc w:val="right"/>
      </w:pPr>
      <w:r>
        <w:t>ہو سکتا، میں تو میرے لیے ناکامی، ناکام، جیوں گا، ناکام بنوں گا۔</w:t>
      </w:r>
    </w:p>
    <w:p>
      <w:r>
        <w:rPr>
          <w:b/>
        </w:rPr>
        <w:t xml:space="preserve">[17:22] </w:t>
      </w:r>
      <w:r>
        <w:t>to main ne yahi baat un se kahi ke apni zindagi mein is kami ko discover kijiye.</w:t>
      </w:r>
    </w:p>
    <w:p>
      <w:pPr>
        <w:jc w:val="right"/>
      </w:pPr>
      <w:r>
        <w:t>تو میں نے یہی بات ان سے کہی کہ اپنی زندگی میں اس کمی کو ڈسکور کیجیے۔</w:t>
      </w:r>
    </w:p>
    <w:p>
      <w:r>
        <w:rPr>
          <w:b/>
        </w:rPr>
        <w:t xml:space="preserve">[17:27] </w:t>
      </w:r>
      <w:r>
        <w:t>aap ke paas hath hai, paon hai, dimagh hai, sar hai, sab kuch hai.</w:t>
      </w:r>
    </w:p>
    <w:p>
      <w:pPr>
        <w:jc w:val="right"/>
      </w:pPr>
      <w:r>
        <w:t>آپ کے پاس ہاتھ ہے، پاؤں ہے، دماغ ہے، سر ہے، سب کچھ ہے۔</w:t>
      </w:r>
    </w:p>
    <w:p>
      <w:r>
        <w:rPr>
          <w:b/>
        </w:rPr>
        <w:t xml:space="preserve">[17:32] </w:t>
      </w:r>
      <w:r>
        <w:t>koi ek ch</w:t>
      </w:r>
    </w:p>
    <w:p>
      <w:pPr>
        <w:jc w:val="right"/>
      </w:pPr>
      <w:r>
        <w:t>کوئی ایک چ</w:t>
      </w:r>
    </w:p>
    <w:p>
      <w:r>
        <w:rPr>
          <w:b/>
        </w:rPr>
        <w:t xml:space="preserve">[17:37] </w:t>
      </w:r>
      <w:r>
        <w:t>eez leek kar rahi hai, us ko daryaft kijiye aap.</w:t>
      </w:r>
    </w:p>
    <w:p>
      <w:pPr>
        <w:jc w:val="right"/>
      </w:pPr>
      <w:r>
        <w:t>یز لیک کر رہی ہے، اس کو دریافت کیجیے آپ۔</w:t>
      </w:r>
    </w:p>
    <w:p>
      <w:r>
        <w:rPr>
          <w:b/>
        </w:rPr>
        <w:t xml:space="preserve">[17:40] </w:t>
      </w:r>
      <w:r>
        <w:t>us ko daryaft kijiye.</w:t>
      </w:r>
    </w:p>
    <w:p>
      <w:pPr>
        <w:jc w:val="right"/>
      </w:pPr>
      <w:r>
        <w:t>اس کو دریافت کیجیے۔</w:t>
      </w:r>
    </w:p>
    <w:p>
      <w:r>
        <w:rPr>
          <w:b/>
        </w:rPr>
        <w:t xml:space="preserve">[17:44] </w:t>
      </w:r>
      <w:r>
        <w:t>woh hai perseverance, istiqlaal.</w:t>
      </w:r>
    </w:p>
    <w:p>
      <w:pPr>
        <w:jc w:val="right"/>
      </w:pPr>
      <w:r>
        <w:t>وہ ہے پرسیورنس، استقلال۔</w:t>
      </w:r>
    </w:p>
    <w:p>
      <w:r>
        <w:rPr>
          <w:b/>
        </w:rPr>
        <w:t xml:space="preserve">[17:47] </w:t>
      </w:r>
      <w:r>
        <w:t>yani kisi kaam ko jam kar karte rehna.</w:t>
      </w:r>
    </w:p>
    <w:p>
      <w:pPr>
        <w:jc w:val="right"/>
      </w:pPr>
      <w:r>
        <w:t>یعنی کسی کام کو جم کر کرتے رہنا۔</w:t>
      </w:r>
    </w:p>
    <w:p>
      <w:r>
        <w:rPr>
          <w:b/>
        </w:rPr>
        <w:t xml:space="preserve">[17:50] </w:t>
      </w:r>
      <w:r>
        <w:t>karte rehna, karte rehna, karte rehna.</w:t>
      </w:r>
    </w:p>
    <w:p>
      <w:pPr>
        <w:jc w:val="right"/>
      </w:pPr>
      <w:r>
        <w:t>کرتے رہنا، کرتے رہنا، کرتے رہنا۔</w:t>
      </w:r>
    </w:p>
    <w:p>
      <w:r>
        <w:rPr>
          <w:b/>
        </w:rPr>
        <w:t xml:space="preserve">[17:54] </w:t>
      </w:r>
      <w:r>
        <w:t>beech mein chhod na dena.</w:t>
      </w:r>
    </w:p>
    <w:p>
      <w:pPr>
        <w:jc w:val="right"/>
      </w:pPr>
      <w:r>
        <w:t>بیچ میں چھوڑ نہ دینا۔</w:t>
      </w:r>
    </w:p>
    <w:p>
      <w:r>
        <w:rPr>
          <w:b/>
        </w:rPr>
        <w:t xml:space="preserve">[17:57] </w:t>
      </w:r>
      <w:r>
        <w:t>woh waqai to woh chhod diya karte thay.</w:t>
      </w:r>
    </w:p>
    <w:p>
      <w:pPr>
        <w:jc w:val="right"/>
      </w:pPr>
      <w:r>
        <w:t>وہ واقعی تو وہ چھوڑ دیا کرتے تھے۔</w:t>
      </w:r>
    </w:p>
    <w:p>
      <w:r>
        <w:rPr>
          <w:b/>
        </w:rPr>
        <w:t xml:space="preserve">[18:01] </w:t>
      </w:r>
      <w:r>
        <w:t>to mein ne kaha ke aap is cheez ko discover kijiye ke aap ki zindagi mein sab kuch</w:t>
      </w:r>
    </w:p>
    <w:p>
      <w:pPr>
        <w:jc w:val="right"/>
      </w:pPr>
      <w:r>
        <w:t>تو میں نے کہا کہ آپ اس چیز کو ڈسکور کیجیے کہ آپ کی زندگی میں سب کچھ</w:t>
      </w:r>
    </w:p>
    <w:p>
      <w:r>
        <w:rPr>
          <w:b/>
        </w:rPr>
        <w:t xml:space="preserve">[18:04] </w:t>
      </w:r>
      <w:r>
        <w:t>hai, sab kuch hai, sab kuch hai.</w:t>
      </w:r>
    </w:p>
    <w:p>
      <w:pPr>
        <w:jc w:val="right"/>
      </w:pPr>
      <w:r>
        <w:t>ہے، سب کچھ ہے، سب کچھ ہے۔</w:t>
      </w:r>
    </w:p>
    <w:p>
      <w:r>
        <w:rPr>
          <w:b/>
        </w:rPr>
        <w:t xml:space="preserve">[18:08] </w:t>
      </w:r>
      <w:r>
        <w:t>ek cheez nahi hai, woh hai perseverance, istiqlaal. aise hi ek aur sahab the, woh bhi bohat pareshan the. woh samajhte the ke main kamyab nahi hoonga. woh bhi kai kaam karte the aur woh kamyab nahi hue, woh. to un ke waqiyat pooche maine. unhone kaha dekhiye, aap ke andar kya kami hai? aap ke paas sab kuch hai. matlab hath hai, paon hai, dimagh hai, aankh hai, digest system hai, aap khana khate</w:t>
      </w:r>
    </w:p>
    <w:p>
      <w:pPr>
        <w:jc w:val="right"/>
      </w:pPr>
      <w:r>
        <w:t>ایک چیز نہیں ہے، وہ ہے پرسیورنس، استقلال۔ ایسے ہی ایک اور صاحب تھے، وہ بھی بہت پریشان تھے۔ وہ سمجھتے تھے کہ میں کامیاب نہیں ہوں گا۔ وہ بھی کئی کام کرتے تھے اور وہ کامیاب نہیں ہوئے، وہ۔ تو ان کے واقعات پوچھے میں نے۔ انہوں نے کہا دیکھیے، آپ کے اندر کیا کمی ہے؟ آپ کے پاس سب کچھ ہے۔ مطلب ہاتھ ہے، پاؤں ہے، دماغ ہے، آنکھ ہے، ڈائجسٹو سسٹم ہے، آپ کھانا کھاتے</w:t>
      </w:r>
    </w:p>
    <w:p>
      <w:r>
        <w:rPr>
          <w:b/>
        </w:rPr>
        <w:t xml:space="preserve">[18:38] </w:t>
      </w:r>
      <w:r>
        <w:t>ho, hazam ho jata hai, woh health de raha hai, woh aap ko. sab kuch hai? kya hai? aap ke andar, aap egoist hain. egoist hain, aap ke andar modesty nahi hai. jis se aap, kyun ke aap jante hain ke dunya mein mil kar kaam karna parta hai. akele to koi kar nahi sakta kuch. dehati misal hai ke akela chana kya bhaad phorega?</w:t>
      </w:r>
    </w:p>
    <w:p>
      <w:pPr>
        <w:jc w:val="right"/>
      </w:pPr>
      <w:r>
        <w:t>ہو، ہضم ہو جاتا ہے، وہ ہیلتھ دے رہا ہے، وہ آپ کو۔ سب کچھ ہے؟ کیا ہے؟ آپ کے اندر، آپ ایگوئسٹ ہیں۔ ایگوئسٹ ہیں، آپ کے اندر ماڈیسٹی نہیں ہے۔ جس سے آپ، کیونکہ آپ جانتے ہیں کہ دنیا میں مل کر کام کرنا پڑتا ہے۔ اکیلے تو کوئی کر نہیں سکتا کچھ۔ دیہاتی مثل ہے کہ اکیلا چنا کیا بھاڑ پھوڑے گا؟</w:t>
      </w:r>
    </w:p>
    <w:p>
      <w:r>
        <w:rPr>
          <w:b/>
        </w:rPr>
        <w:t xml:space="preserve">[19:08] </w:t>
      </w:r>
      <w:r>
        <w:t>to akela to koi nahi kar sakta aadmi. aap ko milna hai doosron se. jab milte hain aap doosron se to logon ko aap se tajurba hota hai arrogance ka. log bhark jaate hain. aap modest ban jaiye bas. aur phir aap kamyab ho jayenge. to main ne kaha aap ki zindagi mein bhi sab kuch aaj bhi maujood hai. jaise darakht mein sab kuch tha. lekin ek cheez nahi thi, woh tha water, pa</w:t>
      </w:r>
    </w:p>
    <w:p>
      <w:pPr>
        <w:jc w:val="right"/>
      </w:pPr>
      <w:r>
        <w:t>تو اکیلا تو کوئی نہیں کر سکتا آدمی۔ آپ کو ملنا ہے دوسروں سے۔ جب ملتے ہیں آپ دوسروں سے تو لوگوں کو آپ سے تجربہ ہوتا ہے اروگنس کا۔ لوگ بھڑک جاتے ہیں۔ آپ ماڈیس بن جائیے بس۔ اور پھر آپ کامیاب ہو جائیں گے۔ تو میں نے کہا آپ کی زندگی میں بھی سب کچھ آج بھی موجود ہے۔ جیسے درخت میں سب کچھ تھا۔ لیکن ایک چیز نہیں تھی، وہ تھا واٹر، پ</w:t>
      </w:r>
    </w:p>
    <w:p>
      <w:r>
        <w:rPr>
          <w:b/>
        </w:rPr>
        <w:t xml:space="preserve">[19:38] </w:t>
      </w:r>
      <w:r>
        <w:t>ani.</w:t>
      </w:r>
    </w:p>
    <w:p>
      <w:pPr>
        <w:jc w:val="right"/>
      </w:pPr>
      <w:r>
        <w:t>انی۔</w:t>
      </w:r>
    </w:p>
    <w:p>
      <w:r>
        <w:rPr>
          <w:b/>
        </w:rPr>
        <w:t xml:space="preserve">[19:42] </w:t>
      </w:r>
      <w:r>
        <w:t>pani aa gaya to zindagi hara bhara ho gaya woh.</w:t>
      </w:r>
    </w:p>
    <w:p>
      <w:pPr>
        <w:jc w:val="right"/>
      </w:pPr>
      <w:r>
        <w:t>پانی آ گیا تو زندگی ہرا بھرا ہو گیا وہ۔</w:t>
      </w:r>
    </w:p>
    <w:p>
      <w:r>
        <w:rPr>
          <w:b/>
        </w:rPr>
        <w:t xml:space="preserve">[19:46] </w:t>
      </w:r>
      <w:r>
        <w:t>aise hi aap ki zindagi mein jo hai woh kya kami hai? Modesty ki.</w:t>
      </w:r>
    </w:p>
    <w:p>
      <w:pPr>
        <w:jc w:val="right"/>
      </w:pPr>
      <w:r>
        <w:t>ایسے ہی آپ کی زندگی میں جو ہے وہ کیا کمی ہے؟ ماڈیسٹی کی۔</w:t>
      </w:r>
    </w:p>
    <w:p>
      <w:r>
        <w:rPr>
          <w:b/>
        </w:rPr>
        <w:t xml:space="preserve">[19:50] </w:t>
      </w:r>
      <w:r>
        <w:t>modesty ka matlab tawazu, narmi.</w:t>
      </w:r>
    </w:p>
    <w:p>
      <w:pPr>
        <w:jc w:val="right"/>
      </w:pPr>
      <w:r>
        <w:t>ماڈیسٹی کا مطلب تواضع، نرمی۔</w:t>
      </w:r>
    </w:p>
    <w:p>
      <w:r>
        <w:rPr>
          <w:b/>
        </w:rPr>
        <w:t xml:space="preserve">[19:53] </w:t>
      </w:r>
      <w:r>
        <w:t>is liye aap nakaam hain.</w:t>
      </w:r>
    </w:p>
    <w:p>
      <w:pPr>
        <w:jc w:val="right"/>
      </w:pPr>
      <w:r>
        <w:t>اس لیے آپ ناکام ہیں۔</w:t>
      </w:r>
    </w:p>
    <w:p>
      <w:r>
        <w:rPr>
          <w:b/>
        </w:rPr>
        <w:t xml:space="preserve">[19:57] </w:t>
      </w:r>
      <w:r>
        <w:t>isi liye dekhiye, business mein kaha jata hai ke "Customer is always right".</w:t>
      </w:r>
    </w:p>
    <w:p>
      <w:pPr>
        <w:jc w:val="right"/>
      </w:pPr>
      <w:r>
        <w:t>اسی لیے دیکھیے، بزنس میں کہا جاتا ہے کہ "Customer is alwaysright"۔</w:t>
      </w:r>
    </w:p>
    <w:p>
      <w:r>
        <w:rPr>
          <w:b/>
        </w:rPr>
        <w:t xml:space="preserve">[20:01] </w:t>
      </w:r>
      <w:r>
        <w:t>yeh kya hai? Yeh modesty to hai yeh.</w:t>
      </w:r>
    </w:p>
    <w:p>
      <w:pPr>
        <w:jc w:val="right"/>
      </w:pPr>
      <w:r>
        <w:t>یہ کیا ہے؟ یہ ماڈیسٹی تو ہے یہ۔</w:t>
      </w:r>
    </w:p>
    <w:p>
      <w:r>
        <w:rPr>
          <w:b/>
        </w:rPr>
        <w:t xml:space="preserve">[20:05] </w:t>
      </w:r>
      <w:r>
        <w:t>yani apne ko</w:t>
      </w:r>
    </w:p>
    <w:p>
      <w:pPr>
        <w:jc w:val="right"/>
      </w:pPr>
      <w:r>
        <w:t>یعنی اپنے کو</w:t>
      </w:r>
    </w:p>
    <w:p>
      <w:r>
        <w:rPr>
          <w:b/>
        </w:rPr>
        <w:t xml:space="preserve">[20:09] </w:t>
      </w:r>
      <w:r>
        <w:t>right mat prove karo ke mein right hoon.</w:t>
      </w:r>
    </w:p>
    <w:p>
      <w:pPr>
        <w:jc w:val="right"/>
      </w:pPr>
      <w:r>
        <w:t>رائٹ مت پروف کرو کہ میں رائٹ ہوں۔</w:t>
      </w:r>
    </w:p>
    <w:p>
      <w:r>
        <w:rPr>
          <w:b/>
        </w:rPr>
        <w:t xml:space="preserve">[20:13] </w:t>
      </w:r>
      <w:r>
        <w:t>customer ko maan lo ke wohi right hai.</w:t>
      </w:r>
    </w:p>
    <w:p>
      <w:pPr>
        <w:jc w:val="right"/>
      </w:pPr>
      <w:r>
        <w:t>کسٹمر کو مان لو کہ وہی رائٹ ہے۔</w:t>
      </w:r>
    </w:p>
    <w:p>
      <w:r>
        <w:rPr>
          <w:b/>
        </w:rPr>
        <w:t xml:space="preserve">[20:17] </w:t>
      </w:r>
      <w:r>
        <w:t>to aap apni is kami ko janiye, is kami ko door kijiye.</w:t>
      </w:r>
    </w:p>
    <w:p>
      <w:pPr>
        <w:jc w:val="right"/>
      </w:pPr>
      <w:r>
        <w:t>تو آپ اپنی اس کمی کو جانیے، اس کمی کو دور کیجیے۔</w:t>
      </w:r>
    </w:p>
    <w:p>
      <w:r>
        <w:rPr>
          <w:b/>
        </w:rPr>
        <w:t xml:space="preserve">[20:20] </w:t>
      </w:r>
      <w:r>
        <w:t>اور پھر آپ hope کامیابی آپ کو ملے گی۔</w:t>
      </w:r>
    </w:p>
    <w:p>
      <w:pPr>
        <w:jc w:val="right"/>
      </w:pPr>
      <w:r>
        <w:t>اور پھر آپ ہوپ کامیابی آپ کو ملے گی۔</w:t>
      </w:r>
    </w:p>
    <w:p>
      <w:r>
        <w:rPr>
          <w:b/>
        </w:rPr>
        <w:t xml:space="preserve">[20:24] </w:t>
      </w:r>
      <w:r>
        <w:t>apne arrogance ko khatam kar dijiye.</w:t>
      </w:r>
    </w:p>
    <w:p>
      <w:pPr>
        <w:jc w:val="right"/>
      </w:pPr>
      <w:r>
        <w:t>اپنے اروگنس کو ختم کر دیجیے۔</w:t>
      </w:r>
    </w:p>
    <w:p>
      <w:r>
        <w:rPr>
          <w:b/>
        </w:rPr>
        <w:t xml:space="preserve">[20:28] </w:t>
      </w:r>
      <w:r>
        <w:t>apne egoism ko khatam kar dijiye.</w:t>
      </w:r>
    </w:p>
    <w:p>
      <w:pPr>
        <w:jc w:val="right"/>
      </w:pPr>
      <w:r>
        <w:t>اپنے ایگوئزم کو ختم کر دیجیے۔</w:t>
      </w:r>
    </w:p>
    <w:p>
      <w:r>
        <w:rPr>
          <w:b/>
        </w:rPr>
        <w:t xml:space="preserve">[20:32] </w:t>
      </w:r>
      <w:r>
        <w:t>aap ke andar jo ek superiority complex hai, us ko khatam kar dijiye.</w:t>
      </w:r>
    </w:p>
    <w:p>
      <w:pPr>
        <w:jc w:val="right"/>
      </w:pPr>
      <w:r>
        <w:t>آپ کے اندر جو ایک سپیریٹی کمپلیکس ہے، اس کو ختم کر دیجیے۔</w:t>
      </w:r>
    </w:p>
    <w:p>
      <w:r>
        <w:rPr>
          <w:b/>
        </w:rPr>
        <w:t xml:space="preserve">[20:35] </w:t>
      </w:r>
      <w:r>
        <w:t>hadees mein dekhiye aata hai</w:t>
      </w:r>
    </w:p>
    <w:p>
      <w:pPr>
        <w:jc w:val="right"/>
      </w:pPr>
      <w:r>
        <w:t>حدیث میں دیکھیے آتا ہے</w:t>
      </w:r>
    </w:p>
    <w:p>
      <w:r>
        <w:rPr>
          <w:b/>
        </w:rPr>
        <w:t xml:space="preserve">[20:39] </w:t>
      </w:r>
      <w:r>
        <w:t>"man tawazu rafa Allah".</w:t>
      </w:r>
    </w:p>
    <w:p>
      <w:pPr>
        <w:jc w:val="right"/>
      </w:pPr>
      <w:r>
        <w:t>"من تواضع رفع اللہ"۔</w:t>
      </w:r>
    </w:p>
    <w:p>
      <w:r>
        <w:rPr>
          <w:b/>
        </w:rPr>
        <w:t xml:space="preserve">[20:47] </w:t>
      </w:r>
      <w:r>
        <w:t>ek hi hadees pakad le koi aadmi, yahi isi ek hadees ko ke "man tawazu rafa Allah".</w:t>
      </w:r>
    </w:p>
    <w:p>
      <w:pPr>
        <w:jc w:val="right"/>
      </w:pPr>
      <w:r>
        <w:t>ایک ہی حدیث پکڑ لے کوئی آدمی، یہی اسی ایک حدیث کو کہ "من تواضع رفع اللہ"۔</w:t>
      </w:r>
    </w:p>
    <w:p>
      <w:r>
        <w:rPr>
          <w:b/>
        </w:rPr>
        <w:t xml:space="preserve">[20:54] </w:t>
      </w:r>
      <w:r>
        <w:t>jo modesty ikhtiyar karta hai, us ko Khuda oopar uthata hai, usay kamyab banata hai.</w:t>
      </w:r>
    </w:p>
    <w:p>
      <w:pPr>
        <w:jc w:val="right"/>
      </w:pPr>
      <w:r>
        <w:t>جو ماڈیسٹی اختیار کرتا ہے، اس کو خدا اوپر اٹھاتا ہے، اسے کامیاب بناتا ہے۔</w:t>
      </w:r>
    </w:p>
    <w:p>
      <w:r>
        <w:rPr>
          <w:b/>
        </w:rPr>
        <w:t xml:space="preserve">[21:02] </w:t>
      </w:r>
      <w:r>
        <w:t>تو ہر موقع پر آپ کو چیزوں کو rediscover کرنا پڑ</w:t>
      </w:r>
    </w:p>
    <w:p>
      <w:pPr>
        <w:jc w:val="right"/>
      </w:pPr>
      <w:r>
        <w:t>تو ہر موقع پر آپ کو چیزوں کو ری ڈسکور کرنا پڑ</w:t>
      </w:r>
    </w:p>
    <w:p>
      <w:r>
        <w:rPr>
          <w:b/>
        </w:rPr>
        <w:t xml:space="preserve">[21:09] </w:t>
      </w:r>
      <w:r>
        <w:t>ta hai.</w:t>
      </w:r>
    </w:p>
    <w:p>
      <w:pPr>
        <w:jc w:val="right"/>
      </w:pPr>
      <w:r>
        <w:t>تا ہے۔</w:t>
      </w:r>
    </w:p>
    <w:p>
      <w:r>
        <w:rPr>
          <w:b/>
        </w:rPr>
        <w:t xml:space="preserve">[21:14] </w:t>
      </w:r>
      <w:r>
        <w:t>zindagi musalsal tor par re-discovery ka naam hai.</w:t>
      </w:r>
    </w:p>
    <w:p>
      <w:pPr>
        <w:jc w:val="right"/>
      </w:pPr>
      <w:r>
        <w:t>زندگی مسلسل طور پر ری ڈسکوری کا نام ہے۔</w:t>
      </w:r>
    </w:p>
    <w:p>
      <w:r>
        <w:rPr>
          <w:b/>
        </w:rPr>
        <w:t xml:space="preserve">[21:18] </w:t>
      </w:r>
      <w:r>
        <w:t>yeh bhi yaad rakhiye, zindagi jo hai musalsal tor par re-discovery ka naam hai.</w:t>
      </w:r>
    </w:p>
    <w:p>
      <w:pPr>
        <w:jc w:val="right"/>
      </w:pPr>
      <w:r>
        <w:t>یہ بھی یاد رکھیے، زندگی جو ہے مسلسل طور پر ری ڈسکوری کا نام ہے۔</w:t>
      </w:r>
    </w:p>
    <w:p>
      <w:r>
        <w:rPr>
          <w:b/>
        </w:rPr>
        <w:t xml:space="preserve">[21:22] </w:t>
      </w:r>
      <w:r>
        <w:t>har din aap ko kuch nayi cheez janna hai.</w:t>
      </w:r>
    </w:p>
    <w:p>
      <w:pPr>
        <w:jc w:val="right"/>
      </w:pPr>
      <w:r>
        <w:t>ہر دن آپ کو کچھ نئی چیز جاننا ہے۔</w:t>
      </w:r>
    </w:p>
    <w:p>
      <w:r>
        <w:rPr>
          <w:b/>
        </w:rPr>
        <w:t xml:space="preserve">[21:26] </w:t>
      </w:r>
      <w:r>
        <w:t>har din aap ko kuch nayi cheez janna hai.</w:t>
      </w:r>
    </w:p>
    <w:p>
      <w:pPr>
        <w:jc w:val="right"/>
      </w:pPr>
      <w:r>
        <w:t>ہر دن آپ کو کچھ نئی چیز جاننا ہے۔</w:t>
      </w:r>
    </w:p>
    <w:p>
      <w:r>
        <w:rPr>
          <w:b/>
        </w:rPr>
        <w:t xml:space="preserve">[21:31] </w:t>
      </w:r>
      <w:r>
        <w:t>har din zindagi naam hi hai ke aap har din ek nayi cheez discover karen.</w:t>
      </w:r>
    </w:p>
    <w:p>
      <w:pPr>
        <w:jc w:val="right"/>
      </w:pPr>
      <w:r>
        <w:t>ہر دن زندگی نام ہی ہے کہ آپ ہر دن ایک نئی چیز ڈسکور کریں۔</w:t>
      </w:r>
    </w:p>
    <w:p>
      <w:r>
        <w:rPr>
          <w:b/>
        </w:rPr>
        <w:t xml:space="preserve">[21:35] </w:t>
      </w:r>
      <w:r>
        <w:t>to re-discovery is a process</w:t>
      </w:r>
    </w:p>
    <w:p>
      <w:pPr>
        <w:jc w:val="right"/>
      </w:pPr>
      <w:r>
        <w:t>تو ری ڈسکوری از اے پروسی</w:t>
      </w:r>
    </w:p>
    <w:p>
      <w:r>
        <w:rPr>
          <w:b/>
        </w:rPr>
        <w:t xml:space="preserve">[21:39] </w:t>
      </w:r>
      <w:r>
        <w:t>s.</w:t>
      </w:r>
    </w:p>
    <w:p>
      <w:pPr>
        <w:jc w:val="right"/>
      </w:pPr>
      <w:r>
        <w:t>س۔</w:t>
      </w:r>
    </w:p>
    <w:p>
      <w:r>
        <w:rPr>
          <w:b/>
        </w:rPr>
        <w:t xml:space="preserve">[21:44] </w:t>
      </w:r>
      <w:r>
        <w:t>yeh nahi ke ek din aap ko koi discovery ho gayi, us ke baad baat khatam ho gayi.</w:t>
      </w:r>
    </w:p>
    <w:p>
      <w:pPr>
        <w:jc w:val="right"/>
      </w:pPr>
      <w:r>
        <w:t>یہ نہیں کہ ایک دن آپ کو کوئی ڈسکوری ہو گئی، اس کے بعد بات ختم ہو گئی۔</w:t>
      </w:r>
    </w:p>
    <w:p>
      <w:r>
        <w:rPr>
          <w:b/>
        </w:rPr>
        <w:t xml:space="preserve">[21:49] </w:t>
      </w:r>
      <w:r>
        <w:t>to jab bhi koi problem aata hai to log kya karte hain? yaani yeh nahi kehte ke is</w:t>
      </w:r>
    </w:p>
    <w:p>
      <w:pPr>
        <w:jc w:val="right"/>
      </w:pPr>
      <w:r>
        <w:t>تو جب بھی کوئی پرابلم آتا ہے تو لوگ کیا کرتے ہیں؟ یعنی یہ نہیں کہتے کہ اس</w:t>
      </w:r>
    </w:p>
    <w:p>
      <w:r>
        <w:rPr>
          <w:b/>
        </w:rPr>
        <w:t xml:space="preserve">[21:54] </w:t>
      </w:r>
      <w:r>
        <w:t>problem ki study karen.</w:t>
      </w:r>
    </w:p>
    <w:p>
      <w:pPr>
        <w:jc w:val="right"/>
      </w:pPr>
      <w:r>
        <w:t>پرابلم کی سٹڈی کریں۔</w:t>
      </w:r>
    </w:p>
    <w:p>
      <w:r>
        <w:rPr>
          <w:b/>
        </w:rPr>
        <w:t xml:space="preserve">[22:00] </w:t>
      </w:r>
      <w:r>
        <w:t>problem ko re-discover karen ke yeh problem kaise hua, kya kya jaye, kya na kiya jaye.</w:t>
      </w:r>
    </w:p>
    <w:p>
      <w:pPr>
        <w:jc w:val="right"/>
      </w:pPr>
      <w:r>
        <w:t>پرابلم کو ری ڈسکور کریں کہ یہ پرابلم کیسے ہوا، کیا کیا جائے، کیا نہ کیا جائے۔</w:t>
      </w:r>
    </w:p>
    <w:p>
      <w:r>
        <w:rPr>
          <w:b/>
        </w:rPr>
        <w:t xml:space="preserve">[22:05] </w:t>
      </w:r>
      <w:r>
        <w:t>bas problem samne aaya aur jo bana hua mind set hai, bana hua, usi se</w:t>
      </w:r>
    </w:p>
    <w:p>
      <w:pPr>
        <w:jc w:val="right"/>
      </w:pPr>
      <w:r>
        <w:t>بس پرابلم سامنے آیا اور جو بنا ہوا مائنڈ سیٹ ہے، بنا ہوا، اسی سے</w:t>
      </w:r>
    </w:p>
    <w:p>
      <w:r>
        <w:rPr>
          <w:b/>
        </w:rPr>
        <w:t xml:space="preserve">[22:10] </w:t>
      </w:r>
      <w:r>
        <w:t>le kar bhark uthe woh. jo bana hua mindset hai, usi ko le kar bhark uthe. aur phir kya hai? ladai, takraao. yahi sab hota hai. aur woh problem wohin ka wohin rehta hai. jaise main abhi ek ek bahut hi interesting aap ko story batata hoon. isi building ki. mujhe khud is se bahut lesson mila. bahut lesson. yeh jo building jahan aap baithe hue hain, phir nee</w:t>
      </w:r>
    </w:p>
    <w:p>
      <w:pPr>
        <w:jc w:val="right"/>
      </w:pPr>
      <w:r>
        <w:t>لے کر بھڑک اٹھے وہ۔ جو بنا ہوا مائنڈ سیٹ ہے، اسی کو لے کر بھڑک اٹھے۔ اور پھر کیا ہے؟ لڑائی، ٹکراؤ۔ یہی سب ہوتا ہے۔ اور وہ پرابلم وہیں کا وہیں رہتا ہے۔ جیسے میں ابھی ایک ایک بہت ہی انٹرسٹنگ آپ کو سٹوری بتاتا ہوں۔ اسی بلڈنگ کی۔ مجھے خود اس سے بہت لیسن ملا۔ بہت لیسن۔ یہ جو بلڈنگ جہاں آپ بیٹھے ہوئے ہیں، پھر نی</w:t>
      </w:r>
    </w:p>
    <w:p>
      <w:r>
        <w:rPr>
          <w:b/>
        </w:rPr>
        <w:t xml:space="preserve">[22:40] </w:t>
      </w:r>
      <w:r>
        <w:t>che jahan entrance hai, wahan par kuch seedhiyan hain, stairs.</w:t>
      </w:r>
    </w:p>
    <w:p>
      <w:pPr>
        <w:jc w:val="right"/>
      </w:pPr>
      <w:r>
        <w:t>چے جہاں انٹرنس ہے، وہاں پر کچھ سیڑھیاں ہیں، اسٹیئرز۔</w:t>
      </w:r>
    </w:p>
    <w:p>
      <w:r>
        <w:rPr>
          <w:b/>
        </w:rPr>
        <w:t xml:space="preserve">[22:43] </w:t>
      </w:r>
      <w:r>
        <w:t>jahan aap enter hote hain.</w:t>
      </w:r>
    </w:p>
    <w:p>
      <w:pPr>
        <w:jc w:val="right"/>
      </w:pPr>
      <w:r>
        <w:t>جہاں آپ انٹر ہوتے ہیں۔</w:t>
      </w:r>
    </w:p>
    <w:p>
      <w:r>
        <w:rPr>
          <w:b/>
        </w:rPr>
        <w:t xml:space="preserve">[22:47] </w:t>
      </w:r>
      <w:r>
        <w:t>to in seedhiyon par yeh ladke sab baithe rehte the. Musalman ladke.</w:t>
      </w:r>
    </w:p>
    <w:p>
      <w:pPr>
        <w:jc w:val="right"/>
      </w:pPr>
      <w:r>
        <w:t>تو ان سیڑھیوں پر یہ لڑکے سب بیٹھے رہتے تھے۔ مسلمان لڑکے۔</w:t>
      </w:r>
    </w:p>
    <w:p>
      <w:r>
        <w:rPr>
          <w:b/>
        </w:rPr>
        <w:t xml:space="preserve">[22:51] </w:t>
      </w:r>
      <w:r>
        <w:t>aap jante hain ke yahan par bohat se Musalman ladke hain jo parhte likhte hain nahi.</w:t>
      </w:r>
    </w:p>
    <w:p>
      <w:pPr>
        <w:jc w:val="right"/>
      </w:pPr>
      <w:r>
        <w:t>آپ جانتے ہیں کہ یہاں پر بہت سے مسلمان لڑکے ہیں جو پڑھتے لکھتے ہیں نہیں۔</w:t>
      </w:r>
    </w:p>
    <w:p>
      <w:r>
        <w:rPr>
          <w:b/>
        </w:rPr>
        <w:t xml:space="preserve">[22:55] </w:t>
      </w:r>
      <w:r>
        <w:t>idhar baithe, udhar baithe.</w:t>
      </w:r>
    </w:p>
    <w:p>
      <w:pPr>
        <w:jc w:val="right"/>
      </w:pPr>
      <w:r>
        <w:t>ادھر بیٹھے، ادھر بیٹھے۔</w:t>
      </w:r>
    </w:p>
    <w:p>
      <w:r>
        <w:rPr>
          <w:b/>
        </w:rPr>
        <w:t xml:space="preserve">[22:58] </w:t>
      </w:r>
      <w:r>
        <w:t>aur shor o ghul karte rehte hain.</w:t>
      </w:r>
    </w:p>
    <w:p>
      <w:pPr>
        <w:jc w:val="right"/>
      </w:pPr>
      <w:r>
        <w:t>اور شور و غل کرتے رہتے ہیں۔</w:t>
      </w:r>
    </w:p>
    <w:p>
      <w:r>
        <w:rPr>
          <w:b/>
        </w:rPr>
        <w:t xml:space="preserve">[23:02] </w:t>
      </w:r>
      <w:r>
        <w:t>to aise kuch ladke yahan ki seedhiyon par baithe raha karte the.</w:t>
      </w:r>
    </w:p>
    <w:p>
      <w:pPr>
        <w:jc w:val="right"/>
      </w:pPr>
      <w:r>
        <w:t>تو ایسے کچھ لڑکے یہاں کی سیڑھیوں پر بیٹھے رہا کرتے تھے۔</w:t>
      </w:r>
    </w:p>
    <w:p>
      <w:r>
        <w:rPr>
          <w:b/>
        </w:rPr>
        <w:t xml:space="preserve">[23:06] </w:t>
      </w:r>
      <w:r>
        <w:t>to aane jaane walon ke liye zahir</w:t>
      </w:r>
    </w:p>
    <w:p>
      <w:pPr>
        <w:jc w:val="right"/>
      </w:pPr>
      <w:r>
        <w:t>تو آنے جانے والوں کے لیے ظاہ</w:t>
      </w:r>
    </w:p>
    <w:p>
      <w:r>
        <w:rPr>
          <w:b/>
        </w:rPr>
        <w:t xml:space="preserve">[23:10] </w:t>
      </w:r>
      <w:r>
        <w:t>r hai ke woh problem thay.</w:t>
      </w:r>
    </w:p>
    <w:p>
      <w:pPr>
        <w:jc w:val="right"/>
      </w:pPr>
      <w:r>
        <w:t>ر ہے کہ وہ پرابلم تھے۔</w:t>
      </w:r>
    </w:p>
    <w:p>
      <w:r>
        <w:rPr>
          <w:b/>
        </w:rPr>
        <w:t xml:space="preserve">[23:14] </w:t>
      </w:r>
      <w:r>
        <w:t>jahan se unhein aana jana hai, wohin baithe hue hain woh.</w:t>
      </w:r>
    </w:p>
    <w:p>
      <w:pPr>
        <w:jc w:val="right"/>
      </w:pPr>
      <w:r>
        <w:t>جہاں سے انہیں آنا جانا ہے، وہیں بیٹھے ہوئے ہیں وہ۔</w:t>
      </w:r>
    </w:p>
    <w:p>
      <w:r>
        <w:rPr>
          <w:b/>
        </w:rPr>
        <w:t xml:space="preserve">[23:19] </w:t>
      </w:r>
      <w:r>
        <w:t>aur fazool bak bak kar rahe hain.</w:t>
      </w:r>
    </w:p>
    <w:p>
      <w:pPr>
        <w:jc w:val="right"/>
      </w:pPr>
      <w:r>
        <w:t>اور فضول بک بک کر رہے ہیں۔</w:t>
      </w:r>
    </w:p>
    <w:p>
      <w:r>
        <w:rPr>
          <w:b/>
        </w:rPr>
        <w:t xml:space="preserve">[23:23] </w:t>
      </w:r>
      <w:r>
        <w:t>to hamare saathi jo hain, Maulana Zikwan Nadvi, un ka bhi masla tha, un ko bhi aana jana parta hai.</w:t>
      </w:r>
    </w:p>
    <w:p>
      <w:pPr>
        <w:jc w:val="right"/>
      </w:pPr>
      <w:r>
        <w:t>تو ہمارے ساتھی جو ہیں، مولانا زکوان ندوی، ان کا بھی مسئلہ تھا، ان کو بھی آنا جانا پڑتا ہے۔</w:t>
      </w:r>
    </w:p>
    <w:p>
      <w:r>
        <w:rPr>
          <w:b/>
        </w:rPr>
        <w:t xml:space="preserve">[23:27] </w:t>
      </w:r>
      <w:r>
        <w:t>wohi ladke wahan par baithe rehte thay.</w:t>
      </w:r>
    </w:p>
    <w:p>
      <w:pPr>
        <w:jc w:val="right"/>
      </w:pPr>
      <w:r>
        <w:t>وہی لڑکے وہاں پر بیٹھے رہتے تھے۔</w:t>
      </w:r>
    </w:p>
    <w:p>
      <w:r>
        <w:rPr>
          <w:b/>
        </w:rPr>
        <w:t xml:space="preserve">[23:32] </w:t>
      </w:r>
      <w:r>
        <w:t>rozana ka qissa hota un ke liye.</w:t>
      </w:r>
    </w:p>
    <w:p>
      <w:pPr>
        <w:jc w:val="right"/>
      </w:pPr>
      <w:r>
        <w:t>روزانہ کا قصہ ہوتا ان کے لیے۔</w:t>
      </w:r>
    </w:p>
    <w:p>
      <w:r>
        <w:rPr>
          <w:b/>
        </w:rPr>
        <w:t xml:space="preserve">[23:36] </w:t>
      </w:r>
      <w:r>
        <w:t>to unhon ne ek bohat hi beautiful tareeqa ikhtiyar kiya.</w:t>
      </w:r>
    </w:p>
    <w:p>
      <w:pPr>
        <w:jc w:val="right"/>
      </w:pPr>
      <w:r>
        <w:t>تو انہوں نے ایک بہت ہی بیوٹی فل طریقہ اختیار کیا۔</w:t>
      </w:r>
    </w:p>
    <w:p>
      <w:r>
        <w:rPr>
          <w:b/>
        </w:rPr>
        <w:t xml:space="preserve">[23:41] </w:t>
      </w:r>
      <w:r>
        <w:t>yani is ko bhi main kahoon ke re-discovery.</w:t>
      </w:r>
    </w:p>
    <w:p>
      <w:pPr>
        <w:jc w:val="right"/>
      </w:pPr>
      <w:r>
        <w:t>یعنی اس کو بھی میں کہوں کہ ری ڈسکوری۔</w:t>
      </w:r>
    </w:p>
    <w:p>
      <w:r>
        <w:rPr>
          <w:b/>
        </w:rPr>
        <w:t xml:space="preserve">[23:45] </w:t>
      </w:r>
      <w:r>
        <w:t>yani phir se discover kiya ke is problem ko kaise solve kiya jaye.</w:t>
      </w:r>
    </w:p>
    <w:p>
      <w:pPr>
        <w:jc w:val="right"/>
      </w:pPr>
      <w:r>
        <w:t>یعنی پھر سے ڈسکور کیا کہ اس پرابلم کو کیسے سالو کیا جائے۔</w:t>
      </w:r>
    </w:p>
    <w:p>
      <w:r>
        <w:rPr>
          <w:b/>
        </w:rPr>
        <w:t xml:space="preserve">[23:49] </w:t>
      </w:r>
      <w:r>
        <w:t>ek aadmi woh hota hai ke daant par lagata hai, bhago bhago, yahan kahan baithe hue ho.</w:t>
      </w:r>
    </w:p>
    <w:p>
      <w:pPr>
        <w:jc w:val="right"/>
      </w:pPr>
      <w:r>
        <w:t>ایک آدمی وہ ہوتا ہے کہ ڈانٹر پر لگاتا ہے، بھاگو بھاگو، یہاں کہاں بیٹھے ہوئے ہو۔</w:t>
      </w:r>
    </w:p>
    <w:p>
      <w:r>
        <w:rPr>
          <w:b/>
        </w:rPr>
        <w:t xml:space="preserve">[23:52] </w:t>
      </w:r>
      <w:r>
        <w:t>ya police ko bulata hai.</w:t>
      </w:r>
    </w:p>
    <w:p>
      <w:pPr>
        <w:jc w:val="right"/>
      </w:pPr>
      <w:r>
        <w:t>یا پولیس کو بلاتا ہے۔</w:t>
      </w:r>
    </w:p>
    <w:p>
      <w:r>
        <w:rPr>
          <w:b/>
        </w:rPr>
        <w:t xml:space="preserve">[23:56] </w:t>
      </w:r>
      <w:r>
        <w:t>kuch bhi shor o ghul machata hai.</w:t>
      </w:r>
    </w:p>
    <w:p>
      <w:pPr>
        <w:jc w:val="right"/>
      </w:pPr>
      <w:r>
        <w:t>کچھ بھی شور و غل مچاتا ہے۔</w:t>
      </w:r>
    </w:p>
    <w:p>
      <w:r>
        <w:rPr>
          <w:b/>
        </w:rPr>
        <w:t xml:space="preserve">[24:00] </w:t>
      </w:r>
      <w:r>
        <w:t>ek tareeqa yeh hota hai.</w:t>
      </w:r>
    </w:p>
    <w:p>
      <w:pPr>
        <w:jc w:val="right"/>
      </w:pPr>
      <w:r>
        <w:t>ایک طریقہ یہ ہوتا ہے۔</w:t>
      </w:r>
    </w:p>
    <w:p>
      <w:r>
        <w:rPr>
          <w:b/>
        </w:rPr>
        <w:t xml:space="preserve">[24:04] </w:t>
      </w:r>
      <w:r>
        <w:t>lekin unhon ne phir se socha ke is situation mein is ka solution kya hai.</w:t>
      </w:r>
    </w:p>
    <w:p>
      <w:pPr>
        <w:jc w:val="right"/>
      </w:pPr>
      <w:r>
        <w:t>لیکن انہوں نے پھر سے سوچا کہ اس سچویشن میں اس کا سلوشن کیا ہے۔</w:t>
      </w:r>
    </w:p>
    <w:p>
      <w:r>
        <w:rPr>
          <w:b/>
        </w:rPr>
        <w:t xml:space="preserve">[24:08] </w:t>
      </w:r>
      <w:r>
        <w:t>to is mein aap ko ek clue milta hai har jagah.</w:t>
      </w:r>
    </w:p>
    <w:p>
      <w:pPr>
        <w:jc w:val="right"/>
      </w:pPr>
      <w:r>
        <w:t>تو اس میں آپ کو ایک کلو ملتا ہے ہر جگہ۔</w:t>
      </w:r>
    </w:p>
    <w:p>
      <w:r>
        <w:rPr>
          <w:b/>
        </w:rPr>
        <w:t xml:space="preserve">[24:12] </w:t>
      </w:r>
      <w:r>
        <w:t>is baat ko yaad rakhiye ke har problem ke sath ek clue hota hai, clue.</w:t>
      </w:r>
    </w:p>
    <w:p>
      <w:pPr>
        <w:jc w:val="right"/>
      </w:pPr>
      <w:r>
        <w:t>اس بات کو یاد رکھیے کہ ہر پرابلم کے ساتھ ایک کلو ہوتا ہے، کلو۔</w:t>
      </w:r>
    </w:p>
    <w:p>
      <w:r>
        <w:rPr>
          <w:b/>
        </w:rPr>
        <w:t xml:space="preserve">[24:18] </w:t>
      </w:r>
      <w:r>
        <w:t>jo aap ko batata hai ke solution kya hai is ka.</w:t>
      </w:r>
    </w:p>
    <w:p>
      <w:pPr>
        <w:jc w:val="right"/>
      </w:pPr>
      <w:r>
        <w:t>جو آپ کو بتاتا ہے کہ سلوشن کیا ہے اس کا۔</w:t>
      </w:r>
    </w:p>
    <w:p>
      <w:r>
        <w:rPr>
          <w:b/>
        </w:rPr>
        <w:t xml:space="preserve">[24:24] </w:t>
      </w:r>
      <w:r>
        <w:t>yeh bohat hi important nuqta hai ke har problem ke sath ek clue hota hai. ek suraakh.</w:t>
      </w:r>
    </w:p>
    <w:p>
      <w:pPr>
        <w:jc w:val="right"/>
      </w:pPr>
      <w:r>
        <w:t>یہ بہت ہی امپورٹنٹ نقطہ ہے کہ ہر پرابلم کے ساتھ ایک کلو ہوتا ہے۔ ایک سوراخ۔</w:t>
      </w:r>
    </w:p>
    <w:p>
      <w:r>
        <w:rPr>
          <w:b/>
        </w:rPr>
        <w:t xml:space="preserve">[24:30] </w:t>
      </w:r>
      <w:r>
        <w:t>jo aap ko batata hai ke is ka solution kya hai.</w:t>
      </w:r>
    </w:p>
    <w:p>
      <w:pPr>
        <w:jc w:val="right"/>
      </w:pPr>
      <w:r>
        <w:t>جو آپ کو بتاتا ہے کہ اس کا سلوشن کیا ہے۔</w:t>
      </w:r>
    </w:p>
    <w:p>
      <w:r>
        <w:rPr>
          <w:b/>
        </w:rPr>
        <w:t xml:space="preserve">[24:36] </w:t>
      </w:r>
      <w:r>
        <w:t>to is clue ko aap kab jaan payenge? jab aap ghussa na hon.</w:t>
      </w:r>
    </w:p>
    <w:p>
      <w:pPr>
        <w:jc w:val="right"/>
      </w:pPr>
      <w:r>
        <w:t>تو اس کلو کو آپ کب جان پائیں گے؟ جب آپ غصہ نہ ہوں۔</w:t>
      </w:r>
    </w:p>
    <w:p>
      <w:r>
        <w:rPr>
          <w:b/>
        </w:rPr>
        <w:t xml:space="preserve">[24:42] </w:t>
      </w:r>
      <w:r>
        <w:t>mo'tadil tareeqay par aap rahen.</w:t>
      </w:r>
    </w:p>
    <w:p>
      <w:pPr>
        <w:jc w:val="right"/>
      </w:pPr>
      <w:r>
        <w:t>معتدل طریقے پر آپ رہیں۔</w:t>
      </w:r>
    </w:p>
    <w:p>
      <w:r>
        <w:rPr>
          <w:b/>
        </w:rPr>
        <w:t xml:space="preserve">[24:46] </w:t>
      </w:r>
      <w:r>
        <w:t>aap ka dimagh jo hai bilkul hi normal tareeqay par soche.</w:t>
      </w:r>
    </w:p>
    <w:p>
      <w:pPr>
        <w:jc w:val="right"/>
      </w:pPr>
      <w:r>
        <w:t>آپ کا دماغ جو ہے بالکل ہی نارمل طریقے پر سوچے۔</w:t>
      </w:r>
    </w:p>
    <w:p>
      <w:r>
        <w:rPr>
          <w:b/>
        </w:rPr>
        <w:t xml:space="preserve">[24:50] </w:t>
      </w:r>
      <w:r>
        <w:t>tab is clue ko aap daryaft kar payenge.</w:t>
      </w:r>
    </w:p>
    <w:p>
      <w:pPr>
        <w:jc w:val="right"/>
      </w:pPr>
      <w:r>
        <w:t>تب اس کلو کو آپ دریافت کر پائیں گے۔</w:t>
      </w:r>
    </w:p>
    <w:p>
      <w:r>
        <w:rPr>
          <w:b/>
        </w:rPr>
        <w:t xml:space="preserve">[24:55] </w:t>
      </w:r>
      <w:r>
        <w:t>yahan par jo bachche ladke baithe thay, wahan clue kya tha? woh salam karte thay.</w:t>
      </w:r>
    </w:p>
    <w:p>
      <w:pPr>
        <w:jc w:val="right"/>
      </w:pPr>
      <w:r>
        <w:t>یہاں پر جو بچے لڑکے بیٹھتے تھے، وہاں کلو کیا تھا؟ وہ سلام کرتے تھے۔</w:t>
      </w:r>
    </w:p>
    <w:p>
      <w:r>
        <w:rPr>
          <w:b/>
        </w:rPr>
        <w:t xml:space="preserve">[24:59] </w:t>
      </w:r>
      <w:r>
        <w:t>jab woh aaye, Maulana Zikwan sahab jab aate thay to woh to salam karte thay. Assalam o Alaikum.</w:t>
      </w:r>
    </w:p>
    <w:p>
      <w:pPr>
        <w:jc w:val="right"/>
      </w:pPr>
      <w:r>
        <w:t>جب وہ آئے، مولانا زکوان صاحب جب آتے تھے تو وہ تو سلام کرتے تھے۔ السلام علیکم۔</w:t>
      </w:r>
    </w:p>
    <w:p>
      <w:r>
        <w:rPr>
          <w:b/>
        </w:rPr>
        <w:t xml:space="preserve">[25:03] </w:t>
      </w:r>
      <w:r>
        <w:t>yani the wohi khilari aur shor o ghal machane wale ladke.</w:t>
      </w:r>
    </w:p>
    <w:p>
      <w:pPr>
        <w:jc w:val="right"/>
      </w:pPr>
      <w:r>
        <w:t>یعنی تھے وہی کھلاڑی اور شور و غل مچانے والے لڑکے۔</w:t>
      </w:r>
    </w:p>
    <w:p>
      <w:r>
        <w:rPr>
          <w:b/>
        </w:rPr>
        <w:t xml:space="preserve">[25:08] </w:t>
      </w:r>
      <w:r>
        <w:t>lekin ek culture hai musalmanon mein assalam o alaikum kehne ka</w:t>
      </w:r>
    </w:p>
    <w:p>
      <w:pPr>
        <w:jc w:val="right"/>
      </w:pPr>
      <w:r>
        <w:t>لیکن ایک کلچر ہے مسلمانوں میں السلام علیکم کہنے کا</w:t>
      </w:r>
    </w:p>
    <w:p>
      <w:r>
        <w:rPr>
          <w:b/>
        </w:rPr>
        <w:t xml:space="preserve">[25:12] </w:t>
      </w:r>
      <w:r>
        <w:t>. to woh kehte the. yahan par unhein clue mila. yeh Assalam o Alaikum. to unhon ne bahut hi narmi ke sath in bachchon se kaha ke tum rozana hum ko Assalam o Alaikum kehte ho. yeh jante ho ke is ka matlab kya hai? Assalam o Alaikum ka matlab kya hai? yeh jante ho? ab woh zahar hai ke woh sunne ke mood mein ho gaye. woh sun</w:t>
      </w:r>
    </w:p>
    <w:p>
      <w:pPr>
        <w:jc w:val="right"/>
      </w:pPr>
      <w:r>
        <w:t>۔ تو وہ کہتے تھے۔ یہاں پر انہیں کلو ملا۔ یہ السلام علیکم۔ تو انہوں نے بہت ہی نرمی کے ساتھ ان بچوں سے کہا کہ تم روزانہ ہم کو السلام علیکم کہتے ہو۔ یہ جانتے ہو کہ اس کا مطلب کیا ہے؟ السلام علیکم کا مطلب کیا ہے؟ یہ جانتے ہو؟ اب وہ ظاہر ہے کہ وہ سننے کے موڈ میں ہو گئے۔ وہ سن</w:t>
      </w:r>
    </w:p>
    <w:p>
      <w:r>
        <w:rPr>
          <w:b/>
        </w:rPr>
        <w:t xml:space="preserve">[25:42] </w:t>
      </w:r>
      <w:r>
        <w:t>ne ke mood mein ho gaye.</w:t>
      </w:r>
    </w:p>
    <w:p>
      <w:pPr>
        <w:jc w:val="right"/>
      </w:pPr>
      <w:r>
        <w:t>نے کے موڈ میں ہو گئے۔</w:t>
      </w:r>
    </w:p>
    <w:p>
      <w:r>
        <w:rPr>
          <w:b/>
        </w:rPr>
        <w:t xml:space="preserve">[25:47] </w:t>
      </w:r>
      <w:r>
        <w:t>to unhon ne bataya ke dekho yeh assalam o alaikum jo hai, yeh arabi ka jumla hai.</w:t>
      </w:r>
    </w:p>
    <w:p>
      <w:pPr>
        <w:jc w:val="right"/>
      </w:pPr>
      <w:r>
        <w:t>تو انہوں نے بتایا کہ دیکھو یہ السلام علیکم جو ہے، یہ عربی کا جملہ ہے۔</w:t>
      </w:r>
    </w:p>
    <w:p>
      <w:r>
        <w:rPr>
          <w:b/>
        </w:rPr>
        <w:t xml:space="preserve">[25:52] </w:t>
      </w:r>
      <w:r>
        <w:t>iska matlab hai salamti ho tumhare upar.</w:t>
      </w:r>
    </w:p>
    <w:p>
      <w:pPr>
        <w:jc w:val="right"/>
      </w:pPr>
      <w:r>
        <w:t>اس کا مطلب ہے سلامتی ہو تمہارے اوپر۔</w:t>
      </w:r>
    </w:p>
    <w:p>
      <w:r>
        <w:rPr>
          <w:b/>
        </w:rPr>
        <w:t xml:space="preserve">[25:58] </w:t>
      </w:r>
      <w:r>
        <w:t>yani peace be upon you.</w:t>
      </w:r>
    </w:p>
    <w:p>
      <w:pPr>
        <w:jc w:val="right"/>
      </w:pPr>
      <w:r>
        <w:t>یعنی پیس بی اپان یو۔</w:t>
      </w:r>
    </w:p>
    <w:p>
      <w:r>
        <w:rPr>
          <w:b/>
        </w:rPr>
        <w:t xml:space="preserve">[26:03] </w:t>
      </w:r>
      <w:r>
        <w:t>peace be upon you.</w:t>
      </w:r>
    </w:p>
    <w:p>
      <w:pPr>
        <w:jc w:val="right"/>
      </w:pPr>
      <w:r>
        <w:t>پیس بی اپان یو۔</w:t>
      </w:r>
    </w:p>
    <w:p>
      <w:r>
        <w:rPr>
          <w:b/>
        </w:rPr>
        <w:t xml:space="preserve">[26:08] </w:t>
      </w:r>
      <w:r>
        <w:t>تو آپ سوچو تم کہ تم کہتے رہے ہو کہ peace be upon you.</w:t>
      </w:r>
    </w:p>
    <w:p>
      <w:pPr>
        <w:jc w:val="right"/>
      </w:pPr>
      <w:r>
        <w:t>تو آپ سوچو تم کہ تم کہتے رہے ہو کہ پیس بی اپان یو۔</w:t>
      </w:r>
    </w:p>
    <w:p>
      <w:r>
        <w:rPr>
          <w:b/>
        </w:rPr>
        <w:t xml:space="preserve">[26:13] </w:t>
      </w:r>
      <w:r>
        <w:t>aur kya kar rahe ho? notions create kar rahe ho. jab aap kehte hain ke peace be upon you to is mein bahut sari cheezen shamil rehti hain. to unhon ne bataya ke ek aalim ne is ko is tarah se bataya hai ke Assalam o Alaikum kehne ka matlab kya hai? anta aaminun minni, anta aaminun minni. yaani tum mujh se mehfooz ho, tum mujh se safe ho. tum ko mujh se</w:t>
      </w:r>
    </w:p>
    <w:p>
      <w:pPr>
        <w:jc w:val="right"/>
      </w:pPr>
      <w:r>
        <w:t>اور کیا کر رہے ہو؟ نوشنز کریٹ کر رہے ہو۔ جب آپ کہتے ہیں کہ پیس بی اپان یو تو اس میں بہت ساری چیزیں شامل رہتی ہیں۔ تو انہوں نے بتایا کہ ایک عالم نے اس کو اس طرح سے بتایا ہے کہ السلام علیکم کہنے کا مطلب کیا ہے؟ انت آمن منی، انت آمن منی۔ یعنی تم مجھ سے محفوظ ہو، تم مجھ سے سیف ہو۔ تم کو مجھ سے</w:t>
      </w:r>
    </w:p>
    <w:p>
      <w:r>
        <w:rPr>
          <w:b/>
        </w:rPr>
        <w:t xml:space="preserve">[26:43] </w:t>
      </w:r>
      <w:r>
        <w:t>ko'i khatra nahi. yeh matlab hai is ka. to jab aap yeh kehte hain ke Assalam o Alaikum to aap yeh keh rahe hote hain ke mujh se aap ko koi khatra nahi. main aap ko koi problem banunga nahi. main aap ko pareshan nahi karunga. mujh se aap ko koi dikkat nahi pesh aayegi. yeh sab keh rahe hote hain aap. aur practically kya karte hain? ke problem cre</w:t>
      </w:r>
    </w:p>
    <w:p>
      <w:pPr>
        <w:jc w:val="right"/>
      </w:pPr>
      <w:r>
        <w:t>کوئی خطرہ نہیں۔ یہ مطلب ہے اس کا۔ تو جب آپ یہ کہتے ہیں کہ السلام علیکم تو آپ یہ کہہ رہے ہوتے ہیں کہ مجھ سے آپ کو کوئی خطرہ نہیں۔ میں آپ کو کوئی پرابلم بنوں گا نہیں۔ میں آپ کو پریشان نہیں کروں گا۔ مجھ سے آپ کو کوئی دقت نہیں پیش آئے گی۔ یہ سب کہہ رہے ہوتے ہیں آپ۔ اور پریکٹیکلی کیا کرتے ہیں؟ کہ پرابلم کری</w:t>
      </w:r>
    </w:p>
    <w:p>
      <w:r>
        <w:rPr>
          <w:b/>
        </w:rPr>
        <w:t xml:space="preserve">[27:13] </w:t>
      </w:r>
      <w:r>
        <w:t>ٹ کی ہوئی ہیں، notions کریٹ کی ہوئی ہیں۔</w:t>
      </w:r>
    </w:p>
    <w:p>
      <w:pPr>
        <w:jc w:val="right"/>
      </w:pPr>
      <w:r>
        <w:t>ٹ کی ہوئی ہیں، نوشنز کریٹ کی ہوئی ہیں۔</w:t>
      </w:r>
    </w:p>
    <w:p>
      <w:r>
        <w:rPr>
          <w:b/>
        </w:rPr>
        <w:t xml:space="preserve">[27:19] </w:t>
      </w:r>
      <w:r>
        <w:t>ab dekhiye aap ek baat samajh lijiye aap.</w:t>
      </w:r>
    </w:p>
    <w:p>
      <w:pPr>
        <w:jc w:val="right"/>
      </w:pPr>
      <w:r>
        <w:t>اب دیکھیے آپ ایک بات سمجھ لیجیے آپ۔</w:t>
      </w:r>
    </w:p>
    <w:p>
      <w:r>
        <w:rPr>
          <w:b/>
        </w:rPr>
        <w:t xml:space="preserve">[27:25] </w:t>
      </w:r>
      <w:r>
        <w:t>ke jab bhi aap kisi ko ghusse mein baat kahein to kya hoga? woh react karega.</w:t>
      </w:r>
    </w:p>
    <w:p>
      <w:pPr>
        <w:jc w:val="right"/>
      </w:pPr>
      <w:r>
        <w:t>کہ جب بھی آپ کسی کو غصے میں بات کہیں تو کیا ہوگا؟ وہ ری ایکٹ کرے گا۔</w:t>
      </w:r>
    </w:p>
    <w:p>
      <w:r>
        <w:rPr>
          <w:b/>
        </w:rPr>
        <w:t xml:space="preserve">[27:31] </w:t>
      </w:r>
      <w:r>
        <w:t>ghussa aadmi ko provoke karta hai.</w:t>
      </w:r>
    </w:p>
    <w:p>
      <w:pPr>
        <w:jc w:val="right"/>
      </w:pPr>
      <w:r>
        <w:t>غصہ آدمی کو پرووک کرتا ہے۔</w:t>
      </w:r>
    </w:p>
    <w:p>
      <w:r>
        <w:rPr>
          <w:b/>
        </w:rPr>
        <w:t xml:space="preserve">[27:37] </w:t>
      </w:r>
      <w:r>
        <w:t>jab provoke ho jaye ga aadmi to woh react karega.</w:t>
      </w:r>
    </w:p>
    <w:p>
      <w:pPr>
        <w:jc w:val="right"/>
      </w:pPr>
      <w:r>
        <w:t>جب پرووک ہو جائے گا آدمی تو وہ ری ایکٹ کرے گا۔</w:t>
      </w:r>
    </w:p>
    <w:p>
      <w:r>
        <w:rPr>
          <w:b/>
        </w:rPr>
        <w:t xml:space="preserve">[27:43] </w:t>
      </w:r>
      <w:r>
        <w:t>to ek hai baat ko kehna ghusse se.</w:t>
      </w:r>
    </w:p>
    <w:p>
      <w:pPr>
        <w:jc w:val="right"/>
      </w:pPr>
      <w:r>
        <w:t>تو ایک ہے بات کو کہنا غصے سے۔</w:t>
      </w:r>
    </w:p>
    <w:p>
      <w:r>
        <w:rPr>
          <w:b/>
        </w:rPr>
        <w:t xml:space="preserve">[27:48] </w:t>
      </w:r>
      <w:r>
        <w:t>ghussa hamesha yaad rakhiye negative reaction lata hai.</w:t>
      </w:r>
    </w:p>
    <w:p>
      <w:pPr>
        <w:jc w:val="right"/>
      </w:pPr>
      <w:r>
        <w:t>غصہ ہمیشہ یاد رکھیے نیگیٹیو ری ایکشن لاتا ہے۔</w:t>
      </w:r>
    </w:p>
    <w:p>
      <w:r>
        <w:rPr>
          <w:b/>
        </w:rPr>
        <w:t xml:space="preserve">[27:54] </w:t>
      </w:r>
      <w:r>
        <w:t>ghussa kabhi bhi positive reaction nahi la sakta hai.</w:t>
      </w:r>
    </w:p>
    <w:p>
      <w:pPr>
        <w:jc w:val="right"/>
      </w:pPr>
      <w:r>
        <w:t>غصہ کبھی بھی پازیٹیو ری ایکشن نہیں لا سکتا ہے۔</w:t>
      </w:r>
    </w:p>
    <w:p>
      <w:r>
        <w:rPr>
          <w:b/>
        </w:rPr>
        <w:t xml:space="preserve">[27:59] </w:t>
      </w:r>
      <w:r>
        <w:t>to unhon ne ghusse mein nahi kaha, daant dapt ke nahi kaha.</w:t>
      </w:r>
    </w:p>
    <w:p>
      <w:pPr>
        <w:jc w:val="right"/>
      </w:pPr>
      <w:r>
        <w:t>تو انہوں نے غصے میں نہیں کہا، ڈانٹ ڈبٹ کے نہیں کہا۔</w:t>
      </w:r>
    </w:p>
    <w:p>
      <w:r>
        <w:rPr>
          <w:b/>
        </w:rPr>
        <w:t xml:space="preserve">[28:04] </w:t>
      </w:r>
      <w:r>
        <w:t>yeh nahi kaha ke tum bade shaitan tum log ho, yahan aa kar shor macha rahe ho.</w:t>
      </w:r>
    </w:p>
    <w:p>
      <w:pPr>
        <w:jc w:val="right"/>
      </w:pPr>
      <w:r>
        <w:t>یہ نہیں کہا کہ تم بڑے شیطان تم لوگ ہو، یہاں آ کر شور مچا رہے ہو۔</w:t>
      </w:r>
    </w:p>
    <w:p>
      <w:r>
        <w:rPr>
          <w:b/>
        </w:rPr>
        <w:t xml:space="preserve">[28:10] </w:t>
      </w:r>
      <w:r>
        <w:t>balkeh narmi se kaha.</w:t>
      </w:r>
    </w:p>
    <w:p>
      <w:pPr>
        <w:jc w:val="right"/>
      </w:pPr>
      <w:r>
        <w:t>بلکہ نرمی سے کہا۔</w:t>
      </w:r>
    </w:p>
    <w:p>
      <w:r>
        <w:rPr>
          <w:b/>
        </w:rPr>
        <w:t xml:space="preserve">[28:15] </w:t>
      </w:r>
      <w:r>
        <w:t>aur woh baat kahi jo unhi ki zuban se ada hui thi, Assalam o Alaikum. usi ko le kar unhon ne samjhaya. to unhon ne bataya ke woh sab bahut, yaani un ko repentance aa gaya. sharmindagi aa gayi. yaad rakhiye ghussa se aadmi provoke hota hai. repentance nahi aata is ke andar. ehsas sharmindagi nahi aati is ke andar. lekin jab aap nar</w:t>
      </w:r>
    </w:p>
    <w:p>
      <w:pPr>
        <w:jc w:val="right"/>
      </w:pPr>
      <w:r>
        <w:t>اور وہ بات کہی جو انہی کی زبان سے ادا ہوئی تھی، السلام علیکم۔ اسی کو لے کر انہوں نے سمجھایا۔ تو انہوں نے بتایا کہ وہ سب بہت، یعنی ان کو ریپینٹنس آ گیا۔ شرمندگی آ گئی۔ یاد رکھیے غصہ سے آدمی پرووک ہوتا ہے۔ ریپینٹنس نہیں آتا اس کے اندر۔ احساس شرمندگی نہیں آتی اس کے اندر۔ لیکن جب آپ نر</w:t>
      </w:r>
    </w:p>
    <w:p>
      <w:r>
        <w:rPr>
          <w:b/>
        </w:rPr>
        <w:t xml:space="preserve">[28:45] </w:t>
      </w:r>
      <w:r>
        <w:t>می سے سمجھائیں گے، ٹھنڈے طریقے سے سمجھائیں گے تو اس کے consciousness کو آپ address کریں گے۔</w:t>
      </w:r>
    </w:p>
    <w:p>
      <w:pPr>
        <w:jc w:val="right"/>
      </w:pPr>
      <w:r>
        <w:t>می سے سمجھائیں گے، ٹھنڈے طریقے سے سمجھائیں گے تو اس کے کانشیسنس کو آپ ایڈریس کریں گے۔</w:t>
      </w:r>
    </w:p>
    <w:p>
      <w:r>
        <w:rPr>
          <w:b/>
        </w:rPr>
        <w:t xml:space="preserve">[28:51] </w:t>
      </w:r>
      <w:r>
        <w:t>dekhiye ghussa jo hai ego ko address karta hai.</w:t>
      </w:r>
    </w:p>
    <w:p>
      <w:pPr>
        <w:jc w:val="right"/>
      </w:pPr>
      <w:r>
        <w:t>دیکھیے غصہ جو ہے ایگو کو ایڈریس کرتا ہے۔</w:t>
      </w:r>
    </w:p>
    <w:p>
      <w:r>
        <w:rPr>
          <w:b/>
        </w:rPr>
        <w:t xml:space="preserve">[28:57] </w:t>
      </w:r>
      <w:r>
        <w:t>ghussa hamesha ego ko address karta hai.</w:t>
      </w:r>
    </w:p>
    <w:p>
      <w:pPr>
        <w:jc w:val="right"/>
      </w:pPr>
      <w:r>
        <w:t>غصہ ہمیشہ ایگو کو ایڈریس کرتا ہے۔</w:t>
      </w:r>
    </w:p>
    <w:p>
      <w:r>
        <w:rPr>
          <w:b/>
        </w:rPr>
        <w:t xml:space="preserve">[29:03] </w:t>
      </w:r>
      <w:r>
        <w:t>aur naram bol hamesha consciousness ko address karta hai.</w:t>
      </w:r>
    </w:p>
    <w:p>
      <w:pPr>
        <w:jc w:val="right"/>
      </w:pPr>
      <w:r>
        <w:t>اور نرم بول ہمیشہ کانشیسنس کو ایڈریس کرتا ہے۔</w:t>
      </w:r>
    </w:p>
    <w:p>
      <w:r>
        <w:rPr>
          <w:b/>
        </w:rPr>
        <w:t xml:space="preserve">[29:09] </w:t>
      </w:r>
      <w:r>
        <w:t>to jab ego ko aap address karenge to zahir hai ke aap ko usi ke mut</w:t>
      </w:r>
    </w:p>
    <w:p>
      <w:pPr>
        <w:jc w:val="right"/>
      </w:pPr>
      <w:r>
        <w:t>تو جب ایگو کو آپ ایڈریس کریں گے تو ظاہر ہے کہ آپ کو اسی کے مط</w:t>
      </w:r>
    </w:p>
    <w:p>
      <w:r>
        <w:rPr>
          <w:b/>
        </w:rPr>
        <w:t xml:space="preserve">[29:15] </w:t>
      </w:r>
      <w:r>
        <w:t>abaq jawab milega.</w:t>
      </w:r>
    </w:p>
    <w:p>
      <w:pPr>
        <w:jc w:val="right"/>
      </w:pPr>
      <w:r>
        <w:t>ابق جواب ملے گا۔</w:t>
      </w:r>
    </w:p>
    <w:p>
      <w:r>
        <w:rPr>
          <w:b/>
        </w:rPr>
        <w:t xml:space="preserve">[29:19] </w:t>
      </w:r>
      <w:r>
        <w:t>aur jab aap consciousness ko address karenge to phir us ke mutabiq aap ko jawab milega.</w:t>
      </w:r>
    </w:p>
    <w:p>
      <w:pPr>
        <w:jc w:val="right"/>
      </w:pPr>
      <w:r>
        <w:t>اور جب آپ کانشیسنس کو ایڈریس کریں گے تو پھر اس کے مطابق آپ کو جواب ملے گا۔</w:t>
      </w:r>
    </w:p>
    <w:p>
      <w:r>
        <w:rPr>
          <w:b/>
        </w:rPr>
        <w:t xml:space="preserve">[29:24] </w:t>
      </w:r>
      <w:r>
        <w:t>chunanche woh ladkon ko sharmindagi hui.</w:t>
      </w:r>
    </w:p>
    <w:p>
      <w:pPr>
        <w:jc w:val="right"/>
      </w:pPr>
      <w:r>
        <w:t>چنانچہ وہ لڑکوں کو شرمندگی ہوئی۔</w:t>
      </w:r>
    </w:p>
    <w:p>
      <w:r>
        <w:rPr>
          <w:b/>
        </w:rPr>
        <w:t xml:space="preserve">[29:28] </w:t>
      </w:r>
      <w:r>
        <w:t>aur unhon ne maafi mangi.</w:t>
      </w:r>
    </w:p>
    <w:p>
      <w:pPr>
        <w:jc w:val="right"/>
      </w:pPr>
      <w:r>
        <w:t>اور انہوں نے معافی مانگی۔</w:t>
      </w:r>
    </w:p>
    <w:p>
      <w:r>
        <w:rPr>
          <w:b/>
        </w:rPr>
        <w:t xml:space="preserve">[29:32] </w:t>
      </w:r>
      <w:r>
        <w:t>aur wahan baithna chhod diya.</w:t>
      </w:r>
    </w:p>
    <w:p>
      <w:pPr>
        <w:jc w:val="right"/>
      </w:pPr>
      <w:r>
        <w:t>اور وہاں بیٹھنا چھوڑ دیا۔</w:t>
      </w:r>
    </w:p>
    <w:p>
      <w:r>
        <w:rPr>
          <w:b/>
        </w:rPr>
        <w:t xml:space="preserve">[29:37] </w:t>
      </w:r>
      <w:r>
        <w:t>rasta saaf ho gaya.</w:t>
      </w:r>
    </w:p>
    <w:p>
      <w:pPr>
        <w:jc w:val="right"/>
      </w:pPr>
      <w:r>
        <w:t>راستہ صاف ہو گیا۔</w:t>
      </w:r>
    </w:p>
    <w:p>
      <w:r>
        <w:rPr>
          <w:b/>
        </w:rPr>
        <w:t xml:space="preserve">[29:41] </w:t>
      </w:r>
      <w:r>
        <w:t>to yeh dekhiye, yaani spiritual tree</w:t>
      </w:r>
    </w:p>
    <w:p>
      <w:pPr>
        <w:jc w:val="right"/>
      </w:pPr>
      <w:r>
        <w:t>تو یہ دیکھیے، یعنی اسپرچول ٹری</w:t>
      </w:r>
    </w:p>
    <w:p>
      <w:r>
        <w:rPr>
          <w:b/>
        </w:rPr>
        <w:t xml:space="preserve">[29:45] </w:t>
      </w:r>
      <w:r>
        <w:t>mein mujhe sari cheezein milti chali gayeen.</w:t>
      </w:r>
    </w:p>
    <w:p>
      <w:pPr>
        <w:jc w:val="right"/>
      </w:pPr>
      <w:r>
        <w:t>میں مجھے ساری چیزیں ملتی چلی گئیں۔</w:t>
      </w:r>
    </w:p>
    <w:p>
      <w:r>
        <w:rPr>
          <w:b/>
        </w:rPr>
        <w:t xml:space="preserve">[29:51] </w:t>
      </w:r>
      <w:r>
        <w:t>yaani har end ke baad nayi beginning hai.</w:t>
      </w:r>
    </w:p>
    <w:p>
      <w:pPr>
        <w:jc w:val="right"/>
      </w:pPr>
      <w:r>
        <w:t>یعنی ہر اینڈ کے بعد نئی بگننگ ہے۔</w:t>
      </w:r>
    </w:p>
    <w:p>
      <w:r>
        <w:rPr>
          <w:b/>
        </w:rPr>
        <w:t xml:space="preserve">[29:57] </w:t>
      </w:r>
      <w:r>
        <w:t>har end ke baad nayi beginning hai.</w:t>
      </w:r>
    </w:p>
    <w:p>
      <w:pPr>
        <w:jc w:val="right"/>
      </w:pPr>
      <w:r>
        <w:t>ہر اینڈ کے بعد نئی بگننگ ہے۔</w:t>
      </w:r>
    </w:p>
    <w:p>
      <w:r>
        <w:rPr>
          <w:b/>
        </w:rPr>
        <w:t xml:space="preserve">[30:03] </w:t>
      </w:r>
      <w:r>
        <w:t>har problem ke baad ek naya solution hai.</w:t>
      </w:r>
    </w:p>
    <w:p>
      <w:pPr>
        <w:jc w:val="right"/>
      </w:pPr>
      <w:r>
        <w:t>ہر پرابلم کے بعد ایک نیا سلوشن ہے۔</w:t>
      </w:r>
    </w:p>
    <w:p>
      <w:r>
        <w:rPr>
          <w:b/>
        </w:rPr>
        <w:t xml:space="preserve">[30:08] </w:t>
      </w:r>
      <w:r>
        <w:t>har sookhe ke baad ek naya hara bhara mahol hai.</w:t>
      </w:r>
    </w:p>
    <w:p>
      <w:pPr>
        <w:jc w:val="right"/>
      </w:pPr>
      <w:r>
        <w:t>ہر سوکھے کے بعد ایک نیا ہرا بھرا ماحول ہے۔</w:t>
      </w:r>
    </w:p>
    <w:p>
      <w:r>
        <w:rPr>
          <w:b/>
        </w:rPr>
        <w:t xml:space="preserve">[30:14] </w:t>
      </w:r>
      <w:r>
        <w:t>to agar aap sochein</w:t>
      </w:r>
    </w:p>
    <w:p>
      <w:pPr>
        <w:jc w:val="right"/>
      </w:pPr>
      <w:r>
        <w:t>تو اگر آپ سوچیں</w:t>
      </w:r>
    </w:p>
    <w:p>
      <w:r>
        <w:rPr>
          <w:b/>
        </w:rPr>
        <w:t xml:space="preserve">[30:20] </w:t>
      </w:r>
      <w:r>
        <w:t>to har zarre mein, har tinke mein aap ko sabak milta chala jayega.</w:t>
      </w:r>
    </w:p>
    <w:p>
      <w:pPr>
        <w:jc w:val="right"/>
      </w:pPr>
      <w:r>
        <w:t>تو ہر ذرے میں، ہر تنکے میں آپ کو سبق ملتا چلا جائے گا۔</w:t>
      </w:r>
    </w:p>
    <w:p>
      <w:r>
        <w:rPr>
          <w:b/>
        </w:rPr>
        <w:t xml:space="preserve">[30:30] </w:t>
      </w:r>
      <w:r>
        <w:t>kisi shayar ne kaha hai ke "barg-e-darakhtaan-e-sabz dar nazar-e-hushyar har warq daftar-e-ma'rifat-e-kirdgar".</w:t>
      </w:r>
    </w:p>
    <w:p>
      <w:pPr>
        <w:jc w:val="right"/>
      </w:pPr>
      <w:r>
        <w:t>کسی شاعر نے کہا ہے کہ "برگ درختان سبز در نظر ہوشیار ہر ورق دفترست معرفت کردگار"۔</w:t>
      </w:r>
    </w:p>
    <w:p>
      <w:r>
        <w:rPr>
          <w:b/>
        </w:rPr>
        <w:t xml:space="preserve">[30:40] </w:t>
      </w:r>
      <w:r>
        <w:t>yaani jo hara bhara drakht hota hai, us ke har patte mein wisdom hoti hai, wisdom. Lekin wis</w:t>
      </w:r>
    </w:p>
    <w:p>
      <w:pPr>
        <w:jc w:val="right"/>
      </w:pPr>
      <w:r>
        <w:t>یعنی جو ہرا بھرا درخت ہوتا ہے، اس کے ہر پتے میں وزڈم ہوتی ہے، وزڈم۔ لیکن وز</w:t>
      </w:r>
    </w:p>
    <w:p>
      <w:r>
        <w:rPr>
          <w:b/>
        </w:rPr>
        <w:t xml:space="preserve">[30:50] </w:t>
      </w:r>
      <w:r>
        <w:t>dom kis ko milti hai? jo sochne wala ho.</w:t>
      </w:r>
    </w:p>
    <w:p>
      <w:pPr>
        <w:jc w:val="right"/>
      </w:pPr>
      <w:r>
        <w:t>ڈم کس کو ملتی ہے؟ جو سوچنے والا ہو۔</w:t>
      </w:r>
    </w:p>
    <w:p>
      <w:r>
        <w:rPr>
          <w:b/>
        </w:rPr>
        <w:t xml:space="preserve">[30:56] </w:t>
      </w:r>
      <w:r>
        <w:t>to duniya bhari hui hai wisdom se, lesson se.</w:t>
      </w:r>
    </w:p>
    <w:p>
      <w:pPr>
        <w:jc w:val="right"/>
      </w:pPr>
      <w:r>
        <w:t>تو دنیا بھری ہوئی ہے وزڈم سے، لیسن سے۔</w:t>
      </w:r>
    </w:p>
    <w:p>
      <w:r>
        <w:rPr>
          <w:b/>
        </w:rPr>
        <w:t xml:space="preserve">[31:02] </w:t>
      </w:r>
      <w:r>
        <w:t>lekin milta kis ko hai woh? woh baatein milti kis ko hain? sochne wale ko.</w:t>
      </w:r>
    </w:p>
    <w:p>
      <w:pPr>
        <w:jc w:val="right"/>
      </w:pPr>
      <w:r>
        <w:t>لیکن ملتا کس کو ہے وہ؟ وہ باتیں ملتی کس کو ہیں؟ سوچنے والے کو۔</w:t>
      </w:r>
    </w:p>
    <w:p>
      <w:r>
        <w:rPr>
          <w:b/>
        </w:rPr>
        <w:t xml:space="preserve">[31:08] </w:t>
      </w:r>
      <w:r>
        <w:t>sochne walon ko milti hain.</w:t>
      </w:r>
    </w:p>
    <w:p>
      <w:pPr>
        <w:jc w:val="right"/>
      </w:pPr>
      <w:r>
        <w:t>سوچنے والوں کو ملتی ہیں۔</w:t>
      </w:r>
    </w:p>
    <w:p>
      <w:r>
        <w:rPr>
          <w:b/>
        </w:rPr>
        <w:t xml:space="preserve">[31:15] </w:t>
      </w:r>
      <w:r>
        <w:t>ab mein ek aur tajruba aap ko batana chahta hoon. abhi</w:t>
      </w:r>
    </w:p>
    <w:p>
      <w:pPr>
        <w:jc w:val="right"/>
      </w:pPr>
      <w:r>
        <w:t>اب میں ایک اور تجربہ آپ کو بتانا چاہتا ہوں۔ ابھی</w:t>
      </w:r>
    </w:p>
    <w:p>
      <w:r>
        <w:rPr>
          <w:b/>
        </w:rPr>
        <w:t xml:space="preserve">[31:21] </w:t>
      </w:r>
      <w:r>
        <w:t>chand din pehle mujhe bulaya gaya Sai International Center mein.</w:t>
      </w:r>
    </w:p>
    <w:p>
      <w:pPr>
        <w:jc w:val="right"/>
      </w:pPr>
      <w:r>
        <w:t>چند دن پہلے مجھے بلایا گیا سائی انٹرنیشنل سینٹر میں۔</w:t>
      </w:r>
    </w:p>
    <w:p>
      <w:r>
        <w:rPr>
          <w:b/>
        </w:rPr>
        <w:t xml:space="preserve">[31:29] </w:t>
      </w:r>
      <w:r>
        <w:t>to wahan par schoolon ke principals ka audience tha woh.</w:t>
      </w:r>
    </w:p>
    <w:p>
      <w:pPr>
        <w:jc w:val="right"/>
      </w:pPr>
      <w:r>
        <w:t>تو وہاں پر اسکولوں کے پرنسپلز کا آڈینس تھا وہ۔</w:t>
      </w:r>
    </w:p>
    <w:p>
      <w:r>
        <w:rPr>
          <w:b/>
        </w:rPr>
        <w:t xml:space="preserve">[31:37] </w:t>
      </w:r>
      <w:r>
        <w:t>aur mujhe jo diya gaya tha subject woh tha "Basic Human Values in Islam".</w:t>
      </w:r>
    </w:p>
    <w:p>
      <w:pPr>
        <w:jc w:val="right"/>
      </w:pPr>
      <w:r>
        <w:t>اور مجھے جو دیا گیا تھا سبجیکٹ وہ تھا "بیسک ہیومن ویلیوز ان اسلام"۔</w:t>
      </w:r>
    </w:p>
    <w:p>
      <w:r>
        <w:rPr>
          <w:b/>
        </w:rPr>
        <w:t xml:space="preserve">[31:45] </w:t>
      </w:r>
      <w:r>
        <w:t>"Basic Human Values in Islam".</w:t>
      </w:r>
    </w:p>
    <w:p>
      <w:pPr>
        <w:jc w:val="right"/>
      </w:pPr>
      <w:r>
        <w:t>"بیسک ہیومن ویلیوز ان اسلام"۔</w:t>
      </w:r>
    </w:p>
    <w:p>
      <w:r>
        <w:rPr>
          <w:b/>
        </w:rPr>
        <w:t xml:space="preserve">[31:53] </w:t>
      </w:r>
      <w:r>
        <w:t>to mein ne jo baatein kaheen Islam ke bare mein, us se woh log itne zyada, yaani impress</w:t>
      </w:r>
    </w:p>
    <w:p>
      <w:pPr>
        <w:jc w:val="right"/>
      </w:pPr>
      <w:r>
        <w:t>تو میں نے جو باتیں کہیں اسلام کے بارے میں، اس سے وہ لوگ اتنے زیادہ، یعنی امپریس</w:t>
      </w:r>
    </w:p>
    <w:p>
      <w:r>
        <w:rPr>
          <w:b/>
        </w:rPr>
        <w:t xml:space="preserve">[31:59] </w:t>
      </w:r>
      <w:r>
        <w:t>hue ke hamare saathi wahan gaye thay, unhone un ko kitabein dein aur Quran diya to bohat</w:t>
      </w:r>
    </w:p>
    <w:p>
      <w:pPr>
        <w:jc w:val="right"/>
      </w:pPr>
      <w:r>
        <w:t>ہوئے کہ ہمارے ساتھی وہاں گئے تھے، انہوں نے ان کو کتابیں دیں اور قرآن دیا تو بہت</w:t>
      </w:r>
    </w:p>
    <w:p>
      <w:r>
        <w:rPr>
          <w:b/>
        </w:rPr>
        <w:t xml:space="preserve">[32:05] </w:t>
      </w:r>
      <w:r>
        <w:t>shauq se liya unhone ke hum padhenge is ko.</w:t>
      </w:r>
    </w:p>
    <w:p>
      <w:pPr>
        <w:jc w:val="right"/>
      </w:pPr>
      <w:r>
        <w:t>شوق سے لیا انہوں نے کہ ہم پڑھیں گے اس کو۔</w:t>
      </w:r>
    </w:p>
    <w:p>
      <w:r>
        <w:rPr>
          <w:b/>
        </w:rPr>
        <w:t xml:space="preserve">[32:11] </w:t>
      </w:r>
      <w:r>
        <w:t>to mein aap ko arz karna chahta hoon ke wahan mein ne kya kaha tha.</w:t>
      </w:r>
    </w:p>
    <w:p>
      <w:pPr>
        <w:jc w:val="right"/>
      </w:pPr>
      <w:r>
        <w:t>تو میں آپ کو عرض کرنا چاہتا ہوں کہ وہاں میں نے کیا کہا تھا۔</w:t>
      </w:r>
    </w:p>
    <w:p>
      <w:r>
        <w:rPr>
          <w:b/>
        </w:rPr>
        <w:t xml:space="preserve">[32:17] </w:t>
      </w:r>
      <w:r>
        <w:t>yani kehne ka andaz kya hona chahiye jis se</w:t>
      </w:r>
    </w:p>
    <w:p>
      <w:pPr>
        <w:jc w:val="right"/>
      </w:pPr>
      <w:r>
        <w:t>یعنی کہنے کا انداز کیا ہونا چاہیے جس سے</w:t>
      </w:r>
    </w:p>
    <w:p>
      <w:r>
        <w:rPr>
          <w:b/>
        </w:rPr>
        <w:t xml:space="preserve">[32:23] </w:t>
      </w:r>
      <w:r>
        <w:t>aadmi ka mind address ho.</w:t>
      </w:r>
    </w:p>
    <w:p>
      <w:pPr>
        <w:jc w:val="right"/>
      </w:pPr>
      <w:r>
        <w:t>آدمی کا مائنڈ ایڈریس ہو۔</w:t>
      </w:r>
    </w:p>
    <w:p>
      <w:r>
        <w:rPr>
          <w:b/>
        </w:rPr>
        <w:t xml:space="preserve">[32:31] </w:t>
      </w:r>
      <w:r>
        <w:t>jis se wo mutasir ho kar aap ki taraf mutawajjah ho jaye.</w:t>
      </w:r>
    </w:p>
    <w:p>
      <w:pPr>
        <w:jc w:val="right"/>
      </w:pPr>
      <w:r>
        <w:t>جس سے وہ متاثر ہو کر آپ کی طرف متوجہ ہو جائے۔</w:t>
      </w:r>
    </w:p>
    <w:p>
      <w:r>
        <w:rPr>
          <w:b/>
        </w:rPr>
        <w:t xml:space="preserve">[32:39] </w:t>
      </w:r>
      <w:r>
        <w:t>to main ne kaha ke dekhiye, human values jo hain wo be well known hain.</w:t>
      </w:r>
    </w:p>
    <w:p>
      <w:pPr>
        <w:jc w:val="right"/>
      </w:pPr>
      <w:r>
        <w:t>تو میں نے کہا کہ دیکھیے، ہیومن ویلیوز جو ہیں وہ بے ویل نون ہیں۔</w:t>
      </w:r>
    </w:p>
    <w:p>
      <w:r>
        <w:rPr>
          <w:b/>
        </w:rPr>
        <w:t xml:space="preserve">[32:47] </w:t>
      </w:r>
      <w:r>
        <w:t>misalan sach bolna, honesty ke sath rehna, peaceful tareeqe se rehna, promise kar ke us ko poora karna.</w:t>
      </w:r>
    </w:p>
    <w:p>
      <w:pPr>
        <w:jc w:val="right"/>
      </w:pPr>
      <w:r>
        <w:t>مثلاً سچ بولنا، اونسٹی کے ساتھ رہنا، پیس فل طریقے سے رہنا، پرومس کر کے اس کو پورا کرنا۔</w:t>
      </w:r>
    </w:p>
    <w:p>
      <w:r>
        <w:rPr>
          <w:b/>
        </w:rPr>
        <w:t xml:space="preserve">[32:55] </w:t>
      </w:r>
      <w:r>
        <w:t>aur tolerance aur modesty. yeh saari human values hain. to mein ne kaha ke quran mein kahin bhi in values ko ek list ke taur par nahi bayan kiya gaya hai. ke ek hi page par aap kholein to wahan par ek, do, teen, char, paanch, chhe, saat, aath, nau, das mil jayein aap ko. yeh hain human values. woh bikhri hui hain. to kyun</w:t>
      </w:r>
    </w:p>
    <w:p>
      <w:pPr>
        <w:jc w:val="right"/>
      </w:pPr>
      <w:r>
        <w:t>اور ٹالرنس اور ماڈیسٹی۔ یہ ساری ہیومن ویلیوز ہیں۔ تو میں نے کہا کہ قرآن میں کہیں بھی ان ویلیوز کو ایک لسٹ کے طور پر نہیں بیان کیا گیا ہے۔ کہ ایک ہی پیج پر آپ کھولیں تو وہاں پر ایک، دو، تین، چار، پانچ، چھ، سات، آٹھ، نو، دس مل جائیں آپ کو۔ یہ ہیں ہیومن ویلیوز۔ وہ بکھری ہوئی ہیں۔ تو کیوں</w:t>
      </w:r>
    </w:p>
    <w:p>
      <w:r>
        <w:rPr>
          <w:b/>
        </w:rPr>
        <w:t xml:space="preserve">[33:25] </w:t>
      </w:r>
      <w:r>
        <w:t>aisa hai? yani kyun aisa hai ke aik hi jagah, jaise bible mein ahkam e ashra hain, ten commandments.</w:t>
      </w:r>
    </w:p>
    <w:p>
      <w:pPr>
        <w:jc w:val="right"/>
      </w:pPr>
      <w:r>
        <w:t>ایسا ہے؟ یعنی کیوں ایسا ہے کہ ایک ہی جگہ، جیسے بائبل میں احکام عشرہ ہیں، ٹین کمانڈمنٹس۔</w:t>
      </w:r>
    </w:p>
    <w:p>
      <w:r>
        <w:rPr>
          <w:b/>
        </w:rPr>
        <w:t xml:space="preserve">[33:31] </w:t>
      </w:r>
      <w:r>
        <w:t>aik hi jagah aik, do, teen, char, panch, chhe, saat, aath, nau, das likha hua hai. ten commandments.</w:t>
      </w:r>
    </w:p>
    <w:p>
      <w:pPr>
        <w:jc w:val="right"/>
      </w:pPr>
      <w:r>
        <w:t>ایک ہی جگہ ایک، دو، تین، چار، پانچ، چھ، سات، آٹھ، نو، دس لکھا ہوا ہے۔ ٹین کمانڈمنٹس۔</w:t>
      </w:r>
    </w:p>
    <w:p>
      <w:r>
        <w:rPr>
          <w:b/>
        </w:rPr>
        <w:t xml:space="preserve">[33:37] </w:t>
      </w:r>
      <w:r>
        <w:t>to quran mein aisa nahi hai ke ten values kahin likhi hui hon.</w:t>
      </w:r>
    </w:p>
    <w:p>
      <w:pPr>
        <w:jc w:val="right"/>
      </w:pPr>
      <w:r>
        <w:t>تو قرآن میں ایسا نہیں ہے کہ ٹین ویلیوز کہیں لکھی ہوئی ہوں۔</w:t>
      </w:r>
    </w:p>
    <w:p>
      <w:r>
        <w:rPr>
          <w:b/>
        </w:rPr>
        <w:t xml:space="preserve">[33:44] </w:t>
      </w:r>
      <w:r>
        <w:t>kyun aisa hai? to main ne bataya ke is ki wajah ye hai ke asal cheez ye nahi</w:t>
      </w:r>
    </w:p>
    <w:p>
      <w:pPr>
        <w:jc w:val="right"/>
      </w:pPr>
      <w:r>
        <w:t>کیوں ایسا ہے؟ تو میں نے بتایا کہ اس کی وجہ یہ ہے کہ اصل چیز یہ نہیں</w:t>
      </w:r>
    </w:p>
    <w:p>
      <w:r>
        <w:rPr>
          <w:b/>
        </w:rPr>
        <w:t xml:space="preserve">[33:50] </w:t>
      </w:r>
      <w:r>
        <w:t>hai ke aap kisi ko bata dein ke ye hain human values.</w:t>
      </w:r>
    </w:p>
    <w:p>
      <w:pPr>
        <w:jc w:val="right"/>
      </w:pPr>
      <w:r>
        <w:t>ہے کہ آپ کسی کو بتا دیں کہ یہ ہیں ہیومن ویلیوز۔</w:t>
      </w:r>
    </w:p>
    <w:p>
      <w:r>
        <w:rPr>
          <w:b/>
        </w:rPr>
        <w:t xml:space="preserve">[33:57] </w:t>
      </w:r>
      <w:r>
        <w:t>ye kafi nahi hota.</w:t>
      </w:r>
    </w:p>
    <w:p>
      <w:pPr>
        <w:jc w:val="right"/>
      </w:pPr>
      <w:r>
        <w:t>یہ کافی نہیں ہوتا۔</w:t>
      </w:r>
    </w:p>
    <w:p>
      <w:r>
        <w:rPr>
          <w:b/>
        </w:rPr>
        <w:t xml:space="preserve">[34:03] </w:t>
      </w:r>
      <w:r>
        <w:t>aap ko usay ideological base deni parti hai. ideological base.</w:t>
      </w:r>
    </w:p>
    <w:p>
      <w:pPr>
        <w:jc w:val="right"/>
      </w:pPr>
      <w:r>
        <w:t>آپ کو اسے آئیڈیالوجیکل بیس دینی پڑتی ہے۔ آئیڈیالوجیکل بیس۔</w:t>
      </w:r>
    </w:p>
    <w:p>
      <w:r>
        <w:rPr>
          <w:b/>
        </w:rPr>
        <w:t xml:space="preserve">[34:09] </w:t>
      </w:r>
      <w:r>
        <w:t>kyun ke aap jante hain ke unesco mein aik motto hai ke "war begins from mind".</w:t>
      </w:r>
    </w:p>
    <w:p>
      <w:pPr>
        <w:jc w:val="right"/>
      </w:pPr>
      <w:r>
        <w:t>کیونکہ آپ جانتے ہیں کہ یونیسکو میں ایک موٹو ہے کہ "وار بگنز فرام مائنڈ"۔</w:t>
      </w:r>
    </w:p>
    <w:p>
      <w:r>
        <w:rPr>
          <w:b/>
        </w:rPr>
        <w:t xml:space="preserve">[34:15] </w:t>
      </w:r>
      <w:r>
        <w:t>to main kahunga us ko extend kar ke "peace begins from mind".</w:t>
      </w:r>
    </w:p>
    <w:p>
      <w:pPr>
        <w:jc w:val="right"/>
      </w:pPr>
      <w:r>
        <w:t>تو میں کہوں گا اس کو ایکسٹینڈ کر کے "پیس بگنز فرام مائنڈ"۔</w:t>
      </w:r>
    </w:p>
    <w:p>
      <w:r>
        <w:rPr>
          <w:b/>
        </w:rPr>
        <w:t xml:space="preserve">[34:21] </w:t>
      </w:r>
      <w:r>
        <w:t>chahe peaceful tareeqa ho</w:t>
      </w:r>
    </w:p>
    <w:p>
      <w:pPr>
        <w:jc w:val="right"/>
      </w:pPr>
      <w:r>
        <w:t>چاہے پیس فل طریقہ ہو</w:t>
      </w:r>
    </w:p>
    <w:p>
      <w:r>
        <w:rPr>
          <w:b/>
        </w:rPr>
        <w:t xml:space="preserve">[34:27] </w:t>
      </w:r>
      <w:r>
        <w:t>ya milton tareeqa ho.</w:t>
      </w:r>
    </w:p>
    <w:p>
      <w:pPr>
        <w:jc w:val="right"/>
      </w:pPr>
      <w:r>
        <w:t>یا ملٹن طریقہ ہو۔</w:t>
      </w:r>
    </w:p>
    <w:p>
      <w:r>
        <w:rPr>
          <w:b/>
        </w:rPr>
        <w:t xml:space="preserve">[34:31] </w:t>
      </w:r>
      <w:r>
        <w:t>donon mind se shuru hota hai.</w:t>
      </w:r>
    </w:p>
    <w:p>
      <w:pPr>
        <w:jc w:val="right"/>
      </w:pPr>
      <w:r>
        <w:t>دونوں مائنڈ سے شروع ہوتا ہے۔</w:t>
      </w:r>
    </w:p>
    <w:p>
      <w:r>
        <w:rPr>
          <w:b/>
        </w:rPr>
        <w:t xml:space="preserve">[34:36] </w:t>
      </w:r>
      <w:r>
        <w:t>mind ke level par aap sochte hain.</w:t>
      </w:r>
    </w:p>
    <w:p>
      <w:pPr>
        <w:jc w:val="right"/>
      </w:pPr>
      <w:r>
        <w:t>مائنڈ کے لیول پر آپ سوچتے ہیں۔</w:t>
      </w:r>
    </w:p>
    <w:p>
      <w:r>
        <w:rPr>
          <w:b/>
        </w:rPr>
        <w:t xml:space="preserve">[34:40] </w:t>
      </w:r>
      <w:r>
        <w:t>planning karte hain.</w:t>
      </w:r>
    </w:p>
    <w:p>
      <w:pPr>
        <w:jc w:val="right"/>
      </w:pPr>
      <w:r>
        <w:t>پلاننگ کرتے ہیں۔</w:t>
      </w:r>
    </w:p>
    <w:p>
      <w:r>
        <w:rPr>
          <w:b/>
        </w:rPr>
        <w:t xml:space="preserve">[34:44] </w:t>
      </w:r>
      <w:r>
        <w:t>peace ki planning bhi mind mein hoti hai.</w:t>
      </w:r>
    </w:p>
    <w:p>
      <w:pPr>
        <w:jc w:val="right"/>
      </w:pPr>
      <w:r>
        <w:t>پیس کی پلاننگ بھی مائنڈ میں ہوتی ہے۔</w:t>
      </w:r>
    </w:p>
    <w:p>
      <w:r>
        <w:rPr>
          <w:b/>
        </w:rPr>
        <w:t xml:space="preserve">[34:49] </w:t>
      </w:r>
      <w:r>
        <w:t>war ki planning bhi mind mein hoti hai.</w:t>
      </w:r>
    </w:p>
    <w:p>
      <w:pPr>
        <w:jc w:val="right"/>
      </w:pPr>
      <w:r>
        <w:t>وار کی پلاننگ بھی مائنڈ میں ہوتی ہے۔</w:t>
      </w:r>
    </w:p>
    <w:p>
      <w:r>
        <w:rPr>
          <w:b/>
        </w:rPr>
        <w:t xml:space="preserve">[34:53] </w:t>
      </w:r>
      <w:r>
        <w:t>isi tarah se ye jo values hain, social values ya moral values ya human values bhi mind</w:t>
      </w:r>
    </w:p>
    <w:p>
      <w:pPr>
        <w:jc w:val="right"/>
      </w:pPr>
      <w:r>
        <w:t>اسی طرح سے یہ جو ویلیوز ہیں، سوشل ویلیوز یا مورل ویلیوز یا ہیومن ویلیوز بھی مائنڈ</w:t>
      </w:r>
    </w:p>
    <w:p>
      <w:r>
        <w:rPr>
          <w:b/>
        </w:rPr>
        <w:t xml:space="preserve">[34:57] </w:t>
      </w:r>
      <w:r>
        <w:t>se originate hoti hain.</w:t>
      </w:r>
    </w:p>
    <w:p>
      <w:pPr>
        <w:jc w:val="right"/>
      </w:pPr>
      <w:r>
        <w:t>سے اوریجنیٹ ہوتی ہیں۔</w:t>
      </w:r>
    </w:p>
    <w:p>
      <w:r>
        <w:rPr>
          <w:b/>
        </w:rPr>
        <w:t xml:space="preserve">[35:01] </w:t>
      </w:r>
      <w:r>
        <w:t>aisa nahi ke aap kisi ko aik list de dein aur wo us par chalta rahe wo.</w:t>
      </w:r>
    </w:p>
    <w:p>
      <w:pPr>
        <w:jc w:val="right"/>
      </w:pPr>
      <w:r>
        <w:t>ایسا نہیں کہ آپ کسی کو ایک لسٹ دے دیں اور وہ اس پر چلتا رہے وہ۔</w:t>
      </w:r>
    </w:p>
    <w:p>
      <w:r>
        <w:rPr>
          <w:b/>
        </w:rPr>
        <w:t xml:space="preserve">[35:06] </w:t>
      </w:r>
      <w:r>
        <w:t>to mind ke level par aap ko convince karna parta hai.</w:t>
      </w:r>
    </w:p>
    <w:p>
      <w:pPr>
        <w:jc w:val="right"/>
      </w:pPr>
      <w:r>
        <w:t>تو مائنڈ کے لیول پر آپ کو کنونس کرنا پڑتا ہے۔</w:t>
      </w:r>
    </w:p>
    <w:p>
      <w:r>
        <w:rPr>
          <w:b/>
        </w:rPr>
        <w:t xml:space="preserve">[35:10] </w:t>
      </w:r>
      <w:r>
        <w:t>mind ke level par aap ko address karna parta hai.</w:t>
      </w:r>
    </w:p>
    <w:p>
      <w:pPr>
        <w:jc w:val="right"/>
      </w:pPr>
      <w:r>
        <w:t>مائنڈ کے لیول پر آپ کو ایڈریس کرنا پڑتا ہے۔</w:t>
      </w:r>
    </w:p>
    <w:p>
      <w:r>
        <w:rPr>
          <w:b/>
        </w:rPr>
        <w:t xml:space="preserve">[35:14] </w:t>
      </w:r>
      <w:r>
        <w:t>tab woh is ko observe kare ga.</w:t>
      </w:r>
    </w:p>
    <w:p>
      <w:pPr>
        <w:jc w:val="right"/>
      </w:pPr>
      <w:r>
        <w:t>تب وہ اس کو ابزرو کرے گا۔</w:t>
      </w:r>
    </w:p>
    <w:p>
      <w:r>
        <w:rPr>
          <w:b/>
        </w:rPr>
        <w:t xml:space="preserve">[35:19] </w:t>
      </w:r>
      <w:r>
        <w:t>tab is ko follow kare ga in values ko.</w:t>
      </w:r>
    </w:p>
    <w:p>
      <w:pPr>
        <w:jc w:val="right"/>
      </w:pPr>
      <w:r>
        <w:t>تب اس کو فالو کرے گا ان ویلیوز کو۔</w:t>
      </w:r>
    </w:p>
    <w:p>
      <w:r>
        <w:rPr>
          <w:b/>
        </w:rPr>
        <w:t xml:space="preserve">[35:23] </w:t>
      </w:r>
      <w:r>
        <w:t>to main ne bataya ke islam mein jo aa</w:t>
      </w:r>
    </w:p>
    <w:p>
      <w:pPr>
        <w:jc w:val="right"/>
      </w:pPr>
      <w:r>
        <w:t>تو میں نے بتایا کہ اسلام میں جو آ</w:t>
      </w:r>
    </w:p>
    <w:p>
      <w:r>
        <w:rPr>
          <w:b/>
        </w:rPr>
        <w:t xml:space="preserve">[35:27] </w:t>
      </w:r>
      <w:r>
        <w:t>ideal, jo ideological base di gayi hai human values ki, woh basically teen hai.</w:t>
      </w:r>
    </w:p>
    <w:p>
      <w:pPr>
        <w:jc w:val="right"/>
      </w:pPr>
      <w:r>
        <w:t>ئیڈل، جو آئیڈیالوجیکل بیس دی گئی ہے ہیومن ویلیوز کی، وہ بیسیکلی تین ہے۔</w:t>
      </w:r>
    </w:p>
    <w:p>
      <w:r>
        <w:rPr>
          <w:b/>
        </w:rPr>
        <w:t xml:space="preserve">[35:35] </w:t>
      </w:r>
      <w:r>
        <w:t>yani kyun hum dunya mein in in aqdar ko, in in values ko follow karein? kyun aisa karein?</w:t>
      </w:r>
    </w:p>
    <w:p>
      <w:pPr>
        <w:jc w:val="right"/>
      </w:pPr>
      <w:r>
        <w:t>یعنی کیوں ہم دنیا میں ان ان اقدار کو، ان ان ویلیوز کو فالو کریں؟ کیوں ایسا کریں؟</w:t>
      </w:r>
    </w:p>
    <w:p>
      <w:r>
        <w:rPr>
          <w:b/>
        </w:rPr>
        <w:t xml:space="preserve">[35:42] </w:t>
      </w:r>
      <w:r>
        <w:t>to is ki reason honi chahiye na? isi reason ko main ideological base keh raha hoon.</w:t>
      </w:r>
    </w:p>
    <w:p>
      <w:pPr>
        <w:jc w:val="right"/>
      </w:pPr>
      <w:r>
        <w:t>تو اس کی ریزن ہونی چاہیے نا؟ اسی ریزن کو میں آئیڈیالوجیکل بیس کہہ رہا ہوں۔</w:t>
      </w:r>
    </w:p>
    <w:p>
      <w:r>
        <w:rPr>
          <w:b/>
        </w:rPr>
        <w:t xml:space="preserve">[35:50] </w:t>
      </w:r>
      <w:r>
        <w:t>jab tak is ki reason na ho</w:t>
      </w:r>
    </w:p>
    <w:p>
      <w:pPr>
        <w:jc w:val="right"/>
      </w:pPr>
      <w:r>
        <w:t>جب تک اس کی ریزن نہ ہو</w:t>
      </w:r>
    </w:p>
    <w:p>
      <w:r>
        <w:rPr>
          <w:b/>
        </w:rPr>
        <w:t xml:space="preserve">[35:57] </w:t>
      </w:r>
      <w:r>
        <w:t>، یعنی آدمی جانتے ہیں کہ "mind is a rational animal"۔</w:t>
      </w:r>
    </w:p>
    <w:p>
      <w:pPr>
        <w:jc w:val="right"/>
      </w:pPr>
      <w:r>
        <w:t>، یعنی آدمی جانتے ہیں کہ "مائنڈ از ریشنل اینیمل"۔</w:t>
      </w:r>
    </w:p>
    <w:p>
      <w:r>
        <w:rPr>
          <w:b/>
        </w:rPr>
        <w:t xml:space="preserve">[36:03] </w:t>
      </w:r>
      <w:r>
        <w:t>"mind is rational animal".</w:t>
      </w:r>
    </w:p>
    <w:p>
      <w:pPr>
        <w:jc w:val="right"/>
      </w:pPr>
      <w:r>
        <w:t>"مائنڈ از ریشنل اینیمل"۔</w:t>
      </w:r>
    </w:p>
    <w:p>
      <w:r>
        <w:rPr>
          <w:b/>
        </w:rPr>
        <w:t xml:space="preserve">[36:08] </w:t>
      </w:r>
      <w:r>
        <w:t>yani aadmi kisi baat ko jab kar pata hai, jab is ko reason out kar sake, jab is</w:t>
      </w:r>
    </w:p>
    <w:p>
      <w:pPr>
        <w:jc w:val="right"/>
      </w:pPr>
      <w:r>
        <w:t>یعنی آدمی کسی بات کو جب کر پاتا ہے، جب اس کو ریزن آؤٹ کر سکے، جب اس</w:t>
      </w:r>
    </w:p>
    <w:p>
      <w:r>
        <w:rPr>
          <w:b/>
        </w:rPr>
        <w:t xml:space="preserve">[36:13] </w:t>
      </w:r>
      <w:r>
        <w:t>ki daleel dhoond le, jab is ka justification is ko maloom ho jaye, tab is ke liye incentive</w:t>
      </w:r>
    </w:p>
    <w:p>
      <w:pPr>
        <w:jc w:val="right"/>
      </w:pPr>
      <w:r>
        <w:t>کی دلیل ڈھونڈ لے، جب اس کا جسٹیفیکیشن اس کو معلوم ہو جائے، تب اس کے لیے انسینٹیو</w:t>
      </w:r>
    </w:p>
    <w:p>
      <w:r>
        <w:rPr>
          <w:b/>
        </w:rPr>
        <w:t xml:space="preserve">[36:19] </w:t>
      </w:r>
      <w:r>
        <w:t>ata hai, woh motivate hota hai, phir woh is kaam ko kar pata hai.</w:t>
      </w:r>
    </w:p>
    <w:p>
      <w:pPr>
        <w:jc w:val="right"/>
      </w:pPr>
      <w:r>
        <w:t>آتا ہے، وہ موٹیویٹ ہوتا ہے، پھر وہ اس کام کو کر پاتا ہے۔</w:t>
      </w:r>
    </w:p>
    <w:p>
      <w:r>
        <w:rPr>
          <w:b/>
        </w:rPr>
        <w:t xml:space="preserve">[36:24] </w:t>
      </w:r>
      <w:r>
        <w:t>to human values ya insani aqdar</w:t>
      </w:r>
    </w:p>
    <w:p>
      <w:pPr>
        <w:jc w:val="right"/>
      </w:pPr>
      <w:r>
        <w:t>تو ہیومن ویلیوز یا انسانی اقدار</w:t>
      </w:r>
    </w:p>
    <w:p>
      <w:r>
        <w:rPr>
          <w:b/>
        </w:rPr>
        <w:t xml:space="preserve">[36:29] </w:t>
      </w:r>
      <w:r>
        <w:t>ko aadmi kab follow kare ga? jab is ka, is ka mind is ko accept kar le rationally.</w:t>
      </w:r>
    </w:p>
    <w:p>
      <w:pPr>
        <w:jc w:val="right"/>
      </w:pPr>
      <w:r>
        <w:t>کو آدمی کب فالو کرے گا؟ جب اس کا، اس کا مائنڈ اس کو ایکسیپٹ کر لے ریشنلی۔</w:t>
      </w:r>
    </w:p>
    <w:p>
      <w:r>
        <w:rPr>
          <w:b/>
        </w:rPr>
        <w:t xml:space="preserve">[36:40] </w:t>
      </w:r>
      <w:r>
        <w:t>to isi ko main keh raha hoon ke woh ideological base. ideological base.</w:t>
      </w:r>
    </w:p>
    <w:p>
      <w:pPr>
        <w:jc w:val="right"/>
      </w:pPr>
      <w:r>
        <w:t>تو اسی کو میں کہہ رہا ہوں کہ وہ آئیڈیالوجیکل بیس۔ آئیڈیالوجیکل بیس۔</w:t>
      </w:r>
    </w:p>
    <w:p>
      <w:r>
        <w:rPr>
          <w:b/>
        </w:rPr>
        <w:t xml:space="preserve">[36:51] </w:t>
      </w:r>
      <w:r>
        <w:t>to pehli ideological base kya hai?</w:t>
      </w:r>
    </w:p>
    <w:p>
      <w:pPr>
        <w:jc w:val="right"/>
      </w:pPr>
      <w:r>
        <w:t>تو پہلی آئیڈیالوجیکل بیس کیا ہے؟</w:t>
      </w:r>
    </w:p>
    <w:p>
      <w:r>
        <w:rPr>
          <w:b/>
        </w:rPr>
        <w:t xml:space="preserve">[37:02] </w:t>
      </w:r>
      <w:r>
        <w:t>to main ne wahan par teen cheezein batain.</w:t>
      </w:r>
    </w:p>
    <w:p>
      <w:pPr>
        <w:jc w:val="right"/>
      </w:pPr>
      <w:r>
        <w:t>تو میں نے وہاں پر تین چیزیں بتائیں۔</w:t>
      </w:r>
    </w:p>
    <w:p>
      <w:r>
        <w:rPr>
          <w:b/>
        </w:rPr>
        <w:t xml:space="preserve">[37:08] </w:t>
      </w:r>
      <w:r>
        <w:t>ek yeh hai ke aap khuda ka jo creational plan hai, khuda ne dunya ko banaya hai.</w:t>
      </w:r>
    </w:p>
    <w:p>
      <w:pPr>
        <w:jc w:val="right"/>
      </w:pPr>
      <w:r>
        <w:t>ایک یہ ہے کہ آپ خدا کا جو کریشنل پلان ہے، خدا نے دنیا کو بنایا ہے۔</w:t>
      </w:r>
    </w:p>
    <w:p>
      <w:r>
        <w:rPr>
          <w:b/>
        </w:rPr>
        <w:t xml:space="preserve">[37:14] </w:t>
      </w:r>
      <w:r>
        <w:t>to aap jante hain ke insan jo hai society ke baghair nahi reh sakta.</w:t>
      </w:r>
    </w:p>
    <w:p>
      <w:pPr>
        <w:jc w:val="right"/>
      </w:pPr>
      <w:r>
        <w:t>تو آپ جانتے ہیں کہ انسان جو ہے سوسائٹی کے بغیر نہیں رہ سکتا۔</w:t>
      </w:r>
    </w:p>
    <w:p>
      <w:r>
        <w:rPr>
          <w:b/>
        </w:rPr>
        <w:t xml:space="preserve">[37:20] </w:t>
      </w:r>
      <w:r>
        <w:t>"mind is social animal".</w:t>
      </w:r>
    </w:p>
    <w:p>
      <w:pPr>
        <w:jc w:val="right"/>
      </w:pPr>
      <w:r>
        <w:t>"مائنڈ از سوشل اینیمل"۔</w:t>
      </w:r>
    </w:p>
    <w:p>
      <w:r>
        <w:rPr>
          <w:b/>
        </w:rPr>
        <w:t xml:space="preserve">[37:26] </w:t>
      </w:r>
      <w:r>
        <w:t>to khuda ne aisa banaya hai ke interdependent system banaya. hamare dos</w:t>
      </w:r>
    </w:p>
    <w:p>
      <w:pPr>
        <w:jc w:val="right"/>
      </w:pPr>
      <w:r>
        <w:t>تو خدا نے ایسا بنایا ہے کہ انٹرڈیپینڈنٹ سسٹم بنایا۔ ہمارے دوس</w:t>
      </w:r>
    </w:p>
    <w:p>
      <w:r>
        <w:rPr>
          <w:b/>
        </w:rPr>
        <w:t xml:space="preserve">[37:32] </w:t>
      </w:r>
      <w:r>
        <w:t>ron ke beech mein ek interdependence hai.</w:t>
      </w:r>
    </w:p>
    <w:p>
      <w:pPr>
        <w:jc w:val="right"/>
      </w:pPr>
      <w:r>
        <w:t>روں کے بیچ میں ایک انٹرڈیپینڈنس ہے۔</w:t>
      </w:r>
    </w:p>
    <w:p>
      <w:r>
        <w:rPr>
          <w:b/>
        </w:rPr>
        <w:t xml:space="preserve">[37:36] </w:t>
      </w:r>
      <w:r>
        <w:t>yani hum, hamara kaam doosron se mil kar hota hai.</w:t>
      </w:r>
    </w:p>
    <w:p>
      <w:pPr>
        <w:jc w:val="right"/>
      </w:pPr>
      <w:r>
        <w:t>یعنی ہم، ہمارا کام دوسروں سے مل کر ہوتا ہے۔</w:t>
      </w:r>
    </w:p>
    <w:p>
      <w:r>
        <w:rPr>
          <w:b/>
        </w:rPr>
        <w:t xml:space="preserve">[37:40] </w:t>
      </w:r>
      <w:r>
        <w:t>akele akele hum nahi koi kaam kar paate.</w:t>
      </w:r>
    </w:p>
    <w:p>
      <w:pPr>
        <w:jc w:val="right"/>
      </w:pPr>
      <w:r>
        <w:t>اکیلے اکیلے ہم نہیں کوئی کام کر پاتے۔</w:t>
      </w:r>
    </w:p>
    <w:p>
      <w:r>
        <w:rPr>
          <w:b/>
        </w:rPr>
        <w:t xml:space="preserve">[37:45] </w:t>
      </w:r>
      <w:r>
        <w:t>jitne bhi kaam hain, jaise hum ne farz kiye khana khaya to kisi kisan ne ghalla boya tha.</w:t>
      </w:r>
    </w:p>
    <w:p>
      <w:pPr>
        <w:jc w:val="right"/>
      </w:pPr>
      <w:r>
        <w:t>جتنے بھی کام ہیں، جیسے ہم نے فرض کیے کھانا کھایا تو کسی کسان نے غلہ بویا تھا۔</w:t>
      </w:r>
    </w:p>
    <w:p>
      <w:r>
        <w:rPr>
          <w:b/>
        </w:rPr>
        <w:t xml:space="preserve">[37:49] </w:t>
      </w:r>
      <w:r>
        <w:t>phir woh is ghale ko koi transport kar ke shehar mein laya.</w:t>
      </w:r>
    </w:p>
    <w:p>
      <w:pPr>
        <w:jc w:val="right"/>
      </w:pPr>
      <w:r>
        <w:t>پھر وہ اس غلے کو کوئی ٹرانسپورٹ کر کے شہر میں لایا۔</w:t>
      </w:r>
    </w:p>
    <w:p>
      <w:r>
        <w:rPr>
          <w:b/>
        </w:rPr>
        <w:t xml:space="preserve">[37:53] </w:t>
      </w:r>
      <w:r>
        <w:t>phir kisi dukandar ne is ko becha.</w:t>
      </w:r>
    </w:p>
    <w:p>
      <w:pPr>
        <w:jc w:val="right"/>
      </w:pPr>
      <w:r>
        <w:t>پھر کسی دکاندار نے اس کو بیچا۔</w:t>
      </w:r>
    </w:p>
    <w:p>
      <w:r>
        <w:rPr>
          <w:b/>
        </w:rPr>
        <w:t xml:space="preserve">[37:58] </w:t>
      </w:r>
      <w:r>
        <w:t>itne saare beech mein</w:t>
      </w:r>
    </w:p>
    <w:p>
      <w:pPr>
        <w:jc w:val="right"/>
      </w:pPr>
      <w:r>
        <w:t>اتنے سارے بیچ میں</w:t>
      </w:r>
    </w:p>
    <w:p>
      <w:r>
        <w:rPr>
          <w:b/>
        </w:rPr>
        <w:t xml:space="preserve">[38:02] </w:t>
      </w:r>
      <w:r>
        <w:t>hote hain, tab woh pohanchta hai hamare paas.</w:t>
      </w:r>
    </w:p>
    <w:p>
      <w:pPr>
        <w:jc w:val="right"/>
      </w:pPr>
      <w:r>
        <w:t>ہوتے ہیں، تب وہ پہنچتا ہے ہمارے پاس۔</w:t>
      </w:r>
    </w:p>
    <w:p>
      <w:r>
        <w:rPr>
          <w:b/>
        </w:rPr>
        <w:t xml:space="preserve">[38:08] </w:t>
      </w:r>
      <w:r>
        <w:t>to yeh interdependent system hai. Interdependence hai.</w:t>
      </w:r>
    </w:p>
    <w:p>
      <w:pPr>
        <w:jc w:val="right"/>
      </w:pPr>
      <w:r>
        <w:t>تو یہ انٹرڈیپینڈنٹ سسٹم ہے۔ انٹرڈیپینڈنس ہے۔</w:t>
      </w:r>
    </w:p>
    <w:p>
      <w:r>
        <w:rPr>
          <w:b/>
        </w:rPr>
        <w:t xml:space="preserve">[38:14] </w:t>
      </w:r>
      <w:r>
        <w:t>ek doosre par nirbharta hai. Nirbharta hai.</w:t>
      </w:r>
    </w:p>
    <w:p>
      <w:pPr>
        <w:jc w:val="right"/>
      </w:pPr>
      <w:r>
        <w:t>ایک دوسرے پر نرپرتا ہے۔ نرپرتا ہے۔</w:t>
      </w:r>
    </w:p>
    <w:p>
      <w:r>
        <w:rPr>
          <w:b/>
        </w:rPr>
        <w:t xml:space="preserve">[38:21] </w:t>
      </w:r>
      <w:r>
        <w:t>to jab nirbharta ka mamla hai to aap majboor hain ke aap doosre ka bhi lehaz karein.</w:t>
      </w:r>
    </w:p>
    <w:p>
      <w:pPr>
        <w:jc w:val="right"/>
      </w:pPr>
      <w:r>
        <w:t>تو جب نرپرتا کا معاملہ ہے تو آپ مجبور ہیں کہ آپ دوسرے کا بھی لحاظ کریں۔</w:t>
      </w:r>
    </w:p>
    <w:p>
      <w:r>
        <w:rPr>
          <w:b/>
        </w:rPr>
        <w:t xml:space="preserve">[38:27] </w:t>
      </w:r>
      <w:r>
        <w:t>akele apna lehaz karein ge to aap, to aap kamyab nahi ho sakte.</w:t>
      </w:r>
    </w:p>
    <w:p>
      <w:pPr>
        <w:jc w:val="right"/>
      </w:pPr>
      <w:r>
        <w:t>اکیلے اپنا لحاظ کریں گے تو آپ، تو آپ کامیاب نہیں ہو سکتے۔</w:t>
      </w:r>
    </w:p>
    <w:p>
      <w:r>
        <w:rPr>
          <w:b/>
        </w:rPr>
        <w:t xml:space="preserve">[38:33] </w:t>
      </w:r>
      <w:r>
        <w:t>doosre se aap ko faida lena hai.</w:t>
      </w:r>
    </w:p>
    <w:p>
      <w:pPr>
        <w:jc w:val="right"/>
      </w:pPr>
      <w:r>
        <w:t>دوسرے سے آپ کو فائدہ لینا ہے۔</w:t>
      </w:r>
    </w:p>
    <w:p>
      <w:r>
        <w:rPr>
          <w:b/>
        </w:rPr>
        <w:t xml:space="preserve">[38:38] </w:t>
      </w:r>
      <w:r>
        <w:t>doosre se aap ko kaam banana hai apna.</w:t>
      </w:r>
    </w:p>
    <w:p>
      <w:pPr>
        <w:jc w:val="right"/>
      </w:pPr>
      <w:r>
        <w:t>دوسرے سے آپ کو کام بنانا ہے اپنا۔</w:t>
      </w:r>
    </w:p>
    <w:p>
      <w:r>
        <w:rPr>
          <w:b/>
        </w:rPr>
        <w:t xml:space="preserve">[38:42] </w:t>
      </w:r>
      <w:r>
        <w:t>doosre ka lehaz karna parega.</w:t>
      </w:r>
    </w:p>
    <w:p>
      <w:pPr>
        <w:jc w:val="right"/>
      </w:pPr>
      <w:r>
        <w:t>دوسرے کا لحاظ کرنا پڑے گا۔</w:t>
      </w:r>
    </w:p>
    <w:p>
      <w:r>
        <w:rPr>
          <w:b/>
        </w:rPr>
        <w:t xml:space="preserve">[38:47] </w:t>
      </w:r>
      <w:r>
        <w:t>to interdependent system jo nature mein qaim rakha gaya hai, woh apne aap majboor karta hai ke hum</w:t>
      </w:r>
    </w:p>
    <w:p>
      <w:pPr>
        <w:jc w:val="right"/>
      </w:pPr>
      <w:r>
        <w:t>تو انٹرڈیپینڈنٹ سسٹم جو نیچر میں قائم رکھا گیا ہے، وہ اپنے آپ مجبور کرتا ہے کہ ہم</w:t>
      </w:r>
    </w:p>
    <w:p>
      <w:r>
        <w:rPr>
          <w:b/>
        </w:rPr>
        <w:t xml:space="preserve">[38:51] </w:t>
      </w:r>
      <w:r>
        <w:t>human values ko follow karein.</w:t>
      </w:r>
    </w:p>
    <w:p>
      <w:pPr>
        <w:jc w:val="right"/>
      </w:pPr>
      <w:r>
        <w:t>ہیومن ویلیوز کو فالو کریں۔</w:t>
      </w:r>
    </w:p>
    <w:p>
      <w:r>
        <w:rPr>
          <w:b/>
        </w:rPr>
        <w:t xml:space="preserve">[38:55] </w:t>
      </w:r>
      <w:r>
        <w:t>yani hamara ravaiyya human friendly ravaiyya ho.</w:t>
      </w:r>
    </w:p>
    <w:p>
      <w:pPr>
        <w:jc w:val="right"/>
      </w:pPr>
      <w:r>
        <w:t>یعنی ہمارا رویہ ہیومن فرینڈلی رویہ ہو۔</w:t>
      </w:r>
    </w:p>
    <w:p>
      <w:r>
        <w:rPr>
          <w:b/>
        </w:rPr>
        <w:t xml:space="preserve">[39:00] </w:t>
      </w:r>
      <w:r>
        <w:t>human friendly ravaiyya nahi hoga to hamara koi kaam nahi banega.</w:t>
      </w:r>
    </w:p>
    <w:p>
      <w:pPr>
        <w:jc w:val="right"/>
      </w:pPr>
      <w:r>
        <w:t>ہیومن فرینڈلی رویہ نہیں ہوگا تو ہمارا کوئی کام نہیں بنے گا۔</w:t>
      </w:r>
    </w:p>
    <w:p>
      <w:r>
        <w:rPr>
          <w:b/>
        </w:rPr>
        <w:t xml:space="preserve">[39:04] </w:t>
      </w:r>
      <w:r>
        <w:t>to yeh jo system Allah taala ne rakha hai ke nirbharta ka system, ek doosre par nirbharta hai. koi bhi aadmi aisa nahi, chahe badshah kyun na ho, jo khud hi khud sab ka daale, woh bhi kisi par nirbharta karta hai, woh bhi. to yeh nirbharta ka jo system jo hai, interdependence ka jo system hai, woh ek compulsive situation create karta hai. jaise aap jante hain ke business wale kya kahen ge</w:t>
      </w:r>
    </w:p>
    <w:p>
      <w:pPr>
        <w:jc w:val="right"/>
      </w:pPr>
      <w:r>
        <w:t>تو یہ جو سسٹم اللہ تعالیٰ نے رکھا ہے کہ نرپرتا کا سسٹم، ایک دوسرے پر نرپرتا ہے۔ کوئی بھی آدمی ایسا نہیں، چاہے بادشاہ کیوں نہ ہو، جو خود ہی خود سب کا ڈالے، وہ بھی کسی پر نرپرتا کرتا ہے، وہ بھی۔ تو یہ نرپرتا کا جو سسٹم جو ہے، انٹرڈیپینڈنس کا جو سسٹم ہے، وہ ایک کمپلسو سچویشن کریٹ کرتا ہے۔ جیسے آپ جانتے ہیں کہ بزنس والے کیا کہیں گ</w:t>
      </w:r>
    </w:p>
    <w:p>
      <w:r>
        <w:rPr>
          <w:b/>
        </w:rPr>
        <w:t xml:space="preserve">[39:34] </w:t>
      </w:r>
      <w:r>
        <w:t>e? ke "customer is always right".</w:t>
      </w:r>
    </w:p>
    <w:p>
      <w:pPr>
        <w:jc w:val="right"/>
      </w:pPr>
      <w:r>
        <w:t>ے؟ کہ "کسٹمر از آلویز رائٹ"۔</w:t>
      </w:r>
    </w:p>
    <w:p>
      <w:r>
        <w:rPr>
          <w:b/>
        </w:rPr>
        <w:t xml:space="preserve">[39:38] </w:t>
      </w:r>
      <w:r>
        <w:t>woh kya hai? Compulsorily aisa unhein kehna padta hai.</w:t>
      </w:r>
    </w:p>
    <w:p>
      <w:pPr>
        <w:jc w:val="right"/>
      </w:pPr>
      <w:r>
        <w:t>وہ کیا ہے؟ کمپلسولی ایسا انہیں کہنا پڑتا ہے۔</w:t>
      </w:r>
    </w:p>
    <w:p>
      <w:r>
        <w:rPr>
          <w:b/>
        </w:rPr>
        <w:t xml:space="preserve">[39:42] </w:t>
      </w:r>
      <w:r>
        <w:t>business ek culture hai.</w:t>
      </w:r>
    </w:p>
    <w:p>
      <w:pPr>
        <w:jc w:val="right"/>
      </w:pPr>
      <w:r>
        <w:t>بزنس ایک کلچر ہے۔</w:t>
      </w:r>
    </w:p>
    <w:p>
      <w:r>
        <w:rPr>
          <w:b/>
        </w:rPr>
        <w:t xml:space="preserve">[39:46] </w:t>
      </w:r>
      <w:r>
        <w:t>is culture mein yeh compulsion hai ke agar aap doosre ko aap dost na rakhein ge to aap</w:t>
      </w:r>
    </w:p>
    <w:p>
      <w:pPr>
        <w:jc w:val="right"/>
      </w:pPr>
      <w:r>
        <w:t>اس کلچر میں یہ کمپلشن ہے کہ اگر آپ دوسرے کو آپ دوست نہ رکھیں گے تو آپ</w:t>
      </w:r>
    </w:p>
    <w:p>
      <w:r>
        <w:rPr>
          <w:b/>
        </w:rPr>
        <w:t xml:space="preserve">[39:49] </w:t>
      </w:r>
      <w:r>
        <w:t>business nahi chalega aap ka.</w:t>
      </w:r>
    </w:p>
    <w:p>
      <w:pPr>
        <w:jc w:val="right"/>
      </w:pPr>
      <w:r>
        <w:t>بزنس نہیں چلے گا آپ کا۔</w:t>
      </w:r>
    </w:p>
    <w:p>
      <w:r>
        <w:rPr>
          <w:b/>
        </w:rPr>
        <w:t xml:space="preserve">[39:53] </w:t>
      </w:r>
      <w:r>
        <w:t>to business jo hai, trader aur customer do se chalta hai.</w:t>
      </w:r>
    </w:p>
    <w:p>
      <w:pPr>
        <w:jc w:val="right"/>
      </w:pPr>
      <w:r>
        <w:t>تو بزنس جو ہے، ٹریڈر اور کسٹمر دو سے چلتا ہے۔</w:t>
      </w:r>
    </w:p>
    <w:p>
      <w:r>
        <w:rPr>
          <w:b/>
        </w:rPr>
        <w:t xml:space="preserve">[39:57] </w:t>
      </w:r>
      <w:r>
        <w:t>idhar trader hai, idhar customer hai.</w:t>
      </w:r>
    </w:p>
    <w:p>
      <w:pPr>
        <w:jc w:val="right"/>
      </w:pPr>
      <w:r>
        <w:t>ادھر ٹریڈر ہے، ادھر کسٹمر ہے۔</w:t>
      </w:r>
    </w:p>
    <w:p>
      <w:r>
        <w:rPr>
          <w:b/>
        </w:rPr>
        <w:t xml:space="preserve">[40:01] </w:t>
      </w:r>
      <w:r>
        <w:t>to dono ke mil</w:t>
      </w:r>
    </w:p>
    <w:p>
      <w:pPr>
        <w:jc w:val="right"/>
      </w:pPr>
      <w:r>
        <w:t>تو دونوں کے مل</w:t>
      </w:r>
    </w:p>
    <w:p>
      <w:r>
        <w:rPr>
          <w:b/>
        </w:rPr>
        <w:t xml:space="preserve">[40:04] </w:t>
      </w:r>
      <w:r>
        <w:t>kar ke woh chalta hai.</w:t>
      </w:r>
    </w:p>
    <w:p>
      <w:pPr>
        <w:jc w:val="right"/>
      </w:pPr>
      <w:r>
        <w:t>کر کے وہ چلتا ہے۔</w:t>
      </w:r>
    </w:p>
    <w:p>
      <w:r>
        <w:rPr>
          <w:b/>
        </w:rPr>
        <w:t xml:space="preserve">[40:09] </w:t>
      </w:r>
      <w:r>
        <w:t>woh is baat ko business mein janta hai.</w:t>
      </w:r>
    </w:p>
    <w:p>
      <w:pPr>
        <w:jc w:val="right"/>
      </w:pPr>
      <w:r>
        <w:t>وہ اس بات کو بزنس میں جانتا ہے۔</w:t>
      </w:r>
    </w:p>
    <w:p>
      <w:r>
        <w:rPr>
          <w:b/>
        </w:rPr>
        <w:t xml:space="preserve">[40:13] </w:t>
      </w:r>
      <w:r>
        <w:t>to woh kehta hai "customer is always right".</w:t>
      </w:r>
    </w:p>
    <w:p>
      <w:pPr>
        <w:jc w:val="right"/>
      </w:pPr>
      <w:r>
        <w:t>تو وہ کہتا ہے "کسٹمر از آلویز رائٹ"۔</w:t>
      </w:r>
    </w:p>
    <w:p>
      <w:r>
        <w:rPr>
          <w:b/>
        </w:rPr>
        <w:t xml:space="preserve">[40:17] </w:t>
      </w:r>
      <w:r>
        <w:t>yahi muamla poori zindagi ka, poori zindagi ka, poori zindagi ka.</w:t>
      </w:r>
    </w:p>
    <w:p>
      <w:pPr>
        <w:jc w:val="right"/>
      </w:pPr>
      <w:r>
        <w:t>یہی معاملہ پوری زندگی کا، پوری زندگی کا، پوری زندگی کا۔</w:t>
      </w:r>
    </w:p>
    <w:p>
      <w:r>
        <w:rPr>
          <w:b/>
        </w:rPr>
        <w:t xml:space="preserve">[40:22] </w:t>
      </w:r>
      <w:r>
        <w:t>to yahi jo hai basis hai human values ki. basis.</w:t>
      </w:r>
    </w:p>
    <w:p>
      <w:pPr>
        <w:jc w:val="right"/>
      </w:pPr>
      <w:r>
        <w:t>تو یہی جو ہے بیسس ہے ہیومن ویلیوز کی۔ بیسس۔</w:t>
      </w:r>
    </w:p>
    <w:p>
      <w:r>
        <w:rPr>
          <w:b/>
        </w:rPr>
        <w:t xml:space="preserve">[40:26] </w:t>
      </w:r>
      <w:r>
        <w:t>human values kya hai? ek lafz mein ho, yaani friendly behaviour.</w:t>
      </w:r>
    </w:p>
    <w:p>
      <w:pPr>
        <w:jc w:val="right"/>
      </w:pPr>
      <w:r>
        <w:t>ہیومن ویلیوز کیا ہے؟ ایک لفظ میں ہو، یعنی فرینڈلی بیہیویئر۔</w:t>
      </w:r>
    </w:p>
    <w:p>
      <w:r>
        <w:rPr>
          <w:b/>
        </w:rPr>
        <w:t xml:space="preserve">[40:30] </w:t>
      </w:r>
      <w:r>
        <w:t>human values kya hai? yeh to hai</w:t>
      </w:r>
    </w:p>
    <w:p>
      <w:pPr>
        <w:jc w:val="right"/>
      </w:pPr>
      <w:r>
        <w:t>ہیومن ویلیوز کیا ہے؟ یہ تو ہے</w:t>
      </w:r>
    </w:p>
    <w:p>
      <w:r>
        <w:rPr>
          <w:b/>
        </w:rPr>
        <w:t xml:space="preserve">[40:35] </w:t>
      </w:r>
      <w:r>
        <w:t>ke ek lafz mein human values ka matlab hota hai friendly behaviour.</w:t>
      </w:r>
    </w:p>
    <w:p>
      <w:pPr>
        <w:jc w:val="right"/>
      </w:pPr>
      <w:r>
        <w:t>کہ ایک لفظ میں ہیومن ویلیوز کا مطلب ہوتا ہے فرینڈلی بیہیویئر۔</w:t>
      </w:r>
    </w:p>
    <w:p>
      <w:r>
        <w:rPr>
          <w:b/>
        </w:rPr>
        <w:t xml:space="preserve">[40:39] </w:t>
      </w:r>
      <w:r>
        <w:t>human friendly behaviour.</w:t>
      </w:r>
    </w:p>
    <w:p>
      <w:pPr>
        <w:jc w:val="right"/>
      </w:pPr>
      <w:r>
        <w:t>ہیومن فرینڈلی بیہیویئر۔</w:t>
      </w:r>
    </w:p>
    <w:p>
      <w:r>
        <w:rPr>
          <w:b/>
        </w:rPr>
        <w:t xml:space="preserve">[40:44] </w:t>
      </w:r>
      <w:r>
        <w:t>human friendly behaviour ka doosra naam hai human values.</w:t>
      </w:r>
    </w:p>
    <w:p>
      <w:pPr>
        <w:jc w:val="right"/>
      </w:pPr>
      <w:r>
        <w:t>ہیومن فرینڈلی بیہیویئر کا دوسرا نام ہے ہیومن ویلیوز۔</w:t>
      </w:r>
    </w:p>
    <w:p>
      <w:r>
        <w:rPr>
          <w:b/>
        </w:rPr>
        <w:t xml:space="preserve">[40:49] </w:t>
      </w:r>
      <w:r>
        <w:t>to woh aap nahi ikhtiyar karenge agar.</w:t>
      </w:r>
    </w:p>
    <w:p>
      <w:pPr>
        <w:jc w:val="right"/>
      </w:pPr>
      <w:r>
        <w:t>تو وہ آپ نہیں اختیار کریں گے اگر۔</w:t>
      </w:r>
    </w:p>
    <w:p>
      <w:r>
        <w:rPr>
          <w:b/>
        </w:rPr>
        <w:t xml:space="preserve">[40:53] </w:t>
      </w:r>
      <w:r>
        <w:t>to kya hoga? ab kaam nahi banega aap ka.</w:t>
      </w:r>
    </w:p>
    <w:p>
      <w:pPr>
        <w:jc w:val="right"/>
      </w:pPr>
      <w:r>
        <w:t>تو کیا ہوگا؟ اب کام نہیں بنے گا آپ کا۔</w:t>
      </w:r>
    </w:p>
    <w:p>
      <w:r>
        <w:rPr>
          <w:b/>
        </w:rPr>
        <w:t xml:space="preserve">[40:58] </w:t>
      </w:r>
      <w:r>
        <w:t>phir maine kaha ke dekhiye, quran mein bataya gaya hai ke saare insano ko khuda ne ek</w:t>
      </w:r>
    </w:p>
    <w:p>
      <w:pPr>
        <w:jc w:val="right"/>
      </w:pPr>
      <w:r>
        <w:t>پھر میں نے کہا کہ دیکھیے، قرآن میں بتایا گیا ہے کہ سارے انسانوں کو خدا نے ایک</w:t>
      </w:r>
    </w:p>
    <w:p>
      <w:r>
        <w:rPr>
          <w:b/>
        </w:rPr>
        <w:t xml:space="preserve">[41:03] </w:t>
      </w:r>
      <w:r>
        <w:t>hi maa baap se banaya.</w:t>
      </w:r>
    </w:p>
    <w:p>
      <w:pPr>
        <w:jc w:val="right"/>
      </w:pPr>
      <w:r>
        <w:t>ہی ماں باپ سے بنایا۔</w:t>
      </w:r>
    </w:p>
    <w:p>
      <w:r>
        <w:rPr>
          <w:b/>
        </w:rPr>
        <w:t xml:space="preserve">[41:07] </w:t>
      </w:r>
      <w:r>
        <w:t>ek hi maa baap se, yaani adam se aur hawa se.</w:t>
      </w:r>
    </w:p>
    <w:p>
      <w:pPr>
        <w:jc w:val="right"/>
      </w:pPr>
      <w:r>
        <w:t>ایک ہی ماں باپ سے، یعنی آدم سے اور حوا سے۔</w:t>
      </w:r>
    </w:p>
    <w:p>
      <w:r>
        <w:rPr>
          <w:b/>
        </w:rPr>
        <w:t xml:space="preserve">[41:11] </w:t>
      </w:r>
      <w:r>
        <w:t>phir "wabass minhuma rijalun kathirun wa nisaa".</w:t>
      </w:r>
    </w:p>
    <w:p>
      <w:pPr>
        <w:jc w:val="right"/>
      </w:pPr>
      <w:r>
        <w:t>پھر "وبص منہما رجال کثیر بنساء"۔</w:t>
      </w:r>
    </w:p>
    <w:p>
      <w:r>
        <w:rPr>
          <w:b/>
        </w:rPr>
        <w:t xml:space="preserve">[41:16] </w:t>
      </w:r>
      <w:r>
        <w:t>phir is se naslein barhi, naslein barhi, naslein barhi.</w:t>
      </w:r>
    </w:p>
    <w:p>
      <w:pPr>
        <w:jc w:val="right"/>
      </w:pPr>
      <w:r>
        <w:t>پھر اس سے نسلیں بڑھیں، نسلیں بڑھیں، نسلیں بڑھیں۔</w:t>
      </w:r>
    </w:p>
    <w:p>
      <w:r>
        <w:rPr>
          <w:b/>
        </w:rPr>
        <w:t xml:space="preserve">[41:20] </w:t>
      </w:r>
      <w:r>
        <w:t>to is ka matlab kya hua? is ka matlab yeh hua ke saare insaan aapas mein blood brothers</w:t>
      </w:r>
    </w:p>
    <w:p>
      <w:pPr>
        <w:jc w:val="right"/>
      </w:pPr>
      <w:r>
        <w:t>تو اس کا مطلب کیا ہوا؟ اس کا مطلب یہ ہوا کہ سارے انسان آپس میں بلڈ برادرز</w:t>
      </w:r>
    </w:p>
    <w:p>
      <w:r>
        <w:rPr>
          <w:b/>
        </w:rPr>
        <w:t xml:space="preserve">[41:24] </w:t>
      </w:r>
      <w:r>
        <w:t>aur blood sisters hain.</w:t>
      </w:r>
    </w:p>
    <w:p>
      <w:pPr>
        <w:jc w:val="right"/>
      </w:pPr>
      <w:r>
        <w:t>اور بلڈ سسٹرز ہیں۔</w:t>
      </w:r>
    </w:p>
    <w:p>
      <w:r>
        <w:rPr>
          <w:b/>
        </w:rPr>
        <w:t xml:space="preserve">[41:29] </w:t>
      </w:r>
      <w:r>
        <w:t>blood brothers aur blood sisters hain. saare insaan.</w:t>
      </w:r>
    </w:p>
    <w:p>
      <w:pPr>
        <w:jc w:val="right"/>
      </w:pPr>
      <w:r>
        <w:t>بلڈ برادرز اور بلڈ سسٹرز ہیں۔ سارے انسان۔</w:t>
      </w:r>
    </w:p>
    <w:p>
      <w:r>
        <w:rPr>
          <w:b/>
        </w:rPr>
        <w:t xml:space="preserve">[41:33] </w:t>
      </w:r>
      <w:r>
        <w:t>jo hamare anser instru jo</w:t>
      </w:r>
    </w:p>
    <w:p>
      <w:pPr>
        <w:jc w:val="right"/>
      </w:pPr>
      <w:r>
        <w:t>جو ہمارے اینسر انسٹر جو</w:t>
      </w:r>
    </w:p>
    <w:p>
      <w:r>
        <w:rPr>
          <w:b/>
        </w:rPr>
        <w:t xml:space="preserve">[41:37] </w:t>
      </w:r>
      <w:r>
        <w:t>hain, hamare asal jo, asal jo hamare yaani parent hain, woh ek hi hain, yaani Adam aur Hawa. isi se nasl chali. isi se saare log paida hue, chahe Europe mein hon, Africa mein hon, America mein hon, Asia mein hon, har jagah ke log. to is ke maani yahi to hue ke sab ke sab aapas mein blood brothers hain aur blood sisters hain. to is ke maani kya hue?</w:t>
      </w:r>
    </w:p>
    <w:p>
      <w:pPr>
        <w:jc w:val="right"/>
      </w:pPr>
      <w:r>
        <w:t>ہیں، ہمارے اصل جو، اصل جو ہمارے یعنی پیرنٹ ہیں، وہ ایک ہی ہیں، یعنی آدم اور حوا۔ اسی سے نسل چلی۔ اسی سے سارے لوگ پیدا ہوئے، چاہے یورپ میں ہوں، افریقہ میں ہوں، امریکہ میں ہوں، ایشیا میں ہوں، ہر جگہ کے لوگ۔ تو اس کے معنی یہی تو ہوئے کہ سب کے سب آپس میں بلڈ برادرز ہیں اور بلڈ سسٹرز ہیں۔ تو اس کے معنی کیا ہوئے؟ کہ</w:t>
      </w:r>
    </w:p>
    <w:p>
      <w:r>
        <w:rPr>
          <w:b/>
        </w:rPr>
        <w:t xml:space="preserve">[42:07] </w:t>
      </w:r>
      <w:r>
        <w:t>aap ke andar yeh jo aqeedah islam deta hai, to is se aap ke andar family wali thinking</w:t>
      </w:r>
    </w:p>
    <w:p>
      <w:pPr>
        <w:jc w:val="right"/>
      </w:pPr>
      <w:r>
        <w:t>آپ کے اندر یہ جو عقیدہ اسلام دیتا ہے، تو اس سے آپ کے اندر فیملی والی تھنکنگ</w:t>
      </w:r>
    </w:p>
    <w:p>
      <w:r>
        <w:rPr>
          <w:b/>
        </w:rPr>
        <w:t xml:space="preserve">[42:12] </w:t>
      </w:r>
      <w:r>
        <w:t>paida hoti hai saare insaan ke liye.</w:t>
      </w:r>
    </w:p>
    <w:p>
      <w:pPr>
        <w:jc w:val="right"/>
      </w:pPr>
      <w:r>
        <w:t>پیدا ہوتی ہے سارے انسان کے لیے۔</w:t>
      </w:r>
    </w:p>
    <w:p>
      <w:r>
        <w:rPr>
          <w:b/>
        </w:rPr>
        <w:t xml:space="preserve">[42:17] </w:t>
      </w:r>
      <w:r>
        <w:t>poora poora jo human world hai, woh sab ek family hai.</w:t>
      </w:r>
    </w:p>
    <w:p>
      <w:pPr>
        <w:jc w:val="right"/>
      </w:pPr>
      <w:r>
        <w:t>پورا پورا جو ہیومن ورلڈ ہے، وہ سب ایک فیملی ہے۔</w:t>
      </w:r>
    </w:p>
    <w:p>
      <w:r>
        <w:rPr>
          <w:b/>
        </w:rPr>
        <w:t xml:space="preserve">[42:22] </w:t>
      </w:r>
      <w:r>
        <w:t>"al-khalqu ayalullah".</w:t>
      </w:r>
    </w:p>
    <w:p>
      <w:pPr>
        <w:jc w:val="right"/>
      </w:pPr>
      <w:r>
        <w:t>"الخلق و عیال اللہ"۔</w:t>
      </w:r>
    </w:p>
    <w:p>
      <w:r>
        <w:rPr>
          <w:b/>
        </w:rPr>
        <w:t xml:space="preserve">[42:27] </w:t>
      </w:r>
      <w:r>
        <w:t>jab sab ke sab, yaani blood brothers, blood sisters, wohi nahi hain jo mere ghar ke andar hain.</w:t>
      </w:r>
    </w:p>
    <w:p>
      <w:pPr>
        <w:jc w:val="right"/>
      </w:pPr>
      <w:r>
        <w:t>جب سب کے سب، یعنی بلڈ برادرز، بلڈ سسٹرز، وہی نہیں ہیں جو میرے گھر کے اندر ہیں۔</w:t>
      </w:r>
    </w:p>
    <w:p>
      <w:r>
        <w:rPr>
          <w:b/>
        </w:rPr>
        <w:t xml:space="preserve">[42:32] </w:t>
      </w:r>
      <w:r>
        <w:t>mere ghar ke andar jo mera bhai hai, mere ghar ke andar jo meri bah</w:t>
      </w:r>
    </w:p>
    <w:p>
      <w:pPr>
        <w:jc w:val="right"/>
      </w:pPr>
      <w:r>
        <w:t>میرے گھر کے اندر جو میرا بھائی ہے، میرے گھر کے اندر جو میری بہ</w:t>
      </w:r>
    </w:p>
    <w:p>
      <w:r>
        <w:rPr>
          <w:b/>
        </w:rPr>
        <w:t xml:space="preserve">[42:37] </w:t>
      </w:r>
      <w:r>
        <w:t>n hai, wahi nahi hain mere blood sisters aur blood brothers.</w:t>
      </w:r>
    </w:p>
    <w:p>
      <w:pPr>
        <w:jc w:val="right"/>
      </w:pPr>
      <w:r>
        <w:t>ن ہے، وہی نہیں ہیں میرے بلڈ سسٹرز اور بلڈ برادرز۔</w:t>
      </w:r>
    </w:p>
    <w:p>
      <w:r>
        <w:rPr>
          <w:b/>
        </w:rPr>
        <w:t xml:space="preserve">[42:42] </w:t>
      </w:r>
      <w:r>
        <w:t>balkeh sab ke sab hain, sab ke sab hain, sab ke sab hain.</w:t>
      </w:r>
    </w:p>
    <w:p>
      <w:pPr>
        <w:jc w:val="right"/>
      </w:pPr>
      <w:r>
        <w:t>بلکہ سب کے سب ہیں، سب کے سب ہیں، سب کے سب ہیں۔</w:t>
      </w:r>
    </w:p>
    <w:p>
      <w:r>
        <w:rPr>
          <w:b/>
        </w:rPr>
        <w:t xml:space="preserve">[42:46] </w:t>
      </w:r>
      <w:r>
        <w:t>koi direct way mein hai, koi indirect way mein hai.</w:t>
      </w:r>
    </w:p>
    <w:p>
      <w:pPr>
        <w:jc w:val="right"/>
      </w:pPr>
      <w:r>
        <w:t>کوئی ڈائریکٹ وے میں ہے، کوئی ان ڈائریکٹ وے میں ہے۔</w:t>
      </w:r>
    </w:p>
    <w:p>
      <w:r>
        <w:rPr>
          <w:b/>
        </w:rPr>
        <w:t xml:space="preserve">[42:51] </w:t>
      </w:r>
      <w:r>
        <w:t>to yeh deta hai hum ko aik aik rational basis keh jab sab ke sab apnay bhai behan</w:t>
      </w:r>
    </w:p>
    <w:p>
      <w:pPr>
        <w:jc w:val="right"/>
      </w:pPr>
      <w:r>
        <w:t>تو یہ دیتا ہے ہم کو ایک ایک ریشنل بیسس کہ جب سب کے سب اپنے بھائی بہن</w:t>
      </w:r>
    </w:p>
    <w:p>
      <w:r>
        <w:rPr>
          <w:b/>
        </w:rPr>
        <w:t xml:space="preserve">[42:56] </w:t>
      </w:r>
      <w:r>
        <w:t>hain to aik family ki tarah raho.</w:t>
      </w:r>
    </w:p>
    <w:p>
      <w:pPr>
        <w:jc w:val="right"/>
      </w:pPr>
      <w:r>
        <w:t>ہیں تو ایک فیملی کی طرح رہو۔</w:t>
      </w:r>
    </w:p>
    <w:p>
      <w:r>
        <w:rPr>
          <w:b/>
        </w:rPr>
        <w:t xml:space="preserve">[43:00] </w:t>
      </w:r>
      <w:r>
        <w:t>aik family ke manind raho.</w:t>
      </w:r>
    </w:p>
    <w:p>
      <w:pPr>
        <w:jc w:val="right"/>
      </w:pPr>
      <w:r>
        <w:t>ایک فیملی کے مانند رہو۔</w:t>
      </w:r>
    </w:p>
    <w:p>
      <w:r>
        <w:rPr>
          <w:b/>
        </w:rPr>
        <w:t xml:space="preserve">[43:05] </w:t>
      </w:r>
      <w:r>
        <w:t>to yeh hai ideological base.</w:t>
      </w:r>
    </w:p>
    <w:p>
      <w:pPr>
        <w:jc w:val="right"/>
      </w:pPr>
      <w:r>
        <w:t>تو یہ ہے آئیڈیالوجیکل بیس۔</w:t>
      </w:r>
    </w:p>
    <w:p>
      <w:r>
        <w:rPr>
          <w:b/>
        </w:rPr>
        <w:t xml:space="preserve">[43:10] </w:t>
      </w:r>
      <w:r>
        <w:t>to yeh hai woh basis jis par khara hota hai moral edifice.</w:t>
      </w:r>
    </w:p>
    <w:p>
      <w:pPr>
        <w:jc w:val="right"/>
      </w:pPr>
      <w:r>
        <w:t>تو یہ ہے وہ بیسس جس پر کھڑا ہوتا ہے مورل ایڈیفس۔</w:t>
      </w:r>
    </w:p>
    <w:p>
      <w:r>
        <w:rPr>
          <w:b/>
        </w:rPr>
        <w:t xml:space="preserve">[43:14] </w:t>
      </w:r>
      <w:r>
        <w:t>moral system ka edifice.</w:t>
      </w:r>
    </w:p>
    <w:p>
      <w:pPr>
        <w:jc w:val="right"/>
      </w:pPr>
      <w:r>
        <w:t>مورل سسٹم کا ایڈیفس۔</w:t>
      </w:r>
    </w:p>
    <w:p>
      <w:r>
        <w:rPr>
          <w:b/>
        </w:rPr>
        <w:t xml:space="preserve">[43:18] </w:t>
      </w:r>
      <w:r>
        <w:t>yeh do cheez huien.</w:t>
      </w:r>
    </w:p>
    <w:p>
      <w:pPr>
        <w:jc w:val="right"/>
      </w:pPr>
      <w:r>
        <w:t>یہ دو چیز ہوئیں۔</w:t>
      </w:r>
    </w:p>
    <w:p>
      <w:r>
        <w:rPr>
          <w:b/>
        </w:rPr>
        <w:t xml:space="preserve">[43:22] </w:t>
      </w:r>
      <w:r>
        <w:t>teesri cheez jo maine kahi woh yeh hai, woh is hadith se milti hai keh "mil yashkar</w:t>
      </w:r>
    </w:p>
    <w:p>
      <w:pPr>
        <w:jc w:val="right"/>
      </w:pPr>
      <w:r>
        <w:t>تیسری چیز جو میں نے کہی وہ یہ ہے، وہ اس حدیث سے ملتی ہے کہ "مل یشکر</w:t>
      </w:r>
    </w:p>
    <w:p>
      <w:r>
        <w:rPr>
          <w:b/>
        </w:rPr>
        <w:t xml:space="preserve">[43:27] </w:t>
      </w:r>
      <w:r>
        <w:t>al-nas lam yashkar Allah".</w:t>
      </w:r>
    </w:p>
    <w:p>
      <w:pPr>
        <w:jc w:val="right"/>
      </w:pPr>
      <w:r>
        <w:t>الناس لم یشکر اللہ"۔</w:t>
      </w:r>
    </w:p>
    <w:p>
      <w:r>
        <w:rPr>
          <w:b/>
        </w:rPr>
        <w:t xml:space="preserve">[43:31] </w:t>
      </w:r>
      <w:r>
        <w:t>yani jo insaan ko acknowledge nahi karega, woh Khuda ko bhi acknowledge nahi karega.</w:t>
      </w:r>
    </w:p>
    <w:p>
      <w:pPr>
        <w:jc w:val="right"/>
      </w:pPr>
      <w:r>
        <w:t>یعنی جو انسان کو اکنالج نہیں کرے گا، وہ خدا کو بھی اکنالج نہیں کرے گا۔</w:t>
      </w:r>
    </w:p>
    <w:p>
      <w:r>
        <w:rPr>
          <w:b/>
        </w:rPr>
        <w:t xml:space="preserve">[43:35] </w:t>
      </w:r>
      <w:r>
        <w:t>iska literal translation to yeh hai keh jo</w:t>
      </w:r>
    </w:p>
    <w:p>
      <w:pPr>
        <w:jc w:val="right"/>
      </w:pPr>
      <w:r>
        <w:t>اس کا لٹرل ٹرانسلیشن تو یہ ہے کہ جو</w:t>
      </w:r>
    </w:p>
    <w:p>
      <w:r>
        <w:rPr>
          <w:b/>
        </w:rPr>
        <w:t xml:space="preserve">[43:40] </w:t>
      </w:r>
      <w:r>
        <w:t>Khuda ka shukar nahi karta, woh insaan ka shukar bhi nahi karta.</w:t>
      </w:r>
    </w:p>
    <w:p>
      <w:pPr>
        <w:jc w:val="right"/>
      </w:pPr>
      <w:r>
        <w:t>خدا کا شکر نہیں کرتا، وہ انسان کا شکر بھی نہیں کرتا۔</w:t>
      </w:r>
    </w:p>
    <w:p>
      <w:r>
        <w:rPr>
          <w:b/>
        </w:rPr>
        <w:t xml:space="preserve">[43:45] </w:t>
      </w:r>
      <w:r>
        <w:t>lekin shukar kya hai? shukar mani aitraaf.</w:t>
      </w:r>
    </w:p>
    <w:p>
      <w:pPr>
        <w:jc w:val="right"/>
      </w:pPr>
      <w:r>
        <w:t>لیکن شکر کیا ہے؟ شکر معنی اعتراف۔</w:t>
      </w:r>
    </w:p>
    <w:p>
      <w:r>
        <w:rPr>
          <w:b/>
        </w:rPr>
        <w:t xml:space="preserve">[43:50] </w:t>
      </w:r>
      <w:r>
        <w:t>shukar mani acknowledgement.</w:t>
      </w:r>
    </w:p>
    <w:p>
      <w:pPr>
        <w:jc w:val="right"/>
      </w:pPr>
      <w:r>
        <w:t>شکر معنی اکنالجمنٹ۔</w:t>
      </w:r>
    </w:p>
    <w:p>
      <w:r>
        <w:rPr>
          <w:b/>
        </w:rPr>
        <w:t xml:space="preserve">[43:55] </w:t>
      </w:r>
      <w:r>
        <w:t>yani doosre ka jab aitraaf karte hain aap, to wahi shukar hai, wahi aitraaf hai, wahi acknowledgement hai.</w:t>
      </w:r>
    </w:p>
    <w:p>
      <w:pPr>
        <w:jc w:val="right"/>
      </w:pPr>
      <w:r>
        <w:t>یعنی دوسرے کا جب اعتراف کرتے ہیں آپ، تو وہی شکر ہے، وہی اعتراف ہے، وہی اکنالجمنٹ ہے۔</w:t>
      </w:r>
    </w:p>
    <w:p>
      <w:r>
        <w:rPr>
          <w:b/>
        </w:rPr>
        <w:t xml:space="preserve">[44:00] </w:t>
      </w:r>
      <w:r>
        <w:t>to hadith mein farmaya hai keh agar tum insaan ka aitraaf na karoge, insaan ka shukar na</w:t>
      </w:r>
    </w:p>
    <w:p>
      <w:pPr>
        <w:jc w:val="right"/>
      </w:pPr>
      <w:r>
        <w:t>تو حدیث میں فرمایا ہے کہ اگر تم انسان کا اعتراف نہ کرو گے، انسان کا شکر نہ</w:t>
      </w:r>
    </w:p>
    <w:p>
      <w:r>
        <w:rPr>
          <w:b/>
        </w:rPr>
        <w:t xml:space="preserve">[44:05] </w:t>
      </w:r>
      <w:r>
        <w:t>karoge, to Khuda ka shukar</w:t>
      </w:r>
    </w:p>
    <w:p>
      <w:pPr>
        <w:jc w:val="right"/>
      </w:pPr>
      <w:r>
        <w:t>کرو گے، تو خدا کا شکر</w:t>
      </w:r>
    </w:p>
    <w:p>
      <w:r>
        <w:rPr>
          <w:b/>
        </w:rPr>
        <w:t xml:space="preserve">[44:10] </w:t>
      </w:r>
      <w:r>
        <w:t>bhi nahi tum kar sakoge.</w:t>
      </w:r>
    </w:p>
    <w:p>
      <w:pPr>
        <w:jc w:val="right"/>
      </w:pPr>
      <w:r>
        <w:t>بھی نہیں تم کر سکو گے۔</w:t>
      </w:r>
    </w:p>
    <w:p>
      <w:r>
        <w:rPr>
          <w:b/>
        </w:rPr>
        <w:t xml:space="preserve">[44:14] </w:t>
      </w:r>
      <w:r>
        <w:t>jabkeh sab se bari ibadat jo hai, Khuda ka shukar karna hai.</w:t>
      </w:r>
    </w:p>
    <w:p>
      <w:pPr>
        <w:jc w:val="right"/>
      </w:pPr>
      <w:r>
        <w:t>جبکہ سب سے بڑی عبادت جو ہے، خدا کا شکر کرنا ہے۔</w:t>
      </w:r>
    </w:p>
    <w:p>
      <w:r>
        <w:rPr>
          <w:b/>
        </w:rPr>
        <w:t xml:space="preserve">[44:19] </w:t>
      </w:r>
      <w:r>
        <w:t>"Alhamdulillah Rabb al-Alameen".</w:t>
      </w:r>
    </w:p>
    <w:p>
      <w:pPr>
        <w:jc w:val="right"/>
      </w:pPr>
      <w:r>
        <w:t>"الحمدللہ رب العالمین"۔</w:t>
      </w:r>
    </w:p>
    <w:p>
      <w:r>
        <w:rPr>
          <w:b/>
        </w:rPr>
        <w:t xml:space="preserve">[44:23] </w:t>
      </w:r>
      <w:r>
        <w:t>Quran ki jo pehli ayat hai, pehli ayat, woh yahi hai: shukar hai Allah taala ka jo Rabb al-Alameen hai.</w:t>
      </w:r>
    </w:p>
    <w:p>
      <w:pPr>
        <w:jc w:val="right"/>
      </w:pPr>
      <w:r>
        <w:t>قرآن کی جو پہلی آیت ہے، پہلی آیت، وہ یہی ہے: شکر ہے اللہ تعالیٰ کا جو رب العالمین ہے۔</w:t>
      </w:r>
    </w:p>
    <w:p>
      <w:r>
        <w:rPr>
          <w:b/>
        </w:rPr>
        <w:t xml:space="preserve">[44:28] </w:t>
      </w:r>
      <w:r>
        <w:t>yani main aitraaf karta hoon keh Khuda jo hai, wahi mera creator hai.</w:t>
      </w:r>
    </w:p>
    <w:p>
      <w:pPr>
        <w:jc w:val="right"/>
      </w:pPr>
      <w:r>
        <w:t>یعنی میں اعتراف کرتا ہوں کہ خدا جو ہے، وہی میرا کریٹر ہے۔</w:t>
      </w:r>
    </w:p>
    <w:p>
      <w:r>
        <w:rPr>
          <w:b/>
        </w:rPr>
        <w:t xml:space="preserve">[44:32] </w:t>
      </w:r>
      <w:r>
        <w:t>mein eteraaf karta hoon ke khuda jo hai, wahi mera sustainer hai.</w:t>
      </w:r>
    </w:p>
    <w:p>
      <w:pPr>
        <w:jc w:val="right"/>
      </w:pPr>
      <w:r>
        <w:t>میں اعتراف کرتا ہوں کہ خدا جو ہے، وہی میرا سسٹینر ہے۔</w:t>
      </w:r>
    </w:p>
    <w:p>
      <w:r>
        <w:rPr>
          <w:b/>
        </w:rPr>
        <w:t xml:space="preserve">[44:36] </w:t>
      </w:r>
      <w:r>
        <w:t>mein eteraaf karta hoon ke khuda jo hai, wahi mujhe sab kuch dene wala hai.</w:t>
      </w:r>
    </w:p>
    <w:p>
      <w:pPr>
        <w:jc w:val="right"/>
      </w:pPr>
      <w:r>
        <w:t>میں اعتراف کرتا ہوں کہ خدا جو ہے، وہی مجھے سب کچھ دینے والا ہے۔</w:t>
      </w:r>
    </w:p>
    <w:p>
      <w:r>
        <w:rPr>
          <w:b/>
        </w:rPr>
        <w:t xml:space="preserve">[44:41] </w:t>
      </w:r>
      <w:r>
        <w:t>isi ko hamd kehte hain.</w:t>
      </w:r>
    </w:p>
    <w:p>
      <w:pPr>
        <w:jc w:val="right"/>
      </w:pPr>
      <w:r>
        <w:t>اسی کو حمد کہتے ہیں۔</w:t>
      </w:r>
    </w:p>
    <w:p>
      <w:r>
        <w:rPr>
          <w:b/>
        </w:rPr>
        <w:t xml:space="preserve">[44:47] </w:t>
      </w:r>
      <w:r>
        <w:t>to farmaya hai ke agar yahi to sab se bari ibadat hai, yahi to jannat ka ticket hai.</w:t>
      </w:r>
    </w:p>
    <w:p>
      <w:pPr>
        <w:jc w:val="right"/>
      </w:pPr>
      <w:r>
        <w:t>تو فرمایا ہے کہ اگر یہی تو سب سے بڑی عبادت ہے، یہی تو جنت کا ٹکٹ ہے۔</w:t>
      </w:r>
    </w:p>
    <w:p>
      <w:r>
        <w:rPr>
          <w:b/>
        </w:rPr>
        <w:t xml:space="preserve">[44:53] </w:t>
      </w:r>
      <w:r>
        <w:t>khuda apni jannat mein is ko dakhil karega jis ne khuda ka eteraaf kiya ho, khuda ki</w:t>
      </w:r>
    </w:p>
    <w:p>
      <w:pPr>
        <w:jc w:val="right"/>
      </w:pPr>
      <w:r>
        <w:t>خدا اپنی جنت میں اس کو داخل کرے گا جس نے خدا کا اعتراف کیا ہو، خدا کی</w:t>
      </w:r>
    </w:p>
    <w:p>
      <w:r>
        <w:rPr>
          <w:b/>
        </w:rPr>
        <w:t xml:space="preserve">[45:00] </w:t>
      </w:r>
      <w:r>
        <w:t>azmat ka, khuda ki rububiyat ka, khuda ke ehsanat ka, khuda ke munim hone ka.</w:t>
      </w:r>
    </w:p>
    <w:p>
      <w:pPr>
        <w:jc w:val="right"/>
      </w:pPr>
      <w:r>
        <w:t>عظمت کا، خدا کی ربوبیت کا، خدا کے احسانات کا، خدا کے منم ہونے کا۔</w:t>
      </w:r>
    </w:p>
    <w:p>
      <w:r>
        <w:rPr>
          <w:b/>
        </w:rPr>
        <w:t xml:space="preserve">[45:06] </w:t>
      </w:r>
      <w:r>
        <w:t>jis ne eteraaf kiya ho, is ko acknowledge kiya ho, isi ko to jannat hai.</w:t>
      </w:r>
    </w:p>
    <w:p>
      <w:pPr>
        <w:jc w:val="right"/>
      </w:pPr>
      <w:r>
        <w:t>جس نے اعتراف کیا ہو، اس کو اکنالج کیا ہو، اسی کو تو جنت ہے۔</w:t>
      </w:r>
    </w:p>
    <w:p>
      <w:r>
        <w:rPr>
          <w:b/>
        </w:rPr>
        <w:t xml:space="preserve">[45:12] </w:t>
      </w:r>
      <w:r>
        <w:t>eteraaf, eteraafi yaad rakhiye, jannat ka certificate hai. sacha eteraaf, dil se eteraaf. yaani woh eteraaf dil se samandar ki tarah uble, lift service nahin. shukr ya eteraaf ya acknowledgement, yeh koi lift service ki cheez nahin hai. yeh yeh to dil se ek aabalta hai, ek darya, ek chashma, ek samandar. is ko, is ko shukr kehte hain. to farmaaya</w:t>
      </w:r>
    </w:p>
    <w:p>
      <w:pPr>
        <w:jc w:val="right"/>
      </w:pPr>
      <w:r>
        <w:t>اعتراف، اعترافی یاد رکھیے، جنت کا سرٹیفیکیٹ ہے۔ سچا اعتراف، دل سے اعتراف۔ یعنی وہ اعتراف دل سے سمندر کی طرح ابلے، لفٹ سروس نہیں۔ شکر یا اعتراف یا اکنالجمنٹ، یہ کوئی لفٹ سروس کی چیز نہیں ہے۔ یہ یہ تو دل سے ایک امٹتا ہے، ایک دریا، ایک چشمہ، ایک سمندر۔ اس کو، اس کو شکر کہتے ہیں۔ تو فرمایا</w:t>
      </w:r>
    </w:p>
    <w:p>
      <w:r>
        <w:rPr>
          <w:b/>
        </w:rPr>
        <w:t xml:space="preserve">[45:42] </w:t>
      </w:r>
      <w:r>
        <w:t>hai ke jo insaan aisa ho ke apne jaisay insaanon ka shukr na kare, to woh khuda ka bhi shukr nahin banega. quran mein hai ke "ma ja'alallahu min qalbain fi jaufi". khuda ne kisi insaan ke seene mein do dil nahin banaaye. khuda ne kisi insaan ke seene mein do dil nahin banaaye. is ka matlab kya hai? is ka matlab yeh hai ke ke psychologi</w:t>
      </w:r>
    </w:p>
    <w:p>
      <w:pPr>
        <w:jc w:val="right"/>
      </w:pPr>
      <w:r>
        <w:t>ہے کہ جو انسان ایسا ہو کہ اپنے جیسے انسانوں کا شکر نہ کرے، تو وہ خدا کا بھی شاکر نہیں بنے گا۔ قرآن میں ہے کہ "ما جعل اللہ من قلبین فی جوفی"۔ خدا نے کسی انسان کے سینے میں دو دل نہیں بنائے۔ خدا نے کسی انسان کے سینے میں دو دل نہیں بنائے۔ اس کا مطلب کیا ہے؟ اس کا مطلب یہ ہے کہ کہ سائیکال</w:t>
      </w:r>
    </w:p>
    <w:p>
      <w:r>
        <w:rPr>
          <w:b/>
        </w:rPr>
        <w:t xml:space="preserve">[46:12] </w:t>
      </w:r>
      <w:r>
        <w:t>وجی جو ہے، وہ اس میں spirit نہیں ہو سکتا۔</w:t>
      </w:r>
    </w:p>
    <w:p>
      <w:pPr>
        <w:jc w:val="right"/>
      </w:pPr>
      <w:r>
        <w:t>وجی جو ہے، وہ اس میں اسپیریٹ نہیں ہو سکتا۔</w:t>
      </w:r>
    </w:p>
    <w:p>
      <w:r>
        <w:rPr>
          <w:b/>
        </w:rPr>
        <w:t xml:space="preserve">[46:17] </w:t>
      </w:r>
      <w:r>
        <w:t>سائیکالوجی میں ڈویژن پاسیبل نہیں ہے۔</w:t>
      </w:r>
    </w:p>
    <w:p>
      <w:pPr>
        <w:jc w:val="right"/>
      </w:pPr>
      <w:r>
        <w:t>سائیکالوجی میں ڈیویژن پاسیبل نہیں ہے۔</w:t>
      </w:r>
    </w:p>
    <w:p>
      <w:r>
        <w:rPr>
          <w:b/>
        </w:rPr>
        <w:t xml:space="preserve">[46:23] </w:t>
      </w:r>
      <w:r>
        <w:t>insan ki jo psychology hoti hai, is mein division possible nahi hai.</w:t>
      </w:r>
    </w:p>
    <w:p>
      <w:pPr>
        <w:jc w:val="right"/>
      </w:pPr>
      <w:r>
        <w:t>انسان کی جو سائیکالوجی ہوتی ہے، اس میں ڈیویژن پاسیبل نہیں ہے۔</w:t>
      </w:r>
    </w:p>
    <w:p>
      <w:r>
        <w:rPr>
          <w:b/>
        </w:rPr>
        <w:t xml:space="preserve">[46:28] </w:t>
      </w:r>
      <w:r>
        <w:t>yani ek taraf nafrat, ek taraf mohabbat, ek taraf shukr, ek taraf nakari.</w:t>
      </w:r>
    </w:p>
    <w:p>
      <w:pPr>
        <w:jc w:val="right"/>
      </w:pPr>
      <w:r>
        <w:t>یعنی ایک طرف نفرت، ایک طرف محبت، ایک طرف شکر، ایک طرف ناشکری۔</w:t>
      </w:r>
    </w:p>
    <w:p>
      <w:r>
        <w:rPr>
          <w:b/>
        </w:rPr>
        <w:t xml:space="preserve">[46:33] </w:t>
      </w:r>
      <w:r>
        <w:t>to aisa dil na khuda ne banaya hai, na koi aisa duniya mein hai.</w:t>
      </w:r>
    </w:p>
    <w:p>
      <w:pPr>
        <w:jc w:val="right"/>
      </w:pPr>
      <w:r>
        <w:t>تو ایسا دل نہ خدا نے بنایا ہے، نہ کوئی ایسا دنیا میں ہے۔</w:t>
      </w:r>
    </w:p>
    <w:p>
      <w:r>
        <w:rPr>
          <w:b/>
        </w:rPr>
        <w:t xml:space="preserve">[46:38] </w:t>
      </w:r>
      <w:r>
        <w:t>aisa dil to is ke mani kya hue? ke agar aap ne aisa kiya</w:t>
      </w:r>
    </w:p>
    <w:p>
      <w:pPr>
        <w:jc w:val="right"/>
      </w:pPr>
      <w:r>
        <w:t>ایسا دل تو اس کے معنی کیا ہوئے؟ کہ اگر آپ نے ایسا کیا</w:t>
      </w:r>
    </w:p>
    <w:p>
      <w:r>
        <w:rPr>
          <w:b/>
        </w:rPr>
        <w:t xml:space="preserve">[46:43] </w:t>
      </w:r>
      <w:r>
        <w:t>ke jin mardon aur auraton ke beech mein aap rehte hain, chahe family mein, chahe society mein, chahe</w:t>
      </w:r>
    </w:p>
    <w:p>
      <w:pPr>
        <w:jc w:val="right"/>
      </w:pPr>
      <w:r>
        <w:t>کہ جن مردوں اور عورتوں کے بیچ میں آپ رہتے ہیں، چاہے فیملی میں، چاہے سوسائٹی میں، چاہے</w:t>
      </w:r>
    </w:p>
    <w:p>
      <w:r>
        <w:rPr>
          <w:b/>
        </w:rPr>
        <w:t xml:space="preserve">[46:51] </w:t>
      </w:r>
      <w:r>
        <w:t>qaum mein, agar un ke liye aap ka dil ke andar eteraaf nahi hai, shukr nahi hai, to</w:t>
      </w:r>
    </w:p>
    <w:p>
      <w:pPr>
        <w:jc w:val="right"/>
      </w:pPr>
      <w:r>
        <w:t>قوم میں، اگر ان کے لیے آپ کا دل کے اندر اعتراف نہیں ہے، شکر نہیں ہے، تو</w:t>
      </w:r>
    </w:p>
    <w:p>
      <w:r>
        <w:rPr>
          <w:b/>
        </w:rPr>
        <w:t xml:space="preserve">[46:58] </w:t>
      </w:r>
      <w:r>
        <w:t>kya hoga? aap ki nafsiyat poori ki poori nakari ki nafsiyat ban jayegi.</w:t>
      </w:r>
    </w:p>
    <w:p>
      <w:pPr>
        <w:jc w:val="right"/>
      </w:pPr>
      <w:r>
        <w:t>کیا ہوگا؟ آپ کی نفسیات پوری کی پوری ناشکری کی نفسیات بن جائے گی۔</w:t>
      </w:r>
    </w:p>
    <w:p>
      <w:r>
        <w:rPr>
          <w:b/>
        </w:rPr>
        <w:t xml:space="preserve">[47:06] </w:t>
      </w:r>
      <w:r>
        <w:t>yani aap society mein ya ghar mein ya qaum mein rehte hain, doosron ka eteraaf na karte</w:t>
      </w:r>
    </w:p>
    <w:p>
      <w:pPr>
        <w:jc w:val="right"/>
      </w:pPr>
      <w:r>
        <w:t>یعنی آپ سوسائٹی میں یا گھر میں یا قوم میں رہتے ہیں، دوسروں کا اعتراف نہ کرتے</w:t>
      </w:r>
    </w:p>
    <w:p>
      <w:r>
        <w:rPr>
          <w:b/>
        </w:rPr>
        <w:t xml:space="preserve">[47:13] </w:t>
      </w:r>
      <w:r>
        <w:t>hote hue, doosron ka shukr na karte hue, doosron ko acknowledge na karte hue, to kya hoga? aap ki</w:t>
      </w:r>
    </w:p>
    <w:p>
      <w:pPr>
        <w:jc w:val="right"/>
      </w:pPr>
      <w:r>
        <w:t>ہوئے، دوسروں کا شکر نہ کرتے ہوئے، دوسروں کو اکنالج نہ کرتے ہوئے، تو کیا ہوگا؟ آپ کی</w:t>
      </w:r>
    </w:p>
    <w:p>
      <w:r>
        <w:rPr>
          <w:b/>
        </w:rPr>
        <w:t xml:space="preserve">[47:21] </w:t>
      </w:r>
      <w:r>
        <w:t>سائیکالوجی بنے گی اسی ٹائپ کی: ناشکری کی سائیکالوجی، بے اعترافی کی سائیکالوجی، acknowledge نہ کرنے کی سائیکالوجی۔</w:t>
      </w:r>
    </w:p>
    <w:p>
      <w:pPr>
        <w:jc w:val="right"/>
      </w:pPr>
      <w:r>
        <w:t>سائیکالوجی بنے گی اسی ٹائپ کی: ناشکری کی سائیکالوجی، بے اعترافی کی سائیکالوجی، اکنالج نہ کرنے کی سائیکالوجی۔</w:t>
      </w:r>
    </w:p>
    <w:p>
      <w:r>
        <w:rPr>
          <w:b/>
        </w:rPr>
        <w:t xml:space="preserve">[47:29] </w:t>
      </w:r>
      <w:r>
        <w:t>to kaise aap shukr karenge khuda ka? to phir aap sirf lip service karenge.</w:t>
      </w:r>
    </w:p>
    <w:p>
      <w:pPr>
        <w:jc w:val="right"/>
      </w:pPr>
      <w:r>
        <w:t>تو کیسے آپ شکر کریں گے خدا کا؟ تو پھر آپ صرف لپ سروس کریں گے۔</w:t>
      </w:r>
    </w:p>
    <w:p>
      <w:r>
        <w:rPr>
          <w:b/>
        </w:rPr>
        <w:t xml:space="preserve">[47:37] </w:t>
      </w:r>
      <w:r>
        <w:t>aisa aadmi jo</w:t>
      </w:r>
    </w:p>
    <w:p>
      <w:pPr>
        <w:jc w:val="right"/>
      </w:pPr>
      <w:r>
        <w:t>ایسا آدمی جو</w:t>
      </w:r>
    </w:p>
    <w:p>
      <w:r>
        <w:rPr>
          <w:b/>
        </w:rPr>
        <w:t xml:space="preserve">[47:45] </w:t>
      </w:r>
      <w:r>
        <w:t>bandon ke darmiyan nakari kar ke rehta hai, wo apne aap ko is qabil, is ke liye nahil</w:t>
      </w:r>
    </w:p>
    <w:p>
      <w:pPr>
        <w:jc w:val="right"/>
      </w:pPr>
      <w:r>
        <w:t>بندوں کے درمیان ناشکری کر کے رہتا ہے، وہ اپنے آپ کو اس قابل، اس کے لیے نااہل</w:t>
      </w:r>
    </w:p>
    <w:p>
      <w:r>
        <w:rPr>
          <w:b/>
        </w:rPr>
        <w:t xml:space="preserve">[47:50] </w:t>
      </w:r>
      <w:r>
        <w:t>بنا رہا ہے، incompetent کہ وہ خدا کا شکر کر سکے۔</w:t>
      </w:r>
    </w:p>
    <w:p>
      <w:pPr>
        <w:jc w:val="right"/>
      </w:pPr>
      <w:r>
        <w:t>بنا رہا ہے، ان کمپیٹنٹ کہ وہ خدا کا شکر کر سکے۔</w:t>
      </w:r>
    </w:p>
    <w:p>
      <w:r>
        <w:rPr>
          <w:b/>
        </w:rPr>
        <w:t xml:space="preserve">[47:55] </w:t>
      </w:r>
      <w:r>
        <w:t>to phir wo kya karega? lip service karega.</w:t>
      </w:r>
    </w:p>
    <w:p>
      <w:pPr>
        <w:jc w:val="right"/>
      </w:pPr>
      <w:r>
        <w:t>تو پھر وہ کیا کرے گا؟ لپ سروس کرے گا۔</w:t>
      </w:r>
    </w:p>
    <w:p>
      <w:r>
        <w:rPr>
          <w:b/>
        </w:rPr>
        <w:t xml:space="preserve">[48:01] </w:t>
      </w:r>
      <w:r>
        <w:t>yani zuban se bol dega, bas dil mein kuch bhi nahi.</w:t>
      </w:r>
    </w:p>
    <w:p>
      <w:pPr>
        <w:jc w:val="right"/>
      </w:pPr>
      <w:r>
        <w:t>یعنی زبان سے بول دے گا، بس دل میں کچھ بھی نہیں۔</w:t>
      </w:r>
    </w:p>
    <w:p>
      <w:r>
        <w:rPr>
          <w:b/>
        </w:rPr>
        <w:t xml:space="preserve">[48:06] </w:t>
      </w:r>
      <w:r>
        <w:t>yeh to munafiqat hai.</w:t>
      </w:r>
    </w:p>
    <w:p>
      <w:pPr>
        <w:jc w:val="right"/>
      </w:pPr>
      <w:r>
        <w:t>یہ تو منافقت ہے۔</w:t>
      </w:r>
    </w:p>
    <w:p>
      <w:r>
        <w:rPr>
          <w:b/>
        </w:rPr>
        <w:t xml:space="preserve">[48:12] </w:t>
      </w:r>
      <w:r>
        <w:t>dil mein na hona aur zuban se bolna isi ka naam tha munafiqat.</w:t>
      </w:r>
    </w:p>
    <w:p>
      <w:pPr>
        <w:jc w:val="right"/>
      </w:pPr>
      <w:r>
        <w:t>دل میں نہ ہونا اور زبان سے بولنا اسی کا نام تھا منافقت۔</w:t>
      </w:r>
    </w:p>
    <w:p>
      <w:r>
        <w:rPr>
          <w:b/>
        </w:rPr>
        <w:t xml:space="preserve">[48:17] </w:t>
      </w:r>
      <w:r>
        <w:t>to is ke maani yeh hain ke human values ko jod diya kis cheez se? paradise se, aakhirat ki success se, khuda ki razamandi se. is se bari basis aur kya ho sakti hai? is ke maani hain ke jab aap ek insaan, jo insaanon ka acknowledge na karta ho, un ka shukr guzaar na banta ho, un ka eteraaf na karta ho, to yeh ek bohat bara</w:t>
      </w:r>
    </w:p>
    <w:p>
      <w:pPr>
        <w:jc w:val="right"/>
      </w:pPr>
      <w:r>
        <w:t>تو اس کے معنی یہ ہیں کہ ہیومن ویلیوز کو جوڑ دیا کس چیز سے؟ پیرڈائز سے، آخرت کی سکسیس سے، خدا کی رضامندی سے۔ اس سے بڑی بیسس اور کیا ہو سکتی ہے؟ اس کے معنی ہیں کہ جب آپ ایک انسان، جو انسانوں کا کو اکنالج نہ کرتا ہو، ان کا شکر گزار نہ بنتا ہو، ان کا اعتراف نہ کرتا ہو، تو یہ ایک بہت بڑا</w:t>
      </w:r>
    </w:p>
    <w:p>
      <w:r>
        <w:rPr>
          <w:b/>
        </w:rPr>
        <w:t xml:space="preserve">[48:47] </w:t>
      </w:r>
      <w:r>
        <w:t>risk le raha hai. yaani eternal mehroomi ka risk. ab kitna bara ya bhayanak risk hai, aap ghore kijiye ke jannat se mehroomi, eternal, eternal risk hai. yeh aa</w:t>
      </w:r>
    </w:p>
    <w:p>
      <w:pPr>
        <w:jc w:val="right"/>
      </w:pPr>
      <w:r>
        <w:t>رسک لے رہا ہے۔ یعنی ایٹرنل محرومی کا رسک۔ اب کتنا بڑا یا بھیانک رسک ہے، آپ غور کیجئے کہ جنت سے محرومی، ایٹرنل، ایٹرنل رسک ہے۔ یہ آ</w:t>
      </w:r>
    </w:p>
    <w:p>
      <w:r>
        <w:rPr>
          <w:b/>
        </w:rPr>
        <w:t xml:space="preserve">[49:17] </w:t>
      </w:r>
      <w:r>
        <w:t>j mein kisi se keh raha tha ke jannat aur jahannum ko samajhna koi mushkil kaam nahi hai.</w:t>
      </w:r>
    </w:p>
    <w:p>
      <w:pPr>
        <w:jc w:val="right"/>
      </w:pPr>
      <w:r>
        <w:t>ج میں کسی سے کہہ رہا تھا کہ جنت اور جہنم کو سمجھنا کوئی مشکل کام نہیں ہے۔</w:t>
      </w:r>
    </w:p>
    <w:p>
      <w:r>
        <w:rPr>
          <w:b/>
        </w:rPr>
        <w:t xml:space="preserve">[49:23] </w:t>
      </w:r>
      <w:r>
        <w:t>aap apni maloom duniya hi ko le kar ke jannat jahannum ko samajh sakte hain.</w:t>
      </w:r>
    </w:p>
    <w:p>
      <w:pPr>
        <w:jc w:val="right"/>
      </w:pPr>
      <w:r>
        <w:t>آپ اپنی معلوم دنیا ہی کو لے کر کے جنت جہنم کو سمجھ سکتے ہیں۔</w:t>
      </w:r>
    </w:p>
    <w:p>
      <w:r>
        <w:rPr>
          <w:b/>
        </w:rPr>
        <w:t xml:space="preserve">[49:29] </w:t>
      </w:r>
      <w:r>
        <w:t>to mein, mein, mein ne bataya ke dekhiye, English mein ek lafz hai "habitat" ya "aboard".</w:t>
      </w:r>
    </w:p>
    <w:p>
      <w:pPr>
        <w:jc w:val="right"/>
      </w:pPr>
      <w:r>
        <w:t>تو میں، میں، میں نے بتایا کہ دیکھیے، انگلش میں ایک لفظ ہے "ہیبیٹٹ" یا "ابورڈ"۔</w:t>
      </w:r>
    </w:p>
    <w:p>
      <w:r>
        <w:rPr>
          <w:b/>
        </w:rPr>
        <w:t xml:space="preserve">[49:35] </w:t>
      </w:r>
      <w:r>
        <w:t>living aboard yani ek aam taur par haiwan ke liye bola jata hai.</w:t>
      </w:r>
    </w:p>
    <w:p>
      <w:pPr>
        <w:jc w:val="right"/>
      </w:pPr>
      <w:r>
        <w:t>لیونگ ابورڈ یعنی ایک عام طور پر حیوان کے لیے بولا جاتا ہے۔</w:t>
      </w:r>
    </w:p>
    <w:p>
      <w:r>
        <w:rPr>
          <w:b/>
        </w:rPr>
        <w:t xml:space="preserve">[49:41] </w:t>
      </w:r>
      <w:r>
        <w:t>yeh haiwan jo hai, apne natural habitat mein reh</w:t>
      </w:r>
    </w:p>
    <w:p>
      <w:pPr>
        <w:jc w:val="right"/>
      </w:pPr>
      <w:r>
        <w:t>یہ حیوان جو ہے، اپنے نیچرل ہیبیٹٹ میں رہ</w:t>
      </w:r>
    </w:p>
    <w:p>
      <w:r>
        <w:rPr>
          <w:b/>
        </w:rPr>
        <w:t xml:space="preserve">[49:47] </w:t>
      </w:r>
      <w:r>
        <w:t>te hain.</w:t>
      </w:r>
    </w:p>
    <w:p>
      <w:pPr>
        <w:jc w:val="right"/>
      </w:pPr>
      <w:r>
        <w:t>تے ہیں۔</w:t>
      </w:r>
    </w:p>
    <w:p>
      <w:r>
        <w:rPr>
          <w:b/>
        </w:rPr>
        <w:t xml:space="preserve">[49:52] </w:t>
      </w:r>
      <w:r>
        <w:t>jahan ko nikal diya hai in se, to bohat ziyada museebatein phans ho jati hain in ki zindagi.</w:t>
      </w:r>
    </w:p>
    <w:p>
      <w:pPr>
        <w:jc w:val="right"/>
      </w:pPr>
      <w:r>
        <w:t>جہاں کو نکال دیا ہے ان سے، تو بہت زیادہ مصیبتیں پھنس ہو جاتی ہیں ان کی زندگی۔</w:t>
      </w:r>
    </w:p>
    <w:p>
      <w:r>
        <w:rPr>
          <w:b/>
        </w:rPr>
        <w:t xml:space="preserve">[49:57] </w:t>
      </w:r>
      <w:r>
        <w:t>to in ka jo natural habitat hai, isi mein rehte hain, tab theek rehte hain.</w:t>
      </w:r>
    </w:p>
    <w:p>
      <w:pPr>
        <w:jc w:val="right"/>
      </w:pPr>
      <w:r>
        <w:t>تو ان کا جو نیچرل ہیبیٹٹ ہے، اسی میں رہتے ہیں، تب ٹھیک رہتے ہیں۔</w:t>
      </w:r>
    </w:p>
    <w:p>
      <w:r>
        <w:rPr>
          <w:b/>
        </w:rPr>
        <w:t xml:space="preserve">[50:02] </w:t>
      </w:r>
      <w:r>
        <w:t>jaise misaal ke taur par dekhiye, aap machhli ko lijeeye.</w:t>
      </w:r>
    </w:p>
    <w:p>
      <w:pPr>
        <w:jc w:val="right"/>
      </w:pPr>
      <w:r>
        <w:t>جیسے مثال کے طور پر دیکھیے، آپ مچھلی کو لیجئے۔</w:t>
      </w:r>
    </w:p>
    <w:p>
      <w:r>
        <w:rPr>
          <w:b/>
        </w:rPr>
        <w:t xml:space="preserve">[50:07] </w:t>
      </w:r>
      <w:r>
        <w:t>aap bohat hi ziyada clear example: machhli ek poore maanon mein ek living being hai, woh zindagi hai</w:t>
      </w:r>
    </w:p>
    <w:p>
      <w:pPr>
        <w:jc w:val="right"/>
      </w:pPr>
      <w:r>
        <w:t>آپ بہت ہی زیادہ کلیئر ایگزامپل: مچھلی ایک پورے معنوں میں ایک لیونگ بینگ ہے، وہ زندگی ہے</w:t>
      </w:r>
    </w:p>
    <w:p>
      <w:r>
        <w:rPr>
          <w:b/>
        </w:rPr>
        <w:t xml:space="preserve">[50:12] </w:t>
      </w:r>
      <w:r>
        <w:t>poore maanon mein.</w:t>
      </w:r>
    </w:p>
    <w:p>
      <w:pPr>
        <w:jc w:val="right"/>
      </w:pPr>
      <w:r>
        <w:t>پورے معنوں میں۔</w:t>
      </w:r>
    </w:p>
    <w:p>
      <w:r>
        <w:rPr>
          <w:b/>
        </w:rPr>
        <w:t xml:space="preserve">[50:17] </w:t>
      </w:r>
      <w:r>
        <w:t>lekin is ka jo natural habitat kya hai? paani hai, samandar hai, ocean hai, sea hai. paani ke andar jab machhli hoti hai to bharpoor taur par is ko zindagi milti hai, uchhalti hai, kudti hai, aur choti hoti hai, phir bari hoti hai. yaani har aitbaar se woh ek living machhli hoti hai, living fish.</w:t>
      </w:r>
    </w:p>
    <w:p>
      <w:pPr>
        <w:jc w:val="right"/>
      </w:pPr>
      <w:r>
        <w:t>لیکن اس کا جو نیچرل ہیبیٹٹ کیا ہے؟ پانی ہے، سمندر ہے، اوشن ہے، سی ہے۔ پانی کے اندر جب مچھلی ہوتی ہے تو بھرپور طور پر اس کو زندگی ملتی ہے، اچھلتی ہے، کودتی ہے، اور چھوٹی ہوتی ہے، پھر بڑی ہوتی ہے۔ یعنی ہر اعتبار سے وہ ایک لیونگ مچھلی ہوتی ہے، لیونگ فش۔ لیکن اگر آپ اس کو ن</w:t>
      </w:r>
    </w:p>
    <w:p>
      <w:r>
        <w:rPr>
          <w:b/>
        </w:rPr>
        <w:t xml:space="preserve">[50:47] </w:t>
      </w:r>
      <w:r>
        <w:t>lekin agar aap is ko nikaal dein, paani se nikaal kar desert mein daal dein, desert mein tarpay gi, tarpay gi, tarpay gi. wohi machhli hogi, wohi machhli hogi, lekin wahan sirf tarp tarp kar rahe gi woh desert mein. to mein ne kaha isi se aap samajh sakte hain ke jannat kya hai aur jahannum kya hai. khuda ne aap ko banaya ek living being ke taur par, ek zinda wajood ke taur par. lekin aap ko ek habitat chahiye</w:t>
      </w:r>
    </w:p>
    <w:p>
      <w:pPr>
        <w:jc w:val="right"/>
      </w:pPr>
      <w:r>
        <w:t>کال دیں، پانی سے نکال کر ڈیزرٹ میں ڈال دیں، ڈیزرٹ میں تڑپے گی، تڑپے گی، تڑپے گی۔ وہی مچھلی ہوگی، وہی مچھلی ہوگی، لیکن وہاں صرف تڑپ تڑپ کر رہے گی وہ ڈیزرٹ میں۔ تو میں نے کہا اسی سے آپ سمجھ سکتے ہیں کہ جنت کیا ہے اور جہنم کیا ہے۔ خدا نے آپ کو بنایا ایک لیونگ بینگ کے طور پر، ایک زندہ وجود کے طور پر۔ لیکن آپ کو ایک ہیبیٹٹ چ</w:t>
      </w:r>
    </w:p>
    <w:p>
      <w:r>
        <w:rPr>
          <w:b/>
        </w:rPr>
        <w:t xml:space="preserve">[51:17] </w:t>
      </w:r>
      <w:r>
        <w:t>aahiye, ek living aboard chahiye, ek watan chahiye.</w:t>
      </w:r>
    </w:p>
    <w:p>
      <w:pPr>
        <w:jc w:val="right"/>
      </w:pPr>
      <w:r>
        <w:t>اہیے، ایک لیونگ ابورڈ چاہیے، ایک موتن چاہیے۔</w:t>
      </w:r>
    </w:p>
    <w:p>
      <w:r>
        <w:rPr>
          <w:b/>
        </w:rPr>
        <w:t xml:space="preserve">[51:23] </w:t>
      </w:r>
      <w:r>
        <w:t>is ke liye Khuda ne yeh zameen banai.</w:t>
      </w:r>
    </w:p>
    <w:p>
      <w:pPr>
        <w:jc w:val="right"/>
      </w:pPr>
      <w:r>
        <w:t>اس کے لیے خدا نے یہ زمین بنائی۔</w:t>
      </w:r>
    </w:p>
    <w:p>
      <w:r>
        <w:rPr>
          <w:b/>
        </w:rPr>
        <w:t xml:space="preserve">[51:30] </w:t>
      </w:r>
      <w:r>
        <w:t>yeh zameen insaan ka watan hai, insaan ka habitat hai.</w:t>
      </w:r>
    </w:p>
    <w:p>
      <w:pPr>
        <w:jc w:val="right"/>
      </w:pPr>
      <w:r>
        <w:t>یہ زمین انسان کا موتن ہے، انسان کا ہیبیٹٹ ہے۔</w:t>
      </w:r>
    </w:p>
    <w:p>
      <w:r>
        <w:rPr>
          <w:b/>
        </w:rPr>
        <w:t xml:space="preserve">[51:36] </w:t>
      </w:r>
      <w:r>
        <w:t>yeh yeh planet, kyunke aisa planet saare universe mein kahin bhi nahi hai.</w:t>
      </w:r>
    </w:p>
    <w:p>
      <w:pPr>
        <w:jc w:val="right"/>
      </w:pPr>
      <w:r>
        <w:t>یہ یہ پلینٹ، کیونکہ ایسا پلینٹ سارے یونیورس میں کہیں بھی نہیں ہے۔</w:t>
      </w:r>
    </w:p>
    <w:p>
      <w:r>
        <w:rPr>
          <w:b/>
        </w:rPr>
        <w:t xml:space="preserve">[51:42] </w:t>
      </w:r>
      <w:r>
        <w:t>aur jitne planet hain, woh sab chattanen hain, pathar hain, waterless.</w:t>
      </w:r>
    </w:p>
    <w:p>
      <w:pPr>
        <w:jc w:val="right"/>
      </w:pPr>
      <w:r>
        <w:t>اور جتنے پلینٹ ہیں، وہ سب چٹانیں ہیں، پتھر ہیں، واٹر لیس۔</w:t>
      </w:r>
    </w:p>
    <w:p>
      <w:r>
        <w:rPr>
          <w:b/>
        </w:rPr>
        <w:t xml:space="preserve">[51:48] </w:t>
      </w:r>
      <w:r>
        <w:t>yeh zameen hai jo insaan ka watan ban sakti hai, insaan ka habitat ban sakti hai.</w:t>
      </w:r>
    </w:p>
    <w:p>
      <w:pPr>
        <w:jc w:val="right"/>
      </w:pPr>
      <w:r>
        <w:t>یہ زمین ہے جو انسان کا موتن بن سکتی ہے، انسان کا ہیبیٹٹ بن سکتی ہے۔</w:t>
      </w:r>
    </w:p>
    <w:p>
      <w:r>
        <w:rPr>
          <w:b/>
        </w:rPr>
        <w:t xml:space="preserve">[51:56] </w:t>
      </w:r>
      <w:r>
        <w:t>to Khuda ne yahan insaan ko rakha hai test ke liye.</w:t>
      </w:r>
    </w:p>
    <w:p>
      <w:pPr>
        <w:jc w:val="right"/>
      </w:pPr>
      <w:r>
        <w:t>تو خدا نے یہاں انسان کو رکھا ہے ٹیسٹ کے لیے۔</w:t>
      </w:r>
    </w:p>
    <w:p>
      <w:r>
        <w:rPr>
          <w:b/>
        </w:rPr>
        <w:t xml:space="preserve">[52:03] </w:t>
      </w:r>
      <w:r>
        <w:t>to ek waqt aayega to kya hoga ke jo log test mein poore nahi utre, jo test</w:t>
      </w:r>
    </w:p>
    <w:p>
      <w:pPr>
        <w:jc w:val="right"/>
      </w:pPr>
      <w:r>
        <w:t>تو ایک وقت آئے گا تو کیا ہوگا کہ جو لوگ ٹیسٹ میں پورے نہیں اترے، جو ٹیسٹ</w:t>
      </w:r>
    </w:p>
    <w:p>
      <w:r>
        <w:rPr>
          <w:b/>
        </w:rPr>
        <w:t xml:space="preserve">[52:11] </w:t>
      </w:r>
      <w:r>
        <w:t>mein stand nahi kiya unhon ne, to un ko is se nikal diya jayega. Yani sim</w:t>
      </w:r>
    </w:p>
    <w:p>
      <w:pPr>
        <w:jc w:val="right"/>
      </w:pPr>
      <w:r>
        <w:t>میں اسٹینڈ نہیں کیا انہوں نے، تو ان کو اس سے نکال دیا جائے گا۔ یعنی سم</w:t>
      </w:r>
    </w:p>
    <w:p>
      <w:r>
        <w:rPr>
          <w:b/>
        </w:rPr>
        <w:t xml:space="preserve">[52:18] </w:t>
      </w:r>
      <w:r>
        <w:t>andar se nikal kar ke desert mein phenk diya jayega doosre planet par.</w:t>
      </w:r>
    </w:p>
    <w:p>
      <w:pPr>
        <w:jc w:val="right"/>
      </w:pPr>
      <w:r>
        <w:t>ندر سے نکال کر کے ڈیزرٹ میں پھینک دیا جائے گا دوسرے پلینٹ پر۔</w:t>
      </w:r>
    </w:p>
    <w:p>
      <w:r>
        <w:rPr>
          <w:b/>
        </w:rPr>
        <w:t xml:space="preserve">[52:23] </w:t>
      </w:r>
      <w:r>
        <w:t>yani samjhane ke liye mein keh raha hoon, yani haqeeqatan jannat dozakh kya hogi, woh Allah ko pata hai.</w:t>
      </w:r>
    </w:p>
    <w:p>
      <w:pPr>
        <w:jc w:val="right"/>
      </w:pPr>
      <w:r>
        <w:t>یعنی سمجھانے کے لیے میں کہہ رہا ہوں، یعنی حقیقتاً جنت دوزخ کیا ہوگی، وہ اللہ کو پتہ ہے۔</w:t>
      </w:r>
    </w:p>
    <w:p>
      <w:r>
        <w:rPr>
          <w:b/>
        </w:rPr>
        <w:t xml:space="preserve">[52:28] </w:t>
      </w:r>
      <w:r>
        <w:t>lekin is ko understandable banane ke liye mein keh raha hoon aap ko.</w:t>
      </w:r>
    </w:p>
    <w:p>
      <w:pPr>
        <w:jc w:val="right"/>
      </w:pPr>
      <w:r>
        <w:t>لیکن اس کو انڈرسٹینڈیبل بنانے کے لیے میں کہہ رہا ہوں آپ کو۔</w:t>
      </w:r>
    </w:p>
    <w:p>
      <w:r>
        <w:rPr>
          <w:b/>
        </w:rPr>
        <w:t xml:space="preserve">[52:33] </w:t>
      </w:r>
      <w:r>
        <w:t>ek hai jannat dozakh, real sense mein kya hai, woh Allah ko pata hai.</w:t>
      </w:r>
    </w:p>
    <w:p>
      <w:pPr>
        <w:jc w:val="right"/>
      </w:pPr>
      <w:r>
        <w:t>ایک ہے جنت دوزخ، ریئل سینس میں کیا ہے، وہ اللہ کو پتہ ہے۔</w:t>
      </w:r>
    </w:p>
    <w:p>
      <w:r>
        <w:rPr>
          <w:b/>
        </w:rPr>
        <w:t xml:space="preserve">[52:38] </w:t>
      </w:r>
      <w:r>
        <w:t>lekin isi duniya mein jo baatein hain, jo known world hamari hai, known world, isi ko le kar</w:t>
      </w:r>
    </w:p>
    <w:p>
      <w:pPr>
        <w:jc w:val="right"/>
      </w:pPr>
      <w:r>
        <w:t>لیکن اسی دنیا میں جو باتیں ہیں، جو نون ورلڈ ہماری ہے، نون ورلڈ، اسی کو لے کر</w:t>
      </w:r>
    </w:p>
    <w:p>
      <w:r>
        <w:rPr>
          <w:b/>
        </w:rPr>
        <w:t xml:space="preserve">[52:43] </w:t>
      </w:r>
      <w:r>
        <w:t>ke hum is ko understand</w:t>
      </w:r>
    </w:p>
    <w:p>
      <w:pPr>
        <w:jc w:val="right"/>
      </w:pPr>
      <w:r>
        <w:t>کے ہم اس کو انڈرسٹینڈ</w:t>
      </w:r>
    </w:p>
    <w:p>
      <w:r>
        <w:rPr>
          <w:b/>
        </w:rPr>
        <w:t xml:space="preserve">[52:48] </w:t>
      </w:r>
      <w:r>
        <w:t>kar sakte hain. yeh baat mein keh raha hoon jannat dozakh ko understandable banane ke liye. to dekhiye, is duniya mein bible mein theek yahi baat kahi gayi hai ke rast jo sachche hain, woh jhoote se alag kar diye jayen ge, alag kar diye jayen ge. to is duniya mein chunke yeh duniya testing ground hai, imtehaan ke liye hai, yeh</w:t>
      </w:r>
    </w:p>
    <w:p>
      <w:pPr>
        <w:jc w:val="right"/>
      </w:pPr>
      <w:r>
        <w:t>کر سکتے ہیں۔ یہ بات میں کہہ رہا ہوں جنت دوزخ کو انڈرسٹینڈیبل بنانے کے لیے۔ تو دیکھیے، اس دنیا میں بائبل میں ٹھیک یہی بات کہی گئی ہے کہ راست جو سچے ہیں، وہ جھوٹے سے الگ کر دیے جائیں گے، الگ کر دیے جائیں گے۔ تو اس دنیا میں چونکہ یہ دنیا ٹیسٹنگ گراؤنڈ ہے، امتحان کے لیے ہے، یہ</w:t>
      </w:r>
    </w:p>
    <w:p>
      <w:r>
        <w:rPr>
          <w:b/>
        </w:rPr>
        <w:t xml:space="preserve">[53:18] </w:t>
      </w:r>
      <w:r>
        <w:t>aan achhe bhi log hain, ghalat log bhi hain, har qism ke log yahan par hain, kyunke is</w:t>
      </w:r>
    </w:p>
    <w:p>
      <w:pPr>
        <w:jc w:val="right"/>
      </w:pPr>
      <w:r>
        <w:t>اں اچھے بھی لوگ ہیں، غلط لوگ بھی ہیں، ہر قسم کے لوگ یہاں پر ہیں، کیونکہ اس</w:t>
      </w:r>
    </w:p>
    <w:p>
      <w:r>
        <w:rPr>
          <w:b/>
        </w:rPr>
        <w:t xml:space="preserve">[53:25] </w:t>
      </w:r>
      <w:r>
        <w:t>ka test lena hai.</w:t>
      </w:r>
    </w:p>
    <w:p>
      <w:pPr>
        <w:jc w:val="right"/>
      </w:pPr>
      <w:r>
        <w:t>کا ٹیسٹ لینا ہے۔</w:t>
      </w:r>
    </w:p>
    <w:p>
      <w:r>
        <w:rPr>
          <w:b/>
        </w:rPr>
        <w:t xml:space="preserve">[53:31] </w:t>
      </w:r>
      <w:r>
        <w:t>jab aisa hoga ke teen ghanta poora hua aur ailaan hoga, ho jayega ke testing period is</w:t>
      </w:r>
    </w:p>
    <w:p>
      <w:pPr>
        <w:jc w:val="right"/>
      </w:pPr>
      <w:r>
        <w:t>جب ایسا ہوگا کہ تین گھنٹہ پورا ہوا اور اعلان ہوگا، ہو جائے گا کہ ٹیسٹنگ پیریڈ از</w:t>
      </w:r>
    </w:p>
    <w:p>
      <w:r>
        <w:rPr>
          <w:b/>
        </w:rPr>
        <w:t xml:space="preserve">[53:37] </w:t>
      </w:r>
      <w:r>
        <w:t>over, to bas qissa khatam.</w:t>
      </w:r>
    </w:p>
    <w:p>
      <w:pPr>
        <w:jc w:val="right"/>
      </w:pPr>
      <w:r>
        <w:t>اوور، تو بس قصہ ختم۔</w:t>
      </w:r>
    </w:p>
    <w:p>
      <w:r>
        <w:rPr>
          <w:b/>
        </w:rPr>
        <w:t xml:space="preserve">[53:43] </w:t>
      </w:r>
      <w:r>
        <w:t>is ke baad to is ke baad kya hoga ke jo log fail ho gaye test mein,</w:t>
      </w:r>
    </w:p>
    <w:p>
      <w:pPr>
        <w:jc w:val="right"/>
      </w:pPr>
      <w:r>
        <w:t>اس کے بعد تو اس کے بعد کیا ہوگا کہ جو لوگ فیل ہو گئے ٹیسٹ میں،</w:t>
      </w:r>
    </w:p>
    <w:p>
      <w:r>
        <w:rPr>
          <w:b/>
        </w:rPr>
        <w:t xml:space="preserve">[53:49] </w:t>
      </w:r>
      <w:r>
        <w:t>matlab jinhon ne khuda ke aage surrender nahin kiya, jinhon ne khuda ko acknowledge nahin kiya, jinhon ne insaanon ke liye ke huqooq ada nahin kiye, jo duniya mein fasaad barpa kiya, jo duniya mein organ ban kar rahe, duniya, duniya, jinhon ne duniya ko pollute kiya, to woh chhod diye jayen ge, is se nikaal diye jayen ge. matlab yeh machhli ke liye ek samandar tha, nikaal kar ke un ko</w:t>
      </w:r>
    </w:p>
    <w:p>
      <w:pPr>
        <w:jc w:val="right"/>
      </w:pPr>
      <w:r>
        <w:t>مطلب جنہوں نے خدا کے آگے سرینڈر نہیں کیا، جنہوں نے خدا کو اکنالج نہیں کیا، جنہوں نے انسانوں کے لیے کے حقوق ادا نہیں کیے، جو دنیا میں فساد برپا کیا، جو دنیا میں ارگن بن کر رہے، دنیا، دنیا، جنہوں نے دنیا کو پلوٹ کیا، تو وہ چھوڑ دیے جائیں گے، اس سے نکال دیے جائیں گے۔ مطلب یہ مچھلی کے لیے ایک سمندر تھا، نکال کر کے ان کو</w:t>
      </w:r>
    </w:p>
    <w:p>
      <w:r>
        <w:rPr>
          <w:b/>
        </w:rPr>
        <w:t xml:space="preserve">[54:19] </w:t>
      </w:r>
      <w:r>
        <w:t>desert pe daal diya gaya.</w:t>
      </w:r>
    </w:p>
    <w:p>
      <w:pPr>
        <w:jc w:val="right"/>
      </w:pPr>
      <w:r>
        <w:t>ڈیزرٹ پہ ڈال دیا گیا۔</w:t>
      </w:r>
    </w:p>
    <w:p>
      <w:r>
        <w:rPr>
          <w:b/>
        </w:rPr>
        <w:t xml:space="preserve">[54:25] </w:t>
      </w:r>
      <w:r>
        <w:t>to woh saare insaan jo hain, saare insaan jo test mein fail ho gaye, un ko is chhanat</w:t>
      </w:r>
    </w:p>
    <w:p>
      <w:pPr>
        <w:jc w:val="right"/>
      </w:pPr>
      <w:r>
        <w:t>تو وہ سارے انسان جو ہیں، سارے انسان جو ٹیسٹ میں فیل ہو گئے، ان کو اس چھانٹ</w:t>
      </w:r>
    </w:p>
    <w:p>
      <w:r>
        <w:rPr>
          <w:b/>
        </w:rPr>
        <w:t xml:space="preserve">[54:31] </w:t>
      </w:r>
      <w:r>
        <w:t>liya jayega aur chhanat kar ke kisi aur planet pe daal diya jayega, jahan pani nahi</w:t>
      </w:r>
    </w:p>
    <w:p>
      <w:pPr>
        <w:jc w:val="right"/>
      </w:pPr>
      <w:r>
        <w:t>لیا جائے گا اور چھانٹ کر کے کسی اور پلینٹ پہ ڈال دیا جائے گا، جہاں پانی نہیں</w:t>
      </w:r>
    </w:p>
    <w:p>
      <w:r>
        <w:rPr>
          <w:b/>
        </w:rPr>
        <w:t xml:space="preserve">[54:37] </w:t>
      </w:r>
      <w:r>
        <w:t>hai, jahan haryali nahi hai, jahan kuch bhi nahi hai, sirf tadapna hai, bas tadapna hai, tadapna hai.</w:t>
      </w:r>
    </w:p>
    <w:p>
      <w:pPr>
        <w:jc w:val="right"/>
      </w:pPr>
      <w:r>
        <w:t>ہے، جہاں ہریالی نہیں ہے، جہاں کچھ بھی نہیں ہے، صرف تڑپنا ہے، بس تڑپنا ہے، تڑپنا ہے۔</w:t>
      </w:r>
    </w:p>
    <w:p>
      <w:r>
        <w:rPr>
          <w:b/>
        </w:rPr>
        <w:t xml:space="preserve">[54:43] </w:t>
      </w:r>
      <w:r>
        <w:t>isi liye koi bible mein hai</w:t>
      </w:r>
    </w:p>
    <w:p>
      <w:pPr>
        <w:jc w:val="right"/>
      </w:pPr>
      <w:r>
        <w:t>اسی لیے کوئی بائبل میں ہے</w:t>
      </w:r>
    </w:p>
    <w:p>
      <w:r>
        <w:rPr>
          <w:b/>
        </w:rPr>
        <w:t xml:space="preserve">[54:49] </w:t>
      </w:r>
      <w:r>
        <w:t>ke abad tak rona aur daant peesna hoga, abad tak rona aur daant peesna hoga. yahi hai machhli desert mein kya karti hai, wohi insaan ka haal ho jayega. achha, is ke baad yeh jo planet earth hai hamara, to bible mein hai, quran mein bhi hai ke jo saaleh bande hain, un ko de di jayegi</w:t>
      </w:r>
    </w:p>
    <w:p>
      <w:pPr>
        <w:jc w:val="right"/>
      </w:pPr>
      <w:r>
        <w:t>کہ ابد تک رونا اور دانت پیسنا ہوگا، ابد تک رونا اور دانت پیسنا ہوگا۔ یہی ہے مچھلی ڈیزرٹ میں کیا کرتی ہے، وہی انسان کا حال ہو جائے گا۔ اچھا، اس کے بعد یہ جو پلینٹ ارتھ ہے ہمارا، تو بائبل میں ہے، قرآن میں بھی ہے کہ جو صالح بندے ہیں، ان کو دے دی جائے گ</w:t>
      </w:r>
    </w:p>
    <w:p>
      <w:r>
        <w:rPr>
          <w:b/>
        </w:rPr>
        <w:t xml:space="preserve">[55:19] </w:t>
      </w:r>
      <w:r>
        <w:t>y.</w:t>
      </w:r>
    </w:p>
    <w:p>
      <w:pPr>
        <w:jc w:val="right"/>
      </w:pPr>
      <w:r>
        <w:t>ی۔</w:t>
      </w:r>
    </w:p>
    <w:p>
      <w:r>
        <w:rPr>
          <w:b/>
        </w:rPr>
        <w:t xml:space="preserve">[55:25] </w:t>
      </w:r>
      <w:r>
        <w:t>yani chhanatne ke baad, chhanatne ke baad jo woh bande jo test mein jinhone stand kiya, woh</w:t>
      </w:r>
    </w:p>
    <w:p>
      <w:pPr>
        <w:jc w:val="right"/>
      </w:pPr>
      <w:r>
        <w:t>یعنی چھانٹنے کے بعد، چھانٹنے کے بعد جو وہ بندے جو ٹیسٹ میں جنہوں نے اسٹینڈ کیا، وہ</w:t>
      </w:r>
    </w:p>
    <w:p>
      <w:r>
        <w:rPr>
          <w:b/>
        </w:rPr>
        <w:t xml:space="preserve">[55:32] </w:t>
      </w:r>
      <w:r>
        <w:t>is ke, woh wahi sirf is mein rehne ki ijazat payenge.</w:t>
      </w:r>
    </w:p>
    <w:p>
      <w:pPr>
        <w:jc w:val="right"/>
      </w:pPr>
      <w:r>
        <w:t>اس کے، وہ وہی صرف اس میں رہنے کی اجازت پائیں گے۔</w:t>
      </w:r>
    </w:p>
    <w:p>
      <w:r>
        <w:rPr>
          <w:b/>
        </w:rPr>
        <w:t xml:space="preserve">[55:38] </w:t>
      </w:r>
      <w:r>
        <w:t>aur zameen ko phir se renovate kiya jayega.</w:t>
      </w:r>
    </w:p>
    <w:p>
      <w:pPr>
        <w:jc w:val="right"/>
      </w:pPr>
      <w:r>
        <w:t>اور زمین کو پھر سے رینیویٹ کیا جائے گا۔</w:t>
      </w:r>
    </w:p>
    <w:p>
      <w:r>
        <w:rPr>
          <w:b/>
        </w:rPr>
        <w:t xml:space="preserve">[55:45] </w:t>
      </w:r>
      <w:r>
        <w:t>zameen mein kami kya hai? zameen mein kya hai? yahan limitations hain, yahan disadvantage hai.</w:t>
      </w:r>
    </w:p>
    <w:p>
      <w:pPr>
        <w:jc w:val="right"/>
      </w:pPr>
      <w:r>
        <w:t>زمین میں کمی کیا ہے؟ زمین میں کیا ہے؟ یہاں لیمیٹیشنز ہیں، یہاں ڈس ایڈوانٹیج ہے۔</w:t>
      </w:r>
    </w:p>
    <w:p>
      <w:r>
        <w:rPr>
          <w:b/>
        </w:rPr>
        <w:t xml:space="preserve">[55:51] </w:t>
      </w:r>
      <w:r>
        <w:t>quran ke alfaaz mein yahan khauf hai aur huzn hai, yahan par pollution hai. yeh saari cheezon se zameen ko paak kar diya jaye. yaani zameen jo is waqt imperfect world hai, is ko perfect world bana diya jaye. to phir yeh jannat jaisi ho jayegi,</w:t>
      </w:r>
    </w:p>
    <w:p>
      <w:pPr>
        <w:jc w:val="right"/>
      </w:pPr>
      <w:r>
        <w:t>قرآن کے الفاظ میں یہاں خوف ہے اور حزن ہے، یہاں پر پولیوشن ہے۔ یہ ساری چیزوں سے زمین کو پاک کر دیا جائے۔ یعنی زمین جو اس وقت امپرفیکٹ ورلڈ ہے، اس کو پرفیکٹ ورلڈ بنا دیا جائے۔ تو پھر یہ جنت جیسی ہو جائے گی،</w:t>
      </w:r>
    </w:p>
    <w:p>
      <w:r>
        <w:rPr>
          <w:b/>
        </w:rPr>
        <w:t xml:space="preserve">[56:21] </w:t>
      </w:r>
      <w:r>
        <w:t>jannat jaisi. isi se aap samajh sakte hain ke jannat ko, yaani yeh jannat ko understand, yaani yeh jo soch hai, yeh soch aap ke liye jannat ko understandable banati hai ke zameen se agar woh log nikaal diye jayen, jo shar phailate hain, jo exploiters hain, jo zameen ko pollute kiye hue hain, jo fasaadi hain, jo dishonest hain, jo cor</w:t>
      </w:r>
    </w:p>
    <w:p>
      <w:pPr>
        <w:jc w:val="right"/>
      </w:pPr>
      <w:r>
        <w:t>جنت جیسی۔ اسی سے آپ سمجھ سکتے ہیں کہ جنت کو، یعنی یہ جنت کو انڈرسٹینڈ، یعنی یہ جو سوچ ہے، یہ سوچ آپ کے لیے جنت کو انڈرسٹینڈیبل بناتی ہے کہ زمین سے اگر وہ لوگ نکال دیے جائیں، جو شر پھیلاتے ہیں، جو ایکسپائٹرز ہیں، جو زمین کو پلوٹ کیے ہوئے ہیں، جو فسادی ہیں، جو ڈس آنسٹ ہیں، جو کر</w:t>
      </w:r>
    </w:p>
    <w:p>
      <w:r>
        <w:rPr>
          <w:b/>
        </w:rPr>
        <w:t xml:space="preserve">[56:51] </w:t>
      </w:r>
      <w:r>
        <w:t>pat hain, jo zalim hain waghera waghera, un sab ko zameen se Khuda ko yeh taqat hai ke</w:t>
      </w:r>
    </w:p>
    <w:p>
      <w:pPr>
        <w:jc w:val="right"/>
      </w:pPr>
      <w:r>
        <w:t>پٹ ہیں، جو ظالم ہیں وغیرہ وغیرہ، ان سب کو زمین سے خدا کو یہ طاقت ہے کہ</w:t>
      </w:r>
    </w:p>
    <w:p>
      <w:r>
        <w:rPr>
          <w:b/>
        </w:rPr>
        <w:t xml:space="preserve">[56:59] </w:t>
      </w:r>
      <w:r>
        <w:t>sab ko chhanat ke nikaal de aur phenk de un ko desert mein.</w:t>
      </w:r>
    </w:p>
    <w:p>
      <w:pPr>
        <w:jc w:val="right"/>
      </w:pPr>
      <w:r>
        <w:t>سب کو چھاٹ کے نکال دے اور پھینک دے ان کو ڈیزرٹ میں۔</w:t>
      </w:r>
    </w:p>
    <w:p>
      <w:r>
        <w:rPr>
          <w:b/>
        </w:rPr>
        <w:t xml:space="preserve">[57:06] </w:t>
      </w:r>
      <w:r>
        <w:t>is ke baad woh log bachenge yahan par, yani saari naslon ko mila kar mein keh raha</w:t>
      </w:r>
    </w:p>
    <w:p>
      <w:pPr>
        <w:jc w:val="right"/>
      </w:pPr>
      <w:r>
        <w:t>اس کے بعد وہ لوگ بچیں گے یہاں پر، یعنی ساری نسلوں کو ملا کر میں کہہ رہا</w:t>
      </w:r>
    </w:p>
    <w:p>
      <w:r>
        <w:rPr>
          <w:b/>
        </w:rPr>
        <w:t xml:space="preserve">[57:14] </w:t>
      </w:r>
      <w:r>
        <w:t>hoon ke jinhone creator ko maan</w:t>
      </w:r>
    </w:p>
    <w:p>
      <w:pPr>
        <w:jc w:val="right"/>
      </w:pPr>
      <w:r>
        <w:t>ہوں کہ جنہوں نے کریٹر کو مان</w:t>
      </w:r>
    </w:p>
    <w:p>
      <w:r>
        <w:rPr>
          <w:b/>
        </w:rPr>
        <w:t xml:space="preserve">[57:21] </w:t>
      </w:r>
      <w:r>
        <w:t>a, creator ke aage surrender kiya, creator ko acknowledge kiya, shukr karne wale ban kar rahe dunya mein, insanon ke huqooq, huqooq ada karne wale ban kar rahe dunya mein, jinhon ne dunya mein akarr nahi dikhai, jinhon ne dunya mein fasad nahi machaya, un ko kaha jayega ke tum yahan raho. aur sirf yeh hai ke renovate kar diya jayega. re</w:t>
      </w:r>
    </w:p>
    <w:p>
      <w:pPr>
        <w:jc w:val="right"/>
      </w:pPr>
      <w:r>
        <w:t>ا، کریٹر کے آگے سرینڈر کیا، کریٹر کو اکنالج کیا، شکر کرنے والے بن کر رہے دنیا میں، انسانوں کے حقوق، حقوق ادا کرنے والے بن کر رہے دنیا میں، جنہوں نے دنیا میں اکڑ نہیں دکھائی، جنہوں نے دنیا میں فساد نہیں مچایا، ان کو کہا جائے گا کہ تم یہاں رہو۔ اور صرف یہ ہے کہ رینیویٹ کر دیا جائے گا۔ ر</w:t>
      </w:r>
    </w:p>
    <w:p>
      <w:r>
        <w:rPr>
          <w:b/>
        </w:rPr>
        <w:t xml:space="preserve">[57:51] </w:t>
      </w:r>
      <w:r>
        <w:t>renovate karne ke baad aap jante hain ke ek naya look aa jata hai is ka har har aitbaar se.</w:t>
      </w:r>
    </w:p>
    <w:p>
      <w:pPr>
        <w:jc w:val="right"/>
      </w:pPr>
      <w:r>
        <w:t>ینیویٹ کرنے کے بعد آپ جانتے ہیں کہ ایک نیا لک آ جاتا ہے اس کا ہر ہر اعتبار سے۔</w:t>
      </w:r>
    </w:p>
    <w:p>
      <w:r>
        <w:rPr>
          <w:b/>
        </w:rPr>
        <w:t xml:space="preserve">[57:57] </w:t>
      </w:r>
      <w:r>
        <w:t>to jannati jannat hai.</w:t>
      </w:r>
    </w:p>
    <w:p>
      <w:pPr>
        <w:jc w:val="right"/>
      </w:pPr>
      <w:r>
        <w:t>تو جنتی جنت ہے۔</w:t>
      </w:r>
    </w:p>
    <w:p>
      <w:r>
        <w:rPr>
          <w:b/>
        </w:rPr>
        <w:t xml:space="preserve">[58:04] </w:t>
      </w:r>
      <w:r>
        <w:t>abhi bhi aap TV mein aksar aata hai natural scene, woh natural scene TV ke mein</w:t>
      </w:r>
    </w:p>
    <w:p>
      <w:pPr>
        <w:jc w:val="right"/>
      </w:pPr>
      <w:r>
        <w:t>ابھی بھی آپ ٹی وی میں اکثر آتا ہے نیچرل سین، وہ نیچرل سین ٹی وی کے میں</w:t>
      </w:r>
    </w:p>
    <w:p>
      <w:r>
        <w:rPr>
          <w:b/>
        </w:rPr>
        <w:t xml:space="preserve">[58:10] </w:t>
      </w:r>
      <w:r>
        <w:t>itna itna beautiful hota hai ke lagta hai ke sach much jannati ka manzar hai.</w:t>
      </w:r>
    </w:p>
    <w:p>
      <w:pPr>
        <w:jc w:val="right"/>
      </w:pPr>
      <w:r>
        <w:t>اتنا اتنا بیوٹی فل ہوتا ہے کہ لگتا ہے کہ سچ مچ جنتی کا منظر ہے۔</w:t>
      </w:r>
    </w:p>
    <w:p>
      <w:r>
        <w:rPr>
          <w:b/>
        </w:rPr>
        <w:t xml:space="preserve">[58:16] </w:t>
      </w:r>
      <w:r>
        <w:t>yeh to isi duniya mein aaj bhi aap beauty ko dekh sakte hain, har qism ki beauty,</w:t>
      </w:r>
    </w:p>
    <w:p>
      <w:pPr>
        <w:jc w:val="right"/>
      </w:pPr>
      <w:r>
        <w:t>یہ تو اسی دنیا میں آج بھی آپ بیوٹی کو دیکھ سکتے ہیں، ہر قسم کی بیوٹی،</w:t>
      </w:r>
    </w:p>
    <w:p>
      <w:r>
        <w:rPr>
          <w:b/>
        </w:rPr>
        <w:t xml:space="preserve">[58:22] </w:t>
      </w:r>
      <w:r>
        <w:t>lekin beauty ke sath doosri cheezein mili hui hain, corruption mila hua hai, fasad mila hua hai, pollution</w:t>
      </w:r>
    </w:p>
    <w:p>
      <w:pPr>
        <w:jc w:val="right"/>
      </w:pPr>
      <w:r>
        <w:t>لیکن بیوٹی کے ساتھ دوسری چیزیں ملی ہوئی ہیں، کرپشن ملا ہوا ہے، فساد ملا ہوا ہے، پولیوشن</w:t>
      </w:r>
    </w:p>
    <w:p>
      <w:r>
        <w:rPr>
          <w:b/>
        </w:rPr>
        <w:t xml:space="preserve">[58:27] </w:t>
      </w:r>
      <w:r>
        <w:t>mila hua hai, problem mila hua hai.</w:t>
      </w:r>
    </w:p>
    <w:p>
      <w:pPr>
        <w:jc w:val="right"/>
      </w:pPr>
      <w:r>
        <w:t>ملا ہوا ہے، پرابلم ملا ہوا ہے۔</w:t>
      </w:r>
    </w:p>
    <w:p>
      <w:r>
        <w:rPr>
          <w:b/>
        </w:rPr>
        <w:t xml:space="preserve">[58:32] </w:t>
      </w:r>
      <w:r>
        <w:t>jab alg dono alg kar diya jaye, sare problem makers jo hain, woh unko nikal kar ke</w:t>
      </w:r>
    </w:p>
    <w:p>
      <w:pPr>
        <w:jc w:val="right"/>
      </w:pPr>
      <w:r>
        <w:t>جب الگ دونوں الگ کر دیا جائے، سارے پرابلم میکرز جو ہیں، وہ ان کو نکال کر کے</w:t>
      </w:r>
    </w:p>
    <w:p>
      <w:r>
        <w:rPr>
          <w:b/>
        </w:rPr>
        <w:t xml:space="preserve">[58:37] </w:t>
      </w:r>
      <w:r>
        <w:t>desert pe daal diya jaye, aur jo sachche log hain, unko is dunya mein basa diya jaye,</w:t>
      </w:r>
    </w:p>
    <w:p>
      <w:pPr>
        <w:jc w:val="right"/>
      </w:pPr>
      <w:r>
        <w:t>ڈیزرٹ پہ ڈال دیا جائے، اور جو سچے لوگ ہیں، ان کو اس دنیا میں بسا دیا جائے،</w:t>
      </w:r>
    </w:p>
    <w:p>
      <w:r>
        <w:rPr>
          <w:b/>
        </w:rPr>
        <w:t xml:space="preserve">[58:42] </w:t>
      </w:r>
      <w:r>
        <w:t>is ko renovate kar ke, toh sab jannati jannat hai.</w:t>
      </w:r>
    </w:p>
    <w:p>
      <w:pPr>
        <w:jc w:val="right"/>
      </w:pPr>
      <w:r>
        <w:t>اس کو رینیویٹ کر کے، تو سب جنتی جنت ہے۔</w:t>
      </w:r>
    </w:p>
    <w:p>
      <w:r>
        <w:rPr>
          <w:b/>
        </w:rPr>
        <w:t xml:space="preserve">[58:47] </w:t>
      </w:r>
      <w:r>
        <w:t>mein matlab yeh nahi ke aise hi hoga,</w:t>
      </w:r>
    </w:p>
    <w:p>
      <w:pPr>
        <w:jc w:val="right"/>
      </w:pPr>
      <w:r>
        <w:t>میں مطلب یہ نہیں کہ ایسے ہی ہوگا،</w:t>
      </w:r>
    </w:p>
    <w:p>
      <w:r>
        <w:rPr>
          <w:b/>
        </w:rPr>
        <w:t xml:space="preserve">[58:52] </w:t>
      </w:r>
      <w:r>
        <w:t>mein sirf yeh keh raha hoon ke aap jannat aur jahannum ke mamle ko is tarah sochein toh</w:t>
      </w:r>
    </w:p>
    <w:p>
      <w:pPr>
        <w:jc w:val="right"/>
      </w:pPr>
      <w:r>
        <w:t>میں صرف یہ کہہ رہا ہوں کہ آپ جنت اور جہنم کے معاملے کو اس طرح سوچیں تو</w:t>
      </w:r>
    </w:p>
    <w:p>
      <w:r>
        <w:rPr>
          <w:b/>
        </w:rPr>
        <w:t xml:space="preserve">[58:58] </w:t>
      </w:r>
      <w:r>
        <w:t>آپ کے understandable بن جاتی ہے، وہ بالکل understandable۔</w:t>
      </w:r>
    </w:p>
    <w:p>
      <w:pPr>
        <w:jc w:val="right"/>
      </w:pPr>
      <w:r>
        <w:t>آپ کے انڈرسٹینڈیبل بن جاتی ہے، وہ بالکل انڈرسٹینڈیبل۔</w:t>
      </w:r>
    </w:p>
    <w:p>
      <w:r>
        <w:rPr>
          <w:b/>
        </w:rPr>
        <w:t xml:space="preserve">[59:04] </w:t>
      </w:r>
      <w:r>
        <w:t>toh behrahal is tarah sochne ki zaroorat hai.</w:t>
      </w:r>
    </w:p>
    <w:p>
      <w:pPr>
        <w:jc w:val="right"/>
      </w:pPr>
      <w:r>
        <w:t>تو بہرحال اس طرح سوچنے کی ضرورت ہے۔</w:t>
      </w:r>
    </w:p>
    <w:p>
      <w:r>
        <w:rPr>
          <w:b/>
        </w:rPr>
        <w:t xml:space="preserve">[59:10] </w:t>
      </w:r>
      <w:r>
        <w:t>waqt bohat kam hai, waqt bohat kam hai.</w:t>
      </w:r>
    </w:p>
    <w:p>
      <w:pPr>
        <w:jc w:val="right"/>
      </w:pPr>
      <w:r>
        <w:t>وقت بہت کم ہے، وقت بہت کم ہے۔</w:t>
      </w:r>
    </w:p>
    <w:p>
      <w:r>
        <w:rPr>
          <w:b/>
        </w:rPr>
        <w:t xml:space="preserve">[59:16] </w:t>
      </w:r>
      <w:r>
        <w:t>humein jald se jald apne andar rethinking lana hai,</w:t>
      </w:r>
    </w:p>
    <w:p>
      <w:pPr>
        <w:jc w:val="right"/>
      </w:pPr>
      <w:r>
        <w:t>ہمیں جلد سے جلد اپنے اندر ری تھنکنگ لانا ہے،</w:t>
      </w:r>
    </w:p>
    <w:p>
      <w:r>
        <w:rPr>
          <w:b/>
        </w:rPr>
        <w:t xml:space="preserve">[59:22] </w:t>
      </w:r>
      <w:r>
        <w:t>replanning karna hai apni zindagi ki, aur Allah taala se dua karna hai ke woh hamein kamyabi ata farmaye dunya mein aur akhirat mein. aqool qooli haza wastaghfirullah li walakum ajmaeen.</w:t>
      </w:r>
    </w:p>
    <w:p>
      <w:pPr>
        <w:jc w:val="right"/>
      </w:pPr>
      <w:r>
        <w:t>ری پلاننگ کرنا ہے اپنی زندگی کی، اور اللہ تعالی سے دعا کرنا ہے کہ وہ ہمیں کامیابی عطا فرمائے دنیا میں اور آخرت میں۔ اقول قولیھذا واستغفراللہ لی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