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Culture June 04, 2017</w:t>
      </w:r>
    </w:p>
    <w:p>
      <w:r>
        <w:t>https://www.youtube.com/watch?v=1F78c0Z9ceg</w:t>
      </w:r>
    </w:p>
    <w:p>
      <w:r>
        <w:rPr>
          <w:b/>
        </w:rPr>
        <w:t xml:space="preserve">[00:13] </w:t>
      </w:r>
      <w:r>
        <w:t>bismillah rahman rahim, wasalli Allah ala nabiyil kareem. rab ishrah li sadri, wa yassir li amri, wahul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[00:32] </w:t>
      </w:r>
      <w:r>
        <w:t>aaj ki baat cheet mein ek waqeye se shuru karna chahta hoon jo kal pesh aaya.</w:t>
      </w:r>
    </w:p>
    <w:p>
      <w:pPr>
        <w:jc w:val="right"/>
      </w:pPr>
      <w:r>
        <w:t>آج کی بات چیت میں ایک واقعے سے شروع کرنا چاہتا ہوں جو کل پیش آیا۔</w:t>
      </w:r>
    </w:p>
    <w:p>
      <w:r>
        <w:rPr>
          <w:b/>
        </w:rPr>
        <w:t xml:space="preserve">[00:44] </w:t>
      </w:r>
      <w:r>
        <w:t>hamare saathi ki mulaqat kal ek practice muslim se hui. guftagu ke darmiyan hamare saathi ne dawat ki baat kahi,</w:t>
      </w:r>
    </w:p>
    <w:p>
      <w:pPr>
        <w:jc w:val="right"/>
      </w:pPr>
      <w:r>
        <w:t>ہمارے ساتھی کی ملاقات کل ایک پریکٹس مسلم سے ہوئی۔ گفتگو کے دوران ہمارے ساتھی نے دعوت کی بات کہی،</w:t>
      </w:r>
    </w:p>
    <w:p>
      <w:r>
        <w:rPr>
          <w:b/>
        </w:rPr>
        <w:t xml:space="preserve">[00:58] </w:t>
      </w:r>
      <w:r>
        <w:t>to unhon ne kaha ke dawat ka kaam theek hai, lekin agar zulm ho raha ho musalmanon par to us ke khilaf bhi hamein ladna hoga.</w:t>
      </w:r>
    </w:p>
    <w:p>
      <w:pPr>
        <w:jc w:val="right"/>
      </w:pPr>
      <w:r>
        <w:t>تو انہوں نے کہا کہ دعوت کا کام ٹھیک ہے، لیکن اگر ظلم ہو رہا ہو مسلمانوں پر تو اس کے خلاف بھی ہمیں لڑنا ہوگا۔</w:t>
      </w:r>
    </w:p>
    <w:p>
      <w:r>
        <w:rPr>
          <w:b/>
        </w:rPr>
        <w:t xml:space="preserve">[01:10] </w:t>
      </w:r>
      <w:r>
        <w:t>yeh waqea hai 7 Ramzan 1438 ka. dekhiye, aap batayein ke aap kya pesh aaya tha؟</w:t>
      </w:r>
    </w:p>
    <w:p>
      <w:pPr>
        <w:jc w:val="right"/>
      </w:pPr>
      <w:r>
        <w:t>یہ واقعہ ہے 7 رمضان 1438 کا۔ دیکھیے، آپ بتائیں کہ آپ کیا پیش آیا تھا؟</w:t>
      </w:r>
    </w:p>
    <w:p>
      <w:r>
        <w:rPr>
          <w:b/>
        </w:rPr>
        <w:t xml:space="preserve">[01:20] </w:t>
      </w:r>
      <w:r>
        <w:t>khulasa</w:t>
      </w:r>
    </w:p>
    <w:p>
      <w:pPr>
        <w:jc w:val="right"/>
      </w:pPr>
      <w:r>
        <w:t>خلاصہ</w:t>
      </w:r>
    </w:p>
    <w:p>
      <w:r>
        <w:rPr>
          <w:b/>
        </w:rPr>
        <w:t xml:space="preserve">[01:22] </w:t>
      </w:r>
      <w:r>
        <w:t>kal meri mulaqat ek</w:t>
      </w:r>
    </w:p>
    <w:p>
      <w:pPr>
        <w:jc w:val="right"/>
      </w:pPr>
      <w:r>
        <w:t>۔ کل میری ملاقات ایک</w:t>
      </w:r>
    </w:p>
    <w:p>
      <w:r>
        <w:rPr>
          <w:b/>
        </w:rPr>
        <w:t xml:space="preserve">[01:30] </w:t>
      </w:r>
      <w:r>
        <w:t>deeni musalman se hui jo dawat ka kaam bhi karte hain. to un se jab meri mulaqat hui to mein ne un se kaha ke dawat ka kaam karna chahiye.</w:t>
      </w:r>
    </w:p>
    <w:p>
      <w:pPr>
        <w:jc w:val="right"/>
      </w:pPr>
      <w:r>
        <w:t>دینی مسلمان سے ہوئی جو دعوت کا کام بھی کرتے ہیں۔ تو ان سے جب میری ملاقات ہوئی تو میں نے ان سے کہا کہ دعوت کا کام کرنا چاہیے۔</w:t>
      </w:r>
    </w:p>
    <w:p>
      <w:r>
        <w:rPr>
          <w:b/>
        </w:rPr>
        <w:t xml:space="preserve">[01:38] </w:t>
      </w:r>
      <w:r>
        <w:t>to unhon ne kaha yaqeenan dawat ka kaam hona chahiye aur har ek ke liye karna farz hai. lekin isi ke sath yeh bhi dekhna hai ke agar kahin par zulm ho raha hai to is zulm ke khilaf uthna hai aur is zulm ko khatam karna hai.</w:t>
      </w:r>
    </w:p>
    <w:p>
      <w:pPr>
        <w:jc w:val="right"/>
      </w:pPr>
      <w:r>
        <w:t>تو انہوں نے کہا یقیناً دعوت کا کام ہونا چاہیے اور ہر ایک کے لیے کرنا فرض ہے۔ لیکن اسی کے ساتھ یہ بھی دیکھنا ہے کہ اگر کہیں پر ظلم ہو رہا ہے تو اس ظلم کے خلاف اٹھنا ہے اور اس ظلم کو ختم کرنا ہے۔</w:t>
      </w:r>
    </w:p>
    <w:p>
      <w:r>
        <w:rPr>
          <w:b/>
        </w:rPr>
        <w:t xml:space="preserve">[01:51] </w:t>
      </w:r>
      <w:r>
        <w:t>is ke baghair hum samaj mein achhai nahi la sakte hain.</w:t>
      </w:r>
    </w:p>
    <w:p>
      <w:pPr>
        <w:jc w:val="right"/>
      </w:pPr>
      <w:r>
        <w:t>اس کے بغیر ہم سماج میں اچھائی نہیں لا سکتے ہیں۔</w:t>
      </w:r>
    </w:p>
    <w:p>
      <w:r>
        <w:rPr>
          <w:b/>
        </w:rPr>
        <w:t xml:space="preserve">[01:56] </w:t>
      </w:r>
      <w:r>
        <w:t>dekhiye, yeh baat kahi unhon ne Ramzan ki 7 tareekh ko. is ke mani hain ke hamari jo qaum hai, muslim qaum, woh janti hi nahi ke roze ki speed kya hai, roze ka maqsad kya hai.</w:t>
      </w:r>
    </w:p>
    <w:p>
      <w:pPr>
        <w:jc w:val="right"/>
      </w:pPr>
      <w:r>
        <w:t>دیکھیے، یہ بات کہی انہوں نے رمضان کی 7 تاریخ کو۔ اس کے معنی ہیں کہ ہماری جو قوم ہے، مسلم قوم، وہ جانتی ہی نہیں کہ روزہ کی سپیڈ کیا ہے، روزہ کا مقصد کیا ہے۔</w:t>
      </w:r>
    </w:p>
    <w:p>
      <w:r>
        <w:rPr>
          <w:b/>
        </w:rPr>
        <w:t xml:space="preserve">[02:17] </w:t>
      </w:r>
      <w:r>
        <w:t>yani dawat bhi chalegi, adl ke khilaf ladai bhi chalegi. yeh roze ki speed ke khilaf hai. roze ki speed peace peace hai, peace.</w:t>
      </w:r>
    </w:p>
    <w:p>
      <w:pPr>
        <w:jc w:val="right"/>
      </w:pPr>
      <w:r>
        <w:t>یعنی دعوت بھی چلے گی، عدل کے خلاف لڑائی بھی چلے گی۔ یہ روزہ کی سپیڈ کے خلاف ہے۔ روزہ کی سپیڈ پیس پیس ہے، پیس۔</w:t>
      </w:r>
    </w:p>
    <w:p>
      <w:r>
        <w:rPr>
          <w:b/>
        </w:rPr>
        <w:t xml:space="preserve">[02:33] </w:t>
      </w:r>
      <w:r>
        <w:t>yani peaceful life ikhtiyar karna yeh hai roze ki speed. mein aap ko ek hadith batana chahta hoon jis se bohat relevant hai ke roza kya hai.</w:t>
      </w:r>
    </w:p>
    <w:p>
      <w:pPr>
        <w:jc w:val="right"/>
      </w:pPr>
      <w:r>
        <w:t>یعنی پیس فل لائف اختیار کرنا یہ ہے روزہ کی سپیڈ۔ میں آپ کو ایک حدیث بتانا چاہتا ہوں جس سے بہت ریلیونٹ ہے کہ روزہ کیا ہے۔</w:t>
      </w:r>
    </w:p>
    <w:p>
      <w:r>
        <w:rPr>
          <w:b/>
        </w:rPr>
        <w:t xml:space="preserve">[02:49] </w:t>
      </w:r>
      <w:r>
        <w:t>aap woh hadith batayenge؟</w:t>
      </w:r>
    </w:p>
    <w:p>
      <w:pPr>
        <w:jc w:val="right"/>
      </w:pPr>
      <w:r>
        <w:t>آپ وہ حدیث بتائیے گا۔</w:t>
      </w:r>
    </w:p>
    <w:p>
      <w:r>
        <w:rPr>
          <w:b/>
        </w:rPr>
        <w:t xml:space="preserve">[02:51] </w:t>
      </w:r>
      <w:r>
        <w:t>an abi huraira taqal: qala rasul Allah sallallahu alaihi wasallam: "idha kana yawm sum ahadakum falayarfus yawm wala yusab, fa in sabba ahadun aw qatalahu falyaqul inni amrun saim." musnad ahmad hadith number 7693.</w:t>
      </w:r>
    </w:p>
    <w:p>
      <w:pPr>
        <w:jc w:val="right"/>
      </w:pPr>
      <w:r>
        <w:t>ان ابی ہریرہ تقال: قال رسول اللہ صلی اللہ علیہ وسلم: "اذا کان یوم صوم احدکم فلایرفس یوم ولا یساب، فان سابہ احد او قاتلہ فلیقل انی امرون صائم۔" مسند احمد حدیث نمبر 7693۔</w:t>
      </w:r>
    </w:p>
    <w:p>
      <w:r>
        <w:rPr>
          <w:b/>
        </w:rPr>
        <w:t xml:space="preserve">[03:14] </w:t>
      </w:r>
      <w:r>
        <w:t>abu huraira se riwayat hai rasool Allah sallallahu alaihi wasallam ne farmaya: "jab tum mein se kisi ke roze ka din ho to us din woh koi buri baat na kahe aur na shor hangama machaye.</w:t>
      </w:r>
    </w:p>
    <w:p>
      <w:pPr>
        <w:jc w:val="right"/>
      </w:pPr>
      <w:r>
        <w:t>ابو ہریرہ سے روایت ہے رسول اللہ صلی اللہ علیہ وسلم نے فرمایا: "جب تم میں سے کسی کے روزے کا دن ہو تو اس دن وہ کوئی بری بات نہ کہے اور نہ شور ہنگامہ مچائے۔</w:t>
      </w:r>
    </w:p>
    <w:p>
      <w:r>
        <w:rPr>
          <w:b/>
        </w:rPr>
        <w:t xml:space="preserve">[03:30] </w:t>
      </w:r>
      <w:r>
        <w:t>aur agar koi is ko bura bhala kahe ya is se ladai kare to woh kahe: 'main rozedar aadmi hoon, main rozedar aadmi hoon.'"</w:t>
      </w:r>
    </w:p>
    <w:p>
      <w:pPr>
        <w:jc w:val="right"/>
      </w:pPr>
      <w:r>
        <w:t>اور اگر کوئی اس کو برا بھلا کہے یا اس سے لڑائی کرے تو وہ کہے: 'میں روزے دار آدمی ہوں، میں روزے دار آدمی ہوں۔'"</w:t>
      </w:r>
    </w:p>
    <w:p>
      <w:r>
        <w:rPr>
          <w:b/>
        </w:rPr>
        <w:t xml:space="preserve">[03:43] </w:t>
      </w:r>
      <w:r>
        <w:t>dekhiye, is hadith ko le kar aap sochen ke roze ki speed kya hai. roze ki speed yeh hai ke agar koi shakhs zulm kar raha ho tab bhi aap jawab mein zulm na karen balkeh yeh kahein ke "main to rozedar hoon,</w:t>
      </w:r>
    </w:p>
    <w:p>
      <w:pPr>
        <w:jc w:val="right"/>
      </w:pPr>
      <w:r>
        <w:t>دیکھیے، اس حدیث کو لے کر آپ سوچیے کہ روزہ کی سپیڈ کیا ہے۔ روزہ کی سپیڈ یہ ہے کہ اگر کوئی شخص ظلم کر رہا ہو تب بھی آپ جواب میں ظلم نہ کریں بلکہ یہ کہیں کہ "میں تو روزے دار ہوں،</w:t>
      </w:r>
    </w:p>
    <w:p>
      <w:r>
        <w:rPr>
          <w:b/>
        </w:rPr>
        <w:t xml:space="preserve">[04:05] </w:t>
      </w:r>
      <w:r>
        <w:t>main to roza rakhe hue hoon." dekhiye, yeh sadah baat nahi hai, yeh sadah baat nahi</w:t>
      </w:r>
    </w:p>
    <w:p>
      <w:pPr>
        <w:jc w:val="right"/>
      </w:pPr>
      <w:r>
        <w:t>میں تو روزہ رکھے ہوئے ہوں۔" دیکھیے، یہ سادہ بات نہیں ہے، یہ سادہ بات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