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Character Building March 25, 2017</w:t>
      </w:r>
    </w:p>
    <w:p>
      <w:r>
        <w:t>https://www.youtube.com/watch?v=GTuBwenwkco</w:t>
      </w:r>
    </w:p>
    <w:p>
      <w:r>
        <w:rPr>
          <w:b/>
        </w:rPr>
        <w:t xml:space="preserve">[00:14] </w:t>
      </w:r>
      <w:r>
        <w:t>bismillah rahman rahim. wasalli Allah ala nabiyil kareem. pachees March do hazar satrah.</w:t>
      </w:r>
    </w:p>
    <w:p>
      <w:pPr>
        <w:jc w:val="right"/>
      </w:pPr>
      <w:r>
        <w:t>بسم اللہ الرحمن الرحیم۔ وصلی اللہ علی نبی الکریم۔ پچیس مارچ دو ہزار سترہ۔</w:t>
      </w:r>
    </w:p>
    <w:p>
      <w:r>
        <w:rPr>
          <w:b/>
        </w:rPr>
        <w:t xml:space="preserve">[00:30] </w:t>
      </w:r>
      <w:r>
        <w:t>ek hadith hai jo kai kitabon mein aai hai, sahih al-bukhari mein bhi aai hai.</w:t>
      </w:r>
    </w:p>
    <w:p>
      <w:pPr>
        <w:jc w:val="right"/>
      </w:pPr>
      <w:r>
        <w:t>ایک حدیث ہے جو کئی کتابوں میں آئی ہے، صحیح البخاری میں بھی آئی ہے۔</w:t>
      </w:r>
    </w:p>
    <w:p>
      <w:r>
        <w:rPr>
          <w:b/>
        </w:rPr>
        <w:t xml:space="preserve">[00:44] </w:t>
      </w:r>
      <w:r>
        <w:t>to is hadith par main shayad kai baras se sunta raha hoon. is ka matlab mujhe samajh mein nahin aata tha ke kya hai.</w:t>
      </w:r>
    </w:p>
    <w:p>
      <w:pPr>
        <w:jc w:val="right"/>
      </w:pPr>
      <w:r>
        <w:t>تو اس حدیث پر میں شاید کئی برس سے سنتا رہا ہوں۔ اس کا مطلب مجھے سمجھ میں نہیں آتا تھا کہ کیا ہے۔</w:t>
      </w:r>
    </w:p>
    <w:p>
      <w:r>
        <w:rPr>
          <w:b/>
        </w:rPr>
        <w:t xml:space="preserve">[00:55] </w:t>
      </w:r>
      <w:r>
        <w:t>kyunki is mein ek insan ke ek adat ka zikr hai. ek lekin misaal nahin di gai. main kisi baat ko misaal se samajh pata hoon.</w:t>
      </w:r>
    </w:p>
    <w:p>
      <w:pPr>
        <w:jc w:val="right"/>
      </w:pPr>
      <w:r>
        <w:t>کیونکہ اس میں ایک انسان کے ایک عادت کا ذکر ہے۔ ایک لیکن مثال نہیں دی گئی۔ میں کسی بات کو مثال سے سمجھ پاتا ہوں۔</w:t>
      </w:r>
    </w:p>
    <w:p>
      <w:r>
        <w:rPr>
          <w:b/>
        </w:rPr>
        <w:t xml:space="preserve">[01:11] </w:t>
      </w:r>
      <w:r>
        <w:t>mujhe mujarrad taur par to nahin samajhta. main</w:t>
      </w:r>
    </w:p>
    <w:p>
      <w:pPr>
        <w:jc w:val="right"/>
      </w:pPr>
      <w:r>
        <w:t>مجھے مجرد طور پر تو نہیں سمجھتا۔ میں</w:t>
      </w:r>
    </w:p>
    <w:p>
      <w:r>
        <w:rPr>
          <w:b/>
        </w:rPr>
        <w:t xml:space="preserve">[01:15] </w:t>
      </w:r>
      <w:r>
        <w:t>to kal woh hai ek tajurba hua mujh ko jis se main andaza kar paya ke yeh matlab hai is ka.</w:t>
      </w:r>
    </w:p>
    <w:p>
      <w:pPr>
        <w:jc w:val="right"/>
      </w:pPr>
      <w:r>
        <w:t>تو کل وہ ہے ایک تجربہ ہوا مجھ کو جس سے میں اندازہ کر پایا کہ یہ مطلب ہے اس کا۔</w:t>
      </w:r>
    </w:p>
    <w:p>
      <w:r>
        <w:rPr>
          <w:b/>
        </w:rPr>
        <w:t xml:space="preserve">[01:26] </w:t>
      </w:r>
      <w:r>
        <w:t>to isi ko main leta hoon aaj. to woh hadith pehle padhenge faraz umri sahib, phir main arz karunga.</w:t>
      </w:r>
    </w:p>
    <w:p>
      <w:pPr>
        <w:jc w:val="right"/>
      </w:pPr>
      <w:r>
        <w:t>تو اسی کو میں لیتا ہوں آج۔ تو وہ حدیث پہلے پڑھیں گے فراز عمری صاحب، پھر میں عرض کروں گا۔</w:t>
      </w:r>
    </w:p>
    <w:p>
      <w:r>
        <w:rPr>
          <w:b/>
        </w:rPr>
        <w:t xml:space="preserve">[01:35] </w:t>
      </w:r>
      <w:r>
        <w:t>anas razi allah anhu qal: "innakum latamaloona a'maalan ya'daqu fi a'yunikum min ash-sha'r, inna kunna lanadduha ala ahd an-nabi sallallahu alaihi wa sallam min al-mubiqat." sahih al-bukhari hadith number 6492.</w:t>
      </w:r>
    </w:p>
    <w:p>
      <w:pPr>
        <w:jc w:val="right"/>
      </w:pPr>
      <w:r>
        <w:t>انس رضی اللہ عنہ قال: "إنكم لتعملون أعمالاً يأدق في أعينكم من الشعر، إنا كنا لنعدها على عهد النبي صلى الله عليه وسلم من الموبقات۔" صحیح البخاری حدیث نمبر 6492۔</w:t>
      </w:r>
    </w:p>
    <w:p>
      <w:r>
        <w:rPr>
          <w:b/>
        </w:rPr>
        <w:t xml:space="preserve">[01:58] </w:t>
      </w:r>
      <w:r>
        <w:t>anas razi allah anhu se riwayat hai, woh kehte hain ke tum log kuch kaam karte ho, yeh tumhari nazron mein baal se bhi barik hai.</w:t>
      </w:r>
    </w:p>
    <w:p>
      <w:pPr>
        <w:jc w:val="right"/>
      </w:pPr>
      <w:r>
        <w:t>انس رضی اللہ عنہ سے روایت ہے، وہ کہتے ہیں کہ تم لوگ کچھ کام کرتے ہو، یہ تمہاری نظروں میں بال سے بھی باریک ہے۔</w:t>
      </w:r>
    </w:p>
    <w:p>
      <w:r>
        <w:rPr>
          <w:b/>
        </w:rPr>
        <w:t xml:space="preserve">[02:09] </w:t>
      </w:r>
      <w:r>
        <w:t>halka ke hum log is ko rasool sallallahu alaihi wa sallam ke ahd mein halakat khayz cheez samajhte the, shumar karte the.</w:t>
      </w:r>
    </w:p>
    <w:p>
      <w:pPr>
        <w:jc w:val="right"/>
      </w:pPr>
      <w:r>
        <w:t>حالانکہ ہم لوگ اس کو رسول صلی اللہ علیہ وسلم کے عہد میں ہلاکت خیز چیز سمجھتے تھے، شمار کرتے تھے۔</w:t>
      </w:r>
    </w:p>
    <w:p>
      <w:r>
        <w:rPr>
          <w:b/>
        </w:rPr>
        <w:t xml:space="preserve">[02:21] </w:t>
      </w:r>
      <w:r>
        <w:t>aur musnad ahmad mein hai: "anna sulayk bin mathhal al-ghatafani qalu kharaja alayna hudhayfah wa nahnu natahadathu faqala innakum lataklamoona kalamman,</w:t>
      </w:r>
    </w:p>
    <w:p>
      <w:pPr>
        <w:jc w:val="right"/>
      </w:pPr>
      <w:r>
        <w:t>اور مسند احمد میں ہے: "أن سليك بن مثحل الغطفان قالوا خرج علینا حذیفہ ونحن نتحدث فقال إنكم لتكلمون كلاماً،</w:t>
      </w:r>
    </w:p>
    <w:p>
      <w:r>
        <w:rPr>
          <w:b/>
        </w:rPr>
        <w:t xml:space="preserve">[02:35] </w:t>
      </w:r>
      <w:r>
        <w:t>inna kunna lanaddu ala ahd rasool allah sallallahu alaihi wa sallam an-nifaq." musnad ahmad hadith number 23262.</w:t>
      </w:r>
    </w:p>
    <w:p>
      <w:pPr>
        <w:jc w:val="right"/>
      </w:pPr>
      <w:r>
        <w:t>إنا كنا لنعد على عهد رسول الله صلى الله عليه وسلم النفاق۔" مسند احمد حدیث نمبر 23262۔</w:t>
      </w:r>
    </w:p>
    <w:p>
      <w:r>
        <w:rPr>
          <w:b/>
        </w:rPr>
        <w:t xml:space="preserve">[02:47] </w:t>
      </w:r>
      <w:r>
        <w:t>sulayk bin mathhal al-ghatafani se riwayat hai, woh kehte hain ke hum log baat cheet kar rahe the ke hamare darmiyan hudhayfah bin yaman aaye. aur unhon ne kaha ke tum log kuch baatein karte ho, halka ke hum aisi baaton ko rasool allah sallallahu alaihi wa sallam ke zamane mein nifaq shumar karte the.</w:t>
      </w:r>
    </w:p>
    <w:p>
      <w:pPr>
        <w:jc w:val="right"/>
      </w:pPr>
      <w:r>
        <w:t>سلیک بن مثحل الغطفانی سے روایت ہے، وہ کہتے ہیں کہ ہم لوگ بات چیت کر رہے تھے کہ ہمارے درمیان حذیفہ بنیمان آئے۔ اور انہوں نے کہا کہ تم لوگ کچھ باتیں کرتے ہو، حالانکہ ہم ایسی باتوں کو رسول اللہ صلی اللہ علیہ وسلم کے زمانے میں نفاق شمار کرتے تھے۔</w:t>
      </w:r>
    </w:p>
    <w:p>
      <w:r>
        <w:rPr>
          <w:b/>
        </w:rPr>
        <w:t xml:space="preserve">[03:10] </w:t>
      </w:r>
      <w:r>
        <w:t>dekhiye yeh yeh riwayat jo hadith ki kai kitabon mein aai hai, is mein sahabi baad ke zamane ke bare mein, rasool allah ke baad ke zamane ke bare mein kehte hain logon se ke tum log aisi baatein karne lage ho jo rasool allah ke zamane mein hum log nahin karte the.</w:t>
      </w:r>
    </w:p>
    <w:p>
      <w:pPr>
        <w:jc w:val="right"/>
      </w:pPr>
      <w:r>
        <w:t>دیکھیے یہ یہ روایت جو حدیث کی کئی کتابوں میں آئی ہے، اس میں صحابی بعد کے زمانے کے بارے میں، رسول اللہ کے بعد کے زمانے کے بارے میں کہتے ہیں لوگوں سے کہ تم لوگ ایسی باتیں کرنے لگے ہو جو رسول اللہ کے زمانے میں ہم لوگ نہیں کرتے تھے۔</w:t>
      </w:r>
    </w:p>
    <w:p>
      <w:r>
        <w:rPr>
          <w:b/>
        </w:rPr>
        <w:t xml:space="preserve">[03:37] </w:t>
      </w:r>
      <w:r>
        <w:t>aur hum is ko</w:t>
      </w:r>
    </w:p>
    <w:p>
      <w:pPr>
        <w:jc w:val="right"/>
      </w:pPr>
      <w:r>
        <w:t>اور ہم اس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