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Eid ul Adhha: A Day of Pledge | September 13, 2016</w:t>
      </w:r>
    </w:p>
    <w:p>
      <w:r>
        <w:t>https://www.youtube.com/watch?v=2kDiSs__dQM</w:t>
      </w:r>
    </w:p>
    <w:p>
      <w:r>
        <w:rPr>
          <w:b/>
        </w:rPr>
        <w:t xml:space="preserve">[00:13] </w:t>
      </w:r>
      <w:r>
        <w:t>bismillah rahman rahim.</w:t>
      </w:r>
    </w:p>
    <w:p>
      <w:pPr>
        <w:jc w:val="right"/>
      </w:pPr>
      <w:r>
        <w:t>بسم اللہ الرحمن الرحیم۔</w:t>
      </w:r>
    </w:p>
    <w:p>
      <w:r>
        <w:rPr>
          <w:b/>
        </w:rPr>
        <w:t xml:space="preserve">[00:21] </w:t>
      </w:r>
      <w:r>
        <w:t>wasalli allah ala nabiyil karim.</w:t>
      </w:r>
    </w:p>
    <w:p>
      <w:pPr>
        <w:jc w:val="right"/>
      </w:pPr>
      <w:r>
        <w:t>وصلی اللہ علی النبی الکریم۔</w:t>
      </w:r>
    </w:p>
    <w:p>
      <w:r>
        <w:rPr>
          <w:b/>
        </w:rPr>
        <w:t xml:space="preserve">[00:28]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[00:36] </w:t>
      </w:r>
      <w:r>
        <w:t>13 september 2016. aaj</w:t>
      </w:r>
    </w:p>
    <w:p>
      <w:pPr>
        <w:jc w:val="right"/>
      </w:pPr>
      <w:r>
        <w:t>13 ستمبر 2016۔ آج</w:t>
      </w:r>
    </w:p>
    <w:p>
      <w:r>
        <w:rPr>
          <w:b/>
        </w:rPr>
        <w:t xml:space="preserve">[00:44] </w:t>
      </w:r>
      <w:r>
        <w:t>eidul adha ka din hai, is nisbat se mein kuch baatein karna chahta hoon.</w:t>
      </w:r>
    </w:p>
    <w:p>
      <w:pPr>
        <w:jc w:val="right"/>
      </w:pPr>
      <w:r>
        <w:t>عیدالاضحیٰ کا دن ہے، اس نسبت سے میں کچھ باتیں کرنا چاہتا ہوں۔</w:t>
      </w:r>
    </w:p>
    <w:p>
      <w:r>
        <w:rPr>
          <w:b/>
        </w:rPr>
        <w:t xml:space="preserve">[00:54] </w:t>
      </w:r>
      <w:r>
        <w:t>eidul adha ka lafzi matlab hai qurbani ki eid.</w:t>
      </w:r>
    </w:p>
    <w:p>
      <w:pPr>
        <w:jc w:val="right"/>
      </w:pPr>
      <w:r>
        <w:t>عیدالاضحیٰ کا لفظی مطلب ہے قربانی کی عید۔</w:t>
      </w:r>
    </w:p>
    <w:p>
      <w:r>
        <w:rPr>
          <w:b/>
        </w:rPr>
        <w:t xml:space="preserve">[01:04] </w:t>
      </w:r>
      <w:r>
        <w:t>yeh kis ki qurbani thi? yeh thi Hazrat Ibrahim ki qurbani.</w:t>
      </w:r>
    </w:p>
    <w:p>
      <w:pPr>
        <w:jc w:val="right"/>
      </w:pPr>
      <w:r>
        <w:t>یہ کس کی قربانی تھی؟ یہ تھی حضرت ابراہیم کی قربانی۔</w:t>
      </w:r>
    </w:p>
    <w:p>
      <w:r>
        <w:rPr>
          <w:b/>
        </w:rPr>
        <w:t xml:space="preserve">[01:15] </w:t>
      </w:r>
      <w:r>
        <w:t>تو اسی کا تمثیلی روپ میں ہم ہر سال repeat کرتے ہیں اس کو۔</w:t>
      </w:r>
    </w:p>
    <w:p>
      <w:pPr>
        <w:jc w:val="right"/>
      </w:pPr>
      <w:r>
        <w:t>تو اسی کا تمثیلی روپ میں ہم ہر سال ریپیٹ کرتے ہیں اس کو۔</w:t>
      </w:r>
    </w:p>
    <w:p>
      <w:r>
        <w:rPr>
          <w:b/>
        </w:rPr>
        <w:t xml:space="preserve">[01:22] </w:t>
      </w:r>
      <w:r>
        <w:t>یہ ریپیٹ کرنا کوئی تہوار کے طور پر نہیں ہوتا، festival کے طور پر نہیں ہوتا۔</w:t>
      </w:r>
    </w:p>
    <w:p>
      <w:pPr>
        <w:jc w:val="right"/>
      </w:pPr>
      <w:r>
        <w:t>یہ ریپیٹ کرنا کوئی تہوار کے طور پر نہیں ہوتا، فیسٹیول کے طور پر نہیں ہوتا۔</w:t>
      </w:r>
    </w:p>
    <w:p>
      <w:r>
        <w:rPr>
          <w:b/>
        </w:rPr>
        <w:t xml:space="preserve">[01:30] </w:t>
      </w:r>
      <w:r>
        <w:t>yeh ek pledge hai, pledge.</w:t>
      </w:r>
    </w:p>
    <w:p>
      <w:pPr>
        <w:jc w:val="right"/>
      </w:pPr>
      <w:r>
        <w:t>یہ ایک پلیج ہے، پلیج۔</w:t>
      </w:r>
    </w:p>
    <w:p>
      <w:r>
        <w:rPr>
          <w:b/>
        </w:rPr>
        <w:t xml:space="preserve">[01:38] </w:t>
      </w:r>
      <w:r>
        <w:t>is lihaaz se eidul adha day of pledge hai.</w:t>
      </w:r>
    </w:p>
    <w:p>
      <w:pPr>
        <w:jc w:val="right"/>
      </w:pPr>
      <w:r>
        <w:t>اس لحاظ سے عیدالاضحیٰ ڈے آف پلیج ہے۔</w:t>
      </w:r>
    </w:p>
    <w:p>
      <w:r>
        <w:rPr>
          <w:b/>
        </w:rPr>
        <w:t xml:space="preserve">[01:46] </w:t>
      </w:r>
      <w:r>
        <w:t>yeh pledge kya hai? to sahaba ne rasool allah sallallahu alaihi wa sallam se poocha, "ma hathi al-adha ya rasool allah?" aye allah ke rasool, yeh qurbaniyan kya hain? aap ne farmaya, "sunnat abikum ibrahim". yani prophet ibrahim ki sunnat. aap sochiye ke hazrat ibrahim ki sunnat kya thi</w:t>
      </w:r>
    </w:p>
    <w:p>
      <w:pPr>
        <w:jc w:val="right"/>
      </w:pPr>
      <w:r>
        <w:t>یہ پلیج کیا ہے؟ تو صحابہ نے رسول اللہ صلی اللہ علیہ وسلم سے پوچھا، "ماھذی الاضحیٰ یا رسول اللہ؟" اے اللہ کے رسول، یہ قربانیاں کیا ہیں؟ آپ نے فرمایا، "سنت ابیکم ابراہیم"۔ یعنی پرافٹ ابراہیم کی سنت۔ آپ سوچیے کہ حضرت ابراہیم کی سنت کیا تھی</w:t>
      </w:r>
    </w:p>
    <w:p>
      <w:r>
        <w:rPr>
          <w:b/>
        </w:rPr>
        <w:t xml:space="preserve">[02:16] </w:t>
      </w:r>
      <w:r>
        <w:t>? woh sirf yeh nahin the ke unhon ne ek damba zibah kar diya. damba to is poori jo story hai, is mein ek symbolic event hai. bas. asal qissa jo hai, woh to bohat hi roshni qissa hai. dekhiye, char hazar saal pehle hazrat ibra</w:t>
      </w:r>
    </w:p>
    <w:p>
      <w:pPr>
        <w:jc w:val="right"/>
      </w:pPr>
      <w:r>
        <w:t>؟ وہ صرف یہ نہیں تھے کہ انہوں نے ایک دنبہ ذبح کر دیا۔ دنبہ تو اس پوری جو سٹوری ہے، اس میں ایک سمبولک ایونٹ ہے۔ بس۔ اصل قصہ جو ہے، وہ تو بہت ہی روشنی قصہ ہے۔ دیکھیے، چار ہزار سال پہلے حضرت ابرا</w:t>
      </w:r>
    </w:p>
    <w:p>
      <w:r>
        <w:rPr>
          <w:b/>
        </w:rPr>
        <w:t xml:space="preserve">[02:46] </w:t>
      </w:r>
      <w:r>
        <w:t>he was iraq mein paida hue.</w:t>
      </w:r>
    </w:p>
    <w:p>
      <w:pPr>
        <w:jc w:val="right"/>
      </w:pPr>
      <w:r>
        <w:t>ہیم عراق میں پیدا ہوئے۔</w:t>
      </w:r>
    </w:p>
    <w:p>
      <w:r>
        <w:rPr>
          <w:b/>
        </w:rPr>
        <w:t xml:space="preserve">[02:54] </w:t>
      </w:r>
      <w:r>
        <w:t>wahan unhone tauheed ka mission chalaya.</w:t>
      </w:r>
    </w:p>
    <w:p>
      <w:pPr>
        <w:jc w:val="right"/>
      </w:pPr>
      <w:r>
        <w:t>وہاں انہوں نے توحید کا مشن چلایا۔</w:t>
      </w:r>
    </w:p>
    <w:p>
      <w:r>
        <w:rPr>
          <w:b/>
        </w:rPr>
        <w:t xml:space="preserve">[03:01] </w:t>
      </w:r>
      <w:r>
        <w:t>تو وہاں کے لوگ جو تھے، وہ شرk mein believe karte the.</w:t>
      </w:r>
    </w:p>
    <w:p>
      <w:pPr>
        <w:jc w:val="right"/>
      </w:pPr>
      <w:r>
        <w:t>تو وہاں کے لوگ جو تھے، وہ شرک میں بیلیو کرتے تھے۔</w:t>
      </w:r>
    </w:p>
    <w:p>
      <w:r>
        <w:rPr>
          <w:b/>
        </w:rPr>
        <w:t xml:space="preserve">[03:09] </w:t>
      </w:r>
      <w:r>
        <w:t>تو سارے لوگ، including king، آپ کے خلاف</w:t>
      </w:r>
    </w:p>
    <w:p>
      <w:pPr>
        <w:jc w:val="right"/>
      </w:pPr>
      <w:r>
        <w:t>تو سارے لوگ، انکلوڈنگ کنگ، آپ کے خلاف</w:t>
      </w:r>
    </w:p>
    <w:p>
      <w:r>
        <w:rPr>
          <w:b/>
        </w:rPr>
        <w:t xml:space="preserve">[03:16] </w:t>
      </w:r>
      <w:r>
        <w:t>ho gaye.</w:t>
      </w:r>
    </w:p>
    <w:p>
      <w:pPr>
        <w:jc w:val="right"/>
      </w:pPr>
      <w:r>
        <w:t>ہو گئے۔</w:t>
      </w:r>
    </w:p>
    <w:p>
      <w:r>
        <w:rPr>
          <w:b/>
        </w:rPr>
        <w:t xml:space="preserve">[03:21] </w:t>
      </w:r>
      <w:r>
        <w:t>yahan tak ke aap ko bohat sataya, bohat sataya, bohat sataya.</w:t>
      </w:r>
    </w:p>
    <w:p>
      <w:pPr>
        <w:jc w:val="right"/>
      </w:pPr>
      <w:r>
        <w:t>یہاں تک کہ آپ کو بہت ستایا، بہت ستایا، بہت ستایا۔</w:t>
      </w:r>
    </w:p>
    <w:p>
      <w:r>
        <w:rPr>
          <w:b/>
        </w:rPr>
        <w:t xml:space="preserve">[03:26] </w:t>
      </w:r>
      <w:r>
        <w:t>aakhir kar unhone aap ko aag mein daal diya.</w:t>
      </w:r>
    </w:p>
    <w:p>
      <w:pPr>
        <w:jc w:val="right"/>
      </w:pPr>
      <w:r>
        <w:t>آخر کار انہوں نے آپ کو آگ میں ڈال دیا۔</w:t>
      </w:r>
    </w:p>
    <w:p>
      <w:r>
        <w:rPr>
          <w:b/>
        </w:rPr>
        <w:t xml:space="preserve">[03:31] </w:t>
      </w:r>
      <w:r>
        <w:t>yeh bohat hi anokha waqia hai ke unhone ek gurha khoda, is mein lakri daali aur is</w:t>
      </w:r>
    </w:p>
    <w:p>
      <w:pPr>
        <w:jc w:val="right"/>
      </w:pPr>
      <w:r>
        <w:t>یہ بہت ہی انوکھا واقعہ ہے کہ انہوں نے ایک گڑھا کھودا، اس میں لکڑی ڈالی اور اس</w:t>
      </w:r>
    </w:p>
    <w:p>
      <w:r>
        <w:rPr>
          <w:b/>
        </w:rPr>
        <w:t xml:space="preserve">[03:36] </w:t>
      </w:r>
      <w:r>
        <w:t>mein aag lagai.</w:t>
      </w:r>
    </w:p>
    <w:p>
      <w:pPr>
        <w:jc w:val="right"/>
      </w:pPr>
      <w:r>
        <w:t>میں آگ لگائی۔</w:t>
      </w:r>
    </w:p>
    <w:p>
      <w:r>
        <w:rPr>
          <w:b/>
        </w:rPr>
        <w:t xml:space="preserve">[03:41] </w:t>
      </w:r>
      <w:r>
        <w:t>khoob jab agli lakri dahakne lagi toh us zamane mein ek ek in</w:t>
      </w:r>
    </w:p>
    <w:p>
      <w:pPr>
        <w:jc w:val="right"/>
      </w:pPr>
      <w:r>
        <w:t>خوب جب اگلی لکڑی دہکنے لگی تو اس زمانے میں ایک ایک ان</w:t>
      </w:r>
    </w:p>
    <w:p>
      <w:r>
        <w:rPr>
          <w:b/>
        </w:rPr>
        <w:t xml:space="preserve">[03:46] </w:t>
      </w:r>
      <w:r>
        <w:t>strument hota tha, use kehte the munjaneeq.</w:t>
      </w:r>
    </w:p>
    <w:p>
      <w:pPr>
        <w:jc w:val="right"/>
      </w:pPr>
      <w:r>
        <w:t>سٹرومنٹ ہوتا تھا، اسے کہتے تھے منجنیق۔</w:t>
      </w:r>
    </w:p>
    <w:p>
      <w:r>
        <w:rPr>
          <w:b/>
        </w:rPr>
        <w:t xml:space="preserve">[03:51] </w:t>
      </w:r>
      <w:r>
        <w:t>Munjaneeq se gola phainkte the, khaas tor par jangon mein.</w:t>
      </w:r>
    </w:p>
    <w:p>
      <w:pPr>
        <w:jc w:val="right"/>
      </w:pPr>
      <w:r>
        <w:t>منجنیق سے گولا پھینکتے تھے، خاص طور پر جنگوں میں۔</w:t>
      </w:r>
    </w:p>
    <w:p>
      <w:r>
        <w:rPr>
          <w:b/>
        </w:rPr>
        <w:t xml:space="preserve">[03:57] </w:t>
      </w:r>
      <w:r>
        <w:t>تو منjuneek par un ko bana kar bandha, us par manjneek ke zariye unhone phenka, woh ja</w:t>
      </w:r>
    </w:p>
    <w:p>
      <w:pPr>
        <w:jc w:val="right"/>
      </w:pPr>
      <w:r>
        <w:t>تو منجنیق پر ان کو بنا کر باندھا، اس پر منجنیق کے ذریعے انہوں نے پھینکا، وہ جا</w:t>
      </w:r>
    </w:p>
    <w:p>
      <w:r>
        <w:rPr>
          <w:b/>
        </w:rPr>
        <w:t xml:space="preserve">[04:02] </w:t>
      </w:r>
      <w:r>
        <w:t>Gire garhe mein.</w:t>
      </w:r>
    </w:p>
    <w:p>
      <w:pPr>
        <w:jc w:val="right"/>
      </w:pPr>
      <w:r>
        <w:t>گرے گڑھے میں۔</w:t>
      </w:r>
    </w:p>
    <w:p>
      <w:r>
        <w:rPr>
          <w:b/>
        </w:rPr>
        <w:t xml:space="preserve">[04:07] </w:t>
      </w:r>
      <w:r>
        <w:t>To is ka qissa batate hue quran mein aaya hai ke, "qulna ya nar kooni bardan salaman ala ibrahim".</w:t>
      </w:r>
    </w:p>
    <w:p>
      <w:pPr>
        <w:jc w:val="right"/>
      </w:pPr>
      <w:r>
        <w:t>تو اس کا قصہ بتاتے ہوئے قرآن میں آیا ہے کہ، "قلنا یا نارکونی بردم سلام علی ابراہیم"۔</w:t>
      </w:r>
    </w:p>
    <w:p>
      <w:r>
        <w:rPr>
          <w:b/>
        </w:rPr>
        <w:t xml:space="preserve">[04:12] </w:t>
      </w:r>
      <w:r>
        <w:t>Yaani Allah ne kaha</w:t>
      </w:r>
    </w:p>
    <w:p>
      <w:pPr>
        <w:jc w:val="right"/>
      </w:pPr>
      <w:r>
        <w:t>یعنی اللہ نے کہا</w:t>
      </w:r>
    </w:p>
    <w:p>
      <w:r>
        <w:rPr>
          <w:b/>
        </w:rPr>
        <w:t xml:space="preserve">[04:17] </w:t>
      </w:r>
      <w:r>
        <w:t>Aag se ke, "Ae aag!</w:t>
      </w:r>
    </w:p>
    <w:p>
      <w:pPr>
        <w:jc w:val="right"/>
      </w:pPr>
      <w:r>
        <w:t>آگ سے کہ، "اے آگ!</w:t>
      </w:r>
    </w:p>
    <w:p>
      <w:r>
        <w:rPr>
          <w:b/>
        </w:rPr>
        <w:t xml:space="preserve">[04:23] </w:t>
      </w:r>
      <w:r>
        <w:t>To ibrahim pe thandi ho ja".</w:t>
      </w:r>
    </w:p>
    <w:p>
      <w:pPr>
        <w:jc w:val="right"/>
      </w:pPr>
      <w:r>
        <w:t>تو ابراہیم پہ ٹھنڈی ہو جا"۔</w:t>
      </w:r>
    </w:p>
    <w:p>
      <w:r>
        <w:rPr>
          <w:b/>
        </w:rPr>
        <w:t xml:space="preserve">[04:29] </w:t>
      </w:r>
      <w:r>
        <w:t>Dekhiye, yeh sirf ibrahim ka qissa nahi hai, hamesha ke liye qissa hai.</w:t>
      </w:r>
    </w:p>
    <w:p>
      <w:pPr>
        <w:jc w:val="right"/>
      </w:pPr>
      <w:r>
        <w:t>دیکھیے، یہ صرف ابراہیم کا قصہ نہیں ہے، ہمیشہ کے لیے قصہ ہے۔</w:t>
      </w:r>
    </w:p>
    <w:p>
      <w:r>
        <w:rPr>
          <w:b/>
        </w:rPr>
        <w:t xml:space="preserve">[04:35] </w:t>
      </w:r>
      <w:r>
        <w:t>Jo log bhi Allah ke kaam ke liye uthenge, Allah ke mission ke liye, un ke raaste</w:t>
      </w:r>
    </w:p>
    <w:p>
      <w:pPr>
        <w:jc w:val="right"/>
      </w:pPr>
      <w:r>
        <w:t>جو لوگ بھی اللہ کے کام کے لیے اٹھیں گے، اللہ کے مشن کے لیے، ان کے راستے</w:t>
      </w:r>
    </w:p>
    <w:p>
      <w:r>
        <w:rPr>
          <w:b/>
        </w:rPr>
        <w:t xml:space="preserve">[04:41] </w:t>
      </w:r>
      <w:r>
        <w:t>mein problem aayenge</w:t>
      </w:r>
    </w:p>
    <w:p>
      <w:pPr>
        <w:jc w:val="right"/>
      </w:pPr>
      <w:r>
        <w:t>میں پرابلم آئیں گے</w:t>
      </w:r>
    </w:p>
    <w:p>
      <w:r>
        <w:rPr>
          <w:b/>
        </w:rPr>
        <w:t xml:space="preserve">[04:47] </w:t>
      </w:r>
      <w:r>
        <w:t>تو problems کتنے ہی زیادہ ہوں، یہاں تک آگ دہکتی ہوئی آگ ہو، تب بھی اللہ کا یہ</w:t>
      </w:r>
    </w:p>
    <w:p>
      <w:pPr>
        <w:jc w:val="right"/>
      </w:pPr>
      <w:r>
        <w:t>تو پرابلم کتنے ہی زیادہ ہوں، یہاں تک آگ دہکتی ہوئی آگ ہو، تب بھی اللہ کا یہ</w:t>
      </w:r>
    </w:p>
    <w:p>
      <w:r>
        <w:rPr>
          <w:b/>
        </w:rPr>
        <w:t xml:space="preserve">[04:55] </w:t>
      </w:r>
      <w:r>
        <w:t>Wada hai ke woh un ke liye saare problem ko solve kar dega.</w:t>
      </w:r>
    </w:p>
    <w:p>
      <w:pPr>
        <w:jc w:val="right"/>
      </w:pPr>
      <w:r>
        <w:t>وعدہ ہے کہ وہ ان کے لیے سارے پرابلم کو سالو کر دے گا۔</w:t>
      </w:r>
    </w:p>
    <w:p>
      <w:r>
        <w:rPr>
          <w:b/>
        </w:rPr>
        <w:t xml:space="preserve">[05:03] </w:t>
      </w:r>
      <w:r>
        <w:t>Ab to woh zamana hai ke saara zamana hi Allah ne badal diya hai.</w:t>
      </w:r>
    </w:p>
    <w:p>
      <w:pPr>
        <w:jc w:val="right"/>
      </w:pPr>
      <w:r>
        <w:t>اب تو وہ زمانہ ہے کہ سارا زمانہ ہی اللہ نے بدل دیا ہے۔</w:t>
      </w:r>
    </w:p>
    <w:p>
      <w:r>
        <w:rPr>
          <w:b/>
        </w:rPr>
        <w:t xml:space="preserve">[05:10] </w:t>
      </w:r>
      <w:r>
        <w:t>To hazrat ibrahim ke sath yeh waqea pesh aaya, is ke baad unhone iraq ko chhod diya.</w:t>
      </w:r>
    </w:p>
    <w:p>
      <w:pPr>
        <w:jc w:val="right"/>
      </w:pPr>
      <w:r>
        <w:t>تو حضرت ابراہیم کے ساتھ یہ واقعہ پیش آیا، اس کے بعد انہوں نے عراق کو چھوڑ دیا۔</w:t>
      </w:r>
    </w:p>
    <w:p>
      <w:r>
        <w:rPr>
          <w:b/>
        </w:rPr>
        <w:t xml:space="preserve">[05:18] </w:t>
      </w:r>
      <w:r>
        <w:t>Un ke sath un ke bete ismail the, un ki biwi ibrahim thi, un ke bhatije loot the,</w:t>
      </w:r>
    </w:p>
    <w:p>
      <w:pPr>
        <w:jc w:val="right"/>
      </w:pPr>
      <w:r>
        <w:t>ان کے ساتھ ان کے بیٹے اسماعیل تھے، ان کی بیوی ابراہیم تھی، ان کے بھتیجے لوط تھے،</w:t>
      </w:r>
    </w:p>
    <w:p>
      <w:r>
        <w:rPr>
          <w:b/>
        </w:rPr>
        <w:t xml:space="preserve">[05:25] </w:t>
      </w:r>
      <w:r>
        <w:t>Aur shayad kuch chand aur aadmi jo aap ke sath iman laye the.</w:t>
      </w:r>
    </w:p>
    <w:p>
      <w:pPr>
        <w:jc w:val="right"/>
      </w:pPr>
      <w:r>
        <w:t>اور شاید کچھ چند اور آدمی جو آپ کے ساتھ ایمان لائے تھے۔</w:t>
      </w:r>
    </w:p>
    <w:p>
      <w:r>
        <w:rPr>
          <w:b/>
        </w:rPr>
        <w:t xml:space="preserve">[05:33] </w:t>
      </w:r>
      <w:r>
        <w:t>Woh iraq se chale, misr aaye, suriya gaye, aur falasteen gaye, urdun gaye.</w:t>
      </w:r>
    </w:p>
    <w:p>
      <w:pPr>
        <w:jc w:val="right"/>
      </w:pPr>
      <w:r>
        <w:t>وہ عراق سے چلے، مصر آئے، سیریا گئے، اور فلسطین گئے، اردن گئے۔</w:t>
      </w:r>
    </w:p>
    <w:p>
      <w:r>
        <w:rPr>
          <w:b/>
        </w:rPr>
        <w:t xml:space="preserve">[05:41] </w:t>
      </w:r>
      <w:r>
        <w:t>Aakhir mein woh wahan aaye jahan ab mak</w:t>
      </w:r>
    </w:p>
    <w:p>
      <w:pPr>
        <w:jc w:val="right"/>
      </w:pPr>
      <w:r>
        <w:t>آخر میں وہ وہاں آئے جہاں اب مک</w:t>
      </w:r>
    </w:p>
    <w:p>
      <w:r>
        <w:rPr>
          <w:b/>
        </w:rPr>
        <w:t xml:space="preserve">[05:48] </w:t>
      </w:r>
      <w:r>
        <w:t>h hai.</w:t>
      </w:r>
    </w:p>
    <w:p>
      <w:pPr>
        <w:jc w:val="right"/>
      </w:pPr>
      <w:r>
        <w:t>ہ ہے۔</w:t>
      </w:r>
    </w:p>
    <w:p>
      <w:r>
        <w:rPr>
          <w:b/>
        </w:rPr>
        <w:t xml:space="preserve">[05:52] </w:t>
      </w:r>
      <w:r>
        <w:t>Makka mein us waqt desert tha, desert.</w:t>
      </w:r>
    </w:p>
    <w:p>
      <w:pPr>
        <w:jc w:val="right"/>
      </w:pPr>
      <w:r>
        <w:t>مکہ میں اس وقت ڈیزرٹ تھا، ڈیزرٹ۔</w:t>
      </w:r>
    </w:p>
    <w:p>
      <w:r>
        <w:rPr>
          <w:b/>
        </w:rPr>
        <w:t xml:space="preserve">[05:57] </w:t>
      </w:r>
      <w:r>
        <w:t>Is desert mein unhone apni family ko basa diya.</w:t>
      </w:r>
    </w:p>
    <w:p>
      <w:pPr>
        <w:jc w:val="right"/>
      </w:pPr>
      <w:r>
        <w:t>اس ڈیزرٹ میں انہوں نے اپنی فیملی کو بسا دیا۔</w:t>
      </w:r>
    </w:p>
    <w:p>
      <w:r>
        <w:rPr>
          <w:b/>
        </w:rPr>
        <w:t xml:space="preserve">[06:01] </w:t>
      </w:r>
      <w:r>
        <w:t>Wahan na pani tha, na koi sabza tha, kuch bhi nahi tha, na koi shelter tha.</w:t>
      </w:r>
    </w:p>
    <w:p>
      <w:pPr>
        <w:jc w:val="right"/>
      </w:pPr>
      <w:r>
        <w:t>وہاں نہ پانی تھا، نہ کوئی سبزہ تھا، کچھ بھی نہیں تھا، نہ کوئی شیلٹر تھا۔</w:t>
      </w:r>
    </w:p>
    <w:p>
      <w:r>
        <w:rPr>
          <w:b/>
        </w:rPr>
        <w:t xml:space="preserve">[06:05] </w:t>
      </w:r>
      <w:r>
        <w:t>Ek ga doosri aag yeh thi un ke liye.</w:t>
      </w:r>
    </w:p>
    <w:p>
      <w:pPr>
        <w:jc w:val="right"/>
      </w:pPr>
      <w:r>
        <w:t>ایک گا دوسری آگ یہ تھی ان کے لیے۔</w:t>
      </w:r>
    </w:p>
    <w:p>
      <w:r>
        <w:rPr>
          <w:b/>
        </w:rPr>
        <w:t xml:space="preserve">[06:10] </w:t>
      </w:r>
      <w:r>
        <w:t>Allah ne phir madad ki un ki.</w:t>
      </w:r>
    </w:p>
    <w:p>
      <w:pPr>
        <w:jc w:val="right"/>
      </w:pPr>
      <w:r>
        <w:t>اللہ نے پھر مدد کی ان کی۔</w:t>
      </w:r>
    </w:p>
    <w:p>
      <w:r>
        <w:rPr>
          <w:b/>
        </w:rPr>
        <w:t xml:space="preserve">[06:14] </w:t>
      </w:r>
      <w:r>
        <w:t>Yahan par ismail ne ek shadi ki aur phir un se bach</w:t>
      </w:r>
    </w:p>
    <w:p>
      <w:pPr>
        <w:jc w:val="right"/>
      </w:pPr>
      <w:r>
        <w:t>یہاں پر اسماعیل نے ایک شادی کی اور پھر ان سے بچ</w:t>
      </w:r>
    </w:p>
    <w:p>
      <w:r>
        <w:rPr>
          <w:b/>
        </w:rPr>
        <w:t xml:space="preserve">[06:18] </w:t>
      </w:r>
      <w:r>
        <w:t>che paida hue.</w:t>
      </w:r>
    </w:p>
    <w:p>
      <w:pPr>
        <w:jc w:val="right"/>
      </w:pPr>
      <w:r>
        <w:t>ے پیدا ہوئے۔</w:t>
      </w:r>
    </w:p>
    <w:p>
      <w:r>
        <w:rPr>
          <w:b/>
        </w:rPr>
        <w:t xml:space="preserve">[06:23] </w:t>
      </w:r>
      <w:r>
        <w:t>phir aur tulad aur tanasul jis ko kehte hain, woh silsila jaari hua.</w:t>
      </w:r>
    </w:p>
    <w:p>
      <w:pPr>
        <w:jc w:val="right"/>
      </w:pPr>
      <w:r>
        <w:t>پھر اور تولد اور تناسل جس کو کہتے ہیں، وہ سلسلہ جاری ہوا۔</w:t>
      </w:r>
    </w:p>
    <w:p>
      <w:r>
        <w:rPr>
          <w:b/>
        </w:rPr>
        <w:t xml:space="preserve">[06:28] </w:t>
      </w:r>
      <w:r>
        <w:t>yahan tak ke do hazar saal is mein guzar gaye.</w:t>
      </w:r>
    </w:p>
    <w:p>
      <w:pPr>
        <w:jc w:val="right"/>
      </w:pPr>
      <w:r>
        <w:t>یہاں تک کہ دو ہزار سال اس میں گزر گئے۔</w:t>
      </w:r>
    </w:p>
    <w:p>
      <w:r>
        <w:rPr>
          <w:b/>
        </w:rPr>
        <w:t xml:space="preserve">[06:33] </w:t>
      </w:r>
      <w:r>
        <w:t>do hazar saal mein ek poori qaum tayyar ho gayi.</w:t>
      </w:r>
    </w:p>
    <w:p>
      <w:pPr>
        <w:jc w:val="right"/>
      </w:pPr>
      <w:r>
        <w:t>دو ہزار سال میں ایک پوری قوم تیار ہو گئی۔</w:t>
      </w:r>
    </w:p>
    <w:p>
      <w:r>
        <w:rPr>
          <w:b/>
        </w:rPr>
        <w:t xml:space="preserve">[06:39] </w:t>
      </w:r>
      <w:r>
        <w:t>barhte barhte barhte barhte ek qaum tayyar ho gayi.</w:t>
      </w:r>
    </w:p>
    <w:p>
      <w:pPr>
        <w:jc w:val="right"/>
      </w:pPr>
      <w:r>
        <w:t>بڑھتے بڑھتے بڑھتے بڑھتے ایک قوم تیار ہو گئی۔</w:t>
      </w:r>
    </w:p>
    <w:p>
      <w:r>
        <w:rPr>
          <w:b/>
        </w:rPr>
        <w:t xml:space="preserve">[06:44] </w:t>
      </w:r>
      <w:r>
        <w:t>yeh qaum jo thi, woh pali badhi thi</w:t>
      </w:r>
    </w:p>
    <w:p>
      <w:pPr>
        <w:jc w:val="right"/>
      </w:pPr>
      <w:r>
        <w:t>یہ قوم جو تھی، وہ پلی بڑھی تھی</w:t>
      </w:r>
    </w:p>
    <w:p>
      <w:r>
        <w:rPr>
          <w:b/>
        </w:rPr>
        <w:t xml:space="preserve">[06:49] </w:t>
      </w:r>
      <w:r>
        <w:t>desert mein.</w:t>
      </w:r>
    </w:p>
    <w:p>
      <w:pPr>
        <w:jc w:val="right"/>
      </w:pPr>
      <w:r>
        <w:t>ڈیزرٹ میں۔</w:t>
      </w:r>
    </w:p>
    <w:p>
      <w:r>
        <w:rPr>
          <w:b/>
        </w:rPr>
        <w:t xml:space="preserve">[06:54] </w:t>
      </w:r>
      <w:r>
        <w:t>it waaz like a desert therapy.</w:t>
      </w:r>
    </w:p>
    <w:p>
      <w:pPr>
        <w:jc w:val="right"/>
      </w:pPr>
      <w:r>
        <w:t>اٹ واز لائک ا ڈیزرٹ تھریپی۔</w:t>
      </w:r>
    </w:p>
    <w:p>
      <w:r>
        <w:rPr>
          <w:b/>
        </w:rPr>
        <w:t xml:space="preserve">[06:59] </w:t>
      </w:r>
      <w:r>
        <w:t>to yeh log condition free log thay.</w:t>
      </w:r>
    </w:p>
    <w:p>
      <w:pPr>
        <w:jc w:val="right"/>
      </w:pPr>
      <w:r>
        <w:t>تو یہ لوگ کنڈیشن فری لوگ تھے۔</w:t>
      </w:r>
    </w:p>
    <w:p>
      <w:r>
        <w:rPr>
          <w:b/>
        </w:rPr>
        <w:t xml:space="preserve">[07:04] </w:t>
      </w:r>
      <w:r>
        <w:t>iraq mein jo log thay, woh to un ki condition hi ho gayi thi shirk mein.</w:t>
      </w:r>
    </w:p>
    <w:p>
      <w:pPr>
        <w:jc w:val="right"/>
      </w:pPr>
      <w:r>
        <w:t>عراق میں جو لوگ تھے، وہ تو ان کی کنڈیشن ہی ہو گئی تھی شرک میں۔</w:t>
      </w:r>
    </w:p>
    <w:p>
      <w:r>
        <w:rPr>
          <w:b/>
        </w:rPr>
        <w:t xml:space="preserve">[07:09] </w:t>
      </w:r>
      <w:r>
        <w:t>yeh log fitrat ke mahol mein paray paray, yeh log condition free thay.</w:t>
      </w:r>
    </w:p>
    <w:p>
      <w:pPr>
        <w:jc w:val="right"/>
      </w:pPr>
      <w:r>
        <w:t>یہ لوگ فطرت کے ماحول میں پڑے پڑے، یہ لوگ کنڈیشن فری تھے۔</w:t>
      </w:r>
    </w:p>
    <w:p>
      <w:r>
        <w:rPr>
          <w:b/>
        </w:rPr>
        <w:t xml:space="preserve">[07:14] </w:t>
      </w:r>
      <w:r>
        <w:t>karni hai apni nature par, nature par.</w:t>
      </w:r>
    </w:p>
    <w:p>
      <w:pPr>
        <w:jc w:val="right"/>
      </w:pPr>
      <w:r>
        <w:t>کرنی ہے اپنی نیچر پر، نیچر پر۔</w:t>
      </w:r>
    </w:p>
    <w:p>
      <w:r>
        <w:rPr>
          <w:b/>
        </w:rPr>
        <w:t xml:space="preserve">[07:20] </w:t>
      </w:r>
      <w:r>
        <w:t>is liye jab rasool Allah sal Allah alaihi wasallam paida hue, inhi mein se rasool Allah paida hue.</w:t>
      </w:r>
    </w:p>
    <w:p>
      <w:pPr>
        <w:jc w:val="right"/>
      </w:pPr>
      <w:r>
        <w:t>اس لیے جب رسول اللہ صلی اللہ علیہ وسلم پیدا ہوئے، انہی میں سے رسول اللہ پیدا ہوئے۔</w:t>
      </w:r>
    </w:p>
    <w:p>
      <w:r>
        <w:rPr>
          <w:b/>
        </w:rPr>
        <w:t xml:space="preserve">[07:27] </w:t>
      </w:r>
      <w:r>
        <w:t>aap ne dobara toheed ka mission chalaya jis tarah hazrat ibrahim ne chalaya tha.</w:t>
      </w:r>
    </w:p>
    <w:p>
      <w:pPr>
        <w:jc w:val="right"/>
      </w:pPr>
      <w:r>
        <w:t>آپ نے دوبارہ توحید کا مشن چلایا جس طرح حضرت ابراہیم نے چلایا تھا۔</w:t>
      </w:r>
    </w:p>
    <w:p>
      <w:r>
        <w:rPr>
          <w:b/>
        </w:rPr>
        <w:t xml:space="preserve">[07:35] </w:t>
      </w:r>
      <w:r>
        <w:t>But within a short year period, the whole Arabia was Islamized.</w:t>
      </w:r>
    </w:p>
    <w:p>
      <w:pPr>
        <w:jc w:val="right"/>
      </w:pPr>
      <w:r>
        <w:t>بٹ ود ان ا شارٹ ایئر پیریڈ، دا ہول عربیہ واز اسلامائزڈ۔</w:t>
      </w:r>
    </w:p>
    <w:p>
      <w:r>
        <w:rPr>
          <w:b/>
        </w:rPr>
        <w:t xml:space="preserve">[07:42] </w:t>
      </w:r>
      <w:r>
        <w:t>yani ghor kijiye ke sirf 23 saal hazrat ibrahim to zinda rahe thay, 17</w:t>
      </w:r>
    </w:p>
    <w:p>
      <w:pPr>
        <w:jc w:val="right"/>
      </w:pPr>
      <w:r>
        <w:t>یعنی غور کیجئے کہ صرف 23 سال حضرت ابراہیم تو زندہ رہے تھے، 17</w:t>
      </w:r>
    </w:p>
    <w:p>
      <w:r>
        <w:rPr>
          <w:b/>
        </w:rPr>
        <w:t xml:space="preserve">[07:50] </w:t>
      </w:r>
      <w:r>
        <w:t>5 saal tak.</w:t>
      </w:r>
    </w:p>
    <w:p>
      <w:pPr>
        <w:jc w:val="right"/>
      </w:pPr>
      <w:r>
        <w:t>5 سال تک۔</w:t>
      </w:r>
    </w:p>
    <w:p>
      <w:r>
        <w:rPr>
          <w:b/>
        </w:rPr>
        <w:t xml:space="preserve">[07:55] </w:t>
      </w:r>
      <w:r>
        <w:t>175 saal tak koi team nahi bani thi.</w:t>
      </w:r>
    </w:p>
    <w:p>
      <w:pPr>
        <w:jc w:val="right"/>
      </w:pPr>
      <w:r>
        <w:t>175 سال تک کوئی ٹیم نہیں بنی تھی۔</w:t>
      </w:r>
    </w:p>
    <w:p>
      <w:r>
        <w:rPr>
          <w:b/>
        </w:rPr>
        <w:t xml:space="preserve">[08:00] </w:t>
      </w:r>
      <w:r>
        <w:t>ab 23 saal ke andar ek team ban gayi.</w:t>
      </w:r>
    </w:p>
    <w:p>
      <w:pPr>
        <w:jc w:val="right"/>
      </w:pPr>
      <w:r>
        <w:t>اب 23 سال کے اندر ایک ٹیم بن گئی۔</w:t>
      </w:r>
    </w:p>
    <w:p>
      <w:r>
        <w:rPr>
          <w:b/>
        </w:rPr>
        <w:t xml:space="preserve">[08:05] </w:t>
      </w:r>
      <w:r>
        <w:t>ek aisi team jo itni powerful thi ke is ne bohat bura revolution barpa kiya aur sari</w:t>
      </w:r>
    </w:p>
    <w:p>
      <w:pPr>
        <w:jc w:val="right"/>
      </w:pPr>
      <w:r>
        <w:t>ایک ایسی ٹیم جو اتنی پاور فل تھی کہ اس نے بہت برا ریولوشن برپا کیا اور ساری</w:t>
      </w:r>
    </w:p>
    <w:p>
      <w:r>
        <w:rPr>
          <w:b/>
        </w:rPr>
        <w:t xml:space="preserve">[08:10] </w:t>
      </w:r>
      <w:r>
        <w:t>duniya mein ek naya daur aa gaya.</w:t>
      </w:r>
    </w:p>
    <w:p>
      <w:pPr>
        <w:jc w:val="right"/>
      </w:pPr>
      <w:r>
        <w:t>دنیا میں ایک نیا دور آ گیا۔</w:t>
      </w:r>
    </w:p>
    <w:p>
      <w:r>
        <w:rPr>
          <w:b/>
        </w:rPr>
        <w:t xml:space="preserve">[08:15] </w:t>
      </w:r>
      <w:r>
        <w:t>is mein mujhe jo kehna hai ke eid al azha ka paigham kya hai?</w:t>
      </w:r>
    </w:p>
    <w:p>
      <w:pPr>
        <w:jc w:val="right"/>
      </w:pPr>
      <w:r>
        <w:t>اس میں مجھے جو کہنا ہے کہ عید الاضحیٰ کا پیغام کیا ہے؟</w:t>
      </w:r>
    </w:p>
    <w:p>
      <w:r>
        <w:rPr>
          <w:b/>
        </w:rPr>
        <w:t xml:space="preserve">[08:20] </w:t>
      </w:r>
      <w:r>
        <w:t>عید الاضحیٰ کا پیغام ہے to abandon all kind of complaint for the sake of mission.</w:t>
      </w:r>
    </w:p>
    <w:p>
      <w:pPr>
        <w:jc w:val="right"/>
      </w:pPr>
      <w:r>
        <w:t>عید الاضحیٰ کا پیغام ہے ٹو ابینڈن ال کائنڈ آف کمپلینٹ فار دا سیک آف مشن۔</w:t>
      </w:r>
    </w:p>
    <w:p>
      <w:r>
        <w:rPr>
          <w:b/>
        </w:rPr>
        <w:t xml:space="preserve">[08:28] </w:t>
      </w:r>
      <w:r>
        <w:t>aap ghor kijiye ke jis aadmi ko sataya gaya ho, aag mein daal diya gaya ho, kaisi ki</w:t>
      </w:r>
    </w:p>
    <w:p>
      <w:pPr>
        <w:jc w:val="right"/>
      </w:pPr>
      <w:r>
        <w:t>آپ غور کیجئے کہ جس آدمی کو ستایا گیا ہو، آگ میں ڈال دیا گیا ہو، کیسی کی</w:t>
      </w:r>
    </w:p>
    <w:p>
      <w:r>
        <w:rPr>
          <w:b/>
        </w:rPr>
        <w:t xml:space="preserve">[08:36] </w:t>
      </w:r>
      <w:r>
        <w:t>musibatein pari hon, woh nikalta hai aur kehte hain sare mulkon mein jata hai.</w:t>
      </w:r>
    </w:p>
    <w:p>
      <w:pPr>
        <w:jc w:val="right"/>
      </w:pPr>
      <w:r>
        <w:t>مصیبتیں پڑی ہوں، وہ نکلتا ہے اور کہتے ہیں سارے ملکوں میں جاتا ہے۔</w:t>
      </w:r>
    </w:p>
    <w:p>
      <w:r>
        <w:rPr>
          <w:b/>
        </w:rPr>
        <w:t xml:space="preserve">[08:44] </w:t>
      </w:r>
      <w:r>
        <w:t>yani egypt mein, syria mein, falasteen mein, jordan mein,</w:t>
      </w:r>
    </w:p>
    <w:p>
      <w:pPr>
        <w:jc w:val="right"/>
      </w:pPr>
      <w:r>
        <w:t>یعنی ایجپٹ میں، سیریا میں، فلسطین میں، اردن میں،</w:t>
      </w:r>
    </w:p>
    <w:p>
      <w:r>
        <w:rPr>
          <w:b/>
        </w:rPr>
        <w:t xml:space="preserve">[08:52] </w:t>
      </w:r>
      <w:r>
        <w:t>kahin bhi unhon ne ek lafz shikayat ka nahi bola.</w:t>
      </w:r>
    </w:p>
    <w:p>
      <w:pPr>
        <w:jc w:val="right"/>
      </w:pPr>
      <w:r>
        <w:t>کہیں بھی انہوں نے ایک لفظ شکایت کا نہیں بولے۔</w:t>
      </w:r>
    </w:p>
    <w:p>
      <w:r>
        <w:rPr>
          <w:b/>
        </w:rPr>
        <w:t xml:space="preserve">[08:58] </w:t>
      </w:r>
      <w:r>
        <w:t>woh ke mujh par zulm kiya gaya hai, mujh par satayi ziyadti hui hai, iraq wale kehte hain</w:t>
      </w:r>
    </w:p>
    <w:p>
      <w:pPr>
        <w:jc w:val="right"/>
      </w:pPr>
      <w:r>
        <w:t>وہ کہ مجھ پر ظلم کیا گیا ہے، مجھ پر ستائی زیادتی ہوئی ہے، عراق والے کہتے ہیں</w:t>
      </w:r>
    </w:p>
    <w:p>
      <w:r>
        <w:rPr>
          <w:b/>
        </w:rPr>
        <w:t xml:space="preserve">[09:04] </w:t>
      </w:r>
      <w:r>
        <w:t>zalim thay, kuch bhi nahi, kuch bhi nahi, kuch bhi nahi.</w:t>
      </w:r>
    </w:p>
    <w:p>
      <w:pPr>
        <w:jc w:val="right"/>
      </w:pPr>
      <w:r>
        <w:t>ظالم تھے، کچھ بھی نہیں، کچھ بھی نہیں، کچھ بھی نہیں۔</w:t>
      </w:r>
    </w:p>
    <w:p>
      <w:r>
        <w:rPr>
          <w:b/>
        </w:rPr>
        <w:t xml:space="preserve">[09:10] </w:t>
      </w:r>
      <w:r>
        <w:t>itni bari misaal positive thinking ki poori history mein nahi mile gi.</w:t>
      </w:r>
    </w:p>
    <w:p>
      <w:pPr>
        <w:jc w:val="right"/>
      </w:pPr>
      <w:r>
        <w:t>اتنی بڑی مثال پازیٹیو تھنکنگ کی پوری ہسٹری میں نہیں ملے گی۔</w:t>
      </w:r>
    </w:p>
    <w:p>
      <w:r>
        <w:rPr>
          <w:b/>
        </w:rPr>
        <w:t xml:space="preserve">[09:16] </w:t>
      </w:r>
      <w:r>
        <w:t>to Hazrat Ibrahim aur aap ki family mein aisa kyun kiya? yeh kiya aap unhon</w:t>
      </w:r>
    </w:p>
    <w:p>
      <w:pPr>
        <w:jc w:val="right"/>
      </w:pPr>
      <w:r>
        <w:t>تو حضرت ابراہیم اور آپ کی فیملی میں ایسا کیوں کیا؟ یہ کیا آپ انہوں</w:t>
      </w:r>
    </w:p>
    <w:p>
      <w:r>
        <w:rPr>
          <w:b/>
        </w:rPr>
        <w:t xml:space="preserve">[09:22] </w:t>
      </w:r>
      <w:r>
        <w:t>ne for da sake of mission? dekhiye, mission aik hi cheez hai jis ke liye aap ko poori</w:t>
      </w:r>
    </w:p>
    <w:p>
      <w:pPr>
        <w:jc w:val="right"/>
      </w:pPr>
      <w:r>
        <w:t>نے فار دا سیک آف مشن؟ دیکھیے، مشن ایک ہی چیز ہے جس کے لیے آپ کو پوری</w:t>
      </w:r>
    </w:p>
    <w:p>
      <w:r>
        <w:rPr>
          <w:b/>
        </w:rPr>
        <w:t xml:space="preserve">[09:28] </w:t>
      </w:r>
      <w:r>
        <w:t>tarah positive banna parta hai.</w:t>
      </w:r>
    </w:p>
    <w:p>
      <w:pPr>
        <w:jc w:val="right"/>
      </w:pPr>
      <w:r>
        <w:t>طرح پازیٹیو بننا پڑتا ہے۔</w:t>
      </w:r>
    </w:p>
    <w:p>
      <w:r>
        <w:rPr>
          <w:b/>
        </w:rPr>
        <w:t xml:space="preserve">[09:35] </w:t>
      </w:r>
      <w:r>
        <w:t>aap ke andar agar shikayat ho, complaint ho, protest ho, doosron se hate ho, negative thinking ho to</w:t>
      </w:r>
    </w:p>
    <w:p>
      <w:pPr>
        <w:jc w:val="right"/>
      </w:pPr>
      <w:r>
        <w:t>آپ کے اندر اگر شکایت ہو، کمپلینٹ ہو، پروٹیسٹ ہو، دوسروں سے ہیٹ ہو، نیگیٹیو تھنکنگ ہو تو</w:t>
      </w:r>
    </w:p>
    <w:p>
      <w:r>
        <w:rPr>
          <w:b/>
        </w:rPr>
        <w:t xml:space="preserve">[09:41] </w:t>
      </w:r>
      <w:r>
        <w:t>kabhi bhi aap koi mission nahi chala sakte.</w:t>
      </w:r>
    </w:p>
    <w:p>
      <w:pPr>
        <w:jc w:val="right"/>
      </w:pPr>
      <w:r>
        <w:t>کبھی بھی آپ کوئی مشن نہیں چلا سکتے۔</w:t>
      </w:r>
    </w:p>
    <w:p>
      <w:r>
        <w:rPr>
          <w:b/>
        </w:rPr>
        <w:t xml:space="preserve">[09:47] </w:t>
      </w:r>
      <w:r>
        <w:t>aap society bahmi kar sakte hain lekin</w:t>
      </w:r>
    </w:p>
    <w:p>
      <w:pPr>
        <w:jc w:val="right"/>
      </w:pPr>
      <w:r>
        <w:t>آپ سوسائٹی باہمی کر سکتے ہیں لیکن</w:t>
      </w:r>
    </w:p>
    <w:p>
      <w:r>
        <w:rPr>
          <w:b/>
        </w:rPr>
        <w:t xml:space="preserve">[09:54] </w:t>
      </w:r>
      <w:r>
        <w:t>positive mission nahi chala sakte aap.</w:t>
      </w:r>
    </w:p>
    <w:p>
      <w:pPr>
        <w:jc w:val="right"/>
      </w:pPr>
      <w:r>
        <w:t>پازیٹیو مشن نہیں چلا سکتے آپ۔</w:t>
      </w:r>
    </w:p>
    <w:p>
      <w:r>
        <w:rPr>
          <w:b/>
        </w:rPr>
        <w:t xml:space="preserve">[10:00] </w:t>
      </w:r>
      <w:r>
        <w:t>to Hazrat Ibrahim aur un ki family ne yeh sacrifice diya.</w:t>
      </w:r>
    </w:p>
    <w:p>
      <w:pPr>
        <w:jc w:val="right"/>
      </w:pPr>
      <w:r>
        <w:t>تو حضرت ابراہیم اور ان کی فیملی نے یہ سیکریفائس دیا۔</w:t>
      </w:r>
    </w:p>
    <w:p>
      <w:r>
        <w:rPr>
          <w:b/>
        </w:rPr>
        <w:t xml:space="preserve">[10:06] </w:t>
      </w:r>
      <w:r>
        <w:t>yeh jo janwar ka zibah kiya jata hai hajj ke mauqe par aur Eid al-Adha ke mauqe par,</w:t>
      </w:r>
    </w:p>
    <w:p>
      <w:pPr>
        <w:jc w:val="right"/>
      </w:pPr>
      <w:r>
        <w:t>یہ جو جانور کا ذبح کیا جاتا ہے حج کے موقع پر اور عید الاضحیٰ کے موقع پر،</w:t>
      </w:r>
    </w:p>
    <w:p>
      <w:r>
        <w:rPr>
          <w:b/>
        </w:rPr>
        <w:t xml:space="preserve">[10:12] </w:t>
      </w:r>
      <w:r>
        <w:t>that is a symbolic sacrifice.</w:t>
      </w:r>
    </w:p>
    <w:p>
      <w:pPr>
        <w:jc w:val="right"/>
      </w:pPr>
      <w:r>
        <w:t>دیٹ از ا سمبولک سیکریفائس۔</w:t>
      </w:r>
    </w:p>
    <w:p>
      <w:r>
        <w:rPr>
          <w:b/>
        </w:rPr>
        <w:t xml:space="preserve">[10:18] </w:t>
      </w:r>
      <w:r>
        <w:t>Allah taala ne peshgi tor par Hazrat Ibrahim aur un ki family jab</w:t>
      </w:r>
    </w:p>
    <w:p>
      <w:pPr>
        <w:jc w:val="right"/>
      </w:pPr>
      <w:r>
        <w:t>اللہ تعالیٰ نے پیشگی طور پر حضرت ابراہیم اور ان کی فیملی جب</w:t>
      </w:r>
    </w:p>
    <w:p>
      <w:r>
        <w:rPr>
          <w:b/>
        </w:rPr>
        <w:t xml:space="preserve">[10:24] </w:t>
      </w:r>
      <w:r>
        <w:t>is zindagi ko shuru karne ja rahi thi, yani desert therapy mein jab enter hone wali thi, to</w:t>
      </w:r>
    </w:p>
    <w:p>
      <w:pPr>
        <w:jc w:val="right"/>
      </w:pPr>
      <w:r>
        <w:t>اس زندگی کو شروع کرنے جا رہی تھی، یعنی ڈیزرٹ تھریپی میں جب انٹر ہونے والی تھی، تو</w:t>
      </w:r>
    </w:p>
    <w:p>
      <w:r>
        <w:rPr>
          <w:b/>
        </w:rPr>
        <w:t xml:space="preserve">[10:30] </w:t>
      </w:r>
      <w:r>
        <w:t>desert therapy mein enter hone se pehle aik waqia hua.</w:t>
      </w:r>
    </w:p>
    <w:p>
      <w:pPr>
        <w:jc w:val="right"/>
      </w:pPr>
      <w:r>
        <w:t>ڈیزرٹ تھریپی میں انٹر ہونے سے پہلے ایک واقعہ ہوا۔</w:t>
      </w:r>
    </w:p>
    <w:p>
      <w:r>
        <w:rPr>
          <w:b/>
        </w:rPr>
        <w:t xml:space="preserve">[10:36] </w:t>
      </w:r>
      <w:r>
        <w:t>Hazrat Ibrahim ne khwab dekha ke mein apne bete ko zibah kar raha hoon.</w:t>
      </w:r>
    </w:p>
    <w:p>
      <w:pPr>
        <w:jc w:val="right"/>
      </w:pPr>
      <w:r>
        <w:t>حضرت ابراہیم نے خواب دیکھا کہ میں اپنے بیٹے کو ذبح کر رہا ہوں۔</w:t>
      </w:r>
    </w:p>
    <w:p>
      <w:r>
        <w:rPr>
          <w:b/>
        </w:rPr>
        <w:t xml:space="preserve">[10:42] </w:t>
      </w:r>
      <w:r>
        <w:t>to Hazrat Ibrahim ne samjha ke sach much zibah karna hai mujhe.</w:t>
      </w:r>
    </w:p>
    <w:p>
      <w:pPr>
        <w:jc w:val="right"/>
      </w:pPr>
      <w:r>
        <w:t>تو حضرت ابراہیم نے سمجھا کہ سچ مچ ذبح کرنا ہے مجھے۔</w:t>
      </w:r>
    </w:p>
    <w:p>
      <w:r>
        <w:rPr>
          <w:b/>
        </w:rPr>
        <w:t xml:space="preserve">[10:48] </w:t>
      </w:r>
      <w:r>
        <w:t>to unhon ne chaha ke unhein zibah kar de sach much.</w:t>
      </w:r>
    </w:p>
    <w:p>
      <w:pPr>
        <w:jc w:val="right"/>
      </w:pPr>
      <w:r>
        <w:t>تو انہوں نے چاہا کہ انہیں ذبح کر دے سچ مچ۔</w:t>
      </w:r>
    </w:p>
    <w:p>
      <w:r>
        <w:rPr>
          <w:b/>
        </w:rPr>
        <w:t xml:space="preserve">[10:55] </w:t>
      </w:r>
      <w:r>
        <w:t>Us waqt awaaz aayi ke nahi, yeh matlab nahi hai. Hum ne hum ne Ismail ki taraf se fidiya ke taur par ek bete ko qabool kiya. To Hazrat Ibrahim ne bator fidiya ek bete ko zibah kiya. Yani ek bete ke zibah ke badle mein Allah taala ne Ismail ko</w:t>
      </w:r>
    </w:p>
    <w:p>
      <w:pPr>
        <w:jc w:val="right"/>
      </w:pPr>
      <w:r>
        <w:t>اس وقت آواز آئی کہ نہیں، یہ مطلب نہیں ہے۔ ہم نے ہم نے اسماعیل کی طرف سے فدیہ کے طور پر ایک بیٹے کو قبول کیا۔ تو حضرت ابراہیم نے بطور فدیہ ایک بیٹے کو ذبح کیا۔ یعنی ایک بیٹے کے ذبیحے کے بدلے میں اللہ تعالیٰ نے اسماعیل کو</w:t>
      </w:r>
    </w:p>
    <w:p>
      <w:r>
        <w:rPr>
          <w:b/>
        </w:rPr>
        <w:t xml:space="preserve">[11:25] </w:t>
      </w:r>
      <w:r>
        <w:t>chhod diya.</w:t>
      </w:r>
    </w:p>
    <w:p>
      <w:pPr>
        <w:jc w:val="right"/>
      </w:pPr>
      <w:r>
        <w:t>چھوڑ دیا۔</w:t>
      </w:r>
    </w:p>
    <w:p>
      <w:r>
        <w:rPr>
          <w:b/>
        </w:rPr>
        <w:t xml:space="preserve">[11:29] </w:t>
      </w:r>
      <w:r>
        <w:t>chhodne ka matlab kiya hai? un ko aik chance diya ke woh desert therapy chalayein, wahan par aik</w:t>
      </w:r>
    </w:p>
    <w:p>
      <w:pPr>
        <w:jc w:val="right"/>
      </w:pPr>
      <w:r>
        <w:t>چھوڑنے کا معنی کیا ہے؟ ان کو ایک چانس دیا کہ وہ ڈیزرٹ تھریپی چلائیں، وہاں پر ایک</w:t>
      </w:r>
    </w:p>
    <w:p>
      <w:r>
        <w:rPr>
          <w:b/>
        </w:rPr>
        <w:t xml:space="preserve">[11:33] </w:t>
      </w:r>
      <w:r>
        <w:t>aik nation bane.</w:t>
      </w:r>
    </w:p>
    <w:p>
      <w:pPr>
        <w:jc w:val="right"/>
      </w:pPr>
      <w:r>
        <w:t>ایک نیشن بنے۔</w:t>
      </w:r>
    </w:p>
    <w:p>
      <w:r>
        <w:rPr>
          <w:b/>
        </w:rPr>
        <w:t xml:space="preserve">[11:38] </w:t>
      </w:r>
      <w:r>
        <w:t>to yeh hai yeh story.</w:t>
      </w:r>
    </w:p>
    <w:p>
      <w:pPr>
        <w:jc w:val="right"/>
      </w:pPr>
      <w:r>
        <w:t>تو یہ ہے یہ سٹوری۔</w:t>
      </w:r>
    </w:p>
    <w:p>
      <w:r>
        <w:rPr>
          <w:b/>
        </w:rPr>
        <w:t xml:space="preserve">[11:42] </w:t>
      </w:r>
      <w:r>
        <w:t>is story mein jo sab se bari baat hai, sab se bari baat hai ke chahe kuch bhi</w:t>
      </w:r>
    </w:p>
    <w:p>
      <w:pPr>
        <w:jc w:val="right"/>
      </w:pPr>
      <w:r>
        <w:t>اس سٹوری میں جو سب سے بڑی بات ہے، سب سے بڑی بات ہے کہ چاہے کچھ بھی</w:t>
      </w:r>
    </w:p>
    <w:p>
      <w:r>
        <w:rPr>
          <w:b/>
        </w:rPr>
        <w:t xml:space="preserve">[11:46] </w:t>
      </w:r>
      <w:r>
        <w:t>zulm ho, kuch bhi log karein, qatl karne ki koshish karein aap ko, lekin aap negative na hon,</w:t>
      </w:r>
    </w:p>
    <w:p>
      <w:pPr>
        <w:jc w:val="right"/>
      </w:pPr>
      <w:r>
        <w:t>ظلم ہو، کچھ بھی لوگ کریں، قتل کرنے کی کوشش کریں آپ کو، لیکن آپ نیگیٹیو نہ ہوں،</w:t>
      </w:r>
    </w:p>
    <w:p>
      <w:r>
        <w:rPr>
          <w:b/>
        </w:rPr>
        <w:t xml:space="preserve">[11:51] </w:t>
      </w:r>
      <w:r>
        <w:t>aap ke dil mein</w:t>
      </w:r>
    </w:p>
    <w:p>
      <w:pPr>
        <w:jc w:val="right"/>
      </w:pPr>
      <w:r>
        <w:t>آپ کے دل میں</w:t>
      </w:r>
    </w:p>
    <w:p>
      <w:r>
        <w:rPr>
          <w:b/>
        </w:rPr>
        <w:t xml:space="preserve">[11:55] </w:t>
      </w:r>
      <w:r>
        <w:t>complaint na aaye.</w:t>
      </w:r>
    </w:p>
    <w:p>
      <w:pPr>
        <w:jc w:val="right"/>
      </w:pPr>
      <w:r>
        <w:t>کمپلینٹ نہ آئے۔</w:t>
      </w:r>
    </w:p>
    <w:p>
      <w:r>
        <w:rPr>
          <w:b/>
        </w:rPr>
        <w:t xml:space="preserve">[12:00] </w:t>
      </w:r>
      <w:r>
        <w:t>mulkon mein ghoomein, aap kahin bhi complaint ki baat na karein.</w:t>
      </w:r>
    </w:p>
    <w:p>
      <w:pPr>
        <w:jc w:val="right"/>
      </w:pPr>
      <w:r>
        <w:t>ملکوں میں گھومیں، آپ کہیں بھی کمپلینٹ کی بات نہ کریں۔</w:t>
      </w:r>
    </w:p>
    <w:p>
      <w:r>
        <w:rPr>
          <w:b/>
        </w:rPr>
        <w:t xml:space="preserve">[12:05] </w:t>
      </w:r>
      <w:r>
        <w:t>tab ja kar Allah ki rehmaten aap par aayengi.</w:t>
      </w:r>
    </w:p>
    <w:p>
      <w:pPr>
        <w:jc w:val="right"/>
      </w:pPr>
      <w:r>
        <w:t>تب جا کر اللہ کی رحمتیں آپ پر آئیں گی۔</w:t>
      </w:r>
    </w:p>
    <w:p>
      <w:r>
        <w:rPr>
          <w:b/>
        </w:rPr>
        <w:t xml:space="preserve">[12:10] </w:t>
      </w:r>
      <w:r>
        <w:t>tab ja kar aap is qabil honge ke woh mission shuru karein jo mission history ko badalne</w:t>
      </w:r>
    </w:p>
    <w:p>
      <w:pPr>
        <w:jc w:val="right"/>
      </w:pPr>
      <w:r>
        <w:t>تب جا کر آپ اس قابل ہوں گے کہ وہ مشن شروع کریں جو مشن ہسٹری کو بدلنے</w:t>
      </w:r>
    </w:p>
    <w:p>
      <w:r>
        <w:rPr>
          <w:b/>
        </w:rPr>
        <w:t xml:space="preserve">[12:15] </w:t>
      </w:r>
      <w:r>
        <w:t>badalne wala tha.</w:t>
      </w:r>
    </w:p>
    <w:p>
      <w:pPr>
        <w:jc w:val="right"/>
      </w:pPr>
      <w:r>
        <w:t>بدلنے والا تھا۔</w:t>
      </w:r>
    </w:p>
    <w:p>
      <w:r>
        <w:rPr>
          <w:b/>
        </w:rPr>
        <w:t xml:space="preserve">[12:20] </w:t>
      </w:r>
      <w:r>
        <w:t>jis history badal gayi, jo us ne kaha hai ji brain ne</w:t>
      </w:r>
    </w:p>
    <w:p>
      <w:pPr>
        <w:jc w:val="right"/>
      </w:pPr>
      <w:r>
        <w:t>جس ہسٹری بدل گئی، جو اس نے کہا ہے جی برین نے</w:t>
      </w:r>
    </w:p>
    <w:p>
      <w:r>
        <w:rPr>
          <w:b/>
        </w:rPr>
        <w:t xml:space="preserve">[12:26] </w:t>
      </w:r>
      <w:r>
        <w:t>ke Islam change da course of history, da traded order of history was overthrown.</w:t>
      </w:r>
    </w:p>
    <w:p>
      <w:pPr>
        <w:jc w:val="right"/>
      </w:pPr>
      <w:r>
        <w:t>کہ اسلام چینج دا کورس آف ہسٹری، دا ٹریڈڈ آرڈر آف ہسٹری واز اوور تھرون۔</w:t>
      </w:r>
    </w:p>
    <w:p>
      <w:r>
        <w:rPr>
          <w:b/>
        </w:rPr>
        <w:t xml:space="preserve">[12:33] </w:t>
      </w:r>
      <w:r>
        <w:t>to yeh us yeh jo hai wahan tak jaata hai, yaani Ibrahim ki family tak jaata hai.</w:t>
      </w:r>
    </w:p>
    <w:p>
      <w:pPr>
        <w:jc w:val="right"/>
      </w:pPr>
      <w:r>
        <w:t>تو یہ اس یہ جو ہے وہاں تک جاتا ہے، یعنی ابراہیم کی فیملی تک جاتا ہے۔</w:t>
      </w:r>
    </w:p>
    <w:p>
      <w:r>
        <w:rPr>
          <w:b/>
        </w:rPr>
        <w:t xml:space="preserve">[12:41] </w:t>
      </w:r>
      <w:r>
        <w:t>ek lamba ek ek ek historical process hai jis ke nateeje mein yeh inqilab duniya mein aaya.</w:t>
      </w:r>
    </w:p>
    <w:p>
      <w:pPr>
        <w:jc w:val="right"/>
      </w:pPr>
      <w:r>
        <w:t>ایک لمبا ایک ایک ایک ہسٹوریکل پروسیس ہے جس کے نتیجے میں یہ انقلاب دنیا میں آیا۔</w:t>
      </w:r>
    </w:p>
    <w:p>
      <w:r>
        <w:rPr>
          <w:b/>
        </w:rPr>
        <w:t xml:space="preserve">[12:48] </w:t>
      </w:r>
      <w:r>
        <w:t>to aaj jo log janwar ki qurbani dete hain</w:t>
      </w:r>
    </w:p>
    <w:p>
      <w:pPr>
        <w:jc w:val="right"/>
      </w:pPr>
      <w:r>
        <w:t>تو آج جو لوگ جانور کی قربانی دیتے ہیں</w:t>
      </w:r>
    </w:p>
    <w:p>
      <w:r>
        <w:rPr>
          <w:b/>
        </w:rPr>
        <w:t xml:space="preserve">[12:56] </w:t>
      </w:r>
      <w:r>
        <w:t>, un ko sochna chahiye ke woh woh qurbani Allah taala ke haan qabool hogi ya nahi qabool hogi.</w:t>
      </w:r>
    </w:p>
    <w:p>
      <w:pPr>
        <w:jc w:val="right"/>
      </w:pPr>
      <w:r>
        <w:t>، ان کو سوچنا چاہیے کہ وہ وہ قربانی اللہ تعالیٰ کے ہاں قبول ہوگی یا نہیں قبول ہوگی۔</w:t>
      </w:r>
    </w:p>
    <w:p>
      <w:r>
        <w:rPr>
          <w:b/>
        </w:rPr>
        <w:t xml:space="preserve">[13:06] </w:t>
      </w:r>
      <w:r>
        <w:t>to Quran mein ek ayat hai qurbani ke bare mein: "lan yallaha lumoomuha wala admaauha walakin taqwam minkum".</w:t>
      </w:r>
    </w:p>
    <w:p>
      <w:pPr>
        <w:jc w:val="right"/>
      </w:pPr>
      <w:r>
        <w:t>تو قرآن میں ایک آیت ہے قربانی کے بارے میں: "لین اللہ لوما ولا دماؤہ ولكن تقویٰ منکم"۔</w:t>
      </w:r>
    </w:p>
    <w:p>
      <w:r>
        <w:rPr>
          <w:b/>
        </w:rPr>
        <w:t xml:space="preserve">[13:17] </w:t>
      </w:r>
      <w:r>
        <w:t>yaani Allah ko tumhare janwar ka gosht aur khoon nahi pahunchta, Allah ko tumhare dil ka taqwa pahunchta hai. Yaani spirit,</w:t>
      </w:r>
    </w:p>
    <w:p>
      <w:pPr>
        <w:jc w:val="right"/>
      </w:pPr>
      <w:r>
        <w:t>یعنی اللہ کو تمہارے جانور کا گوشت اور خون نہیں پہنچتا، اللہ کو تمہارے دل کا تقویٰ پہنچتا ہے۔ یعنی اسپرٹ،</w:t>
      </w:r>
    </w:p>
    <w:p>
      <w:r>
        <w:rPr>
          <w:b/>
        </w:rPr>
        <w:t xml:space="preserve">[13:27] </w:t>
      </w:r>
      <w:r>
        <w:t>spirit of sacrifice پہنچتی ہے، نہ کہ وہ animal.</w:t>
      </w:r>
    </w:p>
    <w:p>
      <w:pPr>
        <w:jc w:val="right"/>
      </w:pPr>
      <w:r>
        <w:t>اسپرٹ آف سیکریفائس پہنچتی ہے، نہ کہ وہ اینیمل۔</w:t>
      </w:r>
    </w:p>
    <w:p>
      <w:r>
        <w:rPr>
          <w:b/>
        </w:rPr>
        <w:t xml:space="preserve">[13:37] </w:t>
      </w:r>
      <w:r>
        <w:t>yeh jo symbolic sacrifice hai, is ki jo spirit hai, woh pahunchti hai Allah ko.</w:t>
      </w:r>
    </w:p>
    <w:p>
      <w:pPr>
        <w:jc w:val="right"/>
      </w:pPr>
      <w:r>
        <w:t>یہ جو سمبولک سیکریفائس ہے، اس کی جو اسپرٹ ہے، وہ پہنچتی ہے اللہ کو۔</w:t>
      </w:r>
    </w:p>
    <w:p>
      <w:r>
        <w:rPr>
          <w:b/>
        </w:rPr>
        <w:t xml:space="preserve">[13:47] </w:t>
      </w:r>
      <w:r>
        <w:t>spirit kya hai? ke aap yeh sochein, is tarah ki planning karein ke mujhe Allah ke</w:t>
      </w:r>
    </w:p>
    <w:p>
      <w:pPr>
        <w:jc w:val="right"/>
      </w:pPr>
      <w:r>
        <w:t>اسپرٹ کیا ہے؟ کہ آپ یہ سوچیں، اس طرح کی پلاننگ کریں کہ مجھے اللہ کے</w:t>
      </w:r>
    </w:p>
    <w:p>
      <w:r>
        <w:rPr>
          <w:b/>
        </w:rPr>
        <w:t xml:space="preserve">[13:57] </w:t>
      </w:r>
      <w:r>
        <w:t>مشن کو دنیا میں جاری کرنے کے لیے ہر irrelevant بات کو چھوڑنا ہے، اپنے کو اس سے</w:t>
      </w:r>
    </w:p>
    <w:p>
      <w:pPr>
        <w:jc w:val="right"/>
      </w:pPr>
      <w:r>
        <w:t>مشن کو دنیا میں جاری کرنے کے لیے ہر ارریلیونٹ بات کو چھوڑنا ہے، اپنے کو اس سے</w:t>
      </w:r>
    </w:p>
    <w:p>
      <w:r>
        <w:rPr>
          <w:b/>
        </w:rPr>
        <w:t xml:space="preserve">[14:04] </w:t>
      </w:r>
      <w:r>
        <w:t>door karna hai, apne ko bachana hai is se.</w:t>
      </w:r>
    </w:p>
    <w:p>
      <w:pPr>
        <w:jc w:val="right"/>
      </w:pPr>
      <w:r>
        <w:t>دور کرنا ہے، اپنے کو بچانا ہے اس سے۔</w:t>
      </w:r>
    </w:p>
    <w:p>
      <w:r>
        <w:rPr>
          <w:b/>
        </w:rPr>
        <w:t xml:space="preserve">[14:11] </w:t>
      </w:r>
      <w:r>
        <w:t>to zulm ki kahani mujhe nahi sunana hai duniya ko.</w:t>
      </w:r>
    </w:p>
    <w:p>
      <w:pPr>
        <w:jc w:val="right"/>
      </w:pPr>
      <w:r>
        <w:t>تو ظلم کی کہانی مجھے نہیں سنانا ہے دنیا کو۔</w:t>
      </w:r>
    </w:p>
    <w:p>
      <w:r>
        <w:rPr>
          <w:b/>
        </w:rPr>
        <w:t xml:space="preserve">[14:18] </w:t>
      </w:r>
      <w:r>
        <w:t>mujhe complaint culture mein nahi jeena hai.</w:t>
      </w:r>
    </w:p>
    <w:p>
      <w:pPr>
        <w:jc w:val="right"/>
      </w:pPr>
      <w:r>
        <w:t>مجھے کمپلینٹ کلچر میں نہیں جینا ہے۔</w:t>
      </w:r>
    </w:p>
    <w:p>
      <w:r>
        <w:rPr>
          <w:b/>
        </w:rPr>
        <w:t xml:space="preserve">[14:25] </w:t>
      </w:r>
      <w:r>
        <w:t>مجھ کو negative thinking سے اپنے کو دور رکھنا ہے۔</w:t>
      </w:r>
    </w:p>
    <w:p>
      <w:pPr>
        <w:jc w:val="right"/>
      </w:pPr>
      <w:r>
        <w:t>مجھ کو نیگیٹیو تھنکنگ سے اپنے کو دور رکھنا ہے۔</w:t>
      </w:r>
    </w:p>
    <w:p>
      <w:r>
        <w:rPr>
          <w:b/>
        </w:rPr>
        <w:t xml:space="preserve">[14:32] </w:t>
      </w:r>
      <w:r>
        <w:t>jab aap aisa karenge, tabhi yeh mumkin hoga ke aap woh planning kar sakein jo planning Hazrat</w:t>
      </w:r>
    </w:p>
    <w:p>
      <w:pPr>
        <w:jc w:val="right"/>
      </w:pPr>
      <w:r>
        <w:t>جب آپ ایسا کریں گے، تبھی یہ ممکن ہوگا کہ آپ وہ پلاننگ کر سکیں جو پلاننگ حضرت</w:t>
      </w:r>
    </w:p>
    <w:p>
      <w:r>
        <w:rPr>
          <w:b/>
        </w:rPr>
        <w:t xml:space="preserve">[14:38] </w:t>
      </w:r>
      <w:r>
        <w:t>Ibrahim ne apni family ko le kar ki.</w:t>
      </w:r>
    </w:p>
    <w:p>
      <w:pPr>
        <w:jc w:val="right"/>
      </w:pPr>
      <w:r>
        <w:t>ابراہیم نے اپنی فیملی کو لے کر کی۔</w:t>
      </w:r>
    </w:p>
    <w:p>
      <w:r>
        <w:rPr>
          <w:b/>
        </w:rPr>
        <w:t xml:space="preserve">[14:44] </w:t>
      </w:r>
      <w:r>
        <w:t>to yeh hai spirit Eid al-Adha ki.</w:t>
      </w:r>
    </w:p>
    <w:p>
      <w:pPr>
        <w:jc w:val="right"/>
      </w:pPr>
      <w:r>
        <w:t>تو یہ ہے اسپرٹ عید الاضحیٰ کی۔</w:t>
      </w:r>
    </w:p>
    <w:p>
      <w:r>
        <w:rPr>
          <w:b/>
        </w:rPr>
        <w:t xml:space="preserve">[14:50] </w:t>
      </w:r>
      <w:r>
        <w:t>to yeh jo din aata hai, Hajj ke dinon mein Makkah mein, baqi dinon mein, har jagah duniya</w:t>
      </w:r>
    </w:p>
    <w:p>
      <w:pPr>
        <w:jc w:val="right"/>
      </w:pPr>
      <w:r>
        <w:t>تو یہ جو دن آتا ہے، حج کے دنوں میں مکہ میں، بقیہ دنوں میں، ہر جگہ دنیا</w:t>
      </w:r>
    </w:p>
    <w:p>
      <w:r>
        <w:rPr>
          <w:b/>
        </w:rPr>
        <w:t xml:space="preserve">[14:56] </w:t>
      </w:r>
      <w:r>
        <w:t>mein, woh Musalmanon ke liye ek reminder hota hai.</w:t>
      </w:r>
    </w:p>
    <w:p>
      <w:pPr>
        <w:jc w:val="right"/>
      </w:pPr>
      <w:r>
        <w:t>میں، وہ مسلمانوں کے لیے ایک ریمائنڈر ہوتا ہے۔</w:t>
      </w:r>
    </w:p>
    <w:p>
      <w:r>
        <w:rPr>
          <w:b/>
        </w:rPr>
        <w:t xml:space="preserve">[15:02] </w:t>
      </w:r>
      <w:r>
        <w:t>Reminder ke tauheed ke mission ko continue rakhne ke liye, jaari rakhne ke liye, jab bhi zaroorat ho to tum dobara wohi sacrifice karo. To aaj to woh waqt aa gaya hai. Aaj shayad duniya ke Musalman negative thinking mein jeete hain, shayad duniya ke Musalman complaint culture mein jeete hain. Doosron se shikayat, doosron se nafrat, l</w:t>
      </w:r>
    </w:p>
    <w:p>
      <w:pPr>
        <w:jc w:val="right"/>
      </w:pPr>
      <w:r>
        <w:t>ریمائنڈر کہ توحید کے مشن کو کنٹینیو رکھنے کے لیے، جاری رکھنے کے لیے، جب بھی ضرورت ہو تو تم دوبارہ وہی سیکریفائس کرو۔ تو آج تو وہ وقت آ گیا ہے۔ آج شاید دنیا کے مسلمان نیگیٹیو تھنکنگ میں جیتے ہیں، شاید دنیا کے مسلمان کمپلینٹ کلچر میں جیتے ہیں۔ دوسروں سے شکایت، دوسروں سے نفرت، ل</w:t>
      </w:r>
    </w:p>
    <w:p>
      <w:r>
        <w:rPr>
          <w:b/>
        </w:rPr>
        <w:t xml:space="preserve">[15:32] </w:t>
      </w:r>
      <w:r>
        <w:t>rai, hatta ke society bahami. Society bahami.</w:t>
      </w:r>
    </w:p>
    <w:p>
      <w:pPr>
        <w:jc w:val="right"/>
      </w:pPr>
      <w:r>
        <w:t>ڑائی، حتیٰ کہ سوسائٹی باہمی۔ سوسائٹی باہمی۔</w:t>
      </w:r>
    </w:p>
    <w:p>
      <w:r>
        <w:rPr>
          <w:b/>
        </w:rPr>
        <w:t xml:space="preserve">[15:40] </w:t>
      </w:r>
      <w:r>
        <w:t>yeh sab kya hai? yeh sab kuch chhodne ke liye Eid al-Adha hoti hai.</w:t>
      </w:r>
    </w:p>
    <w:p>
      <w:pPr>
        <w:jc w:val="right"/>
      </w:pPr>
      <w:r>
        <w:t>یہ سب کیا ہے؟ یہ سب کچھ چھوڑنے کے لیے عید الاضحیٰ ہوتی ہے۔</w:t>
      </w:r>
    </w:p>
    <w:p>
      <w:r>
        <w:rPr>
          <w:b/>
        </w:rPr>
        <w:t xml:space="preserve">[15:48] </w:t>
      </w:r>
      <w:r>
        <w:t>eid al adha jo hai, in sab ko chhodne ke liye hoti hai.</w:t>
      </w:r>
    </w:p>
    <w:p>
      <w:pPr>
        <w:jc w:val="right"/>
      </w:pPr>
      <w:r>
        <w:t>عید الاضحیٰ جو ہے، ان سب کو چھوڑنے کے لیے ہوتی ہے۔</w:t>
      </w:r>
    </w:p>
    <w:p>
      <w:r>
        <w:rPr>
          <w:b/>
        </w:rPr>
        <w:t xml:space="preserve">[15:56] </w:t>
      </w:r>
      <w:r>
        <w:t>janwar ki qurbani to symbolic sacrifice hoti hai ke dekho, is ko chhodna hai tum ko. negative culture</w:t>
      </w:r>
    </w:p>
    <w:p>
      <w:pPr>
        <w:jc w:val="right"/>
      </w:pPr>
      <w:r>
        <w:t>جانور کی قربانی تو سمبولک سیکریفائس ہوتی ہے کہ دیکھو، اس کو چھوڑنا ہے تم کو۔ نیگیٹیو کلچر</w:t>
      </w:r>
    </w:p>
    <w:p>
      <w:r>
        <w:rPr>
          <w:b/>
        </w:rPr>
        <w:t xml:space="preserve">[16:04] </w:t>
      </w:r>
      <w:r>
        <w:t>jis mein Musalman jee rahe hain, us waqt sari duniya ke, us ko chhodne ke liye qurbani hoti hai ke chhoro, us ko zibah karo. Is culture ko, is thinking ko, is mind ko, us ko zibah karo. Jis ke maani kya hain? Ke aaj ka din ek pledge lene ka din hai. Ek day of pledge hai. Woh pledge yeh hai ke Musalman</w:t>
      </w:r>
    </w:p>
    <w:p>
      <w:pPr>
        <w:jc w:val="right"/>
      </w:pPr>
      <w:r>
        <w:t>جس میں مسلمان جی رہے ہیں، اس وقت ساری دنیا کے، اس کو چھوڑنے کے لیے قربانی ہوتی ہے کہ چھوڑو، اس کو ذبح کرو۔ اس کلچر کو، اس تھنکنگ کو، اس مائنڈ کو، اس کو ذبح کرو۔ جس کے معنی کیا ہیں؟ کہ آج کا دن ایک پلیج لینے کا دن ہے۔ ایک ڈے آف پلیج ہے۔ وہ پلیج یہ ہے کہ مسلمان</w:t>
      </w:r>
    </w:p>
    <w:p>
      <w:r>
        <w:rPr>
          <w:b/>
        </w:rPr>
        <w:t xml:space="preserve">[16:34] </w:t>
      </w:r>
      <w:r>
        <w:t>sari duniya ke ye tay karein ke aaj se hum ne sari shikayaton ko bari kar diya.</w:t>
      </w:r>
    </w:p>
    <w:p>
      <w:pPr>
        <w:jc w:val="right"/>
      </w:pPr>
      <w:r>
        <w:t>ساری دنیا کے یہ طے کریں کہ آج سے ہم نے ساری شکایتوں کو بری کر دیا۔</w:t>
      </w:r>
    </w:p>
    <w:p>
      <w:r>
        <w:rPr>
          <w:b/>
        </w:rPr>
        <w:t xml:space="preserve">[16:41] </w:t>
      </w:r>
      <w:r>
        <w:t>aaj se hum ne sare complaint culture ko chhod diya.</w:t>
      </w:r>
    </w:p>
    <w:p>
      <w:pPr>
        <w:jc w:val="right"/>
      </w:pPr>
      <w:r>
        <w:t>آج سے ہم نے سارے کمپلینٹ کلچر کو چھوڑ دیا۔</w:t>
      </w:r>
    </w:p>
    <w:p>
      <w:r>
        <w:rPr>
          <w:b/>
        </w:rPr>
        <w:t xml:space="preserve">[16:49] </w:t>
      </w:r>
      <w:r>
        <w:t>violence, society bahmi, hate, jitne bhi negative item hain hamare mind mein, sab ko hum ne zabah kar</w:t>
      </w:r>
    </w:p>
    <w:p>
      <w:pPr>
        <w:jc w:val="right"/>
      </w:pPr>
      <w:r>
        <w:t>وائیلنس، سوسائٹی باہمی، ہیٹ، جتنے بھی نیگیٹیو آئٹم ہیں ہمارے مائنڈ میں، سب کو ہم نے ذبح کر</w:t>
      </w:r>
    </w:p>
    <w:p>
      <w:r>
        <w:rPr>
          <w:b/>
        </w:rPr>
        <w:t xml:space="preserve">[16:57] </w:t>
      </w:r>
      <w:r>
        <w:t>ke nikal diya.</w:t>
      </w:r>
    </w:p>
    <w:p>
      <w:pPr>
        <w:jc w:val="right"/>
      </w:pPr>
      <w:r>
        <w:t>کے نکال دیا۔</w:t>
      </w:r>
    </w:p>
    <w:p>
      <w:r>
        <w:rPr>
          <w:b/>
        </w:rPr>
        <w:t xml:space="preserve">[17:05] </w:t>
      </w:r>
      <w:r>
        <w:t>aur is ke baad hum ne apne ko khali kar liya, apne ko bacha liya taake hum islam</w:t>
      </w:r>
    </w:p>
    <w:p>
      <w:pPr>
        <w:jc w:val="right"/>
      </w:pPr>
      <w:r>
        <w:t>اور اس کے بعد ہم نے اپنے کو خالی کر لیا، اپنے کو بچا لیا تاکہ ہم اسلام</w:t>
      </w:r>
    </w:p>
    <w:p>
      <w:r>
        <w:rPr>
          <w:b/>
        </w:rPr>
        <w:t xml:space="preserve">[17:12] </w:t>
      </w:r>
      <w:r>
        <w:t>ka peaceful mission duniya mein chalayein.</w:t>
      </w:r>
    </w:p>
    <w:p>
      <w:pPr>
        <w:jc w:val="right"/>
      </w:pPr>
      <w:r>
        <w:t>کا پیس فل مشن دنیا میں چلائیں۔</w:t>
      </w:r>
    </w:p>
    <w:p>
      <w:r>
        <w:rPr>
          <w:b/>
        </w:rPr>
        <w:t xml:space="preserve">[17:20] </w:t>
      </w:r>
      <w:r>
        <w:t>quran ka, quran ka jo paigham hai, is ko peaceful tareeqe se sari duniya mein phailayein.</w:t>
      </w:r>
    </w:p>
    <w:p>
      <w:pPr>
        <w:jc w:val="right"/>
      </w:pPr>
      <w:r>
        <w:t>قرآن کا، قرآن کا جو پیغام ہے، اس کو پیس فل طریقے سے ساری دنیا میں پھیلائیں۔</w:t>
      </w:r>
    </w:p>
    <w:p>
      <w:r>
        <w:rPr>
          <w:b/>
        </w:rPr>
        <w:t xml:space="preserve">[17:27] </w:t>
      </w:r>
      <w:r>
        <w:t>rasool allah sallallahu alaihi wasallam ka jo mission hai, is ko pur aman andaaz mein sari duniya mein tak pahunchayein.</w:t>
      </w:r>
    </w:p>
    <w:p>
      <w:pPr>
        <w:jc w:val="right"/>
      </w:pPr>
      <w:r>
        <w:t>رسول اللہ صلی اللہ علیہ وسلم کا جو مشن ہے، اس کو پرامن انداز میں ساری دنیا میں تک پہنچائیں۔</w:t>
      </w:r>
    </w:p>
    <w:p>
      <w:r>
        <w:rPr>
          <w:b/>
        </w:rPr>
        <w:t xml:space="preserve">[17:35] </w:t>
      </w:r>
      <w:r>
        <w:t>isi isi isi yahi pledge lene ka din hai aaj.</w:t>
      </w:r>
    </w:p>
    <w:p>
      <w:pPr>
        <w:jc w:val="right"/>
      </w:pPr>
      <w:r>
        <w:t>اسی اسی اسی یہی پلیج لینے کا دن ہے آج۔</w:t>
      </w:r>
    </w:p>
    <w:p>
      <w:r>
        <w:rPr>
          <w:b/>
        </w:rPr>
        <w:t xml:space="preserve">[17:39] </w:t>
      </w:r>
      <w:r>
        <w:t>isi ahad ko lene ka din hai.</w:t>
      </w:r>
    </w:p>
    <w:p>
      <w:pPr>
        <w:jc w:val="right"/>
      </w:pPr>
      <w:r>
        <w:t>اسی عہد کو لینے کا دن ہے۔</w:t>
      </w:r>
    </w:p>
    <w:p>
      <w:r>
        <w:rPr>
          <w:b/>
        </w:rPr>
        <w:t xml:space="preserve">[17:43] </w:t>
      </w:r>
      <w:r>
        <w:t>aaj ka din day of pledge hai.</w:t>
      </w:r>
    </w:p>
    <w:p>
      <w:pPr>
        <w:jc w:val="right"/>
      </w:pPr>
      <w:r>
        <w:t>آج کا دن ڈے آف پلیج ہے۔</w:t>
      </w:r>
    </w:p>
    <w:p>
      <w:r>
        <w:rPr>
          <w:b/>
        </w:rPr>
        <w:t xml:space="preserve">[17:46] </w:t>
      </w:r>
      <w:r>
        <w:t>ahad o peyman ka din hai.</w:t>
      </w:r>
    </w:p>
    <w:p>
      <w:pPr>
        <w:jc w:val="right"/>
      </w:pPr>
      <w:r>
        <w:t>عہد و پیمان کا دن ہے۔</w:t>
      </w:r>
    </w:p>
    <w:p>
      <w:r>
        <w:rPr>
          <w:b/>
        </w:rPr>
        <w:t xml:space="preserve">[17:50] </w:t>
      </w:r>
      <w:r>
        <w:t>aur wo yahi hai.</w:t>
      </w:r>
    </w:p>
    <w:p>
      <w:pPr>
        <w:jc w:val="right"/>
      </w:pPr>
      <w:r>
        <w:t>اور وہ یہی ہے۔</w:t>
      </w:r>
    </w:p>
    <w:p>
      <w:r>
        <w:rPr>
          <w:b/>
        </w:rPr>
        <w:t xml:space="preserve">[17:54] </w:t>
      </w:r>
      <w:r>
        <w:t>history repeat kar rahi hai apne aap ko.</w:t>
      </w:r>
    </w:p>
    <w:p>
      <w:pPr>
        <w:jc w:val="right"/>
      </w:pPr>
      <w:r>
        <w:t>ہسٹری ریپیٹ کر رہی ہے اپنے آپ کو۔</w:t>
      </w:r>
    </w:p>
    <w:p>
      <w:r>
        <w:rPr>
          <w:b/>
        </w:rPr>
        <w:t xml:space="preserve">[17:58] </w:t>
      </w:r>
      <w:r>
        <w:t>dobara wahin aa gaya hai mamla ke musalmanon ko shikayat hai.</w:t>
      </w:r>
    </w:p>
    <w:p>
      <w:pPr>
        <w:jc w:val="right"/>
      </w:pPr>
      <w:r>
        <w:t>دوبارہ وہیں آ گیا ہے معاملہ کہ مسلمانوں کو شکایت ہے۔</w:t>
      </w:r>
    </w:p>
    <w:p>
      <w:r>
        <w:rPr>
          <w:b/>
        </w:rPr>
        <w:t xml:space="preserve">[18:02] </w:t>
      </w:r>
      <w:r>
        <w:t>musalman kehte hain ke ab zulm ho raha hai.</w:t>
      </w:r>
    </w:p>
    <w:p>
      <w:pPr>
        <w:jc w:val="right"/>
      </w:pPr>
      <w:r>
        <w:t>مسلمان کہتے ہیں کہ اب ظلم ہو رہا ہے۔</w:t>
      </w:r>
    </w:p>
    <w:p>
      <w:r>
        <w:rPr>
          <w:b/>
        </w:rPr>
        <w:t xml:space="preserve">[18:06] </w:t>
      </w:r>
      <w:r>
        <w:t>tum ne yaad karna hai ke is se zyada zulm hua Hazrat Ibrahim par.</w:t>
      </w:r>
    </w:p>
    <w:p>
      <w:pPr>
        <w:jc w:val="right"/>
      </w:pPr>
      <w:r>
        <w:t>تم نے یاد کرنا ہے کہ اس سے زیادہ ظلم ہوا حضرت ابراہیم پر۔</w:t>
      </w:r>
    </w:p>
    <w:p>
      <w:r>
        <w:rPr>
          <w:b/>
        </w:rPr>
        <w:t xml:space="preserve">[18:11] </w:t>
      </w:r>
      <w:r>
        <w:t>unhone koi shikayat nahi ki.</w:t>
      </w:r>
    </w:p>
    <w:p>
      <w:pPr>
        <w:jc w:val="right"/>
      </w:pPr>
      <w:r>
        <w:t>انہوں نے کوئی شکایت نہیں کی۔</w:t>
      </w:r>
    </w:p>
    <w:p>
      <w:r>
        <w:rPr>
          <w:b/>
        </w:rPr>
        <w:t xml:space="preserve">[18:16] </w:t>
      </w:r>
      <w:r>
        <w:t>unhone apne aap ko, apni family ko is se bachaya ke wo complaint karte rahin.</w:t>
      </w:r>
    </w:p>
    <w:p>
      <w:pPr>
        <w:jc w:val="right"/>
      </w:pPr>
      <w:r>
        <w:t>انہوں نے اپنے آپ کو، اپنی فیملی کو اس سے بچایا کہ وہ کمپلینٹ کرتے جیئیں۔</w:t>
      </w:r>
    </w:p>
    <w:p>
      <w:r>
        <w:rPr>
          <w:b/>
        </w:rPr>
        <w:t xml:space="preserve">[18:21] </w:t>
      </w:r>
      <w:r>
        <w:t>kyun? kyunke aap ko ek ek divine mission ka ek plan chalana tha.</w:t>
      </w:r>
    </w:p>
    <w:p>
      <w:pPr>
        <w:jc w:val="right"/>
      </w:pPr>
      <w:r>
        <w:t>کیوں؟ کیونکہ آپ کو ایک ایک ڈیوائن مشن کا ایک پلان چلانا تھا۔</w:t>
      </w:r>
    </w:p>
    <w:p>
      <w:r>
        <w:rPr>
          <w:b/>
        </w:rPr>
        <w:t xml:space="preserve">[18:26] </w:t>
      </w:r>
      <w:r>
        <w:t>aap ko ek ek ek condition free ek nation banana tha.</w:t>
      </w:r>
    </w:p>
    <w:p>
      <w:pPr>
        <w:jc w:val="right"/>
      </w:pPr>
      <w:r>
        <w:t>آپ کو ایک ایک ایک کنڈیشن فری ایک نیشن بنانا تھا۔</w:t>
      </w:r>
    </w:p>
    <w:p>
      <w:r>
        <w:rPr>
          <w:b/>
        </w:rPr>
        <w:t xml:space="preserve">[18:31] </w:t>
      </w:r>
      <w:r>
        <w:t>ek aur interest ne likha hai</w:t>
      </w:r>
    </w:p>
    <w:p>
      <w:pPr>
        <w:jc w:val="right"/>
      </w:pPr>
      <w:r>
        <w:t>ایک اور انٹریسٹ نے لکھا ہے</w:t>
      </w:r>
    </w:p>
    <w:p>
      <w:r>
        <w:rPr>
          <w:b/>
        </w:rPr>
        <w:t xml:space="preserve">[18:36] </w:t>
      </w:r>
      <w:r>
        <w:t>ke ye jo paida hue log jin ko aap log ismail kehte hain, is desert therapy ke baad,</w:t>
      </w:r>
    </w:p>
    <w:p>
      <w:pPr>
        <w:jc w:val="right"/>
      </w:pPr>
      <w:r>
        <w:t>کہ یہ جو پیدا ہوئے لوگ جن کو آپ لوگ اسماعیل کہتے ہیں، اس ڈیزرٹ تھریپی کے بعد،</w:t>
      </w:r>
    </w:p>
    <w:p>
      <w:r>
        <w:rPr>
          <w:b/>
        </w:rPr>
        <w:t xml:space="preserve">[18:44] </w:t>
      </w:r>
      <w:r>
        <w:t>keh woh woh aik hero of aik nation of heroes thay.</w:t>
      </w:r>
    </w:p>
    <w:p>
      <w:pPr>
        <w:jc w:val="right"/>
      </w:pPr>
      <w:r>
        <w:t>کہ وہ وہ ایک ہیرو آف ایک نیشن آف ہیروز تھے۔</w:t>
      </w:r>
    </w:p>
    <w:p>
      <w:r>
        <w:rPr>
          <w:b/>
        </w:rPr>
        <w:t xml:space="preserve">[18:51] </w:t>
      </w:r>
      <w:r>
        <w:t>woh log aik nation of heroes thay.</w:t>
      </w:r>
    </w:p>
    <w:p>
      <w:pPr>
        <w:jc w:val="right"/>
      </w:pPr>
      <w:r>
        <w:t>وہ لوگ ایک نیشن آف ہیروز تھے۔</w:t>
      </w:r>
    </w:p>
    <w:p>
      <w:r>
        <w:rPr>
          <w:b/>
        </w:rPr>
        <w:t xml:space="preserve">[18:59] </w:t>
      </w:r>
      <w:r>
        <w:t>mein yeh kahoon ga keh nahin, woh aik nation thi jo condition se bachi, aik condition free nation thi.</w:t>
      </w:r>
    </w:p>
    <w:p>
      <w:pPr>
        <w:jc w:val="right"/>
      </w:pPr>
      <w:r>
        <w:t>میں یہ کہوں گا کہ نہیں، وہ ایک نیشن تھی جو کنڈیشن سے بچی، ایک کنڈیشن فری نیشن تھی۔</w:t>
      </w:r>
    </w:p>
    <w:p>
      <w:r>
        <w:rPr>
          <w:b/>
        </w:rPr>
        <w:t xml:space="preserve">[19:06] </w:t>
      </w:r>
      <w:r>
        <w:t>woh aik condition free nature thi. woh fitrat pe thay, woh log. tabhi yeh mumkin hua keh woh team ki shakal mein sahaba ki soorat ikhtiyar karein, phir mil kar ke zabardast ittehad ke zariye se woh aik aik struggle karein, jo struggle yahan tak pahunche keh dunya mein aik naya inqilab aa j</w:t>
      </w:r>
    </w:p>
    <w:p>
      <w:pPr>
        <w:jc w:val="right"/>
      </w:pPr>
      <w:r>
        <w:t>وہ ایک کنڈیشن فری نیچر تھی۔ وہ فطرت پہ تھے، وہ لوگ۔ تبھی یہ ممکن ہوا کہ وہ ٹیم کی شکل میں صحابہ کی صورت اختیار کریں، پھر مل کر کے زبردست اتحاد کے ذریعے سے وہ ایک ایک سٹرگل کریں، جو سٹرگل یہاں تک پہنچے کہ دنیا میں ایک نیا انقلاب آ ج</w:t>
      </w:r>
    </w:p>
    <w:p>
      <w:r>
        <w:rPr>
          <w:b/>
        </w:rPr>
        <w:t xml:space="preserve">[19:36] </w:t>
      </w:r>
      <w:r>
        <w:t>aaye.</w:t>
      </w:r>
    </w:p>
    <w:p>
      <w:pPr>
        <w:jc w:val="right"/>
      </w:pPr>
      <w:r>
        <w:t>ائے۔</w:t>
      </w:r>
    </w:p>
    <w:p>
      <w:r>
        <w:rPr>
          <w:b/>
        </w:rPr>
        <w:t xml:space="preserve">[19:44] </w:t>
      </w:r>
      <w:r>
        <w:t>toh aaj ka din isi isi ahad ko taza karne ka din hai.</w:t>
      </w:r>
    </w:p>
    <w:p>
      <w:pPr>
        <w:jc w:val="right"/>
      </w:pPr>
      <w:r>
        <w:t>تو آج کا دن اسی اسی عہد کو تازہ کرنے کا دن ہے۔</w:t>
      </w:r>
    </w:p>
    <w:p>
      <w:r>
        <w:rPr>
          <w:b/>
        </w:rPr>
        <w:t xml:space="preserve">[19:52] </w:t>
      </w:r>
      <w:r>
        <w:t>yeh day of judgment, yeh day of day of pledge hai.</w:t>
      </w:r>
    </w:p>
    <w:p>
      <w:pPr>
        <w:jc w:val="right"/>
      </w:pPr>
      <w:r>
        <w:t>یہ ڈے آف ججمنٹ، یہ ڈے آف ڈے آف پلیج ہے۔</w:t>
      </w:r>
    </w:p>
    <w:p>
      <w:r>
        <w:rPr>
          <w:b/>
        </w:rPr>
        <w:t xml:space="preserve">[20:00] </w:t>
      </w:r>
      <w:r>
        <w:t>quran mein saaf saaf jab yeh keh diya gaya keh</w:t>
      </w:r>
    </w:p>
    <w:p>
      <w:pPr>
        <w:jc w:val="right"/>
      </w:pPr>
      <w:r>
        <w:t>قرآن میں صاف صاف جب یہ کہہ دیا گیا کہ</w:t>
      </w:r>
    </w:p>
    <w:p>
      <w:r>
        <w:rPr>
          <w:b/>
        </w:rPr>
        <w:t xml:space="preserve">[20:08] </w:t>
      </w:r>
      <w:r>
        <w:t>Allah ko tumhari qurbani ka gosht aur khoon nahin pohanchta, pohanchne ka matlab kya hai? Allah ko tumhari</w:t>
      </w:r>
    </w:p>
    <w:p>
      <w:pPr>
        <w:jc w:val="right"/>
      </w:pPr>
      <w:r>
        <w:t>اللہ کو تمہاری قربانی کا گوشت اور خون نہیں پہنچتا، پہنچنے کا معنی کیا ہے؟ اللہ کو تمہاری</w:t>
      </w:r>
    </w:p>
    <w:p>
      <w:r>
        <w:rPr>
          <w:b/>
        </w:rPr>
        <w:t xml:space="preserve">[20:16] </w:t>
      </w:r>
      <w:r>
        <w:t>qurbani ka gosht aur khoon nahin chahiye.</w:t>
      </w:r>
    </w:p>
    <w:p>
      <w:pPr>
        <w:jc w:val="right"/>
      </w:pPr>
      <w:r>
        <w:t>قربانی کا گوشت اور خون نہیں چاہیے۔</w:t>
      </w:r>
    </w:p>
    <w:p>
      <w:r>
        <w:rPr>
          <w:b/>
        </w:rPr>
        <w:t xml:space="preserve">[20:23] </w:t>
      </w:r>
      <w:r>
        <w:t>gosht aur khoon nahin chahiye Allah taala ko.</w:t>
      </w:r>
    </w:p>
    <w:p>
      <w:pPr>
        <w:jc w:val="right"/>
      </w:pPr>
      <w:r>
        <w:t>گوشت اور خون نہیں چاہیے اللہ تعالیٰ کو۔</w:t>
      </w:r>
    </w:p>
    <w:p>
      <w:r>
        <w:rPr>
          <w:b/>
        </w:rPr>
        <w:t xml:space="preserve">[20:31] </w:t>
      </w:r>
      <w:r>
        <w:t>isko toh tumhari spirit of sacrifice chahiye taake tum Allah ke mission ko duniya mein chala sako.</w:t>
      </w:r>
    </w:p>
    <w:p>
      <w:pPr>
        <w:jc w:val="right"/>
      </w:pPr>
      <w:r>
        <w:t>اس کو تو تمہاری اسپرٹ آف سیکریفائس چاہیے تاکہ تم اللہ کے مشن کو دنیا میں چلا سکو۔</w:t>
      </w:r>
    </w:p>
    <w:p>
      <w:r>
        <w:rPr>
          <w:b/>
        </w:rPr>
        <w:t xml:space="preserve">[20:38] </w:t>
      </w:r>
      <w:r>
        <w:t>toh asal jo nishana hai, woh qurbani kar ke gosht khana khilana nahin hai.</w:t>
      </w:r>
    </w:p>
    <w:p>
      <w:pPr>
        <w:jc w:val="right"/>
      </w:pPr>
      <w:r>
        <w:t>تو اصل جو نشانہ ہے، وہ قربانی کر کے گوشت کھانا کھلانا نہیں ہے۔</w:t>
      </w:r>
    </w:p>
    <w:p>
      <w:r>
        <w:rPr>
          <w:b/>
        </w:rPr>
        <w:t xml:space="preserve">[20:44] </w:t>
      </w:r>
      <w:r>
        <w:t>asal nishana yeh hai keh qurbani kar ke is is spirit ko zinda karna hai aur dawat ke mission</w:t>
      </w:r>
    </w:p>
    <w:p>
      <w:pPr>
        <w:jc w:val="right"/>
      </w:pPr>
      <w:r>
        <w:t>اصل نشانہ یہ ہے کہ قربانی کر کے اس اسپرٹ کو زندہ کرنا ہے اور دعوت کے مشن</w:t>
      </w:r>
    </w:p>
    <w:p>
      <w:r>
        <w:rPr>
          <w:b/>
        </w:rPr>
        <w:t xml:space="preserve">[20:51] </w:t>
      </w:r>
      <w:r>
        <w:t>ko chalana hai.</w:t>
      </w:r>
    </w:p>
    <w:p>
      <w:pPr>
        <w:jc w:val="right"/>
      </w:pPr>
      <w:r>
        <w:t>کو چلانا ہے۔</w:t>
      </w:r>
    </w:p>
    <w:p>
      <w:r>
        <w:rPr>
          <w:b/>
        </w:rPr>
        <w:t xml:space="preserve">[20:57] </w:t>
      </w:r>
      <w:r>
        <w:t>goya qurbani baraye dawat.</w:t>
      </w:r>
    </w:p>
    <w:p>
      <w:pPr>
        <w:jc w:val="right"/>
      </w:pPr>
      <w:r>
        <w:t>گویا قربانی برائے دعوت۔</w:t>
      </w:r>
    </w:p>
    <w:p>
      <w:r>
        <w:rPr>
          <w:b/>
        </w:rPr>
        <w:t xml:space="preserve">[21:03] </w:t>
      </w:r>
      <w:r>
        <w:t>jo jo cheez matloob hai, woh hai qurbani baraye dawat.</w:t>
      </w:r>
    </w:p>
    <w:p>
      <w:pPr>
        <w:jc w:val="right"/>
      </w:pPr>
      <w:r>
        <w:t>جو جو چیز مطلوب ہے، وہ ہے قربانی برائے دعوت۔</w:t>
      </w:r>
    </w:p>
    <w:p>
      <w:r>
        <w:rPr>
          <w:b/>
        </w:rPr>
        <w:t xml:space="preserve">[21:09] </w:t>
      </w:r>
      <w:r>
        <w:t>qurbani baraye gosht khori nahin hai. qurbani baraye gosht khori nahin hai. qurbani baraye dawat, dawat allah. to yeh bohat bara, bohat bara yeh message hai eid al-adha ke din jo tamam musalmanon ko lena chahiye aur is par ghhor karna chahiye. yani hazrat ibrahim ko jo pesh</w:t>
      </w:r>
    </w:p>
    <w:p>
      <w:pPr>
        <w:jc w:val="right"/>
      </w:pPr>
      <w:r>
        <w:t>قربانی برائے گوشت خوری نہیں ہے۔ قربانی برائے گوشت خوری نہیں ہے۔ قربانی برائے دعوت، دعوت اللہ۔ تو یہ بہت بڑا، بہت بڑا یہ میسج ہے عید الاضحیٰ کے دن جو تمام مسلمانوں کو لینا چاہیے اور اس پر غور کرنا چاہیے۔ یعنی حضرت ابراہیم کو جو پیش</w:t>
      </w:r>
    </w:p>
    <w:p>
      <w:r>
        <w:rPr>
          <w:b/>
        </w:rPr>
        <w:t xml:space="preserve">[21:39] </w:t>
      </w:r>
      <w:r>
        <w:t>aaya Iraq mein, woh toh zulm ki inteha thi keh zinda aap ko aag ke alam mein phenk diya. zinda.</w:t>
      </w:r>
    </w:p>
    <w:p>
      <w:pPr>
        <w:jc w:val="right"/>
      </w:pPr>
      <w:r>
        <w:t>آیا عراق میں، وہ تو ظلم کی انتہا تھی کہ زندہ آپ کو آگ کے عالم میں پھینک دیا۔ زندہ۔</w:t>
      </w:r>
    </w:p>
    <w:p>
      <w:r>
        <w:rPr>
          <w:b/>
        </w:rPr>
        <w:t xml:space="preserve">[21:45] </w:t>
      </w:r>
      <w:r>
        <w:t>aaj ke jo musalman hain, unhein toh iska matlab aik aata ke barabar bhi is type ki</w:t>
      </w:r>
    </w:p>
    <w:p>
      <w:pPr>
        <w:jc w:val="right"/>
      </w:pPr>
      <w:r>
        <w:t>آج کے جو مسلمان ہیں، انہیں تو اس کا یعنی ایک آٹا کے برابر بھی اس ٹائپ کی</w:t>
      </w:r>
    </w:p>
    <w:p>
      <w:r>
        <w:rPr>
          <w:b/>
        </w:rPr>
        <w:t xml:space="preserve">[21:51] </w:t>
      </w:r>
      <w:r>
        <w:t>qurbani pesh nahin aayi.</w:t>
      </w:r>
    </w:p>
    <w:p>
      <w:pPr>
        <w:jc w:val="right"/>
      </w:pPr>
      <w:r>
        <w:t>قربانی پیش نہیں آئی۔</w:t>
      </w:r>
    </w:p>
    <w:p>
      <w:r>
        <w:rPr>
          <w:b/>
        </w:rPr>
        <w:t xml:space="preserve">[21:58] </w:t>
      </w:r>
      <w:r>
        <w:t>musalman toh sari duniya mein achi tarike se matlab zindagi guzar rahe hain, ab woh unke bachhe sab.</w:t>
      </w:r>
    </w:p>
    <w:p>
      <w:pPr>
        <w:jc w:val="right"/>
      </w:pPr>
      <w:r>
        <w:t>مسلمان تو ساری دنیا میں اچھی طریقے سے یعنی زندگی گزار رہے ہیں، اب وہ ان کے بچے سب۔</w:t>
      </w:r>
    </w:p>
    <w:p>
      <w:r>
        <w:rPr>
          <w:b/>
        </w:rPr>
        <w:t xml:space="preserve">[22:04] </w:t>
      </w:r>
      <w:r>
        <w:t>toh kahan zulm hai?</w:t>
      </w:r>
    </w:p>
    <w:p>
      <w:pPr>
        <w:jc w:val="right"/>
      </w:pPr>
      <w:r>
        <w:t>تو کہاں ظلم ہے؟</w:t>
      </w:r>
    </w:p>
    <w:p>
      <w:r>
        <w:rPr>
          <w:b/>
        </w:rPr>
        <w:t xml:space="preserve">[22:10] </w:t>
      </w:r>
      <w:r>
        <w:t>sari dunya ke musalman har jagah musalman hain, un ki family, un ke bachche sab aaram se reh rahe hain. to zulm kahan hai? ab to sach peeche zulm jo hai, farzi hai. farzi. aaj jo musalman zulm ki kahani sunate hain, woh kehte hain keh dunya hamari dushman hai. yeh farzi baat hai. koi dushman nahin. dushmani ka to age hi khatam ho gaya. now the age of</w:t>
      </w:r>
    </w:p>
    <w:p>
      <w:pPr>
        <w:jc w:val="right"/>
      </w:pPr>
      <w:r>
        <w:t>ساری دنیا کے مسلمان ہر جگہ مسلمان ہیں، ان کی فیملی، ان کے بچے سب آرام سے رہ رہے ہیں۔ تو ظلم کہاں ہے؟ اب تو سچ پیچھے ظلم جو ہے، فرضی ہے۔ فرضی۔ آج جو مسلمان ظلم کی کہانی سناتے ہیں، وہ کہتے ہیں کہ دنیا ہماری دشمن ہے۔ یہ فرضی بات ہے۔ کوئی دشمن نہیں۔ دشمنی کا تو ایج ہی ختم ہو گیا۔ ناؤ دا ایج آف</w:t>
      </w:r>
    </w:p>
    <w:p>
      <w:r>
        <w:rPr>
          <w:b/>
        </w:rPr>
        <w:t xml:space="preserve">[22:40] </w:t>
      </w:r>
      <w:r>
        <w:t>dushmani is over.</w:t>
      </w:r>
    </w:p>
    <w:p>
      <w:pPr>
        <w:jc w:val="right"/>
      </w:pPr>
      <w:r>
        <w:t>دشمنی از اوور۔</w:t>
      </w:r>
    </w:p>
    <w:p>
      <w:r>
        <w:rPr>
          <w:b/>
        </w:rPr>
        <w:t xml:space="preserve">[22:45] </w:t>
      </w:r>
      <w:r>
        <w:t>ab toh Allah taala ne itna aasan kar diya keh aap ko kisi qurbani ke baghair hi sare</w:t>
      </w:r>
    </w:p>
    <w:p>
      <w:pPr>
        <w:jc w:val="right"/>
      </w:pPr>
      <w:r>
        <w:t>اب تو اللہ تعالیٰ نے اتنا آسان کر دیا کہ آپ کو کسی قربانی کے بغیر ہی سارے</w:t>
      </w:r>
    </w:p>
    <w:p>
      <w:r>
        <w:rPr>
          <w:b/>
        </w:rPr>
        <w:t xml:space="preserve">[22:51] </w:t>
      </w:r>
      <w:r>
        <w:t>kaam karne ka mauqa maujood hai.</w:t>
      </w:r>
    </w:p>
    <w:p>
      <w:pPr>
        <w:jc w:val="right"/>
      </w:pPr>
      <w:r>
        <w:t>کام کرنے کا موقع موجود ہے۔</w:t>
      </w:r>
    </w:p>
    <w:p>
      <w:r>
        <w:rPr>
          <w:b/>
        </w:rPr>
        <w:t xml:space="preserve">[22:56] </w:t>
      </w:r>
      <w:r>
        <w:t>sahaba karam ne yeh dua ki thi jo quran mein maujood hai keh rabana wala tahmilna ma la</w:t>
      </w:r>
    </w:p>
    <w:p>
      <w:pPr>
        <w:jc w:val="right"/>
      </w:pPr>
      <w:r>
        <w:t>صحابہ کرام نے یہ دعا کی تھی جو قرآن میں موجود ہے کہ ربنا ولا تحملنا ما لا</w:t>
      </w:r>
    </w:p>
    <w:p>
      <w:r>
        <w:rPr>
          <w:b/>
        </w:rPr>
        <w:t xml:space="preserve">[23:01] </w:t>
      </w:r>
      <w:r>
        <w:t>taqat na la be.</w:t>
      </w:r>
    </w:p>
    <w:p>
      <w:pPr>
        <w:jc w:val="right"/>
      </w:pPr>
      <w:r>
        <w:t>طاقت لنا به۔</w:t>
      </w:r>
    </w:p>
    <w:p>
      <w:r>
        <w:rPr>
          <w:b/>
        </w:rPr>
        <w:t xml:space="preserve">[23:06] </w:t>
      </w:r>
      <w:r>
        <w:t>yeh sahaba ki dua thi ummat ke liye, yaani poori ummat ke liye</w:t>
      </w:r>
    </w:p>
    <w:p>
      <w:pPr>
        <w:jc w:val="right"/>
      </w:pPr>
      <w:r>
        <w:t>یہ صحابہ کی دعا تھی امت کے لیے، یعنی پوری امت کے لیے</w:t>
      </w:r>
    </w:p>
    <w:p>
      <w:r>
        <w:rPr>
          <w:b/>
        </w:rPr>
        <w:t xml:space="preserve">[23:12] </w:t>
      </w:r>
      <w:r>
        <w:t>keh aye allah, is ummat ko woh difficulties na daal jo hamare pichle logon ko pari thi. to allah ne qabool kar liya. ab to difficulty khatam. ab to zulm khatam. ab to religious persecution khatam. ab religious persecution kahan hai? ab to qurbani ke baghair hi woh sara kaam karna mumkin</w:t>
      </w:r>
    </w:p>
    <w:p>
      <w:pPr>
        <w:jc w:val="right"/>
      </w:pPr>
      <w:r>
        <w:t>کہ اے اللہ، اس امت کو وہ ڈیفیکلٹیز نہ ڈال جو ہمارے پچھلے لوگوں کو پڑی تھی۔ تو اللہ نے قبول کر لیا۔ اب تو ڈیفیکلٹی ختم۔ اب تو ظلم ختم۔ اب تو ریلیجس پرسیکیوشن ختم۔ اب ریلیجس پرسیکیوشن کہاں ہے؟ اب تو قربانی کے بغیر ہی وہ سارا کام کرنا ممکن</w:t>
      </w:r>
    </w:p>
    <w:p>
      <w:r>
        <w:rPr>
          <w:b/>
        </w:rPr>
        <w:t xml:space="preserve">[23:42] </w:t>
      </w:r>
      <w:r>
        <w:t>ho gaya ho.</w:t>
      </w:r>
    </w:p>
    <w:p>
      <w:pPr>
        <w:jc w:val="right"/>
      </w:pPr>
      <w:r>
        <w:t>ہو گیا ہو۔</w:t>
      </w:r>
    </w:p>
    <w:p>
      <w:r>
        <w:rPr>
          <w:b/>
        </w:rPr>
        <w:t xml:space="preserve">[23:46] </w:t>
      </w:r>
      <w:r>
        <w:t>aaj jo musalman majboor hain violence mein, yeh to yaani violence khatam ho.</w:t>
      </w:r>
    </w:p>
    <w:p>
      <w:pPr>
        <w:jc w:val="right"/>
      </w:pPr>
      <w:r>
        <w:t>آج جو مسلمان مجبور ہیں وائیلنس میں، یہ تو یعنی وائیلنس ختم ہو۔</w:t>
      </w:r>
    </w:p>
    <w:p>
      <w:r>
        <w:rPr>
          <w:b/>
        </w:rPr>
        <w:t xml:space="preserve">[23:50] </w:t>
      </w:r>
      <w:r>
        <w:t>age of violence khatam ho chuka tha.</w:t>
      </w:r>
    </w:p>
    <w:p>
      <w:pPr>
        <w:jc w:val="right"/>
      </w:pPr>
      <w:r>
        <w:t>ایج آف وائیلنس ختم ہو چکا تھا۔</w:t>
      </w:r>
    </w:p>
    <w:p>
      <w:r>
        <w:rPr>
          <w:b/>
        </w:rPr>
        <w:t xml:space="preserve">[23:54] </w:t>
      </w:r>
      <w:r>
        <w:t>zabardasti violence paida kar diya unhon ne.</w:t>
      </w:r>
    </w:p>
    <w:p>
      <w:pPr>
        <w:jc w:val="right"/>
      </w:pPr>
      <w:r>
        <w:t>زبردستی وائیلنس پیدا کر دیا انہوں نے۔</w:t>
      </w:r>
    </w:p>
    <w:p>
      <w:r>
        <w:rPr>
          <w:b/>
        </w:rPr>
        <w:t xml:space="preserve">[23:58] </w:t>
      </w:r>
      <w:r>
        <w:t>yeh bohat bara point hai samajhne samajhne ka ke is zamane mein violence ka daur hi khatam ho gaya tha.</w:t>
      </w:r>
    </w:p>
    <w:p>
      <w:pPr>
        <w:jc w:val="right"/>
      </w:pPr>
      <w:r>
        <w:t>یہ بہت بڑا پوائنٹ ہے سمجھنے سمجھنے کا کہ اس زمانے میں وائیلنس کا دور ہی ختم ہو گیا تھا۔</w:t>
      </w:r>
    </w:p>
    <w:p>
      <w:r>
        <w:rPr>
          <w:b/>
        </w:rPr>
        <w:t xml:space="preserve">[24:02] </w:t>
      </w:r>
      <w:r>
        <w:t>age of violence khatam ho chuka tha.</w:t>
      </w:r>
    </w:p>
    <w:p>
      <w:pPr>
        <w:jc w:val="right"/>
      </w:pPr>
      <w:r>
        <w:t>ایج آف وائیلنس ختم ہو چکا تھا۔</w:t>
      </w:r>
    </w:p>
    <w:p>
      <w:r>
        <w:rPr>
          <w:b/>
        </w:rPr>
        <w:t xml:space="preserve">[24:06] </w:t>
      </w:r>
      <w:r>
        <w:t>ab to age of peace tha.</w:t>
      </w:r>
    </w:p>
    <w:p>
      <w:pPr>
        <w:jc w:val="right"/>
      </w:pPr>
      <w:r>
        <w:t>اب تو ایج آف پیس تھا۔</w:t>
      </w:r>
    </w:p>
    <w:p>
      <w:r>
        <w:rPr>
          <w:b/>
        </w:rPr>
        <w:t xml:space="preserve">[24:10] </w:t>
      </w:r>
      <w:r>
        <w:t>har taraf age of peace.</w:t>
      </w:r>
    </w:p>
    <w:p>
      <w:pPr>
        <w:jc w:val="right"/>
      </w:pPr>
      <w:r>
        <w:t>ہر طرف ایج آف پیس۔</w:t>
      </w:r>
    </w:p>
    <w:p>
      <w:r>
        <w:rPr>
          <w:b/>
        </w:rPr>
        <w:t xml:space="preserve">[24:14] </w:t>
      </w:r>
      <w:r>
        <w:t>to baat hi khatam ho gayi ke aap ko koi aag bula le, koi aap par zulm kare,</w:t>
      </w:r>
    </w:p>
    <w:p>
      <w:pPr>
        <w:jc w:val="right"/>
      </w:pPr>
      <w:r>
        <w:t>تو بات ہی ختم ہو گئی کہ آپ کو کوئی آگ بلا لے، کوئی آپ پر ظلم کرے،</w:t>
      </w:r>
    </w:p>
    <w:p>
      <w:r>
        <w:rPr>
          <w:b/>
        </w:rPr>
        <w:t xml:space="preserve">[24:19] </w:t>
      </w:r>
      <w:r>
        <w:t>koi rukawat dale, kuch nahi.</w:t>
      </w:r>
    </w:p>
    <w:p>
      <w:pPr>
        <w:jc w:val="right"/>
      </w:pPr>
      <w:r>
        <w:t>کوئی رکاوٹ ڈالے، کچھ نہیں۔</w:t>
      </w:r>
    </w:p>
    <w:p>
      <w:r>
        <w:rPr>
          <w:b/>
        </w:rPr>
        <w:t xml:space="preserve">[24:24] </w:t>
      </w:r>
      <w:r>
        <w:t>sab kuch open hai.</w:t>
      </w:r>
    </w:p>
    <w:p>
      <w:pPr>
        <w:jc w:val="right"/>
      </w:pPr>
      <w:r>
        <w:t>سب کچھ اوپن ہے۔</w:t>
      </w:r>
    </w:p>
    <w:p>
      <w:r>
        <w:rPr>
          <w:b/>
        </w:rPr>
        <w:t xml:space="preserve">[24:29] </w:t>
      </w:r>
      <w:r>
        <w:t>yeh musalmanon ne kiya kiya? khud hi apni taraf se ladaai chhed kar ke masla khada kar diya.</w:t>
      </w:r>
    </w:p>
    <w:p>
      <w:pPr>
        <w:jc w:val="right"/>
      </w:pPr>
      <w:r>
        <w:t>یہ مسلمانوں نے کیا کیا؟ خود ہی اپنی طرف سے لڑائی چھیڑ کر کے مسئلہ کھڑا کر دیا۔</w:t>
      </w:r>
    </w:p>
    <w:p>
      <w:r>
        <w:rPr>
          <w:b/>
        </w:rPr>
        <w:t xml:space="preserve">[24:34] </w:t>
      </w:r>
      <w:r>
        <w:t>yeh to wahi cheez hai jo kehte hain, "aa bail mujhe maar." ek bail khada hua tha raaste</w:t>
      </w:r>
    </w:p>
    <w:p>
      <w:pPr>
        <w:jc w:val="right"/>
      </w:pPr>
      <w:r>
        <w:t>یہ تو وہی چیز ہے جو کہتے ہیں، "آ بیل مجھے مار۔" ایک بیل کھڑا ہوا تھا راستے</w:t>
      </w:r>
    </w:p>
    <w:p>
      <w:r>
        <w:rPr>
          <w:b/>
        </w:rPr>
        <w:t xml:space="preserve">[24:39] </w:t>
      </w:r>
      <w:r>
        <w:t>mein kahin, seeng wala, bare seeng wala bail.</w:t>
      </w:r>
    </w:p>
    <w:p>
      <w:pPr>
        <w:jc w:val="right"/>
      </w:pPr>
      <w:r>
        <w:t>میں کہیں، سینگ والا، بڑے سینگ والا بیل۔</w:t>
      </w:r>
    </w:p>
    <w:p>
      <w:r>
        <w:rPr>
          <w:b/>
        </w:rPr>
        <w:t xml:space="preserve">[24:44] </w:t>
      </w:r>
      <w:r>
        <w:t>wo apna khada hua tha.</w:t>
      </w:r>
    </w:p>
    <w:p>
      <w:pPr>
        <w:jc w:val="right"/>
      </w:pPr>
      <w:r>
        <w:t>وہ اپنا کھڑا ہوا تھا۔</w:t>
      </w:r>
    </w:p>
    <w:p>
      <w:r>
        <w:rPr>
          <w:b/>
        </w:rPr>
        <w:t xml:space="preserve">[24:48] </w:t>
      </w:r>
      <w:r>
        <w:t>to kisi bachche ne is ko kankri maari, kankar pathar mara.</w:t>
      </w:r>
    </w:p>
    <w:p>
      <w:pPr>
        <w:jc w:val="right"/>
      </w:pPr>
      <w:r>
        <w:t>تو کسی بچے نے اس کو کنکری ماری، کنکر پتھر مارا۔</w:t>
      </w:r>
    </w:p>
    <w:p>
      <w:r>
        <w:rPr>
          <w:b/>
        </w:rPr>
        <w:t xml:space="preserve">[24:53] </w:t>
      </w:r>
      <w:r>
        <w:t>to us ne is ko seeng se maara.</w:t>
      </w:r>
    </w:p>
    <w:p>
      <w:pPr>
        <w:jc w:val="right"/>
      </w:pPr>
      <w:r>
        <w:t>تو اس نے اس کو سینگ سے مارا۔</w:t>
      </w:r>
    </w:p>
    <w:p>
      <w:r>
        <w:rPr>
          <w:b/>
        </w:rPr>
        <w:t xml:space="preserve">[24:57] </w:t>
      </w:r>
      <w:r>
        <w:t>to wo jo jo jo bail khada hua tha, jab bachche ne is ko pathar mara to us</w:t>
      </w:r>
    </w:p>
    <w:p>
      <w:pPr>
        <w:jc w:val="right"/>
      </w:pPr>
      <w:r>
        <w:t>تو وہ جو جو جو بیل کھڑا ہوا تھا، جب بچے نے اس کو پتھر مارا تو اس</w:t>
      </w:r>
    </w:p>
    <w:p>
      <w:r>
        <w:rPr>
          <w:b/>
        </w:rPr>
        <w:t xml:space="preserve">[25:01] </w:t>
      </w:r>
      <w:r>
        <w:t>ne is ko seeng maari.</w:t>
      </w:r>
    </w:p>
    <w:p>
      <w:pPr>
        <w:jc w:val="right"/>
      </w:pPr>
      <w:r>
        <w:t>نے اس کو سینگ ماری۔</w:t>
      </w:r>
    </w:p>
    <w:p>
      <w:r>
        <w:rPr>
          <w:b/>
        </w:rPr>
        <w:t xml:space="preserve">[25:06] </w:t>
      </w:r>
      <w:r>
        <w:t>isi pe yeh misl bani ke "aa bail mujhe maar." yaani bail to aap se door khada hua hai.</w:t>
      </w:r>
    </w:p>
    <w:p>
      <w:pPr>
        <w:jc w:val="right"/>
      </w:pPr>
      <w:r>
        <w:t>اسی پہ یہ مثل بنی کہ "آ بیل مجھے مار۔" یعنی بیل تو آپ سے دور کھڑا ہوا ہے۔</w:t>
      </w:r>
    </w:p>
    <w:p>
      <w:r>
        <w:rPr>
          <w:b/>
        </w:rPr>
        <w:t xml:space="preserve">[25:10] </w:t>
      </w:r>
      <w:r>
        <w:t>bail ko aap se koi lena dena nahi hai. lekin</w:t>
      </w:r>
    </w:p>
    <w:p>
      <w:pPr>
        <w:jc w:val="right"/>
      </w:pPr>
      <w:r>
        <w:t>بیل کو آپ سے کوئی لینا دینا نہیں ہے۔ لیکن</w:t>
      </w:r>
    </w:p>
    <w:p>
      <w:r>
        <w:rPr>
          <w:b/>
        </w:rPr>
        <w:t xml:space="preserve">[25:14] </w:t>
      </w:r>
      <w:r>
        <w:t>jab aap pathar maar ke chhedenge to seeng maarega.</w:t>
      </w:r>
    </w:p>
    <w:p>
      <w:pPr>
        <w:jc w:val="right"/>
      </w:pPr>
      <w:r>
        <w:t>جب آپ پتھر مار کے چھیڑیں گے تو سینگ مارے گا۔</w:t>
      </w:r>
    </w:p>
    <w:p>
      <w:r>
        <w:rPr>
          <w:b/>
        </w:rPr>
        <w:t xml:space="preserve">[25:21] </w:t>
      </w:r>
      <w:r>
        <w:t>to is zamane mein musalman jo violence kar rahe hain, jo society bahami kar rahe hain, jo tashaddud</w:t>
      </w:r>
    </w:p>
    <w:p>
      <w:pPr>
        <w:jc w:val="right"/>
      </w:pPr>
      <w:r>
        <w:t>تو اس زمانے میں مسلمان جو وائیلنس کر رہے ہیں، جو سوسائٹی باہمی کر رہے ہیں، جو تشدد</w:t>
      </w:r>
    </w:p>
    <w:p>
      <w:r>
        <w:rPr>
          <w:b/>
        </w:rPr>
        <w:t xml:space="preserve">[25:27] </w:t>
      </w:r>
      <w:r>
        <w:t>kar rahe hain, woh yahi hai ke pathar maar kar, aap aap pathar maar maar kar apne aap</w:t>
      </w:r>
    </w:p>
    <w:p>
      <w:pPr>
        <w:jc w:val="right"/>
      </w:pPr>
      <w:r>
        <w:t>کر رہے ہیں، وہ یہی ہے کہ پتھر مار کر، آپ آپ پتھر مار مار کر اپنے آپ</w:t>
      </w:r>
    </w:p>
    <w:p>
      <w:r>
        <w:rPr>
          <w:b/>
        </w:rPr>
        <w:t xml:space="preserve">[25:33] </w:t>
      </w:r>
      <w:r>
        <w:t>ko bail se marwana.</w:t>
      </w:r>
    </w:p>
    <w:p>
      <w:pPr>
        <w:jc w:val="right"/>
      </w:pPr>
      <w:r>
        <w:t>کو بیل سے مروانا۔</w:t>
      </w:r>
    </w:p>
    <w:p>
      <w:r>
        <w:rPr>
          <w:b/>
        </w:rPr>
        <w:t xml:space="preserve">[25:40] </w:t>
      </w:r>
      <w:r>
        <w:t>aaj to dunya mein zulm ka daur hi khatm ho gaya.</w:t>
      </w:r>
    </w:p>
    <w:p>
      <w:pPr>
        <w:jc w:val="right"/>
      </w:pPr>
      <w:r>
        <w:t>آج تو دنیا میں ظلم کا دور ہی ختم ہو گیا۔</w:t>
      </w:r>
    </w:p>
    <w:p>
      <w:r>
        <w:rPr>
          <w:b/>
        </w:rPr>
        <w:t xml:space="preserve">[25:46] </w:t>
      </w:r>
      <w:r>
        <w:t>aap zulm karenge to eliation aayega saamne.</w:t>
      </w:r>
    </w:p>
    <w:p>
      <w:pPr>
        <w:jc w:val="right"/>
      </w:pPr>
      <w:r>
        <w:t>آپ ظلم کریں گے تو ایلیشن آئے گا سامنے۔</w:t>
      </w:r>
    </w:p>
    <w:p>
      <w:r>
        <w:rPr>
          <w:b/>
        </w:rPr>
        <w:t xml:space="preserve">[25:50] </w:t>
      </w:r>
      <w:r>
        <w:t>woh nahi, kuch nahi.</w:t>
      </w:r>
    </w:p>
    <w:p>
      <w:pPr>
        <w:jc w:val="right"/>
      </w:pPr>
      <w:r>
        <w:t>وہ نہیں، کچھ نہیں۔</w:t>
      </w:r>
    </w:p>
    <w:p>
      <w:r>
        <w:rPr>
          <w:b/>
        </w:rPr>
        <w:t xml:space="preserve">[25:54] </w:t>
      </w:r>
      <w:r>
        <w:t>to ab to mein sochta hoon ke ab jo eid al-adha aati hai aur janwar jo baqi aate</w:t>
      </w:r>
    </w:p>
    <w:p>
      <w:pPr>
        <w:jc w:val="right"/>
      </w:pPr>
      <w:r>
        <w:t>تو اب تو میں سوچتا ہوں کہ اب جو عید الاضحیٰ آتی ہے اور جانور جو باقی آتے</w:t>
      </w:r>
    </w:p>
    <w:p>
      <w:r>
        <w:rPr>
          <w:b/>
        </w:rPr>
        <w:t xml:space="preserve">[25:59] </w:t>
      </w:r>
      <w:r>
        <w:t>hain to woh to shukr ka hona chaahiye.</w:t>
      </w:r>
    </w:p>
    <w:p>
      <w:pPr>
        <w:jc w:val="right"/>
      </w:pPr>
      <w:r>
        <w:t>ہیں تو وہ تو شکر کا ہونا چاہیے۔</w:t>
      </w:r>
    </w:p>
    <w:p>
      <w:r>
        <w:rPr>
          <w:b/>
        </w:rPr>
        <w:t xml:space="preserve">[26:03] </w:t>
      </w:r>
      <w:r>
        <w:t>ab pledge ka bhi nahi balkeh shukr ka waqt aa gaya.</w:t>
      </w:r>
    </w:p>
    <w:p>
      <w:pPr>
        <w:jc w:val="right"/>
      </w:pPr>
      <w:r>
        <w:t>اب پلیج کا بھی نہیں بلکہ شکر کا وقت آ گیا۔</w:t>
      </w:r>
    </w:p>
    <w:p>
      <w:r>
        <w:rPr>
          <w:b/>
        </w:rPr>
        <w:t xml:space="preserve">[26:07] </w:t>
      </w:r>
      <w:r>
        <w:t>pehle zamane mein pledge ke taur par qurbani ki jati thi.</w:t>
      </w:r>
    </w:p>
    <w:p>
      <w:pPr>
        <w:jc w:val="right"/>
      </w:pPr>
      <w:r>
        <w:t>پہلے زمانے میں پلیج کے طور پر قربانی کی جاتی تھی۔</w:t>
      </w:r>
    </w:p>
    <w:p>
      <w:r>
        <w:rPr>
          <w:b/>
        </w:rPr>
        <w:t xml:space="preserve">[26:12] </w:t>
      </w:r>
      <w:r>
        <w:t>ab to shukr ko to karna chahiye ke khuda, woh daur</w:t>
      </w:r>
    </w:p>
    <w:p>
      <w:pPr>
        <w:jc w:val="right"/>
      </w:pPr>
      <w:r>
        <w:t>اب تو شکر کو تو کرنا چاہیے کہ خدا، وہ دور</w:t>
      </w:r>
    </w:p>
    <w:p>
      <w:r>
        <w:rPr>
          <w:b/>
        </w:rPr>
        <w:t xml:space="preserve">[26:16] </w:t>
      </w:r>
      <w:r>
        <w:t>hi khatm ho gaya.</w:t>
      </w:r>
    </w:p>
    <w:p>
      <w:pPr>
        <w:jc w:val="right"/>
      </w:pPr>
      <w:r>
        <w:t>ہی ختم ہو گیا۔</w:t>
      </w:r>
    </w:p>
    <w:p>
      <w:r>
        <w:rPr>
          <w:b/>
        </w:rPr>
        <w:t xml:space="preserve">[26:21] </w:t>
      </w:r>
      <w:r>
        <w:t>woh daur hi khatm ho gaya.</w:t>
      </w:r>
    </w:p>
    <w:p>
      <w:pPr>
        <w:jc w:val="right"/>
      </w:pPr>
      <w:r>
        <w:t>وہ دور ہی ختم ہو گیا۔</w:t>
      </w:r>
    </w:p>
    <w:p>
      <w:r>
        <w:rPr>
          <w:b/>
        </w:rPr>
        <w:t xml:space="preserve">[26:26] </w:t>
      </w:r>
      <w:r>
        <w:t>ab to sirf peaceful dawat kaam karna hai.</w:t>
      </w:r>
    </w:p>
    <w:p>
      <w:pPr>
        <w:jc w:val="right"/>
      </w:pPr>
      <w:r>
        <w:t>اب تو صرف پیس فل دعوت کام کرنا ہے۔</w:t>
      </w:r>
    </w:p>
    <w:p>
      <w:r>
        <w:rPr>
          <w:b/>
        </w:rPr>
        <w:t xml:space="preserve">[26:31] </w:t>
      </w:r>
      <w:r>
        <w:t>is quran ko peaceful tareeqe se phailana hai.</w:t>
      </w:r>
    </w:p>
    <w:p>
      <w:pPr>
        <w:jc w:val="right"/>
      </w:pPr>
      <w:r>
        <w:t>اس قرآن کو پیس فل طریقے سے پھیلانا ہے۔</w:t>
      </w:r>
    </w:p>
    <w:p>
      <w:r>
        <w:rPr>
          <w:b/>
        </w:rPr>
        <w:t xml:space="preserve">[26:36] </w:t>
      </w:r>
      <w:r>
        <w:t>bas yahi kaam hai.</w:t>
      </w:r>
    </w:p>
    <w:p>
      <w:pPr>
        <w:jc w:val="right"/>
      </w:pPr>
      <w:r>
        <w:t>بس یہی کام ہے۔</w:t>
      </w:r>
    </w:p>
    <w:p>
      <w:r>
        <w:rPr>
          <w:b/>
        </w:rPr>
        <w:t xml:space="preserve">[26:41] </w:t>
      </w:r>
      <w:r>
        <w:t>to mein samajhta hoon ke yeh jo eid al-adha hai, yeh is liye hai taake ab musalman</w:t>
      </w:r>
    </w:p>
    <w:p>
      <w:pPr>
        <w:jc w:val="right"/>
      </w:pPr>
      <w:r>
        <w:t>تو میں سمجھتا ہوں کہ یہ جو عید الاضحیٰ ہے، یہ اس لیے ہے تاکہ اب مسلمان</w:t>
      </w:r>
    </w:p>
    <w:p>
      <w:r>
        <w:rPr>
          <w:b/>
        </w:rPr>
        <w:t xml:space="preserve">[26:46] </w:t>
      </w:r>
      <w:r>
        <w:t>ke liye woh eye opener bane.</w:t>
      </w:r>
    </w:p>
    <w:p>
      <w:pPr>
        <w:jc w:val="right"/>
      </w:pPr>
      <w:r>
        <w:t>کے لیے وہ آئی اوپنر بنے۔</w:t>
      </w:r>
    </w:p>
    <w:p>
      <w:r>
        <w:rPr>
          <w:b/>
        </w:rPr>
        <w:t xml:space="preserve">[26:50] </w:t>
      </w:r>
      <w:r>
        <w:t>musalman ki aankhein khulein.</w:t>
      </w:r>
    </w:p>
    <w:p>
      <w:pPr>
        <w:jc w:val="right"/>
      </w:pPr>
      <w:r>
        <w:t>مسلمان کی آنکھیں کھلیں۔</w:t>
      </w:r>
    </w:p>
    <w:p>
      <w:r>
        <w:rPr>
          <w:b/>
        </w:rPr>
        <w:t xml:space="preserve">[26:55] </w:t>
      </w:r>
      <w:r>
        <w:t>woh jaane ke yeh daur kya hai aur hamara asal kaam karna kya hai.</w:t>
      </w:r>
    </w:p>
    <w:p>
      <w:pPr>
        <w:jc w:val="right"/>
      </w:pPr>
      <w:r>
        <w:t>وہ جانے کہ یہ دور کیا ہے اور ہمارا اصل کام کرنا کیا ہے۔</w:t>
      </w:r>
    </w:p>
    <w:p>
      <w:r>
        <w:rPr>
          <w:b/>
        </w:rPr>
        <w:t xml:space="preserve">[26:59] </w:t>
      </w:r>
      <w:r>
        <w:t>ab musalmanon ko sari tawajjuh, sara concern ek hi cheez ko banana hai.</w:t>
      </w:r>
    </w:p>
    <w:p>
      <w:pPr>
        <w:jc w:val="right"/>
      </w:pPr>
      <w:r>
        <w:t>اب مسلمانوں کو ساری توجہ، سارا کنسرن ایک ہی چیز کو بنانا ہے۔</w:t>
      </w:r>
    </w:p>
    <w:p>
      <w:r>
        <w:rPr>
          <w:b/>
        </w:rPr>
        <w:t xml:space="preserve">[27:03] </w:t>
      </w:r>
      <w:r>
        <w:t>woh quran ke paigham ko dunya tak pahunchana hai.</w:t>
      </w:r>
    </w:p>
    <w:p>
      <w:pPr>
        <w:jc w:val="right"/>
      </w:pPr>
      <w:r>
        <w:t>وہ قرآن کے پیغام کو دنیا تک پہنچانا ہے۔</w:t>
      </w:r>
    </w:p>
    <w:p>
      <w:r>
        <w:rPr>
          <w:b/>
        </w:rPr>
        <w:t xml:space="preserve">[27:08] </w:t>
      </w:r>
      <w:r>
        <w:t>dekhiye, yeh saada baat nahi hai.</w:t>
      </w:r>
    </w:p>
    <w:p>
      <w:pPr>
        <w:jc w:val="right"/>
      </w:pPr>
      <w:r>
        <w:t>دیکھیے، یہ سادہ بات نہیں ہے۔</w:t>
      </w:r>
    </w:p>
    <w:p>
      <w:r>
        <w:rPr>
          <w:b/>
        </w:rPr>
        <w:t xml:space="preserve">[27:12] </w:t>
      </w:r>
      <w:r>
        <w:t>is zamane mein bohat taraqqi hui hai. har aitbaar</w:t>
      </w:r>
    </w:p>
    <w:p>
      <w:pPr>
        <w:jc w:val="right"/>
      </w:pPr>
      <w:r>
        <w:t>اس زمانے میں بہت ترقی ہوئی ہے۔ ہر اعتبار</w:t>
      </w:r>
    </w:p>
    <w:p>
      <w:r>
        <w:rPr>
          <w:b/>
        </w:rPr>
        <w:t xml:space="preserve">[27:16] </w:t>
      </w:r>
      <w:r>
        <w:t>se taraqqi hui hai.</w:t>
      </w:r>
    </w:p>
    <w:p>
      <w:pPr>
        <w:jc w:val="right"/>
      </w:pPr>
      <w:r>
        <w:t>سے ترقی ہوئی ہے۔</w:t>
      </w:r>
    </w:p>
    <w:p>
      <w:r>
        <w:rPr>
          <w:b/>
        </w:rPr>
        <w:t xml:space="preserve">[27:22] </w:t>
      </w:r>
      <w:r>
        <w:t>modern civilization jo hai, kya woh taraqqiyat ki tehzeeb hai? lekin taraqqiyat ne insaan ko yeh nahi bataya</w:t>
      </w:r>
    </w:p>
    <w:p>
      <w:pPr>
        <w:jc w:val="right"/>
      </w:pPr>
      <w:r>
        <w:t>ماڈرن سولائزیشن جو ہے، کیا وہ ترقیات کی تہذیب ہے؟ لیکن ترقیات نے انسان کو یہ نہیں بتایا</w:t>
      </w:r>
    </w:p>
    <w:p>
      <w:r>
        <w:rPr>
          <w:b/>
        </w:rPr>
        <w:t xml:space="preserve">[27:28] </w:t>
      </w:r>
      <w:r>
        <w:t>keh is ka final goal kya hai.</w:t>
      </w:r>
    </w:p>
    <w:p>
      <w:pPr>
        <w:jc w:val="right"/>
      </w:pPr>
      <w:r>
        <w:t>کہ اس کا فائنل گول کیا ہے۔</w:t>
      </w:r>
    </w:p>
    <w:p>
      <w:r>
        <w:rPr>
          <w:b/>
        </w:rPr>
        <w:t xml:space="preserve">[27:34] </w:t>
      </w:r>
      <w:r>
        <w:t>موت کے بعد کہاں پیش آنے والا ہے؟ eternity میں اس اس کے ساتھ کیا گزر گزرے گا؟</w:t>
      </w:r>
    </w:p>
    <w:p>
      <w:pPr>
        <w:jc w:val="right"/>
      </w:pPr>
      <w:r>
        <w:t>موت کے بعد کہاں پیش آنے والا ہے؟ ایٹرنیٹی میں اس اس کے ساتھ کیا گزر گزرے گا؟</w:t>
      </w:r>
    </w:p>
    <w:p>
      <w:r>
        <w:rPr>
          <w:b/>
        </w:rPr>
        <w:t xml:space="preserve">[27:41] </w:t>
      </w:r>
      <w:r>
        <w:t>Eternal life ka formula kya hai? Wahan happiness ka formula kya hai? Woh woh</w:t>
      </w:r>
    </w:p>
    <w:p>
      <w:pPr>
        <w:jc w:val="right"/>
      </w:pPr>
      <w:r>
        <w:t>ایٹرنل لائف کا فارمولا کیا ہے؟ وہاں ہیپینس کا فارمولا کیا ہے؟ وہ وہ</w:t>
      </w:r>
    </w:p>
    <w:p>
      <w:r>
        <w:rPr>
          <w:b/>
        </w:rPr>
        <w:t xml:space="preserve">[27:47] </w:t>
      </w:r>
      <w:r>
        <w:t>woh koi tehzeeb, koi taraqqi insaan ko bata nahin saki. to taraqqiyat ke zamane mein insaan darkness mein jee raha hai. taraqqiyat ke zamane mein insaan asal reality ke aitbar se, zindagi ke asal purpose ke aitbar se, zindagi ke asal goal ke aitbar se darkness mein jee raha hai.</w:t>
      </w:r>
    </w:p>
    <w:p>
      <w:pPr>
        <w:jc w:val="right"/>
      </w:pPr>
      <w:r>
        <w:t>وہ کوئی تہذیب، کوئی ترقی انسان کو بتا نہیں سکی۔ تو ترقیات کے زمانے میں انسان ڈارکنس میں جی رہا ہے۔ ترقیات کے زمانے میں انسان اصل ریلیٹی کے اعتبار سے، زندگی کے اصل پرپس کے اعتبار سے، زندگی کے اصل گول کے اعتبار سے ڈارکنس میں جی رہا ہے۔</w:t>
      </w:r>
    </w:p>
    <w:p>
      <w:r>
        <w:rPr>
          <w:b/>
        </w:rPr>
        <w:t xml:space="preserve">[28:17] </w:t>
      </w:r>
      <w:r>
        <w:t>to quran ka paigham jo sari dunya mein pohnchana hai, wo isi liye to hai yeh keh jo</w:t>
      </w:r>
    </w:p>
    <w:p>
      <w:pPr>
        <w:jc w:val="right"/>
      </w:pPr>
      <w:r>
        <w:t>تو قرآن کا پیغام جو ساری دنیا میں پہنچانا ہے، وہ اسی لیے تو ہے یہ کہ جو</w:t>
      </w:r>
    </w:p>
    <w:p>
      <w:r>
        <w:rPr>
          <w:b/>
        </w:rPr>
        <w:t xml:space="preserve">[28:24] </w:t>
      </w:r>
      <w:r>
        <w:t>چیز مس کر رہی ہے، جو جو چیز جو missing item ہے، موت کے زمانے میں آپ جانتے</w:t>
      </w:r>
    </w:p>
    <w:p>
      <w:pPr>
        <w:jc w:val="right"/>
      </w:pPr>
      <w:r>
        <w:t>چیز مس کر رہی ہے، جو جو چیز جو مسنگ آئٹم ہے، موت کے زمانے میں آپ جانتے</w:t>
      </w:r>
    </w:p>
    <w:p>
      <w:r>
        <w:rPr>
          <w:b/>
        </w:rPr>
        <w:t xml:space="preserve">[28:32] </w:t>
      </w:r>
      <w:r>
        <w:t>hain keh har qism ki activities hain, beshumar activities hain har taraf sari dunya mein.</w:t>
      </w:r>
    </w:p>
    <w:p>
      <w:pPr>
        <w:jc w:val="right"/>
      </w:pPr>
      <w:r>
        <w:t>ہیں کہ ہر قسم کی ایکٹیویٹیز ہیں، بے شمار ایکٹیویٹیز ہیں ہر طرف ساری دنیا میں۔</w:t>
      </w:r>
    </w:p>
    <w:p>
      <w:r>
        <w:rPr>
          <w:b/>
        </w:rPr>
        <w:t xml:space="preserve">[28:39] </w:t>
      </w:r>
      <w:r>
        <w:t>لیکن ایک چیز مس کر رہی ہے، وہ ہے انسان کو یہ بتانا کہ "what is the occasion</w:t>
      </w:r>
    </w:p>
    <w:p>
      <w:pPr>
        <w:jc w:val="right"/>
      </w:pPr>
      <w:r>
        <w:t>لیکن ایک چیز مس کر رہی ہے، وہ ہے انسان کو یہ بتانا کہ "واٹ از دا کیشن</w:t>
      </w:r>
    </w:p>
    <w:p>
      <w:r>
        <w:rPr>
          <w:b/>
        </w:rPr>
        <w:t xml:space="preserve">[28:47] </w:t>
      </w:r>
      <w:r>
        <w:t>plan of god?" "what is the purpose of life?" "what is the scheme of things of the creator?" yeh koi batane wala nahin. yeh to sirf quran mein hai. aik hi kitab hai mehfooz jis mein yeh baat batai gayi hai. to yeh item miss kar raha hai tamam taraqqiyon ke bawajood. to quran ko phailana ya</w:t>
      </w:r>
    </w:p>
    <w:p>
      <w:pPr>
        <w:jc w:val="right"/>
      </w:pPr>
      <w:r>
        <w:t>پلان آف گاڈ؟" "واٹ از دا پرپس آف لائف؟" "واٹ از دا اسکیم آف تھنگز آف دا کریٹر؟" یہ کوئی بتانے والا نہیں۔ یہ تو صرف قرآن میں ہے۔ ایک ہی کتاب ہے محفوظ جس میں یہ بات بتائی گئی ہے۔ تو یہ آئٹم مس کر رہا ہے تمام ترقیوں کے باوجود۔ تو قرآن کو پھیلانا یا</w:t>
      </w:r>
    </w:p>
    <w:p>
      <w:r>
        <w:rPr>
          <w:b/>
        </w:rPr>
        <w:t xml:space="preserve">[29:17] </w:t>
      </w:r>
      <w:r>
        <w:t>توحید کے مشن کو پھیلانا، اسی missing item کو کھولنا ہے۔</w:t>
      </w:r>
    </w:p>
    <w:p>
      <w:pPr>
        <w:jc w:val="right"/>
      </w:pPr>
      <w:r>
        <w:t>توحید کے مشن کو پھیلانا، اسی مسنگ آئٹم کو کھولنا ہے۔</w:t>
      </w:r>
    </w:p>
    <w:p>
      <w:r>
        <w:rPr>
          <w:b/>
        </w:rPr>
        <w:t xml:space="preserve">[29:23] </w:t>
      </w:r>
      <w:r>
        <w:t>koi saada baat nahi hai.</w:t>
      </w:r>
    </w:p>
    <w:p>
      <w:pPr>
        <w:jc w:val="right"/>
      </w:pPr>
      <w:r>
        <w:t>کوئی سادہ بات نہیں ہے۔</w:t>
      </w:r>
    </w:p>
    <w:p>
      <w:r>
        <w:rPr>
          <w:b/>
        </w:rPr>
        <w:t xml:space="preserve">[29:29] </w:t>
      </w:r>
      <w:r>
        <w:t>woh yani sari taraqqiyon ke bawajood insan jis cheez se bekhabar hai, sari taraqqiyon ke bawajood insan</w:t>
      </w:r>
    </w:p>
    <w:p>
      <w:pPr>
        <w:jc w:val="right"/>
      </w:pPr>
      <w:r>
        <w:t>وہ یعنی ساری ترقیوں کے باوجود انسان جس چیز سے بے خبر ہے، ساری ترقیوں کے باوجود انسان</w:t>
      </w:r>
    </w:p>
    <w:p>
      <w:r>
        <w:rPr>
          <w:b/>
        </w:rPr>
        <w:t xml:space="preserve">[29:35] </w:t>
      </w:r>
      <w:r>
        <w:t>ko jo cheez nahi mili, us ko batana hai.</w:t>
      </w:r>
    </w:p>
    <w:p>
      <w:pPr>
        <w:jc w:val="right"/>
      </w:pPr>
      <w:r>
        <w:t>کو جو چیز نہیں ملی، اس کو بتانا ہے۔</w:t>
      </w:r>
    </w:p>
    <w:p>
      <w:r>
        <w:rPr>
          <w:b/>
        </w:rPr>
        <w:t xml:space="preserve">[29:41] </w:t>
      </w:r>
      <w:r>
        <w:t>yeh dawat hai Allah hai, yeh tableegh hai, yeh quran ka m</w:t>
      </w:r>
    </w:p>
    <w:p>
      <w:pPr>
        <w:jc w:val="right"/>
      </w:pPr>
      <w:r>
        <w:t>یہ دعوت ہے اللہ ہے، یہ تبلیغ ہے، یہ قرآن کا م</w:t>
      </w:r>
    </w:p>
    <w:p>
      <w:r>
        <w:rPr>
          <w:b/>
        </w:rPr>
        <w:t xml:space="preserve">[29:47] </w:t>
      </w:r>
      <w:r>
        <w:t>shn hai, yeh sunnat rasool ki ishaat hai, yeh sab kuch hai.</w:t>
      </w:r>
    </w:p>
    <w:p>
      <w:pPr>
        <w:jc w:val="right"/>
      </w:pPr>
      <w:r>
        <w:t>شن ہے، یہ سنت رسول کی اشاعت ہے، یہ سب کچھ ہے۔</w:t>
      </w:r>
    </w:p>
    <w:p>
      <w:r>
        <w:rPr>
          <w:b/>
        </w:rPr>
        <w:t xml:space="preserve">[29:54] </w:t>
      </w:r>
      <w:r>
        <w:t>to mein sochta hoon keh eid al-adha jo aayi hai, ab to hamare liye yeh aik moqa hai</w:t>
      </w:r>
    </w:p>
    <w:p>
      <w:pPr>
        <w:jc w:val="right"/>
      </w:pPr>
      <w:r>
        <w:t>تو میں سوچتا ہوں کہ عید الاضحیٰ جو آئی ہے، اب تو ہمارے لیے یہ ایک موقع ہے</w:t>
      </w:r>
    </w:p>
    <w:p>
      <w:r>
        <w:rPr>
          <w:b/>
        </w:rPr>
        <w:t xml:space="preserve">[30:02] </w:t>
      </w:r>
      <w:r>
        <w:t>کہ ہم اپنی re-planning کریں۔ Re-planning.</w:t>
      </w:r>
    </w:p>
    <w:p>
      <w:pPr>
        <w:jc w:val="right"/>
      </w:pPr>
      <w:r>
        <w:t>کہ ہم اپنی ری پلاننگ کریں۔ ری پلاننگ۔</w:t>
      </w:r>
    </w:p>
    <w:p>
      <w:r>
        <w:rPr>
          <w:b/>
        </w:rPr>
        <w:t xml:space="preserve">[30:09] </w:t>
      </w:r>
      <w:r>
        <w:t>aur main aksar kaha karta hoon ke har aadmi ko one man two mission banna</w:t>
      </w:r>
    </w:p>
    <w:p>
      <w:pPr>
        <w:jc w:val="right"/>
      </w:pPr>
      <w:r>
        <w:t>اور میں اکثر کہا کرتا ہوں کہ ہر آدمی کو ون مین ٹو مشن بننا</w:t>
      </w:r>
    </w:p>
    <w:p>
      <w:r>
        <w:rPr>
          <w:b/>
        </w:rPr>
        <w:t xml:space="preserve">[30:17] </w:t>
      </w:r>
      <w:r>
        <w:t>hoga. one man two mission banna hoga. yani apni zindagi ka aik hissa apne liye aur apni family ke liye, aur apni zindagi ka doosra hissa allah ke mission ke liye. yani insaan ko yeh batane ke liye keh un ka khaliq un se kya chahta hai. to isi baat ka pledge lena hai. aur is zamane mein pledge hai,</w:t>
      </w:r>
    </w:p>
    <w:p>
      <w:pPr>
        <w:jc w:val="right"/>
      </w:pPr>
      <w:r>
        <w:t>ہے۔ ون مین ٹو مشن بننا ہے۔ یعنی اپنی زندگی کا ایک حصہ اپنے لیے اور اپنی فیملی کے لیے، اور اپنی زندگی کا دوسرا حصہ اللہ کے مشن کے لیے۔ یعنی انسان کو یہ بتانے کے لیے کہ ان کا خالق ان سے کیا چاہتا ہے۔ تو اسی بات کا پلیج لینا ہے۔ اور اس زمانے میں پلیج ہے،</w:t>
      </w:r>
    </w:p>
    <w:p>
      <w:r>
        <w:rPr>
          <w:b/>
        </w:rPr>
        <w:t xml:space="preserve">[30:47] </w:t>
      </w:r>
      <w:r>
        <w:t>woh to shukr shukr ka item hai keh khudaaya sara kaam to ne kar diya.</w:t>
      </w:r>
    </w:p>
    <w:p>
      <w:pPr>
        <w:jc w:val="right"/>
      </w:pPr>
      <w:r>
        <w:t>وہ تو شکر شکر کا آئٹم ہے کہ خدایا سارا کام تو نے کر دیا۔</w:t>
      </w:r>
    </w:p>
    <w:p>
      <w:r>
        <w:rPr>
          <w:b/>
        </w:rPr>
        <w:t xml:space="preserve">[30:52] </w:t>
      </w:r>
      <w:r>
        <w:t>sara asbab to ne faraham kar diya.</w:t>
      </w:r>
    </w:p>
    <w:p>
      <w:pPr>
        <w:jc w:val="right"/>
      </w:pPr>
      <w:r>
        <w:t>سارا اسباب تو نے فراہم کر دیے۔</w:t>
      </w:r>
    </w:p>
    <w:p>
      <w:r>
        <w:rPr>
          <w:b/>
        </w:rPr>
        <w:t xml:space="preserve">[30:57] </w:t>
      </w:r>
      <w:r>
        <w:t>aaj bhi dunya mein lazzat lazzat freedom hai, openness hai, communication hai, sare wasail mojood hain.</w:t>
      </w:r>
    </w:p>
    <w:p>
      <w:pPr>
        <w:jc w:val="right"/>
      </w:pPr>
      <w:r>
        <w:t>آج بھی دنیا میں لذت لذت فریڈم ہے، اوپننس ہے، کمیونیکیشن ہے، سارے وسائل موجود ہیں۔</w:t>
      </w:r>
    </w:p>
    <w:p>
      <w:r>
        <w:rPr>
          <w:b/>
        </w:rPr>
        <w:t xml:space="preserve">[31:02] </w:t>
      </w:r>
      <w:r>
        <w:t>koi record nahi.</w:t>
      </w:r>
    </w:p>
    <w:p>
      <w:pPr>
        <w:jc w:val="right"/>
      </w:pPr>
      <w:r>
        <w:t>کوئی ریکارڈ نہیں۔</w:t>
      </w:r>
    </w:p>
    <w:p>
      <w:r>
        <w:rPr>
          <w:b/>
        </w:rPr>
        <w:t xml:space="preserve">[31:07] </w:t>
      </w:r>
      <w:r>
        <w:t>ab to uthna hai aur kar dena hai is kaam ko.</w:t>
      </w:r>
    </w:p>
    <w:p>
      <w:pPr>
        <w:jc w:val="right"/>
      </w:pPr>
      <w:r>
        <w:t>اب تو اٹھنا ہے اور کر دینا ہے اس کام کو۔</w:t>
      </w:r>
    </w:p>
    <w:p>
      <w:r>
        <w:rPr>
          <w:b/>
        </w:rPr>
        <w:t xml:space="preserve">[31:12] </w:t>
      </w:r>
      <w:r>
        <w:t>haan, har zaban mein. dekhein, sirf</w:t>
      </w:r>
    </w:p>
    <w:p>
      <w:pPr>
        <w:jc w:val="right"/>
      </w:pPr>
      <w:r>
        <w:t>ہاں، ہر زبان میں۔ دیکھیں، صرف</w:t>
      </w:r>
    </w:p>
    <w:p>
      <w:r>
        <w:rPr>
          <w:b/>
        </w:rPr>
        <w:t xml:space="preserve">[31:17] </w:t>
      </w:r>
      <w:r>
        <w:t>arabi mein quran chhap kar phaila dein, is se haq ada nahi hua.</w:t>
      </w:r>
    </w:p>
    <w:p>
      <w:pPr>
        <w:jc w:val="right"/>
      </w:pPr>
      <w:r>
        <w:t>عربی میں قرآن چھاپ کر پھیلا دیں، اس سے حق ادا نہیں ہوا۔</w:t>
      </w:r>
    </w:p>
    <w:p>
      <w:r>
        <w:rPr>
          <w:b/>
        </w:rPr>
        <w:t xml:space="preserve">[31:21] </w:t>
      </w:r>
      <w:r>
        <w:t>aap ki duty poori nahi hui.</w:t>
      </w:r>
    </w:p>
    <w:p>
      <w:pPr>
        <w:jc w:val="right"/>
      </w:pPr>
      <w:r>
        <w:t>آپ کی ڈیوٹی پوری نہیں ہوئی۔</w:t>
      </w:r>
    </w:p>
    <w:p>
      <w:r>
        <w:rPr>
          <w:b/>
        </w:rPr>
        <w:t xml:space="preserve">[31:26] </w:t>
      </w:r>
      <w:r>
        <w:t>aap arabi kitabein chhap kar phaila dein, to is se aap ki zimmedari khatam nahi hui.</w:t>
      </w:r>
    </w:p>
    <w:p>
      <w:pPr>
        <w:jc w:val="right"/>
      </w:pPr>
      <w:r>
        <w:t>آپ عربی کتابیں چھاپ کر پھیلا دیں، تو اس سے آپ کی ذمہ داری ختم نہیں ہوئی۔</w:t>
      </w:r>
    </w:p>
    <w:p>
      <w:r>
        <w:rPr>
          <w:b/>
        </w:rPr>
        <w:t xml:space="preserve">[31:30] </w:t>
      </w:r>
      <w:r>
        <w:t>quran mein hai keh "وما ارسلنا برسول اللہ" بلسان قومی۔</w:t>
      </w:r>
    </w:p>
    <w:p>
      <w:pPr>
        <w:jc w:val="right"/>
      </w:pPr>
      <w:r>
        <w:t>قرآن میں ہے کہ "وما ارسلنا برسول اللہ" بلسان قومی۔</w:t>
      </w:r>
    </w:p>
    <w:p>
      <w:r>
        <w:rPr>
          <w:b/>
        </w:rPr>
        <w:t xml:space="preserve">[31:35] </w:t>
      </w:r>
      <w:r>
        <w:t>to peghambar aata tha lisan e qaum mein.</w:t>
      </w:r>
    </w:p>
    <w:p>
      <w:pPr>
        <w:jc w:val="right"/>
      </w:pPr>
      <w:r>
        <w:t>تو پیغمبر آتا تھا لسان قوم میں۔</w:t>
      </w:r>
    </w:p>
    <w:p>
      <w:r>
        <w:rPr>
          <w:b/>
        </w:rPr>
        <w:t xml:space="preserve">[31:39] </w:t>
      </w:r>
      <w:r>
        <w:t>yani contemporary logon ki zaban mein.</w:t>
      </w:r>
    </w:p>
    <w:p>
      <w:pPr>
        <w:jc w:val="right"/>
      </w:pPr>
      <w:r>
        <w:t>یعنی کنٹمپریری لوگوں کی زبان میں۔</w:t>
      </w:r>
    </w:p>
    <w:p>
      <w:r>
        <w:rPr>
          <w:b/>
        </w:rPr>
        <w:t xml:space="preserve">[31:43] </w:t>
      </w:r>
      <w:r>
        <w:t>to aap ko</w:t>
      </w:r>
    </w:p>
    <w:p>
      <w:pPr>
        <w:jc w:val="right"/>
      </w:pPr>
      <w:r>
        <w:t>تو آپ کو</w:t>
      </w:r>
    </w:p>
    <w:p>
      <w:r>
        <w:rPr>
          <w:b/>
        </w:rPr>
        <w:t xml:space="preserve">[31:48] </w:t>
      </w:r>
      <w:r>
        <w:t>dawat ka kaam har zaban mein karna hoga.</w:t>
      </w:r>
    </w:p>
    <w:p>
      <w:pPr>
        <w:jc w:val="right"/>
      </w:pPr>
      <w:r>
        <w:t>دعوت کا کام ہر زبان میں کرنا ہوگا۔</w:t>
      </w:r>
    </w:p>
    <w:p>
      <w:r>
        <w:rPr>
          <w:b/>
        </w:rPr>
        <w:t xml:space="preserve">[31:56] </w:t>
      </w:r>
      <w:r>
        <w:t>تاکہ لوگوں کے لیے اللہ کا جو پیغام ہے، وہ لوگوں کے لیے understandable بن جائے۔</w:t>
      </w:r>
    </w:p>
    <w:p>
      <w:pPr>
        <w:jc w:val="right"/>
      </w:pPr>
      <w:r>
        <w:t>تاکہ لوگوں کے لیے اللہ کا جو پیغام ہے، وہ لوگوں کے لیے انڈرسٹینڈ ایبل بن جائے۔</w:t>
      </w:r>
    </w:p>
    <w:p>
      <w:r>
        <w:rPr>
          <w:b/>
        </w:rPr>
        <w:t xml:space="preserve">[32:04] </w:t>
      </w:r>
      <w:r>
        <w:t>to mein samajhta hoon keh yeh baat aakhri tor par musalmanon ko jaan lena chahiye keh janwar ko</w:t>
      </w:r>
    </w:p>
    <w:p>
      <w:pPr>
        <w:jc w:val="right"/>
      </w:pPr>
      <w:r>
        <w:t>تو میں سمجھتا ہوں کہ یہ بات آخری طور پر مسلمانوں کو جان لینا چاہیے کہ جانور کو</w:t>
      </w:r>
    </w:p>
    <w:p>
      <w:r>
        <w:rPr>
          <w:b/>
        </w:rPr>
        <w:t xml:space="preserve">[32:11] </w:t>
      </w:r>
      <w:r>
        <w:t>zabah karne se farz ada nahi hua.</w:t>
      </w:r>
    </w:p>
    <w:p>
      <w:pPr>
        <w:jc w:val="right"/>
      </w:pPr>
      <w:r>
        <w:t>ذبح کرنے سے فرض ادا نہیں ہوا۔</w:t>
      </w:r>
    </w:p>
    <w:p>
      <w:r>
        <w:rPr>
          <w:b/>
        </w:rPr>
        <w:t xml:space="preserve">[32:19] </w:t>
      </w:r>
      <w:r>
        <w:t>woh toh sambhalik adaigi hai. sambhalik.</w:t>
      </w:r>
    </w:p>
    <w:p>
      <w:pPr>
        <w:jc w:val="right"/>
      </w:pPr>
      <w:r>
        <w:t>وہ تو سمبالک ادائیگی ہے۔ سمبالک۔</w:t>
      </w:r>
    </w:p>
    <w:p>
      <w:r>
        <w:rPr>
          <w:b/>
        </w:rPr>
        <w:t xml:space="preserve">[32:24] </w:t>
      </w:r>
      <w:r>
        <w:t>asal adaigi toh baqi hai.</w:t>
      </w:r>
    </w:p>
    <w:p>
      <w:pPr>
        <w:jc w:val="right"/>
      </w:pPr>
      <w:r>
        <w:t>اصل ادائیگی تو باقی ہے۔</w:t>
      </w:r>
    </w:p>
    <w:p>
      <w:r>
        <w:rPr>
          <w:b/>
        </w:rPr>
        <w:t xml:space="preserve">[32:28] </w:t>
      </w:r>
      <w:r>
        <w:t>hajj karne se bhi ada na ho gaya.</w:t>
      </w:r>
    </w:p>
    <w:p>
      <w:pPr>
        <w:jc w:val="right"/>
      </w:pPr>
      <w:r>
        <w:t>حج کرنے سے بھی ادا نہ ہو گیا۔</w:t>
      </w:r>
    </w:p>
    <w:p>
      <w:r>
        <w:rPr>
          <w:b/>
        </w:rPr>
        <w:t xml:space="preserve">[32:33] </w:t>
      </w:r>
      <w:r>
        <w:t>hajj kar ke aap toh wada pledge lete hain ke mujhe yeh kaam karna hai.</w:t>
      </w:r>
    </w:p>
    <w:p>
      <w:pPr>
        <w:jc w:val="right"/>
      </w:pPr>
      <w:r>
        <w:t>حج کر کے آپ تو وعدہ پلیج لیتے ہیں کہ مجھے یہ کام کرنا ہے۔</w:t>
      </w:r>
    </w:p>
    <w:p>
      <w:r>
        <w:rPr>
          <w:b/>
        </w:rPr>
        <w:t xml:space="preserve">[32:37] </w:t>
      </w:r>
      <w:r>
        <w:t>jab aap tawaf karte hain, jab aap safa o marwa ke darmiyan sae karte hain, jab setal ko</w:t>
      </w:r>
    </w:p>
    <w:p>
      <w:pPr>
        <w:jc w:val="right"/>
      </w:pPr>
      <w:r>
        <w:t>جب آپ طواف کرتے ہیں، جب آپ صفا و مروہ کے درمیان سائے کرتے ہیں، جب سیٹل کو</w:t>
      </w:r>
    </w:p>
    <w:p>
      <w:r>
        <w:rPr>
          <w:b/>
        </w:rPr>
        <w:t xml:space="preserve">[32:42] </w:t>
      </w:r>
      <w:r>
        <w:t>kankri marte hain, ya jab wahan par qurbani dete hain, woh sara ka sara jo hai pledge hai.</w:t>
      </w:r>
    </w:p>
    <w:p>
      <w:pPr>
        <w:jc w:val="right"/>
      </w:pPr>
      <w:r>
        <w:t>کنکری مارتے ہیں، یا جب وہاں پر قربانی دیتے ہیں، وہ سارا کا سارا جو ہے پلیج ہے۔</w:t>
      </w:r>
    </w:p>
    <w:p>
      <w:r>
        <w:rPr>
          <w:b/>
        </w:rPr>
        <w:t xml:space="preserve">[32:46] </w:t>
      </w:r>
      <w:r>
        <w:t>ke mein ibrahim aur ismail ke</w:t>
      </w:r>
    </w:p>
    <w:p>
      <w:pPr>
        <w:jc w:val="right"/>
      </w:pPr>
      <w:r>
        <w:t>کہ میں ابراہیم اور اسماعیل کے</w:t>
      </w:r>
    </w:p>
    <w:p>
      <w:r>
        <w:rPr>
          <w:b/>
        </w:rPr>
        <w:t xml:space="preserve">[32:51] </w:t>
      </w:r>
      <w:r>
        <w:t>ka jo mission tha, jis ko rasool Allah salallahu alaihi wasallam ne dobara zinda kiya, us par</w:t>
      </w:r>
    </w:p>
    <w:p>
      <w:pPr>
        <w:jc w:val="right"/>
      </w:pPr>
      <w:r>
        <w:t>کا جو مشن تھا، جس کو رسول اللہ صلی اللہ علیہ وسلم نے دوبارہ زندہ کیا، اس پر</w:t>
      </w:r>
    </w:p>
    <w:p>
      <w:r>
        <w:rPr>
          <w:b/>
        </w:rPr>
        <w:t xml:space="preserve">[32:56] </w:t>
      </w:r>
      <w:r>
        <w:t>chalna hai mujhe.</w:t>
      </w:r>
    </w:p>
    <w:p>
      <w:pPr>
        <w:jc w:val="right"/>
      </w:pPr>
      <w:r>
        <w:t>چلنا ہے مجھے۔</w:t>
      </w:r>
    </w:p>
    <w:p>
      <w:r>
        <w:rPr>
          <w:b/>
        </w:rPr>
        <w:t xml:space="preserve">[33:01] </w:t>
      </w:r>
      <w:r>
        <w:t>toh chahe hajj ho ya qurbani ho ya tawaf ho ya safa o marwa ke darmiyan sae karna</w:t>
      </w:r>
    </w:p>
    <w:p>
      <w:pPr>
        <w:jc w:val="right"/>
      </w:pPr>
      <w:r>
        <w:t>تو چاہے حج ہو یا قربانی ہو یا طواف ہو یا صفا و مروہ کے درمیان سائے کرنا</w:t>
      </w:r>
    </w:p>
    <w:p>
      <w:r>
        <w:rPr>
          <w:b/>
        </w:rPr>
        <w:t xml:space="preserve">[33:06] </w:t>
      </w:r>
      <w:r>
        <w:t>ho, sab ka sab pledge hai.</w:t>
      </w:r>
    </w:p>
    <w:p>
      <w:pPr>
        <w:jc w:val="right"/>
      </w:pPr>
      <w:r>
        <w:t>ہو، سب کا سب پلیج ہے۔</w:t>
      </w:r>
    </w:p>
    <w:p>
      <w:r>
        <w:rPr>
          <w:b/>
        </w:rPr>
        <w:t xml:space="preserve">[33:12] </w:t>
      </w:r>
      <w:r>
        <w:t>mustaqbil ke liye.</w:t>
      </w:r>
    </w:p>
    <w:p>
      <w:pPr>
        <w:jc w:val="right"/>
      </w:pPr>
      <w:r>
        <w:t>مستقبل کے لیے۔</w:t>
      </w:r>
    </w:p>
    <w:p>
      <w:r>
        <w:rPr>
          <w:b/>
        </w:rPr>
        <w:t xml:space="preserve">[33:17] </w:t>
      </w:r>
      <w:r>
        <w:t>mustaqbil ke liye.</w:t>
      </w:r>
    </w:p>
    <w:p>
      <w:pPr>
        <w:jc w:val="right"/>
      </w:pPr>
      <w:r>
        <w:t>مستقبل کے لیے۔</w:t>
      </w:r>
    </w:p>
    <w:p>
      <w:r>
        <w:rPr>
          <w:b/>
        </w:rPr>
        <w:t xml:space="preserve">[33:22] </w:t>
      </w:r>
      <w:r>
        <w:t>toh mein aap se guzarish karunga ke aap is sachai ko sare musalmanon tak pahunchayen.</w:t>
      </w:r>
    </w:p>
    <w:p>
      <w:pPr>
        <w:jc w:val="right"/>
      </w:pPr>
      <w:r>
        <w:t>تو میں آپ سے گزارش کروں گا کہ آپ اس سچائی کو سارے مسلمانوں تک پہنچائیں۔</w:t>
      </w:r>
    </w:p>
    <w:p>
      <w:r>
        <w:rPr>
          <w:b/>
        </w:rPr>
        <w:t xml:space="preserve">[33:27] </w:t>
      </w:r>
      <w:r>
        <w:t>kyun ke log be khabar hain.</w:t>
      </w:r>
    </w:p>
    <w:p>
      <w:pPr>
        <w:jc w:val="right"/>
      </w:pPr>
      <w:r>
        <w:t>کیونکہ لوگ بے خبر ہیں۔</w:t>
      </w:r>
    </w:p>
    <w:p>
      <w:r>
        <w:rPr>
          <w:b/>
        </w:rPr>
        <w:t xml:space="preserve">[33:31] </w:t>
      </w:r>
      <w:r>
        <w:t>log samajhte hain ke hajj kar liya toh ho gaya.</w:t>
      </w:r>
    </w:p>
    <w:p>
      <w:pPr>
        <w:jc w:val="right"/>
      </w:pPr>
      <w:r>
        <w:t>لوگ سمجھتے ہیں کہ حج کر لیا تو ہو گیا۔</w:t>
      </w:r>
    </w:p>
    <w:p>
      <w:r>
        <w:rPr>
          <w:b/>
        </w:rPr>
        <w:t xml:space="preserve">[33:35] </w:t>
      </w:r>
      <w:r>
        <w:t>qurbani kar di toh ho gaya.</w:t>
      </w:r>
    </w:p>
    <w:p>
      <w:pPr>
        <w:jc w:val="right"/>
      </w:pPr>
      <w:r>
        <w:t>قربانی کر دی تو ہو گیا۔</w:t>
      </w:r>
    </w:p>
    <w:p>
      <w:r>
        <w:rPr>
          <w:b/>
        </w:rPr>
        <w:t xml:space="preserve">[33:39] </w:t>
      </w:r>
      <w:r>
        <w:t>tawaf kar liya toh ho gaya.</w:t>
      </w:r>
    </w:p>
    <w:p>
      <w:pPr>
        <w:jc w:val="right"/>
      </w:pPr>
      <w:r>
        <w:t>طواف کر لیا تو ہو گیا۔</w:t>
      </w:r>
    </w:p>
    <w:p>
      <w:r>
        <w:rPr>
          <w:b/>
        </w:rPr>
        <w:t xml:space="preserve">[33:44] </w:t>
      </w:r>
      <w:r>
        <w:t>yani wahin par sari baat mukammal ho gayi.</w:t>
      </w:r>
    </w:p>
    <w:p>
      <w:pPr>
        <w:jc w:val="right"/>
      </w:pPr>
      <w:r>
        <w:t>یعنی وہیں پر ساری بات مکمل ہو گئی۔</w:t>
      </w:r>
    </w:p>
    <w:p>
      <w:r>
        <w:rPr>
          <w:b/>
        </w:rPr>
        <w:t xml:space="preserve">[33:48] </w:t>
      </w:r>
      <w:r>
        <w:t>haan, haan, lekin woh toh starting point hai.</w:t>
      </w:r>
    </w:p>
    <w:p>
      <w:pPr>
        <w:jc w:val="right"/>
      </w:pPr>
      <w:r>
        <w:t>ہاں، ہاں، لیکن وہ تو سٹارٹنگ پوائنٹ ہے۔</w:t>
      </w:r>
    </w:p>
    <w:p>
      <w:r>
        <w:rPr>
          <w:b/>
        </w:rPr>
        <w:t xml:space="preserve">[33:52] </w:t>
      </w:r>
      <w:r>
        <w:t>woh woh final point nahi hai.</w:t>
      </w:r>
    </w:p>
    <w:p>
      <w:pPr>
        <w:jc w:val="right"/>
      </w:pPr>
      <w:r>
        <w:t>وہ وہ فائنل پوائنٹ نہیں ہے۔</w:t>
      </w:r>
    </w:p>
    <w:p>
      <w:r>
        <w:rPr>
          <w:b/>
        </w:rPr>
        <w:t xml:space="preserve">[34:00] </w:t>
      </w:r>
      <w:r>
        <w:t>starting point hai woh.</w:t>
      </w:r>
    </w:p>
    <w:p>
      <w:pPr>
        <w:jc w:val="right"/>
      </w:pPr>
      <w:r>
        <w:t>سٹارٹنگ پوائنٹ ہے وہ۔</w:t>
      </w:r>
    </w:p>
    <w:p>
      <w:r>
        <w:rPr>
          <w:b/>
        </w:rPr>
        <w:t xml:space="preserve">[34:08] </w:t>
      </w:r>
      <w:r>
        <w:t>toh aaj ka din isi isi haqeeqat ko zehan mein taza karne ka din hai.</w:t>
      </w:r>
    </w:p>
    <w:p>
      <w:pPr>
        <w:jc w:val="right"/>
      </w:pPr>
      <w:r>
        <w:t>تو آج کا دن اسی اسی حقیقت کو ذہن میں تازہ کرنے کا دن ہے۔</w:t>
      </w:r>
    </w:p>
    <w:p>
      <w:r>
        <w:rPr>
          <w:b/>
        </w:rPr>
        <w:t xml:space="preserve">[34:16] </w:t>
      </w:r>
      <w:r>
        <w:t>aaj mein ne akhbar mein parha ke</w:t>
      </w:r>
    </w:p>
    <w:p>
      <w:pPr>
        <w:jc w:val="right"/>
      </w:pPr>
      <w:r>
        <w:t>آج میں نے اخبار میں پڑھا کہ</w:t>
      </w:r>
    </w:p>
    <w:p>
      <w:r>
        <w:rPr>
          <w:b/>
        </w:rPr>
        <w:t xml:space="preserve">[34:23] </w:t>
      </w:r>
      <w:r>
        <w:t>log, taajir log, bakre tayar kar ke late hain aur is ko lakhon lakh mein bechte hain.</w:t>
      </w:r>
    </w:p>
    <w:p>
      <w:pPr>
        <w:jc w:val="right"/>
      </w:pPr>
      <w:r>
        <w:t>لوگ، تاجر لوگ، بکرے تیار کر کے لاتے ہیں اور اس کو لاکھوں لاکھ میں بیچتے ہیں۔</w:t>
      </w:r>
    </w:p>
    <w:p>
      <w:r>
        <w:rPr>
          <w:b/>
        </w:rPr>
        <w:t xml:space="preserve">[34:29] </w:t>
      </w:r>
      <w:r>
        <w:t>misalan is mein tasweer thi bakray ki, do lakh mein.</w:t>
      </w:r>
    </w:p>
    <w:p>
      <w:pPr>
        <w:jc w:val="right"/>
      </w:pPr>
      <w:r>
        <w:t>مثلاً اس میں تصویر تھی بکرے کی، دو لاکھ میں۔</w:t>
      </w:r>
    </w:p>
    <w:p>
      <w:r>
        <w:rPr>
          <w:b/>
        </w:rPr>
        <w:t xml:space="preserve">[34:35] </w:t>
      </w:r>
      <w:r>
        <w:t>yeh koi qurbani nahi hai.</w:t>
      </w:r>
    </w:p>
    <w:p>
      <w:pPr>
        <w:jc w:val="right"/>
      </w:pPr>
      <w:r>
        <w:t>یہ کوئی قربانی نہیں ہے۔</w:t>
      </w:r>
    </w:p>
    <w:p>
      <w:r>
        <w:rPr>
          <w:b/>
        </w:rPr>
        <w:t xml:space="preserve">[34:42] </w:t>
      </w:r>
      <w:r>
        <w:t>is ka naam qurbani nahi hai.</w:t>
      </w:r>
    </w:p>
    <w:p>
      <w:pPr>
        <w:jc w:val="right"/>
      </w:pPr>
      <w:r>
        <w:t>اس کا نام قربانی نہیں ہے۔</w:t>
      </w:r>
    </w:p>
    <w:p>
      <w:r>
        <w:rPr>
          <w:b/>
        </w:rPr>
        <w:t xml:space="preserve">[34:48] </w:t>
      </w:r>
      <w:r>
        <w:t>koi bakra chahe do lakh ka ho ya do crore ka ho, is se qurbani nahi ho gayi.</w:t>
      </w:r>
    </w:p>
    <w:p>
      <w:pPr>
        <w:jc w:val="right"/>
      </w:pPr>
      <w:r>
        <w:t>کوئی بکرا چاہے دو لاکھ کا ہو یا دو کروڑ کا ہو، اس سے قربانی نہیں ہو گئی۔</w:t>
      </w:r>
    </w:p>
    <w:p>
      <w:r>
        <w:rPr>
          <w:b/>
        </w:rPr>
        <w:t xml:space="preserve">[34:54] </w:t>
      </w:r>
      <w:r>
        <w:t>qurbani ho gayi spirit se.</w:t>
      </w:r>
    </w:p>
    <w:p>
      <w:pPr>
        <w:jc w:val="right"/>
      </w:pPr>
      <w:r>
        <w:t>قربانی ہو گئی اسپرٹ سے۔</w:t>
      </w:r>
    </w:p>
    <w:p>
      <w:r>
        <w:rPr>
          <w:b/>
        </w:rPr>
        <w:t xml:space="preserve">[35:00] </w:t>
      </w:r>
      <w:r>
        <w:t>spirit ki qurbani ho to qurbani hai.</w:t>
      </w:r>
    </w:p>
    <w:p>
      <w:pPr>
        <w:jc w:val="right"/>
      </w:pPr>
      <w:r>
        <w:t>اسپرٹ کی قربانی ہو تو قربانی ہے۔</w:t>
      </w:r>
    </w:p>
    <w:p>
      <w:r>
        <w:rPr>
          <w:b/>
        </w:rPr>
        <w:t xml:space="preserve">[35:04] </w:t>
      </w:r>
      <w:r>
        <w:t>agar gosht aur khoon ki qurbani hai to woh to quran keh raha hai ke nahi.</w:t>
      </w:r>
    </w:p>
    <w:p>
      <w:pPr>
        <w:jc w:val="right"/>
      </w:pPr>
      <w:r>
        <w:t>اگر گوشت اور خون کی قربانی ہے تو وہ تو قرآن کہہ رہا ہے کہ نہیں۔</w:t>
      </w:r>
    </w:p>
    <w:p>
      <w:r>
        <w:rPr>
          <w:b/>
        </w:rPr>
        <w:t xml:space="preserve">[35:08] </w:t>
      </w:r>
      <w:r>
        <w:t>woh matloob nahi hai Allah taala ko.</w:t>
      </w:r>
    </w:p>
    <w:p>
      <w:pPr>
        <w:jc w:val="right"/>
      </w:pPr>
      <w:r>
        <w:t>وہ مطلوب نہیں ہے اللہ تعالیٰ کو۔</w:t>
      </w:r>
    </w:p>
    <w:p>
      <w:r>
        <w:rPr>
          <w:b/>
        </w:rPr>
        <w:t xml:space="preserve">[35:13] </w:t>
      </w:r>
      <w:r>
        <w:t>to jo asal kaam hai, asal kaam hai, woh dawat Allah ka kaam hai.</w:t>
      </w:r>
    </w:p>
    <w:p>
      <w:pPr>
        <w:jc w:val="right"/>
      </w:pPr>
      <w:r>
        <w:t>تو جو اصل کام ہے، اصل کام ہے، وہ دعوت اللہ کا کام ہے۔</w:t>
      </w:r>
    </w:p>
    <w:p>
      <w:r>
        <w:rPr>
          <w:b/>
        </w:rPr>
        <w:t xml:space="preserve">[35:17] </w:t>
      </w:r>
      <w:r>
        <w:t>is kaam ka aaghaz yahan se hai ke ab musalman apne apne jazbat ko ko qurban karein.</w:t>
      </w:r>
    </w:p>
    <w:p>
      <w:pPr>
        <w:jc w:val="right"/>
      </w:pPr>
      <w:r>
        <w:t>اس کام کا آغاز یہاں سے ہے کہ اب مسلمان اپنے اپنے جذبات کو کو قربان کریں۔</w:t>
      </w:r>
    </w:p>
    <w:p>
      <w:r>
        <w:rPr>
          <w:b/>
        </w:rPr>
        <w:t xml:space="preserve">[35:21] </w:t>
      </w:r>
      <w:r>
        <w:t>nafrat ko khatam karein.</w:t>
      </w:r>
    </w:p>
    <w:p>
      <w:pPr>
        <w:jc w:val="right"/>
      </w:pPr>
      <w:r>
        <w:t>نفرت کو ختم کریں۔</w:t>
      </w:r>
    </w:p>
    <w:p>
      <w:r>
        <w:rPr>
          <w:b/>
        </w:rPr>
        <w:t xml:space="preserve">[35:26] </w:t>
      </w:r>
      <w:r>
        <w:t>hate ko khatam karein. dunya ko</w:t>
      </w:r>
    </w:p>
    <w:p>
      <w:pPr>
        <w:jc w:val="right"/>
      </w:pPr>
      <w:r>
        <w:t>ہیٹ کو ختم کریں۔ دنیا کو</w:t>
      </w:r>
    </w:p>
    <w:p>
      <w:r>
        <w:rPr>
          <w:b/>
        </w:rPr>
        <w:t xml:space="preserve">[35:30] </w:t>
      </w:r>
      <w:r>
        <w:t>dushman samajhne ka mizaj khatm karein. aur poore maanon mein positive mind ke sath, khair khwahi ke zehan ke sath dawat Allah ki planning karein. yahi hai asal paigham Eid al Adha ka. yahi kaam hum ko karna hai. yahi b</w:t>
      </w:r>
    </w:p>
    <w:p>
      <w:pPr>
        <w:jc w:val="right"/>
      </w:pPr>
      <w:r>
        <w:t>دشمن سمجھنے کا مزاج ختم کریں۔ اور پورے معنوں میں پازیٹیو مائنڈ کے ساتھ، خیر خواہی کے ذہن کے ساتھ دعوت اللہ کی پلاننگ کریں۔ یہی ہے اصل پیغام عید الاضحیٰ کا۔ یہی کام ہم کو کرنا ہے۔ یہی ب</w:t>
      </w:r>
    </w:p>
    <w:p>
      <w:r>
        <w:rPr>
          <w:b/>
        </w:rPr>
        <w:t xml:space="preserve">[36:00] </w:t>
      </w:r>
      <w:r>
        <w:t>it sare insano tak pahunchana hai.</w:t>
      </w:r>
    </w:p>
    <w:p>
      <w:pPr>
        <w:jc w:val="right"/>
      </w:pPr>
      <w:r>
        <w:t>ات سارے انسانوں تک پہنچانا ہے۔</w:t>
      </w:r>
    </w:p>
    <w:p>
      <w:r>
        <w:rPr>
          <w:b/>
        </w:rPr>
        <w:t xml:space="preserve">[36:06] </w:t>
      </w:r>
      <w:r>
        <w:t>urdu mein hamare yani aam jo log hote hain, awam awam mein eid al-adha ko kehte hain bakra eid.</w:t>
      </w:r>
    </w:p>
    <w:p>
      <w:pPr>
        <w:jc w:val="right"/>
      </w:pPr>
      <w:r>
        <w:t>اردو میں ہمارے یعنی عام جو لوگ ہوتے ہیں، عوام عوام میں عید الاضحیٰ کو کہتے ہیں بکرا عید۔</w:t>
      </w:r>
    </w:p>
    <w:p>
      <w:r>
        <w:rPr>
          <w:b/>
        </w:rPr>
        <w:t xml:space="preserve">[36:12] </w:t>
      </w:r>
      <w:r>
        <w:t>to mujh se mulaqat hui ek baar UP kisi se.</w:t>
      </w:r>
    </w:p>
    <w:p>
      <w:pPr>
        <w:jc w:val="right"/>
      </w:pPr>
      <w:r>
        <w:t>تو مجھ سے ملاقات ہوئی ایک بار یو پی پی کسی سے۔</w:t>
      </w:r>
    </w:p>
    <w:p>
      <w:r>
        <w:rPr>
          <w:b/>
        </w:rPr>
        <w:t xml:space="preserve">[36:19] </w:t>
      </w:r>
      <w:r>
        <w:t>unhon ne kaha ke yeh to bakra eid hai.</w:t>
      </w:r>
    </w:p>
    <w:p>
      <w:pPr>
        <w:jc w:val="right"/>
      </w:pPr>
      <w:r>
        <w:t>انہوں نے کہا کہ یہ تو بکرا عید ہے۔</w:t>
      </w:r>
    </w:p>
    <w:p>
      <w:r>
        <w:rPr>
          <w:b/>
        </w:rPr>
        <w:t xml:space="preserve">[36:25] </w:t>
      </w:r>
      <w:r>
        <w:t>yani bakra kaatne ki eid.</w:t>
      </w:r>
    </w:p>
    <w:p>
      <w:pPr>
        <w:jc w:val="right"/>
      </w:pPr>
      <w:r>
        <w:t>یعنی بکرا کاٹنے کی عید۔</w:t>
      </w:r>
    </w:p>
    <w:p>
      <w:r>
        <w:rPr>
          <w:b/>
        </w:rPr>
        <w:t xml:space="preserve">[36:31] </w:t>
      </w:r>
      <w:r>
        <w:t>bakra eid ko is ne samjha ke yeh bakra eid hai.</w:t>
      </w:r>
    </w:p>
    <w:p>
      <w:pPr>
        <w:jc w:val="right"/>
      </w:pPr>
      <w:r>
        <w:t>بکرا عید کو اس نے سمجھا کہ یہ بکرا عید ہے۔</w:t>
      </w:r>
    </w:p>
    <w:p>
      <w:r>
        <w:rPr>
          <w:b/>
        </w:rPr>
        <w:t xml:space="preserve">[36:35] </w:t>
      </w:r>
      <w:r>
        <w:t>yani bakra kaatne ki eid.</w:t>
      </w:r>
    </w:p>
    <w:p>
      <w:pPr>
        <w:jc w:val="right"/>
      </w:pPr>
      <w:r>
        <w:t>یعنی بکرا کاٹنے کی عید۔</w:t>
      </w:r>
    </w:p>
    <w:p>
      <w:r>
        <w:rPr>
          <w:b/>
        </w:rPr>
        <w:t xml:space="preserve">[36:40] </w:t>
      </w:r>
      <w:r>
        <w:t>yeh image ban gayi.</w:t>
      </w:r>
    </w:p>
    <w:p>
      <w:pPr>
        <w:jc w:val="right"/>
      </w:pPr>
      <w:r>
        <w:t>یہ امیج بن گئی۔</w:t>
      </w:r>
    </w:p>
    <w:p>
      <w:r>
        <w:rPr>
          <w:b/>
        </w:rPr>
        <w:t xml:space="preserve">[36:44] </w:t>
      </w:r>
      <w:r>
        <w:t>is image ko hamein khatam karna hai.</w:t>
      </w:r>
    </w:p>
    <w:p>
      <w:pPr>
        <w:jc w:val="right"/>
      </w:pPr>
      <w:r>
        <w:t>اس امیج کو ہمیں ختم کرنا ہے۔</w:t>
      </w:r>
    </w:p>
    <w:p>
      <w:r>
        <w:rPr>
          <w:b/>
        </w:rPr>
        <w:t xml:space="preserve">[36:48] </w:t>
      </w:r>
      <w:r>
        <w:t>eid al-adha bakra kaatne ki eid nahi hai.</w:t>
      </w:r>
    </w:p>
    <w:p>
      <w:pPr>
        <w:jc w:val="right"/>
      </w:pPr>
      <w:r>
        <w:t>عید الاضحیٰ بکرا کاٹنے کی عید نہیں ہے۔</w:t>
      </w:r>
    </w:p>
    <w:p>
      <w:r>
        <w:rPr>
          <w:b/>
        </w:rPr>
        <w:t xml:space="preserve">[36:53] </w:t>
      </w:r>
      <w:r>
        <w:t>eid al-adha apni negativity ko khatam karne ki eid hai.</w:t>
      </w:r>
    </w:p>
    <w:p>
      <w:pPr>
        <w:jc w:val="right"/>
      </w:pPr>
      <w:r>
        <w:t>عید الاضحیٰ اپنی نیگیٹیوٹی کو ختم کرنے کی عید ہے۔</w:t>
      </w:r>
    </w:p>
    <w:p>
      <w:r>
        <w:rPr>
          <w:b/>
        </w:rPr>
        <w:t xml:space="preserve">[36:57] </w:t>
      </w:r>
      <w:r>
        <w:t>apne violence ko khatam karne ki eid hai. society bahami</w:t>
      </w:r>
    </w:p>
    <w:p>
      <w:pPr>
        <w:jc w:val="right"/>
      </w:pPr>
      <w:r>
        <w:t>اپنے وائیلنس کو ختم کرنے کی عید ہے۔ سوسائٹی باہمی</w:t>
      </w:r>
    </w:p>
    <w:p>
      <w:r>
        <w:rPr>
          <w:b/>
        </w:rPr>
        <w:t xml:space="preserve">[37:01] </w:t>
      </w:r>
      <w:r>
        <w:t>ko khatam karne ki eid hai.</w:t>
      </w:r>
    </w:p>
    <w:p>
      <w:pPr>
        <w:jc w:val="right"/>
      </w:pPr>
      <w:r>
        <w:t>کو ختم کرنے کی عید ہے۔</w:t>
      </w:r>
    </w:p>
    <w:p>
      <w:r>
        <w:rPr>
          <w:b/>
        </w:rPr>
        <w:t xml:space="preserve">[37:06] </w:t>
      </w:r>
      <w:r>
        <w:t>to qurbani wohi hai jo spirit ke aitbar se ho.</w:t>
      </w:r>
    </w:p>
    <w:p>
      <w:pPr>
        <w:jc w:val="right"/>
      </w:pPr>
      <w:r>
        <w:t>تو قربانی وہی ہے جو اسپرٹ کے اعتبار سے ہو۔</w:t>
      </w:r>
    </w:p>
    <w:p>
      <w:r>
        <w:rPr>
          <w:b/>
        </w:rPr>
        <w:t xml:space="preserve">[37:11] </w:t>
      </w:r>
      <w:r>
        <w:t>spirit ke aitbar se ho.</w:t>
      </w:r>
    </w:p>
    <w:p>
      <w:pPr>
        <w:jc w:val="right"/>
      </w:pPr>
      <w:r>
        <w:t>اسپرٹ کے اعتبار سے ہو۔</w:t>
      </w:r>
    </w:p>
    <w:p>
      <w:r>
        <w:rPr>
          <w:b/>
        </w:rPr>
        <w:t xml:space="preserve">[37:16] </w:t>
      </w:r>
      <w:r>
        <w:t>gosht aur khoon ke aitbar se nahi.</w:t>
      </w:r>
    </w:p>
    <w:p>
      <w:pPr>
        <w:jc w:val="right"/>
      </w:pPr>
      <w:r>
        <w:t>گوشت اور خون کے اعتبار سے نہیں۔</w:t>
      </w:r>
    </w:p>
    <w:p>
      <w:r>
        <w:rPr>
          <w:b/>
        </w:rPr>
        <w:t xml:space="preserve">[37:22] </w:t>
      </w:r>
      <w:r>
        <w:t>gosht aur khoon ke aitbar se jo jo qurbani ki jayegi, woh Allah ko matloob nahi hai.</w:t>
      </w:r>
    </w:p>
    <w:p>
      <w:pPr>
        <w:jc w:val="right"/>
      </w:pPr>
      <w:r>
        <w:t>گوشت اور خون کے اعتبار سے جو جو قربانی کی جائے گی، وہ اللہ کو مطلوب نہیں ہے۔</w:t>
      </w:r>
    </w:p>
    <w:p>
      <w:r>
        <w:rPr>
          <w:b/>
        </w:rPr>
        <w:t xml:space="preserve">[37:27] </w:t>
      </w:r>
      <w:r>
        <w:t>Allah ko matloob hai woh qurbani jo spirit ke sath ki</w:t>
      </w:r>
    </w:p>
    <w:p>
      <w:pPr>
        <w:jc w:val="right"/>
      </w:pPr>
      <w:r>
        <w:t>اللہ کو مطلوب ہے وہ قربانی جو اسپرٹ کے ساتھ کی</w:t>
      </w:r>
    </w:p>
    <w:p>
      <w:r>
        <w:rPr>
          <w:b/>
        </w:rPr>
        <w:t xml:space="preserve">[37:32] </w:t>
      </w:r>
      <w:r>
        <w:t>aitbar se ki jaye.</w:t>
      </w:r>
    </w:p>
    <w:p>
      <w:pPr>
        <w:jc w:val="right"/>
      </w:pPr>
      <w:r>
        <w:t>اعتبار سے کی جائے۔</w:t>
      </w:r>
    </w:p>
    <w:p>
      <w:r>
        <w:rPr>
          <w:b/>
        </w:rPr>
        <w:t xml:space="preserve">[37:38] </w:t>
      </w:r>
      <w:r>
        <w:t>yani nafrat khatam. tashaddud khatam. shikayat khatam.</w:t>
      </w:r>
    </w:p>
    <w:p>
      <w:pPr>
        <w:jc w:val="right"/>
      </w:pPr>
      <w:r>
        <w:t>یعنی نفرت ختم۔ تشدد ختم۔ شکایت ختم۔</w:t>
      </w:r>
    </w:p>
    <w:p>
      <w:r>
        <w:rPr>
          <w:b/>
        </w:rPr>
        <w:t xml:space="preserve">[37:44] </w:t>
      </w:r>
      <w:r>
        <w:t>aur is tarah aap is qabil honge ke aap positive buniyad par asal mission ki planning karen.</w:t>
      </w:r>
    </w:p>
    <w:p>
      <w:pPr>
        <w:jc w:val="right"/>
      </w:pPr>
      <w:r>
        <w:t>اور اس طرح آپ اس قابل ہوں گے کہ آپ پازیٹیو بنیاد پر اصل مشن کی پلاننگ کریں۔</w:t>
      </w:r>
    </w:p>
    <w:p>
      <w:r>
        <w:rPr>
          <w:b/>
        </w:rPr>
        <w:t xml:space="preserve">[37:50] </w:t>
      </w:r>
      <w:r>
        <w:t>jab tak aap yeh sab khatam nahi karenge, tab tak aap is qabil nahi honge ke</w:t>
      </w:r>
    </w:p>
    <w:p>
      <w:pPr>
        <w:jc w:val="right"/>
      </w:pPr>
      <w:r>
        <w:t>جب تک آپ یہ سب ختم نہیں کریں گے، تب تک آپ اس قابل نہیں ہوں گے کہ</w:t>
      </w:r>
    </w:p>
    <w:p>
      <w:r>
        <w:rPr>
          <w:b/>
        </w:rPr>
        <w:t xml:space="preserve">[37:56] </w:t>
      </w:r>
      <w:r>
        <w:t>aap asal jo kaam hai, asal kaam</w:t>
      </w:r>
    </w:p>
    <w:p>
      <w:pPr>
        <w:jc w:val="right"/>
      </w:pPr>
      <w:r>
        <w:t>آپ اصل جو کام ہے، اصل کام</w:t>
      </w:r>
    </w:p>
    <w:p>
      <w:r>
        <w:rPr>
          <w:b/>
        </w:rPr>
        <w:t xml:space="preserve">[38:02] </w:t>
      </w:r>
      <w:r>
        <w:t>dawat Allah, is ki aap planning kar sakein. to meri dua hai ke Allah taala mujh ko aur aap ko tofeeq de ke hum Eid al Adha ki asal spirit ko samjhein. is ko logon tak pahunchayein. aur dawat Allah ko zinda karein. asal kaam jo karna hai, wo dawat Allah</w:t>
      </w:r>
    </w:p>
    <w:p>
      <w:pPr>
        <w:jc w:val="right"/>
      </w:pPr>
      <w:r>
        <w:t>دعوت اللہ، اس کی آپ پلاننگ کر سکیں۔ تو میری دعا ہے کہ اللہ تعالیٰ مجھ کو اور آپ کو توفیق دے کہ ہم عید الاضحیٰ کی اصل اسپرٹ کو سمجھیں۔ اس کو لوگوں تک پہنچائیں۔ اور دعوت اللہ کو زندہ کریں۔ اصل کام جو کرنا ہے، وہ دعوت اللہ</w:t>
      </w:r>
    </w:p>
    <w:p>
      <w:r>
        <w:rPr>
          <w:b/>
        </w:rPr>
        <w:t xml:space="preserve">[38:32] </w:t>
      </w:r>
      <w:r>
        <w:t>hai. quran ke message ko duniya tak pahunchana. Assalam o Alaikum wa Rahmatullahi.</w:t>
      </w:r>
    </w:p>
    <w:p>
      <w:pPr>
        <w:jc w:val="right"/>
      </w:pPr>
      <w:r>
        <w:t>ہے۔ قرآن کے میسج کو دنیا تک پہنچانا۔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