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Comparative Study of Religions | May 30, 2010 | Maulana Wahiduddin Khan</w:t>
      </w:r>
    </w:p>
    <w:p>
      <w:r>
        <w:t>https://www.youtube.com/watch?v=W5Pm3XIyyz8</w:t>
      </w:r>
    </w:p>
    <w:p>
      <w:r>
        <w:rPr>
          <w:b/>
        </w:rPr>
        <w:t xml:space="preserve">[00:13] </w:t>
      </w:r>
      <w:r>
        <w:t>wasalli Allahu alal Nabiyyil Kareem.</w:t>
      </w:r>
    </w:p>
    <w:p>
      <w:pPr>
        <w:jc w:val="right"/>
      </w:pPr>
      <w:r>
        <w:t>وصلی اللہ علی النبی الکریم.</w:t>
      </w:r>
    </w:p>
    <w:p>
      <w:r>
        <w:rPr>
          <w:b/>
        </w:rPr>
        <w:t xml:space="preserve">[00:21]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[00:28] </w:t>
      </w:r>
      <w:r>
        <w:t>aaj ka topic hai "Comparative Study of Religion".</w:t>
      </w:r>
    </w:p>
    <w:p>
      <w:pPr>
        <w:jc w:val="right"/>
      </w:pPr>
      <w:r>
        <w:t>آج کا ٹاپک ہے "Comparative Study of Religion"۔</w:t>
      </w:r>
    </w:p>
    <w:p>
      <w:r>
        <w:rPr>
          <w:b/>
        </w:rPr>
        <w:t xml:space="preserve">[00:36] </w:t>
      </w:r>
      <w:r>
        <w:t>yani mazahib ka</w:t>
      </w:r>
    </w:p>
    <w:p>
      <w:pPr>
        <w:jc w:val="right"/>
      </w:pPr>
      <w:r>
        <w:t>یعنی مذاہب کا</w:t>
      </w:r>
    </w:p>
    <w:p>
      <w:r>
        <w:rPr>
          <w:b/>
        </w:rPr>
        <w:t xml:space="preserve">[00:44] </w:t>
      </w:r>
      <w:r>
        <w:t>taqabli mutala.</w:t>
      </w:r>
    </w:p>
    <w:p>
      <w:pPr>
        <w:jc w:val="right"/>
      </w:pPr>
      <w:r>
        <w:t>تقابلی مطالعہ۔</w:t>
      </w:r>
    </w:p>
    <w:p>
      <w:r>
        <w:rPr>
          <w:b/>
        </w:rPr>
        <w:t xml:space="preserve">[00:50] </w:t>
      </w:r>
      <w:r>
        <w:t>dekhen yeh topic sankron saal se scholars ke darmiyan paya jata raha hai, lekin ab is ko "Comparative</w:t>
      </w:r>
    </w:p>
    <w:p>
      <w:pPr>
        <w:jc w:val="right"/>
      </w:pPr>
      <w:r>
        <w:t>دیکھیں یہ ٹاپک سینکڑوں سال سے اسکالرز کے درمیان پایا جاتا رہا ہے، لیکن اب اس کو "Comparative</w:t>
      </w:r>
    </w:p>
    <w:p>
      <w:r>
        <w:rPr>
          <w:b/>
        </w:rPr>
        <w:t xml:space="preserve">[00:56] </w:t>
      </w:r>
      <w:r>
        <w:t>Study" scholars jo hain pasand nahi karte.</w:t>
      </w:r>
    </w:p>
    <w:p>
      <w:pPr>
        <w:jc w:val="right"/>
      </w:pPr>
      <w:r>
        <w:t>Study" اسکالرز جو ہیں پسند نہیں کرتے۔</w:t>
      </w:r>
    </w:p>
    <w:p>
      <w:r>
        <w:rPr>
          <w:b/>
        </w:rPr>
        <w:t xml:space="preserve">[01:02] </w:t>
      </w:r>
      <w:r>
        <w:t>ab is ko woh bolte hain "Historical Study of Religion".</w:t>
      </w:r>
    </w:p>
    <w:p>
      <w:pPr>
        <w:jc w:val="right"/>
      </w:pPr>
      <w:r>
        <w:t>اب اس کو وہ بولتے ہیں "Historical Study of Religion"۔</w:t>
      </w:r>
    </w:p>
    <w:p>
      <w:r>
        <w:rPr>
          <w:b/>
        </w:rPr>
        <w:t xml:space="preserve">[01:08] </w:t>
      </w:r>
      <w:r>
        <w:t>beh-haal dono mein matlab ek</w:t>
      </w:r>
    </w:p>
    <w:p>
      <w:pPr>
        <w:jc w:val="right"/>
      </w:pPr>
      <w:r>
        <w:t>بہرحال دونوں میں مطلب ایک</w:t>
      </w:r>
    </w:p>
    <w:p>
      <w:r>
        <w:rPr>
          <w:b/>
        </w:rPr>
        <w:t xml:space="preserve">[01:14] </w:t>
      </w:r>
      <w:r>
        <w:t>hi hai, lekin title badal diya unhon ne.</w:t>
      </w:r>
    </w:p>
    <w:p>
      <w:pPr>
        <w:jc w:val="right"/>
      </w:pPr>
      <w:r>
        <w:t>ہی ہے، لیکن ٹائٹل بدل دیا انہوں نے۔</w:t>
      </w:r>
    </w:p>
    <w:p>
      <w:r>
        <w:rPr>
          <w:b/>
        </w:rPr>
        <w:t xml:space="preserve">[01:20] </w:t>
      </w:r>
      <w:r>
        <w:t>to mukhtalif mazahib ka mutala kaise kiya jaye? yeh ek bohat bara sawal hai.</w:t>
      </w:r>
    </w:p>
    <w:p>
      <w:pPr>
        <w:jc w:val="right"/>
      </w:pPr>
      <w:r>
        <w:t>تو مختلف مذاہب کا مطالعہ کیسے کیا جائے؟ یہ ایک بہت بڑا سوال ہے۔</w:t>
      </w:r>
    </w:p>
    <w:p>
      <w:r>
        <w:rPr>
          <w:b/>
        </w:rPr>
        <w:t xml:space="preserve">[01:26] </w:t>
      </w:r>
      <w:r>
        <w:t>ek tareeqa woh tha jo debate ke liye hua karta tha.</w:t>
      </w:r>
    </w:p>
    <w:p>
      <w:pPr>
        <w:jc w:val="right"/>
      </w:pPr>
      <w:r>
        <w:t>ایک طریقہ وہ تھا جو ڈیبیٹ کے لیے ہوا کرتا تھا۔</w:t>
      </w:r>
    </w:p>
    <w:p>
      <w:r>
        <w:rPr>
          <w:b/>
        </w:rPr>
        <w:t xml:space="preserve">[01:32] </w:t>
      </w:r>
      <w:r>
        <w:t>munazra aur debate.</w:t>
      </w:r>
    </w:p>
    <w:p>
      <w:pPr>
        <w:jc w:val="right"/>
      </w:pPr>
      <w:r>
        <w:t>مناظرہ اور ڈیبیٹ۔</w:t>
      </w:r>
    </w:p>
    <w:p>
      <w:r>
        <w:rPr>
          <w:b/>
        </w:rPr>
        <w:t xml:space="preserve">[01:38] </w:t>
      </w:r>
      <w:r>
        <w:t>yani apne mazhab ka mutala karo</w:t>
      </w:r>
    </w:p>
    <w:p>
      <w:pPr>
        <w:jc w:val="right"/>
      </w:pPr>
      <w:r>
        <w:t>یعنی اپنے مذہب کا مطالعہ کرو</w:t>
      </w:r>
    </w:p>
    <w:p>
      <w:r>
        <w:rPr>
          <w:b/>
        </w:rPr>
        <w:t xml:space="preserve">[01:44] </w:t>
      </w:r>
      <w:r>
        <w:t>aur doosre mazhab ka mutala karo, sirf is liye ke apne mazhab ki superiority establish kiya jaye doosre mazahib par.</w:t>
      </w:r>
    </w:p>
    <w:p>
      <w:pPr>
        <w:jc w:val="right"/>
      </w:pPr>
      <w:r>
        <w:t>اور دوسرے مذہب کا مطالعہ کرو، صرف اس لیے کہ اپنے مذہب کی superiority establish کیا جائے دوسرے مذاہب پر۔</w:t>
      </w:r>
    </w:p>
    <w:p>
      <w:r>
        <w:rPr>
          <w:b/>
        </w:rPr>
        <w:t xml:space="preserve">[01:50] </w:t>
      </w:r>
      <w:r>
        <w:t>is ke liye bohat mehnatain keen logon ne.</w:t>
      </w:r>
    </w:p>
    <w:p>
      <w:pPr>
        <w:jc w:val="right"/>
      </w:pPr>
      <w:r>
        <w:t>اس کے لیے بہت محنتیں کیں لوگوں نے۔</w:t>
      </w:r>
    </w:p>
    <w:p>
      <w:r>
        <w:rPr>
          <w:b/>
        </w:rPr>
        <w:t xml:space="preserve">[01:57] </w:t>
      </w:r>
      <w:r>
        <w:t>lekin is ka koi result nahin.</w:t>
      </w:r>
    </w:p>
    <w:p>
      <w:pPr>
        <w:jc w:val="right"/>
      </w:pPr>
      <w:r>
        <w:t>لیکن اس کا کوئی result نہیں۔</w:t>
      </w:r>
    </w:p>
    <w:p>
      <w:r>
        <w:rPr>
          <w:b/>
        </w:rPr>
        <w:t xml:space="preserve">[02:03] </w:t>
      </w:r>
      <w:r>
        <w:t>hamare area mein, yaani Adam Garh ke area mein ek sahib thay, un ka naam tha Maulana Inayat</w:t>
      </w:r>
    </w:p>
    <w:p>
      <w:pPr>
        <w:jc w:val="right"/>
      </w:pPr>
      <w:r>
        <w:t>ہمارے ایریا میں، یعنی آدم گڑھ کے ایریا میں ایک صاحب تھے، ان کا نام تھا مولانا عنایت</w:t>
      </w:r>
    </w:p>
    <w:p>
      <w:r>
        <w:rPr>
          <w:b/>
        </w:rPr>
        <w:t xml:space="preserve">[02:09] </w:t>
      </w:r>
      <w:r>
        <w:t>Rasool Charyakoti.</w:t>
      </w:r>
    </w:p>
    <w:p>
      <w:pPr>
        <w:jc w:val="right"/>
      </w:pPr>
      <w:r>
        <w:t>رسول چریا کوٹی۔</w:t>
      </w:r>
    </w:p>
    <w:p>
      <w:r>
        <w:rPr>
          <w:b/>
        </w:rPr>
        <w:t xml:space="preserve">[02:16] </w:t>
      </w:r>
      <w:r>
        <w:t>wo Sir Syed ke contemporary thay.</w:t>
      </w:r>
    </w:p>
    <w:p>
      <w:pPr>
        <w:jc w:val="right"/>
      </w:pPr>
      <w:r>
        <w:t>وہ سر سید کے contemporary تھے۔</w:t>
      </w:r>
    </w:p>
    <w:p>
      <w:r>
        <w:rPr>
          <w:b/>
        </w:rPr>
        <w:t xml:space="preserve">[02:21] </w:t>
      </w:r>
      <w:r>
        <w:t>to un ko yeh shauq hua ke wo ek Bible mein jo predictions hain, peshangoi Rasool Allah ke</w:t>
      </w:r>
    </w:p>
    <w:p>
      <w:pPr>
        <w:jc w:val="right"/>
      </w:pPr>
      <w:r>
        <w:t>تو ان کو یہ شوق ہوا کہ وہ ایک بائبل میں جو predictions ہیں، پیشنگوئی رسول اللہ کے</w:t>
      </w:r>
    </w:p>
    <w:p>
      <w:r>
        <w:rPr>
          <w:b/>
        </w:rPr>
        <w:t xml:space="preserve">[02:26] </w:t>
      </w:r>
      <w:r>
        <w:t>baray mein, is par kitaab likhein.</w:t>
      </w:r>
    </w:p>
    <w:p>
      <w:pPr>
        <w:jc w:val="right"/>
      </w:pPr>
      <w:r>
        <w:t>بارے میں، اس پر کتاب لکھیں۔</w:t>
      </w:r>
    </w:p>
    <w:p>
      <w:r>
        <w:rPr>
          <w:b/>
        </w:rPr>
        <w:t xml:space="preserve">[02:31] </w:t>
      </w:r>
      <w:r>
        <w:t>to unhon ne ek kitaab likhi, is ka naam hai "Bushra".</w:t>
      </w:r>
    </w:p>
    <w:p>
      <w:pPr>
        <w:jc w:val="right"/>
      </w:pPr>
      <w:r>
        <w:t>تو انہوں نے ایک کتاب لکھی، اس کا نام ہے "بشرہ"۔</w:t>
      </w:r>
    </w:p>
    <w:p>
      <w:r>
        <w:rPr>
          <w:b/>
        </w:rPr>
        <w:t xml:space="preserve">[02:36] </w:t>
      </w:r>
      <w:r>
        <w:t>moti si kitaab hai.</w:t>
      </w:r>
    </w:p>
    <w:p>
      <w:pPr>
        <w:jc w:val="right"/>
      </w:pPr>
      <w:r>
        <w:t>موٹی سی کتاب ہے۔</w:t>
      </w:r>
    </w:p>
    <w:p>
      <w:r>
        <w:rPr>
          <w:b/>
        </w:rPr>
        <w:t xml:space="preserve">[02:42] </w:t>
      </w:r>
      <w:r>
        <w:t>Bushra maani basharat hai. Predictions</w:t>
      </w:r>
    </w:p>
    <w:p>
      <w:pPr>
        <w:jc w:val="right"/>
      </w:pPr>
      <w:r>
        <w:t>بشرہ معنی بشارت ہے۔ Predictions</w:t>
      </w:r>
    </w:p>
    <w:p>
      <w:r>
        <w:rPr>
          <w:b/>
        </w:rPr>
        <w:t xml:space="preserve">[02:47] </w:t>
      </w:r>
      <w:r>
        <w:t>.</w:t>
      </w:r>
    </w:p>
    <w:p>
      <w:pPr>
        <w:jc w:val="right"/>
      </w:pPr>
      <w:r>
        <w:t>۔</w:t>
      </w:r>
    </w:p>
    <w:p>
      <w:r>
        <w:rPr>
          <w:b/>
        </w:rPr>
        <w:t xml:space="preserve">[02:53] </w:t>
      </w:r>
      <w:r>
        <w:t>to unhon ne chaha ke direct tor par ibraani se nikalen.</w:t>
      </w:r>
    </w:p>
    <w:p>
      <w:pPr>
        <w:jc w:val="right"/>
      </w:pPr>
      <w:r>
        <w:t>تو انہوں نے چاہا کہ direct طور پر عبرانی سے نکالیں۔</w:t>
      </w:r>
    </w:p>
    <w:p>
      <w:r>
        <w:rPr>
          <w:b/>
        </w:rPr>
        <w:t xml:space="preserve">[02:59] </w:t>
      </w:r>
      <w:r>
        <w:t>ibraani mein jo version hai Bible ka, us ko parh kar ke nikalen.</w:t>
      </w:r>
    </w:p>
    <w:p>
      <w:pPr>
        <w:jc w:val="right"/>
      </w:pPr>
      <w:r>
        <w:t>عبرانی میں جو version ہے بائبل کا، اس کو پڑھ کر کے نکالیں۔</w:t>
      </w:r>
    </w:p>
    <w:p>
      <w:r>
        <w:rPr>
          <w:b/>
        </w:rPr>
        <w:t xml:space="preserve">[03:05] </w:t>
      </w:r>
      <w:r>
        <w:t>to ibraani wo jante nahin thay.</w:t>
      </w:r>
    </w:p>
    <w:p>
      <w:pPr>
        <w:jc w:val="right"/>
      </w:pPr>
      <w:r>
        <w:t>تو عبرانی وہ جانتے نہیں تھے۔</w:t>
      </w:r>
    </w:p>
    <w:p>
      <w:r>
        <w:rPr>
          <w:b/>
        </w:rPr>
        <w:t xml:space="preserve">[03:11] </w:t>
      </w:r>
      <w:r>
        <w:t>to bohat pata kiya to unhein maloom hua ke Bombay mein ek Yahoodi hai, wo ibraani janta hai.</w:t>
      </w:r>
    </w:p>
    <w:p>
      <w:pPr>
        <w:jc w:val="right"/>
      </w:pPr>
      <w:r>
        <w:t>تو بہت پتہ کیا تو انہیں معلوم ہوا کہ بمبے میں ایک یہودی ہے، وہ عبرانی جانتا ہے۔</w:t>
      </w:r>
    </w:p>
    <w:p>
      <w:r>
        <w:rPr>
          <w:b/>
        </w:rPr>
        <w:t xml:space="preserve">[03:17] </w:t>
      </w:r>
      <w:r>
        <w:t>to wahan gaye.</w:t>
      </w:r>
    </w:p>
    <w:p>
      <w:pPr>
        <w:jc w:val="right"/>
      </w:pPr>
      <w:r>
        <w:t>تو وہاں گئے۔</w:t>
      </w:r>
    </w:p>
    <w:p>
      <w:r>
        <w:rPr>
          <w:b/>
        </w:rPr>
        <w:t xml:space="preserve">[03:22] </w:t>
      </w:r>
      <w:r>
        <w:t>to maloom hua ke wo ibraani to janta hai lekin wo Arabi nahin janta.</w:t>
      </w:r>
    </w:p>
    <w:p>
      <w:pPr>
        <w:jc w:val="right"/>
      </w:pPr>
      <w:r>
        <w:t>تو معلوم ہوا کہ وہ عبرانی تو جانتا ہے لیکن وہ عربی نہیں جانتا۔</w:t>
      </w:r>
    </w:p>
    <w:p>
      <w:r>
        <w:rPr>
          <w:b/>
        </w:rPr>
        <w:t xml:space="preserve">[03:27] </w:t>
      </w:r>
      <w:r>
        <w:t>wo to Angrezi janta hai magar to parhen kaise is se? Arabi medium mein parhna chahte thay aur</w:t>
      </w:r>
    </w:p>
    <w:p>
      <w:pPr>
        <w:jc w:val="right"/>
      </w:pPr>
      <w:r>
        <w:t>وہ تو انگریزی جانتا ہے مگر تو پڑھیں کیسے اس سے؟ عربی میڈیم میں پڑھنا چاہتے تھے اور</w:t>
      </w:r>
    </w:p>
    <w:p>
      <w:r>
        <w:rPr>
          <w:b/>
        </w:rPr>
        <w:t xml:space="preserve">[03:32] </w:t>
      </w:r>
      <w:r>
        <w:t>wo Arabi janta nahin tha.</w:t>
      </w:r>
    </w:p>
    <w:p>
      <w:pPr>
        <w:jc w:val="right"/>
      </w:pPr>
      <w:r>
        <w:t>وہ عربی جانتا نہیں تھا۔</w:t>
      </w:r>
    </w:p>
    <w:p>
      <w:r>
        <w:rPr>
          <w:b/>
        </w:rPr>
        <w:t xml:space="preserve">[03:37] </w:t>
      </w:r>
      <w:r>
        <w:t>to unhon ne kiya kiya ke Angrezi zabaan seekhi unhon ne.</w:t>
      </w:r>
    </w:p>
    <w:p>
      <w:pPr>
        <w:jc w:val="right"/>
      </w:pPr>
      <w:r>
        <w:t>تو انہوں نے کیا کیا کہ انگریزی زبان سیکھی انہوں نے۔</w:t>
      </w:r>
    </w:p>
    <w:p>
      <w:r>
        <w:rPr>
          <w:b/>
        </w:rPr>
        <w:t xml:space="preserve">[03:42] </w:t>
      </w:r>
      <w:r>
        <w:t>Angrezi zabaan seekh kar ke unhon ne is se ibraani pa</w:t>
      </w:r>
    </w:p>
    <w:p>
      <w:pPr>
        <w:jc w:val="right"/>
      </w:pPr>
      <w:r>
        <w:t>انگریزی زبان سیکھ کر کے انہوں نے اس سے عبرانی پڑ</w:t>
      </w:r>
    </w:p>
    <w:p>
      <w:r>
        <w:rPr>
          <w:b/>
        </w:rPr>
        <w:t xml:space="preserve">[03:47] </w:t>
      </w:r>
      <w:r>
        <w:t>rhi.</w:t>
      </w:r>
    </w:p>
    <w:p>
      <w:pPr>
        <w:jc w:val="right"/>
      </w:pPr>
      <w:r>
        <w:t>ھی۔</w:t>
      </w:r>
    </w:p>
    <w:p>
      <w:r>
        <w:rPr>
          <w:b/>
        </w:rPr>
        <w:t xml:space="preserve">[03:50] </w:t>
      </w:r>
      <w:r>
        <w:t>ibraani parh kar ke Bible ka ibraani version parha unhon ne.</w:t>
      </w:r>
    </w:p>
    <w:p>
      <w:pPr>
        <w:jc w:val="right"/>
      </w:pPr>
      <w:r>
        <w:t>عبرانی پڑھ کر کے بائبل کا عبرانی version پڑھا انہوں نے۔</w:t>
      </w:r>
    </w:p>
    <w:p>
      <w:r>
        <w:rPr>
          <w:b/>
        </w:rPr>
        <w:t xml:space="preserve">[03:53] </w:t>
      </w:r>
      <w:r>
        <w:t>phir wo kitaab likhi.</w:t>
      </w:r>
    </w:p>
    <w:p>
      <w:pPr>
        <w:jc w:val="right"/>
      </w:pPr>
      <w:r>
        <w:t>پھر وہ کتاب لکھی۔</w:t>
      </w:r>
    </w:p>
    <w:p>
      <w:r>
        <w:rPr>
          <w:b/>
        </w:rPr>
        <w:t xml:space="preserve">[03:56] </w:t>
      </w:r>
      <w:r>
        <w:t>lekin is kitaab ka koi aap mujhe to nahin maloom ke is ka koi faida hua.</w:t>
      </w:r>
    </w:p>
    <w:p>
      <w:pPr>
        <w:jc w:val="right"/>
      </w:pPr>
      <w:r>
        <w:t>لیکن اس کتاب کا کوئی آپ مجھے تو نہیں معلوم کہ اس کا کوئی فائدہ ہوا۔</w:t>
      </w:r>
    </w:p>
    <w:p>
      <w:r>
        <w:rPr>
          <w:b/>
        </w:rPr>
        <w:t xml:space="preserve">[04:00] </w:t>
      </w:r>
      <w:r>
        <w:t>ek hi baar woh chhapi.</w:t>
      </w:r>
    </w:p>
    <w:p>
      <w:pPr>
        <w:jc w:val="right"/>
      </w:pPr>
      <w:r>
        <w:t>ایک ہی بار وہ چھپی۔</w:t>
      </w:r>
    </w:p>
    <w:p>
      <w:r>
        <w:rPr>
          <w:b/>
        </w:rPr>
        <w:t xml:space="preserve">[04:03] </w:t>
      </w:r>
      <w:r>
        <w:t>phir woh chhapi bhi nahin.</w:t>
      </w:r>
    </w:p>
    <w:p>
      <w:pPr>
        <w:jc w:val="right"/>
      </w:pPr>
      <w:r>
        <w:t>پھر وہ چھپی بھی نہیں۔</w:t>
      </w:r>
    </w:p>
    <w:p>
      <w:r>
        <w:rPr>
          <w:b/>
        </w:rPr>
        <w:t xml:space="preserve">[04:06] </w:t>
      </w:r>
      <w:r>
        <w:t>maine woh kitaab dekhi hai.</w:t>
      </w:r>
    </w:p>
    <w:p>
      <w:pPr>
        <w:jc w:val="right"/>
      </w:pPr>
      <w:r>
        <w:t>میں نے وہ کتاب دیکھی ہے۔</w:t>
      </w:r>
    </w:p>
    <w:p>
      <w:r>
        <w:rPr>
          <w:b/>
        </w:rPr>
        <w:t xml:space="preserve">[04:09] </w:t>
      </w:r>
      <w:r>
        <w:t>itna zyada ambiguous hai, is ke andar clarity bilkul hai hi nahin.</w:t>
      </w:r>
    </w:p>
    <w:p>
      <w:pPr>
        <w:jc w:val="right"/>
      </w:pPr>
      <w:r>
        <w:t>اتنا زیادہ ambiguous ہے، اس کے اندر clarity بالکل ہے ہی نہیں۔</w:t>
      </w:r>
    </w:p>
    <w:p>
      <w:r>
        <w:rPr>
          <w:b/>
        </w:rPr>
        <w:t xml:space="preserve">[04:12] </w:t>
      </w:r>
      <w:r>
        <w:t>bas shauq tha in ko.</w:t>
      </w:r>
    </w:p>
    <w:p>
      <w:pPr>
        <w:jc w:val="right"/>
      </w:pPr>
      <w:r>
        <w:t>بس شوق تھا ان کو۔</w:t>
      </w:r>
    </w:p>
    <w:p>
      <w:r>
        <w:rPr>
          <w:b/>
        </w:rPr>
        <w:t xml:space="preserve">[04:15] </w:t>
      </w:r>
      <w:r>
        <w:t>to ek mazhab ka</w:t>
      </w:r>
    </w:p>
    <w:p>
      <w:pPr>
        <w:jc w:val="right"/>
      </w:pPr>
      <w:r>
        <w:t>تو ایک مذہب کا</w:t>
      </w:r>
    </w:p>
    <w:p>
      <w:r>
        <w:rPr>
          <w:b/>
        </w:rPr>
        <w:t xml:space="preserve">[04:18] </w:t>
      </w:r>
      <w:r>
        <w:t>ek mazhab ki superiority doosre mazhab par qaaim karna, is ko kehte hain debate. munazra.</w:t>
      </w:r>
    </w:p>
    <w:p>
      <w:pPr>
        <w:jc w:val="right"/>
      </w:pPr>
      <w:r>
        <w:t>ایک مذہب کی superiority دوسرے مذہب پر قائم کرنا، اس کو کہتے ہیں ڈیبیٹ۔ مناظرہ۔</w:t>
      </w:r>
    </w:p>
    <w:p>
      <w:r>
        <w:rPr>
          <w:b/>
        </w:rPr>
        <w:t xml:space="preserve">[04:23] </w:t>
      </w:r>
      <w:r>
        <w:t>to yeh koi ilmi tareeqa nahin hai.</w:t>
      </w:r>
    </w:p>
    <w:p>
      <w:pPr>
        <w:jc w:val="right"/>
      </w:pPr>
      <w:r>
        <w:t>تو یہ کوئی علمی طریقہ نہیں ہے۔</w:t>
      </w:r>
    </w:p>
    <w:p>
      <w:r>
        <w:rPr>
          <w:b/>
        </w:rPr>
        <w:t xml:space="preserve">[04:27] </w:t>
      </w:r>
      <w:r>
        <w:t>na dawat tabligh mein is ka koi faida hai.</w:t>
      </w:r>
    </w:p>
    <w:p>
      <w:pPr>
        <w:jc w:val="right"/>
      </w:pPr>
      <w:r>
        <w:t>نہ دعوت تبلیغ میں اس کا کوئی فائدہ ہے۔</w:t>
      </w:r>
    </w:p>
    <w:p>
      <w:r>
        <w:rPr>
          <w:b/>
        </w:rPr>
        <w:t xml:space="preserve">[04:31] </w:t>
      </w:r>
      <w:r>
        <w:t>is se to ek is se ek woh paida hota hai.</w:t>
      </w:r>
    </w:p>
    <w:p>
      <w:pPr>
        <w:jc w:val="right"/>
      </w:pPr>
      <w:r>
        <w:t>اس سے تو ایک اس سے ایک وہ پیدا ہوتا ہے۔</w:t>
      </w:r>
    </w:p>
    <w:p>
      <w:r>
        <w:rPr>
          <w:b/>
        </w:rPr>
        <w:t xml:space="preserve">[04:36] </w:t>
      </w:r>
      <w:r>
        <w:t>zid paida hoti hai, chir paida hoti hai.</w:t>
      </w:r>
    </w:p>
    <w:p>
      <w:pPr>
        <w:jc w:val="right"/>
      </w:pPr>
      <w:r>
        <w:t>ضد پیدا ہوتی ہے، چڑ پیدا ہوتی ہے۔</w:t>
      </w:r>
    </w:p>
    <w:p>
      <w:r>
        <w:rPr>
          <w:b/>
        </w:rPr>
        <w:t xml:space="preserve">[04:40] </w:t>
      </w:r>
      <w:r>
        <w:t>log door ho jaate hain.</w:t>
      </w:r>
    </w:p>
    <w:p>
      <w:pPr>
        <w:jc w:val="right"/>
      </w:pPr>
      <w:r>
        <w:t>لوگ دور ہو جاتے ہیں۔</w:t>
      </w:r>
    </w:p>
    <w:p>
      <w:r>
        <w:rPr>
          <w:b/>
        </w:rPr>
        <w:t xml:space="preserve">[04:44] </w:t>
      </w:r>
      <w:r>
        <w:t>doosra tareeqa jo hai ke hai, acceptance par base karta hai woh. Accept</w:t>
      </w:r>
    </w:p>
    <w:p>
      <w:pPr>
        <w:jc w:val="right"/>
      </w:pPr>
      <w:r>
        <w:t>دوسرا طریقہ جو ہے کہ ہے، acceptance پر base کرتا ہے وہ۔ Accept</w:t>
      </w:r>
    </w:p>
    <w:p>
      <w:r>
        <w:rPr>
          <w:b/>
        </w:rPr>
        <w:t xml:space="preserve">[04:49] </w:t>
      </w:r>
      <w:r>
        <w:t>ance of all the religions. kuch log yeh kehte hain ke hum accept karte hain apne mazhab ko bhi, tumhare mazhab ko bhi. to bazahir to bahut beautiful maloom hota hai yeh. lekin is ka bhi koi faida nahi. kyunke jab aap har mazhab ko accept karein, is ka matlab kya hua? ke mazhab ne wo cheez nahi di aap ko, us ko hum kehte hain conviction, yaqeen. aisi</w:t>
      </w:r>
    </w:p>
    <w:p>
      <w:pPr>
        <w:jc w:val="right"/>
      </w:pPr>
      <w:r>
        <w:t>ance of all the religions۔ کچھ لوگ یہ کہتے ہیں کہ ہم accept کرتے ہیں اپنے مذہب کو بھی، تمہارے مذہب کو بھی۔ تو بظاہر تو بہت beautiful معلوم ہوتا ہے یہ۔ لیکن اس کا بھی کوئی فائدہ نہیں۔ کیونکہ جب آپ ہر مذہب کو accept کریں، اس کا مطلب کیا ہوا؟ کہ مذہب نے وہ چیز نہیں دی آپ کو، اس کو ہم کہتے ہیں conviction، یقین۔ ایسی</w:t>
      </w:r>
    </w:p>
    <w:p>
      <w:r>
        <w:rPr>
          <w:b/>
        </w:rPr>
        <w:t xml:space="preserve">[05:19] </w:t>
      </w:r>
      <w:r>
        <w:t>misalein se ke koi aadmi, har aadmi ko apni maa samjhe, to ek maa ke liye is ka talluq kaise banega? ke yeh yeh khatoon meri maa hai, woh yaqeen hi is ke andar nahi paida hoga. to har mazhab ko accept karo, yeh kehne ke liye achi baat hai, lekin yeh wahi baat is mein ghayab hai jo mazhab ka asal hai. dekhein mazhab jo hai aap ko conviction deta hai, yaqeen deta hai, confidence deta hai ke main sachai par</w:t>
      </w:r>
    </w:p>
    <w:p>
      <w:pPr>
        <w:jc w:val="right"/>
      </w:pPr>
      <w:r>
        <w:t>مثالیں سے کہ کوئی آدمی، ہر آدمی کو اپنی ماں سمجھے، تو ایک ماں کے لیے اس کا تعلق کیسے بنے گا؟ کہ یہ یہ خاتون میری ماں ہے، وہ یقین ہی اس کے اندر نہیں پیدا ہوگا۔ تو ہر مذہب کو accept کرو، یہ کہنے کے لیے اچھی بات ہے، لیکن یہ وہی بات اس میں غائب ہے جو مذہب کا اصل ہے۔ دیکھیں مذہب جو ہے آپ کو conviction دیتا ہے، یقین دیتا ہے، confidence دیتا ہے کہ میں سچائی پر</w:t>
      </w:r>
    </w:p>
    <w:p>
      <w:r>
        <w:rPr>
          <w:b/>
        </w:rPr>
        <w:t xml:space="preserve">[05:49] </w:t>
      </w:r>
      <w:r>
        <w:t>hoon.</w:t>
      </w:r>
    </w:p>
    <w:p>
      <w:pPr>
        <w:jc w:val="right"/>
      </w:pPr>
      <w:r>
        <w:t>ہوں۔</w:t>
      </w:r>
    </w:p>
    <w:p>
      <w:r>
        <w:rPr>
          <w:b/>
        </w:rPr>
        <w:t xml:space="preserve">[05:52] </w:t>
      </w:r>
      <w:r>
        <w:t>to main sachai par hone ka matlab nahin ke aap doosre se ladein.</w:t>
      </w:r>
    </w:p>
    <w:p>
      <w:pPr>
        <w:jc w:val="right"/>
      </w:pPr>
      <w:r>
        <w:t>تو میں سچائی پر ہونے کا مطلب نہیں کہ آپ دوسرے سے لڑیں۔</w:t>
      </w:r>
    </w:p>
    <w:p>
      <w:r>
        <w:rPr>
          <w:b/>
        </w:rPr>
        <w:t xml:space="preserve">[05:56] </w:t>
      </w:r>
      <w:r>
        <w:t>unhon ne samjha ke agar koi aadmi yeh maanta hai ke main sachai par hoon to woh doosre</w:t>
      </w:r>
    </w:p>
    <w:p>
      <w:pPr>
        <w:jc w:val="right"/>
      </w:pPr>
      <w:r>
        <w:t>انہوں نے سمجھا کہ اگر کوئی آدمی یہ مانتا ہے کہ میں سچائی پر ہوں تو وہ دوسرے</w:t>
      </w:r>
    </w:p>
    <w:p>
      <w:r>
        <w:rPr>
          <w:b/>
        </w:rPr>
        <w:t xml:space="preserve">[06:00] </w:t>
      </w:r>
      <w:r>
        <w:t>se ladega.</w:t>
      </w:r>
    </w:p>
    <w:p>
      <w:pPr>
        <w:jc w:val="right"/>
      </w:pPr>
      <w:r>
        <w:t>سے لڑے گا۔</w:t>
      </w:r>
    </w:p>
    <w:p>
      <w:r>
        <w:rPr>
          <w:b/>
        </w:rPr>
        <w:t xml:space="preserve">[06:04] </w:t>
      </w:r>
      <w:r>
        <w:t>hాలాanke yeh galat baat hai.</w:t>
      </w:r>
    </w:p>
    <w:p>
      <w:pPr>
        <w:jc w:val="right"/>
      </w:pPr>
      <w:r>
        <w:t>حالانکہ یہ غلط بات ہے۔</w:t>
      </w:r>
    </w:p>
    <w:p>
      <w:r>
        <w:rPr>
          <w:b/>
        </w:rPr>
        <w:t xml:space="preserve">[06:08] </w:t>
      </w:r>
      <w:r>
        <w:t>kisi ne bahut sahi kaha hai ke insaan ki capacity ko underestimate karna hai yeh.</w:t>
      </w:r>
    </w:p>
    <w:p>
      <w:pPr>
        <w:jc w:val="right"/>
      </w:pPr>
      <w:r>
        <w:t>کسی نے بہت صحیح کہا ہے کہ انسان کی capacity کو underestimate کرنا ہے یہ۔</w:t>
      </w:r>
    </w:p>
    <w:p>
      <w:r>
        <w:rPr>
          <w:b/>
        </w:rPr>
        <w:t xml:space="preserve">[06:11] </w:t>
      </w:r>
      <w:r>
        <w:t>to is ne kaha ke amount enough to contain all these contradictions.</w:t>
      </w:r>
    </w:p>
    <w:p>
      <w:pPr>
        <w:jc w:val="right"/>
      </w:pPr>
      <w:r>
        <w:t>تو اس نے کہا کہ amount enough to contain all these contradictions۔</w:t>
      </w:r>
    </w:p>
    <w:p>
      <w:r>
        <w:rPr>
          <w:b/>
        </w:rPr>
        <w:t xml:space="preserve">[06:15] </w:t>
      </w:r>
      <w:r>
        <w:t>matlab main apne ko sachaa,</w:t>
      </w:r>
    </w:p>
    <w:p>
      <w:pPr>
        <w:jc w:val="right"/>
      </w:pPr>
      <w:r>
        <w:t>مطلب میں اپنے کو سچا،</w:t>
      </w:r>
    </w:p>
    <w:p>
      <w:r>
        <w:rPr>
          <w:b/>
        </w:rPr>
        <w:t xml:space="preserve">[06:19] </w:t>
      </w:r>
      <w:r>
        <w:t>sachai par maante hue, main aap se nahin ladunga.</w:t>
      </w:r>
    </w:p>
    <w:p>
      <w:pPr>
        <w:jc w:val="right"/>
      </w:pPr>
      <w:r>
        <w:t>سچائی پر مانتے ہوئے، میں آپ سے نہیں لڑوں گا۔</w:t>
      </w:r>
    </w:p>
    <w:p>
      <w:r>
        <w:rPr>
          <w:b/>
        </w:rPr>
        <w:t xml:space="preserve">[06:24] </w:t>
      </w:r>
      <w:r>
        <w:t>aap ki respect, equal respect doonga aap ko.</w:t>
      </w:r>
    </w:p>
    <w:p>
      <w:pPr>
        <w:jc w:val="right"/>
      </w:pPr>
      <w:r>
        <w:t>آپ کی respect، equal respect دوں گا آپ کو۔</w:t>
      </w:r>
    </w:p>
    <w:p>
      <w:r>
        <w:rPr>
          <w:b/>
        </w:rPr>
        <w:t xml:space="preserve">[06:28] </w:t>
      </w:r>
      <w:r>
        <w:t>to yeh galat soch hai ke agar koi aadmi samjhe ke mera mazhab sachaa hai to woh doosre</w:t>
      </w:r>
    </w:p>
    <w:p>
      <w:pPr>
        <w:jc w:val="right"/>
      </w:pPr>
      <w:r>
        <w:t>تو یہ غلط سوچ ہے کہ اگر کوئی آدمی سمجھے کہ میرا مذہب سچا ہے تو وہ دوسرے</w:t>
      </w:r>
    </w:p>
    <w:p>
      <w:r>
        <w:rPr>
          <w:b/>
        </w:rPr>
        <w:t xml:space="preserve">[06:33] </w:t>
      </w:r>
      <w:r>
        <w:t>se ladega, doosre se hate karega.</w:t>
      </w:r>
    </w:p>
    <w:p>
      <w:pPr>
        <w:jc w:val="right"/>
      </w:pPr>
      <w:r>
        <w:t>سے لڑے گا، دوسرے سے hate کرے گا۔</w:t>
      </w:r>
    </w:p>
    <w:p>
      <w:r>
        <w:rPr>
          <w:b/>
        </w:rPr>
        <w:t xml:space="preserve">[06:38] </w:t>
      </w:r>
      <w:r>
        <w:t>yeh koi cheez nahi hai.</w:t>
      </w:r>
    </w:p>
    <w:p>
      <w:pPr>
        <w:jc w:val="right"/>
      </w:pPr>
      <w:r>
        <w:t>یہ کوئی چیز نہیں ہے۔</w:t>
      </w:r>
    </w:p>
    <w:p>
      <w:r>
        <w:rPr>
          <w:b/>
        </w:rPr>
        <w:t xml:space="preserve">[06:42] </w:t>
      </w:r>
      <w:r>
        <w:t>yeh aap insaan ke mind ko underestimate kar rahay hain.</w:t>
      </w:r>
    </w:p>
    <w:p>
      <w:pPr>
        <w:jc w:val="right"/>
      </w:pPr>
      <w:r>
        <w:t>یہ آپ انسان کے mind کو underestimate کر رہے ہیں۔</w:t>
      </w:r>
    </w:p>
    <w:p>
      <w:r>
        <w:rPr>
          <w:b/>
        </w:rPr>
        <w:t xml:space="preserve">[06:47] </w:t>
      </w:r>
      <w:r>
        <w:t>yeh bilkul mumkin hai ke aap apni maan ko maan samjhein aur doosri ladies ko aap khoob respect dein.</w:t>
      </w:r>
    </w:p>
    <w:p>
      <w:pPr>
        <w:jc w:val="right"/>
      </w:pPr>
      <w:r>
        <w:t>یہ بالکل ممکن ہے کہ آپ اپنی ماں کو ماں سمجھیں اور دوسری ladies کو آپ خوب respect دیں۔</w:t>
      </w:r>
    </w:p>
    <w:p>
      <w:r>
        <w:rPr>
          <w:b/>
        </w:rPr>
        <w:t xml:space="preserve">[06:51] </w:t>
      </w:r>
      <w:r>
        <w:t>apni maan ko maan samajhne ka matlab yeh nahi ke doosri auraton ko aap respect nahi dein ge.</w:t>
      </w:r>
    </w:p>
    <w:p>
      <w:pPr>
        <w:jc w:val="right"/>
      </w:pPr>
      <w:r>
        <w:t>اپنی ماں کو ماں سمجھنے کا مطلب یہ نہیں کہ دوسری عورتوں کو آپ respect نہیں دیں گے۔</w:t>
      </w:r>
    </w:p>
    <w:p>
      <w:r>
        <w:rPr>
          <w:b/>
        </w:rPr>
        <w:t xml:space="preserve">[06:57] </w:t>
      </w:r>
      <w:r>
        <w:t>toh mind capacity bohat zyada hai.</w:t>
      </w:r>
    </w:p>
    <w:p>
      <w:pPr>
        <w:jc w:val="right"/>
      </w:pPr>
      <w:r>
        <w:t>تو mind capacity بہت زیادہ ہے۔</w:t>
      </w:r>
    </w:p>
    <w:p>
      <w:r>
        <w:rPr>
          <w:b/>
        </w:rPr>
        <w:t xml:space="preserve">[07:03] </w:t>
      </w:r>
      <w:r>
        <w:t>toh isi ka jawab dete hue kisi ne kaha tha ke I am large enough to contain all these contradictions.</w:t>
      </w:r>
    </w:p>
    <w:p>
      <w:pPr>
        <w:jc w:val="right"/>
      </w:pPr>
      <w:r>
        <w:t>تو اسی کا جواب دیتے ہوئے کسی نے کہا تھا کہ I am large enough to contain all these contradictions۔</w:t>
      </w:r>
    </w:p>
    <w:p>
      <w:r>
        <w:rPr>
          <w:b/>
        </w:rPr>
        <w:t xml:space="preserve">[07:09] </w:t>
      </w:r>
      <w:r>
        <w:t>ek aur dekhiye concept kya hai? Mutual understanding.</w:t>
      </w:r>
    </w:p>
    <w:p>
      <w:pPr>
        <w:jc w:val="right"/>
      </w:pPr>
      <w:r>
        <w:t>ایک اور دیکھیے concept کیا ہے؟ Mutual understanding۔</w:t>
      </w:r>
    </w:p>
    <w:p>
      <w:r>
        <w:rPr>
          <w:b/>
        </w:rPr>
        <w:t xml:space="preserve">[07:16] </w:t>
      </w:r>
      <w:r>
        <w:t>yaani har mazhab ko parho jankari ke liye, information ke liye. Yeh bhi</w:t>
      </w:r>
    </w:p>
    <w:p>
      <w:pPr>
        <w:jc w:val="right"/>
      </w:pPr>
      <w:r>
        <w:t>یعنی ہر مذہب کو پڑھو جانکاری کے لیے، information کے لیے۔ یہ بھی</w:t>
      </w:r>
    </w:p>
    <w:p>
      <w:r>
        <w:rPr>
          <w:b/>
        </w:rPr>
        <w:t xml:space="preserve">[07:22] </w:t>
      </w:r>
      <w:r>
        <w:t>koi bari baat nahi hai.</w:t>
      </w:r>
    </w:p>
    <w:p>
      <w:pPr>
        <w:jc w:val="right"/>
      </w:pPr>
      <w:r>
        <w:t>کوئی بڑی بات نہیں ہے۔</w:t>
      </w:r>
    </w:p>
    <w:p>
      <w:r>
        <w:rPr>
          <w:b/>
        </w:rPr>
        <w:t xml:space="preserve">[07:28] </w:t>
      </w:r>
      <w:r>
        <w:t>kyun ke is mein ek cheez lack kar rahi hai.</w:t>
      </w:r>
    </w:p>
    <w:p>
      <w:pPr>
        <w:jc w:val="right"/>
      </w:pPr>
      <w:r>
        <w:t>کیونکہ اس میں ایک چیز lack کر رہی ہے۔</w:t>
      </w:r>
    </w:p>
    <w:p>
      <w:r>
        <w:rPr>
          <w:b/>
        </w:rPr>
        <w:t xml:space="preserve">[07:34] </w:t>
      </w:r>
      <w:r>
        <w:t>woh hai intellectual development.</w:t>
      </w:r>
    </w:p>
    <w:p>
      <w:pPr>
        <w:jc w:val="right"/>
      </w:pPr>
      <w:r>
        <w:t>وہ ہے intellectual development۔</w:t>
      </w:r>
    </w:p>
    <w:p>
      <w:r>
        <w:rPr>
          <w:b/>
        </w:rPr>
        <w:t xml:space="preserve">[07:40] </w:t>
      </w:r>
      <w:r>
        <w:t>dekhein mazhab agar aap ke andar intellectual development na kare toh kis kaam ka hai aisa mazhab? Kis</w:t>
      </w:r>
    </w:p>
    <w:p>
      <w:pPr>
        <w:jc w:val="right"/>
      </w:pPr>
      <w:r>
        <w:t>دیکھیں مذہب اگر آپ کے اندر intellectual development نہ کرے تو کس کام کا ہے ایسا مذہب؟ کس</w:t>
      </w:r>
    </w:p>
    <w:p>
      <w:r>
        <w:rPr>
          <w:b/>
        </w:rPr>
        <w:t xml:space="preserve">[07:46] </w:t>
      </w:r>
      <w:r>
        <w:t>kaam ka? Toh yeh baatein woh log kehte hain jin ka mazhab ek ritual hai, ek just like appendix hai. Koi</w:t>
      </w:r>
    </w:p>
    <w:p>
      <w:pPr>
        <w:jc w:val="right"/>
      </w:pPr>
      <w:r>
        <w:t>کام کا؟ تو یہ باتیں وہ لوگ کہتے ہیں جن کا مذہب ایک ritual ہے، ایک just like appendix ہے۔ کوئی</w:t>
      </w:r>
    </w:p>
    <w:p>
      <w:r>
        <w:rPr>
          <w:b/>
        </w:rPr>
        <w:t xml:space="preserve">[07:52] </w:t>
      </w:r>
      <w:r>
        <w:t>ek forceful idea ke taur par nahi hai un ki zindagi mein shamil.</w:t>
      </w:r>
    </w:p>
    <w:p>
      <w:pPr>
        <w:jc w:val="right"/>
      </w:pPr>
      <w:r>
        <w:t>ایک forceful idea کے طور پر نہیں ہے ان کی زندگی میں شامل۔</w:t>
      </w:r>
    </w:p>
    <w:p>
      <w:r>
        <w:rPr>
          <w:b/>
        </w:rPr>
        <w:t xml:space="preserve">[07:58] </w:t>
      </w:r>
      <w:r>
        <w:t>toh woh bhi, woh bhi kuch nahi hai.</w:t>
      </w:r>
    </w:p>
    <w:p>
      <w:pPr>
        <w:jc w:val="right"/>
      </w:pPr>
      <w:r>
        <w:t>تو وہ بھی، وہ بھی کچھ نہیں ہے۔</w:t>
      </w:r>
    </w:p>
    <w:p>
      <w:r>
        <w:rPr>
          <w:b/>
        </w:rPr>
        <w:t xml:space="preserve">[08:04] </w:t>
      </w:r>
      <w:r>
        <w:t>toh mutual understanding apne aap mein achi cheez hai, lekin is mein bhi mazhab ka poora istemal nahi hota hai.</w:t>
      </w:r>
    </w:p>
    <w:p>
      <w:pPr>
        <w:jc w:val="right"/>
      </w:pPr>
      <w:r>
        <w:t>تو mutual understanding اپنے آپ میں اچھی چیز ہے، لیکن اس میں بھی مذہب کا پورا استعمال نہیں ہوتا ہے۔</w:t>
      </w:r>
    </w:p>
    <w:p>
      <w:r>
        <w:rPr>
          <w:b/>
        </w:rPr>
        <w:t xml:space="preserve">[08:10] </w:t>
      </w:r>
      <w:r>
        <w:t>aisi mutual respect, sirf mutual respect bhi mein samajhta hoon ke kafi nahi hai.</w:t>
      </w:r>
    </w:p>
    <w:p>
      <w:pPr>
        <w:jc w:val="right"/>
      </w:pPr>
      <w:r>
        <w:t>ایسی mutual respect، صرف mutual respect بھی میں سمجھتا ہوں کہ کافی نہیں ہے۔</w:t>
      </w:r>
    </w:p>
    <w:p>
      <w:r>
        <w:rPr>
          <w:b/>
        </w:rPr>
        <w:t xml:space="preserve">[08:17] </w:t>
      </w:r>
      <w:r>
        <w:t>mein samajhta hoon ke mazhab agar aap ko spiritual development</w:t>
      </w:r>
    </w:p>
    <w:p>
      <w:pPr>
        <w:jc w:val="right"/>
      </w:pPr>
      <w:r>
        <w:t>میں سمجھتا ہوں کہ مذہب اگر آپ کو spiritual development</w:t>
      </w:r>
    </w:p>
    <w:p>
      <w:r>
        <w:rPr>
          <w:b/>
        </w:rPr>
        <w:t xml:space="preserve">[08:23] </w:t>
      </w:r>
      <w:r>
        <w:t>na de, intellectual development na kare, to phir mazhab kya hai? aise mazhab ki zaroorat hi kya hai? is wajah se main manta hoon is jis ko, woh hai mutual learning. mutual learning. yani har mazhab ko parho learning barhane ke liye. to mutual, mutual respect, mutual understanding, mutual yeh sab jo mante hain log apni</w:t>
      </w:r>
    </w:p>
    <w:p>
      <w:pPr>
        <w:jc w:val="right"/>
      </w:pPr>
      <w:r>
        <w:t>نہ دے، intellectual development نہ کرے، تو پھر مذہب کیا ہے؟ ایسے مذہب کی ضرورت ہی کیا ہے؟ اس وجہ سے میں مانتا ہوں اس جس کو، وہ ہے mutual learning۔ Mutual learning۔ یعنی ہر مذہب کو پڑھو learning بڑھانے کے لیے۔ تو mutual، mutual respect، mutual understanding، mutual یہ سب جو مانتے ہیں لوگ اپنی</w:t>
      </w:r>
    </w:p>
    <w:p>
      <w:r>
        <w:rPr>
          <w:b/>
        </w:rPr>
        <w:t xml:space="preserve">[08:53] </w:t>
      </w:r>
      <w:r>
        <w:t>jagah par theek hai woh. lekin main zahiri taur par samajhta hoon sab se behtar hai mutual learning. har ek se seekhna. to mera yahi hai tareeqa. main comparative study of religion ko is liye manta hoon ke is mein aap ki learning barhti hai. aap ek cell mein nahi rehte. apne ko janne ke sath aap jo doosron ko jante hain, doos</w:t>
      </w:r>
    </w:p>
    <w:p>
      <w:pPr>
        <w:jc w:val="right"/>
      </w:pPr>
      <w:r>
        <w:t>جگہ پر ٹھیک ہے وہ۔ لیکن میں ظاہری طور پر سمجھتا ہوں سب سے بہتر ہے mutual learning۔ ہر ایک سے سیکھنا۔ تو میرا یہی ہے طریقہ۔ میں comparative study of religion کو اس لیے مانتا ہوں کہ اس میں آپ کی learning بڑھتی ہے۔ آپ ایک cell میں نہیں رہتے۔ اپنے کو جاننے کے ساتھ آپ جو دوسروں کو جانتے ہیں، دوس</w:t>
      </w:r>
    </w:p>
    <w:p>
      <w:r>
        <w:rPr>
          <w:b/>
        </w:rPr>
        <w:t xml:space="preserve">[09:23] </w:t>
      </w:r>
      <w:r>
        <w:t>ron se interact karte hain, doosron se discuss karte hain, doosron ki literature ko parhte hain, jis se aap ki learning barhti hai. to main isi ko manta hoon. yani main samajhta hoon ke meri poori poori zindagi mein yeh cheez shamil hai ke maine bohat seekha doosre mazhabon se. bohat seekha. sawal yeh nahi ke aap ka mazhab sachaa hai, doosra mazhab sachaa nahi hai. yeh ek irrelevant baat hai. aap khud kya pa rahe hain? khud aap</w:t>
      </w:r>
    </w:p>
    <w:p>
      <w:pPr>
        <w:jc w:val="right"/>
      </w:pPr>
      <w:r>
        <w:t>روں سے interact کرتے ہیں، دوسروں سے discuss کرتے ہیں، دوسروں کی literature کو پڑھتے ہیں، جس سے آپ کی learning بڑھتی ہے۔ تو میں اسی کو مانتا ہوں۔ یعنی میں سمجھتا ہوں کہ میری پوری پوری زندگی میں یہ چیز شامل ہے کہ میں نے بہت سیکھا دوسرے مذہبوں سے۔ بہت سیکھا۔ سوال یہ نہیں کہ آپ کا مذہب سچا ہے، دوسرا مذہب سچا نہیں ہے۔ یہ ایک irrelevant بات ہے۔ آپ خود کیا پا رہے ہیں؟ خود آپ</w:t>
      </w:r>
    </w:p>
    <w:p>
      <w:r>
        <w:rPr>
          <w:b/>
        </w:rPr>
        <w:t xml:space="preserve">[09:53] </w:t>
      </w:r>
      <w:r>
        <w:t>ko kya mil raha hai? Yeh, yeh, yeh, yeh primary question hai.</w:t>
      </w:r>
    </w:p>
    <w:p>
      <w:pPr>
        <w:jc w:val="right"/>
      </w:pPr>
      <w:r>
        <w:t>کو کیا مل رہا ہے؟ یہ، یہ، یہ، یہ primary question ہے۔</w:t>
      </w:r>
    </w:p>
    <w:p>
      <w:r>
        <w:rPr>
          <w:b/>
        </w:rPr>
        <w:t xml:space="preserve">[09:57] </w:t>
      </w:r>
      <w:r>
        <w:t>yeh woh toh secondary question hai.</w:t>
      </w:r>
    </w:p>
    <w:p>
      <w:pPr>
        <w:jc w:val="right"/>
      </w:pPr>
      <w:r>
        <w:t>یہ وہ تو سیکنڈری question ہے۔</w:t>
      </w:r>
    </w:p>
    <w:p>
      <w:r>
        <w:rPr>
          <w:b/>
        </w:rPr>
        <w:t xml:space="preserve">[10:01] </w:t>
      </w:r>
      <w:r>
        <w:t>toh aap ko milna chahiye.</w:t>
      </w:r>
    </w:p>
    <w:p>
      <w:pPr>
        <w:jc w:val="right"/>
      </w:pPr>
      <w:r>
        <w:t>تو آپ کو ملنا چاہیے۔</w:t>
      </w:r>
    </w:p>
    <w:p>
      <w:r>
        <w:rPr>
          <w:b/>
        </w:rPr>
        <w:t xml:space="preserve">[10:05] </w:t>
      </w:r>
      <w:r>
        <w:t>toh mein samajhta hoon ke meri poori zindagi mein is tarah ki misalein hain jis mein ke mein</w:t>
      </w:r>
    </w:p>
    <w:p>
      <w:pPr>
        <w:jc w:val="right"/>
      </w:pPr>
      <w:r>
        <w:t>تو میں سمجھتا ہوں کہ میری پوری زندگی میں اس طرح کی مثالیں ہیں جس میں کہ میں</w:t>
      </w:r>
    </w:p>
    <w:p>
      <w:r>
        <w:rPr>
          <w:b/>
        </w:rPr>
        <w:t xml:space="preserve">[10:10] </w:t>
      </w:r>
      <w:r>
        <w:t>ne doosron se seekha.</w:t>
      </w:r>
    </w:p>
    <w:p>
      <w:pPr>
        <w:jc w:val="right"/>
      </w:pPr>
      <w:r>
        <w:t>نے دوسروں سے سیکھا۔</w:t>
      </w:r>
    </w:p>
    <w:p>
      <w:r>
        <w:rPr>
          <w:b/>
        </w:rPr>
        <w:t xml:space="preserve">[10:14] </w:t>
      </w:r>
      <w:r>
        <w:t>lekin dekhiye, is tarah ka mazhabi mutalia jo hai, jo mein keh raha hoon, mutual learning wala, is</w:t>
      </w:r>
    </w:p>
    <w:p>
      <w:pPr>
        <w:jc w:val="right"/>
      </w:pPr>
      <w:r>
        <w:t>لیکن دیکھیے، اس طرح کا مذہبی مطالعہ جو ہے، جو میں کہہ رہا ہوں، mutual learning والا، اس</w:t>
      </w:r>
    </w:p>
    <w:p>
      <w:r>
        <w:rPr>
          <w:b/>
        </w:rPr>
        <w:t xml:space="preserve">[10:18] </w:t>
      </w:r>
      <w:r>
        <w:t>ki ek bohat bari shart hai, ek</w:t>
      </w:r>
    </w:p>
    <w:p>
      <w:pPr>
        <w:jc w:val="right"/>
      </w:pPr>
      <w:r>
        <w:t>کی ایک بہت بڑی شرط ہے، ایک</w:t>
      </w:r>
    </w:p>
    <w:p>
      <w:r>
        <w:rPr>
          <w:b/>
        </w:rPr>
        <w:t xml:space="preserve">[10:23] </w:t>
      </w:r>
      <w:r>
        <w:t>condition۔</w:t>
      </w:r>
    </w:p>
    <w:p>
      <w:pPr>
        <w:jc w:val="right"/>
      </w:pPr>
      <w:r>
        <w:t>condition۔</w:t>
      </w:r>
    </w:p>
    <w:p>
      <w:r>
        <w:rPr>
          <w:b/>
        </w:rPr>
        <w:t xml:space="preserve">[10:26] </w:t>
      </w:r>
      <w:r>
        <w:t>woh kya hai? poori tarah unwise hona۔</w:t>
      </w:r>
    </w:p>
    <w:p>
      <w:pPr>
        <w:jc w:val="right"/>
      </w:pPr>
      <w:r>
        <w:t>وہ کیا ہے؟ پوری طرح unwise ہونا۔</w:t>
      </w:r>
    </w:p>
    <w:p>
      <w:r>
        <w:rPr>
          <w:b/>
        </w:rPr>
        <w:t xml:space="preserve">[10:29] </w:t>
      </w:r>
      <w:r>
        <w:t>poori tarah ta'assub se khaali hona۔</w:t>
      </w:r>
    </w:p>
    <w:p>
      <w:pPr>
        <w:jc w:val="right"/>
      </w:pPr>
      <w:r>
        <w:t>پوری طرح تعصب سے خالی ہونا۔</w:t>
      </w:r>
    </w:p>
    <w:p>
      <w:r>
        <w:rPr>
          <w:b/>
        </w:rPr>
        <w:t xml:space="preserve">[10:33] </w:t>
      </w:r>
      <w:r>
        <w:t>warna kuch nahi kar sakte aap۔</w:t>
      </w:r>
    </w:p>
    <w:p>
      <w:pPr>
        <w:jc w:val="right"/>
      </w:pPr>
      <w:r>
        <w:t>ورنہ کچھ نہیں کر سکتے آپ۔</w:t>
      </w:r>
    </w:p>
    <w:p>
      <w:r>
        <w:rPr>
          <w:b/>
        </w:rPr>
        <w:t xml:space="preserve">[10:36] </w:t>
      </w:r>
      <w:r>
        <w:t>aur yeh bohat mushkil cheez hai۔</w:t>
      </w:r>
    </w:p>
    <w:p>
      <w:pPr>
        <w:jc w:val="right"/>
      </w:pPr>
      <w:r>
        <w:t>اور یہ بہت مشکل چیز ہے۔</w:t>
      </w:r>
    </w:p>
    <w:p>
      <w:r>
        <w:rPr>
          <w:b/>
        </w:rPr>
        <w:t xml:space="preserve">[10:39] </w:t>
      </w:r>
      <w:r>
        <w:t>saare log jo hain ta'assub mein jeete hain۔</w:t>
      </w:r>
    </w:p>
    <w:p>
      <w:pPr>
        <w:jc w:val="right"/>
      </w:pPr>
      <w:r>
        <w:t>سارے لوگ جو ہیں تعصب میں جیتے ہیں۔</w:t>
      </w:r>
    </w:p>
    <w:p>
      <w:r>
        <w:rPr>
          <w:b/>
        </w:rPr>
        <w:t xml:space="preserve">[10:43] </w:t>
      </w:r>
      <w:r>
        <w:t>ta'assub mein apne mazhab se mohabbat, doosre mazhab se nafrat۔</w:t>
      </w:r>
    </w:p>
    <w:p>
      <w:pPr>
        <w:jc w:val="right"/>
      </w:pPr>
      <w:r>
        <w:t>تعصب میں اپنے مذہب سے محبت، دوسرے مذہب سے نفرت۔</w:t>
      </w:r>
    </w:p>
    <w:p>
      <w:r>
        <w:rPr>
          <w:b/>
        </w:rPr>
        <w:t xml:space="preserve">[10:46] </w:t>
      </w:r>
      <w:r>
        <w:t>aur apne mazhab ko superior samajhna, doosre ko inferior samajhna۔</w:t>
      </w:r>
    </w:p>
    <w:p>
      <w:pPr>
        <w:jc w:val="right"/>
      </w:pPr>
      <w:r>
        <w:t>اور اپنے مذہب کو superior سمجھنا، دوسرے کو inferior سمجھنا۔</w:t>
      </w:r>
    </w:p>
    <w:p>
      <w:r>
        <w:rPr>
          <w:b/>
        </w:rPr>
        <w:t xml:space="preserve">[10:49] </w:t>
      </w:r>
      <w:r>
        <w:t>toh yeh le kar ke</w:t>
      </w:r>
    </w:p>
    <w:p>
      <w:pPr>
        <w:jc w:val="right"/>
      </w:pPr>
      <w:r>
        <w:t>تو یہ لے کر کے</w:t>
      </w:r>
    </w:p>
    <w:p>
      <w:r>
        <w:rPr>
          <w:b/>
        </w:rPr>
        <w:t xml:space="preserve">[10:53] </w:t>
      </w:r>
      <w:r>
        <w:t>kuch nahi hoga۔</w:t>
      </w:r>
    </w:p>
    <w:p>
      <w:pPr>
        <w:jc w:val="right"/>
      </w:pPr>
      <w:r>
        <w:t>کچھ نہیں ہوگا۔</w:t>
      </w:r>
    </w:p>
    <w:p>
      <w:r>
        <w:rPr>
          <w:b/>
        </w:rPr>
        <w:t xml:space="preserve">[10:57] </w:t>
      </w:r>
      <w:r>
        <w:t>aap ko yeh maante hue ke jis mazhab ko maine discover kiya hai, jis mazhab ko main</w:t>
      </w:r>
    </w:p>
    <w:p>
      <w:pPr>
        <w:jc w:val="right"/>
      </w:pPr>
      <w:r>
        <w:t>آپ کو یہ مانتے ہوئے کہ جس مذہب کو میں نے discover کیا ہے، جس مذہب کو میں</w:t>
      </w:r>
    </w:p>
    <w:p>
      <w:r>
        <w:rPr>
          <w:b/>
        </w:rPr>
        <w:t xml:space="preserve">[11:02] </w:t>
      </w:r>
      <w:r>
        <w:t>ne jaana hai, woh sacha mazhab hai, usi ke saath aap ke andar bohat zabardast yeh baat ho</w:t>
      </w:r>
    </w:p>
    <w:p>
      <w:pPr>
        <w:jc w:val="right"/>
      </w:pPr>
      <w:r>
        <w:t>نے جانا ہے، وہ سچا مذہب ہے، اسی کے ساتھ آپ کے اندر بہت زبردست یہ بات ہو</w:t>
      </w:r>
    </w:p>
    <w:p>
      <w:r>
        <w:rPr>
          <w:b/>
        </w:rPr>
        <w:t xml:space="preserve">[11:06] </w:t>
      </w:r>
      <w:r>
        <w:t>ke aap ta'assub se khaali hon۔</w:t>
      </w:r>
    </w:p>
    <w:p>
      <w:pPr>
        <w:jc w:val="right"/>
      </w:pPr>
      <w:r>
        <w:t>کہ آپ تعصب سے خالی ہوں۔</w:t>
      </w:r>
    </w:p>
    <w:p>
      <w:r>
        <w:rPr>
          <w:b/>
        </w:rPr>
        <w:t xml:space="preserve">[11:10] </w:t>
      </w:r>
      <w:r>
        <w:t>har qism ke prejudice se khaali hon۔</w:t>
      </w:r>
    </w:p>
    <w:p>
      <w:pPr>
        <w:jc w:val="right"/>
      </w:pPr>
      <w:r>
        <w:t>ہر قسم کے prejudice سے خالی ہوں۔</w:t>
      </w:r>
    </w:p>
    <w:p>
      <w:r>
        <w:rPr>
          <w:b/>
        </w:rPr>
        <w:t xml:space="preserve">[11:15] </w:t>
      </w:r>
      <w:r>
        <w:t>nahi toh aap nahi seekh sakte۔</w:t>
      </w:r>
    </w:p>
    <w:p>
      <w:pPr>
        <w:jc w:val="right"/>
      </w:pPr>
      <w:r>
        <w:t>نہیں تو آپ نہیں سیکھ سکتے۔</w:t>
      </w:r>
    </w:p>
    <w:p>
      <w:r>
        <w:rPr>
          <w:b/>
        </w:rPr>
        <w:t xml:space="preserve">[11:19] </w:t>
      </w:r>
      <w:r>
        <w:t>seekhne ka darwaza band reh jayega۔</w:t>
      </w:r>
    </w:p>
    <w:p>
      <w:pPr>
        <w:jc w:val="right"/>
      </w:pPr>
      <w:r>
        <w:t>سیکھنے کا دروازہ بند رہ جائے گا۔</w:t>
      </w:r>
    </w:p>
    <w:p>
      <w:r>
        <w:rPr>
          <w:b/>
        </w:rPr>
        <w:t xml:space="preserve">[11:24] </w:t>
      </w:r>
      <w:r>
        <w:t>jaise main aap ko ek misaal deta hoon۔</w:t>
      </w:r>
    </w:p>
    <w:p>
      <w:pPr>
        <w:jc w:val="right"/>
      </w:pPr>
      <w:r>
        <w:t>جیسے میں آپ کو ایک مثال دیتا ہوں۔</w:t>
      </w:r>
    </w:p>
    <w:p>
      <w:r>
        <w:rPr>
          <w:b/>
        </w:rPr>
        <w:t xml:space="preserve">[11:29] </w:t>
      </w:r>
      <w:r>
        <w:t>bohat kuch misalein doonga inshallah۔</w:t>
      </w:r>
    </w:p>
    <w:p>
      <w:pPr>
        <w:jc w:val="right"/>
      </w:pPr>
      <w:r>
        <w:t>بہت کچھ مثالیں دوں گا انشاءاللہ۔</w:t>
      </w:r>
    </w:p>
    <w:p>
      <w:r>
        <w:rPr>
          <w:b/>
        </w:rPr>
        <w:t xml:space="preserve">[11:34] </w:t>
      </w:r>
      <w:r>
        <w:t>toh bohat pehle maine jo aala nehru ki ek parha, ek interview, us mein unhon ne sab</w:t>
      </w:r>
    </w:p>
    <w:p>
      <w:pPr>
        <w:jc w:val="right"/>
      </w:pPr>
      <w:r>
        <w:t>تو بہت پہلے میں نے جو اعلیٰ نہرو کی ایک پڑھا، ایک انٹرویو، اس میں انہوں نے سب</w:t>
      </w:r>
    </w:p>
    <w:p>
      <w:r>
        <w:rPr>
          <w:b/>
        </w:rPr>
        <w:t xml:space="preserve">[11:39] </w:t>
      </w:r>
      <w:r>
        <w:t>mazahib ko woh kar diya tha۔</w:t>
      </w:r>
    </w:p>
    <w:p>
      <w:pPr>
        <w:jc w:val="right"/>
      </w:pPr>
      <w:r>
        <w:t>مذہبوں کو وہ کر دیا تھا۔</w:t>
      </w:r>
    </w:p>
    <w:p>
      <w:r>
        <w:rPr>
          <w:b/>
        </w:rPr>
        <w:t xml:space="preserve">[11:44] </w:t>
      </w:r>
      <w:r>
        <w:t>yaani radd kar diya tha ke main mazhab ko nahi manta۔</w:t>
      </w:r>
    </w:p>
    <w:p>
      <w:pPr>
        <w:jc w:val="right"/>
      </w:pPr>
      <w:r>
        <w:t>یعنی رد کر دیا تھا کہ میں مذہب کو نہیں مانتا۔</w:t>
      </w:r>
    </w:p>
    <w:p>
      <w:r>
        <w:rPr>
          <w:b/>
        </w:rPr>
        <w:t xml:space="preserve">[11:49] </w:t>
      </w:r>
      <w:r>
        <w:t>haan, sirf ek mazhab ko manta hoon, woh hai buddhism. kyun?</w:t>
      </w:r>
    </w:p>
    <w:p>
      <w:pPr>
        <w:jc w:val="right"/>
      </w:pPr>
      <w:r>
        <w:t>ہاں، صرف ایک مذہب کو مانتا ہوں، وہ ہے بدھزم۔ کیوں؟</w:t>
      </w:r>
    </w:p>
    <w:p>
      <w:r>
        <w:rPr>
          <w:b/>
        </w:rPr>
        <w:t xml:space="preserve">[11:54] </w:t>
      </w:r>
      <w:r>
        <w:t>woh hai godless religion۔</w:t>
      </w:r>
    </w:p>
    <w:p>
      <w:pPr>
        <w:jc w:val="right"/>
      </w:pPr>
      <w:r>
        <w:t>وہ ہے godless religion۔</w:t>
      </w:r>
    </w:p>
    <w:p>
      <w:r>
        <w:rPr>
          <w:b/>
        </w:rPr>
        <w:t xml:space="preserve">[11:58] </w:t>
      </w:r>
      <w:r>
        <w:t>un ka kehna yeh tha ke yeh mazahib jo hain khuda par base karte hain, toh yeh mere</w:t>
      </w:r>
    </w:p>
    <w:p>
      <w:pPr>
        <w:jc w:val="right"/>
      </w:pPr>
      <w:r>
        <w:t>ان کا کہنا یہ تھا کہ یہ مذاہب جو ہیں خدا پر base کرتے ہیں، تو یہ میرے</w:t>
      </w:r>
    </w:p>
    <w:p>
      <w:r>
        <w:rPr>
          <w:b/>
        </w:rPr>
        <w:t xml:space="preserve">[12:02] </w:t>
      </w:r>
      <w:r>
        <w:t>samajh mein nahi aata۔</w:t>
      </w:r>
    </w:p>
    <w:p>
      <w:pPr>
        <w:jc w:val="right"/>
      </w:pPr>
      <w:r>
        <w:t>سمجھ میں نہیں آتا۔</w:t>
      </w:r>
    </w:p>
    <w:p>
      <w:r>
        <w:rPr>
          <w:b/>
        </w:rPr>
        <w:t xml:space="preserve">[12:05] </w:t>
      </w:r>
      <w:r>
        <w:t>kyunke main ek secular aadmi hoon.</w:t>
      </w:r>
    </w:p>
    <w:p>
      <w:pPr>
        <w:jc w:val="right"/>
      </w:pPr>
      <w:r>
        <w:t>کیونکہ میں ایک سیکولر آدمی ہوں۔</w:t>
      </w:r>
    </w:p>
    <w:p>
      <w:r>
        <w:rPr>
          <w:b/>
        </w:rPr>
        <w:t xml:space="preserve">[12:09] </w:t>
      </w:r>
      <w:r>
        <w:t>to main budhism ko maanta hoon.</w:t>
      </w:r>
    </w:p>
    <w:p>
      <w:pPr>
        <w:jc w:val="right"/>
      </w:pPr>
      <w:r>
        <w:t>تو میں بدھزم کو مانتا ہوں۔</w:t>
      </w:r>
    </w:p>
    <w:p>
      <w:r>
        <w:rPr>
          <w:b/>
        </w:rPr>
        <w:t xml:space="preserve">[12:13] </w:t>
      </w:r>
      <w:r>
        <w:t>kyunke woh godless religion hai.</w:t>
      </w:r>
    </w:p>
    <w:p>
      <w:pPr>
        <w:jc w:val="right"/>
      </w:pPr>
      <w:r>
        <w:t>کیونکہ وہ godless religion ہے۔</w:t>
      </w:r>
    </w:p>
    <w:p>
      <w:r>
        <w:rPr>
          <w:b/>
        </w:rPr>
        <w:t xml:space="preserve">[12:17] </w:t>
      </w:r>
      <w:r>
        <w:t>ab yahan par agar main bhadak jaata, farz kiijiye, aur unki kitaabein na padhta, to mujhe kuch</w:t>
      </w:r>
    </w:p>
    <w:p>
      <w:pPr>
        <w:jc w:val="right"/>
      </w:pPr>
      <w:r>
        <w:t>اب یہاں پر اگر میں بھڑک جاتا، فرض کیجیے، اور ان کی کتابیں نہ پڑھتا، تو مجھے کچھ</w:t>
      </w:r>
    </w:p>
    <w:p>
      <w:r>
        <w:rPr>
          <w:b/>
        </w:rPr>
        <w:t xml:space="preserve">[12:21] </w:t>
      </w:r>
      <w:r>
        <w:t>na milta? agar main na padhta</w:t>
      </w:r>
    </w:p>
    <w:p>
      <w:pPr>
        <w:jc w:val="right"/>
      </w:pPr>
      <w:r>
        <w:t>نہ ملتا؟ اگر میں نہ پڑھتا</w:t>
      </w:r>
    </w:p>
    <w:p>
      <w:r>
        <w:rPr>
          <w:b/>
        </w:rPr>
        <w:t xml:space="preserve">[12:24] </w:t>
      </w:r>
      <w:r>
        <w:t>unki kitaabein, aur bhadak jaata, to kuch na milta.</w:t>
      </w:r>
    </w:p>
    <w:p>
      <w:pPr>
        <w:jc w:val="right"/>
      </w:pPr>
      <w:r>
        <w:t>ان کی کتابیں، اور بھڑک جاتا، تو کچھ نہ ملتا۔</w:t>
      </w:r>
    </w:p>
    <w:p>
      <w:r>
        <w:rPr>
          <w:b/>
        </w:rPr>
        <w:t xml:space="preserve">[12:29] </w:t>
      </w:r>
      <w:r>
        <w:t>lekin main padhta raha, padhta raha, padhta raha.</w:t>
      </w:r>
    </w:p>
    <w:p>
      <w:pPr>
        <w:jc w:val="right"/>
      </w:pPr>
      <w:r>
        <w:t>لیکن میں پڑھتا رہا، پڑھتا رہا، پڑھتا رہا۔</w:t>
      </w:r>
    </w:p>
    <w:p>
      <w:r>
        <w:rPr>
          <w:b/>
        </w:rPr>
        <w:t xml:space="preserve">[12:35] </w:t>
      </w:r>
      <w:r>
        <w:t>to yahan main ek bahut badi cheez maine unke haan paai, jo kisi muslim kitaab mein</w:t>
      </w:r>
    </w:p>
    <w:p>
      <w:pPr>
        <w:jc w:val="right"/>
      </w:pPr>
      <w:r>
        <w:t>تو یہاں میں ایک بہت بڑی چیز میں نے ان کے ہاں پائی، جو کسی مسلم کتاب میں</w:t>
      </w:r>
    </w:p>
    <w:p>
      <w:r>
        <w:rPr>
          <w:b/>
        </w:rPr>
        <w:t xml:space="preserve">[12:40] </w:t>
      </w:r>
      <w:r>
        <w:t>nahin mili thi mujh ko.</w:t>
      </w:r>
    </w:p>
    <w:p>
      <w:pPr>
        <w:jc w:val="right"/>
      </w:pPr>
      <w:r>
        <w:t>نہیں ملی تھی مجھ کو۔</w:t>
      </w:r>
    </w:p>
    <w:p>
      <w:r>
        <w:rPr>
          <w:b/>
        </w:rPr>
        <w:t xml:space="preserve">[12:45] </w:t>
      </w:r>
      <w:r>
        <w:t>bahut unhone likha hai ke Muhammad bin Muhammad bin Muhammad qasim jo tha, Muhammad bin qasim, saatveen</w:t>
      </w:r>
    </w:p>
    <w:p>
      <w:pPr>
        <w:jc w:val="right"/>
      </w:pPr>
      <w:r>
        <w:t>بہت انہوں نے لکھا ہے کہ محمد بن محمد ابن محمد قاسم جو تھا، محمد بن قاسم، ساتویں</w:t>
      </w:r>
    </w:p>
    <w:p>
      <w:r>
        <w:rPr>
          <w:b/>
        </w:rPr>
        <w:t xml:space="preserve">[12:50] </w:t>
      </w:r>
      <w:r>
        <w:t>sadi mein india mein aa gaya tha woh.</w:t>
      </w:r>
    </w:p>
    <w:p>
      <w:pPr>
        <w:jc w:val="right"/>
      </w:pPr>
      <w:r>
        <w:t>صدی میں انڈیا میں آ گیا تھا وہ۔</w:t>
      </w:r>
    </w:p>
    <w:p>
      <w:r>
        <w:rPr>
          <w:b/>
        </w:rPr>
        <w:t xml:space="preserve">[12:56] </w:t>
      </w:r>
      <w:r>
        <w:t>kyunke woh tabai tha.</w:t>
      </w:r>
    </w:p>
    <w:p>
      <w:pPr>
        <w:jc w:val="right"/>
      </w:pPr>
      <w:r>
        <w:t>کیونکہ وہ تابعی تھا۔</w:t>
      </w:r>
    </w:p>
    <w:p>
      <w:r>
        <w:rPr>
          <w:b/>
        </w:rPr>
        <w:t xml:space="preserve">[13:02] </w:t>
      </w:r>
      <w:r>
        <w:t>lekin is ke baad teen sau saal tak islam ka advancement india mein ruka raha.</w:t>
      </w:r>
    </w:p>
    <w:p>
      <w:pPr>
        <w:jc w:val="right"/>
      </w:pPr>
      <w:r>
        <w:t>لیکن اس کے بعد تین سو سال تک اسلام کا advancement انڈیا میں رکا رہا۔</w:t>
      </w:r>
    </w:p>
    <w:p>
      <w:r>
        <w:rPr>
          <w:b/>
        </w:rPr>
        <w:t xml:space="preserve">[13:08] </w:t>
      </w:r>
      <w:r>
        <w:t>aisa kyun hua? ke woh daakhil hoga india mein ek dam shuru mein, early period mein.</w:t>
      </w:r>
    </w:p>
    <w:p>
      <w:pPr>
        <w:jc w:val="right"/>
      </w:pPr>
      <w:r>
        <w:t>ایسا کیوں ہوا؟ کہ وہ داخل ہوگا انڈیا میں ایک دم شروع میں، early period میں۔</w:t>
      </w:r>
    </w:p>
    <w:p>
      <w:r>
        <w:rPr>
          <w:b/>
        </w:rPr>
        <w:t xml:space="preserve">[13:14] </w:t>
      </w:r>
      <w:r>
        <w:t>aur is ke baad yeh sahib ka advancement hi nahin hua yahan.</w:t>
      </w:r>
    </w:p>
    <w:p>
      <w:pPr>
        <w:jc w:val="right"/>
      </w:pPr>
      <w:r>
        <w:t>اور اس کے بعد یہ صاحب کا advancement ہی نہیں ہوا یہاں۔</w:t>
      </w:r>
    </w:p>
    <w:p>
      <w:r>
        <w:rPr>
          <w:b/>
        </w:rPr>
        <w:t xml:space="preserve">[13:20] </w:t>
      </w:r>
      <w:r>
        <w:t>to unhone likha hai ek baat jo</w:t>
      </w:r>
    </w:p>
    <w:p>
      <w:pPr>
        <w:jc w:val="right"/>
      </w:pPr>
      <w:r>
        <w:t>تو انہوں نے لکھا ہے ایک بات جو</w:t>
      </w:r>
    </w:p>
    <w:p>
      <w:r>
        <w:rPr>
          <w:b/>
        </w:rPr>
        <w:t xml:space="preserve">[13:26] </w:t>
      </w:r>
      <w:r>
        <w:t>unhi ke haan maine paai ke is ka raaz yeh tha ke wahan jo Suleman khalifa, Suleman</w:t>
      </w:r>
    </w:p>
    <w:p>
      <w:pPr>
        <w:jc w:val="right"/>
      </w:pPr>
      <w:r>
        <w:t>انہی کے ہاں میں نے پائی کہ اس کا راز یہ تھا کہ وہاں جو سلیمان خلیفہ، سلیمان</w:t>
      </w:r>
    </w:p>
    <w:p>
      <w:r>
        <w:rPr>
          <w:b/>
        </w:rPr>
        <w:t xml:space="preserve">[13:31] </w:t>
      </w:r>
      <w:r>
        <w:t>jo tha wahan, umavi, woh kisi wajah se khafa ho gaya Muhammad qasim par.</w:t>
      </w:r>
    </w:p>
    <w:p>
      <w:pPr>
        <w:jc w:val="right"/>
      </w:pPr>
      <w:r>
        <w:t>جو تھا وہاں، اموی، وہ کسی وجہ سے خفا ہو گیا محمد قاسم پر۔</w:t>
      </w:r>
    </w:p>
    <w:p>
      <w:r>
        <w:rPr>
          <w:b/>
        </w:rPr>
        <w:t xml:space="preserve">[13:36] </w:t>
      </w:r>
      <w:r>
        <w:t>aur us ko wapas bula kar jail mein band kar diya.</w:t>
      </w:r>
    </w:p>
    <w:p>
      <w:pPr>
        <w:jc w:val="right"/>
      </w:pPr>
      <w:r>
        <w:t>اور اس کو واپس بلا کر جیل میں بند کر دیا۔</w:t>
      </w:r>
    </w:p>
    <w:p>
      <w:r>
        <w:rPr>
          <w:b/>
        </w:rPr>
        <w:t xml:space="preserve">[13:41] </w:t>
      </w:r>
      <w:r>
        <w:t>yaani sindh tak aaya tha woh.</w:t>
      </w:r>
    </w:p>
    <w:p>
      <w:pPr>
        <w:jc w:val="right"/>
      </w:pPr>
      <w:r>
        <w:t>یعنی سندھ تک آیا تھا وہ۔</w:t>
      </w:r>
    </w:p>
    <w:p>
      <w:r>
        <w:rPr>
          <w:b/>
        </w:rPr>
        <w:t xml:space="preserve">[13:46] </w:t>
      </w:r>
      <w:r>
        <w:t>to sindh tak aaya tha, us ko wahan se letter aaya ke tum wapas aa jao.</w:t>
      </w:r>
    </w:p>
    <w:p>
      <w:pPr>
        <w:jc w:val="right"/>
      </w:pPr>
      <w:r>
        <w:t>تو سندھ تک آیا تھا، اس کو وہاں سے letter آیا کہ تم واپس آ جاؤ۔</w:t>
      </w:r>
    </w:p>
    <w:p>
      <w:r>
        <w:rPr>
          <w:b/>
        </w:rPr>
        <w:t xml:space="preserve">[13:51] </w:t>
      </w:r>
      <w:r>
        <w:t>us ko band kar diya. to</w:t>
      </w:r>
    </w:p>
    <w:p>
      <w:pPr>
        <w:jc w:val="right"/>
      </w:pPr>
      <w:r>
        <w:t>اس کو بند کر دیا۔ تو</w:t>
      </w:r>
    </w:p>
    <w:p>
      <w:r>
        <w:rPr>
          <w:b/>
        </w:rPr>
        <w:t xml:space="preserve">[13:56] </w:t>
      </w:r>
      <w:r>
        <w:t>is ke baad woh process ruk gaya. is tarah Islam ka jo advancement ho raha tha, woh process ruk gaya. to unhon ne is mein yeh baat likhi hai ke political differences kitne harmful hain ke religion ka advancement ruk gaya. yani political differences sirf political nahi hote. is ki wajah se kya hota hai? academic taraqqi ruk jati hai. mazhabi taraqqi ruk jati hai. har taraqqi ruk jati hai political differences se</w:t>
      </w:r>
    </w:p>
    <w:p>
      <w:pPr>
        <w:jc w:val="right"/>
      </w:pPr>
      <w:r>
        <w:t>اس کے بعد وہ process رک گیا۔ اس طرح اسلام کا جو advancement ہو رہا تھا، وہ process رک گیا۔ تو انہوں نے اس میں یہ بات لکھی ہے کہ political differences کتنے harmful ہیں کہ religion کا advancement رک گیا۔ یعنی political differences صرف political نہیں ہوتے۔ اس کی وجہ سے کیا ہوتا ہے؟ academic ترقی رک جاتی ہے۔ مذہبی ترقی رک جاتی ہے۔ ہر ترقی رک جاتی ہے political differences سے</w:t>
      </w:r>
    </w:p>
    <w:p>
      <w:r>
        <w:rPr>
          <w:b/>
        </w:rPr>
        <w:t xml:space="preserve">[14:26] </w:t>
      </w:r>
      <w:r>
        <w:t>—</w:t>
      </w:r>
    </w:p>
    <w:p>
      <w:pPr>
        <w:jc w:val="right"/>
      </w:pPr>
      <w:r>
        <w:t>۔</w:t>
      </w:r>
    </w:p>
    <w:p>
      <w:r>
        <w:rPr>
          <w:b/>
        </w:rPr>
        <w:t xml:space="preserve">[14:30] </w:t>
      </w:r>
      <w:r>
        <w:t>to kuch political differences the Muhammad qasim mein aur Suleman khalifa Suleman mein.</w:t>
      </w:r>
    </w:p>
    <w:p>
      <w:pPr>
        <w:jc w:val="right"/>
      </w:pPr>
      <w:r>
        <w:t>تو کچھ political differences تھے محمد قاسم میں اور سلیمان خلیفہ سلیمان میں۔</w:t>
      </w:r>
    </w:p>
    <w:p>
      <w:r>
        <w:rPr>
          <w:b/>
        </w:rPr>
        <w:t xml:space="preserve">[14:34] </w:t>
      </w:r>
      <w:r>
        <w:t>is ke baad us ne, us ne wapas bula liya india se.</w:t>
      </w:r>
    </w:p>
    <w:p>
      <w:pPr>
        <w:jc w:val="right"/>
      </w:pPr>
      <w:r>
        <w:t>اس کے بعد اس نے، اس نے واپس بلا لیا انڈیا سے۔</w:t>
      </w:r>
    </w:p>
    <w:p>
      <w:r>
        <w:rPr>
          <w:b/>
        </w:rPr>
        <w:t xml:space="preserve">[14:39] </w:t>
      </w:r>
      <w:r>
        <w:t>to woh ek political step tha bazahir.</w:t>
      </w:r>
    </w:p>
    <w:p>
      <w:pPr>
        <w:jc w:val="right"/>
      </w:pPr>
      <w:r>
        <w:t>تو وہ ایک political step تھا بظاہر۔</w:t>
      </w:r>
    </w:p>
    <w:p>
      <w:r>
        <w:rPr>
          <w:b/>
        </w:rPr>
        <w:t xml:space="preserve">[14:43] </w:t>
      </w:r>
      <w:r>
        <w:t>lekin islam ka advancement sadiyon tak ruk gaya.</w:t>
      </w:r>
    </w:p>
    <w:p>
      <w:pPr>
        <w:jc w:val="right"/>
      </w:pPr>
      <w:r>
        <w:t>لیکن اسلام کا advancement صدیوں تک رک گیا۔</w:t>
      </w:r>
    </w:p>
    <w:p>
      <w:r>
        <w:rPr>
          <w:b/>
        </w:rPr>
        <w:t xml:space="preserve">[14:47] </w:t>
      </w:r>
      <w:r>
        <w:t>to yeh maine unhi ke haan paai.</w:t>
      </w:r>
    </w:p>
    <w:p>
      <w:pPr>
        <w:jc w:val="right"/>
      </w:pPr>
      <w:r>
        <w:t>تو یہ میں نے انہی کے ہاں پائی۔</w:t>
      </w:r>
    </w:p>
    <w:p>
      <w:r>
        <w:rPr>
          <w:b/>
        </w:rPr>
        <w:t xml:space="preserve">[14:52] </w:t>
      </w:r>
      <w:r>
        <w:t>agar bhadak jata to kaise pata mein? aise hi dekhiye.</w:t>
      </w:r>
    </w:p>
    <w:p>
      <w:pPr>
        <w:jc w:val="right"/>
      </w:pPr>
      <w:r>
        <w:t>اگر بھڑک جاتا تو کیسے پاتا میں؟ ایسے ہی دیکھیے۔</w:t>
      </w:r>
    </w:p>
    <w:p>
      <w:r>
        <w:rPr>
          <w:b/>
        </w:rPr>
        <w:t xml:space="preserve">[14:56] </w:t>
      </w:r>
      <w:r>
        <w:t>to khuda ke fazl se mera mizaj yeh hai ke main bilkul empty mind ho kar baat sunta</w:t>
      </w:r>
    </w:p>
    <w:p>
      <w:pPr>
        <w:jc w:val="right"/>
      </w:pPr>
      <w:r>
        <w:t>تو خدا کے فضل سے میرا مزاج یہ ہے کہ میں بالکل empty mind ہو کر بات سنتا</w:t>
      </w:r>
    </w:p>
    <w:p>
      <w:r>
        <w:rPr>
          <w:b/>
        </w:rPr>
        <w:t xml:space="preserve">[15:00] </w:t>
      </w:r>
      <w:r>
        <w:t>hoon kisi ki.</w:t>
      </w:r>
    </w:p>
    <w:p>
      <w:pPr>
        <w:jc w:val="right"/>
      </w:pPr>
      <w:r>
        <w:t>ہوں کسی کی۔</w:t>
      </w:r>
    </w:p>
    <w:p>
      <w:r>
        <w:rPr>
          <w:b/>
        </w:rPr>
        <w:t xml:space="preserve">[15:04] </w:t>
      </w:r>
      <w:r>
        <w:t>koi dako hai, koi mere khilaf hai, koi mera dushman hai, koi islam ko nahi manta, kuch bhi ho.</w:t>
      </w:r>
    </w:p>
    <w:p>
      <w:pPr>
        <w:jc w:val="right"/>
      </w:pPr>
      <w:r>
        <w:t>کوئی ڈاکو ہے، کوئی میرے خلاف ہے، کوئی میرا دشمن ہے، کوئی اسلام کو نہیں مانتا، کچھ بھی ہو۔</w:t>
      </w:r>
    </w:p>
    <w:p>
      <w:r>
        <w:rPr>
          <w:b/>
        </w:rPr>
        <w:t xml:space="preserve">[15:09] </w:t>
      </w:r>
      <w:r>
        <w:t>That is his problem.</w:t>
      </w:r>
    </w:p>
    <w:p>
      <w:pPr>
        <w:jc w:val="right"/>
      </w:pPr>
      <w:r>
        <w:t>That is his problem۔</w:t>
      </w:r>
    </w:p>
    <w:p>
      <w:r>
        <w:rPr>
          <w:b/>
        </w:rPr>
        <w:t xml:space="preserve">[15:13] </w:t>
      </w:r>
      <w:r>
        <w:t>woh uska problem hai, problem nahi hai.</w:t>
      </w:r>
    </w:p>
    <w:p>
      <w:pPr>
        <w:jc w:val="right"/>
      </w:pPr>
      <w:r>
        <w:t>وہ اس کا problem ہے، problem نہیں ہے۔</w:t>
      </w:r>
    </w:p>
    <w:p>
      <w:r>
        <w:rPr>
          <w:b/>
        </w:rPr>
        <w:t xml:space="preserve">[15:17] </w:t>
      </w:r>
      <w:r>
        <w:t>bilkul empty mind ho kar sunta hoon.</w:t>
      </w:r>
    </w:p>
    <w:p>
      <w:pPr>
        <w:jc w:val="right"/>
      </w:pPr>
      <w:r>
        <w:t>بالکل empty mind ہو کر سنتا ہوں۔</w:t>
      </w:r>
    </w:p>
    <w:p>
      <w:r>
        <w:rPr>
          <w:b/>
        </w:rPr>
        <w:t xml:space="preserve">[15:22] </w:t>
      </w:r>
      <w:r>
        <w:t>to har ek ke haan mujhe koi aisi cheez mil jati hai jis se mera intellectual development hota hai.</w:t>
      </w:r>
    </w:p>
    <w:p>
      <w:pPr>
        <w:jc w:val="right"/>
      </w:pPr>
      <w:r>
        <w:t>تو ہر ایک کے ہاں مجھے کوئی ایسی چیز مل جاتی ہے جس سے میرا intellectual development ہوتا ہے۔</w:t>
      </w:r>
    </w:p>
    <w:p>
      <w:r>
        <w:rPr>
          <w:b/>
        </w:rPr>
        <w:t xml:space="preserve">[15:26] </w:t>
      </w:r>
      <w:r>
        <w:t>jaise main is se pehle main ne aap ko qissa ghaliban bataya hoga ke lucknow mein ek sahab</w:t>
      </w:r>
    </w:p>
    <w:p>
      <w:pPr>
        <w:jc w:val="right"/>
      </w:pPr>
      <w:r>
        <w:t>جیسے میں اس سے پہلے میں نے آپ کو قصہ غالباً بتایا ہوگا کہ لکھنو میں ایک صاحب</w:t>
      </w:r>
    </w:p>
    <w:p>
      <w:r>
        <w:rPr>
          <w:b/>
        </w:rPr>
        <w:t xml:space="preserve">[15:31] </w:t>
      </w:r>
      <w:r>
        <w:t>the, ek hindu scholar, woh pakke secular the.</w:t>
      </w:r>
    </w:p>
    <w:p>
      <w:pPr>
        <w:jc w:val="right"/>
      </w:pPr>
      <w:r>
        <w:t>تھے، ایک ہندو اسکالر، وہ پکے سیکولر تھے۔</w:t>
      </w:r>
    </w:p>
    <w:p>
      <w:r>
        <w:rPr>
          <w:b/>
        </w:rPr>
        <w:t xml:space="preserve">[15:36] </w:t>
      </w:r>
      <w:r>
        <w:t>ek iftikhar aadmi ek sahab the wahan par, ab to unka death ho gaya.</w:t>
      </w:r>
    </w:p>
    <w:p>
      <w:pPr>
        <w:jc w:val="right"/>
      </w:pPr>
      <w:r>
        <w:t>ایک افتخار آدمی ایک صاحب تھے وہاں پر، اب تو ان کا death ہو گئی۔</w:t>
      </w:r>
    </w:p>
    <w:p>
      <w:r>
        <w:rPr>
          <w:b/>
        </w:rPr>
        <w:t xml:space="preserve">[15:41] </w:t>
      </w:r>
      <w:r>
        <w:t>to unhon ne mujhe milaya tha wahan iftikhar aadmi se.</w:t>
      </w:r>
    </w:p>
    <w:p>
      <w:pPr>
        <w:jc w:val="right"/>
      </w:pPr>
      <w:r>
        <w:t>تو انہوں نے مجھے ملایا تھا وہاں افتخار آدمی سے۔</w:t>
      </w:r>
    </w:p>
    <w:p>
      <w:r>
        <w:rPr>
          <w:b/>
        </w:rPr>
        <w:t xml:space="preserve">[15:47] </w:t>
      </w:r>
      <w:r>
        <w:t>iftikhar aadmi ne mujhe un se milaya tha.</w:t>
      </w:r>
    </w:p>
    <w:p>
      <w:pPr>
        <w:jc w:val="right"/>
      </w:pPr>
      <w:r>
        <w:t>افتخار آدمی نے مجھے ان سے ملایا تھا۔</w:t>
      </w:r>
    </w:p>
    <w:p>
      <w:r>
        <w:rPr>
          <w:b/>
        </w:rPr>
        <w:t xml:space="preserve">[15:52] </w:t>
      </w:r>
      <w:r>
        <w:t>to unhon ne kaha ke bare ajeeb dhang se bolte the woh</w:t>
      </w:r>
    </w:p>
    <w:p>
      <w:pPr>
        <w:jc w:val="right"/>
      </w:pPr>
      <w:r>
        <w:t>تو انہوں نے کہا کہ بڑے عجیب ڈھنگ سے بولتے تھے وہ</w:t>
      </w:r>
    </w:p>
    <w:p>
      <w:r>
        <w:rPr>
          <w:b/>
        </w:rPr>
        <w:t xml:space="preserve">[15:57] </w:t>
      </w:r>
      <w:r>
        <w:t>ke Muhammad ko agar history se nikal liya jaye to history mein kya kami reh jaye gi? Muhammad</w:t>
      </w:r>
    </w:p>
    <w:p>
      <w:pPr>
        <w:jc w:val="right"/>
      </w:pPr>
      <w:r>
        <w:t>کہ محمد کو اگر history سے نکال لیا جائے تو history میں کیا کمی رہ جائے گی؟ محمد</w:t>
      </w:r>
    </w:p>
    <w:p>
      <w:r>
        <w:rPr>
          <w:b/>
        </w:rPr>
        <w:t xml:space="preserve">[16:04] </w:t>
      </w:r>
      <w:r>
        <w:t>ko agar history se nikal liya jaye to history mein kya kami reh jaye gi? ab rapidly mere</w:t>
      </w:r>
    </w:p>
    <w:p>
      <w:pPr>
        <w:jc w:val="right"/>
      </w:pPr>
      <w:r>
        <w:t>کو اگر history سے نکال لیا جائے تو history میں کیا کمی رہ جائے گی؟ اب rapidly میرے</w:t>
      </w:r>
    </w:p>
    <w:p>
      <w:r>
        <w:rPr>
          <w:b/>
        </w:rPr>
        <w:t xml:space="preserve">[16:12] </w:t>
      </w:r>
      <w:r>
        <w:t>muh se nikla ke wohi kami jo Muhammad se pehle history mein thi.</w:t>
      </w:r>
    </w:p>
    <w:p>
      <w:pPr>
        <w:jc w:val="right"/>
      </w:pPr>
      <w:r>
        <w:t>منہ سے نکلا کہ وہی کمی جو محمد سے پہلے history میں تھی۔</w:t>
      </w:r>
    </w:p>
    <w:p>
      <w:r>
        <w:rPr>
          <w:b/>
        </w:rPr>
        <w:t xml:space="preserve">[16:19] </w:t>
      </w:r>
      <w:r>
        <w:t>matlab is waqt na radio tha, na bijli thi, na rail thi, na hawa jahaz tha, na car thi.</w:t>
      </w:r>
    </w:p>
    <w:p>
      <w:pPr>
        <w:jc w:val="right"/>
      </w:pPr>
      <w:r>
        <w:t>مطلب اس وقت نہ radio تھا، نہ بجلی تھی، نہ ریل تھی، نہ ہوا جہاز تھا، نہ کار تھا۔</w:t>
      </w:r>
    </w:p>
    <w:p>
      <w:r>
        <w:rPr>
          <w:b/>
        </w:rPr>
        <w:t xml:space="preserve">[16:27] </w:t>
      </w:r>
      <w:r>
        <w:t>aise hi bas nikla spontaneously.</w:t>
      </w:r>
    </w:p>
    <w:p>
      <w:pPr>
        <w:jc w:val="right"/>
      </w:pPr>
      <w:r>
        <w:t>ایسے ہی بس نکلا spontaneously۔</w:t>
      </w:r>
    </w:p>
    <w:p>
      <w:r>
        <w:rPr>
          <w:b/>
        </w:rPr>
        <w:t xml:space="preserve">[16:31] </w:t>
      </w:r>
      <w:r>
        <w:t>to main ne socha ke bhai kis baat, kis liye main ne aisa keh diya? kya matlab hai</w:t>
      </w:r>
    </w:p>
    <w:p>
      <w:pPr>
        <w:jc w:val="right"/>
      </w:pPr>
      <w:r>
        <w:t>تو میں نے سوچا کہ بھائی کس بات، کس لیے میں نے ایسا کہہ دیا؟ کیا مطلب ہے</w:t>
      </w:r>
    </w:p>
    <w:p>
      <w:r>
        <w:rPr>
          <w:b/>
        </w:rPr>
        <w:t xml:space="preserve">[16:36] </w:t>
      </w:r>
      <w:r>
        <w:t>iska? to woh jo takrao un se hua mera ke unhon ne kaha ke Muhammad sahab, unhon</w:t>
      </w:r>
    </w:p>
    <w:p>
      <w:pPr>
        <w:jc w:val="right"/>
      </w:pPr>
      <w:r>
        <w:t>اس کا؟ تو وہ جو ٹکراؤ ان سے ہوا میرا کہ انہوں نے کہا کہ محمد صاحب، انہوں</w:t>
      </w:r>
    </w:p>
    <w:p>
      <w:r>
        <w:rPr>
          <w:b/>
        </w:rPr>
        <w:t xml:space="preserve">[16:40] </w:t>
      </w:r>
      <w:r>
        <w:t>ne ridicule kiya, nauzubillah, un ko history se nikal liya jaye to history mein kya kami reh</w:t>
      </w:r>
    </w:p>
    <w:p>
      <w:pPr>
        <w:jc w:val="right"/>
      </w:pPr>
      <w:r>
        <w:t>نے ridicule کیا، نعوذ باللہ، ان کو history سے نکال لیا جائے تو history میں کیا کمی رہ</w:t>
      </w:r>
    </w:p>
    <w:p>
      <w:r>
        <w:rPr>
          <w:b/>
        </w:rPr>
        <w:t xml:space="preserve">[16:44] </w:t>
      </w:r>
      <w:r>
        <w:t>jaaye gi? to woh samajhte the ke kuch bhi nahi kami hogi.</w:t>
      </w:r>
    </w:p>
    <w:p>
      <w:pPr>
        <w:jc w:val="right"/>
      </w:pPr>
      <w:r>
        <w:t>جائے گی؟ تو وہ سمجھتے تھے کہ کچھ بھی نہیں کمی ہوگی۔</w:t>
      </w:r>
    </w:p>
    <w:p>
      <w:r>
        <w:rPr>
          <w:b/>
        </w:rPr>
        <w:t xml:space="preserve">[16:49] </w:t>
      </w:r>
      <w:r>
        <w:t>to phir maine socha ke maine kyun aisa keh diya? to maine study kiya, study</w:t>
      </w:r>
    </w:p>
    <w:p>
      <w:pPr>
        <w:jc w:val="right"/>
      </w:pPr>
      <w:r>
        <w:t>تو پھر میں نے سوچا کہ میں نے کیوں ایسا کہہ دیا؟ تو میں نے study کیا، study</w:t>
      </w:r>
    </w:p>
    <w:p>
      <w:r>
        <w:rPr>
          <w:b/>
        </w:rPr>
        <w:t xml:space="preserve">[16:53] </w:t>
      </w:r>
      <w:r>
        <w:t>kiya, study kiya.</w:t>
      </w:r>
    </w:p>
    <w:p>
      <w:pPr>
        <w:jc w:val="right"/>
      </w:pPr>
      <w:r>
        <w:t>کیا، study کیا۔</w:t>
      </w:r>
    </w:p>
    <w:p>
      <w:r>
        <w:rPr>
          <w:b/>
        </w:rPr>
        <w:t xml:space="preserve">[16:57] </w:t>
      </w:r>
      <w:r>
        <w:t>to ek bohat bari discovery mujhe ho gayi.</w:t>
      </w:r>
    </w:p>
    <w:p>
      <w:pPr>
        <w:jc w:val="right"/>
      </w:pPr>
      <w:r>
        <w:t>تو ایک بہت بڑی discovery مجھے ہو گئی۔</w:t>
      </w:r>
    </w:p>
    <w:p>
      <w:r>
        <w:rPr>
          <w:b/>
        </w:rPr>
        <w:t xml:space="preserve">[17:04] </w:t>
      </w:r>
      <w:r>
        <w:t>aur phir maine kitaab likhi yaani Prophet of Revolution.</w:t>
      </w:r>
    </w:p>
    <w:p>
      <w:pPr>
        <w:jc w:val="right"/>
      </w:pPr>
      <w:r>
        <w:t>اور پھر میں نے کتاب لکھی یعنی Profit of Revolution۔</w:t>
      </w:r>
    </w:p>
    <w:p>
      <w:r>
        <w:rPr>
          <w:b/>
        </w:rPr>
        <w:t xml:space="preserve">[17:10] </w:t>
      </w:r>
      <w:r>
        <w:t>woh angrezi urdu mein chhapi hai, woh kitab yaani peghambar e inqilaab.</w:t>
      </w:r>
    </w:p>
    <w:p>
      <w:pPr>
        <w:jc w:val="right"/>
      </w:pPr>
      <w:r>
        <w:t>وہ انگریزی اردو میں چھپی ہے، وہ کتاب یعنی پیغمبر انقلاب۔</w:t>
      </w:r>
    </w:p>
    <w:p>
      <w:r>
        <w:rPr>
          <w:b/>
        </w:rPr>
        <w:t xml:space="preserve">[17:16] </w:t>
      </w:r>
      <w:r>
        <w:t>aur woh angrezi mein chhapi hai Profit of Revolution.</w:t>
      </w:r>
    </w:p>
    <w:p>
      <w:pPr>
        <w:jc w:val="right"/>
      </w:pPr>
      <w:r>
        <w:t>اور وہ انگریزی میں چھپی ہے Profit of Revolution۔</w:t>
      </w:r>
    </w:p>
    <w:p>
      <w:r>
        <w:rPr>
          <w:b/>
        </w:rPr>
        <w:t xml:space="preserve">[17:22] </w:t>
      </w:r>
      <w:r>
        <w:t>ab dekhiye, ek aadmi jo secular tha, jo</w:t>
      </w:r>
    </w:p>
    <w:p>
      <w:pPr>
        <w:jc w:val="right"/>
      </w:pPr>
      <w:r>
        <w:t>اب دیکھیے، ایک آدمی جو سیکولر تھا، جو</w:t>
      </w:r>
    </w:p>
    <w:p>
      <w:r>
        <w:rPr>
          <w:b/>
        </w:rPr>
        <w:t xml:space="preserve">[17:28] </w:t>
      </w:r>
      <w:r>
        <w:t>aisi baat jisne kahi thi ke aam taur par musalman is se lad jayenge, is se</w:t>
      </w:r>
    </w:p>
    <w:p>
      <w:pPr>
        <w:jc w:val="right"/>
      </w:pPr>
      <w:r>
        <w:t>ایسی بات جس نے کہی تھی کہ عام طور پر مسلمان اس سے لڑ جائیں گے، اس سے</w:t>
      </w:r>
    </w:p>
    <w:p>
      <w:r>
        <w:rPr>
          <w:b/>
        </w:rPr>
        <w:t xml:space="preserve">[17:34] </w:t>
      </w:r>
      <w:r>
        <w:t>ke tum hamare peghambar ki toheen kar rahe ho, kaisi baat karte ho? to mujhe kuch aisa is</w:t>
      </w:r>
    </w:p>
    <w:p>
      <w:pPr>
        <w:jc w:val="right"/>
      </w:pPr>
      <w:r>
        <w:t>کہ تم ہمارے پیغمبر کی توہین کر رہے ہو، کیسی بات کرتے ہو؟ تو مجھے کچھ ایسا اس</w:t>
      </w:r>
    </w:p>
    <w:p>
      <w:r>
        <w:rPr>
          <w:b/>
        </w:rPr>
        <w:t xml:space="preserve">[17:40] </w:t>
      </w:r>
      <w:r>
        <w:t>qism ka bias mere andar nahi.</w:t>
      </w:r>
    </w:p>
    <w:p>
      <w:pPr>
        <w:jc w:val="right"/>
      </w:pPr>
      <w:r>
        <w:t>قسم کا bias میرے اندر نہیں۔</w:t>
      </w:r>
    </w:p>
    <w:p>
      <w:r>
        <w:rPr>
          <w:b/>
        </w:rPr>
        <w:t xml:space="preserve">[17:46] </w:t>
      </w:r>
      <w:r>
        <w:t>to different mazahib ka mutaala bohat hi zyada is mein faida hai.</w:t>
      </w:r>
    </w:p>
    <w:p>
      <w:pPr>
        <w:jc w:val="right"/>
      </w:pPr>
      <w:r>
        <w:t>تو different مذہبوں کا مطالعہ بہت ہی زیادہ اس میں فائدہ ہے۔</w:t>
      </w:r>
    </w:p>
    <w:p>
      <w:r>
        <w:rPr>
          <w:b/>
        </w:rPr>
        <w:t xml:space="preserve">[17:52] </w:t>
      </w:r>
      <w:r>
        <w:t>lekin yeh lazmi condition hai ke aap ke andar koi bias na ho, koi hate na ho, koi debating</w:t>
      </w:r>
    </w:p>
    <w:p>
      <w:pPr>
        <w:jc w:val="right"/>
      </w:pPr>
      <w:r>
        <w:t>لیکن یہ لازمی condition ہے کہ آپ کے اندر کوئی bias نہ ہو، کوئی hate نہ ہو، کوئی debating</w:t>
      </w:r>
    </w:p>
    <w:p>
      <w:r>
        <w:rPr>
          <w:b/>
        </w:rPr>
        <w:t xml:space="preserve">[17:58] </w:t>
      </w:r>
      <w:r>
        <w:t>mizaj na aap ka ho, apne ko superior, doosre ko inferior manne ka mizaj na ho. yeh sab kuch nahi hai. tab aap faida utha payenge, warna kuch kuch bhi aap ko faida nahi hoga. aise hi dekhiye, bohat si baatein mujhe bari bari baatein mere haan mili hain inhi logon se jo islam ko mante nahi the. islam ko mante nahi the inhi logon</w:t>
      </w:r>
    </w:p>
    <w:p>
      <w:pPr>
        <w:jc w:val="right"/>
      </w:pPr>
      <w:r>
        <w:t>مزاج نہ آپ کا ہو، اپنے کو superior, دوسرے کو inferior ماننے کا مزاج نہ ہو۔ یہ سب کچھ نہیں ہے۔ تب آپ فائدہ اٹھا پائیں گے، ورنہ کچھ کچھ بھی آپ کو فائدہ نہیں ہوگا۔ ایسے ہی دیکھیے، بہت سی باتیں مجھے بڑی بڑی باتیں میرے ہاں ملی ہیں انہی لوگوں سے جو اسلام کو مانتے نہیں تھے۔ اسلام کو مانتے نہیں تھے انہی لوگ</w:t>
      </w:r>
    </w:p>
    <w:p>
      <w:r>
        <w:rPr>
          <w:b/>
        </w:rPr>
        <w:t xml:space="preserve">[18:28] </w:t>
      </w:r>
      <w:r>
        <w:t>on se mili hain mujhe.</w:t>
      </w:r>
    </w:p>
    <w:p>
      <w:pPr>
        <w:jc w:val="right"/>
      </w:pPr>
      <w:r>
        <w:t>وں سے ملی ہیں مجھے۔</w:t>
      </w:r>
    </w:p>
    <w:p>
      <w:r>
        <w:rPr>
          <w:b/>
        </w:rPr>
        <w:t xml:space="preserve">[18:33] </w:t>
      </w:r>
      <w:r>
        <w:t>ya mazahib ko nahi mante the, ya islam ko nahi mante the, ya rasool Allah ko nahi mante the.</w:t>
      </w:r>
    </w:p>
    <w:p>
      <w:pPr>
        <w:jc w:val="right"/>
      </w:pPr>
      <w:r>
        <w:t>یا مذہب کو نہیں مانتے تھے، یا اسلام کو نہیں مانتے تھے، یا رسول اللہ کو نہیں مانتے تھے۔</w:t>
      </w:r>
    </w:p>
    <w:p>
      <w:r>
        <w:rPr>
          <w:b/>
        </w:rPr>
        <w:t xml:space="preserve">[18:37] </w:t>
      </w:r>
      <w:r>
        <w:t>inhi logon se mujhe bari bari baatein mili hain.</w:t>
      </w:r>
    </w:p>
    <w:p>
      <w:pPr>
        <w:jc w:val="right"/>
      </w:pPr>
      <w:r>
        <w:t>انہی لوگوں سے مجھے بڑی بڑی باتیں ملی ہیں۔</w:t>
      </w:r>
    </w:p>
    <w:p>
      <w:r>
        <w:rPr>
          <w:b/>
        </w:rPr>
        <w:t xml:space="preserve">[18:41] </w:t>
      </w:r>
      <w:r>
        <w:t>aur is ke peeche bohat lambi history hai.</w:t>
      </w:r>
    </w:p>
    <w:p>
      <w:pPr>
        <w:jc w:val="right"/>
      </w:pPr>
      <w:r>
        <w:t>اور اس کے پیچھے بہت لمبی history ہے۔</w:t>
      </w:r>
    </w:p>
    <w:p>
      <w:r>
        <w:rPr>
          <w:b/>
        </w:rPr>
        <w:t xml:space="preserve">[18:46] </w:t>
      </w:r>
      <w:r>
        <w:t>yaani pachas saath saal ki ek tareekh hai.</w:t>
      </w:r>
    </w:p>
    <w:p>
      <w:pPr>
        <w:jc w:val="right"/>
      </w:pPr>
      <w:r>
        <w:t>یعنی پچاس ساٹھ سال کی ایک تاریخ ہے۔</w:t>
      </w:r>
    </w:p>
    <w:p>
      <w:r>
        <w:rPr>
          <w:b/>
        </w:rPr>
        <w:t xml:space="preserve">[18:50] </w:t>
      </w:r>
      <w:r>
        <w:t>aur aise bohat se waqeaat hain jin ko main bayan kar sakta hoon inshallah ke kis tarah se</w:t>
      </w:r>
    </w:p>
    <w:p>
      <w:pPr>
        <w:jc w:val="right"/>
      </w:pPr>
      <w:r>
        <w:t>اور ایسے بہت سے واقعات ہیں جن کو میں بیان کر سکتا ہوں انشاءاللہ کہ کس طرح سے</w:t>
      </w:r>
    </w:p>
    <w:p>
      <w:r>
        <w:rPr>
          <w:b/>
        </w:rPr>
        <w:t xml:space="preserve">[18:54] </w:t>
      </w:r>
      <w:r>
        <w:t>in logon se mujhe faida hua</w:t>
      </w:r>
    </w:p>
    <w:p>
      <w:pPr>
        <w:jc w:val="right"/>
      </w:pPr>
      <w:r>
        <w:t>ان لوگوں سے مجھے فائدہ ہوا</w:t>
      </w:r>
    </w:p>
    <w:p>
      <w:r>
        <w:rPr>
          <w:b/>
        </w:rPr>
        <w:t xml:space="preserve">[18:59] </w:t>
      </w:r>
      <w:r>
        <w:t>.</w:t>
      </w:r>
    </w:p>
    <w:p>
      <w:pPr>
        <w:jc w:val="right"/>
      </w:pPr>
      <w:r>
        <w:t>۔</w:t>
      </w:r>
    </w:p>
    <w:p>
      <w:r>
        <w:rPr>
          <w:b/>
        </w:rPr>
        <w:t xml:space="preserve">[19:05] </w:t>
      </w:r>
      <w:r>
        <w:t>jaise dekhiye, yeh Bertrand Russell mashhoor philosopher hai, British philosopher.</w:t>
      </w:r>
    </w:p>
    <w:p>
      <w:pPr>
        <w:jc w:val="right"/>
      </w:pPr>
      <w:r>
        <w:t>جیسے دیکھیے، یہ برٹن رسل مشہور فلاسفر ہے، برٹش فلاسفر۔</w:t>
      </w:r>
    </w:p>
    <w:p>
      <w:r>
        <w:rPr>
          <w:b/>
        </w:rPr>
        <w:t xml:space="preserve">[19:11] </w:t>
      </w:r>
      <w:r>
        <w:t>woh bohat mulhid aadmi tha, mazahib ko nahi manta tha.</w:t>
      </w:r>
    </w:p>
    <w:p>
      <w:pPr>
        <w:jc w:val="right"/>
      </w:pPr>
      <w:r>
        <w:t>وہ بہت ملحد آدمی تھا، مذہب کو نہیں مانتا تھا۔</w:t>
      </w:r>
    </w:p>
    <w:p>
      <w:r>
        <w:rPr>
          <w:b/>
        </w:rPr>
        <w:t xml:space="preserve">[19:17] </w:t>
      </w:r>
      <w:r>
        <w:t>uski ek kitab hai "Why I Am Not a Christian".</w:t>
      </w:r>
    </w:p>
    <w:p>
      <w:pPr>
        <w:jc w:val="right"/>
      </w:pPr>
      <w:r>
        <w:t>اس کی ایک کتاب ہے "Why I Am Not a Christian"۔</w:t>
      </w:r>
    </w:p>
    <w:p>
      <w:r>
        <w:rPr>
          <w:b/>
        </w:rPr>
        <w:t xml:space="preserve">[19:23] </w:t>
      </w:r>
      <w:r>
        <w:t>main masihi kyun nahi hoon? jo saare mazahib ke khilaaf tha, saare mazahib</w:t>
      </w:r>
    </w:p>
    <w:p>
      <w:pPr>
        <w:jc w:val="right"/>
      </w:pPr>
      <w:r>
        <w:t>میں مسیحی کیوں نہیں ہوں؟ جو سارے مذہبوں کے خلاف تھا۔ سارے مذہب</w:t>
      </w:r>
    </w:p>
    <w:p>
      <w:r>
        <w:rPr>
          <w:b/>
        </w:rPr>
        <w:t xml:space="preserve">[19:29] </w:t>
      </w:r>
      <w:r>
        <w:t>on ke khilaaf tha woh.</w:t>
      </w:r>
    </w:p>
    <w:p>
      <w:pPr>
        <w:jc w:val="right"/>
      </w:pPr>
      <w:r>
        <w:t>وں کے خلاف تھا وہ۔</w:t>
      </w:r>
    </w:p>
    <w:p>
      <w:r>
        <w:rPr>
          <w:b/>
        </w:rPr>
        <w:t xml:space="preserve">[19:35] </w:t>
      </w:r>
      <w:r>
        <w:t>is ne likha hai hazrat maseeh ke baray mein "Historically It Is Quite Doubtful Whether Christ Ever Existed At All".</w:t>
      </w:r>
    </w:p>
    <w:p>
      <w:pPr>
        <w:jc w:val="right"/>
      </w:pPr>
      <w:r>
        <w:t>اس نے لکھا ہے حضرت مسیح کے بارے میں "Historically It Is Quite Doubtful Whether Christ Ever Existed At All"۔</w:t>
      </w:r>
    </w:p>
    <w:p>
      <w:r>
        <w:rPr>
          <w:b/>
        </w:rPr>
        <w:t xml:space="preserve">[19:41] </w:t>
      </w:r>
      <w:r>
        <w:t>har mazhab par aisi baatein karta hai woh.</w:t>
      </w:r>
    </w:p>
    <w:p>
      <w:pPr>
        <w:jc w:val="right"/>
      </w:pPr>
      <w:r>
        <w:t>ہر مذہب پر ایسی باتیں کرتا ہے وہ۔</w:t>
      </w:r>
    </w:p>
    <w:p>
      <w:r>
        <w:rPr>
          <w:b/>
        </w:rPr>
        <w:t xml:space="preserve">[19:47] </w:t>
      </w:r>
      <w:r>
        <w:t>islam par bhi kisi kisi mazhab ko nahi manta nahi tha.</w:t>
      </w:r>
    </w:p>
    <w:p>
      <w:pPr>
        <w:jc w:val="right"/>
      </w:pPr>
      <w:r>
        <w:t>اسلام پر بھی کسی کسی مذہب کو نہیں مانتا نہیں تھا۔</w:t>
      </w:r>
    </w:p>
    <w:p>
      <w:r>
        <w:rPr>
          <w:b/>
        </w:rPr>
        <w:t xml:space="preserve">[19:53] </w:t>
      </w:r>
      <w:r>
        <w:t>lekin is ke haan mujhe aik aisa nuqta mila jis ne mere aik aik band darwazay khol diya mere liye.</w:t>
      </w:r>
    </w:p>
    <w:p>
      <w:pPr>
        <w:jc w:val="right"/>
      </w:pPr>
      <w:r>
        <w:t>لیکن اس کے ہاں مجھے ایک ایسا نقطہ ملا جس نے میرے ایک ایک بند دروازے کھول دیا میرے لیے۔</w:t>
      </w:r>
    </w:p>
    <w:p>
      <w:r>
        <w:rPr>
          <w:b/>
        </w:rPr>
        <w:t xml:space="preserve">[19:59] </w:t>
      </w:r>
      <w:r>
        <w:t>aik pakka mulhid aadmi, mazhab ko na maannay wala aadmi, khuda ko na maannay wala aadmi.</w:t>
      </w:r>
    </w:p>
    <w:p>
      <w:pPr>
        <w:jc w:val="right"/>
      </w:pPr>
      <w:r>
        <w:t>ایک پکا ملحد آدمی، مذہب کو نہ ماننے والا آدمی، خدا کو نہ ماننے والا آدمی۔</w:t>
      </w:r>
    </w:p>
    <w:p>
      <w:r>
        <w:rPr>
          <w:b/>
        </w:rPr>
        <w:t xml:space="preserve">[20:06] </w:t>
      </w:r>
      <w:r>
        <w:t>woh kya nuqta tha? woh do kitabon se mujhe mila.</w:t>
      </w:r>
    </w:p>
    <w:p>
      <w:pPr>
        <w:jc w:val="right"/>
      </w:pPr>
      <w:r>
        <w:t>وہ کیا نقطہ تھا؟ وہ دو کتابوں سے مجھے ملا۔</w:t>
      </w:r>
    </w:p>
    <w:p>
      <w:r>
        <w:rPr>
          <w:b/>
        </w:rPr>
        <w:t xml:space="preserve">[20:14] </w:t>
      </w:r>
      <w:r>
        <w:t>is ki do kitabein jo hain, aik to yeh kitab jo mein ne kaha "Why I Am Not a Christian".</w:t>
      </w:r>
    </w:p>
    <w:p>
      <w:pPr>
        <w:jc w:val="right"/>
      </w:pPr>
      <w:r>
        <w:t>اس کی دو کتابیں جو ہیں، ایک تو یہ کتاب جو میں نے کہا "Why I Am Not a Christian"۔</w:t>
      </w:r>
    </w:p>
    <w:p>
      <w:r>
        <w:rPr>
          <w:b/>
        </w:rPr>
        <w:t xml:space="preserve">[20:22] </w:t>
      </w:r>
      <w:r>
        <w:t>doosri kitab jo thi, woh is ka naam tha, is ka naam hai "Human Knowledge".</w:t>
      </w:r>
    </w:p>
    <w:p>
      <w:pPr>
        <w:jc w:val="right"/>
      </w:pPr>
      <w:r>
        <w:t>دوسری کتاب جو تھی، وہ اس کا نام تھا، اس کا نام ہے "Human Knowledge"۔</w:t>
      </w:r>
    </w:p>
    <w:p>
      <w:r>
        <w:rPr>
          <w:b/>
        </w:rPr>
        <w:t xml:space="preserve">[20:29] </w:t>
      </w:r>
      <w:r>
        <w:t>"Human Knowledge".</w:t>
      </w:r>
    </w:p>
    <w:p>
      <w:pPr>
        <w:jc w:val="right"/>
      </w:pPr>
      <w:r>
        <w:t>"Human Knowledge"۔</w:t>
      </w:r>
    </w:p>
    <w:p>
      <w:r>
        <w:rPr>
          <w:b/>
        </w:rPr>
        <w:t xml:space="preserve">[20:34] </w:t>
      </w:r>
      <w:r>
        <w:t>to dekhiye, is se pehle mein aik aur qissa arz karoon ke mein aik pata hai ke university</w:t>
      </w:r>
    </w:p>
    <w:p>
      <w:pPr>
        <w:jc w:val="right"/>
      </w:pPr>
      <w:r>
        <w:t>تو دیکھیے، اس سے پہلے میں ایک اور قصہ عرض کروں کہ میں ایک پتہ ہے کہ یونیورسٹی</w:t>
      </w:r>
    </w:p>
    <w:p>
      <w:r>
        <w:rPr>
          <w:b/>
        </w:rPr>
        <w:t xml:space="preserve">[20:40] </w:t>
      </w:r>
      <w:r>
        <w:t>mein gaya, bohat pehle ki baat hai.</w:t>
      </w:r>
    </w:p>
    <w:p>
      <w:pPr>
        <w:jc w:val="right"/>
      </w:pPr>
      <w:r>
        <w:t>میں گیا، بہت پہلے کی بات ہے۔</w:t>
      </w:r>
    </w:p>
    <w:p>
      <w:r>
        <w:rPr>
          <w:b/>
        </w:rPr>
        <w:t xml:space="preserve">[20:45] </w:t>
      </w:r>
      <w:r>
        <w:t>to wahan philosophy ke jo professor thay, un se baat karte hue unhon ne kaha ke woh islam</w:t>
      </w:r>
    </w:p>
    <w:p>
      <w:pPr>
        <w:jc w:val="right"/>
      </w:pPr>
      <w:r>
        <w:t>تو وہاں فلاسفی کے جو پروفیسر تھے، ان سے بات کرتے ہوئے انہوں نے کہا کہ وہ اسلام</w:t>
      </w:r>
    </w:p>
    <w:p>
      <w:r>
        <w:rPr>
          <w:b/>
        </w:rPr>
        <w:t xml:space="preserve">[20:50] </w:t>
      </w:r>
      <w:r>
        <w:t>mein primary rest nahi hai, sirf secondary rest hai.</w:t>
      </w:r>
    </w:p>
    <w:p>
      <w:pPr>
        <w:jc w:val="right"/>
      </w:pPr>
      <w:r>
        <w:t>میں پرائمری ریسٹ نہیں ہے، صرف سیکنڈری ریسٹ ہے۔</w:t>
      </w:r>
    </w:p>
    <w:p>
      <w:r>
        <w:rPr>
          <w:b/>
        </w:rPr>
        <w:t xml:space="preserve">[20:56] </w:t>
      </w:r>
      <w:r>
        <w:t>ab yeh bohat dhakka laga mujhe</w:t>
      </w:r>
    </w:p>
    <w:p>
      <w:pPr>
        <w:jc w:val="right"/>
      </w:pPr>
      <w:r>
        <w:t>اب یہ بہت دھکا لگا مجھے</w:t>
      </w:r>
    </w:p>
    <w:p>
      <w:r>
        <w:rPr>
          <w:b/>
        </w:rPr>
        <w:t xml:space="preserve">[21:01] </w:t>
      </w:r>
      <w:r>
        <w:t>ke islam mein sirf secondary rest hai, primary rest nahi hai.</w:t>
      </w:r>
    </w:p>
    <w:p>
      <w:pPr>
        <w:jc w:val="right"/>
      </w:pPr>
      <w:r>
        <w:t>کہ اسلام میں صرف سیکنڈری ریسٹ ہے، پرائمری ریسٹ نہیں ہے۔</w:t>
      </w:r>
    </w:p>
    <w:p>
      <w:r>
        <w:rPr>
          <w:b/>
        </w:rPr>
        <w:t xml:space="preserve">[21:07] </w:t>
      </w:r>
      <w:r>
        <w:t>is ka matlab yeh tha ke islam ki sachai par aap direct argument nahi qaim kar sakte, sirf</w:t>
      </w:r>
    </w:p>
    <w:p>
      <w:pPr>
        <w:jc w:val="right"/>
      </w:pPr>
      <w:r>
        <w:t>اس کا مطلب یہ تھا کہ اسلام کی سچائی پر آپ ڈائریکٹ ارگومنٹ نہیں قائم کر سکتے، صرف</w:t>
      </w:r>
    </w:p>
    <w:p>
      <w:r>
        <w:rPr>
          <w:b/>
        </w:rPr>
        <w:t xml:space="preserve">[21:13] </w:t>
      </w:r>
      <w:r>
        <w:t>istimbati argument ya inferential argument hi hota hai aap ke paas.</w:t>
      </w:r>
    </w:p>
    <w:p>
      <w:pPr>
        <w:jc w:val="right"/>
      </w:pPr>
      <w:r>
        <w:t>استنباطی ارگومنٹ یا انفرینشل ارگومنٹ ہی ہوتا ہے آپ کے پاس۔</w:t>
      </w:r>
    </w:p>
    <w:p>
      <w:r>
        <w:rPr>
          <w:b/>
        </w:rPr>
        <w:t xml:space="preserve">[21:19] </w:t>
      </w:r>
      <w:r>
        <w:t>to ab aik dhakka laga mujhe ke islam jo hai, yani is ke lehaz se ilmi lehaz se</w:t>
      </w:r>
    </w:p>
    <w:p>
      <w:pPr>
        <w:jc w:val="right"/>
      </w:pPr>
      <w:r>
        <w:t>تو اب ایک دھکا لگا مجھے کہ اسلام جو ہے، یعنی اس کے لحاظ سے علمی لحاظ سے</w:t>
      </w:r>
    </w:p>
    <w:p>
      <w:r>
        <w:rPr>
          <w:b/>
        </w:rPr>
        <w:t xml:space="preserve">[21:25] </w:t>
      </w:r>
      <w:r>
        <w:t>doosray doosray darjay ka discipline hai,</w:t>
      </w:r>
    </w:p>
    <w:p>
      <w:pPr>
        <w:jc w:val="right"/>
      </w:pPr>
      <w:r>
        <w:t>دوسرے دوسرے درجے کا ڈسپلن ہے،</w:t>
      </w:r>
    </w:p>
    <w:p>
      <w:r>
        <w:rPr>
          <w:b/>
        </w:rPr>
        <w:t xml:space="preserve">[21:31] </w:t>
      </w:r>
      <w:r>
        <w:t>doosray darjay ka discipline hai.</w:t>
      </w:r>
    </w:p>
    <w:p>
      <w:pPr>
        <w:jc w:val="right"/>
      </w:pPr>
      <w:r>
        <w:t>دوسرے درجے کا ڈسپلن ہے۔</w:t>
      </w:r>
    </w:p>
    <w:p>
      <w:r>
        <w:rPr>
          <w:b/>
        </w:rPr>
        <w:t xml:space="preserve">[21:36] </w:t>
      </w:r>
      <w:r>
        <w:t>ab yeh hunt karta raha mein bohat dinon tak.</w:t>
      </w:r>
    </w:p>
    <w:p>
      <w:pPr>
        <w:jc w:val="right"/>
      </w:pPr>
      <w:r>
        <w:t>اب یہ ہونٹ کرتا رہا میں بہت دنوں تک۔</w:t>
      </w:r>
    </w:p>
    <w:p>
      <w:r>
        <w:rPr>
          <w:b/>
        </w:rPr>
        <w:t xml:space="preserve">[21:40] </w:t>
      </w:r>
      <w:r>
        <w:t>is ka jawab pehli baar mujhe mila bartan russell kitab mein.</w:t>
      </w:r>
    </w:p>
    <w:p>
      <w:pPr>
        <w:jc w:val="right"/>
      </w:pPr>
      <w:r>
        <w:t>اس کا جواب پہلی بار مجھے ملا برٹن رسل کتاب میں۔</w:t>
      </w:r>
    </w:p>
    <w:p>
      <w:r>
        <w:rPr>
          <w:b/>
        </w:rPr>
        <w:t xml:space="preserve">[21:44] </w:t>
      </w:r>
      <w:r>
        <w:t>is ne is kitab mein, yeh do kitabein jo hain, is mein establish kiya hai.</w:t>
      </w:r>
    </w:p>
    <w:p>
      <w:pPr>
        <w:jc w:val="right"/>
      </w:pPr>
      <w:r>
        <w:t>اس نے اس کتاب میں، یہ دو کتابیں جو ہیں، اس میں اسٹیبلش کیا ہے۔</w:t>
      </w:r>
    </w:p>
    <w:p>
      <w:r>
        <w:rPr>
          <w:b/>
        </w:rPr>
        <w:t xml:space="preserve">[21:49] </w:t>
      </w:r>
      <w:r>
        <w:t>phir baad ko aur bhi kitabein mein ne dekhi hain, is mein yeh baat to ab bohat si</w:t>
      </w:r>
    </w:p>
    <w:p>
      <w:pPr>
        <w:jc w:val="right"/>
      </w:pPr>
      <w:r>
        <w:t>پھر بعد کو اور بھی کتابیں میں نے دیکھی ہیں، اس میں یہ بات تو اب بہت سی</w:t>
      </w:r>
    </w:p>
    <w:p>
      <w:r>
        <w:rPr>
          <w:b/>
        </w:rPr>
        <w:t xml:space="preserve">[21:53] </w:t>
      </w:r>
      <w:r>
        <w:t>kitabein is mozu par chhap chuki hain.</w:t>
      </w:r>
    </w:p>
    <w:p>
      <w:pPr>
        <w:jc w:val="right"/>
      </w:pPr>
      <w:r>
        <w:t>کتابیں اس موضوع پر چھپ چکی ہیں۔</w:t>
      </w:r>
    </w:p>
    <w:p>
      <w:r>
        <w:rPr>
          <w:b/>
        </w:rPr>
        <w:t xml:space="preserve">[21:57] </w:t>
      </w:r>
      <w:r>
        <w:t>us ne likha hai ke</w:t>
      </w:r>
    </w:p>
    <w:p>
      <w:pPr>
        <w:jc w:val="right"/>
      </w:pPr>
      <w:r>
        <w:t>اس نے لکھا ہے کہ</w:t>
      </w:r>
    </w:p>
    <w:p>
      <w:r>
        <w:rPr>
          <w:b/>
        </w:rPr>
        <w:t xml:space="preserve">[22:02] </w:t>
      </w:r>
      <w:r>
        <w:t>yani do do period hain ilm ke, yani ek woh hai jab ke micro world tak insan ka</w:t>
      </w:r>
    </w:p>
    <w:p>
      <w:pPr>
        <w:jc w:val="right"/>
      </w:pPr>
      <w:r>
        <w:t>یعنی دو دو پیریڈ ہیں علم کے، یعنی ایک وہ ہے جب کہ مائیکرو ورلڈ تک انسان کا</w:t>
      </w:r>
    </w:p>
    <w:p>
      <w:r>
        <w:rPr>
          <w:b/>
        </w:rPr>
        <w:t xml:space="preserve">[22:09] </w:t>
      </w:r>
      <w:r>
        <w:t>ilm pahuncha tha aur doosra woh jab ke micro world tak insan ka ilm pahunch gaya.</w:t>
      </w:r>
    </w:p>
    <w:p>
      <w:pPr>
        <w:jc w:val="right"/>
      </w:pPr>
      <w:r>
        <w:t>علم پہنچا تھا اور دوسرا وہ جب کہ مائیکرو ورلڈ تک انسان کا علم پہنچ گیا۔</w:t>
      </w:r>
    </w:p>
    <w:p>
      <w:r>
        <w:rPr>
          <w:b/>
        </w:rPr>
        <w:t xml:space="preserve">[22:17] </w:t>
      </w:r>
      <w:r>
        <w:t>matlab telescope ka zamana aur doosra yeh microscope ka zamana.</w:t>
      </w:r>
    </w:p>
    <w:p>
      <w:pPr>
        <w:jc w:val="right"/>
      </w:pPr>
      <w:r>
        <w:t>مطلب ٹیلیسکوپ کا زمانہ اور دوسرا یہ مائیکروسکوپ کا زمانہ۔</w:t>
      </w:r>
    </w:p>
    <w:p>
      <w:r>
        <w:rPr>
          <w:b/>
        </w:rPr>
        <w:t xml:space="preserve">[22:25] </w:t>
      </w:r>
      <w:r>
        <w:t>to woh kehta hai ke yeh pehle ki baat hai</w:t>
      </w:r>
    </w:p>
    <w:p>
      <w:pPr>
        <w:jc w:val="right"/>
      </w:pPr>
      <w:r>
        <w:t>تو وہ کہتا ہے کہ یہ پہلے کی بات ہے</w:t>
      </w:r>
    </w:p>
    <w:p>
      <w:r>
        <w:rPr>
          <w:b/>
        </w:rPr>
        <w:t xml:space="preserve">[22:33] </w:t>
      </w:r>
      <w:r>
        <w:t>jab ke telescope nahi bani thi, microscope nahi bani thi ke insan yeh samajhta tha ke cheezon par</w:t>
      </w:r>
    </w:p>
    <w:p>
      <w:pPr>
        <w:jc w:val="right"/>
      </w:pPr>
      <w:r>
        <w:t>جب کہ ٹیلیسکوپ نہیں بنی تھی، مائیکروسکوپ نہیں بنی تھی کہ انسان یہ سمجھتا تھا کہ چیزوں پر</w:t>
      </w:r>
    </w:p>
    <w:p>
      <w:r>
        <w:rPr>
          <w:b/>
        </w:rPr>
        <w:t xml:space="preserve">[22:39] </w:t>
      </w:r>
      <w:r>
        <w:t>direct argument possible hai.</w:t>
      </w:r>
    </w:p>
    <w:p>
      <w:pPr>
        <w:jc w:val="right"/>
      </w:pPr>
      <w:r>
        <w:t>ڈائریکٹ ارگومنٹ پاسیبل ہے۔</w:t>
      </w:r>
    </w:p>
    <w:p>
      <w:r>
        <w:rPr>
          <w:b/>
        </w:rPr>
        <w:t xml:space="preserve">[22:45] </w:t>
      </w:r>
      <w:r>
        <w:t>jaise yeh Newton manta tha ke yeh light hai, yeh light, yeh koi maadi cheez manta tha, is</w:t>
      </w:r>
    </w:p>
    <w:p>
      <w:pPr>
        <w:jc w:val="right"/>
      </w:pPr>
      <w:r>
        <w:t>جیسے یہ نیوٹن مانتا تھا کہ یہ لائٹ ہے، یہ لائٹ، یہ کوئی مادی چیز مانتا تھا، اس</w:t>
      </w:r>
    </w:p>
    <w:p>
      <w:r>
        <w:rPr>
          <w:b/>
        </w:rPr>
        <w:t xml:space="preserve">[22:51] </w:t>
      </w:r>
      <w:r>
        <w:t>ko Newton yani light jo hai, us ko yeh maadi cheez manta tha.</w:t>
      </w:r>
    </w:p>
    <w:p>
      <w:pPr>
        <w:jc w:val="right"/>
      </w:pPr>
      <w:r>
        <w:t>کو نیوٹن یعنی لائٹ جو ہے، اس کو یہ مادی چیز مانتا تھا۔</w:t>
      </w:r>
    </w:p>
    <w:p>
      <w:r>
        <w:rPr>
          <w:b/>
        </w:rPr>
        <w:t xml:space="preserve">[22:57] </w:t>
      </w:r>
      <w:r>
        <w:t>us ko kaha jata hai corpuscles theory of light</w:t>
      </w:r>
    </w:p>
    <w:p>
      <w:pPr>
        <w:jc w:val="right"/>
      </w:pPr>
      <w:r>
        <w:t>اس کو کہا جاتا ہے کارپسز تھیوری آف لائٹ</w:t>
      </w:r>
    </w:p>
    <w:p>
      <w:r>
        <w:rPr>
          <w:b/>
        </w:rPr>
        <w:t xml:space="preserve">[23:03] </w:t>
      </w:r>
      <w:r>
        <w:t>.</w:t>
      </w:r>
    </w:p>
    <w:p>
      <w:pPr>
        <w:jc w:val="right"/>
      </w:pPr>
      <w:r>
        <w:t>۔</w:t>
      </w:r>
    </w:p>
    <w:p>
      <w:r>
        <w:rPr>
          <w:b/>
        </w:rPr>
        <w:t xml:space="preserve">[23:08] </w:t>
      </w:r>
      <w:r>
        <w:t>to us woh roshni ko maadi zarat manta tha, woh maadi zarat.</w:t>
      </w:r>
    </w:p>
    <w:p>
      <w:pPr>
        <w:jc w:val="right"/>
      </w:pPr>
      <w:r>
        <w:t>تو اس وہ روشنی کو مادی ذرات مانتا تھا، وہ مادی ذرات۔</w:t>
      </w:r>
    </w:p>
    <w:p>
      <w:r>
        <w:rPr>
          <w:b/>
        </w:rPr>
        <w:t xml:space="preserve">[23:13] </w:t>
      </w:r>
      <w:r>
        <w:t>ab ab yeh khatm ho gaya, ab yeh ab yeh theory nahi hai duniya mein.</w:t>
      </w:r>
    </w:p>
    <w:p>
      <w:pPr>
        <w:jc w:val="right"/>
      </w:pPr>
      <w:r>
        <w:t>اب اب یہ ختم ہو گیا، اب یہ اب یہ تھیوری نہیں ہے دنیا میں۔</w:t>
      </w:r>
    </w:p>
    <w:p>
      <w:r>
        <w:rPr>
          <w:b/>
        </w:rPr>
        <w:t xml:space="preserve">[23:18] </w:t>
      </w:r>
      <w:r>
        <w:t>to Bertrand Russell ne yeh baat likhi thi is mein, aur phir baad ko aur logon ki kitabon</w:t>
      </w:r>
    </w:p>
    <w:p>
      <w:pPr>
        <w:jc w:val="right"/>
      </w:pPr>
      <w:r>
        <w:t>تو برٹن رسل نے یہ بات لکھی تھی اس میں، اور پھر بعد کو اور لوگوں کی کتابوں</w:t>
      </w:r>
    </w:p>
    <w:p>
      <w:r>
        <w:rPr>
          <w:b/>
        </w:rPr>
        <w:t xml:space="preserve">[23:23] </w:t>
      </w:r>
      <w:r>
        <w:t>mein ne parha, woh zamana khatm ho gaya jo Newton ke zamane mein tha.</w:t>
      </w:r>
    </w:p>
    <w:p>
      <w:pPr>
        <w:jc w:val="right"/>
      </w:pPr>
      <w:r>
        <w:t>میں نے پڑھا، وہ زمانہ ختم ہو گیا جو نیوٹن کے زمانے میں تھا۔</w:t>
      </w:r>
    </w:p>
    <w:p>
      <w:r>
        <w:rPr>
          <w:b/>
        </w:rPr>
        <w:t xml:space="preserve">[23:28] </w:t>
      </w:r>
      <w:r>
        <w:t>ab jo insan yani jab atom, at</w:t>
      </w:r>
    </w:p>
    <w:p>
      <w:pPr>
        <w:jc w:val="right"/>
      </w:pPr>
      <w:r>
        <w:t>اب جو انسان یعنی جب ایٹم، ای</w:t>
      </w:r>
    </w:p>
    <w:p>
      <w:r>
        <w:rPr>
          <w:b/>
        </w:rPr>
        <w:t xml:space="preserve">[23:33] </w:t>
      </w:r>
      <w:r>
        <w:t>om mein jab split hua, pehle samjha jata tha, aap jante hain ke yani philosopher jo the, to</w:t>
      </w:r>
    </w:p>
    <w:p>
      <w:pPr>
        <w:jc w:val="right"/>
      </w:pPr>
      <w:r>
        <w:t>ٹم میں جب اسپلٹ ہوا، پہلے سمجھا جاتا تھا، آپ جانتے ہیں کہ یعنی فلاسفر جو تھے، تو</w:t>
      </w:r>
    </w:p>
    <w:p>
      <w:r>
        <w:rPr>
          <w:b/>
        </w:rPr>
        <w:t xml:space="preserve">[23:39] </w:t>
      </w:r>
      <w:r>
        <w:t>woh atom ko samajhte the ke woh juz hai, tajzia hai, yani woh aakhri particle hai.</w:t>
      </w:r>
    </w:p>
    <w:p>
      <w:pPr>
        <w:jc w:val="right"/>
      </w:pPr>
      <w:r>
        <w:t>وہ ایٹم کو سمجھتے تھے کہ وہ جزل ہے، تجزہ ہے، یعنی وہ آخری پارٹیکل ہے۔</w:t>
      </w:r>
    </w:p>
    <w:p>
      <w:r>
        <w:rPr>
          <w:b/>
        </w:rPr>
        <w:t xml:space="preserve">[23:45] </w:t>
      </w:r>
      <w:r>
        <w:t>lekin jab atom toot gaya to maloom hua ke nahi, us ke aage bhi hai duniya, yani waves</w:t>
      </w:r>
    </w:p>
    <w:p>
      <w:pPr>
        <w:jc w:val="right"/>
      </w:pPr>
      <w:r>
        <w:t>لیکن جب ایٹم ٹوٹ گیا تو معلوم ہوا کہ نہیں، اس کے آگے بھی ہے دنیا، یعنی ویوز</w:t>
      </w:r>
    </w:p>
    <w:p>
      <w:r>
        <w:rPr>
          <w:b/>
        </w:rPr>
        <w:t xml:space="preserve">[23:51] </w:t>
      </w:r>
      <w:r>
        <w:t>of electron hain us ke aage, aur waves of electron jo hain, un ki koi material description hum</w:t>
      </w:r>
    </w:p>
    <w:p>
      <w:pPr>
        <w:jc w:val="right"/>
      </w:pPr>
      <w:r>
        <w:t>آف الیکٹران ہیں اس کے آگے، اور ویوز آف الیکٹران جو ہیں، ان کی کوئی مٹیریل ڈسکرپشن ہم</w:t>
      </w:r>
    </w:p>
    <w:p>
      <w:r>
        <w:rPr>
          <w:b/>
        </w:rPr>
        <w:t xml:space="preserve">[23:57] </w:t>
      </w:r>
      <w:r>
        <w:t>nahi de sakte aap.</w:t>
      </w:r>
    </w:p>
    <w:p>
      <w:pPr>
        <w:jc w:val="right"/>
      </w:pPr>
      <w:r>
        <w:t>نہیں دے سکتے آپ۔</w:t>
      </w:r>
    </w:p>
    <w:p>
      <w:r>
        <w:rPr>
          <w:b/>
        </w:rPr>
        <w:t xml:space="preserve">[24:03] </w:t>
      </w:r>
      <w:r>
        <w:t>jab tak samjha jata tha ke aakhri cheez atom hai, tab tak us ko aap material terms mein</w:t>
      </w:r>
    </w:p>
    <w:p>
      <w:pPr>
        <w:jc w:val="right"/>
      </w:pPr>
      <w:r>
        <w:t>جب تک سمجھا جاتا تھا کہ آخری چیز ایٹم ہے، تب تک اس کو آپ مٹیریل ٹرمز میں</w:t>
      </w:r>
    </w:p>
    <w:p>
      <w:r>
        <w:rPr>
          <w:b/>
        </w:rPr>
        <w:t xml:space="preserve">[24:09] </w:t>
      </w:r>
      <w:r>
        <w:t>describe kar sakte the.</w:t>
      </w:r>
    </w:p>
    <w:p>
      <w:pPr>
        <w:jc w:val="right"/>
      </w:pPr>
      <w:r>
        <w:t>ڈسکرائب کر سکتے تھے۔</w:t>
      </w:r>
    </w:p>
    <w:p>
      <w:r>
        <w:rPr>
          <w:b/>
        </w:rPr>
        <w:t xml:space="preserve">[24:15] </w:t>
      </w:r>
      <w:r>
        <w:t>lekin jab yeh maloom hua ke us ke aage bhi duniya hai, atom aakhri nahi hai, us ke</w:t>
      </w:r>
    </w:p>
    <w:p>
      <w:pPr>
        <w:jc w:val="right"/>
      </w:pPr>
      <w:r>
        <w:t>لیکن جب یہ معلوم ہوا کہ اس کے آگے بھی دنیا ہے، ایٹم آخری نہیں ہے، اس کے</w:t>
      </w:r>
    </w:p>
    <w:p>
      <w:r>
        <w:rPr>
          <w:b/>
        </w:rPr>
        <w:t xml:space="preserve">[24:22] </w:t>
      </w:r>
      <w:r>
        <w:t>aage electronic waves hain, waves of electrons, maloom hua ke woh to material term bana hi nahi keh sakti.</w:t>
      </w:r>
    </w:p>
    <w:p>
      <w:pPr>
        <w:jc w:val="right"/>
      </w:pPr>
      <w:r>
        <w:t>آگے الیکٹرانک ویوز ہیں، ویوز آف الیکٹرانز، معلوم ہوا کہ وہ تو مٹیریل ٹرم بنا ہی نہیں کہہ سکتی۔</w:t>
      </w:r>
    </w:p>
    <w:p>
      <w:r>
        <w:rPr>
          <w:b/>
        </w:rPr>
        <w:t xml:space="preserve">[24:28] </w:t>
      </w:r>
      <w:r>
        <w:t>to burton russel ne likha ek jagah hai,</w:t>
      </w:r>
    </w:p>
    <w:p>
      <w:pPr>
        <w:jc w:val="right"/>
      </w:pPr>
      <w:r>
        <w:t>تو برٹن رسل نے لکھا ایک جگہ ہے،</w:t>
      </w:r>
    </w:p>
    <w:p>
      <w:r>
        <w:rPr>
          <w:b/>
        </w:rPr>
        <w:t xml:space="preserve">[24:34] </w:t>
      </w:r>
      <w:r>
        <w:t>ek sentence is mein hai, ek sentence, is se mujhe bohat bari baat mil gayi.</w:t>
      </w:r>
    </w:p>
    <w:p>
      <w:pPr>
        <w:jc w:val="right"/>
      </w:pPr>
      <w:r>
        <w:t>ایک سینٹنس اس میں ہے، ایک سینٹنس، اس سے مجھے بہت بڑی بات مل گئی۔</w:t>
      </w:r>
    </w:p>
    <w:p>
      <w:r>
        <w:rPr>
          <w:b/>
        </w:rPr>
        <w:t xml:space="preserve">[24:41] </w:t>
      </w:r>
      <w:r>
        <w:t>is ki bohat sari kitabein hain, un ki ek ek kitab mein sirf ek sentence, woh yeh likha</w:t>
      </w:r>
    </w:p>
    <w:p>
      <w:pPr>
        <w:jc w:val="right"/>
      </w:pPr>
      <w:r>
        <w:t>اس کی بہت ساری کتابیں ہیں، ان کی ایک ایک کتاب میں صرف ایک سینٹنس، وہ یہ لکھا</w:t>
      </w:r>
    </w:p>
    <w:p>
      <w:r>
        <w:rPr>
          <w:b/>
        </w:rPr>
        <w:t xml:space="preserve">[24:49] </w:t>
      </w:r>
      <w:r>
        <w:t>hai is ne ke philosophers jo argument dete hain khuda ke existence par, to woh is ko kehte</w:t>
      </w:r>
    </w:p>
    <w:p>
      <w:pPr>
        <w:jc w:val="right"/>
      </w:pPr>
      <w:r>
        <w:t>ہے اس نے کہ فلاسفرز جو ارگومنٹ دیتے ہیں خدا کے ایگزسٹنس پر، تو وہ اس کو کہتے</w:t>
      </w:r>
    </w:p>
    <w:p>
      <w:r>
        <w:rPr>
          <w:b/>
        </w:rPr>
        <w:t xml:space="preserve">[24:56] </w:t>
      </w:r>
      <w:r>
        <w:t>hain argument from design, yani where there is design, there is designer, yani is universe mein</w:t>
      </w:r>
    </w:p>
    <w:p>
      <w:pPr>
        <w:jc w:val="right"/>
      </w:pPr>
      <w:r>
        <w:t>ہیں ارگومنٹ فرام ڈیزائن، یعنی ویئر دیر از ڈیزائن، دیر از ڈیزائنر، یعنی اس یونیورس میں</w:t>
      </w:r>
    </w:p>
    <w:p>
      <w:r>
        <w:rPr>
          <w:b/>
        </w:rPr>
        <w:t xml:space="preserve">[25:04] </w:t>
      </w:r>
      <w:r>
        <w:t>design hai, to is ka koi designer hai.</w:t>
      </w:r>
    </w:p>
    <w:p>
      <w:pPr>
        <w:jc w:val="right"/>
      </w:pPr>
      <w:r>
        <w:t>ڈیزائن ہے، تو اس کا کوئی ڈیزائنر ہے۔</w:t>
      </w:r>
    </w:p>
    <w:p>
      <w:r>
        <w:rPr>
          <w:b/>
        </w:rPr>
        <w:t xml:space="preserve">[25:09] </w:t>
      </w:r>
      <w:r>
        <w:t>is ko kehte hain argument from design.</w:t>
      </w:r>
    </w:p>
    <w:p>
      <w:pPr>
        <w:jc w:val="right"/>
      </w:pPr>
      <w:r>
        <w:t>اس کو کہتے ہیں ارگومنٹ فرام ڈیزائن۔</w:t>
      </w:r>
    </w:p>
    <w:p>
      <w:r>
        <w:rPr>
          <w:b/>
        </w:rPr>
        <w:t xml:space="preserve">[25:14] </w:t>
      </w:r>
      <w:r>
        <w:t>to is ne likha hai ke argument from design ka jo hai, un ka argument in nature yeh</w:t>
      </w:r>
    </w:p>
    <w:p>
      <w:pPr>
        <w:jc w:val="right"/>
      </w:pPr>
      <w:r>
        <w:t>تو اس نے لکھا ہے کہ ارگومنٹ فرام ڈیزائن کا جو ہے، ان کا ارگومنٹ ان نیچر یہ</w:t>
      </w:r>
    </w:p>
    <w:p>
      <w:r>
        <w:rPr>
          <w:b/>
        </w:rPr>
        <w:t xml:space="preserve">[25:19] </w:t>
      </w:r>
      <w:r>
        <w:t>scientific hai, in nature yeh scientific hai.</w:t>
      </w:r>
    </w:p>
    <w:p>
      <w:pPr>
        <w:jc w:val="right"/>
      </w:pPr>
      <w:r>
        <w:t>سائنٹیفک ہے، ان نیچر یہ سائنٹیفک ہے۔</w:t>
      </w:r>
    </w:p>
    <w:p>
      <w:r>
        <w:rPr>
          <w:b/>
        </w:rPr>
        <w:t xml:space="preserve">[25:24] </w:t>
      </w:r>
      <w:r>
        <w:t>kyun? kyunke ab jo woh woh zamana khatam ho chuka jab ke aap yeh kehte the ke yani</w:t>
      </w:r>
    </w:p>
    <w:p>
      <w:pPr>
        <w:jc w:val="right"/>
      </w:pPr>
      <w:r>
        <w:t>کیوں؟ کیونکہ اب جو وہ وہ زمانہ ختم ہو چکا جب کہ آپ یہ کہتے تھے کہ یعنی</w:t>
      </w:r>
    </w:p>
    <w:p>
      <w:r>
        <w:rPr>
          <w:b/>
        </w:rPr>
        <w:t xml:space="preserve">[25:29] </w:t>
      </w:r>
      <w:r>
        <w:t>har cheez cheez wohi hai jo direct argument</w:t>
      </w:r>
    </w:p>
    <w:p>
      <w:pPr>
        <w:jc w:val="right"/>
      </w:pPr>
      <w:r>
        <w:t>ہر چیز چیز وہی ہے جو ڈائریکٹ ارگومنٹ</w:t>
      </w:r>
    </w:p>
    <w:p>
      <w:r>
        <w:rPr>
          <w:b/>
        </w:rPr>
        <w:t xml:space="preserve">[25:34] </w:t>
      </w:r>
      <w:r>
        <w:t>se sabit ho.</w:t>
      </w:r>
    </w:p>
    <w:p>
      <w:pPr>
        <w:jc w:val="right"/>
      </w:pPr>
      <w:r>
        <w:t>سے ثابت ہو۔</w:t>
      </w:r>
    </w:p>
    <w:p>
      <w:r>
        <w:rPr>
          <w:b/>
        </w:rPr>
        <w:t xml:space="preserve">[25:39] </w:t>
      </w:r>
      <w:r>
        <w:t>to ab direct direct argument to ab valid nahi raha, ab to influential argument valid ho gaya.</w:t>
      </w:r>
    </w:p>
    <w:p>
      <w:pPr>
        <w:jc w:val="right"/>
      </w:pPr>
      <w:r>
        <w:t>تو اب ڈائریکٹ ڈائریکٹ ارگومنٹ تو اب ویلڈ نہیں رہا، اب تو انفلوئنشل ارگومنٹ ویلڈ ہو گیا۔</w:t>
      </w:r>
    </w:p>
    <w:p>
      <w:r>
        <w:rPr>
          <w:b/>
        </w:rPr>
        <w:t xml:space="preserve">[25:44] </w:t>
      </w:r>
      <w:r>
        <w:t>jab influential argument science mein valid ho gaya to mazhab bhi valid kyun nahi hoga? woh yani influential,</w:t>
      </w:r>
    </w:p>
    <w:p>
      <w:pPr>
        <w:jc w:val="right"/>
      </w:pPr>
      <w:r>
        <w:t>جب انفلوئنشل ارگومنٹ سائنس میں ویلڈ ہو گیا تو مذہب بھی ویلڈ کیوں نہیں ہوگا؟ وہ یعنی انفلوئنشل،</w:t>
      </w:r>
    </w:p>
    <w:p>
      <w:r>
        <w:rPr>
          <w:b/>
        </w:rPr>
        <w:t xml:space="preserve">[25:49] </w:t>
      </w:r>
      <w:r>
        <w:t>aap influence ke zariye electron ko prove karte hain, electron ka existence jo hai, woh influential argument ke</w:t>
      </w:r>
    </w:p>
    <w:p>
      <w:pPr>
        <w:jc w:val="right"/>
      </w:pPr>
      <w:r>
        <w:t>آپ انفلوئنس کے ذریعے الیکٹران کو پروف کرتے ہیں، الیکٹران کا ایگزسٹنس جو ہے، وہ انفلوئنشل ارگومنٹ کے</w:t>
      </w:r>
    </w:p>
    <w:p>
      <w:r>
        <w:rPr>
          <w:b/>
        </w:rPr>
        <w:t xml:space="preserve">[25:54] </w:t>
      </w:r>
      <w:r>
        <w:t>zariye prove hota hai.</w:t>
      </w:r>
    </w:p>
    <w:p>
      <w:pPr>
        <w:jc w:val="right"/>
      </w:pPr>
      <w:r>
        <w:t>ذریعے پروف ہوتا ہے۔</w:t>
      </w:r>
    </w:p>
    <w:p>
      <w:r>
        <w:rPr>
          <w:b/>
        </w:rPr>
        <w:t xml:space="preserve">[25:59] </w:t>
      </w:r>
      <w:r>
        <w:t>to aise hi agar mazhab</w:t>
      </w:r>
    </w:p>
    <w:p>
      <w:pPr>
        <w:jc w:val="right"/>
      </w:pPr>
      <w:r>
        <w:t>تو ایسے ہی اگر مذہ</w:t>
      </w:r>
    </w:p>
    <w:p>
      <w:r>
        <w:rPr>
          <w:b/>
        </w:rPr>
        <w:t xml:space="preserve">[26:04] </w:t>
      </w:r>
      <w:r>
        <w:t>ka, yani khuda ke wajood ka argument jo hai, influence pe kiya jaye, woh bhi valid mana</w:t>
      </w:r>
    </w:p>
    <w:p>
      <w:pPr>
        <w:jc w:val="right"/>
      </w:pPr>
      <w:r>
        <w:t>ب کا، یعنی خدا کے وجود کا ارگومنٹ جو ہے، انفلوئنس پہ کیا جائے، وہ بھی ویلڈ مانا</w:t>
      </w:r>
    </w:p>
    <w:p>
      <w:r>
        <w:rPr>
          <w:b/>
        </w:rPr>
        <w:t xml:space="preserve">[26:09] </w:t>
      </w:r>
      <w:r>
        <w:t>mana jayega.</w:t>
      </w:r>
    </w:p>
    <w:p>
      <w:pPr>
        <w:jc w:val="right"/>
      </w:pPr>
      <w:r>
        <w:t>مانا جائے گا۔</w:t>
      </w:r>
    </w:p>
    <w:p>
      <w:r>
        <w:rPr>
          <w:b/>
        </w:rPr>
        <w:t xml:space="preserve">[26:13] </w:t>
      </w:r>
      <w:r>
        <w:t>to is ne yeh likh diya hai jumla ke in nature yeh argument, yani argument from design, ek</w:t>
      </w:r>
    </w:p>
    <w:p>
      <w:pPr>
        <w:jc w:val="right"/>
      </w:pPr>
      <w:r>
        <w:t>تو اس نے یہ لکھ دیا ہے جملہ کہ ان نیچر یہ ارگومنٹ، یعنی ارگومنٹ فرام ڈیزائن، ایک</w:t>
      </w:r>
    </w:p>
    <w:p>
      <w:r>
        <w:rPr>
          <w:b/>
        </w:rPr>
        <w:t xml:space="preserve">[26:17] </w:t>
      </w:r>
      <w:r>
        <w:t>ek valid argument hai.</w:t>
      </w:r>
    </w:p>
    <w:p>
      <w:pPr>
        <w:jc w:val="right"/>
      </w:pPr>
      <w:r>
        <w:t>ایک ویلڈ ارگومنٹ ہے۔</w:t>
      </w:r>
    </w:p>
    <w:p>
      <w:r>
        <w:rPr>
          <w:b/>
        </w:rPr>
        <w:t xml:space="preserve">[26:22] </w:t>
      </w:r>
      <w:r>
        <w:t>is se mujhe ek poori duniya mil gayi.</w:t>
      </w:r>
    </w:p>
    <w:p>
      <w:pPr>
        <w:jc w:val="right"/>
      </w:pPr>
      <w:r>
        <w:t>اس سے مجھے ایک پوری دنیا مل گئی۔</w:t>
      </w:r>
    </w:p>
    <w:p>
      <w:r>
        <w:rPr>
          <w:b/>
        </w:rPr>
        <w:t xml:space="preserve">[26:26] </w:t>
      </w:r>
      <w:r>
        <w:t>phir maine kai kitabein likhi hain.</w:t>
      </w:r>
    </w:p>
    <w:p>
      <w:pPr>
        <w:jc w:val="right"/>
      </w:pPr>
      <w:r>
        <w:t>پھر میں نے کئی کتابیں لکھی ہیں۔</w:t>
      </w:r>
    </w:p>
    <w:p>
      <w:r>
        <w:rPr>
          <w:b/>
        </w:rPr>
        <w:t xml:space="preserve">[26:30] </w:t>
      </w:r>
      <w:r>
        <w:t>ek kitab woh hai jis ka naam hai science aur mazhab, english mein is ka naam hai</w:t>
      </w:r>
    </w:p>
    <w:p>
      <w:pPr>
        <w:jc w:val="right"/>
      </w:pPr>
      <w:r>
        <w:t>ایک کتاب وہ ہے جس کا نام ہے سائنس اور مذہب، انگلش میں اس کا نام ہے</w:t>
      </w:r>
    </w:p>
    <w:p>
      <w:r>
        <w:rPr>
          <w:b/>
        </w:rPr>
        <w:t xml:space="preserve">[26:35] </w:t>
      </w:r>
      <w:r>
        <w:t>science and religion.</w:t>
      </w:r>
    </w:p>
    <w:p>
      <w:pPr>
        <w:jc w:val="right"/>
      </w:pPr>
      <w:r>
        <w:t>سائنس اینڈ ریلیجن۔</w:t>
      </w:r>
    </w:p>
    <w:p>
      <w:r>
        <w:rPr>
          <w:b/>
        </w:rPr>
        <w:t xml:space="preserve">[26:39] </w:t>
      </w:r>
      <w:r>
        <w:t>aur bhi kai kitaben.</w:t>
      </w:r>
    </w:p>
    <w:p>
      <w:pPr>
        <w:jc w:val="right"/>
      </w:pPr>
      <w:r>
        <w:t>اور بھی کئی کتابیں۔</w:t>
      </w:r>
    </w:p>
    <w:p>
      <w:r>
        <w:rPr>
          <w:b/>
        </w:rPr>
        <w:t xml:space="preserve">[26:43] </w:t>
      </w:r>
      <w:r>
        <w:t>to woh jo unhon ne mujhe challenge diya tha ke islam mein secondary rest mein primary rest nahin</w:t>
      </w:r>
    </w:p>
    <w:p>
      <w:pPr>
        <w:jc w:val="right"/>
      </w:pPr>
      <w:r>
        <w:t>تو وہ جو انہوں نے مجھے چیلنج دیا تھا کہ اسلام میں سیکنڈری ریسٹ میں پرائمری ریسٹ نہیں</w:t>
      </w:r>
    </w:p>
    <w:p>
      <w:r>
        <w:rPr>
          <w:b/>
        </w:rPr>
        <w:t xml:space="preserve">[26:48] </w:t>
      </w:r>
      <w:r>
        <w:t>hai, is ka jawab mujhe burton russell kiya mila? Ek mulhid ke haan.</w:t>
      </w:r>
    </w:p>
    <w:p>
      <w:pPr>
        <w:jc w:val="right"/>
      </w:pPr>
      <w:r>
        <w:t>ہے، اس کا جواب مجھے برٹن رسل کیا ملا؟ ایک ملحد کے ہاں۔</w:t>
      </w:r>
    </w:p>
    <w:p>
      <w:r>
        <w:rPr>
          <w:b/>
        </w:rPr>
        <w:t xml:space="preserve">[26:52] </w:t>
      </w:r>
      <w:r>
        <w:t>to agar main is type ko mizaj hota ke ghussa ho jana, woh aise hi gustakhi karta hai,</w:t>
      </w:r>
    </w:p>
    <w:p>
      <w:pPr>
        <w:jc w:val="right"/>
      </w:pPr>
      <w:r>
        <w:t>تو اگر میں اس ٹائپ کو مزاج ہوتا کہ غصہ ہو جانا، وہ ایسے ہی گستاخی کرتا ہے،</w:t>
      </w:r>
    </w:p>
    <w:p>
      <w:r>
        <w:rPr>
          <w:b/>
        </w:rPr>
        <w:t xml:space="preserve">[26:56] </w:t>
      </w:r>
      <w:r>
        <w:t>isko maro.</w:t>
      </w:r>
    </w:p>
    <w:p>
      <w:pPr>
        <w:jc w:val="right"/>
      </w:pPr>
      <w:r>
        <w:t>اس کو مارو۔</w:t>
      </w:r>
    </w:p>
    <w:p>
      <w:r>
        <w:rPr>
          <w:b/>
        </w:rPr>
        <w:t xml:space="preserve">[27:00] </w:t>
      </w:r>
      <w:r>
        <w:t>jaise abhi aap ne dekha,</w:t>
      </w:r>
    </w:p>
    <w:p>
      <w:pPr>
        <w:jc w:val="right"/>
      </w:pPr>
      <w:r>
        <w:t>جیسے ابھی آپ نے دیکھا،</w:t>
      </w:r>
    </w:p>
    <w:p>
      <w:r>
        <w:rPr>
          <w:b/>
        </w:rPr>
        <w:t xml:space="preserve">[27:05] </w:t>
      </w:r>
      <w:r>
        <w:t>kal jo pakistan mein hua hai ke woh ahmadi firqa jis ka manna hai ke khatam nabiyyin ke baad bhi koi nabi aa sakta hai, to us ko fatwa de diya gaya aur mominon ko mominon ka dam qarar de diya gaya. aur log ghus gaye un ki masjidon mein aur taqreeban sau aadmi ko maar dala. aur kab? namaz parhte hue, namaz parhte hue maar dala. halanke dekhiye, aap</w:t>
      </w:r>
    </w:p>
    <w:p>
      <w:pPr>
        <w:jc w:val="right"/>
      </w:pPr>
      <w:r>
        <w:t>کل جو پاکستان میں ہوا ہے کہ وہ احمدی فرقہ جس کا ماننا ہے کہ خاتم النبیین کے بعد بھی کوئی نبی آ سکتا ہے، تو اس کو فتوی دے دیا گیا اور مومنوں کو مومنوں کا دم قرار دے دیا گیا۔ اور لوگ گھس گئے ان کی مسجدوں میں اور تقریباً سو آدمی کو مار ڈالا۔ اور کب؟ نماز پڑھتے ہوئے، نماز پڑھتے ہوئے مار ڈالا۔ حالانکہ دیکھیے، آپ</w:t>
      </w:r>
    </w:p>
    <w:p>
      <w:r>
        <w:rPr>
          <w:b/>
        </w:rPr>
        <w:t xml:space="preserve">[27:35] </w:t>
      </w:r>
      <w:r>
        <w:t>woh parhiye, sahih muslim jo hai, us ki sharah hai, imam nawawi ne sharah ki hai.</w:t>
      </w:r>
    </w:p>
    <w:p>
      <w:pPr>
        <w:jc w:val="right"/>
      </w:pPr>
      <w:r>
        <w:t>وہ پڑھیے، صحیح مسلم جو ہے، اس کی شرح ہے، امام نبوی نے شرح کی ہے۔</w:t>
      </w:r>
    </w:p>
    <w:p>
      <w:r>
        <w:rPr>
          <w:b/>
        </w:rPr>
        <w:t xml:space="preserve">[27:40] </w:t>
      </w:r>
      <w:r>
        <w:t>iski imam nawawi bohat top ke scholar hain, top ke scholar.</w:t>
      </w:r>
    </w:p>
    <w:p>
      <w:pPr>
        <w:jc w:val="right"/>
      </w:pPr>
      <w:r>
        <w:t>اس کی امام نبوی بہت ٹاپ کے اسکالر ہیں، ٹاپ کے اسکالر۔</w:t>
      </w:r>
    </w:p>
    <w:p>
      <w:r>
        <w:rPr>
          <w:b/>
        </w:rPr>
        <w:t xml:space="preserve">[27:45] </w:t>
      </w:r>
      <w:r>
        <w:t>unhon ne likha hai is mein ke ulma ka is pe ittefaq hai ke la yukaffir ahadun min</w:t>
      </w:r>
    </w:p>
    <w:p>
      <w:pPr>
        <w:jc w:val="right"/>
      </w:pPr>
      <w:r>
        <w:t>انہوں نے لکھا ہے اس میں کہ علماء کا اس پہ اتفاق ہے کہ لا یکفر احد من</w:t>
      </w:r>
    </w:p>
    <w:p>
      <w:r>
        <w:rPr>
          <w:b/>
        </w:rPr>
        <w:t xml:space="preserve">[27:50] </w:t>
      </w:r>
      <w:r>
        <w:t>ahl al-qibla, la yukaffir ahadun min ahl al-qibla.</w:t>
      </w:r>
    </w:p>
    <w:p>
      <w:pPr>
        <w:jc w:val="right"/>
      </w:pPr>
      <w:r>
        <w:t>اہل القبلہ، لا یکفر احد من اہل القبلہ۔</w:t>
      </w:r>
    </w:p>
    <w:p>
      <w:r>
        <w:rPr>
          <w:b/>
        </w:rPr>
        <w:t xml:space="preserve">[27:55] </w:t>
      </w:r>
      <w:r>
        <w:t>yani qibla ki taraf jo aadmi namaz parh raha ho, rukh kar ke, to us ki taqrir nahin</w:t>
      </w:r>
    </w:p>
    <w:p>
      <w:pPr>
        <w:jc w:val="right"/>
      </w:pPr>
      <w:r>
        <w:t>یعنی قبلہ کی طرف جو آدمی نماز پڑھ رہا ہو، رخ کر کے، تو اس کی تقریر نہیں</w:t>
      </w:r>
    </w:p>
    <w:p>
      <w:r>
        <w:rPr>
          <w:b/>
        </w:rPr>
        <w:t xml:space="preserve">[28:00] </w:t>
      </w:r>
      <w:r>
        <w:t>ki jayegi. Woh</w:t>
      </w:r>
    </w:p>
    <w:p>
      <w:pPr>
        <w:jc w:val="right"/>
      </w:pPr>
      <w:r>
        <w:t>کی جائے گی۔ وہ</w:t>
      </w:r>
    </w:p>
    <w:p>
      <w:r>
        <w:rPr>
          <w:b/>
        </w:rPr>
        <w:t xml:space="preserve">[28:05] </w:t>
      </w:r>
      <w:r>
        <w:t>bechare namaz parh rahe the qibla ki taraf, apni do masjidon mein woh juma ki namaz parh rahe</w:t>
      </w:r>
    </w:p>
    <w:p>
      <w:pPr>
        <w:jc w:val="right"/>
      </w:pPr>
      <w:r>
        <w:t>بیچارے نماز پڑھ رہے تھے قبلہ کی طرف، اپنی دو مسجدوں میں وہ جمعہ کی نماز پڑھ رہے</w:t>
      </w:r>
    </w:p>
    <w:p>
      <w:r>
        <w:rPr>
          <w:b/>
        </w:rPr>
        <w:t xml:space="preserve">[28:11] </w:t>
      </w:r>
      <w:r>
        <w:t>the, qibla ki taraf rukh kar ke, tab bhi ghus gaye, gun le kar ke maar dala is ko.</w:t>
      </w:r>
    </w:p>
    <w:p>
      <w:pPr>
        <w:jc w:val="right"/>
      </w:pPr>
      <w:r>
        <w:t>تھے، قبلہ کی طرف رخ کر کے، تب بھی گھس گئے، گن لے کر کے مار ڈالا اس کو۔</w:t>
      </w:r>
    </w:p>
    <w:p>
      <w:r>
        <w:rPr>
          <w:b/>
        </w:rPr>
        <w:t xml:space="preserve">[28:17] </w:t>
      </w:r>
      <w:r>
        <w:t>aise logon ko sachai mil sakti hai? Agar woh yeh kehte hain ke rasool Allah ke baad bhi</w:t>
      </w:r>
    </w:p>
    <w:p>
      <w:pPr>
        <w:jc w:val="right"/>
      </w:pPr>
      <w:r>
        <w:t>ایسے لوگوں کو سچائی مل سکتی ہے؟ اگر وہ یہ کہتے ہیں کہ رسول اللہ کے بعد بھی</w:t>
      </w:r>
    </w:p>
    <w:p>
      <w:r>
        <w:rPr>
          <w:b/>
        </w:rPr>
        <w:t xml:space="preserve">[28:23] </w:t>
      </w:r>
      <w:r>
        <w:t>zill nabee aa sakta hai, woh yeh nahin mante ke isi isi darje ka nabee zill nabee, to</w:t>
      </w:r>
    </w:p>
    <w:p>
      <w:pPr>
        <w:jc w:val="right"/>
      </w:pPr>
      <w:r>
        <w:t>ذل نبی آ سکتا ہے، وہ یہ نہیں مانتے کہ اسی اسی درجے کا نبی ذل نبی، تو</w:t>
      </w:r>
    </w:p>
    <w:p>
      <w:r>
        <w:rPr>
          <w:b/>
        </w:rPr>
        <w:t xml:space="preserve">[28:29] </w:t>
      </w:r>
      <w:r>
        <w:t>un ke aap dalil se muqabla kijiye, dalil se use ka</w:t>
      </w:r>
    </w:p>
    <w:p>
      <w:pPr>
        <w:jc w:val="right"/>
      </w:pPr>
      <w:r>
        <w:t>ان کے آپ دلیل سے مقابلہ کیجئے، دلیل سے اسے کا</w:t>
      </w:r>
    </w:p>
    <w:p>
      <w:r>
        <w:rPr>
          <w:b/>
        </w:rPr>
        <w:t xml:space="preserve">[28:35] </w:t>
      </w:r>
      <w:r>
        <w:t>at kijiye, dalail se us ko khatam kijiye. nazariye ko yeh kiya? gun le kar maar dalen un ko aap? to aap padh lijiye, mere paas kitaab maujood hai imam nawawi ki, woh jo hai ke yeh ulama ka ittefaq hai is par. terahveen sadi ke eesvi ka aadmi hai yeh, yaani imam nawawi jo hain, 13th century AD ke aadmi hain, terahveen</w:t>
      </w:r>
    </w:p>
    <w:p>
      <w:pPr>
        <w:jc w:val="right"/>
      </w:pPr>
      <w:r>
        <w:t>ٹ کیجئے، دلائل سے اس کو ختم کیجئے۔ نظریے کو یہ کیا؟ گن لے کر مار ڈالیں ان کو آپ؟ تو آپ پڑھ لیجئے، میرے پاس کتاب موجود ہے امام نبوی کی، وہ جو ہے کہ یہ علماء کا اتفاق ہے اس پر۔ تیرویں صدی کے عیسوی کا آدمی ہے یہ، یعنی امام نبوی جو ہیں، تھرٹی سینچری اے ڈی کے آدمی ہیں، تیرویں</w:t>
      </w:r>
    </w:p>
    <w:p>
      <w:r>
        <w:rPr>
          <w:b/>
        </w:rPr>
        <w:t xml:space="preserve">[29:05] </w:t>
      </w:r>
      <w:r>
        <w:t>sadi isvi ke aadmi hain.</w:t>
      </w:r>
    </w:p>
    <w:p>
      <w:pPr>
        <w:jc w:val="right"/>
      </w:pPr>
      <w:r>
        <w:t>صدی عیسوی کے آدمی ہیں۔</w:t>
      </w:r>
    </w:p>
    <w:p>
      <w:r>
        <w:rPr>
          <w:b/>
        </w:rPr>
        <w:t xml:space="preserve">[29:10] </w:t>
      </w:r>
      <w:r>
        <w:t>us waqt unhon ne kaha tha ke ulma ka is pe ittefaq hai ke la yukaffir ahadun min</w:t>
      </w:r>
    </w:p>
    <w:p>
      <w:pPr>
        <w:jc w:val="right"/>
      </w:pPr>
      <w:r>
        <w:t>اس وقت انہوں نے کہا تھا کہ علماء کا اس پہ اتفاق ہے کہ لا یکفر احد من</w:t>
      </w:r>
    </w:p>
    <w:p>
      <w:r>
        <w:rPr>
          <w:b/>
        </w:rPr>
        <w:t xml:space="preserve">[29:15] </w:t>
      </w:r>
      <w:r>
        <w:t>ahl al-qibla, yani jo aadmi namaz parhta ho qibla ke rukh par, us ki takfeer nahin ki jayegi.</w:t>
      </w:r>
    </w:p>
    <w:p>
      <w:pPr>
        <w:jc w:val="right"/>
      </w:pPr>
      <w:r>
        <w:t>اہل القبلہ، یعنی جو آدمی نماز پڑھتا ہو قبلہ کے رخ پر، اس کی تکفیر نہیں کی جائے گی۔</w:t>
      </w:r>
    </w:p>
    <w:p>
      <w:r>
        <w:rPr>
          <w:b/>
        </w:rPr>
        <w:t xml:space="preserve">[29:20] </w:t>
      </w:r>
      <w:r>
        <w:t>to mubadahan bhi nahin hoga.</w:t>
      </w:r>
    </w:p>
    <w:p>
      <w:pPr>
        <w:jc w:val="right"/>
      </w:pPr>
      <w:r>
        <w:t>تو مباہدن بھی نہیں ہوگا۔</w:t>
      </w:r>
    </w:p>
    <w:p>
      <w:r>
        <w:rPr>
          <w:b/>
        </w:rPr>
        <w:t xml:space="preserve">[29:25] </w:t>
      </w:r>
      <w:r>
        <w:t>woh mubadahan mani hai ke is ko marna jaiz hai.</w:t>
      </w:r>
    </w:p>
    <w:p>
      <w:pPr>
        <w:jc w:val="right"/>
      </w:pPr>
      <w:r>
        <w:t>وہ مباہدن معنی ہے کہ اس کو مارنا جائز ہے۔</w:t>
      </w:r>
    </w:p>
    <w:p>
      <w:r>
        <w:rPr>
          <w:b/>
        </w:rPr>
        <w:t xml:space="preserve">[29:30] </w:t>
      </w:r>
      <w:r>
        <w:t>aise logon ko sachai kahan se milegi? Bataiye, jo nafraton mein jeete hain, jo insaan se mohabbat</w:t>
      </w:r>
    </w:p>
    <w:p>
      <w:pPr>
        <w:jc w:val="right"/>
      </w:pPr>
      <w:r>
        <w:t>ایسے لوگوں کو سچائی کہاں سے ملے گی؟ بتائیے، جو نفرتوں میں جیتے ہیں، جو انسان سے محبت</w:t>
      </w:r>
    </w:p>
    <w:p>
      <w:r>
        <w:rPr>
          <w:b/>
        </w:rPr>
        <w:t xml:space="preserve">[29:36] </w:t>
      </w:r>
      <w:r>
        <w:t>insaan ke liye un ke dil mein mohabbat nahin hai, jo dalil ka jawab dalil se jawab</w:t>
      </w:r>
    </w:p>
    <w:p>
      <w:pPr>
        <w:jc w:val="right"/>
      </w:pPr>
      <w:r>
        <w:t>، انسان کے لیے ان کے دل میں محبت نہیں ہے، جو دلیل کا جواب دلیل سے جواب</w:t>
      </w:r>
    </w:p>
    <w:p>
      <w:r>
        <w:rPr>
          <w:b/>
        </w:rPr>
        <w:t xml:space="preserve">[29:42] </w:t>
      </w:r>
      <w:r>
        <w:t>nahin jante dena, abhi soch ko unhon ne band kar rakha hai, bas gun chalana un ko aata hai.</w:t>
      </w:r>
    </w:p>
    <w:p>
      <w:pPr>
        <w:jc w:val="right"/>
      </w:pPr>
      <w:r>
        <w:t>نہیں جانتے دینا، ابھی سوچ کو انہوں نے بند کر رکھا ہے، بس گن چلانا ان کو آتا ہے۔</w:t>
      </w:r>
    </w:p>
    <w:p>
      <w:r>
        <w:rPr>
          <w:b/>
        </w:rPr>
        <w:t xml:space="preserve">[29:48] </w:t>
      </w:r>
      <w:r>
        <w:t>isi liye bari bari haqiqaten sab chhupi hui hain, logon ke nafrat se bhare hue dil ne</w:t>
      </w:r>
    </w:p>
    <w:p>
      <w:pPr>
        <w:jc w:val="right"/>
      </w:pPr>
      <w:r>
        <w:t>اسی لیے بڑی بڑی حقیقتیں سب چھپی ہوئی ہیں، لوگوں کے نفرت سے بھرے ہوئے دل میں نے</w:t>
      </w:r>
    </w:p>
    <w:p>
      <w:r>
        <w:rPr>
          <w:b/>
        </w:rPr>
        <w:t xml:space="preserve">[29:55] </w:t>
      </w:r>
      <w:r>
        <w:t>un ko woh kar diya hai, mehroom kar diya bari bari haqiqaton se.</w:t>
      </w:r>
    </w:p>
    <w:p>
      <w:pPr>
        <w:jc w:val="right"/>
      </w:pPr>
      <w:r>
        <w:t>ان کو وہ کر دیا ہے، محروم کر دیا بڑی بڑی حقیقتوں سے۔</w:t>
      </w:r>
    </w:p>
    <w:p>
      <w:r>
        <w:rPr>
          <w:b/>
        </w:rPr>
        <w:t xml:space="preserve">[30:01] </w:t>
      </w:r>
      <w:r>
        <w:t>ek hadith hai ke</w:t>
      </w:r>
    </w:p>
    <w:p>
      <w:pPr>
        <w:jc w:val="right"/>
      </w:pPr>
      <w:r>
        <w:t>ایک حدیث ہے کہ</w:t>
      </w:r>
    </w:p>
    <w:p>
      <w:r>
        <w:rPr>
          <w:b/>
        </w:rPr>
        <w:t xml:space="preserve">[30:08] </w:t>
      </w:r>
      <w:r>
        <w:t>hubbuka yumi wa yusim, yani kisi cheez se mohabbat tum ko is ke bare mein andha bhara bana deti hai.</w:t>
      </w:r>
    </w:p>
    <w:p>
      <w:pPr>
        <w:jc w:val="right"/>
      </w:pPr>
      <w:r>
        <w:t>حبک یومی ویسم، یعنی کسی چیز سے محبت تم کو اس کے بارے میں اندھا بھرا بنا دیتی ہے۔</w:t>
      </w:r>
    </w:p>
    <w:p>
      <w:r>
        <w:rPr>
          <w:b/>
        </w:rPr>
        <w:t xml:space="preserve">[30:15] </w:t>
      </w:r>
      <w:r>
        <w:t>isi mein ek baat aur implicit hai, yani balaghat ke usool ke mutabiq ke bughz yumi wa yusim, yani</w:t>
      </w:r>
    </w:p>
    <w:p>
      <w:pPr>
        <w:jc w:val="right"/>
      </w:pPr>
      <w:r>
        <w:t>اسی میں ایک بات اور ایمپلیسٹ ہے، یعنی بلاغت کے اصول کے مطابق کہ بوزک یومی ویسم، یعنی</w:t>
      </w:r>
    </w:p>
    <w:p>
      <w:r>
        <w:rPr>
          <w:b/>
        </w:rPr>
        <w:t xml:space="preserve">[30:23] </w:t>
      </w:r>
      <w:r>
        <w:t>dushmani agar kisi kitaab khilaf tum ko ho jaye to tum adhe bhare ho jaoge.</w:t>
      </w:r>
    </w:p>
    <w:p>
      <w:pPr>
        <w:jc w:val="right"/>
      </w:pPr>
      <w:r>
        <w:t>دشمنی اگر کسی کتاب خلاف تم کو ہو جائے تو تم ادھے بھرے ہو جاؤ گے۔</w:t>
      </w:r>
    </w:p>
    <w:p>
      <w:r>
        <w:rPr>
          <w:b/>
        </w:rPr>
        <w:t xml:space="preserve">[30:30] </w:t>
      </w:r>
      <w:r>
        <w:t>to yahi halat hai logon ki,</w:t>
      </w:r>
    </w:p>
    <w:p>
      <w:pPr>
        <w:jc w:val="right"/>
      </w:pPr>
      <w:r>
        <w:t>تو یہی حالت ہے لوگوں کی،</w:t>
      </w:r>
    </w:p>
    <w:p>
      <w:r>
        <w:rPr>
          <w:b/>
        </w:rPr>
        <w:t xml:space="preserve">[30:38] </w:t>
      </w:r>
      <w:r>
        <w:t>dushmaniyan hain logon ke dilon mein.</w:t>
      </w:r>
    </w:p>
    <w:p>
      <w:pPr>
        <w:jc w:val="right"/>
      </w:pPr>
      <w:r>
        <w:t>دشمنیاں ہیں لوگوں کے دلوں میں۔</w:t>
      </w:r>
    </w:p>
    <w:p>
      <w:r>
        <w:rPr>
          <w:b/>
        </w:rPr>
        <w:t xml:space="preserve">[30:42] </w:t>
      </w:r>
      <w:r>
        <w:t>koi rasool Allah ke khilaf kuch keh de to ab ab bas is ko maro, kaato, koi aur</w:t>
      </w:r>
    </w:p>
    <w:p>
      <w:pPr>
        <w:jc w:val="right"/>
      </w:pPr>
      <w:r>
        <w:t>کوئی رسول اللہ کے خلاف کچھ کہہ دے تو اب اب بس اس کو مارو، کاٹو، کوئی اور</w:t>
      </w:r>
    </w:p>
    <w:p>
      <w:r>
        <w:rPr>
          <w:b/>
        </w:rPr>
        <w:t xml:space="preserve">[30:47] </w:t>
      </w:r>
      <w:r>
        <w:t>koi Quran ke khilaf, koi kisi is Islam ke khilaf kuch bhi keh de.</w:t>
      </w:r>
    </w:p>
    <w:p>
      <w:pPr>
        <w:jc w:val="right"/>
      </w:pPr>
      <w:r>
        <w:t>کوئی قرآن کے خلاف، کوئی کسی اس اسلام کے خلاف کچھ بھی کہہ دے۔</w:t>
      </w:r>
    </w:p>
    <w:p>
      <w:r>
        <w:rPr>
          <w:b/>
        </w:rPr>
        <w:t xml:space="preserve">[30:51] </w:t>
      </w:r>
      <w:r>
        <w:t>bhai, azadi ka zamana hai, yeh yeh zamana hai freedom of expression ka zamana hai.</w:t>
      </w:r>
    </w:p>
    <w:p>
      <w:pPr>
        <w:jc w:val="right"/>
      </w:pPr>
      <w:r>
        <w:t>بھئی، آزادی کا زمانہ ہے، یہ یہ زمانہ ہے فریڈم ایکسپریشن کا زمانہ ہے۔</w:t>
      </w:r>
    </w:p>
    <w:p>
      <w:r>
        <w:rPr>
          <w:b/>
        </w:rPr>
        <w:t xml:space="preserve">[30:55] </w:t>
      </w:r>
      <w:r>
        <w:t>har aadmi samajhta hai ke haq hai ke jo main kuch chahe hoon kehoon, to aap bhi apne</w:t>
      </w:r>
    </w:p>
    <w:p>
      <w:pPr>
        <w:jc w:val="right"/>
      </w:pPr>
      <w:r>
        <w:t>ہر آدمی سمجھتا ہے کہ حق ہے کہ جو میں کچھ چاہے ہوں کہوں، تو آپ بھی اپنے</w:t>
      </w:r>
    </w:p>
    <w:p>
      <w:r>
        <w:rPr>
          <w:b/>
        </w:rPr>
        <w:t xml:space="preserve">[30:59] </w:t>
      </w:r>
      <w:r>
        <w:t>haq ko istemal kijiye.</w:t>
      </w:r>
    </w:p>
    <w:p>
      <w:pPr>
        <w:jc w:val="right"/>
      </w:pPr>
      <w:r>
        <w:t>حق کو استعمال کیجئے۔</w:t>
      </w:r>
    </w:p>
    <w:p>
      <w:r>
        <w:rPr>
          <w:b/>
        </w:rPr>
        <w:t xml:space="preserve">[31:04] </w:t>
      </w:r>
      <w:r>
        <w:t>to kitna bara</w:t>
      </w:r>
    </w:p>
    <w:p>
      <w:pPr>
        <w:jc w:val="right"/>
      </w:pPr>
      <w:r>
        <w:t>تو کتنا بڑا</w:t>
      </w:r>
    </w:p>
    <w:p>
      <w:r>
        <w:rPr>
          <w:b/>
        </w:rPr>
        <w:t xml:space="preserve">[31:08] </w:t>
      </w:r>
      <w:r>
        <w:t>nuqsan yeh hai? yaad rakhiye ke aap intellectual development se mehroom ho jate hain, ilmi irteqa ruk jata</w:t>
      </w:r>
    </w:p>
    <w:p>
      <w:pPr>
        <w:jc w:val="right"/>
      </w:pPr>
      <w:r>
        <w:t>نقصان یہ ہے؟ یاد رکھیے کہ آپ انٹلیکچول ڈیولپمنٹ سے محروم ہو جاتے ہیں، علمی ارتقاء رک جاتا</w:t>
      </w:r>
    </w:p>
    <w:p>
      <w:r>
        <w:rPr>
          <w:b/>
        </w:rPr>
        <w:t xml:space="preserve">[31:13] </w:t>
      </w:r>
      <w:r>
        <w:t>hai aap ka, nai nai baaten daryaft nahi kar paate aap.</w:t>
      </w:r>
    </w:p>
    <w:p>
      <w:pPr>
        <w:jc w:val="right"/>
      </w:pPr>
      <w:r>
        <w:t>ہے آپ کا، نئی نئی باتیں دریافت نہیں کر پاتے آپ۔</w:t>
      </w:r>
    </w:p>
    <w:p>
      <w:r>
        <w:rPr>
          <w:b/>
        </w:rPr>
        <w:t xml:space="preserve">[31:18] </w:t>
      </w:r>
      <w:r>
        <w:t>bas jo kisi ne kuch kaha, bas maro is ko.</w:t>
      </w:r>
    </w:p>
    <w:p>
      <w:pPr>
        <w:jc w:val="right"/>
      </w:pPr>
      <w:r>
        <w:t>بس جو کسی نے کچھ کہا، بس مارو اس کو۔</w:t>
      </w:r>
    </w:p>
    <w:p>
      <w:r>
        <w:rPr>
          <w:b/>
        </w:rPr>
        <w:t xml:space="preserve">[31:24] </w:t>
      </w:r>
      <w:r>
        <w:t>to main apne tajrube se aur apne mutale se kehta hoon ke mutual learning jo hai, yeh bohat</w:t>
      </w:r>
    </w:p>
    <w:p>
      <w:pPr>
        <w:jc w:val="right"/>
      </w:pPr>
      <w:r>
        <w:t>تو میں اپنے تجربے سے اور اپنے مطالعے سے کہتا ہوں کہ میوچول لرننگ جو ہے، یہ بہت</w:t>
      </w:r>
    </w:p>
    <w:p>
      <w:r>
        <w:rPr>
          <w:b/>
        </w:rPr>
        <w:t xml:space="preserve">[31:29] </w:t>
      </w:r>
      <w:r>
        <w:t>hi bari cheez hai.</w:t>
      </w:r>
    </w:p>
    <w:p>
      <w:pPr>
        <w:jc w:val="right"/>
      </w:pPr>
      <w:r>
        <w:t>ہی بڑی چیز ہے۔</w:t>
      </w:r>
    </w:p>
    <w:p>
      <w:r>
        <w:rPr>
          <w:b/>
        </w:rPr>
        <w:t xml:space="preserve">[31:34] </w:t>
      </w:r>
      <w:r>
        <w:t>hazrat Umar ke bare mein aata hai ke</w:t>
      </w:r>
    </w:p>
    <w:p>
      <w:pPr>
        <w:jc w:val="right"/>
      </w:pPr>
      <w:r>
        <w:t>حضرت عمر کے بارے میں آتا ہے کہ</w:t>
      </w:r>
    </w:p>
    <w:p>
      <w:r>
        <w:rPr>
          <w:b/>
        </w:rPr>
        <w:t xml:space="preserve">[31:39] </w:t>
      </w:r>
      <w:r>
        <w:t>kaana yata'allamu min kulli ahad, woh har ek se kuch kuch seekhte the.</w:t>
      </w:r>
    </w:p>
    <w:p>
      <w:pPr>
        <w:jc w:val="right"/>
      </w:pPr>
      <w:r>
        <w:t>کان یتعلم من کل احد، وہ ہر ایک سے کچھ کچھ سیکھتے تھے۔</w:t>
      </w:r>
    </w:p>
    <w:p>
      <w:r>
        <w:rPr>
          <w:b/>
        </w:rPr>
        <w:t xml:space="preserve">[31:45] </w:t>
      </w:r>
      <w:r>
        <w:t>har ek ke mani nahi ke jo taj guzar ho, use seekhenge, jo musalman ho, use seekh</w:t>
      </w:r>
    </w:p>
    <w:p>
      <w:pPr>
        <w:jc w:val="right"/>
      </w:pPr>
      <w:r>
        <w:t>ہر ایک کے معنی نہیں کہ جو تاج گزار ہو، اسے سیکھیں گے، جو مسلمان ہو، اسے سیکھیں</w:t>
      </w:r>
    </w:p>
    <w:p>
      <w:r>
        <w:rPr>
          <w:b/>
        </w:rPr>
        <w:t xml:space="preserve">[31:51] </w:t>
      </w:r>
      <w:r>
        <w:t>ge, jo ghair muslim ho, use nahi seekhenge.</w:t>
      </w:r>
    </w:p>
    <w:p>
      <w:pPr>
        <w:jc w:val="right"/>
      </w:pPr>
      <w:r>
        <w:t>گے، جو غیر مسلم ہو، اسے نہیں سیکھیں گے۔</w:t>
      </w:r>
    </w:p>
    <w:p>
      <w:r>
        <w:rPr>
          <w:b/>
        </w:rPr>
        <w:t xml:space="preserve">[31:57] </w:t>
      </w:r>
      <w:r>
        <w:t>yeh matlab nahi hai, koi bhi ho, chahe ghair muslim ho, Khuda ko na manta ho, kisi koi</w:t>
      </w:r>
    </w:p>
    <w:p>
      <w:pPr>
        <w:jc w:val="right"/>
      </w:pPr>
      <w:r>
        <w:t>یہ مطلب نہیں ہے، کوئی بھی ہو، چاہے غیر مسلم ہو، خدا کو نہ مانتا ہو، کسی کوئی</w:t>
      </w:r>
    </w:p>
    <w:p>
      <w:r>
        <w:rPr>
          <w:b/>
        </w:rPr>
        <w:t xml:space="preserve">[32:03] </w:t>
      </w:r>
      <w:r>
        <w:t>bhi nazariya is ka ho, lekin us se seekhte the woh. to yeh</w:t>
      </w:r>
    </w:p>
    <w:p>
      <w:pPr>
        <w:jc w:val="right"/>
      </w:pPr>
      <w:r>
        <w:t>بھی نظریہ اس کا ہو، لیکن اس سے سیکھتے تھے وہ۔ تو یہ</w:t>
      </w:r>
    </w:p>
    <w:p>
      <w:r>
        <w:rPr>
          <w:b/>
        </w:rPr>
        <w:t xml:space="preserve">[32:09] </w:t>
      </w:r>
      <w:r>
        <w:t>zehan jo hai, lazim hai is ke liye zehni irtaqa ke liye, yaani intellectual development ke liye.</w:t>
      </w:r>
    </w:p>
    <w:p>
      <w:pPr>
        <w:jc w:val="right"/>
      </w:pPr>
      <w:r>
        <w:t>ذہن جو ہے، لازم ہے اس کے لیے ذہنی ارتقاء کے لیے، یعنی انٹلیکچول ڈیولپمنٹ کے لیے۔</w:t>
      </w:r>
    </w:p>
    <w:p>
      <w:r>
        <w:rPr>
          <w:b/>
        </w:rPr>
        <w:t xml:space="preserve">[32:19] </w:t>
      </w:r>
      <w:r>
        <w:t>aap ko itna zyada aap ka mind wasee hona chahiye, itna dil mein aap ke capacity hona chahiye.</w:t>
      </w:r>
    </w:p>
    <w:p>
      <w:pPr>
        <w:jc w:val="right"/>
      </w:pPr>
      <w:r>
        <w:t>آپ کو اتنا زیادہ آپ کا مائنڈ وسیع ہونا چاہیے، اتنا دل میں آپ کے کیپیسٹی ہونا چاہیے۔</w:t>
      </w:r>
    </w:p>
    <w:p>
      <w:r>
        <w:rPr>
          <w:b/>
        </w:rPr>
        <w:t xml:space="preserve">[32:29] </w:t>
      </w:r>
      <w:r>
        <w:t>kuch bhi kahe doosra aadmi, us se aap bharekein nahi, aap provoke na hon, aap normal bane rahein.</w:t>
      </w:r>
    </w:p>
    <w:p>
      <w:pPr>
        <w:jc w:val="right"/>
      </w:pPr>
      <w:r>
        <w:t>کچھ بھی کہے دوسرا آدمی، اس سے آپ بھڑکیں نہیں، آپ پرووک نہ ہوں، آپ نارمل بنے رہیں۔</w:t>
      </w:r>
    </w:p>
    <w:p>
      <w:r>
        <w:rPr>
          <w:b/>
        </w:rPr>
        <w:t xml:space="preserve">[32:39] </w:t>
      </w:r>
      <w:r>
        <w:t>to bohat bara faida aap ko milta hai, wo hai ilmi irtaqa.</w:t>
      </w:r>
    </w:p>
    <w:p>
      <w:pPr>
        <w:jc w:val="right"/>
      </w:pPr>
      <w:r>
        <w:t>تو بہت بڑا فائدہ آپ کو ملتا ہے، وہ ہے علمی ارتقاء۔</w:t>
      </w:r>
    </w:p>
    <w:p>
      <w:r>
        <w:rPr>
          <w:b/>
        </w:rPr>
        <w:t xml:space="preserve">[32:45] </w:t>
      </w:r>
      <w:r>
        <w:t>ایسے ہی دیکھیے، ایک مرتبہ میں نے پڑھا، Arnold Toynbee نے میں نے ایک بات ایسی لکھی</w:t>
      </w:r>
    </w:p>
    <w:p>
      <w:pPr>
        <w:jc w:val="right"/>
      </w:pPr>
      <w:r>
        <w:t>ایسے ہی دیکھیے، ایک مرتبہ میں نے پڑھا، آلرٹ ٹائن بھی نے میں نے ایک بات ایسی لکھی</w:t>
      </w:r>
    </w:p>
    <w:p>
      <w:r>
        <w:rPr>
          <w:b/>
        </w:rPr>
        <w:t xml:space="preserve">[32:51] </w:t>
      </w:r>
      <w:r>
        <w:t>hai jo har musalman bhareak uthega, us ko yaani shirk ki tareef ki hai.</w:t>
      </w:r>
    </w:p>
    <w:p>
      <w:pPr>
        <w:jc w:val="right"/>
      </w:pPr>
      <w:r>
        <w:t>ہے جو ہر مسلمان بھڑک اٹھے گا، اس کو یعنی شرک کی تعریف کی ہے۔</w:t>
      </w:r>
    </w:p>
    <w:p>
      <w:r>
        <w:rPr>
          <w:b/>
        </w:rPr>
        <w:t xml:space="preserve">[32:57] </w:t>
      </w:r>
      <w:r>
        <w:t>us ne tauheed ke muqable mein, tauheed ke muqable mein shirk ki tareef.</w:t>
      </w:r>
    </w:p>
    <w:p>
      <w:pPr>
        <w:jc w:val="right"/>
      </w:pPr>
      <w:r>
        <w:t>اس نے توحید کے مقابلے میں، توحید کے مقابلے میں شرک کی تعریف۔</w:t>
      </w:r>
    </w:p>
    <w:p>
      <w:r>
        <w:rPr>
          <w:b/>
        </w:rPr>
        <w:t xml:space="preserve">[33:03] </w:t>
      </w:r>
      <w:r>
        <w:t>us ne likha hai ke shirk mein kam se kam</w:t>
      </w:r>
    </w:p>
    <w:p>
      <w:pPr>
        <w:jc w:val="right"/>
      </w:pPr>
      <w:r>
        <w:t>اس نے لکھا ہے کہ شرک میں کم سے کم</w:t>
      </w:r>
    </w:p>
    <w:p>
      <w:r>
        <w:rPr>
          <w:b/>
        </w:rPr>
        <w:t xml:space="preserve">[33:09] </w:t>
      </w:r>
      <w:r>
        <w:t>yeh value hai jis ko unhon ne kaha hai ke live and let live. jab aap jab aap bohat se devta manen ge to bhai mera devta bhi theek, tumhara devta bhi theek, live and let live. aur tauheed to hai ke mere hi Khuda sahi hai, sab galat hai. to usay us ke nazdeek aggression aata hai, doosron ko mitana aata hai, apne siwa har ek ko aap yani khatam kar dena chahte hain. to us ne kaha ke shirk jo hai, us ke andar yeh value hai ke</w:t>
      </w:r>
    </w:p>
    <w:p>
      <w:pPr>
        <w:jc w:val="right"/>
      </w:pPr>
      <w:r>
        <w:t>یہ ویلیو ہے جس کو انہوں نے کہا ہے کہ لیو اینڈ لیٹ لیو۔ جب آپ جب آپ بہت سے دیوتا مانیں گے تو بھئی میرا دیوتا بھی ٹھیک، تمہارا دیوتا بھی ٹھیک، لیو اینڈ لیٹ لیو۔ اور توحید تو ہے کہ میرے ہی خدا صحیح ہے، سب غلط ہے۔ تو اسے اس کے نزدیک ایگریشن آتا ہے، دوسروں کو مٹانا آتا ہے، اپنے سوا ہر ایک کو آپ یعنی ختم کر دینا چاہتے ہیں۔ تو اس نے کہا کہ شرک جو ہے، اس کے اندر یہ ویلیو ہے کہ</w:t>
      </w:r>
    </w:p>
    <w:p>
      <w:r>
        <w:rPr>
          <w:b/>
        </w:rPr>
        <w:t xml:space="preserve">[33:39] </w:t>
      </w:r>
      <w:r>
        <w:t>live and let live.</w:t>
      </w:r>
    </w:p>
    <w:p>
      <w:pPr>
        <w:jc w:val="right"/>
      </w:pPr>
      <w:r>
        <w:t>لیو اینڈ لیٹ لیو۔</w:t>
      </w:r>
    </w:p>
    <w:p>
      <w:r>
        <w:rPr>
          <w:b/>
        </w:rPr>
        <w:t xml:space="preserve">[33:44] </w:t>
      </w:r>
      <w:r>
        <w:t>aur tauheed ka mein is ka ulta hai.</w:t>
      </w:r>
    </w:p>
    <w:p>
      <w:pPr>
        <w:jc w:val="right"/>
      </w:pPr>
      <w:r>
        <w:t>اور توحید کا میں اس کا الٹا ہے۔</w:t>
      </w:r>
    </w:p>
    <w:p>
      <w:r>
        <w:rPr>
          <w:b/>
        </w:rPr>
        <w:t xml:space="preserve">[33:48] </w:t>
      </w:r>
      <w:r>
        <w:t>ab agar aap ghussa ho jayein aap us ko us ke khilaf to kuch nahi seekh payenge aap.</w:t>
      </w:r>
    </w:p>
    <w:p>
      <w:pPr>
        <w:jc w:val="right"/>
      </w:pPr>
      <w:r>
        <w:t>اب اگر آپ غصہ ہو جائیں آپ اس کو اس کے خلاف تو کچھ نہیں سیکھ پائیں گے آپ۔</w:t>
      </w:r>
    </w:p>
    <w:p>
      <w:r>
        <w:rPr>
          <w:b/>
        </w:rPr>
        <w:t xml:space="preserve">[33:53] </w:t>
      </w:r>
      <w:r>
        <w:t>to mein ne us ko parha, mujhe Allah ka fazal, mujhe kuch ghussa nahi aaya, kuch ghussa nahi aaya.</w:t>
      </w:r>
    </w:p>
    <w:p>
      <w:pPr>
        <w:jc w:val="right"/>
      </w:pPr>
      <w:r>
        <w:t>تو میں نے اس کو پڑھا، مجھے اللہ کا فضل، مجھے کچھ غصہ نہیں آیا، کچھ غصہ نہیں آیا۔</w:t>
      </w:r>
    </w:p>
    <w:p>
      <w:r>
        <w:rPr>
          <w:b/>
        </w:rPr>
        <w:t xml:space="preserve">[33:57] </w:t>
      </w:r>
      <w:r>
        <w:t>mein normal, mera mind phir bhi raha.</w:t>
      </w:r>
    </w:p>
    <w:p>
      <w:pPr>
        <w:jc w:val="right"/>
      </w:pPr>
      <w:r>
        <w:t>میں نارمل، میرا مائنڈ پھر بھی رہا۔</w:t>
      </w:r>
    </w:p>
    <w:p>
      <w:r>
        <w:rPr>
          <w:b/>
        </w:rPr>
        <w:t xml:space="preserve">[34:02] </w:t>
      </w:r>
      <w:r>
        <w:t>to us ke ek aur article mein itni bari baat mujhe mil gayi ke kisi bhi muslim scholar</w:t>
      </w:r>
    </w:p>
    <w:p>
      <w:pPr>
        <w:jc w:val="right"/>
      </w:pPr>
      <w:r>
        <w:t>تو اس کے ایک اور آرٹیکل میں اتنی بڑی بات مجھے مل گئی کہ کسی بھی مسلم اسکالر</w:t>
      </w:r>
    </w:p>
    <w:p>
      <w:r>
        <w:rPr>
          <w:b/>
        </w:rPr>
        <w:t xml:space="preserve">[34:06] </w:t>
      </w:r>
      <w:r>
        <w:t>ne itni bari baat nahi likhi hai hazar saal mein, bohat hi bari baat.</w:t>
      </w:r>
    </w:p>
    <w:p>
      <w:pPr>
        <w:jc w:val="right"/>
      </w:pPr>
      <w:r>
        <w:t>نے اتنی بڑی بات نہیں لکھی ہے ہزار سال میں، بہت ہی بڑی بات۔</w:t>
      </w:r>
    </w:p>
    <w:p>
      <w:r>
        <w:rPr>
          <w:b/>
        </w:rPr>
        <w:t xml:space="preserve">[34:10] </w:t>
      </w:r>
      <w:r>
        <w:t>aur na koi pakar pata kyunke log nafrat karte hain. aik baat mili, bas nafrat kar ke gun le ke khare ho gaye aur fatwa dene lagay. fatwa ya to fatwa den ge ya gun chalayen ge ya dil mein nafrat liye rahen ge ya to dil mein nafrat ya fatwa ya gun, hatta ke suicide bombing. aise logon ka intellectual development nahi ho sakta. to main ne jab Einstein ki baat parhi ke shirk ko tareef</w:t>
      </w:r>
    </w:p>
    <w:p>
      <w:pPr>
        <w:jc w:val="right"/>
      </w:pPr>
      <w:r>
        <w:t>اور نہ کوئی پکڑ پاتا کیونکہ لوگ نفرت کرتے ہیں۔ ایک بات ملی، بس نفرت کر کے گن لے کے کھڑے ہو گئے اور فتوی دینے لگے۔ فتوی یا تو فتوی دیں گے یا گن چلائیں گے یا دل میں نفرت لیے رہیں گے یا تو دل میں نفرت یا فتوی یا گن، حتی کہ سوسائیڈ بمبنگ۔ ایسے لوگوں کا انٹلیکچول ڈیولپمنٹ نہیں ہو سکتا۔ تو میں نے جب آرڈن ٹائن کی بات پڑھی کہ شرک کو تعریف</w:t>
      </w:r>
    </w:p>
    <w:p>
      <w:r>
        <w:rPr>
          <w:b/>
        </w:rPr>
        <w:t xml:space="preserve">[34:40] </w:t>
      </w:r>
      <w:r>
        <w:t>kar di us ne, shirk achi cheez hai aur tauheed ko us ne naoozubillah kardam kar diya.</w:t>
      </w:r>
    </w:p>
    <w:p>
      <w:pPr>
        <w:jc w:val="right"/>
      </w:pPr>
      <w:r>
        <w:t>کر دی اس نے، شرک اچھی چیز ہے اور توحید کو اس نے نعوذ باللہ کرڈم کر دیا۔</w:t>
      </w:r>
    </w:p>
    <w:p>
      <w:r>
        <w:rPr>
          <w:b/>
        </w:rPr>
        <w:t xml:space="preserve">[34:48] </w:t>
      </w:r>
      <w:r>
        <w:t>ek lekin ek aur article mein ne parha to us ne wo wahan pe by the way kaha</w:t>
      </w:r>
    </w:p>
    <w:p>
      <w:pPr>
        <w:jc w:val="right"/>
      </w:pPr>
      <w:r>
        <w:t>ایک لیکن ایک اور آرٹیکل میں نے پڑھا تو اس نے وہ وہاں پہ بائی دا وے کہا</w:t>
      </w:r>
    </w:p>
    <w:p>
      <w:r>
        <w:rPr>
          <w:b/>
        </w:rPr>
        <w:t xml:space="preserve">[34:56] </w:t>
      </w:r>
      <w:r>
        <w:t>gaya hai, wo casual tareeqay par jo bohat bara historian tha, bohat zyada us ki yaani information thi us ko.</w:t>
      </w:r>
    </w:p>
    <w:p>
      <w:pPr>
        <w:jc w:val="right"/>
      </w:pPr>
      <w:r>
        <w:t>گیا ہے، وہ کیژول طریقے پر جو بہت بڑا ہسٹورین تھا، بہت زیادہ اس کی یعنی انفارمیشن تھی اس کو۔</w:t>
      </w:r>
    </w:p>
    <w:p>
      <w:r>
        <w:rPr>
          <w:b/>
        </w:rPr>
        <w:t xml:space="preserve">[35:03] </w:t>
      </w:r>
      <w:r>
        <w:t>to casual tareeqay pe us ne likh diya us jagah, us ne yeh likha hai ke</w:t>
      </w:r>
    </w:p>
    <w:p>
      <w:pPr>
        <w:jc w:val="right"/>
      </w:pPr>
      <w:r>
        <w:t>تو کیژول طریقے پہ اس نے لکھ دیا اس جگہ، اس نے یہ لکھا ہے کہ</w:t>
      </w:r>
    </w:p>
    <w:p>
      <w:r>
        <w:rPr>
          <w:b/>
        </w:rPr>
        <w:t xml:space="preserve">[35:11] </w:t>
      </w:r>
      <w:r>
        <w:t>jis cheez ko hum science karte hain, physical science, wo kya hai? nature mein chhupe hue jo raaz</w:t>
      </w:r>
    </w:p>
    <w:p>
      <w:pPr>
        <w:jc w:val="right"/>
      </w:pPr>
      <w:r>
        <w:t>جس چیز کو ہم سائنس کرتے ہیں، فزیکل سائنس، وہ کیا ہے؟ نیچر میں چھپے ہوئے جو راز</w:t>
      </w:r>
    </w:p>
    <w:p>
      <w:r>
        <w:rPr>
          <w:b/>
        </w:rPr>
        <w:t xml:space="preserve">[35:19] </w:t>
      </w:r>
      <w:r>
        <w:t>the, un ko yaani discover karna, chahe bijli ho, chahe motor car ho, ya hawai jahaz ho, ya</w:t>
      </w:r>
    </w:p>
    <w:p>
      <w:pPr>
        <w:jc w:val="right"/>
      </w:pPr>
      <w:r>
        <w:t>تھے، ان کو یعنی ڈسکور کرنا، چاہے بجلی ہو، چاہے موٹر کار ہو، یا ہوائی جہاز ہو، یا</w:t>
      </w:r>
    </w:p>
    <w:p>
      <w:r>
        <w:rPr>
          <w:b/>
        </w:rPr>
        <w:t xml:space="preserve">[35:26] </w:t>
      </w:r>
      <w:r>
        <w:t>mobile ho, kuch bhi ho, isi nature mein to chhuapa hua tha.</w:t>
      </w:r>
    </w:p>
    <w:p>
      <w:pPr>
        <w:jc w:val="right"/>
      </w:pPr>
      <w:r>
        <w:t>موبائل ہو، کچھ بھی ہو، اسی نیچر میں تو چھپا ہوا تھا۔</w:t>
      </w:r>
    </w:p>
    <w:p>
      <w:r>
        <w:rPr>
          <w:b/>
        </w:rPr>
        <w:t xml:space="preserve">[35:34] </w:t>
      </w:r>
      <w:r>
        <w:t>us ki study ki gayi, us ko explore kiya gaya to technology bani, phir yeh sab cheezein wajood mein aayin.</w:t>
      </w:r>
    </w:p>
    <w:p>
      <w:pPr>
        <w:jc w:val="right"/>
      </w:pPr>
      <w:r>
        <w:t>اس کی اسٹڈی کی گئی، اس کو ایکسپلور کیا گیا تو ٹیکنالوجی بنی، پھر یہ سب چیزیں وجود میں آئیں۔</w:t>
      </w:r>
    </w:p>
    <w:p>
      <w:r>
        <w:rPr>
          <w:b/>
        </w:rPr>
        <w:t xml:space="preserve">[35:42] </w:t>
      </w:r>
      <w:r>
        <w:t>to woh kehta hai ke jis cheez ko hum physical sciences kehte hain, woh to hamesha se, jab se dunya hai, tab se maujood thi, woh cheezen. to phir us ko discovery mein itni dair khule gi, mushkil se 200 saal, 300 saal ke andar sab hua hai, itni dair khule gi. to wahan par woh likh gaya aik baat ke ke yeh ya</w:t>
      </w:r>
    </w:p>
    <w:p>
      <w:pPr>
        <w:jc w:val="right"/>
      </w:pPr>
      <w:r>
        <w:t>تو وہ کہتا ہے کہ جس چیز کو ہم فزیکل سائنسز کہتے ہیں، وہ تو ہمیشہ سے، جب سے دنیا ہے، تب سے موجود تھی، وہ چیزیں۔ تو پھر اس کو ڈسکوری میں اتنی دیر کھلے گی، مشکل سے 200 سال، 300 سال کے اندر سب ہوا ہے، اتنی دیر کھلے گی۔ تو وہاں پر وہ لکھ گیا ایک بات کہ کہ یہ یع</w:t>
      </w:r>
    </w:p>
    <w:p>
      <w:r>
        <w:rPr>
          <w:b/>
        </w:rPr>
        <w:t xml:space="preserve">[36:12] </w:t>
      </w:r>
      <w:r>
        <w:t>polytheism jo hai, woh rukawat tha aur monotheism ne darwaza khola hai. matlab yeh us ke lafzon mein nature worship, kyunke is se pehle insan nature ko poojhta tha, yani har cheez ko poojhta tha, pahaar ko, samandar ko, suraj ko, chand ko, har cheez ko. to jis cheez ko aap object of worship banaye hue hon, us ko aap usi waqt object of investigation nahi bana sakte</w:t>
      </w:r>
    </w:p>
    <w:p>
      <w:pPr>
        <w:jc w:val="right"/>
      </w:pPr>
      <w:r>
        <w:t>نی پولیتھیزم جو ہے، وہ رکاوٹ تھا اور مونوتھیزم نے دروازہ کھولا ہے۔ مطلب یہ اس کے لفظوں میں نیچر ورشپ، چونکہ اس سے پہلے انسان نیچر کو پوچھتا تھا، یعنی ہر چیز کو پوچھتا تھا، پہاڑ کو، سمندر کو، سورج کو، چاند کو، ہر چیز کو۔ تو جس چیز کو آپ ابجیکٹ آف ورشپ بنائے ہوئے ہوں، اس کو آپ اسی وقت ابجیکٹ آف انویسٹیگیشن نہیں بنا سکتے</w:t>
      </w:r>
    </w:p>
    <w:p>
      <w:r>
        <w:rPr>
          <w:b/>
        </w:rPr>
        <w:t xml:space="preserve">[36:42] </w:t>
      </w:r>
      <w:r>
        <w:t>aap, kyunke is mein sanctity aati hai, divinity aati hai, har cheez secret ho jati hai.</w:t>
      </w:r>
    </w:p>
    <w:p>
      <w:pPr>
        <w:jc w:val="right"/>
      </w:pPr>
      <w:r>
        <w:t>آپ، کیونکہ اس میں سینکریٹی آتی ہے، ڈیوینیٹی آتی ہے، ہر چیز سیکرٹ ہو جاتی ہے۔</w:t>
      </w:r>
    </w:p>
    <w:p>
      <w:r>
        <w:rPr>
          <w:b/>
        </w:rPr>
        <w:t xml:space="preserve">[36:48] </w:t>
      </w:r>
      <w:r>
        <w:t>to nature ko secret manna yeh ek obstacle ban gaya ke insaan us ko investigate na kare, in</w:t>
      </w:r>
    </w:p>
    <w:p>
      <w:pPr>
        <w:jc w:val="right"/>
      </w:pPr>
      <w:r>
        <w:t>تو نیچر کو سیکرٹ ماننا یہ ایک ابسٹیکل بن گیا کہ انسان اس کو انویسٹیگیٹ نہ کرے، ان</w:t>
      </w:r>
    </w:p>
    <w:p>
      <w:r>
        <w:rPr>
          <w:b/>
        </w:rPr>
        <w:t xml:space="preserve">[36:54] </w:t>
      </w:r>
      <w:r>
        <w:t>ko explore na kare, bas un ko haath jode, un ke aage jhuk jaye.</w:t>
      </w:r>
    </w:p>
    <w:p>
      <w:pPr>
        <w:jc w:val="right"/>
      </w:pPr>
      <w:r>
        <w:t>کو ایکسپلور نہ کرے، بس ان کو ہاتھ جوڑے، ان کے آگے جھک جائے۔</w:t>
      </w:r>
    </w:p>
    <w:p>
      <w:r>
        <w:rPr>
          <w:b/>
        </w:rPr>
        <w:t xml:space="preserve">[37:00] </w:t>
      </w:r>
      <w:r>
        <w:t>monotheism ne is ko de-thron kiya, yaani divinity ke maqam se nikala, nature ko sabit kiya ke</w:t>
      </w:r>
    </w:p>
    <w:p>
      <w:pPr>
        <w:jc w:val="right"/>
      </w:pPr>
      <w:r>
        <w:t>مونوتھیزم نے اس کو ڈی تھرون کیا، یعنی ڈیوینیٹی کے مقام سے نکالا، نیچر کو ثابت کیا کہ</w:t>
      </w:r>
    </w:p>
    <w:p>
      <w:r>
        <w:rPr>
          <w:b/>
        </w:rPr>
        <w:t xml:space="preserve">[37:06] </w:t>
      </w:r>
      <w:r>
        <w:t>nature jo hai, nature</w:t>
      </w:r>
    </w:p>
    <w:p>
      <w:pPr>
        <w:jc w:val="right"/>
      </w:pPr>
      <w:r>
        <w:t>نیچر جو ہے، نیچر</w:t>
      </w:r>
    </w:p>
    <w:p>
      <w:r>
        <w:rPr>
          <w:b/>
        </w:rPr>
        <w:t xml:space="preserve">[37:12] </w:t>
      </w:r>
      <w:r>
        <w:t>hai, is ke andar koi divinity nahi, woh God nahi hai.</w:t>
      </w:r>
    </w:p>
    <w:p>
      <w:pPr>
        <w:jc w:val="right"/>
      </w:pPr>
      <w:r>
        <w:t>ہے، اس کے اندر کوئی ڈیوینیٹی نہیں، وہ گاڈ نہیں ہے۔</w:t>
      </w:r>
    </w:p>
    <w:p>
      <w:r>
        <w:rPr>
          <w:b/>
        </w:rPr>
        <w:t xml:space="preserve">[37:18] </w:t>
      </w:r>
      <w:r>
        <w:t>koi tab darwaza khula, log explore karne lage, yaani nature ko worship karne ke bajaye nature ko explore karne lage.</w:t>
      </w:r>
    </w:p>
    <w:p>
      <w:pPr>
        <w:jc w:val="right"/>
      </w:pPr>
      <w:r>
        <w:t>کوئی تب دروازہ کھلا، لوگ ایکسپلور کرنے لگے، یعنی نیچر کو ورشپ کرنے کے بجائے نیچر کو ایکسپلور کرنے لگے۔</w:t>
      </w:r>
    </w:p>
    <w:p>
      <w:r>
        <w:rPr>
          <w:b/>
        </w:rPr>
        <w:t xml:space="preserve">[37:24] </w:t>
      </w:r>
      <w:r>
        <w:t>tab yeh science ka darwaza khula.</w:t>
      </w:r>
    </w:p>
    <w:p>
      <w:pPr>
        <w:jc w:val="right"/>
      </w:pPr>
      <w:r>
        <w:t>تب یہ سائنس کا دروازہ کھلا۔</w:t>
      </w:r>
    </w:p>
    <w:p>
      <w:r>
        <w:rPr>
          <w:b/>
        </w:rPr>
        <w:t xml:space="preserve">[37:30] </w:t>
      </w:r>
      <w:r>
        <w:t>ab yeh baat is ne casually tareeqe se likh di hai, bas is mein mujhe bohat zabardast baat mil gayi.</w:t>
      </w:r>
    </w:p>
    <w:p>
      <w:pPr>
        <w:jc w:val="right"/>
      </w:pPr>
      <w:r>
        <w:t>اب یہ بات اس نے کیژول طریقے سے لکھ دی ہے، بس اس میں مجھے بہت زبردست بات مل گئی۔</w:t>
      </w:r>
    </w:p>
    <w:p>
      <w:r>
        <w:rPr>
          <w:b/>
        </w:rPr>
        <w:t xml:space="preserve">[37:36] </w:t>
      </w:r>
      <w:r>
        <w:t>ab phir maine study ki mazeed toh maloom hua ke Islam ne</w:t>
      </w:r>
    </w:p>
    <w:p>
      <w:pPr>
        <w:jc w:val="right"/>
      </w:pPr>
      <w:r>
        <w:t>اب پھر میں نے اسٹڈی کی مزید تو معلوم ہوا کہ اسلام نے</w:t>
      </w:r>
    </w:p>
    <w:p>
      <w:r>
        <w:rPr>
          <w:b/>
        </w:rPr>
        <w:t xml:space="preserve">[37:42] </w:t>
      </w:r>
      <w:r>
        <w:t>, jo ke tauheed ka mazhab hai, is ne yeh darwaza khola hai, jo Quran mein hai ke.</w:t>
      </w:r>
    </w:p>
    <w:p>
      <w:pPr>
        <w:jc w:val="right"/>
      </w:pPr>
      <w:r>
        <w:t>، جو کہ توحید کا مذہب ہے، اس نے یہ دروازہ کھولا ہے، جو قرآن میں ہے کہ۔</w:t>
      </w:r>
    </w:p>
    <w:p>
      <w:r>
        <w:rPr>
          <w:b/>
        </w:rPr>
        <w:t xml:space="preserve">[37:47] </w:t>
      </w:r>
      <w:r>
        <w:t>ali aur deen qale to is ko bhi log samajh nahi paate.</w:t>
      </w:r>
    </w:p>
    <w:p>
      <w:pPr>
        <w:jc w:val="right"/>
      </w:pPr>
      <w:r>
        <w:t>علی اور الدین کلی تو اس کو بھی لوگ سمجھ نہیں پاتے۔</w:t>
      </w:r>
    </w:p>
    <w:p>
      <w:r>
        <w:rPr>
          <w:b/>
        </w:rPr>
        <w:t xml:space="preserve">[37:52] </w:t>
      </w:r>
      <w:r>
        <w:t>is hadith, is ayat ko log samajhte hain ke siyasi inqilab ma'ni mein lete hain.</w:t>
      </w:r>
    </w:p>
    <w:p>
      <w:pPr>
        <w:jc w:val="right"/>
      </w:pPr>
      <w:r>
        <w:t>اس حدیث، اس آیت کو لوگ سمجھتے ہیں کہ سیاسی انقلاب معنی میں لیتے ہیں۔</w:t>
      </w:r>
    </w:p>
    <w:p>
      <w:r>
        <w:rPr>
          <w:b/>
        </w:rPr>
        <w:t xml:space="preserve">[37:57] </w:t>
      </w:r>
      <w:r>
        <w:t>bas nahi, Rasool Allah ne aur ashaab-e-Rasool ne ek ek process jaari kiya, naya process saare deen</w:t>
      </w:r>
    </w:p>
    <w:p>
      <w:pPr>
        <w:jc w:val="right"/>
      </w:pPr>
      <w:r>
        <w:t>بس نہیں، رسول اللہ نے اور اصحاب رسول نے ایک ایک پروسیس جاری کیا، نیا پروسیس سارے ادیان</w:t>
      </w:r>
    </w:p>
    <w:p>
      <w:r>
        <w:rPr>
          <w:b/>
        </w:rPr>
        <w:t xml:space="preserve">[38:02] </w:t>
      </w:r>
      <w:r>
        <w:t>ke khatme ka.</w:t>
      </w:r>
    </w:p>
    <w:p>
      <w:pPr>
        <w:jc w:val="right"/>
      </w:pPr>
      <w:r>
        <w:t>کے خاتمے کا۔</w:t>
      </w:r>
    </w:p>
    <w:p>
      <w:r>
        <w:rPr>
          <w:b/>
        </w:rPr>
        <w:t xml:space="preserve">[38:07] </w:t>
      </w:r>
      <w:r>
        <w:t>ek process to yeh jo deen tha,</w:t>
      </w:r>
    </w:p>
    <w:p>
      <w:pPr>
        <w:jc w:val="right"/>
      </w:pPr>
      <w:r>
        <w:t>ایک پروسیس تو یہ جو دین تھا،</w:t>
      </w:r>
    </w:p>
    <w:p>
      <w:r>
        <w:rPr>
          <w:b/>
        </w:rPr>
        <w:t xml:space="preserve">[38:12] </w:t>
      </w:r>
      <w:r>
        <w:t>fitrat parasti ka deen, fitrat yaani nature worship, sab se bara deen to yahi tha, nature worship ka</w:t>
      </w:r>
    </w:p>
    <w:p>
      <w:pPr>
        <w:jc w:val="right"/>
      </w:pPr>
      <w:r>
        <w:t>فطرت پرستی کا دین، فطرت یعنی نیچر ورشپ، سب سے بڑا دین تو یہی تھا، نیچر ورشپ کا</w:t>
      </w:r>
    </w:p>
    <w:p>
      <w:r>
        <w:rPr>
          <w:b/>
        </w:rPr>
        <w:t xml:space="preserve">[38:17] </w:t>
      </w:r>
      <w:r>
        <w:t>deen, fitrat parasti ka deen, jis ko hum shirk kehte hain.</w:t>
      </w:r>
    </w:p>
    <w:p>
      <w:pPr>
        <w:jc w:val="right"/>
      </w:pPr>
      <w:r>
        <w:t>دین، فطرت پرستی کا دین، جس کو ہم شرک کہتے ہیں۔</w:t>
      </w:r>
    </w:p>
    <w:p>
      <w:r>
        <w:rPr>
          <w:b/>
        </w:rPr>
        <w:t xml:space="preserve">[38:22] </w:t>
      </w:r>
      <w:r>
        <w:t>to is ko khatam karne ka to aam log samajh nahi paate ke log Madine mein khatam nahi</w:t>
      </w:r>
    </w:p>
    <w:p>
      <w:pPr>
        <w:jc w:val="right"/>
      </w:pPr>
      <w:r>
        <w:t>تو اس کو ختم کرنے کا تو عام لوگ سمجھ نہیں پاتے کہ لوگ مدینے میں ختم نہیں</w:t>
      </w:r>
    </w:p>
    <w:p>
      <w:r>
        <w:rPr>
          <w:b/>
        </w:rPr>
        <w:t xml:space="preserve">[38:27] </w:t>
      </w:r>
      <w:r>
        <w:t>hoga, Makke mein khatam nahi hua.</w:t>
      </w:r>
    </w:p>
    <w:p>
      <w:pPr>
        <w:jc w:val="right"/>
      </w:pPr>
      <w:r>
        <w:t>ہوگا، مکے میں ختم نہیں ہوا۔</w:t>
      </w:r>
    </w:p>
    <w:p>
      <w:r>
        <w:rPr>
          <w:b/>
        </w:rPr>
        <w:t xml:space="preserve">[38:32] </w:t>
      </w:r>
      <w:r>
        <w:t>to kahan khatam hua yeh mission poora? kahan hua yeh? koi aalim is ko daryaft nahi kar saka.</w:t>
      </w:r>
    </w:p>
    <w:p>
      <w:pPr>
        <w:jc w:val="right"/>
      </w:pPr>
      <w:r>
        <w:t>تو کہاں ختم ہوا یہ مشن پورا؟ کہاں ہوا یہ؟ کوئی عالم اس کو دریافت نہیں کر سکا۔</w:t>
      </w:r>
    </w:p>
    <w:p>
      <w:r>
        <w:rPr>
          <w:b/>
        </w:rPr>
        <w:t xml:space="preserve">[38:37] </w:t>
      </w:r>
      <w:r>
        <w:t>sab log yahan uljhe rehte hain, kahan</w:t>
      </w:r>
    </w:p>
    <w:p>
      <w:pPr>
        <w:jc w:val="right"/>
      </w:pPr>
      <w:r>
        <w:t>سب لوگ یہاں الجھے رہتے ہیں، کہاں</w:t>
      </w:r>
    </w:p>
    <w:p>
      <w:r>
        <w:rPr>
          <w:b/>
        </w:rPr>
        <w:t xml:space="preserve">[38:42] </w:t>
      </w:r>
      <w:r>
        <w:t>khatam hua? to Allah taala ne mere dil mein dala, kyunke main woh nahi hota, mere dil mein</w:t>
      </w:r>
    </w:p>
    <w:p>
      <w:pPr>
        <w:jc w:val="right"/>
      </w:pPr>
      <w:r>
        <w:t>ختم ہوا؟ تو اللہ تعالی نے میرے دل میں ڈالا، کیونکہ میں وہ نہیں ہوتا، میرے دل میں</w:t>
      </w:r>
    </w:p>
    <w:p>
      <w:r>
        <w:rPr>
          <w:b/>
        </w:rPr>
        <w:t xml:space="preserve">[38:47] </w:t>
      </w:r>
      <w:r>
        <w:t>baais nahi hota.</w:t>
      </w:r>
    </w:p>
    <w:p>
      <w:pPr>
        <w:jc w:val="right"/>
      </w:pPr>
      <w:r>
        <w:t>باعث نہیں ہوتا۔</w:t>
      </w:r>
    </w:p>
    <w:p>
      <w:r>
        <w:rPr>
          <w:b/>
        </w:rPr>
        <w:t xml:space="preserve">[38:53] </w:t>
      </w:r>
      <w:r>
        <w:t>is janbi ke is ko le kar ke jab socha maine to mujhe yeh samajh mein aaya</w:t>
      </w:r>
    </w:p>
    <w:p>
      <w:pPr>
        <w:jc w:val="right"/>
      </w:pPr>
      <w:r>
        <w:t>اس جانبی کے اس کو لے کر کے جب سوچا میں نے تو مجھے یہ سمجھ میں آیا</w:t>
      </w:r>
    </w:p>
    <w:p>
      <w:r>
        <w:rPr>
          <w:b/>
        </w:rPr>
        <w:t xml:space="preserve">[38:58] </w:t>
      </w:r>
      <w:r>
        <w:t>ke process jaari kiya Allah taala ne Rasool Allah ke zariye se.</w:t>
      </w:r>
    </w:p>
    <w:p>
      <w:pPr>
        <w:jc w:val="right"/>
      </w:pPr>
      <w:r>
        <w:t>کہ پروسیس جاری کیا اللہ تعالی نے رسول اللہ کے ذریعے سے۔</w:t>
      </w:r>
    </w:p>
    <w:p>
      <w:r>
        <w:rPr>
          <w:b/>
        </w:rPr>
        <w:t xml:space="preserve">[39:03] </w:t>
      </w:r>
      <w:r>
        <w:t>process yaani isi waqt khatam nahi hoga, lekin Rasool Allah ne jo inqilab barpa kiya, is ne ek</w:t>
      </w:r>
    </w:p>
    <w:p>
      <w:pPr>
        <w:jc w:val="right"/>
      </w:pPr>
      <w:r>
        <w:t>پروسیس یعنی اسی وقت ختم نہیں ہوگا، لیکن رسول اللہ نے جو انقلاب برپا کیا، اس نے ایک</w:t>
      </w:r>
    </w:p>
    <w:p>
      <w:r>
        <w:rPr>
          <w:b/>
        </w:rPr>
        <w:t xml:space="preserve">[39:08] </w:t>
      </w:r>
      <w:r>
        <w:t>ek history mein ek naya process jaari kar diya. yaani</w:t>
      </w:r>
    </w:p>
    <w:p>
      <w:pPr>
        <w:jc w:val="right"/>
      </w:pPr>
      <w:r>
        <w:t>ایک ہسٹری میں ایک نیا پروسیس جاری کر دیا۔ یعنی</w:t>
      </w:r>
    </w:p>
    <w:p>
      <w:r>
        <w:rPr>
          <w:b/>
        </w:rPr>
        <w:t xml:space="preserve">[39:13] </w:t>
      </w:r>
      <w:r>
        <w:t>koi koi bhi doosri jo cheez thi, jis ko aadmi le kar worship karta tha, us ko de</w:t>
      </w:r>
    </w:p>
    <w:p>
      <w:pPr>
        <w:jc w:val="right"/>
      </w:pPr>
      <w:r>
        <w:t>کوئی کوئی بھی دوسری جو چیز تھی، جس کو آدمی لے کر ورشپ کرتا تھا، اس کو ڈی</w:t>
      </w:r>
    </w:p>
    <w:p>
      <w:r>
        <w:rPr>
          <w:b/>
        </w:rPr>
        <w:t xml:space="preserve">[39:19] </w:t>
      </w:r>
      <w:r>
        <w:t>thron karne ka process to nature worship bhi khatam ho gayi.</w:t>
      </w:r>
    </w:p>
    <w:p>
      <w:pPr>
        <w:jc w:val="right"/>
      </w:pPr>
      <w:r>
        <w:t>تھرون کرنے کا پروسیس تو نیچر ورشپ بھی ختم ہوگئی۔</w:t>
      </w:r>
    </w:p>
    <w:p>
      <w:r>
        <w:rPr>
          <w:b/>
        </w:rPr>
        <w:t xml:space="preserve">[39:25] </w:t>
      </w:r>
      <w:r>
        <w:t>yeh jo musalmanon mein aa gaya hai mizaj ke jo gustakhi kare, us ko maro, jo sharm kare,</w:t>
      </w:r>
    </w:p>
    <w:p>
      <w:pPr>
        <w:jc w:val="right"/>
      </w:pPr>
      <w:r>
        <w:t>یہ جو مسلمانوں میں آ گیا ہے مزاج کہ جو گستاخی کرے، اس کو مارو، جو شرم کرے،</w:t>
      </w:r>
    </w:p>
    <w:p>
      <w:r>
        <w:rPr>
          <w:b/>
        </w:rPr>
        <w:t xml:space="preserve">[39:32] </w:t>
      </w:r>
      <w:r>
        <w:t>us ko qatal karo, yeh samjhein ke khud apne ko qatal karte hain.</w:t>
      </w:r>
    </w:p>
    <w:p>
      <w:pPr>
        <w:jc w:val="right"/>
      </w:pPr>
      <w:r>
        <w:t>اس کو قتل کرو، یہ سمجھیں کہ خود اپنے کو قتل کرتے ہیں۔</w:t>
      </w:r>
    </w:p>
    <w:p>
      <w:r>
        <w:rPr>
          <w:b/>
        </w:rPr>
        <w:t xml:space="preserve">[39:38] </w:t>
      </w:r>
      <w:r>
        <w:t>woh doosre ko kya qatal karenge? apne zehni irtiqaa ko qatal karte hain, khud apne</w:t>
      </w:r>
    </w:p>
    <w:p>
      <w:pPr>
        <w:jc w:val="right"/>
      </w:pPr>
      <w:r>
        <w:t>وہ دوسرے کو کیا قتل کریں گے؟ اپنے ذہنی ارتقاء کو قتل کرتے ہیں، خود اپنے</w:t>
      </w:r>
    </w:p>
    <w:p>
      <w:r>
        <w:rPr>
          <w:b/>
        </w:rPr>
        <w:t xml:space="preserve">[39:44] </w:t>
      </w:r>
      <w:r>
        <w:t>yaani zehni taraqqi ko qatal karte hain.</w:t>
      </w:r>
    </w:p>
    <w:p>
      <w:pPr>
        <w:jc w:val="right"/>
      </w:pPr>
      <w:r>
        <w:t>یعنی ذہنی ترقی کو قتل کرتے ہیں۔</w:t>
      </w:r>
    </w:p>
    <w:p>
      <w:r>
        <w:rPr>
          <w:b/>
        </w:rPr>
        <w:t xml:space="preserve">[39:51] </w:t>
      </w:r>
      <w:r>
        <w:t>woh ab waqea dekhein, kahan musalman taraqqi kar rahe hain? intellectual development ruka hua hai in ka.</w:t>
      </w:r>
    </w:p>
    <w:p>
      <w:pPr>
        <w:jc w:val="right"/>
      </w:pPr>
      <w:r>
        <w:t>وہ اب واقعہ دیکھیں، کہاں مسلمان ترقی کر رہے ہیں؟ انٹلیکچول ڈیولپمنٹ رکا ہوا ہے ان کا۔</w:t>
      </w:r>
    </w:p>
    <w:p>
      <w:r>
        <w:rPr>
          <w:b/>
        </w:rPr>
        <w:t xml:space="preserve">[39:59] </w:t>
      </w:r>
      <w:r>
        <w:t>yaani intellectual development mein musalman sab zyada backward hain, sab zyada backward hain.</w:t>
      </w:r>
    </w:p>
    <w:p>
      <w:pPr>
        <w:jc w:val="right"/>
      </w:pPr>
      <w:r>
        <w:t>یعنی انٹلیکچول ڈیولپمنٹ میں مسلمان سب زیادہ بیکورڈ ہیں، سب زیادہ بیکورڈ ہیں۔</w:t>
      </w:r>
    </w:p>
    <w:p>
      <w:r>
        <w:rPr>
          <w:b/>
        </w:rPr>
        <w:t xml:space="preserve">[40:07] </w:t>
      </w:r>
      <w:r>
        <w:t>ایک حقیقت ہے یہ، اس میں کوئی شک نہیں کہ intellectual development in terms of intellectual development Muslims are most</w:t>
      </w:r>
    </w:p>
    <w:p>
      <w:pPr>
        <w:jc w:val="right"/>
      </w:pPr>
      <w:r>
        <w:t>ایک حقیقت ہے یہ، اس میں کوئی شک نہیں کہ انٹلیکچول ڈیولپمنٹ ان ٹرمز آف انٹلیکچول ڈیولپمنٹ مسلمز آر موسٹ</w:t>
      </w:r>
    </w:p>
    <w:p>
      <w:r>
        <w:rPr>
          <w:b/>
        </w:rPr>
        <w:t xml:space="preserve">[40:14] </w:t>
      </w:r>
      <w:r>
        <w:t>backward community in modern world.</w:t>
      </w:r>
    </w:p>
    <w:p>
      <w:pPr>
        <w:jc w:val="right"/>
      </w:pPr>
      <w:r>
        <w:t>بیکورڈ کمیونٹی ان ماڈرن ورلڈ۔</w:t>
      </w:r>
    </w:p>
    <w:p>
      <w:r>
        <w:rPr>
          <w:b/>
        </w:rPr>
        <w:t xml:space="preserve">[40:20] </w:t>
      </w:r>
      <w:r>
        <w:t>to kyun yahi hi hate ki qeemat de rahe hain? woh sab se hate un ko hai, sab se</w:t>
      </w:r>
    </w:p>
    <w:p>
      <w:pPr>
        <w:jc w:val="right"/>
      </w:pPr>
      <w:r>
        <w:t>تو کیوں یہی ہیٹ کی قیمت دے رہے ہیں؟ وہ سب سے ہیٹ ان کو ہے، سب سے</w:t>
      </w:r>
    </w:p>
    <w:p>
      <w:r>
        <w:rPr>
          <w:b/>
        </w:rPr>
        <w:t xml:space="preserve">[40:25] </w:t>
      </w:r>
      <w:r>
        <w:t>nafrat karna hai, sab ke khilaaf fatwa baazi karna hai, sab ko kafir banana hai, sab ke khilaaf</w:t>
      </w:r>
    </w:p>
    <w:p>
      <w:pPr>
        <w:jc w:val="right"/>
      </w:pPr>
      <w:r>
        <w:t>نفرت کرنا ہے، سب کے خلاف فتوی بازی کرنا ہے، سب کو کافر بنانا ہے، سب کے خلاف</w:t>
      </w:r>
    </w:p>
    <w:p>
      <w:r>
        <w:rPr>
          <w:b/>
        </w:rPr>
        <w:t xml:space="preserve">[40:31] </w:t>
      </w:r>
      <w:r>
        <w:t>gun culture chalana hai, suicide bombing karna hai.</w:t>
      </w:r>
    </w:p>
    <w:p>
      <w:pPr>
        <w:jc w:val="right"/>
      </w:pPr>
      <w:r>
        <w:t>گن کلچر چلانا ہے، سوسائیڈ بمبنگ کرنا ہے۔</w:t>
      </w:r>
    </w:p>
    <w:p>
      <w:r>
        <w:rPr>
          <w:b/>
        </w:rPr>
        <w:t xml:space="preserve">[40:37] </w:t>
      </w:r>
      <w:r>
        <w:t>to doosre to khatam nahi hue, doosre ko to nuqsan kuch pohncha nahi, lekin musalman jo hain, sab</w:t>
      </w:r>
    </w:p>
    <w:p>
      <w:pPr>
        <w:jc w:val="right"/>
      </w:pPr>
      <w:r>
        <w:t>تو دوسرے تو ختم نہیں ہوئے، دوسرے کو تو نقصان کچھ پہنچا نہیں، لیکن مسلمان جو ہیں، سب</w:t>
      </w:r>
    </w:p>
    <w:p>
      <w:r>
        <w:rPr>
          <w:b/>
        </w:rPr>
        <w:t xml:space="preserve">[40:42] </w:t>
      </w:r>
      <w:r>
        <w:t>se backward community ban gaye duniya mein.</w:t>
      </w:r>
    </w:p>
    <w:p>
      <w:pPr>
        <w:jc w:val="right"/>
      </w:pPr>
      <w:r>
        <w:t>سے بیکورڈ کمیونٹی بن گئے دنیا میں۔</w:t>
      </w:r>
    </w:p>
    <w:p>
      <w:r>
        <w:rPr>
          <w:b/>
        </w:rPr>
        <w:t xml:space="preserve">[40:48] </w:t>
      </w:r>
      <w:r>
        <w:t>us ko bohat sanjeedgi se aap sochiye is par ke kitni bhaari qeemat de rahe hain musalman, kitni bhaari qeemat. aise hi dekhiye, aik France ka aik historian hai, us ka naam Henri Pirenne. woh aik secular historian hai, Islam ko nahi manta, wahi ko nahi manta. woh ab aap jab jab dekhen us ko ke wahi ko kuch nahi manta</w:t>
      </w:r>
    </w:p>
    <w:p>
      <w:pPr>
        <w:jc w:val="right"/>
      </w:pPr>
      <w:r>
        <w:t>اس کو بہت سنجیدگی سے آپ سوچیے اس پر کہ کتنی بھاری قیمت دے رہے ہیں مسلمان، کتنی بھاری قیمت۔ ایسے ہی دیکھیے، ایک فرانس کا ایک ہسٹورین ہے، اس کا نام ہنری پرین۔ وہ ایک سیکولر ہسٹورین ہے، اسلام کو نہیں مانتا، وحی کو نہیں مانتا۔ وہ اب آپ جب جب دیکھیں اس کو کہ وحی کو کچھ نہیں مانت</w:t>
      </w:r>
    </w:p>
    <w:p>
      <w:r>
        <w:rPr>
          <w:b/>
        </w:rPr>
        <w:t xml:space="preserve">[41:18] </w:t>
      </w:r>
      <w:r>
        <w:t>a, woh to aap ghussa ho jayenge ke dekho, us ko goli maro, us ko to mulhid</w:t>
      </w:r>
    </w:p>
    <w:p>
      <w:pPr>
        <w:jc w:val="right"/>
      </w:pPr>
      <w:r>
        <w:t>ا، وہ تو آپ غصہ ہو جائیں گے کہ دیکھو، اس کو گولی مارو، اس کو تو ملحد</w:t>
      </w:r>
    </w:p>
    <w:p>
      <w:r>
        <w:rPr>
          <w:b/>
        </w:rPr>
        <w:t xml:space="preserve">[41:23] </w:t>
      </w:r>
      <w:r>
        <w:t>hai, yeh to kafir hai.</w:t>
      </w:r>
    </w:p>
    <w:p>
      <w:pPr>
        <w:jc w:val="right"/>
      </w:pPr>
      <w:r>
        <w:t>ہے، یہ تو کافر ہے۔</w:t>
      </w:r>
    </w:p>
    <w:p>
      <w:r>
        <w:rPr>
          <w:b/>
        </w:rPr>
        <w:t xml:space="preserve">[41:28] </w:t>
      </w:r>
      <w:r>
        <w:t>lekin ek bohat hi bari baat is ne nikali.</w:t>
      </w:r>
    </w:p>
    <w:p>
      <w:pPr>
        <w:jc w:val="right"/>
      </w:pPr>
      <w:r>
        <w:t>لیکن ایک بہت ہی بڑی بات اس نے نکالی۔</w:t>
      </w:r>
    </w:p>
    <w:p>
      <w:r>
        <w:rPr>
          <w:b/>
        </w:rPr>
        <w:t xml:space="preserve">[41:33] </w:t>
      </w:r>
      <w:r>
        <w:t>pehli baar yeh rasool Allah ke baad sahaba kiram ka jo takraao hua tha Roman Empire se aur</w:t>
      </w:r>
    </w:p>
    <w:p>
      <w:pPr>
        <w:jc w:val="right"/>
      </w:pPr>
      <w:r>
        <w:t>پہلی بار یہ رسول اللہ کے بعد صحابہ کرام کا جو ٹکراؤ ہوا تھا رومن ایمپائر سے اور</w:t>
      </w:r>
    </w:p>
    <w:p>
      <w:r>
        <w:rPr>
          <w:b/>
        </w:rPr>
        <w:t xml:space="preserve">[41:38] </w:t>
      </w:r>
      <w:r>
        <w:t>Sasani Empire se, us takraao ke nateeje mein Roman Empire khatam ho gayi, Sasani Empire khatam ho gayi.</w:t>
      </w:r>
    </w:p>
    <w:p>
      <w:pPr>
        <w:jc w:val="right"/>
      </w:pPr>
      <w:r>
        <w:t>ساسانی ایمپائر سے، اس ٹکراؤ کے نتیجے میں رومن ایمپائر ختم ہوگئی، ساسانی ایمپائر ختم ہوگئی۔</w:t>
      </w:r>
    </w:p>
    <w:p>
      <w:r>
        <w:rPr>
          <w:b/>
        </w:rPr>
        <w:t xml:space="preserve">[41:43] </w:t>
      </w:r>
      <w:r>
        <w:t>to pehli baar is ka itna shandaar justification mila is ki kitaab</w:t>
      </w:r>
    </w:p>
    <w:p>
      <w:pPr>
        <w:jc w:val="right"/>
      </w:pPr>
      <w:r>
        <w:t>تو پہلی بار اس کا اتنا شاندار جسٹیفیکیشن ملا اس کی کتاب</w:t>
      </w:r>
    </w:p>
    <w:p>
      <w:r>
        <w:rPr>
          <w:b/>
        </w:rPr>
        <w:t xml:space="preserve">[41:48] </w:t>
      </w:r>
      <w:r>
        <w:t>mein.</w:t>
      </w:r>
    </w:p>
    <w:p>
      <w:pPr>
        <w:jc w:val="right"/>
      </w:pPr>
      <w:r>
        <w:t>میں۔</w:t>
      </w:r>
    </w:p>
    <w:p>
      <w:r>
        <w:rPr>
          <w:b/>
        </w:rPr>
        <w:t xml:space="preserve">[41:54] </w:t>
      </w:r>
      <w:r>
        <w:t>musalmanon ki kitaab mein kuch nahi milega aap ko, saare fatahaat ke yaani fakhr fatahaat par fakhr milega.</w:t>
      </w:r>
    </w:p>
    <w:p>
      <w:pPr>
        <w:jc w:val="right"/>
      </w:pPr>
      <w:r>
        <w:t>مسلمانوں کی کتاب میں کچھ نہیں ملے گا آپ کو، سارے فتوحات کے یعنی فخر فتوحات پر فخر ملے گا۔</w:t>
      </w:r>
    </w:p>
    <w:p>
      <w:r>
        <w:rPr>
          <w:b/>
        </w:rPr>
        <w:t xml:space="preserve">[42:00] </w:t>
      </w:r>
      <w:r>
        <w:t>bas koi is ka ilmi yaani ilmi baat nahi to milenge aap musalmanon ki kitaabon mein, koi</w:t>
      </w:r>
    </w:p>
    <w:p>
      <w:pPr>
        <w:jc w:val="right"/>
      </w:pPr>
      <w:r>
        <w:t>بس کوئی اس کا علمی یعنی علمی بات نہیں تو ملیں گے آپ مسلمانوں کی کتابوں میں، کوئی</w:t>
      </w:r>
    </w:p>
    <w:p>
      <w:r>
        <w:rPr>
          <w:b/>
        </w:rPr>
        <w:t xml:space="preserve">[42:06] </w:t>
      </w:r>
      <w:r>
        <w:t>ek bhi nahi, including Ibn Khaldun, jis jo jo jis baat ko bata saka ho, jo Henry Piren ne batai.</w:t>
      </w:r>
    </w:p>
    <w:p>
      <w:pPr>
        <w:jc w:val="right"/>
      </w:pPr>
      <w:r>
        <w:t>ایک بھی نہیں، انکلوڈنگ ابن خلدون، جس جو جو جس بات کو بتا سکا ہو، جو ہنری پرین نے بتائی۔</w:t>
      </w:r>
    </w:p>
    <w:p>
      <w:r>
        <w:rPr>
          <w:b/>
        </w:rPr>
        <w:t xml:space="preserve">[42:12] </w:t>
      </w:r>
      <w:r>
        <w:t>to agar mein ghussa ho jata ke Henry Piren jo hai,</w:t>
      </w:r>
    </w:p>
    <w:p>
      <w:pPr>
        <w:jc w:val="right"/>
      </w:pPr>
      <w:r>
        <w:t>تو اگر میں غصہ ہو جاتا کہ ہنری پرین جو ہے،</w:t>
      </w:r>
    </w:p>
    <w:p>
      <w:r>
        <w:rPr>
          <w:b/>
        </w:rPr>
        <w:t xml:space="preserve">[42:19] </w:t>
      </w:r>
      <w:r>
        <w:t>woh to wahi ko nahi manta, rasool Allah ko aik aam aadmi manta hai, bhareak kar ke bas kitab band kar deta us ki. lekin us ne wahi ko alag kar ke mutala kiya ke yeh waqia hua ke Roman Empire tooti, Sasani Sasani Empire tooti. to phir us ke baad hua kya? purely historical aitbaar se us ne jaiza liya, purely historical. to us ne likha hai ke yeh to bohat hi bara</w:t>
      </w:r>
    </w:p>
    <w:p>
      <w:pPr>
        <w:jc w:val="right"/>
      </w:pPr>
      <w:r>
        <w:t>وہ تو وحی کو نہیں مانتا، رسول اللہ کو ایک عام آدمی مانتا ہے، بھڑک کر کے بس کتاب بند کر دیتا ہے اس کی۔ لیکن اس نے وحی کو الگ کر کے مطالعہ کیا کہ یہ واقعہ ہوا کہ رومن ایمپائر ٹوٹی، ساسانی ساسانی ایمپائر ٹوٹی۔ تو پھر اس کے بعد ہوا کیا؟ پیورلی ہسٹوریکل اعتبار سے اس نے جائزہ لیا، پیورلی ہسٹوریکل۔ تو اس نے لکھا ہے کہ یہ تو بہت ہی بڑا</w:t>
      </w:r>
    </w:p>
    <w:p>
      <w:r>
        <w:rPr>
          <w:b/>
        </w:rPr>
        <w:t xml:space="preserve">[42:49] </w:t>
      </w:r>
      <w:r>
        <w:t>waqea hua, kyunke duniya ki taraqqi rok rakhi thi empires ne.</w:t>
      </w:r>
    </w:p>
    <w:p>
      <w:pPr>
        <w:jc w:val="right"/>
      </w:pPr>
      <w:r>
        <w:t>واقعہ ہوا، کیونکہ دنیا کی ترقی روک رکھی تھی ایمپائرز نے۔</w:t>
      </w:r>
    </w:p>
    <w:p>
      <w:r>
        <w:rPr>
          <w:b/>
        </w:rPr>
        <w:t xml:space="preserve">[42:55] </w:t>
      </w:r>
      <w:r>
        <w:t>aap jante hain ke empire jo hoti hain, woh dissent ko bardasht nahi kar sakti, dissent ko bardasht</w:t>
      </w:r>
    </w:p>
    <w:p>
      <w:pPr>
        <w:jc w:val="right"/>
      </w:pPr>
      <w:r>
        <w:t>آپ جانتے ہیں کہ ایمپائر جو ہوتی ہیں، وہ ڈیسنٹ کو برداشت نہیں کر سکتی، ڈیسنٹ کو برداشت</w:t>
      </w:r>
    </w:p>
    <w:p>
      <w:r>
        <w:rPr>
          <w:b/>
        </w:rPr>
        <w:t xml:space="preserve">[43:01] </w:t>
      </w:r>
      <w:r>
        <w:t>nahi kar sakti.</w:t>
      </w:r>
    </w:p>
    <w:p>
      <w:pPr>
        <w:jc w:val="right"/>
      </w:pPr>
      <w:r>
        <w:t>نہیں کر سکتی۔</w:t>
      </w:r>
    </w:p>
    <w:p>
      <w:r>
        <w:rPr>
          <w:b/>
        </w:rPr>
        <w:t xml:space="preserve">[43:07] </w:t>
      </w:r>
      <w:r>
        <w:t>jab roman empire jo hai, jab yeh roman faujen dakhil huien Yunan mein, to kaha jata hai ke</w:t>
      </w:r>
    </w:p>
    <w:p>
      <w:pPr>
        <w:jc w:val="right"/>
      </w:pPr>
      <w:r>
        <w:t>جب رومن ایمپائر جو ہے، جب یہ رومن فوجیں داخل ہوئیں یونان میں، تو کہا جاتا ہے کہ</w:t>
      </w:r>
    </w:p>
    <w:p>
      <w:r>
        <w:rPr>
          <w:b/>
        </w:rPr>
        <w:t xml:space="preserve">[43:13] </w:t>
      </w:r>
      <w:r>
        <w:t>Yunan mein jab dakhil huien to wahan par dekha, unhon ne ek philosopher tha, reit par kuch</w:t>
      </w:r>
    </w:p>
    <w:p>
      <w:pPr>
        <w:jc w:val="right"/>
      </w:pPr>
      <w:r>
        <w:t>یونان میں جب داخل ہوئیں تو وہاں پر دیکھا، انہوں نے ایک فلاسفر تھا، ریت پر کچھ</w:t>
      </w:r>
    </w:p>
    <w:p>
      <w:r>
        <w:rPr>
          <w:b/>
        </w:rPr>
        <w:t xml:space="preserve">[43:19] </w:t>
      </w:r>
      <w:r>
        <w:t>calculate kar raha tha, koi cheez reit par, koi calculation kar raha tha reit pe. to us ko us ne poocha, kya kar rahe ho? aur kaha ke hum aik aik formula jo hai, woh us pe hum study kar rahe hain, isi ko hum calculate kar rahe hain. aur talwar nikal hi hum us ki gardan maar di, kyunke jitne impress hua karte thay, koi nayi cheez bardasht nahi karte</w:t>
      </w:r>
    </w:p>
    <w:p>
      <w:pPr>
        <w:jc w:val="right"/>
      </w:pPr>
      <w:r>
        <w:t>کیلکولیٹ کر رہا تھا، کوئی چیز ریت پر، کوئی کیلکولیشن کر رہا تھا ریت پہ۔ تو اس کو اس نے پوچھا، کیا کر رہے ہو؟ اور کہا کہ ہم ایک ایک فارمولا جو ہے، وہ اس پہ ہم اسٹڈی کر رہے ہیں، اسی کو ہم کیلکولیٹ کر رہے ہیں۔ اور تلوار نکال ہی ہم اس کی گردن مار دی، کیونکہ جتنے امپریس ہوا کرتے تھے، کوئی نئی چیز برداشت نہیں کرتے</w:t>
      </w:r>
    </w:p>
    <w:p>
      <w:r>
        <w:rPr>
          <w:b/>
        </w:rPr>
        <w:t xml:space="preserve">[43:49] </w:t>
      </w:r>
      <w:r>
        <w:t>the.</w:t>
      </w:r>
    </w:p>
    <w:p>
      <w:pPr>
        <w:jc w:val="right"/>
      </w:pPr>
      <w:r>
        <w:t>تھے۔</w:t>
      </w:r>
    </w:p>
    <w:p>
      <w:r>
        <w:rPr>
          <w:b/>
        </w:rPr>
        <w:t xml:space="preserve">[43:54] </w:t>
      </w:r>
      <w:r>
        <w:t>woh jaise log bas khayein kamao, chup chap baithe rahein, nayi cheez nikalenge to hamare khilaf bagawat karenge.</w:t>
      </w:r>
    </w:p>
    <w:p>
      <w:pPr>
        <w:jc w:val="right"/>
      </w:pPr>
      <w:r>
        <w:t>وہ جیسے لوگ بس کھائیں کماؤں، چپ چاپ بیٹھے رہیں، نئی چیز نکالیں گے تو ہمارے خلاف بغاوت کریں گے۔</w:t>
      </w:r>
    </w:p>
    <w:p>
      <w:r>
        <w:rPr>
          <w:b/>
        </w:rPr>
        <w:t xml:space="preserve">[43:59] </w:t>
      </w:r>
      <w:r>
        <w:t>agar yeh nayi cheez nikalenge to hamare khilaf bagawat karenge.</w:t>
      </w:r>
    </w:p>
    <w:p>
      <w:pPr>
        <w:jc w:val="right"/>
      </w:pPr>
      <w:r>
        <w:t>اگر یہ نئی چیز نکالیں گے تو ہمارے خلاف بغاوت کریں گے۔</w:t>
      </w:r>
    </w:p>
    <w:p>
      <w:r>
        <w:rPr>
          <w:b/>
        </w:rPr>
        <w:t xml:space="preserve">[44:04] </w:t>
      </w:r>
      <w:r>
        <w:t>to bas khayein piyein, chup chap baithe rahein.</w:t>
      </w:r>
    </w:p>
    <w:p>
      <w:pPr>
        <w:jc w:val="right"/>
      </w:pPr>
      <w:r>
        <w:t>تو بس کھائیں پیئیں، چپ چاپ بیٹھے رہیں۔</w:t>
      </w:r>
    </w:p>
    <w:p>
      <w:r>
        <w:rPr>
          <w:b/>
        </w:rPr>
        <w:t xml:space="preserve">[44:09] </w:t>
      </w:r>
      <w:r>
        <w:t>bas to Henry Perren ne likha hai ke yeh do, yeh jo empires theen, empires, woh sari taraqqi</w:t>
      </w:r>
    </w:p>
    <w:p>
      <w:pPr>
        <w:jc w:val="right"/>
      </w:pPr>
      <w:r>
        <w:t>بس تو ہنری پرین نے لکھا ہے کہ یہ دو، یہ جو ایمپائرز تھیں، ایمپائرز، وہ ساری ترقی</w:t>
      </w:r>
    </w:p>
    <w:p>
      <w:r>
        <w:rPr>
          <w:b/>
        </w:rPr>
        <w:t xml:space="preserve">[44:14] </w:t>
      </w:r>
      <w:r>
        <w:t>ko roki hui thi ke aadmi animal ki tarah khaye kamaye, bas koi intellectual development nahi, koi</w:t>
      </w:r>
    </w:p>
    <w:p>
      <w:pPr>
        <w:jc w:val="right"/>
      </w:pPr>
      <w:r>
        <w:t>کو روکی ہوئی تھی کہ آدمی اینیمل کی طرح کھائے کمائے، بس کوئی انٹلیکچول ڈیولپمنٹ نہیں، کوئی</w:t>
      </w:r>
    </w:p>
    <w:p>
      <w:r>
        <w:rPr>
          <w:b/>
        </w:rPr>
        <w:t xml:space="preserve">[44:19] </w:t>
      </w:r>
      <w:r>
        <w:t>scientific development nahi. aap dekhiye, 200 do hazar saal tak empire rahi hai, Roman Empire. Roman Roman Empire ka period do hazar saal hai. is do hazar saal mein science ki koi taraqqi nahi hui, aik single taraqqi bhi nahi hui do hazar saal mein science ki. kyun? woh to discourage karte thay har nayi baat ko, freedom ko, koi un ko freedom nahi dete thay. woh to h</w:t>
      </w:r>
    </w:p>
    <w:p>
      <w:pPr>
        <w:jc w:val="right"/>
      </w:pPr>
      <w:r>
        <w:t>سائنٹیفک ڈیولپمنٹ نہیں۔ آپ دیکھیے، 200 دو ہزار سال تک ایمپائر رہی ہے، رومن ایمپائر۔ رومن رومن ایمپائر کا پیریڈ دو ہزار سال ہے۔ اس دو ہزار سال میں سائنس کی کوئی ترقی نہیں ہوئی، ایک سنگل ترقی بھی نہیں ہوئی دو ہزار سال میں سائنس کی۔ کیوں؟ وہ تو ڈسکرج کرتے تھے ہر نئی بات کو، فریڈم کو، کوئی ان کو فریڈم نہیں دیتے تھے۔ وہ تو ہ</w:t>
      </w:r>
    </w:p>
    <w:p>
      <w:r>
        <w:rPr>
          <w:b/>
        </w:rPr>
        <w:t xml:space="preserve">[44:49] </w:t>
      </w:r>
      <w:r>
        <w:t>enry Piren ne likha hai ke yeh yeh jo bohat bara kar nama hai, yaani followers of Muhammad ka, ke unhone empire ko tod diya. to aik sela ab nikal pada us ke baad, yaani yeh yeh goya ke woh tha jo kehte hain, woh trap door. trap door kehte hain us ko ke aik bohat bara darya hai, pani chala aa raha hai idhar se, aap beech mein aik deewar bana dein, idhar udhar pani na jaane dein, aap idhar sookha hai, idhar Ganga</w:t>
      </w:r>
    </w:p>
    <w:p>
      <w:pPr>
        <w:jc w:val="right"/>
      </w:pPr>
      <w:r>
        <w:t>نری پرین نے لکھا ہے کہ یہ یہ جو بہت بڑا کارنامہ ہے، یعنی فالوورز آف محمد کا، کہ انہوں نے ایمپائر کو توڑ دیا۔ تو ایک سلا اب نکل پڑا اس کے بعد، یعنی یہ یہ گویا کہ وہ تھا جو کہتے ہیں، وہ ٹریپ ڈور۔ ٹریپ ڈور کہتے ہیں اس کو کہ ایک بہت بڑا دریا ہے، پانی چلا آ رہا ہے ادھر سے، آپ بیچ میں ایک دیوار بنا دیں، ادھر ادھر پانی نہ جانے دیں، آپ ادھر سوکھا ہے، ادھر گنگا</w:t>
      </w:r>
    </w:p>
    <w:p>
      <w:r>
        <w:rPr>
          <w:b/>
        </w:rPr>
        <w:t xml:space="preserve">[45:19] </w:t>
      </w:r>
      <w:r>
        <w:t>beh raha hai.</w:t>
      </w:r>
    </w:p>
    <w:p>
      <w:pPr>
        <w:jc w:val="right"/>
      </w:pPr>
      <w:r>
        <w:t>بہہ رہا ہے۔</w:t>
      </w:r>
    </w:p>
    <w:p>
      <w:r>
        <w:rPr>
          <w:b/>
        </w:rPr>
        <w:t xml:space="preserve">[45:24] </w:t>
      </w:r>
      <w:r>
        <w:t>to woh kehte hain trap door.</w:t>
      </w:r>
    </w:p>
    <w:p>
      <w:pPr>
        <w:jc w:val="right"/>
      </w:pPr>
      <w:r>
        <w:t>تو وہ کہتے ہیں ٹریپ ڈور۔</w:t>
      </w:r>
    </w:p>
    <w:p>
      <w:r>
        <w:rPr>
          <w:b/>
        </w:rPr>
        <w:t xml:space="preserve">[45:29] </w:t>
      </w:r>
      <w:r>
        <w:t>to agar is ko hata diya jaye, hata diya jaye to paniyailghar kar ke behega.</w:t>
      </w:r>
    </w:p>
    <w:p>
      <w:pPr>
        <w:jc w:val="right"/>
      </w:pPr>
      <w:r>
        <w:t>تو اگر اس کو ہٹا دیا جائے، ہٹا دیا جائے تو پانییلغار کر کے بہے گا۔</w:t>
      </w:r>
    </w:p>
    <w:p>
      <w:r>
        <w:rPr>
          <w:b/>
        </w:rPr>
        <w:t xml:space="preserve">[45:34] </w:t>
      </w:r>
      <w:r>
        <w:t>to is ne likha hai ke yeh yeh jo empires theen, yeh rok bani hui theen, yani jo</w:t>
      </w:r>
    </w:p>
    <w:p>
      <w:pPr>
        <w:jc w:val="right"/>
      </w:pPr>
      <w:r>
        <w:t>تو اس نے لکھا ہے کہ یہ یہ جو ایمپائرز تھیں، یہ روک بنی ہوئی تھیں، یعنی جو</w:t>
      </w:r>
    </w:p>
    <w:p>
      <w:r>
        <w:rPr>
          <w:b/>
        </w:rPr>
        <w:t xml:space="preserve">[45:39] </w:t>
      </w:r>
      <w:r>
        <w:t>ilm ka jo darya hai, woh beh nahi pata tha.</w:t>
      </w:r>
    </w:p>
    <w:p>
      <w:pPr>
        <w:jc w:val="right"/>
      </w:pPr>
      <w:r>
        <w:t>علم کا جو دریا ہے، وہ بہہ نہیں پاتا تھا۔</w:t>
      </w:r>
    </w:p>
    <w:p>
      <w:r>
        <w:rPr>
          <w:b/>
        </w:rPr>
        <w:t xml:space="preserve">[45:44] </w:t>
      </w:r>
      <w:r>
        <w:t>ek naya inqilab aa gaya,</w:t>
      </w:r>
    </w:p>
    <w:p>
      <w:pPr>
        <w:jc w:val="right"/>
      </w:pPr>
      <w:r>
        <w:t>ایک نیا انقلاب آ گیا،</w:t>
      </w:r>
    </w:p>
    <w:p>
      <w:r>
        <w:rPr>
          <w:b/>
        </w:rPr>
        <w:t xml:space="preserve">[45:49] </w:t>
      </w:r>
      <w:r>
        <w:t>aik secular aadmi ne likha hai, secular aadmi ne jo wahi ko nahi manta. to kehte hain shandar alfaaz likhe hain ke Islam change change the force of the globe, the traditional order of history was overthrow. itni bari baat jo mili mujhe, itna bara justification in jangon ka, jis ke nateejay mein Roman Empire khatam hui, Sasani Empire khatam hui. kisi Musalman ki kitaab mein yeh baat nahi hai, including Ibn Kh</w:t>
      </w:r>
    </w:p>
    <w:p>
      <w:pPr>
        <w:jc w:val="right"/>
      </w:pPr>
      <w:r>
        <w:t>ایک سیکولر آدمی نے لکھا ہے، سیکولر آدمی نے جو وحی کو نہیں مانتا۔ تو کہتے ہیں شاندار الفاظ لکھے ہیں کہ اسلام چینج چینج دا فورس آف دا گلوب، دا ٹریڈیشنل آرڈر آف ہسٹری واز اوور تھرو۔ اتنی بڑی بات جو ملی مجھے، اتنا بڑا جسٹیفیکیشن ان جنگوں کا، جس کے نتیجے میں رومن ایمپائر ختم ہوئی، ساسانی ایمپائر ختم ہوئی۔ کسی مسلمان کی کتاب میں یہ بات نہیں ہے، انکلوڈنگ ابن خ</w:t>
      </w:r>
    </w:p>
    <w:p>
      <w:r>
        <w:rPr>
          <w:b/>
        </w:rPr>
        <w:t xml:space="preserve">[46:19] </w:t>
      </w:r>
      <w:r>
        <w:t>ladun ke musalman jo jo takraye aur in empires ko khatam kiya, to is ka justification kya tha?</w:t>
      </w:r>
    </w:p>
    <w:p>
      <w:pPr>
        <w:jc w:val="right"/>
      </w:pPr>
      <w:r>
        <w:t>لدون کہ مسلمان جو جو ٹکرائے اور ان ایمپائرز کو ختم کیا، تو اس کا جسٹیفیکیشن کیا تھا؟</w:t>
      </w:r>
    </w:p>
    <w:p>
      <w:r>
        <w:rPr>
          <w:b/>
        </w:rPr>
        <w:t xml:space="preserve">[46:24] </w:t>
      </w:r>
      <w:r>
        <w:t>to log is ko sirf political expansion ke mani mein lete hain, bas khilafat sari duniya mein qaim</w:t>
      </w:r>
    </w:p>
    <w:p>
      <w:pPr>
        <w:jc w:val="right"/>
      </w:pPr>
      <w:r>
        <w:t>تو لوگ اس کو صرف پولیٹیکل ایکسپینشن کے معنی میں لیتے ہیں، بس خلافت ساری دنیا میں قائم</w:t>
      </w:r>
    </w:p>
    <w:p>
      <w:r>
        <w:rPr>
          <w:b/>
        </w:rPr>
        <w:t xml:space="preserve">[46:29] </w:t>
      </w:r>
      <w:r>
        <w:t>ho gayi, itna hi bas.</w:t>
      </w:r>
    </w:p>
    <w:p>
      <w:pPr>
        <w:jc w:val="right"/>
      </w:pPr>
      <w:r>
        <w:t>ہو گئی، اتنا ہی بس۔</w:t>
      </w:r>
    </w:p>
    <w:p>
      <w:r>
        <w:rPr>
          <w:b/>
        </w:rPr>
        <w:t xml:space="preserve">[46:34] </w:t>
      </w:r>
      <w:r>
        <w:t>aur fakhr fakhr ki ghiza lete hain is se.</w:t>
      </w:r>
    </w:p>
    <w:p>
      <w:pPr>
        <w:jc w:val="right"/>
      </w:pPr>
      <w:r>
        <w:t>اور فخر فخر کی غذا لیتے ہیں اس سے۔</w:t>
      </w:r>
    </w:p>
    <w:p>
      <w:r>
        <w:rPr>
          <w:b/>
        </w:rPr>
        <w:t xml:space="preserve">[46:39] </w:t>
      </w:r>
      <w:r>
        <w:t>lekin yeh kitni badi baat dikha li is ne ke ke duniya mein taraqqi ka naya daur aa gaya.</w:t>
      </w:r>
    </w:p>
    <w:p>
      <w:pPr>
        <w:jc w:val="right"/>
      </w:pPr>
      <w:r>
        <w:t>لیکن یہ کتنی بڑی بات دکھا لی اس نے کہ کہ دنیا میں ترقی کا نیا دور آ گیا۔</w:t>
      </w:r>
    </w:p>
    <w:p>
      <w:r>
        <w:rPr>
          <w:b/>
        </w:rPr>
        <w:t xml:space="preserve">[46:44] </w:t>
      </w:r>
      <w:r>
        <w:t>yeh ek secular</w:t>
      </w:r>
    </w:p>
    <w:p>
      <w:pPr>
        <w:jc w:val="right"/>
      </w:pPr>
      <w:r>
        <w:t>یہ ایک سیکولر</w:t>
      </w:r>
    </w:p>
    <w:p>
      <w:r>
        <w:rPr>
          <w:b/>
        </w:rPr>
        <w:t xml:space="preserve">[46:49] </w:t>
      </w:r>
      <w:r>
        <w:t>musannif ne se mujhe yeh point mila. to comparative study bohat hi qeemti hai, bohat qeemti hai, bohat qeemti. lekin is ke liye chahiye baais se khali zehn, kuch dil mein nafrat nahi, kuch dil mein hate nahi, koi sab o shat bhi kare, tab bhi kuch bura na maanein. aap koi gaali de, tab bhi aap bura na maanein. tab ja kar ke aisa hota hai, nahi to nahi ho sakta. jo aaj dekhein,</w:t>
      </w:r>
    </w:p>
    <w:p>
      <w:pPr>
        <w:jc w:val="right"/>
      </w:pPr>
      <w:r>
        <w:t>مصنف نے سے مجھے یہ پوائنٹ ملا۔ تو کمپیریٹیو اسٹڈی بہت ہی قیمتی ہے، بہت قیمتی ہے، بہت قیمتی۔ لیکن اس کے لیے چاہیے باعث سے خالی ذہن، کچھ دل میں نفرت نہیں، کچھ دل میں ہیٹ نہیں، کوئی سب و شت بھی کرے، تب بھی کچھ برا نہ مانیں۔ آپ کوئی گالی دے، تب بھی آپ برا نہ مانیں۔ تب جا کر کے ایسا ہوتا ہے، نہیں تو نہیں ہو سکتا۔ جو آج دیکھیں،</w:t>
      </w:r>
    </w:p>
    <w:p>
      <w:r>
        <w:rPr>
          <w:b/>
        </w:rPr>
        <w:t xml:space="preserve">[47:19] </w:t>
      </w:r>
      <w:r>
        <w:t>saare ulama jo hain, baaton ko jaante hain, nahi kuch siwaye is ke ke jazbati taqreerein karte hain aur Musalmanon ki shikayatein karte hain aur kehte hain ke hum sab zyada mazloom hain. yeh saare ulama ki boliyan aayi hoti hain, bas koi bari ilmi baat woh nahi keh paate. mujhe koi bhi aalim nahi maloom is poore daur ka jo koi bari baat keh paya ho. kyun? nafratein liye hue hain jinhone doosre mazhab</w:t>
      </w:r>
    </w:p>
    <w:p>
      <w:pPr>
        <w:jc w:val="right"/>
      </w:pPr>
      <w:r>
        <w:t>سارے علماء جو ہیں، باتوں کو جانتے ہیں، نہیں کچھ سوائے اس کے کہ جذبائی تقریریں کرتے ہیں اور مسلمانوں کی شکایتیں کرتے ہیں اور کہتے ہیں کہ ہم سب زیادہ مظلوم ہیں۔ یہ سارے علماء کی بولیاں آئیں ہوتی ہیں، بس کوئی بڑی علمی بات وہ نہیں کہہ پاتے۔ مجھے کوئی بھی عالم نہیں معلوم اس پورے دور کا جو کوئی بڑی بات کہہ پایا ہو۔ کیوں؟ نفرتیں لیے ہوئے ہیں جنہوں نے دوسرے مذہب</w:t>
      </w:r>
    </w:p>
    <w:p>
      <w:r>
        <w:rPr>
          <w:b/>
        </w:rPr>
        <w:t xml:space="preserve">[47:49] </w:t>
      </w:r>
      <w:r>
        <w:t>on ko parha, woh bhi debate karne ke liye parha.</w:t>
      </w:r>
    </w:p>
    <w:p>
      <w:pPr>
        <w:jc w:val="right"/>
      </w:pPr>
      <w:r>
        <w:t>وں کو پڑھا، وہ بھی ڈیبیٹ کرنے کے لیے پڑھا۔</w:t>
      </w:r>
    </w:p>
    <w:p>
      <w:r>
        <w:rPr>
          <w:b/>
        </w:rPr>
        <w:t xml:space="preserve">[47:54] </w:t>
      </w:r>
      <w:r>
        <w:t>jaise ke maine misaal di aap ko, to debate karenge to aap kya paayenge? Doosre</w:t>
      </w:r>
    </w:p>
    <w:p>
      <w:pPr>
        <w:jc w:val="right"/>
      </w:pPr>
      <w:r>
        <w:t>جیسے کہ میں نے مثال دی آپ کو، تو ڈیبیٹ کریں گے تو آپ کیا پائیں گے؟ دوسرے</w:t>
      </w:r>
    </w:p>
    <w:p>
      <w:r>
        <w:rPr>
          <w:b/>
        </w:rPr>
        <w:t xml:space="preserve">[48:00] </w:t>
      </w:r>
      <w:r>
        <w:t>ko doosri qadar karna seekhiye.</w:t>
      </w:r>
    </w:p>
    <w:p>
      <w:pPr>
        <w:jc w:val="right"/>
      </w:pPr>
      <w:r>
        <w:t>کو دوسری قدر کرنا سیکھیے۔</w:t>
      </w:r>
    </w:p>
    <w:p>
      <w:r>
        <w:rPr>
          <w:b/>
        </w:rPr>
        <w:t xml:space="preserve">[48:05] </w:t>
      </w:r>
      <w:r>
        <w:t>jaise dekhiye, ab Hazrat Masih ko lijiye, saare ulama hazar saal se Hazrat Masih ko ridicule karte hain.</w:t>
      </w:r>
    </w:p>
    <w:p>
      <w:pPr>
        <w:jc w:val="right"/>
      </w:pPr>
      <w:r>
        <w:t>جیسے دیکھیے، اب حضرت مسیح کو لیجئے، سارے علماء ہزار سال سے حضرت مسیح کو ریڈیکیول کرتے ہیں۔</w:t>
      </w:r>
    </w:p>
    <w:p>
      <w:r>
        <w:rPr>
          <w:b/>
        </w:rPr>
        <w:t xml:space="preserve">[48:10] </w:t>
      </w:r>
      <w:r>
        <w:t>wo kya? unhon ne jo kaha hai ke jo Qaisar ka ho, Qaisar ko do, jo Khuda ka</w:t>
      </w:r>
    </w:p>
    <w:p>
      <w:pPr>
        <w:jc w:val="right"/>
      </w:pPr>
      <w:r>
        <w:t>وہ کیا؟ انہوں نے جو کہا ہے کہ جو قیصر کا ہو، قیصر کو دو، جو خدا کا</w:t>
      </w:r>
    </w:p>
    <w:p>
      <w:r>
        <w:rPr>
          <w:b/>
        </w:rPr>
        <w:t xml:space="preserve">[48:15] </w:t>
      </w:r>
      <w:r>
        <w:t>hai, Khuda ko do.</w:t>
      </w:r>
    </w:p>
    <w:p>
      <w:pPr>
        <w:jc w:val="right"/>
      </w:pPr>
      <w:r>
        <w:t>ہے، خدا کو دو۔</w:t>
      </w:r>
    </w:p>
    <w:p>
      <w:r>
        <w:rPr>
          <w:b/>
        </w:rPr>
        <w:t xml:space="preserve">[48:20] </w:t>
      </w:r>
      <w:r>
        <w:t>due to Caesar, what is due to Caesar? due to God, what is due to God? is ko</w:t>
      </w:r>
    </w:p>
    <w:p>
      <w:pPr>
        <w:jc w:val="right"/>
      </w:pPr>
      <w:r>
        <w:t>ڈیو ٹو سیزر، واٹ از ڈیو ٹو سیزر؟ ڈیو ٹو گاڈ، واٹ از ڈیو ٹو گاڈ؟ اس کو</w:t>
      </w:r>
    </w:p>
    <w:p>
      <w:r>
        <w:rPr>
          <w:b/>
        </w:rPr>
        <w:t xml:space="preserve">[48:25] </w:t>
      </w:r>
      <w:r>
        <w:t>mazaq udate hain.</w:t>
      </w:r>
    </w:p>
    <w:p>
      <w:pPr>
        <w:jc w:val="right"/>
      </w:pPr>
      <w:r>
        <w:t>مذاق اڑاتے ہیں۔</w:t>
      </w:r>
    </w:p>
    <w:p>
      <w:r>
        <w:rPr>
          <w:b/>
        </w:rPr>
        <w:t xml:space="preserve">[48:30] </w:t>
      </w:r>
      <w:r>
        <w:t>dekho, yeh koi mazhab hai? chounke ab maine bohat bari cheez bhi discover ki, yaani itni bari</w:t>
      </w:r>
    </w:p>
    <w:p>
      <w:pPr>
        <w:jc w:val="right"/>
      </w:pPr>
      <w:r>
        <w:t>دیکھو، یہ کوئی مذہب ہے؟ چونکہ اب میں نے بہت بڑی چیز بھی ڈسکور کی، یعنی اتنی بڑی</w:t>
      </w:r>
    </w:p>
    <w:p>
      <w:r>
        <w:rPr>
          <w:b/>
        </w:rPr>
        <w:t xml:space="preserve">[48:35] </w:t>
      </w:r>
      <w:r>
        <w:t>discover ki ke hamare paas zyada bari, kyunke mere andar nafrat nahin.</w:t>
      </w:r>
    </w:p>
    <w:p>
      <w:pPr>
        <w:jc w:val="right"/>
      </w:pPr>
      <w:r>
        <w:t>ڈسکور کی کہ ہمارے پاس زیادہ بڑی، کیونکہ میرے اندر نفرت نہیں۔</w:t>
      </w:r>
    </w:p>
    <w:p>
      <w:r>
        <w:rPr>
          <w:b/>
        </w:rPr>
        <w:t xml:space="preserve">[48:41] </w:t>
      </w:r>
      <w:r>
        <w:t>میں پہلا شخص ہوں پوری مسلم ہسٹری میں جس نے حضرت مسیح کے values کو discover کیا۔</w:t>
      </w:r>
    </w:p>
    <w:p>
      <w:pPr>
        <w:jc w:val="right"/>
      </w:pPr>
      <w:r>
        <w:t>میں پہلا شخص ہوں پوری مسلم ہسٹری میں جس نے حضرت مسیح کے ویلیوز کو ڈسکور کیا۔</w:t>
      </w:r>
    </w:p>
    <w:p>
      <w:r>
        <w:rPr>
          <w:b/>
        </w:rPr>
        <w:t xml:space="preserve">[48:46] </w:t>
      </w:r>
      <w:r>
        <w:t>pehla shakhs hoon Hazrat Masih ki jo</w:t>
      </w:r>
    </w:p>
    <w:p>
      <w:pPr>
        <w:jc w:val="right"/>
      </w:pPr>
      <w:r>
        <w:t>پہلا شخص ہوں حضرت مسیح کی جو</w:t>
      </w:r>
    </w:p>
    <w:p>
      <w:r>
        <w:rPr>
          <w:b/>
        </w:rPr>
        <w:t xml:space="preserve">[48:51] </w:t>
      </w:r>
      <w:r>
        <w:t>taleemat theen, is mein bohat value thi, lekin saare Musalman is se bekhabar reh gaye.</w:t>
      </w:r>
    </w:p>
    <w:p>
      <w:pPr>
        <w:jc w:val="right"/>
      </w:pPr>
      <w:r>
        <w:t>تعلیمات تھیں، اس میں بہت ویلیو تھی، لیکن سارے مسلمان اس سے بے خبر رہ گئے۔</w:t>
      </w:r>
    </w:p>
    <w:p>
      <w:r>
        <w:rPr>
          <w:b/>
        </w:rPr>
        <w:t xml:space="preserve">[48:58] </w:t>
      </w:r>
      <w:r>
        <w:t>kyun? wo samajhte rahe ke in ko down karo aur Paighambar-e-Islam ko ooncha uthao.</w:t>
      </w:r>
    </w:p>
    <w:p>
      <w:pPr>
        <w:jc w:val="right"/>
      </w:pPr>
      <w:r>
        <w:t>کیوں؟ وہ سمجھتے رہے کہ ان کو ڈاؤن کرو اور پیغمبر اسلام کو اونچا اٹھاؤ۔</w:t>
      </w:r>
    </w:p>
    <w:p>
      <w:r>
        <w:rPr>
          <w:b/>
        </w:rPr>
        <w:t xml:space="preserve">[49:06] </w:t>
      </w:r>
      <w:r>
        <w:t>to mazaq udate hain ke dekho, yeh koi mazhab hai? dekhiye, is zamane mein Hazrat Masih ki jo</w:t>
      </w:r>
    </w:p>
    <w:p>
      <w:pPr>
        <w:jc w:val="right"/>
      </w:pPr>
      <w:r>
        <w:t>تو مذاق اڑاتے ہیں کہ دیکھو، یہ کوئی مذہب ہے؟ دیکھیں، اس زمانے میں حضرت مسیح کی جو</w:t>
      </w:r>
    </w:p>
    <w:p>
      <w:r>
        <w:rPr>
          <w:b/>
        </w:rPr>
        <w:t xml:space="preserve">[49:13] </w:t>
      </w:r>
      <w:r>
        <w:t>taleemat theen, is zamane mein wo un ki value bohat barh gayi hai, bohat barh gayi hai. yaani</w:t>
      </w:r>
    </w:p>
    <w:p>
      <w:pPr>
        <w:jc w:val="right"/>
      </w:pPr>
      <w:r>
        <w:t>تعلیمات تھیں، اس زمانے میں وہ ان کی ویلیو بہت بڑھ گئی ہے، بہت بڑھ گئی ہے۔ یعنی</w:t>
      </w:r>
    </w:p>
    <w:p>
      <w:r>
        <w:rPr>
          <w:b/>
        </w:rPr>
        <w:t xml:space="preserve">[49:21] </w:t>
      </w:r>
      <w:r>
        <w:t>pichhle mind ko le kar agar aap ladte rahein, political ladaiyan ladte rahein, to jo opportunity khuli hai,</w:t>
      </w:r>
    </w:p>
    <w:p>
      <w:pPr>
        <w:jc w:val="right"/>
      </w:pPr>
      <w:r>
        <w:t>پچھلے مائنڈ کو لے کر اگر آپ لڑتے رہیں، پولیٹیکل لڑائیاں لڑتے رہیں، تو جو اپرچونیٹی کھلی ہے،</w:t>
      </w:r>
    </w:p>
    <w:p>
      <w:r>
        <w:rPr>
          <w:b/>
        </w:rPr>
        <w:t xml:space="preserve">[49:26] </w:t>
      </w:r>
      <w:r>
        <w:t>ise aap avail nahin kar sakte.</w:t>
      </w:r>
    </w:p>
    <w:p>
      <w:pPr>
        <w:jc w:val="right"/>
      </w:pPr>
      <w:r>
        <w:t>اسے آپ اویل نہیں کر سکتے۔</w:t>
      </w:r>
    </w:p>
    <w:p>
      <w:r>
        <w:rPr>
          <w:b/>
        </w:rPr>
        <w:t xml:space="preserve">[49:31] </w:t>
      </w:r>
      <w:r>
        <w:t>is ko aur saare Musalmanon ka haal yahi hai, saare ulama ka.</w:t>
      </w:r>
    </w:p>
    <w:p>
      <w:pPr>
        <w:jc w:val="right"/>
      </w:pPr>
      <w:r>
        <w:t>اس کو اور سارے مسلمانوں کا حال یہی ہے، سارے علماء کا۔</w:t>
      </w:r>
    </w:p>
    <w:p>
      <w:r>
        <w:rPr>
          <w:b/>
        </w:rPr>
        <w:t xml:space="preserve">[49:36] </w:t>
      </w:r>
      <w:r>
        <w:t>do sau saal se bepanah opportunity khuli hui hain, is ko le kar taraqqi karte kar rahe hain log.</w:t>
      </w:r>
    </w:p>
    <w:p>
      <w:pPr>
        <w:jc w:val="right"/>
      </w:pPr>
      <w:r>
        <w:t>دو سو سال سے بے پناہ اپرچونیٹی کھلی ہوئی ہیں، اس کو لے کر ترقی کرتے کر رہے ہیں لوگ۔</w:t>
      </w:r>
    </w:p>
    <w:p>
      <w:r>
        <w:rPr>
          <w:b/>
        </w:rPr>
        <w:t xml:space="preserve">[49:41] </w:t>
      </w:r>
      <w:r>
        <w:t>ab Musalman kuch nahin kar sake.</w:t>
      </w:r>
    </w:p>
    <w:p>
      <w:pPr>
        <w:jc w:val="right"/>
      </w:pPr>
      <w:r>
        <w:t>اب مسلمان کچھ نہیں کر سکے۔</w:t>
      </w:r>
    </w:p>
    <w:p>
      <w:r>
        <w:rPr>
          <w:b/>
        </w:rPr>
        <w:t xml:space="preserve">[49:46] </w:t>
      </w:r>
      <w:r>
        <w:t>is ko le kar dekhiye, yaani Christian ne kya kiya? educational empire bana liya.</w:t>
      </w:r>
    </w:p>
    <w:p>
      <w:pPr>
        <w:jc w:val="right"/>
      </w:pPr>
      <w:r>
        <w:t>اس کو لے کر دیکھیے، یعنی کرسچن نے کیا کیا؟ ایجوکیشنل ایمپائر بنا لیا۔</w:t>
      </w:r>
    </w:p>
    <w:p>
      <w:r>
        <w:rPr>
          <w:b/>
        </w:rPr>
        <w:t xml:space="preserve">[49:51] </w:t>
      </w:r>
      <w:r>
        <w:t>is ko le kar kya kiya? yaani Parsiyon ne industrial empire bana liya.</w:t>
      </w:r>
    </w:p>
    <w:p>
      <w:pPr>
        <w:jc w:val="right"/>
      </w:pPr>
      <w:r>
        <w:t>اس کو لے کر کیا کیا؟ یعنی پارسیوں نے انڈسٹریل ایمپائر بنا لیا۔</w:t>
      </w:r>
    </w:p>
    <w:p>
      <w:r>
        <w:rPr>
          <w:b/>
        </w:rPr>
        <w:t xml:space="preserve">[49:56] </w:t>
      </w:r>
      <w:r>
        <w:t>yaani har ek is ko le kar bari bari taraqqiyan kar raha hai.</w:t>
      </w:r>
    </w:p>
    <w:p>
      <w:pPr>
        <w:jc w:val="right"/>
      </w:pPr>
      <w:r>
        <w:t>یعنی ہر ایک اس کو لے کر بڑی بڑی ترقیاں کر رہا ہے۔</w:t>
      </w:r>
    </w:p>
    <w:p>
      <w:r>
        <w:rPr>
          <w:b/>
        </w:rPr>
        <w:t xml:space="preserve">[50:01] </w:t>
      </w:r>
      <w:r>
        <w:t>lekin Musalmanon ke mind mein kya hai? ek hi set hai, ek hi mind set hai, political set hai.</w:t>
      </w:r>
    </w:p>
    <w:p>
      <w:pPr>
        <w:jc w:val="right"/>
      </w:pPr>
      <w:r>
        <w:t>لیکن مسلمانوں کے مائنڈ میں کیا ہے؟ ایک ہی سیٹ ہے، ایک ہی مائنڈ سیٹ ہے، پولیٹیکل سیٹ ہے۔</w:t>
      </w:r>
    </w:p>
    <w:p>
      <w:r>
        <w:rPr>
          <w:b/>
        </w:rPr>
        <w:t xml:space="preserve">[50:06] </w:t>
      </w:r>
      <w:r>
        <w:t>ab ladna hai unhein, is ko wo chheenna hai.</w:t>
      </w:r>
    </w:p>
    <w:p>
      <w:pPr>
        <w:jc w:val="right"/>
      </w:pPr>
      <w:r>
        <w:t>اب لڑنا ہے انہیں، اس کو وہ چھیننا ہے۔</w:t>
      </w:r>
    </w:p>
    <w:p>
      <w:r>
        <w:rPr>
          <w:b/>
        </w:rPr>
        <w:t xml:space="preserve">[50:11] </w:t>
      </w:r>
      <w:r>
        <w:t>halanke is zamane mein political power koi value kuch nahin thi, kuch bhi nahin value thi.</w:t>
      </w:r>
    </w:p>
    <w:p>
      <w:pPr>
        <w:jc w:val="right"/>
      </w:pPr>
      <w:r>
        <w:t>حالانکہ اس زمانے میں پولیٹیکل پاور کوئی ویلیو کچھ نہیں تھی، کچھ بھی نہیں ویلیو تھی۔</w:t>
      </w:r>
    </w:p>
    <w:p>
      <w:r>
        <w:rPr>
          <w:b/>
        </w:rPr>
        <w:t xml:space="preserve">[50:16] </w:t>
      </w:r>
      <w:r>
        <w:t>یہ زمانہ جو ہے، political power کو ڈی</w:t>
      </w:r>
    </w:p>
    <w:p>
      <w:pPr>
        <w:jc w:val="right"/>
      </w:pPr>
      <w:r>
        <w:t>یہ زمانہ جو ہے، پولیٹیکل پاور کو ڈی</w:t>
      </w:r>
    </w:p>
    <w:p>
      <w:r>
        <w:rPr>
          <w:b/>
        </w:rPr>
        <w:t xml:space="preserve">[50:21] </w:t>
      </w:r>
      <w:r>
        <w:t>centralize kar diya is ne.</w:t>
      </w:r>
    </w:p>
    <w:p>
      <w:pPr>
        <w:jc w:val="right"/>
      </w:pPr>
      <w:r>
        <w:t>سینٹرلائز کر دیا اس نے۔</w:t>
      </w:r>
    </w:p>
    <w:p>
      <w:r>
        <w:rPr>
          <w:b/>
        </w:rPr>
        <w:t xml:space="preserve">[50:26] </w:t>
      </w:r>
      <w:r>
        <w:t>ab to sari taqatein, yani sare jo, yani jo cheezein hain, woh sab doosre institution mein aa gayi hain.</w:t>
      </w:r>
    </w:p>
    <w:p>
      <w:pPr>
        <w:jc w:val="right"/>
      </w:pPr>
      <w:r>
        <w:t>اب تو ساری طاقتیں، یعنی سارے جو، یعنی جو چیزیں ہیں، وہ سب دوسرے انسٹیٹیوشن میں آ گئی ہیں۔</w:t>
      </w:r>
    </w:p>
    <w:p>
      <w:r>
        <w:rPr>
          <w:b/>
        </w:rPr>
        <w:t xml:space="preserve">[50:31] </w:t>
      </w:r>
      <w:r>
        <w:t>institution ke through aap sab kuch pa sakte hain.</w:t>
      </w:r>
    </w:p>
    <w:p>
      <w:pPr>
        <w:jc w:val="right"/>
      </w:pPr>
      <w:r>
        <w:t>انسٹیٹیوشن کے تھرو آپ سب کچھ پا سکتے ہیں۔</w:t>
      </w:r>
    </w:p>
    <w:p>
      <w:r>
        <w:rPr>
          <w:b/>
        </w:rPr>
        <w:t xml:space="preserve">[50:36] </w:t>
      </w:r>
      <w:r>
        <w:t>political power ka bohat hi, bohat hi limited dayera hai, bohat hi limited.</w:t>
      </w:r>
    </w:p>
    <w:p>
      <w:pPr>
        <w:jc w:val="right"/>
      </w:pPr>
      <w:r>
        <w:t>پولیٹیکل پاور کا بہت ہی، بہت ہی لمیٹڈ دائرہ ہے، بہت ہی لمیٹڈ۔</w:t>
      </w:r>
    </w:p>
    <w:p>
      <w:r>
        <w:rPr>
          <w:b/>
        </w:rPr>
        <w:t xml:space="preserve">[50:41] </w:t>
      </w:r>
      <w:r>
        <w:t>to yeh jo Hazrat Hazrat Masih ne kaha tha ke due to Caesar, what is due to Caesar?</w:t>
      </w:r>
    </w:p>
    <w:p>
      <w:pPr>
        <w:jc w:val="right"/>
      </w:pPr>
      <w:r>
        <w:t>تو یہ جو حضرت حضرت مسیح نے کہا تھا کہ ڈیو ٹو سیزر، واٹ از ڈیو ٹو سیزر؟</w:t>
      </w:r>
    </w:p>
    <w:p>
      <w:r>
        <w:rPr>
          <w:b/>
        </w:rPr>
        <w:t xml:space="preserve">[50:46] </w:t>
      </w:r>
      <w:r>
        <w:t>due to God, what is due to God</w:t>
      </w:r>
    </w:p>
    <w:p>
      <w:pPr>
        <w:jc w:val="right"/>
      </w:pPr>
      <w:r>
        <w:t>ڈیو ٹو گاڈ، واٹ از ڈیو ٹو گاڈ</w:t>
      </w:r>
    </w:p>
    <w:p>
      <w:r>
        <w:rPr>
          <w:b/>
        </w:rPr>
        <w:t xml:space="preserve">[50:51] </w:t>
      </w:r>
      <w:r>
        <w:t>? yeh bohat hi bari is ka wisdom hai. wisdom, wisdom yeh hai ke political jo pehlu hai, us ko pending mein daal do, pending mein daal do. opportunities ko avail karo, yaani avail the opportunities and and leave the problem in pending</w:t>
      </w:r>
    </w:p>
    <w:p>
      <w:pPr>
        <w:jc w:val="right"/>
      </w:pPr>
      <w:r>
        <w:t>؟ یہ بہت ہی بڑی اس کا وزڈم ہے۔ وزڈم، وزڈم یہ ہے کہ پولیٹیکل جو پہلو ہے، اس کو پینڈنگ میں ڈال دو، پینڈنگ میں ڈال دو۔ اپرچونیٹیز کو اویل کرو، یعنی اویل دا اپرچونیٹیز اینڈ اینڈ لیو دا پرابلم ان پینڈنگ</w:t>
      </w:r>
    </w:p>
    <w:p>
      <w:r>
        <w:rPr>
          <w:b/>
        </w:rPr>
        <w:t xml:space="preserve">[51:21] </w:t>
      </w:r>
      <w:r>
        <w:t>—</w:t>
      </w:r>
    </w:p>
    <w:p>
      <w:pPr>
        <w:jc w:val="right"/>
      </w:pPr>
      <w:r>
        <w:t>۔</w:t>
      </w:r>
    </w:p>
    <w:p>
      <w:r>
        <w:rPr>
          <w:b/>
        </w:rPr>
        <w:t xml:space="preserve">[51:26] </w:t>
      </w:r>
      <w:r>
        <w:t>jo problems hain, political problems hain, in ko pending mein daal do mustaqbil ke liye aur jo opportunities</w:t>
      </w:r>
    </w:p>
    <w:p>
      <w:pPr>
        <w:jc w:val="right"/>
      </w:pPr>
      <w:r>
        <w:t>جو پرابلمز ہیں، پولیٹیکل پرابلمز ہیں، ان کو پینڈنگ میں ڈال دو مستقبل کے لیے اور جو اپرچونیٹیز</w:t>
      </w:r>
    </w:p>
    <w:p>
      <w:r>
        <w:rPr>
          <w:b/>
        </w:rPr>
        <w:t xml:space="preserve">[51:31] </w:t>
      </w:r>
      <w:r>
        <w:t>hain, in ko avail karo.</w:t>
      </w:r>
    </w:p>
    <w:p>
      <w:pPr>
        <w:jc w:val="right"/>
      </w:pPr>
      <w:r>
        <w:t>ہیں، ان کو اویل کرو۔</w:t>
      </w:r>
    </w:p>
    <w:p>
      <w:r>
        <w:rPr>
          <w:b/>
        </w:rPr>
        <w:t xml:space="preserve">[51:37] </w:t>
      </w:r>
      <w:r>
        <w:t>agar yeh ab musalmanon ne jaana hota to yeh door mein dawah empire bana chuke hote.</w:t>
      </w:r>
    </w:p>
    <w:p>
      <w:pPr>
        <w:jc w:val="right"/>
      </w:pPr>
      <w:r>
        <w:t>اگر یہ اب مسلمانوں نے جانا ہوتا تو یہ دور میں دعویٰ ایمپائر بنا چکے ہوتے۔</w:t>
      </w:r>
    </w:p>
    <w:p>
      <w:r>
        <w:rPr>
          <w:b/>
        </w:rPr>
        <w:t xml:space="preserve">[51:42] </w:t>
      </w:r>
      <w:r>
        <w:t>woh dawah ki jo communication hai, religious freedom hai, literature hai, media hai, yani dawah ke sare woh</w:t>
      </w:r>
    </w:p>
    <w:p>
      <w:pPr>
        <w:jc w:val="right"/>
      </w:pPr>
      <w:r>
        <w:t>وہ دعوت کی جو کمیونیکیشن ہے، ریلیجس فریڈم ہے، لٹریچر ہے، میڈیا ہے، یعنی دعوت کے سارے وہ</w:t>
      </w:r>
    </w:p>
    <w:p>
      <w:r>
        <w:rPr>
          <w:b/>
        </w:rPr>
        <w:t xml:space="preserve">[51:47] </w:t>
      </w:r>
      <w:r>
        <w:t>full gate khule hue hain.</w:t>
      </w:r>
    </w:p>
    <w:p>
      <w:pPr>
        <w:jc w:val="right"/>
      </w:pPr>
      <w:r>
        <w:t>فلٹ گیٹ کھلے ہوئے ہیں۔</w:t>
      </w:r>
    </w:p>
    <w:p>
      <w:r>
        <w:rPr>
          <w:b/>
        </w:rPr>
        <w:t xml:space="preserve">[51:52] </w:t>
      </w:r>
      <w:r>
        <w:t>dawah ke aitbar se sare mawaqe khul gaye, koi ek bhi aisi nahi hai jo band ho.</w:t>
      </w:r>
    </w:p>
    <w:p>
      <w:pPr>
        <w:jc w:val="right"/>
      </w:pPr>
      <w:r>
        <w:t>دعوت کے اعتبار سے سارے مواقع کھل گئے، کوئی ایک بھی ایسی نہیں ہے جو بند ہو۔</w:t>
      </w:r>
    </w:p>
    <w:p>
      <w:r>
        <w:rPr>
          <w:b/>
        </w:rPr>
        <w:t xml:space="preserve">[51:57] </w:t>
      </w:r>
      <w:r>
        <w:t>lekin musalman avail nahi kar sakte kyunke bas in ko ladna hai, ladna hai.</w:t>
      </w:r>
    </w:p>
    <w:p>
      <w:pPr>
        <w:jc w:val="right"/>
      </w:pPr>
      <w:r>
        <w:t>لیکن مسلمان اویل نہیں کر سکتے کیونکہ بس ان کو لڑنا ہے، لڑنا ہے۔</w:t>
      </w:r>
    </w:p>
    <w:p>
      <w:r>
        <w:rPr>
          <w:b/>
        </w:rPr>
        <w:t xml:space="preserve">[52:02] </w:t>
      </w:r>
      <w:r>
        <w:t>par lad rahe hain har jagah, gun chala rahe hain, bomb chala rahe hain, suicide bombing kar rahe</w:t>
      </w:r>
    </w:p>
    <w:p>
      <w:pPr>
        <w:jc w:val="right"/>
      </w:pPr>
      <w:r>
        <w:t>پر لڑ رہے ہیں ہر جگہ، گن چلا رہے ہیں، بم چلا رہے ہیں، سوسائیڈ بمنگ کر رہے</w:t>
      </w:r>
    </w:p>
    <w:p>
      <w:r>
        <w:rPr>
          <w:b/>
        </w:rPr>
        <w:t xml:space="preserve">[52:07] </w:t>
      </w:r>
      <w:r>
        <w:t>hain, hate kar rahe hain, hate kar rahe hain.</w:t>
      </w:r>
    </w:p>
    <w:p>
      <w:pPr>
        <w:jc w:val="right"/>
      </w:pPr>
      <w:r>
        <w:t>ہیں، ہیٹ کر رہے ہیں، ہیٹ کر رہے ہیں۔</w:t>
      </w:r>
    </w:p>
    <w:p>
      <w:r>
        <w:rPr>
          <w:b/>
        </w:rPr>
        <w:t xml:space="preserve">[52:13] </w:t>
      </w:r>
      <w:r>
        <w:t>kyunke yeh yeh raaz nahi jaana inhone ke political problem ko pending mein daal do, dealing kar</w:t>
      </w:r>
    </w:p>
    <w:p>
      <w:pPr>
        <w:jc w:val="right"/>
      </w:pPr>
      <w:r>
        <w:t>کیونکہ یہ یہ راز نہیں جانا انہوں نے کہ پولیٹیکل پرابلم کو پینڈنگ میں ڈال دو، ڈیلنگ کر</w:t>
      </w:r>
    </w:p>
    <w:p>
      <w:r>
        <w:rPr>
          <w:b/>
        </w:rPr>
        <w:t xml:space="preserve">[52:18] </w:t>
      </w:r>
      <w:r>
        <w:t>do, dealing policy ikhtiyar karo.</w:t>
      </w:r>
    </w:p>
    <w:p>
      <w:pPr>
        <w:jc w:val="right"/>
      </w:pPr>
      <w:r>
        <w:t>دو، ڈیلنگ پالیسی اختیار کرو۔</w:t>
      </w:r>
    </w:p>
    <w:p>
      <w:r>
        <w:rPr>
          <w:b/>
        </w:rPr>
        <w:t xml:space="preserve">[52:23] </w:t>
      </w:r>
      <w:r>
        <w:t>Hazrat Masih ka matlab yeh tha ke dealing policy ikhtiyar karo, for the time being, at least for</w:t>
      </w:r>
    </w:p>
    <w:p>
      <w:pPr>
        <w:jc w:val="right"/>
      </w:pPr>
      <w:r>
        <w:t>حضرت مسیح کا مطلب یہ تھا کہ ڈیلنگ پالیسی اختیار کرو، فار دا ٹائم بینگ، ایٹ لیسٹ فار</w:t>
      </w:r>
    </w:p>
    <w:p>
      <w:r>
        <w:rPr>
          <w:b/>
        </w:rPr>
        <w:t xml:space="preserve">[52:29] </w:t>
      </w:r>
      <w:r>
        <w:t>the time being, dealing policy.</w:t>
      </w:r>
    </w:p>
    <w:p>
      <w:pPr>
        <w:jc w:val="right"/>
      </w:pPr>
      <w:r>
        <w:t>دا ٹائم بینگ، ڈیلنگ پالیسی۔</w:t>
      </w:r>
    </w:p>
    <w:p>
      <w:r>
        <w:rPr>
          <w:b/>
        </w:rPr>
        <w:t xml:space="preserve">[52:34] </w:t>
      </w:r>
      <w:r>
        <w:t>yani political power jo hai, us ko daal do pending mein aur opportunity jo hai, us ko avail karo.</w:t>
      </w:r>
    </w:p>
    <w:p>
      <w:pPr>
        <w:jc w:val="right"/>
      </w:pPr>
      <w:r>
        <w:t>یعنی پولیٹیکل پاور جو ہے، اس کو ڈال دو پینڈنگ میں اور اپرچونیٹی جو ہے، اس کو اویل کرو۔</w:t>
      </w:r>
    </w:p>
    <w:p>
      <w:r>
        <w:rPr>
          <w:b/>
        </w:rPr>
        <w:t xml:space="preserve">[52:40] </w:t>
      </w:r>
      <w:r>
        <w:t>itni bari baat Hazrat Masih ke haan thi aur musalman is se bekhabar rahe kyunke woh to</w:t>
      </w:r>
    </w:p>
    <w:p>
      <w:pPr>
        <w:jc w:val="right"/>
      </w:pPr>
      <w:r>
        <w:t>اتنی بڑی بات حضرت مسیح کے ہاں تھی اور مسلمان اس سے بے خبر رہے کیونکہ وہ تو</w:t>
      </w:r>
    </w:p>
    <w:p>
      <w:r>
        <w:rPr>
          <w:b/>
        </w:rPr>
        <w:t xml:space="preserve">[52:45] </w:t>
      </w:r>
      <w:r>
        <w:t>Hazrat Masih ko hate, Hazrat Masih ko ridicule karte rahe.</w:t>
      </w:r>
    </w:p>
    <w:p>
      <w:pPr>
        <w:jc w:val="right"/>
      </w:pPr>
      <w:r>
        <w:t>حضرت مسیح کو ہیٹ، حضرت مسیح کو ریڈیکیول کرتے رہے۔</w:t>
      </w:r>
    </w:p>
    <w:p>
      <w:r>
        <w:rPr>
          <w:b/>
        </w:rPr>
        <w:t xml:space="preserve">[52:51] </w:t>
      </w:r>
      <w:r>
        <w:t>sare bare bare jo hamare woh hain,</w:t>
      </w:r>
    </w:p>
    <w:p>
      <w:pPr>
        <w:jc w:val="right"/>
      </w:pPr>
      <w:r>
        <w:t>سارے بڑے بڑے جو ہمارے وہ ہیں،</w:t>
      </w:r>
    </w:p>
    <w:p>
      <w:r>
        <w:rPr>
          <w:b/>
        </w:rPr>
        <w:t xml:space="preserve">[52:57] </w:t>
      </w:r>
      <w:r>
        <w:t>aik bohat bare aalim, bohat hi mashhoor aalim hain, yaani sab log log jaante hain. to un ka aik un ke shair hain, woh shair bhi kehte thay woh ke kyun Hazrat Masih ke bare mein yeh hai ke woh yuhi al maut. Hazrat Masih ke bare mein khud Quran mein bhi aata hai ke woh murda ko zinda karte thay, yaani Hazrat Masih ko Allah Taala ne moajza diya tha ke ke murda ko zinda kar sake. to ab yeh haalat aa gayi, Rasool Allah peechhe</w:t>
      </w:r>
    </w:p>
    <w:p>
      <w:pPr>
        <w:jc w:val="right"/>
      </w:pPr>
      <w:r>
        <w:t>ایک بہت بڑے عالم، بہت ہی مشہور عالم ہیں، یعنی سب لوگ لوگ جانتے ہیں۔ تو ان کا ایک ان کے شعر ہیں، وہ شعر بھی کہتے تھے وہ کہ کیوں حضرت مسیح کے بارے میں یہ ہے کہ وہ یوہی الموت۔ حضرت مسیح کے بارے میں خود قرآن میں بھی آتا ہے کہ وہ مردہ کو زندہ کرتے تھے، یعنی حضرت مسیح کو اللہ تعالی نے معجزہ دیا تھا کہ کہ مردہ کو زندہ کر سکے۔ تو اب یہ حالت آ گئی، رسول اللہ پیچھ</w:t>
      </w:r>
    </w:p>
    <w:p>
      <w:r>
        <w:rPr>
          <w:b/>
        </w:rPr>
        <w:t xml:space="preserve">[53:27] </w:t>
      </w:r>
      <w:r>
        <w:t>e ho gaye, nauzubillah, unhone kisi murda ko zinda nahi kiya.</w:t>
      </w:r>
    </w:p>
    <w:p>
      <w:pPr>
        <w:jc w:val="right"/>
      </w:pPr>
      <w:r>
        <w:t>ے ہو گئے، نعوذ باللہ، انہوں نے کسی مردہ کو زندہ نہیں کیا۔</w:t>
      </w:r>
    </w:p>
    <w:p>
      <w:r>
        <w:rPr>
          <w:b/>
        </w:rPr>
        <w:t xml:space="preserve">[53:31] </w:t>
      </w:r>
      <w:r>
        <w:t>to Hazrat Masih ko down karne ke liye unhone kya kaha ke murda ko zinda kiya, zinda</w:t>
      </w:r>
    </w:p>
    <w:p>
      <w:pPr>
        <w:jc w:val="right"/>
      </w:pPr>
      <w:r>
        <w:t>تو حضرت مسیح کو ڈاؤن کرنے کے لیے انہوں نے کیا کہا کہ مردہ کو زندہ کیا، زندہ</w:t>
      </w:r>
    </w:p>
    <w:p>
      <w:r>
        <w:rPr>
          <w:b/>
        </w:rPr>
        <w:t xml:space="preserve">[53:35] </w:t>
      </w:r>
      <w:r>
        <w:t>ko marne na diya.</w:t>
      </w:r>
    </w:p>
    <w:p>
      <w:pPr>
        <w:jc w:val="right"/>
      </w:pPr>
      <w:r>
        <w:t>کو مرنے نہ دیا۔</w:t>
      </w:r>
    </w:p>
    <w:p>
      <w:r>
        <w:rPr>
          <w:b/>
        </w:rPr>
        <w:t xml:space="preserve">[53:40] </w:t>
      </w:r>
      <w:r>
        <w:t>is maseehai, is maseehai ko dekha zara ibn maryam aur rasool Allah ko barhane ke liye unhon ne</w:t>
      </w:r>
    </w:p>
    <w:p>
      <w:pPr>
        <w:jc w:val="right"/>
      </w:pPr>
      <w:r>
        <w:t>اس مسیحائی، اس مسیحائی کو دیکھا ذرا ابن مریم اور رسول اللہ کو بڑھانے کے لیے انہوں نے</w:t>
      </w:r>
    </w:p>
    <w:p>
      <w:r>
        <w:rPr>
          <w:b/>
        </w:rPr>
        <w:t xml:space="preserve">[53:44] </w:t>
      </w:r>
      <w:r>
        <w:t>ek farzi baat.</w:t>
      </w:r>
    </w:p>
    <w:p>
      <w:pPr>
        <w:jc w:val="right"/>
      </w:pPr>
      <w:r>
        <w:t>ایک فرضی بات۔</w:t>
      </w:r>
    </w:p>
    <w:p>
      <w:r>
        <w:rPr>
          <w:b/>
        </w:rPr>
        <w:t xml:space="preserve">[53:48] </w:t>
      </w:r>
      <w:r>
        <w:t>yeh to sabit hai khud Quran majeed se ke Hazrat Masih ko Allah taala ne yeh moajza diya</w:t>
      </w:r>
    </w:p>
    <w:p>
      <w:pPr>
        <w:jc w:val="right"/>
      </w:pPr>
      <w:r>
        <w:t>یہ تو ثابت ہے خود قرآن مجید سے کہ حضرت مسیح کو اللہ تعالی نے یہ معجزہ دیا</w:t>
      </w:r>
    </w:p>
    <w:p>
      <w:r>
        <w:rPr>
          <w:b/>
        </w:rPr>
        <w:t xml:space="preserve">[53:53] </w:t>
      </w:r>
      <w:r>
        <w:t>tha, yuhi al maut ke</w:t>
      </w:r>
    </w:p>
    <w:p>
      <w:pPr>
        <w:jc w:val="right"/>
      </w:pPr>
      <w:r>
        <w:t>تھا، یوہی الموت کہ</w:t>
      </w:r>
    </w:p>
    <w:p>
      <w:r>
        <w:rPr>
          <w:b/>
        </w:rPr>
        <w:t xml:space="preserve">[53:57] </w:t>
      </w:r>
      <w:r>
        <w:t>murda ko zinda karne ka moajza. matlab har aisa nahi ke har murda ko zinda kar rahe hain kisi khaas mauqe par daleel ke liye. to yahan par lagta tha ke Rasool Allah ne kisi murda ko zinda nahi kiya. to kaha nauzubillah, woh kam ho rahe hain. to unhone aik shair banaya farzi ke murda ko zinda kiya, yaani Rasool Allah ne murda ko zinda kiya, zinda ko marne na diya. is Masihai ko, is Masihai ko dekha zara Ibn Maryam</w:t>
      </w:r>
    </w:p>
    <w:p>
      <w:pPr>
        <w:jc w:val="right"/>
      </w:pPr>
      <w:r>
        <w:t>مردہ کو زندہ کرنے کا معجزہ۔ مطلب ہر ایسا نہیں کہ ہر مردہ کو زندہ کر رہے ہیں کسی خاص موقع پر دلیل کے لیے۔ تو یہاں پر لگتا تھا کہ رسول اللہ نے کسی مردہ کو زندہ نہیں کیا۔ تو کہا نعوذ باللہ، وہ کم ہو رہے ہیں۔ تو انہوں نے ایک شعر بنایا فرضی کہ مردہ کو زندہ کیا، یعنی رسول اللہ نے مردہ کو زندہ کیا، زندہ کو مرنے نہ دیا۔ اس مسیحائی کو، اس مسیحائی کو دیکھا ذرا ابن مریم</w:t>
      </w:r>
    </w:p>
    <w:p>
      <w:r>
        <w:rPr>
          <w:b/>
        </w:rPr>
        <w:t xml:space="preserve">[54:27] </w:t>
      </w:r>
      <w:r>
        <w:t>—</w:t>
      </w:r>
    </w:p>
    <w:p>
      <w:pPr>
        <w:jc w:val="right"/>
      </w:pPr>
      <w:r>
        <w:t>۔</w:t>
      </w:r>
    </w:p>
    <w:p>
      <w:r>
        <w:rPr>
          <w:b/>
        </w:rPr>
        <w:t xml:space="preserve">[54:32] </w:t>
      </w:r>
      <w:r>
        <w:t>ab bataiye, is is is mindset ko le kar ke aap daryaft kar sakte hain? Yeh mind</w:t>
      </w:r>
    </w:p>
    <w:p>
      <w:pPr>
        <w:jc w:val="right"/>
      </w:pPr>
      <w:r>
        <w:t>اب بتائیے، اس اس اس مائنڈ سیٹ کو لے کر کے آپ دریافت کر سکتے ہیں؟ یہ مائنڈ</w:t>
      </w:r>
    </w:p>
    <w:p>
      <w:r>
        <w:rPr>
          <w:b/>
        </w:rPr>
        <w:t xml:space="preserve">[54:38] </w:t>
      </w:r>
      <w:r>
        <w:t>set ko le kar ke to itni bari baat hai ke do sau saal se opportunities ka filt</w:t>
      </w:r>
    </w:p>
    <w:p>
      <w:pPr>
        <w:jc w:val="right"/>
      </w:pPr>
      <w:r>
        <w:t>سیٹ کو لے کر کے تو اتنی بڑی بات ہے کہ دو سو سال سے اپرچونیٹیز کا فلٹ</w:t>
      </w:r>
    </w:p>
    <w:p>
      <w:r>
        <w:rPr>
          <w:b/>
        </w:rPr>
        <w:t xml:space="preserve">[54:43] </w:t>
      </w:r>
      <w:r>
        <w:t>gate khula hua hai, dawah opportunities ka.</w:t>
      </w:r>
    </w:p>
    <w:p>
      <w:pPr>
        <w:jc w:val="right"/>
      </w:pPr>
      <w:r>
        <w:t>گیٹ کھلا ہوا ہے، دعویٰ اپرچونیٹیز کا۔</w:t>
      </w:r>
    </w:p>
    <w:p>
      <w:r>
        <w:rPr>
          <w:b/>
        </w:rPr>
        <w:t xml:space="preserve">[54:48] </w:t>
      </w:r>
      <w:r>
        <w:t>aur aap ke liye possible ho gaya hai ke aap history mein pehli baar aap dawah empire bana saken.</w:t>
      </w:r>
    </w:p>
    <w:p>
      <w:pPr>
        <w:jc w:val="right"/>
      </w:pPr>
      <w:r>
        <w:t>اور آپ کے لیے پاسیبل ہو گیا ہے کہ آپ ہسٹری میں پہلی بار آپ دعویٰ ایمپائر بنا سکیں۔</w:t>
      </w:r>
    </w:p>
    <w:p>
      <w:r>
        <w:rPr>
          <w:b/>
        </w:rPr>
        <w:t xml:space="preserve">[54:54] </w:t>
      </w:r>
      <w:r>
        <w:t>koi rok nahin.</w:t>
      </w:r>
    </w:p>
    <w:p>
      <w:pPr>
        <w:jc w:val="right"/>
      </w:pPr>
      <w:r>
        <w:t>کوئی روک نہیں۔</w:t>
      </w:r>
    </w:p>
    <w:p>
      <w:r>
        <w:rPr>
          <w:b/>
        </w:rPr>
        <w:t xml:space="preserve">[54:59] </w:t>
      </w:r>
      <w:r>
        <w:t>sare dunya ke constitutions jo hain, United Nations ka jo constitution hai, sab mein likha hua hai ke</w:t>
      </w:r>
    </w:p>
    <w:p>
      <w:pPr>
        <w:jc w:val="right"/>
      </w:pPr>
      <w:r>
        <w:t>سارے دنیا کے کانسٹیٹیوشن جو ہیں، یونائٹڈ نیشنز کا جو کانسٹیٹیوشن ہے، سب میں لکھا ہوا ہے کہ</w:t>
      </w:r>
    </w:p>
    <w:p>
      <w:r>
        <w:rPr>
          <w:b/>
        </w:rPr>
        <w:t xml:space="preserve">[55:05] </w:t>
      </w:r>
      <w:r>
        <w:t>freedom of mazhab jo hai, absolute haq hai har insan ka.</w:t>
      </w:r>
    </w:p>
    <w:p>
      <w:pPr>
        <w:jc w:val="right"/>
      </w:pPr>
      <w:r>
        <w:t>فریڈم آف مذہب جو ہے، ایبسولیوٹ حق ہے ہر انسان کا۔</w:t>
      </w:r>
    </w:p>
    <w:p>
      <w:r>
        <w:rPr>
          <w:b/>
        </w:rPr>
        <w:t xml:space="preserve">[55:11] </w:t>
      </w:r>
      <w:r>
        <w:t>aur apne mazhab ki tablegh karna yeh bhi absolute haq hai insan ka.</w:t>
      </w:r>
    </w:p>
    <w:p>
      <w:pPr>
        <w:jc w:val="right"/>
      </w:pPr>
      <w:r>
        <w:t>اور اپنے مذہب کی تبلیغ کرنا یہ بھی ایبسولیوٹ حق ہے انسان کا۔</w:t>
      </w:r>
    </w:p>
    <w:p>
      <w:r>
        <w:rPr>
          <w:b/>
        </w:rPr>
        <w:t xml:space="preserve">[55:17] </w:t>
      </w:r>
      <w:r>
        <w:t>jis mazhab ko chahe maane, jis mazhab ko chahe tablegh kare, jis mazhab ko chahe le kar woh machine chalaye.</w:t>
      </w:r>
    </w:p>
    <w:p>
      <w:pPr>
        <w:jc w:val="right"/>
      </w:pPr>
      <w:r>
        <w:t>جس مذہب کو چاہے مانے، جس مذہب کو چاہے تبلیغ کرے، جس مذہب کو چاہے لے کر وہ مشین چلائے۔</w:t>
      </w:r>
    </w:p>
    <w:p>
      <w:r>
        <w:rPr>
          <w:b/>
        </w:rPr>
        <w:t xml:space="preserve">[55:23] </w:t>
      </w:r>
      <w:r>
        <w:t>sirf ek hi condition hai ke aap aggression na karen, aap violence na karen, aap kisi ko</w:t>
      </w:r>
    </w:p>
    <w:p>
      <w:pPr>
        <w:jc w:val="right"/>
      </w:pPr>
      <w:r>
        <w:t>صرف ایک ہی کنڈیشن ہے کہ آپ ایگریشن نہ کریں، آپ وائیلنس نہ کریں، آپ کسی کو</w:t>
      </w:r>
    </w:p>
    <w:p>
      <w:r>
        <w:rPr>
          <w:b/>
        </w:rPr>
        <w:t xml:space="preserve">[55:29] </w:t>
      </w:r>
      <w:r>
        <w:t>harmful na banen kisi ke liye.</w:t>
      </w:r>
    </w:p>
    <w:p>
      <w:pPr>
        <w:jc w:val="right"/>
      </w:pPr>
      <w:r>
        <w:t>ہارم فل نہ بنیں کسی کے لیے۔</w:t>
      </w:r>
    </w:p>
    <w:p>
      <w:r>
        <w:rPr>
          <w:b/>
        </w:rPr>
        <w:t xml:space="preserve">[55:33] </w:t>
      </w:r>
      <w:r>
        <w:t>to sab kuch khula hua hai aap ke liye.</w:t>
      </w:r>
    </w:p>
    <w:p>
      <w:pPr>
        <w:jc w:val="right"/>
      </w:pPr>
      <w:r>
        <w:t>تو سب کچھ کھلا ہوا ہے آپ کے لیے۔</w:t>
      </w:r>
    </w:p>
    <w:p>
      <w:r>
        <w:rPr>
          <w:b/>
        </w:rPr>
        <w:t xml:space="preserve">[55:38] </w:t>
      </w:r>
      <w:r>
        <w:t>to ab jo print media aur electronic media ka zamana hai aur freedom of speech mili hui hai</w:t>
      </w:r>
    </w:p>
    <w:p>
      <w:pPr>
        <w:jc w:val="right"/>
      </w:pPr>
      <w:r>
        <w:t>تو اب جو پرنٹ میڈیا اور الیکٹرانک میڈیا کا زمانہ ہے اور فریڈم آف سپیچ ملی ہوئی ہے</w:t>
      </w:r>
    </w:p>
    <w:p>
      <w:r>
        <w:rPr>
          <w:b/>
        </w:rPr>
        <w:t xml:space="preserve">[55:42] </w:t>
      </w:r>
      <w:r>
        <w:t>aap ko, azadi yani religious pressure, religious pressure kuch khatam ho gaya hai.</w:t>
      </w:r>
    </w:p>
    <w:p>
      <w:pPr>
        <w:jc w:val="right"/>
      </w:pPr>
      <w:r>
        <w:t>آپ کو، آزادی یعنی ریلیجس پریشر، ریلیجس پریشر کچھ ختم ہو گیا ہے۔</w:t>
      </w:r>
    </w:p>
    <w:p>
      <w:r>
        <w:rPr>
          <w:b/>
        </w:rPr>
        <w:t xml:space="preserve">[55:46] </w:t>
      </w:r>
      <w:r>
        <w:t>sab darwaze khule hue hain.</w:t>
      </w:r>
    </w:p>
    <w:p>
      <w:pPr>
        <w:jc w:val="right"/>
      </w:pPr>
      <w:r>
        <w:t>سب دروازے کھلے ہوئے ہیں۔</w:t>
      </w:r>
    </w:p>
    <w:p>
      <w:r>
        <w:rPr>
          <w:b/>
        </w:rPr>
        <w:t xml:space="preserve">[55:51] </w:t>
      </w:r>
      <w:r>
        <w:t>lekin yeh aap samajh nahin paye is cheez ko.</w:t>
      </w:r>
    </w:p>
    <w:p>
      <w:pPr>
        <w:jc w:val="right"/>
      </w:pPr>
      <w:r>
        <w:t>لیکن یہ آپ سمجھ نہیں پائے اس چیز کو۔</w:t>
      </w:r>
    </w:p>
    <w:p>
      <w:r>
        <w:rPr>
          <w:b/>
        </w:rPr>
        <w:t xml:space="preserve">[55:55] </w:t>
      </w:r>
      <w:r>
        <w:t>apne apne paighambar ko aap barhaya charhaya ke woh to jehad ka paighambar aur hukoomat ka paighambar, siyasat ka paighambar.</w:t>
      </w:r>
    </w:p>
    <w:p>
      <w:pPr>
        <w:jc w:val="right"/>
      </w:pPr>
      <w:r>
        <w:t>اپنے اپنے پیغمبر کو آپ بڑھایا چڑھایا کہ وہ تو جہاد کا پیغمبر اور حکومت کا پیغمبر، سیاست کا پیغمبر۔</w:t>
      </w:r>
    </w:p>
    <w:p>
      <w:r>
        <w:rPr>
          <w:b/>
        </w:rPr>
        <w:t xml:space="preserve">[55:59] </w:t>
      </w:r>
      <w:r>
        <w:t>to apne rasool Allah ke haan bhi yahi taleem maujood thi lekin woh ojhal ho gayi.</w:t>
      </w:r>
    </w:p>
    <w:p>
      <w:pPr>
        <w:jc w:val="right"/>
      </w:pPr>
      <w:r>
        <w:t>تو اپنے رسول اللہ کے ہاں بھی یہی تعلیم موجود تھی لیکن وہ اوجھل ہو گئی۔</w:t>
      </w:r>
    </w:p>
    <w:p>
      <w:r>
        <w:rPr>
          <w:b/>
        </w:rPr>
        <w:t xml:space="preserve">[56:04] </w:t>
      </w:r>
      <w:r>
        <w:t>Bukhari mein riwayat hai ke adu ilayhim haqqahum wa asirr Allah haqqakum.</w:t>
      </w:r>
    </w:p>
    <w:p>
      <w:pPr>
        <w:jc w:val="right"/>
      </w:pPr>
      <w:r>
        <w:t>بخاری میں روایت ہے کہ ادو الیہم حقہم وصر اللہ حقکم۔</w:t>
      </w:r>
    </w:p>
    <w:p>
      <w:r>
        <w:rPr>
          <w:b/>
        </w:rPr>
        <w:t xml:space="preserve">[56:08] </w:t>
      </w:r>
      <w:r>
        <w:t>yeh wohi baat hai jo Hazrat Masih ne kahi thi.</w:t>
      </w:r>
    </w:p>
    <w:p>
      <w:pPr>
        <w:jc w:val="right"/>
      </w:pPr>
      <w:r>
        <w:t>یہ وہی بات ہے جو حضرت مسیح نے کہی تھی۔</w:t>
      </w:r>
    </w:p>
    <w:p>
      <w:r>
        <w:rPr>
          <w:b/>
        </w:rPr>
        <w:t xml:space="preserve">[56:13] </w:t>
      </w:r>
      <w:r>
        <w:t>lekin farq kya hai ke Rasool Allah ke haan jo unki aap ki tareekh jo likhi gayi</w:t>
      </w:r>
    </w:p>
    <w:p>
      <w:pPr>
        <w:jc w:val="right"/>
      </w:pPr>
      <w:r>
        <w:t>لیکن فرق کیا ہے کہ رسول اللہ کے ہاں جو ان کی آپ کی تاریخ جو لکھی گئی</w:t>
      </w:r>
    </w:p>
    <w:p>
      <w:r>
        <w:rPr>
          <w:b/>
        </w:rPr>
        <w:t xml:space="preserve">[56:17] </w:t>
      </w:r>
      <w:r>
        <w:t>to sab political kahaniyan, saare political baatain.</w:t>
      </w:r>
    </w:p>
    <w:p>
      <w:pPr>
        <w:jc w:val="right"/>
      </w:pPr>
      <w:r>
        <w:t>تو سب پولیٹیکل کہانیاں، سارے پولیٹیکل باتیں۔</w:t>
      </w:r>
    </w:p>
    <w:p>
      <w:r>
        <w:rPr>
          <w:b/>
        </w:rPr>
        <w:t xml:space="preserve">[56:21] </w:t>
      </w:r>
      <w:r>
        <w:t>to Rasool Allah ki woh taleemat daab gayeen.</w:t>
      </w:r>
    </w:p>
    <w:p>
      <w:pPr>
        <w:jc w:val="right"/>
      </w:pPr>
      <w:r>
        <w:t>تو رسول اللہ کی وہ تعلیمات دب گئیں۔</w:t>
      </w:r>
    </w:p>
    <w:p>
      <w:r>
        <w:rPr>
          <w:b/>
        </w:rPr>
        <w:t xml:space="preserve">[56:26] </w:t>
      </w:r>
      <w:r>
        <w:t>Hazrat Masih ki koi political history nahi hai,</w:t>
      </w:r>
    </w:p>
    <w:p>
      <w:pPr>
        <w:jc w:val="right"/>
      </w:pPr>
      <w:r>
        <w:t>حضرت مسیح کی کوئی پولیٹیکل ہسٹری نہیں ہے،</w:t>
      </w:r>
    </w:p>
    <w:p>
      <w:r>
        <w:rPr>
          <w:b/>
        </w:rPr>
        <w:t xml:space="preserve">[56:30] </w:t>
      </w:r>
      <w:r>
        <w:t>koi political history nahi hai.</w:t>
      </w:r>
    </w:p>
    <w:p>
      <w:pPr>
        <w:jc w:val="right"/>
      </w:pPr>
      <w:r>
        <w:t>کوئی پولیٹیکل ہسٹری نہیں ہے۔</w:t>
      </w:r>
    </w:p>
    <w:p>
      <w:r>
        <w:rPr>
          <w:b/>
        </w:rPr>
        <w:t xml:space="preserve">[56:35] </w:t>
      </w:r>
      <w:r>
        <w:t>is liye wohi baat jo thi wohi hai, woh koi koi aur cheez nahi hai jo cover kar</w:t>
      </w:r>
    </w:p>
    <w:p>
      <w:pPr>
        <w:jc w:val="right"/>
      </w:pPr>
      <w:r>
        <w:t>اس لیے وہی بات جو تھی وہی ہے، وہ کوئی کوئی اور چیز نہیں ہے جو کور کر</w:t>
      </w:r>
    </w:p>
    <w:p>
      <w:r>
        <w:rPr>
          <w:b/>
        </w:rPr>
        <w:t xml:space="preserve">[56:40] </w:t>
      </w:r>
      <w:r>
        <w:t>le is ko.</w:t>
      </w:r>
    </w:p>
    <w:p>
      <w:pPr>
        <w:jc w:val="right"/>
      </w:pPr>
      <w:r>
        <w:t>لے اس کو۔</w:t>
      </w:r>
    </w:p>
    <w:p>
      <w:r>
        <w:rPr>
          <w:b/>
        </w:rPr>
        <w:t xml:space="preserve">[56:45] </w:t>
      </w:r>
      <w:r>
        <w:t>to is se bekhabar hone ki wajah se dealing policy ikhtiyar nahi kar sake woh aur political</w:t>
      </w:r>
    </w:p>
    <w:p>
      <w:pPr>
        <w:jc w:val="right"/>
      </w:pPr>
      <w:r>
        <w:t>تو اس سے بے خبر ہونے کی وجہ سے ڈیلنگ پالیسی اختیار نہیں کر سکے وہ اور پولیٹیکل</w:t>
      </w:r>
    </w:p>
    <w:p>
      <w:r>
        <w:rPr>
          <w:b/>
        </w:rPr>
        <w:t xml:space="preserve">[56:50] </w:t>
      </w:r>
      <w:r>
        <w:t>پرابلم کو پینڈنگ میں ڈال کر کے اپرچونٹی کو اویل کریں یہ نہیں کر سکے۔</w:t>
      </w:r>
    </w:p>
    <w:p>
      <w:pPr>
        <w:jc w:val="right"/>
      </w:pPr>
      <w:r>
        <w:t>پرابلم کو پینڈنگ میں ڈال کر کے اپرچونیٹی کو اویل کریں یہ نہیں کر سکے۔</w:t>
      </w:r>
    </w:p>
    <w:p>
      <w:r>
        <w:rPr>
          <w:b/>
        </w:rPr>
        <w:t xml:space="preserve">[56:55] </w:t>
      </w:r>
      <w:r>
        <w:t>warna aaj aap is mulk sari duniya mein political, sari</w:t>
      </w:r>
    </w:p>
    <w:p>
      <w:pPr>
        <w:jc w:val="right"/>
      </w:pPr>
      <w:r>
        <w:t>ورنہ آج آپ اس ملک ساری دنیا میں پولیٹیکل، ساری</w:t>
      </w:r>
    </w:p>
    <w:p>
      <w:r>
        <w:rPr>
          <w:b/>
        </w:rPr>
        <w:t xml:space="preserve">[57:00] </w:t>
      </w:r>
      <w:r>
        <w:t>dunya mein aap dawah empire bana bana chuke hotay. Is tarah ki bohat sari cheezein hain, bohat sari cheezein hain. To main apne tajrube se aur apne mutale se kehta hoon ke learning ka ki spirit bohat hi important hai. Mazahib ka mutala aap kijiye is liye nahi ke aap</w:t>
      </w:r>
    </w:p>
    <w:p>
      <w:pPr>
        <w:jc w:val="right"/>
      </w:pPr>
      <w:r>
        <w:t>دنیا میں آپ دعویٰ ایمپائر بنا بنا چکے ہوتے۔ اس طرح کی بہت ساری چیزیں ہیں، بہت ساری چیزیں ہیں۔ تو میں اپنے تجربے سے اور اپنے مطالعے سے کہتا ہوں کہ لرننگ کا کی سپرٹ بہت ہی امپورٹنٹ ہے۔ مذاہب کا مطالعہ آپ کیجئے اس لیے نہیں کہ آپ</w:t>
      </w:r>
    </w:p>
    <w:p>
      <w:r>
        <w:rPr>
          <w:b/>
        </w:rPr>
        <w:t xml:space="preserve">[57:30] </w:t>
      </w:r>
      <w:r>
        <w:t>un ko down karna hai, is liye ke ise aap seekhna hai.</w:t>
      </w:r>
    </w:p>
    <w:p>
      <w:pPr>
        <w:jc w:val="right"/>
      </w:pPr>
      <w:r>
        <w:t>ان کو ڈاؤن کرنا ہے، اس لیے کہ اسے آپ سیکھنا ہے۔</w:t>
      </w:r>
    </w:p>
    <w:p>
      <w:r>
        <w:rPr>
          <w:b/>
        </w:rPr>
        <w:t xml:space="preserve">[57:36] </w:t>
      </w:r>
      <w:r>
        <w:t>kuch aap ko seekhne ke zariye se to har mazhab mein aap ko nayi nayi baatein milengi.</w:t>
      </w:r>
    </w:p>
    <w:p>
      <w:pPr>
        <w:jc w:val="right"/>
      </w:pPr>
      <w:r>
        <w:t>کچھ آپ کو سیکھنے کے ذریعے سے تو ہر مذہب میں آپ کو نئی نئی باتیں ملیں گی۔</w:t>
      </w:r>
    </w:p>
    <w:p>
      <w:r>
        <w:rPr>
          <w:b/>
        </w:rPr>
        <w:t xml:space="preserve">[57:41] </w:t>
      </w:r>
      <w:r>
        <w:t>khud apne mazhab par yaqeen aap ka barhta chala jayega, jaisa ke mere saath hua.</w:t>
      </w:r>
    </w:p>
    <w:p>
      <w:pPr>
        <w:jc w:val="right"/>
      </w:pPr>
      <w:r>
        <w:t>خود اپنے مذہب پر یقین آپ کا بڑھتا چلا جائے گا، جیسا کہ میرے ساتھ ہوا۔</w:t>
      </w:r>
    </w:p>
    <w:p>
      <w:r>
        <w:rPr>
          <w:b/>
        </w:rPr>
        <w:t xml:space="preserve">[57:47] </w:t>
      </w:r>
      <w:r>
        <w:t>mera Islam par jo yaqeen hai woh ek percent bhi kai ghata nahi hai, ek zara ke barabar</w:t>
      </w:r>
    </w:p>
    <w:p>
      <w:pPr>
        <w:jc w:val="right"/>
      </w:pPr>
      <w:r>
        <w:t>میرا اسلام پر جو یقین ہے وہ ایک پرسنٹ بھی کئی گھٹا نہیں ہے، ایک ذرہ کے برابر</w:t>
      </w:r>
    </w:p>
    <w:p>
      <w:r>
        <w:rPr>
          <w:b/>
        </w:rPr>
        <w:t xml:space="preserve">[57:52] </w:t>
      </w:r>
      <w:r>
        <w:t>bhi ghata nahi hai.</w:t>
      </w:r>
    </w:p>
    <w:p>
      <w:pPr>
        <w:jc w:val="right"/>
      </w:pPr>
      <w:r>
        <w:t>بھی گھٹا نہیں ہے۔</w:t>
      </w:r>
    </w:p>
    <w:p>
      <w:r>
        <w:rPr>
          <w:b/>
        </w:rPr>
        <w:t xml:space="preserve">[57:58] </w:t>
      </w:r>
      <w:r>
        <w:t>halankeh main har mazhab ko parhta hoon, har mazhab qadar karta hoon, har mazhab seekhta hoon.</w:t>
      </w:r>
    </w:p>
    <w:p>
      <w:pPr>
        <w:jc w:val="right"/>
      </w:pPr>
      <w:r>
        <w:t>حالانکہ میں ہر مذہب کو پڑھتا ہوں، ہر مذہب قدر کرتا ہوں، ہر مذہب سیکھتا ہوں۔</w:t>
      </w:r>
    </w:p>
    <w:p>
      <w:r>
        <w:rPr>
          <w:b/>
        </w:rPr>
        <w:t xml:space="preserve">[58:03] </w:t>
      </w:r>
      <w:r>
        <w:t>To apne andar se hate nikal dijiye aur doosray mazhab ko kam samajhna yeh chhod dijiye. Sare insaan se mohabbat karna seekhiye aur phir aap ka intellectual development jo hai barhta hi chala jaye ga, barhta hi chala jaye ga, barhta hi chala jaye ga. Sab se bari rukawat jo hai woh yahi hai ke aap ke andar objectivity na ho, objective thinking na ho. To main dua karta hoon ke Allah taala mujh ko aur aap ko is ki tofeeq</w:t>
      </w:r>
    </w:p>
    <w:p>
      <w:pPr>
        <w:jc w:val="right"/>
      </w:pPr>
      <w:r>
        <w:t>تو اپنے اندر سے ہیٹ نکال دیجئے اور دوسرے مذہب کو کم سمجھنا یہ چھوڑ دیجئے۔ سارے انسان سے محبت کرنا سیکھیے اور پھر آپ کا انٹلیکچول ڈیویلپمنٹ جو ہے بڑھتا ہی چلا جائے گا، بڑھتا ہی چلا جائے گا، بڑھتا ہی چلا جائے گا۔ سب سے بڑی رکاوٹ جو ہے وہ یہی ہے کہ آپ کے اندر ابجیکٹیوٹی نہ ہو، ابجیکٹو تھنکنگ نہ ہو۔ تو میں دعا کرتا ہوں کہ اللہ تعالی مجھ کو اور آپ کو اس کی توفیق</w:t>
      </w:r>
    </w:p>
    <w:p>
      <w:r>
        <w:rPr>
          <w:b/>
        </w:rPr>
        <w:t xml:space="preserve">[58:33] </w:t>
      </w:r>
      <w:r>
        <w:t>de aur hum Islam ki sachai ko rediscover karein.</w:t>
      </w:r>
    </w:p>
    <w:p>
      <w:pPr>
        <w:jc w:val="right"/>
      </w:pPr>
      <w:r>
        <w:t>دے اور ہم اسلام کی سچائی کو ری ڈسکور کریں۔</w:t>
      </w:r>
    </w:p>
    <w:p>
      <w:r>
        <w:rPr>
          <w:b/>
        </w:rPr>
        <w:t xml:space="preserve">[58:39] </w:t>
      </w:r>
      <w:r>
        <w:t>aqool qawli haza wastaghfirullaha alaihim ajmaeen.</w:t>
      </w:r>
    </w:p>
    <w:p>
      <w:pPr>
        <w:jc w:val="right"/>
      </w:pPr>
      <w:r>
        <w:t>اقول قولیھذا واستغفراللہ علیہم اجمعین۔</w:t>
      </w:r>
    </w:p>
    <w:p>
      <w:r>
        <w:rPr>
          <w:b/>
        </w:rPr>
        <w:t xml:space="preserve">[58:45] </w:t>
      </w:r>
      <w:r>
        <w:t>Okay, we request our online viewers to send in their questions on info@cps</w:t>
      </w:r>
    </w:p>
    <w:p>
      <w:pPr>
        <w:jc w:val="right"/>
      </w:pPr>
      <w:r>
        <w:t>اوکے، وی ریکویسٹ اور ان لائن ویوورز ٹو سینڈ ان دے کوئسچنز ان انفو ایٹ سی پی ایس</w:t>
      </w:r>
    </w:p>
    <w:p>
      <w:r>
        <w:rPr>
          <w:b/>
        </w:rPr>
        <w:t xml:space="preserve">[58:51] </w:t>
      </w:r>
      <w:r>
        <w:t>global dot org.</w:t>
      </w:r>
    </w:p>
    <w:p>
      <w:pPr>
        <w:jc w:val="right"/>
      </w:pPr>
      <w:r>
        <w:t>گلوبل ڈاٹ او آر جی۔</w:t>
      </w:r>
    </w:p>
    <w:p>
      <w:r>
        <w:rPr>
          <w:b/>
        </w:rPr>
        <w:t xml:space="preserve">[58:57] </w:t>
      </w:r>
      <w:r>
        <w:t>i repeat, info</w:t>
      </w:r>
    </w:p>
    <w:p>
      <w:pPr>
        <w:jc w:val="right"/>
      </w:pPr>
      <w:r>
        <w:t>ائی ریپیٹ، انفو</w:t>
      </w:r>
    </w:p>
    <w:p>
      <w:r>
        <w:rPr>
          <w:b/>
        </w:rPr>
        <w:t xml:space="preserve">[59:03] </w:t>
      </w:r>
      <w:r>
        <w:t>at CPS Global dot org.</w:t>
      </w:r>
    </w:p>
    <w:p>
      <w:pPr>
        <w:jc w:val="right"/>
      </w:pPr>
      <w:r>
        <w:t>ایٹ سی پی ایس گلوبل ڈاٹ او آر جی۔</w:t>
      </w:r>
    </w:p>
    <w:p>
      <w:r>
        <w:rPr>
          <w:b/>
        </w:rPr>
        <w:t xml:space="preserve">[59:11] </w:t>
      </w:r>
      <w:r>
        <w:t>Ramesh, ready? This question is from Ms. Usha Chandar from New Delhi.</w:t>
      </w:r>
    </w:p>
    <w:p>
      <w:pPr>
        <w:jc w:val="right"/>
      </w:pPr>
      <w:r>
        <w:t>رامش ریڈی؟ دس کوئسچن از فرام مس اوشا چندر فرام نیو دہلی۔</w:t>
      </w:r>
    </w:p>
    <w:p>
      <w:r>
        <w:rPr>
          <w:b/>
        </w:rPr>
        <w:t xml:space="preserve">[59:18] </w:t>
      </w:r>
      <w:r>
        <w:t>If Islam helped start the process of scientific inquiry, how come it is now a religion in which</w:t>
      </w:r>
    </w:p>
    <w:p>
      <w:pPr>
        <w:jc w:val="right"/>
      </w:pPr>
      <w:r>
        <w:t>اف اسلام ہیلپڈ سٹارٹ دا پروسیس اف سائنٹیفک انکوائری، ہاؤ کم اٹ از ناؤ ا ریلیجن ان وچ</w:t>
      </w:r>
    </w:p>
    <w:p>
      <w:r>
        <w:rPr>
          <w:b/>
        </w:rPr>
        <w:t xml:space="preserve">[59:26] </w:t>
      </w:r>
      <w:r>
        <w:t>There is very less tolerance for scientific thinking</w:t>
      </w:r>
    </w:p>
    <w:p>
      <w:pPr>
        <w:jc w:val="right"/>
      </w:pPr>
      <w:r>
        <w:t>دیر از ویری لیس ٹولرنس فار سائنٹیفک تھنکنگ</w:t>
      </w:r>
    </w:p>
    <w:p>
      <w:r>
        <w:rPr>
          <w:b/>
        </w:rPr>
        <w:t xml:space="preserve">[59:33] </w:t>
      </w:r>
      <w:r>
        <w:t>? what has led to this? yeh bohat acha sawal hai yaar.</w:t>
      </w:r>
    </w:p>
    <w:p>
      <w:pPr>
        <w:jc w:val="right"/>
      </w:pPr>
      <w:r>
        <w:t>؟ واٹ ہیز لیڈ ٹو دس؟ یہ بہت اچھا سوال ہے یار۔</w:t>
      </w:r>
    </w:p>
    <w:p>
      <w:r>
        <w:rPr>
          <w:b/>
        </w:rPr>
        <w:t xml:space="preserve">[59:38] </w:t>
      </w:r>
      <w:r>
        <w:t>aap ko yahan pe dealing policy ikhtiyar karni padegi.</w:t>
      </w:r>
    </w:p>
    <w:p>
      <w:pPr>
        <w:jc w:val="right"/>
      </w:pPr>
      <w:r>
        <w:t>آپ کو یہاں پہ ڈیلنگ پالیسی اختیار کرنی پڑے گی۔</w:t>
      </w:r>
    </w:p>
    <w:p>
      <w:r>
        <w:rPr>
          <w:b/>
        </w:rPr>
        <w:t xml:space="preserve">[59:44] </w:t>
      </w:r>
      <w:r>
        <w:t>yeh dealing policy ek super formula hai kisi cheez ko samajhne ke liye.</w:t>
      </w:r>
    </w:p>
    <w:p>
      <w:pPr>
        <w:jc w:val="right"/>
      </w:pPr>
      <w:r>
        <w:t>یہ ڈیلنگ پالیسی ایک سپر فارمولا ہے کسی چیز کو سمجھنے کے لیے۔</w:t>
      </w:r>
    </w:p>
    <w:p>
      <w:r>
        <w:rPr>
          <w:b/>
        </w:rPr>
        <w:t xml:space="preserve">[59:49] </w:t>
      </w:r>
      <w:r>
        <w:t>yani musalman ko alag kar ke dekhna, Islam ko alag kar ke dekhna.</w:t>
      </w:r>
    </w:p>
    <w:p>
      <w:pPr>
        <w:jc w:val="right"/>
      </w:pPr>
      <w:r>
        <w:t>یعنی مسلمان کو الگ کر کے دیکھنا، اسلام کو الگ کر کے دیکھنا۔</w:t>
      </w:r>
    </w:p>
    <w:p>
      <w:r>
        <w:rPr>
          <w:b/>
        </w:rPr>
        <w:t xml:space="preserve">[59:54] </w:t>
      </w:r>
      <w:r>
        <w:t>chahe ghar ka problem ho, biwi biwi shohar mein jhagde hote hain, wahan pe dealing ki policy nahi</w:t>
      </w:r>
    </w:p>
    <w:p>
      <w:pPr>
        <w:jc w:val="right"/>
      </w:pPr>
      <w:r>
        <w:t>چاہے گھر کا پرابلم ہو، بیوی بیوی شوہر میں جھگڑے ہوتے ہیں، وہاں پہ ڈیلنگ کی پالیسی نہیں</w:t>
      </w:r>
    </w:p>
    <w:p>
      <w:r>
        <w:rPr>
          <w:b/>
        </w:rPr>
        <w:t xml:space="preserve">[1:00:00] </w:t>
      </w:r>
      <w:r>
        <w:t>chala paate log.</w:t>
      </w:r>
    </w:p>
    <w:p>
      <w:pPr>
        <w:jc w:val="right"/>
      </w:pPr>
      <w:r>
        <w:t>چلا پاتے لوگ۔</w:t>
      </w:r>
    </w:p>
    <w:p>
      <w:r>
        <w:rPr>
          <w:b/>
        </w:rPr>
        <w:t xml:space="preserve">[1:00:05] </w:t>
      </w:r>
      <w:r>
        <w:t>Sare mamlaat super formula hai yeh ke aap cheezon ko dealing kar ke dekh sakein. Yani is ko alag, is ko alag. Yani principle of differentiation. To musalman to ek qaum hai, ek generation hai, woh ek nasal hai aur Islam ek ideology hai. To musalman jo hain woh jis tarah doosri qaum hai, hamesha degeneration ka yani subject ban jati hai. Subject</w:t>
      </w:r>
    </w:p>
    <w:p>
      <w:pPr>
        <w:jc w:val="right"/>
      </w:pPr>
      <w:r>
        <w:t>سارے معاملات سپر فارمولا ہے یہ کہ آپ چیزوں کو ڈیلنگ کر کے دیکھ سکیں۔ یعنی اس کو الگ، اس کو الگ۔ یعنی پرنسپل اف ڈیفرنشییشن۔ تو مسلمان تو ایک قوم ہے، ایک جنریشن ہے، وہ ایک نسل ہے اور اسلام ایک آئیڈیالوجی ہے۔ تو مسلمان جو ہیں وہ جس طرح دوسری قوم ہے، ہمیشہ ڈی جنریشن کا یعنی سبجیکٹ بن جاتی ہے۔ سب</w:t>
      </w:r>
    </w:p>
    <w:p>
      <w:r>
        <w:rPr>
          <w:b/>
        </w:rPr>
        <w:t xml:space="preserve">[1:00:35] </w:t>
      </w:r>
      <w:r>
        <w:t>jikt har har har nasal mein aisa hota hai, koi musalman ki baat nahin.</w:t>
      </w:r>
    </w:p>
    <w:p>
      <w:pPr>
        <w:jc w:val="right"/>
      </w:pPr>
      <w:r>
        <w:t>جیکٹ ہر ہر ہر نسل میں ایسا ہوتا ہے، کوئی مسلمان کی بات نہیں۔</w:t>
      </w:r>
    </w:p>
    <w:p>
      <w:r>
        <w:rPr>
          <w:b/>
        </w:rPr>
        <w:t xml:space="preserve">[1:00:41] </w:t>
      </w:r>
      <w:r>
        <w:t>di jenarayshan jo hai woh ek ek universal fenomena hai.</w:t>
      </w:r>
    </w:p>
    <w:p>
      <w:pPr>
        <w:jc w:val="right"/>
      </w:pPr>
      <w:r>
        <w:t>ڈی جنریشن جو ہے وہ ایک ایک یونیورسل فیناومینا ہے۔</w:t>
      </w:r>
    </w:p>
    <w:p>
      <w:r>
        <w:rPr>
          <w:b/>
        </w:rPr>
        <w:t xml:space="preserve">[1:00:46] </w:t>
      </w:r>
      <w:r>
        <w:t>to main jo baat kar raha hoon woh ideology ke is mein se kar raha hoon.</w:t>
      </w:r>
    </w:p>
    <w:p>
      <w:pPr>
        <w:jc w:val="right"/>
      </w:pPr>
      <w:r>
        <w:t>تو میں جو بات کر رہا ہوں وہ آئیڈیالوجی کے اس میں سے کر رہا ہوں۔</w:t>
      </w:r>
    </w:p>
    <w:p>
      <w:r>
        <w:rPr>
          <w:b/>
        </w:rPr>
        <w:t xml:space="preserve">[1:00:52] </w:t>
      </w:r>
      <w:r>
        <w:t>to islam ki jo ideology hai, is ka jo kanṭribyūshan hai hisṭrī mein, us ko main ne bataya.</w:t>
      </w:r>
    </w:p>
    <w:p>
      <w:pPr>
        <w:jc w:val="right"/>
      </w:pPr>
      <w:r>
        <w:t>تو اسلام کی جو آئیڈیالوجی ہے، اس کا جو کنٹریبیوشن ہے ہسٹری میں، اس کو میں نے بتایا۔</w:t>
      </w:r>
    </w:p>
    <w:p>
      <w:r>
        <w:rPr>
          <w:b/>
        </w:rPr>
        <w:t xml:space="preserve">[1:00:58] </w:t>
      </w:r>
      <w:r>
        <w:t>to musalmanon ko aap alag kar ke dekhiye, donon ko ek doosre se ḍīling kar dijiye.</w:t>
      </w:r>
    </w:p>
    <w:p>
      <w:pPr>
        <w:jc w:val="right"/>
      </w:pPr>
      <w:r>
        <w:t>تو مسلمانوں کو آپ الگ کر کے دیکھیے، دونوں کو ایک دوسرے سے ڈیلنگ کر دیجئے۔</w:t>
      </w:r>
    </w:p>
    <w:p>
      <w:r>
        <w:rPr>
          <w:b/>
        </w:rPr>
        <w:t xml:space="preserve">[1:01:04] </w:t>
      </w:r>
      <w:r>
        <w:t>phir yeh baat samajhna aasan ho jayega.</w:t>
      </w:r>
    </w:p>
    <w:p>
      <w:pPr>
        <w:jc w:val="right"/>
      </w:pPr>
      <w:r>
        <w:t>پھر یہ بات سمجھنا آسان ہو جائے گا۔</w:t>
      </w:r>
    </w:p>
    <w:p>
      <w:r>
        <w:rPr>
          <w:b/>
        </w:rPr>
        <w:t xml:space="preserve">[1:01:09] </w:t>
      </w:r>
      <w:r>
        <w:t>Okay, before I move on to the next question, there is a comment which has come from Mr. Siraj ul Haq from New Delhi. He has written: "I am glad to attend this talk of Khan Sir. This was my first experience and I came to know about Islam. The real Islam is about loving people. I am looking forward to attend more of future talks." Inshallah. This</w:t>
      </w:r>
    </w:p>
    <w:p>
      <w:pPr>
        <w:jc w:val="right"/>
      </w:pPr>
      <w:r>
        <w:t>اوکے، بیفور آئی موو ان ٹو دا نیکسٹ کوئسچن، دیر از ا کمنٹ وچ از کم فرام مسٹر سراج الحق فرام نیو دہلی۔ ہی از رٹن: "آئی ایم گلیڈ ٹو اٹینڈ دس ٹاک اف خان سر۔ دس واز مائی فرسٹ ایکسپیرینس اینڈ آئی کیم ٹو نو اباؤٹ اسلام۔ دا ریئل اسلام از اباؤٹ لوونگ پیپل۔ آئی ایم لوکنگ فارورڈ ٹو اٹینڈ مور اف فیوچر ٹاکس۔" انشاءاللہ۔ دس کو</w:t>
      </w:r>
    </w:p>
    <w:p>
      <w:r>
        <w:rPr>
          <w:b/>
        </w:rPr>
        <w:t xml:space="preserve">[1:01:39] </w:t>
      </w:r>
      <w:r>
        <w:t>question is from Mr. Abdul Rehman from Ghaziabad. Maulana Sahib, we will be able to recognize the fruits of paradise. My question is: "Will we be able to recognize people we have met in this world?" Zaroor, yeh na ho to jannat adhoori reh jaye gi. Jannat jo hai adhoori reh jaye gi. Hum doosron ko un ka sath</w:t>
      </w:r>
    </w:p>
    <w:p>
      <w:pPr>
        <w:jc w:val="right"/>
      </w:pPr>
      <w:r>
        <w:t>ئسچن از فرام مسٹر عبدالرحمن فرام غازی آباد۔ مولانا صاحب، وی ویل بی ایبل ٹو ریکگنائز دا فروٹس اف پیراڈائز۔ مائی کوئسچن از: "ویل وی بی ایبل ٹو ریکگنائز پیپل وی ہیو میٹ ان دس ورلڈ؟" ضرور، یہ نہ ہو تو جنت ادھوری رہ جائے گی۔ جنت جو ہے ادھوری رہ جائے گی۔ ہم دوسروں کو ان کا ساتھ</w:t>
      </w:r>
    </w:p>
    <w:p>
      <w:r>
        <w:rPr>
          <w:b/>
        </w:rPr>
        <w:t xml:space="preserve">[1:02:09] </w:t>
      </w:r>
      <w:r>
        <w:t>hoga, is ko pehchanenge, is ke sath rahenge.</w:t>
      </w:r>
    </w:p>
    <w:p>
      <w:pPr>
        <w:jc w:val="right"/>
      </w:pPr>
      <w:r>
        <w:t>ہوگا، اس کو پہچانیں گے، اس کے ساتھ رہیں گے۔</w:t>
      </w:r>
    </w:p>
    <w:p>
      <w:r>
        <w:rPr>
          <w:b/>
        </w:rPr>
        <w:t xml:space="preserve">[1:02:14] </w:t>
      </w:r>
      <w:r>
        <w:t>agar Allah ne selekṭ kar liya in ko jannat ke liye to yeh to insan ke sath agar</w:t>
      </w:r>
    </w:p>
    <w:p>
      <w:pPr>
        <w:jc w:val="right"/>
      </w:pPr>
      <w:r>
        <w:t>اگر اللہ نے سلیکٹ کر لیا ان کو جنت کے لیے تو یہ تو انسان کے ساتھ اگر</w:t>
      </w:r>
    </w:p>
    <w:p>
      <w:r>
        <w:rPr>
          <w:b/>
        </w:rPr>
        <w:t xml:space="preserve">[1:02:18] </w:t>
      </w:r>
      <w:r>
        <w:t>yani agar aap sirf jangl mein rahen, aap achhe se phal kha rahe hon to khushi nahin mil</w:t>
      </w:r>
    </w:p>
    <w:p>
      <w:pPr>
        <w:jc w:val="right"/>
      </w:pPr>
      <w:r>
        <w:t>یعنی اگر آپ صرف جنگل میں رہیں، آپ اچھے سے پھل کھا رہے ہوں تو خوشی نہیں مل</w:t>
      </w:r>
    </w:p>
    <w:p>
      <w:r>
        <w:rPr>
          <w:b/>
        </w:rPr>
        <w:t xml:space="preserve">[1:02:22] </w:t>
      </w:r>
      <w:r>
        <w:t>sakti aap ko.</w:t>
      </w:r>
    </w:p>
    <w:p>
      <w:pPr>
        <w:jc w:val="right"/>
      </w:pPr>
      <w:r>
        <w:t>سکتی آپ کو۔</w:t>
      </w:r>
    </w:p>
    <w:p>
      <w:r>
        <w:rPr>
          <w:b/>
        </w:rPr>
        <w:t xml:space="preserve">[1:02:27] </w:t>
      </w:r>
      <w:r>
        <w:t>khushi to insanon ke sath baithne se, un se baat karne se hoti hai.</w:t>
      </w:r>
    </w:p>
    <w:p>
      <w:pPr>
        <w:jc w:val="right"/>
      </w:pPr>
      <w:r>
        <w:t>خوشی تو انسانوں کے ساتھ بیٹھنے سے، ان سے بات کرنے سے ہوتی ہے۔</w:t>
      </w:r>
    </w:p>
    <w:p>
      <w:r>
        <w:rPr>
          <w:b/>
        </w:rPr>
        <w:t xml:space="preserve">[1:02:31] </w:t>
      </w:r>
      <w:r>
        <w:t>to jin ko Allah taala selekṭ kar dega jannat ke liye, un ko khoob milega āpas mein.</w:t>
      </w:r>
    </w:p>
    <w:p>
      <w:pPr>
        <w:jc w:val="right"/>
      </w:pPr>
      <w:r>
        <w:t>تو جن کو اللہ تعالی سلیکٹ کر دے گا جنت کے لیے، ان کو خوب ملے گا آپس میں۔</w:t>
      </w:r>
    </w:p>
    <w:p>
      <w:r>
        <w:rPr>
          <w:b/>
        </w:rPr>
        <w:t xml:space="preserve">[1:02:36] </w:t>
      </w:r>
      <w:r>
        <w:t>aur wahan par jo vehikal honge, woh</w:t>
      </w:r>
    </w:p>
    <w:p>
      <w:pPr>
        <w:jc w:val="right"/>
      </w:pPr>
      <w:r>
        <w:t>اور وہاں پر جو وہیکل ہوں گے، وہ</w:t>
      </w:r>
    </w:p>
    <w:p>
      <w:r>
        <w:rPr>
          <w:b/>
        </w:rPr>
        <w:t xml:space="preserve">[1:02:40] </w:t>
      </w:r>
      <w:r>
        <w:t>bohat hi achay qism ki yani caron aur aur hawai jahazon ka jo aur zyada koi bohat hi taraqqi yafta koi developed form hoga, woh wahan pe mile ga aap ko safar karne ke liye. To woh to hoga hi hona, hona hi hona hai. Warna jannat ki khushi adhoori reh jaye gi. This question is from Ms. Bhuwani Kaur from New Delhi. Maulana Ji, you said that the strongest pillar in the com</w:t>
      </w:r>
    </w:p>
    <w:p>
      <w:pPr>
        <w:jc w:val="right"/>
      </w:pPr>
      <w:r>
        <w:t>بہت ہی اچھے قسم کی یعنی کاروں اور اور ہوائی جہازوں کا جو اور زیادہ کوئی بہت ہی ترقی یافتہ کوئی ڈیولپڈ فارم ہوگا، وہ وہاں پہ ملے گا آپ کو سفر کرنے کے لیے۔ تو وہ تو ہوگا ہی ہونا، ہونا ہی ہونا ہے۔ ورنہ جنت کی خوشی ادھوری رہ جائے گی۔ دس کوئسچن از فرام مس بھوونی کور فرام نیو دہلی۔ مولانا جی، یو سیڈ دیٹ دا سٹرونگسٹ پلر ان دا کم</w:t>
      </w:r>
    </w:p>
    <w:p>
      <w:r>
        <w:rPr>
          <w:b/>
        </w:rPr>
        <w:t xml:space="preserve">[1:03:10] </w:t>
      </w:r>
      <w:r>
        <w:t>peritiv analisis af relijan iz da kansepṭ af miuchual larning, vich ineviṭebli ḍimānds van ṭu bi fri fram bāis.</w:t>
      </w:r>
    </w:p>
    <w:p>
      <w:pPr>
        <w:jc w:val="right"/>
      </w:pPr>
      <w:r>
        <w:t>پیریٹیو انالیسز اف ریلیجن از دا کانسیپٹ اف میوچول لرننگ، وچ انیویٹیبلی ڈیمانڈز ون ٹو بی فری فرام بائس۔</w:t>
      </w:r>
    </w:p>
    <w:p>
      <w:r>
        <w:rPr>
          <w:b/>
        </w:rPr>
        <w:t xml:space="preserve">[1:03:18] </w:t>
      </w:r>
      <w:r>
        <w:t>haovar, kan van bi fri fram bāis viḍāuṭ fālving da kansepṭs af miuchual inḍarstending and eksepṭans af</w:t>
      </w:r>
    </w:p>
    <w:p>
      <w:pPr>
        <w:jc w:val="right"/>
      </w:pPr>
      <w:r>
        <w:t>ہاؤ ایور، کین ون بی فری فرام بائس وداؤٹ فالونگ دا کانسیپٹس اف میوچول انڈرسٹینڈنگ اینڈ ایکسیپٹنس اف</w:t>
      </w:r>
    </w:p>
    <w:p>
      <w:r>
        <w:rPr>
          <w:b/>
        </w:rPr>
        <w:t xml:space="preserve">[1:03:25] </w:t>
      </w:r>
      <w:r>
        <w:t>al da relijans? kainaḍli kamenṭ.</w:t>
      </w:r>
    </w:p>
    <w:p>
      <w:pPr>
        <w:jc w:val="right"/>
      </w:pPr>
      <w:r>
        <w:t>ال دا ریلیجنز؟ کائنڈلی کمنٹ۔</w:t>
      </w:r>
    </w:p>
    <w:p>
      <w:r>
        <w:rPr>
          <w:b/>
        </w:rPr>
        <w:t xml:space="preserve">[1:03:33] </w:t>
      </w:r>
      <w:r>
        <w:t>dekhen, eksepṭans af al relijans baṛa biuṭīful lagta hai</w:t>
      </w:r>
    </w:p>
    <w:p>
      <w:pPr>
        <w:jc w:val="right"/>
      </w:pPr>
      <w:r>
        <w:t>دیکھیں، ایکسیپٹنس اف ال ریلیجنز بڑا بیوٹی فل لگتا ہے</w:t>
      </w:r>
    </w:p>
    <w:p>
      <w:r>
        <w:rPr>
          <w:b/>
        </w:rPr>
        <w:t xml:space="preserve">[1:03:40] </w:t>
      </w:r>
      <w:r>
        <w:t>āiḍiyā, lekin yeh aap ke inṭelechual ḍevilapmenṭ ko rok deta hai.</w:t>
      </w:r>
    </w:p>
    <w:p>
      <w:pPr>
        <w:jc w:val="right"/>
      </w:pPr>
      <w:r>
        <w:t>آئیڈیا، لیکن یہ آپ کے انٹلیکچول ڈیویلپمنٹ کو روک دیتا ہے۔</w:t>
      </w:r>
    </w:p>
    <w:p>
      <w:r>
        <w:rPr>
          <w:b/>
        </w:rPr>
        <w:t xml:space="preserve">[1:03:45] </w:t>
      </w:r>
      <w:r>
        <w:t>yani sṭenḍ sṭal ho jata hai aap ka inṭelechual ḍevilapmenṭ ka prāsis jab tak aap pata na kar</w:t>
      </w:r>
    </w:p>
    <w:p>
      <w:pPr>
        <w:jc w:val="right"/>
      </w:pPr>
      <w:r>
        <w:t>یعنی اسٹینڈ اسٹل ہو جاتا ہے آپ کا انٹلیکچول ڈیویلپمنٹ کا پراسیس جب تک آپ پتہ نہ کر</w:t>
      </w:r>
    </w:p>
    <w:p>
      <w:r>
        <w:rPr>
          <w:b/>
        </w:rPr>
        <w:t xml:space="preserve">[1:03:50] </w:t>
      </w:r>
      <w:r>
        <w:t>saken ke ḍifrans ko ek aur doosre ke bich mein to sab aap ko ek hi lagen, barābar</w:t>
      </w:r>
    </w:p>
    <w:p>
      <w:pPr>
        <w:jc w:val="right"/>
      </w:pPr>
      <w:r>
        <w:t>سکیں کہ ڈیفرنس کو ایک اور دوسرے کے بیچ میں تو سب آپ کو ایک ہی لگائیں، برابر</w:t>
      </w:r>
    </w:p>
    <w:p>
      <w:r>
        <w:rPr>
          <w:b/>
        </w:rPr>
        <w:t xml:space="preserve">[1:03:56] </w:t>
      </w:r>
      <w:r>
        <w:t>ka lagen, lekin keh aap aap ka sṭigneshin ho gaya hai.</w:t>
      </w:r>
    </w:p>
    <w:p>
      <w:pPr>
        <w:jc w:val="right"/>
      </w:pPr>
      <w:r>
        <w:t>کا لگائیں، لیکن کہ آپ آپ کا اسٹیگنیشن ہو گیا ہے۔</w:t>
      </w:r>
    </w:p>
    <w:p>
      <w:r>
        <w:rPr>
          <w:b/>
        </w:rPr>
        <w:t xml:space="preserve">[1:04:01] </w:t>
      </w:r>
      <w:r>
        <w:t>sṭigneshin ho gaya hai.</w:t>
      </w:r>
    </w:p>
    <w:p>
      <w:pPr>
        <w:jc w:val="right"/>
      </w:pPr>
      <w:r>
        <w:t>اسٹیگنیشن ہو گیا ہے۔</w:t>
      </w:r>
    </w:p>
    <w:p>
      <w:r>
        <w:rPr>
          <w:b/>
        </w:rPr>
        <w:t xml:space="preserve">[1:04:06] </w:t>
      </w:r>
      <w:r>
        <w:t>jaise ke sapoz yeh yeh glās hai,</w:t>
      </w:r>
    </w:p>
    <w:p>
      <w:pPr>
        <w:jc w:val="right"/>
      </w:pPr>
      <w:r>
        <w:t>جیسے کہ سپوز یہ یہ گلاس ہے،</w:t>
      </w:r>
    </w:p>
    <w:p>
      <w:r>
        <w:rPr>
          <w:b/>
        </w:rPr>
        <w:t xml:space="preserve">[1:04:11] </w:t>
      </w:r>
      <w:r>
        <w:t>yeh shishe ka glās hai.</w:t>
      </w:r>
    </w:p>
    <w:p>
      <w:pPr>
        <w:jc w:val="right"/>
      </w:pPr>
      <w:r>
        <w:t>یہ شیشے کا گلاس ہے۔</w:t>
      </w:r>
    </w:p>
    <w:p>
      <w:r>
        <w:rPr>
          <w:b/>
        </w:rPr>
        <w:t xml:space="preserve">[1:04:16] </w:t>
      </w:r>
      <w:r>
        <w:t>ab ek aur sṭen lesesṭīl ka glās hai, ek aur hai woh lakṛi ka glās hai.</w:t>
      </w:r>
    </w:p>
    <w:p>
      <w:pPr>
        <w:jc w:val="right"/>
      </w:pPr>
      <w:r>
        <w:t>اب ایک اور اسٹین لیس اسٹیل کا گلاس ہے، ایک اور ہے وہ لکڑی کا گلاس ہے۔</w:t>
      </w:r>
    </w:p>
    <w:p>
      <w:r>
        <w:rPr>
          <w:b/>
        </w:rPr>
        <w:t xml:space="preserve">[1:04:21] </w:t>
      </w:r>
      <w:r>
        <w:t>ab sab ko aap aap ko dekhne mein ek barabar dekh rahe honge ke koi difference na nazar</w:t>
      </w:r>
    </w:p>
    <w:p>
      <w:pPr>
        <w:jc w:val="right"/>
      </w:pPr>
      <w:r>
        <w:t>اب سب کو آپ آپ کو دیکھنے میں ایک برابر دیکھ رہے ہوں کہ کوئی ڈیفرنس نہ نظر</w:t>
      </w:r>
    </w:p>
    <w:p>
      <w:r>
        <w:rPr>
          <w:b/>
        </w:rPr>
        <w:t xml:space="preserve">[1:04:26] </w:t>
      </w:r>
      <w:r>
        <w:t>aata ho to is aap is ka matlab hai ke aap intellectual stagnation se shikar hain.</w:t>
      </w:r>
    </w:p>
    <w:p>
      <w:pPr>
        <w:jc w:val="right"/>
      </w:pPr>
      <w:r>
        <w:t>آتا ہو تو اس آپ اس کا مطلب ہے کہ آپ انٹلیکچول اسٹیگنیشن سے شکار ہیں۔</w:t>
      </w:r>
    </w:p>
    <w:p>
      <w:r>
        <w:rPr>
          <w:b/>
        </w:rPr>
        <w:t xml:space="preserve">[1:04:31] </w:t>
      </w:r>
      <w:r>
        <w:t>aap ko janna chahiye ke yeh shishe ka hai, janna chahiye ke stainless steel hai, janna chahiye</w:t>
      </w:r>
    </w:p>
    <w:p>
      <w:pPr>
        <w:jc w:val="right"/>
      </w:pPr>
      <w:r>
        <w:t>آپ کو جاننا چاہیے کہ یہ شیشے کا ہے، جاننا چاہیے کہ اسٹین لیس اسٹیل ہے، جاننا چاہیے</w:t>
      </w:r>
    </w:p>
    <w:p>
      <w:r>
        <w:rPr>
          <w:b/>
        </w:rPr>
        <w:t xml:space="preserve">[1:04:36] </w:t>
      </w:r>
      <w:r>
        <w:t>ke yeh lakri ka hai.</w:t>
      </w:r>
    </w:p>
    <w:p>
      <w:pPr>
        <w:jc w:val="right"/>
      </w:pPr>
      <w:r>
        <w:t>کہ یہ لکڑی کا ہے۔</w:t>
      </w:r>
    </w:p>
    <w:p>
      <w:r>
        <w:rPr>
          <w:b/>
        </w:rPr>
        <w:t xml:space="preserve">[1:04:41] </w:t>
      </w:r>
      <w:r>
        <w:t>to dekhen, yeh yeh kisi ne kaha hai ke insan jo hai mixture of opposites hai, yani taddadat ka majmooa.</w:t>
      </w:r>
    </w:p>
    <w:p>
      <w:pPr>
        <w:jc w:val="right"/>
      </w:pPr>
      <w:r>
        <w:t>تو دیکھیں، یہ یہ کسی نے کہا ہے کہ انسان جو ہے مکسچر اف اپوزٹس ہے، یعنی تضادات کا مجموعہ۔</w:t>
      </w:r>
    </w:p>
    <w:p>
      <w:r>
        <w:rPr>
          <w:b/>
        </w:rPr>
        <w:t xml:space="preserve">[1:04:49] </w:t>
      </w:r>
      <w:r>
        <w:t>to ek taraf aap ko yeh discover karna parega ke sachai kya hai taake aap ko conviction milay.</w:t>
      </w:r>
    </w:p>
    <w:p>
      <w:pPr>
        <w:jc w:val="right"/>
      </w:pPr>
      <w:r>
        <w:t>تو ایک طرف آپ کو یہ ڈسکور کرنا پڑے گا کہ سچائی کیا ہے تاکہ آپ کو کنوکشن ملے۔</w:t>
      </w:r>
    </w:p>
    <w:p>
      <w:r>
        <w:rPr>
          <w:b/>
        </w:rPr>
        <w:t xml:space="preserve">[1:04:56] </w:t>
      </w:r>
      <w:r>
        <w:t>conviction sath sath aap koi equal level pe respect dena parega doosre ko.</w:t>
      </w:r>
    </w:p>
    <w:p>
      <w:pPr>
        <w:jc w:val="right"/>
      </w:pPr>
      <w:r>
        <w:t>کنوکشن ساتھ ساتھ آپ کوئی ایکول لیول پہ ریسپیکٹ دینا پڑے گا دوسرے کو۔</w:t>
      </w:r>
    </w:p>
    <w:p>
      <w:r>
        <w:rPr>
          <w:b/>
        </w:rPr>
        <w:t xml:space="preserve">[1:05:04] </w:t>
      </w:r>
      <w:r>
        <w:t>jab tak aap yeh dealing na kar saken respect koi conviction se, tab tak aap</w:t>
      </w:r>
    </w:p>
    <w:p>
      <w:pPr>
        <w:jc w:val="right"/>
      </w:pPr>
      <w:r>
        <w:t>جب تک آپ یہ ڈیلنگ نہ کر سکیں ریسپیکٹ کوئی کنوکشن سے، تب تک آپ</w:t>
      </w:r>
    </w:p>
    <w:p>
      <w:r>
        <w:rPr>
          <w:b/>
        </w:rPr>
        <w:t xml:space="preserve">[1:05:12] </w:t>
      </w:r>
      <w:r>
        <w:t>intellectual development ruka rahega.</w:t>
      </w:r>
    </w:p>
    <w:p>
      <w:pPr>
        <w:jc w:val="right"/>
      </w:pPr>
      <w:r>
        <w:t>انٹلیکچول ڈیویلپمنٹ رکا رہے گا۔</w:t>
      </w:r>
    </w:p>
    <w:p>
      <w:r>
        <w:rPr>
          <w:b/>
        </w:rPr>
        <w:t xml:space="preserve">[1:05:16] </w:t>
      </w:r>
      <w:r>
        <w:t>آپ لوگ سمجھتے نہیں ہیں اس چیز کو کیونکہ انسان کے mind کو underestimate کرتے ہیں۔</w:t>
      </w:r>
    </w:p>
    <w:p>
      <w:pPr>
        <w:jc w:val="right"/>
      </w:pPr>
      <w:r>
        <w:t>آپ لوگ سمجھتے نہیں ہیں اس چیز کو کیونکہ انسان کے مائنڈ کو انڈرسٹیٹمنٹ کرتے ہیں۔</w:t>
      </w:r>
    </w:p>
    <w:p>
      <w:r>
        <w:rPr>
          <w:b/>
        </w:rPr>
        <w:t xml:space="preserve">[1:05:21] </w:t>
      </w:r>
      <w:r>
        <w:t>yeh manna ke religion A jo hai woh sacha religion hai, is ka matlab yeh nahi ke religion</w:t>
      </w:r>
    </w:p>
    <w:p>
      <w:pPr>
        <w:jc w:val="right"/>
      </w:pPr>
      <w:r>
        <w:t>یہ ماننا کہ ریلیجن اے جو ہے وہ سچا ریلیجن ہے، اس کا مطلب یہ نہیں کہ ریلیجن</w:t>
      </w:r>
    </w:p>
    <w:p>
      <w:r>
        <w:rPr>
          <w:b/>
        </w:rPr>
        <w:t xml:space="preserve">[1:05:25] </w:t>
      </w:r>
      <w:r>
        <w:t>B jo hai woh aap ko kam samjhen.</w:t>
      </w:r>
    </w:p>
    <w:p>
      <w:pPr>
        <w:jc w:val="right"/>
      </w:pPr>
      <w:r>
        <w:t>بی جو ہے وہ آپ کو کم سمجھیں۔</w:t>
      </w:r>
    </w:p>
    <w:p>
      <w:r>
        <w:rPr>
          <w:b/>
        </w:rPr>
        <w:t xml:space="preserve">[1:05:30] </w:t>
      </w:r>
      <w:r>
        <w:t>is ko disrespect karen.</w:t>
      </w:r>
    </w:p>
    <w:p>
      <w:pPr>
        <w:jc w:val="right"/>
      </w:pPr>
      <w:r>
        <w:t>اس کو ڈس ریسپیکٹ کریں۔</w:t>
      </w:r>
    </w:p>
    <w:p>
      <w:r>
        <w:rPr>
          <w:b/>
        </w:rPr>
        <w:t xml:space="preserve">[1:05:34] </w:t>
      </w:r>
      <w:r>
        <w:t>aap aisa nahi hai.</w:t>
      </w:r>
    </w:p>
    <w:p>
      <w:pPr>
        <w:jc w:val="right"/>
      </w:pPr>
      <w:r>
        <w:t>آپ ایسا نہیں ہے۔</w:t>
      </w:r>
    </w:p>
    <w:p>
      <w:r>
        <w:rPr>
          <w:b/>
        </w:rPr>
        <w:t xml:space="preserve">[1:05:39] </w:t>
      </w:r>
      <w:r>
        <w:t>jaise apni maa ko mohabbat karte hue aap doosri ladies se bharpoor respect kar sakte hain.</w:t>
      </w:r>
    </w:p>
    <w:p>
      <w:pPr>
        <w:jc w:val="right"/>
      </w:pPr>
      <w:r>
        <w:t>جیسے اپنی ماں کو محبت کرتے ہوئے آپ دوسری لیڈیز سے بھرپور ریسپیکٹ کر سکتے ہیں۔</w:t>
      </w:r>
    </w:p>
    <w:p>
      <w:r>
        <w:rPr>
          <w:b/>
        </w:rPr>
        <w:t xml:space="preserve">[1:05:43] </w:t>
      </w:r>
      <w:r>
        <w:t>to main samajhta hoon ke is tarah ke jo theories hain, jo formula hain, woh dekhne mein bara</w:t>
      </w:r>
    </w:p>
    <w:p>
      <w:pPr>
        <w:jc w:val="right"/>
      </w:pPr>
      <w:r>
        <w:t>تو میں سمجھتا ہوں کہ اس طرح کے جو تھیوریز ہیں، جو فارمولا ہیں، وہ دیکھنے میں بڑا</w:t>
      </w:r>
    </w:p>
    <w:p>
      <w:r>
        <w:rPr>
          <w:b/>
        </w:rPr>
        <w:t xml:space="preserve">[1:05:48] </w:t>
      </w:r>
      <w:r>
        <w:t>acha lagta hai.</w:t>
      </w:r>
    </w:p>
    <w:p>
      <w:pPr>
        <w:jc w:val="right"/>
      </w:pPr>
      <w:r>
        <w:t>اچھا لگتا ہے۔</w:t>
      </w:r>
    </w:p>
    <w:p>
      <w:r>
        <w:rPr>
          <w:b/>
        </w:rPr>
        <w:t xml:space="preserve">[1:05:52] </w:t>
      </w:r>
      <w:r>
        <w:t>woh lekin woh hai at the cost of intellectual development.</w:t>
      </w:r>
    </w:p>
    <w:p>
      <w:pPr>
        <w:jc w:val="right"/>
      </w:pPr>
      <w:r>
        <w:t>وہ لیکن وہ ہے ایٹ دا کاسٹ اف انٹلیکچول ڈیویلپمنٹ۔</w:t>
      </w:r>
    </w:p>
    <w:p>
      <w:r>
        <w:rPr>
          <w:b/>
        </w:rPr>
        <w:t xml:space="preserve">[1:05:56] </w:t>
      </w:r>
      <w:r>
        <w:t>aur mujhe sab se bari cheez jo mujhe chahiye, woh intellectual development hai.</w:t>
      </w:r>
    </w:p>
    <w:p>
      <w:pPr>
        <w:jc w:val="right"/>
      </w:pPr>
      <w:r>
        <w:t>اور مجھے سب سے بڑی چیز جو مجھے چاہیے، وہ انٹلیکچول ڈیویلپمنٹ ہے۔</w:t>
      </w:r>
    </w:p>
    <w:p>
      <w:r>
        <w:rPr>
          <w:b/>
        </w:rPr>
        <w:t xml:space="preserve">[1:06:01] </w:t>
      </w:r>
      <w:r>
        <w:t>main kisi bhi cheez ko sacrifice kar sakta hoon lekin intellectual development ko sacrifice nahi kar sakta.</w:t>
      </w:r>
    </w:p>
    <w:p>
      <w:pPr>
        <w:jc w:val="right"/>
      </w:pPr>
      <w:r>
        <w:t>میں کسی بھی چیز کو سیکریفائس کر سکتا ہوں لیکن انٹلیکچول ڈیویلپمنٹ کو سیکریفائس نہیں کر سکتا۔</w:t>
      </w:r>
    </w:p>
    <w:p>
      <w:r>
        <w:rPr>
          <w:b/>
        </w:rPr>
        <w:t xml:space="preserve">[1:06:05] </w:t>
      </w:r>
      <w:r>
        <w:t>jo jo insan mein ne jana hai, yani mein ne jo discover kiya hai insan ko, us ki</w:t>
      </w:r>
    </w:p>
    <w:p>
      <w:pPr>
        <w:jc w:val="right"/>
      </w:pPr>
      <w:r>
        <w:t>جو جو انسان میں نے جانا ہے، یعنی میں نے جو ڈسکور کیا ہے انسان کو، اس کی</w:t>
      </w:r>
    </w:p>
    <w:p>
      <w:r>
        <w:rPr>
          <w:b/>
        </w:rPr>
        <w:t xml:space="preserve">[1:06:09] </w:t>
      </w:r>
      <w:r>
        <w:t>taraf se bol raha hoon</w:t>
      </w:r>
    </w:p>
    <w:p>
      <w:pPr>
        <w:jc w:val="right"/>
      </w:pPr>
      <w:r>
        <w:t>طرف سے بول رہا ہوں</w:t>
      </w:r>
    </w:p>
    <w:p>
      <w:r>
        <w:rPr>
          <w:b/>
        </w:rPr>
        <w:t xml:space="preserve">[1:06:13] </w:t>
      </w:r>
      <w:r>
        <w:t>mein ke sab se bari cheez hai intellectual development.</w:t>
      </w:r>
    </w:p>
    <w:p>
      <w:pPr>
        <w:jc w:val="right"/>
      </w:pPr>
      <w:r>
        <w:t>میں کہ سب سے بڑی چیز ہے انٹلیکچول ڈیویلپمنٹ۔</w:t>
      </w:r>
    </w:p>
    <w:p>
      <w:r>
        <w:rPr>
          <w:b/>
        </w:rPr>
        <w:t xml:space="preserve">[1:06:18] </w:t>
      </w:r>
      <w:r>
        <w:t>har doosri cheez ko sacrifice kar ke, har doosri cheez ko is ke liye qurban kar ke, mujhe</w:t>
      </w:r>
    </w:p>
    <w:p>
      <w:pPr>
        <w:jc w:val="right"/>
      </w:pPr>
      <w:r>
        <w:t>ہر دوسری چیز کو سیکریفائس کر کے، ہر دوسری چیز کو اس کے لیے قربان کر کے، مجھے</w:t>
      </w:r>
    </w:p>
    <w:p>
      <w:r>
        <w:rPr>
          <w:b/>
        </w:rPr>
        <w:t xml:space="preserve">[1:06:22] </w:t>
      </w:r>
      <w:r>
        <w:t>yeh cheez pana hai.</w:t>
      </w:r>
    </w:p>
    <w:p>
      <w:pPr>
        <w:jc w:val="right"/>
      </w:pPr>
      <w:r>
        <w:t>یہ چیز پانا ہے۔</w:t>
      </w:r>
    </w:p>
    <w:p>
      <w:r>
        <w:rPr>
          <w:b/>
        </w:rPr>
        <w:t xml:space="preserve">[1:06:27] </w:t>
      </w:r>
      <w:r>
        <w:t>aur yeh development hota rahe, hota rahe, hota rahe.</w:t>
      </w:r>
    </w:p>
    <w:p>
      <w:pPr>
        <w:jc w:val="right"/>
      </w:pPr>
      <w:r>
        <w:t>اور یہ ڈیویلپمنٹ ہوتا رہے، ہوتا رہے، ہوتا رہے۔</w:t>
      </w:r>
    </w:p>
    <w:p>
      <w:r>
        <w:rPr>
          <w:b/>
        </w:rPr>
        <w:t xml:space="preserve">[1:06:31] </w:t>
      </w:r>
      <w:r>
        <w:t>ek continuous process hai.</w:t>
      </w:r>
    </w:p>
    <w:p>
      <w:pPr>
        <w:jc w:val="right"/>
      </w:pPr>
      <w:r>
        <w:t>ایک کنٹینیوس پروسیس ہے۔</w:t>
      </w:r>
    </w:p>
    <w:p>
      <w:r>
        <w:rPr>
          <w:b/>
        </w:rPr>
        <w:t xml:space="preserve">[1:06:35] </w:t>
      </w:r>
      <w:r>
        <w:t>yeh intellectual development ek continuous process hai.</w:t>
      </w:r>
    </w:p>
    <w:p>
      <w:pPr>
        <w:jc w:val="right"/>
      </w:pPr>
      <w:r>
        <w:t>یہ انٹلیکچول ڈیویلپمنٹ ایک کنٹینیوس پروسیس ہے۔</w:t>
      </w:r>
    </w:p>
    <w:p>
      <w:r>
        <w:rPr>
          <w:b/>
        </w:rPr>
        <w:t xml:space="preserve">[1:06:40] </w:t>
      </w:r>
      <w:r>
        <w:t>to jab woh har woh formula jo is is mein is ko erode kare, is ka jo erosion ho</w:t>
      </w:r>
    </w:p>
    <w:p>
      <w:pPr>
        <w:jc w:val="right"/>
      </w:pPr>
      <w:r>
        <w:t>تو جب وہ ہر وہ فارمولا جو اس اس میں اس کو ایروڈ کرے، اس کا جو ایروژن ہو</w:t>
      </w:r>
    </w:p>
    <w:p>
      <w:r>
        <w:rPr>
          <w:b/>
        </w:rPr>
        <w:t xml:space="preserve">[1:06:44] </w:t>
      </w:r>
      <w:r>
        <w:t>nikalti hai, to woh mein is ko sahi nahi manunga.</w:t>
      </w:r>
    </w:p>
    <w:p>
      <w:pPr>
        <w:jc w:val="right"/>
      </w:pPr>
      <w:r>
        <w:t>نکلتی ہے، تو وہ میں اس کو صحیح نہیں مانوں گا۔</w:t>
      </w:r>
    </w:p>
    <w:p>
      <w:r>
        <w:rPr>
          <w:b/>
        </w:rPr>
        <w:t xml:space="preserve">[1:06:48] </w:t>
      </w:r>
      <w:r>
        <w:t>jo supreme baat yeh hai ke intellectual development hona chahiye.</w:t>
      </w:r>
    </w:p>
    <w:p>
      <w:pPr>
        <w:jc w:val="right"/>
      </w:pPr>
      <w:r>
        <w:t>جو سپریم بات یہ ہے کہ انٹلیکچول ڈیویلپمنٹ ہونا چاہیے۔</w:t>
      </w:r>
    </w:p>
    <w:p>
      <w:r>
        <w:rPr>
          <w:b/>
        </w:rPr>
        <w:t xml:space="preserve">[1:06:53] </w:t>
      </w:r>
      <w:r>
        <w:t>to koi bhi cheez jo is ko erode karti hai, jo is ke liye erosion, erosion banti hai,</w:t>
      </w:r>
    </w:p>
    <w:p>
      <w:pPr>
        <w:jc w:val="right"/>
      </w:pPr>
      <w:r>
        <w:t>تو کوئی بھی چیز جو اس کو ایروڈ کرتی ہے، جو اس کے لیے ایروژن، ایروژن بنتی ہے،</w:t>
      </w:r>
    </w:p>
    <w:p>
      <w:r>
        <w:rPr>
          <w:b/>
        </w:rPr>
        <w:t xml:space="preserve">[1:06:57] </w:t>
      </w:r>
      <w:r>
        <w:t>mein is ko nahi manunga ke woh theek hai.</w:t>
      </w:r>
    </w:p>
    <w:p>
      <w:pPr>
        <w:jc w:val="right"/>
      </w:pPr>
      <w:r>
        <w:t>میں اس کو نہیں مانوں گا کہ وہ ٹھیک ہے۔</w:t>
      </w:r>
    </w:p>
    <w:p>
      <w:r>
        <w:rPr>
          <w:b/>
        </w:rPr>
        <w:t xml:space="preserve">[1:07:01] </w:t>
      </w:r>
      <w:r>
        <w:t>to respect poore maano mein mujhe dena hai, barabar ka dena hai.</w:t>
      </w:r>
    </w:p>
    <w:p>
      <w:pPr>
        <w:jc w:val="right"/>
      </w:pPr>
      <w:r>
        <w:t>تو ریسپیکٹ پورے معنوں میں مجھے دینا ہے، برابر کا دینا ہے۔</w:t>
      </w:r>
    </w:p>
    <w:p>
      <w:r>
        <w:rPr>
          <w:b/>
        </w:rPr>
        <w:t xml:space="preserve">[1:07:06] </w:t>
      </w:r>
      <w:r>
        <w:t>lekin mein is ko apne intellectual development ko rok nahi sakta.</w:t>
      </w:r>
    </w:p>
    <w:p>
      <w:pPr>
        <w:jc w:val="right"/>
      </w:pPr>
      <w:r>
        <w:t>لیکن میں اس کو اپنے انٹلیکچول ڈیویلپمنٹ کو روک نہیں سکتا۔</w:t>
      </w:r>
    </w:p>
    <w:p>
      <w:r>
        <w:rPr>
          <w:b/>
        </w:rPr>
        <w:t xml:space="preserve">[1:07:10] </w:t>
      </w:r>
      <w:r>
        <w:t>mein is liye mujhe yahi manna hai ke kya cheez kya hai,</w:t>
      </w:r>
    </w:p>
    <w:p>
      <w:pPr>
        <w:jc w:val="right"/>
      </w:pPr>
      <w:r>
        <w:t>میں اس لیے مجھے یہی ماننا ہے کہ کیا چیز کیا ہے،</w:t>
      </w:r>
    </w:p>
    <w:p>
      <w:r>
        <w:rPr>
          <w:b/>
        </w:rPr>
        <w:t xml:space="preserve">[1:07:15] </w:t>
      </w:r>
      <w:r>
        <w:t>is ki yani yani world judgment bhi dena hai, sath sath world judgment bhi dena hai, aur sath</w:t>
      </w:r>
    </w:p>
    <w:p>
      <w:pPr>
        <w:jc w:val="right"/>
      </w:pPr>
      <w:r>
        <w:t>اس کی یعنی یعنی ورلڈ ججمنٹ بھی دینا ہے، ساتھ ساتھ ورلڈ ججمنٹ بھی دینا ہے، اور ساتھ</w:t>
      </w:r>
    </w:p>
    <w:p>
      <w:r>
        <w:rPr>
          <w:b/>
        </w:rPr>
        <w:t xml:space="preserve">[1:07:20] </w:t>
      </w:r>
      <w:r>
        <w:t>sath respect bhi karna hai.</w:t>
      </w:r>
    </w:p>
    <w:p>
      <w:pPr>
        <w:jc w:val="right"/>
      </w:pPr>
      <w:r>
        <w:t>ساتھ ریسپیکٹ بھی کرنا ہے۔</w:t>
      </w:r>
    </w:p>
    <w:p>
      <w:r>
        <w:rPr>
          <w:b/>
        </w:rPr>
        <w:t xml:space="preserve">[1:07:25] </w:t>
      </w:r>
      <w:r>
        <w:t>aur yeh mere mind ke mutabiq, yani insan ke mind ke mutabiq, is ki capacity ke mutabiq hai.</w:t>
      </w:r>
    </w:p>
    <w:p>
      <w:pPr>
        <w:jc w:val="right"/>
      </w:pPr>
      <w:r>
        <w:t>اور یہ میرے مائنڈ کے مطابق، یعنی انسان کے مائنڈ کے مطابق، اس کی کیپیسٹی کے مطابق ہے۔</w:t>
      </w:r>
    </w:p>
    <w:p>
      <w:r>
        <w:rPr>
          <w:b/>
        </w:rPr>
        <w:t xml:space="preserve">[1:07:30] </w:t>
      </w:r>
      <w:r>
        <w:t>بالکل وہی مجھے میں نے کہا تھا ابھی کہ amla is enough to contain all contradiction.</w:t>
      </w:r>
    </w:p>
    <w:p>
      <w:pPr>
        <w:jc w:val="right"/>
      </w:pPr>
      <w:r>
        <w:t>بالکل وہی مجھے میں نے کہا تھا ابھی کہ ایملاج انف ٹو کنٹین ال کا ٹرادکشن۔</w:t>
      </w:r>
    </w:p>
    <w:p>
      <w:r>
        <w:rPr>
          <w:b/>
        </w:rPr>
        <w:t xml:space="preserve">[1:07:35] </w:t>
      </w:r>
      <w:r>
        <w:t>to mein apne mind ko under utilize kyun karoon? apne mind ko mein under utilize kyun karoon? mein</w:t>
      </w:r>
    </w:p>
    <w:p>
      <w:pPr>
        <w:jc w:val="right"/>
      </w:pPr>
      <w:r>
        <w:t>تو میں اپنے مائنڈ کو انڈر یوٹیلائز کیوں کروں؟ اپنے مائنڈ کو میں انڈر یوٹیلائز کیوں کروں؟ میں</w:t>
      </w:r>
    </w:p>
    <w:p>
      <w:r>
        <w:rPr>
          <w:b/>
        </w:rPr>
        <w:t xml:space="preserve">[1:07:40] </w:t>
      </w:r>
      <w:r>
        <w:t>bharpoor karunga utilize jab is ke andar yeh capacity hai ke woh</w:t>
      </w:r>
    </w:p>
    <w:p>
      <w:pPr>
        <w:jc w:val="right"/>
      </w:pPr>
      <w:r>
        <w:t>بھرپور کروں گا یوٹیلائز جب اس کے اندر یہ کیپیسٹی ہے کہ وہ</w:t>
      </w:r>
    </w:p>
    <w:p>
      <w:r>
        <w:rPr>
          <w:b/>
        </w:rPr>
        <w:t xml:space="preserve">[1:07:45] </w:t>
      </w:r>
      <w:r>
        <w:t>contradictions ko samo sakta hai apne andar. Yeh hai meri mera formula. This question is from Mr. Nafees Shiraz from Delhi. Sharab haram hai, zina haram hai, sood haram hai. Maan lijiye koi musalman sood bhi kha raha hai, sharab bhi pi raha hai, aur zina zina</w:t>
      </w:r>
    </w:p>
    <w:p>
      <w:pPr>
        <w:jc w:val="right"/>
      </w:pPr>
      <w:r>
        <w:t>کنٹراڈکشنز کو سمو سکتا ہے اپنے اندر۔ یہ ہے میری میرا فارمولا۔ دس کوئسچن از فرام مسٹر نفیس شیراز فرام دہلی۔ شراب حرام ہے، زینہ حرام ہے، سود حرام ہے۔ مان لیجئے کوئی مسلمان سود بھی کھا رہا ہے، شراب بھی پی رہا ہے، اور زینہ زینہ</w:t>
      </w:r>
    </w:p>
    <w:p>
      <w:r>
        <w:rPr>
          <w:b/>
        </w:rPr>
        <w:t xml:space="preserve">[1:08:15] </w:t>
      </w:r>
      <w:r>
        <w:t>bhi kar raha hai, to kya phir bhi use musalman kaha jayega? kyunke musalman ka literal meaning farmanbardar hai.</w:t>
      </w:r>
    </w:p>
    <w:p>
      <w:pPr>
        <w:jc w:val="right"/>
      </w:pPr>
      <w:r>
        <w:t>بھی کر رہا ہے، تو کیا پھر بھی اسے مسلمان کہا جائے گا؟ کیونکہ مسلمان کا لٹرل میننگ فرمانبردار ہے۔</w:t>
      </w:r>
    </w:p>
    <w:p>
      <w:r>
        <w:rPr>
          <w:b/>
        </w:rPr>
        <w:t xml:space="preserve">[1:08:23] </w:t>
      </w:r>
      <w:r>
        <w:t>dekhein, musalman kaun hai kaun nahi, yeh aap ka yeh khuda ka kaam hai.</w:t>
      </w:r>
    </w:p>
    <w:p>
      <w:pPr>
        <w:jc w:val="right"/>
      </w:pPr>
      <w:r>
        <w:t>دیکھیں، مسلمان کون ہے کون نہیں، یہ آپ کا یہ خدا کا کام ہے۔</w:t>
      </w:r>
    </w:p>
    <w:p>
      <w:r>
        <w:rPr>
          <w:b/>
        </w:rPr>
        <w:t xml:space="preserve">[1:08:30] </w:t>
      </w:r>
      <w:r>
        <w:t>yeh jo logon ne fatwa dete rehte hain, woh bara is ka karobar hai fatwa dene ka.</w:t>
      </w:r>
    </w:p>
    <w:p>
      <w:pPr>
        <w:jc w:val="right"/>
      </w:pPr>
      <w:r>
        <w:t>یہ جو لوگوں نے فتوی دیتے رہتے ہیں، وہ بڑا اس کا کاروبار ہے فتوی دینے کا۔</w:t>
      </w:r>
    </w:p>
    <w:p>
      <w:r>
        <w:rPr>
          <w:b/>
        </w:rPr>
        <w:t xml:space="preserve">[1:08:38] </w:t>
      </w:r>
      <w:r>
        <w:t>mein is ko bilkul</w:t>
      </w:r>
    </w:p>
    <w:p>
      <w:pPr>
        <w:jc w:val="right"/>
      </w:pPr>
      <w:r>
        <w:t>میں اس کو بالکل</w:t>
      </w:r>
    </w:p>
    <w:p>
      <w:r>
        <w:rPr>
          <w:b/>
        </w:rPr>
        <w:t xml:space="preserve">[1:08:45] </w:t>
      </w:r>
      <w:r>
        <w:t>islam ke khilaf samajhta hoon.</w:t>
      </w:r>
    </w:p>
    <w:p>
      <w:pPr>
        <w:jc w:val="right"/>
      </w:pPr>
      <w:r>
        <w:t>اسلام کے خلاف سمجھتا ہوں۔</w:t>
      </w:r>
    </w:p>
    <w:p>
      <w:r>
        <w:rPr>
          <w:b/>
        </w:rPr>
        <w:t xml:space="preserve">[1:08:49] </w:t>
      </w:r>
      <w:r>
        <w:t>aap ko right nahi hai kisi ko elaan karne ke ke yeh muslim hai, yeh kafir hai.</w:t>
      </w:r>
    </w:p>
    <w:p>
      <w:pPr>
        <w:jc w:val="right"/>
      </w:pPr>
      <w:r>
        <w:t>آپ کو رائٹ نہیں ہے کسی کو اعلان کرنے کے کہ یہ مسلم ہے، یہ کافر ہے۔</w:t>
      </w:r>
    </w:p>
    <w:p>
      <w:r>
        <w:rPr>
          <w:b/>
        </w:rPr>
        <w:t xml:space="preserve">[1:08:52] </w:t>
      </w:r>
      <w:r>
        <w:t>aap ko right hi nahi hai is baat ka.</w:t>
      </w:r>
    </w:p>
    <w:p>
      <w:pPr>
        <w:jc w:val="right"/>
      </w:pPr>
      <w:r>
        <w:t>آپ کو رائٹ ہی نہیں ہے اس بات کا۔</w:t>
      </w:r>
    </w:p>
    <w:p>
      <w:r>
        <w:rPr>
          <w:b/>
        </w:rPr>
        <w:t xml:space="preserve">[1:08:55] </w:t>
      </w:r>
      <w:r>
        <w:t>aap sab ko insan samajhna hai.</w:t>
      </w:r>
    </w:p>
    <w:p>
      <w:pPr>
        <w:jc w:val="right"/>
      </w:pPr>
      <w:r>
        <w:t>آپ سب کو انسان سمجھنا ہے۔</w:t>
      </w:r>
    </w:p>
    <w:p>
      <w:r>
        <w:rPr>
          <w:b/>
        </w:rPr>
        <w:t xml:space="preserve">[1:08:59] </w:t>
      </w:r>
      <w:r>
        <w:t>aap ko aap ko jo karna hai, woh naseehat samajhana, daleel se samajhana, reason se samajhana.</w:t>
      </w:r>
    </w:p>
    <w:p>
      <w:pPr>
        <w:jc w:val="right"/>
      </w:pPr>
      <w:r>
        <w:t>آپ کو آپ کو جو کرنا ہے، وہ نصیحت سمجھانا، دلیل سے سمجھانا، ریزن سے سمجھانا۔</w:t>
      </w:r>
    </w:p>
    <w:p>
      <w:r>
        <w:rPr>
          <w:b/>
        </w:rPr>
        <w:t xml:space="preserve">[1:09:02] </w:t>
      </w:r>
      <w:r>
        <w:t>bas aur is ke baad kuch nahi.</w:t>
      </w:r>
    </w:p>
    <w:p>
      <w:pPr>
        <w:jc w:val="right"/>
      </w:pPr>
      <w:r>
        <w:t>بس اور اس کے بعد کچھ نہیں۔</w:t>
      </w:r>
    </w:p>
    <w:p>
      <w:r>
        <w:rPr>
          <w:b/>
        </w:rPr>
        <w:t xml:space="preserve">[1:09:05] </w:t>
      </w:r>
      <w:r>
        <w:t>agar wahan kaam nahi chalta to dua kijiye.</w:t>
      </w:r>
    </w:p>
    <w:p>
      <w:pPr>
        <w:jc w:val="right"/>
      </w:pPr>
      <w:r>
        <w:t>اگر وہاں کام نہیں چلتا تو دعا کیجئے۔</w:t>
      </w:r>
    </w:p>
    <w:p>
      <w:r>
        <w:rPr>
          <w:b/>
        </w:rPr>
        <w:t xml:space="preserve">[1:09:09] </w:t>
      </w:r>
      <w:r>
        <w:t>yaad rakhiye, yeh islam ke bilkul hi khilaf hai.</w:t>
      </w:r>
    </w:p>
    <w:p>
      <w:pPr>
        <w:jc w:val="right"/>
      </w:pPr>
      <w:r>
        <w:t>یاد رکھیے، یہ اسلام کے بالکل ہی خلاف ہے۔</w:t>
      </w:r>
    </w:p>
    <w:p>
      <w:r>
        <w:rPr>
          <w:b/>
        </w:rPr>
        <w:t xml:space="preserve">[1:09:12] </w:t>
      </w:r>
      <w:r>
        <w:t>fatwa lagana, kafir banane ki zaroorat</w:t>
      </w:r>
    </w:p>
    <w:p>
      <w:pPr>
        <w:jc w:val="right"/>
      </w:pPr>
      <w:r>
        <w:t>فتوی لگانا، کافر بنانے کی ضرورت</w:t>
      </w:r>
    </w:p>
    <w:p>
      <w:r>
        <w:rPr>
          <w:b/>
        </w:rPr>
        <w:t xml:space="preserve">[1:09:15] </w:t>
      </w:r>
      <w:r>
        <w:t>hai ke islam se koi talluq nahi hai.</w:t>
      </w:r>
    </w:p>
    <w:p>
      <w:pPr>
        <w:jc w:val="right"/>
      </w:pPr>
      <w:r>
        <w:t>ہے کہ اسلام سے کوئی تعلق نہیں ہے۔</w:t>
      </w:r>
    </w:p>
    <w:p>
      <w:r>
        <w:rPr>
          <w:b/>
        </w:rPr>
        <w:t xml:space="preserve">[1:09:21] </w:t>
      </w:r>
      <w:r>
        <w:t>agar kisi mein dekhte hain ke ghalati par hai, woh us se miliye.</w:t>
      </w:r>
    </w:p>
    <w:p>
      <w:pPr>
        <w:jc w:val="right"/>
      </w:pPr>
      <w:r>
        <w:t>اگر کسی میں دیکھتے ہیں کہ غلطی پر ہے، وہ اس سے ملیے۔</w:t>
      </w:r>
    </w:p>
    <w:p>
      <w:r>
        <w:rPr>
          <w:b/>
        </w:rPr>
        <w:t xml:space="preserve">[1:09:26] </w:t>
      </w:r>
      <w:r>
        <w:t>jalsay mein taqreer karna bhi ghalat hai.</w:t>
      </w:r>
    </w:p>
    <w:p>
      <w:pPr>
        <w:jc w:val="right"/>
      </w:pPr>
      <w:r>
        <w:t>جلسے میں تقریر کرنا بھی غلط ہے۔</w:t>
      </w:r>
    </w:p>
    <w:p>
      <w:r>
        <w:rPr>
          <w:b/>
        </w:rPr>
        <w:t xml:space="preserve">[1:09:31] </w:t>
      </w:r>
      <w:r>
        <w:t>koi aur bharkaye ga, woh aadmi zid paida ho jaye gi.</w:t>
      </w:r>
    </w:p>
    <w:p>
      <w:pPr>
        <w:jc w:val="right"/>
      </w:pPr>
      <w:r>
        <w:t>کوئی اور بھڑکائے گا، وہ آدمی ضد پیدا ہو جائے گی۔</w:t>
      </w:r>
    </w:p>
    <w:p>
      <w:r>
        <w:rPr>
          <w:b/>
        </w:rPr>
        <w:t xml:space="preserve">[1:09:36] </w:t>
      </w:r>
      <w:r>
        <w:t>is se miliye, is se samjhaiye, aur ek din nahi, pachas din miliye, samjhaiye is ko, daleel dijiye.</w:t>
      </w:r>
    </w:p>
    <w:p>
      <w:pPr>
        <w:jc w:val="right"/>
      </w:pPr>
      <w:r>
        <w:t>اس سے ملیے، اس سے سمجھائیے، اور ایک دن نہیں، پچاس دن ملیے، سمجھائیے اس کو، دلیل دیجئے۔</w:t>
      </w:r>
    </w:p>
    <w:p>
      <w:r>
        <w:rPr>
          <w:b/>
        </w:rPr>
        <w:t xml:space="preserve">[1:09:41] </w:t>
      </w:r>
      <w:r>
        <w:t>farz kiye ek phir bhi nahi manta to aakhir apne do rakat namaz parh ke dua kijiye.</w:t>
      </w:r>
    </w:p>
    <w:p>
      <w:pPr>
        <w:jc w:val="right"/>
      </w:pPr>
      <w:r>
        <w:t>فرض کیے ایک پھر بھی نہیں مانتا تو آخر اپنے دو رکعت نماز پڑھ کے دعا کیجئے۔</w:t>
      </w:r>
    </w:p>
    <w:p>
      <w:r>
        <w:rPr>
          <w:b/>
        </w:rPr>
        <w:t xml:space="preserve">[1:09:46] </w:t>
      </w:r>
      <w:r>
        <w:t>baqi is ko aelan karna ke kafir hai ya musalman hai, yeh aap ka right nahi hai.</w:t>
      </w:r>
    </w:p>
    <w:p>
      <w:pPr>
        <w:jc w:val="right"/>
      </w:pPr>
      <w:r>
        <w:t>باقی اس کو اعلان کرنا کہ کافر ہے یا مسلمان ہے، یہ آپ کا رائٹ نہیں ہے۔</w:t>
      </w:r>
    </w:p>
    <w:p>
      <w:r>
        <w:rPr>
          <w:b/>
        </w:rPr>
        <w:t xml:space="preserve">[1:09:53] </w:t>
      </w:r>
      <w:r>
        <w:t>yeh khuda ke takht par baithne ka hum maana hai.</w:t>
      </w:r>
    </w:p>
    <w:p>
      <w:pPr>
        <w:jc w:val="right"/>
      </w:pPr>
      <w:r>
        <w:t>یہ خدا کے تخت پر بیٹھنے کا ہم مانا ہے۔</w:t>
      </w:r>
    </w:p>
    <w:p>
      <w:r>
        <w:rPr>
          <w:b/>
        </w:rPr>
        <w:t xml:space="preserve">[1:09:59] </w:t>
      </w:r>
      <w:r>
        <w:t>یہ you have no right to dethrone God, نعوذ باللہ, اور اس کی سیٹ پر آپ بیٹھ جائیں۔</w:t>
      </w:r>
    </w:p>
    <w:p>
      <w:pPr>
        <w:jc w:val="right"/>
      </w:pPr>
      <w:r>
        <w:t>یہ یو ہیو نو رائٹ ٹو ڈی تھرون گاڈ، نعوذ باللہ، اور اس کی سیٹ پر آپ بیٹھ جائیں۔</w:t>
      </w:r>
    </w:p>
    <w:p>
      <w:r>
        <w:rPr>
          <w:b/>
        </w:rPr>
        <w:t xml:space="preserve">[1:10:05] </w:t>
      </w:r>
      <w:r>
        <w:t>This question is from Dr. Safeena from New Delhi.</w:t>
      </w:r>
    </w:p>
    <w:p>
      <w:pPr>
        <w:jc w:val="right"/>
      </w:pPr>
      <w:r>
        <w:t>دس کوئسچن از فرام ڈاکٹر صفینہ فرام نیو دہلی۔</w:t>
      </w:r>
    </w:p>
    <w:p>
      <w:r>
        <w:rPr>
          <w:b/>
        </w:rPr>
        <w:t xml:space="preserve">[1:10:11] </w:t>
      </w:r>
      <w:r>
        <w:t>kya daleel de kar kisi ko baat samjhana bhi debate ka hi form hai</w:t>
      </w:r>
    </w:p>
    <w:p>
      <w:pPr>
        <w:jc w:val="right"/>
      </w:pPr>
      <w:r>
        <w:t>کیا دلیل دے کر کسی کو بات سمجھانا بھی ڈیبیٹ کا ہی فارم ہے</w:t>
      </w:r>
    </w:p>
    <w:p>
      <w:r>
        <w:rPr>
          <w:b/>
        </w:rPr>
        <w:t xml:space="preserve">[1:10:17] </w:t>
      </w:r>
      <w:r>
        <w:t>Is it right or wrong? Because at times one jumps into arguments in such situations.</w:t>
      </w:r>
    </w:p>
    <w:p>
      <w:pPr>
        <w:jc w:val="right"/>
      </w:pPr>
      <w:r>
        <w:t>؟ از اٹ رائٹ اور رونگ؟ بیکاز ایٹ ٹائمز ون جمپس انٹو ارگیومنٹس ان سچ سچویشنز۔</w:t>
      </w:r>
    </w:p>
    <w:p>
      <w:r>
        <w:rPr>
          <w:b/>
        </w:rPr>
        <w:t xml:space="preserve">[1:10:23] </w:t>
      </w:r>
      <w:r>
        <w:t>نہیں، دیکھیں، you have to differentiate between the two.</w:t>
      </w:r>
    </w:p>
    <w:p>
      <w:pPr>
        <w:jc w:val="right"/>
      </w:pPr>
      <w:r>
        <w:t>نہیں، دیکھیں، یو ہیو ٹو ڈیفرینشیٹ بٹوین دا ٹو۔</w:t>
      </w:r>
    </w:p>
    <w:p>
      <w:r>
        <w:rPr>
          <w:b/>
        </w:rPr>
        <w:t xml:space="preserve">[1:10:29] </w:t>
      </w:r>
      <w:r>
        <w:t>ek yeh hai ke aap ke dil mein insaan ki mohabbat hai aur us ko samjha rahe hain.</w:t>
      </w:r>
    </w:p>
    <w:p>
      <w:pPr>
        <w:jc w:val="right"/>
      </w:pPr>
      <w:r>
        <w:t>ایک یہ ہے کہ آپ کے دل میں انسان کی محبت ہے اور اس کو سمجھا رہے ہیں۔</w:t>
      </w:r>
    </w:p>
    <w:p>
      <w:r>
        <w:rPr>
          <w:b/>
        </w:rPr>
        <w:t xml:space="preserve">[1:10:35] </w:t>
      </w:r>
      <w:r>
        <w:t>aap jo bhi aap ke paas daleel hai, us ko de rahe hain.</w:t>
      </w:r>
    </w:p>
    <w:p>
      <w:pPr>
        <w:jc w:val="right"/>
      </w:pPr>
      <w:r>
        <w:t>آپ جو بھی آپ کے پاس دلیل ہے، اس کو دے رہے ہیں۔</w:t>
      </w:r>
    </w:p>
    <w:p>
      <w:r>
        <w:rPr>
          <w:b/>
        </w:rPr>
        <w:t xml:space="preserve">[1:10:41] </w:t>
      </w:r>
      <w:r>
        <w:t>to woh daat is dawah ke mohabbat se, khair khwahi se daleel de kar samjha</w:t>
      </w:r>
    </w:p>
    <w:p>
      <w:pPr>
        <w:jc w:val="right"/>
      </w:pPr>
      <w:r>
        <w:t>تو وہ دیٹ از دعویٰ کہ محبت سے، خیر خواہی سے دلیل دے کر سمجھا</w:t>
      </w:r>
    </w:p>
    <w:p>
      <w:r>
        <w:rPr>
          <w:b/>
        </w:rPr>
        <w:t xml:space="preserve">[1:10:48] </w:t>
      </w:r>
      <w:r>
        <w:t>rahe hain kisi ko. woh hai dawah. aur ek yeh hai ke aap samjhein ke woh woh ek period hai. main experience hoon. apne pride ko establish karna. is zamane mein saare musalman jo hain, pride mein jeete hain. zia ul haq sahib jo president the, unhone taqreer mein kaha tha ke muslims have rediscovered that pride in islam. maine kaha ji, to abhi bhi andhere mein bhatak rahe hain. discovery hui nahi hai un ko. agar aap ne pride discover kiya to abhi bhi andhere</w:t>
      </w:r>
    </w:p>
    <w:p>
      <w:pPr>
        <w:jc w:val="right"/>
      </w:pPr>
      <w:r>
        <w:t>رہے ہیں کسی کو۔ وہ ہے دعویٰ۔ اور ایک یہ ہے کہ آپ سمجھیں کہ وہ وہ ایک پیریڈ ہے۔ میں ایکسپیرینس ہوں۔ اپنے پرائیڈ کو اسٹیبلش کرنا۔ اس زمانے میں سارے مسلمان جو ہیں، پرائیڈ میں جیتے ہیں۔ ضیاء الحق صاحب جو پریزیڈنٹ تھے، انہوں نے تقریر میں کہا تھا کہ مسلمز ہیو ری ڈسکورڈ دیٹ پرائیڈ ان اسلام۔ میں نے کہا جی، تو ابھی بھی اندھیرے میں بھٹک رہے ہیں۔ ڈسکوری ہوئی نہیں ہے ان کو۔ اگر آپ نے پرائیڈ ڈسکور کیا تو ابھی بھی اندھیرے</w:t>
      </w:r>
    </w:p>
    <w:p>
      <w:r>
        <w:rPr>
          <w:b/>
        </w:rPr>
        <w:t xml:space="preserve">[1:11:18] </w:t>
      </w:r>
      <w:r>
        <w:t>mein hain.</w:t>
      </w:r>
    </w:p>
    <w:p>
      <w:pPr>
        <w:jc w:val="right"/>
      </w:pPr>
      <w:r>
        <w:t>میں ہیں۔</w:t>
      </w:r>
    </w:p>
    <w:p>
      <w:r>
        <w:rPr>
          <w:b/>
        </w:rPr>
        <w:t xml:space="preserve">[1:11:24] </w:t>
      </w:r>
      <w:r>
        <w:t>aap yeh baqayeda ek bohat dhoom chhipata hai musalmanon ke parchon mein, bare fakhr ke sath.</w:t>
      </w:r>
    </w:p>
    <w:p>
      <w:pPr>
        <w:jc w:val="right"/>
      </w:pPr>
      <w:r>
        <w:t>آپ یہ باقاعدہ ایک بہت دھوم چھپاتا ہے مسلمانوں کے پرچوں میں، بڑے فخر کے ساتھ۔</w:t>
      </w:r>
    </w:p>
    <w:p>
      <w:r>
        <w:rPr>
          <w:b/>
        </w:rPr>
        <w:t xml:space="preserve">[1:11:30] </w:t>
      </w:r>
      <w:r>
        <w:t>Muslims have rediscovered that pride in Islam.</w:t>
      </w:r>
    </w:p>
    <w:p>
      <w:pPr>
        <w:jc w:val="right"/>
      </w:pPr>
      <w:r>
        <w:t>مسلمز ہیو ری ڈسکورڈ دیٹ پرائیڈ ان اسلام۔</w:t>
      </w:r>
    </w:p>
    <w:p>
      <w:r>
        <w:rPr>
          <w:b/>
        </w:rPr>
        <w:t xml:space="preserve">[1:11:36] </w:t>
      </w:r>
      <w:r>
        <w:t>تو اپنی پرائیڈ کو اسٹیبلش کرنے کے لیے جو بات کی جائے، وہ ہے debate.</w:t>
      </w:r>
    </w:p>
    <w:p>
      <w:pPr>
        <w:jc w:val="right"/>
      </w:pPr>
      <w:r>
        <w:t>تو اپنی پرائیڈ کو اسٹیبلش کرنے کے لیے جو بات کی جائے، وہ ہے ڈیبیٹ۔</w:t>
      </w:r>
    </w:p>
    <w:p>
      <w:r>
        <w:rPr>
          <w:b/>
        </w:rPr>
        <w:t xml:space="preserve">[1:11:42] </w:t>
      </w:r>
      <w:r>
        <w:t>aur doosron ki khair khwahi ke liye, doosron ki mohabbat mein jo daleel di jaye, woh hai dawah ya tablegh.</w:t>
      </w:r>
    </w:p>
    <w:p>
      <w:pPr>
        <w:jc w:val="right"/>
      </w:pPr>
      <w:r>
        <w:t>اور دوسروں کی خیر خواہی کے لیے، دوسروں کی محبت میں جو دلیل دی جائے، وہ ہے دعویٰ یا تبلیغ۔</w:t>
      </w:r>
    </w:p>
    <w:p>
      <w:r>
        <w:rPr>
          <w:b/>
        </w:rPr>
        <w:t xml:space="preserve">[1:11:49] </w:t>
      </w:r>
      <w:r>
        <w:t>There is another comment from Mr. Rizwan Khan from Delhi.</w:t>
      </w:r>
    </w:p>
    <w:p>
      <w:pPr>
        <w:jc w:val="right"/>
      </w:pPr>
      <w:r>
        <w:t>دیر از انادر کمنٹ فرام مسٹر رضوان خان فرام دہلی۔</w:t>
      </w:r>
    </w:p>
    <w:p>
      <w:r>
        <w:rPr>
          <w:b/>
        </w:rPr>
        <w:t xml:space="preserve">[1:11:54] </w:t>
      </w:r>
      <w:r>
        <w:t>He has written: "This is my first experience and I felt really good."</w:t>
      </w:r>
    </w:p>
    <w:p>
      <w:pPr>
        <w:jc w:val="right"/>
      </w:pPr>
      <w:r>
        <w:t>ہی از رٹن: "دس از مائی فرسٹ ایکسپیرینس اینڈ ائی فیلٹ ریلی گڈ۔</w:t>
      </w:r>
    </w:p>
    <w:p>
      <w:r>
        <w:rPr>
          <w:b/>
        </w:rPr>
        <w:t xml:space="preserve">[1:11:59] </w:t>
      </w:r>
      <w:r>
        <w:t>I came to know about Islamic intellectual development.</w:t>
      </w:r>
    </w:p>
    <w:p>
      <w:pPr>
        <w:jc w:val="right"/>
      </w:pPr>
      <w:r>
        <w:t>ائی کیم ٹو نو اباؤٹ اسلامک انٹلیکچول ڈیویلپمنٹ۔</w:t>
      </w:r>
    </w:p>
    <w:p>
      <w:r>
        <w:rPr>
          <w:b/>
        </w:rPr>
        <w:t xml:space="preserve">[1:12:04] </w:t>
      </w:r>
      <w:r>
        <w:t>i look forward to more of future talks. inshallah.</w:t>
      </w:r>
    </w:p>
    <w:p>
      <w:pPr>
        <w:jc w:val="right"/>
      </w:pPr>
      <w:r>
        <w:t>ائی لوک فارورڈ ٹو مور اف فیوچر ٹاکس۔" انشاءاللہ۔</w:t>
      </w:r>
    </w:p>
    <w:p>
      <w:r>
        <w:rPr>
          <w:b/>
        </w:rPr>
        <w:t xml:space="preserve">[1:12:09] </w:t>
      </w:r>
      <w:r>
        <w:t>This question is from Mr. Owais Siddiqui from New Delhi.</w:t>
      </w:r>
    </w:p>
    <w:p>
      <w:pPr>
        <w:jc w:val="right"/>
      </w:pPr>
      <w:r>
        <w:t>دس کوئسچن از فرام مسٹر اویس صدیقی فرام نیو دہلی۔</w:t>
      </w:r>
    </w:p>
    <w:p>
      <w:r>
        <w:rPr>
          <w:b/>
        </w:rPr>
        <w:t xml:space="preserve">[1:12:14] </w:t>
      </w:r>
      <w:r>
        <w:t>Maulana Sahab, some people say that believing in God</w:t>
      </w:r>
    </w:p>
    <w:p>
      <w:pPr>
        <w:jc w:val="right"/>
      </w:pPr>
      <w:r>
        <w:t>مولانا صاحب، سم پیپلز سے دیٹ بیلیونگ ان گاڈ</w:t>
      </w:r>
    </w:p>
    <w:p>
      <w:r>
        <w:rPr>
          <w:b/>
        </w:rPr>
        <w:t xml:space="preserve">[1:12:19] </w:t>
      </w:r>
      <w:r>
        <w:t>suppresses the spirit of inquiry, as everything that happens around is taken as a doing of God.</w:t>
      </w:r>
    </w:p>
    <w:p>
      <w:pPr>
        <w:jc w:val="right"/>
      </w:pPr>
      <w:r>
        <w:t>سپریسز دا سپرٹ اف انکوائری، ایز ایوری تھنگ دیٹ ہیپنز اراؤنڈ از ٹیکن ایز ا ڈوئنگ اف گاڈ۔</w:t>
      </w:r>
    </w:p>
    <w:p>
      <w:r>
        <w:rPr>
          <w:b/>
        </w:rPr>
        <w:t xml:space="preserve">[1:12:24] </w:t>
      </w:r>
      <w:r>
        <w:t>So there is no scope for further investigation.</w:t>
      </w:r>
    </w:p>
    <w:p>
      <w:pPr>
        <w:jc w:val="right"/>
      </w:pPr>
      <w:r>
        <w:t>سو دیر از نو سکوپ فار فردر انویسٹیگیشن۔</w:t>
      </w:r>
    </w:p>
    <w:p>
      <w:r>
        <w:rPr>
          <w:b/>
        </w:rPr>
        <w:t xml:space="preserve">[1:12:29] </w:t>
      </w:r>
      <w:r>
        <w:t>What is your comment on this? یہ تو بالکل اسٹیپڈ اسٹیپیڈٹی ہے۔</w:t>
      </w:r>
    </w:p>
    <w:p>
      <w:pPr>
        <w:jc w:val="right"/>
      </w:pPr>
      <w:r>
        <w:t>واٹ از یور کمنٹ ان دس؟ یہ تو بالکل اسٹیپڈ اسٹیپیڈٹی ہے۔</w:t>
      </w:r>
    </w:p>
    <w:p>
      <w:r>
        <w:rPr>
          <w:b/>
        </w:rPr>
        <w:t xml:space="preserve">[1:12:34] </w:t>
      </w:r>
      <w:r>
        <w:t>یہ ایسا کہنے والا stupid آدمی ہو سکتا ہے کیونکہ God کو کیا سمجھتے ہیں؟ آپ God کا</w:t>
      </w:r>
    </w:p>
    <w:p>
      <w:pPr>
        <w:jc w:val="right"/>
      </w:pPr>
      <w:r>
        <w:t>یہ ایسا کہنے والا اسٹیپڈ آدمی ہو سکتا ہے کیونکہ گاڈ کو کیا سمجھتے ہیں؟ آپ گاڈ کا</w:t>
      </w:r>
    </w:p>
    <w:p>
      <w:r>
        <w:rPr>
          <w:b/>
        </w:rPr>
        <w:t xml:space="preserve">[1:12:39] </w:t>
      </w:r>
      <w:r>
        <w:t>matlab hai ke bas jaise glass ek hai, jaise god koi ek bithha hua hai.</w:t>
      </w:r>
    </w:p>
    <w:p>
      <w:pPr>
        <w:jc w:val="right"/>
      </w:pPr>
      <w:r>
        <w:t>مطلب ہے کہ بس جیسے گلاس ایک ہے، جیسے گاڈ کوئی ایک بٹھا ہوا ہے۔</w:t>
      </w:r>
    </w:p>
    <w:p>
      <w:r>
        <w:rPr>
          <w:b/>
        </w:rPr>
        <w:t xml:space="preserve">[1:12:45] </w:t>
      </w:r>
      <w:r>
        <w:t>bas god ke maani hain</w:t>
      </w:r>
    </w:p>
    <w:p>
      <w:pPr>
        <w:jc w:val="right"/>
      </w:pPr>
      <w:r>
        <w:t>بس گاڈ کے معنی ہیں</w:t>
      </w:r>
    </w:p>
    <w:p>
      <w:r>
        <w:rPr>
          <w:b/>
        </w:rPr>
        <w:t xml:space="preserve">[1:12:50] </w:t>
      </w:r>
      <w:r>
        <w:t>universe of fact mein dakhil hona jo unlimited hai.</w:t>
      </w:r>
    </w:p>
    <w:p>
      <w:pPr>
        <w:jc w:val="right"/>
      </w:pPr>
      <w:r>
        <w:t>یونیورس اف فیکٹ میں داخل ہونا جو ان لمیٹڈ ہے۔</w:t>
      </w:r>
    </w:p>
    <w:p>
      <w:r>
        <w:rPr>
          <w:b/>
        </w:rPr>
        <w:t xml:space="preserve">[1:12:56] </w:t>
      </w:r>
      <w:r>
        <w:t>unlimited kalam to hai ke ke agar sare samandar ink ban jayein, ink aur sare darakht qalam</w:t>
      </w:r>
    </w:p>
    <w:p>
      <w:pPr>
        <w:jc w:val="right"/>
      </w:pPr>
      <w:r>
        <w:t>ان لمیٹڈ کالم تو ہے کہ کہ اگر سارے سمندر انک بن جائیں، انک اور سارے درخت قلم</w:t>
      </w:r>
    </w:p>
    <w:p>
      <w:r>
        <w:rPr>
          <w:b/>
        </w:rPr>
        <w:t xml:space="preserve">[1:13:02] </w:t>
      </w:r>
      <w:r>
        <w:t>ban jayein, pen aur khuda ke likha jaye, khuda ke kalmat ko to samandar sookh jaye ga, qalam</w:t>
      </w:r>
    </w:p>
    <w:p>
      <w:pPr>
        <w:jc w:val="right"/>
      </w:pPr>
      <w:r>
        <w:t>بن جائیں، پین اور خدا کے لکھا جائے، خدا کے کلمات کو تو سمندر سوکھ جائے گا، قلم</w:t>
      </w:r>
    </w:p>
    <w:p>
      <w:r>
        <w:rPr>
          <w:b/>
        </w:rPr>
        <w:t xml:space="preserve">[1:13:08] </w:t>
      </w:r>
      <w:r>
        <w:t>khatam ho jayein ge aur kalmat khatam nahi hon ge.</w:t>
      </w:r>
    </w:p>
    <w:p>
      <w:pPr>
        <w:jc w:val="right"/>
      </w:pPr>
      <w:r>
        <w:t>ختم ہو جائیں گے اور کلمات ختم نہیں ہوں گے۔</w:t>
      </w:r>
    </w:p>
    <w:p>
      <w:r>
        <w:rPr>
          <w:b/>
        </w:rPr>
        <w:t xml:space="preserve">[1:13:14] </w:t>
      </w:r>
      <w:r>
        <w:t>to khuda ko aap kya samajhte hain? agar koi ek ek glass ke andar rakha hua hai, jaan</w:t>
      </w:r>
    </w:p>
    <w:p>
      <w:pPr>
        <w:jc w:val="right"/>
      </w:pPr>
      <w:r>
        <w:t>تو خدا کو آپ کیا سمجھتے ہیں؟ اگر کوئی ایک ایک گلاس کے اندر رکھا ہوا ہے، جان</w:t>
      </w:r>
    </w:p>
    <w:p>
      <w:r>
        <w:rPr>
          <w:b/>
        </w:rPr>
        <w:t xml:space="preserve">[1:13:20] </w:t>
      </w:r>
      <w:r>
        <w:t>liya to bacha liya.</w:t>
      </w:r>
    </w:p>
    <w:p>
      <w:pPr>
        <w:jc w:val="right"/>
      </w:pPr>
      <w:r>
        <w:t>لیا تو بچا لیا۔</w:t>
      </w:r>
    </w:p>
    <w:p>
      <w:r>
        <w:rPr>
          <w:b/>
        </w:rPr>
        <w:t xml:space="preserve">[1:13:24] </w:t>
      </w:r>
      <w:r>
        <w:t>khuda haqaiq ka majmooa hai, haqaiq ka samandar hai.</w:t>
      </w:r>
    </w:p>
    <w:p>
      <w:pPr>
        <w:jc w:val="right"/>
      </w:pPr>
      <w:r>
        <w:t>خدا حقائق کا مجموعہ ہے، حقائق کا سمندر ہے۔</w:t>
      </w:r>
    </w:p>
    <w:p>
      <w:r>
        <w:rPr>
          <w:b/>
        </w:rPr>
        <w:t xml:space="preserve">[1:13:29] </w:t>
      </w:r>
      <w:r>
        <w:t>is mein jab enter honge aap to ek har lamha, har second aap ko nai nai baatein</w:t>
      </w:r>
    </w:p>
    <w:p>
      <w:pPr>
        <w:jc w:val="right"/>
      </w:pPr>
      <w:r>
        <w:t>اس میں جب انٹر ہوں گے آپ تو ایک ہر لمحہ، ہر سیکنڈ آپ کو نئی نئی باتیں</w:t>
      </w:r>
    </w:p>
    <w:p>
      <w:r>
        <w:rPr>
          <w:b/>
        </w:rPr>
        <w:t xml:space="preserve">[1:13:33] </w:t>
      </w:r>
      <w:r>
        <w:t>daryaft hongi.</w:t>
      </w:r>
    </w:p>
    <w:p>
      <w:pPr>
        <w:jc w:val="right"/>
      </w:pPr>
      <w:r>
        <w:t>دریافت ہوں گی۔</w:t>
      </w:r>
    </w:p>
    <w:p>
      <w:r>
        <w:rPr>
          <w:b/>
        </w:rPr>
        <w:t xml:space="preserve">[1:13:37] </w:t>
      </w:r>
      <w:r>
        <w:t>is se bari science kya hai? sab se bari science to yeh hai ke khuda ko discover kar payein aap.</w:t>
      </w:r>
    </w:p>
    <w:p>
      <w:pPr>
        <w:jc w:val="right"/>
      </w:pPr>
      <w:r>
        <w:t>اس سے بڑی سائنس کیا ہے؟ سب سے بڑی سائنس تو یہ ہے کہ خدا کو ڈسکور کر پائیں آپ۔</w:t>
      </w:r>
    </w:p>
    <w:p>
      <w:r>
        <w:rPr>
          <w:b/>
        </w:rPr>
        <w:t xml:space="preserve">[1:13:42] </w:t>
      </w:r>
      <w:r>
        <w:t>tab aap dakhil hote hain is mein, yani ilm ke darwaze mein.</w:t>
      </w:r>
    </w:p>
    <w:p>
      <w:pPr>
        <w:jc w:val="right"/>
      </w:pPr>
      <w:r>
        <w:t>تب آپ داخل ہوتے ہیں اس میں، یعنی علم کے دروازے میں۔</w:t>
      </w:r>
    </w:p>
    <w:p>
      <w:r>
        <w:rPr>
          <w:b/>
        </w:rPr>
        <w:t xml:space="preserve">[1:13:46] </w:t>
      </w:r>
      <w:r>
        <w:t>das question is from miss usha</w:t>
      </w:r>
    </w:p>
    <w:p>
      <w:pPr>
        <w:jc w:val="right"/>
      </w:pPr>
      <w:r>
        <w:t>دس کوئسچن از فرام مس اوشا</w:t>
      </w:r>
    </w:p>
    <w:p>
      <w:r>
        <w:rPr>
          <w:b/>
        </w:rPr>
        <w:t xml:space="preserve">[1:13:50] </w:t>
      </w:r>
      <w:r>
        <w:t>chander from gurgaon.</w:t>
      </w:r>
    </w:p>
    <w:p>
      <w:pPr>
        <w:jc w:val="right"/>
      </w:pPr>
      <w:r>
        <w:t>چندر فرام گڑگاؤں۔</w:t>
      </w:r>
    </w:p>
    <w:p>
      <w:r>
        <w:rPr>
          <w:b/>
        </w:rPr>
        <w:t xml:space="preserve">[1:13:56] </w:t>
      </w:r>
      <w:r>
        <w:t>as we face a major crises due to developments in science and technology.</w:t>
      </w:r>
    </w:p>
    <w:p>
      <w:pPr>
        <w:jc w:val="right"/>
      </w:pPr>
      <w:r>
        <w:t>ایز وی فیس ا میجر کرائسز ڈیو ٹو ڈیویلپمنٹس ان سائنس اینڈ ٹیکنالوجی۔</w:t>
      </w:r>
    </w:p>
    <w:p>
      <w:r>
        <w:rPr>
          <w:b/>
        </w:rPr>
        <w:t xml:space="preserve">[1:14:02] </w:t>
      </w:r>
      <w:r>
        <w:t>kya kya phir se padhiye? as we face a major crises due to developments in science and technology.</w:t>
      </w:r>
    </w:p>
    <w:p>
      <w:pPr>
        <w:jc w:val="right"/>
      </w:pPr>
      <w:r>
        <w:t>کیا کیا پھر سے پڑھیے؟ ایز وی فیس ا میجر کرائسز ڈیو ٹو ڈیویلپمنٹس ان سائنس اینڈ ٹیکنالوجی۔</w:t>
      </w:r>
    </w:p>
    <w:p>
      <w:r>
        <w:rPr>
          <w:b/>
        </w:rPr>
        <w:t xml:space="preserve">[1:14:09] </w:t>
      </w:r>
      <w:r>
        <w:t>can islam lead the way to solve it? woh technology, woh woh jo nahi, jo problem hai, woh</w:t>
      </w:r>
    </w:p>
    <w:p>
      <w:pPr>
        <w:jc w:val="right"/>
      </w:pPr>
      <w:r>
        <w:t>کین اسلام لیڈ دا وے ٹو سالو اٹ؟ وہ ٹیکنالوجی، وہ وہ جو نہیں، جو پرابلم ہے، وہ</w:t>
      </w:r>
    </w:p>
    <w:p>
      <w:r>
        <w:rPr>
          <w:b/>
        </w:rPr>
        <w:t xml:space="preserve">[1:14:15] </w:t>
      </w:r>
      <w:r>
        <w:t>technology ki wajah se nahi hai, woh greed ki wajah se hai. greed,</w:t>
      </w:r>
    </w:p>
    <w:p>
      <w:pPr>
        <w:jc w:val="right"/>
      </w:pPr>
      <w:r>
        <w:t>ٹیکنالوجی کی وجہ سے نہیں ہے، وہ گریڈ کی وجہ سے ہے۔ گریڈ،</w:t>
      </w:r>
    </w:p>
    <w:p>
      <w:r>
        <w:rPr>
          <w:b/>
        </w:rPr>
        <w:t xml:space="preserve">[1:14:21] </w:t>
      </w:r>
      <w:r>
        <w:t>greed chhod diya, abhi saare problem khatm.</w:t>
      </w:r>
    </w:p>
    <w:p>
      <w:pPr>
        <w:jc w:val="right"/>
      </w:pPr>
      <w:r>
        <w:t>گریڈ چھوڑ دیا، ابھی سارے پرابلم ختم۔</w:t>
      </w:r>
    </w:p>
    <w:p>
      <w:r>
        <w:rPr>
          <w:b/>
        </w:rPr>
        <w:t xml:space="preserve">[1:14:26] </w:t>
      </w:r>
      <w:r>
        <w:t>greed chhod dein, yani ek aadmi das jagah apna plant banaye hue hain, yani reh raha hai ek</w:t>
      </w:r>
    </w:p>
    <w:p>
      <w:pPr>
        <w:jc w:val="right"/>
      </w:pPr>
      <w:r>
        <w:t>گریڈ چھوڑ دیں، یعنی ایک آدمی دس جگہ اپنا پلانٹ بنائے ہوئے ہیں، یعنی رہ رہا ہے ایک</w:t>
      </w:r>
    </w:p>
    <w:p>
      <w:r>
        <w:rPr>
          <w:b/>
        </w:rPr>
        <w:t xml:space="preserve">[1:14:31] </w:t>
      </w:r>
      <w:r>
        <w:t>ghar mein, plant banaye hue hain das, aur dason full air condition hain.</w:t>
      </w:r>
    </w:p>
    <w:p>
      <w:pPr>
        <w:jc w:val="right"/>
      </w:pPr>
      <w:r>
        <w:t>گھر میں، پلانٹ بنائے ہوئے ہیں دس، اور دسوں فل ایئر کنڈیشن ہیں۔</w:t>
      </w:r>
    </w:p>
    <w:p>
      <w:r>
        <w:rPr>
          <w:b/>
        </w:rPr>
        <w:t xml:space="preserve">[1:14:36] </w:t>
      </w:r>
      <w:r>
        <w:t>har waqt air, yani in mein air condition chalta rehta hai.</w:t>
      </w:r>
    </w:p>
    <w:p>
      <w:pPr>
        <w:jc w:val="right"/>
      </w:pPr>
      <w:r>
        <w:t>ہر وقت ایئر، یعنی ان میں ایئر کنڈیشن چلتا رہتا ہے۔</w:t>
      </w:r>
    </w:p>
    <w:p>
      <w:r>
        <w:rPr>
          <w:b/>
        </w:rPr>
        <w:t xml:space="preserve">[1:14:41] </w:t>
      </w:r>
      <w:r>
        <w:t>jis ko dekhiye, bas more and more, more and more.</w:t>
      </w:r>
    </w:p>
    <w:p>
      <w:pPr>
        <w:jc w:val="right"/>
      </w:pPr>
      <w:r>
        <w:t>جس کو دیکھیے، بس مور اینڈ مور، مور اینڈ مور۔</w:t>
      </w:r>
    </w:p>
    <w:p>
      <w:r>
        <w:rPr>
          <w:b/>
        </w:rPr>
        <w:t xml:space="preserve">[1:14:46] </w:t>
      </w:r>
      <w:r>
        <w:t>to aadmi chahta hai ke bilkul</w:t>
      </w:r>
    </w:p>
    <w:p>
      <w:pPr>
        <w:jc w:val="right"/>
      </w:pPr>
      <w:r>
        <w:t>تو آدمی چاہتا ہے کہ بالکل</w:t>
      </w:r>
    </w:p>
    <w:p>
      <w:r>
        <w:rPr>
          <w:b/>
        </w:rPr>
        <w:t xml:space="preserve">[1:14:51] </w:t>
      </w:r>
      <w:r>
        <w:t>, aur doosri taraf yeh luxury mein jeene ke rehne mein kya hua hai? sab ki health khatam ho gayi hai. paisa kamao, bimar ho, aur dawayein karte raho. ab aap simple life guzariye aur rab zindagi ikhtiyar kijiye. greed se door rahiye. to science ek nemat hai, blessing hai, blessing hai, blessing hai. sara problem jo paida hua hai, woh hai technology</w:t>
      </w:r>
    </w:p>
    <w:p>
      <w:pPr>
        <w:jc w:val="right"/>
      </w:pPr>
      <w:r>
        <w:t>، اور دوسری طرف یہ لگزری میں جینے کے رہنے میں کیا ہوا ہے؟ سب کی ہیلتھ ختم ہو گئی ہے۔ پیسہ کماؤ، بیمار ہو، اور دوائیں کرتے رہو۔ اب آپ سمپل لائف گزاریے اور رب زندگی اختیار کیجئے۔ گریڈ سے دور رہیے۔ تو سائنس ایک نعمت ہے، بلیسنگ ہے، بلیسنگ ہے، بلیسنگ ہے۔ سارا پرابلم جو پیدا ہوا ہے، وہ ہے ٹیکنالوجی</w:t>
      </w:r>
    </w:p>
    <w:p>
      <w:r>
        <w:rPr>
          <w:b/>
        </w:rPr>
        <w:t xml:space="preserve">[1:15:21] </w:t>
      </w:r>
      <w:r>
        <w:t>ki wajah se nahi hai, insaan ki greed ki wajah se hai.</w:t>
      </w:r>
    </w:p>
    <w:p>
      <w:pPr>
        <w:jc w:val="right"/>
      </w:pPr>
      <w:r>
        <w:t>کی وجہ سے نہیں ہے، انسان کی گریڈ کی وجہ سے ہے۔</w:t>
      </w:r>
    </w:p>
    <w:p>
      <w:r>
        <w:rPr>
          <w:b/>
        </w:rPr>
        <w:t xml:space="preserve">[1:15:26] </w:t>
      </w:r>
      <w:r>
        <w:t>yeh sab log mante hain ke main hi nahi kar raha hoon.</w:t>
      </w:r>
    </w:p>
    <w:p>
      <w:pPr>
        <w:jc w:val="right"/>
      </w:pPr>
      <w:r>
        <w:t>یہ سب لوگ مانتے ہیں کہ میں ہی نہیں کر رہا ہوں۔</w:t>
      </w:r>
    </w:p>
    <w:p>
      <w:r>
        <w:rPr>
          <w:b/>
        </w:rPr>
        <w:t xml:space="preserve">[1:15:30] </w:t>
      </w:r>
      <w:r>
        <w:t>abhi kal dekhiye, obama sahab ka bahut lamba aaya hai kal ke paper mein ke problem mein phansa</w:t>
      </w:r>
    </w:p>
    <w:p>
      <w:pPr>
        <w:jc w:val="right"/>
      </w:pPr>
      <w:r>
        <w:t>ابھی کل دیکھیے، اوباما صاحب کا بہت لمبا آیا ہے کل کے پیپر میں کہ پرابلم میں پھنسا</w:t>
      </w:r>
    </w:p>
    <w:p>
      <w:r>
        <w:rPr>
          <w:b/>
        </w:rPr>
        <w:t xml:space="preserve">[1:15:35] </w:t>
      </w:r>
      <w:r>
        <w:t>hua hai america.</w:t>
      </w:r>
    </w:p>
    <w:p>
      <w:pPr>
        <w:jc w:val="right"/>
      </w:pPr>
      <w:r>
        <w:t>ہوا ہے امریکہ۔</w:t>
      </w:r>
    </w:p>
    <w:p>
      <w:r>
        <w:rPr>
          <w:b/>
        </w:rPr>
        <w:t xml:space="preserve">[1:15:39] </w:t>
      </w:r>
      <w:r>
        <w:t>yani five kilo dollar kharch kiya is ne.</w:t>
      </w:r>
    </w:p>
    <w:p>
      <w:pPr>
        <w:jc w:val="right"/>
      </w:pPr>
      <w:r>
        <w:t>یعنی فائیو کلو ڈالر خرچ کیا اس نے۔</w:t>
      </w:r>
    </w:p>
    <w:p>
      <w:r>
        <w:rPr>
          <w:b/>
        </w:rPr>
        <w:t xml:space="preserve">[1:15:44] </w:t>
      </w:r>
      <w:r>
        <w:t>junior, ji woh bush junior, bush junior, ab obama hain.</w:t>
      </w:r>
    </w:p>
    <w:p>
      <w:pPr>
        <w:jc w:val="right"/>
      </w:pPr>
      <w:r>
        <w:t>جونیئر، جی وہ بش جینیئر، بش جینیئر، اب اوباما ہیں۔</w:t>
      </w:r>
    </w:p>
    <w:p>
      <w:r>
        <w:rPr>
          <w:b/>
        </w:rPr>
        <w:t xml:space="preserve">[1:15:48] </w:t>
      </w:r>
      <w:r>
        <w:t>teen teen jo hai is mein generation</w:t>
      </w:r>
    </w:p>
    <w:p>
      <w:pPr>
        <w:jc w:val="right"/>
      </w:pPr>
      <w:r>
        <w:t>تین تین جو ہے اس میں جنریشن</w:t>
      </w:r>
    </w:p>
    <w:p>
      <w:r>
        <w:rPr>
          <w:b/>
        </w:rPr>
        <w:t xml:space="preserve">[1:15:53] </w:t>
      </w:r>
      <w:r>
        <w:t>guzar gayi ladai mein aur problem phansi hui.</w:t>
      </w:r>
    </w:p>
    <w:p>
      <w:pPr>
        <w:jc w:val="right"/>
      </w:pPr>
      <w:r>
        <w:t>گزر گئی لڑائی میں اور پرابلم پھنسی ہوئی۔</w:t>
      </w:r>
    </w:p>
    <w:p>
      <w:r>
        <w:rPr>
          <w:b/>
        </w:rPr>
        <w:t xml:space="preserve">[1:15:57] </w:t>
      </w:r>
      <w:r>
        <w:t>kyun? expansion ka shauq, sari duniya ki leadership ka shauq.</w:t>
      </w:r>
    </w:p>
    <w:p>
      <w:pPr>
        <w:jc w:val="right"/>
      </w:pPr>
      <w:r>
        <w:t>کیوں؟ ایکسپینشن کا شوق، ساری دنیا کی لیڈرشپ کا شوق۔</w:t>
      </w:r>
    </w:p>
    <w:p>
      <w:r>
        <w:rPr>
          <w:b/>
        </w:rPr>
        <w:t xml:space="preserve">[1:16:00] </w:t>
      </w:r>
      <w:r>
        <w:t>isi mein khud isi statement mein hai.</w:t>
      </w:r>
    </w:p>
    <w:p>
      <w:pPr>
        <w:jc w:val="right"/>
      </w:pPr>
      <w:r>
        <w:t>اسی میں خود اسی سٹیٹمنٹ میں ہے۔</w:t>
      </w:r>
    </w:p>
    <w:p>
      <w:r>
        <w:rPr>
          <w:b/>
        </w:rPr>
        <w:t xml:space="preserve">[1:16:04] </w:t>
      </w:r>
      <w:r>
        <w:t>to bush junior ke zamane se yeh khabt hai ke duniya ka hamein leader banna hai, duniya ki</w:t>
      </w:r>
    </w:p>
    <w:p>
      <w:pPr>
        <w:jc w:val="right"/>
      </w:pPr>
      <w:r>
        <w:t>تو بش جینیئر کے زمانے سے یہ خبط ہے کہ دنیا کا ہمیں لیڈر بننا ہے، دنیا کی</w:t>
      </w:r>
    </w:p>
    <w:p>
      <w:r>
        <w:rPr>
          <w:b/>
        </w:rPr>
        <w:t xml:space="preserve">[1:16:08] </w:t>
      </w:r>
      <w:r>
        <w:t>leadership hamare haath mein honi chahiye.</w:t>
      </w:r>
    </w:p>
    <w:p>
      <w:pPr>
        <w:jc w:val="right"/>
      </w:pPr>
      <w:r>
        <w:t>لیڈرشپ ہمارے ہاتھ میں ہونی چاہیے۔</w:t>
      </w:r>
    </w:p>
    <w:p>
      <w:r>
        <w:rPr>
          <w:b/>
        </w:rPr>
        <w:t xml:space="preserve">[1:16:12] </w:t>
      </w:r>
      <w:r>
        <w:t>to yeh greed hai, yeh political greed.</w:t>
      </w:r>
    </w:p>
    <w:p>
      <w:pPr>
        <w:jc w:val="right"/>
      </w:pPr>
      <w:r>
        <w:t>تو یہ گریڈ ہے، یہ پولیٹیکل گریڈ۔</w:t>
      </w:r>
    </w:p>
    <w:p>
      <w:r>
        <w:rPr>
          <w:b/>
        </w:rPr>
        <w:t xml:space="preserve">[1:16:16] </w:t>
      </w:r>
      <w:r>
        <w:t>greed jo hai sirf paise ka nahi hoti hai, that is political greed.</w:t>
      </w:r>
    </w:p>
    <w:p>
      <w:pPr>
        <w:jc w:val="right"/>
      </w:pPr>
      <w:r>
        <w:t>گریڈ جو ہے صرف پیسے کا نہیں ہوتی ہے، دیٹ از پولیٹیکل گریڈ۔</w:t>
      </w:r>
    </w:p>
    <w:p>
      <w:r>
        <w:rPr>
          <w:b/>
        </w:rPr>
        <w:t xml:space="preserve">[1:16:19] </w:t>
      </w:r>
      <w:r>
        <w:t>agar ab america is tarah hai jaise japan hai, sing</w:t>
      </w:r>
    </w:p>
    <w:p>
      <w:pPr>
        <w:jc w:val="right"/>
      </w:pPr>
      <w:r>
        <w:t>اگر اب امریکہ اس طرح ہے جیسے جاپان ہے، سنگ</w:t>
      </w:r>
    </w:p>
    <w:p>
      <w:r>
        <w:rPr>
          <w:b/>
        </w:rPr>
        <w:t xml:space="preserve">[1:16:23] </w:t>
      </w:r>
      <w:r>
        <w:t>apore hai, to koi problem nahi tha is ke liye.</w:t>
      </w:r>
    </w:p>
    <w:p>
      <w:pPr>
        <w:jc w:val="right"/>
      </w:pPr>
      <w:r>
        <w:t>اپور ہے، تو کوئی پرابلم نہیں تھا اس کے لیے۔</w:t>
      </w:r>
    </w:p>
    <w:p>
      <w:r>
        <w:rPr>
          <w:b/>
        </w:rPr>
        <w:t xml:space="preserve">[1:16:28] </w:t>
      </w:r>
      <w:r>
        <w:t>to political greed ne america ko itna pareshani mein daal diya.</w:t>
      </w:r>
    </w:p>
    <w:p>
      <w:pPr>
        <w:jc w:val="right"/>
      </w:pPr>
      <w:r>
        <w:t>تو پولیٹیکل گریڈ نے امریکہ کو اتنا پریشانی میں ڈال دیا۔</w:t>
      </w:r>
    </w:p>
    <w:p>
      <w:r>
        <w:rPr>
          <w:b/>
        </w:rPr>
        <w:t xml:space="preserve">[1:16:33] </w:t>
      </w:r>
      <w:r>
        <w:t>to problem technology nahi hai, problem science nahi hai, problem discoveries nahi hai.</w:t>
      </w:r>
    </w:p>
    <w:p>
      <w:pPr>
        <w:jc w:val="right"/>
      </w:pPr>
      <w:r>
        <w:t>تو پرابلم ٹیکنالوجی نہیں ہے، پرابلم سائنس نہیں ہے، پرابلم ڈسکوریز نہیں ہے۔</w:t>
      </w:r>
    </w:p>
    <w:p>
      <w:r>
        <w:rPr>
          <w:b/>
        </w:rPr>
        <w:t xml:space="preserve">[1:16:38] </w:t>
      </w:r>
      <w:r>
        <w:t>problem jo hai logon ki greed hai, khwah makhwah.</w:t>
      </w:r>
    </w:p>
    <w:p>
      <w:pPr>
        <w:jc w:val="right"/>
      </w:pPr>
      <w:r>
        <w:t>پرابلم جو ہے لوگوں کی گریڈ ہے، خواہ مخواہ۔</w:t>
      </w:r>
    </w:p>
    <w:p>
      <w:r>
        <w:rPr>
          <w:b/>
        </w:rPr>
        <w:t xml:space="preserve">[1:16:43] </w:t>
      </w:r>
      <w:r>
        <w:t>yani aap, yani aaj kal jo luxury chali hui hai, abhi luxury se kya? bimari to aati hai,</w:t>
      </w:r>
    </w:p>
    <w:p>
      <w:pPr>
        <w:jc w:val="right"/>
      </w:pPr>
      <w:r>
        <w:t>یعنی آپ، یعنی آج کل جو لگزری چلی ہوئی ہے، ابھی لگزری سے کیا؟ بیماری تو آتی ہے،</w:t>
      </w:r>
    </w:p>
    <w:p>
      <w:r>
        <w:rPr>
          <w:b/>
        </w:rPr>
        <w:t xml:space="preserve">[1:16:48] </w:t>
      </w:r>
      <w:r>
        <w:t>aur phir aap hospital ja kar</w:t>
      </w:r>
    </w:p>
    <w:p>
      <w:pPr>
        <w:jc w:val="right"/>
      </w:pPr>
      <w:r>
        <w:t>اور پھر آپ ہسپتال جا کر</w:t>
      </w:r>
    </w:p>
    <w:p>
      <w:r>
        <w:rPr>
          <w:b/>
        </w:rPr>
        <w:t xml:space="preserve">[1:16:53] </w:t>
      </w:r>
      <w:r>
        <w:t>kisi ke share ka kati aur hotelon mein mare, hospital ja kar. to luxury mein jeena aur hospital mein marna, is ka kya faida hai? is ka to simple, agar simple life ho jaye logon ki, simplicity ko agar ikhtiyar kar lein aur greed ko chhod dein, abhi yahi duniya jo hai ek dam peaceful duniya ban jaye gi.</w:t>
      </w:r>
    </w:p>
    <w:p>
      <w:pPr>
        <w:jc w:val="right"/>
      </w:pPr>
      <w:r>
        <w:t>کسی کے شیئر کا کٹی اور ہوٹلوں میں مرے، ہسپتال جا کر۔ تو لگزری میں جینا اور ہسپتال میں مرنا، اس کا کیا فائدہ ہے؟ اس کا تو سمپل، اگر سمپل لائف ہو جائے لوگوں کی، سمپلسٹی کو اگر اختیار کر لیں اور گریڈ کو چھوڑ دیں، ابھی یہی دنیا جو ہے ایک دم پیس فل دنیا بن جائے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