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Blessings of God March 11, 2017</w:t>
      </w:r>
    </w:p>
    <w:p>
      <w:r>
        <w:t>https://www.youtube.com/watch?v=B5MjQBqPBLQ</w:t>
      </w:r>
    </w:p>
    <w:p>
      <w:r>
        <w:rPr>
          <w:b/>
        </w:rPr>
        <w:t xml:space="preserve">[00:14]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[00:23] </w:t>
      </w:r>
      <w:r>
        <w:t>gyarah March do hazar</w:t>
      </w:r>
    </w:p>
    <w:p>
      <w:pPr>
        <w:jc w:val="right"/>
      </w:pPr>
      <w:r>
        <w:t>گیارہ مارچ دو ہزار</w:t>
      </w:r>
    </w:p>
    <w:p>
      <w:r>
        <w:rPr>
          <w:b/>
        </w:rPr>
        <w:t xml:space="preserve">[00:28] </w:t>
      </w:r>
      <w:r>
        <w:t>satra.</w:t>
      </w:r>
    </w:p>
    <w:p>
      <w:pPr>
        <w:jc w:val="right"/>
      </w:pPr>
      <w:r>
        <w:t>سترہ۔</w:t>
      </w:r>
    </w:p>
    <w:p>
      <w:r>
        <w:rPr>
          <w:b/>
        </w:rPr>
        <w:t xml:space="preserve">[00:35] </w:t>
      </w:r>
      <w:r>
        <w:t>jaisa ke aap jante hain mein aksar</w:t>
      </w:r>
    </w:p>
    <w:p>
      <w:pPr>
        <w:jc w:val="right"/>
      </w:pPr>
      <w:r>
        <w:t>جیسا کہ آپ جانتے ہیں میں اکثر</w:t>
      </w:r>
    </w:p>
    <w:p>
      <w:r>
        <w:rPr>
          <w:b/>
        </w:rPr>
        <w:t xml:space="preserve">[00:39] </w:t>
      </w:r>
      <w:r>
        <w:t>apne office ke samne</w:t>
      </w:r>
    </w:p>
    <w:p>
      <w:pPr>
        <w:jc w:val="right"/>
      </w:pPr>
      <w:r>
        <w:t>اپنے آفس کے سامنے</w:t>
      </w:r>
    </w:p>
    <w:p>
      <w:r>
        <w:rPr>
          <w:b/>
        </w:rPr>
        <w:t xml:space="preserve">[00:41] </w:t>
      </w:r>
      <w:r>
        <w:t>balcony mein baithta hoon</w:t>
      </w:r>
    </w:p>
    <w:p>
      <w:pPr>
        <w:jc w:val="right"/>
      </w:pPr>
      <w:r>
        <w:t>بالکنی میں بیٹھتا ہوں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