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Position of Man and Woman in Islam March 14, 2010 Maulana Wahiduddin Khan</w:t>
      </w:r>
    </w:p>
    <w:p>
      <w:r>
        <w:t>https://www.youtube.com/watch?v=TX9qk8Tvgjc</w:t>
      </w:r>
    </w:p>
    <w:p>
      <w:r>
        <w:rPr>
          <w:b/>
        </w:rPr>
        <w:t xml:space="preserve">[00:13] </w:t>
      </w:r>
      <w:r>
        <w:t>bismillah rahman rahim wa salla Allahu ala nabiyyi al karim rabbishrah li sadri wa yassir li amri wa hallaqdatan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ka topic hai</w:t>
      </w:r>
    </w:p>
    <w:p>
      <w:pPr>
        <w:jc w:val="right"/>
      </w:pPr>
      <w:r>
        <w:t>آج کا ٹاپک ہے</w:t>
      </w:r>
    </w:p>
    <w:p>
      <w:r>
        <w:rPr>
          <w:b/>
        </w:rPr>
        <w:t xml:space="preserve">[00:39] </w:t>
      </w:r>
      <w:r>
        <w:t>position of man and woman in islam ke kal aap jante honge ke media mein bari dhoom thi ek khabar ki aaj akhbaron mein bhi hai kal tv pe tha</w:t>
      </w:r>
    </w:p>
    <w:p>
      <w:pPr>
        <w:jc w:val="right"/>
      </w:pPr>
      <w:r>
        <w:t>پوزیشن آف مین اینڈ وومن ان اسلام کہ کل آپ جانتے ہوں گے کہ میڈیا میں بڑی دھوم تھی ایک خبر کی آج اخباروں میں بھی ہے کل ٹی وی پہ تھا</w:t>
      </w:r>
    </w:p>
    <w:p>
      <w:r>
        <w:rPr>
          <w:b/>
        </w:rPr>
        <w:t xml:space="preserve">[00:55] </w:t>
      </w:r>
      <w:r>
        <w:t>ek aalim ne ek statement de diya</w:t>
      </w:r>
    </w:p>
    <w:p>
      <w:pPr>
        <w:jc w:val="right"/>
      </w:pPr>
      <w:r>
        <w:t>ایک عالم نے ایک سٹیٹمنٹ دے دیا</w:t>
      </w:r>
    </w:p>
    <w:p>
      <w:r>
        <w:rPr>
          <w:b/>
        </w:rPr>
        <w:t xml:space="preserve">[00:59] </w:t>
      </w:r>
      <w:r>
        <w:t>ke auratein jo hain</w:t>
      </w:r>
    </w:p>
    <w:p>
      <w:pPr>
        <w:jc w:val="right"/>
      </w:pPr>
      <w:r>
        <w:t>کہ عورتیں جو ہیں</w:t>
      </w:r>
    </w:p>
    <w:p>
      <w:r>
        <w:rPr>
          <w:b/>
        </w:rPr>
        <w:t xml:space="preserve">[01:02] </w:t>
      </w:r>
      <w:r>
        <w:t>woh ghar mein rahein bachche paida karein</w:t>
      </w:r>
    </w:p>
    <w:p>
      <w:pPr>
        <w:jc w:val="right"/>
      </w:pPr>
      <w:r>
        <w:t>وہ گھر میں رہیں بچے پیدا کریں</w:t>
      </w:r>
    </w:p>
    <w:p>
      <w:r>
        <w:rPr>
          <w:b/>
        </w:rPr>
        <w:t xml:space="preserve">[01:07] </w:t>
      </w:r>
      <w:r>
        <w:t>bahar aa kar unhein kuch karna nahi chahiye</w:t>
      </w:r>
    </w:p>
    <w:p>
      <w:pPr>
        <w:jc w:val="right"/>
      </w:pPr>
      <w:r>
        <w:t>باہر آ کر انہیں کچھ کرنا نہیں چاہیے</w:t>
      </w:r>
    </w:p>
    <w:p>
      <w:r>
        <w:rPr>
          <w:b/>
        </w:rPr>
        <w:t xml:space="preserve">[01:11] </w:t>
      </w:r>
      <w:r>
        <w:t>ya is mein yeh behas aaj kal ho rahi hai reservation ke background mein ke government ne</w:t>
      </w:r>
    </w:p>
    <w:p>
      <w:pPr>
        <w:jc w:val="right"/>
      </w:pPr>
      <w:r>
        <w:t>یا اس میں یہ بحث آج کل ہو رہی ہے ریزرویشن کے بیک گراؤنڈ میں کہ گورنمنٹ نے</w:t>
      </w:r>
    </w:p>
    <w:p>
      <w:r>
        <w:rPr>
          <w:b/>
        </w:rPr>
        <w:t xml:space="preserve">[01:17] </w:t>
      </w:r>
      <w:r>
        <w:t>aap jante hain ke 33 percent reservation aurton ko dene ka qanoon banaya hai ban raha hai</w:t>
      </w:r>
    </w:p>
    <w:p>
      <w:pPr>
        <w:jc w:val="right"/>
      </w:pPr>
      <w:r>
        <w:t>آپ جانتے ہیں کہ 33 پرسنٹ ریزرویشن عورتوں کو دینے کا قانون بنایا ہے بن رہا ہے</w:t>
      </w:r>
    </w:p>
    <w:p>
      <w:r>
        <w:rPr>
          <w:b/>
        </w:rPr>
        <w:t xml:space="preserve">[01:27] </w:t>
      </w:r>
      <w:r>
        <w:t>to is par muslim</w:t>
      </w:r>
    </w:p>
    <w:p>
      <w:pPr>
        <w:jc w:val="right"/>
      </w:pPr>
      <w:r>
        <w:t>تو اس پر مسلم</w:t>
      </w:r>
    </w:p>
    <w:p>
      <w:r>
        <w:rPr>
          <w:b/>
        </w:rPr>
        <w:t xml:space="preserve">[01:31] </w:t>
      </w:r>
      <w:r>
        <w:t>ulama aur ulama ka aam taur par bohat hi negative radd-e-amal hai</w:t>
      </w:r>
    </w:p>
    <w:p>
      <w:pPr>
        <w:jc w:val="right"/>
      </w:pPr>
      <w:r>
        <w:t>علماء اور علماء کا عام طور پر بہت ہی نیگیٹیو ردعمل ہے</w:t>
      </w:r>
    </w:p>
    <w:p>
      <w:r>
        <w:rPr>
          <w:b/>
        </w:rPr>
        <w:t xml:space="preserve">[01:36] </w:t>
      </w:r>
      <w:r>
        <w:t>positive nahi hai</w:t>
      </w:r>
    </w:p>
    <w:p>
      <w:pPr>
        <w:jc w:val="right"/>
      </w:pPr>
      <w:r>
        <w:t>پازیٹیو نہیں ہے</w:t>
      </w:r>
    </w:p>
    <w:p>
      <w:r>
        <w:rPr>
          <w:b/>
        </w:rPr>
        <w:t xml:space="preserve">[01:39] </w:t>
      </w:r>
      <w:r>
        <w:t>to kal</w:t>
      </w:r>
    </w:p>
    <w:p>
      <w:pPr>
        <w:jc w:val="right"/>
      </w:pPr>
      <w:r>
        <w:t>تو کل</w:t>
      </w:r>
    </w:p>
    <w:p>
      <w:r>
        <w:rPr>
          <w:b/>
        </w:rPr>
        <w:t xml:space="preserve">[01:41] </w:t>
      </w:r>
      <w:r>
        <w:t>jab unhon ne yeh kaha ke aurten ghar mein bachche paida karen</w:t>
      </w:r>
    </w:p>
    <w:p>
      <w:pPr>
        <w:jc w:val="right"/>
      </w:pPr>
      <w:r>
        <w:t>جب انہوں نے یہ کہا کہ عورتیں گھر میں بچے پیدا کریں</w:t>
      </w:r>
    </w:p>
    <w:p>
      <w:r>
        <w:rPr>
          <w:b/>
        </w:rPr>
        <w:t xml:space="preserve">[01:46] </w:t>
      </w:r>
      <w:r>
        <w:t>bahar aa kar unhein koi role nahi karna hai to</w:t>
      </w:r>
    </w:p>
    <w:p>
      <w:pPr>
        <w:jc w:val="right"/>
      </w:pPr>
      <w:r>
        <w:t>باہر آ کر انہیں کوئی رول نہیں کرنا ہے تو</w:t>
      </w:r>
    </w:p>
    <w:p>
      <w:r>
        <w:rPr>
          <w:b/>
        </w:rPr>
        <w:t xml:space="preserve">[01:52] </w:t>
      </w:r>
      <w:r>
        <w:t>is par bohat shor o ghama hua aur kal mere paas TV ke kai channel aaye</w:t>
      </w:r>
    </w:p>
    <w:p>
      <w:pPr>
        <w:jc w:val="right"/>
      </w:pPr>
      <w:r>
        <w:t>اس پر بہت شور و غما ہوا اور کل میرے پاس ٹی وی کے کئی چینل آئے</w:t>
      </w:r>
    </w:p>
    <w:p>
      <w:r>
        <w:rPr>
          <w:b/>
        </w:rPr>
        <w:t xml:space="preserve">[02:00] </w:t>
      </w:r>
      <w:r>
        <w:t>to isi isi</w:t>
      </w:r>
    </w:p>
    <w:p>
      <w:pPr>
        <w:jc w:val="right"/>
      </w:pPr>
      <w:r>
        <w:t>تو اسی اسی</w:t>
      </w:r>
    </w:p>
    <w:p>
      <w:r>
        <w:rPr>
          <w:b/>
        </w:rPr>
        <w:t xml:space="preserve">[02:04] </w:t>
      </w:r>
      <w:r>
        <w:t>background mein yeh topic maine liya hai</w:t>
      </w:r>
    </w:p>
    <w:p>
      <w:pPr>
        <w:jc w:val="right"/>
      </w:pPr>
      <w:r>
        <w:t>بیک گراؤنڈ میں یہ ٹاپک میں نے لیا ہے</w:t>
      </w:r>
    </w:p>
    <w:p>
      <w:r>
        <w:rPr>
          <w:b/>
        </w:rPr>
        <w:t xml:space="preserve">[02:10] </w:t>
      </w:r>
      <w:r>
        <w:t>ke position of men and women in Islam</w:t>
      </w:r>
    </w:p>
    <w:p>
      <w:pPr>
        <w:jc w:val="right"/>
      </w:pPr>
      <w:r>
        <w:t>کہ پوزیشن آف مین اینڈ وومن ان اسلام</w:t>
      </w:r>
    </w:p>
    <w:p>
      <w:r>
        <w:rPr>
          <w:b/>
        </w:rPr>
        <w:t xml:space="preserve">[02:17] </w:t>
      </w:r>
      <w:r>
        <w:t>ab se dedh sau saal pehle</w:t>
      </w:r>
    </w:p>
    <w:p>
      <w:pPr>
        <w:jc w:val="right"/>
      </w:pPr>
      <w:r>
        <w:t>اب سے ڈیڑھ سو سال پہلے</w:t>
      </w:r>
    </w:p>
    <w:p>
      <w:r>
        <w:rPr>
          <w:b/>
        </w:rPr>
        <w:t xml:space="preserve">[02:20] </w:t>
      </w:r>
      <w:r>
        <w:t>ek angrez ne</w:t>
      </w:r>
    </w:p>
    <w:p>
      <w:pPr>
        <w:jc w:val="right"/>
      </w:pPr>
      <w:r>
        <w:t>ایک انگریز نے</w:t>
      </w:r>
    </w:p>
    <w:p>
      <w:r>
        <w:rPr>
          <w:b/>
        </w:rPr>
        <w:t xml:space="preserve">[02:24] </w:t>
      </w:r>
      <w:r>
        <w:t>quran par ek kitab chhapi thi</w:t>
      </w:r>
    </w:p>
    <w:p>
      <w:pPr>
        <w:jc w:val="right"/>
      </w:pPr>
      <w:r>
        <w:t>قرآن پر ایک کتاب چھاپی تھی</w:t>
      </w:r>
    </w:p>
    <w:p>
      <w:r>
        <w:rPr>
          <w:b/>
        </w:rPr>
        <w:t xml:space="preserve">[02:27] </w:t>
      </w:r>
      <w:r>
        <w:t>یعنی selected verses کو لے کر اس میں انہوں نے دیباچے میں لکھ دیا تھا کہ</w:t>
      </w:r>
    </w:p>
    <w:p>
      <w:pPr>
        <w:jc w:val="right"/>
      </w:pPr>
      <w:r>
        <w:t>یعنی سلیکٹڈ ورسز کو لے کر اس میں انہوں نے دیباچے میں لکھ دیا تھا کہ</w:t>
      </w:r>
    </w:p>
    <w:p>
      <w:r>
        <w:rPr>
          <w:b/>
        </w:rPr>
        <w:t xml:space="preserve">[02:35] </w:t>
      </w:r>
      <w:r>
        <w:t>کہ اسلام کی سب سے بڑی ویکنس یہ ہے کہ اس میں gender equality نہیں ہے</w:t>
      </w:r>
    </w:p>
    <w:p>
      <w:pPr>
        <w:jc w:val="right"/>
      </w:pPr>
      <w:r>
        <w:t>کہ اسلام کی سب سے بڑی ویکنس یہ ہے کہ اس میں جینڈر ایکولٹی نہیں ہے</w:t>
      </w:r>
    </w:p>
    <w:p>
      <w:r>
        <w:rPr>
          <w:b/>
        </w:rPr>
        <w:t xml:space="preserve">[02:42] </w:t>
      </w:r>
      <w:r>
        <w:t>wo aurat ko degrade karta hai</w:t>
      </w:r>
    </w:p>
    <w:p>
      <w:pPr>
        <w:jc w:val="right"/>
      </w:pPr>
      <w:r>
        <w:t>وہ عورت کو ڈی گریڈ کرتا ہے</w:t>
      </w:r>
    </w:p>
    <w:p>
      <w:r>
        <w:rPr>
          <w:b/>
        </w:rPr>
        <w:t xml:space="preserve">[02:46] </w:t>
      </w:r>
      <w:r>
        <w:t>عورت کو degrade کرنا یہ اسلام کی سب سے بڑی کمزوری ہے</w:t>
      </w:r>
    </w:p>
    <w:p>
      <w:pPr>
        <w:jc w:val="right"/>
      </w:pPr>
      <w:r>
        <w:t>عورت کو ڈی گریڈ کرنا یہ اسلام کی سب سے بڑی کمزوری ہے</w:t>
      </w:r>
    </w:p>
    <w:p>
      <w:r>
        <w:rPr>
          <w:b/>
        </w:rPr>
        <w:t xml:space="preserve">[02:51] </w:t>
      </w:r>
      <w:r>
        <w:t>تو اس مدت میں یعنی ڈیڑھ سو سال میں بہت article بہت کتابیں بہت تقریریں ہوئیں</w:t>
      </w:r>
    </w:p>
    <w:p>
      <w:pPr>
        <w:jc w:val="right"/>
      </w:pPr>
      <w:r>
        <w:t>تو اس مدت میں یعنی ڈیڑھ سو سال میں بہت آرٹیکل بہت کتابیں بہت تقریریں ہوئیں</w:t>
      </w:r>
    </w:p>
    <w:p>
      <w:r>
        <w:rPr>
          <w:b/>
        </w:rPr>
        <w:t xml:space="preserve">[02:59] </w:t>
      </w:r>
      <w:r>
        <w:t>lekin kal mujhe ek anokhi discovery hui</w:t>
      </w:r>
    </w:p>
    <w:p>
      <w:pPr>
        <w:jc w:val="right"/>
      </w:pPr>
      <w:r>
        <w:t>لیکن کل مجھے ایک انوکھی ڈسکوری ہوئی</w:t>
      </w:r>
    </w:p>
    <w:p>
      <w:r>
        <w:rPr>
          <w:b/>
        </w:rPr>
        <w:t xml:space="preserve">[03:04] </w:t>
      </w:r>
      <w:r>
        <w:t>yani</w:t>
      </w:r>
    </w:p>
    <w:p>
      <w:pPr>
        <w:jc w:val="right"/>
      </w:pPr>
      <w:r>
        <w:t>یعنی</w:t>
      </w:r>
    </w:p>
    <w:p>
      <w:r>
        <w:rPr>
          <w:b/>
        </w:rPr>
        <w:t xml:space="preserve">[03:04] </w:t>
      </w:r>
      <w:r>
        <w:t>کل جو اتنا hue and cry ہوا اور اتنا شورگل مچا اس سٹیٹمنٹ کو لے کر</w:t>
      </w:r>
    </w:p>
    <w:p>
      <w:pPr>
        <w:jc w:val="right"/>
      </w:pPr>
      <w:r>
        <w:t>کل جو اتنا ہیون کرائی ہوا اور اتنا شورگل مچا اس سٹیٹمنٹ کو لے کر</w:t>
      </w:r>
    </w:p>
    <w:p>
      <w:r>
        <w:rPr>
          <w:b/>
        </w:rPr>
        <w:t xml:space="preserve">[03:12] </w:t>
      </w:r>
      <w:r>
        <w:t>to achaanak mujhe ek discovery ho gayi</w:t>
      </w:r>
    </w:p>
    <w:p>
      <w:pPr>
        <w:jc w:val="right"/>
      </w:pPr>
      <w:r>
        <w:t>تو اچانک مجھے ایک ڈسکوری ہو گئی</w:t>
      </w:r>
    </w:p>
    <w:p>
      <w:r>
        <w:rPr>
          <w:b/>
        </w:rPr>
        <w:t xml:space="preserve">[03:17] </w:t>
      </w:r>
      <w:r>
        <w:t>aur wo anokhi baat hai ke yeh discovery aisi thi jo khud mujhe is se pehle nahi hui</w:t>
      </w:r>
    </w:p>
    <w:p>
      <w:pPr>
        <w:jc w:val="right"/>
      </w:pPr>
      <w:r>
        <w:t>اور وہ انوکھی بات ہے کہ یہ ڈسکوری ایسی تھی جو خود مجھے اس سے پہلے نہیں ہوئی</w:t>
      </w:r>
    </w:p>
    <w:p>
      <w:r>
        <w:rPr>
          <w:b/>
        </w:rPr>
        <w:t xml:space="preserve">[03:22] </w:t>
      </w:r>
      <w:r>
        <w:t>thi aur poori muslim tareekh mein kabhi kisi ko nahi hui</w:t>
      </w:r>
    </w:p>
    <w:p>
      <w:pPr>
        <w:jc w:val="right"/>
      </w:pPr>
      <w:r>
        <w:t>تھی اور پوری مسلم تاریخ میں کبھی کسی کو نہیں ہوئی</w:t>
      </w:r>
    </w:p>
    <w:p>
      <w:r>
        <w:rPr>
          <w:b/>
        </w:rPr>
        <w:t xml:space="preserve">[03:28] </w:t>
      </w:r>
      <w:r>
        <w:t>Islam ka ideological history jo hai ya jo literal history hai wo hazar saal tak phaili hui hai</w:t>
      </w:r>
    </w:p>
    <w:p>
      <w:pPr>
        <w:jc w:val="right"/>
      </w:pPr>
      <w:r>
        <w:t>اسلام کا اڈلوجیکل ہسٹری جو ہے یا جو لٹری ہسٹری ہے وہ ہزار سال تک پھیلی ہوئی ہے</w:t>
      </w:r>
    </w:p>
    <w:p>
      <w:r>
        <w:rPr>
          <w:b/>
        </w:rPr>
        <w:t xml:space="preserve">[03:36] </w:t>
      </w:r>
      <w:r>
        <w:t>lekin yeh jo point quran majeed mein tha</w:t>
      </w:r>
    </w:p>
    <w:p>
      <w:pPr>
        <w:jc w:val="right"/>
      </w:pPr>
      <w:r>
        <w:t>لیکن یہ جو پائن قرآن مجید میں تھا</w:t>
      </w:r>
    </w:p>
    <w:p>
      <w:r>
        <w:rPr>
          <w:b/>
        </w:rPr>
        <w:t xml:space="preserve">[03:40] </w:t>
      </w:r>
      <w:r>
        <w:t>wo koi us ko discover nahi kar saka</w:t>
      </w:r>
    </w:p>
    <w:p>
      <w:pPr>
        <w:jc w:val="right"/>
      </w:pPr>
      <w:r>
        <w:t>وہ کوئی اس کو ڈسکور نہیں کر سکا</w:t>
      </w:r>
    </w:p>
    <w:p>
      <w:r>
        <w:rPr>
          <w:b/>
        </w:rPr>
        <w:t xml:space="preserve">[03:46] </w:t>
      </w:r>
      <w:r>
        <w:t>تو کل جب اتنا شک لگا تو مجھے discovery ہوئی</w:t>
      </w:r>
    </w:p>
    <w:p>
      <w:pPr>
        <w:jc w:val="right"/>
      </w:pPr>
      <w:r>
        <w:t>تو کل جب اتنا شک لگا تو مجھے ڈسکوری ہوئی</w:t>
      </w:r>
    </w:p>
    <w:p>
      <w:r>
        <w:rPr>
          <w:b/>
        </w:rPr>
        <w:t xml:space="preserve">[03:52] </w:t>
      </w:r>
      <w:r>
        <w:t>is ko le kar mujhe phir ek aur discovery ho gayi mujhe</w:t>
      </w:r>
    </w:p>
    <w:p>
      <w:pPr>
        <w:jc w:val="right"/>
      </w:pPr>
      <w:r>
        <w:t>اس کو لے کر مجھے پھر ایک اور ڈسکوری ہو گئی مجھے</w:t>
      </w:r>
    </w:p>
    <w:p>
      <w:r>
        <w:rPr>
          <w:b/>
        </w:rPr>
        <w:t xml:space="preserve">[03:56] </w:t>
      </w:r>
      <w:r>
        <w:t>woh jannat ke bare mein</w:t>
      </w:r>
    </w:p>
    <w:p>
      <w:pPr>
        <w:jc w:val="right"/>
      </w:pPr>
      <w:r>
        <w:t>وہ جنت کے بارے میں</w:t>
      </w:r>
    </w:p>
    <w:p>
      <w:r>
        <w:rPr>
          <w:b/>
        </w:rPr>
        <w:t xml:space="preserve">[03:59] </w:t>
      </w:r>
      <w:r>
        <w:t>maine socha ke</w:t>
      </w:r>
    </w:p>
    <w:p>
      <w:pPr>
        <w:jc w:val="right"/>
      </w:pPr>
      <w:r>
        <w:t>میں نے سوچا کہ</w:t>
      </w:r>
    </w:p>
    <w:p>
      <w:r>
        <w:rPr>
          <w:b/>
        </w:rPr>
        <w:t xml:space="preserve">[04:02] </w:t>
      </w:r>
      <w:r>
        <w:t>is dunya mein</w:t>
      </w:r>
    </w:p>
    <w:p>
      <w:pPr>
        <w:jc w:val="right"/>
      </w:pPr>
      <w:r>
        <w:t>اس دنیا میں</w:t>
      </w:r>
    </w:p>
    <w:p>
      <w:r>
        <w:rPr>
          <w:b/>
        </w:rPr>
        <w:t xml:space="preserve">[04:04] </w:t>
      </w:r>
      <w:r>
        <w:t>jo marifat marifat ka matlab hota hai realization</w:t>
      </w:r>
    </w:p>
    <w:p>
      <w:pPr>
        <w:jc w:val="right"/>
      </w:pPr>
      <w:r>
        <w:t>جو معرفت معرفت کا مطلب ہوتا ہے ریلائزیشن</w:t>
      </w:r>
    </w:p>
    <w:p>
      <w:r>
        <w:rPr>
          <w:b/>
        </w:rPr>
        <w:t xml:space="preserve">[04:09] </w:t>
      </w:r>
      <w:r>
        <w:t>is dunya mein jo marifat ka kya item hai jo marifat ka rizq hai usko discover karne</w:t>
      </w:r>
    </w:p>
    <w:p>
      <w:pPr>
        <w:jc w:val="right"/>
      </w:pPr>
      <w:r>
        <w:t>اس دنیا میں جو معرفت کا کیا آئٹم ہے جو معرفت کا رزق ہے اس کو ڈسکور کرنے</w:t>
      </w:r>
    </w:p>
    <w:p>
      <w:r>
        <w:rPr>
          <w:b/>
        </w:rPr>
        <w:t xml:space="preserve">[04:16] </w:t>
      </w:r>
      <w:r>
        <w:t>mein sadiaan guzar jaati hain tab aadmi jaan pata hai</w:t>
      </w:r>
    </w:p>
    <w:p>
      <w:pPr>
        <w:jc w:val="right"/>
      </w:pPr>
      <w:r>
        <w:t>میں صدیاں گزر جاتی ہیں تب آدمی جان پاتا ہے</w:t>
      </w:r>
    </w:p>
    <w:p>
      <w:r>
        <w:rPr>
          <w:b/>
        </w:rPr>
        <w:t xml:space="preserve">[04:22] </w:t>
      </w:r>
      <w:r>
        <w:t>toh akhirat ke bare mein hum kya discover kar sakte hain</w:t>
      </w:r>
    </w:p>
    <w:p>
      <w:pPr>
        <w:jc w:val="right"/>
      </w:pPr>
      <w:r>
        <w:t>تو آخرت کے بارے میں ہم کیا ڈسکور کر سکتے ہیں</w:t>
      </w:r>
    </w:p>
    <w:p>
      <w:r>
        <w:rPr>
          <w:b/>
        </w:rPr>
        <w:t xml:space="preserve">[04:25] </w:t>
      </w:r>
      <w:r>
        <w:t>Allah ki hamd ke bare mein kya jaan sakte hain</w:t>
      </w:r>
    </w:p>
    <w:p>
      <w:pPr>
        <w:jc w:val="right"/>
      </w:pPr>
      <w:r>
        <w:t>اللہ کی حمد کے بارے میں کیا جان سکتے ہیں</w:t>
      </w:r>
    </w:p>
    <w:p>
      <w:r>
        <w:rPr>
          <w:b/>
        </w:rPr>
        <w:t xml:space="preserve">[04:29] </w:t>
      </w:r>
      <w:r>
        <w:t>toh mujhe yeh baat ek aur bohat ahem baat samajh mein aayi</w:t>
      </w:r>
    </w:p>
    <w:p>
      <w:pPr>
        <w:jc w:val="right"/>
      </w:pPr>
      <w:r>
        <w:t>تو مجھے یہ بات ایک اور بہت اہم بات سمجھ میں آئی</w:t>
      </w:r>
    </w:p>
    <w:p>
      <w:r>
        <w:rPr>
          <w:b/>
        </w:rPr>
        <w:t xml:space="preserve">[04:35] </w:t>
      </w:r>
      <w:r>
        <w:t>ke jannat kya cheez hai</w:t>
      </w:r>
    </w:p>
    <w:p>
      <w:pPr>
        <w:jc w:val="right"/>
      </w:pPr>
      <w:r>
        <w:t>کہ جنت کیا چیز ہے</w:t>
      </w:r>
    </w:p>
    <w:p>
      <w:r>
        <w:rPr>
          <w:b/>
        </w:rPr>
        <w:t xml:space="preserve">[04:39] </w:t>
      </w:r>
      <w:r>
        <w:t>jannat</w:t>
      </w:r>
    </w:p>
    <w:p>
      <w:pPr>
        <w:jc w:val="right"/>
      </w:pPr>
      <w:r>
        <w:t>جنت</w:t>
      </w:r>
    </w:p>
    <w:p>
      <w:r>
        <w:rPr>
          <w:b/>
        </w:rPr>
        <w:t xml:space="preserve">[04:39] </w:t>
      </w:r>
      <w:r>
        <w:t>hamd e khwandandi ko discover karne ki jagah hai</w:t>
      </w:r>
    </w:p>
    <w:p>
      <w:pPr>
        <w:jc w:val="right"/>
      </w:pPr>
      <w:r>
        <w:t>حمد و خداوندی کو ڈسکور کرنے کی جگہ ہے</w:t>
      </w:r>
    </w:p>
    <w:p>
      <w:r>
        <w:rPr>
          <w:b/>
        </w:rPr>
        <w:t xml:space="preserve">[04:46] </w:t>
      </w:r>
      <w:r>
        <w:t>yaad rakhiye sab se bari cheez hamd e khwandandi hai quran ki jo pehli ayat hai alhamdulillah rabbil alameen wohi sab se bari haqeeqat hai</w:t>
      </w:r>
    </w:p>
    <w:p>
      <w:pPr>
        <w:jc w:val="right"/>
      </w:pPr>
      <w:r>
        <w:t>یاد رکھیے سب سے بڑی چیز حمد و خداوندی ہے قرآن کی جو پہلی آیت ہے الحمدللہ رب العالمین وہی سب سے بڑی حقیقت ہے</w:t>
      </w:r>
    </w:p>
    <w:p>
      <w:r>
        <w:rPr>
          <w:b/>
        </w:rPr>
        <w:t xml:space="preserve">[04:59] </w:t>
      </w:r>
      <w:r>
        <w:t>aaj ki dunya mein wohi insaan</w:t>
      </w:r>
    </w:p>
    <w:p>
      <w:pPr>
        <w:jc w:val="right"/>
      </w:pPr>
      <w:r>
        <w:t>آج کی دنیا میں وہی انسان</w:t>
      </w:r>
    </w:p>
    <w:p>
      <w:r>
        <w:rPr>
          <w:b/>
        </w:rPr>
        <w:t xml:space="preserve">[05:04] </w:t>
      </w:r>
      <w:r>
        <w:t>insaan hai jo Allah ki hamd ko daryaft kar sake is mein jeene lage woh</w:t>
      </w:r>
    </w:p>
    <w:p>
      <w:pPr>
        <w:jc w:val="right"/>
      </w:pPr>
      <w:r>
        <w:t>انسان ہے جو اللہ کی حمد کو دریافت کر سکے اس میں جینے لگے وہ</w:t>
      </w:r>
    </w:p>
    <w:p>
      <w:r>
        <w:rPr>
          <w:b/>
        </w:rPr>
        <w:t xml:space="preserve">[05:12] </w:t>
      </w:r>
      <w:r>
        <w:t>lekin is dunya mein hum Allah ki hamd ko bohat thoda jaan paate hain</w:t>
      </w:r>
    </w:p>
    <w:p>
      <w:pPr>
        <w:jc w:val="right"/>
      </w:pPr>
      <w:r>
        <w:t>لیکن اس دنیا میں ہم اللہ کی حمد کو بہت تھوڑا جان پاتے ہیں</w:t>
      </w:r>
    </w:p>
    <w:p>
      <w:r>
        <w:rPr>
          <w:b/>
        </w:rPr>
        <w:t xml:space="preserve">[05:18] </w:t>
      </w:r>
      <w:r>
        <w:t>toh jannat woh jagah hai jahan insaan ko super hamd ka tajurba hoga</w:t>
      </w:r>
    </w:p>
    <w:p>
      <w:pPr>
        <w:jc w:val="right"/>
      </w:pPr>
      <w:r>
        <w:t>تو جنت وہ جگہ ہے جہاں انسان کو سپر حمد کا تجربہ ہوگا</w:t>
      </w:r>
    </w:p>
    <w:p>
      <w:r>
        <w:rPr>
          <w:b/>
        </w:rPr>
        <w:t xml:space="preserve">[05:25] </w:t>
      </w:r>
      <w:r>
        <w:t>aur phir is super hamd ko</w:t>
      </w:r>
    </w:p>
    <w:p>
      <w:pPr>
        <w:jc w:val="right"/>
      </w:pPr>
      <w:r>
        <w:t>اور پھر اس سپر حمد کو</w:t>
      </w:r>
    </w:p>
    <w:p>
      <w:r>
        <w:rPr>
          <w:b/>
        </w:rPr>
        <w:t xml:space="preserve">[05:28] </w:t>
      </w:r>
      <w:r>
        <w:t>ka tajurba karne ke baad isko super</w:t>
      </w:r>
    </w:p>
    <w:p>
      <w:pPr>
        <w:jc w:val="right"/>
      </w:pPr>
      <w:r>
        <w:t>کا تجربہ کرنے کے بعد اس کو سپر</w:t>
      </w:r>
    </w:p>
    <w:p>
      <w:r>
        <w:rPr>
          <w:b/>
        </w:rPr>
        <w:t xml:space="preserve">[05:32] </w:t>
      </w:r>
      <w:r>
        <w:t>joy super pleasure</w:t>
      </w:r>
    </w:p>
    <w:p>
      <w:pPr>
        <w:jc w:val="right"/>
      </w:pPr>
      <w:r>
        <w:t>جوائے سپر پلیژر</w:t>
      </w:r>
    </w:p>
    <w:p>
      <w:r>
        <w:rPr>
          <w:b/>
        </w:rPr>
        <w:t xml:space="preserve">[05:37] </w:t>
      </w:r>
      <w:r>
        <w:t>ek anokhi dunya hogi woh</w:t>
      </w:r>
    </w:p>
    <w:p>
      <w:pPr>
        <w:jc w:val="right"/>
      </w:pPr>
      <w:r>
        <w:t>ایک انوکھی دنیا ہوگی وہ</w:t>
      </w:r>
    </w:p>
    <w:p>
      <w:r>
        <w:rPr>
          <w:b/>
        </w:rPr>
        <w:t xml:space="preserve">[05:42] </w:t>
      </w:r>
      <w:r>
        <w:t>yani super discovery super hamd super joy</w:t>
      </w:r>
    </w:p>
    <w:p>
      <w:pPr>
        <w:jc w:val="right"/>
      </w:pPr>
      <w:r>
        <w:t>یعنی سپر ڈسکوری سپر حمد سپر جوائے</w:t>
      </w:r>
    </w:p>
    <w:p>
      <w:r>
        <w:rPr>
          <w:b/>
        </w:rPr>
        <w:t xml:space="preserve">[05:48] </w:t>
      </w:r>
      <w:r>
        <w:t>isi ka naam hai jannat</w:t>
      </w:r>
    </w:p>
    <w:p>
      <w:pPr>
        <w:jc w:val="right"/>
      </w:pPr>
      <w:r>
        <w:t>اسی کا نام ہے جنت</w:t>
      </w:r>
    </w:p>
    <w:p>
      <w:r>
        <w:rPr>
          <w:b/>
        </w:rPr>
        <w:t xml:space="preserve">[05:51] </w:t>
      </w:r>
      <w:r>
        <w:t>toh maine socha ke jab is dunya mein jo baatein hain wohi hum nahi jaan paate hain</w:t>
      </w:r>
    </w:p>
    <w:p>
      <w:pPr>
        <w:jc w:val="right"/>
      </w:pPr>
      <w:r>
        <w:t>تو میں نے سوچا کہ جب اس دنیا میں جو باتیں ہیں وہی ہم نہیں جان پاتے ہیں</w:t>
      </w:r>
    </w:p>
    <w:p>
      <w:r>
        <w:rPr>
          <w:b/>
        </w:rPr>
        <w:t xml:space="preserve">[05:56] </w:t>
      </w:r>
      <w:r>
        <w:t>toh jo ghayb mein baatein hain is dunya ke mawara woh kaise hum jaan payenge</w:t>
      </w:r>
    </w:p>
    <w:p>
      <w:pPr>
        <w:jc w:val="right"/>
      </w:pPr>
      <w:r>
        <w:t>تو جو غیب میں باتیں ہیں اس دنیا کے ماوراء وہ کیسے ہم جان پائیں گے</w:t>
      </w:r>
    </w:p>
    <w:p>
      <w:r>
        <w:rPr>
          <w:b/>
        </w:rPr>
        <w:t xml:space="preserve">[06:02] </w:t>
      </w:r>
      <w:r>
        <w:t>toh jannat mein hamein woh sab samaan diya jayega woh aankhein woh kaan woh dimagh</w:t>
      </w:r>
    </w:p>
    <w:p>
      <w:pPr>
        <w:jc w:val="right"/>
      </w:pPr>
      <w:r>
        <w:t>تو جنت میں ہمیں وہ سب سامان دیا جائے گا وہ آنکھیں وہ کان وہ دماغ</w:t>
      </w:r>
    </w:p>
    <w:p>
      <w:r>
        <w:rPr>
          <w:b/>
        </w:rPr>
        <w:t xml:space="preserve">[06:09] </w:t>
      </w:r>
      <w:r>
        <w:t>tab hum discover kar payenge woh is badi hamd ko</w:t>
      </w:r>
    </w:p>
    <w:p>
      <w:pPr>
        <w:jc w:val="right"/>
      </w:pPr>
      <w:r>
        <w:t>تب ہم ڈسکور کر پائیں گے وہ اس بڑی حمد کو</w:t>
      </w:r>
    </w:p>
    <w:p>
      <w:r>
        <w:rPr>
          <w:b/>
        </w:rPr>
        <w:t xml:space="preserve">[06:14] </w:t>
      </w:r>
      <w:r>
        <w:t>khuda ke in bari bari kalmat ko</w:t>
      </w:r>
    </w:p>
    <w:p>
      <w:pPr>
        <w:jc w:val="right"/>
      </w:pPr>
      <w:r>
        <w:t>خدا کے ان بڑی بڑی کلمات کو</w:t>
      </w:r>
    </w:p>
    <w:p>
      <w:r>
        <w:rPr>
          <w:b/>
        </w:rPr>
        <w:t xml:space="preserve">[06:20] </w:t>
      </w:r>
      <w:r>
        <w:t>to jannat jo hai sirf madi pleasure ki jagah nahi hai intellectual pleasure ki jagah hai yaad rakhiye sab se bara jo hai woh intellectual pleasure hai madi pleasure to bohat hi thori cheez hoti hai to jannat woh jagah hai jahan insaan ko</w:t>
      </w:r>
    </w:p>
    <w:p>
      <w:pPr>
        <w:jc w:val="right"/>
      </w:pPr>
      <w:r>
        <w:t>تو جنت جو ہے صرف مادی پلیژر کی جگہ نہیں ہے انٹلیکچول پلیژر کی جگہ ہے یاد رکھیے سب سے بڑا جو ہے وہ انٹلیکچول پلیژر ہے مادی پلیژر تو بہت ہی تھوڑی چیز ہوتی ہے تو جنت وہ جگہ ہے جہاں انسان کو</w:t>
      </w:r>
    </w:p>
    <w:p>
      <w:r>
        <w:rPr>
          <w:b/>
        </w:rPr>
        <w:t xml:space="preserve">[06:45] </w:t>
      </w:r>
      <w:r>
        <w:t>super intellectual pleasure milega jis isi ko hum jab hamd kehte hain allah ki badai ko azmat</w:t>
      </w:r>
    </w:p>
    <w:p>
      <w:pPr>
        <w:jc w:val="right"/>
      </w:pPr>
      <w:r>
        <w:t>سپر انٹلیکچول پلیژر ملے گا جس اسی کو ہم جب حمد کہتے ہیں اللہ کی بڑائی کو عظمت</w:t>
      </w:r>
    </w:p>
    <w:p>
      <w:r>
        <w:rPr>
          <w:b/>
        </w:rPr>
        <w:t xml:space="preserve">[06:54] </w:t>
      </w:r>
      <w:r>
        <w:t>ko daryaft karna</w:t>
      </w:r>
    </w:p>
    <w:p>
      <w:pPr>
        <w:jc w:val="right"/>
      </w:pPr>
      <w:r>
        <w:t>کو دریافت کرنا</w:t>
      </w:r>
    </w:p>
    <w:p>
      <w:r>
        <w:rPr>
          <w:b/>
        </w:rPr>
        <w:t xml:space="preserve">[06:56] </w:t>
      </w:r>
      <w:r>
        <w:t>is mein jiye ga insan eternally</w:t>
      </w:r>
    </w:p>
    <w:p>
      <w:pPr>
        <w:jc w:val="right"/>
      </w:pPr>
      <w:r>
        <w:t>اس میں جیے گا انسان ایٹرنلی</w:t>
      </w:r>
    </w:p>
    <w:p>
      <w:r>
        <w:rPr>
          <w:b/>
        </w:rPr>
        <w:t xml:space="preserve">[07:01] </w:t>
      </w:r>
      <w:r>
        <w:t>yeh kal mujhe yeh baat samajh mein aayi</w:t>
      </w:r>
    </w:p>
    <w:p>
      <w:pPr>
        <w:jc w:val="right"/>
      </w:pPr>
      <w:r>
        <w:t>یہ کل مجھے یہ بات سمجھ میں آئی</w:t>
      </w:r>
    </w:p>
    <w:p>
      <w:r>
        <w:rPr>
          <w:b/>
        </w:rPr>
        <w:t xml:space="preserve">[07:06] </w:t>
      </w:r>
      <w:r>
        <w:t>ab jo woh hai jo topic hai</w:t>
      </w:r>
    </w:p>
    <w:p>
      <w:pPr>
        <w:jc w:val="right"/>
      </w:pPr>
      <w:r>
        <w:t>اب جو وہ ہے جو ٹاپک ہے</w:t>
      </w:r>
    </w:p>
    <w:p>
      <w:r>
        <w:rPr>
          <w:b/>
        </w:rPr>
        <w:t xml:space="preserve">[07:11] </w:t>
      </w:r>
      <w:r>
        <w:t>to yeh bohat dinon se yeh chal raha hai ke aurat jo hai woh</w:t>
      </w:r>
    </w:p>
    <w:p>
      <w:pPr>
        <w:jc w:val="right"/>
      </w:pPr>
      <w:r>
        <w:t>تو یہ بہت دنوں سے یہ چل رہا ہے کہ عورت جو ہے وہ</w:t>
      </w:r>
    </w:p>
    <w:p>
      <w:r>
        <w:rPr>
          <w:b/>
        </w:rPr>
        <w:t xml:space="preserve">[07:16] </w:t>
      </w:r>
      <w:r>
        <w:t>to kal jo aaya tha statement woh yeh tha ke aurat ka kaam yeh hai ke ghar mein</w:t>
      </w:r>
    </w:p>
    <w:p>
      <w:pPr>
        <w:jc w:val="right"/>
      </w:pPr>
      <w:r>
        <w:t>تو کل جو آیا تھا سٹیٹمنٹ وہ یہ تھا کہ عورت کا کام یہ ہے کہ گھر میں</w:t>
      </w:r>
    </w:p>
    <w:p>
      <w:r>
        <w:rPr>
          <w:b/>
        </w:rPr>
        <w:t xml:space="preserve">[07:21] </w:t>
      </w:r>
      <w:r>
        <w:t>rahe bachche paida kare</w:t>
      </w:r>
    </w:p>
    <w:p>
      <w:pPr>
        <w:jc w:val="right"/>
      </w:pPr>
      <w:r>
        <w:t>رہے بچے پیدا کرے</w:t>
      </w:r>
    </w:p>
    <w:p>
      <w:r>
        <w:rPr>
          <w:b/>
        </w:rPr>
        <w:t xml:space="preserve">[07:25] </w:t>
      </w:r>
      <w:r>
        <w:t>bahir ka kaam</w:t>
      </w:r>
    </w:p>
    <w:p>
      <w:pPr>
        <w:jc w:val="right"/>
      </w:pPr>
      <w:r>
        <w:t>باہر کا کام</w:t>
      </w:r>
    </w:p>
    <w:p>
      <w:r>
        <w:rPr>
          <w:b/>
        </w:rPr>
        <w:t xml:space="preserve">[07:27] </w:t>
      </w:r>
      <w:r>
        <w:t>is se taluq nahi rakhta</w:t>
      </w:r>
    </w:p>
    <w:p>
      <w:pPr>
        <w:jc w:val="right"/>
      </w:pPr>
      <w:r>
        <w:t>اس سے تعلق نہیں رکھتا</w:t>
      </w:r>
    </w:p>
    <w:p>
      <w:r>
        <w:rPr>
          <w:b/>
        </w:rPr>
        <w:t xml:space="preserve">[07:30] </w:t>
      </w:r>
      <w:r>
        <w:t>dekhein</w:t>
      </w:r>
    </w:p>
    <w:p>
      <w:pPr>
        <w:jc w:val="right"/>
      </w:pPr>
      <w:r>
        <w:t>دیکھیں</w:t>
      </w:r>
    </w:p>
    <w:p>
      <w:r>
        <w:rPr>
          <w:b/>
        </w:rPr>
        <w:t xml:space="preserve">[07:31] </w:t>
      </w:r>
      <w:r>
        <w:t>yeh ek myth hai</w:t>
      </w:r>
    </w:p>
    <w:p>
      <w:pPr>
        <w:jc w:val="right"/>
      </w:pPr>
      <w:r>
        <w:t>یہ ایک متھ ہے</w:t>
      </w:r>
    </w:p>
    <w:p>
      <w:r>
        <w:rPr>
          <w:b/>
        </w:rPr>
        <w:t xml:space="preserve">[07:34] </w:t>
      </w:r>
      <w:r>
        <w:t>ek myth hai jis ka quran se koi taluq nahi hadith se koi taluq nahi</w:t>
      </w:r>
    </w:p>
    <w:p>
      <w:pPr>
        <w:jc w:val="right"/>
      </w:pPr>
      <w:r>
        <w:t>ایک متھ ہے جس کا قرآن سے کوئی تعلق نہیں حدیث سے کوئی تعلق نہیں</w:t>
      </w:r>
    </w:p>
    <w:p>
      <w:r>
        <w:rPr>
          <w:b/>
        </w:rPr>
        <w:t xml:space="preserve">[07:40] </w:t>
      </w:r>
      <w:r>
        <w:t>mein aap ko</w:t>
      </w:r>
    </w:p>
    <w:p>
      <w:pPr>
        <w:jc w:val="right"/>
      </w:pPr>
      <w:r>
        <w:t>میں آپ کو</w:t>
      </w:r>
    </w:p>
    <w:p>
      <w:r>
        <w:rPr>
          <w:b/>
        </w:rPr>
        <w:t xml:space="preserve">[07:42] </w:t>
      </w:r>
      <w:r>
        <w:t>invite karta hoon ke aap quran ki ek ayat ka ghar ja kar ke yahan nahi study karein</w:t>
      </w:r>
    </w:p>
    <w:p>
      <w:pPr>
        <w:jc w:val="right"/>
      </w:pPr>
      <w:r>
        <w:t>انوائٹ کرتا ہوں کہ آپ قرآن کی ایک آیت کا گھر جا کر کے یہاں نہیں اسٹڈی کریں</w:t>
      </w:r>
    </w:p>
    <w:p>
      <w:r>
        <w:rPr>
          <w:b/>
        </w:rPr>
        <w:t xml:space="preserve">[07:50] </w:t>
      </w:r>
      <w:r>
        <w:t>yeh quran ki jo chapter third hai Al-Imran</w:t>
      </w:r>
    </w:p>
    <w:p>
      <w:pPr>
        <w:jc w:val="right"/>
      </w:pPr>
      <w:r>
        <w:t>یہ قرآن کی جو چیپٹر تھرڈ ہے ال عمران</w:t>
      </w:r>
    </w:p>
    <w:p>
      <w:r>
        <w:rPr>
          <w:b/>
        </w:rPr>
        <w:t xml:space="preserve">[07:55] </w:t>
      </w:r>
      <w:r>
        <w:t>iske aakhir mein</w:t>
      </w:r>
    </w:p>
    <w:p>
      <w:pPr>
        <w:jc w:val="right"/>
      </w:pPr>
      <w:r>
        <w:t>اس کے آخر میں</w:t>
      </w:r>
    </w:p>
    <w:p>
      <w:r>
        <w:rPr>
          <w:b/>
        </w:rPr>
        <w:t xml:space="preserve">[07:57] </w:t>
      </w:r>
      <w:r>
        <w:t>ek ayat hai is ayat ka number hai 195</w:t>
      </w:r>
    </w:p>
    <w:p>
      <w:pPr>
        <w:jc w:val="right"/>
      </w:pPr>
      <w:r>
        <w:t>ایک آیت ہے اس آیت کا نمبر ہے 195</w:t>
      </w:r>
    </w:p>
    <w:p>
      <w:r>
        <w:rPr>
          <w:b/>
        </w:rPr>
        <w:t xml:space="preserve">[08:04] </w:t>
      </w:r>
      <w:r>
        <w:t>yani chapter number three aur verse number 195</w:t>
      </w:r>
    </w:p>
    <w:p>
      <w:pPr>
        <w:jc w:val="right"/>
      </w:pPr>
      <w:r>
        <w:t>یعنی چیپٹر نمبر تھری اور ورس نمبر 195</w:t>
      </w:r>
    </w:p>
    <w:p>
      <w:r>
        <w:rPr>
          <w:b/>
        </w:rPr>
        <w:t xml:space="preserve">[08:11] </w:t>
      </w:r>
      <w:r>
        <w:t>isko aap jo lazmi padhein</w:t>
      </w:r>
    </w:p>
    <w:p>
      <w:pPr>
        <w:jc w:val="right"/>
      </w:pPr>
      <w:r>
        <w:t>اس کو آپ جو لازمی پڑھیں</w:t>
      </w:r>
    </w:p>
    <w:p>
      <w:r>
        <w:rPr>
          <w:b/>
        </w:rPr>
        <w:t xml:space="preserve">[08:15] </w:t>
      </w:r>
      <w:r>
        <w:t>is ayat mein</w:t>
      </w:r>
    </w:p>
    <w:p>
      <w:pPr>
        <w:jc w:val="right"/>
      </w:pPr>
      <w:r>
        <w:t>اس آیت میں</w:t>
      </w:r>
    </w:p>
    <w:p>
      <w:r>
        <w:rPr>
          <w:b/>
        </w:rPr>
        <w:t xml:space="preserve">[08:17] </w:t>
      </w:r>
      <w:r>
        <w:t>yeh</w:t>
      </w:r>
    </w:p>
    <w:p>
      <w:pPr>
        <w:jc w:val="right"/>
      </w:pPr>
      <w:r>
        <w:t>یہ</w:t>
      </w:r>
    </w:p>
    <w:p>
      <w:r>
        <w:rPr>
          <w:b/>
        </w:rPr>
        <w:t xml:space="preserve">[08:17] </w:t>
      </w:r>
      <w:r>
        <w:t>alfaaz hain ke is mein bataya gaya hai ke jo log dunya par ghor karte hain aur</w:t>
      </w:r>
    </w:p>
    <w:p>
      <w:pPr>
        <w:jc w:val="right"/>
      </w:pPr>
      <w:r>
        <w:t>الفاظ ہیں کہ اس میں بتایا گیا ہے کہ جو لوگ دنیا پر غور کرتے ہیں اور</w:t>
      </w:r>
    </w:p>
    <w:p>
      <w:r>
        <w:rPr>
          <w:b/>
        </w:rPr>
        <w:t xml:space="preserve">[08:25] </w:t>
      </w:r>
      <w:r>
        <w:t>allah ke takhleeqat mein allah ke creation mein sochte hain to unhein discovery hoti hai allah ki</w:t>
      </w:r>
    </w:p>
    <w:p>
      <w:pPr>
        <w:jc w:val="right"/>
      </w:pPr>
      <w:r>
        <w:t>اللہ کے تخلیقات میں اللہ کے کریشن میں سوچتے ہیں تو انہیں ڈسکوری ہوتی ہے اللہ کی</w:t>
      </w:r>
    </w:p>
    <w:p>
      <w:r>
        <w:rPr>
          <w:b/>
        </w:rPr>
        <w:t xml:space="preserve">[08:34] </w:t>
      </w:r>
      <w:r>
        <w:t>wahe ki akhirat ki har cheez ki discovery hoti hai phir woh pukar uthte hain ke khudaaya</w:t>
      </w:r>
    </w:p>
    <w:p>
      <w:pPr>
        <w:jc w:val="right"/>
      </w:pPr>
      <w:r>
        <w:t>وحی کی آخرت کی ہر چیز کی ڈسکوری ہوتی ہے پھر وہ پکار اٹھتے ہیں کہ خدایا</w:t>
      </w:r>
    </w:p>
    <w:p>
      <w:r>
        <w:rPr>
          <w:b/>
        </w:rPr>
        <w:t xml:space="preserve">[08:43] </w:t>
      </w:r>
      <w:r>
        <w:t>pukar uthte hain khudaaya hum ne tera eteraaf kiya</w:t>
      </w:r>
    </w:p>
    <w:p>
      <w:pPr>
        <w:jc w:val="right"/>
      </w:pPr>
      <w:r>
        <w:t>پکار اٹھتے ہیں خدایا ہم نے تیرا اعتراف کیا</w:t>
      </w:r>
    </w:p>
    <w:p>
      <w:r>
        <w:rPr>
          <w:b/>
        </w:rPr>
        <w:t xml:space="preserve">[08:49] </w:t>
      </w:r>
      <w:r>
        <w:t>khudaaya hum ne tere peghambar ko maana</w:t>
      </w:r>
    </w:p>
    <w:p>
      <w:pPr>
        <w:jc w:val="right"/>
      </w:pPr>
      <w:r>
        <w:t>خدایا ہم نے تیرے پیغمبر کو مانا</w:t>
      </w:r>
    </w:p>
    <w:p>
      <w:r>
        <w:rPr>
          <w:b/>
        </w:rPr>
        <w:t xml:space="preserve">[08:55] </w:t>
      </w:r>
      <w:r>
        <w:t>khudaaya hum ne sachai ko apni zindagi mein apnaya is tarah se woh cheekh uthte hain</w:t>
      </w:r>
    </w:p>
    <w:p>
      <w:pPr>
        <w:jc w:val="right"/>
      </w:pPr>
      <w:r>
        <w:t>خدایا ہم نے سچائی کو اپنی زندگی میں اپنایا اس طرح سے وہ چیخ اٹھتے ہیں</w:t>
      </w:r>
    </w:p>
    <w:p>
      <w:r>
        <w:rPr>
          <w:b/>
        </w:rPr>
        <w:t xml:space="preserve">[09:06] </w:t>
      </w:r>
      <w:r>
        <w:t>phir farmaaya ke</w:t>
      </w:r>
    </w:p>
    <w:p>
      <w:pPr>
        <w:jc w:val="right"/>
      </w:pPr>
      <w:r>
        <w:t>پھر فرمایا کہ</w:t>
      </w:r>
    </w:p>
    <w:p>
      <w:r>
        <w:rPr>
          <w:b/>
        </w:rPr>
        <w:t xml:space="preserve">[09:08] </w:t>
      </w:r>
      <w:r>
        <w:t>is ke baad Allah taala ka kya jawab aata hai</w:t>
      </w:r>
    </w:p>
    <w:p>
      <w:pPr>
        <w:jc w:val="right"/>
      </w:pPr>
      <w:r>
        <w:t>اس کے بعد اللہ تعالی کا کیا جواب آتا ہے</w:t>
      </w:r>
    </w:p>
    <w:p>
      <w:r>
        <w:rPr>
          <w:b/>
        </w:rPr>
        <w:t xml:space="preserve">[09:13] </w:t>
      </w:r>
      <w:r>
        <w:t>tu farmaaya ke fastajab lahum rabbuhum inni la a'mal minkum min dhakarin ansa ba'dhukum</w:t>
      </w:r>
    </w:p>
    <w:p>
      <w:pPr>
        <w:jc w:val="right"/>
      </w:pPr>
      <w:r>
        <w:t>تو فرمایا کہ فاستجاب لہم ربہم انی لا عمل منکم من ذکر انس بعضکم</w:t>
      </w:r>
    </w:p>
    <w:p>
      <w:r>
        <w:rPr>
          <w:b/>
        </w:rPr>
        <w:t xml:space="preserve">[09:24] </w:t>
      </w:r>
      <w:r>
        <w:t>min ba'dh faladhina hajaru</w:t>
      </w:r>
    </w:p>
    <w:p>
      <w:pPr>
        <w:jc w:val="right"/>
      </w:pPr>
      <w:r>
        <w:t>من بعض فالذین ہاجروا</w:t>
      </w:r>
    </w:p>
    <w:p>
      <w:r>
        <w:rPr>
          <w:b/>
        </w:rPr>
        <w:t xml:space="preserve">[09:28] </w:t>
      </w:r>
      <w:r>
        <w:t>min diyarihim fi sabil wa qutilu</w:t>
      </w:r>
    </w:p>
    <w:p>
      <w:pPr>
        <w:jc w:val="right"/>
      </w:pPr>
      <w:r>
        <w:t>من دیارہم فی سبیل وقاتل</w:t>
      </w:r>
    </w:p>
    <w:p>
      <w:r>
        <w:rPr>
          <w:b/>
        </w:rPr>
        <w:t xml:space="preserve">[09:33] </w:t>
      </w:r>
      <w:r>
        <w:t>wa qutilu li kufri sayyathim</w:t>
      </w:r>
    </w:p>
    <w:p>
      <w:pPr>
        <w:jc w:val="right"/>
      </w:pPr>
      <w:r>
        <w:t>وقتل لکفر سیاتہم</w:t>
      </w:r>
    </w:p>
    <w:p>
      <w:r>
        <w:rPr>
          <w:b/>
        </w:rPr>
        <w:t xml:space="preserve">[09:40] </w:t>
      </w:r>
      <w:r>
        <w:t>jannati tajree min tahtihal anhaar yeh ayat hai is ka dekhein translation yeh hai</w:t>
      </w:r>
    </w:p>
    <w:p>
      <w:pPr>
        <w:jc w:val="right"/>
      </w:pPr>
      <w:r>
        <w:t>جنات تجری من تحت الانہار یہ آیت ہے اس کا دیکھیں ٹرانسلیشن یہ ہے</w:t>
      </w:r>
    </w:p>
    <w:p>
      <w:r>
        <w:rPr>
          <w:b/>
        </w:rPr>
        <w:t xml:space="preserve">[09:54] </w:t>
      </w:r>
      <w:r>
        <w:t>is ka matlab yeh hai ke allah ne kaha allah ne jawab diya ke mein tumhare amal ko jo tum ne kiya zaya karne wala nahi hoon</w:t>
      </w:r>
    </w:p>
    <w:p>
      <w:pPr>
        <w:jc w:val="right"/>
      </w:pPr>
      <w:r>
        <w:t>اس کا مطلب یہ ہے کہ اللہ نے کہا اللہ نے جواب دیا کہ میں تمہارے عمل کو جو تم نے کیا ضائع کرنے والا نہیں ہوں</w:t>
      </w:r>
    </w:p>
    <w:p>
      <w:r>
        <w:rPr>
          <w:b/>
        </w:rPr>
        <w:t xml:space="preserve">[10:12] </w:t>
      </w:r>
      <w:r>
        <w:t>ka khwah woh mard ho ya aurat min dhakarin untha to</w:t>
      </w:r>
    </w:p>
    <w:p>
      <w:pPr>
        <w:jc w:val="right"/>
      </w:pPr>
      <w:r>
        <w:t>کا خواہ وہ مرد ہو یا عورت من ذکر انس تو</w:t>
      </w:r>
    </w:p>
    <w:p>
      <w:r>
        <w:rPr>
          <w:b/>
        </w:rPr>
        <w:t xml:space="preserve">[10:18] </w:t>
      </w:r>
      <w:r>
        <w:t>farmaaya ke ba'dhukum min ba'dh</w:t>
      </w:r>
    </w:p>
    <w:p>
      <w:pPr>
        <w:jc w:val="right"/>
      </w:pPr>
      <w:r>
        <w:t>فرمایا کہ بعضکم من بعض</w:t>
      </w:r>
    </w:p>
    <w:p>
      <w:r>
        <w:rPr>
          <w:b/>
        </w:rPr>
        <w:t xml:space="preserve">[10:22] </w:t>
      </w:r>
      <w:r>
        <w:t>you are members one of another</w:t>
      </w:r>
    </w:p>
    <w:p>
      <w:pPr>
        <w:jc w:val="right"/>
      </w:pPr>
      <w:r>
        <w:t>یو آر ممبرز ون آف انادر</w:t>
      </w:r>
    </w:p>
    <w:p>
      <w:r>
        <w:rPr>
          <w:b/>
        </w:rPr>
        <w:t xml:space="preserve">[10:27] </w:t>
      </w:r>
      <w:r>
        <w:t>yani tum ek doosre ka counter part ho</w:t>
      </w:r>
    </w:p>
    <w:p>
      <w:pPr>
        <w:jc w:val="right"/>
      </w:pPr>
      <w:r>
        <w:t>یعنی تم ایک دوسرے کا کاؤنٹر پارٹ ہو</w:t>
      </w:r>
    </w:p>
    <w:p>
      <w:r>
        <w:rPr>
          <w:b/>
        </w:rPr>
        <w:t xml:space="preserve">[10:32] </w:t>
      </w:r>
      <w:r>
        <w:t>you are counter part to each other</w:t>
      </w:r>
    </w:p>
    <w:p>
      <w:pPr>
        <w:jc w:val="right"/>
      </w:pPr>
      <w:r>
        <w:t>یو آر کاؤنٹر پارٹ ٹو ایچ ادر</w:t>
      </w:r>
    </w:p>
    <w:p>
      <w:r>
        <w:rPr>
          <w:b/>
        </w:rPr>
        <w:t xml:space="preserve">[10:37] </w:t>
      </w:r>
      <w:r>
        <w:t>yeh farmaaya is ke baad farmaaya</w:t>
      </w:r>
    </w:p>
    <w:p>
      <w:pPr>
        <w:jc w:val="right"/>
      </w:pPr>
      <w:r>
        <w:t>یہ فرمایا اس کے بعد فرمایا</w:t>
      </w:r>
    </w:p>
    <w:p>
      <w:r>
        <w:rPr>
          <w:b/>
        </w:rPr>
        <w:t xml:space="preserve">[10:43] </w:t>
      </w:r>
      <w:r>
        <w:t>ke tum mein se jo</w:t>
      </w:r>
    </w:p>
    <w:p>
      <w:pPr>
        <w:jc w:val="right"/>
      </w:pPr>
      <w:r>
        <w:t>کہ تم میں سے جو</w:t>
      </w:r>
    </w:p>
    <w:p>
      <w:r>
        <w:rPr>
          <w:b/>
        </w:rPr>
        <w:t xml:space="preserve">[10:48] </w:t>
      </w:r>
      <w:r>
        <w:t>jis ne hijrat ki</w:t>
      </w:r>
    </w:p>
    <w:p>
      <w:pPr>
        <w:jc w:val="right"/>
      </w:pPr>
      <w:r>
        <w:t>جس نے ہجرت کی</w:t>
      </w:r>
    </w:p>
    <w:p>
      <w:r>
        <w:rPr>
          <w:b/>
        </w:rPr>
        <w:t xml:space="preserve">[10:52] </w:t>
      </w:r>
      <w:r>
        <w:t>tum mein se jo gharon se nikale gaye</w:t>
      </w:r>
    </w:p>
    <w:p>
      <w:pPr>
        <w:jc w:val="right"/>
      </w:pPr>
      <w:r>
        <w:t>تم میں سے جو گھروں سے نکالے گئے</w:t>
      </w:r>
    </w:p>
    <w:p>
      <w:r>
        <w:rPr>
          <w:b/>
        </w:rPr>
        <w:t xml:space="preserve">[10:55] </w:t>
      </w:r>
      <w:r>
        <w:t>tum mein se jo sataye gaye</w:t>
      </w:r>
    </w:p>
    <w:p>
      <w:pPr>
        <w:jc w:val="right"/>
      </w:pPr>
      <w:r>
        <w:t>تم میں سے جو ستائے گئے</w:t>
      </w:r>
    </w:p>
    <w:p>
      <w:r>
        <w:rPr>
          <w:b/>
        </w:rPr>
        <w:t xml:space="preserve">[10:58] </w:t>
      </w:r>
      <w:r>
        <w:t>tum mein se jo qatl kiye gaye ho qatl o qitaal ka</w:t>
      </w:r>
    </w:p>
    <w:p>
      <w:pPr>
        <w:jc w:val="right"/>
      </w:pPr>
      <w:r>
        <w:t>تم میں سے جو قتل کیے گئے ہو قتل و قتال کا</w:t>
      </w:r>
    </w:p>
    <w:p>
      <w:r>
        <w:rPr>
          <w:b/>
        </w:rPr>
        <w:t xml:space="preserve">[11:03] </w:t>
      </w:r>
      <w:r>
        <w:t>ma'raka pesh aaya un ke saath un ko main jannat mein daakhil karunga ab</w:t>
      </w:r>
    </w:p>
    <w:p>
      <w:pPr>
        <w:jc w:val="right"/>
      </w:pPr>
      <w:r>
        <w:t>معرکہ پیش آیا ان کے ساتھ ان کو میں جنت میں داخل کروں گا اب</w:t>
      </w:r>
    </w:p>
    <w:p>
      <w:r>
        <w:rPr>
          <w:b/>
        </w:rPr>
        <w:t xml:space="preserve">[11:10] </w:t>
      </w:r>
      <w:r>
        <w:t>ab aap dekhiye ke yahan min dhikri aur ansaa ke baad yeh sab baatein aati hain</w:t>
      </w:r>
    </w:p>
    <w:p>
      <w:pPr>
        <w:jc w:val="right"/>
      </w:pPr>
      <w:r>
        <w:t>اب آپ دیکھیے کہ یہاں من ذکری اور انساء کے بعد یہ سب باتیں آتی ہیں</w:t>
      </w:r>
    </w:p>
    <w:p>
      <w:r>
        <w:rPr>
          <w:b/>
        </w:rPr>
        <w:t xml:space="preserve">[11:16] </w:t>
      </w:r>
      <w:r>
        <w:t>pehlay bataya ke aurat mard barabar hain</w:t>
      </w:r>
    </w:p>
    <w:p>
      <w:pPr>
        <w:jc w:val="right"/>
      </w:pPr>
      <w:r>
        <w:t>پہلے بتایا کہ عورت مرد برابر ہیں</w:t>
      </w:r>
    </w:p>
    <w:p>
      <w:r>
        <w:rPr>
          <w:b/>
        </w:rPr>
        <w:t xml:space="preserve">[11:19] </w:t>
      </w:r>
      <w:r>
        <w:t>donon ek doosre ke counter part hain</w:t>
      </w:r>
    </w:p>
    <w:p>
      <w:pPr>
        <w:jc w:val="right"/>
      </w:pPr>
      <w:r>
        <w:t>دونوں ایک دوسرے کے کاؤنٹر پارٹ ہیں</w:t>
      </w:r>
    </w:p>
    <w:p>
      <w:r>
        <w:rPr>
          <w:b/>
        </w:rPr>
        <w:t xml:space="preserve">[11:23] </w:t>
      </w:r>
      <w:r>
        <w:t>phir bataya ke donon ek hi amal mein shareek hain</w:t>
      </w:r>
    </w:p>
    <w:p>
      <w:pPr>
        <w:jc w:val="right"/>
      </w:pPr>
      <w:r>
        <w:t>پھر بتایا کہ دونوں ایک ہی عمل میں شریک ہیں</w:t>
      </w:r>
    </w:p>
    <w:p>
      <w:r>
        <w:rPr>
          <w:b/>
        </w:rPr>
        <w:t xml:space="preserve">[11:27] </w:t>
      </w:r>
      <w:r>
        <w:t>phir bataya ke is amal ka ajar bhi sab ko milega woh amal kya hai aisi zindagi</w:t>
      </w:r>
    </w:p>
    <w:p>
      <w:pPr>
        <w:jc w:val="right"/>
      </w:pPr>
      <w:r>
        <w:t>پھر بتایا کہ اس عمل کا اجر بھی سب کو ملے گا وہ عمل کیا ہے ایسی زندگی</w:t>
      </w:r>
    </w:p>
    <w:p>
      <w:r>
        <w:rPr>
          <w:b/>
        </w:rPr>
        <w:t xml:space="preserve">[11:34] </w:t>
      </w:r>
      <w:r>
        <w:t>guzarna jis mein yeh sab yeh sab اسٹیجز pesh aaein</w:t>
      </w:r>
    </w:p>
    <w:p>
      <w:pPr>
        <w:jc w:val="right"/>
      </w:pPr>
      <w:r>
        <w:t>گزارنا جس میں یہ سب یہ سب اسٹیجز پیش آئیں</w:t>
      </w:r>
    </w:p>
    <w:p>
      <w:r>
        <w:rPr>
          <w:b/>
        </w:rPr>
        <w:t xml:space="preserve">[11:40] </w:t>
      </w:r>
      <w:r>
        <w:t>yeh sab اسٹیجز pesh aaein hijrat karna paray gharon ko chhodna paray</w:t>
      </w:r>
    </w:p>
    <w:p>
      <w:pPr>
        <w:jc w:val="right"/>
      </w:pPr>
      <w:r>
        <w:t>یہ سب اسٹیجز پیش آئیں ہجرت کرنا پڑے گھروں کو چھوڑنا پڑے</w:t>
      </w:r>
    </w:p>
    <w:p>
      <w:r>
        <w:rPr>
          <w:b/>
        </w:rPr>
        <w:t xml:space="preserve">[11:47] </w:t>
      </w:r>
      <w:r>
        <w:t>sat satana log</w:t>
      </w:r>
    </w:p>
    <w:p>
      <w:pPr>
        <w:jc w:val="right"/>
      </w:pPr>
      <w:r>
        <w:t>ست ستانا لوگ</w:t>
      </w:r>
    </w:p>
    <w:p>
      <w:r>
        <w:rPr>
          <w:b/>
        </w:rPr>
        <w:t xml:space="preserve">[11:49] </w:t>
      </w:r>
      <w:r>
        <w:t>satayein aap ko</w:t>
      </w:r>
    </w:p>
    <w:p>
      <w:pPr>
        <w:jc w:val="right"/>
      </w:pPr>
      <w:r>
        <w:t>ستائیں آپ کو</w:t>
      </w:r>
    </w:p>
    <w:p>
      <w:r>
        <w:rPr>
          <w:b/>
        </w:rPr>
        <w:t xml:space="preserve">[11:51] </w:t>
      </w:r>
      <w:r>
        <w:t>aur is mein qatl o qitaal ki nobat aaye dekhein yeh alfaaz ka matlab yeh na samjhiye ke</w:t>
      </w:r>
    </w:p>
    <w:p>
      <w:pPr>
        <w:jc w:val="right"/>
      </w:pPr>
      <w:r>
        <w:t>اور اس میں قتل و قتال کی نوبت آئے دیکھیں یہ الفاظ کا مطلب یہ نہ سمجھیے کہ</w:t>
      </w:r>
    </w:p>
    <w:p>
      <w:r>
        <w:rPr>
          <w:b/>
        </w:rPr>
        <w:t xml:space="preserve">[11:57] </w:t>
      </w:r>
      <w:r>
        <w:t>talwar chale nahi yeh sab symbolic word hote hain yaani is ko aap apne apne halaat ke lihaaz</w:t>
      </w:r>
    </w:p>
    <w:p>
      <w:pPr>
        <w:jc w:val="right"/>
      </w:pPr>
      <w:r>
        <w:t>تلوار چلے نہیں یہ سب سمبولک ورڈ ہوتے ہیں یعنی اس کو آپ اپنے اپنے حالات کے لحاظ</w:t>
      </w:r>
    </w:p>
    <w:p>
      <w:r>
        <w:rPr>
          <w:b/>
        </w:rPr>
        <w:t xml:space="preserve">[12:05] </w:t>
      </w:r>
      <w:r>
        <w:t>se samjhiye ab to ghar reh kar ke ghar chhodna parta hai woh zamana aagaya hai</w:t>
      </w:r>
    </w:p>
    <w:p>
      <w:pPr>
        <w:jc w:val="right"/>
      </w:pPr>
      <w:r>
        <w:t>سے سمجھیے اب تو گھر رہ کر کے گھر چھوڑنا پڑتا ہے وہ زمانہ آگیا ہے</w:t>
      </w:r>
    </w:p>
    <w:p>
      <w:r>
        <w:rPr>
          <w:b/>
        </w:rPr>
        <w:t xml:space="preserve">[12:14] </w:t>
      </w:r>
      <w:r>
        <w:t>ghar reh kar ke aap ko ghar chhodna parta hai ghar reh kar aap ko ghar mein reh</w:t>
      </w:r>
    </w:p>
    <w:p>
      <w:pPr>
        <w:jc w:val="right"/>
      </w:pPr>
      <w:r>
        <w:t>گھر رہ کر کے آپ کو گھر چھوڑنا پڑتا ہے گھر رہ کر آپ کو گھر میں رہ</w:t>
      </w:r>
    </w:p>
    <w:p>
      <w:r>
        <w:rPr>
          <w:b/>
        </w:rPr>
        <w:t xml:space="preserve">[12:18] </w:t>
      </w:r>
      <w:r>
        <w:t>kar aap ko ghar se nikalna parta hai</w:t>
      </w:r>
    </w:p>
    <w:p>
      <w:pPr>
        <w:jc w:val="right"/>
      </w:pPr>
      <w:r>
        <w:t>کر آپ کو گھر سے نکلنا پڑتا ہے</w:t>
      </w:r>
    </w:p>
    <w:p>
      <w:r>
        <w:rPr>
          <w:b/>
        </w:rPr>
        <w:t xml:space="preserve">[12:21] </w:t>
      </w:r>
      <w:r>
        <w:t>aaram mein reh kar ke aap ko satane ke tajrube hote hain</w:t>
      </w:r>
    </w:p>
    <w:p>
      <w:pPr>
        <w:jc w:val="right"/>
      </w:pPr>
      <w:r>
        <w:t>آرام میں رہ کر کے آپ کو ستانے کے تجربے ہوتے ہیں</w:t>
      </w:r>
    </w:p>
    <w:p>
      <w:r>
        <w:rPr>
          <w:b/>
        </w:rPr>
        <w:t xml:space="preserve">[12:26] </w:t>
      </w:r>
      <w:r>
        <w:t>bina qatl kiya aap ko qatl ho jana parta hai woh daur aagaya hai ab</w:t>
      </w:r>
    </w:p>
    <w:p>
      <w:pPr>
        <w:jc w:val="right"/>
      </w:pPr>
      <w:r>
        <w:t>بنا قتل کیا آپ کو قتل ہو جانا پڑتا ہے وہ دور آگیا ہے اب</w:t>
      </w:r>
    </w:p>
    <w:p>
      <w:r>
        <w:rPr>
          <w:b/>
        </w:rPr>
        <w:t xml:space="preserve">[12:33] </w:t>
      </w:r>
      <w:r>
        <w:t>yeh jo alfaaz hain allazeen</w:t>
      </w:r>
    </w:p>
    <w:p>
      <w:pPr>
        <w:jc w:val="right"/>
      </w:pPr>
      <w:r>
        <w:t>یہ جو الفاظ ہیں الذین</w:t>
      </w:r>
    </w:p>
    <w:p>
      <w:r>
        <w:rPr>
          <w:b/>
        </w:rPr>
        <w:t xml:space="preserve">[12:36] </w:t>
      </w:r>
      <w:r>
        <w:t>haajaroo min diyarhim fi sabil wa qatal wa qutiloo un ko.</w:t>
      </w:r>
    </w:p>
    <w:p>
      <w:pPr>
        <w:jc w:val="right"/>
      </w:pPr>
      <w:r>
        <w:t>ہاجروا من دیارہم فی سبیل وقاتل وقتل ان کو.</w:t>
      </w:r>
    </w:p>
    <w:p>
      <w:r>
        <w:rPr>
          <w:b/>
        </w:rPr>
        <w:t xml:space="preserve">[12:40] </w:t>
      </w:r>
      <w:r>
        <w:t>literal sense mein na lijiye</w:t>
      </w:r>
    </w:p>
    <w:p>
      <w:pPr>
        <w:jc w:val="right"/>
      </w:pPr>
      <w:r>
        <w:t>لٹرل سینس میں نہ لیجئے</w:t>
      </w:r>
    </w:p>
    <w:p>
      <w:r>
        <w:rPr>
          <w:b/>
        </w:rPr>
        <w:t xml:space="preserve">[12:44] </w:t>
      </w:r>
      <w:r>
        <w:t>is ko aaj ke jo contemptory world hai is mein rakh kar dekhiye aaj ka zamana bohat mukhtalif</w:t>
      </w:r>
    </w:p>
    <w:p>
      <w:pPr>
        <w:jc w:val="right"/>
      </w:pPr>
      <w:r>
        <w:t>اس کو آج کے جو کنٹمپری ورلڈ ہے اس میں رکھ کر دیکھیے آج کا زمانہ بہت مختلف</w:t>
      </w:r>
    </w:p>
    <w:p>
      <w:r>
        <w:rPr>
          <w:b/>
        </w:rPr>
        <w:t xml:space="preserve">[12:49] </w:t>
      </w:r>
      <w:r>
        <w:t>zamana ho chuka hai</w:t>
      </w:r>
    </w:p>
    <w:p>
      <w:pPr>
        <w:jc w:val="right"/>
      </w:pPr>
      <w:r>
        <w:t>زمانہ ہو چکا ہے</w:t>
      </w:r>
    </w:p>
    <w:p>
      <w:r>
        <w:rPr>
          <w:b/>
        </w:rPr>
        <w:t xml:space="preserve">[12:52] </w:t>
      </w:r>
      <w:r>
        <w:t>aap sochenge to is ko aap gehrai mein jaan sakenge ke aaj woh zamana aagaya hai</w:t>
      </w:r>
    </w:p>
    <w:p>
      <w:pPr>
        <w:jc w:val="right"/>
      </w:pPr>
      <w:r>
        <w:t>آپ سوچیں گے تو اس کو آپ گہرائی میں جان سکیں گے کہ آج وہ زمانہ آگیا ہے</w:t>
      </w:r>
    </w:p>
    <w:p>
      <w:r>
        <w:rPr>
          <w:b/>
        </w:rPr>
        <w:t xml:space="preserve">[12:58] </w:t>
      </w:r>
      <w:r>
        <w:t>ke hijrat na kar ke bhi hijrat karna parta hai</w:t>
      </w:r>
    </w:p>
    <w:p>
      <w:pPr>
        <w:jc w:val="right"/>
      </w:pPr>
      <w:r>
        <w:t>کہ ہجرت نہ کر کے بھی ہجرت کرنا پڑتا ہے</w:t>
      </w:r>
    </w:p>
    <w:p>
      <w:r>
        <w:rPr>
          <w:b/>
        </w:rPr>
        <w:t xml:space="preserve">[13:03] </w:t>
      </w:r>
      <w:r>
        <w:t>ghar mein reh kar ke bhi yeh ghar ko chhoot jata hai aap se</w:t>
      </w:r>
    </w:p>
    <w:p>
      <w:pPr>
        <w:jc w:val="right"/>
      </w:pPr>
      <w:r>
        <w:t>گھر میں رہ کر کے بھی یہ گھر کو چھوٹ جاتا ہے آپ سے</w:t>
      </w:r>
    </w:p>
    <w:p>
      <w:r>
        <w:rPr>
          <w:b/>
        </w:rPr>
        <w:t xml:space="preserve">[13:09] </w:t>
      </w:r>
      <w:r>
        <w:t>bazaahir koi top banduq nahi chalti phir bhi aap sataye jaate hain</w:t>
      </w:r>
    </w:p>
    <w:p>
      <w:pPr>
        <w:jc w:val="right"/>
      </w:pPr>
      <w:r>
        <w:t>بظاہر کوئی توپ بندوق نہیں چلتی پھر بھی آپ ستائے جاتے ہیں</w:t>
      </w:r>
    </w:p>
    <w:p>
      <w:r>
        <w:rPr>
          <w:b/>
        </w:rPr>
        <w:t xml:space="preserve">[13:14] </w:t>
      </w:r>
      <w:r>
        <w:t>koi aap ke qadam mein chhuri nahi lagata phir bhi aap zibah ho jaate hain</w:t>
      </w:r>
    </w:p>
    <w:p>
      <w:pPr>
        <w:jc w:val="right"/>
      </w:pPr>
      <w:r>
        <w:t>کوئی آپ کے قدم میں چھری نہیں لگاتا پھر بھی آپ ذبح ہو جاتے ہیں</w:t>
      </w:r>
    </w:p>
    <w:p>
      <w:r>
        <w:rPr>
          <w:b/>
        </w:rPr>
        <w:t xml:space="preserve">[13:20] </w:t>
      </w:r>
      <w:r>
        <w:t>woh zamana aaya hai to yeh sab tajrube kis ko pesh aaeinge</w:t>
      </w:r>
    </w:p>
    <w:p>
      <w:pPr>
        <w:jc w:val="right"/>
      </w:pPr>
      <w:r>
        <w:t>وہ زمانہ آیا ہے تو یہ سب تجربے کس کو پیش آئیں گے</w:t>
      </w:r>
    </w:p>
    <w:p>
      <w:r>
        <w:rPr>
          <w:b/>
        </w:rPr>
        <w:t xml:space="preserve">[13:26] </w:t>
      </w:r>
      <w:r>
        <w:t>donon ko bataya min zakar wa insaa yaani donon hi par yeh tajrube pesh aaeinge</w:t>
      </w:r>
    </w:p>
    <w:p>
      <w:pPr>
        <w:jc w:val="right"/>
      </w:pPr>
      <w:r>
        <w:t>دونوں کو بتایا من ذکر و انساء یعنی دونوں ہی پر یہ تجربے پیش آئیں گے</w:t>
      </w:r>
    </w:p>
    <w:p>
      <w:r>
        <w:rPr>
          <w:b/>
        </w:rPr>
        <w:t xml:space="preserve">[13:31] </w:t>
      </w:r>
      <w:r>
        <w:t>alag nahi kiya aisa nahi farmaya ke mardon ko to yeh tajrube pesh aaeinge auraton ko nahi</w:t>
      </w:r>
    </w:p>
    <w:p>
      <w:pPr>
        <w:jc w:val="right"/>
      </w:pPr>
      <w:r>
        <w:t>الگ نہیں کیا ایسا نہیں فرمایا کہ مردوں کو تو یہ تجربے پیش آئیں گے عورتوں کو نہیں</w:t>
      </w:r>
    </w:p>
    <w:p>
      <w:r>
        <w:rPr>
          <w:b/>
        </w:rPr>
        <w:t xml:space="preserve">[13:39] </w:t>
      </w:r>
      <w:r>
        <w:t>kyun ke aap sochiye auraten agar ghar mein band hain sirf khana paka rahi hain bachche paida kar rahi</w:t>
      </w:r>
    </w:p>
    <w:p>
      <w:pPr>
        <w:jc w:val="right"/>
      </w:pPr>
      <w:r>
        <w:t>کیونکہ آپ سوچیے عورتیں اگر گھر میں بند ہیں صرف کھانا پکا رہی ہیں بچے پیدا کر رہی</w:t>
      </w:r>
    </w:p>
    <w:p>
      <w:r>
        <w:rPr>
          <w:b/>
        </w:rPr>
        <w:t xml:space="preserve">[13:44] </w:t>
      </w:r>
      <w:r>
        <w:t>hain to yeh tajrubay un ko kyun pesh aayen ge</w:t>
      </w:r>
    </w:p>
    <w:p>
      <w:pPr>
        <w:jc w:val="right"/>
      </w:pPr>
      <w:r>
        <w:t>ہیں تو یہ تجربے ان کو کیوں پیش آئیں گے</w:t>
      </w:r>
    </w:p>
    <w:p>
      <w:r>
        <w:rPr>
          <w:b/>
        </w:rPr>
        <w:t xml:space="preserve">[13:50] </w:t>
      </w:r>
      <w:r>
        <w:t>yeh tajrubay jab pesh aate hain jab aap challenge ka samna paṛen logon ko aap se challenge mile</w:t>
      </w:r>
    </w:p>
    <w:p>
      <w:pPr>
        <w:jc w:val="right"/>
      </w:pPr>
      <w:r>
        <w:t>یہ تجربے جب پیش آتے ہیں جب آپ چیلنج کا سامنا پڑیں لوگوں کو آپ سے چیلنج ملے</w:t>
      </w:r>
    </w:p>
    <w:p>
      <w:r>
        <w:rPr>
          <w:b/>
        </w:rPr>
        <w:t xml:space="preserve">[13:57] </w:t>
      </w:r>
      <w:r>
        <w:t>logon mein rivalry qaim ho logon ka interest khatre mein ho</w:t>
      </w:r>
    </w:p>
    <w:p>
      <w:pPr>
        <w:jc w:val="right"/>
      </w:pPr>
      <w:r>
        <w:t>لوگوں میں رائیولری قائم ہو لوگوں کا انٹرسٹ خطرے میں ہو</w:t>
      </w:r>
    </w:p>
    <w:p>
      <w:r>
        <w:rPr>
          <w:b/>
        </w:rPr>
        <w:t xml:space="preserve">[14:03] </w:t>
      </w:r>
      <w:r>
        <w:t>logon ka jo ḍhanche hai woh toṭta ho aisa mission chalaen aap</w:t>
      </w:r>
    </w:p>
    <w:p>
      <w:pPr>
        <w:jc w:val="right"/>
      </w:pPr>
      <w:r>
        <w:t>لوگوں کا جو ڈھانچہ ہے وہ ٹوٹتا ہو ایسا مشن چلائیں آپ</w:t>
      </w:r>
    </w:p>
    <w:p>
      <w:r>
        <w:rPr>
          <w:b/>
        </w:rPr>
        <w:t xml:space="preserve">[14:09] </w:t>
      </w:r>
      <w:r>
        <w:t>yani jab tak aap aik external mission mein apne ko involve na karen tab tak kaise yeh tajrubay</w:t>
      </w:r>
    </w:p>
    <w:p>
      <w:pPr>
        <w:jc w:val="right"/>
      </w:pPr>
      <w:r>
        <w:t>یعنی جب تک آپ ایک ایکسٹرنل مشن میں اپنے کو انوالو نہ کریں تب تک کیسے یہ تجربے</w:t>
      </w:r>
    </w:p>
    <w:p>
      <w:r>
        <w:rPr>
          <w:b/>
        </w:rPr>
        <w:t xml:space="preserve">[14:17] </w:t>
      </w:r>
      <w:r>
        <w:t>pesh aayen ge bataiye</w:t>
      </w:r>
    </w:p>
    <w:p>
      <w:pPr>
        <w:jc w:val="right"/>
      </w:pPr>
      <w:r>
        <w:t>پیش آئیں گے بتائیے</w:t>
      </w:r>
    </w:p>
    <w:p>
      <w:r>
        <w:rPr>
          <w:b/>
        </w:rPr>
        <w:t xml:space="preserve">[14:21] </w:t>
      </w:r>
      <w:r>
        <w:t>pesh nahin aa sakte</w:t>
      </w:r>
    </w:p>
    <w:p>
      <w:pPr>
        <w:jc w:val="right"/>
      </w:pPr>
      <w:r>
        <w:t>پیش نہیں آ سکتے</w:t>
      </w:r>
    </w:p>
    <w:p>
      <w:r>
        <w:rPr>
          <w:b/>
        </w:rPr>
        <w:t xml:space="preserve">[14:23] </w:t>
      </w:r>
      <w:r>
        <w:t>to bohat ziyada sochne ki baat hai ke ke amal jo bataya amal aik aisa amal tha jis</w:t>
      </w:r>
    </w:p>
    <w:p>
      <w:pPr>
        <w:jc w:val="right"/>
      </w:pPr>
      <w:r>
        <w:t>تو بہت زیادہ سوچنے کی بات ہے کہ کہ عمل جو بتایا عمل ایک ایسا عمل تھا جس</w:t>
      </w:r>
    </w:p>
    <w:p>
      <w:r>
        <w:rPr>
          <w:b/>
        </w:rPr>
        <w:t xml:space="preserve">[14:29] </w:t>
      </w:r>
      <w:r>
        <w:t>amal mein yeh sab aik tajrubay pesh aate hain</w:t>
      </w:r>
    </w:p>
    <w:p>
      <w:pPr>
        <w:jc w:val="right"/>
      </w:pPr>
      <w:r>
        <w:t>عمل میں یہ سب ایک تجربے پیش آتے ہیں</w:t>
      </w:r>
    </w:p>
    <w:p>
      <w:r>
        <w:rPr>
          <w:b/>
        </w:rPr>
        <w:t xml:space="preserve">[14:34] </w:t>
      </w:r>
      <w:r>
        <w:t>aur amal mushtarak hai</w:t>
      </w:r>
    </w:p>
    <w:p>
      <w:pPr>
        <w:jc w:val="right"/>
      </w:pPr>
      <w:r>
        <w:t>اور عمل مشترک ہے</w:t>
      </w:r>
    </w:p>
    <w:p>
      <w:r>
        <w:rPr>
          <w:b/>
        </w:rPr>
        <w:t xml:space="preserve">[14:38] </w:t>
      </w:r>
      <w:r>
        <w:t>to is se yeh kya nikla ke aurat aur mard ka muamla kya hai</w:t>
      </w:r>
    </w:p>
    <w:p>
      <w:pPr>
        <w:jc w:val="right"/>
      </w:pPr>
      <w:r>
        <w:t>تو اس سے یہ کیا نکلا کہ عورت اور مرد کا معاملہ کیا ہے</w:t>
      </w:r>
    </w:p>
    <w:p>
      <w:r>
        <w:rPr>
          <w:b/>
        </w:rPr>
        <w:t xml:space="preserve">[14:45] </w:t>
      </w:r>
      <w:r>
        <w:t>aik hi aik hi</w:t>
      </w:r>
    </w:p>
    <w:p>
      <w:pPr>
        <w:jc w:val="right"/>
      </w:pPr>
      <w:r>
        <w:t>ایک ہی ایک ہی</w:t>
      </w:r>
    </w:p>
    <w:p>
      <w:r>
        <w:rPr>
          <w:b/>
        </w:rPr>
        <w:t xml:space="preserve">[14:48] </w:t>
      </w:r>
      <w:r>
        <w:t>fariza hayat hai jis ka jis jis ke do rukn hain</w:t>
      </w:r>
    </w:p>
    <w:p>
      <w:pPr>
        <w:jc w:val="right"/>
      </w:pPr>
      <w:r>
        <w:t>فریضہ حیات ہے جس کا جس جس کے دو رکن ہیں</w:t>
      </w:r>
    </w:p>
    <w:p>
      <w:r>
        <w:rPr>
          <w:b/>
        </w:rPr>
        <w:t xml:space="preserve">[14:56] </w:t>
      </w:r>
      <w:r>
        <w:t>yani to equal partners</w:t>
      </w:r>
    </w:p>
    <w:p>
      <w:pPr>
        <w:jc w:val="right"/>
      </w:pPr>
      <w:r>
        <w:t>یعنی ٹو ایکول پارٹنرز</w:t>
      </w:r>
    </w:p>
    <w:p>
      <w:r>
        <w:rPr>
          <w:b/>
        </w:rPr>
        <w:t xml:space="preserve">[15:00] </w:t>
      </w:r>
      <w:r>
        <w:t>in in a joint struggle of life</w:t>
      </w:r>
    </w:p>
    <w:p>
      <w:pPr>
        <w:jc w:val="right"/>
      </w:pPr>
      <w:r>
        <w:t>ان ان اے جوائنٹ اسٹرگل آف لائف</w:t>
      </w:r>
    </w:p>
    <w:p>
      <w:r>
        <w:rPr>
          <w:b/>
        </w:rPr>
        <w:t xml:space="preserve">[15:06] </w:t>
      </w:r>
      <w:r>
        <w:t>aurat aur mard ki position jo hai is ayat ke mutabiq kya nikalti hai</w:t>
      </w:r>
    </w:p>
    <w:p>
      <w:pPr>
        <w:jc w:val="right"/>
      </w:pPr>
      <w:r>
        <w:t>عورت اور مرد کی پوزیشن جو ہے اس آیت کے مطابق کیا نکلتی ہے</w:t>
      </w:r>
    </w:p>
    <w:p>
      <w:r>
        <w:rPr>
          <w:b/>
        </w:rPr>
        <w:t xml:space="preserve">[15:12] </w:t>
      </w:r>
      <w:r>
        <w:t>ke they are to equal partners</w:t>
      </w:r>
    </w:p>
    <w:p>
      <w:pPr>
        <w:jc w:val="right"/>
      </w:pPr>
      <w:r>
        <w:t>کہ دے آر ٹو ایکول پارٹنرز</w:t>
      </w:r>
    </w:p>
    <w:p>
      <w:r>
        <w:rPr>
          <w:b/>
        </w:rPr>
        <w:t xml:space="preserve">[15:15] </w:t>
      </w:r>
      <w:r>
        <w:t>in a joint struggle of life</w:t>
      </w:r>
    </w:p>
    <w:p>
      <w:pPr>
        <w:jc w:val="right"/>
      </w:pPr>
      <w:r>
        <w:t>ان اے جوائنٹ اسٹرگل آف لائف</w:t>
      </w:r>
    </w:p>
    <w:p>
      <w:r>
        <w:rPr>
          <w:b/>
        </w:rPr>
        <w:t xml:space="preserve">[15:21] </w:t>
      </w:r>
      <w:r>
        <w:t>ka aurat mard ko Allah ne paida kiya is</w:t>
      </w:r>
    </w:p>
    <w:p>
      <w:pPr>
        <w:jc w:val="right"/>
      </w:pPr>
      <w:r>
        <w:t>کا عورت مرد کو اللہ نے پیدا کیا اس</w:t>
      </w:r>
    </w:p>
    <w:p>
      <w:r>
        <w:rPr>
          <w:b/>
        </w:rPr>
        <w:t xml:space="preserve">[15:23] </w:t>
      </w:r>
      <w:r>
        <w:t>liye ke woh mil kar ke ek fariza hayat ko ada karein mil kar ke</w:t>
      </w:r>
    </w:p>
    <w:p>
      <w:pPr>
        <w:jc w:val="right"/>
      </w:pPr>
      <w:r>
        <w:t>لیے کہ وہ مل کر کے ایک فریضہ حیات کو ادا کریں مل کر کے</w:t>
      </w:r>
    </w:p>
    <w:p>
      <w:r>
        <w:rPr>
          <w:b/>
        </w:rPr>
        <w:t xml:space="preserve">[15:34] </w:t>
      </w:r>
      <w:r>
        <w:t>dono ka ek ek ek joint venture hai aurat mard dono ka ek joint venture hai joint effort hai joint struggle hai jitna bhi aap sochenge in in alfaaz par aap is nateeje pahunchenge mein aap ko invite karta hoon ke aap ghar ja kar ke in aayaton ko padhein is chapter number three ki ayat number 195</w:t>
      </w:r>
    </w:p>
    <w:p>
      <w:pPr>
        <w:jc w:val="right"/>
      </w:pPr>
      <w:r>
        <w:t>دونوں کا ایک ایک ایک جوائنٹ وینچر ہے عورت مرد دونوں کا ایک جوائنٹ وینچر ہے جوائنٹ ایفرٹ ہے جوائنٹ اسٹرگل ہے جتنا بھی آپ سوچیں گے ان ان الفاظ پر آپ اس نتیجے پہنچیں گے میں آپ کو انوائٹ کرتا ہوں کہ آپ گھر جا کر کے ان آیتوں کو پڑھیں اس چیپٹر نمبر تھری کی آیت نمبر 195</w:t>
      </w:r>
    </w:p>
    <w:p>
      <w:r>
        <w:rPr>
          <w:b/>
        </w:rPr>
        <w:t xml:space="preserve">[16:04] </w:t>
      </w:r>
      <w:r>
        <w:t>bohat ajeeb yeh aik discovery mujhe hui</w:t>
      </w:r>
    </w:p>
    <w:p>
      <w:pPr>
        <w:jc w:val="right"/>
      </w:pPr>
      <w:r>
        <w:t>بہت عجیب یہ ایک ڈسکوری مجھے ہوئی</w:t>
      </w:r>
    </w:p>
    <w:p>
      <w:r>
        <w:rPr>
          <w:b/>
        </w:rPr>
        <w:t xml:space="preserve">[16:09] </w:t>
      </w:r>
      <w:r>
        <w:t>ke woh woh jo baat kahi ja rahi hai woh donon ko le kar kahi ja rahi hai</w:t>
      </w:r>
    </w:p>
    <w:p>
      <w:pPr>
        <w:jc w:val="right"/>
      </w:pPr>
      <w:r>
        <w:t>کہ وہ وہ جو بات کہی جا رہی ہے وہ دونوں کو لے کر کہی جا رہی ہے</w:t>
      </w:r>
    </w:p>
    <w:p>
      <w:r>
        <w:rPr>
          <w:b/>
        </w:rPr>
        <w:t xml:space="preserve">[16:14] </w:t>
      </w:r>
      <w:r>
        <w:t>sirf mardon ko le kar nahin aisa nahin farmaya ke mardon ko hijrat karni paṛegi mardon ko</w:t>
      </w:r>
    </w:p>
    <w:p>
      <w:pPr>
        <w:jc w:val="right"/>
      </w:pPr>
      <w:r>
        <w:t>صرف مردوں کو لے کر نہیں ایسا نہیں فرمایا کہ مردوں کو ہجرت کرنی پڑے گی مردوں کو</w:t>
      </w:r>
    </w:p>
    <w:p>
      <w:r>
        <w:rPr>
          <w:b/>
        </w:rPr>
        <w:t xml:space="preserve">[16:21] </w:t>
      </w:r>
      <w:r>
        <w:t>ghar se nikala jaega mardon ko Khuda ke raste mein sataya jaega mardon ko qatl o</w:t>
      </w:r>
    </w:p>
    <w:p>
      <w:pPr>
        <w:jc w:val="right"/>
      </w:pPr>
      <w:r>
        <w:t>گھر سے نکالا جائے گا مردوں کو خدا کے راستے میں ستایا جائے گا مردوں کو قتل و</w:t>
      </w:r>
    </w:p>
    <w:p>
      <w:r>
        <w:rPr>
          <w:b/>
        </w:rPr>
        <w:t xml:space="preserve">[16:27] </w:t>
      </w:r>
      <w:r>
        <w:t>qital ka mu'arka pesh aega yeh to nahin kaha</w:t>
      </w:r>
    </w:p>
    <w:p>
      <w:pPr>
        <w:jc w:val="right"/>
      </w:pPr>
      <w:r>
        <w:t>قتال کا معرکہ پیش آئے گا یہ تو نہیں کہا</w:t>
      </w:r>
    </w:p>
    <w:p>
      <w:r>
        <w:rPr>
          <w:b/>
        </w:rPr>
        <w:t xml:space="preserve">[16:30] </w:t>
      </w:r>
      <w:r>
        <w:t>donon ko le kar kaha</w:t>
      </w:r>
    </w:p>
    <w:p>
      <w:pPr>
        <w:jc w:val="right"/>
      </w:pPr>
      <w:r>
        <w:t>دونوں کو لے کر کہا</w:t>
      </w:r>
    </w:p>
    <w:p>
      <w:r>
        <w:rPr>
          <w:b/>
        </w:rPr>
        <w:t xml:space="preserve">[16:33] </w:t>
      </w:r>
      <w:r>
        <w:t>yeh sari baatein dono par apply ho rahi hain</w:t>
      </w:r>
    </w:p>
    <w:p>
      <w:pPr>
        <w:jc w:val="right"/>
      </w:pPr>
      <w:r>
        <w:t>یہ ساری باتیں دونوں پر اپلائی ہو رہی ہیں</w:t>
      </w:r>
    </w:p>
    <w:p>
      <w:r>
        <w:rPr>
          <w:b/>
        </w:rPr>
        <w:t xml:space="preserve">[16:39] </w:t>
      </w:r>
      <w:r>
        <w:t>to kaise auratein yeh sab kaam mein shareek ho sakti hain dekhiye mera matlab yeh nahi ke jo</w:t>
      </w:r>
    </w:p>
    <w:p>
      <w:pPr>
        <w:jc w:val="right"/>
      </w:pPr>
      <w:r>
        <w:t>تو کیسے عورتیں یہ سب کام میں شریک ہو سکتی ہیں دیکھیے میرا مطلب یہ نہیں کہ جو</w:t>
      </w:r>
    </w:p>
    <w:p>
      <w:r>
        <w:rPr>
          <w:b/>
        </w:rPr>
        <w:t xml:space="preserve">[16:43] </w:t>
      </w:r>
      <w:r>
        <w:t>kaam mard ka hai woh kaam aurat bhi kare yeh matlab bana lein ke</w:t>
      </w:r>
    </w:p>
    <w:p>
      <w:pPr>
        <w:jc w:val="right"/>
      </w:pPr>
      <w:r>
        <w:t>کام مرد کا ہے وہ کام عورت بھی کرے یہ مطلب بنا لیں کہ</w:t>
      </w:r>
    </w:p>
    <w:p>
      <w:r>
        <w:rPr>
          <w:b/>
        </w:rPr>
        <w:t xml:space="preserve">[16:48] </w:t>
      </w:r>
      <w:r>
        <w:t>taqseem kar ek principle of nature hai division of labor jaise mein hoon Mr Rajat hain mein hoon</w:t>
      </w:r>
    </w:p>
    <w:p>
      <w:pPr>
        <w:jc w:val="right"/>
      </w:pPr>
      <w:r>
        <w:t>تقسیم کار ایک پرنسپل آف نیچر ہے ڈیویژن آف لیبر جیسے میں ہوں مسٹر رجت ہیں میں ہوں</w:t>
      </w:r>
    </w:p>
    <w:p>
      <w:r>
        <w:rPr>
          <w:b/>
        </w:rPr>
        <w:t xml:space="preserve">[16:57] </w:t>
      </w:r>
      <w:r>
        <w:t>Mr cameraman hain to dono mard hain phir ka ek hi kaam kar rahe hain</w:t>
      </w:r>
    </w:p>
    <w:p>
      <w:pPr>
        <w:jc w:val="right"/>
      </w:pPr>
      <w:r>
        <w:t>مسٹر کیمرہ مین ہیں تو دونوں مرد ہیں پھر کا ایک ہی کام کر رہے ہیں</w:t>
      </w:r>
    </w:p>
    <w:p>
      <w:r>
        <w:rPr>
          <w:b/>
        </w:rPr>
        <w:t xml:space="preserve">[17:04] </w:t>
      </w:r>
      <w:r>
        <w:t>ek woh Mr cameraman ka kaam doosra hai Mr Rajat kaam doosra hai mera kaam doosra hai</w:t>
      </w:r>
    </w:p>
    <w:p>
      <w:pPr>
        <w:jc w:val="right"/>
      </w:pPr>
      <w:r>
        <w:t>ایک وہ مسٹر کیمرہ مین کا کام دوسرا ہے مسٹر رجت کام دوسرا ہے میرا کام دوسرا ہے</w:t>
      </w:r>
    </w:p>
    <w:p>
      <w:r>
        <w:rPr>
          <w:b/>
        </w:rPr>
        <w:t xml:space="preserve">[17:10] </w:t>
      </w:r>
      <w:r>
        <w:t>to mein jo keh raha hoon iska matlab yeh nahi ke wahi kaam mard bhi kare wahi</w:t>
      </w:r>
    </w:p>
    <w:p>
      <w:pPr>
        <w:jc w:val="right"/>
      </w:pPr>
      <w:r>
        <w:t>تو میں جو کہہ رہا ہوں اس کا مطلب یہ نہیں کہ وہی کام مرد بھی کرے وہی</w:t>
      </w:r>
    </w:p>
    <w:p>
      <w:r>
        <w:rPr>
          <w:b/>
        </w:rPr>
        <w:t xml:space="preserve">[17:13] </w:t>
      </w:r>
      <w:r>
        <w:t>kaam aurat bhi kare yeh to ek ek flush baat hai yeh unnatural baat hai irrational baat</w:t>
      </w:r>
    </w:p>
    <w:p>
      <w:pPr>
        <w:jc w:val="right"/>
      </w:pPr>
      <w:r>
        <w:t>کام عورت بھی کرے یہ تو ایک ایک فلش بات ہے یہ ان نیچرل بات ہے اریشنل بات</w:t>
      </w:r>
    </w:p>
    <w:p>
      <w:r>
        <w:rPr>
          <w:b/>
        </w:rPr>
        <w:t xml:space="preserve">[17:20] </w:t>
      </w:r>
      <w:r>
        <w:t>hai yeh lekin</w:t>
      </w:r>
    </w:p>
    <w:p>
      <w:pPr>
        <w:jc w:val="right"/>
      </w:pPr>
      <w:r>
        <w:t>ہے یہ لیکن</w:t>
      </w:r>
    </w:p>
    <w:p>
      <w:r>
        <w:rPr>
          <w:b/>
        </w:rPr>
        <w:t xml:space="preserve">[17:23] </w:t>
      </w:r>
      <w:r>
        <w:t>all the doors</w:t>
      </w:r>
    </w:p>
    <w:p>
      <w:pPr>
        <w:jc w:val="right"/>
      </w:pPr>
      <w:r>
        <w:t>ال دا ڈورز</w:t>
      </w:r>
    </w:p>
    <w:p>
      <w:r>
        <w:rPr>
          <w:b/>
        </w:rPr>
        <w:t xml:space="preserve">[17:24] </w:t>
      </w:r>
      <w:r>
        <w:t>are open for the both for the both mein yahi keh raha hoon saare door open hain dono ke liye</w:t>
      </w:r>
    </w:p>
    <w:p>
      <w:pPr>
        <w:jc w:val="right"/>
      </w:pPr>
      <w:r>
        <w:t>آر اوپن فار دا بوتھ فار دا بوتھ میں یہی کہہ رہا ہوں سارے ڈور اوپن ہیں دونوں کے لیے</w:t>
      </w:r>
    </w:p>
    <w:p>
      <w:r>
        <w:rPr>
          <w:b/>
        </w:rPr>
        <w:t xml:space="preserve">[17:34] </w:t>
      </w:r>
      <w:r>
        <w:t>apne hadd ke andar rahengi yeh nahi ke apne hadd se bahar jayen mein primary society ko haram samajhta hoon primary society ko haram samajhta hoon mein</w:t>
      </w:r>
    </w:p>
    <w:p>
      <w:pPr>
        <w:jc w:val="right"/>
      </w:pPr>
      <w:r>
        <w:t>اپنے حد کے اندر رہیں گی یہ نہیں کہ اپنے حد سے باہر جائیں میں پرائمری سوسائٹی کو حرام سمجھتا ہوں پرائمری سوسائٹی کو حرام سمجھتا ہوں میں</w:t>
      </w:r>
    </w:p>
    <w:p>
      <w:r>
        <w:rPr>
          <w:b/>
        </w:rPr>
        <w:t xml:space="preserve">[17:49] </w:t>
      </w:r>
      <w:r>
        <w:t>jo aaj kal chali hui hai</w:t>
      </w:r>
    </w:p>
    <w:p>
      <w:pPr>
        <w:jc w:val="right"/>
      </w:pPr>
      <w:r>
        <w:t>جو آج کل چلی ہوئی ہے</w:t>
      </w:r>
    </w:p>
    <w:p>
      <w:r>
        <w:rPr>
          <w:b/>
        </w:rPr>
        <w:t xml:space="preserve">[17:52] </w:t>
      </w:r>
      <w:r>
        <w:t>woh mein nahi keh raha hoon apne limit pe rehte hue sharai hudood ke bahar sharai hudood par</w:t>
      </w:r>
    </w:p>
    <w:p>
      <w:pPr>
        <w:jc w:val="right"/>
      </w:pPr>
      <w:r>
        <w:t>وہ میں نہیں کہہ رہا ہوں اپنے لمٹ پہ رہتے ہوئے شرعی حدود کے باہر شرعی حدود پر</w:t>
      </w:r>
    </w:p>
    <w:p>
      <w:r>
        <w:rPr>
          <w:b/>
        </w:rPr>
        <w:t xml:space="preserve">[17:59] </w:t>
      </w:r>
      <w:r>
        <w:t>qaim rehte hue</w:t>
      </w:r>
    </w:p>
    <w:p>
      <w:pPr>
        <w:jc w:val="right"/>
      </w:pPr>
      <w:r>
        <w:t>قائم رہتے ہوئے</w:t>
      </w:r>
    </w:p>
    <w:p>
      <w:r>
        <w:rPr>
          <w:b/>
        </w:rPr>
        <w:t xml:space="preserve">[18:01] </w:t>
      </w:r>
      <w:r>
        <w:t>saare doors open hain yeh matlab is se nikla</w:t>
      </w:r>
    </w:p>
    <w:p>
      <w:pPr>
        <w:jc w:val="right"/>
      </w:pPr>
      <w:r>
        <w:t>سارے ڈور اوپن ہیں یہ مطلب اس سے نکلا</w:t>
      </w:r>
    </w:p>
    <w:p>
      <w:r>
        <w:rPr>
          <w:b/>
        </w:rPr>
        <w:t xml:space="preserve">[18:07] </w:t>
      </w:r>
      <w:r>
        <w:t>ab dekhiye mein aap ko</w:t>
      </w:r>
    </w:p>
    <w:p>
      <w:pPr>
        <w:jc w:val="right"/>
      </w:pPr>
      <w:r>
        <w:t>اب دیکھیے میں آپ کو</w:t>
      </w:r>
    </w:p>
    <w:p>
      <w:r>
        <w:rPr>
          <w:b/>
        </w:rPr>
        <w:t xml:space="preserve">[18:10] </w:t>
      </w:r>
      <w:r>
        <w:t>history of Islam se kuch misalein deta hoon dekhein history of Islam Makkah se nahi shuru hoti woh</w:t>
      </w:r>
    </w:p>
    <w:p>
      <w:pPr>
        <w:jc w:val="right"/>
      </w:pPr>
      <w:r>
        <w:t>ہسٹری آف اسلام سے کچھ مثالیں دیتا ہوں دیکھیں ہسٹری آف اسلام مکہ سے نہیں شروع ہوتی وہ</w:t>
      </w:r>
    </w:p>
    <w:p>
      <w:r>
        <w:rPr>
          <w:b/>
        </w:rPr>
        <w:t xml:space="preserve">[18:15] </w:t>
      </w:r>
      <w:r>
        <w:t>saare nabiyon ki history history of Islam hai</w:t>
      </w:r>
    </w:p>
    <w:p>
      <w:pPr>
        <w:jc w:val="right"/>
      </w:pPr>
      <w:r>
        <w:t>سارے نبیوں کی ہسٹری ہسٹری آف اسلام ہے</w:t>
      </w:r>
    </w:p>
    <w:p>
      <w:r>
        <w:rPr>
          <w:b/>
        </w:rPr>
        <w:t xml:space="preserve">[18:21] </w:t>
      </w:r>
      <w:r>
        <w:t>jitne paighambar hain un sab ki history history of Islam hai</w:t>
      </w:r>
    </w:p>
    <w:p>
      <w:pPr>
        <w:jc w:val="right"/>
      </w:pPr>
      <w:r>
        <w:t>جتنے پیغمبر ہیں ان سب کی ہسٹری ہسٹری آف اسلام ہے</w:t>
      </w:r>
    </w:p>
    <w:p>
      <w:r>
        <w:rPr>
          <w:b/>
        </w:rPr>
        <w:t xml:space="preserve">[18:25] </w:t>
      </w:r>
      <w:r>
        <w:t>sab se pehle aap leijiye Hazrat Adam ko jo paighambar bhi thay aur insaan bhi thay</w:t>
      </w:r>
    </w:p>
    <w:p>
      <w:pPr>
        <w:jc w:val="right"/>
      </w:pPr>
      <w:r>
        <w:t>سب سے پہلے آپ لیجئے حضرت آدم کو جو پیغمبر بھی تھے اور انسان بھی تھے</w:t>
      </w:r>
    </w:p>
    <w:p>
      <w:r>
        <w:rPr>
          <w:b/>
        </w:rPr>
        <w:t xml:space="preserve">[18:32] </w:t>
      </w:r>
      <w:r>
        <w:t>aap Quran mein padhiye</w:t>
      </w:r>
    </w:p>
    <w:p>
      <w:pPr>
        <w:jc w:val="right"/>
      </w:pPr>
      <w:r>
        <w:t>آپ قرآن میں پڑھیے</w:t>
      </w:r>
    </w:p>
    <w:p>
      <w:r>
        <w:rPr>
          <w:b/>
        </w:rPr>
        <w:t xml:space="preserve">[18:34] </w:t>
      </w:r>
      <w:r>
        <w:t>yani</w:t>
      </w:r>
    </w:p>
    <w:p>
      <w:pPr>
        <w:jc w:val="right"/>
      </w:pPr>
      <w:r>
        <w:t>یعنی</w:t>
      </w:r>
    </w:p>
    <w:p>
      <w:r>
        <w:rPr>
          <w:b/>
        </w:rPr>
        <w:t xml:space="preserve">[18:35] </w:t>
      </w:r>
      <w:r>
        <w:t>Adam aur unki biwi jo thi Hawa ya Eve Eve Eve dono ek dam yeksan taur</w:t>
      </w:r>
    </w:p>
    <w:p>
      <w:pPr>
        <w:jc w:val="right"/>
      </w:pPr>
      <w:r>
        <w:t>آدم اور ان کی بیوی جو تھی حوا یا ایو ای وی ای دونوں ایک دم یکساں طور</w:t>
      </w:r>
    </w:p>
    <w:p>
      <w:r>
        <w:rPr>
          <w:b/>
        </w:rPr>
        <w:t xml:space="preserve">[18:42] </w:t>
      </w:r>
      <w:r>
        <w:t>par jannat mein reh rahe hain</w:t>
      </w:r>
    </w:p>
    <w:p>
      <w:pPr>
        <w:jc w:val="right"/>
      </w:pPr>
      <w:r>
        <w:t>پر جنت میں رہ رہے ہیں</w:t>
      </w:r>
    </w:p>
    <w:p>
      <w:r>
        <w:rPr>
          <w:b/>
        </w:rPr>
        <w:t xml:space="preserve">[18:45] </w:t>
      </w:r>
      <w:r>
        <w:t>barabar ke ke</w:t>
      </w:r>
    </w:p>
    <w:p>
      <w:pPr>
        <w:jc w:val="right"/>
      </w:pPr>
      <w:r>
        <w:t>برابر کے کہ</w:t>
      </w:r>
    </w:p>
    <w:p>
      <w:r>
        <w:rPr>
          <w:b/>
        </w:rPr>
        <w:t xml:space="preserve">[18:49] </w:t>
      </w:r>
      <w:r>
        <w:t>barabar ki unki zindagi hai barabar ki ghalti bhi kar ki unhone barabar ki maafi bhi</w:t>
      </w:r>
    </w:p>
    <w:p>
      <w:pPr>
        <w:jc w:val="right"/>
      </w:pPr>
      <w:r>
        <w:t>برابر کی ان کی زندگی ہے برابر کی غلطی بھی کر کی انہوں نے برابر کی معافی بھی</w:t>
      </w:r>
    </w:p>
    <w:p>
      <w:r>
        <w:rPr>
          <w:b/>
        </w:rPr>
        <w:t xml:space="preserve">[18:53] </w:t>
      </w:r>
      <w:r>
        <w:t>mangi unhon ne</w:t>
      </w:r>
    </w:p>
    <w:p>
      <w:pPr>
        <w:jc w:val="right"/>
      </w:pPr>
      <w:r>
        <w:t>مانگی انہوں نے</w:t>
      </w:r>
    </w:p>
    <w:p>
      <w:r>
        <w:rPr>
          <w:b/>
        </w:rPr>
        <w:t xml:space="preserve">[18:55] </w:t>
      </w:r>
      <w:r>
        <w:t>aap is in ayaton ko padhein to bohat anokhi baat milegi aap ko is ko tasniya ke</w:t>
      </w:r>
    </w:p>
    <w:p>
      <w:pPr>
        <w:jc w:val="right"/>
      </w:pPr>
      <w:r>
        <w:t>آپ اس ان آیتوں کو پڑھیں تو بہت انوکھی بات ملیں گی آپ کو اس کو تثنیہ کے</w:t>
      </w:r>
    </w:p>
    <w:p>
      <w:r>
        <w:rPr>
          <w:b/>
        </w:rPr>
        <w:t xml:space="preserve">[19:00] </w:t>
      </w:r>
      <w:r>
        <w:t>sighay mein bayan kiya gaya hai</w:t>
      </w:r>
    </w:p>
    <w:p>
      <w:pPr>
        <w:jc w:val="right"/>
      </w:pPr>
      <w:r>
        <w:t>صیغے میں بیان کیا گیا ہے</w:t>
      </w:r>
    </w:p>
    <w:p>
      <w:r>
        <w:rPr>
          <w:b/>
        </w:rPr>
        <w:t xml:space="preserve">[19:03] </w:t>
      </w:r>
      <w:r>
        <w:t>dekhiye tasniya ka matlab kya hota hai</w:t>
      </w:r>
    </w:p>
    <w:p>
      <w:pPr>
        <w:jc w:val="right"/>
      </w:pPr>
      <w:r>
        <w:t>دیکھیے تثنیہ کا مطلب کیا ہوتا ہے</w:t>
      </w:r>
    </w:p>
    <w:p>
      <w:r>
        <w:rPr>
          <w:b/>
        </w:rPr>
        <w:t xml:space="preserve">[19:07] </w:t>
      </w:r>
      <w:r>
        <w:t>sab zubanon mein sirf do hota hai wahid jama yani singular aur plural house aur houses</w:t>
      </w:r>
    </w:p>
    <w:p>
      <w:pPr>
        <w:jc w:val="right"/>
      </w:pPr>
      <w:r>
        <w:t>سب زبانوں میں صرف دو ہوتا ہے واحد جمع یعنی سنگولر اور پلورل ہاؤس اور ہاؤسز</w:t>
      </w:r>
    </w:p>
    <w:p>
      <w:r>
        <w:rPr>
          <w:b/>
        </w:rPr>
        <w:t xml:space="preserve">[19:18] </w:t>
      </w:r>
      <w:r>
        <w:t>wahid aur jama singular aur plural lekin arabi mein teen hota hai wahid aur tasniya aur jama yani ek aur do aur teen yeh do ka concept sirf arabi mein hai to aap in aayaton ko padhenge aap to wahan har jagah tasniya ki zamir hai dono ne aisa kiya dono ne aisa kiya</w:t>
      </w:r>
    </w:p>
    <w:p>
      <w:pPr>
        <w:jc w:val="right"/>
      </w:pPr>
      <w:r>
        <w:t>واحد اور جمع سنگولر اور پلورل لیکن عربی میں تین ہوتا ہے واحد اور تثنیہ اور جمع یعنی ایک اور دو اور تین یہ دو کا کانسیپٹ صرف عربی میں ہے تو آپ ان آیتوں کو پڑھیں گے آپ تو وہاں ہر جگہ تثنیہ کی ضمیر ہے دونوں نے ایسا کیا دونوں نے ایسا کیا</w:t>
      </w:r>
    </w:p>
    <w:p>
      <w:r>
        <w:rPr>
          <w:b/>
        </w:rPr>
        <w:t xml:space="preserve">[19:45] </w:t>
      </w:r>
      <w:r>
        <w:t>donon ne shajar mamnooa ka phal khaya donon ne toba ki</w:t>
      </w:r>
    </w:p>
    <w:p>
      <w:pPr>
        <w:jc w:val="right"/>
      </w:pPr>
      <w:r>
        <w:t>دونوں نے شجر ممنوعہ کا پھل کھایا دونوں نے توبہ کی</w:t>
      </w:r>
    </w:p>
    <w:p>
      <w:r>
        <w:rPr>
          <w:b/>
        </w:rPr>
        <w:t xml:space="preserve">[19:50] </w:t>
      </w:r>
      <w:r>
        <w:t>donon ka contact hua shaitan se donon ko shaitan ne baqaya donon shaitan ke baqaye har jagah tasniya</w:t>
      </w:r>
    </w:p>
    <w:p>
      <w:pPr>
        <w:jc w:val="right"/>
      </w:pPr>
      <w:r>
        <w:t>دونوں کا کنٹیکٹ ہوا شیطان سے دونوں کو شیطان نے باقایا دونوں شیطان کے باقائے ہر جگہ تثنیہ</w:t>
      </w:r>
    </w:p>
    <w:p>
      <w:r>
        <w:rPr>
          <w:b/>
        </w:rPr>
        <w:t xml:space="preserve">[19:59] </w:t>
      </w:r>
      <w:r>
        <w:t>ki zameer hai</w:t>
      </w:r>
    </w:p>
    <w:p>
      <w:pPr>
        <w:jc w:val="right"/>
      </w:pPr>
      <w:r>
        <w:t>کی ضمیر ہے</w:t>
      </w:r>
    </w:p>
    <w:p>
      <w:r>
        <w:rPr>
          <w:b/>
        </w:rPr>
        <w:t xml:space="preserve">[20:01] </w:t>
      </w:r>
      <w:r>
        <w:t>ek yani na to singular hai na plural hai tasniya yani donon donon ko liya hai to jannat</w:t>
      </w:r>
    </w:p>
    <w:p>
      <w:pPr>
        <w:jc w:val="right"/>
      </w:pPr>
      <w:r>
        <w:t>ایک یعنی نہ تو سنگولر ہے نہ پلورل ہے تثنیہ یعنی دونوں دونوں کو لیا ہے تو جنت</w:t>
      </w:r>
    </w:p>
    <w:p>
      <w:r>
        <w:rPr>
          <w:b/>
        </w:rPr>
        <w:t xml:space="preserve">[20:07] </w:t>
      </w:r>
      <w:r>
        <w:t>mein jo adam the aur aur hawa the woh donon equal partner ke taur par rehte the</w:t>
      </w:r>
    </w:p>
    <w:p>
      <w:pPr>
        <w:jc w:val="right"/>
      </w:pPr>
      <w:r>
        <w:t>میں جو آدم تھے اور اور حوا تھے وہ دونوں ایکول پارٹنر کے طور پر رہتے تھے</w:t>
      </w:r>
    </w:p>
    <w:p>
      <w:r>
        <w:rPr>
          <w:b/>
        </w:rPr>
        <w:t xml:space="preserve">[20:15] </w:t>
      </w:r>
      <w:r>
        <w:t>aisa nahi ke woh woh alag hain woh alag hain</w:t>
      </w:r>
    </w:p>
    <w:p>
      <w:pPr>
        <w:jc w:val="right"/>
      </w:pPr>
      <w:r>
        <w:t>ایسا نہیں کہ وہ وہ الگ ہیں وہ الگ ہیں</w:t>
      </w:r>
    </w:p>
    <w:p>
      <w:r>
        <w:rPr>
          <w:b/>
        </w:rPr>
        <w:t xml:space="preserve">[20:19] </w:t>
      </w:r>
      <w:r>
        <w:t>yeh wahan jo activities hongi wahan jo sargarmian hongi</w:t>
      </w:r>
    </w:p>
    <w:p>
      <w:pPr>
        <w:jc w:val="right"/>
      </w:pPr>
      <w:r>
        <w:t>یہ وہاں جو ایکٹیویٹیز ہوں گی وہاں جو سرگرمیاں ہوں گی</w:t>
      </w:r>
    </w:p>
    <w:p>
      <w:r>
        <w:rPr>
          <w:b/>
        </w:rPr>
        <w:t xml:space="preserve">[20:23] </w:t>
      </w:r>
      <w:r>
        <w:t>wahan jo jo kuch karte rahe honge woh un sab ko tasniya ke sighay mein bayan kiya</w:t>
      </w:r>
    </w:p>
    <w:p>
      <w:pPr>
        <w:jc w:val="right"/>
      </w:pPr>
      <w:r>
        <w:t>وہاں جو جو کچھ کرتے رہے ہوں گے وہ ان سب کو تثنیہ کے صیغے میں بیان کیا</w:t>
      </w:r>
    </w:p>
    <w:p>
      <w:r>
        <w:rPr>
          <w:b/>
        </w:rPr>
        <w:t xml:space="preserve">[20:27] </w:t>
      </w:r>
      <w:r>
        <w:t>gaya hai</w:t>
      </w:r>
    </w:p>
    <w:p>
      <w:pPr>
        <w:jc w:val="right"/>
      </w:pPr>
      <w:r>
        <w:t>گیا ہے</w:t>
      </w:r>
    </w:p>
    <w:p>
      <w:r>
        <w:rPr>
          <w:b/>
        </w:rPr>
        <w:t xml:space="preserve">[20:31] </w:t>
      </w:r>
      <w:r>
        <w:t>to both were living as a to equal partners in paradise</w:t>
      </w:r>
    </w:p>
    <w:p>
      <w:pPr>
        <w:jc w:val="right"/>
      </w:pPr>
      <w:r>
        <w:t>تو بوتھ ویر لیونگ ایز ای ٹو ایکول پارٹنرز ان پیراڈائز</w:t>
      </w:r>
    </w:p>
    <w:p>
      <w:r>
        <w:rPr>
          <w:b/>
        </w:rPr>
        <w:t xml:space="preserve">[20:37] </w:t>
      </w:r>
      <w:r>
        <w:t>yani adam and eve both were living in paradise as a equal partners</w:t>
      </w:r>
    </w:p>
    <w:p>
      <w:pPr>
        <w:jc w:val="right"/>
      </w:pPr>
      <w:r>
        <w:t>یعنی آدم اینڈ ایو بوتھ ویر لیونگ ان پیراڈائز ایز اے ایکول پارٹنرز</w:t>
      </w:r>
    </w:p>
    <w:p>
      <w:r>
        <w:rPr>
          <w:b/>
        </w:rPr>
        <w:t xml:space="preserve">[20:46] </w:t>
      </w:r>
      <w:r>
        <w:t>to yeh bohat ziyada sochne ki baat hai</w:t>
      </w:r>
    </w:p>
    <w:p>
      <w:pPr>
        <w:jc w:val="right"/>
      </w:pPr>
      <w:r>
        <w:t>تو یہ بہت زیادہ سوچنے کی بات ہے</w:t>
      </w:r>
    </w:p>
    <w:p>
      <w:r>
        <w:rPr>
          <w:b/>
        </w:rPr>
        <w:t xml:space="preserve">[20:51] </w:t>
      </w:r>
      <w:r>
        <w:t>phir aap is ke baad aage dekhiye</w:t>
      </w:r>
    </w:p>
    <w:p>
      <w:pPr>
        <w:jc w:val="right"/>
      </w:pPr>
      <w:r>
        <w:t>پھر آپ اس کے بعد آگے دیکھیے</w:t>
      </w:r>
    </w:p>
    <w:p>
      <w:r>
        <w:rPr>
          <w:b/>
        </w:rPr>
        <w:t xml:space="preserve">[20:54] </w:t>
      </w:r>
      <w:r>
        <w:t>history ke bohat se pages hain jo hamein nahi maloom hain kyunke peghambar ka hum naam jante hain</w:t>
      </w:r>
    </w:p>
    <w:p>
      <w:pPr>
        <w:jc w:val="right"/>
      </w:pPr>
      <w:r>
        <w:t>ہسٹری کے بہت سے پیجز ہیں جو ہمیں نہیں معلوم ہیں کیونکہ پیغمبر کا ہم نام جانتے ہیں</w:t>
      </w:r>
    </w:p>
    <w:p>
      <w:r>
        <w:rPr>
          <w:b/>
        </w:rPr>
        <w:t xml:space="preserve">[21:02] </w:t>
      </w:r>
      <w:r>
        <w:t>un ke halaat hum nahi jante</w:t>
      </w:r>
    </w:p>
    <w:p>
      <w:pPr>
        <w:jc w:val="right"/>
      </w:pPr>
      <w:r>
        <w:t>ان کے حالات ہم نہیں جانتے</w:t>
      </w:r>
    </w:p>
    <w:p>
      <w:r>
        <w:rPr>
          <w:b/>
        </w:rPr>
        <w:t xml:space="preserve">[21:05] </w:t>
      </w:r>
      <w:r>
        <w:t>history mein woh record nahi hui hai aur quran mein bohat hi brief mein bataya gaya hai phir</w:t>
      </w:r>
    </w:p>
    <w:p>
      <w:pPr>
        <w:jc w:val="right"/>
      </w:pPr>
      <w:r>
        <w:t>ہسٹری میں وہ ریکارڈ نہیں ہوئی ہے اور قرآن میں بہت ہی بریف میں بتایا گیا ہے پھر</w:t>
      </w:r>
    </w:p>
    <w:p>
      <w:r>
        <w:rPr>
          <w:b/>
        </w:rPr>
        <w:t xml:space="preserve">[21:11] </w:t>
      </w:r>
      <w:r>
        <w:t>bhi kuch kuch hisse ise hamein pata hain</w:t>
      </w:r>
    </w:p>
    <w:p>
      <w:pPr>
        <w:jc w:val="right"/>
      </w:pPr>
      <w:r>
        <w:t>بھی کچھ کچھ حصے اسے ہمیں پتہ ہیں</w:t>
      </w:r>
    </w:p>
    <w:p>
      <w:r>
        <w:rPr>
          <w:b/>
        </w:rPr>
        <w:t xml:space="preserve">[21:14] </w:t>
      </w:r>
      <w:r>
        <w:t>misal ke taur par hajra</w:t>
      </w:r>
    </w:p>
    <w:p>
      <w:pPr>
        <w:jc w:val="right"/>
      </w:pPr>
      <w:r>
        <w:t>مثال کے طور پر ہاجرہ</w:t>
      </w:r>
    </w:p>
    <w:p>
      <w:r>
        <w:rPr>
          <w:b/>
        </w:rPr>
        <w:t xml:space="preserve">[21:17] </w:t>
      </w:r>
      <w:r>
        <w:t>aap</w:t>
      </w:r>
    </w:p>
    <w:p>
      <w:pPr>
        <w:jc w:val="right"/>
      </w:pPr>
      <w:r>
        <w:t>آپ</w:t>
      </w:r>
    </w:p>
    <w:p>
      <w:r>
        <w:rPr>
          <w:b/>
        </w:rPr>
        <w:t xml:space="preserve">[21:17] </w:t>
      </w:r>
      <w:r>
        <w:t>ghor kijiye Hajra jo hain</w:t>
      </w:r>
    </w:p>
    <w:p>
      <w:pPr>
        <w:jc w:val="right"/>
      </w:pPr>
      <w:r>
        <w:t>غور کیجئے ہاجرہ جو ہیں</w:t>
      </w:r>
    </w:p>
    <w:p>
      <w:r>
        <w:rPr>
          <w:b/>
        </w:rPr>
        <w:t xml:space="preserve">[21:21] </w:t>
      </w:r>
      <w:r>
        <w:t>apne bachchon ko le kar ke ja ke desert mein bas gayin</w:t>
      </w:r>
    </w:p>
    <w:p>
      <w:pPr>
        <w:jc w:val="right"/>
      </w:pPr>
      <w:r>
        <w:t>اپنے بچوں کو لے کر کے جا کے ڈیزرٹ میں بس گئیں</w:t>
      </w:r>
    </w:p>
    <w:p>
      <w:r>
        <w:rPr>
          <w:b/>
        </w:rPr>
        <w:t xml:space="preserve">[21:29] </w:t>
      </w:r>
      <w:r>
        <w:t>ek kitna yeh mein samajhta hoon ke yeh itna bada kaam hai jo agar kaha jaye ke number ek kaam hai to koi is mein shaq nahi hai</w:t>
      </w:r>
    </w:p>
    <w:p>
      <w:pPr>
        <w:jc w:val="right"/>
      </w:pPr>
      <w:r>
        <w:t>ایک کتنا یہ میں سمجھتا ہوں کہ یہ اتنا بڑا کام ہے جو اگر کہا جائے کہ نمبر ایک کام ہے تو کوئی اس میں شک نہیں ہے</w:t>
      </w:r>
    </w:p>
    <w:p>
      <w:r>
        <w:rPr>
          <w:b/>
        </w:rPr>
        <w:t xml:space="preserve">[21:40] </w:t>
      </w:r>
      <w:r>
        <w:t>is se bada koi kaam hi nahi ke ek aisi jagah jahan desert hai jahan koi jahan koi</w:t>
      </w:r>
    </w:p>
    <w:p>
      <w:pPr>
        <w:jc w:val="right"/>
      </w:pPr>
      <w:r>
        <w:t>اس سے بڑا کوئی کام ہی نہیں کہ ایک ایسی جگہ جہاں ڈیزرٹ ہے جہاں کوئی جہاں کوئی</w:t>
      </w:r>
    </w:p>
    <w:p>
      <w:r>
        <w:rPr>
          <w:b/>
        </w:rPr>
        <w:t xml:space="preserve">[21:46] </w:t>
      </w:r>
      <w:r>
        <w:t>hariyali nahi hai jahan koi khane ka saman nahi hai jahan koi culture nahi hai jahan koi kuch</w:t>
      </w:r>
    </w:p>
    <w:p>
      <w:pPr>
        <w:jc w:val="right"/>
      </w:pPr>
      <w:r>
        <w:t>ہریالی نہیں ہے جہاں کوئی کھانے کا سامان نہیں ہے جہاں کوئی کلچر نہیں ہے جہاں کوئی کچھ</w:t>
      </w:r>
    </w:p>
    <w:p>
      <w:r>
        <w:rPr>
          <w:b/>
        </w:rPr>
        <w:t xml:space="preserve">[21:52] </w:t>
      </w:r>
      <w:r>
        <w:t>bhi nahi akele sirf khud hain aur un ka chota bacha hai bas</w:t>
      </w:r>
    </w:p>
    <w:p>
      <w:pPr>
        <w:jc w:val="right"/>
      </w:pPr>
      <w:r>
        <w:t>بھی نہیں اکیلے صرف خود ہیں اور ان کا چھوٹا بچہ ہے بس</w:t>
      </w:r>
    </w:p>
    <w:p>
      <w:r>
        <w:rPr>
          <w:b/>
        </w:rPr>
        <w:t xml:space="preserve">[21:59] </w:t>
      </w:r>
      <w:r>
        <w:t>ek ek zindagi unhon ne shuru ki zindagi</w:t>
      </w:r>
    </w:p>
    <w:p>
      <w:pPr>
        <w:jc w:val="right"/>
      </w:pPr>
      <w:r>
        <w:t>ایک ایک زندگی انہوں نے شروع کی زندگی</w:t>
      </w:r>
    </w:p>
    <w:p>
      <w:r>
        <w:rPr>
          <w:b/>
        </w:rPr>
        <w:t xml:space="preserve">[22:03] </w:t>
      </w:r>
      <w:r>
        <w:t>ek nai zindagi</w:t>
      </w:r>
    </w:p>
    <w:p>
      <w:pPr>
        <w:jc w:val="right"/>
      </w:pPr>
      <w:r>
        <w:t>ایک نئی زندگی</w:t>
      </w:r>
    </w:p>
    <w:p>
      <w:r>
        <w:rPr>
          <w:b/>
        </w:rPr>
        <w:t xml:space="preserve">[22:06] </w:t>
      </w:r>
      <w:r>
        <w:t>ek naye daur ka aghaz karna tha woh</w:t>
      </w:r>
    </w:p>
    <w:p>
      <w:pPr>
        <w:jc w:val="right"/>
      </w:pPr>
      <w:r>
        <w:t>ایک نئے دور کا آغاز کرنا تھا وہ</w:t>
      </w:r>
    </w:p>
    <w:p>
      <w:r>
        <w:rPr>
          <w:b/>
        </w:rPr>
        <w:t xml:space="preserve">[22:11] </w:t>
      </w:r>
      <w:r>
        <w:t>that was the beginning of dura</w:t>
      </w:r>
    </w:p>
    <w:p>
      <w:pPr>
        <w:jc w:val="right"/>
      </w:pPr>
      <w:r>
        <w:t>دیٹ واز دا بگننگ آف ڈیورا</w:t>
      </w:r>
    </w:p>
    <w:p>
      <w:r>
        <w:rPr>
          <w:b/>
        </w:rPr>
        <w:t xml:space="preserve">[22:14] </w:t>
      </w:r>
      <w:r>
        <w:t>in history is ko ek aurat ne kiya apne bache ko le kar ke</w:t>
      </w:r>
    </w:p>
    <w:p>
      <w:pPr>
        <w:jc w:val="right"/>
      </w:pPr>
      <w:r>
        <w:t>ان ہسٹری اس کو ایک عورت نے کیا اپنے بچے کو لے کر کے</w:t>
      </w:r>
    </w:p>
    <w:p>
      <w:r>
        <w:rPr>
          <w:b/>
        </w:rPr>
        <w:t xml:space="preserve">[22:22] </w:t>
      </w:r>
      <w:r>
        <w:t>ab wahan par khuli jagah hai khane</w:t>
      </w:r>
    </w:p>
    <w:p>
      <w:pPr>
        <w:jc w:val="right"/>
      </w:pPr>
      <w:r>
        <w:t>اب وہاں پر کھلی جگہ ہے کھانے</w:t>
      </w:r>
    </w:p>
    <w:p>
      <w:r>
        <w:rPr>
          <w:b/>
        </w:rPr>
        <w:t xml:space="preserve">[22:25] </w:t>
      </w:r>
      <w:r>
        <w:t>ke liye kuch shikar kar liya woh kha liya pani ke liye sirf Zamzam hai aur kuch nahi hai na koi ped hai na koi fasal hai kuch bhi hai wahan saman nahi hai is mein kitna unko kitna struggle karna pada hoga is is struggle ko jhela ek aurat ne apne bachche ko le kar ke</w:t>
      </w:r>
    </w:p>
    <w:p>
      <w:pPr>
        <w:jc w:val="right"/>
      </w:pPr>
      <w:r>
        <w:t>کے لیے کچھ شکار کر لیا وہ کھا لیا پانی کے لیے صرف زم زم ہے اور کچھ نہیں ہے نہ کوئی پیڑ ہے نہ کوئی فصل ہے کچھ بھی ہے وہاں سامان نہیں ہے اس میں کتنا ان کو کتنا اسٹرگل کرنا پڑا ہوگا اس اسٹرگل کو جھیلا ایک عورت نے اپنے بچے کو لے کر کے</w:t>
      </w:r>
    </w:p>
    <w:p>
      <w:r>
        <w:rPr>
          <w:b/>
        </w:rPr>
        <w:t xml:space="preserve">[22:49] </w:t>
      </w:r>
      <w:r>
        <w:t>aur phir is se ek nai history nikli</w:t>
      </w:r>
    </w:p>
    <w:p>
      <w:pPr>
        <w:jc w:val="right"/>
      </w:pPr>
      <w:r>
        <w:t>اور پھر اس سے ایک نئی ہسٹری نکلی</w:t>
      </w:r>
    </w:p>
    <w:p>
      <w:r>
        <w:rPr>
          <w:b/>
        </w:rPr>
        <w:t xml:space="preserve">[22:54] </w:t>
      </w:r>
      <w:r>
        <w:t>bohat ajeeb anokha waqia hai main samajhta hoon ke jab main sochta hoon is ko ke itna bara</w:t>
      </w:r>
    </w:p>
    <w:p>
      <w:pPr>
        <w:jc w:val="right"/>
      </w:pPr>
      <w:r>
        <w:t>بہت عجیب انوکھا واقعہ ہے میں سمجھتا ہوں کہ جب میں سوچتا ہوں اس کو کہ اتنا بڑا</w:t>
      </w:r>
    </w:p>
    <w:p>
      <w:r>
        <w:rPr>
          <w:b/>
        </w:rPr>
        <w:t xml:space="preserve">[22:59] </w:t>
      </w:r>
      <w:r>
        <w:t>waqia hai ke poori history mein is ke koi parallel nahi parallel nahi</w:t>
      </w:r>
    </w:p>
    <w:p>
      <w:pPr>
        <w:jc w:val="right"/>
      </w:pPr>
      <w:r>
        <w:t>واقعہ ہے کہ پوری ہسٹری میں اس کے کوئی پیرلل نہیں پیرلل نہیں</w:t>
      </w:r>
    </w:p>
    <w:p>
      <w:r>
        <w:rPr>
          <w:b/>
        </w:rPr>
        <w:t xml:space="preserve">[23:04] </w:t>
      </w:r>
      <w:r>
        <w:t>is liye Allah taala ne hukum de diya ke jo umrah kare aur hajj kare woh hajra ke</w:t>
      </w:r>
    </w:p>
    <w:p>
      <w:pPr>
        <w:jc w:val="right"/>
      </w:pPr>
      <w:r>
        <w:t>اس لیے اللہ تعالی نے حکم دے دیا کہ جو عمرہ کرے اور حج کرے وہ ہاجرہ کے</w:t>
      </w:r>
    </w:p>
    <w:p>
      <w:r>
        <w:rPr>
          <w:b/>
        </w:rPr>
        <w:t xml:space="preserve">[23:08] </w:t>
      </w:r>
      <w:r>
        <w:t>foots step par chale</w:t>
      </w:r>
    </w:p>
    <w:p>
      <w:pPr>
        <w:jc w:val="right"/>
      </w:pPr>
      <w:r>
        <w:t>فوٹ سٹیپ پر چلے</w:t>
      </w:r>
    </w:p>
    <w:p>
      <w:r>
        <w:rPr>
          <w:b/>
        </w:rPr>
        <w:t xml:space="preserve">[23:12] </w:t>
      </w:r>
      <w:r>
        <w:t>jis ne bhi hajj kiya hai woh janta hai ke</w:t>
      </w:r>
    </w:p>
    <w:p>
      <w:pPr>
        <w:jc w:val="right"/>
      </w:pPr>
      <w:r>
        <w:t>جس نے بھی حج کیا ہے وہ جانتا ہے کہ</w:t>
      </w:r>
    </w:p>
    <w:p>
      <w:r>
        <w:rPr>
          <w:b/>
        </w:rPr>
        <w:t xml:space="preserve">[23:15] </w:t>
      </w:r>
      <w:r>
        <w:t>marwa aur aur safa ke darmiyan jo bhai chalte hain to is ko kehte hain brisk walk thora</w:t>
      </w:r>
    </w:p>
    <w:p>
      <w:pPr>
        <w:jc w:val="right"/>
      </w:pPr>
      <w:r>
        <w:t>مروہ اور اور صفا کے درمیان جو بھائی چلتے ہیں تو اس کو کہتے ہیں برسک واک تھوڑا</w:t>
      </w:r>
    </w:p>
    <w:p>
      <w:r>
        <w:rPr>
          <w:b/>
        </w:rPr>
        <w:t xml:space="preserve">[23:22] </w:t>
      </w:r>
      <w:r>
        <w:t>tez chalte hain woh tez kyun hai kya tez woh tez jo hai woh hajra ke ke foot</w:t>
      </w:r>
    </w:p>
    <w:p>
      <w:pPr>
        <w:jc w:val="right"/>
      </w:pPr>
      <w:r>
        <w:t>تیز چلتے ہیں وہ تیز کیوں ہے کیا تیز وہ تیز جو ہے وہ ہاجرہ کے کے فوٹ</w:t>
      </w:r>
    </w:p>
    <w:p>
      <w:r>
        <w:rPr>
          <w:b/>
        </w:rPr>
        <w:t xml:space="preserve">[23:29] </w:t>
      </w:r>
      <w:r>
        <w:t>step par chalna hai woh kyunke wahan woh tez chali thi</w:t>
      </w:r>
    </w:p>
    <w:p>
      <w:pPr>
        <w:jc w:val="right"/>
      </w:pPr>
      <w:r>
        <w:t>سٹیپ پر چلنا ہے وہ کیونکہ وہاں وہ تیز چلی تھی</w:t>
      </w:r>
    </w:p>
    <w:p>
      <w:r>
        <w:rPr>
          <w:b/>
        </w:rPr>
        <w:t xml:space="preserve">[23:34] </w:t>
      </w:r>
      <w:r>
        <w:t>itna bara</w:t>
      </w:r>
    </w:p>
    <w:p>
      <w:pPr>
        <w:jc w:val="right"/>
      </w:pPr>
      <w:r>
        <w:t>اتنا بڑا</w:t>
      </w:r>
    </w:p>
    <w:p>
      <w:r>
        <w:rPr>
          <w:b/>
        </w:rPr>
        <w:t xml:space="preserve">[23:35] </w:t>
      </w:r>
      <w:r>
        <w:t>darja Allah taala ne de diya ke har ek uth ke foot step par chale kyunke jo unhon</w:t>
      </w:r>
    </w:p>
    <w:p>
      <w:pPr>
        <w:jc w:val="right"/>
      </w:pPr>
      <w:r>
        <w:t>درجہ اللہ تعالی نے دے دیا کہ ہر ایک اٹھ کے فوٹ سٹیپ پر چلے کیونکہ جو انہوں</w:t>
      </w:r>
    </w:p>
    <w:p>
      <w:r>
        <w:rPr>
          <w:b/>
        </w:rPr>
        <w:t xml:space="preserve">[23:39] </w:t>
      </w:r>
      <w:r>
        <w:t>ne sacrifice diya woh kisi aur ne kisi mard ne bhi nahi diya</w:t>
      </w:r>
    </w:p>
    <w:p>
      <w:pPr>
        <w:jc w:val="right"/>
      </w:pPr>
      <w:r>
        <w:t>نے سیکریفائس دیا وہ کسی اور نے کسی مرد نے بھی نہیں دیا</w:t>
      </w:r>
    </w:p>
    <w:p>
      <w:r>
        <w:rPr>
          <w:b/>
        </w:rPr>
        <w:t xml:space="preserve">[23:45] </w:t>
      </w:r>
      <w:r>
        <w:t>yani jo is ko hum kehte hain industrial civilization jo kehte hain scientific revolution woh sab wahin se</w:t>
      </w:r>
    </w:p>
    <w:p>
      <w:pPr>
        <w:jc w:val="right"/>
      </w:pPr>
      <w:r>
        <w:t>یعنی جو اس کو ہم کہتے ہیں انڈسٹریل سویلائزیشن جو کہتے ہیں سائنٹیفک ریولیوشن وہ سب وہیں سے</w:t>
      </w:r>
    </w:p>
    <w:p>
      <w:r>
        <w:rPr>
          <w:b/>
        </w:rPr>
        <w:t xml:space="preserve">[23:50] </w:t>
      </w:r>
      <w:r>
        <w:t>shuru hua modern industrial civilization modern scientific revolution sab wahin se shuru hua hai is ki beginner jo</w:t>
      </w:r>
    </w:p>
    <w:p>
      <w:pPr>
        <w:jc w:val="right"/>
      </w:pPr>
      <w:r>
        <w:t>شروع ہوا ماڈرن انڈسٹریل سویلائزیشن ماڈرن سائنٹیفک ریولیوشن سب وہیں سے شروع ہوا ہے اس کی بگنر جو</w:t>
      </w:r>
    </w:p>
    <w:p>
      <w:r>
        <w:rPr>
          <w:b/>
        </w:rPr>
        <w:t xml:space="preserve">[23:59] </w:t>
      </w:r>
      <w:r>
        <w:t>hain woh hajra hain</w:t>
      </w:r>
    </w:p>
    <w:p>
      <w:pPr>
        <w:jc w:val="right"/>
      </w:pPr>
      <w:r>
        <w:t>ہیں وہ ہاجرہ ہیں</w:t>
      </w:r>
    </w:p>
    <w:p>
      <w:r>
        <w:rPr>
          <w:b/>
        </w:rPr>
        <w:t xml:space="preserve">[24:02] </w:t>
      </w:r>
      <w:r>
        <w:t>is ki beginner hajra hain aur hajra hi par yeh misal saadiq aati hai sahi maanon mein ke</w:t>
      </w:r>
    </w:p>
    <w:p>
      <w:pPr>
        <w:jc w:val="right"/>
      </w:pPr>
      <w:r>
        <w:t>اس کی بگنر ہاجرہ ہیں اور ہاجرہ ہی پر یہ مسل صادق اتی ہے صحیح معنوں میں کہ</w:t>
      </w:r>
    </w:p>
    <w:p>
      <w:r>
        <w:rPr>
          <w:b/>
        </w:rPr>
        <w:t xml:space="preserve">[24:07] </w:t>
      </w:r>
      <w:r>
        <w:t>is the woman at the beginning of all great things</w:t>
      </w:r>
    </w:p>
    <w:p>
      <w:pPr>
        <w:jc w:val="right"/>
      </w:pPr>
      <w:r>
        <w:t>از دا وومن ایٹ دا بگننگ آف ال گریٹ تھنگز</w:t>
      </w:r>
    </w:p>
    <w:p>
      <w:r>
        <w:rPr>
          <w:b/>
        </w:rPr>
        <w:t xml:space="preserve">[24:13] </w:t>
      </w:r>
      <w:r>
        <w:t>to aap is se woman ka kitna bada role banta hai yani Hajra ki zindagi ko le kar ke woman ka kitna bada role banta hai yani woh history maker hai history history usne banayi ek ek aurat ne kitna bada role hai</w:t>
      </w:r>
    </w:p>
    <w:p>
      <w:pPr>
        <w:jc w:val="right"/>
      </w:pPr>
      <w:r>
        <w:t>تو آپ اس سے وومن کا کتنا بڑا رول بنتا ہے یعنی ہاجرہ کی زندگی کو لے کر کے وومن کا کتنا بڑا رول بنتا ہے یعنی وہ ہسٹری میکر ہے ہسٹری ہسٹری اس نے بنائی ایک ایک عورت نے کتنا بڑا رول ہے</w:t>
      </w:r>
    </w:p>
    <w:p>
      <w:r>
        <w:rPr>
          <w:b/>
        </w:rPr>
        <w:t xml:space="preserve">[24:34] </w:t>
      </w:r>
      <w:r>
        <w:t>is ke baad dekhiye</w:t>
      </w:r>
    </w:p>
    <w:p>
      <w:pPr>
        <w:jc w:val="right"/>
      </w:pPr>
      <w:r>
        <w:t>اس کے بعد دیکھیے</w:t>
      </w:r>
    </w:p>
    <w:p>
      <w:r>
        <w:rPr>
          <w:b/>
        </w:rPr>
        <w:t xml:space="preserve">[24:37] </w:t>
      </w:r>
      <w:r>
        <w:t>aap muhammad salle allaho alehe wasallam par aaiye</w:t>
      </w:r>
    </w:p>
    <w:p>
      <w:pPr>
        <w:jc w:val="right"/>
      </w:pPr>
      <w:r>
        <w:t>آپ محمد صلی اللہ علیہ وسلم پر اجائیے</w:t>
      </w:r>
    </w:p>
    <w:p>
      <w:r>
        <w:rPr>
          <w:b/>
        </w:rPr>
        <w:t xml:space="preserve">[24:41] </w:t>
      </w:r>
      <w:r>
        <w:t>rasool allaho salle allaho alehe wasallam</w:t>
      </w:r>
    </w:p>
    <w:p>
      <w:pPr>
        <w:jc w:val="right"/>
      </w:pPr>
      <w:r>
        <w:t>رسول اللہ صلی اللہ علیہ وسلم</w:t>
      </w:r>
    </w:p>
    <w:p>
      <w:r>
        <w:rPr>
          <w:b/>
        </w:rPr>
        <w:t xml:space="preserve">[24:45] </w:t>
      </w:r>
      <w:r>
        <w:t>ki aap ne nikah kiya khadija se khadija aap ki biwi thi aur khadija jo thi kya karti</w:t>
      </w:r>
    </w:p>
    <w:p>
      <w:pPr>
        <w:jc w:val="right"/>
      </w:pPr>
      <w:r>
        <w:t>کی اپ نے نکاح کیا خدیجہ سے خدیجہ اپ کی بیوی تھی اور خدیجہ جو تھی کیا کرتی</w:t>
      </w:r>
    </w:p>
    <w:p>
      <w:r>
        <w:rPr>
          <w:b/>
        </w:rPr>
        <w:t xml:space="preserve">[24:52] </w:t>
      </w:r>
      <w:r>
        <w:t>thi makkah mein woh export business karti thi aaj kal ki term mein export business</w:t>
      </w:r>
    </w:p>
    <w:p>
      <w:pPr>
        <w:jc w:val="right"/>
      </w:pPr>
      <w:r>
        <w:t>تھی مکہ میں وہ ایکسپورٹ بزنس کرتی تھی اج کل کی ٹرم میں ایکسپورٹ بزنس</w:t>
      </w:r>
    </w:p>
    <w:p>
      <w:r>
        <w:rPr>
          <w:b/>
        </w:rPr>
        <w:t xml:space="preserve">[24:59] </w:t>
      </w:r>
      <w:r>
        <w:t>ek khatoon jo hai jo be wah ho gayi thi woh woh export business karti thi</w:t>
      </w:r>
    </w:p>
    <w:p>
      <w:pPr>
        <w:jc w:val="right"/>
      </w:pPr>
      <w:r>
        <w:t>ایک خاتون جو ہے جو بیوہ ہو گئی تھی وہ وہ ایکسپورٹ بزنس کرتی تھی</w:t>
      </w:r>
    </w:p>
    <w:p>
      <w:r>
        <w:rPr>
          <w:b/>
        </w:rPr>
        <w:t xml:space="preserve">[25:07] </w:t>
      </w:r>
      <w:r>
        <w:t>kaha export business aise ho jata hai</w:t>
      </w:r>
    </w:p>
    <w:p>
      <w:pPr>
        <w:jc w:val="right"/>
      </w:pPr>
      <w:r>
        <w:t>کہا ایکسپورٹ بزنس ایسے ہو جاتا ہے</w:t>
      </w:r>
    </w:p>
    <w:p>
      <w:r>
        <w:rPr>
          <w:b/>
        </w:rPr>
        <w:t xml:space="preserve">[25:10] </w:t>
      </w:r>
      <w:r>
        <w:t>aise kaise ho jayega</w:t>
      </w:r>
    </w:p>
    <w:p>
      <w:pPr>
        <w:jc w:val="right"/>
      </w:pPr>
      <w:r>
        <w:t>ایسے کیسے ہو جائے گا</w:t>
      </w:r>
    </w:p>
    <w:p>
      <w:r>
        <w:rPr>
          <w:b/>
        </w:rPr>
        <w:t xml:space="preserve">[25:14] </w:t>
      </w:r>
      <w:r>
        <w:t>export business jo hai woh to bahut sari cheez chahiye na iske liye</w:t>
      </w:r>
    </w:p>
    <w:p>
      <w:pPr>
        <w:jc w:val="right"/>
      </w:pPr>
      <w:r>
        <w:t>ایکسپورٹ بزنس جو ہے وہ تو بہت ساری چیز چاہیے نا اس کے لیے</w:t>
      </w:r>
    </w:p>
    <w:p>
      <w:r>
        <w:rPr>
          <w:b/>
        </w:rPr>
        <w:t xml:space="preserve">[25:21] </w:t>
      </w:r>
      <w:r>
        <w:t>phir aap dekhiye rasool allaho par jab wahi aai</w:t>
      </w:r>
    </w:p>
    <w:p>
      <w:pPr>
        <w:jc w:val="right"/>
      </w:pPr>
      <w:r>
        <w:t>پھر آپ دیکھیے رسول اللہ پر جب وحی ائی</w:t>
      </w:r>
    </w:p>
    <w:p>
      <w:r>
        <w:rPr>
          <w:b/>
        </w:rPr>
        <w:t xml:space="preserve">[25:26] </w:t>
      </w:r>
      <w:r>
        <w:t>wahi jab aai to hadithon mein aata hai us waqt aap ghar mein wapas aaye to aap aap</w:t>
      </w:r>
    </w:p>
    <w:p>
      <w:pPr>
        <w:jc w:val="right"/>
      </w:pPr>
      <w:r>
        <w:t>وحی جب ائی تو حدیثوں میں اتا ہے اس وقت آپ گھر میں واپس ائے تو آپ آپ</w:t>
      </w:r>
    </w:p>
    <w:p>
      <w:r>
        <w:rPr>
          <w:b/>
        </w:rPr>
        <w:t xml:space="preserve">[25:34] </w:t>
      </w:r>
      <w:r>
        <w:t>ko kuch ghabrahat thi ghabrahat ke sath hai yeh sab hadithain maujood hain</w:t>
      </w:r>
    </w:p>
    <w:p>
      <w:pPr>
        <w:jc w:val="right"/>
      </w:pPr>
      <w:r>
        <w:t>کو کچھ گھبراہٹ تھی گھبراہٹ کے ساتھ ہے یہ سب حدیثیں موجود ہیں</w:t>
      </w:r>
    </w:p>
    <w:p>
      <w:r>
        <w:rPr>
          <w:b/>
        </w:rPr>
        <w:t xml:space="preserve">[25:39] </w:t>
      </w:r>
      <w:r>
        <w:t>aap ne kaha ke zamlooni zamlooni mujhe oda do mujhe oda do kambal oda do</w:t>
      </w:r>
    </w:p>
    <w:p>
      <w:pPr>
        <w:jc w:val="right"/>
      </w:pPr>
      <w:r>
        <w:t>آپ نے کہا کہ زملونی زملونی مجھے اڑا دو مجھے اڑا دو کمبل اڑا دو</w:t>
      </w:r>
    </w:p>
    <w:p>
      <w:r>
        <w:rPr>
          <w:b/>
        </w:rPr>
        <w:t xml:space="preserve">[25:47] </w:t>
      </w:r>
      <w:r>
        <w:t>lekin dekhiye us waqt jab ke rasool allaho par yeh kaifiyat taari thi</w:t>
      </w:r>
    </w:p>
    <w:p>
      <w:pPr>
        <w:jc w:val="right"/>
      </w:pPr>
      <w:r>
        <w:t>لیکن دیکھیے اس وقت جب کہ رسول اللہ پر یہ کیفیت طاری تھی</w:t>
      </w:r>
    </w:p>
    <w:p>
      <w:r>
        <w:rPr>
          <w:b/>
        </w:rPr>
        <w:t xml:space="preserve">[25:53] </w:t>
      </w:r>
      <w:r>
        <w:t>khadija ka zehan kuch aur soch raha tha what to do ab hamein kya karna hai</w:t>
      </w:r>
    </w:p>
    <w:p>
      <w:pPr>
        <w:jc w:val="right"/>
      </w:pPr>
      <w:r>
        <w:t>خدیجہ کا ذہن کچھ اور سوچ رہا تھا واٹ ٹو ڈو اب ہمیں کیا کرنا ہے</w:t>
      </w:r>
    </w:p>
    <w:p>
      <w:r>
        <w:rPr>
          <w:b/>
        </w:rPr>
        <w:t xml:space="preserve">[26:01] </w:t>
      </w:r>
      <w:r>
        <w:t>rasool allaho aate the aate hain gharah rah se</w:t>
      </w:r>
    </w:p>
    <w:p>
      <w:pPr>
        <w:jc w:val="right"/>
      </w:pPr>
      <w:r>
        <w:t>رسول اللہ اتے تھے اتے ہیں غار راہ سے</w:t>
      </w:r>
    </w:p>
    <w:p>
      <w:r>
        <w:rPr>
          <w:b/>
        </w:rPr>
        <w:t xml:space="preserve">[26:06] </w:t>
      </w:r>
      <w:r>
        <w:t>un par ghabrahat taari hai aur farmate hain ke zamlooni zamlooni</w:t>
      </w:r>
    </w:p>
    <w:p>
      <w:pPr>
        <w:jc w:val="right"/>
      </w:pPr>
      <w:r>
        <w:t>ان پر گھبراہٹ طاری ہے اور فرماتے ہیں کہ زملونی زملونی</w:t>
      </w:r>
    </w:p>
    <w:p>
      <w:r>
        <w:rPr>
          <w:b/>
        </w:rPr>
        <w:t xml:space="preserve">[26:12] </w:t>
      </w:r>
      <w:r>
        <w:t>mujhe oda do bistar pe mein letunga mujhe oda do</w:t>
      </w:r>
    </w:p>
    <w:p>
      <w:pPr>
        <w:jc w:val="right"/>
      </w:pPr>
      <w:r>
        <w:t>مجھے اڑا دو بستر پہ میں لیٹوں گا مجھے اڑا دو</w:t>
      </w:r>
    </w:p>
    <w:p>
      <w:r>
        <w:rPr>
          <w:b/>
        </w:rPr>
        <w:t xml:space="preserve">[26:19] </w:t>
      </w:r>
      <w:r>
        <w:t>lekin khadija ne kya socha ek aurat ne kya socha</w:t>
      </w:r>
    </w:p>
    <w:p>
      <w:pPr>
        <w:jc w:val="right"/>
      </w:pPr>
      <w:r>
        <w:t>لیکن خدیجہ نے کیا سوچا ایک عورت نے کیا سوچا</w:t>
      </w:r>
    </w:p>
    <w:p>
      <w:r>
        <w:rPr>
          <w:b/>
        </w:rPr>
        <w:t xml:space="preserve">[26:24] </w:t>
      </w:r>
      <w:r>
        <w:t>ek aurat socha ke un ko le ke chalen hum warqa bin naofal ke paas kyun ke makkah mein</w:t>
      </w:r>
    </w:p>
    <w:p>
      <w:pPr>
        <w:jc w:val="right"/>
      </w:pPr>
      <w:r>
        <w:t>ایک عورت سوچا کہ ان کو لے کے چلیں ہم ورقہ بن نوفل کے پاس کیونکہ مکہ میں</w:t>
      </w:r>
    </w:p>
    <w:p>
      <w:r>
        <w:rPr>
          <w:b/>
        </w:rPr>
        <w:t xml:space="preserve">[26:30] </w:t>
      </w:r>
      <w:r>
        <w:t>ek hi insan tha jo un baaton ko janta tha yani wahi kya hai ilham kya hai yeh</w:t>
      </w:r>
    </w:p>
    <w:p>
      <w:pPr>
        <w:jc w:val="right"/>
      </w:pPr>
      <w:r>
        <w:t>ایک ہی انسان تھا جو ان باتوں کو جانتا تھا یعنی وحی کیا ہے الہام کیا ہے یہ</w:t>
      </w:r>
    </w:p>
    <w:p>
      <w:r>
        <w:rPr>
          <w:b/>
        </w:rPr>
        <w:t xml:space="preserve">[26:38] </w:t>
      </w:r>
      <w:r>
        <w:t>firishta kya hai us ko janne wala warqa bin naofal un ki umar us waqt 90 saal ho</w:t>
      </w:r>
    </w:p>
    <w:p>
      <w:pPr>
        <w:jc w:val="right"/>
      </w:pPr>
      <w:r>
        <w:t>فرشتہ کیا ہے اس کو جاننے والا ورقہ بن نوفل ان کی عمر اس وقت 90 سال ہو</w:t>
      </w:r>
    </w:p>
    <w:p>
      <w:r>
        <w:rPr>
          <w:b/>
        </w:rPr>
        <w:t xml:space="preserve">[26:43] </w:t>
      </w:r>
      <w:r>
        <w:t>chuki thi woh</w:t>
      </w:r>
    </w:p>
    <w:p>
      <w:pPr>
        <w:jc w:val="right"/>
      </w:pPr>
      <w:r>
        <w:t>چکی تھی وہ</w:t>
      </w:r>
    </w:p>
    <w:p>
      <w:r>
        <w:rPr>
          <w:b/>
        </w:rPr>
        <w:t xml:space="preserve">[26:47] </w:t>
      </w:r>
      <w:r>
        <w:t>Arab the lekin woh Christianity ko mazhab bana liya tha unhone aur uske aalim the woh Christianity ke aalim the unhone kitabein padhi thi</w:t>
      </w:r>
    </w:p>
    <w:p>
      <w:pPr>
        <w:jc w:val="right"/>
      </w:pPr>
      <w:r>
        <w:t>عرب تھے لیکن وہ کرسچینٹی کو مذہب بنا لیا تھا انہوں نے اور اس کے عالم تھے وہ کرسچینٹی کے عالم تھے انہوں نے کتابیں پڑھی تھیں</w:t>
      </w:r>
    </w:p>
    <w:p>
      <w:r>
        <w:rPr>
          <w:b/>
        </w:rPr>
        <w:t xml:space="preserve">[26:58] </w:t>
      </w:r>
      <w:r>
        <w:t>to woh Hazrat Rasool Allah Sallallahu Alaihi Wasallam ko le kar ke Warqa ke paas jati hai yeh kitna bada role hai ek aurat ka aap ghor kijiye</w:t>
      </w:r>
    </w:p>
    <w:p>
      <w:pPr>
        <w:jc w:val="right"/>
      </w:pPr>
      <w:r>
        <w:t>تو وہ حضرت رسول اللہ صلی اللہ علیہ وسلم کو لے کر کے ورقہ کے پاس جاتی ہے یہ کتنا بڑا رول ہے ایک عورت کا آپ غور کیجئے</w:t>
      </w:r>
    </w:p>
    <w:p>
      <w:r>
        <w:rPr>
          <w:b/>
        </w:rPr>
        <w:t xml:space="preserve">[27:09] </w:t>
      </w:r>
      <w:r>
        <w:t>kitna bada role hai ek aurat ka jab Rasool Allah ne farmaya ke mein zammloni zammloni us waqt ke mind mein socha ke inko le kar hum Warqa ke paas chalen</w:t>
      </w:r>
    </w:p>
    <w:p>
      <w:pPr>
        <w:jc w:val="right"/>
      </w:pPr>
      <w:r>
        <w:t>کتنا بڑا رول ہے ایک عورت کا جب رسول اللہ نے فرمایا کہ میں زملونی زملونی اس وقت کے مائنڈ میں سوچا کہ ان کو لے کر ہم ورقہ کے پاس چلیں</w:t>
      </w:r>
    </w:p>
    <w:p>
      <w:r>
        <w:rPr>
          <w:b/>
        </w:rPr>
        <w:t xml:space="preserve">[27:23] </w:t>
      </w:r>
      <w:r>
        <w:t>kitna bada role hai</w:t>
      </w:r>
    </w:p>
    <w:p>
      <w:pPr>
        <w:jc w:val="right"/>
      </w:pPr>
      <w:r>
        <w:t>کتنا بڑا رول ہے</w:t>
      </w:r>
    </w:p>
    <w:p>
      <w:r>
        <w:rPr>
          <w:b/>
        </w:rPr>
        <w:t xml:space="preserve">[27:27] </w:t>
      </w:r>
      <w:r>
        <w:t>is tareeqay say dekhiye aap hudaybiya ka jo mamla hai bohat hi nazuk mamla tha islam ki tareekh ka saaray sahaba jo hain un ki samajh mein nahi aata tha ke yeh kya hai</w:t>
      </w:r>
    </w:p>
    <w:p>
      <w:pPr>
        <w:jc w:val="right"/>
      </w:pPr>
      <w:r>
        <w:t>اس طریقے سے دیکھیے آپ حدیبیہ کا جو معاملہ ہے بہت ہی نازک معاملہ تھا اسلام کی تاریخ کا سارے صحابہ جو ہیں ان کی سمجھ میں نہیں اتا تھا کہ یہ کیا ہے</w:t>
      </w:r>
    </w:p>
    <w:p>
      <w:r>
        <w:rPr>
          <w:b/>
        </w:rPr>
        <w:t xml:space="preserve">[27:40] </w:t>
      </w:r>
      <w:r>
        <w:t>kyunkay hudaybiya ka jo agreement tha bazahir paspayi ka agreement tha</w:t>
      </w:r>
    </w:p>
    <w:p>
      <w:pPr>
        <w:jc w:val="right"/>
      </w:pPr>
      <w:r>
        <w:t>کیونکہ حدیبیہ کا جو ایگریمنٹ تھا بظاہر پسپائی کا ایگریمنٹ تھا</w:t>
      </w:r>
    </w:p>
    <w:p>
      <w:r>
        <w:rPr>
          <w:b/>
        </w:rPr>
        <w:t xml:space="preserve">[27:49] </w:t>
      </w:r>
      <w:r>
        <w:t>yaani adr party jo thi un ki saari condition ko maannay ka maankar ke is par sign karna tha aik ajeeb halat thi us waqt saaray sahaba jo thay woh aik ajeeb un ke yaani کیفیت thi us waqt rasool Allah nay apni aik ahliya say mashwara kiya um salma say</w:t>
      </w:r>
    </w:p>
    <w:p>
      <w:pPr>
        <w:jc w:val="right"/>
      </w:pPr>
      <w:r>
        <w:t>یعنی ادر پارٹی جو تھی ان کی ساری کنڈیشن کو ماننے کا مان کر کے اس پر سائن کرنا تھا ایک عجیب حالت تھی اس وقت سارے صحابہ جو تھے وہ ایک عجیب ان کے یعنی کیفیت تھی اس وقت رسول اللہ نے اپنی ایک اہلیہ سے مشورہ کیا ام سلمہ سے</w:t>
      </w:r>
    </w:p>
    <w:p>
      <w:r>
        <w:rPr>
          <w:b/>
        </w:rPr>
        <w:t xml:space="preserve">[28:18] </w:t>
      </w:r>
      <w:r>
        <w:t>kaisi ajeeb baat yaad rakhi jahan saaray sahaba nahi mashwara day paatay thay wahan aik um salma nay mashwara diya yeh sab kitabon mein likha hua hai main koi nayi baat nahi kar raha hoon</w:t>
      </w:r>
    </w:p>
    <w:p>
      <w:pPr>
        <w:jc w:val="right"/>
      </w:pPr>
      <w:r>
        <w:t>کیسی عجیب بات یاد رکھی جہاں سارے صحابہ نہیں مشورہ دے پاتے تھے وہاں ایک ام سلمہ نے مشورہ دیا یہ سب کتابوں میں لکھا ہوا ہے میں کوئی نئی بات نہیں کر رہا ہوں</w:t>
      </w:r>
    </w:p>
    <w:p>
      <w:r>
        <w:rPr>
          <w:b/>
        </w:rPr>
        <w:t xml:space="preserve">[28:34] </w:t>
      </w:r>
      <w:r>
        <w:t>lekin is mein aur baatein chupi hui hain um salma agar hujre band rahtin bahar koi khabar na</w:t>
      </w:r>
    </w:p>
    <w:p>
      <w:pPr>
        <w:jc w:val="right"/>
      </w:pPr>
      <w:r>
        <w:t>لیکن اس میں اور باتیں چھپی ہوئی ہیں ام سلمہ اگر حجرے بند رہتیں باہر کوئی خبر نہ</w:t>
      </w:r>
    </w:p>
    <w:p>
      <w:r>
        <w:rPr>
          <w:b/>
        </w:rPr>
        <w:t xml:space="preserve">[28:40] </w:t>
      </w:r>
      <w:r>
        <w:t>hoti to kya woh mashwara de sakti theen</w:t>
      </w:r>
    </w:p>
    <w:p>
      <w:pPr>
        <w:jc w:val="right"/>
      </w:pPr>
      <w:r>
        <w:t>ہوتی تو کیا وہ مشورہ دے سکتی تھیں</w:t>
      </w:r>
    </w:p>
    <w:p>
      <w:r>
        <w:rPr>
          <w:b/>
        </w:rPr>
        <w:t xml:space="preserve">[28:44] </w:t>
      </w:r>
      <w:r>
        <w:t>un ka interaction na hota un ka exposure na hota</w:t>
      </w:r>
    </w:p>
    <w:p>
      <w:pPr>
        <w:jc w:val="right"/>
      </w:pPr>
      <w:r>
        <w:t>ان کا انٹریکشن نہ ہوتا ان کا ایکسپوژر نہ ہوتا</w:t>
      </w:r>
    </w:p>
    <w:p>
      <w:r>
        <w:rPr>
          <w:b/>
        </w:rPr>
        <w:t xml:space="preserve">[28:48] </w:t>
      </w:r>
      <w:r>
        <w:t>to kiya woh mashwara de sakti theen jo sahaba ke samajh mein nahi aya</w:t>
      </w:r>
    </w:p>
    <w:p>
      <w:pPr>
        <w:jc w:val="right"/>
      </w:pPr>
      <w:r>
        <w:t>تو کیا وہ مشورہ دے سکتی تھیں جو صحابہ کے سمجھ میں نہیں ایا</w:t>
      </w:r>
    </w:p>
    <w:p>
      <w:r>
        <w:rPr>
          <w:b/>
        </w:rPr>
        <w:t xml:space="preserve">[28:53] </w:t>
      </w:r>
      <w:r>
        <w:t>yeh kitab mein likha hua hai aap padh lijiye is waqt jab ke hudaybiya ka mamla hua aur</w:t>
      </w:r>
    </w:p>
    <w:p>
      <w:pPr>
        <w:jc w:val="right"/>
      </w:pPr>
      <w:r>
        <w:t>یہ کتاب میں لکھا ہوا ہے اپ پڑھ لیجئے اس وقت جب کہ حدیبیہ کا معاملہ ہوا اور</w:t>
      </w:r>
    </w:p>
    <w:p>
      <w:r>
        <w:rPr>
          <w:b/>
        </w:rPr>
        <w:t xml:space="preserve">[28:59] </w:t>
      </w:r>
      <w:r>
        <w:t>koi sahaba jo thay wahan par woh kuch bata nahi pa rahe thay rasool Allah sal Allah alayh</w:t>
      </w:r>
    </w:p>
    <w:p>
      <w:pPr>
        <w:jc w:val="right"/>
      </w:pPr>
      <w:r>
        <w:t>کوئی صحابہ جو تھے وہاں پر وہ کچھ بتا نہیں پا رہے تھے رسول اللہ صلی اللہ علیہ</w:t>
      </w:r>
    </w:p>
    <w:p>
      <w:r>
        <w:rPr>
          <w:b/>
        </w:rPr>
        <w:t xml:space="preserve">[29:04] </w:t>
      </w:r>
      <w:r>
        <w:t>wasallam ko rasool Allah un ke khayme mein gaye um salma ke khayme mein unhon ne sahi mashwara</w:t>
      </w:r>
    </w:p>
    <w:p>
      <w:pPr>
        <w:jc w:val="right"/>
      </w:pPr>
      <w:r>
        <w:t>وسلم کو رسول اللہ ان کے خیمے میں گئے ام سلمہ کے خیمے میں انہوں نے صحیح مشورہ</w:t>
      </w:r>
    </w:p>
    <w:p>
      <w:r>
        <w:rPr>
          <w:b/>
        </w:rPr>
        <w:t xml:space="preserve">[29:10] </w:t>
      </w:r>
      <w:r>
        <w:t>diya aap ne is par amal kiya</w:t>
      </w:r>
    </w:p>
    <w:p>
      <w:pPr>
        <w:jc w:val="right"/>
      </w:pPr>
      <w:r>
        <w:t>دیا اپ نے اس پر عمل کیا</w:t>
      </w:r>
    </w:p>
    <w:p>
      <w:r>
        <w:rPr>
          <w:b/>
        </w:rPr>
        <w:t xml:space="preserve">[29:14] </w:t>
      </w:r>
      <w:r>
        <w:t>is mein aur baatein implicit hain is mein bohat sari baatein is mani mein ke um salma ka</w:t>
      </w:r>
    </w:p>
    <w:p>
      <w:pPr>
        <w:jc w:val="right"/>
      </w:pPr>
      <w:r>
        <w:t>اس میں اور باتیں ایمپلیسٹ ہیں اس میں بہت ساری باتیں اس معنی میں کہ ام سلمہ کا</w:t>
      </w:r>
    </w:p>
    <w:p>
      <w:r>
        <w:rPr>
          <w:b/>
        </w:rPr>
        <w:t xml:space="preserve">[29:19] </w:t>
      </w:r>
      <w:r>
        <w:t>interaction</w:t>
      </w:r>
    </w:p>
    <w:p>
      <w:pPr>
        <w:jc w:val="right"/>
      </w:pPr>
      <w:r>
        <w:t>انٹریکشن</w:t>
      </w:r>
    </w:p>
    <w:p>
      <w:r>
        <w:rPr>
          <w:b/>
        </w:rPr>
        <w:t xml:space="preserve">[29:19] </w:t>
      </w:r>
      <w:r>
        <w:t>hota tha um salma ka exposure hota tha um salma dunya say ba khabar theen um salma psychology jaanti thi history jaanti thi kaisay kaisay waqiat hotay hain is ko samajhti thi is ko gehrai mein tab aik aisa advice de sakein woh peghamabr ko aap ghhor kijiye kitni bari baatein hain yeh kitni bari baatein hain</w:t>
      </w:r>
    </w:p>
    <w:p>
      <w:pPr>
        <w:jc w:val="right"/>
      </w:pPr>
      <w:r>
        <w:t>ہوتا تھا ام سلمہ کا ایکسپوژر ہوتا تھا ام سلمہ دنیا سے باخبر تھیں ام سلمہ سائیکالوجی جانتی تھی ہسٹری جانتی تھی کیسے کیسے واقعات ہوتے ہیں اس کو سمجھتی تھی اس کو گہرائی میں تب ایک ایسا ایڈوائس دے سکیں وہ پیغمبر کو اپ غور کیجئے کتنی بڑی باتیں ہیں یہ کتنی بڑی باتیں ہیں</w:t>
      </w:r>
    </w:p>
    <w:p>
      <w:r>
        <w:rPr>
          <w:b/>
        </w:rPr>
        <w:t xml:space="preserve">[29:47] </w:t>
      </w:r>
      <w:r>
        <w:t>aap chahte hain ke aurat ka exposure na ho aap chahte hain ke aurat ka interaction na ho</w:t>
      </w:r>
    </w:p>
    <w:p>
      <w:pPr>
        <w:jc w:val="right"/>
      </w:pPr>
      <w:r>
        <w:t>اپ چاہتے ہیں کہ عورت کا ایکسپوژر نہ ہو اپ چاہتے ہیں کہ عورت کا انٹریکشن نہ ہو</w:t>
      </w:r>
    </w:p>
    <w:p>
      <w:r>
        <w:rPr>
          <w:b/>
        </w:rPr>
        <w:t xml:space="preserve">[29:53] </w:t>
      </w:r>
      <w:r>
        <w:t>aap chahte hain ke aurat dunya se be khabar rahe</w:t>
      </w:r>
    </w:p>
    <w:p>
      <w:pPr>
        <w:jc w:val="right"/>
      </w:pPr>
      <w:r>
        <w:t>اپ چاہتے ہیں کہ عورت دنیا سے بے خبر رہے</w:t>
      </w:r>
    </w:p>
    <w:p>
      <w:r>
        <w:rPr>
          <w:b/>
        </w:rPr>
        <w:t xml:space="preserve">[29:57] </w:t>
      </w:r>
      <w:r>
        <w:t>to kiya yeh yeh role kar sakti hai woh</w:t>
      </w:r>
    </w:p>
    <w:p>
      <w:pPr>
        <w:jc w:val="right"/>
      </w:pPr>
      <w:r>
        <w:t>تو کیا یہ یہ رول کر سکتی ہے وہ</w:t>
      </w:r>
    </w:p>
    <w:p>
      <w:r>
        <w:rPr>
          <w:b/>
        </w:rPr>
        <w:t xml:space="preserve">[30:01] </w:t>
      </w:r>
      <w:r>
        <w:t>yeh role kar sakti hai woh mujhe bataiye</w:t>
      </w:r>
    </w:p>
    <w:p>
      <w:pPr>
        <w:jc w:val="right"/>
      </w:pPr>
      <w:r>
        <w:t>یہ رول کر سکتی ہے وہ مجھے بتائیے</w:t>
      </w:r>
    </w:p>
    <w:p>
      <w:r>
        <w:rPr>
          <w:b/>
        </w:rPr>
        <w:t xml:space="preserve">[30:06] </w:t>
      </w:r>
      <w:r>
        <w:t>ke rasool Allah jab ghabraye ghabrayi hon us waqt sochein ke un ko warqa bin naufal ke paas</w:t>
      </w:r>
    </w:p>
    <w:p>
      <w:pPr>
        <w:jc w:val="right"/>
      </w:pPr>
      <w:r>
        <w:t>کہ رسول اللہ جب گھبرائے گھبرائی ہوں اس وقت سوچیں کہ ان کو ورقہ بن نوفل کے پاس</w:t>
      </w:r>
    </w:p>
    <w:p>
      <w:r>
        <w:rPr>
          <w:b/>
        </w:rPr>
        <w:t xml:space="preserve">[30:10] </w:t>
      </w:r>
      <w:r>
        <w:t>le chalo jab sahaba mashwara nahi de pa rahe hon us waqt um salma mashwara de dein to</w:t>
      </w:r>
    </w:p>
    <w:p>
      <w:pPr>
        <w:jc w:val="right"/>
      </w:pPr>
      <w:r>
        <w:t>لے چلو جب صحابہ مشورہ نہیں دے پا رہے ہوں اس وقت ام سلمہ مشورہ دے دیں تو</w:t>
      </w:r>
    </w:p>
    <w:p>
      <w:r>
        <w:rPr>
          <w:b/>
        </w:rPr>
        <w:t xml:space="preserve">[30:16] </w:t>
      </w:r>
      <w:r>
        <w:t>kiya aisi auratein hain is mein jo cheez implicit hai us ko samjhiye</w:t>
      </w:r>
    </w:p>
    <w:p>
      <w:pPr>
        <w:jc w:val="right"/>
      </w:pPr>
      <w:r>
        <w:t>کیا ایسی عورتیں ہیں اس میں جو چیز ایمپلیسٹ ہے اس کو سمجھیے</w:t>
      </w:r>
    </w:p>
    <w:p>
      <w:r>
        <w:rPr>
          <w:b/>
        </w:rPr>
        <w:t xml:space="preserve">[30:22] </w:t>
      </w:r>
      <w:r>
        <w:t>kiya yeh role woh aurat kar sakti hai</w:t>
      </w:r>
    </w:p>
    <w:p>
      <w:pPr>
        <w:jc w:val="right"/>
      </w:pPr>
      <w:r>
        <w:t>کیا یہ رول وہ عورت کر سکتی ہے</w:t>
      </w:r>
    </w:p>
    <w:p>
      <w:r>
        <w:rPr>
          <w:b/>
        </w:rPr>
        <w:t xml:space="preserve">[30:26] </w:t>
      </w:r>
      <w:r>
        <w:t>jo dunya se be khabar ho</w:t>
      </w:r>
    </w:p>
    <w:p>
      <w:pPr>
        <w:jc w:val="right"/>
      </w:pPr>
      <w:r>
        <w:t>جو دنیا سے بے خبر ہو</w:t>
      </w:r>
    </w:p>
    <w:p>
      <w:r>
        <w:rPr>
          <w:b/>
        </w:rPr>
        <w:t xml:space="preserve">[30:29] </w:t>
      </w:r>
      <w:r>
        <w:t>jisko khana pakane ke siwa kuch baaton ko janti nahi janti na ho woh</w:t>
      </w:r>
    </w:p>
    <w:p>
      <w:pPr>
        <w:jc w:val="right"/>
      </w:pPr>
      <w:r>
        <w:t>جس کو کھانا پکانے کے سوا کچھ باتوں کو جانتی نہیں جانتی نہ ہو وہ</w:t>
      </w:r>
    </w:p>
    <w:p>
      <w:r>
        <w:rPr>
          <w:b/>
        </w:rPr>
        <w:t xml:space="preserve">[30:34] </w:t>
      </w:r>
      <w:r>
        <w:t>bachon</w:t>
      </w:r>
    </w:p>
    <w:p>
      <w:pPr>
        <w:jc w:val="right"/>
      </w:pPr>
      <w:r>
        <w:t>بچوں</w:t>
      </w:r>
    </w:p>
    <w:p>
      <w:r>
        <w:rPr>
          <w:b/>
        </w:rPr>
        <w:t xml:space="preserve">[30:34] </w:t>
      </w:r>
      <w:r>
        <w:t>ke ke siwa kuch jaanti na ho woh nahi aisa impossible hai yeh is aurat ka interaction hoga is ka exposure hoga woh dunya ko janay gi dunya say ba khabar rahe gi woh history ko janay gi woh psychology ko janay gi</w:t>
      </w:r>
    </w:p>
    <w:p>
      <w:pPr>
        <w:jc w:val="right"/>
      </w:pPr>
      <w:r>
        <w:t>کے کے سوا کچھ جانتی نہ ہو وہ نہیں ایسا امپوسیبل ہے یہ اس عورت کا انٹریکشن ہوگا اس کا ایکسپوژر ہوگا وہ دنیا کو جانے گی دنیا سے باخبر رہے گی وہ ہسٹری کو جانے گی وہ سائیکالوجی کو جانے گی</w:t>
      </w:r>
    </w:p>
    <w:p>
      <w:r>
        <w:rPr>
          <w:b/>
        </w:rPr>
        <w:t xml:space="preserve">[30:56] </w:t>
      </w:r>
      <w:r>
        <w:t>tab yeh mashware de sakti hai tab tabhi role kar sakti hai role</w:t>
      </w:r>
    </w:p>
    <w:p>
      <w:pPr>
        <w:jc w:val="right"/>
      </w:pPr>
      <w:r>
        <w:t>تب یہ مشورے دے سکتی ہے تب تبھی رول کر سکتی ہے رول</w:t>
      </w:r>
    </w:p>
    <w:p>
      <w:r>
        <w:rPr>
          <w:b/>
        </w:rPr>
        <w:t xml:space="preserve">[31:03] </w:t>
      </w:r>
      <w:r>
        <w:t>aisay hi dekhiye aisha ko lijiye rasool Allah ki aik wife thi aisha</w:t>
      </w:r>
    </w:p>
    <w:p>
      <w:pPr>
        <w:jc w:val="right"/>
      </w:pPr>
      <w:r>
        <w:t>ایسے ہی دیکھیے عائشہ کو لیجئے رسول اللہ کی ایک وائف تھی عائشہ</w:t>
      </w:r>
    </w:p>
    <w:p>
      <w:r>
        <w:rPr>
          <w:b/>
        </w:rPr>
        <w:t xml:space="preserve">[31:13] </w:t>
      </w:r>
      <w:r>
        <w:t>aisha ka role islam ki tareekh mein bohat bara hai bohat hi bara hai</w:t>
      </w:r>
    </w:p>
    <w:p>
      <w:pPr>
        <w:jc w:val="right"/>
      </w:pPr>
      <w:r>
        <w:t>عائشہ کا رول اسلام کی تاریخ میں بہت بڑا ہے بہت ہی بڑا ہے</w:t>
      </w:r>
    </w:p>
    <w:p>
      <w:r>
        <w:rPr>
          <w:b/>
        </w:rPr>
        <w:t xml:space="preserve">[31:23] </w:t>
      </w:r>
      <w:r>
        <w:t>aisha ke baray mein nadan log itna hi jante hain ke un ki umar kam thi</w:t>
      </w:r>
    </w:p>
    <w:p>
      <w:pPr>
        <w:jc w:val="right"/>
      </w:pPr>
      <w:r>
        <w:t>عائشہ کے بارے میں نادان لوگ اتنا ہی جانتے ہیں کہ ان کی عمر کم تھی</w:t>
      </w:r>
    </w:p>
    <w:p>
      <w:r>
        <w:rPr>
          <w:b/>
        </w:rPr>
        <w:t xml:space="preserve">[31:29] </w:t>
      </w:r>
      <w:r>
        <w:t>yeh andhay pan ka janna hai yeh yeh andhay pan ka janna hai</w:t>
      </w:r>
    </w:p>
    <w:p>
      <w:pPr>
        <w:jc w:val="right"/>
      </w:pPr>
      <w:r>
        <w:t>یہ اندھے پن کا جاننا ہے یہ یہ اندھے پن کا جاننا ہے</w:t>
      </w:r>
    </w:p>
    <w:p>
      <w:r>
        <w:rPr>
          <w:b/>
        </w:rPr>
        <w:t xml:space="preserve">[31:35] </w:t>
      </w:r>
      <w:r>
        <w:t>aisha ki kam umri ka yeh faida mila</w:t>
      </w:r>
    </w:p>
    <w:p>
      <w:pPr>
        <w:jc w:val="right"/>
      </w:pPr>
      <w:r>
        <w:t>عائشہ کی کم عمری کا یہ فائدہ ملا</w:t>
      </w:r>
    </w:p>
    <w:p>
      <w:r>
        <w:rPr>
          <w:b/>
        </w:rPr>
        <w:t xml:space="preserve">[31:40] </w:t>
      </w:r>
      <w:r>
        <w:t>ke woh zamana to aap jante hain ke tape recorder ka zamana nahi tha pendic press nahi hota</w:t>
      </w:r>
    </w:p>
    <w:p>
      <w:pPr>
        <w:jc w:val="right"/>
      </w:pPr>
      <w:r>
        <w:t>کہ وہ زمانہ تو اپ جانتے ہیں کہ ٹیپ ریکارڈر کا زمانہ نہیں تھا پینڈک پریس نہیں ہوتا</w:t>
      </w:r>
    </w:p>
    <w:p>
      <w:r>
        <w:rPr>
          <w:b/>
        </w:rPr>
        <w:t xml:space="preserve">[31:45] </w:t>
      </w:r>
      <w:r>
        <w:t>tha kuch bhi nahi</w:t>
      </w:r>
    </w:p>
    <w:p>
      <w:pPr>
        <w:jc w:val="right"/>
      </w:pPr>
      <w:r>
        <w:t>تھا کچھ بھی نہیں</w:t>
      </w:r>
    </w:p>
    <w:p>
      <w:r>
        <w:rPr>
          <w:b/>
        </w:rPr>
        <w:t xml:space="preserve">[31:48] </w:t>
      </w:r>
      <w:r>
        <w:t>to rasool Allah ki wafat ke baad hazrat aisha taqreeban 50 saal zinda rahin 50 saal</w:t>
      </w:r>
    </w:p>
    <w:p>
      <w:pPr>
        <w:jc w:val="right"/>
      </w:pPr>
      <w:r>
        <w:t>تو رسول اللہ کی وفات کے بعد حضرت عائشہ تقریبا 50 سال زندہ رہیں 50 سال</w:t>
      </w:r>
    </w:p>
    <w:p>
      <w:r>
        <w:rPr>
          <w:b/>
        </w:rPr>
        <w:t xml:space="preserve">[31:58] </w:t>
      </w:r>
      <w:r>
        <w:t>aur rasool Allah ki baaton ko batati rahin logon ko yaani rasool Allah ke baad 50 saal tak woh aap ki zinda tape recorder bani rahin living tape recorder zara sochen zara kitna bara role hai aisha ka</w:t>
      </w:r>
    </w:p>
    <w:p>
      <w:pPr>
        <w:jc w:val="right"/>
      </w:pPr>
      <w:r>
        <w:t>اور رسول اللہ کی باتوں کو بتاتی رہیں لوگوں کو یعنی رسول اللہ کے بعد 50 سال تک وہ اپ کی زندہ ٹیپ ریکارڈر بنی رہیں لیونگ ٹیپ ریکارڈر ذرا سوچیے ذرا کتنا بڑا رول ہے عائشہ کا</w:t>
      </w:r>
    </w:p>
    <w:p>
      <w:r>
        <w:rPr>
          <w:b/>
        </w:rPr>
        <w:t xml:space="preserve">[32:17] </w:t>
      </w:r>
      <w:r>
        <w:t>aisha aap ke sath ghar mein sath hota tha safar mein aap aisha ko le aate thay safar mein bhi sath hota tha ghar mein bhi sath hota tha aur is say exchange hota tha exchange jaisa ke main nay bataya tha aap ko ke sahi bukhari mein riwayat hai fan kunti mushtarik fahaddithni rasool Allah say hazrat aisha ka exchange hota tha</w:t>
      </w:r>
    </w:p>
    <w:p>
      <w:pPr>
        <w:jc w:val="right"/>
      </w:pPr>
      <w:r>
        <w:t>عائشہ اپ کے ساتھ گھر میں ساتھ ہوتا تھا سفر میں اپ عائشہ کو لے اتے تھے سفر میں بھی ساتھ ہوتا تھا گھر میں بھی ساتھ ہوتا تھا اور اس سے ایکسچینج ہوتا تھا ایکسچینج جیسا کہ میں نے بتایا تھا اپ کو کہ صحیح بخاری میں روایت ہے فان کنت مشترک فحدثنی رسول اللہ سے حضرت عائشہ کا ایکسچینج ہوتا تھا</w:t>
      </w:r>
    </w:p>
    <w:p>
      <w:r>
        <w:rPr>
          <w:b/>
        </w:rPr>
        <w:t xml:space="preserve">[32:44] </w:t>
      </w:r>
      <w:r>
        <w:t>to unhon nay rasool Allah ki baaton ko itna zyada pakra jis ko kehtay hain angrezi mein grass ya access kiya</w:t>
      </w:r>
    </w:p>
    <w:p>
      <w:pPr>
        <w:jc w:val="right"/>
      </w:pPr>
      <w:r>
        <w:t>تو انہوں نے رسول اللہ کی باتوں کو اتنا زیادہ پکڑا جس کو کہتے ہیں انگریزی میں گراس یا عکس کیا</w:t>
      </w:r>
    </w:p>
    <w:p>
      <w:r>
        <w:rPr>
          <w:b/>
        </w:rPr>
        <w:t xml:space="preserve">[32:57] </w:t>
      </w:r>
      <w:r>
        <w:t>ke baad ki naslon ko baad ke taqreeban 50 saal tak rasool Allah ki baaton ko logon ko batati rahin jabkay press nahi tha kitaab nahi thi tape recorder nahi tha kuch bhi nahi tha</w:t>
      </w:r>
    </w:p>
    <w:p>
      <w:pPr>
        <w:jc w:val="right"/>
      </w:pPr>
      <w:r>
        <w:t>کہ بعد کی نسلوں کو بعد کے تقریبا 50 سال تک رسول اللہ کی باتوں کو لوگوں کو بتاتی رہیں جبکہ پریس نہیں تھا کتاب نہیں تھی ٹیپ ریکارڈر نہیں تھا کچھ بھی نہیں تھا</w:t>
      </w:r>
    </w:p>
    <w:p>
      <w:r>
        <w:rPr>
          <w:b/>
        </w:rPr>
        <w:t xml:space="preserve">[33:11] </w:t>
      </w:r>
      <w:r>
        <w:t>to woh aik living tape recorder ka role karti rahin 50 bars tak</w:t>
      </w:r>
    </w:p>
    <w:p>
      <w:pPr>
        <w:jc w:val="right"/>
      </w:pPr>
      <w:r>
        <w:t>تو وہ ایک لیونگ ٹیپ ریکارڈر کا رول کرتی رہیں 50 برس تک</w:t>
      </w:r>
    </w:p>
    <w:p>
      <w:r>
        <w:rPr>
          <w:b/>
        </w:rPr>
        <w:t xml:space="preserve">[33:17] </w:t>
      </w:r>
      <w:r>
        <w:t>میں سچا ہوں کہ یہ role Obama کے role سے ہزار تھا ٹائم زیادہ بڑا ہے</w:t>
      </w:r>
    </w:p>
    <w:p>
      <w:pPr>
        <w:jc w:val="right"/>
      </w:pPr>
      <w:r>
        <w:t>میں سچا ہوں کہ یہ رول اوبامہ کے رول سے ہزار تھا ٹائم زیادہ بڑا ہے</w:t>
      </w:r>
    </w:p>
    <w:p>
      <w:r>
        <w:rPr>
          <w:b/>
        </w:rPr>
        <w:t xml:space="preserve">[33:24] </w:t>
      </w:r>
      <w:r>
        <w:t>tha time ziyada bara hai ye role</w:t>
      </w:r>
    </w:p>
    <w:p>
      <w:pPr>
        <w:jc w:val="right"/>
      </w:pPr>
      <w:r>
        <w:t>تھا ٹائم زیادہ بڑا ہے یہ رول</w:t>
      </w:r>
    </w:p>
    <w:p>
      <w:r>
        <w:rPr>
          <w:b/>
        </w:rPr>
        <w:t xml:space="preserve">[33:28] </w:t>
      </w:r>
      <w:r>
        <w:t>aur in ki jo baatein hain</w:t>
      </w:r>
    </w:p>
    <w:p>
      <w:pPr>
        <w:jc w:val="right"/>
      </w:pPr>
      <w:r>
        <w:t>اور ان کی جو باتیں ہیں</w:t>
      </w:r>
    </w:p>
    <w:p>
      <w:r>
        <w:rPr>
          <w:b/>
        </w:rPr>
        <w:t xml:space="preserve">[33:31] </w:t>
      </w:r>
      <w:r>
        <w:t>rasool Allah se pakri thi nahi is se pehle mein bataya aap ko ke dekhiye ek hai riwayat</w:t>
      </w:r>
    </w:p>
    <w:p>
      <w:pPr>
        <w:jc w:val="right"/>
      </w:pPr>
      <w:r>
        <w:t>رسول اللہ سے پکڑی تھی نہیں اس سے پہلے میں بتایا اپ کو کہ دیکھیے ایک ہے روایت</w:t>
      </w:r>
    </w:p>
    <w:p>
      <w:r>
        <w:rPr>
          <w:b/>
        </w:rPr>
        <w:t xml:space="preserve">[33:38] </w:t>
      </w:r>
      <w:r>
        <w:t>ek hai istinbat</w:t>
      </w:r>
    </w:p>
    <w:p>
      <w:pPr>
        <w:jc w:val="right"/>
      </w:pPr>
      <w:r>
        <w:t>ایک ہے استنباط</w:t>
      </w:r>
    </w:p>
    <w:p>
      <w:r>
        <w:rPr>
          <w:b/>
        </w:rPr>
        <w:t xml:space="preserve">[33:40] </w:t>
      </w:r>
      <w:r>
        <w:t>riwayat ke ke aitbar se aboo huraira ki riwayatein bohat ziyada hain yani qala qala rasool Allah sallallahu</w:t>
      </w:r>
    </w:p>
    <w:p>
      <w:pPr>
        <w:jc w:val="right"/>
      </w:pPr>
      <w:r>
        <w:t>روایت کے کے اعتبار سے ابوہریرہ کی روایتیں بہت زیادہ ہیں یعنی قال قال رسول اللہ صلی اللہ</w:t>
      </w:r>
    </w:p>
    <w:p>
      <w:r>
        <w:rPr>
          <w:b/>
        </w:rPr>
        <w:t xml:space="preserve">[33:46] </w:t>
      </w:r>
      <w:r>
        <w:t>alihi wasallam yani rasool Allah ne aisa farmaya</w:t>
      </w:r>
    </w:p>
    <w:p>
      <w:pPr>
        <w:jc w:val="right"/>
      </w:pPr>
      <w:r>
        <w:t>علیہ وسلم یعنی رسول اللہ نے ایسا فرمایا</w:t>
      </w:r>
    </w:p>
    <w:p>
      <w:r>
        <w:rPr>
          <w:b/>
        </w:rPr>
        <w:t xml:space="preserve">[33:51] </w:t>
      </w:r>
      <w:r>
        <w:t>ke mislan innamal aamaalu binniyaat ye hai saying of the prophet</w:t>
      </w:r>
    </w:p>
    <w:p>
      <w:pPr>
        <w:jc w:val="right"/>
      </w:pPr>
      <w:r>
        <w:t>کہ مثلا انما الاعمال بالنیات یہ ہے سینگ اف دا پرافٹ</w:t>
      </w:r>
    </w:p>
    <w:p>
      <w:r>
        <w:rPr>
          <w:b/>
        </w:rPr>
        <w:t xml:space="preserve">[33:57] </w:t>
      </w:r>
      <w:r>
        <w:t>to</w:t>
      </w:r>
    </w:p>
    <w:p>
      <w:pPr>
        <w:jc w:val="right"/>
      </w:pPr>
      <w:r>
        <w:t>تو</w:t>
      </w:r>
    </w:p>
    <w:p>
      <w:r>
        <w:rPr>
          <w:b/>
        </w:rPr>
        <w:t xml:space="preserve">[33:57] </w:t>
      </w:r>
      <w:r>
        <w:t>is mein is sayings ke muamle mein Hazrat aboo huraira ka darja bohat ziyada hai kyunke in ki sab</w:t>
      </w:r>
    </w:p>
    <w:p>
      <w:pPr>
        <w:jc w:val="right"/>
      </w:pPr>
      <w:r>
        <w:t>اس میں اس سینگز کے معاملے میں حضرت ابوہریرہ کا درجہ بہت زیادہ ہے کیونکہ ان کی سب</w:t>
      </w:r>
    </w:p>
    <w:p>
      <w:r>
        <w:rPr>
          <w:b/>
        </w:rPr>
        <w:t xml:space="preserve">[34:03] </w:t>
      </w:r>
      <w:r>
        <w:t>se ziyada riwayatein inhi se hain sab se ziyada Hazrat Aisha se riwayatein is tarah ki ziyada nahi</w:t>
      </w:r>
    </w:p>
    <w:p>
      <w:pPr>
        <w:jc w:val="right"/>
      </w:pPr>
      <w:r>
        <w:t>سے زیادہ روایتیں انہی سے ہیں سب سے زیادہ حضرت عائشہ سے روایتیں اس طرح کی زیادہ نہیں</w:t>
      </w:r>
    </w:p>
    <w:p>
      <w:r>
        <w:rPr>
          <w:b/>
        </w:rPr>
        <w:t xml:space="preserve">[34:08] </w:t>
      </w:r>
      <w:r>
        <w:t>hain ke qala qala rasool Allah sallallahu alaihi wasallam istinbataat hain inferences</w:t>
      </w:r>
    </w:p>
    <w:p>
      <w:pPr>
        <w:jc w:val="right"/>
      </w:pPr>
      <w:r>
        <w:t>ہیں کہ قال قال رسول اللہ صلی اللہ علیہ وسلم استنباطات ہیں انفرنسز</w:t>
      </w:r>
    </w:p>
    <w:p>
      <w:r>
        <w:rPr>
          <w:b/>
        </w:rPr>
        <w:t xml:space="preserve">[34:15] </w:t>
      </w:r>
      <w:r>
        <w:t>yani ek hai sayings ek hai inference</w:t>
      </w:r>
    </w:p>
    <w:p>
      <w:pPr>
        <w:jc w:val="right"/>
      </w:pPr>
      <w:r>
        <w:t>یعنی ایک ہے سینگز ایک ہے انفرنس</w:t>
      </w:r>
    </w:p>
    <w:p>
      <w:r>
        <w:rPr>
          <w:b/>
        </w:rPr>
        <w:t xml:space="preserve">[34:18] </w:t>
      </w:r>
      <w:r>
        <w:t>to rasool Allah ke sayings ko jin logon ne report kiya unhone number one aboo huraira ka darja</w:t>
      </w:r>
    </w:p>
    <w:p>
      <w:pPr>
        <w:jc w:val="right"/>
      </w:pPr>
      <w:r>
        <w:t>تو رسول اللہ کے سینگز کو جن لوگوں نے رپورٹ کیا انہوں نے نمبر ون ابوہریرہ کا درجہ</w:t>
      </w:r>
    </w:p>
    <w:p>
      <w:r>
        <w:rPr>
          <w:b/>
        </w:rPr>
        <w:t xml:space="preserve">[34:24] </w:t>
      </w:r>
      <w:r>
        <w:t>hai aur rasool Allah ki baat sun kar jo inference liya logon ne is mein Hazrat Aisha ka</w:t>
      </w:r>
    </w:p>
    <w:p>
      <w:pPr>
        <w:jc w:val="right"/>
      </w:pPr>
      <w:r>
        <w:t>ہے اور رسول اللہ کی بات سن کر جو انفرنس لیا لوگوں نے اس میں حضرت عائشہ کا</w:t>
      </w:r>
    </w:p>
    <w:p>
      <w:r>
        <w:rPr>
          <w:b/>
        </w:rPr>
        <w:t xml:space="preserve">[34:30] </w:t>
      </w:r>
      <w:r>
        <w:t>darja sab ziyada darja hai</w:t>
      </w:r>
    </w:p>
    <w:p>
      <w:pPr>
        <w:jc w:val="right"/>
      </w:pPr>
      <w:r>
        <w:t>درجہ سب زیادہ درجہ ہے</w:t>
      </w:r>
    </w:p>
    <w:p>
      <w:r>
        <w:rPr>
          <w:b/>
        </w:rPr>
        <w:t xml:space="preserve">[34:33] </w:t>
      </w:r>
      <w:r>
        <w:t>aap jante hain ke inference ka matlab hai in between ko parhna between the line ko parhna ye</w:t>
      </w:r>
    </w:p>
    <w:p>
      <w:pPr>
        <w:jc w:val="right"/>
      </w:pPr>
      <w:r>
        <w:t>اپ جانتے ہیں کہ انفرنس کا مطلب ہے ان بٹوین کو پڑھنا بٹوین دا لائن کو پڑھنا یہ</w:t>
      </w:r>
    </w:p>
    <w:p>
      <w:r>
        <w:rPr>
          <w:b/>
        </w:rPr>
        <w:t xml:space="preserve">[34:40] </w:t>
      </w:r>
      <w:r>
        <w:t>sab se bari mushkil cheez hai line</w:t>
      </w:r>
    </w:p>
    <w:p>
      <w:pPr>
        <w:jc w:val="right"/>
      </w:pPr>
      <w:r>
        <w:t>سب سے بڑی مشکل چیز ہے لائن</w:t>
      </w:r>
    </w:p>
    <w:p>
      <w:r>
        <w:rPr>
          <w:b/>
        </w:rPr>
        <w:t xml:space="preserve">[34:43] </w:t>
      </w:r>
      <w:r>
        <w:t>ko har admi parh sakta hai lekin between the line kaun parh sakta hai to aik aurat jo between the line ko parh sake woh aik aap mamooli baat samajhtay hain</w:t>
      </w:r>
    </w:p>
    <w:p>
      <w:pPr>
        <w:jc w:val="right"/>
      </w:pPr>
      <w:r>
        <w:t>کو ہر ادمی پڑھ سکتا ہے لیکن بٹوین دا لائن کون پڑھ سکتا ہے تو ایک عورت جو بٹوین دا لائن کو پڑھ سکے وہ ایک اپ معمولی بات سمجھتے ہیں</w:t>
      </w:r>
    </w:p>
    <w:p>
      <w:r>
        <w:rPr>
          <w:b/>
        </w:rPr>
        <w:t xml:space="preserve">[34:56] </w:t>
      </w:r>
      <w:r>
        <w:t>kitni bari baat hai ye ke rasool Allah ki line mein jo between the line tha us ko</w:t>
      </w:r>
    </w:p>
    <w:p>
      <w:pPr>
        <w:jc w:val="right"/>
      </w:pPr>
      <w:r>
        <w:t>کتنی بڑی بات ہے یہ کہ رسول اللہ کی لائن میں جو بٹوین دا لائن تھا اس کو</w:t>
      </w:r>
    </w:p>
    <w:p>
      <w:r>
        <w:rPr>
          <w:b/>
        </w:rPr>
        <w:t xml:space="preserve">[35:01] </w:t>
      </w:r>
      <w:r>
        <w:t>parh sakay wo parh saka kon ek aurat aise ajeeb ghareeb qism ke in ke inferences hain</w:t>
      </w:r>
    </w:p>
    <w:p>
      <w:pPr>
        <w:jc w:val="right"/>
      </w:pPr>
      <w:r>
        <w:t>پڑھ سکائے وہ پڑھ سکا کون ایک عورت ایسے عجیب غریب قسم کے ان کے انفرنسز ہیں</w:t>
      </w:r>
    </w:p>
    <w:p>
      <w:r>
        <w:rPr>
          <w:b/>
        </w:rPr>
        <w:t xml:space="preserve">[35:09] </w:t>
      </w:r>
      <w:r>
        <w:t>kaha jata hai ke afqant afqa al sahaba insaan tamam sahaba mein sab se bari aalimah thi</w:t>
      </w:r>
    </w:p>
    <w:p>
      <w:pPr>
        <w:jc w:val="right"/>
      </w:pPr>
      <w:r>
        <w:t>کہا جاتا ہے کہ افقانت افخ الصحابہ انسان تمام صحابہ میں سب سے بڑی معالمہ تھی</w:t>
      </w:r>
    </w:p>
    <w:p>
      <w:r>
        <w:rPr>
          <w:b/>
        </w:rPr>
        <w:t xml:space="preserve">[35:16] </w:t>
      </w:r>
      <w:r>
        <w:t>ye maana jata hai bilkul saare ulma mante hain</w:t>
      </w:r>
    </w:p>
    <w:p>
      <w:pPr>
        <w:jc w:val="right"/>
      </w:pPr>
      <w:r>
        <w:t>یہ مانا جاتا ہے بالکل سارے علماء مانتے ہیں</w:t>
      </w:r>
    </w:p>
    <w:p>
      <w:r>
        <w:rPr>
          <w:b/>
        </w:rPr>
        <w:t xml:space="preserve">[35:21] </w:t>
      </w:r>
      <w:r>
        <w:t>lekin mein yahan is mein add karunga ke tamam sahaba mein sab se bare aalim banna kya</w:t>
      </w:r>
    </w:p>
    <w:p>
      <w:pPr>
        <w:jc w:val="right"/>
      </w:pPr>
      <w:r>
        <w:t>لیکن میں یہاں اس میں ایڈ کروں گا کہ تمام صحابہ میں سب سے بڑے عالم بننا کیا</w:t>
      </w:r>
    </w:p>
    <w:p>
      <w:r>
        <w:rPr>
          <w:b/>
        </w:rPr>
        <w:t xml:space="preserve">[35:27] </w:t>
      </w:r>
      <w:r>
        <w:t>ko ek ek bohat simple si baat hai ke is ko yahan se uthao yahan se uthao yahan</w:t>
      </w:r>
    </w:p>
    <w:p>
      <w:pPr>
        <w:jc w:val="right"/>
      </w:pPr>
      <w:r>
        <w:t>کوئی ایک ایک بہت سمپل سی بات ہے کہ اس کو یہاں سے اٹھاؤ یہاں سے اٹھاؤ یہاں</w:t>
      </w:r>
    </w:p>
    <w:p>
      <w:r>
        <w:rPr>
          <w:b/>
        </w:rPr>
        <w:t xml:space="preserve">[35:32] </w:t>
      </w:r>
      <w:r>
        <w:t>rakh do</w:t>
      </w:r>
    </w:p>
    <w:p>
      <w:pPr>
        <w:jc w:val="right"/>
      </w:pPr>
      <w:r>
        <w:t>رکھ دو</w:t>
      </w:r>
    </w:p>
    <w:p>
      <w:r>
        <w:rPr>
          <w:b/>
        </w:rPr>
        <w:t xml:space="preserve">[35:36] </w:t>
      </w:r>
      <w:r>
        <w:t>it needs a long process</w:t>
      </w:r>
    </w:p>
    <w:p>
      <w:pPr>
        <w:jc w:val="right"/>
      </w:pPr>
      <w:r>
        <w:t>اٹ نیڈز ا لانگ پروسیس</w:t>
      </w:r>
    </w:p>
    <w:p>
      <w:r>
        <w:rPr>
          <w:b/>
        </w:rPr>
        <w:t xml:space="preserve">[35:38] </w:t>
      </w:r>
      <w:r>
        <w:t>it required a long process</w:t>
      </w:r>
    </w:p>
    <w:p>
      <w:pPr>
        <w:jc w:val="right"/>
      </w:pPr>
      <w:r>
        <w:t>اٹ ریکوائرڈز ا لانگ پروسیس</w:t>
      </w:r>
    </w:p>
    <w:p>
      <w:r>
        <w:rPr>
          <w:b/>
        </w:rPr>
        <w:t xml:space="preserve">[35:43] </w:t>
      </w:r>
      <w:r>
        <w:t>ke hazrat hazrat aisha nay har cheez ko chhod kar ke rasool Allah ki baaton mein dhyan diya hoga banao shingar chhora hoga luxury ko chhora hoga dunya ki dilchaspiyon ko chhora hoga rasool Allah ki baaton ko sun har waqt sun sunnay ka shauq har waqt sunnay ka shauq munh say kya nikla un ke kya munh say nikla jaldi say sun sun sunna is ko</w:t>
      </w:r>
    </w:p>
    <w:p>
      <w:pPr>
        <w:jc w:val="right"/>
      </w:pPr>
      <w:r>
        <w:t>کہ حضرت حضرت عائشہ نے ہر چیز کو چھوڑ کر کے رسول اللہ کی باتوں میں دھیان دیا ہوگا بناؤ شگار چھوڑا ہوگا لگزری کو چھوڑا ہوگا دنیا کی دلچسپیوں کو چھوڑا ہوگا رسول اللہ کی باتوں کو سن ہر وقت سن سننے کا شوق ہر وقت سننے کا شوق منہ سے کیا نکلا ان کے کیا منہ سے نکلا جلدی سے سن سن سننا اس کو</w:t>
      </w:r>
    </w:p>
    <w:p>
      <w:r>
        <w:rPr>
          <w:b/>
        </w:rPr>
        <w:t xml:space="preserve">[36:09] </w:t>
      </w:r>
      <w:r>
        <w:t>apnay mind ka poora isi pe devote kiya hoga isi pe dedicate kiya hoga isi pe socha hoga discussion discussion kiya hoga sawal kiya hoga</w:t>
      </w:r>
    </w:p>
    <w:p>
      <w:pPr>
        <w:jc w:val="right"/>
      </w:pPr>
      <w:r>
        <w:t>اپنے مائنڈ کا پورا اسی پہ ڈیووٹ کیا ہوگا اسی پہ ڈیڈیکیٹ کیا ہوگا اسی پہ سوچا ہوگا ڈسکشن ڈسکشن کیا ہوگا سوال کیا ہوگا</w:t>
      </w:r>
    </w:p>
    <w:p>
      <w:r>
        <w:rPr>
          <w:b/>
        </w:rPr>
        <w:t xml:space="preserve">[36:22] </w:t>
      </w:r>
      <w:r>
        <w:t>hum is ko soch nahi sakte ke kya kya kiya hoga unhonay tab rasool Allah ki baaton se woh unhonay itna itni bari bari cheezein pakrein un ka jo grass hai hazrat aisha ka woh saada baat nahi hai</w:t>
      </w:r>
    </w:p>
    <w:p>
      <w:pPr>
        <w:jc w:val="right"/>
      </w:pPr>
      <w:r>
        <w:t>ہم اس کو سوچ نہیں سکتے کہ کیا کیا کیا ہوگا انہوں نے تب رسول اللہ کی باتوں سے وہ انہوں نے اتنا اتنی بڑی بڑی چیزیں پکڑیں ان کا جو گراس ہے حضرت عائشہ کا وہ سادہ بات نہیں ہے</w:t>
      </w:r>
    </w:p>
    <w:p>
      <w:r>
        <w:rPr>
          <w:b/>
        </w:rPr>
        <w:t xml:space="preserve">[36:39] </w:t>
      </w:r>
      <w:r>
        <w:t>jaise misaal ke taur par is se pehle maine in ka ek misaal di thi aap ko ke maakhir yeh Hazrat Aisha ki riwayat hai ke maakhir Rasool Allah sal Allah alaihi wasallam bin amrain ila rahma</w:t>
      </w:r>
    </w:p>
    <w:p>
      <w:pPr>
        <w:jc w:val="right"/>
      </w:pPr>
      <w:r>
        <w:t>جیسے مثال کے طور پر اس سے پہلے میں نے ان کا ایک مثال دی تھی اپ کو کہ ماخیر یہ حضرت عائشہ کی روایت ہے کہ ماخیر رسول اللہ صلی اللہ علیہ وسلم بین امرین الا رحمہ</w:t>
      </w:r>
    </w:p>
    <w:p>
      <w:r>
        <w:rPr>
          <w:b/>
        </w:rPr>
        <w:t xml:space="preserve">[36:55] </w:t>
      </w:r>
      <w:r>
        <w:t>Whenever the Prophet had to choose between the two, he always opted for easier method rather than harder method.</w:t>
      </w:r>
    </w:p>
    <w:p>
      <w:pPr>
        <w:jc w:val="right"/>
      </w:pPr>
      <w:r>
        <w:t>وین ایور دا پرافٹ ہیڈ ٹو چوز بٹوین دا ٹو ہی الویز اپٹڈ فار ایزر میتھڈ رادر دین ہارٹر میتھڈ</w:t>
      </w:r>
    </w:p>
    <w:p>
      <w:r>
        <w:rPr>
          <w:b/>
        </w:rPr>
        <w:t xml:space="preserve">[37:06] </w:t>
      </w:r>
      <w:r>
        <w:t>yeh itni bari cheez hai itni bari cheez hai ke top ke farmer bhi nahi samajh sakte is cheez ko</w:t>
      </w:r>
    </w:p>
    <w:p>
      <w:pPr>
        <w:jc w:val="right"/>
      </w:pPr>
      <w:r>
        <w:t>یہ اتنی بڑی چیز ہے اتنی بڑی چیز ہے کہ ٹاپ کے فارمر بھی نہیں سمجھ سکتے اس چیز کو</w:t>
      </w:r>
    </w:p>
    <w:p>
      <w:r>
        <w:rPr>
          <w:b/>
        </w:rPr>
        <w:t xml:space="preserve">[37:16] </w:t>
      </w:r>
      <w:r>
        <w:t>ke har situation mein aadmi ke liye do option hote hain ek hai ek hai peaceful method</w:t>
      </w:r>
    </w:p>
    <w:p>
      <w:pPr>
        <w:jc w:val="right"/>
      </w:pPr>
      <w:r>
        <w:t>کہ ہر سچویشن میں ادمی کے لیے دو اپشن ہوتے ہیں ایک ہے ایک ہے پیس فل میتھڈ</w:t>
      </w:r>
    </w:p>
    <w:p>
      <w:r>
        <w:rPr>
          <w:b/>
        </w:rPr>
        <w:t xml:space="preserve">[37:23] </w:t>
      </w:r>
      <w:r>
        <w:t>ek hai violent method</w:t>
      </w:r>
    </w:p>
    <w:p>
      <w:pPr>
        <w:jc w:val="right"/>
      </w:pPr>
      <w:r>
        <w:t>ایک ہے وائلنٹ میتھڈ</w:t>
      </w:r>
    </w:p>
    <w:p>
      <w:r>
        <w:rPr>
          <w:b/>
        </w:rPr>
        <w:t xml:space="preserve">[37:27] </w:t>
      </w:r>
      <w:r>
        <w:t>har har situation mein</w:t>
      </w:r>
    </w:p>
    <w:p>
      <w:pPr>
        <w:jc w:val="right"/>
      </w:pPr>
      <w:r>
        <w:t>ہر ہر سچویشن میں</w:t>
      </w:r>
    </w:p>
    <w:p>
      <w:r>
        <w:rPr>
          <w:b/>
        </w:rPr>
        <w:t xml:space="preserve">[37:30] </w:t>
      </w:r>
      <w:r>
        <w:t>agar aap violent method lein</w:t>
      </w:r>
    </w:p>
    <w:p>
      <w:pPr>
        <w:jc w:val="right"/>
      </w:pPr>
      <w:r>
        <w:t>اگر اپ وائلنٹ میتھڈ لیں</w:t>
      </w:r>
    </w:p>
    <w:p>
      <w:r>
        <w:rPr>
          <w:b/>
        </w:rPr>
        <w:t xml:space="preserve">[37:34] </w:t>
      </w:r>
      <w:r>
        <w:t>to kya hoga problem sirf aggravate hota hai aur badhega aur badhega aur badhega badhega</w:t>
      </w:r>
    </w:p>
    <w:p>
      <w:pPr>
        <w:jc w:val="right"/>
      </w:pPr>
      <w:r>
        <w:t>تو کیا ہوگا پرابلم صرف ایگریویٹ ہوتا ہے اور بڑھے گا اور بڑھے گا اور بڑھے گا بڑھے</w:t>
      </w:r>
    </w:p>
    <w:p>
      <w:r>
        <w:rPr>
          <w:b/>
        </w:rPr>
        <w:t xml:space="preserve">[37:39] </w:t>
      </w:r>
      <w:r>
        <w:t>ga aur peaceful method lein aap to to khatm ho jayega abhi dekhiye bareilly mein jhagda</w:t>
      </w:r>
    </w:p>
    <w:p>
      <w:pPr>
        <w:jc w:val="right"/>
      </w:pPr>
      <w:r>
        <w:t>گا اور پیس فل میتھڈ لیں اپ تو تو ختم ہو جائے گا ابھی دیکھیے بریلی میں جھگڑا</w:t>
      </w:r>
    </w:p>
    <w:p>
      <w:r>
        <w:rPr>
          <w:b/>
        </w:rPr>
        <w:t xml:space="preserve">[37:45] </w:t>
      </w:r>
      <w:r>
        <w:t>jo hua abhi tak chal raha hai aaj bhi akhbar mein hai dukanein jalayi gayin ghar jalaye gaye</w:t>
      </w:r>
    </w:p>
    <w:p>
      <w:pPr>
        <w:jc w:val="right"/>
      </w:pPr>
      <w:r>
        <w:t>جو ہوا ابھی تک چل رہا ہے اج بھی اخبار میں ہے دکانیں جلائی گئیں گھر جلائے گئے</w:t>
      </w:r>
    </w:p>
    <w:p>
      <w:r>
        <w:rPr>
          <w:b/>
        </w:rPr>
        <w:t xml:space="preserve">[37:51] </w:t>
      </w:r>
      <w:r>
        <w:t>log mare gaye lote gaye kya kya hua kyon sirf is liye ke easier option nahi liya unho</w:t>
      </w:r>
    </w:p>
    <w:p>
      <w:pPr>
        <w:jc w:val="right"/>
      </w:pPr>
      <w:r>
        <w:t>لوگ مارے گئے لوٹے گئے کیا کیا ہوا کیوں صرف اس لیے کہ ایزر اپشن نہیں لیا انہوں</w:t>
      </w:r>
    </w:p>
    <w:p>
      <w:r>
        <w:rPr>
          <w:b/>
        </w:rPr>
        <w:t xml:space="preserve">[37:55] </w:t>
      </w:r>
      <w:r>
        <w:t>ne harder option liya unho ne unho ne ek juloos nikala</w:t>
      </w:r>
    </w:p>
    <w:p>
      <w:pPr>
        <w:jc w:val="right"/>
      </w:pPr>
      <w:r>
        <w:t>نے ہارڈر اپشن لیا انہوں نے انہوں نے ایک جلوس نکالا</w:t>
      </w:r>
    </w:p>
    <w:p>
      <w:r>
        <w:rPr>
          <w:b/>
        </w:rPr>
        <w:t xml:space="preserve">[38:02] </w:t>
      </w:r>
      <w:r>
        <w:t>wahan</w:t>
      </w:r>
    </w:p>
    <w:p>
      <w:pPr>
        <w:jc w:val="right"/>
      </w:pPr>
      <w:r>
        <w:t>وہاں</w:t>
      </w:r>
    </w:p>
    <w:p>
      <w:r>
        <w:rPr>
          <w:b/>
        </w:rPr>
        <w:t xml:space="preserve">[38:02] </w:t>
      </w:r>
      <w:r>
        <w:t>par ek firqe ne dusra firqe ne kaha ke tum idhar se juloos le jao idhar se matlab juloos le jao ke nahi hum peses le jayenge bas us par jhagda hua jhagda badhte badhte corrupt laga aur bahut nuksan hue woh agar woh aisa karte ke is road ke bajaye is road se jate apne juloos lekar ke to kuch bhi na hota</w:t>
      </w:r>
    </w:p>
    <w:p>
      <w:pPr>
        <w:jc w:val="right"/>
      </w:pPr>
      <w:r>
        <w:t>پر ایک فرقے نے دوسرا فرقہ نے کہا کہ تم ادھر سے جلوس لے جاؤ ادھر سے مطلب جلوس لے جاؤ کہ نہیں ہم پیسز لے جائیں گے بس اس پر جھگڑا ہوا جھگڑا بڑھتے بڑھتے کرپٹ لگا اور بہت نقصانات ہوئے وہ اگر وہ ایسا کرتے کہ اس روڈ کے بجائے اس روڈ سے جاتے اپنے جلوس لے کر کے تو کچھ بھی نہ ہوتا</w:t>
      </w:r>
    </w:p>
    <w:p>
      <w:r>
        <w:rPr>
          <w:b/>
        </w:rPr>
        <w:t xml:space="preserve">[38:26] </w:t>
      </w:r>
      <w:r>
        <w:t>yani ek aur road se jana easier option tha usi road par jane ko insist karna yeh harder</w:t>
      </w:r>
    </w:p>
    <w:p>
      <w:pPr>
        <w:jc w:val="right"/>
      </w:pPr>
      <w:r>
        <w:t>یعنی ایک اور روڈ سے جانا ایزر اپشن تھا اسی روڈ پر جانے کو انسسٹ کرنا یہ ہارڈر</w:t>
      </w:r>
    </w:p>
    <w:p>
      <w:r>
        <w:rPr>
          <w:b/>
        </w:rPr>
        <w:t xml:space="preserve">[38:32] </w:t>
      </w:r>
      <w:r>
        <w:t>option tha yani batane ke baad bhi aaj tak log nahi jante is ko falasteen mein agar arab</w:t>
      </w:r>
    </w:p>
    <w:p>
      <w:pPr>
        <w:jc w:val="right"/>
      </w:pPr>
      <w:r>
        <w:t>اپشن تھا یعنی بتانے کے بعد بھی اج تک لوگ نہیں جانتے اس کو فلسطین میں اگر عرب</w:t>
      </w:r>
    </w:p>
    <w:p>
      <w:r>
        <w:rPr>
          <w:b/>
        </w:rPr>
        <w:t xml:space="preserve">[38:40] </w:t>
      </w:r>
      <w:r>
        <w:t>ne easier option liya hota yani peaceful method to aaj wo tha time zyada kamyab rehte hain</w:t>
      </w:r>
    </w:p>
    <w:p>
      <w:pPr>
        <w:jc w:val="right"/>
      </w:pPr>
      <w:r>
        <w:t>نے ایزر اپشن لیا ہوتا یعنی پیس فل میتھڈ تو اج وہ تھا ٹائم زیادہ کامیاب رہتے ہیں</w:t>
      </w:r>
    </w:p>
    <w:p>
      <w:r>
        <w:rPr>
          <w:b/>
        </w:rPr>
        <w:t xml:space="preserve">[38:48] </w:t>
      </w:r>
      <w:r>
        <w:t>unho ne harder option liya ladai ladai jhagde ka option takrao ka option goli aur barood ka option</w:t>
      </w:r>
    </w:p>
    <w:p>
      <w:pPr>
        <w:jc w:val="right"/>
      </w:pPr>
      <w:r>
        <w:t>انہوں نے ہارڈر اپشن لیا لڑائی لڑائی جھگڑے کا اپشن ٹکراؤ کا اپشن گولی اور بارود کا اپشن</w:t>
      </w:r>
    </w:p>
    <w:p>
      <w:r>
        <w:rPr>
          <w:b/>
        </w:rPr>
        <w:t xml:space="preserve">[38:54] </w:t>
      </w:r>
      <w:r>
        <w:t>tabahi tabahi tabahi tabahi</w:t>
      </w:r>
    </w:p>
    <w:p>
      <w:pPr>
        <w:jc w:val="right"/>
      </w:pPr>
      <w:r>
        <w:t>تباہی تباہی تباہی تباہی</w:t>
      </w:r>
    </w:p>
    <w:p>
      <w:r>
        <w:rPr>
          <w:b/>
        </w:rPr>
        <w:t xml:space="preserve">[38:57] </w:t>
      </w:r>
      <w:r>
        <w:t>to itni badi baat jo aisha se pehle bhi kisi ko pata nahi tha hatta ke aisha ne</w:t>
      </w:r>
    </w:p>
    <w:p>
      <w:pPr>
        <w:jc w:val="right"/>
      </w:pPr>
      <w:r>
        <w:t>تو اتنی بڑی بات جو عائشہ سے پہلے بھی کسی کو پتہ نہیں تھا حتی کہ عائشہ نے</w:t>
      </w:r>
    </w:p>
    <w:p>
      <w:r>
        <w:rPr>
          <w:b/>
        </w:rPr>
        <w:t xml:space="preserve">[39:02] </w:t>
      </w:r>
      <w:r>
        <w:t>bol diya tab bhi kisi ko pata nahi hai yeh ek aurat ka karnama hai</w:t>
      </w:r>
    </w:p>
    <w:p>
      <w:pPr>
        <w:jc w:val="right"/>
      </w:pPr>
      <w:r>
        <w:t>بول دیا تب بھی کسی کو پتہ نہیں ہے یہ ایک عورت کا کارنامہ ہے</w:t>
      </w:r>
    </w:p>
    <w:p>
      <w:r>
        <w:rPr>
          <w:b/>
        </w:rPr>
        <w:t xml:space="preserve">[39:09] </w:t>
      </w:r>
      <w:r>
        <w:t>yaad rakhiye jab bhi aap koi ek ek ek role karte hain</w:t>
      </w:r>
    </w:p>
    <w:p>
      <w:pPr>
        <w:jc w:val="right"/>
      </w:pPr>
      <w:r>
        <w:t>یاد رکھیے جب بھی اپ کوئی ایک ایک ایک رول کرتے ہیں</w:t>
      </w:r>
    </w:p>
    <w:p>
      <w:r>
        <w:rPr>
          <w:b/>
        </w:rPr>
        <w:t xml:space="preserve">[39:12] </w:t>
      </w:r>
      <w:r>
        <w:t>us ke peeche bahut sari aur cheezein hoti hain achaanak nahi hota hai</w:t>
      </w:r>
    </w:p>
    <w:p>
      <w:pPr>
        <w:jc w:val="right"/>
      </w:pPr>
      <w:r>
        <w:t>اس کے پیچھے بہت ساری اور چیزیں ہوتی ہیں اچانک نہیں ہوتا ہے</w:t>
      </w:r>
    </w:p>
    <w:p>
      <w:r>
        <w:rPr>
          <w:b/>
        </w:rPr>
        <w:t xml:space="preserve">[39:18] </w:t>
      </w:r>
      <w:r>
        <w:t>jaise camera yahan par hai to kya camera aise ban gaya sankadon saal ke effort ke baad wo</w:t>
      </w:r>
    </w:p>
    <w:p>
      <w:pPr>
        <w:jc w:val="right"/>
      </w:pPr>
      <w:r>
        <w:t>جیسے کیمرہ یہاں پر ہے تو کیا کیمرہ ایسے بن گیا سینکڑوں سال کے ایفرٹ کے بعد وہ</w:t>
      </w:r>
    </w:p>
    <w:p>
      <w:r>
        <w:rPr>
          <w:b/>
        </w:rPr>
        <w:t xml:space="preserve">[39:27] </w:t>
      </w:r>
      <w:r>
        <w:t>cheez bani jis ko hum camera kehte hain</w:t>
      </w:r>
    </w:p>
    <w:p>
      <w:pPr>
        <w:jc w:val="right"/>
      </w:pPr>
      <w:r>
        <w:t>چیز بنی جس کو ہم کیمرہ کہتے ہیں</w:t>
      </w:r>
    </w:p>
    <w:p>
      <w:r>
        <w:rPr>
          <w:b/>
        </w:rPr>
        <w:t xml:space="preserve">[39:30] </w:t>
      </w:r>
      <w:r>
        <w:t>to koi bhi ek single waqea bhi jo hota hai us ke peeche sankadon hazaron baatein shamil rehti</w:t>
      </w:r>
    </w:p>
    <w:p>
      <w:pPr>
        <w:jc w:val="right"/>
      </w:pPr>
      <w:r>
        <w:t>تو کوئی بھی ایک سنگل واقعہ بھی جو ہوتا ہے اس کے پیچھے سینکڑوں ہزاروں باتیں شامل رہتی</w:t>
      </w:r>
    </w:p>
    <w:p>
      <w:r>
        <w:rPr>
          <w:b/>
        </w:rPr>
        <w:t xml:space="preserve">[39:36] </w:t>
      </w:r>
      <w:r>
        <w:t>hain to ek role jo karti hai ek aurat jise ek role farz kiya kiya hazrat hajra ne</w:t>
      </w:r>
    </w:p>
    <w:p>
      <w:pPr>
        <w:jc w:val="right"/>
      </w:pPr>
      <w:r>
        <w:t>ہیں تو ایک رول جو کرتی ہے ایک عورت جسے ایک رول فرض کیا کیا حضرت ہاجرہ نے</w:t>
      </w:r>
    </w:p>
    <w:p>
      <w:r>
        <w:rPr>
          <w:b/>
        </w:rPr>
        <w:t xml:space="preserve">[39:44] </w:t>
      </w:r>
      <w:r>
        <w:t>ek role kiya hazrat khadija ne ek role kiya aisha ne to saada baat nahi hai</w:t>
      </w:r>
    </w:p>
    <w:p>
      <w:pPr>
        <w:jc w:val="right"/>
      </w:pPr>
      <w:r>
        <w:t>ایک رول کیا حضرت خدیجہ نے ایک رول کیا عائشہ نے تو سادہ بات نہیں ہے</w:t>
      </w:r>
    </w:p>
    <w:p>
      <w:r>
        <w:rPr>
          <w:b/>
        </w:rPr>
        <w:t xml:space="preserve">[39:54] </w:t>
      </w:r>
      <w:r>
        <w:t>it requireds interaction it requireds exposure it requireds study ek it requireds exchange bahut sari cheezein mil kar ke tab aadmi banta hai is qabil ke woh ek role kar sake role koi mazak thodi hai koi mazak nahi hai</w:t>
      </w:r>
    </w:p>
    <w:p>
      <w:pPr>
        <w:jc w:val="right"/>
      </w:pPr>
      <w:r>
        <w:t>اٹ ریکوائرڈز انٹریکشن اٹ ریکوائرڈز ایکسپوژر اٹ ریکوائرڈز اسٹڈی ایک اٹ ریکوائرڈز ایکسچینج بہت ساری چیزیں مل کر کے تب ادمی بنتا ہے اس قابل کہ وہ ایک رول کر سکے رول کوئی مذاق تھوڑی ہے کوئی مذاق نہیں ہے</w:t>
      </w:r>
    </w:p>
    <w:p>
      <w:r>
        <w:rPr>
          <w:b/>
        </w:rPr>
        <w:t xml:space="preserve">[40:15] </w:t>
      </w:r>
      <w:r>
        <w:t>to agar bachche ka aurat ka kaam sirf woh bachcha paida kare aur khana pakaye to kya yeh role kar sakti hai jo maine bataya aap ko</w:t>
      </w:r>
    </w:p>
    <w:p>
      <w:pPr>
        <w:jc w:val="right"/>
      </w:pPr>
      <w:r>
        <w:t>تو اگر بچے کا عورت کا کام صرف وہ بچہ پیدا کرے اور کھانا پکائے تو کیا یہ رول کر سکتی ہے جو میں نے بتایا اپ کو</w:t>
      </w:r>
    </w:p>
    <w:p>
      <w:r>
        <w:rPr>
          <w:b/>
        </w:rPr>
        <w:t xml:space="preserve">[40:26] </w:t>
      </w:r>
      <w:r>
        <w:t>to quran mein saaf saaf hai surah al imran mein jo main ne bataya aap ko yeh jo</w:t>
      </w:r>
    </w:p>
    <w:p>
      <w:pPr>
        <w:jc w:val="right"/>
      </w:pPr>
      <w:r>
        <w:t>تو قران میں صاف صاف ہے سورہ ال عمران میں جو میں نے بتایا اپ کو یہ جو</w:t>
      </w:r>
    </w:p>
    <w:p>
      <w:r>
        <w:rPr>
          <w:b/>
        </w:rPr>
        <w:t xml:space="preserve">[40:30] </w:t>
      </w:r>
      <w:r>
        <w:t>yeh jo verses hain is ke andar</w:t>
      </w:r>
    </w:p>
    <w:p>
      <w:pPr>
        <w:jc w:val="right"/>
      </w:pPr>
      <w:r>
        <w:t>یہ جو ورسز ہیں اس کے اندر</w:t>
      </w:r>
    </w:p>
    <w:p>
      <w:r>
        <w:rPr>
          <w:b/>
        </w:rPr>
        <w:t xml:space="preserve">[40:34] </w:t>
      </w:r>
      <w:r>
        <w:t>keh mard aurat dono ko dono ko counter part bataya gaya hai dono ko equal partner bataya gaya</w:t>
      </w:r>
    </w:p>
    <w:p>
      <w:pPr>
        <w:jc w:val="right"/>
      </w:pPr>
      <w:r>
        <w:t>کہ مرد عورت دونوں کو دونوں کو کاؤنٹر پارٹ بتایا گیا ہے دونوں کو ایکول پارٹنر بتایا گیا</w:t>
      </w:r>
    </w:p>
    <w:p>
      <w:r>
        <w:rPr>
          <w:b/>
        </w:rPr>
        <w:t xml:space="preserve">[40:41] </w:t>
      </w:r>
      <w:r>
        <w:t>hai yeh bataya gaya ke dono mil kar ke yani Allah taala ki jo scheme hai scheme of</w:t>
      </w:r>
    </w:p>
    <w:p>
      <w:pPr>
        <w:jc w:val="right"/>
      </w:pPr>
      <w:r>
        <w:t>ہے یہ بتایا گیا کہ دونوں مل کر کے یعنی اللہ تعالی کی جو اسکیم ہے اسکیم اف</w:t>
      </w:r>
    </w:p>
    <w:p>
      <w:r>
        <w:rPr>
          <w:b/>
        </w:rPr>
        <w:t xml:space="preserve">[40:46] </w:t>
      </w:r>
      <w:r>
        <w:t>things woh kya hai</w:t>
      </w:r>
    </w:p>
    <w:p>
      <w:pPr>
        <w:jc w:val="right"/>
      </w:pPr>
      <w:r>
        <w:t>تھنگز وہ کیا ہے</w:t>
      </w:r>
    </w:p>
    <w:p>
      <w:r>
        <w:rPr>
          <w:b/>
        </w:rPr>
        <w:t xml:space="preserve">[40:49] </w:t>
      </w:r>
      <w:r>
        <w:t>Allah taala ne mard paida kiya aurat paida kiya as a pair kyun paida kiya dono mil kar</w:t>
      </w:r>
    </w:p>
    <w:p>
      <w:pPr>
        <w:jc w:val="right"/>
      </w:pPr>
      <w:r>
        <w:t>اللہ تعالی نے مرد پیدا کیا عورت پیدا کیا ایز ا پیئر کیوں پیدا کیا دونوں مل کر</w:t>
      </w:r>
    </w:p>
    <w:p>
      <w:r>
        <w:rPr>
          <w:b/>
        </w:rPr>
        <w:t xml:space="preserve">[40:55] </w:t>
      </w:r>
      <w:r>
        <w:t>ke is kaam ko karen jo Allah taala ko chahiye</w:t>
      </w:r>
    </w:p>
    <w:p>
      <w:pPr>
        <w:jc w:val="right"/>
      </w:pPr>
      <w:r>
        <w:t>کے اس کام کو کریں جو اللہ تعالی کو چاہیے</w:t>
      </w:r>
    </w:p>
    <w:p>
      <w:r>
        <w:rPr>
          <w:b/>
        </w:rPr>
        <w:t xml:space="preserve">[41:03] </w:t>
      </w:r>
      <w:r>
        <w:t>to main yeh kahunga ke yeh yeh dono hain they are two two equal partners in in the struggle of in the joint struggle of life mushtarik jahad hayat ke liye do barabar ke hisse daar</w:t>
      </w:r>
    </w:p>
    <w:p>
      <w:pPr>
        <w:jc w:val="right"/>
      </w:pPr>
      <w:r>
        <w:t>تو میں یہ کہوں گا کہ یہ یہ دونوں جو ہیں دیر ار ٹو ٹو ایکول پارٹنرز ان ان دی سٹرگل اف ان دی جوائنٹ سٹرگل اف لائف مشترک جدوجہد حیات کے لیے دو برابر کے حصے دار</w:t>
      </w:r>
    </w:p>
    <w:p>
      <w:r>
        <w:rPr>
          <w:b/>
        </w:rPr>
        <w:t xml:space="preserve">[41:31] </w:t>
      </w:r>
      <w:r>
        <w:t>toh yeh yeh jo role hai yeh role yahi ho jayega is role ke liye bahut kuch</w:t>
      </w:r>
    </w:p>
    <w:p>
      <w:pPr>
        <w:jc w:val="right"/>
      </w:pPr>
      <w:r>
        <w:t>تو یہ یہ جو رول ہے یہ رول یہی ہو جائے گا اس رول کے لیے بہت کچھ</w:t>
      </w:r>
    </w:p>
    <w:p>
      <w:r>
        <w:rPr>
          <w:b/>
        </w:rPr>
        <w:t xml:space="preserve">[41:37] </w:t>
      </w:r>
      <w:r>
        <w:t>chahiye bahut kuch chahiye bahut kuch chahiye iske liye intellectual development chahiye iske liye wisdom chahiye</w:t>
      </w:r>
    </w:p>
    <w:p>
      <w:pPr>
        <w:jc w:val="right"/>
      </w:pPr>
      <w:r>
        <w:t>چاہیے بہت کچھ چاہیے بہت کچھ چاہیے اس کے لیے انٹلیکچول ڈیویلپمنٹ چاہیے اس کے لیے وزڈم چاہیے</w:t>
      </w:r>
    </w:p>
    <w:p>
      <w:r>
        <w:rPr>
          <w:b/>
        </w:rPr>
        <w:t xml:space="preserve">[41:43] </w:t>
      </w:r>
      <w:r>
        <w:t>iske liye chahiye ke duniya ki baatein jaane aadmi</w:t>
      </w:r>
    </w:p>
    <w:p>
      <w:pPr>
        <w:jc w:val="right"/>
      </w:pPr>
      <w:r>
        <w:t>اس کے لیے چاہیے کہ دنیا کی باتیں جانے ادمی</w:t>
      </w:r>
    </w:p>
    <w:p>
      <w:r>
        <w:rPr>
          <w:b/>
        </w:rPr>
        <w:t xml:space="preserve">[41:48] </w:t>
      </w:r>
      <w:r>
        <w:t>iske chahiye ke aadmi ke</w:t>
      </w:r>
    </w:p>
    <w:p>
      <w:pPr>
        <w:jc w:val="right"/>
      </w:pPr>
      <w:r>
        <w:t>اس کے چاہیے کہ ادمی کے</w:t>
      </w:r>
    </w:p>
    <w:p>
      <w:r>
        <w:rPr>
          <w:b/>
        </w:rPr>
        <w:t xml:space="preserve">[41:51] </w:t>
      </w:r>
      <w:r>
        <w:t>horizon iska waseeh ho bahut si baatein hongi tab ja kar ke yeh mumkin hoga ke</w:t>
      </w:r>
    </w:p>
    <w:p>
      <w:pPr>
        <w:jc w:val="right"/>
      </w:pPr>
      <w:r>
        <w:t>ہورائزن اس کا وسیع ہو بہت سی باتیں ہوں گی تب جا کر کے یہ ممکن ہوگا کہ</w:t>
      </w:r>
    </w:p>
    <w:p>
      <w:r>
        <w:rPr>
          <w:b/>
        </w:rPr>
        <w:t xml:space="preserve">[41:57] </w:t>
      </w:r>
      <w:r>
        <w:t>Khuda jo chahta hai role woh role ek koi mard ya koi aurat ata kar sake</w:t>
      </w:r>
    </w:p>
    <w:p>
      <w:pPr>
        <w:jc w:val="right"/>
      </w:pPr>
      <w:r>
        <w:t>خدا جو چاہتا ہے رول وہ رول ایک کوئی مرد یا کوئی عورت عطا کر سکے</w:t>
      </w:r>
    </w:p>
    <w:p>
      <w:r>
        <w:rPr>
          <w:b/>
        </w:rPr>
        <w:t xml:space="preserve">[42:05] </w:t>
      </w:r>
      <w:r>
        <w:t>itne bade Allah taala ke plan ko logon ne simple bana rakha hai ek simple bana rakha hai</w:t>
      </w:r>
    </w:p>
    <w:p>
      <w:pPr>
        <w:jc w:val="right"/>
      </w:pPr>
      <w:r>
        <w:t>اتنے بڑے اللہ تعالی کے پلان کو لوگوں نے سمپل بنا رکھا ہے ایک سمپل بنا رکھا ہے</w:t>
      </w:r>
    </w:p>
    <w:p>
      <w:r>
        <w:rPr>
          <w:b/>
        </w:rPr>
        <w:t xml:space="preserve">[42:15] </w:t>
      </w:r>
      <w:r>
        <w:t>kaise yani Allah taala ki</w:t>
      </w:r>
    </w:p>
    <w:p>
      <w:pPr>
        <w:jc w:val="right"/>
      </w:pPr>
      <w:r>
        <w:t>کیسے یعنی اللہ تعالی کی</w:t>
      </w:r>
    </w:p>
    <w:p>
      <w:r>
        <w:rPr>
          <w:b/>
        </w:rPr>
        <w:t xml:space="preserve">[42:19] </w:t>
      </w:r>
      <w:r>
        <w:t>mein ek ek ek mujhe yaad aaya jab yeh jab daryaft hui Quran ke bare mein toh Hinduo</w:t>
      </w:r>
    </w:p>
    <w:p>
      <w:pPr>
        <w:jc w:val="right"/>
      </w:pPr>
      <w:r>
        <w:t>میں ایک ایک ایک مجھے یاد ایا جب یہ جب دریافت ہوئی قران کے بارے میں تو ہندوؤں</w:t>
      </w:r>
    </w:p>
    <w:p>
      <w:r>
        <w:rPr>
          <w:b/>
        </w:rPr>
        <w:t xml:space="preserve">[42:26] </w:t>
      </w:r>
      <w:r>
        <w:t>mein ek firqa hai isko kehte hain Pranami firqa Pranami firqa</w:t>
      </w:r>
    </w:p>
    <w:p>
      <w:pPr>
        <w:jc w:val="right"/>
      </w:pPr>
      <w:r>
        <w:t>میں ایک فرقہ ہے اس کو کہتے ہیں پرنامی فرقہ پرنامی فرقہ</w:t>
      </w:r>
    </w:p>
    <w:p>
      <w:r>
        <w:rPr>
          <w:b/>
        </w:rPr>
        <w:t xml:space="preserve">[42:33] </w:t>
      </w:r>
      <w:r>
        <w:t>Dilli mein bhi kuch log hain inke kuch logo se meri mulaqat bhi hui hai toh un</w:t>
      </w:r>
    </w:p>
    <w:p>
      <w:pPr>
        <w:jc w:val="right"/>
      </w:pPr>
      <w:r>
        <w:t>دلی میں بھی کچھ لوگ ہیں ان کے کچھ لوگوں سے میری ملاقات بھی ہوئی ہے تو ان</w:t>
      </w:r>
    </w:p>
    <w:p>
      <w:r>
        <w:rPr>
          <w:b/>
        </w:rPr>
        <w:t xml:space="preserve">[42:38] </w:t>
      </w:r>
      <w:r>
        <w:t>ka jo guru tha</w:t>
      </w:r>
    </w:p>
    <w:p>
      <w:pPr>
        <w:jc w:val="right"/>
      </w:pPr>
      <w:r>
        <w:t>کا جو گرو تھا</w:t>
      </w:r>
    </w:p>
    <w:p>
      <w:r>
        <w:rPr>
          <w:b/>
        </w:rPr>
        <w:t xml:space="preserve">[42:41] </w:t>
      </w:r>
      <w:r>
        <w:t>uski ek ek secret book hai muqaddas kitab uska naam hai Kalzam Sharif</w:t>
      </w:r>
    </w:p>
    <w:p>
      <w:pPr>
        <w:jc w:val="right"/>
      </w:pPr>
      <w:r>
        <w:t>اس کی ایک ایک سیکرٹ بک ہے مقدس کتاب اس کا نام ہے کلزم شریف</w:t>
      </w:r>
    </w:p>
    <w:p>
      <w:r>
        <w:rPr>
          <w:b/>
        </w:rPr>
        <w:t xml:space="preserve">[42:49] </w:t>
      </w:r>
      <w:r>
        <w:t>is is se jaise ke Gita hoti hai Ved hoti hai toh unki kitab ka naam hai</w:t>
      </w:r>
    </w:p>
    <w:p>
      <w:pPr>
        <w:jc w:val="right"/>
      </w:pPr>
      <w:r>
        <w:t>اس اس سے جیسے کہ گیتا ہوتی ہے وید ہوتی ہے تو ان کی کتاب کا نام ہے</w:t>
      </w:r>
    </w:p>
    <w:p>
      <w:r>
        <w:rPr>
          <w:b/>
        </w:rPr>
        <w:t xml:space="preserve">[42:53] </w:t>
      </w:r>
      <w:r>
        <w:t>Kalzam Sharif yeh Hinduo ka firqa hai Hindu jaise naam unke hote hain</w:t>
      </w:r>
    </w:p>
    <w:p>
      <w:pPr>
        <w:jc w:val="right"/>
      </w:pPr>
      <w:r>
        <w:t>کلزم شریف یہ ہندوؤں کا فرقہ ہے ہندو جیسے نام ان کے ہوتے ہیں</w:t>
      </w:r>
    </w:p>
    <w:p>
      <w:r>
        <w:rPr>
          <w:b/>
        </w:rPr>
        <w:t xml:space="preserve">[43:01] </w:t>
      </w:r>
      <w:r>
        <w:t>lekin</w:t>
      </w:r>
    </w:p>
    <w:p>
      <w:pPr>
        <w:jc w:val="right"/>
      </w:pPr>
      <w:r>
        <w:t>لیکن</w:t>
      </w:r>
    </w:p>
    <w:p>
      <w:r>
        <w:rPr>
          <w:b/>
        </w:rPr>
        <w:t xml:space="preserve">[43:01] </w:t>
      </w:r>
      <w:r>
        <w:t>unka naam hai yani ek firqe ke aitbar se unka naam hai Pranami firqa toh un</w:t>
      </w:r>
    </w:p>
    <w:p>
      <w:pPr>
        <w:jc w:val="right"/>
      </w:pPr>
      <w:r>
        <w:t>ان کا نام ہے یعنی ایک فرقے کے اعتبار سے ان کا نام ہے پرنامی فرقہ تو ان</w:t>
      </w:r>
    </w:p>
    <w:p>
      <w:r>
        <w:rPr>
          <w:b/>
        </w:rPr>
        <w:t xml:space="preserve">[43:07] </w:t>
      </w:r>
      <w:r>
        <w:t>ki kitab hai Kalzam Sharif ismein Quran ka zikr hai</w:t>
      </w:r>
    </w:p>
    <w:p>
      <w:pPr>
        <w:jc w:val="right"/>
      </w:pPr>
      <w:r>
        <w:t>کی کتاب ہے کلزم شریف اس میں قران کا ذکر ہے</w:t>
      </w:r>
    </w:p>
    <w:p>
      <w:r>
        <w:rPr>
          <w:b/>
        </w:rPr>
        <w:t xml:space="preserve">[43:13] </w:t>
      </w:r>
      <w:r>
        <w:t>toh ismein hai ke Bakar rahi Furqan</w:t>
      </w:r>
    </w:p>
    <w:p>
      <w:pPr>
        <w:jc w:val="right"/>
      </w:pPr>
      <w:r>
        <w:t>تو اس میں ہے کہ بکر رہی فرقان</w:t>
      </w:r>
    </w:p>
    <w:p>
      <w:r>
        <w:rPr>
          <w:b/>
        </w:rPr>
        <w:t xml:space="preserve">[43:17] </w:t>
      </w:r>
      <w:r>
        <w:t>Quran ke bare mein Furqan ka matlab Quran Bakar rahi Furqan</w:t>
      </w:r>
    </w:p>
    <w:p>
      <w:pPr>
        <w:jc w:val="right"/>
      </w:pPr>
      <w:r>
        <w:t>قران کے بارے میں فرقان کا مطلب قران بکر رہی فرقان</w:t>
      </w:r>
    </w:p>
    <w:p>
      <w:r>
        <w:rPr>
          <w:b/>
        </w:rPr>
        <w:t xml:space="preserve">[43:24] </w:t>
      </w:r>
      <w:r>
        <w:t>Quran remains virgin</w:t>
      </w:r>
    </w:p>
    <w:p>
      <w:pPr>
        <w:jc w:val="right"/>
      </w:pPr>
      <w:r>
        <w:t>قران ریمینز ا ورجن</w:t>
      </w:r>
    </w:p>
    <w:p>
      <w:r>
        <w:rPr>
          <w:b/>
        </w:rPr>
        <w:t xml:space="preserve">[43:28] </w:t>
      </w:r>
      <w:r>
        <w:t>bakar ke mani virginity virgin</w:t>
      </w:r>
    </w:p>
    <w:p>
      <w:pPr>
        <w:jc w:val="right"/>
      </w:pPr>
      <w:r>
        <w:t>بکر کے معنی ورجنٹی ورجن</w:t>
      </w:r>
    </w:p>
    <w:p>
      <w:r>
        <w:rPr>
          <w:b/>
        </w:rPr>
        <w:t xml:space="preserve">[43:31] </w:t>
      </w:r>
      <w:r>
        <w:t>bakar rahi furqan</w:t>
      </w:r>
    </w:p>
    <w:p>
      <w:pPr>
        <w:jc w:val="right"/>
      </w:pPr>
      <w:r>
        <w:t>بکر رہی فرقان</w:t>
      </w:r>
    </w:p>
    <w:p>
      <w:r>
        <w:rPr>
          <w:b/>
        </w:rPr>
        <w:t xml:space="preserve">[43:34] </w:t>
      </w:r>
      <w:r>
        <w:t>quran remainder quran remainder</w:t>
      </w:r>
    </w:p>
    <w:p>
      <w:pPr>
        <w:jc w:val="right"/>
      </w:pPr>
      <w:r>
        <w:t>قران ریمینڈ قران ریمینڈ</w:t>
      </w:r>
    </w:p>
    <w:p>
      <w:r>
        <w:rPr>
          <w:b/>
        </w:rPr>
        <w:t xml:space="preserve">[43:39] </w:t>
      </w:r>
      <w:r>
        <w:t>aur virgin quran virgin reh gayi kunwari reh gayi is ka matlab yeh hai ke is ki baatein</w:t>
      </w:r>
    </w:p>
    <w:p>
      <w:pPr>
        <w:jc w:val="right"/>
      </w:pPr>
      <w:r>
        <w:t>ا ورجن قران ورجن رہ گئی کنواری رہ گئی اس کا مطلب یہ ہے کہ اس کی باتیں</w:t>
      </w:r>
    </w:p>
    <w:p>
      <w:r>
        <w:rPr>
          <w:b/>
        </w:rPr>
        <w:t xml:space="preserve">[43:45] </w:t>
      </w:r>
      <w:r>
        <w:t>daryaft nahi kar sake log</w:t>
      </w:r>
    </w:p>
    <w:p>
      <w:pPr>
        <w:jc w:val="right"/>
      </w:pPr>
      <w:r>
        <w:t>دریافت نہیں کر سکے لوگ</w:t>
      </w:r>
    </w:p>
    <w:p>
      <w:r>
        <w:rPr>
          <w:b/>
        </w:rPr>
        <w:t xml:space="preserve">[43:48] </w:t>
      </w:r>
      <w:r>
        <w:t>mein</w:t>
      </w:r>
    </w:p>
    <w:p>
      <w:pPr>
        <w:jc w:val="right"/>
      </w:pPr>
      <w:r>
        <w:t>میں</w:t>
      </w:r>
    </w:p>
    <w:p>
      <w:r>
        <w:rPr>
          <w:b/>
        </w:rPr>
        <w:t xml:space="preserve">[43:48] </w:t>
      </w:r>
      <w:r>
        <w:t>sochta hoon ke jis aadmi ne yeh likha woh kitna bada dimagh hoga uska kitna bada dimagh hoga uska</w:t>
      </w:r>
    </w:p>
    <w:p>
      <w:pPr>
        <w:jc w:val="right"/>
      </w:pPr>
      <w:r>
        <w:t>سوچتا ہوں کہ جس ادمی نے یہ لکھا وہ کتنا بڑا دماغ ہوگا اس کا کتنا بڑا دماغ ہوگا اس کا</w:t>
      </w:r>
    </w:p>
    <w:p>
      <w:r>
        <w:rPr>
          <w:b/>
        </w:rPr>
        <w:t xml:space="preserve">[44:00] </w:t>
      </w:r>
      <w:r>
        <w:t>to hadith mein aata hai ke la tanqadi ajaibuhu Quran ke ajaib kabhi khatam nahi honge Quran ke ajaib kabhi khatam nahi honge to iska ek saboot hai yeh iska ek saboot hai yeh ke ke har din ek nayi baatein usse nikalti rehti hain har din uski sadakat ka ek is sachai ka ek ek naya proof samne aata rehta hai</w:t>
      </w:r>
    </w:p>
    <w:p>
      <w:pPr>
        <w:jc w:val="right"/>
      </w:pPr>
      <w:r>
        <w:t>تو حدیث میں اتا ہے کہ لا تنقضی عجائبہ قران کے عجائب کبھی ختم نہیں ہوں گے قران کے عجائب کبھی ختم نہیں ہوں گے تو اس کا ایک ثبوت ہے یہ اس کا ایک ثبوت ہے یہ کہ کہ ہر دن ایک نئی باتیں اس سے نکلتی رہتی ہیں ہر دن اس کی صداقت کا ایک اس سچائی کا ایک ایک نیا پروف سامنے اتا رہتا ہے</w:t>
      </w:r>
    </w:p>
    <w:p>
      <w:r>
        <w:rPr>
          <w:b/>
        </w:rPr>
        <w:t xml:space="preserve">[44:29] </w:t>
      </w:r>
      <w:r>
        <w:t>kaisi anokhi baat hai yeh</w:t>
      </w:r>
    </w:p>
    <w:p>
      <w:pPr>
        <w:jc w:val="right"/>
      </w:pPr>
      <w:r>
        <w:t>کیسی انوکھی بات ہے یہ</w:t>
      </w:r>
    </w:p>
    <w:p>
      <w:r>
        <w:rPr>
          <w:b/>
        </w:rPr>
        <w:t xml:space="preserve">[44:33] </w:t>
      </w:r>
      <w:r>
        <w:t>kaisi anokhi baat hai yeh to hum jo yeh yeh team jo bana rahe hain hum chahte hain ke is team is baat ko jaane</w:t>
      </w:r>
    </w:p>
    <w:p>
      <w:pPr>
        <w:jc w:val="right"/>
      </w:pPr>
      <w:r>
        <w:t>کیسی انوکھی بات ہے یہ تو ہم جو یہ یہ ٹیم جو بنا رہے ہیں ہم چاہتے ہیں کہ اس ٹیم اس بات کو جانے</w:t>
      </w:r>
    </w:p>
    <w:p>
      <w:r>
        <w:rPr>
          <w:b/>
        </w:rPr>
        <w:t xml:space="preserve">[44:46] </w:t>
      </w:r>
      <w:r>
        <w:t>consciously jaane lekin mein lekin phir mein is ko dohraunga ke mein is ka is ka qail</w:t>
      </w:r>
    </w:p>
    <w:p>
      <w:pPr>
        <w:jc w:val="right"/>
      </w:pPr>
      <w:r>
        <w:t>کانشیسلی جانے لیکن میں لیکن پھر میں اس کو دہراؤں گا کہ میں اس کا اس کا قائل</w:t>
      </w:r>
    </w:p>
    <w:p>
      <w:r>
        <w:rPr>
          <w:b/>
        </w:rPr>
        <w:t xml:space="preserve">[44:51] </w:t>
      </w:r>
      <w:r>
        <w:t>nahi hoon ke aurat mard jo hai jis ko kehte hain premise society is mein jeene lage woh</w:t>
      </w:r>
    </w:p>
    <w:p>
      <w:pPr>
        <w:jc w:val="right"/>
      </w:pPr>
      <w:r>
        <w:t>نہیں ہوں کہ عورت مرد جو ہے جس کو کہتے ہیں پرمس سوسائٹی اس میں جینے لگے وہ</w:t>
      </w:r>
    </w:p>
    <w:p>
      <w:r>
        <w:rPr>
          <w:b/>
        </w:rPr>
        <w:t xml:space="preserve">[44:57] </w:t>
      </w:r>
      <w:r>
        <w:t>toh bilkul pagaloon pagal pan ke ki zindagi hai jo log premise society mein believe rakhte hain woh</w:t>
      </w:r>
    </w:p>
    <w:p>
      <w:pPr>
        <w:jc w:val="right"/>
      </w:pPr>
      <w:r>
        <w:t>تو بالکل پاگلوں پاگل پن کے کی زندگی ہے جو لوگ پرمس سوسائٹی میں بیلیو رکھتے ہیں وہ</w:t>
      </w:r>
    </w:p>
    <w:p>
      <w:r>
        <w:rPr>
          <w:b/>
        </w:rPr>
        <w:t xml:space="preserve">[45:04] </w:t>
      </w:r>
      <w:r>
        <w:t>toh pagal mein in ko pagal samajhta hoon mad samajhta hoon mad dekhein freedom ko jo aadmi</w:t>
      </w:r>
    </w:p>
    <w:p>
      <w:pPr>
        <w:jc w:val="right"/>
      </w:pPr>
      <w:r>
        <w:t>تو پاگل میں ان کو پاگل سمجھتا ہوں میٹ سمجھتا ہوں میٹ دیکھیں فریڈم کو جو ادمی</w:t>
      </w:r>
    </w:p>
    <w:p>
      <w:r>
        <w:rPr>
          <w:b/>
        </w:rPr>
        <w:t xml:space="preserve">[45:12] </w:t>
      </w:r>
      <w:r>
        <w:t>yani inspirational jo aadmi limit ko na maane freedom maane freedom ka hota hai limited freedom unlimited</w:t>
      </w:r>
    </w:p>
    <w:p>
      <w:pPr>
        <w:jc w:val="right"/>
      </w:pPr>
      <w:r>
        <w:t>یعنی انسپریشنل جو ادمی لمٹ کو نہ مانے فریڈم مانے فریڈم کا ہوتا ہے لمیٹڈ فریڈم ان لمیٹڈ</w:t>
      </w:r>
    </w:p>
    <w:p>
      <w:r>
        <w:rPr>
          <w:b/>
        </w:rPr>
        <w:t xml:space="preserve">[45:21] </w:t>
      </w:r>
      <w:r>
        <w:t>freedom jo hai ban jaati hai anarchy</w:t>
      </w:r>
    </w:p>
    <w:p>
      <w:pPr>
        <w:jc w:val="right"/>
      </w:pPr>
      <w:r>
        <w:t>فریڈم جو ہے بن جاتی ہے انارکی</w:t>
      </w:r>
    </w:p>
    <w:p>
      <w:r>
        <w:rPr>
          <w:b/>
        </w:rPr>
        <w:t xml:space="preserve">[45:26] </w:t>
      </w:r>
      <w:r>
        <w:t>yani limited freedom means limited freedom</w:t>
      </w:r>
    </w:p>
    <w:p>
      <w:pPr>
        <w:jc w:val="right"/>
      </w:pPr>
      <w:r>
        <w:t>یعنی لمیٹڈ فریڈم مینز لمیٹڈ فریڈم</w:t>
      </w:r>
    </w:p>
    <w:p>
      <w:r>
        <w:rPr>
          <w:b/>
        </w:rPr>
        <w:t xml:space="preserve">[45:31] </w:t>
      </w:r>
      <w:r>
        <w:t>unlimited freedom will lead to anarchy</w:t>
      </w:r>
    </w:p>
    <w:p>
      <w:pPr>
        <w:jc w:val="right"/>
      </w:pPr>
      <w:r>
        <w:t>ان لمیٹڈ فریڈم ول لیڈ ٹو انارکی</w:t>
      </w:r>
    </w:p>
    <w:p>
      <w:r>
        <w:rPr>
          <w:b/>
        </w:rPr>
        <w:t xml:space="preserve">[45:35] </w:t>
      </w:r>
      <w:r>
        <w:t>freedom means limited freedom</w:t>
      </w:r>
    </w:p>
    <w:p>
      <w:pPr>
        <w:jc w:val="right"/>
      </w:pPr>
      <w:r>
        <w:t>فریڈم مینز لمیٹڈ فریڈم</w:t>
      </w:r>
    </w:p>
    <w:p>
      <w:r>
        <w:rPr>
          <w:b/>
        </w:rPr>
        <w:t xml:space="preserve">[45:39] </w:t>
      </w:r>
      <w:r>
        <w:t>and unlimited freedom</w:t>
      </w:r>
    </w:p>
    <w:p>
      <w:pPr>
        <w:jc w:val="right"/>
      </w:pPr>
      <w:r>
        <w:t>اینڈ ان لمیٹڈ فریڈم</w:t>
      </w:r>
    </w:p>
    <w:p>
      <w:r>
        <w:rPr>
          <w:b/>
        </w:rPr>
        <w:t xml:space="preserve">[45:41] </w:t>
      </w:r>
      <w:r>
        <w:t>will lead to anarchy</w:t>
      </w:r>
    </w:p>
    <w:p>
      <w:pPr>
        <w:jc w:val="right"/>
      </w:pPr>
      <w:r>
        <w:t>ول لیڈ ٹو انارکی</w:t>
      </w:r>
    </w:p>
    <w:p>
      <w:r>
        <w:rPr>
          <w:b/>
        </w:rPr>
        <w:t xml:space="preserve">[45:44] </w:t>
      </w:r>
      <w:r>
        <w:t>toh jo log limited ko jo log yani kisi had bandi ke baghair freedom ke qail hon woh</w:t>
      </w:r>
    </w:p>
    <w:p>
      <w:pPr>
        <w:jc w:val="right"/>
      </w:pPr>
      <w:r>
        <w:t>تو جو لوگ لمیٹڈ کو جو لوگ یعنی کسی حد بندی کے بغیر فریڈم کے قائل ہوں وہ</w:t>
      </w:r>
    </w:p>
    <w:p>
      <w:r>
        <w:rPr>
          <w:b/>
        </w:rPr>
        <w:t xml:space="preserve">[45:50] </w:t>
      </w:r>
      <w:r>
        <w:t>toh mein in ko pagal samajhta hoon</w:t>
      </w:r>
    </w:p>
    <w:p>
      <w:pPr>
        <w:jc w:val="right"/>
      </w:pPr>
      <w:r>
        <w:t>تو میں ان کو پاگل سمجھتا ہوں</w:t>
      </w:r>
    </w:p>
    <w:p>
      <w:r>
        <w:rPr>
          <w:b/>
        </w:rPr>
        <w:t xml:space="preserve">[45:54] </w:t>
      </w:r>
      <w:r>
        <w:t>koi anarchy pagaloon ki ka lifestyle hai</w:t>
      </w:r>
    </w:p>
    <w:p>
      <w:pPr>
        <w:jc w:val="right"/>
      </w:pPr>
      <w:r>
        <w:t>کوئی انارکی پاگلوں کی کا لائف اسٹائل ہے</w:t>
      </w:r>
    </w:p>
    <w:p>
      <w:r>
        <w:rPr>
          <w:b/>
        </w:rPr>
        <w:t xml:space="preserve">[46:01] </w:t>
      </w:r>
      <w:r>
        <w:t>toh mein jo baat kar raha hoon woh achhe se samajh lijiye ke ek hai rule</w:t>
      </w:r>
    </w:p>
    <w:p>
      <w:pPr>
        <w:jc w:val="right"/>
      </w:pPr>
      <w:r>
        <w:t>تو میں جو بات کر رہا ہوں وہ اچھے سے سمجھ لیجئے کہ ایک ہے رول</w:t>
      </w:r>
    </w:p>
    <w:p>
      <w:r>
        <w:rPr>
          <w:b/>
        </w:rPr>
        <w:t xml:space="preserve">[46:06] </w:t>
      </w:r>
      <w:r>
        <w:t>ek hai yeh jo false kind of freedom</w:t>
      </w:r>
    </w:p>
    <w:p>
      <w:pPr>
        <w:jc w:val="right"/>
      </w:pPr>
      <w:r>
        <w:t>ایک ہے یہ جو فالس کائنڈ اف فریڈم</w:t>
      </w:r>
    </w:p>
    <w:p>
      <w:r>
        <w:rPr>
          <w:b/>
        </w:rPr>
        <w:t xml:space="preserve">[46:12] </w:t>
      </w:r>
      <w:r>
        <w:t>woh alag cheez hai woh alag cheez hai</w:t>
      </w:r>
    </w:p>
    <w:p>
      <w:pPr>
        <w:jc w:val="right"/>
      </w:pPr>
      <w:r>
        <w:t>وہ الگ چیز ہے وہ الگ چیز ہے</w:t>
      </w:r>
    </w:p>
    <w:p>
      <w:r>
        <w:rPr>
          <w:b/>
        </w:rPr>
        <w:t xml:space="preserve">[46:15] </w:t>
      </w:r>
      <w:r>
        <w:t>mein rule ki baat kar raha hoon aur yeh jo aaj kal chal pada hai</w:t>
      </w:r>
    </w:p>
    <w:p>
      <w:pPr>
        <w:jc w:val="right"/>
      </w:pPr>
      <w:r>
        <w:t>میں رول کی بات کر رہا ہوں اور یہ جو اج کل چل پڑا ہے</w:t>
      </w:r>
    </w:p>
    <w:p>
      <w:r>
        <w:rPr>
          <w:b/>
        </w:rPr>
        <w:t xml:space="preserve">[46:20] </w:t>
      </w:r>
      <w:r>
        <w:t>ek yeh jhoota free jhooti freedom hooha karna aur bas zindagi ko</w:t>
      </w:r>
    </w:p>
    <w:p>
      <w:pPr>
        <w:jc w:val="right"/>
      </w:pPr>
      <w:r>
        <w:t>ایک یہ جھوٹا فری جھوٹی فریڈم ہوہا کرنا اور بس زندگی کو</w:t>
      </w:r>
    </w:p>
    <w:p>
      <w:r>
        <w:rPr>
          <w:b/>
        </w:rPr>
        <w:t xml:space="preserve">[46:28] </w:t>
      </w:r>
      <w:r>
        <w:t>enjoy karna aur kuch bhi ulti seedhi kaam karna woh toh paglon ka kaam hai is is ka</w:t>
      </w:r>
    </w:p>
    <w:p>
      <w:pPr>
        <w:jc w:val="right"/>
      </w:pPr>
      <w:r>
        <w:t>انجوائے کرنا اور کچھ بھی الٹی سیدھے کام کرنا وہ تو پاگلوں کا کام ہے اس اس کا</w:t>
      </w:r>
    </w:p>
    <w:p>
      <w:r>
        <w:rPr>
          <w:b/>
        </w:rPr>
        <w:t xml:space="preserve">[46:35] </w:t>
      </w:r>
      <w:r>
        <w:t>bara koi matlab nahi hai lekin role jo Allah taala ne ap ko dimagh diya hai ap ko</w:t>
      </w:r>
    </w:p>
    <w:p>
      <w:pPr>
        <w:jc w:val="right"/>
      </w:pPr>
      <w:r>
        <w:t>بڑا کوئی مطلب نہیں ہے لیکن رول جو اللہ تعالی نے اپ کو دماغ دیا ہے اپ کو</w:t>
      </w:r>
    </w:p>
    <w:p>
      <w:r>
        <w:rPr>
          <w:b/>
        </w:rPr>
        <w:t xml:space="preserve">[46:40] </w:t>
      </w:r>
      <w:r>
        <w:t>jo yeh yeh shakhsiyat di hai yeh personality di hai is ko ek bare role ke liye paida</w:t>
      </w:r>
    </w:p>
    <w:p>
      <w:pPr>
        <w:jc w:val="right"/>
      </w:pPr>
      <w:r>
        <w:t>جو یہ یہ شخصیت دی ہے یہ پرسنیلٹی دی ہے اس کو ایک بڑے رول کے لیے پیدا</w:t>
      </w:r>
    </w:p>
    <w:p>
      <w:r>
        <w:rPr>
          <w:b/>
        </w:rPr>
        <w:t xml:space="preserve">[46:46] </w:t>
      </w:r>
      <w:r>
        <w:t>kiya</w:t>
      </w:r>
    </w:p>
    <w:p>
      <w:pPr>
        <w:jc w:val="right"/>
      </w:pPr>
      <w:r>
        <w:t>کیا</w:t>
      </w:r>
    </w:p>
    <w:p>
      <w:r>
        <w:rPr>
          <w:b/>
        </w:rPr>
        <w:t xml:space="preserve">[46:46] </w:t>
      </w:r>
      <w:r>
        <w:t>hai Allah taala ne ek bada role karna hai aap ko</w:t>
      </w:r>
    </w:p>
    <w:p>
      <w:pPr>
        <w:jc w:val="right"/>
      </w:pPr>
      <w:r>
        <w:t>ہے اللہ تعالی نے ایک بڑا رول کرنا ہے اپ کو</w:t>
      </w:r>
    </w:p>
    <w:p>
      <w:r>
        <w:rPr>
          <w:b/>
        </w:rPr>
        <w:t xml:space="preserve">[46:53] </w:t>
      </w:r>
      <w:r>
        <w:t>mardon ko bhi karna hai auraton ko bhi karna hai</w:t>
      </w:r>
    </w:p>
    <w:p>
      <w:pPr>
        <w:jc w:val="right"/>
      </w:pPr>
      <w:r>
        <w:t>مردوں کو بھی کرنا ہے عورتوں کو بھی کرنا ہے</w:t>
      </w:r>
    </w:p>
    <w:p>
      <w:r>
        <w:rPr>
          <w:b/>
        </w:rPr>
        <w:t xml:space="preserve">[46:58] </w:t>
      </w:r>
      <w:r>
        <w:t>toh woh role jo hai woh woh role kaise ada hoga woh joint struggle chahiye is ke liye</w:t>
      </w:r>
    </w:p>
    <w:p>
      <w:pPr>
        <w:jc w:val="right"/>
      </w:pPr>
      <w:r>
        <w:t>تو وہ رول جو ہے وہ وہ رول کیسے ادا ہوگا وہ جوائنٹ سٹرگل چاہیے اس کے لیے</w:t>
      </w:r>
    </w:p>
    <w:p>
      <w:r>
        <w:rPr>
          <w:b/>
        </w:rPr>
        <w:t xml:space="preserve">[47:06] </w:t>
      </w:r>
      <w:r>
        <w:t>yani Allah taala ne jo aurat mard banaye toh woh isi mein yeh baat chhupi hui hai ke</w:t>
      </w:r>
    </w:p>
    <w:p>
      <w:pPr>
        <w:jc w:val="right"/>
      </w:pPr>
      <w:r>
        <w:t>یعنی اللہ تعالی نے جو عورت مرد بنائے تو وہ اسی میں یہ بات چھپی ہوئی ہے کہ</w:t>
      </w:r>
    </w:p>
    <w:p>
      <w:r>
        <w:rPr>
          <w:b/>
        </w:rPr>
        <w:t xml:space="preserve">[47:11] </w:t>
      </w:r>
      <w:r>
        <w:t>is role ko ada karne ke liye joint struggle chahiye</w:t>
      </w:r>
    </w:p>
    <w:p>
      <w:pPr>
        <w:jc w:val="right"/>
      </w:pPr>
      <w:r>
        <w:t>اس رول کو ادا کرنے کے لیے جوائنٹ سٹرگل چاہیے</w:t>
      </w:r>
    </w:p>
    <w:p>
      <w:r>
        <w:rPr>
          <w:b/>
        </w:rPr>
        <w:t xml:space="preserve">[47:15] </w:t>
      </w:r>
      <w:r>
        <w:t>aurat mard dono mil kar ke woh kaam karenge tab woh kaam hoga</w:t>
      </w:r>
    </w:p>
    <w:p>
      <w:pPr>
        <w:jc w:val="right"/>
      </w:pPr>
      <w:r>
        <w:t>عورت مرد دونوں مل کر کے وہ کام کریں گے تب وہ کام ہوگا</w:t>
      </w:r>
    </w:p>
    <w:p>
      <w:r>
        <w:rPr>
          <w:b/>
        </w:rPr>
        <w:t xml:space="preserve">[47:19] </w:t>
      </w:r>
      <w:r>
        <w:t>lekin apne had ko jante hue</w:t>
      </w:r>
    </w:p>
    <w:p>
      <w:pPr>
        <w:jc w:val="right"/>
      </w:pPr>
      <w:r>
        <w:t>لیکن اپنے حد کو جانتے ہوئے</w:t>
      </w:r>
    </w:p>
    <w:p>
      <w:r>
        <w:rPr>
          <w:b/>
        </w:rPr>
        <w:t xml:space="preserve">[47:22] </w:t>
      </w:r>
      <w:r>
        <w:t>apni freedom ko had ke andar rakhte hue</w:t>
      </w:r>
    </w:p>
    <w:p>
      <w:pPr>
        <w:jc w:val="right"/>
      </w:pPr>
      <w:r>
        <w:t>اپنی فریڈم کو حد کے اندر رکھتے ہوئے</w:t>
      </w:r>
    </w:p>
    <w:p>
      <w:r>
        <w:rPr>
          <w:b/>
        </w:rPr>
        <w:t xml:space="preserve">[47:26] </w:t>
      </w:r>
      <w:r>
        <w:t>in sab cheezon ko ko ko</w:t>
      </w:r>
    </w:p>
    <w:p>
      <w:pPr>
        <w:jc w:val="right"/>
      </w:pPr>
      <w:r>
        <w:t>ان سب چیزوں کو کو کو</w:t>
      </w:r>
    </w:p>
    <w:p>
      <w:r>
        <w:rPr>
          <w:b/>
        </w:rPr>
        <w:t xml:space="preserve">[47:30] </w:t>
      </w:r>
      <w:r>
        <w:t>yani is ka paalan karte hue</w:t>
      </w:r>
    </w:p>
    <w:p>
      <w:pPr>
        <w:jc w:val="right"/>
      </w:pPr>
      <w:r>
        <w:t>یعنی اس کا پالن کرتے ہوئے</w:t>
      </w:r>
    </w:p>
    <w:p>
      <w:r>
        <w:rPr>
          <w:b/>
        </w:rPr>
        <w:t xml:space="preserve">[47:34] </w:t>
      </w:r>
      <w:r>
        <w:t>mein hargiz in logon ko yani ek zara bhi</w:t>
      </w:r>
    </w:p>
    <w:p>
      <w:pPr>
        <w:jc w:val="right"/>
      </w:pPr>
      <w:r>
        <w:t>میں ہرگز ان لوگوں کو یعنی ایک ذرا بھی</w:t>
      </w:r>
    </w:p>
    <w:p>
      <w:r>
        <w:rPr>
          <w:b/>
        </w:rPr>
        <w:t xml:space="preserve">[47:38] </w:t>
      </w:r>
      <w:r>
        <w:t>allowance dene ko tayyar nahi hoon jinhone freedom ke naam par badness ko apna rakha hai freedom ke naam par anarchy ko apna rakha hai freedom ke naam par sab kuch jaiz kar kar rakha hai unhone</w:t>
      </w:r>
    </w:p>
    <w:p>
      <w:pPr>
        <w:jc w:val="right"/>
      </w:pPr>
      <w:r>
        <w:t>الاوننس دینے کو تیار نہیں ہوں جنہوں نے فریڈم کے نام پر بیڈنس کو اپنا رکھا ہے فریڈم کے نام پر انارکی کو اپنا رکھا ہے فریڈم کے نام پر سب کچھ جائز کر کر رکھا ہے انہوں نے</w:t>
      </w:r>
    </w:p>
    <w:p>
      <w:r>
        <w:rPr>
          <w:b/>
        </w:rPr>
        <w:t xml:space="preserve">[47:53] </w:t>
      </w:r>
      <w:r>
        <w:t>jo kehte hain abahiyat</w:t>
      </w:r>
    </w:p>
    <w:p>
      <w:pPr>
        <w:jc w:val="right"/>
      </w:pPr>
      <w:r>
        <w:t>جو کہتے ہیں اباہیت</w:t>
      </w:r>
    </w:p>
    <w:p>
      <w:r>
        <w:rPr>
          <w:b/>
        </w:rPr>
        <w:t xml:space="preserve">[47:55] </w:t>
      </w:r>
      <w:r>
        <w:t>toh woh woh woh toh ek haram ka woh toh pagal pan ki baatein hain pagal pan hai</w:t>
      </w:r>
    </w:p>
    <w:p>
      <w:pPr>
        <w:jc w:val="right"/>
      </w:pPr>
      <w:r>
        <w:t>تو وہ وہ وہ تو ایک حرام کا وہ تو پاگل پن کی باتیں ہیں پاگل پن ہے</w:t>
      </w:r>
    </w:p>
    <w:p>
      <w:r>
        <w:rPr>
          <w:b/>
        </w:rPr>
        <w:t xml:space="preserve">[48:01] </w:t>
      </w:r>
      <w:r>
        <w:t>lekin yeh jo role hai woh toh ada karne do insaan ko</w:t>
      </w:r>
    </w:p>
    <w:p>
      <w:pPr>
        <w:jc w:val="right"/>
      </w:pPr>
      <w:r>
        <w:t>لیکن یہ جو رول ہے وہ تو ادا کرنے دو انسان کو</w:t>
      </w:r>
    </w:p>
    <w:p>
      <w:r>
        <w:rPr>
          <w:b/>
        </w:rPr>
        <w:t xml:space="preserve">[48:06] </w:t>
      </w:r>
      <w:r>
        <w:t>is is is is potential ko unfold hone do</w:t>
      </w:r>
    </w:p>
    <w:p>
      <w:pPr>
        <w:jc w:val="right"/>
      </w:pPr>
      <w:r>
        <w:t>اس اس اس اس پوٹینشل کو ان فولڈ ہونے دو</w:t>
      </w:r>
    </w:p>
    <w:p>
      <w:r>
        <w:rPr>
          <w:b/>
        </w:rPr>
        <w:t xml:space="preserve">[48:10] </w:t>
      </w:r>
      <w:r>
        <w:t>jo potential hai insaan ke andar mard ke andar bhi aurat ke andar bhi is ko unfold</w:t>
      </w:r>
    </w:p>
    <w:p>
      <w:pPr>
        <w:jc w:val="right"/>
      </w:pPr>
      <w:r>
        <w:t>جو پوٹینشل ہے انسان کے اندر مرد کے اندر بھی عورت کے اندر بھی اس کو ان فولڈ</w:t>
      </w:r>
    </w:p>
    <w:p>
      <w:r>
        <w:rPr>
          <w:b/>
        </w:rPr>
        <w:t xml:space="preserve">[48:15] </w:t>
      </w:r>
      <w:r>
        <w:t>hone do taake Khuda ki Khuda ka jo mansha hai tareekh ka woh poora ho</w:t>
      </w:r>
    </w:p>
    <w:p>
      <w:pPr>
        <w:jc w:val="right"/>
      </w:pPr>
      <w:r>
        <w:t>ہونے دو تاکہ خدا کی خدا کا جو منشا ہے تاریخ کا وہ پورا ہو</w:t>
      </w:r>
    </w:p>
    <w:p>
      <w:r>
        <w:rPr>
          <w:b/>
        </w:rPr>
        <w:t xml:space="preserve">[48:23] </w:t>
      </w:r>
      <w:r>
        <w:t>toh jo baat mein kaha is ka taluq kursi plan se hai</w:t>
      </w:r>
    </w:p>
    <w:p>
      <w:pPr>
        <w:jc w:val="right"/>
      </w:pPr>
      <w:r>
        <w:t>تو جو بات میں کہا اس کا تعلق کرسی پلان سے ہے</w:t>
      </w:r>
    </w:p>
    <w:p>
      <w:r>
        <w:rPr>
          <w:b/>
        </w:rPr>
        <w:t xml:space="preserve">[48:28] </w:t>
      </w:r>
      <w:r>
        <w:t>is ka is ka taluq is se nahi hai yani</w:t>
      </w:r>
    </w:p>
    <w:p>
      <w:pPr>
        <w:jc w:val="right"/>
      </w:pPr>
      <w:r>
        <w:t>اس کا اس کا تعلق اس سے نہیں ہے یعنی</w:t>
      </w:r>
    </w:p>
    <w:p>
      <w:r>
        <w:rPr>
          <w:b/>
        </w:rPr>
        <w:t xml:space="preserve">[48:32] </w:t>
      </w:r>
      <w:r>
        <w:t>yeh jo aaj kal jo zindagi jo hai</w:t>
      </w:r>
    </w:p>
    <w:p>
      <w:pPr>
        <w:jc w:val="right"/>
      </w:pPr>
      <w:r>
        <w:t>یہ جو اج کل جو زندگی جو ہے</w:t>
      </w:r>
    </w:p>
    <w:p>
      <w:r>
        <w:rPr>
          <w:b/>
        </w:rPr>
        <w:t xml:space="preserve">[48:37] </w:t>
      </w:r>
      <w:r>
        <w:t>hawa hawa ki zindagi</w:t>
      </w:r>
    </w:p>
    <w:p>
      <w:pPr>
        <w:jc w:val="right"/>
      </w:pPr>
      <w:r>
        <w:t>ہوا ہوا کی زندگی</w:t>
      </w:r>
    </w:p>
    <w:p>
      <w:r>
        <w:rPr>
          <w:b/>
        </w:rPr>
        <w:t xml:space="preserve">[48:38] </w:t>
      </w:r>
      <w:r>
        <w:t>jo hai khali yaani enjoy karo bas life ko enjoy karo bas yeh jo karte kehte hain log is se koi taluq mera nahi hai mera mein jo keh raha hoon iska taluq sirf ek baat se hai wo ke yeh janiye ke Allah taala ne paida kyu kiya hai mard ko paida kyu kiya aurat ko aur kya wo role hai dono ko karna hai to is role ko play karne mein</w:t>
      </w:r>
    </w:p>
    <w:p>
      <w:pPr>
        <w:jc w:val="right"/>
      </w:pPr>
      <w:r>
        <w:t>جو ہے خالی یعنی انجوائے کرو بس لائف کو انجوائے کرو بس یہ جو کرتے کہتے ہیں لوگ اس سے کوئی تعلق میرا نہیں ہے میرا میں جو کہہ رہا ہوں اس کا تعلق صرف ایک بات سے ہے وہ کہ یہ جانیے کہ اللہ تعالی نے پیدا کیوں کیا ہے مرد کو پیدا کیوں کیا عورت کو اور کیا وہ رول ہے دونوں کو کرنا ہے تو اس رول کو پلے کرنے میں</w:t>
      </w:r>
    </w:p>
    <w:p>
      <w:r>
        <w:rPr>
          <w:b/>
        </w:rPr>
        <w:t xml:space="preserve">[49:06] </w:t>
      </w:r>
      <w:r>
        <w:t>jo cheez darkar hai is ko samjhiye</w:t>
      </w:r>
    </w:p>
    <w:p>
      <w:pPr>
        <w:jc w:val="right"/>
      </w:pPr>
      <w:r>
        <w:t>جو چیز درکار ہے اس کو سمجھیے</w:t>
      </w:r>
    </w:p>
    <w:p>
      <w:r>
        <w:rPr>
          <w:b/>
        </w:rPr>
        <w:t xml:space="preserve">[49:10] </w:t>
      </w:r>
      <w:r>
        <w:t>woh woh jo aaj kal west mein jo raaij ho gaya hai woh to shaitani culture hai woh</w:t>
      </w:r>
    </w:p>
    <w:p>
      <w:pPr>
        <w:jc w:val="right"/>
      </w:pPr>
      <w:r>
        <w:t>وہ وہ جو اج کل ویسٹ میں جو رائج ہو گیا ہے وہ تو شیطانی کلچر ہے وہ</w:t>
      </w:r>
    </w:p>
    <w:p>
      <w:r>
        <w:rPr>
          <w:b/>
        </w:rPr>
        <w:t xml:space="preserve">[49:15] </w:t>
      </w:r>
      <w:r>
        <w:t>shaitani culture hai woh</w:t>
      </w:r>
    </w:p>
    <w:p>
      <w:pPr>
        <w:jc w:val="right"/>
      </w:pPr>
      <w:r>
        <w:t>شیطانی کلچر ہے وہ</w:t>
      </w:r>
    </w:p>
    <w:p>
      <w:r>
        <w:rPr>
          <w:b/>
        </w:rPr>
        <w:t xml:space="preserve">[49:18] </w:t>
      </w:r>
      <w:r>
        <w:t>rozana paper mein aisi khabrein aati rehti hain ke main hairaan hoon ke woh to shaitani culture hai</w:t>
      </w:r>
    </w:p>
    <w:p>
      <w:pPr>
        <w:jc w:val="right"/>
      </w:pPr>
      <w:r>
        <w:t>روزانہ پیپر میں ایسی خبریں اتی رہتی ہیں کہ میں حیران ہوں کہ وہ تو شیطانی کلچر ہے</w:t>
      </w:r>
    </w:p>
    <w:p>
      <w:r>
        <w:rPr>
          <w:b/>
        </w:rPr>
        <w:t xml:space="preserve">[49:22] </w:t>
      </w:r>
      <w:r>
        <w:t>woh koi culture hai woh woh insani culture bhi nahi hai woh</w:t>
      </w:r>
    </w:p>
    <w:p>
      <w:pPr>
        <w:jc w:val="right"/>
      </w:pPr>
      <w:r>
        <w:t>وہ کوئی کلچر ہے وہ وہ انسانی کلچر بھی نہیں ہے وہ</w:t>
      </w:r>
    </w:p>
    <w:p>
      <w:r>
        <w:rPr>
          <w:b/>
        </w:rPr>
        <w:t xml:space="preserve">[49:26] </w:t>
      </w:r>
      <w:r>
        <w:t>toh main isko isko nahi justify kar raha hoon</w:t>
      </w:r>
    </w:p>
    <w:p>
      <w:pPr>
        <w:jc w:val="right"/>
      </w:pPr>
      <w:r>
        <w:t>تو میں اس کو اس کو نہیں جسٹیفائی کر رہا ہوں</w:t>
      </w:r>
    </w:p>
    <w:p>
      <w:r>
        <w:rPr>
          <w:b/>
        </w:rPr>
        <w:t xml:space="preserve">[49:30] </w:t>
      </w:r>
      <w:r>
        <w:t>shaitani culture aik alag cheez hai perms culture aik alag cheez hai hawa culture aik alag cheez hai</w:t>
      </w:r>
    </w:p>
    <w:p>
      <w:pPr>
        <w:jc w:val="right"/>
      </w:pPr>
      <w:r>
        <w:t>شیطانی کلچر ایک الگ چیز ہے پرمس کلچر ایک الگ چیز ہے ہوا کلچر ایک الگ چیز ہے</w:t>
      </w:r>
    </w:p>
    <w:p>
      <w:r>
        <w:rPr>
          <w:b/>
        </w:rPr>
        <w:t xml:space="preserve">[49:39] </w:t>
      </w:r>
      <w:r>
        <w:t>aur sari limitation khatam kar ke aurat mard saath rahein wo ek alag cheez hai wo to pagal pan hai deewangi hai sakht se sakht lafz mein bolunga iske liye lekin insaan ki potential usko to unfold hone do</w:t>
      </w:r>
    </w:p>
    <w:p>
      <w:pPr>
        <w:jc w:val="right"/>
      </w:pPr>
      <w:r>
        <w:t>اور ساری لیمیٹیشن ختم کر کے عورت مرد ساتھ رہیں وہ ایک الگ چیز ہے وہ تو پاگل پن ہے دیوانگی ہے سخت سے سخت لفظ میں بولوں گا اس کے لیے لیکن انسان کی پوٹینشل اس کو تو ان فولڈ ہونے دو</w:t>
      </w:r>
    </w:p>
    <w:p>
      <w:r>
        <w:rPr>
          <w:b/>
        </w:rPr>
        <w:t xml:space="preserve">[49:57] </w:t>
      </w:r>
      <w:r>
        <w:t>Allah taala ka jo jo takhleeqi mansha hai jo plan hai wo to poora hone do</w:t>
      </w:r>
    </w:p>
    <w:p>
      <w:pPr>
        <w:jc w:val="right"/>
      </w:pPr>
      <w:r>
        <w:t>اللہ تعالی کا جو جو تخلیقی منشا ہے جو پلان ہے وہ تو پورا ہونے دو</w:t>
      </w:r>
    </w:p>
    <w:p>
      <w:r>
        <w:rPr>
          <w:b/>
        </w:rPr>
        <w:t xml:space="preserve">[50:07] </w:t>
      </w:r>
      <w:r>
        <w:t>ke insaan jab mare Allah taala ke pahunche mar kar ke to yeh Allah taala khush ho ke tum ne tum ko jis maqsad se paida kiya tha hum ne wo wo tum kar ke aaye ho yeh waqiyat hone do</w:t>
      </w:r>
    </w:p>
    <w:p>
      <w:pPr>
        <w:jc w:val="right"/>
      </w:pPr>
      <w:r>
        <w:t>کہ انسان جب مرے اللہ تعالی کے پہنچے مر کر کے تو یہ اللہ تعالی خوش ہو کہ تم نے تم کو جس مقصد سے پیدا کیا تھا ہم نے وہ وہ تم کر کے ائے ہو یہ واقعات ہونے دو</w:t>
      </w:r>
    </w:p>
    <w:p>
      <w:r>
        <w:rPr>
          <w:b/>
        </w:rPr>
        <w:t xml:space="preserve">[50:24] </w:t>
      </w:r>
      <w:r>
        <w:t>main aksar kaha karta hoon ke</w:t>
      </w:r>
    </w:p>
    <w:p>
      <w:pPr>
        <w:jc w:val="right"/>
      </w:pPr>
      <w:r>
        <w:t>میں اکثر کہا کرتا ہوں کہ</w:t>
      </w:r>
    </w:p>
    <w:p>
      <w:r>
        <w:rPr>
          <w:b/>
        </w:rPr>
        <w:t xml:space="preserve">[50:27] </w:t>
      </w:r>
      <w:r>
        <w:t>yeh principle of difference principle of differentiation sab se bari wisdom hai</w:t>
      </w:r>
    </w:p>
    <w:p>
      <w:pPr>
        <w:jc w:val="right"/>
      </w:pPr>
      <w:r>
        <w:t>یہ پرنسپل اف ڈیفرنس پرنسپل اف ڈیفرنشیشن سب سے بڑی وزڈم ہے</w:t>
      </w:r>
    </w:p>
    <w:p>
      <w:r>
        <w:rPr>
          <w:b/>
        </w:rPr>
        <w:t xml:space="preserve">[50:34] </w:t>
      </w:r>
      <w:r>
        <w:t>The greater wisdom is to know the art of differentiation</w:t>
      </w:r>
    </w:p>
    <w:p>
      <w:pPr>
        <w:jc w:val="right"/>
      </w:pPr>
      <w:r>
        <w:t>دا گریٹر وزڈم از ٹو نو دا ارٹ اف ڈیفرنشیشن</w:t>
      </w:r>
    </w:p>
    <w:p>
      <w:r>
        <w:rPr>
          <w:b/>
        </w:rPr>
        <w:t xml:space="preserve">[50:41] </w:t>
      </w:r>
      <w:r>
        <w:t>toh aik hai aurat ka ya mard ka role aur aik hai perms society anarchy huwa karna</w:t>
      </w:r>
    </w:p>
    <w:p>
      <w:pPr>
        <w:jc w:val="right"/>
      </w:pPr>
      <w:r>
        <w:t>تو ایک ہے عورت کا یا مرد کا رول اور ایک ہے پرمس سوسائٹی انارکی ہوہا کرنا</w:t>
      </w:r>
    </w:p>
    <w:p>
      <w:r>
        <w:rPr>
          <w:b/>
        </w:rPr>
        <w:t xml:space="preserve">[50:50] </w:t>
      </w:r>
      <w:r>
        <w:t>enjoy karna woh toh aik alag cheez hai woh toh shaitani baatein hain</w:t>
      </w:r>
    </w:p>
    <w:p>
      <w:pPr>
        <w:jc w:val="right"/>
      </w:pPr>
      <w:r>
        <w:t>انجوائے کرنا وہ تو ایک الگ چیز ہے وہ تو شیطانی باتیں ہیں</w:t>
      </w:r>
    </w:p>
    <w:p>
      <w:r>
        <w:rPr>
          <w:b/>
        </w:rPr>
        <w:t xml:space="preserve">[50:55] </w:t>
      </w:r>
      <w:r>
        <w:t>تو you have to differentiate between the two جب تک دونوں کو الگ نہیں کریں گے اپ</w:t>
      </w:r>
    </w:p>
    <w:p>
      <w:pPr>
        <w:jc w:val="right"/>
      </w:pPr>
      <w:r>
        <w:t>تو یو ہیو ٹو ڈیفرنشیٹ بٹوین دا ٹو جب تک دونوں کو الگ نہیں کریں گے اپ</w:t>
      </w:r>
    </w:p>
    <w:p>
      <w:r>
        <w:rPr>
          <w:b/>
        </w:rPr>
        <w:t xml:space="preserve">[51:00] </w:t>
      </w:r>
      <w:r>
        <w:t>tab tak meri baat ko aap samajh nahi sakte</w:t>
      </w:r>
    </w:p>
    <w:p>
      <w:pPr>
        <w:jc w:val="right"/>
      </w:pPr>
      <w:r>
        <w:t>تب تک میری بات کو اپ سمجھ نہیں سکتے</w:t>
      </w:r>
    </w:p>
    <w:p>
      <w:r>
        <w:rPr>
          <w:b/>
        </w:rPr>
        <w:t xml:space="preserve">[51:06] </w:t>
      </w:r>
      <w:r>
        <w:t>bahut se nadan log samjhenge dekho yeh to isko isko justify kar rahe hain mein isko shaitani baat samajhta hoon</w:t>
      </w:r>
    </w:p>
    <w:p>
      <w:pPr>
        <w:jc w:val="right"/>
      </w:pPr>
      <w:r>
        <w:t>بہت سے نادان لوگ سمجھیں گے دیکھو یہ تو اس کو اس کو جسٹیفائی کر رہے ہیں میں اس کو شیطانی بات سمجھتا ہوں</w:t>
      </w:r>
    </w:p>
    <w:p>
      <w:r>
        <w:rPr>
          <w:b/>
        </w:rPr>
        <w:t xml:space="preserve">[51:17] </w:t>
      </w:r>
      <w:r>
        <w:t>yani aik yeh hai ke Allah taala ne hamein paida kiya toh Allah taala ke</w:t>
      </w:r>
    </w:p>
    <w:p>
      <w:pPr>
        <w:jc w:val="right"/>
      </w:pPr>
      <w:r>
        <w:t>یعنی ایک یہ ہے کہ اللہ تعالی نے ہمیں پیدا کیا تو اللہ تعالی کے</w:t>
      </w:r>
    </w:p>
    <w:p>
      <w:r>
        <w:rPr>
          <w:b/>
        </w:rPr>
        <w:t xml:space="preserve">[51:24] </w:t>
      </w:r>
      <w:r>
        <w:t>planning ke mutabiq hamara aik role huwa uske liye hamein hamare andar Allah taala ne kuch potential</w:t>
      </w:r>
    </w:p>
    <w:p>
      <w:pPr>
        <w:jc w:val="right"/>
      </w:pPr>
      <w:r>
        <w:t>پلاننگ کے مطابق ہمارا ایک رول ہوا اس کے لیے ہمیں ہمارے اندر اللہ تعالی نے کچھ پوٹینشل</w:t>
      </w:r>
    </w:p>
    <w:p>
      <w:r>
        <w:rPr>
          <w:b/>
        </w:rPr>
        <w:t xml:space="preserve">[51:31] </w:t>
      </w:r>
      <w:r>
        <w:t>diye kuch salahiyatein dein</w:t>
      </w:r>
    </w:p>
    <w:p>
      <w:pPr>
        <w:jc w:val="right"/>
      </w:pPr>
      <w:r>
        <w:t>دیے کچھ صلاحیتیں دیں</w:t>
      </w:r>
    </w:p>
    <w:p>
      <w:r>
        <w:rPr>
          <w:b/>
        </w:rPr>
        <w:t xml:space="preserve">[51:35] </w:t>
      </w:r>
      <w:r>
        <w:t>aik aik personality di hum ko aik toh yeh hai aur aik yeh hai ke ke shaitan ke</w:t>
      </w:r>
    </w:p>
    <w:p>
      <w:pPr>
        <w:jc w:val="right"/>
      </w:pPr>
      <w:r>
        <w:t>ایک ایک پرسنیلٹی دی ہم کو ایک تو یہ ہے اور ایک یہ ہے کہ کہ شیطان کے</w:t>
      </w:r>
    </w:p>
    <w:p>
      <w:r>
        <w:rPr>
          <w:b/>
        </w:rPr>
        <w:t xml:space="preserve">[51:40] </w:t>
      </w:r>
      <w:r>
        <w:t>behkawe mein aa kar ke khwahishon ke chakkar mein pad kar ke insaan aik bilkul aik aik shaitani</w:t>
      </w:r>
    </w:p>
    <w:p>
      <w:pPr>
        <w:jc w:val="right"/>
      </w:pPr>
      <w:r>
        <w:t>بہکاوے میں ا کر کے خواہشوں کے چکر میں پڑ کر کے انسان ایک بالکل ایک ایک شیطانی</w:t>
      </w:r>
    </w:p>
    <w:p>
      <w:r>
        <w:rPr>
          <w:b/>
        </w:rPr>
        <w:t xml:space="preserve">[51:47] </w:t>
      </w:r>
      <w:r>
        <w:t>culture chala raha hai har jagah</w:t>
      </w:r>
    </w:p>
    <w:p>
      <w:pPr>
        <w:jc w:val="right"/>
      </w:pPr>
      <w:r>
        <w:t>کلچر چلا رہا ہے ہر جگہ</w:t>
      </w:r>
    </w:p>
    <w:p>
      <w:r>
        <w:rPr>
          <w:b/>
        </w:rPr>
        <w:t xml:space="preserve">[51:53] </w:t>
      </w:r>
      <w:r>
        <w:t>mujhe nahi maloom konsa lafz hoga is shaitani culture ke liye lekin khwahishon ke peeche daurna bas khwahishon ke peeche daurna enjoy karna</w:t>
      </w:r>
    </w:p>
    <w:p>
      <w:pPr>
        <w:jc w:val="right"/>
      </w:pPr>
      <w:r>
        <w:t>مجھے نہیں معلوم کون سا لفظ کو ہوگا اس شیطانی کلچر کے لیے لیکن خواہشوں کے پیچھے دوڑنا بس خواہشوں کے پیچھے دوڑنا انجوائے کرنا</w:t>
      </w:r>
    </w:p>
    <w:p>
      <w:r>
        <w:rPr>
          <w:b/>
        </w:rPr>
        <w:t xml:space="preserve">[52:07] </w:t>
      </w:r>
      <w:r>
        <w:t>to wo to ek alag hi cheez hai</w:t>
      </w:r>
    </w:p>
    <w:p>
      <w:pPr>
        <w:jc w:val="right"/>
      </w:pPr>
      <w:r>
        <w:t>تو وہ تو ایک الگ ہی چیز ہے</w:t>
      </w:r>
    </w:p>
    <w:p>
      <w:r>
        <w:rPr>
          <w:b/>
        </w:rPr>
        <w:t xml:space="preserve">[52:13] </w:t>
      </w:r>
      <w:r>
        <w:t>isko isko to mein justify karna to bahut door ki baat hai isko mein shaitani culture culture se kam koi lafz nahi bolta iske liye lekin mein yeh dekh raha hoon ke insaan mar jata hai baghair apna role ada kiye aurat mar jati hai baghair is ke ke usne apne apne isko unfold kiya ho uski uske liye mein tadapta hoon iske liye tadapta hoon</w:t>
      </w:r>
    </w:p>
    <w:p>
      <w:pPr>
        <w:jc w:val="right"/>
      </w:pPr>
      <w:r>
        <w:t>اس کو اس کو تو میں جسٹیفائی کرنا تو بہت دور کی بات ہے اس کو میں شیطانی کلچر کلچر سے کم کوئی لفظ نہیں بولتا اس کے لیے لیکن میں یہ دیکھ رہا ہوں کہ انسان مر جاتا ہے بغیر اپنا رول ادا کیے عورت مر جاتی ہے بغیر اس کے کہ اس نے اپنے اپنے اس کو ان فولڈ کیا ہو اس کی اس کے لیے میں تڑپتا ہوں اس کے لیے تڑپتا ہوں</w:t>
      </w:r>
    </w:p>
    <w:p>
      <w:r>
        <w:rPr>
          <w:b/>
        </w:rPr>
        <w:t xml:space="preserve">[52:42] </w:t>
      </w:r>
      <w:r>
        <w:t>mein kai aise mardon ko jaanta hoon kai aise khwateen ko jaanta hoon dono ko ke wo bahut unke andar bahut kuch salahiyatein theen lekin wo unki salahiyatein jo hain unfold nahi huin aise hi mar gaye wo kyunke unhein pata hi nahi tha ke hamein kya karna hai</w:t>
      </w:r>
    </w:p>
    <w:p>
      <w:pPr>
        <w:jc w:val="right"/>
      </w:pPr>
      <w:r>
        <w:t>میں کئی ایسے مردوں کو جانتا ہوں کئی ایسے خاطر کو جانتا ہوں دونوں کو کہ وہ بہت ان کے اندر بہت کچھ صلاحیتیں تھیں لیکن وہ ان کی صلاحیتیں جو ہیں ان فولڈ نہیں ہوئیں ایسے ہی مر گئے وہ کیونکہ انہیں پتہ ہی نہیں تھا کہ ہمیں کیا کرنا ہے</w:t>
      </w:r>
    </w:p>
    <w:p>
      <w:r>
        <w:rPr>
          <w:b/>
        </w:rPr>
        <w:t xml:space="preserve">[53:01] </w:t>
      </w:r>
      <w:r>
        <w:t>aise zaati taur par aise bahut se mardon ko aise bahut si auraton ko mein jaanta hoon ke wo paida hue hawa karte hi mar gaye to unhone Khuda ke is scheme ko poora nahi kiya Khuda ke mansha ko poora nahi kiya</w:t>
      </w:r>
    </w:p>
    <w:p>
      <w:pPr>
        <w:jc w:val="right"/>
      </w:pPr>
      <w:r>
        <w:t>ایسے ذاتی طور پر ایسے بہت سے مردوں کو ایسے بہت سی عورتوں کو میں جانتا ہوں کہ وہ پیدا ہوئے ہوا کرتے ہی مر گئے تو انہوں نے خدا کے اس سکیم کو پورا نہیں کیا خدا کے منشا کو پورا نہیں کیا</w:t>
      </w:r>
    </w:p>
    <w:p>
      <w:r>
        <w:rPr>
          <w:b/>
        </w:rPr>
        <w:t xml:space="preserve">[53:20] </w:t>
      </w:r>
      <w:r>
        <w:t>kisi ne kisi falsafe ne kaha tha ke jab bhi koi bachcha paida hota hai</w:t>
      </w:r>
    </w:p>
    <w:p>
      <w:pPr>
        <w:jc w:val="right"/>
      </w:pPr>
      <w:r>
        <w:t>کسی نے کسی فلسفے نے کہا تھا کہ جب بھی کوئی بچہ پیدا ہوتا ہے</w:t>
      </w:r>
    </w:p>
    <w:p>
      <w:r>
        <w:rPr>
          <w:b/>
        </w:rPr>
        <w:t xml:space="preserve">[53:27] </w:t>
      </w:r>
      <w:r>
        <w:t>toh woh is baat ka elaan hota hai ke Khuda abhi insaan se na umeed nahi hua</w:t>
      </w:r>
    </w:p>
    <w:p>
      <w:pPr>
        <w:jc w:val="right"/>
      </w:pPr>
      <w:r>
        <w:t>تو وہ اس بات کا اعلان ہوتا ہے کہ خدا ابھی انسان سے نا امید نہیں ہوا</w:t>
      </w:r>
    </w:p>
    <w:p>
      <w:r>
        <w:rPr>
          <w:b/>
        </w:rPr>
        <w:t xml:space="preserve">[53:33] </w:t>
      </w:r>
      <w:r>
        <w:t>kyunke har aadmi aik mister hope hai har aurat aik Khuda ki aik hope le kar aati hai</w:t>
      </w:r>
    </w:p>
    <w:p>
      <w:pPr>
        <w:jc w:val="right"/>
      </w:pPr>
      <w:r>
        <w:t>کیونکہ ہر ادمی ایک مسٹر ہوپ ہے ہر عورت ایک خدا کی ایک ہوپ لے کر اتی ہے</w:t>
      </w:r>
    </w:p>
    <w:p>
      <w:r>
        <w:rPr>
          <w:b/>
        </w:rPr>
        <w:t xml:space="preserve">[53:41] </w:t>
      </w:r>
      <w:r>
        <w:t>har mard Khuda ki hope le kar aata hai is hope ko toh usay poora karna hai aur</w:t>
      </w:r>
    </w:p>
    <w:p>
      <w:pPr>
        <w:jc w:val="right"/>
      </w:pPr>
      <w:r>
        <w:t>ہر مرد خدا کی ہوپ لے کر اتا ہے اس ہوپ کو تو اسے پورا کرنا ہے اور</w:t>
      </w:r>
    </w:p>
    <w:p>
      <w:r>
        <w:rPr>
          <w:b/>
        </w:rPr>
        <w:t xml:space="preserve">[53:47] </w:t>
      </w:r>
      <w:r>
        <w:t>hamara jo dawat mission hai main samajhta hoon ke is dawat mission mein</w:t>
      </w:r>
    </w:p>
    <w:p>
      <w:pPr>
        <w:jc w:val="right"/>
      </w:pPr>
      <w:r>
        <w:t>ہمارا جو دعوت مشن ہے میں سمجھتا ہوں کہ اس دعوت مشن میں</w:t>
      </w:r>
    </w:p>
    <w:p>
      <w:r>
        <w:rPr>
          <w:b/>
        </w:rPr>
        <w:t xml:space="preserve">[53:52] </w:t>
      </w:r>
      <w:r>
        <w:t>aurat ka role bohat hi bara hai</w:t>
      </w:r>
    </w:p>
    <w:p>
      <w:pPr>
        <w:jc w:val="right"/>
      </w:pPr>
      <w:r>
        <w:t>عورت کا رول بہت ہی بڑا ہے</w:t>
      </w:r>
    </w:p>
    <w:p>
      <w:r>
        <w:rPr>
          <w:b/>
        </w:rPr>
        <w:t xml:space="preserve">[53:57] </w:t>
      </w:r>
      <w:r>
        <w:t>yeh dawat mission mein aurat ka role bahut hi bara hai jab mein yeh mission shuru karne wala tha is se pehle mein wahan gaya tha Manchester yaani CPS banane se pehle</w:t>
      </w:r>
    </w:p>
    <w:p>
      <w:pPr>
        <w:jc w:val="right"/>
      </w:pPr>
      <w:r>
        <w:t>یہ دعوت مشن میں عورت کا رول بہت ہی بڑا ہے جب میں یہ مشن شروع کرنے والا تھا اس سے پہلے میں وہاں گیا تھا مانچسٹر یعنی سی پی ایس بنانے سے پہلے</w:t>
      </w:r>
    </w:p>
    <w:p>
      <w:r>
        <w:rPr>
          <w:b/>
        </w:rPr>
        <w:t xml:space="preserve">[54:12] </w:t>
      </w:r>
      <w:r>
        <w:t>toh wahan par aik sahib hain unka naam hai Muhammad Al Arif Arab</w:t>
      </w:r>
    </w:p>
    <w:p>
      <w:pPr>
        <w:jc w:val="right"/>
      </w:pPr>
      <w:r>
        <w:t>تو وہاں پر ایک صاحب ہیں ان کا نام ہے محمد العارف عرب</w:t>
      </w:r>
    </w:p>
    <w:p>
      <w:r>
        <w:rPr>
          <w:b/>
        </w:rPr>
        <w:t xml:space="preserve">[54:18] </w:t>
      </w:r>
      <w:r>
        <w:t>toh woh shadi kar ke apni biwi ko la kar wahan reh rahe thay Arab biwi thi un</w:t>
      </w:r>
    </w:p>
    <w:p>
      <w:pPr>
        <w:jc w:val="right"/>
      </w:pPr>
      <w:r>
        <w:t>تو وہ شادی کر کے اپنی بیوی کو لا کر وہاں رہ رہے تھے عرب بیوی تھی ان</w:t>
      </w:r>
    </w:p>
    <w:p>
      <w:r>
        <w:rPr>
          <w:b/>
        </w:rPr>
        <w:t xml:space="preserve">[54:24] </w:t>
      </w:r>
      <w:r>
        <w:t>ki to jab mein gaya un ke haan thehra to isi raat ko unhon ne khwab dekha tha</w:t>
      </w:r>
    </w:p>
    <w:p>
      <w:pPr>
        <w:jc w:val="right"/>
      </w:pPr>
      <w:r>
        <w:t>کی تو جب میں گیا ان کے ہاں ٹھہرا تو اسی رات کو انہوں نے خواب دیکھا تھا</w:t>
      </w:r>
    </w:p>
    <w:p>
      <w:r>
        <w:rPr>
          <w:b/>
        </w:rPr>
        <w:t xml:space="preserve">[54:33] </w:t>
      </w:r>
      <w:r>
        <w:t>un ki biwi ne un ki biwi bohat hi seedhi saadi hain bilkul yani woh</w:t>
      </w:r>
    </w:p>
    <w:p>
      <w:pPr>
        <w:jc w:val="right"/>
      </w:pPr>
      <w:r>
        <w:t>ان کی بیوی نے ان کی بیوی بہت ہی سیدھی سادی ہیں بالکل یعنی وہ</w:t>
      </w:r>
    </w:p>
    <w:p>
      <w:r>
        <w:rPr>
          <w:b/>
        </w:rPr>
        <w:t xml:space="preserve">[54:39] </w:t>
      </w:r>
      <w:r>
        <w:t>ab to shayad wahan rehte rehte woh angrezi waghera jaan gayi hain is waqt woh sirf arabi janti</w:t>
      </w:r>
    </w:p>
    <w:p>
      <w:pPr>
        <w:jc w:val="right"/>
      </w:pPr>
      <w:r>
        <w:t>اب تو شاید وہاں رہتے رہتے وہ انگریزی وغیرہ جان گئی ہیں اس وقت وہ صرف عربی جانتی</w:t>
      </w:r>
    </w:p>
    <w:p>
      <w:r>
        <w:rPr>
          <w:b/>
        </w:rPr>
        <w:t xml:space="preserve">[54:44] </w:t>
      </w:r>
      <w:r>
        <w:t>thi aur kuch nahi janti thi</w:t>
      </w:r>
    </w:p>
    <w:p>
      <w:pPr>
        <w:jc w:val="right"/>
      </w:pPr>
      <w:r>
        <w:t>تھی اور کچھ نہیں جانتی تھی</w:t>
      </w:r>
    </w:p>
    <w:p>
      <w:r>
        <w:rPr>
          <w:b/>
        </w:rPr>
        <w:t xml:space="preserve">[54:48] </w:t>
      </w:r>
      <w:r>
        <w:t>تو اسی رات کو انہوں نے خواب دیکھا خواب دیکھا کہ ایک ایک ایک prophet آئے ہیں اور</w:t>
      </w:r>
    </w:p>
    <w:p>
      <w:pPr>
        <w:jc w:val="right"/>
      </w:pPr>
      <w:r>
        <w:t>تو اسی رات کو انہوں نے خواب دیکھا خواب دیکھا کہ ایک ایک ایک پرافٹ ائے ہیں اور</w:t>
      </w:r>
    </w:p>
    <w:p>
      <w:r>
        <w:rPr>
          <w:b/>
        </w:rPr>
        <w:t xml:space="preserve">[54:56] </w:t>
      </w:r>
      <w:r>
        <w:t>un ke sath aurtein</w:t>
      </w:r>
    </w:p>
    <w:p>
      <w:pPr>
        <w:jc w:val="right"/>
      </w:pPr>
      <w:r>
        <w:t>ان کے ساتھ عورتیں</w:t>
      </w:r>
    </w:p>
    <w:p>
      <w:r>
        <w:rPr>
          <w:b/>
        </w:rPr>
        <w:t xml:space="preserve">[54:57] </w:t>
      </w:r>
      <w:r>
        <w:t>chal rahi hain aur bahut seedhi bahut seedhi bahut seedhi</w:t>
      </w:r>
    </w:p>
    <w:p>
      <w:pPr>
        <w:jc w:val="right"/>
      </w:pPr>
      <w:r>
        <w:t>چل رہی ہیں اور بہت سیدھی بہت سیدھی بہت سیدھی</w:t>
      </w:r>
    </w:p>
    <w:p>
      <w:r>
        <w:rPr>
          <w:b/>
        </w:rPr>
        <w:t xml:space="preserve">[55:06] </w:t>
      </w:r>
      <w:r>
        <w:t>to unhon ne dekha ke ek prophet aaye hain un ke sath aurtein chal rahi hain</w:t>
      </w:r>
    </w:p>
    <w:p>
      <w:pPr>
        <w:jc w:val="right"/>
      </w:pPr>
      <w:r>
        <w:t>تو انہوں نے دیکھا کہ ایک پرافٹ ائے ہیں ان کے ساتھ عورتیں چل رہی ہیں</w:t>
      </w:r>
    </w:p>
    <w:p>
      <w:r>
        <w:rPr>
          <w:b/>
        </w:rPr>
        <w:t xml:space="preserve">[55:11] </w:t>
      </w:r>
      <w:r>
        <w:t>is ki taabeer maine yeh samjhi thi ke is zamane mein jo prophetic role karna hai jo</w:t>
      </w:r>
    </w:p>
    <w:p>
      <w:pPr>
        <w:jc w:val="right"/>
      </w:pPr>
      <w:r>
        <w:t>اس کی تعبیر میں نے یہ سمجھی تھی کہ اس زمانے میں جو پرافٹک رول کرنا ہے جو</w:t>
      </w:r>
    </w:p>
    <w:p>
      <w:r>
        <w:rPr>
          <w:b/>
        </w:rPr>
        <w:t xml:space="preserve">[55:17] </w:t>
      </w:r>
      <w:r>
        <w:t>dawati kaam karna hai is aurton ka bohat bara role hoga</w:t>
      </w:r>
    </w:p>
    <w:p>
      <w:pPr>
        <w:jc w:val="right"/>
      </w:pPr>
      <w:r>
        <w:t>دعوتی کام کرنا ہے اس عورتوں کا بہت بڑا رول ہوگا</w:t>
      </w:r>
    </w:p>
    <w:p>
      <w:r>
        <w:rPr>
          <w:b/>
        </w:rPr>
        <w:t xml:space="preserve">[55:23] </w:t>
      </w:r>
      <w:r>
        <w:t>yeh jo zamana hai is zamane mein humein prophet ke mission ko zinda karna hai</w:t>
      </w:r>
    </w:p>
    <w:p>
      <w:pPr>
        <w:jc w:val="right"/>
      </w:pPr>
      <w:r>
        <w:t>یہ جو زمانہ ہے اس زمانے میں ہمیں پرافٹ کے مشن کو زندہ کرنا ہے</w:t>
      </w:r>
    </w:p>
    <w:p>
      <w:r>
        <w:rPr>
          <w:b/>
        </w:rPr>
        <w:t xml:space="preserve">[55:31] </w:t>
      </w:r>
      <w:r>
        <w:t>rasool Allah sallallahu alaihi wasallam ke dawati mission ko zinda karna hai</w:t>
      </w:r>
    </w:p>
    <w:p>
      <w:pPr>
        <w:jc w:val="right"/>
      </w:pPr>
      <w:r>
        <w:t>رسول اللہ صلی اللہ علیہ وسلم کے دعوتی مشن کو زندہ کرنا ہے</w:t>
      </w:r>
    </w:p>
    <w:p>
      <w:r>
        <w:rPr>
          <w:b/>
        </w:rPr>
        <w:t xml:space="preserve">[55:35] </w:t>
      </w:r>
      <w:r>
        <w:t>is khwab se maine yeh samjha ke is mein aurat ka bohat bara hissa hoga</w:t>
      </w:r>
    </w:p>
    <w:p>
      <w:pPr>
        <w:jc w:val="right"/>
      </w:pPr>
      <w:r>
        <w:t>اس خواب سے میں نے یہ سمجھا کہ اس میں عورت کا بہت بڑا حصہ ہوگا</w:t>
      </w:r>
    </w:p>
    <w:p>
      <w:r>
        <w:rPr>
          <w:b/>
        </w:rPr>
        <w:t xml:space="preserve">[55:40] </w:t>
      </w:r>
      <w:r>
        <w:t>to jab hum ne yeh mission shuru kiya to Allah ke fazl se ab is waqt hum dekhte</w:t>
      </w:r>
    </w:p>
    <w:p>
      <w:pPr>
        <w:jc w:val="right"/>
      </w:pPr>
      <w:r>
        <w:t>تو جب ہم نے یہ مشن شروع کیا تو اللہ کے فضل سے اب اس وقت ہم دیکھتے</w:t>
      </w:r>
    </w:p>
    <w:p>
      <w:r>
        <w:rPr>
          <w:b/>
        </w:rPr>
        <w:t xml:space="preserve">[55:44] </w:t>
      </w:r>
      <w:r>
        <w:t>hain mujhe bohat hi is par shukr karta hoon Allah taala ka ke khawateen is mein lagi hui</w:t>
      </w:r>
    </w:p>
    <w:p>
      <w:pPr>
        <w:jc w:val="right"/>
      </w:pPr>
      <w:r>
        <w:t>ہیں مجھے بہت ہی اس پر شکر کرتا ہوں اللہ تعالی کا کہ خواتین اس میں لگی ہوئی</w:t>
      </w:r>
    </w:p>
    <w:p>
      <w:r>
        <w:rPr>
          <w:b/>
        </w:rPr>
        <w:t xml:space="preserve">[55:49] </w:t>
      </w:r>
      <w:r>
        <w:t>hain Dilli ke</w:t>
      </w:r>
    </w:p>
    <w:p>
      <w:pPr>
        <w:jc w:val="right"/>
      </w:pPr>
      <w:r>
        <w:t>ہیں دلی کے</w:t>
      </w:r>
    </w:p>
    <w:p>
      <w:r>
        <w:rPr>
          <w:b/>
        </w:rPr>
        <w:t xml:space="preserve">[55:51] </w:t>
      </w:r>
      <w:r>
        <w:t>andar bhi Dilli ke bahar bhi</w:t>
      </w:r>
    </w:p>
    <w:p>
      <w:pPr>
        <w:jc w:val="right"/>
      </w:pPr>
      <w:r>
        <w:t>اندر بھی دلی کے باہر بھی</w:t>
      </w:r>
    </w:p>
    <w:p>
      <w:r>
        <w:rPr>
          <w:b/>
        </w:rPr>
        <w:t xml:space="preserve">[55:54] </w:t>
      </w:r>
      <w:r>
        <w:t>is mission mein is dawat mission mein khawateen ka bohat bara role hai</w:t>
      </w:r>
    </w:p>
    <w:p>
      <w:pPr>
        <w:jc w:val="right"/>
      </w:pPr>
      <w:r>
        <w:t>اس مشن میں اس دعوت مشن میں خواتین کا بہت بڑا رول ہے</w:t>
      </w:r>
    </w:p>
    <w:p>
      <w:r>
        <w:rPr>
          <w:b/>
        </w:rPr>
        <w:t xml:space="preserve">[55:59] </w:t>
      </w:r>
      <w:r>
        <w:t>bohat ajeeb baat hai ke woh khwab jo dekha tha unhon ne jab kuch bhi nahi tha</w:t>
      </w:r>
    </w:p>
    <w:p>
      <w:pPr>
        <w:jc w:val="right"/>
      </w:pPr>
      <w:r>
        <w:t>بہت عجیب بات ہے کہ وہ خواب جو دیکھا تھا انہوں نے جب کچھ بھی نہیں تھا</w:t>
      </w:r>
    </w:p>
    <w:p>
      <w:r>
        <w:rPr>
          <w:b/>
        </w:rPr>
        <w:t xml:space="preserve">[56:05] </w:t>
      </w:r>
      <w:r>
        <w:t>kuch bhi nahi tha na CPS tha na yeh sab kitabein chhapi thin koi aisa mission</w:t>
      </w:r>
    </w:p>
    <w:p>
      <w:pPr>
        <w:jc w:val="right"/>
      </w:pPr>
      <w:r>
        <w:t>کچھ بھی نہیں تھا نہ سی پی ایس تھا نہ یہ سب کتابیں چھپی تھیں کوئی ایسا مشن</w:t>
      </w:r>
    </w:p>
    <w:p>
      <w:r>
        <w:rPr>
          <w:b/>
        </w:rPr>
        <w:t xml:space="preserve">[56:10] </w:t>
      </w:r>
      <w:r>
        <w:t>nahi chal raha tha is waqt hamari koi website bhi nahi thi kuch bhi nahi tha is</w:t>
      </w:r>
    </w:p>
    <w:p>
      <w:pPr>
        <w:jc w:val="right"/>
      </w:pPr>
      <w:r>
        <w:t>نہیں چل رہا تھا اس وقت ہماری کوئی ویب سائٹ بھی نہیں تھی کچھ بھی نہیں تھا اس</w:t>
      </w:r>
    </w:p>
    <w:p>
      <w:r>
        <w:rPr>
          <w:b/>
        </w:rPr>
        <w:t xml:space="preserve">[56:16] </w:t>
      </w:r>
      <w:r>
        <w:t>waqt unhon ne khwab dekha ke ek ek ek</w:t>
      </w:r>
    </w:p>
    <w:p>
      <w:pPr>
        <w:jc w:val="right"/>
      </w:pPr>
      <w:r>
        <w:t>وقت انہوں نے خواب دیکھا کہ ایک ایک ایک</w:t>
      </w:r>
    </w:p>
    <w:p>
      <w:r>
        <w:rPr>
          <w:b/>
        </w:rPr>
        <w:t xml:space="preserve">[56:20] </w:t>
      </w:r>
      <w:r>
        <w:t>ek paighambar aaye hain un ke sath aurtein chal rahi hain</w:t>
      </w:r>
    </w:p>
    <w:p>
      <w:pPr>
        <w:jc w:val="right"/>
      </w:pPr>
      <w:r>
        <w:t>ایک پیغمبر ائے ہیں ان کے ساتھ عورتیں چل رہی ہیں</w:t>
      </w:r>
    </w:p>
    <w:p>
      <w:r>
        <w:rPr>
          <w:b/>
        </w:rPr>
        <w:t xml:space="preserve">[56:24] </w:t>
      </w:r>
      <w:r>
        <w:t>to is ka main isi tarah se is ka woh matlab samjha ke yeh daur jo hai yeh</w:t>
      </w:r>
    </w:p>
    <w:p>
      <w:pPr>
        <w:jc w:val="right"/>
      </w:pPr>
      <w:r>
        <w:t>تو اس کا میں اسی طریقے سے اس کا وہ مطلب سمجھا کہ یہ دور جو ہے یہ</w:t>
      </w:r>
    </w:p>
    <w:p>
      <w:r>
        <w:rPr>
          <w:b/>
        </w:rPr>
        <w:t xml:space="preserve">[56:30] </w:t>
      </w:r>
      <w:r>
        <w:t>zamana is zamane mein jo paighambar ke mission ko ko zinda karne ke</w:t>
      </w:r>
    </w:p>
    <w:p>
      <w:pPr>
        <w:jc w:val="right"/>
      </w:pPr>
      <w:r>
        <w:t>زمانہ اس زمانے میں جو پیغمبر کے مشن کو کو زندہ کرنے کے</w:t>
      </w:r>
    </w:p>
    <w:p>
      <w:r>
        <w:rPr>
          <w:b/>
        </w:rPr>
        <w:t xml:space="preserve">[56:36] </w:t>
      </w:r>
      <w:r>
        <w:t>liye peghamabar ka jo daawti mission hai usko zinda karne ke liye jo kaam hoga us mein aurtein bahut bara hissa lengi aur baqaida wo hissa le rahi hain aurtein Masha Allah mujhe bar bar yeh tajurba hota hai ke kis tarah se hamare mission mein is daawti mission mein aurtein bahut bara role kar rahi hain bahut hi bara role</w:t>
      </w:r>
    </w:p>
    <w:p>
      <w:pPr>
        <w:jc w:val="right"/>
      </w:pPr>
      <w:r>
        <w:t>لیے پیغمبر کا جو دعوتی مشن ہے اس کو زندہ کرنے کے لیے جو کام ہوگا اس میں عورتیں بہت بڑا حصہ لیں گی اور باقاعدہ وہ حصہ لے رہی ہیں عورتیں ماشاءاللہ مجھے بار بار یہ تجربہ ہوتا ہے کہ کس طرح سے ہمارے مشن میں اس دعوتی مشن میں عورتیں بہت بڑا رول کر رہی ہیں بہت ہی بڑا رول</w:t>
      </w:r>
    </w:p>
    <w:p>
      <w:r>
        <w:rPr>
          <w:b/>
        </w:rPr>
        <w:t xml:space="preserve">[57:03] </w:t>
      </w:r>
      <w:r>
        <w:t>bohat bara role aap log jante hain in waqiat ko mujhe is ko dohrane ki zaroorat nahi hai</w:t>
      </w:r>
    </w:p>
    <w:p>
      <w:pPr>
        <w:jc w:val="right"/>
      </w:pPr>
      <w:r>
        <w:t>بہت بڑا رول اپ لوگ جانتے ہیں ان واقعات کو مجھے اس کو دہرانے کی ضرورت نہیں ہے</w:t>
      </w:r>
    </w:p>
    <w:p>
      <w:r>
        <w:rPr>
          <w:b/>
        </w:rPr>
        <w:t xml:space="preserve">[57:09] </w:t>
      </w:r>
      <w:r>
        <w:t>lekin main is par shukr ada karta hoon Allah taala ka ke is mission mein khawateen bohat bohat</w:t>
      </w:r>
    </w:p>
    <w:p>
      <w:pPr>
        <w:jc w:val="right"/>
      </w:pPr>
      <w:r>
        <w:t>لیکن میں اس پر شکر ادا کرتا ہوں اللہ تعالی کا کہ اس مشن میں خواتین بہت بہت</w:t>
      </w:r>
    </w:p>
    <w:p>
      <w:r>
        <w:rPr>
          <w:b/>
        </w:rPr>
        <w:t xml:space="preserve">[57:15] </w:t>
      </w:r>
      <w:r>
        <w:t>he actively involve ho gayi hain</w:t>
      </w:r>
    </w:p>
    <w:p>
      <w:pPr>
        <w:jc w:val="right"/>
      </w:pPr>
      <w:r>
        <w:t>ہی ایکٹیولی انوالو ہو گئی ہیں</w:t>
      </w:r>
    </w:p>
    <w:p>
      <w:r>
        <w:rPr>
          <w:b/>
        </w:rPr>
        <w:t xml:space="preserve">[57:19] </w:t>
      </w:r>
      <w:r>
        <w:t>aur yeh ek yeh kaha is is riwayat ko hum woh riwayat phir se woh history phir se</w:t>
      </w:r>
    </w:p>
    <w:p>
      <w:pPr>
        <w:jc w:val="right"/>
      </w:pPr>
      <w:r>
        <w:t>اور یہ ایک یہ کہا اس اس روایت کو ہم وہ روایت پھر سے وہ ہسٹری پھر سے</w:t>
      </w:r>
    </w:p>
    <w:p>
      <w:r>
        <w:rPr>
          <w:b/>
        </w:rPr>
        <w:t xml:space="preserve">[57:25] </w:t>
      </w:r>
      <w:r>
        <w:t>dohrai ja rahi hai</w:t>
      </w:r>
    </w:p>
    <w:p>
      <w:pPr>
        <w:jc w:val="right"/>
      </w:pPr>
      <w:r>
        <w:t>دہرائی جا رہی ہے</w:t>
      </w:r>
    </w:p>
    <w:p>
      <w:r>
        <w:rPr>
          <w:b/>
        </w:rPr>
        <w:t xml:space="preserve">[57:28] </w:t>
      </w:r>
      <w:r>
        <w:t>ek history hai tareekh mein ke kai bohat baray baray role kiye khawateen ne Hazrat Adam ki biwi</w:t>
      </w:r>
    </w:p>
    <w:p>
      <w:pPr>
        <w:jc w:val="right"/>
      </w:pPr>
      <w:r>
        <w:t>ایک ہسٹری ہے تاریخ میں کہ کئی بہت بڑے بڑے رول کیے خواتین نے حضرت ادم کی بیوی</w:t>
      </w:r>
    </w:p>
    <w:p>
      <w:r>
        <w:rPr>
          <w:b/>
        </w:rPr>
        <w:t xml:space="preserve">[57:35] </w:t>
      </w:r>
      <w:r>
        <w:t>Eve ne ek role ada kiya bohat bara</w:t>
      </w:r>
    </w:p>
    <w:p>
      <w:pPr>
        <w:jc w:val="right"/>
      </w:pPr>
      <w:r>
        <w:t>ایو نے ایک رول ادا کیا بہت بڑا</w:t>
      </w:r>
    </w:p>
    <w:p>
      <w:r>
        <w:rPr>
          <w:b/>
        </w:rPr>
        <w:t xml:space="preserve">[57:38] </w:t>
      </w:r>
      <w:r>
        <w:t>is ke baad bar bar jaise Hazrat Hajra ne role ada kiya</w:t>
      </w:r>
    </w:p>
    <w:p>
      <w:pPr>
        <w:jc w:val="right"/>
      </w:pPr>
      <w:r>
        <w:t>اس کے بعد بار بار جیسے حضرت ہاجرہ نے رول ادا کیا</w:t>
      </w:r>
    </w:p>
    <w:p>
      <w:r>
        <w:rPr>
          <w:b/>
        </w:rPr>
        <w:t xml:space="preserve">[57:45] </w:t>
      </w:r>
      <w:r>
        <w:t>Hazrat Khadija ne role ada kiya Hazrat Aisha ne ada kiya Hazrat Umm Salama ne ada kiya to</w:t>
      </w:r>
    </w:p>
    <w:p>
      <w:pPr>
        <w:jc w:val="right"/>
      </w:pPr>
      <w:r>
        <w:t>حضرت خدیجہ نے رول ادا کیا حضرت عائشہ نے ادا کیا حضرت ام سلمہ نے ادا کیا تو</w:t>
      </w:r>
    </w:p>
    <w:p>
      <w:r>
        <w:rPr>
          <w:b/>
        </w:rPr>
        <w:t xml:space="preserve">[57:49] </w:t>
      </w:r>
      <w:r>
        <w:t>ek history hai auraton ke baray baray role ada karne ki</w:t>
      </w:r>
    </w:p>
    <w:p>
      <w:pPr>
        <w:jc w:val="right"/>
      </w:pPr>
      <w:r>
        <w:t>ایک ہسٹری ہے عورتوں کے بڑے بڑے رول ادا کرنے کی</w:t>
      </w:r>
    </w:p>
    <w:p>
      <w:r>
        <w:rPr>
          <w:b/>
        </w:rPr>
        <w:t xml:space="preserve">[57:54] </w:t>
      </w:r>
      <w:r>
        <w:t>wohi history repeat ki ja rahi hai yeh hamare is mission mein Allah ke fazl se</w:t>
      </w:r>
    </w:p>
    <w:p>
      <w:pPr>
        <w:jc w:val="right"/>
      </w:pPr>
      <w:r>
        <w:t>وہی ہسٹری ریپیٹ کی جا رہی ہے یہ ہمارے اس مشن میں اللہ کے فضل سے</w:t>
      </w:r>
    </w:p>
    <w:p>
      <w:r>
        <w:rPr>
          <w:b/>
        </w:rPr>
        <w:t xml:space="preserve">[58:01] </w:t>
      </w:r>
      <w:r>
        <w:t>ke na sirf Dilli mein Dilli ke bahar bhi khawateen bohat baray baray kaam kar rahi hain</w:t>
      </w:r>
    </w:p>
    <w:p>
      <w:pPr>
        <w:jc w:val="right"/>
      </w:pPr>
      <w:r>
        <w:t>کہ نہ صرف دلی میں دلی کے باہر بھی خواتین بہت بڑے بڑے کام کر رہی ہیں</w:t>
      </w:r>
    </w:p>
    <w:p>
      <w:r>
        <w:rPr>
          <w:b/>
        </w:rPr>
        <w:t xml:space="preserve">[58:07] </w:t>
      </w:r>
      <w:r>
        <w:t>baaz jagah to itnay baray kaam kar rahe hain ke mard bhi itna bara kaam nahi kar pa</w:t>
      </w:r>
    </w:p>
    <w:p>
      <w:pPr>
        <w:jc w:val="right"/>
      </w:pPr>
      <w:r>
        <w:t>بعض جگہ تو اتنے بڑے کام کر رہے ہیں کہ مرد بھی اتنا بڑا کام نہیں کر پا</w:t>
      </w:r>
    </w:p>
    <w:p>
      <w:r>
        <w:rPr>
          <w:b/>
        </w:rPr>
        <w:t xml:space="preserve">[58:11] </w:t>
      </w:r>
      <w:r>
        <w:t>rahe hain is in ke naam lene ki zaroorat nahi hai lekin yeh ek haqeeqat hai</w:t>
      </w:r>
    </w:p>
    <w:p>
      <w:pPr>
        <w:jc w:val="right"/>
      </w:pPr>
      <w:r>
        <w:t>رہے ہیں اس ان کے نام لینے کی ضرورت نہیں ہے لیکن یہ ایک حقیقت ہے</w:t>
      </w:r>
    </w:p>
    <w:p>
      <w:r>
        <w:rPr>
          <w:b/>
        </w:rPr>
        <w:t xml:space="preserve">[58:20] </w:t>
      </w:r>
      <w:r>
        <w:t>is mission mein yeh jo daawti mission hai is mein baaz khawateen itne bade kaam kar rahi hain aurat bhi hota hai mard bhi hota hai bada kaam nahi kar kar pa raha hai to wo jo khwab dekha tha unhone mein samajhta hoon ke bilkul sahi khwab tha wo ke ek naya zamana hai naye halaat hain naye taqaze hain</w:t>
      </w:r>
    </w:p>
    <w:p>
      <w:pPr>
        <w:jc w:val="right"/>
      </w:pPr>
      <w:r>
        <w:t>اس مشن میں یہ جو دعوتی مشن ہے اس میں بعض خواتین اتنے بڑے کام کر رہی ہیں عورت بھی ہوتا ہے مرد بھی ہوتا ہے بڑا کام نہیں کر کر پا رہا ہے تو وہ جو خواب دیکھا تھا انہوں نے میں سمجھتا ہوں کہ بالکل صحیح خواب تھا وہ کہ ایک نیا زمانہ ہے نئے حالات ہیں نئے تقاضے ہیں</w:t>
      </w:r>
    </w:p>
    <w:p>
      <w:r>
        <w:rPr>
          <w:b/>
        </w:rPr>
        <w:t xml:space="preserve">[58:44] </w:t>
      </w:r>
      <w:r>
        <w:t>misla aurat ke baray mein kaha jata hai ke ladies first cause to kaha yeh accepted baat hai</w:t>
      </w:r>
    </w:p>
    <w:p>
      <w:pPr>
        <w:jc w:val="right"/>
      </w:pPr>
      <w:r>
        <w:t>مثلا عورت کے بارے میں کہا جاتا ہے کہ لیڈیز فرسٹ کاؤس تو کہا یہ ایکسیپٹڈ بات ہے</w:t>
      </w:r>
    </w:p>
    <w:p>
      <w:r>
        <w:rPr>
          <w:b/>
        </w:rPr>
        <w:t xml:space="preserve">[58:50] </w:t>
      </w:r>
      <w:r>
        <w:t>ke ladies first cause ko is ko hum istemal kar rahe hain mashallah jagah jagah</w:t>
      </w:r>
    </w:p>
    <w:p>
      <w:pPr>
        <w:jc w:val="right"/>
      </w:pPr>
      <w:r>
        <w:t>کہ لیڈیز فرسٹ کاؤس کو اس کو ہم استعمال کر رہے ہیں ماشاءاللہ جگہ جگہ</w:t>
      </w:r>
    </w:p>
    <w:p>
      <w:r>
        <w:rPr>
          <w:b/>
        </w:rPr>
        <w:t xml:space="preserve">[58:56] </w:t>
      </w:r>
      <w:r>
        <w:t>yeh doosre log jo hain jo hamara audience hai woh majboor hai ke apne culture ke mutabiq aurat</w:t>
      </w:r>
    </w:p>
    <w:p>
      <w:pPr>
        <w:jc w:val="right"/>
      </w:pPr>
      <w:r>
        <w:t>یہ دوسرے لوگ جو ہیں جو ہمارا اڈینس ہے وہ مجبور ہے کہ اپنے کلچر کے مطابق عورت</w:t>
      </w:r>
    </w:p>
    <w:p>
      <w:r>
        <w:rPr>
          <w:b/>
        </w:rPr>
        <w:t xml:space="preserve">[59:02] </w:t>
      </w:r>
      <w:r>
        <w:t>ka respect de special respect de is ka yeh culture hai ladies first</w:t>
      </w:r>
    </w:p>
    <w:p>
      <w:pPr>
        <w:jc w:val="right"/>
      </w:pPr>
      <w:r>
        <w:t>کا ریسپیکٹ دے اسپیشل ریسپیکٹ دے اس کا یہ کلچر ہے لیڈیز فرسٹ</w:t>
      </w:r>
    </w:p>
    <w:p>
      <w:r>
        <w:rPr>
          <w:b/>
        </w:rPr>
        <w:t xml:space="preserve">[59:10] </w:t>
      </w:r>
      <w:r>
        <w:t>to is ko hum istemal kar rahe hain yani hamara jo audience hai jis mein humein kaam karna</w:t>
      </w:r>
    </w:p>
    <w:p>
      <w:pPr>
        <w:jc w:val="right"/>
      </w:pPr>
      <w:r>
        <w:t>تو اس کو ہم استعمال کر رہے ہیں یعنی ہمارا جو اڈینس ہے جس میں ہمیں کام کرنا</w:t>
      </w:r>
    </w:p>
    <w:p>
      <w:r>
        <w:rPr>
          <w:b/>
        </w:rPr>
        <w:t xml:space="preserve">[59:16] </w:t>
      </w:r>
      <w:r>
        <w:t>hai woh khud apne culture ke mutabiq pehle se maane hue hain ke bhai auraton ko special respect</w:t>
      </w:r>
    </w:p>
    <w:p>
      <w:pPr>
        <w:jc w:val="right"/>
      </w:pPr>
      <w:r>
        <w:t>ہے وہ خود اپنے کلچر کے مطابق پہلے سے مانے ہوئے ہیں کہ بھئی عورتوں کو اسپیشل ریسپیکٹ</w:t>
      </w:r>
    </w:p>
    <w:p>
      <w:r>
        <w:rPr>
          <w:b/>
        </w:rPr>
        <w:t xml:space="preserve">[59:22] </w:t>
      </w:r>
      <w:r>
        <w:t>dena hai woh hum bar bar dekh rahe hain is mission ke andar</w:t>
      </w:r>
    </w:p>
    <w:p>
      <w:pPr>
        <w:jc w:val="right"/>
      </w:pPr>
      <w:r>
        <w:t>دینا ہے وہ ہم بار بار دیکھ رہے ہیں اس مشن کے اندر</w:t>
      </w:r>
    </w:p>
    <w:p>
      <w:r>
        <w:rPr>
          <w:b/>
        </w:rPr>
        <w:t xml:space="preserve">[59:30] </w:t>
      </w:r>
      <w:r>
        <w:t>to</w:t>
      </w:r>
    </w:p>
    <w:p>
      <w:pPr>
        <w:jc w:val="right"/>
      </w:pPr>
      <w:r>
        <w:t>تو</w:t>
      </w:r>
    </w:p>
    <w:p>
      <w:r>
        <w:rPr>
          <w:b/>
        </w:rPr>
        <w:t xml:space="preserve">[59:30] </w:t>
      </w:r>
      <w:r>
        <w:t>behral Allah taala ka shukar hai ke yeh is mein aurtain bharpoor tor par hissa le rahi hain mard bhi bharpoor tor par hissa le rahe hain aur aurat aur mard dono mil kar ke is kaam ko aage badha rahe hain Allah taala qabool farmaye aqool qooli haza wastaghfirullah li walakum ajmaeen</w:t>
      </w:r>
    </w:p>
    <w:p>
      <w:pPr>
        <w:jc w:val="right"/>
      </w:pPr>
      <w:r>
        <w:t>بہرحال اللہ تعالی کا شکر ہے کہ یہ اس میں عورتیں بھرپور طور پر حصہ لے رہی ہیں مرد بھی بھرپور طور پر حصہ لے رہے ہیں اور عورت اور مرد دونوں مل کر کے اس کام کو اگے بڑھا رہے ہیں اللہ تعالی قبول فرمائے اقول قولیھذا واستغفراللہ لولکم اجمعین</w:t>
      </w:r>
    </w:p>
    <w:p>
      <w:r>
        <w:rPr>
          <w:b/>
        </w:rPr>
        <w:t xml:space="preserve">[59:58] </w:t>
      </w:r>
      <w:r>
        <w:t>das question is from mr mazhar from delhi agar koi majboori na ho magar ghar ko financially mazboot karne ke liye islam aurat ko bahar ja kar naukri karne ki ijazat deta hai zaroor zaroor hudood sharai ke sath</w:t>
      </w:r>
    </w:p>
    <w:p>
      <w:pPr>
        <w:jc w:val="right"/>
      </w:pPr>
      <w:r>
        <w:t>دس کوئسچن از فرام مسٹر مظہر فرام دہلی اگر کوئی مجبوری نہ ہو مگر گھر کو فائنینشلی مضبوط کرنے کے لیے اسلام عورت کو باہر جا کر نوکری کرنے کی اجازت دیتا ہے ضرور ضرور حدود شرعی کے ساتھ</w:t>
      </w:r>
    </w:p>
    <w:p>
      <w:r>
        <w:rPr>
          <w:b/>
        </w:rPr>
        <w:t xml:space="preserve">[1:00:23] </w:t>
      </w:r>
      <w:r>
        <w:t>hudood sharai ke sath bilkul ijazat deta hai hudood sharai kya hain woh aap bahut aasani se jaan sakte hain har kitab mein likha hua hai</w:t>
      </w:r>
    </w:p>
    <w:p>
      <w:pPr>
        <w:jc w:val="right"/>
      </w:pPr>
      <w:r>
        <w:t>حدود شرعی کے ساتھ بالکل اجازت دیتا ہے حدود شرعی کیا ہیں وہ اپ بہت اسانی سے جان سکتے ہیں ہر کتاب میں لکھا ہوا ہے</w:t>
      </w:r>
    </w:p>
    <w:p>
      <w:r>
        <w:rPr>
          <w:b/>
        </w:rPr>
        <w:t xml:space="preserve">[1:00:39] </w:t>
      </w:r>
      <w:r>
        <w:t>har kitab mein likha hua hai mukhtasar is ka yeh hai ke aurat jo hai apne</w:t>
      </w:r>
    </w:p>
    <w:p>
      <w:pPr>
        <w:jc w:val="right"/>
      </w:pPr>
      <w:r>
        <w:t>ہر کتاب میں لکھا ہوا ہے مختصر اس کا یہ ہے کہ عورت جو ہے اپنے</w:t>
      </w:r>
    </w:p>
    <w:p>
      <w:r>
        <w:rPr>
          <w:b/>
        </w:rPr>
        <w:t xml:space="preserve">[1:00:45] </w:t>
      </w:r>
      <w:r>
        <w:t>hua na kare sada kapray pehne</w:t>
      </w:r>
    </w:p>
    <w:p>
      <w:pPr>
        <w:jc w:val="right"/>
      </w:pPr>
      <w:r>
        <w:t>ہوا نہ کرے سادہ کپڑے پہنے</w:t>
      </w:r>
    </w:p>
    <w:p>
      <w:r>
        <w:rPr>
          <w:b/>
        </w:rPr>
        <w:t xml:space="preserve">[1:00:49] </w:t>
      </w:r>
      <w:r>
        <w:t>zeenat araish na kare dheela dheela kapra ho is ka aur sanjeedgi ke sath rahe aur bilkul</w:t>
      </w:r>
    </w:p>
    <w:p>
      <w:pPr>
        <w:jc w:val="right"/>
      </w:pPr>
      <w:r>
        <w:t>زیبائش ارائش نہ کرے ڈھیلا ڈھیلا کپڑا ہو اس کا اور سنجیدگی کے ساتھ رہے اور بالکل</w:t>
      </w:r>
    </w:p>
    <w:p>
      <w:r>
        <w:rPr>
          <w:b/>
        </w:rPr>
        <w:t xml:space="preserve">[1:01:00] </w:t>
      </w:r>
      <w:r>
        <w:t>professional andaaz mein kaam kare</w:t>
      </w:r>
    </w:p>
    <w:p>
      <w:pPr>
        <w:jc w:val="right"/>
      </w:pPr>
      <w:r>
        <w:t>پروفیشنل انداز میں کام کرے</w:t>
      </w:r>
    </w:p>
    <w:p>
      <w:r>
        <w:rPr>
          <w:b/>
        </w:rPr>
        <w:t xml:space="preserve">[1:01:03] </w:t>
      </w:r>
      <w:r>
        <w:t>un necessary baatein na kare</w:t>
      </w:r>
    </w:p>
    <w:p>
      <w:pPr>
        <w:jc w:val="right"/>
      </w:pPr>
      <w:r>
        <w:t>ان نیسیسری باتیں نہ کرے</w:t>
      </w:r>
    </w:p>
    <w:p>
      <w:r>
        <w:rPr>
          <w:b/>
        </w:rPr>
        <w:t xml:space="preserve">[1:01:08] </w:t>
      </w:r>
      <w:r>
        <w:t>apne apne kaam se kaam rakhe khulasa hai apne kaam se kaam</w:t>
      </w:r>
    </w:p>
    <w:p>
      <w:pPr>
        <w:jc w:val="right"/>
      </w:pPr>
      <w:r>
        <w:t>اپنے اپنے کام سے کام رکھے خلاصہ ہے اپنے کام سے کام</w:t>
      </w:r>
    </w:p>
    <w:p>
      <w:r>
        <w:rPr>
          <w:b/>
        </w:rPr>
        <w:t xml:space="preserve">[1:01:12] </w:t>
      </w:r>
      <w:r>
        <w:t>jis ko kehte hain professionalizm aaj ka jo ek lafz hai professionalizm is ka matlab hai apne kaam</w:t>
      </w:r>
    </w:p>
    <w:p>
      <w:pPr>
        <w:jc w:val="right"/>
      </w:pPr>
      <w:r>
        <w:t>جس کو کہتے ہیں پروفیشنلزم اج کا جو ایک لفظ ہے پروفیشنلزم اس کا مطلب ہے اپنے کام</w:t>
      </w:r>
    </w:p>
    <w:p>
      <w:r>
        <w:rPr>
          <w:b/>
        </w:rPr>
        <w:t xml:space="preserve">[1:01:17] </w:t>
      </w:r>
      <w:r>
        <w:t>سے کام تو بالکل جائز ہے اس کے لیے this question is from Ms. Toti</w:t>
      </w:r>
    </w:p>
    <w:p>
      <w:pPr>
        <w:jc w:val="right"/>
      </w:pPr>
      <w:r>
        <w:t>سے کام تو بالکل جائز ہے اس کے لیے دس کوئسچن از فرام مس طوطی</w:t>
      </w:r>
    </w:p>
    <w:p>
      <w:r>
        <w:rPr>
          <w:b/>
        </w:rPr>
        <w:t xml:space="preserve">[1:01:24] </w:t>
      </w:r>
      <w:r>
        <w:t>from delhi women have a limitation of being emotional how should they overcome this limitation</w:t>
      </w:r>
    </w:p>
    <w:p>
      <w:pPr>
        <w:jc w:val="right"/>
      </w:pPr>
      <w:r>
        <w:t>فرام دہلی وومن ہیو ا لیمیٹیشن اف بینگ ایموشنل ہاؤ شوڈ دے اوورکم دس لیمیٹیشن</w:t>
      </w:r>
    </w:p>
    <w:p>
      <w:r>
        <w:rPr>
          <w:b/>
        </w:rPr>
        <w:t xml:space="preserve">[1:01:33] </w:t>
      </w:r>
      <w:r>
        <w:t>kindly tell dekhen aurat mard ki baat nahi hai aurat ke andar emotion hote hain to mard ke andar ghussa hota hai</w:t>
      </w:r>
    </w:p>
    <w:p>
      <w:pPr>
        <w:jc w:val="right"/>
      </w:pPr>
      <w:r>
        <w:t>کائنڈلی ٹیل دیکھیں عورت مرد کی بات نہیں ہے عورت کے اندر ایموشن ہوتے ہیں تو مرد کے اندر غصہ ہوتا ہے</w:t>
      </w:r>
    </w:p>
    <w:p>
      <w:r>
        <w:rPr>
          <w:b/>
        </w:rPr>
        <w:t xml:space="preserve">[1:01:46] </w:t>
      </w:r>
      <w:r>
        <w:t>mard bohat zabardast tareeqe se ghussa ho jata hai bohat jald aurat emotional ho jati hai to dono ko manage karna hai mardon ko apne anger ko manage karna hai auraton ko apne emotion ko manage karna hai aisa nahi ke is mein aurat aur mard mein koi difference hai</w:t>
      </w:r>
    </w:p>
    <w:p>
      <w:pPr>
        <w:jc w:val="right"/>
      </w:pPr>
      <w:r>
        <w:t>مرد بہت زبردست طریقے سے غصہ ہو جاتا ہے بہت جلد عورت ایموشنل ہو جاتی ہے تو دونوں کو مینج کرنا ہے مردوں کو اپنے اینکر کو مینج کرنا ہے عورتوں کو اپنے ایموشن کو مینج کرنا ہے ایسا نہیں کہ اس میں عورت اور مرد میں کوئی ڈیفرنس ہے</w:t>
      </w:r>
    </w:p>
    <w:p>
      <w:r>
        <w:rPr>
          <w:b/>
        </w:rPr>
        <w:t xml:space="preserve">[1:02:08] </w:t>
      </w:r>
      <w:r>
        <w:t>yani women must know the art of emotion management and men must know the art of anger management</w:t>
      </w:r>
    </w:p>
    <w:p>
      <w:pPr>
        <w:jc w:val="right"/>
      </w:pPr>
      <w:r>
        <w:t>یعنی وومن مسٹ نو دا ارٹ اف ایموشن مینجمنٹ اینڈ مین مسٹ نو دی ارٹ اف اینگر مینجمنٹ</w:t>
      </w:r>
    </w:p>
    <w:p>
      <w:r>
        <w:rPr>
          <w:b/>
        </w:rPr>
        <w:t xml:space="preserve">[1:02:16] </w:t>
      </w:r>
      <w:r>
        <w:t>to dono ka yeh kaam karna hai</w:t>
      </w:r>
    </w:p>
    <w:p>
      <w:pPr>
        <w:jc w:val="right"/>
      </w:pPr>
      <w:r>
        <w:t>تو دونوں کا یہ کام کرنا ہے</w:t>
      </w:r>
    </w:p>
    <w:p>
      <w:r>
        <w:rPr>
          <w:b/>
        </w:rPr>
        <w:t xml:space="preserve">[1:02:21] </w:t>
      </w:r>
      <w:r>
        <w:t>koi mein dono mein farq nahi samajhta aur yeh to test hai agar yeh test na hota to test to kaise pata chalta hai kaun fail hua kaun pass hua</w:t>
      </w:r>
    </w:p>
    <w:p>
      <w:pPr>
        <w:jc w:val="right"/>
      </w:pPr>
      <w:r>
        <w:t>کوئی میں دونوں میں فرق نہیں سمجھتا اور یہ تو ٹیسٹ ہے اگر یہ ٹیسٹ نہ ہوتا تو ٹیسٹ تو کیسے پتہ چلتا ہے کون فیل ہوا کون پاس ہوا</w:t>
      </w:r>
    </w:p>
    <w:p>
      <w:r>
        <w:rPr>
          <w:b/>
        </w:rPr>
        <w:t xml:space="preserve">[1:02:33] </w:t>
      </w:r>
      <w:r>
        <w:t>aurat ka test emotion ko manage karne mein hai mard ka test apne anger ko manage karne mein hai yeh to test zaroor hoga magar test ke kaise reward pa sakte hain aap no test no reward</w:t>
      </w:r>
    </w:p>
    <w:p>
      <w:pPr>
        <w:jc w:val="right"/>
      </w:pPr>
      <w:r>
        <w:t>عورت کا ٹیسٹ ایموشن کو مینج کرنے میں ہے مرد کا ٹیسٹ اپنے اینگر کو مینج کرنے میں ہے یہ تو ٹیسٹ ضرور ہوگا مگر ٹیسٹ کے کیسے ریوارڈ پا سکتے ہیں اپ نو ٹیسٹ نو ریوارڈ</w:t>
      </w:r>
    </w:p>
    <w:p>
      <w:r>
        <w:rPr>
          <w:b/>
        </w:rPr>
        <w:t xml:space="preserve">[1:02:54] </w:t>
      </w:r>
      <w:r>
        <w:t>das question is from mr abdul rehman from delhi Maulana sahib Allah is omnipresent and omnipotent then what is the role of angels</w:t>
      </w:r>
    </w:p>
    <w:p>
      <w:pPr>
        <w:jc w:val="right"/>
      </w:pPr>
      <w:r>
        <w:t>دس کوئسچن از فرام مسٹر عبدالرحمن فرام دہلی مولانا صاحب اللہ از اومنی پریزنٹ اینڈ اومنی پوٹنٹ دین واٹ از دا رول اف اینجلز</w:t>
      </w:r>
    </w:p>
    <w:p>
      <w:r>
        <w:rPr>
          <w:b/>
        </w:rPr>
        <w:t xml:space="preserve">[1:03:09] </w:t>
      </w:r>
      <w:r>
        <w:t>kindly elaborate</w:t>
      </w:r>
    </w:p>
    <w:p>
      <w:pPr>
        <w:jc w:val="right"/>
      </w:pPr>
      <w:r>
        <w:t>کائنڈلی الیبریٹ</w:t>
      </w:r>
    </w:p>
    <w:p>
      <w:r>
        <w:rPr>
          <w:b/>
        </w:rPr>
        <w:t xml:space="preserve">[1:03:15] </w:t>
      </w:r>
      <w:r>
        <w:t>bhai yeh to Allah tak ka ek tareeqa hai all powerful Allah hai is mein koi shaq nahi hai kyunke is ne ek nizam banaya hai ek system banaya hai ke farishtay banaye aur farishtay manage karte hain angels are managers of the universe</w:t>
      </w:r>
    </w:p>
    <w:p>
      <w:pPr>
        <w:jc w:val="right"/>
      </w:pPr>
      <w:r>
        <w:t>بھئی یہ تو اللہ تک کا ایک طریقہ ہے ال پاور فل اللہ ہے اس میں کوئی شک نہیں ہے کیونکہ اس نے ایک نظام بنایا ہے ایک سسٹم بنایا ہے کہ فرشتے بنائے اور فرشتے مینج کرتے ہیں اینجلز ار مینیجرز اف دا یونیورس</w:t>
      </w:r>
    </w:p>
    <w:p>
      <w:r>
        <w:rPr>
          <w:b/>
        </w:rPr>
        <w:t xml:space="preserve">[1:03:34] </w:t>
      </w:r>
      <w:r>
        <w:t>yani jo asal jo</w:t>
      </w:r>
    </w:p>
    <w:p>
      <w:pPr>
        <w:jc w:val="right"/>
      </w:pPr>
      <w:r>
        <w:t>یعنی جو اصل جو</w:t>
      </w:r>
    </w:p>
    <w:p>
      <w:r>
        <w:rPr>
          <w:b/>
        </w:rPr>
        <w:t xml:space="preserve">[1:03:37] </w:t>
      </w:r>
      <w:r>
        <w:t>taqat hai woh Allah ke paas hai</w:t>
      </w:r>
    </w:p>
    <w:p>
      <w:pPr>
        <w:jc w:val="right"/>
      </w:pPr>
      <w:r>
        <w:t>طاقت ہے وہ اللہ کے پاس ہے</w:t>
      </w:r>
    </w:p>
    <w:p>
      <w:r>
        <w:rPr>
          <w:b/>
        </w:rPr>
        <w:t xml:space="preserve">[1:03:42] </w:t>
      </w:r>
      <w:r>
        <w:t>lekin is ne</w:t>
      </w:r>
    </w:p>
    <w:p>
      <w:pPr>
        <w:jc w:val="right"/>
      </w:pPr>
      <w:r>
        <w:t>لیکن اس نے</w:t>
      </w:r>
    </w:p>
    <w:p>
      <w:r>
        <w:rPr>
          <w:b/>
        </w:rPr>
        <w:t xml:space="preserve">[1:03:44] </w:t>
      </w:r>
      <w:r>
        <w:t>koi to system banaya tha Allah taala ko to yeh system banaya is ne</w:t>
      </w:r>
    </w:p>
    <w:p>
      <w:pPr>
        <w:jc w:val="right"/>
      </w:pPr>
      <w:r>
        <w:t>کوئی تو سسٹم بنایا تھا اللہ تعالی کو تو یہ سسٹم بنایا اس نے</w:t>
      </w:r>
    </w:p>
    <w:p>
      <w:r>
        <w:rPr>
          <w:b/>
        </w:rPr>
        <w:t xml:space="preserve">[1:03:50] </w:t>
      </w:r>
      <w:r>
        <w:t>to hadith mein aata hai ke</w:t>
      </w:r>
    </w:p>
    <w:p>
      <w:pPr>
        <w:jc w:val="right"/>
      </w:pPr>
      <w:r>
        <w:t>تو حدیث میں اتا ہے کہ</w:t>
      </w:r>
    </w:p>
    <w:p>
      <w:r>
        <w:rPr>
          <w:b/>
        </w:rPr>
        <w:t xml:space="preserve">[1:03:53] </w:t>
      </w:r>
      <w:r>
        <w:t>ke ek ek ek foot jagah bhi aisi nahi jahan ke ek farishta maujood na ho</w:t>
      </w:r>
    </w:p>
    <w:p>
      <w:pPr>
        <w:jc w:val="right"/>
      </w:pPr>
      <w:r>
        <w:t>کہ ایک ایک ایک فٹ جگہ بھی ایسی نہیں جہاں کہ ایک فرشتہ موجود نہ ہو</w:t>
      </w:r>
    </w:p>
    <w:p>
      <w:r>
        <w:rPr>
          <w:b/>
        </w:rPr>
        <w:t xml:space="preserve">[1:03:58] </w:t>
      </w:r>
      <w:r>
        <w:t>to woh farishta ka khali baitha thori hua hai wahan par</w:t>
      </w:r>
    </w:p>
    <w:p>
      <w:pPr>
        <w:jc w:val="right"/>
      </w:pPr>
      <w:r>
        <w:t>تو وہ فرشتہ کا خالی بیٹھا تھوڑی ہوا ہے وہاں پر</w:t>
      </w:r>
    </w:p>
    <w:p>
      <w:r>
        <w:rPr>
          <w:b/>
        </w:rPr>
        <w:t xml:space="preserve">[1:04:03] </w:t>
      </w:r>
      <w:r>
        <w:t>woh manage kar raha hai sara jo universe hai chahe stars hon planets hon solar system ho yeh</w:t>
      </w:r>
    </w:p>
    <w:p>
      <w:pPr>
        <w:jc w:val="right"/>
      </w:pPr>
      <w:r>
        <w:t>وہ مینج کر رہا ہے سارا جو یونیورس ہے چاہے اسٹارز ہوں پلینٹس ہوں سولر سسٹم ہو یہ</w:t>
      </w:r>
    </w:p>
    <w:p>
      <w:r>
        <w:rPr>
          <w:b/>
        </w:rPr>
        <w:t xml:space="preserve">[1:04:12] </w:t>
      </w:r>
      <w:r>
        <w:t>zameen ho ya hawaein ya samandar ya pahar yeh sab farishte to manage kar rahe hain</w:t>
      </w:r>
    </w:p>
    <w:p>
      <w:pPr>
        <w:jc w:val="right"/>
      </w:pPr>
      <w:r>
        <w:t>زمین ہو یا ہوائیں یا سمندر یا پہاڑ یہ سب فرشتے تو مینج کر رہے ہیں</w:t>
      </w:r>
    </w:p>
    <w:p>
      <w:r>
        <w:rPr>
          <w:b/>
        </w:rPr>
        <w:t xml:space="preserve">[1:04:20] </w:t>
      </w:r>
      <w:r>
        <w:t>angels</w:t>
      </w:r>
    </w:p>
    <w:p>
      <w:pPr>
        <w:jc w:val="right"/>
      </w:pPr>
      <w:r>
        <w:t>اینجلز</w:t>
      </w:r>
    </w:p>
    <w:p>
      <w:r>
        <w:rPr>
          <w:b/>
        </w:rPr>
        <w:t xml:space="preserve">[1:04:20] </w:t>
      </w:r>
      <w:r>
        <w:t>are managers of the universe</w:t>
      </w:r>
    </w:p>
    <w:p>
      <w:pPr>
        <w:jc w:val="right"/>
      </w:pPr>
      <w:r>
        <w:t>ار مینیجرز اف دا یونیورس</w:t>
      </w:r>
    </w:p>
    <w:p>
      <w:r>
        <w:rPr>
          <w:b/>
        </w:rPr>
        <w:t xml:space="preserve">[1:04:25] </w:t>
      </w:r>
      <w:r>
        <w:t>baqi yeh Allah taala ka faisla tha ke ek to ek ke woh khud hi bas khud hi order deta rahe ek ek is ne ek ek system banaya to yeh to mein samajhta hoon ke Allah taala ka tareeqa hai bohat hi mein samajhta hoon ke bohat hi aala tareeqa hai</w:t>
      </w:r>
    </w:p>
    <w:p>
      <w:pPr>
        <w:jc w:val="right"/>
      </w:pPr>
      <w:r>
        <w:t>باقی یہ اللہ تعالی کا فیصلہ تھا کہ ایک تو ایک کہ وہ خود ہی بس خود ہی ارڈر دیتا رہے ایک ایک اس نے ایک ایک سسٹم بنایا تو یہ تو میں سمجھتا ہوں کہ اللہ تعالی کا طریقہ ہے بہت ہی میں سمجھتا ہوں کہ بہت ہی اعلی طریقہ ہے</w:t>
      </w:r>
    </w:p>
    <w:p>
      <w:r>
        <w:rPr>
          <w:b/>
        </w:rPr>
        <w:t xml:space="preserve">[1:04:51] </w:t>
      </w:r>
      <w:r>
        <w:t>das question is from mr zubair from new delhi in saudi arabia a woman can not leave her home except with a mahram</w:t>
      </w:r>
    </w:p>
    <w:p>
      <w:pPr>
        <w:jc w:val="right"/>
      </w:pPr>
      <w:r>
        <w:t>دس کوئسچن از فرام مسٹر زبیر فرام نیو دہلی ان سعودی عربیہ ا وومن کین ناٹ لیو ہر ہوم ایکسیپٹ ودا محرم</w:t>
      </w:r>
    </w:p>
    <w:p>
      <w:r>
        <w:rPr>
          <w:b/>
        </w:rPr>
        <w:t xml:space="preserve">[1:05:02] </w:t>
      </w:r>
      <w:r>
        <w:t>secondly there women are found only in health care and education field are these based on islamic principles</w:t>
      </w:r>
    </w:p>
    <w:p>
      <w:pPr>
        <w:jc w:val="right"/>
      </w:pPr>
      <w:r>
        <w:t>سیکنڈلی دیر وومن ار فاؤنڈ اونلی ان ہیلتھ کیئر اینڈ ایجوکیشن فیلڈ ار دیز بیسڈ ان اسلامک پرنسپلز</w:t>
      </w:r>
    </w:p>
    <w:p>
      <w:r>
        <w:rPr>
          <w:b/>
        </w:rPr>
        <w:t xml:space="preserve">[1:05:12] </w:t>
      </w:r>
      <w:r>
        <w:t>Maulana kindly kindly elaborate bhai mujhe baqayda un ka information nahi hai wahan ke bare mein</w:t>
      </w:r>
    </w:p>
    <w:p>
      <w:pPr>
        <w:jc w:val="right"/>
      </w:pPr>
      <w:r>
        <w:t>مولانا کائنڈلی کائنڈلی الیبریٹ بھائی مجھے باقاعدہ ان کا انفارمیشن نہیں ہے وہاں کے بارے میں</w:t>
      </w:r>
    </w:p>
    <w:p>
      <w:r>
        <w:rPr>
          <w:b/>
        </w:rPr>
        <w:t xml:space="preserve">[1:05:23] </w:t>
      </w:r>
      <w:r>
        <w:t>baqi islam ka usool yahi hai ke mahram ka matlab kya hai mein kahin jata hoon to mein kabhi akela nahi ja sakta koi bhi safar mein akela nahi kar pata hoon mujhe ek helper chahiye to har aurat ho ya mard is ko saathi chahiye magar saathi ke safar karne mein bohat problem aate hain bohat problem aate hain</w:t>
      </w:r>
    </w:p>
    <w:p>
      <w:pPr>
        <w:jc w:val="right"/>
      </w:pPr>
      <w:r>
        <w:t>باقی اسلام کا اصول یہی ہے کہ محرم کا مطلب کیا ہے میں کہیں جاتا ہوں تو میں کبھی اکیلا نہیں جا سکتا کوئی بھی سفر میں اکیلا نہیں کر پاتا میں مجھے ایک ہیلپر چاہیے تو ہر عورت ہو یا مرد اس کو ساتھی چاہیے مگر ساتھی کے سفر کرنے میں بہت پرابلم اتے ہیں بہت پرابلم اتے ہیں</w:t>
      </w:r>
    </w:p>
    <w:p>
      <w:r>
        <w:rPr>
          <w:b/>
        </w:rPr>
        <w:t xml:space="preserve">[1:05:53] </w:t>
      </w:r>
      <w:r>
        <w:t>bohat problem aate hain to mein to samajhta hoon ke is ko is context mein dekhiye aap ke safar mein hamesha ek hamein helper chahiye ek saathi chahiye is context mein dekhiye aap yeh sawal kar ke mat dekhiye</w:t>
      </w:r>
    </w:p>
    <w:p>
      <w:pPr>
        <w:jc w:val="right"/>
      </w:pPr>
      <w:r>
        <w:t>بہت پرابلم اتے ہیں تو میں تو سمجھتا ہوں کہ اس کو اس کنٹیکسٹ میں دیکھیے اپ کہ سفر میں ہمیشہ ایک ہمیں ہیلپر چاہیے ایک ساتھی چاہیے اس کنٹیکسٹ میں دیکھیے اپ یہ سوال کر کے مت دیکھیے</w:t>
      </w:r>
    </w:p>
    <w:p>
      <w:r>
        <w:rPr>
          <w:b/>
        </w:rPr>
        <w:t xml:space="preserve">[1:06:10] </w:t>
      </w:r>
      <w:r>
        <w:t>mein jab bhi kahin se mere se invitation aata hai to mein kehta hoon bhai mein akela nahi aa sakta aap ko kai aadmi ka arrangement karna parega mere sath to yeh to ek ek bilkul arrangement ki baat hai aurat ko bhi aisa arrangement chahiye mard ko bhi aisa arrangement chahiye is mein to koi harj nahi hai mere khayal se</w:t>
      </w:r>
    </w:p>
    <w:p>
      <w:pPr>
        <w:jc w:val="right"/>
      </w:pPr>
      <w:r>
        <w:t>میں جب بھی کہیں سے میرے سے انویٹیشن اتا ہے تو میں کہتا ہوں بھئی میں اکیلا نہیں ا سکتا اپ کو کئی ادمی کا ارینجمنٹ کرنا پڑے گا میرے ساتھ تو یہ تو ایک ایک بالکل ارینجمنٹ کی بات ہے عورت کو بھی ایسا ارینجمنٹ چاہیے مرد کو بھی ایسا ارینجمنٹ چاہیے اس میں تو کوئی حرج نہیں ہے میرے خیال سے</w:t>
      </w:r>
    </w:p>
    <w:p>
      <w:r>
        <w:rPr>
          <w:b/>
        </w:rPr>
        <w:t xml:space="preserve">[1:06:33] </w:t>
      </w:r>
      <w:r>
        <w:t>baqi jo yani kis field mein jayen auratain kaam karne ke liye to main samajhta hoon ke woh</w:t>
      </w:r>
    </w:p>
    <w:p>
      <w:pPr>
        <w:jc w:val="right"/>
      </w:pPr>
      <w:r>
        <w:t>باقی جو یعنی کس فیلڈ میں جائیں عورتیں کام کرنے کے لیے تو میں سمجھتا ہوں کہ وہ</w:t>
      </w:r>
    </w:p>
    <w:p>
      <w:r>
        <w:rPr>
          <w:b/>
        </w:rPr>
        <w:t xml:space="preserve">[1:06:41] </w:t>
      </w:r>
      <w:r>
        <w:t>expertize par hai kis ke liye un ke andar</w:t>
      </w:r>
    </w:p>
    <w:p>
      <w:pPr>
        <w:jc w:val="right"/>
      </w:pPr>
      <w:r>
        <w:t>ایکسپرٹیز پر ہے کس کے لیے ان کے اندر</w:t>
      </w:r>
    </w:p>
    <w:p>
      <w:r>
        <w:rPr>
          <w:b/>
        </w:rPr>
        <w:t xml:space="preserve">[1:06:45] </w:t>
      </w:r>
      <w:r>
        <w:t>yani unhon ne un ki education kya hai kis baat ki training li unhon ne is baat pe</w:t>
      </w:r>
    </w:p>
    <w:p>
      <w:pPr>
        <w:jc w:val="right"/>
      </w:pPr>
      <w:r>
        <w:t>یعنی انہوں نے ان کی ایجوکیشن کیا ہے کس بات کی ٹریننگ لی انہوں نے اس بات پہ</w:t>
      </w:r>
    </w:p>
    <w:p>
      <w:r>
        <w:rPr>
          <w:b/>
        </w:rPr>
        <w:t xml:space="preserve">[1:06:50] </w:t>
      </w:r>
      <w:r>
        <w:t>depend karta hai</w:t>
      </w:r>
    </w:p>
    <w:p>
      <w:pPr>
        <w:jc w:val="right"/>
      </w:pPr>
      <w:r>
        <w:t>ڈیپینڈ کرتا ہے</w:t>
      </w:r>
    </w:p>
    <w:p>
      <w:r>
        <w:rPr>
          <w:b/>
        </w:rPr>
        <w:t xml:space="preserve">[1:06:53] </w:t>
      </w:r>
      <w:r>
        <w:t>yeh nahi ke baghair training ke to mard bhi nahi ghus sakte har jagah</w:t>
      </w:r>
    </w:p>
    <w:p>
      <w:pPr>
        <w:jc w:val="right"/>
      </w:pPr>
      <w:r>
        <w:t>یہ نہیں کہ بغیر ٹریننگ کے تو مرد بھی نہیں گھس سکتے ہر جگہ</w:t>
      </w:r>
    </w:p>
    <w:p>
      <w:r>
        <w:rPr>
          <w:b/>
        </w:rPr>
        <w:t xml:space="preserve">[1:06:59] </w:t>
      </w:r>
      <w:r>
        <w:t>baghair expertize ke mard bhi har jagah ja kar ke un ko kaam nahi mil jayega to</w:t>
      </w:r>
    </w:p>
    <w:p>
      <w:pPr>
        <w:jc w:val="right"/>
      </w:pPr>
      <w:r>
        <w:t>بغیر ایکسپرٹیز کے مرد بھی ہر جگہ جا کر کے ان کو کام نہیں مل جائے گا تو</w:t>
      </w:r>
    </w:p>
    <w:p>
      <w:r>
        <w:rPr>
          <w:b/>
        </w:rPr>
        <w:t xml:space="preserve">[1:07:04] </w:t>
      </w:r>
      <w:r>
        <w:t>yeh sab practical issues hain practical issues is ko aap theatrical issue mat banaiye</w:t>
      </w:r>
    </w:p>
    <w:p>
      <w:pPr>
        <w:jc w:val="right"/>
      </w:pPr>
      <w:r>
        <w:t>یہ سب پریکٹیکل ایشوز ہیں پریکٹیکل ایشوز اس کو اپ تھیٹریکل ایشو مت بنائیے</w:t>
      </w:r>
    </w:p>
    <w:p>
      <w:r>
        <w:rPr>
          <w:b/>
        </w:rPr>
        <w:t xml:space="preserve">[1:07:11] </w:t>
      </w:r>
      <w:r>
        <w:t>aur mardon ke liye bhi wahi hai auraton ke liye bhi wahi hai</w:t>
      </w:r>
    </w:p>
    <w:p>
      <w:pPr>
        <w:jc w:val="right"/>
      </w:pPr>
      <w:r>
        <w:t>اور مردوں کے لیے بھی وہی ہے عورتوں کے لیے بھی وہی ہے</w:t>
      </w:r>
    </w:p>
    <w:p>
      <w:r>
        <w:rPr>
          <w:b/>
        </w:rPr>
        <w:t xml:space="preserve">[1:07:20] </w:t>
      </w:r>
      <w:r>
        <w:t>das question is from mr muhammad tuqeer alam from muzaffarpur what is kashf and what is the difference between kashf and kashf quboor</w:t>
      </w:r>
    </w:p>
    <w:p>
      <w:pPr>
        <w:jc w:val="right"/>
      </w:pPr>
      <w:r>
        <w:t>دس کوئسچن از فرام مسٹر محمد توقیر عالم فرام مظفرپور واٹ از کشف اینڈ واٹ از دا ڈیفرنس بٹوین کشف اینڈ کشف قبور</w:t>
      </w:r>
    </w:p>
    <w:p>
      <w:r>
        <w:rPr>
          <w:b/>
        </w:rPr>
        <w:t xml:space="preserve">[1:07:37] </w:t>
      </w:r>
      <w:r>
        <w:t>yeh sahib bilkul waham waham hai koi kashf waghera kisi ko nahi hota</w:t>
      </w:r>
    </w:p>
    <w:p>
      <w:pPr>
        <w:jc w:val="right"/>
      </w:pPr>
      <w:r>
        <w:t>یہ صاحب بالکل وہم وہم ہے کوئی کشف وغیرہ کسی کو نہیں ہوتا</w:t>
      </w:r>
    </w:p>
    <w:p>
      <w:r>
        <w:rPr>
          <w:b/>
        </w:rPr>
        <w:t xml:space="preserve">[1:07:43] </w:t>
      </w:r>
      <w:r>
        <w:t>buzurgon ke bare mein mana jata hai woh sahib kashf thay yani un par ghayb ki baatein khul</w:t>
      </w:r>
    </w:p>
    <w:p>
      <w:pPr>
        <w:jc w:val="right"/>
      </w:pPr>
      <w:r>
        <w:t>بزرگوں کے بارے میں مانا جاتا ہے وہ صاحب کشف تھے یعنی ان پر غیب کی باتیں کھل</w:t>
      </w:r>
    </w:p>
    <w:p>
      <w:r>
        <w:rPr>
          <w:b/>
        </w:rPr>
        <w:t xml:space="preserve">[1:07:48] </w:t>
      </w:r>
      <w:r>
        <w:t>jati theen main is ko bilkul baseless samajhta hoon bilkul waham aur superstition samajhta hoon superstition is ka</w:t>
      </w:r>
    </w:p>
    <w:p>
      <w:pPr>
        <w:jc w:val="right"/>
      </w:pPr>
      <w:r>
        <w:t>جاتی تھیں میں اس کو بالکل بیسلیس سمجھتا ہوں بالکل وہم اور سپریسیشن سمجھتا ہوں سپریسیشن اس کا</w:t>
      </w:r>
    </w:p>
    <w:p>
      <w:r>
        <w:rPr>
          <w:b/>
        </w:rPr>
        <w:t xml:space="preserve">[1:07:55] </w:t>
      </w:r>
      <w:r>
        <w:t>Islam se koi talluq nahi hai</w:t>
      </w:r>
    </w:p>
    <w:p>
      <w:pPr>
        <w:jc w:val="right"/>
      </w:pPr>
      <w:r>
        <w:t>اسلام سے کوئی تعلق نہیں ہے</w:t>
      </w:r>
    </w:p>
    <w:p>
      <w:r>
        <w:rPr>
          <w:b/>
        </w:rPr>
        <w:t xml:space="preserve">[1:07:58] </w:t>
      </w:r>
      <w:r>
        <w:t>kisi ko koi kashf nahi hota</w:t>
      </w:r>
    </w:p>
    <w:p>
      <w:pPr>
        <w:jc w:val="right"/>
      </w:pPr>
      <w:r>
        <w:t>کسی کو کوئی کشف نہیں ہوتا</w:t>
      </w:r>
    </w:p>
    <w:p>
      <w:r>
        <w:rPr>
          <w:b/>
        </w:rPr>
        <w:t xml:space="preserve">[1:08:02] </w:t>
      </w:r>
      <w:r>
        <w:t>kashf ke lafzi maani hote hain khulna yeh parda hata diya jaye khol diya jaye to is yeh</w:t>
      </w:r>
    </w:p>
    <w:p>
      <w:pPr>
        <w:jc w:val="right"/>
      </w:pPr>
      <w:r>
        <w:t>کشف کے لفظی معنی ہوتے ہیں کھلنا یہ پردہ ہٹا دیا جائے کھول دیا جائے تو اس یہ</w:t>
      </w:r>
    </w:p>
    <w:p>
      <w:r>
        <w:rPr>
          <w:b/>
        </w:rPr>
        <w:t xml:space="preserve">[1:08:08] </w:t>
      </w:r>
      <w:r>
        <w:t>mana jata hai ke woh un par kashf hota tha yani jo un seen world hai unhein dikhai</w:t>
      </w:r>
    </w:p>
    <w:p>
      <w:pPr>
        <w:jc w:val="right"/>
      </w:pPr>
      <w:r>
        <w:t>مانا جاتا ہے کہ وہ ان پر کشف ہوتا تھا یعنی جو ان سین ورلڈ ہے انہیں دکھائی</w:t>
      </w:r>
    </w:p>
    <w:p>
      <w:r>
        <w:rPr>
          <w:b/>
        </w:rPr>
        <w:t xml:space="preserve">[1:08:13] </w:t>
      </w:r>
      <w:r>
        <w:t>de deta tha bilkul bilkul absart baatein hain yeh sab koi is ki haqeeqat nahi hai beshak yeh</w:t>
      </w:r>
    </w:p>
    <w:p>
      <w:pPr>
        <w:jc w:val="right"/>
      </w:pPr>
      <w:r>
        <w:t>دے دیتا تھا بالکل بالکل ایبسرٹ باتیں ہیں یہ سب کوئی اس کی حقیقت نہیں ہے بلاشبہ یہ</w:t>
      </w:r>
    </w:p>
    <w:p>
      <w:r>
        <w:rPr>
          <w:b/>
        </w:rPr>
        <w:t xml:space="preserve">[1:08:19] </w:t>
      </w:r>
      <w:r>
        <w:t>supresation hai supresation</w:t>
      </w:r>
    </w:p>
    <w:p>
      <w:pPr>
        <w:jc w:val="right"/>
      </w:pPr>
      <w:r>
        <w:t>سپریسیشن ہے سپریسیشن</w:t>
      </w:r>
    </w:p>
    <w:p>
      <w:r>
        <w:rPr>
          <w:b/>
        </w:rPr>
        <w:t xml:space="preserve">[1:08:22] </w:t>
      </w:r>
      <w:r>
        <w:t>ko kehte hain toham parasti</w:t>
      </w:r>
    </w:p>
    <w:p>
      <w:pPr>
        <w:jc w:val="right"/>
      </w:pPr>
      <w:r>
        <w:t>کو کہتے ہیں توہم پرستی</w:t>
      </w:r>
    </w:p>
    <w:p>
      <w:r>
        <w:rPr>
          <w:b/>
        </w:rPr>
        <w:t xml:space="preserve">[1:08:25] </w:t>
      </w:r>
      <w:r>
        <w:t>yeh doosri qomon se aya hai yeh tha bhi nahi arab mein yeh tha bhi nahi yeh yeh</w:t>
      </w:r>
    </w:p>
    <w:p>
      <w:pPr>
        <w:jc w:val="right"/>
      </w:pPr>
      <w:r>
        <w:t>یہ دوسری قوموں سے ایا ہے یہ تھا بھی نہیں عرب میں یہ تھا بھی نہیں یہ یہ</w:t>
      </w:r>
    </w:p>
    <w:p>
      <w:r>
        <w:rPr>
          <w:b/>
        </w:rPr>
        <w:t xml:space="preserve">[1:08:30] </w:t>
      </w:r>
      <w:r>
        <w:t>to india mein hai yeh sab</w:t>
      </w:r>
    </w:p>
    <w:p>
      <w:pPr>
        <w:jc w:val="right"/>
      </w:pPr>
      <w:r>
        <w:t>تو انڈیا میں ہے یہ سب</w:t>
      </w:r>
    </w:p>
    <w:p>
      <w:r>
        <w:rPr>
          <w:b/>
        </w:rPr>
        <w:t xml:space="preserve">[1:08:33] </w:t>
      </w:r>
      <w:r>
        <w:t>yeh sab mazahat hain yaad rakhiye</w:t>
      </w:r>
    </w:p>
    <w:p>
      <w:pPr>
        <w:jc w:val="right"/>
      </w:pPr>
      <w:r>
        <w:t>یہ سب مضاحات ہیں یاد رکھیے</w:t>
      </w:r>
    </w:p>
    <w:p>
      <w:r>
        <w:rPr>
          <w:b/>
        </w:rPr>
        <w:t xml:space="preserve">[1:08:36] </w:t>
      </w:r>
      <w:r>
        <w:t>doosri qomon se aya hai yeh islam mein arab mein jo yani sahaba ka daur tabeen ka daur</w:t>
      </w:r>
    </w:p>
    <w:p>
      <w:pPr>
        <w:jc w:val="right"/>
      </w:pPr>
      <w:r>
        <w:t>دوسری قوموں سے ایا ہے یہ اسلام میں عرب میں جو یعنی صحابہ کا دور تابعین کا دور</w:t>
      </w:r>
    </w:p>
    <w:p>
      <w:r>
        <w:rPr>
          <w:b/>
        </w:rPr>
        <w:t xml:space="preserve">[1:08:43] </w:t>
      </w:r>
      <w:r>
        <w:t>tabah tabeen ka daur koi wahan yeh sab kuch bhi nahi tha yeh sab yeh to yahi aap</w:t>
      </w:r>
    </w:p>
    <w:p>
      <w:pPr>
        <w:jc w:val="right"/>
      </w:pPr>
      <w:r>
        <w:t>تباہ تابعین کا دور کوئی وہاں یہ سب کچھ بھی نہیں تھا یہ سب یہ تو یہی اپ</w:t>
      </w:r>
    </w:p>
    <w:p>
      <w:r>
        <w:rPr>
          <w:b/>
        </w:rPr>
        <w:t xml:space="preserve">[1:08:47] </w:t>
      </w:r>
      <w:r>
        <w:t>sunte hain aap indian sub continent mein</w:t>
      </w:r>
    </w:p>
    <w:p>
      <w:pPr>
        <w:jc w:val="right"/>
      </w:pPr>
      <w:r>
        <w:t>سنتے ہیں اپ انڈین سب کانٹیننٹ میں</w:t>
      </w:r>
    </w:p>
    <w:p>
      <w:r>
        <w:rPr>
          <w:b/>
        </w:rPr>
        <w:t xml:space="preserve">[1:08:53] </w:t>
      </w:r>
      <w:r>
        <w:t>to yeh sab to mazahamat hain</w:t>
      </w:r>
    </w:p>
    <w:p>
      <w:pPr>
        <w:jc w:val="right"/>
      </w:pPr>
      <w:r>
        <w:t>تو یہ سب تو مضاحات ہیں</w:t>
      </w:r>
    </w:p>
    <w:p>
      <w:r>
        <w:rPr>
          <w:b/>
        </w:rPr>
        <w:t xml:space="preserve">[1:09:00] </w:t>
      </w:r>
      <w:r>
        <w:t>das question is from mr muhammad asif riyaz from patna molana what do you think about live in relationships</w:t>
      </w:r>
    </w:p>
    <w:p>
      <w:pPr>
        <w:jc w:val="right"/>
      </w:pPr>
      <w:r>
        <w:t>دس کوئسچن از فرام مسٹر محمد اصف ریاض فرام پٹنہ مولانا واٹ ڈو یو تھنک اباؤٹ لیو ان ریلیشن شپس</w:t>
      </w:r>
    </w:p>
    <w:p>
      <w:r>
        <w:rPr>
          <w:b/>
        </w:rPr>
        <w:t xml:space="preserve">[1:09:11] </w:t>
      </w:r>
      <w:r>
        <w:t>is it haram or halaal they say that if you could stay at office together why can you not live t</w:t>
      </w:r>
    </w:p>
    <w:p>
      <w:pPr>
        <w:jc w:val="right"/>
      </w:pPr>
      <w:r>
        <w:t>از اٹ حرام اور حلال دے سے دیٹ اف یو کڈ سٹے ایٹ افس ٹوگیدر وائی کین یو ناٹ لیو ٹ</w:t>
      </w:r>
    </w:p>
    <w:p>
      <w:r>
        <w:rPr>
          <w:b/>
        </w:rPr>
        <w:t xml:space="preserve">[1:09:20] </w:t>
      </w:r>
      <w:r>
        <w:t>wogider nahi nahi bilkul haram hai yeh yeh yeh misaal jhooti misaal hai</w:t>
      </w:r>
    </w:p>
    <w:p>
      <w:pPr>
        <w:jc w:val="right"/>
      </w:pPr>
      <w:r>
        <w:t>وگیدر نہیں نہیں بالکل حرام ہے یہ یہ یہ مثال جھوٹی مثال ہے</w:t>
      </w:r>
    </w:p>
    <w:p>
      <w:r>
        <w:rPr>
          <w:b/>
        </w:rPr>
        <w:t xml:space="preserve">[1:09:26] </w:t>
      </w:r>
      <w:r>
        <w:t>yeh bilkul galat hai woh haram hai is mein koi is ka haram hone mein koi shaq nahi</w:t>
      </w:r>
    </w:p>
    <w:p>
      <w:pPr>
        <w:jc w:val="right"/>
      </w:pPr>
      <w:r>
        <w:t>یہ بالکل غلط ہے وہ حرام ہے اس میں کوئی اس کا حرام ہونے میں کوئی شک نہیں</w:t>
      </w:r>
    </w:p>
    <w:p>
      <w:r>
        <w:rPr>
          <w:b/>
        </w:rPr>
        <w:t xml:space="preserve">[1:09:30] </w:t>
      </w:r>
      <w:r>
        <w:t>hai is ka haram hone mein koi shaq nahi hai yeh haram ka pagal pan hai maine</w:t>
      </w:r>
    </w:p>
    <w:p>
      <w:pPr>
        <w:jc w:val="right"/>
      </w:pPr>
      <w:r>
        <w:t>ہے اس کا حرام ہونے میں کوئی شک نہیں ہے یہ حرام کا پاگل پن ہے میں نے</w:t>
      </w:r>
    </w:p>
    <w:p>
      <w:r>
        <w:rPr>
          <w:b/>
        </w:rPr>
        <w:t xml:space="preserve">[1:09:34] </w:t>
      </w:r>
      <w:r>
        <w:t>dekha haram to chota lafz hai diwangi hai pagal pan hai badness hai yeh nature ka jo tareeqa</w:t>
      </w:r>
    </w:p>
    <w:p>
      <w:pPr>
        <w:jc w:val="right"/>
      </w:pPr>
      <w:r>
        <w:t>دیکھا حرام تو چھوٹا لفظ ہے دیوانگی ہے پاگل پن ہے بیڈنس ہے یہ نیچر کا جو طریقہ</w:t>
      </w:r>
    </w:p>
    <w:p>
      <w:r>
        <w:rPr>
          <w:b/>
        </w:rPr>
        <w:t xml:space="preserve">[1:09:42] </w:t>
      </w:r>
      <w:r>
        <w:t>hai is ko apnaiye aap yani married life</w:t>
      </w:r>
    </w:p>
    <w:p>
      <w:pPr>
        <w:jc w:val="right"/>
      </w:pPr>
      <w:r>
        <w:t>ہے اس کو اپنائیے اپ یعنی میرڈ لائف</w:t>
      </w:r>
    </w:p>
    <w:p>
      <w:r>
        <w:rPr>
          <w:b/>
        </w:rPr>
        <w:t xml:space="preserve">[1:09:47] </w:t>
      </w:r>
      <w:r>
        <w:t>woh nature ka aap nature se jab hatenge to siwaye tabahi ka aur kuch bhi nahi aap</w:t>
      </w:r>
    </w:p>
    <w:p>
      <w:pPr>
        <w:jc w:val="right"/>
      </w:pPr>
      <w:r>
        <w:t>وہ نیچر کا اپ نیچر سے جب ہٹیں گے تو سوائے تباہی کا اور کچھ بھی نہیں اپ</w:t>
      </w:r>
    </w:p>
    <w:p>
      <w:r>
        <w:rPr>
          <w:b/>
        </w:rPr>
        <w:t xml:space="preserve">[1:09:54] </w:t>
      </w:r>
      <w:r>
        <w:t>result dekhiye result dekhiye</w:t>
      </w:r>
    </w:p>
    <w:p>
      <w:pPr>
        <w:jc w:val="right"/>
      </w:pPr>
      <w:r>
        <w:t>رزلٹ دیکھیے رزلٹ دیکھیے</w:t>
      </w:r>
    </w:p>
    <w:p>
      <w:r>
        <w:rPr>
          <w:b/>
        </w:rPr>
        <w:t xml:space="preserve">[1:09:59] </w:t>
      </w:r>
      <w:r>
        <w:t>behral mein is ko haram samajhta hoon pagal pan samajhta hoon deewangi samajhta hoon unnatural samajhta hoon is mein koi shaq nahi hai</w:t>
      </w:r>
    </w:p>
    <w:p>
      <w:pPr>
        <w:jc w:val="right"/>
      </w:pPr>
      <w:r>
        <w:t>بہرحال میں اس کو حرام سمجھتا ہوں پاگل پن سمجھتا ہوں دیوانگی سمجھتا ہوں ان نیچرل سمجھتا ہوں اس میں کوئی شک نہیں ہے</w:t>
      </w:r>
    </w:p>
    <w:p>
      <w:r>
        <w:rPr>
          <w:b/>
        </w:rPr>
        <w:t xml:space="preserve">[1:10:10] </w:t>
      </w:r>
      <w:r>
        <w:t>das question is from mr qazi muhammad miyan from delhi molana what is the difference between hijab and satr</w:t>
      </w:r>
    </w:p>
    <w:p>
      <w:pPr>
        <w:jc w:val="right"/>
      </w:pPr>
      <w:r>
        <w:t>دس کوئسچن از فرام مسٹر قاضی محمد میاں فرام دہلی مولانا واٹ از دا ڈیفرنس بٹوین حجاب اینڈ ستر</w:t>
      </w:r>
    </w:p>
    <w:p>
      <w:r>
        <w:rPr>
          <w:b/>
        </w:rPr>
        <w:t xml:space="preserve">[1:10:22] </w:t>
      </w:r>
      <w:r>
        <w:t>what is limitation of hijab in home and out of home is ke baray mein aap hamari kitab</w:t>
      </w:r>
    </w:p>
    <w:p>
      <w:pPr>
        <w:jc w:val="right"/>
      </w:pPr>
      <w:r>
        <w:t>واٹ از لیمیٹیشن اف حجاب ان ہوم اینڈ اؤٹ اف ہوم اس کے بارے میں اپ ہماری کتاب</w:t>
      </w:r>
    </w:p>
    <w:p>
      <w:r>
        <w:rPr>
          <w:b/>
        </w:rPr>
        <w:t xml:space="preserve">[1:10:28] </w:t>
      </w:r>
      <w:r>
        <w:t>parh lijiye khatoon islam is mein tafseel maujood hai hawalon ke sath</w:t>
      </w:r>
    </w:p>
    <w:p>
      <w:pPr>
        <w:jc w:val="right"/>
      </w:pPr>
      <w:r>
        <w:t>پڑھ لیجئے خاتون اسلام اس میں تفصیل موجود ہے حوالوں کے ساتھ</w:t>
      </w:r>
    </w:p>
    <w:p>
      <w:r>
        <w:rPr>
          <w:b/>
        </w:rPr>
        <w:t xml:space="preserve">[1:10:35] </w:t>
      </w:r>
      <w:r>
        <w:t>pehle is ko parhiye phir sawal kijiye</w:t>
      </w:r>
    </w:p>
    <w:p>
      <w:pPr>
        <w:jc w:val="right"/>
      </w:pPr>
      <w:r>
        <w:t>پہلے اس کو پڑھیے پھر سوال کیجئے</w:t>
      </w:r>
    </w:p>
    <w:p>
      <w:r>
        <w:rPr>
          <w:b/>
        </w:rPr>
        <w:t xml:space="preserve">[1:10:39] </w:t>
      </w:r>
      <w:r>
        <w:t>das question is from mr nafees shiraz from delhi</w:t>
      </w:r>
    </w:p>
    <w:p>
      <w:pPr>
        <w:jc w:val="right"/>
      </w:pPr>
      <w:r>
        <w:t>دس کوئسچن از فرام مسٹر نفیس شیراز فرام دہلی</w:t>
      </w:r>
    </w:p>
    <w:p>
      <w:r>
        <w:rPr>
          <w:b/>
        </w:rPr>
        <w:t xml:space="preserve">[1:10:44] </w:t>
      </w:r>
      <w:r>
        <w:t>mere paros mein rehne wali ek shadi shuda khatoon ne apni problem aapke samaksh rakhne ko kaha hai unka</w:t>
      </w:r>
    </w:p>
    <w:p>
      <w:pPr>
        <w:jc w:val="right"/>
      </w:pPr>
      <w:r>
        <w:t>میرے پڑوس میں رہنے والی ایک विवाहित महिला ने अपनी प्रॉब्लम आपके समक्ष रखने को कहा है उनका</w:t>
      </w:r>
    </w:p>
    <w:p>
      <w:r>
        <w:rPr>
          <w:b/>
        </w:rPr>
        <w:t xml:space="preserve">[1:10:53] </w:t>
      </w:r>
      <w:r>
        <w:t>kehna hai mere shohar na to haq ada karte hain aur na hi mujh par tawajjoh dete hain</w:t>
      </w:r>
    </w:p>
    <w:p>
      <w:pPr>
        <w:jc w:val="right"/>
      </w:pPr>
      <w:r>
        <w:t>कहना है मेरे पति ना तो हक अदा करते हैं और ना ही मुझ पर तवज्जो देते हैं</w:t>
      </w:r>
    </w:p>
    <w:p>
      <w:r>
        <w:rPr>
          <w:b/>
        </w:rPr>
        <w:t xml:space="preserve">[1:11:01] </w:t>
      </w:r>
      <w:r>
        <w:t>kya kiya jaye</w:t>
      </w:r>
    </w:p>
    <w:p>
      <w:pPr>
        <w:jc w:val="right"/>
      </w:pPr>
      <w:r>
        <w:t>क्या किया जाए</w:t>
      </w:r>
    </w:p>
    <w:p>
      <w:r>
        <w:rPr>
          <w:b/>
        </w:rPr>
        <w:t xml:space="preserve">[1:11:07] </w:t>
      </w:r>
      <w:r>
        <w:t>is tarah ke mamle mein dekhiye</w:t>
      </w:r>
    </w:p>
    <w:p>
      <w:pPr>
        <w:jc w:val="right"/>
      </w:pPr>
      <w:r>
        <w:t>اس طرح کے معاملے میں دیکھیے</w:t>
      </w:r>
    </w:p>
    <w:p>
      <w:r>
        <w:rPr>
          <w:b/>
        </w:rPr>
        <w:t xml:space="preserve">[1:11:10] </w:t>
      </w:r>
      <w:r>
        <w:t>ek do party hai ek husband ek wife kisi ek ki report par kuch rai nahi bana sakte</w:t>
      </w:r>
    </w:p>
    <w:p>
      <w:pPr>
        <w:jc w:val="right"/>
      </w:pPr>
      <w:r>
        <w:t>ایک دو پارٹی ہے ایک ہسبینڈ ایک وائف کسی ایک کی رپورٹ پر کچھ رائے نہیں بنا سکتے</w:t>
      </w:r>
    </w:p>
    <w:p>
      <w:r>
        <w:rPr>
          <w:b/>
        </w:rPr>
        <w:t xml:space="preserve">[1:11:17] </w:t>
      </w:r>
      <w:r>
        <w:t>ap ho sakta hai ke jo complaint kare jo jo khatoon inhi ki ghalti ho inhi ghalti se</w:t>
      </w:r>
    </w:p>
    <w:p>
      <w:pPr>
        <w:jc w:val="right"/>
      </w:pPr>
      <w:r>
        <w:t>اپ ہو سکتا ہے کہ جو کمپلینٹ کرے جو جو خاتون انہی کی غلطی ہو انہی غلطی سے</w:t>
      </w:r>
    </w:p>
    <w:p>
      <w:r>
        <w:rPr>
          <w:b/>
        </w:rPr>
        <w:t xml:space="preserve">[1:11:26] </w:t>
      </w:r>
      <w:r>
        <w:t>wo bechara jo hai aisa ho gaya ho to ap apni jo kiya wo nahi bataengi</w:t>
      </w:r>
    </w:p>
    <w:p>
      <w:pPr>
        <w:jc w:val="right"/>
      </w:pPr>
      <w:r>
        <w:t>وہ بیچارہ جو ہے ایسا ہو گیا ہو تو اپ اپنی جو کیا وہ نہیں بتائیں گی</w:t>
      </w:r>
    </w:p>
    <w:p>
      <w:r>
        <w:rPr>
          <w:b/>
        </w:rPr>
        <w:t xml:space="preserve">[1:11:33] </w:t>
      </w:r>
      <w:r>
        <w:t>apna jo kiya wo nahi bataengi aur jo jo jo us ne kiya us ko bataengi</w:t>
      </w:r>
    </w:p>
    <w:p>
      <w:pPr>
        <w:jc w:val="right"/>
      </w:pPr>
      <w:r>
        <w:t>اپنا جو کیا وہ نہیں بتائیں گی اور جو جو جو اس نے کیا اس کو بتائیں گی</w:t>
      </w:r>
    </w:p>
    <w:p>
      <w:r>
        <w:rPr>
          <w:b/>
        </w:rPr>
        <w:t xml:space="preserve">[1:11:40] </w:t>
      </w:r>
      <w:r>
        <w:t>mere paas bohat telephone aate rehte hain auraton ke mardon ke bhi aksar yahi karte hain log</w:t>
      </w:r>
    </w:p>
    <w:p>
      <w:pPr>
        <w:jc w:val="right"/>
      </w:pPr>
      <w:r>
        <w:t>میرے پاس بہت ٹیلی فون اتے رہتے ہیں عورتوں کے مردوں کے بھی اکثر یہی کرتے ہیں لوگ</w:t>
      </w:r>
    </w:p>
    <w:p>
      <w:r>
        <w:rPr>
          <w:b/>
        </w:rPr>
        <w:t xml:space="preserve">[1:11:45] </w:t>
      </w:r>
      <w:r>
        <w:t>ke apna apne hisse ka jo hai us ko nahi bataenge wo doosre ke hisse ko bata</w:t>
      </w:r>
    </w:p>
    <w:p>
      <w:pPr>
        <w:jc w:val="right"/>
      </w:pPr>
      <w:r>
        <w:t>کہ اپنا اپنے حصے کا جو ہے اس کو نہیں بتائیں گے وہ دوسرے کے حصے کو بتائیں</w:t>
      </w:r>
    </w:p>
    <w:p>
      <w:r>
        <w:rPr>
          <w:b/>
        </w:rPr>
        <w:t xml:space="preserve">[1:11:51] </w:t>
      </w:r>
      <w:r>
        <w:t>ge wo to</w:t>
      </w:r>
    </w:p>
    <w:p>
      <w:pPr>
        <w:jc w:val="right"/>
      </w:pPr>
      <w:r>
        <w:t>گے وہ تو</w:t>
      </w:r>
    </w:p>
    <w:p>
      <w:r>
        <w:rPr>
          <w:b/>
        </w:rPr>
        <w:t xml:space="preserve">[1:11:54] </w:t>
      </w:r>
      <w:r>
        <w:t>ye ye is report mein ap kuch rai nahi de sakte in ke in ka husband ki baat</w:t>
      </w:r>
    </w:p>
    <w:p>
      <w:pPr>
        <w:jc w:val="right"/>
      </w:pPr>
      <w:r>
        <w:t>یہ یہ اس رپورٹ میں اپ کچھ رائے نہیں دے سکتے ان کے ان کا ہسبینڈ کی بات</w:t>
      </w:r>
    </w:p>
    <w:p>
      <w:r>
        <w:rPr>
          <w:b/>
        </w:rPr>
        <w:t xml:space="preserve">[1:11:58] </w:t>
      </w:r>
      <w:r>
        <w:t>suni jaye wo husband kya kehta hai</w:t>
      </w:r>
    </w:p>
    <w:p>
      <w:pPr>
        <w:jc w:val="right"/>
      </w:pPr>
      <w:r>
        <w:t>سنی جائے وہ ہسبینڈ کیا کہتا ہے</w:t>
      </w:r>
    </w:p>
    <w:p>
      <w:r>
        <w:rPr>
          <w:b/>
        </w:rPr>
        <w:t xml:space="preserve">[1:12:03] </w:t>
      </w:r>
      <w:r>
        <w:t>jab tak ye na maloom ho ke husband kya kehta hai koi rai nahi de sakte kuch bhi</w:t>
      </w:r>
    </w:p>
    <w:p>
      <w:pPr>
        <w:jc w:val="right"/>
      </w:pPr>
      <w:r>
        <w:t>جب تک یہ نہ معلوم ہو کہ ہسبینڈ کیا کہتا ہے کوئی رائے نہیں دے سکتے کچھ بھی</w:t>
      </w:r>
    </w:p>
    <w:p>
      <w:r>
        <w:rPr>
          <w:b/>
        </w:rPr>
        <w:t xml:space="preserve">[1:12:08] </w:t>
      </w:r>
      <w:r>
        <w:t>nahi de sakte</w:t>
      </w:r>
    </w:p>
    <w:p>
      <w:pPr>
        <w:jc w:val="right"/>
      </w:pPr>
      <w:r>
        <w:t>نہیں دے سکتے</w:t>
      </w:r>
    </w:p>
    <w:p>
      <w:r>
        <w:rPr>
          <w:b/>
        </w:rPr>
        <w:t xml:space="preserve">[1:12:10] </w:t>
      </w:r>
      <w:r>
        <w:t>main samajhta hoon ke ye jo hai case mere tajurbe ke mutabiq main kahunga ke ghalti inhi</w:t>
      </w:r>
    </w:p>
    <w:p>
      <w:pPr>
        <w:jc w:val="right"/>
      </w:pPr>
      <w:r>
        <w:t>میں سمجھتا ہوں کہ یہ جو ہے کیس میرے تجربے کے مطابق میں کہوں گا کہ غلطی انہی</w:t>
      </w:r>
    </w:p>
    <w:p>
      <w:r>
        <w:rPr>
          <w:b/>
        </w:rPr>
        <w:t xml:space="preserve">[1:12:15] </w:t>
      </w:r>
      <w:r>
        <w:t>khatoon ki hogi</w:t>
      </w:r>
    </w:p>
    <w:p>
      <w:pPr>
        <w:jc w:val="right"/>
      </w:pPr>
      <w:r>
        <w:t>خاتون کی ہوگی</w:t>
      </w:r>
    </w:p>
    <w:p>
      <w:r>
        <w:rPr>
          <w:b/>
        </w:rPr>
        <w:t xml:space="preserve">[1:12:18] </w:t>
      </w:r>
      <w:r>
        <w:t>yahi khatoon choti choti baton par ghussa hoti hongi choti choti baton par wo opposition karti hon</w:t>
      </w:r>
    </w:p>
    <w:p>
      <w:pPr>
        <w:jc w:val="right"/>
      </w:pPr>
      <w:r>
        <w:t>یہی خاتون چھوٹی چھوٹی باتوں پر غصہ ہوتی ہوں گی چھوٹی چھوٹی باتوں پر وہ اپوزیشن کرتی ہوں</w:t>
      </w:r>
    </w:p>
    <w:p>
      <w:r>
        <w:rPr>
          <w:b/>
        </w:rPr>
        <w:t xml:space="preserve">[1:12:22] </w:t>
      </w:r>
      <w:r>
        <w:t>gi to bechara ghabra kar ke wo bhi kuch karta hoga to apna jo karti hai wo to</w:t>
      </w:r>
    </w:p>
    <w:p>
      <w:pPr>
        <w:jc w:val="right"/>
      </w:pPr>
      <w:r>
        <w:t>گی تو بیچارہ گھبرا کر کے وہ بھی کچھ کرتا ہوگا تو اپنا جو کرتی ہے وہ تو</w:t>
      </w:r>
    </w:p>
    <w:p>
      <w:r>
        <w:rPr>
          <w:b/>
        </w:rPr>
        <w:t xml:space="preserve">[1:12:29] </w:t>
      </w:r>
      <w:r>
        <w:t>nahi bataya unhon ne wo jo karta hai us ko bata rahi hain to main us ko sahi</w:t>
      </w:r>
    </w:p>
    <w:p>
      <w:pPr>
        <w:jc w:val="right"/>
      </w:pPr>
      <w:r>
        <w:t>نہیں بتایا انہوں نے وہ جو کرتا ہے اس کو بتا رہی ہیں تو میں اس کو صحیح</w:t>
      </w:r>
    </w:p>
    <w:p>
      <w:r>
        <w:rPr>
          <w:b/>
        </w:rPr>
        <w:t xml:space="preserve">[1:12:34] </w:t>
      </w:r>
      <w:r>
        <w:t>nahi samajhta aksar cases mein yahi hota hai</w:t>
      </w:r>
    </w:p>
    <w:p>
      <w:pPr>
        <w:jc w:val="right"/>
      </w:pPr>
      <w:r>
        <w:t>نہیں سمجھتا اکثر کیسز میں یہی ہوتا ہے</w:t>
      </w:r>
    </w:p>
    <w:p>
      <w:r>
        <w:rPr>
          <w:b/>
        </w:rPr>
        <w:t xml:space="preserve">[1:12:39] </w:t>
      </w:r>
      <w:r>
        <w:t>ke</w:t>
      </w:r>
    </w:p>
    <w:p>
      <w:pPr>
        <w:jc w:val="right"/>
      </w:pPr>
      <w:r>
        <w:t>کہ</w:t>
      </w:r>
    </w:p>
    <w:p>
      <w:r>
        <w:rPr>
          <w:b/>
        </w:rPr>
        <w:t xml:space="preserve">[1:12:39] </w:t>
      </w:r>
      <w:r>
        <w:t>woh inhein ghussa kara dete hain ab woh ghusse mein kuch karta hai to usi ko bayan karte hain aur khud jo ghussa karaya woh woh nahi batate yani maine ghussa karwaya to us ne yeh baat ki yeh nahi batayenge</w:t>
      </w:r>
    </w:p>
    <w:p>
      <w:pPr>
        <w:jc w:val="right"/>
      </w:pPr>
      <w:r>
        <w:t>وہ انہیں غصہ کرا دیتے ہیں اب وہ غصے میں کچھ کرتا ہے تو اسی کو بیان کرتے ہیں اور خود جو غصہ کرایا وہ وہ نہیں بتاتے یعنی میں نے غصہ کروایا تو اس نے یہ بات کی یہ نہیں بتائیں گے</w:t>
      </w:r>
    </w:p>
    <w:p>
      <w:r>
        <w:rPr>
          <w:b/>
        </w:rPr>
        <w:t xml:space="preserve">[1:12:56] </w:t>
      </w:r>
      <w:r>
        <w:t>misal kisi ne maar diya farz kijiye to ye nahi kahenge main ne ghussa karwaya to is</w:t>
      </w:r>
    </w:p>
    <w:p>
      <w:pPr>
        <w:jc w:val="right"/>
      </w:pPr>
      <w:r>
        <w:t>مثلا کسی نے مار دیا فرض کیجئے تو یہ نہیں کہیں گے میں نے غصہ کروایا تو اس</w:t>
      </w:r>
    </w:p>
    <w:p>
      <w:r>
        <w:rPr>
          <w:b/>
        </w:rPr>
        <w:t xml:space="preserve">[1:13:00] </w:t>
      </w:r>
      <w:r>
        <w:t>ne maar diya ye nahi kahenge bas ye kahenge mujhe maar diya to main ne nahi</w:t>
      </w:r>
    </w:p>
    <w:p>
      <w:pPr>
        <w:jc w:val="right"/>
      </w:pPr>
      <w:r>
        <w:t>نے مار دیا یہ نہیں کہیں گے بس یہ کہیں گے مجھے مار دیا تو میں نے نہیں</w:t>
      </w:r>
    </w:p>
    <w:p>
      <w:r>
        <w:rPr>
          <w:b/>
        </w:rPr>
        <w:t xml:space="preserve">[1:13:04] </w:t>
      </w:r>
      <w:r>
        <w:t>bataya ke ye das lady is an exception</w:t>
      </w:r>
    </w:p>
    <w:p>
      <w:pPr>
        <w:jc w:val="right"/>
      </w:pPr>
      <w:r>
        <w:t>بتایا کہ یہ دس لیڈی از این ایکسیپشن</w:t>
      </w:r>
    </w:p>
    <w:p>
      <w:r>
        <w:rPr>
          <w:b/>
        </w:rPr>
        <w:t xml:space="preserve">[1:13:09] </w:t>
      </w:r>
      <w:r>
        <w:t>to un ko ap mashwara dijiye ke sab se pehle introspection karen apni ghalti ko discover karen wo</w:t>
      </w:r>
    </w:p>
    <w:p>
      <w:pPr>
        <w:jc w:val="right"/>
      </w:pPr>
      <w:r>
        <w:t>تو ان کو اپ مشورہ دیجئے کہ سب سے پہلے انٹراسپیکشن کریں اپنی غلطی کو ڈسکور کریں وہ</w:t>
      </w:r>
    </w:p>
    <w:p>
      <w:r>
        <w:rPr>
          <w:b/>
        </w:rPr>
        <w:t xml:space="preserve">[1:13:16] </w:t>
      </w:r>
      <w:r>
        <w:t>kahin na kahin wo khud ghalti kar rahi hongi wo</w:t>
      </w:r>
    </w:p>
    <w:p>
      <w:pPr>
        <w:jc w:val="right"/>
      </w:pPr>
      <w:r>
        <w:t>کہیں نہ کہیں وہ خود غلطی کر رہی ہوں گی وہ</w:t>
      </w:r>
    </w:p>
    <w:p>
      <w:r>
        <w:rPr>
          <w:b/>
        </w:rPr>
        <w:t xml:space="preserve">[1:13:20] </w:t>
      </w:r>
      <w:r>
        <w:t>to first of all she must discover her own mistake</w:t>
      </w:r>
    </w:p>
    <w:p>
      <w:pPr>
        <w:jc w:val="right"/>
      </w:pPr>
      <w:r>
        <w:t>تو فرسٹ اف ال شی مسٹ ڈسکور ہر اون مسٹیک</w:t>
      </w:r>
    </w:p>
    <w:p>
      <w:r>
        <w:rPr>
          <w:b/>
        </w:rPr>
        <w:t xml:space="preserve">[1:13:26] </w:t>
      </w:r>
      <w:r>
        <w:t>apni ghalti apni ghalti is ke baad sab theek ho jaye ga</w:t>
      </w:r>
    </w:p>
    <w:p>
      <w:pPr>
        <w:jc w:val="right"/>
      </w:pPr>
      <w:r>
        <w:t>اپنی غلطی اپنی غلطی اس کے بعد سب ٹھیک ہو جائے گا</w:t>
      </w:r>
    </w:p>
    <w:p>
      <w:r>
        <w:rPr>
          <w:b/>
        </w:rPr>
        <w:t xml:space="preserve">[1:13:35] </w:t>
      </w:r>
      <w:r>
        <w:t>das question is from mr muhammad imran nadvi from delhi as you mention there are two methods to launch any movement</w:t>
      </w:r>
    </w:p>
    <w:p>
      <w:pPr>
        <w:jc w:val="right"/>
      </w:pPr>
      <w:r>
        <w:t>دس کوئسچن از فرام مسٹر محمد عمران ندوی فرام دہلی ایز یو مینشن دیر ار ٹو میتھڈز ٹو لانچ اینی موومنٹ</w:t>
      </w:r>
    </w:p>
    <w:p>
      <w:r>
        <w:rPr>
          <w:b/>
        </w:rPr>
        <w:t xml:space="preserve">[1:13:48] </w:t>
      </w:r>
      <w:r>
        <w:t>that is peaceful method and violent method according to you peaceful method is the best method or enemy is repeatedly using violence in such a case what is the guideline given in the quran in the light of this verse which says prepare strength to fight enemy</w:t>
      </w:r>
    </w:p>
    <w:p>
      <w:pPr>
        <w:jc w:val="right"/>
      </w:pPr>
      <w:r>
        <w:t>دیٹ از پیس فل میتھڈ اینڈ وائلنٹ میتھڈ اکارڈنگ ٹو یو پیس فل میتھڈ از دا بیسٹ میتھڈ اور اینمی از ریپیٹڈلی یوزنگ وائلنس ان سچ ا کیس واٹ از دا گائیڈ لائن گیون ان دی قران ان دی لائٹ اف دس ورس وچ سیز پریپیئر سٹرینتھ ٹو فائٹ اینمی</w:t>
      </w:r>
    </w:p>
    <w:p>
      <w:r>
        <w:rPr>
          <w:b/>
        </w:rPr>
        <w:t xml:space="preserve">[1:14:14] </w:t>
      </w:r>
      <w:r>
        <w:t>z nahi nahi galat reference dijiye</w:t>
      </w:r>
    </w:p>
    <w:p>
      <w:pPr>
        <w:jc w:val="right"/>
      </w:pPr>
      <w:r>
        <w:t>ز نہیں نہیں غلط ریفرنس دیجئے</w:t>
      </w:r>
    </w:p>
    <w:p>
      <w:r>
        <w:rPr>
          <w:b/>
        </w:rPr>
        <w:t xml:space="preserve">[1:14:19] </w:t>
      </w:r>
      <w:r>
        <w:t>waham badukum awwal bra yeh dekhna chahiye ke quran mein hai ke waham badukum awwal bra yani albadi azlam jisay shuru kiya woh zalim hai</w:t>
      </w:r>
    </w:p>
    <w:p>
      <w:pPr>
        <w:jc w:val="right"/>
      </w:pPr>
      <w:r>
        <w:t>وھم بدوکم اول برا یہ دیکھنا چاہیے کہ قران میں ہے کہ وھم بدوکم اول برا یعنی البادی اظلم جسے شروع کیا وہ ظالم ہے</w:t>
      </w:r>
    </w:p>
    <w:p>
      <w:r>
        <w:rPr>
          <w:b/>
        </w:rPr>
        <w:t xml:space="preserve">[1:14:33] </w:t>
      </w:r>
      <w:r>
        <w:t>ap dekhen ge to shuru karne wale ko hazf kar ke baad ki kahani batate hain log enemy</w:t>
      </w:r>
    </w:p>
    <w:p>
      <w:pPr>
        <w:jc w:val="right"/>
      </w:pPr>
      <w:r>
        <w:t>اپ دیکھیں گے تو شروع کرنے والے کو حذف کر کے بعد کی کہانی بتاتے ہیں لوگ اینمی</w:t>
      </w:r>
    </w:p>
    <w:p>
      <w:r>
        <w:rPr>
          <w:b/>
        </w:rPr>
        <w:t xml:space="preserve">[1:14:38] </w:t>
      </w:r>
      <w:r>
        <w:t>jo ap kar rahe hain enemy ne shuru nahi kiya hoga shuru kiya hoga unhon ne jo ap</w:t>
      </w:r>
    </w:p>
    <w:p>
      <w:pPr>
        <w:jc w:val="right"/>
      </w:pPr>
      <w:r>
        <w:t>جو اپ کر رہے ہیں اینمی نے شروع نہیں کیا ہوگا شروع کیا ہوگا انہوں نے جو اپ</w:t>
      </w:r>
    </w:p>
    <w:p>
      <w:r>
        <w:rPr>
          <w:b/>
        </w:rPr>
        <w:t xml:space="preserve">[1:14:42] </w:t>
      </w:r>
      <w:r>
        <w:t>ko nai bata rahe hain</w:t>
      </w:r>
    </w:p>
    <w:p>
      <w:pPr>
        <w:jc w:val="right"/>
      </w:pPr>
      <w:r>
        <w:t>کو نئی بتا رہے ہیں</w:t>
      </w:r>
    </w:p>
    <w:p>
      <w:r>
        <w:rPr>
          <w:b/>
        </w:rPr>
        <w:t xml:space="preserve">[1:14:45] </w:t>
      </w:r>
      <w:r>
        <w:t>mein bohat si jaghon par jo analysis kiya hai to wahi aadmi shuru karne wala hota hai jo</w:t>
      </w:r>
    </w:p>
    <w:p>
      <w:pPr>
        <w:jc w:val="right"/>
      </w:pPr>
      <w:r>
        <w:t>میں بہت سی جگہوں پر جو انالیسز کیا ہے تو وہی ادمی شروع کرنے والا ہوتا ہے جو</w:t>
      </w:r>
    </w:p>
    <w:p>
      <w:r>
        <w:rPr>
          <w:b/>
        </w:rPr>
        <w:t xml:space="preserve">[1:14:51] </w:t>
      </w:r>
      <w:r>
        <w:t>dosre enemy bata kar ke us par ilzam de raha hai</w:t>
      </w:r>
    </w:p>
    <w:p>
      <w:pPr>
        <w:jc w:val="right"/>
      </w:pPr>
      <w:r>
        <w:t>دوسرے اینمی بتا کر کے اس پر الزام دے رہا ہے</w:t>
      </w:r>
    </w:p>
    <w:p>
      <w:r>
        <w:rPr>
          <w:b/>
        </w:rPr>
        <w:t xml:space="preserve">[1:14:55] </w:t>
      </w:r>
      <w:r>
        <w:t>jis ayat ka hawala de rahe hain ap us ko us ko kyun le rahe hain ap woh</w:t>
      </w:r>
    </w:p>
    <w:p>
      <w:pPr>
        <w:jc w:val="right"/>
      </w:pPr>
      <w:r>
        <w:t>جس ایت کا حوالہ دے رہے ہیں اپ اس کو اس کو کیوں لے رہے ہیں اپ وہ</w:t>
      </w:r>
    </w:p>
    <w:p>
      <w:r>
        <w:rPr>
          <w:b/>
        </w:rPr>
        <w:t xml:space="preserve">[1:14:58] </w:t>
      </w:r>
      <w:r>
        <w:t>ayat lijiye ke wahm badookum awwal bra</w:t>
      </w:r>
    </w:p>
    <w:p>
      <w:pPr>
        <w:jc w:val="right"/>
      </w:pPr>
      <w:r>
        <w:t>ایت لیجئے کہ وھم بدوکم اول برا</w:t>
      </w:r>
    </w:p>
    <w:p>
      <w:r>
        <w:rPr>
          <w:b/>
        </w:rPr>
        <w:t xml:space="preserve">[1:15:03] </w:t>
      </w:r>
      <w:r>
        <w:t>yeh jo begin kare jo is jo shuru kare wahi zalim hai</w:t>
      </w:r>
    </w:p>
    <w:p>
      <w:pPr>
        <w:jc w:val="right"/>
      </w:pPr>
      <w:r>
        <w:t>یہ جو بگن کرے جو اس جو شروع کرے وہی ظالم ہے</w:t>
      </w:r>
    </w:p>
    <w:p>
      <w:r>
        <w:rPr>
          <w:b/>
        </w:rPr>
        <w:t xml:space="preserve">[1:15:08] </w:t>
      </w:r>
      <w:r>
        <w:t>al badi azlam to is tarah ke tamam cases mein pata karna chahiye ap ko ke shuru kis ne</w:t>
      </w:r>
    </w:p>
    <w:p>
      <w:pPr>
        <w:jc w:val="right"/>
      </w:pPr>
      <w:r>
        <w:t>البادی اظلم تو اس طرح کے تمام کیسز میں پتہ کرنا چاہیے اپ کو کہ شروع کس نے</w:t>
      </w:r>
    </w:p>
    <w:p>
      <w:r>
        <w:rPr>
          <w:b/>
        </w:rPr>
        <w:t xml:space="preserve">[1:15:13] </w:t>
      </w:r>
      <w:r>
        <w:t>kiya shuru kis ne kiya</w:t>
      </w:r>
    </w:p>
    <w:p>
      <w:pPr>
        <w:jc w:val="right"/>
      </w:pPr>
      <w:r>
        <w:t>کیا شروع کس نے کیا</w:t>
      </w:r>
    </w:p>
    <w:p>
      <w:r>
        <w:rPr>
          <w:b/>
        </w:rPr>
        <w:t xml:space="preserve">[1:15:19] </w:t>
      </w:r>
      <w:r>
        <w:t>jab tak aap yeh na pata kar lein ke who is the beginner aap ko kabhi rai nahi banana chahiye who is the beginner</w:t>
      </w:r>
    </w:p>
    <w:p>
      <w:pPr>
        <w:jc w:val="right"/>
      </w:pPr>
      <w:r>
        <w:t>جب تک اپ یہ نہ پتہ کر لیں کہ ہو از دا بگنر اپ کو کبھی رائے نہیں بنانا چاہیے ہو از دا بگنر</w:t>
      </w:r>
    </w:p>
    <w:p>
      <w:r>
        <w:rPr>
          <w:b/>
        </w:rPr>
        <w:t xml:space="preserve">[1:15:31] </w:t>
      </w:r>
      <w:r>
        <w:t>al badi azlam to yeh quran mein yeh bohat usool hai ke wahm badookum awwal bra jis ne jis</w:t>
      </w:r>
    </w:p>
    <w:p>
      <w:pPr>
        <w:jc w:val="right"/>
      </w:pPr>
      <w:r>
        <w:t>البادی اظلم تو یہ قران میں یہ بہت اصول ہے کہ وھم بدوکم اول برا جس نے جس</w:t>
      </w:r>
    </w:p>
    <w:p>
      <w:r>
        <w:rPr>
          <w:b/>
        </w:rPr>
        <w:t xml:space="preserve">[1:15:38] </w:t>
      </w:r>
      <w:r>
        <w:t>ne bad kiya hai jis ne shuru kiya hai wahi zalim hai al badi azlam</w:t>
      </w:r>
    </w:p>
    <w:p>
      <w:pPr>
        <w:jc w:val="right"/>
      </w:pPr>
      <w:r>
        <w:t>نے بد کیا ہے جس نے شروع کیا ہے وہی ظالم ہے البادی اظلم</w:t>
      </w:r>
    </w:p>
    <w:p>
      <w:r>
        <w:rPr>
          <w:b/>
        </w:rPr>
        <w:t xml:space="preserve">[1:15:44] </w:t>
      </w:r>
      <w:r>
        <w:t>to kabhi bhi aisa mat kijiye ke ap is tarah se rai banayein sab se pehle pata kijiye</w:t>
      </w:r>
    </w:p>
    <w:p>
      <w:pPr>
        <w:jc w:val="right"/>
      </w:pPr>
      <w:r>
        <w:t>تو کبھی بھی ایسا مت کیجئے کہ اپ اس طرح سے رائے منائیں سب سے پہلے پتہ کیجئے</w:t>
      </w:r>
    </w:p>
    <w:p>
      <w:r>
        <w:rPr>
          <w:b/>
        </w:rPr>
        <w:t xml:space="preserve">[1:15:48] </w:t>
      </w:r>
      <w:r>
        <w:t>ke ho is da beginner</w:t>
      </w:r>
    </w:p>
    <w:p>
      <w:pPr>
        <w:jc w:val="right"/>
      </w:pPr>
      <w:r>
        <w:t>کہ ہو از دا بگنر</w:t>
      </w:r>
    </w:p>
    <w:p>
      <w:r>
        <w:rPr>
          <w:b/>
        </w:rPr>
        <w:t xml:space="preserve">[1:15:50] </w:t>
      </w:r>
      <w:r>
        <w:t>kis ne pathar phenka tha ap yeh kahein ke unhon ne unhon ne bomb mara pata hai ke</w:t>
      </w:r>
    </w:p>
    <w:p>
      <w:pPr>
        <w:jc w:val="right"/>
      </w:pPr>
      <w:r>
        <w:t>کس نے پتھر پھینکا تھا اپ یہ کہیں کہ انہوں نے انہوں نے بم مارا پتہ ہے کہ</w:t>
      </w:r>
    </w:p>
    <w:p>
      <w:r>
        <w:rPr>
          <w:b/>
        </w:rPr>
        <w:t xml:space="preserve">[1:15:55] </w:t>
      </w:r>
      <w:r>
        <w:t>yeh bomb mara to is se pehle pathar kis ne phenka tha</w:t>
      </w:r>
    </w:p>
    <w:p>
      <w:pPr>
        <w:jc w:val="right"/>
      </w:pPr>
      <w:r>
        <w:t>یہ بم مارا تو اس سے پہلے پتھر کس نے پھینکا تھا</w:t>
      </w:r>
    </w:p>
    <w:p>
      <w:r>
        <w:rPr>
          <w:b/>
        </w:rPr>
        <w:t xml:space="preserve">[1:15:58] </w:t>
      </w:r>
      <w:r>
        <w:t>pathar phenkne wala zalim hai woh to retaliate kar raha hai woh aadmi</w:t>
      </w:r>
    </w:p>
    <w:p>
      <w:pPr>
        <w:jc w:val="right"/>
      </w:pPr>
      <w:r>
        <w:t>پتھر پھینکنے والا ظالم ہے وہ تو ریٹیلیٹ کر رہا ہے وہ ادمی</w:t>
      </w:r>
    </w:p>
    <w:p>
      <w:r>
        <w:rPr>
          <w:b/>
        </w:rPr>
        <w:t xml:space="preserve">[1:16:06] </w:t>
      </w:r>
      <w:r>
        <w:t>pathar phenkne wala zalim hai woh to retaliate kar raha hai</w:t>
      </w:r>
    </w:p>
    <w:p>
      <w:pPr>
        <w:jc w:val="right"/>
      </w:pPr>
      <w:r>
        <w:t>پتھر پھینکنے والا ظالم ہے وہ تو ریٹیلیٹ کر رہا ہے</w:t>
      </w:r>
    </w:p>
    <w:p>
      <w:r>
        <w:rPr>
          <w:b/>
        </w:rPr>
        <w:t xml:space="preserve">[1:16:12] </w:t>
      </w:r>
      <w:r>
        <w:t>jab tak aap yeh baat ko discover na kar lein kabhi rai na banaiye</w:t>
      </w:r>
    </w:p>
    <w:p>
      <w:pPr>
        <w:jc w:val="right"/>
      </w:pPr>
      <w:r>
        <w:t>جب تک اپ یہ بات کو ڈسکور نہ کر لیں کبھی رائے نہ بنائیے</w:t>
      </w:r>
    </w:p>
    <w:p>
      <w:r>
        <w:rPr>
          <w:b/>
        </w:rPr>
        <w:t xml:space="preserve">[1:16:18] </w:t>
      </w:r>
      <w:r>
        <w:t>das question is from mr faiz from usa molana why is a woman not allowed to lead the prayers in a mixed gathering</w:t>
      </w:r>
    </w:p>
    <w:p>
      <w:pPr>
        <w:jc w:val="right"/>
      </w:pPr>
      <w:r>
        <w:t>دس کوئسچن از فرام مسٹر فائق فرام یو ایس اے مولانا وائی از ا وومن ناٹ الاؤڈ ٹو لیڈ دا پریئرز ان ا مکسڈ گیدرنگ</w:t>
      </w:r>
    </w:p>
    <w:p>
      <w:r>
        <w:rPr>
          <w:b/>
        </w:rPr>
        <w:t xml:space="preserve">[1:16:31] </w:t>
      </w:r>
      <w:r>
        <w:t>secondly what is wrong in woman giving jumma khutbah when she can address thousands of men and women in islamic speeches</w:t>
      </w:r>
    </w:p>
    <w:p>
      <w:pPr>
        <w:jc w:val="right"/>
      </w:pPr>
      <w:r>
        <w:t>سیکنڈلی واٹ از رونگ ان وومن گیونگ جمعہ خطبہ وین شی کین ایڈریس تھاؤزنڈز اف مین اینڈ وومن ان اسلامک سپیچز</w:t>
      </w:r>
    </w:p>
    <w:p>
      <w:r>
        <w:rPr>
          <w:b/>
        </w:rPr>
        <w:t xml:space="preserve">[1:16:41] </w:t>
      </w:r>
      <w:r>
        <w:t>sahi hai to ek kisi har jagah ek system banaya jaye ga</w:t>
      </w:r>
    </w:p>
    <w:p>
      <w:pPr>
        <w:jc w:val="right"/>
      </w:pPr>
      <w:r>
        <w:t>صحیح ہے تو ایک کسی ہر جگہ ایک سسٹم بنایا جائے گا</w:t>
      </w:r>
    </w:p>
    <w:p>
      <w:r>
        <w:rPr>
          <w:b/>
        </w:rPr>
        <w:t xml:space="preserve">[1:16:46] </w:t>
      </w:r>
      <w:r>
        <w:t>yeh kya zaroori hai ke ap kahein ke aurat aurat ja kar ke imamat kare</w:t>
      </w:r>
    </w:p>
    <w:p>
      <w:pPr>
        <w:jc w:val="right"/>
      </w:pPr>
      <w:r>
        <w:t>یہ کیا ضروری ہے کہ اپ کہیں کہ عورت عورت جا کر کے امامت کرے</w:t>
      </w:r>
    </w:p>
    <w:p>
      <w:r>
        <w:rPr>
          <w:b/>
        </w:rPr>
        <w:t xml:space="preserve">[1:16:51] </w:t>
      </w:r>
      <w:r>
        <w:t>imamat se bara kaam hai muqtadi banna</w:t>
      </w:r>
    </w:p>
    <w:p>
      <w:pPr>
        <w:jc w:val="right"/>
      </w:pPr>
      <w:r>
        <w:t>امامت سے بڑا کام ہے مقتدی بننا</w:t>
      </w:r>
    </w:p>
    <w:p>
      <w:r>
        <w:rPr>
          <w:b/>
        </w:rPr>
        <w:t xml:space="preserve">[1:16:56] </w:t>
      </w:r>
      <w:r>
        <w:t>zyada bara kaam hai muqtadi banna to dekhiye is bare mein masla jo hai woh yeh hai ke</w:t>
      </w:r>
    </w:p>
    <w:p>
      <w:pPr>
        <w:jc w:val="right"/>
      </w:pPr>
      <w:r>
        <w:t>زیادہ بڑا کام ہے مقتدی بننا تو دیکھیے اس بارے میں مسئلہ جو ہے وہ یہ ہے کہ</w:t>
      </w:r>
    </w:p>
    <w:p>
      <w:r>
        <w:rPr>
          <w:b/>
        </w:rPr>
        <w:t xml:space="preserve">[1:17:01] </w:t>
      </w:r>
      <w:r>
        <w:t>aurat ko ke sab alag rahe gi mix nahi rahe gi yeh to mein kehta hoon had had</w:t>
      </w:r>
    </w:p>
    <w:p>
      <w:pPr>
        <w:jc w:val="right"/>
      </w:pPr>
      <w:r>
        <w:t>عورت کو کہ سب الگ رہے گی مکس نہیں رہے گی یہ تو میں کہتا ہوں حد حد</w:t>
      </w:r>
    </w:p>
    <w:p>
      <w:r>
        <w:rPr>
          <w:b/>
        </w:rPr>
        <w:t xml:space="preserve">[1:17:06] </w:t>
      </w:r>
      <w:r>
        <w:t>ke sath hona chahiye woh to purpose society mein aisa hota hai hum had ke sath bata rahe</w:t>
      </w:r>
    </w:p>
    <w:p>
      <w:pPr>
        <w:jc w:val="right"/>
      </w:pPr>
      <w:r>
        <w:t>کے ساتھ ہونا چاہیے وہ تو پرپسو سوسائٹی میں ایسا ہوتا ہے ہم حد کے ساتھ بتا رہے</w:t>
      </w:r>
    </w:p>
    <w:p>
      <w:r>
        <w:rPr>
          <w:b/>
        </w:rPr>
        <w:t xml:space="preserve">[1:17:12] </w:t>
      </w:r>
      <w:r>
        <w:t>hain ke safen khari hoeen namaz mein aurat ki saf alag se khari ho woh sath namaz parh</w:t>
      </w:r>
    </w:p>
    <w:p>
      <w:pPr>
        <w:jc w:val="right"/>
      </w:pPr>
      <w:r>
        <w:t>ہیں کہ صفیں کھڑی ہوئیں نماز میں عورت کی صف الگ سے کھڑی ہو وہ ساتھ نماز پڑھ</w:t>
      </w:r>
    </w:p>
    <w:p>
      <w:r>
        <w:rPr>
          <w:b/>
        </w:rPr>
        <w:t xml:space="preserve">[1:17:19] </w:t>
      </w:r>
      <w:r>
        <w:t>sakti hai lekin is ki saf alag rahe gi woh</w:t>
      </w:r>
    </w:p>
    <w:p>
      <w:pPr>
        <w:jc w:val="right"/>
      </w:pPr>
      <w:r>
        <w:t>سکتی ہے لیکن اس کی صف الگ رہے گی وہ</w:t>
      </w:r>
    </w:p>
    <w:p>
      <w:r>
        <w:rPr>
          <w:b/>
        </w:rPr>
        <w:t xml:space="preserve">[1:17:23] </w:t>
      </w:r>
      <w:r>
        <w:t>jahan tak imamat ki baat hai to agar sab aurtain aurtain hain to aurat imamat</w:t>
      </w:r>
    </w:p>
    <w:p>
      <w:pPr>
        <w:jc w:val="right"/>
      </w:pPr>
      <w:r>
        <w:t>جہاں تک امامت کی بات ہے تو اگر سب عورتیں عورتیں ہیں تو عورت امامت</w:t>
      </w:r>
    </w:p>
    <w:p>
      <w:r>
        <w:rPr>
          <w:b/>
        </w:rPr>
        <w:t xml:space="preserve">[1:17:26] </w:t>
      </w:r>
      <w:r>
        <w:t>kar sakti hai lekin agar mard mard bhi hai aur dono hain to to mard imamat kare ga</w:t>
      </w:r>
    </w:p>
    <w:p>
      <w:pPr>
        <w:jc w:val="right"/>
      </w:pPr>
      <w:r>
        <w:t>کر سکتی ہے لیکن اگر مرد مرد بھی ہے اور دونوں ہیں تو تو مرد امامت کرے گا</w:t>
      </w:r>
    </w:p>
    <w:p>
      <w:r>
        <w:rPr>
          <w:b/>
        </w:rPr>
        <w:t xml:space="preserve">[1:17:32] </w:t>
      </w:r>
      <w:r>
        <w:t>to koi to system banana pare ga ap ko</w:t>
      </w:r>
    </w:p>
    <w:p>
      <w:pPr>
        <w:jc w:val="right"/>
      </w:pPr>
      <w:r>
        <w:t>تو کوئی تو سسٹم بنانا پڑے گا اپ کو</w:t>
      </w:r>
    </w:p>
    <w:p>
      <w:r>
        <w:rPr>
          <w:b/>
        </w:rPr>
        <w:t xml:space="preserve">[1:17:35] </w:t>
      </w:r>
      <w:r>
        <w:t>har system jo banayen ge is mein koi ap opposition laga de ga wahan par</w:t>
      </w:r>
    </w:p>
    <w:p>
      <w:pPr>
        <w:jc w:val="right"/>
      </w:pPr>
      <w:r>
        <w:t>ہر سسٹم جو بنائیں گے اس میں کوئی اپ اپوزیشن لگا دے گا وہاں پر</w:t>
      </w:r>
    </w:p>
    <w:p>
      <w:r>
        <w:rPr>
          <w:b/>
        </w:rPr>
        <w:t xml:space="preserve">[1:17:40] </w:t>
      </w:r>
      <w:r>
        <w:t>jo bhi yeh system ap banayen ge ya ek opposition wahan par lag jaye ga to islam mein</w:t>
      </w:r>
    </w:p>
    <w:p>
      <w:pPr>
        <w:jc w:val="right"/>
      </w:pPr>
      <w:r>
        <w:t>جو بھی یہ سسٹم اپ بنائیں گے یا ایک اپوزیشن وہاں پر لگ جائے گا تو اسلام میں</w:t>
      </w:r>
    </w:p>
    <w:p>
      <w:r>
        <w:rPr>
          <w:b/>
        </w:rPr>
        <w:t xml:space="preserve">[1:17:46] </w:t>
      </w:r>
      <w:r>
        <w:t>jo system hai woh yeh hai ke agar aurat mard ka dono ka</w:t>
      </w:r>
    </w:p>
    <w:p>
      <w:pPr>
        <w:jc w:val="right"/>
      </w:pPr>
      <w:r>
        <w:t>جو سسٹم ہے وہ یہ ہے کہ اگر عورت مرد کا دونوں کا</w:t>
      </w:r>
    </w:p>
    <w:p>
      <w:r>
        <w:rPr>
          <w:b/>
        </w:rPr>
        <w:t xml:space="preserve">[1:17:51] </w:t>
      </w:r>
      <w:r>
        <w:t>yani namazi mein dono hain to safen alag alag khari ki jayen mard ki saf alag aurat ki</w:t>
      </w:r>
    </w:p>
    <w:p>
      <w:pPr>
        <w:jc w:val="right"/>
      </w:pPr>
      <w:r>
        <w:t>یعنی نمازی میں دونوں ہیں تو صفیں الگ الگ کھڑی کی جائیں مرد کی صف الگ عورت کی</w:t>
      </w:r>
    </w:p>
    <w:p>
      <w:r>
        <w:rPr>
          <w:b/>
        </w:rPr>
        <w:t xml:space="preserve">[1:17:58] </w:t>
      </w:r>
      <w:r>
        <w:t>saf alag aur imamat kare mard aur agar sirf aurtain aurtain namazi hon to wahan aurat namaz parha</w:t>
      </w:r>
    </w:p>
    <w:p>
      <w:pPr>
        <w:jc w:val="right"/>
      </w:pPr>
      <w:r>
        <w:t>صف الگ اور امامت کرے مرد اور اگر صرف عورتیں عورتیں نمازی ہوں تو وہاں عورت نماز پڑھا</w:t>
      </w:r>
    </w:p>
    <w:p>
      <w:r>
        <w:rPr>
          <w:b/>
        </w:rPr>
        <w:t xml:space="preserve">[1:18:06] </w:t>
      </w:r>
      <w:r>
        <w:t>sakti hai to koi to system banana pare ga jo system ap</w:t>
      </w:r>
    </w:p>
    <w:p>
      <w:pPr>
        <w:jc w:val="right"/>
      </w:pPr>
      <w:r>
        <w:t>سکتی ہے تو کوئی تو سسٹم بنانا پڑے گا جو سسٹم اپ</w:t>
      </w:r>
    </w:p>
    <w:p>
      <w:r>
        <w:rPr>
          <w:b/>
        </w:rPr>
        <w:t xml:space="preserve">[1:18:12] </w:t>
      </w:r>
      <w:r>
        <w:t>banayen ge is par phir ek etraz lag jaye ga</w:t>
      </w:r>
    </w:p>
    <w:p>
      <w:pPr>
        <w:jc w:val="right"/>
      </w:pPr>
      <w:r>
        <w:t>بنائیں گے اس پر پھر ایک اعتراض لگ جائے گا</w:t>
      </w:r>
    </w:p>
    <w:p>
      <w:r>
        <w:rPr>
          <w:b/>
        </w:rPr>
        <w:t xml:space="preserve">[1:18:15] </w:t>
      </w:r>
      <w:r>
        <w:t>hazrat umar ne kaha tha ke agar tum</w:t>
      </w:r>
    </w:p>
    <w:p>
      <w:pPr>
        <w:jc w:val="right"/>
      </w:pPr>
      <w:r>
        <w:t>حضرت عمر نے کہا تھا کہ اگر تم</w:t>
      </w:r>
    </w:p>
    <w:p>
      <w:r>
        <w:rPr>
          <w:b/>
        </w:rPr>
        <w:t xml:space="preserve">[1:18:18] </w:t>
      </w:r>
      <w:r>
        <w:t>teer ki tarah seedhe ho jao teer ki tarah tab bhi log ek na ek opposition nikal len</w:t>
      </w:r>
    </w:p>
    <w:p>
      <w:pPr>
        <w:jc w:val="right"/>
      </w:pPr>
      <w:r>
        <w:t>تیر کی طرح سیدھے ہو جاؤ تیر کی طرح تب بھی لوگ ایک نہ ایک اپوزیشن نکال لیں</w:t>
      </w:r>
    </w:p>
    <w:p>
      <w:r>
        <w:rPr>
          <w:b/>
        </w:rPr>
        <w:t xml:space="preserve">[1:18:21] </w:t>
      </w:r>
      <w:r>
        <w:t>ge to opposition nikalna yeh hamesha pasibal rehta hai</w:t>
      </w:r>
    </w:p>
    <w:p>
      <w:pPr>
        <w:jc w:val="right"/>
      </w:pPr>
      <w:r>
        <w:t>گے تو اپوزیشن نکالنا یہ ہمیشہ پاسیبل رہتا ہے</w:t>
      </w:r>
    </w:p>
    <w:p>
      <w:r>
        <w:rPr>
          <w:b/>
        </w:rPr>
        <w:t xml:space="preserve">[1:18:29] </w:t>
      </w:r>
      <w:r>
        <w:t>to koi koi system banana parta hai to yahi system islam ne banaya gaya maulana unhon ne yeh</w:t>
      </w:r>
    </w:p>
    <w:p>
      <w:pPr>
        <w:jc w:val="right"/>
      </w:pPr>
      <w:r>
        <w:t>تو کوئی کوئی سسٹم بنانا پڑتا ہے تو یہی سسٹم اسلام نے بنایا گیا مولانا انہوں نے یہ</w:t>
      </w:r>
    </w:p>
    <w:p>
      <w:r>
        <w:rPr>
          <w:b/>
        </w:rPr>
        <w:t xml:space="preserve">[1:18:34] </w:t>
      </w:r>
      <w:r>
        <w:t>bhi poocha tha ke juma khutba kyon nahi de sakti jab ke islamic speeches deti hain aurtain</w:t>
      </w:r>
    </w:p>
    <w:p>
      <w:pPr>
        <w:jc w:val="right"/>
      </w:pPr>
      <w:r>
        <w:t>بھی پوچھا تھا کہ جمعہ خطبہ کیوں نہیں دے سکتی جبکہ اسلامک سپیچز دیتی ہیں عورتیں</w:t>
      </w:r>
    </w:p>
    <w:p>
      <w:r>
        <w:rPr>
          <w:b/>
        </w:rPr>
        <w:t xml:space="preserve">[1:18:42] </w:t>
      </w:r>
      <w:r>
        <w:t>is par fuqaha ne to kuch nahi likha hai mein samajhta hoon is par hum qiyas kar sakte</w:t>
      </w:r>
    </w:p>
    <w:p>
      <w:pPr>
        <w:jc w:val="right"/>
      </w:pPr>
      <w:r>
        <w:t>اس پر فقہاء نے تو کچھ نہیں لکھا ہے میں سمجھتا ہوں اس پر ہم قیاس کر سکتے</w:t>
      </w:r>
    </w:p>
    <w:p>
      <w:r>
        <w:rPr>
          <w:b/>
        </w:rPr>
        <w:t xml:space="preserve">[1:18:46] </w:t>
      </w:r>
      <w:r>
        <w:t>hain ke fuqaha ne yeh kaha hai ke aurat aurat agar namazi sab aurat hon to aurat imamat</w:t>
      </w:r>
    </w:p>
    <w:p>
      <w:pPr>
        <w:jc w:val="right"/>
      </w:pPr>
      <w:r>
        <w:t>ہیں کہ فقہاء نے یہ کہا ہے کہ عورت عورت اگر نمازی سب عورت ہوں تو عورت امامت</w:t>
      </w:r>
    </w:p>
    <w:p>
      <w:r>
        <w:rPr>
          <w:b/>
        </w:rPr>
        <w:t xml:space="preserve">[1:18:52] </w:t>
      </w:r>
      <w:r>
        <w:t>kar sakti hai is par qiyas karti hai hum keh sakte hain ke agar sab aurat aurtain sab</w:t>
      </w:r>
    </w:p>
    <w:p>
      <w:pPr>
        <w:jc w:val="right"/>
      </w:pPr>
      <w:r>
        <w:t>کر سکتی ہے اس پر قیاس کرتی ہے ہم کہہ سکتے ہیں کہ اگر سب عورت عورتیں سب</w:t>
      </w:r>
    </w:p>
    <w:p>
      <w:r>
        <w:rPr>
          <w:b/>
        </w:rPr>
        <w:t xml:space="preserve">[1:18:56] </w:t>
      </w:r>
      <w:r>
        <w:t>hon</w:t>
      </w:r>
    </w:p>
    <w:p>
      <w:pPr>
        <w:jc w:val="right"/>
      </w:pPr>
      <w:r>
        <w:t>ہوں</w:t>
      </w:r>
    </w:p>
    <w:p>
      <w:r>
        <w:rPr>
          <w:b/>
        </w:rPr>
        <w:t xml:space="preserve">[1:18:57] </w:t>
      </w:r>
      <w:r>
        <w:t>juma mein to aurat juma ka khutba bhi de sakti hai kisi fiqah ne mere ilm ke mutabiq</w:t>
      </w:r>
    </w:p>
    <w:p>
      <w:pPr>
        <w:jc w:val="right"/>
      </w:pPr>
      <w:r>
        <w:t>جمعہ میں تو عورت جمعہ کا خطبہ بھی دے سکتی ہے کسی فقیہ نے میرے علم کے مطابق</w:t>
      </w:r>
    </w:p>
    <w:p>
      <w:r>
        <w:rPr>
          <w:b/>
        </w:rPr>
        <w:t xml:space="preserve">[1:19:02] </w:t>
      </w:r>
      <w:r>
        <w:t>aisa likha nahi hai lekin yeh to likha hai fuqaha ne</w:t>
      </w:r>
    </w:p>
    <w:p>
      <w:pPr>
        <w:jc w:val="right"/>
      </w:pPr>
      <w:r>
        <w:t>ایسا لکھا نہیں ہے لیکن یہ تو لکھا ہے فقہاء نے</w:t>
      </w:r>
    </w:p>
    <w:p>
      <w:r>
        <w:rPr>
          <w:b/>
        </w:rPr>
        <w:t xml:space="preserve">[1:19:07] </w:t>
      </w:r>
      <w:r>
        <w:t>fuqaha ne yeh baat likhi hai ke aurtain hi sab hon agar namaziyon mein to aurat namaz imamat</w:t>
      </w:r>
    </w:p>
    <w:p>
      <w:pPr>
        <w:jc w:val="right"/>
      </w:pPr>
      <w:r>
        <w:t>فقہاء نے یہ بات لکھی ہے کہ عورتیں ہی سب ہوں اگر نمازیوں میں تو عورت نماز امامت</w:t>
      </w:r>
    </w:p>
    <w:p>
      <w:r>
        <w:rPr>
          <w:b/>
        </w:rPr>
        <w:t xml:space="preserve">[1:19:13] </w:t>
      </w:r>
      <w:r>
        <w:t>kar sakti hai isi par le kar ke hum yeh qiyas kar sakte hain ke agar juma ke</w:t>
      </w:r>
    </w:p>
    <w:p>
      <w:pPr>
        <w:jc w:val="right"/>
      </w:pPr>
      <w:r>
        <w:t>کر سکتی ہے اسی پر لے کر کے ہم یہ قیاس کر سکتے ہیں کہ اگر جمعہ کے</w:t>
      </w:r>
    </w:p>
    <w:p>
      <w:r>
        <w:rPr>
          <w:b/>
        </w:rPr>
        <w:t xml:space="preserve">[1:19:17] </w:t>
      </w:r>
      <w:r>
        <w:t>namaz ka mamla hai aur sab aurtain aurtain wahan par hain to aurat wahan par khutba de sakti</w:t>
      </w:r>
    </w:p>
    <w:p>
      <w:pPr>
        <w:jc w:val="right"/>
      </w:pPr>
      <w:r>
        <w:t>نماز کا معاملہ ہے اور سب عورتیں عورتیں وہاں پر ہیں تو عورت وہاں پر خطبہ دے سکتی</w:t>
      </w:r>
    </w:p>
    <w:p>
      <w:r>
        <w:rPr>
          <w:b/>
        </w:rPr>
        <w:t xml:space="preserve">[1:19:23] </w:t>
      </w:r>
      <w:r>
        <w:t>hai baqi agar mix hai to wahan mard hi khutba dega</w:t>
      </w:r>
    </w:p>
    <w:p>
      <w:pPr>
        <w:jc w:val="right"/>
      </w:pPr>
      <w:r>
        <w:t>ہے باقی اگر مکس ہے تو وہاں مرد ہی خطبہ دے گا</w:t>
      </w:r>
    </w:p>
    <w:p>
      <w:r>
        <w:rPr>
          <w:b/>
        </w:rPr>
        <w:t xml:space="preserve">[1:19:29] </w:t>
      </w:r>
      <w:r>
        <w:t>aurat mard dono agar hain to to mard khutba dega yeh yeh islam ka tareeqa hai</w:t>
      </w:r>
    </w:p>
    <w:p>
      <w:pPr>
        <w:jc w:val="right"/>
      </w:pPr>
      <w:r>
        <w:t>عورت مرد دونوں اگر ہیں تو تو مرد خطبہ دے گا یہ یہ اسلام کا طریقہ ہے</w:t>
      </w:r>
    </w:p>
    <w:p>
      <w:r>
        <w:rPr>
          <w:b/>
        </w:rPr>
        <w:t xml:space="preserve">[1:19:37] </w:t>
      </w:r>
      <w:r>
        <w:t>ah hi hez anader question why waz there no women profit including mariyam ali mariyam alaih salam</w:t>
      </w:r>
    </w:p>
    <w:p>
      <w:pPr>
        <w:jc w:val="right"/>
      </w:pPr>
      <w:r>
        <w:t>اہ ہی ہیز انادر کوئسچن وائی واز دیر نو وومن پرافٹ انکلوڈنگ مریم علی مریم علیہ السلام</w:t>
      </w:r>
    </w:p>
    <w:p>
      <w:r>
        <w:rPr>
          <w:b/>
        </w:rPr>
        <w:t xml:space="preserve">[1:19:48] </w:t>
      </w:r>
      <w:r>
        <w:t>yeh sab bas to koi question nahi hai yeh to aise hi koi kahe ke mardon ke pets bachche kyon nahi paida hote yeh kyon hai ke sirf mard aurton ke pets bachche paida hon to har cheez ka ek system hota hai har cheez ka ek system hota hai to allah taala ne ek system banaya hai</w:t>
      </w:r>
    </w:p>
    <w:p>
      <w:pPr>
        <w:jc w:val="right"/>
      </w:pPr>
      <w:r>
        <w:t>یہ سب بس تو کوئی کوئسچن نہیں ہے یہ تو ایسے ہی کوئی کہے کہ مردوں کے پیٹس بچے کیوں نہیں پیدا ہوتے یہ کیوں ہے کہ صرف مرد عورتوں کے پیٹس بچے پیدا ہوں تو ہر چیز کا ایک سسٹم ہوتا ہے ہر چیز کا ایک سسٹم ہوتا ہے تو اللہ تعالی نے ایک سسٹم بنایا ہے</w:t>
      </w:r>
    </w:p>
    <w:p>
      <w:r>
        <w:rPr>
          <w:b/>
        </w:rPr>
        <w:t xml:space="preserve">[1:20:10] </w:t>
      </w:r>
      <w:r>
        <w:t>is tarah ka agar yani</w:t>
      </w:r>
    </w:p>
    <w:p>
      <w:pPr>
        <w:jc w:val="right"/>
      </w:pPr>
      <w:r>
        <w:t>اس طرح کا اگر یعنی</w:t>
      </w:r>
    </w:p>
    <w:p>
      <w:r>
        <w:rPr>
          <w:b/>
        </w:rPr>
        <w:t xml:space="preserve">[1:20:14] </w:t>
      </w:r>
      <w:r>
        <w:t>question karna ho to har cheez par question ho sakta hai koi kahega peed ke andar se</w:t>
      </w:r>
    </w:p>
    <w:p>
      <w:pPr>
        <w:jc w:val="right"/>
      </w:pPr>
      <w:r>
        <w:t>کوئسچن کرنا ہو تو ہر چیز پر کوئسچن ہو سکتا ہے کوئی کہے گا پیڑ کے اندر سے</w:t>
      </w:r>
    </w:p>
    <w:p>
      <w:r>
        <w:rPr>
          <w:b/>
        </w:rPr>
        <w:t xml:space="preserve">[1:20:20] </w:t>
      </w:r>
      <w:r>
        <w:t>kyun nahi bachche paida hote</w:t>
      </w:r>
    </w:p>
    <w:p>
      <w:pPr>
        <w:jc w:val="right"/>
      </w:pPr>
      <w:r>
        <w:t>کیوں نہیں بچے پیدا ہوتے</w:t>
      </w:r>
    </w:p>
    <w:p>
      <w:r>
        <w:rPr>
          <w:b/>
        </w:rPr>
        <w:t xml:space="preserve">[1:20:22] </w:t>
      </w:r>
      <w:r>
        <w:t>yeh koi sawal nahi hai yeh har cheez ka ek system hota hai is system ke mutabiq kaam</w:t>
      </w:r>
    </w:p>
    <w:p>
      <w:pPr>
        <w:jc w:val="right"/>
      </w:pPr>
      <w:r>
        <w:t>یہ کوئی سوال نہیں ہے یہ ہر چیز کا ایک سسٹم ہوتا ہے اس سسٹم کے مطابق کام</w:t>
      </w:r>
    </w:p>
    <w:p>
      <w:r>
        <w:rPr>
          <w:b/>
        </w:rPr>
        <w:t xml:space="preserve">[1:20:27] </w:t>
      </w:r>
      <w:r>
        <w:t>kya jata hai aur koi bhi system aisa nahi ho sakta jis mein aap ek ek ek naya</w:t>
      </w:r>
    </w:p>
    <w:p>
      <w:pPr>
        <w:jc w:val="right"/>
      </w:pPr>
      <w:r>
        <w:t>کیا جاتا ہے اور کوئی بھی سسٹم ایسا نہیں ہو سکتا جس میں اپ ایک ایک ایک نیا</w:t>
      </w:r>
    </w:p>
    <w:p>
      <w:r>
        <w:rPr>
          <w:b/>
        </w:rPr>
        <w:t xml:space="preserve">[1:20:32] </w:t>
      </w:r>
      <w:r>
        <w:t>ismein aspect na nikal lein</w:t>
      </w:r>
    </w:p>
    <w:p>
      <w:pPr>
        <w:jc w:val="right"/>
      </w:pPr>
      <w:r>
        <w:t>اس میں اسپیکٹ نہ نکال لیں</w:t>
      </w:r>
    </w:p>
    <w:p>
      <w:r>
        <w:rPr>
          <w:b/>
        </w:rPr>
        <w:t xml:space="preserve">[1:20:35] </w:t>
      </w:r>
      <w:r>
        <w:t>to jo system work kar raha hai bas wahi kafi hai agar woh system work kar raha hai</w:t>
      </w:r>
    </w:p>
    <w:p>
      <w:pPr>
        <w:jc w:val="right"/>
      </w:pPr>
      <w:r>
        <w:t>تو جو سسٹم ورک کر رہا ہے بس وہی کافی ہے اگر وہ سسٹم ورک کر رہا ہے</w:t>
      </w:r>
    </w:p>
    <w:p>
      <w:r>
        <w:rPr>
          <w:b/>
        </w:rPr>
        <w:t xml:space="preserve">[1:20:40] </w:t>
      </w:r>
      <w:r>
        <w:t>to phir kafi hai bilkul ke woh theek tha woh is</w:t>
      </w:r>
    </w:p>
    <w:p>
      <w:pPr>
        <w:jc w:val="right"/>
      </w:pPr>
      <w:r>
        <w:t>تو پھر کافی ہے بالکل کہ وہ ٹھیک تھا وہ اس</w:t>
      </w:r>
    </w:p>
    <w:p>
      <w:r>
        <w:rPr>
          <w:b/>
        </w:rPr>
        <w:t xml:space="preserve">[1:20:47] </w:t>
      </w:r>
      <w:r>
        <w:t>ki das question is from doctor farida khanoom from delhi why is it that the ulama can not revise themselves in able to directly interpret the quran and hadith</w:t>
      </w:r>
    </w:p>
    <w:p>
      <w:pPr>
        <w:jc w:val="right"/>
      </w:pPr>
      <w:r>
        <w:t>کی دس کوئسچن از فرام ڈاکٹر فریدہ خانم فرام دہلی وائی از اٹ دیٹ دا علماء کین ناٹ ریوائز دیم سیلفس ان ایبل ٹو ڈائریکٹلی انٹرپریٹ دا قران اینڈ حدیث</w:t>
      </w:r>
    </w:p>
    <w:p>
      <w:r>
        <w:rPr>
          <w:b/>
        </w:rPr>
        <w:t xml:space="preserve">[1:21:02] </w:t>
      </w:r>
      <w:r>
        <w:t>they keep referring to the interpretations of jurist which are not relevant to the present world maulana please comment</w:t>
      </w:r>
    </w:p>
    <w:p>
      <w:pPr>
        <w:jc w:val="right"/>
      </w:pPr>
      <w:r>
        <w:t>دے کیپ ریفرنگ ٹو دا انٹرپریٹیشنز اف جورسٹ وچ ار ناٹ ریلیونٹ ٹو دا پریزنٹ ورلڈ مولانا پلیز کمنٹ</w:t>
      </w:r>
    </w:p>
    <w:p>
      <w:r>
        <w:rPr>
          <w:b/>
        </w:rPr>
        <w:t xml:space="preserve">[1:21:11] </w:t>
      </w:r>
      <w:r>
        <w:t>dekhen ulama apni jagah mukhlis hain un ke ikhlas mein koi shaq nahi hai</w:t>
      </w:r>
    </w:p>
    <w:p>
      <w:pPr>
        <w:jc w:val="right"/>
      </w:pPr>
      <w:r>
        <w:t>دیکھیں علماء اپنی جگہ مخلص ہیں ان کے اخلاص میں کوئی شک نہیں ہے</w:t>
      </w:r>
    </w:p>
    <w:p>
      <w:r>
        <w:rPr>
          <w:b/>
        </w:rPr>
        <w:t xml:space="preserve">[1:21:19] </w:t>
      </w:r>
      <w:r>
        <w:t>lekin kami yeh hai ke ulma ko jo</w:t>
      </w:r>
    </w:p>
    <w:p>
      <w:pPr>
        <w:jc w:val="right"/>
      </w:pPr>
      <w:r>
        <w:t>لیکن کمی یہ ہے کہ علماء کو جو</w:t>
      </w:r>
    </w:p>
    <w:p>
      <w:r>
        <w:rPr>
          <w:b/>
        </w:rPr>
        <w:t xml:space="preserve">[1:21:24] </w:t>
      </w:r>
      <w:r>
        <w:t>modern jo knowledge hai woh nahi hoti hai</w:t>
      </w:r>
    </w:p>
    <w:p>
      <w:pPr>
        <w:jc w:val="right"/>
      </w:pPr>
      <w:r>
        <w:t>ماڈرن جو نالج ہے وہ نہیں ہوتی ہے</w:t>
      </w:r>
    </w:p>
    <w:p>
      <w:r>
        <w:rPr>
          <w:b/>
        </w:rPr>
        <w:t xml:space="preserve">[1:21:28] </w:t>
      </w:r>
      <w:r>
        <w:t>shuru se aisa trend ban gaya ke sirf madarse padho aur modern knowledge jo hai woh sab ilhad</w:t>
      </w:r>
    </w:p>
    <w:p>
      <w:pPr>
        <w:jc w:val="right"/>
      </w:pPr>
      <w:r>
        <w:t>شروع سے ایسا ٹرینڈ بن گیا کہ صرف مدرسے پڑھو اور ماڈرن نالج جو ہے وہ سب الحاد</w:t>
      </w:r>
    </w:p>
    <w:p>
      <w:r>
        <w:rPr>
          <w:b/>
        </w:rPr>
        <w:t xml:space="preserve">[1:21:35] </w:t>
      </w:r>
      <w:r>
        <w:t>hota hai ismein iski zaroorat nahi hai</w:t>
      </w:r>
    </w:p>
    <w:p>
      <w:pPr>
        <w:jc w:val="right"/>
      </w:pPr>
      <w:r>
        <w:t>ہوتا ہے اس میں اس کی ضرورت نہیں ہے</w:t>
      </w:r>
    </w:p>
    <w:p>
      <w:r>
        <w:rPr>
          <w:b/>
        </w:rPr>
        <w:t xml:space="preserve">[1:21:38] </w:t>
      </w:r>
      <w:r>
        <w:t>to yeh ulma kar rahe hain apni jagah par mukhlis hain woh woh theek samajh rahe hain woh</w:t>
      </w:r>
    </w:p>
    <w:p>
      <w:pPr>
        <w:jc w:val="right"/>
      </w:pPr>
      <w:r>
        <w:t>تو یہ علماء کر رہے ہیں اپنی جگہ پر مخلص ہیں وہ وہ ٹھیک سمجھ رہے ہیں وہ</w:t>
      </w:r>
    </w:p>
    <w:p>
      <w:r>
        <w:rPr>
          <w:b/>
        </w:rPr>
        <w:t xml:space="preserve">[1:21:43] </w:t>
      </w:r>
      <w:r>
        <w:t>lekin chunke unka jo hai yani unko unki unki unka jo framework</w:t>
      </w:r>
    </w:p>
    <w:p>
      <w:pPr>
        <w:jc w:val="right"/>
      </w:pPr>
      <w:r>
        <w:t>لیکن چونکہ ان کا جو ہے یعنی ان کو ان کی ان کی ان کا جو فریم ورک</w:t>
      </w:r>
    </w:p>
    <w:p>
      <w:r>
        <w:rPr>
          <w:b/>
        </w:rPr>
        <w:t xml:space="preserve">[1:21:51] </w:t>
      </w:r>
      <w:r>
        <w:t>hai woh is framework ko khabari is baat ka nahi hai ke ek aur duniya ban chuki</w:t>
      </w:r>
    </w:p>
    <w:p>
      <w:pPr>
        <w:jc w:val="right"/>
      </w:pPr>
      <w:r>
        <w:t>ہے وہ اس فریم ورک کو خبری اس بات کا نہیں ہے کہ ایک اور دنیا بن چکی</w:t>
      </w:r>
    </w:p>
    <w:p>
      <w:r>
        <w:rPr>
          <w:b/>
        </w:rPr>
        <w:t xml:space="preserve">[1:21:56] </w:t>
      </w:r>
      <w:r>
        <w:t>hai</w:t>
      </w:r>
    </w:p>
    <w:p>
      <w:pPr>
        <w:jc w:val="right"/>
      </w:pPr>
      <w:r>
        <w:t>ہے</w:t>
      </w:r>
    </w:p>
    <w:p>
      <w:r>
        <w:rPr>
          <w:b/>
        </w:rPr>
        <w:t xml:space="preserve">[1:21:59] </w:t>
      </w:r>
      <w:r>
        <w:t>to mukhtasar taur par ghalati kar rahe hain woh</w:t>
      </w:r>
    </w:p>
    <w:p>
      <w:pPr>
        <w:jc w:val="right"/>
      </w:pPr>
      <w:r>
        <w:t>تو مختصر طور پر غلطی کر رہے ہیں وہ</w:t>
      </w:r>
    </w:p>
    <w:p>
      <w:r>
        <w:rPr>
          <w:b/>
        </w:rPr>
        <w:t xml:space="preserve">[1:22:03] </w:t>
      </w:r>
      <w:r>
        <w:t>jaise abhi hamare haan jo kitabein padhi jati hain maqulat ke naam se</w:t>
      </w:r>
    </w:p>
    <w:p>
      <w:pPr>
        <w:jc w:val="right"/>
      </w:pPr>
      <w:r>
        <w:t>جیسے ابھی ہمارے ہاں جو کتابیں پڑھی جاتی ہیں معقولات کے نام سے</w:t>
      </w:r>
    </w:p>
    <w:p>
      <w:r>
        <w:rPr>
          <w:b/>
        </w:rPr>
        <w:t xml:space="preserve">[1:22:09] </w:t>
      </w:r>
      <w:r>
        <w:t>to abhi bhi ismein aisi baatein hain ke zameen aur chand ke darmiyan ek kura nar hai</w:t>
      </w:r>
    </w:p>
    <w:p>
      <w:pPr>
        <w:jc w:val="right"/>
      </w:pPr>
      <w:r>
        <w:t>تو ابھی بھی اس میں ایسی باتیں ہیں کہ زمین اور چاند کے درمیان ایک کرہ نار ہے</w:t>
      </w:r>
    </w:p>
    <w:p>
      <w:r>
        <w:rPr>
          <w:b/>
        </w:rPr>
        <w:t xml:space="preserve">[1:22:16] </w:t>
      </w:r>
      <w:r>
        <w:t>kura nar yani aag ka</w:t>
      </w:r>
    </w:p>
    <w:p>
      <w:pPr>
        <w:jc w:val="right"/>
      </w:pPr>
      <w:r>
        <w:t>کرہ نار یعنی اگ کا</w:t>
      </w:r>
    </w:p>
    <w:p>
      <w:r>
        <w:rPr>
          <w:b/>
        </w:rPr>
        <w:t xml:space="preserve">[1:22:19] </w:t>
      </w:r>
      <w:r>
        <w:t>to yahan se koi cheez jaye to wahan jal jayegi woh yeh younan ke falsafiyon ne aisa</w:t>
      </w:r>
    </w:p>
    <w:p>
      <w:pPr>
        <w:jc w:val="right"/>
      </w:pPr>
      <w:r>
        <w:t>تو یہاں سے کوئی چیز جائے تو وہاں جل جائے گی وہ یہ یونان کے فلسفیوں نے ایسا</w:t>
      </w:r>
    </w:p>
    <w:p>
      <w:r>
        <w:rPr>
          <w:b/>
        </w:rPr>
        <w:t xml:space="preserve">[1:22:25] </w:t>
      </w:r>
      <w:r>
        <w:t>raye banayi thi to abhi tak kitabon mein maujood hai woh ke zameen se koi safar kare chand</w:t>
      </w:r>
    </w:p>
    <w:p>
      <w:pPr>
        <w:jc w:val="right"/>
      </w:pPr>
      <w:r>
        <w:t>رائے بنائی تھی تو ابھی تک کتابوں میں موجود ہے وہ کہ زمین سے کوئی سفر کرے چاند</w:t>
      </w:r>
    </w:p>
    <w:p>
      <w:r>
        <w:rPr>
          <w:b/>
        </w:rPr>
        <w:t xml:space="preserve">[1:22:30] </w:t>
      </w:r>
      <w:r>
        <w:t>peh jaane ke liye to beech mein ek kura nar milega aag ka to woh jal jayega</w:t>
      </w:r>
    </w:p>
    <w:p>
      <w:pPr>
        <w:jc w:val="right"/>
      </w:pPr>
      <w:r>
        <w:t>پہ جانے کے لیے تو بیچ میں ایک کرہ نار ملے گا اگ کا تو وہ جل جائے</w:t>
      </w:r>
    </w:p>
    <w:p>
      <w:r>
        <w:rPr>
          <w:b/>
        </w:rPr>
        <w:t xml:space="preserve">[1:22:35] </w:t>
      </w:r>
      <w:r>
        <w:t>ga wahan par to jab wo pahuncha yani jo wo khabar aai ke roos ka aur america ka</w:t>
      </w:r>
    </w:p>
    <w:p>
      <w:pPr>
        <w:jc w:val="right"/>
      </w:pPr>
      <w:r>
        <w:t>گا وہاں پر تو جب وہ پہنچا یعنی جو وہ خبر ائی کہ روس کا اور امریکہ کا</w:t>
      </w:r>
    </w:p>
    <w:p>
      <w:r>
        <w:rPr>
          <w:b/>
        </w:rPr>
        <w:t xml:space="preserve">[1:22:44] </w:t>
      </w:r>
      <w:r>
        <w:t>wo pahunch</w:t>
      </w:r>
    </w:p>
    <w:p>
      <w:pPr>
        <w:jc w:val="right"/>
      </w:pPr>
      <w:r>
        <w:t>وہ پہنچ</w:t>
      </w:r>
    </w:p>
    <w:p>
      <w:r>
        <w:rPr>
          <w:b/>
        </w:rPr>
        <w:t xml:space="preserve">[1:22:45] </w:t>
      </w:r>
      <w:r>
        <w:t>gaya wo wo arakat chand par to unhon ne kaha ji nahi ye to nahi pasibal nahi hai</w:t>
      </w:r>
    </w:p>
    <w:p>
      <w:pPr>
        <w:jc w:val="right"/>
      </w:pPr>
      <w:r>
        <w:t>گیا وہ وہ اراکٹ چاند پر تو انہوں نے کہا جی نہیں یہ تو نہیں پاسیبل نہیں ہے</w:t>
      </w:r>
    </w:p>
    <w:p>
      <w:r>
        <w:rPr>
          <w:b/>
        </w:rPr>
        <w:t xml:space="preserve">[1:22:53] </w:t>
      </w:r>
      <w:r>
        <w:t>ke karah nar se guzre ga to jal jae ga wo to chuncha un ke framework jo</w:t>
      </w:r>
    </w:p>
    <w:p>
      <w:pPr>
        <w:jc w:val="right"/>
      </w:pPr>
      <w:r>
        <w:t>کہ کرہ نار سے گزرے گا تو جل جائے گا وہ تو چونکہ ان کے فریم ورک جو</w:t>
      </w:r>
    </w:p>
    <w:p>
      <w:r>
        <w:rPr>
          <w:b/>
        </w:rPr>
        <w:t xml:space="preserve">[1:22:58] </w:t>
      </w:r>
      <w:r>
        <w:t>tha un ka is mein yahi baat shamil thi wo samajh nahi sake is ke to un ke</w:t>
      </w:r>
    </w:p>
    <w:p>
      <w:pPr>
        <w:jc w:val="right"/>
      </w:pPr>
      <w:r>
        <w:t>تھا ان کا اس میں یہی بات شامل تھی وہ سمجھ نہیں سکے اس کے تو ان کے</w:t>
      </w:r>
    </w:p>
    <w:p>
      <w:r>
        <w:rPr>
          <w:b/>
        </w:rPr>
        <w:t xml:space="preserve">[1:23:03] </w:t>
      </w:r>
      <w:r>
        <w:t>لیے وہ چیز understandable نہیں بنتی تو علماء مخلص ہیں لیکن وہ چیز یعنی due to their intellectual</w:t>
      </w:r>
    </w:p>
    <w:p>
      <w:pPr>
        <w:jc w:val="right"/>
      </w:pPr>
      <w:r>
        <w:t>لیے وہ چیز انڈرسٹینڈیبل نہیں بنتی تو علماء مخلص ہیں لیکن وہ چیز یعنی ڈیو ٹو دیر انٹلیکچول</w:t>
      </w:r>
    </w:p>
    <w:p>
      <w:r>
        <w:rPr>
          <w:b/>
        </w:rPr>
        <w:t xml:space="preserve">[1:23:11] </w:t>
      </w:r>
      <w:r>
        <w:t>limitations they are unable to understand</w:t>
      </w:r>
    </w:p>
    <w:p>
      <w:pPr>
        <w:jc w:val="right"/>
      </w:pPr>
      <w:r>
        <w:t>لیمیٹیشنز دے ار ان ایبل ٹو انڈرسٹینڈ</w:t>
      </w:r>
    </w:p>
    <w:p>
      <w:r>
        <w:rPr>
          <w:b/>
        </w:rPr>
        <w:t xml:space="preserve">[1:23:15] </w:t>
      </w:r>
      <w:r>
        <w:t>do do problems</w:t>
      </w:r>
    </w:p>
    <w:p>
      <w:pPr>
        <w:jc w:val="right"/>
      </w:pPr>
      <w:r>
        <w:t>دو دو پرابلمز</w:t>
      </w:r>
    </w:p>
    <w:p>
      <w:r>
        <w:rPr>
          <w:b/>
        </w:rPr>
        <w:t xml:space="preserve">[1:23:19] </w:t>
      </w:r>
      <w:r>
        <w:t>mein samajhta hoon ke is ka ilaaj sirf ye hai ke ulma ko parhaya jae jadeed talib billaye</w:t>
      </w:r>
    </w:p>
    <w:p>
      <w:pPr>
        <w:jc w:val="right"/>
      </w:pPr>
      <w:r>
        <w:t>میں سمجھتا ہوں کہ اس کا علاج صرف یہ ہے کہ علماء کو پڑھایا جائے جدید طالب بلائے</w:t>
      </w:r>
    </w:p>
    <w:p>
      <w:r>
        <w:rPr>
          <w:b/>
        </w:rPr>
        <w:t xml:space="preserve">[1:23:24] </w:t>
      </w:r>
      <w:r>
        <w:t>jaen wo angrezi parhen angrezi uloom parhen science parhen</w:t>
      </w:r>
    </w:p>
    <w:p>
      <w:pPr>
        <w:jc w:val="right"/>
      </w:pPr>
      <w:r>
        <w:t>جائیں وہ انگریزی پڑھیں انگریزی علوم پڑھیں سائنس پڑھیں</w:t>
      </w:r>
    </w:p>
    <w:p>
      <w:r>
        <w:rPr>
          <w:b/>
        </w:rPr>
        <w:t xml:space="preserve">[1:23:29] </w:t>
      </w:r>
      <w:r>
        <w:t>ye sare ulma nahi kam</w:t>
      </w:r>
    </w:p>
    <w:p>
      <w:pPr>
        <w:jc w:val="right"/>
      </w:pPr>
      <w:r>
        <w:t>یہ سارے علماء نہیں کم</w:t>
      </w:r>
    </w:p>
    <w:p>
      <w:r>
        <w:rPr>
          <w:b/>
        </w:rPr>
        <w:t xml:space="preserve">[1:23:31] </w:t>
      </w:r>
      <w:r>
        <w:t>az kam kuch ulama aise hon jo padhen in cheezon ko</w:t>
      </w:r>
    </w:p>
    <w:p>
      <w:pPr>
        <w:jc w:val="right"/>
      </w:pPr>
      <w:r>
        <w:t>از کم کچھ علماء ایسے ہوں جو پڑھیں ان چیزوں کو</w:t>
      </w:r>
    </w:p>
    <w:p>
      <w:r>
        <w:rPr>
          <w:b/>
        </w:rPr>
        <w:t xml:space="preserve">[1:23:38] </w:t>
      </w:r>
      <w:r>
        <w:t>ek mein gaya ek ek adara qaim hua hai ek india ke ek shahar mein kafi bara adara</w:t>
      </w:r>
    </w:p>
    <w:p>
      <w:pPr>
        <w:jc w:val="right"/>
      </w:pPr>
      <w:r>
        <w:t>ایک میں گیا ایک ایک ادارہ قائم ہوا ہے ایک انڈیا کے ایک شہر میں کافی بڑا ادارہ</w:t>
      </w:r>
    </w:p>
    <w:p>
      <w:r>
        <w:rPr>
          <w:b/>
        </w:rPr>
        <w:t xml:space="preserve">[1:23:44] </w:t>
      </w:r>
      <w:r>
        <w:t>hai wo to is ka maqsad bataya is mein bataya gaya hai ke jadeed daur ke ulma tayar</w:t>
      </w:r>
    </w:p>
    <w:p>
      <w:pPr>
        <w:jc w:val="right"/>
      </w:pPr>
      <w:r>
        <w:t>ہے وہ تو اس کا مقصد بتایا اس میں بتایا گیا ہے کہ جدید دور کے علماء تیار</w:t>
      </w:r>
    </w:p>
    <w:p>
      <w:r>
        <w:rPr>
          <w:b/>
        </w:rPr>
        <w:t xml:space="preserve">[1:23:49] </w:t>
      </w:r>
      <w:r>
        <w:t>karna ye is ka maqsad bataya gaya hai</w:t>
      </w:r>
    </w:p>
    <w:p>
      <w:pPr>
        <w:jc w:val="right"/>
      </w:pPr>
      <w:r>
        <w:t>کرنا یہ اس کا مقصد بتایا گیا ہے</w:t>
      </w:r>
    </w:p>
    <w:p>
      <w:r>
        <w:rPr>
          <w:b/>
        </w:rPr>
        <w:t xml:space="preserve">[1:23:53] </w:t>
      </w:r>
      <w:r>
        <w:t>yani jadeed daur ke ulma tayar karna phir mein ne wo dekha wahan ki library jo dekhi mein</w:t>
      </w:r>
    </w:p>
    <w:p>
      <w:pPr>
        <w:jc w:val="right"/>
      </w:pPr>
      <w:r>
        <w:t>یعنی جدید دور کے علماء تیار کرنا پھر میں نے وہ دیکھا وہاں کی لائبریری جو دیکھی میں</w:t>
      </w:r>
    </w:p>
    <w:p>
      <w:r>
        <w:rPr>
          <w:b/>
        </w:rPr>
        <w:t xml:space="preserve">[1:23:58] </w:t>
      </w:r>
      <w:r>
        <w:t>ne to sirf wahan par wahi kitaben theen qadeem kitaben yani modern science par kuch kitab hi nahi</w:t>
      </w:r>
    </w:p>
    <w:p>
      <w:pPr>
        <w:jc w:val="right"/>
      </w:pPr>
      <w:r>
        <w:t>نے تو صرف وہاں پر وہی کتابیں تھیں قدیم کتابیں یعنی ماڈرن سائنس پر کچھ کتاب ہی نہیں</w:t>
      </w:r>
    </w:p>
    <w:p>
      <w:r>
        <w:rPr>
          <w:b/>
        </w:rPr>
        <w:t xml:space="preserve">[1:24:05] </w:t>
      </w:r>
      <w:r>
        <w:t>wahan par kuch bhi nahi</w:t>
      </w:r>
    </w:p>
    <w:p>
      <w:pPr>
        <w:jc w:val="right"/>
      </w:pPr>
      <w:r>
        <w:t>وہاں پر کچھ بھی نہیں</w:t>
      </w:r>
    </w:p>
    <w:p>
      <w:r>
        <w:rPr>
          <w:b/>
        </w:rPr>
        <w:t xml:space="preserve">[1:24:08] </w:t>
      </w:r>
      <w:r>
        <w:t>to arab arab log jo hain wahan par</w:t>
      </w:r>
    </w:p>
    <w:p>
      <w:pPr>
        <w:jc w:val="right"/>
      </w:pPr>
      <w:r>
        <w:t>تو عرب عرب لوگ جو ہیں وہاں پر</w:t>
      </w:r>
    </w:p>
    <w:p>
      <w:r>
        <w:rPr>
          <w:b/>
        </w:rPr>
        <w:t xml:space="preserve">[1:24:11] </w:t>
      </w:r>
      <w:r>
        <w:t>wo un ka ek concept hai al-turath al-arabi</w:t>
      </w:r>
    </w:p>
    <w:p>
      <w:pPr>
        <w:jc w:val="right"/>
      </w:pPr>
      <w:r>
        <w:t>وہ ان کا ایک کانسیپٹ ہے التراث العربی</w:t>
      </w:r>
    </w:p>
    <w:p>
      <w:r>
        <w:rPr>
          <w:b/>
        </w:rPr>
        <w:t xml:space="preserve">[1:24:15] </w:t>
      </w:r>
      <w:r>
        <w:t>al-turath al-arabi matlab ek jo class books hain islam par arabi language mein likhi hui jo classical books</w:t>
      </w:r>
    </w:p>
    <w:p>
      <w:pPr>
        <w:jc w:val="right"/>
      </w:pPr>
      <w:r>
        <w:t>التراث العربی مطلب ایک جو کلاس بکس ہیں اسلام پر عربی لینگویج میں لکھی ہوئی جو کلاسیکل بکس</w:t>
      </w:r>
    </w:p>
    <w:p>
      <w:r>
        <w:rPr>
          <w:b/>
        </w:rPr>
        <w:t xml:space="preserve">[1:24:21] </w:t>
      </w:r>
      <w:r>
        <w:t>hain un ko chhap chhap kar bohat achhi binding</w:t>
      </w:r>
    </w:p>
    <w:p>
      <w:pPr>
        <w:jc w:val="right"/>
      </w:pPr>
      <w:r>
        <w:t>ہیں ان کو چھاپ چھاپ کر بہت اچھی بائنڈنگ</w:t>
      </w:r>
    </w:p>
    <w:p>
      <w:r>
        <w:rPr>
          <w:b/>
        </w:rPr>
        <w:t xml:space="preserve">[1:24:24] </w:t>
      </w:r>
      <w:r>
        <w:t>ke sath bhejte hain wo free mein bhejte hain aur wo sab la la kar unhon ne laga</w:t>
      </w:r>
    </w:p>
    <w:p>
      <w:pPr>
        <w:jc w:val="right"/>
      </w:pPr>
      <w:r>
        <w:t>کے ساتھ بھیجتے ہیں وہ فری میں بھیجتے ہیں اور وہ سب لا لا کر انہوں نے لگا</w:t>
      </w:r>
    </w:p>
    <w:p>
      <w:r>
        <w:rPr>
          <w:b/>
        </w:rPr>
        <w:t xml:space="preserve">[1:24:28] </w:t>
      </w:r>
      <w:r>
        <w:t>almari mein laga rakha tha wo</w:t>
      </w:r>
    </w:p>
    <w:p>
      <w:pPr>
        <w:jc w:val="right"/>
      </w:pPr>
      <w:r>
        <w:t>الماری میں لگا رکھا تھا وہ</w:t>
      </w:r>
    </w:p>
    <w:p>
      <w:r>
        <w:rPr>
          <w:b/>
        </w:rPr>
        <w:t xml:space="preserve">[1:24:31] </w:t>
      </w:r>
      <w:r>
        <w:t>aur modern knowledge ki koi koi kitab hi nahi wahan par to mein ne kaha ke ap ap</w:t>
      </w:r>
    </w:p>
    <w:p>
      <w:pPr>
        <w:jc w:val="right"/>
      </w:pPr>
      <w:r>
        <w:t>اور ماڈرن نالج کی کوئی کوئی کتاب ہی نہیں وہاں پر تو میں نے کہا کہ اپ اپ</w:t>
      </w:r>
    </w:p>
    <w:p>
      <w:r>
        <w:rPr>
          <w:b/>
        </w:rPr>
        <w:t xml:space="preserve">[1:24:36] </w:t>
      </w:r>
      <w:r>
        <w:t>ne yahan adara banaya hai ke daur jadeed ko ulma tayar karne ke liye ye sab daur qadeem</w:t>
      </w:r>
    </w:p>
    <w:p>
      <w:pPr>
        <w:jc w:val="right"/>
      </w:pPr>
      <w:r>
        <w:t>نے یہاں ادارہ بنایا ہے کہ دور جدید کو علماء تیار کرنے کے لیے یہ سب دور قدیم</w:t>
      </w:r>
    </w:p>
    <w:p>
      <w:r>
        <w:rPr>
          <w:b/>
        </w:rPr>
        <w:t xml:space="preserve">[1:24:41] </w:t>
      </w:r>
      <w:r>
        <w:t>kitaben hain ye sab hain wahi parhate hain ap</w:t>
      </w:r>
    </w:p>
    <w:p>
      <w:pPr>
        <w:jc w:val="right"/>
      </w:pPr>
      <w:r>
        <w:t>کتابیں ہیں یہ سب ہیں وہی پڑھاتے ہیں اپ</w:t>
      </w:r>
    </w:p>
    <w:p>
      <w:r>
        <w:rPr>
          <w:b/>
        </w:rPr>
        <w:t xml:space="preserve">[1:24:44] </w:t>
      </w:r>
      <w:r>
        <w:t>to apna maqsad badal dijiye</w:t>
      </w:r>
    </w:p>
    <w:p>
      <w:pPr>
        <w:jc w:val="right"/>
      </w:pPr>
      <w:r>
        <w:t>تو اپنا مقصد بدل دیجئے</w:t>
      </w:r>
    </w:p>
    <w:p>
      <w:r>
        <w:rPr>
          <w:b/>
        </w:rPr>
        <w:t xml:space="preserve">[1:24:47] </w:t>
      </w:r>
      <w:r>
        <w:t>تو ایسی چیز ہے کہ وہ ابھی اس سے unaware ہیں وہ بے خبر ہیں وہ</w:t>
      </w:r>
    </w:p>
    <w:p>
      <w:pPr>
        <w:jc w:val="right"/>
      </w:pPr>
      <w:r>
        <w:t>تو ایسی چیز ہے کہ وہ ابھی اس سے ان اویئر ہیں وہ بے خبر ہیں وہ</w:t>
      </w:r>
    </w:p>
    <w:p>
      <w:r>
        <w:rPr>
          <w:b/>
        </w:rPr>
        <w:t xml:space="preserve">[1:24:54] </w:t>
      </w:r>
      <w:r>
        <w:t>to mukhtasar tor par woh ghaltiyan kar rahe hain</w:t>
      </w:r>
    </w:p>
    <w:p>
      <w:pPr>
        <w:jc w:val="right"/>
      </w:pPr>
      <w:r>
        <w:t>تو مختصر طور پر وہ غلطیاں کر رہے ہیں</w:t>
      </w:r>
    </w:p>
    <w:p>
      <w:r>
        <w:rPr>
          <w:b/>
        </w:rPr>
        <w:t xml:space="preserve">[1:24:59] </w:t>
      </w:r>
      <w:r>
        <w:t>to jab tak un ke un ke un awareness ko toda na jaye tab tak yeh karte rahenge aise hi woh</w:t>
      </w:r>
    </w:p>
    <w:p>
      <w:pPr>
        <w:jc w:val="right"/>
      </w:pPr>
      <w:r>
        <w:t>تو جب تک ان کے ان کے ان اویرنس کو توڑا نہ جائے تب تک یہ کرتے رہیں گے ایسے ہی وہ</w:t>
      </w:r>
    </w:p>
    <w:p>
      <w:r>
        <w:rPr>
          <w:b/>
        </w:rPr>
        <w:t xml:space="preserve">[1:25:09] </w:t>
      </w:r>
      <w:r>
        <w:t>mein hamara khud ek khwab bahut dinon se hai ke hum aise ulama tayyar karen lekin abhi tak to hum aisa kuch kar nahi sake lekin agar kare koi to bahut bada kaam hai yeh agar koi aisa kare ke hamare ulama ke is un awareness ko tode aur to phir sab masla hal ho jayega kyunke mukhlis to hai woh ikhlas ke sath woh ghalati kar rahe hain</w:t>
      </w:r>
    </w:p>
    <w:p>
      <w:pPr>
        <w:jc w:val="right"/>
      </w:pPr>
      <w:r>
        <w:t>میں ہمارا خود ایک خواب بہت دنوں سے ہے کہ ہم ایسے علماء تیار کریں لیکن ابھی تک تو ہم ایسا کچھ کر نہیں سکے لیکن اگر کرے کوئی تو بہت بڑا کام ہے یہ اگر کوئی ایسا کرے کہ ہمارے علماء کے اس ان اویرنس کو توڑے اور تو پھر سب مسئلہ حل ہو جائے گا کیونکہ مخلص تو ہے وہ اخلاص کے ساتھ وہ غلطی کر رہے ہیں</w:t>
      </w:r>
    </w:p>
    <w:p>
      <w:r>
        <w:rPr>
          <w:b/>
        </w:rPr>
        <w:t xml:space="preserve">[1:25:35] </w:t>
      </w:r>
      <w:r>
        <w:t>das question is from mr faiq from usa</w:t>
      </w:r>
    </w:p>
    <w:p>
      <w:pPr>
        <w:jc w:val="right"/>
      </w:pPr>
      <w:r>
        <w:t>دس کوئسچن از فرام مسٹر فائق فرام یو ایس اے</w:t>
      </w:r>
    </w:p>
    <w:p>
      <w:r>
        <w:rPr>
          <w:b/>
        </w:rPr>
        <w:t xml:space="preserve">[1:25:40] </w:t>
      </w:r>
      <w:r>
        <w:t>segregation of men and women is highly enforced in masjid including separate entrances every where including masjid nabvi</w:t>
      </w:r>
    </w:p>
    <w:p>
      <w:pPr>
        <w:jc w:val="right"/>
      </w:pPr>
      <w:r>
        <w:t>سیگریگیشن اف مین اینڈ وومن از ہائیلی انفورسڈ ان مسجد انکلوڈنگ سیپریٹ انٹرنسز ایوری ویر انکلوڈنگ مسجد نبوی</w:t>
      </w:r>
    </w:p>
    <w:p>
      <w:r>
        <w:rPr>
          <w:b/>
        </w:rPr>
        <w:t xml:space="preserve">[1:25:52] </w:t>
      </w:r>
      <w:r>
        <w:t>while there is no separation in kaaba during hajj or umrah</w:t>
      </w:r>
    </w:p>
    <w:p>
      <w:pPr>
        <w:jc w:val="right"/>
      </w:pPr>
      <w:r>
        <w:t>وائل دیر از نو سیپریشن ان کعبہ ڈیورنگ حج اور عمرہ</w:t>
      </w:r>
    </w:p>
    <w:p>
      <w:r>
        <w:rPr>
          <w:b/>
        </w:rPr>
        <w:t xml:space="preserve">[1:25:58] </w:t>
      </w:r>
      <w:r>
        <w:t>is the basis of separation of men and women comes from quran or rasool allah saying or practice</w:t>
      </w:r>
    </w:p>
    <w:p>
      <w:pPr>
        <w:jc w:val="right"/>
      </w:pPr>
      <w:r>
        <w:t>از دی بیسز اف سیپریشن اف مین اینڈ وومن کمز فرام قران اور رسول اللہ سینگ اور پریکٹس</w:t>
      </w:r>
    </w:p>
    <w:p>
      <w:r>
        <w:rPr>
          <w:b/>
        </w:rPr>
        <w:t xml:space="preserve">[1:26:07] </w:t>
      </w:r>
      <w:r>
        <w:t>maulana sahib kindly clarify this doubt</w:t>
      </w:r>
    </w:p>
    <w:p>
      <w:pPr>
        <w:jc w:val="right"/>
      </w:pPr>
      <w:r>
        <w:t>مولانا صاحب کائنڈلی کلیریفائی دس ڈاؤٹ</w:t>
      </w:r>
    </w:p>
    <w:p>
      <w:r>
        <w:rPr>
          <w:b/>
        </w:rPr>
        <w:t xml:space="preserve">[1:26:12] </w:t>
      </w:r>
      <w:r>
        <w:t>is ko segregation nahi keh sakte aap woh to yani un ki safen alag banti hain un ki</w:t>
      </w:r>
    </w:p>
    <w:p>
      <w:pPr>
        <w:jc w:val="right"/>
      </w:pPr>
      <w:r>
        <w:t>اس کو سیگریگیشن نہیں کہہ سکتے اپ وہ تو یعنی ان کی صفیں الگ بنتی ہیں ان کی</w:t>
      </w:r>
    </w:p>
    <w:p>
      <w:r>
        <w:rPr>
          <w:b/>
        </w:rPr>
        <w:t xml:space="preserve">[1:26:18] </w:t>
      </w:r>
      <w:r>
        <w:t>saf alag banti hai to woh to aur kya karenge aap sath sath mil kar khare hote</w:t>
      </w:r>
    </w:p>
    <w:p>
      <w:pPr>
        <w:jc w:val="right"/>
      </w:pPr>
      <w:r>
        <w:t>صف الگ بنتی ہے تو وہ تو اور کیا کریں گے اپ ساتھ ساتھ مل کر کھڑے ہوتے</w:t>
      </w:r>
    </w:p>
    <w:p>
      <w:r>
        <w:rPr>
          <w:b/>
        </w:rPr>
        <w:t xml:space="preserve">[1:26:23] </w:t>
      </w:r>
      <w:r>
        <w:t>hain to koi achi baat nahi hai isi ko mein kehta hoon purposive society</w:t>
      </w:r>
    </w:p>
    <w:p>
      <w:pPr>
        <w:jc w:val="right"/>
      </w:pPr>
      <w:r>
        <w:t>ہیں تو کوئی اچھی بات نہیں ہے اسی کو میں کہتا ہوں پرپسو سوسائٹی</w:t>
      </w:r>
    </w:p>
    <w:p>
      <w:r>
        <w:rPr>
          <w:b/>
        </w:rPr>
        <w:t xml:space="preserve">[1:26:29] </w:t>
      </w:r>
      <w:r>
        <w:t>bohat acha system hai madina mein bhi aur makkah mein bhi mein samajhta hoon ke bohat sahi hai</w:t>
      </w:r>
    </w:p>
    <w:p>
      <w:pPr>
        <w:jc w:val="right"/>
      </w:pPr>
      <w:r>
        <w:t>بہت اچھا سسٹم ہے مدینہ میں بھی اور مکہ میں بھی میں سمجھتا ہوں کہ بہت صحیح ہے</w:t>
      </w:r>
    </w:p>
    <w:p>
      <w:r>
        <w:rPr>
          <w:b/>
        </w:rPr>
        <w:t xml:space="preserve">[1:26:33] </w:t>
      </w:r>
      <w:r>
        <w:t>is mein koi qabil e aitraz ki baat nahi hai</w:t>
      </w:r>
    </w:p>
    <w:p>
      <w:pPr>
        <w:jc w:val="right"/>
      </w:pPr>
      <w:r>
        <w:t>اس میں کوئی قابل اعتراض کی بات نہیں ہے</w:t>
      </w:r>
    </w:p>
    <w:p>
      <w:r>
        <w:rPr>
          <w:b/>
        </w:rPr>
        <w:t xml:space="preserve">[1:26:37] </w:t>
      </w:r>
      <w:r>
        <w:t>saf bandi alag alag hoti hai to achi baat hai</w:t>
      </w:r>
    </w:p>
    <w:p>
      <w:pPr>
        <w:jc w:val="right"/>
      </w:pPr>
      <w:r>
        <w:t>صف بندی الگ الگ ہوتی ہے تو اچھی بات ہے</w:t>
      </w:r>
    </w:p>
    <w:p>
      <w:r>
        <w:rPr>
          <w:b/>
        </w:rPr>
        <w:t xml:space="preserve">[1:26:41] </w:t>
      </w:r>
      <w:r>
        <w:t>mein samjha nahi ke is mein kya maulana woh yeh keh rahe hain ke kaaba mein separation</w:t>
      </w:r>
    </w:p>
    <w:p>
      <w:pPr>
        <w:jc w:val="right"/>
      </w:pPr>
      <w:r>
        <w:t>میں سمجھا نہیں کہ اس میں کیا اپ مولانا وہ یہ کہہ رہے ہیں کہ کعبہ میں سیپریشن</w:t>
      </w:r>
    </w:p>
    <w:p>
      <w:r>
        <w:rPr>
          <w:b/>
        </w:rPr>
        <w:t xml:space="preserve">[1:26:44] </w:t>
      </w:r>
      <w:r>
        <w:t>nahi hai auraton aur mardon ka lekin masjidon mein aisa paya jata hai ke un ko separate kiya</w:t>
      </w:r>
    </w:p>
    <w:p>
      <w:pPr>
        <w:jc w:val="right"/>
      </w:pPr>
      <w:r>
        <w:t>نہیں ہے عورتوں اور مردوں کا لیکن مسجدوں میں ایسا پایا جاتا ہے کہ ان کو سیپریٹ کیا</w:t>
      </w:r>
    </w:p>
    <w:p>
      <w:r>
        <w:rPr>
          <w:b/>
        </w:rPr>
        <w:t xml:space="preserve">[1:26:49] </w:t>
      </w:r>
      <w:r>
        <w:t>jata hai nahi dono jagah hai jahan tak mein janta hoon mein ne hajj kiya hai</w:t>
      </w:r>
    </w:p>
    <w:p>
      <w:pPr>
        <w:jc w:val="right"/>
      </w:pPr>
      <w:r>
        <w:t>جاتا ہے نہیں دونوں جگہ ہے جہاں تک میں جانتا ہوں میں نے حج کیا ہے</w:t>
      </w:r>
    </w:p>
    <w:p>
      <w:r>
        <w:rPr>
          <w:b/>
        </w:rPr>
        <w:t xml:space="preserve">[1:26:52] </w:t>
      </w:r>
      <w:r>
        <w:t>mein ne bhi aisa nahi ke sath sath khari hoon aisa to nahi hai acha yani kaaba mein</w:t>
      </w:r>
    </w:p>
    <w:p>
      <w:pPr>
        <w:jc w:val="right"/>
      </w:pPr>
      <w:r>
        <w:t>میں نے بھی ایسا نہیں کہ ساتھ ساتھ کھڑی ہوں ایسا تو نہیں ہے اچھا یعنی کعبہ میں</w:t>
      </w:r>
    </w:p>
    <w:p>
      <w:r>
        <w:rPr>
          <w:b/>
        </w:rPr>
        <w:t xml:space="preserve">[1:26:59] </w:t>
      </w:r>
      <w:r>
        <w:t>jab namaz ada ki jati hai yani haram e makkah mein to mil kar nahi khari hoti hain wahan</w:t>
      </w:r>
    </w:p>
    <w:p>
      <w:pPr>
        <w:jc w:val="right"/>
      </w:pPr>
      <w:r>
        <w:t>جب نماز ادا کی جاتی ہے یعنی حرم مکے میں تو مل کر نہیں کھڑی ہوتی ہیں وہاں</w:t>
      </w:r>
    </w:p>
    <w:p>
      <w:r>
        <w:rPr>
          <w:b/>
        </w:rPr>
        <w:t xml:space="preserve">[1:27:03] </w:t>
      </w:r>
      <w:r>
        <w:t>bhi alag khari hoti hain woh mein to yahi janta hoon yeh to mein nahi janta ke wahan</w:t>
      </w:r>
    </w:p>
    <w:p>
      <w:pPr>
        <w:jc w:val="right"/>
      </w:pPr>
      <w:r>
        <w:t>بھی الگ کھڑی ہوتی ہیں وہ میں تو یہی جانتا ہوں یہ تو میں نہیں جانتا کہ وہاں</w:t>
      </w:r>
    </w:p>
    <w:p>
      <w:r>
        <w:rPr>
          <w:b/>
        </w:rPr>
        <w:t xml:space="preserve">[1:27:08] </w:t>
      </w:r>
      <w:r>
        <w:t>par ji kya matlab mil jul kar khari hoti hain maulana un ke question se to yahi hai</w:t>
      </w:r>
    </w:p>
    <w:p>
      <w:pPr>
        <w:jc w:val="right"/>
      </w:pPr>
      <w:r>
        <w:t>پر جی کیا مطلب مل جل کر کھڑی ہوتی ہیں مولانا ان کے کوئسچن سے تو یہی ہے</w:t>
      </w:r>
    </w:p>
    <w:p>
      <w:r>
        <w:rPr>
          <w:b/>
        </w:rPr>
        <w:t xml:space="preserve">[1:27:12] </w:t>
      </w:r>
      <w:r>
        <w:t>ke masjidon mein alag kiya hai to kaaba mein kyun nahi alag karte woh kaaba mein alag hi</w:t>
      </w:r>
    </w:p>
    <w:p>
      <w:pPr>
        <w:jc w:val="right"/>
      </w:pPr>
      <w:r>
        <w:t>کہ مسجدوں میں الگ کیا ہے تو کعبہ میں کیوں نہیں الگ کرتے وہ کعبہ میں الگ ہی</w:t>
      </w:r>
    </w:p>
    <w:p>
      <w:r>
        <w:rPr>
          <w:b/>
        </w:rPr>
        <w:t xml:space="preserve">[1:27:17] </w:t>
      </w:r>
      <w:r>
        <w:t>rehta hai hmm yani mard ki safen alag aurat ki safen alag</w:t>
      </w:r>
    </w:p>
    <w:p>
      <w:pPr>
        <w:jc w:val="right"/>
      </w:pPr>
      <w:r>
        <w:t>رہتا ہے ہمم یعنی مرد کی صفیں الگ عورت کی صفیں الگ</w:t>
      </w:r>
    </w:p>
    <w:p>
      <w:r>
        <w:rPr>
          <w:b/>
        </w:rPr>
        <w:t xml:space="preserve">[1:27:22] </w:t>
      </w:r>
      <w:r>
        <w:t>yahi yahi natural hai yahi yahi sahi tareeqa hai during hajj</w:t>
      </w:r>
    </w:p>
    <w:p>
      <w:pPr>
        <w:jc w:val="right"/>
      </w:pPr>
      <w:r>
        <w:t>یہی یہی نیچرل ہے یہی یہی صحیح طریقہ ہے ڈیورنگ حج</w:t>
      </w:r>
    </w:p>
    <w:p>
      <w:r>
        <w:rPr>
          <w:b/>
        </w:rPr>
        <w:t xml:space="preserve">[1:27:29] </w:t>
      </w:r>
      <w:r>
        <w:t>during hajj maulana matlab hajj ke douran</w:t>
      </w:r>
    </w:p>
    <w:p>
      <w:pPr>
        <w:jc w:val="right"/>
      </w:pPr>
      <w:r>
        <w:t>ڈیورنگ حج مولانا مطلب حج کے دوران</w:t>
      </w:r>
    </w:p>
    <w:p>
      <w:r>
        <w:rPr>
          <w:b/>
        </w:rPr>
        <w:t xml:space="preserve">[1:27:34] </w:t>
      </w:r>
      <w:r>
        <w:t>namaz mein aisa nahi hota baqi hajj jo karte hain matlab jo soye aur woh tawaf is ka</w:t>
      </w:r>
    </w:p>
    <w:p>
      <w:pPr>
        <w:jc w:val="right"/>
      </w:pPr>
      <w:r>
        <w:t>نماز میں ایسا نہیں ہوتا باقی حج جو کرتے ہیں مطلب جو سوئے اور وہ طواف اس کا</w:t>
      </w:r>
    </w:p>
    <w:p>
      <w:r>
        <w:rPr>
          <w:b/>
        </w:rPr>
        <w:t xml:space="preserve">[1:27:40] </w:t>
      </w:r>
      <w:r>
        <w:t>matlab agar un ka hai to woh itna bheed hoti hai is mein alag karna possible nahi hota</w:t>
      </w:r>
    </w:p>
    <w:p>
      <w:pPr>
        <w:jc w:val="right"/>
      </w:pPr>
      <w:r>
        <w:t>مطلب اگر ان کا ہے تو وہ اتنا بھیڑ ہوتی ہے اس میں الگ کرنا پاسیبل نہیں ہوتا</w:t>
      </w:r>
    </w:p>
    <w:p>
      <w:r>
        <w:rPr>
          <w:b/>
        </w:rPr>
        <w:t xml:space="preserve">[1:27:46] </w:t>
      </w:r>
      <w:r>
        <w:t>dekhen ek hai namaz jo haram mein ada ki jati hai ek hai jo soye kiya jata hai</w:t>
      </w:r>
    </w:p>
    <w:p>
      <w:pPr>
        <w:jc w:val="right"/>
      </w:pPr>
      <w:r>
        <w:t>دیکھیں ایک ہے نماز جو حرم میں ادا کی جاتی ہے ایک ہے جو سوئے کیا جاتا ہے</w:t>
      </w:r>
    </w:p>
    <w:p>
      <w:r>
        <w:rPr>
          <w:b/>
        </w:rPr>
        <w:t xml:space="preserve">[1:27:51] </w:t>
      </w:r>
      <w:r>
        <w:t>ya tawaf kiya jata hai aur yahan se wahan ja rahe hain is mein alag nahi kar sakte</w:t>
      </w:r>
    </w:p>
    <w:p>
      <w:pPr>
        <w:jc w:val="right"/>
      </w:pPr>
      <w:r>
        <w:t>یا طواف کیا جاتا ہے اور یہاں سے وہاں جا رہے ہیں اس میں الگ نہیں کر سکتے</w:t>
      </w:r>
    </w:p>
    <w:p>
      <w:r>
        <w:rPr>
          <w:b/>
        </w:rPr>
        <w:t xml:space="preserve">[1:27:56] </w:t>
      </w:r>
      <w:r>
        <w:t>ap wo to pasibal nahi hai wo to ek bheed hoti hai ab 30 lakh aadmiyon ki bheed</w:t>
      </w:r>
    </w:p>
    <w:p>
      <w:pPr>
        <w:jc w:val="right"/>
      </w:pPr>
      <w:r>
        <w:t>اپ وہ تو پاسیبل نہیں ہے وہ تو ایک بھیڑ ہوتی ہے اب 30 لاکھ ادمیوں کی بھیڑ</w:t>
      </w:r>
    </w:p>
    <w:p>
      <w:r>
        <w:rPr>
          <w:b/>
        </w:rPr>
        <w:t xml:space="preserve">[1:28:01] </w:t>
      </w:r>
      <w:r>
        <w:t>hai to kya karenge ap is ko to namaz bas zaroor alag karte hain wo bas wo</w:t>
      </w:r>
    </w:p>
    <w:p>
      <w:pPr>
        <w:jc w:val="right"/>
      </w:pPr>
      <w:r>
        <w:t>ہے تو کیا کریں گے اپ اس کو تو نماز بس ضرور الگ کرتے ہیں وہ بس وہ</w:t>
      </w:r>
    </w:p>
    <w:p>
      <w:r>
        <w:rPr>
          <w:b/>
        </w:rPr>
        <w:t xml:space="preserve">[1:28:05] </w:t>
      </w:r>
      <w:r>
        <w:t>bheed pe alag nahi kar sakte wo pasibal nahi hai</w:t>
      </w:r>
    </w:p>
    <w:p>
      <w:pPr>
        <w:jc w:val="right"/>
      </w:pPr>
      <w:r>
        <w:t>بھیڑ پہ الگ نہیں کر سکتے وہ پاسیبل نہیں ہے</w:t>
      </w:r>
    </w:p>
    <w:p>
      <w:r>
        <w:rPr>
          <w:b/>
        </w:rPr>
        <w:t xml:space="preserve">[1:28:16] </w:t>
      </w:r>
      <w:r>
        <w:t>das question is from mr muhammad imran nadvi from delhi maulana what is your opinion about co education</w:t>
      </w:r>
    </w:p>
    <w:p>
      <w:pPr>
        <w:jc w:val="right"/>
      </w:pPr>
      <w:r>
        <w:t>دس کوئسچن از فرام مسٹر محمد عمران ندوی فرام دہلی مولانا واٹ از یور اوپینین اباؤٹ کو ایجوکیشن</w:t>
      </w:r>
    </w:p>
    <w:p>
      <w:r>
        <w:rPr>
          <w:b/>
        </w:rPr>
        <w:t xml:space="preserve">[1:28:27] </w:t>
      </w:r>
      <w:r>
        <w:t>there is a hadith which says if men and women gather in any place satan would be the third congregation of strange men and women is the root of all evil maulana sahib my question is how can i pursue my higher education if a university has a co ed system</w:t>
      </w:r>
    </w:p>
    <w:p>
      <w:pPr>
        <w:jc w:val="right"/>
      </w:pPr>
      <w:r>
        <w:t>دیر از ا حدیث وچ سیز اف مین اینڈ وومن گیدر ان اینی پلیس سیٹن وڈ بی دا تھرڈ کونگریگیشن اف سٹرینج مین اینڈ وومن از دا روٹ اف ال ایول مولانا صاحب مائی کوئسچن از ہاؤ کین ائی پرسیو مائی ہائر ایجوکیشن اف ار یونیورسٹی ہیز ا کو ایڈ سسٹم</w:t>
      </w:r>
    </w:p>
    <w:p>
      <w:r>
        <w:rPr>
          <w:b/>
        </w:rPr>
        <w:t xml:space="preserve">[1:28:54] </w:t>
      </w:r>
      <w:r>
        <w:t>jo present jo</w:t>
      </w:r>
    </w:p>
    <w:p>
      <w:pPr>
        <w:jc w:val="right"/>
      </w:pPr>
      <w:r>
        <w:t>جو پریزنٹ جو</w:t>
      </w:r>
    </w:p>
    <w:p>
      <w:r>
        <w:rPr>
          <w:b/>
        </w:rPr>
        <w:t xml:space="preserve">[1:28:58] </w:t>
      </w:r>
      <w:r>
        <w:t>hal hai wo to sahi nahi hai wo to wahi hai maine kaha na ke machhliyon ki</w:t>
      </w:r>
    </w:p>
    <w:p>
      <w:pPr>
        <w:jc w:val="right"/>
      </w:pPr>
      <w:r>
        <w:t>ہال ہے وہ تو صحیح نہیں ہے وہ تو وہی ہے میں نے کہا نا کہ مچھلیوں کی</w:t>
      </w:r>
    </w:p>
    <w:p>
      <w:r>
        <w:rPr>
          <w:b/>
        </w:rPr>
        <w:t xml:space="preserve">[1:29:01] </w:t>
      </w:r>
      <w:r>
        <w:t>tarah rehte hain dono mil kar ke ye sab pani machhliyan hoti hain mil jul ke bas ye</w:t>
      </w:r>
    </w:p>
    <w:p>
      <w:pPr>
        <w:jc w:val="right"/>
      </w:pPr>
      <w:r>
        <w:t>طرح رہتے ہیں دونوں مل کر کے یہ سب پانی مچھلیاں ہوتی ہیں مل جل کے بس یہ</w:t>
      </w:r>
    </w:p>
    <w:p>
      <w:r>
        <w:rPr>
          <w:b/>
        </w:rPr>
        <w:t xml:space="preserve">[1:29:06] </w:t>
      </w:r>
      <w:r>
        <w:t>ladke ladkiyan wo to sahi nahi hai is ko main sahi nahi samajhta koi un ko aisa tareeqa</w:t>
      </w:r>
    </w:p>
    <w:p>
      <w:pPr>
        <w:jc w:val="right"/>
      </w:pPr>
      <w:r>
        <w:t>لڑکے لڑکیاں وہ تو صحیح نہیں ہے اس کو میں صحیح نہیں سمجھتا کوئی ان کو ایسا طریقہ</w:t>
      </w:r>
    </w:p>
    <w:p>
      <w:r>
        <w:rPr>
          <w:b/>
        </w:rPr>
        <w:t xml:space="preserve">[1:29:11] </w:t>
      </w:r>
      <w:r>
        <w:t>hona chahiye ke jis tarah namaz mein hota hai un ki safen alag un ki safen alag wo</w:t>
      </w:r>
    </w:p>
    <w:p>
      <w:pPr>
        <w:jc w:val="right"/>
      </w:pPr>
      <w:r>
        <w:t>ہونا چاہیے کہ جس طرح نماز میں ہوتا ہے ان کی صفیں الگ ان کی صفیں الگ وہ</w:t>
      </w:r>
    </w:p>
    <w:p>
      <w:r>
        <w:rPr>
          <w:b/>
        </w:rPr>
        <w:t xml:space="preserve">[1:29:16] </w:t>
      </w:r>
      <w:r>
        <w:t>to zaroori hai</w:t>
      </w:r>
    </w:p>
    <w:p>
      <w:pPr>
        <w:jc w:val="right"/>
      </w:pPr>
      <w:r>
        <w:t>تو ضروری ہے</w:t>
      </w:r>
    </w:p>
    <w:p>
      <w:r>
        <w:rPr>
          <w:b/>
        </w:rPr>
        <w:t xml:space="preserve">[1:29:18] </w:t>
      </w:r>
      <w:r>
        <w:t>ek dam machhliyon ki tarah se dono sath rahen wo to main samajhta hoon ke bilkul hi galat</w:t>
      </w:r>
    </w:p>
    <w:p>
      <w:pPr>
        <w:jc w:val="right"/>
      </w:pPr>
      <w:r>
        <w:t>ایک دم مچھلیوں کی طرح سے دونوں ساتھ رہیں وہ تو میں سمجھتا ہوں کہ بالکل ہی غلط</w:t>
      </w:r>
    </w:p>
    <w:p>
      <w:r>
        <w:rPr>
          <w:b/>
        </w:rPr>
        <w:t xml:space="preserve">[1:29:24] </w:t>
      </w:r>
      <w:r>
        <w:t>hai aur is mein kabhi bhi koi</w:t>
      </w:r>
    </w:p>
    <w:p>
      <w:pPr>
        <w:jc w:val="right"/>
      </w:pPr>
      <w:r>
        <w:t>ہے اور اس میں کبھی بھی کوئی</w:t>
      </w:r>
    </w:p>
    <w:p>
      <w:r>
        <w:rPr>
          <w:b/>
        </w:rPr>
        <w:t xml:space="preserve">[1:29:29] </w:t>
      </w:r>
      <w:r>
        <w:t>koi positive result is ka nahi nikal sakta na nikal raha hai abhi bhi sab system tabah ho</w:t>
      </w:r>
    </w:p>
    <w:p>
      <w:pPr>
        <w:jc w:val="right"/>
      </w:pPr>
      <w:r>
        <w:t>کوئی پازیٹیو رزلٹ اس کا نہیں نکل سکتا نہ نکل رہا ہے ابھی بھی سب سسٹم تباہ ہو</w:t>
      </w:r>
    </w:p>
    <w:p>
      <w:r>
        <w:rPr>
          <w:b/>
        </w:rPr>
        <w:t xml:space="preserve">[1:29:34] </w:t>
      </w:r>
      <w:r>
        <w:t>raha hai har taraf yahan bhi europe mein bhi to main samajhta hoon ke jo muslim</w:t>
      </w:r>
    </w:p>
    <w:p>
      <w:pPr>
        <w:jc w:val="right"/>
      </w:pPr>
      <w:r>
        <w:t>رہا ہے ہر طرف یہاں بھی یورپ میں بھی تو میں سمجھتا ہوں کہ جو مسلم</w:t>
      </w:r>
    </w:p>
    <w:p>
      <w:r>
        <w:rPr>
          <w:b/>
        </w:rPr>
        <w:t xml:space="preserve">[1:29:39] </w:t>
      </w:r>
      <w:r>
        <w:t>countries hain un ko is mein acha namoona pesh karna chahiye</w:t>
      </w:r>
    </w:p>
    <w:p>
      <w:pPr>
        <w:jc w:val="right"/>
      </w:pPr>
      <w:r>
        <w:t>کنٹریز ہیں ان کو اس میں اچھا نمونہ پیش کرنا چاہیے</w:t>
      </w:r>
    </w:p>
    <w:p>
      <w:r>
        <w:rPr>
          <w:b/>
        </w:rPr>
        <w:t xml:space="preserve">[1:29:44] </w:t>
      </w:r>
      <w:r>
        <w:t>pakistan mein mislan ek 60 saal beet gaye koi namoona nahi pesh kar saka aps mein lad rahe</w:t>
      </w:r>
    </w:p>
    <w:p>
      <w:pPr>
        <w:jc w:val="right"/>
      </w:pPr>
      <w:r>
        <w:t>پاکستان میں مثلا ایک 60 سال بیت گئے کوئی نمونہ نہیں پیش کر سکا اپس میں لڑ رہے</w:t>
      </w:r>
    </w:p>
    <w:p>
      <w:r>
        <w:rPr>
          <w:b/>
        </w:rPr>
        <w:t xml:space="preserve">[1:29:49] </w:t>
      </w:r>
      <w:r>
        <w:t>hain lad rahe hain lad rahe hain</w:t>
      </w:r>
    </w:p>
    <w:p>
      <w:pPr>
        <w:jc w:val="right"/>
      </w:pPr>
      <w:r>
        <w:t>ہیں لڑ رہے ہیں لڑ رہے ہیں</w:t>
      </w:r>
    </w:p>
    <w:p>
      <w:r>
        <w:rPr>
          <w:b/>
        </w:rPr>
        <w:t xml:space="preserve">[1:29:51] </w:t>
      </w:r>
      <w:r>
        <w:t>to ap un par tanqeed to karte hain muslim countries ko kyun nahi kehte ke tum ne namoona</w:t>
      </w:r>
    </w:p>
    <w:p>
      <w:pPr>
        <w:jc w:val="right"/>
      </w:pPr>
      <w:r>
        <w:t>تو اپ ان پر تنقید تو کرتے ہیں مسلم کنٹریز کو کیوں نہیں کہتے کہ تم نے نمونہ</w:t>
      </w:r>
    </w:p>
    <w:p>
      <w:r>
        <w:rPr>
          <w:b/>
        </w:rPr>
        <w:t xml:space="preserve">[1:29:55] </w:t>
      </w:r>
      <w:r>
        <w:t>kyun nahi pesh kiya</w:t>
      </w:r>
    </w:p>
    <w:p>
      <w:pPr>
        <w:jc w:val="right"/>
      </w:pPr>
      <w:r>
        <w:t>کیوں نہیں پیش کیا</w:t>
      </w:r>
    </w:p>
    <w:p>
      <w:r>
        <w:rPr>
          <w:b/>
        </w:rPr>
        <w:t xml:space="preserve">[1:29:57] </w:t>
      </w:r>
      <w:r>
        <w:t>ye sare logon ki jo jo jo jo criticism hai wo europe aur america par hai ab muslim</w:t>
      </w:r>
    </w:p>
    <w:p>
      <w:pPr>
        <w:jc w:val="right"/>
      </w:pPr>
      <w:r>
        <w:t>یہ سارے لوگوں کی جو جو جو جو کریٹیسزم ہے وہ یورپ اور امریکہ پر ہے اب مسلم</w:t>
      </w:r>
    </w:p>
    <w:p>
      <w:r>
        <w:rPr>
          <w:b/>
        </w:rPr>
        <w:t xml:space="preserve">[1:30:04] </w:t>
      </w:r>
      <w:r>
        <w:t>countries kya kar rahe hain</w:t>
      </w:r>
    </w:p>
    <w:p>
      <w:pPr>
        <w:jc w:val="right"/>
      </w:pPr>
      <w:r>
        <w:t>کنٹریز کیا کر رہے ہیں</w:t>
      </w:r>
    </w:p>
    <w:p>
      <w:r>
        <w:rPr>
          <w:b/>
        </w:rPr>
        <w:t xml:space="preserve">[1:30:06] </w:t>
      </w:r>
      <w:r>
        <w:t>ke unhon ne is mein namoona pesh kiya ke kis tarah se higher education le sakte hain dono</w:t>
      </w:r>
    </w:p>
    <w:p>
      <w:pPr>
        <w:jc w:val="right"/>
      </w:pPr>
      <w:r>
        <w:t>کہ انہوں نے اس میں نمونہ پیش کیا کہ کس طرح سے ہائر ایجوکیشن لے سکتے ہیں دونوں</w:t>
      </w:r>
    </w:p>
    <w:p>
      <w:r>
        <w:rPr>
          <w:b/>
        </w:rPr>
        <w:t xml:space="preserve">[1:30:12] </w:t>
      </w:r>
      <w:r>
        <w:t>ladke ladkiyan dono baghair machhli ki tarah ek sath rahe hue</w:t>
      </w:r>
    </w:p>
    <w:p>
      <w:pPr>
        <w:jc w:val="right"/>
      </w:pPr>
      <w:r>
        <w:t>لڑکے لڑکیاں دونوں بغیر مچھلی کی طرح ایک ساتھ رہے ہوئے</w:t>
      </w:r>
    </w:p>
    <w:p>
      <w:r>
        <w:rPr>
          <w:b/>
        </w:rPr>
        <w:t xml:space="preserve">[1:30:19] </w:t>
      </w:r>
      <w:r>
        <w:t>to main samajhta hoon ke bLeim goes to muslims</w:t>
      </w:r>
    </w:p>
    <w:p>
      <w:pPr>
        <w:jc w:val="right"/>
      </w:pPr>
      <w:r>
        <w:t>تو میں سمجھتا ہوں کہ بلیم گوز ٹو مسلمز</w:t>
      </w:r>
    </w:p>
    <w:p>
      <w:r>
        <w:rPr>
          <w:b/>
        </w:rPr>
        <w:t xml:space="preserve">[1:30:24] </w:t>
      </w:r>
      <w:r>
        <w:t>un par un</w:t>
      </w:r>
    </w:p>
    <w:p>
      <w:pPr>
        <w:jc w:val="right"/>
      </w:pPr>
      <w:r>
        <w:t>ان پر ان</w:t>
      </w:r>
    </w:p>
    <w:p>
      <w:r>
        <w:rPr>
          <w:b/>
        </w:rPr>
        <w:t xml:space="preserve">[1:30:24] </w:t>
      </w:r>
      <w:r>
        <w:t>par nahi jata blame</w:t>
      </w:r>
    </w:p>
    <w:p>
      <w:pPr>
        <w:jc w:val="right"/>
      </w:pPr>
      <w:r>
        <w:t>پر نہیں جاتا بلیم</w:t>
      </w:r>
    </w:p>
    <w:p>
      <w:r>
        <w:rPr>
          <w:b/>
        </w:rPr>
        <w:t xml:space="preserve">[1:30:30] </w:t>
      </w:r>
      <w:r>
        <w:t>das question is from mr nafees sheraz from delhi</w:t>
      </w:r>
    </w:p>
    <w:p>
      <w:pPr>
        <w:jc w:val="right"/>
      </w:pPr>
      <w:r>
        <w:t>دس کوئسچن از فرام مسٹر نفیس شیراز فرام دہلی</w:t>
      </w:r>
    </w:p>
    <w:p>
      <w:r>
        <w:rPr>
          <w:b/>
        </w:rPr>
        <w:t xml:space="preserve">[1:30:35] </w:t>
      </w:r>
      <w:r>
        <w:t>hazrat adam se le kar peghambar e islam tak jitne bhi nabi khuda ne bheje sab ke sab mard</w:t>
      </w:r>
    </w:p>
    <w:p>
      <w:pPr>
        <w:jc w:val="right"/>
      </w:pPr>
      <w:r>
        <w:t>حضرت ادم سے لے کر پیغمبر اسلام تک جتنے بھی نبی خدا نے بھیجے سب کے سب مرد</w:t>
      </w:r>
    </w:p>
    <w:p>
      <w:r>
        <w:rPr>
          <w:b/>
        </w:rPr>
        <w:t xml:space="preserve">[1:30:44] </w:t>
      </w:r>
      <w:r>
        <w:t>huye hain kisi aurat ko nabi ka darja kyun nahi diya gaya dekhen yeh koi question nahi hai</w:t>
      </w:r>
    </w:p>
    <w:p>
      <w:pPr>
        <w:jc w:val="right"/>
      </w:pPr>
      <w:r>
        <w:t>ہوئے ہیں کسی عورت کو نبی کا درجہ کیوں نہیں دیا گیا دیکھیں یہ کوئی کوئسچن نہیں ہے</w:t>
      </w:r>
    </w:p>
    <w:p>
      <w:r>
        <w:rPr>
          <w:b/>
        </w:rPr>
        <w:t xml:space="preserve">[1:30:52] </w:t>
      </w:r>
      <w:r>
        <w:t>yeh ek system ki baat hai scheme ki baat hai koi system banana padega</w:t>
      </w:r>
    </w:p>
    <w:p>
      <w:pPr>
        <w:jc w:val="right"/>
      </w:pPr>
      <w:r>
        <w:t>یہ ایک سسٹم کی بات ہے اسکیم کی بات ہے کوئی سسٹم بنانا پڑے گا</w:t>
      </w:r>
    </w:p>
    <w:p>
      <w:r>
        <w:rPr>
          <w:b/>
        </w:rPr>
        <w:t xml:space="preserve">[1:30:59] </w:t>
      </w:r>
      <w:r>
        <w:t>yeh koi question mein nahi samajhta is ko</w:t>
      </w:r>
    </w:p>
    <w:p>
      <w:pPr>
        <w:jc w:val="right"/>
      </w:pPr>
      <w:r>
        <w:t>یہ کوئی کوئسچن میں نہیں سمجھتا اس کو</w:t>
      </w:r>
    </w:p>
    <w:p>
      <w:r>
        <w:rPr>
          <w:b/>
        </w:rPr>
        <w:t xml:space="preserve">[1:31:03] </w:t>
      </w:r>
      <w:r>
        <w:t>yeh koi question nahi samajhta mein is ko</w:t>
      </w:r>
    </w:p>
    <w:p>
      <w:pPr>
        <w:jc w:val="right"/>
      </w:pPr>
      <w:r>
        <w:t>یہ کوئی کوئسچن نہیں سمجھتا میں اس کو</w:t>
      </w:r>
    </w:p>
    <w:p>
      <w:r>
        <w:rPr>
          <w:b/>
        </w:rPr>
        <w:t xml:space="preserve">[1:31:06] </w:t>
      </w:r>
      <w:r>
        <w:t>das question is from molana abdul basit from doha</w:t>
      </w:r>
    </w:p>
    <w:p>
      <w:pPr>
        <w:jc w:val="right"/>
      </w:pPr>
      <w:r>
        <w:t>دس کوئسچن از فرام مولانا عبدالباسط فرام دوحہ</w:t>
      </w:r>
    </w:p>
    <w:p>
      <w:r>
        <w:rPr>
          <w:b/>
        </w:rPr>
        <w:t xml:space="preserve">[1:31:13] </w:t>
      </w:r>
      <w:r>
        <w:t>molana iman itaat</w:t>
      </w:r>
    </w:p>
    <w:p>
      <w:pPr>
        <w:jc w:val="right"/>
      </w:pPr>
      <w:r>
        <w:t>مولانا ایمان اطاعت</w:t>
      </w:r>
    </w:p>
    <w:p>
      <w:r>
        <w:rPr>
          <w:b/>
        </w:rPr>
        <w:t xml:space="preserve">[1:31:15] </w:t>
      </w:r>
      <w:r>
        <w:t>se badhta hai aur nafarmani se kam hota hai yeh aqeedey mein likha hai molana mera sawal yeh</w:t>
      </w:r>
    </w:p>
    <w:p>
      <w:pPr>
        <w:jc w:val="right"/>
      </w:pPr>
      <w:r>
        <w:t>سے بڑھتا ہے اور نافرمانی سے کم ہوتا ہے یہ عقیدے میں لکھا ہے مولانا میرا سوال یہ</w:t>
      </w:r>
    </w:p>
    <w:p>
      <w:r>
        <w:rPr>
          <w:b/>
        </w:rPr>
        <w:t xml:space="preserve">[1:31:25] </w:t>
      </w:r>
      <w:r>
        <w:t>hai ke itaat ke jazbe ke liye kya muharrik hai ibadat ki taraf mutawajjah karne wali cheez to</w:t>
      </w:r>
    </w:p>
    <w:p>
      <w:pPr>
        <w:jc w:val="right"/>
      </w:pPr>
      <w:r>
        <w:t>ہے کہ اطاعت کے جذبے کے لیے کیا محرک ہے عبادت کی طرف متوجہ کرنے والی چیز تو</w:t>
      </w:r>
    </w:p>
    <w:p>
      <w:r>
        <w:rPr>
          <w:b/>
        </w:rPr>
        <w:t xml:space="preserve">[1:31:34] </w:t>
      </w:r>
      <w:r>
        <w:t>marifat hai aur is ka zikr nahi magar is mein sirf itaat ka zikr hai jabke marifat mabada</w:t>
      </w:r>
    </w:p>
    <w:p>
      <w:pPr>
        <w:jc w:val="right"/>
      </w:pPr>
      <w:r>
        <w:t>معرفت ہے اور اس کا ذکر نہیں مگر اس میں صرف اطاعت کا ذکر ہے جبکہ معرفت مابدہ</w:t>
      </w:r>
    </w:p>
    <w:p>
      <w:r>
        <w:rPr>
          <w:b/>
        </w:rPr>
        <w:t xml:space="preserve">[1:31:45] </w:t>
      </w:r>
      <w:r>
        <w:t>e amal ke liye is ke bare mein wajahaat karen</w:t>
      </w:r>
    </w:p>
    <w:p>
      <w:pPr>
        <w:jc w:val="right"/>
      </w:pPr>
      <w:r>
        <w:t>عمل کے لیے اس کے بارے میں وجاہت کریں</w:t>
      </w:r>
    </w:p>
    <w:p>
      <w:r>
        <w:rPr>
          <w:b/>
        </w:rPr>
        <w:t xml:space="preserve">[1:31:52] </w:t>
      </w:r>
      <w:r>
        <w:t>dekhen iman jo hai marifat ka naam to hai</w:t>
      </w:r>
    </w:p>
    <w:p>
      <w:pPr>
        <w:jc w:val="right"/>
      </w:pPr>
      <w:r>
        <w:t>دیکھیں ایمان جو ہے معرفتی کا نام تو ہے</w:t>
      </w:r>
    </w:p>
    <w:p>
      <w:r>
        <w:rPr>
          <w:b/>
        </w:rPr>
        <w:t xml:space="preserve">[1:31:55] </w:t>
      </w:r>
      <w:r>
        <w:t>iman kya hai marifat hai</w:t>
      </w:r>
    </w:p>
    <w:p>
      <w:pPr>
        <w:jc w:val="right"/>
      </w:pPr>
      <w:r>
        <w:t>ایمان کیا ہے معرفت ہے</w:t>
      </w:r>
    </w:p>
    <w:p>
      <w:r>
        <w:rPr>
          <w:b/>
        </w:rPr>
        <w:t xml:space="preserve">[1:32:00] </w:t>
      </w:r>
      <w:r>
        <w:t>matlab realization discovery iktishaf isi ka naam iman hai log to samajhte hain iman ka matlab sirf munh</w:t>
      </w:r>
    </w:p>
    <w:p>
      <w:pPr>
        <w:jc w:val="right"/>
      </w:pPr>
      <w:r>
        <w:t>مطلب ریلائزیشن ڈسکوری اکتشاف اسی کا نام ایمان ہے لوگ تو سمجھتے ہیں ایمان کا مطلب صرف منہ</w:t>
      </w:r>
    </w:p>
    <w:p>
      <w:r>
        <w:rPr>
          <w:b/>
        </w:rPr>
        <w:t xml:space="preserve">[1:32:09] </w:t>
      </w:r>
      <w:r>
        <w:t>se bol dena</w:t>
      </w:r>
    </w:p>
    <w:p>
      <w:pPr>
        <w:jc w:val="right"/>
      </w:pPr>
      <w:r>
        <w:t>سے بول دینا</w:t>
      </w:r>
    </w:p>
    <w:p>
      <w:r>
        <w:rPr>
          <w:b/>
        </w:rPr>
        <w:t xml:space="preserve">[1:32:11] </w:t>
      </w:r>
      <w:r>
        <w:t>ke la ilaha illallah keh diya to iman mil gaya yeh sahi nahi hai</w:t>
      </w:r>
    </w:p>
    <w:p>
      <w:pPr>
        <w:jc w:val="right"/>
      </w:pPr>
      <w:r>
        <w:t>کہ لا الہ الا اللہ کہہ دیا تو ایمان مل گیا یہ صحیح نہیں ہے</w:t>
      </w:r>
    </w:p>
    <w:p>
      <w:r>
        <w:rPr>
          <w:b/>
        </w:rPr>
        <w:t xml:space="preserve">[1:32:16] </w:t>
      </w:r>
      <w:r>
        <w:t>iman marifat hai wajh e sabb muawwaz al rasool jo tukda hai us ko aap parhiye wahan marifat aur iman</w:t>
      </w:r>
    </w:p>
    <w:p>
      <w:pPr>
        <w:jc w:val="right"/>
      </w:pPr>
      <w:r>
        <w:t>ایمان معرفتی ہے وجہ سبع معوذ الرسول جو ٹکڑا ہے اس کو اپ پڑھیے وہاں معرفت اور ایمان</w:t>
      </w:r>
    </w:p>
    <w:p>
      <w:r>
        <w:rPr>
          <w:b/>
        </w:rPr>
        <w:t xml:space="preserve">[1:32:25] </w:t>
      </w:r>
      <w:r>
        <w:t>dono ko ek mani mein istemal kiya gaya hai</w:t>
      </w:r>
    </w:p>
    <w:p>
      <w:pPr>
        <w:jc w:val="right"/>
      </w:pPr>
      <w:r>
        <w:t>دونوں کو ایک معنی میں استعمال کیا گیا ہے</w:t>
      </w:r>
    </w:p>
    <w:p>
      <w:r>
        <w:rPr>
          <w:b/>
        </w:rPr>
        <w:t xml:space="preserve">[1:32:29] </w:t>
      </w:r>
      <w:r>
        <w:t>to marifat ka zariya hi marifat ke nateeje mein iman paida hota hai iman paida ho ya to is</w:t>
      </w:r>
    </w:p>
    <w:p>
      <w:pPr>
        <w:jc w:val="right"/>
      </w:pPr>
      <w:r>
        <w:t>تو معرفتی کا ذریعہ ہی معرفتی کے نتیجے میں ایمان پیدا ہوتا ہے ایمان پیدا ہویا تو اس</w:t>
      </w:r>
    </w:p>
    <w:p>
      <w:r>
        <w:rPr>
          <w:b/>
        </w:rPr>
        <w:t xml:space="preserve">[1:32:36] </w:t>
      </w:r>
      <w:r>
        <w:t>se itaat paida hogi</w:t>
      </w:r>
    </w:p>
    <w:p>
      <w:pPr>
        <w:jc w:val="right"/>
      </w:pPr>
      <w:r>
        <w:t>سے اطاعت پیدا ہوگی</w:t>
      </w:r>
    </w:p>
    <w:p>
      <w:r>
        <w:rPr>
          <w:b/>
        </w:rPr>
        <w:t xml:space="preserve">[1:32:38] </w:t>
      </w:r>
      <w:r>
        <w:t>koi marifat aayegi yani realization to is is spirit paida hogi ek incentive jaagega aap motivate honge khuda ka khauf aayega allah ki mohabbat aayegi to phir yahi sab to hoga phir amal amal aayega aur woh sab cheezein itaat aayega woh sab cheezein aati chali jayengi to jad mein marifat hai isi marifat ka doosra naam iman hai</w:t>
      </w:r>
    </w:p>
    <w:p>
      <w:pPr>
        <w:jc w:val="right"/>
      </w:pPr>
      <w:r>
        <w:t>کوئی معرفت ائے گی یعنی ریلائزیشن تو اس اسپیریٹ پیدا ہوگی ایک انسنٹیو جاگے گا اپ موٹیویٹ ہوں گے خدا کا خوف ائے گا اللہ کی محبت ائے گی تو پھر یہی سب تو ہوگا پھر عمل عمل ائے گا اور وہ سب چیزیں اطاعت ائے گا وہ سب چیزیں اتی چلی جائیں گی تو جڑ میں معرفتی ہے اسی معرفتی کا دوسرا نام ایمان ہے</w:t>
      </w:r>
    </w:p>
    <w:p>
      <w:r>
        <w:rPr>
          <w:b/>
        </w:rPr>
        <w:t xml:space="preserve">[1:33:07] </w:t>
      </w:r>
      <w:r>
        <w:t>das question is from dr farida khanam from delhi da ulama are resistant to change should we react to their misguided utterances or simply ignore them</w:t>
      </w:r>
    </w:p>
    <w:p>
      <w:pPr>
        <w:jc w:val="right"/>
      </w:pPr>
      <w:r>
        <w:t>دس کوئسچن از فرام ڈاکٹر فریدہ خانم فرام دہلی دا علماء ار ریزسٹنٹ ٹو چینج شوڈ وی ری ایکٹ ٹو دیر مس گائیڈڈ اٹرنسز اور سمپلی اگنور دیم</w:t>
      </w:r>
    </w:p>
    <w:p>
      <w:r>
        <w:rPr>
          <w:b/>
        </w:rPr>
        <w:t xml:space="preserve">[1:33:24] </w:t>
      </w:r>
      <w:r>
        <w:t>dekhen reaction se to koi faida nahi</w:t>
      </w:r>
    </w:p>
    <w:p>
      <w:pPr>
        <w:jc w:val="right"/>
      </w:pPr>
      <w:r>
        <w:t>دیکھیں ری ایکشن سے تو کوئی فائدہ نہیں</w:t>
      </w:r>
    </w:p>
    <w:p>
      <w:r>
        <w:rPr>
          <w:b/>
        </w:rPr>
        <w:t xml:space="preserve">[1:33:30] </w:t>
      </w:r>
      <w:r>
        <w:t>min husn al islam al mar u tarkahu bi al yani</w:t>
      </w:r>
    </w:p>
    <w:p>
      <w:pPr>
        <w:jc w:val="right"/>
      </w:pPr>
      <w:r>
        <w:t>من حسن اسلام المرع ترکہ بالایانی</w:t>
      </w:r>
    </w:p>
    <w:p>
      <w:r>
        <w:rPr>
          <w:b/>
        </w:rPr>
        <w:t xml:space="preserve">[1:33:34] </w:t>
      </w:r>
      <w:r>
        <w:t>to momin ka kaam jo hai woh hai result oriented action result oriented speech</w:t>
      </w:r>
    </w:p>
    <w:p>
      <w:pPr>
        <w:jc w:val="right"/>
      </w:pPr>
      <w:r>
        <w:t>تو مومن کا کام جو ہے وہ ہے رزلٹ اورینٹڈ ایکشن رزلٹ اورینٹڈ سپیچ</w:t>
      </w:r>
    </w:p>
    <w:p>
      <w:r>
        <w:rPr>
          <w:b/>
        </w:rPr>
        <w:t xml:space="preserve">[1:33:41] </w:t>
      </w:r>
      <w:r>
        <w:t>jiss se jiss ka koi nateeja na nikalne wala ho wahan par apne ko shamil karne se faida</w:t>
      </w:r>
    </w:p>
    <w:p>
      <w:pPr>
        <w:jc w:val="right"/>
      </w:pPr>
      <w:r>
        <w:t>جس سے جس کا کوئی نتیجہ نہ نکلنے والا ہو وہاں پر اپنے کو شامل کرنے سے فائدہ</w:t>
      </w:r>
    </w:p>
    <w:p>
      <w:r>
        <w:rPr>
          <w:b/>
        </w:rPr>
        <w:t xml:space="preserve">[1:33:47] </w:t>
      </w:r>
      <w:r>
        <w:t>kya hai to reaction se hum ulma ko na to badal sakte</w:t>
      </w:r>
    </w:p>
    <w:p>
      <w:pPr>
        <w:jc w:val="right"/>
      </w:pPr>
      <w:r>
        <w:t>کیا ہے تو ری ایکشن سے ہم علماء کو نہ تو بدل سکتے</w:t>
      </w:r>
    </w:p>
    <w:p>
      <w:r>
        <w:rPr>
          <w:b/>
        </w:rPr>
        <w:t xml:space="preserve">[1:33:53] </w:t>
      </w:r>
      <w:r>
        <w:t>na ulma mein koi change la sakte</w:t>
      </w:r>
    </w:p>
    <w:p>
      <w:pPr>
        <w:jc w:val="right"/>
      </w:pPr>
      <w:r>
        <w:t>نہ علماء میں کوئی چینج لا سکتے</w:t>
      </w:r>
    </w:p>
    <w:p>
      <w:r>
        <w:rPr>
          <w:b/>
        </w:rPr>
        <w:t xml:space="preserve">[1:33:57] </w:t>
      </w:r>
      <w:r>
        <w:t>isko hamein root cause ko janna padega root cause wahi hai ke wo unaware hain</w:t>
      </w:r>
    </w:p>
    <w:p>
      <w:pPr>
        <w:jc w:val="right"/>
      </w:pPr>
      <w:r>
        <w:t>اس کو ہمیں روٹ کاز کو جاننا پڑے گا روٹ کاز وہی ہے کہ وہ ان اویئر ہیں</w:t>
      </w:r>
    </w:p>
    <w:p>
      <w:r>
        <w:rPr>
          <w:b/>
        </w:rPr>
        <w:t xml:space="preserve">[1:34:01] </w:t>
      </w:r>
      <w:r>
        <w:t>ماڈرن ماڈرن ورلڈ سے ماڈرن مائنڈ سے unaware ہیں بالکل unaware ہیں کوئی جانتے ہی نہیں</w:t>
      </w:r>
    </w:p>
    <w:p>
      <w:pPr>
        <w:jc w:val="right"/>
      </w:pPr>
      <w:r>
        <w:t>ماڈرن ماڈرن ورلڈ سے ماڈرن مائنڈ سے ان اویئر ہیں بالکل ان اویئر ہیں کوئی جانتے ہی نہیں</w:t>
      </w:r>
    </w:p>
    <w:p>
      <w:r>
        <w:rPr>
          <w:b/>
        </w:rPr>
        <w:t xml:space="preserve">[1:34:06] </w:t>
      </w:r>
      <w:r>
        <w:t>کہ کیا modern modern world ہے کیا modern mind ہے کچھ بھی خبر نہیں ہے انہیں یہ ایک</w:t>
      </w:r>
    </w:p>
    <w:p>
      <w:pPr>
        <w:jc w:val="right"/>
      </w:pPr>
      <w:r>
        <w:t>کہ کیا ماڈرن ماڈرن ورلڈ ہے کیا ماڈرن مائنڈ ہے کچھ بھی خبر نہیں ہے انہیں یہ ایک</w:t>
      </w:r>
    </w:p>
    <w:p>
      <w:r>
        <w:rPr>
          <w:b/>
        </w:rPr>
        <w:t xml:space="preserve">[1:34:12] </w:t>
      </w:r>
      <w:r>
        <w:t>haqeeqat hai jaise</w:t>
      </w:r>
    </w:p>
    <w:p>
      <w:pPr>
        <w:jc w:val="right"/>
      </w:pPr>
      <w:r>
        <w:t>حقیقت ہے جیسے</w:t>
      </w:r>
    </w:p>
    <w:p>
      <w:r>
        <w:rPr>
          <w:b/>
        </w:rPr>
        <w:t xml:space="preserve">[1:34:15] </w:t>
      </w:r>
      <w:r>
        <w:t>he aap unko bata denge baatein wo theek ho jayenge ye main apni ek misaal</w:t>
      </w:r>
    </w:p>
    <w:p>
      <w:pPr>
        <w:jc w:val="right"/>
      </w:pPr>
      <w:r>
        <w:t>ہی اپ ان کو بتا دیں گے باتیں وہ ٹھیک ہو جائیں گے یہ میں اپنی ایک مثال</w:t>
      </w:r>
    </w:p>
    <w:p>
      <w:r>
        <w:rPr>
          <w:b/>
        </w:rPr>
        <w:t xml:space="preserve">[1:34:22] </w:t>
      </w:r>
      <w:r>
        <w:t>deta hoon chhoti si misaal bahut hi chhoti si misaal</w:t>
      </w:r>
    </w:p>
    <w:p>
      <w:pPr>
        <w:jc w:val="right"/>
      </w:pPr>
      <w:r>
        <w:t>دیتا ہوں چھوٹی سی مثال بہت ہی چھوٹی سی مثال</w:t>
      </w:r>
    </w:p>
    <w:p>
      <w:r>
        <w:rPr>
          <w:b/>
        </w:rPr>
        <w:t xml:space="preserve">[1:34:26] </w:t>
      </w:r>
      <w:r>
        <w:t>main jab gaon mein rehta tha tabhi se mere mind mein ye tha ke natural food ka tasawwur</w:t>
      </w:r>
    </w:p>
    <w:p>
      <w:pPr>
        <w:jc w:val="right"/>
      </w:pPr>
      <w:r>
        <w:t>میں جب گاؤں میں رہتا تھا تبھی سے میرے مائنڈ میں یہ تھا کہ نیچرل فوڈ کا تصور</w:t>
      </w:r>
    </w:p>
    <w:p>
      <w:r>
        <w:rPr>
          <w:b/>
        </w:rPr>
        <w:t xml:space="preserve">[1:34:34] </w:t>
      </w:r>
      <w:r>
        <w:t>yani main padha nahi tha isse pehle lekin natural food ka concept mere mind mein by nature</w:t>
      </w:r>
    </w:p>
    <w:p>
      <w:pPr>
        <w:jc w:val="right"/>
      </w:pPr>
      <w:r>
        <w:t>یعنی میں پڑھا نہیں تھا اس سے پہلے لیکن نیچرل فوڈ کا کانسیپٹ میرے مائنڈ میں بائی نیچر</w:t>
      </w:r>
    </w:p>
    <w:p>
      <w:r>
        <w:rPr>
          <w:b/>
        </w:rPr>
        <w:t xml:space="preserve">[1:34:40] </w:t>
      </w:r>
      <w:r>
        <w:t>maujood tha jaise hamare zamane mein is zamane mein bachpan mein yani azadi se bahut pehle ki baat</w:t>
      </w:r>
    </w:p>
    <w:p>
      <w:pPr>
        <w:jc w:val="right"/>
      </w:pPr>
      <w:r>
        <w:t>موجود تھا جیسے ہمارے زمانے میں اس زمانے میں بچپن میں یعنی ازادی سے بہت پہلے کی بات</w:t>
      </w:r>
    </w:p>
    <w:p>
      <w:r>
        <w:rPr>
          <w:b/>
        </w:rPr>
        <w:t xml:space="preserve">[1:34:45] </w:t>
      </w:r>
      <w:r>
        <w:t>hai ye ke gehun ko chaal kar iska gehun wo nikala iska iska chokar nikala</w:t>
      </w:r>
    </w:p>
    <w:p>
      <w:pPr>
        <w:jc w:val="right"/>
      </w:pPr>
      <w:r>
        <w:t>ہے یہ کہ گیہوں کو چال کر اس کا گیہوں وہ نکالا اس کا اس کا چوکر نکالا</w:t>
      </w:r>
    </w:p>
    <w:p>
      <w:r>
        <w:rPr>
          <w:b/>
        </w:rPr>
        <w:t xml:space="preserve">[1:34:50] </w:t>
      </w:r>
      <w:r>
        <w:t>jata tha gehun ka atta jo hota tha atta to chhalni mein chhana jata tha iska chokar</w:t>
      </w:r>
    </w:p>
    <w:p>
      <w:pPr>
        <w:jc w:val="right"/>
      </w:pPr>
      <w:r>
        <w:t>جاتا تھا گیہوں کا اٹا جو ہوتا تھا اٹا تو چھلنی میں چھانا جاتا تھا اس کا چوکر</w:t>
      </w:r>
    </w:p>
    <w:p>
      <w:r>
        <w:rPr>
          <w:b/>
        </w:rPr>
        <w:t xml:space="preserve">[1:34:55] </w:t>
      </w:r>
      <w:r>
        <w:t>nikal kar ya de deta tha bakri wagera ko de diya jata tha aur maida pakaya</w:t>
      </w:r>
    </w:p>
    <w:p>
      <w:pPr>
        <w:jc w:val="right"/>
      </w:pPr>
      <w:r>
        <w:t>نکال کر یا دے دیتا تھا بکری وغیرہ کو دے دیا جاتا تھا اور میدہ پکایا</w:t>
      </w:r>
    </w:p>
    <w:p>
      <w:r>
        <w:rPr>
          <w:b/>
        </w:rPr>
        <w:t xml:space="preserve">[1:35:01] </w:t>
      </w:r>
      <w:r>
        <w:t>jata tha maida ghar ke samne koi maida khate the to apni maa se main kehta tha ke</w:t>
      </w:r>
    </w:p>
    <w:p>
      <w:pPr>
        <w:jc w:val="right"/>
      </w:pPr>
      <w:r>
        <w:t>جاتا تھا میدہ گھر کے سامنے کوئی میدہ کھاتے تھے تو اپنی ماں سے میں کہتا تھا کہ</w:t>
      </w:r>
    </w:p>
    <w:p>
      <w:r>
        <w:rPr>
          <w:b/>
        </w:rPr>
        <w:t xml:space="preserve">[1:35:06] </w:t>
      </w:r>
      <w:r>
        <w:t>isko phenkte kyon hain ye bhi khoob poora ye bhi food hai to maa sunti nahi thi</w:t>
      </w:r>
    </w:p>
    <w:p>
      <w:pPr>
        <w:jc w:val="right"/>
      </w:pPr>
      <w:r>
        <w:t>اس کو پھینکتے کیوں ہیں یہ بھی خوب پورا یہ بھی فوڈ ہے تو ماں سنتی نہیں تھی</w:t>
      </w:r>
    </w:p>
    <w:p>
      <w:r>
        <w:rPr>
          <w:b/>
        </w:rPr>
        <w:t xml:space="preserve">[1:35:12] </w:t>
      </w:r>
      <w:r>
        <w:t>bilkul na koi sunta tha yani family koi sunta nahi tha hum sochte hain ke khwamkhwah mein achhi</w:t>
      </w:r>
    </w:p>
    <w:p>
      <w:pPr>
        <w:jc w:val="right"/>
      </w:pPr>
      <w:r>
        <w:t>بالکل نہ کوئی سنتا تھا یعنی فیملی کوئی سنتا نہیں تھا ہم سوچتے ہیں کہ خوامخواہ میں اچھی</w:t>
      </w:r>
    </w:p>
    <w:p>
      <w:r>
        <w:rPr>
          <w:b/>
        </w:rPr>
        <w:t xml:space="preserve">[1:35:18] </w:t>
      </w:r>
      <w:r>
        <w:t>baatein kar raha hoon to ghusse mein hamari maa kehti sirf chokar ki roti mujhe pakad ke deti</w:t>
      </w:r>
    </w:p>
    <w:p>
      <w:pPr>
        <w:jc w:val="right"/>
      </w:pPr>
      <w:r>
        <w:t>باتیں کر رہا ہوں تو غصے میں ہماری ماں کہتی صرف چوکر کی روٹی مجھے پکڑ کے دیتی</w:t>
      </w:r>
    </w:p>
    <w:p>
      <w:r>
        <w:rPr>
          <w:b/>
        </w:rPr>
        <w:t xml:space="preserve">[1:35:23] </w:t>
      </w:r>
      <w:r>
        <w:t>thi billi lao tum khao yani maida wo khate the chokar main mujhe mujhe deti thi khane</w:t>
      </w:r>
    </w:p>
    <w:p>
      <w:pPr>
        <w:jc w:val="right"/>
      </w:pPr>
      <w:r>
        <w:t>تھی بلی لاؤ تم کھاؤ یعنی میدہ وہ کھاتے تھے چوکر میں مجھے مجھے دے دیتی تھی کھانے</w:t>
      </w:r>
    </w:p>
    <w:p>
      <w:r>
        <w:rPr>
          <w:b/>
        </w:rPr>
        <w:t xml:space="preserve">[1:35:29] </w:t>
      </w:r>
      <w:r>
        <w:t>ke liye acha baad ko hamare ghar ki jo ladkiyan hain unki angrezi taleem hui meri poori</w:t>
      </w:r>
    </w:p>
    <w:p>
      <w:pPr>
        <w:jc w:val="right"/>
      </w:pPr>
      <w:r>
        <w:t>کے لیے اچھا بعد کو ہمارے گھر کی جو لڑکیاں ہیں ان کی انگریزی تعلیم ہوئی میری پوری</w:t>
      </w:r>
    </w:p>
    <w:p>
      <w:r>
        <w:rPr>
          <w:b/>
        </w:rPr>
        <w:t xml:space="preserve">[1:35:37] </w:t>
      </w:r>
      <w:r>
        <w:t>family mein main hi ek shakhs tha jo ke jiski arabi taleem hui sab ki angrezi taleem</w:t>
      </w:r>
    </w:p>
    <w:p>
      <w:pPr>
        <w:jc w:val="right"/>
      </w:pPr>
      <w:r>
        <w:t>فیملی میں میں ہی ایک شخص تھا جو کہ جس کی عربی تعلیم ہوئی سب کی انگریزی تعلیم</w:t>
      </w:r>
    </w:p>
    <w:p>
      <w:r>
        <w:rPr>
          <w:b/>
        </w:rPr>
        <w:t xml:space="preserve">[1:35:41] </w:t>
      </w:r>
      <w:r>
        <w:t>jab angrezi taleem ho gayi ladkon aur ladkiyon ki to apne aap badal gaya unho</w:t>
      </w:r>
    </w:p>
    <w:p>
      <w:pPr>
        <w:jc w:val="right"/>
      </w:pPr>
      <w:r>
        <w:t>جب انگریزی تعلیم ہو گئی لڑکوں اور لڑکیوں کی تو اپنے اپ بدل گیا انہوں</w:t>
      </w:r>
    </w:p>
    <w:p>
      <w:r>
        <w:rPr>
          <w:b/>
        </w:rPr>
        <w:t xml:space="preserve">[1:35:46] </w:t>
      </w:r>
      <w:r>
        <w:t>ne bataya padhne ke baad unhein pata chala ke us waqt bahut hi yani bahut qeemti cheez hai</w:t>
      </w:r>
    </w:p>
    <w:p>
      <w:pPr>
        <w:jc w:val="right"/>
      </w:pPr>
      <w:r>
        <w:t>نے بتایا پڑھنے کے بعد انہیں پتہ چلا کہ اس وقت بہت ہی یعنی بہت قیمتی چیز ہے</w:t>
      </w:r>
    </w:p>
    <w:p>
      <w:r>
        <w:rPr>
          <w:b/>
        </w:rPr>
        <w:t xml:space="preserve">[1:35:52] </w:t>
      </w:r>
      <w:r>
        <w:t>chokar jo hum kehte hain</w:t>
      </w:r>
    </w:p>
    <w:p>
      <w:pPr>
        <w:jc w:val="right"/>
      </w:pPr>
      <w:r>
        <w:t>چوکر جو ہم کہتے ہیں</w:t>
      </w:r>
    </w:p>
    <w:p>
      <w:r>
        <w:rPr>
          <w:b/>
        </w:rPr>
        <w:t xml:space="preserve">[1:35:55] </w:t>
      </w:r>
      <w:r>
        <w:t>yani whole wheat ka jo concept hai wo unhein jana unho ne</w:t>
      </w:r>
    </w:p>
    <w:p>
      <w:pPr>
        <w:jc w:val="right"/>
      </w:pPr>
      <w:r>
        <w:t>یعنی ہول ہیٹ کا جو کانسیپٹ ہے وہ انہیں جانا انہوں نے</w:t>
      </w:r>
    </w:p>
    <w:p>
      <w:r>
        <w:rPr>
          <w:b/>
        </w:rPr>
        <w:t xml:space="preserve">[1:36:00] </w:t>
      </w:r>
      <w:r>
        <w:t>ab ab baghair chhane hue pakne laga ye hai knowledge ye hai ilm ye hai education ka karishma</w:t>
      </w:r>
    </w:p>
    <w:p>
      <w:pPr>
        <w:jc w:val="right"/>
      </w:pPr>
      <w:r>
        <w:t>اب اب بغیر چھانے ہوئے پکنے لگا یہ ہے نالج یہ ہے علم یہ ہے ایجوکیشن کا کرشمہ</w:t>
      </w:r>
    </w:p>
    <w:p>
      <w:r>
        <w:rPr>
          <w:b/>
        </w:rPr>
        <w:t xml:space="preserve">[1:36:09] </w:t>
      </w:r>
      <w:r>
        <w:t>to jab tak aap unko educate nahi karenge yahi baat yahi yahi wahi sab karte rahen</w:t>
      </w:r>
    </w:p>
    <w:p>
      <w:pPr>
        <w:jc w:val="right"/>
      </w:pPr>
      <w:r>
        <w:t>تو جب تک اپ ان کو ایجوکیٹ نہیں کریں گے یہی بات یہی یہی وہی سب کرتے رہیں</w:t>
      </w:r>
    </w:p>
    <w:p>
      <w:r>
        <w:rPr>
          <w:b/>
        </w:rPr>
        <w:t xml:space="preserve">[1:36:14] </w:t>
      </w:r>
      <w:r>
        <w:t>ge educate kar diya jaye apne ap khatm ho jaye ga khud hi khud khatm ho jaye ga</w:t>
      </w:r>
    </w:p>
    <w:p>
      <w:pPr>
        <w:jc w:val="right"/>
      </w:pPr>
      <w:r>
        <w:t>گے ایجوکیٹ کر دیا جائے اپنے اپ ختم ہو جائے گا خود ہی خود ختم ہو جائے گا</w:t>
      </w:r>
    </w:p>
    <w:p>
      <w:r>
        <w:rPr>
          <w:b/>
        </w:rPr>
        <w:t xml:space="preserve">[1:36:21] </w:t>
      </w:r>
      <w:r>
        <w:t>to ye main khud to ye nahi kar saka yani ke kaise koi koi madrassa kholun aisa lekin agar koi aisa kare ye kaam ke ulama ko yani jadeed maanon mein taleem afta banana to ye bilashuba ek bahut bada kaam hoga</w:t>
      </w:r>
    </w:p>
    <w:p>
      <w:pPr>
        <w:jc w:val="right"/>
      </w:pPr>
      <w:r>
        <w:t>تو یہ میں خود تو یہ نہیں کر سکا یعنی کہ کیسے کوئی کوئی مدرسہ کھولوں ایسا لیکن اگر کوئی ایسا کرے یہ کام کہ علماء کو یعنی جدید معنوں میں تعلیم افطا بنانا تو یہ بلاشبہ ایک بہت بڑا کام ہوگا</w:t>
      </w:r>
    </w:p>
    <w:p>
      <w:r>
        <w:rPr>
          <w:b/>
        </w:rPr>
        <w:t xml:space="preserve">[1:36:44] </w:t>
      </w:r>
      <w:r>
        <w:t>das question is from molana zikwan nadvi from delhi molana what is the practical way for a woman to play her role at both the places home as well as society</w:t>
      </w:r>
    </w:p>
    <w:p>
      <w:pPr>
        <w:jc w:val="right"/>
      </w:pPr>
      <w:r>
        <w:t>دس کوئسچن از فرام مولانا زکوان ندوی فرام دہلی مولانا واٹ از دا پریکٹیکل وے فار ا وومن ٹو پلے ہر رول ایٹ بوتھ دی پلیسز ہوم ایز ویل ایز سوسائٹی</w:t>
      </w:r>
    </w:p>
    <w:p>
      <w:r>
        <w:rPr>
          <w:b/>
        </w:rPr>
        <w:t xml:space="preserve">[1:37:01] </w:t>
      </w:r>
      <w:r>
        <w:t>dekhen ye koi aasan sawal nahi hai ye bahut mushkil sawal hai kyunke poori society bigdi hui hai</w:t>
      </w:r>
    </w:p>
    <w:p>
      <w:pPr>
        <w:jc w:val="right"/>
      </w:pPr>
      <w:r>
        <w:t>دیکھیں یہ کوئی اسان سوال نہیں ہے یہ بہت مشکل سوال ہے کیونکہ پوری سوسائٹی بگڑی ہوئی ہے</w:t>
      </w:r>
    </w:p>
    <w:p>
      <w:r>
        <w:rPr>
          <w:b/>
        </w:rPr>
        <w:t xml:space="preserve">[1:37:11] </w:t>
      </w:r>
      <w:r>
        <w:t>ek taraf ghar hai jahan ke woh qaid khane mein rehna padta hai aurat ko ye to society hai woh permissive society bani hui hai woh model nahi hamare paas hai jise hum keh saken ke bhai ye model hai ye model bhi galat woh model bhi galat to us waqt</w:t>
      </w:r>
    </w:p>
    <w:p>
      <w:pPr>
        <w:jc w:val="right"/>
      </w:pPr>
      <w:r>
        <w:t>ایک طرف گھر ہے جہاں کہ وہ قید خانے میں رہنا پڑتا ہے عورت کو یہ تو سوسائٹی ہے وہ پرمسو سوسائٹی بنی ہوئی ہے وہ ماڈل نہیں ہمارے پاس ہے جسے ہم کہہ سکیں کہ بھئی یہ ماڈل ہے یہ ماڈل بھی غلط وہ ماڈل بھی غلط تو اس وقت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