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September 15, 2013</w:t>
      </w:r>
    </w:p>
    <w:p>
      <w:r>
        <w:t>https://youtu.be/CNEEeM5uyi8</w:t>
      </w:r>
    </w:p>
    <w:p>
      <w:r>
        <w:rPr>
          <w:b/>
        </w:rPr>
        <w:t xml:space="preserve">[00:14] </w:t>
      </w:r>
      <w:r>
        <w:t>Bismillah Rehman o Rahim. Wa Salla Allahu Ala Nabiyyil Kareem.</w:t>
      </w:r>
    </w:p>
    <w:p>
      <w:pPr>
        <w:jc w:val="right"/>
      </w:pPr>
      <w:r>
        <w:t>بسم اللہ الرحمن الرحیم۔ وصلی اللہ علی النبی الکریم۔</w:t>
      </w:r>
    </w:p>
    <w:p>
      <w:r>
        <w:rPr>
          <w:b/>
        </w:rPr>
        <w:t xml:space="preserve">[00:24] </w:t>
      </w:r>
      <w:r>
        <w:t>Rabbi 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aaj ka topic hai marifat, yani Realization of God. Allah ki daryaft.</w:t>
      </w:r>
    </w:p>
    <w:p>
      <w:pPr>
        <w:jc w:val="right"/>
      </w:pPr>
      <w:r>
        <w:t>آج کا ٹاپک ہے معرفت، یعنی Realization of God۔ اللہ کی دریافت۔</w:t>
      </w:r>
    </w:p>
    <w:p>
      <w:r>
        <w:rPr>
          <w:b/>
        </w:rPr>
        <w:t xml:space="preserve">[00:54] </w:t>
      </w:r>
      <w:r>
        <w:t>apne bare mein main arz karunga ke</w:t>
      </w:r>
    </w:p>
    <w:p>
      <w:pPr>
        <w:jc w:val="right"/>
      </w:pPr>
      <w:r>
        <w:t>اپنے بارے میں میں عرض کروں گا کہ</w:t>
      </w:r>
    </w:p>
    <w:p>
      <w:r>
        <w:rPr>
          <w:b/>
        </w:rPr>
        <w:t xml:space="preserve">[01:01] </w:t>
      </w:r>
      <w:r>
        <w:t>mera</w:t>
      </w:r>
    </w:p>
    <w:p>
      <w:pPr>
        <w:jc w:val="right"/>
      </w:pPr>
      <w:r>
        <w:t>میرا</w:t>
      </w:r>
    </w:p>
    <w:p>
      <w:r>
        <w:rPr>
          <w:b/>
        </w:rPr>
        <w:t xml:space="preserve">[01:04] </w:t>
      </w:r>
      <w:r>
        <w:t>subject poori zindagi mein yahi raha hai.</w:t>
      </w:r>
    </w:p>
    <w:p>
      <w:pPr>
        <w:jc w:val="right"/>
      </w:pPr>
      <w:r>
        <w:t>سبجیکٹ پوری زندگی میں یہی رہا ہے۔</w:t>
      </w:r>
    </w:p>
    <w:p>
      <w:r>
        <w:rPr>
          <w:b/>
        </w:rPr>
        <w:t xml:space="preserve">[01:09] </w:t>
      </w:r>
      <w:r>
        <w:t>bilkul naujawaani ki umar se mein maarfat ki talash mein raha hoon.</w:t>
      </w:r>
    </w:p>
    <w:p>
      <w:pPr>
        <w:jc w:val="right"/>
      </w:pPr>
      <w:r>
        <w:t>بالکل نوجوانی کی عمر سے میں معرفت کی تلاش میں رہا ہوں۔</w:t>
      </w:r>
    </w:p>
    <w:p>
      <w:r>
        <w:rPr>
          <w:b/>
        </w:rPr>
        <w:t xml:space="preserve">[01:18] </w:t>
      </w:r>
      <w:r>
        <w:t>jab mein naujawaani ki umar mein tha, us waqt betaabi ke aalam mein, aazam garh mein, meri zabaan se yeh alfaaz nikle thay: "khawand, tu kab aayega?</w:t>
      </w:r>
    </w:p>
    <w:p>
      <w:pPr>
        <w:jc w:val="right"/>
      </w:pPr>
      <w:r>
        <w:t>جب میں نوجوانی کی عمر میں تھا، اس وقت بیتابی کے عالم میں، اعظم گڑھ میں، میری زبان سے یہ الفاظ نکلے تھے: "خداوند، تو کب آئے گا؟</w:t>
      </w:r>
    </w:p>
    <w:p>
      <w:r>
        <w:rPr>
          <w:b/>
        </w:rPr>
        <w:t xml:space="preserve">[01:35] </w:t>
      </w:r>
      <w:r>
        <w:t>mein kab tak tere aane ka intezaar karoon?"</w:t>
      </w:r>
    </w:p>
    <w:p>
      <w:pPr>
        <w:jc w:val="right"/>
      </w:pPr>
      <w:r>
        <w:t>میں کب تک تیرے آنے کا انتظار کروں؟"</w:t>
      </w:r>
    </w:p>
    <w:p>
      <w:r>
        <w:rPr>
          <w:b/>
        </w:rPr>
        <w:t xml:space="preserve">[01:40] </w:t>
      </w:r>
      <w:r>
        <w:t>us waqt mein gehraai ke saath jaanta bhi nahi tha ke is kalmay ka matlab kya hai. ab mein sochta hoon to is ka matlab yeh samajh hota hai ke khudaaya, mein teri maarfat ki talash mein hoon, kaise haasil karoon?</w:t>
      </w:r>
    </w:p>
    <w:p>
      <w:pPr>
        <w:jc w:val="right"/>
      </w:pPr>
      <w:r>
        <w:t>اس وقت میں گہرائی کے ساتھ جانتا بھی نہیں تھا کہ اس کلمے کا مطلب کیا ہے۔ اب میں سوچتا ہوں تو اس کا مطلب یہ سمجھ ہوتا ہے کہ خدایا، میں تیری معرفت کی تلاش میں ہوں، کیسے حاصل کروں؟</w:t>
      </w:r>
    </w:p>
    <w:p>
      <w:r>
        <w:rPr>
          <w:b/>
        </w:rPr>
        <w:t xml:space="preserve">[01:59] </w:t>
      </w:r>
      <w:r>
        <w:t>kya tareeqa hai teri maarfat ko haasil karne ka?</w:t>
      </w:r>
    </w:p>
    <w:p>
      <w:pPr>
        <w:jc w:val="right"/>
      </w:pPr>
      <w:r>
        <w:t>کیا طریقہ ہے تیری معرفت کو حاصل کرنے کا؟</w:t>
      </w:r>
    </w:p>
    <w:p>
      <w:r>
        <w:rPr>
          <w:b/>
        </w:rPr>
        <w:t xml:space="preserve">[02:06] </w:t>
      </w:r>
      <w:r>
        <w:t>tu bohat dinon ki talash ke baad aakhir kaar mujhe samajh aaya ke maarfat ka tareeqa hai Art of Conversion.</w:t>
      </w:r>
    </w:p>
    <w:p>
      <w:pPr>
        <w:jc w:val="right"/>
      </w:pPr>
      <w:r>
        <w:t>تو بہت دنوں کی تلاش کے بعد آخر کار مجھے سمجھ آیا کہ معرفت کا طریقہ ہے Art of Conversion۔</w:t>
      </w:r>
    </w:p>
    <w:p>
      <w:r>
        <w:rPr>
          <w:b/>
        </w:rPr>
        <w:t xml:space="preserve">[02:18] </w:t>
      </w:r>
      <w:r>
        <w:t>is duniya mein jo kuch hai, sab kuch Conversion ka</w:t>
      </w:r>
    </w:p>
    <w:p>
      <w:pPr>
        <w:jc w:val="right"/>
      </w:pPr>
      <w:r>
        <w:t>اس دنیا میں جو کچھ ہے، سب کچھ Conversion کا</w:t>
      </w:r>
    </w:p>
    <w:p>
      <w:r>
        <w:rPr>
          <w:b/>
        </w:rPr>
        <w:t xml:space="preserve">[02:24] </w:t>
      </w:r>
      <w:r>
        <w:t>phenomena hai. matter convert hota hai to suraj aur chand aur sitara banta hota hai.</w:t>
      </w:r>
    </w:p>
    <w:p>
      <w:pPr>
        <w:jc w:val="right"/>
      </w:pPr>
      <w:r>
        <w:t>فینامینا ہے۔ میٹر کنورٹ ہوتا ہے تو سورج اور چاند اور ستارہ بنتا ہوتا ہے۔</w:t>
      </w:r>
    </w:p>
    <w:p>
      <w:r>
        <w:rPr>
          <w:b/>
        </w:rPr>
        <w:t xml:space="preserve">[02:33] </w:t>
      </w:r>
      <w:r>
        <w:t>matter convert hota hai to woh darakht ban jaata hai.</w:t>
      </w:r>
    </w:p>
    <w:p>
      <w:pPr>
        <w:jc w:val="right"/>
      </w:pPr>
      <w:r>
        <w:t>میٹر کنورٹ ہوتا ہے تو وہ درخت بن جاتا ہے۔</w:t>
      </w:r>
    </w:p>
    <w:p>
      <w:r>
        <w:rPr>
          <w:b/>
        </w:rPr>
        <w:t xml:space="preserve">[02:39] </w:t>
      </w:r>
      <w:r>
        <w:t>matter convert hota hai to woh insaan ban jaata hai. yaani poori jo tareekh takhleeq hai, woh isi par base karti hai, Conversion par.</w:t>
      </w:r>
    </w:p>
    <w:p>
      <w:pPr>
        <w:jc w:val="right"/>
      </w:pPr>
      <w:r>
        <w:t>میٹر کنورٹ ہوتا ہے تو وہ انسان بن جاتا ہے۔ یعنی پوری جو تاریخ تخلیق ہے، وہ اسی پر بیس کرتی ہے، Conversion پر۔</w:t>
      </w:r>
    </w:p>
    <w:p>
      <w:r>
        <w:rPr>
          <w:b/>
        </w:rPr>
        <w:t xml:space="preserve">[02:52] </w:t>
      </w:r>
      <w:r>
        <w:t>to maarfat bhi, maarfat ko haasil karne ka tareeqa bhi yahi hai.</w:t>
      </w:r>
    </w:p>
    <w:p>
      <w:pPr>
        <w:jc w:val="right"/>
      </w:pPr>
      <w:r>
        <w:t>تو معرفت بھی، معرفت کو حاصل کرنے کا طریقہ بھی یہی ہے۔</w:t>
      </w:r>
    </w:p>
    <w:p>
      <w:r>
        <w:rPr>
          <w:b/>
        </w:rPr>
        <w:t xml:space="preserve">[02:59] </w:t>
      </w:r>
      <w:r>
        <w:t>you have to learn the Art of Conversion. aur koi doosra tareeqa nahi. dekhein, quran ko aap ghore karein to do lafz milenge aap ko bohat hi important is silsile mein:</w:t>
      </w:r>
    </w:p>
    <w:p>
      <w:pPr>
        <w:jc w:val="right"/>
      </w:pPr>
      <w:r>
        <w:t>You have to learn the Art of Conversion۔ اور کوئی دوسرا طریقہ نہیں۔ دیکھیں، قرآن کو آپ غور کریں تو دو لفظ ملیں گے آپ کو بہت ہی Important اس سلسلے میں:</w:t>
      </w:r>
    </w:p>
    <w:p>
      <w:r>
        <w:rPr>
          <w:b/>
        </w:rPr>
        <w:t xml:space="preserve">[03:16] </w:t>
      </w:r>
      <w:r>
        <w:t>tadabbur aur tasawwum.</w:t>
      </w:r>
    </w:p>
    <w:p>
      <w:pPr>
        <w:jc w:val="right"/>
      </w:pPr>
      <w:r>
        <w:t>تدبر اور توسم۔</w:t>
      </w:r>
    </w:p>
    <w:p>
      <w:r>
        <w:rPr>
          <w:b/>
        </w:rPr>
        <w:t xml:space="preserve">[03:22] </w:t>
      </w:r>
      <w:r>
        <w:t>tadabbur kya hai aur tasawwum kya hai?</w:t>
      </w:r>
    </w:p>
    <w:p>
      <w:pPr>
        <w:jc w:val="right"/>
      </w:pPr>
      <w:r>
        <w:t>تدبر کیا ہے اور توسم کیا ہے؟</w:t>
      </w:r>
    </w:p>
    <w:p>
      <w:r>
        <w:rPr>
          <w:b/>
        </w:rPr>
        <w:t xml:space="preserve">[03:27] </w:t>
      </w:r>
      <w:r>
        <w:t>tadabbur ka matlab hai literal meaning ko</w:t>
      </w:r>
    </w:p>
    <w:p>
      <w:pPr>
        <w:jc w:val="right"/>
      </w:pPr>
      <w:r>
        <w:t>تدبر کا مطلب ہے Literal meaning کو</w:t>
      </w:r>
    </w:p>
    <w:p>
      <w:r>
        <w:rPr>
          <w:b/>
        </w:rPr>
        <w:t xml:space="preserve">[03:35] </w:t>
      </w:r>
      <w:r>
        <w:t>deep meaning mein convert karna. isi ka naam hai tadabbur.</w:t>
      </w:r>
    </w:p>
    <w:p>
      <w:pPr>
        <w:jc w:val="right"/>
      </w:pPr>
      <w:r>
        <w:t>Deep meaning میں Convert کرنا۔ اسی کا نام ہے تدبر۔</w:t>
      </w:r>
    </w:p>
    <w:p>
      <w:r>
        <w:rPr>
          <w:b/>
        </w:rPr>
        <w:t xml:space="preserve">[03:44] </w:t>
      </w:r>
      <w:r>
        <w:t>literal meaning ko aap jab deep meaning mein convert kar sakein, tab woh tadabbur hota hai. aise hi tasawwum kya hai?</w:t>
      </w:r>
    </w:p>
    <w:p>
      <w:pPr>
        <w:jc w:val="right"/>
      </w:pPr>
      <w:r>
        <w:t>Literal meaning کو آپ جب Deep meaning میں Convert کر سکیں، تب وہ تدبر ہوتا ہے۔ ایسے ہی توسم کیا ہے؟</w:t>
      </w:r>
    </w:p>
    <w:p>
      <w:r>
        <w:rPr>
          <w:b/>
        </w:rPr>
        <w:t xml:space="preserve">[03:55] </w:t>
      </w:r>
      <w:r>
        <w:t>tasawwum ka matlab hai non-spiritual items ko spiritual item mein convert karna.</w:t>
      </w:r>
    </w:p>
    <w:p>
      <w:pPr>
        <w:jc w:val="right"/>
      </w:pPr>
      <w:r>
        <w:t>توسم کا مطلب ہے Non-spiritual items کو Spiritual item میں Convert کرنا۔</w:t>
      </w:r>
    </w:p>
    <w:p>
      <w:r>
        <w:rPr>
          <w:b/>
        </w:rPr>
        <w:t xml:space="preserve">[04:06] </w:t>
      </w:r>
      <w:r>
        <w:t>to jab aap aisa kar paayein</w:t>
      </w:r>
    </w:p>
    <w:p>
      <w:pPr>
        <w:jc w:val="right"/>
      </w:pPr>
      <w:r>
        <w:t>تو جب آپ ایسا کر پائیں</w:t>
      </w:r>
    </w:p>
    <w:p>
      <w:r>
        <w:rPr>
          <w:b/>
        </w:rPr>
        <w:t xml:space="preserve">[04:10] </w:t>
      </w:r>
      <w:r>
        <w:t>ke literal meaning ko convert kar paayein deep meaning mein, aur non-spiritual item ko convert kar paayein spiritual item mein, tab aap maarfat ke darwaazay mein daakhil hotay hain.</w:t>
      </w:r>
    </w:p>
    <w:p>
      <w:pPr>
        <w:jc w:val="right"/>
      </w:pPr>
      <w:r>
        <w:t>کہ Literal meaning کو Convert کر پائیں Deep meaning میں، اور Non-spiritual item کو Convert کر پائیں Spiritual item میں، تب آپ معرفت کے دروازے میں داخل ہوتے ہیں۔</w:t>
      </w:r>
    </w:p>
    <w:p>
      <w:r>
        <w:rPr>
          <w:b/>
        </w:rPr>
        <w:t xml:space="preserve">[04:35] </w:t>
      </w:r>
      <w:r>
        <w:t>yeh hai meri discovery is silsile mein. to agar aap maarfat ka lafz jab bolta hoon to aala maarfat ke maani mein hota hai, aala maarfat.</w:t>
      </w:r>
    </w:p>
    <w:p>
      <w:pPr>
        <w:jc w:val="right"/>
      </w:pPr>
      <w:r>
        <w:t>یہ ہے میری Discovery اس سلسلے میں۔ تو اگر آپ معرفت کا لفظ جب بولتا ہوں تو اعلیٰ معرفت کے معنی میں ہوتا ہے، اعلیٰ معرفت۔</w:t>
      </w:r>
    </w:p>
    <w:p>
      <w:r>
        <w:rPr>
          <w:b/>
        </w:rPr>
        <w:t xml:space="preserve">[04:50] </w:t>
      </w:r>
      <w:r>
        <w:t>agar aap aala maarfat chahte hain to aap ko apne andar develop karna padega is Art ko, Art of Conversion ko.</w:t>
      </w:r>
    </w:p>
    <w:p>
      <w:pPr>
        <w:jc w:val="right"/>
      </w:pPr>
      <w:r>
        <w:t>اگر آپ اعلیٰ معرفت چاہتے ہیں تو آپ کو اپنے اندر Develop کرنا پڑے گا اس Art کو، Art of Conversion کو۔</w:t>
      </w:r>
    </w:p>
    <w:p>
      <w:r>
        <w:rPr>
          <w:b/>
        </w:rPr>
        <w:t xml:space="preserve">[05:01] </w:t>
      </w:r>
      <w:r>
        <w:t>koi doosra tareeqa nahi hai.</w:t>
      </w:r>
    </w:p>
    <w:p>
      <w:pPr>
        <w:jc w:val="right"/>
      </w:pPr>
      <w:r>
        <w:t>کوئی دوسرا طریقہ نہیں ہے۔</w:t>
      </w:r>
    </w:p>
    <w:p>
      <w:r>
        <w:rPr>
          <w:b/>
        </w:rPr>
        <w:t xml:space="preserve">[05:05] </w:t>
      </w:r>
      <w:r>
        <w:t>koi muraqba, koi sohbat, kisi hazrat ki ziyaarat karna,</w:t>
      </w:r>
    </w:p>
    <w:p>
      <w:pPr>
        <w:jc w:val="right"/>
      </w:pPr>
      <w:r>
        <w:t>کوئی مراقبہ، کوئی صحبت، کسی حضرت کی زیارت کرنا،</w:t>
      </w:r>
    </w:p>
    <w:p>
      <w:r>
        <w:rPr>
          <w:b/>
        </w:rPr>
        <w:t xml:space="preserve">[05:14] </w:t>
      </w:r>
      <w:r>
        <w:t>kuchh nahin. jitne tareeqe logon ne bana rakhe hain, is ka kuchh bhi ta'alluq ma'rifat se nahin hai. ma'rifat ka raaz hai</w:t>
      </w:r>
    </w:p>
    <w:p>
      <w:pPr>
        <w:jc w:val="right"/>
      </w:pPr>
      <w:r>
        <w:t>کچھ نہیں۔ جتنے طریقے لوگوں نے بنا رکھے ہیں، اس کا کچھ بھی تعلق معرفت سے نہیں ہے۔ معرفت کا راز ہے</w:t>
      </w:r>
    </w:p>
    <w:p>
      <w:r>
        <w:rPr>
          <w:b/>
        </w:rPr>
        <w:t xml:space="preserve">[05:27] </w:t>
      </w:r>
      <w:r>
        <w:t>Art of Conversion.</w:t>
      </w:r>
    </w:p>
    <w:p>
      <w:pPr>
        <w:jc w:val="right"/>
      </w:pPr>
      <w:r>
        <w:t>Art of Conversion۔</w:t>
      </w:r>
    </w:p>
    <w:p>
      <w:r>
        <w:rPr>
          <w:b/>
        </w:rPr>
        <w:t xml:space="preserve">[05:32] </w:t>
      </w:r>
      <w:r>
        <w:t>Conversion se bahut hi badi badi baatein samajh mein aati hain. ek Simple misaal main ne aap ko di thi pichhle dinon ke glass ka pani jo hai, main ne arz kiya tha ke glass ka pani ult gaya.</w:t>
      </w:r>
    </w:p>
    <w:p>
      <w:pPr>
        <w:jc w:val="right"/>
      </w:pPr>
      <w:r>
        <w:t>Conversion سے بہت ہی بڑی بڑی باتیں سمجھ میں آتی ہیں۔ ایک Simple مثال میں نے آپ کو دی تھی پچھلے دنوں کہ گلاس کا پانی جو ہے، میں نے عرض کیا تھا کہ گلاس کا پانی الٹ گیا۔</w:t>
      </w:r>
    </w:p>
    <w:p>
      <w:r>
        <w:rPr>
          <w:b/>
        </w:rPr>
        <w:t xml:space="preserve">[05:49] </w:t>
      </w:r>
      <w:r>
        <w:t>main ne uthaya to woh slip kar gaya, ult gaya. to saara pani gir gaya zameen mein.</w:t>
      </w:r>
    </w:p>
    <w:p>
      <w:pPr>
        <w:jc w:val="right"/>
      </w:pPr>
      <w:r>
        <w:t>میں نے اٹھایا تو وہ سلپ کر گیا، الٹ گیا۔ تو سارا پانی گر گیا زمین میں۔</w:t>
      </w:r>
    </w:p>
    <w:p>
      <w:r>
        <w:rPr>
          <w:b/>
        </w:rPr>
        <w:t xml:space="preserve">[05:55] </w:t>
      </w:r>
      <w:r>
        <w:t>to main sochne laga ke samundaron mein jo pani jama hai, woh bhi to ek bahut bade glass mein hai goya ke? woh har waqt ultata rehta hai.</w:t>
      </w:r>
    </w:p>
    <w:p>
      <w:pPr>
        <w:jc w:val="right"/>
      </w:pPr>
      <w:r>
        <w:t>تو میں سوچنے لگا کہ سمندروں میں جو پانی جمع ہے، وہ بھی تو ایک بہت بڑے گلاس میں ہے گویا کہ؟ وہ ہر وقت الٹتا رہتا ہے۔</w:t>
      </w:r>
    </w:p>
    <w:p>
      <w:r>
        <w:rPr>
          <w:b/>
        </w:rPr>
        <w:t xml:space="preserve">[06:06] </w:t>
      </w:r>
      <w:r>
        <w:t>kyunke zameen ghoom rahi hai. to agar yahan samundar is waqt yahan hai to ghoom kar phir yahan aa jayega, neeche. upar neeche hota rehta hai.</w:t>
      </w:r>
    </w:p>
    <w:p>
      <w:pPr>
        <w:jc w:val="right"/>
      </w:pPr>
      <w:r>
        <w:t>کیونکہ زمین گھوم رہی ہے۔ تو اگر یہاں سمندر اس وقت یہاں ہے تو گھوم کر پھر یہاں آ جائے گا، نیچے۔ اوپر نیچے ہوتا رہتا ہے۔</w:t>
      </w:r>
    </w:p>
    <w:p>
      <w:r>
        <w:rPr>
          <w:b/>
        </w:rPr>
        <w:t xml:space="preserve">[06:17] </w:t>
      </w:r>
      <w:r>
        <w:t>to baar baar samundaron ka pani jo hai, ulti taraf chala jata hai.</w:t>
      </w:r>
    </w:p>
    <w:p>
      <w:pPr>
        <w:jc w:val="right"/>
      </w:pPr>
      <w:r>
        <w:t>تو بار بار سمندروں کا پانی جو ہے، الٹی طرف چلا جاتا ہے۔</w:t>
      </w:r>
    </w:p>
    <w:p>
      <w:r>
        <w:rPr>
          <w:b/>
        </w:rPr>
        <w:t xml:space="preserve">[06:24] </w:t>
      </w:r>
      <w:r>
        <w:t>to agar pani gir pade aur space mein bikhar jaye to hum aap ki zindagi khatm.</w:t>
      </w:r>
    </w:p>
    <w:p>
      <w:pPr>
        <w:jc w:val="right"/>
      </w:pPr>
      <w:r>
        <w:t>تو اگر پانی گر پڑے اور اسپیس میں بکھر جائے تو ہم آپ کی زندگی ختم۔</w:t>
      </w:r>
    </w:p>
    <w:p>
      <w:r>
        <w:rPr>
          <w:b/>
        </w:rPr>
        <w:t xml:space="preserve">[06:35] </w:t>
      </w:r>
      <w:r>
        <w:t>kyunke aap jante hain ke zindagi ka inhisaar pani par hai.</w:t>
      </w:r>
    </w:p>
    <w:p>
      <w:pPr>
        <w:jc w:val="right"/>
      </w:pPr>
      <w:r>
        <w:t>کیونکہ آپ جانتے ہیں کہ زندگی کا انحصار پانی پر ہے۔</w:t>
      </w:r>
    </w:p>
    <w:p>
      <w:r>
        <w:rPr>
          <w:b/>
        </w:rPr>
        <w:t xml:space="preserve">[06:43] </w:t>
      </w:r>
      <w:r>
        <w:t>abdulrahim khan khana jo bahut bade Intellectual the aur shayar bhi the, mughal daur ke, unhon ne kaha tha ke: "Rehman pani rakhiyo,</w:t>
      </w:r>
    </w:p>
    <w:p>
      <w:pPr>
        <w:jc w:val="right"/>
      </w:pPr>
      <w:r>
        <w:t>عبدالرحیم خان خانہ جو بہت بڑے Intellectual تھے اور شاعر بھی تھے، مغل دور کے، انہوں نے کہا تھا کہ: "رحمن پانی راکھیو،</w:t>
      </w:r>
    </w:p>
    <w:p>
      <w:r>
        <w:rPr>
          <w:b/>
        </w:rPr>
        <w:t xml:space="preserve">[06:59] </w:t>
      </w:r>
      <w:r>
        <w:t>bin pani sab son."</w:t>
      </w:r>
    </w:p>
    <w:p>
      <w:pPr>
        <w:jc w:val="right"/>
      </w:pPr>
      <w:r>
        <w:t>بن پانی سب سون۔"</w:t>
      </w:r>
    </w:p>
    <w:p>
      <w:r>
        <w:rPr>
          <w:b/>
        </w:rPr>
        <w:t xml:space="preserve">[07:05] </w:t>
      </w:r>
      <w:r>
        <w:t>Rehman pani rakhiyo, bin pani sab son. pani ko bacha kar rakho.</w:t>
      </w:r>
    </w:p>
    <w:p>
      <w:pPr>
        <w:jc w:val="right"/>
      </w:pPr>
      <w:r>
        <w:t>رحمن پانی راکھیو، بن پانی سب سون۔ پانی کو بچا کر رکھو۔</w:t>
      </w:r>
    </w:p>
    <w:p>
      <w:r>
        <w:rPr>
          <w:b/>
        </w:rPr>
        <w:t xml:space="preserve">[07:13] </w:t>
      </w:r>
      <w:r>
        <w:t>lekin shayad woh is ko daryaft nahin kar sake. insaan pani ko bacha nahin sakta. yeh to sirf Khuda bacha sakta hai.</w:t>
      </w:r>
    </w:p>
    <w:p>
      <w:pPr>
        <w:jc w:val="right"/>
      </w:pPr>
      <w:r>
        <w:t>لیکن شاید وہ اس کو دریافت نہیں کر سکے۔ انسان پانی کو بچا نہیں سکتا۔ یہ تو صرف خدا بچا سکتا ہے۔</w:t>
      </w:r>
    </w:p>
    <w:p>
      <w:r>
        <w:rPr>
          <w:b/>
        </w:rPr>
        <w:t xml:space="preserve">[07:23] </w:t>
      </w:r>
      <w:r>
        <w:t>jab zameen ghoom rahi hai, abdulrahim khan khana ko pata nahin tha ke zameen ghoom rahi hai. woh samajhte the ke zameen aise hai aur yahan pani hai. nahin, pani, zameen ghoom rahi hai, woh baar baar aise ho jati hai.</w:t>
      </w:r>
    </w:p>
    <w:p>
      <w:pPr>
        <w:jc w:val="right"/>
      </w:pPr>
      <w:r>
        <w:t>جب زمین گھوم رہی ہے، عبدالرحیم خان خانہ کو پتہ نہیں تھا کہ زمین گھوم رہی ہے۔ وہ سمجھتے تھے کہ زمین ایسے ہے اور یہاں پانی ہے۔ نہیں، پانی، زمین گھوم رہی ہے، وہ بار بار ایسے ہو جاتی ہے۔</w:t>
      </w:r>
    </w:p>
    <w:p>
      <w:r>
        <w:rPr>
          <w:b/>
        </w:rPr>
        <w:t xml:space="preserve">[07:36] </w:t>
      </w:r>
      <w:r>
        <w:t>to baar baar goya aisa ho jata hai ke aap pani ko bacha na saken.</w:t>
      </w:r>
    </w:p>
    <w:p>
      <w:pPr>
        <w:jc w:val="right"/>
      </w:pPr>
      <w:r>
        <w:t>تو بار بار گویا ایسا ہو جاتا ہے کہ آپ پانی کو بچا نہ سکیں۔</w:t>
      </w:r>
    </w:p>
    <w:p>
      <w:r>
        <w:rPr>
          <w:b/>
        </w:rPr>
        <w:t xml:space="preserve">[07:42] </w:t>
      </w:r>
      <w:r>
        <w:t>pani idhar beh jaye, idhar beh jaye. to "Rehman pani rakhiyo, bin pani sab son" yeh aadhi baat jani thi unhon ne. is baat ko nahin jana ke Khuda ne apni bahut ghair ma'mooli taqat se pani ko bacha rakha hai,</w:t>
      </w:r>
    </w:p>
    <w:p>
      <w:pPr>
        <w:jc w:val="right"/>
      </w:pPr>
      <w:r>
        <w:t>پانی ادھر بہہ جائے، ادھر بہہ جائے۔ تو "رحمن پانی راکھیو، بن پانی سب سون" یہ آدھی بات جانی تھی انہوں نے۔ اس بات کو نہیں جانا کہ خدا نے اپنی بہت غیر معمولی طاقت سے پانی کو بچا رکھا ہے،</w:t>
      </w:r>
    </w:p>
    <w:p>
      <w:r>
        <w:rPr>
          <w:b/>
        </w:rPr>
        <w:t xml:space="preserve">[08:01] </w:t>
      </w:r>
      <w:r>
        <w:t>warna sab kuchh, sab kuchh sona ho jaye. to yeh hai Art of Conversion.</w:t>
      </w:r>
    </w:p>
    <w:p>
      <w:pPr>
        <w:jc w:val="right"/>
      </w:pPr>
      <w:r>
        <w:t>ورنہ سب کچھ، سب کچھ سونا ہو جائے۔ تو یہ ہے Art of Conversion۔</w:t>
      </w:r>
    </w:p>
    <w:p>
      <w:r>
        <w:rPr>
          <w:b/>
        </w:rPr>
        <w:t xml:space="preserve">[08:11] </w:t>
      </w:r>
      <w:r>
        <w:t>to jab tak aap Art of Conversion nahin apne andar Develop karenge, tab tak aap ko ma'rifat ka test nahin aayega.</w:t>
      </w:r>
    </w:p>
    <w:p>
      <w:pPr>
        <w:jc w:val="right"/>
      </w:pPr>
      <w:r>
        <w:t>تو جب تک آپ Art of Conversion نہیں اپنے اندر Develop کریں گے، تب تک آپ کو معرفت کا ٹیسٹ نہیں آئے گا۔</w:t>
      </w:r>
    </w:p>
    <w:p>
      <w:r>
        <w:rPr>
          <w:b/>
        </w:rPr>
        <w:t xml:space="preserve">[08:25] </w:t>
      </w:r>
      <w:r>
        <w:t>aur jin logon ko ma'rifat ka test na aaya ho is duniya mein, wohi woh log honge jo aakhirat mein aandhe uthaye jayenge.</w:t>
      </w:r>
    </w:p>
    <w:p>
      <w:pPr>
        <w:jc w:val="right"/>
      </w:pPr>
      <w:r>
        <w:t>اور جن لوگوں کو معرفت کا ٹیسٹ نہ آیا ہو اس دنیا میں، وہی وہ لوگ ہوں گے جو آخرت میں آندھے اٹھائے جائیں گے۔</w:t>
      </w:r>
    </w:p>
    <w:p>
      <w:r>
        <w:rPr>
          <w:b/>
        </w:rPr>
        <w:t xml:space="preserve">[08:36] </w:t>
      </w:r>
      <w:r>
        <w:t>to kaisi ajeeb mahroomi hai.</w:t>
      </w:r>
    </w:p>
    <w:p>
      <w:pPr>
        <w:jc w:val="right"/>
      </w:pPr>
      <w:r>
        <w:t>تو کیسی عجیب محرومی ہے۔</w:t>
      </w:r>
    </w:p>
    <w:p>
      <w:r>
        <w:rPr>
          <w:b/>
        </w:rPr>
        <w:t xml:space="preserve">[08:42] </w:t>
      </w:r>
      <w:r>
        <w:t>kaisi ajeeb mahroomi hai.</w:t>
      </w:r>
    </w:p>
    <w:p>
      <w:pPr>
        <w:jc w:val="right"/>
      </w:pPr>
      <w:r>
        <w:t>کیسی عجیب محرومی ہے۔</w:t>
      </w:r>
    </w:p>
    <w:p>
      <w:r>
        <w:rPr>
          <w:b/>
        </w:rPr>
        <w:t xml:space="preserve">[08:47] </w:t>
      </w:r>
      <w:r>
        <w:t>aaj main apne, jo mere haan jo Spiritual Tree hai, us ke saamne khada tha</w:t>
      </w:r>
    </w:p>
    <w:p>
      <w:pPr>
        <w:jc w:val="right"/>
      </w:pPr>
      <w:r>
        <w:t>آج میں اپنے، جو میرے ہاں جو Spiritual Tree ہے، اس کے سامنے کھڑا تھا</w:t>
      </w:r>
    </w:p>
    <w:p>
      <w:r>
        <w:rPr>
          <w:b/>
        </w:rPr>
        <w:t xml:space="preserve">[08:56] </w:t>
      </w:r>
      <w:r>
        <w:t>to ek ajeeb cheez samajh mein aayi.</w:t>
      </w:r>
    </w:p>
    <w:p>
      <w:pPr>
        <w:jc w:val="right"/>
      </w:pPr>
      <w:r>
        <w:t>تو ایک عجیب چیز سمجھ میں آئی۔</w:t>
      </w:r>
    </w:p>
    <w:p>
      <w:r>
        <w:rPr>
          <w:b/>
        </w:rPr>
        <w:t xml:space="preserve">[09:02] </w:t>
      </w:r>
      <w:r>
        <w:t>ke agar ek bahut zabardast kitaab likhi jaye, Horticulture par, ke darakht kaise tayyar kiya jata hai, to us mein Soil ko kaise banaya jaye,</w:t>
      </w:r>
    </w:p>
    <w:p>
      <w:pPr>
        <w:jc w:val="right"/>
      </w:pPr>
      <w:r>
        <w:t>کہ اگر ایک بہت زبردست کتاب لکھی جائے، Horticulture پر، کہ درخت کیسے تیار کیا جاتا ہے، تو اس میں Soil کو کیسے بنایا جائے،</w:t>
      </w:r>
    </w:p>
    <w:p>
      <w:r>
        <w:rPr>
          <w:b/>
        </w:rPr>
        <w:t xml:space="preserve">[09:18] </w:t>
      </w:r>
      <w:r>
        <w:t>pani ka intezam kaise kiya jaye, beej achha kaun sa hota hai,</w:t>
      </w:r>
    </w:p>
    <w:p>
      <w:pPr>
        <w:jc w:val="right"/>
      </w:pPr>
      <w:r>
        <w:t>پانی کا انتظام کیسے کیا جائے، بیج اچھا کون سا ہوتا ہے،</w:t>
      </w:r>
    </w:p>
    <w:p>
      <w:r>
        <w:rPr>
          <w:b/>
        </w:rPr>
        <w:t xml:space="preserve">[09:23] </w:t>
      </w:r>
      <w:r>
        <w:t>yeh saare jo details hain horticulture ki, fun-e-baghbani ki, woh is kitaab mein maujood hain. aur phir woh kisaan ko de diya jaye.</w:t>
      </w:r>
    </w:p>
    <w:p>
      <w:pPr>
        <w:jc w:val="right"/>
      </w:pPr>
      <w:r>
        <w:t>یہ سارے جو Details ہیں Horticulture کی، فن باغبانی کی، وہ اس کتاب میں موجود ہوں۔ اور پھر وہ کسان کو دے دیا جائے۔</w:t>
      </w:r>
    </w:p>
    <w:p>
      <w:r>
        <w:rPr>
          <w:b/>
        </w:rPr>
        <w:t xml:space="preserve">[09:37] </w:t>
      </w:r>
      <w:r>
        <w:t>toh kya mahaz kitaab ki wajah se koi shakhs baagh ka maalik ban sakta hai?</w:t>
      </w:r>
    </w:p>
    <w:p>
      <w:pPr>
        <w:jc w:val="right"/>
      </w:pPr>
      <w:r>
        <w:t>تو کیا محض کتاب کی وجہ سے کوئی شخص باغ کا مالک بن سکتا ہے؟</w:t>
      </w:r>
    </w:p>
    <w:p>
      <w:r>
        <w:rPr>
          <w:b/>
        </w:rPr>
        <w:t xml:space="preserve">[09:45] </w:t>
      </w:r>
      <w:r>
        <w:t>nahin. toh Quran mein Allah Ta'ala ne fun-e-ma'rifat jo hai, ilm-e-ma'rifat, likh diya hai sab.</w:t>
      </w:r>
    </w:p>
    <w:p>
      <w:pPr>
        <w:jc w:val="right"/>
      </w:pPr>
      <w:r>
        <w:t>نہیں۔ تو قرآن میں اللہ تعالیٰ نے فن معرفت جو ہے، علم معرفت، لکھ دیا ہے سب۔</w:t>
      </w:r>
    </w:p>
    <w:p>
      <w:r>
        <w:rPr>
          <w:b/>
        </w:rPr>
        <w:t xml:space="preserve">[09:58] </w:t>
      </w:r>
      <w:r>
        <w:t>Hadees mein maujood hai. fun-e-ma'rifat Quran aur Hadees mein maujood hai, saara ka saara. lekin kya likhe hone se aap ko mil jayega woh?</w:t>
      </w:r>
    </w:p>
    <w:p>
      <w:pPr>
        <w:jc w:val="right"/>
      </w:pPr>
      <w:r>
        <w:t>حدیث میں موجود ہے۔ فن معرفت قرآن اور حدیث میں موجود ہے، سارا کا سارا۔ لیکن کیا لکھے ہونے سے آپ کو مل جائے گا وہ؟</w:t>
      </w:r>
    </w:p>
    <w:p>
      <w:r>
        <w:rPr>
          <w:b/>
        </w:rPr>
        <w:t xml:space="preserve">[10:13] </w:t>
      </w:r>
      <w:r>
        <w:t>toh Quran mein hai ke: "yudalli bihi katheerun wa yahdi bihi katheerun". isi same Quran se kuch logon ko hidayat milti hai, kuch logon ko gumrahi milti hai.</w:t>
      </w:r>
    </w:p>
    <w:p>
      <w:pPr>
        <w:jc w:val="right"/>
      </w:pPr>
      <w:r>
        <w:t>تو قرآن میں ہے کہ: "یدلبی کثیر ویہدی بھی کثیرہ"۔ اسی Same قرآن سے کچھ لوگوں کو ہدایت ملتی ہے، کچھ لوگوں کو گمراہی ملتی ہے۔</w:t>
      </w:r>
    </w:p>
    <w:p>
      <w:r>
        <w:rPr>
          <w:b/>
        </w:rPr>
        <w:t xml:space="preserve">[10:24] </w:t>
      </w:r>
      <w:r>
        <w:t>gumrahi kis ko milegi? isi misaal se samjhiye ke fun-e-baghbani yaani horticulture par bohat achhi kitaab kisi ke kisaan ko mil jaye, woh apne ghar mein rakh de toh kya us ke paas baagh ho jayega?</w:t>
      </w:r>
    </w:p>
    <w:p>
      <w:pPr>
        <w:jc w:val="right"/>
      </w:pPr>
      <w:r>
        <w:t>گمراہی کس کو ملے گی؟ اسی مثال سے سمجھیے کہ فن باغبانی یعنی Horticulture پر بہت اچھی کتاب کسی کے کسان کو مل جائے، وہ اپنے گھر میں رکھ دے تو کیا اس کے پاس باغ ہو جائے گا؟</w:t>
      </w:r>
    </w:p>
    <w:p>
      <w:r>
        <w:rPr>
          <w:b/>
        </w:rPr>
        <w:t xml:space="preserve">[10:42] </w:t>
      </w:r>
      <w:r>
        <w:t>baagh nahin hoga. baagh ka tareeqa yeh hai ke us kitaab ko parhe, us ke fun ko seekhe, aur saara jo us ke andar bataya gaya hai method, us ko dohraaye, aur intezaar bhi kare.</w:t>
      </w:r>
    </w:p>
    <w:p>
      <w:pPr>
        <w:jc w:val="right"/>
      </w:pPr>
      <w:r>
        <w:t>باغ نہیں ہوگا۔ باغ کا طریقہ یہ ہے کہ اس کتاب کو پڑھے، اس کے فن کو سیکھے، اور سارا جو اس کے اندر بتایا گیا ہے Method، اس کو دہرائے، اور انتظار بھی کرے۔</w:t>
      </w:r>
    </w:p>
    <w:p>
      <w:r>
        <w:rPr>
          <w:b/>
        </w:rPr>
        <w:t xml:space="preserve">[10:56] </w:t>
      </w:r>
      <w:r>
        <w:t>das bees saal lag jaate hain baagh tayyar hone mein. tab woh baagh ka maalik banega. toh Allah Ta'ala ne Quran utaar diya.</w:t>
      </w:r>
    </w:p>
    <w:p>
      <w:pPr>
        <w:jc w:val="right"/>
      </w:pPr>
      <w:r>
        <w:t>دس بیس سال لگ جاتے ہیں باغ تیار ہونے میں۔ تب وہ باغ کا مالک بنے گا۔ تو اللہ تعالیٰ نے قرآن اتار دیا۔</w:t>
      </w:r>
    </w:p>
    <w:p>
      <w:r>
        <w:rPr>
          <w:b/>
        </w:rPr>
        <w:t xml:space="preserve">[11:09] </w:t>
      </w:r>
      <w:r>
        <w:t>Rasool Allah (SAW) ne is ki tafseelaat bayan kar di Hadeeson mein. toh sab kuch kitaab ki shakal mein maujood hai.</w:t>
      </w:r>
    </w:p>
    <w:p>
      <w:pPr>
        <w:jc w:val="right"/>
      </w:pPr>
      <w:r>
        <w:t>رسول اللہ صلی اللہ علیہ وسلم نے اس کے تفصیلات بیان کر دیں حدیثوں میں۔ تو سب کچھ کتاب کی شکل میں موجود ہے۔</w:t>
      </w:r>
    </w:p>
    <w:p>
      <w:r>
        <w:rPr>
          <w:b/>
        </w:rPr>
        <w:t xml:space="preserve">[11:17] </w:t>
      </w:r>
      <w:r>
        <w:t>lekin is ka matlab nahin ke aap sahib-e-ma'rifat hi ban jayein. aap sahib-e-jannat hi ban jayein. aap sahib-e-hidayat hi ban jayein.</w:t>
      </w:r>
    </w:p>
    <w:p>
      <w:pPr>
        <w:jc w:val="right"/>
      </w:pPr>
      <w:r>
        <w:t>لیکن اس کا مطلب نہیں کہ آپ صاحب معرفت ہی بن جائیں۔ آپ صاحب جنت ہی بن جائیں۔ آپ صاحب ہدایت ہی بن جائیں۔</w:t>
      </w:r>
    </w:p>
    <w:p>
      <w:r>
        <w:rPr>
          <w:b/>
        </w:rPr>
        <w:t xml:space="preserve">[11:28] </w:t>
      </w:r>
      <w:r>
        <w:t>woh toh us waqt hoga jab ke jis tarah se kisaan apne upar is saare tareeqon ko istemaal karta hai, us ke liye barson mehnat karta hai,</w:t>
      </w:r>
    </w:p>
    <w:p>
      <w:pPr>
        <w:jc w:val="right"/>
      </w:pPr>
      <w:r>
        <w:t>وہ تو اس وقت ہوگا جب کہ جس طرح سے کسان اپنے اوپر اس سارے طریقوں کو استعمال کرتا ہے، اس کے لیے برسوں محنت کرتا ہے،</w:t>
      </w:r>
    </w:p>
    <w:p>
      <w:r>
        <w:rPr>
          <w:b/>
        </w:rPr>
        <w:t xml:space="preserve">[11:43] </w:t>
      </w:r>
      <w:r>
        <w:t>tab woh baaghbaan banta hai, maalik banta hai baagh ka. toh aap ko bhi yahi karna padega.</w:t>
      </w:r>
    </w:p>
    <w:p>
      <w:pPr>
        <w:jc w:val="right"/>
      </w:pPr>
      <w:r>
        <w:t>تب وہ باغبان بنتا ہے، مالک بنتا ہے باغ کا۔ تو آپ کو بھی یہی کرنا پڑے گا۔</w:t>
      </w:r>
    </w:p>
    <w:p>
      <w:r>
        <w:rPr>
          <w:b/>
        </w:rPr>
        <w:t xml:space="preserve">[11:54] </w:t>
      </w:r>
      <w:r>
        <w:t>aur koi dohra tareeqa is ka nahin hai.</w:t>
      </w:r>
    </w:p>
    <w:p>
      <w:pPr>
        <w:jc w:val="right"/>
      </w:pPr>
      <w:r>
        <w:t>اور کوئی دوہرا طریقہ اس کا نہیں ہے۔</w:t>
      </w:r>
    </w:p>
    <w:p>
      <w:r>
        <w:rPr>
          <w:b/>
        </w:rPr>
        <w:t xml:space="preserve">[12:01] </w:t>
      </w:r>
      <w:r>
        <w:t>main jab dekhta hoon logon ko toh in saari baaton se bekhabar kisi aur cheezon ke liye daud rahe hain. paise ke liye, ghar ke liye, tijarat ke liye, job ke liye.</w:t>
      </w:r>
    </w:p>
    <w:p>
      <w:pPr>
        <w:jc w:val="right"/>
      </w:pPr>
      <w:r>
        <w:t>میں جب دیکھتا ہوں لوگوں کو تو ان ساری باتوں سے بے خبر کسی اور چیزوں کے لیے دوڑ رہے ہیں۔ پیسے کے لیے، گھر کے لیے، تجارت کے لیے، جاب کے لیے۔</w:t>
      </w:r>
    </w:p>
    <w:p>
      <w:r>
        <w:rPr>
          <w:b/>
        </w:rPr>
        <w:t xml:space="preserve">[12:13] </w:t>
      </w:r>
      <w:r>
        <w:t>toh mujhe bohat ajeeb lagta hai.</w:t>
      </w:r>
    </w:p>
    <w:p>
      <w:pPr>
        <w:jc w:val="right"/>
      </w:pPr>
      <w:r>
        <w:t>تو مجھے بہت عجیب لگتا ہے۔</w:t>
      </w:r>
    </w:p>
    <w:p>
      <w:r>
        <w:rPr>
          <w:b/>
        </w:rPr>
        <w:t xml:space="preserve">[12:19] </w:t>
      </w:r>
      <w:r>
        <w:t>kyunki mujhe lagta hai ke woh andhe pan mein jee rahe hain. toh "man kaana fee ha dunya aama, fa huwa fil aakhirati aamaa".</w:t>
      </w:r>
    </w:p>
    <w:p>
      <w:pPr>
        <w:jc w:val="right"/>
      </w:pPr>
      <w:r>
        <w:t>کیونکہ مجھے لگتا ہے کہ وہ اندھے پن میں جی رہے ہیں۔ تو من کان فیہا یامہ، فو فی الآخرة عامہ۔</w:t>
      </w:r>
    </w:p>
    <w:p>
      <w:r>
        <w:rPr>
          <w:b/>
        </w:rPr>
        <w:t xml:space="preserve">[12:30] </w:t>
      </w:r>
      <w:r>
        <w:t>yahan andha pan, wahan andha pan bana rahega.</w:t>
      </w:r>
    </w:p>
    <w:p>
      <w:pPr>
        <w:jc w:val="right"/>
      </w:pPr>
      <w:r>
        <w:t>یہاں کاندھا پن، وہاں کاندھا پن بنا رہے گا۔</w:t>
      </w:r>
    </w:p>
    <w:p>
      <w:r>
        <w:rPr>
          <w:b/>
        </w:rPr>
        <w:t xml:space="preserve">[12:36] </w:t>
      </w:r>
      <w:r>
        <w:t>ab main ek misaal deta hoon aap ko akhbaar ki. dekhein akhbaar mein ek bohat hi zabardast khabar aayi hai.</w:t>
      </w:r>
    </w:p>
    <w:p>
      <w:pPr>
        <w:jc w:val="right"/>
      </w:pPr>
      <w:r>
        <w:t>اب میں ایک مثال دیتا ہوں آپ کو اخبار کی۔ دیکھیں اخبار میں ایک بہت ہی زبردست خبر آئی ہے۔</w:t>
      </w:r>
    </w:p>
    <w:p>
      <w:r>
        <w:rPr>
          <w:b/>
        </w:rPr>
        <w:t xml:space="preserve">[12:45] </w:t>
      </w:r>
      <w:r>
        <w:t>yeh.</w:t>
      </w:r>
    </w:p>
    <w:p>
      <w:pPr>
        <w:jc w:val="right"/>
      </w:pPr>
      <w:r>
        <w:t>یہ۔</w:t>
      </w:r>
    </w:p>
    <w:p>
      <w:r>
        <w:rPr>
          <w:b/>
        </w:rPr>
        <w:t xml:space="preserve">[12:49] </w:t>
      </w:r>
      <w:r>
        <w:t>is khabar mein bataya gaya hai ke NASA, America ka jo space ka adarah hai, us ne ek bohat, yaani ek space crate banaya hai jis ko kehte hain dark matter hunter,</w:t>
      </w:r>
    </w:p>
    <w:p>
      <w:pPr>
        <w:jc w:val="right"/>
      </w:pPr>
      <w:r>
        <w:t>اس خبر میں بتایا گیا ہے کہ ناسا، امریکہ کا جو اسپیس کا ادارہ ہے، اس نے ایک بہت، یعنی ایک اسپیس کریٹ بنایا ہے جس کو کہتے ہیں ڈارک میٹر ہنٹر،</w:t>
      </w:r>
    </w:p>
    <w:p>
      <w:r>
        <w:rPr>
          <w:b/>
        </w:rPr>
        <w:t xml:space="preserve">[13:08] </w:t>
      </w:r>
      <w:r>
        <w:t>black hole hunter. black hole hunter.</w:t>
      </w:r>
    </w:p>
    <w:p>
      <w:pPr>
        <w:jc w:val="right"/>
      </w:pPr>
      <w:r>
        <w:t>بلیک ہول ہنٹر۔ بلیک ہول ہنٹر۔</w:t>
      </w:r>
    </w:p>
    <w:p>
      <w:r>
        <w:rPr>
          <w:b/>
        </w:rPr>
        <w:t xml:space="preserve">[13:13] </w:t>
      </w:r>
      <w:r>
        <w:t>toh woh space mein jaata hai, bohat ooncha. us mein bohat taqatwar دوربینیں lagi hui hain. us mein insaan nahin hote.</w:t>
      </w:r>
    </w:p>
    <w:p>
      <w:pPr>
        <w:jc w:val="right"/>
      </w:pPr>
      <w:r>
        <w:t>تو وہ اسپیس میں جاتا ہے، بہت اونچا۔ اس میں بہت طاقتور دوربینیں لگی ہوئی ہیں۔ اس میں انسان نہیں ہوتے۔</w:t>
      </w:r>
    </w:p>
    <w:p>
      <w:r>
        <w:rPr>
          <w:b/>
        </w:rPr>
        <w:t xml:space="preserve">[13:23] </w:t>
      </w:r>
      <w:r>
        <w:t>toh woh photo lete hain, bohat hi poore space mein ghoomta hai camera. toh black hole hunter ne recently jo photo bheje hain, us ka analysis kiya science daanon ne.</w:t>
      </w:r>
    </w:p>
    <w:p>
      <w:pPr>
        <w:jc w:val="right"/>
      </w:pPr>
      <w:r>
        <w:t>تو وہ فوٹو لیتے ہیں، بہت ہی پورے اسپیس میں گھومتا ہے کیمرہ۔ تو بلیک ہول ہنٹر نے Recently جو فوٹو بھیجے ہیں، اس کا Analysis کیا سائنسدانوں نے۔</w:t>
      </w:r>
    </w:p>
    <w:p>
      <w:r>
        <w:rPr>
          <w:b/>
        </w:rPr>
        <w:t xml:space="preserve">[13:40] </w:t>
      </w:r>
      <w:r>
        <w:t>toh unhon ne das bohat hi bade bade dark star daryaft kiye hain.</w:t>
      </w:r>
    </w:p>
    <w:p>
      <w:pPr>
        <w:jc w:val="right"/>
      </w:pPr>
      <w:r>
        <w:t>تو انہوں نے دس بہت ہی بڑے بڑے ڈارک اسٹار دریافت کیے ہیں۔</w:t>
      </w:r>
    </w:p>
    <w:p>
      <w:r>
        <w:rPr>
          <w:b/>
        </w:rPr>
        <w:t xml:space="preserve">[13:49] </w:t>
      </w:r>
      <w:r>
        <w:t>bohat hi bade bade.</w:t>
      </w:r>
    </w:p>
    <w:p>
      <w:pPr>
        <w:jc w:val="right"/>
      </w:pPr>
      <w:r>
        <w:t>بہت ہی بڑے بڑے۔</w:t>
      </w:r>
    </w:p>
    <w:p>
      <w:r>
        <w:rPr>
          <w:b/>
        </w:rPr>
        <w:t xml:space="preserve">[13:53] </w:t>
      </w:r>
      <w:r>
        <w:t>aur yeh kitni door hum se hain? yeh Ten billion, taqreeban Ten billion Light Years door hain.</w:t>
      </w:r>
    </w:p>
    <w:p>
      <w:pPr>
        <w:jc w:val="right"/>
      </w:pPr>
      <w:r>
        <w:t>اور یہ کتنی دور ہم سے ہیں؟ یہ Ten بلین، تقریباً Ten بلین Light Years دور ہیں۔</w:t>
      </w:r>
    </w:p>
    <w:p>
      <w:r>
        <w:rPr>
          <w:b/>
        </w:rPr>
        <w:t xml:space="preserve">[14:04] </w:t>
      </w:r>
      <w:r>
        <w:t>Light Year ka matlab yeh hai ke yeh Light jo hai, yeh safar karti hai.</w:t>
      </w:r>
    </w:p>
    <w:p>
      <w:pPr>
        <w:jc w:val="right"/>
      </w:pPr>
      <w:r>
        <w:t>Light Year کا مطلب یہ ہے کہ یہ Light جو ہے، یہ سفر کرتی ہے۔</w:t>
      </w:r>
    </w:p>
    <w:p>
      <w:r>
        <w:rPr>
          <w:b/>
        </w:rPr>
        <w:t xml:space="preserve">[14:09] </w:t>
      </w:r>
      <w:r>
        <w:t>to ek lakh chhiya hazar, chhiyaasi hazar fi fi second ki raftaar se chalti hai. Yaani ek second mein ek lakh chhiya hazar, chhiyaasi hazar mil.</w:t>
      </w:r>
    </w:p>
    <w:p>
      <w:pPr>
        <w:jc w:val="right"/>
      </w:pPr>
      <w:r>
        <w:t>تو ایک لاکھ چھیا ہزار، چھیاسی ہزار فی فی سیکنڈ کی رفتار سے چلتی ہے۔ یعنی ایک سیکنڈ میں ایک لاکھ چھیا ہزار، چھیاسی ہزار میل۔</w:t>
      </w:r>
    </w:p>
    <w:p>
      <w:r>
        <w:rPr>
          <w:b/>
        </w:rPr>
        <w:t xml:space="preserve">[14:22] </w:t>
      </w:r>
      <w:r>
        <w:t>to chalti rahe, chalti rahe isi raftaar se ek saal tak. Tab hua ek Light Year hua woh. To yeh daryaft hui hai to Ten billion Light Years ki doori par hain woh.</w:t>
      </w:r>
    </w:p>
    <w:p>
      <w:pPr>
        <w:jc w:val="right"/>
      </w:pPr>
      <w:r>
        <w:t>تو چلتی رہے، چلتی رہے اسی رفتار سے ایک سال تک۔ تب ہوا ایک Light Year ہوا وہ۔ تو یہ دریافت ہوئی ہے تو Ten بلین Light Years کی دوری پر ہیں وہ۔</w:t>
      </w:r>
    </w:p>
    <w:p>
      <w:r>
        <w:rPr>
          <w:b/>
        </w:rPr>
        <w:t xml:space="preserve">[14:38] </w:t>
      </w:r>
      <w:r>
        <w:t>to bilkul Mind Boggling hai, Mind Boggling hai.</w:t>
      </w:r>
    </w:p>
    <w:p>
      <w:pPr>
        <w:jc w:val="right"/>
      </w:pPr>
      <w:r>
        <w:t>تو بالکل Mind Boggling ہے، Mind Boggling ہے۔</w:t>
      </w:r>
    </w:p>
    <w:p>
      <w:r>
        <w:rPr>
          <w:b/>
        </w:rPr>
        <w:t xml:space="preserve">[14:47] </w:t>
      </w:r>
      <w:r>
        <w:t>isko sochte hue Allah ki qudrat kitni zyada hai. Koi hum tasawwur mein nahi la sakte kitni qudrat Allah ki zyada hai.</w:t>
      </w:r>
    </w:p>
    <w:p>
      <w:pPr>
        <w:jc w:val="right"/>
      </w:pPr>
      <w:r>
        <w:t>اس کو سوچتے ہوئے اللہ کی قدرت کتنی زیادہ ہے۔ کوئی ہم تصور میں نہیں لا سکتے کتنی قدرت اللہ کی زیادہ ہے۔</w:t>
      </w:r>
    </w:p>
    <w:p>
      <w:r>
        <w:rPr>
          <w:b/>
        </w:rPr>
        <w:t xml:space="preserve">[14:56] </w:t>
      </w:r>
      <w:r>
        <w:t>jis Khuda ne is kainat ko banaya hai, woh kitna azeem hai, kitna bada hai. Iska ek tasawwur is mein aata hai.</w:t>
      </w:r>
    </w:p>
    <w:p>
      <w:pPr>
        <w:jc w:val="right"/>
      </w:pPr>
      <w:r>
        <w:t>جس خدا نے اس کائنات کو بنایا ہے، وہ کتنا عظیم ہے، کتنا بڑا ہے۔ اس کا ایک تصور اس میں آتا ہے۔</w:t>
      </w:r>
    </w:p>
    <w:p>
      <w:r>
        <w:rPr>
          <w:b/>
        </w:rPr>
        <w:t xml:space="preserve">[15:04] </w:t>
      </w:r>
      <w:r>
        <w:t>ke itni badi kainat banai hai ke jo abhi tak daryaft hui thi Galaxies ki, sitaron ki, wahi bohat zyada thi.</w:t>
      </w:r>
    </w:p>
    <w:p>
      <w:pPr>
        <w:jc w:val="right"/>
      </w:pPr>
      <w:r>
        <w:t>کہ اتنی بڑی کائنات بنائی ہے کہ جو ابھی تک دریافت ہوئی تھی Galaxies کی، ستاروں کی، وہی بہت زیادہ تھی۔</w:t>
      </w:r>
    </w:p>
    <w:p>
      <w:r>
        <w:rPr>
          <w:b/>
        </w:rPr>
        <w:t xml:space="preserve">[15:14] </w:t>
      </w:r>
      <w:r>
        <w:t>ab naya jo daryaft hua hai, naya. Ke Ten billion black holes, dark stars. Jo itni doori par hain ke das billion, yaani bees hai,</w:t>
      </w:r>
    </w:p>
    <w:p>
      <w:pPr>
        <w:jc w:val="right"/>
      </w:pPr>
      <w:r>
        <w:t>اب نیا جو دریافت ہوا ہے، نیا۔ کہ Ten بلین بلیک ہولز، ڈارک اسٹارز۔ جو اتنی دوری پر ہیں کہ دس بلین، یعنی بیس ہے،</w:t>
      </w:r>
    </w:p>
    <w:p>
      <w:r>
        <w:rPr>
          <w:b/>
        </w:rPr>
        <w:t xml:space="preserve">[15:28] </w:t>
      </w:r>
      <w:r>
        <w:t>Light Years ki doori par.</w:t>
      </w:r>
    </w:p>
    <w:p>
      <w:pPr>
        <w:jc w:val="right"/>
      </w:pPr>
      <w:r>
        <w:t>Light Years کی دوری پر۔</w:t>
      </w:r>
    </w:p>
    <w:p>
      <w:r>
        <w:rPr>
          <w:b/>
        </w:rPr>
        <w:t xml:space="preserve">[15:31] </w:t>
      </w:r>
      <w:r>
        <w:t>to kitna taqat, kitni, yaani kitna Allah taala ki qudrat kitni zyada hai.</w:t>
      </w:r>
    </w:p>
    <w:p>
      <w:pPr>
        <w:jc w:val="right"/>
      </w:pPr>
      <w:r>
        <w:t>تو کتنا طاقت، کتنی، یعنی کتنا اللہ تعالیٰ کی قدرت کتنی زیادہ ہے۔</w:t>
      </w:r>
    </w:p>
    <w:p>
      <w:r>
        <w:rPr>
          <w:b/>
        </w:rPr>
        <w:t xml:space="preserve">[15:43] </w:t>
      </w:r>
      <w:r>
        <w:t>isko sochte hue phir mujhe ek bohat ajeeb ghareeb baat yaad aayi, zehen mein aayi. Bohat hi ajeeb ghareeb.</w:t>
      </w:r>
    </w:p>
    <w:p>
      <w:pPr>
        <w:jc w:val="right"/>
      </w:pPr>
      <w:r>
        <w:t>اس کو سوچتے ہوئے پھر مجھے ایک بہت عجیب غریب بات یاد آئی، ذہن میں آئی۔ بہت ہی عجیب غریب۔</w:t>
      </w:r>
    </w:p>
    <w:p>
      <w:r>
        <w:rPr>
          <w:b/>
        </w:rPr>
        <w:t xml:space="preserve">[15:54] </w:t>
      </w:r>
      <w:r>
        <w:t>dekhein ek hadees hai, Rasool Allah Sal Allah Alaihi Wasallam ne farmaya ke: "Ana sayyidu waladi Adam,</w:t>
      </w:r>
    </w:p>
    <w:p>
      <w:pPr>
        <w:jc w:val="right"/>
      </w:pPr>
      <w:r>
        <w:t>دیکھیں ایک حدیث ہے، رسول اللہ صلی اللہ علیہ وسلم نے فرمایا کہ: "أنا سید ولد آدم،</w:t>
      </w:r>
    </w:p>
    <w:p>
      <w:r>
        <w:rPr>
          <w:b/>
        </w:rPr>
        <w:t xml:space="preserve">[16:08] </w:t>
      </w:r>
      <w:r>
        <w:t>Yawm al-Qiyamah, wal-hamdu biyadi". Be, Yawm al-Qiyamah. Aap ne farmaya ke hamd ka jhanda mere haath mein hoga Qayamat ke din.</w:t>
      </w:r>
    </w:p>
    <w:p>
      <w:pPr>
        <w:jc w:val="right"/>
      </w:pPr>
      <w:r>
        <w:t>يوم القيامة، ولو الحمد بيدي"۔ بے، يوم القیامہ۔ آپ نے فرمایا کہ حمد کا جھنڈا میرے ہاتھ میں ہوگا قیامت کے دن۔</w:t>
      </w:r>
    </w:p>
    <w:p>
      <w:r>
        <w:rPr>
          <w:b/>
        </w:rPr>
        <w:t xml:space="preserve">[16:22] </w:t>
      </w:r>
      <w:r>
        <w:t>to log isko samajhte hain mysterious. Hamd ka jhanda Rasool Allah ke haath mein hoga. Isko mysterious samajhte hain. Mysterious yeh ek scientific fact hai yeh.</w:t>
      </w:r>
    </w:p>
    <w:p>
      <w:pPr>
        <w:jc w:val="right"/>
      </w:pPr>
      <w:r>
        <w:t>تو لوگ اس کو سمجھتے ہیں Mysterious۔ حمد کا جھنڈا رسول اللہ کے ہاتھ میں ہوگا۔ اس کو Mysterious سمجھتے ہیں۔ Mysterious یہ ایک Scientific Fact ہے یہ۔</w:t>
      </w:r>
    </w:p>
    <w:p>
      <w:r>
        <w:rPr>
          <w:b/>
        </w:rPr>
        <w:t xml:space="preserve">[16:35] </w:t>
      </w:r>
      <w:r>
        <w:t>aur marifat ka samandar iske andar hai. Lekin laa hamdu koi purasrar cheez nahi hai.</w:t>
      </w:r>
    </w:p>
    <w:p>
      <w:pPr>
        <w:jc w:val="right"/>
      </w:pPr>
      <w:r>
        <w:t>اور معرفت کا سمندر اس کے اندر ہے۔ لیکن لو الحمد کوئی پراسرار چیز نہیں ہے۔</w:t>
      </w:r>
    </w:p>
    <w:p>
      <w:r>
        <w:rPr>
          <w:b/>
        </w:rPr>
        <w:t xml:space="preserve">[16:45] </w:t>
      </w:r>
      <w:r>
        <w:t>isko aap is tarah samjhiye ke jo ilm Allah ki qudrat ka jo ilm hai, Allah ke baad Allah ki qudrat ko samajhne ka jo ilm hai, woh har mastoor tha, chupa hua tha.</w:t>
      </w:r>
    </w:p>
    <w:p>
      <w:pPr>
        <w:jc w:val="right"/>
      </w:pPr>
      <w:r>
        <w:t>اس کو آپ اس طرح سمجھیے کہ جو علم اللہ کی قدرت کا جو علم ہے، اللہ کے بعد اللہ کی قدرت کو سمجھنے کا جو علم ہے، وہ ہر مستور تھا، چھپا ہوا تھا۔</w:t>
      </w:r>
    </w:p>
    <w:p>
      <w:r>
        <w:rPr>
          <w:b/>
        </w:rPr>
        <w:t xml:space="preserve">[17:00] </w:t>
      </w:r>
      <w:r>
        <w:t>phir iske baad science ne isko daryaft karna shuru kiya. Yeh science kaise wajood mein aayi? Rasool Allah se pehle duniya mein ghalba</w:t>
      </w:r>
    </w:p>
    <w:p>
      <w:pPr>
        <w:jc w:val="right"/>
      </w:pPr>
      <w:r>
        <w:t>پھر اس کے بعد سائنس نے اس کو دریافت کرنا شروع کیا۔ یہ سائنس کیسے وجود میں آئی؟ رسول اللہ سے پہلے دنیا میں غلبہ</w:t>
      </w:r>
    </w:p>
    <w:p>
      <w:r>
        <w:rPr>
          <w:b/>
        </w:rPr>
        <w:t xml:space="preserve">[17:12] </w:t>
      </w:r>
      <w:r>
        <w:t>tha shirk ka. Shirk ka matlab tha Nature Worship. Nature ko poojna. To Nature ko poojna ya jo culture tha duniya mein, wahi rukawat bana hua tha ke science ka zahoor nahi hua.</w:t>
      </w:r>
    </w:p>
    <w:p>
      <w:pPr>
        <w:jc w:val="right"/>
      </w:pPr>
      <w:r>
        <w:t>تھا شرک کا۔ شرک کا مطلب تھا Nature Worship۔ Nature کو پوجنا۔ تو Nature کو پوجنا یا جو Culture تھا دنیا میں، وہی رکاوٹ بنا ہوا تھا کہ سائنس کا ظہور نہیں ہوا۔</w:t>
      </w:r>
    </w:p>
    <w:p>
      <w:r>
        <w:rPr>
          <w:b/>
        </w:rPr>
        <w:t xml:space="preserve">[17:30] </w:t>
      </w:r>
      <w:r>
        <w:t>jis cheez ko aap Object of Worship bana liye hon, wahi cheez aap ke liye Object of Exploration nahi ho sakti.</w:t>
      </w:r>
    </w:p>
    <w:p>
      <w:pPr>
        <w:jc w:val="right"/>
      </w:pPr>
      <w:r>
        <w:t>جس چیز کو آپ Object of Worship بنا لیے ہوں، وہی چیز آپ کے لیے Object of Exploration نہیں ہو سکتی۔</w:t>
      </w:r>
    </w:p>
    <w:p>
      <w:r>
        <w:rPr>
          <w:b/>
        </w:rPr>
        <w:t xml:space="preserve">[17:39] </w:t>
      </w:r>
      <w:r>
        <w:t>yaani poojenge to uski tehqeeq nahi karenge aap.</w:t>
      </w:r>
    </w:p>
    <w:p>
      <w:pPr>
        <w:jc w:val="right"/>
      </w:pPr>
      <w:r>
        <w:t>یعنی پوجیں گے تو اس کی تحقیق نہیں کریں گے آپ۔</w:t>
      </w:r>
    </w:p>
    <w:p>
      <w:r>
        <w:rPr>
          <w:b/>
        </w:rPr>
        <w:t xml:space="preserve">[17:44] </w:t>
      </w:r>
      <w:r>
        <w:t>to Rasool Allah ke zariye, yaani Rasool aur Sahaba Rasool ke zariye jo ek bohat bada inqilab aaya tareekh mein, usne shirk ka ghalba khatam kar diya.</w:t>
      </w:r>
    </w:p>
    <w:p>
      <w:pPr>
        <w:jc w:val="right"/>
      </w:pPr>
      <w:r>
        <w:t>تو رسول اللہ کے ذریعے، یعنی رسول اور صحابہ رسول کے ذریعے جو ایک بہت بڑا انقلاب آیا تاریخ میں، اس نے شرک کا غلبہ ختم کر دیا۔</w:t>
      </w:r>
    </w:p>
    <w:p>
      <w:r>
        <w:rPr>
          <w:b/>
        </w:rPr>
        <w:t xml:space="preserve">[17:56] </w:t>
      </w:r>
      <w:r>
        <w:t>yaani Nature Worship ka ghalba khatam kar diya. Tab ek naya Process shuru hua, ek naya Process. Isi Process ka Culmination hai Modern Science.</w:t>
      </w:r>
    </w:p>
    <w:p>
      <w:pPr>
        <w:jc w:val="right"/>
      </w:pPr>
      <w:r>
        <w:t>یعنی Nature Worship کا غلبہ ختم کر دیا۔ تب ایک نیا Process شروع ہوا، ایک نیا Process۔ اسی Process کا Culmination ہے Modern Science۔</w:t>
      </w:r>
    </w:p>
    <w:p>
      <w:r>
        <w:rPr>
          <w:b/>
        </w:rPr>
        <w:t xml:space="preserve">[18:08] </w:t>
      </w:r>
      <w:r>
        <w:t>Nature Worships ke daur se nikal kar duniya aayi, Nature ke Exploration ke zamane mein. Tab daryaft hua yeh sab.</w:t>
      </w:r>
    </w:p>
    <w:p>
      <w:pPr>
        <w:jc w:val="right"/>
      </w:pPr>
      <w:r>
        <w:t>Nature Worships کے دور سے نکل کر دنیا آئی، Nature کے Exploration کے زمانے میں۔ تب دریافت ہوا یہ سب۔</w:t>
      </w:r>
    </w:p>
    <w:p>
      <w:r>
        <w:rPr>
          <w:b/>
        </w:rPr>
        <w:t xml:space="preserve">[18:19] </w:t>
      </w:r>
      <w:r>
        <w:t>ke kya Solar System, kya hai Galaxy, kya hai Star, kya hai Planet. Isi ka ek hissa yeh hai, yeh daryaft jo ab bhi hui.</w:t>
      </w:r>
    </w:p>
    <w:p>
      <w:pPr>
        <w:jc w:val="right"/>
      </w:pPr>
      <w:r>
        <w:t>کہ کیا Solar System، کیا ہے Galaxy، کیا ہے Star, کیا ہے Planet۔ اسی کا ایک حصہ یہ ہے، یہ دریافت جو اب بھی ہوئی۔</w:t>
      </w:r>
    </w:p>
    <w:p>
      <w:r>
        <w:rPr>
          <w:b/>
        </w:rPr>
        <w:t xml:space="preserve">[18:32] </w:t>
      </w:r>
      <w:r>
        <w:t>to lo alhamd ka matlab yahi hai.</w:t>
      </w:r>
    </w:p>
    <w:p>
      <w:pPr>
        <w:jc w:val="right"/>
      </w:pPr>
      <w:r>
        <w:t>تو لو الحمد کا مطلب یہی ہے۔</w:t>
      </w:r>
    </w:p>
    <w:p>
      <w:r>
        <w:rPr>
          <w:b/>
        </w:rPr>
        <w:t xml:space="preserve">[18:37] </w:t>
      </w:r>
      <w:r>
        <w:t>Allah taala ne Rasool Allah ke zariye tareekh mein woh amal jari kiya, woh process. Jis process ke zariye se unfold ho'en. Jis se unfold ho'en, logon ko maloom nahi tha.</w:t>
      </w:r>
    </w:p>
    <w:p>
      <w:pPr>
        <w:jc w:val="right"/>
      </w:pPr>
      <w:r>
        <w:t>اللہ تعالیٰ نے رسول اللہ کے ذریعے تاریخ میں وہ عمل جاری کیا، وہ Process۔ جس Process کے ذریعے سے Unfold ہوئیں۔ جس سے Unfold ہوئیں، لوگوں کو معلوم نہیں تھا۔</w:t>
      </w:r>
    </w:p>
    <w:p>
      <w:r>
        <w:rPr>
          <w:b/>
        </w:rPr>
        <w:t xml:space="preserve">[18:49] </w:t>
      </w:r>
      <w:r>
        <w:t>Allah ki qudrat ke jo mazahir dunya mein the, jo kalmat Allah the, jo alao Allah the, woh insaan is se bekhabar tha.</w:t>
      </w:r>
    </w:p>
    <w:p>
      <w:pPr>
        <w:jc w:val="right"/>
      </w:pPr>
      <w:r>
        <w:t>اللہ کی قدرت کے جو مظاہر دنیا میں تھے، جو کلمات اللہ تھے، جو الاؤ اللہ تھے، وہ انسان اس سے بے خبر تھا۔</w:t>
      </w:r>
    </w:p>
    <w:p>
      <w:r>
        <w:rPr>
          <w:b/>
        </w:rPr>
        <w:t xml:space="preserve">[19:00] </w:t>
      </w:r>
      <w:r>
        <w:t>Yaani aap yeh to kehte the ke Alhamdulillah Rabbul Alameen. Lekin hamd jo kar rahe hain to is ke jo, is ke jo baray baray item hain, is se aap bekhabar the aap.</w:t>
      </w:r>
    </w:p>
    <w:p>
      <w:pPr>
        <w:jc w:val="right"/>
      </w:pPr>
      <w:r>
        <w:t>یعنی آپ یہ تو کہتے تھے کہ الحمدللہ رب العالمین۔ لیکن حمد جو کر رہے ہیں تو اس کے جو، اس کے جو بڑے بڑے Item ہیں، اس سے آپ بے خبر تھے آپ۔</w:t>
      </w:r>
    </w:p>
    <w:p>
      <w:r>
        <w:rPr>
          <w:b/>
        </w:rPr>
        <w:t xml:space="preserve">[19:09] </w:t>
      </w:r>
      <w:r>
        <w:t>Jise aap kehte the Allahu Akbar, Allahu Akbar. Namazon mein rozana kai sau baar. Lekin Allah itna bara hai, yeh to science ke zamane mein maloom hua.</w:t>
      </w:r>
    </w:p>
    <w:p>
      <w:pPr>
        <w:jc w:val="right"/>
      </w:pPr>
      <w:r>
        <w:t>جسے آپ کہتے تھے اللہ اکبر، اللہ اکبر۔ نمازوں میں روزانہ کئی سو بار۔ لیکن اللہ اتنا بڑا ہے، یہ تو سائنس کے زمانے میں معلوم ہوا۔</w:t>
      </w:r>
    </w:p>
    <w:p>
      <w:r>
        <w:rPr>
          <w:b/>
        </w:rPr>
        <w:t xml:space="preserve">[19:24] </w:t>
      </w:r>
      <w:r>
        <w:t>Itna zyada azeem hai, itna bara hai Khuda ke is ko aap, is ki doori ko, is ki takhleeq ki doori ko, is ki makhlooqat ki doori ko hum aam is mein gin nahi sakte.</w:t>
      </w:r>
    </w:p>
    <w:p>
      <w:pPr>
        <w:jc w:val="right"/>
      </w:pPr>
      <w:r>
        <w:t>اتنا زیادہ عظیم ہے، اتنا بڑا ہے خدا کہ اس کو آپ، اس کی دوری کو، اس کی تخلیق کی دوری کو، اس کی مخلوقات کی دوری کو ہم عام اس میں گن نہیں سکتے۔</w:t>
      </w:r>
    </w:p>
    <w:p>
      <w:r>
        <w:rPr>
          <w:b/>
        </w:rPr>
        <w:t xml:space="preserve">[19:36] </w:t>
      </w:r>
      <w:r>
        <w:t>Light years mein ginna parta hai. To Rasool Allah ke zariye se darwaza khula is daryaft</w:t>
      </w:r>
    </w:p>
    <w:p>
      <w:pPr>
        <w:jc w:val="right"/>
      </w:pPr>
      <w:r>
        <w:t>Light Years میں گننا پڑتا ہے۔ تو رسول اللہ کے ذریعے سے دروازہ کھلا اس دریافت</w:t>
      </w:r>
    </w:p>
    <w:p>
      <w:r>
        <w:rPr>
          <w:b/>
        </w:rPr>
        <w:t xml:space="preserve">[19:44] </w:t>
      </w:r>
      <w:r>
        <w:t>ka. Rasool Allah ke zariye se shirk ko khatam kar ke, yaani nature worship ko khatam kar ke, nature ki discovery ka daur shuru hua.</w:t>
      </w:r>
    </w:p>
    <w:p>
      <w:pPr>
        <w:jc w:val="right"/>
      </w:pPr>
      <w:r>
        <w:t>کا۔ رسول اللہ کے ذریعے سے شرک کو ختم کر کے، یعنی Nature Worship کو ختم کر کے، Nature کی Discovery کا دور شروع ہوا۔</w:t>
      </w:r>
    </w:p>
    <w:p>
      <w:r>
        <w:rPr>
          <w:b/>
        </w:rPr>
        <w:t xml:space="preserve">[19:54] </w:t>
      </w:r>
      <w:r>
        <w:t>Aur phir woh ek process ke roop mein chalte chalte is ka culmination hua Europe mein ja kar ke. Yeh matlab hai ke lo alhamd mere haath mein hoga.</w:t>
      </w:r>
    </w:p>
    <w:p>
      <w:pPr>
        <w:jc w:val="right"/>
      </w:pPr>
      <w:r>
        <w:t>اور پھر وہ ایک Process کے روپ میں چلتے چلتے اس کا Culmination ہوا یورپ میں جا کر کے۔ یہ مطلب ہے کہ لو الحمد میرے ہاتھ میں ہوگا۔</w:t>
      </w:r>
    </w:p>
    <w:p>
      <w:r>
        <w:rPr>
          <w:b/>
        </w:rPr>
        <w:t xml:space="preserve">[20:05] </w:t>
      </w:r>
      <w:r>
        <w:t>Hamd ka jhanda mere haath</w:t>
      </w:r>
    </w:p>
    <w:p>
      <w:pPr>
        <w:jc w:val="right"/>
      </w:pPr>
      <w:r>
        <w:t>حمد کا جھنڈا میرے ہاتھ</w:t>
      </w:r>
    </w:p>
    <w:p>
      <w:r>
        <w:rPr>
          <w:b/>
        </w:rPr>
        <w:t xml:space="preserve">[20:07] </w:t>
      </w:r>
      <w:r>
        <w:t>mein hoga. Yaani Allah ne Rasool Allah sal Allah alaihi wasallam ke zariye se dunya mein is daur ko paida kiya jis daur mein insaan Allah ki azmat ko samajh sake.</w:t>
      </w:r>
    </w:p>
    <w:p>
      <w:pPr>
        <w:jc w:val="right"/>
      </w:pPr>
      <w:r>
        <w:t>میں ہوگا۔ یعنی اللہ نے رسول اللہ صلی اللہ علیہ وسلم کے ذریعے سے دنیا میں اس دور کو پیدا کیا جس دور میں انسان اللہ کی عظمت کو سمجھ سکے۔</w:t>
      </w:r>
    </w:p>
    <w:p>
      <w:r>
        <w:rPr>
          <w:b/>
        </w:rPr>
        <w:t xml:space="preserve">[20:17] </w:t>
      </w:r>
      <w:r>
        <w:t>Allah ki hamd ko samajh sake. Allah ki kabrai ko samajh sake.</w:t>
      </w:r>
    </w:p>
    <w:p>
      <w:pPr>
        <w:jc w:val="right"/>
      </w:pPr>
      <w:r>
        <w:t>اللہ کی حمد کو سمجھ سکے۔ اللہ کی کبرائی کو سمجھ سکے۔</w:t>
      </w:r>
    </w:p>
    <w:p>
      <w:r>
        <w:rPr>
          <w:b/>
        </w:rPr>
        <w:t xml:space="preserve">[20:24] </w:t>
      </w:r>
      <w:r>
        <w:t>Phir yeh sochte hue ek bohat ajeeb baat mere zehen mein aayi.</w:t>
      </w:r>
    </w:p>
    <w:p>
      <w:pPr>
        <w:jc w:val="right"/>
      </w:pPr>
      <w:r>
        <w:t>پھر یہ سوچتے ہوئے ایک بہت عجیب بات میرے ذہن میں آئی۔</w:t>
      </w:r>
    </w:p>
    <w:p>
      <w:r>
        <w:rPr>
          <w:b/>
        </w:rPr>
        <w:t xml:space="preserve">[20:29] </w:t>
      </w:r>
      <w:r>
        <w:t>Dekhein Quran mein Surah Al-Fath hai number 48. Is ki ayat hai number 29.</w:t>
      </w:r>
    </w:p>
    <w:p>
      <w:pPr>
        <w:jc w:val="right"/>
      </w:pPr>
      <w:r>
        <w:t>دیکھیں قرآن میں سورہ الفتح ہے نمبر 48۔ اس کی آیت ہے نمبر 29۔</w:t>
      </w:r>
    </w:p>
    <w:p>
      <w:r>
        <w:rPr>
          <w:b/>
        </w:rPr>
        <w:t xml:space="preserve">[20:40] </w:t>
      </w:r>
      <w:r>
        <w:t>Al-Fath, Surah Al-Fath mein:</w:t>
      </w:r>
    </w:p>
    <w:p>
      <w:pPr>
        <w:jc w:val="right"/>
      </w:pPr>
      <w:r>
        <w:t>الفتح، سورہ الفتح میں:</w:t>
      </w:r>
    </w:p>
    <w:p>
      <w:r>
        <w:rPr>
          <w:b/>
        </w:rPr>
        <w:t xml:space="preserve">[20:45] </w:t>
      </w:r>
      <w:r>
        <w:t>"Muhammad Rasool Allah wallazina ma'ahu".</w:t>
      </w:r>
    </w:p>
    <w:p>
      <w:pPr>
        <w:jc w:val="right"/>
      </w:pPr>
      <w:r>
        <w:t>"محمد رسول اللہ والذین معہ"۔</w:t>
      </w:r>
    </w:p>
    <w:p>
      <w:r>
        <w:rPr>
          <w:b/>
        </w:rPr>
        <w:t xml:space="preserve">[20:51] </w:t>
      </w:r>
      <w:r>
        <w:t>Yaani Muhammad Allah ke Rasool aur jo un ke saath hain, ma'ahu.</w:t>
      </w:r>
    </w:p>
    <w:p>
      <w:pPr>
        <w:jc w:val="right"/>
      </w:pPr>
      <w:r>
        <w:t>یعنی محمد اللہ کے رسول اور جو ان کے ساتھ ہیں، معہ۔</w:t>
      </w:r>
    </w:p>
    <w:p>
      <w:r>
        <w:rPr>
          <w:b/>
        </w:rPr>
        <w:t xml:space="preserve">[21:00] </w:t>
      </w:r>
      <w:r>
        <w:t>Is mein zikr hai Rasool Allah sal Allah alaihi wasallam ka aur aap ke sahaba ka, yaani Sahaba ka. To maine socha ke Khudaaya</w:t>
      </w:r>
    </w:p>
    <w:p>
      <w:pPr>
        <w:jc w:val="right"/>
      </w:pPr>
      <w:r>
        <w:t>اس میں ذکر ہے رسول اللہ صلی اللہ علیہ وسلم کا اور آپ کے ساتھیوں کا، یعنی صحابہ کا۔ تو میں نے سوچا کہ خدایا</w:t>
      </w:r>
    </w:p>
    <w:p>
      <w:r>
        <w:rPr>
          <w:b/>
        </w:rPr>
        <w:t xml:space="preserve">[21:15] </w:t>
      </w:r>
      <w:r>
        <w:t>yeh meet Rasool hain,</w:t>
      </w:r>
    </w:p>
    <w:p>
      <w:pPr>
        <w:jc w:val="right"/>
      </w:pPr>
      <w:r>
        <w:t>یہ میت رسول ہیں،</w:t>
      </w:r>
    </w:p>
    <w:p>
      <w:r>
        <w:rPr>
          <w:b/>
        </w:rPr>
        <w:t xml:space="preserve">[21:19] </w:t>
      </w:r>
      <w:r>
        <w:t>meet Rasool. Kya unhi ek class chouda hazar logon ke liye khaas thi? Is baat yeh darwaza band hai.</w:t>
      </w:r>
    </w:p>
    <w:p>
      <w:pPr>
        <w:jc w:val="right"/>
      </w:pPr>
      <w:r>
        <w:t>میت رسول۔ کیا انہی ایک کلاس چودہ ہزار لوگوں کے لیے خاص تھی؟ اس بات یہ دروازہ بند ہے۔</w:t>
      </w:r>
    </w:p>
    <w:p>
      <w:r>
        <w:rPr>
          <w:b/>
        </w:rPr>
        <w:t xml:space="preserve">[21:29] </w:t>
      </w:r>
      <w:r>
        <w:t>Meet ka matlab hai, yaani yeh jo ayat hai, yaani "Muhammad the Prophet of God and his Companions".</w:t>
      </w:r>
    </w:p>
    <w:p>
      <w:pPr>
        <w:jc w:val="right"/>
      </w:pPr>
      <w:r>
        <w:t>میت کا مطلب ہے، یعنی یہ جو آیت ہے، یعنی "محمد دی Prophet of God and his Companions"۔</w:t>
      </w:r>
    </w:p>
    <w:p>
      <w:r>
        <w:rPr>
          <w:b/>
        </w:rPr>
        <w:t xml:space="preserve">[21:40] </w:t>
      </w:r>
      <w:r>
        <w:t>To yeh companionship jo hai, kya khatam ho gayi wahin? Aap ghaur kijiye, Allah ki sari rehmaton mein se koi rehmat khatam nahi hui.</w:t>
      </w:r>
    </w:p>
    <w:p>
      <w:pPr>
        <w:jc w:val="right"/>
      </w:pPr>
      <w:r>
        <w:t>تو یہ Companionship جو ہے، کیا ختم ہو گئی وہیں؟ آپ غور کیجیے، اللہ کی ساری رحمتوں میں سے کوئی رحمت ختم نہیں ہوئی۔</w:t>
      </w:r>
    </w:p>
    <w:p>
      <w:r>
        <w:rPr>
          <w:b/>
        </w:rPr>
        <w:t xml:space="preserve">[21:50] </w:t>
      </w:r>
      <w:r>
        <w:t>Suraj chamak raha hai, zameen galla uga rahi hai, galaxies harkat kar rahi hain,</w:t>
      </w:r>
    </w:p>
    <w:p>
      <w:pPr>
        <w:jc w:val="right"/>
      </w:pPr>
      <w:r>
        <w:t>سورج چمک رہا ہے، زمین گلہ اگل اگا رہی ہے، Galaxies حرکت کر رہی ہیں،</w:t>
      </w:r>
    </w:p>
    <w:p>
      <w:r>
        <w:rPr>
          <w:b/>
        </w:rPr>
        <w:t xml:space="preserve">[21:59] </w:t>
      </w:r>
      <w:r>
        <w:t>beshumar nematein jari hain. To yeh nemmat kahan khatam ho jayegi? Yaani hum ko, aap ko Allah meet ka companionship ka ki blessing nahi milegi?</w:t>
      </w:r>
    </w:p>
    <w:p>
      <w:pPr>
        <w:jc w:val="right"/>
      </w:pPr>
      <w:r>
        <w:t>بے شمار نعمتیں جاری ہیں۔ تو یہ نعمت کہاں ختم ہو جائے گی؟ یعنی ہم کو، آپ کو اللہ میت کا Companionship کا کی Blessing نہیں ملے گی؟</w:t>
      </w:r>
    </w:p>
    <w:p>
      <w:r>
        <w:rPr>
          <w:b/>
        </w:rPr>
        <w:t xml:space="preserve">[22:16] </w:t>
      </w:r>
      <w:r>
        <w:t>To jawab mujhe mila ke nahi, aye bande!</w:t>
      </w:r>
    </w:p>
    <w:p>
      <w:pPr>
        <w:jc w:val="right"/>
      </w:pPr>
      <w:r>
        <w:t>تو جواب مجھے ملا کہ نہیں، اے بندے!</w:t>
      </w:r>
    </w:p>
    <w:p>
      <w:r>
        <w:rPr>
          <w:b/>
        </w:rPr>
        <w:t xml:space="preserve">[22:27] </w:t>
      </w:r>
      <w:r>
        <w:t>dusri tamam rehmaton ki tarah yeh bhi rehmat aam hai.</w:t>
      </w:r>
    </w:p>
    <w:p>
      <w:pPr>
        <w:jc w:val="right"/>
      </w:pPr>
      <w:r>
        <w:t>دوسری تمام رحمتوں کی طرح یہ بھی رحمت عام ہے۔</w:t>
      </w:r>
    </w:p>
    <w:p>
      <w:r>
        <w:rPr>
          <w:b/>
        </w:rPr>
        <w:t xml:space="preserve">[22:33] </w:t>
      </w:r>
      <w:r>
        <w:t>dusri rehmaton ki tarah yeh bhi rehmat aam hai. woh kaise? aap ghor kijiye ke rasool Allah ke zariye se hamd ka darwaza khula.</w:t>
      </w:r>
    </w:p>
    <w:p>
      <w:pPr>
        <w:jc w:val="right"/>
      </w:pPr>
      <w:r>
        <w:t>دوسری رحمتوں کی طرح یہ بھی رحمت عام ہے۔ وہ کیسے؟ آپ غور کیجیے کہ رسول اللہ کے ذریعے سے حمد کا دروازہ کھلا۔</w:t>
      </w:r>
    </w:p>
    <w:p>
      <w:r>
        <w:rPr>
          <w:b/>
        </w:rPr>
        <w:t xml:space="preserve">[22:46] </w:t>
      </w:r>
      <w:r>
        <w:t>Allah ki kibriyai, Allah ki azmat ko janne wali science wajood mein aai.</w:t>
      </w:r>
    </w:p>
    <w:p>
      <w:pPr>
        <w:jc w:val="right"/>
      </w:pPr>
      <w:r>
        <w:t>اللہ کی کبرائی، اللہ کی عظمت کو جاننے والی سائنس وجود میں آئی۔</w:t>
      </w:r>
    </w:p>
    <w:p>
      <w:r>
        <w:rPr>
          <w:b/>
        </w:rPr>
        <w:t xml:space="preserve">[22:53] </w:t>
      </w:r>
      <w:r>
        <w:t>ek lambe process ke baad. ab woh unfold ho rahi hai. aaye din khabrein aati hain. to kaha woh rasool Allah ke hath mein jo hamd ka jhanda hoga, woh waqti cheez nahi hai.</w:t>
      </w:r>
    </w:p>
    <w:p>
      <w:pPr>
        <w:jc w:val="right"/>
      </w:pPr>
      <w:r>
        <w:t>ایک لمبے Process کے بعد۔ اب وہ Unfold ہو رہی ہے۔ آئے دن خبریں آتی ہیں۔ تو کہا وہ رسول اللہ کے ہاتھ میں جو حمد کا جھنڈا ہوگا، وہ وقتی چیز نہیں ہے۔</w:t>
      </w:r>
    </w:p>
    <w:p>
      <w:r>
        <w:rPr>
          <w:b/>
        </w:rPr>
        <w:t xml:space="preserve">[23:07] </w:t>
      </w:r>
      <w:r>
        <w:t>woh chal raha hai, tareekh mein chal raha hai. woh yaani hamd ka ek sailab hai, chal raha hai. unfold ho raha hai.</w:t>
      </w:r>
    </w:p>
    <w:p>
      <w:pPr>
        <w:jc w:val="right"/>
      </w:pPr>
      <w:r>
        <w:t>وہ چل رہا ہے، تاریخ میں چل رہا ہے۔ وہ یعنی حمد کا ایک سیلاب ہے، چل رہا ہے۔ Unfold ہو رہا ہے۔</w:t>
      </w:r>
    </w:p>
    <w:p>
      <w:r>
        <w:rPr>
          <w:b/>
        </w:rPr>
        <w:t xml:space="preserve">[23:17] </w:t>
      </w:r>
      <w:r>
        <w:t>to hum, aap agar hamare andar agar marifat ho, agar hum shareek ho saken is is marifat hamd mein,</w:t>
      </w:r>
    </w:p>
    <w:p>
      <w:pPr>
        <w:jc w:val="right"/>
      </w:pPr>
      <w:r>
        <w:t>تو ہم، آپ اگر ہمارے اندر اگر معرفت ہو، اگر ہم شریک ہو سکیں اس اس معرفت حمد میں،</w:t>
      </w:r>
    </w:p>
    <w:p>
      <w:r>
        <w:rPr>
          <w:b/>
        </w:rPr>
        <w:t xml:space="preserve">[23:31] </w:t>
      </w:r>
      <w:r>
        <w:t>aur hum is woh response de saken, woh response ke khudaaya tu kitna azeem hai. khudaaya teri qudrat kitni zyada hai.</w:t>
      </w:r>
    </w:p>
    <w:p>
      <w:pPr>
        <w:jc w:val="right"/>
      </w:pPr>
      <w:r>
        <w:t>اور ہم اس وہ Response دے سکیں، وہ Response کہ خدایا تو کتنا عظیم ہے۔ خدایا تیری قدرت کتنی زیادہ ہے۔</w:t>
      </w:r>
    </w:p>
    <w:p>
      <w:r>
        <w:rPr>
          <w:b/>
        </w:rPr>
        <w:t xml:space="preserve">[23:40] </w:t>
      </w:r>
      <w:r>
        <w:t>teri kibriyai kitni zyada hai. is process mein hum shareek ho saken.</w:t>
      </w:r>
    </w:p>
    <w:p>
      <w:pPr>
        <w:jc w:val="right"/>
      </w:pPr>
      <w:r>
        <w:t>تیری کبرائی کتنی زیادہ ہے۔ اس Process میں ہم شریک ہو سکیں۔</w:t>
      </w:r>
    </w:p>
    <w:p>
      <w:r>
        <w:rPr>
          <w:b/>
        </w:rPr>
        <w:t xml:space="preserve">[23:46] </w:t>
      </w:r>
      <w:r>
        <w:t>to hamd ek process ke roop mein jaari hai. kyunke iski unfolding ho rahi hai. ilm marifat ki unfolding ho rahi hai. aur woh qayamat tak jaari rahega.</w:t>
      </w:r>
    </w:p>
    <w:p>
      <w:pPr>
        <w:jc w:val="right"/>
      </w:pPr>
      <w:r>
        <w:t>تو حمد ایک Process کے روپ میں جاری ہے۔ کیونکہ اس کی Unfolding ہو رہی ہے۔ علم معرفت کی Unfolding ہو رہی ہے۔ اور وہ قیامت تک جاری رہے گا۔</w:t>
      </w:r>
    </w:p>
    <w:p>
      <w:r>
        <w:rPr>
          <w:b/>
        </w:rPr>
        <w:t xml:space="preserve">[23:56] </w:t>
      </w:r>
      <w:r>
        <w:t>kyunke quran mein hai ke Allah ke kalmat itne zyada hain ke tamam samandar ink bana diya jayen. aur tamam darakht qalam bana diya jayen.</w:t>
      </w:r>
    </w:p>
    <w:p>
      <w:pPr>
        <w:jc w:val="right"/>
      </w:pPr>
      <w:r>
        <w:t>کیونکہ قرآن میں ہے کہ اللہ کے کلمات اتنے زیادہ ہیں کہ تمام سمندر Ink بنا دیا جائیں۔ اور تمام درخت قلم بنا دیا جائیں۔</w:t>
      </w:r>
    </w:p>
    <w:p>
      <w:r>
        <w:rPr>
          <w:b/>
        </w:rPr>
        <w:t xml:space="preserve">[24:06] </w:t>
      </w:r>
      <w:r>
        <w:t>tab bhi kalmat khatam nahi honge.</w:t>
      </w:r>
    </w:p>
    <w:p>
      <w:pPr>
        <w:jc w:val="right"/>
      </w:pPr>
      <w:r>
        <w:t>تب بھی کلمات ختم نہیں ہوں گے۔</w:t>
      </w:r>
    </w:p>
    <w:p>
      <w:r>
        <w:rPr>
          <w:b/>
        </w:rPr>
        <w:t xml:space="preserve">[24:09] </w:t>
      </w:r>
      <w:r>
        <w:t>to Allah ki jo hamd hai,</w:t>
      </w:r>
    </w:p>
    <w:p>
      <w:pPr>
        <w:jc w:val="right"/>
      </w:pPr>
      <w:r>
        <w:t>تو اللہ کی جو حمد ہے،</w:t>
      </w:r>
    </w:p>
    <w:p>
      <w:r>
        <w:rPr>
          <w:b/>
        </w:rPr>
        <w:t xml:space="preserve">[24:14] </w:t>
      </w:r>
      <w:r>
        <w:t>woh to woh khatam nahi ho gayi. woh woh kuch limited cheez nahi hai. woh woh jaari hai, jaari hai, jaari hai. woh abad tak jaari rahegi, abad tak.</w:t>
      </w:r>
    </w:p>
    <w:p>
      <w:pPr>
        <w:jc w:val="right"/>
      </w:pPr>
      <w:r>
        <w:t>وہ تو وہ ختم نہیں ہو گئی۔ وہ وہ کچھ Limited چیز نہیں ہے۔ وہ وہ جاری ہے، جاری ہے، جاری ہے۔ وہ ابد تک جاری رہے گی، ابد تک۔</w:t>
      </w:r>
    </w:p>
    <w:p>
      <w:r>
        <w:rPr>
          <w:b/>
        </w:rPr>
        <w:t xml:space="preserve">[24:26] </w:t>
      </w:r>
      <w:r>
        <w:t>to hum, aap jo khushk, jo Allah ka banda is baat ko daryaft kare, jo is satah ki amd hamd ka izhaar kar sake, Allah ke liye is darje ki ka acknowledgement pesh kar sake, is darje ka ka etiraf pesh kar sake,</w:t>
      </w:r>
    </w:p>
    <w:p>
      <w:pPr>
        <w:jc w:val="right"/>
      </w:pPr>
      <w:r>
        <w:t>تو ہم، آپ جو خشک، جو اللہ کا بندہ اس بات کو دریافت کرے، جو اس سطح کی امد حمد کا اظہار کر سکے، اللہ کے لیے اس درجے کی کا Acknowledgement پیش کر سکے، اس درجے کا کا اعتراف پیش کر سکے،</w:t>
      </w:r>
    </w:p>
    <w:p>
      <w:r>
        <w:rPr>
          <w:b/>
        </w:rPr>
        <w:t xml:space="preserve">[24:48] </w:t>
      </w:r>
      <w:r>
        <w:t>to woh is process mein shamil ho jayega. hamd ke process mein shamil ho jayega woh.</w:t>
      </w:r>
    </w:p>
    <w:p>
      <w:pPr>
        <w:jc w:val="right"/>
      </w:pPr>
      <w:r>
        <w:t>تو وہ اس پراسیس میں شامل ہو جائے گا۔ حمد کے Process میں شامل ہو جائے گا وہ۔</w:t>
      </w:r>
    </w:p>
    <w:p>
      <w:r>
        <w:rPr>
          <w:b/>
        </w:rPr>
        <w:t xml:space="preserve">[24:54] </w:t>
      </w:r>
      <w:r>
        <w:t>to mayyat mil gayi hai is ko. to is ko mayyat ka ki blessing hasil ho gayi is ko.</w:t>
      </w:r>
    </w:p>
    <w:p>
      <w:pPr>
        <w:jc w:val="right"/>
      </w:pPr>
      <w:r>
        <w:t>تو میت مل گئی ہے اس کو۔ تو اس کو میت کا کی Blessing حاصل ہو گئی اس کو۔</w:t>
      </w:r>
    </w:p>
    <w:p>
      <w:r>
        <w:rPr>
          <w:b/>
        </w:rPr>
        <w:t xml:space="preserve">[25:06] </w:t>
      </w:r>
      <w:r>
        <w:t>to rasool Allah ke sath the sahaba. aur sahaba ne rasool Allah ke sath mil kar ke ek inqilab barpa kiya. jis se ek process jaari hua.</w:t>
      </w:r>
    </w:p>
    <w:p>
      <w:pPr>
        <w:jc w:val="right"/>
      </w:pPr>
      <w:r>
        <w:t>تو رسول اللہ کے ساتھ تھے صحابہ۔ اور صحابہ نے رسول اللہ کے ساتھ مل کر کے ایک انقلاب برپا کیا۔ جس سے ایک Process جاری ہوا۔</w:t>
      </w:r>
    </w:p>
    <w:p>
      <w:r>
        <w:rPr>
          <w:b/>
        </w:rPr>
        <w:t xml:space="preserve">[25:15] </w:t>
      </w:r>
      <w:r>
        <w:t>history</w:t>
      </w:r>
    </w:p>
    <w:p>
      <w:pPr>
        <w:jc w:val="right"/>
      </w:pPr>
      <w:r>
        <w:t>ہسٹری</w:t>
      </w:r>
    </w:p>
    <w:p>
      <w:r>
        <w:rPr>
          <w:b/>
        </w:rPr>
        <w:t xml:space="preserve">[25:16] </w:t>
      </w:r>
      <w:r>
        <w:t>mein woh process culmination tha modern science. aur jo abhi jaari hai, woh khatam nahi hui.</w:t>
      </w:r>
    </w:p>
    <w:p>
      <w:pPr>
        <w:jc w:val="right"/>
      </w:pPr>
      <w:r>
        <w:t>میں وہ Process Culmination تھا Modern سائنس۔ اور جو ابھی جاری ہے، وہ ختم نہیں ہوئی۔</w:t>
      </w:r>
    </w:p>
    <w:p>
      <w:r>
        <w:rPr>
          <w:b/>
        </w:rPr>
        <w:t xml:space="preserve">[25:25] </w:t>
      </w:r>
      <w:r>
        <w:t>woh woh qayamat tak jaari rahegi. to yeh jo unfolding ho rahi hai ilm ki, woh is liye ho rahi hai ke aap is ko janiye. is ko janiye aur Allah ki azmat ka etiraf karen.</w:t>
      </w:r>
    </w:p>
    <w:p>
      <w:pPr>
        <w:jc w:val="right"/>
      </w:pPr>
      <w:r>
        <w:t>وہ وہ قیامت تک جاری رہے گی۔ تو یہ جو Unfolding ہو رہی ہے علم کی، وہ اس لیے ہو رہی ہے کہ آپ اس کو جانیں۔ اس کو جانیں اور اللہ کی عظمت کا اعتراف کریں۔</w:t>
      </w:r>
    </w:p>
    <w:p>
      <w:r>
        <w:rPr>
          <w:b/>
        </w:rPr>
        <w:t xml:space="preserve">[25:39] </w:t>
      </w:r>
      <w:r>
        <w:t>Allah ki kibriyai, Allah ki azmat, Allah ki greatness ko daryaft karen.</w:t>
      </w:r>
    </w:p>
    <w:p>
      <w:pPr>
        <w:jc w:val="right"/>
      </w:pPr>
      <w:r>
        <w:t>اللہ کی کبرائی، اللہ کی عظمت، اللہ کی Greatness کو دریافت کریں۔</w:t>
      </w:r>
    </w:p>
    <w:p>
      <w:r>
        <w:rPr>
          <w:b/>
        </w:rPr>
        <w:t xml:space="preserve">[25:46] </w:t>
      </w:r>
      <w:r>
        <w:t>to agar is mani mein aap shareek ho saken is process mein, to aap ko mayyat ki hesiyat mil gayi. to yeh kitni ajeeb ghareeb cheez hai yeh.</w:t>
      </w:r>
    </w:p>
    <w:p>
      <w:pPr>
        <w:jc w:val="right"/>
      </w:pPr>
      <w:r>
        <w:t>تو اگر اس معنی میں آپ شریک ہو سکیں اس Process میں، تو آپ کو میت کی حیثیت مل گئی۔ تو یہ کتنی عجیب غریب چیز ہے یہ۔</w:t>
      </w:r>
    </w:p>
    <w:p>
      <w:r>
        <w:rPr>
          <w:b/>
        </w:rPr>
        <w:t xml:space="preserve">[25:59] </w:t>
      </w:r>
      <w:r>
        <w:t>yeh sab cheezein hasil hoti hain wohi is yaani art of conversion ke zariye. isi ke zariye se.</w:t>
      </w:r>
    </w:p>
    <w:p>
      <w:pPr>
        <w:jc w:val="right"/>
      </w:pPr>
      <w:r>
        <w:t>یہ سب چیزیں حاصل ہوتی ہیں وہی اس یعنی Art of Conversion کے ذریعے۔ اسی کے ذریعے سے۔</w:t>
      </w:r>
    </w:p>
    <w:p>
      <w:r>
        <w:rPr>
          <w:b/>
        </w:rPr>
        <w:t xml:space="preserve">[26:12] </w:t>
      </w:r>
      <w:r>
        <w:t>phir mein soch raha tha, bohat dinon se mein ek ayat ko soch raha tha. quran mein ek ayat hai:</w:t>
      </w:r>
    </w:p>
    <w:p>
      <w:pPr>
        <w:jc w:val="right"/>
      </w:pPr>
      <w:r>
        <w:t>پھر میں سوچ رہا تھا، بہت دنوں سے میں ایک آیت کو سوچ رہا تھا۔ قرآن میں ایک آیت ہے:</w:t>
      </w:r>
    </w:p>
    <w:p>
      <w:r>
        <w:rPr>
          <w:b/>
        </w:rPr>
        <w:t xml:space="preserve">[26:22] </w:t>
      </w:r>
      <w:r>
        <w:t>"یدخلهم الجنت الرفع" Allah jannat mein is ko dakhil karega jis ko is ki pehchan kara di hai.</w:t>
      </w:r>
    </w:p>
    <w:p>
      <w:pPr>
        <w:jc w:val="right"/>
      </w:pPr>
      <w:r>
        <w:t>"یدخلهم الجنت الرفع"۔ اللہ جنت میں اس کو داخل کرے گا جس کو اس کی پہچان کرا دی ہے۔</w:t>
      </w:r>
    </w:p>
    <w:p>
      <w:r>
        <w:rPr>
          <w:b/>
        </w:rPr>
        <w:t xml:space="preserve">[26:34] </w:t>
      </w:r>
      <w:r>
        <w:t>pehchan kara di hai, yaani Allah ne pechan kara di hai jis ko us ko jannat dakhil kare ga.</w:t>
      </w:r>
    </w:p>
    <w:p>
      <w:pPr>
        <w:jc w:val="right"/>
      </w:pPr>
      <w:r>
        <w:t>پہچان کرا دی ہے، یعنی اللہ نے پہچان کرا دی ہے جس کو اس کو جنت داخل کرے گا۔</w:t>
      </w:r>
    </w:p>
    <w:p>
      <w:r>
        <w:rPr>
          <w:b/>
        </w:rPr>
        <w:t xml:space="preserve">[26:41] </w:t>
      </w:r>
      <w:r>
        <w:t>to main bohat din se soch raha tha yeh ke kya pechan kara dene se kisi ko jannat mil jaye gi? Yaani kisi ko pechan karwa di jaye to jannat mil jaye gi us ko?</w:t>
      </w:r>
    </w:p>
    <w:p>
      <w:pPr>
        <w:jc w:val="right"/>
      </w:pPr>
      <w:r>
        <w:t>تو میں بہت دن سے سوچ رہا تھا یہ کہ کیا پہچان کرا دینے سے کسی کو جنت مل جائے گی؟ یعنی کسی کو پہچان کروا دی جائے تو جنت مل جائے گی اس کو؟</w:t>
      </w:r>
    </w:p>
    <w:p>
      <w:r>
        <w:rPr>
          <w:b/>
        </w:rPr>
        <w:t xml:space="preserve">[26:54] </w:t>
      </w:r>
      <w:r>
        <w:t>jisay misaal di main ne aap ko ke agar baghbani ki pechan kara di jaye, aik kitab tayyar ki jaye, baghbani ka aik encyclopedia, saare is mein horticulture ke saare tareeqay likhe hue hon,</w:t>
      </w:r>
    </w:p>
    <w:p>
      <w:pPr>
        <w:jc w:val="right"/>
      </w:pPr>
      <w:r>
        <w:t>جسے مثال دی میں نے آپ کو کہ اگر باغبانی کی پہچان کرا دی جائے، ایک کتاب تیار کی جائے، باغبانی کا ایک انسائیکلوپیڈیا، سارے اس میں ہارٹیکلچر کے سارے طریقے لکھے ہوئے ہوں،</w:t>
      </w:r>
    </w:p>
    <w:p>
      <w:r>
        <w:rPr>
          <w:b/>
        </w:rPr>
        <w:t xml:space="preserve">[27:09] </w:t>
      </w:r>
      <w:r>
        <w:t>to kya aisi kitab ke wajood mein aanay se ya baghbani ki pechan kara dene se koi kisan baghban ban jaye ga?</w:t>
      </w:r>
    </w:p>
    <w:p>
      <w:pPr>
        <w:jc w:val="right"/>
      </w:pPr>
      <w:r>
        <w:t>تو کیا ایسی کتاب کے وجود میں آنے سے یا باغبانی کی پہچان کرا دینے سے کوئی کسان باغبان بن جائے گا؟</w:t>
      </w:r>
    </w:p>
    <w:p>
      <w:r>
        <w:rPr>
          <w:b/>
        </w:rPr>
        <w:t xml:space="preserve">[27:19] </w:t>
      </w:r>
      <w:r>
        <w:t>kisi ke paas bagh ho jaye gi? Nahi ho sakta. To pechan kara dena Allah ki taraf se hai. Lekin pehchanne wala banna insaan ki taraf se hai.</w:t>
      </w:r>
    </w:p>
    <w:p>
      <w:pPr>
        <w:jc w:val="right"/>
      </w:pPr>
      <w:r>
        <w:t>کسی کے پاس باغ ہو جائے گی؟ نہیں ہو سکتا۔ تو پہچان کرا دینا اللہ کی طرف سے ہے۔ لیکن پہچاننے والا بننا انسان کی طرف سے ہے۔</w:t>
      </w:r>
    </w:p>
    <w:p>
      <w:r>
        <w:rPr>
          <w:b/>
        </w:rPr>
        <w:t xml:space="preserve">[27:33] </w:t>
      </w:r>
      <w:r>
        <w:t>Yaani jannat ki pechan kara dena yeh Allah ki taraf se hai. Lekin</w:t>
      </w:r>
    </w:p>
    <w:p>
      <w:pPr>
        <w:jc w:val="right"/>
      </w:pPr>
      <w:r>
        <w:t>یعنی جنت کی پہچان کرا دینا یہ اللہ کی طرف سے ہے۔ لیکن</w:t>
      </w:r>
    </w:p>
    <w:p>
      <w:r>
        <w:rPr>
          <w:b/>
        </w:rPr>
        <w:t xml:space="preserve">[27:37] </w:t>
      </w:r>
      <w:r>
        <w:t>pehchanne wala banna to aap ki taraf se ho ga. Woh aap ki taraf se ho ga. To is ki main aik misaal deta hoon aap ko, pehchanne wala kya cheez hota hai.</w:t>
      </w:r>
    </w:p>
    <w:p>
      <w:pPr>
        <w:jc w:val="right"/>
      </w:pPr>
      <w:r>
        <w:t>پہچاننے والا بننا تو آپ کی طرف سے ہوگا۔ وہ آپ کی طرف سے ہوگا۔ تو اس کی میں ایک مثال دیتا ہوں آپ کو، پہچاننے والا کیا چیز ہوتا ہے۔</w:t>
      </w:r>
    </w:p>
    <w:p>
      <w:r>
        <w:rPr>
          <w:b/>
        </w:rPr>
        <w:t xml:space="preserve">[27:48] </w:t>
      </w:r>
      <w:r>
        <w:t>Dekhein aik hadith hai, yeh Bukhari mein hai yeh hadith.</w:t>
      </w:r>
    </w:p>
    <w:p>
      <w:pPr>
        <w:jc w:val="right"/>
      </w:pPr>
      <w:r>
        <w:t>دیکھیں ایک حدیث ہے، یہ بخاری میں ہے یہ حدیث۔</w:t>
      </w:r>
    </w:p>
    <w:p>
      <w:r>
        <w:rPr>
          <w:b/>
        </w:rPr>
        <w:t xml:space="preserve">[27:57] </w:t>
      </w:r>
      <w:r>
        <w:t>Rasool Allah sal Allah alayh wasallam ne aik عورت ko dekha.</w:t>
      </w:r>
    </w:p>
    <w:p>
      <w:pPr>
        <w:jc w:val="right"/>
      </w:pPr>
      <w:r>
        <w:t>رسول اللہ صلی اللہ علیہ وسلم نے ایک عورت کو دیکھا۔</w:t>
      </w:r>
    </w:p>
    <w:p>
      <w:r>
        <w:rPr>
          <w:b/>
        </w:rPr>
        <w:t xml:space="preserve">[28:01] </w:t>
      </w:r>
      <w:r>
        <w:t>Aik عورت jo apne chote bachon ko liye hue thi. Yaani jo chota bacha god mein liye rehti hain عورتen, is tarah ka chota bacha tha.</w:t>
      </w:r>
    </w:p>
    <w:p>
      <w:pPr>
        <w:jc w:val="right"/>
      </w:pPr>
      <w:r>
        <w:t>ایک عورت جو اپنے چھوٹے بچوں کو لیے ہوئے تھے۔ یعنی جو چھوٹا بچہ گود میں لیے رہتی ہیں عورتیں، اس طرح کا چھوٹا بچہ تھا۔</w:t>
      </w:r>
    </w:p>
    <w:p>
      <w:r>
        <w:rPr>
          <w:b/>
        </w:rPr>
        <w:t xml:space="preserve">[28:10] </w:t>
      </w:r>
      <w:r>
        <w:t>Woh god mein liye hue thi aik apne bachay ko. Zahir hai ke bohat hi pyar ke sath عورتen liye rehti hain aisay bachay ko. To Rasool Allah ne poocha Sahaba se ke yeh عورت kya</w:t>
      </w:r>
    </w:p>
    <w:p>
      <w:pPr>
        <w:jc w:val="right"/>
      </w:pPr>
      <w:r>
        <w:t>وہ گود میں لیے ہوئے تھی ایک اپنے بچے کو۔ ظاہر ہے کہ بہت ہی پیار کے ساتھ عورتیں لیے رہتی ہیں ایسے بچے کو۔ تو رسول اللہ نے پوچھا صحابہ سے کہ یہ عورت کیا</w:t>
      </w:r>
    </w:p>
    <w:p>
      <w:r>
        <w:rPr>
          <w:b/>
        </w:rPr>
        <w:t xml:space="preserve">[28:26] </w:t>
      </w:r>
      <w:r>
        <w:t>is bachay ko aag mein daal de gi?</w:t>
      </w:r>
    </w:p>
    <w:p>
      <w:pPr>
        <w:jc w:val="right"/>
      </w:pPr>
      <w:r>
        <w:t>اس بچے کو آگ میں ڈال دے گی؟</w:t>
      </w:r>
    </w:p>
    <w:p>
      <w:r>
        <w:rPr>
          <w:b/>
        </w:rPr>
        <w:t xml:space="preserve">[28:33] </w:t>
      </w:r>
      <w:r>
        <w:t>Kya yeh عورت is bachay ko aag mein daal de gi? Sahaba ne kaha ke nahi.</w:t>
      </w:r>
    </w:p>
    <w:p>
      <w:pPr>
        <w:jc w:val="right"/>
      </w:pPr>
      <w:r>
        <w:t>کیا یہ عورت اس بچے کو آگ میں ڈال دے گی؟ صحابہ نے کہا کہ نہیں۔</w:t>
      </w:r>
    </w:p>
    <w:p>
      <w:r>
        <w:rPr>
          <w:b/>
        </w:rPr>
        <w:t xml:space="preserve">[28:44] </w:t>
      </w:r>
      <w:r>
        <w:t>To Rasool Allah ne farmaya ke Allah is se bhi zyada rahim hai. Jitni rehmat ka jazba is عورت ke andar hai, is se beshumar gunah jazba rehmat ka Allah ke</w:t>
      </w:r>
    </w:p>
    <w:p>
      <w:pPr>
        <w:jc w:val="right"/>
      </w:pPr>
      <w:r>
        <w:t>تو رسول اللہ نے فرمایا کہ اللہ اس سے بھی زیادہ رحیم ہے۔ جتنی رحمت کا جذبہ اس عورت کے اندر ہے، اس سے بے شمار گناہ جذبہ رحمت کا اللہ کے</w:t>
      </w:r>
    </w:p>
    <w:p>
      <w:r>
        <w:rPr>
          <w:b/>
        </w:rPr>
        <w:t xml:space="preserve">[28:59] </w:t>
      </w:r>
      <w:r>
        <w:t>haan hai. Allah ke andar hai. To kya Allah daal de ga apne bandon</w:t>
      </w:r>
    </w:p>
    <w:p>
      <w:pPr>
        <w:jc w:val="right"/>
      </w:pPr>
      <w:r>
        <w:t>ہاں ہے۔ اللہ کے اندر ہے۔ تو کیا اللہ ڈال دے گا اپنے بندوں</w:t>
      </w:r>
    </w:p>
    <w:p>
      <w:r>
        <w:rPr>
          <w:b/>
        </w:rPr>
        <w:t xml:space="preserve">[29:02] </w:t>
      </w:r>
      <w:r>
        <w:t>ko jahannum mein? Is par main sochne laga.</w:t>
      </w:r>
    </w:p>
    <w:p>
      <w:pPr>
        <w:jc w:val="right"/>
      </w:pPr>
      <w:r>
        <w:t>کو جہنم میں؟ اس پر میں سوچنے لگا۔</w:t>
      </w:r>
    </w:p>
    <w:p>
      <w:r>
        <w:rPr>
          <w:b/>
        </w:rPr>
        <w:t xml:space="preserve">[29:06] </w:t>
      </w:r>
      <w:r>
        <w:t>To is misaal ko main ne socha ke woh عورت kyun nahi daalay gi? Is liye ke woh apne apna apne jigar ka tukra samajhti hai us ko.</w:t>
      </w:r>
    </w:p>
    <w:p>
      <w:pPr>
        <w:jc w:val="right"/>
      </w:pPr>
      <w:r>
        <w:t>تو اس مثال کو میں نے سوچا کہ وہ عورت کیوں نہیں ڈالے گی؟ اس لیے کہ وہ اپنے اپنا اپنے جگر کا ٹکڑا سمجھتی ہے اس کو۔</w:t>
      </w:r>
    </w:p>
    <w:p>
      <w:r>
        <w:rPr>
          <w:b/>
        </w:rPr>
        <w:t xml:space="preserve">[29:16] </w:t>
      </w:r>
      <w:r>
        <w:t>Apne wajood ka hissa samajhti hai us ko.</w:t>
      </w:r>
    </w:p>
    <w:p>
      <w:pPr>
        <w:jc w:val="right"/>
      </w:pPr>
      <w:r>
        <w:t>اپنے وجود کا حصہ سمجھتی ہے اس کو۔</w:t>
      </w:r>
    </w:p>
    <w:p>
      <w:r>
        <w:rPr>
          <w:b/>
        </w:rPr>
        <w:t xml:space="preserve">[29:22] </w:t>
      </w:r>
      <w:r>
        <w:t>Us ke pait se nikla hua woh bacha hai. Us se us ki qadar itni zabardast us ke dil mein hai.</w:t>
      </w:r>
    </w:p>
    <w:p>
      <w:pPr>
        <w:jc w:val="right"/>
      </w:pPr>
      <w:r>
        <w:t>اس کے پیٹ سے نکلا ہوا وہ بچہ ہے۔ اس سے اس کی قدر اتنی زبردست اس کے دل میں ہے۔</w:t>
      </w:r>
    </w:p>
    <w:p>
      <w:r>
        <w:rPr>
          <w:b/>
        </w:rPr>
        <w:t xml:space="preserve">[29:32] </w:t>
      </w:r>
      <w:r>
        <w:t>To yahan pe sara muamla is baat ka hai ke aap ke andar marifat ho. Aur is is is عورت ke andar jo marifat hai apne bachay ke baray mein, woh marifat ko roke ke ke woh us ko aag mein na daalay.</w:t>
      </w:r>
    </w:p>
    <w:p>
      <w:pPr>
        <w:jc w:val="right"/>
      </w:pPr>
      <w:r>
        <w:t>تو یہاں پہ سارا معاملہ اس بات کا ہے کہ آپ کے اندر معرفت ہو۔ اور اس اس اس عورت کے اندر جو معرفت ہے اپنے بچے کے بارے میں، وہ معرفت کو روکے کہ کہ وہ اس کو آگ میں نہ ڈالے۔</w:t>
      </w:r>
    </w:p>
    <w:p>
      <w:r>
        <w:rPr>
          <w:b/>
        </w:rPr>
        <w:t xml:space="preserve">[29:52] </w:t>
      </w:r>
      <w:r>
        <w:t>To Allah ke muamle mein bhi yahi wajah hai ke Allah ka haq, Allah rahim hai, to bas sab ko aik taraf se aik taraf se woh kar de ga. Jao jannat mein.</w:t>
      </w:r>
    </w:p>
    <w:p>
      <w:pPr>
        <w:jc w:val="right"/>
      </w:pPr>
      <w:r>
        <w:t>تو اللہ کے معاملے میں بھی یہی وجہ ہے کہ اللہ کا حق، اللہ رحیم ہے، تو بس سب کو ایک طرف سے ایک طرف سے وہ کر دے گا۔ جاؤ جنت میں۔</w:t>
      </w:r>
    </w:p>
    <w:p>
      <w:r>
        <w:rPr>
          <w:b/>
        </w:rPr>
        <w:t xml:space="preserve">[30:02] </w:t>
      </w:r>
      <w:r>
        <w:t>Aisa nahi ho sakta. Yaani rahim hone ka matlab yeh nahi ke sab ko aik taraf jannat daal de.</w:t>
      </w:r>
    </w:p>
    <w:p>
      <w:pPr>
        <w:jc w:val="right"/>
      </w:pPr>
      <w:r>
        <w:t>ایسا نہیں ہو سکتا۔ یعنی رحیم ہونے کا مطلب یہ نہیں کہ سب کو ایک طرف جنت ڈال دے۔</w:t>
      </w:r>
    </w:p>
    <w:p>
      <w:r>
        <w:rPr>
          <w:b/>
        </w:rPr>
        <w:t xml:space="preserve">[30:11] </w:t>
      </w:r>
      <w:r>
        <w:t>To mujhe aik waqia yaad aaya to tab meri samajh mein aayi yeh baat aayi. Aik waqia hai ke aik artist tha.</w:t>
      </w:r>
    </w:p>
    <w:p>
      <w:pPr>
        <w:jc w:val="right"/>
      </w:pPr>
      <w:r>
        <w:t>تو مجھے ایک واقعہ یاد آیا تو تب میری سمجھ میں آئی یہ بات آئی۔ ایک واقعہ ہے کہ ایک آرٹسٹ تھا۔</w:t>
      </w:r>
    </w:p>
    <w:p>
      <w:r>
        <w:rPr>
          <w:b/>
        </w:rPr>
        <w:t xml:space="preserve">[30:24] </w:t>
      </w:r>
      <w:r>
        <w:t>Aik artist tha to us us ke ghar mein aag lag gayi.</w:t>
      </w:r>
    </w:p>
    <w:p>
      <w:pPr>
        <w:jc w:val="right"/>
      </w:pPr>
      <w:r>
        <w:t>ایک آرٹسٹ تھا تو اس اس کے گھر میں آگ لگ گئی۔</w:t>
      </w:r>
    </w:p>
    <w:p>
      <w:r>
        <w:rPr>
          <w:b/>
        </w:rPr>
        <w:t xml:space="preserve">[30:29] </w:t>
      </w:r>
      <w:r>
        <w:t>Us ghar mein bohat sara saman tha. Lekin us ko fikr thi sirf us art ki jo ab us ne banaya tha. Is piece ki, piece of art ki.</w:t>
      </w:r>
    </w:p>
    <w:p>
      <w:pPr>
        <w:jc w:val="right"/>
      </w:pPr>
      <w:r>
        <w:t>اس گھر میں بہت سارا سامان تھا۔ لیکن اس کو فکر تھی صرف اس آرٹ کی جو اب اس نے بنایا تھا۔ اس پیس کی، پیس آف آرٹ کی۔</w:t>
      </w:r>
    </w:p>
    <w:p>
      <w:r>
        <w:rPr>
          <w:b/>
        </w:rPr>
        <w:t xml:space="preserve">[30:42] </w:t>
      </w:r>
      <w:r>
        <w:t>to is ko is ne nikala, is ko lapeta aur bhaga nikal kar ke. ke sab kuch jal jaye lekin yeh to na jale.</w:t>
      </w:r>
    </w:p>
    <w:p>
      <w:pPr>
        <w:jc w:val="right"/>
      </w:pPr>
      <w:r>
        <w:t>تو اس کو اس نے نکالا، اس کو لپیٹا اور بھاگا نکال کر کے۔ کہ سب کچھ جل جائے لیکن یہ تو نہ جلے۔</w:t>
      </w:r>
    </w:p>
    <w:p>
      <w:r>
        <w:rPr>
          <w:b/>
        </w:rPr>
        <w:t xml:space="preserve">[30:53] </w:t>
      </w:r>
      <w:r>
        <w:t>yeh to na jale.</w:t>
      </w:r>
    </w:p>
    <w:p>
      <w:pPr>
        <w:jc w:val="right"/>
      </w:pPr>
      <w:r>
        <w:t>یہ تو نہ جلے۔</w:t>
      </w:r>
    </w:p>
    <w:p>
      <w:r>
        <w:rPr>
          <w:b/>
        </w:rPr>
        <w:t xml:space="preserve">[30:58] </w:t>
      </w:r>
      <w:r>
        <w:t>to aap yeh yeh jo Blessing hai, us waqt milegi aap ko jab ke aap apne aap ko Allah ke art ke taur par daryaft karen.</w:t>
      </w:r>
    </w:p>
    <w:p>
      <w:pPr>
        <w:jc w:val="right"/>
      </w:pPr>
      <w:r>
        <w:t>تو آپ یہ یہ جو Blessing ہے، اس وقت ملے گی آپ کو جب کہ آپ اپنے آپ کو اللہ کے آرٹ کے طور پر دریافت کریں۔</w:t>
      </w:r>
    </w:p>
    <w:p>
      <w:r>
        <w:rPr>
          <w:b/>
        </w:rPr>
        <w:t xml:space="preserve">[31:09] </w:t>
      </w:r>
      <w:r>
        <w:t>abhi aap ne daryaft nahi kiya hai.</w:t>
      </w:r>
    </w:p>
    <w:p>
      <w:pPr>
        <w:jc w:val="right"/>
      </w:pPr>
      <w:r>
        <w:t>ابھی آپ نے دریافت نہیں کیا ہے۔</w:t>
      </w:r>
    </w:p>
    <w:p>
      <w:r>
        <w:rPr>
          <w:b/>
        </w:rPr>
        <w:t xml:space="preserve">[31:14] </w:t>
      </w:r>
      <w:r>
        <w:t>is ko sochte hue mujhe ek ajib o gharib baat yaad aayi ke farz kiye ke ek insan space mein hai.</w:t>
      </w:r>
    </w:p>
    <w:p>
      <w:pPr>
        <w:jc w:val="right"/>
      </w:pPr>
      <w:r>
        <w:t>اس کو سوچتے ہوئے مجھے ایک عجیب و غریب بات یاد آئی کہ فرض کیے کہ ایک انسان اسپیس میں ہے۔</w:t>
      </w:r>
    </w:p>
    <w:p>
      <w:r>
        <w:rPr>
          <w:b/>
        </w:rPr>
        <w:t xml:space="preserve">[31:22] </w:t>
      </w:r>
      <w:r>
        <w:t>us ke paas ek aisi telescope hai, aisi durbin hai jis se poori kainat ko woh dekh sakta hai. poori poori universe ko dekh sakta hai woh.</w:t>
      </w:r>
    </w:p>
    <w:p>
      <w:pPr>
        <w:jc w:val="right"/>
      </w:pPr>
      <w:r>
        <w:t>اس کے پاس ایک ایسی ٹیلیسکوپ ہے، ایسی دوربین ہے جس سے پوری کائنات کو وہ دیکھ سکتا ہے۔ پوری پوری یونیورس کو دیکھ سکتا ہے وہ۔</w:t>
      </w:r>
    </w:p>
    <w:p>
      <w:r>
        <w:rPr>
          <w:b/>
        </w:rPr>
        <w:t xml:space="preserve">[31:33] </w:t>
      </w:r>
      <w:r>
        <w:t>woh dekh raha hai. woh Galaxy ko dekh raha hai. woh suraj system ko dekh raha hai. woh sitaron ko dekh raha hai, sayaron ko dekh raha hai. woh zameen ko dekh raha hai.</w:t>
      </w:r>
    </w:p>
    <w:p>
      <w:pPr>
        <w:jc w:val="right"/>
      </w:pPr>
      <w:r>
        <w:t>وہ دیکھ رہا ہے۔ وہ Galaxy کو دیکھ رہا ہے۔ وہ سورج سسٹم کو دیکھ رہا ہے۔ وہ ستاروں کو دیکھ رہا ہے، سیاروں کو دیکھ رہا ہے۔ وہ زمین کو دیکھ رہا ہے۔</w:t>
      </w:r>
    </w:p>
    <w:p>
      <w:r>
        <w:rPr>
          <w:b/>
        </w:rPr>
        <w:t xml:space="preserve">[31:43] </w:t>
      </w:r>
      <w:r>
        <w:t>woh hathi ko dekh raha hai, sher ko dekh raha hai, pahad ko dekh raha hai, samundar ko dekh raha hai. sari cheezen dekh rahi hain. is ke baad woh apne aap ko dekhta hai.</w:t>
      </w:r>
    </w:p>
    <w:p>
      <w:pPr>
        <w:jc w:val="right"/>
      </w:pPr>
      <w:r>
        <w:t>وہ ہاتھی کو دیکھ رہا ہے، شیر کو دیکھ رہا ہے، پہاڑ کو دیکھ رہا ہے، سمندر کو دیکھ رہا ہے۔ ساری چیزیں دیکھ رہی ہیں۔ اس کے بعد وہ اپنے آپ کو دیکھتا ہے۔</w:t>
      </w:r>
    </w:p>
    <w:p>
      <w:r>
        <w:rPr>
          <w:b/>
        </w:rPr>
        <w:t xml:space="preserve">[31:55] </w:t>
      </w:r>
      <w:r>
        <w:t>to ek ajib o gharib cheez daryaft ho gayi us ko ke sari kainat ek taraf aur main ek taraf.</w:t>
      </w:r>
    </w:p>
    <w:p>
      <w:pPr>
        <w:jc w:val="right"/>
      </w:pPr>
      <w:r>
        <w:t>تو ایک عجیب و غریب چیز دریافت ہو گئی اس کو کہ ساری کائنات ایک طرف اور میں ایک طرف۔</w:t>
      </w:r>
    </w:p>
    <w:p>
      <w:r>
        <w:rPr>
          <w:b/>
        </w:rPr>
        <w:t xml:space="preserve">[32:04] </w:t>
      </w:r>
      <w:r>
        <w:t>mere jaisa koi nahi kainat mein. kainat mein kisi ke paas mere mere sath dimagh nahi. mere jaisi aankh nahi. mere jaisa kaan nahi.</w:t>
      </w:r>
    </w:p>
    <w:p>
      <w:pPr>
        <w:jc w:val="right"/>
      </w:pPr>
      <w:r>
        <w:t>میرے جیسا کوئی نہیں کائنات میں۔ کائنات میں کسی کے پاس میرے میرے ساتھ دماغ نہیں۔ میرے جیسی آنکھ نہیں۔ میرے جیسا کان نہیں۔</w:t>
      </w:r>
    </w:p>
    <w:p>
      <w:r>
        <w:rPr>
          <w:b/>
        </w:rPr>
        <w:t xml:space="preserve">[32:19] </w:t>
      </w:r>
      <w:r>
        <w:t>to jo insan apne aap ko Allah ke ek finest art ke taur par daryaft kare, us ka zikr hai is mein.</w:t>
      </w:r>
    </w:p>
    <w:p>
      <w:pPr>
        <w:jc w:val="right"/>
      </w:pPr>
      <w:r>
        <w:t>تو جو انسان اپنے آپ کو اللہ کے ایک فائنسٹ آرٹ کے طور پر دریافت کرے، اس کا ذکر ہے اس میں۔</w:t>
      </w:r>
    </w:p>
    <w:p>
      <w:r>
        <w:rPr>
          <w:b/>
        </w:rPr>
        <w:t xml:space="preserve">[32:30] </w:t>
      </w:r>
      <w:r>
        <w:t>to jab aap daryaft karenge to bepanah aap ke andar marifat ublegi. aur bepanah aap ke andar mohabbat Allah ki paida hogi. ke bepanah aap ke andar Allah ke liye aap apne ko daal denge.</w:t>
      </w:r>
    </w:p>
    <w:p>
      <w:pPr>
        <w:jc w:val="right"/>
      </w:pPr>
      <w:r>
        <w:t>تو جب آپ دریافت کریں گے تو بے پناہ آپ کے اندر معرفت ابلے گی۔ اور بے پناہ آپ کے اندر محبت اللہ کی پیدا ہوگی۔ کہ بے پناہ آپ کے اندر اللہ کے لیے آپ اپنے کو ڈال دیں گے۔</w:t>
      </w:r>
    </w:p>
    <w:p>
      <w:r>
        <w:rPr>
          <w:b/>
        </w:rPr>
        <w:t xml:space="preserve">[32:44] </w:t>
      </w:r>
      <w:r>
        <w:t>to woh cheez hai jo aap ko is qabil banayegi ke aap ke Allah is ko gawah na kare ke ke apne is art ko main jahannum mein daal doon.</w:t>
      </w:r>
    </w:p>
    <w:p>
      <w:pPr>
        <w:jc w:val="right"/>
      </w:pPr>
      <w:r>
        <w:t>تو وہ چیز ہے جو آپ کو اس قابل بنائے گی کہ آپ کہ اللہ اس کو گواہ نہ کرے کہ کہ اپنے اس آرٹ کو میں جہنم میں ڈال دوں۔</w:t>
      </w:r>
    </w:p>
    <w:p>
      <w:r>
        <w:rPr>
          <w:b/>
        </w:rPr>
        <w:t xml:space="preserve">[32:55] </w:t>
      </w:r>
      <w:r>
        <w:t>yani art ko khud daryaft karna padega ke woh Allah ka ek azeem art hai. tab yeh aisa hoga ke Allah is art ko jahannum mein na dale.</w:t>
      </w:r>
    </w:p>
    <w:p>
      <w:pPr>
        <w:jc w:val="right"/>
      </w:pPr>
      <w:r>
        <w:t>یعنی آرٹ کو خود دریافت کرنا پڑے گا کہ وہ اللہ کا ایک عظیم آرٹ ہے۔ تب یہ ایسا ہوگا کہ اللہ اس آرٹ کو جہنم میں نہ ڈالے۔</w:t>
      </w:r>
    </w:p>
    <w:p>
      <w:r>
        <w:rPr>
          <w:b/>
        </w:rPr>
        <w:t xml:space="preserve">[33:10] </w:t>
      </w:r>
      <w:r>
        <w:t>to yeh hai tosum, yeh hai tadabbur, yeh hai Conversion. aur yeh hai marifat ka sab se bada zariya.</w:t>
      </w:r>
    </w:p>
    <w:p>
      <w:pPr>
        <w:jc w:val="right"/>
      </w:pPr>
      <w:r>
        <w:t>تو یہ ہے توسم، یہ ہے تدبر، یہ ہے Conversion۔ اور یہ ہے معرفت کا سب سے بڑا ذریعہ۔</w:t>
      </w:r>
    </w:p>
    <w:p>
      <w:r>
        <w:rPr>
          <w:b/>
        </w:rPr>
        <w:t xml:space="preserve">[33:23] </w:t>
      </w:r>
      <w:r>
        <w:t>marifat is tarah nahi aa sakti ke aap Quran ko ki tilawat kar len. kisi kisi buzurg ki sohbat mein baith jayen. aap kisi ki ziyarat kar len.</w:t>
      </w:r>
    </w:p>
    <w:p>
      <w:pPr>
        <w:jc w:val="right"/>
      </w:pPr>
      <w:r>
        <w:t>معرفت اس طرح نہیں آ سکتی کہ آپ قرآن کو کی تلاوت کر لیں۔ کسی کسی بزرگ کی صحبت میں بیٹھ جائیں۔ آپ کسی کی زیارت کر لیں۔</w:t>
      </w:r>
    </w:p>
    <w:p>
      <w:r>
        <w:rPr>
          <w:b/>
        </w:rPr>
        <w:t xml:space="preserve">[33:35] </w:t>
      </w:r>
      <w:r>
        <w:t>aap Hajj ya Umrah kar ke wahan par ja kar ke makhsoos maqamat par dua ke alfaaz parh den.</w:t>
      </w:r>
    </w:p>
    <w:p>
      <w:pPr>
        <w:jc w:val="right"/>
      </w:pPr>
      <w:r>
        <w:t>آپ حج یا عمرہ کر کے وہاں پر جا کر کے مخصوص مقامات پر دعا کے الفاظ پڑھ دیں۔</w:t>
      </w:r>
    </w:p>
    <w:p>
      <w:r>
        <w:rPr>
          <w:b/>
        </w:rPr>
        <w:t xml:space="preserve">[33:47] </w:t>
      </w:r>
      <w:r>
        <w:t>is tarah marifat nahi milegi</w:t>
      </w:r>
    </w:p>
    <w:p>
      <w:pPr>
        <w:jc w:val="right"/>
      </w:pPr>
      <w:r>
        <w:t>اس طرح معرفت نہیں ملے گی</w:t>
      </w:r>
    </w:p>
    <w:p>
      <w:r>
        <w:rPr>
          <w:b/>
        </w:rPr>
        <w:t xml:space="preserve">[33:49] </w:t>
      </w:r>
      <w:r>
        <w:t>. marifat ek aala Intellectual Exercise hai. bohat hi aala darje ki Intellectual Level par ek ek ek Process chalta hai.</w:t>
      </w:r>
    </w:p>
    <w:p>
      <w:pPr>
        <w:jc w:val="right"/>
      </w:pPr>
      <w:r>
        <w:t>۔ معرفت ایک اعلیٰ Intellectual Exercise ہے۔ بہت ہی اعلیٰ درجے کی Intellectual Level پر ایک ایک ایک Process چلتا ہے۔</w:t>
      </w:r>
    </w:p>
    <w:p>
      <w:r>
        <w:rPr>
          <w:b/>
        </w:rPr>
        <w:t xml:space="preserve">[34:00] </w:t>
      </w:r>
      <w:r>
        <w:t>is ke nateeje mein marifat hasil hoti hai.</w:t>
      </w:r>
    </w:p>
    <w:p>
      <w:pPr>
        <w:jc w:val="right"/>
      </w:pPr>
      <w:r>
        <w:t>اس کے نتیجے میں معرفت حاصل ہوتی ہے۔</w:t>
      </w:r>
    </w:p>
    <w:p>
      <w:r>
        <w:rPr>
          <w:b/>
        </w:rPr>
        <w:t xml:space="preserve">[34:06] </w:t>
      </w:r>
      <w:r>
        <w:t>aur yaad rakhiye is duniya mein marifat se badi koi cheez nahi. sab se badi cheez hai marifat.</w:t>
      </w:r>
    </w:p>
    <w:p>
      <w:pPr>
        <w:jc w:val="right"/>
      </w:pPr>
      <w:r>
        <w:t>اور یاد رکھیے اس دنیا میں معرفت سے بڑی کوئی چیز نہیں۔ سب سے بڑی چیز ہے معرفت۔</w:t>
      </w:r>
    </w:p>
    <w:p>
      <w:r>
        <w:rPr>
          <w:b/>
        </w:rPr>
        <w:t xml:space="preserve">[34:18] </w:t>
      </w:r>
      <w:r>
        <w:t>aur yeh jo Mind diya gaya hai insan ko, Mind. sari universe mein kisi ke paas yeh Mind nahi.</w:t>
      </w:r>
    </w:p>
    <w:p>
      <w:pPr>
        <w:jc w:val="right"/>
      </w:pPr>
      <w:r>
        <w:t>اور یہ جو Mind دیا گیا ہے انسان کو، Mind۔ ساری یونیورس میں کسی کے پاس یہ Mind نہیں۔</w:t>
      </w:r>
    </w:p>
    <w:p>
      <w:r>
        <w:rPr>
          <w:b/>
        </w:rPr>
        <w:t xml:space="preserve">[34:28] </w:t>
      </w:r>
      <w:r>
        <w:t>yeh sare Dark Matters, sare Black Holes, sare Stars, sare Planets, aur sara jo kuch bhi Substance hai poori kainat mein, kisi ke paas yeh Mind nahi hai.</w:t>
      </w:r>
    </w:p>
    <w:p>
      <w:pPr>
        <w:jc w:val="right"/>
      </w:pPr>
      <w:r>
        <w:t>یہ سارے Dark Matters، سارے Black Holes، سارے Stars، سارے Planets، اور سارا جو کچھ بھی Substance ہے پوری کائنات میں، کسی کے پاس یہ Mind نہیں ہے۔</w:t>
      </w:r>
    </w:p>
    <w:p>
      <w:r>
        <w:rPr>
          <w:b/>
        </w:rPr>
        <w:t xml:space="preserve">[34:41] </w:t>
      </w:r>
      <w:r>
        <w:t>to yeh Mind kyun diya Allah ne insan ko</w:t>
      </w:r>
    </w:p>
    <w:p>
      <w:pPr>
        <w:jc w:val="right"/>
      </w:pPr>
      <w:r>
        <w:t>تو یہ Mind کیوں دیا اللہ نے انسان کو</w:t>
      </w:r>
    </w:p>
    <w:p>
      <w:r>
        <w:rPr>
          <w:b/>
        </w:rPr>
        <w:t xml:space="preserve">[34:44] </w:t>
      </w:r>
      <w:r>
        <w:t>? isi liye diya ke woh is Mind ko istemal kare. aur tadabbur aur tosum ke zariye is Mind ko Unfold kare.</w:t>
      </w:r>
    </w:p>
    <w:p>
      <w:pPr>
        <w:jc w:val="right"/>
      </w:pPr>
      <w:r>
        <w:t>؟ اسی لیے دیا کہ وہ اس Mind کو استعمال کرے۔ اور تدبر اور توسم کے ذریعے اس Mind کو Unfold کرے۔</w:t>
      </w:r>
    </w:p>
    <w:p>
      <w:r>
        <w:rPr>
          <w:b/>
        </w:rPr>
        <w:t xml:space="preserve">[34:57] </w:t>
      </w:r>
      <w:r>
        <w:t>aur Allah ki marifat hasil kare.</w:t>
      </w:r>
    </w:p>
    <w:p>
      <w:pPr>
        <w:jc w:val="right"/>
      </w:pPr>
      <w:r>
        <w:t>اور اللہ کی معرفت حاصل کرے۔</w:t>
      </w:r>
    </w:p>
    <w:p>
      <w:r>
        <w:rPr>
          <w:b/>
        </w:rPr>
        <w:t xml:space="preserve">[35:04] </w:t>
      </w:r>
      <w:r>
        <w:t>phir in baton ko sochte hue mein Quran ki kuch ayaten mujhe yaad aayen.</w:t>
      </w:r>
    </w:p>
    <w:p>
      <w:pPr>
        <w:jc w:val="right"/>
      </w:pPr>
      <w:r>
        <w:t>پھر ان باتوں کو سوچتے ہوئے میں قرآن کی کچھ آیتیں مجھے یاد آئیں۔</w:t>
      </w:r>
    </w:p>
    <w:p>
      <w:r>
        <w:rPr>
          <w:b/>
        </w:rPr>
        <w:t xml:space="preserve">[35:13] </w:t>
      </w:r>
      <w:r>
        <w:t>misalan dekhiye Quran mein hai ke laqad khalaqal insana fi ahsani taqwim thumma radadnahu asra safilin yani Allah ne paida kiya insan ko behtareen makhlooq ke taur par.</w:t>
      </w:r>
    </w:p>
    <w:p>
      <w:pPr>
        <w:jc w:val="right"/>
      </w:pPr>
      <w:r>
        <w:t>مثلاً دیکھیے قرآن میں ہے کہ لقد خلق الانسان فی احسن تقویم ثم ردناه اسر السافلین یعنی اللہ نے پیدا کیا انسان کو بہترین مخلوق کے طور پر۔</w:t>
      </w:r>
    </w:p>
    <w:p>
      <w:r>
        <w:rPr>
          <w:b/>
        </w:rPr>
        <w:t xml:space="preserve">[35:28] </w:t>
      </w:r>
      <w:r>
        <w:t>ahsani taqwim kai jagah yeh baat aayi hai Quran majeed mein ke Allah ko Allah ne paida kiya insan ko ek bahut hi aala makhlooq ke taur par.</w:t>
      </w:r>
    </w:p>
    <w:p>
      <w:pPr>
        <w:jc w:val="right"/>
      </w:pPr>
      <w:r>
        <w:t>احسن تقویم کئی جگہ یہ بات آئی ہے قرآن مجید میں کہ اللہ کو اللہ نے پیدا کیا انسان کو ایک بہت ہی اعلیٰ مخلوق کے طور پر۔</w:t>
      </w:r>
    </w:p>
    <w:p>
      <w:r>
        <w:rPr>
          <w:b/>
        </w:rPr>
        <w:t xml:space="preserve">[35:40] </w:t>
      </w:r>
      <w:r>
        <w:t>aala makhlooq ke taur par.</w:t>
      </w:r>
    </w:p>
    <w:p>
      <w:pPr>
        <w:jc w:val="right"/>
      </w:pPr>
      <w:r>
        <w:t>اعلیٰ مخلوق کے طور پر۔</w:t>
      </w:r>
    </w:p>
    <w:p>
      <w:r>
        <w:rPr>
          <w:b/>
        </w:rPr>
        <w:t xml:space="preserve">[35:43] </w:t>
      </w:r>
      <w:r>
        <w:t>to phir woh is ke baad yeh kyun hai ke is ko daal diya khadd mein? Yani aala makhlooq ke taur par paida kiya aur daal diya khadd mein.</w:t>
      </w:r>
    </w:p>
    <w:p>
      <w:pPr>
        <w:jc w:val="right"/>
      </w:pPr>
      <w:r>
        <w:t>تو پھر وہ اس کے بعد یہ کیوں ہے کہ اس کو ڈال دیا کھڈ میں؟ یعنی اعلیٰ مخلوق کے طور پر پیدا کیا اور ڈال دیا کھڈ میں۔</w:t>
      </w:r>
    </w:p>
    <w:p>
      <w:r>
        <w:rPr>
          <w:b/>
        </w:rPr>
        <w:t xml:space="preserve">[35:52] </w:t>
      </w:r>
      <w:r>
        <w:t>yeh kya cheez hai? Is par ghor karte hue ek bahut ajeeb baat meri samajh mein aayi ke poori tareekh mein, aur khud mera bhi yahi tajurba hai ke insan ko is dunya mein kabhi bhi fulfillment nahi milta.</w:t>
      </w:r>
    </w:p>
    <w:p>
      <w:pPr>
        <w:jc w:val="right"/>
      </w:pPr>
      <w:r>
        <w:t>یہ کیا چیز ہے؟ اس پر غور کرتے ہوئے ایک بہت عجیب بات میری سمجھ میں آئی کہ پوری تاریخ میں، اور خود میرا بھی یہی تجربہ ہے کہ انسان کو اس دنیا میں کبھی بھی Fulfillment نہیں ملتا۔</w:t>
      </w:r>
    </w:p>
    <w:p>
      <w:r>
        <w:rPr>
          <w:b/>
        </w:rPr>
        <w:t xml:space="preserve">[36:11] </w:t>
      </w:r>
      <w:r>
        <w:t>mein bhi ek insan hoon.</w:t>
      </w:r>
    </w:p>
    <w:p>
      <w:pPr>
        <w:jc w:val="right"/>
      </w:pPr>
      <w:r>
        <w:t>میں بھی ایک انسان ہوں۔</w:t>
      </w:r>
    </w:p>
    <w:p>
      <w:r>
        <w:rPr>
          <w:b/>
        </w:rPr>
        <w:t xml:space="preserve">[36:13] </w:t>
      </w:r>
      <w:r>
        <w:t>insan ke roop mein jo tajurba kiya mein ne lambi umar mein, woh yeh hai ke insan ko kabhi bhi is dunya mein fulfillment nahi milta. Satisfaction nahi milta.</w:t>
      </w:r>
    </w:p>
    <w:p>
      <w:pPr>
        <w:jc w:val="right"/>
      </w:pPr>
      <w:r>
        <w:t>انسان کے روپ میں جو تجربہ کیا میں نے لمبی عمر میں، وہ یہ ہے کہ انسان کو کبھی بھی اس دنیا میں Fulfillment نہیں ملتا۔ Satisfaction نہیں ملتا۔</w:t>
      </w:r>
    </w:p>
    <w:p>
      <w:r>
        <w:rPr>
          <w:b/>
        </w:rPr>
        <w:t xml:space="preserve">[36:25] </w:t>
      </w:r>
      <w:r>
        <w:t>na kisi badshah ko mila, na kisi paise wale ko mila, na kisi power wale, kisi ko dunya mein kabhi mila nahi. To is ka wajah kya hai?</w:t>
      </w:r>
    </w:p>
    <w:p>
      <w:pPr>
        <w:jc w:val="right"/>
      </w:pPr>
      <w:r>
        <w:t>نہ کسی بادشاہ کو ملا، نہ کسی پیسے والے کو ملا، نہ کسی Power والے، کسی کو دنیا میں کبھی ملا نہیں۔ تو اس کا وجہ کیا ہے؟</w:t>
      </w:r>
    </w:p>
    <w:p>
      <w:r>
        <w:rPr>
          <w:b/>
        </w:rPr>
        <w:t xml:space="preserve">[36:36] </w:t>
      </w:r>
      <w:r>
        <w:t>is ki wajah yeh hai ke in in suraton par ghor karte hue meri samajh mein aaya ke insan ki jo takhleeq hai, is ke do hisse hain. Ek hai yeh wajood, ek hai yeh wajood,</w:t>
      </w:r>
    </w:p>
    <w:p>
      <w:pPr>
        <w:jc w:val="right"/>
      </w:pPr>
      <w:r>
        <w:t>اس کی وجہ یہ ہے کہ ان ان صورتوں پر غور کرتے ہوئے میری سمجھ میں آیا کہ انسان کی جو تخلیق ہے، اس کے دو حصے ہیں۔ ایک ہے یہ وجود، ایک ہے یہ وجود،</w:t>
      </w:r>
    </w:p>
    <w:p>
      <w:r>
        <w:rPr>
          <w:b/>
        </w:rPr>
        <w:t xml:space="preserve">[36:50] </w:t>
      </w:r>
      <w:r>
        <w:t>aur doosra hai is wajood ka habitat.</w:t>
      </w:r>
    </w:p>
    <w:p>
      <w:pPr>
        <w:jc w:val="right"/>
      </w:pPr>
      <w:r>
        <w:t>اور دوسرا ہے اس وجود کا Habitat۔</w:t>
      </w:r>
    </w:p>
    <w:p>
      <w:r>
        <w:rPr>
          <w:b/>
        </w:rPr>
        <w:t xml:space="preserve">[36:54] </w:t>
      </w:r>
      <w:r>
        <w:t>habitat hamare kabze mein nahi hai. Jis tarah machhli khud apna wajood is ke kabze mein zaroor hai, lekin habitat apne kabze mein nahi.</w:t>
      </w:r>
    </w:p>
    <w:p>
      <w:pPr>
        <w:jc w:val="right"/>
      </w:pPr>
      <w:r>
        <w:t>Habitat ہمارے قبضے میں نہیں ہے۔ جس طرح مچھلی خود اپنا وجود اس کے قبضے میں ضرور ہے، لیکن Habitat اپنے قبضے میں نہیں۔</w:t>
      </w:r>
    </w:p>
    <w:p>
      <w:r>
        <w:rPr>
          <w:b/>
        </w:rPr>
        <w:t xml:space="preserve">[37:04] </w:t>
      </w:r>
      <w:r>
        <w:t>habitat to is se bahar hai, pani mein hai. Pani alag hai aur machhli alag hai. To mera wajood mere kabze mein hai, lekin habitat mere kabze mein nahi.</w:t>
      </w:r>
    </w:p>
    <w:p>
      <w:pPr>
        <w:jc w:val="right"/>
      </w:pPr>
      <w:r>
        <w:t>Habitat تو اس سے باہر ہے، پانی میں ہے۔ پانی الگ ہے اور مچھلی الگ ہے۔ تو میرا وجود میرے قبضے میں ہے، لیکن Habitat میرے قبضے میں نہیں۔</w:t>
      </w:r>
    </w:p>
    <w:p>
      <w:r>
        <w:rPr>
          <w:b/>
        </w:rPr>
        <w:t xml:space="preserve">[37:16] </w:t>
      </w:r>
      <w:r>
        <w:t>woh Allah ke paas hai.</w:t>
      </w:r>
    </w:p>
    <w:p>
      <w:pPr>
        <w:jc w:val="right"/>
      </w:pPr>
      <w:r>
        <w:t>وہ اللہ کے پاس ہے۔</w:t>
      </w:r>
    </w:p>
    <w:p>
      <w:r>
        <w:rPr>
          <w:b/>
        </w:rPr>
        <w:t xml:space="preserve">[37:22] </w:t>
      </w:r>
      <w:r>
        <w:t>to jo aadmi is ko daryaft kare, jo mein kaha illa allazina amanu wa amilus salat jo aadmi is ko daryaft kare ke Allah ne ek aisi makhlooq banayi ke wajood to is ke ikhtiyar mein tha, habitat is ke ikhtiyar mein nahi tha.</w:t>
      </w:r>
    </w:p>
    <w:p>
      <w:pPr>
        <w:jc w:val="right"/>
      </w:pPr>
      <w:r>
        <w:t>تو جو آدمی اس کو دریافت کرے، جو میں کہا إلا الذين آمنوا وعملوا الصلاة جو آدمی اس کو دریافت کرے کہ اللہ نے ایک ایسی مخلوق بنائی کہ وجود تو اس کے اختیار میں تھا، Habitat اس کے اختیار میں نہیں تھا۔</w:t>
      </w:r>
    </w:p>
    <w:p>
      <w:r>
        <w:rPr>
          <w:b/>
        </w:rPr>
        <w:t xml:space="preserve">[37:34] </w:t>
      </w:r>
      <w:r>
        <w:t>jahan is ko fulfillment mile, is ko daryaft karega to daryaft saada nahi hogi. Yeh seena phat jayega.</w:t>
      </w:r>
    </w:p>
    <w:p>
      <w:pPr>
        <w:jc w:val="right"/>
      </w:pPr>
      <w:r>
        <w:t>جہاں اس کو Fulfillment ملے، اس کو دریافت کرے گا تو دریافت سادہ نہیں ہوگی۔ یہ سینہ پھٹ جائے گا۔</w:t>
      </w:r>
    </w:p>
    <w:p>
      <w:r>
        <w:rPr>
          <w:b/>
        </w:rPr>
        <w:t xml:space="preserve">[37:46] </w:t>
      </w:r>
      <w:r>
        <w:t>jab</w:t>
      </w:r>
    </w:p>
    <w:p>
      <w:pPr>
        <w:jc w:val="right"/>
      </w:pPr>
      <w:r>
        <w:t>جب</w:t>
      </w:r>
    </w:p>
    <w:p>
      <w:r>
        <w:rPr>
          <w:b/>
        </w:rPr>
        <w:t xml:space="preserve">[37:47] </w:t>
      </w:r>
      <w:r>
        <w:t>aadmi is ko daryaft karega ke insan ko pata hai ke Allah taala ne ek bahut aala wajood ke taur par, lekin is ka jo habitat tha, jahan is ko fulfillment milta, fulfillment woh is ke ikhtiyar mein nahi diya,</w:t>
      </w:r>
    </w:p>
    <w:p>
      <w:pPr>
        <w:jc w:val="right"/>
      </w:pPr>
      <w:r>
        <w:t>آدمی اس کو دریافت کرے گا کہ انسان کو پتہ ہے کہ اللہ تعالیٰ نے ایک بہت اعلیٰ وجود کے طور پر، لیکن اس کا جو Habitat تھا، جہاں اس کو Fulfillment ملتا، Fulfillment وہ اس کے اختیار میں نہیں دیا،</w:t>
      </w:r>
    </w:p>
    <w:p>
      <w:r>
        <w:rPr>
          <w:b/>
        </w:rPr>
        <w:t xml:space="preserve">[38:03] </w:t>
      </w:r>
      <w:r>
        <w:t>to keh padega khud ke Khuda, yeh to dil ka idhar qismat aziza hai. Kya tu is, kya tu aisa kar sakta hai?</w:t>
      </w:r>
    </w:p>
    <w:p>
      <w:pPr>
        <w:jc w:val="right"/>
      </w:pPr>
      <w:r>
        <w:t>تو کہہ پڑے گا خود کہ خدا، یہ تو دل کا ادھر قسمت عزیزہ ہے۔ کیا تو اس، کیا تو ایسا کر سکتا ہے؟</w:t>
      </w:r>
    </w:p>
    <w:p>
      <w:r>
        <w:rPr>
          <w:b/>
        </w:rPr>
        <w:t xml:space="preserve">[38:16] </w:t>
      </w:r>
      <w:r>
        <w:t>ke aadmi ko glass de aur is ko cover na de? To glass dega to cover bhi dega.</w:t>
      </w:r>
    </w:p>
    <w:p>
      <w:pPr>
        <w:jc w:val="right"/>
      </w:pPr>
      <w:r>
        <w:t>کہ آدمی کو گلاس دے اور اس کو کور نہ دے؟ تو گلاس دے گا تو کور بھی دے گا۔</w:t>
      </w:r>
    </w:p>
    <w:p>
      <w:r>
        <w:rPr>
          <w:b/>
        </w:rPr>
        <w:t xml:space="preserve">[38:27] </w:t>
      </w:r>
      <w:r>
        <w:t>aadhi aadhi cheez de, aadhi cheez na de? Kya tu aisa kar sakta hai? Yani aap is ko daryaft karenge to aap ke andar woh sharait aayengi ke ism Adam ke sath d</w:t>
      </w:r>
    </w:p>
    <w:p>
      <w:pPr>
        <w:jc w:val="right"/>
      </w:pPr>
      <w:r>
        <w:t>آدھی آدھی چیز دے، آدھی چیز نہ دے؟ کیا تو ایسا کر سکتا ہے؟ یعنی آپ اس کو دریافت کریں گے تو آپ کے اندر وہ شرائط آئیں گی کہ اسم آدم کے ساتھ د</w:t>
      </w:r>
    </w:p>
    <w:p>
      <w:r>
        <w:rPr>
          <w:b/>
        </w:rPr>
        <w:t xml:space="preserve">[38:40] </w:t>
      </w:r>
      <w:r>
        <w:t>ua karna. Yahi ism, ism Adam ke sath dua karna yahi hai. Koi bahut bada point of reference jab mil jaye aap ko, jis ki koi bahut hi bada point of reference, jis ke hawale se aap Allah ko pukaren,</w:t>
      </w:r>
    </w:p>
    <w:p>
      <w:pPr>
        <w:jc w:val="right"/>
      </w:pPr>
      <w:r>
        <w:t>عا کرنا۔ یہی اسم، اسم آدم کے ساتھ دعا کرنا یہی ہے۔ کوئی بہت بڑا پوائنٹ آف ریفرنس جب مل جائے آپ کو، جس کی کوئی بہت ہی بڑا پوائنٹ آف ریفرنس، جس کے حوالے سے آپ اللہ کو پکاریں،</w:t>
      </w:r>
    </w:p>
    <w:p>
      <w:r>
        <w:rPr>
          <w:b/>
        </w:rPr>
        <w:t xml:space="preserve">[38:56] </w:t>
      </w:r>
      <w:r>
        <w:t>to wahi ism Adam hai.</w:t>
      </w:r>
    </w:p>
    <w:p>
      <w:pPr>
        <w:jc w:val="right"/>
      </w:pPr>
      <w:r>
        <w:t>تو وہی اسم آدم ہے۔</w:t>
      </w:r>
    </w:p>
    <w:p>
      <w:r>
        <w:rPr>
          <w:b/>
        </w:rPr>
        <w:t xml:space="preserve">[39:01] </w:t>
      </w:r>
      <w:r>
        <w:t>koi bahut hi bada point of reference jab aap daryaft karte hain aur is daryaft ke hawale se pukarte hain Allah ko, woh hota hai ism Adam ke sath pukarna.</w:t>
      </w:r>
    </w:p>
    <w:p>
      <w:pPr>
        <w:jc w:val="right"/>
      </w:pPr>
      <w:r>
        <w:t>کوئی بہت ہی بڑا پوائنٹ آف ریفرنس جب آپ دریافت کرتے ہیں اور اس دریافت کے حوالے سے پکارتے ہیں اللہ کو، وہ ہوتا ہے اسم آدم کے ساتھ پکارنا۔</w:t>
      </w:r>
    </w:p>
    <w:p>
      <w:r>
        <w:rPr>
          <w:b/>
        </w:rPr>
        <w:t xml:space="preserve">[39:13] </w:t>
      </w:r>
      <w:r>
        <w:t>to jab is ko aap daryaft karen ke khudaaya, mujh ko to ne paida kiya ahsan taqweem ke saath,</w:t>
      </w:r>
    </w:p>
    <w:p>
      <w:pPr>
        <w:jc w:val="right"/>
      </w:pPr>
      <w:r>
        <w:t>تو جب اس کو آپ دریافت کریں کہ خدایا، مجھ کو تو نے پیدا کیا احسن تقویم کے ساتھ،</w:t>
      </w:r>
    </w:p>
    <w:p>
      <w:r>
        <w:rPr>
          <w:b/>
        </w:rPr>
        <w:t xml:space="preserve">[39:25] </w:t>
      </w:r>
      <w:r>
        <w:t>aur sari kainat mere jaisa wajood nahin, is tarah</w:t>
      </w:r>
    </w:p>
    <w:p>
      <w:pPr>
        <w:jc w:val="right"/>
      </w:pPr>
      <w:r>
        <w:t>اور ساری کائنات میرے جیسا وجود نہیں، اس طرح</w:t>
      </w:r>
    </w:p>
    <w:p>
      <w:r>
        <w:rPr>
          <w:b/>
        </w:rPr>
        <w:t xml:space="preserve">[39:30] </w:t>
      </w:r>
      <w:r>
        <w:t>paida kiya, lekin mera Habitat to mere saath nahin hai. mujhe yeh qudrat nahin hai ke main apne Habitat mein rahoon. jis tarah machhli ko qudrat nahin hai ke woh apne pani mein rahe.</w:t>
      </w:r>
    </w:p>
    <w:p>
      <w:pPr>
        <w:jc w:val="right"/>
      </w:pPr>
      <w:r>
        <w:t>پیدا کیا، لیکن میرا Habitat تو میرے ساتھ نہیں ہے۔ مجھے یہ قدرت نہیں ہے کہ میں اپنے Habitat میں رہوں۔ جس طرح مچھلی کو قدرت نہیں ہے کہ وہ اپنے پانی میں رہے۔</w:t>
      </w:r>
    </w:p>
    <w:p>
      <w:r>
        <w:rPr>
          <w:b/>
        </w:rPr>
        <w:t xml:space="preserve">[39:42] </w:t>
      </w:r>
      <w:r>
        <w:t>machhli alag hai, pani alag hai.</w:t>
      </w:r>
    </w:p>
    <w:p>
      <w:pPr>
        <w:jc w:val="right"/>
      </w:pPr>
      <w:r>
        <w:t>مچھلی الگ ہے، پانی الگ ہے۔</w:t>
      </w:r>
    </w:p>
    <w:p>
      <w:r>
        <w:rPr>
          <w:b/>
        </w:rPr>
        <w:t xml:space="preserve">[39:47] </w:t>
      </w:r>
      <w:r>
        <w:t>to khudaaya, kya is ko to is ko afford kar sakta hai ke ek bande ko pani ki taraf machhli, machhli ki tarah tarapne ke liye chhod de aur pani us ko na mile?</w:t>
      </w:r>
    </w:p>
    <w:p>
      <w:pPr>
        <w:jc w:val="right"/>
      </w:pPr>
      <w:r>
        <w:t>تو خدایا، کیا اس کو تو اس کو Afford کر سکتا ہے کہ ایک بندے کو پانی کی طرف مچھلی، مچھلی کی طرح تڑپنے کے لیے چھوڑ دے اور پانی اس کو نہ ملے؟</w:t>
      </w:r>
    </w:p>
    <w:p>
      <w:r>
        <w:rPr>
          <w:b/>
        </w:rPr>
        <w:t xml:space="preserve">[40:01] </w:t>
      </w:r>
      <w:r>
        <w:t>khuda, teri rehmat ka, kya teri rehmat is ko gawara kar sakti hai?</w:t>
      </w:r>
    </w:p>
    <w:p>
      <w:pPr>
        <w:jc w:val="right"/>
      </w:pPr>
      <w:r>
        <w:t>خدا، تیری رحمت کا، کیا تیری رحمت اس کو گوارا کر سکتی ہے؟</w:t>
      </w:r>
    </w:p>
    <w:p>
      <w:r>
        <w:rPr>
          <w:b/>
        </w:rPr>
        <w:t xml:space="preserve">[40:10] </w:t>
      </w:r>
      <w:r>
        <w:t>jab aap is tarah se daryaft karenge apne aap ko</w:t>
      </w:r>
    </w:p>
    <w:p>
      <w:pPr>
        <w:jc w:val="right"/>
      </w:pPr>
      <w:r>
        <w:t>جب آپ اس طرح سے دریافت کریں گے اپنے آپ کو</w:t>
      </w:r>
    </w:p>
    <w:p>
      <w:r>
        <w:rPr>
          <w:b/>
        </w:rPr>
        <w:t xml:space="preserve">[40:16] </w:t>
      </w:r>
      <w:r>
        <w:t>to khuda ki rehmat josh mein aa jayegi.</w:t>
      </w:r>
    </w:p>
    <w:p>
      <w:pPr>
        <w:jc w:val="right"/>
      </w:pPr>
      <w:r>
        <w:t>تو خدا کی رحمت جوش میں آ جائے گی۔</w:t>
      </w:r>
    </w:p>
    <w:p>
      <w:r>
        <w:rPr>
          <w:b/>
        </w:rPr>
        <w:t xml:space="preserve">[40:21] </w:t>
      </w:r>
      <w:r>
        <w:t>yeh matlab hai is surah ka wattin bayzah watooni seenin bahadar balad al ameen laqad khalaqna al insana fi ahsani taqweem thumma radadnahu asra al safireen illa allazeena amanoo amalu al salhati falahum ajrun ghair mamnoon farmaya kadhabaka baada al deeni alaihi al salam yeh uqb al hakimeen, yeh uqb al hakimeen jo hai, bohat ba-mani lafz hai.</w:t>
      </w:r>
    </w:p>
    <w:p>
      <w:pPr>
        <w:jc w:val="right"/>
      </w:pPr>
      <w:r>
        <w:t>یہ مطلب ہے اس سورہ کا وَتِّنَ بَيْزَةُ وَتُوْنِ سِيْنِينِ بَهَدَرٍ بَلَدِ الْأَمِينِ لَقَدْ خَلَقْتَ الْإِنْسَانَ فِي أَحْسَنِ تَقْوِيمٍ ثُمَّ رَدَّنَّهُ أَسْرَ السَّافِرِينَ إِلَّا الَّذِينَ آَمَنُوا عَمْلُ الصَّالَحَاتِ فَلْهُمْ أَجْرٌ غَيْرُ مَمْنُونِ فرمایا كَذَبَكَ بَعْدَ الدِّينِ عَلَيْهِ السَّلَامُ یہ عقب الحاکمین، یہ عقب الحاکمین جو ہے، بہت بامعنی لفظ ہے۔</w:t>
      </w:r>
    </w:p>
    <w:p>
      <w:r>
        <w:rPr>
          <w:b/>
        </w:rPr>
        <w:t xml:space="preserve">[40:46] </w:t>
      </w:r>
      <w:r>
        <w:t>uqb al hakimeen yaani aap ne daryaft kiya apne aap ko ahsan taqweem ke taur par, phir aap ne daryaft kiya ke main to asghar safri mein pada hua hoon, yaani apne habitat se bahar pada hua hoon.</w:t>
      </w:r>
    </w:p>
    <w:p>
      <w:pPr>
        <w:jc w:val="right"/>
      </w:pPr>
      <w:r>
        <w:t>عقب الحاکمین یعنی آپ نے دریافت کیا اپنے آپ کو احسن تقویم کے طور پر، پھر آپ نے دریافت کیا کہ میں تو اصغر صافری میں پڑا ہوا ہوں، یعنی اپنے ہیبیٹ سے باہر پڑا ہوا ہوں۔</w:t>
      </w:r>
    </w:p>
    <w:p>
      <w:r>
        <w:rPr>
          <w:b/>
        </w:rPr>
        <w:t xml:space="preserve">[41:03] </w:t>
      </w:r>
      <w:r>
        <w:t>phir aap ne pukara Allah ko</w:t>
      </w:r>
    </w:p>
    <w:p>
      <w:pPr>
        <w:jc w:val="right"/>
      </w:pPr>
      <w:r>
        <w:t>پھر آپ نے پکارا اللہ کو</w:t>
      </w:r>
    </w:p>
    <w:p>
      <w:r>
        <w:rPr>
          <w:b/>
        </w:rPr>
        <w:t xml:space="preserve">[41:08] </w:t>
      </w:r>
      <w:r>
        <w:t>ke khudaaya, teri rehmat kya is ko gawara kar sakti hai? to farmaya ke Allah uqb al hakimeen hai.</w:t>
      </w:r>
    </w:p>
    <w:p>
      <w:pPr>
        <w:jc w:val="right"/>
      </w:pPr>
      <w:r>
        <w:t>کہ خدایا، تیری رحمت کیا اس کو گوارا کر سکتی ہے؟ تو فرمایا کہ اللہ عقب الحاکمین ہے۔</w:t>
      </w:r>
    </w:p>
    <w:p>
      <w:r>
        <w:rPr>
          <w:b/>
        </w:rPr>
        <w:t xml:space="preserve">[41:15] </w:t>
      </w:r>
      <w:r>
        <w:t>jo aadmi is tarah se pukarega to Allah taala us ko woh blessing de dega.</w:t>
      </w:r>
    </w:p>
    <w:p>
      <w:pPr>
        <w:jc w:val="right"/>
      </w:pPr>
      <w:r>
        <w:t>جو آدمی اس طرح سے پکارے گا تو اللہ تعالیٰ اس کو وہ بلیسنگ دے دے گا۔</w:t>
      </w:r>
    </w:p>
    <w:p>
      <w:r>
        <w:rPr>
          <w:b/>
        </w:rPr>
        <w:t xml:space="preserve">[41:27] </w:t>
      </w:r>
      <w:r>
        <w:t>kaisi ajeeb ajeeb baatein hain Quran mein, lekin in baaton ko janne ke liye zaroorat hai tadabbur ki, aur yaani alfaaz ke mawara jo maani hain, us ko daryaft karne ki.</w:t>
      </w:r>
    </w:p>
    <w:p>
      <w:pPr>
        <w:jc w:val="right"/>
      </w:pPr>
      <w:r>
        <w:t>کیسی عجیب عجیب باتیں ہیں قرآن میں، لیکن ان باتوں کو جاننے کے لیے ضرورت ہے تدبر کی، اور یعنی الفاظ کے ماوراء جو معنی ہیں، اس کو دریافت کرنے کی۔</w:t>
      </w:r>
    </w:p>
    <w:p>
      <w:r>
        <w:rPr>
          <w:b/>
        </w:rPr>
        <w:t xml:space="preserve">[41:41] </w:t>
      </w:r>
      <w:r>
        <w:t>literal meaning ko deep meaning mein jo convert karna</w:t>
      </w:r>
    </w:p>
    <w:p>
      <w:pPr>
        <w:jc w:val="right"/>
      </w:pPr>
      <w:r>
        <w:t>لٹرل میننگ کو ڈیپ میننگ میں جو کنورٹ کرنا</w:t>
      </w:r>
    </w:p>
    <w:p>
      <w:r>
        <w:rPr>
          <w:b/>
        </w:rPr>
        <w:t xml:space="preserve">[41:44] </w:t>
      </w:r>
      <w:r>
        <w:t>ke art aap seekh lenge, tab aap Quran ko samjhenge, tab aap ko aala marifat ka darja hasil hoga.</w:t>
      </w:r>
    </w:p>
    <w:p>
      <w:pPr>
        <w:jc w:val="right"/>
      </w:pPr>
      <w:r>
        <w:t>کہ آرٹ آپ سیکھ لیں گے، تب آپ قرآن کو سمجھیں گے، تب آپ کو اعلیٰ معرفت کا درجہ حاصل ہوگا۔</w:t>
      </w:r>
    </w:p>
    <w:p>
      <w:r>
        <w:rPr>
          <w:b/>
        </w:rPr>
        <w:t xml:space="preserve">[41:58] </w:t>
      </w:r>
      <w:r>
        <w:t>tab aap ko ism Adam ke saath dua karna ki tofeeq milegi.</w:t>
      </w:r>
    </w:p>
    <w:p>
      <w:pPr>
        <w:jc w:val="right"/>
      </w:pPr>
      <w:r>
        <w:t>تب آپ کو اسم آدم کے ساتھ دعا کرنا کی توفیق ملے گی۔</w:t>
      </w:r>
    </w:p>
    <w:p>
      <w:r>
        <w:rPr>
          <w:b/>
        </w:rPr>
        <w:t xml:space="preserve">[42:07] </w:t>
      </w:r>
      <w:r>
        <w:t>log dua samajhte hain ke</w:t>
      </w:r>
    </w:p>
    <w:p>
      <w:pPr>
        <w:jc w:val="right"/>
      </w:pPr>
      <w:r>
        <w:t>لوگ دعا سمجھتے ہیں کہ</w:t>
      </w:r>
    </w:p>
    <w:p>
      <w:r>
        <w:rPr>
          <w:b/>
        </w:rPr>
        <w:t xml:space="preserve">[42:12] </w:t>
      </w:r>
      <w:r>
        <w:t>abhi main ne ek ek mazmoon padha, ek shakhs ne likha tha ke main hajj karne gaya to wahan main ne dekha ke log kitabein liye hue hain, is mein rat rat ke har jagah duaein, yahan dua, wahan woh dua, wahan dua, woh padh rahe hain.</w:t>
      </w:r>
    </w:p>
    <w:p>
      <w:pPr>
        <w:jc w:val="right"/>
      </w:pPr>
      <w:r>
        <w:t>ابھی میں نے ایک ایک مضمون پڑھا، ایک شخص نے لکھا تھا کہ میں حج کرنے گیا تو وہاں میں نے دیکھا کہ لوگ کتابیں لیے ہوئے ہیں، اس میں رٹ رٹ کے ہر جگہ دعائیں، یہاں دعا، وہاں وہ دعا، وہاں دعا، وہ پڑھ رہے ہیں۔</w:t>
      </w:r>
    </w:p>
    <w:p>
      <w:r>
        <w:rPr>
          <w:b/>
        </w:rPr>
        <w:t xml:space="preserve">[42:27] </w:t>
      </w:r>
      <w:r>
        <w:t>bas samajhte hain ke yahi dua hai. mukhtalif maqamat par mukhtalif alfaaz ja ke dohra dein, yeh dua hai.</w:t>
      </w:r>
    </w:p>
    <w:p>
      <w:pPr>
        <w:jc w:val="right"/>
      </w:pPr>
      <w:r>
        <w:t>بس سمجھتے ہیں کہ یہی دعا ہے۔ مختلف مقامات پر مختلف الفاظ جا کے دہرا دیں، یہ دعا ہے۔</w:t>
      </w:r>
    </w:p>
    <w:p>
      <w:r>
        <w:rPr>
          <w:b/>
        </w:rPr>
        <w:t xml:space="preserve">[42:39] </w:t>
      </w:r>
      <w:r>
        <w:t>dua se pehle khawand alam Adam ko daryaft karna padta hai.</w:t>
      </w:r>
    </w:p>
    <w:p>
      <w:pPr>
        <w:jc w:val="right"/>
      </w:pPr>
      <w:r>
        <w:t>دعا سے پہلے خداوند عالم آدم کو دریافت کرنا پڑتا ہے۔</w:t>
      </w:r>
    </w:p>
    <w:p>
      <w:r>
        <w:rPr>
          <w:b/>
        </w:rPr>
        <w:t xml:space="preserve">[42:47] </w:t>
      </w:r>
      <w:r>
        <w:t>aap ghor kijiye, kisi se aap ja rahe hain mangne ke liye badi raqam, us se pehle aap ko daryaft karna padega ke woh ek waldi aadmi hai.</w:t>
      </w:r>
    </w:p>
    <w:p>
      <w:pPr>
        <w:jc w:val="right"/>
      </w:pPr>
      <w:r>
        <w:t>آپ غور کیجئے، کسی سے آپ جا رہے ہیں مانگنے کے لیے بڑی رقم، اس سے پہلے آپ کو دریافت کرنا پڑے گا کہ وہ ایک ولدی آدمی ہے۔</w:t>
      </w:r>
    </w:p>
    <w:p>
      <w:r>
        <w:rPr>
          <w:b/>
        </w:rPr>
        <w:t xml:space="preserve">[42:59] </w:t>
      </w:r>
      <w:r>
        <w:t>woh ek hai, aap ko paise ki zaroorat hai. aap kahin se mangne ja rahe hain, woh paisa to us se pehle aap yeh daryaft karte hain ke woh aadmi ek waldi, waldi aadmi hai, woh sakhi aadmi hai,</w:t>
      </w:r>
    </w:p>
    <w:p>
      <w:pPr>
        <w:jc w:val="right"/>
      </w:pPr>
      <w:r>
        <w:t>وہ ایک ہے، آپ کو پیسے کی ضرورت ہے۔ آپ کہیں سے مانگنے جا رہے ہیں، وہ پیسہ تو اس سے پہلے آپ یہ دریافت کرتے ہیں کہ وہ آدمی ایک ولدی، ولدی آدمی ہے، وہ سخی آدمی ہے،</w:t>
      </w:r>
    </w:p>
    <w:p>
      <w:r>
        <w:rPr>
          <w:b/>
        </w:rPr>
        <w:t xml:space="preserve">[43:08] </w:t>
      </w:r>
      <w:r>
        <w:t>woh mujhe de sakta hai paisa. to dua se pehle aap ko Allah ki daryaft karni padegi.</w:t>
      </w:r>
    </w:p>
    <w:p>
      <w:pPr>
        <w:jc w:val="right"/>
      </w:pPr>
      <w:r>
        <w:t>وہ مجھے دے سکتا ہے پیسہ۔ تو دعا سے پہلے آپ کو اللہ کی دریافت کرنی پڑے گی۔</w:t>
      </w:r>
    </w:p>
    <w:p>
      <w:r>
        <w:rPr>
          <w:b/>
        </w:rPr>
        <w:t xml:space="preserve">[43:17] </w:t>
      </w:r>
      <w:r>
        <w:t>Allah ki daryaft hi nahin, alfaaz khushk alfaaz dohra rahe hain.</w:t>
      </w:r>
    </w:p>
    <w:p>
      <w:pPr>
        <w:jc w:val="right"/>
      </w:pPr>
      <w:r>
        <w:t>اللہ کی دریافت ہی نہیں، الفاظ خشک الفاظ دہرا رہے ہیں۔</w:t>
      </w:r>
    </w:p>
    <w:p>
      <w:r>
        <w:rPr>
          <w:b/>
        </w:rPr>
        <w:t xml:space="preserve">[43:24] </w:t>
      </w:r>
      <w:r>
        <w:t>aap yeh daryaft karen ke Allah mera khaliq hai, woh mera malik hai, woh qayyum al-samawat wal arz hai, us ki qudrat be panah hai, us ki kibriyai be panah hai.</w:t>
      </w:r>
    </w:p>
    <w:p>
      <w:pPr>
        <w:jc w:val="right"/>
      </w:pPr>
      <w:r>
        <w:t>آپ یہ دریافت کریں کہ اللہ میرا خالق ہے، وہ میرا مالک ہے، وہ قیوم السماوات والارض ہے، اس کی قدرت بے پناہ ہے، اس کی کبرائی بے پناہ ہے۔</w:t>
      </w:r>
    </w:p>
    <w:p>
      <w:r>
        <w:rPr>
          <w:b/>
        </w:rPr>
        <w:t xml:space="preserve">[43:40] </w:t>
      </w:r>
      <w:r>
        <w:t>aap ke andar tadabbur aaye, tasawwur aaye, yeh woh sari sifatें jab aa jayen, tab woh dua nikalti hai aap ki zuban se. Jaise pehle aap beladi aadmi ko daryaft karte hain, phir us se jab paisa mangne jate hain,</w:t>
      </w:r>
    </w:p>
    <w:p>
      <w:pPr>
        <w:jc w:val="right"/>
      </w:pPr>
      <w:r>
        <w:t>آپ کے اندر تدبر آئے، توسم آئے، یہ وہ ساری صفتیں جب آ جائیں، تب وہ دعا نکلتی ہے آپ کی زبان سے۔ جیسے پہلے آپ بیلدی آدمی کو دریافت کرتے ہیں، پھر اس سے جب پیسہ مانگنے جاتے ہیں،</w:t>
      </w:r>
    </w:p>
    <w:p>
      <w:r>
        <w:rPr>
          <w:b/>
        </w:rPr>
        <w:t xml:space="preserve">[43:55] </w:t>
      </w:r>
      <w:r>
        <w:t>to pehle aap Allah ko daryaft karenge, tab dua hai. Kisi ne Allah ko daryaft hi nahi kiya, to khushk alfaz dohrane se kya faida?</w:t>
      </w:r>
    </w:p>
    <w:p>
      <w:pPr>
        <w:jc w:val="right"/>
      </w:pPr>
      <w:r>
        <w:t>تو پہلے آپ اللہ کو دریافت کریں گے، تب دعا ہے۔ کسی نے اللہ کو دریافت ہی نہیں کیا، تو خشک الفاظ دہرانے سے کیا فائدہ؟</w:t>
      </w:r>
    </w:p>
    <w:p>
      <w:r>
        <w:rPr>
          <w:b/>
        </w:rPr>
        <w:t xml:space="preserve">[44:10] </w:t>
      </w:r>
      <w:r>
        <w:t>to dua se pehle marifat hai, aur marifat ke sath jo dua ki jayegi, usi dua, wohi dua maqbool hoti hai.</w:t>
      </w:r>
    </w:p>
    <w:p>
      <w:pPr>
        <w:jc w:val="right"/>
      </w:pPr>
      <w:r>
        <w:t>تو دعا سے پہلے معرفت ہے، اور معرفت کے ساتھ جو دعا کی جائے گی، اسی دعا، وہی دعا مقبول ہوتی ہے۔</w:t>
      </w:r>
    </w:p>
    <w:p>
      <w:r>
        <w:rPr>
          <w:b/>
        </w:rPr>
        <w:t xml:space="preserve">[44:23] </w:t>
      </w:r>
      <w:r>
        <w:t>meri dua hai ke Allah taala hum ko, aap ko is dunya mein marifat ke sath jeene ki tofeeq de.</w:t>
      </w:r>
    </w:p>
    <w:p>
      <w:pPr>
        <w:jc w:val="right"/>
      </w:pPr>
      <w:r>
        <w:t>میری دعا ہے کہ اللہ تعالیٰ ہم کو، آپ کو اس دنیا میں معرفت کے ساتھ جینے کی توفیق دے۔</w:t>
      </w:r>
    </w:p>
    <w:p>
      <w:r>
        <w:rPr>
          <w:b/>
        </w:rPr>
        <w:t xml:space="preserve">[44:34] </w:t>
      </w:r>
      <w:r>
        <w:t>humein tofeeq de ke hum is dunya se rukhsat ho kar jab pahunchen akhirat mein, to wahan humein Allah taala humein hamare heebat mein dakhil kar de.</w:t>
      </w:r>
    </w:p>
    <w:p>
      <w:pPr>
        <w:jc w:val="right"/>
      </w:pPr>
      <w:r>
        <w:t>ہمیں توفیق دے کہ ہم اس دنیا سے رخصت ہو کر جب پہنچیں آخرت میں، تو وہاں ہمیں اللہ تعالیٰ ہمیں ہمارے ہیبیٹ میں داخل کر دے۔</w:t>
      </w:r>
    </w:p>
    <w:p>
      <w:r>
        <w:rPr>
          <w:b/>
        </w:rPr>
        <w:t xml:space="preserve">[44:50] </w:t>
      </w:r>
      <w:r>
        <w:t>wahan farishte kahen ke aye bande, tere yeh jo naqd darwaze khol diye gaye,</w:t>
      </w:r>
    </w:p>
    <w:p>
      <w:pPr>
        <w:jc w:val="right"/>
      </w:pPr>
      <w:r>
        <w:t>وہاں فرشتے کہیں کہ اے بندے، تیرے یہ جو نقد دروازے کھول دیے گئے،</w:t>
      </w:r>
    </w:p>
    <w:p>
      <w:r>
        <w:rPr>
          <w:b/>
        </w:rPr>
        <w:t xml:space="preserve">[45:01] </w:t>
      </w:r>
      <w:r>
        <w:t>yahi woh tamanna hai jo har momin ke andar hona chahiye.</w:t>
      </w:r>
    </w:p>
    <w:p>
      <w:pPr>
        <w:jc w:val="right"/>
      </w:pPr>
      <w:r>
        <w:t>یہی وہ تمنا ہے جو ہر مومن کے اندر ہونا چاہیے۔</w:t>
      </w:r>
    </w:p>
    <w:p>
      <w:r>
        <w:rPr>
          <w:b/>
        </w:rPr>
        <w:t xml:space="preserve">[45:11] </w:t>
      </w:r>
      <w:r>
        <w:t>mujhe aur aap ko Allah taala is ki tofeeq ata farmaye. Maqbool qaulhaza wastaghfirullaha walakum ajmaeen</w:t>
      </w:r>
    </w:p>
    <w:p>
      <w:pPr>
        <w:jc w:val="right"/>
      </w:pPr>
      <w:r>
        <w:t>مجھے اور آپ کو اللہ تعالیٰ اس کی توفیق عطا فرمائے۔ مقبول قولھذا واستغفراللہ لولکم اجمعین</w:t>
      </w:r>
    </w:p>
    <w:p>
      <w:r>
        <w:rPr>
          <w:b/>
        </w:rPr>
        <w:t xml:space="preserve">[45:30] </w:t>
      </w:r>
      <w:r>
        <w:t>Maulana, yeh sawal Tamil Nadu se aaya hai Maulana Iqbal Omri ka. Unhon ne ek hadith ka hawala diya hai, Maulana, jo is tarah hai:</w:t>
      </w:r>
    </w:p>
    <w:p>
      <w:pPr>
        <w:jc w:val="right"/>
      </w:pPr>
      <w:r>
        <w:t>مولانا، یہ سوال تمل ناڈو سے آیا ہے مولانا اقبال عمری کا۔ انہوں نے ایک حدیث کا حوالہ دیا ہے، مولانا، جو اس طرح ہے:</w:t>
      </w:r>
    </w:p>
    <w:p>
      <w:r>
        <w:rPr>
          <w:b/>
        </w:rPr>
        <w:t xml:space="preserve">[45:41] </w:t>
      </w:r>
      <w:r>
        <w:t>La tafakkaru fil Allah, tafakkaru fil khalq Maulana, is hadith ka matlab kya hai? Kya is ke yeh maani ho sakte hain ke spiritual ko material mein convert mat karo?</w:t>
      </w:r>
    </w:p>
    <w:p>
      <w:pPr>
        <w:jc w:val="right"/>
      </w:pPr>
      <w:r>
        <w:t>لا تفکرو فی اللہ، تفکرو فی الیل مولانا، اس حدیث کا مطلب کیا ہے؟ کیا اس کے یہ معنی ہو سکتے ہیں کہ سپرچول کو میٹر میں کنورٹ مت کرو؟</w:t>
      </w:r>
    </w:p>
    <w:p>
      <w:r>
        <w:rPr>
          <w:b/>
        </w:rPr>
        <w:t xml:space="preserve">[45:56] </w:t>
      </w:r>
      <w:r>
        <w:t>material ko spiritual mein convert karna jano? Us ke bare mein batayen. Nahi, mera khayal se woh jo baat mein ne kahi thi, woh alag baat hai ya hadith mein alag baat hai.</w:t>
      </w:r>
    </w:p>
    <w:p>
      <w:pPr>
        <w:jc w:val="right"/>
      </w:pPr>
      <w:r>
        <w:t>میٹر کو سپرچول میں کنورٹ کرنا جانو؟ اس کے بارے میں بتائیں۔ نہیں، میرا خیال سے وہ جو بات میں نے کہی تھی، وہ الگ بات ہے یا حدیث میں الگ بات ہے۔</w:t>
      </w:r>
    </w:p>
    <w:p>
      <w:r>
        <w:rPr>
          <w:b/>
        </w:rPr>
        <w:t xml:space="preserve">[46:08] </w:t>
      </w:r>
      <w:r>
        <w:t>hadith ke alfaz yeh hain: La tufakkiru fil Allah, walakin tafakkaru fi khalqihi yani Allah ki zaat mein ghaur na karo, balkeh Allah ke jo creation hai,</w:t>
      </w:r>
    </w:p>
    <w:p>
      <w:pPr>
        <w:jc w:val="right"/>
      </w:pPr>
      <w:r>
        <w:t>حدیث کے الفاظ یہ ہیں: لا توکل فی اللہ، ولكن تفکر فی الہ یعنی اللہ کی ذات میں غور نہ کرو، بلکہ اللہ کے جو کریشن ہے،</w:t>
      </w:r>
    </w:p>
    <w:p>
      <w:r>
        <w:rPr>
          <w:b/>
        </w:rPr>
        <w:t xml:space="preserve">[46:23] </w:t>
      </w:r>
      <w:r>
        <w:t>jo us ke kamalat hain, us mein ghaur karo.</w:t>
      </w:r>
    </w:p>
    <w:p>
      <w:pPr>
        <w:jc w:val="right"/>
      </w:pPr>
      <w:r>
        <w:t>جو اس کے کمالات ہیں، اس میں غور کرو۔</w:t>
      </w:r>
    </w:p>
    <w:p>
      <w:r>
        <w:rPr>
          <w:b/>
        </w:rPr>
        <w:t xml:space="preserve">[46:29] </w:t>
      </w:r>
      <w:r>
        <w:t>to is ka matlab dekhen, yeh hai, yeh is ko samjhiye jo baat mein ne kahi thi.</w:t>
      </w:r>
    </w:p>
    <w:p>
      <w:pPr>
        <w:jc w:val="right"/>
      </w:pPr>
      <w:r>
        <w:t>تو اس کا مطلب دیکھیں، یہ ہے، یہ اس کو سمجھیے جو بات میں نے کہی تھی۔</w:t>
      </w:r>
    </w:p>
    <w:p>
      <w:r>
        <w:rPr>
          <w:b/>
        </w:rPr>
        <w:t xml:space="preserve">[46:40] </w:t>
      </w:r>
      <w:r>
        <w:t>non-spiritual ko spiritual mein convert karna, woh ek alag baat hai. Yeh doosra masla yeh hai,</w:t>
      </w:r>
    </w:p>
    <w:p>
      <w:pPr>
        <w:jc w:val="right"/>
      </w:pPr>
      <w:r>
        <w:t>نان اسپریچول کو اسپریچول میں کنورٹ کرنا، وہ ایک الگ بات ہے۔ یہ دوسرا مسئلہ یہ ہے،</w:t>
      </w:r>
    </w:p>
    <w:p>
      <w:r>
        <w:rPr>
          <w:b/>
        </w:rPr>
        <w:t xml:space="preserve">[46:48] </w:t>
      </w:r>
      <w:r>
        <w:t>dekhen,</w:t>
      </w:r>
    </w:p>
    <w:p>
      <w:pPr>
        <w:jc w:val="right"/>
      </w:pPr>
      <w:r>
        <w:t>دیکھیں،</w:t>
      </w:r>
    </w:p>
    <w:p>
      <w:r>
        <w:rPr>
          <w:b/>
        </w:rPr>
        <w:t xml:space="preserve">[46:52] </w:t>
      </w:r>
      <w:r>
        <w:t>hum aap jo is dunya mein paida hote hain, hum byan space and time soch nahi paate. Hamari jo soch chalti hai, woh zamana makan ke andar hoti hai, space and time ke andar hoti hai.</w:t>
      </w:r>
    </w:p>
    <w:p>
      <w:pPr>
        <w:jc w:val="right"/>
      </w:pPr>
      <w:r>
        <w:t>ہم آپ جو اس دنیا میں پیدا ہوتے ہیں، ہم بیان سپیس اینڈ ٹائم سوچ نہیں پاتے۔ ہماری جو سوچ چلتی ہے، وہ زمانہ مکاں کے اندر ہوتی ہے، اسپیس اینڈ ٹائم کے اندر ہوتی ہے۔</w:t>
      </w:r>
    </w:p>
    <w:p>
      <w:r>
        <w:rPr>
          <w:b/>
        </w:rPr>
        <w:t xml:space="preserve">[47:09] </w:t>
      </w:r>
      <w:r>
        <w:t>space and time ke byan hum soch nahi paate. To jab aap Allah ki zaat mein sochenge, to is ka matlab kya hai?</w:t>
      </w:r>
    </w:p>
    <w:p>
      <w:pPr>
        <w:jc w:val="right"/>
      </w:pPr>
      <w:r>
        <w:t>اسپیس اینڈ ٹائم کے بیان ہم سوچ نہیں پاتے۔ تو جب آپ اللہ کی ذات میں سوچیں گے، تو اس کا مطلب کیا ہے؟</w:t>
      </w:r>
    </w:p>
    <w:p>
      <w:r>
        <w:rPr>
          <w:b/>
        </w:rPr>
        <w:t xml:space="preserve">[47:18] </w:t>
      </w:r>
      <w:r>
        <w:t>ke aap apne had se bahar ja rahe hain. To kya hoga? Confusion hoga.</w:t>
      </w:r>
    </w:p>
    <w:p>
      <w:pPr>
        <w:jc w:val="right"/>
      </w:pPr>
      <w:r>
        <w:t>کہ آپ اپنے حد سے باہر جا رہے ہیں۔ تو کیا ہوگا؟ کنفیوژن ہوگا۔</w:t>
      </w:r>
    </w:p>
    <w:p>
      <w:r>
        <w:rPr>
          <w:b/>
        </w:rPr>
        <w:t xml:space="preserve">[47:28] </w:t>
      </w:r>
      <w:r>
        <w:t>yani is ki misal yun hai ke ek bachcha maa ke pet mein hai, to us ko maa ke pet ka jo chhota sa jagah hai, itni ki khabar hai.</w:t>
      </w:r>
    </w:p>
    <w:p>
      <w:pPr>
        <w:jc w:val="right"/>
      </w:pPr>
      <w:r>
        <w:t>یعنی اس کی مثال یوں ہے کہ ایک بچہ ماں کے پیٹ میں ہے، تو اس کو ماں کے پیٹ کا جو چھوٹا سا جگہ ہے، اتنی کی خبر ہے۔</w:t>
      </w:r>
    </w:p>
    <w:p>
      <w:r>
        <w:rPr>
          <w:b/>
        </w:rPr>
        <w:t xml:space="preserve">[47:40] </w:t>
      </w:r>
      <w:r>
        <w:t>us ko,</w:t>
      </w:r>
    </w:p>
    <w:p>
      <w:pPr>
        <w:jc w:val="right"/>
      </w:pPr>
      <w:r>
        <w:t>اس کو،</w:t>
      </w:r>
    </w:p>
    <w:p>
      <w:r>
        <w:rPr>
          <w:b/>
        </w:rPr>
        <w:t xml:space="preserve">[47:43] </w:t>
      </w:r>
      <w:r>
        <w:t>us ko agar aap kisi tarike se contact karen, us ko batayen ke galaxy hai, aur solar system hai, aur samandar hai, aur pahad hai, to phir kuch samajh mein nahi aayega us ko, kyunke woh us ke beyond hai, us ke had ke bahar hai.</w:t>
      </w:r>
    </w:p>
    <w:p>
      <w:pPr>
        <w:jc w:val="right"/>
      </w:pPr>
      <w:r>
        <w:t>اس کو اگر آپ کسی طریقے سے کنٹیکٹ کریں، اس کو بتائیں کہ گلیکسی ہے، اور سولر سسٹم ہے، اور سمندر ہے، اور پہاڑ ہے، تو پھر کچھ سمجھ میں نہیں آئے گا اس کو، کیونکہ وہ اس کے بیانڈ ہے، اس کے حد کے باہر ہے۔</w:t>
      </w:r>
    </w:p>
    <w:p>
      <w:r>
        <w:rPr>
          <w:b/>
        </w:rPr>
        <w:t xml:space="preserve">[48:00] </w:t>
      </w:r>
      <w:r>
        <w:t>is hadith ka matlab yeh hai ke allow Allah jo hain, woh tumhari maloom dunya ki cheezen hain. Yani pahad hum dekhte hain, samandar dekhte hain, sitaron aur sayaron ko hum dekhte hain.</w:t>
      </w:r>
    </w:p>
    <w:p>
      <w:pPr>
        <w:jc w:val="right"/>
      </w:pPr>
      <w:r>
        <w:t>اس حدیث کا مطلب یہ ہے کہ الاؤ اللہ جو ہیں، وہ تمہاری معلوم دنیا کی چیزیں ہیں۔ یعنی پہاڑ ہم دیکھتے ہیں، سمندر دیکھتے ہیں، ستاروں اور سیاروں کو ہم دیکھتے ہیں۔</w:t>
      </w:r>
    </w:p>
    <w:p>
      <w:r>
        <w:rPr>
          <w:b/>
        </w:rPr>
        <w:t xml:space="preserve">[48:15] </w:t>
      </w:r>
      <w:r>
        <w:t>to space and time ke andar hain yeh cheezen, aur Allah space and time ke beyond hain. To yeh ghalti kai log karte hain ke Allah ke bare mein likhte hain, sochte hain.</w:t>
      </w:r>
    </w:p>
    <w:p>
      <w:pPr>
        <w:jc w:val="right"/>
      </w:pPr>
      <w:r>
        <w:t>تو اسپیس اینڈ ٹائم کے اندر ہیں یہ چیزیں، اور اللہ اسپیس اینڈ ٹائم کے بیانڈ ہے۔ تو یہ غلطی کئی لوگ کرتے ہیں کہ اللہ کے بارے میں لکھتے ہیں، سوچتے ہیں۔</w:t>
      </w:r>
    </w:p>
    <w:p>
      <w:r>
        <w:rPr>
          <w:b/>
        </w:rPr>
        <w:t xml:space="preserve">[48:29] </w:t>
      </w:r>
      <w:r>
        <w:t>misalan yeh ke woh kaise paida hua</w:t>
      </w:r>
    </w:p>
    <w:p>
      <w:pPr>
        <w:jc w:val="right"/>
      </w:pPr>
      <w:r>
        <w:t>مثلاً یہ کہ وہ کیسے پیدا ہوا</w:t>
      </w:r>
    </w:p>
    <w:p>
      <w:r>
        <w:rPr>
          <w:b/>
        </w:rPr>
        <w:t xml:space="preserve">[48:32] </w:t>
      </w:r>
      <w:r>
        <w:t>? allah kaise wajood mein aa gaya? kai philosopher is mein gumrah ho gaye ke allah ne agar duniya ko paida kiya, to khud allah kaise paida ho gaya?</w:t>
      </w:r>
    </w:p>
    <w:p>
      <w:pPr>
        <w:jc w:val="right"/>
      </w:pPr>
      <w:r>
        <w:t>؟ اللہ کیسے وجود میں آ گیا؟ کئی فلاسفر اس میں گمراہ ہو گئے کہ اللہ نے اگر دنیا کو پیدا کیا، تو خود اللہ کیسے پیدا ہو گیا؟</w:t>
      </w:r>
    </w:p>
    <w:p>
      <w:r>
        <w:rPr>
          <w:b/>
        </w:rPr>
        <w:t xml:space="preserve">[48:44] </w:t>
      </w:r>
      <w:r>
        <w:t>yeh hai bayan space and time ja kar sochna, jis ki hamare andar taqat hi nahi hai. aur allah ta'ala ne ek demonstration de diya hai ke tum jab maa ke ke pet ke andar hote ho, to tum bahar ko soch nahi sakat</w:t>
      </w:r>
    </w:p>
    <w:p>
      <w:pPr>
        <w:jc w:val="right"/>
      </w:pPr>
      <w:r>
        <w:t>یہ ہے بیان اسپیس اینڈ ٹائم جا کر سوچنا، جس کی ہمارے اندر طاقت ہی نہیں ہے۔ اور اللہ تعالیٰ نے ایک ڈیمونسٹریشن دے دیا ہے کہ تم جب ماں کے کے پیٹ کے اندر ہوتے ہو، تو تم باہر کو سوچ نہیں سکت</w:t>
      </w:r>
    </w:p>
    <w:p>
      <w:r>
        <w:rPr>
          <w:b/>
        </w:rPr>
        <w:t xml:space="preserve">[49:00] </w:t>
      </w:r>
      <w:r>
        <w:t>e. bahar tumhare paas duniya hai, woh is ko tum jaan nahi sakte. aise hi ab bhi hum ek mehdood duniya mein hain, space and time ke andar hain.</w:t>
      </w:r>
    </w:p>
    <w:p>
      <w:pPr>
        <w:jc w:val="right"/>
      </w:pPr>
      <w:r>
        <w:t>ے۔ باہر تمہارے پاس دنیا ہے، وہ اس کو تم جان نہیں سکتے۔ ایسے ہی اب بھی ہم ایک محدود دنیا میں ہیں، اسپیس اینڈ ٹائم کے اندر ہیں۔</w:t>
      </w:r>
    </w:p>
    <w:p>
      <w:r>
        <w:rPr>
          <w:b/>
        </w:rPr>
        <w:t xml:space="preserve">[49:14] </w:t>
      </w:r>
      <w:r>
        <w:t>to</w:t>
      </w:r>
    </w:p>
    <w:p>
      <w:pPr>
        <w:jc w:val="right"/>
      </w:pPr>
      <w:r>
        <w:t>تو</w:t>
      </w:r>
    </w:p>
    <w:p>
      <w:r>
        <w:rPr>
          <w:b/>
        </w:rPr>
        <w:t xml:space="preserve">[49:15] </w:t>
      </w:r>
      <w:r>
        <w:t>yeh yeh ghalati bahut se falsafiyon ne ki hai, aur ab bhi karte hain log. is ko, is ko maan jaan nahi paate ke hum hum jo soch payenge, woh zamana makaan ke andar hi soch payenge.</w:t>
      </w:r>
    </w:p>
    <w:p>
      <w:pPr>
        <w:jc w:val="right"/>
      </w:pPr>
      <w:r>
        <w:t>یہ یہ غلطی بہت سے فلسفیوں نے کی ہے، اور اب بھی کرتے ہیں لوگ۔ اس کو، اس کو مان جان نہیں پاتے کہ ہم ہم جو سوچ پائیں گے، وہ زمانہ مکاں کے اندر ہی سوچ پائیں گے۔</w:t>
      </w:r>
    </w:p>
    <w:p>
      <w:r>
        <w:rPr>
          <w:b/>
        </w:rPr>
        <w:t xml:space="preserve">[49:33] </w:t>
      </w:r>
      <w:r>
        <w:t>beyond space and time hamara soch nahi pahunch sakti.</w:t>
      </w:r>
    </w:p>
    <w:p>
      <w:pPr>
        <w:jc w:val="right"/>
      </w:pPr>
      <w:r>
        <w:t>بیانڈ اسپیس اینڈ ٹائم ہمارا سوچ نہیں پہنچ سکتی۔</w:t>
      </w:r>
    </w:p>
    <w:p>
      <w:r>
        <w:rPr>
          <w:b/>
        </w:rPr>
        <w:t xml:space="preserve">[49:40] </w:t>
      </w:r>
      <w:r>
        <w:t>to yeh allah ta'ala rasool allah salallaho alaihi wasallam ne is hadith ke liye is soch ke liye sahi direction de diya hai.</w:t>
      </w:r>
    </w:p>
    <w:p>
      <w:pPr>
        <w:jc w:val="right"/>
      </w:pPr>
      <w:r>
        <w:t>تو یہ اللہ تعالیٰ رسول اللہ صلی اللہ علیہ وسلم نے اس حدیث کے لیے اس سوچ کے لیے صحیح ڈائریکشن دے دیا ہے۔</w:t>
      </w:r>
    </w:p>
    <w:p>
      <w:r>
        <w:rPr>
          <w:b/>
        </w:rPr>
        <w:t xml:space="preserve">[49:50] </w:t>
      </w:r>
      <w:r>
        <w:t>is hadith mein insani soch ke liye sahi direction de diya gaya hai.</w:t>
      </w:r>
    </w:p>
    <w:p>
      <w:pPr>
        <w:jc w:val="right"/>
      </w:pPr>
      <w:r>
        <w:t>اس حدیث میں انسانی سوچ کے لیے صحیح ڈائریکشن دے دیا گیا ہے۔</w:t>
      </w:r>
    </w:p>
    <w:p>
      <w:r>
        <w:rPr>
          <w:b/>
        </w:rPr>
        <w:t xml:space="preserve">[49:59] </w:t>
      </w:r>
      <w:r>
        <w:t>maulana, un ka ek aur sawal hai, lekin sawal se pehle unhone ek comment bhi bhija hai, woh pehle parhna chah</w:t>
      </w:r>
    </w:p>
    <w:p>
      <w:pPr>
        <w:jc w:val="right"/>
      </w:pPr>
      <w:r>
        <w:t>مولانا، ان کا ایک اور سوال ہے، لیکن سوال سے پہلے انہوں نے ایک کمنٹ بھی بھیجا ہے، وہ پہلے پڑھنا چاہ</w:t>
      </w:r>
    </w:p>
    <w:p>
      <w:r>
        <w:rPr>
          <w:b/>
        </w:rPr>
        <w:t xml:space="preserve">[50:05] </w:t>
      </w:r>
      <w:r>
        <w:t>en ge. unhone comment mein likha hai: "maulana, door qadeem ka ma'refati text aur door jadeed mein is ka unfolding science ke zariye jo hui,</w:t>
      </w:r>
    </w:p>
    <w:p>
      <w:pPr>
        <w:jc w:val="right"/>
      </w:pPr>
      <w:r>
        <w:t>یں گے۔ انہوں نے کمنٹ میں لکھا ہے: "مولانا، دور قدیم کا معرفتی ٹیکسٹ اور دور جدید میں اس کا ان فولڈنگ سائنس کے ذریعے جو ہوئی،</w:t>
      </w:r>
    </w:p>
    <w:p>
      <w:r>
        <w:rPr>
          <w:b/>
        </w:rPr>
        <w:t xml:space="preserve">[50:18] </w:t>
      </w:r>
      <w:r>
        <w:t>donon door ke darmiyan ek missing link tha jo sirf al risala mission ne allah ke fazl se daryaft kiya, warna mein andha rehta."</w:t>
      </w:r>
    </w:p>
    <w:p>
      <w:pPr>
        <w:jc w:val="right"/>
      </w:pPr>
      <w:r>
        <w:t>دونوں دور کے درمیان ایک مسنگ لنک تھا جو صرف الرسالہ مشن نے اللہ کے فضل سے دریافت کیا، ورنہ میں اندھا رہتا۔"</w:t>
      </w:r>
    </w:p>
    <w:p>
      <w:r>
        <w:rPr>
          <w:b/>
        </w:rPr>
        <w:t xml:space="preserve">[50:31] </w:t>
      </w:r>
      <w:r>
        <w:t>maulana, un ka sawal yeh hai: "har lazzat se barh kar ma'refat ki lazzat mein jeena kaise mumkin ho sakta hai?</w:t>
      </w:r>
    </w:p>
    <w:p>
      <w:pPr>
        <w:jc w:val="right"/>
      </w:pPr>
      <w:r>
        <w:t>مولانا، ان کا سوال یہ ہے: "ہر لذت سے بڑھ کر معرفت کی لذت میں جینا کیسے ممکن ہو سکتا ہے؟</w:t>
      </w:r>
    </w:p>
    <w:p>
      <w:r>
        <w:rPr>
          <w:b/>
        </w:rPr>
        <w:t xml:space="preserve">[50:41] </w:t>
      </w:r>
      <w:r>
        <w:t>madiyat se to chhutkara nahi ho sakta hai, kya is ko ma'refat mein convert kara ja sakta hai?" Maulana, is par kuch tabsarah karen.</w:t>
      </w:r>
    </w:p>
    <w:p>
      <w:pPr>
        <w:jc w:val="right"/>
      </w:pPr>
      <w:r>
        <w:t>مادیت سے تو چھٹکارا نہیں ہو سکتا ہے، کیا اس کو معرفت میں کنورٹ کرا جا سکتا ہے؟" مولانا، اس پر کچھ تبصرہ کریں۔</w:t>
      </w:r>
    </w:p>
    <w:p>
      <w:r>
        <w:rPr>
          <w:b/>
        </w:rPr>
        <w:t xml:space="preserve">[50:50] </w:t>
      </w:r>
      <w:r>
        <w:t>dekhiye, yeh jo ma'refat ki baat hai, is ko aap riyazi ki zaban mein bayan nahi kar sakte.</w:t>
      </w:r>
    </w:p>
    <w:p>
      <w:pPr>
        <w:jc w:val="right"/>
      </w:pPr>
      <w:r>
        <w:t>دیکھیے، یہ جو معرفت کی بات ہے، اس کو آپ ریاضی کی زبان میں بیان نہیں کر سکتے۔</w:t>
      </w:r>
    </w:p>
    <w:p>
      <w:r>
        <w:rPr>
          <w:b/>
        </w:rPr>
        <w:t xml:space="preserve">[50:58] </w:t>
      </w:r>
      <w:r>
        <w:t>yeh namumkin baat hai,</w:t>
      </w:r>
    </w:p>
    <w:p>
      <w:pPr>
        <w:jc w:val="right"/>
      </w:pPr>
      <w:r>
        <w:t>یہ ناممکن بات ہے،</w:t>
      </w:r>
    </w:p>
    <w:p>
      <w:r>
        <w:rPr>
          <w:b/>
        </w:rPr>
        <w:t xml:space="preserve">[51:02] </w:t>
      </w:r>
      <w:r>
        <w:t>aur qanoon ki zaban mein bhi nahi bata sakte. hamare madaris mein jo deen padhaya jata hai, woh deen nahi padhaya jata, woh deen ki fanniyat padhai jati hain.</w:t>
      </w:r>
    </w:p>
    <w:p>
      <w:pPr>
        <w:jc w:val="right"/>
      </w:pPr>
      <w:r>
        <w:t>اور قانون کی زبان میں بھی نہیں بتا سکتے۔ ہمارے مدارس میں جو دین پڑھایا جاتا ہے، وہ دین نہیں پڑھایا جاتا، وہ دین کی فنیات پڑھائی جاتی ہیں۔</w:t>
      </w:r>
    </w:p>
    <w:p>
      <w:r>
        <w:rPr>
          <w:b/>
        </w:rPr>
        <w:t xml:space="preserve">[51:15] </w:t>
      </w:r>
      <w:r>
        <w:t>deen ki fanniyat yaad rakhiye, fanniyat ka jo framework hai, is mein agar aap jee rahe hain to aap ma'refat ko nahi soch sakte.</w:t>
      </w:r>
    </w:p>
    <w:p>
      <w:pPr>
        <w:jc w:val="right"/>
      </w:pPr>
      <w:r>
        <w:t>دین کی فنیات یاد رکھیے، فنیات کا جو فریم ورک ہے، اس میں اگر آپ جی رہے ہیں تو آپ معرفت کو نہیں سوچ سکتے۔</w:t>
      </w:r>
    </w:p>
    <w:p>
      <w:r>
        <w:rPr>
          <w:b/>
        </w:rPr>
        <w:t xml:space="preserve">[51:27] </w:t>
      </w:r>
      <w:r>
        <w:t>fanniyat ka framework se bahar aana parega, tab aap samajh gaye, samajh sakenge ke ma'refat kya cheez hai.</w:t>
      </w:r>
    </w:p>
    <w:p>
      <w:pPr>
        <w:jc w:val="right"/>
      </w:pPr>
      <w:r>
        <w:t>فنیات کا فریم ورک سے باہر آنا پڑے گا، تب آپ سمجھ گئے، سمجھ سکیں گے کہ معرفت کیا چیز ہے۔</w:t>
      </w:r>
    </w:p>
    <w:p>
      <w:r>
        <w:rPr>
          <w:b/>
        </w:rPr>
        <w:t xml:space="preserve">[51:38] </w:t>
      </w:r>
      <w:r>
        <w:t>to wahi qissa hai ke lutf mein tujh se kya kahoon? zahid, haye kambakht! tu ne pi hi nahi. yeh jin logon ne in ka fanniyat ki taleem hasil ki hai, un ko hum kaise batayein ke ma'refat kya cheez hai?</w:t>
      </w:r>
    </w:p>
    <w:p>
      <w:pPr>
        <w:jc w:val="right"/>
      </w:pPr>
      <w:r>
        <w:t>تو وہی قصہ ہے کہ لطف میں تجھ سے کیا کہوں؟ زاہد، ہائے کمبخت! تو نے پی ہی نہیں۔ یہ جن لوگوں نے ان کا فنیات کی تعلیم حاصل کی ہے، ان کو ہم کیسے بتائیں کہ معرفت کیا چیز ہے؟</w:t>
      </w:r>
    </w:p>
    <w:p>
      <w:r>
        <w:rPr>
          <w:b/>
        </w:rPr>
        <w:t xml:space="preserve">[51:51] </w:t>
      </w:r>
      <w:r>
        <w:t>kyun ke ma'refat to is ke paray hai, fanniyat se paray.</w:t>
      </w:r>
    </w:p>
    <w:p>
      <w:pPr>
        <w:jc w:val="right"/>
      </w:pPr>
      <w:r>
        <w:t>کیونکہ معرفت تو اس کے پرے ہے، فنیات سے پرے۔</w:t>
      </w:r>
    </w:p>
    <w:p>
      <w:r>
        <w:rPr>
          <w:b/>
        </w:rPr>
        <w:t xml:space="preserve">[52:01] </w:t>
      </w:r>
      <w:r>
        <w:t>maulana, agla sawal dilli se hai, miss naghma siddiqui ka. unhone likha hai: "we often try to realize god, but only are able to get small moments in which eyes and heart start flowing.</w:t>
      </w:r>
    </w:p>
    <w:p>
      <w:pPr>
        <w:jc w:val="right"/>
      </w:pPr>
      <w:r>
        <w:t>مولانا، اگلا سوال دلی سے ہے، مس نغمہ صدیقی کا۔ انہوں نے لکھا ہے: "وی افن ٹرائی ٹو ریلائز گاڈ، بٹ اونلی آر ایبل ٹو گیٹ سمال مومنٹس ان وچ ائیز اینڈ ہارٹ سٹارٹ فلوئنگ۔</w:t>
      </w:r>
    </w:p>
    <w:p>
      <w:r>
        <w:rPr>
          <w:b/>
        </w:rPr>
        <w:t xml:space="preserve">[52:17] </w:t>
      </w:r>
      <w:r>
        <w:t>how can we realize god more often?"</w:t>
      </w:r>
    </w:p>
    <w:p>
      <w:pPr>
        <w:jc w:val="right"/>
      </w:pPr>
      <w:r>
        <w:t>ہاؤ کین وی ریلائز گاڈ مور افن؟"</w:t>
      </w:r>
    </w:p>
    <w:p>
      <w:r>
        <w:rPr>
          <w:b/>
        </w:rPr>
        <w:t xml:space="preserve">[52:23] </w:t>
      </w:r>
      <w:r>
        <w:t>dekhiye, yahi baat kahi thi ek sahabi ne ke rasool allah salallaho alaihi wasallam se. un ka naam tha hanzala. theek yahi baat thi ke hum ko kabhi kabhi aisa hota hai, magar barabar nahi hota.</w:t>
      </w:r>
    </w:p>
    <w:p>
      <w:pPr>
        <w:jc w:val="right"/>
      </w:pPr>
      <w:r>
        <w:t>دیکھیے، یہی بات کہی تھی ایک صحابی نے کہ رسول اللہ صلی اللہ علیہ وسلم سے۔ ان کا نام تھا حنزلہ۔ ٹھیک یہی بات تھی کہ ہم کو کبھی کبھی ایسا ہوتا ہے، مگر برابر نہیں ہوتا۔</w:t>
      </w:r>
    </w:p>
    <w:p>
      <w:r>
        <w:rPr>
          <w:b/>
        </w:rPr>
        <w:t xml:space="preserve">[52:42] </w:t>
      </w:r>
      <w:r>
        <w:t>to rasool allah ne farmaya tha ke: "ahyanan ya hanzala, aey hanzala! yeh cheez kuch kuch waqt hi ke liye hoti hai, musalsal nahi hoti."</w:t>
      </w:r>
    </w:p>
    <w:p>
      <w:pPr>
        <w:jc w:val="right"/>
      </w:pPr>
      <w:r>
        <w:t>تو رسول اللہ نے فرمایا تھا کہ: "احیانا یا حنزلہ، اے حنزلہ! یہ چیز کچھ کچھ وقت ہی کے لیے ہوتی ہے، مسلسل نہیں ہوتی۔</w:t>
      </w:r>
    </w:p>
    <w:p>
      <w:r>
        <w:rPr>
          <w:b/>
        </w:rPr>
        <w:t xml:space="preserve">[52:53] </w:t>
      </w:r>
      <w:r>
        <w:t>kyunke musalsal agar ho to insan zinda na reh sake. yaad rakhiye, Allah ki rehmat hai ke musalsal woh nahi deta kisi ko.</w:t>
      </w:r>
    </w:p>
    <w:p>
      <w:pPr>
        <w:jc w:val="right"/>
      </w:pPr>
      <w:r>
        <w:t>کیونکہ مسلسل اگر ہو تو انسان زندہ نہ رہ سکے۔" یاد رکھیے، اللہ کی رحمت ہے کہ مسلسل وہ نہیں دیتا کسی کو۔</w:t>
      </w:r>
    </w:p>
    <w:p>
      <w:r>
        <w:rPr>
          <w:b/>
        </w:rPr>
        <w:t xml:space="preserve">[53:03] </w:t>
      </w:r>
      <w:r>
        <w:t>phir insan pagal ho jayega, insan zinda nahi reh sakega.</w:t>
      </w:r>
    </w:p>
    <w:p>
      <w:pPr>
        <w:jc w:val="right"/>
      </w:pPr>
      <w:r>
        <w:t>پھر انسان پاگل ہو جائے گا، انسان زندہ نہیں رہ سکے گا۔</w:t>
      </w:r>
    </w:p>
    <w:p>
      <w:r>
        <w:rPr>
          <w:b/>
        </w:rPr>
        <w:t xml:space="preserve">[53:11] </w:t>
      </w:r>
      <w:r>
        <w:t>to wahi matloob hai, walakin ahyaanan ya hanzala, qaalib yeh alfaaz hain. lekin aye hanzala, woh waqti taur par hi kuch kuch sa'at ke liye hoga, aur isi ko kaafi samjho, isi par shukr karo.</w:t>
      </w:r>
    </w:p>
    <w:p>
      <w:pPr>
        <w:jc w:val="right"/>
      </w:pPr>
      <w:r>
        <w:t>تو وہی مطلوب ہے، ولكن احیانا یا حنزلہ، قالب یہ الفاظ ہیں۔ لیکن اے حنزلہ، وہ وقتی طور پر ہی کچھ کچھ ساعت کے لیے ہوگا، اور اسی کو کافی سمجھو، اسی پر شکر کرو۔</w:t>
      </w:r>
    </w:p>
    <w:p>
      <w:r>
        <w:rPr>
          <w:b/>
        </w:rPr>
        <w:t xml:space="preserve">[53:29] </w:t>
      </w:r>
      <w:r>
        <w:t>is hadith ko aap padhein, is ko mutala karein, woh bohat acha, is is cheez ka bohat acha jawab hai.</w:t>
      </w:r>
    </w:p>
    <w:p>
      <w:pPr>
        <w:jc w:val="right"/>
      </w:pPr>
      <w:r>
        <w:t>اس حدیث کو آپ پڑھیں، اس کو مطالعہ کریں، وہ بہت اچھا، اس اس چیز کا بہت اچھا جواب ہے۔</w:t>
      </w:r>
    </w:p>
    <w:p>
      <w:r>
        <w:rPr>
          <w:b/>
        </w:rPr>
        <w:t xml:space="preserve">[53:37] </w:t>
      </w:r>
      <w:r>
        <w:t>is hadith mein</w:t>
      </w:r>
    </w:p>
    <w:p>
      <w:pPr>
        <w:jc w:val="right"/>
      </w:pPr>
      <w:r>
        <w:t>اس حدیث میں</w:t>
      </w:r>
    </w:p>
    <w:p>
      <w:r>
        <w:rPr>
          <w:b/>
        </w:rPr>
        <w:t xml:space="preserve">[53:41] </w:t>
      </w:r>
      <w:r>
        <w:t>maulana, agla sawal dilli se hai, abdul rehman sahab ka. unhon ne likha hai: "maulana sahab! will those who get punishment in this world for their wrong doings?</w:t>
      </w:r>
    </w:p>
    <w:p>
      <w:pPr>
        <w:jc w:val="right"/>
      </w:pPr>
      <w:r>
        <w:t>مولانا، اگلا سوال دلی سے ہے، عبدالرحمن صاحب کا۔ انہوں نے لکھا ہے: "مولانا صاحب! ول دوز ہو گیٹ پنشمنٹ ان دس ورلڈ فار دیر رونگ ڈوئنگز؟</w:t>
      </w:r>
    </w:p>
    <w:p>
      <w:r>
        <w:rPr>
          <w:b/>
        </w:rPr>
        <w:t xml:space="preserve">[53:54] </w:t>
      </w:r>
      <w:r>
        <w:t>be also punished in the hereafter for the same?"</w:t>
      </w:r>
    </w:p>
    <w:p>
      <w:pPr>
        <w:jc w:val="right"/>
      </w:pPr>
      <w:r>
        <w:t>بی السو پنشڈ ان دا ہیئر افٹر فار دا سیم؟"</w:t>
      </w:r>
    </w:p>
    <w:p>
      <w:r>
        <w:rPr>
          <w:b/>
        </w:rPr>
        <w:t xml:space="preserve">[54:03] </w:t>
      </w:r>
      <w:r>
        <w:t>yani punishment se kya murad? legal punishment court ke zariye se</w:t>
      </w:r>
    </w:p>
    <w:p>
      <w:pPr>
        <w:jc w:val="right"/>
      </w:pPr>
      <w:r>
        <w:t>یعنی پنشمنٹ سے کیا مراد؟ لیگل پنشمنٹ کورٹ کے ذریعے سے</w:t>
      </w:r>
    </w:p>
    <w:p>
      <w:r>
        <w:rPr>
          <w:b/>
        </w:rPr>
        <w:t xml:space="preserve">[54:09] </w:t>
      </w:r>
      <w:r>
        <w:t>? Maulana, general sense mein lag raha hai, likha nahi hai unhon ne. baat dekhein, agar is se murad legal punishment hai jo court ke zariye hoti hai, to woh alag cheez hai.</w:t>
      </w:r>
    </w:p>
    <w:p>
      <w:pPr>
        <w:jc w:val="right"/>
      </w:pPr>
      <w:r>
        <w:t>؟ مولانا، جنرل سینس میں لگ رہا ہے، لکھا نہیں ہے انہوں نے۔ بات دیکھیں، اگر اس سے مراد لیگل پنشمنٹ ہے جو کورٹ کے ذریعے ہوتی ہے، تو وہ الگ چیز ہے۔</w:t>
      </w:r>
    </w:p>
    <w:p>
      <w:r>
        <w:rPr>
          <w:b/>
        </w:rPr>
        <w:t xml:space="preserve">[54:20] </w:t>
      </w:r>
      <w:r>
        <w:t>is se akhirat ki punishment saakit nahi hoti, woh alag cheez hai, woh alag cheez hai. yeh legal punishment to social harmony ko maintain karne ke liye hoti hai.</w:t>
      </w:r>
    </w:p>
    <w:p>
      <w:pPr>
        <w:jc w:val="right"/>
      </w:pPr>
      <w:r>
        <w:t>اس سے آخرت کی پنشمنٹ ساکت نہیں ہوتی، وہ الگ چیز ہے، وہ الگ چیز ہے۔ یہ لیگل پنشمنٹ تو سوشل ہارمونی کو مینٹین کرنے کے لیے ہوتی ہے۔</w:t>
      </w:r>
    </w:p>
    <w:p>
      <w:r>
        <w:rPr>
          <w:b/>
        </w:rPr>
        <w:t xml:space="preserve">[54:35] </w:t>
      </w:r>
      <w:r>
        <w:t>yani society mein aman rahe, society mein khalal waqe na ho, to society ko ek darje ke aman baqi rahe, us ke liye hoti hai legal punishment.</w:t>
      </w:r>
    </w:p>
    <w:p>
      <w:pPr>
        <w:jc w:val="right"/>
      </w:pPr>
      <w:r>
        <w:t>یعنی سوسائٹی میں امن رہے، سوسائٹی میں خلل واقع نہ ہو، تو سوسائٹی کو ایک درجے کے امن باقی رہے، اس کے لیے ہوتی ہے لیگل پنشمنٹ۔</w:t>
      </w:r>
    </w:p>
    <w:p>
      <w:r>
        <w:rPr>
          <w:b/>
        </w:rPr>
        <w:t xml:space="preserve">[54:51] </w:t>
      </w:r>
      <w:r>
        <w:t>baqi jo akhirat ki punishment hai, woh is se bohat zyada aage ka mamla hai.</w:t>
      </w:r>
    </w:p>
    <w:p>
      <w:pPr>
        <w:jc w:val="right"/>
      </w:pPr>
      <w:r>
        <w:t>باقی جو آخرت کی پنشمنٹ ہے، وہ اس سے بہت زیادہ آگے کا معاملہ ہے۔</w:t>
      </w:r>
    </w:p>
    <w:p>
      <w:r>
        <w:rPr>
          <w:b/>
        </w:rPr>
        <w:t xml:space="preserve">[54:57] </w:t>
      </w:r>
      <w:r>
        <w:t>is ka mamla poori creation se hai, insan ke wajood se hai, insan ki Allah ki jo blessing hai, us ke is se hai. woh sirf, yani sirf social noiyat ki cheez nahi hai.</w:t>
      </w:r>
    </w:p>
    <w:p>
      <w:pPr>
        <w:jc w:val="right"/>
      </w:pPr>
      <w:r>
        <w:t>اس کا معاملہ پوری کریشن سے ہے، انسان کے وجود سے ہے، انسان کی اللہ کی جو بلیسنگ ہے، اس کے اس سے ہے۔ وہ صرف، یعنی صرف سوشل نوعیت کی چیز نہیں ہے۔</w:t>
      </w:r>
    </w:p>
    <w:p>
      <w:r>
        <w:rPr>
          <w:b/>
        </w:rPr>
        <w:t xml:space="preserve">[55:09] </w:t>
      </w:r>
      <w:r>
        <w:t>woh</w:t>
      </w:r>
    </w:p>
    <w:p>
      <w:pPr>
        <w:jc w:val="right"/>
      </w:pPr>
      <w:r>
        <w:t>وہ</w:t>
      </w:r>
    </w:p>
    <w:p>
      <w:r>
        <w:rPr>
          <w:b/>
        </w:rPr>
        <w:t xml:space="preserve">[55:13] </w:t>
      </w:r>
      <w:r>
        <w:t>Maulana, un ka doosra sawal yeh hai, unhon ne likha hai: "these days more and more people are undergoing prayer without covering their heads, which seems a little bit awkward and undisciplined.</w:t>
      </w:r>
    </w:p>
    <w:p>
      <w:pPr>
        <w:jc w:val="right"/>
      </w:pPr>
      <w:r>
        <w:t>مولانا، ان کا دوسرا سوال یہ ہے، انہوں نے لکھا ہے: "دیز ڈیز مور اینڈ مور پیپل آر انڈر گوئنگ پریئر ودا آؤٹ کورنگ دیر ہیڈز، وچ سیمز ا لٹل بٹ اکورڈ اینڈ ان ڈسپلنڈ۔</w:t>
      </w:r>
    </w:p>
    <w:p>
      <w:r>
        <w:rPr>
          <w:b/>
        </w:rPr>
        <w:t xml:space="preserve">[55:27] </w:t>
      </w:r>
      <w:r>
        <w:t>please advise the stand of Islam in such matters." dekhein, namaz ka ta'alluq sar dhakne se nahi hai. yeh bohat bari bhool hai ke agar aap samjhein ke sar dhak liya to namaz ho gayi,</w:t>
      </w:r>
    </w:p>
    <w:p>
      <w:pPr>
        <w:jc w:val="right"/>
      </w:pPr>
      <w:r>
        <w:t>پلیز ایڈوائز دا سٹینڈ آف اسلام ان سچ میٹرز۔" دیکھیں، نماز کا تعلق سر ڈھکنے سے نہیں ہے۔ یہ بہت بڑی بھول ہے کہ اگر آپ سمجھیں کہ سر ڈھک لیا تو نماز ہو گئی،</w:t>
      </w:r>
    </w:p>
    <w:p>
      <w:r>
        <w:rPr>
          <w:b/>
        </w:rPr>
        <w:t xml:space="preserve">[55:40] </w:t>
      </w:r>
      <w:r>
        <w:t>nahi dhaka to namaz nahi hui. yeh namaz ko understatement karna hai, yeh namaz ko understatement karna hai ke sar dhak liya to namaz ho gayi, aur nahi dhaka to namaz nahi hui.</w:t>
      </w:r>
    </w:p>
    <w:p>
      <w:pPr>
        <w:jc w:val="right"/>
      </w:pPr>
      <w:r>
        <w:t>نہیں ڈھکا تو نماز نہیں ہوئی۔ یہ نماز کو انڈرسٹیمنٹ کرنا ہے، یہ نماز کو انڈرسٹیمنٹ کرنا ہے کہ سر ڈھک لیا تو نماز ہو گئی، اور نہیں ڈھکا تو نماز نہیں ہوئی۔</w:t>
      </w:r>
    </w:p>
    <w:p>
      <w:r>
        <w:rPr>
          <w:b/>
        </w:rPr>
        <w:t xml:space="preserve">[55:55] </w:t>
      </w:r>
      <w:r>
        <w:t>bilkul aise log jo hain, namaz ka lafz bolne ka haq nahi rakhte. woh</w:t>
      </w:r>
    </w:p>
    <w:p>
      <w:pPr>
        <w:jc w:val="right"/>
      </w:pPr>
      <w:r>
        <w:t>بالکل ایسے لوگ جو ہیں، نماز کا لفظ بولنے کا حق نہیں رکھتے۔ وہ</w:t>
      </w:r>
    </w:p>
    <w:p>
      <w:r>
        <w:rPr>
          <w:b/>
        </w:rPr>
        <w:t xml:space="preserve">[56:01] </w:t>
      </w:r>
      <w:r>
        <w:t>dekhiye, hadith mein aata hai ke: "la salata liman la tukhshaa." is ki namaz, namaz nahi jis ke andar khushu na ho.</w:t>
      </w:r>
    </w:p>
    <w:p>
      <w:pPr>
        <w:jc w:val="right"/>
      </w:pPr>
      <w:r>
        <w:t>دیکھیے، حدیث میں آتا ہے کہ: "لا صلاۃ لمن لا تخشہ۔" اس کی نماز، نماز نہیں جس کے اندر خشوع نہ ہو۔</w:t>
      </w:r>
    </w:p>
    <w:p>
      <w:r>
        <w:rPr>
          <w:b/>
        </w:rPr>
        <w:t xml:space="preserve">[56:11] </w:t>
      </w:r>
      <w:r>
        <w:t>to masla topi ka nahi hai, balkeh khushu ka hai.</w:t>
      </w:r>
    </w:p>
    <w:p>
      <w:pPr>
        <w:jc w:val="right"/>
      </w:pPr>
      <w:r>
        <w:t>تو مسئلہ ٹوپی کا نہیں ہے، بلکہ خشوع کا ہے۔</w:t>
      </w:r>
    </w:p>
    <w:p>
      <w:r>
        <w:rPr>
          <w:b/>
        </w:rPr>
        <w:t xml:space="preserve">[56:17] </w:t>
      </w:r>
      <w:r>
        <w:t>"la salata liman la tukhshaa" bohat bara yeh ek ek fitna hai. main samjhta hoon ke bas topi sar par hai to namaz ho gayi, paaon paaon ooncha hai to namaz ho gayi,</w:t>
      </w:r>
    </w:p>
    <w:p>
      <w:pPr>
        <w:jc w:val="right"/>
      </w:pPr>
      <w:r>
        <w:t>"لا صلاۃ لمن لا تخشہ" بہت بڑا یہ ایک ایک فتنہ ہے۔ میں سمجھتا ہوں کہ بس ٹوپی سر پر ہے تو نماز ہو گئی، پاؤں پاؤں اونچا ہے تو نماز ہو گئی،</w:t>
      </w:r>
    </w:p>
    <w:p>
      <w:r>
        <w:rPr>
          <w:b/>
        </w:rPr>
        <w:t xml:space="preserve">[56:29] </w:t>
      </w:r>
      <w:r>
        <w:t>harghiz nahi. khushu hai to namaz hui, nahi to nahi hui. "la salata liman la tukhshaa"</w:t>
      </w:r>
    </w:p>
    <w:p>
      <w:pPr>
        <w:jc w:val="right"/>
      </w:pPr>
      <w:r>
        <w:t>ہرگز نہیں۔ خشوع ہے تو نماز ہوئی، نہیں تو نہیں ہوئی۔ "لا صلاۃ لمن لا تخشہ"</w:t>
      </w:r>
    </w:p>
    <w:p>
      <w:r>
        <w:rPr>
          <w:b/>
        </w:rPr>
        <w:t xml:space="preserve">[56:39] </w:t>
      </w:r>
      <w:r>
        <w:t>aur bohat si hadith hain, is ki tafseel mein jaane ki zarurat nahi hai. khulasa yeh main kahunga ke paajaon, pajama ooncha hai, neecha hai, sar par topi hai, nahi topi hai, is se namaz ke hone ya na hone ka koi ta'alluq nahi hai.</w:t>
      </w:r>
    </w:p>
    <w:p>
      <w:pPr>
        <w:jc w:val="right"/>
      </w:pPr>
      <w:r>
        <w:t>اور بہت سی حدیثیں ہیں، اس کی تفصیل میں جانے کی ضرورت نہیں ہے۔ خلاصہ یہ میں کہوں گا کہ پاجاؤں، پاجامہ اونچا ہے، نیچا ہے، سر پر ٹوپی ہے، نہیں ٹوپی ہے، اس سے نماز کے ہونے یا نہ ہونے کا کوئی تعلق نہیں ہے۔</w:t>
      </w:r>
    </w:p>
    <w:p>
      <w:r>
        <w:rPr>
          <w:b/>
        </w:rPr>
        <w:t xml:space="preserve">[56:56] </w:t>
      </w:r>
      <w:r>
        <w:t>namaz hone na hone ka ta'alluq yeh hai ke dil mein khushu hai ya nahi,</w:t>
      </w:r>
    </w:p>
    <w:p>
      <w:pPr>
        <w:jc w:val="right"/>
      </w:pPr>
      <w:r>
        <w:t>نماز ہونے نہ ہونے کا تعلق یہ ہے کہ دل میں خشوع ہے یا نہیں،</w:t>
      </w:r>
    </w:p>
    <w:p>
      <w:r>
        <w:rPr>
          <w:b/>
        </w:rPr>
        <w:t xml:space="preserve">[57:03] </w:t>
      </w:r>
      <w:r>
        <w:t>is se namaz ke hone ya na hone ka ta'alluq hai.</w:t>
      </w:r>
    </w:p>
    <w:p>
      <w:pPr>
        <w:jc w:val="right"/>
      </w:pPr>
      <w:r>
        <w:t>اس سے نماز کے ہونے یا نہ ہونے کا تعلق ہے۔</w:t>
      </w:r>
    </w:p>
    <w:p>
      <w:r>
        <w:rPr>
          <w:b/>
        </w:rPr>
        <w:t xml:space="preserve">[57:10] </w:t>
      </w:r>
      <w:r>
        <w:t>Maulana, agla sawal Ajmer se hai, Doctor Safina Tabassum ka. Unhon ne likha hai: "The process of discovering of nature was initiated by Prophet Muhammad."</w:t>
      </w:r>
    </w:p>
    <w:p>
      <w:pPr>
        <w:jc w:val="right"/>
      </w:pPr>
      <w:r>
        <w:t>مولانا، اگلا سوال اجمیر سے ہے، ڈاکٹر سفینہ تبسم کا۔ انہوں نے لکھا ہے: "دی پروسیس آف ڈسکورنگ آف نیچر واز انیشیٹڈ بائے پرافٹ محمد۔"</w:t>
      </w:r>
    </w:p>
    <w:p>
      <w:r>
        <w:rPr>
          <w:b/>
        </w:rPr>
        <w:t xml:space="preserve">[57:23] </w:t>
      </w:r>
      <w:r>
        <w:t>Maulana Sahib, my question is that: why Muslims are still unaware, in unaware of this fact? Bhai, Musalmanon ki vakalat karna mera kaam nahin hai.</w:t>
      </w:r>
    </w:p>
    <w:p>
      <w:pPr>
        <w:jc w:val="right"/>
      </w:pPr>
      <w:r>
        <w:t>مولانا صاحب، مائی کوئسچن از دیٹ: وائی مسلمز آر سٹل اویئر، ان اویئر آف دس فیکٹ؟ بھئی، مسلمانوں کی وکالت کرنا میرا کام نہیں ہے۔</w:t>
      </w:r>
    </w:p>
    <w:p>
      <w:r>
        <w:rPr>
          <w:b/>
        </w:rPr>
        <w:t xml:space="preserve">[57:34] </w:t>
      </w:r>
      <w:r>
        <w:t>aap mujh se yeh sawal kyun karte hain? "I am not advocate of Musalman, I am advocate of Islam."</w:t>
      </w:r>
    </w:p>
    <w:p>
      <w:pPr>
        <w:jc w:val="right"/>
      </w:pPr>
      <w:r>
        <w:t>آپ مجھ سے یہ سوال کیوں کرتے ہیں؟ "آئی ایم ناٹ ایڈووکیٹ آف مسلمز، آئی ایم ایڈووکیٹ آف اسلام۔"</w:t>
      </w:r>
    </w:p>
    <w:p>
      <w:r>
        <w:rPr>
          <w:b/>
        </w:rPr>
        <w:t xml:space="preserve">[57:44] </w:t>
      </w:r>
      <w:r>
        <w:t>"I am advocate of Islam, I am not advocate of Musalman." aap ko puchna hai to un logon ke aas pas bahut se musalman honge, un se puch li jiye.</w:t>
      </w:r>
    </w:p>
    <w:p>
      <w:pPr>
        <w:jc w:val="right"/>
      </w:pPr>
      <w:r>
        <w:t>"آئی ایم ایڈووکیٹ آف اسلام، آئی ایم ناٹ ایڈووکیٹ آف مسلمز۔" آپ کو پوچھنا ہے تو ان لوگوں کے آس پاس بہت سے مسلمان ہوں گے، ان سے پوچھ لیجئے۔</w:t>
      </w:r>
    </w:p>
    <w:p>
      <w:r>
        <w:rPr>
          <w:b/>
        </w:rPr>
        <w:t xml:space="preserve">[57:52] </w:t>
      </w:r>
      <w:r>
        <w:t>aap ke aas pas bahut se musalman honge, un se punchen. main sirf woh batane ke liye yahan aata hoon ke islam mein kya hai, quran mein kya hai, hadith mein kya hai, rasool allah ka tareeqa kya tha, sahaba ka tareeqa kya tha, yeh mujh se punchen.</w:t>
      </w:r>
    </w:p>
    <w:p>
      <w:pPr>
        <w:jc w:val="right"/>
      </w:pPr>
      <w:r>
        <w:t>آپ کے آس پاس بہت سے مسلمان ہوں گے، ان سے پوچھیں۔ میں صرف وہ بتانے کے لیے یہاں آتا ہوں کہ اسلام میں کیا ہے، قرآن میں کیا ہے، حدیث میں کیا ہے، رسول اللہ کا طریقہ کیا تھا، صحابہ کا طریقہ کیا تھا، یہ مجھ سے پوچھیں۔</w:t>
      </w:r>
    </w:p>
    <w:p>
      <w:r>
        <w:rPr>
          <w:b/>
        </w:rPr>
        <w:t xml:space="preserve">[58:05] </w:t>
      </w:r>
      <w:r>
        <w:t>baqi puchna hai to musalmanon ke aas pas bahut hain, aap ko un se punchen.</w:t>
      </w:r>
    </w:p>
    <w:p>
      <w:pPr>
        <w:jc w:val="right"/>
      </w:pPr>
      <w:r>
        <w:t>باقی پوچھنا ہے تو مسلمانوں کے آس پاس بہت ہیں، آپ کو ان سے پوچھیں۔</w:t>
      </w:r>
    </w:p>
    <w:p>
      <w:r>
        <w:rPr>
          <w:b/>
        </w:rPr>
        <w:t xml:space="preserve">[58:12] </w:t>
      </w:r>
      <w:r>
        <w:t>maulana, agla sawal dili se hai, kousar ali sabri sahib</w:t>
      </w:r>
    </w:p>
    <w:p>
      <w:pPr>
        <w:jc w:val="right"/>
      </w:pPr>
      <w:r>
        <w:t>مولانا، اگلا سوال دلی سے ہے، کوثر علی صابری صاحب</w:t>
      </w:r>
    </w:p>
    <w:p>
      <w:r>
        <w:rPr>
          <w:b/>
        </w:rPr>
        <w:t xml:space="preserve">[58:16] </w:t>
      </w:r>
      <w:r>
        <w:t>ka. unhon ne likha hai: "kya allah ki rahimi aur karimi qayamat ke din bhi hogi ya sirf dunya mein hai?" is ke bare mein yeh sab se bara door to qayamat hi hoga.</w:t>
      </w:r>
    </w:p>
    <w:p>
      <w:pPr>
        <w:jc w:val="right"/>
      </w:pPr>
      <w:r>
        <w:t>کا۔ انہوں نے لکھا ہے: "کیا اللہ کی رحیمی اور کریمی قیامت کے دن بھی ہوگی یا صرف دنیا میں ہے؟" اس کے بارے میں یہ سب سے بڑا دور تو قیامت ہی ہوگا۔</w:t>
      </w:r>
    </w:p>
    <w:p>
      <w:r>
        <w:rPr>
          <w:b/>
        </w:rPr>
        <w:t xml:space="preserve">[58:29] </w:t>
      </w:r>
      <w:r>
        <w:t>dunya mein to bahut mahdood hota hai.</w:t>
      </w:r>
    </w:p>
    <w:p>
      <w:pPr>
        <w:jc w:val="right"/>
      </w:pPr>
      <w:r>
        <w:t>دنیا میں تو بہت محدود ہوتا ہے۔</w:t>
      </w:r>
    </w:p>
    <w:p>
      <w:r>
        <w:rPr>
          <w:b/>
        </w:rPr>
        <w:t xml:space="preserve">[58:34] </w:t>
      </w:r>
      <w:r>
        <w:t>sab se bari rehmat allah taala ki hai ke kisi ko jannat mein dakhil kare. woh</w:t>
      </w:r>
    </w:p>
    <w:p>
      <w:pPr>
        <w:jc w:val="right"/>
      </w:pPr>
      <w:r>
        <w:t>سب سے بڑی رحمت اللہ تعالیٰ کی ہے کہ کسی کو جنت میں داخل کرے۔ وہ</w:t>
      </w:r>
    </w:p>
    <w:p>
      <w:r>
        <w:rPr>
          <w:b/>
        </w:rPr>
        <w:t xml:space="preserve">[58:40] </w:t>
      </w:r>
      <w:r>
        <w:t>sab se bara jo zahira hoga rehmat ka ke kisi ke liye jannat mein dakhila to aap samajhte hain ke jannat mein dakhila is tarah hoga ke topi sar par rakh li, aap pajama ooncha kar liya ya dadi lambi kar li.</w:t>
      </w:r>
    </w:p>
    <w:p>
      <w:pPr>
        <w:jc w:val="right"/>
      </w:pPr>
      <w:r>
        <w:t>سب سے بڑا جو ظاہرہ ہوگا رحمت کا کہ کسی کے لیے جنت میں داخلہ تو آپ سمجھتے ہیں کہ جنت میں داخلہ اس طرح ہوگا کہ ٹوپی سر پر رکھ لی، آپ پاجامہ اونچا کر لیا یا داڑھی لمبی کر لی۔</w:t>
      </w:r>
    </w:p>
    <w:p>
      <w:r>
        <w:rPr>
          <w:b/>
        </w:rPr>
        <w:t xml:space="preserve">[58:59] </w:t>
      </w:r>
      <w:r>
        <w:t>woh rehmat se hoga, rehmat se hog</w:t>
      </w:r>
    </w:p>
    <w:p>
      <w:pPr>
        <w:jc w:val="right"/>
      </w:pPr>
      <w:r>
        <w:t>وہ رحمت سے ہوگا، رحمت سے ہوگ</w:t>
      </w:r>
    </w:p>
    <w:p>
      <w:r>
        <w:rPr>
          <w:b/>
        </w:rPr>
        <w:t xml:space="preserve">[59:02] </w:t>
      </w:r>
      <w:r>
        <w:t>a. dekhiye, hadith mein aata hai ke rasool allah ne farmaya ke jannat mein dakhila amal se nahin hoga, rehmat se hoga. is ka matlab nahin ke amal na kijiye ke tum kitni zyada amal karo, lekin woh jannat ki qeemat nahin hai.</w:t>
      </w:r>
    </w:p>
    <w:p>
      <w:pPr>
        <w:jc w:val="right"/>
      </w:pPr>
      <w:r>
        <w:t>ا۔ دیکھیے، حدیث میں آتا ہے کہ رسول اللہ نے فرمایا کہ جنت میں داخلہ عمل سے نہیں ہوگا، رحمت سے ہوگا۔ اس کا مطلب نہیں کہ عمل نہ کیجئے کہ تم کتنی زیادہ عمل کرو، لیکن وہ جنت کی قیمت نہیں ہے۔</w:t>
      </w:r>
    </w:p>
    <w:p>
      <w:r>
        <w:rPr>
          <w:b/>
        </w:rPr>
        <w:t xml:space="preserve">[59:17] </w:t>
      </w:r>
      <w:r>
        <w:t>woh jannat is se zyada qeemti hai ke tumhara koi amal is ki qeemat bane.</w:t>
      </w:r>
    </w:p>
    <w:p>
      <w:pPr>
        <w:jc w:val="right"/>
      </w:pPr>
      <w:r>
        <w:t>وہ جنت اس سے زیادہ قیمتی ہے کہ تمہارا کوئی عمل اس کی قیمت بنے۔</w:t>
      </w:r>
    </w:p>
    <w:p>
      <w:r>
        <w:rPr>
          <w:b/>
        </w:rPr>
        <w:t xml:space="preserve">[59:26] </w:t>
      </w:r>
      <w:r>
        <w:t>to aisha ne pucha, hazrat aisha ne pucha ke aap ka bhi aise mamla hoga? to aap ne farmaya ke haan, aya ya ya aisha, ila birahmat minh fadli,</w:t>
      </w:r>
    </w:p>
    <w:p>
      <w:pPr>
        <w:jc w:val="right"/>
      </w:pPr>
      <w:r>
        <w:t>تو عائشہ نے پوچھا، حضرت عائشہ نے پوچھا کہ آپ کا بھی ایسے معاملہ ہوگا؟ تو آپ نے فرمایا کہ ہاں، آیا یا یا عائشہ، الا برحمت منہ فضلی،</w:t>
      </w:r>
    </w:p>
    <w:p>
      <w:r>
        <w:rPr>
          <w:b/>
        </w:rPr>
        <w:t xml:space="preserve">[59:41] </w:t>
      </w:r>
      <w:r>
        <w:t>ila birahmat minh fadli. yani allah mujh ko apni rehmat se dhanp le. to sab se bara rehmat jo hai allah taala ki</w:t>
      </w:r>
    </w:p>
    <w:p>
      <w:pPr>
        <w:jc w:val="right"/>
      </w:pPr>
      <w:r>
        <w:t>الا برحمت منہ فضلی۔ یعنی اللہ مجھ کو اپنی رحمت سے ڈھانپ لے۔ تو سب سے بڑا رحمت جو ہے اللہ تعالیٰ کی</w:t>
      </w:r>
    </w:p>
    <w:p>
      <w:r>
        <w:rPr>
          <w:b/>
        </w:rPr>
        <w:t xml:space="preserve">[59:51] </w:t>
      </w:r>
      <w:r>
        <w:t>, yeh woh to yahi hai ke ek insan, kisi insan ko apni rehmat se woh jannat mein dakhila de de. sab se bari rehmat to yahi hai na?</w:t>
      </w:r>
    </w:p>
    <w:p>
      <w:pPr>
        <w:jc w:val="right"/>
      </w:pPr>
      <w:r>
        <w:t>، یہ وہ تو یہی ہے کہ ایک انسان، کسی انسان کو اپنی رحمت سے وہ جنت میں داخلہ دے دے۔ سب سے بڑی رحمت تو یہی ہے نا؟</w:t>
      </w:r>
    </w:p>
    <w:p>
      <w:r>
        <w:rPr>
          <w:b/>
        </w:rPr>
        <w:t xml:space="preserve">[1:00:01] </w:t>
      </w:r>
      <w:r>
        <w:t>kitabat hi rehmat hai. maulana, agla sawal ahmad fuad sahib ne kiya hai, dhampur bijnor se. unhon ne likha hai: "maulana, allah ke ismat zaat o sifat ka wird fart-e-mohabbat se karna, jaisa ke ashghal-e-soufiyah mein hota hai,</w:t>
      </w:r>
    </w:p>
    <w:p>
      <w:pPr>
        <w:jc w:val="right"/>
      </w:pPr>
      <w:r>
        <w:t>کتابت ہی رحمت ہے۔ مولانا، اگلا سوال احمد فواد صاحب نے کیا ہے، دھامپور بجنور سے۔ انہوں نے لکھا ہے: "مولانا، اللہ کے عصمت ذات و صفات کا ورد فرط محبت سے کرنا، جیسا کہ اشغال صوفیاء میں ہوتا ہے،</w:t>
      </w:r>
    </w:p>
    <w:p>
      <w:r>
        <w:rPr>
          <w:b/>
        </w:rPr>
        <w:t xml:space="preserve">[1:00:21] </w:t>
      </w:r>
      <w:r>
        <w:t>kya in asmaa ki kuch batini meaning bhi hai?" maulana amin ahsan islahi sahib ne bhi tadabbur mein amliyat aur is ke asraat ka isbat kiya hai.</w:t>
      </w:r>
    </w:p>
    <w:p>
      <w:pPr>
        <w:jc w:val="right"/>
      </w:pPr>
      <w:r>
        <w:t>کیا ان اسماء کی کچھ باطنی میننگ بھی ہے؟" مولانا امین احسن اصلاحی صاحب نے بھی تدبر میں عملیت اور اس کے اثرات کا اثبات کیا ہے۔</w:t>
      </w:r>
    </w:p>
    <w:p>
      <w:r>
        <w:rPr>
          <w:b/>
        </w:rPr>
        <w:t xml:space="preserve">[1:00:32] </w:t>
      </w:r>
      <w:r>
        <w:t>is ke bare mein batayen. dekhiye, yeh sab baaton ko main bilkul be-asar samajhta hoon. meri rai agar aap ko janna hai to meri kitab padhiye, kitab marifat.</w:t>
      </w:r>
    </w:p>
    <w:p>
      <w:pPr>
        <w:jc w:val="right"/>
      </w:pPr>
      <w:r>
        <w:t>اس کے بارے میں بتائیں۔ دیکھیے، یہ سب باتوں کو میں بالکل بے اثر سمجھتا ہوں۔ میری رائے اگر آپ کو جاننا ہے تو میری کتاب پڑھیے، کتاب معرفت۔</w:t>
      </w:r>
    </w:p>
    <w:p>
      <w:r>
        <w:rPr>
          <w:b/>
        </w:rPr>
        <w:t xml:space="preserve">[1:00:42] </w:t>
      </w:r>
      <w:r>
        <w:t>yeh jo tareeqe chale aa rahe hain, in tareeqon ko main bilkul hi be-asar samajhta hoon, beslis.</w:t>
      </w:r>
    </w:p>
    <w:p>
      <w:pPr>
        <w:jc w:val="right"/>
      </w:pPr>
      <w:r>
        <w:t>یہ جو طریقے چلے آ رہے ہیں، ان طریقوں کو میں بالکل ہی بے اثر سمجھتا ہوں، بیسلیس۔</w:t>
      </w:r>
    </w:p>
    <w:p>
      <w:r>
        <w:rPr>
          <w:b/>
        </w:rPr>
        <w:t xml:space="preserve">[1:00:49] </w:t>
      </w:r>
      <w:r>
        <w:t>meri rai agar aap ko janna hai to meri kitab hai, kitab marifat, moti si. us ko padhiye, us mein aap ko maloom ho jayega.</w:t>
      </w:r>
    </w:p>
    <w:p>
      <w:pPr>
        <w:jc w:val="right"/>
      </w:pPr>
      <w:r>
        <w:t>میری رائے اگر آپ کو جاننا ہے تو میری کتاب ہے، کتاب معرفت، موٹی سی۔ اس کو پڑھیے، اس میں آپ کو معلوم ہو جائے گا۔</w:t>
      </w:r>
    </w:p>
    <w:p>
      <w:r>
        <w:rPr>
          <w:b/>
        </w:rPr>
        <w:t xml:space="preserve">[1:00:59] </w:t>
      </w:r>
      <w:r>
        <w:t>Maulana, agla sawal Mehtab Ahmad sahib ne kiya hai, Dhampur se. Unhon ne likha hai: "Maulana, please guide us as to how we can know whether we are getting close to Allah or not?"</w:t>
      </w:r>
    </w:p>
    <w:p>
      <w:pPr>
        <w:jc w:val="right"/>
      </w:pPr>
      <w:r>
        <w:t>مولانا، اگلا سوال مہتاب احمد صاحب نے کیا ہے، دھامپور سے۔ انہوں نے لکھا ہے: "مولانا، پلیز گائیڈ اس ایز ٹو ہاؤ وی کین نو دیٹ ویدر وی آر گیٹنگ کلوز ٹو اللہ اور ناٹ؟"</w:t>
      </w:r>
    </w:p>
    <w:p>
      <w:r>
        <w:rPr>
          <w:b/>
        </w:rPr>
        <w:t xml:space="preserve">[1:01:16] </w:t>
      </w:r>
      <w:r>
        <w:t>dekhiye, yeh sawal karne ki baat nahin hai. kisi ko bhi yeh pata nahin hota ke woh allah is ke qareeb ho raha hai ya door ho raha hai.</w:t>
      </w:r>
    </w:p>
    <w:p>
      <w:pPr>
        <w:jc w:val="right"/>
      </w:pPr>
      <w:r>
        <w:t>دیکھیے، یہ سوال کرنے کی بات نہیں ہے۔ کسی کو بھی یہ پتہ نہیں ہوتا کہ وہ اللہ اس کے قریب ہو رہا ہے یا دور ہو رہا ہے۔</w:t>
      </w:r>
    </w:p>
    <w:p>
      <w:r>
        <w:rPr>
          <w:b/>
        </w:rPr>
        <w:t xml:space="preserve">[1:01:28] </w:t>
      </w:r>
      <w:r>
        <w:t>agar aisa ho jaye to phir phir marifat ki had aa jayegi, aur paighambar ko yeh pata nahin hota hai. aap yeh samjhen ke paighambar ko pata hota hai ke woh kitna safar tay hua hai, kitna safar baqi hai.</w:t>
      </w:r>
    </w:p>
    <w:p>
      <w:pPr>
        <w:jc w:val="right"/>
      </w:pPr>
      <w:r>
        <w:t>اگر ایسا ہو جائے تو پھر پھر معرفت کی حد آ جائے گی، اور پیغمبر کو یہ پتہ نہیں ہوتا ہے۔ آپ یہ سمجھیں کہ پیغمبر کو پتہ ہوتا ہے کہ وہ کتنا سفر طے ہوا ہے، کتنا سفر باقی ہے۔</w:t>
      </w:r>
    </w:p>
    <w:p>
      <w:r>
        <w:rPr>
          <w:b/>
        </w:rPr>
        <w:t xml:space="preserve">[1:01:42] </w:t>
      </w:r>
      <w:r>
        <w:t>yeh bilkul hi yeh soch galat hai,</w:t>
      </w:r>
    </w:p>
    <w:p>
      <w:pPr>
        <w:jc w:val="right"/>
      </w:pPr>
      <w:r>
        <w:t>یہ بالکل ہی یہ سوچ غلط ہے،</w:t>
      </w:r>
    </w:p>
    <w:p>
      <w:r>
        <w:rPr>
          <w:b/>
        </w:rPr>
        <w:t xml:space="preserve">[1:01:47] </w:t>
      </w:r>
      <w:r>
        <w:t>yeh soch galat hai. Dekhiye, Allah ka jo nizam hai, jo takhleeqi naqsha Allah taala ka hai, uske mutabiq Allah ko matloob hai ke musalsal taur par aadmi uncertainty mein jeeye,</w:t>
      </w:r>
    </w:p>
    <w:p>
      <w:pPr>
        <w:jc w:val="right"/>
      </w:pPr>
      <w:r>
        <w:t>یہ سوچ غلط ہے۔ دیکھیے، اللہ کا جو نظام ہے، جو تخلیقی نقشہ اللہ تعالیٰ کا ہے، اس کے مطابق اللہ کو مطلوب ہے کہ مسلسل طور پر آدمی انسرٹینٹی میں جیے،</w:t>
      </w:r>
    </w:p>
    <w:p>
      <w:r>
        <w:rPr>
          <w:b/>
        </w:rPr>
        <w:t xml:space="preserve">[1:02:00] </w:t>
      </w:r>
      <w:r>
        <w:t>musalsal taur par uncertainty mein. Tabhi to intellectual process chalta rehta hai. Jitni yeh khatam ho jaye to intellectual process ruk jayega.</w:t>
      </w:r>
    </w:p>
    <w:p>
      <w:pPr>
        <w:jc w:val="right"/>
      </w:pPr>
      <w:r>
        <w:t>مسلسل طور پر انسرٹینٹی میں۔ تبھی تو انٹلیکچول پروسیس چلتا رہتا ہے۔ جتنی یہ ختم ہو جائے تو انٹلیکچول پروسیس رک جائے گا۔</w:t>
      </w:r>
    </w:p>
    <w:p>
      <w:r>
        <w:rPr>
          <w:b/>
        </w:rPr>
        <w:t xml:space="preserve">[1:02:14] </w:t>
      </w:r>
      <w:r>
        <w:t>uncertainty yeh paighambar ke isi mein</w:t>
      </w:r>
    </w:p>
    <w:p>
      <w:pPr>
        <w:jc w:val="right"/>
      </w:pPr>
      <w:r>
        <w:t>انسرٹینٹی یہ پیغمبر کے اسی میں</w:t>
      </w:r>
    </w:p>
    <w:p>
      <w:r>
        <w:rPr>
          <w:b/>
        </w:rPr>
        <w:t xml:space="preserve">[1:02:16] </w:t>
      </w:r>
      <w:r>
        <w:t>rehta hai. Main aap ko misaal deta hoon, aap ko shakk na ho. Hadees baqayda maujood hai ke wallah la adri.</w:t>
      </w:r>
    </w:p>
    <w:p>
      <w:pPr>
        <w:jc w:val="right"/>
      </w:pPr>
      <w:r>
        <w:t>رہتا ہے۔ میں آپ کو مثال دیتا ہوں، آپ کو شک نہ ہو۔ حدیث باقاعدہ موجود ہے کہ واللہ لا ادری۔</w:t>
      </w:r>
    </w:p>
    <w:p>
      <w:r>
        <w:rPr>
          <w:b/>
        </w:rPr>
        <w:t xml:space="preserve">[1:02:27] </w:t>
      </w:r>
      <w:r>
        <w:t>Log to samajhte hain ke Rasool Allah jo hai, takht par Allah miyan ke dayen ya bayen baithe hue hain. Yeh sab bilkul, yaani bilkul be-asar baatein hain, be-haqeeqat.</w:t>
      </w:r>
    </w:p>
    <w:p>
      <w:pPr>
        <w:jc w:val="right"/>
      </w:pPr>
      <w:r>
        <w:t>لوگ تو سمجھتے ہیں کہ رسول اللہ جو ہے، تخت پر اللہ میاں کے دائیں یا بائیں بیٹھے ہوئے ہیں۔ یہ سب بالکل، یعنی بالکل بے اثر باتیں ہیں، بے حقیقت۔</w:t>
      </w:r>
    </w:p>
    <w:p>
      <w:r>
        <w:rPr>
          <w:b/>
        </w:rPr>
        <w:t xml:space="preserve">[1:02:38] </w:t>
      </w:r>
      <w:r>
        <w:t>Rasool Allah ki jo tasweer hai, woh is hadees mein dekhiye: wallah la adri, wallah la adri, wallah la adri, wa ana Rasool Allah ma yufal bi wala bikum.</w:t>
      </w:r>
    </w:p>
    <w:p>
      <w:pPr>
        <w:jc w:val="right"/>
      </w:pPr>
      <w:r>
        <w:t>رسول اللہ کی جو تصویر ہے، وہ اس حدیث میں دیکھیے: واللہ لا ادری، واللہ لا ادری، واللہ لا ادری، وانا رسول اللہ ما یفعل بی ولا بکم۔</w:t>
      </w:r>
    </w:p>
    <w:p>
      <w:r>
        <w:rPr>
          <w:b/>
        </w:rPr>
        <w:t xml:space="preserve">[1:02:50] </w:t>
      </w:r>
      <w:r>
        <w:t>Khuda ki qasam, main nahi jaanta, Khuda ki qasam, main nahi jaanta, Khuda ki qasam, main nahi jaanta. Agarchay main Allah ka Rasool hoon, kya kiya jayega tumhare sath aur kya kiya jayega mere sath?</w:t>
      </w:r>
    </w:p>
    <w:p>
      <w:pPr>
        <w:jc w:val="right"/>
      </w:pPr>
      <w:r>
        <w:t>خدا کی قسم، میں نہیں جانتا، خدا کی قسم، میں نہیں جانتا، خدا کی قسم، میں نہیں جانتا۔ اگرچہ میں اللہ کا رسول ہوں، کیا کیا جائے گا تمہارے ساتھ اور کیا کیا جائے گا میرے ساتھ؟</w:t>
      </w:r>
    </w:p>
    <w:p>
      <w:r>
        <w:rPr>
          <w:b/>
        </w:rPr>
        <w:t xml:space="preserve">[1:03:03] </w:t>
      </w:r>
      <w:r>
        <w:t>La adri ma yufal bi wala bikum. Yeh ayat Quran majeed ki hai: La adri ma yufal bi wala bikum.</w:t>
      </w:r>
    </w:p>
    <w:p>
      <w:pPr>
        <w:jc w:val="right"/>
      </w:pPr>
      <w:r>
        <w:t>لا ادری ما یفعل بی ولا بکم۔ یہ آیت قرآن مجید کی ہے: لا ادری ما یفعل بی ولا بکم۔</w:t>
      </w:r>
    </w:p>
    <w:p>
      <w:r>
        <w:rPr>
          <w:b/>
        </w:rPr>
        <w:t xml:space="preserve">[1:03:12] </w:t>
      </w:r>
      <w:r>
        <w:t>To Quran mein bhi, hadees mein bhi hai. To yaad rakhiye, Allah ka jo takhleeqi naqsha hai, woh is par base karta hai ke insaan musalsal taur par uncertainty mein rahe.</w:t>
      </w:r>
    </w:p>
    <w:p>
      <w:pPr>
        <w:jc w:val="right"/>
      </w:pPr>
      <w:r>
        <w:t>تو قرآن میں بھی، حدیث میں بھی ہے۔ تو یاد رکھیے، اللہ کا جو تخلیقی نقشہ ہے، وہ اس پر بیس کرتا ہے کہ انسان مسلسل طور پر انسرٹینٹی میں رہے۔</w:t>
      </w:r>
    </w:p>
    <w:p>
      <w:r>
        <w:rPr>
          <w:b/>
        </w:rPr>
        <w:t xml:space="preserve">[1:03:25] </w:t>
      </w:r>
      <w:r>
        <w:t>Kyun? Isi waqt insaan ka jo intellectual development jo hai, spiritual development jo hai, uska process jaari rehta hai.</w:t>
      </w:r>
    </w:p>
    <w:p>
      <w:pPr>
        <w:jc w:val="right"/>
      </w:pPr>
      <w:r>
        <w:t>کیوں؟ اسی وقت انسان کا جو انٹلیکچول ڈیویلپمنٹ جو ہے، اسپریچول ڈیویلپمنٹ جو ہے، اس کا پروسیس جاری رہتا ہے۔</w:t>
      </w:r>
    </w:p>
    <w:p>
      <w:r>
        <w:rPr>
          <w:b/>
        </w:rPr>
        <w:t xml:space="preserve">[1:03:33] </w:t>
      </w:r>
      <w:r>
        <w:t>Woh pass ruk jayega, jahan ruk jayega to wahan stagnation aa jayega. Jahan process ruka, stagnation aaya.</w:t>
      </w:r>
    </w:p>
    <w:p>
      <w:pPr>
        <w:jc w:val="right"/>
      </w:pPr>
      <w:r>
        <w:t>وہ پاس رک جائے گا، جہاں رک جائے گا تو وہاں اسٹیگنیشن آ جائے گا۔ جہاں پراسیس رکا، اسٹیگنیشن آیا۔</w:t>
      </w:r>
    </w:p>
    <w:p>
      <w:r>
        <w:rPr>
          <w:b/>
        </w:rPr>
        <w:t xml:space="preserve">[1:03:46] </w:t>
      </w:r>
      <w:r>
        <w:t>Maulana, agla sawal lene se pehle ek comment padhna chahenge jo Roorkee se aaya hai, Sajid Anwar sahab ka. Unhone likha hai: "Maulana, today lecture was a thrilling one for me.</w:t>
      </w:r>
    </w:p>
    <w:p>
      <w:pPr>
        <w:jc w:val="right"/>
      </w:pPr>
      <w:r>
        <w:t>مولانا، اگلا سوال لینے سے پہلے ایک کمنٹ پڑھنا چاہیں گے جو روڑکی سے آیا ہے، ساجد انور صاحب کا۔ انہوں نے لکھا ہے: "مولانا، ٹوڈے لیکچر واز ا تھرلنگ ون فار می۔</w:t>
      </w:r>
    </w:p>
    <w:p>
      <w:r>
        <w:rPr>
          <w:b/>
        </w:rPr>
        <w:t xml:space="preserve">[1:04:00] </w:t>
      </w:r>
      <w:r>
        <w:t>Today I rediscovered God Almighty and His greatness. The way you explain the way to gain marifat through tadabbur and tabaassum and commentary of chapter At-Teen was simply superb."</w:t>
      </w:r>
    </w:p>
    <w:p>
      <w:pPr>
        <w:jc w:val="right"/>
      </w:pPr>
      <w:r>
        <w:t>ٹوڈے آئی ری ڈسکورڈ گاڈ المائٹی اینڈ ہز گریٹنس۔ دا وے یو ایکسپلین دا وے ٹو گین معرفت تھرو تدبر اینڈ تبسم اینڈ کمنٹری آف چیپٹر التین واز سمپلی سپرب۔"</w:t>
      </w:r>
    </w:p>
    <w:p>
      <w:r>
        <w:rPr>
          <w:b/>
        </w:rPr>
        <w:t xml:space="preserve">[1:04:18] </w:t>
      </w:r>
      <w:r>
        <w:t>Maulana, agla sawal Panipat se hai, Javed sahab ka. Unhone aapse poocha hai: "Maulana, what is the starting point of marifat or God realization?</w:t>
      </w:r>
    </w:p>
    <w:p>
      <w:pPr>
        <w:jc w:val="right"/>
      </w:pPr>
      <w:r>
        <w:t>مولانا، اگلا سوال پانی پت سے ہے، جاوید صاحب کا۔ انہوں نے آپ سے پوچھا ہے: "مولانا، واٹ از دی سٹارٹنگ پوائنٹ آف معرفت اور گاڈ ریلائزیشن؟</w:t>
      </w:r>
    </w:p>
    <w:p>
      <w:r>
        <w:rPr>
          <w:b/>
        </w:rPr>
        <w:t xml:space="preserve">[1:04:30] </w:t>
      </w:r>
      <w:r>
        <w:t>Please answer me in detail." Ab main yeh kahunga: Aap bhai, kitaab sab se pehle padhiye, kitaab marifat. Baghair padhe hue log sawal karte hain.</w:t>
      </w:r>
    </w:p>
    <w:p>
      <w:pPr>
        <w:jc w:val="right"/>
      </w:pPr>
      <w:r>
        <w:t>پلیز انسر می ان ڈیٹیل۔" اب میں یہ کہوں گا: آپ بھئی، کتاب سب سے پہلے پڑھیے، کتاب معرفت۔ بغیر پڑھے ہوئے لوگ سوال کرتے ہیں۔</w:t>
      </w:r>
    </w:p>
    <w:p>
      <w:r>
        <w:rPr>
          <w:b/>
        </w:rPr>
        <w:t xml:space="preserve">[1:04:41] </w:t>
      </w:r>
      <w:r>
        <w:t>Meri kitaab hai, moti si kitaab marifat, usko padhiye, phir sawal kijiye to main uska jawab dunga, inshallah.</w:t>
      </w:r>
    </w:p>
    <w:p>
      <w:pPr>
        <w:jc w:val="right"/>
      </w:pPr>
      <w:r>
        <w:t>میری کتاب ہے، موٹی سی کتاب معرفت، اس کو پڑھیے، پھر سوال کیجئے تو میں اس کا جواب دوں گا، انشاءاللہ۔</w:t>
      </w:r>
    </w:p>
    <w:p>
      <w:r>
        <w:rPr>
          <w:b/>
        </w:rPr>
        <w:t xml:space="preserve">[1:04:49] </w:t>
      </w:r>
      <w:r>
        <w:t>Kitaab marifat kehte hain safhat hain, aap 624. Kitaab marifat ke 624 safhat hain, uske moti si kitaab hai, bohat hi detail mein hai.</w:t>
      </w:r>
    </w:p>
    <w:p>
      <w:pPr>
        <w:jc w:val="right"/>
      </w:pPr>
      <w:r>
        <w:t>کتاب معرفت کے کہتے ہیں صفحات ہیں، آپ 624۔ کتاب معرفت کے 624 صفحات ہیں، اس کے موٹی سی کتاب ہے، بہت ہی ڈیٹیل میں ہے۔</w:t>
      </w:r>
    </w:p>
    <w:p>
      <w:r>
        <w:rPr>
          <w:b/>
        </w:rPr>
        <w:t xml:space="preserve">[1:04:59] </w:t>
      </w:r>
      <w:r>
        <w:t>Woh usko aap padhiye aur phir sawal kijiye. Dekhein, sawal karne ka tareeqa yeh hai ke aap homework kar chuke hon. Aap log homework karte nahi hain aur sawal kar dete hain.</w:t>
      </w:r>
    </w:p>
    <w:p>
      <w:pPr>
        <w:jc w:val="right"/>
      </w:pPr>
      <w:r>
        <w:t>وہ اس کو آپ پڑھیے اور پھر سوال کیجئے۔ دیکھیں، سوال کرنے کا طریقہ یہ ہے کہ آپ ہوم ورک کر چکے ہوں۔ آپ لوگ ہوم ورک کرتے نہیں ہیں اور سوال کر دیتے ہیں۔</w:t>
      </w:r>
    </w:p>
    <w:p>
      <w:r>
        <w:rPr>
          <w:b/>
        </w:rPr>
        <w:t xml:space="preserve">[1:05:10] </w:t>
      </w:r>
      <w:r>
        <w:t>Homework kiya hai?</w:t>
      </w:r>
    </w:p>
    <w:p>
      <w:pPr>
        <w:jc w:val="right"/>
      </w:pPr>
      <w:r>
        <w:t>ہوم ورک کیا ہے؟</w:t>
      </w:r>
    </w:p>
    <w:p>
      <w:r>
        <w:rPr>
          <w:b/>
        </w:rPr>
        <w:t xml:space="preserve">[1:05:12] </w:t>
      </w:r>
      <w:r>
        <w:t>Apne bas ki jahad karna, apni bas ki chhanbeen karna. Yaani khud jo aadmi chhanbeen kar sakta hai, woh kar chuka ho.</w:t>
      </w:r>
    </w:p>
    <w:p>
      <w:pPr>
        <w:jc w:val="right"/>
      </w:pPr>
      <w:r>
        <w:t>اپنے بس کی جدوجہد کرنا، اپنی بس کی چھان بین کرنا۔ یعنی خود جو آدمی چھان بین کر سکتا ہے، وہ کر چکا ہو۔</w:t>
      </w:r>
    </w:p>
    <w:p>
      <w:r>
        <w:rPr>
          <w:b/>
        </w:rPr>
        <w:t xml:space="preserve">[1:05:23] </w:t>
      </w:r>
      <w:r>
        <w:t>Yeh hai homework. Aam taur par logon ka mizaj hai ke homework karte nahi, woh sawal kar dete hain. To aapse mashwara to mujhe hai ke aap ka homework yeh hai ke aap meri kitaab jo hai, usko padhein aur uske baad aap sawal karein.</w:t>
      </w:r>
    </w:p>
    <w:p>
      <w:pPr>
        <w:jc w:val="right"/>
      </w:pPr>
      <w:r>
        <w:t>یہ ہے ہوم ورک۔ عام طور پر لوگوں کا مزاج ہے کہ ہوم ورک کرتے نہیں، وہ سوال کر دیتے ہیں۔ تو آپ سے مشورہ تو مجھے ہے کہ آپ کا ہوم ورک یہ ہے کہ آپ میری کتاب جو ہے، اس کو پڑھیں اور اس کے بعد آپ سوال کریں۔</w:t>
      </w:r>
    </w:p>
    <w:p>
      <w:r>
        <w:rPr>
          <w:b/>
        </w:rPr>
        <w:t xml:space="preserve">[1:05:41] </w:t>
      </w:r>
      <w:r>
        <w:t>Maulana, yeh sawal aaya hai Miss Attia ka, Ferozpur, Punjab se. Unhone likha hai: "Cap caps no importance in namaz for men, but I want to know whether covering head is compulsory for women or not during namaz.</w:t>
      </w:r>
    </w:p>
    <w:p>
      <w:pPr>
        <w:jc w:val="right"/>
      </w:pPr>
      <w:r>
        <w:t>مولانا، یہ سوال آیا ہے مس عطیہ کا، فیروزپور، پنجاب سے۔ انہوں نے لکھا ہے: "کیپ کیپس نو امپورٹنس ان نماز فار مین، بٹ آئی وانٹ ٹو نو ویدر کورنگ ہیڈ از کمپلسری فار وومن اور ناٹ ڈیورنگ نماز۔</w:t>
      </w:r>
    </w:p>
    <w:p>
      <w:r>
        <w:rPr>
          <w:b/>
        </w:rPr>
        <w:t xml:space="preserve">[1:05:59] </w:t>
      </w:r>
      <w:r>
        <w:t>Secondly, during azan time, is it important to cover head or not? Is it a sunnat?" Dekhiye, in baaton par main yahan par kuch nahi</w:t>
      </w:r>
    </w:p>
    <w:p>
      <w:pPr>
        <w:jc w:val="right"/>
      </w:pPr>
      <w:r>
        <w:t>سیکنڈلی، ڈیورنگ اذان ٹائم، از اٹ امپورٹنٹ ٹو کور ہیڈ اور ناٹ؟ از اٹ ا سنت؟" دیکھیے، ان باتوں پر میں یہاں پر کچھ نہیں</w:t>
      </w:r>
    </w:p>
    <w:p>
      <w:r>
        <w:rPr>
          <w:b/>
        </w:rPr>
        <w:t xml:space="preserve">[1:06:10] </w:t>
      </w:r>
      <w:r>
        <w:t>kahunga. Main yeh arz karoon ke hamari kai kitabon mein namaz ke bare mein tafseelat hum ne batai hain, to aap usko padhiye. To namaz par to beshumar kitabein hain.</w:t>
      </w:r>
    </w:p>
    <w:p>
      <w:pPr>
        <w:jc w:val="right"/>
      </w:pPr>
      <w:r>
        <w:t>کہوں گا۔ میں یہ عرض کروں کہ ہماری کئی کتابوں میں نماز کے بارے میں تفصیلات ہم نے بتائی ہیں، تو آپ اس کو پڑھیے۔ تو نماز پر تو بے شمار کتابیں ہیں۔</w:t>
      </w:r>
    </w:p>
    <w:p>
      <w:r>
        <w:rPr>
          <w:b/>
        </w:rPr>
        <w:t xml:space="preserve">[1:06:21] </w:t>
      </w:r>
      <w:r>
        <w:t>agar aap doosron ko janna chahte hain to un ki kitaben parh lijiyega. aap doosron ke khayalat kya hain? jo meri study hai, jo meri tehqeeq hai, jo maine quran o sunnat ke mutale se paya hai, us ko maine apni kitabon mein likh diya hai.</w:t>
      </w:r>
    </w:p>
    <w:p>
      <w:pPr>
        <w:jc w:val="right"/>
      </w:pPr>
      <w:r>
        <w:t>اگر آپ دوسروں کو جاننا چاہتے ہیں تو ان کی کتابیں پڑھ لیجئے۔ آپ دوسروں کے خیالات کیا ہیں؟ جو میری اسٹڈی ہے، جو میری تحقیق ہے، جو میں نے قرآن و سنت کے مطالعے سے پایا ہے، اس کو میں نے اپنی کتابوں میں لکھ دیا ہے۔</w:t>
      </w:r>
    </w:p>
    <w:p>
      <w:r>
        <w:rPr>
          <w:b/>
        </w:rPr>
        <w:t xml:space="preserve">[1:06:35] </w:t>
      </w:r>
      <w:r>
        <w:t>us ko pehle aap parhiye, us ke parhne ke baad aap sawal kijiye.</w:t>
      </w:r>
    </w:p>
    <w:p>
      <w:pPr>
        <w:jc w:val="right"/>
      </w:pPr>
      <w:r>
        <w:t>اس کو پہلے آپ پڑھیے، اس کے پڑھنے کے بعد آپ سوال کیجئے۔</w:t>
      </w:r>
    </w:p>
    <w:p>
      <w:r>
        <w:rPr>
          <w:b/>
        </w:rPr>
        <w:t xml:space="preserve">[1:06:42] </w:t>
      </w:r>
      <w:r>
        <w:t>maulana, agla sawal mumbai se hai, mr kabir khan ka. unhon ne likha hai: "maulana sahib, you always guide people to not to protest.</w:t>
      </w:r>
    </w:p>
    <w:p>
      <w:pPr>
        <w:jc w:val="right"/>
      </w:pPr>
      <w:r>
        <w:t>مولانا، اگلا سوال ممبئی سے ہے، مسٹر کبیر خان کا۔ انہوں نے لکھا ہے: "مولانا صاحب، یو الویز گائیڈ پیپل ٹو ناٹ ٹو پروٹیسٹ۔</w:t>
      </w:r>
    </w:p>
    <w:p>
      <w:r>
        <w:rPr>
          <w:b/>
        </w:rPr>
        <w:t xml:space="preserve">[1:06:55] </w:t>
      </w:r>
      <w:r>
        <w:t>my question is, is peaceful protest allowed in islam?" hargiz nahi, yeh bilkul ek ek yani galat kaam ko justify karne ke liye khoobsurat lafz bolna hai.</w:t>
      </w:r>
    </w:p>
    <w:p>
      <w:pPr>
        <w:jc w:val="right"/>
      </w:pPr>
      <w:r>
        <w:t>مائی کوئسچن از، از پیس فل پروٹیسٹ الاؤڈ ان اسلام؟" ہرگز نہیں، یہ بالکل ایک ایک یعنی غلط کام کو جسٹیفائی کرنے کے لیے خوبصورت لفظ بولنا ہے۔</w:t>
      </w:r>
    </w:p>
    <w:p>
      <w:r>
        <w:rPr>
          <w:b/>
        </w:rPr>
        <w:t xml:space="preserve">[1:07:09] </w:t>
      </w:r>
      <w:r>
        <w:t>peaceful protest is nothing.</w:t>
      </w:r>
    </w:p>
    <w:p>
      <w:pPr>
        <w:jc w:val="right"/>
      </w:pPr>
      <w:r>
        <w:t>پیس فل پروٹیسٹ از نتھنگ۔</w:t>
      </w:r>
    </w:p>
    <w:p>
      <w:r>
        <w:rPr>
          <w:b/>
        </w:rPr>
        <w:t xml:space="preserve">[1:07:12] </w:t>
      </w:r>
      <w:r>
        <w:t>har har har protest ka reaction hota hai, har chahe woh peaceful ho, tab bhi yeh pooch bhi toh ek ek ek ek lafz hai.</w:t>
      </w:r>
    </w:p>
    <w:p>
      <w:pPr>
        <w:jc w:val="right"/>
      </w:pPr>
      <w:r>
        <w:t>ہر ہر ہر پروٹیسٹ کا ری ایکشن ہوتا ہے، ہر چاہے وہ پیس فل ہو، تب بھی یہ پوچھ بھی تو ایک ایک ایک ایک لفظ ہے۔</w:t>
      </w:r>
    </w:p>
    <w:p>
      <w:r>
        <w:rPr>
          <w:b/>
        </w:rPr>
        <w:t xml:space="preserve">[1:07:22] </w:t>
      </w:r>
      <w:r>
        <w:t>bas koi koi kabhi bhi koi protest peaceful nahi hota. impossible hai ke peace protest koi peaceful ho</w:t>
      </w:r>
    </w:p>
    <w:p>
      <w:pPr>
        <w:jc w:val="right"/>
      </w:pPr>
      <w:r>
        <w:t>بس کوئی کوئی کبھی بھی کوئی پروٹیسٹ پیس فل نہیں ہوتا۔ امپاسیبل ہے کہ پیس پروٹیسٹ کوئی پیس فل ہو</w:t>
      </w:r>
    </w:p>
    <w:p>
      <w:r>
        <w:rPr>
          <w:b/>
        </w:rPr>
        <w:t xml:space="preserve">[1:07:31] </w:t>
      </w:r>
      <w:r>
        <w:t>. yeh toh jhoota lafz hai, main us ko jhoota lafz kahunga. aur sab se bari baat yeh hai ke rasool Allah ke zamane mein makka mein 360 but rakhe hue the kaba mein.</w:t>
      </w:r>
    </w:p>
    <w:p>
      <w:pPr>
        <w:jc w:val="right"/>
      </w:pPr>
      <w:r>
        <w:t>۔ یہ تو جھوٹا لفظ ہے، میں اس کو جھوٹا لفظ کہوں گا۔ اور سب سے بڑی بات یہ ہے کہ رسول اللہ کے زمانے میں مکہ میں 360 بت رکھے ہوئے تھے کعبہ میں۔</w:t>
      </w:r>
    </w:p>
    <w:p>
      <w:r>
        <w:rPr>
          <w:b/>
        </w:rPr>
        <w:t xml:space="preserve">[1:07:43] </w:t>
      </w:r>
      <w:r>
        <w:t>woh kaba jo hazrat ibrahim ne banaya tha, hazrat ibrahim ne, hazrat ismail ne, do peghambaron ne banaya tha kaba. do peghambar kis ke liye?</w:t>
      </w:r>
    </w:p>
    <w:p>
      <w:pPr>
        <w:jc w:val="right"/>
      </w:pPr>
      <w:r>
        <w:t>وہ کعبہ جو حضرت ابراہیم نے بنایا تھا، حضرت ابراہیم نے، حضرت اسماعیل نے، دو پیغمبروں نے بنایا تھا کعبہ۔ دو پیغمبر کس کے لیے؟</w:t>
      </w:r>
    </w:p>
    <w:p>
      <w:r>
        <w:rPr>
          <w:b/>
        </w:rPr>
        <w:t xml:space="preserve">[1:07:52] </w:t>
      </w:r>
      <w:r>
        <w:t>tauheed ke liye. is mein zalimon ne la ke but rakh diya 360.</w:t>
      </w:r>
    </w:p>
    <w:p>
      <w:pPr>
        <w:jc w:val="right"/>
      </w:pPr>
      <w:r>
        <w:t>توحید کے لیے۔ اس میں ظالموں نے لا کے بت رکھ دیا 360۔</w:t>
      </w:r>
    </w:p>
    <w:p>
      <w:r>
        <w:rPr>
          <w:b/>
        </w:rPr>
        <w:t xml:space="preserve">[1:07:58] </w:t>
      </w:r>
      <w:r>
        <w:t>to aap rasool Allah ne protest kiya. aap bata sakte hain koi peaceful protest? jo log aise sawalat karte hain, main samajhta hoon ke un ko naam lene ka haq nahi hai islam ka.</w:t>
      </w:r>
    </w:p>
    <w:p>
      <w:pPr>
        <w:jc w:val="right"/>
      </w:pPr>
      <w:r>
        <w:t>تو آپ رسول اللہ نے پروٹیسٹ کیا۔ آپ بتا سکتے ہیں کوئی پیس فل پروٹیسٹ؟ جو لوگ ایسے سوالات کرتے ہیں، میں سمجھتا ہوں کہ ان کو نام لینے کا حق نہیں ہے اسلام کا۔</w:t>
      </w:r>
    </w:p>
    <w:p>
      <w:r>
        <w:rPr>
          <w:b/>
        </w:rPr>
        <w:t xml:space="preserve">[1:08:09] </w:t>
      </w:r>
      <w:r>
        <w:t>woh kahein ke hum islam chhod diya, hum muhammad ko chhod diya. to boliye, yeh sab baatein islam ke naam lete hain, apne alfaaz bolte hain. main samajhta hoon ke woh aadmi jab tak aap islam ko chhod na de, yeh alfaaz bolne ka haq nahi rakhta.</w:t>
      </w:r>
    </w:p>
    <w:p>
      <w:pPr>
        <w:jc w:val="right"/>
      </w:pPr>
      <w:r>
        <w:t>وہ کہیں کہ ہم اسلام چھوڑ دیا، ہم محمد کو چھوڑ دیا۔ تو بولیے، یہ سب باتیں اسلام کے نام لیتے ہیں، اپنے الفاظ بولتے ہیں۔ میں سمجھتا ہوں کہ وہ آدمی جب تک آپ اسلام کو چھوڑ نہ دے، یہ الفاظ بولنے کا حق نہیں رکھتا۔</w:t>
      </w:r>
    </w:p>
    <w:p>
      <w:r>
        <w:rPr>
          <w:b/>
        </w:rPr>
        <w:t xml:space="preserve">[1:08:23] </w:t>
      </w:r>
      <w:r>
        <w:t>us ko</w:t>
      </w:r>
    </w:p>
    <w:p>
      <w:pPr>
        <w:jc w:val="right"/>
      </w:pPr>
      <w:r>
        <w:t>اس کو</w:t>
      </w:r>
    </w:p>
    <w:p>
      <w:r>
        <w:rPr>
          <w:b/>
        </w:rPr>
        <w:t xml:space="preserve">[1:08:25] </w:t>
      </w:r>
      <w:r>
        <w:t>yani us se bara waqea kya ho sakta hai ke kaba mein 360 but rakhe hue hon? rasool Allah dekhein, un ko apni aankh se 13 saal tak rozana rozana rozana aur kabhi aap ne protest nahi kiya, na peaceful, na koi sarr se kuch kuch bhi nahi.</w:t>
      </w:r>
    </w:p>
    <w:p>
      <w:pPr>
        <w:jc w:val="right"/>
      </w:pPr>
      <w:r>
        <w:t>یعنی اس سے بڑا واقعہ کیا ہو سکتا ہے کہ کعبہ میں 360 بت رکھے ہوئے ہوں؟ رسول اللہ دیکھیں، ان کو اپنی آنکھ سے 13 سال تک روزانہ روزانہ روزانہ اور کبھی آپ نے پروٹیسٹ نہیں کیا، نہ پیس فل، نہ کوئی سرے سے کچھ کچھ بھی نہیں۔</w:t>
      </w:r>
    </w:p>
    <w:p>
      <w:r>
        <w:rPr>
          <w:b/>
        </w:rPr>
        <w:t xml:space="preserve">[1:08:42] </w:t>
      </w:r>
      <w:r>
        <w:t>to aap agar aap islam ko mante hain to us ko amal kijiye, nahi to ailan kar diya ke bhai mujhe islam se koi matlab nahi hai, mujhe apne apne nafs pe chalna hai, apne nafs ki khwahish pe chalna hai.</w:t>
      </w:r>
    </w:p>
    <w:p>
      <w:pPr>
        <w:jc w:val="right"/>
      </w:pPr>
      <w:r>
        <w:t>تو آپ اگر آپ اسلام کو مانتے ہیں تو اس کو عمل کیجئے، نہیں تو اعلان کر دیا کہ بھئی مجھے اسلام سے کوئی مطلب نہیں ہے، مجھے اپنے اپنے نفس پہ چلنا ہے، اپنے نفس کی خواہش پہ چلنا ہے۔</w:t>
      </w:r>
    </w:p>
    <w:p>
      <w:r>
        <w:rPr>
          <w:b/>
        </w:rPr>
        <w:t xml:space="preserve">[1:08:52] </w:t>
      </w:r>
      <w:r>
        <w:t>protest yaad rakhiye, protest ka talluq qatan ghair islami hai.</w:t>
      </w:r>
    </w:p>
    <w:p>
      <w:pPr>
        <w:jc w:val="right"/>
      </w:pPr>
      <w:r>
        <w:t>پروٹیسٹ یاد رکھیے، پروٹیسٹ کا تعلق قطعاً غیر اسلامی ہے۔</w:t>
      </w:r>
    </w:p>
    <w:p>
      <w:r>
        <w:rPr>
          <w:b/>
        </w:rPr>
        <w:t xml:space="preserve">[1:08:56] </w:t>
      </w:r>
      <w:r>
        <w:t>there is no protest of protest in islam. main sakht us ke khilaf hoon. main ne bohat likha hai us ke upar, aap chahein to parh lijiyega.</w:t>
      </w:r>
    </w:p>
    <w:p>
      <w:pPr>
        <w:jc w:val="right"/>
      </w:pPr>
      <w:r>
        <w:t>دیر از نو پریسٹ آف پروٹیسٹ ان اسلام۔ میں سخت اس کے خلاف ہوں۔ میں نے بہت لکھا ہے اس کے اوپر، آپ چاہیں تو پڑھ لیجئے۔</w:t>
      </w:r>
    </w:p>
    <w:p>
      <w:r>
        <w:rPr>
          <w:b/>
        </w:rPr>
        <w:t xml:space="preserve">[1:09:08] </w:t>
      </w:r>
      <w:r>
        <w:t>maulana bhopal se agla sawal aaya hai, mr vinesh sharma ka. unhon ne likha hai: "maulana, wherever we see in the world, there is suffering, either poverty, corruption, illness and so on.</w:t>
      </w:r>
    </w:p>
    <w:p>
      <w:pPr>
        <w:jc w:val="right"/>
      </w:pPr>
      <w:r>
        <w:t>مولانا بھوپال سے اگلا سوال آیا ہے، مسٹر ونیش شرما کا۔ انہوں نے لکھا ہے: "مولانا، ویریور وی سی ان دا ورلڈ، دیر از سفرنگ، ایدر پاورٹی، کرپشن، النس اینڈ سو ان۔</w:t>
      </w:r>
    </w:p>
    <w:p>
      <w:r>
        <w:rPr>
          <w:b/>
        </w:rPr>
        <w:t xml:space="preserve">[1:09:23] </w:t>
      </w:r>
      <w:r>
        <w:t>i want to know from you, why is there so much of suffering in the world?" kahan suffering hai? aap khud safar kar rahe hain? kya aap khud apne bare mein bataiye, apne bete ke bare mein bataiye?</w:t>
      </w:r>
    </w:p>
    <w:p>
      <w:pPr>
        <w:jc w:val="right"/>
      </w:pPr>
      <w:r>
        <w:t>آئی وانٹ ٹو نو فرام یو، وائی از دیر سو مچ آف سفرنگ ان دا ورلڈ؟" کہاں سفرنگ ہے؟ آپ خود سفر کر رہے ہیں؟ کیا آپ خود اپنے بارے میں بتائیے، اپنے بیٹے کے بارے میں بتائیے؟</w:t>
      </w:r>
    </w:p>
    <w:p>
      <w:r>
        <w:rPr>
          <w:b/>
        </w:rPr>
        <w:t xml:space="preserve">[1:09:34] </w:t>
      </w:r>
      <w:r>
        <w:t>yeh suffering toh media ka product hai, yeh sab media ka product hai. media ko dhoond dhoond kar lana aisi baat hai.</w:t>
      </w:r>
    </w:p>
    <w:p>
      <w:pPr>
        <w:jc w:val="right"/>
      </w:pPr>
      <w:r>
        <w:t>یہ سفرنگ تو میڈیا کا پروڈکٹ ہے، یہ سب میڈیا کا پروڈکٹ ہے۔ میڈیا کو ڈھونڈ ڈھونڈ کر لانا ایسی بات ہے۔</w:t>
      </w:r>
    </w:p>
    <w:p>
      <w:r>
        <w:rPr>
          <w:b/>
        </w:rPr>
        <w:t xml:space="preserve">[1:09:42] </w:t>
      </w:r>
      <w:r>
        <w:t>abhi suffering ko le kar protest ho raha tha wahan par misr mein. main tv pe dekhta tha, bohat khoob mote mote lagte ho aur chala rahe hain ke hum hum hum hum yeh hum ko yeh museebat hai, hum ko woh museebat hai.</w:t>
      </w:r>
    </w:p>
    <w:p>
      <w:pPr>
        <w:jc w:val="right"/>
      </w:pPr>
      <w:r>
        <w:t>ابھی سفرنگ کو لے کر پروٹیسٹ ہو رہا تھا وہاں پر مصر میں۔ میں ٹی وی پہ دیکھتا تھا، بہت خوب موٹے موٹے لگتے ہو اور چلا رہے ہیں کہ ہم ہم ہم ہم یہ ہم کو یہ مصیبت ہے، ہم کو وہ مصیبت ہے۔</w:t>
      </w:r>
    </w:p>
    <w:p>
      <w:r>
        <w:rPr>
          <w:b/>
        </w:rPr>
        <w:t xml:space="preserve">[1:09:56] </w:t>
      </w:r>
      <w:r>
        <w:t>museebat kuch bhi nahi. aaj ki duniya mein yeh bilkul hi yani main samajhta hoon ke bilkul hi yani us ke khilaf hai.</w:t>
      </w:r>
    </w:p>
    <w:p>
      <w:pPr>
        <w:jc w:val="right"/>
      </w:pPr>
      <w:r>
        <w:t>مصیبت کچھ بھی نہیں۔ آج کی دنیا میں یہ بالکل ہی یعنی میں سمجھتا ہوں کہ بالکل ہی یعنی اس کے خلاف ہے۔</w:t>
      </w:r>
    </w:p>
    <w:p>
      <w:r>
        <w:rPr>
          <w:b/>
        </w:rPr>
        <w:t xml:space="preserve">[1:10:08] </w:t>
      </w:r>
      <w:r>
        <w:t>yani ana yani us ko main kahun anachronism hai. yeh</w:t>
      </w:r>
    </w:p>
    <w:p>
      <w:pPr>
        <w:jc w:val="right"/>
      </w:pPr>
      <w:r>
        <w:t>یعنی اینا یعنی اس کو میں کہوں ایناگرونزم ہے۔ یہ</w:t>
      </w:r>
    </w:p>
    <w:p>
      <w:r>
        <w:rPr>
          <w:b/>
        </w:rPr>
        <w:t xml:space="preserve">[1:10:13] </w:t>
      </w:r>
      <w:r>
        <w:t>kahan hain woh log jo suffer kar rahe hain? media ke safhon mein hain. bas</w:t>
      </w:r>
    </w:p>
    <w:p>
      <w:pPr>
        <w:jc w:val="right"/>
      </w:pPr>
      <w:r>
        <w:t>کہاں ہیں وہ لوگ جو سفر کر رہے ہیں؟ میڈیا کے صفحات میں ہیں۔ بس</w:t>
      </w:r>
    </w:p>
    <w:p>
      <w:r>
        <w:rPr>
          <w:b/>
        </w:rPr>
        <w:t xml:space="preserve">[1:10:20] </w:t>
      </w:r>
      <w:r>
        <w:t>apne aap ko dekhiye, aap khud aap ki family ko dekhiye, apne bete ko dekhiye, kahan woh suffer log suffer kar rahe hain? yeh sab shaitan ne bana rakha hai ke suffering, suffering, suffering.</w:t>
      </w:r>
    </w:p>
    <w:p>
      <w:pPr>
        <w:jc w:val="right"/>
      </w:pPr>
      <w:r>
        <w:t>اپنے آپ کو دیکھیے، آپ خود آپ کی فیملی کو دیکھیے، اپنے بیٹے کو دیکھیے، کہاں وہ سفر لوگ سفر کر رہے ہیں؟ یہ سب شیطان نے بنا رکھا ہے کہ سفرنگ، سفرنگ، سفرنگ۔</w:t>
      </w:r>
    </w:p>
    <w:p>
      <w:r>
        <w:rPr>
          <w:b/>
        </w:rPr>
        <w:t xml:space="preserve">[1:10:29] </w:t>
      </w:r>
      <w:r>
        <w:t>aur allah taala ne sab ke darwaze khol diye hain, koi koi safar nahi kar raha hai. haan, apni hamakat se koi agar koi is ka khamiyada bhokta hai to woh alag baat hai.</w:t>
      </w:r>
    </w:p>
    <w:p>
      <w:pPr>
        <w:jc w:val="right"/>
      </w:pPr>
      <w:r>
        <w:t>اور اللہ تعالی نے سب کے دروازے کھول دیے ہیں، کوئی کوئی سفر نہیں کر رہا ہے۔ ہاں، اپنی حماقت سے کوئی اگر کوئی اس کا خامیادہ بھوکتا ہے تو وہ الگ بات ہے۔</w:t>
      </w:r>
    </w:p>
    <w:p>
      <w:r>
        <w:rPr>
          <w:b/>
        </w:rPr>
        <w:t xml:space="preserve">[1:10:40] </w:t>
      </w:r>
      <w:r>
        <w:t>apne hamakat mein apna hit kaat daloon to woh alag alag baat hai. baqi koi suffering nahi. main nahi manta ke suffering kahan hai. yeh jo hua, jaise abhi baith mein jo hua, woh apni hamakat se hua.</w:t>
      </w:r>
    </w:p>
    <w:p>
      <w:pPr>
        <w:jc w:val="right"/>
      </w:pPr>
      <w:r>
        <w:t>اپنے حماقت میں اپنا ہٹ کاٹ ڈالوں تو وہ الگ الگ بات ہے۔ باقی کوئی سفرنگ نہیں۔ میں نہیں مانتا کہ سفرنگ کہاں ہے۔ یہ جو ہوا، جیسے ابھی بیٹھ میں جو ہوا، وہ اپنی حماقت سے ہوا۔</w:t>
      </w:r>
    </w:p>
    <w:p>
      <w:r>
        <w:rPr>
          <w:b/>
        </w:rPr>
        <w:t xml:space="preserve">[1:10:53] </w:t>
      </w:r>
      <w:r>
        <w:t>to ek hai hamakat se hona, to hamakat ka darwaza wahan bhi khula rahega. lekin agar aap hamakat na karein to koi suffering nahi hai.</w:t>
      </w:r>
    </w:p>
    <w:p>
      <w:pPr>
        <w:jc w:val="right"/>
      </w:pPr>
      <w:r>
        <w:t>تو ایک ہے حماقت سے ہونا، تو حماقت کا دروازہ وہاں بھی کھلا رہے گا۔ لیکن اگر آپ حماقت نہ کریں تو کوئی سفرنگ نہیں ہے۔</w:t>
      </w:r>
    </w:p>
    <w:p>
      <w:r>
        <w:rPr>
          <w:b/>
        </w:rPr>
        <w:t xml:space="preserve">[1:11:03] </w:t>
      </w:r>
      <w:r>
        <w:t>suffering ke jahan jahan aap suffering dekh rahe hain, dekh rahe honge, woh suffering apni hamakat se hua hai.</w:t>
      </w:r>
    </w:p>
    <w:p>
      <w:pPr>
        <w:jc w:val="right"/>
      </w:pPr>
      <w:r>
        <w:t>سفرنگ کے کہ جہاں جہاں آپ سفرنگ دیکھ رہے ہیں، دیکھ رہے ہوں گے، وہ سفرنگ اپنی حماقت سے ہوا ہے۔</w:t>
      </w:r>
    </w:p>
    <w:p>
      <w:r>
        <w:rPr>
          <w:b/>
        </w:rPr>
        <w:t xml:space="preserve">[1:11:11] </w:t>
      </w:r>
      <w:r>
        <w:t>main main kaha karta hoon ke they are paying the price of their own policies. these people are paying the price of their own policies.</w:t>
      </w:r>
    </w:p>
    <w:p>
      <w:pPr>
        <w:jc w:val="right"/>
      </w:pPr>
      <w:r>
        <w:t>میں میں کہا کرتا ہوں کہ دے آر پینگ دا پرائس آف دیر اون اسٹوڈ پالیسیز۔ دیز پیپل آر پینگ دا پرائس آف دیر اون اسٹوڈ پالیسیز۔</w:t>
      </w:r>
    </w:p>
    <w:p>
      <w:r>
        <w:rPr>
          <w:b/>
        </w:rPr>
        <w:t xml:space="preserve">[1:11:22] </w:t>
      </w:r>
      <w:r>
        <w:t>yeh meri rai hai. okay, before we continue the question answer session, we would like to tell our viewers that if you want to join cps international mission, then write to us in info at cps global dot org</w:t>
      </w:r>
    </w:p>
    <w:p>
      <w:pPr>
        <w:jc w:val="right"/>
      </w:pPr>
      <w:r>
        <w:t>یہ میری رائے ہے۔ اوکے، بیفور وی کنٹینیو دی کوئسچن انسر سیشن، وی وڈ لائک ٹو ٹیل اور ویوورز دیٹ اف یو وانٹ ٹو جوائن سی پی ایس انٹرنیشنل مشن، دین رائٹ ٹو اس ان انفو ایٹ سی پی ایس گلوبل ڈاٹ او آر ج</w:t>
      </w:r>
    </w:p>
    <w:p>
      <w:r>
        <w:rPr>
          <w:b/>
        </w:rPr>
        <w:t xml:space="preserve">[1:11:38] </w:t>
      </w:r>
      <w:r>
        <w:t>org. i repeat, info at cps global dot org. Maulana, agla sawal Salman sahib ka hai, Aligarh se.</w:t>
      </w:r>
    </w:p>
    <w:p>
      <w:pPr>
        <w:jc w:val="right"/>
      </w:pPr>
      <w:r>
        <w:t>ی۔ آئی ریپیٹ، انفو ایٹ سی پی ایس گلوبل ڈاٹ او آر جی۔ مولانا، اگلا سوال سلمان صاحب کا ہے، علی گڑھ سے۔</w:t>
      </w:r>
    </w:p>
    <w:p>
      <w:r>
        <w:rPr>
          <w:b/>
        </w:rPr>
        <w:t xml:space="preserve">[1:11:47] </w:t>
      </w:r>
      <w:r>
        <w:t>unhone likha hai: "Maulana sahib, is it time that Islam needs to redefine itself? can we expect Islam to be more liberal in coming future?</w:t>
      </w:r>
    </w:p>
    <w:p>
      <w:pPr>
        <w:jc w:val="right"/>
      </w:pPr>
      <w:r>
        <w:t>انہوں نے لکھا ہے: "مولانا صاحب، از اٹ ٹائم دیٹ اسلام نیڈز ٹو ری ڈیفائن اٹ سیلف؟ کین وی ایکسپیکٹ اسلام ٹو بی مور لبرل ان کمنگ فیوچر؟</w:t>
      </w:r>
    </w:p>
    <w:p>
      <w:r>
        <w:rPr>
          <w:b/>
        </w:rPr>
        <w:t xml:space="preserve">[1:11:58] </w:t>
      </w:r>
      <w:r>
        <w:t>what is your comment on this?" nahi, yeh koi yeh koi sawal nahi hai. sara sawal jo hai, musalmanon ne paida kar rakha hai.</w:t>
      </w:r>
    </w:p>
    <w:p>
      <w:pPr>
        <w:jc w:val="right"/>
      </w:pPr>
      <w:r>
        <w:t>واٹ از یور کمنٹ ان دس؟" نہیں، یہ کوئی یہ کوئی سوال نہیں ہے۔ سارا سوال جو ہے، مسلمانوں نے پیدا کر رکھا ہے۔</w:t>
      </w:r>
    </w:p>
    <w:p>
      <w:r>
        <w:rPr>
          <w:b/>
        </w:rPr>
        <w:t xml:space="preserve">[1:12:07] </w:t>
      </w:r>
      <w:r>
        <w:t>Islam apne aap mein bilkul aaj bhi intact hai, bilkul natural nature par qaim hai. jo Islam Quran mein aur sunnat mein hai, woh aaj bhi waise hi hai jaisa ke pehle tha.</w:t>
      </w:r>
    </w:p>
    <w:p>
      <w:pPr>
        <w:jc w:val="right"/>
      </w:pPr>
      <w:r>
        <w:t>اسلام اپنے آپ میں بالکل آج بھی انٹیکٹ ہے، بالکل نیچرل نیچر پر قائم ہے۔ جو اسلام قرآن میں اور سنت میں ہے، وہ آج بھی ویسے ہی ہے جیسا کہ پہلے تھا۔</w:t>
      </w:r>
    </w:p>
    <w:p>
      <w:r>
        <w:rPr>
          <w:b/>
        </w:rPr>
        <w:t xml:space="preserve">[1:12:20] </w:t>
      </w:r>
      <w:r>
        <w:t>musalman apne aap ko Islam ka numainda bana kar pesh karte hain, apne idaron ko Islami idara batate hain, apne hukumaton ko Islami hukumat batate hain.</w:t>
      </w:r>
    </w:p>
    <w:p>
      <w:pPr>
        <w:jc w:val="right"/>
      </w:pPr>
      <w:r>
        <w:t>مسلمان اپنے آپ کو اسلام کا نمائندہ بنا کر پیش کرتے ہیں، اپنے اداروں کو اسلامی ادارہ بتاتے ہیں، اپنے حکومتوں کو اسلامی حکومت بتاتے ہیں۔</w:t>
      </w:r>
    </w:p>
    <w:p>
      <w:r>
        <w:rPr>
          <w:b/>
        </w:rPr>
        <w:t xml:space="preserve">[1:12:31] </w:t>
      </w:r>
      <w:r>
        <w:t>is waqt dunya ko confusion ho raha hai.</w:t>
      </w:r>
    </w:p>
    <w:p>
      <w:pPr>
        <w:jc w:val="right"/>
      </w:pPr>
      <w:r>
        <w:t>اس وقت دنیا کو کنفیوژن ہو رہا ہے۔</w:t>
      </w:r>
    </w:p>
    <w:p>
      <w:r>
        <w:rPr>
          <w:b/>
        </w:rPr>
        <w:t xml:space="preserve">[1:12:35] </w:t>
      </w:r>
      <w:r>
        <w:t>confusion is musalmanon ne paida kiya hai, Islam ne koi confusion nahi paida kiya. aaj bhi Quran intact hai, aaj bhi hadith intact hai, aaj bhi sahaba ki zindagiun ka halaat intact hain.</w:t>
      </w:r>
    </w:p>
    <w:p>
      <w:pPr>
        <w:jc w:val="right"/>
      </w:pPr>
      <w:r>
        <w:t>کنفیوژن اس مسلمانوں نے پیدا کیا ہے، اسلام نے کوئی کنفیوژن نہیں پیدا کیا۔ آج بھی قرآن انٹیکٹ ہے، آج بھی حدیث انٹیکٹ ہے، آج بھی صحابہ کی زندگیوں کا حالات انٹیکٹ ہیں۔</w:t>
      </w:r>
    </w:p>
    <w:p>
      <w:r>
        <w:rPr>
          <w:b/>
        </w:rPr>
        <w:t xml:space="preserve">[1:12:46] </w:t>
      </w:r>
      <w:r>
        <w:t>sara masla yeh hai ke musalman apne galat kaam karte hain, qoumi galat ko pata hai, qoumi kaam aur is ka naam rakhte hain Islam.</w:t>
      </w:r>
    </w:p>
    <w:p>
      <w:pPr>
        <w:jc w:val="right"/>
      </w:pPr>
      <w:r>
        <w:t>سارا مسئلہ یہ ہے کہ مسلمان اپنے غلط کام کرتے ہیں، قومی غلط کو پتہ ہے، قومی کام اور اس کا نام رکھتے ہیں اسلام۔</w:t>
      </w:r>
    </w:p>
    <w:p>
      <w:r>
        <w:rPr>
          <w:b/>
        </w:rPr>
        <w:t xml:space="preserve">[1:12:55] </w:t>
      </w:r>
      <w:r>
        <w:t>is ka naam Islam rakh dete hain, Islami idara, Islami mamlikat aur Islami hukumat aur Islami jamaat. yeh sab khud sakhta naam hain.</w:t>
      </w:r>
    </w:p>
    <w:p>
      <w:pPr>
        <w:jc w:val="right"/>
      </w:pPr>
      <w:r>
        <w:t>اس کا نام اسلام رکھ دیتے ہیں، اسلامی ادارہ، اسلامی مملکت اور اسلامی حکومت اور اسلامی جماعت۔ یہ سب خود ساختہ نام ہیں۔</w:t>
      </w:r>
    </w:p>
    <w:p>
      <w:r>
        <w:rPr>
          <w:b/>
        </w:rPr>
        <w:t xml:space="preserve">[1:13:06] </w:t>
      </w:r>
      <w:r>
        <w:t>is ko alag kar diya to Islam aaj bhi waise hi hai, intact jaisa ke pehle tha.</w:t>
      </w:r>
    </w:p>
    <w:p>
      <w:pPr>
        <w:jc w:val="right"/>
      </w:pPr>
      <w:r>
        <w:t>اس کو الگ کر دیا تو اسلام آج بھی ویسے ہی ہے، انٹیکٹ جیسا کہ پہلے تھا۔</w:t>
      </w:r>
    </w:p>
    <w:p>
      <w:r>
        <w:rPr>
          <w:b/>
        </w:rPr>
        <w:t xml:space="preserve">[1:13:15] </w:t>
      </w:r>
      <w:r>
        <w:t>Maulana, agla sawal Bangalore se hai, Vikram Sharma</w:t>
      </w:r>
    </w:p>
    <w:p>
      <w:pPr>
        <w:jc w:val="right"/>
      </w:pPr>
      <w:r>
        <w:t>مولانا، اگلا سوال بینگلور سے ہے، وکرم شرما</w:t>
      </w:r>
    </w:p>
    <w:p>
      <w:r>
        <w:rPr>
          <w:b/>
        </w:rPr>
        <w:t xml:space="preserve">[1:13:19] </w:t>
      </w:r>
      <w:r>
        <w:t>ka. unhone aapse poocha hai: "Maulana sahib, i am by nature a very sensitive person and i often get upset in small small travel things.</w:t>
      </w:r>
    </w:p>
    <w:p>
      <w:pPr>
        <w:jc w:val="right"/>
      </w:pPr>
      <w:r>
        <w:t>کا۔ انہوں نے آپ سے پوچھا ہے: "مولانا صاحب، آئی ایم بائی نیچر ا ویری سینسٹیو پرسن اینڈ آئی افن گیٹ اپسیٹ ان سمال سمال ٹریول تھنگز۔</w:t>
      </w:r>
    </w:p>
    <w:p>
      <w:r>
        <w:rPr>
          <w:b/>
        </w:rPr>
        <w:t xml:space="preserve">[1:13:31] </w:t>
      </w:r>
      <w:r>
        <w:t>i want guidance from you as to how i can manage my sensitivity." dekhein, koi birth se koi sensitive nahi hota, conditionings hota hai.</w:t>
      </w:r>
    </w:p>
    <w:p>
      <w:pPr>
        <w:jc w:val="right"/>
      </w:pPr>
      <w:r>
        <w:t>آئی وانٹ گائیڈنس فرام یو ایز ٹو ہاؤ آئی کین مینج مائی سینسٹیوٹی۔" دیکھیں، کوئی برتھ سے کوئی سینسٹیو نہیں ہوتا، کنڈیشننگز ہوتا ہے۔</w:t>
      </w:r>
    </w:p>
    <w:p>
      <w:r>
        <w:rPr>
          <w:b/>
        </w:rPr>
        <w:t xml:space="preserve">[1:13:45] </w:t>
      </w:r>
      <w:r>
        <w:t>yaad rakhiye, Allah taala ne kisi ko bhi by birth yani galat nahi paida kar diya hai. by birth har aadmi sahi paida</w:t>
      </w:r>
    </w:p>
    <w:p>
      <w:pPr>
        <w:jc w:val="right"/>
      </w:pPr>
      <w:r>
        <w:t>یاد رکھیے، اللہ تعالی نے کسی کو بھی بائے برتھ یعنی غلط نہیں پیدا کر دیا ہے۔ بائے برتھ ہر آدمی صحیح پیدا</w:t>
      </w:r>
    </w:p>
    <w:p>
      <w:r>
        <w:rPr>
          <w:b/>
        </w:rPr>
        <w:t xml:space="preserve">[1:13:56] </w:t>
      </w:r>
      <w:r>
        <w:t>hota hai, kal al fitr. lekin conditioning jo hai, yani aap jis ghar mein paida huin, jis mahaul mein rahin, us ne aap ko sensitive bana diya.</w:t>
      </w:r>
    </w:p>
    <w:p>
      <w:pPr>
        <w:jc w:val="right"/>
      </w:pPr>
      <w:r>
        <w:t>ہوتا ہے، کل الفطر۔ لیکن کنڈیشننگ جو ہے، یعنی آپ جس گھر میں پیدا ہوئیں، جس ماحول میں رہیں، اس نے آپ کو سینسٹیو بنا دیا۔</w:t>
      </w:r>
    </w:p>
    <w:p>
      <w:r>
        <w:rPr>
          <w:b/>
        </w:rPr>
        <w:t xml:space="preserve">[1:14:07] </w:t>
      </w:r>
      <w:r>
        <w:t>aur aaj kal to sab se bara jo masla hai, maa baap ki pampering. maa baap ki pampering se log sensitive ho jate hain. to by birth kuch bhi nahi hota.</w:t>
      </w:r>
    </w:p>
    <w:p>
      <w:pPr>
        <w:jc w:val="right"/>
      </w:pPr>
      <w:r>
        <w:t>اور آج کل تو سب سے بڑا جو مسئلہ ہے، ماں باپ کی پیمپرنگ۔ ماں باپ کی پیمپرنگ سے لوگ سینسٹیو ہو جاتے ہیں۔ تو بائے برتھ کچھ بھی نہیں ہوتا۔</w:t>
      </w:r>
    </w:p>
    <w:p>
      <w:r>
        <w:rPr>
          <w:b/>
        </w:rPr>
        <w:t xml:space="preserve">[1:14:17] </w:t>
      </w:r>
      <w:r>
        <w:t>apni conditioning ko todiye, is ko deconditioning kijiye, phir aap bilkul ek normal insaan ban jayenge.</w:t>
      </w:r>
    </w:p>
    <w:p>
      <w:pPr>
        <w:jc w:val="right"/>
      </w:pPr>
      <w:r>
        <w:t>اپنی کنڈیشننگ کو توڑیے، اس کو ڈی کنڈیشننگ کیجئے، پھر آپ بالکل ایک نارمل انسان بن جائیں گے۔</w:t>
      </w:r>
    </w:p>
    <w:p>
      <w:r>
        <w:rPr>
          <w:b/>
        </w:rPr>
        <w:t xml:space="preserve">[1:14:25] </w:t>
      </w:r>
      <w:r>
        <w:t>main is ko nahi manta ke koi by birth koi aisa hota hai, balkeh ghar ke halaat, maa baap ki pampering, in cheezon se log aise ban jate hain.</w:t>
      </w:r>
    </w:p>
    <w:p>
      <w:pPr>
        <w:jc w:val="right"/>
      </w:pPr>
      <w:r>
        <w:t>میں اس کو نہیں مانتا کہ کوئی بائے برتھ کوئی ایسا ہوتا ہے، بلکہ گھر کے حالات، ماں باپ کی پیمپرنگ، ان چیزوں سے لوگ ایسے بن جاتے ہیں۔</w:t>
      </w:r>
    </w:p>
    <w:p>
      <w:r>
        <w:rPr>
          <w:b/>
        </w:rPr>
        <w:t xml:space="preserve">[1:14:36] </w:t>
      </w:r>
      <w:r>
        <w:t>yeh sab is ko isi ko kaha jata hai conditioning. to aap ko apni conditioning ko todna hai, apne aap ko decondition karna hai. is ke baad sab kuch theek ho jayega, sab kuch normal ho jayega.</w:t>
      </w:r>
    </w:p>
    <w:p>
      <w:pPr>
        <w:jc w:val="right"/>
      </w:pPr>
      <w:r>
        <w:t>یہ سب اس کو اسی کو کہا جاتا ہے کنڈیشننگ۔ تو آپ کو اپنی کنڈیشننگ کو توڑنا ہے، اپنے آپ کو ڈی کنڈیشن کرنا ہے۔ اس کے بعد سب کچھ ٹھیک ہو جائے گا، سب کچھ نارمل ہو جائے گا۔</w:t>
      </w:r>
    </w:p>
    <w:p>
      <w:r>
        <w:rPr>
          <w:b/>
        </w:rPr>
        <w:t xml:space="preserve">[1:14:49] </w:t>
      </w:r>
      <w:r>
        <w:t>maulana, agla sawal ahmad abad se aya hai, fawad sahib</w:t>
      </w:r>
    </w:p>
    <w:p>
      <w:pPr>
        <w:jc w:val="right"/>
      </w:pPr>
      <w:r>
        <w:t>مولانا، اگلا سوال احمد آباد سے آیا ہے، فواد صاحب</w:t>
      </w:r>
    </w:p>
    <w:p>
      <w:r>
        <w:rPr>
          <w:b/>
        </w:rPr>
        <w:t xml:space="preserve">[1:14:52] </w:t>
      </w:r>
      <w:r>
        <w:t>ka. unhon ne ap se poocha hai: "is there any verse in the quran which says that extremism or fanaticism is not permitted?" haan, bilkul hai.</w:t>
      </w:r>
    </w:p>
    <w:p>
      <w:pPr>
        <w:jc w:val="right"/>
      </w:pPr>
      <w:r>
        <w:t>کا۔ انہوں نے آپ سے پوچھا ہے: "از دیر اینی ورس ان دا قرآن وچ سیز دیٹ ایکسٹریمزم اور فینیٹیسزم از ناٹ پرمیٹڈ؟" ہاں، بالکل ہے۔</w:t>
      </w:r>
    </w:p>
    <w:p>
      <w:r>
        <w:rPr>
          <w:b/>
        </w:rPr>
        <w:t xml:space="preserve">[1:15:06] </w:t>
      </w:r>
      <w:r>
        <w:t>la taghlu fi deenikum quran mein hai. ghulu mani extremism. hadith mein bhi hai, quran mein bhi hai.</w:t>
      </w:r>
    </w:p>
    <w:p>
      <w:pPr>
        <w:jc w:val="right"/>
      </w:pPr>
      <w:r>
        <w:t>لا تغلو فی دینکم قرآن میں ہے۔ غلو معنی ایکسٹریمزم۔ حدیث میں بھی ہے، قرآن میں بھی ہے۔</w:t>
      </w:r>
    </w:p>
    <w:p>
      <w:r>
        <w:rPr>
          <w:b/>
        </w:rPr>
        <w:t xml:space="preserve">[1:15:14] </w:t>
      </w:r>
      <w:r>
        <w:t>ghulu jo hai, mana hai quran mein aur hadith mein. to ghulu extremism hi ko to ghulu kehte hain. jis cheez ko aaj kal extremism kaha jata hai, wohi hai.</w:t>
      </w:r>
    </w:p>
    <w:p>
      <w:pPr>
        <w:jc w:val="right"/>
      </w:pPr>
      <w:r>
        <w:t>غلو جو ہے، منع ہے قرآن میں اور حدیث میں۔ تو غلو ایکسٹریمزم ہی کو تو غلو کہتے ہیں۔ جس چیز کو آج کل ایکسٹریمزم کہا جاتا ہے، وہ وہی ہے۔</w:t>
      </w:r>
    </w:p>
    <w:p>
      <w:r>
        <w:rPr>
          <w:b/>
        </w:rPr>
        <w:t xml:space="preserve">[1:15:23] </w:t>
      </w:r>
      <w:r>
        <w:t>ghulu hai, woh woh islam mein nahi hai. yeh jo fundamentalism aur extremism, yeh sari cheezein yahi to ghulu hain.</w:t>
      </w:r>
    </w:p>
    <w:p>
      <w:pPr>
        <w:jc w:val="right"/>
      </w:pPr>
      <w:r>
        <w:t>غلو ہے، وہ وہ اسلام میں نہیں ہے۔ یہ جو فنڈامینٹلزم اور ایکسٹریمزم، یہ ساری چیزیں یہی تو غلو ہیں۔</w:t>
      </w:r>
    </w:p>
    <w:p>
      <w:r>
        <w:rPr>
          <w:b/>
        </w:rPr>
        <w:t xml:space="preserve">[1:15:33] </w:t>
      </w:r>
      <w:r>
        <w:t>surah nisa mein yeh ayat hai: "la taghlu fi deenikum".</w:t>
      </w:r>
    </w:p>
    <w:p>
      <w:pPr>
        <w:jc w:val="right"/>
      </w:pPr>
      <w:r>
        <w:t>سورہ النساء میں یہ آیت ہے: "لا تغلو فی دینکم"۔</w:t>
      </w:r>
    </w:p>
    <w:p>
      <w:r>
        <w:rPr>
          <w:b/>
        </w:rPr>
        <w:t xml:space="preserve">[1:15:38] </w:t>
      </w:r>
      <w:r>
        <w:t>is ko aap parhiye tafseeron mein to baat clear ho jaye gi. maulana, agla sawal deli se hai, doctor farida khanam ka.</w:t>
      </w:r>
    </w:p>
    <w:p>
      <w:pPr>
        <w:jc w:val="right"/>
      </w:pPr>
      <w:r>
        <w:t>اس کو آپ پڑھیے تفسیروں میں تو بات کلیئر ہو جائے گی۔ مولانا، اگلا سوال دلی سے ہے، ڈاکٹر فریدہ خانم کا۔</w:t>
      </w:r>
    </w:p>
    <w:p>
      <w:r>
        <w:rPr>
          <w:b/>
        </w:rPr>
        <w:t xml:space="preserve">[1:15:49] </w:t>
      </w:r>
      <w:r>
        <w:t>unhon ne likha hai: "why is there so much suffering in terms of poverty, disease, illiteracy, accidents, etc.?</w:t>
      </w:r>
    </w:p>
    <w:p>
      <w:pPr>
        <w:jc w:val="right"/>
      </w:pPr>
      <w:r>
        <w:t>انہوں نے لکھا ہے: "وائی از دیر سو مچ سفرنگ ان ٹرمز آف پاورٹی، ڈیزیز، الٹریسی، ایکسیڈنٹس، ایٹسٹرہ؟</w:t>
      </w:r>
    </w:p>
    <w:p>
      <w:r>
        <w:rPr>
          <w:b/>
        </w:rPr>
        <w:t xml:space="preserve">[1:15:59] </w:t>
      </w:r>
      <w:r>
        <w:t>what is the reason for such suffering? is it a part of god's creation plan</w:t>
      </w:r>
    </w:p>
    <w:p>
      <w:pPr>
        <w:jc w:val="right"/>
      </w:pPr>
      <w:r>
        <w:t>واٹ از دا ریزن فار سچ سفرنگ؟ از اٹ ا پارٹ آف گاڈز کریشن پلان</w:t>
      </w:r>
    </w:p>
    <w:p>
      <w:r>
        <w:rPr>
          <w:b/>
        </w:rPr>
        <w:t xml:space="preserve">[1:16:06] </w:t>
      </w:r>
      <w:r>
        <w:t>?" is ka jawab dekhiye, quran mein maujood hai. woh yeh hai ke quran mein hai ke: "zahar al-fasad fi al-barr wa al-bahr bima kasabat an-nas, bima kasabat an-nas,</w:t>
      </w:r>
    </w:p>
    <w:p>
      <w:pPr>
        <w:jc w:val="right"/>
      </w:pPr>
      <w:r>
        <w:t>؟" اس کا جواب دیکھیے، قرآن میں موجود ہے۔ وہ یہ ہے کہ قرآن میں ہے کہ: "ظہر الفساد فی البر والبحر بما کسبت الناس، بما کسبت الناس،</w:t>
      </w:r>
    </w:p>
    <w:p>
      <w:r>
        <w:rPr>
          <w:b/>
        </w:rPr>
        <w:t xml:space="preserve">[1:16:22] </w:t>
      </w:r>
      <w:r>
        <w:t>zahar al-fasad fi al-barr wa al-bahr bima kasabat an-nas". aur ek aur ayat hai: "la tusdu fi al-ard ba'da islahih".</w:t>
      </w:r>
    </w:p>
    <w:p>
      <w:pPr>
        <w:jc w:val="right"/>
      </w:pPr>
      <w:r>
        <w:t>ظہر الفساد فی البر والبحر بما کسبت الناس"۔ اور ایک اور آیت ہے: "لا تصدو فی الارض بعد اصلاحہ"۔</w:t>
      </w:r>
    </w:p>
    <w:p>
      <w:r>
        <w:rPr>
          <w:b/>
        </w:rPr>
        <w:t xml:space="preserve">[1:16:33] </w:t>
      </w:r>
      <w:r>
        <w:t>in ayaton ko parhne ke baad yeh samajh ata hai ke allah ne yeh dunya banai hai, woh bilkul theek thak banai hai, yani islah par qaim kiya.</w:t>
      </w:r>
    </w:p>
    <w:p>
      <w:pPr>
        <w:jc w:val="right"/>
      </w:pPr>
      <w:r>
        <w:t>ان آیتوں کو پڑھنے کے بعد یہ سمجھ آتا ہے کہ اللہ نے یہ دنیا بنائی ہے، وہ بالکل ٹھیک ٹھاک بنائی ہے، یعنی اصلاح پر قائم کیا۔</w:t>
      </w:r>
    </w:p>
    <w:p>
      <w:r>
        <w:rPr>
          <w:b/>
        </w:rPr>
        <w:t xml:space="preserve">[1:16:43] </w:t>
      </w:r>
      <w:r>
        <w:t>is ko insan is ko bigarta hai, jaise aap pollution jo hai, woh insan ne paida kiya hai. juraim jo hain, woh insan ko paida karta hai.</w:t>
      </w:r>
    </w:p>
    <w:p>
      <w:pPr>
        <w:jc w:val="right"/>
      </w:pPr>
      <w:r>
        <w:t>اس کو انسان اس کو بگاڑتا ہے، جیسے آپ پولیوشن جو ہے، وہ انسان نے پیدا کیا ہے۔ جرائم جو ہیں، وہ انسان کو پیدا کرتا ہے۔</w:t>
      </w:r>
    </w:p>
    <w:p>
      <w:r>
        <w:rPr>
          <w:b/>
        </w:rPr>
        <w:t xml:space="preserve">[1:16:54] </w:t>
      </w:r>
      <w:r>
        <w:t>mein yeh bataun ke juraim ke sab se zimmedar human rights activist hain.</w:t>
      </w:r>
    </w:p>
    <w:p>
      <w:pPr>
        <w:jc w:val="right"/>
      </w:pPr>
      <w:r>
        <w:t>میں یہ بتاؤں کہ جرائم کے سب سے ذمہ دار ہیومن رائٹ ایکٹیوسٹ ہیں۔</w:t>
      </w:r>
    </w:p>
    <w:p>
      <w:r>
        <w:rPr>
          <w:b/>
        </w:rPr>
        <w:t xml:space="preserve">[1:16:59] </w:t>
      </w:r>
      <w:r>
        <w:t>yeh juraim aaj kal barh gaye hain, taza kyunke sab se bari zimmedari human rights activist ki hai, kyunke yeh log mujrimin ko bacha lete hain. jitni bhi un ki activities hain, mujrimin ko bachane ke liye to un ko saza nahi hoti.</w:t>
      </w:r>
    </w:p>
    <w:p>
      <w:pPr>
        <w:jc w:val="right"/>
      </w:pPr>
      <w:r>
        <w:t>یہ جرائم آج کل بڑھ گئے ہیں، تازہ کیونکہ سب سے بڑی ذمہ داری ہیومن رائٹ ایکٹیوسٹ کی ہے، کیونکہ یہ لوگ مجرمین کو بچا لیتے ہیں۔ جتنی بھی ان کی ایکٹیویٹیز ہیں، مجرمین کو بچانے کے لیے تو ان کو سزا نہیں ہوتی۔</w:t>
      </w:r>
    </w:p>
    <w:p>
      <w:r>
        <w:rPr>
          <w:b/>
        </w:rPr>
        <w:t xml:space="preserve">[1:17:14] </w:t>
      </w:r>
      <w:r>
        <w:t>sab se bare zimmedar hain human rights activist ke mujrimin ko saza nahi hone dete. deterrent punishment ki nabat nahi ati.</w:t>
      </w:r>
    </w:p>
    <w:p>
      <w:pPr>
        <w:jc w:val="right"/>
      </w:pPr>
      <w:r>
        <w:t>سب سے بڑے ذمہ دار ہیں ہیومن رائٹ ایکٹیوسٹ کہ مجرمین کو سزا نہیں ہونے دیتے۔ ڈیٹرنٹ پنشمنٹ کی نوبت نہیں آتی۔</w:t>
      </w:r>
    </w:p>
    <w:p>
      <w:r>
        <w:rPr>
          <w:b/>
        </w:rPr>
        <w:t xml:space="preserve">[1:17:23] </w:t>
      </w:r>
      <w:r>
        <w:t>to yeh sara jo dunya mein jis ko kehte hain bigar, woh sab insanon ki wajah se hai. allah ki takhleeq mein aisi koi cheez nahi hai.</w:t>
      </w:r>
    </w:p>
    <w:p>
      <w:pPr>
        <w:jc w:val="right"/>
      </w:pPr>
      <w:r>
        <w:t>تو یہ سارا جو دنیا میں جس کو کہتے ہیں بگاڑ، وہ سب انسانوں کی وجہ سے ہے۔ اللہ کی تخلیق میں ایسی کوئی چیز نہیں ہے۔</w:t>
      </w:r>
    </w:p>
    <w:p>
      <w:r>
        <w:rPr>
          <w:b/>
        </w:rPr>
        <w:t xml:space="preserve">[1:17:33] </w:t>
      </w:r>
      <w:r>
        <w:t>is par aap ne kafi likha, aap parh sakte hain hamari kitabon ko.</w:t>
      </w:r>
    </w:p>
    <w:p>
      <w:pPr>
        <w:jc w:val="right"/>
      </w:pPr>
      <w:r>
        <w:t>اس پر آپ نے کافی لکھا، آپ پڑھ سکتے ہیں ہماری کتابوں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