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Political Empire to Opportunity Empire January 03, 2010 Maulana Wahiduddin Khan</w:t>
      </w:r>
    </w:p>
    <w:p>
      <w:r>
        <w:t>https://www.youtube.com/watch?v=qomMKXzqdb0</w:t>
      </w:r>
    </w:p>
    <w:p>
      <w:r>
        <w:rPr>
          <w:b/>
        </w:rPr>
        <w:t xml:space="preserve">[00:14] </w:t>
      </w:r>
      <w:r>
        <w:t>bismillah hir rahman nir rahim wa salallahu ala nabiyyil karim rabbishrah li sadri wa yassir li amri wahlul uqdatam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topic hai from political empire to opportunity empire</w:t>
      </w:r>
    </w:p>
    <w:p>
      <w:pPr>
        <w:jc w:val="right"/>
      </w:pPr>
      <w:r>
        <w:t>آج کا ٹاپک ہے فرام پولیٹیکل ایمپائر ٹو اپرچونیٹی ایمپائر</w:t>
      </w:r>
    </w:p>
    <w:p>
      <w:r>
        <w:rPr>
          <w:b/>
        </w:rPr>
        <w:t xml:space="preserve">[00:52] </w:t>
      </w:r>
      <w:r>
        <w:t>asal subject par kuch kehne se pehle main aaj ka ek experience bayan karna chahta hoon</w:t>
      </w:r>
    </w:p>
    <w:p>
      <w:pPr>
        <w:jc w:val="right"/>
      </w:pPr>
      <w:r>
        <w:t>اصل سبجیکٹ پر کچھ کہنے سے پہلے میں آج کا ایک ایکسپیرینس بیان کرنا چاہتا ہوں</w:t>
      </w:r>
    </w:p>
    <w:p>
      <w:r>
        <w:rPr>
          <w:b/>
        </w:rPr>
        <w:t xml:space="preserve">[01:05] </w:t>
      </w:r>
      <w:r>
        <w:t>aaj subah mere paas ek telephone aaya</w:t>
      </w:r>
    </w:p>
    <w:p>
      <w:pPr>
        <w:jc w:val="right"/>
      </w:pPr>
      <w:r>
        <w:t>آج صبح میرے پاس ایک ٹیلی فون آیا</w:t>
      </w:r>
    </w:p>
    <w:p>
      <w:r>
        <w:rPr>
          <w:b/>
        </w:rPr>
        <w:t xml:space="preserve">[01:15] </w:t>
      </w:r>
      <w:r>
        <w:t>deccan se ek sahab bol rahe the</w:t>
      </w:r>
    </w:p>
    <w:p>
      <w:pPr>
        <w:jc w:val="right"/>
      </w:pPr>
      <w:r>
        <w:t>دکن سے ایک صاحب بول رہے تھے</w:t>
      </w:r>
    </w:p>
    <w:p>
      <w:r>
        <w:rPr>
          <w:b/>
        </w:rPr>
        <w:t xml:space="preserve">[01:19] </w:t>
      </w:r>
      <w:r>
        <w:t>to unhon ne kaha ke main</w:t>
      </w:r>
    </w:p>
    <w:p>
      <w:pPr>
        <w:jc w:val="right"/>
      </w:pPr>
      <w:r>
        <w:t>تو انہوں نے کہا کہ میں</w:t>
      </w:r>
    </w:p>
    <w:p>
      <w:r>
        <w:rPr>
          <w:b/>
        </w:rPr>
        <w:t xml:space="preserve">[01:26] </w:t>
      </w:r>
      <w:r>
        <w:t>monthly magazine risala padhta hoon barabar aur aap ki kitabein bhi padhi hain</w:t>
      </w:r>
    </w:p>
    <w:p>
      <w:pPr>
        <w:jc w:val="right"/>
      </w:pPr>
      <w:r>
        <w:t>منتھلی میگزین رسالہ پڑھتا ہوں برابر اور آپ کی کتابیں بھی پڑھی ہیں</w:t>
      </w:r>
    </w:p>
    <w:p>
      <w:r>
        <w:rPr>
          <w:b/>
        </w:rPr>
        <w:t xml:space="preserve">[01:33] </w:t>
      </w:r>
      <w:r>
        <w:t>to main ne un se poocha ke</w:t>
      </w:r>
    </w:p>
    <w:p>
      <w:pPr>
        <w:jc w:val="right"/>
      </w:pPr>
      <w:r>
        <w:t>تو میں نے ان سے پوچھا کہ</w:t>
      </w:r>
    </w:p>
    <w:p>
      <w:r>
        <w:rPr>
          <w:b/>
        </w:rPr>
        <w:t xml:space="preserve">[01:35] </w:t>
      </w:r>
      <w:r>
        <w:t>aap ne is se kya</w:t>
      </w:r>
    </w:p>
    <w:p>
      <w:pPr>
        <w:jc w:val="right"/>
      </w:pPr>
      <w:r>
        <w:t>آپ نے اس سے کیا</w:t>
      </w:r>
    </w:p>
    <w:p>
      <w:r>
        <w:rPr>
          <w:b/>
        </w:rPr>
        <w:t xml:space="preserve">[01:40] </w:t>
      </w:r>
      <w:r>
        <w:t>paya to unhon ne kaha ke bohat si cheez mili to main ne kaha nahi</w:t>
      </w:r>
    </w:p>
    <w:p>
      <w:pPr>
        <w:jc w:val="right"/>
      </w:pPr>
      <w:r>
        <w:t>پایا تو انہوں نے کہا کہ بہت سی چیز ملی تو میں نے کہا نہیں</w:t>
      </w:r>
    </w:p>
    <w:p>
      <w:r>
        <w:rPr>
          <w:b/>
        </w:rPr>
        <w:t xml:space="preserve">[01:47] </w:t>
      </w:r>
      <w:r>
        <w:t>ek baat bataiye</w:t>
      </w:r>
    </w:p>
    <w:p>
      <w:pPr>
        <w:jc w:val="right"/>
      </w:pPr>
      <w:r>
        <w:t>ایک بات بتائیے</w:t>
      </w:r>
    </w:p>
    <w:p>
      <w:r>
        <w:rPr>
          <w:b/>
        </w:rPr>
        <w:t xml:space="preserve">[01:51] </w:t>
      </w:r>
      <w:r>
        <w:t>to unhon ne ek bohat hi</w:t>
      </w:r>
    </w:p>
    <w:p>
      <w:pPr>
        <w:jc w:val="right"/>
      </w:pPr>
      <w:r>
        <w:t>تو انہوں نے ایک بہت ہی</w:t>
      </w:r>
    </w:p>
    <w:p>
      <w:r>
        <w:rPr>
          <w:b/>
        </w:rPr>
        <w:t xml:space="preserve">[01:55] </w:t>
      </w:r>
      <w:r>
        <w:t>meaningful baat kahi</w:t>
      </w:r>
    </w:p>
    <w:p>
      <w:pPr>
        <w:jc w:val="right"/>
      </w:pPr>
      <w:r>
        <w:t>میننگ فل بات کہی</w:t>
      </w:r>
    </w:p>
    <w:p>
      <w:r>
        <w:rPr>
          <w:b/>
        </w:rPr>
        <w:t xml:space="preserve">[01:58] </w:t>
      </w:r>
      <w:r>
        <w:t>main chahta hoon ke aap sab log is ko pakrein</w:t>
      </w:r>
    </w:p>
    <w:p>
      <w:pPr>
        <w:jc w:val="right"/>
      </w:pPr>
      <w:r>
        <w:t>میں چاہتا ہوں کہ آپ سب لوگ اس کو پکڑیں</w:t>
      </w:r>
    </w:p>
    <w:p>
      <w:r>
        <w:rPr>
          <w:b/>
        </w:rPr>
        <w:t xml:space="preserve">[02:02] </w:t>
      </w:r>
      <w:r>
        <w:t>unhon ne kaha ke aap ki jo writings hain jo risala hai</w:t>
      </w:r>
    </w:p>
    <w:p>
      <w:pPr>
        <w:jc w:val="right"/>
      </w:pPr>
      <w:r>
        <w:t>انہوں نے کہا کہ آپ کی جو رائٹنگز ہیں جو رسالہ ہے</w:t>
      </w:r>
    </w:p>
    <w:p>
      <w:r>
        <w:rPr>
          <w:b/>
        </w:rPr>
        <w:t xml:space="preserve">[02:07] </w:t>
      </w:r>
      <w:r>
        <w:t>is se mere andar ek naya ek nayi soch jaagi</w:t>
      </w:r>
    </w:p>
    <w:p>
      <w:pPr>
        <w:jc w:val="right"/>
      </w:pPr>
      <w:r>
        <w:t>اس سے میرے اندر ایک نیا ایک نئی سوچ جاگی</w:t>
      </w:r>
    </w:p>
    <w:p>
      <w:r>
        <w:rPr>
          <w:b/>
        </w:rPr>
        <w:t xml:space="preserve">[02:12] </w:t>
      </w:r>
      <w:r>
        <w:t>wo un ke alfaaz mein</w:t>
      </w:r>
    </w:p>
    <w:p>
      <w:pPr>
        <w:jc w:val="right"/>
      </w:pPr>
      <w:r>
        <w:t>وہ ان کے الفاظ میں</w:t>
      </w:r>
    </w:p>
    <w:p>
      <w:r>
        <w:rPr>
          <w:b/>
        </w:rPr>
        <w:t xml:space="preserve">[02:15] </w:t>
      </w:r>
      <w:r>
        <w:t>seeing extraordinary ordinary</w:t>
      </w:r>
    </w:p>
    <w:p>
      <w:pPr>
        <w:jc w:val="right"/>
      </w:pPr>
      <w:r>
        <w:t>سینگ ایکسٹرا ارڈنری ان ارڈنری</w:t>
      </w:r>
    </w:p>
    <w:p>
      <w:r>
        <w:rPr>
          <w:b/>
        </w:rPr>
        <w:t xml:space="preserve">[02:21] </w:t>
      </w:r>
      <w:r>
        <w:t>ordinary cheezon mein extraordinary</w:t>
      </w:r>
    </w:p>
    <w:p>
      <w:pPr>
        <w:jc w:val="right"/>
      </w:pPr>
      <w:r>
        <w:t>ارڈنری چیزوں میں ایکسٹرا ارڈنری</w:t>
      </w:r>
    </w:p>
    <w:p>
      <w:r>
        <w:rPr>
          <w:b/>
        </w:rPr>
        <w:t xml:space="preserve">[02:24] </w:t>
      </w:r>
      <w:r>
        <w:t>cheez daryaft karna</w:t>
      </w:r>
    </w:p>
    <w:p>
      <w:pPr>
        <w:jc w:val="right"/>
      </w:pPr>
      <w:r>
        <w:t>چیز دریافت کرنا</w:t>
      </w:r>
    </w:p>
    <w:p>
      <w:r>
        <w:rPr>
          <w:b/>
        </w:rPr>
        <w:t xml:space="preserve">[02:28] </w:t>
      </w:r>
      <w:r>
        <w:t>yeh bohat hi important hai</w:t>
      </w:r>
    </w:p>
    <w:p>
      <w:pPr>
        <w:jc w:val="right"/>
      </w:pPr>
      <w:r>
        <w:t>یہ بہت ہی امپورٹنٹ ہے</w:t>
      </w:r>
    </w:p>
    <w:p>
      <w:r>
        <w:rPr>
          <w:b/>
        </w:rPr>
        <w:t xml:space="preserve">[02:31] </w:t>
      </w:r>
      <w:r>
        <w:t>isi ka naam hai marifat</w:t>
      </w:r>
    </w:p>
    <w:p>
      <w:pPr>
        <w:jc w:val="right"/>
      </w:pPr>
      <w:r>
        <w:t>اسی کا نام ہے معرفت</w:t>
      </w:r>
    </w:p>
    <w:p>
      <w:r>
        <w:rPr>
          <w:b/>
        </w:rPr>
        <w:t xml:space="preserve">[02:35] </w:t>
      </w:r>
      <w:r>
        <w:t>marifat jis ko hum kehte</w:t>
      </w:r>
    </w:p>
    <w:p>
      <w:pPr>
        <w:jc w:val="right"/>
      </w:pPr>
      <w:r>
        <w:t>معرفت جس کو ہم کہتے</w:t>
      </w:r>
    </w:p>
    <w:p>
      <w:r>
        <w:rPr>
          <w:b/>
        </w:rPr>
        <w:t xml:space="preserve">[02:36] </w:t>
      </w:r>
      <w:r>
        <w:t>hain realization of god wo kya hai wo yahi hai</w:t>
      </w:r>
    </w:p>
    <w:p>
      <w:pPr>
        <w:jc w:val="right"/>
      </w:pPr>
      <w:r>
        <w:t>ہیں ریلائزیشن اف گاڈ وہ کیا ہے وہ یہی ہے</w:t>
      </w:r>
    </w:p>
    <w:p>
      <w:r>
        <w:rPr>
          <w:b/>
        </w:rPr>
        <w:t xml:space="preserve">[02:43] </w:t>
      </w:r>
      <w:r>
        <w:t>cheezon ko hum lete hain for granted ke taur par</w:t>
      </w:r>
    </w:p>
    <w:p>
      <w:pPr>
        <w:jc w:val="right"/>
      </w:pPr>
      <w:r>
        <w:t>چیزوں کو ہم لیتے ہیں فار گانٹڈ کے طور پر</w:t>
      </w:r>
    </w:p>
    <w:p>
      <w:r>
        <w:rPr>
          <w:b/>
        </w:rPr>
        <w:t xml:space="preserve">[02:49] </w:t>
      </w:r>
      <w:r>
        <w:t>to cheezein hamein bas mamooli dikhai deti hain koi khaas baat nahi hai</w:t>
      </w:r>
    </w:p>
    <w:p>
      <w:pPr>
        <w:jc w:val="right"/>
      </w:pPr>
      <w:r>
        <w:t>تو چیزیں ہمیں بس معمولی دکھائی دیتی ہیں کوئی خاص بات نہیں ہے</w:t>
      </w:r>
    </w:p>
    <w:p>
      <w:r>
        <w:rPr>
          <w:b/>
        </w:rPr>
        <w:t xml:space="preserve">[02:55] </w:t>
      </w:r>
      <w:r>
        <w:t>jis mein bol raha hoon to main koi sochta nahi ke bol raha hoon to yeh to ek</w:t>
      </w:r>
    </w:p>
    <w:p>
      <w:pPr>
        <w:jc w:val="right"/>
      </w:pPr>
      <w:r>
        <w:t>جس میں بول رہا ہوں تو میں کوئی سوچتا نہیں کہ بول رہا ہوں تو یہ تو ایک</w:t>
      </w:r>
    </w:p>
    <w:p>
      <w:r>
        <w:rPr>
          <w:b/>
        </w:rPr>
        <w:t xml:space="preserve">[03:01] </w:t>
      </w:r>
      <w:r>
        <w:t>miracle hai kaise insan bol raha hai</w:t>
      </w:r>
    </w:p>
    <w:p>
      <w:pPr>
        <w:jc w:val="right"/>
      </w:pPr>
      <w:r>
        <w:t>میریکل ہے کیسے انسان بول رہا ہے</w:t>
      </w:r>
    </w:p>
    <w:p>
      <w:r>
        <w:rPr>
          <w:b/>
        </w:rPr>
        <w:t xml:space="preserve">[03:05] </w:t>
      </w:r>
      <w:r>
        <w:t>to bolna chuki har admi bolta hai to us ko aik ordinary cheez samajhta hai aik normal cheez</w:t>
      </w:r>
    </w:p>
    <w:p>
      <w:pPr>
        <w:jc w:val="right"/>
      </w:pPr>
      <w:r>
        <w:t>تو بولنا چونکہ ہر ادمی بولتا ہے تو اس کو ایک ارڈنری چیز سمجھتا ہے ایک نارمل چیز</w:t>
      </w:r>
    </w:p>
    <w:p>
      <w:r>
        <w:rPr>
          <w:b/>
        </w:rPr>
        <w:t xml:space="preserve">[03:12] </w:t>
      </w:r>
      <w:r>
        <w:t>lekin is bolne mein aap daryaft karein yeh to brickle hai</w:t>
      </w:r>
    </w:p>
    <w:p>
      <w:pPr>
        <w:jc w:val="right"/>
      </w:pPr>
      <w:r>
        <w:t>لیکن اس بولنے میں آپ دریافت کریں یہ تو بریکل ہے</w:t>
      </w:r>
    </w:p>
    <w:p>
      <w:r>
        <w:rPr>
          <w:b/>
        </w:rPr>
        <w:t xml:space="preserve">[03:18] </w:t>
      </w:r>
      <w:r>
        <w:t>from here begins realization of god</w:t>
      </w:r>
    </w:p>
    <w:p>
      <w:pPr>
        <w:jc w:val="right"/>
      </w:pPr>
      <w:r>
        <w:t>فرام ہیر بیگنز ریلائزیشن اف گاڈ</w:t>
      </w:r>
    </w:p>
    <w:p>
      <w:r>
        <w:rPr>
          <w:b/>
        </w:rPr>
        <w:t xml:space="preserve">[03:26] </w:t>
      </w:r>
      <w:r>
        <w:t>marifat ya realization jo hai woh koi aisa nahi hai ke bas kalma ka lafz padh diya aur bas marifat mil gayi nahi</w:t>
      </w:r>
    </w:p>
    <w:p>
      <w:pPr>
        <w:jc w:val="right"/>
      </w:pPr>
      <w:r>
        <w:t>معرفت یا ریلائزیشن جو ہے وہ کوئی ایسا نہیں ہے کہ بس کلمہ کا لفظ پڑھ دیا اور بس معرفت مل گئی نہیں</w:t>
      </w:r>
    </w:p>
    <w:p>
      <w:r>
        <w:rPr>
          <w:b/>
        </w:rPr>
        <w:t xml:space="preserve">[03:41] </w:t>
      </w:r>
      <w:r>
        <w:t>realization of god is not a one time</w:t>
      </w:r>
    </w:p>
    <w:p>
      <w:pPr>
        <w:jc w:val="right"/>
      </w:pPr>
      <w:r>
        <w:t>ریلائزیشن اف گاڈ از ناٹ ا ون ٹائم</w:t>
      </w:r>
    </w:p>
    <w:p>
      <w:r>
        <w:rPr>
          <w:b/>
        </w:rPr>
        <w:t xml:space="preserve">[03:49] </w:t>
      </w:r>
      <w:r>
        <w:t>experience ek baar padh diya to ho gaya realization is a continuous process</w:t>
      </w:r>
    </w:p>
    <w:p>
      <w:pPr>
        <w:jc w:val="right"/>
      </w:pPr>
      <w:r>
        <w:t>ایکسپیرینس ایک بار پڑھ دیا تو ہو گیا ریلائزیشن از ا کنٹینیوس پروسیس</w:t>
      </w:r>
    </w:p>
    <w:p>
      <w:r>
        <w:rPr>
          <w:b/>
        </w:rPr>
        <w:t xml:space="preserve">[04:01] </w:t>
      </w:r>
      <w:r>
        <w:t>an ending process</w:t>
      </w:r>
    </w:p>
    <w:p>
      <w:pPr>
        <w:jc w:val="right"/>
      </w:pPr>
      <w:r>
        <w:t>ان اینڈنگ پروسیس</w:t>
      </w:r>
    </w:p>
    <w:p>
      <w:r>
        <w:rPr>
          <w:b/>
        </w:rPr>
        <w:t xml:space="preserve">[04:05] </w:t>
      </w:r>
      <w:r>
        <w:t>har waqt har experience</w:t>
      </w:r>
    </w:p>
    <w:p>
      <w:pPr>
        <w:jc w:val="right"/>
      </w:pPr>
      <w:r>
        <w:t>ہر وقت ہر ایکسپیرینس</w:t>
      </w:r>
    </w:p>
    <w:p>
      <w:r>
        <w:rPr>
          <w:b/>
        </w:rPr>
        <w:t xml:space="preserve">[04:09] </w:t>
      </w:r>
      <w:r>
        <w:t>har baat jo aap dekhte hain jo sunte hain jo aap tajurba karte hain in sab mein</w:t>
      </w:r>
    </w:p>
    <w:p>
      <w:pPr>
        <w:jc w:val="right"/>
      </w:pPr>
      <w:r>
        <w:t>ہر بات جو آپ دیکھتے ہیں جو سنتے ہیں جو آپ تجربہ کرتے ہیں ان سب میں</w:t>
      </w:r>
    </w:p>
    <w:p>
      <w:r>
        <w:rPr>
          <w:b/>
        </w:rPr>
        <w:t xml:space="preserve">[04:17] </w:t>
      </w:r>
      <w:r>
        <w:t>allah ki jhalak hoti hai khuda ki glory ki jhalak hoti hai</w:t>
      </w:r>
    </w:p>
    <w:p>
      <w:pPr>
        <w:jc w:val="right"/>
      </w:pPr>
      <w:r>
        <w:t>الاؤ اللہ کی جھلک ہوتی ہے خدا کی گلوری کی جھلک ہوتی ہے</w:t>
      </w:r>
    </w:p>
    <w:p>
      <w:r>
        <w:rPr>
          <w:b/>
        </w:rPr>
        <w:t xml:space="preserve">[04:25] </w:t>
      </w:r>
      <w:r>
        <w:t>to is mein aap discover karte rahein</w:t>
      </w:r>
    </w:p>
    <w:p>
      <w:pPr>
        <w:jc w:val="right"/>
      </w:pPr>
      <w:r>
        <w:t>تو اس میں آپ ڈسکور کرتے رہیں</w:t>
      </w:r>
    </w:p>
    <w:p>
      <w:r>
        <w:rPr>
          <w:b/>
        </w:rPr>
        <w:t xml:space="preserve">[04:30] </w:t>
      </w:r>
      <w:r>
        <w:t>to realization is a</w:t>
      </w:r>
    </w:p>
    <w:p>
      <w:pPr>
        <w:jc w:val="right"/>
      </w:pPr>
      <w:r>
        <w:t>تو ریلائزیشن از ا</w:t>
      </w:r>
    </w:p>
    <w:p>
      <w:r>
        <w:rPr>
          <w:b/>
        </w:rPr>
        <w:t xml:space="preserve">[04:33] </w:t>
      </w:r>
      <w:r>
        <w:t>continuous process when you discover that</w:t>
      </w:r>
    </w:p>
    <w:p>
      <w:pPr>
        <w:jc w:val="right"/>
      </w:pPr>
      <w:r>
        <w:t>کنٹینیوس پروسیس وین یو ڈسکور دیٹ</w:t>
      </w:r>
    </w:p>
    <w:p>
      <w:r>
        <w:rPr>
          <w:b/>
        </w:rPr>
        <w:t xml:space="preserve">[04:42] </w:t>
      </w:r>
      <w:r>
        <w:t>there are extra ordinary aspect in ordinary thing</w:t>
      </w:r>
    </w:p>
    <w:p>
      <w:pPr>
        <w:jc w:val="right"/>
      </w:pPr>
      <w:r>
        <w:t>دیر ار ایکسٹرا ارڈنری اسپیکٹ ان ارڈنری تھنگ</w:t>
      </w:r>
    </w:p>
    <w:p>
      <w:r>
        <w:rPr>
          <w:b/>
        </w:rPr>
        <w:t xml:space="preserve">[04:47] </w:t>
      </w:r>
      <w:r>
        <w:t>from</w:t>
      </w:r>
    </w:p>
    <w:p>
      <w:pPr>
        <w:jc w:val="right"/>
      </w:pPr>
      <w:r>
        <w:t>فرام</w:t>
      </w:r>
    </w:p>
    <w:p>
      <w:r>
        <w:rPr>
          <w:b/>
        </w:rPr>
        <w:t xml:space="preserve">[04:47] </w:t>
      </w:r>
      <w:r>
        <w:t>here begins marifat as a process paisa chalta rehta hai sari zindagi mein</w:t>
      </w:r>
    </w:p>
    <w:p>
      <w:pPr>
        <w:jc w:val="right"/>
      </w:pPr>
      <w:r>
        <w:t>ہیر بیگنز معرفت ایز اے پروسیس پیسہ چلتا رہتا ہے ساری زندگی میں</w:t>
      </w:r>
    </w:p>
    <w:p>
      <w:r>
        <w:rPr>
          <w:b/>
        </w:rPr>
        <w:t xml:space="preserve">[04:59] </w:t>
      </w:r>
      <w:r>
        <w:t>kal mein soch raha tha ke mein admi khana khata hai</w:t>
      </w:r>
    </w:p>
    <w:p>
      <w:pPr>
        <w:jc w:val="right"/>
      </w:pPr>
      <w:r>
        <w:t>کل میں سوچ رہا تھا کہ میں ادمی کھانا کھاتا ہے</w:t>
      </w:r>
    </w:p>
    <w:p>
      <w:r>
        <w:rPr>
          <w:b/>
        </w:rPr>
        <w:t xml:space="preserve">[05:03] </w:t>
      </w:r>
      <w:r>
        <w:t>to khana to</w:t>
      </w:r>
    </w:p>
    <w:p>
      <w:pPr>
        <w:jc w:val="right"/>
      </w:pPr>
      <w:r>
        <w:t>تو کھانا تو</w:t>
      </w:r>
    </w:p>
    <w:p>
      <w:r>
        <w:rPr>
          <w:b/>
        </w:rPr>
        <w:t xml:space="preserve">[05:06] </w:t>
      </w:r>
      <w:r>
        <w:t>dal roti chawal hai</w:t>
      </w:r>
    </w:p>
    <w:p>
      <w:pPr>
        <w:jc w:val="right"/>
      </w:pPr>
      <w:r>
        <w:t>دال روٹی چاول ہے</w:t>
      </w:r>
    </w:p>
    <w:p>
      <w:r>
        <w:rPr>
          <w:b/>
        </w:rPr>
        <w:t xml:space="preserve">[05:10] </w:t>
      </w:r>
      <w:r>
        <w:t>aur andar ja kar ke jo factory hai woh kya karti hai us ko convert karti hai blood</w:t>
      </w:r>
    </w:p>
    <w:p>
      <w:pPr>
        <w:jc w:val="right"/>
      </w:pPr>
      <w:r>
        <w:t>اور اندر جا کر کے جو فیکٹری ہے وہ کیا کرتی ہے اس کو کنورٹ کرتی ہے بلڈ</w:t>
      </w:r>
    </w:p>
    <w:p>
      <w:r>
        <w:rPr>
          <w:b/>
        </w:rPr>
        <w:t xml:space="preserve">[05:17] </w:t>
      </w:r>
      <w:r>
        <w:t>mein flesh mein</w:t>
      </w:r>
    </w:p>
    <w:p>
      <w:pPr>
        <w:jc w:val="right"/>
      </w:pPr>
      <w:r>
        <w:t>میں فلیش میں</w:t>
      </w:r>
    </w:p>
    <w:p>
      <w:r>
        <w:rPr>
          <w:b/>
        </w:rPr>
        <w:t xml:space="preserve">[05:21] </w:t>
      </w:r>
      <w:r>
        <w:t>bal mein bone mein nakhun mein</w:t>
      </w:r>
    </w:p>
    <w:p>
      <w:pPr>
        <w:jc w:val="right"/>
      </w:pPr>
      <w:r>
        <w:t>بال میں بون میں ناخن میں</w:t>
      </w:r>
    </w:p>
    <w:p>
      <w:r>
        <w:rPr>
          <w:b/>
        </w:rPr>
        <w:t xml:space="preserve">[05:24] </w:t>
      </w:r>
      <w:r>
        <w:t>aankh ke cell kaan ke cell itna sara isi mein se banta hai</w:t>
      </w:r>
    </w:p>
    <w:p>
      <w:pPr>
        <w:jc w:val="right"/>
      </w:pPr>
      <w:r>
        <w:t>انکھ کے سیل کان کے سیل اتنا سارا اسی میں سے بنتا ہے</w:t>
      </w:r>
    </w:p>
    <w:p>
      <w:r>
        <w:rPr>
          <w:b/>
        </w:rPr>
        <w:t xml:space="preserve">[05:30] </w:t>
      </w:r>
      <w:r>
        <w:t>jo super brickle hai jo har din hota hai har admi ke body mein</w:t>
      </w:r>
    </w:p>
    <w:p>
      <w:pPr>
        <w:jc w:val="right"/>
      </w:pPr>
      <w:r>
        <w:t>جو سپر بریکل ہے جو ہر دن ہوتا ہے ہر ادمی کے باڈی میں</w:t>
      </w:r>
    </w:p>
    <w:p>
      <w:r>
        <w:rPr>
          <w:b/>
        </w:rPr>
        <w:t xml:space="preserve">[05:38] </w:t>
      </w:r>
      <w:r>
        <w:t>to seeing extraordinary in ordinary yahi hai marifat jab tak aisa na ho kuch nahi ho sakta</w:t>
      </w:r>
    </w:p>
    <w:p>
      <w:pPr>
        <w:jc w:val="right"/>
      </w:pPr>
      <w:r>
        <w:t>تو سینگ ایکسٹرا ارڈنری ان ارڈنری یہی ہے معرفت جب تک ایسا نہ ہو کچھ نہیں ہو سکتا</w:t>
      </w:r>
    </w:p>
    <w:p>
      <w:r>
        <w:rPr>
          <w:b/>
        </w:rPr>
        <w:t xml:space="preserve">[05:53] </w:t>
      </w:r>
      <w:r>
        <w:t>aik baat mein aap ka dilaoon ke twenty is twenty century jo hai beesveen sadi poori ki poori</w:t>
      </w:r>
    </w:p>
    <w:p>
      <w:pPr>
        <w:jc w:val="right"/>
      </w:pPr>
      <w:r>
        <w:t>ایک بات میں آپ کا دلاؤں کہ ٹونٹی اس ٹونٹی سنچری جو ہے بیسویں صدی پوری کی پوری</w:t>
      </w:r>
    </w:p>
    <w:p>
      <w:r>
        <w:rPr>
          <w:b/>
        </w:rPr>
        <w:t xml:space="preserve">[05:59] </w:t>
      </w:r>
      <w:r>
        <w:t>quran ki sadi hai kyunke sare jo musalman uthe is zamane mein sab quran quran bolte the shah</w:t>
      </w:r>
    </w:p>
    <w:p>
      <w:pPr>
        <w:jc w:val="right"/>
      </w:pPr>
      <w:r>
        <w:t>قران کی صدی ہے کیونکہ سارے جو مسلمان اٹھے اس زمانے میں سب قران قران بولتے تھے شاہ</w:t>
      </w:r>
    </w:p>
    <w:p>
      <w:r>
        <w:rPr>
          <w:b/>
        </w:rPr>
        <w:t xml:space="preserve">[06:05] </w:t>
      </w:r>
      <w:r>
        <w:t>saeed ne quran kaha</w:t>
      </w:r>
    </w:p>
    <w:p>
      <w:pPr>
        <w:jc w:val="right"/>
      </w:pPr>
      <w:r>
        <w:t>سید نے قران کہا</w:t>
      </w:r>
    </w:p>
    <w:p>
      <w:r>
        <w:rPr>
          <w:b/>
        </w:rPr>
        <w:t xml:space="preserve">[06:09] </w:t>
      </w:r>
      <w:r>
        <w:t>allah ali khawar al musalmoon jo arab mein bane unho ne kaha al quran dastoorna</w:t>
      </w:r>
    </w:p>
    <w:p>
      <w:pPr>
        <w:jc w:val="right"/>
      </w:pPr>
      <w:r>
        <w:t>اللہ علی خوار المسلمون جو عرب میں بنے انہوں نے کہا القران دستورنا</w:t>
      </w:r>
    </w:p>
    <w:p>
      <w:r>
        <w:rPr>
          <w:b/>
        </w:rPr>
        <w:t xml:space="preserve">[06:14] </w:t>
      </w:r>
      <w:r>
        <w:t>jis ko dekhe woh quran quran kar raha hai</w:t>
      </w:r>
    </w:p>
    <w:p>
      <w:pPr>
        <w:jc w:val="right"/>
      </w:pPr>
      <w:r>
        <w:t>جس کو دیکھے وہ قران قران کر رہا ہے</w:t>
      </w:r>
    </w:p>
    <w:p>
      <w:r>
        <w:rPr>
          <w:b/>
        </w:rPr>
        <w:t xml:space="preserve">[06:18] </w:t>
      </w:r>
      <w:r>
        <w:t>aur result kuch nahi</w:t>
      </w:r>
    </w:p>
    <w:p>
      <w:pPr>
        <w:jc w:val="right"/>
      </w:pPr>
      <w:r>
        <w:t>اور رزلٹ کچھ نہیں</w:t>
      </w:r>
    </w:p>
    <w:p>
      <w:r>
        <w:rPr>
          <w:b/>
        </w:rPr>
        <w:t xml:space="preserve">[06:21] </w:t>
      </w:r>
      <w:r>
        <w:t>result kya hai politics chal rahi hai militarysi chal rahi hai</w:t>
      </w:r>
    </w:p>
    <w:p>
      <w:pPr>
        <w:jc w:val="right"/>
      </w:pPr>
      <w:r>
        <w:t>رزلٹ کیا ہے پولیٹکس چل رہی ہے ملٹریسی چل رہی ہے</w:t>
      </w:r>
    </w:p>
    <w:p>
      <w:r>
        <w:rPr>
          <w:b/>
        </w:rPr>
        <w:t xml:space="preserve">[06:26] </w:t>
      </w:r>
      <w:r>
        <w:t>aaj aap dekhiye</w:t>
      </w:r>
    </w:p>
    <w:p>
      <w:pPr>
        <w:jc w:val="right"/>
      </w:pPr>
      <w:r>
        <w:t>اج اپ دیکھیے</w:t>
      </w:r>
    </w:p>
    <w:p>
      <w:r>
        <w:rPr>
          <w:b/>
        </w:rPr>
        <w:t xml:space="preserve">[06:28] </w:t>
      </w:r>
      <w:r>
        <w:t>aaj ke paper mein kya hai</w:t>
      </w:r>
    </w:p>
    <w:p>
      <w:pPr>
        <w:jc w:val="right"/>
      </w:pPr>
      <w:r>
        <w:t>اج کے پیپر میں کیا ہے</w:t>
      </w:r>
    </w:p>
    <w:p>
      <w:r>
        <w:rPr>
          <w:b/>
        </w:rPr>
        <w:t xml:space="preserve">[06:32] </w:t>
      </w:r>
      <w:r>
        <w:t>denmark mein 2005 mein</w:t>
      </w:r>
    </w:p>
    <w:p>
      <w:pPr>
        <w:jc w:val="right"/>
      </w:pPr>
      <w:r>
        <w:t>ڈنمارک میں 2005 میں</w:t>
      </w:r>
    </w:p>
    <w:p>
      <w:r>
        <w:rPr>
          <w:b/>
        </w:rPr>
        <w:t xml:space="preserve">[06:37] </w:t>
      </w:r>
      <w:r>
        <w:t>75 saala</w:t>
      </w:r>
    </w:p>
    <w:p>
      <w:pPr>
        <w:jc w:val="right"/>
      </w:pPr>
      <w:r>
        <w:t>75 سالہ</w:t>
      </w:r>
    </w:p>
    <w:p>
      <w:r>
        <w:rPr>
          <w:b/>
        </w:rPr>
        <w:t xml:space="preserve">[06:38] </w:t>
      </w:r>
      <w:r>
        <w:t>ek admi ne ek cartoon chhapa jis mein Rasool Allah ko depict kiya is tarah ke aap ki jo pagri thi aap ke sar par wo bomb ki shape mein thi bas sari dunya ke Musalman ghussa ho gaye aur aaj tak unka ghussa khatam nahi hua Somalia ka ek Muslim naujawan 28 saal ka ghus gaya uske ghar mein</w:t>
      </w:r>
    </w:p>
    <w:p>
      <w:pPr>
        <w:jc w:val="right"/>
      </w:pPr>
      <w:r>
        <w:t>ایک ادمی نے ایک کارٹون چھاپا جس میں رسول اللہ کو ڈیپکٹ کیا اس طرح کہ اپ کی جو پگڑی تھی اپ کے سر پر وہ بم کی شیپ میں تھی بس ساری دنیا کے مسلمان غصہ ہو گئے اور اج تک ان کا غصہ ختم نہیں ہوا صومالیہ کا ایک مسلم نوجوان 28 سال کا گھس گیا اس کے گھر میں</w:t>
      </w:r>
    </w:p>
    <w:p>
      <w:r>
        <w:rPr>
          <w:b/>
        </w:rPr>
        <w:t xml:space="preserve">[07:04] </w:t>
      </w:r>
      <w:r>
        <w:t>Quran mein hai to yeh hai la tadkhulu ghairakum bi-iznin ahlikum wa idha qeela lakum irji'u farji'u kisi ghair ke ghar mein baghair ijazat ke mat dakhil ho aur dakhil ho gaya axe aur knife le kar aur Quran ka dhoom machi hui hai sari dunya mein jisko dekhiye wo Quran ka dars de raha hai Quran ka charcha kar raha hai</w:t>
      </w:r>
    </w:p>
    <w:p>
      <w:pPr>
        <w:jc w:val="right"/>
      </w:pPr>
      <w:r>
        <w:t>قران میں ہے تو یہ ہے لا تدخل غیرتکم تسلم الہ کسی غیر کے گھر میں بغیر حجاز کے مت داخل ہو اور داخل ہو گیا ایکس اور نائف لے کر اور قران کا دھوم مچی ہوئی ہے ساری دنیا میں جس کو دیکھیے وہ قران کا درس دے رہا ہے قران کا چرچہ کر رہا ہے</w:t>
      </w:r>
    </w:p>
    <w:p>
      <w:r>
        <w:rPr>
          <w:b/>
        </w:rPr>
        <w:t xml:space="preserve">[07:31] </w:t>
      </w:r>
      <w:r>
        <w:t>to log jo hain meri samajh aaye ke log quran mein apne mind ko padhte hain</w:t>
      </w:r>
    </w:p>
    <w:p>
      <w:pPr>
        <w:jc w:val="right"/>
      </w:pPr>
      <w:r>
        <w:t>تو لوگ جو ہیں میری سمجھ ائے کہ لوگ قران میں اپنے مائنڈ کو پڑھتے ہیں</w:t>
      </w:r>
    </w:p>
    <w:p>
      <w:r>
        <w:rPr>
          <w:b/>
        </w:rPr>
        <w:t xml:space="preserve">[07:39] </w:t>
      </w:r>
      <w:r>
        <w:t>jaise ek hindu mujh se mile unho ne kaha ke main quran ko padhta hoon barabar to main</w:t>
      </w:r>
    </w:p>
    <w:p>
      <w:pPr>
        <w:jc w:val="right"/>
      </w:pPr>
      <w:r>
        <w:t>جیسے ایک ہندو مجھ سے ملے انہوں نے کہا کہ میں قران کو پڑھتا ہوں برابر تو میں</w:t>
      </w:r>
    </w:p>
    <w:p>
      <w:r>
        <w:rPr>
          <w:b/>
        </w:rPr>
        <w:t xml:space="preserve">[07:44] </w:t>
      </w:r>
      <w:r>
        <w:t>to quran mein padhta hoon to lagta hai main gita padh raha hoon</w:t>
      </w:r>
    </w:p>
    <w:p>
      <w:pPr>
        <w:jc w:val="right"/>
      </w:pPr>
      <w:r>
        <w:t>تو قران میں پڑھتا ہوں تو لگتا ہے میں گیتا پڑھ رہا ہوں</w:t>
      </w:r>
    </w:p>
    <w:p>
      <w:r>
        <w:rPr>
          <w:b/>
        </w:rPr>
        <w:t xml:space="preserve">[07:49] </w:t>
      </w:r>
      <w:r>
        <w:t>quran padhta hoon to lagta hai ke main ye gita padh raha hoon yahi saare musalmanon ka haal</w:t>
      </w:r>
    </w:p>
    <w:p>
      <w:pPr>
        <w:jc w:val="right"/>
      </w:pPr>
      <w:r>
        <w:t>قران پڑھتا ہوں تو لگتا ہے کہ میں یہ گیتا پڑھ رہا ہوں یہی سارے مسلمانوں کا حال</w:t>
      </w:r>
    </w:p>
    <w:p>
      <w:r>
        <w:rPr>
          <w:b/>
        </w:rPr>
        <w:t xml:space="preserve">[07:54] </w:t>
      </w:r>
      <w:r>
        <w:t>hai wo quran padhte hain lekin apne mind ko iske andar padh rahe hote hain jiske</w:t>
      </w:r>
    </w:p>
    <w:p>
      <w:pPr>
        <w:jc w:val="right"/>
      </w:pPr>
      <w:r>
        <w:t>ہے وہ قران پڑھتے ہیں لیکن اپنے مائنڈ کو اس کے اندر پڑھ رہے ہوتے ہیں جس کے</w:t>
      </w:r>
    </w:p>
    <w:p>
      <w:r>
        <w:rPr>
          <w:b/>
        </w:rPr>
        <w:t xml:space="preserve">[07:58] </w:t>
      </w:r>
      <w:r>
        <w:t>mind mein politics hai use politics padh raha hai jiske mind mein militarysi hai wo militarysi padh</w:t>
      </w:r>
    </w:p>
    <w:p>
      <w:pPr>
        <w:jc w:val="right"/>
      </w:pPr>
      <w:r>
        <w:t>مائنڈ میں پولیٹکس ہے اسے پولیٹکس پڑھ رہا ہے جس کے مائنڈ میں ملٹریسی ہے وہ ملٹریسی پڑھ</w:t>
      </w:r>
    </w:p>
    <w:p>
      <w:r>
        <w:rPr>
          <w:b/>
        </w:rPr>
        <w:t xml:space="preserve">[08:05] </w:t>
      </w:r>
      <w:r>
        <w:t>raha hai iske mind mein ye hai ke mera paighambar jo hai use koi insult na kare</w:t>
      </w:r>
    </w:p>
    <w:p>
      <w:pPr>
        <w:jc w:val="right"/>
      </w:pPr>
      <w:r>
        <w:t>رہا ہے اس کے مائنڈ میں یہ ہے کہ میرا پیغمبر جو ہے اسے کوئی انسرٹ نہ کرے</w:t>
      </w:r>
    </w:p>
    <w:p>
      <w:r>
        <w:rPr>
          <w:b/>
        </w:rPr>
        <w:t xml:space="preserve">[08:11] </w:t>
      </w:r>
      <w:r>
        <w:t>to wo subah wo padh raha hai</w:t>
      </w:r>
    </w:p>
    <w:p>
      <w:pPr>
        <w:jc w:val="right"/>
      </w:pPr>
      <w:r>
        <w:t>تو وہ صبح وہ پڑھ رہا ہے</w:t>
      </w:r>
    </w:p>
    <w:p>
      <w:r>
        <w:rPr>
          <w:b/>
        </w:rPr>
        <w:t xml:space="preserve">[08:14] </w:t>
      </w:r>
      <w:r>
        <w:t>to quran ke dhoom bache hue ek so baras se wo</w:t>
      </w:r>
    </w:p>
    <w:p>
      <w:pPr>
        <w:jc w:val="right"/>
      </w:pPr>
      <w:r>
        <w:t>تو قران کے دھوم بچے ہوئے ایک سو برس سے وہ</w:t>
      </w:r>
    </w:p>
    <w:p>
      <w:r>
        <w:rPr>
          <w:b/>
        </w:rPr>
        <w:t xml:space="preserve">[08:17] </w:t>
      </w:r>
      <w:r>
        <w:t>result kuch bhi nahi hai kyunke aap ne mind ko badla nahi</w:t>
      </w:r>
    </w:p>
    <w:p>
      <w:pPr>
        <w:jc w:val="right"/>
      </w:pPr>
      <w:r>
        <w:t>رزلٹ کچھ بھی نہیں ہے کیونکہ اپ نے مائنڈ کو بدلا نہیں</w:t>
      </w:r>
    </w:p>
    <w:p>
      <w:r>
        <w:rPr>
          <w:b/>
        </w:rPr>
        <w:t xml:space="preserve">[08:22] </w:t>
      </w:r>
      <w:r>
        <w:t>mind ke andar thinking laye nahi aap</w:t>
      </w:r>
    </w:p>
    <w:p>
      <w:pPr>
        <w:jc w:val="right"/>
      </w:pPr>
      <w:r>
        <w:t>مائنڈ کے اندر تھنکنگ لائے نہیں اپ</w:t>
      </w:r>
    </w:p>
    <w:p>
      <w:r>
        <w:rPr>
          <w:b/>
        </w:rPr>
        <w:t xml:space="preserve">[08:26] </w:t>
      </w:r>
      <w:r>
        <w:t>mind ke andar ye laye nahi ke aap cheezon ko ghar ja kar dekhein bas quran padhna shuru</w:t>
      </w:r>
    </w:p>
    <w:p>
      <w:pPr>
        <w:jc w:val="right"/>
      </w:pPr>
      <w:r>
        <w:t>مائنڈ کے اندر یہ لائے نہیں کہ اپ چیزوں کو گھر جا کر دیکھیں بس قران پڑھنا شروع</w:t>
      </w:r>
    </w:p>
    <w:p>
      <w:r>
        <w:rPr>
          <w:b/>
        </w:rPr>
        <w:t xml:space="preserve">[08:31] </w:t>
      </w:r>
      <w:r>
        <w:t>kar diya to bana jo jo mind jo tha jo unka bana hua usi mind ko padhne</w:t>
      </w:r>
    </w:p>
    <w:p>
      <w:pPr>
        <w:jc w:val="right"/>
      </w:pPr>
      <w:r>
        <w:t>کر دیا تو بنا جو جو مائنڈ جو تھا جو ان کا بنا ہوا اسی مائنڈ کو پڑھنے</w:t>
      </w:r>
    </w:p>
    <w:p>
      <w:r>
        <w:rPr>
          <w:b/>
        </w:rPr>
        <w:t xml:space="preserve">[08:37] </w:t>
      </w:r>
      <w:r>
        <w:t>lage wo jaise is is hindu scholar ka mind gita bana hua hai</w:t>
      </w:r>
    </w:p>
    <w:p>
      <w:pPr>
        <w:jc w:val="right"/>
      </w:pPr>
      <w:r>
        <w:t>لگے وہ جیسے اس اس ہندو اسکالر کا مائنڈ گیتا بنا ہوا ہے</w:t>
      </w:r>
    </w:p>
    <w:p>
      <w:r>
        <w:rPr>
          <w:b/>
        </w:rPr>
        <w:t xml:space="preserve">[08:43] </w:t>
      </w:r>
      <w:r>
        <w:t>to quran padha hota hai to gita padh raha hai iske andar wo</w:t>
      </w:r>
    </w:p>
    <w:p>
      <w:pPr>
        <w:jc w:val="right"/>
      </w:pPr>
      <w:r>
        <w:t>تو قران پڑھا ہوتا ہے تو گیتا پڑھ رہا ہے اس کے اندر وہ</w:t>
      </w:r>
    </w:p>
    <w:p>
      <w:r>
        <w:rPr>
          <w:b/>
        </w:rPr>
        <w:t xml:space="preserve">[08:48] </w:t>
      </w:r>
      <w:r>
        <w:t>saare musalmanon ka ye haal hai i dont know any exception maaf kijiyega</w:t>
      </w:r>
    </w:p>
    <w:p>
      <w:pPr>
        <w:jc w:val="right"/>
      </w:pPr>
      <w:r>
        <w:t>سارے مسلمانوں کا یہ حال ہے ائی ڈونٹ نو اینی ایکسیپشن معاف کیجئے گا</w:t>
      </w:r>
    </w:p>
    <w:p>
      <w:r>
        <w:rPr>
          <w:b/>
        </w:rPr>
        <w:t xml:space="preserve">[08:55] </w:t>
      </w:r>
      <w:r>
        <w:t>bade chhote sab apne mind ko wo quran mein padh rahe hain</w:t>
      </w:r>
    </w:p>
    <w:p>
      <w:pPr>
        <w:jc w:val="right"/>
      </w:pPr>
      <w:r>
        <w:t>بڑے چھوٹے سب اپنے مائنڈ کو وہ قران میں پڑھ رہے ہیں</w:t>
      </w:r>
    </w:p>
    <w:p>
      <w:r>
        <w:rPr>
          <w:b/>
        </w:rPr>
        <w:t xml:space="preserve">[09:01] </w:t>
      </w:r>
      <w:r>
        <w:t>apne mind ko quran mein</w:t>
      </w:r>
    </w:p>
    <w:p>
      <w:pPr>
        <w:jc w:val="right"/>
      </w:pPr>
      <w:r>
        <w:t>اپنے مائنڈ کو قران میں</w:t>
      </w:r>
    </w:p>
    <w:p>
      <w:r>
        <w:rPr>
          <w:b/>
        </w:rPr>
        <w:t xml:space="preserve">[09:02] </w:t>
      </w:r>
      <w:r>
        <w:t>padh rahe hain</w:t>
      </w:r>
    </w:p>
    <w:p>
      <w:pPr>
        <w:jc w:val="right"/>
      </w:pPr>
      <w:r>
        <w:t>پڑھ رہے ہیں</w:t>
      </w:r>
    </w:p>
    <w:p>
      <w:r>
        <w:rPr>
          <w:b/>
        </w:rPr>
        <w:t xml:space="preserve">[09:07] </w:t>
      </w:r>
      <w:r>
        <w:t>is liye koi natija nahi dekhiye beginning jo hai thinking se hoti hai yaad rakhiye Quran ko padhne se pehle aap ko mind banana hai</w:t>
      </w:r>
    </w:p>
    <w:p>
      <w:pPr>
        <w:jc w:val="right"/>
      </w:pPr>
      <w:r>
        <w:t>اس لیے کوئی نتیجہ نہیں دیکھیے بگننگ جو ہے تھنکنگ سے ہوتی ہے یاد رکھیے قران کو پڑھنے سے پہلے اپ کو مائنڈ بنانا ہے</w:t>
      </w:r>
    </w:p>
    <w:p>
      <w:r>
        <w:rPr>
          <w:b/>
        </w:rPr>
        <w:t xml:space="preserve">[09:21] </w:t>
      </w:r>
      <w:r>
        <w:t>mind banana hai</w:t>
      </w:r>
    </w:p>
    <w:p>
      <w:pPr>
        <w:jc w:val="right"/>
      </w:pPr>
      <w:r>
        <w:t>مائنڈ بنانا ہے</w:t>
      </w:r>
    </w:p>
    <w:p>
      <w:r>
        <w:rPr>
          <w:b/>
        </w:rPr>
        <w:t xml:space="preserve">[09:24] </w:t>
      </w:r>
      <w:r>
        <w:t>agar mind bana hua nahi hai to quran padhate rahiye</w:t>
      </w:r>
    </w:p>
    <w:p>
      <w:pPr>
        <w:jc w:val="right"/>
      </w:pPr>
      <w:r>
        <w:t>اگر مائنڈ بنا ہوا نہیں ہے تو قران پڑھاتے رہیے</w:t>
      </w:r>
    </w:p>
    <w:p>
      <w:r>
        <w:rPr>
          <w:b/>
        </w:rPr>
        <w:t xml:space="preserve">[09:28] </w:t>
      </w:r>
      <w:r>
        <w:t>yani beesveen sadi mein mein bohat se logon ke naam le sakta hoon jo top ke log unho</w:t>
      </w:r>
    </w:p>
    <w:p>
      <w:pPr>
        <w:jc w:val="right"/>
      </w:pPr>
      <w:r>
        <w:t>یعنی بیسویں صدی میں میں بہت سے لوگوں کے نام لے سکتا ہوں جو ٹاپ کے لوگ انہوں</w:t>
      </w:r>
    </w:p>
    <w:p>
      <w:r>
        <w:rPr>
          <w:b/>
        </w:rPr>
        <w:t xml:space="preserve">[09:33] </w:t>
      </w:r>
      <w:r>
        <w:t>ne yahi kaha ke quran padhana hai quran padhana hai quran padhana hai quran ka dars dena hai</w:t>
      </w:r>
    </w:p>
    <w:p>
      <w:pPr>
        <w:jc w:val="right"/>
      </w:pPr>
      <w:r>
        <w:t>نے یہی کہا کہ قران پڑھانا ہے قران پڑھانا ہے قران پڑھانا ہے قران کا درس دینا ہے</w:t>
      </w:r>
    </w:p>
    <w:p>
      <w:r>
        <w:rPr>
          <w:b/>
        </w:rPr>
        <w:t xml:space="preserve">[09:38] </w:t>
      </w:r>
      <w:r>
        <w:t>quran ka dars dena hai quran ka dars dena hai poori ek so saal isi mein beete hain</w:t>
      </w:r>
    </w:p>
    <w:p>
      <w:pPr>
        <w:jc w:val="right"/>
      </w:pPr>
      <w:r>
        <w:t>قران کا درس دینا ہے قران کا درس دینا ہے پوری ایک سو سال اسی میں بیتے ہیں</w:t>
      </w:r>
    </w:p>
    <w:p>
      <w:r>
        <w:rPr>
          <w:b/>
        </w:rPr>
        <w:t xml:space="preserve">[09:44] </w:t>
      </w:r>
      <w:r>
        <w:t>tamam barhe barhe log lekin result kya hai militracy</w:t>
      </w:r>
    </w:p>
    <w:p>
      <w:pPr>
        <w:jc w:val="right"/>
      </w:pPr>
      <w:r>
        <w:t>تمام بڑے بڑے لوگ لیکن رزلٹ کیا ہے ملٹریسی</w:t>
      </w:r>
    </w:p>
    <w:p>
      <w:r>
        <w:rPr>
          <w:b/>
        </w:rPr>
        <w:t xml:space="preserve">[09:51] </w:t>
      </w:r>
      <w:r>
        <w:t>political hangame aur rasool Allah</w:t>
      </w:r>
    </w:p>
    <w:p>
      <w:pPr>
        <w:jc w:val="right"/>
      </w:pPr>
      <w:r>
        <w:t>پولیٹیکل ہنگامے اور رسول اللہ</w:t>
      </w:r>
    </w:p>
    <w:p>
      <w:r>
        <w:rPr>
          <w:b/>
        </w:rPr>
        <w:t xml:space="preserve">[09:55] </w:t>
      </w:r>
      <w:r>
        <w:t>ko koi zara sa koi baat aap ke mind mein aaye ke is ne insult kiya to maar</w:t>
      </w:r>
    </w:p>
    <w:p>
      <w:pPr>
        <w:jc w:val="right"/>
      </w:pPr>
      <w:r>
        <w:t>کو کوئی ذرا سا کوئی بات اپ کے مائنڈ میں ائے کہ اس نے انسلٹ کیا تو مار</w:t>
      </w:r>
    </w:p>
    <w:p>
      <w:r>
        <w:rPr>
          <w:b/>
        </w:rPr>
        <w:t xml:space="preserve">[09:59] </w:t>
      </w:r>
      <w:r>
        <w:t>daalo is ko</w:t>
      </w:r>
    </w:p>
    <w:p>
      <w:pPr>
        <w:jc w:val="right"/>
      </w:pPr>
      <w:r>
        <w:t>ڈالو اس کو</w:t>
      </w:r>
    </w:p>
    <w:p>
      <w:r>
        <w:rPr>
          <w:b/>
        </w:rPr>
        <w:t xml:space="preserve">[10:01] </w:t>
      </w:r>
      <w:r>
        <w:t>sahi hai jis quran mein likha hua hai ke doosre ghar mein bina hajj mat dakhil</w:t>
      </w:r>
    </w:p>
    <w:p>
      <w:pPr>
        <w:jc w:val="right"/>
      </w:pPr>
      <w:r>
        <w:t>صحیح ہے جس قران میں لکھا ہوا ہے کہ دوسرے گھر میں بنا حجاز مت داخل</w:t>
      </w:r>
    </w:p>
    <w:p>
      <w:r>
        <w:rPr>
          <w:b/>
        </w:rPr>
        <w:t xml:space="preserve">[10:07] </w:t>
      </w:r>
      <w:r>
        <w:t>ho wahan ghus gaya axe aur knife le kar ke yeh kaun sa Quran padh rahe hain log</w:t>
      </w:r>
    </w:p>
    <w:p>
      <w:pPr>
        <w:jc w:val="right"/>
      </w:pPr>
      <w:r>
        <w:t>ہو وہاں گھس گیا ایکس اور نائف لے کر کے یہ کون سا قران پڑھ رہے ہیں لوگ</w:t>
      </w:r>
    </w:p>
    <w:p>
      <w:r>
        <w:rPr>
          <w:b/>
        </w:rPr>
        <w:t xml:space="preserve">[10:16] </w:t>
      </w:r>
      <w:r>
        <w:t>kaun sa Quran padh rahe hain apne mind ko padh rahe hain Quran mein</w:t>
      </w:r>
    </w:p>
    <w:p>
      <w:pPr>
        <w:jc w:val="right"/>
      </w:pPr>
      <w:r>
        <w:t>کون سا قران پڑھ رہے ہیں اپنے مائنڈ کو پڑھ رہے ہیں قران میں</w:t>
      </w:r>
    </w:p>
    <w:p>
      <w:r>
        <w:rPr>
          <w:b/>
        </w:rPr>
        <w:t xml:space="preserve">[10:22] </w:t>
      </w:r>
      <w:r>
        <w:t>ab mere experience ke mutabiq is mein akabir ka bhi exception nahi hai tamam bade bade log jo hain Quran mein padh rahe hain kya</w:t>
      </w:r>
    </w:p>
    <w:p>
      <w:pPr>
        <w:jc w:val="right"/>
      </w:pPr>
      <w:r>
        <w:t>اب میرے ایکسپیرینس کے مطابق اس میں اکابر کا بھی ایکسیپشن نہیں ہے تمام بڑے بڑے لوگ جو ہیں قران میں پڑھ رہے ہیں کیا</w:t>
      </w:r>
    </w:p>
    <w:p>
      <w:r>
        <w:rPr>
          <w:b/>
        </w:rPr>
        <w:t xml:space="preserve">[10:32] </w:t>
      </w:r>
      <w:r>
        <w:t>aur main misaal doon aap ko yeh saare log jo unhone Quran ko padha abhi twenty century mein badi badi tehrikein uthayeen unki jitni bhi activities thi wo sab Muslim oriented thi without any exception</w:t>
      </w:r>
    </w:p>
    <w:p>
      <w:pPr>
        <w:jc w:val="right"/>
      </w:pPr>
      <w:r>
        <w:t>اور میں مثال دوں اپ کو یہ سارے لوگ جو انہوں نے قران کو پڑھا ابھی ٹونٹی سنچری میں بڑی بڑی تحریکیں اٹھائیں ان کی جتنی بھی ایکٹیویٹیز تھیں وہ سب مسلم اورینٹڈ تھیں ودا اؤٹ اینی ایکسیپشن</w:t>
      </w:r>
    </w:p>
    <w:p>
      <w:r>
        <w:rPr>
          <w:b/>
        </w:rPr>
        <w:t xml:space="preserve">[10:52] </w:t>
      </w:r>
      <w:r>
        <w:t>without any exception jitne top ke log hain ya kuch bhi</w:t>
      </w:r>
    </w:p>
    <w:p>
      <w:pPr>
        <w:jc w:val="right"/>
      </w:pPr>
      <w:r>
        <w:t>ودا اؤٹ اینی ایکسیپشن جتنے ٹاپ کے لوگ ہیں یا کچھ بھی</w:t>
      </w:r>
    </w:p>
    <w:p>
      <w:r>
        <w:rPr>
          <w:b/>
        </w:rPr>
        <w:t xml:space="preserve">[10:57] </w:t>
      </w:r>
      <w:r>
        <w:t>Sir Syed ne Quran ka naam liya banaya kya Muslim University is mein ek ek naam le raha hoon ke sab ka yeh haal hai sab ka ke naam liya Quran ka aur activities Muslim oriented halanke Quran mein aap padhen to Quran mein aap dekhiye nazeeran lil-bashar nazeeran lil-insan nazeeran lin-nas nazeeran lil-alamin ka lafz hai</w:t>
      </w:r>
    </w:p>
    <w:p>
      <w:pPr>
        <w:jc w:val="right"/>
      </w:pPr>
      <w:r>
        <w:t>سر سید نے قران کا نام لیا بنایا کیا مسلم یونیورسٹی اس میں ایک ایک نام لے رہا ہوں کہ سب کا یہ حال ہے سب کا کہ نام لیا قران کا اور ایکٹیویٹیز مسلم اورینٹڈ حالانکہ قران میں اپ پڑھیں تو قران میں اپ دیکھیے نذیر للبشر نذیر الانسان نذیر للناس نذیر العالمین کا لفظ ہے</w:t>
      </w:r>
    </w:p>
    <w:p>
      <w:r>
        <w:rPr>
          <w:b/>
        </w:rPr>
        <w:t xml:space="preserve">[11:27] </w:t>
      </w:r>
      <w:r>
        <w:t>dilli mein ek moti ram siraj the to woh quran ko padha karte the to unho ne kaha</w:t>
      </w:r>
    </w:p>
    <w:p>
      <w:pPr>
        <w:jc w:val="right"/>
      </w:pPr>
      <w:r>
        <w:t>دلی میں ایک موتی رام سراج تھے تو وہ قران کو پڑھا کرتے تھے تو انہوں نے کہا</w:t>
      </w:r>
    </w:p>
    <w:p>
      <w:r>
        <w:rPr>
          <w:b/>
        </w:rPr>
        <w:t xml:space="preserve">[11:32] </w:t>
      </w:r>
      <w:r>
        <w:t>ke quran mein likha hua hai alhamdulillah rabbul alameen</w:t>
      </w:r>
    </w:p>
    <w:p>
      <w:pPr>
        <w:jc w:val="right"/>
      </w:pPr>
      <w:r>
        <w:t>کہ قران میں لکھا ہوا ہے الحمدللہ رب العالمین</w:t>
      </w:r>
    </w:p>
    <w:p>
      <w:r>
        <w:rPr>
          <w:b/>
        </w:rPr>
        <w:t xml:space="preserve">[11:37] </w:t>
      </w:r>
      <w:r>
        <w:t>aur musalmanon ka apna rakha hai alhamdulillah rabbul musalmeen</w:t>
      </w:r>
    </w:p>
    <w:p>
      <w:pPr>
        <w:jc w:val="right"/>
      </w:pPr>
      <w:r>
        <w:t>اور مسلمانوں کا اپنا رکھا ہے الحمدللہ رب المسلمین</w:t>
      </w:r>
    </w:p>
    <w:p>
      <w:r>
        <w:rPr>
          <w:b/>
        </w:rPr>
        <w:t xml:space="preserve">[11:41] </w:t>
      </w:r>
      <w:r>
        <w:t>bilkul sahi kaha unho ne</w:t>
      </w:r>
    </w:p>
    <w:p>
      <w:pPr>
        <w:jc w:val="right"/>
      </w:pPr>
      <w:r>
        <w:t>بالکل صحیح کہا انہوں نے</w:t>
      </w:r>
    </w:p>
    <w:p>
      <w:r>
        <w:rPr>
          <w:b/>
        </w:rPr>
        <w:t xml:space="preserve">[11:44] </w:t>
      </w:r>
      <w:r>
        <w:t>yani quran padh kar ke aap ke andar insani thinking kyun nahi aayi</w:t>
      </w:r>
    </w:p>
    <w:p>
      <w:pPr>
        <w:jc w:val="right"/>
      </w:pPr>
      <w:r>
        <w:t>یعنی قران پڑھ کر کے اپ کے اندر انسانی تھنکنگ کیوں نہیں ائی</w:t>
      </w:r>
    </w:p>
    <w:p>
      <w:r>
        <w:rPr>
          <w:b/>
        </w:rPr>
        <w:t xml:space="preserve">[11:50] </w:t>
      </w:r>
      <w:r>
        <w:t>insan oriented think kyun nahi aayi insaan se humdardi insaan ko khuda ka paigham pahunchana insaan se</w:t>
      </w:r>
    </w:p>
    <w:p>
      <w:pPr>
        <w:jc w:val="right"/>
      </w:pPr>
      <w:r>
        <w:t>انسان اورینٹڈ تھنک کیوں نہیں ائی انسان سے ہمدردی انسان کو خدا کا پیغام پہنچانا انسان سے</w:t>
      </w:r>
    </w:p>
    <w:p>
      <w:r>
        <w:rPr>
          <w:b/>
        </w:rPr>
        <w:t xml:space="preserve">[11:58] </w:t>
      </w:r>
      <w:r>
        <w:t>khair khwahi karna insaan ke liye aap ke dil mein well wishing hona</w:t>
      </w:r>
    </w:p>
    <w:p>
      <w:pPr>
        <w:jc w:val="right"/>
      </w:pPr>
      <w:r>
        <w:t>خیر خواہی کرنا انسان کے لیے اپ کے دل میں ویل وشنگ ہونا</w:t>
      </w:r>
    </w:p>
    <w:p>
      <w:r>
        <w:rPr>
          <w:b/>
        </w:rPr>
        <w:t xml:space="preserve">[12:05] </w:t>
      </w:r>
      <w:r>
        <w:t>yeh kyun nahi aaya</w:t>
      </w:r>
    </w:p>
    <w:p>
      <w:pPr>
        <w:jc w:val="right"/>
      </w:pPr>
      <w:r>
        <w:t>یہ کیوں نہیں ایا</w:t>
      </w:r>
    </w:p>
    <w:p>
      <w:r>
        <w:rPr>
          <w:b/>
        </w:rPr>
        <w:t xml:space="preserve">[12:09] </w:t>
      </w:r>
      <w:r>
        <w:t>printing press ka zamana hai quran chhaap chhaap kar aap shayad duniya mein pahunchate</w:t>
      </w:r>
    </w:p>
    <w:p>
      <w:pPr>
        <w:jc w:val="right"/>
      </w:pPr>
      <w:r>
        <w:t>پرنٹنگ پریس کا زمانہ ہے قران چھاپ چھاپ کر اپ شاید دنیا میں پہنچاتے</w:t>
      </w:r>
    </w:p>
    <w:p>
      <w:r>
        <w:rPr>
          <w:b/>
        </w:rPr>
        <w:t xml:space="preserve">[12:15] </w:t>
      </w:r>
      <w:r>
        <w:t>militracy</w:t>
      </w:r>
    </w:p>
    <w:p>
      <w:pPr>
        <w:jc w:val="right"/>
      </w:pPr>
      <w:r>
        <w:t>ملٹریسی</w:t>
      </w:r>
    </w:p>
    <w:p>
      <w:r>
        <w:rPr>
          <w:b/>
        </w:rPr>
        <w:t xml:space="preserve">[12:15] </w:t>
      </w:r>
      <w:r>
        <w:t>chal rahi hai suicide bombing chal rahi hai gharon mein ghus kar ke maarne ka</w:t>
      </w:r>
    </w:p>
    <w:p>
      <w:pPr>
        <w:jc w:val="right"/>
      </w:pPr>
      <w:r>
        <w:t>چل رہی ہے سوسائیڈ بمبنگ چل رہی ہے گھروں میں گھس کر کے مارنے کا</w:t>
      </w:r>
    </w:p>
    <w:p>
      <w:r>
        <w:rPr>
          <w:b/>
        </w:rPr>
        <w:t xml:space="preserve">[12:24] </w:t>
      </w:r>
      <w:r>
        <w:t>to Quran kya kaun sa Quran padh rahe hain log Quran mein apne mind ko padh rahe hain Quran mein apne mind ko padh rahe hain wo</w:t>
      </w:r>
    </w:p>
    <w:p>
      <w:pPr>
        <w:jc w:val="right"/>
      </w:pPr>
      <w:r>
        <w:t>تو قران کیا کون سا قران پڑھ رہے ہیں لوگ قران میں اپنے مائنڈ کو پڑھ رہے ہیں قران میں اپنے مائنڈ کو پڑھ رہے ہیں وہ</w:t>
      </w:r>
    </w:p>
    <w:p>
      <w:r>
        <w:rPr>
          <w:b/>
        </w:rPr>
        <w:t xml:space="preserve">[12:36] </w:t>
      </w:r>
      <w:r>
        <w:t>misal ke taur par ek misal mein deta hoon aap ko ke syed qutb bohat hi barhe</w:t>
      </w:r>
    </w:p>
    <w:p>
      <w:pPr>
        <w:jc w:val="right"/>
      </w:pPr>
      <w:r>
        <w:t>مثال کے طور پر ایک مثال میں دیتا ہوں اپ کو کہ سید قطب بہت ہی بڑے</w:t>
      </w:r>
    </w:p>
    <w:p>
      <w:r>
        <w:rPr>
          <w:b/>
        </w:rPr>
        <w:t xml:space="preserve">[12:43] </w:t>
      </w:r>
      <w:r>
        <w:t>popular leader hain arab ke unho ne tafseer likhi hai poore quran ki</w:t>
      </w:r>
    </w:p>
    <w:p>
      <w:pPr>
        <w:jc w:val="right"/>
      </w:pPr>
      <w:r>
        <w:t>پاپولر لیڈر ہیں عرب کے انہوں نے تفسیر لکھی ہے پورے قران کی</w:t>
      </w:r>
    </w:p>
    <w:p>
      <w:r>
        <w:rPr>
          <w:b/>
        </w:rPr>
        <w:t xml:space="preserve">[12:50] </w:t>
      </w:r>
      <w:r>
        <w:t>fi zilal al quran poore quran ki tafseer aur kya kya unho ne government se lad gaye</w:t>
      </w:r>
    </w:p>
    <w:p>
      <w:pPr>
        <w:jc w:val="right"/>
      </w:pPr>
      <w:r>
        <w:t>فی ذلال القران پورے قران کی تفسیر اور کیا کیا انہوں نے گورنمنٹ سے لڑ گئے</w:t>
      </w:r>
    </w:p>
    <w:p>
      <w:r>
        <w:rPr>
          <w:b/>
        </w:rPr>
        <w:t xml:space="preserve">[12:59] </w:t>
      </w:r>
      <w:r>
        <w:t>yani misr ke egypt ke shah farooq se ladhe aur jamaat abdullah se takraao shuru kar diya jabke</w:t>
      </w:r>
    </w:p>
    <w:p>
      <w:pPr>
        <w:jc w:val="right"/>
      </w:pPr>
      <w:r>
        <w:t>یعنی مصر کے ایجپٹ کے شاہ فاروق سے لڑے اور جماعت عبداللہ سے ٹکراؤ شروع کر دیا جبکہ</w:t>
      </w:r>
    </w:p>
    <w:p>
      <w:r>
        <w:rPr>
          <w:b/>
        </w:rPr>
        <w:t xml:space="preserve">[13:07] </w:t>
      </w:r>
      <w:r>
        <w:t>quran mein likha hua hai ke takraao na karo</w:t>
      </w:r>
    </w:p>
    <w:p>
      <w:pPr>
        <w:jc w:val="right"/>
      </w:pPr>
      <w:r>
        <w:t>قران میں لکھا ہوا ہے کہ ٹکراؤ نہ کرو</w:t>
      </w:r>
    </w:p>
    <w:p>
      <w:r>
        <w:rPr>
          <w:b/>
        </w:rPr>
        <w:t xml:space="preserve">[13:11] </w:t>
      </w:r>
      <w:r>
        <w:t>quran mein misal di gayi mulk saba ki se takraao ko avoid kiya quran mein misal di gayi</w:t>
      </w:r>
    </w:p>
    <w:p>
      <w:pPr>
        <w:jc w:val="right"/>
      </w:pPr>
      <w:r>
        <w:t>قران میں مثال دی گئی ملک صبا کی سے ٹکراؤ کو اوائڈ کیا قران میں مثال دی گئی</w:t>
      </w:r>
    </w:p>
    <w:p>
      <w:r>
        <w:rPr>
          <w:b/>
        </w:rPr>
        <w:t xml:space="preserve">[13:17] </w:t>
      </w:r>
      <w:r>
        <w:t>hazrat yusuf alaihiالسلام ki unhon ne mushrik king se takrao nahi kiya</w:t>
      </w:r>
    </w:p>
    <w:p>
      <w:pPr>
        <w:jc w:val="right"/>
      </w:pPr>
      <w:r>
        <w:t>حضرت یوسف علیہ السلام کی انہوں نے مشرک کنگ سے ٹکراؤ نہیں کیا</w:t>
      </w:r>
    </w:p>
    <w:p>
      <w:r>
        <w:rPr>
          <w:b/>
        </w:rPr>
        <w:t xml:space="preserve">[13:23] </w:t>
      </w:r>
      <w:r>
        <w:t>aur</w:t>
      </w:r>
    </w:p>
    <w:p>
      <w:pPr>
        <w:jc w:val="right"/>
      </w:pPr>
      <w:r>
        <w:t>اور</w:t>
      </w:r>
    </w:p>
    <w:p>
      <w:r>
        <w:rPr>
          <w:b/>
        </w:rPr>
        <w:t xml:space="preserve">[13:24] </w:t>
      </w:r>
      <w:r>
        <w:t>takrao kiye bina jo opportunity mil rahi thi us ko avail kiya unhon ne to shah farooq ke</w:t>
      </w:r>
    </w:p>
    <w:p>
      <w:pPr>
        <w:jc w:val="right"/>
      </w:pPr>
      <w:r>
        <w:t>ٹکراؤ کیے بنا جو اپرچونیٹی مل رہی تھی اس کو اویل کیا انہوں نے تو شاہ فاروق کے</w:t>
      </w:r>
    </w:p>
    <w:p>
      <w:r>
        <w:rPr>
          <w:b/>
        </w:rPr>
        <w:t xml:space="preserve">[13:29] </w:t>
      </w:r>
      <w:r>
        <w:t>zamane mein bhi opportunities thi us ko unhon ne avail nahi kiya har waqt jamat abdul nasser ke zamane</w:t>
      </w:r>
    </w:p>
    <w:p>
      <w:pPr>
        <w:jc w:val="right"/>
      </w:pPr>
      <w:r>
        <w:t>زمانے میں بھی اپرچونیٹیز تھیں اس کو انہوں نے اویل نہیں کیا ہر وقت جماعت عبدالناصر کے زمانے</w:t>
      </w:r>
    </w:p>
    <w:p>
      <w:r>
        <w:rPr>
          <w:b/>
        </w:rPr>
        <w:t xml:space="preserve">[13:37] </w:t>
      </w:r>
      <w:r>
        <w:t>mein bhi opportunity thi us ko avail nahi kiya bas takra gaye tum hatto</w:t>
      </w:r>
    </w:p>
    <w:p>
      <w:pPr>
        <w:jc w:val="right"/>
      </w:pPr>
      <w:r>
        <w:t>میں بھی اپرچونیٹی تھی اس کو اویل نہیں کیا بس ٹکرا گئے تم ہٹو</w:t>
      </w:r>
    </w:p>
    <w:p>
      <w:r>
        <w:rPr>
          <w:b/>
        </w:rPr>
        <w:t xml:space="preserve">[13:41] </w:t>
      </w:r>
      <w:r>
        <w:t>un ko dethro karne ki policy ikhtiyar ki unhon ne yeh kahan kahan ka quran tha yeh</w:t>
      </w:r>
    </w:p>
    <w:p>
      <w:pPr>
        <w:jc w:val="right"/>
      </w:pPr>
      <w:r>
        <w:t>ان کو ڈی تھرو کرنے کی پالیسی اختیار کی انہوں نے یہ کہاں کہاں کا قران تھا یہ</w:t>
      </w:r>
    </w:p>
    <w:p>
      <w:r>
        <w:rPr>
          <w:b/>
        </w:rPr>
        <w:t xml:space="preserve">[13:47] </w:t>
      </w:r>
      <w:r>
        <w:t>tafseer likh rahe hain quran ki chal rahe hain apne mind par</w:t>
      </w:r>
    </w:p>
    <w:p>
      <w:pPr>
        <w:jc w:val="right"/>
      </w:pPr>
      <w:r>
        <w:t>تفسیر لکھ رہے ہیں قران کی چل رہے ہیں اپنے مائنڈ پر</w:t>
      </w:r>
    </w:p>
    <w:p>
      <w:r>
        <w:rPr>
          <w:b/>
        </w:rPr>
        <w:t xml:space="preserve">[13:53] </w:t>
      </w:r>
      <w:r>
        <w:t>tafseer likh rahe hain quran ki aur chal rahe hain apne mind par yeh sab ne kiya mein</w:t>
      </w:r>
    </w:p>
    <w:p>
      <w:pPr>
        <w:jc w:val="right"/>
      </w:pPr>
      <w:r>
        <w:t>تفسیر لکھ رہے ہیں قران کی اور چل رہے ہیں اپنے مائنڈ پر یہ سب نے کیا میں</w:t>
      </w:r>
    </w:p>
    <w:p>
      <w:r>
        <w:rPr>
          <w:b/>
        </w:rPr>
        <w:t xml:space="preserve">[13:57] </w:t>
      </w:r>
      <w:r>
        <w:t>ek naam liya liya hai mein ne misaal ke liye warna one to all sab ne yahi kiya</w:t>
      </w:r>
    </w:p>
    <w:p>
      <w:pPr>
        <w:jc w:val="right"/>
      </w:pPr>
      <w:r>
        <w:t>ایک نام لیا لیا ہے میں نے مثال کے لیے ورنہ ون ٹو ال سب نے یہی کیا</w:t>
      </w:r>
    </w:p>
    <w:p>
      <w:r>
        <w:rPr>
          <w:b/>
        </w:rPr>
        <w:t xml:space="preserve">[14:02] </w:t>
      </w:r>
      <w:r>
        <w:t>hai ke quran ka naam le kar ke apna mind chalaya unhon ne</w:t>
      </w:r>
    </w:p>
    <w:p>
      <w:pPr>
        <w:jc w:val="right"/>
      </w:pPr>
      <w:r>
        <w:t>ہے کہ قران کا نام لے کر کے اپنا مائنڈ چلایا انہوں نے</w:t>
      </w:r>
    </w:p>
    <w:p>
      <w:r>
        <w:rPr>
          <w:b/>
        </w:rPr>
        <w:t xml:space="preserve">[14:09] </w:t>
      </w:r>
      <w:r>
        <w:t>sahi hai yeh yeh kaun sa Quran hai</w:t>
      </w:r>
    </w:p>
    <w:p>
      <w:pPr>
        <w:jc w:val="right"/>
      </w:pPr>
      <w:r>
        <w:t>صحیح ہے یہ یہ کون سا قران ہے</w:t>
      </w:r>
    </w:p>
    <w:p>
      <w:r>
        <w:rPr>
          <w:b/>
        </w:rPr>
        <w:t xml:space="preserve">[14:15] </w:t>
      </w:r>
      <w:r>
        <w:t>is liye Quran mein yeh ayat hai ke Quran koi logon ko gumrah karta hai koi logon ko hidayat deta hai khud Quran mein yeh ayat hai</w:t>
      </w:r>
    </w:p>
    <w:p>
      <w:pPr>
        <w:jc w:val="right"/>
      </w:pPr>
      <w:r>
        <w:t>اسی لیے قران میں یہ ایت ہے کہ قران کوئی لوگوں کو گمراہ کرتا ہے کوئی لوگوں کو ہدایت دیتا ہے خود قران میں یہ ایت ہے</w:t>
      </w:r>
    </w:p>
    <w:p>
      <w:r>
        <w:rPr>
          <w:b/>
        </w:rPr>
        <w:t xml:space="preserve">[14:27] </w:t>
      </w:r>
      <w:r>
        <w:t>ke quran koi logon ko gumrah karta hai koi logon ko hidayat deta hai to mein sochta tha</w:t>
      </w:r>
    </w:p>
    <w:p>
      <w:pPr>
        <w:jc w:val="right"/>
      </w:pPr>
      <w:r>
        <w:t>کہ قران کوئی لوگوں کو گمراہ کرتا ہے کوئی لوگوں کو ہدایت دیتا ہے تو میں سوچتا تھا</w:t>
      </w:r>
    </w:p>
    <w:p>
      <w:r>
        <w:rPr>
          <w:b/>
        </w:rPr>
        <w:t xml:space="preserve">[14:31] </w:t>
      </w:r>
      <w:r>
        <w:t>ke kya matlab hai is ka to wahi hai ke quran padh kar ke aap ko gita mile</w:t>
      </w:r>
    </w:p>
    <w:p>
      <w:pPr>
        <w:jc w:val="right"/>
      </w:pPr>
      <w:r>
        <w:t>کہ کیا مطلب ہے اس کا تو وہی ہے کہ قران پڑھ کر کے اپ کو گیتا ملے</w:t>
      </w:r>
    </w:p>
    <w:p>
      <w:r>
        <w:rPr>
          <w:b/>
        </w:rPr>
        <w:t xml:space="preserve">[14:38] </w:t>
      </w:r>
      <w:r>
        <w:t>quran padh kar ke aap ko apna mind mile quran padh kar ke aap ko military si mile yeh</w:t>
      </w:r>
    </w:p>
    <w:p>
      <w:pPr>
        <w:jc w:val="right"/>
      </w:pPr>
      <w:r>
        <w:t>قران پڑھ کر کے اپ کو اپنا مائنڈ ملے قران پڑھ کر کے اپ کو ملٹریسی ملے یہ</w:t>
      </w:r>
    </w:p>
    <w:p>
      <w:r>
        <w:rPr>
          <w:b/>
        </w:rPr>
        <w:t xml:space="preserve">[14:43] </w:t>
      </w:r>
      <w:r>
        <w:t>yeh gumrahi yani quran mein apne mind ko padhna yeh gumrahi hai aur quran mein quran ko padhna</w:t>
      </w:r>
    </w:p>
    <w:p>
      <w:pPr>
        <w:jc w:val="right"/>
      </w:pPr>
      <w:r>
        <w:t>یہ گمراہی یعنی قران میں اپنے مائنڈ کو پڑھنا یہ گمراہی ہے اور قران میں قران کو پڑھنا</w:t>
      </w:r>
    </w:p>
    <w:p>
      <w:r>
        <w:rPr>
          <w:b/>
        </w:rPr>
        <w:t xml:space="preserve">[14:50] </w:t>
      </w:r>
      <w:r>
        <w:t>yeh hidayat hai</w:t>
      </w:r>
    </w:p>
    <w:p>
      <w:pPr>
        <w:jc w:val="right"/>
      </w:pPr>
      <w:r>
        <w:t>یہ ہدایت ہے</w:t>
      </w:r>
    </w:p>
    <w:p>
      <w:r>
        <w:rPr>
          <w:b/>
        </w:rPr>
        <w:t xml:space="preserve">[14:54] </w:t>
      </w:r>
      <w:r>
        <w:t>dhoom machi hui hai quran ki sari duniya mein yahan se le kar america tak yahan dekhiye bas</w:t>
      </w:r>
    </w:p>
    <w:p>
      <w:pPr>
        <w:jc w:val="right"/>
      </w:pPr>
      <w:r>
        <w:t>دھوم مچی ہوئی ہے قران کی ساری دنیا میں یہاں سے لے کر امریکہ تک یہاں دیکھیے بس</w:t>
      </w:r>
    </w:p>
    <w:p>
      <w:r>
        <w:rPr>
          <w:b/>
        </w:rPr>
        <w:t xml:space="preserve">[14:59] </w:t>
      </w:r>
      <w:r>
        <w:t>dhoom hai quran majeed ki</w:t>
      </w:r>
    </w:p>
    <w:p>
      <w:pPr>
        <w:jc w:val="right"/>
      </w:pPr>
      <w:r>
        <w:t>دھوم ہے قران مجید کی</w:t>
      </w:r>
    </w:p>
    <w:p>
      <w:r>
        <w:rPr>
          <w:b/>
        </w:rPr>
        <w:t xml:space="preserve">[15:03] </w:t>
      </w:r>
      <w:r>
        <w:t>kyun quran mein apne mind ko padhne ke liye</w:t>
      </w:r>
    </w:p>
    <w:p>
      <w:pPr>
        <w:jc w:val="right"/>
      </w:pPr>
      <w:r>
        <w:t>کیوں قران میں اپنے مائنڈ کو پڑھنے کے لیے</w:t>
      </w:r>
    </w:p>
    <w:p>
      <w:r>
        <w:rPr>
          <w:b/>
        </w:rPr>
        <w:t xml:space="preserve">[15:08] </w:t>
      </w:r>
      <w:r>
        <w:t>یا دوسرے لوگوں میں بھی جیسے گیتا کو لیجئے اپ گازی کا mind تھا peaceful تو انہوں</w:t>
      </w:r>
    </w:p>
    <w:p>
      <w:pPr>
        <w:jc w:val="right"/>
      </w:pPr>
      <w:r>
        <w:t>یا دوسرے لوگوں میں بھی جیسے گیتا کو لیجئے اپ گازی کا مائنڈ تھا پیس فل تو انہوں</w:t>
      </w:r>
    </w:p>
    <w:p>
      <w:r>
        <w:rPr>
          <w:b/>
        </w:rPr>
        <w:t xml:space="preserve">[15:14] </w:t>
      </w:r>
      <w:r>
        <w:t>نے قران گیتا سے نکال لیا peaceful method نکال لیا</w:t>
      </w:r>
    </w:p>
    <w:p>
      <w:pPr>
        <w:jc w:val="right"/>
      </w:pPr>
      <w:r>
        <w:t>نے قران گیتا سے نکال لیا پیس فل میتھڈ نکال لیا</w:t>
      </w:r>
    </w:p>
    <w:p>
      <w:r>
        <w:rPr>
          <w:b/>
        </w:rPr>
        <w:t xml:space="preserve">[15:19] </w:t>
      </w:r>
      <w:r>
        <w:t>تلک کا مائنڈ تھا دوسرا تو انہوں نے اس میں سے وائلنس نکال لیا</w:t>
      </w:r>
    </w:p>
    <w:p>
      <w:pPr>
        <w:jc w:val="right"/>
      </w:pPr>
      <w:r>
        <w:t>تلک کا مائنڈ تھا دوسرا تو انہوں نے اس میں سے وائیلنس نکال لیا</w:t>
      </w:r>
    </w:p>
    <w:p>
      <w:r>
        <w:rPr>
          <w:b/>
        </w:rPr>
        <w:t xml:space="preserve">[15:23] </w:t>
      </w:r>
      <w:r>
        <w:t>یعنی تلک کو گیتا میں violence ملا violent method اور گاندھی کو اسی میں سے peaceful method</w:t>
      </w:r>
    </w:p>
    <w:p>
      <w:pPr>
        <w:jc w:val="right"/>
      </w:pPr>
      <w:r>
        <w:t>یعنی تلک کو گیتا میں وائیلنس ملا وائلنٹ میتھڈ اور گاندھی کو اسی میں سے پیس فل میتھڈ</w:t>
      </w:r>
    </w:p>
    <w:p>
      <w:r>
        <w:rPr>
          <w:b/>
        </w:rPr>
        <w:t xml:space="preserve">[15:29] </w:t>
      </w:r>
      <w:r>
        <w:t>mila yahi musalmanon ka haal hai har aadmi ka apna bana hua mind us ko todta nahi aadmi</w:t>
      </w:r>
    </w:p>
    <w:p>
      <w:pPr>
        <w:jc w:val="right"/>
      </w:pPr>
      <w:r>
        <w:t>ملا یہی مسلمانوں کا حال ہے ہر ادمی کا اپنا بنا ہوا مائنڈ اس کو توڑتا نہیں ادمی</w:t>
      </w:r>
    </w:p>
    <w:p>
      <w:r>
        <w:rPr>
          <w:b/>
        </w:rPr>
        <w:t xml:space="preserve">[15:37] </w:t>
      </w:r>
      <w:r>
        <w:t>First of all, you have to decondition your mind.</w:t>
      </w:r>
    </w:p>
    <w:p>
      <w:pPr>
        <w:jc w:val="right"/>
      </w:pPr>
      <w:r>
        <w:t>فرسٹ اف ال یو ہیو ٹو ڈی کنڈیشن یور مائنڈ</w:t>
      </w:r>
    </w:p>
    <w:p>
      <w:r>
        <w:rPr>
          <w:b/>
        </w:rPr>
        <w:t xml:space="preserve">[15:41] </w:t>
      </w:r>
      <w:r>
        <w:t>آپ کو سیلف ہیمرنگ کرنی ہے آپ کو سیلف ہیمرنگ اپنے مائنڈ کو توڑیے</w:t>
      </w:r>
    </w:p>
    <w:p>
      <w:pPr>
        <w:jc w:val="right"/>
      </w:pPr>
      <w:r>
        <w:t>اپ کو سیلف ہیمرنگ کرنی ہے اپ کو سیلف ہیمرنگ اپنے مائنڈ کو توڑیے</w:t>
      </w:r>
    </w:p>
    <w:p>
      <w:r>
        <w:rPr>
          <w:b/>
        </w:rPr>
        <w:t xml:space="preserve">[15:48] </w:t>
      </w:r>
      <w:r>
        <w:t>قل قل یom wala shakli shakli apne shakla ko todiye</w:t>
      </w:r>
    </w:p>
    <w:p>
      <w:pPr>
        <w:jc w:val="right"/>
      </w:pPr>
      <w:r>
        <w:t>قل قل یوم ولا شاکلی شاکلی اپنے شاکلہ کو توڑیے</w:t>
      </w:r>
    </w:p>
    <w:p>
      <w:r>
        <w:rPr>
          <w:b/>
        </w:rPr>
        <w:t xml:space="preserve">[15:53] </w:t>
      </w:r>
      <w:r>
        <w:t>warna</w:t>
      </w:r>
    </w:p>
    <w:p>
      <w:pPr>
        <w:jc w:val="right"/>
      </w:pPr>
      <w:r>
        <w:t>ورنہ</w:t>
      </w:r>
    </w:p>
    <w:p>
      <w:r>
        <w:rPr>
          <w:b/>
        </w:rPr>
        <w:t xml:space="preserve">[15:53] </w:t>
      </w:r>
      <w:r>
        <w:t>aap kuch mila milega nahi Quran se aap ko kuch bhi nahi milega</w:t>
      </w:r>
    </w:p>
    <w:p>
      <w:pPr>
        <w:jc w:val="right"/>
      </w:pPr>
      <w:r>
        <w:t>اپ کچھ ملا ملے گا نہیں قران سے اپ کو کچھ بھی نہیں ملے گا</w:t>
      </w:r>
    </w:p>
    <w:p>
      <w:r>
        <w:rPr>
          <w:b/>
        </w:rPr>
        <w:t xml:space="preserve">[16:03] </w:t>
      </w:r>
      <w:r>
        <w:t>bade bade log jo unhon ne tafseerein likhi hain Quran majeed ke zamane mein un sab ka yahi haal hai tafseer likhi lekin kaam woh kiya jo jis ko Islam Quran ne nahi bataya tha jis ki ek misaal mein ne bataya aap ko keh ek shakhs nahi bata sakte aap jis ka jis ki thinking Muslim oriented thinking na ho jitne Quran wale hain</w:t>
      </w:r>
    </w:p>
    <w:p>
      <w:pPr>
        <w:jc w:val="right"/>
      </w:pPr>
      <w:r>
        <w:t>بڑے بڑے لوگ جو انہوں نے تفسیریں لکھی ہیں قران مجید کے زمانے میں ان سب کا یہی حال ہے تفسیر لکھی لیکن کام وہ کیا جو جس کو اسلام قران نے نہیں بتایا تھا جس کی ایک مثال میں نے بتایا اپ کو کہ ایک شخص نہیں بتا سکتے اپ جس کا جس کی تھنکنگ مسلم اورینٹڈ تھنکنگ نہ ہو جتنے قران والے ہیں</w:t>
      </w:r>
    </w:p>
    <w:p>
      <w:r>
        <w:rPr>
          <w:b/>
        </w:rPr>
        <w:t xml:space="preserve">[16:24] </w:t>
      </w:r>
      <w:r>
        <w:t>halankeh Quran to bar bar insan naas alameen ke alfaaz bolta hai likon alameen nazeera shayad dunya ke liye nazeer</w:t>
      </w:r>
    </w:p>
    <w:p>
      <w:pPr>
        <w:jc w:val="right"/>
      </w:pPr>
      <w:r>
        <w:t>حالانکہ قران تو بار بار انسان الناس عالمین کے الفاظ بولتا ہے لیکون العالمین نظیرہ شاید دنیا کے لیے نظیر</w:t>
      </w:r>
    </w:p>
    <w:p>
      <w:r>
        <w:rPr>
          <w:b/>
        </w:rPr>
        <w:t xml:space="preserve">[16:40] </w:t>
      </w:r>
      <w:r>
        <w:t>shayad dunya ke liye nazeer likon alameen nazeera to baat kya hai apne mind ko pehle prepared mind banana hai first of all you have to prepare your mind first of all you have to decondition our conditioning here is the beginning here is the beginning</w:t>
      </w:r>
    </w:p>
    <w:p>
      <w:pPr>
        <w:jc w:val="right"/>
      </w:pPr>
      <w:r>
        <w:t>شاید دنیا کے لیے نظیر لیکون العالمین نظیرہ تو بات کیا ہے اپنے مائنڈ کو پہلے پریپیئرڈ مائنڈ بنانا ہے فرسٹ اف ال یو ہیو ٹو پریپیئر یور مائنڈ فرسٹ اف ال یو ہیو ٹو ڈی کنڈیشن اور کنڈیشننگ ہیر از دا بگننگ ہیر از دا بگننگ</w:t>
      </w:r>
    </w:p>
    <w:p>
      <w:r>
        <w:rPr>
          <w:b/>
        </w:rPr>
        <w:t xml:space="preserve">[17:08] </w:t>
      </w:r>
      <w:r>
        <w:t>apne jo meri ilm hai jo meri knowledge hai jo main ne parha hai main keh sakta hoon keh poori twenty century mein ek bhi exception nahi hai jinhon ne Quran ko parh kar ke insan ko nikala ho is mein se Quran ko parh kar ke dawat nikali ho unhon ne Quran ko parh kar mili kaam Muslim oriented thinking mili hangame yeh yahi nikala unhon ne</w:t>
      </w:r>
    </w:p>
    <w:p>
      <w:pPr>
        <w:jc w:val="right"/>
      </w:pPr>
      <w:r>
        <w:t>اپنے جو میری علم ہے جو میری نالج ہے جو میں نے پڑھا ہے میں کہہ سکتا ہوں کہ پوری ٹونٹی سنچری میں ایک بھی ایکسیپشن نہیں ہے جنہوں نے قران کو پڑھ کر کے انسان کو نکالا ہو اس میں سے قران کو پڑھ کر کے دعوت نکالی ہو انہوں نے قران کو پڑھ کر ملی کام مسلم اورینٹڈ تھنکنگ ملی ہنگامے یہ یہی نکالا انہوں نے</w:t>
      </w:r>
    </w:p>
    <w:p>
      <w:r>
        <w:rPr>
          <w:b/>
        </w:rPr>
        <w:t xml:space="preserve">[17:35] </w:t>
      </w:r>
      <w:r>
        <w:t>to sab se pehle aap apni deconditioning kijiye apne mind ko todiye apne mind set ke aap self self hammering ke zariye apne mind set ko todiye aap tab Quran samajh mein aayega nahi to Quran kuch nahi samajh mein aayega Quran mein aap parhenge aap apna mind Quran parhenge is mein Gita dikhai degi aap ko yahi haal hoga aap ka</w:t>
      </w:r>
    </w:p>
    <w:p>
      <w:pPr>
        <w:jc w:val="right"/>
      </w:pPr>
      <w:r>
        <w:t>تو سب سے پہلے اپ اپنی ڈی کنڈیشننگ کیجئے اپنے مائنڈ کو توڑیے اپنے مائنڈ سیٹ کے اپ سیلف سیلف ہیمرنگ کے ذریعے اپنے مائنڈ سیٹ کو توڑیے اپ تب قران سمجھ میں ائے گا نہیں تو قران کچھ نہیں سمجھ میں ائے گا قران میں اپ پڑھیں گے اپ اپنا مائنڈ قران پڑھیں گے اس میں گیتا دکھائی دے گی اپ کو یہی حال ہوگا اپ کا</w:t>
      </w:r>
    </w:p>
    <w:p>
      <w:r>
        <w:rPr>
          <w:b/>
        </w:rPr>
        <w:t xml:space="preserve">[17:59] </w:t>
      </w:r>
      <w:r>
        <w:t>ab dekhiye keh abhi jo qissa hua hai America mein Major Hassan Nidal ek Palestinian naujawan jo American American military mein tha aur us ne 13 Americanon ko maar dala to yeh sab yeh sab yeh sab jaiz hai yeh</w:t>
      </w:r>
    </w:p>
    <w:p>
      <w:pPr>
        <w:jc w:val="right"/>
      </w:pPr>
      <w:r>
        <w:t>اب دیکھیے کہ ابھی جو قصہ ہوا ہے امریکہ میں میجر حسن ندال ایک فلسطینی نوجوان جو امریکن امریکن ملٹری میں تھا اور اس نے 13 امریکنوں کو مار ڈالا تو یہ سب یہ سب یہ سب جائز ہے یہ</w:t>
      </w:r>
    </w:p>
    <w:p>
      <w:r>
        <w:rPr>
          <w:b/>
        </w:rPr>
        <w:t xml:space="preserve">[18:28] </w:t>
      </w:r>
      <w:r>
        <w:t>kyun maar dala abhi is ka thirty first ko yani ab main English paper maine parha thirty first December ko keh kya kehta hai woh aadmi</w:t>
      </w:r>
    </w:p>
    <w:p>
      <w:pPr>
        <w:jc w:val="right"/>
      </w:pPr>
      <w:r>
        <w:t>کیوں مار ڈالا ابھی اس کا تھرٹی فرسٹ کو یعنی اب میں انگلش پیپر میں نے پڑھا تھرٹی فرسٹ دسمبر کو کہ کیا کہتا ہے وہ ادمی</w:t>
      </w:r>
    </w:p>
    <w:p>
      <w:r>
        <w:rPr>
          <w:b/>
        </w:rPr>
        <w:t xml:space="preserve">[18:41] </w:t>
      </w:r>
      <w:r>
        <w:t>وہ کہتا ہے کہ بجائے یعنی Muslims will establish InshaAllah their empire.</w:t>
      </w:r>
    </w:p>
    <w:p>
      <w:pPr>
        <w:jc w:val="right"/>
      </w:pPr>
      <w:r>
        <w:t>وہ کہتا ہے کہ بجائے یعنی مسلمز ول اسٹیبلش انشاءاللہ دیر ایمپائر</w:t>
      </w:r>
    </w:p>
    <w:p>
      <w:r>
        <w:rPr>
          <w:b/>
        </w:rPr>
        <w:t xml:space="preserve">[18:49] </w:t>
      </w:r>
      <w:r>
        <w:t>der great empire once again in the world yani yeh jo kar rahe hain yeh sab kis liye</w:t>
      </w:r>
    </w:p>
    <w:p>
      <w:pPr>
        <w:jc w:val="right"/>
      </w:pPr>
      <w:r>
        <w:t>دیر گریٹ ایمپائر ونس اگین ان دی ورلڈ یعنی یہ جو کر رہے ہیں یہ سب کس لیے</w:t>
      </w:r>
    </w:p>
    <w:p>
      <w:r>
        <w:rPr>
          <w:b/>
        </w:rPr>
        <w:t xml:space="preserve">[18:56] </w:t>
      </w:r>
      <w:r>
        <w:t>kar rahe hain</w:t>
      </w:r>
    </w:p>
    <w:p>
      <w:pPr>
        <w:jc w:val="right"/>
      </w:pPr>
      <w:r>
        <w:t>کر رہے ہیں</w:t>
      </w:r>
    </w:p>
    <w:p>
      <w:r>
        <w:rPr>
          <w:b/>
        </w:rPr>
        <w:t xml:space="preserve">[18:58] </w:t>
      </w:r>
      <w:r>
        <w:t>ke duniya mein musalmanon ka dobara empire qaim ho</w:t>
      </w:r>
    </w:p>
    <w:p>
      <w:pPr>
        <w:jc w:val="right"/>
      </w:pPr>
      <w:r>
        <w:t>کہ دنیا میں مسلمانوں کا دوبارہ ایمپائر قائم ہو</w:t>
      </w:r>
    </w:p>
    <w:p>
      <w:r>
        <w:rPr>
          <w:b/>
        </w:rPr>
        <w:t xml:space="preserve">[19:03] </w:t>
      </w:r>
      <w:r>
        <w:t>yeh kya hai yeh andhe pan ki baat hai empire to already qaim ho chuka hai yeh baat</w:t>
      </w:r>
    </w:p>
    <w:p>
      <w:pPr>
        <w:jc w:val="right"/>
      </w:pPr>
      <w:r>
        <w:t>یہ کیا ہے یہ اندھے پن کی بات ہے ایمپائر تو الریڈی قائم ہو چکا ہے یہ بات</w:t>
      </w:r>
    </w:p>
    <w:p>
      <w:r>
        <w:rPr>
          <w:b/>
        </w:rPr>
        <w:t xml:space="preserve">[19:08] </w:t>
      </w:r>
      <w:r>
        <w:t>karte hue mein ne kaha kisi sahib se ke dekhiye empire to already qaim ho chuka hai lekin</w:t>
      </w:r>
    </w:p>
    <w:p>
      <w:pPr>
        <w:jc w:val="right"/>
      </w:pPr>
      <w:r>
        <w:t>کرتے ہوئے میں نے کہا کسی صاحب سے کہ دیکھیے ایمپائر تو الریڈی قائم ہو چکا ہے لیکن</w:t>
      </w:r>
    </w:p>
    <w:p>
      <w:r>
        <w:rPr>
          <w:b/>
        </w:rPr>
        <w:t xml:space="preserve">[19:15] </w:t>
      </w:r>
      <w:r>
        <w:t>ghalti kahan hai</w:t>
      </w:r>
    </w:p>
    <w:p>
      <w:pPr>
        <w:jc w:val="right"/>
      </w:pPr>
      <w:r>
        <w:t>غلطی کہاں ہے</w:t>
      </w:r>
    </w:p>
    <w:p>
      <w:r>
        <w:rPr>
          <w:b/>
        </w:rPr>
        <w:t xml:space="preserve">[19:18] </w:t>
      </w:r>
      <w:r>
        <w:t>yeh ghalti yahan hai ke woh empire ko in terms of politics le rahe hain woh log in</w:t>
      </w:r>
    </w:p>
    <w:p>
      <w:pPr>
        <w:jc w:val="right"/>
      </w:pPr>
      <w:r>
        <w:t>یہ غلطی یہاں ہے کہ وہ ایمپائر کو ان ٹرمز اف پولیٹکس لے رہے ہیں وہ لوگ ان</w:t>
      </w:r>
    </w:p>
    <w:p>
      <w:r>
        <w:rPr>
          <w:b/>
        </w:rPr>
        <w:t xml:space="preserve">[19:25] </w:t>
      </w:r>
      <w:r>
        <w:t>terms of ideology</w:t>
      </w:r>
    </w:p>
    <w:p>
      <w:pPr>
        <w:jc w:val="right"/>
      </w:pPr>
      <w:r>
        <w:t>ٹرمز اف ائیڈیالوجی</w:t>
      </w:r>
    </w:p>
    <w:p>
      <w:r>
        <w:rPr>
          <w:b/>
        </w:rPr>
        <w:t xml:space="preserve">[19:26] </w:t>
      </w:r>
      <w:r>
        <w:t>nahin le rahe hain</w:t>
      </w:r>
    </w:p>
    <w:p>
      <w:pPr>
        <w:jc w:val="right"/>
      </w:pPr>
      <w:r>
        <w:t>نہیں لے رہے ہیں</w:t>
      </w:r>
    </w:p>
    <w:p>
      <w:r>
        <w:rPr>
          <w:b/>
        </w:rPr>
        <w:t xml:space="preserve">[19:28] </w:t>
      </w:r>
      <w:r>
        <w:t>wohi maine aaj ka jo topic rakha hai from political empire to opportunity empire</w:t>
      </w:r>
    </w:p>
    <w:p>
      <w:pPr>
        <w:jc w:val="right"/>
      </w:pPr>
      <w:r>
        <w:t>وہی میں نے اج کا جو ٹاپک رکھا ہے فرام پولیٹیکل ایمپائر ٹو اپرچونیٹی ایمپائر</w:t>
      </w:r>
    </w:p>
    <w:p>
      <w:r>
        <w:rPr>
          <w:b/>
        </w:rPr>
        <w:t xml:space="preserve">[19:36] </w:t>
      </w:r>
      <w:r>
        <w:t>to political empire</w:t>
      </w:r>
    </w:p>
    <w:p>
      <w:pPr>
        <w:jc w:val="right"/>
      </w:pPr>
      <w:r>
        <w:t>تو پولیٹیکل ایمپائر</w:t>
      </w:r>
    </w:p>
    <w:p>
      <w:r>
        <w:rPr>
          <w:b/>
        </w:rPr>
        <w:t xml:space="preserve">[19:39] </w:t>
      </w:r>
      <w:r>
        <w:t>bazaahir nahin hai</w:t>
      </w:r>
    </w:p>
    <w:p>
      <w:pPr>
        <w:jc w:val="right"/>
      </w:pPr>
      <w:r>
        <w:t>بظاہر نہیں ہے</w:t>
      </w:r>
    </w:p>
    <w:p>
      <w:r>
        <w:rPr>
          <w:b/>
        </w:rPr>
        <w:t xml:space="preserve">[19:41] </w:t>
      </w:r>
      <w:r>
        <w:t>to musalman jo hain sab se hate kar rahe hain negative bane hue hain ain usi waqt opportunity</w:t>
      </w:r>
    </w:p>
    <w:p>
      <w:pPr>
        <w:jc w:val="right"/>
      </w:pPr>
      <w:r>
        <w:t>تو مسلمان جو ہیں سب سے ہیٹ کر رہے ہیں نیگیٹیو بنے ہوئے ہیں عین اسی وقت اپرچونیٹی</w:t>
      </w:r>
    </w:p>
    <w:p>
      <w:r>
        <w:rPr>
          <w:b/>
        </w:rPr>
        <w:t xml:space="preserve">[19:48] </w:t>
      </w:r>
      <w:r>
        <w:t>empire qaim ho chuka hai opportunity empire</w:t>
      </w:r>
    </w:p>
    <w:p>
      <w:pPr>
        <w:jc w:val="right"/>
      </w:pPr>
      <w:r>
        <w:t>ایمپائر قائم ہو چکا ہے اپرچونیٹی ایمپائر</w:t>
      </w:r>
    </w:p>
    <w:p>
      <w:r>
        <w:rPr>
          <w:b/>
        </w:rPr>
        <w:t xml:space="preserve">[19:54] </w:t>
      </w:r>
      <w:r>
        <w:t>sab mawaqe hi mawaqe mawaqe hi mawaqe jaise aaj jo deccan se mere paas telephone aaya to</w:t>
      </w:r>
    </w:p>
    <w:p>
      <w:pPr>
        <w:jc w:val="right"/>
      </w:pPr>
      <w:r>
        <w:t>سب مواقع ہی مواقع مواقع ہی مواقع جیسے اج جو دکن سے میرے پاس ٹیلی فون ایا تو</w:t>
      </w:r>
    </w:p>
    <w:p>
      <w:r>
        <w:rPr>
          <w:b/>
        </w:rPr>
        <w:t xml:space="preserve">[19:59] </w:t>
      </w:r>
      <w:r>
        <w:t>maine socha</w:t>
      </w:r>
    </w:p>
    <w:p>
      <w:pPr>
        <w:jc w:val="right"/>
      </w:pPr>
      <w:r>
        <w:t>میں نے سوچا</w:t>
      </w:r>
    </w:p>
    <w:p>
      <w:r>
        <w:rPr>
          <w:b/>
        </w:rPr>
        <w:t xml:space="preserve">[20:01] </w:t>
      </w:r>
      <w:r>
        <w:t>ke akbar jo tha shehanshah tha woh emperor tha us ko jana tha agra se deccan</w:t>
      </w:r>
    </w:p>
    <w:p>
      <w:pPr>
        <w:jc w:val="right"/>
      </w:pPr>
      <w:r>
        <w:t>کہ اکبر جو تھا شہنشاہ تھا وہ ایمپرر تھا اس کو جانا تھا اگرہ سے دکن</w:t>
      </w:r>
    </w:p>
    <w:p>
      <w:r>
        <w:rPr>
          <w:b/>
        </w:rPr>
        <w:t xml:space="preserve">[20:12] </w:t>
      </w:r>
      <w:r>
        <w:t>to</w:t>
      </w:r>
    </w:p>
    <w:p>
      <w:pPr>
        <w:jc w:val="right"/>
      </w:pPr>
      <w:r>
        <w:t>تو</w:t>
      </w:r>
    </w:p>
    <w:p>
      <w:r>
        <w:rPr>
          <w:b/>
        </w:rPr>
        <w:t xml:space="preserve">[20:13] </w:t>
      </w:r>
      <w:r>
        <w:t>woh pohancha giyarah din mein agra se deccan pohancha ghoṛe se ja gaya tha woh baṛa yahan se</w:t>
      </w:r>
    </w:p>
    <w:p>
      <w:pPr>
        <w:jc w:val="right"/>
      </w:pPr>
      <w:r>
        <w:t>وہ پہنچا گیارہ دن میں اگرہ سے دکن پہنچا گھوڑے سے جا گیا تھا وہ بڑا یہاں سے</w:t>
      </w:r>
    </w:p>
    <w:p>
      <w:r>
        <w:rPr>
          <w:b/>
        </w:rPr>
        <w:t xml:space="preserve">[20:19] </w:t>
      </w:r>
      <w:r>
        <w:t>wohahan tak arrangement kiya gaya tha shehanshah ke liye</w:t>
      </w:r>
    </w:p>
    <w:p>
      <w:pPr>
        <w:jc w:val="right"/>
      </w:pPr>
      <w:r>
        <w:t>وہاں تک ارینجمنٹ کیا گیا تھا شہنشاہ کے لیے</w:t>
      </w:r>
    </w:p>
    <w:p>
      <w:r>
        <w:rPr>
          <w:b/>
        </w:rPr>
        <w:t xml:space="preserve">[20:24] </w:t>
      </w:r>
      <w:r>
        <w:t>tab woh giyarah din safar kar ke deccan pohancha</w:t>
      </w:r>
    </w:p>
    <w:p>
      <w:pPr>
        <w:jc w:val="right"/>
      </w:pPr>
      <w:r>
        <w:t>تب وہ گیارہ دن سفر کر کے دکن پہنچا</w:t>
      </w:r>
    </w:p>
    <w:p>
      <w:r>
        <w:rPr>
          <w:b/>
        </w:rPr>
        <w:t xml:space="preserve">[20:29] </w:t>
      </w:r>
      <w:r>
        <w:t>aaj kya hai</w:t>
      </w:r>
    </w:p>
    <w:p>
      <w:pPr>
        <w:jc w:val="right"/>
      </w:pPr>
      <w:r>
        <w:t>اج کیا ہے</w:t>
      </w:r>
    </w:p>
    <w:p>
      <w:r>
        <w:rPr>
          <w:b/>
        </w:rPr>
        <w:t xml:space="preserve">[20:32] </w:t>
      </w:r>
      <w:r>
        <w:t>agar aap train se jayen to do din pohnchenge aap hawa jahaz se jayen to do ghanțe</w:t>
      </w:r>
    </w:p>
    <w:p>
      <w:pPr>
        <w:jc w:val="right"/>
      </w:pPr>
      <w:r>
        <w:t>اگر اپ ٹرین سے جائیں تو دو دن پہنچیں گے اپ ہوا جہاز سے جائیں تو دو گھنٹے</w:t>
      </w:r>
    </w:p>
    <w:p>
      <w:r>
        <w:rPr>
          <w:b/>
        </w:rPr>
        <w:t xml:space="preserve">[20:37] </w:t>
      </w:r>
      <w:r>
        <w:t>pohnchenge aap</w:t>
      </w:r>
    </w:p>
    <w:p>
      <w:pPr>
        <w:jc w:val="right"/>
      </w:pPr>
      <w:r>
        <w:t>پہنچیں گے اپ</w:t>
      </w:r>
    </w:p>
    <w:p>
      <w:r>
        <w:rPr>
          <w:b/>
        </w:rPr>
        <w:t xml:space="preserve">[20:39] </w:t>
      </w:r>
      <w:r>
        <w:t>aur agar telephone istemal karen to aap ek second mein contact ho jata hai aap ka jaise</w:t>
      </w:r>
    </w:p>
    <w:p>
      <w:pPr>
        <w:jc w:val="right"/>
      </w:pPr>
      <w:r>
        <w:t>اور اگر ٹیلی فون استعمال کریں تو اپ ایک سیکنڈ میں کنٹیکٹ ہو جاتا ہے اپ کا جیسے</w:t>
      </w:r>
    </w:p>
    <w:p>
      <w:r>
        <w:rPr>
          <w:b/>
        </w:rPr>
        <w:t xml:space="preserve">[20:45] </w:t>
      </w:r>
      <w:r>
        <w:t>aaj meri baat hui ek second mein contact ho gaya hum baat karne lage</w:t>
      </w:r>
    </w:p>
    <w:p>
      <w:pPr>
        <w:jc w:val="right"/>
      </w:pPr>
      <w:r>
        <w:t>اج میری بات ہوئی ایک سیکنڈ میں کنٹیکٹ ہو گیا ہم بات کرنے لگے</w:t>
      </w:r>
    </w:p>
    <w:p>
      <w:r>
        <w:rPr>
          <w:b/>
        </w:rPr>
        <w:t xml:space="preserve">[20:51] </w:t>
      </w:r>
      <w:r>
        <w:t>to shehanshah akbar se zyada baṛi cheez mein mili hui hai</w:t>
      </w:r>
    </w:p>
    <w:p>
      <w:pPr>
        <w:jc w:val="right"/>
      </w:pPr>
      <w:r>
        <w:t>تو شہنشاہ اکبر سے زیادہ بڑی چیز میں ملی ہوئی ہے</w:t>
      </w:r>
    </w:p>
    <w:p>
      <w:r>
        <w:rPr>
          <w:b/>
        </w:rPr>
        <w:t xml:space="preserve">[20:57] </w:t>
      </w:r>
      <w:r>
        <w:t>zyada bari cheez physically hum jana chahen tab bhi do ghante mein chale jayenge nahi to baat karna hai yahin se wahan se baat kar lijiye dunya bhar se kar lijiye</w:t>
      </w:r>
    </w:p>
    <w:p>
      <w:pPr>
        <w:jc w:val="right"/>
      </w:pPr>
      <w:r>
        <w:t>زیادہ بڑی چیز فزیکلی ہم جانا چاہیں تب بھی دو گھنٹے میں چلے جائیں گے نہیں تو بات کرنا ہے یہیں سے وہاں سے بات کر لیجئے دنیا بھر سے کر لیجئے</w:t>
      </w:r>
    </w:p>
    <w:p>
      <w:r>
        <w:rPr>
          <w:b/>
        </w:rPr>
        <w:t xml:space="preserve">[21:13] </w:t>
      </w:r>
      <w:r>
        <w:t>abhi kal mere paas yahan kashmir mein ek hain professor kaleem kaleemullah sahib to woh apne haan</w:t>
      </w:r>
    </w:p>
    <w:p>
      <w:pPr>
        <w:jc w:val="right"/>
      </w:pPr>
      <w:r>
        <w:t>ابھی کل میرے پاس یہاں کشمیر میں ایک ہیں پروفیسر کلیم کلیم اللہ صاحب تو وہ اپنے ہاں</w:t>
      </w:r>
    </w:p>
    <w:p>
      <w:r>
        <w:rPr>
          <w:b/>
        </w:rPr>
        <w:t xml:space="preserve">[21:23] </w:t>
      </w:r>
      <w:r>
        <w:t>class chalate hain to kal un ka din tha class chalane ka hamare office mein the woh to</w:t>
      </w:r>
    </w:p>
    <w:p>
      <w:pPr>
        <w:jc w:val="right"/>
      </w:pPr>
      <w:r>
        <w:t>کلاس چلاتے ہیں تو کل ان کا دن تھا کلاس چلانے کا ہمارے افس میں تھے وہ تو</w:t>
      </w:r>
    </w:p>
    <w:p>
      <w:r>
        <w:rPr>
          <w:b/>
        </w:rPr>
        <w:t xml:space="preserve">[21:28] </w:t>
      </w:r>
      <w:r>
        <w:t>time un ka hua saṛe nau baje subah</w:t>
      </w:r>
    </w:p>
    <w:p>
      <w:pPr>
        <w:jc w:val="right"/>
      </w:pPr>
      <w:r>
        <w:t>ٹائم ان کا ہوا ساڑھے نو بجے صبح</w:t>
      </w:r>
    </w:p>
    <w:p>
      <w:r>
        <w:rPr>
          <w:b/>
        </w:rPr>
        <w:t xml:space="preserve">[21:32] </w:t>
      </w:r>
      <w:r>
        <w:t>to un se baat ho chuki thi hum telephone par aap ko address karenge to siri</w:t>
      </w:r>
    </w:p>
    <w:p>
      <w:pPr>
        <w:jc w:val="right"/>
      </w:pPr>
      <w:r>
        <w:t>تو ان سے بات ہو چکی تھی ہم ٹیلی فون پر اپ کو ایڈریس کریں گے تو سری</w:t>
      </w:r>
    </w:p>
    <w:p>
      <w:r>
        <w:rPr>
          <w:b/>
        </w:rPr>
        <w:t xml:space="preserve">[21:38] </w:t>
      </w:r>
      <w:r>
        <w:t>nagar se unhon ne telephone kiya un ko mere office mein un ki ghanti baji aur is</w:t>
      </w:r>
    </w:p>
    <w:p>
      <w:pPr>
        <w:jc w:val="right"/>
      </w:pPr>
      <w:r>
        <w:t>نگر سے انہوں نے ٹیلی فون کیا ان کو میرے افس میں ان کی گھنٹی بجی اور اس</w:t>
      </w:r>
    </w:p>
    <w:p>
      <w:r>
        <w:rPr>
          <w:b/>
        </w:rPr>
        <w:t xml:space="preserve">[21:43] </w:t>
      </w:r>
      <w:r>
        <w:t>ke baad yahan se address karne lage woh</w:t>
      </w:r>
    </w:p>
    <w:p>
      <w:pPr>
        <w:jc w:val="right"/>
      </w:pPr>
      <w:r>
        <w:t>کے بعد یہاں سے ایڈریس کرنے لگے وہ</w:t>
      </w:r>
    </w:p>
    <w:p>
      <w:r>
        <w:rPr>
          <w:b/>
        </w:rPr>
        <w:t xml:space="preserve">[21:46] </w:t>
      </w:r>
      <w:r>
        <w:t>to speaker baitha hua hai dilli mein audience hai srinagar mein yani one tha kilometer ki doori</w:t>
      </w:r>
    </w:p>
    <w:p>
      <w:pPr>
        <w:jc w:val="right"/>
      </w:pPr>
      <w:r>
        <w:t>تو اسپیکر بیٹھا ہوا ہے دلی میں اڈینس ہے سری نگر میں یعنی ون تھا کلومیٹر کی دوری</w:t>
      </w:r>
    </w:p>
    <w:p>
      <w:r>
        <w:rPr>
          <w:b/>
        </w:rPr>
        <w:t xml:space="preserve">[21:55] </w:t>
      </w:r>
      <w:r>
        <w:t>aur yahan se bol rahe hain wahan woh sun rahe hain</w:t>
      </w:r>
    </w:p>
    <w:p>
      <w:pPr>
        <w:jc w:val="right"/>
      </w:pPr>
      <w:r>
        <w:t>اور یہاں سے بول رہے ہیں وہاں وہ سن رہے ہیں</w:t>
      </w:r>
    </w:p>
    <w:p>
      <w:r>
        <w:rPr>
          <w:b/>
        </w:rPr>
        <w:t xml:space="preserve">[22:00] </w:t>
      </w:r>
      <w:r>
        <w:t>to main ne kaha ke dekhiye</w:t>
      </w:r>
    </w:p>
    <w:p>
      <w:pPr>
        <w:jc w:val="right"/>
      </w:pPr>
      <w:r>
        <w:t>تو میں نے کہا کہ دیکھیے</w:t>
      </w:r>
    </w:p>
    <w:p>
      <w:r>
        <w:rPr>
          <w:b/>
        </w:rPr>
        <w:t xml:space="preserve">[22:03] </w:t>
      </w:r>
      <w:r>
        <w:t>pehle zamaney mein yeh pasibal nahi tha</w:t>
      </w:r>
    </w:p>
    <w:p>
      <w:pPr>
        <w:jc w:val="right"/>
      </w:pPr>
      <w:r>
        <w:t>پہلے زمانے میں یہ پاسیبل نہیں تھا</w:t>
      </w:r>
    </w:p>
    <w:p>
      <w:r>
        <w:rPr>
          <w:b/>
        </w:rPr>
        <w:t xml:space="preserve">[22:06] </w:t>
      </w:r>
      <w:r>
        <w:t>tareekh mein ek chota sa qissa aata hai</w:t>
      </w:r>
    </w:p>
    <w:p>
      <w:pPr>
        <w:jc w:val="right"/>
      </w:pPr>
      <w:r>
        <w:t>تاریخ میں ایک چھوٹا سا قصہ اتا ہے</w:t>
      </w:r>
    </w:p>
    <w:p>
      <w:r>
        <w:rPr>
          <w:b/>
        </w:rPr>
        <w:t xml:space="preserve">[22:09] </w:t>
      </w:r>
      <w:r>
        <w:t>ke Hazrat Umar Farooq R.A. ke zamaney mein Iran mein musalman faujen pahunchi hui thin to</w:t>
      </w:r>
    </w:p>
    <w:p>
      <w:pPr>
        <w:jc w:val="right"/>
      </w:pPr>
      <w:r>
        <w:t>کہ حضرت عمر فاروق رضی اللہ عنہ کے زمانے میں ایران میں مسلمان فوجیں پہنچی ہوئی تھیں تو</w:t>
      </w:r>
    </w:p>
    <w:p>
      <w:r>
        <w:rPr>
          <w:b/>
        </w:rPr>
        <w:t xml:space="preserve">[22:17] </w:t>
      </w:r>
      <w:r>
        <w:t>wahan par Saria general thay Saria naam tha un ka to pahad ki taraf se</w:t>
      </w:r>
    </w:p>
    <w:p>
      <w:pPr>
        <w:jc w:val="right"/>
      </w:pPr>
      <w:r>
        <w:t>وہاں پر ساریہ جنرل تھے ساریہ نام تھا ان کا تو پہاڑ کی طرف سے</w:t>
      </w:r>
    </w:p>
    <w:p>
      <w:r>
        <w:rPr>
          <w:b/>
        </w:rPr>
        <w:t xml:space="preserve">[22:25] </w:t>
      </w:r>
      <w:r>
        <w:t>khatra tha to Hazrat Umar is waqt juma ke din tha khutba de rahe thay khutba de rahe</w:t>
      </w:r>
    </w:p>
    <w:p>
      <w:pPr>
        <w:jc w:val="right"/>
      </w:pPr>
      <w:r>
        <w:t>خطرہ تھا تو حضرت عمر اس وقت جمعہ کے دن تھا خطبہ دے رہے تھے خطبہ دے رہے</w:t>
      </w:r>
    </w:p>
    <w:p>
      <w:r>
        <w:rPr>
          <w:b/>
        </w:rPr>
        <w:t xml:space="preserve">[22:33] </w:t>
      </w:r>
      <w:r>
        <w:t>thay achanak unhon ne kaha ya Saria alj</w:t>
      </w:r>
    </w:p>
    <w:p>
      <w:pPr>
        <w:jc w:val="right"/>
      </w:pPr>
      <w:r>
        <w:t>تھے اچانک انہوں نے کہا یا ساریہ الج</w:t>
      </w:r>
    </w:p>
    <w:p>
      <w:r>
        <w:rPr>
          <w:b/>
        </w:rPr>
        <w:t xml:space="preserve">[22:35] </w:t>
      </w:r>
      <w:r>
        <w:t>bal ya Saria aljabal yani aye Saria pahad ki taraf dekho</w:t>
      </w:r>
    </w:p>
    <w:p>
      <w:pPr>
        <w:jc w:val="right"/>
      </w:pPr>
      <w:r>
        <w:t>بل یا ساریہ الجبل یعنی اے ساریہ پہاڑ کی طرف دیکھو</w:t>
      </w:r>
    </w:p>
    <w:p>
      <w:r>
        <w:rPr>
          <w:b/>
        </w:rPr>
        <w:t xml:space="preserve">[22:40] </w:t>
      </w:r>
      <w:r>
        <w:t>idhar se aa raha hai dasta</w:t>
      </w:r>
    </w:p>
    <w:p>
      <w:pPr>
        <w:jc w:val="right"/>
      </w:pPr>
      <w:r>
        <w:t>ادھر سے ا رہا ہے دستہ</w:t>
      </w:r>
    </w:p>
    <w:p>
      <w:r>
        <w:rPr>
          <w:b/>
        </w:rPr>
        <w:t xml:space="preserve">[22:44] </w:t>
      </w:r>
      <w:r>
        <w:t>attack karne ke liye</w:t>
      </w:r>
    </w:p>
    <w:p>
      <w:pPr>
        <w:jc w:val="right"/>
      </w:pPr>
      <w:r>
        <w:t>اٹیک کرنے کے لیے</w:t>
      </w:r>
    </w:p>
    <w:p>
      <w:r>
        <w:rPr>
          <w:b/>
        </w:rPr>
        <w:t xml:space="preserve">[22:47] </w:t>
      </w:r>
      <w:r>
        <w:t>to logon ko taajjub hua ke bhai yeh madine mein kya bol rahe hain yeh</w:t>
      </w:r>
    </w:p>
    <w:p>
      <w:pPr>
        <w:jc w:val="right"/>
      </w:pPr>
      <w:r>
        <w:t>تو لوگوں کو تعجب ہوا کہ بھئی یہ مدینے میں کیا بول رہے ہیں یہ</w:t>
      </w:r>
    </w:p>
    <w:p>
      <w:r>
        <w:rPr>
          <w:b/>
        </w:rPr>
        <w:t xml:space="preserve">[22:51] </w:t>
      </w:r>
      <w:r>
        <w:t>تو اللہ تعالی نے یعنی ایک miracle کیا ایک miracle کے ذریعے سے ایسا ممکن ہوا کہ ایک</w:t>
      </w:r>
    </w:p>
    <w:p>
      <w:pPr>
        <w:jc w:val="right"/>
      </w:pPr>
      <w:r>
        <w:t>تو اللہ تعالی نے یعنی ایک بریکل کیا ایک بریکل کے ذریعے سے ایسا ممکن ہوا کہ ایک</w:t>
      </w:r>
    </w:p>
    <w:p>
      <w:r>
        <w:rPr>
          <w:b/>
        </w:rPr>
        <w:t xml:space="preserve">[22:57] </w:t>
      </w:r>
      <w:r>
        <w:t>khaleefa jo hai madine mein rehte hue</w:t>
      </w:r>
    </w:p>
    <w:p>
      <w:pPr>
        <w:jc w:val="right"/>
      </w:pPr>
      <w:r>
        <w:t>خلیفہ جو ہے مدینے میں رہتے ہوئے</w:t>
      </w:r>
    </w:p>
    <w:p>
      <w:r>
        <w:rPr>
          <w:b/>
        </w:rPr>
        <w:t xml:space="preserve">[23:02] </w:t>
      </w:r>
      <w:r>
        <w:t>Iran ko address kare woh bhi ek jumla keh sake ya Saria aljabal</w:t>
      </w:r>
    </w:p>
    <w:p>
      <w:pPr>
        <w:jc w:val="right"/>
      </w:pPr>
      <w:r>
        <w:t>ایران کو ایڈریس کرے وہ بھی ایک جملہ کہہ سکے یا ساریہ الجبل</w:t>
      </w:r>
    </w:p>
    <w:p>
      <w:r>
        <w:rPr>
          <w:b/>
        </w:rPr>
        <w:t xml:space="preserve">[23:08] </w:t>
      </w:r>
      <w:r>
        <w:t>aaj Khuda ne explosion kar diya hai communication explosion hai aaj ab hum jee rahe hain communication explosion ke zamane mein har aadmi baat kar sakta hai dunya bhar mein jab chahe within seconds dunya mein kahin bhi aap contact kar sakte hain</w:t>
      </w:r>
    </w:p>
    <w:p>
      <w:pPr>
        <w:jc w:val="right"/>
      </w:pPr>
      <w:r>
        <w:t>اج خدا نے ایکسپلوژن کر دیا ہے کمیونیکیشن ایکسپلوژن ہے اج اب ہم جی رہے ہیں کمیونیکیشن ایکسپلوژن کے زمانے میں ہر ادمی بات کر سکتا ہے دنیا بھر میں جب چاہے ود ان سیکنڈز دنیا میں کہیں بھی اپ کنٹیکٹ کر سکتے ہیں</w:t>
      </w:r>
    </w:p>
    <w:p>
      <w:r>
        <w:rPr>
          <w:b/>
        </w:rPr>
        <w:t xml:space="preserve">[23:30] </w:t>
      </w:r>
      <w:r>
        <w:t>kal subah mere paas telephone aaya wahan ke America mein hamare ek saathi rehte hain Khwaja Kaleem</w:t>
      </w:r>
    </w:p>
    <w:p>
      <w:pPr>
        <w:jc w:val="right"/>
      </w:pPr>
      <w:r>
        <w:t>کل صبح میرے پاس ٹیلی فون ایا وہاں کے امریکہ میں ہمارے ایک ساتھی رہتے ہیں خواجہ کلیم</w:t>
      </w:r>
    </w:p>
    <w:p>
      <w:r>
        <w:rPr>
          <w:b/>
        </w:rPr>
        <w:t xml:space="preserve">[23:35] </w:t>
      </w:r>
      <w:r>
        <w:t>uddin unhon ne bataya ke America mein ek</w:t>
      </w:r>
    </w:p>
    <w:p>
      <w:pPr>
        <w:jc w:val="right"/>
      </w:pPr>
      <w:r>
        <w:t>الدین انہوں نے بتایا کہ امریکہ میں ایک</w:t>
      </w:r>
    </w:p>
    <w:p>
      <w:r>
        <w:rPr>
          <w:b/>
        </w:rPr>
        <w:t xml:space="preserve">[23:41] </w:t>
      </w:r>
      <w:r>
        <w:t>wo telephone ki line kholi gayi hai India India mein aap 24 ghante jab chahein baat kijiye</w:t>
      </w:r>
    </w:p>
    <w:p>
      <w:pPr>
        <w:jc w:val="right"/>
      </w:pPr>
      <w:r>
        <w:t>وہ ٹیلی فون کی لائن کھولی گئی ہے انڈیا انڈیا میں اپ 24 گھنٹے جب چاہیں بات کیجئے</w:t>
      </w:r>
    </w:p>
    <w:p>
      <w:r>
        <w:rPr>
          <w:b/>
        </w:rPr>
        <w:t xml:space="preserve">[23:49] </w:t>
      </w:r>
      <w:r>
        <w:t>ek baar aap is ke is ko subscribe kar lijiye</w:t>
      </w:r>
    </w:p>
    <w:p>
      <w:pPr>
        <w:jc w:val="right"/>
      </w:pPr>
      <w:r>
        <w:t>ایک بار اپ اس کے اس کو سبسکرائب کر لیجئے</w:t>
      </w:r>
    </w:p>
    <w:p>
      <w:r>
        <w:rPr>
          <w:b/>
        </w:rPr>
        <w:t xml:space="preserve">[23:53] </w:t>
      </w:r>
      <w:r>
        <w:t>yani ek baar aap subscribe kar lete hain to</w:t>
      </w:r>
    </w:p>
    <w:p>
      <w:pPr>
        <w:jc w:val="right"/>
      </w:pPr>
      <w:r>
        <w:t>یعنی ایک بار اپ سبسکرائب کر لیتے ہیں تو</w:t>
      </w:r>
    </w:p>
    <w:p>
      <w:r>
        <w:rPr>
          <w:b/>
        </w:rPr>
        <w:t xml:space="preserve">[23:57] </w:t>
      </w:r>
      <w:r>
        <w:t>yani per call aap ko kuch nahi dena hai</w:t>
      </w:r>
    </w:p>
    <w:p>
      <w:pPr>
        <w:jc w:val="right"/>
      </w:pPr>
      <w:r>
        <w:t>یعنی پر کال اپ کو کچھ نہیں دینا ہے</w:t>
      </w:r>
    </w:p>
    <w:p>
      <w:r>
        <w:rPr>
          <w:b/>
        </w:rPr>
        <w:t xml:space="preserve">[24:00] </w:t>
      </w:r>
      <w:r>
        <w:t>24 ghante baat karte rahey per call aap ko kuch nahi dena hai main ne kaha kaisi ajeeb</w:t>
      </w:r>
    </w:p>
    <w:p>
      <w:pPr>
        <w:jc w:val="right"/>
      </w:pPr>
      <w:r>
        <w:t>24 گھنٹے بات کرتے رہیے پر کال اپ کو کچھ نہیں دینا ہے میں نے کہا کیسی عجیب</w:t>
      </w:r>
    </w:p>
    <w:p>
      <w:r>
        <w:rPr>
          <w:b/>
        </w:rPr>
        <w:t xml:space="preserve">[24:05] </w:t>
      </w:r>
      <w:r>
        <w:t>neamat hai</w:t>
      </w:r>
    </w:p>
    <w:p>
      <w:pPr>
        <w:jc w:val="right"/>
      </w:pPr>
      <w:r>
        <w:t>نعمت ہے</w:t>
      </w:r>
    </w:p>
    <w:p>
      <w:r>
        <w:rPr>
          <w:b/>
        </w:rPr>
        <w:t xml:space="preserve">[24:07] </w:t>
      </w:r>
      <w:r>
        <w:t>kaisi ajeeb nemat hai keh ek aadmi America mein baitha hua hai aur yahan se baat kar raha hai</w:t>
      </w:r>
    </w:p>
    <w:p>
      <w:pPr>
        <w:jc w:val="right"/>
      </w:pPr>
      <w:r>
        <w:t>کیسی عجیب نعمت ہے کہ ایک ادمی امریکہ میں بیٹھا ہوا ہے اور یہاں سے بات کر رہا ہے</w:t>
      </w:r>
    </w:p>
    <w:p>
      <w:r>
        <w:rPr>
          <w:b/>
        </w:rPr>
        <w:t xml:space="preserve">[24:14] </w:t>
      </w:r>
      <w:r>
        <w:t>to aap ghor kijiye keh shehenshah Akbar gyarah din mein Dilli se Deccan pohancha tha Hazrat Umar Farooq Razi Allahu Anhu ko ek baar yeh mauqa mila keh woh Madine mein bolen aur wahan par sunai de Iran mein ab to explosion hai explosion hai</w:t>
      </w:r>
    </w:p>
    <w:p>
      <w:pPr>
        <w:jc w:val="right"/>
      </w:pPr>
      <w:r>
        <w:t>تو اپ غور کیجئے کہ شہنشاہ اکبر گیارہ دن میں دلی سے دکن پہنچا تھا حضرت عمر فاروق رضی اللہ عنہ کو ایک بار یہ موقع ملا کہ وہ مدینے میں بولیں اور وہاں پر سنائی دے ایران میں اب تو ایکسپلوژن ہے ایکسپلوژن ہے</w:t>
      </w:r>
    </w:p>
    <w:p>
      <w:r>
        <w:rPr>
          <w:b/>
        </w:rPr>
        <w:t xml:space="preserve">[24:32] </w:t>
      </w:r>
      <w:r>
        <w:t>yani mawa is ko main is ko keh raha hoon mawaqe ka explosion yani opportunity</w:t>
      </w:r>
    </w:p>
    <w:p>
      <w:pPr>
        <w:jc w:val="right"/>
      </w:pPr>
      <w:r>
        <w:t>یعنی موا اس کو میں اس کو کہہ رہا ہوں مواقع کا ایکسپلوژن یعنی اپرچونی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