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 May 13, 2017</w:t>
      </w:r>
    </w:p>
    <w:p>
      <w:r>
        <w:t>https://www.youtube.com/watch?v=5XN9DuLu2Mo</w:t>
      </w:r>
    </w:p>
    <w:p>
      <w:r>
        <w:rPr>
          <w:b/>
        </w:rPr>
        <w:t xml:space="preserve">[00:14] </w:t>
      </w:r>
      <w:r>
        <w:t>bismillah rahman rahim.</w:t>
      </w:r>
    </w:p>
    <w:p>
      <w:pPr>
        <w:jc w:val="right"/>
      </w:pPr>
      <w:r>
        <w:t>بسم اللہ الرحمن الرحیم۔</w:t>
      </w:r>
    </w:p>
    <w:p>
      <w:r>
        <w:rPr>
          <w:b/>
        </w:rPr>
        <w:t xml:space="preserve">[00:21] </w:t>
      </w:r>
      <w:r>
        <w:t>mein ek bahut dinon se ek sawal se uljha hua tha, woh yeh ke quran mein surah al baqarah</w:t>
      </w:r>
    </w:p>
    <w:p>
      <w:pPr>
        <w:jc w:val="right"/>
      </w:pPr>
      <w:r>
        <w:t>میں ایک بہت دنوں سے ایک سوال سے الجھا ہوا تھا، وہ یہ کہ قرآن میں سورہ البقرہ</w:t>
      </w:r>
    </w:p>
    <w:p>
      <w:r>
        <w:rPr>
          <w:b/>
        </w:rPr>
        <w:t xml:space="preserve">[00:29] </w:t>
      </w:r>
      <w:r>
        <w:t>ki ek ayat hai: "wa alladhina amanu ashadd hubban lillahi".</w:t>
      </w:r>
    </w:p>
    <w:p>
      <w:pPr>
        <w:jc w:val="right"/>
      </w:pPr>
      <w:r>
        <w:t>کی ایک آیت ہے: "وَالَّذِينَ آمَنُوا أَشَدُّ حُبًّا لِلّٰهِ"۔</w:t>
      </w:r>
    </w:p>
    <w:p>
      <w:r>
        <w:rPr>
          <w:b/>
        </w:rPr>
        <w:t xml:space="preserve">[00:36] </w:t>
      </w:r>
      <w:r>
        <w:t>yani jo faithful log hain, jo allah par iman wale hain, woh allah</w:t>
      </w:r>
    </w:p>
    <w:p>
      <w:pPr>
        <w:jc w:val="right"/>
      </w:pPr>
      <w:r>
        <w:t>یعنی جو faithful لوگ ہیں، جو اللہ پر ایمان والے ہیں، وہ اللہ</w:t>
      </w:r>
    </w:p>
    <w:p>
      <w:r>
        <w:rPr>
          <w:b/>
        </w:rPr>
        <w:t xml:space="preserve">[00:44] </w:t>
      </w:r>
      <w:r>
        <w:t>se bahut zyada mohabbat wale hote hain.</w:t>
      </w:r>
    </w:p>
    <w:p>
      <w:pPr>
        <w:jc w:val="right"/>
      </w:pPr>
      <w:r>
        <w:t>سے بہت زیادہ محبت والے ہوتے ہیں۔</w:t>
      </w:r>
    </w:p>
    <w:p>
      <w:r>
        <w:rPr>
          <w:b/>
        </w:rPr>
        <w:t xml:space="preserve">[00:50] </w:t>
      </w:r>
      <w:r>
        <w:t>tumhare bahut sari kitabein padhein, bahut sari kitabein ke tareekh mein kaun sa shakhs tha jo waqai allah</w:t>
      </w:r>
    </w:p>
    <w:p>
      <w:pPr>
        <w:jc w:val="right"/>
      </w:pPr>
      <w:r>
        <w:t>تمہارے بہت ساری کتابیں پڑھیں، بہت ساری کتابیں کہ تاریخ میں کون سا شخص تھا جو واقعی اللہ</w:t>
      </w:r>
    </w:p>
    <w:p>
      <w:r>
        <w:rPr>
          <w:b/>
        </w:rPr>
        <w:t xml:space="preserve">[00:56] </w:t>
      </w:r>
      <w:r>
        <w:t>se bahut mohabbat karta tha.</w:t>
      </w:r>
    </w:p>
    <w:p>
      <w:pPr>
        <w:jc w:val="right"/>
      </w:pPr>
      <w:r>
        <w:t>سے بہت محبت کرتا تھا۔</w:t>
      </w:r>
    </w:p>
    <w:p>
      <w:r>
        <w:rPr>
          <w:b/>
        </w:rPr>
        <w:t xml:space="preserve">[01:02] </w:t>
      </w:r>
      <w:r>
        <w:t>to mein apne mutale'a ki had tak kehta hoon ke mujhe koi nahi mila siwaye paighambaron ke.</w:t>
      </w:r>
    </w:p>
    <w:p>
      <w:pPr>
        <w:jc w:val="right"/>
      </w:pPr>
      <w:r>
        <w:t>تو میں اپنے مطالعے کی حد تک کہتا ہوں کہ مجھے کوئی نہیں ملا سوائے پیغمبروں کے۔</w:t>
      </w:r>
    </w:p>
    <w:p>
      <w:r>
        <w:rPr>
          <w:b/>
        </w:rPr>
        <w:t xml:space="preserve">[01:08] </w:t>
      </w:r>
      <w:r>
        <w:t>mujhe tareekh mein allah se darne wale nahi mile, yani ke allah</w:t>
      </w:r>
    </w:p>
    <w:p>
      <w:pPr>
        <w:jc w:val="right"/>
      </w:pPr>
      <w:r>
        <w:t>مجھے تاریخ میں اللہ سے ڈرنے والے نہیں ملے، یعنی کہ اللہ</w:t>
      </w:r>
    </w:p>
    <w:p>
      <w:r>
        <w:rPr>
          <w:b/>
        </w:rPr>
        <w:t xml:space="preserve">[01:14] </w:t>
      </w:r>
      <w:r>
        <w:t>se hubb shadeed karne wale nahi mile.</w:t>
      </w:r>
    </w:p>
    <w:p>
      <w:pPr>
        <w:jc w:val="right"/>
      </w:pPr>
      <w:r>
        <w:t>سے حب شدید کرنے والے نہیں ملے۔</w:t>
      </w:r>
    </w:p>
    <w:p>
      <w:r>
        <w:rPr>
          <w:b/>
        </w:rPr>
        <w:t xml:space="preserve">[01:20] </w:t>
      </w:r>
      <w:r>
        <w:t>yeh mera apni study ka hai.</w:t>
      </w:r>
    </w:p>
    <w:p>
      <w:pPr>
        <w:jc w:val="right"/>
      </w:pPr>
      <w:r>
        <w:t>یہ میرا اپنی اسٹڈی کا ہے۔</w:t>
      </w:r>
    </w:p>
    <w:p>
      <w:r>
        <w:rPr>
          <w:b/>
        </w:rPr>
        <w:t xml:space="preserve">[01:25] </w:t>
      </w:r>
      <w:r>
        <w:t>agar kisi ka khayal hai ke aise log thay to uth kar naam mujhe bataye.</w:t>
      </w:r>
    </w:p>
    <w:p>
      <w:pPr>
        <w:jc w:val="right"/>
      </w:pPr>
      <w:r>
        <w:t>اگر کسی کا خیال ہے کہ ایسے لوگ تھے تو اٹھ کر نام مجھے بتائے۔</w:t>
      </w:r>
    </w:p>
    <w:p>
      <w:r>
        <w:rPr>
          <w:b/>
        </w:rPr>
        <w:t xml:space="preserve">[01:30] </w:t>
      </w:r>
      <w:r>
        <w:t>maine bohat parha, bohat parha, kyunke mujhe bohat zyada is se interest tha ke yeh to sab</w:t>
      </w:r>
    </w:p>
    <w:p>
      <w:pPr>
        <w:jc w:val="right"/>
      </w:pPr>
      <w:r>
        <w:t>میں نے بہت پڑھا، بہت پڑھا، کیونکہ مجھے بہت زیادہ اس سے انٹرسٹ تھا کہ یہ تو سب</w:t>
      </w:r>
    </w:p>
    <w:p>
      <w:r>
        <w:rPr>
          <w:b/>
        </w:rPr>
        <w:t xml:space="preserve">[01:36] </w:t>
      </w:r>
      <w:r>
        <w:t>se bari sifat hai.</w:t>
      </w:r>
    </w:p>
    <w:p>
      <w:pPr>
        <w:jc w:val="right"/>
      </w:pPr>
      <w:r>
        <w:t>سے بڑی صفت ہے۔</w:t>
      </w:r>
    </w:p>
    <w:p>
      <w:r>
        <w:rPr>
          <w:b/>
        </w:rPr>
        <w:t xml:space="preserve">[01:41] </w:t>
      </w:r>
      <w:r>
        <w:t>aap jante hain ke insan ke paas sab se bari cheez mohabbat hai, sab se bari cheez mohabbat hai.</w:t>
      </w:r>
    </w:p>
    <w:p>
      <w:pPr>
        <w:jc w:val="right"/>
      </w:pPr>
      <w:r>
        <w:t>آپ جانتے ہیں کہ انسان کے پاس سب سے بڑی چیز محبت ہے، سب سے بڑی چیز محبت ہے۔</w:t>
      </w:r>
    </w:p>
    <w:p>
      <w:r>
        <w:rPr>
          <w:b/>
        </w:rPr>
        <w:t xml:space="preserve">[01:47] </w:t>
      </w:r>
      <w:r>
        <w:t>mohabbat se bari koi cheez aap ke paas nahi hai.</w:t>
      </w:r>
    </w:p>
    <w:p>
      <w:pPr>
        <w:jc w:val="right"/>
      </w:pPr>
      <w:r>
        <w:t>محبت سے بڑی کوئی چیز آپ کے پاس نہیں ہے۔</w:t>
      </w:r>
    </w:p>
    <w:p>
      <w:r>
        <w:rPr>
          <w:b/>
        </w:rPr>
        <w:t xml:space="preserve">[01:52] </w:t>
      </w:r>
      <w:r>
        <w:t>misalan aap ek khatoon se shadi karte hain aur khatoon se aap yeh keh dein ke bhai dekho,</w:t>
      </w:r>
    </w:p>
    <w:p>
      <w:pPr>
        <w:jc w:val="right"/>
      </w:pPr>
      <w:r>
        <w:t>مثلاً آپ ایک خاتون سے شادی کرتے ہیں اور خاتون سے آپ یہ کہہ دیں کہ بھئی دیکھو،</w:t>
      </w:r>
    </w:p>
    <w:p>
      <w:r>
        <w:rPr>
          <w:b/>
        </w:rPr>
        <w:t xml:space="preserve">[01:58] </w:t>
      </w:r>
      <w:r>
        <w:t>roopa, paisa, ghar baar jo koi hai, sab tumhara hai, lekin mohabbat mein nahi kar sakta tum se.</w:t>
      </w:r>
    </w:p>
    <w:p>
      <w:pPr>
        <w:jc w:val="right"/>
      </w:pPr>
      <w:r>
        <w:t>روپا، پیسہ، گھر بار جو کوئی ہے، سب تمہارا ہے، لیکن محبت میں نہیں کر سکتا تم سے۔</w:t>
      </w:r>
    </w:p>
    <w:p>
      <w:r>
        <w:rPr>
          <w:b/>
        </w:rPr>
        <w:t xml:space="preserve">[02:03] </w:t>
      </w:r>
      <w:r>
        <w:t>isi din woh bhaag jayegi chhod kar aap ko, kyunke aap ke rafeeq hayat ko yahi tasawwuf</w:t>
      </w:r>
    </w:p>
    <w:p>
      <w:pPr>
        <w:jc w:val="right"/>
      </w:pPr>
      <w:r>
        <w:t>اسی دن وہ بھاگ جائے گی چھوڑ کر آپ کو، کیونکہ آپ کے رفیق حیات کو یہی تصوف</w:t>
      </w:r>
    </w:p>
    <w:p>
      <w:r>
        <w:rPr>
          <w:b/>
        </w:rPr>
        <w:t xml:space="preserve">[02:09] </w:t>
      </w:r>
      <w:r>
        <w:t>chahiye, mohabbat hi tasawwuf chahiye.</w:t>
      </w:r>
    </w:p>
    <w:p>
      <w:pPr>
        <w:jc w:val="right"/>
      </w:pPr>
      <w:r>
        <w:t>چاہیے، محبت ہی تصوف چاہیے۔</w:t>
      </w:r>
    </w:p>
    <w:p>
      <w:r>
        <w:rPr>
          <w:b/>
        </w:rPr>
        <w:t xml:space="preserve">[02:14] </w:t>
      </w:r>
      <w:r>
        <w:t>ghar baar le ke kya kare gi woh?</w:t>
      </w:r>
    </w:p>
    <w:p>
      <w:pPr>
        <w:jc w:val="right"/>
      </w:pPr>
      <w:r>
        <w:t>گھر بار لے کے کیا کرے گی وہ؟</w:t>
      </w:r>
    </w:p>
    <w:p>
      <w:r>
        <w:rPr>
          <w:b/>
        </w:rPr>
        <w:t xml:space="preserve">[02:20] </w:t>
      </w:r>
      <w:r>
        <w:t>to Allah taala jo aap ka khaliq hai, aap ka malik hai, aap ka rab hai, aap ko</w:t>
      </w:r>
    </w:p>
    <w:p>
      <w:pPr>
        <w:jc w:val="right"/>
      </w:pPr>
      <w:r>
        <w:t>تو اللہ تعالیٰ جو آپ کا خالق ہے، آپ کا مالک ہے، آپ کا رب ہے، آپ کو</w:t>
      </w:r>
    </w:p>
    <w:p>
      <w:r>
        <w:rPr>
          <w:b/>
        </w:rPr>
        <w:t xml:space="preserve">[02:26] </w:t>
      </w:r>
      <w:r>
        <w:t>har cheez dene wala hai, us ko aap wahi cheez na dein jo sab se bari cheez aap</w:t>
      </w:r>
    </w:p>
    <w:p>
      <w:pPr>
        <w:jc w:val="right"/>
      </w:pPr>
      <w:r>
        <w:t>ہر چیز دینے والا ہے، اس کو آپ وہی چیز نہ دیں جو سب سے بڑی چیز آپ</w:t>
      </w:r>
    </w:p>
    <w:p>
      <w:r>
        <w:rPr>
          <w:b/>
        </w:rPr>
        <w:t xml:space="preserve">[02:32] </w:t>
      </w:r>
      <w:r>
        <w:t>ke paas hai, yaani mohabbat, to aap ne kuch bhi nahi diya, kuch bhi nahi diya aap ne.</w:t>
      </w:r>
    </w:p>
    <w:p>
      <w:pPr>
        <w:jc w:val="right"/>
      </w:pPr>
      <w:r>
        <w:t>کے پاس ہے، یعنی محبت، تو آپ نے کچھ بھی نہیں دیا، کچھ بھی نہیں دیا آپ نے۔</w:t>
      </w:r>
    </w:p>
    <w:p>
      <w:r>
        <w:rPr>
          <w:b/>
        </w:rPr>
        <w:t xml:space="preserve">[02:38] </w:t>
      </w:r>
      <w:r>
        <w:t>to main chahta tha ke janoon ke woh kaun insan tha jis ne Allah ko yeh sab se</w:t>
      </w:r>
    </w:p>
    <w:p>
      <w:pPr>
        <w:jc w:val="right"/>
      </w:pPr>
      <w:r>
        <w:t>تو میں چاہتا تھا کہ جانوں کہ وہ کون انسان تھا جس نے اللہ کو یہ سب سے</w:t>
      </w:r>
    </w:p>
    <w:p>
      <w:r>
        <w:rPr>
          <w:b/>
        </w:rPr>
        <w:t xml:space="preserve">[02:44] </w:t>
      </w:r>
      <w:r>
        <w:t>bari cheez di, hub-e-shadeed.</w:t>
      </w:r>
    </w:p>
    <w:p>
      <w:pPr>
        <w:jc w:val="right"/>
      </w:pPr>
      <w:r>
        <w:t>بڑی چیز دی، حب شدید۔</w:t>
      </w:r>
    </w:p>
    <w:p>
      <w:r>
        <w:rPr>
          <w:b/>
        </w:rPr>
        <w:t xml:space="preserve">[02:51] </w:t>
      </w:r>
      <w:r>
        <w:t>to mere mutale'ay mein koi mila hi nahi, yaad rakhiye, siwaye peghambaron ke.</w:t>
      </w:r>
    </w:p>
    <w:p>
      <w:pPr>
        <w:jc w:val="right"/>
      </w:pPr>
      <w:r>
        <w:t>تو میرے مطالعے میں کوئی ملا ہی نہیں، یاد رکھیے، سوائے پیغمبروں کے۔</w:t>
      </w:r>
    </w:p>
    <w:p>
      <w:r>
        <w:rPr>
          <w:b/>
        </w:rPr>
        <w:t xml:space="preserve">[02:57] </w:t>
      </w:r>
      <w:r>
        <w:t>Allah se darne wale to mile mujhe, Allah se mohabbat karne wale nahi mile.</w:t>
      </w:r>
    </w:p>
    <w:p>
      <w:pPr>
        <w:jc w:val="right"/>
      </w:pPr>
      <w:r>
        <w:t>اللہ سے ڈرنے والے تو ملے مجھے، اللہ سے محبت کرنے والے نہیں ملے۔</w:t>
      </w:r>
    </w:p>
    <w:p>
      <w:r>
        <w:rPr>
          <w:b/>
        </w:rPr>
        <w:t xml:space="preserve">[03:04] </w:t>
      </w:r>
      <w:r>
        <w:t>kisi ko is se ikhtilaf hai to ghussa na ho, woh naam bataye aur kitaab bataye jis se</w:t>
      </w:r>
    </w:p>
    <w:p>
      <w:pPr>
        <w:jc w:val="right"/>
      </w:pPr>
      <w:r>
        <w:t>کسی کو اس سے اختلاف ہے تو غصہ نہ ہو، وہ نام بتائے اور کتاب بتائے جس سے</w:t>
      </w:r>
    </w:p>
    <w:p>
      <w:r>
        <w:rPr>
          <w:b/>
        </w:rPr>
        <w:t xml:space="preserve">[03:10] </w:t>
      </w:r>
      <w:r>
        <w:t>sabit hota hai yeh.</w:t>
      </w:r>
    </w:p>
    <w:p>
      <w:pPr>
        <w:jc w:val="right"/>
      </w:pPr>
      <w:r>
        <w:t>ثابت ہوتا ہے یہ۔</w:t>
      </w:r>
    </w:p>
    <w:p>
      <w:r>
        <w:rPr>
          <w:b/>
        </w:rPr>
        <w:t xml:space="preserve">[03:17] </w:t>
      </w:r>
      <w:r>
        <w:t>to phir main sochne laga ke aisa kyun hua? Hub-e-shadeed ghayab hai.</w:t>
      </w:r>
    </w:p>
    <w:p>
      <w:pPr>
        <w:jc w:val="right"/>
      </w:pPr>
      <w:r>
        <w:t>تو پھر میں سوچنے لگا کہ ایسا کیوں ہوا؟ حب شدیدی غائب ہے۔</w:t>
      </w:r>
    </w:p>
    <w:p>
      <w:r>
        <w:rPr>
          <w:b/>
        </w:rPr>
        <w:t xml:space="preserve">[03:24] </w:t>
      </w:r>
      <w:r>
        <w:t>Allah ke liye hub-e-shadeed ghayab hoti hai, yeh kya hai? Kya hai? Yeh kya muamla hai? To</w:t>
      </w:r>
    </w:p>
    <w:p>
      <w:pPr>
        <w:jc w:val="right"/>
      </w:pPr>
      <w:r>
        <w:t>اللہ کے لیے حب شدیدی غائب ہوتی ہے، یہ کیا ہے؟ کیا ہے؟ یہ کیا معاملہ ہے؟ تو</w:t>
      </w:r>
    </w:p>
    <w:p>
      <w:r>
        <w:rPr>
          <w:b/>
        </w:rPr>
        <w:t xml:space="preserve">[03:35] </w:t>
      </w:r>
      <w:r>
        <w:t>maine samjha ke Islam ke baad ke zamane mein ek derailment ho gaya, derailment.</w:t>
      </w:r>
    </w:p>
    <w:p>
      <w:pPr>
        <w:jc w:val="right"/>
      </w:pPr>
      <w:r>
        <w:t>میں نے سمجھا کہ اسلام کے بعد کے زمانے میں ایک derailment ہو گیا، derailment۔</w:t>
      </w:r>
    </w:p>
    <w:p>
      <w:r>
        <w:rPr>
          <w:b/>
        </w:rPr>
        <w:t xml:space="preserve">[03:45] </w:t>
      </w:r>
      <w:r>
        <w:t>kyunke dekhiye, hub-e-shadeed ka jo subject hai, is ka ta'alluq hai spirituality se. Spirituality ke</w:t>
      </w:r>
    </w:p>
    <w:p>
      <w:pPr>
        <w:jc w:val="right"/>
      </w:pPr>
      <w:r>
        <w:t>کیونکہ دیکھیے، حب شدید کا جو سبجیکٹ ہے، اس کا تعلق ہے spirituality سے۔ Spirituality کے</w:t>
      </w:r>
    </w:p>
    <w:p>
      <w:r>
        <w:rPr>
          <w:b/>
        </w:rPr>
        <w:t xml:space="preserve">[03:56] </w:t>
      </w:r>
      <w:r>
        <w:t>through aap hub-e-shadeed tak pounchte hain.</w:t>
      </w:r>
    </w:p>
    <w:p>
      <w:pPr>
        <w:jc w:val="right"/>
      </w:pPr>
      <w:r>
        <w:t>through آپ حب شدید تک پہنچتے ہیں۔</w:t>
      </w:r>
    </w:p>
    <w:p>
      <w:r>
        <w:rPr>
          <w:b/>
        </w:rPr>
        <w:t xml:space="preserve">[04:02] </w:t>
      </w:r>
      <w:r>
        <w:t>aur Islam ki tareekh mein bahut jald yeh hua ke derailment, yani spirituality ka jo samajh liya gaya</w:t>
      </w:r>
    </w:p>
    <w:p>
      <w:pPr>
        <w:jc w:val="right"/>
      </w:pPr>
      <w:r>
        <w:t>اور اسلام کی تاریخ میں بہت جلد یہ ہوا کہ derailment، یعنی spirituality کا جو سمجھ لیا گیا</w:t>
      </w:r>
    </w:p>
    <w:p>
      <w:r>
        <w:rPr>
          <w:b/>
        </w:rPr>
        <w:t xml:space="preserve">[04:08] </w:t>
      </w:r>
      <w:r>
        <w:t>source, woh ban gaya meditation.</w:t>
      </w:r>
    </w:p>
    <w:p>
      <w:pPr>
        <w:jc w:val="right"/>
      </w:pPr>
      <w:r>
        <w:t>source، وہ بن گیا meditation۔</w:t>
      </w:r>
    </w:p>
    <w:p>
      <w:r>
        <w:rPr>
          <w:b/>
        </w:rPr>
        <w:t xml:space="preserve">[04:15] </w:t>
      </w:r>
      <w:r>
        <w:t>jabke quran mein baar baar tha tadabbur, tafakkur, tausim.</w:t>
      </w:r>
    </w:p>
    <w:p>
      <w:pPr>
        <w:jc w:val="right"/>
      </w:pPr>
      <w:r>
        <w:t>جبکہ قرآن میں بار بار تھا تدبر، تفکر، توسم۔</w:t>
      </w:r>
    </w:p>
    <w:p>
      <w:r>
        <w:rPr>
          <w:b/>
        </w:rPr>
        <w:t xml:space="preserve">[04:21] </w:t>
      </w:r>
      <w:r>
        <w:t>yani quran mein jo</w:t>
      </w:r>
    </w:p>
    <w:p>
      <w:pPr>
        <w:jc w:val="right"/>
      </w:pPr>
      <w:r>
        <w:t>یعنی قرآن میں جو</w:t>
      </w:r>
    </w:p>
    <w:p>
      <w:r>
        <w:rPr>
          <w:b/>
        </w:rPr>
        <w:t xml:space="preserve">[04:27] </w:t>
      </w:r>
      <w:r>
        <w:t>hai, woh iska talluq libs hai, aql se hai, aql se hai, reason se hai, yani thinking</w:t>
      </w:r>
    </w:p>
    <w:p>
      <w:pPr>
        <w:jc w:val="right"/>
      </w:pPr>
      <w:r>
        <w:t>ہے، وہ اس کا تعلق لبس ہے، عقل سے ہے، عقل سے ہے، reason سے ہے، یعنی thinking</w:t>
      </w:r>
    </w:p>
    <w:p>
      <w:r>
        <w:rPr>
          <w:b/>
        </w:rPr>
        <w:t xml:space="preserve">[04:34] </w:t>
      </w:r>
      <w:r>
        <w:t>jo capacity hai, us se hai.</w:t>
      </w:r>
    </w:p>
    <w:p>
      <w:pPr>
        <w:jc w:val="right"/>
      </w:pPr>
      <w:r>
        <w:t>جو capacity ہے، اس سے ہے۔</w:t>
      </w:r>
    </w:p>
    <w:p>
      <w:r>
        <w:rPr>
          <w:b/>
        </w:rPr>
        <w:t xml:space="preserve">[04:42] </w:t>
      </w:r>
      <w:r>
        <w:t>lekin bohat jald woh ban gaya meditation.</w:t>
      </w:r>
    </w:p>
    <w:p>
      <w:pPr>
        <w:jc w:val="right"/>
      </w:pPr>
      <w:r>
        <w:t>لیکن بہت جلد وہ بن گیا meditation۔</w:t>
      </w:r>
    </w:p>
    <w:p>
      <w:r>
        <w:rPr>
          <w:b/>
        </w:rPr>
        <w:t xml:space="preserve">[04:49] </w:t>
      </w:r>
      <w:r>
        <w:t>aur meditation kya cheez hai? Meditation to naam hai heart mein talash karne ka,</w:t>
      </w:r>
    </w:p>
    <w:p>
      <w:pPr>
        <w:jc w:val="right"/>
      </w:pPr>
      <w:r>
        <w:t>اور meditation کیا چیز ہے؟ Meditation تو نام ہے heart میں تلاش کرنے کا،</w:t>
      </w:r>
    </w:p>
    <w:p>
      <w:r>
        <w:rPr>
          <w:b/>
        </w:rPr>
        <w:t xml:space="preserve">[04:57] </w:t>
      </w:r>
      <w:r>
        <w:t>dil mein.</w:t>
      </w:r>
    </w:p>
    <w:p>
      <w:pPr>
        <w:jc w:val="right"/>
      </w:pPr>
      <w:r>
        <w:t>دل میں۔</w:t>
      </w:r>
    </w:p>
    <w:p>
      <w:r>
        <w:rPr>
          <w:b/>
        </w:rPr>
        <w:t xml:space="preserve">[05:02] </w:t>
      </w:r>
      <w:r>
        <w:t>doosri cheez hai contemplation, yani mind mein talash karna.</w:t>
      </w:r>
    </w:p>
    <w:p>
      <w:pPr>
        <w:jc w:val="right"/>
      </w:pPr>
      <w:r>
        <w:t>دوسری چیز ہے contemplation، یعنی mind میں تلاش کرنا۔</w:t>
      </w:r>
    </w:p>
    <w:p>
      <w:r>
        <w:rPr>
          <w:b/>
        </w:rPr>
        <w:t xml:space="preserve">[05:07] </w:t>
      </w:r>
      <w:r>
        <w:t>to mind based spirituality history mein develop hi nahi hui, mere mutabiq.</w:t>
      </w:r>
    </w:p>
    <w:p>
      <w:pPr>
        <w:jc w:val="right"/>
      </w:pPr>
      <w:r>
        <w:t>تو mind based spirituality history میں develop ہی نہیں ہوئی، میرے مطابق۔</w:t>
      </w:r>
    </w:p>
    <w:p>
      <w:r>
        <w:rPr>
          <w:b/>
        </w:rPr>
        <w:t xml:space="preserve">[05:12] </w:t>
      </w:r>
      <w:r>
        <w:t>Meditation based spirituality mein log phanse rahe.</w:t>
      </w:r>
    </w:p>
    <w:p>
      <w:pPr>
        <w:jc w:val="right"/>
      </w:pPr>
      <w:r>
        <w:t>Meditation based spirituality میں لوگ پھنسے رہے۔</w:t>
      </w:r>
    </w:p>
    <w:p>
      <w:r>
        <w:rPr>
          <w:b/>
        </w:rPr>
        <w:t xml:space="preserve">[05:17] </w:t>
      </w:r>
      <w:r>
        <w:t>yani poori history mein, maaf kijiyega, apne mutale ke aitbar se mein keh raha hoon, kisi ka</w:t>
      </w:r>
    </w:p>
    <w:p>
      <w:pPr>
        <w:jc w:val="right"/>
      </w:pPr>
      <w:r>
        <w:t>یعنی پوری history میں، معاف کیجیے گا، اپنے مطالعے کے اعتبار سے میں کہہ رہا ہوں، کسی کا</w:t>
      </w:r>
    </w:p>
    <w:p>
      <w:r>
        <w:rPr>
          <w:b/>
        </w:rPr>
        <w:t xml:space="preserve">[05:22] </w:t>
      </w:r>
      <w:r>
        <w:t>mutala is ko batata ho to mujhe khabar</w:t>
      </w:r>
    </w:p>
    <w:p>
      <w:pPr>
        <w:jc w:val="right"/>
      </w:pPr>
      <w:r>
        <w:t>مطالعہ اس کو بتاتا ہو تو مجھے خبر</w:t>
      </w:r>
    </w:p>
    <w:p>
      <w:r>
        <w:rPr>
          <w:b/>
        </w:rPr>
        <w:t xml:space="preserve">[05:27] </w:t>
      </w:r>
      <w:r>
        <w:t>kare woh.</w:t>
      </w:r>
    </w:p>
    <w:p>
      <w:pPr>
        <w:jc w:val="right"/>
      </w:pPr>
      <w:r>
        <w:t>کرے وہ۔</w:t>
      </w:r>
    </w:p>
    <w:p>
      <w:r>
        <w:rPr>
          <w:b/>
        </w:rPr>
        <w:t xml:space="preserve">[05:33] </w:t>
      </w:r>
      <w:r>
        <w:t>apne mutale ke lehaz se maine paya ke mind based spirituality tareekh mein develop hi nahi hui.</w:t>
      </w:r>
    </w:p>
    <w:p>
      <w:pPr>
        <w:jc w:val="right"/>
      </w:pPr>
      <w:r>
        <w:t>اپنے مطالعے کے لحاظ سے میں نے پایا کہ mind based spirituality تاریخ میں develop ہی نہیں ہوئی۔</w:t>
      </w:r>
    </w:p>
    <w:p>
      <w:r>
        <w:rPr>
          <w:b/>
        </w:rPr>
        <w:t xml:space="preserve">[05:39] </w:t>
      </w:r>
      <w:r>
        <w:t>jo hui, woh meditation based, yani dil mein murakaba karna.</w:t>
      </w:r>
    </w:p>
    <w:p>
      <w:pPr>
        <w:jc w:val="right"/>
      </w:pPr>
      <w:r>
        <w:t>جو ہوئی، وہ meditation based، یعنی دل میں مراقبہ کرنا۔</w:t>
      </w:r>
    </w:p>
    <w:p>
      <w:r>
        <w:rPr>
          <w:b/>
        </w:rPr>
        <w:t xml:space="preserve">[05:45] </w:t>
      </w:r>
      <w:r>
        <w:t>to science ne bataya ke dil mein to kuch hai hi nahi, dil mein to kuch hai hi nahi.</w:t>
      </w:r>
    </w:p>
    <w:p>
      <w:pPr>
        <w:jc w:val="right"/>
      </w:pPr>
      <w:r>
        <w:t>تو سائنس نے بتایا کہ دل میں تو کچھ ہے ہی نہیں، دل میں تو کچھ ہے ہی نہیں۔</w:t>
      </w:r>
    </w:p>
    <w:p>
      <w:r>
        <w:rPr>
          <w:b/>
        </w:rPr>
        <w:t xml:space="preserve">[05:52] </w:t>
      </w:r>
      <w:r>
        <w:t>lekin aaj tak log is mein phanse hue hain.</w:t>
      </w:r>
    </w:p>
    <w:p>
      <w:pPr>
        <w:jc w:val="right"/>
      </w:pPr>
      <w:r>
        <w:t>لیکن آج تک لوگ اس میں پھنسے ہوئے ہیں۔</w:t>
      </w:r>
    </w:p>
    <w:p>
      <w:r>
        <w:rPr>
          <w:b/>
        </w:rPr>
        <w:t xml:space="preserve">[05:58] </w:t>
      </w:r>
      <w:r>
        <w:t>dekhiye, mere mutale se maine jana hai ke science ne do bohat bari cheezein discover keen aur</w:t>
      </w:r>
    </w:p>
    <w:p>
      <w:pPr>
        <w:jc w:val="right"/>
      </w:pPr>
      <w:r>
        <w:t>دیکھیے، میرے مطالعے سے میں نے جانا ہے کہ سائنس نے دو بہت بڑی چیزیں discover کیں اور</w:t>
      </w:r>
    </w:p>
    <w:p>
      <w:r>
        <w:rPr>
          <w:b/>
        </w:rPr>
        <w:t xml:space="preserve">[06:05] </w:t>
      </w:r>
      <w:r>
        <w:t>batayin insaan ko.</w:t>
      </w:r>
    </w:p>
    <w:p>
      <w:pPr>
        <w:jc w:val="right"/>
      </w:pPr>
      <w:r>
        <w:t>بتائیں انسان کو۔</w:t>
      </w:r>
    </w:p>
    <w:p>
      <w:r>
        <w:rPr>
          <w:b/>
        </w:rPr>
        <w:t xml:space="preserve">[06:13] </w:t>
      </w:r>
      <w:r>
        <w:t>bohat hi bari, jis se insaan bekhabar tha.</w:t>
      </w:r>
    </w:p>
    <w:p>
      <w:pPr>
        <w:jc w:val="right"/>
      </w:pPr>
      <w:r>
        <w:t>بہت ہی بڑی، جس سے انسان بے خبر تھا۔</w:t>
      </w:r>
    </w:p>
    <w:p>
      <w:r>
        <w:rPr>
          <w:b/>
        </w:rPr>
        <w:t xml:space="preserve">[06:20] </w:t>
      </w:r>
      <w:r>
        <w:t>yani ek to yeh bataya ke solar system jo hai, woh aaftab par markazi hai, woh zameen mark</w:t>
      </w:r>
    </w:p>
    <w:p>
      <w:pPr>
        <w:jc w:val="right"/>
      </w:pPr>
      <w:r>
        <w:t>یعنی ایک تو یہ بتایا کہ solar system جو ہے، وہ آفتاب پر مرکزی ہے، وہ زمین مرک</w:t>
      </w:r>
    </w:p>
    <w:p>
      <w:r>
        <w:rPr>
          <w:b/>
        </w:rPr>
        <w:t xml:space="preserve">[06:28] </w:t>
      </w:r>
      <w:r>
        <w:t>azi nahi hai.</w:t>
      </w:r>
    </w:p>
    <w:p>
      <w:pPr>
        <w:jc w:val="right"/>
      </w:pPr>
      <w:r>
        <w:t>زی نہیں ہے۔</w:t>
      </w:r>
    </w:p>
    <w:p>
      <w:r>
        <w:rPr>
          <w:b/>
        </w:rPr>
        <w:t xml:space="preserve">[06:36] </w:t>
      </w:r>
      <w:r>
        <w:t>hamara solar system jo hai, woh is ka markaz aaftab hai, is ka markaz zameen nahi hai.</w:t>
      </w:r>
    </w:p>
    <w:p>
      <w:pPr>
        <w:jc w:val="right"/>
      </w:pPr>
      <w:r>
        <w:t>ہمارا solar system جو ہے، وہ اس کا مرکز آفتاب ہے، اس کا مرکز زمین نہیں ہے۔</w:t>
      </w:r>
    </w:p>
    <w:p>
      <w:r>
        <w:rPr>
          <w:b/>
        </w:rPr>
        <w:t xml:space="preserve">[06:44] </w:t>
      </w:r>
      <w:r>
        <w:t>jabke arastoo aur aflatoon se log samjhe hue the ke solar system ka markaz zameen hai, zameen hai.</w:t>
      </w:r>
    </w:p>
    <w:p>
      <w:pPr>
        <w:jc w:val="right"/>
      </w:pPr>
      <w:r>
        <w:t>جبکہ ارسطو اور افلاطون سے لوگ سمجھے ہوئے تھے کہ solar system کا مرکز زمین ہے، زمین ہے۔</w:t>
      </w:r>
    </w:p>
    <w:p>
      <w:r>
        <w:rPr>
          <w:b/>
        </w:rPr>
        <w:t xml:space="preserve">[06:52] </w:t>
      </w:r>
      <w:r>
        <w:t>yeh bohat bari cheez hai jo copernicus ne aur galileo ne</w:t>
      </w:r>
    </w:p>
    <w:p>
      <w:pPr>
        <w:jc w:val="right"/>
      </w:pPr>
      <w:r>
        <w:t>یہ بہت بڑی چیز ہے جو کوپرنیکس نے اور گلیلیو نے</w:t>
      </w:r>
    </w:p>
    <w:p>
      <w:r>
        <w:rPr>
          <w:b/>
        </w:rPr>
        <w:t xml:space="preserve">[07:00] </w:t>
      </w:r>
      <w:r>
        <w:t>astronomy mein study kar ke batai.</w:t>
      </w:r>
    </w:p>
    <w:p>
      <w:pPr>
        <w:jc w:val="right"/>
      </w:pPr>
      <w:r>
        <w:t>astronomy میں study کر کے بتائی۔</w:t>
      </w:r>
    </w:p>
    <w:p>
      <w:r>
        <w:rPr>
          <w:b/>
        </w:rPr>
        <w:t xml:space="preserve">[07:06] </w:t>
      </w:r>
      <w:r>
        <w:t>is se pehle insan bekhabar tha is se.</w:t>
      </w:r>
    </w:p>
    <w:p>
      <w:pPr>
        <w:jc w:val="right"/>
      </w:pPr>
      <w:r>
        <w:t>اس سے پہلے انسان بے خبر تھا اس سے۔</w:t>
      </w:r>
    </w:p>
    <w:p>
      <w:r>
        <w:rPr>
          <w:b/>
        </w:rPr>
        <w:t xml:space="preserve">[07:12] </w:t>
      </w:r>
      <w:r>
        <w:t>doosri cheez jo science ne batai, woh yeh hai ke hamara jo heart hai, woh thinking heart nahi</w:t>
      </w:r>
    </w:p>
    <w:p>
      <w:pPr>
        <w:jc w:val="right"/>
      </w:pPr>
      <w:r>
        <w:t>دوسری چیز جو سائنس نے بتائی، وہ یہ ہے کہ ہمارا جو heart ہے، وہ thinking heart نہیں</w:t>
      </w:r>
    </w:p>
    <w:p>
      <w:r>
        <w:rPr>
          <w:b/>
        </w:rPr>
        <w:t xml:space="preserve">[07:18] </w:t>
      </w:r>
      <w:r>
        <w:t>hai, woh sirf circulation of blood ka source hai, soch ka source nahi hai.</w:t>
      </w:r>
    </w:p>
    <w:p>
      <w:pPr>
        <w:jc w:val="right"/>
      </w:pPr>
      <w:r>
        <w:t>ہے، وہ صرف circulation of blood کا source ہے، سوچ کا source نہیں ہے۔</w:t>
      </w:r>
    </w:p>
    <w:p>
      <w:r>
        <w:rPr>
          <w:b/>
        </w:rPr>
        <w:t xml:space="preserve">[07:24] </w:t>
      </w:r>
      <w:r>
        <w:t>woh ab sare log</w:t>
      </w:r>
    </w:p>
    <w:p>
      <w:pPr>
        <w:jc w:val="right"/>
      </w:pPr>
      <w:r>
        <w:t>وہ اب سارے لوگ</w:t>
      </w:r>
    </w:p>
    <w:p>
      <w:r>
        <w:rPr>
          <w:b/>
        </w:rPr>
        <w:t xml:space="preserve">[07:30] </w:t>
      </w:r>
      <w:r>
        <w:t>history mein dil ko le kar sochte rahe, jis ko kehte hain meditation.</w:t>
      </w:r>
    </w:p>
    <w:p>
      <w:pPr>
        <w:jc w:val="right"/>
      </w:pPr>
      <w:r>
        <w:t>history میں دل کو لے کر سوچتے رہے، جس کو کہتے ہیں meditation۔</w:t>
      </w:r>
    </w:p>
    <w:p>
      <w:r>
        <w:rPr>
          <w:b/>
        </w:rPr>
        <w:t xml:space="preserve">[07:35] </w:t>
      </w:r>
      <w:r>
        <w:t>toh dil mein kuch tha hi nahi, pata hai kya? toh jaise history mein log zameen ko le</w:t>
      </w:r>
    </w:p>
    <w:p>
      <w:pPr>
        <w:jc w:val="right"/>
      </w:pPr>
      <w:r>
        <w:t>تو دل میں کچھ تھا ہی نہیں، پتہ ہے کیا؟ تو جیسے history میں لوگ زمین کو لے</w:t>
      </w:r>
    </w:p>
    <w:p>
      <w:r>
        <w:rPr>
          <w:b/>
        </w:rPr>
        <w:t xml:space="preserve">[07:40] </w:t>
      </w:r>
      <w:r>
        <w:t>kar sochte rahe solar system ke bare mein, toh zameen toh thi hi nahi, toh kuch mila nahi</w:t>
      </w:r>
    </w:p>
    <w:p>
      <w:pPr>
        <w:jc w:val="right"/>
      </w:pPr>
      <w:r>
        <w:t>کر سوچتے رہے solar system کے بارے میں، تو زمین تو تھی ہی نہیں، تو کچھ ملا نہیں</w:t>
      </w:r>
    </w:p>
    <w:p>
      <w:r>
        <w:rPr>
          <w:b/>
        </w:rPr>
        <w:t xml:space="preserve">[07:45] </w:t>
      </w:r>
      <w:r>
        <w:t>in logon ko.</w:t>
      </w:r>
    </w:p>
    <w:p>
      <w:pPr>
        <w:jc w:val="right"/>
      </w:pPr>
      <w:r>
        <w:t>ان لوگوں کو۔</w:t>
      </w:r>
    </w:p>
    <w:p>
      <w:r>
        <w:rPr>
          <w:b/>
        </w:rPr>
        <w:t xml:space="preserve">[07:50] </w:t>
      </w:r>
      <w:r>
        <w:t>aise yahan bhi log dil ko le kar sochte rahe, toh dil mein toh kuch tha nahi.</w:t>
      </w:r>
    </w:p>
    <w:p>
      <w:pPr>
        <w:jc w:val="right"/>
      </w:pPr>
      <w:r>
        <w:t>ایسے یہاں بھی لوگ دل کو لے کر سوچتے رہے، تو دل میں تو کچھ تھا نہیں۔</w:t>
      </w:r>
    </w:p>
    <w:p>
      <w:r>
        <w:rPr>
          <w:b/>
        </w:rPr>
        <w:t xml:space="preserve">[07:55] </w:t>
      </w:r>
      <w:r>
        <w:t>toh science ka yeh bohat hi bara hamare upar. hai,</w:t>
      </w:r>
    </w:p>
    <w:p>
      <w:pPr>
        <w:jc w:val="right"/>
      </w:pPr>
      <w:r>
        <w:t>تو سائنس کا یہ بہت ہی بڑا ہمارے اوپر۔ ہے،</w:t>
      </w:r>
    </w:p>
    <w:p>
      <w:r>
        <w:rPr>
          <w:b/>
        </w:rPr>
        <w:t xml:space="preserve">[08:00] </w:t>
      </w:r>
      <w:r>
        <w:t>yeh science ki bohat bara contribution hai ke is ne bataya hum ko ke agar Allah ki marifat</w:t>
      </w:r>
    </w:p>
    <w:p>
      <w:pPr>
        <w:jc w:val="right"/>
      </w:pPr>
      <w:r>
        <w:t>یہ سائنس کی بہت بڑا contribution ہے کہ اس نے بتایا ہم کو کہ اگر اللہ کی معرفت</w:t>
      </w:r>
    </w:p>
    <w:p>
      <w:r>
        <w:rPr>
          <w:b/>
        </w:rPr>
        <w:t xml:space="preserve">[08:07] </w:t>
      </w:r>
      <w:r>
        <w:t>chahte ho, yani science Allah ka naam nahi leti, yeh main nahi keh raha hoon ke science ne</w:t>
      </w:r>
    </w:p>
    <w:p>
      <w:pPr>
        <w:jc w:val="right"/>
      </w:pPr>
      <w:r>
        <w:t>چاہتے ہو، یعنی سائنس اللہ کا نام نہیں لیتی، یہ میں نہیں کہہ رہا ہوں کہ سائنس نے</w:t>
      </w:r>
    </w:p>
    <w:p>
      <w:r>
        <w:rPr>
          <w:b/>
        </w:rPr>
        <w:t xml:space="preserve">[08:13] </w:t>
      </w:r>
      <w:r>
        <w:t>Allah ka naam leti hai, yani main keh raha hoon.</w:t>
      </w:r>
    </w:p>
    <w:p>
      <w:pPr>
        <w:jc w:val="right"/>
      </w:pPr>
      <w:r>
        <w:t>اللہ کا نام لیتی ہے، یعنی میں کہہ رہا ہوں۔</w:t>
      </w:r>
    </w:p>
    <w:p>
      <w:r>
        <w:rPr>
          <w:b/>
        </w:rPr>
        <w:t xml:space="preserve">[08:20] </w:t>
      </w:r>
      <w:r>
        <w:t>is ka jo data hai, is ka jo is ki daryaften hain, jo data is ne faraham kar</w:t>
      </w:r>
    </w:p>
    <w:p>
      <w:pPr>
        <w:jc w:val="right"/>
      </w:pPr>
      <w:r>
        <w:t>اس کا جو data ہے، اس کا جو اس کی دریافتیں ہیں، جو data اس نے فراہم کر</w:t>
      </w:r>
    </w:p>
    <w:p>
      <w:r>
        <w:rPr>
          <w:b/>
        </w:rPr>
        <w:t xml:space="preserve">[08:26] </w:t>
      </w:r>
      <w:r>
        <w:t>ke diya hai hum ko, is se maloom hota hai ke jo shakhs talib ho Allah ko panay ka,</w:t>
      </w:r>
    </w:p>
    <w:p>
      <w:pPr>
        <w:jc w:val="right"/>
      </w:pPr>
      <w:r>
        <w:t>کے دیا ہے ہم کو، اس سے معلوم ہوتا ہے کہ جو شخص طالب ہو اللہ کو پانے کا،</w:t>
      </w:r>
    </w:p>
    <w:p>
      <w:r>
        <w:rPr>
          <w:b/>
        </w:rPr>
        <w:t xml:space="preserve">[08:33] </w:t>
      </w:r>
      <w:r>
        <w:t>us ko mind based spirituality par amal karna chahiye, na ke heart based spirituality. Kyunke heart mein to kuch hota nahi hai. To is ki wajah yeh hai ke jab aap ne jo source hai Allah ki ma'rifat ka, Allah ki mohabbat ka, Allah se deep ta'alluq ka jo source hai, woh to mind hai. Aur mind ko aap ne le kar aap ne socha hi nahi, aap to med</w:t>
      </w:r>
    </w:p>
    <w:p>
      <w:pPr>
        <w:jc w:val="right"/>
      </w:pPr>
      <w:r>
        <w:t>اس کو mind based spirituality پر عمل کرنا چاہیے، نہ کہ heart based spirituality۔ کیونکہ heart میں تو کچھ ہوتا نہیں ہے۔ تو اس کی وجہ یہ ہے کہ جب آپ نے جو source ہے اللہ کی معرفت کا، اللہ کی محبت کا، اللہ سے deep تعلق کا جو source ہے، وہ تو mind ہے۔ اور mind کو آپ نے کو لے کر آپ نے سوچا ہی نہیں، آپ تو med</w:t>
      </w:r>
    </w:p>
    <w:p>
      <w:r>
        <w:rPr>
          <w:b/>
        </w:rPr>
        <w:t xml:space="preserve">[09:03] </w:t>
      </w:r>
      <w:r>
        <w:t>itation karte rahe, toh aap payein kahan se aap? payein kahan se aap? toh dekhiye, sochna kya cheez</w:t>
      </w:r>
    </w:p>
    <w:p>
      <w:pPr>
        <w:jc w:val="right"/>
      </w:pPr>
      <w:r>
        <w:t>itation کرتے رہے، تو آپ پائیں کہاں سے آپ؟ پائیں کہاں سے آپ؟ تو دیکھیے، سوچنا کیا چیز</w:t>
      </w:r>
    </w:p>
    <w:p>
      <w:r>
        <w:rPr>
          <w:b/>
        </w:rPr>
        <w:t xml:space="preserve">[09:13] </w:t>
      </w:r>
      <w:r>
        <w:t>hai? main aap ko aik misaal deta hoon.</w:t>
      </w:r>
    </w:p>
    <w:p>
      <w:pPr>
        <w:jc w:val="right"/>
      </w:pPr>
      <w:r>
        <w:t>ہے؟ میں آپ کو ایک مثال دیتا ہوں۔</w:t>
      </w:r>
    </w:p>
    <w:p>
      <w:r>
        <w:rPr>
          <w:b/>
        </w:rPr>
        <w:t xml:space="preserve">[09:23] </w:t>
      </w:r>
      <w:r>
        <w:t>yani mind based thinking kya cheez hai? Mind based thinking kya cheez hai? mera manna yeh hai ke sari jo</w:t>
      </w:r>
    </w:p>
    <w:p>
      <w:pPr>
        <w:jc w:val="right"/>
      </w:pPr>
      <w:r>
        <w:t>یعنی mind based thinking کیا چیز ہے؟ Mind based thinking کیا چیز ہے؟ میرا ماننا یہ ہے کہ ساری جو</w:t>
      </w:r>
    </w:p>
    <w:p>
      <w:r>
        <w:rPr>
          <w:b/>
        </w:rPr>
        <w:t xml:space="preserve">[09:33] </w:t>
      </w:r>
      <w:r>
        <w:t>yeh takhleeq hai, sari jo nature hai, aik aik cheez mein Allah ki marifat ka nectar maujood hai.</w:t>
      </w:r>
    </w:p>
    <w:p>
      <w:pPr>
        <w:jc w:val="right"/>
      </w:pPr>
      <w:r>
        <w:t>یہ تخلیق ہے، ساری جو nature ہے، ایک ایک چیز میں اللہ کی معرفت کا نیکٹر موجود ہے۔</w:t>
      </w:r>
    </w:p>
    <w:p>
      <w:r>
        <w:rPr>
          <w:b/>
        </w:rPr>
        <w:t xml:space="preserve">[09:40] </w:t>
      </w:r>
      <w:r>
        <w:t>aik aik cheez mein Allah ki marifat ka nectar maujood hai, har zarre mein, har pati mein, har cheez mein.</w:t>
      </w:r>
    </w:p>
    <w:p>
      <w:pPr>
        <w:jc w:val="right"/>
      </w:pPr>
      <w:r>
        <w:t>ایک ایک چیز میں اللہ کی معرفت کا نیکٹر موجود ہے، ہر ذرے میں، ہر پتی میں، ہر چیز میں۔</w:t>
      </w:r>
    </w:p>
    <w:p>
      <w:r>
        <w:rPr>
          <w:b/>
        </w:rPr>
        <w:t xml:space="preserve">[09:48] </w:t>
      </w:r>
      <w:r>
        <w:t>lekin you have to have prepared mind.</w:t>
      </w:r>
    </w:p>
    <w:p>
      <w:pPr>
        <w:jc w:val="right"/>
      </w:pPr>
      <w:r>
        <w:t>لیکن you have to have prepared mind۔</w:t>
      </w:r>
    </w:p>
    <w:p>
      <w:r>
        <w:rPr>
          <w:b/>
        </w:rPr>
        <w:t xml:space="preserve">[09:56] </w:t>
      </w:r>
      <w:r>
        <w:t>aap us waqt is ko is nectar ko</w:t>
      </w:r>
    </w:p>
    <w:p>
      <w:pPr>
        <w:jc w:val="right"/>
      </w:pPr>
      <w:r>
        <w:t>آپ اس وقت اس کو اس نیکٹر کو</w:t>
      </w:r>
    </w:p>
    <w:p>
      <w:r>
        <w:rPr>
          <w:b/>
        </w:rPr>
        <w:t xml:space="preserve">[10:03] </w:t>
      </w:r>
      <w:r>
        <w:t>discover kar payenge jab ke aap aik prepared mind hon.</w:t>
      </w:r>
    </w:p>
    <w:p>
      <w:pPr>
        <w:jc w:val="right"/>
      </w:pPr>
      <w:r>
        <w:t>discover کر پائیں گے جب کہ آپ ایک prepared mind ہوں۔</w:t>
      </w:r>
    </w:p>
    <w:p>
      <w:r>
        <w:rPr>
          <w:b/>
        </w:rPr>
        <w:t xml:space="preserve">[10:09] </w:t>
      </w:r>
      <w:r>
        <w:t>warna wahi hoga ke ke aasman mein sari bikhri hui nishaniyan rahengi, aap ko kuch milega</w:t>
      </w:r>
    </w:p>
    <w:p>
      <w:pPr>
        <w:jc w:val="right"/>
      </w:pPr>
      <w:r>
        <w:t>ورنہ وہی ہوگا کہ کہ آسمان میں ساری بکھری ہوئی نشانیاں رہیں گی، آپ کو کچھ ملے گا</w:t>
      </w:r>
    </w:p>
    <w:p>
      <w:r>
        <w:rPr>
          <w:b/>
        </w:rPr>
        <w:t xml:space="preserve">[10:16] </w:t>
      </w:r>
      <w:r>
        <w:t>nahi is se.</w:t>
      </w:r>
    </w:p>
    <w:p>
      <w:pPr>
        <w:jc w:val="right"/>
      </w:pPr>
      <w:r>
        <w:t>نہیں اس سے۔</w:t>
      </w:r>
    </w:p>
    <w:p>
      <w:r>
        <w:rPr>
          <w:b/>
        </w:rPr>
        <w:t xml:space="preserve">[10:22] </w:t>
      </w:r>
      <w:r>
        <w:t>ye dekhiye, ye akhbar mein ek photo maine dekha.</w:t>
      </w:r>
    </w:p>
    <w:p>
      <w:pPr>
        <w:jc w:val="right"/>
      </w:pPr>
      <w:r>
        <w:t>یہ دیکھیے، یہ اخبار میں ایک فوٹو میں نے دیکھا۔</w:t>
      </w:r>
    </w:p>
    <w:p>
      <w:r>
        <w:rPr>
          <w:b/>
        </w:rPr>
        <w:t xml:space="preserve">[10:28] </w:t>
      </w:r>
      <w:r>
        <w:t>ek photo hai, ye is ka taluq</w:t>
      </w:r>
    </w:p>
    <w:p>
      <w:pPr>
        <w:jc w:val="right"/>
      </w:pPr>
      <w:r>
        <w:t>ایک فوٹو ہے، یہ اس کا تعلق</w:t>
      </w:r>
    </w:p>
    <w:p>
      <w:r>
        <w:rPr>
          <w:b/>
        </w:rPr>
        <w:t xml:space="preserve">[10:34] </w:t>
      </w:r>
      <w:r>
        <w:t>marifat se nahi hai, mazhab se bhi nahi hai.</w:t>
      </w:r>
    </w:p>
    <w:p>
      <w:pPr>
        <w:jc w:val="right"/>
      </w:pPr>
      <w:r>
        <w:t>معرفت سے نہیں ہے، مذہب سے بھی نہیں ہے۔</w:t>
      </w:r>
    </w:p>
    <w:p>
      <w:r>
        <w:rPr>
          <w:b/>
        </w:rPr>
        <w:t xml:space="preserve">[10:41] </w:t>
      </w:r>
      <w:r>
        <w:t>do top ke aadmi mez par baithe hue baaten kar rahe hain, baithe hue baaten kar rahe hain.</w:t>
      </w:r>
    </w:p>
    <w:p>
      <w:pPr>
        <w:jc w:val="right"/>
      </w:pPr>
      <w:r>
        <w:t>دو ٹاپ کے آدمی میز پر بیٹھے ہوئے باتیں کر رہے ہیں، بیٹھے ہوئے باتیں کر رہے ہیں۔</w:t>
      </w:r>
    </w:p>
    <w:p>
      <w:r>
        <w:rPr>
          <w:b/>
        </w:rPr>
        <w:t xml:space="preserve">[10:49] </w:t>
      </w:r>
      <w:r>
        <w:t>is ko dekh kar mera mind trigger hua, trigger hua.</w:t>
      </w:r>
    </w:p>
    <w:p>
      <w:pPr>
        <w:jc w:val="right"/>
      </w:pPr>
      <w:r>
        <w:t>اس کو دیکھ کر میرا mind trigger ہوا، trigger ہوا۔</w:t>
      </w:r>
    </w:p>
    <w:p>
      <w:r>
        <w:rPr>
          <w:b/>
        </w:rPr>
        <w:t xml:space="preserve">[10:56] </w:t>
      </w:r>
      <w:r>
        <w:t>maine kaha ke do insaan baith kar baaten karen to ye kya hai?</w:t>
      </w:r>
    </w:p>
    <w:p>
      <w:pPr>
        <w:jc w:val="right"/>
      </w:pPr>
      <w:r>
        <w:t>میں نے کہا کہ دو انسان بیٹھ کر باتیں کریں تو یہ کیا ہے؟</w:t>
      </w:r>
    </w:p>
    <w:p>
      <w:r>
        <w:rPr>
          <w:b/>
        </w:rPr>
        <w:t xml:space="preserve">[11:04] </w:t>
      </w:r>
      <w:r>
        <w:t>puri kainat mein ek hi aisa waqea hai jo insaan kar pata hai, yani ek conversation, ek doosre</w:t>
      </w:r>
    </w:p>
    <w:p>
      <w:pPr>
        <w:jc w:val="right"/>
      </w:pPr>
      <w:r>
        <w:t>پوری کائنات میں ایک ہی ایسا واقعہ ہے جو انسان کر پاتا ہے، یعنی ایک conversation، ایک دوسرے</w:t>
      </w:r>
    </w:p>
    <w:p>
      <w:r>
        <w:rPr>
          <w:b/>
        </w:rPr>
        <w:t xml:space="preserve">[11:10] </w:t>
      </w:r>
      <w:r>
        <w:t>se baat karna.</w:t>
      </w:r>
    </w:p>
    <w:p>
      <w:pPr>
        <w:jc w:val="right"/>
      </w:pPr>
      <w:r>
        <w:t>سے بات کرنا۔</w:t>
      </w:r>
    </w:p>
    <w:p>
      <w:r>
        <w:rPr>
          <w:b/>
        </w:rPr>
        <w:t xml:space="preserve">[11:16] </w:t>
      </w:r>
      <w:r>
        <w:t>koi do pahad, do samandar, do sitare, do sayare, koi baat nahi kar sakta.</w:t>
      </w:r>
    </w:p>
    <w:p>
      <w:pPr>
        <w:jc w:val="right"/>
      </w:pPr>
      <w:r>
        <w:t>کوئی دو پہاڑ، دو سمندر، دو ستارے، دو سیارے، کوئی بات نہیں کر سکتا۔</w:t>
      </w:r>
    </w:p>
    <w:p>
      <w:r>
        <w:rPr>
          <w:b/>
        </w:rPr>
        <w:t xml:space="preserve">[11:22] </w:t>
      </w:r>
      <w:r>
        <w:t>aap mez par bitha dein do sitare ko, do sayare ko, do suraj ko, do darakht ko, do</w:t>
      </w:r>
    </w:p>
    <w:p>
      <w:pPr>
        <w:jc w:val="right"/>
      </w:pPr>
      <w:r>
        <w:t>آپ میز پر بٹھا دیں دو ستارے کو، دو سیارے کو، دو سورج کو، دو درخت کو، دو</w:t>
      </w:r>
    </w:p>
    <w:p>
      <w:r>
        <w:rPr>
          <w:b/>
        </w:rPr>
        <w:t xml:space="preserve">[11:28] </w:t>
      </w:r>
      <w:r>
        <w:t>pahaad ko, koi baat nahi kar payega.</w:t>
      </w:r>
    </w:p>
    <w:p>
      <w:pPr>
        <w:jc w:val="right"/>
      </w:pPr>
      <w:r>
        <w:t>پہاڑ کو، کوئی بات نہیں کر پائے گا۔</w:t>
      </w:r>
    </w:p>
    <w:p>
      <w:r>
        <w:rPr>
          <w:b/>
        </w:rPr>
        <w:t xml:space="preserve">[11:34] </w:t>
      </w:r>
      <w:r>
        <w:t>to yeh Allah taala ne insaan ko kaisi anokhi nemat di hai jo poori kainaat ko nahi di. Jab aap sochte hain to lagta hai ke Khuda mere upar to kitna meherban hai. To kitna meherban mere upar hai ke jo cheez to ne poori itni bari universe mein kisi ko nahi di, woh mujh ko de di. Ke main aap ke samne kisi insaan se baat kar raha hoon. Phir technology</w:t>
      </w:r>
    </w:p>
    <w:p>
      <w:pPr>
        <w:jc w:val="right"/>
      </w:pPr>
      <w:r>
        <w:t>تو یہ اللہ تعالیٰ نے انسان کو کیسی انوکھی نعمت دی ہے جو پوری کائنات کو نہیں دی۔ جب آپ سوچتے ہیں تو لگتا ہے کہ خدا میرے اوپر تو کتنا مہربان ہے۔ تو کتنا مہربان میرے اوپر ہے کہ جو چیز تو نے پوری اتنی بڑی universe میں کسی کو نہیں دی، وہ مجھ کو دے دیا۔ کہ میں آپ کے سامنے کسی انسان سے بات کر رہا ہوں۔ پھر ٹیکنالوج</w:t>
      </w:r>
    </w:p>
    <w:p>
      <w:r>
        <w:rPr>
          <w:b/>
        </w:rPr>
        <w:t xml:space="preserve">[12:04] </w:t>
      </w:r>
      <w:r>
        <w:t>ko dekhiye, technology ne to is ko universalize kar diya. Yeh jo yeh jo dikhaya main ne, yeh photo, yeh to kisi office se do aadmi baithe hue hain, lekin technology main ne is ko universalize kar diya. Jaise abhi aap ne suna, Dr. Waqar Az</w:t>
      </w:r>
    </w:p>
    <w:p>
      <w:pPr>
        <w:jc w:val="right"/>
      </w:pPr>
      <w:r>
        <w:t>ی کو دیکھیے، ٹیکنالوجی نے تو اس کو universalize کر دیا۔ یہ جو یہ جو دکھایا میں نے، یہ فوٹو، یہ تو کسی آفس سے دو آدمی بیٹھے ہوئے ہیں، لیکن ٹیکنالوجی میں نے اس کو universalize کر دیا۔ جیسے ابھی آپ نے سنا، ڈاکٹر وقار اع</w:t>
      </w:r>
    </w:p>
    <w:p>
      <w:r>
        <w:rPr>
          <w:b/>
        </w:rPr>
        <w:t xml:space="preserve">[12:34] </w:t>
      </w:r>
      <w:r>
        <w:t>zham sahib newar se bol rahe the, amreeka se, aur main yahan se bol raha tha.</w:t>
      </w:r>
    </w:p>
    <w:p>
      <w:pPr>
        <w:jc w:val="right"/>
      </w:pPr>
      <w:r>
        <w:t>ظم صاحب نیوار سے بول رہے تھے، امریکہ سے، اور میں یہاں سے بول رہا تھا۔</w:t>
      </w:r>
    </w:p>
    <w:p>
      <w:r>
        <w:rPr>
          <w:b/>
        </w:rPr>
        <w:t xml:space="preserve">[12:40] </w:t>
      </w:r>
      <w:r>
        <w:t>kaisi ajeeb baat hai ke ek aadmi in dehli mein bol raha hai aur newar ke log is</w:t>
      </w:r>
    </w:p>
    <w:p>
      <w:pPr>
        <w:jc w:val="right"/>
      </w:pPr>
      <w:r>
        <w:t>کیسی عجیب بات ہے کہ ایک آدمی ان دہلی میں بول رہا ہے اور نیوار کے لوگ اس</w:t>
      </w:r>
    </w:p>
    <w:p>
      <w:r>
        <w:rPr>
          <w:b/>
        </w:rPr>
        <w:t xml:space="preserve">[12:45] </w:t>
      </w:r>
      <w:r>
        <w:t>ko sun rahe hain.</w:t>
      </w:r>
    </w:p>
    <w:p>
      <w:pPr>
        <w:jc w:val="right"/>
      </w:pPr>
      <w:r>
        <w:t>کو سن رہے ہیں۔</w:t>
      </w:r>
    </w:p>
    <w:p>
      <w:r>
        <w:rPr>
          <w:b/>
        </w:rPr>
        <w:t xml:space="preserve">[12:50] </w:t>
      </w:r>
      <w:r>
        <w:t>ek aadmi newar se bol raha hai aur dehli ke log sun rahe hain.</w:t>
      </w:r>
    </w:p>
    <w:p>
      <w:pPr>
        <w:jc w:val="right"/>
      </w:pPr>
      <w:r>
        <w:t>ایک آدمی نیوار سے بول رہا ہے اور دہلی کے لوگ سن رہے ہیں۔</w:t>
      </w:r>
    </w:p>
    <w:p>
      <w:r>
        <w:rPr>
          <w:b/>
        </w:rPr>
        <w:t xml:space="preserve">[12:56] </w:t>
      </w:r>
      <w:r>
        <w:t>ye to universal marifat ki baat hai.</w:t>
      </w:r>
    </w:p>
    <w:p>
      <w:pPr>
        <w:jc w:val="right"/>
      </w:pPr>
      <w:r>
        <w:t>یہ تو universal معرفت کی بات ہے۔</w:t>
      </w:r>
    </w:p>
    <w:p>
      <w:r>
        <w:rPr>
          <w:b/>
        </w:rPr>
        <w:t xml:space="preserve">[13:01] </w:t>
      </w:r>
      <w:r>
        <w:t>jab hum chote the to hum padhte the ek ek naat.</w:t>
      </w:r>
    </w:p>
    <w:p>
      <w:pPr>
        <w:jc w:val="right"/>
      </w:pPr>
      <w:r>
        <w:t>جب ہم چھوٹے تھے تو ہم پڑھتے تھے ایک ایک نعت۔</w:t>
      </w:r>
    </w:p>
    <w:p>
      <w:r>
        <w:rPr>
          <w:b/>
        </w:rPr>
        <w:t xml:space="preserve">[13:06] </w:t>
      </w:r>
      <w:r>
        <w:t>to ek qissa hai ke hazrat umar r.a. ke zamane mein iran mein ladai hui thi.</w:t>
      </w:r>
    </w:p>
    <w:p>
      <w:pPr>
        <w:jc w:val="right"/>
      </w:pPr>
      <w:r>
        <w:t>تو ایک قصہ ہے کہ حضرت عمر رضی اللہ عنہ کے زمانے میں ایران میں لڑائی ہوئی تھی۔</w:t>
      </w:r>
    </w:p>
    <w:p>
      <w:r>
        <w:rPr>
          <w:b/>
        </w:rPr>
        <w:t xml:space="preserve">[13:12] </w:t>
      </w:r>
      <w:r>
        <w:t>hazrat umar khaleefa the us waqt.</w:t>
      </w:r>
    </w:p>
    <w:p>
      <w:pPr>
        <w:jc w:val="right"/>
      </w:pPr>
      <w:r>
        <w:t>حضرت عمر خلیفہ تھے اس وقت۔</w:t>
      </w:r>
    </w:p>
    <w:p>
      <w:r>
        <w:rPr>
          <w:b/>
        </w:rPr>
        <w:t xml:space="preserve">[13:18] </w:t>
      </w:r>
      <w:r>
        <w:t>to wo qissa hai, tareekh mein aata hai ke khutba de rahe the, hazrat umar khutba dete the,</w:t>
      </w:r>
    </w:p>
    <w:p>
      <w:pPr>
        <w:jc w:val="right"/>
      </w:pPr>
      <w:r>
        <w:t>تو وہ قصہ ہے، تاریخ میں آتا ہے کہ خطبہ دے رہے تھے، حضرت عمر خطبہ دیتے تھے،</w:t>
      </w:r>
    </w:p>
    <w:p>
      <w:r>
        <w:rPr>
          <w:b/>
        </w:rPr>
        <w:t xml:space="preserve">[13:24] </w:t>
      </w:r>
      <w:r>
        <w:t>bol pade, "ya saari al jabal", yani abruptly.</w:t>
      </w:r>
    </w:p>
    <w:p>
      <w:pPr>
        <w:jc w:val="right"/>
      </w:pPr>
      <w:r>
        <w:t>بول پڑے، "یا ساری الجبل"، یعنی abruptly۔</w:t>
      </w:r>
    </w:p>
    <w:p>
      <w:r>
        <w:rPr>
          <w:b/>
        </w:rPr>
        <w:t xml:space="preserve">[13:30] </w:t>
      </w:r>
      <w:r>
        <w:t>abruptly unhon ne kaha khutbe ke dauran, "ya saari al jabal". to</w:t>
      </w:r>
    </w:p>
    <w:p>
      <w:pPr>
        <w:jc w:val="right"/>
      </w:pPr>
      <w:r>
        <w:t>Abruptly انہوں نے کہا خطبے کے دوران، "یا ساری الجبل"۔ تو</w:t>
      </w:r>
    </w:p>
    <w:p>
      <w:r>
        <w:rPr>
          <w:b/>
        </w:rPr>
        <w:t xml:space="preserve">[13:37] </w:t>
      </w:r>
      <w:r>
        <w:t>sariyah ek foji general the, wo iran ki ladai mein shamil the.</w:t>
      </w:r>
    </w:p>
    <w:p>
      <w:pPr>
        <w:jc w:val="right"/>
      </w:pPr>
      <w:r>
        <w:t>ساریہ ایک فوجی جنرل تھے، وہ ایران کی لڑائی میں شامل تھے۔</w:t>
      </w:r>
    </w:p>
    <w:p>
      <w:r>
        <w:rPr>
          <w:b/>
        </w:rPr>
        <w:t xml:space="preserve">[13:44] </w:t>
      </w:r>
      <w:r>
        <w:t>woh to aik moqa par un se aik aik bhool ho rahi thi.</w:t>
      </w:r>
    </w:p>
    <w:p>
      <w:pPr>
        <w:jc w:val="right"/>
      </w:pPr>
      <w:r>
        <w:t>وہ تو ایک موقع پر ان سے ایک ایک بھول ہو رہی تھی۔</w:t>
      </w:r>
    </w:p>
    <w:p>
      <w:r>
        <w:rPr>
          <w:b/>
        </w:rPr>
        <w:t xml:space="preserve">[13:52] </w:t>
      </w:r>
      <w:r>
        <w:t>to hazrat umar ko yahan par is ka kuch dikhai diya.</w:t>
      </w:r>
    </w:p>
    <w:p>
      <w:pPr>
        <w:jc w:val="right"/>
      </w:pPr>
      <w:r>
        <w:t>تو حضرت عمر کو یہاں پر اس کا کچھ دکھائی دیا۔</w:t>
      </w:r>
    </w:p>
    <w:p>
      <w:r>
        <w:rPr>
          <w:b/>
        </w:rPr>
        <w:t xml:space="preserve">[13:59] </w:t>
      </w:r>
      <w:r>
        <w:t>yahi bol pade, "yahan se sariya pahad ki taraf dekho, pahad ki taraf se dushman</w:t>
      </w:r>
    </w:p>
    <w:p>
      <w:pPr>
        <w:jc w:val="right"/>
      </w:pPr>
      <w:r>
        <w:t>یہی بول پڑے، "یہاں سے ساریہ پہاڑ کی طرف دیکھو، پہاڑ کی طرف سے دشمن</w:t>
      </w:r>
    </w:p>
    <w:p>
      <w:r>
        <w:rPr>
          <w:b/>
        </w:rPr>
        <w:t xml:space="preserve">[14:07] </w:t>
      </w:r>
      <w:r>
        <w:t>ka ek dasta chala raha hai." To Sariyah jab wapas aaye Madine to unhon ne kaha ke "main ne yeh awaz suni, wahan us awaz par main ne apni strategy badli aur phir mujhe kamyabi hui." To dekhiye, aaj aap sochiye, us waqt sirf ek shakhs, ek bar, ek shakhs ke sath sirf ek bar aisa hua tha ke Madine se us ki awaz sunai de Iran mein, jo taqreeban</w:t>
      </w:r>
    </w:p>
    <w:p>
      <w:pPr>
        <w:jc w:val="right"/>
      </w:pPr>
      <w:r>
        <w:t>کا ایک دستہ چلا رہا ہے۔" تو ساریہ جب واپس آئے مدینے تو انہوں نے کہا کہ "میں نے یہ آواز سنی، وہاں اس آواز پر میں نے اپنی strategy بدلی اور پھر مجھے کامیابی ہوئی۔" تو دیکھیے، آج آپ سوچیے، اس وقت صرف ایک شخص، ایک بار، ایک شخص کے ساتھ صرف ایک بار ایسا ہوا تھا کہ مدینے سے اس کی آواز سنائی دے ایران میں، جو تقریباً</w:t>
      </w:r>
    </w:p>
    <w:p>
      <w:r>
        <w:rPr>
          <w:b/>
        </w:rPr>
        <w:t xml:space="preserve">[14:37] </w:t>
      </w:r>
      <w:r>
        <w:t>teen hazar meel door hai.</w:t>
      </w:r>
    </w:p>
    <w:p>
      <w:pPr>
        <w:jc w:val="right"/>
      </w:pPr>
      <w:r>
        <w:t>تین ہزار میل دور ہے۔</w:t>
      </w:r>
    </w:p>
    <w:p>
      <w:r>
        <w:rPr>
          <w:b/>
        </w:rPr>
        <w:t xml:space="preserve">[14:43] </w:t>
      </w:r>
      <w:r>
        <w:t>yani arab se iran se taqreeban teen hazar meel ka kilometer ka fasla hai.</w:t>
      </w:r>
    </w:p>
    <w:p>
      <w:pPr>
        <w:jc w:val="right"/>
      </w:pPr>
      <w:r>
        <w:t>یعنی عرب سے ایران سے تقریباً تین ہزار میل کا کلومیٹر کا فاصلہ ہے۔</w:t>
      </w:r>
    </w:p>
    <w:p>
      <w:r>
        <w:rPr>
          <w:b/>
        </w:rPr>
        <w:t xml:space="preserve">[14:49] </w:t>
      </w:r>
      <w:r>
        <w:t>aaj aaj aik bar nahi, hazar bar nahi, billion bar nahi, billion bar aap boliye, is ka tajurba</w:t>
      </w:r>
    </w:p>
    <w:p>
      <w:pPr>
        <w:jc w:val="right"/>
      </w:pPr>
      <w:r>
        <w:t>آج آج ایک بار نہیں، ہزار بار نہیں، بلین بار نہیں، بلین بار آپ بولیے، اس کا تجربہ</w:t>
      </w:r>
    </w:p>
    <w:p>
      <w:r>
        <w:rPr>
          <w:b/>
        </w:rPr>
        <w:t xml:space="preserve">[14:55] </w:t>
      </w:r>
      <w:r>
        <w:t>kijiye, aur sare sare globe par aap ki awaz jayegi.</w:t>
      </w:r>
    </w:p>
    <w:p>
      <w:pPr>
        <w:jc w:val="right"/>
      </w:pPr>
      <w:r>
        <w:t>کیجیے، اور سارے سارے گلوب پر آپ کی آواز جائے گی۔</w:t>
      </w:r>
    </w:p>
    <w:p>
      <w:r>
        <w:rPr>
          <w:b/>
        </w:rPr>
        <w:t xml:space="preserve">[15:01] </w:t>
      </w:r>
      <w:r>
        <w:t>yani aaj sare globe ko hazrat umar ne address kiya tha, aik insan ko iran mein jo tha,</w:t>
      </w:r>
    </w:p>
    <w:p>
      <w:pPr>
        <w:jc w:val="right"/>
      </w:pPr>
      <w:r>
        <w:t>یعنی آج سارے گلوب کو حضرت عمر نے address کیا تھا، ایک انسان کو ایران میں جو تھا،</w:t>
      </w:r>
    </w:p>
    <w:p>
      <w:r>
        <w:rPr>
          <w:b/>
        </w:rPr>
        <w:t xml:space="preserve">[15:07] </w:t>
      </w:r>
      <w:r>
        <w:t>aik baar. aaj aap sare globe ko address karne ki position mein hain, baar baar, hazar baar, billion billion baar. ab aap sochiye, yeh yeh yeh baat sochiye to aap kahenge ke Khuda itna meherban hai aur mere upar hai, itna meherban hai. to aap sar jhuk ke padhenge, aap wuzu karen</w:t>
      </w:r>
    </w:p>
    <w:p>
      <w:pPr>
        <w:jc w:val="right"/>
      </w:pPr>
      <w:r>
        <w:t>ایک بار۔ آج آپ سارے گلوب کو address کرنے کی position میں ہیں، بار بار، ہزار بار، بلین بلین بار۔ اب آپ سوچیے، یہ یہ یہ بات سوچیے تو آپ کہیں گے کہ خدا اتنا مہربان ہے اور میرے اوپر ہے، اتنا مہربان ہے۔ تو آپ سر جھک کے پڑھیں گے، آپ وضو کریں</w:t>
      </w:r>
    </w:p>
    <w:p>
      <w:r>
        <w:rPr>
          <w:b/>
        </w:rPr>
        <w:t xml:space="preserve">[15:37] </w:t>
      </w:r>
      <w:r>
        <w:t>ge pani se nahi, aansuon se karenge.</w:t>
      </w:r>
    </w:p>
    <w:p>
      <w:pPr>
        <w:jc w:val="right"/>
      </w:pPr>
      <w:r>
        <w:t>گے پانی سے نہیں، آنسوؤں سے کریں گے۔</w:t>
      </w:r>
    </w:p>
    <w:p>
      <w:r>
        <w:rPr>
          <w:b/>
        </w:rPr>
        <w:t xml:space="preserve">[15:42] </w:t>
      </w:r>
      <w:r>
        <w:t>yeh itni bari beizzati lagegi aap ko ke aap kahenge ke pani se wuzu karna kya hai,</w:t>
      </w:r>
    </w:p>
    <w:p>
      <w:pPr>
        <w:jc w:val="right"/>
      </w:pPr>
      <w:r>
        <w:t>یہ اتنی بڑی بےعزتی لگے گی آپ کو کہ آپ کہیں کہ پانی سے وضو کرنا کیا ہے،</w:t>
      </w:r>
    </w:p>
    <w:p>
      <w:r>
        <w:rPr>
          <w:b/>
        </w:rPr>
        <w:t xml:space="preserve">[15:48] </w:t>
      </w:r>
      <w:r>
        <w:t>ab to aansuon se wuzu karne ka time aa gaya hai.</w:t>
      </w:r>
    </w:p>
    <w:p>
      <w:pPr>
        <w:jc w:val="right"/>
      </w:pPr>
      <w:r>
        <w:t>اب تو آنسوؤں سے وضو کرنے کا ٹائم آ گیا ہے۔</w:t>
      </w:r>
    </w:p>
    <w:p>
      <w:r>
        <w:rPr>
          <w:b/>
        </w:rPr>
        <w:t xml:space="preserve">[15:53] </w:t>
      </w:r>
      <w:r>
        <w:t>to is se kya hoga? be panah mohabbat, is mohabbat ka samandar bol padega aap ke andar.</w:t>
      </w:r>
    </w:p>
    <w:p>
      <w:pPr>
        <w:jc w:val="right"/>
      </w:pPr>
      <w:r>
        <w:t>تو اس سے کیا ہوگا؟ بے پناہ محبت، اس محبت کا سمندر بول پڑے گا آپ کے اندر۔</w:t>
      </w:r>
    </w:p>
    <w:p>
      <w:r>
        <w:rPr>
          <w:b/>
        </w:rPr>
        <w:t xml:space="preserve">[15:58] </w:t>
      </w:r>
      <w:r>
        <w:t>jab yeh sochenge aap to mohabbat ka samandar bol padega.</w:t>
      </w:r>
    </w:p>
    <w:p>
      <w:pPr>
        <w:jc w:val="right"/>
      </w:pPr>
      <w:r>
        <w:t>جب یہ سوچیں گے آپ تو محبت کا سمندر بول پڑے گا۔</w:t>
      </w:r>
    </w:p>
    <w:p>
      <w:r>
        <w:rPr>
          <w:b/>
        </w:rPr>
        <w:t xml:space="preserve">[16:03] </w:t>
      </w:r>
      <w:r>
        <w:t>aaj do insan is position mein hain</w:t>
      </w:r>
    </w:p>
    <w:p>
      <w:pPr>
        <w:jc w:val="right"/>
      </w:pPr>
      <w:r>
        <w:t>آج دو انسان اس position میں ہیں</w:t>
      </w:r>
    </w:p>
    <w:p>
      <w:r>
        <w:rPr>
          <w:b/>
        </w:rPr>
        <w:t xml:space="preserve">[16:09] </w:t>
      </w:r>
      <w:r>
        <w:t>ke globe ke kisi bhi hisse mein koi shakhs hai, aap us se contact kijiye aur baat kijiye,</w:t>
      </w:r>
    </w:p>
    <w:p>
      <w:pPr>
        <w:jc w:val="right"/>
      </w:pPr>
      <w:r>
        <w:t>کہ گلوب کے کسی بھی حصے میں کوئی شخص ہے، آپ اس سے contact کیجیے اور بات کیجیے،</w:t>
      </w:r>
    </w:p>
    <w:p>
      <w:r>
        <w:rPr>
          <w:b/>
        </w:rPr>
        <w:t xml:space="preserve">[16:16] </w:t>
      </w:r>
      <w:r>
        <w:t>uski us ki tasweer dekhiye.</w:t>
      </w:r>
    </w:p>
    <w:p>
      <w:pPr>
        <w:jc w:val="right"/>
      </w:pPr>
      <w:r>
        <w:t>اس کی اس کی تصویر دیکھیے۔</w:t>
      </w:r>
    </w:p>
    <w:p>
      <w:r>
        <w:rPr>
          <w:b/>
        </w:rPr>
        <w:t xml:space="preserve">[16:24] </w:t>
      </w:r>
      <w:r>
        <w:t>shakhsi zindagi mein bhi koi mission chalana aap ko hai to mission chala sakte hain, global mission.</w:t>
      </w:r>
    </w:p>
    <w:p>
      <w:pPr>
        <w:jc w:val="right"/>
      </w:pPr>
      <w:r>
        <w:t>شخصی زندگی میں بھی کوئی mission چلانا آپ کو ہے تو mission چلا سکتے ہیں، global mission۔</w:t>
      </w:r>
    </w:p>
    <w:p>
      <w:r>
        <w:rPr>
          <w:b/>
        </w:rPr>
        <w:t xml:space="preserve">[16:32] </w:t>
      </w:r>
      <w:r>
        <w:t>to is tarah ki hazaron hazar nematein allah ta'ala ki hain jo khol di gayi hain.</w:t>
      </w:r>
    </w:p>
    <w:p>
      <w:pPr>
        <w:jc w:val="right"/>
      </w:pPr>
      <w:r>
        <w:t>تو اس طرح کی ہزاروں ہزار نعمتیں اللہ تعالیٰ کی ہیں جو کھول دی گئی ہیں۔</w:t>
      </w:r>
    </w:p>
    <w:p>
      <w:r>
        <w:rPr>
          <w:b/>
        </w:rPr>
        <w:t xml:space="preserve">[16:40] </w:t>
      </w:r>
      <w:r>
        <w:t>aaj mein soch raha tha is mozu par to mere mind mein kya aaya ke allah ta'ala ne</w:t>
      </w:r>
    </w:p>
    <w:p>
      <w:pPr>
        <w:jc w:val="right"/>
      </w:pPr>
      <w:r>
        <w:t>آج میں سوچ رہا تھا اس موضوع پر تو میرے mind میں کیا آیا کہ اللہ تعالیٰ نے</w:t>
      </w:r>
    </w:p>
    <w:p>
      <w:r>
        <w:rPr>
          <w:b/>
        </w:rPr>
        <w:t xml:space="preserve">[16:46] </w:t>
      </w:r>
      <w:r>
        <w:t>nature mein, yani is duniya ki cheezon mein, nature ka lafz bohat hi bohat hi zabardast lafz hai</w:t>
      </w:r>
    </w:p>
    <w:p>
      <w:pPr>
        <w:jc w:val="right"/>
      </w:pPr>
      <w:r>
        <w:t>nature میں، یعنی اس دنیا کی چیزوں میں، nature کا لفظ بہت ہی بہت ہی زبردست لفظ ہے</w:t>
      </w:r>
    </w:p>
    <w:p>
      <w:r>
        <w:rPr>
          <w:b/>
        </w:rPr>
        <w:t xml:space="preserve">[16:52] </w:t>
      </w:r>
      <w:r>
        <w:t>aaj kal ke science mein.</w:t>
      </w:r>
    </w:p>
    <w:p>
      <w:pPr>
        <w:jc w:val="right"/>
      </w:pPr>
      <w:r>
        <w:t>آج کل کے سائنس میں۔</w:t>
      </w:r>
    </w:p>
    <w:p>
      <w:r>
        <w:rPr>
          <w:b/>
        </w:rPr>
        <w:t xml:space="preserve">[16:58] </w:t>
      </w:r>
      <w:r>
        <w:t>pure jis ko hum kehte hain kainaat, woh puri ki puri yeh nature hai.</w:t>
      </w:r>
    </w:p>
    <w:p>
      <w:pPr>
        <w:jc w:val="right"/>
      </w:pPr>
      <w:r>
        <w:t>پورے جس کو ہم کہتے ہیں کائنات، وہ پوری کی پوری یہ nature ہے۔</w:t>
      </w:r>
    </w:p>
    <w:p>
      <w:r>
        <w:rPr>
          <w:b/>
        </w:rPr>
        <w:t xml:space="preserve">[17:05] </w:t>
      </w:r>
      <w:r>
        <w:t>to allah ta'ala ne</w:t>
      </w:r>
    </w:p>
    <w:p>
      <w:pPr>
        <w:jc w:val="right"/>
      </w:pPr>
      <w:r>
        <w:t>تو اللہ تعالیٰ نے</w:t>
      </w:r>
    </w:p>
    <w:p>
      <w:r>
        <w:rPr>
          <w:b/>
        </w:rPr>
        <w:t xml:space="preserve">[17:11] </w:t>
      </w:r>
      <w:r>
        <w:t>nature mein beshumar technology rakh di thi, technology beshumar nematein apni technology ki shakal mein rakh di thi.</w:t>
      </w:r>
    </w:p>
    <w:p>
      <w:pPr>
        <w:jc w:val="right"/>
      </w:pPr>
      <w:r>
        <w:t>nature میں بے شمار ٹیکنالوجی رکھ دی تھی، ٹیکنالوجی بے شمار نعمتیں اپنی ٹیکنالوجی کی شکل میں رکھ دی تھیں۔</w:t>
      </w:r>
    </w:p>
    <w:p>
      <w:r>
        <w:rPr>
          <w:b/>
        </w:rPr>
        <w:t xml:space="preserve">[17:21] </w:t>
      </w:r>
      <w:r>
        <w:t>aap chahte the ke is ko allah chahta tha ke hum discover kar ke istemal karein, lekin hazar</w:t>
      </w:r>
    </w:p>
    <w:p>
      <w:pPr>
        <w:jc w:val="right"/>
      </w:pPr>
      <w:r>
        <w:t>آپ چاہتے تھے کہ اس کو اللہ چاہتا تھا کہ ہم discover کر کے استعمال کریں، لیکن ہزار</w:t>
      </w:r>
    </w:p>
    <w:p>
      <w:r>
        <w:rPr>
          <w:b/>
        </w:rPr>
        <w:t xml:space="preserve">[17:32] </w:t>
      </w:r>
      <w:r>
        <w:t>tareekh guzarati thi, chali ja rahi thi, hazaron saal,</w:t>
      </w:r>
    </w:p>
    <w:p>
      <w:pPr>
        <w:jc w:val="right"/>
      </w:pPr>
      <w:r>
        <w:t>تاریخ گزرتی تھی، چلی جا رہی تھی، ہزاروں سال،</w:t>
      </w:r>
    </w:p>
    <w:p>
      <w:r>
        <w:rPr>
          <w:b/>
        </w:rPr>
        <w:t xml:space="preserve">[17:42] </w:t>
      </w:r>
      <w:r>
        <w:t>aur insaan is ko daryaft nahi kar pata tha.</w:t>
      </w:r>
    </w:p>
    <w:p>
      <w:pPr>
        <w:jc w:val="right"/>
      </w:pPr>
      <w:r>
        <w:t>اور انسان اس کو دریافت نہیں کر پاتا تھا۔</w:t>
      </w:r>
    </w:p>
    <w:p>
      <w:r>
        <w:rPr>
          <w:b/>
        </w:rPr>
        <w:t xml:space="preserve">[17:50] </w:t>
      </w:r>
      <w:r>
        <w:t>to Allah taala ne ek dhamaka kiya, yaani crusades mein jo western logon ko haar hui thi, woh dhamaka tha.</w:t>
      </w:r>
    </w:p>
    <w:p>
      <w:pPr>
        <w:jc w:val="right"/>
      </w:pPr>
      <w:r>
        <w:t>تو اللہ تعالیٰ نے ایک دھماکہ کیا، یعنی کروسیڈز میں جو western لوگوں کو ہار ہوئی تھی، وہ دھماکہ تھا۔</w:t>
      </w:r>
    </w:p>
    <w:p>
      <w:r>
        <w:rPr>
          <w:b/>
        </w:rPr>
        <w:t xml:space="preserve">[17:57] </w:t>
      </w:r>
      <w:r>
        <w:t>jaise atom bomb gira diya Japan ke upar, yaani woh jo defeat hui thi western logon ko, woh</w:t>
      </w:r>
    </w:p>
    <w:p>
      <w:pPr>
        <w:jc w:val="right"/>
      </w:pPr>
      <w:r>
        <w:t>جیسے ایٹم بم گرا دیا جاپان کے اوپر، یعنی وہ جو defeat ہوئی تھی western لوگوں کو، وہ</w:t>
      </w:r>
    </w:p>
    <w:p>
      <w:r>
        <w:rPr>
          <w:b/>
        </w:rPr>
        <w:t xml:space="preserve">[18:05] </w:t>
      </w:r>
      <w:r>
        <w:t>defeat ek dhamaka thi ke kya tum lad rahe ho battlefield mein? Nature ko discover karo.</w:t>
      </w:r>
    </w:p>
    <w:p>
      <w:pPr>
        <w:jc w:val="right"/>
      </w:pPr>
      <w:r>
        <w:t>defeat ایک دھماکہ تھی کہ کیا تم لڑ رہے ہو battlefield میں؟ Nature کو discover کرو۔</w:t>
      </w:r>
    </w:p>
    <w:p>
      <w:r>
        <w:rPr>
          <w:b/>
        </w:rPr>
        <w:t xml:space="preserve">[18:12] </w:t>
      </w:r>
      <w:r>
        <w:t>Khuda ka maqsood tha ke divert karna, yaani maghribi qaumon ko divert karna ke kya tum lad rahe</w:t>
      </w:r>
    </w:p>
    <w:p>
      <w:pPr>
        <w:jc w:val="right"/>
      </w:pPr>
      <w:r>
        <w:t>خدا کا مقصود تھا کہ divert کرنا، یعنی مغربی قوموں کو divert کرنا کہ کیا تم لڑ رہے</w:t>
      </w:r>
    </w:p>
    <w:p>
      <w:r>
        <w:rPr>
          <w:b/>
        </w:rPr>
        <w:t xml:space="preserve">[18:19] </w:t>
      </w:r>
      <w:r>
        <w:t>ho balighy ke liye? Yaani Bait-ul-Maqdis mein chand baligha hain, is par qabza karne ke liye lad</w:t>
      </w:r>
    </w:p>
    <w:p>
      <w:pPr>
        <w:jc w:val="right"/>
      </w:pPr>
      <w:r>
        <w:t>ہو بلیغی کے لیے؟ یعنی بیت المقدس میں چند بلیغہ ہیں، اس پر قبضہ کرنے کے لیے لڑ</w:t>
      </w:r>
    </w:p>
    <w:p>
      <w:r>
        <w:rPr>
          <w:b/>
        </w:rPr>
        <w:t xml:space="preserve">[18:25] </w:t>
      </w:r>
      <w:r>
        <w:t>rahe ho tum? Yahan tak poori kainat tumhara intezar kar rahi hai.</w:t>
      </w:r>
    </w:p>
    <w:p>
      <w:pPr>
        <w:jc w:val="right"/>
      </w:pPr>
      <w:r>
        <w:t>رہے ہو تم؟ یہاں تک پوری کائنات تمہارا انتظار کر رہی ہے۔</w:t>
      </w:r>
    </w:p>
    <w:p>
      <w:r>
        <w:rPr>
          <w:b/>
        </w:rPr>
        <w:t xml:space="preserve">[18:32] </w:t>
      </w:r>
      <w:r>
        <w:t>to Allah taala ne dhamaka kar ke un ko defeat di aur is ko mor diya is ki taraf.</w:t>
      </w:r>
    </w:p>
    <w:p>
      <w:pPr>
        <w:jc w:val="right"/>
      </w:pPr>
      <w:r>
        <w:t>تو اللہ تعالیٰ نے دھماکہ کر کے ان کو defeat دی اور اس کو موڑ دیا اس کی طرف۔</w:t>
      </w:r>
    </w:p>
    <w:p>
      <w:r>
        <w:rPr>
          <w:b/>
        </w:rPr>
        <w:t xml:space="preserve">[18:38] </w:t>
      </w:r>
      <w:r>
        <w:t>aur is ke baad aap jante hain ke</w:t>
      </w:r>
    </w:p>
    <w:p>
      <w:pPr>
        <w:jc w:val="right"/>
      </w:pPr>
      <w:r>
        <w:t>اور اس کے بعد آپ جانتے ہیں کہ</w:t>
      </w:r>
    </w:p>
    <w:p>
      <w:r>
        <w:rPr>
          <w:b/>
        </w:rPr>
        <w:t xml:space="preserve">[18:45] </w:t>
      </w:r>
      <w:r>
        <w:t>taqreeban chaar sau saal ke andar ek nayi duniya wajood mein aa gayi jis ko hum kehte hain western civilization.</w:t>
      </w:r>
    </w:p>
    <w:p>
      <w:pPr>
        <w:jc w:val="right"/>
      </w:pPr>
      <w:r>
        <w:t>تقریباً چار سو سال کے اندر ایک نئی دنیا وجود میں آ گئی جس کو ہم کہتے ہیں western civilization۔</w:t>
      </w:r>
    </w:p>
    <w:p>
      <w:r>
        <w:rPr>
          <w:b/>
        </w:rPr>
        <w:t xml:space="preserve">[18:55] </w:t>
      </w:r>
      <w:r>
        <w:t>to western civilization ke zariye aap ko woh sari baatein jo love ke item the, jo the jis</w:t>
      </w:r>
    </w:p>
    <w:p>
      <w:pPr>
        <w:jc w:val="right"/>
      </w:pPr>
      <w:r>
        <w:t>تو western civilization کے ذریعے آپ کو وہ ساری باتیں جو love کے item تھے، جو تھے جس</w:t>
      </w:r>
    </w:p>
    <w:p>
      <w:r>
        <w:rPr>
          <w:b/>
        </w:rPr>
        <w:t xml:space="preserve">[19:05] </w:t>
      </w:r>
      <w:r>
        <w:t>se Allah ki mohabbat ka jazba ka woh hota tha, explosion hota tha, woh sab chhupe hue the.</w:t>
      </w:r>
    </w:p>
    <w:p>
      <w:pPr>
        <w:jc w:val="right"/>
      </w:pPr>
      <w:r>
        <w:t>سے اللہ کی محبت کا جذبہ کا وہ ہوتا تھا، explosion ہوتا تھا، وہ سب چھپے ہوئے تھے۔</w:t>
      </w:r>
    </w:p>
    <w:p>
      <w:r>
        <w:rPr>
          <w:b/>
        </w:rPr>
        <w:t xml:space="preserve">[19:16] </w:t>
      </w:r>
      <w:r>
        <w:t>to Allah ne western logon ke zariye se ek nayi duniya create ki jis ko hum kehte hain western civilization.</w:t>
      </w:r>
    </w:p>
    <w:p>
      <w:pPr>
        <w:jc w:val="right"/>
      </w:pPr>
      <w:r>
        <w:t>تو اللہ نے western لوگوں کے ذریعے سے ایک نئی دنیا create کی جس کو ہم کہتے ہیں western civilization۔</w:t>
      </w:r>
    </w:p>
    <w:p>
      <w:r>
        <w:rPr>
          <w:b/>
        </w:rPr>
        <w:t xml:space="preserve">[19:22] </w:t>
      </w:r>
      <w:r>
        <w:t>western civilization ne is sare item jo Allah ki mohabbat paida karne wale hain, is ko khol diya,</w:t>
      </w:r>
    </w:p>
    <w:p>
      <w:pPr>
        <w:jc w:val="right"/>
      </w:pPr>
      <w:r>
        <w:t>western civilization نے اس سارے item جو اللہ کی محبت پیدا کرنے والے ہیں، اس کو کھول دیا،</w:t>
      </w:r>
    </w:p>
    <w:p>
      <w:r>
        <w:rPr>
          <w:b/>
        </w:rPr>
        <w:t xml:space="preserve">[19:28] </w:t>
      </w:r>
      <w:r>
        <w:t>is ko khol diya.</w:t>
      </w:r>
    </w:p>
    <w:p>
      <w:pPr>
        <w:jc w:val="right"/>
      </w:pPr>
      <w:r>
        <w:t>اس کو کھول دیا۔</w:t>
      </w:r>
    </w:p>
    <w:p>
      <w:r>
        <w:rPr>
          <w:b/>
        </w:rPr>
        <w:t xml:space="preserve">[19:34] </w:t>
      </w:r>
      <w:r>
        <w:t>aaj hi mein kisi se baat kar raha tha subah ke mein apni naujawani ki umar mein safar</w:t>
      </w:r>
    </w:p>
    <w:p>
      <w:pPr>
        <w:jc w:val="right"/>
      </w:pPr>
      <w:r>
        <w:t>آج ہی میں کسی سے بات کر رہا تھا صبح کہ میں اپنی نوجوانی کی عمر میں سفر</w:t>
      </w:r>
    </w:p>
    <w:p>
      <w:r>
        <w:rPr>
          <w:b/>
        </w:rPr>
        <w:t xml:space="preserve">[19:40] </w:t>
      </w:r>
      <w:r>
        <w:t>ka matlab yeh janta tha ke paidal chaloon</w:t>
      </w:r>
    </w:p>
    <w:p>
      <w:pPr>
        <w:jc w:val="right"/>
      </w:pPr>
      <w:r>
        <w:t>کا مطلب یہ جانتا تھا کہ پیدل چلوں</w:t>
      </w:r>
    </w:p>
    <w:p>
      <w:r>
        <w:rPr>
          <w:b/>
        </w:rPr>
        <w:t xml:space="preserve">[19:46] </w:t>
      </w:r>
      <w:r>
        <w:t>ya bail gaadi par baithoon ya ghode par baithoon, itna hi.</w:t>
      </w:r>
    </w:p>
    <w:p>
      <w:pPr>
        <w:jc w:val="right"/>
      </w:pPr>
      <w:r>
        <w:t>یا بیل گاڑی پر بیٹھوں یا گھوڑے پر بیٹھوں، اتنا ہی۔</w:t>
      </w:r>
    </w:p>
    <w:p>
      <w:r>
        <w:rPr>
          <w:b/>
        </w:rPr>
        <w:t xml:space="preserve">[19:54] </w:t>
      </w:r>
      <w:r>
        <w:t>aaj kya hai? Hawa chalti hai, baithiye, duniya mein kahin bhi chali jaiye, chand ghanton ke andar.</w:t>
      </w:r>
    </w:p>
    <w:p>
      <w:pPr>
        <w:jc w:val="right"/>
      </w:pPr>
      <w:r>
        <w:t>آج کیا ہے؟ ہوا چلتی ہے، بیٹھیے، دنیا میں کہیں بھی چلی جائیے، چند گھنٹوں کے اندر۔</w:t>
      </w:r>
    </w:p>
    <w:p>
      <w:r>
        <w:rPr>
          <w:b/>
        </w:rPr>
        <w:t xml:space="preserve">[20:03] </w:t>
      </w:r>
      <w:r>
        <w:t>yeh kaise hua? Yeh western civilization ke zariye se.</w:t>
      </w:r>
    </w:p>
    <w:p>
      <w:pPr>
        <w:jc w:val="right"/>
      </w:pPr>
      <w:r>
        <w:t>یہ کیسے ہوا؟ یہ western civilization کے ذریعے سے۔</w:t>
      </w:r>
    </w:p>
    <w:p>
      <w:r>
        <w:rPr>
          <w:b/>
        </w:rPr>
        <w:t xml:space="preserve">[20:11] </w:t>
      </w:r>
      <w:r>
        <w:t>to Allah taala ne western civilization ke zariye love ke item khole the, love ke item</w:t>
      </w:r>
    </w:p>
    <w:p>
      <w:pPr>
        <w:jc w:val="right"/>
      </w:pPr>
      <w:r>
        <w:t>تو اللہ تعالیٰ نے western civilization کے ذریعے love کے item کھولے تھے، love کے item</w:t>
      </w:r>
    </w:p>
    <w:p>
      <w:r>
        <w:rPr>
          <w:b/>
        </w:rPr>
        <w:t xml:space="preserve">[20:19] </w:t>
      </w:r>
      <w:r>
        <w:t>ke jab aadmi is ko daryaft karega to Allah ki mohabbat ke samandar mein gharaq ho jayega.</w:t>
      </w:r>
    </w:p>
    <w:p>
      <w:pPr>
        <w:jc w:val="right"/>
      </w:pPr>
      <w:r>
        <w:t>کہ جب آدمی اس کو دریافت کرے گا تو اللہ کی محبت کا سمندر میں غرق ہو جائے گا۔</w:t>
      </w:r>
    </w:p>
    <w:p>
      <w:r>
        <w:rPr>
          <w:b/>
        </w:rPr>
        <w:t xml:space="preserve">[20:24] </w:t>
      </w:r>
      <w:r>
        <w:t>woh kaisi si baatein Allah taala ne mujhe de rakhi hain, aisi cheezein de rakhi hain ke mein</w:t>
      </w:r>
    </w:p>
    <w:p>
      <w:pPr>
        <w:jc w:val="right"/>
      </w:pPr>
      <w:r>
        <w:t>وہ کیسی سی باتیں اللہ تعالیٰ نے مجھے دے رکھی ہیں، ایسی چیزیں دے رکھی ہیں کہ میں</w:t>
      </w:r>
    </w:p>
    <w:p>
      <w:r>
        <w:rPr>
          <w:b/>
        </w:rPr>
        <w:t xml:space="preserve">[20:29] </w:t>
      </w:r>
      <w:r>
        <w:t>yahan boloon aur sari duniya mein meri awaaz sunai de.</w:t>
      </w:r>
    </w:p>
    <w:p>
      <w:pPr>
        <w:jc w:val="right"/>
      </w:pPr>
      <w:r>
        <w:t>یہاں بولوں اور ساری دنیا میں میری آواز سنائی دے۔</w:t>
      </w:r>
    </w:p>
    <w:p>
      <w:r>
        <w:rPr>
          <w:b/>
        </w:rPr>
        <w:t xml:space="preserve">[20:34] </w:t>
      </w:r>
      <w:r>
        <w:t>yeh bhi to science ne daryaft kiya, civilization ke dour mein yeh cheez daryaft hui jo kabhi nahi</w:t>
      </w:r>
    </w:p>
    <w:p>
      <w:pPr>
        <w:jc w:val="right"/>
      </w:pPr>
      <w:r>
        <w:t>یہ بھی تو سائنس نے دریافت کیا، civilization کے دور میں یہ چیز دریافت ہوئی جو کبھی نہیں</w:t>
      </w:r>
    </w:p>
    <w:p>
      <w:r>
        <w:rPr>
          <w:b/>
        </w:rPr>
        <w:t xml:space="preserve">[20:39] </w:t>
      </w:r>
      <w:r>
        <w:t>thi, kabhi nahi thi, kabhi nahi thi.</w:t>
      </w:r>
    </w:p>
    <w:p>
      <w:pPr>
        <w:jc w:val="right"/>
      </w:pPr>
      <w:r>
        <w:t>تھی، کبھی نہیں تھی، کبھی نہیں تھی۔</w:t>
      </w:r>
    </w:p>
    <w:p>
      <w:r>
        <w:rPr>
          <w:b/>
        </w:rPr>
        <w:t xml:space="preserve">[20:44] </w:t>
      </w:r>
      <w:r>
        <w:t>yani Hazrat Sule</w:t>
      </w:r>
    </w:p>
    <w:p>
      <w:pPr>
        <w:jc w:val="right"/>
      </w:pPr>
      <w:r>
        <w:t>یعنی حضرت سلی</w:t>
      </w:r>
    </w:p>
    <w:p>
      <w:r>
        <w:rPr>
          <w:b/>
        </w:rPr>
        <w:t xml:space="preserve">[20:49] </w:t>
      </w:r>
      <w:r>
        <w:t>man ki bohat bari hukoomat thi lekin un ko aik khat ke liye hudood ka istemal karna para.</w:t>
      </w:r>
    </w:p>
    <w:p>
      <w:pPr>
        <w:jc w:val="right"/>
      </w:pPr>
      <w:r>
        <w:t>مان کی بہت بڑی حکومت تھی لیکن ان کو ایک خط کے لیے حدود کا استعمال کرنا پڑا۔</w:t>
      </w:r>
    </w:p>
    <w:p>
      <w:r>
        <w:rPr>
          <w:b/>
        </w:rPr>
        <w:t xml:space="preserve">[20:55] </w:t>
      </w:r>
      <w:r>
        <w:t>yani hudood un ka khat le kar gaya, wahan dala aur kai din lage honge.</w:t>
      </w:r>
    </w:p>
    <w:p>
      <w:pPr>
        <w:jc w:val="right"/>
      </w:pPr>
      <w:r>
        <w:t>یعنی حدود ان کا خط لے کر گیا، وہاں ڈالا اور کئی دن لگے ہوں گے۔</w:t>
      </w:r>
    </w:p>
    <w:p>
      <w:r>
        <w:rPr>
          <w:b/>
        </w:rPr>
        <w:t xml:space="preserve">[21:02] </w:t>
      </w:r>
      <w:r>
        <w:t>ab ghor kijiye, aik aik khat.</w:t>
      </w:r>
    </w:p>
    <w:p>
      <w:pPr>
        <w:jc w:val="right"/>
      </w:pPr>
      <w:r>
        <w:t>اب غور کیجیے، ایک ایک خط۔</w:t>
      </w:r>
    </w:p>
    <w:p>
      <w:r>
        <w:rPr>
          <w:b/>
        </w:rPr>
        <w:t xml:space="preserve">[21:08] </w:t>
      </w:r>
      <w:r>
        <w:t>ab kya hai? aap uthaiye telephone aur jahan chahein baat kar lijiye aik second ke andar.</w:t>
      </w:r>
    </w:p>
    <w:p>
      <w:pPr>
        <w:jc w:val="right"/>
      </w:pPr>
      <w:r>
        <w:t>اب کیا ہے؟ آپ اٹھائیے ٹیلی فون اور جہاں چاہیں بات کر لیجیے ایک سیکنڈ کے اندر۔</w:t>
      </w:r>
    </w:p>
    <w:p>
      <w:r>
        <w:rPr>
          <w:b/>
        </w:rPr>
        <w:t xml:space="preserve">[21:14] </w:t>
      </w:r>
      <w:r>
        <w:t>us waqt jab sochenge to aap ke rongte khare ho jayenge, aap ka dil tarp uthega,</w:t>
      </w:r>
    </w:p>
    <w:p>
      <w:pPr>
        <w:jc w:val="right"/>
      </w:pPr>
      <w:r>
        <w:t>اس وقت جب سوچیں گے تو آپ کے رونگٹے کھڑے ہو جائیں گے، آپ کا دل تڑپ اٹھے گا،</w:t>
      </w:r>
    </w:p>
    <w:p>
      <w:r>
        <w:rPr>
          <w:b/>
        </w:rPr>
        <w:t xml:space="preserve">[21:20] </w:t>
      </w:r>
      <w:r>
        <w:t>aap ke mind mein bhonchal aa jayega ke kaisa ajeeb hai woh Khuda jis ne mujhe aisi sab nematein de dein. yeh hai source of love. to log dil mein jhank rahe hain, dil mein to kuch hai hi nahi, dil mein to khoon ki gardish ka nizam hai bas. yeh sari baatein to dimagh ki khirki se maloom hoti hain aur dimagh ki khirki ko logon ne istemal nahi kiya. yahan tak ke yeh mashhoor ho gaya ke deen ka koi talluq aql</w:t>
      </w:r>
    </w:p>
    <w:p>
      <w:pPr>
        <w:jc w:val="right"/>
      </w:pPr>
      <w:r>
        <w:t>آپ کے mind میں بھونچال آ جائے گا کہ کیسا عجیب ہے وہ خدا جس نے مجھے ایسی سب نعمتیں دے دیں۔ یہ ہے source of love۔ تو لوگ دل میں جھانک رہے ہیں، دل میں تو کچھ ہے ہی نہیں، دل میں تو خون کی گردش کا نظام ہے بس۔ یہ ساری باتیں تو دماغ کی کھڑکی سے معلوم ہوتی ہیں اور دماغ کی کھڑکی کو لوگوں نے استعمال نہیں کیا۔ یہاں تک کہ یہ مشہور ہو گیا کہ دین کا کوئی تعلق ع</w:t>
      </w:r>
    </w:p>
    <w:p>
      <w:r>
        <w:rPr>
          <w:b/>
        </w:rPr>
        <w:t xml:space="preserve">[21:50] </w:t>
      </w:r>
      <w:r>
        <w:t>qalb se nahi hai.</w:t>
      </w:r>
    </w:p>
    <w:p>
      <w:pPr>
        <w:jc w:val="right"/>
      </w:pPr>
      <w:r>
        <w:t>قل سے نہیں ہے۔</w:t>
      </w:r>
    </w:p>
    <w:p>
      <w:r>
        <w:rPr>
          <w:b/>
        </w:rPr>
        <w:t xml:space="preserve">[21:56] </w:t>
      </w:r>
      <w:r>
        <w:t>bilashuba un ko baseless baat hai ke deen ka ta'alluq aql se nahi hai.</w:t>
      </w:r>
    </w:p>
    <w:p>
      <w:pPr>
        <w:jc w:val="right"/>
      </w:pPr>
      <w:r>
        <w:t>بلاشبہ ان کو baseless بات ہے کہ دین کا تعلق عقل سے نہیں ہے۔</w:t>
      </w:r>
    </w:p>
    <w:p>
      <w:r>
        <w:rPr>
          <w:b/>
        </w:rPr>
        <w:t xml:space="preserve">[22:02] </w:t>
      </w:r>
      <w:r>
        <w:t>aql hi to window hai sari bari bari baaton ko daryaft karne ki, Allah ki mohabbat ko daryaft</w:t>
      </w:r>
    </w:p>
    <w:p>
      <w:pPr>
        <w:jc w:val="right"/>
      </w:pPr>
      <w:r>
        <w:t>عقل ہی تو window ہے ساری بڑی بڑی باتوں کو دریافت کرنے کی، اللہ کی محبت کو دریافت</w:t>
      </w:r>
    </w:p>
    <w:p>
      <w:r>
        <w:rPr>
          <w:b/>
        </w:rPr>
        <w:t xml:space="preserve">[22:08] </w:t>
      </w:r>
      <w:r>
        <w:t>karne ki window aql hai.</w:t>
      </w:r>
    </w:p>
    <w:p>
      <w:pPr>
        <w:jc w:val="right"/>
      </w:pPr>
      <w:r>
        <w:t>کرنے کی window عقل ہے۔</w:t>
      </w:r>
    </w:p>
    <w:p>
      <w:r>
        <w:rPr>
          <w:b/>
        </w:rPr>
        <w:t xml:space="preserve">[22:15] </w:t>
      </w:r>
      <w:r>
        <w:t>mein to subah ko jab breakfast le raha tha, mera breakfast bohat saada sa hota hai,</w:t>
      </w:r>
    </w:p>
    <w:p>
      <w:pPr>
        <w:jc w:val="right"/>
      </w:pPr>
      <w:r>
        <w:t>میں تو صبح کو جب breakfast لے رہا تھا، میرا breakfast بہت سادہ سا ہوتا ہے،</w:t>
      </w:r>
    </w:p>
    <w:p>
      <w:r>
        <w:rPr>
          <w:b/>
        </w:rPr>
        <w:t xml:space="preserve">[22:21] </w:t>
      </w:r>
      <w:r>
        <w:t>roti aur sabzi.</w:t>
      </w:r>
    </w:p>
    <w:p>
      <w:pPr>
        <w:jc w:val="right"/>
      </w:pPr>
      <w:r>
        <w:t>روٹی اور سبزی۔</w:t>
      </w:r>
    </w:p>
    <w:p>
      <w:r>
        <w:rPr>
          <w:b/>
        </w:rPr>
        <w:t xml:space="preserve">[22:29] </w:t>
      </w:r>
      <w:r>
        <w:t>to mujhe aik aisa ehsas hua ke jaise ke kaise khaoon is ko, kaise khaoon is ko ke</w:t>
      </w:r>
    </w:p>
    <w:p>
      <w:pPr>
        <w:jc w:val="right"/>
      </w:pPr>
      <w:r>
        <w:t>تو مجھے ایک ایسا احساس ہوا کہ جیسے کہ کیسے کھاؤں اس کو، کیسے کھاؤں اس کو کہ</w:t>
      </w:r>
    </w:p>
    <w:p>
      <w:r>
        <w:rPr>
          <w:b/>
        </w:rPr>
        <w:t xml:space="preserve">[22:36] </w:t>
      </w:r>
      <w:r>
        <w:t>Allah taala ne kitne bare peymane par inqalabat paida kiye dunya mein.</w:t>
      </w:r>
    </w:p>
    <w:p>
      <w:pPr>
        <w:jc w:val="right"/>
      </w:pPr>
      <w:r>
        <w:t>اللہ تعالیٰ نے کتنے بڑے پیمانے پر انقلابات پیدا کیے دنیا میں۔</w:t>
      </w:r>
    </w:p>
    <w:p>
      <w:r>
        <w:rPr>
          <w:b/>
        </w:rPr>
        <w:t xml:space="preserve">[22:44] </w:t>
      </w:r>
      <w:r>
        <w:t>tab sal bani, tab gehoon nikla, tab sabzi ugi, aur phir zameen mein gas jama hui, hamein gas supply hui,</w:t>
      </w:r>
    </w:p>
    <w:p>
      <w:pPr>
        <w:jc w:val="right"/>
      </w:pPr>
      <w:r>
        <w:t>تب سال بنی، تب گیہوں نکلا، تب سبزی اگی، اور پھر زمین میں گیس جمع ہوئی، ہمیں گیس سپلائی ہوئی،</w:t>
      </w:r>
    </w:p>
    <w:p>
      <w:r>
        <w:rPr>
          <w:b/>
        </w:rPr>
        <w:t xml:space="preserve">[22:52] </w:t>
      </w:r>
      <w:r>
        <w:t>switch dabai aur gas nikal rahi hai, chali aa rahi hai.</w:t>
      </w:r>
    </w:p>
    <w:p>
      <w:pPr>
        <w:jc w:val="right"/>
      </w:pPr>
      <w:r>
        <w:t>سوئچ دبائی اور گیس نکل رہی ہے، چلی آ رہی ہے۔</w:t>
      </w:r>
    </w:p>
    <w:p>
      <w:r>
        <w:rPr>
          <w:b/>
        </w:rPr>
        <w:t xml:space="preserve">[22:57] </w:t>
      </w:r>
      <w:r>
        <w:t>to mein ne socha ke yeh itna sab kyun hua taake mere pait mein ja kar mere jism</w:t>
      </w:r>
    </w:p>
    <w:p>
      <w:pPr>
        <w:jc w:val="right"/>
      </w:pPr>
      <w:r>
        <w:t>تو میں نے سوچا کہ یہ اتنا سب کیوں ہوا تاکہ میرے پیٹ میں جا کر میرے جسم</w:t>
      </w:r>
    </w:p>
    <w:p>
      <w:r>
        <w:rPr>
          <w:b/>
        </w:rPr>
        <w:t xml:space="preserve">[23:02] </w:t>
      </w:r>
      <w:r>
        <w:t>mein khoon bane, cell bane, mujhe is ko energy de.</w:t>
      </w:r>
    </w:p>
    <w:p>
      <w:pPr>
        <w:jc w:val="right"/>
      </w:pPr>
      <w:r>
        <w:t>میں خون بنے، cell بنے، مجھے اس کو energy دے۔</w:t>
      </w:r>
    </w:p>
    <w:p>
      <w:r>
        <w:rPr>
          <w:b/>
        </w:rPr>
        <w:t xml:space="preserve">[23:07] </w:t>
      </w:r>
      <w:r>
        <w:t>in mein se koi cheez mein nahi kar sakta tha, balkeh janta bhi nahi tha.</w:t>
      </w:r>
    </w:p>
    <w:p>
      <w:pPr>
        <w:jc w:val="right"/>
      </w:pPr>
      <w:r>
        <w:t>ان میں سے کوئی چیز میں نہیں کر سکتا تھا، بلکہ جانتا بھی نہیں تھا۔</w:t>
      </w:r>
    </w:p>
    <w:p>
      <w:r>
        <w:rPr>
          <w:b/>
        </w:rPr>
        <w:t xml:space="preserve">[23:12] </w:t>
      </w:r>
      <w:r>
        <w:t>mein Khuda ne apni taraf sab sab kuch sab sab kuch kar diya.</w:t>
      </w:r>
    </w:p>
    <w:p>
      <w:pPr>
        <w:jc w:val="right"/>
      </w:pPr>
      <w:r>
        <w:t>میں خدا نے اپنی طرف سب سب کچھ سب سب کچھ کر دیا۔</w:t>
      </w:r>
    </w:p>
    <w:p>
      <w:r>
        <w:rPr>
          <w:b/>
        </w:rPr>
        <w:t xml:space="preserve">[23:17] </w:t>
      </w:r>
      <w:r>
        <w:t>yeh itna yeh discovery meri itna mind boggling thi,</w:t>
      </w:r>
    </w:p>
    <w:p>
      <w:pPr>
        <w:jc w:val="right"/>
      </w:pPr>
      <w:r>
        <w:t>یہ اتنا یہ discovery میری اتنا mind boggling تھی،</w:t>
      </w:r>
    </w:p>
    <w:p>
      <w:r>
        <w:rPr>
          <w:b/>
        </w:rPr>
        <w:t xml:space="preserve">[23:22] </w:t>
      </w:r>
      <w:r>
        <w:t>mind boggling ke mere hosh ud gaye.</w:t>
      </w:r>
    </w:p>
    <w:p>
      <w:pPr>
        <w:jc w:val="right"/>
      </w:pPr>
      <w:r>
        <w:t>mind boggling کہ میرے ہوش اڑ گئے۔</w:t>
      </w:r>
    </w:p>
    <w:p>
      <w:r>
        <w:rPr>
          <w:b/>
        </w:rPr>
        <w:t xml:space="preserve">[23:27] </w:t>
      </w:r>
      <w:r>
        <w:t>to mein ne socha ke love ka lafz to insani word ke barabar bola gaya hai, insani history</w:t>
      </w:r>
    </w:p>
    <w:p>
      <w:pPr>
        <w:jc w:val="right"/>
      </w:pPr>
      <w:r>
        <w:t>تو میں نے سوچا کہ love کا لفظ تو انسانی word کے برابر بولا گیا ہے، انسانی history</w:t>
      </w:r>
    </w:p>
    <w:p>
      <w:r>
        <w:rPr>
          <w:b/>
        </w:rPr>
        <w:t xml:space="preserve">[23:32] </w:t>
      </w:r>
      <w:r>
        <w:t>mein love ke kis se aage koi lafz hi nahi hai.</w:t>
      </w:r>
    </w:p>
    <w:p>
      <w:pPr>
        <w:jc w:val="right"/>
      </w:pPr>
      <w:r>
        <w:t>میں love کے کس سے آگے کوئی لفظ ہی نہیں ہے۔</w:t>
      </w:r>
    </w:p>
    <w:p>
      <w:r>
        <w:rPr>
          <w:b/>
        </w:rPr>
        <w:t xml:space="preserve">[23:37] </w:t>
      </w:r>
      <w:r>
        <w:t>yeh jo quran mein bola gaya hai, acha tahab lillah, yeh insani history ki wajah se hai, warna</w:t>
      </w:r>
    </w:p>
    <w:p>
      <w:pPr>
        <w:jc w:val="right"/>
      </w:pPr>
      <w:r>
        <w:t>یہ جو قرآن میں بولا گیا ہے، اچھا تحب للہ، یہ انسانی history کی وجہ سے ہے، ورنہ</w:t>
      </w:r>
    </w:p>
    <w:p>
      <w:r>
        <w:rPr>
          <w:b/>
        </w:rPr>
        <w:t xml:space="preserve">[23:43] </w:t>
      </w:r>
      <w:r>
        <w:t>jo Allah ta'ala ki nematein hain, woh to is ke liye to love bohat hi chota lafz hai,</w:t>
      </w:r>
    </w:p>
    <w:p>
      <w:pPr>
        <w:jc w:val="right"/>
      </w:pPr>
      <w:r>
        <w:t>جو اللہ تعالیٰ کی نعمتیں ہیں، وہ تو اس کے لیے تو love بہت ہی چھوٹا لفظ ہے،</w:t>
      </w:r>
    </w:p>
    <w:p>
      <w:r>
        <w:rPr>
          <w:b/>
        </w:rPr>
        <w:t xml:space="preserve">[23:48] </w:t>
      </w:r>
      <w:r>
        <w:t>bohat chota lafz hai.</w:t>
      </w:r>
    </w:p>
    <w:p>
      <w:pPr>
        <w:jc w:val="right"/>
      </w:pPr>
      <w:r>
        <w:t>بہت چھوٹا لفظ ہے۔</w:t>
      </w:r>
    </w:p>
    <w:p>
      <w:r>
        <w:rPr>
          <w:b/>
        </w:rPr>
        <w:t xml:space="preserve">[23:53] </w:t>
      </w:r>
      <w:r>
        <w:t>koi mind boggling lafz hona chahiye.</w:t>
      </w:r>
    </w:p>
    <w:p>
      <w:pPr>
        <w:jc w:val="right"/>
      </w:pPr>
      <w:r>
        <w:t>کوئی mind boggling لفظ ہونا چاہیے۔</w:t>
      </w:r>
    </w:p>
    <w:p>
      <w:r>
        <w:rPr>
          <w:b/>
        </w:rPr>
        <w:t xml:space="preserve">[23:58] </w:t>
      </w:r>
      <w:r>
        <w:t>yeh wajah hai ke poori history mein love ghayab hai, kyunke log love wahan dhoondte rahe jahan thi nahi.</w:t>
      </w:r>
    </w:p>
    <w:p>
      <w:pPr>
        <w:jc w:val="right"/>
      </w:pPr>
      <w:r>
        <w:t>یہ وجہ ہے کہ پوری history میں love غائب ہے، کیونکہ لوگ love وہاں ڈھونڈتے رہے جہاں تھی نہیں۔</w:t>
      </w:r>
    </w:p>
    <w:p>
      <w:r>
        <w:rPr>
          <w:b/>
        </w:rPr>
        <w:t xml:space="preserve">[24:08] </w:t>
      </w:r>
      <w:r>
        <w:t>aisi hi baat hai jaise aap lakri chabate rahe hazaar baras tak to aap ko taqat nahi mile</w:t>
      </w:r>
    </w:p>
    <w:p>
      <w:pPr>
        <w:jc w:val="right"/>
      </w:pPr>
      <w:r>
        <w:t>ایسی ہی بات ہے جیسے آپ لکڑی چباتے رہیں ہزار برس تک تو آپ کو طاقت نہیں ملے</w:t>
      </w:r>
    </w:p>
    <w:p>
      <w:r>
        <w:rPr>
          <w:b/>
        </w:rPr>
        <w:t xml:space="preserve">[24:18] </w:t>
      </w:r>
      <w:r>
        <w:t>gi, food lenge to taqat mile gi, lakri chabane se taqat nahi milne wali hai. to aaj</w:t>
      </w:r>
    </w:p>
    <w:p>
      <w:pPr>
        <w:jc w:val="right"/>
      </w:pPr>
      <w:r>
        <w:t>گی، food لیں گے تو طاقت ملے گی، لکڑی چبھانے سے طاقت نہیں ملنے والی ہے۔ تو آج</w:t>
      </w:r>
    </w:p>
    <w:p>
      <w:r>
        <w:rPr>
          <w:b/>
        </w:rPr>
        <w:t xml:space="preserve">[24:28] </w:t>
      </w:r>
      <w:r>
        <w:t>mein aik bohat hi sakht baat meri samajh mein aayi, aik bohat hi sakht baat.</w:t>
      </w:r>
    </w:p>
    <w:p>
      <w:pPr>
        <w:jc w:val="right"/>
      </w:pPr>
      <w:r>
        <w:t>میں ایک بہت ہی سخت بات میری سمجھ میں آئی، ایک بہت ہی سخت بات۔</w:t>
      </w:r>
    </w:p>
    <w:p>
      <w:r>
        <w:rPr>
          <w:b/>
        </w:rPr>
        <w:t xml:space="preserve">[24:34] </w:t>
      </w:r>
      <w:r>
        <w:t>woh sakht baat yeh thi ke Allah rab ul alameen ke paas insaan ko dene ke liye sab se</w:t>
      </w:r>
    </w:p>
    <w:p>
      <w:pPr>
        <w:jc w:val="right"/>
      </w:pPr>
      <w:r>
        <w:t>وہ سخت بات یہ تھی کہ اللہ رب العالمین کے پاس انسان کو دینے کے لیے سب سے</w:t>
      </w:r>
    </w:p>
    <w:p>
      <w:r>
        <w:rPr>
          <w:b/>
        </w:rPr>
        <w:t xml:space="preserve">[24:40] </w:t>
      </w:r>
      <w:r>
        <w:t>bari cheez kya hai? Paradise hai.</w:t>
      </w:r>
    </w:p>
    <w:p>
      <w:pPr>
        <w:jc w:val="right"/>
      </w:pPr>
      <w:r>
        <w:t>بڑی چیز کیا ہے؟ Paradise ہے۔</w:t>
      </w:r>
    </w:p>
    <w:p>
      <w:r>
        <w:rPr>
          <w:b/>
        </w:rPr>
        <w:t xml:space="preserve">[24:46] </w:t>
      </w:r>
      <w:r>
        <w:t>sab se bari cheez yeh yeh kothi aur motor nahi hai.</w:t>
      </w:r>
    </w:p>
    <w:p>
      <w:pPr>
        <w:jc w:val="right"/>
      </w:pPr>
      <w:r>
        <w:t>سب سے بڑی چیز یہ یہ کوٹھی اور موٹر نہیں ہے۔</w:t>
      </w:r>
    </w:p>
    <w:p>
      <w:r>
        <w:rPr>
          <w:b/>
        </w:rPr>
        <w:t xml:space="preserve">[24:53] </w:t>
      </w:r>
      <w:r>
        <w:t>Allah ke paas sab se bari cheez dene ke liye insaan ko Paradise hai.</w:t>
      </w:r>
    </w:p>
    <w:p>
      <w:pPr>
        <w:jc w:val="right"/>
      </w:pPr>
      <w:r>
        <w:t>اللہ کے پاس سب سے بڑی چیز دینے کے لیے انسان کو Paradise ہے۔</w:t>
      </w:r>
    </w:p>
    <w:p>
      <w:r>
        <w:rPr>
          <w:b/>
        </w:rPr>
        <w:t xml:space="preserve">[24:59] </w:t>
      </w:r>
      <w:r>
        <w:t>acha, insaan ke paas dene ki sab se bari cheez kya hai? woh mohabbat hai.</w:t>
      </w:r>
    </w:p>
    <w:p>
      <w:pPr>
        <w:jc w:val="right"/>
      </w:pPr>
      <w:r>
        <w:t>اچھا، انسان کے پاس دینے کی سب سے بڑی چیز کیا ہے؟ وہ محبت ہے۔</w:t>
      </w:r>
    </w:p>
    <w:p>
      <w:r>
        <w:rPr>
          <w:b/>
        </w:rPr>
        <w:t xml:space="preserve">[25:06] </w:t>
      </w:r>
      <w:r>
        <w:t>to is ka matlab kya hua ke agar aap ko Allah se jannat lena hai to apni sab</w:t>
      </w:r>
    </w:p>
    <w:p>
      <w:pPr>
        <w:jc w:val="right"/>
      </w:pPr>
      <w:r>
        <w:t>تو اس کا معنی کیا ہوا کہ اگر آپ کو اللہ سے جنت لینا ہے تو اپنی سب</w:t>
      </w:r>
    </w:p>
    <w:p>
      <w:r>
        <w:rPr>
          <w:b/>
        </w:rPr>
        <w:t xml:space="preserve">[25:14] </w:t>
      </w:r>
      <w:r>
        <w:t>se bari cheez Allah ko dena hai, apni mohabbat ko Allah ko de dena hai.</w:t>
      </w:r>
    </w:p>
    <w:p>
      <w:pPr>
        <w:jc w:val="right"/>
      </w:pPr>
      <w:r>
        <w:t>سے بڑی چیز اللہ کو دینا ہے، اپنی محبت کو اللہ کو دے دینا ہے۔</w:t>
      </w:r>
    </w:p>
    <w:p>
      <w:r>
        <w:rPr>
          <w:b/>
        </w:rPr>
        <w:t xml:space="preserve">[25:21] </w:t>
      </w:r>
      <w:r>
        <w:t>tab aap is ke liye qabil thehrein ke aap ko jannat di jaye.</w:t>
      </w:r>
    </w:p>
    <w:p>
      <w:pPr>
        <w:jc w:val="right"/>
      </w:pPr>
      <w:r>
        <w:t>تب آپ اس کے لیے قابل ٹھہریں کہ آپ کو جنت دی جائے۔</w:t>
      </w:r>
    </w:p>
    <w:p>
      <w:r>
        <w:rPr>
          <w:b/>
        </w:rPr>
        <w:t xml:space="preserve">[25:29] </w:t>
      </w:r>
      <w:r>
        <w:t>agar aap love hi na dein to aap ghor kijiye ke Khuda kyun aap ko Paradise de ga.</w:t>
      </w:r>
    </w:p>
    <w:p>
      <w:pPr>
        <w:jc w:val="right"/>
      </w:pPr>
      <w:r>
        <w:t>اگر آپ love ہی نہ دیں تو آپ غور کیجیے کہ خدا کیوں آپ کو Paradise دے گا۔</w:t>
      </w:r>
    </w:p>
    <w:p>
      <w:r>
        <w:rPr>
          <w:b/>
        </w:rPr>
        <w:t xml:space="preserve">[25:37] </w:t>
      </w:r>
      <w:r>
        <w:t>jaise maine misaal di ke aap shadi karein aik khatoon se, aur khatoon jab ghar mein aaye</w:t>
      </w:r>
    </w:p>
    <w:p>
      <w:pPr>
        <w:jc w:val="right"/>
      </w:pPr>
      <w:r>
        <w:t>جیسے میں نے مثال دی کہ آپ شادی کریں ایک خاتون سے، اور خاتون جب گھر میں آئے</w:t>
      </w:r>
    </w:p>
    <w:p>
      <w:r>
        <w:rPr>
          <w:b/>
        </w:rPr>
        <w:t xml:space="preserve">[25:44] </w:t>
      </w:r>
      <w:r>
        <w:t>shadi ho kar aap ke to aap kahein ke dekho bhai, roop rupaiya paisa yeh ghar aur car</w:t>
      </w:r>
    </w:p>
    <w:p>
      <w:pPr>
        <w:jc w:val="right"/>
      </w:pPr>
      <w:r>
        <w:t>شادی ہو کر آپ کے تو آپ کہیں کہ دیکھو بھئی، روپ روپہ پیسہ یہ گھر اور کار</w:t>
      </w:r>
    </w:p>
    <w:p>
      <w:r>
        <w:rPr>
          <w:b/>
        </w:rPr>
        <w:t xml:space="preserve">[25:52] </w:t>
      </w:r>
      <w:r>
        <w:t>sab tumhare liye hai, lekin</w:t>
      </w:r>
    </w:p>
    <w:p>
      <w:pPr>
        <w:jc w:val="right"/>
      </w:pPr>
      <w:r>
        <w:t>سب تمہارے لیے ہے، لیکن</w:t>
      </w:r>
    </w:p>
    <w:p>
      <w:r>
        <w:rPr>
          <w:b/>
        </w:rPr>
        <w:t xml:space="preserve">[25:59] </w:t>
      </w:r>
      <w:r>
        <w:t>mohabbat bani nahi de sakti tum ko.</w:t>
      </w:r>
    </w:p>
    <w:p>
      <w:pPr>
        <w:jc w:val="right"/>
      </w:pPr>
      <w:r>
        <w:t>محبت بنی نہیں دے سکتی تم کو۔</w:t>
      </w:r>
    </w:p>
    <w:p>
      <w:r>
        <w:rPr>
          <w:b/>
        </w:rPr>
        <w:t xml:space="preserve">[26:06] </w:t>
      </w:r>
      <w:r>
        <w:t>to main bas kahoon ke woh khatoon chhod ke bhaag gayi ke aap ko kabhi khush nahi hogi.</w:t>
      </w:r>
    </w:p>
    <w:p>
      <w:pPr>
        <w:jc w:val="right"/>
      </w:pPr>
      <w:r>
        <w:t>تو میں بس کہوں کہ وہ خاتون چھوڑ کے بھاگ گئی کہ آپ کو کبھی خوش نہیں ہوگی۔</w:t>
      </w:r>
    </w:p>
    <w:p>
      <w:r>
        <w:rPr>
          <w:b/>
        </w:rPr>
        <w:t xml:space="preserve">[26:12] </w:t>
      </w:r>
      <w:r>
        <w:t>to aap agar jalsay jaloos ke hangamay karein, buildingein uthayein, bare bare dhuan daar tareeqay chalayein, is se</w:t>
      </w:r>
    </w:p>
    <w:p>
      <w:pPr>
        <w:jc w:val="right"/>
      </w:pPr>
      <w:r>
        <w:t>تو آپ اگر جلسہ جلوس کے ہنگامے کریں، بلڈنگیں اٹھائیں، بڑے بڑے دھواں دار طریقے چلائیں، اس سے</w:t>
      </w:r>
    </w:p>
    <w:p>
      <w:r>
        <w:rPr>
          <w:b/>
        </w:rPr>
        <w:t xml:space="preserve">[26:18] </w:t>
      </w:r>
      <w:r>
        <w:t>khush nahi hoga, Khuda khush nahi hone wala hai.</w:t>
      </w:r>
    </w:p>
    <w:p>
      <w:pPr>
        <w:jc w:val="right"/>
      </w:pPr>
      <w:r>
        <w:t>خوش نہیں ہوگا، خدا خوش نہیں ہونے والا ہے۔</w:t>
      </w:r>
    </w:p>
    <w:p>
      <w:r>
        <w:rPr>
          <w:b/>
        </w:rPr>
        <w:t xml:space="preserve">[26:25] </w:t>
      </w:r>
      <w:r>
        <w:t>kyunke asal cheez dene ki thi, woh to mohabbat thi, woh to diya nahi aap ne.</w:t>
      </w:r>
    </w:p>
    <w:p>
      <w:pPr>
        <w:jc w:val="right"/>
      </w:pPr>
      <w:r>
        <w:t>کیونکہ اصل چیز دینے کی تھی، وہ تو محبت تھی، وہ تو دیا نہیں آپ نے۔</w:t>
      </w:r>
    </w:p>
    <w:p>
      <w:r>
        <w:rPr>
          <w:b/>
        </w:rPr>
        <w:t xml:space="preserve">[26:31] </w:t>
      </w:r>
      <w:r>
        <w:t>aur dene ke dekhiye, mohabbat se pehle kya cheez matloob hai? Discovery, yaani item of love.</w:t>
      </w:r>
    </w:p>
    <w:p>
      <w:pPr>
        <w:jc w:val="right"/>
      </w:pPr>
      <w:r>
        <w:t>اور دینے کے دیکھیے، محبت سے پہلے کیا چیز مطلوب ہے؟ Discovery، یعنی item of love۔</w:t>
      </w:r>
    </w:p>
    <w:p>
      <w:r>
        <w:rPr>
          <w:b/>
        </w:rPr>
        <w:t xml:space="preserve">[26:39] </w:t>
      </w:r>
      <w:r>
        <w:t>jab aap item of love ko discover karte hain, tab aap ke dil mein love aati hai, alag</w:t>
      </w:r>
    </w:p>
    <w:p>
      <w:pPr>
        <w:jc w:val="right"/>
      </w:pPr>
      <w:r>
        <w:t>جب آپ item of love کو discover کرتے ہیں، تب آپ کے دل میں love آتی ہے، الگ</w:t>
      </w:r>
    </w:p>
    <w:p>
      <w:r>
        <w:rPr>
          <w:b/>
        </w:rPr>
        <w:t xml:space="preserve">[26:47] </w:t>
      </w:r>
      <w:r>
        <w:t>se nahi aati.</w:t>
      </w:r>
    </w:p>
    <w:p>
      <w:pPr>
        <w:jc w:val="right"/>
      </w:pPr>
      <w:r>
        <w:t>سے نہیں آتی۔</w:t>
      </w:r>
    </w:p>
    <w:p>
      <w:r>
        <w:rPr>
          <w:b/>
        </w:rPr>
        <w:t xml:space="preserve">[26:55] </w:t>
      </w:r>
      <w:r>
        <w:t>to first comes discovery, then comes love.</w:t>
      </w:r>
    </w:p>
    <w:p>
      <w:pPr>
        <w:jc w:val="right"/>
      </w:pPr>
      <w:r>
        <w:t>تو first comes discovery, then comes love۔</w:t>
      </w:r>
    </w:p>
    <w:p>
      <w:r>
        <w:rPr>
          <w:b/>
        </w:rPr>
        <w:t xml:space="preserve">[27:03] </w:t>
      </w:r>
      <w:r>
        <w:t>yaani pehle aap ke mind mein aati hai discovery, phir aap ke mind mein aati hai Allah ki mohabbat.</w:t>
      </w:r>
    </w:p>
    <w:p>
      <w:pPr>
        <w:jc w:val="right"/>
      </w:pPr>
      <w:r>
        <w:t>یعنی پہلے آپ کے mind میں آتی ہے discovery، پھر آپ کے mind میں آتی ہے اللہ کی محبت۔</w:t>
      </w:r>
    </w:p>
    <w:p>
      <w:r>
        <w:rPr>
          <w:b/>
        </w:rPr>
        <w:t xml:space="preserve">[27:10] </w:t>
      </w:r>
      <w:r>
        <w:t>to history mein pehli baar Allah taala ne science ka discipline paida kiya tha jis ne item khole,</w:t>
      </w:r>
    </w:p>
    <w:p>
      <w:pPr>
        <w:jc w:val="right"/>
      </w:pPr>
      <w:r>
        <w:t>تو history میں پہلی بار اللہ تعالیٰ نے سائنس کا discipline پیدا کیا تھا جس نے item کھولے،</w:t>
      </w:r>
    </w:p>
    <w:p>
      <w:r>
        <w:rPr>
          <w:b/>
        </w:rPr>
        <w:t xml:space="preserve">[27:18] </w:t>
      </w:r>
      <w:r>
        <w:t>wo saare item jo Allah ki azmat ko, Allah ki glory ko bayan karne wale the.</w:t>
      </w:r>
    </w:p>
    <w:p>
      <w:pPr>
        <w:jc w:val="right"/>
      </w:pPr>
      <w:r>
        <w:t>وہ سارے item جو اللہ کی عظمت کو، اللہ کی glory کو بیان کرنے والے تھے۔</w:t>
      </w:r>
    </w:p>
    <w:p>
      <w:r>
        <w:rPr>
          <w:b/>
        </w:rPr>
        <w:t xml:space="preserve">[27:25] </w:t>
      </w:r>
      <w:r>
        <w:t>ab Musalman isi</w:t>
      </w:r>
    </w:p>
    <w:p>
      <w:pPr>
        <w:jc w:val="right"/>
      </w:pPr>
      <w:r>
        <w:t>اب مسلمان اسی</w:t>
      </w:r>
    </w:p>
    <w:p>
      <w:r>
        <w:rPr>
          <w:b/>
        </w:rPr>
        <w:t xml:space="preserve">[27:33] </w:t>
      </w:r>
      <w:r>
        <w:t>ke dushman ban gaye. lad rahe hain do sau saal se ahle maghrib se lad rahe hain jo ke haar bangat the science ke. to ghaur kijiye ke kya hangame hain? kya khuda khush hoga? yeh political hangame hain, kai qaumi hangame hain, kai kuch hai, aur mohabbat ghayab hai. to musalmanon par</w:t>
      </w:r>
    </w:p>
    <w:p>
      <w:pPr>
        <w:jc w:val="right"/>
      </w:pPr>
      <w:r>
        <w:t>کے دشمن بن گئے۔ لڑ رہے ہیں دو سو سال سے اہل مغرب سے لڑ رہے ہیں جو کہ ہار بینگت تھے سائنس کے۔ تو غور کیجیے کہ کیا ہنگامے ہیں؟ کیا خدا خوش ہوگا؟ یہ political ہنگامے ہیں، کئی قومی ہنگامے ہیں، کئی کچھ ہے، اور محبت غائب ہے۔ تو مسلمانوں پر</w:t>
      </w:r>
    </w:p>
    <w:p>
      <w:r>
        <w:rPr>
          <w:b/>
        </w:rPr>
        <w:t xml:space="preserve">[28:03] </w:t>
      </w:r>
      <w:r>
        <w:t>lazim hai, lazim hai, lazim hai ke wo rethinking karen.</w:t>
      </w:r>
    </w:p>
    <w:p>
      <w:pPr>
        <w:jc w:val="right"/>
      </w:pPr>
      <w:r>
        <w:t>لازم ہے، لازم ہے، لازم ہے کہ وہ rethinking کریں۔</w:t>
      </w:r>
    </w:p>
    <w:p>
      <w:r>
        <w:rPr>
          <w:b/>
        </w:rPr>
        <w:t xml:space="preserve">[28:13] </w:t>
      </w:r>
      <w:r>
        <w:t>Musalmanon par lazim hai ke wo rethinking karen, reassess karen, rediscovery karen, saare mamle ko phir se reset karen.</w:t>
      </w:r>
    </w:p>
    <w:p>
      <w:pPr>
        <w:jc w:val="right"/>
      </w:pPr>
      <w:r>
        <w:t>مسلمانوں پر لازم ہے کہ وہ rethinking کریں، reassess کریں، rediscovery کریں، سارے معاملے کو پھر سے reset کریں۔</w:t>
      </w:r>
    </w:p>
    <w:p>
      <w:r>
        <w:rPr>
          <w:b/>
        </w:rPr>
        <w:t xml:space="preserve">[28:23] </w:t>
      </w:r>
      <w:r>
        <w:t>tab aisa hoga ke un ko Allah taala ki blessing ki</w:t>
      </w:r>
    </w:p>
    <w:p>
      <w:pPr>
        <w:jc w:val="right"/>
      </w:pPr>
      <w:r>
        <w:t>تب ایسا ہوگا کہ ان کو اللہ تعالیٰ کی blessing کی</w:t>
      </w:r>
    </w:p>
    <w:p>
      <w:r>
        <w:rPr>
          <w:b/>
        </w:rPr>
        <w:t xml:space="preserve">[28:33] </w:t>
      </w:r>
      <w:r>
        <w:t>discovery hogi.</w:t>
      </w:r>
    </w:p>
    <w:p>
      <w:pPr>
        <w:jc w:val="right"/>
      </w:pPr>
      <w:r>
        <w:t>discovery ہوگی۔</w:t>
      </w:r>
    </w:p>
    <w:p>
      <w:r>
        <w:rPr>
          <w:b/>
        </w:rPr>
        <w:t xml:space="preserve">[28:39] </w:t>
      </w:r>
      <w:r>
        <w:t>jab blessing discovery hogi.</w:t>
      </w:r>
    </w:p>
    <w:p>
      <w:pPr>
        <w:jc w:val="right"/>
      </w:pPr>
      <w:r>
        <w:t>جب blessing discovery ہوگی۔</w:t>
      </w:r>
    </w:p>
    <w:p>
      <w:r>
        <w:rPr>
          <w:b/>
        </w:rPr>
        <w:t xml:space="preserve">[28:46] </w:t>
      </w:r>
      <w:r>
        <w:t>mein radio sun raha tha, is mein ek item, ek interview aa raha tha kisi ka.</w:t>
      </w:r>
    </w:p>
    <w:p>
      <w:pPr>
        <w:jc w:val="right"/>
      </w:pPr>
      <w:r>
        <w:t>میں radio سن رہا تھا، اس میں ایک item، ایک interview آ رہا تھا کسی کا۔</w:t>
      </w:r>
    </w:p>
    <w:p>
      <w:r>
        <w:rPr>
          <w:b/>
        </w:rPr>
        <w:t xml:space="preserve">[28:52] </w:t>
      </w:r>
      <w:r>
        <w:t>wo bas apni maan, haan meri maan, meri maan, bas maan hi ko sab kuch bata raha tha wo.</w:t>
      </w:r>
    </w:p>
    <w:p>
      <w:pPr>
        <w:jc w:val="right"/>
      </w:pPr>
      <w:r>
        <w:t>وہ بس اپنی ماں، ہاں میری ماں، میری ماں، بس ماں ہی کو سب کچھ بتا رہا تھا وہ۔</w:t>
      </w:r>
    </w:p>
    <w:p>
      <w:r>
        <w:rPr>
          <w:b/>
        </w:rPr>
        <w:t xml:space="preserve">[28:59] </w:t>
      </w:r>
      <w:r>
        <w:t>to maine socha ke is ko kitna be khabar hai? Kya kya tum ko maan ne create kiya hai?</w:t>
      </w:r>
    </w:p>
    <w:p>
      <w:pPr>
        <w:jc w:val="right"/>
      </w:pPr>
      <w:r>
        <w:t>تو میں نے سوچا کہ اس کو کتنا بے خبر ہے؟ کیا کیا تم کو ماں نے create کیا ہے؟</w:t>
      </w:r>
    </w:p>
    <w:p>
      <w:r>
        <w:rPr>
          <w:b/>
        </w:rPr>
        <w:t xml:space="preserve">[29:05] </w:t>
      </w:r>
      <w:r>
        <w:t>mein soch raha tha, kya is ka creator jo hai, us ki maan hai? kisi bhi insaan ka creator us ke maan aur baap nahi hain. to maan aur baap se to aap ko bepanah mohabbat hai, aur Allah hadaf hai. kyun? is liye ke Allah ki mohabbat ka jo source tha, woh is ko aap ne study nahi ki, is ko jaana nahi aap ne, is se bekhabar rahe. to maan ke baray</w:t>
      </w:r>
    </w:p>
    <w:p>
      <w:pPr>
        <w:jc w:val="right"/>
      </w:pPr>
      <w:r>
        <w:t>میں سوچ رہا تھا، کیا اس کا creator جو ہے، اس کی ماں ہے؟ کسی بھی انسان کا creator اس کے ماں اور باپ نہیں ہیں۔ تو ماں اور باپ سے تو آپ کو بے پناہ محبت ہے، اور اللہ ہدف ہے۔ کیوں؟ اس لیے کہ اللہ کی محبت کا جو source تھا، وہ اس کو آپ نے study نہیں کی، اس کو جانا نہیں آپ نے، اس سے بے خبر رہے۔ تو ماں کے بارے</w:t>
      </w:r>
    </w:p>
    <w:p>
      <w:r>
        <w:rPr>
          <w:b/>
        </w:rPr>
        <w:t xml:space="preserve">[29:35] </w:t>
      </w:r>
      <w:r>
        <w:t>mein to aap ko pata hai ke is ke pait se mein paida hua hoon.</w:t>
      </w:r>
    </w:p>
    <w:p>
      <w:pPr>
        <w:jc w:val="right"/>
      </w:pPr>
      <w:r>
        <w:t>میں تو آپ کو پتہ ہے کہ اس کے پیٹ سے میں پیدا ہوا ہوں۔</w:t>
      </w:r>
    </w:p>
    <w:p>
      <w:r>
        <w:rPr>
          <w:b/>
        </w:rPr>
        <w:t xml:space="preserve">[29:41] </w:t>
      </w:r>
      <w:r>
        <w:t>is ke pait se meri paidaish hui hai.</w:t>
      </w:r>
    </w:p>
    <w:p>
      <w:pPr>
        <w:jc w:val="right"/>
      </w:pPr>
      <w:r>
        <w:t>اس کے پیٹ سے میری پیدائش ہوئی ہے۔</w:t>
      </w:r>
    </w:p>
    <w:p>
      <w:r>
        <w:rPr>
          <w:b/>
        </w:rPr>
        <w:t xml:space="preserve">[29:47] </w:t>
      </w:r>
      <w:r>
        <w:t>lekin Allah Rab ul Alameen jo itni badi kainat aap ke liye paida ki hai, itni badi universe, yaani</w:t>
      </w:r>
    </w:p>
    <w:p>
      <w:pPr>
        <w:jc w:val="right"/>
      </w:pPr>
      <w:r>
        <w:t>لیکن اللہ رب العالمین جو اتنی بڑی کائنات آپ کے لیے پیدا کی ہے، اتنی بڑی universe، یعنی</w:t>
      </w:r>
    </w:p>
    <w:p>
      <w:r>
        <w:rPr>
          <w:b/>
        </w:rPr>
        <w:t xml:space="preserve">[29:53] </w:t>
      </w:r>
      <w:r>
        <w:t>custom made universe, itni badi universe hai, wo custom made hai.</w:t>
      </w:r>
    </w:p>
    <w:p>
      <w:pPr>
        <w:jc w:val="right"/>
      </w:pPr>
      <w:r>
        <w:t>custom made universe، اتنی بڑی universe ہے، وہ custom made ہے۔</w:t>
      </w:r>
    </w:p>
    <w:p>
      <w:r>
        <w:rPr>
          <w:b/>
        </w:rPr>
        <w:t xml:space="preserve">[29:59] </w:t>
      </w:r>
      <w:r>
        <w:t>is ko khabar nahi, is liye Allah</w:t>
      </w:r>
    </w:p>
    <w:p>
      <w:pPr>
        <w:jc w:val="right"/>
      </w:pPr>
      <w:r>
        <w:t>اس کو خبر نہیں، اس لیے اللہ</w:t>
      </w:r>
    </w:p>
    <w:p>
      <w:r>
        <w:rPr>
          <w:b/>
        </w:rPr>
        <w:t xml:space="preserve">[30:05] </w:t>
      </w:r>
      <w:r>
        <w:t>se mohabbat bhi nahi. to is ka maani hai ke jo log Allah se mohabbat na, ya darja mohabbat discover na karen, woh apni jannat ka risk le rahe hain. jo log apne creator ko love ke darje mein discover na karen, woh apni paradise ka risk le rahe hain. Allah taala bachaye is anjaam se. meri dua hai aap ke liye aur aap sab logon</w:t>
      </w:r>
    </w:p>
    <w:p>
      <w:pPr>
        <w:jc w:val="right"/>
      </w:pPr>
      <w:r>
        <w:t>سے محبت بھی نہیں۔ تو اس کا معنی ہے کہ جو لوگ اللہ سے محبت نہ، یا درجہ محبت discover نہ کریں، وہ اپنی جنت کا risk لے رہے ہیں۔ جو لوگ اپنے creator کو love کے درجے میں discover نہ کریں، وہ اپنی Paradise کا risk لے رہے ہیں۔ اللہ تعالیٰ بچائے اس انجام سے۔ میری دعا ہے آپ کے لیے اور آپ سب لوگوں</w:t>
      </w:r>
    </w:p>
    <w:p>
      <w:r>
        <w:rPr>
          <w:b/>
        </w:rPr>
        <w:t xml:space="preserve">[30:35] </w:t>
      </w:r>
      <w:r>
        <w:t>ke liye ke hum is anjaam se Allah taala hamein bachaye. assalamu alaikum wa rahmatullahi.</w:t>
      </w:r>
    </w:p>
    <w:p>
      <w:pPr>
        <w:jc w:val="right"/>
      </w:pPr>
      <w:r>
        <w:t>کے لیے کہ ہم اس انجام سے اللہ تعالیٰ ہمیں بچائے۔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