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on Eid Milad un Nabi, Feb 28, 2010</w:t>
      </w:r>
    </w:p>
    <w:p>
      <w:r>
        <w:t>https://www.youtube.com/watch?v=PwbtLmWBEGY</w:t>
      </w:r>
    </w:p>
    <w:p>
      <w:r>
        <w:rPr>
          <w:b/>
        </w:rPr>
        <w:t xml:space="preserve">[00:14] </w:t>
      </w:r>
      <w:r>
        <w:t>bismillah-ir-rahman-ir-rahim. wa salli Allahu ala nabiyyil karim. rab-ish-rahli sadri, wa yassir li amri, wah-l-uqdatan min lisani, yafqahu qawli. aaj ki talk paighambar-e-Islam sallallahu alaihi wasallam</w:t>
      </w:r>
    </w:p>
    <w:p>
      <w:pPr>
        <w:jc w:val="right"/>
      </w:pPr>
      <w:r>
        <w:t>بسم اللہ الرحمن الرحیم۔ وصلی اللہ علی النبی الکریم۔ رب اشرح لی صدری، ویسر لی امری، واحل العقدۃ من لسانی، یفقہ قولی۔ آج کی ٹاک پیغمبر اسلام صلی اللہ علیہ وسلم</w:t>
      </w:r>
    </w:p>
    <w:p>
      <w:r>
        <w:rPr>
          <w:b/>
        </w:rPr>
        <w:t xml:space="preserve">[00:44] </w:t>
      </w:r>
      <w:r>
        <w:t>ke bare mein hai.</w:t>
      </w:r>
    </w:p>
    <w:p>
      <w:pPr>
        <w:jc w:val="right"/>
      </w:pPr>
      <w:r>
        <w:t>کے بارے میں ہے۔</w:t>
      </w:r>
    </w:p>
    <w:p>
      <w:r>
        <w:rPr>
          <w:b/>
        </w:rPr>
        <w:t xml:space="preserve">[00:49] </w:t>
      </w:r>
      <w:r>
        <w:t>yaani Prophet of Islam ke bare mein.</w:t>
      </w:r>
    </w:p>
    <w:p>
      <w:pPr>
        <w:jc w:val="right"/>
      </w:pPr>
      <w:r>
        <w:t>یعنی Prophet of Islam کے بارے میں۔</w:t>
      </w:r>
    </w:p>
    <w:p>
      <w:r>
        <w:rPr>
          <w:b/>
        </w:rPr>
        <w:t xml:space="preserve">[00:54] </w:t>
      </w:r>
      <w:r>
        <w:t>Paighamabar e Islam ki paidaish Arab mein hui, Makka mein.</w:t>
      </w:r>
    </w:p>
    <w:p>
      <w:pPr>
        <w:jc w:val="right"/>
      </w:pPr>
      <w:r>
        <w:t>پیغمبر اسلام کی پیدائش عرب میں ہوئی، مکہ میں۔</w:t>
      </w:r>
    </w:p>
    <w:p>
      <w:r>
        <w:rPr>
          <w:b/>
        </w:rPr>
        <w:t xml:space="preserve">[00:59] </w:t>
      </w:r>
      <w:r>
        <w:t>kaha jata hai ke barah Rabi ul Awal ko hui thi.</w:t>
      </w:r>
    </w:p>
    <w:p>
      <w:pPr>
        <w:jc w:val="right"/>
      </w:pPr>
      <w:r>
        <w:t>کہا جاتا ہے کہ بارہ ربیع الاول کو ہوئی تھی۔</w:t>
      </w:r>
    </w:p>
    <w:p>
      <w:r>
        <w:rPr>
          <w:b/>
        </w:rPr>
        <w:t xml:space="preserve">[01:04] </w:t>
      </w:r>
      <w:r>
        <w:t>to kal barah rabi ul awwal tha.</w:t>
      </w:r>
    </w:p>
    <w:p>
      <w:pPr>
        <w:jc w:val="right"/>
      </w:pPr>
      <w:r>
        <w:t>تو کل بارہ ربیع الاول تھا۔</w:t>
      </w:r>
    </w:p>
    <w:p>
      <w:r>
        <w:rPr>
          <w:b/>
        </w:rPr>
        <w:t xml:space="preserve">[01:09] </w:t>
      </w:r>
      <w:r>
        <w:t>yani barah rabi ul awwal chaudah so iktis</w:t>
      </w:r>
    </w:p>
    <w:p>
      <w:pPr>
        <w:jc w:val="right"/>
      </w:pPr>
      <w:r>
        <w:t>یعنی بارہ ربیع الاول چودہ سو اکتیس</w:t>
      </w:r>
    </w:p>
    <w:p>
      <w:r>
        <w:rPr>
          <w:b/>
        </w:rPr>
        <w:t xml:space="preserve">[01:14] </w:t>
      </w:r>
      <w:r>
        <w:t>hijri.</w:t>
      </w:r>
    </w:p>
    <w:p>
      <w:pPr>
        <w:jc w:val="right"/>
      </w:pPr>
      <w:r>
        <w:t>ہجری۔</w:t>
      </w:r>
    </w:p>
    <w:p>
      <w:r>
        <w:rPr>
          <w:b/>
        </w:rPr>
        <w:t xml:space="preserve">[01:20] </w:t>
      </w:r>
      <w:r>
        <w:t>Fourteen hundred thirty-one.</w:t>
      </w:r>
    </w:p>
    <w:p>
      <w:pPr>
        <w:jc w:val="right"/>
      </w:pPr>
      <w:r>
        <w:t>Fourteen hundred thirty-one۔</w:t>
      </w:r>
    </w:p>
    <w:p>
      <w:r>
        <w:rPr>
          <w:b/>
        </w:rPr>
        <w:t xml:space="preserve">[01:27] </w:t>
      </w:r>
      <w:r>
        <w:t>is matlab mein ke hijri calendar ke hisab se rasool Allah ki paidaish ab se chudah so iktis</w:t>
      </w:r>
    </w:p>
    <w:p>
      <w:pPr>
        <w:jc w:val="right"/>
      </w:pPr>
      <w:r>
        <w:t>اس معنی میں کہ ہجری کیلنڈر کے حساب سے رسول اللہ کی پیدائش اب سے چودہ سو اکتیس</w:t>
      </w:r>
    </w:p>
    <w:p>
      <w:r>
        <w:rPr>
          <w:b/>
        </w:rPr>
        <w:t xml:space="preserve">[01:33] </w:t>
      </w:r>
      <w:r>
        <w:t>saal pehle hui.</w:t>
      </w:r>
    </w:p>
    <w:p>
      <w:pPr>
        <w:jc w:val="right"/>
      </w:pPr>
      <w:r>
        <w:t>سال پہلے ہوئی۔</w:t>
      </w:r>
    </w:p>
    <w:p>
      <w:r>
        <w:rPr>
          <w:b/>
        </w:rPr>
        <w:t xml:space="preserve">[01:39] </w:t>
      </w:r>
      <w:r>
        <w:t>to har saal rabi ul awwal mein musalman bohat bare peymane par rasool Allah ki yaad mein mukhtalif program karte hain.</w:t>
      </w:r>
    </w:p>
    <w:p>
      <w:pPr>
        <w:jc w:val="right"/>
      </w:pPr>
      <w:r>
        <w:t>تو ہر سال ربیع الاول میں مسلمان بہت بڑے پیمانے پر رسول اللہ کی یاد میں مختلف پروگرام کرتے ہیں۔</w:t>
      </w:r>
    </w:p>
    <w:p>
      <w:r>
        <w:rPr>
          <w:b/>
        </w:rPr>
        <w:t xml:space="preserve">[01:46] </w:t>
      </w:r>
      <w:r>
        <w:t>is ko Birthday nahi kehte balkay Eid Milad un Nabi kehte hain.</w:t>
      </w:r>
    </w:p>
    <w:p>
      <w:pPr>
        <w:jc w:val="right"/>
      </w:pPr>
      <w:r>
        <w:t>اس کو Birthday نہیں کہتے بلکہ عید میلاد النبی کہتے ہیں۔</w:t>
      </w:r>
    </w:p>
    <w:p>
      <w:r>
        <w:rPr>
          <w:b/>
        </w:rPr>
        <w:t xml:space="preserve">[01:52] </w:t>
      </w:r>
      <w:r>
        <w:t>to kal aise program bohat sare thay.</w:t>
      </w:r>
    </w:p>
    <w:p>
      <w:pPr>
        <w:jc w:val="right"/>
      </w:pPr>
      <w:r>
        <w:t>تو کل ایسے پروگرام بہت سارے تھے۔</w:t>
      </w:r>
    </w:p>
    <w:p>
      <w:r>
        <w:rPr>
          <w:b/>
        </w:rPr>
        <w:t xml:space="preserve">[01:58] </w:t>
      </w:r>
      <w:r>
        <w:t>aaj ke muslim akhbaron mein is ki reporten hain.</w:t>
      </w:r>
    </w:p>
    <w:p>
      <w:pPr>
        <w:jc w:val="right"/>
      </w:pPr>
      <w:r>
        <w:t>آج کے مسلم اخباروں میں اس کی رپورٹیں ہیں۔</w:t>
      </w:r>
    </w:p>
    <w:p>
      <w:r>
        <w:rPr>
          <w:b/>
        </w:rPr>
        <w:t xml:space="preserve">[02:04] </w:t>
      </w:r>
      <w:r>
        <w:t>to is ko parh kar mujhe apna poori jahan se wahan tak poori zindagi yaad aayi.</w:t>
      </w:r>
    </w:p>
    <w:p>
      <w:pPr>
        <w:jc w:val="right"/>
      </w:pPr>
      <w:r>
        <w:t>تو اس کو پڑھ کر مجھے اپنا پوری جہاں سے وہاں تک پوری زندگی یاد آئی۔</w:t>
      </w:r>
    </w:p>
    <w:p>
      <w:r>
        <w:rPr>
          <w:b/>
        </w:rPr>
        <w:t xml:space="preserve">[02:10] </w:t>
      </w:r>
      <w:r>
        <w:t>jab mein aadha Akbar mein rehta tha tab se yeh silsila dekhta aur sunta</w:t>
      </w:r>
    </w:p>
    <w:p>
      <w:pPr>
        <w:jc w:val="right"/>
      </w:pPr>
      <w:r>
        <w:t>جب میں آدھ اکبر میں رہتا تھا تب سے یہ سلسلہ دیکھتا اور سنتا</w:t>
      </w:r>
    </w:p>
    <w:p>
      <w:r>
        <w:rPr>
          <w:b/>
        </w:rPr>
        <w:t xml:space="preserve">[02:16] </w:t>
      </w:r>
      <w:r>
        <w:t>raha hoon.</w:t>
      </w:r>
    </w:p>
    <w:p>
      <w:pPr>
        <w:jc w:val="right"/>
      </w:pPr>
      <w:r>
        <w:t>رہا ہوں۔</w:t>
      </w:r>
    </w:p>
    <w:p>
      <w:r>
        <w:rPr>
          <w:b/>
        </w:rPr>
        <w:t xml:space="preserve">[02:24] </w:t>
      </w:r>
      <w:r>
        <w:t>sare program jo hote hain barah rabi ul awwal ke silsile mein jo speeches hoti hain, jo articles chaptay</w:t>
      </w:r>
    </w:p>
    <w:p>
      <w:pPr>
        <w:jc w:val="right"/>
      </w:pPr>
      <w:r>
        <w:t>سارے پروگرام جو ہوتے ہیں بارہ ربیع الاول کے سلسلے میں جو اسپیچز ہوتی ہیں، جو آرٹیکل چھپتے</w:t>
      </w:r>
    </w:p>
    <w:p>
      <w:r>
        <w:rPr>
          <w:b/>
        </w:rPr>
        <w:t xml:space="preserve">[02:31] </w:t>
      </w:r>
      <w:r>
        <w:t>hain, jo numbers chaptay hain magazines ke sab ka just kya hota hai woh yeh batate hain ke</w:t>
      </w:r>
    </w:p>
    <w:p>
      <w:pPr>
        <w:jc w:val="right"/>
      </w:pPr>
      <w:r>
        <w:t>ہیں، جو نمبر چھپتے ہیں میگزینز کے سب کا جست کیا ہوتا ہے وہ یہ بتاتے ہیں کہ</w:t>
      </w:r>
    </w:p>
    <w:p>
      <w:r>
        <w:rPr>
          <w:b/>
        </w:rPr>
        <w:t xml:space="preserve">[02:39] </w:t>
      </w:r>
      <w:r>
        <w:t>rasool Allah jo thay woh sarwar alam thay, shehanshah kainat thay aur rehber alam thay.</w:t>
      </w:r>
    </w:p>
    <w:p>
      <w:pPr>
        <w:jc w:val="right"/>
      </w:pPr>
      <w:r>
        <w:t>رسول اللہ جو تھے وہ سرور عالم تھے، شہنشاہ کونین تھے اور رہبر عالم تھے۔</w:t>
      </w:r>
    </w:p>
    <w:p>
      <w:r>
        <w:rPr>
          <w:b/>
        </w:rPr>
        <w:t xml:space="preserve">[02:46] </w:t>
      </w:r>
      <w:r>
        <w:t>to rasool Allah ne dunya ko rasta dikhaya, sari dunya ko.</w:t>
      </w:r>
    </w:p>
    <w:p>
      <w:pPr>
        <w:jc w:val="right"/>
      </w:pPr>
      <w:r>
        <w:t>تو رسول اللہ نے دنیا کو راستہ دکھایا، ساری دنیا کو۔</w:t>
      </w:r>
    </w:p>
    <w:p>
      <w:r>
        <w:rPr>
          <w:b/>
        </w:rPr>
        <w:t xml:space="preserve">[02:52] </w:t>
      </w:r>
      <w:r>
        <w:t>sare masail ka hal bataya.</w:t>
      </w:r>
    </w:p>
    <w:p>
      <w:pPr>
        <w:jc w:val="right"/>
      </w:pPr>
      <w:r>
        <w:t>سارے مسائل کا حل بتایا۔</w:t>
      </w:r>
    </w:p>
    <w:p>
      <w:r>
        <w:rPr>
          <w:b/>
        </w:rPr>
        <w:t xml:space="preserve">[02:58] </w:t>
      </w:r>
      <w:r>
        <w:t>jo bhi problem insan face kar raha hai uska hal bataya.</w:t>
      </w:r>
    </w:p>
    <w:p>
      <w:pPr>
        <w:jc w:val="right"/>
      </w:pPr>
      <w:r>
        <w:t>جو بھی پرابلم انسان فیس کر رہا ہے اس کا حل بتایا۔</w:t>
      </w:r>
    </w:p>
    <w:p>
      <w:r>
        <w:rPr>
          <w:b/>
        </w:rPr>
        <w:t xml:space="preserve">[03:04] </w:t>
      </w:r>
      <w:r>
        <w:t>yeh chala aa raha hai sadiyon se aur mein apni zindagi mein is ko dekhta chala aa raha hoon.</w:t>
      </w:r>
    </w:p>
    <w:p>
      <w:pPr>
        <w:jc w:val="right"/>
      </w:pPr>
      <w:r>
        <w:t>یہ چلا آ رہا ہے صدیوں سے اور میں اپنی زندگی میں اس کو دیکھتا چلا آ رہا ہوں۔</w:t>
      </w:r>
    </w:p>
    <w:p>
      <w:r>
        <w:rPr>
          <w:b/>
        </w:rPr>
        <w:t xml:space="preserve">[03:10] </w:t>
      </w:r>
      <w:r>
        <w:t>to sab ka khulasa yeh hota hai.</w:t>
      </w:r>
    </w:p>
    <w:p>
      <w:pPr>
        <w:jc w:val="right"/>
      </w:pPr>
      <w:r>
        <w:t>تو سب کا خلاصہ یہ ہوتا ہے۔</w:t>
      </w:r>
    </w:p>
    <w:p>
      <w:r>
        <w:rPr>
          <w:b/>
        </w:rPr>
        <w:t xml:space="preserve">[03:16] </w:t>
      </w:r>
      <w:r>
        <w:t>naaten parhi jati hain aur kya kya hota hai.</w:t>
      </w:r>
    </w:p>
    <w:p>
      <w:pPr>
        <w:jc w:val="right"/>
      </w:pPr>
      <w:r>
        <w:t>نعتیں پڑھی جاتی ہیں اور کیا کیا ہوتا ہے۔</w:t>
      </w:r>
    </w:p>
    <w:p>
      <w:r>
        <w:rPr>
          <w:b/>
        </w:rPr>
        <w:t xml:space="preserve">[03:22] </w:t>
      </w:r>
      <w:r>
        <w:t>misal ke taur par arabi ki ek naat hai: Balaghal ula bi kamalehi, kashafad duja bi jamalehi, hasalat jamee'un wa khisalehi, saloo alaihi wa aalehi.</w:t>
      </w:r>
    </w:p>
    <w:p>
      <w:pPr>
        <w:jc w:val="right"/>
      </w:pPr>
      <w:r>
        <w:t>مثلاً عربی کی ایک نعت ہے: بلغ العلیٰ بکمالہ، کشفت دجا بجمالہ، حصلت جمیع و خصالہ، صلو علیہ وآلہ۔</w:t>
      </w:r>
    </w:p>
    <w:p>
      <w:r>
        <w:rPr>
          <w:b/>
        </w:rPr>
        <w:t xml:space="preserve">[03:28] </w:t>
      </w:r>
      <w:r>
        <w:t>is mein dekhen kehte hain kashafad duja.</w:t>
      </w:r>
    </w:p>
    <w:p>
      <w:pPr>
        <w:jc w:val="right"/>
      </w:pPr>
      <w:r>
        <w:t>اس میں دیکھیں کہتے ہیں کشفت دجا۔</w:t>
      </w:r>
    </w:p>
    <w:p>
      <w:r>
        <w:rPr>
          <w:b/>
        </w:rPr>
        <w:t xml:space="preserve">[03:34] </w:t>
      </w:r>
      <w:r>
        <w:t>kashafad duja ka matlab hota hai He removed all darkness.</w:t>
      </w:r>
    </w:p>
    <w:p>
      <w:pPr>
        <w:jc w:val="right"/>
      </w:pPr>
      <w:r>
        <w:t>کشفت دجا کا مطلب ہوتا ہے He removed all darkness۔</w:t>
      </w:r>
    </w:p>
    <w:p>
      <w:r>
        <w:rPr>
          <w:b/>
        </w:rPr>
        <w:t xml:space="preserve">[03:40] </w:t>
      </w:r>
      <w:r>
        <w:t>unho ne dunya se tamam tareekiyan khatm</w:t>
      </w:r>
    </w:p>
    <w:p>
      <w:pPr>
        <w:jc w:val="right"/>
      </w:pPr>
      <w:r>
        <w:t>انہوں نے دنیا سے تمام تاریکیاں ختم</w:t>
      </w:r>
    </w:p>
    <w:p>
      <w:r>
        <w:rPr>
          <w:b/>
        </w:rPr>
        <w:t xml:space="preserve">[03:46] </w:t>
      </w:r>
      <w:r>
        <w:t>kar dein.</w:t>
      </w:r>
    </w:p>
    <w:p>
      <w:pPr>
        <w:jc w:val="right"/>
      </w:pPr>
      <w:r>
        <w:t>کر دیں۔</w:t>
      </w:r>
    </w:p>
    <w:p>
      <w:r>
        <w:rPr>
          <w:b/>
        </w:rPr>
        <w:t xml:space="preserve">[03:51] </w:t>
      </w:r>
      <w:r>
        <w:t>saare masail hal kar diye.</w:t>
      </w:r>
    </w:p>
    <w:p>
      <w:pPr>
        <w:jc w:val="right"/>
      </w:pPr>
      <w:r>
        <w:t>سارے مسائل حل کر دئے۔</w:t>
      </w:r>
    </w:p>
    <w:p>
      <w:r>
        <w:rPr>
          <w:b/>
        </w:rPr>
        <w:t xml:space="preserve">[03:55] </w:t>
      </w:r>
      <w:r>
        <w:t>to har saal jo speaker hain, jo writers hain yahi baat kehte hain ke rasool Allah jo hain</w:t>
      </w:r>
    </w:p>
    <w:p>
      <w:pPr>
        <w:jc w:val="right"/>
      </w:pPr>
      <w:r>
        <w:t>تو ہر سال جو اسپیکر ہیں، جو رائٹرز ہیں یہی بات کہتے ہیں کہ رسول اللہ جو ہیں</w:t>
      </w:r>
    </w:p>
    <w:p>
      <w:r>
        <w:rPr>
          <w:b/>
        </w:rPr>
        <w:t xml:space="preserve">[03:59] </w:t>
      </w:r>
      <w:r>
        <w:t>unki taleemat, unki teaching mein saare masail ka hal hai.</w:t>
      </w:r>
    </w:p>
    <w:p>
      <w:pPr>
        <w:jc w:val="right"/>
      </w:pPr>
      <w:r>
        <w:t>ان کی تعلیمات، ان کی ٹیچنگ میں سارے مسائل کا حل ہے۔</w:t>
      </w:r>
    </w:p>
    <w:p>
      <w:r>
        <w:rPr>
          <w:b/>
        </w:rPr>
        <w:t xml:space="preserve">[04:04] </w:t>
      </w:r>
      <w:r>
        <w:t>saare problems ka solution hai.</w:t>
      </w:r>
    </w:p>
    <w:p>
      <w:pPr>
        <w:jc w:val="right"/>
      </w:pPr>
      <w:r>
        <w:t>سارے پرابلمز کا سلوشن ہے۔</w:t>
      </w:r>
    </w:p>
    <w:p>
      <w:r>
        <w:rPr>
          <w:b/>
        </w:rPr>
        <w:t xml:space="preserve">[04:08] </w:t>
      </w:r>
      <w:r>
        <w:t>kal mein yeh soch raha tha ke theek usi waqt jab ke musalman aisa keh rahe hain woh</w:t>
      </w:r>
    </w:p>
    <w:p>
      <w:pPr>
        <w:jc w:val="right"/>
      </w:pPr>
      <w:r>
        <w:t>کل میں یہ سوچ رہا تھا کہ ٹھیک اسی وقت جب کہ مسلمان ایسا کہہ رہے ہیں وہ</w:t>
      </w:r>
    </w:p>
    <w:p>
      <w:r>
        <w:rPr>
          <w:b/>
        </w:rPr>
        <w:t xml:space="preserve">[04:12] </w:t>
      </w:r>
      <w:r>
        <w:t>shikayat ki zaban ki</w:t>
      </w:r>
    </w:p>
    <w:p>
      <w:pPr>
        <w:jc w:val="right"/>
      </w:pPr>
      <w:r>
        <w:t>شکایت کی زبان کی</w:t>
      </w:r>
    </w:p>
    <w:p>
      <w:r>
        <w:rPr>
          <w:b/>
        </w:rPr>
        <w:t xml:space="preserve">[04:16] </w:t>
      </w:r>
      <w:r>
        <w:t>وں bolte hain? Har Musalman shikayat ki boli bolta hai.</w:t>
      </w:r>
    </w:p>
    <w:p>
      <w:pPr>
        <w:jc w:val="right"/>
      </w:pPr>
      <w:r>
        <w:t>وں بولتے ہیں؟ ہر مسلمان شکایت کی بولی بولتا ہے۔</w:t>
      </w:r>
    </w:p>
    <w:p>
      <w:r>
        <w:rPr>
          <w:b/>
        </w:rPr>
        <w:t xml:space="preserve">[04:20] </w:t>
      </w:r>
      <w:r>
        <w:t>matlab yeh hai ke woh kehte hain ke musalman jo hain masail mein ghare hue hain.</w:t>
      </w:r>
    </w:p>
    <w:p>
      <w:pPr>
        <w:jc w:val="right"/>
      </w:pPr>
      <w:r>
        <w:t>مطلب یہ ہے کہ وہ کہتے ہیں کہ مسلمان جو ہیں مسائل میں گھرے ہوئے ہیں۔</w:t>
      </w:r>
    </w:p>
    <w:p>
      <w:r>
        <w:rPr>
          <w:b/>
        </w:rPr>
        <w:t xml:space="preserve">[04:24] </w:t>
      </w:r>
      <w:r>
        <w:t>musalman siege ki halat mein hain.</w:t>
      </w:r>
    </w:p>
    <w:p>
      <w:pPr>
        <w:jc w:val="right"/>
      </w:pPr>
      <w:r>
        <w:t>مسلمان سیج کی حالت میں ہیں۔</w:t>
      </w:r>
    </w:p>
    <w:p>
      <w:r>
        <w:rPr>
          <w:b/>
        </w:rPr>
        <w:t xml:space="preserve">[04:28] </w:t>
      </w:r>
      <w:r>
        <w:t>siege ka word bola jata hai.</w:t>
      </w:r>
    </w:p>
    <w:p>
      <w:pPr>
        <w:jc w:val="right"/>
      </w:pPr>
      <w:r>
        <w:t>سیج کا ورڈ بولا جاتا ہے۔</w:t>
      </w:r>
    </w:p>
    <w:p>
      <w:r>
        <w:rPr>
          <w:b/>
        </w:rPr>
        <w:t xml:space="preserve">[04:32] </w:t>
      </w:r>
      <w:r>
        <w:t>siege ki halat mein hain.</w:t>
      </w:r>
    </w:p>
    <w:p>
      <w:pPr>
        <w:jc w:val="right"/>
      </w:pPr>
      <w:r>
        <w:t>سیج کی حالت میں ہیں۔</w:t>
      </w:r>
    </w:p>
    <w:p>
      <w:r>
        <w:rPr>
          <w:b/>
        </w:rPr>
        <w:t xml:space="preserve">[04:35] </w:t>
      </w:r>
      <w:r>
        <w:t>unke khilaf conspiracy ho rahi hai.</w:t>
      </w:r>
    </w:p>
    <w:p>
      <w:pPr>
        <w:jc w:val="right"/>
      </w:pPr>
      <w:r>
        <w:t>ان کے خلاف conspiracy ہو رہی ہے۔</w:t>
      </w:r>
    </w:p>
    <w:p>
      <w:r>
        <w:rPr>
          <w:b/>
        </w:rPr>
        <w:t xml:space="preserve">[04:39] </w:t>
      </w:r>
      <w:r>
        <w:t>unke khilaf log dushmani kar rahe hain.</w:t>
      </w:r>
    </w:p>
    <w:p>
      <w:pPr>
        <w:jc w:val="right"/>
      </w:pPr>
      <w:r>
        <w:t>ان کے خلاف لوگ دشمنی کر رہے ہیں۔</w:t>
      </w:r>
    </w:p>
    <w:p>
      <w:r>
        <w:rPr>
          <w:b/>
        </w:rPr>
        <w:t xml:space="preserve">[04:43] </w:t>
      </w:r>
      <w:r>
        <w:t>to sawal yeh hai yeh kyun aisa hai? jab naujawani ke umar mein mein aadha Akbar mein tha us waqt</w:t>
      </w:r>
    </w:p>
    <w:p>
      <w:pPr>
        <w:jc w:val="right"/>
      </w:pPr>
      <w:r>
        <w:t>تو سوال یہ ہے یہ کیوں ایسا ہے؟ جب نوجوانی کے عمر میں میں آدھ اکبر میں تھا اس وقت</w:t>
      </w:r>
    </w:p>
    <w:p>
      <w:r>
        <w:rPr>
          <w:b/>
        </w:rPr>
        <w:t xml:space="preserve">[04:47] </w:t>
      </w:r>
      <w:r>
        <w:t>bhi yahi sab hota tha.</w:t>
      </w:r>
    </w:p>
    <w:p>
      <w:pPr>
        <w:jc w:val="right"/>
      </w:pPr>
      <w:r>
        <w:t>بھی یہی سب ہوتا تھا۔</w:t>
      </w:r>
    </w:p>
    <w:p>
      <w:r>
        <w:rPr>
          <w:b/>
        </w:rPr>
        <w:t xml:space="preserve">[04:53] </w:t>
      </w:r>
      <w:r>
        <w:t>aam taur par aise article chhapte the ke musalman kya karein? yani musalman kya ek blind alley mein</w:t>
      </w:r>
    </w:p>
    <w:p>
      <w:pPr>
        <w:jc w:val="right"/>
      </w:pPr>
      <w:r>
        <w:t>عام طور پر ایسے آرٹیکل چھپتے تھے کہ مسلمان کیا کریں؟ یعنی مسلمان کیا ایک بلائنڈ علی میں</w:t>
      </w:r>
    </w:p>
    <w:p>
      <w:r>
        <w:rPr>
          <w:b/>
        </w:rPr>
        <w:t xml:space="preserve">[04:59] </w:t>
      </w:r>
      <w:r>
        <w:t>paate hain apne aap ko.</w:t>
      </w:r>
    </w:p>
    <w:p>
      <w:pPr>
        <w:jc w:val="right"/>
      </w:pPr>
      <w:r>
        <w:t>پاتے ہیں اپنے آپ کو۔</w:t>
      </w:r>
    </w:p>
    <w:p>
      <w:r>
        <w:rPr>
          <w:b/>
        </w:rPr>
        <w:t xml:space="preserve">[05:05] </w:t>
      </w:r>
      <w:r>
        <w:t>yeh sawal aaj tak hai ke musalman kya karein? arabi mein aise article chhapte hain ke min ayna</w:t>
      </w:r>
    </w:p>
    <w:p>
      <w:pPr>
        <w:jc w:val="right"/>
      </w:pPr>
      <w:r>
        <w:t>یہ سوال آج تک ہے کہ مسلمان کیا کریں؟ عربی میں ایسے آرٹیکل چھپتے ہیں کہ من أين</w:t>
      </w:r>
    </w:p>
    <w:p>
      <w:r>
        <w:rPr>
          <w:b/>
        </w:rPr>
        <w:t xml:space="preserve">[05:11] </w:t>
      </w:r>
      <w:r>
        <w:t>nabda? From where to begin? angrezi mein chhapte hain ke Where we missed the bus</w:t>
      </w:r>
    </w:p>
    <w:p>
      <w:pPr>
        <w:jc w:val="right"/>
      </w:pPr>
      <w:r>
        <w:t>نبدأ؟ From where to begin؟ انگلش میں چھپتے ہیں کہ Where we missed the bus</w:t>
      </w:r>
    </w:p>
    <w:p>
      <w:r>
        <w:rPr>
          <w:b/>
        </w:rPr>
        <w:t xml:space="preserve">[05:18] </w:t>
      </w:r>
      <w:r>
        <w:t>? hum ne kahan kho diya sawari ko? to ek taraf yeh hai ke musalman barabar har bolne</w:t>
      </w:r>
    </w:p>
    <w:p>
      <w:pPr>
        <w:jc w:val="right"/>
      </w:pPr>
      <w:r>
        <w:t>؟ ہم نے کہاں کھو دیا سواری کو؟ تو ایک طرف یہ ہے کہ مسلمان برابر ہر بولنے</w:t>
      </w:r>
    </w:p>
    <w:p>
      <w:r>
        <w:rPr>
          <w:b/>
        </w:rPr>
        <w:t xml:space="preserve">[05:24] </w:t>
      </w:r>
      <w:r>
        <w:t>wala, har likhne wala yeh keh raha hai ke musalman problem mein ghare hue hain.</w:t>
      </w:r>
    </w:p>
    <w:p>
      <w:pPr>
        <w:jc w:val="right"/>
      </w:pPr>
      <w:r>
        <w:t>والا، ہر لکھنے والا یہ کہہ رہا ہے کہ مسلمان پرابلم میں گھرے ہوئے ہیں۔</w:t>
      </w:r>
    </w:p>
    <w:p>
      <w:r>
        <w:rPr>
          <w:b/>
        </w:rPr>
        <w:t xml:space="preserve">[05:30] </w:t>
      </w:r>
      <w:r>
        <w:t>musalman jo hain samsyaon mein phanse hue hain.</w:t>
      </w:r>
    </w:p>
    <w:p>
      <w:pPr>
        <w:jc w:val="right"/>
      </w:pPr>
      <w:r>
        <w:t>مسلمان جو ہیں سمسیاؤں میں پھنسے ہوئے ہیں۔</w:t>
      </w:r>
    </w:p>
    <w:p>
      <w:r>
        <w:rPr>
          <w:b/>
        </w:rPr>
        <w:t xml:space="preserve">[05:36] </w:t>
      </w:r>
      <w:r>
        <w:t>sab One to all, One to all, One to all.</w:t>
      </w:r>
    </w:p>
    <w:p>
      <w:pPr>
        <w:jc w:val="right"/>
      </w:pPr>
      <w:r>
        <w:t>سب One to all، One to all، One to all۔</w:t>
      </w:r>
    </w:p>
    <w:p>
      <w:r>
        <w:rPr>
          <w:b/>
        </w:rPr>
        <w:t xml:space="preserve">[05:42] </w:t>
      </w:r>
      <w:r>
        <w:t>kal mujhe ek number mila ek muslim</w:t>
      </w:r>
    </w:p>
    <w:p>
      <w:pPr>
        <w:jc w:val="right"/>
      </w:pPr>
      <w:r>
        <w:t>کل مجھے ایک نمبر ملا ایک مسلم</w:t>
      </w:r>
    </w:p>
    <w:p>
      <w:r>
        <w:rPr>
          <w:b/>
        </w:rPr>
        <w:t xml:space="preserve">[05:48] </w:t>
      </w:r>
      <w:r>
        <w:t>paper ka.</w:t>
      </w:r>
    </w:p>
    <w:p>
      <w:pPr>
        <w:jc w:val="right"/>
      </w:pPr>
      <w:r>
        <w:t>پیپر کا۔</w:t>
      </w:r>
    </w:p>
    <w:p>
      <w:r>
        <w:rPr>
          <w:b/>
        </w:rPr>
        <w:t xml:space="preserve">[05:54] </w:t>
      </w:r>
      <w:r>
        <w:t>saara bhara hua hai muslim problems se.</w:t>
      </w:r>
    </w:p>
    <w:p>
      <w:pPr>
        <w:jc w:val="right"/>
      </w:pPr>
      <w:r>
        <w:t>سارا بھرا ہوا ہے مسلم پرابلمز سے۔</w:t>
      </w:r>
    </w:p>
    <w:p>
      <w:r>
        <w:rPr>
          <w:b/>
        </w:rPr>
        <w:t xml:space="preserve">[06:00] </w:t>
      </w:r>
      <w:r>
        <w:t>to sawal yeh hai ke rasool Allah kya doosron ko guide, doosron ke problem hal karne ke liye</w:t>
      </w:r>
    </w:p>
    <w:p>
      <w:pPr>
        <w:jc w:val="right"/>
      </w:pPr>
      <w:r>
        <w:t>تو سوال یہ ہے کہ رسول اللہ کیا دوسروں کو گائیڈ، دوسروں کے پرابلم حل کرنے کے لیے</w:t>
      </w:r>
    </w:p>
    <w:p>
      <w:r>
        <w:rPr>
          <w:b/>
        </w:rPr>
        <w:t xml:space="preserve">[06:06] </w:t>
      </w:r>
      <w:r>
        <w:t>aaye the? khud musalmanon ke problem nahi hal karne ke liye aaye the? yeh kya yeh Why this</w:t>
      </w:r>
    </w:p>
    <w:p>
      <w:pPr>
        <w:jc w:val="right"/>
      </w:pPr>
      <w:r>
        <w:t>آئے تھے؟ خود مسلمانوں کے پرابلم نہیں حل کرنے کے لیے آئے تھے؟ یہ کیا یہ Why this</w:t>
      </w:r>
    </w:p>
    <w:p>
      <w:r>
        <w:rPr>
          <w:b/>
        </w:rPr>
        <w:t xml:space="preserve">[06:12] </w:t>
      </w:r>
      <w:r>
        <w:t>contradiction? musalman daway karte hain ke hamare peghambar jo hain unhon ne</w:t>
      </w:r>
    </w:p>
    <w:p>
      <w:pPr>
        <w:jc w:val="right"/>
      </w:pPr>
      <w:r>
        <w:t>contradiction؟ مسلمان دعویٰ کرتے ہیں کہ ہمارے پیغمبر جو ہیں انہوں نے</w:t>
      </w:r>
    </w:p>
    <w:p>
      <w:r>
        <w:rPr>
          <w:b/>
        </w:rPr>
        <w:t xml:space="preserve">[06:18] </w:t>
      </w:r>
      <w:r>
        <w:t>saari duniya ke solution ka, saari duniya ke problem ka solution bata diya.</w:t>
      </w:r>
    </w:p>
    <w:p>
      <w:pPr>
        <w:jc w:val="right"/>
      </w:pPr>
      <w:r>
        <w:t>ساری دنیا کے سلوشن کا، ساری دنیا کے پرابلم کا سلوشن بتا دیا۔</w:t>
      </w:r>
    </w:p>
    <w:p>
      <w:r>
        <w:rPr>
          <w:b/>
        </w:rPr>
        <w:t xml:space="preserve">[06:24] </w:t>
      </w:r>
      <w:r>
        <w:t>to khud musalmanon ke problem ka solution nahi bataya? kyun yeh protest? kyun yeh complaint? yeh sab kyun?</w:t>
      </w:r>
    </w:p>
    <w:p>
      <w:pPr>
        <w:jc w:val="right"/>
      </w:pPr>
      <w:r>
        <w:t>تو خود مسلمانوں کے پرابلم کا سلوشن نہیں بتایا؟ کیوں یہ پروٹیسٹ؟ کیوں یہ کمپلین؟ یہ سب کیوں؟</w:t>
      </w:r>
    </w:p>
    <w:p>
      <w:r>
        <w:rPr>
          <w:b/>
        </w:rPr>
        <w:t xml:space="preserve">[06:30] </w:t>
      </w:r>
      <w:r>
        <w:t>to mujhe ek qissa yaad aaya.</w:t>
      </w:r>
    </w:p>
    <w:p>
      <w:pPr>
        <w:jc w:val="right"/>
      </w:pPr>
      <w:r>
        <w:t>تو مجھے ایک قصہ یاد آیا۔</w:t>
      </w:r>
    </w:p>
    <w:p>
      <w:r>
        <w:rPr>
          <w:b/>
        </w:rPr>
        <w:t xml:space="preserve">[06:36] </w:t>
      </w:r>
      <w:r>
        <w:t>America mein mein kai baar America gaya hoon.</w:t>
      </w:r>
    </w:p>
    <w:p>
      <w:pPr>
        <w:jc w:val="right"/>
      </w:pPr>
      <w:r>
        <w:t>امریکہ میں میں کئی بار امریکہ گیا ہوں۔</w:t>
      </w:r>
    </w:p>
    <w:p>
      <w:r>
        <w:rPr>
          <w:b/>
        </w:rPr>
        <w:t xml:space="preserve">[06:42] </w:t>
      </w:r>
      <w:r>
        <w:t>to wahan par ek baar aisa hua ke kisi</w:t>
      </w:r>
    </w:p>
    <w:p>
      <w:pPr>
        <w:jc w:val="right"/>
      </w:pPr>
      <w:r>
        <w:t>تو وہاں پر ایک بار ایسا ہوا کہ کسی</w:t>
      </w:r>
    </w:p>
    <w:p>
      <w:r>
        <w:rPr>
          <w:b/>
        </w:rPr>
        <w:t xml:space="preserve">[06:48] </w:t>
      </w:r>
      <w:r>
        <w:t>professor se maine Swami Vivekanand ka qissa bayan kiya.</w:t>
      </w:r>
    </w:p>
    <w:p>
      <w:pPr>
        <w:jc w:val="right"/>
      </w:pPr>
      <w:r>
        <w:t>پروفیسر سے میں نے سوامی وویکانند کا قصہ بیان کیا۔</w:t>
      </w:r>
    </w:p>
    <w:p>
      <w:r>
        <w:rPr>
          <w:b/>
        </w:rPr>
        <w:t xml:space="preserve">[06:54] </w:t>
      </w:r>
      <w:r>
        <w:t>Swami Vivekanand atharah so tirananve mein, eighteen hundred ninety three mein Chicago gaye the America.</w:t>
      </w:r>
    </w:p>
    <w:p>
      <w:pPr>
        <w:jc w:val="right"/>
      </w:pPr>
      <w:r>
        <w:t>سوامی وویکانند اٹھارہ سو ترانوے میں، ایٹین ہنڈرڈ نائنٹی تھری میں شکاگو گئے تھے امریکہ۔</w:t>
      </w:r>
    </w:p>
    <w:p>
      <w:r>
        <w:rPr>
          <w:b/>
        </w:rPr>
        <w:t xml:space="preserve">[07:00] </w:t>
      </w:r>
      <w:r>
        <w:t>to wahan par woh ek road par chal rahe the.</w:t>
      </w:r>
    </w:p>
    <w:p>
      <w:pPr>
        <w:jc w:val="right"/>
      </w:pPr>
      <w:r>
        <w:t>تو وہاں پر وہ ایک روڈ پر چل رہے تھے۔</w:t>
      </w:r>
    </w:p>
    <w:p>
      <w:r>
        <w:rPr>
          <w:b/>
        </w:rPr>
        <w:t xml:space="preserve">[07:06] </w:t>
      </w:r>
      <w:r>
        <w:t>woh wohi kapra jo saffron kapra hota hai, ek upar ek neeche, baghair sila hua.</w:t>
      </w:r>
    </w:p>
    <w:p>
      <w:pPr>
        <w:jc w:val="right"/>
      </w:pPr>
      <w:r>
        <w:t>وہ وہی کپڑا جو سیفرن کپڑا ہوتا ہے، ایک اوپر ایک نیچے، بغیر سلا ہوا۔</w:t>
      </w:r>
    </w:p>
    <w:p>
      <w:r>
        <w:rPr>
          <w:b/>
        </w:rPr>
        <w:t xml:space="preserve">[07:12] </w:t>
      </w:r>
      <w:r>
        <w:t>un tailored kapra.</w:t>
      </w:r>
    </w:p>
    <w:p>
      <w:pPr>
        <w:jc w:val="right"/>
      </w:pPr>
      <w:r>
        <w:t>ان ٹیلرڈ کپڑا۔</w:t>
      </w:r>
    </w:p>
    <w:p>
      <w:r>
        <w:rPr>
          <w:b/>
        </w:rPr>
        <w:t xml:space="preserve">[07:18] </w:t>
      </w:r>
      <w:r>
        <w:t>to chal rahe the woh to wahan ke log is waqt familiar nahi the aise kapre ke.</w:t>
      </w:r>
    </w:p>
    <w:p>
      <w:pPr>
        <w:jc w:val="right"/>
      </w:pPr>
      <w:r>
        <w:t>تو چل رہے تھے وہ تو وہاں کے لوگ اس وقت familiar نہیں تھے ایسے کپڑے کے۔</w:t>
      </w:r>
    </w:p>
    <w:p>
      <w:r>
        <w:rPr>
          <w:b/>
        </w:rPr>
        <w:t xml:space="preserve">[07:23] </w:t>
      </w:r>
      <w:r>
        <w:t>ab to bohat wahan dikhai padte hain aise log.</w:t>
      </w:r>
    </w:p>
    <w:p>
      <w:pPr>
        <w:jc w:val="right"/>
      </w:pPr>
      <w:r>
        <w:t>اب تو بہت وہاں دکھائی پڑتے ہیں ایسے لوگ۔</w:t>
      </w:r>
    </w:p>
    <w:p>
      <w:r>
        <w:rPr>
          <w:b/>
        </w:rPr>
        <w:t xml:space="preserve">[07:28] </w:t>
      </w:r>
      <w:r>
        <w:t>to road par ek lady apne husband ke saath chal rahi thi to whisper ke roop mein us</w:t>
      </w:r>
    </w:p>
    <w:p>
      <w:pPr>
        <w:jc w:val="right"/>
      </w:pPr>
      <w:r>
        <w:t>تو روڈ پر ایک لیڈی اپنے ہسبینڈ کے ساتھ چل رہی تھی تو وِسپر کے روپ میں اس</w:t>
      </w:r>
    </w:p>
    <w:p>
      <w:r>
        <w:rPr>
          <w:b/>
        </w:rPr>
        <w:t xml:space="preserve">[07:33] </w:t>
      </w:r>
      <w:r>
        <w:t>ne kaha ke yeh aadmi mujhe gentleman dikhai nahi deta.</w:t>
      </w:r>
    </w:p>
    <w:p>
      <w:pPr>
        <w:jc w:val="right"/>
      </w:pPr>
      <w:r>
        <w:t>نے کہا کہ یہ آدمی مجھے جنٹلمین دکھائی نہیں دیتا۔</w:t>
      </w:r>
    </w:p>
    <w:p>
      <w:r>
        <w:rPr>
          <w:b/>
        </w:rPr>
        <w:t xml:space="preserve">[07:38] </w:t>
      </w:r>
      <w:r>
        <w:t>un ke kapre ko dekh kar ke.</w:t>
      </w:r>
    </w:p>
    <w:p>
      <w:pPr>
        <w:jc w:val="right"/>
      </w:pPr>
      <w:r>
        <w:t>ان کے کپڑے کو دیکھ کر کے۔</w:t>
      </w:r>
    </w:p>
    <w:p>
      <w:r>
        <w:rPr>
          <w:b/>
        </w:rPr>
        <w:t xml:space="preserve">[07:43] </w:t>
      </w:r>
      <w:r>
        <w:t>un tailored do chadarain samajh lijiye saffron</w:t>
      </w:r>
    </w:p>
    <w:p>
      <w:pPr>
        <w:jc w:val="right"/>
      </w:pPr>
      <w:r>
        <w:t>ان ٹیلرڈ دو چادریں سمجھ لیجیے سیفر</w:t>
      </w:r>
    </w:p>
    <w:p>
      <w:r>
        <w:rPr>
          <w:b/>
        </w:rPr>
        <w:t xml:space="preserve">[07:48] </w:t>
      </w:r>
      <w:r>
        <w:t>color ki.</w:t>
      </w:r>
    </w:p>
    <w:p>
      <w:pPr>
        <w:jc w:val="right"/>
      </w:pPr>
      <w:r>
        <w:t>ن کلر کی۔</w:t>
      </w:r>
    </w:p>
    <w:p>
      <w:r>
        <w:rPr>
          <w:b/>
        </w:rPr>
        <w:t xml:space="preserve">[07:52] </w:t>
      </w:r>
      <w:r>
        <w:t>to us ne kaha ke yeh aadmi mujhe gentleman dikhai nahi deta.</w:t>
      </w:r>
    </w:p>
    <w:p>
      <w:pPr>
        <w:jc w:val="right"/>
      </w:pPr>
      <w:r>
        <w:t>تو اس نے کہا کہ یہ آدمی مجھے جنٹلمین دکھائی نہیں دیتا۔</w:t>
      </w:r>
    </w:p>
    <w:p>
      <w:r>
        <w:rPr>
          <w:b/>
        </w:rPr>
        <w:t xml:space="preserve">[07:57] </w:t>
      </w:r>
      <w:r>
        <w:t>تو انہوں نے He overheard that conversation.</w:t>
      </w:r>
    </w:p>
    <w:p>
      <w:pPr>
        <w:jc w:val="right"/>
      </w:pPr>
      <w:r>
        <w:t>تو انہوں نے He overheard that conversation۔</w:t>
      </w:r>
    </w:p>
    <w:p>
      <w:r>
        <w:rPr>
          <w:b/>
        </w:rPr>
        <w:t xml:space="preserve">[08:01] </w:t>
      </w:r>
      <w:r>
        <w:t>to woh un ke paas gaye.</w:t>
      </w:r>
    </w:p>
    <w:p>
      <w:pPr>
        <w:jc w:val="right"/>
      </w:pPr>
      <w:r>
        <w:t>تو وہ ان کے پاس گئے۔</w:t>
      </w:r>
    </w:p>
    <w:p>
      <w:r>
        <w:rPr>
          <w:b/>
        </w:rPr>
        <w:t xml:space="preserve">[08:05] </w:t>
      </w:r>
      <w:r>
        <w:t>aur lady se kaha bohat hi narmi ke saath ke Excuse me madam, in your country tailor makes</w:t>
      </w:r>
    </w:p>
    <w:p>
      <w:pPr>
        <w:jc w:val="right"/>
      </w:pPr>
      <w:r>
        <w:t>اور لیڈی سے کہا بہت ہی نرمی کے ساتھ کہ Excuse me میڈم، in your country tailor makes</w:t>
      </w:r>
    </w:p>
    <w:p>
      <w:r>
        <w:rPr>
          <w:b/>
        </w:rPr>
        <w:t xml:space="preserve">[08:10] </w:t>
      </w:r>
      <w:r>
        <w:t>a man gentleman.</w:t>
      </w:r>
    </w:p>
    <w:p>
      <w:pPr>
        <w:jc w:val="right"/>
      </w:pPr>
      <w:r>
        <w:t>a man gentleman.</w:t>
      </w:r>
    </w:p>
    <w:p>
      <w:r>
        <w:rPr>
          <w:b/>
        </w:rPr>
        <w:t xml:space="preserve">[08:14] </w:t>
      </w:r>
      <w:r>
        <w:t>But the country from which I come</w:t>
      </w:r>
    </w:p>
    <w:p>
      <w:pPr>
        <w:jc w:val="right"/>
      </w:pPr>
      <w:r>
        <w:t>But the country from which I come</w:t>
      </w:r>
    </w:p>
    <w:p>
      <w:r>
        <w:rPr>
          <w:b/>
        </w:rPr>
        <w:t xml:space="preserve">[08:18] </w:t>
      </w:r>
      <w:r>
        <w:t>character makes a man gentleman.</w:t>
      </w:r>
    </w:p>
    <w:p>
      <w:pPr>
        <w:jc w:val="right"/>
      </w:pPr>
      <w:r>
        <w:t>character makes a man gentleman.</w:t>
      </w:r>
    </w:p>
    <w:p>
      <w:r>
        <w:rPr>
          <w:b/>
        </w:rPr>
        <w:t xml:space="preserve">[08:23] </w:t>
      </w:r>
      <w:r>
        <w:t>to yeh qissa maine bataya.</w:t>
      </w:r>
    </w:p>
    <w:p>
      <w:pPr>
        <w:jc w:val="right"/>
      </w:pPr>
      <w:r>
        <w:t>تو یہ قصہ میں نے بتایا۔</w:t>
      </w:r>
    </w:p>
    <w:p>
      <w:r>
        <w:rPr>
          <w:b/>
        </w:rPr>
        <w:t xml:space="preserve">[08:28] </w:t>
      </w:r>
      <w:r>
        <w:t>to woh professor thoda ismail kiya usne.</w:t>
      </w:r>
    </w:p>
    <w:p>
      <w:pPr>
        <w:jc w:val="right"/>
      </w:pPr>
      <w:r>
        <w:t>تو وہ پروفیسر تھوڑا اسماعیل کیا اس نے۔</w:t>
      </w:r>
    </w:p>
    <w:p>
      <w:r>
        <w:rPr>
          <w:b/>
        </w:rPr>
        <w:t xml:space="preserve">[08:32] </w:t>
      </w:r>
      <w:r>
        <w:t>usne kaha ke dekhein yeh so saal pehle ki baat hai.</w:t>
      </w:r>
    </w:p>
    <w:p>
      <w:pPr>
        <w:jc w:val="right"/>
      </w:pPr>
      <w:r>
        <w:t>اس نے کہا کہ دیکھیں یہ سو سال پہلے کی بات ہے۔</w:t>
      </w:r>
    </w:p>
    <w:p>
      <w:r>
        <w:rPr>
          <w:b/>
        </w:rPr>
        <w:t xml:space="preserve">[08:37] </w:t>
      </w:r>
      <w:r>
        <w:t>tab India ki pehchan thi character.</w:t>
      </w:r>
    </w:p>
    <w:p>
      <w:pPr>
        <w:jc w:val="right"/>
      </w:pPr>
      <w:r>
        <w:t>تب انڈیا کی پہچان تھی character۔</w:t>
      </w:r>
    </w:p>
    <w:p>
      <w:r>
        <w:rPr>
          <w:b/>
        </w:rPr>
        <w:t xml:space="preserve">[08:41] </w:t>
      </w:r>
      <w:r>
        <w:t>ab India ke liye character ki baat export item hai.</w:t>
      </w:r>
    </w:p>
    <w:p>
      <w:pPr>
        <w:jc w:val="right"/>
      </w:pPr>
      <w:r>
        <w:t>اب انڈیا کے لیے character کی بات export item ہے۔</w:t>
      </w:r>
    </w:p>
    <w:p>
      <w:r>
        <w:rPr>
          <w:b/>
        </w:rPr>
        <w:t xml:space="preserve">[08:46] </w:t>
      </w:r>
      <w:r>
        <w:t>woh domestic consumption ke liye nahi.</w:t>
      </w:r>
    </w:p>
    <w:p>
      <w:pPr>
        <w:jc w:val="right"/>
      </w:pPr>
      <w:r>
        <w:t>وہ domestic consumption کے لیے نہیں۔</w:t>
      </w:r>
    </w:p>
    <w:p>
      <w:r>
        <w:rPr>
          <w:b/>
        </w:rPr>
        <w:t xml:space="preserve">[08:51] </w:t>
      </w:r>
      <w:r>
        <w:t>yani matlab ek Indian leaders khud baatein karte hain character ki lekin khud apni society hai unki</w:t>
      </w:r>
    </w:p>
    <w:p>
      <w:pPr>
        <w:jc w:val="right"/>
      </w:pPr>
      <w:r>
        <w:t>یعنی مطلب ایک انڈین لیڈرز خود باتیں کرتے ہیں character کی لیکن خود اپنی سوسائٹی ہے ان کی</w:t>
      </w:r>
    </w:p>
    <w:p>
      <w:r>
        <w:rPr>
          <w:b/>
        </w:rPr>
        <w:t xml:space="preserve">[08:55] </w:t>
      </w:r>
      <w:r>
        <w:t>to corrupt hai.</w:t>
      </w:r>
    </w:p>
    <w:p>
      <w:pPr>
        <w:jc w:val="right"/>
      </w:pPr>
      <w:r>
        <w:t>تو corrupt ہے۔</w:t>
      </w:r>
    </w:p>
    <w:p>
      <w:r>
        <w:rPr>
          <w:b/>
        </w:rPr>
        <w:t xml:space="preserve">[08:59] </w:t>
      </w:r>
      <w:r>
        <w:t>to wahi haal musalmanon ka hai ke Rasool Allah ki guidance, Rasool Allah ki teaching ab unke</w:t>
      </w:r>
    </w:p>
    <w:p>
      <w:pPr>
        <w:jc w:val="right"/>
      </w:pPr>
      <w:r>
        <w:t>تو وہی حال مسلمانوں کا ہے کہ رسول اللہ کی گائیڈنس، رسول اللہ کی ٹیچنگ اب ان کے</w:t>
      </w:r>
    </w:p>
    <w:p>
      <w:r>
        <w:rPr>
          <w:b/>
        </w:rPr>
        <w:t xml:space="preserve">[09:03] </w:t>
      </w:r>
      <w:r>
        <w:t>liye export item bana hua hai.</w:t>
      </w:r>
    </w:p>
    <w:p>
      <w:pPr>
        <w:jc w:val="right"/>
      </w:pPr>
      <w:r>
        <w:t>لیے export item بنا ہوا ہے۔</w:t>
      </w:r>
    </w:p>
    <w:p>
      <w:r>
        <w:rPr>
          <w:b/>
        </w:rPr>
        <w:t xml:space="preserve">[09:08] </w:t>
      </w:r>
      <w:r>
        <w:t>woh domestic consumption ke liye nahi hai.</w:t>
      </w:r>
    </w:p>
    <w:p>
      <w:pPr>
        <w:jc w:val="right"/>
      </w:pPr>
      <w:r>
        <w:t>وہ domestic consumption کے لیے نہیں ہے۔</w:t>
      </w:r>
    </w:p>
    <w:p>
      <w:r>
        <w:rPr>
          <w:b/>
        </w:rPr>
        <w:t xml:space="preserve">[09:12] </w:t>
      </w:r>
      <w:r>
        <w:t>khud apni zindagi ko unhone nahi dhala Rasool Allah ke upar.</w:t>
      </w:r>
    </w:p>
    <w:p>
      <w:pPr>
        <w:jc w:val="right"/>
      </w:pPr>
      <w:r>
        <w:t>خود اپنی زندگی کو انہوں نے نہیں ڈھالا رسول اللہ کے اوپر۔</w:t>
      </w:r>
    </w:p>
    <w:p>
      <w:r>
        <w:rPr>
          <w:b/>
        </w:rPr>
        <w:t xml:space="preserve">[09:16] </w:t>
      </w:r>
      <w:r>
        <w:t>aur doosron ko dhoom se keh rahe hain ke</w:t>
      </w:r>
    </w:p>
    <w:p>
      <w:pPr>
        <w:jc w:val="right"/>
      </w:pPr>
      <w:r>
        <w:t>اور دوسروں کو دھوم سے کہہ رہے ہیں کہ</w:t>
      </w:r>
    </w:p>
    <w:p>
      <w:r>
        <w:rPr>
          <w:b/>
        </w:rPr>
        <w:t xml:space="preserve">[09:21] </w:t>
      </w:r>
      <w:r>
        <w:t>hamare Rasool Allah jo hain rehber-e-alam hain, sarwar-e-alam hain, sayyed-ul-konain hain waghera waghera.</w:t>
      </w:r>
    </w:p>
    <w:p>
      <w:pPr>
        <w:jc w:val="right"/>
      </w:pPr>
      <w:r>
        <w:t>ہمارے رسول اللہ جو ہیں رہبر عالم ہیں، سرور عالم ہیں، سید الکونین ہیں وغیرہ وغیرہ۔</w:t>
      </w:r>
    </w:p>
    <w:p>
      <w:r>
        <w:rPr>
          <w:b/>
        </w:rPr>
        <w:t xml:space="preserve">[09:25] </w:t>
      </w:r>
      <w:r>
        <w:t>to apne liye nahi yeh doosron ke liye hain.</w:t>
      </w:r>
    </w:p>
    <w:p>
      <w:pPr>
        <w:jc w:val="right"/>
      </w:pPr>
      <w:r>
        <w:t>تو اپنے لیے نہیں یہ دوسروں کے لیے ہیں۔</w:t>
      </w:r>
    </w:p>
    <w:p>
      <w:r>
        <w:rPr>
          <w:b/>
        </w:rPr>
        <w:t xml:space="preserve">[09:29] </w:t>
      </w:r>
      <w:r>
        <w:t>yeh doosre apne masail ko, apne problem ko hal karein Rasool Allah ki baaton ko le kar.</w:t>
      </w:r>
    </w:p>
    <w:p>
      <w:pPr>
        <w:jc w:val="right"/>
      </w:pPr>
      <w:r>
        <w:t>یہ دوسرے اپنے مسائل کو، اپنے پرابلم کو حل کریں رسول اللہ کی باتوں کو لے کر۔</w:t>
      </w:r>
    </w:p>
    <w:p>
      <w:r>
        <w:rPr>
          <w:b/>
        </w:rPr>
        <w:t xml:space="preserve">[09:34] </w:t>
      </w:r>
      <w:r>
        <w:t>khud musalmanon ko nahi karna hai kuch.</w:t>
      </w:r>
    </w:p>
    <w:p>
      <w:pPr>
        <w:jc w:val="right"/>
      </w:pPr>
      <w:r>
        <w:t>خود مسلمانوں کو نہیں کرنا ہے کچھ۔</w:t>
      </w:r>
    </w:p>
    <w:p>
      <w:r>
        <w:rPr>
          <w:b/>
        </w:rPr>
        <w:t xml:space="preserve">[09:38] </w:t>
      </w:r>
      <w:r>
        <w:t>unhein ek sirf.</w:t>
      </w:r>
    </w:p>
    <w:p>
      <w:pPr>
        <w:jc w:val="right"/>
      </w:pPr>
      <w:r>
        <w:t>انہیں ایک صرف۔</w:t>
      </w:r>
    </w:p>
    <w:p>
      <w:r>
        <w:rPr>
          <w:b/>
        </w:rPr>
        <w:t xml:space="preserve">[09:42] </w:t>
      </w:r>
      <w:r>
        <w:t>to ab main us waqt sochta raha ke aakhir aisa hai kyun? Why this contradiction? Kyun musalmanon ke</w:t>
      </w:r>
    </w:p>
    <w:p>
      <w:pPr>
        <w:jc w:val="right"/>
      </w:pPr>
      <w:r>
        <w:t>تو اب میں اس وقت سوچتا رہا کہ آخر ایسا ہے کیوں؟ Why this contradiction؟ کیوں مسلمانوں کے</w:t>
      </w:r>
    </w:p>
    <w:p>
      <w:r>
        <w:rPr>
          <w:b/>
        </w:rPr>
        <w:t xml:space="preserve">[09:47] </w:t>
      </w:r>
      <w:r>
        <w:t>liye Rasool Allah ki baat jo hai export item bani hui hai? Aur domestic consump</w:t>
      </w:r>
    </w:p>
    <w:p>
      <w:pPr>
        <w:jc w:val="right"/>
      </w:pPr>
      <w:r>
        <w:t>لیے رسول اللہ کی بات جو ہے export item بنی ہوئی ہے؟ اور domestic consump</w:t>
      </w:r>
    </w:p>
    <w:p>
      <w:r>
        <w:rPr>
          <w:b/>
        </w:rPr>
        <w:t xml:space="preserve">[09:51] </w:t>
      </w:r>
      <w:r>
        <w:t>tion ki baat nahi bani? Dakhli istemal ke liye nahi bani? Kharij baramad karne ke liye hai? To</w:t>
      </w:r>
    </w:p>
    <w:p>
      <w:pPr>
        <w:jc w:val="right"/>
      </w:pPr>
      <w:r>
        <w:t>tion کی بات نہیں بنی؟ داخلی استعمال کے لیے نہیں بنی؟ خارجی برآمد کرنے کے لیے ہے؟ تو</w:t>
      </w:r>
    </w:p>
    <w:p>
      <w:r>
        <w:rPr>
          <w:b/>
        </w:rPr>
        <w:t xml:space="preserve">[09:58] </w:t>
      </w:r>
      <w:r>
        <w:t>ek baat meri samajh mein aayi.</w:t>
      </w:r>
    </w:p>
    <w:p>
      <w:pPr>
        <w:jc w:val="right"/>
      </w:pPr>
      <w:r>
        <w:t>ایک بات میری سمجھ میں آئی۔</w:t>
      </w:r>
    </w:p>
    <w:p>
      <w:r>
        <w:rPr>
          <w:b/>
        </w:rPr>
        <w:t xml:space="preserve">[10:06] </w:t>
      </w:r>
      <w:r>
        <w:t>daikhen quran mein rasool allah ke baray mein aya hai: laqad kana lakum fi rasool allah uswa hasana.</w:t>
      </w:r>
    </w:p>
    <w:p>
      <w:pPr>
        <w:jc w:val="right"/>
      </w:pPr>
      <w:r>
        <w:t>دیکھیں قرآن میں رسول اللہ کے بارے میں آیا ہے: لقد کان لکم فی رسول اللہ اسوۃ حسنہ۔</w:t>
      </w:r>
    </w:p>
    <w:p>
      <w:r>
        <w:rPr>
          <w:b/>
        </w:rPr>
        <w:t xml:space="preserve">[10:14] </w:t>
      </w:r>
      <w:r>
        <w:t>rasool allah ke andar tumhare liye behtareen namona hai.</w:t>
      </w:r>
    </w:p>
    <w:p>
      <w:pPr>
        <w:jc w:val="right"/>
      </w:pPr>
      <w:r>
        <w:t>رسول اللہ کے اندر تمہارے لیے بہترین نمونہ ہے۔</w:t>
      </w:r>
    </w:p>
    <w:p>
      <w:r>
        <w:rPr>
          <w:b/>
        </w:rPr>
        <w:t xml:space="preserve">[10:21] </w:t>
      </w:r>
      <w:r>
        <w:t>You have a good example in the Prophet. to yahan par dekhein uswa hasana ka word hai. achha namoona, achha example. lekin musalmanon ne kya kar rakha hai? is ko pride ke khane mein bana rakha hai. yaani is ke mani ko badal diya unhon ne. ab jo musalman hain woh jab is ko is ko is ki woh karte hain ya</w:t>
      </w:r>
    </w:p>
    <w:p>
      <w:pPr>
        <w:jc w:val="right"/>
      </w:pPr>
      <w:r>
        <w:t>You have a good example in the Prophet۔ تو یہاں پر دیکھیں اسوہ حسنہ کا ورڈ ہے۔ اچھا نمونہ، اچھا example۔ لیکن مسلمانوں نے کیا کر رکھا ہے؟ اس کو pride کے خانے میں بنا رکھا ہے۔ یعنی اس کے معنی کو بدل دیا انہوں نے۔ اب جو مسلمان ہیں وہ جب اس کو اس کو اس کی وہ کرتے ہیں یع</w:t>
      </w:r>
    </w:p>
    <w:p>
      <w:r>
        <w:rPr>
          <w:b/>
        </w:rPr>
        <w:t xml:space="preserve">[10:51] </w:t>
      </w:r>
      <w:r>
        <w:t>ni is ki is ka interpretation jo dete hain to is ka matlab yeh hota hai ke laqad kana lakum fi rasool Allah mafkhara hasana. uswa hasana nahi mafkhara hasana. mafkhara kehte hain pride ko. yaani You have a good pride in the Prophet. yeh matlab bana liya hai is ko. to as a pride khoob kehte hain. aur as a example lete nahi hain rasool Allah ko. yaani</w:t>
      </w:r>
    </w:p>
    <w:p>
      <w:pPr>
        <w:jc w:val="right"/>
      </w:pPr>
      <w:r>
        <w:t>نی اس کی اس کا interpretation جو دیتے ہیں تو اس کا مطلب یہ ہوتا ہے کہ لقد کان لکم فی رسول اللہ مفخرۃ حسنہ۔ اسوہ حسنہ نہیں مفخرۃ حسنہ۔ مفخرۃ کہتے ہیں pride کو۔ یعنی You have a good pride in the Prophet۔ یہ مطلب بنا لیا ہے اس کو۔ تو as اے pride خوب کہتے ہیں۔ اور as اے example لیتے نہیں ہیں رسول اللہ کو۔ یعنی</w:t>
      </w:r>
    </w:p>
    <w:p>
      <w:r>
        <w:rPr>
          <w:b/>
        </w:rPr>
        <w:t xml:space="preserve">[11:21] </w:t>
      </w:r>
      <w:r>
        <w:t>as an example nahi lete. bas as a pride lete hain. yeh hai mamla. isi liye woh un ke liye export item to hai lekin domestic consumption ke liye woh hai nahi. yeh hai sara masla. woh un ka un ka yeh concern nahi hai ke hum rasool Allah ki teaching ko apni zindagi mein utarein. yeh concern nahi hai. concern kya hai? doosron ke samne apna apne pride ke tor par rasool Allah ko dikhana. to bade bade word bolte hain.</w:t>
      </w:r>
    </w:p>
    <w:p>
      <w:pPr>
        <w:jc w:val="right"/>
      </w:pPr>
      <w:r>
        <w:t>as an example نہیں لیتے۔ بس as اے pride لیتے ہیں۔ یہ ہے معاملہ۔ اسی لیے وہ ان کے لیے export item تو ہے لیکن domestic consumption کے لیے وہ ہے نہیں۔ یہ ہے سارا مسئلہ۔ وہ ان کا ان کا یہ concern نہیں ہے کہ ہم رسول اللہ کی ٹیچنگ کو اپنی زندگی میں اتاریں۔ یہ concern نہیں ہے۔ concern کیا ہے؟ دوسروں کے سامنے اپنا اپنے pride کے طور پر رسول اللہ کو دکھانا۔ تو بڑے بڑے ورڈ بولتے ہیں۔</w:t>
      </w:r>
    </w:p>
    <w:p>
      <w:r>
        <w:rPr>
          <w:b/>
        </w:rPr>
        <w:t xml:space="preserve">[11:51] </w:t>
      </w:r>
      <w:r>
        <w:t>shahanshah konain, sarwar alam. aur pata nahi kya kya alfaaz log bana rakhe hain jo ke hadith Quran mein nahi hain. mein ek martaba mujhe yaad aata hai ke ek bar mein kahin UP ke kisi shahar mein yeh barah rabi ul awal ke mauqe par mujhe bulaya gaya. aur wahan mujhe rasool Allah sallallahu alaihi wasallam ke bare mein mujhe bolna tha. to mein ne kya kiya ke mein hadithon ko le kar</w:t>
      </w:r>
    </w:p>
    <w:p>
      <w:pPr>
        <w:jc w:val="right"/>
      </w:pPr>
      <w:r>
        <w:t>شہنشاہ کونین، سرور عالم۔ اور پتہ نہیں کیا کیا الفاظ لوگ بنا رکھے ہیں جو کہ حدیث قرآن میں نہیں ہیں۔ میں ایک مرتبہ مجھے یاد آتا ہے کہ ایک بار میں کہیں یو پی کے کسی شہر میں یہ بارہ ربیع الاول کے موقع پر مجھے بلایا گیا۔ اور وہاں مجھے رسول اللہ صلی اللہ علیہ وسلم کے بارے میں مجھے بولنا تھا۔ تو میں نے کیا کیا کہ میں حدیثوں کو لے کر</w:t>
      </w:r>
    </w:p>
    <w:p>
      <w:r>
        <w:rPr>
          <w:b/>
        </w:rPr>
        <w:t xml:space="preserve">[12:21] </w:t>
      </w:r>
      <w:r>
        <w:t>aap ke kuch aur baton ko le kar mein ne ek speech di. is mein sab rasool Allah ki baatein theen, rasool Allah ke waqiat the, rasool Allah ki sayings theen. to jab meri taqreer khatm hui to ek senior musalman mere paas aaye. unhon ne kaha ke bhai aap ne to seerat par taqreer hi nahi ki. aap ko bulaya gaya tha seerat par taqreer karne ke liye. seerat par speech</w:t>
      </w:r>
    </w:p>
    <w:p>
      <w:pPr>
        <w:jc w:val="right"/>
      </w:pPr>
      <w:r>
        <w:t>آپ کے کچھ اور باتوں کو لے کر میں نے ایک اسپیچ دی۔ اس میں سب رسول اللہ کی باتیں تھیں، رسول اللہ کے واقعات تھے، رسول اللہ کی sayings تھیں۔ تو جب میری تقریر ختم ہوئی تو ایک سینئر مسلمان میرے پاس آئے۔ انہوں نے کہا کہ بھئی آپ نے تو سیرت پر تقریر ہی نہیں کی۔ آپ کو بلایا گیا تھا سیرت پر تقریر کرنے کے لیے۔ سیرت پر اسپیچ</w:t>
      </w:r>
    </w:p>
    <w:p>
      <w:r>
        <w:rPr>
          <w:b/>
        </w:rPr>
        <w:t xml:space="preserve">[12:51] </w:t>
      </w:r>
      <w:r>
        <w:t>dene ke liye. to aap ne seerat par kuch bole nahi? mein hairaan tha ke bhai mein to seerat hi ab bola hoon. sab baatein rasool Allah wali mein ne batai hain. to mein ne kaha kya kyun aisa keh rahe hain aap? nahi seerat to karamat aur moajzaat, futuhat is ka naam hai. ab mein sochta raha ke kyun seerat naam</w:t>
      </w:r>
    </w:p>
    <w:p>
      <w:pPr>
        <w:jc w:val="right"/>
      </w:pPr>
      <w:r>
        <w:t>دینے کے لیے۔ تو آپ نے سیرت پر کچھ بولے نہیں؟ میں حیران تھا کہ بھئی میں تو سیرت ہی اب بولا ہوں۔ سب باتیں رسول اللہ والی میں نے بتائی ہیں۔ تو میں نے کہا کیا کیوں ایسا کہہ رہے ہیں آپ؟ نہیں سیرت تو کرامات اور معجزات، فتوحات اس کا نام ہے۔ اب میں سوچتا رہا کہ کیوں سیرت نام</w:t>
      </w:r>
    </w:p>
    <w:p>
      <w:r>
        <w:rPr>
          <w:b/>
        </w:rPr>
        <w:t xml:space="preserve">[13:21] </w:t>
      </w:r>
      <w:r>
        <w:t>hai un ke nazdeek karamat aur futuhat aur moajzaat ka? aur kyun yeh nahi hai ke aap ki teaching batai jaye. aap ke jo aap ne kaha hai aur kiya hai us ko bataya jaye. to kyun unhein is se yeh un ka concern nahi hai? un ka concern hai pride. to agar mein woh taqreerein karta. mujhe bahut se jhoote qisse kahani bhi hain is mein. qisse, kahaniyan, ek tawaar hai is ko log bayan karte hain. aur khoob log</w:t>
      </w:r>
    </w:p>
    <w:p>
      <w:pPr>
        <w:jc w:val="right"/>
      </w:pPr>
      <w:r>
        <w:t>ہے ان کے نزدیک کرامات اور فتوحات اور معجزات کا؟ اور کیوں یہ نہیں ہے کہ آپ کی ٹیچنگ بتائی جائے۔ آپ کے جو آپ نے کہا ہے اور کیا ہے اس کو بتایا جائے۔ تو کیوں انہیں اس سے یہ ان کا concern نہیں ہے؟ ان کا concern ہے pride۔ تو اگر میں وہ تقریریں کرتا۔ مجھے بہت سے جھوٹے قصے کہانی بھی ہیں اس میں۔ قصے، کہانیاں، ایک طوار ہے اس کو لوگ بیان کرتے ہیں۔ اور خوب لوگ</w:t>
      </w:r>
    </w:p>
    <w:p>
      <w:r>
        <w:rPr>
          <w:b/>
        </w:rPr>
        <w:t xml:space="preserve">[13:51] </w:t>
      </w:r>
      <w:r>
        <w:t>yani styling, emotion dete hain.</w:t>
      </w:r>
    </w:p>
    <w:p>
      <w:pPr>
        <w:jc w:val="right"/>
      </w:pPr>
      <w:r>
        <w:t>یعنی اسٹائلنگ، ایموشن دیتے ہیں۔</w:t>
      </w:r>
    </w:p>
    <w:p>
      <w:r>
        <w:rPr>
          <w:b/>
        </w:rPr>
        <w:t xml:space="preserve">[13:55] </w:t>
      </w:r>
      <w:r>
        <w:t>kyun is mein in ko fakhar milta hai? isi liye musalmanon ko debate bohat acha lagta hai.</w:t>
      </w:r>
    </w:p>
    <w:p>
      <w:pPr>
        <w:jc w:val="right"/>
      </w:pPr>
      <w:r>
        <w:t>کیوں اس میں ان کو فخر ملتا ہے؟ اسی لیے مسلمانوں کو ڈیبیٹ بہت اچھا لگتا ہے۔</w:t>
      </w:r>
    </w:p>
    <w:p>
      <w:r>
        <w:rPr>
          <w:b/>
        </w:rPr>
        <w:t xml:space="preserve">[13:59] </w:t>
      </w:r>
      <w:r>
        <w:t>naaten bohat achi lagti hain.</w:t>
      </w:r>
    </w:p>
    <w:p>
      <w:pPr>
        <w:jc w:val="right"/>
      </w:pPr>
      <w:r>
        <w:t>نعتیں بہت اچھی لگتی ہیں۔</w:t>
      </w:r>
    </w:p>
    <w:p>
      <w:r>
        <w:rPr>
          <w:b/>
        </w:rPr>
        <w:t xml:space="preserve">[14:03] </w:t>
      </w:r>
      <w:r>
        <w:t>aur rasool allah ke liye jashan manana bohat acha lagta hai.</w:t>
      </w:r>
    </w:p>
    <w:p>
      <w:pPr>
        <w:jc w:val="right"/>
      </w:pPr>
      <w:r>
        <w:t>اور رسول اللہ کے لیے جشن منانا بہت اچھا لگتا ہے۔</w:t>
      </w:r>
    </w:p>
    <w:p>
      <w:r>
        <w:rPr>
          <w:b/>
        </w:rPr>
        <w:t xml:space="preserve">[14:07] </w:t>
      </w:r>
      <w:r>
        <w:t>jashan mohammadi, eid milad.</w:t>
      </w:r>
    </w:p>
    <w:p>
      <w:pPr>
        <w:jc w:val="right"/>
      </w:pPr>
      <w:r>
        <w:t>جشن محمدی، عید میلاد۔</w:t>
      </w:r>
    </w:p>
    <w:p>
      <w:r>
        <w:rPr>
          <w:b/>
        </w:rPr>
        <w:t xml:space="preserve">[14:11] </w:t>
      </w:r>
      <w:r>
        <w:t>aur koi agar kahe rasool allah ke khilaf kuch zara sa bhi kuch pata chal jaye un ko</w:t>
      </w:r>
    </w:p>
    <w:p>
      <w:pPr>
        <w:jc w:val="right"/>
      </w:pPr>
      <w:r>
        <w:t>اور کوئی اگر کہیں رسول اللہ کے خلاف کچھ ذرا سا بھی کچھ پتہ چل جائے ان کو</w:t>
      </w:r>
    </w:p>
    <w:p>
      <w:r>
        <w:rPr>
          <w:b/>
        </w:rPr>
        <w:t xml:space="preserve">[14:14] </w:t>
      </w:r>
      <w:r>
        <w:t>to is par dhoom machate hain.</w:t>
      </w:r>
    </w:p>
    <w:p>
      <w:pPr>
        <w:jc w:val="right"/>
      </w:pPr>
      <w:r>
        <w:t>تو اس پر دھوم مچاتے ہیں۔</w:t>
      </w:r>
    </w:p>
    <w:p>
      <w:r>
        <w:rPr>
          <w:b/>
        </w:rPr>
        <w:t xml:space="preserve">[14:18] </w:t>
      </w:r>
      <w:r>
        <w:t>kyun un ka pride jo hai is ka</w:t>
      </w:r>
    </w:p>
    <w:p>
      <w:pPr>
        <w:jc w:val="right"/>
      </w:pPr>
      <w:r>
        <w:t>کیوں ان کا pride جو ہے اس کا</w:t>
      </w:r>
    </w:p>
    <w:p>
      <w:r>
        <w:rPr>
          <w:b/>
        </w:rPr>
        <w:t xml:space="preserve">[14:22] </w:t>
      </w:r>
      <w:r>
        <w:t>pride ka woh hota hai yani un ka pride touch ho jata hai.</w:t>
      </w:r>
    </w:p>
    <w:p>
      <w:pPr>
        <w:jc w:val="right"/>
      </w:pPr>
      <w:r>
        <w:t>pride کا وہ ہوتا ہے یعنی ان کا pride touch ہو جاتا ہے۔</w:t>
      </w:r>
    </w:p>
    <w:p>
      <w:r>
        <w:rPr>
          <w:b/>
        </w:rPr>
        <w:t xml:space="preserve">[14:26] </w:t>
      </w:r>
      <w:r>
        <w:t>un ka pride ka erosion hota hai.</w:t>
      </w:r>
    </w:p>
    <w:p>
      <w:pPr>
        <w:jc w:val="right"/>
      </w:pPr>
      <w:r>
        <w:t>ان کا pride کا erosion ہوتا ہے۔</w:t>
      </w:r>
    </w:p>
    <w:p>
      <w:r>
        <w:rPr>
          <w:b/>
        </w:rPr>
        <w:t xml:space="preserve">[14:30] </w:t>
      </w:r>
      <w:r>
        <w:t>lehaza jo bharkte hain musalman choti choti baton par.</w:t>
      </w:r>
    </w:p>
    <w:p>
      <w:pPr>
        <w:jc w:val="right"/>
      </w:pPr>
      <w:r>
        <w:t>لہذا جو بھڑکتے ہیں مسلمان چھوٹی چھوٹی باتوں پر۔</w:t>
      </w:r>
    </w:p>
    <w:p>
      <w:r>
        <w:rPr>
          <w:b/>
        </w:rPr>
        <w:t xml:space="preserve">[14:34] </w:t>
      </w:r>
      <w:r>
        <w:t>kisi cartoon chhap gaya to bhark gaye.</w:t>
      </w:r>
    </w:p>
    <w:p>
      <w:pPr>
        <w:jc w:val="right"/>
      </w:pPr>
      <w:r>
        <w:t>کسی کارٹون چھاپ گیا تو بھڑک گئے۔</w:t>
      </w:r>
    </w:p>
    <w:p>
      <w:r>
        <w:rPr>
          <w:b/>
        </w:rPr>
        <w:t xml:space="preserve">[14:38] </w:t>
      </w:r>
      <w:r>
        <w:t>koi kitab chhap gayi to bhark gaye.</w:t>
      </w:r>
    </w:p>
    <w:p>
      <w:pPr>
        <w:jc w:val="right"/>
      </w:pPr>
      <w:r>
        <w:t>کوئی کتاب چھاپ گئی تو بھڑک گئے۔</w:t>
      </w:r>
    </w:p>
    <w:p>
      <w:r>
        <w:rPr>
          <w:b/>
        </w:rPr>
        <w:t xml:space="preserve">[14:42] </w:t>
      </w:r>
      <w:r>
        <w:t>kyun woh is ko bana lete hain ego problem.</w:t>
      </w:r>
    </w:p>
    <w:p>
      <w:pPr>
        <w:jc w:val="right"/>
      </w:pPr>
      <w:r>
        <w:t>کیوں وہ اس کو بنا لیتے ہیں ego problem۔</w:t>
      </w:r>
    </w:p>
    <w:p>
      <w:r>
        <w:rPr>
          <w:b/>
        </w:rPr>
        <w:t xml:space="preserve">[14:46] </w:t>
      </w:r>
      <w:r>
        <w:t>ke hamare paighambar ko tum aisa kar sakte ho? hamare paighambar ko tum ko kaise himmat hui pari</w:t>
      </w:r>
    </w:p>
    <w:p>
      <w:pPr>
        <w:jc w:val="right"/>
      </w:pPr>
      <w:r>
        <w:t>کہ ہمارے پیغمبر کو تم ایسا کر سکتے ہو؟ ہمارے پیغمبر کو تم کو کیسے ہمت ہوئی پڑی</w:t>
      </w:r>
    </w:p>
    <w:p>
      <w:r>
        <w:rPr>
          <w:b/>
        </w:rPr>
        <w:t xml:space="preserve">[14:50] </w:t>
      </w:r>
      <w:r>
        <w:t>ke tum hamare paighambar par aisa kaho? jo aisa ho waisa hai.</w:t>
      </w:r>
    </w:p>
    <w:p>
      <w:pPr>
        <w:jc w:val="right"/>
      </w:pPr>
      <w:r>
        <w:t>کہ تم ہمارے پیغمبر پر ایسا کہو؟ جو ایسا ہو ویسا ہے۔</w:t>
      </w:r>
    </w:p>
    <w:p>
      <w:r>
        <w:rPr>
          <w:b/>
        </w:rPr>
        <w:t xml:space="preserve">[14:53] </w:t>
      </w:r>
      <w:r>
        <w:t>yeh hai sara mamla. barah rabi ul awal par hazaron nahi lakhon nahi million billion jalse hote hain. article chhapte hain. lekin resultless. sab kuch in vain. kyun? woh kiya hi nahi jata is liye ke rasool Allah ki zindagi se hum namoona lein. woh to hota hai fakhr lene ke liye. to pride mil raha hai un ko? to woh jo ayat Quran majeed mein hai ke You have a</w:t>
      </w:r>
    </w:p>
    <w:p>
      <w:pPr>
        <w:jc w:val="right"/>
      </w:pPr>
      <w:r>
        <w:t>یہ ہے سارا معاملہ۔ بارہ ربیع الاول پر ہزاروں نہیں لاکھوں نہیں ملین بلین جلسے ہوتے ہیں۔ آرٹیکل چھپتے ہیں۔ لیکن resultless۔ سب کچھ in vain۔ کیوں؟ وہ کیا ہی نہیں جاتا اس لیے کہ رسول اللہ کی زندگی سے ہم نمونہ لیں۔ وہ تو ہوتا ہے فخر لینے کے لیے۔ تو pride مل رہا ہے ان کو؟ تو وہ جو آیت قرآن مجید میں ہے کہ You have a</w:t>
      </w:r>
    </w:p>
    <w:p>
      <w:r>
        <w:rPr>
          <w:b/>
        </w:rPr>
        <w:t xml:space="preserve">[15:23] </w:t>
      </w:r>
      <w:r>
        <w:t>good example in your Prophet.</w:t>
      </w:r>
    </w:p>
    <w:p>
      <w:pPr>
        <w:jc w:val="right"/>
      </w:pPr>
      <w:r>
        <w:t>good example in your Prophet۔</w:t>
      </w:r>
    </w:p>
    <w:p>
      <w:r>
        <w:rPr>
          <w:b/>
        </w:rPr>
        <w:t xml:space="preserve">[15:27] </w:t>
      </w:r>
      <w:r>
        <w:t>woh is badal liya unhon ne.</w:t>
      </w:r>
    </w:p>
    <w:p>
      <w:pPr>
        <w:jc w:val="right"/>
      </w:pPr>
      <w:r>
        <w:t>وہ اس بدل لیا انہوں نے۔</w:t>
      </w:r>
    </w:p>
    <w:p>
      <w:r>
        <w:rPr>
          <w:b/>
        </w:rPr>
        <w:t xml:space="preserve">[15:31] </w:t>
      </w:r>
      <w:r>
        <w:t>you have a good pride in your Prophet.</w:t>
      </w:r>
    </w:p>
    <w:p>
      <w:pPr>
        <w:jc w:val="right"/>
      </w:pPr>
      <w:r>
        <w:t>You have a good pride in your Prophet۔</w:t>
      </w:r>
    </w:p>
    <w:p>
      <w:r>
        <w:rPr>
          <w:b/>
        </w:rPr>
        <w:t xml:space="preserve">[15:35] </w:t>
      </w:r>
      <w:r>
        <w:t>yani uswa-e-hasana ko mafkhar-e-hasana bana diya hai.</w:t>
      </w:r>
    </w:p>
    <w:p>
      <w:pPr>
        <w:jc w:val="right"/>
      </w:pPr>
      <w:r>
        <w:t>یعنی اسوہ حسنہ کو مفخر حسنہ بنا دیا ہے۔</w:t>
      </w:r>
    </w:p>
    <w:p>
      <w:r>
        <w:rPr>
          <w:b/>
        </w:rPr>
        <w:t xml:space="preserve">[15:39] </w:t>
      </w:r>
      <w:r>
        <w:t>yeh hai sochne ki baat.</w:t>
      </w:r>
    </w:p>
    <w:p>
      <w:pPr>
        <w:jc w:val="right"/>
      </w:pPr>
      <w:r>
        <w:t>یہ ہے سوچنے کی بات۔</w:t>
      </w:r>
    </w:p>
    <w:p>
      <w:r>
        <w:rPr>
          <w:b/>
        </w:rPr>
        <w:t xml:space="preserve">[15:42] </w:t>
      </w:r>
      <w:r>
        <w:t>daikhen ab mein kuch misalein doonga.</w:t>
      </w:r>
    </w:p>
    <w:p>
      <w:pPr>
        <w:jc w:val="right"/>
      </w:pPr>
      <w:r>
        <w:t>دیکھیں اب میں کچھ مثالیں دوں گا۔</w:t>
      </w:r>
    </w:p>
    <w:p>
      <w:r>
        <w:rPr>
          <w:b/>
        </w:rPr>
        <w:t xml:space="preserve">[15:46] </w:t>
      </w:r>
      <w:r>
        <w:t>jis se aap samajh payenge.</w:t>
      </w:r>
    </w:p>
    <w:p>
      <w:pPr>
        <w:jc w:val="right"/>
      </w:pPr>
      <w:r>
        <w:t>جس سے آپ سمجھ پائیں گے۔</w:t>
      </w:r>
    </w:p>
    <w:p>
      <w:r>
        <w:rPr>
          <w:b/>
        </w:rPr>
        <w:t xml:space="preserve">[15:50] </w:t>
      </w:r>
      <w:r>
        <w:t>keh jo mein keh raha hoon</w:t>
      </w:r>
    </w:p>
    <w:p>
      <w:pPr>
        <w:jc w:val="right"/>
      </w:pPr>
      <w:r>
        <w:t>کہ جو میں کہہ رہا ہوں</w:t>
      </w:r>
    </w:p>
    <w:p>
      <w:r>
        <w:rPr>
          <w:b/>
        </w:rPr>
        <w:t xml:space="preserve">[15:54] </w:t>
      </w:r>
      <w:r>
        <w:t>is kyun keh raha hoon? in misalon se woh baat clear ho jayegi. yaani comparative example deta hoon mein aap ko. Comparative example se. dekhein nineteen forty nine mein aap jante hain Ayodhya mein ek masjid hai Babri Masjid. to nineteen forty nine mein yeh hua ke wahan kuch hinduo ne masjid ke andar teen</w:t>
      </w:r>
    </w:p>
    <w:p>
      <w:pPr>
        <w:jc w:val="right"/>
      </w:pPr>
      <w:r>
        <w:t>اس کیوں کہہ رہا ہوں؟ ان مثالوں سے وہ بات clear ہو جائے گی۔ یعنی comparative example دیتا ہوں میں آپ کو۔ Comparative example سے۔ دیکھیں نائنٹین فورٹی نائن میں آپ جانتے ہیں ایدھیہ میں ایک مسجد ہے بابری مسجد۔ تو نائنٹین فورٹی نائن میں یہ ہوا کہ وہاں کچھ ہندوؤں نے مسجد کے اندر تین</w:t>
      </w:r>
    </w:p>
    <w:p>
      <w:r>
        <w:rPr>
          <w:b/>
        </w:rPr>
        <w:t xml:space="preserve">[16:24] </w:t>
      </w:r>
      <w:r>
        <w:t>but rakh diye thay. teen but. three idols.</w:t>
      </w:r>
    </w:p>
    <w:p>
      <w:pPr>
        <w:jc w:val="right"/>
      </w:pPr>
      <w:r>
        <w:t>بت رکھ دیے تھے۔ تین بت۔ تھری آئیڈلز۔</w:t>
      </w:r>
    </w:p>
    <w:p>
      <w:r>
        <w:rPr>
          <w:b/>
        </w:rPr>
        <w:t xml:space="preserve">[16:28] </w:t>
      </w:r>
      <w:r>
        <w:t>is par saare musalman bhark uthay.</w:t>
      </w:r>
    </w:p>
    <w:p>
      <w:pPr>
        <w:jc w:val="right"/>
      </w:pPr>
      <w:r>
        <w:t>اس پر سارے مسلمان بھڑک اٹھے۔</w:t>
      </w:r>
    </w:p>
    <w:p>
      <w:r>
        <w:rPr>
          <w:b/>
        </w:rPr>
        <w:t xml:space="preserve">[16:31] </w:t>
      </w:r>
      <w:r>
        <w:t>saare india mein nahin balkeh saare muslim world mein.</w:t>
      </w:r>
    </w:p>
    <w:p>
      <w:pPr>
        <w:jc w:val="right"/>
      </w:pPr>
      <w:r>
        <w:t>سارے انڈیا میں نہیں بلکہ سارے مسلم ورلڈ میں۔</w:t>
      </w:r>
    </w:p>
    <w:p>
      <w:r>
        <w:rPr>
          <w:b/>
        </w:rPr>
        <w:t xml:space="preserve">[16:35] </w:t>
      </w:r>
      <w:r>
        <w:t>is par likha gaya, is par bola gaya, is par statement, is par jalsay, is par dhoom.</w:t>
      </w:r>
    </w:p>
    <w:p>
      <w:pPr>
        <w:jc w:val="right"/>
      </w:pPr>
      <w:r>
        <w:t>اس پر لکھا گیا، اس پر بولا گیا، اس پر اسٹیٹمنٹ، اس پر جلسے، اس پر دھوم۔</w:t>
      </w:r>
    </w:p>
    <w:p>
      <w:r>
        <w:rPr>
          <w:b/>
        </w:rPr>
        <w:t xml:space="preserve">[16:39] </w:t>
      </w:r>
      <w:r>
        <w:t>aur nateeja kuch nahin.</w:t>
      </w:r>
    </w:p>
    <w:p>
      <w:pPr>
        <w:jc w:val="right"/>
      </w:pPr>
      <w:r>
        <w:t>اور نتیجہ کچھ نہیں۔</w:t>
      </w:r>
    </w:p>
    <w:p>
      <w:r>
        <w:rPr>
          <w:b/>
        </w:rPr>
        <w:t xml:space="preserve">[16:43] </w:t>
      </w:r>
      <w:r>
        <w:t>babri masjid bhi aaj maujood nahin hai.</w:t>
      </w:r>
    </w:p>
    <w:p>
      <w:pPr>
        <w:jc w:val="right"/>
      </w:pPr>
      <w:r>
        <w:t>بابری مسجد بھی آج موجود نہیں ہے۔</w:t>
      </w:r>
    </w:p>
    <w:p>
      <w:r>
        <w:rPr>
          <w:b/>
        </w:rPr>
        <w:t xml:space="preserve">[16:46] </w:t>
      </w:r>
      <w:r>
        <w:t>yaani saari muslim ummat ne babri masjid par hangama kiya.</w:t>
      </w:r>
    </w:p>
    <w:p>
      <w:pPr>
        <w:jc w:val="right"/>
      </w:pPr>
      <w:r>
        <w:t>یعنی ساری مسلم ملت نے بابری مسجد پر ہنگامہ کیا۔</w:t>
      </w:r>
    </w:p>
    <w:p>
      <w:r>
        <w:rPr>
          <w:b/>
        </w:rPr>
        <w:t xml:space="preserve">[16:50] </w:t>
      </w:r>
      <w:r>
        <w:t>mein akela tha</w:t>
      </w:r>
    </w:p>
    <w:p>
      <w:pPr>
        <w:jc w:val="right"/>
      </w:pPr>
      <w:r>
        <w:t>میں اکیلا تھا</w:t>
      </w:r>
    </w:p>
    <w:p>
      <w:r>
        <w:rPr>
          <w:b/>
        </w:rPr>
        <w:t xml:space="preserve">[16:54] </w:t>
      </w:r>
      <w:r>
        <w:t>jo is mein shamil nahi tha. Literally yeh baat sahi hai ke poori poori Muslim millat is mein involve ho gayi. karoron nahi arbon روپے kharch kiye gaye is ke upar. jalsa, jaloos, naara, jhanda, kitabein, taqreerein. to teen but rakhe gaye the hinduo ki taraf se Babri Masjid ke andar. is ke upar bhadak kar ke itne sa</w:t>
      </w:r>
    </w:p>
    <w:p>
      <w:pPr>
        <w:jc w:val="right"/>
      </w:pPr>
      <w:r>
        <w:t>جو اس میں شامل نہیں تھا۔ Literally یہ بات صحیح ہے کہ پوری پوری مسلم ملت اس میں involve ہو گئی۔ کروڑوں نہیں اربوں روپے خرچ کیے گئے اس کے اوپر۔ جلسہ، جلوس، نعرہ، جھنڈا، کتابیں، تقریریں۔ تو تین بت رکھے گئے تھے ہندوؤں کی طرف سے بابری مسجد کے اندر۔ اس کے اوپر بھڑک کر کے اتنے س</w:t>
      </w:r>
    </w:p>
    <w:p>
      <w:r>
        <w:rPr>
          <w:b/>
        </w:rPr>
        <w:t xml:space="preserve">[17:24] </w:t>
      </w:r>
      <w:r>
        <w:t>are hangame kiye gaye. aur nateeja kya hua? ke Babri Masjid aaj exist nahi karti Babri Masjid. mein khud wahan gaya hoon. pehle bhi dekha tha mein ne. yaani forty seven se pehle mein ek bar gaya tha wahan par. Ayodhya jab India mein azadi nahi aayi thi. to wahan mein ne dekha tha ke Babri Masjid ka ek poora ek dhancha dekha to mein ne</w:t>
      </w:r>
    </w:p>
    <w:p>
      <w:pPr>
        <w:jc w:val="right"/>
      </w:pPr>
      <w:r>
        <w:t>ارے ہنگامے کیے گئے۔ اور نتیجہ کیا ہوا؟ کہ بابری مسجد آج exist نہیں کرتی بابری مسجد۔ میں خود وہاں گیا ہوں۔ پہلے بھی دیکھا تھا میں نے۔ یعنی فورٹی سیون سے پہلے میں ایک بار گیا تھا وہاں پر۔ ایدھیہ جب انڈیا میں آزادی نہیں آئی تھی۔ تو وہاں میں نے دیکھا تھا کہ بابری مسجد کا ایک پورا ایک ڈھانچہ دیکھا تو میں نے</w:t>
      </w:r>
    </w:p>
    <w:p>
      <w:r>
        <w:rPr>
          <w:b/>
        </w:rPr>
        <w:t xml:space="preserve">[17:54] </w:t>
      </w:r>
      <w:r>
        <w:t>khud apni aankhon se pathar ki bani hui ek imarat thi. ab jab mein gaya wahan to wahan kuch bhi nahi hai. koi trace is ka nahi hai. ab to wahan ek makeshift mandir hai. to poori poori musalmanon ne hangama khada kiya aur nateeja kuch nahi nikla. yeh kyun tha? ke rasool Allah ke uswa se hatna tha. ab mein aap ko doosri misaal deta hoon. rasool Allah jab rasool Allah ne</w:t>
      </w:r>
    </w:p>
    <w:p>
      <w:pPr>
        <w:jc w:val="right"/>
      </w:pPr>
      <w:r>
        <w:t>خود اپنی آنکھوں سے پتھر کی بنی ہوئی ایک عمارت تھی۔ اب جب میں گیا وہاں تو وہاں کچھ بھی نہیں ہے۔ کوئی trace اس کا نہیں ہے۔ اب تو وہاں ایک میک شفٹ مندر ہے۔ تو پوری پوری مسلمانوں نے ہنگامہ کھڑا کیا اور نتیجہ کچھ نہیں نکلا۔ یہ کیوں تھا؟ کہ رسول اللہ کے اسوہ سے ہٹنا تھا۔ اب میں آپ کو دوسری مثال دیتا ہوں۔ رسول اللہ جب رسول اللہ نے</w:t>
      </w:r>
    </w:p>
    <w:p>
      <w:r>
        <w:rPr>
          <w:b/>
        </w:rPr>
        <w:t xml:space="preserve">[18:24] </w:t>
      </w:r>
      <w:r>
        <w:t>apna mission shuru kiya makkah mein six hundred ten AD mein.</w:t>
      </w:r>
    </w:p>
    <w:p>
      <w:pPr>
        <w:jc w:val="right"/>
      </w:pPr>
      <w:r>
        <w:t>اپنا مشن شروع کیا مکہ میں سکس ہنڈرڈ ٹین اے ڈی میں۔</w:t>
      </w:r>
    </w:p>
    <w:p>
      <w:r>
        <w:rPr>
          <w:b/>
        </w:rPr>
        <w:t xml:space="preserve">[18:28] </w:t>
      </w:r>
      <w:r>
        <w:t>six hundred ten AD mein makkah mein.</w:t>
      </w:r>
    </w:p>
    <w:p>
      <w:pPr>
        <w:jc w:val="right"/>
      </w:pPr>
      <w:r>
        <w:t>سکس ہنڈرڈ ٹین اے ڈی میں مکہ میں۔</w:t>
      </w:r>
    </w:p>
    <w:p>
      <w:r>
        <w:rPr>
          <w:b/>
        </w:rPr>
        <w:t xml:space="preserve">[18:32] </w:t>
      </w:r>
      <w:r>
        <w:t>to wahan par kaaba hai aap jantay hain.</w:t>
      </w:r>
    </w:p>
    <w:p>
      <w:pPr>
        <w:jc w:val="right"/>
      </w:pPr>
      <w:r>
        <w:t>تو وہاں پر کعبہ ہے آپ جانتے ہیں۔</w:t>
      </w:r>
    </w:p>
    <w:p>
      <w:r>
        <w:rPr>
          <w:b/>
        </w:rPr>
        <w:t xml:space="preserve">[18:36] </w:t>
      </w:r>
      <w:r>
        <w:t>aur kaaba chaar hazar saal se hai wahan par.</w:t>
      </w:r>
    </w:p>
    <w:p>
      <w:pPr>
        <w:jc w:val="right"/>
      </w:pPr>
      <w:r>
        <w:t>اور کعبہ چار ہزار سال سے ہے وہاں پر۔</w:t>
      </w:r>
    </w:p>
    <w:p>
      <w:r>
        <w:rPr>
          <w:b/>
        </w:rPr>
        <w:t xml:space="preserve">[18:40] </w:t>
      </w:r>
      <w:r>
        <w:t>hazrat ibrahim ne banaya tha is ko.</w:t>
      </w:r>
    </w:p>
    <w:p>
      <w:pPr>
        <w:jc w:val="right"/>
      </w:pPr>
      <w:r>
        <w:t>حضرت ابراہیم نے بنایا تھا اس کو۔</w:t>
      </w:r>
    </w:p>
    <w:p>
      <w:r>
        <w:rPr>
          <w:b/>
        </w:rPr>
        <w:t xml:space="preserve">[18:44] </w:t>
      </w:r>
      <w:r>
        <w:t>to hazrat ibrahim ne banaya tha is ko tauheed ke ghar ke taur par.</w:t>
      </w:r>
    </w:p>
    <w:p>
      <w:pPr>
        <w:jc w:val="right"/>
      </w:pPr>
      <w:r>
        <w:t>تو حضرت ابراہیم نے بنایا تھا اس کو توحید کے گھر کے طور پر۔</w:t>
      </w:r>
    </w:p>
    <w:p>
      <w:r>
        <w:rPr>
          <w:b/>
        </w:rPr>
        <w:t xml:space="preserve">[18:48] </w:t>
      </w:r>
      <w:r>
        <w:t>tauheed ke liye.</w:t>
      </w:r>
    </w:p>
    <w:p>
      <w:pPr>
        <w:jc w:val="right"/>
      </w:pPr>
      <w:r>
        <w:t>توحید کے لیے۔</w:t>
      </w:r>
    </w:p>
    <w:p>
      <w:r>
        <w:rPr>
          <w:b/>
        </w:rPr>
        <w:t xml:space="preserve">[18:51] </w:t>
      </w:r>
      <w:r>
        <w:t>The oneness of God ka center. lekin</w:t>
      </w:r>
    </w:p>
    <w:p>
      <w:pPr>
        <w:jc w:val="right"/>
      </w:pPr>
      <w:r>
        <w:t>The oneness of God کا سینٹر۔ لیکن</w:t>
      </w:r>
    </w:p>
    <w:p>
      <w:r>
        <w:rPr>
          <w:b/>
        </w:rPr>
        <w:t xml:space="preserve">[18:55] </w:t>
      </w:r>
      <w:r>
        <w:t>jab rasool Allah ka yaani seven century ke first quarter mein jab rasool Allah ne wahan apna mission</w:t>
      </w:r>
    </w:p>
    <w:p>
      <w:pPr>
        <w:jc w:val="right"/>
      </w:pPr>
      <w:r>
        <w:t>جب رسول اللہ کا یعنی سیون سینچری کے فرسٹ کوارٹر میں جب رسول اللہ نے وہاں اپنا مشن</w:t>
      </w:r>
    </w:p>
    <w:p>
      <w:r>
        <w:rPr>
          <w:b/>
        </w:rPr>
        <w:t xml:space="preserve">[19:01] </w:t>
      </w:r>
      <w:r>
        <w:t>shuru kiya is waqt kaaba tha idol worshipers ke kabzay mein.</w:t>
      </w:r>
    </w:p>
    <w:p>
      <w:pPr>
        <w:jc w:val="right"/>
      </w:pPr>
      <w:r>
        <w:t>شروع کیا اس وقت کعبہ تھا آئیڈل ورشپرز کے قبضے میں۔</w:t>
      </w:r>
    </w:p>
    <w:p>
      <w:r>
        <w:rPr>
          <w:b/>
        </w:rPr>
        <w:t xml:space="preserve">[19:07] </w:t>
      </w:r>
      <w:r>
        <w:t>mushrik logon ke kabzay mein tha woh.</w:t>
      </w:r>
    </w:p>
    <w:p>
      <w:pPr>
        <w:jc w:val="right"/>
      </w:pPr>
      <w:r>
        <w:t>مشرک لوگوں کے قبضے میں تھا وہ۔</w:t>
      </w:r>
    </w:p>
    <w:p>
      <w:r>
        <w:rPr>
          <w:b/>
        </w:rPr>
        <w:t xml:space="preserve">[19:13] </w:t>
      </w:r>
      <w:r>
        <w:t>to unhon ne kiya kiya tha? is ke andar is ke premises mein three hundred sixty but rakh diye thay.</w:t>
      </w:r>
    </w:p>
    <w:p>
      <w:pPr>
        <w:jc w:val="right"/>
      </w:pPr>
      <w:r>
        <w:t>تو انہوں نے کیا کیا تھا؟ اس کے اندر اس کے پریمیسز میں تھری ہنڈرڈ سکسٹی بت رکھ دیے تھے۔</w:t>
      </w:r>
    </w:p>
    <w:p>
      <w:r>
        <w:rPr>
          <w:b/>
        </w:rPr>
        <w:t xml:space="preserve">[19:19] </w:t>
      </w:r>
      <w:r>
        <w:t>three hundred sixty idols</w:t>
      </w:r>
    </w:p>
    <w:p>
      <w:pPr>
        <w:jc w:val="right"/>
      </w:pPr>
      <w:r>
        <w:t>تھری ہنڈرڈ سکسٹی آئیڈلز</w:t>
      </w:r>
    </w:p>
    <w:p>
      <w:r>
        <w:rPr>
          <w:b/>
        </w:rPr>
        <w:t xml:space="preserve">[19:25] </w:t>
      </w:r>
      <w:r>
        <w:t>۔ yaani Kaaba ke premises mein unhon ne teen so saath but rakh diye. yeh tha scene wahan. yeh scene tha jo rasool Allah ke liye tha wahan par. yaani yahan to musalman sirf news par bhadak uthe. yaani shayad ek do musalmanon ne dekha hoga ke aaj Ayodhya mein masjid mein but rakha gaya hai. baqi logon ne to us se khabar suni. dunya bhar mein bhi bhadke</w:t>
      </w:r>
    </w:p>
    <w:p>
      <w:pPr>
        <w:jc w:val="right"/>
      </w:pPr>
      <w:r>
        <w:t>۔ یعنی کعبہ کے پریمیسز میں انہوں نے تین سو ساٹھ بت رکھ دیے۔ یہ تھا سین وہاں۔ یہ سین تھا جو رسول اللہ کے لیے تھا وہاں پر۔ یعنی یہاں تو مسلمان صرف نیوز پر بھڑک اٹھے۔ یعنی شاید ایک دو مسلمانوں نے دیکھا ہوگا کہ آج ایدھیہ میں مسجد میں بت رکھا گیا ہے۔ باقی لوگوں نے تو اس سے خبر سنی۔ دنیا بھر میں بھی بھڑکے</w:t>
      </w:r>
    </w:p>
    <w:p>
      <w:r>
        <w:rPr>
          <w:b/>
        </w:rPr>
        <w:t xml:space="preserve">[19:55] </w:t>
      </w:r>
      <w:r>
        <w:t>musalman to dekha to kisi ne nahin tha.</w:t>
      </w:r>
    </w:p>
    <w:p>
      <w:pPr>
        <w:jc w:val="right"/>
      </w:pPr>
      <w:r>
        <w:t>مسلمان تو دیکھا تو کسی نے نہیں تھا۔</w:t>
      </w:r>
    </w:p>
    <w:p>
      <w:r>
        <w:rPr>
          <w:b/>
        </w:rPr>
        <w:t xml:space="preserve">[19:59] </w:t>
      </w:r>
      <w:r>
        <w:t>khabar sun kay bhark uthay.</w:t>
      </w:r>
    </w:p>
    <w:p>
      <w:pPr>
        <w:jc w:val="right"/>
      </w:pPr>
      <w:r>
        <w:t>خبر سن کے بھڑک اٹھے۔</w:t>
      </w:r>
    </w:p>
    <w:p>
      <w:r>
        <w:rPr>
          <w:b/>
        </w:rPr>
        <w:t xml:space="preserve">[20:02] </w:t>
      </w:r>
      <w:r>
        <w:t>rasool Allah ne apni aankhon se dekha wahan par.</w:t>
      </w:r>
    </w:p>
    <w:p>
      <w:pPr>
        <w:jc w:val="right"/>
      </w:pPr>
      <w:r>
        <w:t>رسول اللہ نے اپنی آنکھوں سے دیکھا وہاں پر۔</w:t>
      </w:r>
    </w:p>
    <w:p>
      <w:r>
        <w:rPr>
          <w:b/>
        </w:rPr>
        <w:t xml:space="preserve">[20:05] </w:t>
      </w:r>
      <w:r>
        <w:t>keh ibrahim ke banaye hue hazrat ibrahim ke banaye hue masjid jis mein jo banai gayi thi allah</w:t>
      </w:r>
    </w:p>
    <w:p>
      <w:pPr>
        <w:jc w:val="right"/>
      </w:pPr>
      <w:r>
        <w:t>کہ ابراہیم کے بنائے ہوئے حضرت ابراہیم کے بنائے ہوئے مسجد جس میں جو بنائی گئی تھی اللہ</w:t>
      </w:r>
    </w:p>
    <w:p>
      <w:r>
        <w:rPr>
          <w:b/>
        </w:rPr>
        <w:t xml:space="preserve">[20:08] </w:t>
      </w:r>
      <w:r>
        <w:t>ke upar ki ibadat ke liye.</w:t>
      </w:r>
    </w:p>
    <w:p>
      <w:pPr>
        <w:jc w:val="right"/>
      </w:pPr>
      <w:r>
        <w:t>کے اوپر کی عبادت کے لیے۔</w:t>
      </w:r>
    </w:p>
    <w:p>
      <w:r>
        <w:rPr>
          <w:b/>
        </w:rPr>
        <w:t xml:space="preserve">[20:11] </w:t>
      </w:r>
      <w:r>
        <w:t>ek ek khuda ke liye.</w:t>
      </w:r>
    </w:p>
    <w:p>
      <w:pPr>
        <w:jc w:val="right"/>
      </w:pPr>
      <w:r>
        <w:t>ایک ایک خدا کے لیے۔</w:t>
      </w:r>
    </w:p>
    <w:p>
      <w:r>
        <w:rPr>
          <w:b/>
        </w:rPr>
        <w:t xml:space="preserve">[20:14] </w:t>
      </w:r>
      <w:r>
        <w:t>is mein teen sau saath but.</w:t>
      </w:r>
    </w:p>
    <w:p>
      <w:pPr>
        <w:jc w:val="right"/>
      </w:pPr>
      <w:r>
        <w:t>اس میں تین سو ساٹھ بت۔</w:t>
      </w:r>
    </w:p>
    <w:p>
      <w:r>
        <w:rPr>
          <w:b/>
        </w:rPr>
        <w:t xml:space="preserve">[20:17] </w:t>
      </w:r>
      <w:r>
        <w:t>aap kuch bhi nahi bhadke.</w:t>
      </w:r>
    </w:p>
    <w:p>
      <w:pPr>
        <w:jc w:val="right"/>
      </w:pPr>
      <w:r>
        <w:t>آپ کچھ بھی نہیں بھڑکے۔</w:t>
      </w:r>
    </w:p>
    <w:p>
      <w:r>
        <w:rPr>
          <w:b/>
        </w:rPr>
        <w:t xml:space="preserve">[20:20] </w:t>
      </w:r>
      <w:r>
        <w:t>aap terah saal tak aap mission makkah mein rahe mission ke liye.</w:t>
      </w:r>
    </w:p>
    <w:p>
      <w:pPr>
        <w:jc w:val="right"/>
      </w:pPr>
      <w:r>
        <w:t>آپ تیرہ سال تک آپ مشن مکہ میں رہے مشن کے لیے۔</w:t>
      </w:r>
    </w:p>
    <w:p>
      <w:r>
        <w:rPr>
          <w:b/>
        </w:rPr>
        <w:t xml:space="preserve">[20:23] </w:t>
      </w:r>
      <w:r>
        <w:t>terah saal ke darmiyan jab</w:t>
      </w:r>
    </w:p>
    <w:p>
      <w:pPr>
        <w:jc w:val="right"/>
      </w:pPr>
      <w:r>
        <w:t>تیرہ سال کے درمیان جب</w:t>
      </w:r>
    </w:p>
    <w:p>
      <w:r>
        <w:rPr>
          <w:b/>
        </w:rPr>
        <w:t xml:space="preserve">[20:26] </w:t>
      </w:r>
      <w:r>
        <w:t>chahte ja kar tod phod karte is ko.</w:t>
      </w:r>
    </w:p>
    <w:p>
      <w:pPr>
        <w:jc w:val="right"/>
      </w:pPr>
      <w:r>
        <w:t>چاہتے جا کر توڑ پھوڑ کرتے اس کو۔</w:t>
      </w:r>
    </w:p>
    <w:p>
      <w:r>
        <w:rPr>
          <w:b/>
        </w:rPr>
        <w:t xml:space="preserve">[20:29] </w:t>
      </w:r>
      <w:r>
        <w:t>kyunke woh khula hua tha.</w:t>
      </w:r>
    </w:p>
    <w:p>
      <w:pPr>
        <w:jc w:val="right"/>
      </w:pPr>
      <w:r>
        <w:t>کیونکہ وہ کھلا ہوا تھا۔</w:t>
      </w:r>
    </w:p>
    <w:p>
      <w:r>
        <w:rPr>
          <w:b/>
        </w:rPr>
        <w:t xml:space="preserve">[20:33] </w:t>
      </w:r>
      <w:r>
        <w:t>wahan koi aisa iron gate to tha nahi.</w:t>
      </w:r>
    </w:p>
    <w:p>
      <w:pPr>
        <w:jc w:val="right"/>
      </w:pPr>
      <w:r>
        <w:t>وہاں کوئی ایسا آئرن گیٹ تو تھا نہیں۔</w:t>
      </w:r>
    </w:p>
    <w:p>
      <w:r>
        <w:rPr>
          <w:b/>
        </w:rPr>
        <w:t xml:space="preserve">[20:37] </w:t>
      </w:r>
      <w:r>
        <w:t>nikal ke phenkte is ko todte kuch bhi karte.</w:t>
      </w:r>
    </w:p>
    <w:p>
      <w:pPr>
        <w:jc w:val="right"/>
      </w:pPr>
      <w:r>
        <w:t>نکال کے پھینکتے اس کو توڑتے کچھ بھی کرتے۔</w:t>
      </w:r>
    </w:p>
    <w:p>
      <w:r>
        <w:rPr>
          <w:b/>
        </w:rPr>
        <w:t xml:space="preserve">[20:41] </w:t>
      </w:r>
      <w:r>
        <w:t>ya jalsa juloos karte hungama karte.</w:t>
      </w:r>
    </w:p>
    <w:p>
      <w:pPr>
        <w:jc w:val="right"/>
      </w:pPr>
      <w:r>
        <w:t>یا جلسہ جلوس کرتے ہنگامہ کرتے۔</w:t>
      </w:r>
    </w:p>
    <w:p>
      <w:r>
        <w:rPr>
          <w:b/>
        </w:rPr>
        <w:t xml:space="preserve">[20:45] </w:t>
      </w:r>
      <w:r>
        <w:t>یعنی آپ نے آپ کی جو speeches ہیں اس دورانیے کی۔</w:t>
      </w:r>
    </w:p>
    <w:p>
      <w:pPr>
        <w:jc w:val="right"/>
      </w:pPr>
      <w:r>
        <w:t>یعنی آپ نے آپ کی جو اسپیچز ہیں اس دورانیے کی۔</w:t>
      </w:r>
    </w:p>
    <w:p>
      <w:r>
        <w:rPr>
          <w:b/>
        </w:rPr>
        <w:t xml:space="preserve">[20:48] </w:t>
      </w:r>
      <w:r>
        <w:t>is mein koi references is ka nahi hai.</w:t>
      </w:r>
    </w:p>
    <w:p>
      <w:pPr>
        <w:jc w:val="right"/>
      </w:pPr>
      <w:r>
        <w:t>اس میں کوئی ریفرنسز اس کا نہیں ہے۔</w:t>
      </w:r>
    </w:p>
    <w:p>
      <w:r>
        <w:rPr>
          <w:b/>
        </w:rPr>
        <w:t xml:space="preserve">[20:52] </w:t>
      </w:r>
      <w:r>
        <w:t>yahan tak ke dekhiye is doraniye mein jo pehli utri thi aap ke upar quran majeed ka jo</w:t>
      </w:r>
    </w:p>
    <w:p>
      <w:pPr>
        <w:jc w:val="right"/>
      </w:pPr>
      <w:r>
        <w:t>یہاں تک کہ دیکھیے اس دورانیے میں جو پہلی اتری تھی آپ کے اوپر قرآن مجید کا جو</w:t>
      </w:r>
    </w:p>
    <w:p>
      <w:r>
        <w:rPr>
          <w:b/>
        </w:rPr>
        <w:t xml:space="preserve">[20:56] </w:t>
      </w:r>
      <w:r>
        <w:t>revelation hua. to Surah Muddathir aayi thi. pehli ayat pehli utri hai Surah Iqra us ke baad al-Muddathir. is mein theek us dauraniye mein jab ke wahan par aisa hai. aap se kya kaha gaya? wasiyyabka fatahhir. ya ayyuhal muddathir. qum fa anzhir. rabbaka fakabbir. wasiyyabka fatahhir. yaani apne</w:t>
      </w:r>
    </w:p>
    <w:p>
      <w:pPr>
        <w:jc w:val="right"/>
      </w:pPr>
      <w:r>
        <w:t>ریولیشن ہوا۔ تو سورہ مدثر آئی تھی۔ پہلی آیت پہلی اتری ہے سورہ اقراء اس کے بعد المدثر۔ اس میں ٹھیک اس دورانیے میں جب کہ وہاں پر ایسا ہے۔ آپ سے کیا کہا گیا؟ وصیابک فطہر۔ یا ایہا المدثر قم فانظر ربک فکبر۔ وصیابک فطہر۔ یعنی اپنے</w:t>
      </w:r>
    </w:p>
    <w:p>
      <w:r>
        <w:rPr>
          <w:b/>
        </w:rPr>
        <w:t xml:space="preserve">[21:26] </w:t>
      </w:r>
      <w:r>
        <w:t>aap ko purify karo.</w:t>
      </w:r>
    </w:p>
    <w:p>
      <w:pPr>
        <w:jc w:val="right"/>
      </w:pPr>
      <w:r>
        <w:t>آپ کو پیوریفائی کرو۔</w:t>
      </w:r>
    </w:p>
    <w:p>
      <w:r>
        <w:rPr>
          <w:b/>
        </w:rPr>
        <w:t xml:space="preserve">[21:30] </w:t>
      </w:r>
      <w:r>
        <w:t>ab dekhiye yahan par phir allah taala ka hukum dena chahiye tha ke ke kaaba ki tatheer karo.</w:t>
      </w:r>
    </w:p>
    <w:p>
      <w:pPr>
        <w:jc w:val="right"/>
      </w:pPr>
      <w:r>
        <w:t>اب دیکھیے یہاں پر پھر اللہ تعالیٰ کا حکم دینا چاہیے تھا کہ کہ کعبہ کی تطہیر کرو۔</w:t>
      </w:r>
    </w:p>
    <w:p>
      <w:r>
        <w:rPr>
          <w:b/>
        </w:rPr>
        <w:t xml:space="preserve">[21:33] </w:t>
      </w:r>
      <w:r>
        <w:t>yani tahir al kaaba alaih assalam.</w:t>
      </w:r>
    </w:p>
    <w:p>
      <w:pPr>
        <w:jc w:val="right"/>
      </w:pPr>
      <w:r>
        <w:t>یعنی طاہر الکعبۃ علیہ السلام۔</w:t>
      </w:r>
    </w:p>
    <w:p>
      <w:r>
        <w:rPr>
          <w:b/>
        </w:rPr>
        <w:t xml:space="preserve">[21:37] </w:t>
      </w:r>
      <w:r>
        <w:t>ayat yahan neeche aayi thi ke ya muhammad tahir al kaaba alaih assalam.</w:t>
      </w:r>
    </w:p>
    <w:p>
      <w:pPr>
        <w:jc w:val="right"/>
      </w:pPr>
      <w:r>
        <w:t>آیت یہاں نیچے آئی تھی کہ یا محمد طاہر الکعبۃ علیہ السلام۔</w:t>
      </w:r>
    </w:p>
    <w:p>
      <w:r>
        <w:rPr>
          <w:b/>
        </w:rPr>
        <w:t xml:space="preserve">[21:41] </w:t>
      </w:r>
      <w:r>
        <w:t>kaaba ko buton se pak karo.</w:t>
      </w:r>
    </w:p>
    <w:p>
      <w:pPr>
        <w:jc w:val="right"/>
      </w:pPr>
      <w:r>
        <w:t>کعبہ کو بتوں سے پاک کرو۔</w:t>
      </w:r>
    </w:p>
    <w:p>
      <w:r>
        <w:rPr>
          <w:b/>
        </w:rPr>
        <w:t xml:space="preserve">[21:45] </w:t>
      </w:r>
      <w:r>
        <w:t>yeh nahi aaya.</w:t>
      </w:r>
    </w:p>
    <w:p>
      <w:pPr>
        <w:jc w:val="right"/>
      </w:pPr>
      <w:r>
        <w:t>یہ نہیں آیا۔</w:t>
      </w:r>
    </w:p>
    <w:p>
      <w:r>
        <w:rPr>
          <w:b/>
        </w:rPr>
        <w:t xml:space="preserve">[21:48] </w:t>
      </w:r>
      <w:r>
        <w:t>yeh aaya hai ke wasiyabak fat-har.</w:t>
      </w:r>
    </w:p>
    <w:p>
      <w:pPr>
        <w:jc w:val="right"/>
      </w:pPr>
      <w:r>
        <w:t>یہ آیا ہے کہ وصیابک فطہر۔</w:t>
      </w:r>
    </w:p>
    <w:p>
      <w:r>
        <w:rPr>
          <w:b/>
        </w:rPr>
        <w:t xml:space="preserve">[21:52] </w:t>
      </w:r>
      <w:r>
        <w:t>apni apniوں ko pak karo. purifi</w:t>
      </w:r>
    </w:p>
    <w:p>
      <w:pPr>
        <w:jc w:val="right"/>
      </w:pPr>
      <w:r>
        <w:t>اپنی اپنیوں کو پاک کرو۔ پیوریف</w:t>
      </w:r>
    </w:p>
    <w:p>
      <w:r>
        <w:rPr>
          <w:b/>
        </w:rPr>
        <w:t xml:space="preserve">[21:56] </w:t>
      </w:r>
      <w:r>
        <w:t>y your self.</w:t>
      </w:r>
    </w:p>
    <w:p>
      <w:pPr>
        <w:jc w:val="right"/>
      </w:pPr>
      <w:r>
        <w:t>ائی یور سیلف۔</w:t>
      </w:r>
    </w:p>
    <w:p>
      <w:r>
        <w:rPr>
          <w:b/>
        </w:rPr>
        <w:t xml:space="preserve">[22:00] </w:t>
      </w:r>
      <w:r>
        <w:t>Yourself ke ma'ani kya hue? Is mein ek ek matlab yeh nahin tha individual ke liye.</w:t>
      </w:r>
    </w:p>
    <w:p>
      <w:pPr>
        <w:jc w:val="right"/>
      </w:pPr>
      <w:r>
        <w:t>یور سیلف کے معنی کیا ہوئے؟ اس میں ایک ایک مطلب یہ نہیں تھا انڈیویجول کے لیے۔</w:t>
      </w:r>
    </w:p>
    <w:p>
      <w:r>
        <w:rPr>
          <w:b/>
        </w:rPr>
        <w:t xml:space="preserve">[22:05] </w:t>
      </w:r>
      <w:r>
        <w:t>logon ke dilon ko pak karo.</w:t>
      </w:r>
    </w:p>
    <w:p>
      <w:pPr>
        <w:jc w:val="right"/>
      </w:pPr>
      <w:r>
        <w:t>لوگوں کے دلوں کو پاک کرو۔</w:t>
      </w:r>
    </w:p>
    <w:p>
      <w:r>
        <w:rPr>
          <w:b/>
        </w:rPr>
        <w:t xml:space="preserve">[22:09] </w:t>
      </w:r>
      <w:r>
        <w:t>اس میں ایک ایک individual مراد تھا۔</w:t>
      </w:r>
    </w:p>
    <w:p>
      <w:pPr>
        <w:jc w:val="right"/>
      </w:pPr>
      <w:r>
        <w:t>اس میں ایک ایک انڈیویجول مراد تھا۔</w:t>
      </w:r>
    </w:p>
    <w:p>
      <w:r>
        <w:rPr>
          <w:b/>
        </w:rPr>
        <w:t xml:space="preserve">[22:13] </w:t>
      </w:r>
      <w:r>
        <w:t>yani purify the heart of the people.</w:t>
      </w:r>
    </w:p>
    <w:p>
      <w:pPr>
        <w:jc w:val="right"/>
      </w:pPr>
      <w:r>
        <w:t>یعنی پیوریفائی دا ہارٹ آف دا پیپل۔</w:t>
      </w:r>
    </w:p>
    <w:p>
      <w:r>
        <w:rPr>
          <w:b/>
        </w:rPr>
        <w:t xml:space="preserve">[22:18] </w:t>
      </w:r>
      <w:r>
        <w:t>yeh bohat zyada sochne ki baat hai.</w:t>
      </w:r>
    </w:p>
    <w:p>
      <w:pPr>
        <w:jc w:val="right"/>
      </w:pPr>
      <w:r>
        <w:t>یہ بہت زیادہ سوچنے کی بات ہے۔</w:t>
      </w:r>
    </w:p>
    <w:p>
      <w:r>
        <w:rPr>
          <w:b/>
        </w:rPr>
        <w:t xml:space="preserve">[22:22] </w:t>
      </w:r>
      <w:r>
        <w:t>keh is waqt yeh nahi kaha Allah taala ne keh purify da kaaba</w:t>
      </w:r>
    </w:p>
    <w:p>
      <w:pPr>
        <w:jc w:val="right"/>
      </w:pPr>
      <w:r>
        <w:t>کہ اس وقت یہ نہیں کہا اللہ تعالیٰ نے کہ پیوریفائی دا کعبہ</w:t>
      </w:r>
    </w:p>
    <w:p>
      <w:r>
        <w:rPr>
          <w:b/>
        </w:rPr>
        <w:t xml:space="preserve">[22:27] </w:t>
      </w:r>
      <w:r>
        <w:t>from idols.</w:t>
      </w:r>
    </w:p>
    <w:p>
      <w:pPr>
        <w:jc w:val="right"/>
      </w:pPr>
      <w:r>
        <w:t>فرام آئیڈلز۔</w:t>
      </w:r>
    </w:p>
    <w:p>
      <w:r>
        <w:rPr>
          <w:b/>
        </w:rPr>
        <w:t xml:space="preserve">[22:30] </w:t>
      </w:r>
      <w:r>
        <w:t>بلکہ یہ کہا purify the hearts of the people from negative thinking.</w:t>
      </w:r>
    </w:p>
    <w:p>
      <w:pPr>
        <w:jc w:val="right"/>
      </w:pPr>
      <w:r>
        <w:t>بلکہ یہ کہا پیوریفائی دا ہارٹس آف دا پیپل فرام نیگیٹیو تھنکنگ۔</w:t>
      </w:r>
    </w:p>
    <w:p>
      <w:r>
        <w:rPr>
          <w:b/>
        </w:rPr>
        <w:t xml:space="preserve">[22:34] </w:t>
      </w:r>
      <w:r>
        <w:t>kesi ajeeb baat hai.</w:t>
      </w:r>
    </w:p>
    <w:p>
      <w:pPr>
        <w:jc w:val="right"/>
      </w:pPr>
      <w:r>
        <w:t>کیسی عجیب بات ہے۔</w:t>
      </w:r>
    </w:p>
    <w:p>
      <w:r>
        <w:rPr>
          <w:b/>
        </w:rPr>
        <w:t xml:space="preserve">[22:38] </w:t>
      </w:r>
      <w:r>
        <w:t>to Rasool Allah ne jo kaam shuru kiya usi line par kiya.</w:t>
      </w:r>
    </w:p>
    <w:p>
      <w:pPr>
        <w:jc w:val="right"/>
      </w:pPr>
      <w:r>
        <w:t>تو رسول اللہ نے جو کام شروع کیا اسی لائن پر کیا۔</w:t>
      </w:r>
    </w:p>
    <w:p>
      <w:r>
        <w:rPr>
          <w:b/>
        </w:rPr>
        <w:t xml:space="preserve">[22:42] </w:t>
      </w:r>
      <w:r>
        <w:t>aap ne kabhi tod phod nahi ki.</w:t>
      </w:r>
    </w:p>
    <w:p>
      <w:pPr>
        <w:jc w:val="right"/>
      </w:pPr>
      <w:r>
        <w:t>آپ نے کبھی توڑ پھوڑ نہیں کی۔</w:t>
      </w:r>
    </w:p>
    <w:p>
      <w:r>
        <w:rPr>
          <w:b/>
        </w:rPr>
        <w:t xml:space="preserve">[22:45] </w:t>
      </w:r>
      <w:r>
        <w:t>is ke khilaaf kuch bole ne bhi nahi.</w:t>
      </w:r>
    </w:p>
    <w:p>
      <w:pPr>
        <w:jc w:val="right"/>
      </w:pPr>
      <w:r>
        <w:t>اس کے خلاف کچھ بولے نے بھی نہیں۔</w:t>
      </w:r>
    </w:p>
    <w:p>
      <w:r>
        <w:rPr>
          <w:b/>
        </w:rPr>
        <w:t xml:space="preserve">[22:49] </w:t>
      </w:r>
      <w:r>
        <w:t>aap kam az kam yahi to keh sakte the na keh tum ne yahi keh kar rakha hai.</w:t>
      </w:r>
    </w:p>
    <w:p>
      <w:pPr>
        <w:jc w:val="right"/>
      </w:pPr>
      <w:r>
        <w:t>آپ کم از کم یہی تو کہہ سکتے تھے نا کہ تم نے یہی کہہ کر رکھا ہے۔</w:t>
      </w:r>
    </w:p>
    <w:p>
      <w:r>
        <w:rPr>
          <w:b/>
        </w:rPr>
        <w:t xml:space="preserve">[22:53] </w:t>
      </w:r>
      <w:r>
        <w:t>Hazrat Ibrahim ne is liye thori banaya</w:t>
      </w:r>
    </w:p>
    <w:p>
      <w:pPr>
        <w:jc w:val="right"/>
      </w:pPr>
      <w:r>
        <w:t>حضرت ابراہیم نے اس لیے تھوڑی بنایا</w:t>
      </w:r>
    </w:p>
    <w:p>
      <w:r>
        <w:rPr>
          <w:b/>
        </w:rPr>
        <w:t xml:space="preserve">[22:57] </w:t>
      </w:r>
      <w:r>
        <w:t>tha kaaba ko. kuch nahi.</w:t>
      </w:r>
    </w:p>
    <w:p>
      <w:pPr>
        <w:jc w:val="right"/>
      </w:pPr>
      <w:r>
        <w:t>تھا کعبہ کو۔ کچھ نہیں۔</w:t>
      </w:r>
    </w:p>
    <w:p>
      <w:r>
        <w:rPr>
          <w:b/>
        </w:rPr>
        <w:t xml:space="preserve">[23:00] </w:t>
      </w:r>
      <w:r>
        <w:t>bas dilon ko pak karna.</w:t>
      </w:r>
    </w:p>
    <w:p>
      <w:pPr>
        <w:jc w:val="right"/>
      </w:pPr>
      <w:r>
        <w:t>بس دلوں کو پاک کرنا۔</w:t>
      </w:r>
    </w:p>
    <w:p>
      <w:r>
        <w:rPr>
          <w:b/>
        </w:rPr>
        <w:t xml:space="preserve">[23:03] </w:t>
      </w:r>
      <w:r>
        <w:t>mind ki re-engineering karna.</w:t>
      </w:r>
    </w:p>
    <w:p>
      <w:pPr>
        <w:jc w:val="right"/>
      </w:pPr>
      <w:r>
        <w:t>مائنڈ کی ری انجینئرنگ کرنا۔</w:t>
      </w:r>
    </w:p>
    <w:p>
      <w:r>
        <w:rPr>
          <w:b/>
        </w:rPr>
        <w:t xml:space="preserve">[23:06] </w:t>
      </w:r>
      <w:r>
        <w:t>logon ko de-conditioning of the mind jo mein kaha karta hoon.</w:t>
      </w:r>
    </w:p>
    <w:p>
      <w:pPr>
        <w:jc w:val="right"/>
      </w:pPr>
      <w:r>
        <w:t>لوگوں کو ڈی کنڈیشننگ آف دا مائنڈ جو میں کہا کرتا ہوں۔</w:t>
      </w:r>
    </w:p>
    <w:p>
      <w:r>
        <w:rPr>
          <w:b/>
        </w:rPr>
        <w:t xml:space="preserve">[23:09] </w:t>
      </w:r>
      <w:r>
        <w:t>wo sab karna.</w:t>
      </w:r>
    </w:p>
    <w:p>
      <w:pPr>
        <w:jc w:val="right"/>
      </w:pPr>
      <w:r>
        <w:t>وہ سب کرنا۔</w:t>
      </w:r>
    </w:p>
    <w:p>
      <w:r>
        <w:rPr>
          <w:b/>
        </w:rPr>
        <w:t xml:space="preserve">[23:12] </w:t>
      </w:r>
      <w:r>
        <w:t>keh logon ke andar sachai aaye.</w:t>
      </w:r>
    </w:p>
    <w:p>
      <w:pPr>
        <w:jc w:val="right"/>
      </w:pPr>
      <w:r>
        <w:t>کہ لوگوں کے اندر سچائی آئے۔</w:t>
      </w:r>
    </w:p>
    <w:p>
      <w:r>
        <w:rPr>
          <w:b/>
        </w:rPr>
        <w:t xml:space="preserve">[23:16] </w:t>
      </w:r>
      <w:r>
        <w:t>logon ke andar Allah ka darr aaye.</w:t>
      </w:r>
    </w:p>
    <w:p>
      <w:pPr>
        <w:jc w:val="right"/>
      </w:pPr>
      <w:r>
        <w:t>لوگوں کے اندر اللہ کا ڈر آئے۔</w:t>
      </w:r>
    </w:p>
    <w:p>
      <w:r>
        <w:rPr>
          <w:b/>
        </w:rPr>
        <w:t xml:space="preserve">[23:19] </w:t>
      </w:r>
      <w:r>
        <w:t>logon ke andar Allah ki mohabbat aaye.</w:t>
      </w:r>
    </w:p>
    <w:p>
      <w:pPr>
        <w:jc w:val="right"/>
      </w:pPr>
      <w:r>
        <w:t>لوگوں کے اندر اللہ کی محبت آئے۔</w:t>
      </w:r>
    </w:p>
    <w:p>
      <w:r>
        <w:rPr>
          <w:b/>
        </w:rPr>
        <w:t xml:space="preserve">[23:22] </w:t>
      </w:r>
      <w:r>
        <w:t>logon ke andar character aaye.</w:t>
      </w:r>
    </w:p>
    <w:p>
      <w:pPr>
        <w:jc w:val="right"/>
      </w:pPr>
      <w:r>
        <w:t>لوگوں کے اندر کریکٹر آئے۔</w:t>
      </w:r>
    </w:p>
    <w:p>
      <w:r>
        <w:rPr>
          <w:b/>
        </w:rPr>
        <w:t xml:space="preserve">[23:25] </w:t>
      </w:r>
      <w:r>
        <w:t>yeh sab cheezein.</w:t>
      </w:r>
    </w:p>
    <w:p>
      <w:pPr>
        <w:jc w:val="right"/>
      </w:pPr>
      <w:r>
        <w:t>یہ سب چیزیں۔</w:t>
      </w:r>
    </w:p>
    <w:p>
      <w:r>
        <w:rPr>
          <w:b/>
        </w:rPr>
        <w:t xml:space="preserve">[23:28] </w:t>
      </w:r>
      <w:r>
        <w:t>to result kya hua? result yeh hua keh wo log jo rehte the makka mein jinhone wahan</w:t>
      </w:r>
    </w:p>
    <w:p>
      <w:pPr>
        <w:jc w:val="right"/>
      </w:pPr>
      <w:r>
        <w:t>تو رزلٹ کیا ہوا؟ رزلٹ یہ ہوا کہ وہ لوگ جو رہتے تھے مکہ میں جنہوں نے وہاں</w:t>
      </w:r>
    </w:p>
    <w:p>
      <w:r>
        <w:rPr>
          <w:b/>
        </w:rPr>
        <w:t xml:space="preserve">[23:33] </w:t>
      </w:r>
      <w:r>
        <w:t>butt rakh rakha tha.</w:t>
      </w:r>
    </w:p>
    <w:p>
      <w:pPr>
        <w:jc w:val="right"/>
      </w:pPr>
      <w:r>
        <w:t>بت رکھ رکھا تھا۔</w:t>
      </w:r>
    </w:p>
    <w:p>
      <w:r>
        <w:rPr>
          <w:b/>
        </w:rPr>
        <w:t xml:space="preserve">[23:37] </w:t>
      </w:r>
      <w:r>
        <w:t>ان سب نے رسول اللہ کے faith کو مان لیا۔</w:t>
      </w:r>
    </w:p>
    <w:p>
      <w:pPr>
        <w:jc w:val="right"/>
      </w:pPr>
      <w:r>
        <w:t>ان سب نے رسول اللہ کے فیتھ کو مان لیا۔</w:t>
      </w:r>
    </w:p>
    <w:p>
      <w:r>
        <w:rPr>
          <w:b/>
        </w:rPr>
        <w:t xml:space="preserve">[23:42] </w:t>
      </w:r>
      <w:r>
        <w:t>Rasool Allah ke mission ko maan liya.</w:t>
      </w:r>
    </w:p>
    <w:p>
      <w:pPr>
        <w:jc w:val="right"/>
      </w:pPr>
      <w:r>
        <w:t>رسول اللہ کے مشن کو مان لیا۔</w:t>
      </w:r>
    </w:p>
    <w:p>
      <w:r>
        <w:rPr>
          <w:b/>
        </w:rPr>
        <w:t xml:space="preserve">[23:46] </w:t>
      </w:r>
      <w:r>
        <w:t>aur Rasool Allah ke saathi ban gaye.</w:t>
      </w:r>
    </w:p>
    <w:p>
      <w:pPr>
        <w:jc w:val="right"/>
      </w:pPr>
      <w:r>
        <w:t>اور رسول اللہ کے ساتھی بن گئے۔</w:t>
      </w:r>
    </w:p>
    <w:p>
      <w:r>
        <w:rPr>
          <w:b/>
        </w:rPr>
        <w:t xml:space="preserve">[23:51] </w:t>
      </w:r>
      <w:r>
        <w:t>to makka mein koi idol worshipper raha hi nahi.</w:t>
      </w:r>
    </w:p>
    <w:p>
      <w:pPr>
        <w:jc w:val="right"/>
      </w:pPr>
      <w:r>
        <w:t>تو مکہ میں کوئی آئیڈل ورشپر رہا ہی نہیں۔</w:t>
      </w:r>
    </w:p>
    <w:p>
      <w:r>
        <w:rPr>
          <w:b/>
        </w:rPr>
        <w:t xml:space="preserve">[23:55] </w:t>
      </w:r>
      <w:r>
        <w:t>jab makka mein idol worshipper nahi raha to kya hoga? idols bhi ghayab ho jayenge.</w:t>
      </w:r>
    </w:p>
    <w:p>
      <w:pPr>
        <w:jc w:val="right"/>
      </w:pPr>
      <w:r>
        <w:t>جب مکہ میں آئیڈل ورشپر نہیں رہا تو کیا ہوگا؟ آئیڈلز بھی غائب ہو جائیں گے۔</w:t>
      </w:r>
    </w:p>
    <w:p>
      <w:r>
        <w:rPr>
          <w:b/>
        </w:rPr>
        <w:t xml:space="preserve">[23:59] </w:t>
      </w:r>
      <w:r>
        <w:t>yani makka mein jab koi idol worshipper na rahe to kis liye rahenge wo is mein idols?</w:t>
      </w:r>
    </w:p>
    <w:p>
      <w:pPr>
        <w:jc w:val="right"/>
      </w:pPr>
      <w:r>
        <w:t>یعنی مکہ میں جب کوئی آئیڈل ورشپر نہ رہے تو کس لیے رہیں گے وہ اس میں آئیڈلز؟</w:t>
      </w:r>
    </w:p>
    <w:p>
      <w:r>
        <w:rPr>
          <w:b/>
        </w:rPr>
        <w:t xml:space="preserve">[24:05] </w:t>
      </w:r>
      <w:r>
        <w:t>yeh namona tha rasool Allah sal Allah alih wasalam ka.</w:t>
      </w:r>
    </w:p>
    <w:p>
      <w:pPr>
        <w:jc w:val="right"/>
      </w:pPr>
      <w:r>
        <w:t>یہ نمونہ تھا رسول اللہ صلی اللہ علیہ وسلم کا۔</w:t>
      </w:r>
    </w:p>
    <w:p>
      <w:r>
        <w:rPr>
          <w:b/>
        </w:rPr>
        <w:t xml:space="preserve">[24:10] </w:t>
      </w:r>
      <w:r>
        <w:t>to jo rasool Allah par fakhr ke liye taqreerain hoti hain.</w:t>
      </w:r>
    </w:p>
    <w:p>
      <w:pPr>
        <w:jc w:val="right"/>
      </w:pPr>
      <w:r>
        <w:t>تو جو رسول اللہ پر فخر کے لیے تقریریں ہوتی ہیں۔</w:t>
      </w:r>
    </w:p>
    <w:p>
      <w:r>
        <w:rPr>
          <w:b/>
        </w:rPr>
        <w:t xml:space="preserve">[24:15] </w:t>
      </w:r>
      <w:r>
        <w:t>تو اس لیے میں نے کہا کہ ان کا یہ concern نہیں ہے کہ رسول اللہ سے نمونہ لیں۔</w:t>
      </w:r>
    </w:p>
    <w:p>
      <w:pPr>
        <w:jc w:val="right"/>
      </w:pPr>
      <w:r>
        <w:t>تو اس لیے میں نے کہا کہ ان کا یہ کنسرن نہیں ہے کہ رسول اللہ سے نمونہ لیں۔</w:t>
      </w:r>
    </w:p>
    <w:p>
      <w:r>
        <w:rPr>
          <w:b/>
        </w:rPr>
        <w:t xml:space="preserve">[24:21] </w:t>
      </w:r>
      <w:r>
        <w:t>rasool Allah se guidance lain.</w:t>
      </w:r>
    </w:p>
    <w:p>
      <w:pPr>
        <w:jc w:val="right"/>
      </w:pPr>
      <w:r>
        <w:t>رسول اللہ سے گائیڈنس لیں۔</w:t>
      </w:r>
    </w:p>
    <w:p>
      <w:r>
        <w:rPr>
          <w:b/>
        </w:rPr>
        <w:t xml:space="preserve">[24:26] </w:t>
      </w:r>
      <w:r>
        <w:t>aap se namona lain.</w:t>
      </w:r>
    </w:p>
    <w:p>
      <w:pPr>
        <w:jc w:val="right"/>
      </w:pPr>
      <w:r>
        <w:t>آپ سے نمونہ لیں۔</w:t>
      </w:r>
    </w:p>
    <w:p>
      <w:r>
        <w:rPr>
          <w:b/>
        </w:rPr>
        <w:t xml:space="preserve">[24:31] </w:t>
      </w:r>
      <w:r>
        <w:t>yeh in ka concern hi nahi hai.</w:t>
      </w:r>
    </w:p>
    <w:p>
      <w:pPr>
        <w:jc w:val="right"/>
      </w:pPr>
      <w:r>
        <w:t>یہ ان کا کنسرن ہی نہیں ہے۔</w:t>
      </w:r>
    </w:p>
    <w:p>
      <w:r>
        <w:rPr>
          <w:b/>
        </w:rPr>
        <w:t xml:space="preserve">[24:34] </w:t>
      </w:r>
      <w:r>
        <w:t>in ko to bas fakhr ki baatein karna hai.</w:t>
      </w:r>
    </w:p>
    <w:p>
      <w:pPr>
        <w:jc w:val="right"/>
      </w:pPr>
      <w:r>
        <w:t>ان کو تو بس فخر کی باتیں کرنا ہے۔</w:t>
      </w:r>
    </w:p>
    <w:p>
      <w:r>
        <w:rPr>
          <w:b/>
        </w:rPr>
        <w:t xml:space="preserve">[24:37] </w:t>
      </w:r>
      <w:r>
        <w:t>اسی لیے debate خوب مسلمانوں میں popular ہوتا ہے۔</w:t>
      </w:r>
    </w:p>
    <w:p>
      <w:pPr>
        <w:jc w:val="right"/>
      </w:pPr>
      <w:r>
        <w:t>اسی لیے ڈیبیٹ خوب مسلمانوں میں پاپولر ہوتا ہے۔</w:t>
      </w:r>
    </w:p>
    <w:p>
      <w:r>
        <w:rPr>
          <w:b/>
        </w:rPr>
        <w:t xml:space="preserve">[24:40] </w:t>
      </w:r>
      <w:r>
        <w:t>aap debate karen.</w:t>
      </w:r>
    </w:p>
    <w:p>
      <w:pPr>
        <w:jc w:val="right"/>
      </w:pPr>
      <w:r>
        <w:t>آپ ڈیبیٹ کریں۔</w:t>
      </w:r>
    </w:p>
    <w:p>
      <w:r>
        <w:rPr>
          <w:b/>
        </w:rPr>
        <w:t xml:space="preserve">[24:43] </w:t>
      </w:r>
      <w:r>
        <w:t>ڈیبیٹ کیا ہے؟ Debate means to establish your pride, your superiority.</w:t>
      </w:r>
    </w:p>
    <w:p>
      <w:pPr>
        <w:jc w:val="right"/>
      </w:pPr>
      <w:r>
        <w:t>ڈیبیٹ کیا ہے؟ ڈیبیٹ مینز ٹو اسٹیبلش یور پرائیڈ۔ یور سپیریٹی۔</w:t>
      </w:r>
    </w:p>
    <w:p>
      <w:r>
        <w:rPr>
          <w:b/>
        </w:rPr>
        <w:t xml:space="preserve">[24:47] </w:t>
      </w:r>
      <w:r>
        <w:t>apni superiority ko establish karna yeh hai debate.</w:t>
      </w:r>
    </w:p>
    <w:p>
      <w:pPr>
        <w:jc w:val="right"/>
      </w:pPr>
      <w:r>
        <w:t>اپنی سپیریٹی کو اسٹیبلش کرنا یہ ہے ڈیبیٹ۔</w:t>
      </w:r>
    </w:p>
    <w:p>
      <w:r>
        <w:rPr>
          <w:b/>
        </w:rPr>
        <w:t xml:space="preserve">[24:50] </w:t>
      </w:r>
      <w:r>
        <w:t>to musalmanon ko bara acha lagta hai.</w:t>
      </w:r>
    </w:p>
    <w:p>
      <w:pPr>
        <w:jc w:val="right"/>
      </w:pPr>
      <w:r>
        <w:t>تو مسلمانوں کو بڑا اچھا لگتا ہے۔</w:t>
      </w:r>
    </w:p>
    <w:p>
      <w:r>
        <w:rPr>
          <w:b/>
        </w:rPr>
        <w:t xml:space="preserve">[24:53] </w:t>
      </w:r>
      <w:r>
        <w:t>to in ko debate acha lagta hai.</w:t>
      </w:r>
    </w:p>
    <w:p>
      <w:pPr>
        <w:jc w:val="right"/>
      </w:pPr>
      <w:r>
        <w:t>تو ان کو ڈیبیٹ اچھا لگتا ہے۔</w:t>
      </w:r>
    </w:p>
    <w:p>
      <w:r>
        <w:rPr>
          <w:b/>
        </w:rPr>
        <w:t xml:space="preserve">[24:56] </w:t>
      </w:r>
      <w:r>
        <w:t>in ko naat khwani achi lagti hai.</w:t>
      </w:r>
    </w:p>
    <w:p>
      <w:pPr>
        <w:jc w:val="right"/>
      </w:pPr>
      <w:r>
        <w:t>ان کو نعت خوانی اچھی لگتی ہے۔</w:t>
      </w:r>
    </w:p>
    <w:p>
      <w:r>
        <w:rPr>
          <w:b/>
        </w:rPr>
        <w:t xml:space="preserve">[24:59] </w:t>
      </w:r>
      <w:r>
        <w:t>in ko qawali achi lagti hai.</w:t>
      </w:r>
    </w:p>
    <w:p>
      <w:pPr>
        <w:jc w:val="right"/>
      </w:pPr>
      <w:r>
        <w:t>ان کو قوالی اچھی لگتی ہے۔</w:t>
      </w:r>
    </w:p>
    <w:p>
      <w:r>
        <w:rPr>
          <w:b/>
        </w:rPr>
        <w:t xml:space="preserve">[25:02] </w:t>
      </w:r>
      <w:r>
        <w:t>bara bara ilqab in ko ke Syed al konain, shehenshah konain, aur sarwar alam, aur rahbar alam.</w:t>
      </w:r>
    </w:p>
    <w:p>
      <w:pPr>
        <w:jc w:val="right"/>
      </w:pPr>
      <w:r>
        <w:t>بڑے بڑے القاب ان کو کہ سید الکونین، شہنشاہ کونین، اور سرور عالم، اور رہبر عالم۔</w:t>
      </w:r>
    </w:p>
    <w:p>
      <w:r>
        <w:rPr>
          <w:b/>
        </w:rPr>
        <w:t xml:space="preserve">[25:07] </w:t>
      </w:r>
      <w:r>
        <w:t>abhi mein aaj subah mein ne paper dekh raha tha urdu paper mein aaj subah.</w:t>
      </w:r>
    </w:p>
    <w:p>
      <w:pPr>
        <w:jc w:val="right"/>
      </w:pPr>
      <w:r>
        <w:t>ابھی میں آج صبح میں نے پیپر دیکھ رہا تھا اردو پیپر میں آج صبح۔</w:t>
      </w:r>
    </w:p>
    <w:p>
      <w:r>
        <w:rPr>
          <w:b/>
        </w:rPr>
        <w:t xml:space="preserve">[25:12] </w:t>
      </w:r>
      <w:r>
        <w:t>to is mein tha aik shehar ke baray mein india ke aik shehar ke baray mein.</w:t>
      </w:r>
    </w:p>
    <w:p>
      <w:pPr>
        <w:jc w:val="right"/>
      </w:pPr>
      <w:r>
        <w:t>تو اس میں تھا ایک شہر کے بارے میں انڈیا کے ایک شہر کے بارے میں۔</w:t>
      </w:r>
    </w:p>
    <w:p>
      <w:r>
        <w:rPr>
          <w:b/>
        </w:rPr>
        <w:t xml:space="preserve">[25:17] </w:t>
      </w:r>
      <w:r>
        <w:t>koi kal ki khabar thi kal ke kal kis tarah wahan eid eid milad un nabi manaya gaya.</w:t>
      </w:r>
    </w:p>
    <w:p>
      <w:pPr>
        <w:jc w:val="right"/>
      </w:pPr>
      <w:r>
        <w:t>کوئی کل کی خبر تھی کل کہ کل کس طرح وہاں عید عید میلاد النبی منایا گیا۔</w:t>
      </w:r>
    </w:p>
    <w:p>
      <w:r>
        <w:rPr>
          <w:b/>
        </w:rPr>
        <w:t xml:space="preserve">[25:22] </w:t>
      </w:r>
      <w:r>
        <w:t>is mein likha tha ke arsh se farsh tak sab jagmaga raha tha.</w:t>
      </w:r>
    </w:p>
    <w:p>
      <w:pPr>
        <w:jc w:val="right"/>
      </w:pPr>
      <w:r>
        <w:t>اس میں لکھا تھا کہ عرش سے فرش تک سب جگمگا رہا تھا۔</w:t>
      </w:r>
    </w:p>
    <w:p>
      <w:r>
        <w:rPr>
          <w:b/>
        </w:rPr>
        <w:t xml:space="preserve">[25:27] </w:t>
      </w:r>
      <w:r>
        <w:t>yani Allah taala ka farsh jo hai wahan se</w:t>
      </w:r>
    </w:p>
    <w:p>
      <w:pPr>
        <w:jc w:val="right"/>
      </w:pPr>
      <w:r>
        <w:t>یعنی اللہ تعالیٰ کا فرش جو ہے وہاں سے</w:t>
      </w:r>
    </w:p>
    <w:p>
      <w:r>
        <w:rPr>
          <w:b/>
        </w:rPr>
        <w:t xml:space="preserve">[25:32] </w:t>
      </w:r>
      <w:r>
        <w:t>aur aur zameen tak sab jagmag jagmag kar raha tha.</w:t>
      </w:r>
    </w:p>
    <w:p>
      <w:pPr>
        <w:jc w:val="right"/>
      </w:pPr>
      <w:r>
        <w:t>اور اور زمین تک سب جگمگ جگمگ کر رہا تھا۔</w:t>
      </w:r>
    </w:p>
    <w:p>
      <w:r>
        <w:rPr>
          <w:b/>
        </w:rPr>
        <w:t xml:space="preserve">[25:36] </w:t>
      </w:r>
      <w:r>
        <w:t>yani kiya yeh yeh sab yeh sab kiya hai? yeh to rhetoric hai.</w:t>
      </w:r>
    </w:p>
    <w:p>
      <w:pPr>
        <w:jc w:val="right"/>
      </w:pPr>
      <w:r>
        <w:t>یعنی کیا یہ یہ سب یہ سب کیا ہے؟ یہ تو ریٹرک ہے۔</w:t>
      </w:r>
    </w:p>
    <w:p>
      <w:r>
        <w:rPr>
          <w:b/>
        </w:rPr>
        <w:t xml:space="preserve">[25:39] </w:t>
      </w:r>
      <w:r>
        <w:t>rhetoric hai yeh.</w:t>
      </w:r>
    </w:p>
    <w:p>
      <w:pPr>
        <w:jc w:val="right"/>
      </w:pPr>
      <w:r>
        <w:t>ریٹرک ہے یہ۔</w:t>
      </w:r>
    </w:p>
    <w:p>
      <w:r>
        <w:rPr>
          <w:b/>
        </w:rPr>
        <w:t xml:space="preserve">[25:42] </w:t>
      </w:r>
      <w:r>
        <w:t>ke barah rabi ul awal ko unhon ne kuch jo woh kiya tha.</w:t>
      </w:r>
    </w:p>
    <w:p>
      <w:pPr>
        <w:jc w:val="right"/>
      </w:pPr>
      <w:r>
        <w:t>کہ بارہ ربیع الاول کو انہوں نے کچھ جو وہ کیا تھا۔</w:t>
      </w:r>
    </w:p>
    <w:p>
      <w:r>
        <w:rPr>
          <w:b/>
        </w:rPr>
        <w:t xml:space="preserve">[25:46] </w:t>
      </w:r>
      <w:r>
        <w:t>kuch bijli ke bulb jalaye thay.</w:t>
      </w:r>
    </w:p>
    <w:p>
      <w:pPr>
        <w:jc w:val="right"/>
      </w:pPr>
      <w:r>
        <w:t>کچھ بجلی کے بلب جلائے تھے۔</w:t>
      </w:r>
    </w:p>
    <w:p>
      <w:r>
        <w:rPr>
          <w:b/>
        </w:rPr>
        <w:t xml:space="preserve">[25:49] </w:t>
      </w:r>
      <w:r>
        <w:t>kuch yani jis ko kehte hain lighting. shehar mein.</w:t>
      </w:r>
    </w:p>
    <w:p>
      <w:pPr>
        <w:jc w:val="right"/>
      </w:pPr>
      <w:r>
        <w:t>کچھ یعنی جس کو کہتے ہیں لائٹنگ۔ شہر میں۔</w:t>
      </w:r>
    </w:p>
    <w:p>
      <w:r>
        <w:rPr>
          <w:b/>
        </w:rPr>
        <w:t xml:space="preserve">[25:52] </w:t>
      </w:r>
      <w:r>
        <w:t>to is ko barhate barhate yahan kaha ke arsh se farsh tak sab jagmaga raha tha.</w:t>
      </w:r>
    </w:p>
    <w:p>
      <w:pPr>
        <w:jc w:val="right"/>
      </w:pPr>
      <w:r>
        <w:t>تو اس کو بڑھاتے بڑھاتے یہاں کہا کہ عرش سے فرش تک سب جگمگا رہا تھا۔</w:t>
      </w:r>
    </w:p>
    <w:p>
      <w:r>
        <w:rPr>
          <w:b/>
        </w:rPr>
        <w:t xml:space="preserve">[25:56] </w:t>
      </w:r>
      <w:r>
        <w:t>rasool Allah ke noor se.</w:t>
      </w:r>
    </w:p>
    <w:p>
      <w:pPr>
        <w:jc w:val="right"/>
      </w:pPr>
      <w:r>
        <w:t>رسول اللہ کے نور سے۔</w:t>
      </w:r>
    </w:p>
    <w:p>
      <w:r>
        <w:rPr>
          <w:b/>
        </w:rPr>
        <w:t xml:space="preserve">[25:59] </w:t>
      </w:r>
      <w:r>
        <w:t>yeh kaha isi is qism</w:t>
      </w:r>
    </w:p>
    <w:p>
      <w:pPr>
        <w:jc w:val="right"/>
      </w:pPr>
      <w:r>
        <w:t>یہ کہا اسی اس قسم</w:t>
      </w:r>
    </w:p>
    <w:p>
      <w:r>
        <w:rPr>
          <w:b/>
        </w:rPr>
        <w:t xml:space="preserve">[26:02] </w:t>
      </w:r>
      <w:r>
        <w:t>ki baatein kar ke pride lein. sense of pride. only to satisfy your sense of pride. is tarah ki baaton se kya ho sakta hai? siwaye is ke ke aap ka sense of pride jo hai us ko taskeen mile. to itna dhoom macha rakhi hai musalmanon ne Rasool Allah ki. ke zara sa koi baat ho to ladne ko tayyar ho jatay hain. koi cartoon chhap de to ladne ke liye. maro us ko. koi</w:t>
      </w:r>
    </w:p>
    <w:p>
      <w:pPr>
        <w:jc w:val="right"/>
      </w:pPr>
      <w:r>
        <w:t>کی باتیں کر کے پرائیڈ لینا۔ سینس آف پرائیڈ۔ اونلی ٹو سیٹسفائی یور سینس آف پرائیڈ۔ اس طرح کی باتوں سے کیا ہو سکتا ہے؟ سوائے اس کے کہ آپ کا سینس آف پرائیڈ جو ہے اس کو تسکین ملے۔ تو اتنا دھوم مچا رکھی ہے مسلمانوں نے رسول اللہ کی۔ کہ ذرا سا کوئی بات ہو تو لڑنے کو تیار ہو جاتے ہیں۔ کوئی کارٹون چھاپ دے تو لڑنے کے لیے۔ مارو اس کو۔ کوئی</w:t>
      </w:r>
    </w:p>
    <w:p>
      <w:r>
        <w:rPr>
          <w:b/>
        </w:rPr>
        <w:t xml:space="preserve">[26:32] </w:t>
      </w:r>
      <w:r>
        <w:t>kitab chhap de to maro is ko.</w:t>
      </w:r>
    </w:p>
    <w:p>
      <w:pPr>
        <w:jc w:val="right"/>
      </w:pPr>
      <w:r>
        <w:t>کتاب چھاپ دے تو مارو اس کو۔</w:t>
      </w:r>
    </w:p>
    <w:p>
      <w:r>
        <w:rPr>
          <w:b/>
        </w:rPr>
        <w:t xml:space="preserve">[26:37] </w:t>
      </w:r>
      <w:r>
        <w:t>کیوں؟ ان کا pride جو ہے وہ pride گھٹتا ہے اس میں۔</w:t>
      </w:r>
    </w:p>
    <w:p>
      <w:pPr>
        <w:jc w:val="right"/>
      </w:pPr>
      <w:r>
        <w:t>کیوں؟ ان کا پرائیڈ جو ہے وہ پرائیڈ گھٹتا ہے اس میں۔</w:t>
      </w:r>
    </w:p>
    <w:p>
      <w:r>
        <w:rPr>
          <w:b/>
        </w:rPr>
        <w:t xml:space="preserve">[26:41] </w:t>
      </w:r>
      <w:r>
        <w:t>تو یہ کنسرن نہیں ہے کہ رسول اللہ کو اپنا اس سے guidance لیں۔</w:t>
      </w:r>
    </w:p>
    <w:p>
      <w:pPr>
        <w:jc w:val="right"/>
      </w:pPr>
      <w:r>
        <w:t>تو یہ کنسرن نہیں ہے کہ رسول اللہ کو اپنا اس سے گائیڈنس لیں۔</w:t>
      </w:r>
    </w:p>
    <w:p>
      <w:r>
        <w:rPr>
          <w:b/>
        </w:rPr>
        <w:t xml:space="preserve">[26:46] </w:t>
      </w:r>
      <w:r>
        <w:t>in se namuna len.</w:t>
      </w:r>
    </w:p>
    <w:p>
      <w:pPr>
        <w:jc w:val="right"/>
      </w:pPr>
      <w:r>
        <w:t>ان سے نمونہ لیں۔</w:t>
      </w:r>
    </w:p>
    <w:p>
      <w:r>
        <w:rPr>
          <w:b/>
        </w:rPr>
        <w:t xml:space="preserve">[26:50] </w:t>
      </w:r>
      <w:r>
        <w:t>ان سے ان کے ان کے example کو اپنی زندگی میں شامل کریں۔</w:t>
      </w:r>
    </w:p>
    <w:p>
      <w:pPr>
        <w:jc w:val="right"/>
      </w:pPr>
      <w:r>
        <w:t>ان سے ان کے ان کے ایگزامپل کو اپنی زندگی میں شامل کریں۔</w:t>
      </w:r>
    </w:p>
    <w:p>
      <w:r>
        <w:rPr>
          <w:b/>
        </w:rPr>
        <w:t xml:space="preserve">[26:55] </w:t>
      </w:r>
      <w:r>
        <w:t>yeh in ka concern hi nahin hai.</w:t>
      </w:r>
    </w:p>
    <w:p>
      <w:pPr>
        <w:jc w:val="right"/>
      </w:pPr>
      <w:r>
        <w:t>یہ ان کا کنسرن ہی نہیں ہے۔</w:t>
      </w:r>
    </w:p>
    <w:p>
      <w:r>
        <w:rPr>
          <w:b/>
        </w:rPr>
        <w:t xml:space="preserve">[27:00] </w:t>
      </w:r>
      <w:r>
        <w:t>Their sole concern is to establish their pride.</w:t>
      </w:r>
    </w:p>
    <w:p>
      <w:pPr>
        <w:jc w:val="right"/>
      </w:pPr>
      <w:r>
        <w:t>Their sole concern is to establish their pride۔</w:t>
      </w:r>
    </w:p>
    <w:p>
      <w:r>
        <w:rPr>
          <w:b/>
        </w:rPr>
        <w:t xml:space="preserve">[27:04] </w:t>
      </w:r>
      <w:r>
        <w:t>to phir yahi hoga jo ho raha hai. ab dekhiye.</w:t>
      </w:r>
    </w:p>
    <w:p>
      <w:pPr>
        <w:jc w:val="right"/>
      </w:pPr>
      <w:r>
        <w:t>تو پھر یہی ہوگا جو ہو رہا ہے۔ اب دیکھیے۔</w:t>
      </w:r>
    </w:p>
    <w:p>
      <w:r>
        <w:rPr>
          <w:b/>
        </w:rPr>
        <w:t xml:space="preserve">[27:09] </w:t>
      </w:r>
      <w:r>
        <w:t>rasool Allah ke paas jab makka mein thay rasool Allah.</w:t>
      </w:r>
    </w:p>
    <w:p>
      <w:pPr>
        <w:jc w:val="right"/>
      </w:pPr>
      <w:r>
        <w:t>رسول اللہ کے پاس جب مکہ میں تھے رسول اللہ۔</w:t>
      </w:r>
    </w:p>
    <w:p>
      <w:r>
        <w:rPr>
          <w:b/>
        </w:rPr>
        <w:t xml:space="preserve">[27:14] </w:t>
      </w:r>
      <w:r>
        <w:t>to makka ke bahir ke ke qabeelay ka ek aadmi makka aaya.</w:t>
      </w:r>
    </w:p>
    <w:p>
      <w:pPr>
        <w:jc w:val="right"/>
      </w:pPr>
      <w:r>
        <w:t>تو مکہ کے باہر کے کے قبیلے کا ایک آدمی مکہ آیا۔</w:t>
      </w:r>
    </w:p>
    <w:p>
      <w:r>
        <w:rPr>
          <w:b/>
        </w:rPr>
        <w:t xml:space="preserve">[27:19] </w:t>
      </w:r>
      <w:r>
        <w:t>wohi un ka bhi wohi but wahan tha.</w:t>
      </w:r>
    </w:p>
    <w:p>
      <w:pPr>
        <w:jc w:val="right"/>
      </w:pPr>
      <w:r>
        <w:t>وہی ان کا بھی وہی بت وہاں تھا۔</w:t>
      </w:r>
    </w:p>
    <w:p>
      <w:r>
        <w:rPr>
          <w:b/>
        </w:rPr>
        <w:t xml:space="preserve">[27:24] </w:t>
      </w:r>
      <w:r>
        <w:t>dekhen teen sau saath but ke mani hain ke teen sau saath tribes ke but thay woh.</w:t>
      </w:r>
    </w:p>
    <w:p>
      <w:pPr>
        <w:jc w:val="right"/>
      </w:pPr>
      <w:r>
        <w:t>دیکھیں تین سو ساٹھ بت کے معنی ہیں کہ تین سو ساٹھ ٹرائبز کے بت تھے وہ۔</w:t>
      </w:r>
    </w:p>
    <w:p>
      <w:r>
        <w:rPr>
          <w:b/>
        </w:rPr>
        <w:t xml:space="preserve">[27:29] </w:t>
      </w:r>
      <w:r>
        <w:t>poore Arab mein jo tribes thay different tribes</w:t>
      </w:r>
    </w:p>
    <w:p>
      <w:pPr>
        <w:jc w:val="right"/>
      </w:pPr>
      <w:r>
        <w:t>پورے عرب میں جو ٹرائبز تھے ڈفرنٹ ٹرائبز</w:t>
      </w:r>
    </w:p>
    <w:p>
      <w:r>
        <w:rPr>
          <w:b/>
        </w:rPr>
        <w:t xml:space="preserve">[27:34] </w:t>
      </w:r>
      <w:r>
        <w:t>—</w:t>
      </w:r>
    </w:p>
    <w:p>
      <w:pPr>
        <w:jc w:val="right"/>
      </w:pPr>
      <w:r>
        <w:t>۔</w:t>
      </w:r>
    </w:p>
    <w:p>
      <w:r>
        <w:rPr>
          <w:b/>
        </w:rPr>
        <w:t xml:space="preserve">[27:38] </w:t>
      </w:r>
      <w:r>
        <w:t>har aik ka ek but tha.</w:t>
      </w:r>
    </w:p>
    <w:p>
      <w:pPr>
        <w:jc w:val="right"/>
      </w:pPr>
      <w:r>
        <w:t>ہر ایک کا ایک بت تھا۔</w:t>
      </w:r>
    </w:p>
    <w:p>
      <w:r>
        <w:rPr>
          <w:b/>
        </w:rPr>
        <w:t xml:space="preserve">[27:41] </w:t>
      </w:r>
      <w:r>
        <w:t>qabeelay qabeelay ka but ek juda tha.</w:t>
      </w:r>
    </w:p>
    <w:p>
      <w:pPr>
        <w:jc w:val="right"/>
      </w:pPr>
      <w:r>
        <w:t>قبیلے قبیلے کا بت ایک جدا تھا۔</w:t>
      </w:r>
    </w:p>
    <w:p>
      <w:r>
        <w:rPr>
          <w:b/>
        </w:rPr>
        <w:t xml:space="preserve">[27:44] </w:t>
      </w:r>
      <w:r>
        <w:t>to woh log aaya karte thay.</w:t>
      </w:r>
    </w:p>
    <w:p>
      <w:pPr>
        <w:jc w:val="right"/>
      </w:pPr>
      <w:r>
        <w:t>تو وہ لوگ آیا کرتے تھے۔</w:t>
      </w:r>
    </w:p>
    <w:p>
      <w:r>
        <w:rPr>
          <w:b/>
        </w:rPr>
        <w:t xml:space="preserve">[27:48] </w:t>
      </w:r>
      <w:r>
        <w:t>to bahir ke qabeelay ka ek aadmi apne but ke darshan keh lijiye ziyarat keh lijiye is ke</w:t>
      </w:r>
    </w:p>
    <w:p>
      <w:pPr>
        <w:jc w:val="right"/>
      </w:pPr>
      <w:r>
        <w:t>تو باہر کے قبیلے کا ایک آدمی اپنے بت کے درشن کہہ لیجیے زیارت کہہ لیجیے اس کے</w:t>
      </w:r>
    </w:p>
    <w:p>
      <w:r>
        <w:rPr>
          <w:b/>
        </w:rPr>
        <w:t xml:space="preserve">[27:51] </w:t>
      </w:r>
      <w:r>
        <w:t>liye aaya wahan par.</w:t>
      </w:r>
    </w:p>
    <w:p>
      <w:pPr>
        <w:jc w:val="right"/>
      </w:pPr>
      <w:r>
        <w:t>لیے آیا وہاں پر۔</w:t>
      </w:r>
    </w:p>
    <w:p>
      <w:r>
        <w:rPr>
          <w:b/>
        </w:rPr>
        <w:t xml:space="preserve">[27:55] </w:t>
      </w:r>
      <w:r>
        <w:t>to woh acha aadmi tha.</w:t>
      </w:r>
    </w:p>
    <w:p>
      <w:pPr>
        <w:jc w:val="right"/>
      </w:pPr>
      <w:r>
        <w:t>تو وہ اچھا آدمی تھا۔</w:t>
      </w:r>
    </w:p>
    <w:p>
      <w:r>
        <w:rPr>
          <w:b/>
        </w:rPr>
        <w:t xml:space="preserve">[27:58] </w:t>
      </w:r>
      <w:r>
        <w:t>woh rasool Allah se mila.</w:t>
      </w:r>
    </w:p>
    <w:p>
      <w:pPr>
        <w:jc w:val="right"/>
      </w:pPr>
      <w:r>
        <w:t>وہ رسول اللہ سے ملا۔</w:t>
      </w:r>
    </w:p>
    <w:p>
      <w:r>
        <w:rPr>
          <w:b/>
        </w:rPr>
        <w:t xml:space="preserve">[28:01] </w:t>
      </w:r>
      <w:r>
        <w:t>to rasool Allah ne us ko quran ki ayaten sunayen.</w:t>
      </w:r>
    </w:p>
    <w:p>
      <w:pPr>
        <w:jc w:val="right"/>
      </w:pPr>
      <w:r>
        <w:t>تو رسول اللہ نے اس کو قرآن کی آیتیں سنائیں۔</w:t>
      </w:r>
    </w:p>
    <w:p>
      <w:r>
        <w:rPr>
          <w:b/>
        </w:rPr>
        <w:t xml:space="preserve">[28:05] </w:t>
      </w:r>
      <w:r>
        <w:t>woh bhi arabi zaban ka tha aur Rasool Allah ki zaban bhi arabi thi. to bohat ziyada impress hua woh aur us ne aap ko aap ke us ko qabool kar liya. to us ne kaha ke yani jo aap ka jo paigham tha woh warning of God tha. is waqt wahan par log bohat yani woh buton ki pooja karte thay. teen so saath but un ke thay. Rasool Allah ne</w:t>
      </w:r>
    </w:p>
    <w:p>
      <w:pPr>
        <w:jc w:val="right"/>
      </w:pPr>
      <w:r>
        <w:t>وہ بھی عربی زبان کا تھا اور رسول اللہ کی زبان بھی عربی تھی۔ تو بہت زیادہ امپریس ہوا وہ اور اس نے آپ کو آپ کے اس کو قبول کر لیا۔ تو اس نے کہا کہ یعنی جو آپ کا جو پیغام تھا وہ وارنس آف گاڈ تھا۔ اس وقت وہاں پر لوگ بہت یعنی وہ بتوں کی پوجا کرتے تھے۔ تین سو ساٹھ بت ان کے تھے۔ رسول اللہ نے</w:t>
      </w:r>
    </w:p>
    <w:p>
      <w:r>
        <w:rPr>
          <w:b/>
        </w:rPr>
        <w:t xml:space="preserve">[28:35] </w:t>
      </w:r>
      <w:r>
        <w:t>warning of God ki baat ki. aik Khuda ki ibadat karo. to us ko yeh baat samajh mein aa gayi aur us ne aap us ko maan liya aur qabool kar liya. to us ne kaha ke mein jata hoon apne qabailay mein. mein is ka parchar karunga. is ko logon ko bataunga. to woh gaya to woh bohat woh qabaila bohat aggressive tha. us ne kuch mara peeta un ko. kuch pareshan kiya. to dobara</w:t>
      </w:r>
    </w:p>
    <w:p>
      <w:pPr>
        <w:jc w:val="right"/>
      </w:pPr>
      <w:r>
        <w:t>وارنس آف گاڈ کی بات کی۔ ایک خدا کی عبادت کرو۔ تو اس کو یہ بات سمجھ میں آگئی اور اس نے آپ اس کو مان لیا اور قبول کر لیا۔ تو اس نے کہا کہ میں جاتا ہوں اپنے قبیلے میں۔ میں اس کا پرچار کروں گا۔ اس کو لوگوں کو بتاؤں گا۔ تو وہ گیا تو وہ بہت وہ قبیلہ بہت ایگریسو تھا۔ اس نے کچھ مارا پیٹا ان کو۔ کچھ پریشان کیا۔ تو دوبارہ</w:t>
      </w:r>
    </w:p>
    <w:p>
      <w:r>
        <w:rPr>
          <w:b/>
        </w:rPr>
        <w:t xml:space="preserve">[29:05] </w:t>
      </w:r>
      <w:r>
        <w:t>woh aaya Rasool Allah ke paas us ne kaha ke ay Khuda ke Rasool mera qabaila bohat hi yani arrogant hai. woh sarkash ho gaya hai. aap is ke khilaf bad dua kijiye. aap us ko bad dua kijiye. to aap ne hath uthaya to kya kaha? yeh nahi kaha ke ay ay Khuda is qabailay ko tabah kar de. phir aaj chali mein aap jant</w:t>
      </w:r>
    </w:p>
    <w:p>
      <w:pPr>
        <w:jc w:val="right"/>
      </w:pPr>
      <w:r>
        <w:t>وہ آیا رسول اللہ کے پاس اس نے کہا کہ اے خدا کے رسول میرا قبیلہ بہت ہی یعنی آرگنٹ ہے۔ وہ سرکش ہو گیا ہے۔ آپ اس کے خلاف بد دعا کیجیے۔ آپ اس کو بد دعا کیجیے۔ تو آپ نے ہاتھ اٹھایا تو کیا کہا؟ یہ نہیں کہا کہ اے اے خدا اس قبیلے کو تباہ کر دے۔ پھر آج چلی میں آپ جانت</w:t>
      </w:r>
    </w:p>
    <w:p>
      <w:r>
        <w:rPr>
          <w:b/>
        </w:rPr>
        <w:t xml:space="preserve">[29:35] </w:t>
      </w:r>
      <w:r>
        <w:t>e hain earthquake aaya bohat log mar gaye is mein. to aap ne yeh nahi kaha ke wahan bhi aik earthquake aa jaye aur sab ke sab mar jayein. yeh nahi kaha aap ne. Allah ne kaha ke Allahum day is ka naam tha dost. tribe ka naam dost tha. Allahum day dost. Allahum day dost. ay Allah dost ke logon ko hidayat de. dost ke logon ko sacha rasta dikha. is aadmi ne kaha tha ke aap bad dua kijiye. matlab</w:t>
      </w:r>
    </w:p>
    <w:p>
      <w:pPr>
        <w:jc w:val="right"/>
      </w:pPr>
      <w:r>
        <w:t>ے ہیں ارتھ کویک آیا بہت لوگ مر گئے اس میں۔ تو آپ نے یہ نہیں کہا کہ وہاں بھی ایک ارتھ کویک آ جائے اور سب کے سب مر جائیں۔ یہ نہیں کہا آپ نے۔ اللہ نے کہا کہ اللہم دے اس کا نام تھا دوست۔ ٹرائب کا نام دوست تھا۔ اللہم دے دوست اللہم دے دوست۔ اے اللہ دوست کے لوگوں کو ہدایت دے۔ دوست کے لوگوں کو سچا راستہ دکھا۔ اس آدمی نے کہا تھا کہ آپ بد دعا کیجیے۔ مطلب</w:t>
      </w:r>
    </w:p>
    <w:p>
      <w:r>
        <w:rPr>
          <w:b/>
        </w:rPr>
        <w:t xml:space="preserve">[30:05] </w:t>
      </w:r>
      <w:r>
        <w:t>woh un ko Khuda destroy kar de. aap ne aisa nahi kiya. aap ne kaha ay Khuda un ko hidayat de. ay Khuda un ko sacha rasta dikha. Allahum day dost. Allahum day dost. yeh namoona Rasool Allah ka hai. ab ab doosri taraf dekhiye aap. yahan se le kar aap America tak tak chale jaiye. har masjid mein kya ho raha hai? pachaas baras se ho raha hai. pachaas saal se bad dua</w:t>
      </w:r>
    </w:p>
    <w:p>
      <w:pPr>
        <w:jc w:val="right"/>
      </w:pPr>
      <w:r>
        <w:t>وہ ان کو خدا ڈسٹرائے کر دے۔ آپ نے ایسا نہیں کیا۔ آپ نے کہا اے خدا ان کو ہدایت دے۔ اے خدا ان کو سچا راستہ دکھا۔ اللہم دے دوست اللہم دے دوست۔ یہ نمونہ رسول اللہ کا ہے۔ اب اب دوسری طرف دیکھیے آپ۔ یہاں سے لے کر آپ امریکہ تک تک چلے جائیے۔ ہر مسجد میں کیا ہو رہا ہے؟ پچاس برس سے ہو رہا ہے۔ پچاس سال سے بد دع</w:t>
      </w:r>
    </w:p>
    <w:p>
      <w:r>
        <w:rPr>
          <w:b/>
        </w:rPr>
        <w:t xml:space="preserve">[30:35] </w:t>
      </w:r>
      <w:r>
        <w:t>۔ bad dua. Allahum ahlik al kafir wal mushrikin. Allahum dammir diyarahum. is tarah ki duaen yahan tumhare khud apnay kaanon mein suni hain. Dilli se le kar America tak. har jagah masjidon mein. yani bad duaen un ko halak karne ke un ko destroy karne ke liye un ko khatam kar dene ke. Allahum ahlikum. Allahum dammir diyarahum. un ki bastiyon ko tabah kar de</w:t>
      </w:r>
    </w:p>
    <w:p>
      <w:pPr>
        <w:jc w:val="right"/>
      </w:pPr>
      <w:r>
        <w:t>ا۔ بد دعا۔ اللہم اہلک الکفرۃ والمشرکین۔ اللہم دمر دیارہم۔ اس طرح کی دعائیں یہاں تمہارے خود اپنے کانوں میں سنی ہیں۔ دلی سے لے کر امریکہ تک۔ ہر جگہ مسجدوں میں۔ یعنی بد دعائیں ان کو ہلاک کرنے کے ان کو ڈسٹرائے کرنے کے لیے ان کو ختم کر دینے کے۔ اللہم اہلکم اللہم دمر دیارہم۔ ان کی بستیوں کو تباہ کر د</w:t>
      </w:r>
    </w:p>
    <w:p>
      <w:r>
        <w:rPr>
          <w:b/>
        </w:rPr>
        <w:t xml:space="preserve">[31:05] </w:t>
      </w:r>
      <w:r>
        <w:t>۔ un ko halak kar de un ko khatam kar de. kya yeh Rasool Allah ka namoona hai? yeh to ulta hai. Rasool Allah ke zamane mein jin logon ne arrogance dikhaya sarkashi ki aur takleef pahunchai to un ko Rasool Allah sal Allah alayhi wasallam ne literally maaf kar diya. aur dua ki un ke liye ke Khuda un logon ko hidayat de. sachai ka rasta d</w:t>
      </w:r>
    </w:p>
    <w:p>
      <w:pPr>
        <w:jc w:val="right"/>
      </w:pPr>
      <w:r>
        <w:t>ے ان کو ہلاک کر دے ان کو ختم کر دے۔ کیا یہ رسول اللہ کا نمونہ ہے؟ یہ تو الٹا ہے۔ رسول اللہ کے زمانے میں جن لوگوں نے آرگنس دکھایا سرکشی کی اور تکلیف پہنچائی تو ان کو رسول اللہ صلی اللہ علیہ وسلم نے لیٹرلی معاف کر دیا۔ اور دعا کی ان کے لیے کہ خدا ان لوگوں کو ہدایت دے۔ سچائی کا راستہ د</w:t>
      </w:r>
    </w:p>
    <w:p>
      <w:r>
        <w:rPr>
          <w:b/>
        </w:rPr>
        <w:t xml:space="preserve">[31:35] </w:t>
      </w:r>
      <w:r>
        <w:t>ikhaya. aur aaj kya ho raha hai? saare musalman one to all mein hi is mein shareek nahi hoon. sab bad duaen kar rahe hain. koi bad dua kar raha hai. koi article chhap raha hai is ke khilaf. koi speeches de raha hai un ke khilaf. kya Rasool Allah ke rastay pe chalna hai yeh? is liye kuch hota bhi nahi. wahan to Rasool Allah ke itnay saathi ban gaye itnay saathi ban gaye ke sara Arab jo hai ab saathi ban gaya. yahan kaun saathi ban raha hai</w:t>
      </w:r>
    </w:p>
    <w:p>
      <w:pPr>
        <w:jc w:val="right"/>
      </w:pPr>
      <w:r>
        <w:t>کھا۔ اور آج کیا ہو رہا ہے؟ سارے مسلمان ون ٹو آل میں ہی اس میں شریک نہیں ہوں۔ سب بد دعائیں کر رہے ہیں۔ کوئی بد دعا کر رہا ہے۔ کوئی آرٹیکل چھاپ رہا ہے اس کے خلاف۔ کوئی اسپیشیز دے رہا ہے ان کے خلاف۔ کیا رسول اللہ کے راستے پہ چلنا ہے یہ؟ اس لیے کچھ ہوتا بھی نہیں۔ وہاں تو رسول اللہ کے اتنے ساتھی بن گئے اتنے ساتھی بن گئے کہ سارا عرب جو ہے اب ساتھی بن گیا۔ یہاں کون ساتھی بن رہا ہے</w:t>
      </w:r>
    </w:p>
    <w:p>
      <w:r>
        <w:rPr>
          <w:b/>
        </w:rPr>
        <w:t xml:space="preserve">[32:05] </w:t>
      </w:r>
      <w:r>
        <w:t>? yahan dushmanon mein dushman barh rahe hain.</w:t>
      </w:r>
    </w:p>
    <w:p>
      <w:pPr>
        <w:jc w:val="right"/>
      </w:pPr>
      <w:r>
        <w:t>؟ یہاں دشمنوں میں دشمن بڑھ رہے ہیں۔</w:t>
      </w:r>
    </w:p>
    <w:p>
      <w:r>
        <w:rPr>
          <w:b/>
        </w:rPr>
        <w:t xml:space="preserve">[32:10] </w:t>
      </w:r>
      <w:r>
        <w:t>gun gun chalane wale bomb chalane wale paida ho rahe hain.</w:t>
      </w:r>
    </w:p>
    <w:p>
      <w:pPr>
        <w:jc w:val="right"/>
      </w:pPr>
      <w:r>
        <w:t>گن گن چلانے والے بم چلانے والے پیدا ہو رہے ہیں۔</w:t>
      </w:r>
    </w:p>
    <w:p>
      <w:r>
        <w:rPr>
          <w:b/>
        </w:rPr>
        <w:t xml:space="preserve">[32:15] </w:t>
      </w:r>
      <w:r>
        <w:t>to aap dekhiye ke rasool Allah jo thay woh logon ke khilaaf kabhi bad dua nahin karte thay.</w:t>
      </w:r>
    </w:p>
    <w:p>
      <w:pPr>
        <w:jc w:val="right"/>
      </w:pPr>
      <w:r>
        <w:t>تو آپ دیکھیے کہ رسول اللہ جو تھے وہ لوگوں کے خلاف کبھی بد دعا نہیں کرتے تھے۔</w:t>
      </w:r>
    </w:p>
    <w:p>
      <w:r>
        <w:rPr>
          <w:b/>
        </w:rPr>
        <w:t xml:space="preserve">[32:20] </w:t>
      </w:r>
      <w:r>
        <w:t>achi dua karte thay.</w:t>
      </w:r>
    </w:p>
    <w:p>
      <w:pPr>
        <w:jc w:val="right"/>
      </w:pPr>
      <w:r>
        <w:t>اچھی دعا کرتے تھے۔</w:t>
      </w:r>
    </w:p>
    <w:p>
      <w:r>
        <w:rPr>
          <w:b/>
        </w:rPr>
        <w:t xml:space="preserve">[32:25] </w:t>
      </w:r>
      <w:r>
        <w:t>aur aaj ke musalman doosron ke khilaaf kya karte hain? bad duaen karte hain.</w:t>
      </w:r>
    </w:p>
    <w:p>
      <w:pPr>
        <w:jc w:val="right"/>
      </w:pPr>
      <w:r>
        <w:t>اور آج کے مسلمان دوسروں کے خلاف کیا کرتے ہیں؟ بد دعائیں کرتے ہیں۔</w:t>
      </w:r>
    </w:p>
    <w:p>
      <w:r>
        <w:rPr>
          <w:b/>
        </w:rPr>
        <w:t xml:space="preserve">[32:30] </w:t>
      </w:r>
      <w:r>
        <w:t>buri duaen karte hain. aur</w:t>
      </w:r>
    </w:p>
    <w:p>
      <w:pPr>
        <w:jc w:val="right"/>
      </w:pPr>
      <w:r>
        <w:t>بری دعائیں کرتے ہیں۔ اور</w:t>
      </w:r>
    </w:p>
    <w:p>
      <w:r>
        <w:rPr>
          <w:b/>
        </w:rPr>
        <w:t xml:space="preserve">[32:35] </w:t>
      </w:r>
      <w:r>
        <w:t>saath saath unhein fakhr hai ke hum rasool Allah ke ummati hain.</w:t>
      </w:r>
    </w:p>
    <w:p>
      <w:pPr>
        <w:jc w:val="right"/>
      </w:pPr>
      <w:r>
        <w:t>ساتھ ساتھ انہیں فخر ہے کہ ہم رسول اللہ کے امتی ہیں۔</w:t>
      </w:r>
    </w:p>
    <w:p>
      <w:r>
        <w:rPr>
          <w:b/>
        </w:rPr>
        <w:t xml:space="preserve">[32:39] </w:t>
      </w:r>
      <w:r>
        <w:t>تو امتی ہونے کا مطلب کیا ہے؟ Umati for the sake of pride.</w:t>
      </w:r>
    </w:p>
    <w:p>
      <w:pPr>
        <w:jc w:val="right"/>
      </w:pPr>
      <w:r>
        <w:t>تو امتی ہونے کا مطلب کیا ہے؟ امتی فور دا سیک آف پرائیڈ۔</w:t>
      </w:r>
    </w:p>
    <w:p>
      <w:r>
        <w:rPr>
          <w:b/>
        </w:rPr>
        <w:t xml:space="preserve">[32:43] </w:t>
      </w:r>
      <w:r>
        <w:t>Umati for the sake of guidance, no.</w:t>
      </w:r>
    </w:p>
    <w:p>
      <w:pPr>
        <w:jc w:val="right"/>
      </w:pPr>
      <w:r>
        <w:t>امتی فور دا سیک آف گائیڈنس نہیں۔</w:t>
      </w:r>
    </w:p>
    <w:p>
      <w:r>
        <w:rPr>
          <w:b/>
        </w:rPr>
        <w:t xml:space="preserve">[32:47] </w:t>
      </w:r>
      <w:r>
        <w:t>امتی کا معنی یہ ہے کہ آپ ان سے guidance لیں۔</w:t>
      </w:r>
    </w:p>
    <w:p>
      <w:pPr>
        <w:jc w:val="right"/>
      </w:pPr>
      <w:r>
        <w:t>امتی کا معنی یہ ہے کہ آپ ان سے گائیڈنس لیں۔</w:t>
      </w:r>
    </w:p>
    <w:p>
      <w:r>
        <w:rPr>
          <w:b/>
        </w:rPr>
        <w:t xml:space="preserve">[32:51] </w:t>
      </w:r>
      <w:r>
        <w:t>یہ نہیں کہ آپ ان سے pride لیں۔</w:t>
      </w:r>
    </w:p>
    <w:p>
      <w:pPr>
        <w:jc w:val="right"/>
      </w:pPr>
      <w:r>
        <w:t>یہ نہیں کہ آپ ان سے پرائیڈ لیں۔</w:t>
      </w:r>
    </w:p>
    <w:p>
      <w:r>
        <w:rPr>
          <w:b/>
        </w:rPr>
        <w:t xml:space="preserve">[32:54] </w:t>
      </w:r>
      <w:r>
        <w:t>kaisi anokhi baat hai yeh.</w:t>
      </w:r>
    </w:p>
    <w:p>
      <w:pPr>
        <w:jc w:val="right"/>
      </w:pPr>
      <w:r>
        <w:t>کیسی انوکھی بات ہے یہ۔</w:t>
      </w:r>
    </w:p>
    <w:p>
      <w:r>
        <w:rPr>
          <w:b/>
        </w:rPr>
        <w:t xml:space="preserve">[32:58] </w:t>
      </w:r>
      <w:r>
        <w:t>to barah rabi ul awal ki dhoom machti hai har jagah.</w:t>
      </w:r>
    </w:p>
    <w:p>
      <w:pPr>
        <w:jc w:val="right"/>
      </w:pPr>
      <w:r>
        <w:t>تو بارہ ربیع الاول کی دھوم مچتی ہے ہر جگہ۔</w:t>
      </w:r>
    </w:p>
    <w:p>
      <w:r>
        <w:rPr>
          <w:b/>
        </w:rPr>
        <w:t xml:space="preserve">[33:02] </w:t>
      </w:r>
      <w:r>
        <w:t>woh is liye nahi ke rasool Allah ke</w:t>
      </w:r>
    </w:p>
    <w:p>
      <w:pPr>
        <w:jc w:val="right"/>
      </w:pPr>
      <w:r>
        <w:t>وہ اس لیے نہیں کہ رسول اللہ کے</w:t>
      </w:r>
    </w:p>
    <w:p>
      <w:r>
        <w:rPr>
          <w:b/>
        </w:rPr>
        <w:t xml:space="preserve">[33:06] </w:t>
      </w:r>
      <w:r>
        <w:t>qadmon ko hum pakrein.</w:t>
      </w:r>
    </w:p>
    <w:p>
      <w:pPr>
        <w:jc w:val="right"/>
      </w:pPr>
      <w:r>
        <w:t>قدموں کو ہم پکڑیں۔</w:t>
      </w:r>
    </w:p>
    <w:p>
      <w:r>
        <w:rPr>
          <w:b/>
        </w:rPr>
        <w:t xml:space="preserve">[33:12] </w:t>
      </w:r>
      <w:r>
        <w:t>is liye ke rasool Allah ko ek point of reference banate hain apne apne pride ko establish karne ke liye.</w:t>
      </w:r>
    </w:p>
    <w:p>
      <w:pPr>
        <w:jc w:val="right"/>
      </w:pPr>
      <w:r>
        <w:t>اس لیے کہ رسول اللہ کو ایک پوائنٹ آف ریفرنس بناتے ہیں اپنے اپنے پرائیڈ کو اسٹیبلش کرنے کے لیے۔</w:t>
      </w:r>
    </w:p>
    <w:p>
      <w:r>
        <w:rPr>
          <w:b/>
        </w:rPr>
        <w:t xml:space="preserve">[33:18] </w:t>
      </w:r>
      <w:r>
        <w:t>woh rasool Allah ko ek point of reference banate hain apne qoumi pride ko establish karne ke liye.</w:t>
      </w:r>
    </w:p>
    <w:p>
      <w:pPr>
        <w:jc w:val="right"/>
      </w:pPr>
      <w:r>
        <w:t>وہ رسول اللہ کو ایک پوائنٹ آف ریفرنس بناتے ہیں اپنے قومی پرائیڈ کو اسٹیبلش کرنے کے لیے۔</w:t>
      </w:r>
    </w:p>
    <w:p>
      <w:r>
        <w:rPr>
          <w:b/>
        </w:rPr>
        <w:t xml:space="preserve">[33:24] </w:t>
      </w:r>
      <w:r>
        <w:t>yeh hai khulasa.</w:t>
      </w:r>
    </w:p>
    <w:p>
      <w:pPr>
        <w:jc w:val="right"/>
      </w:pPr>
      <w:r>
        <w:t>یہ ہے خلاصہ۔</w:t>
      </w:r>
    </w:p>
    <w:p>
      <w:r>
        <w:rPr>
          <w:b/>
        </w:rPr>
        <w:t xml:space="preserve">[33:30] </w:t>
      </w:r>
      <w:r>
        <w:t>yaani yeh log jo hain barah rabi ul awal ki dhoom kis liye bajate hain? ke rasool Allah ke hawale se</w:t>
      </w:r>
    </w:p>
    <w:p>
      <w:pPr>
        <w:jc w:val="right"/>
      </w:pPr>
      <w:r>
        <w:t>یعنی یہ لوگ جو ہیں بارہ ربیع الاول کی دھوم کس لیے بجاتے ہیں؟ کہ رسول اللہ کے حوالے سے</w:t>
      </w:r>
    </w:p>
    <w:p>
      <w:r>
        <w:rPr>
          <w:b/>
        </w:rPr>
        <w:t xml:space="preserve">[33:36] </w:t>
      </w:r>
      <w:r>
        <w:t>apne qoumi fakhr ko zahir karein is ko establish karein.</w:t>
      </w:r>
    </w:p>
    <w:p>
      <w:pPr>
        <w:jc w:val="right"/>
      </w:pPr>
      <w:r>
        <w:t>اپنے قومی فخر کو ظاہر کریں اس کو اسٹیبلش کریں۔</w:t>
      </w:r>
    </w:p>
    <w:p>
      <w:r>
        <w:rPr>
          <w:b/>
        </w:rPr>
        <w:t xml:space="preserve">[33:44] </w:t>
      </w:r>
      <w:r>
        <w:t>to is ka rasool Allah se kya talluq? is ka rasool Allah se kya talluq? isi tarah dekhiye</w:t>
      </w:r>
    </w:p>
    <w:p>
      <w:pPr>
        <w:jc w:val="right"/>
      </w:pPr>
      <w:r>
        <w:t>تو اس کا رسول اللہ سے کیا تعلق؟ اس کا رسول اللہ سے کیا تعلق؟ اسی طرح دیکھیے</w:t>
      </w:r>
    </w:p>
    <w:p>
      <w:r>
        <w:rPr>
          <w:b/>
        </w:rPr>
        <w:t xml:space="preserve">[33:51] </w:t>
      </w:r>
      <w:r>
        <w:t>rasool Allah jab makkah se migrate kar ke madinah gaye to wahan aap ne masjid banai.</w:t>
      </w:r>
    </w:p>
    <w:p>
      <w:pPr>
        <w:jc w:val="right"/>
      </w:pPr>
      <w:r>
        <w:t>رسول اللہ جب مکہ سے مائیگریٹ کر کے مدینہ گئے تو وہاں آپ نے مسجد بنائی۔</w:t>
      </w:r>
    </w:p>
    <w:p>
      <w:r>
        <w:rPr>
          <w:b/>
        </w:rPr>
        <w:t xml:space="preserve">[33:59] </w:t>
      </w:r>
      <w:r>
        <w:t>ab jo bohat bari masjid hai</w:t>
      </w:r>
    </w:p>
    <w:p>
      <w:pPr>
        <w:jc w:val="right"/>
      </w:pPr>
      <w:r>
        <w:t>اب جو بہت بڑی مسجد ہے</w:t>
      </w:r>
    </w:p>
    <w:p>
      <w:r>
        <w:rPr>
          <w:b/>
        </w:rPr>
        <w:t xml:space="preserve">[34:07] </w:t>
      </w:r>
      <w:r>
        <w:t>woh masjid nabwi kahi jati hai.</w:t>
      </w:r>
    </w:p>
    <w:p>
      <w:pPr>
        <w:jc w:val="right"/>
      </w:pPr>
      <w:r>
        <w:t>وہ مسجد نبوی کہی جاتی ہے۔</w:t>
      </w:r>
    </w:p>
    <w:p>
      <w:r>
        <w:rPr>
          <w:b/>
        </w:rPr>
        <w:t xml:space="preserve">[34:10] </w:t>
      </w:r>
      <w:r>
        <w:t>bohat hi bari hai.</w:t>
      </w:r>
    </w:p>
    <w:p>
      <w:pPr>
        <w:jc w:val="right"/>
      </w:pPr>
      <w:r>
        <w:t>بہت ہی بڑی ہے۔</w:t>
      </w:r>
    </w:p>
    <w:p>
      <w:r>
        <w:rPr>
          <w:b/>
        </w:rPr>
        <w:t xml:space="preserve">[34:13] </w:t>
      </w:r>
      <w:r>
        <w:t>haram madinah kehte hain is ko.</w:t>
      </w:r>
    </w:p>
    <w:p>
      <w:pPr>
        <w:jc w:val="right"/>
      </w:pPr>
      <w:r>
        <w:t>حرم مدینہ کہتے ہیں اس کو۔</w:t>
      </w:r>
    </w:p>
    <w:p>
      <w:r>
        <w:rPr>
          <w:b/>
        </w:rPr>
        <w:t xml:space="preserve">[34:17] </w:t>
      </w:r>
      <w:r>
        <w:t>haram nabwi kehte hain is ko.</w:t>
      </w:r>
    </w:p>
    <w:p>
      <w:pPr>
        <w:jc w:val="right"/>
      </w:pPr>
      <w:r>
        <w:t>حرم نبوی کہتے ہیں اس کو۔</w:t>
      </w:r>
    </w:p>
    <w:p>
      <w:r>
        <w:rPr>
          <w:b/>
        </w:rPr>
        <w:t xml:space="preserve">[34:20] </w:t>
      </w:r>
      <w:r>
        <w:t>to rasool Allah ke zamane mein to ek mamooli koi aisi building nahi thi wahan par.</w:t>
      </w:r>
    </w:p>
    <w:p>
      <w:pPr>
        <w:jc w:val="right"/>
      </w:pPr>
      <w:r>
        <w:t>تو رسول اللہ کے زمانے میں تو ایک معمولی کوئی ایسی بلڈنگ نہیں تھی وہاں پر۔</w:t>
      </w:r>
    </w:p>
    <w:p>
      <w:r>
        <w:rPr>
          <w:b/>
        </w:rPr>
        <w:t xml:space="preserve">[34:24] </w:t>
      </w:r>
      <w:r>
        <w:t>bohat hi saada qism ki thi woh.</w:t>
      </w:r>
    </w:p>
    <w:p>
      <w:pPr>
        <w:jc w:val="right"/>
      </w:pPr>
      <w:r>
        <w:t>بہت ہی سادہ قسم کی تھی وہ۔</w:t>
      </w:r>
    </w:p>
    <w:p>
      <w:r>
        <w:rPr>
          <w:b/>
        </w:rPr>
        <w:t xml:space="preserve">[34:27] </w:t>
      </w:r>
      <w:r>
        <w:t>to kya hua ke ek din rasool Allah masjid mein maujood thay.</w:t>
      </w:r>
    </w:p>
    <w:p>
      <w:pPr>
        <w:jc w:val="right"/>
      </w:pPr>
      <w:r>
        <w:t>تو کیا ہوا کہ ایک دن رسول اللہ مسجد میں موجود تھے۔</w:t>
      </w:r>
    </w:p>
    <w:p>
      <w:r>
        <w:rPr>
          <w:b/>
        </w:rPr>
        <w:t xml:space="preserve">[34:30] </w:t>
      </w:r>
      <w:r>
        <w:t>ek shakhs aaya bahar ka jis ko badu kaha jata hai.</w:t>
      </w:r>
    </w:p>
    <w:p>
      <w:pPr>
        <w:jc w:val="right"/>
      </w:pPr>
      <w:r>
        <w:t>ایک شخص آیا باہر کا جس کو بدو کہا جاتا ہے۔</w:t>
      </w:r>
    </w:p>
    <w:p>
      <w:r>
        <w:rPr>
          <w:b/>
        </w:rPr>
        <w:t xml:space="preserve">[34:34] </w:t>
      </w:r>
      <w:r>
        <w:t>badu matlab villagers.</w:t>
      </w:r>
    </w:p>
    <w:p>
      <w:pPr>
        <w:jc w:val="right"/>
      </w:pPr>
      <w:r>
        <w:t>بدو مطلب ویلیجرز۔</w:t>
      </w:r>
    </w:p>
    <w:p>
      <w:r>
        <w:rPr>
          <w:b/>
        </w:rPr>
        <w:t xml:space="preserve">[34:37] </w:t>
      </w:r>
      <w:r>
        <w:t>idhar bahar rehne wale log.</w:t>
      </w:r>
    </w:p>
    <w:p>
      <w:pPr>
        <w:jc w:val="right"/>
      </w:pPr>
      <w:r>
        <w:t>ادھر باہر رہنے والے لوگ۔</w:t>
      </w:r>
    </w:p>
    <w:p>
      <w:r>
        <w:rPr>
          <w:b/>
        </w:rPr>
        <w:t xml:space="preserve">[34:42] </w:t>
      </w:r>
      <w:r>
        <w:t>تو وہ وہ لوگ uncultured ہوتے تھے۔ uncultured.</w:t>
      </w:r>
    </w:p>
    <w:p>
      <w:pPr>
        <w:jc w:val="right"/>
      </w:pPr>
      <w:r>
        <w:t>تو وہ وہ لوگ انکلچرڈ ہوتے تھے۔ انکلچرڈ۔</w:t>
      </w:r>
    </w:p>
    <w:p>
      <w:r>
        <w:rPr>
          <w:b/>
        </w:rPr>
        <w:t xml:space="preserve">[34:46] </w:t>
      </w:r>
      <w:r>
        <w:t>ankalchard hote the un ko baddu kehte thay.</w:t>
      </w:r>
    </w:p>
    <w:p>
      <w:pPr>
        <w:jc w:val="right"/>
      </w:pPr>
      <w:r>
        <w:t>انکلچرڈ ہوتے تھے ان کو بدو کہتے تھے۔</w:t>
      </w:r>
    </w:p>
    <w:p>
      <w:r>
        <w:rPr>
          <w:b/>
        </w:rPr>
        <w:t xml:space="preserve">[34:50] </w:t>
      </w:r>
      <w:r>
        <w:t>to woh rasool Allah ka saathi nahi tha woh to abhi isi mushrik mazhab par tha woh.</w:t>
      </w:r>
    </w:p>
    <w:p>
      <w:pPr>
        <w:jc w:val="right"/>
      </w:pPr>
      <w:r>
        <w:t>تو وہ رسول اللہ کا ساتھی نہیں تھا وہ تو ابھی اسی مشرک مذہب پر تھا وہ۔</w:t>
      </w:r>
    </w:p>
    <w:p>
      <w:r>
        <w:rPr>
          <w:b/>
        </w:rPr>
        <w:t xml:space="preserve">[34:55] </w:t>
      </w:r>
      <w:r>
        <w:t>is ko pata nahi tha ke masjid kya hai.</w:t>
      </w:r>
    </w:p>
    <w:p>
      <w:pPr>
        <w:jc w:val="right"/>
      </w:pPr>
      <w:r>
        <w:t>اس کو پتہ نہیں تھا کہ مسجد کیا ہے۔</w:t>
      </w:r>
    </w:p>
    <w:p>
      <w:r>
        <w:rPr>
          <w:b/>
        </w:rPr>
        <w:t xml:space="preserve">[34:59] </w:t>
      </w:r>
      <w:r>
        <w:t>to is ne masjid ke andar urine kar diya is ko ganda kar diya is ko.</w:t>
      </w:r>
    </w:p>
    <w:p>
      <w:pPr>
        <w:jc w:val="right"/>
      </w:pPr>
      <w:r>
        <w:t>تو اس نے مسجد کے اندر یورین کر دیا اس کو گندا کر دیا اس کو۔</w:t>
      </w:r>
    </w:p>
    <w:p>
      <w:r>
        <w:rPr>
          <w:b/>
        </w:rPr>
        <w:t xml:space="preserve">[35:04] </w:t>
      </w:r>
      <w:r>
        <w:t>masjid ke andar.</w:t>
      </w:r>
    </w:p>
    <w:p>
      <w:pPr>
        <w:jc w:val="right"/>
      </w:pPr>
      <w:r>
        <w:t>مسجد کے اندر۔</w:t>
      </w:r>
    </w:p>
    <w:p>
      <w:r>
        <w:rPr>
          <w:b/>
        </w:rPr>
        <w:t xml:space="preserve">[35:08] </w:t>
      </w:r>
      <w:r>
        <w:t>rasool Allah maujood hain wahan par sahaba maujood hain wahan par.</w:t>
      </w:r>
    </w:p>
    <w:p>
      <w:pPr>
        <w:jc w:val="right"/>
      </w:pPr>
      <w:r>
        <w:t>رسول اللہ موجود ہیں وہاں پر صحابہ موجود ہیں وہاں پر۔</w:t>
      </w:r>
    </w:p>
    <w:p>
      <w:r>
        <w:rPr>
          <w:b/>
        </w:rPr>
        <w:t xml:space="preserve">[35:13] </w:t>
      </w:r>
      <w:r>
        <w:t>aur is ne masjid ke andar urine kar diya.</w:t>
      </w:r>
    </w:p>
    <w:p>
      <w:pPr>
        <w:jc w:val="right"/>
      </w:pPr>
      <w:r>
        <w:t>اور اس نے مسجد کے اندر یورین کر دیا۔</w:t>
      </w:r>
    </w:p>
    <w:p>
      <w:r>
        <w:rPr>
          <w:b/>
        </w:rPr>
        <w:t xml:space="preserve">[35:17] </w:t>
      </w:r>
      <w:r>
        <w:t>to sahaba ghussa ho gaye ja ke is ko pakar thakkar karein is ki.</w:t>
      </w:r>
    </w:p>
    <w:p>
      <w:pPr>
        <w:jc w:val="right"/>
      </w:pPr>
      <w:r>
        <w:t>تو صحابہ غصہ ہو گئے جا کے اس کو پکڑ تھکڑ کریں اس کی۔</w:t>
      </w:r>
    </w:p>
    <w:p>
      <w:r>
        <w:rPr>
          <w:b/>
        </w:rPr>
        <w:t xml:space="preserve">[35:21] </w:t>
      </w:r>
      <w:r>
        <w:t>to rasool Allah ne mana kar diya ke nahi nahi kuch nahi karna hai.</w:t>
      </w:r>
    </w:p>
    <w:p>
      <w:pPr>
        <w:jc w:val="right"/>
      </w:pPr>
      <w:r>
        <w:t>تو رسول اللہ نے منع کر دیا کہ نہیں نہیں کچھ نہیں کرنا ہے۔</w:t>
      </w:r>
    </w:p>
    <w:p>
      <w:r>
        <w:rPr>
          <w:b/>
        </w:rPr>
        <w:t xml:space="preserve">[35:26] </w:t>
      </w:r>
      <w:r>
        <w:t>yeh hadith sahih bukhari mein maujood hai.</w:t>
      </w:r>
    </w:p>
    <w:p>
      <w:pPr>
        <w:jc w:val="right"/>
      </w:pPr>
      <w:r>
        <w:t>یہ حدیث صحیح بخاری میں موجود ہے۔</w:t>
      </w:r>
    </w:p>
    <w:p>
      <w:r>
        <w:rPr>
          <w:b/>
        </w:rPr>
        <w:t xml:space="preserve">[35:30] </w:t>
      </w:r>
      <w:r>
        <w:t>mana kar diya aap ne is ke khilaf koi kuch action lene se.</w:t>
      </w:r>
    </w:p>
    <w:p>
      <w:pPr>
        <w:jc w:val="right"/>
      </w:pPr>
      <w:r>
        <w:t>منع کر دیا آپ نے اس کے خلاف کوئی کچھ ایکشن لینے سے۔</w:t>
      </w:r>
    </w:p>
    <w:p>
      <w:r>
        <w:rPr>
          <w:b/>
        </w:rPr>
        <w:t xml:space="preserve">[35:35] </w:t>
      </w:r>
      <w:r>
        <w:t>aap ne kya kaha? yani bajaye is ko kuch</w:t>
      </w:r>
    </w:p>
    <w:p>
      <w:pPr>
        <w:jc w:val="right"/>
      </w:pPr>
      <w:r>
        <w:t>آپ نے کیا کہا؟ یعنی بجائے اس کو کچھ</w:t>
      </w:r>
    </w:p>
    <w:p>
      <w:r>
        <w:rPr>
          <w:b/>
        </w:rPr>
        <w:t xml:space="preserve">[35:39] </w:t>
      </w:r>
      <w:r>
        <w:t>kehne ke sahaba se aap ne kaha ke ek ek balti pani lao to wahan baha do.</w:t>
      </w:r>
    </w:p>
    <w:p>
      <w:pPr>
        <w:jc w:val="right"/>
      </w:pPr>
      <w:r>
        <w:t>کہنے کے صحابہ سے آپ نے کہا کہ ایک ایک بالٹی پانی لاؤ تو وہاں بہا دو۔</w:t>
      </w:r>
    </w:p>
    <w:p>
      <w:r>
        <w:rPr>
          <w:b/>
        </w:rPr>
        <w:t xml:space="preserve">[35:44] </w:t>
      </w:r>
      <w:r>
        <w:t>bas saaf ho jayega.</w:t>
      </w:r>
    </w:p>
    <w:p>
      <w:pPr>
        <w:jc w:val="right"/>
      </w:pPr>
      <w:r>
        <w:t>بس صاف ہو جائے گا۔</w:t>
      </w:r>
    </w:p>
    <w:p>
      <w:r>
        <w:rPr>
          <w:b/>
        </w:rPr>
        <w:t xml:space="preserve">[35:50] </w:t>
      </w:r>
      <w:r>
        <w:t>to unhon ne aise hi kiya aur saaf ho gaya.</w:t>
      </w:r>
    </w:p>
    <w:p>
      <w:pPr>
        <w:jc w:val="right"/>
      </w:pPr>
      <w:r>
        <w:t>تو انہوں نے ایسے ہی کیا اور صاف ہو گیا۔</w:t>
      </w:r>
    </w:p>
    <w:p>
      <w:r>
        <w:rPr>
          <w:b/>
        </w:rPr>
        <w:t xml:space="preserve">[35:55] </w:t>
      </w:r>
      <w:r>
        <w:t>kuch na daant na maar na kuch na kuch.</w:t>
      </w:r>
    </w:p>
    <w:p>
      <w:pPr>
        <w:jc w:val="right"/>
      </w:pPr>
      <w:r>
        <w:t>کچھ نہ ڈانٹ نہ مار نہ کچھ نہ کچھ۔</w:t>
      </w:r>
    </w:p>
    <w:p>
      <w:r>
        <w:rPr>
          <w:b/>
        </w:rPr>
        <w:t xml:space="preserve">[36:00] </w:t>
      </w:r>
      <w:r>
        <w:t>ab is ka nateeja kya hua? woh aadmi jo aaya tha bahar ke makkah ke bahar se madina</w:t>
      </w:r>
    </w:p>
    <w:p>
      <w:pPr>
        <w:jc w:val="right"/>
      </w:pPr>
      <w:r>
        <w:t>اب اس کا نتیجہ کیا ہوا؟ وہ آدمی جو آیا تھا باہر کے مکہ کے باہر سے مدینہ</w:t>
      </w:r>
    </w:p>
    <w:p>
      <w:r>
        <w:rPr>
          <w:b/>
        </w:rPr>
        <w:t xml:space="preserve">[36:05] </w:t>
      </w:r>
      <w:r>
        <w:t>ke bahar se</w:t>
      </w:r>
    </w:p>
    <w:p>
      <w:pPr>
        <w:jc w:val="right"/>
      </w:pPr>
      <w:r>
        <w:t>کے باہر سے</w:t>
      </w:r>
    </w:p>
    <w:p>
      <w:r>
        <w:rPr>
          <w:b/>
        </w:rPr>
        <w:t xml:space="preserve">[36:10] </w:t>
      </w:r>
      <w:r>
        <w:t>yeh waqia madina ka hai kyun ke masjid madina mein banayi gayi thi.</w:t>
      </w:r>
    </w:p>
    <w:p>
      <w:pPr>
        <w:jc w:val="right"/>
      </w:pPr>
      <w:r>
        <w:t>یہ واقعہ مدینہ کا ہے کیونکہ مسجد مدینہ میں بنائی گئی تھی۔</w:t>
      </w:r>
    </w:p>
    <w:p>
      <w:r>
        <w:rPr>
          <w:b/>
        </w:rPr>
        <w:t xml:space="preserve">[36:18] </w:t>
      </w:r>
      <w:r>
        <w:t>to woh aadmi jab gaya apne tribe mein apne qabile mein to wahan us ne ek qisse ko</w:t>
      </w:r>
    </w:p>
    <w:p>
      <w:pPr>
        <w:jc w:val="right"/>
      </w:pPr>
      <w:r>
        <w:t>تو وہ آدمی جب گیا اپنے ٹرائب میں اپنے قبیلے میں تو وہاں اس نے ایک قصے کو</w:t>
      </w:r>
    </w:p>
    <w:p>
      <w:r>
        <w:rPr>
          <w:b/>
        </w:rPr>
        <w:t xml:space="preserve">[36:25] </w:t>
      </w:r>
      <w:r>
        <w:t>bataya ke main madina gaya wahan musalmanon ki masjid thi wahan main ne is ko ganda kar diya.</w:t>
      </w:r>
    </w:p>
    <w:p>
      <w:pPr>
        <w:jc w:val="right"/>
      </w:pPr>
      <w:r>
        <w:t>بتایا کہ میں مدینہ گیا وہاں مسلمانوں کی مسجد تھی وہاں میں نے اس کو گندا کر دیا۔</w:t>
      </w:r>
    </w:p>
    <w:p>
      <w:r>
        <w:rPr>
          <w:b/>
        </w:rPr>
        <w:t xml:space="preserve">[36:33] </w:t>
      </w:r>
      <w:r>
        <w:t>magar kya hua? wallah ma zajarani Muhammad wallah ma qaharani Muhammad.</w:t>
      </w:r>
    </w:p>
    <w:p>
      <w:pPr>
        <w:jc w:val="right"/>
      </w:pPr>
      <w:r>
        <w:t>مگر کیا ہوا؟ واللہ ما زجرنی محمد واللہ ما قہرنی محمد۔</w:t>
      </w:r>
    </w:p>
    <w:p>
      <w:r>
        <w:rPr>
          <w:b/>
        </w:rPr>
        <w:t xml:space="preserve">[36:40] </w:t>
      </w:r>
      <w:r>
        <w:t>Muhammad ne mujhe koi na maar peet ki na mujhe gaali mujhe bura bhala kaha koi daanta dapta</w:t>
      </w:r>
    </w:p>
    <w:p>
      <w:pPr>
        <w:jc w:val="right"/>
      </w:pPr>
      <w:r>
        <w:t>محمد نے مجھے کوئی نہ مار پیٹ کی نہ مجھے گالی مجھے برا بھلا کہا کوئی ڈانٹا ڈپٹا</w:t>
      </w:r>
    </w:p>
    <w:p>
      <w:r>
        <w:rPr>
          <w:b/>
        </w:rPr>
        <w:t xml:space="preserve">[36:45] </w:t>
      </w:r>
      <w:r>
        <w:t>kuch hi nahi.</w:t>
      </w:r>
    </w:p>
    <w:p>
      <w:pPr>
        <w:jc w:val="right"/>
      </w:pPr>
      <w:r>
        <w:t>کچھ ہی نہیں۔</w:t>
      </w:r>
    </w:p>
    <w:p>
      <w:r>
        <w:rPr>
          <w:b/>
        </w:rPr>
        <w:t xml:space="preserve">[36:49] </w:t>
      </w:r>
      <w:r>
        <w:t>to woh us ne bataya un logon ko ke wallah ma zajarani Muhammad wallah ma qaharani Muhammad.</w:t>
      </w:r>
    </w:p>
    <w:p>
      <w:pPr>
        <w:jc w:val="right"/>
      </w:pPr>
      <w:r>
        <w:t>تو وہ اس نے بتایا ان لوگوں کو کہ واللہ ما زجرنی محمد واللہ ما قہرنی محمد۔</w:t>
      </w:r>
    </w:p>
    <w:p>
      <w:r>
        <w:rPr>
          <w:b/>
        </w:rPr>
        <w:t xml:space="preserve">[36:54] </w:t>
      </w:r>
      <w:r>
        <w:t>to logon ko bohat taajub hua ke ab woh place of worship thi un ke liye woh muqaddas</w:t>
      </w:r>
    </w:p>
    <w:p>
      <w:pPr>
        <w:jc w:val="right"/>
      </w:pPr>
      <w:r>
        <w:t>تو لوگوں کو بہت تعجب ہوا کہ اب وہ پلیس آف ورشپ تھی ان کے لیے وہ مقدس</w:t>
      </w:r>
    </w:p>
    <w:p>
      <w:r>
        <w:rPr>
          <w:b/>
        </w:rPr>
        <w:t xml:space="preserve">[36:58] </w:t>
      </w:r>
      <w:r>
        <w:t>thi wahan us ne ganda kar diya.</w:t>
      </w:r>
    </w:p>
    <w:p>
      <w:pPr>
        <w:jc w:val="right"/>
      </w:pPr>
      <w:r>
        <w:t>تھی وہاں اس نے گندا کر دیا۔</w:t>
      </w:r>
    </w:p>
    <w:p>
      <w:r>
        <w:rPr>
          <w:b/>
        </w:rPr>
        <w:t xml:space="preserve">[37:03] </w:t>
      </w:r>
      <w:r>
        <w:t>aur ghussa nahin hua woh.</w:t>
      </w:r>
    </w:p>
    <w:p>
      <w:pPr>
        <w:jc w:val="right"/>
      </w:pPr>
      <w:r>
        <w:t>اور غصہ نہیں ہوا وہ۔</w:t>
      </w:r>
    </w:p>
    <w:p>
      <w:r>
        <w:rPr>
          <w:b/>
        </w:rPr>
        <w:t xml:space="preserve">[37:07] </w:t>
      </w:r>
      <w:r>
        <w:t>aur us ko pani daal kar saaf kar diya.</w:t>
      </w:r>
    </w:p>
    <w:p>
      <w:pPr>
        <w:jc w:val="right"/>
      </w:pPr>
      <w:r>
        <w:t>اور اس کو پانی ڈال کر صاف کر دیا۔</w:t>
      </w:r>
    </w:p>
    <w:p>
      <w:r>
        <w:rPr>
          <w:b/>
        </w:rPr>
        <w:t xml:space="preserve">[37:12] </w:t>
      </w:r>
      <w:r>
        <w:t>ab dekhiye kitna asar hua is ka.</w:t>
      </w:r>
    </w:p>
    <w:p>
      <w:pPr>
        <w:jc w:val="right"/>
      </w:pPr>
      <w:r>
        <w:t>اب دیکھیے کتنا اثر ہوا اس کا۔</w:t>
      </w:r>
    </w:p>
    <w:p>
      <w:r>
        <w:rPr>
          <w:b/>
        </w:rPr>
        <w:t xml:space="preserve">[37:17] </w:t>
      </w:r>
      <w:r>
        <w:t>itna asar hua ke saara tribe jo hai is mein rasool Allah ka mission phail gaya.</w:t>
      </w:r>
    </w:p>
    <w:p>
      <w:pPr>
        <w:jc w:val="right"/>
      </w:pPr>
      <w:r>
        <w:t>اتنا اثر ہوا کہ سارا ٹرائب جو ہے اس میں رسول اللہ کا مشن پھیل گیا۔</w:t>
      </w:r>
    </w:p>
    <w:p>
      <w:r>
        <w:rPr>
          <w:b/>
        </w:rPr>
        <w:t xml:space="preserve">[37:22] </w:t>
      </w:r>
      <w:r>
        <w:t>woh un ka un ka delegation aaya wahan se milne ke liye bhai aap ka deen kya hai?</w:t>
      </w:r>
    </w:p>
    <w:p>
      <w:pPr>
        <w:jc w:val="right"/>
      </w:pPr>
      <w:r>
        <w:t>وہ ان کا ان کا ڈیلیگیشن آیا وہاں سے ملنے کے لیے بھئی آپ کا دین کیا ہے؟</w:t>
      </w:r>
    </w:p>
    <w:p>
      <w:r>
        <w:rPr>
          <w:b/>
        </w:rPr>
        <w:t xml:space="preserve">[37:27] </w:t>
      </w:r>
      <w:r>
        <w:t>aap ka mazhab kya hai? In sab ne aap ke is ko qabool kar liya.</w:t>
      </w:r>
    </w:p>
    <w:p>
      <w:pPr>
        <w:jc w:val="right"/>
      </w:pPr>
      <w:r>
        <w:t>آپ کا مذہب کیا ہے؟ ان سب نے آپ کے اس کو قبول کر لیا۔</w:t>
      </w:r>
    </w:p>
    <w:p>
      <w:r>
        <w:rPr>
          <w:b/>
        </w:rPr>
        <w:t xml:space="preserve">[37:32] </w:t>
      </w:r>
      <w:r>
        <w:t>aap ke message ko.</w:t>
      </w:r>
    </w:p>
    <w:p>
      <w:pPr>
        <w:jc w:val="right"/>
      </w:pPr>
      <w:r>
        <w:t>آپ کے میسج کو۔</w:t>
      </w:r>
    </w:p>
    <w:p>
      <w:r>
        <w:rPr>
          <w:b/>
        </w:rPr>
        <w:t xml:space="preserve">[37:37] </w:t>
      </w:r>
      <w:r>
        <w:t>aaj kal kya hota hai?</w:t>
      </w:r>
    </w:p>
    <w:p>
      <w:pPr>
        <w:jc w:val="right"/>
      </w:pPr>
      <w:r>
        <w:t>آج کل کیا ہوتا ہے؟</w:t>
      </w:r>
    </w:p>
    <w:p>
      <w:r>
        <w:rPr>
          <w:b/>
        </w:rPr>
        <w:t xml:space="preserve">[37:42] </w:t>
      </w:r>
      <w:r>
        <w:t>aaj kal yeh hota hai kisi masjid mein agar ek khabar sun jaayen khabar sirf ke wahan khinzir</w:t>
      </w:r>
    </w:p>
    <w:p>
      <w:pPr>
        <w:jc w:val="right"/>
      </w:pPr>
      <w:r>
        <w:t>آج کل یہ ہوتا ہے کسی مسجد میں اگر ایک خبر سن جائیں خبر صرف کہ وہاں خنزیر</w:t>
      </w:r>
    </w:p>
    <w:p>
      <w:r>
        <w:rPr>
          <w:b/>
        </w:rPr>
        <w:t xml:space="preserve">[37:48] </w:t>
      </w:r>
      <w:r>
        <w:t>ka koi daal diya hai kisi ne ya koi aur kisi gandagi daal di is ne to ek</w:t>
      </w:r>
    </w:p>
    <w:p>
      <w:pPr>
        <w:jc w:val="right"/>
      </w:pPr>
      <w:r>
        <w:t>کا کوئی ڈال دیا ہے کسی نے یا کوئی اور کسی گندگی ڈال دی اس نے تو ایک</w:t>
      </w:r>
    </w:p>
    <w:p>
      <w:r>
        <w:rPr>
          <w:b/>
        </w:rPr>
        <w:t xml:space="preserve">[37:55] </w:t>
      </w:r>
      <w:r>
        <w:t>dam achaanak yeh log bhadak uthte hain aur riot shuru ho jaata hai.</w:t>
      </w:r>
    </w:p>
    <w:p>
      <w:pPr>
        <w:jc w:val="right"/>
      </w:pPr>
      <w:r>
        <w:t>دم اچانک یہ لوگ بھڑک اٹھتے ہیں اور رائٹ شروع ہو جاتا ہے۔</w:t>
      </w:r>
    </w:p>
    <w:p>
      <w:r>
        <w:rPr>
          <w:b/>
        </w:rPr>
        <w:t xml:space="preserve">[38:01] </w:t>
      </w:r>
      <w:r>
        <w:t>jitne company riot India mein hue hain more than fifty tha woh sab isi tarah ki baaton par hue hain.</w:t>
      </w:r>
    </w:p>
    <w:p>
      <w:pPr>
        <w:jc w:val="right"/>
      </w:pPr>
      <w:r>
        <w:t>جتنے کمپنی رائٹ انڈیا میں ہوئے ہیں مور دین ففٹی تھا وہ سب اسی طرح کی باتوں پر ہوئے ہیں۔</w:t>
      </w:r>
    </w:p>
    <w:p>
      <w:r>
        <w:rPr>
          <w:b/>
        </w:rPr>
        <w:t xml:space="preserve">[38:08] </w:t>
      </w:r>
      <w:r>
        <w:t>isi tarah ki baaton par.</w:t>
      </w:r>
    </w:p>
    <w:p>
      <w:pPr>
        <w:jc w:val="right"/>
      </w:pPr>
      <w:r>
        <w:t>اسی طرح کی باتوں پر۔</w:t>
      </w:r>
    </w:p>
    <w:p>
      <w:r>
        <w:rPr>
          <w:b/>
        </w:rPr>
        <w:t xml:space="preserve">[38:14] </w:t>
      </w:r>
      <w:r>
        <w:t>ke masjid ko agar aap ne kuch ganda kar diya to saare musalman samajhte hain ke bas is</w:t>
      </w:r>
    </w:p>
    <w:p>
      <w:pPr>
        <w:jc w:val="right"/>
      </w:pPr>
      <w:r>
        <w:t>کہ مسجد کو اگر آپ نے کچھ گندا کر دیا تو سارے مسلمان سمجھتے ہیں کہ بس اس</w:t>
      </w:r>
    </w:p>
    <w:p>
      <w:r>
        <w:rPr>
          <w:b/>
        </w:rPr>
        <w:t xml:space="preserve">[38:19] </w:t>
      </w:r>
      <w:r>
        <w:t>ko maaro kaato aur riot shuru ho jaata hai.</w:t>
      </w:r>
    </w:p>
    <w:p>
      <w:pPr>
        <w:jc w:val="right"/>
      </w:pPr>
      <w:r>
        <w:t>کو مارو کاٹو اور رائٹ شروع ہو جاتا ہے۔</w:t>
      </w:r>
    </w:p>
    <w:p>
      <w:r>
        <w:rPr>
          <w:b/>
        </w:rPr>
        <w:t xml:space="preserve">[38:24] </w:t>
      </w:r>
      <w:r>
        <w:t>aap dekhiye ke rasool Allah sallay Allah alayh wasallam ne kya kiya? Isi tarah ke waqey par jis</w:t>
      </w:r>
    </w:p>
    <w:p>
      <w:pPr>
        <w:jc w:val="right"/>
      </w:pPr>
      <w:r>
        <w:t>آپ دیکھیے کہ رسول اللہ صلی اللہ علیہ وسلم نے کیا کیا؟ اسی طرح کے واقعے پر جس</w:t>
      </w:r>
    </w:p>
    <w:p>
      <w:r>
        <w:rPr>
          <w:b/>
        </w:rPr>
        <w:t xml:space="preserve">[38:29] </w:t>
      </w:r>
      <w:r>
        <w:t>tarah ka waqea musalman yahan bhadak uthte hain.</w:t>
      </w:r>
    </w:p>
    <w:p>
      <w:pPr>
        <w:jc w:val="right"/>
      </w:pPr>
      <w:r>
        <w:t>طرح کا واقعہ مسلمان یہاں بھڑک اٹھتے ہیں۔</w:t>
      </w:r>
    </w:p>
    <w:p>
      <w:r>
        <w:rPr>
          <w:b/>
        </w:rPr>
        <w:t xml:space="preserve">[38:34] </w:t>
      </w:r>
      <w:r>
        <w:t>aap ne is ko is aadmi ko bilkul maaf kar diya.</w:t>
      </w:r>
    </w:p>
    <w:p>
      <w:pPr>
        <w:jc w:val="right"/>
      </w:pPr>
      <w:r>
        <w:t>آپ نے اس کو اس آدمی کو بالکل معاف کر دیا۔</w:t>
      </w:r>
    </w:p>
    <w:p>
      <w:r>
        <w:rPr>
          <w:b/>
        </w:rPr>
        <w:t xml:space="preserve">[38:39] </w:t>
      </w:r>
      <w:r>
        <w:t>aur apne sahaba se kaha ke is ki safai kar do</w:t>
      </w:r>
    </w:p>
    <w:p>
      <w:pPr>
        <w:jc w:val="right"/>
      </w:pPr>
      <w:r>
        <w:t>اور اپنے صحابہ سے کہا کہ اس کی صفائی کر دو</w:t>
      </w:r>
    </w:p>
    <w:p>
      <w:r>
        <w:rPr>
          <w:b/>
        </w:rPr>
        <w:t xml:space="preserve">[38:44] </w:t>
      </w:r>
      <w:r>
        <w:t>aur is ka nateeja kya hua ke sare tribe mein aap ne aap ke is ko maan liya. aap ke message ko. aap ki barhai ko aap ke peghamabari ko. aur aaj kya hota hai? aaj kya hota hai ke beshumar log mare jate hain kate jate hain. ghar jalaye jate hain dukanein jalai jati hain. yeh ho raha hai. to rasool allah ko fakhar</w:t>
      </w:r>
    </w:p>
    <w:p>
      <w:pPr>
        <w:jc w:val="right"/>
      </w:pPr>
      <w:r>
        <w:t>۔ اور اس کا نتیجہ کیا ہوا کہ سارے ٹرائب میں آپ نے آپ کے اس کو مان لیا۔ آپ کے میسج کو۔ آپ کی بڑائی کو آپ کے پیغمبری کو۔ اور آج کیا ہوتا ہے؟ آج کیا ہوتا ہے کہ بے شمار لوگ مارے جاتے ہیں کاٹے جاتے ہیں۔ گھر جلائے جاتے ہیں دکانیں جلائی جاتی ہیں۔ یہ ہو رہا ہے۔ تو رسول اللہ کو فخر</w:t>
      </w:r>
    </w:p>
    <w:p>
      <w:r>
        <w:rPr>
          <w:b/>
        </w:rPr>
        <w:t xml:space="preserve">[39:14] </w:t>
      </w:r>
      <w:r>
        <w:t>bana rakha hai logon ne lekin rasool Allah ka namoona nahin banaya hai.</w:t>
      </w:r>
    </w:p>
    <w:p>
      <w:pPr>
        <w:jc w:val="right"/>
      </w:pPr>
      <w:r>
        <w:t>بنا رکھا ہے لوگوں نے لیکن رسول اللہ کا نمونہ نہیں بنایا ہے۔</w:t>
      </w:r>
    </w:p>
    <w:p>
      <w:r>
        <w:rPr>
          <w:b/>
        </w:rPr>
        <w:t xml:space="preserve">[39:19] </w:t>
      </w:r>
      <w:r>
        <w:t>baarah rabi ul awal is liye nahin hai ke aap fakhr banaayen. Pride banaayen.</w:t>
      </w:r>
    </w:p>
    <w:p>
      <w:pPr>
        <w:jc w:val="right"/>
      </w:pPr>
      <w:r>
        <w:t>بارہ ربیع الاول اس لیے نہیں ہے کہ آپ فخر بنائیں۔ پرائیڈ بنائیں۔</w:t>
      </w:r>
    </w:p>
    <w:p>
      <w:r>
        <w:rPr>
          <w:b/>
        </w:rPr>
        <w:t xml:space="preserve">[39:24] </w:t>
      </w:r>
      <w:r>
        <w:t>yeh ke baarah rabi ul awal ko aap yaad karen rasool Allah ke ke namoone ko aap ke character</w:t>
      </w:r>
    </w:p>
    <w:p>
      <w:pPr>
        <w:jc w:val="right"/>
      </w:pPr>
      <w:r>
        <w:t>یہ کہ بارہ ربیع الاول کو آپ یاد کریں رسول اللہ کے کے نمونے کو آپ کے کریکٹر</w:t>
      </w:r>
    </w:p>
    <w:p>
      <w:r>
        <w:rPr>
          <w:b/>
        </w:rPr>
        <w:t xml:space="preserve">[39:29] </w:t>
      </w:r>
      <w:r>
        <w:t>ko aap ke is uswa ko isi ko follow karen aap.</w:t>
      </w:r>
    </w:p>
    <w:p>
      <w:pPr>
        <w:jc w:val="right"/>
      </w:pPr>
      <w:r>
        <w:t>کو آپ کے اسوہ کو اسی کو فالو کریں آپ۔</w:t>
      </w:r>
    </w:p>
    <w:p>
      <w:r>
        <w:rPr>
          <w:b/>
        </w:rPr>
        <w:t xml:space="preserve">[39:34] </w:t>
      </w:r>
      <w:r>
        <w:t>mein apna ek qissa arz karta hoon.</w:t>
      </w:r>
    </w:p>
    <w:p>
      <w:pPr>
        <w:jc w:val="right"/>
      </w:pPr>
      <w:r>
        <w:t>میں اپنا ایک قصہ عرض کرتا ہوں۔</w:t>
      </w:r>
    </w:p>
    <w:p>
      <w:r>
        <w:rPr>
          <w:b/>
        </w:rPr>
        <w:t xml:space="preserve">[39:39] </w:t>
      </w:r>
      <w:r>
        <w:t>yeh kashmir mein</w:t>
      </w:r>
    </w:p>
    <w:p>
      <w:pPr>
        <w:jc w:val="right"/>
      </w:pPr>
      <w:r>
        <w:t>یہ کشمیر میں</w:t>
      </w:r>
    </w:p>
    <w:p>
      <w:r>
        <w:rPr>
          <w:b/>
        </w:rPr>
        <w:t xml:space="preserve">[39:44] </w:t>
      </w:r>
      <w:r>
        <w:t>aktubar 1989 mein shuru hua hai.</w:t>
      </w:r>
    </w:p>
    <w:p>
      <w:pPr>
        <w:jc w:val="right"/>
      </w:pPr>
      <w:r>
        <w:t>اکتوبر 1989 میں شروع ہوا ہے۔</w:t>
      </w:r>
    </w:p>
    <w:p>
      <w:r>
        <w:rPr>
          <w:b/>
        </w:rPr>
        <w:t xml:space="preserve">[39:49] </w:t>
      </w:r>
      <w:r>
        <w:t>so called musallah jihad hua tha.</w:t>
      </w:r>
    </w:p>
    <w:p>
      <w:pPr>
        <w:jc w:val="right"/>
      </w:pPr>
      <w:r>
        <w:t>سو کالڈ مسلح جہاد ہوا تھا۔</w:t>
      </w:r>
    </w:p>
    <w:p>
      <w:r>
        <w:rPr>
          <w:b/>
        </w:rPr>
        <w:t xml:space="preserve">[39:53] </w:t>
      </w:r>
      <w:r>
        <w:t>yeh kashmir inhone shuru kiya.</w:t>
      </w:r>
    </w:p>
    <w:p>
      <w:pPr>
        <w:jc w:val="right"/>
      </w:pPr>
      <w:r>
        <w:t>یہ کشمیر انہوں نے شروع کیا۔</w:t>
      </w:r>
    </w:p>
    <w:p>
      <w:r>
        <w:rPr>
          <w:b/>
        </w:rPr>
        <w:t xml:space="preserve">[39:57] </w:t>
      </w:r>
      <w:r>
        <w:t>yeh wahan ke kuch government ki buildingon ko inhone bomb mara.</w:t>
      </w:r>
    </w:p>
    <w:p>
      <w:pPr>
        <w:jc w:val="right"/>
      </w:pPr>
      <w:r>
        <w:t>یہ وہاں کے کچھ گورنمنٹ کی بلڈنگوں کو انہوں نے بم مارا۔</w:t>
      </w:r>
    </w:p>
    <w:p>
      <w:r>
        <w:rPr>
          <w:b/>
        </w:rPr>
        <w:t xml:space="preserve">[40:02] </w:t>
      </w:r>
      <w:r>
        <w:t>is tarah se woh jihad shuru hua.</w:t>
      </w:r>
    </w:p>
    <w:p>
      <w:pPr>
        <w:jc w:val="right"/>
      </w:pPr>
      <w:r>
        <w:t>اس طرح سے وہ جہاد شروع ہوا۔</w:t>
      </w:r>
    </w:p>
    <w:p>
      <w:r>
        <w:rPr>
          <w:b/>
        </w:rPr>
        <w:t xml:space="preserve">[40:06] </w:t>
      </w:r>
      <w:r>
        <w:t>jihad nahi hai so called jihad.</w:t>
      </w:r>
    </w:p>
    <w:p>
      <w:pPr>
        <w:jc w:val="right"/>
      </w:pPr>
      <w:r>
        <w:t>جہاد نہیں ہے سو کالڈ جہاد۔</w:t>
      </w:r>
    </w:p>
    <w:p>
      <w:r>
        <w:rPr>
          <w:b/>
        </w:rPr>
        <w:t xml:space="preserve">[40:10] </w:t>
      </w:r>
      <w:r>
        <w:t>is se do mahine pehle mein kashmir gaya tha.</w:t>
      </w:r>
    </w:p>
    <w:p>
      <w:pPr>
        <w:jc w:val="right"/>
      </w:pPr>
      <w:r>
        <w:t>اس سے دو مہینے پہلے میں کشمیر گیا تھا۔</w:t>
      </w:r>
    </w:p>
    <w:p>
      <w:r>
        <w:rPr>
          <w:b/>
        </w:rPr>
        <w:t xml:space="preserve">[40:15] </w:t>
      </w:r>
      <w:r>
        <w:t>sirf do mahine pehle.</w:t>
      </w:r>
    </w:p>
    <w:p>
      <w:pPr>
        <w:jc w:val="right"/>
      </w:pPr>
      <w:r>
        <w:t>صرف دو مہینے پہلے۔</w:t>
      </w:r>
    </w:p>
    <w:p>
      <w:r>
        <w:rPr>
          <w:b/>
        </w:rPr>
        <w:t xml:space="preserve">[40:18] </w:t>
      </w:r>
      <w:r>
        <w:t>aur wahan par yeh charcha ho raha tha ke hamein ab yani lad kar lena hai.</w:t>
      </w:r>
    </w:p>
    <w:p>
      <w:pPr>
        <w:jc w:val="right"/>
      </w:pPr>
      <w:r>
        <w:t>اور وہاں پر یہ چرچا ہو رہا تھا کہ ہمیں اب یعنی لڑ کر لینا ہے۔</w:t>
      </w:r>
    </w:p>
    <w:p>
      <w:r>
        <w:rPr>
          <w:b/>
        </w:rPr>
        <w:t xml:space="preserve">[40:21] </w:t>
      </w:r>
      <w:r>
        <w:t>baaton se nahi dene wala hai koi hum ko hamara right hamein lad kar lena hai.</w:t>
      </w:r>
    </w:p>
    <w:p>
      <w:pPr>
        <w:jc w:val="right"/>
      </w:pPr>
      <w:r>
        <w:t>باتوں سے نہیں دینے والا ہے کوئی ہم کو ہمارا رائٹ ہمیں لڑ کر لینا ہے۔</w:t>
      </w:r>
    </w:p>
    <w:p>
      <w:r>
        <w:rPr>
          <w:b/>
        </w:rPr>
        <w:t xml:space="preserve">[40:25] </w:t>
      </w:r>
      <w:r>
        <w:t>hamein musallah jihad karna hai.</w:t>
      </w:r>
    </w:p>
    <w:p>
      <w:pPr>
        <w:jc w:val="right"/>
      </w:pPr>
      <w:r>
        <w:t>ہمیں مسلح جہاد کرنا ہے۔</w:t>
      </w:r>
    </w:p>
    <w:p>
      <w:r>
        <w:rPr>
          <w:b/>
        </w:rPr>
        <w:t xml:space="preserve">[40:28] </w:t>
      </w:r>
      <w:r>
        <w:t>toh yeh baat mere ilm mein aayi.</w:t>
      </w:r>
    </w:p>
    <w:p>
      <w:pPr>
        <w:jc w:val="right"/>
      </w:pPr>
      <w:r>
        <w:t>تو یہ بات میرے علم میں آئی۔</w:t>
      </w:r>
    </w:p>
    <w:p>
      <w:r>
        <w:rPr>
          <w:b/>
        </w:rPr>
        <w:t xml:space="preserve">[40:31] </w:t>
      </w:r>
      <w:r>
        <w:t>wahan par mera jalsa tha tagore hall mein.</w:t>
      </w:r>
    </w:p>
    <w:p>
      <w:pPr>
        <w:jc w:val="right"/>
      </w:pPr>
      <w:r>
        <w:t>وہاں پر میرا جلسہ تھا ٹیگور ہال میں۔</w:t>
      </w:r>
    </w:p>
    <w:p>
      <w:r>
        <w:rPr>
          <w:b/>
        </w:rPr>
        <w:t xml:space="preserve">[40:35] </w:t>
      </w:r>
      <w:r>
        <w:t>srinagar mein ek tagore hall hai.</w:t>
      </w:r>
    </w:p>
    <w:p>
      <w:pPr>
        <w:jc w:val="right"/>
      </w:pPr>
      <w:r>
        <w:t>سری نگر میں ایک ٹیگور ہال ہے۔</w:t>
      </w:r>
    </w:p>
    <w:p>
      <w:r>
        <w:rPr>
          <w:b/>
        </w:rPr>
        <w:t xml:space="preserve">[40:38] </w:t>
      </w:r>
      <w:r>
        <w:t>is mein mera jalsa tha.</w:t>
      </w:r>
    </w:p>
    <w:p>
      <w:pPr>
        <w:jc w:val="right"/>
      </w:pPr>
      <w:r>
        <w:t>اس میں میرا جلسہ تھا۔</w:t>
      </w:r>
    </w:p>
    <w:p>
      <w:r>
        <w:rPr>
          <w:b/>
        </w:rPr>
        <w:t xml:space="preserve">[40:41] </w:t>
      </w:r>
      <w:r>
        <w:t>toh maine is mein taq</w:t>
      </w:r>
    </w:p>
    <w:p>
      <w:pPr>
        <w:jc w:val="right"/>
      </w:pPr>
      <w:r>
        <w:t>تو میں نے اس میں تق</w:t>
      </w:r>
    </w:p>
    <w:p>
      <w:r>
        <w:rPr>
          <w:b/>
        </w:rPr>
        <w:t xml:space="preserve">[40:45] </w:t>
      </w:r>
      <w:r>
        <w:t>reer ki is taqreer ka tape maujood hai. koi sun sakta hai aaj bhi sun sakta hai. do mahine pehle main ne wahan logon se yeh kaha tha isi isi qisse ko bayan kiya. ke rasool allah ne pani bahaya. to is ka ek break miraculous faida yeh hua ke log aap ke saathi ban gaye. aap khoon bahane ja rahe hain. khoon baha ke wo faida milega aap ko jo pani baha ke mila tha rasool allah sallallahu alaihi wasallam ko? wo kabhi nahi milega. sare kashmiri apna khoon baha dalen</w:t>
      </w:r>
    </w:p>
    <w:p>
      <w:pPr>
        <w:jc w:val="right"/>
      </w:pPr>
      <w:r>
        <w:t>ریر کی اس تقریر کا ٹیپ موجود ہے۔ کوئی سن سکتا ہے آج بھی سن سکتا ہے۔ دو مہینے پہلے میں نے وہاں لوگوں سے یہ کہا تھا اسی اسی قصے کو بیان کیا۔ کہ رسول اللہ نے پانی بہایا۔ تو اس کا ایک بریک میریکولس فائدہ یہ ہوا کہ لوگ آپ کے ساتھی بن گئے۔ آپ خون بہانے جا رہے ہیں۔ خون بہا کر کے وہ فائدہ ملے گا آپ کو جو پانی بہا کے ملا تھا رسول اللہ صلی اللہ علیہ وسلم کو؟ وہ کبھی نہیں ملے گا۔ سارے کشمیری اپنا خون بہا ڈالیں</w:t>
      </w:r>
    </w:p>
    <w:p>
      <w:r>
        <w:rPr>
          <w:b/>
        </w:rPr>
        <w:t xml:space="preserve">[41:15] </w:t>
      </w:r>
      <w:r>
        <w:t>to hone wala nahi kuch bhi nahi hai. aap bhi pani bahaiye to milega aap ko. yeh main ne peshgi kaha tha peshgi do mahine pehle. ab is waqie ko itne din beet chuke hain. ab kashmir ka jihad bhi khatam ho gaya. khoon baha baha ke ek kam az kam ek lakh kashmiri mar gaye. ab mera kya hoga? kuch bhi nahi mila. kuch bhi nahi mila. yani kashmiriyon ne khoon baha diya</w:t>
      </w:r>
    </w:p>
    <w:p>
      <w:pPr>
        <w:jc w:val="right"/>
      </w:pPr>
      <w:r>
        <w:t>تو ہونے والا نہیں کچھ بھی نہیں ہے۔ آپ بھی پانی بہائیے تو ملے گا آپ کو۔ یہ میں نے پیشگی کہا تھا پیشگی دو مہینے پہلے۔ اب اس واقعے کو اتنے دن بیت چکے ہیں۔ اب کشمیر کا جہاد بھی ختم ہو گیا۔ خون بہا بہا کر کے ایک کم از کم ایک لاکھ کشمیری مر گئے۔ اب میرا کیا ہوگا؟ کچھ بھی نہیں ملا۔ کچھ بھی نہیں ملا۔ یعنی کشمیریوں نے خون بہا دیا</w:t>
      </w:r>
    </w:p>
    <w:p>
      <w:r>
        <w:rPr>
          <w:b/>
        </w:rPr>
        <w:t xml:space="preserve">[41:45] </w:t>
      </w:r>
      <w:r>
        <w:t>wahan apna.</w:t>
      </w:r>
    </w:p>
    <w:p>
      <w:pPr>
        <w:jc w:val="right"/>
      </w:pPr>
      <w:r>
        <w:t>وہاں اپنا۔</w:t>
      </w:r>
    </w:p>
    <w:p>
      <w:r>
        <w:rPr>
          <w:b/>
        </w:rPr>
        <w:t xml:space="preserve">[41:48] </w:t>
      </w:r>
      <w:r>
        <w:t>ab mera kuch bhi nahi.</w:t>
      </w:r>
    </w:p>
    <w:p>
      <w:pPr>
        <w:jc w:val="right"/>
      </w:pPr>
      <w:r>
        <w:t>اب میرا کچھ بھی نہیں۔</w:t>
      </w:r>
    </w:p>
    <w:p>
      <w:r>
        <w:rPr>
          <w:b/>
        </w:rPr>
        <w:t xml:space="preserve">[41:52] </w:t>
      </w:r>
      <w:r>
        <w:t>aur rasool Allah ne pani bahaya tha toh aap ko poora arab mil gaya.</w:t>
      </w:r>
    </w:p>
    <w:p>
      <w:pPr>
        <w:jc w:val="right"/>
      </w:pPr>
      <w:r>
        <w:t>اور رسول اللہ نے پانی بہایا تھا تو آپ کو پورا عرب مل گیا۔</w:t>
      </w:r>
    </w:p>
    <w:p>
      <w:r>
        <w:rPr>
          <w:b/>
        </w:rPr>
        <w:t xml:space="preserve">[41:56] </w:t>
      </w:r>
      <w:r>
        <w:t>yeh maine kaha tha wahan peshgi kaha tha.</w:t>
      </w:r>
    </w:p>
    <w:p>
      <w:pPr>
        <w:jc w:val="right"/>
      </w:pPr>
      <w:r>
        <w:t>یہ میں نے کہا تھا وہاں پیشگی کہا تھا۔</w:t>
      </w:r>
    </w:p>
    <w:p>
      <w:r>
        <w:rPr>
          <w:b/>
        </w:rPr>
        <w:t xml:space="preserve">[42:00] </w:t>
      </w:r>
      <w:r>
        <w:t>maine warning di thi ke aap khoon bahaiye kuch milne wala nahi hai aap ko.</w:t>
      </w:r>
    </w:p>
    <w:p>
      <w:pPr>
        <w:jc w:val="right"/>
      </w:pPr>
      <w:r>
        <w:t>میں نے وارننگ دی تھی کہ آپ خون بہائیے کچھ ملنے والا نہیں ہے آپ کو۔</w:t>
      </w:r>
    </w:p>
    <w:p>
      <w:r>
        <w:rPr>
          <w:b/>
        </w:rPr>
        <w:t xml:space="preserve">[42:03] </w:t>
      </w:r>
      <w:r>
        <w:t>aap ko pani bahana padega.</w:t>
      </w:r>
    </w:p>
    <w:p>
      <w:pPr>
        <w:jc w:val="right"/>
      </w:pPr>
      <w:r>
        <w:t>آپ کو پانی بہانا پڑے گا۔</w:t>
      </w:r>
    </w:p>
    <w:p>
      <w:r>
        <w:rPr>
          <w:b/>
        </w:rPr>
        <w:t xml:space="preserve">[42:07] </w:t>
      </w:r>
      <w:r>
        <w:t>tab aap kuch pa sakte hain.</w:t>
      </w:r>
    </w:p>
    <w:p>
      <w:pPr>
        <w:jc w:val="right"/>
      </w:pPr>
      <w:r>
        <w:t>تب آپ کچھ پا سکتے ہیں۔</w:t>
      </w:r>
    </w:p>
    <w:p>
      <w:r>
        <w:rPr>
          <w:b/>
        </w:rPr>
        <w:t xml:space="preserve">[42:11] </w:t>
      </w:r>
      <w:r>
        <w:t>pani bahane ka mani kya hai? peaceful tareeqa narmi ka tareeqa mohabbat ka tareeqa pyar ka tareeqa. aur</w:t>
      </w:r>
    </w:p>
    <w:p>
      <w:pPr>
        <w:jc w:val="right"/>
      </w:pPr>
      <w:r>
        <w:t>پانی بہانے کا معنی کیا ہے؟ پیس فل طریقہ نرمی کا طریقہ محبت کا طریقہ پیار کا طریقہ۔ اور</w:t>
      </w:r>
    </w:p>
    <w:p>
      <w:r>
        <w:rPr>
          <w:b/>
        </w:rPr>
        <w:t xml:space="preserve">[42:15] </w:t>
      </w:r>
      <w:r>
        <w:t>yeh to khoon jo beh raha hai woh to ghussa aur nafrat aur inteqam ka tareeqa hai yeh.</w:t>
      </w:r>
    </w:p>
    <w:p>
      <w:pPr>
        <w:jc w:val="right"/>
      </w:pPr>
      <w:r>
        <w:t>یہ تو خون جو بہہ رہا ہے وہ تو غصہ اور نفرت اور انتقام کا طریقہ ہے یہ۔</w:t>
      </w:r>
    </w:p>
    <w:p>
      <w:r>
        <w:rPr>
          <w:b/>
        </w:rPr>
        <w:t xml:space="preserve">[42:20] </w:t>
      </w:r>
      <w:r>
        <w:t>to barah rabi ul awal jo hai log manate hain only to establish their pride.</w:t>
      </w:r>
    </w:p>
    <w:p>
      <w:pPr>
        <w:jc w:val="right"/>
      </w:pPr>
      <w:r>
        <w:t>تو بارہ ربیع الاول جو ہے لوگ مناتے ہیں اونلی ٹو اسٹیبلش دیر پرائیڈ۔</w:t>
      </w:r>
    </w:p>
    <w:p>
      <w:r>
        <w:rPr>
          <w:b/>
        </w:rPr>
        <w:t xml:space="preserve">[42:25] </w:t>
      </w:r>
      <w:r>
        <w:t>that is nothing.</w:t>
      </w:r>
    </w:p>
    <w:p>
      <w:pPr>
        <w:jc w:val="right"/>
      </w:pPr>
      <w:r>
        <w:t>دیٹ از نتھنگ۔</w:t>
      </w:r>
    </w:p>
    <w:p>
      <w:r>
        <w:rPr>
          <w:b/>
        </w:rPr>
        <w:t xml:space="preserve">[42:30] </w:t>
      </w:r>
      <w:r>
        <w:t>aap ko barah rabi ul awal ko yaad karna chahiye rasool allah salallaho alaihe wasallam ke guidance ko</w:t>
      </w:r>
    </w:p>
    <w:p>
      <w:pPr>
        <w:jc w:val="right"/>
      </w:pPr>
      <w:r>
        <w:t>آپ کو بارہ ربیع الاول کو یاد کرنا چاہیے رسول اللہ صلی اللہ علیہ وسلم کے گائیڈنس کو</w:t>
      </w:r>
    </w:p>
    <w:p>
      <w:r>
        <w:rPr>
          <w:b/>
        </w:rPr>
        <w:t xml:space="preserve">[42:35] </w:t>
      </w:r>
      <w:r>
        <w:t>aap ki teaching ko aap ke namune ko.</w:t>
      </w:r>
    </w:p>
    <w:p>
      <w:pPr>
        <w:jc w:val="right"/>
      </w:pPr>
      <w:r>
        <w:t>آپ کی ٹیچنگ کو آپ کے نمونے کو۔</w:t>
      </w:r>
    </w:p>
    <w:p>
      <w:r>
        <w:rPr>
          <w:b/>
        </w:rPr>
        <w:t xml:space="preserve">[42:40] </w:t>
      </w:r>
      <w:r>
        <w:t>ab mein aap ko ek aur misaal deta hoon.</w:t>
      </w:r>
    </w:p>
    <w:p>
      <w:pPr>
        <w:jc w:val="right"/>
      </w:pPr>
      <w:r>
        <w:t>اب میں آپ کو ایک اور مثال دیتا ہوں۔</w:t>
      </w:r>
    </w:p>
    <w:p>
      <w:r>
        <w:rPr>
          <w:b/>
        </w:rPr>
        <w:t xml:space="preserve">[42:45] </w:t>
      </w:r>
      <w:r>
        <w:t>falasteen ke char ulma mere paas aaye char arab scholar. falasteen ke.</w:t>
      </w:r>
    </w:p>
    <w:p>
      <w:pPr>
        <w:jc w:val="right"/>
      </w:pPr>
      <w:r>
        <w:t>فلسطین کے چار علماء میرے پاس آئے چار عرب اسکالر۔ فلسطین کے۔</w:t>
      </w:r>
    </w:p>
    <w:p>
      <w:r>
        <w:rPr>
          <w:b/>
        </w:rPr>
        <w:t xml:space="preserve">[42:49] </w:t>
      </w:r>
      <w:r>
        <w:t>char falastini scholar.</w:t>
      </w:r>
    </w:p>
    <w:p>
      <w:pPr>
        <w:jc w:val="right"/>
      </w:pPr>
      <w:r>
        <w:t>چار فلسطینی اسکالر۔</w:t>
      </w:r>
    </w:p>
    <w:p>
      <w:r>
        <w:rPr>
          <w:b/>
        </w:rPr>
        <w:t xml:space="preserve">[42:54] </w:t>
      </w:r>
      <w:r>
        <w:t>mein ne un se kaha ke aap log kyun wahan par yani hathiyar uthaye hue hain? bomb marte</w:t>
      </w:r>
    </w:p>
    <w:p>
      <w:pPr>
        <w:jc w:val="right"/>
      </w:pPr>
      <w:r>
        <w:t>میں نے ان سے کہا کہ آپ لوگ کیوں وہاں پر یعنی ہتھیار اٹھائے ہوئے ہیں؟ بم مارتے</w:t>
      </w:r>
    </w:p>
    <w:p>
      <w:r>
        <w:rPr>
          <w:b/>
        </w:rPr>
        <w:t xml:space="preserve">[42:58] </w:t>
      </w:r>
      <w:r>
        <w:t>hain goli marte hain.</w:t>
      </w:r>
    </w:p>
    <w:p>
      <w:pPr>
        <w:jc w:val="right"/>
      </w:pPr>
      <w:r>
        <w:t>ہیں گولی مارتے ہیں۔</w:t>
      </w:r>
    </w:p>
    <w:p>
      <w:r>
        <w:rPr>
          <w:b/>
        </w:rPr>
        <w:t xml:space="preserve">[43:02] </w:t>
      </w:r>
      <w:r>
        <w:t>to mein ne un ko yeh hadith sunai.</w:t>
      </w:r>
    </w:p>
    <w:p>
      <w:pPr>
        <w:jc w:val="right"/>
      </w:pPr>
      <w:r>
        <w:t>تو میں نے ان کو یہ حدیث سنائی۔</w:t>
      </w:r>
    </w:p>
    <w:p>
      <w:r>
        <w:rPr>
          <w:b/>
        </w:rPr>
        <w:t xml:space="preserve">[43:07] </w:t>
      </w:r>
      <w:r>
        <w:t>hadith sunai mein ne un ko ke yeh hadith bukhari mein maujood hai.</w:t>
      </w:r>
    </w:p>
    <w:p>
      <w:pPr>
        <w:jc w:val="right"/>
      </w:pPr>
      <w:r>
        <w:t>حدیث سنائی میں نے ان کو کہ یہ حدیث بخاری میں موجود ہے۔</w:t>
      </w:r>
    </w:p>
    <w:p>
      <w:r>
        <w:rPr>
          <w:b/>
        </w:rPr>
        <w:t xml:space="preserve">[43:11] </w:t>
      </w:r>
      <w:r>
        <w:t>ke ma khair</w:t>
      </w:r>
    </w:p>
    <w:p>
      <w:pPr>
        <w:jc w:val="right"/>
      </w:pPr>
      <w:r>
        <w:t>کہ ما خیر</w:t>
      </w:r>
    </w:p>
    <w:p>
      <w:r>
        <w:rPr>
          <w:b/>
        </w:rPr>
        <w:t xml:space="preserve">[43:15] </w:t>
      </w:r>
      <w:r>
        <w:t>rasool allah salallaho alaihe wasallam bin umrain ila ikhtar aisarahuma.</w:t>
      </w:r>
    </w:p>
    <w:p>
      <w:pPr>
        <w:jc w:val="right"/>
      </w:pPr>
      <w:r>
        <w:t>رسول اللہ صلی اللہ علیہ وسلم بین عمرین الا اختار عیسرہما۔</w:t>
      </w:r>
    </w:p>
    <w:p>
      <w:r>
        <w:rPr>
          <w:b/>
        </w:rPr>
        <w:t xml:space="preserve">[43:22] </w:t>
      </w:r>
      <w:r>
        <w:t>اس کا مطلب ہے کہ when the Prophet of Islam had to choose between the two, he always</w:t>
      </w:r>
    </w:p>
    <w:p>
      <w:pPr>
        <w:jc w:val="right"/>
      </w:pPr>
      <w:r>
        <w:t>اس کا مطلب ہے کہ وین دا پرافٹ آف اسلام ہیڈ ٹو چوز بٹوین دا ٹو ہی آلویز</w:t>
      </w:r>
    </w:p>
    <w:p>
      <w:r>
        <w:rPr>
          <w:b/>
        </w:rPr>
        <w:t xml:space="preserve">[43:28] </w:t>
      </w:r>
      <w:r>
        <w:t>opted for easier course of action rather than harder course of action.</w:t>
      </w:r>
    </w:p>
    <w:p>
      <w:pPr>
        <w:jc w:val="right"/>
      </w:pPr>
      <w:r>
        <w:t>آپٹڈ فار ایزر کورس آف ایکشن رادر دین ہارڈر کورس آف ایکشن۔</w:t>
      </w:r>
    </w:p>
    <w:p>
      <w:r>
        <w:rPr>
          <w:b/>
        </w:rPr>
        <w:t xml:space="preserve">[43:34] </w:t>
      </w:r>
      <w:r>
        <w:t>to mein ne kaha ke dekhiye aap ke liye aap do mein se ek ka aap ka option tha.</w:t>
      </w:r>
    </w:p>
    <w:p>
      <w:pPr>
        <w:jc w:val="right"/>
      </w:pPr>
      <w:r>
        <w:t>تو میں نے کہا کہ دیکھیے آپ کے لیے آپ دو میں سے ایک کا آپشن تھا۔</w:t>
      </w:r>
    </w:p>
    <w:p>
      <w:r>
        <w:rPr>
          <w:b/>
        </w:rPr>
        <w:t xml:space="preserve">[43:41] </w:t>
      </w:r>
      <w:r>
        <w:t>easier course of action kya hai? peaceful tareeqe se</w:t>
      </w:r>
    </w:p>
    <w:p>
      <w:pPr>
        <w:jc w:val="right"/>
      </w:pPr>
      <w:r>
        <w:t>ایزر کورس آف ایکشن کیا ہے؟ پیس فل طریقے سے</w:t>
      </w:r>
    </w:p>
    <w:p>
      <w:r>
        <w:rPr>
          <w:b/>
        </w:rPr>
        <w:t xml:space="preserve">[43:47] </w:t>
      </w:r>
      <w:r>
        <w:t>kaam karna. aur harder course of action kya hai? bomb goli ladai. yani ek hai armed struggle ek hai peaceful koshish. to aap ke liye dono option khule hue thay. to aap ko aap ne wo option kyun nahi liya jo rasool allah ne liya tha option? aap ne doosra option kyun le liya? yeh falasteen mein aap ne</w:t>
      </w:r>
    </w:p>
    <w:p>
      <w:pPr>
        <w:jc w:val="right"/>
      </w:pPr>
      <w:r>
        <w:t>کام کرنا۔ اور ہارڈر کورس آف ایکشن کیا ہے؟ بم گولی لڑائی۔ یعنی ایک ہے آرمڈ اسٹرگل ایک ہے پیس فل کوشش۔ تو آپ کے لیے دونوں آپشن کھلے ہوئے تھے۔ تو آپ کو آپ نے وہ آپشن کیوں نہیں لیا جو رسول اللہ نے لیا تھا آپشن؟ آپ نے دوسرا آپشن کیوں لے لیا؟ یہ فلسطین میں آپ نے</w:t>
      </w:r>
    </w:p>
    <w:p>
      <w:r>
        <w:rPr>
          <w:b/>
        </w:rPr>
        <w:t xml:space="preserve">[44:17] </w:t>
      </w:r>
      <w:r>
        <w:t>1948 hi se shuru kar diya armed struggle musallah jihad.</w:t>
      </w:r>
    </w:p>
    <w:p>
      <w:pPr>
        <w:jc w:val="right"/>
      </w:pPr>
      <w:r>
        <w:t>1948 ہی سے شروع کر دیا آرمڈ اسٹرگل مسلح جہاد۔</w:t>
      </w:r>
    </w:p>
    <w:p>
      <w:r>
        <w:rPr>
          <w:b/>
        </w:rPr>
        <w:t xml:space="preserve">[44:22] </w:t>
      </w:r>
      <w:r>
        <w:t>jo ke rasool allah ka tareeqa nahi hai.</w:t>
      </w:r>
    </w:p>
    <w:p>
      <w:pPr>
        <w:jc w:val="right"/>
      </w:pPr>
      <w:r>
        <w:t>جو کہ رسول اللہ کا طریقہ نہیں ہے۔</w:t>
      </w:r>
    </w:p>
    <w:p>
      <w:r>
        <w:rPr>
          <w:b/>
        </w:rPr>
        <w:t xml:space="preserve">[44:27] </w:t>
      </w:r>
      <w:r>
        <w:t>wahan aap ke do rastay khule hue thay.</w:t>
      </w:r>
    </w:p>
    <w:p>
      <w:pPr>
        <w:jc w:val="right"/>
      </w:pPr>
      <w:r>
        <w:t>وہاں آپ کے دو راستے کھلے ہوئے تھے۔</w:t>
      </w:r>
    </w:p>
    <w:p>
      <w:r>
        <w:rPr>
          <w:b/>
        </w:rPr>
        <w:t xml:space="preserve">[44:32] </w:t>
      </w:r>
      <w:r>
        <w:t>ab yeh mein mein wahan aur nateeja kya hai? ke tabahi tabahi tabahi tabahi.</w:t>
      </w:r>
    </w:p>
    <w:p>
      <w:pPr>
        <w:jc w:val="right"/>
      </w:pPr>
      <w:r>
        <w:t>اب یہ میں میں وہاں اور نتیجہ کیا ہے؟ کہ تباہی تباہی تباہی تباہی۔</w:t>
      </w:r>
    </w:p>
    <w:p>
      <w:r>
        <w:rPr>
          <w:b/>
        </w:rPr>
        <w:t xml:space="preserve">[44:37] </w:t>
      </w:r>
      <w:r>
        <w:t>yani is waqt falasteen jo hai jo hissa arbon ke mila tha woh sab tabah ho chuka hai</w:t>
      </w:r>
    </w:p>
    <w:p>
      <w:pPr>
        <w:jc w:val="right"/>
      </w:pPr>
      <w:r>
        <w:t>یعنی اس وقت فلسطین جو ہے جو حصہ عربوں کے ملا تھا وہ سب تباہ ہو چکا ہے</w:t>
      </w:r>
    </w:p>
    <w:p>
      <w:r>
        <w:rPr>
          <w:b/>
        </w:rPr>
        <w:t xml:space="preserve">[44:42] </w:t>
      </w:r>
      <w:r>
        <w:t>sab chhin chuka hai un se. un 1948</w:t>
      </w:r>
    </w:p>
    <w:p>
      <w:pPr>
        <w:jc w:val="right"/>
      </w:pPr>
      <w:r>
        <w:t>سب چھن چکا ہے ان سے۔ ان 1948</w:t>
      </w:r>
    </w:p>
    <w:p>
      <w:r>
        <w:rPr>
          <w:b/>
        </w:rPr>
        <w:t xml:space="preserve">[44:47] </w:t>
      </w:r>
      <w:r>
        <w:t>میں فلسطینیوں کے پاس roughly half of the Palestine تھا۔</w:t>
      </w:r>
    </w:p>
    <w:p>
      <w:pPr>
        <w:jc w:val="right"/>
      </w:pPr>
      <w:r>
        <w:t>میں فلسطینیوں کے پاس رفلی ہاف آف دا پالیسٹائن تھا۔</w:t>
      </w:r>
    </w:p>
    <w:p>
      <w:r>
        <w:rPr>
          <w:b/>
        </w:rPr>
        <w:t xml:space="preserve">[44:53] </w:t>
      </w:r>
      <w:r>
        <w:t>yani roughly half jo tha israel ke paas tha aur half arab arbon ke paas tha.</w:t>
      </w:r>
    </w:p>
    <w:p>
      <w:pPr>
        <w:jc w:val="right"/>
      </w:pPr>
      <w:r>
        <w:t>یعنی رفلی ہاف جو تھا اسرائیل کے پاس تھا اور ہاف عرب عربوں کے پاس تھا۔</w:t>
      </w:r>
    </w:p>
    <w:p>
      <w:r>
        <w:rPr>
          <w:b/>
        </w:rPr>
        <w:t xml:space="preserve">[44:58] </w:t>
      </w:r>
      <w:r>
        <w:t>aaj sab chhin gaya hai.</w:t>
      </w:r>
    </w:p>
    <w:p>
      <w:pPr>
        <w:jc w:val="right"/>
      </w:pPr>
      <w:r>
        <w:t>آج سب چھن گیا ہے۔</w:t>
      </w:r>
    </w:p>
    <w:p>
      <w:r>
        <w:rPr>
          <w:b/>
        </w:rPr>
        <w:t xml:space="preserve">[45:03] </w:t>
      </w:r>
      <w:r>
        <w:t>ab chhota sa ek tiny part do hai ek ghaza aur ek woh ariha.</w:t>
      </w:r>
    </w:p>
    <w:p>
      <w:pPr>
        <w:jc w:val="right"/>
      </w:pPr>
      <w:r>
        <w:t>اب چھوٹا سا ایک ٹائنی پارٹ دو ہے ایک غزہ اور ایک وہ اریحہ۔</w:t>
      </w:r>
    </w:p>
    <w:p>
      <w:r>
        <w:rPr>
          <w:b/>
        </w:rPr>
        <w:t xml:space="preserve">[45:09] </w:t>
      </w:r>
      <w:r>
        <w:t>bas tabah dono tabah hain.</w:t>
      </w:r>
    </w:p>
    <w:p>
      <w:pPr>
        <w:jc w:val="right"/>
      </w:pPr>
      <w:r>
        <w:t>بس تباہ دونوں تباہ ہیں۔</w:t>
      </w:r>
    </w:p>
    <w:p>
      <w:r>
        <w:rPr>
          <w:b/>
        </w:rPr>
        <w:t xml:space="preserve">[45:14] </w:t>
      </w:r>
      <w:r>
        <w:t>ab dekhiye ke in logon ki jo armed struggle thi us se kya mila?</w:t>
      </w:r>
    </w:p>
    <w:p>
      <w:pPr>
        <w:jc w:val="right"/>
      </w:pPr>
      <w:r>
        <w:t>اب دیکھیے کہ ان لوگوں کی جو آرمڈ اسٹرگل تھی اس سے کیا ملا؟</w:t>
      </w:r>
    </w:p>
    <w:p>
      <w:r>
        <w:rPr>
          <w:b/>
        </w:rPr>
        <w:t xml:space="preserve">[45:19] </w:t>
      </w:r>
      <w:r>
        <w:t>kuch bhi nahin mila.</w:t>
      </w:r>
    </w:p>
    <w:p>
      <w:pPr>
        <w:jc w:val="right"/>
      </w:pPr>
      <w:r>
        <w:t>کچھ بھی نہیں ملا۔</w:t>
      </w:r>
    </w:p>
    <w:p>
      <w:r>
        <w:rPr>
          <w:b/>
        </w:rPr>
        <w:t xml:space="preserve">[45:24] </w:t>
      </w:r>
      <w:r>
        <w:t>aur rasool Allah ka jo tha peaceful tareeqe se jo aap ne kaam kiya kya hua aap</w:t>
      </w:r>
    </w:p>
    <w:p>
      <w:pPr>
        <w:jc w:val="right"/>
      </w:pPr>
      <w:r>
        <w:t>اور رسول اللہ کا جو تھا پیس فل طریقے سے جو آپ نے کام کیا کیا ہوا آپ</w:t>
      </w:r>
    </w:p>
    <w:p>
      <w:r>
        <w:rPr>
          <w:b/>
        </w:rPr>
        <w:t xml:space="preserve">[45:28] </w:t>
      </w:r>
      <w:r>
        <w:t>ko sara arab mil gaya.</w:t>
      </w:r>
    </w:p>
    <w:p>
      <w:pPr>
        <w:jc w:val="right"/>
      </w:pPr>
      <w:r>
        <w:t>کو سارا عرب مل گیا۔</w:t>
      </w:r>
    </w:p>
    <w:p>
      <w:r>
        <w:rPr>
          <w:b/>
        </w:rPr>
        <w:t xml:space="preserve">[45:32] </w:t>
      </w:r>
      <w:r>
        <w:t>to main ne yeh hadith sunai un ko zahir hai ke woh arab jante arabi jante the woh</w:t>
      </w:r>
    </w:p>
    <w:p>
      <w:pPr>
        <w:jc w:val="right"/>
      </w:pPr>
      <w:r>
        <w:t>تو میں نے یہ حدیث سنائی ان کو ظاہر ہے کہ وہ عرب جانتے عربی جانتے تھے وہ</w:t>
      </w:r>
    </w:p>
    <w:p>
      <w:r>
        <w:rPr>
          <w:b/>
        </w:rPr>
        <w:t xml:space="preserve">[45:37] </w:t>
      </w:r>
      <w:r>
        <w:t>samajh gaye baat ko.</w:t>
      </w:r>
    </w:p>
    <w:p>
      <w:pPr>
        <w:jc w:val="right"/>
      </w:pPr>
      <w:r>
        <w:t>سمجھ گئے بات کو۔</w:t>
      </w:r>
    </w:p>
    <w:p>
      <w:r>
        <w:rPr>
          <w:b/>
        </w:rPr>
        <w:t xml:space="preserve">[45:41] </w:t>
      </w:r>
      <w:r>
        <w:t>ke aap ne kyun rasool Allah ke raste se deviate kar ke arm ko arm uthaya peace wale</w:t>
      </w:r>
    </w:p>
    <w:p>
      <w:pPr>
        <w:jc w:val="right"/>
      </w:pPr>
      <w:r>
        <w:t>کہ آپ نے کیوں رسول اللہ کے راستے سے ڈیویٹ کر کے آرم کو آرم اٹھایا پیس والے</w:t>
      </w:r>
    </w:p>
    <w:p>
      <w:r>
        <w:rPr>
          <w:b/>
        </w:rPr>
        <w:t xml:space="preserve">[45:45] </w:t>
      </w:r>
      <w:r>
        <w:t>tareeqe se kaam kyun nahin kiya? ab log kya bol</w:t>
      </w:r>
    </w:p>
    <w:p>
      <w:pPr>
        <w:jc w:val="right"/>
      </w:pPr>
      <w:r>
        <w:t>طریقے سے کام کیوں نہیں کیا؟ اب لوگ کیا بول</w:t>
      </w:r>
    </w:p>
    <w:p>
      <w:r>
        <w:rPr>
          <w:b/>
        </w:rPr>
        <w:t xml:space="preserve">[45:49] </w:t>
      </w:r>
      <w:r>
        <w:t>lage woh yani jaise kehte hain us ko kehte hain tautology bekar ke paas hai.</w:t>
      </w:r>
    </w:p>
    <w:p>
      <w:pPr>
        <w:jc w:val="right"/>
      </w:pPr>
      <w:r>
        <w:t>لگے وہ یعنی جیسے کہتے ہیں اس کو کہتے ہیں ٹاٹالوجی بیکار کے پاس ہے۔</w:t>
      </w:r>
    </w:p>
    <w:p>
      <w:r>
        <w:rPr>
          <w:b/>
        </w:rPr>
        <w:t xml:space="preserve">[45:55] </w:t>
      </w:r>
      <w:r>
        <w:t>mana nahin unhon ne.</w:t>
      </w:r>
    </w:p>
    <w:p>
      <w:pPr>
        <w:jc w:val="right"/>
      </w:pPr>
      <w:r>
        <w:t>مانا نہیں انہوں نے۔</w:t>
      </w:r>
    </w:p>
    <w:p>
      <w:r>
        <w:rPr>
          <w:b/>
        </w:rPr>
        <w:t xml:space="preserve">[46:00] </w:t>
      </w:r>
      <w:r>
        <w:t>kyunki mana nahin unhon ne to nafrat inteqam mein doobe hue hain.</w:t>
      </w:r>
    </w:p>
    <w:p>
      <w:pPr>
        <w:jc w:val="right"/>
      </w:pPr>
      <w:r>
        <w:t>کیونکہ مانا نہیں انہوں نے تو نفرت انتقام میں ڈوبے ہوئے ہیں۔</w:t>
      </w:r>
    </w:p>
    <w:p>
      <w:r>
        <w:rPr>
          <w:b/>
        </w:rPr>
        <w:t xml:space="preserve">[46:06] </w:t>
      </w:r>
      <w:r>
        <w:t>aur fakhr woh bhi fakhr karte hain rasool Allah par.</w:t>
      </w:r>
    </w:p>
    <w:p>
      <w:pPr>
        <w:jc w:val="right"/>
      </w:pPr>
      <w:r>
        <w:t>اور فخر وہ بھی فخر کرتے ہیں رسول اللہ پر۔</w:t>
      </w:r>
    </w:p>
    <w:p>
      <w:r>
        <w:rPr>
          <w:b/>
        </w:rPr>
        <w:t xml:space="preserve">[46:11] </w:t>
      </w:r>
      <w:r>
        <w:t>rasool Allah par fakhr to sare sare musalman karte hain.</w:t>
      </w:r>
    </w:p>
    <w:p>
      <w:pPr>
        <w:jc w:val="right"/>
      </w:pPr>
      <w:r>
        <w:t>رسول اللہ پر فخر تو سارے سارے مسلمان کرتے ہیں۔</w:t>
      </w:r>
    </w:p>
    <w:p>
      <w:r>
        <w:rPr>
          <w:b/>
        </w:rPr>
        <w:t xml:space="preserve">[46:17] </w:t>
      </w:r>
      <w:r>
        <w:t>yani musalmanon ke liye sab se bada fakhr jo hai woh yahi ke hamara peghambar.</w:t>
      </w:r>
    </w:p>
    <w:p>
      <w:pPr>
        <w:jc w:val="right"/>
      </w:pPr>
      <w:r>
        <w:t>یعنی مسلمانوں کے لیے سب سے بڑا فخر جو ہے وہ یہی کہ ہمارا پیغمبر۔</w:t>
      </w:r>
    </w:p>
    <w:p>
      <w:r>
        <w:rPr>
          <w:b/>
        </w:rPr>
        <w:t xml:space="preserve">[46:22] </w:t>
      </w:r>
      <w:r>
        <w:t>to fakhr ke liye rasool Allah ko fakhr ke liye rakha unhon ne.</w:t>
      </w:r>
    </w:p>
    <w:p>
      <w:pPr>
        <w:jc w:val="right"/>
      </w:pPr>
      <w:r>
        <w:t>تو فخر کے لیے رسول اللہ کو فخر کے لیے رکھا انہوں نے۔</w:t>
      </w:r>
    </w:p>
    <w:p>
      <w:r>
        <w:rPr>
          <w:b/>
        </w:rPr>
        <w:t xml:space="preserve">[46:28] </w:t>
      </w:r>
      <w:r>
        <w:t>jo kehte hain itteba rasool Allah ko follow karna yeh is liye nahin.</w:t>
      </w:r>
    </w:p>
    <w:p>
      <w:pPr>
        <w:jc w:val="right"/>
      </w:pPr>
      <w:r>
        <w:t>جو کہتے ہیں اتباع رسول اللہ کو فالو کرنا یہ اس لیے نہیں۔</w:t>
      </w:r>
    </w:p>
    <w:p>
      <w:r>
        <w:rPr>
          <w:b/>
        </w:rPr>
        <w:t xml:space="preserve">[46:34] </w:t>
      </w:r>
      <w:r>
        <w:t>yani ek hai for the sake of fakhr ek hai for the sake of itteba yani aap ki</w:t>
      </w:r>
    </w:p>
    <w:p>
      <w:pPr>
        <w:jc w:val="right"/>
      </w:pPr>
      <w:r>
        <w:t>یعنی ایک ہے فار دا سیک آف فخر ایک ہے فار دا سیک آف اتباع یعنی آپ کی</w:t>
      </w:r>
    </w:p>
    <w:p>
      <w:r>
        <w:rPr>
          <w:b/>
        </w:rPr>
        <w:t xml:space="preserve">[46:40] </w:t>
      </w:r>
      <w:r>
        <w:t>aap ke raste pe chalna aap ke tareeqe pe chalna.</w:t>
      </w:r>
    </w:p>
    <w:p>
      <w:pPr>
        <w:jc w:val="right"/>
      </w:pPr>
      <w:r>
        <w:t>آپ کے راستے پہ چلنا آپ کے طریقے پہ چلنا۔</w:t>
      </w:r>
    </w:p>
    <w:p>
      <w:r>
        <w:rPr>
          <w:b/>
        </w:rPr>
        <w:t xml:space="preserve">[46:46] </w:t>
      </w:r>
      <w:r>
        <w:t>to yeh nahin hai bas badha</w:t>
      </w:r>
    </w:p>
    <w:p>
      <w:pPr>
        <w:jc w:val="right"/>
      </w:pPr>
      <w:r>
        <w:t>تو یہ نہیں ہے بس بڑھا</w:t>
      </w:r>
    </w:p>
    <w:p>
      <w:r>
        <w:rPr>
          <w:b/>
        </w:rPr>
        <w:t xml:space="preserve">[46:52] </w:t>
      </w:r>
      <w:r>
        <w:t>chadhakar ke fakhr.</w:t>
      </w:r>
    </w:p>
    <w:p>
      <w:pPr>
        <w:jc w:val="right"/>
      </w:pPr>
      <w:r>
        <w:t>چڑھا کر کے فخر۔</w:t>
      </w:r>
    </w:p>
    <w:p>
      <w:r>
        <w:rPr>
          <w:b/>
        </w:rPr>
        <w:t xml:space="preserve">[47:00] </w:t>
      </w:r>
      <w:r>
        <w:t>to jitna jo aap qawaliyan sunein aap naatein sunein hatta ke musalmanon ki jo kitabein hain rasool Allah</w:t>
      </w:r>
    </w:p>
    <w:p>
      <w:pPr>
        <w:jc w:val="right"/>
      </w:pPr>
      <w:r>
        <w:t>تو جتنا جو آپ قوالیاں سنیں آپ نعتیں سنیں حتی کہ مسلمانوں کی جو کتابیں ہیں رسول اللہ</w:t>
      </w:r>
    </w:p>
    <w:p>
      <w:r>
        <w:rPr>
          <w:b/>
        </w:rPr>
        <w:t xml:space="preserve">[47:07] </w:t>
      </w:r>
      <w:r>
        <w:t>par jitni bhi kitabein padhein aap har har kitab mein kahin na kahin jo cheez is mein yani</w:t>
      </w:r>
    </w:p>
    <w:p>
      <w:pPr>
        <w:jc w:val="right"/>
      </w:pPr>
      <w:r>
        <w:t>پر جتنی بھی کتابیں پڑھیں آپ ہر ہر کتاب میں کہیں نہ کہیں جو چیز اس میں یعنی</w:t>
      </w:r>
    </w:p>
    <w:p>
      <w:r>
        <w:rPr>
          <w:b/>
        </w:rPr>
        <w:t xml:space="preserve">[47:15] </w:t>
      </w:r>
      <w:r>
        <w:t>jo is mein bilkul dakhil hai ek dam se woh fakhr hai.</w:t>
      </w:r>
    </w:p>
    <w:p>
      <w:pPr>
        <w:jc w:val="right"/>
      </w:pPr>
      <w:r>
        <w:t>جو اس میں بالکل داخل ہے ایک دم سے وہ فخر ہے۔</w:t>
      </w:r>
    </w:p>
    <w:p>
      <w:r>
        <w:rPr>
          <w:b/>
        </w:rPr>
        <w:t xml:space="preserve">[47:22] </w:t>
      </w:r>
      <w:r>
        <w:t>yeh directly kahin hai kahin indirectly hai. jo bhi kitaab aap parhein seerat par to kahin na kahin is mein daakhil hoga fakhr hamara rasool aisa hamara rasool waisa yeh is mein shaamil hoga. to sahi maano mein kitaab yaani jo likhte hain jo taqreerein karte hain woh sab is liye hoti hain nahi ke hum is se Rasool Allah se se namoona haasil karein is liye hoti hain ke hum kisi na kisi tareeqay se apna fa</w:t>
      </w:r>
    </w:p>
    <w:p>
      <w:pPr>
        <w:jc w:val="right"/>
      </w:pPr>
      <w:r>
        <w:t>یہ ڈائریکٹلی کہیں ہے کہیں ان ڈائریکٹلی ہے۔ جو بھی کتاب آپ پڑھیں سیرت پر تو کہیں نہ کہیں اس میں داخل ہوگا فخر ہمارا رسول ایسا ہمارا رسول ویسا یہ اس میں شامل ہوگا۔ تو صحیح معنوں میں کتاب یعنی جو لکھتے ہیں جو تقریریں کرتے ہیں وہ سب اس لیے ہوتی ہے نہیں کہ ہم اس سے رسول اللہ سے سے نمونہ حاصل کریں اس لیے ہوتی ہے کہ ہم کسی نہ کسی طریقے سے اپنا ف</w:t>
      </w:r>
    </w:p>
    <w:p>
      <w:r>
        <w:rPr>
          <w:b/>
        </w:rPr>
        <w:t xml:space="preserve">[47:52] </w:t>
      </w:r>
      <w:r>
        <w:t>khar ka gumbad khara karen fakhr ka minar khara karen bas.</w:t>
      </w:r>
    </w:p>
    <w:p>
      <w:pPr>
        <w:jc w:val="right"/>
      </w:pPr>
      <w:r>
        <w:t>خر کا گنبد کھڑا کریں فخر کا مینار کھڑا کریں بس۔</w:t>
      </w:r>
    </w:p>
    <w:p>
      <w:r>
        <w:rPr>
          <w:b/>
        </w:rPr>
        <w:t xml:space="preserve">[47:59] </w:t>
      </w:r>
      <w:r>
        <w:t>tu ab bataiye ke rasool Allah ka jo tareeqa tha aap ki jo policy thi woh aizar course</w:t>
      </w:r>
    </w:p>
    <w:p>
      <w:pPr>
        <w:jc w:val="right"/>
      </w:pPr>
      <w:r>
        <w:t>تو اب بتائیے کہ رسول اللہ کا جو طریقہ تھا آپ کی جو پالیسی تھی وہ ایزر کورس</w:t>
      </w:r>
    </w:p>
    <w:p>
      <w:r>
        <w:rPr>
          <w:b/>
        </w:rPr>
        <w:t xml:space="preserve">[48:05] </w:t>
      </w:r>
      <w:r>
        <w:t>of action lena haarader course of action ko chhod dena aur aap jante hain har situation mein yeh</w:t>
      </w:r>
    </w:p>
    <w:p>
      <w:pPr>
        <w:jc w:val="right"/>
      </w:pPr>
      <w:r>
        <w:t>آف ایکشن لینا ہارڈر کورس آف ایکشن کو چھوڑ دینا اور آپ جانتے ہیں ہر سچویشن میں یہ</w:t>
      </w:r>
    </w:p>
    <w:p>
      <w:r>
        <w:rPr>
          <w:b/>
        </w:rPr>
        <w:t xml:space="preserve">[48:11] </w:t>
      </w:r>
      <w:r>
        <w:t>donon option maujood rehte hain har hamesha.</w:t>
      </w:r>
    </w:p>
    <w:p>
      <w:pPr>
        <w:jc w:val="right"/>
      </w:pPr>
      <w:r>
        <w:t>دونوں آپشن موجود رہتے ہیں ہر ہمیشہ۔</w:t>
      </w:r>
    </w:p>
    <w:p>
      <w:r>
        <w:rPr>
          <w:b/>
        </w:rPr>
        <w:t xml:space="preserve">[48:17] </w:t>
      </w:r>
      <w:r>
        <w:t>koi bhi situation aisi nahi hai jahan donon option na hon chahe india ho chahe china ho</w:t>
      </w:r>
    </w:p>
    <w:p>
      <w:pPr>
        <w:jc w:val="right"/>
      </w:pPr>
      <w:r>
        <w:t>کوئی بھی سچویشن ایسی نہیں ہے جہاں دونوں آپشن نہ ہوں چاہے انڈیا ہو چاہے چائنہ ہو</w:t>
      </w:r>
    </w:p>
    <w:p>
      <w:r>
        <w:rPr>
          <w:b/>
        </w:rPr>
        <w:t xml:space="preserve">[48:23] </w:t>
      </w:r>
      <w:r>
        <w:t>yeh china mein dekhen sing kiyang mein tha yeh tha ab sari duniya ke muslim press mein sing</w:t>
      </w:r>
    </w:p>
    <w:p>
      <w:pPr>
        <w:jc w:val="right"/>
      </w:pPr>
      <w:r>
        <w:t>یہ چائنہ میں دیکھیں سنگ کیانگ میں تھا یہ تھا اب ساری دنیا کے مسلم پریس میں سنگ</w:t>
      </w:r>
    </w:p>
    <w:p>
      <w:r>
        <w:rPr>
          <w:b/>
        </w:rPr>
        <w:t xml:space="preserve">[48:29] </w:t>
      </w:r>
      <w:r>
        <w:t>kiyang ko bata batate hain zulm ka case ke china ne zulm kiya kuch nahi zulm ka case</w:t>
      </w:r>
    </w:p>
    <w:p>
      <w:pPr>
        <w:jc w:val="right"/>
      </w:pPr>
      <w:r>
        <w:t>کیانگ کو بتا بتاتے ہیں ظلم کا کیس کہ چائنہ نے ظلم کیا کچھ نہیں ظلم کا کیس</w:t>
      </w:r>
    </w:p>
    <w:p>
      <w:r>
        <w:rPr>
          <w:b/>
        </w:rPr>
        <w:t xml:space="preserve">[48:35] </w:t>
      </w:r>
      <w:r>
        <w:t>nahi hai unhon ne rong option liya sing kiya hai ke musalmanon ke liye option khula hua tha</w:t>
      </w:r>
    </w:p>
    <w:p>
      <w:pPr>
        <w:jc w:val="right"/>
      </w:pPr>
      <w:r>
        <w:t>نہیں ہے انہوں نے رونگ آپشن لیا سنگ کیا ہے کہ مسلمانوں کے لیے آپشن کھلا ہوا تھا</w:t>
      </w:r>
    </w:p>
    <w:p>
      <w:r>
        <w:rPr>
          <w:b/>
        </w:rPr>
        <w:t xml:space="preserve">[48:41] </w:t>
      </w:r>
      <w:r>
        <w:t>peace ka lekin unhone kya kiya dusra option le liya unhone kaha ke sing kiang ko</w:t>
      </w:r>
    </w:p>
    <w:p>
      <w:pPr>
        <w:jc w:val="right"/>
      </w:pPr>
      <w:r>
        <w:t>پیس کا لیکن انہوں نے کیا کیا دوسرا آپشن لے لیا انہوں نے کہا کہ سنگ کیانگ کو</w:t>
      </w:r>
    </w:p>
    <w:p>
      <w:r>
        <w:rPr>
          <w:b/>
        </w:rPr>
        <w:t xml:space="preserve">[48:47] </w:t>
      </w:r>
      <w:r>
        <w:t>aap woh az</w:t>
      </w:r>
    </w:p>
    <w:p>
      <w:pPr>
        <w:jc w:val="right"/>
      </w:pPr>
      <w:r>
        <w:t>آپ وہ از</w:t>
      </w:r>
    </w:p>
    <w:p>
      <w:r>
        <w:rPr>
          <w:b/>
        </w:rPr>
        <w:t xml:space="preserve">[48:53] </w:t>
      </w:r>
      <w:r>
        <w:t>ad karo jab ek ek area jo part hai kisi country ka us ko aap nara lagaye ke azad to zahir hai ke aap ne takrao shuru kar diya takrao to ek hai takrao ki politics ek hai takrao ko avoid kar ke peaceful tareeqay se apna kaam apni baat phailana to jahan bhi dekhiye Musalman takrao ke apartment apnate hain chahe Xinjiang ho</w:t>
      </w:r>
    </w:p>
    <w:p>
      <w:pPr>
        <w:jc w:val="right"/>
      </w:pPr>
      <w:r>
        <w:t>اد کرو جب ایک ایک ایریا جو پارٹ ہے کسی کنٹری کا اس کو آپ نعرہ لگائیں کہ ازاد تو ظاہر ہے کہ آپ نے ٹکراؤ شروع کر دیا ٹکراؤ تو ایک ہے ٹکراؤ کی پولیٹکس ایک ہے ٹکراؤ کو اوائڈ کر کے پیس فل طریقے سے اپنا کام اپنی بات پھیلانا تو جہاں بھی دیکھیے مسلمان ٹکراؤ کے اپارٹمنٹ اپناتے ہیں چاہے سنگ یانگ ہو</w:t>
      </w:r>
    </w:p>
    <w:p>
      <w:r>
        <w:rPr>
          <w:b/>
        </w:rPr>
        <w:t xml:space="preserve">[49:23] </w:t>
      </w:r>
      <w:r>
        <w:t>chahe phil philipine ho chahe arakan ho chahe falasteen ho chahe kashmir ho jahan bhi jahan bhi jahan</w:t>
      </w:r>
    </w:p>
    <w:p>
      <w:pPr>
        <w:jc w:val="right"/>
      </w:pPr>
      <w:r>
        <w:t>چاہے فل فلپائن ہو چاہے ارکان ہو چاہے فلسطین ہو چاہے کشمیر ہو جہاں بھی جہاں بھی جہاں</w:t>
      </w:r>
    </w:p>
    <w:p>
      <w:r>
        <w:rPr>
          <w:b/>
        </w:rPr>
        <w:t xml:space="preserve">[49:30] </w:t>
      </w:r>
      <w:r>
        <w:t>bhi shuru karte hi yeh foran aa jate hain takrao par yeh hai rasool Allah ke tareeqe ke</w:t>
      </w:r>
    </w:p>
    <w:p>
      <w:pPr>
        <w:jc w:val="right"/>
      </w:pPr>
      <w:r>
        <w:t>بھی شروع کرتے ہی یہ فورا آ جاتے ہیں ٹکراؤ پر یہ ہے رسول اللہ کے طریقے کے</w:t>
      </w:r>
    </w:p>
    <w:p>
      <w:r>
        <w:rPr>
          <w:b/>
        </w:rPr>
        <w:t xml:space="preserve">[49:38] </w:t>
      </w:r>
      <w:r>
        <w:t>bilkul khilaf tu yeh wohi musalman hain jo hamesha rasool Allah ko thoom se rasool Allah ki charcha</w:t>
      </w:r>
    </w:p>
    <w:p>
      <w:pPr>
        <w:jc w:val="right"/>
      </w:pPr>
      <w:r>
        <w:t>بالکل خلاف تو یہ وہی مسلمان ہیں جو ہمیشہ رسول اللہ کو تھوم سے رسول اللہ کی چرچا</w:t>
      </w:r>
    </w:p>
    <w:p>
      <w:r>
        <w:rPr>
          <w:b/>
        </w:rPr>
        <w:t xml:space="preserve">[49:45] </w:t>
      </w:r>
      <w:r>
        <w:t>karte hain yeh wohi musalman hain koi musalman aap ko nahi milega aisa</w:t>
      </w:r>
    </w:p>
    <w:p>
      <w:pPr>
        <w:jc w:val="right"/>
      </w:pPr>
      <w:r>
        <w:t>کرتے ہیں یہ وہی مسلمان ہیں کوئی مسلمان آپ کو نہیں ملے گا ایسا</w:t>
      </w:r>
    </w:p>
    <w:p>
      <w:r>
        <w:rPr>
          <w:b/>
        </w:rPr>
        <w:t xml:space="preserve">[49:53] </w:t>
      </w:r>
      <w:r>
        <w:t>jo rasool Allah ko thoom se charcha na karta ho mislan musalmanon ke majlis mein jaiye aap kahin</w:t>
      </w:r>
    </w:p>
    <w:p>
      <w:pPr>
        <w:jc w:val="right"/>
      </w:pPr>
      <w:r>
        <w:t>جو رسول اللہ کو تھوم سے چرچا نہ کرتا ہو مثلا مسلمانوں کے مجلس میں جائیے آپ کہیں</w:t>
      </w:r>
    </w:p>
    <w:p>
      <w:r>
        <w:rPr>
          <w:b/>
        </w:rPr>
        <w:t xml:space="preserve">[49:59] </w:t>
      </w:r>
      <w:r>
        <w:t>bhi aap lafz Muhammad bol diye khali sallallahu alaihi wasallam na kahiye tu foran log kahenge</w:t>
      </w:r>
    </w:p>
    <w:p>
      <w:pPr>
        <w:jc w:val="right"/>
      </w:pPr>
      <w:r>
        <w:t>بھی آپ لفظ محمد بول دیے خالی صلی اللہ علیہ وسلم نہ کہیے تو فورا لوگ کہیں گے</w:t>
      </w:r>
    </w:p>
    <w:p>
      <w:r>
        <w:rPr>
          <w:b/>
        </w:rPr>
        <w:t xml:space="preserve">[50:05] </w:t>
      </w:r>
      <w:r>
        <w:t>yeh kya yeh kya yeh kya yeh toheen hai yeh yeh itni si baat agar aap kar dein</w:t>
      </w:r>
    </w:p>
    <w:p>
      <w:pPr>
        <w:jc w:val="right"/>
      </w:pPr>
      <w:r>
        <w:t>یہ کیا یہ کیا یہ کیا یہ توہین ہے یہ یہ اتنی سی بات اگر آپ کر دیں</w:t>
      </w:r>
    </w:p>
    <w:p>
      <w:r>
        <w:rPr>
          <w:b/>
        </w:rPr>
        <w:t xml:space="preserve">[50:12] </w:t>
      </w:r>
      <w:r>
        <w:t>kisi muslim majlis mein ke sirf yeh ke Muhammad ne kaha Muhammad ka yeh qaul hai Muhammad ki</w:t>
      </w:r>
    </w:p>
    <w:p>
      <w:pPr>
        <w:jc w:val="right"/>
      </w:pPr>
      <w:r>
        <w:t>کسی مسلم مجلس میں کہ صرف یہ کہ محمد نے کہا محمد کا یہ قول ہے محمد کی</w:t>
      </w:r>
    </w:p>
    <w:p>
      <w:r>
        <w:rPr>
          <w:b/>
        </w:rPr>
        <w:t xml:space="preserve">[50:18] </w:t>
      </w:r>
      <w:r>
        <w:t>yeh hadith hai</w:t>
      </w:r>
    </w:p>
    <w:p>
      <w:pPr>
        <w:jc w:val="right"/>
      </w:pPr>
      <w:r>
        <w:t>یہ حدیث ہے</w:t>
      </w:r>
    </w:p>
    <w:p>
      <w:r>
        <w:rPr>
          <w:b/>
        </w:rPr>
        <w:t xml:space="preserve">[50:24] </w:t>
      </w:r>
      <w:r>
        <w:t>tu aap sare musalman aap par pul padenge sallallahu alaihi wasallam kaho lekin rasool Allah ko</w:t>
      </w:r>
    </w:p>
    <w:p>
      <w:pPr>
        <w:jc w:val="right"/>
      </w:pPr>
      <w:r>
        <w:t>تو آپ سارے مسلمان آپ پر پل پڑیں گے صلی اللہ علیہ وسلم کہو لیکن رسول اللہ کو</w:t>
      </w:r>
    </w:p>
    <w:p>
      <w:r>
        <w:rPr>
          <w:b/>
        </w:rPr>
        <w:t xml:space="preserve">[50:32] </w:t>
      </w:r>
      <w:r>
        <w:t>follow karna kisi ko nahi hai jahan jahan musalmanon ke jo logon se controversy chal rahi hai jahan</w:t>
      </w:r>
    </w:p>
    <w:p>
      <w:pPr>
        <w:jc w:val="right"/>
      </w:pPr>
      <w:r>
        <w:t>فالو کرنا کسی کو نہیں ہے جہاں جہاں مسلمانوں کے جو لوگوں سے کنٹروورسی چل رہی ہے جہاں</w:t>
      </w:r>
    </w:p>
    <w:p>
      <w:r>
        <w:rPr>
          <w:b/>
        </w:rPr>
        <w:t xml:space="preserve">[50:41] </w:t>
      </w:r>
      <w:r>
        <w:t>jahan muslim tehreekein chal rahi hain woh sab ke sab is se hati hui hain yeh takrao wale</w:t>
      </w:r>
    </w:p>
    <w:p>
      <w:pPr>
        <w:jc w:val="right"/>
      </w:pPr>
      <w:r>
        <w:t>جہاں مسلم تحریکیں چل رہی ہیں وہ سب کے سب اس سے ہٹی ہوئی ہیں یہ ٹکراؤ والے</w:t>
      </w:r>
    </w:p>
    <w:p>
      <w:r>
        <w:rPr>
          <w:b/>
        </w:rPr>
        <w:t xml:space="preserve">[50:49] </w:t>
      </w:r>
      <w:r>
        <w:t>rastay ko pakda hua unhon ne pakad rakha hai unhon ne</w:t>
      </w:r>
    </w:p>
    <w:p>
      <w:pPr>
        <w:jc w:val="right"/>
      </w:pPr>
      <w:r>
        <w:t>راستے کو پکڑا ہوا انہوں نے پکڑ رکھا ہے انہوں نے</w:t>
      </w:r>
    </w:p>
    <w:p>
      <w:r>
        <w:rPr>
          <w:b/>
        </w:rPr>
        <w:t xml:space="preserve">[50:57] </w:t>
      </w:r>
      <w:r>
        <w:t>rasool Allah ka jo tareeqa tha us ko chhod rakha hai isi liye sab yani koi result nahi</w:t>
      </w:r>
    </w:p>
    <w:p>
      <w:pPr>
        <w:jc w:val="right"/>
      </w:pPr>
      <w:r>
        <w:t>رسول اللہ کا جو طریقہ تھا اس کو چھوڑ رکھا ہے اسی لیے سب یعنی کوئی رزلٹ نہیں</w:t>
      </w:r>
    </w:p>
    <w:p>
      <w:r>
        <w:rPr>
          <w:b/>
        </w:rPr>
        <w:t xml:space="preserve">[51:05] </w:t>
      </w:r>
      <w:r>
        <w:t>yeh itna zyada jihad ho raha hai itne zyada jalse jaloos ho rahe hain itna zyada hungama hua</w:t>
      </w:r>
    </w:p>
    <w:p>
      <w:pPr>
        <w:jc w:val="right"/>
      </w:pPr>
      <w:r>
        <w:t>یہ اتنا زیادہ جہاد ہو رہا ہے اتنے زیادہ جلسے جلوس ہو رہے ہیں اتنا زیادہ ہنگامہ ہوا</w:t>
      </w:r>
    </w:p>
    <w:p>
      <w:r>
        <w:rPr>
          <w:b/>
        </w:rPr>
        <w:t xml:space="preserve">[51:12] </w:t>
      </w:r>
      <w:r>
        <w:t>raha hai arbon kharbon pata nahi kitna paisa kharch kiya ja raha hai aur sab be natija hai</w:t>
      </w:r>
    </w:p>
    <w:p>
      <w:pPr>
        <w:jc w:val="right"/>
      </w:pPr>
      <w:r>
        <w:t>رہا ہے اربوں کھربوں پتہ نہیں کتنا پیسہ خرچ کیا جا رہا ہے اور سب بے نتیجہ ہے</w:t>
      </w:r>
    </w:p>
    <w:p>
      <w:r>
        <w:rPr>
          <w:b/>
        </w:rPr>
        <w:t xml:space="preserve">[51:20] </w:t>
      </w:r>
      <w:r>
        <w:t>kyun hadith mein aata hai baqayda yahi baat ke in Allah</w:t>
      </w:r>
    </w:p>
    <w:p>
      <w:pPr>
        <w:jc w:val="right"/>
      </w:pPr>
      <w:r>
        <w:t>کیوں حدیث میں آتا ہے باقاعدہ یہی بات کہ ان اللہ</w:t>
      </w:r>
    </w:p>
    <w:p>
      <w:r>
        <w:rPr>
          <w:b/>
        </w:rPr>
        <w:t xml:space="preserve">[51:27] </w:t>
      </w:r>
      <w:r>
        <w:t>یغطی علی الرفق مالا یغطی علی العنف یعنی God grants to non-violence what He does not grant</w:t>
      </w:r>
    </w:p>
    <w:p>
      <w:pPr>
        <w:jc w:val="right"/>
      </w:pPr>
      <w:r>
        <w:t>یغطی علی الرفق مالا یغطی علی العنف یعنی گاڈ گرانٹس ٹو نان وائلنس واٹ ہی ڈز ناٹ گرانٹ</w:t>
      </w:r>
    </w:p>
    <w:p>
      <w:r>
        <w:rPr>
          <w:b/>
        </w:rPr>
        <w:t xml:space="preserve">[51:35] </w:t>
      </w:r>
      <w:r>
        <w:t>to violence is ka matlab yeh hai ke Khuda peaceful tareeqay par woh cheez deta hai jo</w:t>
      </w:r>
    </w:p>
    <w:p>
      <w:pPr>
        <w:jc w:val="right"/>
      </w:pPr>
      <w:r>
        <w:t>ٹو وائلنس اس کا مطلب یہ ہے کہ خدا پیس فل طریقے پر وہ چیز دیتا ہے جو</w:t>
      </w:r>
    </w:p>
    <w:p>
      <w:r>
        <w:rPr>
          <w:b/>
        </w:rPr>
        <w:t xml:space="preserve">[51:43] </w:t>
      </w:r>
      <w:r>
        <w:t>wo tashaddud ke tareeqay par nahi deta jo takrao ke tareeqay par tashaddud ke tareeqay par nahi deta</w:t>
      </w:r>
    </w:p>
    <w:p>
      <w:pPr>
        <w:jc w:val="right"/>
      </w:pPr>
      <w:r>
        <w:t>وہ تشدد کے طریقے پر نہیں دیتا جو ٹکراؤ کے طریقے پر تشدد کے طریقے پر نہیں دیتا</w:t>
      </w:r>
    </w:p>
    <w:p>
      <w:r>
        <w:rPr>
          <w:b/>
        </w:rPr>
        <w:t xml:space="preserve">[51:51] </w:t>
      </w:r>
      <w:r>
        <w:t>to yeh sab jagah dekh lijiye aap</w:t>
      </w:r>
    </w:p>
    <w:p>
      <w:pPr>
        <w:jc w:val="right"/>
      </w:pPr>
      <w:r>
        <w:t>تو یہ سب جگہ دیکھ لیجئے آپ</w:t>
      </w:r>
    </w:p>
    <w:p>
      <w:r>
        <w:rPr>
          <w:b/>
        </w:rPr>
        <w:t xml:space="preserve">[51:58] </w:t>
      </w:r>
      <w:r>
        <w:t>har jagah takrao har jagah tashaddud har jagah so called jihad to to result kahan se nikle ga</w:t>
      </w:r>
    </w:p>
    <w:p>
      <w:pPr>
        <w:jc w:val="right"/>
      </w:pPr>
      <w:r>
        <w:t>ہر جگہ ٹکراؤ ہر جگہ تشدد ہر جگہ سو کالڈ جہاد تو تو رزلٹ کہاں سے نکلے گا</w:t>
      </w:r>
    </w:p>
    <w:p>
      <w:r>
        <w:rPr>
          <w:b/>
        </w:rPr>
        <w:t xml:space="preserve">[52:06] </w:t>
      </w:r>
      <w:r>
        <w:t>jab Rasool Allah ne keh diya ke is pe result nikalne wala nahi hai result to nikle ga</w:t>
      </w:r>
    </w:p>
    <w:p>
      <w:pPr>
        <w:jc w:val="right"/>
      </w:pPr>
      <w:r>
        <w:t>جب رسول اللہ نے کہہ دیا کہ اس پہ رزلٹ نکلنے والا نہیں ہے رزلٹ تو نکلے گا</w:t>
      </w:r>
    </w:p>
    <w:p>
      <w:r>
        <w:rPr>
          <w:b/>
        </w:rPr>
        <w:t xml:space="preserve">[52:13] </w:t>
      </w:r>
      <w:r>
        <w:t>aap ko is waqt jab ke aap narmi ka peace ka tareeqa ikhtiyar karein to main samajhta hoon</w:t>
      </w:r>
    </w:p>
    <w:p>
      <w:pPr>
        <w:jc w:val="right"/>
      </w:pPr>
      <w:r>
        <w:t>آپ کو اس وقت جب کہ آپ نرمی کا پیس کا طریقہ اختیار کریں تو میں سمجھتا ہوں</w:t>
      </w:r>
    </w:p>
    <w:p>
      <w:r>
        <w:rPr>
          <w:b/>
        </w:rPr>
        <w:t xml:space="preserve">[52:21] </w:t>
      </w:r>
      <w:r>
        <w:t>ke 12 Rabi ul Awal</w:t>
      </w:r>
    </w:p>
    <w:p>
      <w:pPr>
        <w:jc w:val="right"/>
      </w:pPr>
      <w:r>
        <w:t>کہ 12 ربیع الاول</w:t>
      </w:r>
    </w:p>
    <w:p>
      <w:r>
        <w:rPr>
          <w:b/>
        </w:rPr>
        <w:t xml:space="preserve">[52:28] </w:t>
      </w:r>
      <w:r>
        <w:t>jo hai agle saal phir aaye gi agle saal 12 Rabi ul Awal phir aaye gi ab kya karna</w:t>
      </w:r>
    </w:p>
    <w:p>
      <w:pPr>
        <w:jc w:val="right"/>
      </w:pPr>
      <w:r>
        <w:t>جو ہے اگلے سال پھر آئے گی اگلے سال 12 ربیع الاول پھر آئے گی اب کیا کرنا</w:t>
      </w:r>
    </w:p>
    <w:p>
      <w:r>
        <w:rPr>
          <w:b/>
        </w:rPr>
        <w:t xml:space="preserve">[52:36] </w:t>
      </w:r>
      <w:r>
        <w:t>chahiye Musalmanon ko day of pride ke bajaye abhi to woh day of pride ke taur par manate</w:t>
      </w:r>
    </w:p>
    <w:p>
      <w:pPr>
        <w:jc w:val="right"/>
      </w:pPr>
      <w:r>
        <w:t>چاہیے مسلمانوں کو ڈے آف پرائیڈ کے بجائے ابھی تو وہ ڈے آف پرائیڈ کے طور پر مناتے</w:t>
      </w:r>
    </w:p>
    <w:p>
      <w:r>
        <w:rPr>
          <w:b/>
        </w:rPr>
        <w:t xml:space="preserve">[52:43] </w:t>
      </w:r>
      <w:r>
        <w:t>hain 12 Rabi ul Awal ko ab manana chahiye in ko day of reassessment jis ko jis ko</w:t>
      </w:r>
    </w:p>
    <w:p>
      <w:pPr>
        <w:jc w:val="right"/>
      </w:pPr>
      <w:r>
        <w:t>ہیں 12 ربیع الاول کو اب منانا چاہیے ان کو ڈے آف ری اسیسمنٹ جس کو جس کو</w:t>
      </w:r>
    </w:p>
    <w:p>
      <w:r>
        <w:rPr>
          <w:b/>
        </w:rPr>
        <w:t xml:space="preserve">[52:51] </w:t>
      </w:r>
      <w:r>
        <w:t>kehte hain yani</w:t>
      </w:r>
    </w:p>
    <w:p>
      <w:pPr>
        <w:jc w:val="right"/>
      </w:pPr>
      <w:r>
        <w:t>کہتے ہیں یعنی</w:t>
      </w:r>
    </w:p>
    <w:p>
      <w:r>
        <w:rPr>
          <w:b/>
        </w:rPr>
        <w:t xml:space="preserve">[52:58] </w:t>
      </w:r>
      <w:r>
        <w:t>Arabi zaban mein kehte hain muhasaba yom al-muhasaba yom al-muhasaba yaani day of reassessment ab yeh sochna chahiye ke humne itna dhoom macha rakhi hai to kya wajah hai ke result result nahi nikalta kyun be be natija hua chala ja raha hai to ab jo jo 12 Rabi ul Awal aayegi agli saal 14</w:t>
      </w:r>
    </w:p>
    <w:p>
      <w:pPr>
        <w:jc w:val="right"/>
      </w:pPr>
      <w:r>
        <w:t>عربی زبان میں کہتے ہیں محاسبہ یوم المحاسبہ یوم المحاسبہ یعنی ڈے آف ری اسیسمنٹ اب یہ سوچنا چاہیے کہ ہم نے اتنا دھوم مچا رکھی ہے تو کیا وجہ ہے کہ رزلٹ رزلٹ نہیں نکلتا کیوں بے بے نتیجہ ہوا چلا جا رہا ہے تو اب جو جو 12 ربیع الاول آئے گی اگلے سال 14</w:t>
      </w:r>
    </w:p>
    <w:p>
      <w:r>
        <w:rPr>
          <w:b/>
        </w:rPr>
        <w:t xml:space="preserve">[53:28] </w:t>
      </w:r>
      <w:r>
        <w:t>32 Hijri mein to main yeh propose karunga ke sari dunya ke Musalman jo hain 12 Rabi</w:t>
      </w:r>
    </w:p>
    <w:p>
      <w:pPr>
        <w:jc w:val="right"/>
      </w:pPr>
      <w:r>
        <w:t>32 ہجری میں تو میں یہ پروپوز کروں گا کہ ساری دنیا کے مسلمان جو ہیں 12 ربیع</w:t>
      </w:r>
    </w:p>
    <w:p>
      <w:r>
        <w:rPr>
          <w:b/>
        </w:rPr>
        <w:t xml:space="preserve">[53:36] </w:t>
      </w:r>
      <w:r>
        <w:t>ul Awal ko jo ab tak manaye thay woh day of pride ke taur par ab woh manayein is</w:t>
      </w:r>
    </w:p>
    <w:p>
      <w:pPr>
        <w:jc w:val="right"/>
      </w:pPr>
      <w:r>
        <w:t>الاول کو جو اب تک منائے تھے وہ ڈے آف پرائیڈ کے طور پر اب وہ منائیں اس</w:t>
      </w:r>
    </w:p>
    <w:p>
      <w:r>
        <w:rPr>
          <w:b/>
        </w:rPr>
        <w:t xml:space="preserve">[53:44] </w:t>
      </w:r>
      <w:r>
        <w:t>ko day of reassessment yani woh yeh sochein ke kya wajah hai ke Rasool Allah hum hamara</w:t>
      </w:r>
    </w:p>
    <w:p>
      <w:pPr>
        <w:jc w:val="right"/>
      </w:pPr>
      <w:r>
        <w:t>کو ڈے آف ری اسیسمنٹ یعنی وہ یہ سوچیں کہ کیا وجہ ہے کہ رسول اللہ ہم ہمارا</w:t>
      </w:r>
    </w:p>
    <w:p>
      <w:r>
        <w:rPr>
          <w:b/>
        </w:rPr>
        <w:t xml:space="preserve">[53:52] </w:t>
      </w:r>
      <w:r>
        <w:t>daawa hai ke Rasool Allah</w:t>
      </w:r>
    </w:p>
    <w:p>
      <w:pPr>
        <w:jc w:val="right"/>
      </w:pPr>
      <w:r>
        <w:t>دعوی ہے کہ رسول اللہ</w:t>
      </w:r>
    </w:p>
    <w:p>
      <w:r>
        <w:rPr>
          <w:b/>
        </w:rPr>
        <w:t xml:space="preserve">[54:00] </w:t>
      </w:r>
      <w:r>
        <w:t>ke teaching jo hai Rasool Allah ki jo baatein hain is mein sare masail ka hal hai sare</w:t>
      </w:r>
    </w:p>
    <w:p>
      <w:pPr>
        <w:jc w:val="right"/>
      </w:pPr>
      <w:r>
        <w:t>کے ٹیچنگ جو ہے رسول اللہ کی جو باتیں ہیں اس میں سارے مسائل کا حل ہے سارے</w:t>
      </w:r>
    </w:p>
    <w:p>
      <w:r>
        <w:rPr>
          <w:b/>
        </w:rPr>
        <w:t xml:space="preserve">[54:07] </w:t>
      </w:r>
      <w:r>
        <w:t>problem ka solution hai to kya wajah hai ke hamare problem solve nahi ho rahe yani itni dhoom</w:t>
      </w:r>
    </w:p>
    <w:p>
      <w:pPr>
        <w:jc w:val="right"/>
      </w:pPr>
      <w:r>
        <w:t>پرابلم کا سلویوشن ہے تو کیا وجہ ہے کہ ہمارے پرابلم سالو نہیں ہو رہے یعنی اتنی دھوم</w:t>
      </w:r>
    </w:p>
    <w:p>
      <w:r>
        <w:rPr>
          <w:b/>
        </w:rPr>
        <w:t xml:space="preserve">[54:15] </w:t>
      </w:r>
      <w:r>
        <w:t>se hum speeches dete hain kitabein likhte hain aur dunya ke samne yeh bolte hain ke dekho hamara</w:t>
      </w:r>
    </w:p>
    <w:p>
      <w:pPr>
        <w:jc w:val="right"/>
      </w:pPr>
      <w:r>
        <w:t>سے ہم اسپیچز دیتے ہیں کتابیں لکھتے ہیں اور دنیا کے سامنے یہ بولتے ہیں کہ دیکھو ہمارا</w:t>
      </w:r>
    </w:p>
    <w:p>
      <w:r>
        <w:rPr>
          <w:b/>
        </w:rPr>
        <w:t xml:space="preserve">[54:22] </w:t>
      </w:r>
      <w:r>
        <w:t>paighambar jo hai woh yani is is ke baaton mein</w:t>
      </w:r>
    </w:p>
    <w:p>
      <w:pPr>
        <w:jc w:val="right"/>
      </w:pPr>
      <w:r>
        <w:t>پیغمبر جو ہے وہ یعنی اس اس کے باتوں میں</w:t>
      </w:r>
    </w:p>
    <w:p>
      <w:r>
        <w:rPr>
          <w:b/>
        </w:rPr>
        <w:t xml:space="preserve">[54:30] </w:t>
      </w:r>
      <w:r>
        <w:t>universal guidance hai sari dunya ke liye rehnumai hai sari dunya ke problem ka solution hai to hamara</w:t>
      </w:r>
    </w:p>
    <w:p>
      <w:pPr>
        <w:jc w:val="right"/>
      </w:pPr>
      <w:r>
        <w:t>یونیورسل گائیڈنس ہے ساری دنیا کے لیے رہنمائی ہے ساری دنیا کے پرابلم کا سلویوشن ہے تو ہمارا</w:t>
      </w:r>
    </w:p>
    <w:p>
      <w:r>
        <w:rPr>
          <w:b/>
        </w:rPr>
        <w:t xml:space="preserve">[54:38] </w:t>
      </w:r>
      <w:r>
        <w:t>kyun nahi ho raha hai hamare problem kyun nahi solve ho rahe hain to isi ko main keh</w:t>
      </w:r>
    </w:p>
    <w:p>
      <w:pPr>
        <w:jc w:val="right"/>
      </w:pPr>
      <w:r>
        <w:t>کیوں نہیں ہو رہا ہے ہمارے پرابلم کیوں نہیں سالو ہو رہے ہیں تو اسی کو میں کہہ</w:t>
      </w:r>
    </w:p>
    <w:p>
      <w:r>
        <w:rPr>
          <w:b/>
        </w:rPr>
        <w:t xml:space="preserve">[54:46] </w:t>
      </w:r>
      <w:r>
        <w:t>raha hoon ke agla jo aaye 1432 Hijri mein 12 Rabi ul Awal to hamein kya karna hai sari</w:t>
      </w:r>
    </w:p>
    <w:p>
      <w:pPr>
        <w:jc w:val="right"/>
      </w:pPr>
      <w:r>
        <w:t>رہا ہوں کہ اگلا جو آئے 1432 ہجری میں 12 ربیع الاول تو ہمیں کیا کرنا ہے ساری</w:t>
      </w:r>
    </w:p>
    <w:p>
      <w:r>
        <w:rPr>
          <w:b/>
        </w:rPr>
        <w:t xml:space="preserve">[54:54] </w:t>
      </w:r>
      <w:r>
        <w:t>dunya ke Musalmanon ko ke aanay walay 12 Rabi ul Awal ko woh manayein</w:t>
      </w:r>
    </w:p>
    <w:p>
      <w:pPr>
        <w:jc w:val="right"/>
      </w:pPr>
      <w:r>
        <w:t>دنیا کے مسلمانوں کو کہ آنے والے 12 ربیع الاول کو وہ منائیں</w:t>
      </w:r>
    </w:p>
    <w:p>
      <w:r>
        <w:rPr>
          <w:b/>
        </w:rPr>
        <w:t xml:space="preserve">[55:02] </w:t>
      </w:r>
      <w:r>
        <w:t>as a day of reassessment muhasba ka din woh sochein ke hum kya mamla hai ke hum</w:t>
      </w:r>
    </w:p>
    <w:p>
      <w:pPr>
        <w:jc w:val="right"/>
      </w:pPr>
      <w:r>
        <w:t>ایز اے ڈے آف ری اسیسمنٹ محاسبہ کا دن وہ سوچیں کہ ہم کیا معاملہ ہے کہ ہم</w:t>
      </w:r>
    </w:p>
    <w:p>
      <w:r>
        <w:rPr>
          <w:b/>
        </w:rPr>
        <w:t xml:space="preserve">[55:12] </w:t>
      </w:r>
      <w:r>
        <w:t>dunya mein sab se zyada yaani khud musalmanon ke apne kehne ke mutabiq aap musalmanon koi bhi akhbar</w:t>
      </w:r>
    </w:p>
    <w:p>
      <w:pPr>
        <w:jc w:val="right"/>
      </w:pPr>
      <w:r>
        <w:t>دنیا میں سب سے زیادہ یعنی خود مسلمانوں کے اپنے کہنے کے مطابق آپ مسلمانوں کوئی بھی اخبار</w:t>
      </w:r>
    </w:p>
    <w:p>
      <w:r>
        <w:rPr>
          <w:b/>
        </w:rPr>
        <w:t xml:space="preserve">[55:22] </w:t>
      </w:r>
      <w:r>
        <w:t>le lijiye koi magazine le lijiye kisi jalse mein chale jaiye musalmanon kisi bhi jalse mein</w:t>
      </w:r>
    </w:p>
    <w:p>
      <w:pPr>
        <w:jc w:val="right"/>
      </w:pPr>
      <w:r>
        <w:t>لے لیجئے کوئی میگزین لے لیجئے کسی جلسے میں چلے جائیے مسلمانوں کسی بھی جلسے میں</w:t>
      </w:r>
    </w:p>
    <w:p>
      <w:r>
        <w:rPr>
          <w:b/>
        </w:rPr>
        <w:t xml:space="preserve">[55:32] </w:t>
      </w:r>
      <w:r>
        <w:t>to wahan aap ko complaint ki zaban sunen sunenge aap protest ki zaban sunenge aap yeh woh kaha jayega ke Musalman to siege ki halat mein hain Musalmanon ke saath conspiracy ho rahi hai Musalmanon ke saath zulm ho raha hai to aisa kyun hai aisa kyun hai is par is par sochna isi ko main kehta hoon day of reassessment khud apne baray mein sochna</w:t>
      </w:r>
    </w:p>
    <w:p>
      <w:pPr>
        <w:jc w:val="right"/>
      </w:pPr>
      <w:r>
        <w:t>تو وہاں آپ کو کمپلینٹ کی زبان سنیں سنیں گے آپ پروٹیسٹ کی زبان سنیں گے آپ یہ وہ کہا جائے گا کہ مسلمان تو سیج کی حالت میں ہیں مسلمانوں کے ساتھ کانسپریسی ہو رہی ہے مسلمانوں کے ساتھ ظلم ہو رہا ہے تو ایسا کیوں ہے ایسا کیوں ہے اس پر اس پر سوچنا اسی کو میں کہتا ہوں ڈے آف ری اسیسمنٹ خود اپنے بارے میں سوچنا</w:t>
      </w:r>
    </w:p>
    <w:p>
      <w:r>
        <w:rPr>
          <w:b/>
        </w:rPr>
        <w:t xml:space="preserve">[56:02] </w:t>
      </w:r>
      <w:r>
        <w:t>khud apna muhasba karna yaani bator yom muhasba ko manayen musalman agle rabee ul awal ko ya bilkul zaroori</w:t>
      </w:r>
    </w:p>
    <w:p>
      <w:pPr>
        <w:jc w:val="right"/>
      </w:pPr>
      <w:r>
        <w:t>خود اپنا محاسبہ کرنا یعنی بطور یوم محاسبہ کو منائیں مسلمان اگلے ربیع الاول کو یا بالکل ضروری</w:t>
      </w:r>
    </w:p>
    <w:p>
      <w:r>
        <w:rPr>
          <w:b/>
        </w:rPr>
        <w:t xml:space="preserve">[56:09] </w:t>
      </w:r>
      <w:r>
        <w:t>ho gaya zaroori yaani kab tak hum yeh is is mein mubtala rahen ge is is contradiction mein</w:t>
      </w:r>
    </w:p>
    <w:p>
      <w:pPr>
        <w:jc w:val="right"/>
      </w:pPr>
      <w:r>
        <w:t>ہو گیا ضروری یعنی کب تک ہم یہ اس اس میں مبتلا رہیں گے اس اس کنٹراڈکشن میں</w:t>
      </w:r>
    </w:p>
    <w:p>
      <w:r>
        <w:rPr>
          <w:b/>
        </w:rPr>
        <w:t xml:space="preserve">[56:17] </w:t>
      </w:r>
      <w:r>
        <w:t>ke ek taraf to hum kehte hain ke rasool Allah sare problem ka solution hai doosri taraf hum</w:t>
      </w:r>
    </w:p>
    <w:p>
      <w:pPr>
        <w:jc w:val="right"/>
      </w:pPr>
      <w:r>
        <w:t>کہ ایک طرف تو ہم کہتے ہیں کہ رسول اللہ سارے پرابلم کا سلویوشن ہے دوسری طرف ہم</w:t>
      </w:r>
    </w:p>
    <w:p>
      <w:r>
        <w:rPr>
          <w:b/>
        </w:rPr>
        <w:t xml:space="preserve">[56:24] </w:t>
      </w:r>
      <w:r>
        <w:t>sab se zyada back pot committee bani hui hai khud</w:t>
      </w:r>
    </w:p>
    <w:p>
      <w:pPr>
        <w:jc w:val="right"/>
      </w:pPr>
      <w:r>
        <w:t>سب سے زیادہ بیک پاٹ کمیٹی بنی ہوئی ہے خود</w:t>
      </w:r>
    </w:p>
    <w:p>
      <w:r>
        <w:rPr>
          <w:b/>
        </w:rPr>
        <w:t xml:space="preserve">[56:32] </w:t>
      </w:r>
      <w:r>
        <w:t>musalmanon mein to nahi manta yeh sab baaten yeh yeh meri language nahi hai meri language mein na</w:t>
      </w:r>
    </w:p>
    <w:p>
      <w:pPr>
        <w:jc w:val="right"/>
      </w:pPr>
      <w:r>
        <w:t>مسلمانوں میں تو نہیں مانتا یہ سب باتیں یہ یہ میری لینگویج نہیں ہے میری لینگویج میں نہ</w:t>
      </w:r>
    </w:p>
    <w:p>
      <w:r>
        <w:rPr>
          <w:b/>
        </w:rPr>
        <w:t xml:space="preserve">[56:38] </w:t>
      </w:r>
      <w:r>
        <w:t>to complaint hai na protest hai nahi yeh sab baaten hain lekin musalman khud apni zaban se hi</w:t>
      </w:r>
    </w:p>
    <w:p>
      <w:pPr>
        <w:jc w:val="right"/>
      </w:pPr>
      <w:r>
        <w:t>تو کمپلینٹ ہے نہ پروٹیسٹ ہے نہیں یہ سب باتیں ہیں لیکن مسلمان خود اپنی زبان سے ہی</w:t>
      </w:r>
    </w:p>
    <w:p>
      <w:r>
        <w:rPr>
          <w:b/>
        </w:rPr>
        <w:t xml:space="preserve">[56:44] </w:t>
      </w:r>
      <w:r>
        <w:t>to yahi keh rahe hain musalman khud apni zaban se to yahi keh rahe hain to apne apne</w:t>
      </w:r>
    </w:p>
    <w:p>
      <w:pPr>
        <w:jc w:val="right"/>
      </w:pPr>
      <w:r>
        <w:t>تو یہی کہہ رہے ہیں مسلمان خود اپنی زبان سے تو یہی کہہ رہے ہیں تو اپنے اپنے</w:t>
      </w:r>
    </w:p>
    <w:p>
      <w:r>
        <w:rPr>
          <w:b/>
        </w:rPr>
        <w:t xml:space="preserve">[56:50] </w:t>
      </w:r>
      <w:r>
        <w:t>apni jo soch un ki hai us ko le kar ke unhein mein kahoon ga ke aage jo</w:t>
      </w:r>
    </w:p>
    <w:p>
      <w:pPr>
        <w:jc w:val="right"/>
      </w:pPr>
      <w:r>
        <w:t>اپنی جو سوچ ان کی ہے اس کو لے کر کے انہیں میں کہوں گا کہ اگے جو</w:t>
      </w:r>
    </w:p>
    <w:p>
      <w:r>
        <w:rPr>
          <w:b/>
        </w:rPr>
        <w:t xml:space="preserve">[56:56] </w:t>
      </w:r>
      <w:r>
        <w:t>hai woh yom muhasba manayen</w:t>
      </w:r>
    </w:p>
    <w:p>
      <w:pPr>
        <w:jc w:val="right"/>
      </w:pPr>
      <w:r>
        <w:t>ہے وہ یوم محاسبہ منائیں</w:t>
      </w:r>
    </w:p>
    <w:p>
      <w:r>
        <w:rPr>
          <w:b/>
        </w:rPr>
        <w:t xml:space="preserve">[57:02] </w:t>
      </w:r>
      <w:r>
        <w:t>day of reassessment manaye aur yeh sochne ke liye ke kyun aisa hai ke hum ke Rasool Allah ke jo baatein hain is se hamein faida nahi mil raha hai isi ko main keh raha hoon ke day of reassessment bohat zyada bohat zyada sincere bohat hi sanjeeda</w:t>
      </w:r>
    </w:p>
    <w:p>
      <w:pPr>
        <w:jc w:val="right"/>
      </w:pPr>
      <w:r>
        <w:t>ڈے آف ری اسیسمنٹ منائیں اور یہ سوچنے کے لیے کہ کیوں ایسا ہے کہ ہم کہ رسول اللہ کے جو باتیں ہیں اس سے ہمیں فائدہ نہیں مل رہا ہے اسی کو میں کہہ رہا ہوں کہ ڈے آف ری اسیسمنٹ بہت زیادہ بہت زیادہ سنسیئر بہت ہی سنجیدہ مع</w:t>
      </w:r>
    </w:p>
    <w:p>
      <w:r>
        <w:rPr>
          <w:b/>
        </w:rPr>
        <w:t xml:space="preserve">[57:32] </w:t>
      </w:r>
      <w:r>
        <w:t>amla hai yeh bohat hi serious mamla hai yeh we have take it very seriously yaani duniya to mazak udayegi ke dekho Musalmanon ko ek taraf to kehte hain ke hamara peghamabar jo hai woh rehber alam hai woh saari duniya ke problem ka solution ban kar aaya hai aur khud apne liye shikayatein karte hain ke hamare problem solve nahi hue</w:t>
      </w:r>
    </w:p>
    <w:p>
      <w:pPr>
        <w:jc w:val="right"/>
      </w:pPr>
      <w:r>
        <w:t>املہ ہے یہ بہت ہی سیریس معاملہ ہے یہ وی ہیو ٹیک اٹ ویری سیریسلی یعنی دنیا تو مذاق اڑاتی ہوگی کہ دیکھو مسلمانوں کو ایک طرف تو کہتے ہیں کہ ہمارا پیغمبر جو ہے ساری دنیا کے پرابلم کا سلویوشن بن کر ایا ہے اور خود اپنے لیے شکایتیں کرتے ہیں کہ ہمارے پرابلم سالو نہیں ہوئے</w:t>
      </w:r>
    </w:p>
    <w:p>
      <w:r>
        <w:rPr>
          <w:b/>
        </w:rPr>
        <w:t xml:space="preserve">[58:02] </w:t>
      </w:r>
      <w:r>
        <w:t>to dunya zahir hai ke hansti hogi ke kaise musalman hain ke ek taraf to ailan karte hain</w:t>
      </w:r>
    </w:p>
    <w:p>
      <w:pPr>
        <w:jc w:val="right"/>
      </w:pPr>
      <w:r>
        <w:t>تو دنیا ظاہر ہے کہ ہنستی ہوگی کہ کیسے مسلمان ہیں کہ ایک طرف تو اعلان کرتے ہیں</w:t>
      </w:r>
    </w:p>
    <w:p>
      <w:r>
        <w:rPr>
          <w:b/>
        </w:rPr>
        <w:t xml:space="preserve">[58:10] </w:t>
      </w:r>
      <w:r>
        <w:t>stage par ke hamara jo peghambar hai woh rehber alam hai woh sari dunya ke problem problem ka</w:t>
      </w:r>
    </w:p>
    <w:p>
      <w:pPr>
        <w:jc w:val="right"/>
      </w:pPr>
      <w:r>
        <w:t>اسٹیج پر کہ ہمارا جو پیغمبر ہے وہ رہبر عالم ہے وہ ساری دنیا کے پرابلم پرابلم کا</w:t>
      </w:r>
    </w:p>
    <w:p>
      <w:r>
        <w:rPr>
          <w:b/>
        </w:rPr>
        <w:t xml:space="preserve">[58:17] </w:t>
      </w:r>
      <w:r>
        <w:t>solution le kar aya hai aur khud apne bare mein shikayaten karte hain to kaise musalman hain yeh</w:t>
      </w:r>
    </w:p>
    <w:p>
      <w:pPr>
        <w:jc w:val="right"/>
      </w:pPr>
      <w:r>
        <w:t>سلویوشن لے کر ایا ہے اور خود اپنے بارے میں شکایتیں کرتے ہیں تو کیسے مسلمان ہیں یہ</w:t>
      </w:r>
    </w:p>
    <w:p>
      <w:r>
        <w:rPr>
          <w:b/>
        </w:rPr>
        <w:t xml:space="preserve">[58:25] </w:t>
      </w:r>
      <w:r>
        <w:t>یعنی خود ہی کیوں محروم ہو رہے ہیں why they are deprived deprived community</w:t>
      </w:r>
    </w:p>
    <w:p>
      <w:pPr>
        <w:jc w:val="right"/>
      </w:pPr>
      <w:r>
        <w:t>یعنی خود ہی کیوں محروم ہو رہے ہیں وائی دے ار ڈیپرائو ڈیپرائو کمیونٹی</w:t>
      </w:r>
    </w:p>
    <w:p>
      <w:r>
        <w:rPr>
          <w:b/>
        </w:rPr>
        <w:t xml:space="preserve">[58:33] </w:t>
      </w:r>
      <w:r>
        <w:t>Why they themselves are a deprived community, this is the most important thing to think about.</w:t>
      </w:r>
    </w:p>
    <w:p>
      <w:pPr>
        <w:jc w:val="right"/>
      </w:pPr>
      <w:r>
        <w:t>وائی دے دیم سیلف ار ا ڈیپرائو کمیونٹی یہ ہے سب سے زیادہ سوچنے کی بات سب سے</w:t>
      </w:r>
    </w:p>
    <w:p>
      <w:r>
        <w:rPr>
          <w:b/>
        </w:rPr>
        <w:t xml:space="preserve">[58:43] </w:t>
      </w:r>
      <w:r>
        <w:t>zyada sochne ki baat to isi liye mein keh raha hoon ke agle 12 rabee ul awal ko musalman</w:t>
      </w:r>
    </w:p>
    <w:p>
      <w:pPr>
        <w:jc w:val="right"/>
      </w:pPr>
      <w:r>
        <w:t>زیادہ سوچنے کی بات تو اسی لیے میں کہہ رہا ہوں کہ اگلے 12 ربیع الاول کو مسلمان</w:t>
      </w:r>
    </w:p>
    <w:p>
      <w:r>
        <w:rPr>
          <w:b/>
        </w:rPr>
        <w:t xml:space="preserve">[58:53] </w:t>
      </w:r>
      <w:r>
        <w:t>jo hain day of reassessment manayen mein dua</w:t>
      </w:r>
    </w:p>
    <w:p>
      <w:pPr>
        <w:jc w:val="right"/>
      </w:pPr>
      <w:r>
        <w:t>جو ہیں ڈے آف ری اسیسمنٹ منائیں میں دعا</w:t>
      </w:r>
    </w:p>
    <w:p>
      <w:r>
        <w:rPr>
          <w:b/>
        </w:rPr>
        <w:t xml:space="preserve">[59:03] </w:t>
      </w:r>
      <w:r>
        <w:t>karta hoon ke Allah taala hum ko aur aap ko tofeeq de ke hum sochein hum revise karein apne tareeqay ko aur Allah taala se dua karein ke Allah taala hamein sacha rasta dikhaye aur phir chalne ki tofeeq de aqool qooli haza wastaghfirullaha walakum ajmaeen.</w:t>
      </w:r>
    </w:p>
    <w:p>
      <w:pPr>
        <w:jc w:val="right"/>
      </w:pPr>
      <w:r>
        <w:t>کرتا ہوں کہ اللہ تعالی ہم کو اور اپ کو توفیق دے کہ ہم سوچیں ہم ریوائز کریں اپنے طریقے کو اور اللہ تعالی سے دعا کریں کہ اللہ تعالی ہمیں سچا راستہ دکھائے اور پھر چلنے کی توفیق دے اقول قولیھذا واستغفراللہ لولکم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