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Redefining Islam July 05, 2009 Maulana Wahiduddin Khan</w:t>
      </w:r>
    </w:p>
    <w:p>
      <w:r>
        <w:t>https://www.youtube.com/watch?v=JXY-MlXBy3Q</w:t>
      </w:r>
    </w:p>
    <w:p>
      <w:r>
        <w:rPr>
          <w:b/>
        </w:rPr>
        <w:t xml:space="preserve">[00:15] </w:t>
      </w:r>
      <w:r>
        <w:t>Bismillah Rehman ur Rahim. Wasallallahu ala Nabi al-Kareem.</w:t>
      </w:r>
    </w:p>
    <w:p>
      <w:pPr>
        <w:jc w:val="right"/>
      </w:pPr>
      <w:r>
        <w:t>بسم اللہ الرحمن الرحیم۔ وصلی اللہ علی النبی الکریم۔</w:t>
      </w:r>
    </w:p>
    <w:p>
      <w:r>
        <w:rPr>
          <w:b/>
        </w:rPr>
        <w:t xml:space="preserve">[00:24] </w:t>
      </w:r>
      <w:r>
        <w:t>rab ishrah li sadri, wa yassir li amri, wahlu al-uqdatan min lisani, yafqahu qawli.</w:t>
      </w:r>
    </w:p>
    <w:p>
      <w:pPr>
        <w:jc w:val="right"/>
      </w:pPr>
      <w:r>
        <w:t>رب اشرح لی صدری، ویسر لی امری، واحل العقدۃ من لسانی، یفقہ قولی۔</w:t>
      </w:r>
    </w:p>
    <w:p>
      <w:r>
        <w:rPr>
          <w:b/>
        </w:rPr>
        <w:t xml:space="preserve">[00:39] </w:t>
      </w:r>
      <w:r>
        <w:t>aaj ka topic hai Redefining Islam.</w:t>
      </w:r>
    </w:p>
    <w:p>
      <w:pPr>
        <w:jc w:val="right"/>
      </w:pPr>
      <w:r>
        <w:t>آج کا topic ہے Redefining Islam۔</w:t>
      </w:r>
    </w:p>
    <w:p>
      <w:r>
        <w:rPr>
          <w:b/>
        </w:rPr>
        <w:t xml:space="preserve">[00:47] </w:t>
      </w:r>
      <w:r>
        <w:t>yani Islam ki tashreeh-e-nau.</w:t>
      </w:r>
    </w:p>
    <w:p>
      <w:pPr>
        <w:jc w:val="right"/>
      </w:pPr>
      <w:r>
        <w:t>یعنی اسلام کی تشریحِ نو۔</w:t>
      </w:r>
    </w:p>
    <w:p>
      <w:r>
        <w:rPr>
          <w:b/>
        </w:rPr>
        <w:t xml:space="preserve">[00:57] </w:t>
      </w:r>
      <w:r>
        <w:t>dekhen yeh aik maani hui baat hai ke hum aik aisay zamanay mein hain jis mein sab kuch badla hua hai.</w:t>
      </w:r>
    </w:p>
    <w:p>
      <w:pPr>
        <w:jc w:val="right"/>
      </w:pPr>
      <w:r>
        <w:t>دیکھیں یہ ایک مانی ہوئی بات ہے کہ ہم ایک ایسے زمانے میں ہیں جس میں سب کچھ بدلا ہوا ہے۔</w:t>
      </w:r>
    </w:p>
    <w:p>
      <w:r>
        <w:rPr>
          <w:b/>
        </w:rPr>
        <w:t xml:space="preserve">[01:09] </w:t>
      </w:r>
      <w:r>
        <w:t>yani pehla zamana jo tha woh rawayati zamana tha, yani Traditional zamana. aaj ka zamana jo hai woh Scientific zamana hai.</w:t>
      </w:r>
    </w:p>
    <w:p>
      <w:pPr>
        <w:jc w:val="right"/>
      </w:pPr>
      <w:r>
        <w:t>یعنی پہلا زمانہ جو تھا وہ روایتی زمانہ تھا، یعنی Traditional زمانہ۔ آج کا زمانہ جو ہے وہ Scientific زمانہ ہے۔</w:t>
      </w:r>
    </w:p>
    <w:p>
      <w:r>
        <w:rPr>
          <w:b/>
        </w:rPr>
        <w:t xml:space="preserve">[01:20] </w:t>
      </w:r>
      <w:r>
        <w:t>bohat si baatein nai ho gayi hain is zamanay mein jo pehle nahi theen.</w:t>
      </w:r>
    </w:p>
    <w:p>
      <w:pPr>
        <w:jc w:val="right"/>
      </w:pPr>
      <w:r>
        <w:t>بہت سی باتیں نئی ہو گئی ہیں اس زمانے میں جو پہلے نہیں تھیں۔</w:t>
      </w:r>
    </w:p>
    <w:p>
      <w:r>
        <w:rPr>
          <w:b/>
        </w:rPr>
        <w:t xml:space="preserve">[01:28] </w:t>
      </w:r>
      <w:r>
        <w:t>to ab is nai zamanay mein aik aam taassur yeh ban gaya hai logon ka ke Islam nai zamanay ke liye Misfit hai.</w:t>
      </w:r>
    </w:p>
    <w:p>
      <w:pPr>
        <w:jc w:val="right"/>
      </w:pPr>
      <w:r>
        <w:t>تو اب اس نئے زمانے میں ایک عام تاثر یہ بن گیا ہے لوگوں کا کہ اسلام نئے زمانے کے لیے Misfit ہے۔</w:t>
      </w:r>
    </w:p>
    <w:p>
      <w:r>
        <w:rPr>
          <w:b/>
        </w:rPr>
        <w:t xml:space="preserve">[01:41] </w:t>
      </w:r>
      <w:r>
        <w:t>aaj ke lehaz se woh hai nahi. pehle zamanay mein is ka aik role tha, ab is ka koi role nahi hai.</w:t>
      </w:r>
    </w:p>
    <w:p>
      <w:pPr>
        <w:jc w:val="right"/>
      </w:pPr>
      <w:r>
        <w:t>آج کے لحاظ سے وہ ہے نہیں۔ پہلے زمانے میں اس کا ایک role تھا، اب اس کا کوئی role نہیں ہے۔</w:t>
      </w:r>
    </w:p>
    <w:p>
      <w:r>
        <w:rPr>
          <w:b/>
        </w:rPr>
        <w:t xml:space="preserve">[01:55] </w:t>
      </w:r>
      <w:r>
        <w:t>yeh aam baat hai aaj. aur yeh musalmanon mein bhi bohat zabardast tareeqay par maujood hai. is ka nateeja yeh hai ke jo log jadeed taleem hasil karte hain, Modern Education lete hain to woh Islam ko bas aik aik Ritual ke tor par liye rehte hain.</w:t>
      </w:r>
    </w:p>
    <w:p>
      <w:pPr>
        <w:jc w:val="right"/>
      </w:pPr>
      <w:r>
        <w:t>یہ عام بات ہے آج۔ اور یہ مسلمانوں میں بھی بہت زبردست طریقے پر موجود ہے۔ اس کا نتیجہ یہ ہے کہ جو لوگ جدید تعلیم حاصل کرتے ہیں، Modern Education لیتے ہیں تو وہ اسلام کو بس ایک ایک Ritual کے طور پر لیے رہتے ہیں۔</w:t>
      </w:r>
    </w:p>
    <w:p>
      <w:r>
        <w:rPr>
          <w:b/>
        </w:rPr>
        <w:t xml:space="preserve">[02:17] </w:t>
      </w:r>
      <w:r>
        <w:t>warna un ka jo Mindset hai, un ki jo soch hai woh sab alag hi hoti hai.</w:t>
      </w:r>
    </w:p>
    <w:p>
      <w:pPr>
        <w:jc w:val="right"/>
      </w:pPr>
      <w:r>
        <w:t>ورنہ ان کا جو Mindset ہے، ان کی جو سوچ ہے وہ سب الگ ہی ہوتی ہے۔</w:t>
      </w:r>
    </w:p>
    <w:p>
      <w:r>
        <w:rPr>
          <w:b/>
        </w:rPr>
        <w:t xml:space="preserve">[02:25] </w:t>
      </w:r>
      <w:r>
        <w:t>to musalmanon mein bhi mein ne dekha hai ke un ke andar aik Dual Personality ban gayi hai. jab woh university mein hotay hain, apne job mein hotay hain, dunya mein hotay hain to Modern tareeqay se sochte hain.</w:t>
      </w:r>
    </w:p>
    <w:p>
      <w:pPr>
        <w:jc w:val="right"/>
      </w:pPr>
      <w:r>
        <w:t>تو مسلمانوں میں بھی میں نے دیکھا ہے کہ ان کے اندر ایک Dual Personality بن گئی ہے۔ جب وہ یونیورسٹی میں ہوتے ہیں، اپنے جاب میں ہوتے ہیں، دنیا میں ہوتے ہیں تو Modern طریقے سے سوچتے ہیں۔</w:t>
      </w:r>
    </w:p>
    <w:p>
      <w:r>
        <w:rPr>
          <w:b/>
        </w:rPr>
        <w:t xml:space="preserve">[02:41] </w:t>
      </w:r>
      <w:r>
        <w:t>aur bas masjid mein aa kar ke paanch waqt namaz parh liya unhon ne. to goya ke Islam in logon ke liye aik tarah ka Appendix hai.</w:t>
      </w:r>
    </w:p>
    <w:p>
      <w:pPr>
        <w:jc w:val="right"/>
      </w:pPr>
      <w:r>
        <w:t>اور بس مسجد میں آ کر کے پانچ وقت نماز پڑھ لیا انہوں نے۔ تو گویا کہ اسلام ان لوگوں کے لیے ایک طرح کا Appendix ہے۔</w:t>
      </w:r>
    </w:p>
    <w:p>
      <w:r>
        <w:rPr>
          <w:b/>
        </w:rPr>
        <w:t xml:space="preserve">[02:52] </w:t>
      </w:r>
      <w:r>
        <w:t>Appendix kehte hain zameema. aisa kyun hai? is mein hamare rehnamaon ki bhaari bhool hui hai.</w:t>
      </w:r>
    </w:p>
    <w:p>
      <w:pPr>
        <w:jc w:val="right"/>
      </w:pPr>
      <w:r>
        <w:t>Appendix کہتے ہیں ضمیمہ۔ ایسا کیوں ہے؟ اس میں ہمارے رہنماؤں کی بھاری بھول ہوئی ہے۔</w:t>
      </w:r>
    </w:p>
    <w:p>
      <w:r>
        <w:rPr>
          <w:b/>
        </w:rPr>
        <w:t xml:space="preserve">[03:04] </w:t>
      </w:r>
      <w:r>
        <w:t>dekhen fiqah mein aik usool hai, usool fiqah mein maana hua ke tatghayyar al-ahkam bi taghayyar al-zaman wa al-makan.</w:t>
      </w:r>
    </w:p>
    <w:p>
      <w:pPr>
        <w:jc w:val="right"/>
      </w:pPr>
      <w:r>
        <w:t>دیکھیں فقہ میں ایک اصول ہے، اصول فقہ میں مانا ہوا کہ تتغیر الاحکام بتغیر الزمان والمکان۔</w:t>
      </w:r>
    </w:p>
    <w:p>
      <w:r>
        <w:rPr>
          <w:b/>
        </w:rPr>
        <w:t xml:space="preserve">[03:17] </w:t>
      </w:r>
      <w:r>
        <w:t>zamanay, zaman o makan ke badalnay se ahkam badal jatay hain.</w:t>
      </w:r>
    </w:p>
    <w:p>
      <w:pPr>
        <w:jc w:val="right"/>
      </w:pPr>
      <w:r>
        <w:t>زمانے، زمان و مکاں کے بدلنے سے احکام بدل جاتے ہیں۔</w:t>
      </w:r>
    </w:p>
    <w:p>
      <w:r>
        <w:rPr>
          <w:b/>
        </w:rPr>
        <w:t xml:space="preserve">[03:27] </w:t>
      </w:r>
      <w:r>
        <w:t>yani Space and Time badlein to Islam ke ahkam bhi badlein ge, is ke mutabiq kar kiye jayen ge. yeh maana hua hai Principle lekin hamare ulama ne is ko sirf choti choti baaton mein Apply kiya.</w:t>
      </w:r>
    </w:p>
    <w:p>
      <w:pPr>
        <w:jc w:val="right"/>
      </w:pPr>
      <w:r>
        <w:t>یعنی Space and Time بدلیں تو اسلام کے احکام بھی بدلیں گے، اس کے مطابق کر کئے جائیں گے۔ یہ مانا ہوا ہے Principle لیکن ہمارے علماء نے اس کو صرف چھوٹی چھوٹی باتوں میں Apply کیا۔</w:t>
      </w:r>
    </w:p>
    <w:p>
      <w:r>
        <w:rPr>
          <w:b/>
        </w:rPr>
        <w:t xml:space="preserve">[03:45] </w:t>
      </w:r>
      <w:r>
        <w:t>bari bari baaton mein is ko Apply nahi kar sake woh. Here is the problem. jaise aik aadmi tandrust hai to woh wuzu kar raha hai, beemar ho to kya kare?</w:t>
      </w:r>
    </w:p>
    <w:p>
      <w:pPr>
        <w:jc w:val="right"/>
      </w:pPr>
      <w:r>
        <w:t>بڑی بڑی باتوں میں اس کو Apply نہیں کر سکے وہ۔ Here is the problem۔ جیسے ایک آدمی تندرست ہے تو وہ وضو کر رہا ہے، بیمار ہو تو کیا کرے؟</w:t>
      </w:r>
    </w:p>
    <w:p>
      <w:r>
        <w:rPr>
          <w:b/>
        </w:rPr>
        <w:t xml:space="preserve">[03:59] </w:t>
      </w:r>
      <w:r>
        <w:t>to wahan keh diya ke tayammum kar lo. aik aadmi zameen par namaz parh raha hai, ab hawa mein urre jab hawai jahaz mein to wahan to kuch samajh mein nahi aata.</w:t>
      </w:r>
    </w:p>
    <w:p>
      <w:pPr>
        <w:jc w:val="right"/>
      </w:pPr>
      <w:r>
        <w:t>تو وہاں کہہ دیا کہ تیمم کر لو۔ ایک آدمی زمین پر نماز پڑھ رہا ہے، اب ہوا میں اڑے جب ہوائی جہاز میں تو وہاں تو کچھ سمجھ میں نہیں آتا۔</w:t>
      </w:r>
    </w:p>
    <w:p>
      <w:r>
        <w:rPr>
          <w:b/>
        </w:rPr>
        <w:t xml:space="preserve">[04:08] </w:t>
      </w:r>
      <w:r>
        <w:t>kidhar Direction nahi Clear hota wahan par. to wahan namaz kaise parhe? to wahan unhon ne is ko Apply kar liya. to chotay chotay jis ko kehte hain juziyat, Non Basics par to Apply kiya unhon ne is usool ko ke tatghayyar al-ahkam bi taghayyar al-zaman wa al-makan.</w:t>
      </w:r>
    </w:p>
    <w:p>
      <w:pPr>
        <w:jc w:val="right"/>
      </w:pPr>
      <w:r>
        <w:t>کدھر Direction نہیں Clear ہوتا وہاں پر۔ تو وہاں نماز کیسے پڑھے؟ تو وہاں انہوں نے اس کو Apply کر لیا۔ تو چھوٹے چھوٹے جس کو کہتے ہیں جزیات، Non Basics پر تو Apply کیا انہوں نے اس اصول کو کہ تتغیر الاحکام بتغیر الزمان والمکان۔</w:t>
      </w:r>
    </w:p>
    <w:p>
      <w:r>
        <w:rPr>
          <w:b/>
        </w:rPr>
        <w:t xml:space="preserve">[04:30] </w:t>
      </w:r>
      <w:r>
        <w:t>jo bari bari baatein hain is par Apply nahi kiya. aur yeh do sau saal se chal raha hai. do sau saal se chal raha hai.</w:t>
      </w:r>
    </w:p>
    <w:p>
      <w:pPr>
        <w:jc w:val="right"/>
      </w:pPr>
      <w:r>
        <w:t>جو بڑی بڑی باتیں ہیں اس پر Apply نہیں کیا۔ اور یہ دو سو سال سے چل رہا ہے۔ دو سو سال سے چل رہا ہے۔</w:t>
      </w:r>
    </w:p>
    <w:p>
      <w:r>
        <w:rPr>
          <w:b/>
        </w:rPr>
        <w:t xml:space="preserve">[04:41] </w:t>
      </w:r>
      <w:r>
        <w:t>kuch log niklay aisay musalmanon mein jinhon ne chaha ke woh nai halaat ke lehaz se Islam ki</w:t>
      </w:r>
    </w:p>
    <w:p>
      <w:pPr>
        <w:jc w:val="right"/>
      </w:pPr>
      <w:r>
        <w:t>کچھ لوگ نکلے ایسے مسلمانوں میں جنہوں نے چاہا کہ وہ نئے حالات کے لحاظ سے اسلام کی</w:t>
      </w:r>
    </w:p>
    <w:p>
      <w:r>
        <w:rPr>
          <w:b/>
        </w:rPr>
        <w:t xml:space="preserve">[04:50] </w:t>
      </w:r>
      <w:r>
        <w:t>tashreeh karen. lekin yeh Competent nahi thay.</w:t>
      </w:r>
    </w:p>
    <w:p>
      <w:pPr>
        <w:jc w:val="right"/>
      </w:pPr>
      <w:r>
        <w:t>شرح کریں۔ لیکن یہ Competent نہیں تھے۔</w:t>
      </w:r>
    </w:p>
    <w:p>
      <w:r>
        <w:rPr>
          <w:b/>
        </w:rPr>
        <w:t xml:space="preserve">[04:56] </w:t>
      </w:r>
      <w:r>
        <w:t>yeh log Competent nahi thay. misaal ke tor par dekhen Sir Syed Ahmed Khan ne chaha aisa karna, un ki kitab hai Khutbat-e-Ahmadiyya.</w:t>
      </w:r>
    </w:p>
    <w:p>
      <w:pPr>
        <w:jc w:val="right"/>
      </w:pPr>
      <w:r>
        <w:t>یہ لوگ Competent نہیں تھے۔ مثال کے طور پر دیکھیں سر سید احمد خان نے چاہا ایسا کرنا، ان کی کتاب ہے خطبات احمدیہ۔</w:t>
      </w:r>
    </w:p>
    <w:p>
      <w:r>
        <w:rPr>
          <w:b/>
        </w:rPr>
        <w:t xml:space="preserve">[05:06] </w:t>
      </w:r>
      <w:r>
        <w:t>lekin woh Competent nahi thay is kaam ke liye. to bohat si aisi baatein kahin unhon ne jo ulama ke liye Acceptable nahi theen.</w:t>
      </w:r>
    </w:p>
    <w:p>
      <w:pPr>
        <w:jc w:val="right"/>
      </w:pPr>
      <w:r>
        <w:t>لیکن وہ Competent نہیں تھے اس کام کے لیے۔ تو بہت سی ایسی باتیں کہیں انہوں نے جو علماء کے لیے Acceptable نہیں تھیں۔</w:t>
      </w:r>
    </w:p>
    <w:p>
      <w:r>
        <w:rPr>
          <w:b/>
        </w:rPr>
        <w:t xml:space="preserve">[05:16] </w:t>
      </w:r>
      <w:r>
        <w:t>jaise Quran mein hai ke Hazrat Suleman ki baat cheet hui cheunti se. to cheunti ne kaha, cheunti boli.</w:t>
      </w:r>
    </w:p>
    <w:p>
      <w:pPr>
        <w:jc w:val="right"/>
      </w:pPr>
      <w:r>
        <w:t>جیسے قرآن میں ہے کہ حضرت سلیمان کی بات چیت ہوئی چیونٹی سے۔ تو چیونٹی نے کہا، چیونٹی بولی۔</w:t>
      </w:r>
    </w:p>
    <w:p>
      <w:r>
        <w:rPr>
          <w:b/>
        </w:rPr>
        <w:t xml:space="preserve">[05:27] </w:t>
      </w:r>
      <w:r>
        <w:t>to wahan keh diya unhon ne ke wahan is se murad hai nimla se murad hai qabeela, qabeelay ka sardar bola. yani insani naam hai woh na keh cheunti ka.</w:t>
      </w:r>
    </w:p>
    <w:p>
      <w:pPr>
        <w:jc w:val="right"/>
      </w:pPr>
      <w:r>
        <w:t>تو وہاں کہہ دیا انہوں نے کہ وہاں اس سے مراد ہے نملہ سے مراد ہے قبیلہ، قبیلے کا سردار بولا۔ یعنی انسانی نام ہے وہ نہ کہ چیونٹی کا۔</w:t>
      </w:r>
    </w:p>
    <w:p>
      <w:r>
        <w:rPr>
          <w:b/>
        </w:rPr>
        <w:t xml:space="preserve">[05:40] </w:t>
      </w:r>
      <w:r>
        <w:t>to yeh kaise manenge log? kyunke quran hi mein aik ilm naam mun taqta'a hai, cheuntiyon ki boli hamein batai gayi hai Allah taala ki taraf se.</w:t>
      </w:r>
    </w:p>
    <w:p>
      <w:pPr>
        <w:jc w:val="right"/>
      </w:pPr>
      <w:r>
        <w:t>تو یہ کیسے مانیں گے لوگ؟ کیونکہ قرآن ہی میں ایک علم نام من تقطع ہے، چیونٹیوں کی بولی ہمیں بتائی گئی ہے اللہ تعالیٰ کی طرف سے۔</w:t>
      </w:r>
    </w:p>
    <w:p>
      <w:r>
        <w:rPr>
          <w:b/>
        </w:rPr>
        <w:t xml:space="preserve">[05:50] </w:t>
      </w:r>
      <w:r>
        <w:t>to aik waqia hai ke woh peghambar thay aur un ko yeh miracle hasil tha ke haiwanat ki boli samajh sakte thay woh.</w:t>
      </w:r>
    </w:p>
    <w:p>
      <w:pPr>
        <w:jc w:val="right"/>
      </w:pPr>
      <w:r>
        <w:t>تو ایک واقعہ ہے کہ وہ پیغمبر تھے اور ان کو یہ Miracle حاصل تھا کہ حیوانات کی بولی سمجھ سکتے تھے وہ۔</w:t>
      </w:r>
    </w:p>
    <w:p>
      <w:r>
        <w:rPr>
          <w:b/>
        </w:rPr>
        <w:t xml:space="preserve">[06:00] </w:t>
      </w:r>
      <w:r>
        <w:t>to unhon ne keh diya ke woh to aik qabeela tha. to zahir hai ke is ko refuse kar diya ulma ne. phir justice ameer ali ki kitab hai spirit of islam.</w:t>
      </w:r>
    </w:p>
    <w:p>
      <w:pPr>
        <w:jc w:val="right"/>
      </w:pPr>
      <w:r>
        <w:t>تو انہوں نے کہہ دیا کہ وہ تو ایک قبیلہ تھا۔ تو ظاہر ہے کہ اس کو Refuse کر دیا علماء نے۔ پھر Justice امیر علی کی کتاب ہے Spirit of Islam۔</w:t>
      </w:r>
    </w:p>
    <w:p>
      <w:r>
        <w:rPr>
          <w:b/>
        </w:rPr>
        <w:t xml:space="preserve">[06:15] </w:t>
      </w:r>
      <w:r>
        <w:t>unhon ne apology ke andaaz mein aik kitab likhi hai woh. mislan polygamy jo hai, ta'addud-e-azwaj, is ke baray mein likhte hain ke woh qadeem zamane ka, puranay zamane ka riwaj tha.</w:t>
      </w:r>
    </w:p>
    <w:p>
      <w:pPr>
        <w:jc w:val="right"/>
      </w:pPr>
      <w:r>
        <w:t>انہوں نے Apology کے انداز میں ایک کتاب لکھی ہے وہ۔ مثلاً Polygamy جو ہے، تعدد ازواج، اس کے بارے میں لکھتے ہیں کہ وہ قدیم زمانے کا، پرانے زمانے کا رواج تھا۔</w:t>
      </w:r>
    </w:p>
    <w:p>
      <w:r>
        <w:rPr>
          <w:b/>
        </w:rPr>
        <w:t xml:space="preserve">[06:31] </w:t>
      </w:r>
      <w:r>
        <w:t>to woh islam mein bhi baqi raha, ab woh nahi hai. yeh apology hai, yeh mani nahi ja sakti. kyunke is se islam ki eternity jo hai woh doubtfull ho jati hai.</w:t>
      </w:r>
    </w:p>
    <w:p>
      <w:pPr>
        <w:jc w:val="right"/>
      </w:pPr>
      <w:r>
        <w:t>تو وہ اسلام میں بھی باقی رہا، اب وہ نہیں ہے۔ یہ Apology ہے، یہ مانی نہیں جا سکتی۔ کیونکہ اس سے اسلام کی Eternity جو ہے وہ ہی Doubtful ہو جاتی ہے۔</w:t>
      </w:r>
    </w:p>
    <w:p>
      <w:r>
        <w:rPr>
          <w:b/>
        </w:rPr>
        <w:t xml:space="preserve">[06:44] </w:t>
      </w:r>
      <w:r>
        <w:t>aise bombay ke aik sahib thay jo aa aa faizi kehelate thay. unhon ne kitab likhi modern approach to islam.</w:t>
      </w:r>
    </w:p>
    <w:p>
      <w:pPr>
        <w:jc w:val="right"/>
      </w:pPr>
      <w:r>
        <w:t>ایسے بمبئی کے ایک صاحب تھے جو اے اے فیضی کہلاتے تھے۔ انہوں نے کتاب لکھی Modern Approach to Islam۔</w:t>
      </w:r>
    </w:p>
    <w:p>
      <w:r>
        <w:rPr>
          <w:b/>
        </w:rPr>
        <w:t xml:space="preserve">[06:54] </w:t>
      </w:r>
      <w:r>
        <w:t>is mein unhon ne yeh keh diya ke islam mein aik hai belief system, aik hai law. yani aqeeda aur qanoon. to aqeeda to eternal hai aur qanoon jo hai waqti hai woh.</w:t>
      </w:r>
    </w:p>
    <w:p>
      <w:pPr>
        <w:jc w:val="right"/>
      </w:pPr>
      <w:r>
        <w:t>اس میں انہوں نے یہ کہہ دیا کہ اسلام میں ایک ہے Belief System، ایک ہے Law۔ یعنی عقیدہ اور قانون۔ تو عقیدہ تو Eternal ہے اور قانون جو ہے وقتی ہے وہ۔</w:t>
      </w:r>
    </w:p>
    <w:p>
      <w:r>
        <w:rPr>
          <w:b/>
        </w:rPr>
        <w:t xml:space="preserve">[07:09] </w:t>
      </w:r>
      <w:r>
        <w:t>ab yeh bhi kaise accept hoga? to jo log uthe redefine karne ke liye islam ko, unhon ne sahi kaam nahi kiya.</w:t>
      </w:r>
    </w:p>
    <w:p>
      <w:pPr>
        <w:jc w:val="right"/>
      </w:pPr>
      <w:r>
        <w:t>اب یہ بھی کیسے Accept ہوگا؟ تو جو لوگ اٹھے Redefine کرنے کے لیے اسلام کو، انہوں نے صحیح کام نہیں کیا۔</w:t>
      </w:r>
    </w:p>
    <w:p>
      <w:r>
        <w:rPr>
          <w:b/>
        </w:rPr>
        <w:t xml:space="preserve">[07:21] </w:t>
      </w:r>
      <w:r>
        <w:t>aik bohat baray aalim ne aik kitab likhi hai, is ka naam hai raddat wala abubakar allah. aik maane hue aalim. ke aik irtidad hai jis ke liye abubakar nahi koi.</w:t>
      </w:r>
    </w:p>
    <w:p>
      <w:pPr>
        <w:jc w:val="right"/>
      </w:pPr>
      <w:r>
        <w:t>ایک بہت بڑے عالم نے ایک کتاب لکھی ہے، اس کا نام ہے ردۃ ولا آبا بکر اللہ۔ ایک مانے ہوئے عالم۔ کہ ایک ارتداد ہے جس کے لیے ابوبکر نہیں کوئی۔</w:t>
      </w:r>
    </w:p>
    <w:p>
      <w:r>
        <w:rPr>
          <w:b/>
        </w:rPr>
        <w:t xml:space="preserve">[07:34] </w:t>
      </w:r>
      <w:r>
        <w:t>to us zamane mein jo modern education ki wajah se jo farq hua logon ki soch mein, to keh diya ke yeh to irtidad hai.</w:t>
      </w:r>
    </w:p>
    <w:p>
      <w:pPr>
        <w:jc w:val="right"/>
      </w:pPr>
      <w:r>
        <w:t>تو اس زمانے میں جو Modern Education کی وجہ سے جو فرق ہوا لوگوں کی سوچ میں، تو کہہ دیا کہ یہ تو ارتداد ہے۔</w:t>
      </w:r>
    </w:p>
    <w:p>
      <w:r>
        <w:rPr>
          <w:b/>
        </w:rPr>
        <w:t xml:space="preserve">[07:46] </w:t>
      </w:r>
      <w:r>
        <w:t>to is ka matlab kya hua? ke is ke nateejay mein kya hua ke do group nikle. kuch logon ne to sach much maarne hi kaatna shuru kar diya.</w:t>
      </w:r>
    </w:p>
    <w:p>
      <w:pPr>
        <w:jc w:val="right"/>
      </w:pPr>
      <w:r>
        <w:t>تو اس کا مطلب کیا ہوا؟ کہ اس کے نتیجے میں کیا ہوا کہ دو گروپ نکلے۔ کچھ لوگوں نے تو سچ مچ مارنے ہی کاٹنا شروع کر دیا۔</w:t>
      </w:r>
    </w:p>
    <w:p>
      <w:r>
        <w:rPr>
          <w:b/>
        </w:rPr>
        <w:t xml:space="preserve">[07:57] </w:t>
      </w:r>
      <w:r>
        <w:t>jis ka aik namuna aap taliban ki shakal mein dekhte hain afghanistan mein. to gun activism chala diya unhon ne.</w:t>
      </w:r>
    </w:p>
    <w:p>
      <w:pPr>
        <w:jc w:val="right"/>
      </w:pPr>
      <w:r>
        <w:t>جس کا ایک نمونہ آپ طالبان کی شکل میں دیکھتے ہیں افغانستان میں۔ تو Gun Activism چلا دیا انہوں نے۔</w:t>
      </w:r>
    </w:p>
    <w:p>
      <w:r>
        <w:rPr>
          <w:b/>
        </w:rPr>
        <w:t xml:space="preserve">[08:09] </w:t>
      </w:r>
      <w:r>
        <w:t>aur jo log gun nahi chala sakte thay, unhon ne fatwa activism chala liya. jis ka namuna aap india mein dekhte hain. to kuch logon ne gun activism chalaya, kuch logon ne fatwa activism chalaya.</w:t>
      </w:r>
    </w:p>
    <w:p>
      <w:pPr>
        <w:jc w:val="right"/>
      </w:pPr>
      <w:r>
        <w:t>اور جو لوگ Gun نہیں چلا سکتے تھے، انہوں نے فتویٰ Activism چلا لیا۔ جس کا نمونہ آپ انڈیا میں دیکھتے ہیں۔ تو کچھ لوگوں نے Gun Activism چلایا، کچھ لوگوں نے فتویٰ Activism چلایا۔</w:t>
      </w:r>
    </w:p>
    <w:p>
      <w:r>
        <w:rPr>
          <w:b/>
        </w:rPr>
        <w:t xml:space="preserve">[08:22] </w:t>
      </w:r>
      <w:r>
        <w:t>to is tarah abubakar, zamane ke abubakar banne ki koshish ki. lekin yeh bhi acceptable nahi hai.</w:t>
      </w:r>
    </w:p>
    <w:p>
      <w:pPr>
        <w:jc w:val="right"/>
      </w:pPr>
      <w:r>
        <w:t>تو اس طرح ابوبکر، زمانے کے ابوبکر بننے کی کوشش کی۔ لیکن یہ بھی Acceptable نہیں ہے۔</w:t>
      </w:r>
    </w:p>
    <w:p>
      <w:r>
        <w:rPr>
          <w:b/>
        </w:rPr>
        <w:t xml:space="preserve">[08:33] </w:t>
      </w:r>
      <w:r>
        <w:t>to dekhen ghalti yahan se shuru hoti hai ke in logon ne islam ko revision ka masla samjha. jaise aasef faizi ki jo kitab hai modern approach to islam, unhon ne kaha ke islam ko revise karo.</w:t>
      </w:r>
    </w:p>
    <w:p>
      <w:pPr>
        <w:jc w:val="right"/>
      </w:pPr>
      <w:r>
        <w:t>تو دیکھیں غلطی یہاں سے شروع ہوتی ہے کہ ان لوگوں نے اسلام کو Revision کا مسئلہ سمجھا۔ جیسے آصف فیضی کی جو کتاب ہے Modern Approach to Islam، انہوں نے کہا کہ اسلام کو Revise کرو۔</w:t>
      </w:r>
    </w:p>
    <w:p>
      <w:r>
        <w:rPr>
          <w:b/>
        </w:rPr>
        <w:t xml:space="preserve">[08:49] </w:t>
      </w:r>
      <w:r>
        <w:t>dekhen revision ke ma'ani hote hain amendment, tarmeem karna. to yeh kaise maane gaye? ulma nahi maan sakte is ko ke islam mein amendment ki zaroorat hai, tarmeem ki zaroorat hai.</w:t>
      </w:r>
    </w:p>
    <w:p>
      <w:pPr>
        <w:jc w:val="right"/>
      </w:pPr>
      <w:r>
        <w:t>دیکھیں Revision کے معنی ہوتے ہیں Amendment، ترمیم کرنا۔ تو یہ کیسے مانے گئے؟ علماء نہیں مان سکتے اس کو کہ اسلام میں Amendment کی ضرورت ہے، ترمیم کی ضرورت ہے۔</w:t>
      </w:r>
    </w:p>
    <w:p>
      <w:r>
        <w:rPr>
          <w:b/>
        </w:rPr>
        <w:t xml:space="preserve">[09:04] </w:t>
      </w:r>
      <w:r>
        <w:t>to revision ka jo concept hai woh qabool nahi hua.</w:t>
      </w:r>
    </w:p>
    <w:p>
      <w:pPr>
        <w:jc w:val="right"/>
      </w:pPr>
      <w:r>
        <w:t>تو Revision کا جو Concept ہے وہ قبول نہیں ہوا۔</w:t>
      </w:r>
    </w:p>
    <w:p>
      <w:r>
        <w:rPr>
          <w:b/>
        </w:rPr>
        <w:t xml:space="preserve">[09:10] </w:t>
      </w:r>
      <w:r>
        <w:t>aik lahore ke aik sahib thay, unhon ne aik article likha tha ke quran has to be revealed today.</w:t>
      </w:r>
    </w:p>
    <w:p>
      <w:pPr>
        <w:jc w:val="right"/>
      </w:pPr>
      <w:r>
        <w:t>ایک لاہور کے ایک صاحب تھے، انہوں نے ایک آرٹیکل لکھا تھا کہ قرآن Has to be Revealed Today۔</w:t>
      </w:r>
    </w:p>
    <w:p>
      <w:r>
        <w:rPr>
          <w:b/>
        </w:rPr>
        <w:t xml:space="preserve">[09:20] </w:t>
      </w:r>
      <w:r>
        <w:t>quran ko phir se utarna chahiye. yeh bhi acceptable nahi hai. quran has to be revealed today.</w:t>
      </w:r>
    </w:p>
    <w:p>
      <w:pPr>
        <w:jc w:val="right"/>
      </w:pPr>
      <w:r>
        <w:t>قرآن کو پھر سے اترنا چاہیے۔ یہ بھی Acceptable نہیں ہے۔ قرآن Has to be Revealed Today۔</w:t>
      </w:r>
    </w:p>
    <w:p>
      <w:r>
        <w:rPr>
          <w:b/>
        </w:rPr>
        <w:t xml:space="preserve">[09:31] </w:t>
      </w:r>
      <w:r>
        <w:t>mein samajhta hoon ke is ke sahi lafz jo hai woh redefinition hai. ke islam ko redefine karna. definition ka matlab kya hota hai?</w:t>
      </w:r>
    </w:p>
    <w:p>
      <w:pPr>
        <w:jc w:val="right"/>
      </w:pPr>
      <w:r>
        <w:t>میں سمجھتا ہوں کہ اس کے صحیح لفظ جو ہے وہ Redefinition ہے۔ کہ اسلام کو Redefine کرنا۔ Definition کا مطلب کیا ہوتا ہے؟</w:t>
      </w:r>
    </w:p>
    <w:p>
      <w:r>
        <w:rPr>
          <w:b/>
        </w:rPr>
        <w:t xml:space="preserve">[09:41] </w:t>
      </w:r>
      <w:r>
        <w:t>definition ka matlab hota hai kisi cheez ko theek theek waise hi bayan karna jaisa ke woh hai. as it is. woh hoti hai definition. to redefine karne ke ma'ani hain ke isi cheez ko phir se bayan karo.</w:t>
      </w:r>
    </w:p>
    <w:p>
      <w:pPr>
        <w:jc w:val="right"/>
      </w:pPr>
      <w:r>
        <w:t>Definition کا مطلب ہوتا ہے کسی چیز کو ٹھیک ٹھیک ویسے ہی بیان کرنا جیسا کہ وہ ہے۔ As it is۔ وہ ہوتی ہے Definition۔ تو Redefine کرنے کے معنی ہیں کہ اسی چیز کو پھر سے بیان کرو۔</w:t>
      </w:r>
    </w:p>
    <w:p>
      <w:r>
        <w:rPr>
          <w:b/>
        </w:rPr>
        <w:t xml:space="preserve">[09:55] </w:t>
      </w:r>
      <w:r>
        <w:t>naye term mein, naye shabdon mein, nayi istalahon mein. cheez wohi ho lekin term badal jayen, alfaaz badal jayen, shabd badal jayen.</w:t>
      </w:r>
    </w:p>
    <w:p>
      <w:pPr>
        <w:jc w:val="right"/>
      </w:pPr>
      <w:r>
        <w:t>نئے Term میں، نئے शब्दوں میں، نئی اصطلاحوں میں۔ چیز وہی ہو لیکن Term بدل جائیں، الفاظ بدل جائیں، शब्द بدل جائیں۔</w:t>
      </w:r>
    </w:p>
    <w:p>
      <w:r>
        <w:rPr>
          <w:b/>
        </w:rPr>
        <w:t xml:space="preserve">[10:08] </w:t>
      </w:r>
      <w:r>
        <w:t>yeh hai redefinition. to islam mein dekhen revision to hai nahi, amendment to hai nahi. lekin redefinition islam mein poori tarah maujood hai.</w:t>
      </w:r>
    </w:p>
    <w:p>
      <w:pPr>
        <w:jc w:val="right"/>
      </w:pPr>
      <w:r>
        <w:t>یہ ہے Redefinition۔ تو اسلام میں دیکھیں Revision تو ہے نہیں، Amendment تو ہے نہیں۔ لیکن Redefinition اسلام میں پوری طرح موجود ہے۔</w:t>
      </w:r>
    </w:p>
    <w:p>
      <w:r>
        <w:rPr>
          <w:b/>
        </w:rPr>
        <w:t xml:space="preserve">[10:21] </w:t>
      </w:r>
      <w:r>
        <w:t>aur isi ko in logon ne, hamare ulma ne, yeh in ki bohat bari bhool hai ke woh zamana jis mein sawal zaroorat thi ke islam ko redefine kare woh, redefine nahi kar sake.</w:t>
      </w:r>
    </w:p>
    <w:p>
      <w:pPr>
        <w:jc w:val="right"/>
      </w:pPr>
      <w:r>
        <w:t>اور اسی کو ان لوگوں نے، ہمارے علماء نے، یہ ان کی بہت بڑی بھول ہے کہ وہ زمانہ جس میں سوال ضرورت تھی کہ اسلام کو Redefine کرے وہ، Redefine نہیں کر سکے۔</w:t>
      </w:r>
    </w:p>
    <w:p>
      <w:r>
        <w:rPr>
          <w:b/>
        </w:rPr>
        <w:t xml:space="preserve">[10:35] </w:t>
      </w:r>
      <w:r>
        <w:t>to aaj tak woh masla chala ja raha hai. Islam logon ko Unfit lagta hai. jabki Redefine karna jo hai yeh Islam ki tareekh se sabit hai.</w:t>
      </w:r>
    </w:p>
    <w:p>
      <w:pPr>
        <w:jc w:val="right"/>
      </w:pPr>
      <w:r>
        <w:t>تو آج تک وہ مسئلہ چلا جا رہا ہے۔ اسلام لوگوں کو Unfit لگتا ہے۔ جبکہ Redefine کرنا جو ہے یہ اسلام کی تاریخ سے ثابت ہے۔</w:t>
      </w:r>
    </w:p>
    <w:p>
      <w:r>
        <w:rPr>
          <w:b/>
        </w:rPr>
        <w:t xml:space="preserve">[10:47] </w:t>
      </w:r>
      <w:r>
        <w:t>pichhle paighambaron ne bhi Redefine kiya. Rasool Allah ne kiya, Sahaba ne kiya. main ek misaal deta hoon. Quran mein hai ke Hazrat Ibrahim (AS) jo chaar hazar saal pehle aaye,</w:t>
      </w:r>
    </w:p>
    <w:p>
      <w:pPr>
        <w:jc w:val="right"/>
      </w:pPr>
      <w:r>
        <w:t>پچھلے پیغمبروں نے بھی Redefine کیا۔ رسول اللہ نے کیا، صحابہ نے کیا۔ میں ایک مثال دیتا ہوں۔ قرآن میں ہے کہ حضرت ابراہیم علیہ السلام جو چار ہزار سال پہلے آئے،</w:t>
      </w:r>
    </w:p>
    <w:p>
      <w:r>
        <w:rPr>
          <w:b/>
        </w:rPr>
        <w:t xml:space="preserve">[11:03] </w:t>
      </w:r>
      <w:r>
        <w:t>woh paighambar the woh. woh Iraq mein aaye. to wahan par ek badshah hota tha jis ka naam tha Namrood.</w:t>
      </w:r>
    </w:p>
    <w:p>
      <w:pPr>
        <w:jc w:val="right"/>
      </w:pPr>
      <w:r>
        <w:t>وہ پیغمبر تھے وہ۔ وہ عراق میں آئے۔ تو وہاں پر ایک بادشاہ ہوتا تھا جس کا نام تھا نمرود۔</w:t>
      </w:r>
    </w:p>
    <w:p>
      <w:r>
        <w:rPr>
          <w:b/>
        </w:rPr>
        <w:t xml:space="preserve">[11:12] </w:t>
      </w:r>
      <w:r>
        <w:t>N-E-M-R-U-D. to woh apne ko ooncha samajhta tha, Khuda hone ka dawa karta tha woh.</w:t>
      </w:r>
    </w:p>
    <w:p>
      <w:pPr>
        <w:jc w:val="right"/>
      </w:pPr>
      <w:r>
        <w:t>N-E-M-R-U-D۔ تو وہ اپنے کو اونچا سمجھتا تھا، خدا ہونے کا دعویٰ کرتا تھا وہ۔</w:t>
      </w:r>
    </w:p>
    <w:p>
      <w:r>
        <w:rPr>
          <w:b/>
        </w:rPr>
        <w:t xml:space="preserve">[11:21] </w:t>
      </w:r>
      <w:r>
        <w:t>pehle zamane mein aap jante hain ke badshah log jo hain woh Khudai ka dawa karne lagte the. ab to woh zamana khatm hoga Democracy ke baad. to Hazrat Ibrahim jab us ke saamne gaye Tauheed ka paigham le kar</w:t>
      </w:r>
    </w:p>
    <w:p>
      <w:pPr>
        <w:jc w:val="right"/>
      </w:pPr>
      <w:r>
        <w:t>پہلے زمانے میں آپ جانتے ہیں کہ بادشاہ لوگ جو ہیں وہ خدائی کا دعویٰ کرنے لگتے تھے۔ اب تو وہ زمانہ ختم ہوگا Democracy کے بعد۔ تو حضرت ابراہیم جب اس کے سامنے گئے توحید کا پیغام لے کر</w:t>
      </w:r>
    </w:p>
    <w:p>
      <w:r>
        <w:rPr>
          <w:b/>
        </w:rPr>
        <w:t xml:space="preserve">[11:39] </w:t>
      </w:r>
      <w:r>
        <w:t>to us ne poocha kya paigham tumhara hai? to badshah se aur Hazrat Ibrahim se baat cheet hui.</w:t>
      </w:r>
    </w:p>
    <w:p>
      <w:pPr>
        <w:jc w:val="right"/>
      </w:pPr>
      <w:r>
        <w:t>تو اس نے پوچھا کیا پیغام تمہارا ہے؟ تو بادشاہ سے اور حضرت ابراہیم سے بات چیت ہوئی۔</w:t>
      </w:r>
    </w:p>
    <w:p>
      <w:r>
        <w:rPr>
          <w:b/>
        </w:rPr>
        <w:t xml:space="preserve">[11:52] </w:t>
      </w:r>
      <w:r>
        <w:t>to is mein Hazrat Ibrahim ne yeh kaha ke Khuda, mera Khuda woh hai jo jilata hai aur marta hai. Yahya wa Yameet.</w:t>
      </w:r>
    </w:p>
    <w:p>
      <w:pPr>
        <w:jc w:val="right"/>
      </w:pPr>
      <w:r>
        <w:t>تو اس میں حضرت ابراہیم نے یہ کہا کہ خدا، میرا خدا وہ ہے جو جلاتا ہے اور مارتا ہے۔ یحییٰ ویمیر۔</w:t>
      </w:r>
    </w:p>
    <w:p>
      <w:r>
        <w:rPr>
          <w:b/>
        </w:rPr>
        <w:t xml:space="preserve">[12:04] </w:t>
      </w:r>
      <w:r>
        <w:t>to badshah ne kaha yeh to main bhi karta hoon. jis ko chahoon zinda rakhoon, jis ko chahoon marwa doon. phir Hazrat Ibrahim ne doosri daleel di.</w:t>
      </w:r>
    </w:p>
    <w:p>
      <w:pPr>
        <w:jc w:val="right"/>
      </w:pPr>
      <w:r>
        <w:t>تو بادشاہ نے کہا یہ تو میں بھی کرتا ہوں۔ جس کو چاہوں زندہ رکھوں، جس کو چاہوں مروا دوں۔ پھر حضرت ابراہیم نے دوسری دلیل دی۔</w:t>
      </w:r>
    </w:p>
    <w:p>
      <w:r>
        <w:rPr>
          <w:b/>
        </w:rPr>
        <w:t xml:space="preserve">[12:13] </w:t>
      </w:r>
      <w:r>
        <w:t>Allah nikalta hai Suraj ko Mashriq se, East se, tum is ko Maghrib se nikal do.</w:t>
      </w:r>
    </w:p>
    <w:p>
      <w:pPr>
        <w:jc w:val="right"/>
      </w:pPr>
      <w:r>
        <w:t>اللہ نکالتا ہے سورج کو مشرق سے، East سے، تم اس کو مغرب سے نکال دو۔</w:t>
      </w:r>
    </w:p>
    <w:p>
      <w:r>
        <w:rPr>
          <w:b/>
        </w:rPr>
        <w:t xml:space="preserve">[12:24] </w:t>
      </w:r>
      <w:r>
        <w:t>ab aaj ke zamane mein aaj ka insaan kehta hai ke yeh to purane zamane ki kitaab hai. jab duniya mein Geocentric Theory chalti thi. kyunke aaj ka insaan nahin manta ke Suraj kahin se nikalta hai, kahin doobta hai.</w:t>
      </w:r>
    </w:p>
    <w:p>
      <w:pPr>
        <w:jc w:val="right"/>
      </w:pPr>
      <w:r>
        <w:t>اب آج کے زمانے میں آج کا انسان کہتا ہے کہ یہ تو پرانے زمانے کی کتاب ہے۔ جب دنیا میں Geocentric Theory چلتی تھی۔ کیونکہ آج کا انسان نہیں مانتا کہ سورج کہیں سے نکلتا ہے، کہیں ڈوبتا ہے۔</w:t>
      </w:r>
    </w:p>
    <w:p>
      <w:r>
        <w:rPr>
          <w:b/>
        </w:rPr>
        <w:t xml:space="preserve">[12:39] </w:t>
      </w:r>
      <w:r>
        <w:t>yeh jo Phenomena hai, nikalna aur doobna, Sunrise aur Sunset. pehle zamane mein samjha jata tha ke Suraj nikalta hai, Suraj doobta hai.</w:t>
      </w:r>
    </w:p>
    <w:p>
      <w:pPr>
        <w:jc w:val="right"/>
      </w:pPr>
      <w:r>
        <w:t>یہ جو Phenomena ہے، نکلنا اور ڈوبنا، Sunrise اور Sunset۔ پہلے زمانے میں سمجھا جاتا تھا کہ سورج نکلتا ہے، سورج ڈوبتا ہے۔</w:t>
      </w:r>
    </w:p>
    <w:p>
      <w:r>
        <w:rPr>
          <w:b/>
        </w:rPr>
        <w:t xml:space="preserve">[12:49] </w:t>
      </w:r>
      <w:r>
        <w:t>ab nahin mana jata hai is ko. to Geocentric thi thi theory thi pehle, woh Discard ho gayi. to is ko le kar kuch log yeh samajhte hain ke Islam is zamane mein aaya jabke</w:t>
      </w:r>
    </w:p>
    <w:p>
      <w:pPr>
        <w:jc w:val="right"/>
      </w:pPr>
      <w:r>
        <w:t>اب نہیں مانا جاتا ہے اس کو۔ تو Geocentric تھی تھیوری تھی پہلے، وہ Discard ہو گئی۔ تو اس کو لے کر کچھ لوگ یہ سمجھتے ہیں کہ اسلام اس زمانے میں آیا جبکہ</w:t>
      </w:r>
    </w:p>
    <w:p>
      <w:r>
        <w:rPr>
          <w:b/>
        </w:rPr>
        <w:t xml:space="preserve">[13:06] </w:t>
      </w:r>
      <w:r>
        <w:t>Geocentric Theory ka zamana tha. ab hum Heliocentric zamane mein jee rahe hain. lekin yeh baat aisi nahin hai. yeh masla hai Redefine karne ka.</w:t>
      </w:r>
    </w:p>
    <w:p>
      <w:pPr>
        <w:jc w:val="right"/>
      </w:pPr>
      <w:r>
        <w:t>Geocentric Theory کا زمانہ تھا۔ اب ہم Heliocentric زمانے میں جی رہے ہیں۔ لیکن یہ بات ایسی نہیں ہے۔ یہ مسئلہ ہے Redefine کرنے کا۔</w:t>
      </w:r>
    </w:p>
    <w:p>
      <w:r>
        <w:rPr>
          <w:b/>
        </w:rPr>
        <w:t xml:space="preserve">[13:18] </w:t>
      </w:r>
      <w:r>
        <w:t>Redefine karne ka. yaani aaj aap yeh kahenge ke Hazrat Ibrahim ne jo farmaya tha</w:t>
      </w:r>
    </w:p>
    <w:p>
      <w:pPr>
        <w:jc w:val="right"/>
      </w:pPr>
      <w:r>
        <w:t>Redefine کرنے کا۔ یعنی آج آپ یہ کہیں گے کہ حضرت ابراہیم نے جو فرمایا تھا</w:t>
      </w:r>
    </w:p>
    <w:p>
      <w:r>
        <w:rPr>
          <w:b/>
        </w:rPr>
        <w:t xml:space="preserve">[13:25] </w:t>
      </w:r>
      <w:r>
        <w:t>to is ka matlab kya tha? ke jo shamsi nizam hai, jo Solar System hai, us mein to tabdeeli lao.</w:t>
      </w:r>
    </w:p>
    <w:p>
      <w:pPr>
        <w:jc w:val="right"/>
      </w:pPr>
      <w:r>
        <w:t>تو اس کا مطلب کیا تھا؟ کہ جو شمسی نظام ہے، جو Solar System ہے، اس میں تو تبدیلی لاؤ۔</w:t>
      </w:r>
    </w:p>
    <w:p>
      <w:r>
        <w:rPr>
          <w:b/>
        </w:rPr>
        <w:t xml:space="preserve">[13:37] </w:t>
      </w:r>
      <w:r>
        <w:t>masla shamsi nizam mein ya Solar System mein tabdeeli lane ka tha woh. aaj hum jante hain ke jo subah aur shaam jo hai woh zameen ke apne ghoomne par hoti hai.</w:t>
      </w:r>
    </w:p>
    <w:p>
      <w:pPr>
        <w:jc w:val="right"/>
      </w:pPr>
      <w:r>
        <w:t>مسئلہ شمسی نظام میں یا Solar System میں تبدیلی لانے کا تھا وہ۔ آج ہم جانتے ہیں کہ جو صبح اور شام جو ہے وہ زمین کے اپنے گھومنے پر ہوتی ہے۔</w:t>
      </w:r>
    </w:p>
    <w:p>
      <w:r>
        <w:rPr>
          <w:b/>
        </w:rPr>
        <w:t xml:space="preserve">[13:54] </w:t>
      </w:r>
      <w:r>
        <w:t>zameen apne Axis par ghoomti hai, usi se subah shaam hota hai, raat din aate hain. to poora ek Solar System hai. to Hazrat Ibrahim ne jo kaha is ka Redefinition yeh hai is ki ke aap yeh kahen ke woh baat aaj badli nahin, Revise karne ki zaroorat nahin hai, sirf Redefine karne ki zaroorat hai.</w:t>
      </w:r>
    </w:p>
    <w:p>
      <w:pPr>
        <w:jc w:val="right"/>
      </w:pPr>
      <w:r>
        <w:t>زمین اپنے Axis پر گھومتی ہے، اسی سے صبح شام ہوتا ہے، رات دن آتے ہیں۔ تو پورا ایک Solar System ہے۔ تو حضرت ابراہیم نے جو کہا اس کا Redefinition یہ ہے اس کی کہ آپ یہ کہیں کہ وہ بات آج بدلی نہیں، Revise کرنے کی ضرورت نہیں ہے، صرف Redefine کرنے کی ضرورت ہے۔</w:t>
      </w:r>
    </w:p>
    <w:p>
      <w:r>
        <w:rPr>
          <w:b/>
        </w:rPr>
        <w:t xml:space="preserve">[14:18] </w:t>
      </w:r>
      <w:r>
        <w:t>ke wahan par lafz Shams hai. aap kahen ke is se murad hai shamsi nizam, Solar System. ke Khuda ek Solar System qaim kiye hue hai.</w:t>
      </w:r>
    </w:p>
    <w:p>
      <w:pPr>
        <w:jc w:val="right"/>
      </w:pPr>
      <w:r>
        <w:t>کہ وہاں پر لفظ شمس ہے۔ آپ کہیں کہ اس سے مراد ہے شمسی نظام، Solar System۔ کہ خدا ایک Solar System قائم کیے ہوئے ہے۔</w:t>
      </w:r>
    </w:p>
    <w:p>
      <w:r>
        <w:rPr>
          <w:b/>
        </w:rPr>
        <w:t xml:space="preserve">[14:29] </w:t>
      </w:r>
      <w:r>
        <w:t>tum is ko badal do. is ka naya nizam bana do. to aaj bhi Fubut al-Nazir kufr hoga ke insaan samjhega ke yeh to hamare bas mein nahin hai.</w:t>
      </w:r>
    </w:p>
    <w:p>
      <w:pPr>
        <w:jc w:val="right"/>
      </w:pPr>
      <w:r>
        <w:t>تم اس کو بدل دو۔ اس کا نیا نظام بنا دو۔ تو آج بھی فبوت النذیر کفر ہوگا کہ انسان سمجھے گا کہ یہ تو ہمارے بس میں نہیں ہے۔</w:t>
      </w:r>
    </w:p>
    <w:p>
      <w:r>
        <w:rPr>
          <w:b/>
        </w:rPr>
        <w:t xml:space="preserve">[14:43] </w:t>
      </w:r>
      <w:r>
        <w:t>to main samajhta hoon ke yeh kaam na hona, yaani Islam ko Redefine na karna Modern World ke hisab se yeh bohat bari bhool thi jis ki wajah se hum is ki Price hum de rahe hain ke duniya bhar mein Musalman jo hain samjha jata hai ke yeh to Backward log hain.</w:t>
      </w:r>
    </w:p>
    <w:p>
      <w:pPr>
        <w:jc w:val="right"/>
      </w:pPr>
      <w:r>
        <w:t>تو میں سمجھتا ہوں کہ یہ کام نہ ہونا، یعنی اسلام کو Redefine نہ کرنا Modern World کے حساب سے یہ بہت بڑی بھول تھی جس کی وجہ سے ہم اس کی Price ہم دے رہے ہیں کہ دنیا بھر میں مسلمان جو ہیں سمجھا جاتا ہے کہ یہ تو Backward لوگ ہیں۔</w:t>
      </w:r>
    </w:p>
    <w:p>
      <w:r>
        <w:rPr>
          <w:b/>
        </w:rPr>
        <w:t xml:space="preserve">[15:00] </w:t>
      </w:r>
      <w:r>
        <w:t>Modern World mein Unfit hain yeh. yeh Relevance in ka khatm ho gaya hai.</w:t>
      </w:r>
    </w:p>
    <w:p>
      <w:pPr>
        <w:jc w:val="right"/>
      </w:pPr>
      <w:r>
        <w:t>Modern World میں Unfit ہیں یہ۔ یہ Relevance ان کا ختم ہو گیا ہے۔</w:t>
      </w:r>
    </w:p>
    <w:p>
      <w:r>
        <w:rPr>
          <w:b/>
        </w:rPr>
        <w:t xml:space="preserve">[15:07] </w:t>
      </w:r>
      <w:r>
        <w:t>lekin Redefine karna yeh koi koi koi yeh anokhi baat nahin hai. main aap ko misalein deta hoon Redefine karne ki.</w:t>
      </w:r>
    </w:p>
    <w:p>
      <w:pPr>
        <w:jc w:val="right"/>
      </w:pPr>
      <w:r>
        <w:t>لیکن Redefine کرنا یہ کوئی کوئی کوئی یہ انوکھی بات نہیں ہے۔ میں آپ کو مثالیں دیتا ہوں Redefine کرنے کی۔</w:t>
      </w:r>
    </w:p>
    <w:p>
      <w:r>
        <w:rPr>
          <w:b/>
        </w:rPr>
        <w:t xml:space="preserve">[15:18] </w:t>
      </w:r>
      <w:r>
        <w:t>dekhen Hazrat Yusuf (AS) ko lijiye aap. Hazrat Yusuf (AS) paighambari khandan mein paida hue.</w:t>
      </w:r>
    </w:p>
    <w:p>
      <w:pPr>
        <w:jc w:val="right"/>
      </w:pPr>
      <w:r>
        <w:t>دیکھیں حضرت یوسف علیہ السلام کو لیجیے آپ۔ حضرت یوسف علیہ السلام پیغمبری خاندان میں پیدا ہوئے۔</w:t>
      </w:r>
    </w:p>
    <w:p>
      <w:r>
        <w:rPr>
          <w:b/>
        </w:rPr>
        <w:t xml:space="preserve">[15:29] </w:t>
      </w:r>
      <w:r>
        <w:t>un ke khandan mein kai log paighambar hue the. is khandan mein woh paida hue. to unhein bachpan se taleem mili thi Tauheed ki.</w:t>
      </w:r>
    </w:p>
    <w:p>
      <w:pPr>
        <w:jc w:val="right"/>
      </w:pPr>
      <w:r>
        <w:t>ان کے خاندان میں کئی لوگ پیغمبر ہوئے تھے۔ اس خاندان میں وہ پیدا ہوئے۔ تو انہیں بچپن سے تعلیم ملی تھی توحید کی۔</w:t>
      </w:r>
    </w:p>
    <w:p>
      <w:r>
        <w:rPr>
          <w:b/>
        </w:rPr>
        <w:t xml:space="preserve">[15:39] </w:t>
      </w:r>
      <w:r>
        <w:t>ke Shirk jo hai batil hai, Tauheed jo hai woh haq hai.</w:t>
      </w:r>
    </w:p>
    <w:p>
      <w:pPr>
        <w:jc w:val="right"/>
      </w:pPr>
      <w:r>
        <w:t>کہ شرک جو ہے باطل ہے، توحید جو ہے وہ حق ہے۔</w:t>
      </w:r>
    </w:p>
    <w:p>
      <w:r>
        <w:rPr>
          <w:b/>
        </w:rPr>
        <w:t xml:space="preserve">[15:45] </w:t>
      </w:r>
      <w:r>
        <w:t>woh khud bhi peghambar hue. toh woh paida hue the Kanaan mein. jo Falasteen aur Shaam ke darmiyan waqe hai.</w:t>
      </w:r>
    </w:p>
    <w:p>
      <w:pPr>
        <w:jc w:val="right"/>
      </w:pPr>
      <w:r>
        <w:t>وہ خود بھی پیغمبر ہوئے۔ تو وہ پیدا ہوئے تھے کنعان میں۔ جو فلسطین اور شام کے درمیان واقع ہے۔</w:t>
      </w:r>
    </w:p>
    <w:p>
      <w:r>
        <w:rPr>
          <w:b/>
        </w:rPr>
        <w:t xml:space="preserve">[15:56] </w:t>
      </w:r>
      <w:r>
        <w:t>phir wahan se aise halaat paida hue ke woh Misr pahunch gaye, Egypt. Egypt mein is waqt jab woh aaye gaye the, wahan saade teen hazar saal pehle.</w:t>
      </w:r>
    </w:p>
    <w:p>
      <w:pPr>
        <w:jc w:val="right"/>
      </w:pPr>
      <w:r>
        <w:t>پھر وہاں سے ایسے حالات پیدا ہوئے کہ وہ مصر پہنچ گئے، Egypt۔ Egypt میں اس وقت جب وہ آئے گئے تھے، وہاں ساڑھے تین ہزار سال پہلے۔</w:t>
      </w:r>
    </w:p>
    <w:p>
      <w:r>
        <w:rPr>
          <w:b/>
        </w:rPr>
        <w:t xml:space="preserve">[16:08] </w:t>
      </w:r>
      <w:r>
        <w:t>wahan par ek Family Rule karti thi, us ko kehte hain Hicsos Kings. H-Y-K-S-O-S, Hicsos King.</w:t>
      </w:r>
    </w:p>
    <w:p>
      <w:pPr>
        <w:jc w:val="right"/>
      </w:pPr>
      <w:r>
        <w:t>وہاں پر ایک Family Rule کرتی تھی، اس کو کہتے ہیں Hicsos Kings۔ H-Y-K-S-O-S، Hicsos King۔</w:t>
      </w:r>
    </w:p>
    <w:p>
      <w:r>
        <w:rPr>
          <w:b/>
        </w:rPr>
        <w:t xml:space="preserve">[16:21] </w:t>
      </w:r>
      <w:r>
        <w:t>woh mushrik log the woh. woh mushrik log the. toh Hazrat Yusuf ki jo taleem mili thi apne</w:t>
      </w:r>
    </w:p>
    <w:p>
      <w:pPr>
        <w:jc w:val="right"/>
      </w:pPr>
      <w:r>
        <w:t>وہ مشرک لوگ تھے وہ۔ وہ مشرک لوگ تھے۔ تو حضرت یوسف کی جو تعلیم ملی تھی اپنے</w:t>
      </w:r>
    </w:p>
    <w:p>
      <w:r>
        <w:rPr>
          <w:b/>
        </w:rPr>
        <w:t xml:space="preserve">[16:32] </w:t>
      </w:r>
      <w:r>
        <w:t>Hazrat Ibrahim se, apne baap Yaqoob se, poori Family se, khud peghambar hi bane woh. toh shirk jo hai woh batil hai.</w:t>
      </w:r>
    </w:p>
    <w:p>
      <w:pPr>
        <w:jc w:val="right"/>
      </w:pPr>
      <w:r>
        <w:t>حضرت ابراہیم سے، اپنے باپ یعقوب سے، پوری Family سے، خود پیغمبر ہی بنے وہ۔ تو شرک جو ہے وہ باطل ہے۔</w:t>
      </w:r>
    </w:p>
    <w:p>
      <w:r>
        <w:rPr>
          <w:b/>
        </w:rPr>
        <w:t xml:space="preserve">[16:43] </w:t>
      </w:r>
      <w:r>
        <w:t>tauheed jo hai woh haq hai. ab wahan par dekhen Egypt mein kya hua? un ko ek khaas mauqe par aisa Offer mila badshah ki taraf se ke jis ko aaj kal ke zabaan mein hum kahein ke Food Department ya Agricultural Department.</w:t>
      </w:r>
    </w:p>
    <w:p>
      <w:pPr>
        <w:jc w:val="right"/>
      </w:pPr>
      <w:r>
        <w:t>توحید جو ہے وہ حق ہے۔ اب وہاں پر دیکھیں Egypt میں کیا ہوا؟ ان کو ایک خاص موقع پر ایسا Offer ملا بادشاہ کی طرف سے کہ جس کو آج کل کے زبان میں ہم کہیں کہ Food Department یا Agricultural Department۔</w:t>
      </w:r>
    </w:p>
    <w:p>
      <w:r>
        <w:rPr>
          <w:b/>
        </w:rPr>
        <w:t xml:space="preserve">[17:03] </w:t>
      </w:r>
      <w:r>
        <w:t>aap qabool kar lijiyey. qadeem zamane, aaj ke lihaaz se aap na dekhen, aaj ke zamane se Food Department ek chhota sa Department hai. Agricultural ek chhota sa Department hai.</w:t>
      </w:r>
    </w:p>
    <w:p>
      <w:pPr>
        <w:jc w:val="right"/>
      </w:pPr>
      <w:r>
        <w:t>آپ قبول کر لیجیے۔ قدیم زمانے، آج کے لحاظ سے آپ نہ دیکھیں، آج کے زمانے سے Food Department ایک چھوٹا سا Department ہے۔ Agricultural ایک چھوٹا سا Department ہے۔</w:t>
      </w:r>
    </w:p>
    <w:p>
      <w:r>
        <w:rPr>
          <w:b/>
        </w:rPr>
        <w:t xml:space="preserve">[17:15] </w:t>
      </w:r>
      <w:r>
        <w:t>lekin woh tha Agricultural Period, zarai zamana. jab sab kuch Agriculture hoti thi. yaani badshahon ke badshahi bhi isi par qaim thi,</w:t>
      </w:r>
    </w:p>
    <w:p>
      <w:pPr>
        <w:jc w:val="right"/>
      </w:pPr>
      <w:r>
        <w:t>لیکن وہ تھا Agricultural Period، زرعی زمانہ۔ جب سب کچھ Agriculture ہوتی تھی۔ یعنی بادشاہوں کے بادشاہی بھی اسی پر قائم تھی،</w:t>
      </w:r>
    </w:p>
    <w:p>
      <w:r>
        <w:rPr>
          <w:b/>
        </w:rPr>
        <w:t xml:space="preserve">[17:28] </w:t>
      </w:r>
      <w:r>
        <w:t>Agriculture par. toh is zamane ke lihaaz se agar aap dekhen toh Hazrat Yusuf ko jo Offer mila ke Agricultural Department ya zarai Department ya Food Ministry, woh us waqt ka gaya wazeer-e-azam ke barabar uhda tha woh.</w:t>
      </w:r>
    </w:p>
    <w:p>
      <w:pPr>
        <w:jc w:val="right"/>
      </w:pPr>
      <w:r>
        <w:t>Agriculture پر۔ تو اس زمانے کے لحاظ سے اگر آپ دیکھیں تو حضرت یوسف کو جو Offer ملا کہ Agricultural Department یا زرعی Department یا Food Ministry، وہ اس وقت کا گیا وزیراعظم کے برابر عہدہ تھا وہ۔</w:t>
      </w:r>
    </w:p>
    <w:p>
      <w:r>
        <w:rPr>
          <w:b/>
        </w:rPr>
        <w:t xml:space="preserve">[17:52] </w:t>
      </w:r>
      <w:r>
        <w:t>aaj kal ke lihaaz se samjhen toh woh gaya Prime Ministry, un ko pesh ki gayi.</w:t>
      </w:r>
    </w:p>
    <w:p>
      <w:pPr>
        <w:jc w:val="right"/>
      </w:pPr>
      <w:r>
        <w:t>آج کل کے لحاظ سے سمجھیں تو وہ گیا Prime Ministry، ان کو پیش کی گئی۔</w:t>
      </w:r>
    </w:p>
    <w:p>
      <w:r>
        <w:rPr>
          <w:b/>
        </w:rPr>
        <w:t xml:space="preserve">[17:59] </w:t>
      </w:r>
      <w:r>
        <w:t>toh agar woh yeh kehte ke nahi mujhe toh mushrik badshah se ladna hai. main tauheed par hoon, mujhe toh shirk se main Compromise nahi kar sakta.</w:t>
      </w:r>
    </w:p>
    <w:p>
      <w:pPr>
        <w:jc w:val="right"/>
      </w:pPr>
      <w:r>
        <w:t>تو اگر وہ یہ کہتے کہ نہیں مجھے تو مشرک بادشاہ سے لڑنا ہے۔ میں توحید پر ہوں، مجھے تو شرک سے میں Compromise نہیں کر سکتا۔</w:t>
      </w:r>
    </w:p>
    <w:p>
      <w:r>
        <w:rPr>
          <w:b/>
        </w:rPr>
        <w:t xml:space="preserve">[18:11] </w:t>
      </w:r>
      <w:r>
        <w:t>toh kya hota sab kuch Jeopardize ho jata. toh unhon ne Redefine kiya gaya. jo taleem mili thi Family se un ko ke sab se bari cheez hai tauheed hai aur sab se zyada Evil jo hai sab se bara woh shirk hai.</w:t>
      </w:r>
    </w:p>
    <w:p>
      <w:pPr>
        <w:jc w:val="right"/>
      </w:pPr>
      <w:r>
        <w:t>تو کیا ہوتا سب کچھ Jeopardize ہو جاتا۔ تو انہوں نے Redefine کیا گیا۔ جو تعلیم ملی تھی Family سے ان کو کہ سب سے بڑی چیز ہے توحید ہے اور سب سے زیادہ Evil جو ہے سب سے بڑا وہ شرک ہے۔</w:t>
      </w:r>
    </w:p>
    <w:p>
      <w:r>
        <w:rPr>
          <w:b/>
        </w:rPr>
        <w:t xml:space="preserve">[18:30] </w:t>
      </w:r>
      <w:r>
        <w:t>woh Redefine kiya unhon ne is ko. ke makhsoos halaat mein agar hum is ko Tolerate kar lein toh bohat bari Opportunity hamein mil rahi hai.</w:t>
      </w:r>
    </w:p>
    <w:p>
      <w:pPr>
        <w:jc w:val="right"/>
      </w:pPr>
      <w:r>
        <w:t>وہ Redefine کیا انہوں نے اس کو۔ کہ مخصوص حالات میں اگر ہم اس کو Tolerate کر لیں تو بہت بڑی Opportunity ہمیں مل رہی ہے۔</w:t>
      </w:r>
    </w:p>
    <w:p>
      <w:r>
        <w:rPr>
          <w:b/>
        </w:rPr>
        <w:t xml:space="preserve">[18:40] </w:t>
      </w:r>
      <w:r>
        <w:t>is Opportunity ko Avail karne ke liye ke main ek mulk ka Prime Minister ban sakta hoon, agar itni si baat par ke main is ke Political Power ko Challenge na karoon.</w:t>
      </w:r>
    </w:p>
    <w:p>
      <w:pPr>
        <w:jc w:val="right"/>
      </w:pPr>
      <w:r>
        <w:t>اس Opportunity کو Avail کرنے کے لیے کہ میں ایک ملک کا Prime Minister بن سکتا ہوں، اگر اتنی سی بات پر کہ میں اس کے Political Power کو Challenge نہ کروں۔</w:t>
      </w:r>
    </w:p>
    <w:p>
      <w:r>
        <w:rPr>
          <w:b/>
        </w:rPr>
        <w:t xml:space="preserve">[18:52] </w:t>
      </w:r>
      <w:r>
        <w:t>toh Hazrat Yusuf ne Redefine kiya. aur mushrik badshah ko maante hue, is ko takht par rahe, is ko maante hue aap ne is uhde ko qabool kar liya.</w:t>
      </w:r>
    </w:p>
    <w:p>
      <w:pPr>
        <w:jc w:val="right"/>
      </w:pPr>
      <w:r>
        <w:t>تو حضرت یوسف نے Redefine کیا۔ اور مشرک بادشاہ کو مانتے ہوئے، اس کو تخت پر رہے، اس کو مانتے ہوئے آپ نے اس عہدے کو قبول کر لیا۔</w:t>
      </w:r>
    </w:p>
    <w:p>
      <w:r>
        <w:rPr>
          <w:b/>
        </w:rPr>
        <w:t xml:space="preserve">[19:07] </w:t>
      </w:r>
      <w:r>
        <w:t>yeh tha Redefinition ka Case. phir aap dekhen Rasool Allah ke haan bhi dekhen aap. Rasool Allah ke zamane mein jo Kaaba tha woh aaj jaisa nahi tha, aaj jaate hain aap toh Kaaba chokor hai.</w:t>
      </w:r>
    </w:p>
    <w:p>
      <w:pPr>
        <w:jc w:val="right"/>
      </w:pPr>
      <w:r>
        <w:t>یہ تھا Redefinition کا Case۔ پھر آپ دیکھیں رسول اللہ کے ہاں بھی دیکھیں آپ۔ رسول اللہ کے زمانے میں جو کعبہ تھا وہ آج جیسا نہیں تھا، آج جاتے ہیں آپ تو کعبہ چوکور ہے۔</w:t>
      </w:r>
    </w:p>
    <w:p>
      <w:r>
        <w:rPr>
          <w:b/>
        </w:rPr>
        <w:t xml:space="preserve">[19:27] </w:t>
      </w:r>
      <w:r>
        <w:t>Rasool Allah se pehle jab Kaaba banaya tha Hazrat Ibrahim ne, yaani chaar hazar saal pehle. toh Kaaba ek Masjid thi, thori lambi thi woh.</w:t>
      </w:r>
    </w:p>
    <w:p>
      <w:pPr>
        <w:jc w:val="right"/>
      </w:pPr>
      <w:r>
        <w:t>رسول اللہ سے پہلے جب کعبہ بنایا تھا حضرت ابراہیم نے، یعنی چار ہزار سال پہلے۔ تو کعبہ ایک مسجد تھی، تھوڑی لمبی تھی وہ۔</w:t>
      </w:r>
    </w:p>
    <w:p>
      <w:r>
        <w:rPr>
          <w:b/>
        </w:rPr>
        <w:t xml:space="preserve">[19:41] </w:t>
      </w:r>
      <w:r>
        <w:t>phir wahan par toofan aaya, barishain hui, woh gir gaya. kyunke aaj kal ki tarah se pakka imarat toh hoti nahi thi is zamane mein.</w:t>
      </w:r>
    </w:p>
    <w:p>
      <w:pPr>
        <w:jc w:val="right"/>
      </w:pPr>
      <w:r>
        <w:t>پھر وہاں پر طوفان آیا، بارشیں ہوئیں، وہ گر گیا۔ کیونکہ آج کل کی طرح سے پختہ عمارت تو ہوتی نہیں تھی اس زمانے میں۔</w:t>
      </w:r>
    </w:p>
    <w:p>
      <w:r>
        <w:rPr>
          <w:b/>
        </w:rPr>
        <w:t xml:space="preserve">[19:53] </w:t>
      </w:r>
      <w:r>
        <w:t>toh mushrikeen jo the unhi ke paas tawliyat is ki thi, wohi is ke Trustee the, wohi is ko chalate the. unhon ne jo Kaaba ko Rebuild kiya toh is ko unhon ne chokor bana diya.</w:t>
      </w:r>
    </w:p>
    <w:p>
      <w:pPr>
        <w:jc w:val="right"/>
      </w:pPr>
      <w:r>
        <w:t>تو مشرکین جو تھے انہی کے پاس تولیت اس کی تھی، وہی اس کے Trustee تھے، وہی اس کو چلاتے تھے۔ انہوں نے جو کعبہ کو Rebuild کیا تو اس کو انہوں نے چوکور بنا دیا۔</w:t>
      </w:r>
    </w:p>
    <w:p>
      <w:r>
        <w:rPr>
          <w:b/>
        </w:rPr>
        <w:t xml:space="preserve">[20:09] </w:t>
      </w:r>
      <w:r>
        <w:t>ab aap dekhte hain wahan par ke ek hai hissa is ko Hatim kehte hain, Open Area. jo Covered Area hai Kaaba ka is ke paas hi mila hua ek hai Uncovered Area.</w:t>
      </w:r>
    </w:p>
    <w:p>
      <w:pPr>
        <w:jc w:val="right"/>
      </w:pPr>
      <w:r>
        <w:t>اب آپ دیکھتے ہیں وہاں پر کہ ایک ہے حصہ اس کو حتیم کہتے ہیں، Open Area۔ جو Covered Area ہے کعبہ کا اس کے پاس ہی ملا ہوا ایک ہے Uncovered Area۔</w:t>
      </w:r>
    </w:p>
    <w:p>
      <w:r>
        <w:rPr>
          <w:b/>
        </w:rPr>
        <w:t xml:space="preserve">[20:19] </w:t>
      </w:r>
      <w:r>
        <w:t>is ko Hatim kaha jata hai. Hatim jo hai woh Hazrat Ibrahim ke zamane mein Kaaba mein shamil tha.</w:t>
      </w:r>
    </w:p>
    <w:p>
      <w:pPr>
        <w:jc w:val="right"/>
      </w:pPr>
      <w:r>
        <w:t>اس کو حتیم کہا جاتا ہے۔ حتیم جو ہے وہ حضرت ابراہیم کے زمانے میں کعبہ میں شامل تھا۔</w:t>
      </w:r>
    </w:p>
    <w:p>
      <w:r>
        <w:rPr>
          <w:b/>
        </w:rPr>
        <w:t xml:space="preserve">[20:28] </w:t>
      </w:r>
      <w:r>
        <w:t>toh Rasool Allah ko jab Makka fateh ho gaya toh aap ne Hazrat Aisha se kaha ke dekho yeh Kaaba jo hai yeh toh mushrikeen ki buniyad par hai, mushrikeen ke Base par khara hua hai.</w:t>
      </w:r>
    </w:p>
    <w:p>
      <w:pPr>
        <w:jc w:val="right"/>
      </w:pPr>
      <w:r>
        <w:t>تو رسول اللہ کو جب مکہ فتح ہو گیا تو آپ نے حضرت عائشہ سے کہا کہ دیکھو یہ کعبہ جو ہے یہ تو مشرکین کی بنیاد پر ہے، مشرکین کے Base پر کھڑا ہوا ہے۔</w:t>
      </w:r>
    </w:p>
    <w:p>
      <w:r>
        <w:rPr>
          <w:b/>
        </w:rPr>
        <w:t xml:space="preserve">[20:38] </w:t>
      </w:r>
      <w:r>
        <w:t>Hazrat Ibrahim ke Base nahi hai yeh.</w:t>
      </w:r>
    </w:p>
    <w:p>
      <w:pPr>
        <w:jc w:val="right"/>
      </w:pPr>
      <w:r>
        <w:t>حضرت ابراہیم کے Base نہیں ہے یہ۔</w:t>
      </w:r>
    </w:p>
    <w:p>
      <w:r>
        <w:rPr>
          <w:b/>
        </w:rPr>
        <w:t xml:space="preserve">[20:44] </w:t>
      </w:r>
      <w:r>
        <w:t>toh main chahta hoon ke is ko phir se wasee bana doon. toh Hazrat Aisha ne kaha ke kyun nahi karte aap? is ko utha dijiye, utha ke banwa dijiye phir se. toh hum ne kaha ke nahi, is se ek naya fitna khara ho jayega.</w:t>
      </w:r>
    </w:p>
    <w:p>
      <w:pPr>
        <w:jc w:val="right"/>
      </w:pPr>
      <w:r>
        <w:t>تو میں چاہتا ہوں کہ اس کو پھر سے وسیع بنا دوں۔ تو حضرت عائشہ نے کہا کہ کیوں نہیں کرتے آپ؟ اس کو اٹھا دیجیے، اٹھا کے بنوا دیجیے پھر سے۔ تو ہم نے کہا کہ نہیں، اس سے ایک نیا فتنہ کھڑا ہو جائے گا۔</w:t>
      </w:r>
    </w:p>
    <w:p>
      <w:r>
        <w:rPr>
          <w:b/>
        </w:rPr>
        <w:t xml:space="preserve">[20:58] </w:t>
      </w:r>
      <w:r>
        <w:t>kyunke mazhab mein dekhen, mazhab mein aisa hota hai ke har cheez muqaddas ho jati hai kuch din ke baad.</w:t>
      </w:r>
    </w:p>
    <w:p>
      <w:pPr>
        <w:jc w:val="right"/>
      </w:pPr>
      <w:r>
        <w:t>کیونکہ مذہب میں دیکھیں، مذہب میں ایسا ہوتا ہے کہ ہر چیز مقدس ہو جاتی ہے کچھ دن کے بعد۔</w:t>
      </w:r>
    </w:p>
    <w:p>
      <w:r>
        <w:rPr>
          <w:b/>
        </w:rPr>
        <w:t xml:space="preserve">[21:05] </w:t>
      </w:r>
      <w:r>
        <w:t>jaise wahan ek sheher hamare haiderabad mein hai, woh haiderabad mein kaun se maqam par? chhari mubarak ek nikalta hai juloos. to chhari bhi mubarak ho gayi, koi sahib istemal karte the.</w:t>
      </w:r>
    </w:p>
    <w:p>
      <w:pPr>
        <w:jc w:val="right"/>
      </w:pPr>
      <w:r>
        <w:t>جیسے وہاں ایک شعر ہمارے حیدرآباد میں ہے، وہ حیدرآباد میں کون سے مقام پر؟ چھڑی مبارک ایک نکلتا ہے جلوس۔ تو چھڑی بھی مبارک ہو گئی، کوئی صاحب استعمال کرتے تھے۔</w:t>
      </w:r>
    </w:p>
    <w:p>
      <w:r>
        <w:rPr>
          <w:b/>
        </w:rPr>
        <w:t xml:space="preserve">[21:20] </w:t>
      </w:r>
      <w:r>
        <w:t>to har cheez muqaddas ho jati hai. to dandan mubarak aur chhari mubarak aur resh mubarak, yeh sab kya hai? koi bhi cheez jis par sadiyan guzar jayen to muqaddas ho jata hai mazhab mein.</w:t>
      </w:r>
    </w:p>
    <w:p>
      <w:pPr>
        <w:jc w:val="right"/>
      </w:pPr>
      <w:r>
        <w:t>تو ہر چیز مقدس ہو جاتی ہے۔ تو دندان مبارک اور چھڑی مبارک اور ریش مبارک، یہ سب کیا ہے؟ کوئی بھی چیز جس پر صدیاں گزر جائیں تو مقدس ہو جاتا ہے مذہب میں۔</w:t>
      </w:r>
    </w:p>
    <w:p>
      <w:r>
        <w:rPr>
          <w:b/>
        </w:rPr>
        <w:t xml:space="preserve">[21:33] </w:t>
      </w:r>
      <w:r>
        <w:t>to kaba ki woh imarat jo hai mazhab mein mazhabi aitbar se muqaddas ban gayi thi. to aap ne is ko Accept kar liya.</w:t>
      </w:r>
    </w:p>
    <w:p>
      <w:pPr>
        <w:jc w:val="right"/>
      </w:pPr>
      <w:r>
        <w:t>تو کعبہ کی وہ عمارت جو ہے مذہب میں مذہبی اعتبار سے مقدس بن گئی تھی۔ تو آپ نے اس کو Accept کر لیا۔</w:t>
      </w:r>
    </w:p>
    <w:p>
      <w:r>
        <w:rPr>
          <w:b/>
        </w:rPr>
        <w:t xml:space="preserve">[21:41] </w:t>
      </w:r>
      <w:r>
        <w:t>Redefine kiya aap ne. yani hazrat ibrahim ke naqsh-e-taameer ko Redefine kiya aap ne aur Accept kar liya unhon ne mushrikeen ke naqsh-e-taameer ko.</w:t>
      </w:r>
    </w:p>
    <w:p>
      <w:pPr>
        <w:jc w:val="right"/>
      </w:pPr>
      <w:r>
        <w:t>Redefine کیا آپ نے۔ یعنی حضرت ابراہیم کے نقشہ تعمیر کو Redefine کیا آپ نے اور Accept کر لیا انہوں نے مشرکین کے نقشہ تعمیر کو۔</w:t>
      </w:r>
    </w:p>
    <w:p>
      <w:r>
        <w:rPr>
          <w:b/>
        </w:rPr>
        <w:t xml:space="preserve">[21:52] </w:t>
      </w:r>
      <w:r>
        <w:t>That was a case of Redefinition.</w:t>
      </w:r>
    </w:p>
    <w:p>
      <w:pPr>
        <w:jc w:val="right"/>
      </w:pPr>
      <w:r>
        <w:t>That was a case of Redefinition۔</w:t>
      </w:r>
    </w:p>
    <w:p>
      <w:r>
        <w:rPr>
          <w:b/>
        </w:rPr>
        <w:t xml:space="preserve">[21:59] </w:t>
      </w:r>
      <w:r>
        <w:t>aur misaal mein aap deta hoon aap ko.</w:t>
      </w:r>
    </w:p>
    <w:p>
      <w:pPr>
        <w:jc w:val="right"/>
      </w:pPr>
      <w:r>
        <w:t>اور مثال میں آپ دیتا ہوں آپ کو۔</w:t>
      </w:r>
    </w:p>
    <w:p>
      <w:r>
        <w:rPr>
          <w:b/>
        </w:rPr>
        <w:t xml:space="preserve">[22:04] </w:t>
      </w:r>
      <w:r>
        <w:t>rasool Allah ne ek baar aisa hua ke sahaba ke ek group ko bheja bano quraiza mein. bano quraiza is zamane mein ek basti, woh ek qabeela tha yahudiyon ka.</w:t>
      </w:r>
    </w:p>
    <w:p>
      <w:pPr>
        <w:jc w:val="right"/>
      </w:pPr>
      <w:r>
        <w:t>رسول اللہ نے ایک بار ایسا ہوا کہ صحابہ کے ایک گروپ کو بھیجا بنو قریظہ میں۔ بنو قریظہ اس زمانے میں ایک بستی، وہ ایک قبیلہ تھا یہودیوں کا۔</w:t>
      </w:r>
    </w:p>
    <w:p>
      <w:r>
        <w:rPr>
          <w:b/>
        </w:rPr>
        <w:t xml:space="preserve">[22:17] </w:t>
      </w:r>
      <w:r>
        <w:t>to madine se kuch door rehte the woh. to aap ne ek group bheja sahaba ka bano quraiza ki bastiyon ki taraf.</w:t>
      </w:r>
    </w:p>
    <w:p>
      <w:pPr>
        <w:jc w:val="right"/>
      </w:pPr>
      <w:r>
        <w:t>تو مدینے سے کچھ دور رہتے تھے وہ۔ تو آپ نے ایک گروپ بھیجا صحابہ کا بنو قریظہ کی بستیوں کی طرف۔</w:t>
      </w:r>
    </w:p>
    <w:p>
      <w:r>
        <w:rPr>
          <w:b/>
        </w:rPr>
        <w:t xml:space="preserve">[22:28] </w:t>
      </w:r>
      <w:r>
        <w:t>to jaate hue aap ne un ko yeh hidayat kar di ke la yusalliyan ahadukum al-asr illa fi bani quraiza. ke tum mein se koi shakhs asr ki namaz, dekhen unhon ne aap ne bheja tha zuhr ke baad.</w:t>
      </w:r>
    </w:p>
    <w:p>
      <w:pPr>
        <w:jc w:val="right"/>
      </w:pPr>
      <w:r>
        <w:t>تو جاتے ہوئے آپ نے ان کو یہ ہدایت کر دی کہ لا یصلن احدکم العصر الا فی بنی قریظہ۔ کہ تم میں سے کوئی شخص عصر کی نماز، دیکھیں انہوں نے آپ نے بھیجا تھا ظہر کے بعد۔</w:t>
      </w:r>
    </w:p>
    <w:p>
      <w:r>
        <w:rPr>
          <w:b/>
        </w:rPr>
        <w:t xml:space="preserve">[22:46] </w:t>
      </w:r>
      <w:r>
        <w:t>aam taur par wahan is tarah ke waqiat zuhr ke baad hua karte the. to namaz zuhr ada kar ke unhein rawana kiya. aur farmaya ke dekho asr ki namaz tum log parhna us waqt jab tum pahunch jao un ki basti mein.</w:t>
      </w:r>
    </w:p>
    <w:p>
      <w:pPr>
        <w:jc w:val="right"/>
      </w:pPr>
      <w:r>
        <w:t>عام طور پر وہاں اس طرح کے واقعات ظہر کے بعد ہوا کرتے تھے۔ تو نماز ظہر ادا کر کے انہیں روانہ کیا۔ اور فرمایا کہ دیکھو عصر کی نماز تم لوگ پڑھنا اس وقت جب تم پہنچ جاؤ ان کی بستی میں۔</w:t>
      </w:r>
    </w:p>
    <w:p>
      <w:r>
        <w:rPr>
          <w:b/>
        </w:rPr>
        <w:t xml:space="preserve">[23:03] </w:t>
      </w:r>
      <w:r>
        <w:t>aur is mein is ka Translation yeh hoga ke tum hargiz namaz na parhna rastay mein. tum namaz parhna bano quraiza pahunch kar ke. yani koi taakeed thi is mein.</w:t>
      </w:r>
    </w:p>
    <w:p>
      <w:pPr>
        <w:jc w:val="right"/>
      </w:pPr>
      <w:r>
        <w:t>اور اس میں اس کا Translation یہ ہوگا کہ تم ہرگز نماز نہ پڑھنا راستے میں۔ تم نماز پڑھنا بنو قریظہ پہنچ کر کے۔ یعنی کوئی تاکید تھی اس میں۔</w:t>
      </w:r>
    </w:p>
    <w:p>
      <w:r>
        <w:rPr>
          <w:b/>
        </w:rPr>
        <w:t xml:space="preserve">[23:14] </w:t>
      </w:r>
      <w:r>
        <w:t>la yusalliyan taakeed ka hota hai arabi zaban mein. to kya hua?</w:t>
      </w:r>
    </w:p>
    <w:p>
      <w:pPr>
        <w:jc w:val="right"/>
      </w:pPr>
      <w:r>
        <w:t>لا یصلن تاکید کا ہوتا ہے عربی زبان میں۔ تو کیا ہوا؟</w:t>
      </w:r>
    </w:p>
    <w:p>
      <w:r>
        <w:rPr>
          <w:b/>
        </w:rPr>
        <w:t xml:space="preserve">[23:22] </w:t>
      </w:r>
      <w:r>
        <w:t>yeh log is zamane mein hawai jahaz to hota nahi tha. oonton par safar hota tha. to bano quraiza pahunchne se kuch pehle hi unhon ne dekha ke idhar suraj doobne ja raha hai.</w:t>
      </w:r>
    </w:p>
    <w:p>
      <w:pPr>
        <w:jc w:val="right"/>
      </w:pPr>
      <w:r>
        <w:t>یہ لوگ اس زمانے میں ہوائی جہاز تو ہوتا نہیں تھا۔ اونٹوں پر سفر ہوتا تھا۔ تو بنو قریظہ پہنچنے سے کچھ پہلے ہی انہوں نے دیکھا کہ ادھر سورج ڈوبنے جا رہا ہے۔</w:t>
      </w:r>
    </w:p>
    <w:p>
      <w:r>
        <w:rPr>
          <w:b/>
        </w:rPr>
        <w:t xml:space="preserve">[23:36] </w:t>
      </w:r>
      <w:r>
        <w:t>aur hum wahan pahunchenge to asr ki namaz ka waqt khatm ho chuka hoga. to ab ikhtilaf ho gaya ke kya kiya jaye. to kuch logon ne kaha ke rasool Allah ne farmaya hai ke wahin pahunch kar namaz parhna to hum to wahin jayenge.</w:t>
      </w:r>
    </w:p>
    <w:p>
      <w:pPr>
        <w:jc w:val="right"/>
      </w:pPr>
      <w:r>
        <w:t>اور ہم وہاں پہنچیں گے تو عصر کی نماز کا وقت ختم ہو چکا ہوگا۔ تو اب اختلاف ہو گیا کہ کیا کیا جائے۔ تو کچھ لوگوں نے کہا کہ رسول اللہ نے فرمایا ہے کہ وہیں پہنچ کر نماز پڑھنا تو ہم تو وہیں جائیں گے۔</w:t>
      </w:r>
    </w:p>
    <w:p>
      <w:r>
        <w:rPr>
          <w:b/>
        </w:rPr>
        <w:t xml:space="preserve">[23:52] </w:t>
      </w:r>
      <w:r>
        <w:t>beech mein namaz asr ki nahi padhenge hum. achha kuch logon ne darmiyan mein namaz parh liya.</w:t>
      </w:r>
    </w:p>
    <w:p>
      <w:pPr>
        <w:jc w:val="right"/>
      </w:pPr>
      <w:r>
        <w:t>بیچ میں نماز عصر کی نہیں پڑھیں گے ہم۔ اچھا کچھ لوگوں نے درمیان میں نماز پڑھ لیا۔</w:t>
      </w:r>
    </w:p>
    <w:p>
      <w:r>
        <w:rPr>
          <w:b/>
        </w:rPr>
        <w:t xml:space="preserve">[24:04] </w:t>
      </w:r>
      <w:r>
        <w:t>kyun ke un ko khatra hua ke namaz ka waqt hi nikal jayega pahunchte pahunchte.</w:t>
      </w:r>
    </w:p>
    <w:p>
      <w:pPr>
        <w:jc w:val="right"/>
      </w:pPr>
      <w:r>
        <w:t>کیونکہ ان کو خطرہ ہوا کہ نماز کا وقت ہی نکل جائے گا پہنچتے پہنچتے۔</w:t>
      </w:r>
    </w:p>
    <w:p>
      <w:r>
        <w:rPr>
          <w:b/>
        </w:rPr>
        <w:t xml:space="preserve">[24:15] </w:t>
      </w:r>
      <w:r>
        <w:t>to ulama ne likha hai, aap is ko parh sakte hain ke jin logon ne beech mein namaz parhai wahi sahih the. halanke dekhen unhon ne bilkul rasool Allah ne jo kaha tha us ke khilaf kiya tha unhon ne.</w:t>
      </w:r>
    </w:p>
    <w:p>
      <w:pPr>
        <w:jc w:val="right"/>
      </w:pPr>
      <w:r>
        <w:t>تو علماء نے لکھا ہے، آپ اس کو پڑھ سکتے ہیں کہ جن لوگوں نے بیچ میں نماز پڑھائی وہی صحیح تھے۔ حالانکہ دیکھیں انہوں نے بالکل رسول اللہ نے جو کہا تھا اس کے خلاف کیا تھا انہوں نے۔</w:t>
      </w:r>
    </w:p>
    <w:p>
      <w:r>
        <w:rPr>
          <w:b/>
        </w:rPr>
        <w:t xml:space="preserve">[24:30] </w:t>
      </w:r>
      <w:r>
        <w:t>rasool Allah ne farmaya tha ke la yusalliyan ahadukum al-asr illa fi bani quraiza. tum hargiz namaz na parhna beech mein.</w:t>
      </w:r>
    </w:p>
    <w:p>
      <w:pPr>
        <w:jc w:val="right"/>
      </w:pPr>
      <w:r>
        <w:t>رسول اللہ نے فرمایا تھا کہ لا یصلن احدکم العصر الا فی بنی قریظہ۔ تم ہرگز نماز نہ پڑھنا بیچ میں۔</w:t>
      </w:r>
    </w:p>
    <w:p>
      <w:r>
        <w:rPr>
          <w:b/>
        </w:rPr>
        <w:t xml:space="preserve">[24:40] </w:t>
      </w:r>
      <w:r>
        <w:t>jab pahunch jana tab namaz parhna. is ke khilaf kiya unhon ne. lekin ulama ne yeh ko sahih bataya. kyun?</w:t>
      </w:r>
    </w:p>
    <w:p>
      <w:pPr>
        <w:jc w:val="right"/>
      </w:pPr>
      <w:r>
        <w:t>جب پہنچ جانا تب نماز پڑھنا۔ اس کے خلاف کیا انہوں نے۔ لیکن علماء نے یہ کو صحیح بتایا۔ کیوں؟</w:t>
      </w:r>
    </w:p>
    <w:p>
      <w:r>
        <w:rPr>
          <w:b/>
        </w:rPr>
        <w:t xml:space="preserve">[24:49] </w:t>
      </w:r>
      <w:r>
        <w:t>jo sahaba darmiyan mein namaz parha jin logon ne to unhon ne kaha ke tum log samajh literal taur par liye hue ho.</w:t>
      </w:r>
    </w:p>
    <w:p>
      <w:pPr>
        <w:jc w:val="right"/>
      </w:pPr>
      <w:r>
        <w:t>جو صحابہ درمیان میں نماز پڑھا جن لوگوں نے تو انہوں نے کہا کہ تم لوگ سمجھ لٹرل طور پر لیے ہوئے ہو۔</w:t>
      </w:r>
    </w:p>
    <w:p>
      <w:r>
        <w:rPr>
          <w:b/>
        </w:rPr>
        <w:t xml:space="preserve">[25:00] </w:t>
      </w:r>
      <w:r>
        <w:t>lekin to is ko is ke is ko is ki spirit ko nahi le rahe ho. spirit kya thi? to unhon ne kaha inma aradah tajir al-sair.</w:t>
      </w:r>
    </w:p>
    <w:p>
      <w:pPr>
        <w:jc w:val="right"/>
      </w:pPr>
      <w:r>
        <w:t>لیکن تو اس کو اس کے اس کو اس کی اسپرٹ کو نہیں لے رہے ہو۔ اسپرٹ کیا تھی؟ تو انہوں نے کہا انما ارادہ تاجیر السیر۔</w:t>
      </w:r>
    </w:p>
    <w:p>
      <w:r>
        <w:rPr>
          <w:b/>
        </w:rPr>
        <w:t xml:space="preserve">[25:11] </w:t>
      </w:r>
      <w:r>
        <w:t>inma huwa aradah tajir al-sair. la ta'khir al-salat. rasool Allah ne jab yeh kaha tha to aap ka matlab tha ke tezi se jao, tezi se jao.</w:t>
      </w:r>
    </w:p>
    <w:p>
      <w:pPr>
        <w:jc w:val="right"/>
      </w:pPr>
      <w:r>
        <w:t>انما ہوا ارادہ تاجیر السیر۔ لا تاخیر الصلوۃ۔ رسول اللہ نے جب یہ کہا تھا تو آپ کا مطلب تھا کہ تیزی سے جاؤ، تیزی سے جاؤ۔</w:t>
      </w:r>
    </w:p>
    <w:p>
      <w:r>
        <w:rPr>
          <w:b/>
        </w:rPr>
        <w:t xml:space="preserve">[25:23] </w:t>
      </w:r>
      <w:r>
        <w:t>yeh matlab nahi ke bas namaz parho mutasir ki. woh ek andaaz tha, ek style tha ek kehne ka ke is se murad thi tezi se jao.</w:t>
      </w:r>
    </w:p>
    <w:p>
      <w:pPr>
        <w:jc w:val="right"/>
      </w:pPr>
      <w:r>
        <w:t>یہ مطلب نہیں کہ بس نماز پڑھو متاثر کی۔ وہ ایک انداز تھا، ایک اسٹائل تھا ایک کہنے کا کہ اس سے مراد تھی تیزی سے جاؤ۔</w:t>
      </w:r>
    </w:p>
    <w:p>
      <w:r>
        <w:rPr>
          <w:b/>
        </w:rPr>
        <w:t xml:space="preserve">[25:36] </w:t>
      </w:r>
      <w:r>
        <w:t>inma huwa aradah tajir al-sair.</w:t>
      </w:r>
    </w:p>
    <w:p>
      <w:pPr>
        <w:jc w:val="right"/>
      </w:pPr>
      <w:r>
        <w:t>انما ہوا ارادہ تاجیر السیر۔</w:t>
      </w:r>
    </w:p>
    <w:p>
      <w:r>
        <w:rPr>
          <w:b/>
        </w:rPr>
        <w:t xml:space="preserve">[25:41] </w:t>
      </w:r>
      <w:r>
        <w:t>yeh hai Redefinition. yani khuli khuli lafz thi, khuli khuli shart thi rasool Allah ke, is ko unhon ne Redefine kiya. aur darmiyan mein namaz parh liya.</w:t>
      </w:r>
    </w:p>
    <w:p>
      <w:pPr>
        <w:jc w:val="right"/>
      </w:pPr>
      <w:r>
        <w:t>یہ ہے Redefinition۔ یعنی کھلی کھلی لفظ تھی، کھلی کھلی شرط تھی رسول اللہ کے، اس کو انہوں نے Redefine کیا۔ اور درمیان میں نماز پڑھ لیا۔</w:t>
      </w:r>
    </w:p>
    <w:p>
      <w:r>
        <w:rPr>
          <w:b/>
        </w:rPr>
        <w:t xml:space="preserve">[25:54] </w:t>
      </w:r>
      <w:r>
        <w:t>is se aap andaza kar sakte hain ke islam mein Redefinition bohat hi Important aik aik usool hai, aik Principle hai. lekin maujooda zamane mein yeh nahi kiya logon ne.</w:t>
      </w:r>
    </w:p>
    <w:p>
      <w:pPr>
        <w:jc w:val="right"/>
      </w:pPr>
      <w:r>
        <w:t>اس سے آپ اندازہ کر سکتے ہیں کہ اسلام میں Redefinition بہت ہی Important ایک ایک اصول ہے، ایک Principle ہے۔ لیکن موجودہ زمانے میں یہ نہیں کیا لوگوں نے۔</w:t>
      </w:r>
    </w:p>
    <w:p>
      <w:r>
        <w:rPr>
          <w:b/>
        </w:rPr>
        <w:t xml:space="preserve">[26:08] </w:t>
      </w:r>
      <w:r>
        <w:t>ab mein chand misalein deta hoon aap ko ke is zamane mein, yaani Modern World mein jab hum aaye to yahan hamein kya karna tha. dekhein islam mein aik hukum hai qital ka.</w:t>
      </w:r>
    </w:p>
    <w:p>
      <w:pPr>
        <w:jc w:val="right"/>
      </w:pPr>
      <w:r>
        <w:t>اب میں چند مثالیں دیتا ہوں آپ کو کہ اس زمانے میں، یعنی Modern World میں جب ہم آئے تو یہاں ہمیں کیا کرنا تھا۔ دیکھیں اسلام میں ایک حکم ہے قتال کا۔</w:t>
      </w:r>
    </w:p>
    <w:p>
      <w:r>
        <w:rPr>
          <w:b/>
        </w:rPr>
        <w:t xml:space="preserve">[26:23] </w:t>
      </w:r>
      <w:r>
        <w:t>quran majeed mein bhi hai, hadith mein bhi hai. qital ka. lekin qital jo hai khud fuqaha ne yeh likha hai ke qital jo hai husn-e-zati nahi hai, husn-e-ghairi hai.</w:t>
      </w:r>
    </w:p>
    <w:p>
      <w:pPr>
        <w:jc w:val="right"/>
      </w:pPr>
      <w:r>
        <w:t>قرآن مجید میں بھی ہے، حدیث میں بھی ہے۔ قتال کا۔ لیکن قتال جو ہے خود فقہاء نے یہ لکھا ہے کہ قتال جو ہے حسن لذاتی نہیں ہے، حسن لغیری ہے۔</w:t>
      </w:r>
    </w:p>
    <w:p>
      <w:r>
        <w:rPr>
          <w:b/>
        </w:rPr>
        <w:t xml:space="preserve">[26:38] </w:t>
      </w:r>
      <w:r>
        <w:t>yaani aisa nahi ke bas ladte raho khwamkhwah. kisi kisi maqsad ke liye lada jata hai.</w:t>
      </w:r>
    </w:p>
    <w:p>
      <w:pPr>
        <w:jc w:val="right"/>
      </w:pPr>
      <w:r>
        <w:t>یعنی ایسا نہیں کہ بس لڑتے رہو خوامخواہ۔ کسی کسی مقصد کے لیے لڑا جاتا ہے۔</w:t>
      </w:r>
    </w:p>
    <w:p>
      <w:r>
        <w:rPr>
          <w:b/>
        </w:rPr>
        <w:t xml:space="preserve">[26:47] </w:t>
      </w:r>
      <w:r>
        <w:t>yaani mera matlab hai qital fidausiya ka qital nahi hai.</w:t>
      </w:r>
    </w:p>
    <w:p>
      <w:pPr>
        <w:jc w:val="right"/>
      </w:pPr>
      <w:r>
        <w:t>یعنی میرا مطلب ہے قتال فدسیہ کا قتال نہیں ہے۔</w:t>
      </w:r>
    </w:p>
    <w:p>
      <w:r>
        <w:rPr>
          <w:b/>
        </w:rPr>
        <w:t xml:space="preserve">[26:53] </w:t>
      </w:r>
      <w:r>
        <w:t>to woh kya hai? islam aaya is zamane mein jab ke dunya bhar mein mazhabi jabr ka nizam qaim tha. Religious Persecution.</w:t>
      </w:r>
    </w:p>
    <w:p>
      <w:pPr>
        <w:jc w:val="right"/>
      </w:pPr>
      <w:r>
        <w:t>تو وہ کیا ہے؟ اسلام آیا اس زمانے میں جب کہ دنیا بھر میں مذہبی جبر کا نظام قائم تھا۔ Religious Persecution۔</w:t>
      </w:r>
    </w:p>
    <w:p>
      <w:r>
        <w:rPr>
          <w:b/>
        </w:rPr>
        <w:t xml:space="preserve">[27:04] </w:t>
      </w:r>
      <w:r>
        <w:t>quran mein surah al-burooj mein aap parh sakte hain is ko.</w:t>
      </w:r>
    </w:p>
    <w:p>
      <w:pPr>
        <w:jc w:val="right"/>
      </w:pPr>
      <w:r>
        <w:t>قرآن میں سورہ البروج میں آپ پڑھ سکتے ہیں اس کو۔</w:t>
      </w:r>
    </w:p>
    <w:p>
      <w:r>
        <w:rPr>
          <w:b/>
        </w:rPr>
        <w:t xml:space="preserve">[27:11] </w:t>
      </w:r>
      <w:r>
        <w:t>to woh daur, yaani saatvi sadi jo thi woh sari dunya mein Religious Persecution tha, mazhabi jabr tha. to woh log sirf is par ladne lagte the ke tum doosra mazhab kyun ikhtiyar karte ho.</w:t>
      </w:r>
    </w:p>
    <w:p>
      <w:pPr>
        <w:jc w:val="right"/>
      </w:pPr>
      <w:r>
        <w:t>تو وہ دور، یعنی ساتویں صدی جو تھی وہ ساری دنیا میں Religious Persecution تھا، مذہبی جبر تھا۔ تو وہ لوگ صرف اس پر لڑنے لگتے تھے کہ تم دوسرا مذہب کیوں اختیار کرتے ہو۔</w:t>
      </w:r>
    </w:p>
    <w:p>
      <w:r>
        <w:rPr>
          <w:b/>
        </w:rPr>
        <w:t xml:space="preserve">[27:27] </w:t>
      </w:r>
      <w:r>
        <w:t>itni si baat ke jo qaum ka mazhab hai, jo hukumat ka mazhab hai us se alag koi mazhab ikhtiyar karein aap to aap se log ladne lagte the aap se.</w:t>
      </w:r>
    </w:p>
    <w:p>
      <w:pPr>
        <w:jc w:val="right"/>
      </w:pPr>
      <w:r>
        <w:t>اتنی سی بات کہ جو قوم کا مذہب ہے، جو حکومت کا مذہب ہے اس سے الگ کوئی مذہب اختیار کریں آپ تو آپ سے لوگ لڑنے لگتے تھے آپ سے۔</w:t>
      </w:r>
    </w:p>
    <w:p>
      <w:r>
        <w:rPr>
          <w:b/>
        </w:rPr>
        <w:t xml:space="preserve">[27:39] </w:t>
      </w:r>
      <w:r>
        <w:t>wa ma naqamu minhum illa yuminu billahil azizil hameed. sirf itni si baat ke aap ka mazhab alag ho is par aap un ko dushman dikhai padte the.</w:t>
      </w:r>
    </w:p>
    <w:p>
      <w:pPr>
        <w:jc w:val="right"/>
      </w:pPr>
      <w:r>
        <w:t>وما نقموا منهم الا یؤمنوا بالله العزيز الحمید۔ صرف اتنی سی بات کہ آپ کا مذہب الگ ہو اس پر آپ ان کو دشمن دکھائی پڑتے تھے۔</w:t>
      </w:r>
    </w:p>
    <w:p>
      <w:r>
        <w:rPr>
          <w:b/>
        </w:rPr>
        <w:t xml:space="preserve">[27:51] </w:t>
      </w:r>
      <w:r>
        <w:t>ab woh zamana khatam ho gaya. ab zamana khatam ho gaya, aap India mein hon, America mein hon, Europe mein hon, kahin bhi hon apne mazhab par chaliye, apne mazhab ki tableegh kijiye.</w:t>
      </w:r>
    </w:p>
    <w:p>
      <w:pPr>
        <w:jc w:val="right"/>
      </w:pPr>
      <w:r>
        <w:t>اب وہ زمانہ ختم ہو گیا۔ اب زمانہ ختم ہو گیا، آپ انڈیا میں ہوں، امریکہ میں ہوں، یورپ میں ہوں، کہیں بھی ہوں اپنے مذہب پر چلیے، اپنے مذہب کی تبلیغ کیجیے۔</w:t>
      </w:r>
    </w:p>
    <w:p>
      <w:r>
        <w:rPr>
          <w:b/>
        </w:rPr>
        <w:t xml:space="preserve">[28:02] </w:t>
      </w:r>
      <w:r>
        <w:t>koi rukawat hi nahi, mazhab ki kitabein chhapiye, kuch bhi nahi. to zamana badal gaya.</w:t>
      </w:r>
    </w:p>
    <w:p>
      <w:pPr>
        <w:jc w:val="right"/>
      </w:pPr>
      <w:r>
        <w:t>کوئی رکاوٹ ہی نہیں، مذہب کی کتابیں چھاپیے، کچھ بھی نہیں۔ تو زمانہ بدل گیا۔</w:t>
      </w:r>
    </w:p>
    <w:p>
      <w:r>
        <w:rPr>
          <w:b/>
        </w:rPr>
        <w:t xml:space="preserve">[28:11] </w:t>
      </w:r>
      <w:r>
        <w:t>to is mani mein ke aaj ka fatwa yeh hoga ke qital ki zaroorat hi nahi hai. qital ki zaroorat hi nahi, kis ke liye qital bhai?</w:t>
      </w:r>
    </w:p>
    <w:p>
      <w:pPr>
        <w:jc w:val="right"/>
      </w:pPr>
      <w:r>
        <w:t>تو اس معنی میں کہ آج کا فتویٰ یہ ہوگا کہ قتال کی ضرورت ہی نہیں ہے۔ قتال کی ضرورت ہی نہیں، کس کے لیے قتال بھئی؟</w:t>
      </w:r>
    </w:p>
    <w:p>
      <w:r>
        <w:rPr>
          <w:b/>
        </w:rPr>
        <w:t xml:space="preserve">[28:20] </w:t>
      </w:r>
      <w:r>
        <w:t>jab sab sare raaste khul gaye. kyunke islam ka dekhein Supreme Concern jo hai woh dawat hai. dawat.</w:t>
      </w:r>
    </w:p>
    <w:p>
      <w:pPr>
        <w:jc w:val="right"/>
      </w:pPr>
      <w:r>
        <w:t>جب سب سارے راستے کھل گئے۔ کیونکہ اسلام کا دیکھیں Supreme Concern جو ہے وہ دعوت ہے۔ دعوت۔</w:t>
      </w:r>
    </w:p>
    <w:p>
      <w:r>
        <w:rPr>
          <w:b/>
        </w:rPr>
        <w:t xml:space="preserve">[28:30] </w:t>
      </w:r>
      <w:r>
        <w:t>islam ka jo Supreme Concern hai woh dawat hai. dawat ilallah. is zamane mein aap jante hain kya haal tha? rasool Allah ne jab makka mein shuru kiya to khul kar namaz bhi nahi parh sakte the.</w:t>
      </w:r>
    </w:p>
    <w:p>
      <w:pPr>
        <w:jc w:val="right"/>
      </w:pPr>
      <w:r>
        <w:t>اسلام کا جو Supreme Concern ہے وہ دعوت ہے۔ دعوت الی اللہ۔ اس زمانے میں آپ جانتے ہیں کیا حال تھا؟ رسول اللہ نے جب مکہ میں شروع کیا تو کھل کر نماز بھی نہیں پڑھ سکتے تھے۔</w:t>
      </w:r>
    </w:p>
    <w:p>
      <w:r>
        <w:rPr>
          <w:b/>
        </w:rPr>
        <w:t xml:space="preserve">[28:46] </w:t>
      </w:r>
      <w:r>
        <w:t>yaani Hazrat Abu Bakr Razi Allah Anhu ne jab islam qubool kiya unhon ne to kaba mein gaye, wahan namaz parhne lage. usi par log maarne lage un ko. yaani namaz parh rahe the Peacefully aur un ko itna mara itna mara ke un ko chalna mushkil ho gaya ghar tak pahunchne ke liye.</w:t>
      </w:r>
    </w:p>
    <w:p>
      <w:pPr>
        <w:jc w:val="right"/>
      </w:pPr>
      <w:r>
        <w:t>یعنی حضرت ابوبکر رضی اللہ عنہ نے جب اسلام قبول کیا انہوں نے تو کعبہ میں گئے، وہاں نماز پڑھنے لگے۔ اسی پر لوگ مارنے لگے ان کو۔ یعنی نماز پڑھ رہے تھے Peacefully اور ان کو اتنا مارا اتنا مارا کہ ان کو چلنا مشکل ہو گیا گھر تک پہنچنے کے لیے۔</w:t>
      </w:r>
    </w:p>
    <w:p>
      <w:r>
        <w:rPr>
          <w:b/>
        </w:rPr>
        <w:t xml:space="preserve">[29:05] </w:t>
      </w:r>
      <w:r>
        <w:t>aaj koi marega aap ko? aap chahein jahan jahan namaz padh liye. hum America mein gaye to wahan hum ne White House ke paas namaz padh liya.</w:t>
      </w:r>
    </w:p>
    <w:p>
      <w:pPr>
        <w:jc w:val="right"/>
      </w:pPr>
      <w:r>
        <w:t>آج کوئی مارے گا آپ کو؟ آپ چاہیں جہاں جہاں نماز پڑھ لیے۔ ہم امریکہ میں گئے تو وہاں ہم نے White House کے پاس نماز پڑھ لیا۔</w:t>
      </w:r>
    </w:p>
    <w:p>
      <w:r>
        <w:rPr>
          <w:b/>
        </w:rPr>
        <w:t xml:space="preserve">[29:14] </w:t>
      </w:r>
      <w:r>
        <w:t>koi rokne pakadne nahi aaya hamare paas. Britain mein gaya, wahan Paris ke paas namaz padh li, wahan bhi koi rokne nahi aaya.</w:t>
      </w:r>
    </w:p>
    <w:p>
      <w:pPr>
        <w:jc w:val="right"/>
      </w:pPr>
      <w:r>
        <w:t>کوئی روکنے پکڑنے نہیں آیا ہمارے پاس۔ برطانیہ میں گیا، وہاں Paris کے پاس نماز پڑھ لی، وہاں بھی کوئی روکنے نہیں آیا۔</w:t>
      </w:r>
    </w:p>
    <w:p>
      <w:r>
        <w:rPr>
          <w:b/>
        </w:rPr>
        <w:t xml:space="preserve">[29:25] </w:t>
      </w:r>
      <w:r>
        <w:t>India mein jahan chahein aap namaz padhiye. to woh jo tha qital woh aik waqti wajah se paish aaya.</w:t>
      </w:r>
    </w:p>
    <w:p>
      <w:pPr>
        <w:jc w:val="right"/>
      </w:pPr>
      <w:r>
        <w:t>انڈیا میں جہاں چاہیں آپ نماز پڑھیے۔ تو وہ جو تھا قتال وہ ایک وقتی وجہ سے پیش آیا۔</w:t>
      </w:r>
    </w:p>
    <w:p>
      <w:r>
        <w:rPr>
          <w:b/>
        </w:rPr>
        <w:t xml:space="preserve">[29:37] </w:t>
      </w:r>
      <w:r>
        <w:t>to ab woh wajah khatam ho gayi to ab qital kis liye? qital kis liye? is ke mani mein ke aaj jo hai qital ka hukum jo hai woh saakit ho jayega, chunke angrezon ko kehte hain Suspend.</w:t>
      </w:r>
    </w:p>
    <w:p>
      <w:pPr>
        <w:jc w:val="right"/>
      </w:pPr>
      <w:r>
        <w:t>تو اب وہ وجہ ختم ہو گئی تو اب قتال کس لیے؟ قتال کس لیے؟ اس کے معنی میں کہ آج جو ہے قتال کا حکم جو ہے وہ ساکت ہو جائے گا، چونکہ انگریزوں کو کہتے ہیں Suspend۔</w:t>
      </w:r>
    </w:p>
    <w:p>
      <w:r>
        <w:rPr>
          <w:b/>
        </w:rPr>
        <w:t xml:space="preserve">[29:51] </w:t>
      </w:r>
      <w:r>
        <w:t>Suspend ho jayega. tab tak Suspended rahega jab tak ke phir wohi halat na paida ho. yeh hai taghayyur al-ahkam bi taghayyur az-zaman wal makan.</w:t>
      </w:r>
    </w:p>
    <w:p>
      <w:pPr>
        <w:jc w:val="right"/>
      </w:pPr>
      <w:r>
        <w:t>Suspend ہو جائے گا۔ تب تک Suspended رہے گا جب تک کہ پھر وہی حالت نہ پیدا ہو۔ یہ ہے تغیر الاحکام بتغیر زمان والمکان۔</w:t>
      </w:r>
    </w:p>
    <w:p>
      <w:r>
        <w:rPr>
          <w:b/>
        </w:rPr>
        <w:t xml:space="preserve">[30:01] </w:t>
      </w:r>
      <w:r>
        <w:t>to qital kis liye?</w:t>
      </w:r>
    </w:p>
    <w:p>
      <w:pPr>
        <w:jc w:val="right"/>
      </w:pPr>
      <w:r>
        <w:t>تو قتال کس لیے؟</w:t>
      </w:r>
    </w:p>
    <w:p>
      <w:r>
        <w:rPr>
          <w:b/>
        </w:rPr>
        <w:t xml:space="preserve">[30:07] </w:t>
      </w:r>
      <w:r>
        <w:t>aaj aap ko namaz parhne ki azadi hai, dawat ki azadi hai, mazhabi kitabein chhapi hain is ki azadi hai, mazhabi safar kiye hain is ki azadi hai, hajj ke liye azadi hai.</w:t>
      </w:r>
    </w:p>
    <w:p>
      <w:pPr>
        <w:jc w:val="right"/>
      </w:pPr>
      <w:r>
        <w:t>آج آپ کو نماز پڑھنے کی آزادی ہے، دعوت کی آزادی ہے، مذہبی کتابیں چھاپی ہیں اس کی آزادی ہے، مذہبی سفر کیے ہیں اس کی آزادی ہے، حج کے لیے آزادی ہے۔</w:t>
      </w:r>
    </w:p>
    <w:p>
      <w:r>
        <w:rPr>
          <w:b/>
        </w:rPr>
        <w:t xml:space="preserve">[30:19] </w:t>
      </w:r>
      <w:r>
        <w:t>yaani jo bhi mazhabi aamal hain kijiye, bilkul azadi hi azadi hai. dekhein aaj ka jo daur hai, aaj ka jo zamana hai is mein sirf aik cheez Unlawful hai bas, sirf aik cheez aur kuch nahi.</w:t>
      </w:r>
    </w:p>
    <w:p>
      <w:pPr>
        <w:jc w:val="right"/>
      </w:pPr>
      <w:r>
        <w:t>یعنی جو بھی مذہبی اعمال ہیں کیجیے، بالکل آزادی ہی آزادی ہے۔ دیکھیں آج کا جو دور ہے، آج کا جو زمانہ ہے اس میں صرف ایک چیز Unlawful ہے بس، صرف ایک چیز اور کچھ نہیں۔</w:t>
      </w:r>
    </w:p>
    <w:p>
      <w:r>
        <w:rPr>
          <w:b/>
        </w:rPr>
        <w:t xml:space="preserve">[30:33] </w:t>
      </w:r>
      <w:r>
        <w:t>woh kya hai? Violence. Other than violence in every field you are free. kuch bhi kijiye, kuch bhi kijiye, kuch bhi kijiye.</w:t>
      </w:r>
    </w:p>
    <w:p>
      <w:pPr>
        <w:jc w:val="right"/>
      </w:pPr>
      <w:r>
        <w:t>وہ کیا ہے؟ Violence۔ Other than violence in every field you are free۔ کچھ بھی کیجیے، کچھ بھی کیجیے، کچھ بھی کیجیے۔</w:t>
      </w:r>
    </w:p>
    <w:p>
      <w:r>
        <w:rPr>
          <w:b/>
        </w:rPr>
        <w:t xml:space="preserve">[30:47] </w:t>
      </w:r>
      <w:r>
        <w:t>Violence ko chhod kar aap kuch bhi kijiye.</w:t>
      </w:r>
    </w:p>
    <w:p>
      <w:pPr>
        <w:jc w:val="right"/>
      </w:pPr>
      <w:r>
        <w:t>Violence کو چھوڑ کر آپ کچھ بھی کیجیے۔</w:t>
      </w:r>
    </w:p>
    <w:p>
      <w:r>
        <w:rPr>
          <w:b/>
        </w:rPr>
        <w:t xml:space="preserve">[30:53] </w:t>
      </w:r>
      <w:r>
        <w:t>To sawal yeh hai ke phir qital kis liye? Phir ladai kis liye?</w:t>
      </w:r>
    </w:p>
    <w:p>
      <w:pPr>
        <w:jc w:val="right"/>
      </w:pPr>
      <w:r>
        <w:t>تو سوال یہ ہے کہ پھر قتال کس لیے؟ پھر لڑائی کس لیے؟</w:t>
      </w:r>
    </w:p>
    <w:p>
      <w:r>
        <w:rPr>
          <w:b/>
        </w:rPr>
        <w:t xml:space="preserve">[31:01] </w:t>
      </w:r>
      <w:r>
        <w:t>Yahi hai Redefine karna. Yahi hai Redefine karna. Ke yeh aap samajh saken ke qital ka jo hukum aaya tha ek Background tha is ka, ek pas manzar tha is ka,</w:t>
      </w:r>
    </w:p>
    <w:p>
      <w:pPr>
        <w:jc w:val="right"/>
      </w:pPr>
      <w:r>
        <w:t>یہی ہے Redefine کرنا۔ یہی ہے Redefine کرنا۔ کہ یہ آپ سمجھ سکیں کہ قتال کا جو حکم آیا تھا ایک Background تھا اس کا، ایک پس منظر تھا اس کا،</w:t>
      </w:r>
    </w:p>
    <w:p>
      <w:r>
        <w:rPr>
          <w:b/>
        </w:rPr>
        <w:t xml:space="preserve">[31:18] </w:t>
      </w:r>
      <w:r>
        <w:t>Ek Reason tha is ka, woh khatm ho gaya Reason. To ab khatm ho gaya to qital ki zaroorat hi bhi nahin. Aap Peaceful tareeqe se rahiye aur daawti kaam kijiye, mazhabi aamaal kijiye, madrassa kholiye, masjid banaiye.</w:t>
      </w:r>
    </w:p>
    <w:p>
      <w:pPr>
        <w:jc w:val="right"/>
      </w:pPr>
      <w:r>
        <w:t>ایک Reason تھا اس کا، وہ ختم ہو گیا Reason۔ تو اب ختم ہو گیا تو قتال کی ضرورت ہی بھی نہیں۔ آپ Peaceful طریقے سے رہیے اور دعوتی کام کیجیے، مذہبی اعمال کیجیے، مدرسہ کھولیے، مسجد بنائیے۔</w:t>
      </w:r>
    </w:p>
    <w:p>
      <w:r>
        <w:rPr>
          <w:b/>
        </w:rPr>
        <w:t xml:space="preserve">[31:37] </w:t>
      </w:r>
      <w:r>
        <w:t>Achha jahan tak hukoomat ka ta'alluq hai. Muslim mulkon mein dekhen ladai chhiDi hui hai kyun? Hukoomat chahti hai ke jo log hukoomat par hain unhein hatao.</w:t>
      </w:r>
    </w:p>
    <w:p>
      <w:pPr>
        <w:jc w:val="right"/>
      </w:pPr>
      <w:r>
        <w:t>اچھا جہاں تک حکومت کا تعلق ہے۔ مسلم ملکوں میں دیکھیں لڑائی چھڑی ہوئی ہے کیوں؟ حکومت چاہتی ہے کہ جو لوگ حکومت پر ہیں انہیں ہٹاؤ۔</w:t>
      </w:r>
    </w:p>
    <w:p>
      <w:r>
        <w:rPr>
          <w:b/>
        </w:rPr>
        <w:t xml:space="preserve">[31:49] </w:t>
      </w:r>
      <w:r>
        <w:t>Jaise Pakistan mein saath baras se sara jhagda isi par hai. Jo log hukoomat par hain un ko hatana hai. Laqatli ko hatana, Syed Ayub ko hatana, Bhutto ko hatana, is par ladai chhiDi hui hai.</w:t>
      </w:r>
    </w:p>
    <w:p>
      <w:pPr>
        <w:jc w:val="right"/>
      </w:pPr>
      <w:r>
        <w:t>جیسے پاکستان میں ساٹھ برس سے سارا جھگڑا اسی پر ہے۔ جو لوگ حکومت پر ہیں ان کو ہٹانا ہے۔ لاقتلی کو ہٹانا، سید ایوب کو ہٹانا، بھٹو کو ہٹانا، اس پر لڑائی چھڑی ہوئی ہے۔</w:t>
      </w:r>
    </w:p>
    <w:p>
      <w:r>
        <w:rPr>
          <w:b/>
        </w:rPr>
        <w:t xml:space="preserve">[32:06] </w:t>
      </w:r>
      <w:r>
        <w:t>Halankeh Islam mein jo usool hai woh yeh hai ke hukoomat ke maamle mein Status Quoism hai.</w:t>
      </w:r>
    </w:p>
    <w:p>
      <w:pPr>
        <w:jc w:val="right"/>
      </w:pPr>
      <w:r>
        <w:t>حالانکہ اسلام میں جو اصول ہے وہ یہ ہے کہ حکومت کے معاملے میں Status Quoism ہے۔</w:t>
      </w:r>
    </w:p>
    <w:p>
      <w:r>
        <w:rPr>
          <w:b/>
        </w:rPr>
        <w:t xml:space="preserve">[32:18] </w:t>
      </w:r>
      <w:r>
        <w:t>Jaise Rasool Allah Sal Allahu Alaihi Wasallam Makka mein thay to wahan jo Darul Nadwah tha, jo jo jo Political Center tha is ka naam tha Darul Nadwah.</w:t>
      </w:r>
    </w:p>
    <w:p>
      <w:pPr>
        <w:jc w:val="right"/>
      </w:pPr>
      <w:r>
        <w:t>جیسے رسول اللہ صلی اللہ علیہ وسلم مکہ میں تھے تو وہاں جو دارالندوہ تھا، جو جو جو Political Center تھا اس کا نام تھا دارالندوہ۔</w:t>
      </w:r>
    </w:p>
    <w:p>
      <w:r>
        <w:rPr>
          <w:b/>
        </w:rPr>
        <w:t xml:space="preserve">[32:29] </w:t>
      </w:r>
      <w:r>
        <w:t>Is ke liye aap ne kuch takrao nahin kiya ke jo hai woh hai. Jo jo jo wahan par Seat par hai woh apna Seat par rahe, baitha rahe.</w:t>
      </w:r>
    </w:p>
    <w:p>
      <w:pPr>
        <w:jc w:val="right"/>
      </w:pPr>
      <w:r>
        <w:t>اس کے لیے آپ نے کچھ ٹکراؤ نہیں کیا کہ جو ہے وہ ہے۔ جو جو جو وہاں پر Seat پر ہے وہ اپنا Seat پر رہے، بیٹھا رہے۔</w:t>
      </w:r>
    </w:p>
    <w:p>
      <w:r>
        <w:rPr>
          <w:b/>
        </w:rPr>
        <w:t xml:space="preserve">[32:41] </w:t>
      </w:r>
      <w:r>
        <w:t>Khud aap mein se daawti kaam kiya.</w:t>
      </w:r>
    </w:p>
    <w:p>
      <w:pPr>
        <w:jc w:val="right"/>
      </w:pPr>
      <w:r>
        <w:t>خود آپ میں سے دعوتی کام کیا۔</w:t>
      </w:r>
    </w:p>
    <w:p>
      <w:r>
        <w:rPr>
          <w:b/>
        </w:rPr>
        <w:t xml:space="preserve">[32:47] </w:t>
      </w:r>
      <w:r>
        <w:t>Is daur mein ek bohat bari cheez hui hai jis ko kehte hain Democracy. Democracy. Ek Musalman jo jin ki taleem jo hai Angrezi is mein hui hai,</w:t>
      </w:r>
    </w:p>
    <w:p>
      <w:pPr>
        <w:jc w:val="right"/>
      </w:pPr>
      <w:r>
        <w:t>اس دور میں ایک بہت بڑی چیز ہوئی ہے جس کو کہتے ہیں Democracy۔ Democracy۔ ایک مسلمان جو جن کی تعلیم جو ہے انگریزی اس میں ہوئی ہے،</w:t>
      </w:r>
    </w:p>
    <w:p>
      <w:r>
        <w:rPr>
          <w:b/>
        </w:rPr>
        <w:t xml:space="preserve">[33:03] </w:t>
      </w:r>
      <w:r>
        <w:t>Yaani University waghera mein hui hai un ki taleem. To woh Islam se door ho gaye, Islam ke khilaaf ho gaye.</w:t>
      </w:r>
    </w:p>
    <w:p>
      <w:pPr>
        <w:jc w:val="right"/>
      </w:pPr>
      <w:r>
        <w:t>یعنی یونیورسٹی وغیرہ میں ہوئی ہے ان کی تعلیم۔ تو وہ اسلام سے دور ہو گئے، اسلام کے خلاف ہو گئے۔</w:t>
      </w:r>
    </w:p>
    <w:p>
      <w:r>
        <w:rPr>
          <w:b/>
        </w:rPr>
        <w:t xml:space="preserve">[33:12] </w:t>
      </w:r>
      <w:r>
        <w:t>Halankeh Muslim khandan mein paida hue thay. Kyun? Democracy ke sawal par. Unhon ne kaha Democracy itni bari cheez hai aur Islam is ke khilaaf hai.</w:t>
      </w:r>
    </w:p>
    <w:p>
      <w:pPr>
        <w:jc w:val="right"/>
      </w:pPr>
      <w:r>
        <w:t>حالانکہ مسلم خاندان میں پیدا ہوئے تھے۔ کیوں؟ Democracy کے سوال پر۔ انہوں نے کہا Democracy اتنی بڑی چیز ہے اور اسلام اس کے خلاف ہے۔</w:t>
      </w:r>
    </w:p>
    <w:p>
      <w:r>
        <w:rPr>
          <w:b/>
        </w:rPr>
        <w:t xml:space="preserve">[33:22] </w:t>
      </w:r>
      <w:r>
        <w:t>Kyunke hamare Ulama ne na janne ki wajah se kaha jaye ke Democracy haram hai. Be khabari ki wajah se. Kuch logon ne is liye tehreekein chala dein bari bari ke Democracy ko khatm karo.</w:t>
      </w:r>
    </w:p>
    <w:p>
      <w:pPr>
        <w:jc w:val="right"/>
      </w:pPr>
      <w:r>
        <w:t>کیونکہ ہمارے علماء نے نہ جاننے کی وجہ سے کہا جائے کہ Democracy حرام ہے۔ بے خبری کی وجہ سے۔ کچھ لوگوں نے اس لیے تحریکیں چلا دیں بڑی بڑی کہ Democracy کو ختم کرو۔</w:t>
      </w:r>
    </w:p>
    <w:p>
      <w:r>
        <w:rPr>
          <w:b/>
        </w:rPr>
        <w:t xml:space="preserve">[33:38] </w:t>
      </w:r>
      <w:r>
        <w:t>To unhon ne kaha ke main to itna zyada manta hoon Democracy ko ke mera jab bachcha paida hoga, meri mulaqat jab hui thi woh shadi ho chuki thi un ki, abhi bachcha nahin hua tha.</w:t>
      </w:r>
    </w:p>
    <w:p>
      <w:pPr>
        <w:jc w:val="right"/>
      </w:pPr>
      <w:r>
        <w:t>تو انہوں نے کہا کہ میں تو اتنا زیادہ مانتا ہوں Democracy کو کہ میرا جب بچہ پیدا ہوگا، میری ملاقات جب ہوئی تھی وہ شادی ہو چکی تھی ان کی، ابھی بچہ نہیں ہوا تھا۔</w:t>
      </w:r>
    </w:p>
    <w:p>
      <w:r>
        <w:rPr>
          <w:b/>
        </w:rPr>
        <w:t xml:space="preserve">[33:49] </w:t>
      </w:r>
      <w:r>
        <w:t>To is ke kaan mein main Azan nahin dilwaunga. Balkeh yahi kahunga Democracy, Democracy, Democracy. Is kaan mein phir is kaan mein. Itna zyada woh Democracy ko bari cheez samajhte thay.</w:t>
      </w:r>
    </w:p>
    <w:p>
      <w:pPr>
        <w:jc w:val="right"/>
      </w:pPr>
      <w:r>
        <w:t>تو اس کے کان میں میں اذان نہیں دلواؤں گا۔ بلکہ یہی کہوں گا Democracy, Democracy, Democracy۔ اس کان میں پھر اس کان میں۔ اتنا زیادہ وہ Democracy کو بڑی چیز سمجھتے تھے۔</w:t>
      </w:r>
    </w:p>
    <w:p>
      <w:r>
        <w:rPr>
          <w:b/>
        </w:rPr>
        <w:t xml:space="preserve">[34:01] </w:t>
      </w:r>
      <w:r>
        <w:t>Democracy ka matlab hai Jamhooriyat. Aur waqe'atan hai Democracy bohat bari nemat hai. Kyunke Democracy dekhen sari tareekh mein kya hua hai?</w:t>
      </w:r>
    </w:p>
    <w:p>
      <w:pPr>
        <w:jc w:val="right"/>
      </w:pPr>
      <w:r>
        <w:t>Democracy کا مطلب ہے جمہوریت۔ اور واقعتا ہے Democracy بہت بڑی نعمت ہے۔ کیونکہ Democracy دیکھیں ساری تاریخ میں کیا ہوا ہے؟</w:t>
      </w:r>
    </w:p>
    <w:p>
      <w:r>
        <w:rPr>
          <w:b/>
        </w:rPr>
        <w:t xml:space="preserve">[34:16] </w:t>
      </w:r>
      <w:r>
        <w:t>Political ladai. Hukoomat ke liye ladai. Power ke liye ladai. Sari tareekh mein. Poori History mein.</w:t>
      </w:r>
    </w:p>
    <w:p>
      <w:pPr>
        <w:jc w:val="right"/>
      </w:pPr>
      <w:r>
        <w:t>Political لڑائی۔ حکومت کے لیے لڑائی۔ Power کے لیے لڑائی۔ ساری تاریخ میں۔ پوری History میں۔</w:t>
      </w:r>
    </w:p>
    <w:p>
      <w:r>
        <w:rPr>
          <w:b/>
        </w:rPr>
        <w:t xml:space="preserve">[34:25] </w:t>
      </w:r>
      <w:r>
        <w:t>Democracy ne pehli baar yeh kiya ke Political Fighting ko khatm kar diya. Pehli baar yeh hua aisa hua hai.</w:t>
      </w:r>
    </w:p>
    <w:p>
      <w:pPr>
        <w:jc w:val="right"/>
      </w:pPr>
      <w:r>
        <w:t>Democracy نے پہلی بار یہ کیا کہ Political Fighting کو ختم کر دیا۔ پہلی بار یہ ہوا ایسا ہوا ہے۔</w:t>
      </w:r>
    </w:p>
    <w:p>
      <w:r>
        <w:rPr>
          <w:b/>
        </w:rPr>
        <w:t xml:space="preserve">[34:35] </w:t>
      </w:r>
      <w:r>
        <w:t>Woh kya hai? Democracy kya hai? Government of the People by the People for the People.</w:t>
      </w:r>
    </w:p>
    <w:p>
      <w:pPr>
        <w:jc w:val="right"/>
      </w:pPr>
      <w:r>
        <w:t>وہ کیا ہے؟ Democracy کیا ہے؟ Government of the People by the People for the People۔</w:t>
      </w:r>
    </w:p>
    <w:p>
      <w:r>
        <w:rPr>
          <w:b/>
        </w:rPr>
        <w:t xml:space="preserve">[34:44] </w:t>
      </w:r>
      <w:r>
        <w:t>Yaani jis ki Majority hai is ka Rule. Jis ki Majority hai is ka Rule. Pehle zamane mein Dynasty hoti thi. Yaani ek badshah hai, is ka beta badshah, is ka pota badshah.</w:t>
      </w:r>
    </w:p>
    <w:p>
      <w:pPr>
        <w:jc w:val="right"/>
      </w:pPr>
      <w:r>
        <w:t>یعنی جس کی Majority ہے اس کا Rule۔ جس کی Majority ہے اس کا Rule۔ پہلے زمانے میں Dynasty ہوتی تھی۔ یعنی ایک بادشاہ ہے، اس کا بیٹا بادشاہ، اس کا پوتا بادشاہ۔</w:t>
      </w:r>
    </w:p>
    <w:p>
      <w:r>
        <w:rPr>
          <w:b/>
        </w:rPr>
        <w:t xml:space="preserve">[34:58] </w:t>
      </w:r>
      <w:r>
        <w:t>To badshahi jo chalti thi woh woh chalti thi nasal se chalti thi. Jis ke sar par taaj woh badshah. Ab kya hai aap ko?</w:t>
      </w:r>
    </w:p>
    <w:p>
      <w:pPr>
        <w:jc w:val="right"/>
      </w:pPr>
      <w:r>
        <w:t>تو بادشاہی جو چلتی تھی وہ وہ چلتی تھی نسل سے چلتی تھی۔ جس کے سر پر تاج وہ بادشاہ۔ اب کیا ہے آپ کو؟</w:t>
      </w:r>
    </w:p>
    <w:p>
      <w:r>
        <w:rPr>
          <w:b/>
        </w:rPr>
        <w:t xml:space="preserve">[35:07] </w:t>
      </w:r>
      <w:r>
        <w:t>Daawat kijiye. Daawti kaam kijiye. Tableegh kijiye. Islam phailaiye. Agar aap ki Majority ho jayegi to aap hi ka Rule hai phir.</w:t>
      </w:r>
    </w:p>
    <w:p>
      <w:pPr>
        <w:jc w:val="right"/>
      </w:pPr>
      <w:r>
        <w:t>دعوت کیجیے۔ دعوتی کام کیجیے۔ تبلیغ کیجیے۔ اسلام پھیلائیے۔ اگر آپ کی Majority ہو جائے گی تو آپ ہی کا Rule ہے پھر۔</w:t>
      </w:r>
    </w:p>
    <w:p>
      <w:r>
        <w:rPr>
          <w:b/>
        </w:rPr>
        <w:t xml:space="preserve">[35:17] </w:t>
      </w:r>
      <w:r>
        <w:t>Ladne ki zaroorat hi nahin hai. Ladne ki zaroorat hi nahin hai. Ek taraf dawat ka rasta khul gaya. Doosri taraf Political jo jo is zamane mein jo Political Theory hai woh yeh hai ke jo Majority hai wohi Rule karegi.</w:t>
      </w:r>
    </w:p>
    <w:p>
      <w:pPr>
        <w:jc w:val="right"/>
      </w:pPr>
      <w:r>
        <w:t>لڑنے کی ضرورت ہی نہیں ہے۔ لڑنے کی ضرورت ہی نہیں ہے۔ ایک طرف دعوت کا راستہ کھل گیا۔ دوسری طرف Political جو جو اس زمانے میں جو Political Theory ہے وہ یہ ہے کہ جو Majority ہے وہی Rule کرے گی۔</w:t>
      </w:r>
    </w:p>
    <w:p>
      <w:r>
        <w:rPr>
          <w:b/>
        </w:rPr>
        <w:t xml:space="preserve">[35:32] </w:t>
      </w:r>
      <w:r>
        <w:t>To aap apni Majority banaiye. Kaun rokta hai aap ko?</w:t>
      </w:r>
    </w:p>
    <w:p>
      <w:pPr>
        <w:jc w:val="right"/>
      </w:pPr>
      <w:r>
        <w:t>تو آپ اپنی Majority بنائیے۔ کون روکتا ہے آپ کو؟</w:t>
      </w:r>
    </w:p>
    <w:p>
      <w:r>
        <w:rPr>
          <w:b/>
        </w:rPr>
        <w:t xml:space="preserve">[35:39] </w:t>
      </w:r>
      <w:r>
        <w:t>kon rokta hai aap ko bataiye.</w:t>
      </w:r>
    </w:p>
    <w:p>
      <w:pPr>
        <w:jc w:val="right"/>
      </w:pPr>
      <w:r>
        <w:t>کون روکتا ہے آپ کو بتائیے۔</w:t>
      </w:r>
    </w:p>
    <w:p>
      <w:r>
        <w:rPr>
          <w:b/>
        </w:rPr>
        <w:t xml:space="preserve">[35:43] </w:t>
      </w:r>
      <w:r>
        <w:t>aur doosri baat agar Majority aap ki nahi hai tab bhi aap ke liye is waqt bohat bari Good Tiding hai, khushkhabri. kyun? Democracy ka matlab kya hai?</w:t>
      </w:r>
    </w:p>
    <w:p>
      <w:pPr>
        <w:jc w:val="right"/>
      </w:pPr>
      <w:r>
        <w:t>اور دوسری بات اگر Majority آپ کی نہیں ہے تب بھی آپ کے لیے اس وقت بہت بڑی Good Tiding ہے، خوشخبری۔ کیوں؟ Democracy کا مطلب کیا ہے؟</w:t>
      </w:r>
    </w:p>
    <w:p>
      <w:r>
        <w:rPr>
          <w:b/>
        </w:rPr>
        <w:t xml:space="preserve">[35:55] </w:t>
      </w:r>
      <w:r>
        <w:t>Power Sharing System. Power Sharing System. jaise ke mein is is Country ka Prime Minister nahi hoon lekin mein bhi is mein mera bhi Share hai is mein.</w:t>
      </w:r>
    </w:p>
    <w:p>
      <w:pPr>
        <w:jc w:val="right"/>
      </w:pPr>
      <w:r>
        <w:t>Power Sharing System۔ Power Sharing System۔ جیسے کہ میں اس اس Country کا Prime Minister نہیں ہوں لیکن میں بھی اس میں میرا بھی Share ہے اس میں۔</w:t>
      </w:r>
    </w:p>
    <w:p>
      <w:r>
        <w:rPr>
          <w:b/>
        </w:rPr>
        <w:t xml:space="preserve">[36:09] </w:t>
      </w:r>
      <w:r>
        <w:t>kyun ke mein aik Voter hoon. mein aik Voter hoon. pehle zamanay mein yeh to hota nahi tha. Vote ka System tha nahi pehle zamanay mein.</w:t>
      </w:r>
    </w:p>
    <w:p>
      <w:pPr>
        <w:jc w:val="right"/>
      </w:pPr>
      <w:r>
        <w:t>کیونکہ میں ایک Voter ہوں۔ میں ایک Voter ہوں۔ پہلے زمانے میں یہ تو ہوتا نہیں تھا۔ Vote کا System تھا نہیں پہلے زمانے میں۔</w:t>
      </w:r>
    </w:p>
    <w:p>
      <w:r>
        <w:rPr>
          <w:b/>
        </w:rPr>
        <w:t xml:space="preserve">[36:20] </w:t>
      </w:r>
      <w:r>
        <w:t>to jab mein aik Voter hoon to is ke mani yeh hai ke mein Power mein mera bhi aik hissa hai. to Democracy jo hai naam hai Power Sharing System ka.</w:t>
      </w:r>
    </w:p>
    <w:p>
      <w:pPr>
        <w:jc w:val="right"/>
      </w:pPr>
      <w:r>
        <w:t>تو جب میں ایک Voter ہوں تو اس کے معنی یہ ہے کہ میں Power میں میرا بھی ایک حصہ ہے۔ تو Democracy جو ہے نام ہے Power Sharing System کا۔</w:t>
      </w:r>
    </w:p>
    <w:p>
      <w:r>
        <w:rPr>
          <w:b/>
        </w:rPr>
        <w:t xml:space="preserve">[36:33] </w:t>
      </w:r>
      <w:r>
        <w:t>yani saare log jo hain wo Sharer hain. sab ka hissa hai is ke andar. yahan koi badshah nahi, koi King nahi, koi Emperor nahi. to agar aap Majority mein hain to aap Rule karengay.</w:t>
      </w:r>
    </w:p>
    <w:p>
      <w:pPr>
        <w:jc w:val="right"/>
      </w:pPr>
      <w:r>
        <w:t>یعنی سارے لوگ جو ہیں وہ Sharer ہیں۔ سب کا حصہ ہے اس کے اندر۔ یہاں کوئی بادشاہ نہیں، کوئی King نہیں، کوئی Emperor نہیں۔ تو اگر آپ Majority میں ہیں تو آپ Rule کریں گے۔</w:t>
      </w:r>
    </w:p>
    <w:p>
      <w:r>
        <w:rPr>
          <w:b/>
        </w:rPr>
        <w:t xml:space="preserve">[36:48] </w:t>
      </w:r>
      <w:r>
        <w:t>Majority mein nahi hain tab bhi aap Sharer banay rahengay, Sharer. to phir ladnay ki zaroorat kya hai?</w:t>
      </w:r>
    </w:p>
    <w:p>
      <w:pPr>
        <w:jc w:val="right"/>
      </w:pPr>
      <w:r>
        <w:t>Majority میں نہیں ہیں تب بھی آپ Sharer بنے رہیں گے، Sharer۔ تو پھر لڑنے کی ضرورت کیا ہے؟</w:t>
      </w:r>
    </w:p>
    <w:p>
      <w:r>
        <w:rPr>
          <w:b/>
        </w:rPr>
        <w:t xml:space="preserve">[36:58] </w:t>
      </w:r>
      <w:r>
        <w:t>yeh sab tha masla Redefine karne ka. Redefine karne ka. aise hi dekhiye hamare fuqaha ne hamari fiqah bani hai kab?</w:t>
      </w:r>
    </w:p>
    <w:p>
      <w:pPr>
        <w:jc w:val="right"/>
      </w:pPr>
      <w:r>
        <w:t>یہ سب تھا مسئلہ Redefine کرنے کا۔ Redefine کرنے کا۔ ایسے ہی دیکھیے ہمارے فقہاء نے ہماری فقہ بنی ہے کب؟</w:t>
      </w:r>
    </w:p>
    <w:p>
      <w:r>
        <w:rPr>
          <w:b/>
        </w:rPr>
        <w:t xml:space="preserve">[37:10] </w:t>
      </w:r>
      <w:r>
        <w:t>Abbasid Period mein. Abbasid Period mein. wo zamana Musalmanon ka tha ke Empire ka zamana tha.</w:t>
      </w:r>
    </w:p>
    <w:p>
      <w:pPr>
        <w:jc w:val="right"/>
      </w:pPr>
      <w:r>
        <w:t>عباسید Period میں۔ عباسید Period میں۔ وہ زمانہ مسلمانوں کا تھا کہ Empire کا زمانہ تھا۔</w:t>
      </w:r>
    </w:p>
    <w:p>
      <w:r>
        <w:rPr>
          <w:b/>
        </w:rPr>
        <w:t xml:space="preserve">[37:19] </w:t>
      </w:r>
      <w:r>
        <w:t>Musalmanon ka Empire tha Asia se le kar Africa tak aur Europe tak. is zamane mein Haroon Rasheed ne badal ke aik tukray ko dekha.</w:t>
      </w:r>
    </w:p>
    <w:p>
      <w:pPr>
        <w:jc w:val="right"/>
      </w:pPr>
      <w:r>
        <w:t>مسلمانوں کا Empire تھا ایشیا سے لے کر افریقہ تک اور یورپ تک۔ اس زمانے میں ہارون رشید نے بادل کے ایک ٹکڑے کو دیکھا۔</w:t>
      </w:r>
    </w:p>
    <w:p>
      <w:r>
        <w:rPr>
          <w:b/>
        </w:rPr>
        <w:t xml:space="preserve">[37:30] </w:t>
      </w:r>
      <w:r>
        <w:t>keh diya tha ke imtalatay fa shita fasajti akhraj. chahe jahan jahan tu bars bars tera akhraj, tera Revenue mujh hi ko aaye ga.</w:t>
      </w:r>
    </w:p>
    <w:p>
      <w:pPr>
        <w:jc w:val="right"/>
      </w:pPr>
      <w:r>
        <w:t>کہہ دیا تھا کہ امتلی ہے سو شیتے فسجاتی اخراجکے۔ چاہے جہاں جہاں تو برس برس تیرا اخراج، تیرا Revenue مجھ ہی کو آئے گا۔</w:t>
      </w:r>
    </w:p>
    <w:p>
      <w:r>
        <w:rPr>
          <w:b/>
        </w:rPr>
        <w:t xml:space="preserve">[37:42] </w:t>
      </w:r>
      <w:r>
        <w:t>itna bara Musalmanon ka Empire tha is zamane mein. is waqt fiqah bani hai, fiqah hai. to fiqah mein Reflection hai apne zamanay ke halaat ka.</w:t>
      </w:r>
    </w:p>
    <w:p>
      <w:pPr>
        <w:jc w:val="right"/>
      </w:pPr>
      <w:r>
        <w:t>اتنا بڑا مسلمانوں کا Empire تھا اس زمانے میں۔ اس وقت فقہ بنی ہے، فقہ ہے۔ تو فقہ میں Reflection ہے اپنے زمانے کے حالات کا۔</w:t>
      </w:r>
    </w:p>
    <w:p>
      <w:r>
        <w:rPr>
          <w:b/>
        </w:rPr>
        <w:t xml:space="preserve">[37:53] </w:t>
      </w:r>
      <w:r>
        <w:t>jo cheezein Quran mein nahi theen, Hadees mein nahi theen wo fiqah mein aa gayeen. to zamanay ke lihaaz se unhon ne Islam ki aik taabeer ki.</w:t>
      </w:r>
    </w:p>
    <w:p>
      <w:pPr>
        <w:jc w:val="right"/>
      </w:pPr>
      <w:r>
        <w:t>جو چیزیں قرآن میں نہیں تھیں، حدیث میں نہیں تھیں وہ فقہ میں آ گئیں۔ تو زمانے کے لحاظ سے انہوں نے اسلام کی ایک تعبیر کی۔</w:t>
      </w:r>
    </w:p>
    <w:p>
      <w:r>
        <w:rPr>
          <w:b/>
        </w:rPr>
        <w:t xml:space="preserve">[38:04] </w:t>
      </w:r>
      <w:r>
        <w:t>misal ke tor par dekhiye unhon ne dunya ko banta. is mein Dar-ul-Kufar mein aur Dar-ul-Islam mein. jahan Musalmanon ki hukoomat hai wo Dar-ul-Islam hai.</w:t>
      </w:r>
    </w:p>
    <w:p>
      <w:pPr>
        <w:jc w:val="right"/>
      </w:pPr>
      <w:r>
        <w:t>مثال کے طور پر دیکھیے انہوں نے دنیا کو بانٹا۔ اس میں دارالکفر میں اور دارالاسلام میں۔ جہاں مسلمانوں کی حکومت ہے وہ دارالاسلام ہے۔</w:t>
      </w:r>
    </w:p>
    <w:p>
      <w:r>
        <w:rPr>
          <w:b/>
        </w:rPr>
        <w:t xml:space="preserve">[38:14] </w:t>
      </w:r>
      <w:r>
        <w:t>jo Musalmanon ki hukoomat mein nahi hai wo Dar-ul-Kufar hai. haalankay na Quran mein aisa tha na Hadees mein aisa tha. ab fiqah mein yeh sab baatein aa gayeen.</w:t>
      </w:r>
    </w:p>
    <w:p>
      <w:pPr>
        <w:jc w:val="right"/>
      </w:pPr>
      <w:r>
        <w:t>جو مسلمانوں کی حکومت میں نہیں ہے وہ دارالکفر ہے۔ حالانکہ نہ قرآن میں ایسا تھا نہ حدیث میں ایسا تھا۔ اب فقہ میں یہ سب باتیں آ گئیں۔</w:t>
      </w:r>
    </w:p>
    <w:p>
      <w:r>
        <w:rPr>
          <w:b/>
        </w:rPr>
        <w:t xml:space="preserve">[38:26] </w:t>
      </w:r>
      <w:r>
        <w:t>aik aik Dar-ul-Islam hota hai, aik Dar-ul-Kufar hota hai. yani Land of Islam aur Land of Kufr. ab jo dunya badal gayi dunya, Musalmanon ka Empire khatam ho gaya.</w:t>
      </w:r>
    </w:p>
    <w:p>
      <w:pPr>
        <w:jc w:val="right"/>
      </w:pPr>
      <w:r>
        <w:t>ایک ایک دارالاسلام ہوتا ہے، ایک دارالکفر ہوتا ہے۔ یعنی Land of Islam اور Land of Kufr۔ اب جو دنیا بدل گئی دنیا، مسلمانوں کا Empire ختم ہو گیا۔</w:t>
      </w:r>
    </w:p>
    <w:p>
      <w:r>
        <w:rPr>
          <w:b/>
        </w:rPr>
        <w:t xml:space="preserve">[38:39] </w:t>
      </w:r>
      <w:r>
        <w:t>yeh Nationalism ka zamana hai, Nationalism hukoomatein har jagah hain. Empire jo hua karte thay tab Nationalism nahi tha. bohat saaray Country mil kar ke aik Empire banta tha.</w:t>
      </w:r>
    </w:p>
    <w:p>
      <w:pPr>
        <w:jc w:val="right"/>
      </w:pPr>
      <w:r>
        <w:t>یہ Nationalism کا زمانہ ہے، Nationalism حکومتیں ہر جگہ ہیں۔ Empire جو ہوا کرتے تھے تب Nationalism نہیں تھا۔ بہت سارے Country مل کر کے ایک Empire بنتا تھا۔</w:t>
      </w:r>
    </w:p>
    <w:p>
      <w:r>
        <w:rPr>
          <w:b/>
        </w:rPr>
        <w:t xml:space="preserve">[38:51] </w:t>
      </w:r>
      <w:r>
        <w:t>isi se phir Khilafat bani Musalmanon ki, Khilafat bhi aik Empire tha. ab Democracy hai, Nationalism hai, Self Determinism hai.</w:t>
      </w:r>
    </w:p>
    <w:p>
      <w:pPr>
        <w:jc w:val="right"/>
      </w:pPr>
      <w:r>
        <w:t>اسی سے پھر خلافت بنی مسلمانوں کی، خلافت بھی ایک Empire تھا۔ اب Democracy ہے، Nationalism ہے، Self Determinism ہے۔</w:t>
      </w:r>
    </w:p>
    <w:p>
      <w:r>
        <w:rPr>
          <w:b/>
        </w:rPr>
        <w:t xml:space="preserve">[39:04] </w:t>
      </w:r>
      <w:r>
        <w:t>ab yahan par Musalman Misfit ho gaye. wohi Dar-ul-Kufar ka Concept, wohi Dar-ul-Islam ka Concept. yahan aap ko Redefine karna hai, Redefine karna hai.</w:t>
      </w:r>
    </w:p>
    <w:p>
      <w:pPr>
        <w:jc w:val="right"/>
      </w:pPr>
      <w:r>
        <w:t>اب یہاں پر مسلمان Misfit ہو گئے۔ وہی دارالاسلام کا Concept، وہی دارالکفر کا Concept۔ یہاں آپ کو Redefine کرنا ہے، Redefine کرنا ہے۔</w:t>
      </w:r>
    </w:p>
    <w:p>
      <w:r>
        <w:rPr>
          <w:b/>
        </w:rPr>
        <w:t xml:space="preserve">[39:18] </w:t>
      </w:r>
      <w:r>
        <w:t>woh yeh jab aap Quran ko parhengay to aap dekhengay kyun ke Musalman to sirf tilawat karte hain, is mein sochtay to hain nahi.</w:t>
      </w:r>
    </w:p>
    <w:p>
      <w:pPr>
        <w:jc w:val="right"/>
      </w:pPr>
      <w:r>
        <w:t>وہ یہ جب آپ قرآن کو پڑھیں گے تو آپ دیکھیں گے کیونکہ مسلمان تو صرف تلاوت کرتے ہیں، اس میں سوچتے تو ہیں نہیں۔</w:t>
      </w:r>
    </w:p>
    <w:p>
      <w:r>
        <w:rPr>
          <w:b/>
        </w:rPr>
        <w:t xml:space="preserve">[39:29] </w:t>
      </w:r>
      <w:r>
        <w:t>to saare Quran mein aap dekhengay ke Quran jo hai Address kar raha hai Eyyuha Al-Naas, Eyyuha Al-Naas, Eyyuha Al-Naas kar ke.</w:t>
      </w:r>
    </w:p>
    <w:p>
      <w:pPr>
        <w:jc w:val="right"/>
      </w:pPr>
      <w:r>
        <w:t>تو سارے قرآن میں آپ دیکھیں گے کہ قرآن جو ہے Address کر رہا ہے ایہا الانسان، ایہا الانسان، ایہا الانسان کر کے۔</w:t>
      </w:r>
    </w:p>
    <w:p>
      <w:r>
        <w:rPr>
          <w:b/>
        </w:rPr>
        <w:t xml:space="preserve">[39:41] </w:t>
      </w:r>
      <w:r>
        <w:t>to is se kya nikalengay aap? ke dunya Dar-ul-Kufar nahi hai, wo hai Dar-ul-Naas. yeh to fuqaha ne bana diya tha.</w:t>
      </w:r>
    </w:p>
    <w:p>
      <w:pPr>
        <w:jc w:val="right"/>
      </w:pPr>
      <w:r>
        <w:t>تو اس سے کیا نکالیں گے آپ؟ کہ دنیا دارالکفر نہیں ہے، وہ ہے دارالانسان۔ یہ تو فقہاء نے بنا دیا تھا۔</w:t>
      </w:r>
    </w:p>
    <w:p>
      <w:r>
        <w:rPr>
          <w:b/>
        </w:rPr>
        <w:t xml:space="preserve">[39:51] </w:t>
      </w:r>
      <w:r>
        <w:t>ya hamare fuqaha ne bana diya tha Dar-ul-Kufar aur Dar-ul-Islam. Quran ke mutabiq sab Dar-ul-Naas hain, sab Insan hain, sab Insan hain, sab Insan hain.</w:t>
      </w:r>
    </w:p>
    <w:p>
      <w:pPr>
        <w:jc w:val="right"/>
      </w:pPr>
      <w:r>
        <w:t>یا ہمارے فقہاء نے بنا دیا تھا دارالکفر اور دارالاسلام۔ قرآن کے مطابق سب دارالانسان ہیں، سب انسان ہیں، سب انسان ہیں، سب انسان ہیں۔</w:t>
      </w:r>
    </w:p>
    <w:p>
      <w:r>
        <w:rPr>
          <w:b/>
        </w:rPr>
        <w:t xml:space="preserve">[40:02] </w:t>
      </w:r>
      <w:r>
        <w:t>yeh hai Redefine karna. to aap yeh keh sakein ke fuqaha ne apne zamanay ke lihaaz se kuch Term banaye, aaj ke lihaaz se wo Applicable nahi hain, wo ghlat hain.</w:t>
      </w:r>
    </w:p>
    <w:p>
      <w:pPr>
        <w:jc w:val="right"/>
      </w:pPr>
      <w:r>
        <w:t>یہ ہے Redefine کرنا۔ تو آپ یہ کہہ سکیں کہ فقہاء نے اپنے زمانے کے لحاظ سے کچھ Term بنائے، آج کے لحاظ سے وہ Applicable نہیں ہیں، وہ غلط ہیں۔</w:t>
      </w:r>
    </w:p>
    <w:p>
      <w:r>
        <w:rPr>
          <w:b/>
        </w:rPr>
        <w:t xml:space="preserve">[40:14] </w:t>
      </w:r>
      <w:r>
        <w:t>aaj ke lihaaz se jo Term banaya jaye ga wo hoga Dar-ul-Naas. ab ab agar aap yeh yeh diya hota Musalmanon ko, abhi bhi saare Musalman taqreeban sab Musalman jo nahi hain usay Kafir samajhtay hain.</w:t>
      </w:r>
    </w:p>
    <w:p>
      <w:pPr>
        <w:jc w:val="right"/>
      </w:pPr>
      <w:r>
        <w:t>آج کے لحاظ سے جو Term بنایا جائے گا وہ ہوگا دارالانسان۔ اب اب اگر آپ یہ یہ دیا ہوتا مسلمانوں کو، ابھی بھی سارے مسلمان تقریباً سب مسلمان جو نہیں ہیں اسے کافر سمجھتے ہیں۔</w:t>
      </w:r>
    </w:p>
    <w:p>
      <w:r>
        <w:rPr>
          <w:b/>
        </w:rPr>
        <w:t xml:space="preserve">[40:29] </w:t>
      </w:r>
      <w:r>
        <w:t>koi log mujh se bolen ge, kuch na bolen ge tab bhi mind mein yahi rahe ga. yani woh musalman nahin hain, woh sab kaafir hain. yeh bilkul baseless baat hai, baseless.</w:t>
      </w:r>
    </w:p>
    <w:p>
      <w:pPr>
        <w:jc w:val="right"/>
      </w:pPr>
      <w:r>
        <w:t>کوئی لوگ مجھ سے بولیں گے، کچھ نہ بولیں گے تب بھی Mind میں یہی رہے گا۔ یعنی وہ مسلمان نہیں ہیں، وہ سب کافر ہیں۔ یہ بالکل Baseless بات ہے، Baseless۔</w:t>
      </w:r>
    </w:p>
    <w:p>
      <w:r>
        <w:rPr>
          <w:b/>
        </w:rPr>
        <w:t xml:space="preserve">[40:42] </w:t>
      </w:r>
      <w:r>
        <w:t>musalman bhi insan, woh bhi insan. musalman bhi insan, woh bhi insan, sab insan hain.</w:t>
      </w:r>
    </w:p>
    <w:p>
      <w:pPr>
        <w:jc w:val="right"/>
      </w:pPr>
      <w:r>
        <w:t>مسلمان بھی انسان، وہ بھی انسان۔ مسلمان بھی انسان، وہ بھی انسان، سب انسان ہیں۔</w:t>
      </w:r>
    </w:p>
    <w:p>
      <w:r>
        <w:rPr>
          <w:b/>
        </w:rPr>
        <w:t xml:space="preserve">[40:53] </w:t>
      </w:r>
      <w:r>
        <w:t>mein aik martaba aik university mein jahan sari majority non-muslims ki thi, wahan par meri speech hui. toh maine wahan par yeh baat kahi ke islam jo hai logon ko insan friendly banata hai, insan friendly.</w:t>
      </w:r>
    </w:p>
    <w:p>
      <w:pPr>
        <w:jc w:val="right"/>
      </w:pPr>
      <w:r>
        <w:t>میں ایک مرتبہ ایک یونیورسٹی میں جہاں ساری Majority Non-Muslims کی تھی، وہاں پر میری Speech ہوئی۔ تو میں نے وہاں پر یہ بات کہی کہ اسلام جو ہے لوگوں کو انسان Friendly بناتا ہے، انسان Friendly۔</w:t>
      </w:r>
    </w:p>
    <w:p>
      <w:r>
        <w:rPr>
          <w:b/>
        </w:rPr>
        <w:t xml:space="preserve">[41:11] </w:t>
      </w:r>
      <w:r>
        <w:t>aur positive thinker banata hai. yeh sab baatein kahin. toh aik professor khara hua meri taqreer ke baad. us ne kaha ke if this is islam then where is the problem?</w:t>
      </w:r>
    </w:p>
    <w:p>
      <w:pPr>
        <w:jc w:val="right"/>
      </w:pPr>
      <w:r>
        <w:t>اور Positive Thinker بناتا ہے۔ یہ سب باتیں کہیں۔ تو ایک Professor کھڑا ہوا میری تقریر کے بعد۔ اس نے کہا کہ If this is Islam then where is the problem?</w:t>
      </w:r>
    </w:p>
    <w:p>
      <w:r>
        <w:rPr>
          <w:b/>
        </w:rPr>
        <w:t xml:space="preserve">[41:26] </w:t>
      </w:r>
      <w:r>
        <w:t>if this is islam then where is the problem? toh yeh problem kahan se aya hai? hum redefine nahin kar sake. wohi purane zamane ke jo fiqh mein term bane the usi ko aaj bhi mind mein liye hue hain.</w:t>
      </w:r>
    </w:p>
    <w:p>
      <w:pPr>
        <w:jc w:val="right"/>
      </w:pPr>
      <w:r>
        <w:t>If this is Islam then where is the problem? تو یہ Problem کہاں سے آیا ہے؟ ہم Redefine نہیں کر سکے۔ وہی پرانے زمانے کے جو فقہ میں Term بنے تھے اسی کو آج بھی Mind میں لیے ہوئے ہیں۔</w:t>
      </w:r>
    </w:p>
    <w:p>
      <w:r>
        <w:rPr>
          <w:b/>
        </w:rPr>
        <w:t xml:space="preserve">[41:43] </w:t>
      </w:r>
      <w:r>
        <w:t>aise democracy ka hum matlab nahin kar sake kyunke hamare mind mein bhara hua hai khilafat. phir khilafat toh khud aik tareekh ki pedawar hai. khilafat is a production of history, it is not a production of islam.</w:t>
      </w:r>
    </w:p>
    <w:p>
      <w:pPr>
        <w:jc w:val="right"/>
      </w:pPr>
      <w:r>
        <w:t>ایسے Democracy کا ہم مطلب نہیں کر سکے کیونکہ ہمارے Mind میں بھرا ہوا ہے خلافت۔ پھر خلافت تو خود ایک تاریخ کی پیداوار ہے۔ خلافت is a production of history، it is not a production of Islam۔</w:t>
      </w:r>
    </w:p>
    <w:p>
      <w:r>
        <w:rPr>
          <w:b/>
        </w:rPr>
        <w:t xml:space="preserve">[41:56] </w:t>
      </w:r>
      <w:r>
        <w:t>yaad rakhiye. yeh bohat zaroori baat hai samajhna.</w:t>
      </w:r>
    </w:p>
    <w:p>
      <w:pPr>
        <w:jc w:val="right"/>
      </w:pPr>
      <w:r>
        <w:t>یاد رکھیے۔ یہ بہت ضروری بات ہے سمجھنا۔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