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Replanning | April 01, 2017</w:t>
      </w:r>
    </w:p>
    <w:p>
      <w:r>
        <w:t>https://www.youtube.com/watch?v=pQx9iopKnEY</w:t>
      </w:r>
    </w:p>
    <w:p>
      <w:r>
        <w:rPr>
          <w:b/>
        </w:rPr>
        <w:t xml:space="preserve">[00:13] </w:t>
      </w:r>
      <w:r>
        <w:t>bismillah rahman rahim.</w:t>
      </w:r>
    </w:p>
    <w:p>
      <w:pPr>
        <w:jc w:val="right"/>
      </w:pPr>
      <w:r>
        <w:t>بسم اللہ الرحمن الرحیم۔</w:t>
      </w:r>
    </w:p>
    <w:p>
      <w:r>
        <w:rPr>
          <w:b/>
        </w:rPr>
        <w:t xml:space="preserve">[00:20] </w:t>
      </w:r>
      <w:r>
        <w:t>first april do hazar satrah.</w:t>
      </w:r>
    </w:p>
    <w:p>
      <w:pPr>
        <w:jc w:val="right"/>
      </w:pPr>
      <w:r>
        <w:t>فرسٹ اپریل دو ہزار سترہ۔</w:t>
      </w:r>
    </w:p>
    <w:p>
      <w:r>
        <w:rPr>
          <w:b/>
        </w:rPr>
        <w:t xml:space="preserve">[00:26] </w:t>
      </w:r>
      <w:r>
        <w:t>kal ek baat hui, isi ko le kar mein is waqt kuch kehna chahta hoon.</w:t>
      </w:r>
    </w:p>
    <w:p>
      <w:pPr>
        <w:jc w:val="right"/>
      </w:pPr>
      <w:r>
        <w:t>کل ایک بات ہوئی، اسی کو لے کر میں اس وقت کچھ کہنا چاہتا ہوں۔</w:t>
      </w:r>
    </w:p>
    <w:p>
      <w:r>
        <w:rPr>
          <w:b/>
        </w:rPr>
        <w:t xml:space="preserve">[00:32] </w:t>
      </w:r>
      <w:r>
        <w:t>mein rozana radio sunta hoon, to radio mein aksar kisi ki story aati hai.</w:t>
      </w:r>
    </w:p>
    <w:p>
      <w:pPr>
        <w:jc w:val="right"/>
      </w:pPr>
      <w:r>
        <w:t>میں روزانہ ریڈیو سنتا ہوں، تو ریڈیو میں اکثر کسی کی اسٹوری آتی ہے۔</w:t>
      </w:r>
    </w:p>
    <w:p>
      <w:r>
        <w:rPr>
          <w:b/>
        </w:rPr>
        <w:t xml:space="preserve">[00:39] </w:t>
      </w:r>
      <w:r>
        <w:t>to kal story aa rahi thi ek film star ki,</w:t>
      </w:r>
    </w:p>
    <w:p>
      <w:pPr>
        <w:jc w:val="right"/>
      </w:pPr>
      <w:r>
        <w:t>تو کل اسٹوری آ رہی تھی ایک فلم اسٹار کی،</w:t>
      </w:r>
    </w:p>
    <w:p>
      <w:r>
        <w:rPr>
          <w:b/>
        </w:rPr>
        <w:t xml:space="preserve">[00:45] </w:t>
      </w:r>
      <w:r>
        <w:t>jo mashhoor film actress hai, meena kanwari.</w:t>
      </w:r>
    </w:p>
    <w:p>
      <w:pPr>
        <w:jc w:val="right"/>
      </w:pPr>
      <w:r>
        <w:t>جو مشہور فلم ایکٹرس ہے، مینا کنواری۔</w:t>
      </w:r>
    </w:p>
    <w:p>
      <w:r>
        <w:rPr>
          <w:b/>
        </w:rPr>
        <w:t xml:space="preserve">[00:53] </w:t>
      </w:r>
      <w:r>
        <w:t>to unhon ne bataya ke meena kanwari bohat hi top ki actress thi, har aitbar se bohat hi</w:t>
      </w:r>
    </w:p>
    <w:p>
      <w:pPr>
        <w:jc w:val="right"/>
      </w:pPr>
      <w:r>
        <w:t>تو انہوں نے بتایا کہ مینا کنواری بہت ہی ٹاپ کی ایکٹرس تھی، ہر اعتبار سے بہت ہی</w:t>
      </w:r>
    </w:p>
    <w:p>
      <w:r>
        <w:rPr>
          <w:b/>
        </w:rPr>
        <w:t xml:space="preserve">[01:00] </w:t>
      </w:r>
      <w:r>
        <w:t>zabardast personality thi us ki.</w:t>
      </w:r>
    </w:p>
    <w:p>
      <w:pPr>
        <w:jc w:val="right"/>
      </w:pPr>
      <w:r>
        <w:t>زبردست پرسنیلٹی تھی اس کی۔</w:t>
      </w:r>
    </w:p>
    <w:p>
      <w:r>
        <w:rPr>
          <w:b/>
        </w:rPr>
        <w:t xml:space="preserve">[01:08] </w:t>
      </w:r>
      <w:r>
        <w:t>aur apni pasand ka us ko career bhi mila film mein. lekin</w:t>
      </w:r>
    </w:p>
    <w:p>
      <w:pPr>
        <w:jc w:val="right"/>
      </w:pPr>
      <w:r>
        <w:t>اور اپنی پسند کا اس کو کیریئر بھی ملا فلم میں۔ لیکن</w:t>
      </w:r>
    </w:p>
    <w:p>
      <w:r>
        <w:rPr>
          <w:b/>
        </w:rPr>
        <w:t xml:space="preserve">[01:16] </w:t>
      </w:r>
      <w:r>
        <w:t>woh sirf 1933 mein paida hui thi, lekin sirf 49 saal mein mar gayi, yaani pachas saal se kam.</w:t>
      </w:r>
    </w:p>
    <w:p>
      <w:pPr>
        <w:jc w:val="right"/>
      </w:pPr>
      <w:r>
        <w:t>وہ صرف 1933 میں پیدا ہوئی تھی، لیکن صرف 49 سال میں مر گئی، یعنی پچاس سال سے کم۔</w:t>
      </w:r>
    </w:p>
    <w:p>
      <w:r>
        <w:rPr>
          <w:b/>
        </w:rPr>
        <w:t xml:space="preserve">[01:23] </w:t>
      </w:r>
      <w:r>
        <w:t>saal se kam.</w:t>
      </w:r>
    </w:p>
    <w:p>
      <w:pPr>
        <w:jc w:val="right"/>
      </w:pPr>
      <w:r>
        <w:t>سال سے کم۔</w:t>
      </w:r>
    </w:p>
    <w:p>
      <w:r>
        <w:rPr>
          <w:b/>
        </w:rPr>
        <w:t xml:space="preserve">[01:31] </w:t>
      </w:r>
      <w:r>
        <w:t>toh mein sochne laga ke is mein kya sabak hai hamare liye.</w:t>
      </w:r>
    </w:p>
    <w:p>
      <w:pPr>
        <w:jc w:val="right"/>
      </w:pPr>
      <w:r>
        <w:t>تو میں سوچنے لگا کہ اس میں کیا سبق ہے ہمارے لیے۔</w:t>
      </w:r>
    </w:p>
    <w:p>
      <w:r>
        <w:rPr>
          <w:b/>
        </w:rPr>
        <w:t xml:space="preserve">[01:39] </w:t>
      </w:r>
      <w:r>
        <w:t>toh mujhe ek baat yaad aayi jo hum kitabon mein padhte the, ke sahaba ka yeh tareeqa tha</w:t>
      </w:r>
    </w:p>
    <w:p>
      <w:pPr>
        <w:jc w:val="right"/>
      </w:pPr>
      <w:r>
        <w:t>تو مجھے ایک بات یاد آئی جو ہم کتابوں میں پڑھتے تھے، کہ صحابہ کا یہ طریقہ تھا</w:t>
      </w:r>
    </w:p>
    <w:p>
      <w:r>
        <w:rPr>
          <w:b/>
        </w:rPr>
        <w:t xml:space="preserve">[01:47] </w:t>
      </w:r>
      <w:r>
        <w:t>ke jab woh aapas mein milte toh ek kaam zaroor karte the woh.</w:t>
      </w:r>
    </w:p>
    <w:p>
      <w:pPr>
        <w:jc w:val="right"/>
      </w:pPr>
      <w:r>
        <w:t>کہ جب وہ آپس میں ملتے تو ایک کام ضرور کرتے تھے وہ۔</w:t>
      </w:r>
    </w:p>
    <w:p>
      <w:r>
        <w:rPr>
          <w:b/>
        </w:rPr>
        <w:t xml:space="preserve">[01:53] </w:t>
      </w:r>
      <w:r>
        <w:t>woh Surah Wal Asr sunate the ek doosre ko.</w:t>
      </w:r>
    </w:p>
    <w:p>
      <w:pPr>
        <w:jc w:val="right"/>
      </w:pPr>
      <w:r>
        <w:t>وہ سورہ والعصر سناتے تھے ایک دوسرے کو۔</w:t>
      </w:r>
    </w:p>
    <w:p>
      <w:r>
        <w:rPr>
          <w:b/>
        </w:rPr>
        <w:t xml:space="preserve">[01:59] </w:t>
      </w:r>
      <w:r>
        <w:t>sunane ka matlab yeh nahi ke padh ke suna dena, matlab iska charcha karte the, isko</w:t>
      </w:r>
    </w:p>
    <w:p>
      <w:pPr>
        <w:jc w:val="right"/>
      </w:pPr>
      <w:r>
        <w:t>سنانے کا معنی یہ نہیں کہ پڑھ کے سنا دینا، مطلب اس کا چرچہ کرتے تھے، اس کو</w:t>
      </w:r>
    </w:p>
    <w:p>
      <w:r>
        <w:rPr>
          <w:b/>
        </w:rPr>
        <w:t xml:space="preserve">[02:05] </w:t>
      </w:r>
      <w:r>
        <w:t>le kar discuss karte the, interaction karte the, yeh matlab hai.</w:t>
      </w:r>
    </w:p>
    <w:p>
      <w:pPr>
        <w:jc w:val="right"/>
      </w:pPr>
      <w:r>
        <w:t>لے کر ڈسکس کرتے تھے، انٹرایکشن کرتے تھے، یہ مطلب ہے۔</w:t>
      </w:r>
    </w:p>
    <w:p>
      <w:r>
        <w:rPr>
          <w:b/>
        </w:rPr>
        <w:t xml:space="preserve">[02:11] </w:t>
      </w:r>
      <w:r>
        <w:t>toh maine socha ke Surah Wal Asr mein kaun sa aisa koi universal masla hona chahiye</w:t>
      </w:r>
    </w:p>
    <w:p>
      <w:pPr>
        <w:jc w:val="right"/>
      </w:pPr>
      <w:r>
        <w:t>تو میں نے سوچا کہ سورہ والعصر میں کون سا ایسا کوئی یونیورسل مسئلہ ہونا چاہیے</w:t>
      </w:r>
    </w:p>
    <w:p>
      <w:r>
        <w:rPr>
          <w:b/>
        </w:rPr>
        <w:t xml:space="preserve">[02:17] </w:t>
      </w:r>
      <w:r>
        <w:t>jo sab par apply hota ho, warna yeh itna zyada kyun karte the woh bar bar.</w:t>
      </w:r>
    </w:p>
    <w:p>
      <w:pPr>
        <w:jc w:val="right"/>
      </w:pPr>
      <w:r>
        <w:t>جو سب پر اپلائی ہوتا ہو، ورنہ یہ اتنا زیادہ کیوں کرتے تھے وہ بار بار۔</w:t>
      </w:r>
    </w:p>
    <w:p>
      <w:r>
        <w:rPr>
          <w:b/>
        </w:rPr>
        <w:t xml:space="preserve">[02:23] </w:t>
      </w:r>
      <w:r>
        <w:t>toh Surah Wal Asr kya hai? Wal Asr innal insana lafi khusr illa allazeena aamano wa amilus saalihaat.</w:t>
      </w:r>
    </w:p>
    <w:p>
      <w:pPr>
        <w:jc w:val="right"/>
      </w:pPr>
      <w:r>
        <w:t>تو سورہ العصر کیا ہے؟ والعصر ان اللسان رفع الخص الا الذی نعوذ باللہ من الصلاۃ۔</w:t>
      </w:r>
    </w:p>
    <w:p>
      <w:r>
        <w:rPr>
          <w:b/>
        </w:rPr>
        <w:t xml:space="preserve">[02:28] </w:t>
      </w:r>
      <w:r>
        <w:t>toh dekhiye is mein hai ke history ko gawah banaya gaya hai.</w:t>
      </w:r>
    </w:p>
    <w:p>
      <w:pPr>
        <w:jc w:val="right"/>
      </w:pPr>
      <w:r>
        <w:t>تو دیکھئے اس میں ہے کہ ہسٹری کو گواہ بنایا گیا ہے۔</w:t>
      </w:r>
    </w:p>
    <w:p>
      <w:r>
        <w:rPr>
          <w:b/>
        </w:rPr>
        <w:t xml:space="preserve">[02:33] </w:t>
      </w:r>
      <w:r>
        <w:t>history is the history.</w:t>
      </w:r>
    </w:p>
    <w:p>
      <w:pPr>
        <w:jc w:val="right"/>
      </w:pPr>
      <w:r>
        <w:t>ہسٹری از دا ہسٹری۔</w:t>
      </w:r>
    </w:p>
    <w:p>
      <w:r>
        <w:rPr>
          <w:b/>
        </w:rPr>
        <w:t xml:space="preserve">[02:38] </w:t>
      </w:r>
      <w:r>
        <w:t>history is witness.</w:t>
      </w:r>
    </w:p>
    <w:p>
      <w:pPr>
        <w:jc w:val="right"/>
      </w:pPr>
      <w:r>
        <w:t>ہسٹری از وٹنس۔</w:t>
      </w:r>
    </w:p>
    <w:p>
      <w:r>
        <w:rPr>
          <w:b/>
        </w:rPr>
        <w:t xml:space="preserve">[02:43] </w:t>
      </w:r>
      <w:r>
        <w:t>har aadmi las mein hai, siwa us ke</w:t>
      </w:r>
    </w:p>
    <w:p>
      <w:pPr>
        <w:jc w:val="right"/>
      </w:pPr>
      <w:r>
        <w:t>ہر آدمی لاسٹ میں ہے، سوا اس کے</w:t>
      </w:r>
    </w:p>
    <w:p>
      <w:r>
        <w:rPr>
          <w:b/>
        </w:rPr>
        <w:t xml:space="preserve">[02:48] </w:t>
      </w:r>
      <w:r>
        <w:t>jo imaan laaye aur amal saaleh kare.</w:t>
      </w:r>
    </w:p>
    <w:p>
      <w:pPr>
        <w:jc w:val="right"/>
      </w:pPr>
      <w:r>
        <w:t>جو ایمان لائے اور عمل صالح کرے۔</w:t>
      </w:r>
    </w:p>
    <w:p>
      <w:r>
        <w:rPr>
          <w:b/>
        </w:rPr>
        <w:t xml:space="preserve">[02:54] </w:t>
      </w:r>
      <w:r>
        <w:t>toh yeh jo baat hai, imaan laaye ka matlab yeh nahi ke jo kalma padhe, yeh matlab nahi hai.</w:t>
      </w:r>
    </w:p>
    <w:p>
      <w:pPr>
        <w:jc w:val="right"/>
      </w:pPr>
      <w:r>
        <w:t>تو یہ جو بات ہے، ایمان لائے کا معنی یہ نہیں کہ جو کلمہ پڑھے، یہ مطلب نہیں ہے۔</w:t>
      </w:r>
    </w:p>
    <w:p>
      <w:r>
        <w:rPr>
          <w:b/>
        </w:rPr>
        <w:t xml:space="preserve">[03:00] </w:t>
      </w:r>
      <w:r>
        <w:t>yeh amal saaleh ka matlab yeh nahi ke woh namaz mein jaana shuru kar de masjid mein.</w:t>
      </w:r>
    </w:p>
    <w:p>
      <w:pPr>
        <w:jc w:val="right"/>
      </w:pPr>
      <w:r>
        <w:t>یہ معنی صالح کا معنی یہ نہیں کہ وہ نماز میں جانا شروع کر دے مسجد میں۔</w:t>
      </w:r>
    </w:p>
    <w:p>
      <w:r>
        <w:rPr>
          <w:b/>
        </w:rPr>
        <w:t xml:space="preserve">[03:06] </w:t>
      </w:r>
      <w:r>
        <w:t>is ke andar ek bahut badi baat mujhe samajh mein aayi, woh yeh ke jab bhi koi las</w:t>
      </w:r>
    </w:p>
    <w:p>
      <w:pPr>
        <w:jc w:val="right"/>
      </w:pPr>
      <w:r>
        <w:t>اس کے اندر ایک بہت بڑی بات مجھے سمجھ میں آئی، وہ یہ کہ جب بھی کوئی لاسٹ</w:t>
      </w:r>
    </w:p>
    <w:p>
      <w:r>
        <w:rPr>
          <w:b/>
        </w:rPr>
        <w:t xml:space="preserve">[03:12] </w:t>
      </w:r>
      <w:r>
        <w:t>ho to us ke baad woh replanning kare,</w:t>
      </w:r>
    </w:p>
    <w:p>
      <w:pPr>
        <w:jc w:val="right"/>
      </w:pPr>
      <w:r>
        <w:t>ہو تو اس کے بعد وہ ری پلاننگ کرے،</w:t>
      </w:r>
    </w:p>
    <w:p>
      <w:r>
        <w:rPr>
          <w:b/>
        </w:rPr>
        <w:t xml:space="preserve">[03:19] </w:t>
      </w:r>
      <w:r>
        <w:t>soche, soche, soche, phir apni zindagi ki replanning kare. toh phir zaroor woh kamyab hota. toh maine socha ke yeh jo film actress thi, jo us ka qissa yeh tha ke us ki marz fail ho gayi, buri tarah fail ho gayi. toh bohat zyada woh gham ho gaya us ko, aur tension banne lagi. phir woh bohat zyada</w:t>
      </w:r>
    </w:p>
    <w:p>
      <w:pPr>
        <w:jc w:val="right"/>
      </w:pPr>
      <w:r>
        <w:t>سوچے، سوچے، سوچے، پھر اپنی زندگی کی ری پلاننگ کرے۔ تو پھر ضرور وہ کامیاب ہوتا۔ تو میں نے سوچا کہ یہ جو فلم ایکٹرس تھی، جو اس کا قصہ یہ تھا کہ اس کی مرض فیل ہو گئی، بری طرح فیل ہو گئی۔ تو بہت زیادہ وہ غم ہو گیا اس کو، اور ٹینشن بننے لگی۔ پھر وہ بہت زیادہ</w:t>
      </w:r>
    </w:p>
    <w:p>
      <w:r>
        <w:rPr>
          <w:b/>
        </w:rPr>
        <w:t xml:space="preserve">[03:49] </w:t>
      </w:r>
      <w:r>
        <w:t>sharab peene lagi.</w:t>
      </w:r>
    </w:p>
    <w:p>
      <w:pPr>
        <w:jc w:val="right"/>
      </w:pPr>
      <w:r>
        <w:t>شراب پینے لگی۔</w:t>
      </w:r>
    </w:p>
    <w:p>
      <w:r>
        <w:rPr>
          <w:b/>
        </w:rPr>
        <w:t xml:space="preserve">[03:55] </w:t>
      </w:r>
      <w:r>
        <w:t>sharab peete hi ki wajah se uski sehat bahut kharab ho gayi, yahan tak ke mar gayi.</w:t>
      </w:r>
    </w:p>
    <w:p>
      <w:pPr>
        <w:jc w:val="right"/>
      </w:pPr>
      <w:r>
        <w:t>شراب پیتے ہی کی وجہ سے اس کی صحت بہت خراب ہو گئی، یہاں تک کہ مر گئی۔</w:t>
      </w:r>
    </w:p>
    <w:p>
      <w:r>
        <w:rPr>
          <w:b/>
        </w:rPr>
        <w:t xml:space="preserve">[04:01] </w:t>
      </w:r>
      <w:r>
        <w:t>toh is is mein jo sabak hai, woh har aadmi ke liye, har aise aise case duniya mein</w:t>
      </w:r>
    </w:p>
    <w:p>
      <w:pPr>
        <w:jc w:val="right"/>
      </w:pPr>
      <w:r>
        <w:t>تو اس اس میں جو سبق ہے، وہ ہر آدمی کے لیے، ہر ایسے ایسے کیس دنیا میں</w:t>
      </w:r>
    </w:p>
    <w:p>
      <w:r>
        <w:rPr>
          <w:b/>
        </w:rPr>
        <w:t xml:space="preserve">[04:07] </w:t>
      </w:r>
      <w:r>
        <w:t>million billion hain, ke jab bhi aadmi ko koi setback ho, koi loss ho, koi unwanted</w:t>
      </w:r>
    </w:p>
    <w:p>
      <w:pPr>
        <w:jc w:val="right"/>
      </w:pPr>
      <w:r>
        <w:t>ملین بلین ہیں، کہ جب بھی آدمی کو کوئی سیٹ بیک ہو، کوئی لاسٹ ہو، کوئی ان وانٹڈ</w:t>
      </w:r>
    </w:p>
    <w:p>
      <w:r>
        <w:rPr>
          <w:b/>
        </w:rPr>
        <w:t xml:space="preserve">[04:13] </w:t>
      </w:r>
      <w:r>
        <w:t>situation pesh aaye, matlab iska is se jo expectations thi woh poora na ho,</w:t>
      </w:r>
    </w:p>
    <w:p>
      <w:pPr>
        <w:jc w:val="right"/>
      </w:pPr>
      <w:r>
        <w:t>سچویشن پیش آئے، مطلب اس کا اس سے جو ایکسپیکٹیشنز تھیں وہ پورا نہ ہو،</w:t>
      </w:r>
    </w:p>
    <w:p>
      <w:r>
        <w:rPr>
          <w:b/>
        </w:rPr>
        <w:t xml:space="preserve">[04:19] </w:t>
      </w:r>
      <w:r>
        <w:t>toh is ke liye phir niraash hone ka koi sawal nahi hai.</w:t>
      </w:r>
    </w:p>
    <w:p>
      <w:pPr>
        <w:jc w:val="right"/>
      </w:pPr>
      <w:r>
        <w:t>تو اس کے لیے پھر نراش ہونے کا کوئی سوال نہیں ہے۔</w:t>
      </w:r>
    </w:p>
    <w:p>
      <w:r>
        <w:rPr>
          <w:b/>
        </w:rPr>
        <w:t xml:space="preserve">[04:24] </w:t>
      </w:r>
      <w:r>
        <w:t>ek ek nayi umeed is ke liye hai.</w:t>
      </w:r>
    </w:p>
    <w:p>
      <w:pPr>
        <w:jc w:val="right"/>
      </w:pPr>
      <w:r>
        <w:t>ایک ایک نئی امید اس کے لیے ہے۔</w:t>
      </w:r>
    </w:p>
    <w:p>
      <w:r>
        <w:rPr>
          <w:b/>
        </w:rPr>
        <w:t xml:space="preserve">[04:29] </w:t>
      </w:r>
      <w:r>
        <w:t>yani dobara umeed hai tumhare liye.</w:t>
      </w:r>
    </w:p>
    <w:p>
      <w:pPr>
        <w:jc w:val="right"/>
      </w:pPr>
      <w:r>
        <w:t>یعنی دوبارہ امید ہے تمہارے لیے۔</w:t>
      </w:r>
    </w:p>
    <w:p>
      <w:r>
        <w:rPr>
          <w:b/>
        </w:rPr>
        <w:t xml:space="preserve">[04:34] </w:t>
      </w:r>
      <w:r>
        <w:t>woh kaise? woh re-planning.</w:t>
      </w:r>
    </w:p>
    <w:p>
      <w:pPr>
        <w:jc w:val="right"/>
      </w:pPr>
      <w:r>
        <w:t>وہ کیسے؟ وہ ری پلاننگ۔</w:t>
      </w:r>
    </w:p>
    <w:p>
      <w:r>
        <w:rPr>
          <w:b/>
        </w:rPr>
        <w:t xml:space="preserve">[04:39] </w:t>
      </w:r>
      <w:r>
        <w:t>اپنے تجربات کو add کر کے پھر سے سوچے وہ۔</w:t>
      </w:r>
    </w:p>
    <w:p>
      <w:pPr>
        <w:jc w:val="right"/>
      </w:pPr>
      <w:r>
        <w:t>اپنے تجربات کو ایڈ کر کے پھر سے سوچے وہ۔</w:t>
      </w:r>
    </w:p>
    <w:p>
      <w:r>
        <w:rPr>
          <w:b/>
        </w:rPr>
        <w:t xml:space="preserve">[04:44] </w:t>
      </w:r>
      <w:r>
        <w:t>phir mein is par ghor karte hue mujhe apni zindagi yaad aayi.</w:t>
      </w:r>
    </w:p>
    <w:p>
      <w:pPr>
        <w:jc w:val="right"/>
      </w:pPr>
      <w:r>
        <w:t>پھر میں اس پر غور کرتے ہوئے مجھے اپنی زندگی یاد آئی۔</w:t>
      </w:r>
    </w:p>
    <w:p>
      <w:r>
        <w:rPr>
          <w:b/>
        </w:rPr>
        <w:t xml:space="preserve">[04:49] </w:t>
      </w:r>
      <w:r>
        <w:t>میری زندگی میں بھی اسی قسم کی ری پلاننگ ہوئی ہے، لیکن unconsciously، بغیر سوچے بغیر۔</w:t>
      </w:r>
    </w:p>
    <w:p>
      <w:pPr>
        <w:jc w:val="right"/>
      </w:pPr>
      <w:r>
        <w:t>میری زندگی میں بھی اسی قسم کی ری پلاننگ ہوئی ہے، لیکن انکاشسلی، بغیر سوچے بغیر۔</w:t>
      </w:r>
    </w:p>
    <w:p>
      <w:r>
        <w:rPr>
          <w:b/>
        </w:rPr>
        <w:t xml:space="preserve">[04:55] </w:t>
      </w:r>
      <w:r>
        <w:t>meri maa batati thi ke jab mein paida hua toh mere baap bohat zyada mujh ko maanne lage.</w:t>
      </w:r>
    </w:p>
    <w:p>
      <w:pPr>
        <w:jc w:val="right"/>
      </w:pPr>
      <w:r>
        <w:t>میری ماں بتاتی تھی کہ جب میں پیدا ہوا تو میرے باپ بہت زیادہ مجھ کو ماننے لگے۔</w:t>
      </w:r>
    </w:p>
    <w:p>
      <w:r>
        <w:rPr>
          <w:b/>
        </w:rPr>
        <w:t xml:space="preserve">[05:01] </w:t>
      </w:r>
      <w:r>
        <w:t>اور اور جس کو کہتے ہیں over-pampering۔ Over-pampering۔</w:t>
      </w:r>
    </w:p>
    <w:p>
      <w:pPr>
        <w:jc w:val="right"/>
      </w:pPr>
      <w:r>
        <w:t>اور اور جس کو کہتے ہیں اوور پیمپرنگ۔ اوور پیمپرنگ۔</w:t>
      </w:r>
    </w:p>
    <w:p>
      <w:r>
        <w:rPr>
          <w:b/>
        </w:rPr>
        <w:t xml:space="preserve">[05:07] </w:t>
      </w:r>
      <w:r>
        <w:t>تو چھ سال تک میری over-pampering کرتے رہے۔</w:t>
      </w:r>
    </w:p>
    <w:p>
      <w:pPr>
        <w:jc w:val="right"/>
      </w:pPr>
      <w:r>
        <w:t>تو چھ سال تک میری اوور پیمپرنگ کرتے رہے۔</w:t>
      </w:r>
    </w:p>
    <w:p>
      <w:r>
        <w:rPr>
          <w:b/>
        </w:rPr>
        <w:t xml:space="preserve">[05:13] </w:t>
      </w:r>
      <w:r>
        <w:t>aur mein bohat hi yani ek</w:t>
      </w:r>
    </w:p>
    <w:p>
      <w:pPr>
        <w:jc w:val="right"/>
      </w:pPr>
      <w:r>
        <w:t>اور میں بہت ہی یعنی ایک</w:t>
      </w:r>
    </w:p>
    <w:p>
      <w:r>
        <w:rPr>
          <w:b/>
        </w:rPr>
        <w:t xml:space="preserve">[05:19] </w:t>
      </w:r>
      <w:r>
        <w:t>bigra hua ladka ban gaya.</w:t>
      </w:r>
    </w:p>
    <w:p>
      <w:pPr>
        <w:jc w:val="right"/>
      </w:pPr>
      <w:r>
        <w:t>بگڑا ہوا لڑکا بن گیا۔</w:t>
      </w:r>
    </w:p>
    <w:p>
      <w:r>
        <w:rPr>
          <w:b/>
        </w:rPr>
        <w:t xml:space="preserve">[05:25] </w:t>
      </w:r>
      <w:r>
        <w:t>yahan tak ke hamare phupha the, sheikh kamil, woh aate the hamare haan.</w:t>
      </w:r>
    </w:p>
    <w:p>
      <w:pPr>
        <w:jc w:val="right"/>
      </w:pPr>
      <w:r>
        <w:t>یہاں تک کہ ہمارے پھوپھا تھے، شیخ کامل، وہ آتے تھے ہمارے ہاں۔</w:t>
      </w:r>
    </w:p>
    <w:p>
      <w:r>
        <w:rPr>
          <w:b/>
        </w:rPr>
        <w:t xml:space="preserve">[05:31] </w:t>
      </w:r>
      <w:r>
        <w:t>toh woh kehte the mere baap se ke tum ladke ko kharab kar doge, ladke ko bigaad doge.</w:t>
      </w:r>
    </w:p>
    <w:p>
      <w:pPr>
        <w:jc w:val="right"/>
      </w:pPr>
      <w:r>
        <w:t>تو وہ کہتے تھے میرے باپ سے کہ تم لڑکے کو خراب کر دو گے، لڑکے کو بگاڑ دو گے۔</w:t>
      </w:r>
    </w:p>
    <w:p>
      <w:r>
        <w:rPr>
          <w:b/>
        </w:rPr>
        <w:t xml:space="preserve">[05:37] </w:t>
      </w:r>
      <w:r>
        <w:t>lekin baap sunte nahi the.</w:t>
      </w:r>
    </w:p>
    <w:p>
      <w:pPr>
        <w:jc w:val="right"/>
      </w:pPr>
      <w:r>
        <w:t>لیکن باپ سنتے نہیں تھے۔</w:t>
      </w:r>
    </w:p>
    <w:p>
      <w:r>
        <w:rPr>
          <w:b/>
        </w:rPr>
        <w:t xml:space="preserve">[05:43] </w:t>
      </w:r>
      <w:r>
        <w:t>toh kya hua ke chhe saal ki umar mein un ko death ho gayi,</w:t>
      </w:r>
    </w:p>
    <w:p>
      <w:pPr>
        <w:jc w:val="right"/>
      </w:pPr>
      <w:r>
        <w:t>تو کیا ہوا کہ چھ سال کی عمر میں ان کو ڈیتھ ہو گئی،</w:t>
      </w:r>
    </w:p>
    <w:p>
      <w:r>
        <w:rPr>
          <w:b/>
        </w:rPr>
        <w:t xml:space="preserve">[05:49] </w:t>
      </w:r>
      <w:r>
        <w:t>achanak. un ko stroke hua. yeh baat hai december 1929 ki. toh main bohat zyada attach tha apne baap se, bohat zyada. har waqt baap ke sath rehta tha. jab achanak un ko aik hi raat mein mar gaye woh. usi raat ko stroke hua, usi raat ko mar gaye. maine ab tak mujhe yaad hai, yani bed par un ki body aise l</w:t>
      </w:r>
    </w:p>
    <w:p>
      <w:pPr>
        <w:jc w:val="right"/>
      </w:pPr>
      <w:r>
        <w:t>اچانک۔ ان کو اسٹروک ہوا۔ یہ بات ہے دسمبر 1929 کی۔ تو میں بہت زیادہ اٹیچ تھا اپنے باپ سے، بہت زیادہ۔ ہر وقت باپ کے ساتھ رہتا تھا۔ جب اچانک ان کو ایک ہی رات میں مر گئے وہ۔ اسی رات کو اسٹروک ہوا، اسی رات کو مر گئے۔ میں نے اب تک مجھے یاد ہے، یعنی بیڈ پر ان کی باڈی ایسے ل</w:t>
      </w:r>
    </w:p>
    <w:p>
      <w:r>
        <w:rPr>
          <w:b/>
        </w:rPr>
        <w:t xml:space="preserve">[06:19] </w:t>
      </w:r>
      <w:r>
        <w:t>ty hui thi.</w:t>
      </w:r>
    </w:p>
    <w:p>
      <w:pPr>
        <w:jc w:val="right"/>
      </w:pPr>
      <w:r>
        <w:t>ٹائی ہوئی تھی۔</w:t>
      </w:r>
    </w:p>
    <w:p>
      <w:r>
        <w:rPr>
          <w:b/>
        </w:rPr>
        <w:t xml:space="preserve">[06:24] </w:t>
      </w:r>
      <w:r>
        <w:t>rastay mein un ko track hua tha.</w:t>
      </w:r>
    </w:p>
    <w:p>
      <w:pPr>
        <w:jc w:val="right"/>
      </w:pPr>
      <w:r>
        <w:t>راستے میں ان کو ٹریک ہوا تھا۔</w:t>
      </w:r>
    </w:p>
    <w:p>
      <w:r>
        <w:rPr>
          <w:b/>
        </w:rPr>
        <w:t xml:space="preserve">[06:28] </w:t>
      </w:r>
      <w:r>
        <w:t>woh hamari chaawni hua karti thi, wahan se aa rahe the woh.</w:t>
      </w:r>
    </w:p>
    <w:p>
      <w:pPr>
        <w:jc w:val="right"/>
      </w:pPr>
      <w:r>
        <w:t>وہ ہماری چھاؤنی ہوا کرتی تھی، وہاں سے آ رہے تھے وہ۔</w:t>
      </w:r>
    </w:p>
    <w:p>
      <w:r>
        <w:rPr>
          <w:b/>
        </w:rPr>
        <w:t xml:space="preserve">[06:32] </w:t>
      </w:r>
      <w:r>
        <w:t>utha kar laye gaye aur bed par litaya gaya un ko.</w:t>
      </w:r>
    </w:p>
    <w:p>
      <w:pPr>
        <w:jc w:val="right"/>
      </w:pPr>
      <w:r>
        <w:t>اٹھا کر لائے گئے اور بیڈ پر لٹایا گیا ان کو۔</w:t>
      </w:r>
    </w:p>
    <w:p>
      <w:r>
        <w:rPr>
          <w:b/>
        </w:rPr>
        <w:t xml:space="preserve">[06:37] </w:t>
      </w:r>
      <w:r>
        <w:t>toh ab tak mujhe yaad hai ke kaise maine dekha tha un ko is bed par.</w:t>
      </w:r>
    </w:p>
    <w:p>
      <w:pPr>
        <w:jc w:val="right"/>
      </w:pPr>
      <w:r>
        <w:t>تو اب تک مجھے یاد ہے کہ کیسے میں نے دیکھا تھا ان کو اس بیڈ پر۔</w:t>
      </w:r>
    </w:p>
    <w:p>
      <w:r>
        <w:rPr>
          <w:b/>
        </w:rPr>
        <w:t xml:space="preserve">[06:41] </w:t>
      </w:r>
      <w:r>
        <w:t>تو میری زندگی میں سوچ کر تو نہیں، unconsciously replanning ہوئی۔</w:t>
      </w:r>
    </w:p>
    <w:p>
      <w:pPr>
        <w:jc w:val="right"/>
      </w:pPr>
      <w:r>
        <w:t>تو میری زندگی میں سوچ کر تو نہیں، انکاشسلی ری پلاننگ ہوئی۔</w:t>
      </w:r>
    </w:p>
    <w:p>
      <w:r>
        <w:rPr>
          <w:b/>
        </w:rPr>
        <w:t xml:space="preserve">[06:46] </w:t>
      </w:r>
      <w:r>
        <w:t>meri maa batati thi ke is baat mein ek bilkul chup ho rehne laga, bilkul chup.</w:t>
      </w:r>
    </w:p>
    <w:p>
      <w:pPr>
        <w:jc w:val="right"/>
      </w:pPr>
      <w:r>
        <w:t>میری ماں بتاتی تھی کہ اس بات میں ایک بالکل چپ ہو رہنے لگا، بالکل چپ۔</w:t>
      </w:r>
    </w:p>
    <w:p>
      <w:r>
        <w:rPr>
          <w:b/>
        </w:rPr>
        <w:t xml:space="preserve">[06:50] </w:t>
      </w:r>
      <w:r>
        <w:t>bolta hi nahi tha.</w:t>
      </w:r>
    </w:p>
    <w:p>
      <w:pPr>
        <w:jc w:val="right"/>
      </w:pPr>
      <w:r>
        <w:t>بولتا ہی نہیں تھا۔</w:t>
      </w:r>
    </w:p>
    <w:p>
      <w:r>
        <w:rPr>
          <w:b/>
        </w:rPr>
        <w:t xml:space="preserve">[06:54] </w:t>
      </w:r>
      <w:r>
        <w:t>لیکن دیکھئے mind ایسا ہے کہ آپ ایسا ہے کہ آپ چپ نہیں رہ سکتے۔</w:t>
      </w:r>
    </w:p>
    <w:p>
      <w:pPr>
        <w:jc w:val="right"/>
      </w:pPr>
      <w:r>
        <w:t>لیکن دیکھئے مائنڈ ایسا ہے کہ آپ ایسا ہے کہ آپ چپ نہیں رہ سکتے۔</w:t>
      </w:r>
    </w:p>
    <w:p>
      <w:r>
        <w:rPr>
          <w:b/>
        </w:rPr>
        <w:t xml:space="preserve">[06:57] </w:t>
      </w:r>
      <w:r>
        <w:t>mind sochega.</w:t>
      </w:r>
    </w:p>
    <w:p>
      <w:pPr>
        <w:jc w:val="right"/>
      </w:pPr>
      <w:r>
        <w:t>مائنڈ سوچے گا۔</w:t>
      </w:r>
    </w:p>
    <w:p>
      <w:r>
        <w:rPr>
          <w:b/>
        </w:rPr>
        <w:t xml:space="preserve">[07:01] </w:t>
      </w:r>
      <w:r>
        <w:t>یہ impossible ہے کہ mind ڈیڈلی چپ ہو جائے۔</w:t>
      </w:r>
    </w:p>
    <w:p>
      <w:pPr>
        <w:jc w:val="right"/>
      </w:pPr>
      <w:r>
        <w:t>یہ امپاسیبل ہے کہ مائنڈ ڈیڈلی چپ ہو جائے۔</w:t>
      </w:r>
    </w:p>
    <w:p>
      <w:r>
        <w:rPr>
          <w:b/>
        </w:rPr>
        <w:t xml:space="preserve">[07:05] </w:t>
      </w:r>
      <w:r>
        <w:t>woh sochta hai, sochta hai, sochta hai.</w:t>
      </w:r>
    </w:p>
    <w:p>
      <w:pPr>
        <w:jc w:val="right"/>
      </w:pPr>
      <w:r>
        <w:t>وہ سوچتا ہے، سوچتا ہے، سوچتا ہے۔</w:t>
      </w:r>
    </w:p>
    <w:p>
      <w:r>
        <w:rPr>
          <w:b/>
        </w:rPr>
        <w:t xml:space="preserve">[07:09] </w:t>
      </w:r>
      <w:r>
        <w:t>toh mera mind sochne laga.</w:t>
      </w:r>
    </w:p>
    <w:p>
      <w:pPr>
        <w:jc w:val="right"/>
      </w:pPr>
      <w:r>
        <w:t>تو میرا مائنڈ سوچنے لگا۔</w:t>
      </w:r>
    </w:p>
    <w:p>
      <w:r>
        <w:rPr>
          <w:b/>
        </w:rPr>
        <w:t xml:space="preserve">[07:13] </w:t>
      </w:r>
      <w:r>
        <w:t>yani pehle bolta tha, ab sochne laga.</w:t>
      </w:r>
    </w:p>
    <w:p>
      <w:pPr>
        <w:jc w:val="right"/>
      </w:pPr>
      <w:r>
        <w:t>یعنی پہلے بولتا تھا، اب سوچنے لگا۔</w:t>
      </w:r>
    </w:p>
    <w:p>
      <w:r>
        <w:rPr>
          <w:b/>
        </w:rPr>
        <w:t xml:space="preserve">[07:16] </w:t>
      </w:r>
      <w:r>
        <w:t>pehlay mujhe shauq tha is ka, woh shauq khatam ho gaya toh sochte</w:t>
      </w:r>
    </w:p>
    <w:p>
      <w:pPr>
        <w:jc w:val="right"/>
      </w:pPr>
      <w:r>
        <w:t>پہلے مجھے شوق تھا اس کا، وہ شوق ختم ہو گیا۔ تو سوچتے</w:t>
      </w:r>
    </w:p>
    <w:p>
      <w:r>
        <w:rPr>
          <w:b/>
        </w:rPr>
        <w:t xml:space="preserve">[07:20] </w:t>
      </w:r>
      <w:r>
        <w:t>sochte mere mind ne replanning ki. pehle unconsciously, us ke baad consciously. toh maine parha, urdu parha, farsi parha, arabi parhi, english parhi. yahan tak ke yeh masla shuru hua. toh yeh jo formula hai, replanning, yeh hai surah wal asr mein. ke last hota hai toh it is not natural, is ko normal way</w:t>
      </w:r>
    </w:p>
    <w:p>
      <w:pPr>
        <w:jc w:val="right"/>
      </w:pPr>
      <w:r>
        <w:t>سوچتے میرے مائنڈ نے ری پلاننگ کی۔ پہلے انکاشسلی، اس کے بعد کانشیسلی۔ تو میں نے پڑھا، اردو پڑھا، فارسی پڑھا، عربی پڑھی، انگلش پڑھی۔ یہاں تک کہ یہ مسئلہ شروع ہوا۔ تو یہ جو فارمولا ہے، ری پلاننگ، یہ ہے سورہ والعصر میں۔ کہ لاسٹ ہوتا ہے تو اٹ از ناٹ نیچرل، اس کو نارمل وے</w:t>
      </w:r>
    </w:p>
    <w:p>
      <w:r>
        <w:rPr>
          <w:b/>
        </w:rPr>
        <w:t xml:space="preserve">[07:50] </w:t>
      </w:r>
      <w:r>
        <w:t>mein lo, aur phir tum re-planning karo.</w:t>
      </w:r>
    </w:p>
    <w:p>
      <w:pPr>
        <w:jc w:val="right"/>
      </w:pPr>
      <w:r>
        <w:t>میں لو، اور پھر تم ری پلاننگ کرو۔</w:t>
      </w:r>
    </w:p>
    <w:p>
      <w:r>
        <w:rPr>
          <w:b/>
        </w:rPr>
        <w:t xml:space="preserve">[07:55] </w:t>
      </w:r>
      <w:r>
        <w:t>phir mujhe yaad aata hai apne jahan mein rehta tha wahan ka qissa.</w:t>
      </w:r>
    </w:p>
    <w:p>
      <w:pPr>
        <w:jc w:val="right"/>
      </w:pPr>
      <w:r>
        <w:t>پھر مجھے یاد آتا ہے اپنے جہاں میں رہتا تھا وہاں کا قصہ۔</w:t>
      </w:r>
    </w:p>
    <w:p>
      <w:r>
        <w:rPr>
          <w:b/>
        </w:rPr>
        <w:t xml:space="preserve">[08:00] </w:t>
      </w:r>
      <w:r>
        <w:t>ek sahib jo mein un ko mein jaanta tha achhe tareeqay se, abhi bhi meri yaadon mein hain woh.</w:t>
      </w:r>
    </w:p>
    <w:p>
      <w:pPr>
        <w:jc w:val="right"/>
      </w:pPr>
      <w:r>
        <w:t>ایک صاحب جو میں ان کو میں جانتا تھا اچھے طریقے سے، ابھی بھی میری یادوں میں ہیں وہ۔</w:t>
      </w:r>
    </w:p>
    <w:p>
      <w:r>
        <w:rPr>
          <w:b/>
        </w:rPr>
        <w:t xml:space="preserve">[08:05] </w:t>
      </w:r>
      <w:r>
        <w:t>to wo zindagi mein kamyab nahi hua.</w:t>
      </w:r>
    </w:p>
    <w:p>
      <w:pPr>
        <w:jc w:val="right"/>
      </w:pPr>
      <w:r>
        <w:t>تو وہ زندگی میں کامیاب نہیں ہوا۔</w:t>
      </w:r>
    </w:p>
    <w:p>
      <w:r>
        <w:rPr>
          <w:b/>
        </w:rPr>
        <w:t xml:space="preserve">[08:10] </w:t>
      </w:r>
      <w:r>
        <w:t>bohat ghareebi ki halat thi un ki.</w:t>
      </w:r>
    </w:p>
    <w:p>
      <w:pPr>
        <w:jc w:val="right"/>
      </w:pPr>
      <w:r>
        <w:t>بہت غریبی کی حالت تھی ان کی۔</w:t>
      </w:r>
    </w:p>
    <w:p>
      <w:r>
        <w:rPr>
          <w:b/>
        </w:rPr>
        <w:t xml:space="preserve">[08:16] </w:t>
      </w:r>
      <w:r>
        <w:t>to ek din kya hua ke unhon ne apne aap ko</w:t>
      </w:r>
    </w:p>
    <w:p>
      <w:pPr>
        <w:jc w:val="right"/>
      </w:pPr>
      <w:r>
        <w:t>تو ایک دن کیا ہوا کہ انہوں نے اپنے آپ کو</w:t>
      </w:r>
    </w:p>
    <w:p>
      <w:r>
        <w:rPr>
          <w:b/>
        </w:rPr>
        <w:t xml:space="preserve">[08:21] </w:t>
      </w:r>
      <w:r>
        <w:t>suiside kar liya, yani zehar kha liya.</w:t>
      </w:r>
    </w:p>
    <w:p>
      <w:pPr>
        <w:jc w:val="right"/>
      </w:pPr>
      <w:r>
        <w:t>سوسائیڈ کر لیا، یعنی زہر کھا لیا۔</w:t>
      </w:r>
    </w:p>
    <w:p>
      <w:r>
        <w:rPr>
          <w:b/>
        </w:rPr>
        <w:t xml:space="preserve">[08:27] </w:t>
      </w:r>
      <w:r>
        <w:t>mein ab tak mujhe yaad hai un ka ke body un ki pari hui thi, aur marne se pehle.</w:t>
      </w:r>
    </w:p>
    <w:p>
      <w:pPr>
        <w:jc w:val="right"/>
      </w:pPr>
      <w:r>
        <w:t>میں اب تک مجھے یاد ہے ان کا کہ باڈی ان کی پڑی ہوئی تھی، اور مرنے سے پہلے۔</w:t>
      </w:r>
    </w:p>
    <w:p>
      <w:r>
        <w:rPr>
          <w:b/>
        </w:rPr>
        <w:t xml:space="preserve">[08:33] </w:t>
      </w:r>
      <w:r>
        <w:t>to lekin foran ke foran kuch koi doctor mil gaya, us ne us ko kiya kiya kiya kiya</w:t>
      </w:r>
    </w:p>
    <w:p>
      <w:pPr>
        <w:jc w:val="right"/>
      </w:pPr>
      <w:r>
        <w:t>تو لیکن فوراً کے فوراً کچھ کوئی ڈاکٹر مل گیا، اس نے اس کو کیا کیا کیا کیا</w:t>
      </w:r>
    </w:p>
    <w:p>
      <w:r>
        <w:rPr>
          <w:b/>
        </w:rPr>
        <w:t xml:space="preserve">[08:39] </w:t>
      </w:r>
      <w:r>
        <w:t>ke wo theek ho gaya.</w:t>
      </w:r>
    </w:p>
    <w:p>
      <w:pPr>
        <w:jc w:val="right"/>
      </w:pPr>
      <w:r>
        <w:t>کہ وہ ٹھیک ہو گیا۔</w:t>
      </w:r>
    </w:p>
    <w:p>
      <w:r>
        <w:rPr>
          <w:b/>
        </w:rPr>
        <w:t xml:space="preserve">[08:45] </w:t>
      </w:r>
      <w:r>
        <w:t>wohi same aadmi is ke baad kya hua hero ban gaya. Same aadmi. Aur bohat</w:t>
      </w:r>
    </w:p>
    <w:p>
      <w:pPr>
        <w:jc w:val="right"/>
      </w:pPr>
      <w:r>
        <w:t>وہی سیم آدمی اس کے بعد کیا ہوا ہیرو بن گیا۔ سیم آدمی۔ اور بہت</w:t>
      </w:r>
    </w:p>
    <w:p>
      <w:r>
        <w:rPr>
          <w:b/>
        </w:rPr>
        <w:t xml:space="preserve">[08:51] </w:t>
      </w:r>
      <w:r>
        <w:t>paisah kamaya us ne.</w:t>
      </w:r>
    </w:p>
    <w:p>
      <w:pPr>
        <w:jc w:val="right"/>
      </w:pPr>
      <w:r>
        <w:t>پیسہ کمایا اس نے۔</w:t>
      </w:r>
    </w:p>
    <w:p>
      <w:r>
        <w:rPr>
          <w:b/>
        </w:rPr>
        <w:t xml:space="preserve">[08:54] </w:t>
      </w:r>
      <w:r>
        <w:t>company banai us ne.</w:t>
      </w:r>
    </w:p>
    <w:p>
      <w:pPr>
        <w:jc w:val="right"/>
      </w:pPr>
      <w:r>
        <w:t>کمپنی بنائی اس نے۔</w:t>
      </w:r>
    </w:p>
    <w:p>
      <w:r>
        <w:rPr>
          <w:b/>
        </w:rPr>
        <w:t xml:space="preserve">[08:58] </w:t>
      </w:r>
      <w:r>
        <w:t>bara ghar banaya.</w:t>
      </w:r>
    </w:p>
    <w:p>
      <w:pPr>
        <w:jc w:val="right"/>
      </w:pPr>
      <w:r>
        <w:t>بڑا گھر بنایا۔</w:t>
      </w:r>
    </w:p>
    <w:p>
      <w:r>
        <w:rPr>
          <w:b/>
        </w:rPr>
        <w:t xml:space="preserve">[09:01] </w:t>
      </w:r>
      <w:r>
        <w:t>aur yani har aitbar se wo taraqqi ki us ne.</w:t>
      </w:r>
    </w:p>
    <w:p>
      <w:pPr>
        <w:jc w:val="right"/>
      </w:pPr>
      <w:r>
        <w:t>اور یعنی ہر اعتبار سے وہ ترقی کی اس نے۔</w:t>
      </w:r>
    </w:p>
    <w:p>
      <w:r>
        <w:rPr>
          <w:b/>
        </w:rPr>
        <w:t xml:space="preserve">[09:05] </w:t>
      </w:r>
      <w:r>
        <w:t>apne bachon ko parhaya.</w:t>
      </w:r>
    </w:p>
    <w:p>
      <w:pPr>
        <w:jc w:val="right"/>
      </w:pPr>
      <w:r>
        <w:t>اپنے بچوں کو پڑھایا۔</w:t>
      </w:r>
    </w:p>
    <w:p>
      <w:r>
        <w:rPr>
          <w:b/>
        </w:rPr>
        <w:t xml:space="preserve">[09:08] </w:t>
      </w:r>
      <w:r>
        <w:t>wohi same aadmi.</w:t>
      </w:r>
    </w:p>
    <w:p>
      <w:pPr>
        <w:jc w:val="right"/>
      </w:pPr>
      <w:r>
        <w:t>وہی سیم آدمی۔</w:t>
      </w:r>
    </w:p>
    <w:p>
      <w:r>
        <w:rPr>
          <w:b/>
        </w:rPr>
        <w:t xml:space="preserve">[09:12] </w:t>
      </w:r>
      <w:r>
        <w:t>تو that was miracle of replanning.</w:t>
      </w:r>
    </w:p>
    <w:p>
      <w:pPr>
        <w:jc w:val="right"/>
      </w:pPr>
      <w:r>
        <w:t>تو دیٹ واز میریکل آف ری پلاننگ۔</w:t>
      </w:r>
    </w:p>
    <w:p>
      <w:r>
        <w:rPr>
          <w:b/>
        </w:rPr>
        <w:t xml:space="preserve">[09:15] </w:t>
      </w:r>
      <w:r>
        <w:t>to re planning ka scope itna zyada hai, itna zyada hai, itna zyada hai ke unlimited hai.</w:t>
      </w:r>
    </w:p>
    <w:p>
      <w:pPr>
        <w:jc w:val="right"/>
      </w:pPr>
      <w:r>
        <w:t>تو ری پلاننگ کا اسکوپ اتنا زیادہ ہے، اتنا زیادہ ہے، اتنا زیادہ ہے کہ ان لمیٹڈ ہے۔</w:t>
      </w:r>
    </w:p>
    <w:p>
      <w:r>
        <w:rPr>
          <w:b/>
        </w:rPr>
        <w:t xml:space="preserve">[09:19] </w:t>
      </w:r>
      <w:r>
        <w:t>aur given ne likha hai,</w:t>
      </w:r>
    </w:p>
    <w:p>
      <w:pPr>
        <w:jc w:val="right"/>
      </w:pPr>
      <w:r>
        <w:t>اور گیون نے لکھا ہے،</w:t>
      </w:r>
    </w:p>
    <w:p>
      <w:r>
        <w:rPr>
          <w:b/>
        </w:rPr>
        <w:t xml:space="preserve">[09:22] </w:t>
      </w:r>
      <w:r>
        <w:t>historian givan, keh history ka sab se bara waqea replanning ka heracles herqul ko tha. yani roman empire ka jo aakhri badshah tha, uska naam hai heracles herqul. to us zamane mein do empire theen, roman empire aur sasani empire. yeh bohat detail ke sath likha hai yeh qissa, givan ne. apni</w:t>
      </w:r>
    </w:p>
    <w:p>
      <w:pPr>
        <w:jc w:val="right"/>
      </w:pPr>
      <w:r>
        <w:t>ہسٹورین گیون، کہ ہسٹری کا سب سے بڑا واقعہ ری پلاننگ کا ہیریکلیس ہیرقل کو تھا۔ یعنی رومن ایمپائر کا جو آخری بادشاہ تھا، اس کا نام ہے ہیریکلیس ہیرقل۔ تو اس زمانے میں دو ایمپائر تھیں، رومن ایمپائر اور ساسانی ایمپائر۔ یہ بہت ڈیٹیل کے ساتھ لکھا ہے یہ قصہ، گیون نے۔ اپنی</w:t>
      </w:r>
    </w:p>
    <w:p>
      <w:r>
        <w:rPr>
          <w:b/>
        </w:rPr>
        <w:t xml:space="preserve">[09:52] </w:t>
      </w:r>
      <w:r>
        <w:t>. to sasani empire ne attack kiya, aur destroy kar diya usne roman empire ko. destroy kar diya. yahan tak keh jo king tha woh ab bhag kar ke ja kar jis ko kehte hain aaj qastuntuniya, yani constantinople, sirf isi ek shehar mein ja kar rehne laga woh. to usne likha hai keh iske baad herqul mein ek miracle change aaya. woh</w:t>
      </w:r>
    </w:p>
    <w:p>
      <w:pPr>
        <w:jc w:val="right"/>
      </w:pPr>
      <w:r>
        <w:t>۔ تو ساسانی ایمپائر نے اٹیک کیا، اور ڈسٹروئے کر دیا اس نے رومن ایمپائر کو۔ ڈسٹروئے کر دیا۔ یہاں تک کہ جو کنگ تھا وہ اب بھاگ کر کے جا کر جس کو کہتے ہیں آج قسطنطنیہ، یعنی کانسٹنٹینیپل، صرف اسی ایک شہر میں جا کر رہنے لگا وہ۔ تو اس نے لکھا ہے کہ اس کے بعد ہیرقل میں ایک میریکل چینج آیا۔ وہ</w:t>
      </w:r>
    </w:p>
    <w:p>
      <w:r>
        <w:rPr>
          <w:b/>
        </w:rPr>
        <w:t xml:space="preserve">[10:22] </w:t>
      </w:r>
      <w:r>
        <w:t>sharab peeta tha, sharab chhod di.</w:t>
      </w:r>
    </w:p>
    <w:p>
      <w:pPr>
        <w:jc w:val="right"/>
      </w:pPr>
      <w:r>
        <w:t>شراب پیتا تھا، شراب چھوڑ دی۔</w:t>
      </w:r>
    </w:p>
    <w:p>
      <w:r>
        <w:rPr>
          <w:b/>
        </w:rPr>
        <w:t xml:space="preserve">[10:25] </w:t>
      </w:r>
      <w:r>
        <w:t>auraton ke paas bhagta tha, auraten chhod diya us ne.</w:t>
      </w:r>
    </w:p>
    <w:p>
      <w:pPr>
        <w:jc w:val="right"/>
      </w:pPr>
      <w:r>
        <w:t>عورتوں کے پاس بھاگتا تھا، عورتیں چھوڑ دیا اس نے۔</w:t>
      </w:r>
    </w:p>
    <w:p>
      <w:r>
        <w:rPr>
          <w:b/>
        </w:rPr>
        <w:t xml:space="preserve">[10:29] </w:t>
      </w:r>
      <w:r>
        <w:t>sab ice par chhod diya.</w:t>
      </w:r>
    </w:p>
    <w:p>
      <w:pPr>
        <w:jc w:val="right"/>
      </w:pPr>
      <w:r>
        <w:t>سب آئس پر چھوڑ دیا۔</w:t>
      </w:r>
    </w:p>
    <w:p>
      <w:r>
        <w:rPr>
          <w:b/>
        </w:rPr>
        <w:t xml:space="preserve">[10:32] </w:t>
      </w:r>
      <w:r>
        <w:t>aur achaanak bohat hi serious aadmi ban gaya.</w:t>
      </w:r>
    </w:p>
    <w:p>
      <w:pPr>
        <w:jc w:val="right"/>
      </w:pPr>
      <w:r>
        <w:t>اور اچانک بہت ہی سیریس آدمی بن گیا۔</w:t>
      </w:r>
    </w:p>
    <w:p>
      <w:r>
        <w:rPr>
          <w:b/>
        </w:rPr>
        <w:t xml:space="preserve">[10:36] </w:t>
      </w:r>
      <w:r>
        <w:t>aur bohat hi secret planning ki us ne, secret planning.</w:t>
      </w:r>
    </w:p>
    <w:p>
      <w:pPr>
        <w:jc w:val="right"/>
      </w:pPr>
      <w:r>
        <w:t>اور بہت ہی سیکرٹ پلاننگ کی اس نے، سیکرٹ پلاننگ۔</w:t>
      </w:r>
    </w:p>
    <w:p>
      <w:r>
        <w:rPr>
          <w:b/>
        </w:rPr>
        <w:t xml:space="preserve">[10:39] </w:t>
      </w:r>
      <w:r>
        <w:t>bohat detail ke sath likha hai us ne.</w:t>
      </w:r>
    </w:p>
    <w:p>
      <w:pPr>
        <w:jc w:val="right"/>
      </w:pPr>
      <w:r>
        <w:t>بہت ڈیٹیل کے ساتھ لکھا ہے اس نے۔</w:t>
      </w:r>
    </w:p>
    <w:p>
      <w:r>
        <w:rPr>
          <w:b/>
        </w:rPr>
        <w:t xml:space="preserve">[10:42] </w:t>
      </w:r>
      <w:r>
        <w:t>aur us ne bohat zabardast planning kar ke dobara attack kiya to dobara us ne sasani empire ko</w:t>
      </w:r>
    </w:p>
    <w:p>
      <w:pPr>
        <w:jc w:val="right"/>
      </w:pPr>
      <w:r>
        <w:t>اور اس نے بہت زبردست پلاننگ کر کے دوبارہ اٹیک کیا تو دوبارہ اس نے ساسانی ایمپائر کو</w:t>
      </w:r>
    </w:p>
    <w:p>
      <w:r>
        <w:rPr>
          <w:b/>
        </w:rPr>
        <w:t xml:space="preserve">[10:46] </w:t>
      </w:r>
      <w:r>
        <w:t>destroy kar diya.</w:t>
      </w:r>
    </w:p>
    <w:p>
      <w:pPr>
        <w:jc w:val="right"/>
      </w:pPr>
      <w:r>
        <w:t>ڈسٹروئے کر دیا۔</w:t>
      </w:r>
    </w:p>
    <w:p>
      <w:r>
        <w:rPr>
          <w:b/>
        </w:rPr>
        <w:t xml:space="preserve">[10:49] </w:t>
      </w:r>
      <w:r>
        <w:t>to is tarah ki tareekh mein bohat se waqeat</w:t>
      </w:r>
    </w:p>
    <w:p>
      <w:pPr>
        <w:jc w:val="right"/>
      </w:pPr>
      <w:r>
        <w:t>تو اس طرح کی تاریخ میں بہت سے واقعات</w:t>
      </w:r>
    </w:p>
    <w:p>
      <w:r>
        <w:rPr>
          <w:b/>
        </w:rPr>
        <w:t xml:space="preserve">[10:52] </w:t>
      </w:r>
      <w:r>
        <w:t>mujhe yaad aate hain.</w:t>
      </w:r>
    </w:p>
    <w:p>
      <w:pPr>
        <w:jc w:val="right"/>
      </w:pPr>
      <w:r>
        <w:t>مجھے یاد آتے ہیں۔</w:t>
      </w:r>
    </w:p>
    <w:p>
      <w:r>
        <w:rPr>
          <w:b/>
        </w:rPr>
        <w:t xml:space="preserve">[10:58] </w:t>
      </w:r>
      <w:r>
        <w:t>to surah al-asr jo hai, yeh yeh masla deti hai ke kuch bhi last ho tum ko, kuch</w:t>
      </w:r>
    </w:p>
    <w:p>
      <w:pPr>
        <w:jc w:val="right"/>
      </w:pPr>
      <w:r>
        <w:t>تو سورہ والعصر جو ہے، یہ یہ مسئلہ دیتی ہے کہ کچھ بھی لاسٹ ہو تم کو، کچھ</w:t>
      </w:r>
    </w:p>
    <w:p>
      <w:r>
        <w:rPr>
          <w:b/>
        </w:rPr>
        <w:t xml:space="preserve">[11:03] </w:t>
      </w:r>
      <w:r>
        <w:t>bhi tum se khoya jaye, tum hopeless mat bano.</w:t>
      </w:r>
    </w:p>
    <w:p>
      <w:pPr>
        <w:jc w:val="right"/>
      </w:pPr>
      <w:r>
        <w:t>بھی تم سے کھویا جائے، تم ہوپ لیس مت بنو۔</w:t>
      </w:r>
    </w:p>
    <w:p>
      <w:r>
        <w:rPr>
          <w:b/>
        </w:rPr>
        <w:t xml:space="preserve">[11:08] </w:t>
      </w:r>
      <w:r>
        <w:t>replanning karo, replanning karo, replanning karo.</w:t>
      </w:r>
    </w:p>
    <w:p>
      <w:pPr>
        <w:jc w:val="right"/>
      </w:pPr>
      <w:r>
        <w:t>ری پلاننگ کرو، ری پلاننگ کرو، ری پلاننگ کرو۔</w:t>
      </w:r>
    </w:p>
    <w:p>
      <w:r>
        <w:rPr>
          <w:b/>
        </w:rPr>
        <w:t xml:space="preserve">[11:14] </w:t>
      </w:r>
      <w:r>
        <w:t>misalan jo jis jo film actress jo mar gayi, uska naam tha Meena Kumari.</w:t>
      </w:r>
    </w:p>
    <w:p>
      <w:pPr>
        <w:jc w:val="right"/>
      </w:pPr>
      <w:r>
        <w:t>مثلاً جو جس جو فلم ایکٹرس جو مر گئی، اس کا نام تھا مینا کنواری۔</w:t>
      </w:r>
    </w:p>
    <w:p>
      <w:r>
        <w:rPr>
          <w:b/>
        </w:rPr>
        <w:t xml:space="preserve">[11:19] </w:t>
      </w:r>
      <w:r>
        <w:t>to agar us waqt koi is ko</w:t>
      </w:r>
    </w:p>
    <w:p>
      <w:pPr>
        <w:jc w:val="right"/>
      </w:pPr>
      <w:r>
        <w:t>تو اگر اس وقت کوئی اس کو</w:t>
      </w:r>
    </w:p>
    <w:p>
      <w:r>
        <w:rPr>
          <w:b/>
        </w:rPr>
        <w:t xml:space="preserve">[11:24] </w:t>
      </w:r>
      <w:r>
        <w:t>koi is ko mil jata counseling karne wala acha, to woh kehta hai ke tum ek book likho.</w:t>
      </w:r>
    </w:p>
    <w:p>
      <w:pPr>
        <w:jc w:val="right"/>
      </w:pPr>
      <w:r>
        <w:t>کوئی اس کو مل جاتا کاؤنسلنگ کرنے والا اچھا، تو وہ کہتا ہے کہ تم ایک بک لکھو۔</w:t>
      </w:r>
    </w:p>
    <w:p>
      <w:r>
        <w:rPr>
          <w:b/>
        </w:rPr>
        <w:t xml:space="preserve">[11:31] </w:t>
      </w:r>
      <w:r>
        <w:t>yani success of marriage.</w:t>
      </w:r>
    </w:p>
    <w:p>
      <w:pPr>
        <w:jc w:val="right"/>
      </w:pPr>
      <w:r>
        <w:t>یعنی سکسیس آف میرج۔</w:t>
      </w:r>
    </w:p>
    <w:p>
      <w:r>
        <w:rPr>
          <w:b/>
        </w:rPr>
        <w:t xml:space="preserve">[11:37] </w:t>
      </w:r>
      <w:r>
        <w:t>تمہاری success فیل ہو گئی تو وہ failure پر لوگوں کو بطور experience لو۔</w:t>
      </w:r>
    </w:p>
    <w:p>
      <w:pPr>
        <w:jc w:val="right"/>
      </w:pPr>
      <w:r>
        <w:t>تمہاری سکسیس فیل ہو گئی تو وہ فیلیر پر لوگوں کو بطور ایکسپیرینس لو۔</w:t>
      </w:r>
    </w:p>
    <w:p>
      <w:r>
        <w:rPr>
          <w:b/>
        </w:rPr>
        <w:t xml:space="preserve">[11:43] </w:t>
      </w:r>
      <w:r>
        <w:t>woh woh failure jo tha woh ek experience tha tumhare liye.</w:t>
      </w:r>
    </w:p>
    <w:p>
      <w:pPr>
        <w:jc w:val="right"/>
      </w:pPr>
      <w:r>
        <w:t>وہ وہ فیلیر جو تھا وہ ایک ایکسپیرینس تھا تمہارے لیے۔</w:t>
      </w:r>
    </w:p>
    <w:p>
      <w:r>
        <w:rPr>
          <w:b/>
        </w:rPr>
        <w:t xml:space="preserve">[11:49] </w:t>
      </w:r>
      <w:r>
        <w:t>aur tum likho ke successful marriage kya cheez hai.</w:t>
      </w:r>
    </w:p>
    <w:p>
      <w:pPr>
        <w:jc w:val="right"/>
      </w:pPr>
      <w:r>
        <w:t>اور تم لکھو کہ سکسیس فل میرج کیا چیز ہے۔</w:t>
      </w:r>
    </w:p>
    <w:p>
      <w:r>
        <w:rPr>
          <w:b/>
        </w:rPr>
        <w:t xml:space="preserve">[11:56] </w:t>
      </w:r>
      <w:r>
        <w:t>to best seller kitab ban jayegi, best seller. that was replanning for her. to main samajhta hoon keh logon ko sochna nahi aata, art of thinking nahi aati. art of thinking aati nahi. jaise aaj kya aaj kya hua, subah ek sahab ko telephone aaya. to maine kaha keh aap kehte hain keh main hamesha se juda hua hoon, keh aap ko ka</w:t>
      </w:r>
    </w:p>
    <w:p>
      <w:pPr>
        <w:jc w:val="right"/>
      </w:pPr>
      <w:r>
        <w:t>تو بیسٹ سیلر کتاب بن جائے گی، بیسٹ سیلر۔ دیٹ واز ری پلاننگ فار ہر۔ تو میں سمجھتا ہوں کہ لوگوں کو سوچنا نہیں آتا، آرٹ آف تھنکنگ نہیں آتی۔ آرٹ آف تھنکنگ آتی نہیں۔ جیسے آج کیا آج کیا ہوا، صبح ایک صاحب کو ٹیلی فون آیا۔ تو میں نے کہا کہ آپ کہتے ہیں کہ میں ہمیشہ سے جڑا ہوا ہوں، کہ آپ کو کا</w:t>
      </w:r>
    </w:p>
    <w:p>
      <w:r>
        <w:rPr>
          <w:b/>
        </w:rPr>
        <w:t xml:space="preserve">[12:26] </w:t>
      </w:r>
      <w:r>
        <w:t>paper telephone bhi nahi aata.</w:t>
      </w:r>
    </w:p>
    <w:p>
      <w:pPr>
        <w:jc w:val="right"/>
      </w:pPr>
      <w:r>
        <w:t>پی پیپر ٹیلی فون بھی نہیں آتا۔</w:t>
      </w:r>
    </w:p>
    <w:p>
      <w:r>
        <w:rPr>
          <w:b/>
        </w:rPr>
        <w:t xml:space="preserve">[12:29] </w:t>
      </w:r>
      <w:r>
        <w:t>to kya kehte hain, main bohat chahta hoon lekin yeh soch kar reh jata hoon ke aap ko</w:t>
      </w:r>
    </w:p>
    <w:p>
      <w:pPr>
        <w:jc w:val="right"/>
      </w:pPr>
      <w:r>
        <w:t>تو کیا کہتے ہیں، میں بہت چاہتا ہوں لیکن یہ سوچ کر رہ جاتا ہوں کہ آپ کو</w:t>
      </w:r>
    </w:p>
    <w:p>
      <w:r>
        <w:rPr>
          <w:b/>
        </w:rPr>
        <w:t xml:space="preserve">[12:33] </w:t>
      </w:r>
      <w:r>
        <w:t>pareshan karunga.</w:t>
      </w:r>
    </w:p>
    <w:p>
      <w:pPr>
        <w:jc w:val="right"/>
      </w:pPr>
      <w:r>
        <w:t>پریشان کروں گا۔</w:t>
      </w:r>
    </w:p>
    <w:p>
      <w:r>
        <w:rPr>
          <w:b/>
        </w:rPr>
        <w:t xml:space="preserve">[12:37] </w:t>
      </w:r>
      <w:r>
        <w:t>yani aap ko pareshani se bachane ke liye main telephone nahi karta.</w:t>
      </w:r>
    </w:p>
    <w:p>
      <w:pPr>
        <w:jc w:val="right"/>
      </w:pPr>
      <w:r>
        <w:t>یعنی آپ کو پریشانی سے بچانے کے لیے میں ٹیلی فون نہیں کرتا۔</w:t>
      </w:r>
    </w:p>
    <w:p>
      <w:r>
        <w:rPr>
          <w:b/>
        </w:rPr>
        <w:t xml:space="preserve">[12:41] </w:t>
      </w:r>
      <w:r>
        <w:t>to main ne un ko bohat sakht hamari ki.</w:t>
      </w:r>
    </w:p>
    <w:p>
      <w:pPr>
        <w:jc w:val="right"/>
      </w:pPr>
      <w:r>
        <w:t>تو میں نے ان کو بہت سخت ہیمری کی۔</w:t>
      </w:r>
    </w:p>
    <w:p>
      <w:r>
        <w:rPr>
          <w:b/>
        </w:rPr>
        <w:t xml:space="preserve">[12:44] </w:t>
      </w:r>
      <w:r>
        <w:t>main ne kaha yeh formula aap ka aisa hai ke agar yeh mana jaye to sari sari dunya</w:t>
      </w:r>
    </w:p>
    <w:p>
      <w:pPr>
        <w:jc w:val="right"/>
      </w:pPr>
      <w:r>
        <w:t>میں نے کہا یہ فارمولا آپ کا ایسا ہے کہ اگر یہ مانا جائے تو ساری ساری دنیا</w:t>
      </w:r>
    </w:p>
    <w:p>
      <w:r>
        <w:rPr>
          <w:b/>
        </w:rPr>
        <w:t xml:space="preserve">[12:48] </w:t>
      </w:r>
      <w:r>
        <w:t>mein sab kuch khatam ho jaye.</w:t>
      </w:r>
    </w:p>
    <w:p>
      <w:pPr>
        <w:jc w:val="right"/>
      </w:pPr>
      <w:r>
        <w:t>میں سب کچھ ختم ہو جائے۔</w:t>
      </w:r>
    </w:p>
    <w:p>
      <w:r>
        <w:rPr>
          <w:b/>
        </w:rPr>
        <w:t xml:space="preserve">[12:52] </w:t>
      </w:r>
      <w:r>
        <w:t>misalan main ne dekha</w:t>
      </w:r>
    </w:p>
    <w:p>
      <w:pPr>
        <w:jc w:val="right"/>
      </w:pPr>
      <w:r>
        <w:t>مثلاً میں نے دیکھا</w:t>
      </w:r>
    </w:p>
    <w:p>
      <w:r>
        <w:rPr>
          <w:b/>
        </w:rPr>
        <w:t xml:space="preserve">[12:56] </w:t>
      </w:r>
      <w:r>
        <w:t>ke garmi hai, garmi ki hum ko pareshani ho rahi hai.</w:t>
      </w:r>
    </w:p>
    <w:p>
      <w:pPr>
        <w:jc w:val="right"/>
      </w:pPr>
      <w:r>
        <w:t>کہ گرمی ہے، گرمی کی ہم کو پریشانی ہو رہی ہے۔</w:t>
      </w:r>
    </w:p>
    <w:p>
      <w:r>
        <w:rPr>
          <w:b/>
        </w:rPr>
        <w:t xml:space="preserve">[13:01] </w:t>
      </w:r>
      <w:r>
        <w:t>to Allah ne farishton se kaha hai ke koi garmi na ho, is se insan pareshan hota hai.</w:t>
      </w:r>
    </w:p>
    <w:p>
      <w:pPr>
        <w:jc w:val="right"/>
      </w:pPr>
      <w:r>
        <w:t>تو اللہ نے فرشتوں سے کہا ہے کہ کوئی گرمی نہ ہو، اس سے انسان پریشان ہوتا ہے۔</w:t>
      </w:r>
    </w:p>
    <w:p>
      <w:r>
        <w:rPr>
          <w:b/>
        </w:rPr>
        <w:t xml:space="preserve">[13:06] </w:t>
      </w:r>
      <w:r>
        <w:t>to insan garmi se pareshan, thand se pareshan, barish ho to pareshan.</w:t>
      </w:r>
    </w:p>
    <w:p>
      <w:pPr>
        <w:jc w:val="right"/>
      </w:pPr>
      <w:r>
        <w:t>تو انسان گرمی سے پریشان، ٹھنڈ سے پریشان، بارش ہو تو پریشان۔</w:t>
      </w:r>
    </w:p>
    <w:p>
      <w:r>
        <w:rPr>
          <w:b/>
        </w:rPr>
        <w:t xml:space="preserve">[13:12] </w:t>
      </w:r>
      <w:r>
        <w:t>to Allah taala tamam farishton ko order de denge ke dekho bhai insan pareshan hota hai to</w:t>
      </w:r>
    </w:p>
    <w:p>
      <w:pPr>
        <w:jc w:val="right"/>
      </w:pPr>
      <w:r>
        <w:t>تو اللہ تعالیٰ تمام فرشتوں کو آرڈر دے دیں گے کہ دیکھو بھئی انسان پریشان ہوتا ہے تو</w:t>
      </w:r>
    </w:p>
    <w:p>
      <w:r>
        <w:rPr>
          <w:b/>
        </w:rPr>
        <w:t xml:space="preserve">[13:17] </w:t>
      </w:r>
      <w:r>
        <w:t>yeh sab na mat hone do.</w:t>
      </w:r>
    </w:p>
    <w:p>
      <w:pPr>
        <w:jc w:val="right"/>
      </w:pPr>
      <w:r>
        <w:t>یہ سب نہ مت ہونے دو۔</w:t>
      </w:r>
    </w:p>
    <w:p>
      <w:r>
        <w:rPr>
          <w:b/>
        </w:rPr>
        <w:t xml:space="preserve">[13:22] </w:t>
      </w:r>
      <w:r>
        <w:t>to kya hoga farishte kisi kon mein ja kar badh jayenge? Koi qabil nahi hai in ko.</w:t>
      </w:r>
    </w:p>
    <w:p>
      <w:pPr>
        <w:jc w:val="right"/>
      </w:pPr>
      <w:r>
        <w:t>تو کیا ہوگا فرشتے کسی کون میں جا کر بڑھ جائیں گے؟ کوئی قابل نہیں ہے ان کو۔</w:t>
      </w:r>
    </w:p>
    <w:p>
      <w:r>
        <w:rPr>
          <w:b/>
        </w:rPr>
        <w:t xml:space="preserve">[13:27] </w:t>
      </w:r>
      <w:r>
        <w:t>jaise kisi army ko order de diya hai ke tum gun nahi chalana hai, to ja kar kahin</w:t>
      </w:r>
    </w:p>
    <w:p>
      <w:pPr>
        <w:jc w:val="right"/>
      </w:pPr>
      <w:r>
        <w:t>جیسے کسی آرمی کو آرڈر دے دیا ہے کہ تم گن نہیں چلانا ہے، تو جا کر کہیں</w:t>
      </w:r>
    </w:p>
    <w:p>
      <w:r>
        <w:rPr>
          <w:b/>
        </w:rPr>
        <w:t xml:space="preserve">[13:31] </w:t>
      </w:r>
      <w:r>
        <w:t>barh jayenge kaun mein.</w:t>
      </w:r>
    </w:p>
    <w:p>
      <w:pPr>
        <w:jc w:val="right"/>
      </w:pPr>
      <w:r>
        <w:t>بڑھ جائیں گے کون میں۔</w:t>
      </w:r>
    </w:p>
    <w:p>
      <w:r>
        <w:rPr>
          <w:b/>
        </w:rPr>
        <w:t xml:space="preserve">[13:35] </w:t>
      </w:r>
      <w:r>
        <w:t>to main ne kaha yeh koi koi koi formula nahin ke pareshani hoti hai kisi ko to aap</w:t>
      </w:r>
    </w:p>
    <w:p>
      <w:pPr>
        <w:jc w:val="right"/>
      </w:pPr>
      <w:r>
        <w:t>تو میں نے کہا یہ کوئی کوئی کوئی فارمولا نہیں کہ پریشانی ہوتی ہے کسی کو تو آپ</w:t>
      </w:r>
    </w:p>
    <w:p>
      <w:r>
        <w:rPr>
          <w:b/>
        </w:rPr>
        <w:t xml:space="preserve">[13:39] </w:t>
      </w:r>
      <w:r>
        <w:t>telephone na karen.</w:t>
      </w:r>
    </w:p>
    <w:p>
      <w:pPr>
        <w:jc w:val="right"/>
      </w:pPr>
      <w:r>
        <w:t>ٹیلی فون نہ کریں۔</w:t>
      </w:r>
    </w:p>
    <w:p>
      <w:r>
        <w:rPr>
          <w:b/>
        </w:rPr>
        <w:t xml:space="preserve">[13:43] </w:t>
      </w:r>
      <w:r>
        <w:t>aap khud socheye.</w:t>
      </w:r>
    </w:p>
    <w:p>
      <w:pPr>
        <w:jc w:val="right"/>
      </w:pPr>
      <w:r>
        <w:t>آپ خود سوچیے۔</w:t>
      </w:r>
    </w:p>
    <w:p>
      <w:r>
        <w:rPr>
          <w:b/>
        </w:rPr>
        <w:t xml:space="preserve">[13:47] </w:t>
      </w:r>
      <w:r>
        <w:t>aap ke paas koi baat honi chahiye kehne ke liye.</w:t>
      </w:r>
    </w:p>
    <w:p>
      <w:pPr>
        <w:jc w:val="right"/>
      </w:pPr>
      <w:r>
        <w:t>آپ کے پاس کوئی بات ہونی چاہیے کہنے کے لیے۔</w:t>
      </w:r>
    </w:p>
    <w:p>
      <w:r>
        <w:rPr>
          <w:b/>
        </w:rPr>
        <w:t xml:space="preserve">[13:51] </w:t>
      </w:r>
      <w:r>
        <w:t>pareshani kya cheez hai? to kal jo main ne radio par suna qissa, to main ne suna ke</w:t>
      </w:r>
    </w:p>
    <w:p>
      <w:pPr>
        <w:jc w:val="right"/>
      </w:pPr>
      <w:r>
        <w:t>پریشانی کیا چیز ہے؟ تو کل جو میں نے ریڈیو پر سنا قصہ، تو میں نے سنا کہ</w:t>
      </w:r>
    </w:p>
    <w:p>
      <w:r>
        <w:rPr>
          <w:b/>
        </w:rPr>
        <w:t xml:space="preserve">[13:55] </w:t>
      </w:r>
      <w:r>
        <w:t>insan ko yeh batane ki zaroorat hai</w:t>
      </w:r>
    </w:p>
    <w:p>
      <w:pPr>
        <w:jc w:val="right"/>
      </w:pPr>
      <w:r>
        <w:t>انسان کو یہ بتانے کی ضرورت ہے</w:t>
      </w:r>
    </w:p>
    <w:p>
      <w:r>
        <w:rPr>
          <w:b/>
        </w:rPr>
        <w:t xml:space="preserve">[13:59] </w:t>
      </w:r>
      <w:r>
        <w:t>ke dunya mein last hoga, dunya mein death hogi, dunya mein bimari aayegi, dunya mein tarah tarah</w:t>
      </w:r>
    </w:p>
    <w:p>
      <w:pPr>
        <w:jc w:val="right"/>
      </w:pPr>
      <w:r>
        <w:t>کہ دنیا میں لاسٹ ہوگا، دنیا میں ڈیتھ ہوگی، دنیا میں بیماری آئے گی، دنیا میں طرح طرح</w:t>
      </w:r>
    </w:p>
    <w:p>
      <w:r>
        <w:rPr>
          <w:b/>
        </w:rPr>
        <w:t xml:space="preserve">[14:04] </w:t>
      </w:r>
      <w:r>
        <w:t>ke unwanted situations paish aayengi.</w:t>
      </w:r>
    </w:p>
    <w:p>
      <w:pPr>
        <w:jc w:val="right"/>
      </w:pPr>
      <w:r>
        <w:t>کے ان وانٹڈ سچویشنز پیش آئیں گی۔</w:t>
      </w:r>
    </w:p>
    <w:p>
      <w:r>
        <w:rPr>
          <w:b/>
        </w:rPr>
        <w:t xml:space="preserve">[14:09] </w:t>
      </w:r>
      <w:r>
        <w:t>lekin kabhi bhi tum ko nirash nahin hona chahiye.</w:t>
      </w:r>
    </w:p>
    <w:p>
      <w:pPr>
        <w:jc w:val="right"/>
      </w:pPr>
      <w:r>
        <w:t>لیکن کبھی بھی تم کو نراش نہیں ہونا چاہیے۔</w:t>
      </w:r>
    </w:p>
    <w:p>
      <w:r>
        <w:rPr>
          <w:b/>
        </w:rPr>
        <w:t xml:space="preserve">[14:14] </w:t>
      </w:r>
      <w:r>
        <w:t>یعنی it's state going to helplessness.</w:t>
      </w:r>
    </w:p>
    <w:p>
      <w:pPr>
        <w:jc w:val="right"/>
      </w:pPr>
      <w:r>
        <w:t>یعنی اٹس اسٹیٹ گوئنگ ٹو ہولپ لیسنس۔</w:t>
      </w:r>
    </w:p>
    <w:p>
      <w:r>
        <w:rPr>
          <w:b/>
        </w:rPr>
        <w:t xml:space="preserve">[14:19] </w:t>
      </w:r>
      <w:r>
        <w:t>you have to replan your life.</w:t>
      </w:r>
    </w:p>
    <w:p>
      <w:pPr>
        <w:jc w:val="right"/>
      </w:pPr>
      <w:r>
        <w:t>یو ہیو ٹو ری پلان یور لائف۔</w:t>
      </w:r>
    </w:p>
    <w:p>
      <w:r>
        <w:rPr>
          <w:b/>
        </w:rPr>
        <w:t xml:space="preserve">[14:25] </w:t>
      </w:r>
      <w:r>
        <w:t>ek hai last, ek hai</w:t>
      </w:r>
    </w:p>
    <w:p>
      <w:pPr>
        <w:jc w:val="right"/>
      </w:pPr>
      <w:r>
        <w:t>ایک ہے لاسٹ، ایک ہے</w:t>
      </w:r>
    </w:p>
    <w:p>
      <w:r>
        <w:rPr>
          <w:b/>
        </w:rPr>
        <w:t xml:space="preserve">[14:30] </w:t>
      </w:r>
      <w:r>
        <w:t>hopelessness.</w:t>
      </w:r>
    </w:p>
    <w:p>
      <w:pPr>
        <w:jc w:val="right"/>
      </w:pPr>
      <w:r>
        <w:t>ہوپ لیسنس۔</w:t>
      </w:r>
    </w:p>
    <w:p>
      <w:r>
        <w:rPr>
          <w:b/>
        </w:rPr>
        <w:t xml:space="preserve">[14:34] </w:t>
      </w:r>
      <w:r>
        <w:t>lekin ek ek third option bhi hai, woh hai replanning.</w:t>
      </w:r>
    </w:p>
    <w:p>
      <w:pPr>
        <w:jc w:val="right"/>
      </w:pPr>
      <w:r>
        <w:t>لیکن ایک ایک تھرڈ آپشن بھی ہے، وہ ہے ری پلاننگ۔</w:t>
      </w:r>
    </w:p>
    <w:p>
      <w:r>
        <w:rPr>
          <w:b/>
        </w:rPr>
        <w:t xml:space="preserve">[14:39] </w:t>
      </w:r>
      <w:r>
        <w:t>to agar tum ko last ho gaya to doosra jo tumhare option hai woh yeh nahin ke bas</w:t>
      </w:r>
    </w:p>
    <w:p>
      <w:pPr>
        <w:jc w:val="right"/>
      </w:pPr>
      <w:r>
        <w:t>تو اگر تم کو لاسٹ ہو گیا تو دوسرا جو تمہارے آپشن ہے وہ یہ نہیں کہ بس</w:t>
      </w:r>
    </w:p>
    <w:p>
      <w:r>
        <w:rPr>
          <w:b/>
        </w:rPr>
        <w:t xml:space="preserve">[14:43] </w:t>
      </w:r>
      <w:r>
        <w:t>tum hopeless ho jao.</w:t>
      </w:r>
    </w:p>
    <w:p>
      <w:pPr>
        <w:jc w:val="right"/>
      </w:pPr>
      <w:r>
        <w:t>تم ہوپ لیس ہو جاؤ۔</w:t>
      </w:r>
    </w:p>
    <w:p>
      <w:r>
        <w:rPr>
          <w:b/>
        </w:rPr>
        <w:t xml:space="preserve">[14:48] </w:t>
      </w:r>
      <w:r>
        <w:t>nahin, doosra option hai ke tum woh karo, replanning karo.</w:t>
      </w:r>
    </w:p>
    <w:p>
      <w:pPr>
        <w:jc w:val="right"/>
      </w:pPr>
      <w:r>
        <w:t>نہیں، دوسرا آپشن ہے کہ تم وہ کرو، ری پلاننگ کرو۔</w:t>
      </w:r>
    </w:p>
    <w:p>
      <w:r>
        <w:rPr>
          <w:b/>
        </w:rPr>
        <w:t xml:space="preserve">[14:52] </w:t>
      </w:r>
      <w:r>
        <w:t>تو ساری دنیا جیتی ہے dichotomous thinking میں۔</w:t>
      </w:r>
    </w:p>
    <w:p>
      <w:pPr>
        <w:jc w:val="right"/>
      </w:pPr>
      <w:r>
        <w:t>تو ساری دنیا جیتی ہے ڈائیکاٹوس تھنکنگ میں۔</w:t>
      </w:r>
    </w:p>
    <w:p>
      <w:r>
        <w:rPr>
          <w:b/>
        </w:rPr>
        <w:t xml:space="preserve">[14:57] </w:t>
      </w:r>
      <w:r>
        <w:t>dichotomous thinking, yani do mein sochna.</w:t>
      </w:r>
    </w:p>
    <w:p>
      <w:pPr>
        <w:jc w:val="right"/>
      </w:pPr>
      <w:r>
        <w:t>ڈائیکاٹوس تھنکنگ، یعنی دو میں سوچنا۔</w:t>
      </w:r>
    </w:p>
    <w:p>
      <w:r>
        <w:rPr>
          <w:b/>
        </w:rPr>
        <w:t xml:space="preserve">[15:01] </w:t>
      </w:r>
      <w:r>
        <w:t>keh lost aur hopelessness, nuksan aur mayusi, bhai do hi cheezein jante hain. do hi cheezein jante hain. to mere liye bhi yahi tha keh baap mar gaya, ek yeh tha, aur doosra yeh tha keh main yani apne ko ek naya shahabadi bana loon. lekin meri itni aqal nahi thi us waqt, lekin nature ne mujhe</w:t>
      </w:r>
    </w:p>
    <w:p>
      <w:pPr>
        <w:jc w:val="right"/>
      </w:pPr>
      <w:r>
        <w:t>کہ لاسٹ اور ہوپ لیسنس، نقصان اور مایوسی، بھئی دو ہی چیزیں جانتے ہیں۔ دو ہی چیزیں جانتے ہیں۔ تو میرے لیے بھی یہی تھا کہ باپ مر گیا، ایک یہ تھا، اور دوسرا یہ تھا کہ میں یعنی اپنے کو ایک نیا شاہ آبادی بنا لوں۔ لیکن میری اتنی عقل نہیں تھی اس وقت، لیکن نیچر نے مجھے</w:t>
      </w:r>
    </w:p>
    <w:p>
      <w:r>
        <w:rPr>
          <w:b/>
        </w:rPr>
        <w:t xml:space="preserve">[15:31] </w:t>
      </w:r>
      <w:r>
        <w:t>guide kiya, aur main ne third option liya, jaan ki post karni hai.</w:t>
      </w:r>
    </w:p>
    <w:p>
      <w:pPr>
        <w:jc w:val="right"/>
      </w:pPr>
      <w:r>
        <w:t>گائیڈ کیا، اور میں نے تھرڈ آپشن لیا، جان کی پوسٹ کرنی ہے۔</w:t>
      </w:r>
    </w:p>
    <w:p>
      <w:r>
        <w:rPr>
          <w:b/>
        </w:rPr>
        <w:t xml:space="preserve">[15:37] </w:t>
      </w:r>
      <w:r>
        <w:t>to ek tha ke main jeeta tha apne baap mein, doosra yeh tha ke baap mar gaya, ab</w:t>
      </w:r>
    </w:p>
    <w:p>
      <w:pPr>
        <w:jc w:val="right"/>
      </w:pPr>
      <w:r>
        <w:t>تو ایک تھا کہ میں جیتا تھا اپنے باپ میں، دوسرا یہ تھا کہ باپ مر گیا، اب</w:t>
      </w:r>
    </w:p>
    <w:p>
      <w:r>
        <w:rPr>
          <w:b/>
        </w:rPr>
        <w:t xml:space="preserve">[15:43] </w:t>
      </w:r>
      <w:r>
        <w:t>mere paas koi raah nahin reh nahin gaya.</w:t>
      </w:r>
    </w:p>
    <w:p>
      <w:pPr>
        <w:jc w:val="right"/>
      </w:pPr>
      <w:r>
        <w:t>میرے پاس کوئی راہ نہیں رہ نہیں گیا۔</w:t>
      </w:r>
    </w:p>
    <w:p>
      <w:r>
        <w:rPr>
          <w:b/>
        </w:rPr>
        <w:t xml:space="preserve">[15:50] </w:t>
      </w:r>
      <w:r>
        <w:t>lekin nature ne guide kiya ke nahin, ek third option maujood hai wahan par, woh hai replanning.</w:t>
      </w:r>
    </w:p>
    <w:p>
      <w:pPr>
        <w:jc w:val="right"/>
      </w:pPr>
      <w:r>
        <w:t>لیکن نیچر نے گائیڈ کیا کہ نہیں، ایک تھرڈ آپشن موجود ہے وہاں پر، وہ ہے ری پلاننگ۔</w:t>
      </w:r>
    </w:p>
    <w:p>
      <w:r>
        <w:rPr>
          <w:b/>
        </w:rPr>
        <w:t xml:space="preserve">[15:56] </w:t>
      </w:r>
      <w:r>
        <w:t>to har aadmi jo hai us ko janna chahiye ke</w:t>
      </w:r>
    </w:p>
    <w:p>
      <w:pPr>
        <w:jc w:val="right"/>
      </w:pPr>
      <w:r>
        <w:t>تو ہر آدمی جو ہے اس کو جاننا چاہیے کہ</w:t>
      </w:r>
    </w:p>
    <w:p>
      <w:r>
        <w:rPr>
          <w:b/>
        </w:rPr>
        <w:t xml:space="preserve">[16:02] </w:t>
      </w:r>
      <w:r>
        <w:t>possibilities ka number itna zyada hai ke kitne aap avail karen khatam nahin hoga.</w:t>
      </w:r>
    </w:p>
    <w:p>
      <w:pPr>
        <w:jc w:val="right"/>
      </w:pPr>
      <w:r>
        <w:t>پوسیبلیٹیز کا نمبر اتنا زیادہ ہے کہ کتنے آپ اویل کریں ختم نہیں ہوگا۔</w:t>
      </w:r>
    </w:p>
    <w:p>
      <w:r>
        <w:rPr>
          <w:b/>
        </w:rPr>
        <w:t xml:space="preserve">[16:10] </w:t>
      </w:r>
      <w:r>
        <w:t>scopes ka number itna zyada ho hai ke aap kitne istemal karen woh kabhi khatam nahin hoga.</w:t>
      </w:r>
    </w:p>
    <w:p>
      <w:pPr>
        <w:jc w:val="right"/>
      </w:pPr>
      <w:r>
        <w:t>اسکوپس کا نمبر اتنا زیادہ ہو ہے کہ آپ کتنے استعمال کریں وہ کبھی ختم نہیں ہوگا۔</w:t>
      </w:r>
    </w:p>
    <w:p>
      <w:r>
        <w:rPr>
          <w:b/>
        </w:rPr>
        <w:t xml:space="preserve">[16:18] </w:t>
      </w:r>
      <w:r>
        <w:t>to sirf yeh hai ke aap aap yani hoop ko khatam na karein.</w:t>
      </w:r>
    </w:p>
    <w:p>
      <w:pPr>
        <w:jc w:val="right"/>
      </w:pPr>
      <w:r>
        <w:t>تو صرف یہ ہے کہ آپ آپ یعنی ہوپ کو ختم نہ کریں۔</w:t>
      </w:r>
    </w:p>
    <w:p>
      <w:r>
        <w:rPr>
          <w:b/>
        </w:rPr>
        <w:t xml:space="preserve">[16:25] </w:t>
      </w:r>
      <w:r>
        <w:t>isi liye islam mein mayoosi haram hai.</w:t>
      </w:r>
    </w:p>
    <w:p>
      <w:pPr>
        <w:jc w:val="right"/>
      </w:pPr>
      <w:r>
        <w:t>اسی لیے اسلام میں مایوسی حرام ہے۔</w:t>
      </w:r>
    </w:p>
    <w:p>
      <w:r>
        <w:rPr>
          <w:b/>
        </w:rPr>
        <w:t xml:space="preserve">[16:33] </w:t>
      </w:r>
      <w:r>
        <w:t>islam mein jo haram hai woh mayoosi bhi is mein se aik hai.</w:t>
      </w:r>
    </w:p>
    <w:p>
      <w:pPr>
        <w:jc w:val="right"/>
      </w:pPr>
      <w:r>
        <w:t>اسلام میں جو حرام ہے وہ مایوسی بھی اس میں سے ایک ہے۔</w:t>
      </w:r>
    </w:p>
    <w:p>
      <w:r>
        <w:rPr>
          <w:b/>
        </w:rPr>
        <w:t xml:space="preserve">[16:37] </w:t>
      </w:r>
      <w:r>
        <w:t>la taqnato billah.</w:t>
      </w:r>
    </w:p>
    <w:p>
      <w:pPr>
        <w:jc w:val="right"/>
      </w:pPr>
      <w:r>
        <w:t>لا تقرتو باللہ۔</w:t>
      </w:r>
    </w:p>
    <w:p>
      <w:r>
        <w:rPr>
          <w:b/>
        </w:rPr>
        <w:t xml:space="preserve">[16:41] </w:t>
      </w:r>
      <w:r>
        <w:t>yani islam mein yeh haram hai ke aap mayoos ho jayein.</w:t>
      </w:r>
    </w:p>
    <w:p>
      <w:pPr>
        <w:jc w:val="right"/>
      </w:pPr>
      <w:r>
        <w:t>یعنی اسلام میں یہ حرام ہے کہ آپ مایوس ہو جائیں۔</w:t>
      </w:r>
    </w:p>
    <w:p>
      <w:r>
        <w:rPr>
          <w:b/>
        </w:rPr>
        <w:t xml:space="preserve">[16:46] </w:t>
      </w:r>
      <w:r>
        <w:t>yeh bohat anokhi baat thi.</w:t>
      </w:r>
    </w:p>
    <w:p>
      <w:pPr>
        <w:jc w:val="right"/>
      </w:pPr>
      <w:r>
        <w:t>یہ بہت انوکھی بات تھی۔</w:t>
      </w:r>
    </w:p>
    <w:p>
      <w:r>
        <w:rPr>
          <w:b/>
        </w:rPr>
        <w:t xml:space="preserve">[16:50] </w:t>
      </w:r>
      <w:r>
        <w:t>yani sharab haram hai aur bohat cheezein haram hain, isi mein se aik cheez hai mayoosi.</w:t>
      </w:r>
    </w:p>
    <w:p>
      <w:pPr>
        <w:jc w:val="right"/>
      </w:pPr>
      <w:r>
        <w:t>یعنی شراب حرام ہے اور بہت چیزیں حرام ہیں، اسی میں سے ایک چیز ہے مایوسی۔</w:t>
      </w:r>
    </w:p>
    <w:p>
      <w:r>
        <w:rPr>
          <w:b/>
        </w:rPr>
        <w:t xml:space="preserve">[16:54] </w:t>
      </w:r>
      <w:r>
        <w:t>hoop lessness, yeh bhi haram hai.</w:t>
      </w:r>
    </w:p>
    <w:p>
      <w:pPr>
        <w:jc w:val="right"/>
      </w:pPr>
      <w:r>
        <w:t>ہوپ لیسنس، یہ بھی حرام ہے۔</w:t>
      </w:r>
    </w:p>
    <w:p>
      <w:r>
        <w:rPr>
          <w:b/>
        </w:rPr>
        <w:t xml:space="preserve">[16:59] </w:t>
      </w:r>
      <w:r>
        <w:t>to jis jis khaliq ne mayoosi ko haram kiya hai, us ko yeh pata tha</w:t>
      </w:r>
    </w:p>
    <w:p>
      <w:pPr>
        <w:jc w:val="right"/>
      </w:pPr>
      <w:r>
        <w:t>تو جس جس خالق نے مایوسی کو حرام کیا ہے، اس کو یہ پتہ تھا</w:t>
      </w:r>
    </w:p>
    <w:p>
      <w:r>
        <w:rPr>
          <w:b/>
        </w:rPr>
        <w:t xml:space="preserve">[17:03] </w:t>
      </w:r>
      <w:r>
        <w:t>ke mayoosi ke baad koi option hai insaan ke liye ya nahi hai.</w:t>
      </w:r>
    </w:p>
    <w:p>
      <w:pPr>
        <w:jc w:val="right"/>
      </w:pPr>
      <w:r>
        <w:t>کہ مایوسی کے بعد کوئی آپشن ہے انسان کے لیے یا نہیں ہے۔</w:t>
      </w:r>
    </w:p>
    <w:p>
      <w:r>
        <w:rPr>
          <w:b/>
        </w:rPr>
        <w:t xml:space="preserve">[17:09] </w:t>
      </w:r>
      <w:r>
        <w:t>farz kijiye option na ho to haram karna be matlab ho jayega.</w:t>
      </w:r>
    </w:p>
    <w:p>
      <w:pPr>
        <w:jc w:val="right"/>
      </w:pPr>
      <w:r>
        <w:t>فرض کیجیے آپشن نہ ہو تو حرام کرنا بے مطلب ہو جائے گا۔</w:t>
      </w:r>
    </w:p>
    <w:p>
      <w:r>
        <w:rPr>
          <w:b/>
        </w:rPr>
        <w:t xml:space="preserve">[17:16] </w:t>
      </w:r>
      <w:r>
        <w:t>farz kijiye insaan ke paas mayoosi ke sath koi option na hota to haram karne ka matlab kya</w:t>
      </w:r>
    </w:p>
    <w:p>
      <w:pPr>
        <w:jc w:val="right"/>
      </w:pPr>
      <w:r>
        <w:t>فرض کیجیے انسان کے پاس مایوسی کے ساتھ کوئی آپشن نہ ہوتا تو حرام کرنے کا مطلب کیا</w:t>
      </w:r>
    </w:p>
    <w:p>
      <w:r>
        <w:rPr>
          <w:b/>
        </w:rPr>
        <w:t xml:space="preserve">[17:22] </w:t>
      </w:r>
      <w:r>
        <w:t>hai? fiqah mein bataya jata hai ke agar pani na mile aur sirf aik hi cheez available ho,</w:t>
      </w:r>
    </w:p>
    <w:p>
      <w:pPr>
        <w:jc w:val="right"/>
      </w:pPr>
      <w:r>
        <w:t>ہے؟ فقہ میں بتایا جاتا ہے کہ اگر پانی نہ ملے اور صرف ایک ہی چیز اویلیبل ہو،</w:t>
      </w:r>
    </w:p>
    <w:p>
      <w:r>
        <w:rPr>
          <w:b/>
        </w:rPr>
        <w:t xml:space="preserve">[17:28] </w:t>
      </w:r>
      <w:r>
        <w:t>woh sharab, to sharab jaiz ho jayegi. to mayoosi</w:t>
      </w:r>
    </w:p>
    <w:p>
      <w:pPr>
        <w:jc w:val="right"/>
      </w:pPr>
      <w:r>
        <w:t>وہ شراب، تو شراب جائز ہو جائے گی۔ تو مایوسی</w:t>
      </w:r>
    </w:p>
    <w:p>
      <w:r>
        <w:rPr>
          <w:b/>
        </w:rPr>
        <w:t xml:space="preserve">[17:35] </w:t>
      </w:r>
      <w:r>
        <w:t>ke baad option tha, is liye is ko haram kiya gaya.</w:t>
      </w:r>
    </w:p>
    <w:p>
      <w:pPr>
        <w:jc w:val="right"/>
      </w:pPr>
      <w:r>
        <w:t>کے بعد آپشن تھا، اس لیے اس کو حرام کیا گیا۔</w:t>
      </w:r>
    </w:p>
    <w:p>
      <w:r>
        <w:rPr>
          <w:b/>
        </w:rPr>
        <w:t xml:space="preserve">[17:41] </w:t>
      </w:r>
      <w:r>
        <w:t>ke tum mayoosi ka option kyun lete ho? replanning ka option lo.</w:t>
      </w:r>
    </w:p>
    <w:p>
      <w:pPr>
        <w:jc w:val="right"/>
      </w:pPr>
      <w:r>
        <w:t>کہ تم مایوسی کا آپشن کیوں لیتے ہو؟ ری پلاننگ کا آپشن لو۔</w:t>
      </w:r>
    </w:p>
    <w:p>
      <w:r>
        <w:rPr>
          <w:b/>
        </w:rPr>
        <w:t xml:space="preserve">[17:47] </w:t>
      </w:r>
      <w:r>
        <w:t>phir se socho, phir se socho, phir se socho.</w:t>
      </w:r>
    </w:p>
    <w:p>
      <w:pPr>
        <w:jc w:val="right"/>
      </w:pPr>
      <w:r>
        <w:t>پھر سے سوچو، پھر سے سوچو، پھر سے سوچو۔</w:t>
      </w:r>
    </w:p>
    <w:p>
      <w:r>
        <w:rPr>
          <w:b/>
        </w:rPr>
        <w:t xml:space="preserve">[17:53] </w:t>
      </w:r>
      <w:r>
        <w:t>to yeh bohat bara yeh door hai, is ko kholna hai insaan ke liye.</w:t>
      </w:r>
    </w:p>
    <w:p>
      <w:pPr>
        <w:jc w:val="right"/>
      </w:pPr>
      <w:r>
        <w:t>تو یہ بہت بڑا یہ ڈور ہے، اس کو کھولنا ہے انسان کے لیے۔</w:t>
      </w:r>
    </w:p>
    <w:p>
      <w:r>
        <w:rPr>
          <w:b/>
        </w:rPr>
        <w:t xml:space="preserve">[17:59] </w:t>
      </w:r>
      <w:r>
        <w:t>insaan ke yeh door band pada hua hai, is ko kholna hai.</w:t>
      </w:r>
    </w:p>
    <w:p>
      <w:pPr>
        <w:jc w:val="right"/>
      </w:pPr>
      <w:r>
        <w:t>انسان کے یہ ڈور بند پڑا ہوا ہے، اس کو کھولنا ہے۔</w:t>
      </w:r>
    </w:p>
    <w:p>
      <w:r>
        <w:rPr>
          <w:b/>
        </w:rPr>
        <w:t xml:space="preserve">[18:05] </w:t>
      </w:r>
      <w:r>
        <w:t>woh door hai replanning.</w:t>
      </w:r>
    </w:p>
    <w:p>
      <w:pPr>
        <w:jc w:val="right"/>
      </w:pPr>
      <w:r>
        <w:t>وہ ڈور ہے ری پلاننگ۔</w:t>
      </w:r>
    </w:p>
    <w:p>
      <w:r>
        <w:rPr>
          <w:b/>
        </w:rPr>
        <w:t xml:space="preserve">[18:11] </w:t>
      </w:r>
      <w:r>
        <w:t>yani har loss ke baad, har setback ke baad, har disaster ke baad aik aik door baqi</w:t>
      </w:r>
    </w:p>
    <w:p>
      <w:pPr>
        <w:jc w:val="right"/>
      </w:pPr>
      <w:r>
        <w:t>یعنی ہر لاسٹ کے بعد، ہر سیٹ بیک کے بعد، ہر ڈساسٹر کے بعد ایک ایک ڈور باقی</w:t>
      </w:r>
    </w:p>
    <w:p>
      <w:r>
        <w:rPr>
          <w:b/>
        </w:rPr>
        <w:t xml:space="preserve">[18:18] </w:t>
      </w:r>
      <w:r>
        <w:t>hai, woh hai replanning ka.</w:t>
      </w:r>
    </w:p>
    <w:p>
      <w:pPr>
        <w:jc w:val="right"/>
      </w:pPr>
      <w:r>
        <w:t>ہے، وہ ہے ری پلاننگ کا۔</w:t>
      </w:r>
    </w:p>
    <w:p>
      <w:r>
        <w:rPr>
          <w:b/>
        </w:rPr>
        <w:t xml:space="preserve">[18:24] </w:t>
      </w:r>
      <w:r>
        <w:t>replanning ka door.</w:t>
      </w:r>
    </w:p>
    <w:p>
      <w:pPr>
        <w:jc w:val="right"/>
      </w:pPr>
      <w:r>
        <w:t>ری پلاننگ کا ڈور۔</w:t>
      </w:r>
    </w:p>
    <w:p>
      <w:r>
        <w:rPr>
          <w:b/>
        </w:rPr>
        <w:t xml:space="preserve">[18:30] </w:t>
      </w:r>
      <w:r>
        <w:t>to aaj mein yeh sab sochte hue aaj mere mind mein aaya</w:t>
      </w:r>
    </w:p>
    <w:p>
      <w:pPr>
        <w:jc w:val="right"/>
      </w:pPr>
      <w:r>
        <w:t>تو آج میں یہ سب سوچتے ہوئے آج میرے مائنڈ میں آیا</w:t>
      </w:r>
    </w:p>
    <w:p>
      <w:r>
        <w:rPr>
          <w:b/>
        </w:rPr>
        <w:t xml:space="preserve">[18:37] </w:t>
      </w:r>
      <w:r>
        <w:t>keh jo hamara class hota hai Saturday ka, to abhi to hota hai, sirf subah ko hota hai, kuch der waqt mein hota hai. Saturday class ko hum aur lamba kar dein. yani zuhr tak ya asr tak chale jayein. hum logon ko train karein, yahi batayein, art of thinking. art of thinking jo keh hai nahi logon mein. sare log isi liye apne ko barbaad kar lete</w:t>
      </w:r>
    </w:p>
    <w:p>
      <w:pPr>
        <w:jc w:val="right"/>
      </w:pPr>
      <w:r>
        <w:t>کہ جو ہمارا کلاس ہوتا ہے سیٹرڈے کا، تو ابھی تو ہوتا ہے، صرف صبح کو ہوتا ہے، کچھ دیر وقتوں میں ہوتا ہے۔ سیٹرڈے کلاس کو ہم اور لمبا کر دیں۔ یعنی ظہر تک یا عصر تک چلے جائیں۔ ہم لوگوں کو ٹرین کریں، یہی بتائیں، آرٹ آف تھنکنگ۔ آرٹ آف تھنکنگ جو کہ ہے نہیں لوگوں میں۔ سارے لوگ اسی لیے اپنے کو برباد کر لیت</w:t>
      </w:r>
    </w:p>
    <w:p>
      <w:r>
        <w:rPr>
          <w:b/>
        </w:rPr>
        <w:t xml:space="preserve">[19:07] </w:t>
      </w:r>
      <w:r>
        <w:t>hain, kyunkeh un ka art of thinking un ke paas nahi hai. to mujh ko shayad Allah taala ne yani is liye bachaya keh main is zariye se doosron ko bata sakoon. unhein mein bhi nahi janta tha, replanning ka word hi meri dictionary mein nahi tha. to mere liye meri zindagi mein yeh hua keh baap ke marne ke baad mere mind ne har cheez ki replanning ki. aur sath sath kya hua keh mere andar</w:t>
      </w:r>
    </w:p>
    <w:p>
      <w:pPr>
        <w:jc w:val="right"/>
      </w:pPr>
      <w:r>
        <w:t>ے ہیں، کیونکہ ان کا آرٹ آف تھنکنگ ان کے پاس نہیں ہے۔ تو مجھ کو شاید اللہ تعالیٰ نے یعنی اس لیے بچایا کہ میں اس ذریعے سے دوسروں کو بتا سکوں۔ انہیں میں بھی نہیں جانتا تھا، ری پلاننگ کا ورڈ ہی میری ڈکشنری میں نہیں تھا۔ تو میرے لیے میری زندگی میں یہ ہوا کہ باپ کے مرنے کے بعد میرے مائنڈ نے ہر چیز کی ری پلاننگ کی۔ اور ساتھ ساتھ کیا ہوا کہ میرے اند</w:t>
      </w:r>
    </w:p>
    <w:p>
      <w:r>
        <w:rPr>
          <w:b/>
        </w:rPr>
        <w:t xml:space="preserve">[19:37] </w:t>
      </w:r>
      <w:r>
        <w:t>r kuch aisi bhi baatein huin ke mein koi habi nahi bani meri, koi dost nahi bana mera,</w:t>
      </w:r>
    </w:p>
    <w:p>
      <w:pPr>
        <w:jc w:val="right"/>
      </w:pPr>
      <w:r>
        <w:t>ر کچھ ایسی بھی باتیں ہوئیں کہ میں کوئی حابی نہیں بنی میری، کوئی دوست نہیں بنا میرا،</w:t>
      </w:r>
    </w:p>
    <w:p>
      <w:r>
        <w:rPr>
          <w:b/>
        </w:rPr>
        <w:t xml:space="preserve">[19:41] </w:t>
      </w:r>
      <w:r>
        <w:t>koi society nahi bani meri, bas akele mein jeena.</w:t>
      </w:r>
    </w:p>
    <w:p>
      <w:pPr>
        <w:jc w:val="right"/>
      </w:pPr>
      <w:r>
        <w:t>کوئی سوسائٹی نہیں بنی میری، بس اکیلے میں جینا۔</w:t>
      </w:r>
    </w:p>
    <w:p>
      <w:r>
        <w:rPr>
          <w:b/>
        </w:rPr>
        <w:t xml:space="preserve">[19:45] </w:t>
      </w:r>
      <w:r>
        <w:t>shayad yateemi ki wajah se tha.</w:t>
      </w:r>
    </w:p>
    <w:p>
      <w:pPr>
        <w:jc w:val="right"/>
      </w:pPr>
      <w:r>
        <w:t>شاید یتیمی کی وجہ سے تھا۔</w:t>
      </w:r>
    </w:p>
    <w:p>
      <w:r>
        <w:rPr>
          <w:b/>
        </w:rPr>
        <w:t xml:space="preserve">[19:50] </w:t>
      </w:r>
      <w:r>
        <w:t>itna zyada attachment tha hamara mujhe apne baap ke saath ke phir koi aur mujhe is qabil nahi</w:t>
      </w:r>
    </w:p>
    <w:p>
      <w:pPr>
        <w:jc w:val="right"/>
      </w:pPr>
      <w:r>
        <w:t>اتنا زیادہ اٹیچمنٹ تھا ہمارا مجھے اپنے باپ کے ساتھ کہ پھر کوئی اور مجھے اس قابل نہیں</w:t>
      </w:r>
    </w:p>
    <w:p>
      <w:r>
        <w:rPr>
          <w:b/>
        </w:rPr>
        <w:t xml:space="preserve">[19:54] </w:t>
      </w:r>
      <w:r>
        <w:t>nazar aaya ke mein is se apne ko attach karoon.</w:t>
      </w:r>
    </w:p>
    <w:p>
      <w:pPr>
        <w:jc w:val="right"/>
      </w:pPr>
      <w:r>
        <w:t>نظر آیا کہ میں اس سے اپنے کو اٹیچ کروں۔</w:t>
      </w:r>
    </w:p>
    <w:p>
      <w:r>
        <w:rPr>
          <w:b/>
        </w:rPr>
        <w:t xml:space="preserve">[19:58] </w:t>
      </w:r>
      <w:r>
        <w:t>to chhe saal tak apne baap se mein itna zyada familiar ho gaya tha ke jab baap jo</w:t>
      </w:r>
    </w:p>
    <w:p>
      <w:pPr>
        <w:jc w:val="right"/>
      </w:pPr>
      <w:r>
        <w:t>تو چھ سال تک اپنے باپ سے میں اتنا زیادہ فیمیلیئر ہو گیا تھا کہ جب باپ جو</w:t>
      </w:r>
    </w:p>
    <w:p>
      <w:r>
        <w:rPr>
          <w:b/>
        </w:rPr>
        <w:t xml:space="preserve">[20:03] </w:t>
      </w:r>
      <w:r>
        <w:t>mar gaye to mujhe koi dikhai nahi pada jis se mein dobara taluq</w:t>
      </w:r>
    </w:p>
    <w:p>
      <w:pPr>
        <w:jc w:val="right"/>
      </w:pPr>
      <w:r>
        <w:t>مر گئے تو مجھے کوئی دکھائی نہیں پڑا جس سے میں دوبارہ تعلق</w:t>
      </w:r>
    </w:p>
    <w:p>
      <w:r>
        <w:rPr>
          <w:b/>
        </w:rPr>
        <w:t xml:space="preserve">[20:07] </w:t>
      </w:r>
      <w:r>
        <w:t>banaoon.</w:t>
      </w:r>
    </w:p>
    <w:p>
      <w:pPr>
        <w:jc w:val="right"/>
      </w:pPr>
      <w:r>
        <w:t>بناؤں۔</w:t>
      </w:r>
    </w:p>
    <w:p>
      <w:r>
        <w:rPr>
          <w:b/>
        </w:rPr>
        <w:t xml:space="preserve">[20:11] </w:t>
      </w:r>
      <w:r>
        <w:t>is liye dosti khatam, society khatam, sab kuch khatam.</w:t>
      </w:r>
    </w:p>
    <w:p>
      <w:pPr>
        <w:jc w:val="right"/>
      </w:pPr>
      <w:r>
        <w:t>اس لیے دوستی ختم، سوسائٹی ختم، سب کچھ ختم۔</w:t>
      </w:r>
    </w:p>
    <w:p>
      <w:r>
        <w:rPr>
          <w:b/>
        </w:rPr>
        <w:t xml:space="preserve">[20:14] </w:t>
      </w:r>
      <w:r>
        <w:t>ab kya reh gaya? apne aap ko train karna, apne aap ko tayyar karna.</w:t>
      </w:r>
    </w:p>
    <w:p>
      <w:pPr>
        <w:jc w:val="right"/>
      </w:pPr>
      <w:r>
        <w:t>اب کیا رہ گیا؟ اپنے آپ کو ٹرین کرنا، اپنے آپ کو تیار کرنا۔</w:t>
      </w:r>
    </w:p>
    <w:p>
      <w:r>
        <w:rPr>
          <w:b/>
        </w:rPr>
        <w:t xml:space="preserve">[20:18] </w:t>
      </w:r>
      <w:r>
        <w:t>to mein parhne laga.</w:t>
      </w:r>
    </w:p>
    <w:p>
      <w:pPr>
        <w:jc w:val="right"/>
      </w:pPr>
      <w:r>
        <w:t>تو میں پڑھنے لگا۔</w:t>
      </w:r>
    </w:p>
    <w:p>
      <w:r>
        <w:rPr>
          <w:b/>
        </w:rPr>
        <w:t xml:space="preserve">[20:22] </w:t>
      </w:r>
      <w:r>
        <w:t>yani baap ke marne ke baad jo hai mujhe sirf parhna, parhna, parhna, parhna.</w:t>
      </w:r>
    </w:p>
    <w:p>
      <w:pPr>
        <w:jc w:val="right"/>
      </w:pPr>
      <w:r>
        <w:t>یعنی باپ کے مرنے کے بعد جو ہے مجھے صرف پڑھنا، پڑھنا، پڑھنا، پڑھنا۔</w:t>
      </w:r>
    </w:p>
    <w:p>
      <w:r>
        <w:rPr>
          <w:b/>
        </w:rPr>
        <w:t xml:space="preserve">[20:26] </w:t>
      </w:r>
      <w:r>
        <w:t>mera haal yeh tha ke mein parhta tha.</w:t>
      </w:r>
    </w:p>
    <w:p>
      <w:pPr>
        <w:jc w:val="right"/>
      </w:pPr>
      <w:r>
        <w:t>میرا حال یہ تھا کہ میں پڑھتا تھا۔</w:t>
      </w:r>
    </w:p>
    <w:p>
      <w:r>
        <w:rPr>
          <w:b/>
        </w:rPr>
        <w:t xml:space="preserve">[20:29] </w:t>
      </w:r>
      <w:r>
        <w:t>yani rasta chalte hue bhi parhta tha.</w:t>
      </w:r>
    </w:p>
    <w:p>
      <w:pPr>
        <w:jc w:val="right"/>
      </w:pPr>
      <w:r>
        <w:t>یعنی راستہ چلتے ہوئے بھی پڑھتا تھا۔</w:t>
      </w:r>
    </w:p>
    <w:p>
      <w:r>
        <w:rPr>
          <w:b/>
        </w:rPr>
        <w:t xml:space="preserve">[20:33] </w:t>
      </w:r>
      <w:r>
        <w:t>to meri maa ko unhon ne bataya ke yeh to rasta chalt</w:t>
      </w:r>
    </w:p>
    <w:p>
      <w:pPr>
        <w:jc w:val="right"/>
      </w:pPr>
      <w:r>
        <w:t>تو میری ماں کو انہوں نے بتایا کہ یہ تو راستہ چلت</w:t>
      </w:r>
    </w:p>
    <w:p>
      <w:r>
        <w:rPr>
          <w:b/>
        </w:rPr>
        <w:t xml:space="preserve">[20:37] </w:t>
      </w:r>
      <w:r>
        <w:t>e hue kitaab bhi haath mein rakhti hai, parhte rehte hain road par.</w:t>
      </w:r>
    </w:p>
    <w:p>
      <w:pPr>
        <w:jc w:val="right"/>
      </w:pPr>
      <w:r>
        <w:t>ے ہوئے کتاب بھی ہاتھ میں رکھتی ہے، پڑھتے رہتے ہیں روڈ پر۔</w:t>
      </w:r>
    </w:p>
    <w:p>
      <w:r>
        <w:rPr>
          <w:b/>
        </w:rPr>
        <w:t xml:space="preserve">[20:41] </w:t>
      </w:r>
      <w:r>
        <w:t>to meri maa kehti thi ke yeh road hi par kisi din is ki maut ho jayegi.</w:t>
      </w:r>
    </w:p>
    <w:p>
      <w:pPr>
        <w:jc w:val="right"/>
      </w:pPr>
      <w:r>
        <w:t>تو میری ماں کہتی تھی کہ یہ روڈ ہی پر کسی دن اس کی موت ہو جائے گی۔</w:t>
      </w:r>
    </w:p>
    <w:p>
      <w:r>
        <w:rPr>
          <w:b/>
        </w:rPr>
        <w:t xml:space="preserve">[20:44] </w:t>
      </w:r>
      <w:r>
        <w:t>ek accident hoga.</w:t>
      </w:r>
    </w:p>
    <w:p>
      <w:pPr>
        <w:jc w:val="right"/>
      </w:pPr>
      <w:r>
        <w:t>ایک ایکسیڈنٹ ہوگا۔</w:t>
      </w:r>
    </w:p>
    <w:p>
      <w:r>
        <w:rPr>
          <w:b/>
        </w:rPr>
        <w:t xml:space="preserve">[20:48] </w:t>
      </w:r>
      <w:r>
        <w:t>to ghar mein parhna.</w:t>
      </w:r>
    </w:p>
    <w:p>
      <w:pPr>
        <w:jc w:val="right"/>
      </w:pPr>
      <w:r>
        <w:t>تو گھر میں پڑھنا۔</w:t>
      </w:r>
    </w:p>
    <w:p>
      <w:r>
        <w:rPr>
          <w:b/>
        </w:rPr>
        <w:t xml:space="preserve">[20:52] </w:t>
      </w:r>
      <w:r>
        <w:t>mujhe yaad hai ke jab mein jata tha eid ke din to mein wahan bhi le ke jata</w:t>
      </w:r>
    </w:p>
    <w:p>
      <w:pPr>
        <w:jc w:val="right"/>
      </w:pPr>
      <w:r>
        <w:t>مجھے یاد ہے کہ جب میں جاتا تھا عید کے دن تو میں وہاں بھی لے کے جاتا</w:t>
      </w:r>
    </w:p>
    <w:p>
      <w:r>
        <w:rPr>
          <w:b/>
        </w:rPr>
        <w:t xml:space="preserve">[20:56] </w:t>
      </w:r>
      <w:r>
        <w:t>tha parhne ke saman.</w:t>
      </w:r>
    </w:p>
    <w:p>
      <w:pPr>
        <w:jc w:val="right"/>
      </w:pPr>
      <w:r>
        <w:t>تھا پڑھنے کے سامان۔</w:t>
      </w:r>
    </w:p>
    <w:p>
      <w:r>
        <w:rPr>
          <w:b/>
        </w:rPr>
        <w:t xml:space="preserve">[21:00] </w:t>
      </w:r>
      <w:r>
        <w:t>der tak baithna padta tha, to mein parh raha hoon.</w:t>
      </w:r>
    </w:p>
    <w:p>
      <w:pPr>
        <w:jc w:val="right"/>
      </w:pPr>
      <w:r>
        <w:t>دیر تک بیٹھنا پڑتا تھا، تو میں پڑھ رہا ہوں۔</w:t>
      </w:r>
    </w:p>
    <w:p>
      <w:r>
        <w:rPr>
          <w:b/>
        </w:rPr>
        <w:t xml:space="preserve">[21:03] </w:t>
      </w:r>
      <w:r>
        <w:t>to yeh ek taraf yeh hua meri zindagi</w:t>
      </w:r>
    </w:p>
    <w:p>
      <w:pPr>
        <w:jc w:val="right"/>
      </w:pPr>
      <w:r>
        <w:t>تو یہ ایک طرف یہ ہوا میری زندگی</w:t>
      </w:r>
    </w:p>
    <w:p>
      <w:r>
        <w:rPr>
          <w:b/>
        </w:rPr>
        <w:t xml:space="preserve">[21:07] </w:t>
      </w:r>
      <w:r>
        <w:t>mein ke mera koi dost nahi bana, koi circle nahi bana, koi society nahi thi meri.</w:t>
      </w:r>
    </w:p>
    <w:p>
      <w:pPr>
        <w:jc w:val="right"/>
      </w:pPr>
      <w:r>
        <w:t>میں کہ میرا کوئی دوست نہیں بنا، کوئی سرکل نہیں بنا، کوئی سوسائٹی نہیں تھی میری۔</w:t>
      </w:r>
    </w:p>
    <w:p>
      <w:r>
        <w:rPr>
          <w:b/>
        </w:rPr>
        <w:t xml:space="preserve">[21:13] </w:t>
      </w:r>
      <w:r>
        <w:t>akela ho gaya, akela, akela, akela.</w:t>
      </w:r>
    </w:p>
    <w:p>
      <w:pPr>
        <w:jc w:val="right"/>
      </w:pPr>
      <w:r>
        <w:t>اکیلا ہو گیا، اکیلا، اکیلا، اکیلا۔</w:t>
      </w:r>
    </w:p>
    <w:p>
      <w:r>
        <w:rPr>
          <w:b/>
        </w:rPr>
        <w:t xml:space="preserve">[21:18] </w:t>
      </w:r>
      <w:r>
        <w:t>aur doosri taraf diversion hua ke mein parhne ki taraf lag gaya, parhne ki taraf.</w:t>
      </w:r>
    </w:p>
    <w:p>
      <w:pPr>
        <w:jc w:val="right"/>
      </w:pPr>
      <w:r>
        <w:t>اور دوسری طرف ڈائیورژن ہوا کہ میں پڑھنے کی طرف لگ گیا، پڑھنے کی طرف۔</w:t>
      </w:r>
    </w:p>
    <w:p>
      <w:r>
        <w:rPr>
          <w:b/>
        </w:rPr>
        <w:t xml:space="preserve">[21:23] </w:t>
      </w:r>
      <w:r>
        <w:t>to itna zyada mein bhark bhark kar kehta hoon ke maine chemistry se le kar astronomy tak</w:t>
      </w:r>
    </w:p>
    <w:p>
      <w:pPr>
        <w:jc w:val="right"/>
      </w:pPr>
      <w:r>
        <w:t>تو اتنا زیادہ میں بھڑک بھڑک کر کہتا ہوں کہ میں نے کیمسٹری سے لے کر آسٹرانومی تک</w:t>
      </w:r>
    </w:p>
    <w:p>
      <w:r>
        <w:rPr>
          <w:b/>
        </w:rPr>
        <w:t xml:space="preserve">[21:29] </w:t>
      </w:r>
      <w:r>
        <w:t>sab parh dala maine.</w:t>
      </w:r>
    </w:p>
    <w:p>
      <w:pPr>
        <w:jc w:val="right"/>
      </w:pPr>
      <w:r>
        <w:t>سب پڑھ ڈالا میں نے۔</w:t>
      </w:r>
    </w:p>
    <w:p>
      <w:r>
        <w:rPr>
          <w:b/>
        </w:rPr>
        <w:t xml:space="preserve">[21:34] </w:t>
      </w:r>
      <w:r>
        <w:t>chemistry se le kar astronomy tak sab parh dala maine.</w:t>
      </w:r>
    </w:p>
    <w:p>
      <w:pPr>
        <w:jc w:val="right"/>
      </w:pPr>
      <w:r>
        <w:t>کیمسٹری سے لے کر آسٹرانومی تک سب پڑھ ڈالا میں نے۔</w:t>
      </w:r>
    </w:p>
    <w:p>
      <w:r>
        <w:rPr>
          <w:b/>
        </w:rPr>
        <w:t xml:space="preserve">[21:39] </w:t>
      </w:r>
      <w:r>
        <w:t>to yeh tha replanning.</w:t>
      </w:r>
    </w:p>
    <w:p>
      <w:pPr>
        <w:jc w:val="right"/>
      </w:pPr>
      <w:r>
        <w:t>تو یہ تھا ری پلاننگ۔</w:t>
      </w:r>
    </w:p>
    <w:p>
      <w:r>
        <w:rPr>
          <w:b/>
        </w:rPr>
        <w:t xml:space="preserve">[21:45] </w:t>
      </w:r>
      <w:r>
        <w:t>to maine socha ke main saturday ka class jo hai us ko lamba karoon aur logon ko.</w:t>
      </w:r>
    </w:p>
    <w:p>
      <w:pPr>
        <w:jc w:val="right"/>
      </w:pPr>
      <w:r>
        <w:t>تو میں نے سوچا کہ میں سیٹرڈے کا کلاس جو ہے اس کو لمبا کروں اور لوگوں کو۔</w:t>
      </w:r>
    </w:p>
    <w:p>
      <w:r>
        <w:rPr>
          <w:b/>
        </w:rPr>
        <w:t xml:space="preserve">[21:50] </w:t>
      </w:r>
      <w:r>
        <w:t>lekin mushkil yeh hai ke logon ko itna time nahi hai, har aadmi koi kaam kar raha hai.</w:t>
      </w:r>
    </w:p>
    <w:p>
      <w:pPr>
        <w:jc w:val="right"/>
      </w:pPr>
      <w:r>
        <w:t>لیکن مشکل یہ ہے کہ لوگوں کو اتنا ٹائم نہیں ہے، ہر آدمی کوئی کام کر رہا ہے۔</w:t>
      </w:r>
    </w:p>
    <w:p>
      <w:r>
        <w:rPr>
          <w:b/>
        </w:rPr>
        <w:t xml:space="preserve">[21:55] </w:t>
      </w:r>
      <w:r>
        <w:t>to maine socha ke shayad yeh workable na ho.</w:t>
      </w:r>
    </w:p>
    <w:p>
      <w:pPr>
        <w:jc w:val="right"/>
      </w:pPr>
      <w:r>
        <w:t>تو میں نے سوچا کہ شاید یہ ورک ایبل نہ ہو۔</w:t>
      </w:r>
    </w:p>
    <w:p>
      <w:r>
        <w:rPr>
          <w:b/>
        </w:rPr>
        <w:t xml:space="preserve">[22:00] </w:t>
      </w:r>
      <w:r>
        <w:t>to sunday ko to log nikalte hain waqt, lekin saturday ko bhi agar hum kahein to shayad woh</w:t>
      </w:r>
    </w:p>
    <w:p>
      <w:pPr>
        <w:jc w:val="right"/>
      </w:pPr>
      <w:r>
        <w:t>تو سنڈے کو تو لوگ نکالتے ہیں وقت، لیکن سیٹرڈے کو بھی اگر ہم کہیں تو شاید وہ</w:t>
      </w:r>
    </w:p>
    <w:p>
      <w:r>
        <w:rPr>
          <w:b/>
        </w:rPr>
        <w:t xml:space="preserve">[22:05] </w:t>
      </w:r>
      <w:r>
        <w:t>nikal na payein, koi koi excuse un ko pesh aata rahe.</w:t>
      </w:r>
    </w:p>
    <w:p>
      <w:pPr>
        <w:jc w:val="right"/>
      </w:pPr>
      <w:r>
        <w:t>نکال نہ پائیں، کوئی کوئی ایکسکیوز ان کو پیش آتا رہے۔</w:t>
      </w:r>
    </w:p>
    <w:p>
      <w:r>
        <w:rPr>
          <w:b/>
        </w:rPr>
        <w:t xml:space="preserve">[22:11] </w:t>
      </w:r>
      <w:r>
        <w:t>par yeh khwab mein mujhe mera hai ke saturday ki class ko mein art of thinking class bana doon. art of thinking. kyun ke logon ko sochna aata hi nahin, logon ko. sochna nahin aata log. apni aql ko lagate hain koi joke mein, koi yaani light ke qareeb baatein karne mein, koi tafreeh mein, koi novel likhne</w:t>
      </w:r>
    </w:p>
    <w:p>
      <w:pPr>
        <w:jc w:val="right"/>
      </w:pPr>
      <w:r>
        <w:t>پر یہ خواب میں مجھے میرا ہے کہ سیٹرڈے کی کلاس کو میں آرٹ آف تھنکنگ کلاس بنا دوں۔ آرٹ آف تھنکنگ۔ کیونکہ لوگوں کو سوچنا آتا ہی نہیں، لوگوں کو۔ سوچنا نہیں آتا لوگ۔ اپنی عقل کو لگاتے ہیں کوئی جوک میں، کوئی یعنی لائٹ کے قریب باتیں کرنے میں، کوئی تفریح میں، کوئی ناول لکھنے</w:t>
      </w:r>
    </w:p>
    <w:p>
      <w:r>
        <w:rPr>
          <w:b/>
        </w:rPr>
        <w:t xml:space="preserve">[22:41] </w:t>
      </w:r>
      <w:r>
        <w:t>mein.</w:t>
      </w:r>
    </w:p>
    <w:p>
      <w:pPr>
        <w:jc w:val="right"/>
      </w:pPr>
      <w:r>
        <w:t>میں۔</w:t>
      </w:r>
    </w:p>
    <w:p>
      <w:r>
        <w:rPr>
          <w:b/>
        </w:rPr>
        <w:t xml:space="preserve">[22:44] </w:t>
      </w:r>
      <w:r>
        <w:t>apne mind ko lagata nahi koi aadmi art of thinking ko seekhne mein.</w:t>
      </w:r>
    </w:p>
    <w:p>
      <w:pPr>
        <w:jc w:val="right"/>
      </w:pPr>
      <w:r>
        <w:t>اپنے مائنڈ کو لگاتا نہیں کوئی آدمی آرٹ آف تھنکنگ کو سیکھنے میں۔</w:t>
      </w:r>
    </w:p>
    <w:p>
      <w:r>
        <w:rPr>
          <w:b/>
        </w:rPr>
        <w:t xml:space="preserve">[22:48] </w:t>
      </w:r>
      <w:r>
        <w:t>radio par ek tag thi.</w:t>
      </w:r>
    </w:p>
    <w:p>
      <w:pPr>
        <w:jc w:val="right"/>
      </w:pPr>
      <w:r>
        <w:t>ریڈیو پر ایک ٹیگ تھی۔</w:t>
      </w:r>
    </w:p>
    <w:p>
      <w:r>
        <w:rPr>
          <w:b/>
        </w:rPr>
        <w:t xml:space="preserve">[22:52] </w:t>
      </w:r>
      <w:r>
        <w:t>to ek maa ne kaha mera beta to bohat parhta hai, bohat parhta hai.</w:t>
      </w:r>
    </w:p>
    <w:p>
      <w:pPr>
        <w:jc w:val="right"/>
      </w:pPr>
      <w:r>
        <w:t>تو ایک ماں نے کہا میرا بیٹا تو بہت پڑھتا ہے، بہت پڑھتا ہے۔</w:t>
      </w:r>
    </w:p>
    <w:p>
      <w:r>
        <w:rPr>
          <w:b/>
        </w:rPr>
        <w:t xml:space="preserve">[22:56] </w:t>
      </w:r>
      <w:r>
        <w:t>beta ya beti ki baat.</w:t>
      </w:r>
    </w:p>
    <w:p>
      <w:pPr>
        <w:jc w:val="right"/>
      </w:pPr>
      <w:r>
        <w:t>بیٹا یا بیٹی کی بات۔</w:t>
      </w:r>
    </w:p>
    <w:p>
      <w:r>
        <w:rPr>
          <w:b/>
        </w:rPr>
        <w:t xml:space="preserve">[23:00] </w:t>
      </w:r>
      <w:r>
        <w:t>to us ne poocha ke kya cheez parhte hain? to bata diya novel.</w:t>
      </w:r>
    </w:p>
    <w:p>
      <w:pPr>
        <w:jc w:val="right"/>
      </w:pPr>
      <w:r>
        <w:t>تو اس نے پوچھا کہ کیا چیز پڑھتے ہیں؟ تو بتا دیا ناول۔</w:t>
      </w:r>
    </w:p>
    <w:p>
      <w:r>
        <w:rPr>
          <w:b/>
        </w:rPr>
        <w:t xml:space="preserve">[23:04] </w:t>
      </w:r>
      <w:r>
        <w:t>to novel parhna parhna nahi hai.</w:t>
      </w:r>
    </w:p>
    <w:p>
      <w:pPr>
        <w:jc w:val="right"/>
      </w:pPr>
      <w:r>
        <w:t>تو ناول پڑھنا پڑھنا نہیں ہے۔</w:t>
      </w:r>
    </w:p>
    <w:p>
      <w:r>
        <w:rPr>
          <w:b/>
        </w:rPr>
        <w:t xml:space="preserve">[23:08] </w:t>
      </w:r>
      <w:r>
        <w:t>kyun ke aap novel ka matlab kya hai? novel ka matlab kya hai? non real world mein jeena.</w:t>
      </w:r>
    </w:p>
    <w:p>
      <w:pPr>
        <w:jc w:val="right"/>
      </w:pPr>
      <w:r>
        <w:t>کیونکہ آپ ناول کا مطلب کیا ہے؟ ناول کا مطلب کیا ہے؟ نان رئیل ورلڈ میں جینا۔</w:t>
      </w:r>
    </w:p>
    <w:p>
      <w:r>
        <w:rPr>
          <w:b/>
        </w:rPr>
        <w:t xml:space="preserve">[23:12] </w:t>
      </w:r>
      <w:r>
        <w:t>yeh to real world hai, lekin novel jo hai aap ko le jati hai non real world mein.</w:t>
      </w:r>
    </w:p>
    <w:p>
      <w:pPr>
        <w:jc w:val="right"/>
      </w:pPr>
      <w:r>
        <w:t>یہ تو رئیل ورلڈ ہے، لیکن ناول جو ہے آپ کو لے جاتی ہے نان رئیل ورلڈ میں۔</w:t>
      </w:r>
    </w:p>
    <w:p>
      <w:r>
        <w:rPr>
          <w:b/>
        </w:rPr>
        <w:t xml:space="preserve">[23:18] </w:t>
      </w:r>
      <w:r>
        <w:t>to bataein ke woh novel kis woh parhna kis kaam ka? jo aap ko non real world mein le jaye.</w:t>
      </w:r>
    </w:p>
    <w:p>
      <w:pPr>
        <w:jc w:val="right"/>
      </w:pPr>
      <w:r>
        <w:t>تو بتائیں کہ وہ ناول کس وہ پڑھنا کس کام کا؟ جو آپ کو نان رئیل ورلڈ میں لے جائے۔</w:t>
      </w:r>
    </w:p>
    <w:p>
      <w:r>
        <w:rPr>
          <w:b/>
        </w:rPr>
        <w:t xml:space="preserve">[23:24] </w:t>
      </w:r>
      <w:r>
        <w:t>achha meri zindagi mein aisi waqiat hue ke woh mujhe guide karte rahe.</w:t>
      </w:r>
    </w:p>
    <w:p>
      <w:pPr>
        <w:jc w:val="right"/>
      </w:pPr>
      <w:r>
        <w:t>اچھا میری زندگی میں ایسی واقعات ہوئے کہ وہ مجھے گائیڈ کرتے رہے۔</w:t>
      </w:r>
    </w:p>
    <w:p>
      <w:r>
        <w:rPr>
          <w:b/>
        </w:rPr>
        <w:t xml:space="preserve">[23:30] </w:t>
      </w:r>
      <w:r>
        <w:t>jaise misaal ke tor par yeh movie dekhna.</w:t>
      </w:r>
    </w:p>
    <w:p>
      <w:pPr>
        <w:jc w:val="right"/>
      </w:pPr>
      <w:r>
        <w:t>جیسے مثال کے طور پر یہ مووی دیکھنا۔</w:t>
      </w:r>
    </w:p>
    <w:p>
      <w:r>
        <w:rPr>
          <w:b/>
        </w:rPr>
        <w:t xml:space="preserve">[23:37] </w:t>
      </w:r>
      <w:r>
        <w:t>aksar log movie dekhte hain.</w:t>
      </w:r>
    </w:p>
    <w:p>
      <w:pPr>
        <w:jc w:val="right"/>
      </w:pPr>
      <w:r>
        <w:t>اکثر لوگ مووی دیکھتے ہیں۔</w:t>
      </w:r>
    </w:p>
    <w:p>
      <w:r>
        <w:rPr>
          <w:b/>
        </w:rPr>
        <w:t xml:space="preserve">[23:43] </w:t>
      </w:r>
      <w:r>
        <w:t>mera kya mamla hai ke main bombay gaya tha to wahan wahan par ek ek woh kya kehte</w:t>
      </w:r>
    </w:p>
    <w:p>
      <w:pPr>
        <w:jc w:val="right"/>
      </w:pPr>
      <w:r>
        <w:t>میرا کیا معاملہ ہے کہ میں بمبئی گیا تھا تو وہاں وہاں پر ایک ایک وہ کیا کہتے</w:t>
      </w:r>
    </w:p>
    <w:p>
      <w:r>
        <w:rPr>
          <w:b/>
        </w:rPr>
        <w:t xml:space="preserve">[23:50] </w:t>
      </w:r>
      <w:r>
        <w:t>hain us ko jahan studio ek bohat bara studio mujhe le gaye kuch log.</w:t>
      </w:r>
    </w:p>
    <w:p>
      <w:pPr>
        <w:jc w:val="right"/>
      </w:pPr>
      <w:r>
        <w:t>ہیں اس کو جہاں سٹوڈیو ایک بہت بڑا سٹوڈیو مجھے لے گئے کچھ لوگ۔</w:t>
      </w:r>
    </w:p>
    <w:p>
      <w:r>
        <w:rPr>
          <w:b/>
        </w:rPr>
        <w:t xml:space="preserve">[23:58] </w:t>
      </w:r>
      <w:r>
        <w:t>wahan maine ek ek manzar dekha.</w:t>
      </w:r>
    </w:p>
    <w:p>
      <w:pPr>
        <w:jc w:val="right"/>
      </w:pPr>
      <w:r>
        <w:t>وہاں میں نے ایک ایک منظر دیکھا۔</w:t>
      </w:r>
    </w:p>
    <w:p>
      <w:r>
        <w:rPr>
          <w:b/>
        </w:rPr>
        <w:t xml:space="preserve">[24:05] </w:t>
      </w:r>
      <w:r>
        <w:t>to mein ne dekha ke wohi actor jis ko abhi aik act karna hai, gham ka</w:t>
      </w:r>
    </w:p>
    <w:p>
      <w:pPr>
        <w:jc w:val="right"/>
      </w:pPr>
      <w:r>
        <w:t>تو میں نے دیکھا کہ وہی ایکٹر جس کو ابھی ایک ایکٹ کرنا ہے، غم کا</w:t>
      </w:r>
    </w:p>
    <w:p>
      <w:r>
        <w:rPr>
          <w:b/>
        </w:rPr>
        <w:t xml:space="preserve">[24:13] </w:t>
      </w:r>
      <w:r>
        <w:t>act.</w:t>
      </w:r>
    </w:p>
    <w:p>
      <w:pPr>
        <w:jc w:val="right"/>
      </w:pPr>
      <w:r>
        <w:t>ایکٹ۔</w:t>
      </w:r>
    </w:p>
    <w:p>
      <w:r>
        <w:rPr>
          <w:b/>
        </w:rPr>
        <w:t xml:space="preserve">[24:17] </w:t>
      </w:r>
      <w:r>
        <w:t>gham ka act.</w:t>
      </w:r>
    </w:p>
    <w:p>
      <w:pPr>
        <w:jc w:val="right"/>
      </w:pPr>
      <w:r>
        <w:t>غم کا ایکٹ۔</w:t>
      </w:r>
    </w:p>
    <w:p>
      <w:r>
        <w:rPr>
          <w:b/>
        </w:rPr>
        <w:t xml:space="preserve">[24:21] </w:t>
      </w:r>
      <w:r>
        <w:t>woh is se pehle baitha hua doston mein kuch gup kar kar raha hai.</w:t>
      </w:r>
    </w:p>
    <w:p>
      <w:pPr>
        <w:jc w:val="right"/>
      </w:pPr>
      <w:r>
        <w:t>وہ اس سے پہلے بیٹھا ہوا دوستوں میں کچھ گپ کر کر رہا ہے۔</w:t>
      </w:r>
    </w:p>
    <w:p>
      <w:r>
        <w:rPr>
          <w:b/>
        </w:rPr>
        <w:t xml:space="preserve">[24:26] </w:t>
      </w:r>
      <w:r>
        <w:t>yani abhi woh gup kar raha hai, abhi ja kar wahan gham ka role ada kar raha hai.</w:t>
      </w:r>
    </w:p>
    <w:p>
      <w:pPr>
        <w:jc w:val="right"/>
      </w:pPr>
      <w:r>
        <w:t>یعنی ابھی وہ گپ کر رہا ہے، ابھی جا کر وہاں غم کا رول ادا کر رہا ہے۔</w:t>
      </w:r>
    </w:p>
    <w:p>
      <w:r>
        <w:rPr>
          <w:b/>
        </w:rPr>
        <w:t xml:space="preserve">[24:30] </w:t>
      </w:r>
      <w:r>
        <w:t>isi waqt se mujhe bilkul aik dori ho gayi, mein ke yeh to mein dekhta hi nahi.</w:t>
      </w:r>
    </w:p>
    <w:p>
      <w:pPr>
        <w:jc w:val="right"/>
      </w:pPr>
      <w:r>
        <w:t>اسی وقت سے مجھے بالکل ایک دوری ہو گئی، میں کہ یہ تو میں دیکھتا ہی نہیں۔</w:t>
      </w:r>
    </w:p>
    <w:p>
      <w:r>
        <w:rPr>
          <w:b/>
        </w:rPr>
        <w:t xml:space="preserve">[24:34] </w:t>
      </w:r>
      <w:r>
        <w:t>us zamane mein mere saathi thay, chahte thay le jana mujh ko, mein nahi jata tha.</w:t>
      </w:r>
    </w:p>
    <w:p>
      <w:pPr>
        <w:jc w:val="right"/>
      </w:pPr>
      <w:r>
        <w:t>اس زمانے میں میرے ساتھی تھے، چاہتے تھے لے جانا مجھ کو، میں نہیں جاتا تھا۔</w:t>
      </w:r>
    </w:p>
    <w:p>
      <w:r>
        <w:rPr>
          <w:b/>
        </w:rPr>
        <w:t xml:space="preserve">[24:39] </w:t>
      </w:r>
      <w:r>
        <w:t>kyunke woh non-real world hai. to</w:t>
      </w:r>
    </w:p>
    <w:p>
      <w:pPr>
        <w:jc w:val="right"/>
      </w:pPr>
      <w:r>
        <w:t>کیونکہ وہ نان رئیل ورلڈ ہے۔ تو</w:t>
      </w:r>
    </w:p>
    <w:p>
      <w:r>
        <w:rPr>
          <w:b/>
        </w:rPr>
        <w:t xml:space="preserve">[24:43] </w:t>
      </w:r>
      <w:r>
        <w:t>log jo hain agar kuch nikalte hain to non-real world mein jeene ka.</w:t>
      </w:r>
    </w:p>
    <w:p>
      <w:pPr>
        <w:jc w:val="right"/>
      </w:pPr>
      <w:r>
        <w:t>لوگ جو ہیں اگر کچھ نکالتے ہیں تو نان رئیل ورلڈ میں جینے کا۔</w:t>
      </w:r>
    </w:p>
    <w:p>
      <w:r>
        <w:rPr>
          <w:b/>
        </w:rPr>
        <w:t xml:space="preserve">[24:49] </w:t>
      </w:r>
      <w:r>
        <w:t>reading karte hain to novel ki, waqt guzarte hain to kahan? holiday mein. kahin mein.</w:t>
      </w:r>
    </w:p>
    <w:p>
      <w:pPr>
        <w:jc w:val="right"/>
      </w:pPr>
      <w:r>
        <w:t>ریڈنگ کرتے ہیں تو ناول کی، وقت گزارتے ہیں تو کہاں؟ ہالی ڈے میں۔ کہیں میں۔</w:t>
      </w:r>
    </w:p>
    <w:p>
      <w:r>
        <w:rPr>
          <w:b/>
        </w:rPr>
        <w:t xml:space="preserve">[24:55] </w:t>
      </w:r>
      <w:r>
        <w:t>yani kuch na kuch aisi cheez jo jis ki koi real value nahi hai.</w:t>
      </w:r>
    </w:p>
    <w:p>
      <w:pPr>
        <w:jc w:val="right"/>
      </w:pPr>
      <w:r>
        <w:t>یعنی کچھ نہ کچھ ایسی چیز جو جس کی کوئی رئیل ویلیو نہیں ہے۔</w:t>
      </w:r>
    </w:p>
    <w:p>
      <w:r>
        <w:rPr>
          <w:b/>
        </w:rPr>
        <w:t xml:space="preserve">[25:01] </w:t>
      </w:r>
      <w:r>
        <w:t>bas khali waqt guzarna hai, time pass karna hai.</w:t>
      </w:r>
    </w:p>
    <w:p>
      <w:pPr>
        <w:jc w:val="right"/>
      </w:pPr>
      <w:r>
        <w:t>بس خالی وقت گزارنا ہے، ٹائم پاس کرنا ہے۔</w:t>
      </w:r>
    </w:p>
    <w:p>
      <w:r>
        <w:rPr>
          <w:b/>
        </w:rPr>
        <w:t xml:space="preserve">[25:07] </w:t>
      </w:r>
      <w:r>
        <w:t>to mein bhi isi tarah ka ban jata, lekin yeh Allah ta</w:t>
      </w:r>
    </w:p>
    <w:p>
      <w:pPr>
        <w:jc w:val="right"/>
      </w:pPr>
      <w:r>
        <w:t>تو میں بھی اسی طرح کا بن جاتا، لیکن یہ اللہ تع</w:t>
      </w:r>
    </w:p>
    <w:p>
      <w:r>
        <w:rPr>
          <w:b/>
        </w:rPr>
        <w:t xml:space="preserve">[25:13] </w:t>
      </w:r>
      <w:r>
        <w:t>aala ka fazal tha.</w:t>
      </w:r>
    </w:p>
    <w:p>
      <w:pPr>
        <w:jc w:val="right"/>
      </w:pPr>
      <w:r>
        <w:t>الیٰ کا فضل تھا۔</w:t>
      </w:r>
    </w:p>
    <w:p>
      <w:r>
        <w:rPr>
          <w:b/>
        </w:rPr>
        <w:t xml:space="preserve">[25:17] </w:t>
      </w:r>
      <w:r>
        <w:t>shayad Allah taala ka manzoor tha, kam az kam aik aadmi to aisa ho jo logon ko bataye</w:t>
      </w:r>
    </w:p>
    <w:p>
      <w:pPr>
        <w:jc w:val="right"/>
      </w:pPr>
      <w:r>
        <w:t>شاید اللہ تعالیٰ کا منظور تھا، کم از کم ایک آدمی تو ایسا ہو جو لوگوں کو بتائے</w:t>
      </w:r>
    </w:p>
    <w:p>
      <w:r>
        <w:rPr>
          <w:b/>
        </w:rPr>
        <w:t xml:space="preserve">[25:21] </w:t>
      </w:r>
      <w:r>
        <w:t>ke bachho is se.</w:t>
      </w:r>
    </w:p>
    <w:p>
      <w:pPr>
        <w:jc w:val="right"/>
      </w:pPr>
      <w:r>
        <w:t>کہ بچو اس سے۔</w:t>
      </w:r>
    </w:p>
    <w:p>
      <w:r>
        <w:rPr>
          <w:b/>
        </w:rPr>
        <w:t xml:space="preserve">[25:24] </w:t>
      </w:r>
      <w:r>
        <w:t>is se bacho.</w:t>
      </w:r>
    </w:p>
    <w:p>
      <w:pPr>
        <w:jc w:val="right"/>
      </w:pPr>
      <w:r>
        <w:t>اس سے بچو۔</w:t>
      </w:r>
    </w:p>
    <w:p>
      <w:r>
        <w:rPr>
          <w:b/>
        </w:rPr>
        <w:t xml:space="preserve">[25:28] </w:t>
      </w:r>
      <w:r>
        <w:t>to mujhe yani mujhe de-rail ho, diversion se roka gaya.</w:t>
      </w:r>
    </w:p>
    <w:p>
      <w:pPr>
        <w:jc w:val="right"/>
      </w:pPr>
      <w:r>
        <w:t>تو مجھے یعنی مجھے ڈی ریل ہو، ڈائیورژن سے روکا گیا۔</w:t>
      </w:r>
    </w:p>
    <w:p>
      <w:r>
        <w:rPr>
          <w:b/>
        </w:rPr>
        <w:t xml:space="preserve">[25:32] </w:t>
      </w:r>
      <w:r>
        <w:t>bohat se qisse mere zindagi mein hain, agar bataun.</w:t>
      </w:r>
    </w:p>
    <w:p>
      <w:pPr>
        <w:jc w:val="right"/>
      </w:pPr>
      <w:r>
        <w:t>بہت سے قصے میرے زندگی میں ہیں، اگر بتاؤں۔</w:t>
      </w:r>
    </w:p>
    <w:p>
      <w:r>
        <w:rPr>
          <w:b/>
        </w:rPr>
        <w:t xml:space="preserve">[25:36] </w:t>
      </w:r>
      <w:r>
        <w:t>ke bar bar mere dil mein koi diversion aya.</w:t>
      </w:r>
    </w:p>
    <w:p>
      <w:pPr>
        <w:jc w:val="right"/>
      </w:pPr>
      <w:r>
        <w:t>کہ بار بار میرے دل میں کوئی ڈائیورژن آیا۔</w:t>
      </w:r>
    </w:p>
    <w:p>
      <w:r>
        <w:rPr>
          <w:b/>
        </w:rPr>
        <w:t xml:space="preserve">[25:40] </w:t>
      </w:r>
      <w:r>
        <w:t>lekin Allah taala ne is diversion se mujhe bacha liya.</w:t>
      </w:r>
    </w:p>
    <w:p>
      <w:pPr>
        <w:jc w:val="right"/>
      </w:pPr>
      <w:r>
        <w:t>لیکن اللہ تعالیٰ نے اس ڈائیورژن سے مجھے بچا لیا۔</w:t>
      </w:r>
    </w:p>
    <w:p>
      <w:r>
        <w:rPr>
          <w:b/>
        </w:rPr>
        <w:t xml:space="preserve">[25:44] </w:t>
      </w:r>
      <w:r>
        <w:t>bar bar diversion aya. bacha liya.</w:t>
      </w:r>
    </w:p>
    <w:p>
      <w:pPr>
        <w:jc w:val="right"/>
      </w:pPr>
      <w:r>
        <w:t>بار بار ڈائیورژن آیا۔ بچا لیا۔</w:t>
      </w:r>
    </w:p>
    <w:p>
      <w:r>
        <w:rPr>
          <w:b/>
        </w:rPr>
        <w:t xml:space="preserve">[25:48] </w:t>
      </w:r>
      <w:r>
        <w:t>yani aik zamana tha ke mein novel, nawel nigar, novelist banna chahta tha.</w:t>
      </w:r>
    </w:p>
    <w:p>
      <w:pPr>
        <w:jc w:val="right"/>
      </w:pPr>
      <w:r>
        <w:t>یعنی ایک زمانہ تھا کہ میں ناول ناول نگار، ناولسٹ بننا چاہتا تھا۔</w:t>
      </w:r>
    </w:p>
    <w:p>
      <w:r>
        <w:rPr>
          <w:b/>
        </w:rPr>
        <w:t xml:space="preserve">[25:51] </w:t>
      </w:r>
      <w:r>
        <w:t>novelist banna chahta tha.</w:t>
      </w:r>
    </w:p>
    <w:p>
      <w:pPr>
        <w:jc w:val="right"/>
      </w:pPr>
      <w:r>
        <w:t>ناولسٹ بننا چاہتا تھا۔</w:t>
      </w:r>
    </w:p>
    <w:p>
      <w:r>
        <w:rPr>
          <w:b/>
        </w:rPr>
        <w:t xml:space="preserve">[25:55] </w:t>
      </w:r>
      <w:r>
        <w:t>ab aik novel mein ne shuru kar diya tha likhna.</w:t>
      </w:r>
    </w:p>
    <w:p>
      <w:pPr>
        <w:jc w:val="right"/>
      </w:pPr>
      <w:r>
        <w:t>اب ایک ناول میں نے شروع کر دیا تھا لکھنا۔</w:t>
      </w:r>
    </w:p>
    <w:p>
      <w:r>
        <w:rPr>
          <w:b/>
        </w:rPr>
        <w:t xml:space="preserve">[25:59] </w:t>
      </w:r>
      <w:r>
        <w:t>ek novel maine likhna shuru kar diya tha.</w:t>
      </w:r>
    </w:p>
    <w:p>
      <w:pPr>
        <w:jc w:val="right"/>
      </w:pPr>
      <w:r>
        <w:t>ایک ناول میں نے لکھنا شروع کر دیا تھا۔</w:t>
      </w:r>
    </w:p>
    <w:p>
      <w:r>
        <w:rPr>
          <w:b/>
        </w:rPr>
        <w:t xml:space="preserve">[26:03] </w:t>
      </w:r>
      <w:r>
        <w:t>isi line mein padhta hoon, main padhta hoon, padhta hoon.</w:t>
      </w:r>
    </w:p>
    <w:p>
      <w:pPr>
        <w:jc w:val="right"/>
      </w:pPr>
      <w:r>
        <w:t>اسی لائن میں پڑھتا ہوں، میں پڑھتا ہوں، پڑھتا ہوں۔</w:t>
      </w:r>
    </w:p>
    <w:p>
      <w:r>
        <w:rPr>
          <w:b/>
        </w:rPr>
        <w:t xml:space="preserve">[26:07] </w:t>
      </w:r>
      <w:r>
        <w:t>to aaj main ek novelist hota.</w:t>
      </w:r>
    </w:p>
    <w:p>
      <w:pPr>
        <w:jc w:val="right"/>
      </w:pPr>
      <w:r>
        <w:t>تو آج میں ایک ناولسٹ ہوتا۔</w:t>
      </w:r>
    </w:p>
    <w:p>
      <w:r>
        <w:rPr>
          <w:b/>
        </w:rPr>
        <w:t xml:space="preserve">[26:11] </w:t>
      </w:r>
      <w:r>
        <w:t>lekin khud bhi apne aap ko tabah karta aur doosron ko bhi tabah</w:t>
      </w:r>
    </w:p>
    <w:p>
      <w:pPr>
        <w:jc w:val="right"/>
      </w:pPr>
      <w:r>
        <w:t>لیکن خود بھی اپنے آپ کو تباہ کرتا اور دوسروں کو بھی تباہ</w:t>
      </w:r>
    </w:p>
    <w:p>
      <w:r>
        <w:rPr>
          <w:b/>
        </w:rPr>
        <w:t xml:space="preserve">[26:15] </w:t>
      </w:r>
      <w:r>
        <w:t>karta. tabah karta.</w:t>
      </w:r>
    </w:p>
    <w:p>
      <w:pPr>
        <w:jc w:val="right"/>
      </w:pPr>
      <w:r>
        <w:t>کرتا۔ تباہ کرتا۔</w:t>
      </w:r>
    </w:p>
    <w:p>
      <w:r>
        <w:rPr>
          <w:b/>
        </w:rPr>
        <w:t xml:space="preserve">[26:20] </w:t>
      </w:r>
      <w:r>
        <w:t>magar kuch aise waqiat pesh aaye ke main novelist nahi ban saka.</w:t>
      </w:r>
    </w:p>
    <w:p>
      <w:pPr>
        <w:jc w:val="right"/>
      </w:pPr>
      <w:r>
        <w:t>مگر کچھ ایسے واقعات پیش آئے کہ میں ناولسٹ نہیں بن سکا۔</w:t>
      </w:r>
    </w:p>
    <w:p>
      <w:r>
        <w:rPr>
          <w:b/>
        </w:rPr>
        <w:t xml:space="preserve">[26:25] </w:t>
      </w:r>
      <w:r>
        <w:t>ek zamane mein main yaani singer banna chahta tha.</w:t>
      </w:r>
    </w:p>
    <w:p>
      <w:pPr>
        <w:jc w:val="right"/>
      </w:pPr>
      <w:r>
        <w:t>ایک زمانے میں میں یعنی سنگر بننا چاہتا تھا۔</w:t>
      </w:r>
    </w:p>
    <w:p>
      <w:r>
        <w:rPr>
          <w:b/>
        </w:rPr>
        <w:t xml:space="preserve">[26:30] </w:t>
      </w:r>
      <w:r>
        <w:t>janpur mein ek sahib the jo unke paas yeh sab saman tha.</w:t>
      </w:r>
    </w:p>
    <w:p>
      <w:pPr>
        <w:jc w:val="right"/>
      </w:pPr>
      <w:r>
        <w:t>جان پور میں ایک صاحب تھے جو ان کے پاس یہ سب سامان تھا۔</w:t>
      </w:r>
    </w:p>
    <w:p>
      <w:r>
        <w:rPr>
          <w:b/>
        </w:rPr>
        <w:t xml:space="preserve">[26:35] </w:t>
      </w:r>
      <w:r>
        <w:t>ek unke paas gomti ke kinare ek bahut hi achha room tha, is room mein sab saman hota tha.</w:t>
      </w:r>
    </w:p>
    <w:p>
      <w:pPr>
        <w:jc w:val="right"/>
      </w:pPr>
      <w:r>
        <w:t>ایک ان کے پاس گومتی کے کنارے ایک بہت ہی اچھا روم تھا، اس روم میں سب سامان ہوتا تھا۔</w:t>
      </w:r>
    </w:p>
    <w:p>
      <w:r>
        <w:rPr>
          <w:b/>
        </w:rPr>
        <w:t xml:space="preserve">[26:40] </w:t>
      </w:r>
      <w:r>
        <w:t>to main wahan jata tha aur sare ga ma pa daani sa iski practice karta tha.</w:t>
      </w:r>
    </w:p>
    <w:p>
      <w:pPr>
        <w:jc w:val="right"/>
      </w:pPr>
      <w:r>
        <w:t>تو میں وہاں جاتا تھا اور سارے گا ما پا دانی سا اس کی پریکٹس کرتا تھا۔</w:t>
      </w:r>
    </w:p>
    <w:p>
      <w:r>
        <w:rPr>
          <w:b/>
        </w:rPr>
        <w:t xml:space="preserve">[26:45] </w:t>
      </w:r>
      <w:r>
        <w:t>yeh shuru kar diya tha.</w:t>
      </w:r>
    </w:p>
    <w:p>
      <w:pPr>
        <w:jc w:val="right"/>
      </w:pPr>
      <w:r>
        <w:t>یہ شروع کر دیا تھا۔</w:t>
      </w:r>
    </w:p>
    <w:p>
      <w:r>
        <w:rPr>
          <w:b/>
        </w:rPr>
        <w:t xml:space="preserve">[26:49] </w:t>
      </w:r>
      <w:r>
        <w:t>sare ga ma pa daani sa.</w:t>
      </w:r>
    </w:p>
    <w:p>
      <w:pPr>
        <w:jc w:val="right"/>
      </w:pPr>
      <w:r>
        <w:t>سارے گا ما پا دانی سا۔</w:t>
      </w:r>
    </w:p>
    <w:p>
      <w:r>
        <w:rPr>
          <w:b/>
        </w:rPr>
        <w:t xml:space="preserve">[26:53] </w:t>
      </w:r>
      <w:r>
        <w:t>lekin kuch aise waqiat pesh aaye ke Allah taala ne bacha liya mujhe.</w:t>
      </w:r>
    </w:p>
    <w:p>
      <w:pPr>
        <w:jc w:val="right"/>
      </w:pPr>
      <w:r>
        <w:t>لیکن کچھ ایسے واقعات پیش آئے کہ اللہ تعالیٰ نے بچا لیا مجھے۔</w:t>
      </w:r>
    </w:p>
    <w:p>
      <w:r>
        <w:rPr>
          <w:b/>
        </w:rPr>
        <w:t xml:space="preserve">[26:57] </w:t>
      </w:r>
      <w:r>
        <w:t>to bar bar meri zindagi mein diversion aaye.</w:t>
      </w:r>
    </w:p>
    <w:p>
      <w:pPr>
        <w:jc w:val="right"/>
      </w:pPr>
      <w:r>
        <w:t>تو بار بار میری زندگی میں ڈائیورژن آئے۔</w:t>
      </w:r>
    </w:p>
    <w:p>
      <w:r>
        <w:rPr>
          <w:b/>
        </w:rPr>
        <w:t xml:space="preserve">[27:00] </w:t>
      </w:r>
      <w:r>
        <w:t>lekin kahin na kahin aa kar ke wahan par Allah taala ne thokar laga di use.</w:t>
      </w:r>
    </w:p>
    <w:p>
      <w:pPr>
        <w:jc w:val="right"/>
      </w:pPr>
      <w:r>
        <w:t>لیکن کہیں نہ کہیں آ کر کے وہاں پر اللہ تعالیٰ نے ٹھوکر لگا دی اسے۔</w:t>
      </w:r>
    </w:p>
    <w:p>
      <w:r>
        <w:rPr>
          <w:b/>
        </w:rPr>
        <w:t xml:space="preserve">[27:04] </w:t>
      </w:r>
      <w:r>
        <w:t>tab ja kar mujhe.</w:t>
      </w:r>
    </w:p>
    <w:p>
      <w:pPr>
        <w:jc w:val="right"/>
      </w:pPr>
      <w:r>
        <w:t>تب جا کر مجھے۔</w:t>
      </w:r>
    </w:p>
    <w:p>
      <w:r>
        <w:rPr>
          <w:b/>
        </w:rPr>
        <w:t xml:space="preserve">[27:08] </w:t>
      </w:r>
      <w:r>
        <w:t>ab main sochta hoon ke jo mujhe experience hua usko main share karoon.</w:t>
      </w:r>
    </w:p>
    <w:p>
      <w:pPr>
        <w:jc w:val="right"/>
      </w:pPr>
      <w:r>
        <w:t>اب میں سوچتا ہوں کہ جو مجھے ایکسپیرینس ہوا اس کو میں شیئر کروں۔</w:t>
      </w:r>
    </w:p>
    <w:p>
      <w:r>
        <w:rPr>
          <w:b/>
        </w:rPr>
        <w:t xml:space="preserve">[27:12] </w:t>
      </w:r>
      <w:r>
        <w:t>to agar hamare sathiyon ne mera sath diya to inshallah main saturday class ko</w:t>
      </w:r>
    </w:p>
    <w:p>
      <w:pPr>
        <w:jc w:val="right"/>
      </w:pPr>
      <w:r>
        <w:t>تو اگر ہمارے ساتھیوں نے میرا ساتھ دیا تو انشاءاللہ میں سیٹرڈے کلاس کو</w:t>
      </w:r>
    </w:p>
    <w:p>
      <w:r>
        <w:rPr>
          <w:b/>
        </w:rPr>
        <w:t xml:space="preserve">[27:16] </w:t>
      </w:r>
      <w:r>
        <w:t>is ke liye dedicate karunga.</w:t>
      </w:r>
    </w:p>
    <w:p>
      <w:pPr>
        <w:jc w:val="right"/>
      </w:pPr>
      <w:r>
        <w:t>اس کے لیے ڈیڈیکیٹ کروں گا۔</w:t>
      </w:r>
    </w:p>
    <w:p>
      <w:r>
        <w:rPr>
          <w:b/>
        </w:rPr>
        <w:t xml:space="preserve">[27:20] </w:t>
      </w:r>
      <w:r>
        <w:t>kyunki kuch jante hi nahi hain, art of thinking kuch maloom hi nahi kisi ko.</w:t>
      </w:r>
    </w:p>
    <w:p>
      <w:pPr>
        <w:jc w:val="right"/>
      </w:pPr>
      <w:r>
        <w:t>کیونکہ کچھ جانتے ہی نہیں ہیں، آرٹ آف تھنکنگ کچھ معلوم ہی نہیں کسی کو۔</w:t>
      </w:r>
    </w:p>
    <w:p>
      <w:r>
        <w:rPr>
          <w:b/>
        </w:rPr>
        <w:t xml:space="preserve">[27:24] </w:t>
      </w:r>
      <w:r>
        <w:t>misalan yahi jo main replanning kar raha hoon.</w:t>
      </w:r>
    </w:p>
    <w:p>
      <w:pPr>
        <w:jc w:val="right"/>
      </w:pPr>
      <w:r>
        <w:t>مثلاً یہی جو میں ری پلاننگ کر رہا ہوں۔</w:t>
      </w:r>
    </w:p>
    <w:p>
      <w:r>
        <w:rPr>
          <w:b/>
        </w:rPr>
        <w:t xml:space="preserve">[27:29] </w:t>
      </w:r>
      <w:r>
        <w:t>poori zindagi mein kabhi maine suna hi nahi tha kisi se yeh idea.</w:t>
      </w:r>
    </w:p>
    <w:p>
      <w:pPr>
        <w:jc w:val="right"/>
      </w:pPr>
      <w:r>
        <w:t>پوری زندگی میں کبھی میں نے سنا ہی نہیں تھا کسی سے یہ آئیڈیا۔</w:t>
      </w:r>
    </w:p>
    <w:p>
      <w:r>
        <w:rPr>
          <w:b/>
        </w:rPr>
        <w:t xml:space="preserve">[27:33] </w:t>
      </w:r>
      <w:r>
        <w:t>yeh to Allah taala ne mere dil mein dala ke replanning karoon.</w:t>
      </w:r>
    </w:p>
    <w:p>
      <w:pPr>
        <w:jc w:val="right"/>
      </w:pPr>
      <w:r>
        <w:t>یہ تو اللہ تعالیٰ نے میرے دل میں ڈالا کہ ری پلاننگ کروں۔</w:t>
      </w:r>
    </w:p>
    <w:p>
      <w:r>
        <w:rPr>
          <w:b/>
        </w:rPr>
        <w:t xml:space="preserve">[27:38] </w:t>
      </w:r>
      <w:r>
        <w:t>yahan tak ke surah wala sirf mujhe is cheez mein mili, is qaraar.</w:t>
      </w:r>
    </w:p>
    <w:p>
      <w:pPr>
        <w:jc w:val="right"/>
      </w:pPr>
      <w:r>
        <w:t>یہاں تک کہ سورہ والا صرف مجھے اس چیز میں ملی، اس قرار۔</w:t>
      </w:r>
    </w:p>
    <w:p>
      <w:r>
        <w:rPr>
          <w:b/>
        </w:rPr>
        <w:t xml:space="preserve">[27:42] </w:t>
      </w:r>
      <w:r>
        <w:t>ke agar last ho gaya hai, agar tum ko koi</w:t>
      </w:r>
    </w:p>
    <w:p>
      <w:pPr>
        <w:jc w:val="right"/>
      </w:pPr>
      <w:r>
        <w:t>کہ اگر لاسٹ ہو گیا ہے، اگر تم کو کوئی</w:t>
      </w:r>
    </w:p>
    <w:p>
      <w:r>
        <w:rPr>
          <w:b/>
        </w:rPr>
        <w:t xml:space="preserve">[27:46] </w:t>
      </w:r>
      <w:r>
        <w:t>bara accident pesh aa gaya hai to ghabrane ki zaroorat nahi hai.</w:t>
      </w:r>
    </w:p>
    <w:p>
      <w:pPr>
        <w:jc w:val="right"/>
      </w:pPr>
      <w:r>
        <w:t>بڑا ایکسیڈنٹ پیش آ گیا ہے تو گھبرانے کی ضرورت نہیں ہے۔</w:t>
      </w:r>
    </w:p>
    <w:p>
      <w:r>
        <w:rPr>
          <w:b/>
        </w:rPr>
        <w:t xml:space="preserve">[27:53] </w:t>
      </w:r>
      <w:r>
        <w:t>replanning karo.</w:t>
      </w:r>
    </w:p>
    <w:p>
      <w:pPr>
        <w:jc w:val="right"/>
      </w:pPr>
      <w:r>
        <w:t>ری پلاننگ کرو۔</w:t>
      </w:r>
    </w:p>
    <w:p>
      <w:r>
        <w:rPr>
          <w:b/>
        </w:rPr>
        <w:t xml:space="preserve">[27:59] </w:t>
      </w:r>
      <w:r>
        <w:t>aur yeh surah yusuf mein yeh baat batai gayi hai ke jab hazrat yusuf ke jo bhai thay</w:t>
      </w:r>
    </w:p>
    <w:p>
      <w:pPr>
        <w:jc w:val="right"/>
      </w:pPr>
      <w:r>
        <w:t>اور یہ سورہ یوسف میں یہ بات بتائی گئی ہے کہ جب حضرت یوسف کے جو بھائی تھے</w:t>
      </w:r>
    </w:p>
    <w:p>
      <w:r>
        <w:rPr>
          <w:b/>
        </w:rPr>
        <w:t xml:space="preserve">[28:05] </w:t>
      </w:r>
      <w:r>
        <w:t>wo aaye baap ke paas rote hue.</w:t>
      </w:r>
    </w:p>
    <w:p>
      <w:pPr>
        <w:jc w:val="right"/>
      </w:pPr>
      <w:r>
        <w:t>وہ آئے باپ کے پاس روتے ہوئے۔</w:t>
      </w:r>
    </w:p>
    <w:p>
      <w:r>
        <w:rPr>
          <w:b/>
        </w:rPr>
        <w:t xml:space="preserve">[28:11] </w:t>
      </w:r>
      <w:r>
        <w:t>yani apne apne baap ke paas aaye rote hue</w:t>
      </w:r>
    </w:p>
    <w:p>
      <w:pPr>
        <w:jc w:val="right"/>
      </w:pPr>
      <w:r>
        <w:t>یعنی اپنے اپنے باپ کے پاس آئے روتے ہوئے</w:t>
      </w:r>
    </w:p>
    <w:p>
      <w:r>
        <w:rPr>
          <w:b/>
        </w:rPr>
        <w:t xml:space="preserve">[28:17] </w:t>
      </w:r>
      <w:r>
        <w:t>ke hamara chota bhai to chala gaya.</w:t>
      </w:r>
    </w:p>
    <w:p>
      <w:pPr>
        <w:jc w:val="right"/>
      </w:pPr>
      <w:r>
        <w:t>کہ ہمارا چھوٹا بھائی تو چلا گیا۔</w:t>
      </w:r>
    </w:p>
    <w:p>
      <w:r>
        <w:rPr>
          <w:b/>
        </w:rPr>
        <w:t xml:space="preserve">[28:23] </w:t>
      </w:r>
      <w:r>
        <w:t>wahan par hazrat yaqoob jo peghambar thay wo kehte hain ke Allah taala is waqt jabke bazahir beta</w:t>
      </w:r>
    </w:p>
    <w:p>
      <w:pPr>
        <w:jc w:val="right"/>
      </w:pPr>
      <w:r>
        <w:t>وہاں پر حضرت یعقوب جو پیغمبر تھے وہ کہتے ہیں کہ اللہ تعالیٰ اس وقت جبکہ بظاہر بیٹا</w:t>
      </w:r>
    </w:p>
    <w:p>
      <w:r>
        <w:rPr>
          <w:b/>
        </w:rPr>
        <w:t xml:space="preserve">[28:29] </w:t>
      </w:r>
      <w:r>
        <w:t>ja chuka hai.</w:t>
      </w:r>
    </w:p>
    <w:p>
      <w:pPr>
        <w:jc w:val="right"/>
      </w:pPr>
      <w:r>
        <w:t>جا چکا ہے۔</w:t>
      </w:r>
    </w:p>
    <w:p>
      <w:r>
        <w:rPr>
          <w:b/>
        </w:rPr>
        <w:t xml:space="preserve">[28:36] </w:t>
      </w:r>
      <w:r>
        <w:t>bazahir beta ja chuka hai.</w:t>
      </w:r>
    </w:p>
    <w:p>
      <w:pPr>
        <w:jc w:val="right"/>
      </w:pPr>
      <w:r>
        <w:t>بظاہر بیٹا جا چکا ہے۔</w:t>
      </w:r>
    </w:p>
    <w:p>
      <w:r>
        <w:rPr>
          <w:b/>
        </w:rPr>
        <w:t xml:space="preserve">[28:42] </w:t>
      </w:r>
      <w:r>
        <w:t>is waqt wo kehte hain ke Allah taala Allah ki rehmat se mayoos na ho.</w:t>
      </w:r>
    </w:p>
    <w:p>
      <w:pPr>
        <w:jc w:val="right"/>
      </w:pPr>
      <w:r>
        <w:t>اس وقت وہ کہتے ہیں کہ اللہ تعالیٰ اللہ کی رحمت سے مایوس نہ ہو۔</w:t>
      </w:r>
    </w:p>
    <w:p>
      <w:r>
        <w:rPr>
          <w:b/>
        </w:rPr>
        <w:t xml:space="preserve">[28:48] </w:t>
      </w:r>
      <w:r>
        <w:t>to aakhri kagar par the woh ke beta chala gaya hai, beta chala gaya hai, beta chala gaya hai. is waqt woh kehte hain ke Allah taala poori ayat parhi hai to. is ka tarjuma parhein english mein. go o my sons and seek news of joseph and his</w:t>
      </w:r>
    </w:p>
    <w:p>
      <w:pPr>
        <w:jc w:val="right"/>
      </w:pPr>
      <w:r>
        <w:t>تو آخری کگار پر تھے وہ کہ بیٹا چلا گیا ہے، بیٹا چلا گیا ہے، بیٹا چلا گیا ہے۔ اس وقت وہ کہتے ہیں کہ اللہ تعالیٰ پوری آیت پڑھی ہے تو۔ اس کا ترجمہ پڑھیں انگلش میں۔ Go O my sons and seek news of Joseph and his</w:t>
      </w:r>
    </w:p>
    <w:p>
      <w:r>
        <w:rPr>
          <w:b/>
        </w:rPr>
        <w:t xml:space="preserve">[29:18] </w:t>
      </w:r>
      <w:r>
        <w:t>brother.</w:t>
      </w:r>
    </w:p>
    <w:p>
      <w:pPr>
        <w:jc w:val="right"/>
      </w:pPr>
      <w:r>
        <w:t>brother.</w:t>
      </w:r>
    </w:p>
    <w:p>
      <w:r>
        <w:rPr>
          <w:b/>
        </w:rPr>
        <w:t xml:space="preserve">[29:22] </w:t>
      </w:r>
      <w:r>
        <w:t>Do not despair of God's mercy.</w:t>
      </w:r>
    </w:p>
    <w:p>
      <w:pPr>
        <w:jc w:val="right"/>
      </w:pPr>
      <w:r>
        <w:t>Do not despair of God's mercy.</w:t>
      </w:r>
    </w:p>
    <w:p>
      <w:r>
        <w:rPr>
          <w:b/>
        </w:rPr>
        <w:t xml:space="preserve">[29:27] </w:t>
      </w:r>
      <w:r>
        <w:t>None but those who deny the truth despair of God's mercy. haan haan.</w:t>
      </w:r>
    </w:p>
    <w:p>
      <w:pPr>
        <w:jc w:val="right"/>
      </w:pPr>
      <w:r>
        <w:t>None but those who deny the truth despair of God's mercy. ہاں ہاں۔</w:t>
      </w:r>
    </w:p>
    <w:p>
      <w:r>
        <w:rPr>
          <w:b/>
        </w:rPr>
        <w:t xml:space="preserve">[29:31] </w:t>
      </w:r>
      <w:r>
        <w:t>verse number 87.</w:t>
      </w:r>
    </w:p>
    <w:p>
      <w:pPr>
        <w:jc w:val="right"/>
      </w:pPr>
      <w:r>
        <w:t>ورس نمبر 87۔</w:t>
      </w:r>
    </w:p>
    <w:p>
      <w:r>
        <w:rPr>
          <w:b/>
        </w:rPr>
        <w:t xml:space="preserve">[29:35] </w:t>
      </w:r>
      <w:r>
        <w:t>to yeh jo itni bari baat hai to mujhe sach poochhiye to main parh kar nahi jana balkay</w:t>
      </w:r>
    </w:p>
    <w:p>
      <w:pPr>
        <w:jc w:val="right"/>
      </w:pPr>
      <w:r>
        <w:t>تو یہ جو اتنی بڑی بات ہے تو مجھے سچ پوچھیے تو میں پڑھ کر نہیں جانا بلکہ</w:t>
      </w:r>
    </w:p>
    <w:p>
      <w:r>
        <w:rPr>
          <w:b/>
        </w:rPr>
        <w:t xml:space="preserve">[29:40] </w:t>
      </w:r>
      <w:r>
        <w:t>اللہ تعالیٰ نے instill کیا میرے اندر۔</w:t>
      </w:r>
    </w:p>
    <w:p>
      <w:pPr>
        <w:jc w:val="right"/>
      </w:pPr>
      <w:r>
        <w:t>اللہ تعالیٰ نے انسٹل کیا میرے اندر۔</w:t>
      </w:r>
    </w:p>
    <w:p>
      <w:r>
        <w:rPr>
          <w:b/>
        </w:rPr>
        <w:t xml:space="preserve">[29:44] </w:t>
      </w:r>
      <w:r>
        <w:t>mujhe kaise kaise mere dimagh mein</w:t>
      </w:r>
    </w:p>
    <w:p>
      <w:pPr>
        <w:jc w:val="right"/>
      </w:pPr>
      <w:r>
        <w:t>مجھے کیسے کیسے میرے دماغ میں</w:t>
      </w:r>
    </w:p>
    <w:p>
      <w:r>
        <w:rPr>
          <w:b/>
        </w:rPr>
        <w:t xml:space="preserve">[29:48] </w:t>
      </w:r>
      <w:r>
        <w:t>dala Allah taala ne.</w:t>
      </w:r>
    </w:p>
    <w:p>
      <w:pPr>
        <w:jc w:val="right"/>
      </w:pPr>
      <w:r>
        <w:t>ڈالا اللہ تعالیٰ نے۔</w:t>
      </w:r>
    </w:p>
    <w:p>
      <w:r>
        <w:rPr>
          <w:b/>
        </w:rPr>
        <w:t xml:space="preserve">[29:52] </w:t>
      </w:r>
      <w:r>
        <w:t>replanning ka concept.</w:t>
      </w:r>
    </w:p>
    <w:p>
      <w:pPr>
        <w:jc w:val="right"/>
      </w:pPr>
      <w:r>
        <w:t>ری پلاننگ کا کانسیپٹ۔</w:t>
      </w:r>
    </w:p>
    <w:p>
      <w:r>
        <w:rPr>
          <w:b/>
        </w:rPr>
        <w:t xml:space="preserve">[29:56] </w:t>
      </w:r>
      <w:r>
        <w:t>kabhi maine kisi kitab mein parha nahi tha.</w:t>
      </w:r>
    </w:p>
    <w:p>
      <w:pPr>
        <w:jc w:val="right"/>
      </w:pPr>
      <w:r>
        <w:t>کبھی میں نے کسی کتاب میں پڑھا نہیں تھا۔</w:t>
      </w:r>
    </w:p>
    <w:p>
      <w:r>
        <w:rPr>
          <w:b/>
        </w:rPr>
        <w:t xml:space="preserve">[30:00] </w:t>
      </w:r>
      <w:r>
        <w:t>replanning, rethinking.</w:t>
      </w:r>
    </w:p>
    <w:p>
      <w:pPr>
        <w:jc w:val="right"/>
      </w:pPr>
      <w:r>
        <w:t>ری پلاننگ، ری تھنکنگ۔</w:t>
      </w:r>
    </w:p>
    <w:p>
      <w:r>
        <w:rPr>
          <w:b/>
        </w:rPr>
        <w:t xml:space="preserve">[30:04] </w:t>
      </w:r>
      <w:r>
        <w:t>to main aaj yeh chahta hoon ke main saturday ki class ko isi ka class bana doon.</w:t>
      </w:r>
    </w:p>
    <w:p>
      <w:pPr>
        <w:jc w:val="right"/>
      </w:pPr>
      <w:r>
        <w:t>تو میں آج یہ چاہتا ہوں کہ میں سیٹرڈے کی کلاس کو اسی کا کلاس بنا دوں۔</w:t>
      </w:r>
    </w:p>
    <w:p>
      <w:r>
        <w:rPr>
          <w:b/>
        </w:rPr>
        <w:t xml:space="preserve">[30:08] </w:t>
      </w:r>
      <w:r>
        <w:t>bashartayke kuch kuch sath kuch milen sunnay walay.</w:t>
      </w:r>
    </w:p>
    <w:p>
      <w:pPr>
        <w:jc w:val="right"/>
      </w:pPr>
      <w:r>
        <w:t>بشرطیکہ کچھ کچھ ساتھ کچھ ملیں سننے والے۔</w:t>
      </w:r>
    </w:p>
    <w:p>
      <w:r>
        <w:rPr>
          <w:b/>
        </w:rPr>
        <w:t xml:space="preserve">[30:12] </w:t>
      </w:r>
      <w:r>
        <w:t>aisay log jo jeete hain mobile mein wo mere sunnay walay nahi hain.</w:t>
      </w:r>
    </w:p>
    <w:p>
      <w:pPr>
        <w:jc w:val="right"/>
      </w:pPr>
      <w:r>
        <w:t>ایسے لوگ جو جیتے ہیں موبائل میں وہ میرے سننے والے نہیں ہیں۔</w:t>
      </w:r>
    </w:p>
    <w:p>
      <w:r>
        <w:rPr>
          <w:b/>
        </w:rPr>
        <w:t xml:space="preserve">[30:16] </w:t>
      </w:r>
      <w:r>
        <w:t>They are not my listeners.</w:t>
      </w:r>
    </w:p>
    <w:p>
      <w:pPr>
        <w:jc w:val="right"/>
      </w:pPr>
      <w:r>
        <w:t>They are not my listeners۔</w:t>
      </w:r>
    </w:p>
    <w:p>
      <w:r>
        <w:rPr>
          <w:b/>
        </w:rPr>
        <w:t xml:space="preserve">[30:20] </w:t>
      </w:r>
      <w:r>
        <w:t>mere mere listener nahi hain.</w:t>
      </w:r>
    </w:p>
    <w:p>
      <w:pPr>
        <w:jc w:val="right"/>
      </w:pPr>
      <w:r>
        <w:t>میرے میرے لسنر نہیں ہیں۔</w:t>
      </w:r>
    </w:p>
    <w:p>
      <w:r>
        <w:rPr>
          <w:b/>
        </w:rPr>
        <w:t xml:space="preserve">[30:25] </w:t>
      </w:r>
      <w:r>
        <w:t>jo wisdom pe jeena chahte hon, jinhein kuch seekhna jo seekhne ka shauq ho.</w:t>
      </w:r>
    </w:p>
    <w:p>
      <w:pPr>
        <w:jc w:val="right"/>
      </w:pPr>
      <w:r>
        <w:t>جو وزڈم پہ جینا چاہتے ہوں، جنہیں کچھ سیکھنا جو سیکھنے کا شوق ہو۔</w:t>
      </w:r>
    </w:p>
    <w:p>
      <w:r>
        <w:rPr>
          <w:b/>
        </w:rPr>
        <w:t xml:space="preserve">[30:29] </w:t>
      </w:r>
      <w:r>
        <w:t>wo mil jayen aise saathi.</w:t>
      </w:r>
    </w:p>
    <w:p>
      <w:pPr>
        <w:jc w:val="right"/>
      </w:pPr>
      <w:r>
        <w:t>وہ مل جائیں ایسے ساتھی۔</w:t>
      </w:r>
    </w:p>
    <w:p>
      <w:r>
        <w:rPr>
          <w:b/>
        </w:rPr>
        <w:t xml:space="preserve">[30:33] </w:t>
      </w:r>
      <w:r>
        <w:t>aise saathi mere matlab ke nahi hain jo mobile mein jeete hon.</w:t>
      </w:r>
    </w:p>
    <w:p>
      <w:pPr>
        <w:jc w:val="right"/>
      </w:pPr>
      <w:r>
        <w:t>ایسے ساتھی میرے مطلب کے نہیں ہیں جو موبائل میں جیتے ہوں۔</w:t>
      </w:r>
    </w:p>
    <w:p>
      <w:r>
        <w:rPr>
          <w:b/>
        </w:rPr>
        <w:t xml:space="preserve">[30:38] </w:t>
      </w:r>
      <w:r>
        <w:t>to aaye aaj mere mister rang meh se kaha ke aap excuse le lengi to hamara dream to</w:t>
      </w:r>
    </w:p>
    <w:p>
      <w:pPr>
        <w:jc w:val="right"/>
      </w:pPr>
      <w:r>
        <w:t>تو آئے آج میرے مسٹر رنگمہ سے کہا کہ آپ ایکسکیوز لے لیں گی تو ہمارا ڈریم تو</w:t>
      </w:r>
    </w:p>
    <w:p>
      <w:r>
        <w:rPr>
          <w:b/>
        </w:rPr>
        <w:t xml:space="preserve">[30:42] </w:t>
      </w:r>
      <w:r>
        <w:t>poora ho nahi sakta.</w:t>
      </w:r>
    </w:p>
    <w:p>
      <w:pPr>
        <w:jc w:val="right"/>
      </w:pPr>
      <w:r>
        <w:t>پورا ہو نہیں سکتا۔</w:t>
      </w:r>
    </w:p>
    <w:p>
      <w:r>
        <w:rPr>
          <w:b/>
        </w:rPr>
        <w:t xml:space="preserve">[30:46] </w:t>
      </w:r>
      <w:r>
        <w:t>lekin behal Allah behtar janta hai.</w:t>
      </w:r>
    </w:p>
    <w:p>
      <w:pPr>
        <w:jc w:val="right"/>
      </w:pPr>
      <w:r>
        <w:t>لیکن بہرحال اللہ بہتر جانتا ہے۔</w:t>
      </w:r>
    </w:p>
    <w:p>
      <w:r>
        <w:rPr>
          <w:b/>
        </w:rPr>
        <w:t xml:space="preserve">[30:51] </w:t>
      </w:r>
      <w:r>
        <w:t>to meri dua hai ke yeh kaash yeh cheez materialize ho sake aur mein kuch logon ko train kar sakoon. assalam o alaikum wa rehmatullah.</w:t>
      </w:r>
    </w:p>
    <w:p>
      <w:pPr>
        <w:jc w:val="right"/>
      </w:pPr>
      <w:r>
        <w:t>تو میری دعا ہے کہ یہ کاش یہ چیز مٹیریلائز ہو سکے اور میں کچھ لوگوں کو ٹرین کر سکوں۔ 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