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Living in Paradise April 17, 2011</w:t>
      </w:r>
    </w:p>
    <w:p>
      <w:r>
        <w:t>https://www.youtube.com/watch?v=_cEE0yxZu6M</w:t>
      </w:r>
    </w:p>
    <w:p>
      <w:r>
        <w:rPr>
          <w:b/>
        </w:rPr>
        <w:t xml:space="preserve">[00:14] </w:t>
      </w:r>
      <w:r>
        <w:t>wasallallahu ala nabiyyil kareem, rab ishrah li sadri, wa yassir li amri, wahluqdatan min lisani yafqahu qawli.</w:t>
      </w:r>
    </w:p>
    <w:p>
      <w:pPr>
        <w:jc w:val="right"/>
      </w:pPr>
      <w:r>
        <w:t>وصلی اللہ علی النبی الکریم، رب اشرح لی صدری، ویسر لی امری، واحل العقدۃ من لسانی یفقہ قولی۔</w:t>
      </w:r>
    </w:p>
    <w:p>
      <w:r>
        <w:rPr>
          <w:b/>
        </w:rPr>
        <w:t xml:space="preserve">[00:31] </w:t>
      </w:r>
      <w:r>
        <w:t>aaj ka topic hai "Living in Paradise", jannat ki zindagi.</w:t>
      </w:r>
    </w:p>
    <w:p>
      <w:pPr>
        <w:jc w:val="right"/>
      </w:pPr>
      <w:r>
        <w:t>آج کا ٹاپک ہے "Living in Paradise"، جنت کی زندگی۔</w:t>
      </w:r>
    </w:p>
    <w:p>
      <w:r>
        <w:rPr>
          <w:b/>
        </w:rPr>
        <w:t xml:space="preserve">[00:44] </w:t>
      </w:r>
      <w:r>
        <w:t>jannat ya Paradise ko aam taur par ek religious concept samjha jata hai, mazhabi tasawwur.</w:t>
      </w:r>
    </w:p>
    <w:p>
      <w:pPr>
        <w:jc w:val="right"/>
      </w:pPr>
      <w:r>
        <w:t>جنت یا Paradise کو عام طور پر ایک Religious concept سمجھا جاتا ہے، مذہبی تصور۔</w:t>
      </w:r>
    </w:p>
    <w:p>
      <w:r>
        <w:rPr>
          <w:b/>
        </w:rPr>
        <w:t xml:space="preserve">[00:57] </w:t>
      </w:r>
      <w:r>
        <w:t>magar yeh sahi nahi hai.</w:t>
      </w:r>
    </w:p>
    <w:p>
      <w:pPr>
        <w:jc w:val="right"/>
      </w:pPr>
      <w:r>
        <w:t>مگر یہ صحیح نہیں ہے۔</w:t>
      </w:r>
    </w:p>
    <w:p>
      <w:r>
        <w:rPr>
          <w:b/>
        </w:rPr>
        <w:t xml:space="preserve">[01:03] </w:t>
      </w:r>
      <w:r>
        <w:t>Paradise darasal ek natural concept hai.</w:t>
      </w:r>
    </w:p>
    <w:p>
      <w:pPr>
        <w:jc w:val="right"/>
      </w:pPr>
      <w:r>
        <w:t>Paradise دراصل ایک Natural concept ہے۔</w:t>
      </w:r>
    </w:p>
    <w:p>
      <w:r>
        <w:rPr>
          <w:b/>
        </w:rPr>
        <w:t xml:space="preserve">[01:09] </w:t>
      </w:r>
      <w:r>
        <w:t>har aadmi ki fitrat mein, har aadmi ki nature mein Paradise ka concept interwoven hai.</w:t>
      </w:r>
    </w:p>
    <w:p>
      <w:pPr>
        <w:jc w:val="right"/>
      </w:pPr>
      <w:r>
        <w:t>ہر آدمی کی فطرت میں، ہر آدمی کی Nature میں Paradise کا concept interwoven ہے۔</w:t>
      </w:r>
    </w:p>
    <w:p>
      <w:r>
        <w:rPr>
          <w:b/>
        </w:rPr>
        <w:t xml:space="preserve">[01:23] </w:t>
      </w:r>
      <w:r>
        <w:t>yeh kehna sahi hoga ke "Man is a Paradise-seeking animal".</w:t>
      </w:r>
    </w:p>
    <w:p>
      <w:pPr>
        <w:jc w:val="right"/>
      </w:pPr>
      <w:r>
        <w:t>یہ کہنا صحیح ہوگا کہ "Man is a Paradise-seeking animal"۔</w:t>
      </w:r>
    </w:p>
    <w:p>
      <w:r>
        <w:rPr>
          <w:b/>
        </w:rPr>
        <w:t xml:space="preserve">[01:33] </w:t>
      </w:r>
      <w:r>
        <w:t>insan ki tareef mein bohat si baatein kahi jati hain, jaise "Man is a thinking animal", "Man is a social animal".</w:t>
      </w:r>
    </w:p>
    <w:p>
      <w:pPr>
        <w:jc w:val="right"/>
      </w:pPr>
      <w:r>
        <w:t>انسان کی تعریف میں بہت سی باتیں کہی جاتی ہیں، جیسے "Man is a thinking animal"، "Man is a social animal"۔ مگر میں سمجھتا ہوں کہ زیادہ صحیح بات یہ ہے کہ آپ کہیں کہ "Man is a Paradise-seeking animal"۔</w:t>
      </w:r>
    </w:p>
    <w:p>
      <w:r>
        <w:rPr>
          <w:b/>
        </w:rPr>
        <w:t xml:space="preserve">[01:49] </w:t>
      </w:r>
      <w:r>
        <w:t>kyunke sab se zyada jo jazba bhara hua hai insan ke andar, woh ek Ideal world ko paane ka jazba hai.</w:t>
      </w:r>
    </w:p>
    <w:p>
      <w:pPr>
        <w:jc w:val="right"/>
      </w:pPr>
      <w:r>
        <w:t>کیونکہ سب سے زیادہ جو جذبہ بھرا ہوا ہے انسان کے اندر، وہ ایک Ideal world کو پانے کا جذبہ ہے۔</w:t>
      </w:r>
    </w:p>
    <w:p>
      <w:r>
        <w:rPr>
          <w:b/>
        </w:rPr>
        <w:t xml:space="preserve">[02:00] </w:t>
      </w:r>
      <w:r>
        <w:t>ek Perfect world ko paane ka jazba hai. yeh kya hai? yahi to jannat hai, yahi to Paradise hai.</w:t>
      </w:r>
    </w:p>
    <w:p>
      <w:pPr>
        <w:jc w:val="right"/>
      </w:pPr>
      <w:r>
        <w:t>ایک Perfect world کو پانے کا جذبہ ہے۔ یہ کیا ہے؟ یہی تو جنت ہے، یہی تو Paradise ہے۔</w:t>
      </w:r>
    </w:p>
    <w:p>
      <w:r>
        <w:rPr>
          <w:b/>
        </w:rPr>
        <w:t xml:space="preserve">[02:14] </w:t>
      </w:r>
      <w:r>
        <w:t>to yeh Paradise ka concept mazhabi concept nahi hai, yeh fitrat ka concept hai.</w:t>
      </w:r>
    </w:p>
    <w:p>
      <w:pPr>
        <w:jc w:val="right"/>
      </w:pPr>
      <w:r>
        <w:t>تو یہ Paradise کا concept مذہبی concept نہیں ہے، یہ فطرت کا concept ہے۔</w:t>
      </w:r>
    </w:p>
    <w:p>
      <w:r>
        <w:rPr>
          <w:b/>
        </w:rPr>
        <w:t xml:space="preserve">[02:26] </w:t>
      </w:r>
      <w:r>
        <w:t>phir kya wajah hai ke log Paradise-seeker nahi bante? balke aksar is ka inkar karne lagte hain.</w:t>
      </w:r>
    </w:p>
    <w:p>
      <w:pPr>
        <w:jc w:val="right"/>
      </w:pPr>
      <w:r>
        <w:t>پھر کیا وجہ ہے کہ لوگ Paradise-seeker نہیں بنتے؟ بلکہ اکثر اس کا انکار کرنے لگتے ہیں۔</w:t>
      </w:r>
    </w:p>
    <w:p>
      <w:r>
        <w:rPr>
          <w:b/>
        </w:rPr>
        <w:t xml:space="preserve">[02:39] </w:t>
      </w:r>
      <w:r>
        <w:t>iski wajah yeh hai</w:t>
      </w:r>
    </w:p>
    <w:p>
      <w:pPr>
        <w:jc w:val="right"/>
      </w:pPr>
      <w:r>
        <w:t>اس کی وجہ یہ ہے</w:t>
      </w:r>
    </w:p>
    <w:p>
      <w:r>
        <w:rPr>
          <w:b/>
        </w:rPr>
        <w:t xml:space="preserve">[02:44] </w:t>
      </w:r>
      <w:r>
        <w:t>ke logon ne is mamle mein Khuda ki Scheme ko samjha nahi. Creation plan of God kya hai, is ko jana nahi.</w:t>
      </w:r>
    </w:p>
    <w:p>
      <w:pPr>
        <w:jc w:val="right"/>
      </w:pPr>
      <w:r>
        <w:t>کہ لوگوں نے اس معاملے میں خدا کی Scheme کو سمجھا نہیں۔ Creation plan of God کیا ہے، اس کو جانا نہیں۔</w:t>
      </w:r>
    </w:p>
    <w:p>
      <w:r>
        <w:rPr>
          <w:b/>
        </w:rPr>
        <w:t xml:space="preserve">[02:59] </w:t>
      </w:r>
      <w:r>
        <w:t>dekhye, Quran mein hai ke jannat wale log jab jannat mein jayenge, aur wahan ki nematein milengi un ko, to woh kahenge ke "haza allazi ruqzna min qabl".</w:t>
      </w:r>
    </w:p>
    <w:p>
      <w:pPr>
        <w:jc w:val="right"/>
      </w:pPr>
      <w:r>
        <w:t>دیکھئے، قرآن میں ہے کہ جنت والے لوگ جب جنت میں جائیں گے، اور وہاں کی نعمتیں ملیں گی ان کو، تو وہ کہیں گے کہ "ھذا الذی رزقنا من قبل"۔</w:t>
      </w:r>
    </w:p>
    <w:p>
      <w:r>
        <w:rPr>
          <w:b/>
        </w:rPr>
        <w:t xml:space="preserve">[03:20] </w:t>
      </w:r>
      <w:r>
        <w:t>to wahan par hai ke "wa atuhu bitashabuh".</w:t>
      </w:r>
    </w:p>
    <w:p>
      <w:pPr>
        <w:jc w:val="right"/>
      </w:pPr>
      <w:r>
        <w:t>تو وہاں پر ہے کہ "وأتوه بتشابہ"۔</w:t>
      </w:r>
    </w:p>
    <w:p>
      <w:r>
        <w:rPr>
          <w:b/>
        </w:rPr>
        <w:t xml:space="preserve">[03:27] </w:t>
      </w:r>
      <w:r>
        <w:t>yani woh kahenge ke yeh to cheezein wahi hain jo hum ko dunya mein mili thin. jannat ki nematon ko dekh kar woh kahenge ke yeh nematein to hum ko is se pehle dunya mein mili thin.</w:t>
      </w:r>
    </w:p>
    <w:p>
      <w:pPr>
        <w:jc w:val="right"/>
      </w:pPr>
      <w:r>
        <w:t>یعنی وہ کہیں گے کہ یہ تو چیزیں وہی ہیں جو ہم کو دنیا میں ملی تھیں۔ جنت کی نعمتوں کو دیکھ کر وہ کہیں گے کہ یہ نعمتیں تو ہم کو اس سے پہلے دنیا میں ملی تھیں۔</w:t>
      </w:r>
    </w:p>
    <w:p>
      <w:r>
        <w:rPr>
          <w:b/>
        </w:rPr>
        <w:t xml:space="preserve">[03:39] </w:t>
      </w:r>
      <w:r>
        <w:t>to wahan par Quran kehta hai ke "wa atuhu bitashabuh". yani yeh jo present world hai, yeh ek mutashabih world hai.</w:t>
      </w:r>
    </w:p>
    <w:p>
      <w:pPr>
        <w:jc w:val="right"/>
      </w:pPr>
      <w:r>
        <w:t>تو وہاں پر قرآن کہتا ہے کہ "وأتوه بتشابہ"۔ یعنی یہ جو present world ہے، یہ ایک متشابہ world ہے۔</w:t>
      </w:r>
    </w:p>
    <w:p>
      <w:r>
        <w:rPr>
          <w:b/>
        </w:rPr>
        <w:t xml:space="preserve">[03:51] </w:t>
      </w:r>
      <w:r>
        <w:t>yeh jannat se resemblance is ke andar hai jannat ke liye.</w:t>
      </w:r>
    </w:p>
    <w:p>
      <w:pPr>
        <w:jc w:val="right"/>
      </w:pPr>
      <w:r>
        <w:t>یہ جنت سے resemblance اس کے اندر ہے جنت کے لیے۔</w:t>
      </w:r>
    </w:p>
    <w:p>
      <w:r>
        <w:rPr>
          <w:b/>
        </w:rPr>
        <w:t xml:space="preserve">[04:01] </w:t>
      </w:r>
      <w:r>
        <w:t>jannat se milti julti hai yeh. farq kya hai? farq sirf ek hai.</w:t>
      </w:r>
    </w:p>
    <w:p>
      <w:pPr>
        <w:jc w:val="right"/>
      </w:pPr>
      <w:r>
        <w:t>جنت سے ملتی جلتی ہے یہ۔ فرق کیا ہے؟ فرق صرف ایک ہے۔</w:t>
      </w:r>
    </w:p>
    <w:p>
      <w:r>
        <w:rPr>
          <w:b/>
        </w:rPr>
        <w:t xml:space="preserve">[04:11] </w:t>
      </w:r>
      <w:r>
        <w:t>jitne items jannat mein honge, woh saare items isi world mein maujood hain, isi present world mein.</w:t>
      </w:r>
    </w:p>
    <w:p>
      <w:pPr>
        <w:jc w:val="right"/>
      </w:pPr>
      <w:r>
        <w:t>جتنے items جنت میں ہوں گے، وہ سارے items اسی world میں موجود ہیں، اسی present world میں۔</w:t>
      </w:r>
    </w:p>
    <w:p>
      <w:r>
        <w:rPr>
          <w:b/>
        </w:rPr>
        <w:t xml:space="preserve">[04:20] </w:t>
      </w:r>
      <w:r>
        <w:t>sab ke sab saare items. kyunke items insan ki nisbat se hote hain. insan jo chahta hai, woh isi ka naam jannat hai.</w:t>
      </w:r>
    </w:p>
    <w:p>
      <w:pPr>
        <w:jc w:val="right"/>
      </w:pPr>
      <w:r>
        <w:t>سب کے سب سارے items۔ کیونکہ items انسان کی نسبت سے ہوتے ہیں۔ انسان جو چاہتا ہے، وہ اسی کا نام جنت ہے۔</w:t>
      </w:r>
    </w:p>
    <w:p>
      <w:r>
        <w:rPr>
          <w:b/>
        </w:rPr>
        <w:t xml:space="preserve">[04:33] </w:t>
      </w:r>
      <w:r>
        <w:t>to is dunya ke bare mein kaha gaya hai ke "wa aatayakum min kulli ma saaltamoo". jo kuch tum ko darkar tha, woh hum ne de diya is dunya mein.</w:t>
      </w:r>
    </w:p>
    <w:p>
      <w:pPr>
        <w:jc w:val="right"/>
      </w:pPr>
      <w:r>
        <w:t>تو اس دنیا کے بارے میں کہا گیا ہے کہ "وَأَعطٰيكُم مِن كُلِّ مَا سَأَلْتَمُوۡا"۔ جو کچھ تم کو درکار تھا، وہ ہم نے دے دیا اس دنیا میں۔</w:t>
      </w:r>
    </w:p>
    <w:p>
      <w:r>
        <w:rPr>
          <w:b/>
        </w:rPr>
        <w:t xml:space="preserve">[04:43] </w:t>
      </w:r>
      <w:r>
        <w:t>aur jannat ke bare mein hai ke "wa lakum fiha ma tashtahi fussaqum". wahan bhi jo kuch aap chahte hain, woh milega.</w:t>
      </w:r>
    </w:p>
    <w:p>
      <w:pPr>
        <w:jc w:val="right"/>
      </w:pPr>
      <w:r>
        <w:t>اور جنت کے بارے میں ہے کہ "وَلَكُمْ فِيهَا مَا تَشْتِئَنُ فُسُقُمْ"۔ وہاں بھی جو کچھ آپ چاہتے ہیں، وہ ملے گا۔</w:t>
      </w:r>
    </w:p>
    <w:p>
      <w:r>
        <w:rPr>
          <w:b/>
        </w:rPr>
        <w:t xml:space="preserve">[04:53] </w:t>
      </w:r>
      <w:r>
        <w:t>farq sirf kya hai? yahan par</w:t>
      </w:r>
    </w:p>
    <w:p>
      <w:pPr>
        <w:jc w:val="right"/>
      </w:pPr>
      <w:r>
        <w:t>فرق صرف کیا ہے؟ یہاں پر</w:t>
      </w:r>
    </w:p>
    <w:p>
      <w:r>
        <w:rPr>
          <w:b/>
        </w:rPr>
        <w:t xml:space="preserve">[05:00] </w:t>
      </w:r>
      <w:r>
        <w:t>jannat ke sath sath aik aur cheez hai, woh hai test ka mamla. ibtila ka mamla.</w:t>
      </w:r>
    </w:p>
    <w:p>
      <w:pPr>
        <w:jc w:val="right"/>
      </w:pPr>
      <w:r>
        <w:t>جنت کے ساتھ ساتھ ایک اور چیز ہے، وہ ہے test کا معاملہ۔ ابتلا کا معاملہ۔</w:t>
      </w:r>
    </w:p>
    <w:p>
      <w:r>
        <w:rPr>
          <w:b/>
        </w:rPr>
        <w:t xml:space="preserve">[05:10] </w:t>
      </w:r>
      <w:r>
        <w:t>yani qanoon azmaish. jannat mein koi azmaish nahin hogi. is dunya mein hum jannat hi mein rehte hain.</w:t>
      </w:r>
    </w:p>
    <w:p>
      <w:pPr>
        <w:jc w:val="right"/>
      </w:pPr>
      <w:r>
        <w:t>یعنی قانون آزمائش۔ جنت میں کوئی آزمائش نہیں ہوگی۔ اس دنیا میں ہم جنت ہی میں رہتے ہیں۔</w:t>
      </w:r>
    </w:p>
    <w:p>
      <w:r>
        <w:rPr>
          <w:b/>
        </w:rPr>
        <w:t xml:space="preserve">[05:24] </w:t>
      </w:r>
      <w:r>
        <w:t>lekin sath sath choonkeh qanoon azmaish hai, is liye tarah tarah ke masail paish aate rehte hain.</w:t>
      </w:r>
    </w:p>
    <w:p>
      <w:pPr>
        <w:jc w:val="right"/>
      </w:pPr>
      <w:r>
        <w:t>لیکن ساتھ ساتھ چونکہ قانون آزمائش ہے، اس لیے طرح طرح کے مسائل پیش آتے رہتے ہیں۔</w:t>
      </w:r>
    </w:p>
    <w:p>
      <w:r>
        <w:rPr>
          <w:b/>
        </w:rPr>
        <w:t xml:space="preserve">[05:33] </w:t>
      </w:r>
      <w:r>
        <w:t>kabhi apni nadani ki waja se, kabhi doosron ki taraf se misused your freedom ki bina par.</w:t>
      </w:r>
    </w:p>
    <w:p>
      <w:pPr>
        <w:jc w:val="right"/>
      </w:pPr>
      <w:r>
        <w:t>کبھی اپنی نادانی کی وجہ سے، کبھی دوسروں کی طرف سے missed your freedom کی بنا پر۔</w:t>
      </w:r>
    </w:p>
    <w:p>
      <w:r>
        <w:rPr>
          <w:b/>
        </w:rPr>
        <w:t xml:space="preserve">[05:44] </w:t>
      </w:r>
      <w:r>
        <w:t>to jab hum khud koi ghalati karen, is ka nateeja bhugten. doosra aadmi apni freedom ko miss use kare, to is ka bhi hamein bhugtna padta hai, is ka bhi anjam.</w:t>
      </w:r>
    </w:p>
    <w:p>
      <w:pPr>
        <w:jc w:val="right"/>
      </w:pPr>
      <w:r>
        <w:t>تو جب ہم خود کوئی غلطی کریں، اس کا نتیجہ بھگتتے ہیں۔ دوسرا آدمی اپنی freedom کو miss use کرے، تو اس کا بھی ہمیں بھگتنا پڑتا ہے، اس کا بھی انجام۔</w:t>
      </w:r>
    </w:p>
    <w:p>
      <w:r>
        <w:rPr>
          <w:b/>
        </w:rPr>
        <w:t xml:space="preserve">[05:59] </w:t>
      </w:r>
      <w:r>
        <w:t>in cheezon se maujooda dunya mein problem hai.</w:t>
      </w:r>
    </w:p>
    <w:p>
      <w:pPr>
        <w:jc w:val="right"/>
      </w:pPr>
      <w:r>
        <w:t>ان چیزوں سے موجودہ دنیا میں problem ہے۔</w:t>
      </w:r>
    </w:p>
    <w:p>
      <w:r>
        <w:rPr>
          <w:b/>
        </w:rPr>
        <w:t xml:space="preserve">[06:07] </w:t>
      </w:r>
      <w:r>
        <w:t>quran mein hai ke jab log jannat mein jayenge to woh kahenge "alhamdulillah alladhi azaba anna al-hazana". allah ka shukar hai ke is ne hamein jannat mein huzn se ya huzn ko khatam kar diya.</w:t>
      </w:r>
    </w:p>
    <w:p>
      <w:pPr>
        <w:jc w:val="right"/>
      </w:pPr>
      <w:r>
        <w:t>قرآن میں ہے کہ جب لوگ جنت میں جائیں گے تو وہ کہیں گے "الحمدللہ الذی أَذَبَى عَنَّا الْحَزَنَ"۔ اللہ کا شکر ہے کہ اس نے ہمیں جنت میں حزن سے یا حزن کو ختم کر دیا۔</w:t>
      </w:r>
    </w:p>
    <w:p>
      <w:r>
        <w:rPr>
          <w:b/>
        </w:rPr>
        <w:t xml:space="preserve">[06:21] </w:t>
      </w:r>
      <w:r>
        <w:t>huzn nahin, huzn ka matlab kya? problem. to jannat problem-free world hogi. kyunke wahan par test ka qanoon nahin hoga.</w:t>
      </w:r>
    </w:p>
    <w:p>
      <w:pPr>
        <w:jc w:val="right"/>
      </w:pPr>
      <w:r>
        <w:t>حزن نہیں، حزن کا مطلب کیا؟ problem۔ تو جنت problem-free world ہوگی۔ کیونکہ وہاں پر test کا قانون نہیں ہوگا۔</w:t>
      </w:r>
    </w:p>
    <w:p>
      <w:r>
        <w:rPr>
          <w:b/>
        </w:rPr>
        <w:t xml:space="preserve">[06:32] </w:t>
      </w:r>
      <w:r>
        <w:t>yeh dunya jannat bhi hai, sath sath yahan problem bhi hai. problem kabhi hum apni nadani se create karte hain problem.</w:t>
      </w:r>
    </w:p>
    <w:p>
      <w:pPr>
        <w:jc w:val="right"/>
      </w:pPr>
      <w:r>
        <w:t>یہ دنیا جنت بھی ہے، ساتھ ساتھ یہاں problem بھی ہے۔ problem کبھی ہم اپنی نادانی سے create کرتے ہیں problem۔</w:t>
      </w:r>
    </w:p>
    <w:p>
      <w:r>
        <w:rPr>
          <w:b/>
        </w:rPr>
        <w:t xml:space="preserve">[06:46] </w:t>
      </w:r>
      <w:r>
        <w:t>kabhi doosra jo hai, apni freedom ko misuse karta hai, is se problem paida hote hain.</w:t>
      </w:r>
    </w:p>
    <w:p>
      <w:pPr>
        <w:jc w:val="right"/>
      </w:pPr>
      <w:r>
        <w:t>کبھی دوسرا جو ہے، اپنی freedom کو miss use کرتا ہے، اس سے problem پیدا ہوتے ہیں۔</w:t>
      </w:r>
    </w:p>
    <w:p>
      <w:r>
        <w:rPr>
          <w:b/>
        </w:rPr>
        <w:t xml:space="preserve">[06:55] </w:t>
      </w:r>
      <w:r>
        <w:t>to yeh hai mamla.</w:t>
      </w:r>
    </w:p>
    <w:p>
      <w:pPr>
        <w:jc w:val="right"/>
      </w:pPr>
      <w:r>
        <w:t>تو یہ ہے معاملہ۔</w:t>
      </w:r>
    </w:p>
    <w:p>
      <w:r>
        <w:rPr>
          <w:b/>
        </w:rPr>
        <w:t xml:space="preserve">[07:00] </w:t>
      </w:r>
      <w:r>
        <w:t>isi baat ko na samajhne ki waja se sari dunya, jis ko shukr mein jeena tha, woh jee rahi hai nashukri mein, complaint mein, shikayat mein.</w:t>
      </w:r>
    </w:p>
    <w:p>
      <w:pPr>
        <w:jc w:val="right"/>
      </w:pPr>
      <w:r>
        <w:t>اسی بات کو نہ سمجھنے کی وجہ سے ساری دنیا، جس کو شکر میں جینا تھا، وہ جی رہی ہے ناشکری میں، complaint میں، شکایت میں۔</w:t>
      </w:r>
    </w:p>
    <w:p>
      <w:r>
        <w:rPr>
          <w:b/>
        </w:rPr>
        <w:t xml:space="preserve">[07:12] </w:t>
      </w:r>
      <w:r>
        <w:t>kyunke woh allah taala ke jo jo allah taala ka jo creation plan hai, us ko na samajhne ki waja se problem ko explain nahin kar pati.</w:t>
      </w:r>
    </w:p>
    <w:p>
      <w:pPr>
        <w:jc w:val="right"/>
      </w:pPr>
      <w:r>
        <w:t>کیونکہ وہ اللہ تعالیٰ کے جو جو اللہ تعالیٰ کا جو creation plan ہے، اس کو نہ سمجھنے کی وجہ سے problem کو explain نہیں کر پاتی۔</w:t>
      </w:r>
    </w:p>
    <w:p>
      <w:r>
        <w:rPr>
          <w:b/>
        </w:rPr>
        <w:t xml:space="preserve">[07:28] </w:t>
      </w:r>
      <w:r>
        <w:t>yani yeh lack of explanation ka mamla hai. problem ko hum explain nahin kar paate, is liye hum negativity mein jeete hain.</w:t>
      </w:r>
    </w:p>
    <w:p>
      <w:pPr>
        <w:jc w:val="right"/>
      </w:pPr>
      <w:r>
        <w:t>یعنی یہ lack of explanation کا معاملہ ہے۔ problem کو ہم explain نہیں کر پاتے، اس لیے ہم negativity میں جیتے ہیں۔</w:t>
      </w:r>
    </w:p>
    <w:p>
      <w:r>
        <w:rPr>
          <w:b/>
        </w:rPr>
        <w:t xml:space="preserve">[07:37] </w:t>
      </w:r>
      <w:r>
        <w:t>agar hum explain kar len, to negativity achaanak khatam ho jayegi aur hum shukr mein jeene lagenge. kyun?</w:t>
      </w:r>
    </w:p>
    <w:p>
      <w:pPr>
        <w:jc w:val="right"/>
      </w:pPr>
      <w:r>
        <w:t>اگر ہم explain کر لیں، تو negativity اچانک ختم ہو جائے گی اور ہم شکر میں جینے لگیں گے۔ کیوں؟</w:t>
      </w:r>
    </w:p>
    <w:p>
      <w:r>
        <w:rPr>
          <w:b/>
        </w:rPr>
        <w:t xml:space="preserve">[07:47] </w:t>
      </w:r>
      <w:r>
        <w:t>phir hum samjhenge ke yeh jo dunya hai, yahan to test hai, is liye problem bhi rahega. there is no escape from problem in this world.</w:t>
      </w:r>
    </w:p>
    <w:p>
      <w:pPr>
        <w:jc w:val="right"/>
      </w:pPr>
      <w:r>
        <w:t>پھر ہم سمجھیں گے کہ یہ جو دنیا ہے، یہاں تو test ہے، اس لیے problem بھی رہے گا۔ There is no escape from problem in this world۔</w:t>
      </w:r>
    </w:p>
    <w:p>
      <w:r>
        <w:rPr>
          <w:b/>
        </w:rPr>
        <w:t xml:space="preserve">[08:00] </w:t>
      </w:r>
      <w:r>
        <w:t>to is dunya mein problem ko manage kar lo, aur is ke baad akhirat mein problem-free world mil jayega. jaise aap safar mein hote hain, aap car mein baithe hain, aap hawai jahaz mein baithe hain, aap train mein baithe hain, kahin bhi baithe hain, to bohat se problems rehte hain.</w:t>
      </w:r>
    </w:p>
    <w:p>
      <w:pPr>
        <w:jc w:val="right"/>
      </w:pPr>
      <w:r>
        <w:t>تو اس دنیا میں problem کو manage کر لو، اور اس کے بعد آخرت میں problem-free world مل جائے گا۔ جیسے آپ سفر میں ہوتے ہیں، آپ کار میں بیٹھے ہیں، آپ ہوائی جہاز میں بیٹھے ہیں، آپ ٹرین میں بیٹھے ہیں، کہیں بھی بیٹھے ہیں، تو بہت سے problems رہتے ہیں۔</w:t>
      </w:r>
    </w:p>
    <w:p>
      <w:r>
        <w:rPr>
          <w:b/>
        </w:rPr>
        <w:t xml:space="preserve">[08:19] </w:t>
      </w:r>
      <w:r>
        <w:t>maslan aap walk nahin kar sakte, aap so nahin sakte. is tarah se free nahin reh sakte jaise aap ghar mein rehte hain apne.</w:t>
      </w:r>
    </w:p>
    <w:p>
      <w:pPr>
        <w:jc w:val="right"/>
      </w:pPr>
      <w:r>
        <w:t>مثلاً آپ walk نہیں کر سکتے، آپ سو نہیں سکتے۔ اس طرح سے free نہیں رہ سکتے جیسے آپ گھر میں رہتے ہیں اپنے۔</w:t>
      </w:r>
    </w:p>
    <w:p>
      <w:r>
        <w:rPr>
          <w:b/>
        </w:rPr>
        <w:t xml:space="preserve">[08:28] </w:t>
      </w:r>
      <w:r>
        <w:t>to kyun aap is ko engage karte hain? woh problem hai. har safar ke sath sath kuch problem juda hua hai.</w:t>
      </w:r>
    </w:p>
    <w:p>
      <w:pPr>
        <w:jc w:val="right"/>
      </w:pPr>
      <w:r>
        <w:t>تو کیوں آپ اس کو engage کرتے ہیں؟ وہ problem ہے۔ ہر سفر کے ساتھ ساتھ کچھ problem جڑا ہوا ہے۔</w:t>
      </w:r>
    </w:p>
    <w:p>
      <w:r>
        <w:rPr>
          <w:b/>
        </w:rPr>
        <w:t xml:space="preserve">[08:40] </w:t>
      </w:r>
      <w:r>
        <w:t>koi bhi safar ho, problem juda hua hai. to aap is ko bohat aasani se bardasht kar lete hain.</w:t>
      </w:r>
    </w:p>
    <w:p>
      <w:pPr>
        <w:jc w:val="right"/>
      </w:pPr>
      <w:r>
        <w:t>کوئی بھی سفر ہو، problem جڑا ہوا ہے۔ تو آپ اس کو بہت آسانی سے برداشت کر لیتے ہیں۔</w:t>
      </w:r>
    </w:p>
    <w:p>
      <w:r>
        <w:rPr>
          <w:b/>
        </w:rPr>
        <w:t xml:space="preserve">[08:54] </w:t>
      </w:r>
      <w:r>
        <w:t>kyunke aap samajhte hain ke yeh to hoga, yeh to rahega. to safar mein, yani chahe car ka safar ho, chahe hawai jahaz ka safar ho, chahe train ka safar ho,</w:t>
      </w:r>
    </w:p>
    <w:p>
      <w:pPr>
        <w:jc w:val="right"/>
      </w:pPr>
      <w:r>
        <w:t>کیونکہ آپ سمجھتے ہیں کہ یہ تو ہوگا، یہ تو رہے گا۔ تو سفر میں، یعنی چاہے کار کا سفر ہو، چاہے ہوائی جہاز کا سفر ہو، چاہے ٹرین کا سفر ہو،</w:t>
      </w:r>
    </w:p>
    <w:p>
      <w:r>
        <w:rPr>
          <w:b/>
        </w:rPr>
        <w:t xml:space="preserve">[09:07] </w:t>
      </w:r>
      <w:r>
        <w:t>yahan tak ke bail gaari ya oont ka safar ho, har jagah kuch problem juda hua hai. magar chunke aap is ko explain kiye hue hote hain, is liye is problem ko aap se aap tension mein hote hain.</w:t>
      </w:r>
    </w:p>
    <w:p>
      <w:pPr>
        <w:jc w:val="right"/>
      </w:pPr>
      <w:r>
        <w:t>یہاں تک کہ بیل گاڑی یا اونٹ کا سفر ہو، ہر جگہ کچھ problem جڑا ہوا ہے۔ مگر چونکہ آپ اس کو explain کیے ہوئے ہوتے ہیں، اس لیے اس problem کو آپ سے آپ tension میں ہوتے ہیں۔</w:t>
      </w:r>
    </w:p>
    <w:p>
      <w:r>
        <w:rPr>
          <w:b/>
        </w:rPr>
        <w:t xml:space="preserve">[09:22] </w:t>
      </w:r>
      <w:r>
        <w:t>tension nahin hota hai aap ko. lekin dunya ki zindagi mein jo problem aate hain, us ko aap ne explain nahin kar rakha hai. is wajah se tension, tension, tension.</w:t>
      </w:r>
    </w:p>
    <w:p>
      <w:pPr>
        <w:jc w:val="right"/>
      </w:pPr>
      <w:r>
        <w:t>Tension نہیں ہوتا ہے آپ کو۔ لیکن دنیا کی زندگی میں جو problem آتے ہیں، اس کو آپ نے explain نہیں کر رکھا ہے۔ اس وجہ سے tension, tension, tension۔</w:t>
      </w:r>
    </w:p>
    <w:p>
      <w:r>
        <w:rPr>
          <w:b/>
        </w:rPr>
        <w:t xml:space="preserve">[09:32] </w:t>
      </w:r>
      <w:r>
        <w:t>jis ko di hi tension. dunya mein kahin bhi jaiye, kisi bhi mulk mein jaiye, muslim, ghair muslim, arab, non-arab, western world, eastern world, jahan bhi jaiye,</w:t>
      </w:r>
    </w:p>
    <w:p>
      <w:pPr>
        <w:jc w:val="right"/>
      </w:pPr>
      <w:r>
        <w:t>جس کو دی ہی tension۔ دنیا میں کہیں بھی جائیے، کسی بھی ملک میں جائیے، مسلم، غیر مسلم، عرب، non-Arab، western world، eastern world، جہاں بھی جائیے،</w:t>
      </w:r>
    </w:p>
    <w:p>
      <w:r>
        <w:rPr>
          <w:b/>
        </w:rPr>
        <w:t xml:space="preserve">[09:46] </w:t>
      </w:r>
      <w:r>
        <w:t>har aadmi aap ko negativity mein milega jeene wala. har jagah, har jagah.</w:t>
      </w:r>
    </w:p>
    <w:p>
      <w:pPr>
        <w:jc w:val="right"/>
      </w:pPr>
      <w:r>
        <w:t>ہر آدمی آپ کو negativity میں ملے گا جینے والا۔ ہر جگہ، ہر جگہ۔</w:t>
      </w:r>
    </w:p>
    <w:p>
      <w:r>
        <w:rPr>
          <w:b/>
        </w:rPr>
        <w:t xml:space="preserve">[09:57] </w:t>
      </w:r>
      <w:r>
        <w:t>Tension mein jeene wala, stress mein jeene wala. Is ki wajah yahi hai ke aam sawariyon mein hum wahan jo problem hota hai, us ko explain kiye hue rehte hain.</w:t>
      </w:r>
    </w:p>
    <w:p>
      <w:pPr>
        <w:jc w:val="right"/>
      </w:pPr>
      <w:r>
        <w:t>Tension میں جینے والا، stress میں جینے والا۔ اس کی وجہ یہی ہے کہ عام سواریوں میں ہم وہاں جو problem ہوتا ہے، اس کو explain کیے ہوئے رہتے ہیں۔</w:t>
      </w:r>
    </w:p>
    <w:p>
      <w:r>
        <w:rPr>
          <w:b/>
        </w:rPr>
        <w:t xml:space="preserve">[10:08] </w:t>
      </w:r>
      <w:r>
        <w:t>To hum wahan tension mein nahi safar karte. Aur dunya ki zindagi mein jo problem hai, us ko hum ne explain nahi kar rakha hai. Is liye hum yahan tension mein rehte hain.</w:t>
      </w:r>
    </w:p>
    <w:p>
      <w:pPr>
        <w:jc w:val="right"/>
      </w:pPr>
      <w:r>
        <w:t>تو ہم وہاں tension میں نہیں سفر کرتے۔ اور دنیا کی زندگی میں جو problem ہے، اس کو ہم نے explain نہیں کر رکھا ہے۔ اس لیے ہم یہاں tension میں رہتے ہیں۔</w:t>
      </w:r>
    </w:p>
    <w:p>
      <w:r>
        <w:rPr>
          <w:b/>
        </w:rPr>
        <w:t xml:space="preserve">[10:24] </w:t>
      </w:r>
      <w:r>
        <w:t>Abhi mein subah mein baitha tha apne ghar ke samne barje par. To wahan bohat hi beautiful manzar tha. Idhar suraj nikla hua hai, idhar badal ke tukre teer rahe hain aasman mein.</w:t>
      </w:r>
    </w:p>
    <w:p>
      <w:pPr>
        <w:jc w:val="right"/>
      </w:pPr>
      <w:r>
        <w:t>ابھی میں صبح میں بیٹھا تھا اپنے گھر کے سامنے بارجے پر۔ تو وہاں بہت ہی beautiful منظر تھا۔ ادھر سورج نکلا ہوا ہے، ادھر بادل کے ٹکڑے تیر رہے ہیں آسمان میں۔</w:t>
      </w:r>
    </w:p>
    <w:p>
      <w:r>
        <w:rPr>
          <w:b/>
        </w:rPr>
        <w:t xml:space="preserve">[10:39] </w:t>
      </w:r>
      <w:r>
        <w:t>Idhar sarsabz darakht hain khare hue hain har taraf. Chiriyan urr rahi hain fiza mein. Hawayein chal rahi hain. Yani har taraf ek ajeeb beautiful scene.</w:t>
      </w:r>
    </w:p>
    <w:p>
      <w:pPr>
        <w:jc w:val="right"/>
      </w:pPr>
      <w:r>
        <w:t>ادھر سرسبز درخت ہیں کھڑے ہوئے ہیں ہر طرف۔ چڑیاں اڑ رہی ہیں فضا میں۔ ہوائیں چل رہی ہیں۔ یعنی ہر طرف ایک عجیب beautiful scene۔</w:t>
      </w:r>
    </w:p>
    <w:p>
      <w:r>
        <w:rPr>
          <w:b/>
        </w:rPr>
        <w:t xml:space="preserve">[10:51] </w:t>
      </w:r>
      <w:r>
        <w:t>To maine kaha yeh jannati to hai yeh?</w:t>
      </w:r>
    </w:p>
    <w:p>
      <w:pPr>
        <w:jc w:val="right"/>
      </w:pPr>
      <w:r>
        <w:t>تو میں نے کہا یہ جنتی تو ہے یہ؟</w:t>
      </w:r>
    </w:p>
    <w:p>
      <w:r>
        <w:rPr>
          <w:b/>
        </w:rPr>
        <w:t xml:space="preserve">[10:57] </w:t>
      </w:r>
      <w:r>
        <w:t>To Allah taala ne dunya mein jannat hi mein rakha hai aap ko. Lekin kuch masail jo ate hain test ki wajah se, imtehan ki wajah se, azmaish ki wajah se,</w:t>
      </w:r>
    </w:p>
    <w:p>
      <w:pPr>
        <w:jc w:val="right"/>
      </w:pPr>
      <w:r>
        <w:t>تو اللہ تعالیٰ نے دنیا میں جنت ہی میں رکھا ہے آپ کو۔ لیکن کچھ مسائل جو آتے ہیں test کی وجہ سے، امتحان کی وجہ سے، آزمائش کی وجہ سے،</w:t>
      </w:r>
    </w:p>
    <w:p>
      <w:r>
        <w:rPr>
          <w:b/>
        </w:rPr>
        <w:t xml:space="preserve">[11:12] </w:t>
      </w:r>
      <w:r>
        <w:t>Us ko aap explain nahi kar paate. Is liye tension mein mubtala ho jate hain aur shukr nahi kar paate.</w:t>
      </w:r>
    </w:p>
    <w:p>
      <w:pPr>
        <w:jc w:val="right"/>
      </w:pPr>
      <w:r>
        <w:t>اس کو آپ explain نہیں کر پاتے۔ اس لیے tension میں مبتلا ہو جاتے ہیں اور شکر نہیں کر پاتے۔</w:t>
      </w:r>
    </w:p>
    <w:p>
      <w:r>
        <w:rPr>
          <w:b/>
        </w:rPr>
        <w:t xml:space="preserve">[11:23] </w:t>
      </w:r>
      <w:r>
        <w:t>To dekhye, yahi jannat ka</w:t>
      </w:r>
    </w:p>
    <w:p>
      <w:pPr>
        <w:jc w:val="right"/>
      </w:pPr>
      <w:r>
        <w:t>تو دیکھئے، یہی جنت کا</w:t>
      </w:r>
    </w:p>
    <w:p>
      <w:r>
        <w:rPr>
          <w:b/>
        </w:rPr>
        <w:t xml:space="preserve">[11:28] </w:t>
      </w:r>
      <w:r>
        <w:t>Yani jannat ki qeemat hai. Ke maujooda dunya mein aap rahein is tarah ke us ko jannat samajhte hue, shukr ke jazbat ke sath.</w:t>
      </w:r>
    </w:p>
    <w:p>
      <w:pPr>
        <w:jc w:val="right"/>
      </w:pPr>
      <w:r>
        <w:t>یعنی جنت کی قیمت ہے۔ کہ موجودہ دنیا میں آپ رہیں اس طرح کہ اس کو جنت سمجھتے ہوئے، شکر کے جذبات کے ساتھ۔</w:t>
      </w:r>
    </w:p>
    <w:p>
      <w:r>
        <w:rPr>
          <w:b/>
        </w:rPr>
        <w:t xml:space="preserve">[11:44] </w:t>
      </w:r>
      <w:r>
        <w:t>To isi ki qeemat mein aap ko akhirat mein jannat mile gi.</w:t>
      </w:r>
    </w:p>
    <w:p>
      <w:pPr>
        <w:jc w:val="right"/>
      </w:pPr>
      <w:r>
        <w:t>تو اسی کی قیمت میں آپ کو آخرت میں جنت ملے گی۔</w:t>
      </w:r>
    </w:p>
    <w:p>
      <w:r>
        <w:rPr>
          <w:b/>
        </w:rPr>
        <w:t xml:space="preserve">[11:53] </w:t>
      </w:r>
      <w:r>
        <w:t>Jaise mein ek misaal doon aap ko. Aap kisi country ke President ke Palace mein jayein.</w:t>
      </w:r>
    </w:p>
    <w:p>
      <w:pPr>
        <w:jc w:val="right"/>
      </w:pPr>
      <w:r>
        <w:t>جیسے میں ایک مثال دوں آپ کو۔ آپ کسی country کے President کے Palace میں جائیں۔</w:t>
      </w:r>
    </w:p>
    <w:p>
      <w:r>
        <w:rPr>
          <w:b/>
        </w:rPr>
        <w:t xml:space="preserve">[12:01] </w:t>
      </w:r>
      <w:r>
        <w:t>Har country mein ek Presidential Palace hota hai. Wahan President rehta hai. Bohat hi bara mahal hota hai. To wahan aap agar jayein to wahan par ek Presidential Culture hota hai.</w:t>
      </w:r>
    </w:p>
    <w:p>
      <w:pPr>
        <w:jc w:val="right"/>
      </w:pPr>
      <w:r>
        <w:t>ہر country میں ایک Presidential Palace ہوتا ہے۔ وہاں President رہتا ہے۔ بہت ہی بڑا محل ہوتا ہے۔ تو وہاں آپ اگر جائیں تو وہاں پر ایک Presidential Culture ہوتا ہے۔</w:t>
      </w:r>
    </w:p>
    <w:p>
      <w:r>
        <w:rPr>
          <w:b/>
        </w:rPr>
        <w:t xml:space="preserve">[12:16] </w:t>
      </w:r>
      <w:r>
        <w:t>Wahan aap shor nahi karenge. Wahan aap gandagi nahi karenge. Wahan aap ladai nahi karenge.</w:t>
      </w:r>
    </w:p>
    <w:p>
      <w:pPr>
        <w:jc w:val="right"/>
      </w:pPr>
      <w:r>
        <w:t>وہاں آپ شور نہیں کریں گے۔ وہاں آپ گندگی نہیں کریں گے۔ وہاں آپ لڑائی نہیں کریں گے۔</w:t>
      </w:r>
    </w:p>
    <w:p>
      <w:r>
        <w:rPr>
          <w:b/>
        </w:rPr>
        <w:t xml:space="preserve">[12:25] </w:t>
      </w:r>
      <w:r>
        <w:t>Wahan aap logon se milenge to bohat hi polite milenge. Baat karenge to jhagda nahi karenge.</w:t>
      </w:r>
    </w:p>
    <w:p>
      <w:pPr>
        <w:jc w:val="right"/>
      </w:pPr>
      <w:r>
        <w:t>وہاں آپ لوگوں سے ملیں گے تو بہت ہی polite ملیں گے۔ بات کریں گے تو جھگڑا نہیں کریں گے۔</w:t>
      </w:r>
    </w:p>
    <w:p>
      <w:r>
        <w:rPr>
          <w:b/>
        </w:rPr>
        <w:t xml:space="preserve">[12:34] </w:t>
      </w:r>
      <w:r>
        <w:t>Kyun? Aap samajhte hain ke is waqt mein President ke Palace mein hoon, to mujhe us ke Culture ko follow karna hai. Isi tarah se yeh dunya hai ke aap yeh samjhein ke mein Paradise mein hoon, to Paradise ke Culture ko mujhe follow karna hai.</w:t>
      </w:r>
    </w:p>
    <w:p>
      <w:pPr>
        <w:jc w:val="right"/>
      </w:pPr>
      <w:r>
        <w:t>کیوں؟ آپ سمجھتے ہیں کہ اس وقت میں President کے Palace میں ہوں، تو مجھے اس کے Culture کو follow کرنا ہے۔ اسی طرح سے یہ دنیا ہے کہ آپ یہ سمجھیں کہ میں Paradise میں ہوں، تو Paradise کے Culture کو مجھے follow کرنا ہے۔</w:t>
      </w:r>
    </w:p>
    <w:p>
      <w:r>
        <w:rPr>
          <w:b/>
        </w:rPr>
        <w:t xml:space="preserve">[12:54] </w:t>
      </w:r>
      <w:r>
        <w:t>Paradise ke Culture ko mujhe follow karna hai. Is tarah agar rahein aap, tab samjhiye ke</w:t>
      </w:r>
    </w:p>
    <w:p>
      <w:pPr>
        <w:jc w:val="right"/>
      </w:pPr>
      <w:r>
        <w:t>Paradise کے Culture کو مجھے follow کرنا ہے۔ اس طرح اگر رہیں آپ، تب سمجھئے کہ</w:t>
      </w:r>
    </w:p>
    <w:p>
      <w:r>
        <w:rPr>
          <w:b/>
        </w:rPr>
        <w:t xml:space="preserve">[13:05] </w:t>
      </w:r>
      <w:r>
        <w:t>Jannat ke liye aap deserving candidate ban gaye.</w:t>
      </w:r>
    </w:p>
    <w:p>
      <w:pPr>
        <w:jc w:val="right"/>
      </w:pPr>
      <w:r>
        <w:t>جنت کے لیے آپ deserving candidate بن گئے۔</w:t>
      </w:r>
    </w:p>
    <w:p>
      <w:r>
        <w:rPr>
          <w:b/>
        </w:rPr>
        <w:t xml:space="preserve">[13:18] </w:t>
      </w:r>
      <w:r>
        <w:t>Yeh sara muamla dekhye, soch ka muamla hai. Jaisi soch, waisi zindagi.</w:t>
      </w:r>
    </w:p>
    <w:p>
      <w:pPr>
        <w:jc w:val="right"/>
      </w:pPr>
      <w:r>
        <w:t>یہ سارا معاملہ دیکھئے، سوچ کا معاملہ ہے۔ جیسی سوچ، ویسی زندگی۔</w:t>
      </w:r>
    </w:p>
    <w:p>
      <w:r>
        <w:rPr>
          <w:b/>
        </w:rPr>
        <w:t xml:space="preserve">[13:27] </w:t>
      </w:r>
      <w:r>
        <w:t>Jaisi soch, waisa Behavior. To aap ki agar soch jo hai, aap ki Thinking jo hai, woh ho jaye jo Creation plan of God ke mutabiq honi chahiye,</w:t>
      </w:r>
    </w:p>
    <w:p>
      <w:pPr>
        <w:jc w:val="right"/>
      </w:pPr>
      <w:r>
        <w:t>جیسی سوچ، ویسا Behavior۔ تو آپ کی اگر سوچ جو ہے، آپ کی Thinking جو ہے، وہ ہو جائے جو Creation plan of God کے مطابق ہونی چاہیے،</w:t>
      </w:r>
    </w:p>
    <w:p>
      <w:r>
        <w:rPr>
          <w:b/>
        </w:rPr>
        <w:t xml:space="preserve">[13:41] </w:t>
      </w:r>
      <w:r>
        <w:t>To aap is dunya mein rahenge, har waqt shukr hi shukr karte rahenge.</w:t>
      </w:r>
    </w:p>
    <w:p>
      <w:pPr>
        <w:jc w:val="right"/>
      </w:pPr>
      <w:r>
        <w:t>تو آپ اس دنیا میں رہیں گے، ہر وقت شکر ہی شکر کرتے رہیں گے۔</w:t>
      </w:r>
    </w:p>
    <w:p>
      <w:r>
        <w:rPr>
          <w:b/>
        </w:rPr>
        <w:t xml:space="preserve">[13:50] </w:t>
      </w:r>
      <w:r>
        <w:t>Mein aap ko kuch misalein dena chahta hoon. Allah taala ne ek Quran majeed mein ek ayat hai: "يُدْخَلُهُمُ جَنَّةً عَرَّفَةً".</w:t>
      </w:r>
    </w:p>
    <w:p>
      <w:pPr>
        <w:jc w:val="right"/>
      </w:pPr>
      <w:r>
        <w:t>میں آپ کو کچھ مثالیں دینا چاہتا ہوں۔ اللہ تعالیٰ نے ایک قرآن مجید میں ایک آیت ہے: "يُدْخَلُهُمَّ جَنَّةً عَرَّفَةً"۔</w:t>
      </w:r>
    </w:p>
    <w:p>
      <w:r>
        <w:rPr>
          <w:b/>
        </w:rPr>
        <w:t xml:space="preserve">[14:03] </w:t>
      </w:r>
      <w:r>
        <w:t>Allah jannat mein dakhil karaye ga jis ki us ne Introduction karwa diya hai, jis ki pehchan kara di hai. To kahan pehchan hui hai?</w:t>
      </w:r>
    </w:p>
    <w:p>
      <w:pPr>
        <w:jc w:val="right"/>
      </w:pPr>
      <w:r>
        <w:t>اللہ جنت میں داخل کرائے گا جس کی اس نے Introduction کروا دیا ہے، جس کی پہچان کرا دی ہے۔ تو کہاں پہچان ہوئی ہے؟</w:t>
      </w:r>
    </w:p>
    <w:p>
      <w:r>
        <w:rPr>
          <w:b/>
        </w:rPr>
        <w:t xml:space="preserve">[14:15] </w:t>
      </w:r>
      <w:r>
        <w:t>Yani Paradise mein dakhil kare ga jis ki pehle hi pehchan kara di hai. To pehchan kahan hui? Isi dunya mein hui, aaj ki dunya mein, present world mein.</w:t>
      </w:r>
    </w:p>
    <w:p>
      <w:pPr>
        <w:jc w:val="right"/>
      </w:pPr>
      <w:r>
        <w:t>یعنی Paradise میں داخل کرے گا جس کی پہلے ہی پہچان کرا دی ہے۔ تو پہچان کہاں ہوئی؟ اسی دنیا میں ہوئی، آج کی دنیا میں، present world میں۔</w:t>
      </w:r>
    </w:p>
    <w:p>
      <w:r>
        <w:rPr>
          <w:b/>
        </w:rPr>
        <w:t xml:space="preserve">[14:27] </w:t>
      </w:r>
      <w:r>
        <w:t>Woh kaise? Dekhye, sab se pehli pehchan to aap khud hain.</w:t>
      </w:r>
    </w:p>
    <w:p>
      <w:pPr>
        <w:jc w:val="right"/>
      </w:pPr>
      <w:r>
        <w:t>وہ کیسے؟ دیکھئے، سب سے پہلی پہچان تو آپ خود ہیں۔</w:t>
      </w:r>
    </w:p>
    <w:p>
      <w:r>
        <w:rPr>
          <w:b/>
        </w:rPr>
        <w:t xml:space="preserve">[14:38] </w:t>
      </w:r>
      <w:r>
        <w:t>Apne ko Discover kijiye. Apne ko Discover kijiye. To aap dekhein ke dunya jo hai, kitne ajeeb o ghareeb tor par mere muafiq hai.</w:t>
      </w:r>
    </w:p>
    <w:p>
      <w:pPr>
        <w:jc w:val="right"/>
      </w:pPr>
      <w:r>
        <w:t>اپنے کو Discover کیجئے۔ اپنے کو Discover کیجئے۔ تو آپ دیکھیں کہ دنیا جو ہے، کتنے عجیب و غریب طور پر میرے موافق ہے۔</w:t>
      </w:r>
    </w:p>
    <w:p>
      <w:r>
        <w:rPr>
          <w:b/>
        </w:rPr>
        <w:t xml:space="preserve">[14:54] </w:t>
      </w:r>
      <w:r>
        <w:t>jaise farz keejiyay ke main bol raha hoon, aap sun rahe hain. ek exchange ho raha hai. lekin aisa exchange kiya hota hai kisi do stars ke beech?</w:t>
      </w:r>
    </w:p>
    <w:p>
      <w:pPr>
        <w:jc w:val="right"/>
      </w:pPr>
      <w:r>
        <w:t>جیسے فرض کیجئے کہ میں بول رہا ہوں، آپ سن رہے ہیں۔ ایک Exchange ہو رہا ہے۔ لیکن ایسا Exchange کیا ہوتا ہے کسی دو Stars کے بیچ؟</w:t>
      </w:r>
    </w:p>
    <w:p>
      <w:r>
        <w:rPr>
          <w:b/>
        </w:rPr>
        <w:t xml:space="preserve">[15:04] </w:t>
      </w:r>
      <w:r>
        <w:t>do planets ke beech mein? ya mountain aur ocean ke beech mein? do darakhton ke beech mein nahin hota.</w:t>
      </w:r>
    </w:p>
    <w:p>
      <w:pPr>
        <w:jc w:val="right"/>
      </w:pPr>
      <w:r>
        <w:t>دو Planets کے بیچ میں؟ یا Mountain اور Ocean کے بیچ میں؟ دو درختوں کے بیچ میں نہیں ہوتا۔</w:t>
      </w:r>
    </w:p>
    <w:p>
      <w:r>
        <w:rPr>
          <w:b/>
        </w:rPr>
        <w:t xml:space="preserve">[15:16] </w:t>
      </w:r>
      <w:r>
        <w:t>to kaisa shukr aap ko paida hoga? ajeeb shukr. ke khudaaya!</w:t>
      </w:r>
    </w:p>
    <w:p>
      <w:pPr>
        <w:jc w:val="right"/>
      </w:pPr>
      <w:r>
        <w:t>تو کیسا شکر آپ کو پیدا ہوگا؟ عجیب شکر۔ کہ خدایا!</w:t>
      </w:r>
    </w:p>
    <w:p>
      <w:r>
        <w:rPr>
          <w:b/>
        </w:rPr>
        <w:t xml:space="preserve">[15:20] </w:t>
      </w:r>
      <w:r>
        <w:t>kitni bari cheez to ne de di. ke main exchange kar sakta hoon jo doosra koi nahin kar sakta. isi tarah se jo aaj subah ko woh jo scene mein dekh raha tha,</w:t>
      </w:r>
    </w:p>
    <w:p>
      <w:pPr>
        <w:jc w:val="right"/>
      </w:pPr>
      <w:r>
        <w:t>کتنی بڑی چیز تو نے دے دی۔ کہ میں Exchange کر سکتا ہوں جو دوسرا کوئی نہیں کر سکتا۔ اسی طرح سے جو آج صبح کو وہ جو Scene میں دیکھ رہا تھا،</w:t>
      </w:r>
    </w:p>
    <w:p>
      <w:r>
        <w:rPr>
          <w:b/>
        </w:rPr>
        <w:t xml:space="preserve">[15:34] </w:t>
      </w:r>
      <w:r>
        <w:t>to main us scene se kitna zyada enjoy kar raha tha. mujhe marifat mil rahi thi. lekin kya koi sher aur haathi aisa kar sakte hain?</w:t>
      </w:r>
    </w:p>
    <w:p>
      <w:pPr>
        <w:jc w:val="right"/>
      </w:pPr>
      <w:r>
        <w:t>تو میں اس Scene سے کتنا زیادہ Enjoy کر رہا تھا۔ مجھے معرفت مل رہی تھی۔ لیکن کیا کوئی شیر اور ہاتھی ایسا کر سکتے ہیں؟</w:t>
      </w:r>
    </w:p>
    <w:p>
      <w:r>
        <w:rPr>
          <w:b/>
        </w:rPr>
        <w:t xml:space="preserve">[15:44] </w:t>
      </w:r>
      <w:r>
        <w:t>isi scene ko sher aur haathi rozana dekhte hain. kyunke woh to jangla mein rehte hain. lekin kisi sher ya haathi ko kuch pata nahin.</w:t>
      </w:r>
    </w:p>
    <w:p>
      <w:pPr>
        <w:jc w:val="right"/>
      </w:pPr>
      <w:r>
        <w:t>اسی Scene کو شیر اور ہاتھی روزانہ دیکھتے ہیں۔ کیونکہ وہ تو جنگل میں رہتے ہیں۔ لیکن کسی شیر یا ہاتھی کو کچھ پتا نہیں۔</w:t>
      </w:r>
    </w:p>
    <w:p>
      <w:r>
        <w:rPr>
          <w:b/>
        </w:rPr>
        <w:t xml:space="preserve">[15:54] </w:t>
      </w:r>
      <w:r>
        <w:t>kisi animal ko kuch pata nahin. kyunke dekhiye, animal ka do hi concern hain. jitne animal hain,</w:t>
      </w:r>
    </w:p>
    <w:p>
      <w:pPr>
        <w:jc w:val="right"/>
      </w:pPr>
      <w:r>
        <w:t>کسی Animal کو کچھ پتا نہیں۔ کیونکہ دیکھئے، Animal کا دو ہی Concern ہیں۔ جتنے Animal ہیں،</w:t>
      </w:r>
    </w:p>
    <w:p>
      <w:r>
        <w:rPr>
          <w:b/>
        </w:rPr>
        <w:t xml:space="preserve">[16:02] </w:t>
      </w:r>
      <w:r>
        <w:t>safety aur food bas. aur kuch nahin. mehfooz rahen doosre janwaron se aur khana milta rahe. aur kuch nahin.</w:t>
      </w:r>
    </w:p>
    <w:p>
      <w:pPr>
        <w:jc w:val="right"/>
      </w:pPr>
      <w:r>
        <w:t>Safety اور Food بس۔ اور کچھ نہیں۔ محفوظ رہیں دوسرے جانوروں سے اور کھانا ملتا رہے۔ اور کچھ نہیں۔</w:t>
      </w:r>
    </w:p>
    <w:p>
      <w:r>
        <w:rPr>
          <w:b/>
        </w:rPr>
        <w:t xml:space="preserve">[16:14] </w:t>
      </w:r>
      <w:r>
        <w:t>to aap yahan sochna chahiye aap ko ke khuda ne kitna bara darja mujhe diya hai. kitna bara darja diya hai. ke main nature se enjoy kar sakta hoon.</w:t>
      </w:r>
    </w:p>
    <w:p>
      <w:pPr>
        <w:jc w:val="right"/>
      </w:pPr>
      <w:r>
        <w:t>تو آپ یہاں سوچنا چاہیے آپ کو کہ خدا نے کتنا بڑا درجہ مجھے دیا ہے۔ کتنا بڑا درجہ دیا ہے۔ کہ میں Nature سے Enjoy کر سکتا ہوں۔</w:t>
      </w:r>
    </w:p>
    <w:p>
      <w:r>
        <w:rPr>
          <w:b/>
        </w:rPr>
        <w:t xml:space="preserve">[16:25] </w:t>
      </w:r>
      <w:r>
        <w:t>aise hi aap khana khayen. aap ko acha lagta hai khana. tarah tarah ke khane insaan ne banaye hain. to bohat aap is se enjoy karte hain.</w:t>
      </w:r>
    </w:p>
    <w:p>
      <w:pPr>
        <w:jc w:val="right"/>
      </w:pPr>
      <w:r>
        <w:t>ایسے ہی آپ کھانا کھائیں۔ آپ کو اچھا لگتا ہے کھانا۔ طرح طرح کے کھانے انسان نے بنائے ہیں۔ تو بہت آپ اس سے Enjoy کرتے ہیں۔</w:t>
      </w:r>
    </w:p>
    <w:p>
      <w:r>
        <w:rPr>
          <w:b/>
        </w:rPr>
        <w:t xml:space="preserve">[16:35] </w:t>
      </w:r>
      <w:r>
        <w:t>lekin koi animal enjoy nahin kar sakta. beshumar animals hain duniya mein, un ko khilaiye. un ko chahiye vegetarian khilaiye, non-vegetarian khilaiye.</w:t>
      </w:r>
    </w:p>
    <w:p>
      <w:pPr>
        <w:jc w:val="right"/>
      </w:pPr>
      <w:r>
        <w:t>لیکن کوئی Animal Enjoy نہیں کر سکتا۔ بے شمار Animals ہیں دنیا میں، ان کو کھلائیے۔ ان کو چاہیے Vegetarian کھلائیے، Non-Vegetarian کھلائیے۔</w:t>
      </w:r>
    </w:p>
    <w:p>
      <w:r>
        <w:rPr>
          <w:b/>
        </w:rPr>
        <w:t xml:space="preserve">[16:45] </w:t>
      </w:r>
      <w:r>
        <w:t>sweet khilaiye, ice cream khilaiye. kuch unhein pata nahin. kyunke woh taste burst un ke andar nahin. taste burst sirf aap ke andar hai. aap yahan bhi kitna shukr karenge aap.</w:t>
      </w:r>
    </w:p>
    <w:p>
      <w:pPr>
        <w:jc w:val="right"/>
      </w:pPr>
      <w:r>
        <w:t>Sweet کھلائیے، آئس کریم کھلائیے۔ کچھ انہیں پتا نہیں۔ کیونکہ وہ Taste Burst ان کے اندر نہیں۔ Taste Burst صرف آپ کے اندر ہے۔ آپ یہاں بھی کتنا شکر کریں گے آپ۔</w:t>
      </w:r>
    </w:p>
    <w:p>
      <w:r>
        <w:rPr>
          <w:b/>
        </w:rPr>
        <w:t xml:space="preserve">[16:57] </w:t>
      </w:r>
      <w:r>
        <w:t>ke khuda ne mujhe taste burst diye ke main cheezon se lutf le sakta hoon. un se enjoy kar sakta hoon. aap safar karte hain, hawai jahaz mein se safar karte hain to aap samajhte hain ke kitni bari cheez hai ke main thori der mein yahan se doosri jagah pahunch jata hoon.</w:t>
      </w:r>
    </w:p>
    <w:p>
      <w:pPr>
        <w:jc w:val="right"/>
      </w:pPr>
      <w:r>
        <w:t>کہ خدا نے مجھے Taste Burst دیے کہ میں چیزوں سے لطف لے سکتا ہوں۔ ان سے Enjoy کر سکتا ہوں۔ آپ سفر کرتے ہیں، ہوائی جہاز میں سے سفر کرتے ہیں تو آپ سمجھتے ہیں کہ کتنی بڑی چیز ہے کہ میں تھوڑی دیر میں یہاں سے دوسری جگہ پہنچ جاتا ہوں۔</w:t>
      </w:r>
    </w:p>
    <w:p>
      <w:r>
        <w:rPr>
          <w:b/>
        </w:rPr>
        <w:t xml:space="preserve">[17:18] </w:t>
      </w:r>
      <w:r>
        <w:t>lekin isi mein aap chirya ko band kar dijiye to chirya enjoy nahin kar sake gi. chirya to jail mein band kar di jayegi. chirya ke liye aeroplane prison hai.</w:t>
      </w:r>
    </w:p>
    <w:p>
      <w:pPr>
        <w:jc w:val="right"/>
      </w:pPr>
      <w:r>
        <w:t>لیکن اسی میں آپ چڑیا کو بند کر دیجئے تو چڑیا Enjoy نہیں کر سکے گی۔ چڑیا تو جیل میں بند کر دیئے گی۔ چڑیا کے لیے Aeroplane Prison ہے۔</w:t>
      </w:r>
    </w:p>
    <w:p>
      <w:r>
        <w:rPr>
          <w:b/>
        </w:rPr>
        <w:t xml:space="preserve">[17:31] </w:t>
      </w:r>
      <w:r>
        <w:t>koi is ko concept hi nahin hai ke mujhe hawai jahaz urr kar ke hathon hath wahan jana chahiye. yeh sab cheezen jo insaan enjoy karta hai, har cheez bhi shukr ka saman hai.</w:t>
      </w:r>
    </w:p>
    <w:p>
      <w:pPr>
        <w:jc w:val="right"/>
      </w:pPr>
      <w:r>
        <w:t>کوئی اس کو Concept ہی نہیں ہے کہ مجھے ہوائی جہاز اڑ کر کے ہاتھوں ہاتھ وہاں جانا چاہیے۔ یہ سب چیزیں جو انسان Enjoy کرتا ہے، ہر چیز بھی شکر کا سامان ہے۔</w:t>
      </w:r>
    </w:p>
    <w:p>
      <w:r>
        <w:rPr>
          <w:b/>
        </w:rPr>
        <w:t xml:space="preserve">[17:46] </w:t>
      </w:r>
      <w:r>
        <w:t>phir aap sochenge ke yahi cheez jannat mein aur bare payamat mein mile gi. eternal level par, perfect level par, ideal level par mile gi. to shukr hi shukr hai.</w:t>
      </w:r>
    </w:p>
    <w:p>
      <w:pPr>
        <w:jc w:val="right"/>
      </w:pPr>
      <w:r>
        <w:t>پھر آپ سوچیں گے کہ یہی چیز جنت میں اور بڑے پیامات میں ملے گی۔ Eternal Level پر، Perfect Level پر، Ideal Level پر ملے گی۔ تو شکر ہی شکر ہے۔</w:t>
      </w:r>
    </w:p>
    <w:p>
      <w:r>
        <w:rPr>
          <w:b/>
        </w:rPr>
        <w:t xml:space="preserve">[17:57] </w:t>
      </w:r>
      <w:r>
        <w:t>kyunke yeh duniya jo hai, jannat ka imperfect version hai. aur jannat aaj ki duniya ka perfect version hai. to aap kitna zyada shukr karenge ke pre-death period mein khuda ne mujhe is duniya mein rakha.</w:t>
      </w:r>
    </w:p>
    <w:p>
      <w:pPr>
        <w:jc w:val="right"/>
      </w:pPr>
      <w:r>
        <w:t>کیونکہ یہ دنیا جو ہے، جنت کا Imperfect Version ہے۔ اور جنت آج کی دنیا کا Perfect Version ہے۔ تو آپ کتنا زیادہ شکر کریں گے کہ Pre-Death Period میں خدا نے مجھے اس دنیا میں رکھا۔</w:t>
      </w:r>
    </w:p>
    <w:p>
      <w:r>
        <w:rPr>
          <w:b/>
        </w:rPr>
        <w:t xml:space="preserve">[18:14] </w:t>
      </w:r>
      <w:r>
        <w:t>yahan bhi sari cheezen hain. aur post-death period mein mujhe jannat mein rakhe ga. to wahan to sari cheezen bohat hi abundantly rahen gi. to shukr hi shukr hai.</w:t>
      </w:r>
    </w:p>
    <w:p>
      <w:pPr>
        <w:jc w:val="right"/>
      </w:pPr>
      <w:r>
        <w:t>یہاں بھی ساری چیزیں ہیں۔ اور Post-Death Period میں مجھے جنت میں رکھے گا۔ تو وہاں تو ساری چیزیں بہت ہی Abundantly رہیں گی۔ تو شکر ہی شکر ہے۔</w:t>
      </w:r>
    </w:p>
    <w:p>
      <w:r>
        <w:rPr>
          <w:b/>
        </w:rPr>
        <w:t xml:space="preserve">[18:27] </w:t>
      </w:r>
      <w:r>
        <w:t>yeh aap ki zaat ke level par hai. phir nature ke level par aap dekhiye. ek darya jab behta hai rawani ke sath, kitna beautiful manzar hota hai.</w:t>
      </w:r>
    </w:p>
    <w:p>
      <w:pPr>
        <w:jc w:val="right"/>
      </w:pPr>
      <w:r>
        <w:t>یہ آپ کی ذات کے Level پر ہے۔ پھر Nature کے Level پر آپ دیکھئے۔ ایک دریا جب بہتا ہے روانی کے ساتھ، کتنا Beautiful منظر ہوتا ہے۔</w:t>
      </w:r>
    </w:p>
    <w:p>
      <w:r>
        <w:rPr>
          <w:b/>
        </w:rPr>
        <w:t xml:space="preserve">[18:38] </w:t>
      </w:r>
      <w:r>
        <w:t>woh jannat ka taaruf karata hai. yeh jo park hain, yeh bagh hain, yeh lalaat hain, yeh darakht hain, woh kya hain? woh jannat ka taaruf hai.</w:t>
      </w:r>
    </w:p>
    <w:p>
      <w:pPr>
        <w:jc w:val="right"/>
      </w:pPr>
      <w:r>
        <w:t>وہ جنت کا تعارف کراتا ہے۔ یہ جو Park ہیں، یہ باغ ہیں، یہ لالات ہیں، یہ درخت ہیں، وہ کیا ہیں؟ وہ جنت کا تعارف ہے۔</w:t>
      </w:r>
    </w:p>
    <w:p>
      <w:r>
        <w:rPr>
          <w:b/>
        </w:rPr>
        <w:t xml:space="preserve">[18:50] </w:t>
      </w:r>
      <w:r>
        <w:t>urr-ti hui chiryan jannat ka taaruf hain. yeh hawayen, yeh sari cheezen jannat ka taaruf hain. ab aap is ko jannat ke taaruf ke taur par jab discover karenge to kahenge ke khuda kitna rahim o kareem hai ke is ne mere liye poori jannat paida kar di hai duniya mein.</w:t>
      </w:r>
    </w:p>
    <w:p>
      <w:pPr>
        <w:jc w:val="right"/>
      </w:pPr>
      <w:r>
        <w:t>اڑتی ہوئی چڑیاں جنت کا تعارف ہیں۔ یہ ہوائیں، یہ ساری چیزیں جنت کا تعارف ہیں۔ اب آپ اس کو جنت کے تعارف کے طور پر جب Discover کریں گے تو کہیں گے کہ خدا کتنا رحیم و کریم ہے کہ اس نے میرے لیے پوری جنت پیدا کر دی ہے دنیا میں۔</w:t>
      </w:r>
    </w:p>
    <w:p>
      <w:r>
        <w:rPr>
          <w:b/>
        </w:rPr>
        <w:t xml:space="preserve">[19:12] </w:t>
      </w:r>
      <w:r>
        <w:t>is ki rehmaton ko le kar ke aap shukr hi shukr mein ghark ho jayenge.</w:t>
      </w:r>
    </w:p>
    <w:p>
      <w:pPr>
        <w:jc w:val="right"/>
      </w:pPr>
      <w:r>
        <w:t>اس کی رحمتوں کو لے کر کے آپ شکر ہی شکر میں غرق ہو جائیں گے۔</w:t>
      </w:r>
    </w:p>
    <w:p>
      <w:r>
        <w:rPr>
          <w:b/>
        </w:rPr>
        <w:t xml:space="preserve">[19:20] </w:t>
      </w:r>
      <w:r>
        <w:t>to daryaft, jannat ki ek daryaft to aap ko apni satah par hoti hai. jannat ki doosri daryaft to aap ko fitrat ki satah par hoti hai, fitrat ki satah par.</w:t>
      </w:r>
    </w:p>
    <w:p>
      <w:pPr>
        <w:jc w:val="right"/>
      </w:pPr>
      <w:r>
        <w:t>تو دریافت، جنت کی ایک دریافت تو آپ کو اپنی سطح پر ہوتی ہے۔ جنت کی دوسری دریافت تو آپ کو فطرت کی سطح پر ہوتی ہے، فطرت کی سطح پر۔</w:t>
      </w:r>
    </w:p>
    <w:p>
      <w:r>
        <w:rPr>
          <w:b/>
        </w:rPr>
        <w:t xml:space="preserve">[19:30] </w:t>
      </w:r>
      <w:r>
        <w:t>lekin is zamane mein ek aur satah paida hui hai, woh civilization. civilization ne beshumar nayi cheezen banayin.</w:t>
      </w:r>
    </w:p>
    <w:p>
      <w:pPr>
        <w:jc w:val="right"/>
      </w:pPr>
      <w:r>
        <w:t>لیکن اس زمانے میں ایک اور سطح پیدا ہوئی ہے، وہ Civilization۔ Civilization نے بے شمار نئی چیزیں بنائیں۔</w:t>
      </w:r>
    </w:p>
    <w:p>
      <w:r>
        <w:rPr>
          <w:b/>
        </w:rPr>
        <w:t xml:space="preserve">[19:43] </w:t>
      </w:r>
      <w:r>
        <w:t>jaise ke hum yahan bol rahe hain to yahan camera hai, yahan computer hai.</w:t>
      </w:r>
    </w:p>
    <w:p>
      <w:pPr>
        <w:jc w:val="right"/>
      </w:pPr>
      <w:r>
        <w:t>جیسے کہ ہم یہاں بول رہے ہیں تو یہاں کیمرہ ہے، یہاں کمپیوٹر ہے۔</w:t>
      </w:r>
    </w:p>
    <w:p>
      <w:r>
        <w:rPr>
          <w:b/>
        </w:rPr>
        <w:t xml:space="preserve">[19:54] </w:t>
      </w:r>
      <w:r>
        <w:t>yeh itni sari cheezen hain yahan per. yahan Electricity hai aur bohat sari cheezen. ek poora ek Auditorium hai, yeh pehle kahan hota tha?</w:t>
      </w:r>
    </w:p>
    <w:p>
      <w:pPr>
        <w:jc w:val="right"/>
      </w:pPr>
      <w:r>
        <w:t>یہ اتنی ساری چیزیں ہیں یہاں پر۔ یہاں Electricity ہے اور بہت ساری چیزیں۔ ایک پورا ایک Auditorium ہے، یہ پہلے کہاں ہوتا تھا؟</w:t>
      </w:r>
    </w:p>
    <w:p>
      <w:r>
        <w:rPr>
          <w:b/>
        </w:rPr>
        <w:t xml:space="preserve">[20:04] </w:t>
      </w:r>
      <w:r>
        <w:t>yeh Civilization ne paida kiya. to Civilization ne Communication paida kiya. Civilization ne car aur hawai jahaz banaye.</w:t>
      </w:r>
    </w:p>
    <w:p>
      <w:pPr>
        <w:jc w:val="right"/>
      </w:pPr>
      <w:r>
        <w:t>یہ Civilization نے پیدا کیا۔ تو Civilization نے Communication پیدا کیا۔ Civilization نے کار اور ہوائی جہاز بنائے۔</w:t>
      </w:r>
    </w:p>
    <w:p>
      <w:r>
        <w:rPr>
          <w:b/>
        </w:rPr>
        <w:t xml:space="preserve">[20:15] </w:t>
      </w:r>
      <w:r>
        <w:t>Civilization ne sare Comfort aur Luxury ke saman paida kiye. to yeh ek aur ek aur taaruf hua jannat ka.</w:t>
      </w:r>
    </w:p>
    <w:p>
      <w:pPr>
        <w:jc w:val="right"/>
      </w:pPr>
      <w:r>
        <w:t>Civilization نے سارے Comfort اور Luxury کے سامان پیدا کیے۔ تو یہ ایک اور ایک اور تعارف ہوا جنت کا۔</w:t>
      </w:r>
    </w:p>
    <w:p>
      <w:r>
        <w:rPr>
          <w:b/>
        </w:rPr>
        <w:t xml:space="preserve">[20:27] </w:t>
      </w:r>
      <w:r>
        <w:t>qadeem zamane mein Traditional cheezen hua karti thi. Crude cheezen hua karti thi. Rough cheezen hua karti thi. sare Items Rough Items the.</w:t>
      </w:r>
    </w:p>
    <w:p>
      <w:pPr>
        <w:jc w:val="right"/>
      </w:pPr>
      <w:r>
        <w:t>قدیم زمانے میں Traditional چیزیں ہوا کرتی تھیں۔ Crude چیزیں ہوا کرتی تھیں۔ Rough چیزیں ہوا کرتی تھیں۔ سارے Items Rough Items تھے۔</w:t>
      </w:r>
    </w:p>
    <w:p>
      <w:r>
        <w:rPr>
          <w:b/>
        </w:rPr>
        <w:t xml:space="preserve">[20:37] </w:t>
      </w:r>
      <w:r>
        <w:t>ab bohat hi shandar har cheez hai. chahe aap pani peene ka glass ho, ya Dining Table ho, ya sawariyan hon, ya Communication hon.</w:t>
      </w:r>
    </w:p>
    <w:p>
      <w:pPr>
        <w:jc w:val="right"/>
      </w:pPr>
      <w:r>
        <w:t>اب بہت ہی شاندار ہر چیز ہے۔ چاہے آپ پانی پینے کا گلاس ہو، یا Dining Table ہو، یا سواریاں ہوں، یا Communication ہوں۔</w:t>
      </w:r>
    </w:p>
    <w:p>
      <w:r>
        <w:rPr>
          <w:b/>
        </w:rPr>
        <w:t xml:space="preserve">[20:51] </w:t>
      </w:r>
      <w:r>
        <w:t>sab cheez, sab cheez, sab cheez. to yeh hai Civilization ke Level par jannat ka taaruf.</w:t>
      </w:r>
    </w:p>
    <w:p>
      <w:pPr>
        <w:jc w:val="right"/>
      </w:pPr>
      <w:r>
        <w:t>سب چیز، سب چیز، سب چیز۔ تو یہ ہے Civilization کے Level پر جنت کا تعارف۔</w:t>
      </w:r>
    </w:p>
    <w:p>
      <w:r>
        <w:rPr>
          <w:b/>
        </w:rPr>
        <w:t xml:space="preserve">[21:00] </w:t>
      </w:r>
      <w:r>
        <w:t>to yeh kitni ajeeb o ghareeb cheez hai. to aap ko Khuda taaruf karwa raha hai. woh jo Quran Majeed mein jo ayat hai: "yudkhiluhum jannatan 'arafah" us ko Simple mani mein na samjhiye.</w:t>
      </w:r>
    </w:p>
    <w:p>
      <w:pPr>
        <w:jc w:val="right"/>
      </w:pPr>
      <w:r>
        <w:t>تو یہ کتنی عجیب و غریب چیز ہے۔ تو آپ کو خدا تعارف کروا رہا ہے۔ وہ جو قرآن مجید میں جو آیت ہے: "يُدْخَلُهُمْ جَنَّةً عَرَّفَةً" اس کو Simple معنی میں نہ سمجھیے۔</w:t>
      </w:r>
    </w:p>
    <w:p>
      <w:r>
        <w:rPr>
          <w:b/>
        </w:rPr>
        <w:t xml:space="preserve">[21:12] </w:t>
      </w:r>
      <w:r>
        <w:t>Mysterious bhi na samjhiye is ko.</w:t>
      </w:r>
    </w:p>
    <w:p>
      <w:pPr>
        <w:jc w:val="right"/>
      </w:pPr>
      <w:r>
        <w:t>Mysterious بھی نہ سمجھیے اس کو۔</w:t>
      </w:r>
    </w:p>
    <w:p>
      <w:r>
        <w:rPr>
          <w:b/>
        </w:rPr>
        <w:t xml:space="preserve">[21:16] </w:t>
      </w:r>
      <w:r>
        <w:t>pehla taaruf aap ko hua apni zaat ki satah par. doosra taaruf aap ko hua fitrat ki satah par, Nature ki satah par. teesra taaruf aap ko Civilization ki satah par ho raha hai.</w:t>
      </w:r>
    </w:p>
    <w:p>
      <w:pPr>
        <w:jc w:val="right"/>
      </w:pPr>
      <w:r>
        <w:t>پہلا تعارف آپ کو ہوا اپنی ذات کی سطح پر۔ دوسرا تعارف آپ کو ہوا فطرت کی سطح پر، Nature کی سطح پر۔ تیسرا تعارف آپ کو Civilization کی سطح پر ہو رہا ہے۔</w:t>
      </w:r>
    </w:p>
    <w:p>
      <w:r>
        <w:rPr>
          <w:b/>
        </w:rPr>
        <w:t xml:space="preserve">[21:30] </w:t>
      </w:r>
      <w:r>
        <w:t>ab ghor kijiye ke yeh sari cheezen aap sochein to shukr hi karein ge. Negative Thought aap ke andar aaye ga nahin. har giz nahin aaye ga.</w:t>
      </w:r>
    </w:p>
    <w:p>
      <w:pPr>
        <w:jc w:val="right"/>
      </w:pPr>
      <w:r>
        <w:t>اب غور کیجئے کہ یہ ساری چیزیں آپ سوچیں تو شکر ہی کریں گے۔ Negative Thought آپ کے اندر آئے گا نہیں۔ ہرگز نہیں آئے گا۔</w:t>
      </w:r>
    </w:p>
    <w:p>
      <w:r>
        <w:rPr>
          <w:b/>
        </w:rPr>
        <w:t xml:space="preserve">[21:43] </w:t>
      </w:r>
      <w:r>
        <w:t>yeh hai jannat mein jeena. isi ko mein ne kaha Living in Paradise. aap jannat hi mein jee rahe hain lekin Shaitan ne behka kar ke logon ko Negative bana rakha hai.</w:t>
      </w:r>
    </w:p>
    <w:p>
      <w:pPr>
        <w:jc w:val="right"/>
      </w:pPr>
      <w:r>
        <w:t>یہ ہے جنت میں جینا۔ اسی کو میں نے کہا Living in Paradise۔ آپ جنت ہی میں جی رہے ہیں لیکن شیطان نے بہکا کر کے لوگوں کو Negative بنا رکھا ہے۔</w:t>
      </w:r>
    </w:p>
    <w:p>
      <w:r>
        <w:rPr>
          <w:b/>
        </w:rPr>
        <w:t xml:space="preserve">[22:03] </w:t>
      </w:r>
      <w:r>
        <w:t>kyun ke Creation Plan of God jo hai, us se Shaitan ne aap ko bekhabar kar rakha hai.</w:t>
      </w:r>
    </w:p>
    <w:p>
      <w:pPr>
        <w:jc w:val="right"/>
      </w:pPr>
      <w:r>
        <w:t>کیونکہ Creation Plan of God جو ہے، اس سے شیطان نے آپ کو بے خبر کر رکھا ہے۔</w:t>
      </w:r>
    </w:p>
    <w:p>
      <w:r>
        <w:rPr>
          <w:b/>
        </w:rPr>
        <w:t xml:space="preserve">[22:11] </w:t>
      </w:r>
      <w:r>
        <w:t>bekhabar kar rakha hai.</w:t>
      </w:r>
    </w:p>
    <w:p>
      <w:pPr>
        <w:jc w:val="right"/>
      </w:pPr>
      <w:r>
        <w:t>بے خبر کر رکھا ہے۔</w:t>
      </w:r>
    </w:p>
    <w:p>
      <w:r>
        <w:rPr>
          <w:b/>
        </w:rPr>
        <w:t xml:space="preserve">[22:19] </w:t>
      </w:r>
      <w:r>
        <w:t>yeh cheez hai samajhne ki.</w:t>
      </w:r>
    </w:p>
    <w:p>
      <w:pPr>
        <w:jc w:val="right"/>
      </w:pPr>
      <w:r>
        <w:t>یہ چیز ہے سمجھنے کی۔</w:t>
      </w:r>
    </w:p>
    <w:p>
      <w:r>
        <w:rPr>
          <w:b/>
        </w:rPr>
        <w:t xml:space="preserve">[22:26] </w:t>
      </w:r>
      <w:r>
        <w:t>yehi cheez hai jo aap ko shukr ke samandar mein ghark kar sakti hai. shukr ke chashme jaari ho jayein ge aap ke seene mein. shukri hawaein chalein gi aap ke dimagh mein.</w:t>
      </w:r>
    </w:p>
    <w:p>
      <w:pPr>
        <w:jc w:val="right"/>
      </w:pPr>
      <w:r>
        <w:t>یہی چیز ہے جو آپ کو شکر کے سمندر میں غرق کر سکتی ہے۔ شکر کے چشمے جاری ہو جائیں گے آپ کے سینے میں۔ شکری ہوائیں چلیں گی آپ کے دماغ میں۔</w:t>
      </w:r>
    </w:p>
    <w:p>
      <w:r>
        <w:rPr>
          <w:b/>
        </w:rPr>
        <w:t xml:space="preserve">[22:37] </w:t>
      </w:r>
      <w:r>
        <w:t>phir Negativity apne aap khatam ho jaye gi.</w:t>
      </w:r>
    </w:p>
    <w:p>
      <w:pPr>
        <w:jc w:val="right"/>
      </w:pPr>
      <w:r>
        <w:t>پھر Negativity اپنے آپ ختم ہو جائے گی۔</w:t>
      </w:r>
    </w:p>
    <w:p>
      <w:r>
        <w:rPr>
          <w:b/>
        </w:rPr>
        <w:t xml:space="preserve">[22:46] </w:t>
      </w:r>
      <w:r>
        <w:t>Paradise ke Concept ka ek aur tajurba mujhe hua. wohi mein arz karna chahta hoon. Paradise Concept ek ek ek Complete Ideology hai.</w:t>
      </w:r>
    </w:p>
    <w:p>
      <w:pPr>
        <w:jc w:val="right"/>
      </w:pPr>
      <w:r>
        <w:t>Paradise کے Concept کا ایک اور تجربہ مجھے ہوا۔ وہی میں عرض کرنا چاہتا ہوں۔ Paradise Concept ایک ایک ایک Complete Ideology ہے۔</w:t>
      </w:r>
    </w:p>
    <w:p>
      <w:r>
        <w:rPr>
          <w:b/>
        </w:rPr>
        <w:t xml:space="preserve">[23:00] </w:t>
      </w:r>
      <w:r>
        <w:t>yeh nahin ke bas ek jagah hai jahan ho rahe hain. bas yeh yeh yeh yeh Reduced Concept hai Paradise ka.</w:t>
      </w:r>
    </w:p>
    <w:p>
      <w:pPr>
        <w:jc w:val="right"/>
      </w:pPr>
      <w:r>
        <w:t>یہ نہیں کہ بس ایک جگہ ہے جہاں ہو رہے ہیں۔ بس یہ یہ یہ یہ Reduced Concept ہے Paradise کا۔</w:t>
      </w:r>
    </w:p>
    <w:p>
      <w:r>
        <w:rPr>
          <w:b/>
        </w:rPr>
        <w:t xml:space="preserve">[23:09] </w:t>
      </w:r>
      <w:r>
        <w:t>Reduced Form mein. Paradise ek poori Ideology hai. misaal ke taur par dekhiye. Paradise sab se bara Incentive hai.</w:t>
      </w:r>
    </w:p>
    <w:p>
      <w:pPr>
        <w:jc w:val="right"/>
      </w:pPr>
      <w:r>
        <w:t>Reduced Form میں۔ Paradise ایک پوری Ideology ہے۔ مثال کے طور پر دیکھئے۔ Paradise سب سے بڑا Incentive ہے۔</w:t>
      </w:r>
    </w:p>
    <w:p>
      <w:r>
        <w:rPr>
          <w:b/>
        </w:rPr>
        <w:t xml:space="preserve">[23:20] </w:t>
      </w:r>
      <w:r>
        <w:t>Incentive, Motivation, muharrik. Paradise se bara koi Incentive nahin hai. is ke bare mein mein arz karna chahta hoon.</w:t>
      </w:r>
    </w:p>
    <w:p>
      <w:pPr>
        <w:jc w:val="right"/>
      </w:pPr>
      <w:r>
        <w:t>Incentive، Motivation، محرک۔ Paradise سے بڑا کوئی Incentive نہیں ہے۔ اس کے بارے میں میں عرض کرنا چاہتا ہوں۔</w:t>
      </w:r>
    </w:p>
    <w:p>
      <w:r>
        <w:rPr>
          <w:b/>
        </w:rPr>
        <w:t xml:space="preserve">[23:34] </w:t>
      </w:r>
      <w:r>
        <w:t>dekhiye, ab se koi shayad tees baras pehle ki baat hogi. Thirty years pehle ki baat. mein ek Arab mulk mein gaya.</w:t>
      </w:r>
    </w:p>
    <w:p>
      <w:pPr>
        <w:jc w:val="right"/>
      </w:pPr>
      <w:r>
        <w:t>دیکھئے، اب سے کوئی شاید تیس برس پہلے کی بات ہوگی۔ تھرٹی ایئرز پہلے کی بات۔ میں ایک عرب ملک میں گیا۔</w:t>
      </w:r>
    </w:p>
    <w:p>
      <w:r>
        <w:rPr>
          <w:b/>
        </w:rPr>
        <w:t xml:space="preserve">[23:48] </w:t>
      </w:r>
      <w:r>
        <w:t>to wahan par ek Arab Scholar se baat hui.</w:t>
      </w:r>
    </w:p>
    <w:p>
      <w:pPr>
        <w:jc w:val="right"/>
      </w:pPr>
      <w:r>
        <w:t>تو وہاں پر ایک عرب Scholar سے بات ہوئی۔</w:t>
      </w:r>
    </w:p>
    <w:p>
      <w:r>
        <w:rPr>
          <w:b/>
        </w:rPr>
        <w:t xml:space="preserve">[23:56] </w:t>
      </w:r>
      <w:r>
        <w:t>to unhon ne kaha ke aap ka, unhon ne meri kitabein padhi thi. Arabi kitabein. to unhon ne kaha ke:</w:t>
      </w:r>
    </w:p>
    <w:p>
      <w:pPr>
        <w:jc w:val="right"/>
      </w:pPr>
      <w:r>
        <w:t>تو انہوں نے کہا کہ آپ کا، انہوں نے میری کتابیں پڑھی تھیں۔ عربی کتابیں۔ تو انہوں نے کہا کہ:</w:t>
      </w:r>
    </w:p>
    <w:p>
      <w:r>
        <w:rPr>
          <w:b/>
        </w:rPr>
        <w:t xml:space="preserve">[24:08] </w:t>
      </w:r>
      <w:r>
        <w:t>"In dhakartu fikratan". fikra. lekin nahin In dhakartu program. aap fikra yani tasawwur, Ideology to bohat achhi pesh kar rahe hain.</w:t>
      </w:r>
    </w:p>
    <w:p>
      <w:pPr>
        <w:jc w:val="right"/>
      </w:pPr>
      <w:r>
        <w:t>"إِنْ ذَكَرْتُ فِكْرَةً"۔ فكرة۔ لكن ليس إِنْ ذَكَرْتُ برنامج۔ آپ فكرة یعنی تصور، Ideology تو بہت اچھی پیش کر رہے ہیں۔</w:t>
      </w:r>
    </w:p>
    <w:p>
      <w:r>
        <w:rPr>
          <w:b/>
        </w:rPr>
        <w:t xml:space="preserve">[24:18] </w:t>
      </w:r>
      <w:r>
        <w:t>lekin aap ka Program kya hai? koi Program to hum ne nahin paya aap ki kitabon mein. saaf tareeqe se kaha unhon ne ke aap ke paas fikra hai, tasawwur hai, Ideology hai.</w:t>
      </w:r>
    </w:p>
    <w:p>
      <w:pPr>
        <w:jc w:val="right"/>
      </w:pPr>
      <w:r>
        <w:t>لیکن آپ کا Program کیا ہے؟ کوئی Program تو ہم نے نہیں پایا آپ کی کتابوں میں۔ صاف طریقے سے کہا انہوں نے کہ آپ کے پاس فكرة ہے، تصور ہے، Ideology ہے۔</w:t>
      </w:r>
    </w:p>
    <w:p>
      <w:r>
        <w:rPr>
          <w:b/>
        </w:rPr>
        <w:t xml:space="preserve">[24:32] </w:t>
      </w:r>
      <w:r>
        <w:t>lekin aap ke kahan hum koi Program nahi paate. to us waqt meri zuban se nikla tha ke program hona hua hai: "idado al-mubrijin".</w:t>
      </w:r>
    </w:p>
    <w:p>
      <w:pPr>
        <w:jc w:val="right"/>
      </w:pPr>
      <w:r>
        <w:t>لیکن آپ کے کہاں ہم کوئی Program نہیں پاتے۔ تو اس وقت میری زبان سے نکلا تھا کہ برنامج ہونا ہوا ہے: "إِذَادُ الْمُبْرِمِجِينَ"۔</w:t>
      </w:r>
    </w:p>
    <w:p>
      <w:r>
        <w:rPr>
          <w:b/>
        </w:rPr>
        <w:t xml:space="preserve">[24:45] </w:t>
      </w:r>
      <w:r>
        <w:t>hamara Program, Program saaj insan banana hai. lekin waqea hai ke us waqt mein samajhta nahi tha ke munh se mein ne nikala to kya matlab is ka hai.</w:t>
      </w:r>
    </w:p>
    <w:p>
      <w:pPr>
        <w:jc w:val="right"/>
      </w:pPr>
      <w:r>
        <w:t>ہمارا Program، Program ساج انسان بنانا ہے۔ لیکن واقعہ ہے کہ اس وقت میں سمجھتا نہیں تھا کہ منہ سے میں نے نکالا تو کیا مطلب اس کا ہے۔</w:t>
      </w:r>
    </w:p>
    <w:p>
      <w:r>
        <w:rPr>
          <w:b/>
        </w:rPr>
        <w:t xml:space="preserve">[24:55] </w:t>
      </w:r>
      <w:r>
        <w:t>khud apne jumle ka matlab wazeh nahi tha mere upar.</w:t>
      </w:r>
    </w:p>
    <w:p>
      <w:pPr>
        <w:jc w:val="right"/>
      </w:pPr>
      <w:r>
        <w:t>خود اپنے جملے کا مطلب واضح نہیں تھا میرے اوپر۔</w:t>
      </w:r>
    </w:p>
    <w:p>
      <w:r>
        <w:rPr>
          <w:b/>
        </w:rPr>
        <w:t xml:space="preserve">[25:02] </w:t>
      </w:r>
      <w:r>
        <w:t>program hona hua hai: "idado al-mubrijin" to keh diya mein ne ke hamara Program yeh hai ke Program saaj insan tayar hon. lekin wazeh nahi tha mere upar ke kaise bante hain, woh kya hota hai.</w:t>
      </w:r>
    </w:p>
    <w:p>
      <w:pPr>
        <w:jc w:val="right"/>
      </w:pPr>
      <w:r>
        <w:t>برنامج ہونا ہوا ہے: "إِذَادُ الْمُبْرِمِجِينَ" تو کہہ دیا میں نے کہ ہمارا Program یہ ہے کہ Program ساج انسان تیار ہوں۔ لیکن واضح نہیں تھا میرے اوپر کہ کیسے بنتے ہیں، وہ کیا ہوتا ہے۔</w:t>
      </w:r>
    </w:p>
    <w:p>
      <w:r>
        <w:rPr>
          <w:b/>
        </w:rPr>
        <w:t xml:space="preserve">[25:15] </w:t>
      </w:r>
      <w:r>
        <w:t>abhi CPS ke tajrube ki shakal mein mein ne is ko daryaft kiya.</w:t>
      </w:r>
    </w:p>
    <w:p>
      <w:pPr>
        <w:jc w:val="right"/>
      </w:pPr>
      <w:r>
        <w:t>ابھی CPS کے تجربے کی شکل میں میں نے اس کو دریافت کیا۔</w:t>
      </w:r>
    </w:p>
    <w:p>
      <w:r>
        <w:rPr>
          <w:b/>
        </w:rPr>
        <w:t xml:space="preserve">[25:22] </w:t>
      </w:r>
      <w:r>
        <w:t>CPS ke tajrube ki shakal mein mein ne is ko daryaft kiya. dekhiye, CPS jo hai, ek khamosh, ek ek khamosh yani bohat ajeeb o ghareeb hai CPS ki Movement.</w:t>
      </w:r>
    </w:p>
    <w:p>
      <w:pPr>
        <w:jc w:val="right"/>
      </w:pPr>
      <w:r>
        <w:t>CPS کے تجربے کی شکل میں میں نے اس کو دریافت کیا۔ دیکھئے، CPS جو ہے، ایک خاموش، ایک ایک خاموش یعنی بہت عجیب و غریب ہے CPS کی Movement۔</w:t>
      </w:r>
    </w:p>
    <w:p>
      <w:r>
        <w:rPr>
          <w:b/>
        </w:rPr>
        <w:t xml:space="preserve">[25:37] </w:t>
      </w:r>
      <w:r>
        <w:t>ek zabardast qism ka khamosh inqalab keh sakte hain is ko aap. yani hamare jo saathi hain, hamare paas koi Crowd nahi.</w:t>
      </w:r>
    </w:p>
    <w:p>
      <w:pPr>
        <w:jc w:val="right"/>
      </w:pPr>
      <w:r>
        <w:t>ایک زبردست قسم کا خاموش انقلاب کہہ سکتے ہیں اس کو آپ۔ یعنی ہمارے جو ساتھی ہیں، ہمارے پاس کوئی Crowd نہیں۔</w:t>
      </w:r>
    </w:p>
    <w:p>
      <w:r>
        <w:rPr>
          <w:b/>
        </w:rPr>
        <w:t xml:space="preserve">[25:47] </w:t>
      </w:r>
      <w:r>
        <w:t>hamare paas koi bheed nahi. hum Stage ke muzahire nahi hamare paas. kyunke hum Believe nahi karte Street Activism mein.</w:t>
      </w:r>
    </w:p>
    <w:p>
      <w:pPr>
        <w:jc w:val="right"/>
      </w:pPr>
      <w:r>
        <w:t>ہمارے پاس کوئی بھیڑ نہیں۔ ہم Stage کے مظاہرے نہیں ہمارے پاس۔ کیونکہ ہم Believe نہیں کرتے Street Activism میں۔</w:t>
      </w:r>
    </w:p>
    <w:p>
      <w:r>
        <w:rPr>
          <w:b/>
        </w:rPr>
        <w:t xml:space="preserve">[25:56] </w:t>
      </w:r>
      <w:r>
        <w:t>Stage Activism mein aur Street Activism mein. yeh jo aaj kal dekhte hain aap, bheed ke bheed aur nare lagte hain, woh kya hain?</w:t>
      </w:r>
    </w:p>
    <w:p>
      <w:pPr>
        <w:jc w:val="right"/>
      </w:pPr>
      <w:r>
        <w:t>Stage Activism میں اور Street Activism میں۔ یہ جو آج کل دیکھتے ہیں آپ، بھیڑ کے بھیڑ اور نعرے لگتے ہیں، وہ کیا ہیں؟</w:t>
      </w:r>
    </w:p>
    <w:p>
      <w:r>
        <w:rPr>
          <w:b/>
        </w:rPr>
        <w:t xml:space="preserve">[26:04] </w:t>
      </w:r>
      <w:r>
        <w:t>bulbulay hote hain. aaj bheed hai, kal kuch bhi nahi, kal Zero hai.</w:t>
      </w:r>
    </w:p>
    <w:p>
      <w:pPr>
        <w:jc w:val="right"/>
      </w:pPr>
      <w:r>
        <w:t>بلبلے ہوتے ہیں۔ آج بھیڑ ہے، کل کچھ بھی نہیں، کل Zero ہے۔</w:t>
      </w:r>
    </w:p>
    <w:p>
      <w:r>
        <w:rPr>
          <w:b/>
        </w:rPr>
        <w:t xml:space="preserve">[26:11] </w:t>
      </w:r>
      <w:r>
        <w:t>mein ne apni zindagi mein kitne bheed wale tamashe dekhe hain. ek Leader utha, taqreerein keen is ne. aur log bheed akatha kar ke nare lagane lage.</w:t>
      </w:r>
    </w:p>
    <w:p>
      <w:pPr>
        <w:jc w:val="right"/>
      </w:pPr>
      <w:r>
        <w:t>میں نے اپنی زندگی میں کتنے بھیڑ والے تماشے دیکھے ہیں۔ ایک Leader اٹھا، تقریریں کیں اس نے۔ اور لوگ بھیڑ اکٹھا کر کے نعرے لگانے لگے۔</w:t>
      </w:r>
    </w:p>
    <w:p>
      <w:r>
        <w:rPr>
          <w:b/>
        </w:rPr>
        <w:t xml:space="preserve">[26:20] </w:t>
      </w:r>
      <w:r>
        <w:t>inqalab aa gaya, inqalab aa gaya. hua kuch bhi nahi. hua kuch bhi nahi.</w:t>
      </w:r>
    </w:p>
    <w:p>
      <w:pPr>
        <w:jc w:val="right"/>
      </w:pPr>
      <w:r>
        <w:t>انقلاب آگیا، انقلاب آگیا۔ ہوا کچھ بھی نہیں۔ ہوا کچھ بھی نہیں۔</w:t>
      </w:r>
    </w:p>
    <w:p>
      <w:r>
        <w:rPr>
          <w:b/>
        </w:rPr>
        <w:t xml:space="preserve">[26:28] </w:t>
      </w:r>
      <w:r>
        <w:t>to woh hamare paas nahi. hum insan ko banate hain. to yeh jo CPS ke log hain har jagah, India mein, India ke bahar, bohat hi khamoshi ke sath khud hi khud musalsal harkat mein hain.</w:t>
      </w:r>
    </w:p>
    <w:p>
      <w:pPr>
        <w:jc w:val="right"/>
      </w:pPr>
      <w:r>
        <w:t>تو وہ ہمارے پاس نہیں۔ ہم انسان کو بناتے ہیں۔ تو یہ جو CPS کے لوگ ہیں ہر جگہ، انڈیا میں، انڈیا کے باہر، بہت ہی خاموشی کے ساتھ خود ہی خود مسلسل حرکت میں ہیں۔</w:t>
      </w:r>
    </w:p>
    <w:p>
      <w:r>
        <w:rPr>
          <w:b/>
        </w:rPr>
        <w:t xml:space="preserve">[26:45] </w:t>
      </w:r>
      <w:r>
        <w:t>mein aksar kehta hoon ke mein to kursi todta hoon, kursi par baitha rehta hoon. mein to kuch bhi nahi karta. hamara ek ek aadmi hero bana hua hai.</w:t>
      </w:r>
    </w:p>
    <w:p>
      <w:pPr>
        <w:jc w:val="right"/>
      </w:pPr>
      <w:r>
        <w:t>میں اکثر کہتا ہوں کہ میں تو کرسی توڑتا ہوں، کرسی پر بیٹھا رہتا ہوں۔ میں تو کچھ بھی نہیں کرتا۔ ہمارا ایک ایک آدمی ہیرو بنا ہوا ہے۔</w:t>
      </w:r>
    </w:p>
    <w:p>
      <w:r>
        <w:rPr>
          <w:b/>
        </w:rPr>
        <w:t xml:space="preserve">[26:54] </w:t>
      </w:r>
      <w:r>
        <w:t>har Field mein. jitne log CPS se jure hue hain, jo is Mission ko apnae hue hain, un ko dekhiye aap, har jagah woh hero bane hue hain.</w:t>
      </w:r>
    </w:p>
    <w:p>
      <w:pPr>
        <w:jc w:val="right"/>
      </w:pPr>
      <w:r>
        <w:t>ہر Field میں۔ جتنے لوگ CPS سے جڑے ہوئے ہیں، جو اس Mission کو اپنائے ہوئے ہیں، ان کو دیکھئے آپ، ہر جگہ وہ ہیرو بنے ہوئے ہیں۔</w:t>
      </w:r>
    </w:p>
    <w:p>
      <w:r>
        <w:rPr>
          <w:b/>
        </w:rPr>
        <w:t xml:space="preserve">[27:07] </w:t>
      </w:r>
      <w:r>
        <w:t>Literature phailana, Internet ko istemal karna, computer ko istemal karna, website ko istemal karna. logon tak Allah ka paigham pahunchana, Modern Communication ke zariye se.</w:t>
      </w:r>
    </w:p>
    <w:p>
      <w:pPr>
        <w:jc w:val="right"/>
      </w:pPr>
      <w:r>
        <w:t>Literature پھیلانا، Internet کو استعمال کرنا، کمپیوٹر کو استعمال کرنا، ویب سائٹ کو استعمال کرنا۔ لوگوں تک اللہ کا پیغام پہنچانا، Modern Communication کے ذریعے سے۔</w:t>
      </w:r>
    </w:p>
    <w:p>
      <w:r>
        <w:rPr>
          <w:b/>
        </w:rPr>
        <w:t xml:space="preserve">[27:22] </w:t>
      </w:r>
      <w:r>
        <w:t>yani khud hi khud hamari taraf se koi in ko Direction nahi hai. hamari taraf se koi in ko koi Organization nahi, koi Control nahi, koi Central Authority nahi.</w:t>
      </w:r>
    </w:p>
    <w:p>
      <w:pPr>
        <w:jc w:val="right"/>
      </w:pPr>
      <w:r>
        <w:t>یعنی خود ہی خود ہماری طرف سے کوئی ان کو Direction نہیں ہے۔ ہماری طرف سے کوئی ان کو کوئی Organization نہیں، کوئی Control نہیں، کوئی Central Authority نہیں۔</w:t>
      </w:r>
    </w:p>
    <w:p>
      <w:r>
        <w:rPr>
          <w:b/>
        </w:rPr>
        <w:t xml:space="preserve">[27:34] </w:t>
      </w:r>
      <w:r>
        <w:t>aur log hero bane hue hain.</w:t>
      </w:r>
    </w:p>
    <w:p>
      <w:pPr>
        <w:jc w:val="right"/>
      </w:pPr>
      <w:r>
        <w:t>اور لوگ ہیرو بنے ہوئے ہیں۔</w:t>
      </w:r>
    </w:p>
    <w:p>
      <w:r>
        <w:rPr>
          <w:b/>
        </w:rPr>
        <w:t xml:space="preserve">[27:40] </w:t>
      </w:r>
      <w:r>
        <w:t>ek aadmi hero bana hua hai. abhi hamare ek saathi gaye Iceland. wahan bhi wahi da'wati kaam kar rahe hain.</w:t>
      </w:r>
    </w:p>
    <w:p>
      <w:pPr>
        <w:jc w:val="right"/>
      </w:pPr>
      <w:r>
        <w:t>ایک آدمی ہیرو بنا ہوا ہے۔ ابھی ہمارے ایک ساتھی گئے آئس لینڈ۔ وہاں بھی وہی دعوتی کام کر رہے ہیں۔</w:t>
      </w:r>
    </w:p>
    <w:p>
      <w:r>
        <w:rPr>
          <w:b/>
        </w:rPr>
        <w:t xml:space="preserve">[27:49] </w:t>
      </w:r>
      <w:r>
        <w:t>ek aur saathi gaye ek aur mulk mein. wahan bhi da'wati kaam kar rahe hain. yani har aadmi jaise yani hero bana hua hai, Active hai.</w:t>
      </w:r>
    </w:p>
    <w:p>
      <w:pPr>
        <w:jc w:val="right"/>
      </w:pPr>
      <w:r>
        <w:t>ایک اور ساتھی گئے ایک اور ملک میں۔ وہاں بھی دعوتی کام کر رہے ہیں۔ یعنی ہر آدمی جیسے یعنی ہیرو بنا ہوا ہے، Active ہے۔</w:t>
      </w:r>
    </w:p>
    <w:p>
      <w:r>
        <w:rPr>
          <w:b/>
        </w:rPr>
        <w:t xml:space="preserve">[27:59] </w:t>
      </w:r>
      <w:r>
        <w:t>to mein ne socha ke kaise aisa hai? ek hi lafz is ka jawab hai: Paradise. har aadmi ke dimagh mein yeh basa hua hai: dua work karoge to Paradise milegi.</w:t>
      </w:r>
    </w:p>
    <w:p>
      <w:pPr>
        <w:jc w:val="right"/>
      </w:pPr>
      <w:r>
        <w:t>تو میں نے سوچا کہ کیسے ایسا ہے؟ ایک ہی لفظ اس کا جواب ہے: Paradise۔ ہر آدمی کے دماغ میں یہ بسا ہوا ہے: دعا ورک کرو گے تو Paradise ملے گی۔</w:t>
      </w:r>
    </w:p>
    <w:p>
      <w:r>
        <w:rPr>
          <w:b/>
        </w:rPr>
        <w:t xml:space="preserve">[28:12] </w:t>
      </w:r>
      <w:r>
        <w:t>yani dua work leads to Paradise. to bas woh hero ban gaya hai woh. to Paradise ka jo Concept hai, sab se bara Incentive deta hai.</w:t>
      </w:r>
    </w:p>
    <w:p>
      <w:pPr>
        <w:jc w:val="right"/>
      </w:pPr>
      <w:r>
        <w:t>یعنی دعا ورک Leads to Paradise۔ تو بس وہ ہیرو بن گیا ہے وہ۔ تو Paradise کا جو Concept ہے، سب سے بڑا Incentive دیتا ہے۔</w:t>
      </w:r>
    </w:p>
    <w:p>
      <w:r>
        <w:rPr>
          <w:b/>
        </w:rPr>
        <w:t xml:space="preserve">[28:25] </w:t>
      </w:r>
      <w:r>
        <w:t>aap kuch mat kijiye, logon ke dimagh mein Paradise bhar dijiye. bas woh hero ban jayenge. to hamara jo dua work hai, jo da'wati Mission hai, jo paigham ko pahunchane ka muamla hai,</w:t>
      </w:r>
    </w:p>
    <w:p>
      <w:pPr>
        <w:jc w:val="right"/>
      </w:pPr>
      <w:r>
        <w:t>آپ کچھ مت کیجئے، لوگوں کے دماغ میں Paradise بھر دیجئے۔ بس وہ ہیرو بن جائیں گے۔ تو ہمارا جو دعا ورک ہے، جو دعوتی Mission ہے، جو پیغام کو پہنچانے کا معاملہ ہے،</w:t>
      </w:r>
    </w:p>
    <w:p>
      <w:r>
        <w:rPr>
          <w:b/>
        </w:rPr>
        <w:t xml:space="preserve">[28:43] </w:t>
      </w:r>
      <w:r>
        <w:t>to log is ko khud hi khud kar rahe hain. khud hi khud sochte hain, khud hi khud naqsha banate hain, khud hi khud Contact karte hain.</w:t>
      </w:r>
    </w:p>
    <w:p>
      <w:pPr>
        <w:jc w:val="right"/>
      </w:pPr>
      <w:r>
        <w:t>تو لوگ اس کو خود ہی خود کر رہے ہیں۔ خود ہی خود سوچتے ہیں، خود ہی خود نقشہ بناتے ہیں، خود ہی خود Contact کرتے ہیں۔</w:t>
      </w:r>
    </w:p>
    <w:p>
      <w:r>
        <w:rPr>
          <w:b/>
        </w:rPr>
        <w:t xml:space="preserve">[28:54] </w:t>
      </w:r>
      <w:r>
        <w:t>yani Literature ke zariye, computer ke zariye, Internet ke zariye, website ke zariye. aur pata nahi kitne kitne zariye se.</w:t>
      </w:r>
    </w:p>
    <w:p>
      <w:pPr>
        <w:jc w:val="right"/>
      </w:pPr>
      <w:r>
        <w:t>یعنی Literature کے ذریعے، کمپیوٹر کے ذریعے، Internet کے ذریعے، ویب سائٹ کے ذریعے۔ اور پتہ نہیں کتنے کتنے ذریعے سے۔</w:t>
      </w:r>
    </w:p>
    <w:p>
      <w:r>
        <w:rPr>
          <w:b/>
        </w:rPr>
        <w:t xml:space="preserve">[29:06] </w:t>
      </w:r>
      <w:r>
        <w:t>meri taraf se koi direction nahi, meri taraf se koi organization nahi, meri taraf se koi koi central authority nahi, kuch bhi nahi. khud hi khud kar rahe hain.</w:t>
      </w:r>
    </w:p>
    <w:p>
      <w:pPr>
        <w:jc w:val="right"/>
      </w:pPr>
      <w:r>
        <w:t>میری طرف سے کوئی Direction نہیں، میری طرف سے کوئی Organization نہیں، میری طرف سے کوئی کوئی Central Authority نہیں، کچھ بھی نہیں۔ خود ہی خود کر رہے ہیں۔</w:t>
      </w:r>
    </w:p>
    <w:p>
      <w:r>
        <w:rPr>
          <w:b/>
        </w:rPr>
        <w:t xml:space="preserve">[29:16] </w:t>
      </w:r>
      <w:r>
        <w:t>kaise? paradise ke concept mein in ko bilkul active kar rakha hai, active. ke dua work karoge to paradise milegi.</w:t>
      </w:r>
    </w:p>
    <w:p>
      <w:pPr>
        <w:jc w:val="right"/>
      </w:pPr>
      <w:r>
        <w:t>کیسے؟ Paradise کے Concept میں ان کو بالکل Active کر رکھا ہے، Active۔ کہ دعا ورک کرو گے تو Paradise ملے گی۔</w:t>
      </w:r>
    </w:p>
    <w:p>
      <w:r>
        <w:rPr>
          <w:b/>
        </w:rPr>
        <w:t xml:space="preserve">[29:26] </w:t>
      </w:r>
      <w:r>
        <w:t>yeh bara anokha mujhe aik discovery hui. bohat anokhi discovery hui. kyunke hamare mission mein aap jante hain ke sara focus paradise par hota hai.</w:t>
      </w:r>
    </w:p>
    <w:p>
      <w:pPr>
        <w:jc w:val="right"/>
      </w:pPr>
      <w:r>
        <w:t>یہ بڑا انوکھا مجھے ایک Discovery ہوئی۔ بہت انوکھی Discovery ہوئی۔ کیونکہ ہمارے Mission میں آپ جانتے ہیں کہ سارا Focus Paradise پر ہوتا ہے۔</w:t>
      </w:r>
    </w:p>
    <w:p>
      <w:r>
        <w:rPr>
          <w:b/>
        </w:rPr>
        <w:t xml:space="preserve">[29:40] </w:t>
      </w:r>
      <w:r>
        <w:t>hamare mission mein sara, yeh kitab hai: "road to paradise". koi bhi kitab parhein aap is mission ki, sab mein aap dekhenge ke bas paradise par focus hai.</w:t>
      </w:r>
    </w:p>
    <w:p>
      <w:pPr>
        <w:jc w:val="right"/>
      </w:pPr>
      <w:r>
        <w:t>ہمارے Mission میں سارا، یہ کتاب ہے: "Road to Paradise"۔ کوئی بھی کتاب پڑھیں آپ اس Mission کی، سب میں آپ دیکھیں گے کہ بس Paradise پر Focus ہے۔</w:t>
      </w:r>
    </w:p>
    <w:p>
      <w:r>
        <w:rPr>
          <w:b/>
        </w:rPr>
        <w:t xml:space="preserve">[29:54] </w:t>
      </w:r>
      <w:r>
        <w:t>is cheez ne logon ko bilkul hero bana rakha hai, hero. to yeh yeh meri yani bohat hi latest discovery hai ke paradise is the greatest.</w:t>
      </w:r>
    </w:p>
    <w:p>
      <w:pPr>
        <w:jc w:val="right"/>
      </w:pPr>
      <w:r>
        <w:t>اس چیز نے لوگوں کو بالکل ہیرو بنا رکھا ہے، ہیرو۔ تو یہ یہ میری یعنی بہت ہی Latest Discovery ہے کہ Paradise is the greatest۔</w:t>
      </w:r>
    </w:p>
    <w:p>
      <w:r>
        <w:rPr>
          <w:b/>
        </w:rPr>
        <w:t xml:space="preserve">[30:08] </w:t>
      </w:r>
      <w:r>
        <w:t>paradise you gives you the greatest incentive. paradise aap ke andar sab se bara muharrik paida karta hai.</w:t>
      </w:r>
    </w:p>
    <w:p>
      <w:pPr>
        <w:jc w:val="right"/>
      </w:pPr>
      <w:r>
        <w:t>Paradise you gives you the greatest incentive۔ Paradise آپ کے اندر سب سے بڑا محرک پیدا کرتا ہے۔</w:t>
      </w:r>
    </w:p>
    <w:p>
      <w:r>
        <w:rPr>
          <w:b/>
        </w:rPr>
        <w:t xml:space="preserve">[30:18] </w:t>
      </w:r>
      <w:r>
        <w:t>aap ko hero bana deta hai. to kaisi ajeeb cheez hai yeh.</w:t>
      </w:r>
    </w:p>
    <w:p>
      <w:pPr>
        <w:jc w:val="right"/>
      </w:pPr>
      <w:r>
        <w:t>آپ کو ہیرو بنا دیتا ہے۔ تو کیسی عجیب چیز ہے یہ۔</w:t>
      </w:r>
    </w:p>
    <w:p>
      <w:r>
        <w:rPr>
          <w:b/>
        </w:rPr>
        <w:t xml:space="preserve">[30:26] </w:t>
      </w:r>
      <w:r>
        <w:t>yani hamare paas na koi membership hai, na koi register hai. kuch bhi nahi hai hamare paas is qism ka jis ko hum kehte hain organization.</w:t>
      </w:r>
    </w:p>
    <w:p>
      <w:pPr>
        <w:jc w:val="right"/>
      </w:pPr>
      <w:r>
        <w:t>یعنی ہمارے پاس نہ کوئی Membership ہے، نہ کوئی Register ہے۔ کچھ بھی نہیں ہے ہمارے پاس اس قسم کا جس کو ہم کہتے ہیں Organization۔</w:t>
      </w:r>
    </w:p>
    <w:p>
      <w:r>
        <w:rPr>
          <w:b/>
        </w:rPr>
        <w:t xml:space="preserve">[30:38] </w:t>
      </w:r>
      <w:r>
        <w:t>organization ke naam se jo kaam hote hain idhar udhar, woh hamare paas kuch bhi nahi hai. koi central authority bhi nahi. kuch bhi nahi.</w:t>
      </w:r>
    </w:p>
    <w:p>
      <w:pPr>
        <w:jc w:val="right"/>
      </w:pPr>
      <w:r>
        <w:t>Organization کے نام سے جو کام ہوتے ہیں ادھر ادھر، وہ ہمارے پاس کچھ بھی نہیں ہے۔ کوئی Central Authority بھی نہیں۔ کچھ بھی نہیں۔</w:t>
      </w:r>
    </w:p>
    <w:p>
      <w:r>
        <w:rPr>
          <w:b/>
        </w:rPr>
        <w:t xml:space="preserve">[30:48] </w:t>
      </w:r>
      <w:r>
        <w:t>lekin jo jo aadmi jure hue hain, woh khud hi apne dakhli, apne khud internal jazbe ke tehat jahan hain wahan par hero bane hue hain.</w:t>
      </w:r>
    </w:p>
    <w:p>
      <w:pPr>
        <w:jc w:val="right"/>
      </w:pPr>
      <w:r>
        <w:t>لیکن جو جو آدمی جڑے ہوئے ہیں، وہ خود ہی اپنے داخلی، اپنے خود Internal جذبے کے تحت جہاں ہیں وہاں پر ہیرو بنے ہوئے ہیں۔</w:t>
      </w:r>
    </w:p>
    <w:p>
      <w:r>
        <w:rPr>
          <w:b/>
        </w:rPr>
        <w:t xml:space="preserve">[31:01] </w:t>
      </w:r>
      <w:r>
        <w:t>apna paisa kharch karte hain, apni jaan kharch karte hain, apna waqt kharch karte hain. is se is tajrube se mujhe aik ayat samajh mein aayi. quran mein hai surah tuaba mein: "inna allaha ashtara minal momineena anfusahum wa amwalahum bi jannatin".</w:t>
      </w:r>
    </w:p>
    <w:p>
      <w:pPr>
        <w:jc w:val="right"/>
      </w:pPr>
      <w:r>
        <w:t>اپنا پیسہ خرچ کرتے ہیں، اپنی جان خرچ کرتے ہیں، اپنا وقت خرچ کرتے ہیں۔ اس سے اس تجربے سے مجھے ایک آیت سمجھ میں آئی۔ قرآن میں ہے سورۃ التوبہ میں: "إِنَّ اللَّهَ اَشْتَرَعَ مِنَ الْمُؤْمِنِينَ أَنْفَسَهُمْ وَأَمَّالُهُمْ بَنَّ وَجَنَّةً"۔</w:t>
      </w:r>
    </w:p>
    <w:p>
      <w:r>
        <w:rPr>
          <w:b/>
        </w:rPr>
        <w:t xml:space="preserve">[31:20] </w:t>
      </w:r>
      <w:r>
        <w:t>allah ne, is ka tarjuma yeh hai, is ka translation: allah ne khareed liya hai momineen se un ka jaan aur maal.</w:t>
      </w:r>
    </w:p>
    <w:p>
      <w:pPr>
        <w:jc w:val="right"/>
      </w:pPr>
      <w:r>
        <w:t>اللہ نے، اس کا ترجمہ یہ ہے، اس کا Translation: اللہ نے خرید لیا ہے مومنین سے ان کا جان اور مال۔</w:t>
      </w:r>
    </w:p>
    <w:p>
      <w:r>
        <w:rPr>
          <w:b/>
        </w:rPr>
        <w:t xml:space="preserve">[31:32] </w:t>
      </w:r>
      <w:r>
        <w:t>kyunke un ke liye jannat hai. dekhiye, mein aik baat arz kaha karta hoon ke quran mein jo usloob hota hai, to us ke lafzon ke mawara haqiqatein hoti hain.</w:t>
      </w:r>
    </w:p>
    <w:p>
      <w:pPr>
        <w:jc w:val="right"/>
      </w:pPr>
      <w:r>
        <w:t>کیونکہ ان کے لیے جنت ہے۔ دیکھئے، میں ایک بات عرض کہا کرتا ہوں کہ قرآن میں جو اسلوب ہوتا ہے، تو اس کے لفظوں کے ماوراء حقیقتیں ہوتی ہیں۔</w:t>
      </w:r>
    </w:p>
    <w:p>
      <w:r>
        <w:rPr>
          <w:b/>
        </w:rPr>
        <w:t xml:space="preserve">[31:46] </w:t>
      </w:r>
      <w:r>
        <w:t>isi liye hadith mein aata hai ke: "likulli aayatin minha zahr wa batr". agar aap sirf lafzon mein atke rahein to baat mein jo gehrai hai, woh aap pakad nahi payenge.</w:t>
      </w:r>
    </w:p>
    <w:p>
      <w:pPr>
        <w:jc w:val="right"/>
      </w:pPr>
      <w:r>
        <w:t>اسی لیے حدیث میں آتا ہے کہ: "لِكُلْ آَيَةٍ مِنَّهَا ظَهْرٌ وَبَطْرٌ"۔ اگر آپ صرف لفظوں میں اٹکے رہیں تو بات میں جو گہرائی ہے، وہ آپ پکڑ نہیں پائیں گے۔</w:t>
      </w:r>
    </w:p>
    <w:p>
      <w:r>
        <w:rPr>
          <w:b/>
        </w:rPr>
        <w:t xml:space="preserve">[31:58] </w:t>
      </w:r>
      <w:r>
        <w:t>to dekhiye, bazahir to yeh kaha gaya hai is mein ke allah ne khareed liya hai momin se un ki jaan aur maal. jannat ke ewaz mein. lekin kya koi kharidari ka muamla hota hai?</w:t>
      </w:r>
    </w:p>
    <w:p>
      <w:pPr>
        <w:jc w:val="right"/>
      </w:pPr>
      <w:r>
        <w:t>تو دیکھئے، بظاہر تو یہ کہا گیا ہے اس میں کہ اللہ نے خرید لیا ہے مومن سے ان کی جان اور مال۔ جنت کے عوض میں۔ لیکن کیا کوئی خریداری کا معاملہ ہوتا ہے؟</w:t>
      </w:r>
    </w:p>
    <w:p>
      <w:r>
        <w:rPr>
          <w:b/>
        </w:rPr>
        <w:t xml:space="preserve">[32:08] </w:t>
      </w:r>
      <w:r>
        <w:t>kya koi farishta aata hai aur momin se khareed leta hai? koi koi shopping market hai kahin? aisa kuch bhi nahi.</w:t>
      </w:r>
    </w:p>
    <w:p>
      <w:pPr>
        <w:jc w:val="right"/>
      </w:pPr>
      <w:r>
        <w:t>کیا کوئی فرشتہ آتا ہے اور مومن سے خرید لیتا ہے؟ کوئی کوئی شاپنگ مارکیٹ ہے کہیں؟ ایسا کچھ بھی نہیں۔</w:t>
      </w:r>
    </w:p>
    <w:p>
      <w:r>
        <w:rPr>
          <w:b/>
        </w:rPr>
        <w:t xml:space="preserve">[32:18] </w:t>
      </w:r>
      <w:r>
        <w:t>koi farishta nahi aata. is ka matlab aap lafzon ko badlein to aap ko samajh mein aayega. is ka matlab yeh hai ke aik shakhs jis ko iman ki discovery ho gayi, iman ka shaoor mil gaya,</w:t>
      </w:r>
    </w:p>
    <w:p>
      <w:pPr>
        <w:jc w:val="right"/>
      </w:pPr>
      <w:r>
        <w:t>کوئی فرشتہ نہیں آتا۔ اس کا مطلب آپ لفظوں کو بدلیں تو آپ کو سمجھ میں آئے گا۔ اس کا مطلب یہ ہے کہ ایک شخص جس کو ایمان کی Discovery ہو گئی، ایمان کا شعور مل گیا،</w:t>
      </w:r>
    </w:p>
    <w:p>
      <w:r>
        <w:rPr>
          <w:b/>
        </w:rPr>
        <w:t xml:space="preserve">[32:34] </w:t>
      </w:r>
      <w:r>
        <w:t>allah par yaqeen aagaya, to kya hota hai is ke baad? paradise is ka goal ban jati hai. jannat is ka goal ban jati hai.</w:t>
      </w:r>
    </w:p>
    <w:p>
      <w:pPr>
        <w:jc w:val="right"/>
      </w:pPr>
      <w:r>
        <w:t>اللہ پر یقین آگیا، تو کیا ہوتا ہے اس کے بعد؟ Paradise اس کا Goal بن جاتی ہے۔ جنت اس کا Goal بن جاتی ہے۔</w:t>
      </w:r>
    </w:p>
    <w:p>
      <w:r>
        <w:rPr>
          <w:b/>
        </w:rPr>
        <w:t xml:space="preserve">[32:46] </w:t>
      </w:r>
      <w:r>
        <w:t>aur phir kya hota hai? yani allah ke cause ke liye, allah ke mission ke liye, woh apni jaan aur maal ko jhonk deta hai.</w:t>
      </w:r>
    </w:p>
    <w:p>
      <w:pPr>
        <w:jc w:val="right"/>
      </w:pPr>
      <w:r>
        <w:t>اور پھر کیا ہوتا ہے؟ یعنی اللہ کے Cause کے لیے، اللہ کے Mission کے لیے، وہ اپنی جان اور مال کو جھونک دیتا ہے۔</w:t>
      </w:r>
    </w:p>
    <w:p>
      <w:r>
        <w:rPr>
          <w:b/>
        </w:rPr>
        <w:t xml:space="preserve">[32:57] </w:t>
      </w:r>
      <w:r>
        <w:t>yani apni jaan aur maal ke sath allah ke mission mein apne aap ko jhonk deta hai. kyun? jannat paane ke liye. yeh matlab hai is ayat ka.</w:t>
      </w:r>
    </w:p>
    <w:p>
      <w:pPr>
        <w:jc w:val="right"/>
      </w:pPr>
      <w:r>
        <w:t>یعنی اپنی جان اور مال کے ساتھ اللہ کے Mission میں اپنے آپ کو جھونک دیتا ہے۔ کیوں؟ جنت پانے کے لیے۔ یہ مطلب ہے اس آیت کا۔</w:t>
      </w:r>
    </w:p>
    <w:p>
      <w:r>
        <w:rPr>
          <w:b/>
        </w:rPr>
        <w:t xml:space="preserve">[33:09] </w:t>
      </w:r>
      <w:r>
        <w:t>koi kharidari ka muamla nahi hai yeh. yeh khud momin ke faisle ka muamla hai.</w:t>
      </w:r>
    </w:p>
    <w:p>
      <w:pPr>
        <w:jc w:val="right"/>
      </w:pPr>
      <w:r>
        <w:t>کوئی خریداری کا معاملہ نہیں ہے یہ۔ یہ خود مومن کے فیصلے کا معاملہ ہے۔</w:t>
      </w:r>
    </w:p>
    <w:p>
      <w:r>
        <w:rPr>
          <w:b/>
        </w:rPr>
        <w:t xml:space="preserve">[33:19] </w:t>
      </w:r>
      <w:r>
        <w:t>to is ka matlab yeh hai ke jo shakhs allah ko pa le, allah ko daryaft kar le, to sath sath woh jannat ko daryaft karega woh.</w:t>
      </w:r>
    </w:p>
    <w:p>
      <w:pPr>
        <w:jc w:val="right"/>
      </w:pPr>
      <w:r>
        <w:t>تو اس کا مطلب یہ ہے کہ جو شخص اللہ کو پا لے، اللہ کو دریافت کر لے، تو ساتھ ساتھ وہ جنت کو دریافت کرے گا وہ۔</w:t>
      </w:r>
    </w:p>
    <w:p>
      <w:r>
        <w:rPr>
          <w:b/>
        </w:rPr>
        <w:t xml:space="preserve">[33:33] </w:t>
      </w:r>
      <w:r>
        <w:t>allah ki daryaft ke sath sath jannat ki daryaft juri hui hai. to jab jannat ki daryaft karta hai woh, to use lagta hai ke yeh hai sab se bara goal.</w:t>
      </w:r>
    </w:p>
    <w:p>
      <w:pPr>
        <w:jc w:val="right"/>
      </w:pPr>
      <w:r>
        <w:t>اللہ کی دریافت کے ساتھ ساتھ جنت کی دریافت جڑی ہوئی ہے۔ تو جب جنت کی دریافت کرتا ہے وہ، تو اسے لگتا ہے کہ یہ ہے سب سے بڑا Goal۔</w:t>
      </w:r>
    </w:p>
    <w:p>
      <w:r>
        <w:rPr>
          <w:b/>
        </w:rPr>
        <w:t xml:space="preserve">[33:43] </w:t>
      </w:r>
      <w:r>
        <w:t>libis lahatha fal ya'malil a'malun. yeh hai sab se bara goal. to phir woh apni jaan aur maal ko jhonk deta hai isi rastay mein.</w:t>
      </w:r>
    </w:p>
    <w:p>
      <w:pPr>
        <w:jc w:val="right"/>
      </w:pPr>
      <w:r>
        <w:t>لِبِسْ لَهٰذَا فَالْيَعْمِلِ الْعَامِلُونَ۔ یہ ہے سب سے بڑا Goal۔ تو پھر وہ اپنی جان اور مال کو جھونک دیتا ہے اسی راستے میں۔</w:t>
      </w:r>
    </w:p>
    <w:p>
      <w:r>
        <w:rPr>
          <w:b/>
        </w:rPr>
        <w:t xml:space="preserve">[33:55] </w:t>
      </w:r>
      <w:r>
        <w:t>allah ke cause ke liye, allah ke mission ke liye, dawat ilal allah ke liye. yeh allah ke fazl se hamare cps mein dikhai de raha hai.</w:t>
      </w:r>
    </w:p>
    <w:p>
      <w:pPr>
        <w:jc w:val="right"/>
      </w:pPr>
      <w:r>
        <w:t>اللہ کے Cause کے لیے، اللہ کے Mission کے لیے، دعوت الی اللہ کے لیے۔ یہ اللہ کے فضل سے ہمارے CPS میں دکھائی دے رہا ہے۔</w:t>
      </w:r>
    </w:p>
    <w:p>
      <w:r>
        <w:rPr>
          <w:b/>
        </w:rPr>
        <w:t xml:space="preserve">[34:05] </w:t>
      </w:r>
      <w:r>
        <w:t>keh log khud hi khud harkat mein hain, khud hi khud bilkul yaani raat din isi ko sochte hain.</w:t>
      </w:r>
    </w:p>
    <w:p>
      <w:pPr>
        <w:jc w:val="right"/>
      </w:pPr>
      <w:r>
        <w:t>کہ لوگ خود ہی خود حرکت میں ہیں، خود ہی خود بالکل یعنی رات دن اسی کو سوچتے ہیں۔</w:t>
      </w:r>
    </w:p>
    <w:p>
      <w:r>
        <w:rPr>
          <w:b/>
        </w:rPr>
        <w:t xml:space="preserve">[34:18] </w:t>
      </w:r>
      <w:r>
        <w:t>mere paas ek telephone aaya ek sahab ka, woh America mein rehte hain. unki biwi ka. kaha unki biwi ne kaha ke aap ne kya phoonk diya hai ke woh jaate hain Job ke liye kuch ghante.</w:t>
      </w:r>
    </w:p>
    <w:p>
      <w:pPr>
        <w:jc w:val="right"/>
      </w:pPr>
      <w:r>
        <w:t>میرے پاس ایک ٹیلی فون آیا ایک صاحب کا، وہ امریکہ میں رہتے ہیں۔ ان کی بیوی کا۔ کہا ان کی بیوی نے کہا کہ آپ نے کیا پھونک دیا ہے کہ وہ جاتے ہیں Job کے لیے کچھ گھنٹے۔</w:t>
      </w:r>
    </w:p>
    <w:p>
      <w:r>
        <w:rPr>
          <w:b/>
        </w:rPr>
        <w:t xml:space="preserve">[34:32] </w:t>
      </w:r>
      <w:r>
        <w:t>is ke baad Job jaane se pehle, Job jaane ke baad woh computer par rehte hain aur khali wohi kaam karte hain. yaani dawat ka.</w:t>
      </w:r>
    </w:p>
    <w:p>
      <w:pPr>
        <w:jc w:val="right"/>
      </w:pPr>
      <w:r>
        <w:t>اس کے بعد Job جانے سے پہلے، Job جانے کے بعد وہ کمپیوٹر پر رہتے ہیں اور خالی وہی کام کرتے ہیں۔ یعنی دعوت کا۔</w:t>
      </w:r>
    </w:p>
    <w:p>
      <w:r>
        <w:rPr>
          <w:b/>
        </w:rPr>
        <w:t xml:space="preserve">[34:45] </w:t>
      </w:r>
      <w:r>
        <w:t>dawat ka kaam bas. aur kuch unka, unka bachchon se matlab hai, na biwi se matlab hai, na ghar se matlab hai. na aamdani barhane se matlab hai. toh unhone kaha aap ne kya phoonk diya hai?</w:t>
      </w:r>
    </w:p>
    <w:p>
      <w:pPr>
        <w:jc w:val="right"/>
      </w:pPr>
      <w:r>
        <w:t>دعوت کا کام بس۔ اور کچھ ان کا، ان کا بچوں سے مطلب ہے، نہ بیوی سے مطلب ہے، نہ گھر سے مطلب ہے۔ نہ آمدنی بڑھانے سے مطلب ہے۔ تو انہوں نے کہا آپ نے کیا پھونک دیا ہے؟</w:t>
      </w:r>
    </w:p>
    <w:p>
      <w:r>
        <w:rPr>
          <w:b/>
        </w:rPr>
        <w:t xml:space="preserve">[34:57] </w:t>
      </w:r>
      <w:r>
        <w:t>keh unko kisi se matlab hi nahi hai siwaye is ke ke woh Literature hai, computer hai aur dawat hai, bas isi mein raat din mashghool hain woh.</w:t>
      </w:r>
    </w:p>
    <w:p>
      <w:pPr>
        <w:jc w:val="right"/>
      </w:pPr>
      <w:r>
        <w:t>کہ ان کو کسی سے مطلب ہی نہیں ہے سوائے اس کے کہ وہ Literature ہے، کمپیوٹر ہے اور دعوت ہے، بس اسی میں رات دن مشغول ہیں وہ۔</w:t>
      </w:r>
    </w:p>
    <w:p>
      <w:r>
        <w:rPr>
          <w:b/>
        </w:rPr>
        <w:t xml:space="preserve">[35:07] </w:t>
      </w:r>
      <w:r>
        <w:t>toh maine kaha kuch nahi phoonka hai, unko ek Discovery ho gayi ke Paradise milegi da'wati Mission ke zariye se. bas.</w:t>
      </w:r>
    </w:p>
    <w:p>
      <w:pPr>
        <w:jc w:val="right"/>
      </w:pPr>
      <w:r>
        <w:t>تو میں نے کہا کچھ نہیں پھونکا ہے، ان کو ایک Discovery ہو گئی کہ Paradise ملے گی دعوتی Mission کے ذریعے سے۔ بس۔</w:t>
      </w:r>
    </w:p>
    <w:p>
      <w:r>
        <w:rPr>
          <w:b/>
        </w:rPr>
        <w:t xml:space="preserve">[35:16] </w:t>
      </w:r>
      <w:r>
        <w:t>is ne unhein hero bana diya hai.</w:t>
      </w:r>
    </w:p>
    <w:p>
      <w:pPr>
        <w:jc w:val="right"/>
      </w:pPr>
      <w:r>
        <w:t>اس نے انہیں ہیرو بنا دیا ہے۔</w:t>
      </w:r>
    </w:p>
    <w:p>
      <w:r>
        <w:rPr>
          <w:b/>
        </w:rPr>
        <w:t xml:space="preserve">[35:23] </w:t>
      </w:r>
      <w:r>
        <w:t>toh yeh hai Miracle Paradise ka.</w:t>
      </w:r>
    </w:p>
    <w:p>
      <w:pPr>
        <w:jc w:val="right"/>
      </w:pPr>
      <w:r>
        <w:t>تو یہ ہے Miracle Paradise کا۔</w:t>
      </w:r>
    </w:p>
    <w:p>
      <w:r>
        <w:rPr>
          <w:b/>
        </w:rPr>
        <w:t xml:space="preserve">[35:30] </w:t>
      </w:r>
      <w:r>
        <w:t>yeh hai Miracle Paradise ka.</w:t>
      </w:r>
    </w:p>
    <w:p>
      <w:pPr>
        <w:jc w:val="right"/>
      </w:pPr>
      <w:r>
        <w:t>یہ ہے Miracle Paradise کا۔</w:t>
      </w:r>
    </w:p>
    <w:p>
      <w:r>
        <w:rPr>
          <w:b/>
        </w:rPr>
        <w:t xml:space="preserve">[35:36] </w:t>
      </w:r>
      <w:r>
        <w:t>aaj kal jo aap dekhte hain hangama, sadkon par hangama, jalsay gaon mein hangama, yaani Stage Activism, Street Activism, taqreer Activism, yaani yahi sab hangama hi hangama har taraf hai.</w:t>
      </w:r>
    </w:p>
    <w:p>
      <w:pPr>
        <w:jc w:val="right"/>
      </w:pPr>
      <w:r>
        <w:t>آج کل جو آپ دیکھتے ہیں ہنگامہ، سڑکوں پر ہنگامہ، جلسے گاؤں میں ہنگامہ، یعنی Stage Activism، Street Activism، تقریر Activism، یعنی یہی سب ہنگامہ ہی ہنگامہ ہر طرف ہے۔</w:t>
      </w:r>
    </w:p>
    <w:p>
      <w:r>
        <w:rPr>
          <w:b/>
        </w:rPr>
        <w:t xml:space="preserve">[35:50] </w:t>
      </w:r>
      <w:r>
        <w:t>aur nateeja kuch nahi, nateeja zero. jab tak log wahan hain jalsay mein, hangamay mein hain, tab toh naare lagate hain, taaliyan bajate hain. ghar gaye toh qissa khatam.</w:t>
      </w:r>
    </w:p>
    <w:p>
      <w:pPr>
        <w:jc w:val="right"/>
      </w:pPr>
      <w:r>
        <w:t>اور نتیجہ کچھ نہیں، نتیجہ صفر۔ جب تک لوگ وہاں ہیں جلسے میں، ہنگامے میں ہیں، تب تو نعرے لگاتے ہیں، تالیاں بجاتے ہیں۔ گھر گئے تو قصہ ختم۔</w:t>
      </w:r>
    </w:p>
    <w:p>
      <w:r>
        <w:rPr>
          <w:b/>
        </w:rPr>
        <w:t xml:space="preserve">[36:00] </w:t>
      </w:r>
      <w:r>
        <w:t>kyun? logon ke saamne is tarah ka koi Goal nahi hai. jo unhein andar se mutharrik kar de. yaani doosron ko dekhiye, do qism ki tehreekein hoti hain.</w:t>
      </w:r>
    </w:p>
    <w:p>
      <w:pPr>
        <w:jc w:val="right"/>
      </w:pPr>
      <w:r>
        <w:t>کیوں؟ لوگوں کے سامنے اس طرح کا کوئی Goal نہیں ہے۔ جو انہیں اندر سے متحرک کر دے۔ یعنی دوسروں کو دیکھئے، دو قسم کی تحریکیں ہوتی ہیں۔</w:t>
      </w:r>
    </w:p>
    <w:p>
      <w:r>
        <w:rPr>
          <w:b/>
        </w:rPr>
        <w:t xml:space="preserve">[36:11] </w:t>
      </w:r>
      <w:r>
        <w:t>ek hai doosron ke khilaaf. doosron ke khilaaf. is mein khud bheed akhatta hoti hai. kyunke saara jo nishana tha woh doosre log hote hain.</w:t>
      </w:r>
    </w:p>
    <w:p>
      <w:pPr>
        <w:jc w:val="right"/>
      </w:pPr>
      <w:r>
        <w:t>ایک ہے دوسروں کے خلاف۔ دوسروں کے خلاف۔ اس میں خود بھیڑ اکٹھا ہوتی ہے۔ کیونکہ سارا جو نشانہ تھا وہ دوسرے لوگ ہوتے ہیں۔</w:t>
      </w:r>
    </w:p>
    <w:p>
      <w:r>
        <w:rPr>
          <w:b/>
        </w:rPr>
        <w:t xml:space="preserve">[36:22] </w:t>
      </w:r>
      <w:r>
        <w:t>tum Corrupt ho. tum bure ho. toh tum saare Evil phaila rakhe ho. yaani doosron ko bura kehna.</w:t>
      </w:r>
    </w:p>
    <w:p>
      <w:pPr>
        <w:jc w:val="right"/>
      </w:pPr>
      <w:r>
        <w:t>تم Corrupt ہو۔ تم برے ہو۔ تو تم سارے Evil پھیلا رکھے ہو۔ یعنی دوسروں کو برا کہنا۔</w:t>
      </w:r>
    </w:p>
    <w:p>
      <w:r>
        <w:rPr>
          <w:b/>
        </w:rPr>
        <w:t xml:space="preserve">[36:33] </w:t>
      </w:r>
      <w:r>
        <w:t>is ke khilaaf taqreerein ho rahi hain. doosron ke khilaaf naare lag rahe hain. lekin woh wahi tak hota hai jahan tak jalsa ho raha hai.</w:t>
      </w:r>
    </w:p>
    <w:p>
      <w:pPr>
        <w:jc w:val="right"/>
      </w:pPr>
      <w:r>
        <w:t>اس کے خلاف تقریریں ہو رہی ہیں۔ دوسروں کے خلاف نعرے لگ رہے ہیں۔ لیکن وہ وہی تک ہوتا ہے جہاں تک جلسہ ہو رہا ہے۔</w:t>
      </w:r>
    </w:p>
    <w:p>
      <w:r>
        <w:rPr>
          <w:b/>
        </w:rPr>
        <w:t xml:space="preserve">[36:41] </w:t>
      </w:r>
      <w:r>
        <w:t>is ke bahar nikle toh kuch bhi nahi, kuch bhi nahi, kuch bhi nahi. aur ek hai woh jo dakhili buniyad par khada hota hai. woh dakhili buniyad kya hai sab se badi?</w:t>
      </w:r>
    </w:p>
    <w:p>
      <w:pPr>
        <w:jc w:val="right"/>
      </w:pPr>
      <w:r>
        <w:t>اس کے باہر نکلے تو کچھ بھی نہیں، کچھ بھی نہیں، کچھ بھی نہیں۔ اور ایک ہے وہ جو داخلی بنیاد پر کھڑا ہوتا ہے۔ وہ داخلی بنیاد کیا ہے سب سے بڑی؟</w:t>
      </w:r>
    </w:p>
    <w:p>
      <w:r>
        <w:rPr>
          <w:b/>
        </w:rPr>
        <w:t xml:space="preserve">[36:51] </w:t>
      </w:r>
      <w:r>
        <w:t>wahi Paradise. toh insaan ke andar agar aap yeh inqilaab layein, fikri inqilaab, Intellectual Revolution, ke Paradise is ka Goal ban jaaye.</w:t>
      </w:r>
    </w:p>
    <w:p>
      <w:pPr>
        <w:jc w:val="right"/>
      </w:pPr>
      <w:r>
        <w:t>وہی Paradise۔ تو انسان کے اندر اگر آپ یہ انقلاب لائیں، فکری انقلاب، Intellectual Revolution، کہ Paradise اس کا Goal بن جائے۔</w:t>
      </w:r>
    </w:p>
    <w:p>
      <w:r>
        <w:rPr>
          <w:b/>
        </w:rPr>
        <w:t xml:space="preserve">[37:05] </w:t>
      </w:r>
      <w:r>
        <w:t>Paradise is ka Goal ban jaaye toh kya hoga? poori zindagi badal jayegi. jaise maine kaha ke agar President ke Palace mein ek aadmi hai, King ke Palace mein hai, toh wahan Culture apne aap apna leta hai baghair kahe hue.</w:t>
      </w:r>
    </w:p>
    <w:p>
      <w:pPr>
        <w:jc w:val="right"/>
      </w:pPr>
      <w:r>
        <w:t>Paradise اس کا Goal بن جائے تو کیا ہوگا؟ پوری زندگی بدل جائے گی۔ جیسے میں نے کہا کہ اگر President کے Palace میں ایک آدمی ہے، King کے Palace میں ہے، تو وہاں Culture اپنے آپ اپنا لیتا ہے بغیر کہے ہوئے۔</w:t>
      </w:r>
    </w:p>
    <w:p>
      <w:r>
        <w:rPr>
          <w:b/>
        </w:rPr>
        <w:t xml:space="preserve">[37:20] </w:t>
      </w:r>
      <w:r>
        <w:t>baghair kahe apna leta hai.</w:t>
      </w:r>
    </w:p>
    <w:p>
      <w:pPr>
        <w:jc w:val="right"/>
      </w:pPr>
      <w:r>
        <w:t>بغیر کہے اپنا لیتا ہے۔</w:t>
      </w:r>
    </w:p>
    <w:p>
      <w:r>
        <w:rPr>
          <w:b/>
        </w:rPr>
        <w:t xml:space="preserve">[37:25] </w:t>
      </w:r>
      <w:r>
        <w:t>main ek martaba isi tarah ke ek ek is mein gaya, ek mahal mein. toh ek aadmi bahar toh khoob khatkhat khat chal raha tha.</w:t>
      </w:r>
    </w:p>
    <w:p>
      <w:pPr>
        <w:jc w:val="right"/>
      </w:pPr>
      <w:r>
        <w:t>میں ایک مرتبہ اسی طرح کے ایک ایک اس میں گیا، ایک محل میں۔ تو ایک آدمی باہر تو خوب کھٹکھٹ کھٹ چل رہا تھا۔</w:t>
      </w:r>
    </w:p>
    <w:p>
      <w:r>
        <w:rPr>
          <w:b/>
        </w:rPr>
        <w:t xml:space="preserve">[37:34] </w:t>
      </w:r>
      <w:r>
        <w:t>jaise andar dakhil hua, ek dam dheere dheere chalne laga. wahi joota, abhi wahi Shoes abhi us ke paaon mein tha. bahar khatkhat kar raha tha.</w:t>
      </w:r>
    </w:p>
    <w:p>
      <w:pPr>
        <w:jc w:val="right"/>
      </w:pPr>
      <w:r>
        <w:t>جیسے اندر داخل ہوا، ایک دم دھیرے دھیرے چلنے لگا۔ وہی جوتا، ابھی وہی Shoes ابھی اس کے پاؤں میں تھا۔ باہر کھٹکھٹ کر رہا تھا۔</w:t>
      </w:r>
    </w:p>
    <w:p>
      <w:r>
        <w:rPr>
          <w:b/>
        </w:rPr>
        <w:t xml:space="preserve">[37:43] </w:t>
      </w:r>
      <w:r>
        <w:t>wahan ek dam dheere dheere chalne laga. awaaz pehle zor se bol raha tha, wahan dheere dheere bolne laga. toh aap agar yeh samajh lein ke main toh Khuda ke Paradise mein hoon,</w:t>
      </w:r>
    </w:p>
    <w:p>
      <w:pPr>
        <w:jc w:val="right"/>
      </w:pPr>
      <w:r>
        <w:t>وہاں ایک دم دھیرے دھیرے چلنے لگا۔ آواز پہلے زور سے بول رہا تھا، وہاں دھیرے دھیرے بولنے لگا۔ تو آپ اگر یہ سمجھ لیں کہ میں تو خدا کے Paradise میں ہوں،</w:t>
      </w:r>
    </w:p>
    <w:p>
      <w:r>
        <w:rPr>
          <w:b/>
        </w:rPr>
        <w:t xml:space="preserve">[37:58] </w:t>
      </w:r>
      <w:r>
        <w:t>toh poora Culture badal jayega.</w:t>
      </w:r>
    </w:p>
    <w:p>
      <w:pPr>
        <w:jc w:val="right"/>
      </w:pPr>
      <w:r>
        <w:t>تو پورا Culture بدل جائے گا۔</w:t>
      </w:r>
    </w:p>
    <w:p>
      <w:r>
        <w:rPr>
          <w:b/>
        </w:rPr>
        <w:t xml:space="preserve">[38:03] </w:t>
      </w:r>
      <w:r>
        <w:t>aap samajh lein ke yeh jo duniya hai, yeh toh main Test par hoon. yahan mujhe Prove karna hai ke aaya main Deserving Candidate for Paradise hoon.</w:t>
      </w:r>
    </w:p>
    <w:p>
      <w:pPr>
        <w:jc w:val="right"/>
      </w:pPr>
      <w:r>
        <w:t>آپ سمجھ لیں کہ یہ جو دنیا ہے، یہ تو میں Test پر ہوں۔ یہاں مجھے Prove کرنا ہے کہ آیا میں Deserving Candidate for Paradise ہوں۔</w:t>
      </w:r>
    </w:p>
    <w:p>
      <w:r>
        <w:rPr>
          <w:b/>
        </w:rPr>
        <w:t xml:space="preserve">[38:12] </w:t>
      </w:r>
      <w:r>
        <w:t>toh phir Eternal Paradise milegi aap ko.</w:t>
      </w:r>
    </w:p>
    <w:p>
      <w:pPr>
        <w:jc w:val="right"/>
      </w:pPr>
      <w:r>
        <w:t>تو پھر Eternal Paradise ملے گی آپ کو۔</w:t>
      </w:r>
    </w:p>
    <w:p>
      <w:r>
        <w:rPr>
          <w:b/>
        </w:rPr>
        <w:t xml:space="preserve">[38:18] </w:t>
      </w:r>
      <w:r>
        <w:t>to woh jo maine kaha tha tees saal pehle ke Program saaz insaan banana. to is ka khulasa kya hai? Paradise Seeking insaan banana.</w:t>
      </w:r>
    </w:p>
    <w:p>
      <w:pPr>
        <w:jc w:val="right"/>
      </w:pPr>
      <w:r>
        <w:t>تو وہ جو میں نے کہا تھا تیس سال پہلے کہ Program ساز انسان بنانا۔ تو اس کا خلاصہ کیا ہے؟ Paradise Seeking انسان بنانا۔</w:t>
      </w:r>
    </w:p>
    <w:p>
      <w:r>
        <w:rPr>
          <w:b/>
        </w:rPr>
        <w:t xml:space="preserve">[38:32] </w:t>
      </w:r>
      <w:r>
        <w:t>Paradise Seeker banana. jo aadmi Paradise ka jaan lega, apne aap us Culture ko ikhtiyar kar lega.</w:t>
      </w:r>
    </w:p>
    <w:p>
      <w:pPr>
        <w:jc w:val="right"/>
      </w:pPr>
      <w:r>
        <w:t>Paradise Seeker بنانا۔ جو آدمی Paradise کا جان لے گا، اپنے آپ اس Culture کو اختیار کر لے گا۔</w:t>
      </w:r>
    </w:p>
    <w:p>
      <w:r>
        <w:rPr>
          <w:b/>
        </w:rPr>
        <w:t xml:space="preserve">[38:41] </w:t>
      </w:r>
      <w:r>
        <w:t>us ko yeh bata dijiye ke Paradise milegi Divine Mission se, dua work se, Allah ka Mission phailane se.</w:t>
      </w:r>
    </w:p>
    <w:p>
      <w:pPr>
        <w:jc w:val="right"/>
      </w:pPr>
      <w:r>
        <w:t>اس کو یہ بتا دیجئے کہ Paradise ملے گی Divine Mission سے، دعا ورک سے، اللہ کا Mission پھیلانے سے۔</w:t>
      </w:r>
    </w:p>
    <w:p>
      <w:r>
        <w:rPr>
          <w:b/>
        </w:rPr>
        <w:t xml:space="preserve">[38:51] </w:t>
      </w:r>
      <w:r>
        <w:t>bas. phir woh hero ban jayega. kai baar aisa hota hai ke hamare saathi khud hi khud aise tareeqe nikalte hain, aise Method jo maine kabhi socha bhi nahi tha.</w:t>
      </w:r>
    </w:p>
    <w:p>
      <w:pPr>
        <w:jc w:val="right"/>
      </w:pPr>
      <w:r>
        <w:t>بس۔ پھر وہ ہیرو بن جائے گا۔ کئی بار ایسا ہوتا ہے کہ ہمارے ساتھی خود ہی خود ایسے طریقے نکالتے ہیں، ایسے Method جو میں نے کبھی سوچا بھی نہیں تھا۔</w:t>
      </w:r>
    </w:p>
    <w:p>
      <w:r>
        <w:rPr>
          <w:b/>
        </w:rPr>
        <w:t xml:space="preserve">[39:02] </w:t>
      </w:r>
      <w:r>
        <w:t>khud hi khud. kis tarah kaam badhaya jaye, kis tarah Mission phailaya jaye, kis tarah is ko saari duniya mein aam kiya jaye, kis tarah is ko Internationalize kiya jaye.</w:t>
      </w:r>
    </w:p>
    <w:p>
      <w:pPr>
        <w:jc w:val="right"/>
      </w:pPr>
      <w:r>
        <w:t>خود ہی خود۔ کس طرح کام بڑھایا جائے، کس طرح Mission پھیلایا جائے، کس طرح اس کو ساری دنیا میں عام کیا جائے، کس طرح اس کو Internationalize کیا جائے۔</w:t>
      </w:r>
    </w:p>
    <w:p>
      <w:r>
        <w:rPr>
          <w:b/>
        </w:rPr>
        <w:t xml:space="preserve">[39:12] </w:t>
      </w:r>
      <w:r>
        <w:t>khud hi khud sochte hain. is ki Technique, is ka Method khud Evolve karte hain. aur mujh se koi matlab hi nahi hai. to kyun?</w:t>
      </w:r>
    </w:p>
    <w:p>
      <w:pPr>
        <w:jc w:val="right"/>
      </w:pPr>
      <w:r>
        <w:t>خود ہی خود سوچتے ہیں۔ اس کی Technique، اس کا Method خود Evolve کرتے ہیں۔ اور مجھ سے کوئی مطلب ہی نہیں ہے۔ تو کیوں؟</w:t>
      </w:r>
    </w:p>
    <w:p>
      <w:r>
        <w:rPr>
          <w:b/>
        </w:rPr>
        <w:t xml:space="preserve">[39:22] </w:t>
      </w:r>
      <w:r>
        <w:t>un ka apna Mind Activate ho chuka hai.</w:t>
      </w:r>
    </w:p>
    <w:p>
      <w:pPr>
        <w:jc w:val="right"/>
      </w:pPr>
      <w:r>
        <w:t>ان کا اپنا Mind Activate ہو چکا ہے۔</w:t>
      </w:r>
    </w:p>
    <w:p>
      <w:r>
        <w:rPr>
          <w:b/>
        </w:rPr>
        <w:t xml:space="preserve">[39:29] </w:t>
      </w:r>
      <w:r>
        <w:t>to main samajhta hoon ke Paradise jo hai, is se bara koi Incentive nahi hai. jab ek aadmi sochta hai ke agar maine dua work nahi kiya, agar maine Allah ka Cause ke liye nahi dauda,</w:t>
      </w:r>
    </w:p>
    <w:p>
      <w:pPr>
        <w:jc w:val="right"/>
      </w:pPr>
      <w:r>
        <w:t>تو میں سمجھتا ہوں کہ Paradise جو ہے، اس سے بڑا کوئی Incentive نہیں ہے۔ جب ایک آدمی سوچتا ہے کہ اگر میں نے دعا ورک نہیں کیا، اگر میں نے اللہ کا Cause کے لیے نہیں دوڑا،</w:t>
      </w:r>
    </w:p>
    <w:p>
      <w:r>
        <w:rPr>
          <w:b/>
        </w:rPr>
        <w:t xml:space="preserve">[39:45] </w:t>
      </w:r>
      <w:r>
        <w:t>to marne ke baad mujhe Paradise nahi milegi. to phir woh toofan ban jata hai, toofan. Allah taala ne insaan ko banaya, to woh woh saari sifat rakh dein us ke andar jo Paradise wali sifat hain.</w:t>
      </w:r>
    </w:p>
    <w:p>
      <w:pPr>
        <w:jc w:val="right"/>
      </w:pPr>
      <w:r>
        <w:t>تو مرنے کے بعد مجھے Paradise نہیں ملے گی۔ تو پھر وہ طوفان بن جاتا ہے، طوفان۔ اللہ تعالیٰ نے انسان کو بنایا، تو وہ وہ ساری صفات رکھ دیں اس کے اندر جو Paradise والی صفات ہیں۔</w:t>
      </w:r>
    </w:p>
    <w:p>
      <w:r>
        <w:rPr>
          <w:b/>
        </w:rPr>
        <w:t xml:space="preserve">[40:06] </w:t>
      </w:r>
      <w:r>
        <w:t>lekin insaan ki zindagi ko Allah ne do hisson mein bant diya. ek Pre-Death Period, ek Post-Death Period. to Pre-Death Period jo hai, woh Test ka Period hai.</w:t>
      </w:r>
    </w:p>
    <w:p>
      <w:pPr>
        <w:jc w:val="right"/>
      </w:pPr>
      <w:r>
        <w:t>لیکن انسان کی زندگی کو اللہ نے دو حصوں میں بانٹ دیا۔ ایک Pre-Death Period، ایک Post-Death Period۔ تو Pre-Death Period جو ہے، وہ Test کا Period ہے۔</w:t>
      </w:r>
    </w:p>
    <w:p>
      <w:r>
        <w:rPr>
          <w:b/>
        </w:rPr>
        <w:t xml:space="preserve">[40:25] </w:t>
      </w:r>
      <w:r>
        <w:t>yani aap apne aap ko Qualify karen. aap yeh sabit karen ke main Deserving Candidate hoon Paradise ka. yeh sabit karen.</w:t>
      </w:r>
    </w:p>
    <w:p>
      <w:pPr>
        <w:jc w:val="right"/>
      </w:pPr>
      <w:r>
        <w:t>یعنی آپ اپنے آپ کو Qualify کریں۔ آپ یہ ثابت کریں کہ میں Deserving Candidate ہوں Paradise کا۔ یہ ثابت کریں۔</w:t>
      </w:r>
    </w:p>
    <w:p>
      <w:r>
        <w:rPr>
          <w:b/>
        </w:rPr>
        <w:t xml:space="preserve">[40:36] </w:t>
      </w:r>
      <w:r>
        <w:t>is ka waqt tha yahan par. aur Post-Death Period mein aap ko apne is amal ke mutabiq wahan par ya to jannat milegi ya aap hamesha ke liye aap is se mehroom ho jayenge.</w:t>
      </w:r>
    </w:p>
    <w:p>
      <w:pPr>
        <w:jc w:val="right"/>
      </w:pPr>
      <w:r>
        <w:t>اس کا وقت تھا یہاں پر۔ اور Post-Death Period میں آپ کو اپنے اس عمل کے مطابق وہاں پر یا تو جنت ملے گی یا آپ ہمیشہ کے لیے آپ اس سے محروم ہو جائیں گے۔</w:t>
      </w:r>
    </w:p>
    <w:p>
      <w:r>
        <w:rPr>
          <w:b/>
        </w:rPr>
        <w:t xml:space="preserve">[40:50] </w:t>
      </w:r>
      <w:r>
        <w:t>agar aap ne Pre-Death Period mein</w:t>
      </w:r>
    </w:p>
    <w:p>
      <w:pPr>
        <w:jc w:val="right"/>
      </w:pPr>
      <w:r>
        <w:t>اگر آپ نے Pre-Death Period میں</w:t>
      </w:r>
    </w:p>
    <w:p>
      <w:r>
        <w:rPr>
          <w:b/>
        </w:rPr>
        <w:t xml:space="preserve">[40:55] </w:t>
      </w:r>
      <w:r>
        <w:t>yeh dikha diya hai ke main Paradise ke liye ek bilkul sahi Deserving Candidate hoon, main woh insaan hoon jo Paradise mein basaya jaye.</w:t>
      </w:r>
    </w:p>
    <w:p>
      <w:pPr>
        <w:jc w:val="right"/>
      </w:pPr>
      <w:r>
        <w:t>یہ دکھا دیا ہے کہ میں Paradise کے لیے ایک بالکل صحیح Deserving Candidate ہوں، میں وہ انسان ہوں جو Paradise میں بسایا جائے۔</w:t>
      </w:r>
    </w:p>
    <w:p>
      <w:r>
        <w:rPr>
          <w:b/>
        </w:rPr>
        <w:t xml:space="preserve">[41:10] </w:t>
      </w:r>
      <w:r>
        <w:t>bas bas aap. aap to Paradise aap hi ke liye hai phir woh.</w:t>
      </w:r>
    </w:p>
    <w:p>
      <w:pPr>
        <w:jc w:val="right"/>
      </w:pPr>
      <w:r>
        <w:t>بس بس آپ۔ آپ تو Paradise آپ ہی کے لیے ہے پھر وہ۔</w:t>
      </w:r>
    </w:p>
    <w:p>
      <w:r>
        <w:rPr>
          <w:b/>
        </w:rPr>
        <w:t xml:space="preserve">[41:18] </w:t>
      </w:r>
      <w:r>
        <w:t>ek Hadees hai ke Allah apne mehboob ko aag mein nahi dalega. Allah apne mehboob ko jahannum mein nahi dalega.</w:t>
      </w:r>
    </w:p>
    <w:p>
      <w:pPr>
        <w:jc w:val="right"/>
      </w:pPr>
      <w:r>
        <w:t>ایک حدیث ہے کہ اللہ اپنے محبوب کو آگ میں نہیں ڈالے گا۔ اللہ اپنے محبوب کو جہنم میں نہیں ڈالے گا۔</w:t>
      </w:r>
    </w:p>
    <w:p>
      <w:r>
        <w:rPr>
          <w:b/>
        </w:rPr>
        <w:t xml:space="preserve">[41:31] </w:t>
      </w:r>
      <w:r>
        <w:t>is ka matlab kya hai? is ka matlab yeh nahi ke koi shakhs Allah ka mehboob ho jata hai Mysteriously. aisa nahi hai.</w:t>
      </w:r>
    </w:p>
    <w:p>
      <w:pPr>
        <w:jc w:val="right"/>
      </w:pPr>
      <w:r>
        <w:t>اس کا مطلب کیا ہے؟ اس کا مطلب یہ نہیں کہ کوئی شخص اللہ کا محبوب ہو جاتا ہے Mysteriously۔ ایسا نہیں ہے۔</w:t>
      </w:r>
    </w:p>
    <w:p>
      <w:r>
        <w:rPr>
          <w:b/>
        </w:rPr>
        <w:t xml:space="preserve">[41:42] </w:t>
      </w:r>
      <w:r>
        <w:t>koi yani Khuda kisi ko ba taur mehboob chun leta hai, aisa nahi hai.</w:t>
      </w:r>
    </w:p>
    <w:p>
      <w:pPr>
        <w:jc w:val="right"/>
      </w:pPr>
      <w:r>
        <w:t>کوئی یعنی خدا کسی کو بطور محبوب چن لیتا ہے، ایسا نہیں ہے۔</w:t>
      </w:r>
    </w:p>
    <w:p>
      <w:r>
        <w:rPr>
          <w:b/>
        </w:rPr>
        <w:t xml:space="preserve">[41:53] </w:t>
      </w:r>
      <w:r>
        <w:t>mamla yeh hai ke insaan jab Khuda ko apna mehboob banata hai to woh insaan Allah ka yani woh banda ban jata hai ke Allah us ko chahe aur us ko jannat mein aur us ko jahannum mein na dale.</w:t>
      </w:r>
    </w:p>
    <w:p>
      <w:pPr>
        <w:jc w:val="right"/>
      </w:pPr>
      <w:r>
        <w:t>معاملہ یہ ہے کہ انسان جب خدا کو اپنا محبوب بناتا ہے تو وہ انسان اللہ کا یعنی وہ بندہ بن جاتا ہے کہ اللہ اس کو چاہے اور اس کو جنت میں اور اس کو جہنم میں نہ ڈالے۔</w:t>
      </w:r>
    </w:p>
    <w:p>
      <w:r>
        <w:rPr>
          <w:b/>
        </w:rPr>
        <w:t xml:space="preserve">[42:08] </w:t>
      </w:r>
      <w:r>
        <w:t>to Beginning insaan se hoti hai. insaan ne agar Khuda ko is tarah daryaft nahi kiya ke Khuda is ka mehboob ban gaya, Khuda is ka munim ban gaya, Khuda is ka Benefactor ban gaya,</w:t>
      </w:r>
    </w:p>
    <w:p>
      <w:pPr>
        <w:jc w:val="right"/>
      </w:pPr>
      <w:r>
        <w:t>تو Beginning انسان سے ہوتی ہے۔ انسان نے اگر خدا کو اس طرح دریافت نہیں کیا کہ خدا اس کا محبوب بن گیا، خدا اس کا منیم بن گیا، خدا اس کا Benefactor بن گیا،</w:t>
      </w:r>
    </w:p>
    <w:p>
      <w:r>
        <w:rPr>
          <w:b/>
        </w:rPr>
        <w:t xml:space="preserve">[42:26] </w:t>
      </w:r>
      <w:r>
        <w:t>Khuda ke liye is ke tamam jazbat waqf ho gaye. jab yeh hota hai, isi ko kehte hain kisi ko mehboob banana. to jab koi insaan is darje mein Allah ko apna banaye, is darje mein Allah ko pa le,</w:t>
      </w:r>
    </w:p>
    <w:p>
      <w:pPr>
        <w:jc w:val="right"/>
      </w:pPr>
      <w:r>
        <w:t>خدا کے لیے اس کے تمام جذبات وقف ہو گئے۔ جب یہ ہوتا ہے، اسی کو کہتے ہیں کسی کو محبوب بنانا۔ تو جب کوئی انسان اس درجے میں اللہ کو اپنا بنائے، اس درجے میں اللہ کو پا لے،</w:t>
      </w:r>
    </w:p>
    <w:p>
      <w:r>
        <w:rPr>
          <w:b/>
        </w:rPr>
        <w:t xml:space="preserve">[42:42] </w:t>
      </w:r>
      <w:r>
        <w:t>to is ka mustahiq ho jata hai ke Allah phir is ko jahannum mein na dale, is ko jannat mein dakhil kare. yeh matlab hai. to yeh kab hoga?</w:t>
      </w:r>
    </w:p>
    <w:p>
      <w:pPr>
        <w:jc w:val="right"/>
      </w:pPr>
      <w:r>
        <w:t>تو اس کا مستحق ہو جاتا ہے کہ اللہ پھر اس کو جہنم میں نہ ڈالے، اس کو جنت میں داخل کرے۔ یہ مطلب ہے۔ تو یہ کب ہوگا؟</w:t>
      </w:r>
    </w:p>
    <w:p>
      <w:r>
        <w:rPr>
          <w:b/>
        </w:rPr>
        <w:t xml:space="preserve">[42:51] </w:t>
      </w:r>
      <w:r>
        <w:t>yani Allah ko kab aap apna mehboob bana payenge?</w:t>
      </w:r>
    </w:p>
    <w:p>
      <w:pPr>
        <w:jc w:val="right"/>
      </w:pPr>
      <w:r>
        <w:t>یعنی اللہ کو کب آپ اپنا محبوب بنا پائیں گے؟</w:t>
      </w:r>
    </w:p>
    <w:p>
      <w:r>
        <w:rPr>
          <w:b/>
        </w:rPr>
        <w:t xml:space="preserve">[42:57] </w:t>
      </w:r>
      <w:r>
        <w:t>jab aap apne aap ko Discover karen, duniya ko Discover karen. maine yeh samjha hai apne Study se ke insaan jo hai, insaan kya hai?</w:t>
      </w:r>
    </w:p>
    <w:p>
      <w:pPr>
        <w:jc w:val="right"/>
      </w:pPr>
      <w:r>
        <w:t>جب آپ اپنے آپ کو Discover کریں، دنیا کو Discover کریں۔ میں نے یہ سمجھا ہے اپنے Study سے کہ انسان جو ہے، انسان کیا ہے؟</w:t>
      </w:r>
    </w:p>
    <w:p>
      <w:r>
        <w:rPr>
          <w:b/>
        </w:rPr>
        <w:t xml:space="preserve">[43:09] </w:t>
      </w:r>
      <w:r>
        <w:t>yeh Khuda ka Introduction hai, yeh Khuda ka taaruf hai. kyunke Hadees mein likha aata hai ke khalaqal laahu aadam ala sooratihi.</w:t>
      </w:r>
    </w:p>
    <w:p>
      <w:pPr>
        <w:jc w:val="right"/>
      </w:pPr>
      <w:r>
        <w:t>یہ خدا کا Introduction ہے، یہ خدا کا تعارف ہے۔ کیونکہ حدیث میں لکھا آتا ہے کہ خَلَقَ اللّٰهُ آَدَمَ عَلَى صُورَتِهِ۔</w:t>
      </w:r>
    </w:p>
    <w:p>
      <w:r>
        <w:rPr>
          <w:b/>
        </w:rPr>
        <w:t xml:space="preserve">[43:22] </w:t>
      </w:r>
      <w:r>
        <w:t>insaan ne paida kiya, khuda ne paida kiya insaan ko apni surat par.</w:t>
      </w:r>
    </w:p>
    <w:p>
      <w:pPr>
        <w:jc w:val="right"/>
      </w:pPr>
      <w:r>
        <w:t>انسان نے پیدا کیا، خدا نے پیدا کیا انسان کو اپنی صورت پر۔</w:t>
      </w:r>
    </w:p>
    <w:p>
      <w:r>
        <w:rPr>
          <w:b/>
        </w:rPr>
        <w:t xml:space="preserve">[43:31] </w:t>
      </w:r>
      <w:r>
        <w:t>khuda ne insaan ko paida kiya apni surat par. kaha insaan ka taaruf, insaan khuda ka taaruf dekhna ho to insaan ko dekho.</w:t>
      </w:r>
    </w:p>
    <w:p>
      <w:pPr>
        <w:jc w:val="right"/>
      </w:pPr>
      <w:r>
        <w:t>خدا نے انسان کو پیدا کیا اپنی صورت پر۔ کہا انسان کا تعارف، انسان خدا کا تعارف دیکھنا ہو تو انسان کو دیکھو۔</w:t>
      </w:r>
    </w:p>
    <w:p>
      <w:r>
        <w:rPr>
          <w:b/>
        </w:rPr>
        <w:t xml:space="preserve">[43:43] </w:t>
      </w:r>
      <w:r>
        <w:t>khuda ka taaruf hasil karna hai to insaan ko dekho.</w:t>
      </w:r>
    </w:p>
    <w:p>
      <w:pPr>
        <w:jc w:val="right"/>
      </w:pPr>
      <w:r>
        <w:t>خدا کا تعارف حاصل کرنا ہے تو انسان کو دیکھو۔</w:t>
      </w:r>
    </w:p>
    <w:p>
      <w:r>
        <w:rPr>
          <w:b/>
        </w:rPr>
        <w:t xml:space="preserve">[43:48] </w:t>
      </w:r>
      <w:r>
        <w:t>insaan ki surat mein aap khuda ka taaruf hasil karenge.</w:t>
      </w:r>
    </w:p>
    <w:p>
      <w:pPr>
        <w:jc w:val="right"/>
      </w:pPr>
      <w:r>
        <w:t>انسان کی صورت میں آپ خدا کا تعارف حاصل کریں گے۔</w:t>
      </w:r>
    </w:p>
    <w:p>
      <w:r>
        <w:rPr>
          <w:b/>
        </w:rPr>
        <w:t xml:space="preserve">[43:56] </w:t>
      </w:r>
      <w:r>
        <w:t>bahut ajeeb baat hai ke saari Quality jo khuda mein hai, Except One, woh hai Power, ikhtiyar.</w:t>
      </w:r>
    </w:p>
    <w:p>
      <w:pPr>
        <w:jc w:val="right"/>
      </w:pPr>
      <w:r>
        <w:t>بہت عجیب بات ہے کہ ساری Quality جو خدا میں ہے، Except One، وہ ہے Power، اختیار۔</w:t>
      </w:r>
    </w:p>
    <w:p>
      <w:r>
        <w:rPr>
          <w:b/>
        </w:rPr>
        <w:t xml:space="preserve">[44:07] </w:t>
      </w:r>
      <w:r>
        <w:t>to khuda jo hai, All Powerful hai. is maamle mein koi shareek nahi uska. khuda hi Powerful hai. baqi khuda ke andar dekhna ki salahiyat hai.</w:t>
      </w:r>
    </w:p>
    <w:p>
      <w:pPr>
        <w:jc w:val="right"/>
      </w:pPr>
      <w:r>
        <w:t>تو خدا جو ہے، All Powerful ہے۔ اس معاملے میں کوئی شریک نہیں اس کا۔ خدا ہی Powerful ہے۔ باقی خدا کے اندر دیکھنا کی صلاحیت ہے۔</w:t>
      </w:r>
    </w:p>
    <w:p>
      <w:r>
        <w:rPr>
          <w:b/>
        </w:rPr>
        <w:t xml:space="preserve">[44:20] </w:t>
      </w:r>
      <w:r>
        <w:t>dekhna, sochna, pakadna, chalna, yeh saari cheezein jo insaan ke andar hain. bolna, yeh sab khudaai safaat hi to hain yeh. to khuda ne insaan ko banaya is tareeqe se ke khuda ka taaruf khud apne andar pa le woh.</w:t>
      </w:r>
    </w:p>
    <w:p>
      <w:pPr>
        <w:jc w:val="right"/>
      </w:pPr>
      <w:r>
        <w:t>دیکھنا، سوچنا، پکڑنا، چلنا، یہ ساری چیزیں جو انسان کے اندر ہیں۔ بولنا، یہ سب خدائی صفات ہی تو ہیں یہ۔ تو خدا نے انسان کو بنایا اس طریقے سے کہ خدا کا تعارف خود اپنے اندر پا لے وہ۔</w:t>
      </w:r>
    </w:p>
    <w:p>
      <w:r>
        <w:rPr>
          <w:b/>
        </w:rPr>
        <w:t xml:space="preserve">[44:40] </w:t>
      </w:r>
      <w:r>
        <w:t>jaise France ke Descartes ne kaha tha ke I think therefore I am. to main kahoon ke main kahunga ke zyada badi baat yeh hai ke main yeh keh sakoon ke I am therefore God is.</w:t>
      </w:r>
    </w:p>
    <w:p>
      <w:pPr>
        <w:jc w:val="right"/>
      </w:pPr>
      <w:r>
        <w:t>جیسے فرانس کے Descartes نے کہا تھا کہ I think therefore I am۔ تو میں کہوں کہ میں کہوں گا کہ زیادہ بڑی بات یہ ہے کہ میں یہ کہہ سکوں کہ I am therefore God is۔</w:t>
      </w:r>
    </w:p>
    <w:p>
      <w:r>
        <w:rPr>
          <w:b/>
        </w:rPr>
        <w:t xml:space="preserve">[44:55] </w:t>
      </w:r>
      <w:r>
        <w:t>main hoon to khuda bhi hai. yaani isne sirf insaan ko daryaft kiya. aur yeh kaha ke I think therefore I exist.</w:t>
      </w:r>
    </w:p>
    <w:p>
      <w:pPr>
        <w:jc w:val="right"/>
      </w:pPr>
      <w:r>
        <w:t>میں ہوں تو خدا بھی ہے۔ یعنی اس نے صرف انسان کو دریافت کیا۔ اور یہ کہا کہ I think therefore I exist۔</w:t>
      </w:r>
    </w:p>
    <w:p>
      <w:r>
        <w:rPr>
          <w:b/>
        </w:rPr>
        <w:t xml:space="preserve">[45:05] </w:t>
      </w:r>
      <w:r>
        <w:t>main kahunga ke insaan ke zariye khuda ko daryaft karo. main kahunga ke isse badi baat mumkin hai.</w:t>
      </w:r>
    </w:p>
    <w:p>
      <w:pPr>
        <w:jc w:val="right"/>
      </w:pPr>
      <w:r>
        <w:t>میں کہوں گا کہ انسان کے ذریعے خدا کو دریافت کرو۔ میں کہوں گا کہ اس سے بڑی بات ممکن ہے۔</w:t>
      </w:r>
    </w:p>
    <w:p>
      <w:r>
        <w:rPr>
          <w:b/>
        </w:rPr>
        <w:t xml:space="preserve">[45:16] </w:t>
      </w:r>
      <w:r>
        <w:t>woh yeh ke aap insaan ke zariye khuda ko daryaft karein. apne zariye aap khuda ko pehchaanein. yeh keh sakein ke I am therefore God is.</w:t>
      </w:r>
    </w:p>
    <w:p>
      <w:pPr>
        <w:jc w:val="right"/>
      </w:pPr>
      <w:r>
        <w:t>وہ یہ کہ آپ انسان کے ذریعے خدا کو دریافت کریں۔ اپنے ذریعے آپ خدا کو پہچانیں۔ یہ کہہ سکیں کہ I am therefore God is۔</w:t>
      </w:r>
    </w:p>
    <w:p>
      <w:r>
        <w:rPr>
          <w:b/>
        </w:rPr>
        <w:t xml:space="preserve">[45:27] </w:t>
      </w:r>
      <w:r>
        <w:t>main aisa ek wajood agar hoon to khuda bhi usi ka Higher Form hai? to kyun nahi? agar main hoon to khuda kyun nahi?</w:t>
      </w:r>
    </w:p>
    <w:p>
      <w:pPr>
        <w:jc w:val="right"/>
      </w:pPr>
      <w:r>
        <w:t>میں ایسا ایک وجود اگر ہوں تو خدا بھی اسی کا Higher Form ہے؟ تو کیوں نہیں؟ اگر میں ہوں تو خدا کیوں نہیں؟</w:t>
      </w:r>
    </w:p>
    <w:p>
      <w:r>
        <w:rPr>
          <w:b/>
        </w:rPr>
        <w:t xml:space="preserve">[45:39] </w:t>
      </w:r>
      <w:r>
        <w:t>to insaan khud apni zaat ke zariye se, apne wajood ke zariye se Allah ko daryaft kar sakta hai. Allah par yaqeen kar sakta hai.</w:t>
      </w:r>
    </w:p>
    <w:p>
      <w:pPr>
        <w:jc w:val="right"/>
      </w:pPr>
      <w:r>
        <w:t>تو انسان خود اپنی ذات کے ذریعے سے، اپنے وجود کے ذریعے سے اللہ کو دریافت کر سکتا ہے۔ اللہ پر یقین کر سکتا ہے۔</w:t>
      </w:r>
    </w:p>
    <w:p>
      <w:r>
        <w:rPr>
          <w:b/>
        </w:rPr>
        <w:t xml:space="preserve">[45:51] </w:t>
      </w:r>
      <w:r>
        <w:t>Allah se taalluq qaim kar sakta hai, sab kuch. is tareeqe se jo yeh World hai, yeh duniya jo hai, iske zariye se woh jannat ka taaruf hasil karta hai.</w:t>
      </w:r>
    </w:p>
    <w:p>
      <w:pPr>
        <w:jc w:val="right"/>
      </w:pPr>
      <w:r>
        <w:t>اللہ سے تعلق قائم کر سکتا ہے، سب کچھ۔ اس طریقے سے جو یہ World ہے، یہ دنیا جو ہے، اس کے ذریعے سے وہ جنت کا تعارف حاصل کرتا ہے۔</w:t>
      </w:r>
    </w:p>
    <w:p>
      <w:r>
        <w:rPr>
          <w:b/>
        </w:rPr>
        <w:t xml:space="preserve">[46:02] </w:t>
      </w:r>
      <w:r>
        <w:t>jannat mein jo kuch hoga, woh sab duniya mein maujood hai. har qism ki nematein, har qism ki Comfort, har qism ki Luxury.</w:t>
      </w:r>
    </w:p>
    <w:p>
      <w:pPr>
        <w:jc w:val="right"/>
      </w:pPr>
      <w:r>
        <w:t>جنت میں جو کچھ ہوگا، وہ سب دنیا میں موجود ہے۔ ہر قسم کی نعمتیں، ہر قسم کی Comfort، ہر قسم کی Luxury۔</w:t>
      </w:r>
    </w:p>
    <w:p>
      <w:r>
        <w:rPr>
          <w:b/>
        </w:rPr>
        <w:t xml:space="preserve">[46:12] </w:t>
      </w:r>
      <w:r>
        <w:t>jo is duniya mein hai, har qism ke Beautiful Scene, har qism ka Enjoyment jo hum duniya mein paate hain, har qism ki Happiness, woh sab jannat ka taaruf hi to hai woh.</w:t>
      </w:r>
    </w:p>
    <w:p>
      <w:pPr>
        <w:jc w:val="right"/>
      </w:pPr>
      <w:r>
        <w:t>جو اس دنیا میں ہے، ہر قسم کے Beautiful Scene، ہر قسم کا Enjoyment جو ہم دنیا میں پاتے ہیں، ہر قسم کی Happiness، وہ سب جنت کا تعارف ہی تو ہے وہ۔</w:t>
      </w:r>
    </w:p>
    <w:p>
      <w:r>
        <w:rPr>
          <w:b/>
        </w:rPr>
        <w:t xml:space="preserve">[46:27] </w:t>
      </w:r>
      <w:r>
        <w:t>farq sirf itna hai ke yahan par woh Imperfect tor par hai, wahan Perfect tor par hoga. to aaj ki duniya jo hai, woh Imperfect Version hai jannat ka.</w:t>
      </w:r>
    </w:p>
    <w:p>
      <w:pPr>
        <w:jc w:val="right"/>
      </w:pPr>
      <w:r>
        <w:t>فرق صرف اتنا ہے کہ یہاں پر وہ Imperfect طور پر ہے، وہاں Perfect طور پر ہوگا۔ تو آج کی دنیا جو ہے، وہ Imperfect Version ہے جنت کا۔</w:t>
      </w:r>
    </w:p>
    <w:p>
      <w:r>
        <w:rPr>
          <w:b/>
        </w:rPr>
        <w:t xml:space="preserve">[46:41] </w:t>
      </w:r>
      <w:r>
        <w:t>to Imperfect Version ko dekh kar ke aap jannat ko pehchan sakte hain. ke usi ka Perfect Version hogi jannat. to bahut aasan hai jannat ko pehchanna.</w:t>
      </w:r>
    </w:p>
    <w:p>
      <w:pPr>
        <w:jc w:val="right"/>
      </w:pPr>
      <w:r>
        <w:t>تو Imperfect Version کو دیکھ کر کے آپ جنت کو پہچان سکتے ہیں۔ کہ اسی کا Perfect Version ہوگی جنت۔ تو بہت آسان ہے جنت کو پہچاننا۔</w:t>
      </w:r>
    </w:p>
    <w:p>
      <w:r>
        <w:rPr>
          <w:b/>
        </w:rPr>
        <w:t xml:space="preserve">[46:55] </w:t>
      </w:r>
      <w:r>
        <w:t>to kehti hai ajeeb baat hai. apne aap par ghaur karo, khuda ko Discover kar loge. duniya par ghaur karo, jannat ko Discover kar loge.</w:t>
      </w:r>
    </w:p>
    <w:p>
      <w:pPr>
        <w:jc w:val="right"/>
      </w:pPr>
      <w:r>
        <w:t>تو کہتی ہے عجیب بات ہے۔ اپنے آپ پر غور کرو، خدا کو Discover کر لو گے۔ دنیا پر غور کرو، جنت کو Discover کر لو گے۔</w:t>
      </w:r>
    </w:p>
    <w:p>
      <w:r>
        <w:rPr>
          <w:b/>
        </w:rPr>
        <w:t xml:space="preserve">[47:08] </w:t>
      </w:r>
      <w:r>
        <w:t>kehti hai badi baat hai yeh. to yeh hai Paradise ka maamla. Paradise koi Mysterious cheez nahi.</w:t>
      </w:r>
    </w:p>
    <w:p>
      <w:pPr>
        <w:jc w:val="right"/>
      </w:pPr>
      <w:r>
        <w:t>کہتی ہے بڑی بات ہے یہ۔ تو یہ ہے Paradise کا معاملہ۔ Paradise کوئی Mysterious چیز نہیں۔</w:t>
      </w:r>
    </w:p>
    <w:p>
      <w:r>
        <w:rPr>
          <w:b/>
        </w:rPr>
        <w:t xml:space="preserve">[47:19] </w:t>
      </w:r>
      <w:r>
        <w:t>woh sirf hooron aur aur phalon ki duniya nahi.</w:t>
      </w:r>
    </w:p>
    <w:p>
      <w:pPr>
        <w:jc w:val="right"/>
      </w:pPr>
      <w:r>
        <w:t>وہ صرف حوروں اور اور پھلوں کی دنیا نہیں۔</w:t>
      </w:r>
    </w:p>
    <w:p>
      <w:r>
        <w:rPr>
          <w:b/>
        </w:rPr>
        <w:t xml:space="preserve">[47:27] </w:t>
      </w:r>
      <w:r>
        <w:t>Paradise bharpoor zindagi hasil karne ki jagah hai. is duniya mein aap zindagi guzarna chahte hain to har jagah aap ko Limitations se saambna padta hai.</w:t>
      </w:r>
    </w:p>
    <w:p>
      <w:pPr>
        <w:jc w:val="right"/>
      </w:pPr>
      <w:r>
        <w:t>Paradise بھرپور زندگی حاصل کرنے کی جگہ ہے۔ اس دنیا میں آپ زندگی گزارنا چاہتے ہیں تو ہر جگہ آپ کو Limitations سے سابقہ پڑتا ہے۔</w:t>
      </w:r>
    </w:p>
    <w:p>
      <w:r>
        <w:rPr>
          <w:b/>
        </w:rPr>
        <w:t xml:space="preserve">[47:40] </w:t>
      </w:r>
      <w:r>
        <w:t>har jagah aap ko Disadvantages milte hain. kyun? yeh duniya banai gayi hai sirf taaruf ke liye. asal jannat yahi nahi hai.</w:t>
      </w:r>
    </w:p>
    <w:p>
      <w:pPr>
        <w:jc w:val="right"/>
      </w:pPr>
      <w:r>
        <w:t>ہر جگہ آپ کو Disadvantages ملتے ہیں۔ کیوں؟ یہ دنیا بنائی گئی ہے صرف تعارف کے لیے۔ اصل جنت یہی نہیں ہے۔</w:t>
      </w:r>
    </w:p>
    <w:p>
      <w:r>
        <w:rPr>
          <w:b/>
        </w:rPr>
        <w:t xml:space="preserve">[47:51] </w:t>
      </w:r>
      <w:r>
        <w:t>to Limitations hain, Disadvantages hain, khauf hai, huzzn hai,</w:t>
      </w:r>
    </w:p>
    <w:p>
      <w:pPr>
        <w:jc w:val="right"/>
      </w:pPr>
      <w:r>
        <w:t>تو Limitations ہیں، Disadvantages ہیں، خوف ہے، حزن ہے،</w:t>
      </w:r>
    </w:p>
    <w:p>
      <w:r>
        <w:rPr>
          <w:b/>
        </w:rPr>
        <w:t xml:space="preserve">[48:03] </w:t>
      </w:r>
      <w:r>
        <w:t>Accident hai, Death hai, bimari hai.</w:t>
      </w:r>
    </w:p>
    <w:p>
      <w:pPr>
        <w:jc w:val="right"/>
      </w:pPr>
      <w:r>
        <w:t>Accident ہے، Death ہے، بیماری ہے۔</w:t>
      </w:r>
    </w:p>
    <w:p>
      <w:r>
        <w:rPr>
          <w:b/>
        </w:rPr>
        <w:t xml:space="preserve">[48:10] </w:t>
      </w:r>
      <w:r>
        <w:t>is tarah ki bohat sari cheezen hain ke hum chahte hue bhi woh dunya nahi bana paate jo hum jo hamare dil mein basi hui hai.</w:t>
      </w:r>
    </w:p>
    <w:p>
      <w:pPr>
        <w:jc w:val="right"/>
      </w:pPr>
      <w:r>
        <w:t>اس طرح کی بہت ساری چیزیں ہیں کہ ہم چاہتے ہوئے بھی وہ دنیا نہیں بنا پاتے جو ہم جو ہمارے دل میں بسی ہوئی ہے۔</w:t>
      </w:r>
    </w:p>
    <w:p>
      <w:r>
        <w:rPr>
          <w:b/>
        </w:rPr>
        <w:t xml:space="preserve">[48:22] </w:t>
      </w:r>
      <w:r>
        <w:t>jaisa ke maine arz kiya ke har aadmi Paradise Seeker Animal hai. Paradise Seeking Animal hai. yaani Man is a Paradise Seeking Animal.</w:t>
      </w:r>
    </w:p>
    <w:p>
      <w:pPr>
        <w:jc w:val="right"/>
      </w:pPr>
      <w:r>
        <w:t>جیسا کہ میں نے عرض کیا کہ ہر آدمی Paradise Seeker Animal ہے۔ Paradise Seeking Animal ہے۔ یعنی Man is a Paradise Seeking Animal۔</w:t>
      </w:r>
    </w:p>
    <w:p>
      <w:r>
        <w:rPr>
          <w:b/>
        </w:rPr>
        <w:t xml:space="preserve">[48:31] </w:t>
      </w:r>
      <w:r>
        <w:t>to woh bachpan hi se isi ko talash mein rehta hai.</w:t>
      </w:r>
    </w:p>
    <w:p>
      <w:pPr>
        <w:jc w:val="right"/>
      </w:pPr>
      <w:r>
        <w:t>تو وہ بچپن ہی سے اسی کو تلاش میں رہتا ہے۔</w:t>
      </w:r>
    </w:p>
    <w:p>
      <w:r>
        <w:rPr>
          <w:b/>
        </w:rPr>
        <w:t xml:space="preserve">[48:40] </w:t>
      </w:r>
      <w:r>
        <w:t>lekin jab dunya mein dakhil hota hai woh to</w:t>
      </w:r>
    </w:p>
    <w:p>
      <w:pPr>
        <w:jc w:val="right"/>
      </w:pPr>
      <w:r>
        <w:t>لیکن جب دنیا میں داخل ہوتا ہے وہ تو</w:t>
      </w:r>
    </w:p>
    <w:p>
      <w:r>
        <w:rPr>
          <w:b/>
        </w:rPr>
        <w:t xml:space="preserve">[48:49] </w:t>
      </w:r>
      <w:r>
        <w:t>yahan par chounke mukhtalif qism ke Problem hain, mukhtalif qism ke masle hain to is ki wajah se woh As a Paradise ko daryaft nahi kar pata.</w:t>
      </w:r>
    </w:p>
    <w:p>
      <w:pPr>
        <w:jc w:val="right"/>
      </w:pPr>
      <w:r>
        <w:t>یہاں پر چونکہ مختلف قسم کے Problem ہیں، مختلف قسم کے مسئلے ہیں تو اس کی وجہ سے وہ As a Paradise کو دریافت نہیں کر پاتا۔</w:t>
      </w:r>
    </w:p>
    <w:p>
      <w:r>
        <w:rPr>
          <w:b/>
        </w:rPr>
        <w:t xml:space="preserve">[49:04] </w:t>
      </w:r>
      <w:r>
        <w:t>As a Problem World daryaft karta hai is ko. to yeh dunya se bhi mehroom, akhirat se bhi mehroom. idhar se bhi mehroom, udhar se bhi mehroom.</w:t>
      </w:r>
    </w:p>
    <w:p>
      <w:pPr>
        <w:jc w:val="right"/>
      </w:pPr>
      <w:r>
        <w:t>As a Problem World دریافت کرتا ہے اس کو۔ تو یہ دنیا سے بھی محروم، آخرت سے بھی محروم۔ ادھر سے بھی محروم، ادھر سے بھی محروم۔</w:t>
      </w:r>
    </w:p>
    <w:p>
      <w:r>
        <w:rPr>
          <w:b/>
        </w:rPr>
        <w:t xml:space="preserve">[49:16] </w:t>
      </w:r>
      <w:r>
        <w:t>to sab se aham baat yeh hai ke aap Creation Plan of God ko janiye. Allah ka Creation Plan kya hai, us ko samjhiye. tab aisa hoga ke Everything falls into place wala mamla ho jayega.</w:t>
      </w:r>
    </w:p>
    <w:p>
      <w:pPr>
        <w:jc w:val="right"/>
      </w:pPr>
      <w:r>
        <w:t>تو سب سے اہم بات یہ ہے کہ آپ Creation Plan of God کو جانیں۔ اللہ کا Creation Plan کیا ہے، اس کو سمجھیں۔ تب ایسا ہوگا کہ Everything falls into place والا معاملہ ہو جائے گا۔</w:t>
      </w:r>
    </w:p>
    <w:p>
      <w:r>
        <w:rPr>
          <w:b/>
        </w:rPr>
        <w:t xml:space="preserve">[49:31] </w:t>
      </w:r>
      <w:r>
        <w:t>ek sahab the, woh inhi ka jumla hai yeh, woh Britisher the, White. to unhone woh India aaye.</w:t>
      </w:r>
    </w:p>
    <w:p>
      <w:pPr>
        <w:jc w:val="right"/>
      </w:pPr>
      <w:r>
        <w:t>ایک صاحب تھے، وہ انہی کا جملہ ہے یہ، وہ Britisher تھے، White۔ تو انہوں نے وہ انڈیا آئے۔</w:t>
      </w:r>
    </w:p>
    <w:p>
      <w:r>
        <w:rPr>
          <w:b/>
        </w:rPr>
        <w:t xml:space="preserve">[49:43] </w:t>
      </w:r>
      <w:r>
        <w:t>India mein baqayda unhone Urdu padhi, Arabi padhi. phir hamare Literature sara padh dala unhone. to unhone kaha ke is se pehle mere Mind mein ne Islam qabool kar liya tha lekin atpatapan rehta tha.</w:t>
      </w:r>
    </w:p>
    <w:p>
      <w:pPr>
        <w:jc w:val="right"/>
      </w:pPr>
      <w:r>
        <w:t>انڈیا میں باقاعدہ انہوں نے اردو پڑھی، عربی پڑھی۔ پھر ہمارے Literature سارا پڑھ ڈالا انہوں نے۔ تو انہوں نے کہا کہ اس سے پہلے میرے Mind میں نے اسلام قبول کر لیا تھا لیکن اٹپٹا پن رہتا تھا۔</w:t>
      </w:r>
    </w:p>
    <w:p>
      <w:r>
        <w:rPr>
          <w:b/>
        </w:rPr>
        <w:t xml:space="preserve">[49:58] </w:t>
      </w:r>
      <w:r>
        <w:t>lekin aap ki kitabein padhne ke baad to bilkul Everything falls into place ho gaya. ab har cheez samajh mein aa gayi.</w:t>
      </w:r>
    </w:p>
    <w:p>
      <w:pPr>
        <w:jc w:val="right"/>
      </w:pPr>
      <w:r>
        <w:t>لیکن آپ کی کتابیں پڑھنے کے بعد تو بالکل Everything falls into place ہو گیا۔ اب ہر چیز سمجھ میں آگئی۔</w:t>
      </w:r>
    </w:p>
    <w:p>
      <w:r>
        <w:rPr>
          <w:b/>
        </w:rPr>
        <w:t xml:space="preserve">[50:09] </w:t>
      </w:r>
      <w:r>
        <w:t>to yeh hai Creation Plan of God ko na janne ki wajah se hota hai aisa.</w:t>
      </w:r>
    </w:p>
    <w:p>
      <w:pPr>
        <w:jc w:val="right"/>
      </w:pPr>
      <w:r>
        <w:t>تو یہ ہے Creation Plan of God کو نہ جاننے کی وجہ سے ہوتا ہے ایسا۔</w:t>
      </w:r>
    </w:p>
    <w:p>
      <w:r>
        <w:rPr>
          <w:b/>
        </w:rPr>
        <w:t xml:space="preserve">[50:18] </w:t>
      </w:r>
      <w:r>
        <w:t>to aap ko dunya mein yaqeen ke sath rehna hai. Tension Free ho kar rehna hai.</w:t>
      </w:r>
    </w:p>
    <w:p>
      <w:pPr>
        <w:jc w:val="right"/>
      </w:pPr>
      <w:r>
        <w:t>تو آپ کو دنیا میں یقین کے ساتھ رہنا ہے۔ Tension Free ہو کر رہنا ہے۔</w:t>
      </w:r>
    </w:p>
    <w:p>
      <w:r>
        <w:rPr>
          <w:b/>
        </w:rPr>
        <w:t xml:space="preserve">[50:26] </w:t>
      </w:r>
      <w:r>
        <w:t>Hundred Percent Positive ban kar rehna hai.</w:t>
      </w:r>
    </w:p>
    <w:p>
      <w:pPr>
        <w:jc w:val="right"/>
      </w:pPr>
      <w:r>
        <w:t>Hundred Percent Positive بن کر رہنا ہے۔</w:t>
      </w:r>
    </w:p>
    <w:p>
      <w:r>
        <w:rPr>
          <w:b/>
        </w:rPr>
        <w:t xml:space="preserve">[50:34] </w:t>
      </w:r>
      <w:r>
        <w:t>kisi se main keh raha tha ke Quran Majeed mein hai ke wala tamutun illa wa antum musalmoon. tum na maro magar Muslim ban kar.</w:t>
      </w:r>
    </w:p>
    <w:p>
      <w:pPr>
        <w:jc w:val="right"/>
      </w:pPr>
      <w:r>
        <w:t>کسی سے میں کہہ رہا تھا کہ قرآن مجید میں ہے کہ ولا تموتن إلا وأنتم مسلمون۔ تم نہ مرو مگر مسلم بن کر۔</w:t>
      </w:r>
    </w:p>
    <w:p>
      <w:r>
        <w:rPr>
          <w:b/>
        </w:rPr>
        <w:t xml:space="preserve">[50:43] </w:t>
      </w:r>
      <w:r>
        <w:t>is ka matlab kya hai? is ka matlab hai wala tamutun illa wa antum moqinoon. maro to yaqeen par maro. yaqeen par marne ka kya matlab hai?</w:t>
      </w:r>
    </w:p>
    <w:p>
      <w:pPr>
        <w:jc w:val="right"/>
      </w:pPr>
      <w:r>
        <w:t>اس کا مطلب کیا ہے؟ اس کا مطلب ہے ولا تموتن إلا وأنتم موقنون۔ مرو تو یقین پر مرو۔ یقین پر مرنے کا کیا مطلب ہے؟</w:t>
      </w:r>
    </w:p>
    <w:p>
      <w:r>
        <w:rPr>
          <w:b/>
        </w:rPr>
        <w:t xml:space="preserve">[50:55] </w:t>
      </w:r>
      <w:r>
        <w:t>Doubt khatam ho jaye, Confusion khatam ho jaye. har cheez aap Explain kar chuke hon. kuch aap ko Mystery na rahe.</w:t>
      </w:r>
    </w:p>
    <w:p>
      <w:pPr>
        <w:jc w:val="right"/>
      </w:pPr>
      <w:r>
        <w:t>Doubt ختم ہو جائے، Confusion ختم ہو جائے۔ ہر چیز آپ Explain کر چکے ہوں۔ کچھ آپ کو Mystery نہ رہے۔</w:t>
      </w:r>
    </w:p>
    <w:p>
      <w:r>
        <w:rPr>
          <w:b/>
        </w:rPr>
        <w:t xml:space="preserve">[51:09] </w:t>
      </w:r>
      <w:r>
        <w:t>apni zindagi ko aap ne Explain kar liya ho. is dunya ko aap ne Explain kar liya ho. Khuda ko aap ne Discover kar liya ho. jannat ko aap ne daryaft kar liya ho.</w:t>
      </w:r>
    </w:p>
    <w:p>
      <w:pPr>
        <w:jc w:val="right"/>
      </w:pPr>
      <w:r>
        <w:t>اپنی زندگی کو آپ نے Explain کر لیا ہو۔ اس دنیا کو آپ نے Explain کر لیا ہو۔ خدا کو آپ نے Discover کر لیا ہو۔ جنت کو آپ نے دریافت کر لیا ہو۔</w:t>
      </w:r>
    </w:p>
    <w:p>
      <w:r>
        <w:rPr>
          <w:b/>
        </w:rPr>
        <w:t xml:space="preserve">[51:20] </w:t>
      </w:r>
      <w:r>
        <w:t>is se jo cheez paida hoti hai usi ke naam yaqeen hai, Conviction hai. to har aadmi ko yeh karna hai ke woh</w:t>
      </w:r>
    </w:p>
    <w:p>
      <w:pPr>
        <w:jc w:val="right"/>
      </w:pPr>
      <w:r>
        <w:t>اس سے جو چیز پیدا ہوتی ہے اسی کے نام یقین ہے، Conviction ہے۔ تو ہر آدمی کو یہ کرنا ہے کہ وہ</w:t>
      </w:r>
    </w:p>
    <w:p>
      <w:r>
        <w:rPr>
          <w:b/>
        </w:rPr>
        <w:t xml:space="preserve">[51:31] </w:t>
      </w:r>
      <w:r>
        <w:t>woh pehli, usi ko apna pehla Concern banaye. ke mujhe marna hai to yaqeen par marna hai. mujhe Confusion mein nahi marna hai.</w:t>
      </w:r>
    </w:p>
    <w:p>
      <w:pPr>
        <w:jc w:val="right"/>
      </w:pPr>
      <w:r>
        <w:t>وہ پہلی، اسی کو اپنا پہلا Concern بنائے۔ کہ مجھے مرنا ہے تو یقین پر مرنا ہے۔ مجھے Confusion میں نہیں مرنا ہے۔</w:t>
      </w:r>
    </w:p>
    <w:p>
      <w:r>
        <w:rPr>
          <w:b/>
        </w:rPr>
        <w:t xml:space="preserve">[51:40] </w:t>
      </w:r>
      <w:r>
        <w:t>mujhe Conviction par marna hai. mujhe Doubt mein nahi marna hai. to yeh kab hoga? jab aap har cheez ko Explain kar chuke hon.</w:t>
      </w:r>
    </w:p>
    <w:p>
      <w:pPr>
        <w:jc w:val="right"/>
      </w:pPr>
      <w:r>
        <w:t>مجھے Conviction پر مرنا ہے۔ مجھے Doubt میں نہیں مرنا ہے۔ تو یہ کب ہوگا؟ جب آپ ہر چیز کو Explain کر چکے ہوں۔</w:t>
      </w:r>
    </w:p>
    <w:p>
      <w:r>
        <w:rPr>
          <w:b/>
        </w:rPr>
        <w:t xml:space="preserve">[51:51] </w:t>
      </w:r>
      <w:r>
        <w:t>jab tak aap ne har cheez ko Explain nahi kiya, tab tak aap yaqeen se mehroom rahenge. kyunke insaan jo hai Explanation chahta hai.</w:t>
      </w:r>
    </w:p>
    <w:p>
      <w:pPr>
        <w:jc w:val="right"/>
      </w:pPr>
      <w:r>
        <w:t>جب تک آپ نے ہر چیز کو Explain نہیں کیا، تب تک آپ یقین سے محروم رہیں گے۔ کیونکہ انسان جو ہے Explanation چاہتا ہے۔</w:t>
      </w:r>
    </w:p>
    <w:p>
      <w:r>
        <w:rPr>
          <w:b/>
        </w:rPr>
        <w:t xml:space="preserve">[52:00] </w:t>
      </w:r>
      <w:r>
        <w:t>Rational Explanation. insaan apne Nature ke mutabiq har cheez ka Rational Explanation chahta hai. yaani aqli tawjeeh.</w:t>
      </w:r>
    </w:p>
    <w:p>
      <w:pPr>
        <w:jc w:val="right"/>
      </w:pPr>
      <w:r>
        <w:t>Rational Explanation۔ انسان اپنے Nature کے مطابق ہر چیز کا Rational Explanation چاہتا ہے۔ یعنی عقلی توجیح۔</w:t>
      </w:r>
    </w:p>
    <w:p>
      <w:r>
        <w:rPr>
          <w:b/>
        </w:rPr>
        <w:t xml:space="preserve">[52:13] </w:t>
      </w:r>
      <w:r>
        <w:t>jab tak aap woh na hasil kar lein, tab tak aap ka Mind jo hai kahin atka rahega. aap yaqeen se mehroom rahenge.</w:t>
      </w:r>
    </w:p>
    <w:p>
      <w:pPr>
        <w:jc w:val="right"/>
      </w:pPr>
      <w:r>
        <w:t>جب تک آپ وہ نہ حاصل کر لیں، تب تک آپ کا Mind جو ہے کہیں اٹکا رہے گا۔ آپ یقین سے محروم رہیں گے۔</w:t>
      </w:r>
    </w:p>
    <w:p>
      <w:r>
        <w:rPr>
          <w:b/>
        </w:rPr>
        <w:t xml:space="preserve">[52:23] </w:t>
      </w:r>
      <w:r>
        <w:t>Confusion mein jiyenge aap.</w:t>
      </w:r>
    </w:p>
    <w:p>
      <w:pPr>
        <w:jc w:val="right"/>
      </w:pPr>
      <w:r>
        <w:t>Confusion میں جیئیں گے آپ۔</w:t>
      </w:r>
    </w:p>
    <w:p>
      <w:r>
        <w:rPr>
          <w:b/>
        </w:rPr>
        <w:t xml:space="preserve">[52:27] </w:t>
      </w:r>
      <w:r>
        <w:t>Doubt mein jiyenge. to is se apne aap ko nikalna hai.</w:t>
      </w:r>
    </w:p>
    <w:p>
      <w:pPr>
        <w:jc w:val="right"/>
      </w:pPr>
      <w:r>
        <w:t>Doubt میں جیئیں گے۔ تو اس سے اپنے آپ کو نکالنا ہے۔</w:t>
      </w:r>
    </w:p>
    <w:p>
      <w:r>
        <w:rPr>
          <w:b/>
        </w:rPr>
        <w:t xml:space="preserve">[52:37] </w:t>
      </w:r>
      <w:r>
        <w:t>to jab nikal chuke hain, usay nikalnay ka matlab yeh hai ke aap Paradise tak pohnch gaye. is dunya mein.</w:t>
      </w:r>
    </w:p>
    <w:p>
      <w:pPr>
        <w:jc w:val="right"/>
      </w:pPr>
      <w:r>
        <w:t>تو جب نکال چکے ہیں، اسے نکالنے کا مطلب یہ ہے کہ آپ Paradise تک پہنچ گئے۔ اس دنیا میں۔</w:t>
      </w:r>
    </w:p>
    <w:p>
      <w:r>
        <w:rPr>
          <w:b/>
        </w:rPr>
        <w:t xml:space="preserve">[52:48] </w:t>
      </w:r>
      <w:r>
        <w:t>to isi dunya mein aadmi ko Paradise ko daryaft karna hai. is dunya mein aadmi ko Paradise mein rehna hai. isi dunya mein aadmi ko Paradise walay Culture ko ikhtiyar karna hai.</w:t>
      </w:r>
    </w:p>
    <w:p>
      <w:pPr>
        <w:jc w:val="right"/>
      </w:pPr>
      <w:r>
        <w:t>تو اسی دنیا میں آدمی کو Paradise کو دریافت کرنا ہے۔ اس دنیا میں آدمی کو Paradise میں رہنا ہے۔ اسی دنیا میں آدمی کو Paradise والے Culture کو اختیار کرنا ہے۔</w:t>
      </w:r>
    </w:p>
    <w:p>
      <w:r>
        <w:rPr>
          <w:b/>
        </w:rPr>
        <w:t xml:space="preserve">[53:01] </w:t>
      </w:r>
      <w:r>
        <w:t>isi dunya mein. akhirat mein to sirf Reward mile ga, Reward. baqi sab kuch isi dunya mein hona hai.</w:t>
      </w:r>
    </w:p>
    <w:p>
      <w:pPr>
        <w:jc w:val="right"/>
      </w:pPr>
      <w:r>
        <w:t>اسی دنیا میں۔ آخرت میں تو صرف Reward ملے گا، Reward۔ باقی سب کچھ اسی دنیا میں ہونا ہے۔</w:t>
      </w:r>
    </w:p>
    <w:p>
      <w:r>
        <w:rPr>
          <w:b/>
        </w:rPr>
        <w:t xml:space="preserve">[53:14] </w:t>
      </w:r>
      <w:r>
        <w:t>aap apnay shaoor ko itna zyada jagayein, itna zyada jagayein. apnay andar itna zyada Intellectual Development paida karein ke aap cheezon ko Explain kar sakein.</w:t>
      </w:r>
    </w:p>
    <w:p>
      <w:pPr>
        <w:jc w:val="right"/>
      </w:pPr>
      <w:r>
        <w:t>آپ اپنے شعور کو اتنا زیادہ جگائیں، اتنا زیادہ جگائیں۔ اپنے اندر اتنا زیادہ Intellectual Development پیدا کریں۔ کہ آپ چیزوں کو Explain کر سکیں۔</w:t>
      </w:r>
    </w:p>
    <w:p>
      <w:r>
        <w:rPr>
          <w:b/>
        </w:rPr>
        <w:t xml:space="preserve">[53:28] </w:t>
      </w:r>
      <w:r>
        <w:t>aap Khuda ko daryaft kar sakein. aap Prophet ko daryaft kar sakein. Quran aur Hadees ko daryaft kar sakein.</w:t>
      </w:r>
    </w:p>
    <w:p>
      <w:pPr>
        <w:jc w:val="right"/>
      </w:pPr>
      <w:r>
        <w:t>آپ خدا کو دریافت کر سکیں۔ آپ Prophet کو دریافت کر سکیں۔ قرآن اور حدیث کو دریافت کر سکیں۔</w:t>
      </w:r>
    </w:p>
    <w:p>
      <w:r>
        <w:rPr>
          <w:b/>
        </w:rPr>
        <w:t xml:space="preserve">[53:41] </w:t>
      </w:r>
      <w:r>
        <w:t>is ke baad Creation Plan ko aap, Creation Plan of God ko jaan sakein. Paradise ko jaan sakein. yeh sab kuch is tarah se ho jaye ke har cheez Well Explained ho aap ke Mind mein.</w:t>
      </w:r>
    </w:p>
    <w:p>
      <w:pPr>
        <w:jc w:val="right"/>
      </w:pPr>
      <w:r>
        <w:t>اس کے بعد Creation Plan کو آپ، Creation Plan of God کو جان سکیں۔ Paradise کو جان سکیں۔ یہ سب کچھ اس طرح سے ہو جائے کہ ہر چیز Well Explained ہو آپ کے Mind میں۔</w:t>
      </w:r>
    </w:p>
    <w:p>
      <w:r>
        <w:rPr>
          <w:b/>
        </w:rPr>
        <w:t xml:space="preserve">[53:53] </w:t>
      </w:r>
      <w:r>
        <w:t>puri tarah se tawjeeh ho chuki ho har cheez ki. to isi ke Result ka naam hai yaqeen, Conviction. tab aap woh insaan banenge jo ke marne ke baad farishtay basharat denge ke chalo jannat tumhare liye hai.</w:t>
      </w:r>
    </w:p>
    <w:p>
      <w:pPr>
        <w:jc w:val="right"/>
      </w:pPr>
      <w:r>
        <w:t>پوری طرح سے توجیح ہو چکی ہو ہر چیز کی۔ تو اسی کے Result کا نام ہے یقین، Conviction۔ تب آپ وہ انسان بنیں گے جو کہ مرنے کے بعد فرشتے بشارت دیں گے کہ چلو جنت تمہارے لیے ہے۔</w:t>
      </w:r>
    </w:p>
    <w:p>
      <w:r>
        <w:rPr>
          <w:b/>
        </w:rPr>
        <w:t xml:space="preserve">[54:12] </w:t>
      </w:r>
      <w:r>
        <w:t>Paradise tumhare liye hai.</w:t>
      </w:r>
    </w:p>
    <w:p>
      <w:pPr>
        <w:jc w:val="right"/>
      </w:pPr>
      <w:r>
        <w:t>Paradise تمہارے لیے ہے۔</w:t>
      </w:r>
    </w:p>
    <w:p>
      <w:r>
        <w:rPr>
          <w:b/>
        </w:rPr>
        <w:t xml:space="preserve">[54:17] </w:t>
      </w:r>
      <w:r>
        <w:t>to yeh dunya jo hai goya ke Paradise mein basaya jane ke qabil insanon ki ka ki Training Camp hai.</w:t>
      </w:r>
    </w:p>
    <w:p>
      <w:pPr>
        <w:jc w:val="right"/>
      </w:pPr>
      <w:r>
        <w:t>تو یہ دنیا جو ہے گویا کہ Paradise میں بسایا جانے کے قابل انسانوں کی کا کی Training Camp ہے۔</w:t>
      </w:r>
    </w:p>
    <w:p>
      <w:r>
        <w:rPr>
          <w:b/>
        </w:rPr>
        <w:t xml:space="preserve">[54:28] </w:t>
      </w:r>
      <w:r>
        <w:t>unki tayari ka maqam hai. yani aisay insaan yahan tayar kiye ja rahe hain jo Paradise mein basanay ke qabil hon.</w:t>
      </w:r>
    </w:p>
    <w:p>
      <w:pPr>
        <w:jc w:val="right"/>
      </w:pPr>
      <w:r>
        <w:t>ان کی تیاری کا مقام ہے۔ یعنی ایسے انسان یہاں تیار کیے جا رہے ہیں جو Paradise میں بسانے کے قابل ہوں۔</w:t>
      </w:r>
    </w:p>
    <w:p>
      <w:r>
        <w:rPr>
          <w:b/>
        </w:rPr>
        <w:t xml:space="preserve">[54:40] </w:t>
      </w:r>
      <w:r>
        <w:t>to kitna qeemti ban jata hai yeh. yeh tasawwur jo hai aap ke liye, aap ki zindagi ko kitna zyada qeemti, kitna Valuable bana deta hai.</w:t>
      </w:r>
    </w:p>
    <w:p>
      <w:pPr>
        <w:jc w:val="right"/>
      </w:pPr>
      <w:r>
        <w:t>تو کتنا قیمتی بن جاتا ہے یہ۔ یہ تصور جو ہے آپ کے لیے، آپ کی زندگی کو کتنا زیادہ قیمتی، کتنا Valuable بنا دیتا ہے۔</w:t>
      </w:r>
    </w:p>
    <w:p>
      <w:r>
        <w:rPr>
          <w:b/>
        </w:rPr>
        <w:t xml:space="preserve">[54:52] </w:t>
      </w:r>
      <w:r>
        <w:t>kitna zyada Valuable.</w:t>
      </w:r>
    </w:p>
    <w:p>
      <w:pPr>
        <w:jc w:val="right"/>
      </w:pPr>
      <w:r>
        <w:t>کتنا زیادہ Valuable۔</w:t>
      </w:r>
    </w:p>
    <w:p>
      <w:r>
        <w:rPr>
          <w:b/>
        </w:rPr>
        <w:t xml:space="preserve">[54:58] </w:t>
      </w:r>
      <w:r>
        <w:t>jab aap is ehsas se zindagi ko daryaft karein to aap aik aita ke barabar bhi aap ke andar Negativity nahi hogi.</w:t>
      </w:r>
    </w:p>
    <w:p>
      <w:pPr>
        <w:jc w:val="right"/>
      </w:pPr>
      <w:r>
        <w:t>جب آپ اس احساس سے زندگی کو دریافت کریں تو آپ ایک آئٹہ کے برابر بھی آپ کے اندر Negativity نہیں ہوگی۔</w:t>
      </w:r>
    </w:p>
    <w:p>
      <w:r>
        <w:rPr>
          <w:b/>
        </w:rPr>
        <w:t xml:space="preserve">[55:09] </w:t>
      </w:r>
      <w:r>
        <w:t>aap shukr hi shukr mein jiyeinge. shukr hi shukr mein jiyeinge.</w:t>
      </w:r>
    </w:p>
    <w:p>
      <w:pPr>
        <w:jc w:val="right"/>
      </w:pPr>
      <w:r>
        <w:t>آپ شکر ہی شکر میں جیئیں گے۔ شکر ہی شکر میں جیئیں گے۔</w:t>
      </w:r>
    </w:p>
    <w:p>
      <w:r>
        <w:rPr>
          <w:b/>
        </w:rPr>
        <w:t xml:space="preserve">[55:19] </w:t>
      </w:r>
      <w:r>
        <w:t>aik sahib ka hamare paas ta'alluq aya jo hamare saathi hain. woh gaye aik maqam par. ghaliban kisi masjid mein gaye jo.</w:t>
      </w:r>
    </w:p>
    <w:p>
      <w:pPr>
        <w:jc w:val="right"/>
      </w:pPr>
      <w:r>
        <w:t>ایک صاحب کا ہمارے پاس تعلق آیا جو ہمارے ساتھی ہیں۔ وہ گئے ایک مقام پر۔ غالباً کسی مسجد میں گئے جو۔</w:t>
      </w:r>
    </w:p>
    <w:p>
      <w:r>
        <w:rPr>
          <w:b/>
        </w:rPr>
        <w:t xml:space="preserve">[55:29] </w:t>
      </w:r>
      <w:r>
        <w:t>to wahan par Juma ka din tha, kafi log thay. to woh kitabein le gaye thay wahan taqseem karne ke liye. to kisi ne un ko koi galat baat keh di.</w:t>
      </w:r>
    </w:p>
    <w:p>
      <w:pPr>
        <w:jc w:val="right"/>
      </w:pPr>
      <w:r>
        <w:t>تو وہاں پر جمعہ کا دن تھا، کافی لوگ تھے۔ تو وہ کتابیں لے گئے تھے وہاں تقسیم کرنے کے لیے۔ تو کسی نے ان کو کوئی غلط بات کہہ دی۔</w:t>
      </w:r>
    </w:p>
    <w:p>
      <w:r>
        <w:rPr>
          <w:b/>
        </w:rPr>
        <w:t xml:space="preserve">[55:43] </w:t>
      </w:r>
      <w:r>
        <w:t>un ko kuch bura bhala keh diya. to yeh Negative ho gaye. to lotnay ke baad unhon ne socha ke main jo kitabein le gaya tha woh to sab ki sab Positivity mein pesh karti hain.</w:t>
      </w:r>
    </w:p>
    <w:p>
      <w:pPr>
        <w:jc w:val="right"/>
      </w:pPr>
      <w:r>
        <w:t>ان کو کچھ برا بھلا کہہ دیا۔ تو یہ Negative ہو گئے۔ تو لوٹنے کے بعد انہوں نے سوچا کہ میں جو کتابیں لے گیا تھا وہ تو سب کی سب Positivity میں پیش کرتی ہیں۔</w:t>
      </w:r>
    </w:p>
    <w:p>
      <w:r>
        <w:rPr>
          <w:b/>
        </w:rPr>
        <w:t xml:space="preserve">[55:55] </w:t>
      </w:r>
      <w:r>
        <w:t>woh kehte hain ke Positive Thinking paida karo apnay andar. ab main khud Negative ho gaya.</w:t>
      </w:r>
    </w:p>
    <w:p>
      <w:pPr>
        <w:jc w:val="right"/>
      </w:pPr>
      <w:r>
        <w:t>وہ کہتے ہیں کہ Positive Thinking پیدا کرو اپنے اندر۔ اب میں خود Negative ہو گیا۔</w:t>
      </w:r>
    </w:p>
    <w:p>
      <w:r>
        <w:rPr>
          <w:b/>
        </w:rPr>
        <w:t xml:space="preserve">[56:03] </w:t>
      </w:r>
      <w:r>
        <w:t>unhon ne agar kuch aisi baat bol di to yeh un ka un ka kaam hai. woh mera kaam nahi hai. woh bolay to bolay, main is se asar kyun loon?</w:t>
      </w:r>
    </w:p>
    <w:p>
      <w:pPr>
        <w:jc w:val="right"/>
      </w:pPr>
      <w:r>
        <w:t>انہوں نے اگر کچھ ایسی بات بول دی تو یہ ان کا ان کا کام ہے۔ وہ میرا کام نہیں ہے۔ وہ بولے تو بولے، میں اس سے اثر کیوں لوں؟</w:t>
      </w:r>
    </w:p>
    <w:p>
      <w:r>
        <w:rPr>
          <w:b/>
        </w:rPr>
        <w:t xml:space="preserve">[56:14] </w:t>
      </w:r>
      <w:r>
        <w:t>to aadhe ghantay ke andar andar unhon ne Manage kar liya unhon ne. aadhe ghantay ke andar andar unhon ne dobara apnay ko Positive bana liya. to yeh har aadmi ko karna hai.</w:t>
      </w:r>
    </w:p>
    <w:p>
      <w:pPr>
        <w:jc w:val="right"/>
      </w:pPr>
      <w:r>
        <w:t>تو آدھے گھنٹے کے اندر اندر انہوں نے Manage کر لیا انہوں نے۔ آدھے گھنٹے کے اندر اندر انہوں نے دوبارہ اپنے کو Positive بنا لیا۔ تو یہ ہر آدمی کو کرنا ہے۔</w:t>
      </w:r>
    </w:p>
    <w:p>
      <w:r>
        <w:rPr>
          <w:b/>
        </w:rPr>
        <w:t xml:space="preserve">[56:28] </w:t>
      </w:r>
      <w:r>
        <w:t>warna Paradise khatray mein par jaye gi. yaad rakhiye agar aap Negative hotay hain to aap Paradise ke Risk mol le rahe hain.</w:t>
      </w:r>
    </w:p>
    <w:p>
      <w:pPr>
        <w:jc w:val="right"/>
      </w:pPr>
      <w:r>
        <w:t>ورنہ Paradise خطرے میں پڑ جائے گی۔ یاد رکھیے اگر آپ Negative ہوتے ہیں تو آپ Paradise کے Risk مول لے رہے ہیں۔</w:t>
      </w:r>
    </w:p>
    <w:p>
      <w:r>
        <w:rPr>
          <w:b/>
        </w:rPr>
        <w:t xml:space="preserve">[56:38] </w:t>
      </w:r>
      <w:r>
        <w:t>yaad rakhiye. Paradise ko apnay Risk bana rahe hain. agar aap Negative hotay hain. dekhein waqti tor par Negative ho janay ki baat nahi main keh raha hoon.</w:t>
      </w:r>
    </w:p>
    <w:p>
      <w:pPr>
        <w:jc w:val="right"/>
      </w:pPr>
      <w:r>
        <w:t>یاد رکھیے۔ Paradise کو اپنے Risk بنا رہے ہیں۔ اگر آپ Negative ہوتے ہیں۔ دیکھیں وقتی طور پر Negative ہو جانے کی بات نہیں میں کہہ رہا ہوں۔</w:t>
      </w:r>
    </w:p>
    <w:p>
      <w:r>
        <w:rPr>
          <w:b/>
        </w:rPr>
        <w:t xml:space="preserve">[56:48] </w:t>
      </w:r>
      <w:r>
        <w:t>waqti tor par to koi bhi shakhs Negative ho jata hai. lekin woh Negativity Persist kare. woh Negative aap ke Mind mein jagah pa le.</w:t>
      </w:r>
    </w:p>
    <w:p>
      <w:pPr>
        <w:jc w:val="right"/>
      </w:pPr>
      <w:r>
        <w:t>وقتی طور پر تو کوئی بھی شخص Negative ہو جاتا ہے۔ لیکن وہ Negativity Persist کرے۔ وہ Negative آپ کے Mind میں جگہ پا لے۔</w:t>
      </w:r>
    </w:p>
    <w:p>
      <w:r>
        <w:rPr>
          <w:b/>
        </w:rPr>
        <w:t xml:space="preserve">[56:59] </w:t>
      </w:r>
      <w:r>
        <w:t>isi Negative baaton ko aap charcha karne lagein. to woh bohat hi zyada, bohat hi zyada Alarming baat hai.</w:t>
      </w:r>
    </w:p>
    <w:p>
      <w:pPr>
        <w:jc w:val="right"/>
      </w:pPr>
      <w:r>
        <w:t>اسی Negative باتوں کو آپ چرچا کرنے لگیں۔ تو وہ بہت ہی زیادہ، بہت ہی زیادہ Alarming بات ہے۔</w:t>
      </w:r>
    </w:p>
    <w:p>
      <w:r>
        <w:rPr>
          <w:b/>
        </w:rPr>
        <w:t xml:space="preserve">[57:14] </w:t>
      </w:r>
      <w:r>
        <w:t>bohat zyada Alarming baat hai. aap ko jaldi se Alert ho jana hai. jaisay ke unhon ne qissa bataya aap ko ke woh masjid mein gaye Juma ke din.</w:t>
      </w:r>
    </w:p>
    <w:p>
      <w:pPr>
        <w:jc w:val="right"/>
      </w:pPr>
      <w:r>
        <w:t>بہت زیادہ Alarming بات ہے۔ آپ کو جلدی سے Alert ہو جانا ہے۔ جیسے کہ انہوں نے قصہ بتایا آپ کو کہ وہ مسجد میں گئے جمعہ کے دن۔</w:t>
      </w:r>
    </w:p>
    <w:p>
      <w:r>
        <w:rPr>
          <w:b/>
        </w:rPr>
        <w:t xml:space="preserve">[57:25] </w:t>
      </w:r>
      <w:r>
        <w:t>kitabon ka ek inhone ek mez bhi phailai aur kitabein rakhein. yahan ki jo kitabein hain CPS ki. to kisi ne ulti baat keh di un ko.</w:t>
      </w:r>
    </w:p>
    <w:p>
      <w:pPr>
        <w:jc w:val="right"/>
      </w:pPr>
      <w:r>
        <w:t>کتابوں کا ایک انہوں نے ایک میز بھی پھیلائی اور کتابیں رکھیں۔ یہاں کی جو کتابیں ہیں CPS کی۔ تو کسی نے الٹی بات کہہ دی ان کو۔</w:t>
      </w:r>
    </w:p>
    <w:p>
      <w:r>
        <w:rPr>
          <w:b/>
        </w:rPr>
        <w:t xml:space="preserve">[57:36] </w:t>
      </w:r>
      <w:r>
        <w:t>to un ko waqti tor par ghussa aa gaya. is ne keh diya tha ke yeh masjid hai, yeh koi yeh koi shopping center nahi ke aap kitabein bechne ke liye chale aaein yahan par.</w:t>
      </w:r>
    </w:p>
    <w:p>
      <w:pPr>
        <w:jc w:val="right"/>
      </w:pPr>
      <w:r>
        <w:t>تو ان کو وقتی طور پر غصہ آگیا۔ اس نے کہہ دیا تھا کہ یہ مسجد ہے، یہ کوئی یہ کوئی شاپنگ سینٹر نہیں کہ آپ کتابیں بیچنے کے لیے چلے آئیں یہاں پر۔</w:t>
      </w:r>
    </w:p>
    <w:p>
      <w:r>
        <w:rPr>
          <w:b/>
        </w:rPr>
        <w:t xml:space="preserve">[57:51] </w:t>
      </w:r>
      <w:r>
        <w:t>woh bech nahi rahe the woh. woh to gaye the Distribute karne ke liye lekin is ne aisa kaha.</w:t>
      </w:r>
    </w:p>
    <w:p>
      <w:pPr>
        <w:jc w:val="right"/>
      </w:pPr>
      <w:r>
        <w:t>وہ بیچ نہیں رہے تھے وہ۔ وہ تو گئے تھے Distribute کرنے کے لیے لیکن اس نے ایسا کہا۔</w:t>
      </w:r>
    </w:p>
    <w:p>
      <w:r>
        <w:rPr>
          <w:b/>
        </w:rPr>
        <w:t xml:space="preserve">[57:59] </w:t>
      </w:r>
      <w:r>
        <w:t>to ghussa aa gaya un ko. lekin aadhe ghante ke andar andar Manage kar liya inhone. kyunke main to gaya hoon logon ko Positivity ka sabak dene ke liye.</w:t>
      </w:r>
    </w:p>
    <w:p>
      <w:pPr>
        <w:jc w:val="right"/>
      </w:pPr>
      <w:r>
        <w:t>تو غصہ آگیا ان کو۔ لیکن آدھے گھنٹے کے اندر اندر Manage کر لیا انہوں نے۔ کیونکہ میں تو گیا ہوں لوگوں کو Positivity کا سبق دینے کے لیے۔</w:t>
      </w:r>
    </w:p>
    <w:p>
      <w:r>
        <w:rPr>
          <w:b/>
        </w:rPr>
        <w:t xml:space="preserve">[58:09] </w:t>
      </w:r>
      <w:r>
        <w:t>ab main khud hi Negative ho raha hoon.</w:t>
      </w:r>
    </w:p>
    <w:p>
      <w:pPr>
        <w:jc w:val="right"/>
      </w:pPr>
      <w:r>
        <w:t>اب میں خود ہی Negative ہو رہا ہوں۔</w:t>
      </w:r>
    </w:p>
    <w:p>
      <w:r>
        <w:rPr>
          <w:b/>
        </w:rPr>
        <w:t xml:space="preserve">[58:14] </w:t>
      </w:r>
      <w:r>
        <w:t>to inhone is tarah se is ko Manage kiya ke woh aadmi jo hai janta nahi. الناس وعداء ما جهلو.</w:t>
      </w:r>
    </w:p>
    <w:p>
      <w:pPr>
        <w:jc w:val="right"/>
      </w:pPr>
      <w:r>
        <w:t>تو انہوں نے اس طرح سے اس کو Manage کیا کہ وہ آدمی جو ہے جانتا نہیں۔ الناس وعداء ما جهلو۔</w:t>
      </w:r>
    </w:p>
    <w:p>
      <w:r>
        <w:rPr>
          <w:b/>
        </w:rPr>
        <w:t xml:space="preserve">[58:23] </w:t>
      </w:r>
      <w:r>
        <w:t>apni bekhabari ki bina par is ne aisa namaz diya. agar woh janta ke main logon ki bhalai ke liye aaya hoon. logon ke faide ke liye aaya hoon.</w:t>
      </w:r>
    </w:p>
    <w:p>
      <w:pPr>
        <w:jc w:val="right"/>
      </w:pPr>
      <w:r>
        <w:t>اپنی بے خبری کی بنا پر اس نے ایسا نماز دیا۔ اگر وہ جانتا کہ میں لوگوں کی بھلائی کے لیے آیا ہوں۔ لوگوں کے فائدے کے لیے آیا ہوں۔</w:t>
      </w:r>
    </w:p>
    <w:p>
      <w:r>
        <w:rPr>
          <w:b/>
        </w:rPr>
        <w:t xml:space="preserve">[58:32] </w:t>
      </w:r>
      <w:r>
        <w:t>logon ko jannat ka sabak dene ke liye aaya hoon. to aisa na kehta woh. is tarah Manage kar liya inhone.</w:t>
      </w:r>
    </w:p>
    <w:p>
      <w:pPr>
        <w:jc w:val="right"/>
      </w:pPr>
      <w:r>
        <w:t>لوگوں کو جنت کا سبق دینے کے لیے آیا ہوں۔ تو ایسا نہ کہتا وہ۔ اس طرح Manage کر لیا انہوں نے۔</w:t>
      </w:r>
    </w:p>
    <w:p>
      <w:r>
        <w:rPr>
          <w:b/>
        </w:rPr>
        <w:t xml:space="preserve">[58:41] </w:t>
      </w:r>
      <w:r>
        <w:t>to hum aap ko Paradise ko apna Incentive banana hai. aur jab Paradise aap ka Incentive ban jaye gi to aap hero ban jayenge, hero.</w:t>
      </w:r>
    </w:p>
    <w:p>
      <w:pPr>
        <w:jc w:val="right"/>
      </w:pPr>
      <w:r>
        <w:t>تو ہم آپ کو Paradise کو اپنا Incentive بنانا ہے۔ اور جب Paradise آپ کا Incentive بن جائے گی تو آپ ہیرو بن جائیں گے، ہیرو۔</w:t>
      </w:r>
    </w:p>
    <w:p>
      <w:r>
        <w:rPr>
          <w:b/>
        </w:rPr>
        <w:t xml:space="preserve">[58:49] </w:t>
      </w:r>
      <w:r>
        <w:t>subah, shaam, raat, din isi ka aap ko fikr rahe gi. aur dunya mein jo Paradise ko le kar hero ban gaya us ke liye Paradise ke darwaze khule jayenge.</w:t>
      </w:r>
    </w:p>
    <w:p>
      <w:pPr>
        <w:jc w:val="right"/>
      </w:pPr>
      <w:r>
        <w:t>صبح، شام، رات، دن اسی کا آپ کو فکر رہے گی۔ اور دنیا میں جو Paradise کو لے کر ہیرو بن گیا اس کے لیے Paradise کے دروازے کھلے جائیں گے۔</w:t>
      </w:r>
    </w:p>
    <w:p>
      <w:r>
        <w:rPr>
          <w:b/>
        </w:rPr>
        <w:t xml:space="preserve">[59:01] </w:t>
      </w:r>
      <w:r>
        <w:t>sab se pehle. isi ke liye Paradise hai. to main dua karta hoon ke Allah taala mujh ko aur aap ko sahi maano mein sachai ki tofeeq de.</w:t>
      </w:r>
    </w:p>
    <w:p>
      <w:pPr>
        <w:jc w:val="right"/>
      </w:pPr>
      <w:r>
        <w:t>سب سے پہلے۔ اسی کے لیے Paradise ہے۔ تو میں دعا کرتا ہوں کہ اللہ تعالیٰ مجھ کو اور آپ کو صحیح معنوں میں سچائی کی توفیق دے۔</w:t>
      </w:r>
    </w:p>
    <w:p>
      <w:r>
        <w:rPr>
          <w:b/>
        </w:rPr>
        <w:t xml:space="preserve">[59:14] </w:t>
      </w:r>
      <w:r>
        <w:t>aqool qawli hadha wa astaghfirullaha li walakum ajmaeen.</w:t>
      </w:r>
    </w:p>
    <w:p>
      <w:pPr>
        <w:jc w:val="right"/>
      </w:pPr>
      <w:r>
        <w:t>أقول قولي هذا وأستغفر الله لي ولكم أجمعين.</w:t>
      </w:r>
    </w:p>
    <w:p>
      <w:r>
        <w:rPr>
          <w:b/>
        </w:rPr>
        <w:t xml:space="preserve">[59:29] </w:t>
      </w:r>
      <w:r>
        <w:t>Mrs Bushra Ameer ne Karachi Pakistan se sawal kiya hai. un ka sawal hai: kya tadabbur aur tabassum ke bina imaan mil sakta hai?</w:t>
      </w:r>
    </w:p>
    <w:p>
      <w:pPr>
        <w:jc w:val="right"/>
      </w:pPr>
      <w:r>
        <w:t>مسز بشریٰ امیر نے کراچی پاکستان سے سوال کیا ہے۔ ان کا سوال ہے: کیا تدبر اور تبسم کے بنا ایمان مل سکتا ہے؟</w:t>
      </w:r>
    </w:p>
    <w:p>
      <w:r>
        <w:rPr>
          <w:b/>
        </w:rPr>
        <w:t xml:space="preserve">[59:44] </w:t>
      </w:r>
      <w:r>
        <w:t>dekhein, tadabbur aur tabassum jo hai imaan paane ki shart nahi hai. imaan mein izafi ki shart hai. jis ko Quran mein kaha gaya: izdiad e imaan.</w:t>
      </w:r>
    </w:p>
    <w:p>
      <w:pPr>
        <w:jc w:val="right"/>
      </w:pPr>
      <w:r>
        <w:t>دیکھیں، تدبر اور تبسم جو ہے ایمان پانے کی شرط نہیں ہے۔ ایمان میں اضافی کی شرط ہے۔ جس کو قرآن میں کہا گیا: ازدیاد ایمان۔</w:t>
      </w:r>
    </w:p>
    <w:p>
      <w:r>
        <w:rPr>
          <w:b/>
        </w:rPr>
        <w:t xml:space="preserve">[59:58] </w:t>
      </w:r>
      <w:r>
        <w:t>imaan to yeh hai ke aap dil se yeh kahein: ashhadu an la ilaha illallah wa ashhadu anna Muhammad abduhu wa rasooluhu.</w:t>
      </w:r>
    </w:p>
    <w:p>
      <w:pPr>
        <w:jc w:val="right"/>
      </w:pPr>
      <w:r>
        <w:t>ایمان تو یہ ہے کہ آپ دل سے یہ کہیں: اشھد ان لا الہ الا اللہ واشہد ان محمد عبدہ ورسولہ۔</w:t>
      </w:r>
    </w:p>
    <w:p>
      <w:r>
        <w:rPr>
          <w:b/>
        </w:rPr>
        <w:t xml:space="preserve">[1:00:10] </w:t>
      </w:r>
      <w:r>
        <w:t>to aap dil se agar is ko iqrar karte hain to imaan mil gaya aap ko. lekin yeh saada imaan hai. Quran mein hai ke izdiad e imaan ek cheez hai.</w:t>
      </w:r>
    </w:p>
    <w:p>
      <w:pPr>
        <w:jc w:val="right"/>
      </w:pPr>
      <w:r>
        <w:t>تو آپ دل سے اگر اس کو اقرار کرتے ہیں تو ایمان مل گیا آپ کو۔ لیکن یہ سادہ ایمان ہے۔ قرآن میں ہے کہ ازدیاد ایمان ایک چیز ہے۔</w:t>
      </w:r>
    </w:p>
    <w:p>
      <w:r>
        <w:rPr>
          <w:b/>
        </w:rPr>
        <w:t xml:space="preserve">[1:00:21] </w:t>
      </w:r>
      <w:r>
        <w:t>imaan barhta hai, barhta hai, barhta hai. to imaan mein izafa jo hai yeh ek ek ek Continuous Process hai.</w:t>
      </w:r>
    </w:p>
    <w:p>
      <w:pPr>
        <w:jc w:val="right"/>
      </w:pPr>
      <w:r>
        <w:t>ایمان بڑھتا ہے، بڑھتا ہے، بڑھتا ہے۔ تو ایمان میں اضافہ جو ہے یہ ایک ایک ایک Continuous Process ہے۔</w:t>
      </w:r>
    </w:p>
    <w:p>
      <w:r>
        <w:rPr>
          <w:b/>
        </w:rPr>
        <w:t xml:space="preserve">[1:00:31] </w:t>
      </w:r>
      <w:r>
        <w:t>musalsal amal hai. hamesha jari rehta hai marte dam tak. to aap ab Quran par ghaur karte hain, is hadith par ghaur karte hain.</w:t>
      </w:r>
    </w:p>
    <w:p>
      <w:pPr>
        <w:jc w:val="right"/>
      </w:pPr>
      <w:r>
        <w:t>مسلسل عمل ہے۔ ہمیشہ جاری رہتا ہے مرتے دم تک۔ تو آپ اب قرآن پر غور کرتے ہیں، اس حدیث پر غور کرتے ہیں۔</w:t>
      </w:r>
    </w:p>
    <w:p>
      <w:r>
        <w:rPr>
          <w:b/>
        </w:rPr>
        <w:t xml:space="preserve">[1:00:42] </w:t>
      </w:r>
      <w:r>
        <w:t>kainat par ghaur karte hain. cheezon se tajruba karte hain. cheezon se tabassum karte hain. to tadabbur aur tabassum ke zariye se aap ka imaan barhta rehta hai, barhta rehta hai, barhta rehta hai.</w:t>
      </w:r>
    </w:p>
    <w:p>
      <w:pPr>
        <w:jc w:val="right"/>
      </w:pPr>
      <w:r>
        <w:t>کائنات پر غور کرتے ہیں۔ چیزوں سے تجربہ کرتے ہیں۔ چیزوں سے تبسم کرتے ہیں۔ تو تدبر اور تبسم کے ذریعے سے آپ کا ایمان بڑھتا رہتا ہے، بڑھتا رہتا ہے، بڑھتا رہتا ہے۔</w:t>
      </w:r>
    </w:p>
    <w:p>
      <w:r>
        <w:rPr>
          <w:b/>
        </w:rPr>
        <w:t xml:space="preserve">[1:00:55] </w:t>
      </w:r>
      <w:r>
        <w:t>to khulasa yeh hai ke imaan to kalma shahadat ada karne ke baad mil gaya aap ko. lekin irteqa e imaan mein jo hota hai. izafa ya izdiad.</w:t>
      </w:r>
    </w:p>
    <w:p>
      <w:pPr>
        <w:jc w:val="right"/>
      </w:pPr>
      <w:r>
        <w:t>تو خلاصہ یہ ہے کہ ایمان تو کلمہ شہادت ادا کرنے کے بعد مل گیا آپ کو۔ لیکن ارتقاء ایمان میں جو ہوتا ہے۔ اضافہ یا ازدیاد۔</w:t>
      </w:r>
    </w:p>
    <w:p>
      <w:r>
        <w:rPr>
          <w:b/>
        </w:rPr>
        <w:t xml:space="preserve">[1:01:05] </w:t>
      </w:r>
      <w:r>
        <w:t>woh is ka zariya hai tadabbur aur tabassum. jo ke musalsal amal hai. hamesha jari rehta hai.</w:t>
      </w:r>
    </w:p>
    <w:p>
      <w:pPr>
        <w:jc w:val="right"/>
      </w:pPr>
      <w:r>
        <w:t>وہ اس کا ذریعہ ہے تدبر اور تبسم۔ جو کہ مسلسل عمل ہے۔ ہمیشہ جاری رہتا ہے۔</w:t>
      </w:r>
    </w:p>
    <w:p>
      <w:r>
        <w:rPr>
          <w:b/>
        </w:rPr>
        <w:t xml:space="preserve">[1:01:14] </w:t>
      </w:r>
      <w:r>
        <w:t>Mr. Aamir bin Yusuf ne Pakistan se sawal kiya hai. un ka sawal hai: kya har stupid activity aur stupid thinking ki opening hamesha complain par shuru hoti hai?</w:t>
      </w:r>
    </w:p>
    <w:p>
      <w:pPr>
        <w:jc w:val="right"/>
      </w:pPr>
      <w:r>
        <w:t>مسٹر عامر بن یوسف نے پاکستان سے سوال کیا ہے۔ ان کا سوال ہے: کیا ہر Stupid Activity اور Stupid Thinking کی Opening ہمیشہ Complain پر شروع ہوتی ہے؟</w:t>
      </w:r>
    </w:p>
    <w:p>
      <w:r>
        <w:rPr>
          <w:b/>
        </w:rPr>
        <w:t xml:space="preserve">[1:01:30] </w:t>
      </w:r>
      <w:r>
        <w:t>Quran aur Sunnat ki roshni mein is ka jawab dein. dekhein, yeh is ka jo jo is ki jo Wording hai is ko badal kar main yeh kahunga ke ek hota hai amal.</w:t>
      </w:r>
    </w:p>
    <w:p>
      <w:pPr>
        <w:jc w:val="right"/>
      </w:pPr>
      <w:r>
        <w:t>قرآن اور سنت کی روشنی میں اس کا جواب دیں۔ دیکھیں، یہ اس کا جو جو اس کی جو Wording ہے اس کو بدل کر میں یہ کہوں گا کہ ایک ہوتا ہے عمل۔</w:t>
      </w:r>
    </w:p>
    <w:p>
      <w:r>
        <w:rPr>
          <w:b/>
        </w:rPr>
        <w:t xml:space="preserve">[1:01:44] </w:t>
      </w:r>
      <w:r>
        <w:t>ek hota hai Reaction. yani amal aur rad-e-amal. to aam taur par jo bhi tehreekein phailti hain, barhti hain woh sab rad-e-amal ki tehreekein hoti hain.</w:t>
      </w:r>
    </w:p>
    <w:p>
      <w:pPr>
        <w:jc w:val="right"/>
      </w:pPr>
      <w:r>
        <w:t>ایک ہوتا ہے Reaction۔ یعنی عمل اور ردعمل۔ تو عام طور پر جو بھی تحریکیں پھیلتی ہیں، بڑھتی ہیں وہ سب ردعمل کی تحریکیں ہوتی ہیں۔</w:t>
      </w:r>
    </w:p>
    <w:p>
      <w:r>
        <w:rPr>
          <w:b/>
        </w:rPr>
        <w:t xml:space="preserve">[1:01:56] </w:t>
      </w:r>
      <w:r>
        <w:t>is zamane mein do sau saal se to jo zamanon mein tehreekein bohat bari hain woh sab ki sab rad-e-amal ki tehreekein theen. amal ki tehreek koi bhi nahi thi. rad-e-amal kya hai?</w:t>
      </w:r>
    </w:p>
    <w:p>
      <w:pPr>
        <w:jc w:val="right"/>
      </w:pPr>
      <w:r>
        <w:t>اس زمانے میں دو سو سال سے تو جو زمانوں میں تحریکیں بہت بڑی ہیں وہ سب کی سب ردعمل کی تحریکیں تھیں۔ عمل کی تحریک کوئی بھی نہیں تھی۔ ردعمل کیا ہے؟</w:t>
      </w:r>
    </w:p>
    <w:p>
      <w:r>
        <w:rPr>
          <w:b/>
        </w:rPr>
        <w:t xml:space="preserve">[1:02:08] </w:t>
      </w:r>
      <w:r>
        <w:t>kisi doosre ke zulm, us ki saazish ko le kar ke logon ko bharkana. aur bheed ikattha karna.</w:t>
      </w:r>
    </w:p>
    <w:p>
      <w:pPr>
        <w:jc w:val="right"/>
      </w:pPr>
      <w:r>
        <w:t>کسی دوسرے کے ظلم، اس کی سازش کو لے کر کے لوگوں کو بھڑکانا۔ اور بھیڑ اکٹھا کرنا۔</w:t>
      </w:r>
    </w:p>
    <w:p>
      <w:r>
        <w:rPr>
          <w:b/>
        </w:rPr>
        <w:t xml:space="preserve">[1:02:19] </w:t>
      </w:r>
      <w:r>
        <w:t>is ko aap manfi kahein, rad-e-amal kahein, Reaction kahein. to yahi hamesha raha hai. aaj tak yahi jaari hai. aaj bhi jo log bheed ikattha karte hain woh hamesha rad-e-amal hi ki bheed ikattha karte hain.</w:t>
      </w:r>
    </w:p>
    <w:p>
      <w:pPr>
        <w:jc w:val="right"/>
      </w:pPr>
      <w:r>
        <w:t>اس کو آپ منفی کہیں، ردعمل کہیں، Reaction کہیں۔ تو یہی ہمیشہ رہا ہے۔ آج تک یہی جاری ہے۔ آج بھی جو لوگ بھیڑ اکٹھا کرتے ہیں وہ ہمیشہ ردعمل ہی کی بھیڑ اکٹھا کرتے ہیں۔</w:t>
      </w:r>
    </w:p>
    <w:p>
      <w:r>
        <w:rPr>
          <w:b/>
        </w:rPr>
        <w:t xml:space="preserve">[1:02:33] </w:t>
      </w:r>
      <w:r>
        <w:t>keh corruption ke khilaaf hungama karein ge to bheed ikattha ho jaye gi. zulm ke khilaaf, mehngai ke khilaaf, ghurbat ke khilaaf hungama karein ge to bheed ikattha ho jaye gi.</w:t>
      </w:r>
    </w:p>
    <w:p>
      <w:pPr>
        <w:jc w:val="right"/>
      </w:pPr>
      <w:r>
        <w:t>کہ کرپشن کے خلاف ہنگامہ کریں گے تو بھیڑ اکٹھا ہو جائے گی۔ ظلم کے خلاف، مہنگائی کے خلاف، غربت کے خلاف ہنگامہ کریں گے تو بھیڑ اکٹھا ہو جائے گی۔</w:t>
      </w:r>
    </w:p>
    <w:p>
      <w:r>
        <w:rPr>
          <w:b/>
        </w:rPr>
        <w:t xml:space="preserve">[1:02:43] </w:t>
      </w:r>
      <w:r>
        <w:t>is se hota kuch bhi nahin. sirf ek insaan ko Stage mil jata hai. ek insaan ko Fame milti hai. ek insaan ko Popularity milti hai.</w:t>
      </w:r>
    </w:p>
    <w:p>
      <w:pPr>
        <w:jc w:val="right"/>
      </w:pPr>
      <w:r>
        <w:t>اس سے ہوتا کچھ بھی نہیں۔ صرف ایک انسان کو Stage مل جاتا ہے۔ ایک انسان کو Fame ملتی ہے۔ ایک انسان کو Popularity ملتی ہے۔</w:t>
      </w:r>
    </w:p>
    <w:p>
      <w:r>
        <w:rPr>
          <w:b/>
        </w:rPr>
        <w:t xml:space="preserve">[1:02:52] </w:t>
      </w:r>
      <w:r>
        <w:t>ek insaan Leader ban jata hai, Leader. hota kuch bhi nahin. doosra tareeqa hai amal. Positive Action.</w:t>
      </w:r>
    </w:p>
    <w:p>
      <w:pPr>
        <w:jc w:val="right"/>
      </w:pPr>
      <w:r>
        <w:t>ایک انسان Leader بن جاتا ہے، Leader۔ ہوتا کچھ بھی نہیں۔ دوسرا طریقہ ہے عمل۔ Positive Action۔</w:t>
      </w:r>
    </w:p>
    <w:p>
      <w:r>
        <w:rPr>
          <w:b/>
        </w:rPr>
        <w:t xml:space="preserve">[1:03:04] </w:t>
      </w:r>
      <w:r>
        <w:t>woh kya hai? aap sochte hain. yaani kisi soorat-e-haal se React nahin karte. sochte hain. aap tareekh ko parhte hain.</w:t>
      </w:r>
    </w:p>
    <w:p>
      <w:pPr>
        <w:jc w:val="right"/>
      </w:pPr>
      <w:r>
        <w:t>وہ کیا ہے؟ آپ سوچتے ہیں۔ یعنی کسی صورتحال سے React نہیں کرتے۔ سوچتے ہیں۔ آپ تاریخ کو پڑھتے ہیں۔</w:t>
      </w:r>
    </w:p>
    <w:p>
      <w:r>
        <w:rPr>
          <w:b/>
        </w:rPr>
        <w:t xml:space="preserve">[1:03:15] </w:t>
      </w:r>
      <w:r>
        <w:t>mazhab ko parhte hain. Quran o Hadees ko parhte hain. to Objective Study ke zariye se aap ka ek zehan banta hai. Objective Study ke zariye aap ko ek Ideology milti hai.</w:t>
      </w:r>
    </w:p>
    <w:p>
      <w:pPr>
        <w:jc w:val="right"/>
      </w:pPr>
      <w:r>
        <w:t>مذہب کو پڑھتے ہیں۔ قرآن و حدیث کو پڑھتے ہیں۔ تو Objective Study کے ذریعے سے آپ کا ایک ذہن بنتا ہے۔ Objective Study کے ذریعے آپ کو ایک Ideology ملتی ہے۔</w:t>
      </w:r>
    </w:p>
    <w:p>
      <w:r>
        <w:rPr>
          <w:b/>
        </w:rPr>
        <w:t xml:space="preserve">[1:03:25] </w:t>
      </w:r>
      <w:r>
        <w:t>kisi ki Reaction mein nahin.</w:t>
      </w:r>
    </w:p>
    <w:p>
      <w:pPr>
        <w:jc w:val="right"/>
      </w:pPr>
      <w:r>
        <w:t>کسی کی Reaction میں نہیں۔</w:t>
      </w:r>
    </w:p>
    <w:p>
      <w:r>
        <w:rPr>
          <w:b/>
        </w:rPr>
        <w:t xml:space="preserve">[1:03:29] </w:t>
      </w:r>
      <w:r>
        <w:t>to woh hai amal. aur isi se nateeja niklta hai. koi bhi duniya mein Negative hungame se, rad-e-amal se koi nateeja nahin nikla hai.</w:t>
      </w:r>
    </w:p>
    <w:p>
      <w:pPr>
        <w:jc w:val="right"/>
      </w:pPr>
      <w:r>
        <w:t>تو وہ ہے عمل۔ اور اسی سے نتیجہ نکلتا ہے۔ کوئی بھی دنیا میں Negative ہنگامے سے، ردعمل سے کوئی نتیجہ نہیں نکلا ہے۔</w:t>
      </w:r>
    </w:p>
    <w:p>
      <w:r>
        <w:rPr>
          <w:b/>
        </w:rPr>
        <w:t xml:space="preserve">[1:03:42] </w:t>
      </w:r>
      <w:r>
        <w:t>na pehle, na aaj. jab bhi koi nateeja nikla hai Positive amal se nikla hai. lekin ajeeb baat hai ke koi Positive amal karte hi nahin. jis ko dekhiye, kisi ke khilaaf.</w:t>
      </w:r>
    </w:p>
    <w:p>
      <w:pPr>
        <w:jc w:val="right"/>
      </w:pPr>
      <w:r>
        <w:t>نہ پہلے، نہ آج۔ جب بھی کوئی نتیجہ نکلا ہے Positive عمل سے نکلا ہے۔ لیکن عجیب بات ہے کہ کوئی Positive عمل کرتے ہی نہیں۔ جس کو دیکھیے، کسی کے خلاف۔</w:t>
      </w:r>
    </w:p>
    <w:p>
      <w:r>
        <w:rPr>
          <w:b/>
        </w:rPr>
        <w:t xml:space="preserve">[1:03:53] </w:t>
      </w:r>
      <w:r>
        <w:t>jis taqreer ko parhiye, jis mazmoon ko parhiye, kisi ke khilaaf. keh falan ne yeh gadbad kiya hai, falan ne yeh ghalti ki hai, falan ne yeh kiya hai, falan ne woh kiya hai. bas isi par bharkate hain logon ko.</w:t>
      </w:r>
    </w:p>
    <w:p>
      <w:pPr>
        <w:jc w:val="right"/>
      </w:pPr>
      <w:r>
        <w:t>جس تقریر کو پڑھیے، جس مضمون کو پڑھیے، کسی کے خلاف۔ کہ فلاں نے یہ گڑبڑ کیا ہے، فلاں نے یہ غلطی کی ہے، فلاں نے یہ کیا ہے، فلاں نے وہ کیا ہے۔ بس اسی پر بھڑکاتے ہیں لوگوں کو۔</w:t>
      </w:r>
    </w:p>
    <w:p>
      <w:r>
        <w:rPr>
          <w:b/>
        </w:rPr>
        <w:t xml:space="preserve">[1:04:04] </w:t>
      </w:r>
      <w:r>
        <w:t>aur bheed ikattha ho jati hai. aur khush hote hain keh dekho itni bheed hamare saath hai.</w:t>
      </w:r>
    </w:p>
    <w:p>
      <w:pPr>
        <w:jc w:val="right"/>
      </w:pPr>
      <w:r>
        <w:t>اور بھیڑ اکٹھا ہو جاتی ہے۔ اور خوش ہوتے ہیں کہ دیکھو اتنی بھیڑ ہمارے ساتھ ہے۔</w:t>
      </w:r>
    </w:p>
    <w:p>
      <w:r>
        <w:rPr>
          <w:b/>
        </w:rPr>
        <w:t xml:space="preserve">[1:04:12] </w:t>
      </w:r>
      <w:r>
        <w:t>to yeh koi kaam mere nazdeek nahin hai. kaam wohi hai keh aap bilkul apne aap ko alag kar ke haalaat se sochein.</w:t>
      </w:r>
    </w:p>
    <w:p>
      <w:pPr>
        <w:jc w:val="right"/>
      </w:pPr>
      <w:r>
        <w:t>تو یہ کوئی کام میرے نزدیک نہیں ہے۔ کام وہی ہے کہ آپ بالکل اپنے آپ کو الگ کر کے حالات سے سوچیں۔</w:t>
      </w:r>
    </w:p>
    <w:p>
      <w:r>
        <w:rPr>
          <w:b/>
        </w:rPr>
        <w:t xml:space="preserve">[1:04:22] </w:t>
      </w:r>
      <w:r>
        <w:t>haqaaq ko le kar sochein. Scripture ko le kar sochein. tareekh ko le kar sochein. phir aap Positive Thinking ke zariye se ek nateeje tak pahunchein.</w:t>
      </w:r>
    </w:p>
    <w:p>
      <w:pPr>
        <w:jc w:val="right"/>
      </w:pPr>
      <w:r>
        <w:t>حقائق کو لے کر سوچیں۔ Scripture کو لے کر سوچیں۔ تاریخ کو لے کر سوچیں۔ پھر آپ Positive Thinking کے ذریعے سے ایک نتیجے تک پہنچیں۔</w:t>
      </w:r>
    </w:p>
    <w:p>
      <w:r>
        <w:rPr>
          <w:b/>
        </w:rPr>
        <w:t xml:space="preserve">[1:04:31] </w:t>
      </w:r>
      <w:r>
        <w:t>is ko le kar uthein aap. to woh hai amal. aur doosra tareeqa jo hai woh hai rad-e-amal. to rad-e-amal mein sirf tabaahi hai.</w:t>
      </w:r>
    </w:p>
    <w:p>
      <w:pPr>
        <w:jc w:val="right"/>
      </w:pPr>
      <w:r>
        <w:t>اس کو لے کر اٹھیں آپ۔ تو وہ ہے عمل۔ اور دوسرا طریقہ جو ہے وہ ہے ردعمل۔ تو ردعمل میں صرف تباہی ہے۔</w:t>
      </w:r>
    </w:p>
    <w:p>
      <w:r>
        <w:rPr>
          <w:b/>
        </w:rPr>
        <w:t xml:space="preserve">[1:04:42] </w:t>
      </w:r>
      <w:r>
        <w:t>amal mein hamesha kaamyaabi milti hai.</w:t>
      </w:r>
    </w:p>
    <w:p>
      <w:pPr>
        <w:jc w:val="right"/>
      </w:pPr>
      <w:r>
        <w:t>عمل میں ہمیشہ کامیابی ملتی ہے۔</w:t>
      </w:r>
    </w:p>
    <w:p>
      <w:r>
        <w:rPr>
          <w:b/>
        </w:rPr>
        <w:t xml:space="preserve">[1:04:49] </w:t>
      </w:r>
      <w:r>
        <w:t>Maulana Amanullah ne Dilli se sawal kiya hai: har cheez ko daryaft karein to ghayb yani Unseen par imaan kaise hoga?</w:t>
      </w:r>
    </w:p>
    <w:p>
      <w:pPr>
        <w:jc w:val="right"/>
      </w:pPr>
      <w:r>
        <w:t>مولانا امان اللہ نے دلی سے سوال کیا ہے: ہر چیز کو دریافت کریں تو غیب یعنی Unseen پر ایمان کیسے ہوگا؟</w:t>
      </w:r>
    </w:p>
    <w:p>
      <w:r>
        <w:rPr>
          <w:b/>
        </w:rPr>
        <w:t xml:space="preserve">[1:05:01] </w:t>
      </w:r>
      <w:r>
        <w:t>ghayb ko bhi to yani ghayb par imaan bhi to sochte hi se milta hai. aise kaise mil jaye ga? majhool cheez ka naam imaan nahin hai.</w:t>
      </w:r>
    </w:p>
    <w:p>
      <w:pPr>
        <w:jc w:val="right"/>
      </w:pPr>
      <w:r>
        <w:t>غیب کو بھی تو یعنی غیب پر ایمان بھی تو سوچتے ہی سے ملتا ہے۔ ایسے کیسے مل جائے گا؟ مجہول چیز کا نام ایمان نہیں ہے۔</w:t>
      </w:r>
    </w:p>
    <w:p>
      <w:r>
        <w:rPr>
          <w:b/>
        </w:rPr>
        <w:t xml:space="preserve">[1:05:12] </w:t>
      </w:r>
      <w:r>
        <w:t>majhool cheez ka imaan nahin hai.</w:t>
      </w:r>
    </w:p>
    <w:p>
      <w:pPr>
        <w:jc w:val="right"/>
      </w:pPr>
      <w:r>
        <w:t>مجہول چیز کا ایمان نہیں ہے۔</w:t>
      </w:r>
    </w:p>
    <w:p>
      <w:r>
        <w:rPr>
          <w:b/>
        </w:rPr>
        <w:t xml:space="preserve">[1:05:17] </w:t>
      </w:r>
      <w:r>
        <w:t>jo cheezein dikhai nahin deti hain, Khuda dikhai nahin deta, Jannat dikhai nahin deti, Jahannum dikhai nahin deti, Malaika dikhai nahin dete. to aap soch soch kar ke is par yaqeen paida karte hain apna.</w:t>
      </w:r>
    </w:p>
    <w:p>
      <w:pPr>
        <w:jc w:val="right"/>
      </w:pPr>
      <w:r>
        <w:t>جو چیزیں دکھائی نہیں دیتی ہیں، خدا دکھائی نہیں دیتا، جنت دکھائی نہیں دیتی، جہنم دکھائی نہیں دیتی، ملائکہ دکھائی نہیں دیتے۔ تو آپ سوچ سوچ کر کے اس پر یقین پیدا کرتے ہیں اپنا۔</w:t>
      </w:r>
    </w:p>
    <w:p>
      <w:r>
        <w:rPr>
          <w:b/>
        </w:rPr>
        <w:t xml:space="preserve">[1:05:28] </w:t>
      </w:r>
      <w:r>
        <w:t>Quran mein baar baar isi liye kaha gaya hai: sochna. yaani poora Quran mein namaz roze ka kaam bohat kam hai. aur sochne wali aayatein bohat zyada hain.</w:t>
      </w:r>
    </w:p>
    <w:p>
      <w:pPr>
        <w:jc w:val="right"/>
      </w:pPr>
      <w:r>
        <w:t>قرآن میں بار بار اسی لیے کہا گیا ہے: سوچنا۔ یعنی پورا قرآن میں نماز روزے کا کام بہت کم ہے۔ اور سوچنے والی آیتیں بہت زیادہ ہیں۔</w:t>
      </w:r>
    </w:p>
    <w:p>
      <w:r>
        <w:rPr>
          <w:b/>
        </w:rPr>
        <w:t xml:space="preserve">[1:05:38] </w:t>
      </w:r>
      <w:r>
        <w:t>to kis woh sochna kis cheez par hai? isi par hai. Unseen cheezon par sochna. yeh is sawal karne se pehle aap ek baar Quran ko parhiye.</w:t>
      </w:r>
    </w:p>
    <w:p>
      <w:pPr>
        <w:jc w:val="right"/>
      </w:pPr>
      <w:r>
        <w:t>تو کس وہ سوچنا کس چیز پر ہے؟ اسی پر ہے۔ Unseen چیزوں پر سوچنا۔ یہ اس سوال کرنے سے پہلے آپ ایک بار قرآن کو پڑھیے۔</w:t>
      </w:r>
    </w:p>
    <w:p>
      <w:r>
        <w:rPr>
          <w:b/>
        </w:rPr>
        <w:t xml:space="preserve">[1:05:49] </w:t>
      </w:r>
      <w:r>
        <w:t>mera tareeqa yeh raha hai keh main zindagi mein baar baar kisi sawal ko jawab paane ke liye Quran ko parha hai maine. poora poora Quran sirf is liye. Hadeesein parhi hain.</w:t>
      </w:r>
    </w:p>
    <w:p>
      <w:pPr>
        <w:jc w:val="right"/>
      </w:pPr>
      <w:r>
        <w:t>میرا طریقہ یہ رہا ہے کہ میں زندگی میں بار بار کسی سوال کو جواب پانے کے لیے قرآن کو پڑھا ہے میں نے۔ پورا پورا قرآن صرف اس لیے۔ حدیثیں پڑھی ہیں۔</w:t>
      </w:r>
    </w:p>
    <w:p>
      <w:r>
        <w:rPr>
          <w:b/>
        </w:rPr>
        <w:t xml:space="preserve">[1:05:59] </w:t>
      </w:r>
      <w:r>
        <w:t>logon ke zehan mein ek Mind mein ek baat aati hai bas us ko sawal bana lete hain. nahin. aap Quran ko parhein aur yeh sochein keh aakhir Quran mein kyun itna zyada dhoka diya socho, ghaur karo, tadabbur karo, tafakkur karo.</w:t>
      </w:r>
    </w:p>
    <w:p>
      <w:pPr>
        <w:jc w:val="right"/>
      </w:pPr>
      <w:r>
        <w:t>لوگوں کے ذہن میں ایک Mind میں ایک بات آتی ہے بس اس کو سوال بنا لیتے ہیں۔ نہیں۔ آپ قرآن کو پڑھیں اور یہ سوچیں کہ آخر قرآن میں کیوں اتنا زیادہ دھوکہ دیا سوچو، غور کرو، تدبر کرو، تفکر کرو۔</w:t>
      </w:r>
    </w:p>
    <w:p>
      <w:r>
        <w:rPr>
          <w:b/>
        </w:rPr>
        <w:t xml:space="preserve">[1:06:13] </w:t>
      </w:r>
      <w:r>
        <w:t>kis cheez par? to wohi ghaybi ko le kar to sochna hai.</w:t>
      </w:r>
    </w:p>
    <w:p>
      <w:pPr>
        <w:jc w:val="right"/>
      </w:pPr>
      <w:r>
        <w:t>کس چیز پر؟ تو وہی غیبی کو لے کر تو سوچنا ہے۔</w:t>
      </w:r>
    </w:p>
    <w:p>
      <w:r>
        <w:rPr>
          <w:b/>
        </w:rPr>
        <w:t xml:space="preserve">[1:06:21] </w:t>
      </w:r>
      <w:r>
        <w:t>quran mein kahan yeh likha hua hai ke is par socho ke namaz panch waqt kyun hai? is par sochne ke liye to quran mein kaha nahi hai. yeh to kahin nahi kaha ke yeh bas socho ke namaz panch waqt kyun hai.</w:t>
      </w:r>
    </w:p>
    <w:p>
      <w:pPr>
        <w:jc w:val="right"/>
      </w:pPr>
      <w:r>
        <w:t>قرآن میں کہاں یہ لکھا ہوا ہے کہ اس پر سوچو کہ نماز پانچ وقت کیوں ہے؟ اس پر سوچنے کے لیے تو قرآن میں کہا نہیں ہے۔ یہ تو کہیں نہیں کہا کہ یہ بس سوچو کہ نماز پانچ وقت کیوں ہے۔</w:t>
      </w:r>
    </w:p>
    <w:p>
      <w:r>
        <w:rPr>
          <w:b/>
        </w:rPr>
        <w:t xml:space="preserve">[1:06:34] </w:t>
      </w:r>
      <w:r>
        <w:t>sochna sab kuch jo hai wohi hai. khuda ke bare mein, jannat ke bare mein, dozakh ke bare mein. malaika ke bare mein, wahi ke bare mein. yeh sab ghayb ki cheezein hain.</w:t>
      </w:r>
    </w:p>
    <w:p>
      <w:pPr>
        <w:jc w:val="right"/>
      </w:pPr>
      <w:r>
        <w:t>سوچنا سب کچھ جو ہے وہی ہے۔ خدا کے بارے میں، جنت کے بارے میں، دوزخ کے بارے میں۔ ملائکہ کے بارے میں، وحی کے بارے میں۔ یہ سب غیب کی چیزیں ہیں۔</w:t>
      </w:r>
    </w:p>
    <w:p>
      <w:r>
        <w:rPr>
          <w:b/>
        </w:rPr>
        <w:t xml:space="preserve">[1:06:44] </w:t>
      </w:r>
      <w:r>
        <w:t>to quran ki woh sari aayatein jo sochne ko kehti hain woh sab ghaybi par sochna hai. to ghayb par soch kar kya hota hai?</w:t>
      </w:r>
    </w:p>
    <w:p>
      <w:pPr>
        <w:jc w:val="right"/>
      </w:pPr>
      <w:r>
        <w:t>تو قرآن کی وہ ساری آیتیں جو سوچنے کو کہتی ہیں وہ سب غیبی پر سوچنا ہے۔ تو غیب پر سوچ کر کیا ہوتا ہے؟</w:t>
      </w:r>
    </w:p>
    <w:p>
      <w:r>
        <w:rPr>
          <w:b/>
        </w:rPr>
        <w:t xml:space="preserve">[1:06:55] </w:t>
      </w:r>
      <w:r>
        <w:t>aap ko yaqeen aata hai. warna woh majhool aqeedah rehta hai. dekhein ek hai majhool aqeedah. ek hai yaqeen.</w:t>
      </w:r>
    </w:p>
    <w:p>
      <w:pPr>
        <w:jc w:val="right"/>
      </w:pPr>
      <w:r>
        <w:t>آپ کو یقین آتا ہے۔ ورنہ وہ مجہول عقیدہ رہتا ہے۔ دیکھیں ایک ہے مجہول عقیدہ۔ ایک ہے یقین۔</w:t>
      </w:r>
    </w:p>
    <w:p>
      <w:r>
        <w:rPr>
          <w:b/>
        </w:rPr>
        <w:t xml:space="preserve">[1:07:04] </w:t>
      </w:r>
      <w:r>
        <w:t>to ghayb par yaqeen hasil karne ke liye socha jata hai.</w:t>
      </w:r>
    </w:p>
    <w:p>
      <w:pPr>
        <w:jc w:val="right"/>
      </w:pPr>
      <w:r>
        <w:t>تو غیب پر یقین حاصل کرنے کے لیے سوچا جاتا ہے۔</w:t>
      </w:r>
    </w:p>
    <w:p>
      <w:r>
        <w:rPr>
          <w:b/>
        </w:rPr>
        <w:t xml:space="preserve">[1:07:11] </w:t>
      </w:r>
      <w:r>
        <w:t>yeh to bohat hi clear baat hai aap quran mein is ko agar ghor karein ge to wazeh ho jaye gi yeh cheez. maulana fiyaz umri ne gulbarga se sawal kiya hai.</w:t>
      </w:r>
    </w:p>
    <w:p>
      <w:pPr>
        <w:jc w:val="right"/>
      </w:pPr>
      <w:r>
        <w:t>یہ تو بہت ہی Clear بات ہے آپ قرآن میں اس کو اگر غور کریں گے تو واضح ہو جائے گی یہ چیز۔ مولانا فیاض عمری نے گلبرگہ سے سوال کیا ہے۔</w:t>
      </w:r>
    </w:p>
    <w:p>
      <w:r>
        <w:rPr>
          <w:b/>
        </w:rPr>
        <w:t xml:space="preserve">[1:07:25] </w:t>
      </w:r>
      <w:r>
        <w:t>unhon ne likha hai: musalman ghair muslimon se dushmani karne ke liye quran ki yeh ayat pesh karte hain: mere aur apne dushmanon se dosti mat karo.</w:t>
      </w:r>
    </w:p>
    <w:p>
      <w:pPr>
        <w:jc w:val="right"/>
      </w:pPr>
      <w:r>
        <w:t>انہوں نے لکھا ہے: مسلمان غیر مسلموں سے دشمنی کرنے کے لیے قرآن کی یہ آیت پیش کرتے ہیں: میرے اور اپنے دشمنوں سے دوستی مت کرو۔</w:t>
      </w:r>
    </w:p>
    <w:p>
      <w:r>
        <w:rPr>
          <w:b/>
        </w:rPr>
        <w:t xml:space="preserve">[1:07:38] </w:t>
      </w:r>
      <w:r>
        <w:t>surah mumtahanah, verse 1. maulana please is ki wazahat farmayein. yeh bohat zyada sarkashi ki baat hai ke is ayat ko le kar ke aaj kal jo musalman nafrat karte hain us ko justify kiya jaye.</w:t>
      </w:r>
    </w:p>
    <w:p>
      <w:pPr>
        <w:jc w:val="right"/>
      </w:pPr>
      <w:r>
        <w:t>سورہ ممتحنہ، Verse 1۔ مولانا Please اس کی وضاحت فرمائیں۔ یہ بہت زیادہ سرکشی کی بات ہے کہ اس آیت کو لے کر کے آج کل جو مسلمان نفرت کرتے ہیں اس کو Justify کیا جائے۔</w:t>
      </w:r>
    </w:p>
    <w:p>
      <w:r>
        <w:rPr>
          <w:b/>
        </w:rPr>
        <w:t xml:space="preserve">[1:07:55] </w:t>
      </w:r>
      <w:r>
        <w:t>bohat zyada gunah ki baat hai. yeh ayat utri hai madine mein. makkah mein nahi utri hai. makkah mein mushrikeen thay wahan kyun yeh ayat utri hai?</w:t>
      </w:r>
    </w:p>
    <w:p>
      <w:pPr>
        <w:jc w:val="right"/>
      </w:pPr>
      <w:r>
        <w:t>بہت زیادہ گناہ کی بات ہے۔ یہ آیت اتری ہے مدینے میں۔ مکہ میں نہیں اتری ہے۔ مکہ میں مشرکین تھے وہاں کیوں یہ آیت اتری ہے؟</w:t>
      </w:r>
    </w:p>
    <w:p>
      <w:r>
        <w:rPr>
          <w:b/>
        </w:rPr>
        <w:t xml:space="preserve">[1:08:04] </w:t>
      </w:r>
      <w:r>
        <w:t>ghor kijiye. makkah mein mushrikeen thay ke nahi thay? to ayat kyun nahi utri wahan par? terah saal tak rasool allah salallaho alaihe wasallam makkah mein thay mushrikeen ke darmiyan lekin aisi ayat nahi utri wahan par.</w:t>
      </w:r>
    </w:p>
    <w:p>
      <w:pPr>
        <w:jc w:val="right"/>
      </w:pPr>
      <w:r>
        <w:t>غور کیجیے۔ مکہ میں مشرکین تھے کہ نہیں تھے؟ تو آیت کیوں نہیں اتری وہاں پر؟ تیرہ سال تک رسول اللہ صلی اللہ علیہ وسلم مکہ میں تھے مشرکین کے درمیان لیکن ایسی آیت نہیں اتری وہاں پر۔</w:t>
      </w:r>
    </w:p>
    <w:p>
      <w:r>
        <w:rPr>
          <w:b/>
        </w:rPr>
        <w:t xml:space="preserve">[1:08:17] </w:t>
      </w:r>
      <w:r>
        <w:t>yeh ayat utri hai madine mein. yaani jab jang shuru hui, musalman at war ho gaye. is ayat mein jis ka zikr hai us se murad muqatileen hain.</w:t>
      </w:r>
    </w:p>
    <w:p>
      <w:pPr>
        <w:jc w:val="right"/>
      </w:pPr>
      <w:r>
        <w:t>یہ آیت اتری ہے مدینہ میں۔ یعنی جب جنگ شروع ہوئی، مسلمان ایٹ وار ہو گئے۔ اس آیت میں جس کا ذکر ہے اس سے مراد مقاتلین ہیں۔</w:t>
      </w:r>
    </w:p>
    <w:p>
      <w:r>
        <w:rPr>
          <w:b/>
        </w:rPr>
        <w:t xml:space="preserve">[1:08:27] </w:t>
      </w:r>
      <w:r>
        <w:t>jinhon ne hamla kar rakha hai, attackers hain. yaani simply ghair muslim nahi hain. agar ghair muslim hotay to makkah mein yeh ayat utar chuki hoti.</w:t>
      </w:r>
    </w:p>
    <w:p>
      <w:pPr>
        <w:jc w:val="right"/>
      </w:pPr>
      <w:r>
        <w:t>جنہوں نے حملہ کر رکھا ہے، Attackers ہیں۔ یعنی Simply غیر مسلم نہیں ہیں۔ اگر غیر مسلم ہوتے تو مکہ میں یہ آیت اتر چکی ہوتی۔</w:t>
      </w:r>
    </w:p>
    <w:p>
      <w:r>
        <w:rPr>
          <w:b/>
        </w:rPr>
        <w:t xml:space="preserve">[1:08:41] </w:t>
      </w:r>
      <w:r>
        <w:t>jab tak halat jang hai tab tak ke liye hai. halat jang khatam to is ka application bhi khatam. halat jang khatam hotay hi application khatam.</w:t>
      </w:r>
    </w:p>
    <w:p>
      <w:pPr>
        <w:jc w:val="right"/>
      </w:pPr>
      <w:r>
        <w:t>جب تک حالت جنگ ہے تب تک کے لیے ہے۔ حالت جنگ ختم تو اس کا Application بھی ختم۔ حالت جنگ ختم ہوتے ہی Application ختم۔</w:t>
      </w:r>
    </w:p>
    <w:p>
      <w:r>
        <w:rPr>
          <w:b/>
        </w:rPr>
        <w:t xml:space="preserve">[1:08:52] </w:t>
      </w:r>
      <w:r>
        <w:t>dekhein ab baat kya hai? alfaaz ko ghor kijiye to samajh mein aaye gi baat. halat jang mein bohat zyada important hoti hai secrecy ki.</w:t>
      </w:r>
    </w:p>
    <w:p>
      <w:pPr>
        <w:jc w:val="right"/>
      </w:pPr>
      <w:r>
        <w:t>دیکھیں اب بات کیا ہے؟ الفاظ کو غور کیجیے تو سمجھ میں آئے گی بات۔ حالت جنگ میں بہت زیادہ Important ہوتی ہے Secrecy کی۔</w:t>
      </w:r>
    </w:p>
    <w:p>
      <w:r>
        <w:rPr>
          <w:b/>
        </w:rPr>
        <w:t xml:space="preserve">[1:09:05] </w:t>
      </w:r>
      <w:r>
        <w:t>secrecy yaani raazdari. aam halat mein to dawat ke liye aap sab kuch kehte hain lekin halat jang mein secrecy chahiye.</w:t>
      </w:r>
    </w:p>
    <w:p>
      <w:pPr>
        <w:jc w:val="right"/>
      </w:pPr>
      <w:r>
        <w:t>Secrecy یعنی رازداری۔ عام حالت میں تو دعوت کے لیے آپ سب کچھ کہتے ہیں لیکن حالت جنگ میں Secrecy چاہیے۔</w:t>
      </w:r>
    </w:p>
    <w:p>
      <w:r>
        <w:rPr>
          <w:b/>
        </w:rPr>
        <w:t xml:space="preserve">[1:09:17] </w:t>
      </w:r>
      <w:r>
        <w:t>to raaz ko na pohanchaye woh logon tak jo hamla awar hain, jo attackers kar rahe hain. is ke liye kaha gaya hai yeh. jaise ke dekhein rasool allah salallaho alaihe wasallam ne jab makkah ke liye march ki tayyari ki thi to aap ne madine se makkah ke liye to aap ne kisi ko nahi bataya ke tayyari kis liye ki ja rahi hai.</w:t>
      </w:r>
    </w:p>
    <w:p>
      <w:pPr>
        <w:jc w:val="right"/>
      </w:pPr>
      <w:r>
        <w:t>تو راز کو نہ پہنچائے وہ لوگوں تک جو حملہ آور ہیں، جو Attack کر رہے ہیں۔ اس کے لیے کہا گیا ہے یہ۔ جیسے کہ دیکھیں رسول اللہ صلی اللہ علیہ وسلم نے جب مکہ کے لیے مارچ کی تیاری کی تھی تو آپ نے مدینہ سے مکہ کے لیے تو آپ نے کسی کو نہیں بتایا کہ تیاری کس لیے کی جا رہی ہے۔</w:t>
      </w:r>
    </w:p>
    <w:p>
      <w:r>
        <w:rPr>
          <w:b/>
        </w:rPr>
        <w:t xml:space="preserve">[1:09:44] </w:t>
      </w:r>
      <w:r>
        <w:t>tayyari ka matlab us zamane mein yeh tha ke sawari tayyar karo. kuch rastay ke liye kuch sattu aur khajoor tayyar karo. yeh sab cheezein hoti theen. pani ka mashk tayyar karo.</w:t>
      </w:r>
    </w:p>
    <w:p>
      <w:pPr>
        <w:jc w:val="right"/>
      </w:pPr>
      <w:r>
        <w:t>تیاری کا مطلب اس زمانے میں یہ تھا کہ سواری تیار کرو۔ کچھ راستے کے لیے کچھ ستو اور کھجور تیار کرو۔ یہ سب چیزیں ہوتی تھیں۔ پانی کا مشق تیار کرو۔</w:t>
      </w:r>
    </w:p>
    <w:p>
      <w:r>
        <w:rPr>
          <w:b/>
        </w:rPr>
        <w:t xml:space="preserve">[1:09:55] </w:t>
      </w:r>
      <w:r>
        <w:t>safar ke liye. to aap ne kaha ke tayyari karo. yeh kaha ke tayyari karo. lekin yeh nahi bataya ke kahan ke liye tayyari, kis safar ke liye. to hazrat abubakar jo aap ke bohat qareebi thay, bohat qareebi thay un ko bhi nahi bataya aap ne.</w:t>
      </w:r>
    </w:p>
    <w:p>
      <w:pPr>
        <w:jc w:val="right"/>
      </w:pPr>
      <w:r>
        <w:t>سفر کے لیے۔ تو آپ نے کہا کہ تیاری کرو۔ یہ کہا کہ تیاری کرو۔ لیکن یہ نہیں بتایا کہ کہاں کے لیے تیاری، کس سفر کے لیے۔ تو حضرت ابوبکر جو آپ کے بہت قریبی تھے، بہت قریبی تھے ان کو بھی نہیں بتایا آپ نے۔</w:t>
      </w:r>
    </w:p>
    <w:p>
      <w:r>
        <w:rPr>
          <w:b/>
        </w:rPr>
        <w:t xml:space="preserve">[1:10:10] </w:t>
      </w:r>
      <w:r>
        <w:t>to kitabon mein aata hai ke hazrat abubakar ek baar aaye rasool allah ke haan to ayesha se poocha unhon ne yaani apni beti se jo ke rasool allah ki ahliya thi ke yeh tayyari kis liye ho rahi hai?</w:t>
      </w:r>
    </w:p>
    <w:p>
      <w:pPr>
        <w:jc w:val="right"/>
      </w:pPr>
      <w:r>
        <w:t>تو کتابوں میں آتا ہے کہ حضرت ابوبکر ایک بار آئے رسول اللہ کے ہاں تو عائشہ سے پوچھا انہوں نے یعنی اپنی بیٹی سے جو کہ رسول اللہ کی اہلیہ تھی کہ یہ تیاری کس لیے ہو رہی ہے؟</w:t>
      </w:r>
    </w:p>
    <w:p>
      <w:r>
        <w:rPr>
          <w:b/>
        </w:rPr>
        <w:t xml:space="preserve">[1:10:24] </w:t>
      </w:r>
      <w:r>
        <w:t>to ayesha ne jawab diya ke wallah la adri. khuda ki qasam mein bhi nahi janti. yeh hai secrecy, yeh hai raazdari.</w:t>
      </w:r>
    </w:p>
    <w:p>
      <w:pPr>
        <w:jc w:val="right"/>
      </w:pPr>
      <w:r>
        <w:t>تو عائشہ نے جواب دیا کہ واللہ لا ادری۔ خدا کی قسم میں بھی نہیں جانتی۔ یہ ہے Secrecy، یہ ہے رازداری۔</w:t>
      </w:r>
    </w:p>
    <w:p>
      <w:r>
        <w:rPr>
          <w:b/>
        </w:rPr>
        <w:t xml:space="preserve">[1:10:33] </w:t>
      </w:r>
      <w:r>
        <w:t>is tarah ki jitni bhi aayatein hain yaad rakhiye halat jang mein secrecy ko baqi rakhne ke liye hain. bas. is se zyada agar koi barha kar barha kar is ka matlab nikalta hai, aaj kal ki siyasat par apply karta hai to woh bilashubah jasarat karta hai, gunah karta hai aur baghavat karta hai allah taala se.</w:t>
      </w:r>
    </w:p>
    <w:p>
      <w:pPr>
        <w:jc w:val="right"/>
      </w:pPr>
      <w:r>
        <w:t>اس طرح کی جتنی بھی آیتیں ہیں یاد رکھیے حالت جنگ میں Secrecy کو باقی رکھنے کے لیے ہیں۔ بس۔ اس سے زیادہ اگر کوئی بڑھا کر بڑھا کر اس کا مطلب نکالتا ہے، آج کل کی سیاست پر Apply کرتا ہے تو وہ بلاشبہ جسارت کرتا ہے، گناہ کرتا ہے اور بغاوت کرتا ہے اللہ تعالیٰ سے۔</w:t>
      </w:r>
    </w:p>
    <w:p>
      <w:r>
        <w:rPr>
          <w:b/>
        </w:rPr>
        <w:t xml:space="preserve">[1:10:51] </w:t>
      </w:r>
      <w:r>
        <w:t>is mein koi shakk nahi hai.</w:t>
      </w:r>
    </w:p>
    <w:p>
      <w:pPr>
        <w:jc w:val="right"/>
      </w:pPr>
      <w:r>
        <w:t>اس میں کوئی شک نہیں ہے۔</w:t>
      </w:r>
    </w:p>
    <w:p>
      <w:r>
        <w:rPr>
          <w:b/>
        </w:rPr>
        <w:t xml:space="preserve">[1:10:55] </w:t>
      </w:r>
      <w:r>
        <w:t>maulana abhi jo aap ne jawab diya tha tadabbur aur tabassum ko le ke to isi par abhi abhi sawal aaya hai. mister abu ibrahim khalilullah ne pakistan se poocha hai: is ka matlab hai ke insan معرفت ke baghair apni kamyabi ka safar shuru hi nahi kar sakta.</w:t>
      </w:r>
    </w:p>
    <w:p>
      <w:pPr>
        <w:jc w:val="right"/>
      </w:pPr>
      <w:r>
        <w:t>مولانا ابھی جو آپ نے جواب دیا تھا تدبر اور تبسم کو لے کے تو اسی پر ابھی ابھی سوال آیا ہے۔ مسٹر ابو ابراہیم خلیل اللہ نے پاکستان سے پوچھا ہے: اس کا مطلب ہے کہ انسان معرفت کے بغیر اپنی کامیابی کا سفر شروع ہی نہیں کر سکتا۔</w:t>
      </w:r>
    </w:p>
    <w:p>
      <w:r>
        <w:rPr>
          <w:b/>
        </w:rPr>
        <w:t xml:space="preserve">[1:11:15] </w:t>
      </w:r>
      <w:r>
        <w:t>is ke bare mein batayein. dekhein mein apne lafzon mein kahoon ga ke ek hai iman.</w:t>
      </w:r>
    </w:p>
    <w:p>
      <w:pPr>
        <w:jc w:val="right"/>
      </w:pPr>
      <w:r>
        <w:t>اس کے بارے میں بتائیں۔ دیکھیں میں اپنے لفظوں میں کہوں گا کہ ایک ہے ایمان۔</w:t>
      </w:r>
    </w:p>
    <w:p>
      <w:r>
        <w:rPr>
          <w:b/>
        </w:rPr>
        <w:t xml:space="preserve">[1:11:28] </w:t>
      </w:r>
      <w:r>
        <w:t>aap ko yeh aap ke samne yeh haqeeqat aayi ke islam mehfooz mazhab hai. islam kitab mehfooz kitab hai.</w:t>
      </w:r>
    </w:p>
    <w:p>
      <w:pPr>
        <w:jc w:val="right"/>
      </w:pPr>
      <w:r>
        <w:t>آپ کو یہ آپ کے سامنے یہ حقیقت آئی کہ اسلام محفوظ مذہب ہے۔ اسلام کتاب محفوظ کتاب ہے۔</w:t>
      </w:r>
    </w:p>
    <w:p>
      <w:r>
        <w:rPr>
          <w:b/>
        </w:rPr>
        <w:t xml:space="preserve">[1:11:39] </w:t>
      </w:r>
      <w:r>
        <w:t>aur hamein Allah ka momin banna chahiye. yeh baat khuli aap ke upar. to aap kaha ke main is ko manta hoon aur iqrar kiya aap ne yeh keh kar ke ke ashhadu an la ilaha illallah wa ashhadu an Muhammad abduhu wa rasuluh.</w:t>
      </w:r>
    </w:p>
    <w:p>
      <w:pPr>
        <w:jc w:val="right"/>
      </w:pPr>
      <w:r>
        <w:t>اور ہمیں اللہ کا مومن بننا چاہیے۔ یہ بات کھلی آپ کے اوپر۔ تو آپ کہا کہ میں اس کو مانتا ہوں اور اقرار کیا آپ نے یہ کہہ کر کے کہ اشھد ان لا الہ الا اللہ واشہد ان محمد عبدہ ورسولہ۔</w:t>
      </w:r>
    </w:p>
    <w:p>
      <w:r>
        <w:rPr>
          <w:b/>
        </w:rPr>
        <w:t xml:space="preserve">[1:11:52] </w:t>
      </w:r>
      <w:r>
        <w:t>to imaan to mil gaya aap ko. lekin imaan jo hai jaisa ke hadith mein aata hai ke al imaan yani imaan ghaṭta hai aur baṛhta hai.</w:t>
      </w:r>
    </w:p>
    <w:p>
      <w:pPr>
        <w:jc w:val="right"/>
      </w:pPr>
      <w:r>
        <w:t>تو ایمان تو مل گیا آپ کو۔ لیکن ایمان جو ہے جیسا کہ حدیث میں آتا ہے کہ الایمان یعنی ایمان گھٹتا ہے اور بڑھتا ہے۔</w:t>
      </w:r>
    </w:p>
    <w:p>
      <w:r>
        <w:rPr>
          <w:b/>
        </w:rPr>
        <w:t xml:space="preserve">[1:12:04] </w:t>
      </w:r>
      <w:r>
        <w:t>to baṛhta kaise hai? yeh tajrubaat, mushahidaat, mutala'a easy easy baṛhta hai. to tadabbur, tabassum ek musalsal amal hai.</w:t>
      </w:r>
    </w:p>
    <w:p>
      <w:pPr>
        <w:jc w:val="right"/>
      </w:pPr>
      <w:r>
        <w:t>تو بڑھتا کیسے ہے؟ یہ تجربات، مشاہدات، مطالعہ Easy Easy بڑھتا ہے۔ تو تدبر، تبسم ایک مسلسل عمل ہے۔</w:t>
      </w:r>
    </w:p>
    <w:p>
      <w:r>
        <w:rPr>
          <w:b/>
        </w:rPr>
        <w:t xml:space="preserve">[1:12:15] </w:t>
      </w:r>
      <w:r>
        <w:t>alladhi yadhkurun Allah qiyamih wa qu'udih wa 'ala jumbih raat din sote, baithte, uthte, jaagte sochte rehna. is se baṛhta hai. to bilashubah yani ma'rifat mein a'la ma'rifat tak aadmi pahunch nahi sakta jab tak yeh sab na kare.</w:t>
      </w:r>
    </w:p>
    <w:p>
      <w:pPr>
        <w:jc w:val="right"/>
      </w:pPr>
      <w:r>
        <w:t>الذی یذکرون اللہ قیامہ وقعودہ وعلی جنبہم رات دن سوتے، بیٹھتے، اٹھتے، جاگتے سوچتے رہنا۔ اس سے بڑھتا ہے۔ تو بلاشبہ یعنی معرفت میں اعلیٰ معرفت تک آدمی پہنچ نہیں سکتا جب تک یہ سب نہ کرے۔</w:t>
      </w:r>
    </w:p>
    <w:p>
      <w:r>
        <w:rPr>
          <w:b/>
        </w:rPr>
        <w:t xml:space="preserve">[1:12:33] </w:t>
      </w:r>
      <w:r>
        <w:t>mujarrad imaan to hasil ho gaya is ko lekin a'la ma'rifat, a'la darjaat is ko mil nahi sakte jab tak woh tadabbur na kare, tabassum na kare. yeh to is mein koi shakk hi nahi hai.</w:t>
      </w:r>
    </w:p>
    <w:p>
      <w:pPr>
        <w:jc w:val="right"/>
      </w:pPr>
      <w:r>
        <w:t>مجرد ایمان تو حاصل ہو گیا اس کو لیکن اعلیٰ معرفت، اعلیٰ درجات اس کو مل نہیں سکتے جب تک وہ تدبر نہ کرے، تبسم نہ کرے۔ یہ تو اس میں کوئی شک ہی نہیں ہے۔</w:t>
      </w:r>
    </w:p>
    <w:p>
      <w:r>
        <w:rPr>
          <w:b/>
        </w:rPr>
        <w:t xml:space="preserve">[1:12:46] </w:t>
      </w:r>
      <w:r>
        <w:t>to ek hai saada imaan. woh aap ko mil jata hai. bashart-e-ke niyat sahi ho, ikhlas ho aap ke andar. lip service na ho. yani agar sahi ma'non mein niyat durust hai, sahi ma'non mein ikhlas hai.</w:t>
      </w:r>
    </w:p>
    <w:p>
      <w:pPr>
        <w:jc w:val="right"/>
      </w:pPr>
      <w:r>
        <w:t>تو ایک ہے سادہ ایمان۔ وہ آپ کو مل جاتا ہے۔ بشرطیکہ نیت صحیح ہو، اخلاص ہو آپ کے اندر۔ Lip service نہ ہو۔ یعنی اگر صحیح معنوں میں نیت درست ہے، صحیح معنوں میں اخلاص ہے۔</w:t>
      </w:r>
    </w:p>
    <w:p>
      <w:r>
        <w:rPr>
          <w:b/>
        </w:rPr>
        <w:t xml:space="preserve">[1:13:02] </w:t>
      </w:r>
      <w:r>
        <w:t>sahi ma'non mein is ne sadq-e-dil se apnaya hai is cheez ko to imaan hasil ho gaya aap ko. lekin a'la ma'rifat nahi achaanak mil jaye gi is tarah.</w:t>
      </w:r>
    </w:p>
    <w:p>
      <w:pPr>
        <w:jc w:val="right"/>
      </w:pPr>
      <w:r>
        <w:t>صحیح معنوں میں اس نے صدق دل سے اپنایا ہے اس چیز کو تو ایمان حاصل ہو گیا آپ کو۔ لیکن اعلیٰ معرفت نہیں اچانک مل جائے گی اس طرح۔</w:t>
      </w:r>
    </w:p>
    <w:p>
      <w:r>
        <w:rPr>
          <w:b/>
        </w:rPr>
        <w:t xml:space="preserve">[1:13:12] </w:t>
      </w:r>
      <w:r>
        <w:t>a'la ma'rifat ke liye apne zehn ko activate karna paṛta hai. woh activate kaise hota hai aadmi? sochne se, tadabbur karne se, tabassum karne se, mutala'a karne se, mushahida karne se.</w:t>
      </w:r>
    </w:p>
    <w:p>
      <w:pPr>
        <w:jc w:val="right"/>
      </w:pPr>
      <w:r>
        <w:t>اعلیٰ معرفت کے لیے اپنے ذہن کو Activate کرنا پڑتا ہے۔ وہ Activate کیسے ہوتا ہے آدمی؟ سوچنے سے، تدبر کرنے سے، تبسم کرنے سے، مطالعہ کرنے سے، مشاہدہ کرنے سے۔</w:t>
      </w:r>
    </w:p>
    <w:p>
      <w:r>
        <w:rPr>
          <w:b/>
        </w:rPr>
        <w:t xml:space="preserve">[1:13:23] </w:t>
      </w:r>
      <w:r>
        <w:t>woh yeh ek musalsal amal hai jo barabar jaari rehta hai.</w:t>
      </w:r>
    </w:p>
    <w:p>
      <w:pPr>
        <w:jc w:val="right"/>
      </w:pPr>
      <w:r>
        <w:t>وہ یہ ایک مسلسل عمل ہے جو برابر جاری رہتا ہے۔</w:t>
      </w:r>
    </w:p>
    <w:p>
      <w:r>
        <w:rPr>
          <w:b/>
        </w:rPr>
        <w:t xml:space="preserve">[1:13:29] </w:t>
      </w:r>
      <w:r>
        <w:t>mister muhammad tauqeer alam ne muzaffarpur se sawal kiya hai. unhon ne likha hai: islam mein hijab ka tasawwur kya hai?</w:t>
      </w:r>
    </w:p>
    <w:p>
      <w:pPr>
        <w:jc w:val="right"/>
      </w:pPr>
      <w:r>
        <w:t>مسٹر محمد توقیر عالم نے مظفرپور سے سوال کیا ہے۔ انہوں نے لکھا ہے: اسلام میں حجاب کا تصور کیا ہے؟</w:t>
      </w:r>
    </w:p>
    <w:p>
      <w:r>
        <w:rPr>
          <w:b/>
        </w:rPr>
        <w:t xml:space="preserve">[1:13:40] </w:t>
      </w:r>
      <w:r>
        <w:t>mehram aur ghair mehram ka matlab kya hai? is ke bare mein bataein. aap kitab paṛh lijiye hamari khatoon islam. sari tafseelat is ke andar hain.</w:t>
      </w:r>
    </w:p>
    <w:p>
      <w:pPr>
        <w:jc w:val="right"/>
      </w:pPr>
      <w:r>
        <w:t>محرم اور غیر محرم کا مطلب کیا ہے؟ اس کے بارے میں بتائیں۔ آپ کتاب پڑھ لیجیے ہماری خاتون اسلام۔ ساری تفصیلات اس کے اندر ہیں۔</w:t>
      </w:r>
    </w:p>
    <w:p>
      <w:r>
        <w:rPr>
          <w:b/>
        </w:rPr>
        <w:t xml:space="preserve">[1:13:52] </w:t>
      </w:r>
      <w:r>
        <w:t>hamari kitab hai is ka naam hai khatoon islam. yeh urdu mein bhi hai, angrezi mein bhi hai. arabi mein bhi chhapi hai. agarche arabi kitab yahan india mein nahi mile gi.</w:t>
      </w:r>
    </w:p>
    <w:p>
      <w:pPr>
        <w:jc w:val="right"/>
      </w:pPr>
      <w:r>
        <w:t>ہماری کتاب ہے اس کا نام ہے خاتون اسلام۔ یہ اردو میں بھی ہے، انگریزی میں بھی ہے۔ عربی میں بھی چھپی ہے۔ اگرچہ عربی کتاب یہاں انڈیا میں نہیں ملے گی۔</w:t>
      </w:r>
    </w:p>
    <w:p>
      <w:r>
        <w:rPr>
          <w:b/>
        </w:rPr>
        <w:t xml:space="preserve">[1:14:02] </w:t>
      </w:r>
      <w:r>
        <w:t>lekin urdu, angrezi to mil sakti hai. is mein sare ahkam hain is ko paṛh lijiye aap. is ko paṛhne ke baad sawal kijiye. dekhein mera tareeqa yeh hai ke aadmi is mozu' ko paṛhe tab sawal kare.</w:t>
      </w:r>
    </w:p>
    <w:p>
      <w:pPr>
        <w:jc w:val="right"/>
      </w:pPr>
      <w:r>
        <w:t>لیکن اردو، انگریزی تو مل سکتی ہے۔ اس میں سارے احکام ہیں اس کو پڑھ لیجیے آپ۔ اس کو پڑھنے کے بعد سوال کیجیے۔ دیکھیں میرا طریقہ یہ ہے کہ آدمی اس موضوع کو پڑھے تب سوال کرے۔</w:t>
      </w:r>
    </w:p>
    <w:p>
      <w:r>
        <w:rPr>
          <w:b/>
        </w:rPr>
        <w:t xml:space="preserve">[1:14:14] </w:t>
      </w:r>
      <w:r>
        <w:t>is kitab ko paṛhne ke baad jo aap sawal karenge woh waqai sawal hoga. baghair paṛhe hue sawal karein to woh sawal nahi hai. to is liye main arz karunga ke khatoon islam jo kitab hai urdu aur angrezi mein is ko paṛhiye.</w:t>
      </w:r>
    </w:p>
    <w:p>
      <w:pPr>
        <w:jc w:val="right"/>
      </w:pPr>
      <w:r>
        <w:t>اس کتاب کو پڑھنے کے بعد جو آپ سوال کریں گے وہ واقعی سوال ہوگا۔ بغیر پڑھے ہوئے سوال کریں تو وہ سوال نہیں ہے۔ تو اس لیے میں عرض کروں گا کہ خاتون اسلام جو کتاب ہے اردو اور انگریزی میں اس کو پڑھیے۔</w:t>
      </w:r>
    </w:p>
    <w:p>
      <w:r>
        <w:rPr>
          <w:b/>
        </w:rPr>
        <w:t xml:space="preserve">[1:14:27] </w:t>
      </w:r>
      <w:r>
        <w:t>phir sawal kijiye. is waqt inshallah jawab diya jayega is ka.</w:t>
      </w:r>
    </w:p>
    <w:p>
      <w:pPr>
        <w:jc w:val="right"/>
      </w:pPr>
      <w:r>
        <w:t>پھر سوال کیجیے۔ اس وقت انشاءاللہ جواب دیا جائے گا اس کا۔</w:t>
      </w:r>
    </w:p>
    <w:p>
      <w:r>
        <w:rPr>
          <w:b/>
        </w:rPr>
        <w:t xml:space="preserve">[1:14:33] </w:t>
      </w:r>
      <w:r>
        <w:t>maulana iqbal umri ne tamil nadu se sawal kiya hai. unhon ne likha hai: insaan Khuda ka introduction hai.</w:t>
      </w:r>
    </w:p>
    <w:p>
      <w:pPr>
        <w:jc w:val="right"/>
      </w:pPr>
      <w:r>
        <w:t>مولانا اقبال عمری نے تمل ناڈو سے سوال کیا ہے۔ انہوں نے لکھا ہے: انسان خدا کا Introduction ہے۔</w:t>
      </w:r>
    </w:p>
    <w:p>
      <w:r>
        <w:rPr>
          <w:b/>
        </w:rPr>
        <w:t xml:space="preserve">[1:14:42] </w:t>
      </w:r>
      <w:r>
        <w:t>is ka matlab kya hai? main ne isi baat ko apne lafzon mein keh diya jo bukhari mein hai. yeh to bukhari ki riwayat hai ke khalaq Allah adama 'ala suratih.</w:t>
      </w:r>
    </w:p>
    <w:p>
      <w:pPr>
        <w:jc w:val="right"/>
      </w:pPr>
      <w:r>
        <w:t>اس کا مطلب کیا ہے؟ میں نے اسی بات کو اپنے لفظوں میں کہہ دیا جو بخاری میں ہے۔ یہ تو بخاری کی روایت ہے کہ خلق اللہ آدم علی صورتہ۔</w:t>
      </w:r>
    </w:p>
    <w:p>
      <w:r>
        <w:rPr>
          <w:b/>
        </w:rPr>
        <w:t xml:space="preserve">[1:14:55] </w:t>
      </w:r>
      <w:r>
        <w:t>Allah ne paida kiya insaan ko apni surat par. isi ko main ne apne lafzon mein keh diya. koi nai baat yeh nahi hai. yeh to bukhari mein yeh riwayat maujud hai.</w:t>
      </w:r>
    </w:p>
    <w:p>
      <w:pPr>
        <w:jc w:val="right"/>
      </w:pPr>
      <w:r>
        <w:t>اللہ نے پیدا کیا انسان کو اپنی صورت پر۔ اسی کو میں نے اپنے لفظوں میں کہہ دیا۔ کوئی نئی بات یہ نہیں ہے۔ یہ تو بخاری میں یہ روایت موجود ہے۔</w:t>
      </w:r>
    </w:p>
    <w:p>
      <w:r>
        <w:rPr>
          <w:b/>
        </w:rPr>
        <w:t xml:space="preserve">[1:15:10] </w:t>
      </w:r>
      <w:r>
        <w:t>is ki main ne misaal bhi de di ke jaise descartes ne kaha tha ke I think.</w:t>
      </w:r>
    </w:p>
    <w:p>
      <w:pPr>
        <w:jc w:val="right"/>
      </w:pPr>
      <w:r>
        <w:t>اس کی میں نے مثال بھی دے دی کہ جیسے ڈیگارڈ نے کہا تھا کہ I think۔</w:t>
      </w:r>
    </w:p>
    <w:p>
      <w:r>
        <w:rPr>
          <w:b/>
        </w:rPr>
        <w:t xml:space="preserve">[1:15:19] </w:t>
      </w:r>
      <w:r>
        <w:t>us ke samne mas'ala tha ke kya main hoon? mera wajood ka saboot kya hai? yani main agar hoon to mera saboot kya hai? to us ne kaha I think therefore I exist.</w:t>
      </w:r>
    </w:p>
    <w:p>
      <w:pPr>
        <w:jc w:val="right"/>
      </w:pPr>
      <w:r>
        <w:t>اس کے سامنے مسئلہ تھا کہ کیا میں ہوں؟ میرا وجود کا ثبوت کیا ہے؟ یعنی میں اگر ہوں تو میرا ثبوت کیا ہے؟ تو اس نے کہا I think therefore I exist۔</w:t>
      </w:r>
    </w:p>
    <w:p>
      <w:r>
        <w:rPr>
          <w:b/>
        </w:rPr>
        <w:t xml:space="preserve">[1:15:28] </w:t>
      </w:r>
      <w:r>
        <w:t>main sochta hoon is liye main hoon. isi ko main tausee' kar ke kahunga, extend kar ke ke I am therefore God is.</w:t>
      </w:r>
    </w:p>
    <w:p>
      <w:pPr>
        <w:jc w:val="right"/>
      </w:pPr>
      <w:r>
        <w:t>میں سوچتا ہوں اس لیے میں ہوں۔ اسی کو میں توسیع کر کے کہوں گا، Extend کر کے کہ I am therefore God is۔</w:t>
      </w:r>
    </w:p>
    <w:p>
      <w:r>
        <w:rPr>
          <w:b/>
        </w:rPr>
        <w:t xml:space="preserve">[1:15:38] </w:t>
      </w:r>
      <w:r>
        <w:t>main hoon is liye Khuda bhi hai. kyunke Khuda ka aqeedah jo hai woh kya hai? woh wahi isi ka yani baṛa version hai jis ko hum insaan ke roop mein aaj bhi mante hain.</w:t>
      </w:r>
    </w:p>
    <w:p>
      <w:pPr>
        <w:jc w:val="right"/>
      </w:pPr>
      <w:r>
        <w:t>میں ہوں اس لیے خدا بھی ہے۔ کیونکہ خدا کا عقیدہ جو ہے وہ کیا ہے؟ وہ وہی اسی کا یعنی بڑا Version ہے جس کو ہم انسان کے روپ میں آج بھی مانتے ہیں۔</w:t>
      </w:r>
    </w:p>
    <w:p>
      <w:r>
        <w:rPr>
          <w:b/>
        </w:rPr>
        <w:t xml:space="preserve">[1:15:50] </w:t>
      </w:r>
      <w:r>
        <w:t>yani bohat hi baṛa version insaan jaisi hasti ka. aap dekhiye insaan sochta hai, dekhta hai, bolta hai, paṛakta hai, plan karta hai.</w:t>
      </w:r>
    </w:p>
    <w:p>
      <w:pPr>
        <w:jc w:val="right"/>
      </w:pPr>
      <w:r>
        <w:t>یعنی بہت ہی بڑا Version انسان جیسی ہستی کا۔ آپ دیکھیے انسان سوچتا ہے، دیکھتا ہے، بولتا ہے، پکڑتا ہے، Plan کرتا ہے۔</w:t>
      </w:r>
    </w:p>
    <w:p>
      <w:r>
        <w:rPr>
          <w:b/>
        </w:rPr>
        <w:t xml:space="preserve">[1:16:02] </w:t>
      </w:r>
      <w:r>
        <w:t>sab kuch jo chahta hai woh karta hai. isi ka baṛa version, baṛa version jo hai us ko hum Khuda kehte hain. yeh matlab hai khalaq Allah adama 'ala suratih ka.</w:t>
      </w:r>
    </w:p>
    <w:p>
      <w:pPr>
        <w:jc w:val="right"/>
      </w:pPr>
      <w:r>
        <w:t>سب کچھ جو چاہتا ہے وہ کرتا ہے۔ اسی کا بہت بڑا Version، بہت بڑا Version جو ہے اس کو ہم خدا کہتے ہیں۔ یہ مطلب ہے خلق اللہ آدم علی صورتہ کا۔</w:t>
      </w:r>
    </w:p>
    <w:p>
      <w:r>
        <w:rPr>
          <w:b/>
        </w:rPr>
        <w:t xml:space="preserve">[1:16:13] </w:t>
      </w:r>
      <w:r>
        <w:t>kyunke insaan ke zariye aap jaise ek qatre ke zariye aap samundar ko samajh lete hain. aise hi insaan ke zariye aap Khuda ko samajhte hain.</w:t>
      </w:r>
    </w:p>
    <w:p>
      <w:pPr>
        <w:jc w:val="right"/>
      </w:pPr>
      <w:r>
        <w:t>کیونکہ انسان کے ذریعے آپ جیسے ایک قطرے کے ذریعے آپ سمندر کو سمجھ لیتے ہیں۔ ایسے ہی انسان کے ذریعے آپ خدا کو سمجھتے ہیں۔</w:t>
      </w:r>
    </w:p>
    <w:p>
      <w:r>
        <w:rPr>
          <w:b/>
        </w:rPr>
        <w:t xml:space="preserve">[1:16:22] </w:t>
      </w:r>
      <w:r>
        <w:t>wo log ghalati karte hain jinhone qatre aur samandar ko le kar ke wahd wajood ka nazariya bana liya. Monism ka. Wo to ghalat baat hai. Lekin qatre se aap samandar ka tasawwur kar sakte hain.</w:t>
      </w:r>
    </w:p>
    <w:p>
      <w:pPr>
        <w:jc w:val="right"/>
      </w:pPr>
      <w:r>
        <w:t>وہ لوگ غلطی کرتے ہیں جنہوں نے قطرے اور سمندر کو لے کر کے وہد وجود کا نظریہ بنا لیا۔ Monism کا۔ وہ تو غلط بات ہے۔ لیکن قطرے سے آپ سمندر کا تصور کر سکتے ہیں۔</w:t>
      </w:r>
    </w:p>
    <w:p>
      <w:r>
        <w:rPr>
          <w:b/>
        </w:rPr>
        <w:t xml:space="preserve">[1:16:35] </w:t>
      </w:r>
      <w:r>
        <w:t>Yaani qatra samandar ka juz nahi hai, main yeh nahi kehta. Qatre le kar tasawwur kar sakte hain aap samandar ka. Aise hi insaan ko le kar aap tasawwur kar sakte hain Khuda ka.</w:t>
      </w:r>
    </w:p>
    <w:p>
      <w:pPr>
        <w:jc w:val="right"/>
      </w:pPr>
      <w:r>
        <w:t>یعنی قطرہ سمندر کا جز نہیں ہے، میں یہ نہیں کہتا۔ قطرے لے کر تصور کر سکتے ہیں آپ سمندر کا۔ ایسے ہی انسان کو لے کر آپ تصور کر سکتے ہیں خدا کا۔</w:t>
      </w:r>
    </w:p>
    <w:p>
      <w:r>
        <w:rPr>
          <w:b/>
        </w:rPr>
        <w:t xml:space="preserve">[1:16:45] </w:t>
      </w:r>
      <w:r>
        <w:t>Yeh matlab hai is hadith ka.</w:t>
      </w:r>
    </w:p>
    <w:p>
      <w:pPr>
        <w:jc w:val="right"/>
      </w:pPr>
      <w:r>
        <w:t>یہ مطلب ہے اس حدیث کا۔</w:t>
      </w:r>
    </w:p>
    <w:p>
      <w:r>
        <w:rPr>
          <w:b/>
        </w:rPr>
        <w:t xml:space="preserve">[1:16:51] </w:t>
      </w:r>
      <w:r>
        <w:t>Mr. Muhammad Salman ne dilli se sawal kiya hai. Unhone likha hai: Jo insaan is duniya mein shukr ke sath zindagi guzarega akhirat mein sirf usi ke liye jannat hai.</w:t>
      </w:r>
    </w:p>
    <w:p>
      <w:pPr>
        <w:jc w:val="right"/>
      </w:pPr>
      <w:r>
        <w:t>مسٹر محمد سلمان نے دلی سے سوال کیا ہے۔ انہوں نے لکھا ہے: جو انسان اس دنیا میں شکر کے ساتھ زندگی گزارے گا آخرت میں صرف اسی کے لیے جنت ہے۔</w:t>
      </w:r>
    </w:p>
    <w:p>
      <w:r>
        <w:rPr>
          <w:b/>
        </w:rPr>
        <w:t xml:space="preserve">[1:17:06] </w:t>
      </w:r>
      <w:r>
        <w:t>Is ki wazahat farmayein. Yeh to sabit hai Quran o hadith se. Shukr ke baghair sari ibadat bekar hai.</w:t>
      </w:r>
    </w:p>
    <w:p>
      <w:pPr>
        <w:jc w:val="right"/>
      </w:pPr>
      <w:r>
        <w:t>اس کی وضاحت فرمائیں۔ یہ تو ثابت ہے قرآن و حدیث سے۔ شکر کے بغیر ساری عبادت بیکار ہے۔</w:t>
      </w:r>
    </w:p>
    <w:p>
      <w:r>
        <w:rPr>
          <w:b/>
        </w:rPr>
        <w:t xml:space="preserve">[1:17:18] </w:t>
      </w:r>
      <w:r>
        <w:t>Dekhiye shukr kya hai? Shukr hai Acknowledge karna. Inaam ko pa kar ke Monim ka etraf karna.</w:t>
      </w:r>
    </w:p>
    <w:p>
      <w:pPr>
        <w:jc w:val="right"/>
      </w:pPr>
      <w:r>
        <w:t>دیکھیے شکر کیا ہے؟ شکر ہے Acknowledge کرنا۔ انعام کو پا کر کے Monim کا اعتراف کرنا۔</w:t>
      </w:r>
    </w:p>
    <w:p>
      <w:r>
        <w:rPr>
          <w:b/>
        </w:rPr>
        <w:t xml:space="preserve">[1:17:28] </w:t>
      </w:r>
      <w:r>
        <w:t>Yeh shukr hai. Yeh to haqeeqat hai ke hamari poori zindagi inaam hai. Hamara wajood inaam hai. Hum dekhte hain, saans lete hain, khate peete hain.</w:t>
      </w:r>
    </w:p>
    <w:p>
      <w:pPr>
        <w:jc w:val="right"/>
      </w:pPr>
      <w:r>
        <w:t>یہ شکر ہے۔ یہ تو حقیقت ہے کہ ہماری پوری زندگی انعام ہے۔ ہمارا وجود انعام ہے۔ ہم دیکھتے ہیں، سانس لیتے ہیں، کھاتے پیتے ہیں۔</w:t>
      </w:r>
    </w:p>
    <w:p>
      <w:r>
        <w:rPr>
          <w:b/>
        </w:rPr>
        <w:t xml:space="preserve">[1:17:37] </w:t>
      </w:r>
      <w:r>
        <w:t>Sab inaami inaam to hai. To jo Allah taala ne hum ko jo Blessing di hai, jo inaam kiya hamare upar. Hum ko paida kiya, aisi duniya di.</w:t>
      </w:r>
    </w:p>
    <w:p>
      <w:pPr>
        <w:jc w:val="right"/>
      </w:pPr>
      <w:r>
        <w:t>سب انعامی انعام تو ہے۔ تو جو اللہ تعالیٰ نے ہم کو جو Blessing دی ہے، جو انعام کیا ہمارے اوپر۔ ہم کو پیدا کیا، ایسی دنیا دی۔</w:t>
      </w:r>
    </w:p>
    <w:p>
      <w:r>
        <w:rPr>
          <w:b/>
        </w:rPr>
        <w:t xml:space="preserve">[1:17:48] </w:t>
      </w:r>
      <w:r>
        <w:t>Aur yeh Life Support System diya waghera waghera waghera waghera. Wo saman rakhe ke hum ek Civilization bana sakein is ko le kar ke. To sab inaami to hai yeh.</w:t>
      </w:r>
    </w:p>
    <w:p>
      <w:pPr>
        <w:jc w:val="right"/>
      </w:pPr>
      <w:r>
        <w:t>اور یہ Life Support System دیا وغیرہ وغیرہ وغیرہ وغیرہ۔ وہ سامان رکھے کہ ہم ایک Civilization بنا سکیں اس کو لے کر کے۔ تو سب انعامی تو ہے یہ۔</w:t>
      </w:r>
    </w:p>
    <w:p>
      <w:r>
        <w:rPr>
          <w:b/>
        </w:rPr>
        <w:t xml:space="preserve">[1:17:57] </w:t>
      </w:r>
      <w:r>
        <w:t>To inaam ko pa kar ke Monim ka etraf karna. Acknowledge karna. Yahi shukr hai. Aur shukriya na kare insaan to phir kya hai wo? Phir kuch bhi nahi hai wo.</w:t>
      </w:r>
    </w:p>
    <w:p>
      <w:pPr>
        <w:jc w:val="right"/>
      </w:pPr>
      <w:r>
        <w:t>تو انعام کو پا کر کے Monim کا اعتراف کرنا۔ Acknowledge کرنا۔ یہی شکر ہے۔ اور شکریہ نہ کرے انسان تو پھر کیا ہے وہ؟ پھر کچھ بھی نہیں ہے وہ۔</w:t>
      </w:r>
    </w:p>
    <w:p>
      <w:r>
        <w:rPr>
          <w:b/>
        </w:rPr>
        <w:t xml:space="preserve">[1:18:07] </w:t>
      </w:r>
      <w:r>
        <w:t>Nothing hai Allah ki nazar mein. Allah ki nazar mein wo Nothing hai.</w:t>
      </w:r>
    </w:p>
    <w:p>
      <w:pPr>
        <w:jc w:val="right"/>
      </w:pPr>
      <w:r>
        <w:t>Nothing ہے اللہ کی نظر میں۔ اللہ کی نظر میں وہ Nothing ہے۔</w:t>
      </w:r>
    </w:p>
    <w:p>
      <w:r>
        <w:rPr>
          <w:b/>
        </w:rPr>
        <w:t xml:space="preserve">[1:18:16] </w:t>
      </w:r>
      <w:r>
        <w:t>Mr. Dhiraj Bakshi ne dilli se likha hai: Maulana ji Could you please explain when and where the mosque started coming up?</w:t>
      </w:r>
    </w:p>
    <w:p>
      <w:pPr>
        <w:jc w:val="right"/>
      </w:pPr>
      <w:r>
        <w:t>مسٹر دھیرج بخشی نے دلی سے لکھا ہے: مولانا جی Could you please explain when and where the mosque started coming up?</w:t>
      </w:r>
    </w:p>
    <w:p>
      <w:r>
        <w:rPr>
          <w:b/>
        </w:rPr>
        <w:t xml:space="preserve">[1:18:28] </w:t>
      </w:r>
      <w:r>
        <w:t>Which was the first mosque and is Holy Quran placed in every mosque? Dekhiye is baat ka koi tareekhi Proof nahi hai ke pehli masjid kahan bani aur kaise kaise masjidien bani.</w:t>
      </w:r>
    </w:p>
    <w:p>
      <w:pPr>
        <w:jc w:val="right"/>
      </w:pPr>
      <w:r>
        <w:t>Which was the first mosque and is Holy Quran placed in every mosque? دیکھیے اس بات کا کوئی تاریخی Proof نہیں ہے کہ پہلی مسجد کہاں بنی اور کیسے کیسے مسجدیں بنیں۔</w:t>
      </w:r>
    </w:p>
    <w:p>
      <w:r>
        <w:rPr>
          <w:b/>
        </w:rPr>
        <w:t xml:space="preserve">[1:18:43] </w:t>
      </w:r>
      <w:r>
        <w:t>Musalman aap log samajhte hain ke Kaba jo hai wo pehli masjid hai aur Hazrat Adam ne banaya tha is ko. Lekin yeh sab bilkul ghalat baat hai.</w:t>
      </w:r>
    </w:p>
    <w:p>
      <w:pPr>
        <w:jc w:val="right"/>
      </w:pPr>
      <w:r>
        <w:t>مسلمان آپ لوگ سمجھتے ہیں کہ کعبہ جو ہے وہ پہلی مسجد ہے اور حضرت آدم نے بنایا تھا اس کو۔ لیکن یہ سب بالکل غلط بات ہے۔</w:t>
      </w:r>
    </w:p>
    <w:p>
      <w:r>
        <w:rPr>
          <w:b/>
        </w:rPr>
        <w:t xml:space="preserve">[1:18:54] </w:t>
      </w:r>
      <w:r>
        <w:t>Kaba ka banaya Hazrat Ibrahim ne. Adam se is ka koi talluq nahi hai. Aur in awwal batn wa huda lil nas ka matlab yeh nahi hai ke yaani tareekh ki sab se pehli masjid.</w:t>
      </w:r>
    </w:p>
    <w:p>
      <w:pPr>
        <w:jc w:val="right"/>
      </w:pPr>
      <w:r>
        <w:t>کعبہ کا بنایا حضرت ابراہیم نے۔ آدم سے اس کا کوئی تعلق نہیں ہے۔ اور ان اول بطن وھدى للناس کا مطلب یہ نہیں ہے کہ یعنی تاریخ کی سب سے پہلی مسجد۔</w:t>
      </w:r>
    </w:p>
    <w:p>
      <w:r>
        <w:rPr>
          <w:b/>
        </w:rPr>
        <w:t xml:space="preserve">[1:19:05] </w:t>
      </w:r>
      <w:r>
        <w:t>Yeh matlab is ka nahi hai. To is se pehle kya hota tha? Is ka koi Historical Proof nahi hai.</w:t>
      </w:r>
    </w:p>
    <w:p>
      <w:pPr>
        <w:jc w:val="right"/>
      </w:pPr>
      <w:r>
        <w:t>یہ مطلب اس کا نہیں ہے۔ تو اس سے پہلے کیا ہوتا تھا؟ اس کا کوئی Historical Proof نہیں ہے۔</w:t>
      </w:r>
    </w:p>
    <w:p>
      <w:r>
        <w:rPr>
          <w:b/>
        </w:rPr>
        <w:t xml:space="preserve">[1:19:19] </w:t>
      </w:r>
      <w:r>
        <w:t>Bas hum yeh samajh sakte hain ke Place of Worship hamesha hua karti thi. Place of Worship. Ibadat karne ki jagah.</w:t>
      </w:r>
    </w:p>
    <w:p>
      <w:pPr>
        <w:jc w:val="right"/>
      </w:pPr>
      <w:r>
        <w:t>بس ہم یہ سمجھ سکتے ہیں کہ Place of Worship ہمیشہ ہوا کرتی تھی۔ Place of Worship۔ عبادت کرنے کی جگہ۔</w:t>
      </w:r>
    </w:p>
    <w:p>
      <w:r>
        <w:rPr>
          <w:b/>
        </w:rPr>
        <w:t xml:space="preserve">[1:19:28] </w:t>
      </w:r>
      <w:r>
        <w:t>Baqi kis shakal mein hoti thi? To ab agar koi Preserve hai, koi masjid sab se purani to wo Kaba hai. Kaba se pehle koi masjid Preserve nahi hai.</w:t>
      </w:r>
    </w:p>
    <w:p>
      <w:pPr>
        <w:jc w:val="right"/>
      </w:pPr>
      <w:r>
        <w:t>باقی کس شکل میں ہوتی تھی؟ تو اب اگر کوئی Preserve ہے، کوئی مسجد سب سے پرانی تو وہ کعبہ ہے۔ کعبہ سے پہلے کوئی مسجد Preserve نہیں ہے۔</w:t>
      </w:r>
    </w:p>
    <w:p>
      <w:r>
        <w:rPr>
          <w:b/>
        </w:rPr>
        <w:t xml:space="preserve">[1:19:41] </w:t>
      </w:r>
      <w:r>
        <w:t>To itna hi main keh sakta hoon. Koi Quran o hadith mein mislan Hazrat Musa ke bare mein aata hai ke unhone kaha apni Bani Israel se ke apne gharon ko qibla bana lo.</w:t>
      </w:r>
    </w:p>
    <w:p>
      <w:pPr>
        <w:jc w:val="right"/>
      </w:pPr>
      <w:r>
        <w:t>تو اتنا ہی میں کہہ سکتا ہوں۔ کوئی قرآن و حدیث میں مثلاً حضرت موسیٰ کے بارے میں آتا ہے کہ انہوں نے کہا اپنی بنی اسرائیل سے کہ اپنے گھروں کو قبلہ بنا لو۔</w:t>
      </w:r>
    </w:p>
    <w:p>
      <w:r>
        <w:rPr>
          <w:b/>
        </w:rPr>
        <w:t xml:space="preserve">[1:19:55] </w:t>
      </w:r>
      <w:r>
        <w:t>Matlab gharon mein ibadat ka maqam thehra lo. Wahan par ibadat karo. Log samajhte hain is ka matlab ke gharon ko qibla rukh bana lo.</w:t>
      </w:r>
    </w:p>
    <w:p>
      <w:pPr>
        <w:jc w:val="right"/>
      </w:pPr>
      <w:r>
        <w:t>مطلب گھروں میں عبادت کا مقام ٹھہرا لو۔ وہاں پر عبادت کرو۔ لوگ سمجھتے ہیں اس کا مطلب کہ گھروں کو قبلہ رخ بنا لو۔</w:t>
      </w:r>
    </w:p>
    <w:p>
      <w:r>
        <w:rPr>
          <w:b/>
        </w:rPr>
        <w:t xml:space="preserve">[1:20:04] </w:t>
      </w:r>
      <w:r>
        <w:t>Yeh ghalat hai. Qibla rukh banane ki baat nahi hai wo. Yaani gharon mein ek jagah bana lo jahan tum ibadat kar sako. To is tarah ke kuch References hain.</w:t>
      </w:r>
    </w:p>
    <w:p>
      <w:pPr>
        <w:jc w:val="right"/>
      </w:pPr>
      <w:r>
        <w:t>یہ غلط ہے۔ قبلہ رخ بنانے کی بات نہیں ہے وہ۔ یعنی گھروں میں ایک جگہ بنا لو جہاں تم عبادت کر سکو۔ تو اس طرح کے کچھ References ہیں۔</w:t>
      </w:r>
    </w:p>
    <w:p>
      <w:r>
        <w:rPr>
          <w:b/>
        </w:rPr>
        <w:t xml:space="preserve">[1:20:15] </w:t>
      </w:r>
      <w:r>
        <w:t>Baqi koi is ki tareekhi taur par koi Proof nahi hai. Is liye main is bare mein is se zyada nahi keh sakta. Mr. Ramesh Siddiqui ne dilli se likha hai: I had a dream last Wednesday night on thirteenth April.</w:t>
      </w:r>
    </w:p>
    <w:p>
      <w:pPr>
        <w:jc w:val="right"/>
      </w:pPr>
      <w:r>
        <w:t>باقی کوئی اس کی تاریخی طور پر کوئی Proof نہیں ہے۔ اس لیے میں اس بارے میں اس سے زیادہ نہیں کہہ سکتا۔ مسٹر رامش صدیقی نے دلی سے لکھا ہے: I had a dream last Wednesday night on thirteenth April.</w:t>
      </w:r>
    </w:p>
    <w:p>
      <w:r>
        <w:rPr>
          <w:b/>
        </w:rPr>
        <w:t xml:space="preserve">[1:20:34] </w:t>
      </w:r>
      <w:r>
        <w:t>I saw a huge ground which was slightly elevated. Suddenly a figure emerged dressed in a white long robe and a black shawl resting on his shoulder.</w:t>
      </w:r>
    </w:p>
    <w:p>
      <w:pPr>
        <w:jc w:val="right"/>
      </w:pPr>
      <w:r>
        <w:t>I saw a huge ground which was slightly elevated. Suddenly a figure emerged dressed in a white long robe and a black shawl resting on his shoulder.</w:t>
      </w:r>
    </w:p>
    <w:p>
      <w:r>
        <w:rPr>
          <w:b/>
        </w:rPr>
        <w:t xml:space="preserve">[1:20:47] </w:t>
      </w:r>
      <w:r>
        <w:t>I cannot see his face but I am being told that he is Prophet Muhammad. There are hundreds of hands raising from the ground above the elevated ground waving towards the Prophet.</w:t>
      </w:r>
    </w:p>
    <w:p>
      <w:pPr>
        <w:jc w:val="right"/>
      </w:pPr>
      <w:r>
        <w:t>I cannot see his face but I am being told that he is Prophet Muhammad. There are hundreds of hands raising from the ground above the elevated ground waving towards the Prophet.</w:t>
      </w:r>
    </w:p>
    <w:p>
      <w:r>
        <w:rPr>
          <w:b/>
        </w:rPr>
        <w:t xml:space="preserve">[1:21:02] </w:t>
      </w:r>
      <w:r>
        <w:t>As the Prophet reaches towards the end of elevated ground he extends his right hand towards the raised hands and he picks only one hand and he lifts the hand on the elevated ground.</w:t>
      </w:r>
    </w:p>
    <w:p>
      <w:pPr>
        <w:jc w:val="right"/>
      </w:pPr>
      <w:r>
        <w:t>As the Prophet reaches towards the end of elevated ground he extends hisright hand towards the raised hands and he picks only one hand and he lifts the hand on the elevated ground.</w:t>
      </w:r>
    </w:p>
    <w:p>
      <w:r>
        <w:rPr>
          <w:b/>
        </w:rPr>
        <w:t xml:space="preserve">[1:21:18] </w:t>
      </w:r>
      <w:r>
        <w:t>The man picked by the Prophet is Maulana Wahiduddin Khan. He then embraces Maulana and takes him along.</w:t>
      </w:r>
    </w:p>
    <w:p>
      <w:pPr>
        <w:jc w:val="right"/>
      </w:pPr>
      <w:r>
        <w:t>The man picked by the Prophet is مولانا وحید الدین خان. He then embraces مولانا and takes him along.</w:t>
      </w:r>
    </w:p>
    <w:p>
      <w:r>
        <w:rPr>
          <w:b/>
        </w:rPr>
        <w:t xml:space="preserve">[1:21:27] </w:t>
      </w:r>
      <w:r>
        <w:t>Maulana please interpret this dream for me.</w:t>
      </w:r>
    </w:p>
    <w:p>
      <w:pPr>
        <w:jc w:val="right"/>
      </w:pPr>
      <w:r>
        <w:t>مولانا please interpret this dream for me.</w:t>
      </w:r>
    </w:p>
    <w:p>
      <w:r>
        <w:rPr>
          <w:b/>
        </w:rPr>
        <w:t xml:space="preserve">[1:21:35] </w:t>
      </w:r>
      <w:r>
        <w:t>Dekhen bhai Dream jo hota hai to ulama ka is mein stand hai ya muqaf hai ke Dream ki buniyad par aap koi hukm nahi laga sakte.</w:t>
      </w:r>
    </w:p>
    <w:p>
      <w:pPr>
        <w:jc w:val="right"/>
      </w:pPr>
      <w:r>
        <w:t>دیکھیں بھائی Dream جو ہوتا ہے تو علماء کا اس میں Stand ہے یا موقف ہے کہ Dream کی بنیاد پر آپ کوئی حکم نہیں لگا سکتے۔</w:t>
      </w:r>
    </w:p>
    <w:p>
      <w:r>
        <w:rPr>
          <w:b/>
        </w:rPr>
        <w:t xml:space="preserve">[1:21:50] </w:t>
      </w:r>
      <w:r>
        <w:t>Koi fatwa nahi de sakte. Dream jo hai is se hum ko zann hasil hota hai. Zann. Yaqeen nahi. Is baat ko zann se samajh lijiye.</w:t>
      </w:r>
    </w:p>
    <w:p>
      <w:pPr>
        <w:jc w:val="right"/>
      </w:pPr>
      <w:r>
        <w:t>کوئی فتویٰ نہیں دے سکتے۔ Dream جو ہے اس سے ہم کو ظن حاصل ہوتا ہے۔ ظن۔ یقین نہیں۔ اس بات کو ظن سے سمجھ لیجیے۔</w:t>
      </w:r>
    </w:p>
    <w:p>
      <w:r>
        <w:rPr>
          <w:b/>
        </w:rPr>
        <w:t xml:space="preserve">[1:22:01] </w:t>
      </w:r>
      <w:r>
        <w:t>Ke Quran ki ek ayat se hum ko yaqeen milta hai. Lekin hadith lekin khwab se Dream se aap ko zann milta hai.</w:t>
      </w:r>
    </w:p>
    <w:p>
      <w:pPr>
        <w:jc w:val="right"/>
      </w:pPr>
      <w:r>
        <w:t>کہ قرآن کی ایک آیت سے ہم کو یقین ملتا ہے۔ لیکن حدیث لیکن خواب سے Dream سے آپ کو ظن ملتا ہے۔</w:t>
      </w:r>
    </w:p>
    <w:p>
      <w:r>
        <w:rPr>
          <w:b/>
        </w:rPr>
        <w:t xml:space="preserve">[1:22:09] </w:t>
      </w:r>
      <w:r>
        <w:t>Zann. Aur hadith mein hai ke khwab teen qism ke hote hain. Is mein se ek hai bushra min Allah.</w:t>
      </w:r>
    </w:p>
    <w:p>
      <w:pPr>
        <w:jc w:val="right"/>
      </w:pPr>
      <w:r>
        <w:t>ظن۔ اور حدیث میں ہے کہ خواب تین قسم کے ہوتے ہیں۔ اس میں سے ایک ہے بشرا من اللہ۔</w:t>
      </w:r>
    </w:p>
    <w:p>
      <w:r>
        <w:rPr>
          <w:b/>
        </w:rPr>
        <w:t xml:space="preserve">[1:22:19] </w:t>
      </w:r>
      <w:r>
        <w:t>Allah ki taraf se basharat. Good tiding. To ain mumkin hai ke aap ne jo khwab dekha hai wo ek basharat ho. Lekin aap yaqeen ke sath nahi keh sakte ke ye bilkul wahi hai.</w:t>
      </w:r>
    </w:p>
    <w:p>
      <w:pPr>
        <w:jc w:val="right"/>
      </w:pPr>
      <w:r>
        <w:t>اللہ کی طرف سے بشارت۔ Good tiding۔ تو عین ممکن ہے کہ آپ نے جو خواب دیکھا ہے وہ ایک بشارت ہو۔ لیکن آپ یقین کے ساتھ نہیں کہہ سکتے کہ یہ بالکل وحی ہے۔</w:t>
      </w:r>
    </w:p>
    <w:p>
      <w:r>
        <w:rPr>
          <w:b/>
        </w:rPr>
        <w:t xml:space="preserve">[1:22:31] </w:t>
      </w:r>
      <w:r>
        <w:t>Kis tarah se yaqeeni hai. Yahan tak bas samajhta hoon is hadith ka. Zaati taur par. Main is par fatwa nahi de sakta koi. Main samajhta hoon ke Rasool Allah S.A.W ka ye mamla jo tha wo bohat hi sochne ke wali baat hai.</w:t>
      </w:r>
    </w:p>
    <w:p>
      <w:pPr>
        <w:jc w:val="right"/>
      </w:pPr>
      <w:r>
        <w:t>کس طریقے سے یقینی ہے۔ یہاں تک بس سمجھتا ہوں اس حدیث کا۔ ذاتی طور پر۔ میں اس پر فتویٰ نہیں دے سکتا کوئی۔ میں سمجھتا ہوں کہ رسول اللہ صلی اللہ علیہ وسلم کا یہ معاملہ جو تھا وہ بہت ہی سوچنے کے والی بات ہے۔</w:t>
      </w:r>
    </w:p>
    <w:p>
      <w:r>
        <w:rPr>
          <w:b/>
        </w:rPr>
        <w:t xml:space="preserve">[1:22:45] </w:t>
      </w:r>
      <w:r>
        <w:t>Ke Rasool Allah S.A.W aaye khwab ke mutabiq. Hath mein hath utha raha hai. Is mani hai ke ye bohat sare kaam jo musalmanon mein ho rahe hain har aadmi keh raha hai Rasool Allah mera kaam.</w:t>
      </w:r>
    </w:p>
    <w:p>
      <w:pPr>
        <w:jc w:val="right"/>
      </w:pPr>
      <w:r>
        <w:t>کہ رسول اللہ صلی اللہ علیہ وسلم آئے خواب کے مطابق۔ ہاتھ میں ہاتھ اٹھا رہا ہے۔ اس معنی ہے کہ یہ بہت سارے کام جو مسلمانوں میں ہو رہے ہیں ہر آدمی کہہ رہا ہے رسول اللہ میرا کام۔</w:t>
      </w:r>
    </w:p>
    <w:p>
      <w:r>
        <w:rPr>
          <w:b/>
        </w:rPr>
        <w:t xml:space="preserve">[1:22:55] </w:t>
      </w:r>
      <w:r>
        <w:t>Rasool Allah mera kaam. Matlab mere kaam ko endorse kijiye. Lekin Rasool Allah kisi kaam ko endorse nahi karte. Wo CPA ke kaam ko endorse karte hain.</w:t>
      </w:r>
    </w:p>
    <w:p>
      <w:pPr>
        <w:jc w:val="right"/>
      </w:pPr>
      <w:r>
        <w:t>رسول اللہ میرا کام۔ مطلب میرے کام کو Endorse کیجیے۔ لیکن رسول اللہ کسی کام کو Endorse نہیں کرتے۔ وہ CPA کے کام کو Endorse کرتے ہیں۔</w:t>
      </w:r>
    </w:p>
    <w:p>
      <w:r>
        <w:rPr>
          <w:b/>
        </w:rPr>
        <w:t xml:space="preserve">[1:23:06] </w:t>
      </w:r>
      <w:r>
        <w:t>To wo wo jo hadith hai ke musalmanon mein 73 firqe ho jayenge. Aur sare firqe jo hain gumrah ho gaye.</w:t>
      </w:r>
    </w:p>
    <w:p>
      <w:pPr>
        <w:jc w:val="right"/>
      </w:pPr>
      <w:r>
        <w:t>تو وہ وہ جو حدیث ہے کہ مسلمانوں میں تہتر فرقے ہو جائیں گے۔ اور سارے فرقے جو ہیں گمراہ ہو گئے۔</w:t>
      </w:r>
    </w:p>
    <w:p>
      <w:r>
        <w:rPr>
          <w:b/>
        </w:rPr>
        <w:t xml:space="preserve">[1:23:18] </w:t>
      </w:r>
      <w:r>
        <w:t>Ek firqa sahi hoga. Firqa se murad koi firqa bandi ke mani mein ye nahi hai. Matlab ek Mission.</w:t>
      </w:r>
    </w:p>
    <w:p>
      <w:pPr>
        <w:jc w:val="right"/>
      </w:pPr>
      <w:r>
        <w:t>ایک فرقہ صحیح ہو گا۔ فرقہ سے مراد کوئی فرقہ بندی کے معنی میں یہ نہیں ہے۔ مطلب ایک Mission۔</w:t>
      </w:r>
    </w:p>
    <w:p>
      <w:r>
        <w:rPr>
          <w:b/>
        </w:rPr>
        <w:t xml:space="preserve">[1:23:26] </w:t>
      </w:r>
      <w:r>
        <w:t>Ek tareeqa. Ek group. To ye jitne log hath utha rahe hain wo wahi to hain sare log.</w:t>
      </w:r>
    </w:p>
    <w:p>
      <w:pPr>
        <w:jc w:val="right"/>
      </w:pPr>
      <w:r>
        <w:t>ایک طریقہ۔ ایک گروپ۔ تو یہ جتنے لوگ ہاتھ اٹھا رہے ہیں وہ وہی تو ہیں سارے لوگ۔</w:t>
      </w:r>
    </w:p>
    <w:p>
      <w:r>
        <w:rPr>
          <w:b/>
        </w:rPr>
        <w:t xml:space="preserve">[1:23:35] </w:t>
      </w:r>
      <w:r>
        <w:t>Ke mere mere kaam ko endorse kijiye. Mera kaam sahi kaam hai. Lekin Rasool Allah har ek ko disown kar rahe hain. Disown.</w:t>
      </w:r>
    </w:p>
    <w:p>
      <w:pPr>
        <w:jc w:val="right"/>
      </w:pPr>
      <w:r>
        <w:t>کہ میرے میرے کام کو Endorse کیجیے۔ میرا کام صحیح کام ہے۔ لیکن رسول اللہ ہر ایک کو Disown کر رہے ہیں۔ Disown۔</w:t>
      </w:r>
    </w:p>
    <w:p>
      <w:r>
        <w:rPr>
          <w:b/>
        </w:rPr>
        <w:t xml:space="preserve">[1:23:44] </w:t>
      </w:r>
      <w:r>
        <w:t>Ek hi kaam ko ko own kar rahe hain. Wo mere guman ke mutabiq mere yani tasawwur ke mutabiq wo CPA ka kaam hai.</w:t>
      </w:r>
    </w:p>
    <w:p>
      <w:pPr>
        <w:jc w:val="right"/>
      </w:pPr>
      <w:r>
        <w:t>ایک ہی کام کو کو Own کر رہے ہیں۔ وہ میرے گمان کے مطابق میرے یعنی تصور کے مطابق وہ CPA کا کام ہے۔</w:t>
      </w:r>
    </w:p>
    <w:p>
      <w:r>
        <w:rPr>
          <w:b/>
        </w:rPr>
        <w:t xml:space="preserve">[1:23:53] </w:t>
      </w:r>
      <w:r>
        <w:t>Yani daawati Mission. CPA ka matlab hai ek daawati Mission. Dawat il Allah ka Mission.</w:t>
      </w:r>
    </w:p>
    <w:p>
      <w:pPr>
        <w:jc w:val="right"/>
      </w:pPr>
      <w:r>
        <w:t>یعنی دعوتی Mission۔ CPA کا مطلب ہے ایک دعوتی Mission۔ دعوت الی اللہ کا Mission۔</w:t>
      </w:r>
    </w:p>
    <w:p>
      <w:r>
        <w:rPr>
          <w:b/>
        </w:rPr>
        <w:t xml:space="preserve">[1:24:01] </w:t>
      </w:r>
      <w:r>
        <w:t>To main samajhta hoon ke hum logon ko is mein jo log is kaam mein lage hue hain is mein ek basharat hai. Main phir kehta hoon basharat fatwa ke mani mein nahi hai.</w:t>
      </w:r>
    </w:p>
    <w:p>
      <w:pPr>
        <w:jc w:val="right"/>
      </w:pPr>
      <w:r>
        <w:t>تو میں سمجھتا ہوں کہ ہم لوگوں کو اس میں جو لوگ اس کام میں لگے ہوئے ہیں اس میں ایک بشارت ہے۔ میں پھر کہتا ہوں بشارت فتویٰ کے معنی میں نہیں ہے۔</w:t>
      </w:r>
    </w:p>
    <w:p>
      <w:r>
        <w:rPr>
          <w:b/>
        </w:rPr>
        <w:t xml:space="preserve">[1:24:10] </w:t>
      </w:r>
      <w:r>
        <w:t>Aap is ko le kar fatwa nahi de sakte. Fatwe ka haq kisi ko nahi hai. Lekin hum apne aap pe yaqeen kar sakte hain ke ye Allah ki basharat hai.</w:t>
      </w:r>
    </w:p>
    <w:p>
      <w:pPr>
        <w:jc w:val="right"/>
      </w:pPr>
      <w:r>
        <w:t>آپ اس کو لے کر فتویٰ نہیں دے سکتے۔ فتوے کا حق کسی کو نہیں ہے۔ لیکن ہم اپنے آپ پہ یقین کر سکتے ہیں کہ یہ اللہ کی بشارت ہے۔</w:t>
      </w:r>
    </w:p>
    <w:p>
      <w:r>
        <w:rPr>
          <w:b/>
        </w:rPr>
        <w:t xml:space="preserve">[1:24:20] </w:t>
      </w:r>
      <w:r>
        <w:t>Aur aur yaqeen ke sath is mein jud jaye hum log. Hum sab log. Jo Mission hai Dawat il Allah ka Mission. To is mein hum aur zyada jud jaye yaqeen ke sath.</w:t>
      </w:r>
    </w:p>
    <w:p>
      <w:pPr>
        <w:jc w:val="right"/>
      </w:pPr>
      <w:r>
        <w:t>اور اور یقین کے ساتھ اس میں جڑ جائیں ہم لوگ۔ ہم سب لوگ۔ جو Mission ہے دعوت الی اللہ کا Mission۔ تو اس میں ہم اور زیادہ جڑ جائیں یقین کے ساتھ۔</w:t>
      </w:r>
    </w:p>
    <w:p>
      <w:r>
        <w:rPr>
          <w:b/>
        </w:rPr>
        <w:t xml:space="preserve">[1:24:30] </w:t>
      </w:r>
      <w:r>
        <w:t>Ke Rasool Allah S.A.W ne is ko endorse kar diya hai. Yehi sahi kaam hai. Aur yehi kaam par hamein lage rehna hai. To hamare liye yaqeen milta hai is se.</w:t>
      </w:r>
    </w:p>
    <w:p>
      <w:pPr>
        <w:jc w:val="right"/>
      </w:pPr>
      <w:r>
        <w:t>کہ رسول اللہ صلی اللہ علیہ وسلم نے اس کو Endorse کر دیا ہے۔ یہی صحیح کام ہے۔ اور یہی کام پر ہمیں لگے رہنا ہے۔ تو ہمارے لیے یقین ملتا ہے اس سے۔</w:t>
      </w:r>
    </w:p>
    <w:p>
      <w:r>
        <w:rPr>
          <w:b/>
        </w:rPr>
        <w:t xml:space="preserve">[1:24:40] </w:t>
      </w:r>
      <w:r>
        <w:t>Hamare liye basharat hai ye. Agarche hum fatwa nahi de sakte. To Allah taala ka hamein shukr karna chahiye. Ke Allah taala ne hamein goya jo jis kaam hum lage hue hain us kaam ka affirmation hai ye.</w:t>
      </w:r>
    </w:p>
    <w:p>
      <w:pPr>
        <w:jc w:val="right"/>
      </w:pPr>
      <w:r>
        <w:t>ہمارے لیے بشارت ہے یہ۔ اگرچہ ہم فتویٰ نہیں دے سکتے۔ تو اللہ تعالیٰ کا ہمیں شکر کرنا چاہیے۔ کہ اللہ تعالیٰ نے ہمیں گویا جو جس کام ہم لگے ہوئے ہیں اس کام کا Affirmation ہے یہ۔</w:t>
      </w:r>
    </w:p>
    <w:p>
      <w:r>
        <w:rPr>
          <w:b/>
        </w:rPr>
        <w:t xml:space="preserve">[1:24:55] </w:t>
      </w:r>
      <w:r>
        <w:t>Jis kaam mein hum lage hue hain ab hum aur yaqeen ke sath lag jana chahiye is kaam mein. Aur zyada yaqeen ke sath lag jana chahiye. Inshallah.</w:t>
      </w:r>
    </w:p>
    <w:p>
      <w:pPr>
        <w:jc w:val="right"/>
      </w:pPr>
      <w:r>
        <w:t>جس کام میں ہم لگے ہوئے ہیں اب ہم اور یقین کے ساتھ لگ جانا چاہیے اس کام میں۔ اور زیادہ یقین کے ساتھ لگ جانا چاہیے۔ انشاءاللہ۔</w:t>
      </w:r>
    </w:p>
    <w:p>
      <w:r>
        <w:rPr>
          <w:b/>
        </w:rPr>
        <w:t xml:space="preserve">[1:25:06] </w:t>
      </w:r>
      <w:r>
        <w:t>Maulana Zakwan Nadvi ne Dilli se sawal kiya hai. Unhone likha hai: Kuch log yeh kehte hain ke Khuda hamare liye ek Unseen wajood hai.</w:t>
      </w:r>
    </w:p>
    <w:p>
      <w:pPr>
        <w:jc w:val="right"/>
      </w:pPr>
      <w:r>
        <w:t>مولانا زکوان ندوی نے دلی سے سوال کیا ہے۔ انہوں نے لکھا ہے: کچھ لوگ یہ کہتے ہیں کہ خدا ہمارے لیے ایک Unseen وجود ہے۔</w:t>
      </w:r>
    </w:p>
    <w:p>
      <w:r>
        <w:rPr>
          <w:b/>
        </w:rPr>
        <w:t xml:space="preserve">[1:25:19] </w:t>
      </w:r>
      <w:r>
        <w:t>Aur kisi Unseen wajood se Emotional Attachment mumkin nahi. Aisi halat mein Khuda se mohabbat ke bajaye sirf Khuda ki itaat mumkin hai?</w:t>
      </w:r>
    </w:p>
    <w:p>
      <w:pPr>
        <w:jc w:val="right"/>
      </w:pPr>
      <w:r>
        <w:t>اور کسی Unseen وجود سے Emotional Attachment ممکن نہیں۔ ایسی حالت میں خدا سے محبت کے بجائے صرف خدا کی اطاعت ممکن ہے؟</w:t>
      </w:r>
    </w:p>
    <w:p>
      <w:r>
        <w:rPr>
          <w:b/>
        </w:rPr>
        <w:t xml:space="preserve">[1:25:32] </w:t>
      </w:r>
      <w:r>
        <w:t>Is ke bare mein bataye. Nahi nahi ye bilkul galat baat hai ye. Jo log aisa kehte hain wo galat kehte hain. Wo wajood ka ishq aashiqi ka mamla hai.</w:t>
      </w:r>
    </w:p>
    <w:p>
      <w:pPr>
        <w:jc w:val="right"/>
      </w:pPr>
      <w:r>
        <w:t>اس کے بارے میں بتائیں۔ نہیں نہیں یہ بالکل غلط بات ہے یہ۔ جو لوگ ایسا کہتے ہیں وہ غلط کہتے ہیں۔ وہ وجود کا عشق عاشقی کا معاملہ ہے۔</w:t>
      </w:r>
    </w:p>
    <w:p>
      <w:r>
        <w:rPr>
          <w:b/>
        </w:rPr>
        <w:t xml:space="preserve">[1:25:42] </w:t>
      </w:r>
      <w:r>
        <w:t>yeh ladke ladkiyan ishq karte hain waisa koi mamla hai yeh.</w:t>
      </w:r>
    </w:p>
    <w:p>
      <w:pPr>
        <w:jc w:val="right"/>
      </w:pPr>
      <w:r>
        <w:t>یہ لڑکے لڑکیاں عشق کرتے ہیں ویسا کوئی معاملہ ہے یہ۔</w:t>
      </w:r>
    </w:p>
    <w:p>
      <w:r>
        <w:rPr>
          <w:b/>
        </w:rPr>
        <w:t xml:space="preserve">[1:25:48] </w:t>
      </w:r>
      <w:r>
        <w:t>unhon ne Point of Reference galat kar diya. woh samajhte hain ke jis tarah se ladke ladkiyon mein ishq aashiqi hoti hai waise hi aap Khuda se ishq aashiqi karenge. nahin.</w:t>
      </w:r>
    </w:p>
    <w:p>
      <w:pPr>
        <w:jc w:val="right"/>
      </w:pPr>
      <w:r>
        <w:t>انہوں نے Point of Reference غلط کر دیا۔ وہ سمجھتے ہیں کہ جس طرح سے لڑکے لڑکیوں میں عشق عاشقی ہوتی ہے ویسے ہی آپ خدا سے عشق عاشقی کریں گے۔ نہیں۔</w:t>
      </w:r>
    </w:p>
    <w:p>
      <w:r>
        <w:rPr>
          <w:b/>
        </w:rPr>
        <w:t xml:space="preserve">[1:25:58] </w:t>
      </w:r>
      <w:r>
        <w:t>mohabbat naam hai itraaf-e-ne'mat ka. Acknowledge karna hai Allah ki Blessing ka. sirf mohabbat nahin paida hogi.</w:t>
      </w:r>
    </w:p>
    <w:p>
      <w:pPr>
        <w:jc w:val="right"/>
      </w:pPr>
      <w:r>
        <w:t>محبت نام ہے اعتراف نعمت کا۔ Acknowledge کرنا ہے اللہ کی Blessing کا۔ صرف محبت نہیں پیدا ہو گی۔</w:t>
      </w:r>
    </w:p>
    <w:p>
      <w:r>
        <w:rPr>
          <w:b/>
        </w:rPr>
        <w:t xml:space="preserve">[1:26:09] </w:t>
      </w:r>
      <w:r>
        <w:t>aap ghaur kijiye ke jab hum tasawwur karte hain ke Allah taala ne hum ko paida kiya. ajeeb ghareeb shakhsiyat de kar ke. ajeeb ghareeb salahiyat de kar ke.</w:t>
      </w:r>
    </w:p>
    <w:p>
      <w:pPr>
        <w:jc w:val="right"/>
      </w:pPr>
      <w:r>
        <w:t>آپ غور کیجیے کہ جب ہم تصور کرتے ہیں کہ اللہ تعالیٰ نے ہم کو پیدا کیا۔ عجیب غریب شخصیت دے کر کے۔ عجیب غریب صلاحیت دے کر کے۔</w:t>
      </w:r>
    </w:p>
    <w:p>
      <w:r>
        <w:rPr>
          <w:b/>
        </w:rPr>
        <w:t xml:space="preserve">[1:26:19] </w:t>
      </w:r>
      <w:r>
        <w:t>aur bahut hi Exceptional taur par ek Planet hum ko diya. aisa Planet sari kainat mein kahin nahin hai. Solar System diya.</w:t>
      </w:r>
    </w:p>
    <w:p>
      <w:pPr>
        <w:jc w:val="right"/>
      </w:pPr>
      <w:r>
        <w:t>اور بہت ہی Exceptional طور پر ایک Planet ہم کو دیا۔ ایسا Planet ساری کائنات میں کہیں نہیں ہے۔ Solar System دیا۔</w:t>
      </w:r>
    </w:p>
    <w:p>
      <w:r>
        <w:rPr>
          <w:b/>
        </w:rPr>
        <w:t xml:space="preserve">[1:26:28] </w:t>
      </w:r>
      <w:r>
        <w:t>Life Support System diya. yeh sari cheezein hain. Blessing Blessing.</w:t>
      </w:r>
    </w:p>
    <w:p>
      <w:pPr>
        <w:jc w:val="right"/>
      </w:pPr>
      <w:r>
        <w:t>Life Support System دیا۔ یہ ساری چیزیں ہیں۔ Blessing Blessing۔</w:t>
      </w:r>
    </w:p>
    <w:p>
      <w:r>
        <w:rPr>
          <w:b/>
        </w:rPr>
        <w:t xml:space="preserve">[1:26:37] </w:t>
      </w:r>
      <w:r>
        <w:t>Man tu'uddu ni'matallahi la tahsooha. toh is mein be-panah aap ke andar mohabbat paida hogi dene wale ke liye. is ko aap muhsin samjhenge. muhsin samjhenge.</w:t>
      </w:r>
    </w:p>
    <w:p>
      <w:pPr>
        <w:jc w:val="right"/>
      </w:pPr>
      <w:r>
        <w:t>من توعد نعمت اللہ لا تحصوها۔ تو اس میں بے پناہ آپ کے اندر محبت پیدا ہو گی دینے والے کے لیے۔ اس کو آپ محسن سمجھیں گے۔ محسن سمجھیں گے۔</w:t>
      </w:r>
    </w:p>
    <w:p>
      <w:r>
        <w:rPr>
          <w:b/>
        </w:rPr>
        <w:t xml:space="preserve">[1:26:45] </w:t>
      </w:r>
      <w:r>
        <w:t>is ko Benefactor samjhenge. is ko Monim samjhenge. yeh cheez hai jis se jis se nikalta hai mohabbat ka jazba.</w:t>
      </w:r>
    </w:p>
    <w:p>
      <w:pPr>
        <w:jc w:val="right"/>
      </w:pPr>
      <w:r>
        <w:t>اس کو Benefactor سمجھیں گے۔ اس کو Monim سمجھیں گے۔ یہ چیز ہے جس سے جس سے نکلتا ہے محبت کا جذبہ۔</w:t>
      </w:r>
    </w:p>
    <w:p>
      <w:r>
        <w:rPr>
          <w:b/>
        </w:rPr>
        <w:t xml:space="preserve">[1:26:55] </w:t>
      </w:r>
      <w:r>
        <w:t>ita'at toh is ka ek ita'at toh karen hi karen ge aap is ke baad. jab mohabbat karenge toh ita'at is ke baad lazman paida hogi. lekin mohabbat ka matlab ita'at har giz nahin hai.</w:t>
      </w:r>
    </w:p>
    <w:p>
      <w:pPr>
        <w:jc w:val="right"/>
      </w:pPr>
      <w:r>
        <w:t>اطاعت تو اس کا ایک اطاعت تو کریں ہی کریں گے آپ اس کے بعد۔ جب محبت کریں گے تو اطاعت اس کے بعد لازماً پیدا ہو گی۔ لیکن محبت کا مطلب اطاعت ہرگز نہیں ہے۔</w:t>
      </w:r>
    </w:p>
    <w:p>
      <w:r>
        <w:rPr>
          <w:b/>
        </w:rPr>
        <w:t xml:space="preserve">[1:27:06] </w:t>
      </w:r>
      <w:r>
        <w:t>mohabbat ka matlab hai Emotional Attachment. Strong Affection. God ke liye. aur woh kis buniyad par hota hai? woh zaat ki buniyad par nahin jaise ke ladka ladki zaat ki buniyad par mohabbat karte hain.</w:t>
      </w:r>
    </w:p>
    <w:p>
      <w:pPr>
        <w:jc w:val="right"/>
      </w:pPr>
      <w:r>
        <w:t>محبت کا مطلب ہے Emotional Attachment۔ Strong Affection۔ God کے لیے۔ اور وہ کس بنیاد پر ہوتا ہے؟ وہ ذات کی بنیاد پر نہیں جیسے کہ لڑکا لڑکی ذات کی بنیاد پر محبت کرتے ہیں۔</w:t>
      </w:r>
    </w:p>
    <w:p>
      <w:r>
        <w:rPr>
          <w:b/>
        </w:rPr>
        <w:t xml:space="preserve">[1:27:20] </w:t>
      </w:r>
      <w:r>
        <w:t>koi Love Affair ka mamla nahin hai yeh. yeh itraaf-e-ne'mat ka mamla hai. yaani aap bilkul yaani Allah ke liye aap ke dil mein itraaf-e-ne'mat ka chashma ublega.</w:t>
      </w:r>
    </w:p>
    <w:p>
      <w:pPr>
        <w:jc w:val="right"/>
      </w:pPr>
      <w:r>
        <w:t>کوئی Love Affair کا معاملہ نہیں ہے یہ۔ یہ اعتراف نعمت کا معاملہ ہے۔ یعنی آپ بالکل یعنی اللہ کے لیے آپ کے دل میں اعتراف نعمت کا چشمہ ابلے گا۔</w:t>
      </w:r>
    </w:p>
    <w:p>
      <w:r>
        <w:rPr>
          <w:b/>
        </w:rPr>
        <w:t xml:space="preserve">[1:27:33] </w:t>
      </w:r>
      <w:r>
        <w:t>ek Strong Affection paida hoga. ke Khuda kitna ajeeb Khuda jis ne mujhe itni sari ne'matein de dein. toh isi ka naam mohabbat-e-ilahi hai. toh bahar haal mein yeh samajhta hoon ke mohabbat-e-ilahi ka matlab mohabbat-e-ilahi hai.</w:t>
      </w:r>
    </w:p>
    <w:p>
      <w:pPr>
        <w:jc w:val="right"/>
      </w:pPr>
      <w:r>
        <w:t>ایک Strong Affection پیدا ہو گا۔ کہ خدا کتنا عجیب خدا جس نے مجھے اتنی ساری نعمتیں دے دیں۔ تو اسی کا نام محبت الہی ہے۔ تو بہرحال میں یہ سمجھتا ہوں کہ محبت الہی کا مطلب محبت الہی ہے۔</w:t>
      </w:r>
    </w:p>
    <w:p>
      <w:r>
        <w:rPr>
          <w:b/>
        </w:rPr>
        <w:t xml:space="preserve">[1:27:47] </w:t>
      </w:r>
      <w:r>
        <w:t>ita'at jo cheez hai woh is ka taqaza hai na ke khud mohabbat ka matlab.</w:t>
      </w:r>
    </w:p>
    <w:p>
      <w:pPr>
        <w:jc w:val="right"/>
      </w:pPr>
      <w:r>
        <w:t>اطاعت جو چیز ہے وہ اس کا تقاضا ہے نہ کہ خود محبت کا مطلب۔</w:t>
      </w:r>
    </w:p>
    <w:p>
      <w:r>
        <w:rPr>
          <w:b/>
        </w:rPr>
        <w:t xml:space="preserve">[1:27:56] </w:t>
      </w:r>
      <w:r>
        <w:t>Mr. Adil Wani ne Kashmir se sawal kiya hai. unhon ne poocha hai: How far we can justify that Islam is the only way to seek Paradise?</w:t>
      </w:r>
    </w:p>
    <w:p>
      <w:pPr>
        <w:jc w:val="right"/>
      </w:pPr>
      <w:r>
        <w:t>مسٹر عادل وانی نے کشمیر سے سوال کیا ہے۔ انہوں نے پوچھا ہے: How far we can justify that Islam is the only way to seek Paradise؟</w:t>
      </w:r>
    </w:p>
    <w:p>
      <w:r>
        <w:rPr>
          <w:b/>
        </w:rPr>
        <w:t xml:space="preserve">[1:28:09] </w:t>
      </w:r>
      <w:r>
        <w:t>yeh hum ne kabhi bhi nahin kaha. jo log kehte hain woh galat kehte hain. hum kehte hain ke Islam sirf Islamic Preserved mazhab hai.</w:t>
      </w:r>
    </w:p>
    <w:p>
      <w:pPr>
        <w:jc w:val="right"/>
      </w:pPr>
      <w:r>
        <w:t>یہ ہم نے کبھی بھی نہیں کہا۔ جو لوگ کہتے ہیں وہ غلط کہتے ہیں۔ ہم کہتے ہیں کہ اسلام صرف اسلامی Preserved مذہب ہے۔</w:t>
      </w:r>
    </w:p>
    <w:p>
      <w:r>
        <w:rPr>
          <w:b/>
        </w:rPr>
        <w:t xml:space="preserve">[1:28:19] </w:t>
      </w:r>
      <w:r>
        <w:t>bas. jo log yeh kehte hain ke Islam jo hai wahid mazhab hai woh mukammal mazhab hai. aur afzal mazhab yeh galat kehte hain woh.</w:t>
      </w:r>
    </w:p>
    <w:p>
      <w:pPr>
        <w:jc w:val="right"/>
      </w:pPr>
      <w:r>
        <w:t>بس۔ جو لوگ یہ کہتے ہیں کہ اسلام جو ہے واحد مذہب ہے وہ مکمل مذہب ہے۔ اور افضل مذہب یہ غلط کہتے ہیں وہ۔</w:t>
      </w:r>
    </w:p>
    <w:p>
      <w:r>
        <w:rPr>
          <w:b/>
        </w:rPr>
        <w:t xml:space="preserve">[1:28:27] </w:t>
      </w:r>
      <w:r>
        <w:t>is ka koi buniyad nahin hai. saare mazhab jo the duniya mein jo aaye Allah taala ki taraf se woh jannat ka rasta dikhane wale hi the.</w:t>
      </w:r>
    </w:p>
    <w:p>
      <w:pPr>
        <w:jc w:val="right"/>
      </w:pPr>
      <w:r>
        <w:t>اس کا کوئی بنیاد نہیں ہے۔ سارے مذہب جو تھے دنیا میں جو آئے اللہ تعالیٰ کی طرف سے وہ جنت کا راستہ دکھانے والے ہی تھے۔</w:t>
      </w:r>
    </w:p>
    <w:p>
      <w:r>
        <w:rPr>
          <w:b/>
        </w:rPr>
        <w:t xml:space="preserve">[1:28:37] </w:t>
      </w:r>
      <w:r>
        <w:t>lekin pichhle mazhab mehfooz nahin hain. Preserved nahin hain. Islam mehfooz mazhab hai. is sense mein Islam zariya hai.</w:t>
      </w:r>
    </w:p>
    <w:p>
      <w:pPr>
        <w:jc w:val="right"/>
      </w:pPr>
      <w:r>
        <w:t>لیکن پچھلے مذہب محفوظ نہیں ہیں۔ Preserved نہیں ہیں۔ اسلام محفوظ مذہب ہے۔ اس Sense میں اسلام ذریعہ ہے۔</w:t>
      </w:r>
    </w:p>
    <w:p>
      <w:r>
        <w:rPr>
          <w:b/>
        </w:rPr>
        <w:t xml:space="preserve">[1:28:46] </w:t>
      </w:r>
      <w:r>
        <w:t>yaani Authenticity ke sense mein. afzaliyat ke sense mein nahin. un ka ek aur sawal hai Maulana unhon ne likha hai: Can't we make this world perfect if we resolve the religious differences by shifting the concept of religion to the concept of humanity?</w:t>
      </w:r>
    </w:p>
    <w:p>
      <w:pPr>
        <w:jc w:val="right"/>
      </w:pPr>
      <w:r>
        <w:t>یعنی Authenticity کے Sense میں۔ افضلیت کے Sense میں نہیں۔ ان کا ایک اور سوال ہے مولانا انہوں نے لکھا ہے: Can't we make this world perfect if we resolve the religious differences by shifting the concept of religion to the concept of humanity؟</w:t>
      </w:r>
    </w:p>
    <w:p>
      <w:r>
        <w:rPr>
          <w:b/>
        </w:rPr>
        <w:t xml:space="preserve">[1:29:09] </w:t>
      </w:r>
      <w:r>
        <w:t>I mean shouldn't humanity come first? nahin Humanity come first ka nazariya jo hai yeh yeh insani falsafa hai.</w:t>
      </w:r>
    </w:p>
    <w:p>
      <w:pPr>
        <w:jc w:val="right"/>
      </w:pPr>
      <w:r>
        <w:t>I mean shouldn't humanity come first؟ نہیں Humanity come first کا نظریہ جو ہے یہ یہ انسانی فلسفہ ہے۔</w:t>
      </w:r>
    </w:p>
    <w:p>
      <w:r>
        <w:rPr>
          <w:b/>
        </w:rPr>
        <w:t xml:space="preserve">[1:29:20] </w:t>
      </w:r>
      <w:r>
        <w:t>pehli cheez jo hai Allah ko apna Khuda banana. yaani insaan parasti nahin Islam mein Khuda parasti hai.</w:t>
      </w:r>
    </w:p>
    <w:p>
      <w:pPr>
        <w:jc w:val="right"/>
      </w:pPr>
      <w:r>
        <w:t>پہلی چیز جو ہے اللہ کو اپنا خدا بنانا۔ یعنی انسان پرستی نہیں اسلام میں خدا پرستی ہے۔</w:t>
      </w:r>
    </w:p>
    <w:p>
      <w:r>
        <w:rPr>
          <w:b/>
        </w:rPr>
        <w:t xml:space="preserve">[1:29:32] </w:t>
      </w:r>
      <w:r>
        <w:t>insaan ke jo taqaze hain woh toh humein poore karne hain. lekin jo hamara maqsad hona chahiye hamara jo Mission hona chahiye.</w:t>
      </w:r>
    </w:p>
    <w:p>
      <w:pPr>
        <w:jc w:val="right"/>
      </w:pPr>
      <w:r>
        <w:t>انسان کے جو تقاضے ہیں وہ تو ہمیں پورے کرنے ہیں۔ لیکن جو ہمارا مقصد ہونا چاہیے ہمارا جو Mission ہونا چاہیے۔</w:t>
      </w:r>
    </w:p>
    <w:p>
      <w:r>
        <w:rPr>
          <w:b/>
        </w:rPr>
        <w:t xml:space="preserve">[1:29:42] </w:t>
      </w:r>
      <w:r>
        <w:t>hamara Goal hona chahiye. woh toh Allah hai. Allah ki ma'rifat hai. Allah ki mohabbat hai. woh hamara Goal hai.</w:t>
      </w:r>
    </w:p>
    <w:p>
      <w:pPr>
        <w:jc w:val="right"/>
      </w:pPr>
      <w:r>
        <w:t>ہمارا Goal ہونا چاہیے۔ وہ تو اللہ ہے۔ اللہ کی معرفت ہے۔ اللہ کی محبت ہے۔ وہ ہمارا Goal ہے۔</w:t>
      </w:r>
    </w:p>
    <w:p>
      <w:r>
        <w:rPr>
          <w:b/>
        </w:rPr>
        <w:t xml:space="preserve">[1:29:56] </w:t>
      </w:r>
      <w:r>
        <w:t>Maulana Shariq Hussain ne Delhi se likha hai: Modern Civilization ne shukr ka jo aala mauqa faraham kiya hai is ki nisbat se hamari Responsibility kya hai?</w:t>
      </w:r>
    </w:p>
    <w:p>
      <w:pPr>
        <w:jc w:val="right"/>
      </w:pPr>
      <w:r>
        <w:t>مولانا شارق حسین نے دلی سے لکھا ہے: Modern Civilization نے شکر کا جو اعلیٰ موقع فراہم کیا ہے اس کی نسبت سے ہماری Responsibility کیا ہے؟</w:t>
      </w:r>
    </w:p>
    <w:p>
      <w:r>
        <w:rPr>
          <w:b/>
        </w:rPr>
        <w:t xml:space="preserve">[1:30:11] </w:t>
      </w:r>
      <w:r>
        <w:t>Responsibility kis ke liye? Civilization ke liye?</w:t>
      </w:r>
    </w:p>
    <w:p>
      <w:pPr>
        <w:jc w:val="right"/>
      </w:pPr>
      <w:r>
        <w:t>Responsibility کس کے لیے؟ Civilization کے لیے؟</w:t>
      </w:r>
    </w:p>
    <w:p>
      <w:r>
        <w:rPr>
          <w:b/>
        </w:rPr>
        <w:t xml:space="preserve">[1:30:21] </w:t>
      </w:r>
      <w:r>
        <w:t>kis ke liye? Westerners. Westerners Maulana jinhone diya yeh sab. To Westerners ke liye aur saare insano ke liye hamare dil mein mohabbat hona chahiye.</w:t>
      </w:r>
    </w:p>
    <w:p>
      <w:pPr>
        <w:jc w:val="right"/>
      </w:pPr>
      <w:r>
        <w:t>کس کے لیے؟ Westerners۔ Westerners مولانا جنہوں نے دیا یہ سب۔ تو Westerners کے لیے اور سارے انسانوں کے لیے ہمارے دل میں محبت ہونا چاہیے۔</w:t>
      </w:r>
    </w:p>
    <w:p>
      <w:r>
        <w:rPr>
          <w:b/>
        </w:rPr>
        <w:t xml:space="preserve">[1:30:33] </w:t>
      </w:r>
      <w:r>
        <w:t>Westerners ke liye is liye ke jaise ke maine teen zariye bataye jannat ke taaruf ke. Ek jo yeh mera wajood hai jo Khuda ne banaya hai. Ek Nature hai woh bhi Khuda ne takhleeq kiya hai.</w:t>
      </w:r>
    </w:p>
    <w:p>
      <w:pPr>
        <w:jc w:val="right"/>
      </w:pPr>
      <w:r>
        <w:t>Westerners کے لیے اس لیے کہ جیسے کہ میں نے تین ذریعے بتائے جنت کے تعارف کے۔ ایک جو یہ میرا وجود ہے جو خدا نے بنایا ہے۔ ایک Nature ہے وہ بھی خدا نے تخلیق کیا ہے۔</w:t>
      </w:r>
    </w:p>
    <w:p>
      <w:r>
        <w:rPr>
          <w:b/>
        </w:rPr>
        <w:t xml:space="preserve">[1:30:46] </w:t>
      </w:r>
      <w:r>
        <w:t>Ek hai Civilization jo is duniya mein jo maujood thi cheezein Potential tor par us ko Actual banaya.</w:t>
      </w:r>
    </w:p>
    <w:p>
      <w:pPr>
        <w:jc w:val="right"/>
      </w:pPr>
      <w:r>
        <w:t>ایک ہے Civilization جو اس دنیا میں جو موجود تھیں چیزیں Potential طور پر اس کو Actual بنایا۔</w:t>
      </w:r>
    </w:p>
    <w:p>
      <w:r>
        <w:rPr>
          <w:b/>
        </w:rPr>
        <w:t xml:space="preserve">[1:30:54] </w:t>
      </w:r>
      <w:r>
        <w:t>Westerners ne. To hum un ki mohabbat karenge un ko hum Acknowledge karenge un ka shukr ada karenge. Ke jannat ke taaruf ka ek aur jo zariya tha woh unhone faraham kiya humein.</w:t>
      </w:r>
    </w:p>
    <w:p>
      <w:pPr>
        <w:jc w:val="right"/>
      </w:pPr>
      <w:r>
        <w:t>Westerners نے۔ تو ہم ان کی محبت کریں گے ان کو ہم Acknowledge کریں گے ان کا شکر ادا کریں گے۔ کہ جنت کے تعارف کا ایک اور جو ذریعہ تھا وہ انہوں نے فراہم کیا ہمیں۔</w:t>
      </w:r>
    </w:p>
    <w:p>
      <w:r>
        <w:rPr>
          <w:b/>
        </w:rPr>
        <w:t xml:space="preserve">[1:31:05] </w:t>
      </w:r>
      <w:r>
        <w:t>Tareekh mein dekhein do hi zariye the yaad rakhiye. Ek apne aap ko dekh kar ke aap Allah ki nematton ko yaad karein. Aur jannat ko yaad karein.</w:t>
      </w:r>
    </w:p>
    <w:p>
      <w:pPr>
        <w:jc w:val="right"/>
      </w:pPr>
      <w:r>
        <w:t>تاریخ میں دیکھیں دو ہی ذریعے تھے یاد رکھیے۔ ایک اپنے آپ کو دیکھ کر کے آپ اللہ کی نعمتوں کو یاد کریں۔ اور جنت کو یاد کریں۔</w:t>
      </w:r>
    </w:p>
    <w:p>
      <w:r>
        <w:rPr>
          <w:b/>
        </w:rPr>
        <w:t xml:space="preserve">[1:31:14] </w:t>
      </w:r>
      <w:r>
        <w:t>Ek ke Nature ko dekh kar yaad karein. Lekin yeh jo taraqqiyan hui hain jo jo Comfort hasil hua hai yeh kahan maujood hai? Yeh to kabhi badshahon ke paas bhi nahi tha.</w:t>
      </w:r>
    </w:p>
    <w:p>
      <w:pPr>
        <w:jc w:val="right"/>
      </w:pPr>
      <w:r>
        <w:t>ایک کہ Nature کو دیکھ کر یاد کریں۔ لیکن یہ جو ترقیاں ہوئی ہیں جو جو Comfort حاصل ہوا ہے یہ کہاں موجود ہے؟ یہ تو کبھی بادشاہوں کے پاس بھی نہیں تھا۔</w:t>
      </w:r>
    </w:p>
    <w:p>
      <w:r>
        <w:rPr>
          <w:b/>
        </w:rPr>
        <w:t xml:space="preserve">[1:31:24] </w:t>
      </w:r>
      <w:r>
        <w:t>Kisi badshah ke paas bhi yeh sab samaan nahi hua karta tha. To hamein bohat zyada shukr karna chahiye Westerners ka. Aur jo log nafrat karte hain Westerners se woh bilashuba ek zillat yani gumrahi mein phanse honge.</w:t>
      </w:r>
    </w:p>
    <w:p>
      <w:pPr>
        <w:jc w:val="right"/>
      </w:pPr>
      <w:r>
        <w:t>کسی بادشاہ کے پاس بھی یہ سب سامان نہیں ہوا کرتا تھا۔ تو ہمیں بہت زیادہ شکر کرنا چاہیے Westerners کا۔ اور جو لوگ نفرت کرتے ہیں Westerners سے وہ بلاشبہ ایک ذلالت یعنی گمراہی میں پھنسے ہوں گے۔</w:t>
      </w:r>
    </w:p>
    <w:p>
      <w:r>
        <w:rPr>
          <w:b/>
        </w:rPr>
        <w:t xml:space="preserve">[1:31:38] </w:t>
      </w:r>
      <w:r>
        <w:t>Pata hai jinhone itna bada kaam kiya hai ke jannat ko hamare liye yani woh is ka ek ek ek taaruf hamein hamare saamne la kar rakh diya us ki aap nafrat karenge?</w:t>
      </w:r>
    </w:p>
    <w:p>
      <w:pPr>
        <w:jc w:val="right"/>
      </w:pPr>
      <w:r>
        <w:t>پتہ ہے جنہوں نے اتنا بڑا کام کیا ہے کہ جنت کو ہمارے لیے یعنی وہ اس کا ایک ایک ایک تعارف ہمیں ہمارے سامنے لا کر رکھ دیا اس کی آپ نفرت کریں گے؟</w:t>
      </w:r>
    </w:p>
    <w:p>
      <w:r>
        <w:rPr>
          <w:b/>
        </w:rPr>
        <w:t xml:space="preserve">[1:31:51] </w:t>
      </w:r>
      <w:r>
        <w:t>Aur yahi baat nahi hai. Is ke siwa bhi baatein hain. Main samajhta hoon Quran mein un ka zikr maujood hai. Un ke Contribution ka.</w:t>
      </w:r>
    </w:p>
    <w:p>
      <w:pPr>
        <w:jc w:val="right"/>
      </w:pPr>
      <w:r>
        <w:t>اور یہی بات نہیں ہے۔ اس کے سوا بھی باتیں ہیں۔ میں سمجھتا ہوں قرآن میں ان کا ذکر موجود ہے۔ ان کے Contribution کا۔</w:t>
      </w:r>
    </w:p>
    <w:p>
      <w:r>
        <w:rPr>
          <w:b/>
        </w:rPr>
        <w:t xml:space="preserve">[1:31:59] </w:t>
      </w:r>
      <w:r>
        <w:t>Woh is aayat mein ke:</w:t>
      </w:r>
    </w:p>
    <w:p>
      <w:pPr>
        <w:jc w:val="right"/>
      </w:pPr>
      <w:r>
        <w:t>وہ اس آیت میں کہ:</w:t>
      </w:r>
    </w:p>
    <w:p>
      <w:r>
        <w:rPr>
          <w:b/>
        </w:rPr>
        <w:t xml:space="preserve">[1:32:07] </w:t>
      </w:r>
      <w:r>
        <w:t>To jo aayat thi zameen mein zameen o aasman mein jo kalmaat the jo aala Allah the to us ka ek hissa Discover kiya aaj logon ne.</w:t>
      </w:r>
    </w:p>
    <w:p>
      <w:pPr>
        <w:jc w:val="right"/>
      </w:pPr>
      <w:r>
        <w:t>تو جو آیات تھیں زمین میں زمین و آسمان میں جو کلمات تھے جو اعلیٰ اللہ تھے تو اس کا ایک حصہ Discover کیا آج لوگوں نے۔</w:t>
      </w:r>
    </w:p>
    <w:p>
      <w:r>
        <w:rPr>
          <w:b/>
        </w:rPr>
        <w:t xml:space="preserve">[1:32:17] </w:t>
      </w:r>
      <w:r>
        <w:t>Aur aur Khuda ke deen ko unhone Rational yani ke liye Rational Proof faraham kiya. Khuda ke deen ke liye unhone Scientific Proof faraham kiya.</w:t>
      </w:r>
    </w:p>
    <w:p>
      <w:pPr>
        <w:jc w:val="right"/>
      </w:pPr>
      <w:r>
        <w:t>اور اور خدا کے دین کو انہوں نے Rational یعنی کے لیے Rational Proof فراہم کیا۔ خدا کے دین کے لیے انہوں نے Scientific Proof فراہم کیا۔</w:t>
      </w:r>
    </w:p>
    <w:p>
      <w:r>
        <w:rPr>
          <w:b/>
        </w:rPr>
        <w:t xml:space="preserve">[1:32:28] </w:t>
      </w:r>
      <w:r>
        <w:t>Ek naya us ko ek nayi Base de di. Rational Base. To yeh do kaam unhone kiye aur Communication laye woh dawat ka aasan kar diya dawati kaam ko.</w:t>
      </w:r>
    </w:p>
    <w:p>
      <w:pPr>
        <w:jc w:val="right"/>
      </w:pPr>
      <w:r>
        <w:t>ایک نیا اس کو ایک نئی Base دے دی۔ Rational Base۔ تو یہ دو کام انہوں نے کیے اور Communication لائے وہ دعوت کا آسان کر دیا دعوتی کام کو۔</w:t>
      </w:r>
    </w:p>
    <w:p>
      <w:r>
        <w:rPr>
          <w:b/>
        </w:rPr>
        <w:t xml:space="preserve">[1:32:39] </w:t>
      </w:r>
      <w:r>
        <w:t>Yeh saari cheezein unhone ki hain Westerners ne. To bilashuba aap ko shukr karna chahiye. Aur kisi choti choti cheezon ko le kar ke hamein jo hum nafrat karne lagte hain woh galat hai bilkul.</w:t>
      </w:r>
    </w:p>
    <w:p>
      <w:pPr>
        <w:jc w:val="right"/>
      </w:pPr>
      <w:r>
        <w:t>یہ ساری چیزیں انہوں نے کی ہیں Westerners نے۔ تو بلاشبہ آپ کو شکر کرنا چاہیے۔ اور کسی چھوٹی چھوٹی چیزوں کو لے کر کے ہمیں جو ہم نفرت کرنے لگتے ہیں وہ غلط ہے بالکل۔</w:t>
      </w:r>
    </w:p>
    <w:p>
      <w:r>
        <w:rPr>
          <w:b/>
        </w:rPr>
        <w:t xml:space="preserve">[1:32:51] </w:t>
      </w:r>
      <w:r>
        <w:t>Abhi jo idhar udhar jo waqeyat hain Bombai waghera ke to woh aap Blame dete hain Westerners ko halanke Blame zyada musalmanon ko. Aur yeh musalmanon ki galat rawaiye ki wajah se yeh sab qisse paish aa rahe hain.</w:t>
      </w:r>
    </w:p>
    <w:p>
      <w:pPr>
        <w:jc w:val="right"/>
      </w:pPr>
      <w:r>
        <w:t>ابھی جو ادھر ادھر جو واقعات ہیں بمبائی وغیرہ کے تو وہ آپ Blame دیتے ہیں Westerners کو حالانکہ Blame زیادہ مسلمانوں کو۔ اور یہ مسلمانوں کی غلط رویے کی وجہ سے یہ سب قصے پیش آ رہے ہیں۔</w:t>
      </w:r>
    </w:p>
    <w:p>
      <w:r>
        <w:rPr>
          <w:b/>
        </w:rPr>
        <w:t xml:space="preserve">[1:33:02] </w:t>
      </w:r>
      <w:r>
        <w:t>Jee haan. Misal ke taur par Bosnia ko lijiye. Saare musalman nafrat karte hain Europe se kyunke Bosnia mein unhone karwai ki.</w:t>
      </w:r>
    </w:p>
    <w:p>
      <w:pPr>
        <w:jc w:val="right"/>
      </w:pPr>
      <w:r>
        <w:t>جی ہاں۔ مثال کے طور پر بوسنیا کو لیجیے۔ سارے مسلمان نفرت کرتے ہیں یورپ سے کیونکہ بوسنیا میں انہوں نے کارروائی کی۔</w:t>
      </w:r>
    </w:p>
    <w:p>
      <w:r>
        <w:rPr>
          <w:b/>
        </w:rPr>
        <w:t xml:space="preserve">[1:33:12] </w:t>
      </w:r>
      <w:r>
        <w:t>Lekin woh ghalti musalmanon ki thi. Bosnia ek aisi jagah hai jahan ke musalman ek badi tadad mein hain.</w:t>
      </w:r>
    </w:p>
    <w:p>
      <w:pPr>
        <w:jc w:val="right"/>
      </w:pPr>
      <w:r>
        <w:t>لیکن وہ غلطی مسلمانوں کی تھی۔ بوسنیا ایک ایسی جگہ ہے جہاں کے مسلمان ایک بڑی تعداد میں ہیں۔</w:t>
      </w:r>
    </w:p>
    <w:p>
      <w:r>
        <w:rPr>
          <w:b/>
        </w:rPr>
        <w:t xml:space="preserve">[1:33:25] </w:t>
      </w:r>
      <w:r>
        <w:t>To Election hua. Election mein ek Muslim Leader jo hai woh aise ho gaye jaise ke jaise Mahoti hai Chief Minister aise woh Chief Minister ho gaye.</w:t>
      </w:r>
    </w:p>
    <w:p>
      <w:pPr>
        <w:jc w:val="right"/>
      </w:pPr>
      <w:r>
        <w:t>تو Election ہوا۔ Election میں ایک مسلم Leader جو ہے وہ ایسے ہو گئے جیسے کہ جیسے ماہوتی ہے Chief Minister ایسے وہ Chief Minister ہو گئے۔</w:t>
      </w:r>
    </w:p>
    <w:p>
      <w:r>
        <w:rPr>
          <w:b/>
        </w:rPr>
        <w:t xml:space="preserve">[1:33:34] </w:t>
      </w:r>
      <w:r>
        <w:t>Ab unhone kya kiya? Declare karte hain Independence. Yeh bilkul hi galat kaam kiya unhone. Independence kyun declare kiya unhone?</w:t>
      </w:r>
    </w:p>
    <w:p>
      <w:pPr>
        <w:jc w:val="right"/>
      </w:pPr>
      <w:r>
        <w:t>اب انہوں نے کیا کیا؟ Declare کرتے ہیں Independence۔ یہ بالکل ہی غلط کام کیا انہوں نے۔ Independence کیوں Declare کیا انہوں نے؟</w:t>
      </w:r>
    </w:p>
    <w:p>
      <w:r>
        <w:rPr>
          <w:b/>
        </w:rPr>
        <w:t xml:space="preserve">[1:33:43] </w:t>
      </w:r>
      <w:r>
        <w:t>Zahir hai ke phir maar peet hui. Phir wahan qatl o khoon hua. To musalman nafrat karte hain Europe se. Halanke woh ghalti ki kis ne?</w:t>
      </w:r>
    </w:p>
    <w:p>
      <w:pPr>
        <w:jc w:val="right"/>
      </w:pPr>
      <w:r>
        <w:t>ظاہر ہے کہ پھر مار پیٹ ہوئی۔ پھر وہاں قتل و خون ہوا۔ تو مسلمان نفرت کرتے ہیں یورپ سے۔ حالانکہ وہ غلطی کی کس نے؟</w:t>
      </w:r>
    </w:p>
    <w:p>
      <w:r>
        <w:rPr>
          <w:b/>
        </w:rPr>
        <w:t xml:space="preserve">[1:33:52] </w:t>
      </w:r>
      <w:r>
        <w:t>Muslim Leader ne. Ke Election ke baad un ki ek Party jeet gayi thi. Akele nahi balkeh kuch doston se mila kar ke unhone hukumat banayi thi.</w:t>
      </w:r>
    </w:p>
    <w:p>
      <w:pPr>
        <w:jc w:val="right"/>
      </w:pPr>
      <w:r>
        <w:t>مسلم Leader نے۔ کہ Election کے بعد ان کی ایک Party جیت گئی تھی۔ اکیلے نہیں بلکہ کچھ دوستوں سے ملا کر کے انہوں نے حکومت بنائی تھی۔</w:t>
      </w:r>
    </w:p>
    <w:p>
      <w:r>
        <w:rPr>
          <w:b/>
        </w:rPr>
        <w:t xml:space="preserve">[1:34:03] </w:t>
      </w:r>
      <w:r>
        <w:t>To. Wohi darja un ka tha jo India mein Chief Minister ka hota hai. To koi Chief Minister agar India mein Independence declare kar de to woh mara jayega woh. To wohi wohi baat un ke sath maar peet hui.</w:t>
      </w:r>
    </w:p>
    <w:p>
      <w:pPr>
        <w:jc w:val="right"/>
      </w:pPr>
      <w:r>
        <w:t>تو۔ وہی درجہ ان کا تھا جو انڈیا میں Chief Minister کا ہوتا ہے۔ تو کوئی Chief Minister اگر انڈیا میں Independence Declare کر دے تو وہ مارا جائے گا وہ۔ تو وہی وہی بات ان کے ساتھ مار پیٹ ہوئی۔</w:t>
      </w:r>
    </w:p>
    <w:p>
      <w:r>
        <w:rPr>
          <w:b/>
        </w:rPr>
        <w:t xml:space="preserve">[1:34:17] </w:t>
      </w:r>
      <w:r>
        <w:t>To ab nafrat karte hain aap Europe se. Musalmanon kyun nahi kehte ke unhone galat kaam kiya? To behal main samajhta hoon ke yeh jo musalman nafrat karte hain aal-e-maghrib se bilkul galat hai.</w:t>
      </w:r>
    </w:p>
    <w:p>
      <w:pPr>
        <w:jc w:val="right"/>
      </w:pPr>
      <w:r>
        <w:t>تو اب نفرت کرتے ہیں آپ یورپ سے۔ مسلمانوں کیوں نہیں کہتے کہ انہوں نے غلط کام کیا؟ تو بہرحال میں سمجھتا ہوں کہ یہ جو مسلمان نفرت کرتے ہیں آل مغرب سے بالکل غلط ہے۔</w:t>
      </w:r>
    </w:p>
    <w:p>
      <w:r>
        <w:rPr>
          <w:b/>
        </w:rPr>
        <w:t xml:space="preserve">[1:34:30] </w:t>
      </w:r>
      <w:r>
        <w:t>Aur bohat hi galat hai be-aqli hai Islam ke khilaf hai.</w:t>
      </w:r>
    </w:p>
    <w:p>
      <w:pPr>
        <w:jc w:val="right"/>
      </w:pPr>
      <w:r>
        <w:t>اور بہت ہی غلط ہے بے عقلی ہے اسلام کے خلاف ہے۔</w:t>
      </w:r>
    </w:p>
    <w:p>
      <w:r>
        <w:rPr>
          <w:b/>
        </w:rPr>
        <w:t xml:space="preserve">[1:34:38] </w:t>
      </w:r>
      <w:r>
        <w:t>Miss Naghma Siddiqui ne Dilli se sawal kiya hai. Unhone likha hai: Certain influences man so quietly that he is not able to make any discovery or remain thankful.</w:t>
      </w:r>
    </w:p>
    <w:p>
      <w:pPr>
        <w:jc w:val="right"/>
      </w:pPr>
      <w:r>
        <w:t>مس نغمہ صدیقی نے دلی سے سوال کیا ہے۔ انہوں نے لکھا ہے: Certain influences man so quietly that he is not able to make any discovery or remain thankful.</w:t>
      </w:r>
    </w:p>
    <w:p>
      <w:r>
        <w:rPr>
          <w:b/>
        </w:rPr>
        <w:t xml:space="preserve">[1:34:53] </w:t>
      </w:r>
      <w:r>
        <w:t>How can we save ourselves from his influence? dekhen quietly ka matlab yeh nahi ke humein khabar nahi hoti. aisa nahi hai.</w:t>
      </w:r>
    </w:p>
    <w:p>
      <w:pPr>
        <w:jc w:val="right"/>
      </w:pPr>
      <w:r>
        <w:t>How can we save ourselves from his influence? دیکھیں quietly کا مطلب یہ نہیں کہ ہمیں خبر نہیں ہوتی۔ ایسا نہیں ہے۔</w:t>
      </w:r>
    </w:p>
    <w:p>
      <w:r>
        <w:rPr>
          <w:b/>
        </w:rPr>
        <w:t xml:space="preserve">[1:35:05] </w:t>
      </w:r>
      <w:r>
        <w:t>Agar hum Alert rahen. Agar hum yani Intellectual Awakening kar chuke hon apni to pata chal jata hai ke shaitan aa gaya.</w:t>
      </w:r>
    </w:p>
    <w:p>
      <w:pPr>
        <w:jc w:val="right"/>
      </w:pPr>
      <w:r>
        <w:t>اگر ہم Alert رہیں۔ اگر ہم یعنی Intellectual Awakening کر چکے ہوں اپنی تو پتہ چل جاتا ہے کہ شیطان آ گیا۔</w:t>
      </w:r>
    </w:p>
    <w:p>
      <w:r>
        <w:rPr>
          <w:b/>
        </w:rPr>
        <w:t xml:space="preserve">[1:35:16] </w:t>
      </w:r>
      <w:r>
        <w:t>Shaitan Activate karne laga. To quietly ka matlab yeh nahi mere nazdeek ke hum hum be khabar rehte hain is se.</w:t>
      </w:r>
    </w:p>
    <w:p>
      <w:pPr>
        <w:jc w:val="right"/>
      </w:pPr>
      <w:r>
        <w:t>شیطان Activate کرنے لگا۔ تو quietly کا مطلب یہ نہیں میرے نزدیک کہ ہم ہم بے خبر رہتے ہیں اس سے۔</w:t>
      </w:r>
    </w:p>
    <w:p>
      <w:r>
        <w:rPr>
          <w:b/>
        </w:rPr>
        <w:t xml:space="preserve">[1:35:26] </w:t>
      </w:r>
      <w:r>
        <w:t>Aisa nahi hai. Agar hamara shaoor jaaga hua ho. Hamara Mind pehle se bedaar ho.</w:t>
      </w:r>
    </w:p>
    <w:p>
      <w:pPr>
        <w:jc w:val="right"/>
      </w:pPr>
      <w:r>
        <w:t>ایسا نہیں ہے۔ اگر ہمارا شعور جاگا ہوا ہو۔ ہمارا Mind پہلے سے بیدار ہو۔</w:t>
      </w:r>
    </w:p>
    <w:p>
      <w:r>
        <w:rPr>
          <w:b/>
        </w:rPr>
        <w:t xml:space="preserve">[1:35:37] </w:t>
      </w:r>
      <w:r>
        <w:t>Agar hum haq aur nah Haq ki hamare andar pehchan aa chuki ho. To bohat jald hum jaan lete hain ke shaitan hum ko Influence kar raha hai.</w:t>
      </w:r>
    </w:p>
    <w:p>
      <w:pPr>
        <w:jc w:val="right"/>
      </w:pPr>
      <w:r>
        <w:t>اگر ہم حق اور ناحق کی ہمارے اندر پہچان آ چکی ہو۔ تو بہت جلد ہم جان لیتے ہیں کہ شیطان ہم کو Influence کر رہا ہے۔</w:t>
      </w:r>
    </w:p>
    <w:p>
      <w:r>
        <w:rPr>
          <w:b/>
        </w:rPr>
        <w:t xml:space="preserve">[1:35:47] </w:t>
      </w:r>
      <w:r>
        <w:t>Aur phir wahan par humein lahore parhna chahiye. Aur is ke khilaf yani aise Ideas ko aisi aisi Influence ko apne andar se nikalna chahiye.</w:t>
      </w:r>
    </w:p>
    <w:p>
      <w:pPr>
        <w:jc w:val="right"/>
      </w:pPr>
      <w:r>
        <w:t>اور پھر وہاں پر ہمیں لاہور پڑھنا چاہیے۔ اور اس کے خلاف یعنی ایسے Ideas کو ایسی ایسی Influence کو اپنے اندر سے نکالنا چاہیے۔</w:t>
      </w:r>
    </w:p>
    <w:p>
      <w:r>
        <w:rPr>
          <w:b/>
        </w:rPr>
        <w:t xml:space="preserve">[1:35:59] </w:t>
      </w:r>
      <w:r>
        <w:t>Lad kar ke is se. Mr. Niaz Kashmiri ne Delhi Cantt se yeh sawal kiya hai. Unhon ne likha hai: Jannat mein agar mard ke liye un ka jora hai to aurat ke liye jannat mein kya ho ga?</w:t>
      </w:r>
    </w:p>
    <w:p>
      <w:pPr>
        <w:jc w:val="right"/>
      </w:pPr>
      <w:r>
        <w:t>لڑ کر کے اس سے۔ مسٹر نیاز کشمیری نے دلی کینٹ سے یہ سوال کیا ہے۔ انہوں نے لکھا ہے: جنت میں اگر مرد کے لیے ان کا جوڑا ہے تو عورت کے لیے جنت میں کیا ہو گا؟</w:t>
      </w:r>
    </w:p>
    <w:p>
      <w:r>
        <w:rPr>
          <w:b/>
        </w:rPr>
        <w:t xml:space="preserve">[1:36:17] </w:t>
      </w:r>
      <w:r>
        <w:t>Aurat ke liye bhi jora hai. Dekhen zawj aaya hai Quran Majeed mein to zawj ke mani spouse ke hote hain.</w:t>
      </w:r>
    </w:p>
    <w:p>
      <w:pPr>
        <w:jc w:val="right"/>
      </w:pPr>
      <w:r>
        <w:t>عورت کے لیے بھی جوڑا ہے۔ دیکھیں زوج آیا ہے قرآن مجید میں تو زوج کے معنی جو ہیں Spouse کے ہوتے ہیں۔</w:t>
      </w:r>
    </w:p>
    <w:p>
      <w:r>
        <w:rPr>
          <w:b/>
        </w:rPr>
        <w:t xml:space="preserve">[1:36:26] </w:t>
      </w:r>
      <w:r>
        <w:t>Zawj ke mani aurat ke nahi hote. Biwi ke nahi hote aurat ke mani.</w:t>
      </w:r>
    </w:p>
    <w:p>
      <w:pPr>
        <w:jc w:val="right"/>
      </w:pPr>
      <w:r>
        <w:t>زوج کے معنی عورت کے نہیں ہوتے۔ بیوی کے نہیں ہوتے عورت کے معنی۔</w:t>
      </w:r>
    </w:p>
    <w:p>
      <w:r>
        <w:rPr>
          <w:b/>
        </w:rPr>
        <w:t xml:space="preserve">[1:36:34] </w:t>
      </w:r>
      <w:r>
        <w:t>Zawj ke mani biwi ke nahi hote. Zawj ke mani spouse. Spouse ka lafz aap jante hain dono ke liye bola jata hai. Biwi ke liye bhi shohar ke liye bhi. To aurat ko mard ka zawj aur mard ko aurat ka zawj dono ko mile ga.</w:t>
      </w:r>
    </w:p>
    <w:p>
      <w:pPr>
        <w:jc w:val="right"/>
      </w:pPr>
      <w:r>
        <w:t>زوج کے معنی بیوی کے نہیں ہوتے۔ زوج کے معنی Spouse۔ Spouse کا لفظ آپ جانتے ہیں دونوں کے لیے بولا جاتا ہے۔ بیوی کے لیے بھی شوہر کے لیے بھی۔ تو عورت کو مرد کا زوج اور مرد کو عورت کا زوج دونوں کو ملے گا۔</w:t>
      </w:r>
    </w:p>
    <w:p>
      <w:r>
        <w:rPr>
          <w:b/>
        </w:rPr>
        <w:t xml:space="preserve">[1:36:48] </w:t>
      </w:r>
      <w:r>
        <w:t>Dono barabar ka muamla ho ga. Yani aurat jo hai mard ka zawj hai. Mard aurat ka zawj hai. Is ko kehte hain spouse.</w:t>
      </w:r>
    </w:p>
    <w:p>
      <w:pPr>
        <w:jc w:val="right"/>
      </w:pPr>
      <w:r>
        <w:t>دونوں برابر کا معاملہ ہو گا۔ یعنی عورت جو ہے مرد کا زوج ہے۔ مرد عورت کا زوج ہے۔ اس کو کہتے ہیں Spouse۔</w:t>
      </w:r>
    </w:p>
    <w:p>
      <w:r>
        <w:rPr>
          <w:b/>
        </w:rPr>
        <w:t xml:space="preserve">[1:36:57] </w:t>
      </w:r>
      <w:r>
        <w:t>To Quran mein spouse ke mani mein zawj hai woh biwi ke mani mein nahi hai.</w:t>
      </w:r>
    </w:p>
    <w:p>
      <w:pPr>
        <w:jc w:val="right"/>
      </w:pPr>
      <w:r>
        <w:t>تو قرآن میں Spouse کے معنی میں زوج ہے وہ بیوی کے معنی میں نہیں ہے۔</w:t>
      </w:r>
    </w:p>
    <w:p>
      <w:r>
        <w:rPr>
          <w:b/>
        </w:rPr>
        <w:t xml:space="preserve">[1:37:06] </w:t>
      </w:r>
      <w:r>
        <w:t>Mr. Adil Wani ne Kashmir se sawal kiya hai. Unhon ne likha hai: What is it that God wants from us and why?</w:t>
      </w:r>
    </w:p>
    <w:p>
      <w:pPr>
        <w:jc w:val="right"/>
      </w:pPr>
      <w:r>
        <w:t>مسٹر عادل وانی نے کشمیر سے سوال کیا ہے۔ انہوں نے لکھا ہے: What is it that God wants from us and why?</w:t>
      </w:r>
    </w:p>
    <w:p>
      <w:r>
        <w:rPr>
          <w:b/>
        </w:rPr>
        <w:t xml:space="preserve">[1:37:16] </w:t>
      </w:r>
      <w:r>
        <w:t>How Islam explains it in contrast with other religions? Bhai is ka jawab bohat achhe tarike se aap ko mil jayega hamari kitab jo hai Reality of Life.</w:t>
      </w:r>
    </w:p>
    <w:p>
      <w:pPr>
        <w:jc w:val="right"/>
      </w:pPr>
      <w:r>
        <w:t>How Islam explains it in contrast with other religions؟ بھائی اس کا جواب بہت اچھے طریقے سے آپ کو مل جائے گا ہماری کتاب جو ہے Reality of Life۔</w:t>
      </w:r>
    </w:p>
    <w:p>
      <w:r>
        <w:rPr>
          <w:b/>
        </w:rPr>
        <w:t xml:space="preserve">[1:37:28] </w:t>
      </w:r>
      <w:r>
        <w:t>Is ko parhiye. Yahan par mil jayegi aap ko yahin par. Is ka naam hai Reality of Life. Reality of Life.</w:t>
      </w:r>
    </w:p>
    <w:p>
      <w:pPr>
        <w:jc w:val="right"/>
      </w:pPr>
      <w:r>
        <w:t>اس کو پڑھیے۔ یہاں پر مل جائے گی آپ کو یہیں پر۔ اس کا نام ہے Reality of Life۔ Reality of Life۔</w:t>
      </w:r>
    </w:p>
    <w:p>
      <w:r>
        <w:rPr>
          <w:b/>
        </w:rPr>
        <w:t xml:space="preserve">[1:37:38] </w:t>
      </w:r>
      <w:r>
        <w:t>Is ko parhiye. Is ko parhne ke baad bhi koi sawal rahe to agle Sunday mein aap sawal kijiye. Okay we will end</w:t>
      </w:r>
    </w:p>
    <w:p>
      <w:pPr>
        <w:jc w:val="right"/>
      </w:pPr>
      <w:r>
        <w:t>اس کو پڑھیے۔ اس کو پڑھنے کے بعد بھی کوئی سوال رہے تو اگلے Sunday میں آپ سوال کیجیے۔ Okay we will end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