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Lessons from Quran and Hadith January 8, 2008</w:t>
      </w:r>
    </w:p>
    <w:p>
      <w:r>
        <w:t>https://www.youtube.com/watch?v=5LqiXPYwB-k</w:t>
      </w:r>
    </w:p>
    <w:p>
      <w:r>
        <w:rPr>
          <w:b/>
        </w:rPr>
        <w:t xml:space="preserve">[00:15]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wasalli allah alan nabiyil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[00:23] </w:t>
      </w:r>
      <w:r>
        <w:t>rab ishrah li sadri, wa yassir li amri,</w:t>
      </w:r>
    </w:p>
    <w:p>
      <w:pPr>
        <w:jc w:val="right"/>
      </w:pPr>
      <w:r>
        <w:t>رب اشرح لی صدری، ویسر لی امری،</w:t>
      </w:r>
    </w:p>
    <w:p>
      <w:r>
        <w:rPr>
          <w:b/>
        </w:rPr>
        <w:t xml:space="preserve">[00:28] </w:t>
      </w:r>
      <w:r>
        <w:t>wah al uqdata min lisani yafqah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[00:35] </w:t>
      </w:r>
      <w:r>
        <w:t>aaj ki jo baat hai</w:t>
      </w:r>
    </w:p>
    <w:p>
      <w:pPr>
        <w:jc w:val="right"/>
      </w:pPr>
      <w:r>
        <w:t>آج کی جو بات ہے</w:t>
      </w:r>
    </w:p>
    <w:p>
      <w:r>
        <w:rPr>
          <w:b/>
        </w:rPr>
        <w:t xml:space="preserve">[00:40] </w:t>
      </w:r>
      <w:r>
        <w:t>is ka title hai "Lessons</w:t>
      </w:r>
    </w:p>
    <w:p>
      <w:pPr>
        <w:jc w:val="right"/>
      </w:pPr>
      <w:r>
        <w:t>اس کا ٹائٹل ہے "Lessons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