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Can a Man be Successful August 19, 2012</w:t>
      </w:r>
    </w:p>
    <w:p>
      <w:r>
        <w:t>https://www.youtube.com/watch?v=L4CFjy-kkxE</w:t>
      </w:r>
    </w:p>
    <w:p>
      <w:r>
        <w:rPr>
          <w:b/>
        </w:rPr>
        <w:t xml:space="preserve">[00:13] </w:t>
      </w:r>
      <w:r>
        <w:t>Bismillah hir Rahman nir Rahim, wasallallahu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[00:36] </w:t>
      </w:r>
      <w:r>
        <w:t>aaj</w:t>
      </w:r>
    </w:p>
    <w:p>
      <w:pPr>
        <w:jc w:val="right"/>
      </w:pPr>
      <w:r>
        <w:t>آج</w:t>
      </w:r>
    </w:p>
    <w:p>
      <w:r>
        <w:rPr>
          <w:b/>
        </w:rPr>
        <w:t xml:space="preserve">[00:40] </w:t>
      </w:r>
      <w:r>
        <w:t>ka subject ek surah hai, yeh Quran ki surah number 103, yani Al-Asr.</w:t>
      </w:r>
    </w:p>
    <w:p>
      <w:pPr>
        <w:jc w:val="right"/>
      </w:pPr>
      <w:r>
        <w:t>کا سبجیکٹ ایک سورہ ہے، یہ قرآن کی سورہ نمبر 103، یعنی العصر۔</w:t>
      </w:r>
    </w:p>
    <w:p>
      <w:r>
        <w:rPr>
          <w:b/>
        </w:rPr>
        <w:t xml:space="preserve">[00:54] </w:t>
      </w:r>
      <w:r>
        <w:t>Quran mein dekhein, 114 suratein hain, un mein se ek hai jo 103 number is ka hai, is ka naam hai Al-Asr.</w:t>
      </w:r>
    </w:p>
    <w:p>
      <w:pPr>
        <w:jc w:val="right"/>
      </w:pPr>
      <w:r>
        <w:t>قرآن میں دیکھیں، 114 سورتیں ہیں، ان میں سے ایک ہے جو 103 نمبر اس کا ہے، اس کا نام ہے العصر۔</w:t>
      </w:r>
    </w:p>
    <w:p>
      <w:r>
        <w:rPr>
          <w:b/>
        </w:rPr>
        <w:t xml:space="preserve">[01:08] </w:t>
      </w:r>
      <w:r>
        <w:t>bohat choti surah hai, to isi ke bare mein is waqt kuch baat karna hai, in sha Allah.</w:t>
      </w:r>
    </w:p>
    <w:p>
      <w:pPr>
        <w:jc w:val="right"/>
      </w:pPr>
      <w:r>
        <w:t>بہت چھوٹی سورہ ہے، تو اسی کے بارے میں اس وقت کچھ بات کرنا ہے، ان شاء اللہ۔</w:t>
      </w:r>
    </w:p>
    <w:p>
      <w:r>
        <w:rPr>
          <w:b/>
        </w:rPr>
        <w:t xml:space="preserve">[01:19] </w:t>
      </w:r>
      <w:r>
        <w:t>is soore ke bare mein</w:t>
      </w:r>
    </w:p>
    <w:p>
      <w:pPr>
        <w:jc w:val="right"/>
      </w:pPr>
      <w:r>
        <w:t>اس سورہ کے بارے میں</w:t>
      </w:r>
    </w:p>
    <w:p>
      <w:r>
        <w:rPr>
          <w:b/>
        </w:rPr>
        <w:t xml:space="preserve">[01:23] </w:t>
      </w:r>
      <w:r>
        <w:t>kai ulma ne yeh baat kahi hai ke is chhoti soore mein</w:t>
      </w:r>
    </w:p>
    <w:p>
      <w:pPr>
        <w:jc w:val="right"/>
      </w:pPr>
      <w:r>
        <w:t>کئی علماء نے یہ بات کہی ہے کہ اس چھوٹی سورہ میں</w:t>
      </w:r>
    </w:p>
    <w:p>
      <w:r>
        <w:rPr>
          <w:b/>
        </w:rPr>
        <w:t xml:space="preserve">[01:32] </w:t>
      </w:r>
      <w:r>
        <w:t>saara khulasa deen aa gaya hai. Maslan bohat bade aalim thay, Imam Shafi, unhon ne kaha:</w:t>
      </w:r>
    </w:p>
    <w:p>
      <w:pPr>
        <w:jc w:val="right"/>
      </w:pPr>
      <w:r>
        <w:t>سارا خلاصہ دین آ گیا ہے۔ مثلاً بہت بڑے عالم تھے، امام شافعی، انہوں نے کہا:</w:t>
      </w:r>
    </w:p>
    <w:p>
      <w:r>
        <w:rPr>
          <w:b/>
        </w:rPr>
        <w:t xml:space="preserve">[01:48] </w:t>
      </w:r>
      <w:r>
        <w:t>lo tadabbar al-nas hadhihi al-surah illa la wasi'athum</w:t>
      </w:r>
    </w:p>
    <w:p>
      <w:pPr>
        <w:jc w:val="right"/>
      </w:pPr>
      <w:r>
        <w:t>"لو تدبر الناس هذه السورة إلا وصيعتهم"۔</w:t>
      </w:r>
    </w:p>
    <w:p>
      <w:r>
        <w:rPr>
          <w:b/>
        </w:rPr>
        <w:t xml:space="preserve">[01:57] </w:t>
      </w:r>
      <w:r>
        <w:t>yani agar log sirf aik, agar log sirf Quran ki soore Al-Asr par ghor karein, sochein, to wohi un ki guidance ke liye kafi ho jaye gi.</w:t>
      </w:r>
    </w:p>
    <w:p>
      <w:pPr>
        <w:jc w:val="right"/>
      </w:pPr>
      <w:r>
        <w:t>یعنی اگر لوگ صرف ایک، اگر لوگ صرف قرآن کی سورہ والعصر پر غور کریں، سوچیں، تو وہی ان کی گائیڈنس کے لیے کافی ہو جائے گا۔</w:t>
      </w:r>
    </w:p>
    <w:p>
      <w:r>
        <w:rPr>
          <w:b/>
        </w:rPr>
        <w:t xml:space="preserve">[02:13] </w:t>
      </w:r>
      <w:r>
        <w:t>is se aap samajh sakte hain ke yeh soore kitni zyada important hai. Yeh soore is tarah hai ke: Wal Asr inna al-insana lafi khusr illa alladhina amanu wa amilu al-salihath wa tawasu bil haqqi wa tawasu bil sabr</w:t>
      </w:r>
    </w:p>
    <w:p>
      <w:pPr>
        <w:jc w:val="right"/>
      </w:pPr>
      <w:r>
        <w:t>اس سے آپ سمجھ سکتے ہیں کہ یہ سورہ کتنی زیادہ امپورٹنٹ ہے۔ یہ سورہ اس طرح ہے کہ: "والعصر إن الإنسان لفي خسر إلا الذين آمنوا وعملوا الصالحات وتواسوا بالحق وتواسوا بالصبر"۔</w:t>
      </w:r>
    </w:p>
    <w:p>
      <w:r>
        <w:rPr>
          <w:b/>
        </w:rPr>
        <w:t xml:space="preserve">[02:39] </w:t>
      </w:r>
      <w:r>
        <w:t>is ka translation yeh hai: Qasam hai zamane ki ke insaan ghaate mein hai. Time is a witness that man is in loss.</w:t>
      </w:r>
    </w:p>
    <w:p>
      <w:pPr>
        <w:jc w:val="right"/>
      </w:pPr>
      <w:r>
        <w:t>اس کا ٹرانسلیشن یہ ہے: قسم ہے زمانے کی کہ انسان گھاٹے میں ہے۔ ٹائم از اے وٹنس دیٹ مین از ان لاس۔</w:t>
      </w:r>
    </w:p>
    <w:p>
      <w:r>
        <w:rPr>
          <w:b/>
        </w:rPr>
        <w:t xml:space="preserve">[02:54] </w:t>
      </w:r>
      <w:r>
        <w:t>siwa un logon ke</w:t>
      </w:r>
    </w:p>
    <w:p>
      <w:pPr>
        <w:jc w:val="right"/>
      </w:pPr>
      <w:r>
        <w:t>سوا ان لوگوں کے</w:t>
      </w:r>
    </w:p>
    <w:p>
      <w:r>
        <w:rPr>
          <w:b/>
        </w:rPr>
        <w:t xml:space="preserve">[02:57] </w:t>
      </w:r>
      <w:r>
        <w:t>jo imaan laye aur jinhon ne achhe aamaal kiye, amal saleh kiya,</w:t>
      </w:r>
    </w:p>
    <w:p>
      <w:pPr>
        <w:jc w:val="right"/>
      </w:pPr>
      <w:r>
        <w:t>جو ایمان لائے اور جنہوں نے اچھے اعمال کیے، عمل صالح کیا،</w:t>
      </w:r>
    </w:p>
    <w:p>
      <w:r>
        <w:rPr>
          <w:b/>
        </w:rPr>
        <w:t xml:space="preserve">[03:06] </w:t>
      </w:r>
      <w:r>
        <w:t>aur unhon ne aapas mein aik doosre ko naseehat karte rahe,</w:t>
      </w:r>
    </w:p>
    <w:p>
      <w:pPr>
        <w:jc w:val="right"/>
      </w:pPr>
      <w:r>
        <w:t>اور انہوں نے آپس میں ایک دوسرے کو نصیحت کرتے رہے،</w:t>
      </w:r>
    </w:p>
    <w:p>
      <w:r>
        <w:rPr>
          <w:b/>
        </w:rPr>
        <w:t xml:space="preserve">[03:16] </w:t>
      </w:r>
      <w:r>
        <w:t>haq ke aur sabr ke. Yeh hai soore. Ab shuru se dekhein, is mein jo hai ke qasam hai zamane ki, to qasam ka matlab hai gawah, witness.</w:t>
      </w:r>
    </w:p>
    <w:p>
      <w:pPr>
        <w:jc w:val="right"/>
      </w:pPr>
      <w:r>
        <w:t>حق کے اور صبر کے۔ یہ ہے سورہ۔ اب شروع سے دیکھیں، اس میں جو ہے کہ قسم ہے زمانے کی، تو قسم کا مطلب ہے گواہ، وٹنس۔</w:t>
      </w:r>
    </w:p>
    <w:p>
      <w:r>
        <w:rPr>
          <w:b/>
        </w:rPr>
        <w:t xml:space="preserve">[03:36] </w:t>
      </w:r>
      <w:r>
        <w:t>is ka matlab hai ke time is a witness that man is in loss.</w:t>
      </w:r>
    </w:p>
    <w:p>
      <w:pPr>
        <w:jc w:val="right"/>
      </w:pPr>
      <w:r>
        <w:t>اس کا مطلب ہے کہ ٹائم از اے وٹنس دیٹ مین از ان لاس۔</w:t>
      </w:r>
    </w:p>
    <w:p>
      <w:r>
        <w:rPr>
          <w:b/>
        </w:rPr>
        <w:t xml:space="preserve">[03:45] </w:t>
      </w:r>
      <w:r>
        <w:t>time gawah hai, time shahid hai.</w:t>
      </w:r>
    </w:p>
    <w:p>
      <w:pPr>
        <w:jc w:val="right"/>
      </w:pPr>
      <w:r>
        <w:t>ٹائم گواہ ہے، ٹائم شاہد ہے۔</w:t>
      </w:r>
    </w:p>
    <w:p>
      <w:r>
        <w:rPr>
          <w:b/>
        </w:rPr>
        <w:t xml:space="preserve">[03:51] </w:t>
      </w:r>
      <w:r>
        <w:t>to time kya cheez hai? Dekhein, time aap jante hain ke naam hai aik aik aise phenomena ka jo past se present, present se future ki taraf chala ja raha hai.</w:t>
      </w:r>
    </w:p>
    <w:p>
      <w:pPr>
        <w:jc w:val="right"/>
      </w:pPr>
      <w:r>
        <w:t>تو ٹائم کیا چیز ہے؟ دیکھیں، ٹائم آپ جانتے ہیں کہ نام ہے ایک ایک ایسے فینامینا کا جو پاسٹ سے پریزنٹ، پریزنٹ سے فیوچر کی طرف چلا جا رہا ہے۔</w:t>
      </w:r>
    </w:p>
    <w:p>
      <w:r>
        <w:rPr>
          <w:b/>
        </w:rPr>
        <w:t xml:space="preserve">[04:08] </w:t>
      </w:r>
      <w:r>
        <w:t>aik guzarta hua phenomena jo barabar guzar raha hai. To tareekh bhi to usi waqt ban rahi hai. Tareekh kahan ban rahi hai?</w:t>
      </w:r>
    </w:p>
    <w:p>
      <w:pPr>
        <w:jc w:val="right"/>
      </w:pPr>
      <w:r>
        <w:t>ایک گزرتا ہوا فینامینا جو برابر گزر رہا ہے۔ تو تاریخ بھی تو اسی وقت بن رہی ہے۔ تاریخ کہاں بن رہی ہے؟</w:t>
      </w:r>
    </w:p>
    <w:p>
      <w:r>
        <w:rPr>
          <w:b/>
        </w:rPr>
        <w:t xml:space="preserve">[04:19] </w:t>
      </w:r>
      <w:r>
        <w:t>Tareekh kisi time ke andar ban rahi hai. History is a phenomena of time. To is ka matlab yeh hai: History is a witness.</w:t>
      </w:r>
    </w:p>
    <w:p>
      <w:pPr>
        <w:jc w:val="right"/>
      </w:pPr>
      <w:r>
        <w:t>تاریخ کسی ٹائم کے اندر بن رہی ہے۔ ہسٹری از اے فینامینا آف ٹائم۔ تو اس کا مطلب یہ ہے: ہسٹری از اے وٹنس۔</w:t>
      </w:r>
    </w:p>
    <w:p>
      <w:r>
        <w:rPr>
          <w:b/>
        </w:rPr>
        <w:t xml:space="preserve">[04:37] </w:t>
      </w:r>
      <w:r>
        <w:t>is ka matlab yeh hoga ke history is a witness that man is in loss.</w:t>
      </w:r>
    </w:p>
    <w:p>
      <w:pPr>
        <w:jc w:val="right"/>
      </w:pPr>
      <w:r>
        <w:t>اس کا مطلب یہ ہوگا کہ ہسٹری از اے وٹنس دیٹ مین از ان لاس۔</w:t>
      </w:r>
    </w:p>
    <w:p>
      <w:r>
        <w:rPr>
          <w:b/>
        </w:rPr>
        <w:t xml:space="preserve">[04:45] </w:t>
      </w:r>
      <w:r>
        <w:t>ab sochein ke insaan ghaate mein hai, is ka matlab kya hai? Main samajhta hoon ke yeh koi mysterious baat nahi hai ya koi ambiguous baat nahi hai.</w:t>
      </w:r>
    </w:p>
    <w:p>
      <w:pPr>
        <w:jc w:val="right"/>
      </w:pPr>
      <w:r>
        <w:t>اب سوچیں کہ انسان گھاٹے میں ہے، اس کا مطلب کیا ہے؟ میں سمجھتا ہوں کہ یہ کوئی مسٹیریس بات نہیں ہے یا کوئی ایمبیگوس بات نہیں ہے۔</w:t>
      </w:r>
    </w:p>
    <w:p>
      <w:r>
        <w:rPr>
          <w:b/>
        </w:rPr>
        <w:t xml:space="preserve">[05:02] </w:t>
      </w:r>
      <w:r>
        <w:t>saare log jinhon ne history ka mutala kiya hai,</w:t>
      </w:r>
    </w:p>
    <w:p>
      <w:pPr>
        <w:jc w:val="right"/>
      </w:pPr>
      <w:r>
        <w:t>سارے لوگ جنہوں نے ہسٹری کا مطالعہ کیا ہے،</w:t>
      </w:r>
    </w:p>
    <w:p>
      <w:r>
        <w:rPr>
          <w:b/>
        </w:rPr>
        <w:t xml:space="preserve">[05:08] </w:t>
      </w:r>
      <w:r>
        <w:t>jo history ke bare mein waqif hain, un sab ka yeh manna hai ke history mein</w:t>
      </w:r>
    </w:p>
    <w:p>
      <w:pPr>
        <w:jc w:val="right"/>
      </w:pPr>
      <w:r>
        <w:t>جو ہسٹری کے بارے میں واقف ہیں، ان سب کا یہ ماننا ہے کہ ہسٹری میں</w:t>
      </w:r>
    </w:p>
    <w:p>
      <w:r>
        <w:rPr>
          <w:b/>
        </w:rPr>
        <w:t xml:space="preserve">[05:16] </w:t>
      </w:r>
      <w:r>
        <w:t>negative item bohat zyada hai aur positive item bohat kam hai. Maslan bohat bada British historian tha, Gibbon,</w:t>
      </w:r>
    </w:p>
    <w:p>
      <w:pPr>
        <w:jc w:val="right"/>
      </w:pPr>
      <w:r>
        <w:t>نیگیٹیو آئٹم بہت زیادہ ہے اور پازیٹیو آئٹم بہت کم ہے۔ مثلاً بہت بڑا برٹش ہسٹورین تھا، گیون،</w:t>
      </w:r>
    </w:p>
    <w:p>
      <w:r>
        <w:rPr>
          <w:b/>
        </w:rPr>
        <w:t xml:space="preserve">[05:30] </w:t>
      </w:r>
      <w:r>
        <w:t>to us ne likha hai ke history is a little more than a register of crimes.</w:t>
      </w:r>
    </w:p>
    <w:p>
      <w:pPr>
        <w:jc w:val="right"/>
      </w:pPr>
      <w:r>
        <w:t>تو اس نے لکھا ہے کہ ہسٹری از اے لٹل مور دین آہ رجسٹر آف کرائمز۔</w:t>
      </w:r>
    </w:p>
    <w:p>
      <w:r>
        <w:rPr>
          <w:b/>
        </w:rPr>
        <w:t xml:space="preserve">[05:43] </w:t>
      </w:r>
      <w:r>
        <w:t>History crimes ke register se thori si zyada hai. Matlab yeh hai ke zyada tar item to crime ke hain, kuch thode se item aise hain jo achhe kahe ja sakte hain.</w:t>
      </w:r>
    </w:p>
    <w:p>
      <w:pPr>
        <w:jc w:val="right"/>
      </w:pPr>
      <w:r>
        <w:t>ہسٹری کرائم کے رجسٹر سے تھوڑی سی زیادہ ہے۔ مطلب یہ ہے کہ زیادہ تر آئٹم تو کرائم کے ہیں، کچھ تھوڑے سے آئٹم ایسے ہیں جو اچھے کہے جا سکتے ہیں۔</w:t>
      </w:r>
    </w:p>
    <w:p>
      <w:r>
        <w:rPr>
          <w:b/>
        </w:rPr>
        <w:t xml:space="preserve">[06:01] </w:t>
      </w:r>
      <w:r>
        <w:t>yeh hai picture history ki.</w:t>
      </w:r>
    </w:p>
    <w:p>
      <w:pPr>
        <w:jc w:val="right"/>
      </w:pPr>
      <w:r>
        <w:t>یہ ہے پکچر ہسٹری کی۔</w:t>
      </w:r>
    </w:p>
    <w:p>
      <w:r>
        <w:rPr>
          <w:b/>
        </w:rPr>
        <w:t xml:space="preserve">[06:06] </w:t>
      </w:r>
      <w:r>
        <w:t>isi ki taraf Allah taala ne ishara farmaya ke history aik loss ban gayi hai insaan ke liye.</w:t>
      </w:r>
    </w:p>
    <w:p>
      <w:pPr>
        <w:jc w:val="right"/>
      </w:pPr>
      <w:r>
        <w:t>اسی کی طرف اللہ تعالیٰ نے اشارہ فرمایا کہ ہسٹری ایک لاس بن گئی ہے انسان کے لیے۔</w:t>
      </w:r>
    </w:p>
    <w:p>
      <w:r>
        <w:rPr>
          <w:b/>
        </w:rPr>
        <w:t xml:space="preserve">[06:18] </w:t>
      </w:r>
      <w:r>
        <w:t>ab sawal yeh hai ke history loss kyun ban gayi? ab aap ghor kijiye ke yeh insaan jo is dunya mein hai, isi ke saath aur bhi to bohat sari cheezain hain.</w:t>
      </w:r>
    </w:p>
    <w:p>
      <w:pPr>
        <w:jc w:val="right"/>
      </w:pPr>
      <w:r>
        <w:t>اب سوال یہ ہے کہ ہسٹری لاس کیوں بن گئی؟ اب آپ غور کیجئے کہ یہ انسان جو اس دنیا میں ہے، اسی کے ساتھ اور بھی تو بہت ساری چیزیں ہیں۔</w:t>
      </w:r>
    </w:p>
    <w:p>
      <w:r>
        <w:rPr>
          <w:b/>
        </w:rPr>
        <w:t xml:space="preserve">[06:32] </w:t>
      </w:r>
      <w:r>
        <w:t>misalan material world hai. aap jante hain ke star, planet, galaxy, solar system, mountain, ocean, yeh sara material world hai.</w:t>
      </w:r>
    </w:p>
    <w:p>
      <w:pPr>
        <w:jc w:val="right"/>
      </w:pPr>
      <w:r>
        <w:t>مثلاً مٹیریل ورلڈ ہے۔ آپ جانتے ہیں کہ اسٹار، پلینٹ، گلیکسی، سولر سسٹم، ماؤنٹین، اوشن، یہ سارا مٹیریل ورلڈ ہے۔</w:t>
      </w:r>
    </w:p>
    <w:p>
      <w:r>
        <w:rPr>
          <w:b/>
        </w:rPr>
        <w:t xml:space="preserve">[06:46] </w:t>
      </w:r>
      <w:r>
        <w:t>wahan par to loss ka phenomena nahi hai. wahan ek koi nahi kehta ke jo material world hai, woh</w:t>
      </w:r>
    </w:p>
    <w:p>
      <w:pPr>
        <w:jc w:val="right"/>
      </w:pPr>
      <w:r>
        <w:t>وہاں پر تو لاس کا فینامینا نہیں ہے۔ وہاں ایک کوئی نہیں کہتا کہ جو مٹیریل ورلڈ ہے، وہ</w:t>
      </w:r>
    </w:p>
    <w:p>
      <w:r>
        <w:rPr>
          <w:b/>
        </w:rPr>
        <w:t xml:space="preserve">[06:57] </w:t>
      </w:r>
      <w:r>
        <w:t>sab wahan par loss hi loss hai, sab burai hi burai hai. sare scientist jo microscope aur telescope se study karte hain dunya ka, woh kehte hain ke kainat bohat hi zyada well designed hai, well planned hai,</w:t>
      </w:r>
    </w:p>
    <w:p>
      <w:pPr>
        <w:jc w:val="right"/>
      </w:pPr>
      <w:r>
        <w:t>سب وہاں پر لاس ہی لاس ہے، سب برائی ہی برائی ہے۔ سارے سائنٹسٹ جو مائیکروسکوپ اور ٹیلیسکوپ سے اسٹڈی کرتے ہیں دنیا کا، وہ کہتے ہیں کہ کائنات بہت ہی زیادہ ویل ڈیزائنڈ ہے، ویل پلانڈ ہے،</w:t>
      </w:r>
    </w:p>
    <w:p>
      <w:r>
        <w:rPr>
          <w:b/>
        </w:rPr>
        <w:t xml:space="preserve">[07:19] </w:t>
      </w:r>
      <w:r>
        <w:t>bohat meaningful hai, kahin bhi is mein koi flaw nahi. to aap ghor kijiye, isi dunya mein insaan hai jis ki tareekh crime ki register bani hui hai.</w:t>
      </w:r>
    </w:p>
    <w:p>
      <w:pPr>
        <w:jc w:val="right"/>
      </w:pPr>
      <w:r>
        <w:t>بہت میننگ فل ہے، کہیں بھی اس میں کوئی فلاں نہیں۔ تو آپ غور کیجئے، اسی دنیا میں انسان ہے جس کی تاریخ کرائم کی رجسٹر بنی ہوئی ہے۔</w:t>
      </w:r>
    </w:p>
    <w:p>
      <w:r>
        <w:rPr>
          <w:b/>
        </w:rPr>
        <w:t xml:space="preserve">[07:35] </w:t>
      </w:r>
      <w:r>
        <w:t>phir doosri baat dekhen, isi dunya mein animals hain. animal bhi insaan ki tarah nahi hain, bohat zyada un ke haan discipline hai.</w:t>
      </w:r>
    </w:p>
    <w:p>
      <w:pPr>
        <w:jc w:val="right"/>
      </w:pPr>
      <w:r>
        <w:t>پھر دوسری بات دیکھیں، اسی دنیا میں اینیملز ہیں۔ اینیمل بھی انسان کی طرح نہیں ہیں، بہت زیادہ ان کے ہاں ڈسپلن ہے۔</w:t>
      </w:r>
    </w:p>
    <w:p>
      <w:r>
        <w:rPr>
          <w:b/>
        </w:rPr>
        <w:t xml:space="preserve">[07:49] </w:t>
      </w:r>
      <w:r>
        <w:t>yani aap ghor kijiye, insanon ne first world war kiya, second world war kiya. kya aap ne kabhi suna hai ke jungle mein animal ke darmiyan first world war aur second world war hui?</w:t>
      </w:r>
    </w:p>
    <w:p>
      <w:pPr>
        <w:jc w:val="right"/>
      </w:pPr>
      <w:r>
        <w:t>یعنی آپ غور کیجئے، انسانوں نے فرسٹ ورلڈ وار کیا، سیکنڈ ورلڈ وار کیا۔ کیا آپ نے کبھی سنا ہے کہ جنگل میں اینیمل کے درمیان فرسٹ ورلڈ وار اور سیکنڈ ورلڈ وار ہوئی؟</w:t>
      </w:r>
    </w:p>
    <w:p>
      <w:r>
        <w:rPr>
          <w:b/>
        </w:rPr>
        <w:t xml:space="preserve">[08:04] </w:t>
      </w:r>
      <w:r>
        <w:t>ke insaan ke khayal mein bohat zyada peaceful life hai haiwanat ki. mein kabhi. aap jante hain ke TV mein is mein jungle ki life dikhate hain.</w:t>
      </w:r>
    </w:p>
    <w:p>
      <w:pPr>
        <w:jc w:val="right"/>
      </w:pPr>
      <w:r>
        <w:t>کہ انسان کے خیال میں بہت زیادہ پیس فل لائف ہے حیوانات کی۔ میں کبھی۔ آپ جانتے ہیں کہ ٹی وی میں اس میں جنگل کی لائف دکھاتے ہیں۔</w:t>
      </w:r>
    </w:p>
    <w:p>
      <w:r>
        <w:rPr>
          <w:b/>
        </w:rPr>
        <w:t xml:space="preserve">[08:16] </w:t>
      </w:r>
      <w:r>
        <w:t>yeh aap sab log jo dekhte hain, yeh woh jante hain ke kitni beauty hoti hai is mein. keede makoore se le kar ke bare bare janwaron tak itna peaceful tareeqe se rehte hain jungle mein.</w:t>
      </w:r>
    </w:p>
    <w:p>
      <w:pPr>
        <w:jc w:val="right"/>
      </w:pPr>
      <w:r>
        <w:t>یہ آپ سب لوگ جو دیکھتے ہیں، یہ وہ جانتے ہیں کہ کتنی بیوٹی ہوتی ہے اس میں۔ کیڑے مکوڑے سے لے کر کے بڑے بڑے جانوروں تک اتنا پیس فل طریقے سے رہتے ہیں جنگل میں۔</w:t>
      </w:r>
    </w:p>
    <w:p>
      <w:r>
        <w:rPr>
          <w:b/>
        </w:rPr>
        <w:t xml:space="preserve">[08:33] </w:t>
      </w:r>
      <w:r>
        <w:t>is ko dekhte rahiye.</w:t>
      </w:r>
    </w:p>
    <w:p>
      <w:pPr>
        <w:jc w:val="right"/>
      </w:pPr>
      <w:r>
        <w:t>اس کو دیکھتے رہیے۔</w:t>
      </w:r>
    </w:p>
    <w:p>
      <w:r>
        <w:rPr>
          <w:b/>
        </w:rPr>
        <w:t xml:space="preserve">[08:38] </w:t>
      </w:r>
      <w:r>
        <w:t>to kisi ne sahi kaha ke dunya mein sab kuch beautiful hai, sirf ek cheez beautiful nahi hai, woh insaan hai.</w:t>
      </w:r>
    </w:p>
    <w:p>
      <w:pPr>
        <w:jc w:val="right"/>
      </w:pPr>
      <w:r>
        <w:t>تو کسی نے صحیح کہا کہ دنیا میں سب کچھ بیوٹی فل ہے، صرف ایک چیز بیوٹی فل نہیں ہے، وہ انسان ہے۔</w:t>
      </w:r>
    </w:p>
    <w:p>
      <w:r>
        <w:rPr>
          <w:b/>
        </w:rPr>
        <w:t xml:space="preserve">[08:48] </w:t>
      </w:r>
      <w:r>
        <w:t>to yeh jo phenomena hai, isi ki taraf Allah taala ne ishara farmaya ke history is a witness that man is in loss.</w:t>
      </w:r>
    </w:p>
    <w:p>
      <w:pPr>
        <w:jc w:val="right"/>
      </w:pPr>
      <w:r>
        <w:t>تو یہ جو فینامینا ہے، اسی کی طرف اللہ تعالیٰ نے اشارہ فرمایا کہ ہسٹری از اے وٹنس دیٹ مین از ان لاس۔</w:t>
      </w:r>
    </w:p>
    <w:p>
      <w:r>
        <w:rPr>
          <w:b/>
        </w:rPr>
        <w:t xml:space="preserve">[09:00] </w:t>
      </w:r>
      <w:r>
        <w:t>ab sawal yeh hai ke why is this difference?</w:t>
      </w:r>
    </w:p>
    <w:p>
      <w:pPr>
        <w:jc w:val="right"/>
      </w:pPr>
      <w:r>
        <w:t>اب سوال یہ ہے کہ وائی از دس ڈیفرنس؟</w:t>
      </w:r>
    </w:p>
    <w:p>
      <w:r>
        <w:rPr>
          <w:b/>
        </w:rPr>
        <w:t xml:space="preserve">[09:04] </w:t>
      </w:r>
      <w:r>
        <w:t>kyun aisa hai? yani material world hum se different hai, animal world hum se different hai, plant world hum se different hai.</w:t>
      </w:r>
    </w:p>
    <w:p>
      <w:pPr>
        <w:jc w:val="right"/>
      </w:pPr>
      <w:r>
        <w:t>کیوں ایسا ہے؟ یعنی مٹیریل ورلڈ ہم سے ڈفرنٹ ہے، اینیمل ورلڈ ہم سے ڈفرنٹ ہے، پلانٹ ورلڈ ہم سے ڈفرنٹ ہے۔</w:t>
      </w:r>
    </w:p>
    <w:p>
      <w:r>
        <w:rPr>
          <w:b/>
        </w:rPr>
        <w:t xml:space="preserve">[09:16] </w:t>
      </w:r>
      <w:r>
        <w:t>insani ka muamla aisa kyun hai? to is ka sabab yeh hai, ek aur ayat hai Quran mein: laqad khalaqnal insana fi ahsani taqwim thumma radadnahu asfala safilin.</w:t>
      </w:r>
    </w:p>
    <w:p>
      <w:pPr>
        <w:jc w:val="right"/>
      </w:pPr>
      <w:r>
        <w:t>انسانی کا معاملہ ایسا کیوں ہے؟ تو اس کا سبب یہ ہے، ایک اور آیت ہے قرآن میں: لقد خلقنا الانسان فی اصل تقویم ثم رضی اللہ اسفل السافلین۔</w:t>
      </w:r>
    </w:p>
    <w:p>
      <w:r>
        <w:rPr>
          <w:b/>
        </w:rPr>
        <w:t xml:space="preserve">[09:32] </w:t>
      </w:r>
      <w:r>
        <w:t>insaan ko hum ne paida</w:t>
      </w:r>
    </w:p>
    <w:p>
      <w:pPr>
        <w:jc w:val="right"/>
      </w:pPr>
      <w:r>
        <w:t>انسان کو ہم نے پیدا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