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Fasting: A Scheme for Life | May 27, 2017</w:t>
      </w:r>
    </w:p>
    <w:p>
      <w:r>
        <w:t>https://www.youtube.com/watch?v=CbE2a1baFv8</w:t>
      </w:r>
    </w:p>
    <w:p>
      <w:r>
        <w:rPr>
          <w:b/>
        </w:rPr>
        <w:t xml:space="preserve">[00:15] </w:t>
      </w:r>
      <w:r>
        <w:t>bismillah rahman rahim, wa salli Allah ala nabiyil karim.</w:t>
      </w:r>
    </w:p>
    <w:p>
      <w:pPr>
        <w:jc w:val="right"/>
      </w:pPr>
      <w:r>
        <w:t>بسم اللہ الرحمن الرحیم، وصلی اللہ علی نبی الکریم۔</w:t>
      </w:r>
    </w:p>
    <w:p>
      <w:r>
        <w:rPr>
          <w:b/>
        </w:rPr>
        <w:t xml:space="preserve">[00:22] </w:t>
      </w:r>
      <w:r>
        <w:t>rab ishrah li sadri, wa yassir li amri, wah lul uqdata min lisani yafqahu qawli.</w:t>
      </w:r>
    </w:p>
    <w:p>
      <w:pPr>
        <w:jc w:val="right"/>
      </w:pPr>
      <w:r>
        <w:t>رب اشرح لی صدری، ویسر لی امری، واحل العقدۃ من لسانی یفقہ قولی۔</w:t>
      </w:r>
    </w:p>
    <w:p>
      <w:r>
        <w:rPr>
          <w:b/>
        </w:rPr>
        <w:t xml:space="preserve">[00:30] </w:t>
      </w:r>
      <w:r>
        <w:t>27 may 2017.</w:t>
      </w:r>
    </w:p>
    <w:p>
      <w:pPr>
        <w:jc w:val="right"/>
      </w:pPr>
      <w:r>
        <w:t>27 مئی 2017۔</w:t>
      </w:r>
    </w:p>
    <w:p>
      <w:r>
        <w:rPr>
          <w:b/>
        </w:rPr>
        <w:t xml:space="preserve">[00:38] </w:t>
      </w:r>
      <w:r>
        <w:t>aap jante hain ke kal se</w:t>
      </w:r>
    </w:p>
    <w:p>
      <w:pPr>
        <w:jc w:val="right"/>
      </w:pPr>
      <w:r>
        <w:t>آپ جانتے ہیں کہ کل سے</w:t>
      </w:r>
    </w:p>
    <w:p>
      <w:r>
        <w:rPr>
          <w:b/>
        </w:rPr>
        <w:t xml:space="preserve">[00:46] </w:t>
      </w:r>
      <w:r>
        <w:t>roza shuru hone wala hai, yani kal Ramzan ki pehli tareekh hai. to aaj subah mein bahar baitha hua tha, Ramzan ki ek hadith par soch raha tha. Ramzan ki ek hadith bohat si kitabon mein aayi hai, to us mein yeh lafz hai ke: "wa khalufu</w:t>
      </w:r>
    </w:p>
    <w:p>
      <w:pPr>
        <w:jc w:val="right"/>
      </w:pPr>
      <w:r>
        <w:t>روزہ شروع ہونے والا ہے، یعنی کل رمضان کی پہلی تاریخ ہے۔ تو آج صبح میں باہر بیٹھا ہوا تھا، رمضان کی ایک حدیث پر سوچ رہا تھا۔ رمضان کی ایک حدیث بہت سی کتابوں میں آئی ہے، تو اس میں یہ لفظ ہے کہ: "وَخَلُوفَ فَم</w:t>
      </w:r>
    </w:p>
    <w:p>
      <w:r>
        <w:rPr>
          <w:b/>
        </w:rPr>
        <w:t xml:space="preserve">[01:16] </w:t>
      </w:r>
      <w:r>
        <w:t>as saaimi atabo illaha min rihil misk.</w:t>
      </w:r>
    </w:p>
    <w:p>
      <w:pPr>
        <w:jc w:val="right"/>
      </w:pPr>
      <w:r>
        <w:t>ِ السَّائِمِ أَتَبُوْا عِدَّ اللّٰهَ مِنْ رِيهِ الْمِسْكِ"۔</w:t>
      </w:r>
    </w:p>
    <w:p>
      <w:r>
        <w:rPr>
          <w:b/>
        </w:rPr>
        <w:t xml:space="preserve">[01:23] </w:t>
      </w:r>
      <w:r>
        <w:t>aur rozedar ke munh ki khushbu, khuloof, Allah ke nazdeek mushk se zyada khushbudar hai, achhi hai.</w:t>
      </w:r>
    </w:p>
    <w:p>
      <w:pPr>
        <w:jc w:val="right"/>
      </w:pPr>
      <w:r>
        <w:t>اور روزہ دار کے منہ کی خوشبو، خلوف، اللہ کے نزدیک مشک سے زیادہ خوشبودار ہے، اچھی ہے۔</w:t>
      </w:r>
    </w:p>
    <w:p>
      <w:r>
        <w:rPr>
          <w:b/>
        </w:rPr>
        <w:t xml:space="preserve">[01:31] </w:t>
      </w:r>
      <w:r>
        <w:t>جو khilaf ke maani hote hain na, assemble.</w:t>
      </w:r>
    </w:p>
    <w:p>
      <w:pPr>
        <w:jc w:val="right"/>
      </w:pPr>
      <w:r>
        <w:t>جو خلوف کے معنی ہوتے ہیں نا، اسمبل۔</w:t>
      </w:r>
    </w:p>
    <w:p>
      <w:r>
        <w:rPr>
          <w:b/>
        </w:rPr>
        <w:t xml:space="preserve">[01:38] </w:t>
      </w:r>
      <w:r>
        <w:t>ismell ka matlab</w:t>
      </w:r>
    </w:p>
    <w:p>
      <w:pPr>
        <w:jc w:val="right"/>
      </w:pPr>
      <w:r>
        <w:t>اسمبل کا مطلب</w:t>
      </w:r>
    </w:p>
    <w:p>
      <w:r>
        <w:rPr>
          <w:b/>
        </w:rPr>
        <w:t xml:space="preserve">[01:46] </w:t>
      </w:r>
      <w:r>
        <w:t>khushbu nahi hai, balke sirf bo, koi bo.</w:t>
      </w:r>
    </w:p>
    <w:p>
      <w:pPr>
        <w:jc w:val="right"/>
      </w:pPr>
      <w:r>
        <w:t>خوشبو نہیں ہے، بلکہ صرف بو، کوئی بو۔</w:t>
      </w:r>
    </w:p>
    <w:p>
      <w:r>
        <w:rPr>
          <w:b/>
        </w:rPr>
        <w:t xml:space="preserve">[01:56] </w:t>
      </w:r>
      <w:r>
        <w:t>yani ismell ek neutral lafz hai.</w:t>
      </w:r>
    </w:p>
    <w:p>
      <w:pPr>
        <w:jc w:val="right"/>
      </w:pPr>
      <w:r>
        <w:t>یعنی اسمبل ایک نیوٹرل لفظ ہے۔</w:t>
      </w:r>
    </w:p>
    <w:p>
      <w:r>
        <w:rPr>
          <w:b/>
        </w:rPr>
        <w:t xml:space="preserve">[02:06] </w:t>
      </w:r>
      <w:r>
        <w:t>to jab aadmi Allah ki niyat se roza rakhta hai, to uske munh se jab bhook zyada hoti hai</w:t>
      </w:r>
    </w:p>
    <w:p>
      <w:pPr>
        <w:jc w:val="right"/>
      </w:pPr>
      <w:r>
        <w:t>تو جب آدمی اللہ کی نیت سے روزہ رکھتا ہے، تو اس کے منہ سے جب بھوک زیادہ ہوتی ہے</w:t>
      </w:r>
    </w:p>
    <w:p>
      <w:r>
        <w:rPr>
          <w:b/>
        </w:rPr>
        <w:t xml:space="preserve">[02:17] </w:t>
      </w:r>
      <w:r>
        <w:t>to us ke munh se ek bo aati hai, use kehte hain khaluf. yeh us roze ki baat nahi hai jo log khoob khate hain aur shaam tak woh takar aati hai un ko, us roze ki baat nahi hai. is roze ki baat hai jab aadmi normal tareeqe se khata hai, to zahir hai ke aap normal tareeqe se khayenge to aap ko dopehar tak bhook lag jayegi, phir shaam tak aur lage gi. to nar</w:t>
      </w:r>
    </w:p>
    <w:p>
      <w:pPr>
        <w:jc w:val="right"/>
      </w:pPr>
      <w:r>
        <w:t>تو اس کے منہ سے ایک بو آتی ہے، اسے کہتے ہیں خلوف۔ یہ اس روزے کی بات نہیں ہے جو لوگ خوب کھاتے ہیں اور شام تک وہ ٹکار آتی ہے ان کو، اس روزے کی بات نہیں ہے۔ اس روزے کی بات ہے جب آدمی نارمل طریقے سے کھاتا ہے، تو ظاہر ہے کہ آپ نارمل طریقے سے کھائیں گے تو آپ کو دوپہر تک بھوک لگ جائے گی، پھر شام تک اور لگے گی۔ تو نار</w:t>
      </w:r>
    </w:p>
    <w:p>
      <w:r>
        <w:rPr>
          <w:b/>
        </w:rPr>
        <w:t xml:space="preserve">[02:47] </w:t>
      </w:r>
      <w:r>
        <w:t>mil tarike se khana kha kar ke jo roza rakha jaye, uske bare mein yeh hadith hai.</w:t>
      </w:r>
    </w:p>
    <w:p>
      <w:pPr>
        <w:jc w:val="right"/>
      </w:pPr>
      <w:r>
        <w:t>مل طریقے سے کھانا کھا کر کے جو روزہ رکھا جائے، اس کے بارے میں یہ حدیث ہے۔</w:t>
      </w:r>
    </w:p>
    <w:p>
      <w:r>
        <w:rPr>
          <w:b/>
        </w:rPr>
        <w:t xml:space="preserve">[02:57] </w:t>
      </w:r>
      <w:r>
        <w:t>to yeh jo bo hoti hai, yeh usko kahenge ismell, lekin wo achhe mani mein nahi hoti.</w:t>
      </w:r>
    </w:p>
    <w:p>
      <w:pPr>
        <w:jc w:val="right"/>
      </w:pPr>
      <w:r>
        <w:t>تو یہ جو بو ہوتی ہے، یہ اس کو کہیں گے اسمبل، لیکن وہ اچھے معنی میں نہیں ہوتی۔</w:t>
      </w:r>
    </w:p>
    <w:p>
      <w:r>
        <w:rPr>
          <w:b/>
        </w:rPr>
        <w:t xml:space="preserve">[03:07] </w:t>
      </w:r>
      <w:r>
        <w:t>to bas wo sochne laga ke wo Allah ko achhi lage gi.</w:t>
      </w:r>
    </w:p>
    <w:p>
      <w:pPr>
        <w:jc w:val="right"/>
      </w:pPr>
      <w:r>
        <w:t>تو بس وہ سوچنے لگا کہ وہ اللہ کو اچھی لگے گی۔</w:t>
      </w:r>
    </w:p>
    <w:p>
      <w:r>
        <w:rPr>
          <w:b/>
        </w:rPr>
        <w:t xml:space="preserve">[03:17] </w:t>
      </w:r>
      <w:r>
        <w:t>to woh is ka matlab woh bo nahi hai, woh smell nahi hai. smell se paida hone wali psychology hai, soch hai. jab aadmi ko bhook lage gi to uska mind active ho jata hai, us ko nayi nayi soch aane lagti hai, c</w:t>
      </w:r>
    </w:p>
    <w:p>
      <w:pPr>
        <w:jc w:val="right"/>
      </w:pPr>
      <w:r>
        <w:t>تو وہ اس کا مطلب وہ بو نہیں ہے، وہ اسمبل نہیں ہے۔ اسمبل سے پیدا ہونے والی سائیکالوجی ہے، سوچ ہے۔ جب آدمی کو بھوک لگے گی تو اس کا مائنڈ ایکٹیو ہو جاتا ہے، اس کو نئی نئی سوچ آنے لگتی ہے، ک</w:t>
      </w:r>
    </w:p>
    <w:p>
      <w:r>
        <w:rPr>
          <w:b/>
        </w:rPr>
        <w:t xml:space="preserve">[03:47] </w:t>
      </w:r>
      <w:r>
        <w:t>creative thinking aati hai.</w:t>
      </w:r>
    </w:p>
    <w:p>
      <w:pPr>
        <w:jc w:val="right"/>
      </w:pPr>
      <w:r>
        <w:t>ریٹیو تھنکنگ آتی ہے۔</w:t>
      </w:r>
    </w:p>
    <w:p>
      <w:r>
        <w:rPr>
          <w:b/>
        </w:rPr>
        <w:t xml:space="preserve">[03:57] </w:t>
      </w:r>
      <w:r>
        <w:t>to usko maine alfaaz badle uske to bhai samajh mein aaya ke is se murad</w:t>
      </w:r>
    </w:p>
    <w:p>
      <w:pPr>
        <w:jc w:val="right"/>
      </w:pPr>
      <w:r>
        <w:t>تو اس کو میں نے الفاظ بدلے اس کے تو بھئی سمجھ میں آیا کہ اس سے مراد</w:t>
      </w:r>
    </w:p>
    <w:p>
      <w:r>
        <w:rPr>
          <w:b/>
        </w:rPr>
        <w:t xml:space="preserve">[04:08] </w:t>
      </w:r>
      <w:r>
        <w:t>yeh hai ke negative event mein bhi positive pehlu hai, positive aspect hai. to aap</w:t>
      </w:r>
    </w:p>
    <w:p>
      <w:pPr>
        <w:jc w:val="right"/>
      </w:pPr>
      <w:r>
        <w:t>یہ ہے کہ نیگیٹیو ایونٹ میں بھی پوزیٹیو پہلو ہے، پازیٹیو ایسپیکٹ ہے۔ تو آپ</w:t>
      </w:r>
    </w:p>
    <w:p>
      <w:r>
        <w:rPr>
          <w:b/>
        </w:rPr>
        <w:t xml:space="preserve">[04:18] </w:t>
      </w:r>
      <w:r>
        <w:t>bhook lage aap ko, aur itni zyada bhook lage ke munh se ismell aane lage, to wo bazahir</w:t>
      </w:r>
    </w:p>
    <w:p>
      <w:pPr>
        <w:jc w:val="right"/>
      </w:pPr>
      <w:r>
        <w:t>بھوک لگے آپ کو، اور اتنی زیادہ بھوک لگے کہ منہ سے اسمبل آنے لگے، تو وہ بظاہر</w:t>
      </w:r>
    </w:p>
    <w:p>
      <w:r>
        <w:rPr>
          <w:b/>
        </w:rPr>
        <w:t xml:space="preserve">[04:26] </w:t>
      </w:r>
      <w:r>
        <w:t>ek negative waqea hai, lekin is mein positive aspect chupa hua hai.</w:t>
      </w:r>
    </w:p>
    <w:p>
      <w:pPr>
        <w:jc w:val="right"/>
      </w:pPr>
      <w:r>
        <w:t>ایک نیگیٹیو واقعہ ہے، لیکن اس میں پازیٹیو ایسپیکٹ چھپا ہوا ہے۔</w:t>
      </w:r>
    </w:p>
    <w:p>
      <w:r>
        <w:rPr>
          <w:b/>
        </w:rPr>
        <w:t xml:space="preserve">[04:33] </w:t>
      </w:r>
      <w:r>
        <w:t>kyun? is liye ke is ki wajah se aap ke andar creative thinking aati hai, aur aap naye</w:t>
      </w:r>
    </w:p>
    <w:p>
      <w:pPr>
        <w:jc w:val="right"/>
      </w:pPr>
      <w:r>
        <w:t>کیوں؟ اس لیے کہ اس کی وجہ سے آپ کے اندر کریٹیو تھنکنگ آتی ہے، اور آپ نئے</w:t>
      </w:r>
    </w:p>
    <w:p>
      <w:r>
        <w:rPr>
          <w:b/>
        </w:rPr>
        <w:t xml:space="preserve">[04:41] </w:t>
      </w:r>
      <w:r>
        <w:t>naye andaaz mein Allah ko yaad karte hain, Allah</w:t>
      </w:r>
    </w:p>
    <w:p>
      <w:pPr>
        <w:jc w:val="right"/>
      </w:pPr>
      <w:r>
        <w:t>نئے انداز میں اللہ کو یاد کرتے ہیں، اللہ</w:t>
      </w:r>
    </w:p>
    <w:p>
      <w:r>
        <w:rPr>
          <w:b/>
        </w:rPr>
        <w:t xml:space="preserve">[04:49] </w:t>
      </w:r>
      <w:r>
        <w:t>ko zikr karte hain, aur naye naye andaaz mein aap se dua nikalti hai aap ke aap ki zabaan se.</w:t>
      </w:r>
    </w:p>
    <w:p>
      <w:pPr>
        <w:jc w:val="right"/>
      </w:pPr>
      <w:r>
        <w:t>کو ذکر کرتے ہیں، اور نئے نئے انداز میں آپ سے دعا نکلتی ہے آپ کے آپ کی زبان سے۔</w:t>
      </w:r>
    </w:p>
    <w:p>
      <w:r>
        <w:rPr>
          <w:b/>
        </w:rPr>
        <w:t xml:space="preserve">[04:56] </w:t>
      </w:r>
      <w:r>
        <w:t>to is par sochte hue mujhe ek waqia yaad aaya apna ke kis tarah se negative mein positive</w:t>
      </w:r>
    </w:p>
    <w:p>
      <w:pPr>
        <w:jc w:val="right"/>
      </w:pPr>
      <w:r>
        <w:t>تو اس پر سوچتے ہوئے مجھے ایک واقعہ یاد آیا اپنا کہ کس طرح سے نیگیٹیو میں پازیٹیو</w:t>
      </w:r>
    </w:p>
    <w:p>
      <w:r>
        <w:rPr>
          <w:b/>
        </w:rPr>
        <w:t xml:space="preserve">[05:04] </w:t>
      </w:r>
      <w:r>
        <w:t>hota hai, is ko sochte hue.</w:t>
      </w:r>
    </w:p>
    <w:p>
      <w:pPr>
        <w:jc w:val="right"/>
      </w:pPr>
      <w:r>
        <w:t>ہوتا ہے، اس کو سوچتے ہوئے۔</w:t>
      </w:r>
    </w:p>
    <w:p>
      <w:r>
        <w:rPr>
          <w:b/>
        </w:rPr>
        <w:t xml:space="preserve">[05:12] </w:t>
      </w:r>
      <w:r>
        <w:t>to bohat pehle jab mein gaon mein rehta tha,</w:t>
      </w:r>
    </w:p>
    <w:p>
      <w:pPr>
        <w:jc w:val="right"/>
      </w:pPr>
      <w:r>
        <w:t>تو بہت پہلے جب میں گاؤں میں رہتا تھا،</w:t>
      </w:r>
    </w:p>
    <w:p>
      <w:r>
        <w:rPr>
          <w:b/>
        </w:rPr>
        <w:t xml:space="preserve">[05:20] </w:t>
      </w:r>
      <w:r>
        <w:t>yani Azamgarh ke ek gaon mein, to us waqt meri koi mujhe koi jaanta nahi tha, mamooli insaan</w:t>
      </w:r>
    </w:p>
    <w:p>
      <w:pPr>
        <w:jc w:val="right"/>
      </w:pPr>
      <w:r>
        <w:t>یعنی آذرگڑھ کے ایک گاؤں میں، تو اس وقت میری کوئی مجھے کوئی جانتا نہیں تھا، معمولی انسان</w:t>
      </w:r>
    </w:p>
    <w:p>
      <w:r>
        <w:rPr>
          <w:b/>
        </w:rPr>
        <w:t xml:space="preserve">[05:27] </w:t>
      </w:r>
      <w:r>
        <w:t>ka age tha mein.</w:t>
      </w:r>
    </w:p>
    <w:p>
      <w:pPr>
        <w:jc w:val="right"/>
      </w:pPr>
      <w:r>
        <w:t>کا ایج تھا میں۔</w:t>
      </w:r>
    </w:p>
    <w:p>
      <w:r>
        <w:rPr>
          <w:b/>
        </w:rPr>
        <w:t xml:space="preserve">[05:35] </w:t>
      </w:r>
      <w:r>
        <w:t>yeh mission shuru karne se bohat pehle ki baat hai.</w:t>
      </w:r>
    </w:p>
    <w:p>
      <w:pPr>
        <w:jc w:val="right"/>
      </w:pPr>
      <w:r>
        <w:t>یہ مشن شروع کرنے سے بہت پہلے کی بات ہے۔</w:t>
      </w:r>
    </w:p>
    <w:p>
      <w:r>
        <w:rPr>
          <w:b/>
        </w:rPr>
        <w:t xml:space="preserve">[05:43] </w:t>
      </w:r>
      <w:r>
        <w:t>to ek din aisa tha ke mein apne bhai ke saath ghar ke darwaze par tha, mere bare bhai the.</w:t>
      </w:r>
    </w:p>
    <w:p>
      <w:pPr>
        <w:jc w:val="right"/>
      </w:pPr>
      <w:r>
        <w:t>تو ایک دن ایسا تھا کہ میں اپنے بھائی کے ساتھ گھر کے دروازے پر تھا، میرے بڑے بھائی تھے۔</w:t>
      </w:r>
    </w:p>
    <w:p>
      <w:r>
        <w:rPr>
          <w:b/>
        </w:rPr>
        <w:t xml:space="preserve">[05:50] </w:t>
      </w:r>
      <w:r>
        <w:t>to hamare ek rishtedar the jo pados mein rehte the, wo aaye. wo hamare bare bhai ko khane ke liye le ja rahe the, ghaliban dinner ke liye. to us waqt mein apne bare bhai ke sath tha, lekin unhone sirf mere bare bhai ko sath liya kyunke wo business karte the, unki position thi. mein to kuch nahi karta tha. to kuch door aage badhe, wo sh</w:t>
      </w:r>
    </w:p>
    <w:p>
      <w:pPr>
        <w:jc w:val="right"/>
      </w:pPr>
      <w:r>
        <w:t>تو ہمارے ایک رشتہ دار تھے جو پڑوس میں رہتے تھے، وہ آئے۔ وہ ہمارے بڑے بھائی کو کھانے کے لیے لے جا رہے تھے، غالباً ڈنر کے لیے۔ تو اس وقت میں اپنے بڑے بھائی کے ساتھ تھا، لیکن انہوں نے صرف میرے بڑے بھائی کو ساتھ لیا کیونکہ وہ بزنس کرتے تھے، ان کی پوزیشن تھی۔ میں تو کچھ نہیں کرتا تھا۔ تو کچھ دور آگے بڑھے، وہ ش</w:t>
      </w:r>
    </w:p>
    <w:p>
      <w:r>
        <w:rPr>
          <w:b/>
        </w:rPr>
        <w:t xml:space="preserve">[06:20] </w:t>
      </w:r>
      <w:r>
        <w:t>aid 20 qadam.</w:t>
      </w:r>
    </w:p>
    <w:p>
      <w:pPr>
        <w:jc w:val="right"/>
      </w:pPr>
      <w:r>
        <w:t>اید بیس قدم۔</w:t>
      </w:r>
    </w:p>
    <w:p>
      <w:r>
        <w:rPr>
          <w:b/>
        </w:rPr>
        <w:t xml:space="preserve">[06:25] </w:t>
      </w:r>
      <w:r>
        <w:t>to mein ne suna ke woh keh rahe hain ke Waheed Mian ko bhi le lein, mujh ko</w:t>
      </w:r>
    </w:p>
    <w:p>
      <w:pPr>
        <w:jc w:val="right"/>
      </w:pPr>
      <w:r>
        <w:t>تو میں نے سنا کہ وہ کہہ رہے ہیں کہ وحید میاں کو بھی لے لیں، مجھ کو</w:t>
      </w:r>
    </w:p>
    <w:p>
      <w:r>
        <w:rPr>
          <w:b/>
        </w:rPr>
        <w:t xml:space="preserve">[06:29] </w:t>
      </w:r>
      <w:r>
        <w:t>Waheed Mian kehte the.</w:t>
      </w:r>
    </w:p>
    <w:p>
      <w:pPr>
        <w:jc w:val="right"/>
      </w:pPr>
      <w:r>
        <w:t>وحید میاں کہتے تھے۔</w:t>
      </w:r>
    </w:p>
    <w:p>
      <w:r>
        <w:rPr>
          <w:b/>
        </w:rPr>
        <w:t xml:space="preserve">[06:33] </w:t>
      </w:r>
      <w:r>
        <w:t>woh mein chota tha, Waheed Mian ko bhi le le, un ko mehsoos hoga yeh keh keh aaye</w:t>
      </w:r>
    </w:p>
    <w:p>
      <w:pPr>
        <w:jc w:val="right"/>
      </w:pPr>
      <w:r>
        <w:t>وہ میں چھوٹا تھا، وحید میاں کو بھی لے لے، ان کو محسوس ہوگا یہ کہہ کہہ آئے</w:t>
      </w:r>
    </w:p>
    <w:p>
      <w:r>
        <w:rPr>
          <w:b/>
        </w:rPr>
        <w:t xml:space="preserve">[06:38] </w:t>
      </w:r>
      <w:r>
        <w:t>mere paas, mujh ko bhi le gaye.</w:t>
      </w:r>
    </w:p>
    <w:p>
      <w:pPr>
        <w:jc w:val="right"/>
      </w:pPr>
      <w:r>
        <w:t>میرے پاس، مجھ کو بھی لے گئے۔</w:t>
      </w:r>
    </w:p>
    <w:p>
      <w:r>
        <w:rPr>
          <w:b/>
        </w:rPr>
        <w:t xml:space="preserve">[06:42] </w:t>
      </w:r>
      <w:r>
        <w:t>dinner mein shareek kiya.</w:t>
      </w:r>
    </w:p>
    <w:p>
      <w:pPr>
        <w:jc w:val="right"/>
      </w:pPr>
      <w:r>
        <w:t>ڈنر میں شریک کیا۔</w:t>
      </w:r>
    </w:p>
    <w:p>
      <w:r>
        <w:rPr>
          <w:b/>
        </w:rPr>
        <w:t xml:space="preserve">[06:46] </w:t>
      </w:r>
      <w:r>
        <w:t>to is ko le kar</w:t>
      </w:r>
    </w:p>
    <w:p>
      <w:pPr>
        <w:jc w:val="right"/>
      </w:pPr>
      <w:r>
        <w:t>تو اس کو لے کر</w:t>
      </w:r>
    </w:p>
    <w:p>
      <w:r>
        <w:rPr>
          <w:b/>
        </w:rPr>
        <w:t xml:space="preserve">[06:50] </w:t>
      </w:r>
      <w:r>
        <w:t>phir mujhe ek ayat yaad aayi.</w:t>
      </w:r>
    </w:p>
    <w:p>
      <w:pPr>
        <w:jc w:val="right"/>
      </w:pPr>
      <w:r>
        <w:t>پھر مجھے ایک آیت یاد آئی۔</w:t>
      </w:r>
    </w:p>
    <w:p>
      <w:r>
        <w:rPr>
          <w:b/>
        </w:rPr>
        <w:t xml:space="preserve">[06:55] </w:t>
      </w:r>
      <w:r>
        <w:t>Quran mein ek ayat hai ke: "Waiza hadar al qismata huwal qurba" yani jab kisi ki marne par us</w:t>
      </w:r>
    </w:p>
    <w:p>
      <w:pPr>
        <w:jc w:val="right"/>
      </w:pPr>
      <w:r>
        <w:t>قرآن میں ایک آیت ہے کہ: "وَذَا هَدَرَ الْقِسْمَةُ هُوَ الْقُرْبَىٰ" یعنی جب کسی کی مرنے پر اس</w:t>
      </w:r>
    </w:p>
    <w:p>
      <w:r>
        <w:rPr>
          <w:b/>
        </w:rPr>
        <w:t xml:space="preserve">[07:01] </w:t>
      </w:r>
      <w:r>
        <w:t>ki wirasat taqseem hoti hai to ek to woh log hain jin ko us ka hissa mil raha</w:t>
      </w:r>
    </w:p>
    <w:p>
      <w:pPr>
        <w:jc w:val="right"/>
      </w:pPr>
      <w:r>
        <w:t>کی وراثت تقسیم ہوتی ہے تو ایک تو وہ لوگ ہیں جن کو اس کا حصہ مل رہا</w:t>
      </w:r>
    </w:p>
    <w:p>
      <w:r>
        <w:rPr>
          <w:b/>
        </w:rPr>
        <w:t xml:space="preserve">[07:06] </w:t>
      </w:r>
      <w:r>
        <w:t>hai, kuch aur log aas paas ke aa gaye.</w:t>
      </w:r>
    </w:p>
    <w:p>
      <w:pPr>
        <w:jc w:val="right"/>
      </w:pPr>
      <w:r>
        <w:t>ہے، کچھ اور لوگ آس پاس کے آ گئے۔</w:t>
      </w:r>
    </w:p>
    <w:p>
      <w:r>
        <w:rPr>
          <w:b/>
        </w:rPr>
        <w:t xml:space="preserve">[07:11] </w:t>
      </w:r>
      <w:r>
        <w:t>to Quran mein aaya hai ke un ko bhi de do.</w:t>
      </w:r>
    </w:p>
    <w:p>
      <w:pPr>
        <w:jc w:val="right"/>
      </w:pPr>
      <w:r>
        <w:t>تو قرآن میں آیا ہے کہ ان کو بھی دے دو۔</w:t>
      </w:r>
    </w:p>
    <w:p>
      <w:r>
        <w:rPr>
          <w:b/>
        </w:rPr>
        <w:t xml:space="preserve">[07:16] </w:t>
      </w:r>
      <w:r>
        <w:t>to mein ne socha ke un ko de do kyun kaha</w:t>
      </w:r>
    </w:p>
    <w:p>
      <w:pPr>
        <w:jc w:val="right"/>
      </w:pPr>
      <w:r>
        <w:t>تو میں سوچا کہ ان کو دے دو کیوں کہا</w:t>
      </w:r>
    </w:p>
    <w:p>
      <w:r>
        <w:rPr>
          <w:b/>
        </w:rPr>
        <w:t xml:space="preserve">[07:21] </w:t>
      </w:r>
      <w:r>
        <w:t>Quran mein? mein is liye ke nahi ke woh wahan khare ho gaye.</w:t>
      </w:r>
    </w:p>
    <w:p>
      <w:pPr>
        <w:jc w:val="right"/>
      </w:pPr>
      <w:r>
        <w:t>قرآن میں؟ میں اس لیے کہ نہیں کہ وہ وہاں کھڑے ہو گئے۔</w:t>
      </w:r>
    </w:p>
    <w:p>
      <w:r>
        <w:rPr>
          <w:b/>
        </w:rPr>
        <w:t xml:space="preserve">[07:27] </w:t>
      </w:r>
      <w:r>
        <w:t>dekhein, sirf khare hone ki wajah se aisa nahi ho sakta ke un ko bhi de diya jaye.</w:t>
      </w:r>
    </w:p>
    <w:p>
      <w:pPr>
        <w:jc w:val="right"/>
      </w:pPr>
      <w:r>
        <w:t>دیکھیں، صرف کھڑے ہونے کی وجہ سے ایسا نہیں ہو سکتا کہ ان کو بھی دے دیا جائے۔</w:t>
      </w:r>
    </w:p>
    <w:p>
      <w:r>
        <w:rPr>
          <w:b/>
        </w:rPr>
        <w:t xml:space="preserve">[07:33] </w:t>
      </w:r>
      <w:r>
        <w:t>faqeer bhi jab mangta hai to un ko diya jata hai, baghair mange nahi.</w:t>
      </w:r>
    </w:p>
    <w:p>
      <w:pPr>
        <w:jc w:val="right"/>
      </w:pPr>
      <w:r>
        <w:t>فقیر بھی جب مانگتا ہے تو ان کو دیا جاتا ہے، بغیر مانگے نہیں۔</w:t>
      </w:r>
    </w:p>
    <w:p>
      <w:r>
        <w:rPr>
          <w:b/>
        </w:rPr>
        <w:t xml:space="preserve">[07:40] </w:t>
      </w:r>
      <w:r>
        <w:t>to is ka matlab yeh hai ke is mein aik cheez appreciate hai.</w:t>
      </w:r>
    </w:p>
    <w:p>
      <w:pPr>
        <w:jc w:val="right"/>
      </w:pPr>
      <w:r>
        <w:t>تو اس کا مطلب یہ ہے کہ اس میں ایک چیز امپریشیٹ ہے۔</w:t>
      </w:r>
    </w:p>
    <w:p>
      <w:r>
        <w:rPr>
          <w:b/>
        </w:rPr>
        <w:t xml:space="preserve">[07:46] </w:t>
      </w:r>
      <w:r>
        <w:t>woh jo haqdar nahi thay, wahan aa ke kharay ho gaye. ghareeb log.</w:t>
      </w:r>
    </w:p>
    <w:p>
      <w:pPr>
        <w:jc w:val="right"/>
      </w:pPr>
      <w:r>
        <w:t>وہ جو حقدار نہیں تھے، وہاں آ کے کھڑے ہو گئے۔ غریب لوگ۔</w:t>
      </w:r>
    </w:p>
    <w:p>
      <w:r>
        <w:rPr>
          <w:b/>
        </w:rPr>
        <w:t xml:space="preserve">[07:52] </w:t>
      </w:r>
      <w:r>
        <w:t>to un ke dil mein aaye ga ke hum bhi agar is family ke member hotay to hamein</w:t>
      </w:r>
    </w:p>
    <w:p>
      <w:pPr>
        <w:jc w:val="right"/>
      </w:pPr>
      <w:r>
        <w:t>تو ان کے دل میں آئے گا کہ ہم بھی اگر اس فیملی کے ممبر ہوتے تو ہمیں</w:t>
      </w:r>
    </w:p>
    <w:p>
      <w:r>
        <w:rPr>
          <w:b/>
        </w:rPr>
        <w:t xml:space="preserve">[07:59] </w:t>
      </w:r>
      <w:r>
        <w:t>bhi kuch milta, hum bhi hissa paate.</w:t>
      </w:r>
    </w:p>
    <w:p>
      <w:pPr>
        <w:jc w:val="right"/>
      </w:pPr>
      <w:r>
        <w:t>بھی کچھ ملتا، ہم بھی حصہ پاتے۔</w:t>
      </w:r>
    </w:p>
    <w:p>
      <w:r>
        <w:rPr>
          <w:b/>
        </w:rPr>
        <w:t xml:space="preserve">[08:05] </w:t>
      </w:r>
      <w:r>
        <w:t>aisa kuch un ke dil mein aa sakta hai.</w:t>
      </w:r>
    </w:p>
    <w:p>
      <w:pPr>
        <w:jc w:val="right"/>
      </w:pPr>
      <w:r>
        <w:t>ایسا کچھ ان کے دل میں آ سکتا ہے۔</w:t>
      </w:r>
    </w:p>
    <w:p>
      <w:r>
        <w:rPr>
          <w:b/>
        </w:rPr>
        <w:t xml:space="preserve">[08:11] </w:t>
      </w:r>
      <w:r>
        <w:t>to Allah taala ne farmaya ke un ke un ke is ehsas ki riayat karte hue, un ke</w:t>
      </w:r>
    </w:p>
    <w:p>
      <w:pPr>
        <w:jc w:val="right"/>
      </w:pPr>
      <w:r>
        <w:t>تو اللہ تعالیٰ نے فرمایا کہ ان کے ان کے اس احساس کی رعایت کرتے ہوئے، ان کے</w:t>
      </w:r>
    </w:p>
    <w:p>
      <w:r>
        <w:rPr>
          <w:b/>
        </w:rPr>
        <w:t xml:space="preserve">[08:17] </w:t>
      </w:r>
      <w:r>
        <w:t>is ehsas ki riayat karte hue farmaya ke unhein bhi kuch de do.</w:t>
      </w:r>
    </w:p>
    <w:p>
      <w:pPr>
        <w:jc w:val="right"/>
      </w:pPr>
      <w:r>
        <w:t>اس احساس کی رعایت کرتے ہوئے فرمایا کہ انہیں بھی کچھ دے دو۔</w:t>
      </w:r>
    </w:p>
    <w:p>
      <w:r>
        <w:rPr>
          <w:b/>
        </w:rPr>
        <w:t xml:space="preserve">[08:24] </w:t>
      </w:r>
      <w:r>
        <w:t>to yeh sab sochte hue mein socha ke ke qayamat aaye gi, harsh ke maidan mein mein pohanchaya</w:t>
      </w:r>
    </w:p>
    <w:p>
      <w:pPr>
        <w:jc w:val="right"/>
      </w:pPr>
      <w:r>
        <w:t>تو یہ سب سوچتے ہوئے میں سوچا کہ کہ قیامت آئے گی، حرش کے میدان میں میں پہنچایا</w:t>
      </w:r>
    </w:p>
    <w:p>
      <w:r>
        <w:rPr>
          <w:b/>
        </w:rPr>
        <w:t xml:space="preserve">[08:34] </w:t>
      </w:r>
      <w:r>
        <w:t>jaoonga, wahan sab logon ko jannat ka ticket mil raha hoga, aur mein shayad kisi jhaari ke</w:t>
      </w:r>
    </w:p>
    <w:p>
      <w:pPr>
        <w:jc w:val="right"/>
      </w:pPr>
      <w:r>
        <w:t>جاؤں گا، وہاں سب لوگوں کو جنت کا ٹکٹ مل رہا ہوگا، اور میں شاید کسی جھاڑی کے</w:t>
      </w:r>
    </w:p>
    <w:p>
      <w:r>
        <w:rPr>
          <w:b/>
        </w:rPr>
        <w:t xml:space="preserve">[08:44] </w:t>
      </w:r>
      <w:r>
        <w:t>peechay khara hua ro raha hoon ga ke agar mere paas bhi awwal</w:t>
      </w:r>
    </w:p>
    <w:p>
      <w:pPr>
        <w:jc w:val="right"/>
      </w:pPr>
      <w:r>
        <w:t>پیچھے کھڑا ہوا رو رہا ہوں گا کہ اگر میرے پاس بھی اول</w:t>
      </w:r>
    </w:p>
    <w:p>
      <w:r>
        <w:rPr>
          <w:b/>
        </w:rPr>
        <w:t xml:space="preserve">[08:54] </w:t>
      </w:r>
      <w:r>
        <w:t>hota to shayad mujh ko bhi jannat milti.</w:t>
      </w:r>
    </w:p>
    <w:p>
      <w:pPr>
        <w:jc w:val="right"/>
      </w:pPr>
      <w:r>
        <w:t>ہوتا تو شاید مجھ کو بھی جنت ملتی۔</w:t>
      </w:r>
    </w:p>
    <w:p>
      <w:r>
        <w:rPr>
          <w:b/>
        </w:rPr>
        <w:t xml:space="preserve">[09:00] </w:t>
      </w:r>
      <w:r>
        <w:t>to jis tarah se wahan mein khara hua tha, gaon mein mere bhai ja chukay thay, woh khara tha.</w:t>
      </w:r>
    </w:p>
    <w:p>
      <w:pPr>
        <w:jc w:val="right"/>
      </w:pPr>
      <w:r>
        <w:t>تو جس طرح سے وہاں میں کھڑا ہوا تھا، گاؤں میں میرے بھائی جا چکے تھے، وہ کھڑا تھا۔</w:t>
      </w:r>
    </w:p>
    <w:p>
      <w:r>
        <w:rPr>
          <w:b/>
        </w:rPr>
        <w:t xml:space="preserve">[09:06] </w:t>
      </w:r>
      <w:r>
        <w:t>to mujhe nahi maloom ke is waqt mere dil mein kuch aaya hoga, lekin akhirat harsh ko le</w:t>
      </w:r>
    </w:p>
    <w:p>
      <w:pPr>
        <w:jc w:val="right"/>
      </w:pPr>
      <w:r>
        <w:t>تو مجھے نہیں معلوم کہ اس وقت میرے دل میں کچھ آیا ہوگا، لیکن آخرت حرش کو لے</w:t>
      </w:r>
    </w:p>
    <w:p>
      <w:r>
        <w:rPr>
          <w:b/>
        </w:rPr>
        <w:t xml:space="preserve">[09:13] </w:t>
      </w:r>
      <w:r>
        <w:t>kar mein ne socha ke jab wahan jannat ka ticket taqseem ho raha hoga, aur mein aik kinare</w:t>
      </w:r>
    </w:p>
    <w:p>
      <w:pPr>
        <w:jc w:val="right"/>
      </w:pPr>
      <w:r>
        <w:t>کر میں نے سوچا کہ جب وہاں جنت کا ٹکٹ تقسیم ہو رہا ہوگا، اور میں ایک کنارے</w:t>
      </w:r>
    </w:p>
    <w:p>
      <w:r>
        <w:rPr>
          <w:b/>
        </w:rPr>
        <w:t xml:space="preserve">[09:19] </w:t>
      </w:r>
      <w:r>
        <w:t>khara hoon ga,</w:t>
      </w:r>
    </w:p>
    <w:p>
      <w:pPr>
        <w:jc w:val="right"/>
      </w:pPr>
      <w:r>
        <w:t>کھڑا ہوں گا،</w:t>
      </w:r>
    </w:p>
    <w:p>
      <w:r>
        <w:rPr>
          <w:b/>
        </w:rPr>
        <w:t xml:space="preserve">[09:25] </w:t>
      </w:r>
      <w:r>
        <w:t>to shayad mere dil mein yeh khayal aaye ga ke agar mere paas bhi amal hota to aaj</w:t>
      </w:r>
    </w:p>
    <w:p>
      <w:pPr>
        <w:jc w:val="right"/>
      </w:pPr>
      <w:r>
        <w:t>تو شاید میرے دل میں یہ خیال آئے گا کہ اگر میرے پاس بھی عمل ہوتا تو آج</w:t>
      </w:r>
    </w:p>
    <w:p>
      <w:r>
        <w:rPr>
          <w:b/>
        </w:rPr>
        <w:t xml:space="preserve">[09:33] </w:t>
      </w:r>
      <w:r>
        <w:t>mujh ko bhi jannat milti, aaj mujh ko bhi Allah ki rehmat ka hissa milta.</w:t>
      </w:r>
    </w:p>
    <w:p>
      <w:pPr>
        <w:jc w:val="right"/>
      </w:pPr>
      <w:r>
        <w:t>مجھ کو بھی جنت ملتی، آج مجھ کو بھی اللہ کی رحمت کا حصہ ملتا۔</w:t>
      </w:r>
    </w:p>
    <w:p>
      <w:r>
        <w:rPr>
          <w:b/>
        </w:rPr>
        <w:t xml:space="preserve">[09:41] </w:t>
      </w:r>
      <w:r>
        <w:t>to us waqt meri zuban se nikla ke kya kya Khuda bhi aisa hai ke us ki rehmat</w:t>
      </w:r>
    </w:p>
    <w:p>
      <w:pPr>
        <w:jc w:val="right"/>
      </w:pPr>
      <w:r>
        <w:t>تو اس وقت میری زبان سے نکلا کہ کیا کیا خدا بھی ایسا ہے کہ اس کی رحمت</w:t>
      </w:r>
    </w:p>
    <w:p>
      <w:r>
        <w:rPr>
          <w:b/>
        </w:rPr>
        <w:t xml:space="preserve">[09:49] </w:t>
      </w:r>
      <w:r>
        <w:t>ki had aa jati hai, insaan ki had aa jati hai</w:t>
      </w:r>
    </w:p>
    <w:p>
      <w:pPr>
        <w:jc w:val="right"/>
      </w:pPr>
      <w:r>
        <w:t>کی حد آ جاتی ہے، انسان کی حد آ جاتی ہے</w:t>
      </w:r>
    </w:p>
    <w:p>
      <w:r>
        <w:rPr>
          <w:b/>
        </w:rPr>
        <w:t xml:space="preserve">[09:57] </w:t>
      </w:r>
      <w:r>
        <w:t>ke wahan tak woh de ga, us ke baad nahi de ga, wahan tak us ki bakhshish hogi,</w:t>
      </w:r>
    </w:p>
    <w:p>
      <w:pPr>
        <w:jc w:val="right"/>
      </w:pPr>
      <w:r>
        <w:t>کہ وہاں تک وہ دے گا، اس کے بعد نہیں دے گا، وہاں تک اس کی بخشش ہوگی،</w:t>
      </w:r>
    </w:p>
    <w:p>
      <w:r>
        <w:rPr>
          <w:b/>
        </w:rPr>
        <w:t xml:space="preserve">[10:03] </w:t>
      </w:r>
      <w:r>
        <w:t>us ke aagay nahi hogi.</w:t>
      </w:r>
    </w:p>
    <w:p>
      <w:pPr>
        <w:jc w:val="right"/>
      </w:pPr>
      <w:r>
        <w:t>اس کے آگے نہیں ہوگی۔</w:t>
      </w:r>
    </w:p>
    <w:p>
      <w:r>
        <w:rPr>
          <w:b/>
        </w:rPr>
        <w:t xml:space="preserve">[10:09] </w:t>
      </w:r>
      <w:r>
        <w:t>to yeh sochte hue mere dil mein aaya kya Khuda ki rehmat ki bhi had aa jaye gi.</w:t>
      </w:r>
    </w:p>
    <w:p>
      <w:pPr>
        <w:jc w:val="right"/>
      </w:pPr>
      <w:r>
        <w:t>تو یہ سوچتے ہوئے میرے دل میں آیا کیا خدا کی رحمت کی بھی حد آ جائے گی۔</w:t>
      </w:r>
    </w:p>
    <w:p>
      <w:r>
        <w:rPr>
          <w:b/>
        </w:rPr>
        <w:t xml:space="preserve">[10:15] </w:t>
      </w:r>
      <w:r>
        <w:t>to us waqt mein ne socha ke shayad Allah taala yeh kahein ke bhai is insaan ko bhi</w:t>
      </w:r>
    </w:p>
    <w:p>
      <w:pPr>
        <w:jc w:val="right"/>
      </w:pPr>
      <w:r>
        <w:t>تو اس وقت میں نے سوچا کہ شاید اللہ تعالیٰ یہ کہیں کہ بھئی اس انسان کو بھی</w:t>
      </w:r>
    </w:p>
    <w:p>
      <w:r>
        <w:rPr>
          <w:b/>
        </w:rPr>
        <w:t xml:space="preserve">[10:22] </w:t>
      </w:r>
      <w:r>
        <w:t>le lo, agarchay woh mustahiq nahi hai, lekin</w:t>
      </w:r>
    </w:p>
    <w:p>
      <w:pPr>
        <w:jc w:val="right"/>
      </w:pPr>
      <w:r>
        <w:t>لے لو، اگرچہ وہ مستحق نہیں ہے، لیکن</w:t>
      </w:r>
    </w:p>
    <w:p>
      <w:r>
        <w:rPr>
          <w:b/>
        </w:rPr>
        <w:t xml:space="preserve">[10:28] </w:t>
      </w:r>
      <w:r>
        <w:t>us ke dil mein jannat ka shauq to hai, to us ko bhi le lo.</w:t>
      </w:r>
    </w:p>
    <w:p>
      <w:pPr>
        <w:jc w:val="right"/>
      </w:pPr>
      <w:r>
        <w:t>اس کے دل میں جنت کا شوق تو ہے، تو اس کو بھی لے لو۔</w:t>
      </w:r>
    </w:p>
    <w:p>
      <w:r>
        <w:rPr>
          <w:b/>
        </w:rPr>
        <w:t xml:space="preserve">[10:33] </w:t>
      </w:r>
      <w:r>
        <w:t>to is tarah ki bohat si baatein mere dil mein aaein.</w:t>
      </w:r>
    </w:p>
    <w:p>
      <w:pPr>
        <w:jc w:val="right"/>
      </w:pPr>
      <w:r>
        <w:t>تو اس طرح کی بہت سی باتیں میرے دل میں آئیں۔</w:t>
      </w:r>
    </w:p>
    <w:p>
      <w:r>
        <w:rPr>
          <w:b/>
        </w:rPr>
        <w:t xml:space="preserve">[10:38] </w:t>
      </w:r>
      <w:r>
        <w:t>to maine socha ke negative mein bhi positive hota hai.</w:t>
      </w:r>
    </w:p>
    <w:p>
      <w:pPr>
        <w:jc w:val="right"/>
      </w:pPr>
      <w:r>
        <w:t>تو میں نے سوچا کہ نیگیٹیو میں بھی پازیٹیو ہوتا ہے۔</w:t>
      </w:r>
    </w:p>
    <w:p>
      <w:r>
        <w:rPr>
          <w:b/>
        </w:rPr>
        <w:t xml:space="preserve">[10:43] </w:t>
      </w:r>
      <w:r>
        <w:t>aap mehroom hon tab bhi is mein aik paane ka pehlu mojood hota hai, insaan ki nisbat se</w:t>
      </w:r>
    </w:p>
    <w:p>
      <w:pPr>
        <w:jc w:val="right"/>
      </w:pPr>
      <w:r>
        <w:t>آپ محروم ہوں تب بھی اس میں ایک پانے کا پہلو موجود ہوتا ہے، انسان کی نسبت سے</w:t>
      </w:r>
    </w:p>
    <w:p>
      <w:r>
        <w:rPr>
          <w:b/>
        </w:rPr>
        <w:t xml:space="preserve">[10:48] </w:t>
      </w:r>
      <w:r>
        <w:t>bhi, Khuda ki nisbat se bhi.</w:t>
      </w:r>
    </w:p>
    <w:p>
      <w:pPr>
        <w:jc w:val="right"/>
      </w:pPr>
      <w:r>
        <w:t>بھی، خدا کی نسبت سے بھی۔</w:t>
      </w:r>
    </w:p>
    <w:p>
      <w:r>
        <w:rPr>
          <w:b/>
        </w:rPr>
        <w:t xml:space="preserve">[10:53] </w:t>
      </w:r>
      <w:r>
        <w:t>aur khaas tor par is waqt aap ki zabaan</w:t>
      </w:r>
    </w:p>
    <w:p>
      <w:pPr>
        <w:jc w:val="right"/>
      </w:pPr>
      <w:r>
        <w:t>اور خاص طور پر اس وقت آپ کی زبان</w:t>
      </w:r>
    </w:p>
    <w:p>
      <w:r>
        <w:rPr>
          <w:b/>
        </w:rPr>
        <w:t xml:space="preserve">[10:58] </w:t>
      </w:r>
      <w:r>
        <w:t>se aisi duaen nikalti hain jo Allah ki rehmat ko anook karne wali hoti hain, anook karne wali,</w:t>
      </w:r>
    </w:p>
    <w:p>
      <w:pPr>
        <w:jc w:val="right"/>
      </w:pPr>
      <w:r>
        <w:t>سے ایسی دعائیں نکلتی ہیں جو اللہ کی رحمت کو انوک کرنے والی ہوتی ہیں، انوک کرنے والی،</w:t>
      </w:r>
    </w:p>
    <w:p>
      <w:r>
        <w:rPr>
          <w:b/>
        </w:rPr>
        <w:t xml:space="preserve">[11:04] </w:t>
      </w:r>
      <w:r>
        <w:t>anook karne wali.</w:t>
      </w:r>
    </w:p>
    <w:p>
      <w:pPr>
        <w:jc w:val="right"/>
      </w:pPr>
      <w:r>
        <w:t>انوک کرنے والی۔</w:t>
      </w:r>
    </w:p>
    <w:p>
      <w:r>
        <w:rPr>
          <w:b/>
        </w:rPr>
        <w:t xml:space="preserve">[11:10] </w:t>
      </w:r>
      <w:r>
        <w:t>jaise aik qissa maine parha tha Sir Syed ke baray mein, jab unhon ne Aligarh mein</w:t>
      </w:r>
    </w:p>
    <w:p>
      <w:pPr>
        <w:jc w:val="right"/>
      </w:pPr>
      <w:r>
        <w:t>جیسے ایک قصہ میں نے پڑھا تھا سر سید کے بارے میں، جب انہوں نے علی گڑھ میں</w:t>
      </w:r>
    </w:p>
    <w:p>
      <w:r>
        <w:rPr>
          <w:b/>
        </w:rPr>
        <w:t xml:space="preserve">[11:16] </w:t>
      </w:r>
      <w:r>
        <w:t>college banaya tha to chanda le kar banaya tha.</w:t>
      </w:r>
    </w:p>
    <w:p>
      <w:pPr>
        <w:jc w:val="right"/>
      </w:pPr>
      <w:r>
        <w:t>کالج بنایا تھا تو چندہ لے کر بنایا تھا۔</w:t>
      </w:r>
    </w:p>
    <w:p>
      <w:r>
        <w:rPr>
          <w:b/>
        </w:rPr>
        <w:t xml:space="preserve">[11:22] </w:t>
      </w:r>
      <w:r>
        <w:t>to aik Nawab sahab thay, un ke haan gaye chanday ke liye.</w:t>
      </w:r>
    </w:p>
    <w:p>
      <w:pPr>
        <w:jc w:val="right"/>
      </w:pPr>
      <w:r>
        <w:t>تو ایک نواب صاحب تھے، ان کے ہاں گئے چندے کے لیے۔</w:t>
      </w:r>
    </w:p>
    <w:p>
      <w:r>
        <w:rPr>
          <w:b/>
        </w:rPr>
        <w:t xml:space="preserve">[11:28] </w:t>
      </w:r>
      <w:r>
        <w:t>to Nawab sahab Sir Syed se ghussa thay, to unhon ne woh mile, un se mile nahi, un</w:t>
      </w:r>
    </w:p>
    <w:p>
      <w:pPr>
        <w:jc w:val="right"/>
      </w:pPr>
      <w:r>
        <w:t>تو نواب صاحب سر سید سے غصہ تھے، تو انہوں نے وہ ملے، ان سے ملے نہیں، ان</w:t>
      </w:r>
    </w:p>
    <w:p>
      <w:r>
        <w:rPr>
          <w:b/>
        </w:rPr>
        <w:t xml:space="preserve">[11:34] </w:t>
      </w:r>
      <w:r>
        <w:t>ko kaha ke aap jaiye, mujhe aap mujhe kuch chanda nahi dena aap ko.</w:t>
      </w:r>
    </w:p>
    <w:p>
      <w:pPr>
        <w:jc w:val="right"/>
      </w:pPr>
      <w:r>
        <w:t>کو کہا کہ آپ جائیے، مجھے آپ مجھے کچھ چندہ نہیں دینا آپ کو۔</w:t>
      </w:r>
    </w:p>
    <w:p>
      <w:r>
        <w:rPr>
          <w:b/>
        </w:rPr>
        <w:t xml:space="preserve">[11:40] </w:t>
      </w:r>
      <w:r>
        <w:t>to Sir Syed bahar nikle to wahan Nawab sahab ke gate par faqiron ki line thi, kyunke jab</w:t>
      </w:r>
    </w:p>
    <w:p>
      <w:pPr>
        <w:jc w:val="right"/>
      </w:pPr>
      <w:r>
        <w:t>تو سر سید باہر نکلے تو وہاں نواب صاحب کے گیٹ پر فقیروں کی لائن تھی، کیونکہ جب</w:t>
      </w:r>
    </w:p>
    <w:p>
      <w:r>
        <w:rPr>
          <w:b/>
        </w:rPr>
        <w:t xml:space="preserve">[11:47] </w:t>
      </w:r>
      <w:r>
        <w:t>Nawab sahab nikaltay thay to faqiron ko paisa de dete thay.</w:t>
      </w:r>
    </w:p>
    <w:p>
      <w:pPr>
        <w:jc w:val="right"/>
      </w:pPr>
      <w:r>
        <w:t>نواب صاحب نکلتے تھے تو فقیروں کو پیسہ دے دیتے تھے۔</w:t>
      </w:r>
    </w:p>
    <w:p>
      <w:r>
        <w:rPr>
          <w:b/>
        </w:rPr>
        <w:t xml:space="preserve">[11:53] </w:t>
      </w:r>
      <w:r>
        <w:t>yeh isi mein baith gaye,</w:t>
      </w:r>
    </w:p>
    <w:p>
      <w:pPr>
        <w:jc w:val="right"/>
      </w:pPr>
      <w:r>
        <w:t>یہ اسی میں بیٹھ گئے،</w:t>
      </w:r>
    </w:p>
    <w:p>
      <w:r>
        <w:rPr>
          <w:b/>
        </w:rPr>
        <w:t xml:space="preserve">[11:59] </w:t>
      </w:r>
      <w:r>
        <w:t>apni topi jo sar se utaar kar ke zameen par saamne rakh liya.</w:t>
      </w:r>
    </w:p>
    <w:p>
      <w:pPr>
        <w:jc w:val="right"/>
      </w:pPr>
      <w:r>
        <w:t>اپنی ٹوپی جو سر سے اتار کر کے زمین پر سامنے رکھ لیا۔</w:t>
      </w:r>
    </w:p>
    <w:p>
      <w:r>
        <w:rPr>
          <w:b/>
        </w:rPr>
        <w:t xml:space="preserve">[12:07] </w:t>
      </w:r>
      <w:r>
        <w:t>to Nawab sahab jab wahan pohanchay aur dekha ke Sir Syed yahan faqiron ke saath baithe hue hain,</w:t>
      </w:r>
    </w:p>
    <w:p>
      <w:pPr>
        <w:jc w:val="right"/>
      </w:pPr>
      <w:r>
        <w:t>تو نواب صاحب جب وہاں پہنچے اور دیکھا کہ سر سید یہاں فقیروں کے ساتھ بیٹھے ہوئے ہیں،</w:t>
      </w:r>
    </w:p>
    <w:p>
      <w:r>
        <w:rPr>
          <w:b/>
        </w:rPr>
        <w:t xml:space="preserve">[12:14] </w:t>
      </w:r>
      <w:r>
        <w:t>to Nawab sahab ne kaha: "Sir Syed, tum yahan kahan ho?" to Sir Syed ne kaha ke aap</w:t>
      </w:r>
    </w:p>
    <w:p>
      <w:pPr>
        <w:jc w:val="right"/>
      </w:pPr>
      <w:r>
        <w:t>تو نواب صاحب نے کہا: "سر سید، تم یہاں کہاں ہو؟" تو سر سید نے کہا کہ آپ</w:t>
      </w:r>
    </w:p>
    <w:p>
      <w:r>
        <w:rPr>
          <w:b/>
        </w:rPr>
        <w:t xml:space="preserve">[12:22] </w:t>
      </w:r>
      <w:r>
        <w:t>ne mujh ko</w:t>
      </w:r>
    </w:p>
    <w:p>
      <w:pPr>
        <w:jc w:val="right"/>
      </w:pPr>
      <w:r>
        <w:t>نے مجھ کو</w:t>
      </w:r>
    </w:p>
    <w:p>
      <w:r>
        <w:rPr>
          <w:b/>
        </w:rPr>
        <w:t xml:space="preserve">[12:29] </w:t>
      </w:r>
      <w:r>
        <w:t>chanda nahi diya, yahan mein baitha hoon ke shayad aap us ko bak de dein.</w:t>
      </w:r>
    </w:p>
    <w:p>
      <w:pPr>
        <w:jc w:val="right"/>
      </w:pPr>
      <w:r>
        <w:t>چندہ نہیں دیا، یہاں میں بیٹھا ہوں کہ شاید آپ اس کو بک دے دیں۔</w:t>
      </w:r>
    </w:p>
    <w:p>
      <w:r>
        <w:rPr>
          <w:b/>
        </w:rPr>
        <w:t xml:space="preserve">[12:37] </w:t>
      </w:r>
      <w:r>
        <w:t>to Sir Syed ke alfaaz Nawab sahab ki hamdardaana jo jazba tha, un ke andar us ko anook</w:t>
      </w:r>
    </w:p>
    <w:p>
      <w:pPr>
        <w:jc w:val="right"/>
      </w:pPr>
      <w:r>
        <w:t>تو سر سید کے الفاظ نواب صاحب کی ہمدردانہ جو جذبہ تھا، ان کے اندر اس کو انوک</w:t>
      </w:r>
    </w:p>
    <w:p>
      <w:r>
        <w:rPr>
          <w:b/>
        </w:rPr>
        <w:t xml:space="preserve">[12:44] </w:t>
      </w:r>
      <w:r>
        <w:t>karne walay thay.</w:t>
      </w:r>
    </w:p>
    <w:p>
      <w:pPr>
        <w:jc w:val="right"/>
      </w:pPr>
      <w:r>
        <w:t>کرنے والے تھے۔</w:t>
      </w:r>
    </w:p>
    <w:p>
      <w:r>
        <w:rPr>
          <w:b/>
        </w:rPr>
        <w:t xml:space="preserve">[12:52] </w:t>
      </w:r>
      <w:r>
        <w:t>to un ka woh jazba anook ho gaya, woh un ko apne ghar ke andar le gaye,</w:t>
      </w:r>
    </w:p>
    <w:p>
      <w:pPr>
        <w:jc w:val="right"/>
      </w:pPr>
      <w:r>
        <w:t>تو ان کا وہ جذبہ انوک ہو گیا، وہ ان کو اپنے گھر کے اندر لے گئے،</w:t>
      </w:r>
    </w:p>
    <w:p>
      <w:r>
        <w:rPr>
          <w:b/>
        </w:rPr>
        <w:t xml:space="preserve">[12:59] </w:t>
      </w:r>
      <w:r>
        <w:t>izzat ke sath bithaya aur us ko chanda chanda bhi diya. to dekhiye, jo log ramzan mein khoob khate hain ke sham tak bhookh na lage, wo acha nahi karte, wo aap ko khuloof se mehroom kar rahe hain, wo apne aap ko khuloof se mehroom kar rahe hain. yani wo jo aadmi ke andar bhookh se jo tadap ati hai, jo eh</w:t>
      </w:r>
    </w:p>
    <w:p>
      <w:pPr>
        <w:jc w:val="right"/>
      </w:pPr>
      <w:r>
        <w:t>عزت کے ساتھ بٹھایا اور اس کو چندہ چندہ بھی دیا۔ تو دیکھیے، جو لوگ رمضان میں خوب کھاتے ہیں کہ شام تک بھوک نہ لگے، وہ اچھا نہیں کرتے، وہ آپ کو خلوف سے محروم کر رہے ہیں، وہ اپنے آپ کو خلوف سے محروم کر رہے ہیں۔ یعنی وہ جو آدمی کے اندر بھوک سے جو تڑپ آتی ہے، جو اح</w:t>
      </w:r>
    </w:p>
    <w:p>
      <w:r>
        <w:rPr>
          <w:b/>
        </w:rPr>
        <w:t xml:space="preserve">[13:29] </w:t>
      </w:r>
      <w:r>
        <w:t>saas hota hai ke Khuda agar zameen mein saal na hota, chawal aur gaon na paida hota to</w:t>
      </w:r>
    </w:p>
    <w:p>
      <w:pPr>
        <w:jc w:val="right"/>
      </w:pPr>
      <w:r>
        <w:t>ساس ہوتا ہے کہ خدا اگر زمین میں سال نہ ہوتا، چاول اور گاؤں نہ پیدا ہوتا تو</w:t>
      </w:r>
    </w:p>
    <w:p>
      <w:r>
        <w:rPr>
          <w:b/>
        </w:rPr>
        <w:t xml:space="preserve">[13:37] </w:t>
      </w:r>
      <w:r>
        <w:t>hamara haal kya hota? Khuda pani na banata to hamara haal kya hota? to is bhook mein, is</w:t>
      </w:r>
    </w:p>
    <w:p>
      <w:pPr>
        <w:jc w:val="right"/>
      </w:pPr>
      <w:r>
        <w:t>ہمارا حال کیا ہوتا؟ خدا پانی نہ بناتا تو ہمارا حال کیا ہوتا؟ تو اس بھوک میں، اس</w:t>
      </w:r>
    </w:p>
    <w:p>
      <w:r>
        <w:rPr>
          <w:b/>
        </w:rPr>
        <w:t xml:space="preserve">[13:44] </w:t>
      </w:r>
      <w:r>
        <w:t>pyas mein aadmi ke andar bhook aur pyas bظاہر ek negative cheez hai, lekin is mein jo tarap</w:t>
      </w:r>
    </w:p>
    <w:p>
      <w:pPr>
        <w:jc w:val="right"/>
      </w:pPr>
      <w:r>
        <w:t>پیاس میں آدمی کے اندر بھوک اور پیاس بظاہر ایک نیگیٹیو چیز ہے، لیکن اس میں جو تڑپ</w:t>
      </w:r>
    </w:p>
    <w:p>
      <w:r>
        <w:rPr>
          <w:b/>
        </w:rPr>
        <w:t xml:space="preserve">[13:52] </w:t>
      </w:r>
      <w:r>
        <w:t>paida hoti hai, jo k</w:t>
      </w:r>
    </w:p>
    <w:p>
      <w:pPr>
        <w:jc w:val="right"/>
      </w:pPr>
      <w:r>
        <w:t>پیدا ہوتی ہے، جو ک</w:t>
      </w:r>
    </w:p>
    <w:p>
      <w:r>
        <w:rPr>
          <w:b/>
        </w:rPr>
        <w:t xml:space="preserve">[14:00] </w:t>
      </w:r>
      <w:r>
        <w:t>reativity aati hai, aur jo Allah ki rehmat ko invoke karne wale alfaaz nikalte hain, is se woh</w:t>
      </w:r>
    </w:p>
    <w:p>
      <w:pPr>
        <w:jc w:val="right"/>
      </w:pPr>
      <w:r>
        <w:t>ریٹیوٹی آتی ہے، اور جو اللہ کی رحمت کو انوک کرنے والے الفاظ نکلتے ہیں، اس سے وہ</w:t>
      </w:r>
    </w:p>
    <w:p>
      <w:r>
        <w:rPr>
          <w:b/>
        </w:rPr>
        <w:t xml:space="preserve">[14:06] </w:t>
      </w:r>
      <w:r>
        <w:t>mehroom ho jate hain.</w:t>
      </w:r>
    </w:p>
    <w:p>
      <w:pPr>
        <w:jc w:val="right"/>
      </w:pPr>
      <w:r>
        <w:t>محروم ہو جاتے ہیں۔</w:t>
      </w:r>
    </w:p>
    <w:p>
      <w:r>
        <w:rPr>
          <w:b/>
        </w:rPr>
        <w:t xml:space="preserve">[14:12] </w:t>
      </w:r>
      <w:r>
        <w:t>khoob khate hain, khoob khate hain to is se mehroom ho jate hain.</w:t>
      </w:r>
    </w:p>
    <w:p>
      <w:pPr>
        <w:jc w:val="right"/>
      </w:pPr>
      <w:r>
        <w:t>خوب کھاتے ہیں، خوب کھاتے ہیں تو اس سے محروم ہو جاتے ہیں۔</w:t>
      </w:r>
    </w:p>
    <w:p>
      <w:r>
        <w:rPr>
          <w:b/>
        </w:rPr>
        <w:t xml:space="preserve">[14:18] </w:t>
      </w:r>
      <w:r>
        <w:t>to bas samajhta hoon ke yeh aqalmandi nahi hai ke aap roze mein khoob khayein taake sham tak</w:t>
      </w:r>
    </w:p>
    <w:p>
      <w:pPr>
        <w:jc w:val="right"/>
      </w:pPr>
      <w:r>
        <w:t>تو بس سمجھتا ہوں کہ یہ عقلمندی نہیں ہے کہ آپ روزے میں خوب کھائیں تاکہ شام تک</w:t>
      </w:r>
    </w:p>
    <w:p>
      <w:r>
        <w:rPr>
          <w:b/>
        </w:rPr>
        <w:t xml:space="preserve">[14:24] </w:t>
      </w:r>
      <w:r>
        <w:t>ka bhook na lage aap ko, aur phir aap is bari cheez se mehroom</w:t>
      </w:r>
    </w:p>
    <w:p>
      <w:pPr>
        <w:jc w:val="right"/>
      </w:pPr>
      <w:r>
        <w:t>کا بھوک نہ لگے آپ کو، اور پھر آپ اس بڑی چیز سے محروم</w:t>
      </w:r>
    </w:p>
    <w:p>
      <w:r>
        <w:rPr>
          <w:b/>
        </w:rPr>
        <w:t xml:space="preserve">[14:30] </w:t>
      </w:r>
      <w:r>
        <w:t>ho jayein, Allah ki rehmat se.</w:t>
      </w:r>
    </w:p>
    <w:p>
      <w:pPr>
        <w:jc w:val="right"/>
      </w:pPr>
      <w:r>
        <w:t>ہو جائیں، اللہ کی رحمت سے۔</w:t>
      </w:r>
    </w:p>
    <w:p>
      <w:r>
        <w:rPr>
          <w:b/>
        </w:rPr>
        <w:t xml:space="preserve">[14:34] </w:t>
      </w:r>
      <w:r>
        <w:t>yani bhook to na lage aap ko, lekin aap Allah ki rehmat se mehroom ho jayein.</w:t>
      </w:r>
    </w:p>
    <w:p>
      <w:pPr>
        <w:jc w:val="right"/>
      </w:pPr>
      <w:r>
        <w:t>یعنی بھوک تو نہ لگے آپ کو، لیکن آپ اللہ کی رحمت سے محروم ہو جائیں۔</w:t>
      </w:r>
    </w:p>
    <w:p>
      <w:r>
        <w:rPr>
          <w:b/>
        </w:rPr>
        <w:t xml:space="preserve">[14:39] </w:t>
      </w:r>
      <w:r>
        <w:t>kaisi ajeeb baat hai!</w:t>
      </w:r>
    </w:p>
    <w:p>
      <w:pPr>
        <w:jc w:val="right"/>
      </w:pPr>
      <w:r>
        <w:t>کیسی عجیب بات ہے!</w:t>
      </w:r>
    </w:p>
    <w:p>
      <w:r>
        <w:rPr>
          <w:b/>
        </w:rPr>
        <w:t xml:space="preserve">[14:44] </w:t>
      </w:r>
      <w:r>
        <w:t>yeh bhook se to bachaya aap ne, lekin Allah ki rehmat se aap mehroom ho gaye.</w:t>
      </w:r>
    </w:p>
    <w:p>
      <w:pPr>
        <w:jc w:val="right"/>
      </w:pPr>
      <w:r>
        <w:t>یہ بھوک سے تو بچایا آپ نے، لیکن اللہ کی رحمت سے آپ محروم ہو گئے۔</w:t>
      </w:r>
    </w:p>
    <w:p>
      <w:r>
        <w:rPr>
          <w:b/>
        </w:rPr>
        <w:t xml:space="preserve">[14:48] </w:t>
      </w:r>
      <w:r>
        <w:t>aap ghor kijiye, kaisi ajeeb baat hai!</w:t>
      </w:r>
    </w:p>
    <w:p>
      <w:pPr>
        <w:jc w:val="right"/>
      </w:pPr>
      <w:r>
        <w:t>آپ غور کیجئے، کیسی عجیب بات ہے!</w:t>
      </w:r>
    </w:p>
    <w:p>
      <w:r>
        <w:rPr>
          <w:b/>
        </w:rPr>
        <w:t xml:space="preserve">[14:53] </w:t>
      </w:r>
      <w:r>
        <w:t>kaisi ajeeb baat hai!</w:t>
      </w:r>
    </w:p>
    <w:p>
      <w:pPr>
        <w:jc w:val="right"/>
      </w:pPr>
      <w:r>
        <w:t>کیسی عجیب بات ہے!</w:t>
      </w:r>
    </w:p>
    <w:p>
      <w:r>
        <w:rPr>
          <w:b/>
        </w:rPr>
        <w:t xml:space="preserve">[14:57] </w:t>
      </w:r>
      <w:r>
        <w:t>aam taur par mizaj yeh hai, mein jahan tak janta hoon, ke log khoob dhoom se khate hain</w:t>
      </w:r>
    </w:p>
    <w:p>
      <w:pPr>
        <w:jc w:val="right"/>
      </w:pPr>
      <w:r>
        <w:t>عام طور پر مزاج یہ ہے، میں جہاں تک جانتا ہوں، کہ لوگ خوب دھوم سے کھاتے ہیں</w:t>
      </w:r>
    </w:p>
    <w:p>
      <w:r>
        <w:rPr>
          <w:b/>
        </w:rPr>
        <w:t xml:space="preserve">[15:02] </w:t>
      </w:r>
      <w:r>
        <w:t>iftar ke waqt, sehri ke waqt, din bhar ke, balke din bhar khane hi ka, ghar ke andar</w:t>
      </w:r>
    </w:p>
    <w:p>
      <w:pPr>
        <w:jc w:val="right"/>
      </w:pPr>
      <w:r>
        <w:t>افطار کے وقت، سحری کے وقت، دن بھر کے، بلکہ دن بھر کھانے ہی کا، گھر کے اندر</w:t>
      </w:r>
    </w:p>
    <w:p>
      <w:r>
        <w:rPr>
          <w:b/>
        </w:rPr>
        <w:t xml:space="preserve">[15:09] </w:t>
      </w:r>
      <w:r>
        <w:t>din bhar khane hi ka mahaul rehta hai, tayyar karne ka.</w:t>
      </w:r>
    </w:p>
    <w:p>
      <w:pPr>
        <w:jc w:val="right"/>
      </w:pPr>
      <w:r>
        <w:t>دن بھر کھانے ہی کا ماحول رہتا ہے، تیار کرنے کا۔</w:t>
      </w:r>
    </w:p>
    <w:p>
      <w:r>
        <w:rPr>
          <w:b/>
        </w:rPr>
        <w:t xml:space="preserve">[15:17] </w:t>
      </w:r>
      <w:r>
        <w:t>to phir jab itni dhoom se khate hain to sara din is tarah guzra guzra jata hai ke</w:t>
      </w:r>
    </w:p>
    <w:p>
      <w:pPr>
        <w:jc w:val="right"/>
      </w:pPr>
      <w:r>
        <w:t>تو پھر جب اتنی دھوم سے کھاتے ہیں تو سارا دن اس طرح گزرا گزرا جاتا ہے کہ</w:t>
      </w:r>
    </w:p>
    <w:p>
      <w:r>
        <w:rPr>
          <w:b/>
        </w:rPr>
        <w:t xml:space="preserve">[15:25] </w:t>
      </w:r>
      <w:r>
        <w:t>khuloof pata nahi hota, bhook ki tarap ka un ko tajurba nahi hota, un ko yaad nahi aata</w:t>
      </w:r>
    </w:p>
    <w:p>
      <w:pPr>
        <w:jc w:val="right"/>
      </w:pPr>
      <w:r>
        <w:t>خلوف پتہ نہیں ہوتا، بھوک کی تڑپ کا ان کو تجربہ نہیں ہوتا، ان کو یاد نہیں آتا</w:t>
      </w:r>
    </w:p>
    <w:p>
      <w:r>
        <w:rPr>
          <w:b/>
        </w:rPr>
        <w:t xml:space="preserve">[15:32] </w:t>
      </w:r>
      <w:r>
        <w:t>ke agar allah ne paida na kiya hota pani ko to kya hota? allah ne paida na kiya hota ghalla to kya hota? allah ne na diya hota oxygen to kya hota? waghera. to is ke mani ke aise logon ne apne aap ko bhookh se to bachaya, lekin allah ki rehmat se apne ko mehroom kar liya. ghor</w:t>
      </w:r>
    </w:p>
    <w:p>
      <w:pPr>
        <w:jc w:val="right"/>
      </w:pPr>
      <w:r>
        <w:t>کہ اگر اللہ نے پیدا نہ کیا ہوتا پانی کو تو کیا ہوتا؟ اللہ نے پیدا نہ کیا ہوتا غلہ تو کیا ہوتا؟ اللہ نے نہ دیا ہوتا اکسیجن تو کیا ہوتا؟ وغیرہ۔ تو اس کے معنی کہ ایسے لوگوں نے اپنے آپ کو بھوک سے تو بچایا، لیکن اللہ کی رحمت سے اپنے کو محروم کر لیا۔ غور</w:t>
      </w:r>
    </w:p>
    <w:p>
      <w:r>
        <w:rPr>
          <w:b/>
        </w:rPr>
        <w:t xml:space="preserve">[16:02] </w:t>
      </w:r>
      <w:r>
        <w:t>kijiye, kaisi ajeeb baat hai ke aadmi ek din ki bhook se apne ko bacha le aur abdi</w:t>
      </w:r>
    </w:p>
    <w:p>
      <w:pPr>
        <w:jc w:val="right"/>
      </w:pPr>
      <w:r>
        <w:t>کیجئے، کیسی عجیب بات ہے کہ آدمی ایک دن کی بھوک سے اپنے کو بچا لے اور ابدی</w:t>
      </w:r>
    </w:p>
    <w:p>
      <w:r>
        <w:rPr>
          <w:b/>
        </w:rPr>
        <w:t xml:space="preserve">[16:08] </w:t>
      </w:r>
      <w:r>
        <w:t>qism ki rehmat jo hai Allah ki, us se apne ko mehroom kar le.</w:t>
      </w:r>
    </w:p>
    <w:p>
      <w:pPr>
        <w:jc w:val="right"/>
      </w:pPr>
      <w:r>
        <w:t>قسم کی رحمت جو ہے اللہ کی، اس سے اپنے کو محروم کر لے۔</w:t>
      </w:r>
    </w:p>
    <w:p>
      <w:r>
        <w:rPr>
          <w:b/>
        </w:rPr>
        <w:t xml:space="preserve">[16:14] </w:t>
      </w:r>
      <w:r>
        <w:t>kaisi ajeeb baat hai!</w:t>
      </w:r>
    </w:p>
    <w:p>
      <w:pPr>
        <w:jc w:val="right"/>
      </w:pPr>
      <w:r>
        <w:t>کیسی عجیب بات ہے!</w:t>
      </w:r>
    </w:p>
    <w:p>
      <w:r>
        <w:rPr>
          <w:b/>
        </w:rPr>
        <w:t xml:space="preserve">[16:20] </w:t>
      </w:r>
      <w:r>
        <w:t>roze mein 30 din roza rakha jata hai, to 30 din sara raat din roza nahi hota.</w:t>
      </w:r>
    </w:p>
    <w:p>
      <w:pPr>
        <w:jc w:val="right"/>
      </w:pPr>
      <w:r>
        <w:t>روزے میں 30 دن روزہ رکھا جاتا ہے، تو 30 دن سارا رات دن روزہ نہیں ہوتا۔</w:t>
      </w:r>
    </w:p>
    <w:p>
      <w:r>
        <w:rPr>
          <w:b/>
        </w:rPr>
        <w:t xml:space="preserve">[16:27] </w:t>
      </w:r>
      <w:r>
        <w:t>aap raat ko khate hain,</w:t>
      </w:r>
    </w:p>
    <w:p>
      <w:pPr>
        <w:jc w:val="right"/>
      </w:pPr>
      <w:r>
        <w:t>آپ رات کو کھاتے ہیں،</w:t>
      </w:r>
    </w:p>
    <w:p>
      <w:r>
        <w:rPr>
          <w:b/>
        </w:rPr>
        <w:t xml:space="preserve">[16:33] </w:t>
      </w:r>
      <w:r>
        <w:t>sirf din ko dawn se dusk tak roza rakhte hain.</w:t>
      </w:r>
    </w:p>
    <w:p>
      <w:pPr>
        <w:jc w:val="right"/>
      </w:pPr>
      <w:r>
        <w:t>صرف دن کو ڈان سے ڈس تک روزہ رکھتے ہیں۔</w:t>
      </w:r>
    </w:p>
    <w:p>
      <w:r>
        <w:rPr>
          <w:b/>
        </w:rPr>
        <w:t xml:space="preserve">[16:43] </w:t>
      </w:r>
      <w:r>
        <w:t>to 30 din aap normal andaaz se khayein aur kuch bhook ka ehsaas ho aur khuloof ka tajurba</w:t>
      </w:r>
    </w:p>
    <w:p>
      <w:pPr>
        <w:jc w:val="right"/>
      </w:pPr>
      <w:r>
        <w:t>تو 30 دن آپ نارمل انداز سے کھائیں اور کچھ بھوک کا احساس ہو اور خلوف کا تجربہ</w:t>
      </w:r>
    </w:p>
    <w:p>
      <w:r>
        <w:rPr>
          <w:b/>
        </w:rPr>
        <w:t xml:space="preserve">[16:53] </w:t>
      </w:r>
      <w:r>
        <w:t>ho aap ko, is ki wajah se aap ke andar Allah ki rehmat ko invoke karne wali duaen niklein.</w:t>
      </w:r>
    </w:p>
    <w:p>
      <w:pPr>
        <w:jc w:val="right"/>
      </w:pPr>
      <w:r>
        <w:t>ہو آپ کو، اس کی وجہ سے آپ کے اندر اللہ کی رحمت کو انوک کرنے والی دعائیں نکلیں۔</w:t>
      </w:r>
    </w:p>
    <w:p>
      <w:r>
        <w:rPr>
          <w:b/>
        </w:rPr>
        <w:t xml:space="preserve">[17:03] </w:t>
      </w:r>
      <w:r>
        <w:t>wo zyada bari cheez hai ke yeh hai ke aap ko bhook ka tajurba hi na ho, khaas</w:t>
      </w:r>
    </w:p>
    <w:p>
      <w:pPr>
        <w:jc w:val="right"/>
      </w:pPr>
      <w:r>
        <w:t>وہ زیادہ بڑی چیز ہے کہ یہ ہے کہ آپ کو بھوک کا تجربہ ہی نہ ہو، خاص</w:t>
      </w:r>
    </w:p>
    <w:p>
      <w:r>
        <w:rPr>
          <w:b/>
        </w:rPr>
        <w:t xml:space="preserve">[17:11] </w:t>
      </w:r>
      <w:r>
        <w:t>tor par khane banaye jaate hain Ramzan mein jo bhook se bachane wale hote hain.</w:t>
      </w:r>
    </w:p>
    <w:p>
      <w:pPr>
        <w:jc w:val="right"/>
      </w:pPr>
      <w:r>
        <w:t>طور پر کھانے بنائے جاتے ہیں رمضان میں جو بھوک سے بچانے والے ہوتے ہیں۔</w:t>
      </w:r>
    </w:p>
    <w:p>
      <w:r>
        <w:rPr>
          <w:b/>
        </w:rPr>
        <w:t xml:space="preserve">[17:18] </w:t>
      </w:r>
      <w:r>
        <w:t>to dekhiye, Ramzan is liye nahi hai ke aap bhook se bachayein apne aap ko.</w:t>
      </w:r>
    </w:p>
    <w:p>
      <w:pPr>
        <w:jc w:val="right"/>
      </w:pPr>
      <w:r>
        <w:t>تو دیکھیے، رمضان اس لیے نہیں ہے کہ آپ بھوک سے بچائیں اپنے آپ کو۔</w:t>
      </w:r>
    </w:p>
    <w:p>
      <w:r>
        <w:rPr>
          <w:b/>
        </w:rPr>
        <w:t xml:space="preserve">[17:26] </w:t>
      </w:r>
      <w:r>
        <w:t>Ramzan is liye ke aap ko bhook lage, piyas lage</w:t>
      </w:r>
    </w:p>
    <w:p>
      <w:pPr>
        <w:jc w:val="right"/>
      </w:pPr>
      <w:r>
        <w:t>رمضان اس لیے کہ آپ کو بھوک لگے، پیاس لگے</w:t>
      </w:r>
    </w:p>
    <w:p>
      <w:r>
        <w:rPr>
          <w:b/>
        </w:rPr>
        <w:t xml:space="preserve">[17:34] </w:t>
      </w:r>
      <w:r>
        <w:t>taake aap ke andar, aap ke mind mein creativity aaye, aap ke mind mein awakening aaye, aap ke</w:t>
      </w:r>
    </w:p>
    <w:p>
      <w:pPr>
        <w:jc w:val="right"/>
      </w:pPr>
      <w:r>
        <w:t>تاکہ آپ کے اندر، آپ کے مائنڈ میں کریٹیوٹی آئے، آپ کے مائنڈ میں اویکننگ آئے، آپ کے</w:t>
      </w:r>
    </w:p>
    <w:p>
      <w:r>
        <w:rPr>
          <w:b/>
        </w:rPr>
        <w:t xml:space="preserve">[17:45] </w:t>
      </w:r>
      <w:r>
        <w:t>andar spiritual toofan aaye, aap ke zuban se Allah ki rehmat ko invoke karne wali duaen niklein.</w:t>
      </w:r>
    </w:p>
    <w:p>
      <w:pPr>
        <w:jc w:val="right"/>
      </w:pPr>
      <w:r>
        <w:t>اندر اسپریچول طوفان آئے، آپ کے زبان سے اللہ کی رحمت کو انوک کرنے والی دعائیں نکلیں۔</w:t>
      </w:r>
    </w:p>
    <w:p>
      <w:r>
        <w:rPr>
          <w:b/>
        </w:rPr>
        <w:t xml:space="preserve">[17:56] </w:t>
      </w:r>
      <w:r>
        <w:t>yeh hai bari cheez, yeh hai bari cheez!</w:t>
      </w:r>
    </w:p>
    <w:p>
      <w:pPr>
        <w:jc w:val="right"/>
      </w:pPr>
      <w:r>
        <w:t>یہ ہے بڑی چیز، یہ ہے بڑی چیز!</w:t>
      </w:r>
    </w:p>
    <w:p>
      <w:r>
        <w:rPr>
          <w:b/>
        </w:rPr>
        <w:t xml:space="preserve">[18:07] </w:t>
      </w:r>
      <w:r>
        <w:t>yeh ajeeb baat hai ke aaj se nahi, bohat pehle se ek culture aata hai, khoob khane wala.</w:t>
      </w:r>
    </w:p>
    <w:p>
      <w:pPr>
        <w:jc w:val="right"/>
      </w:pPr>
      <w:r>
        <w:t>یہ عجیب بات ہے کہ آج سے نہیں، بہت پہلے سے ایک کلچر آتا ہے، خوب کھانے والا۔</w:t>
      </w:r>
    </w:p>
    <w:p>
      <w:r>
        <w:rPr>
          <w:b/>
        </w:rPr>
        <w:t xml:space="preserve">[18:18] </w:t>
      </w:r>
      <w:r>
        <w:t>pehlay zamanay mein, kai so saal pehle ki baat hai, ek Farsi shayar ne ek shair kaha tha.</w:t>
      </w:r>
    </w:p>
    <w:p>
      <w:pPr>
        <w:jc w:val="right"/>
      </w:pPr>
      <w:r>
        <w:t>پہلے زمانے میں، کئی سو سال پہلے کی بات ہے، ایک فارسی شاعر نے ایک شعر کہا تھا۔</w:t>
      </w:r>
    </w:p>
    <w:p>
      <w:r>
        <w:rPr>
          <w:b/>
        </w:rPr>
        <w:t xml:space="preserve">[18:29] </w:t>
      </w:r>
      <w:r>
        <w:t>Farsi shayar ne ek shair kaha tha, mujhe shayar ka naam yaad nahi hai, Irani shayar tha:</w:t>
      </w:r>
    </w:p>
    <w:p>
      <w:pPr>
        <w:jc w:val="right"/>
      </w:pPr>
      <w:r>
        <w:t>فارسی شاعر نے ایک شعر کہا تھا، مجھے شاعر کا نام یاد نہیں ہے، ایرانی شاعر تھا:</w:t>
      </w:r>
    </w:p>
    <w:p>
      <w:r>
        <w:rPr>
          <w:b/>
        </w:rPr>
        <w:t xml:space="preserve">[18:41] </w:t>
      </w:r>
      <w:r>
        <w:t>"tan parvari khalq, fuzood shud darazat, jadd garmi iftar, nadarat Ramzan heech." is ka matlab yeh hai ke</w:t>
      </w:r>
    </w:p>
    <w:p>
      <w:pPr>
        <w:jc w:val="right"/>
      </w:pPr>
      <w:r>
        <w:t>"تن پروری خلق، فضو شد درازت، جد گرمی افطار، ندارت رمضان ہیج۔" اس کا مطلب یہ ہے کہ</w:t>
      </w:r>
    </w:p>
    <w:p>
      <w:r>
        <w:rPr>
          <w:b/>
        </w:rPr>
        <w:t xml:space="preserve">[18:51] </w:t>
      </w:r>
      <w:r>
        <w:t>roze mein logon ko khana peena aur badh gaya aur ram ram iftar ki dhoom aur sari ki</w:t>
      </w:r>
    </w:p>
    <w:p>
      <w:pPr>
        <w:jc w:val="right"/>
      </w:pPr>
      <w:r>
        <w:t>روزے میں لوگوں کو کھانا پینا اور بڑھ گیا اور رم رم افطار کی دھوم اور ساری کی</w:t>
      </w:r>
    </w:p>
    <w:p>
      <w:r>
        <w:rPr>
          <w:b/>
        </w:rPr>
        <w:t xml:space="preserve">[19:01] </w:t>
      </w:r>
      <w:r>
        <w:t>dhoom ke siwa aur kuch nahi raha roze mein.</w:t>
      </w:r>
    </w:p>
    <w:p>
      <w:pPr>
        <w:jc w:val="right"/>
      </w:pPr>
      <w:r>
        <w:t>دھوم کے سوا اور کچھ نہیں رہا روزے میں۔</w:t>
      </w:r>
    </w:p>
    <w:p>
      <w:r>
        <w:rPr>
          <w:b/>
        </w:rPr>
        <w:t xml:space="preserve">[19:11] </w:t>
      </w:r>
      <w:r>
        <w:t>tan parvari khalq, fuzood shud darazat, jadd jadd garmi iftar, nadarat Ramzan heech.</w:t>
      </w:r>
    </w:p>
    <w:p>
      <w:pPr>
        <w:jc w:val="right"/>
      </w:pPr>
      <w:r>
        <w:t>تن پروری خلق، فضو شد درازت، جد جد گرمی افطار، ندارت رمضان ہیج۔</w:t>
      </w:r>
    </w:p>
    <w:p>
      <w:r>
        <w:rPr>
          <w:b/>
        </w:rPr>
        <w:t xml:space="preserve">[19:21] </w:t>
      </w:r>
      <w:r>
        <w:t>dekhiye, roza bhook roze tajurbe ke liye hota hai, ek naya tajurba.</w:t>
      </w:r>
    </w:p>
    <w:p>
      <w:pPr>
        <w:jc w:val="right"/>
      </w:pPr>
      <w:r>
        <w:t>دیکھیے، روزہ بھوک روزہ تجربے کے لیے ہوتا ہے، ایک نیا تجربہ۔</w:t>
      </w:r>
    </w:p>
    <w:p>
      <w:r>
        <w:rPr>
          <w:b/>
        </w:rPr>
        <w:t xml:space="preserve">[19:31] </w:t>
      </w:r>
      <w:r>
        <w:t>roza jo hai, khwamkhwah nahi hai, ek naye experience ke liye jis ko hadith mein</w:t>
      </w:r>
    </w:p>
    <w:p>
      <w:pPr>
        <w:jc w:val="right"/>
      </w:pPr>
      <w:r>
        <w:t>روزہ جو ہے، خوامخواہ نہیں ہے، ایک نئے ایکسپیرینس کے لیے جس کو حدیث میں</w:t>
      </w:r>
    </w:p>
    <w:p>
      <w:r>
        <w:rPr>
          <w:b/>
        </w:rPr>
        <w:t xml:space="preserve">[19:41] </w:t>
      </w:r>
      <w:r>
        <w:t>khuloof kaha gaya.</w:t>
      </w:r>
    </w:p>
    <w:p>
      <w:pPr>
        <w:jc w:val="right"/>
      </w:pPr>
      <w:r>
        <w:t>خلوف کہا گیا۔</w:t>
      </w:r>
    </w:p>
    <w:p>
      <w:r>
        <w:rPr>
          <w:b/>
        </w:rPr>
        <w:t xml:space="preserve">[19:49] </w:t>
      </w:r>
      <w:r>
        <w:t>khuloof ek experience ek hai, khuloof ek experience hai.</w:t>
      </w:r>
    </w:p>
    <w:p>
      <w:pPr>
        <w:jc w:val="right"/>
      </w:pPr>
      <w:r>
        <w:t>خلوف ایک ایکسپیرینس ایک ہے، خلوف ایک ایکسپیرینس ہے۔</w:t>
      </w:r>
    </w:p>
    <w:p>
      <w:r>
        <w:rPr>
          <w:b/>
        </w:rPr>
        <w:t xml:space="preserve">[19:56] </w:t>
      </w:r>
      <w:r>
        <w:t>to roza jo hai, ek anokhi ibadat hai, is mein is mein makhsoos experience hai.</w:t>
      </w:r>
    </w:p>
    <w:p>
      <w:pPr>
        <w:jc w:val="right"/>
      </w:pPr>
      <w:r>
        <w:t>تو روزہ جو ہے، ایک انوکھی عبادت ہے، اس میں اس میں مخصوص ایکسپیرینس ہے۔</w:t>
      </w:r>
    </w:p>
    <w:p>
      <w:r>
        <w:rPr>
          <w:b/>
        </w:rPr>
        <w:t xml:space="preserve">[20:04] </w:t>
      </w:r>
      <w:r>
        <w:t>namaz mein experience nahi hota, lekin roze mein experience hota hai, bhook ki wajah se, piyas ki wajah se. to is</w:t>
      </w:r>
    </w:p>
    <w:p>
      <w:pPr>
        <w:jc w:val="right"/>
      </w:pPr>
      <w:r>
        <w:t>نماز میں ایکسپیرینس نہیں ہوتا، لیکن روزے میں ایکسپیرینس ہوتا ہے، بھوک کی وجہ سے، پیاس کی وجہ سے۔ تو اس</w:t>
      </w:r>
    </w:p>
    <w:p>
      <w:r>
        <w:rPr>
          <w:b/>
        </w:rPr>
        <w:t xml:space="preserve">[20:11] </w:t>
      </w:r>
      <w:r>
        <w:t>experience ko paida karne ke liye roza rakha gaya hai. Agar aap is experience ko maans kar dein, is ke is kisi tareeqe se aisa ho jaaye ke aap ko woh woh experience ho hi nahi, maslan garmi ke mahine mein raat din aap air conditioner kamre mein baithe rahen, 24 ghante AC AC chal raha hai aur aap bilkul aaram ke saath is ke</w:t>
      </w:r>
    </w:p>
    <w:p>
      <w:pPr>
        <w:jc w:val="right"/>
      </w:pPr>
      <w:r>
        <w:t>ایکسپیرینس کو پیدا کرنے کے لیے روزہ رکھا گیا ہے۔ اگر آپ اس ایکسپیرینس کو مانس کر دیں، اس کے اس کسی طریقے سے ایسا ہو جائے کہ آپ کو وہ وہ ایکسپیرینس ہو ہی نہیں، مثلاً گرمی کے مہینے میں رات دن آپ ایئر کنڈیشنر کمرے میں بیٹھے رہیں، 24 گھنٹے اے سی اے سی چل رہا ہے اور آپ بالکل آرام کے ساتھ اس کے</w:t>
      </w:r>
    </w:p>
    <w:p>
      <w:r>
        <w:rPr>
          <w:b/>
        </w:rPr>
        <w:t xml:space="preserve">[20:41] </w:t>
      </w:r>
      <w:r>
        <w:t>andar so rahe hain, baith rahe hain, yeh koi achi baat nahi hai.</w:t>
      </w:r>
    </w:p>
    <w:p>
      <w:pPr>
        <w:jc w:val="right"/>
      </w:pPr>
      <w:r>
        <w:t>اندر سو رہے ہیں، بیٹھ رہے ہیں، یہ کوئی اچھی بات نہیں ہے۔</w:t>
      </w:r>
    </w:p>
    <w:p>
      <w:r>
        <w:rPr>
          <w:b/>
        </w:rPr>
        <w:t xml:space="preserve">[20:52] </w:t>
      </w:r>
      <w:r>
        <w:t>garmi mein aap ko garmi hone honi chahiye, bhook mein bhook lagna chahiye aap ko.</w:t>
      </w:r>
    </w:p>
    <w:p>
      <w:pPr>
        <w:jc w:val="right"/>
      </w:pPr>
      <w:r>
        <w:t>گرمی میں آپ کو گرمی ہونے ہونی چاہیے، بھوک میں بھوک لگنا چاہیے آپ کو۔</w:t>
      </w:r>
    </w:p>
    <w:p>
      <w:r>
        <w:rPr>
          <w:b/>
        </w:rPr>
        <w:t xml:space="preserve">[21:03] </w:t>
      </w:r>
      <w:r>
        <w:t>yani roza plus tajurba roza hai, roza plus experience roza hai aur roza ma'raz experience roza hi nahi hai.</w:t>
      </w:r>
    </w:p>
    <w:p>
      <w:pPr>
        <w:jc w:val="right"/>
      </w:pPr>
      <w:r>
        <w:t>یعنی روزہ پلس تجربہ روزہ ہے، روزہ پلس ایکسپیرینس روزہ ہے اور روزہ معرض ایکسپیرینس روزہ ہی نہیں ہے۔</w:t>
      </w:r>
    </w:p>
    <w:p>
      <w:r>
        <w:rPr>
          <w:b/>
        </w:rPr>
        <w:t xml:space="preserve">[21:14] </w:t>
      </w:r>
      <w:r>
        <w:t>isi liye ek hadith hai ke "kam min saimin laysa min saimi illa jo waltash".</w:t>
      </w:r>
    </w:p>
    <w:p>
      <w:pPr>
        <w:jc w:val="right"/>
      </w:pPr>
      <w:r>
        <w:t>اسی لیے ایک حدیث ہے کہ "کم من سائمن لیس من سائمی الا جو ولطش"۔</w:t>
      </w:r>
    </w:p>
    <w:p>
      <w:r>
        <w:rPr>
          <w:b/>
        </w:rPr>
        <w:t xml:space="preserve">[21:22] </w:t>
      </w:r>
      <w:r>
        <w:t>rasool Allah ne farmaya ke kitne hi roze daar hain jin ko roze se bhook pyas ke siwa</w:t>
      </w:r>
    </w:p>
    <w:p>
      <w:pPr>
        <w:jc w:val="right"/>
      </w:pPr>
      <w:r>
        <w:t>رسول اللہ نے فرمایا کہ کتنے ہی روزے دار ہیں جن کو روزے سے بھوک پیاس کے سوا</w:t>
      </w:r>
    </w:p>
    <w:p>
      <w:r>
        <w:rPr>
          <w:b/>
        </w:rPr>
        <w:t xml:space="preserve">[21:30] </w:t>
      </w:r>
      <w:r>
        <w:t>aur kuch nahi milta, kyunke un ka roza tajurba nahi banta, un ka roza experience nahi banta, un</w:t>
      </w:r>
    </w:p>
    <w:p>
      <w:pPr>
        <w:jc w:val="right"/>
      </w:pPr>
      <w:r>
        <w:t>اور کچھ نہیں ملتا، کیونکہ ان کا روزہ تجربہ نہیں بنتا، ان کا روزہ ایکسپیرینس نہیں بنتا، ان</w:t>
      </w:r>
    </w:p>
    <w:p>
      <w:r>
        <w:rPr>
          <w:b/>
        </w:rPr>
        <w:t xml:space="preserve">[21:39] </w:t>
      </w:r>
      <w:r>
        <w:t>ka un ka roza un ke andar spiritual awakening nahi lata.</w:t>
      </w:r>
    </w:p>
    <w:p>
      <w:pPr>
        <w:jc w:val="right"/>
      </w:pPr>
      <w:r>
        <w:t>کا ان کا روزہ ان کے اندر اسپریچول اویکننگ نہیں لاتا۔</w:t>
      </w:r>
    </w:p>
    <w:p>
      <w:r>
        <w:rPr>
          <w:b/>
        </w:rPr>
        <w:t xml:space="preserve">[21:47] </w:t>
      </w:r>
      <w:r>
        <w:t>jis roze mein spiritual awakening na ho, us ke bare mein rasool Allah ne farmaya ke us se</w:t>
      </w:r>
    </w:p>
    <w:p>
      <w:pPr>
        <w:jc w:val="right"/>
      </w:pPr>
      <w:r>
        <w:t>جس روزے میں اسپریچول اویکننگ نہ ہو، اس کے بارے میں رسول اللہ نے فرمایا کہ اس سے</w:t>
      </w:r>
    </w:p>
    <w:p>
      <w:r>
        <w:rPr>
          <w:b/>
        </w:rPr>
        <w:t xml:space="preserve">[21:54] </w:t>
      </w:r>
      <w:r>
        <w:t>kuch nahi milta insan ko.</w:t>
      </w:r>
    </w:p>
    <w:p>
      <w:pPr>
        <w:jc w:val="right"/>
      </w:pPr>
      <w:r>
        <w:t>کچھ نہیں ملتا انسان کو۔</w:t>
      </w:r>
    </w:p>
    <w:p>
      <w:r>
        <w:rPr>
          <w:b/>
        </w:rPr>
        <w:t xml:space="preserve">[22:02] </w:t>
      </w:r>
      <w:r>
        <w:t>to yaad rakhiye, zindagi mein sab se bari cheez tajurba hi to hai.</w:t>
      </w:r>
    </w:p>
    <w:p>
      <w:pPr>
        <w:jc w:val="right"/>
      </w:pPr>
      <w:r>
        <w:t>تو یاد رکھیے، زندگی میں سب سے بڑی چیز تجربہ ہی تو ہے۔</w:t>
      </w:r>
    </w:p>
    <w:p>
      <w:r>
        <w:rPr>
          <w:b/>
        </w:rPr>
        <w:t xml:space="preserve">[22:10] </w:t>
      </w:r>
      <w:r>
        <w:t>tajurba wo jo Quran mein hai ke "is mein kya yeh tajurbe ki baat hai?</w:t>
      </w:r>
    </w:p>
    <w:p>
      <w:pPr>
        <w:jc w:val="right"/>
      </w:pPr>
      <w:r>
        <w:t>تجربہ وہ جو قرآن میں ہے کہ "اس میں کیا یہ تجربے کی بات ہے؟</w:t>
      </w:r>
    </w:p>
    <w:p>
      <w:r>
        <w:rPr>
          <w:b/>
        </w:rPr>
        <w:t xml:space="preserve">[22:17] </w:t>
      </w:r>
      <w:r>
        <w:t>" yani Allah taala ka matlab hai ke insan ke sath bimari ka tajurba ho, bhook ka tajurba</w:t>
      </w:r>
    </w:p>
    <w:p>
      <w:pPr>
        <w:jc w:val="right"/>
      </w:pPr>
      <w:r>
        <w:t>" یعنی اللہ تعالی کا مطلب ہے کہ انسان کے ساتھ بیماری کا تجربہ ہو، بھوک کا تجربہ</w:t>
      </w:r>
    </w:p>
    <w:p>
      <w:r>
        <w:rPr>
          <w:b/>
        </w:rPr>
        <w:t xml:space="preserve">[22:28] </w:t>
      </w:r>
      <w:r>
        <w:t>ho, nuksan ka tajurba ho, takleef ka tajurba ho.</w:t>
      </w:r>
    </w:p>
    <w:p>
      <w:pPr>
        <w:jc w:val="right"/>
      </w:pPr>
      <w:r>
        <w:t>ہو، نقصان کا تجربہ ہو، تکلیف کا تجربہ ہو۔</w:t>
      </w:r>
    </w:p>
    <w:p>
      <w:r>
        <w:rPr>
          <w:b/>
        </w:rPr>
        <w:t xml:space="preserve">[22:39] </w:t>
      </w:r>
      <w:r>
        <w:t>wish sabireen aise logon ke liye khushkhabri hai jo is tajurbe ko partially tor par lein, is tajurbe</w:t>
      </w:r>
    </w:p>
    <w:p>
      <w:pPr>
        <w:jc w:val="right"/>
      </w:pPr>
      <w:r>
        <w:t>وش صابرین ایسے لوگوں کے لیے خوشخبری ہے جو اس تجربے کو پارشلی طور پر لیں، اس تجربے</w:t>
      </w:r>
    </w:p>
    <w:p>
      <w:r>
        <w:rPr>
          <w:b/>
        </w:rPr>
        <w:t xml:space="preserve">[22:50] </w:t>
      </w:r>
      <w:r>
        <w:t>se wo spiritual spiritual food hasil karein.</w:t>
      </w:r>
    </w:p>
    <w:p>
      <w:pPr>
        <w:jc w:val="right"/>
      </w:pPr>
      <w:r>
        <w:t>سے وہ اسپریچول اسپریچول فوڈ حاصل کریں۔</w:t>
      </w:r>
    </w:p>
    <w:p>
      <w:r>
        <w:rPr>
          <w:b/>
        </w:rPr>
        <w:t xml:space="preserve">[23:01] </w:t>
      </w:r>
      <w:r>
        <w:t>Yaani yeh jo bhook hai, pyaas hai, nuksan hai, takleef hai, yeh sab experiences hain. To jo experience is qism ke experience sabr karen. Sabr ka matlab kya hai? Is ko positive turn den. Sabr ka matlab hai museebat ko positive turn dena. Idha asabat musibat qalu inna lillahi wa inna ilaihi raji'un. Is ka matlab kya</w:t>
      </w:r>
    </w:p>
    <w:p>
      <w:pPr>
        <w:jc w:val="right"/>
      </w:pPr>
      <w:r>
        <w:t>یعنی یہ جو بھوک ہے، پیاس ہے، نقصان ہے، تکلیف ہے، یہ سب ایکسپیرینسز ہیں۔ تو جو ایکسپیرینس اس قسم کے ایکسپیرینس صبر کریں۔ صبر کا معنی کیا ہے؟ اس کو پازیٹیو ٹرن دیں۔ صبر کا مطلب ہے مصیبت کو پازیٹیو ٹرن دینا۔ اذا اصابت مصیبت قالو انا للہ وانا الیہ راجعون۔ اس کا مطلب کیا</w:t>
      </w:r>
    </w:p>
    <w:p>
      <w:r>
        <w:rPr>
          <w:b/>
        </w:rPr>
        <w:t xml:space="preserve">[23:31] </w:t>
      </w:r>
      <w:r>
        <w:t>hai? Unhon ne museebat ko positive turn diya, unhon ne negative mein negative experience se positive lesson nikala. To roza jo hai, poori jo zindagi ki scheme hai Allah taala ki, us ka ek part hai, alag se koi cheez nahi hai. Log samajhte hain ke roza Ramzan ka mahina aaya to 30</w:t>
      </w:r>
    </w:p>
    <w:p>
      <w:pPr>
        <w:jc w:val="right"/>
      </w:pPr>
      <w:r>
        <w:t>ہے؟ انہوں نے مصیبت کو پازیٹیو ٹرن دیا، انہوں نے نیگیٹیو میں نیگیٹیو ایکسپیرینس سے پازیٹیو لیسن نکالا۔ تو روزہ جو ہے، پوری جو زندگی کی سکیم ہے اللہ تعالی کی، اس کا ایک پارٹ ہے، الگ سے کوئی چیز نہیں ہے۔ لوگ سمجھتے ہیں کہ روزہ رمضان کا مہینہ آیا تو 30</w:t>
      </w:r>
    </w:p>
    <w:p>
      <w:r>
        <w:rPr>
          <w:b/>
        </w:rPr>
        <w:t xml:space="preserve">[24:01] </w:t>
      </w:r>
      <w:r>
        <w:t>din cultural sense mein roza rakh liya aur khoob khaya piya sari iftar mein.</w:t>
      </w:r>
    </w:p>
    <w:p>
      <w:pPr>
        <w:jc w:val="right"/>
      </w:pPr>
      <w:r>
        <w:t>دن کلچرل سینس میں روزہ رکھ لیا اور خوب کھایا پیا ساری افطار میں۔</w:t>
      </w:r>
    </w:p>
    <w:p>
      <w:r>
        <w:rPr>
          <w:b/>
        </w:rPr>
        <w:t xml:space="preserve">[24:07] </w:t>
      </w:r>
      <w:r>
        <w:t>yeh roza nahi hai.</w:t>
      </w:r>
    </w:p>
    <w:p>
      <w:pPr>
        <w:jc w:val="right"/>
      </w:pPr>
      <w:r>
        <w:t>یہ روزہ نہیں ہے۔</w:t>
      </w:r>
    </w:p>
    <w:p>
      <w:r>
        <w:rPr>
          <w:b/>
        </w:rPr>
        <w:t xml:space="preserve">[24:13] </w:t>
      </w:r>
      <w:r>
        <w:t>roza Allah taala ki poori jo scheme hai insan ki zindagi ke bare mein, us ka ek part hai.</w:t>
      </w:r>
    </w:p>
    <w:p>
      <w:pPr>
        <w:jc w:val="right"/>
      </w:pPr>
      <w:r>
        <w:t>روزہ اللہ تعالی کی پوری جو سکیم ہے انسان کی زندگی کے بارے میں، اس کا ایک پارٹ ہے۔</w:t>
      </w:r>
    </w:p>
    <w:p>
      <w:r>
        <w:rPr>
          <w:b/>
        </w:rPr>
        <w:t xml:space="preserve">[24:19] </w:t>
      </w:r>
      <w:r>
        <w:t>insan ki poori zindagi ke bare mein Allah taala ki ek scheme hai, poori zindagi ke bare mein</w:t>
      </w:r>
    </w:p>
    <w:p>
      <w:pPr>
        <w:jc w:val="right"/>
      </w:pPr>
      <w:r>
        <w:t>انسان کی پوری زندگی کے بارے میں اللہ تعالی کی ایک سکیم ہے، پوری زندگی کے بارے میں</w:t>
      </w:r>
    </w:p>
    <w:p>
      <w:r>
        <w:rPr>
          <w:b/>
        </w:rPr>
        <w:t xml:space="preserve">[24:26] </w:t>
      </w:r>
      <w:r>
        <w:t>us ka ek part hai.</w:t>
      </w:r>
    </w:p>
    <w:p>
      <w:pPr>
        <w:jc w:val="right"/>
      </w:pPr>
      <w:r>
        <w:t>اس کا ایک پارٹ ہے۔</w:t>
      </w:r>
    </w:p>
    <w:p>
      <w:r>
        <w:rPr>
          <w:b/>
        </w:rPr>
        <w:t xml:space="preserve">[24:32] </w:t>
      </w:r>
      <w:r>
        <w:t>wahi is wahi hai jo maine ayat padhi Quran ki ke "wala nabarrakum bishai mere khauf walju</w:t>
      </w:r>
    </w:p>
    <w:p>
      <w:pPr>
        <w:jc w:val="right"/>
      </w:pPr>
      <w:r>
        <w:t>وہی اس وہی ہے جو میں نے آیت پڑھی قرآن کی کہ "ولا نبرکم بشئی میرے خوف ولجو</w:t>
      </w:r>
    </w:p>
    <w:p>
      <w:r>
        <w:rPr>
          <w:b/>
        </w:rPr>
        <w:t xml:space="preserve">[24:39] </w:t>
      </w:r>
      <w:r>
        <w:t>min alwalid wal anfus wathmarat wish sabireen allazina iza asabat musibat qalu inna lillahi wa inna ilaihi rajiun".</w:t>
      </w:r>
    </w:p>
    <w:p>
      <w:pPr>
        <w:jc w:val="right"/>
      </w:pPr>
      <w:r>
        <w:t>من الوالد والانفس وثمرات وش صابرین الذین اذا اصابت مصیبت قالو انا للہ وانا الیہ راجعون"۔</w:t>
      </w:r>
    </w:p>
    <w:p>
      <w:r>
        <w:rPr>
          <w:b/>
        </w:rPr>
        <w:t xml:space="preserve">[24:47] </w:t>
      </w:r>
      <w:r>
        <w:t>yani Allah ko yeh matloob hai ke insan par musibat pade.</w:t>
      </w:r>
    </w:p>
    <w:p>
      <w:pPr>
        <w:jc w:val="right"/>
      </w:pPr>
      <w:r>
        <w:t>یعنی اللہ کو یہ مطلوب ہے کہ انسان پر مصیبت پڑے۔</w:t>
      </w:r>
    </w:p>
    <w:p>
      <w:r>
        <w:rPr>
          <w:b/>
        </w:rPr>
        <w:t xml:space="preserve">[24:54] </w:t>
      </w:r>
      <w:r>
        <w:t>yeh ayat batati hai ke in Allah ke matloob hai ke insan par</w:t>
      </w:r>
    </w:p>
    <w:p>
      <w:pPr>
        <w:jc w:val="right"/>
      </w:pPr>
      <w:r>
        <w:t>یہ آیت بتاتی ہے کہ ان اللہ کے مطلوب ہے کہ انسان پر</w:t>
      </w:r>
    </w:p>
    <w:p>
      <w:r>
        <w:rPr>
          <w:b/>
        </w:rPr>
        <w:t xml:space="preserve">[25:02] </w:t>
      </w:r>
      <w:r>
        <w:t>museebat ka tajruba guzre. Kyun? Museebat ka jo tajruba hoga to us ke andar spiritual revolution aayega, intellectual awakening aayegi, us ki creativity mein izafa hoga aur us ke zubaan se Allah ki rehmat ko invoke karne wali duaen niklen gi. Woh creation plan jo Allah taala ka hai, us ke chhupe aspect</w:t>
      </w:r>
    </w:p>
    <w:p>
      <w:pPr>
        <w:jc w:val="right"/>
      </w:pPr>
      <w:r>
        <w:t>مصیبت کا تجربہ گزرے۔ کیوں؟ مصیبت کا جو تجربہ ہوگا تو اس کے اندر اسپریچول ریولیوشن آئے گا، انٹلیکچول اویکننگ آئے گی، اس کی کریٹیوٹی میں اضافہ ہوگا اور اس کے زبان سے اللہ کی رحمت کو انوک کرنے والی دعائیں نکلیں گی۔ وہ کریشن پلانٹ جو اللہ تعالی کا ہے، اس کے چھپے اسپیک</w:t>
      </w:r>
    </w:p>
    <w:p>
      <w:r>
        <w:rPr>
          <w:b/>
        </w:rPr>
        <w:t xml:space="preserve">[25:32] </w:t>
      </w:r>
      <w:r>
        <w:t>tak is ka mind pahunch jayega.</w:t>
      </w:r>
    </w:p>
    <w:p>
      <w:pPr>
        <w:jc w:val="right"/>
      </w:pPr>
      <w:r>
        <w:t>ٹ تک اس کا مائنڈ پہنچ جائے گا۔</w:t>
      </w:r>
    </w:p>
    <w:p>
      <w:r>
        <w:rPr>
          <w:b/>
        </w:rPr>
        <w:t xml:space="preserve">[25:42] </w:t>
      </w:r>
      <w:r>
        <w:t>aaj kal kal mein dekh raha tha akhbar magazine jo ate hain musalmanon ke, to us mein har</w:t>
      </w:r>
    </w:p>
    <w:p>
      <w:pPr>
        <w:jc w:val="right"/>
      </w:pPr>
      <w:r>
        <w:t>آج کل کل میں دیکھ رہا تھا اخبار میگزین جو آتے ہیں مسلمانوں کے، تو اس میں ہر</w:t>
      </w:r>
    </w:p>
    <w:p>
      <w:r>
        <w:rPr>
          <w:b/>
        </w:rPr>
        <w:t xml:space="preserve">[25:52] </w:t>
      </w:r>
      <w:r>
        <w:t>saal hi chupta hai aur har saal chupta hai ke woh</w:t>
      </w:r>
    </w:p>
    <w:p>
      <w:pPr>
        <w:jc w:val="right"/>
      </w:pPr>
      <w:r>
        <w:t>سال ہی چھپتا ہے اور ہر سال چھپتا ہے کہ وہ</w:t>
      </w:r>
    </w:p>
    <w:p>
      <w:r>
        <w:rPr>
          <w:b/>
        </w:rPr>
        <w:t xml:space="preserve">[26:03] </w:t>
      </w:r>
      <w:r>
        <w:t>sawab ka mausam hai, bahar.</w:t>
      </w:r>
    </w:p>
    <w:p>
      <w:pPr>
        <w:jc w:val="right"/>
      </w:pPr>
      <w:r>
        <w:t>ثواب کا موسم ہے، بہار۔</w:t>
      </w:r>
    </w:p>
    <w:p>
      <w:r>
        <w:rPr>
          <w:b/>
        </w:rPr>
        <w:t xml:space="preserve">[26:08] </w:t>
      </w:r>
      <w:r>
        <w:t>isi tarah ke alfaaz Khuda ka sawab lootne ka mausam hai, bahar.</w:t>
      </w:r>
    </w:p>
    <w:p>
      <w:pPr>
        <w:jc w:val="right"/>
      </w:pPr>
      <w:r>
        <w:t>اسی طرح کے الفاظ خدا کا ثواب لوٹنے کا موسم ہے، بہار۔</w:t>
      </w:r>
    </w:p>
    <w:p>
      <w:r>
        <w:rPr>
          <w:b/>
        </w:rPr>
        <w:t xml:space="preserve">[26:13] </w:t>
      </w:r>
      <w:r>
        <w:t>yeh sab bilkul ahmaqana alfaaz hain, yeh sab kuch nahi hai.</w:t>
      </w:r>
    </w:p>
    <w:p>
      <w:pPr>
        <w:jc w:val="right"/>
      </w:pPr>
      <w:r>
        <w:t>یہ سب بالکل احمقانہ الفاظ ہیں، یہ سب کچھ نہیں ہے۔</w:t>
      </w:r>
    </w:p>
    <w:p>
      <w:r>
        <w:rPr>
          <w:b/>
        </w:rPr>
        <w:t xml:space="preserve">[26:19] </w:t>
      </w:r>
      <w:r>
        <w:t>mausam-e-bahar nahi, mausam-e-khizan hai.</w:t>
      </w:r>
    </w:p>
    <w:p>
      <w:pPr>
        <w:jc w:val="right"/>
      </w:pPr>
      <w:r>
        <w:t>موسم بہار نہیں، موسم خزاں ہے۔</w:t>
      </w:r>
    </w:p>
    <w:p>
      <w:r>
        <w:rPr>
          <w:b/>
        </w:rPr>
        <w:t xml:space="preserve">[26:24] </w:t>
      </w:r>
      <w:r>
        <w:t>woh Ramzan jo hai, woh mausam-e-bahar nahi hai, mausam-e-khizan hai.</w:t>
      </w:r>
    </w:p>
    <w:p>
      <w:pPr>
        <w:jc w:val="right"/>
      </w:pPr>
      <w:r>
        <w:t>وہ رمضان جو ہے، وہ موسم بہار نہیں ہے، موسم خزاں ہے۔</w:t>
      </w:r>
    </w:p>
    <w:p>
      <w:r>
        <w:rPr>
          <w:b/>
        </w:rPr>
        <w:t xml:space="preserve">[26:29] </w:t>
      </w:r>
      <w:r>
        <w:t>yeh khizan ka tajurba ho aadmi ko,</w:t>
      </w:r>
    </w:p>
    <w:p>
      <w:pPr>
        <w:jc w:val="right"/>
      </w:pPr>
      <w:r>
        <w:t>یہ خزاں کا تجربہ ہو آدمی کو،</w:t>
      </w:r>
    </w:p>
    <w:p>
      <w:r>
        <w:rPr>
          <w:b/>
        </w:rPr>
        <w:t xml:space="preserve">[26:35] </w:t>
      </w:r>
      <w:r>
        <w:t>yeh mausam-e-bahar nahi hai, woh mausam-e-khizan hai.</w:t>
      </w:r>
    </w:p>
    <w:p>
      <w:pPr>
        <w:jc w:val="right"/>
      </w:pPr>
      <w:r>
        <w:t>یہ موسم بہار نہیں ہے، وہ موسم خزاں ہے۔</w:t>
      </w:r>
    </w:p>
    <w:p>
      <w:r>
        <w:rPr>
          <w:b/>
        </w:rPr>
        <w:t xml:space="preserve">[26:41] </w:t>
      </w:r>
      <w:r>
        <w:t>woh toh Allah taala ko yeh matloob hai ke woh insaan ke andar chupi hui jo spirituality hai, woh jaage.</w:t>
      </w:r>
    </w:p>
    <w:p>
      <w:pPr>
        <w:jc w:val="right"/>
      </w:pPr>
      <w:r>
        <w:t>وہ تو اللہ تعالی کو یہ مطلوب ہے کہ وہ انسان کے اندر چھپی ہوئی جو اسپریچوٹی ہے، وہ جاگے۔</w:t>
      </w:r>
    </w:p>
    <w:p>
      <w:r>
        <w:rPr>
          <w:b/>
        </w:rPr>
        <w:t xml:space="preserve">[26:47] </w:t>
      </w:r>
      <w:r>
        <w:t>jo creativity hai, woh jaage.</w:t>
      </w:r>
    </w:p>
    <w:p>
      <w:pPr>
        <w:jc w:val="right"/>
      </w:pPr>
      <w:r>
        <w:t>جو کریٹیوٹی ہے، وہ جاگے۔</w:t>
      </w:r>
    </w:p>
    <w:p>
      <w:r>
        <w:rPr>
          <w:b/>
        </w:rPr>
        <w:t xml:space="preserve">[26:53] </w:t>
      </w:r>
      <w:r>
        <w:t>انسان کا جو hidden mind ہے، وہ جاگے۔</w:t>
      </w:r>
    </w:p>
    <w:p>
      <w:pPr>
        <w:jc w:val="right"/>
      </w:pPr>
      <w:r>
        <w:t>انسان کا جو ہڈن مائنڈ ہے، وہ جاگے۔</w:t>
      </w:r>
    </w:p>
    <w:p>
      <w:r>
        <w:rPr>
          <w:b/>
        </w:rPr>
        <w:t xml:space="preserve">[26:59] </w:t>
      </w:r>
      <w:r>
        <w:t>woh jaagta hai isi waqt jab ke us ko</w:t>
      </w:r>
    </w:p>
    <w:p>
      <w:pPr>
        <w:jc w:val="right"/>
      </w:pPr>
      <w:r>
        <w:t>وہ جاگتا ہے اسی وقت جب کہ اس کو</w:t>
      </w:r>
    </w:p>
    <w:p>
      <w:r>
        <w:rPr>
          <w:b/>
        </w:rPr>
        <w:t xml:space="preserve">[27:05] </w:t>
      </w:r>
      <w:r>
        <w:t>koi tajurba guzarta hai.</w:t>
      </w:r>
    </w:p>
    <w:p>
      <w:pPr>
        <w:jc w:val="right"/>
      </w:pPr>
      <w:r>
        <w:t>کوئی تجربہ گزرتا ہے۔</w:t>
      </w:r>
    </w:p>
    <w:p>
      <w:r>
        <w:rPr>
          <w:b/>
        </w:rPr>
        <w:t xml:space="preserve">[27:11] </w:t>
      </w:r>
      <w:r>
        <w:t>اس وقت وہ اس وقت وہ shipper ban ban jata hai.</w:t>
      </w:r>
    </w:p>
    <w:p>
      <w:pPr>
        <w:jc w:val="right"/>
      </w:pPr>
      <w:r>
        <w:t>اس وقت وہ اس وقت وہ شپر بن بن جاتا ہے۔</w:t>
      </w:r>
    </w:p>
    <w:p>
      <w:r>
        <w:rPr>
          <w:b/>
        </w:rPr>
        <w:t xml:space="preserve">[27:18] </w:t>
      </w:r>
      <w:r>
        <w:t>اس وقت وہ اس قابل ہو جاتا ہے کہ وہ اپنی negativity کو positivity میں کنورٹ کرے۔</w:t>
      </w:r>
    </w:p>
    <w:p>
      <w:pPr>
        <w:jc w:val="right"/>
      </w:pPr>
      <w:r>
        <w:t>اس وقت وہ اس قابل ہو جاتا ہے کہ وہ اپنی نیگیٹیوٹی کو پازیٹیوٹی میں کنورٹ کرے۔</w:t>
      </w:r>
    </w:p>
    <w:p>
      <w:r>
        <w:rPr>
          <w:b/>
        </w:rPr>
        <w:t xml:space="preserve">[27:24] </w:t>
      </w:r>
      <w:r>
        <w:t>وہ اپنی plan کو، اپنی planning کو super planning بنائے۔</w:t>
      </w:r>
    </w:p>
    <w:p>
      <w:pPr>
        <w:jc w:val="right"/>
      </w:pPr>
      <w:r>
        <w:t>وہ اپنی پلان کو، اپنی پلاننگ کو سپر پلاننگ بنائے۔</w:t>
      </w:r>
    </w:p>
    <w:p>
      <w:r>
        <w:rPr>
          <w:b/>
        </w:rPr>
        <w:t xml:space="preserve">[27:30] </w:t>
      </w:r>
      <w:r>
        <w:t>woh apni marifat ko</w:t>
      </w:r>
    </w:p>
    <w:p>
      <w:pPr>
        <w:jc w:val="right"/>
      </w:pPr>
      <w:r>
        <w:t>وہ اپنی معرفت کو</w:t>
      </w:r>
    </w:p>
    <w:p>
      <w:r>
        <w:rPr>
          <w:b/>
        </w:rPr>
        <w:t xml:space="preserve">[27:36] </w:t>
      </w:r>
      <w:r>
        <w:t>aala marifat banaye.</w:t>
      </w:r>
    </w:p>
    <w:p>
      <w:pPr>
        <w:jc w:val="right"/>
      </w:pPr>
      <w:r>
        <w:t>اعلیٰ معرفت بنائے۔</w:t>
      </w:r>
    </w:p>
    <w:p>
      <w:r>
        <w:rPr>
          <w:b/>
        </w:rPr>
        <w:t xml:space="preserve">[27:42] </w:t>
      </w:r>
      <w:r>
        <w:t>وہ اپنی آواز کو روح سے بھر دے، spirit سے بھر دے۔</w:t>
      </w:r>
    </w:p>
    <w:p>
      <w:pPr>
        <w:jc w:val="right"/>
      </w:pPr>
      <w:r>
        <w:t>وہ اپنی آواز کو روح سے بھر دے، اسپرٹ سے بھر دے۔</w:t>
      </w:r>
    </w:p>
    <w:p>
      <w:r>
        <w:rPr>
          <w:b/>
        </w:rPr>
        <w:t xml:space="preserve">[27:48] </w:t>
      </w:r>
      <w:r>
        <w:t>woh jannat ko aur zyada yaad kare.</w:t>
      </w:r>
    </w:p>
    <w:p>
      <w:pPr>
        <w:jc w:val="right"/>
      </w:pPr>
      <w:r>
        <w:t>وہ جنت کو اور زیادہ یاد کرے۔</w:t>
      </w:r>
    </w:p>
    <w:p>
      <w:r>
        <w:rPr>
          <w:b/>
        </w:rPr>
        <w:t xml:space="preserve">[27:54] </w:t>
      </w:r>
      <w:r>
        <w:t>woh Allah ki rehmat se aur zyada qareeb ho jaye.</w:t>
      </w:r>
    </w:p>
    <w:p>
      <w:pPr>
        <w:jc w:val="right"/>
      </w:pPr>
      <w:r>
        <w:t>وہ اللہ کی رحمت سے اور زیادہ قریب ہو جائے۔</w:t>
      </w:r>
    </w:p>
    <w:p>
      <w:r>
        <w:rPr>
          <w:b/>
        </w:rPr>
        <w:t xml:space="preserve">[28:01] </w:t>
      </w:r>
      <w:r>
        <w:t>رسول اللہ کی جو حدیثیں ہیں، وہ جو wisdom ہے، اس کو اور زیادہ دریافت کرے۔</w:t>
      </w:r>
    </w:p>
    <w:p>
      <w:pPr>
        <w:jc w:val="right"/>
      </w:pPr>
      <w:r>
        <w:t>رسول اللہ کی جو حدیثیں ہیں، وہ جو وزڈم ہے، اس کو اور زیادہ دریافت کرے۔</w:t>
      </w:r>
    </w:p>
    <w:p>
      <w:r>
        <w:rPr>
          <w:b/>
        </w:rPr>
        <w:t xml:space="preserve">[28:07] </w:t>
      </w:r>
      <w:r>
        <w:t>Us ke liye hota hai yeh. To is tarah ke jo bazahir sakhti ke tajruba insaan par guzarte hain, woh us ke imaan ko badhane ke liye hote hain, us ki ibadat ko badhane</w:t>
      </w:r>
    </w:p>
    <w:p>
      <w:pPr>
        <w:jc w:val="right"/>
      </w:pPr>
      <w:r>
        <w:t>اس کے لیے ہوتا ہے یہ۔ تو اس طرح کے جو بظاہر سختی کے تجربات انسان پر گزرتے ہیں، وہ اس کے ایمان کو بڑھانے کے لیے ہوتے ہیں، اس کی عبادت کو بڑھانے</w:t>
      </w:r>
    </w:p>
    <w:p>
      <w:r>
        <w:rPr>
          <w:b/>
        </w:rPr>
        <w:t xml:space="preserve">[28:37] </w:t>
      </w:r>
      <w:r>
        <w:t>ke liye hote hain, us ki creativity ko badhane ke liye hote hain, us ki marifat ko badhane ke liye hote hain, us ki duaon ko aur zyada baba banane ke liye hote hain. Ek</w:t>
      </w:r>
    </w:p>
    <w:p>
      <w:pPr>
        <w:jc w:val="right"/>
      </w:pPr>
      <w:r>
        <w:t>کے لیے ہوتے ہیں، اس کی کریٹیوٹی کو بڑھانے کے لیے ہوتے ہیں، اس کی معرفت کو بڑھانے کے لیے ہوتے ہیں، اس کی دعاؤں کو اور زیادہ بابا بنانے کے لیے ہوتے ہیں۔ ایک</w:t>
      </w:r>
    </w:p>
    <w:p>
      <w:r>
        <w:rPr>
          <w:b/>
        </w:rPr>
        <w:t xml:space="preserve">[29:07] </w:t>
      </w:r>
      <w:r>
        <w:t>martaba mein ek sahib ka ittifaq se Ramzan mein gaya toh main ne dekha ke unhone iftar</w:t>
      </w:r>
    </w:p>
    <w:p>
      <w:pPr>
        <w:jc w:val="right"/>
      </w:pPr>
      <w:r>
        <w:t>مرتبہ میں ایک صاحب کا اتفاق سے رمضان میں گیا تو میں نے دیکھا کہ انہوں نے افطار</w:t>
      </w:r>
    </w:p>
    <w:p>
      <w:r>
        <w:rPr>
          <w:b/>
        </w:rPr>
        <w:t xml:space="preserve">[29:12] </w:t>
      </w:r>
      <w:r>
        <w:t>ke waqt bhi khoob khoob khaya.</w:t>
      </w:r>
    </w:p>
    <w:p>
      <w:pPr>
        <w:jc w:val="right"/>
      </w:pPr>
      <w:r>
        <w:t>کے وقت بھی خوب خوب کھایا۔</w:t>
      </w:r>
    </w:p>
    <w:p>
      <w:r>
        <w:rPr>
          <w:b/>
        </w:rPr>
        <w:t xml:space="preserve">[29:17] </w:t>
      </w:r>
      <w:r>
        <w:t>phir gaye taraveeh parhne ki.</w:t>
      </w:r>
    </w:p>
    <w:p>
      <w:pPr>
        <w:jc w:val="right"/>
      </w:pPr>
      <w:r>
        <w:t>پھر گئے تراویح پڑھنے کی۔</w:t>
      </w:r>
    </w:p>
    <w:p>
      <w:r>
        <w:rPr>
          <w:b/>
        </w:rPr>
        <w:t xml:space="preserve">[29:22] </w:t>
      </w:r>
      <w:r>
        <w:t>taraveeh parh ke aaye tab bhi khoob khaya.</w:t>
      </w:r>
    </w:p>
    <w:p>
      <w:pPr>
        <w:jc w:val="right"/>
      </w:pPr>
      <w:r>
        <w:t>تراویح پڑھ کے آئے تب بھی خوب کھایا۔</w:t>
      </w:r>
    </w:p>
    <w:p>
      <w:r>
        <w:rPr>
          <w:b/>
        </w:rPr>
        <w:t xml:space="preserve">[29:27] </w:t>
      </w:r>
      <w:r>
        <w:t>phir saare din bhi khoob khaya.</w:t>
      </w:r>
    </w:p>
    <w:p>
      <w:pPr>
        <w:jc w:val="right"/>
      </w:pPr>
      <w:r>
        <w:t>پھر سارے دن بھی خوب کھایا۔</w:t>
      </w:r>
    </w:p>
    <w:p>
      <w:r>
        <w:rPr>
          <w:b/>
        </w:rPr>
        <w:t xml:space="preserve">[29:32] </w:t>
      </w:r>
      <w:r>
        <w:t>un ke haan mein do din, teen din raha tha lekin koi baat nahi, na jannat ki, na jahannum ki</w:t>
      </w:r>
    </w:p>
    <w:p>
      <w:pPr>
        <w:jc w:val="right"/>
      </w:pPr>
      <w:r>
        <w:t>ان کے ہاں میں دو دن، تین دن رہا تھا لیکن کوئی بات نہیں، نہ جنت کی، نہ جہنم کی</w:t>
      </w:r>
    </w:p>
    <w:p>
      <w:r>
        <w:rPr>
          <w:b/>
        </w:rPr>
        <w:t xml:space="preserve">[29:37] </w:t>
      </w:r>
      <w:r>
        <w:t>, na na Khuda ki, na rehmat ki. Bas yahi sab khane peene ki baat hai. Allah taala us ko aur aap ko is se bachaye ke hum Allah ki rehmat se apne aap ko ma'roof kar len. Assalam o Alaikum wa Rahmatullahi.</w:t>
      </w:r>
    </w:p>
    <w:p>
      <w:pPr>
        <w:jc w:val="right"/>
      </w:pPr>
      <w:r>
        <w:t>، نہ نہ خدا کی، نہ رحمت کی۔ بس یہی سب کھانے پینے کی بات ہے۔ اللہ تعالی اس کو اور آپ کو اس سے بچائے کہ ہم اللہ کی رحمت سے اپنے آپ کو معروف کر لیں۔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