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Questioning | May 20, 2017</w:t>
      </w:r>
    </w:p>
    <w:p>
      <w:r>
        <w:t>https://www.youtube.com/watch?v=mTDFeXED7PA</w:t>
      </w:r>
    </w:p>
    <w:p>
      <w:r>
        <w:rPr>
          <w:b/>
        </w:rPr>
        <w:t xml:space="preserve">[00:14] </w:t>
      </w:r>
      <w:r>
        <w:t>Bismillah Rehman-e-Rahim.</w:t>
      </w:r>
    </w:p>
    <w:p>
      <w:pPr>
        <w:jc w:val="right"/>
      </w:pPr>
      <w:r>
        <w:t>بسم اللہ الرحمن الرحیم۔</w:t>
      </w:r>
    </w:p>
    <w:p>
      <w:r>
        <w:rPr>
          <w:b/>
        </w:rPr>
        <w:t xml:space="preserve">[00:21] </w:t>
      </w:r>
      <w:r>
        <w:t>bees May do hazar satrah.</w:t>
      </w:r>
    </w:p>
    <w:p>
      <w:pPr>
        <w:jc w:val="right"/>
      </w:pPr>
      <w:r>
        <w:t>بیس مئی دو ہزار سترہ۔</w:t>
      </w:r>
    </w:p>
    <w:p>
      <w:r>
        <w:rPr>
          <w:b/>
        </w:rPr>
        <w:t xml:space="preserve">[00:29] </w:t>
      </w:r>
      <w:r>
        <w:t>ek hadith hai ke noheena anqas ke sawal.</w:t>
      </w:r>
    </w:p>
    <w:p>
      <w:pPr>
        <w:jc w:val="right"/>
      </w:pPr>
      <w:r>
        <w:t>ایک حدیث ہے کہ نوہینہ عنقص کے سوال۔</w:t>
      </w:r>
    </w:p>
    <w:p>
      <w:r>
        <w:rPr>
          <w:b/>
        </w:rPr>
        <w:t xml:space="preserve">[00:36] </w:t>
      </w:r>
      <w:r>
        <w:t>sahabi kehte hain ke hum ko zyada sawal karne se roka gaya hai.</w:t>
      </w:r>
    </w:p>
    <w:p>
      <w:pPr>
        <w:jc w:val="right"/>
      </w:pPr>
      <w:r>
        <w:t>صحابی کہتے ہیں کہ ہم کو زیادہ سوال کرنے سے روکا گیا ہے۔</w:t>
      </w:r>
    </w:p>
    <w:p>
      <w:r>
        <w:rPr>
          <w:b/>
        </w:rPr>
        <w:t xml:space="preserve">[00:44] </w:t>
      </w:r>
      <w:r>
        <w:t>toh main sochta tha ke aakhir kya matlab hai rokna.</w:t>
      </w:r>
    </w:p>
    <w:p>
      <w:pPr>
        <w:jc w:val="right"/>
      </w:pPr>
      <w:r>
        <w:t>تو میں سوچتا تھا کہ آخر کیا مطلب ہے روکنا۔</w:t>
      </w:r>
    </w:p>
    <w:p>
      <w:r>
        <w:rPr>
          <w:b/>
        </w:rPr>
        <w:t xml:space="preserve">[00:49] </w:t>
      </w:r>
      <w:r>
        <w:t>toh mujhe samajh aaya ke Quran-o-hadith samajhne ke liye agar aap sirf aap ke paas itna</w:t>
      </w:r>
    </w:p>
    <w:p>
      <w:pPr>
        <w:jc w:val="right"/>
      </w:pPr>
      <w:r>
        <w:t>تو مجھے سمجھ آیا کہ قرآن و حدیث سمجھنے کے لیے اگر آپ صرف آپ کے پاس اتنا</w:t>
      </w:r>
    </w:p>
    <w:p>
      <w:r>
        <w:rPr>
          <w:b/>
        </w:rPr>
        <w:t xml:space="preserve">[00:54] </w:t>
      </w:r>
      <w:r>
        <w:t>he hai ke aap translation kar lein to aap kuch nahi samjhenge.</w:t>
      </w:r>
    </w:p>
    <w:p>
      <w:pPr>
        <w:jc w:val="right"/>
      </w:pPr>
      <w:r>
        <w:t>ہی ہے کہ آپ ٹرانسلیشن کر لیں تو آپ کچھ نہیں سمجھیں گے۔</w:t>
      </w:r>
    </w:p>
    <w:p>
      <w:r>
        <w:rPr>
          <w:b/>
        </w:rPr>
        <w:t xml:space="preserve">[01:00] </w:t>
      </w:r>
      <w:r>
        <w:t>sirf arabi janiye to kitni achhi arabi janiye aap.</w:t>
      </w:r>
    </w:p>
    <w:p>
      <w:pPr>
        <w:jc w:val="right"/>
      </w:pPr>
      <w:r>
        <w:t>صرف عربی جانیں تو کتنی اچھی عربی جانیں آپ۔</w:t>
      </w:r>
    </w:p>
    <w:p>
      <w:r>
        <w:rPr>
          <w:b/>
        </w:rPr>
        <w:t xml:space="preserve">[01:05] </w:t>
      </w:r>
      <w:r>
        <w:t>duniya ke sab se zyada expert hon arabi zaban mein.</w:t>
      </w:r>
    </w:p>
    <w:p>
      <w:pPr>
        <w:jc w:val="right"/>
      </w:pPr>
      <w:r>
        <w:t>دنیا کے سب سے زیادہ ایکسپرٹ ہوں عربی زبان میں۔</w:t>
      </w:r>
    </w:p>
    <w:p>
      <w:r>
        <w:rPr>
          <w:b/>
        </w:rPr>
        <w:t xml:space="preserve">[01:10] </w:t>
      </w:r>
      <w:r>
        <w:t>lekin aap ko sirf tarjuma tak pahunch sakta hoon to aap kuch nahi samjhenge.</w:t>
      </w:r>
    </w:p>
    <w:p>
      <w:pPr>
        <w:jc w:val="right"/>
      </w:pPr>
      <w:r>
        <w:t>لیکن آپ کو صرف ترجمہ تک پہنچ سکتا ہوں تو آپ کچھ نہیں سمجھیں گے۔</w:t>
      </w:r>
    </w:p>
    <w:p>
      <w:r>
        <w:rPr>
          <w:b/>
        </w:rPr>
        <w:t xml:space="preserve">[01:16] </w:t>
      </w:r>
      <w:r>
        <w:t>kuch nahi samjhenge.</w:t>
      </w:r>
    </w:p>
    <w:p>
      <w:pPr>
        <w:jc w:val="right"/>
      </w:pPr>
      <w:r>
        <w:t>کچھ نہیں سمجھیں گے۔</w:t>
      </w:r>
    </w:p>
    <w:p>
      <w:r>
        <w:rPr>
          <w:b/>
        </w:rPr>
        <w:t xml:space="preserve">[01:20] </w:t>
      </w:r>
      <w:r>
        <w:t>kyunke quran o hadith jo hai wo koi qanoon ki kitab nahi hai ke tarjuma kar lo bas.</w:t>
      </w:r>
    </w:p>
    <w:p>
      <w:pPr>
        <w:jc w:val="right"/>
      </w:pPr>
      <w:r>
        <w:t>کیونکہ قرآن و حدیث جو ہے وہ کوئی قانون کی کتاب نہیں ہے کہ ترجمہ کر لو بس۔</w:t>
      </w:r>
    </w:p>
    <w:p>
      <w:r>
        <w:rPr>
          <w:b/>
        </w:rPr>
        <w:t xml:space="preserve">[01:25] </w:t>
      </w:r>
      <w:r>
        <w:t>manual ki kitab nahi hai.</w:t>
      </w:r>
    </w:p>
    <w:p>
      <w:pPr>
        <w:jc w:val="right"/>
      </w:pPr>
      <w:r>
        <w:t>مینول کی کتاب نہیں ہے۔</w:t>
      </w:r>
    </w:p>
    <w:p>
      <w:r>
        <w:rPr>
          <w:b/>
        </w:rPr>
        <w:t xml:space="preserve">[01:29] </w:t>
      </w:r>
      <w:r>
        <w:t>tarjuma kar lo bas ho jayega.</w:t>
      </w:r>
    </w:p>
    <w:p>
      <w:pPr>
        <w:jc w:val="right"/>
      </w:pPr>
      <w:r>
        <w:t>ترجمہ کر لو بس ہو جائے گا۔</w:t>
      </w:r>
    </w:p>
    <w:p>
      <w:r>
        <w:rPr>
          <w:b/>
        </w:rPr>
        <w:t xml:space="preserve">[01:34] </w:t>
      </w:r>
      <w:r>
        <w:t>wo kitab hai tadabbur ki kitab.</w:t>
      </w:r>
    </w:p>
    <w:p>
      <w:pPr>
        <w:jc w:val="right"/>
      </w:pPr>
      <w:r>
        <w:t>وہ کتاب ہے تدبر کی کتاب۔</w:t>
      </w:r>
    </w:p>
    <w:p>
      <w:r>
        <w:rPr>
          <w:b/>
        </w:rPr>
        <w:t xml:space="preserve">[01:38] </w:t>
      </w:r>
      <w:r>
        <w:t>ghor o fikr ki kitab.</w:t>
      </w:r>
    </w:p>
    <w:p>
      <w:pPr>
        <w:jc w:val="right"/>
      </w:pPr>
      <w:r>
        <w:t>غور و فکر کی کتاب۔</w:t>
      </w:r>
    </w:p>
    <w:p>
      <w:r>
        <w:rPr>
          <w:b/>
        </w:rPr>
        <w:t xml:space="preserve">[01:43] </w:t>
      </w:r>
      <w:r>
        <w:t>quran mein dekhiye to aal imran ke aakhir mein hai: "in fi khalq al-samawat wa al-ard wa ikhtilaf</w:t>
      </w:r>
    </w:p>
    <w:p>
      <w:pPr>
        <w:jc w:val="right"/>
      </w:pPr>
      <w:r>
        <w:t>قرآن میں دیکھیں تو آل عمران کے آخر میں ہے: "إن في خلق السماوات والأرض واختلاف</w:t>
      </w:r>
    </w:p>
    <w:p>
      <w:r>
        <w:rPr>
          <w:b/>
        </w:rPr>
        <w:t xml:space="preserve">[01:47] </w:t>
      </w:r>
      <w:r>
        <w:t>allahi wal layli wan nahari la ayatun li ulil albab. allazina yadhkurunallaha qiyaman wa quudan wa yatafakkaruna fi khalqis samawati wal ardi". ghor o fikr karte hain zameen o aasman mein. dekhein jo ghor o fikr karega wo to har waqt sawal hi mein jiyega. maine ek kitab padhi thi s</w:t>
      </w:r>
    </w:p>
    <w:p>
      <w:pPr>
        <w:jc w:val="right"/>
      </w:pPr>
      <w:r>
        <w:t>الله والنار لا آت لولا الباب الذین یذکرون اللہ قیام وقود و تفکرون فی خلق السماوات"۔ غور و فکر کرتے ہیں زمین و آسمان میں۔ دیکھیں جو غور و فکر کرے گا وہ تو ہر وقت سوال ہی میں جیے گا۔ میں نے ایک کتاب پڑھی تھی س</w:t>
      </w:r>
    </w:p>
    <w:p>
      <w:r>
        <w:rPr>
          <w:b/>
        </w:rPr>
        <w:t xml:space="preserve">[02:17] </w:t>
      </w:r>
      <w:r>
        <w:t>science ke bare mein.</w:t>
      </w:r>
    </w:p>
    <w:p>
      <w:pPr>
        <w:jc w:val="right"/>
      </w:pPr>
      <w:r>
        <w:t>ائنس کے بارے میں۔</w:t>
      </w:r>
    </w:p>
    <w:p>
      <w:r>
        <w:rPr>
          <w:b/>
        </w:rPr>
        <w:t xml:space="preserve">[02:22] </w:t>
      </w:r>
      <w:r>
        <w:t>to science ka ek kitab likhi thi ek shakhs ne.</w:t>
      </w:r>
    </w:p>
    <w:p>
      <w:pPr>
        <w:jc w:val="right"/>
      </w:pPr>
      <w:r>
        <w:t>تو سائنس کا ایک کتاب لکھی تھی ایک شخص نے۔</w:t>
      </w:r>
    </w:p>
    <w:p>
      <w:r>
        <w:rPr>
          <w:b/>
        </w:rPr>
        <w:t xml:space="preserve">[02:27] </w:t>
      </w:r>
      <w:r>
        <w:t>wo uska title tha "Will to Doubt".</w:t>
      </w:r>
    </w:p>
    <w:p>
      <w:pPr>
        <w:jc w:val="right"/>
      </w:pPr>
      <w:r>
        <w:t>وہ اس کا ٹائٹل تھا "Will to Doubt"۔</w:t>
      </w:r>
    </w:p>
    <w:p>
      <w:r>
        <w:rPr>
          <w:b/>
        </w:rPr>
        <w:t xml:space="preserve">[02:32] </w:t>
      </w:r>
      <w:r>
        <w:t>yani shakk karne. shakk karna.</w:t>
      </w:r>
    </w:p>
    <w:p>
      <w:pPr>
        <w:jc w:val="right"/>
      </w:pPr>
      <w:r>
        <w:t>یعنی شک کرنے۔ شک کرنا۔</w:t>
      </w:r>
    </w:p>
    <w:p>
      <w:r>
        <w:rPr>
          <w:b/>
        </w:rPr>
        <w:t xml:space="preserve">[02:37] </w:t>
      </w:r>
      <w:r>
        <w:t>to shakk karna kya hai? sawal karna.</w:t>
      </w:r>
    </w:p>
    <w:p>
      <w:pPr>
        <w:jc w:val="right"/>
      </w:pPr>
      <w:r>
        <w:t>تو شک کرنا کیا ہے؟ سوال کرنا۔</w:t>
      </w:r>
    </w:p>
    <w:p>
      <w:r>
        <w:rPr>
          <w:b/>
        </w:rPr>
        <w:t xml:space="preserve">[02:42] </w:t>
      </w:r>
      <w:r>
        <w:t>to usne bataya tha ke agar sawal karne ka maz</w:t>
      </w:r>
    </w:p>
    <w:p>
      <w:pPr>
        <w:jc w:val="right"/>
      </w:pPr>
      <w:r>
        <w:t>تو اس نے بتایا تھا کہ اگر سوال کرنے کا مز</w:t>
      </w:r>
    </w:p>
    <w:p>
      <w:r>
        <w:rPr>
          <w:b/>
        </w:rPr>
        <w:t xml:space="preserve">[02:47] </w:t>
      </w:r>
      <w:r>
        <w:t>aaj na hota insan ke andar to science kabhi wajood mein na aati.</w:t>
      </w:r>
    </w:p>
    <w:p>
      <w:pPr>
        <w:jc w:val="right"/>
      </w:pPr>
      <w:r>
        <w:t>اج نہ ہوتا انسان کے اندر تو سائنس کبھی وجود میں نہ آتی۔</w:t>
      </w:r>
    </w:p>
    <w:p>
      <w:r>
        <w:rPr>
          <w:b/>
        </w:rPr>
        <w:t xml:space="preserve">[02:55] </w:t>
      </w:r>
      <w:r>
        <w:t>cheezon ko dekhna, sochna aur phir us mein sawal nikalna.</w:t>
      </w:r>
    </w:p>
    <w:p>
      <w:pPr>
        <w:jc w:val="right"/>
      </w:pPr>
      <w:r>
        <w:t>چیزوں کو دیکھنا، سوچنا اور پھر اس میں سوال نکالنا۔</w:t>
      </w:r>
    </w:p>
    <w:p>
      <w:r>
        <w:rPr>
          <w:b/>
        </w:rPr>
        <w:t xml:space="preserve">[03:02] </w:t>
      </w:r>
      <w:r>
        <w:t>aisa kyun hua? waisa kyun hua? maslan dekhiye hum pani peete hain to meetha pani hota hai wo.</w:t>
      </w:r>
    </w:p>
    <w:p>
      <w:pPr>
        <w:jc w:val="right"/>
      </w:pPr>
      <w:r>
        <w:t>ایسا کیوں ہوا؟ ویسا کیوں ہوا؟ مثلاً دیکھیے ہم پانی پیتے ہیں تو میٹھا پانی ہوتا ہے وہ۔</w:t>
      </w:r>
    </w:p>
    <w:p>
      <w:r>
        <w:rPr>
          <w:b/>
        </w:rPr>
        <w:t xml:space="preserve">[03:10] </w:t>
      </w:r>
      <w:r>
        <w:t>lekin hum samundar par jayein to wahan khari pani milega. to sochiye</w:t>
      </w:r>
    </w:p>
    <w:p>
      <w:pPr>
        <w:jc w:val="right"/>
      </w:pPr>
      <w:r>
        <w:t>لیکن ہم سمندر پر جائیں تو وہاں کھاری پانی ملے گا۔ تو سوچ</w:t>
      </w:r>
    </w:p>
    <w:p>
      <w:r>
        <w:rPr>
          <w:b/>
        </w:rPr>
        <w:t xml:space="preserve">[03:18] </w:t>
      </w:r>
      <w:r>
        <w:t>ek aadmi ke ye kya hai? samundar mein khari pani hai aur barish se milta hai to</w:t>
      </w:r>
    </w:p>
    <w:p>
      <w:pPr>
        <w:jc w:val="right"/>
      </w:pPr>
      <w:r>
        <w:t>ا ایک آدمی کہ یہ کیا ہے؟ سمندر میں کھاری پانی ہے اور بارش سے ملتا ہے تو</w:t>
      </w:r>
    </w:p>
    <w:p>
      <w:r>
        <w:rPr>
          <w:b/>
        </w:rPr>
        <w:t xml:space="preserve">[03:23] </w:t>
      </w:r>
      <w:r>
        <w:t>meetha pani milta hai.</w:t>
      </w:r>
    </w:p>
    <w:p>
      <w:pPr>
        <w:jc w:val="right"/>
      </w:pPr>
      <w:r>
        <w:t>میٹھا پانی ملتا ہے۔</w:t>
      </w:r>
    </w:p>
    <w:p>
      <w:r>
        <w:rPr>
          <w:b/>
        </w:rPr>
        <w:t xml:space="preserve">[03:28] </w:t>
      </w:r>
      <w:r>
        <w:t>ye kya hai? There is question.</w:t>
      </w:r>
    </w:p>
    <w:p>
      <w:pPr>
        <w:jc w:val="right"/>
      </w:pPr>
      <w:r>
        <w:t>یہ کیا ہے؟ There is question۔</w:t>
      </w:r>
    </w:p>
    <w:p>
      <w:r>
        <w:rPr>
          <w:b/>
        </w:rPr>
        <w:t xml:space="preserve">[03:33] </w:t>
      </w:r>
      <w:r>
        <w:t>Question nahin to discovery bhi nahin.</w:t>
      </w:r>
    </w:p>
    <w:p>
      <w:pPr>
        <w:jc w:val="right"/>
      </w:pPr>
      <w:r>
        <w:t>Question نہیں تو discovery بھی نہیں۔</w:t>
      </w:r>
    </w:p>
    <w:p>
      <w:r>
        <w:rPr>
          <w:b/>
        </w:rPr>
        <w:t xml:space="preserve">[03:38] </w:t>
      </w:r>
      <w:r>
        <w:t>question nahi to marifat bhi nahi.</w:t>
      </w:r>
    </w:p>
    <w:p>
      <w:pPr>
        <w:jc w:val="right"/>
      </w:pPr>
      <w:r>
        <w:t>Question نہیں تو معرفت بھی نہیں۔</w:t>
      </w:r>
    </w:p>
    <w:p>
      <w:r>
        <w:rPr>
          <w:b/>
        </w:rPr>
        <w:t xml:space="preserve">[03:43] </w:t>
      </w:r>
      <w:r>
        <w:t>jaise aaj mein subah sawal aaj subah mein soch raha tha ke khuda ke wajood ka saboot</w:t>
      </w:r>
    </w:p>
    <w:p>
      <w:pPr>
        <w:jc w:val="right"/>
      </w:pPr>
      <w:r>
        <w:t>جیسے آج میں صبح سوال آج صبح میں سوچ رہا تھا کہ خدا کے وجود کا ثبوت</w:t>
      </w:r>
    </w:p>
    <w:p>
      <w:r>
        <w:rPr>
          <w:b/>
        </w:rPr>
        <w:t xml:space="preserve">[03:48] </w:t>
      </w:r>
      <w:r>
        <w:t>kya hai? khuda ke wajood ka saboot kya hai? to maine kaha ke maine socha sochte</w:t>
      </w:r>
    </w:p>
    <w:p>
      <w:pPr>
        <w:jc w:val="right"/>
      </w:pPr>
      <w:r>
        <w:t>کیا ہے؟ خدا کے وجود کا ثبوت کیا ہے؟ تو میں نے کہا کہ میں نے سوچا سوچتے</w:t>
      </w:r>
    </w:p>
    <w:p>
      <w:r>
        <w:rPr>
          <w:b/>
        </w:rPr>
        <w:t xml:space="preserve">[03:54] </w:t>
      </w:r>
      <w:r>
        <w:t>sochte ke kainat ki maujoodgi khuda ke wajood ka saboot hai.</w:t>
      </w:r>
    </w:p>
    <w:p>
      <w:pPr>
        <w:jc w:val="right"/>
      </w:pPr>
      <w:r>
        <w:t>سوچتے کہ کائنات کی موجودگی خدا کے وجود کا ثبوت ہے۔</w:t>
      </w:r>
    </w:p>
    <w:p>
      <w:r>
        <w:rPr>
          <w:b/>
        </w:rPr>
        <w:t xml:space="preserve">[04:00] </w:t>
      </w:r>
      <w:r>
        <w:t>universe ki maujoodgi.</w:t>
      </w:r>
    </w:p>
    <w:p>
      <w:pPr>
        <w:jc w:val="right"/>
      </w:pPr>
      <w:r>
        <w:t>یونیورس کی موجودگی۔</w:t>
      </w:r>
    </w:p>
    <w:p>
      <w:r>
        <w:rPr>
          <w:b/>
        </w:rPr>
        <w:t xml:space="preserve">[04:06] </w:t>
      </w:r>
      <w:r>
        <w:t>universe ki maujoodgi khuda ke wajood ka saboot hai.</w:t>
      </w:r>
    </w:p>
    <w:p>
      <w:pPr>
        <w:jc w:val="right"/>
      </w:pPr>
      <w:r>
        <w:t>یونیورس کی موجودگی خدا کے وجود کا ثبوت ہے۔</w:t>
      </w:r>
    </w:p>
    <w:p>
      <w:r>
        <w:rPr>
          <w:b/>
        </w:rPr>
        <w:t xml:space="preserve">[04:12] </w:t>
      </w:r>
      <w:r>
        <w:t>yani agar khuda wajood khuda ka wajood na ho</w:t>
      </w:r>
    </w:p>
    <w:p>
      <w:pPr>
        <w:jc w:val="right"/>
      </w:pPr>
      <w:r>
        <w:t>یعنی اگر خدا وجود خدا کا وجود نہ ہو</w:t>
      </w:r>
    </w:p>
    <w:p>
      <w:r>
        <w:rPr>
          <w:b/>
        </w:rPr>
        <w:t xml:space="preserve">[04:18] </w:t>
      </w:r>
      <w:r>
        <w:t>yani creator ka wajood na ho to yeh kaise yeh sab cheezein kaise ban jayengi? kaise chalengi</w:t>
      </w:r>
    </w:p>
    <w:p>
      <w:pPr>
        <w:jc w:val="right"/>
      </w:pPr>
      <w:r>
        <w:t>یعنی کریٹر کا وجود نہ ہو تو یہ کیسے یہ سب چیزیں کیسے بن جائیں گی؟ کیسے چلیں</w:t>
      </w:r>
    </w:p>
    <w:p>
      <w:r>
        <w:rPr>
          <w:b/>
        </w:rPr>
        <w:t xml:space="preserve">[04:25] </w:t>
      </w:r>
      <w:r>
        <w:t>gi? to iska matlab kya hua ke creator ka direct saboot to shayad aap ke paas nahi</w:t>
      </w:r>
    </w:p>
    <w:p>
      <w:pPr>
        <w:jc w:val="right"/>
      </w:pPr>
      <w:r>
        <w:t>گی؟ تو اس کا مطلب کیا ہوا کہ کریٹر کا ڈائریکٹ ثبوت تو شاید آپ کے پاس نہیں</w:t>
      </w:r>
    </w:p>
    <w:p>
      <w:r>
        <w:rPr>
          <w:b/>
        </w:rPr>
        <w:t xml:space="preserve">[04:33] </w:t>
      </w:r>
      <w:r>
        <w:t>hai lekin indirect saboot poora maujood hai.</w:t>
      </w:r>
    </w:p>
    <w:p>
      <w:pPr>
        <w:jc w:val="right"/>
      </w:pPr>
      <w:r>
        <w:t>ہے لیکن ان ڈائریکٹ ثبوت پورا موجود ہے۔</w:t>
      </w:r>
    </w:p>
    <w:p>
      <w:r>
        <w:rPr>
          <w:b/>
        </w:rPr>
        <w:t xml:space="preserve">[04:40] </w:t>
      </w:r>
      <w:r>
        <w:t>indirect way mein poori poori poori universe jo hai bata rahi hai ke mera koi koi koi</w:t>
      </w:r>
    </w:p>
    <w:p>
      <w:pPr>
        <w:jc w:val="right"/>
      </w:pPr>
      <w:r>
        <w:t>ان ڈائریکٹ وے میں پوری پوری پوری یونیورس جو ہے بتا رہی ہے کہ میرا کوئی کوئی کوئی</w:t>
      </w:r>
    </w:p>
    <w:p>
      <w:r>
        <w:rPr>
          <w:b/>
        </w:rPr>
        <w:t xml:space="preserve">[04:48] </w:t>
      </w:r>
      <w:r>
        <w:t>creator hai, koi khaliq hai.</w:t>
      </w:r>
    </w:p>
    <w:p>
      <w:pPr>
        <w:jc w:val="right"/>
      </w:pPr>
      <w:r>
        <w:t>کریٹر ہے، کوئی خالق ہے۔</w:t>
      </w:r>
    </w:p>
    <w:p>
      <w:r>
        <w:rPr>
          <w:b/>
        </w:rPr>
        <w:t xml:space="preserve">[04:55] </w:t>
      </w:r>
      <w:r>
        <w:t>to iska matlab kya hua? matlab hua ke universe ka agar direct saboot hai to khaliq ka</w:t>
      </w:r>
    </w:p>
    <w:p>
      <w:pPr>
        <w:jc w:val="right"/>
      </w:pPr>
      <w:r>
        <w:t>تو اس کا مطلب کیا ہوا؟ مطلب ہوا کہ یونیورس کا اگر ڈائریکٹ ثبوت ہے تو خالق کا</w:t>
      </w:r>
    </w:p>
    <w:p>
      <w:r>
        <w:rPr>
          <w:b/>
        </w:rPr>
        <w:t xml:space="preserve">[05:03] </w:t>
      </w:r>
      <w:r>
        <w:t>indirect saboot hai.</w:t>
      </w:r>
    </w:p>
    <w:p>
      <w:pPr>
        <w:jc w:val="right"/>
      </w:pPr>
      <w:r>
        <w:t>ان ڈائریکٹ ثبوت ہے۔</w:t>
      </w:r>
    </w:p>
    <w:p>
      <w:r>
        <w:rPr>
          <w:b/>
        </w:rPr>
        <w:t xml:space="preserve">[05:10] </w:t>
      </w:r>
      <w:r>
        <w:t>yeh jo duniya universe hai yeh jo duniya hai yeh word of nature hai iska agar direct proof</w:t>
      </w:r>
    </w:p>
    <w:p>
      <w:pPr>
        <w:jc w:val="right"/>
      </w:pPr>
      <w:r>
        <w:t>یہ جو دنیا یونیورس ہے یہ جو دنیا ہے یہ ورڈ آف نیچر ہے اس کا اگر ڈائریکٹ پروف</w:t>
      </w:r>
    </w:p>
    <w:p>
      <w:r>
        <w:rPr>
          <w:b/>
        </w:rPr>
        <w:t xml:space="preserve">[05:18] </w:t>
      </w:r>
      <w:r>
        <w:t>iska agar direct proof hai to creator ka indirect proof hai.</w:t>
      </w:r>
    </w:p>
    <w:p>
      <w:pPr>
        <w:jc w:val="right"/>
      </w:pPr>
      <w:r>
        <w:t>اس کا اگر ڈائریکٹ پروف ہے تو کریٹر کا ان ڈائریکٹ پروف ہے۔</w:t>
      </w:r>
    </w:p>
    <w:p>
      <w:r>
        <w:rPr>
          <w:b/>
        </w:rPr>
        <w:t xml:space="preserve">[05:25] </w:t>
      </w:r>
      <w:r>
        <w:t>aur maujooda zamane mein science ne bataya hai ke tamam bari cheezon ka indirect hi saboot hota hai.</w:t>
      </w:r>
    </w:p>
    <w:p>
      <w:pPr>
        <w:jc w:val="right"/>
      </w:pPr>
      <w:r>
        <w:t>اور موجودہ زمانے میں سائنس نے بتایا ہے کہ تمام بڑی چیزوں کا ان ڈائریکٹ ہی ثبوت ہوتا ہے۔</w:t>
      </w:r>
    </w:p>
    <w:p>
      <w:r>
        <w:rPr>
          <w:b/>
        </w:rPr>
        <w:t xml:space="preserve">[05:33] </w:t>
      </w:r>
      <w:r>
        <w:t>jitni bhi bari cheez insaan manta hai un sab ka indirect hi proof hota hai.</w:t>
      </w:r>
    </w:p>
    <w:p>
      <w:pPr>
        <w:jc w:val="right"/>
      </w:pPr>
      <w:r>
        <w:t>جتنی بھی بڑی چیز انسان مانتا ہے ان سب کا ان ڈائریکٹ ہی پروف ہوتا ہے۔</w:t>
      </w:r>
    </w:p>
    <w:p>
      <w:r>
        <w:rPr>
          <w:b/>
        </w:rPr>
        <w:t xml:space="preserve">[05:41] </w:t>
      </w:r>
      <w:r>
        <w:t>to to sawal jab aap ke dimagh mein paida hoga</w:t>
      </w:r>
    </w:p>
    <w:p>
      <w:pPr>
        <w:jc w:val="right"/>
      </w:pPr>
      <w:r>
        <w:t>تو تو سوال جب آپ کے دماغ میں پیدا ہوگا</w:t>
      </w:r>
    </w:p>
    <w:p>
      <w:r>
        <w:rPr>
          <w:b/>
        </w:rPr>
        <w:t xml:space="preserve">[05:48] </w:t>
      </w:r>
      <w:r>
        <w:t>tabhi to aap discovery tak pahunchenge.</w:t>
      </w:r>
    </w:p>
    <w:p>
      <w:pPr>
        <w:jc w:val="right"/>
      </w:pPr>
      <w:r>
        <w:t>تبھی تو آپ discovery تک پہنچیں گے۔</w:t>
      </w:r>
    </w:p>
    <w:p>
      <w:r>
        <w:rPr>
          <w:b/>
        </w:rPr>
        <w:t xml:space="preserve">[05:54] </w:t>
      </w:r>
      <w:r>
        <w:t>to yeh kyun kaha gaya ke noheena anqas al sawal? hum ko roka gaya hai zyada sawal karne se.</w:t>
      </w:r>
    </w:p>
    <w:p>
      <w:pPr>
        <w:jc w:val="right"/>
      </w:pPr>
      <w:r>
        <w:t>تو یہ کیوں کہا گیا کہ نوہینہ عنقص السوال؟ ہم کو روکا گیا ہے زیادہ سوال کرنے سے۔</w:t>
      </w:r>
    </w:p>
    <w:p>
      <w:r>
        <w:rPr>
          <w:b/>
        </w:rPr>
        <w:t xml:space="preserve">[06:00] </w:t>
      </w:r>
      <w:r>
        <w:t>to agar sirf aap arabi janen to arabi mein to yahi matlab nikalta hai: noheena anqas al sawal.</w:t>
      </w:r>
    </w:p>
    <w:p>
      <w:pPr>
        <w:jc w:val="right"/>
      </w:pPr>
      <w:r>
        <w:t>تو اگر صرف آپ عربی جانیں تو عربی میں تو یہی مطلب نکلتا ہے: نوہینہ عنقص السوال۔</w:t>
      </w:r>
    </w:p>
    <w:p>
      <w:r>
        <w:rPr>
          <w:b/>
        </w:rPr>
        <w:t xml:space="preserve">[06:06] </w:t>
      </w:r>
      <w:r>
        <w:t>hum ko roka gaya hai zyada sawal karne se.</w:t>
      </w:r>
    </w:p>
    <w:p>
      <w:pPr>
        <w:jc w:val="right"/>
      </w:pPr>
      <w:r>
        <w:t>ہم کو روکا گیا ہے زیادہ سوال کرنے سے۔</w:t>
      </w:r>
    </w:p>
    <w:p>
      <w:r>
        <w:rPr>
          <w:b/>
        </w:rPr>
        <w:t xml:space="preserve">[06:12] </w:t>
      </w:r>
      <w:r>
        <w:t>to kitni arabi janen aap yahi tarjuma karenge iska?</w:t>
      </w:r>
    </w:p>
    <w:p>
      <w:pPr>
        <w:jc w:val="right"/>
      </w:pPr>
      <w:r>
        <w:t>تو کتنی عربی جانیں آپ یہی ترجمہ کریں گے اس کا؟</w:t>
      </w:r>
    </w:p>
    <w:p>
      <w:r>
        <w:rPr>
          <w:b/>
        </w:rPr>
        <w:t xml:space="preserve">[06:19] </w:t>
      </w:r>
      <w:r>
        <w:t>isko ke arabi janna hargiz hargiz kafi nahi hai quran o sunnat ko samajhne ke liye.</w:t>
      </w:r>
    </w:p>
    <w:p>
      <w:pPr>
        <w:jc w:val="right"/>
      </w:pPr>
      <w:r>
        <w:t>اس کو کہ عربی جاننا ہرگز ہرگز کافی نہیں ہے قرآن و سنت کو سمجھنے کے لیے۔</w:t>
      </w:r>
    </w:p>
    <w:p>
      <w:r>
        <w:rPr>
          <w:b/>
        </w:rPr>
        <w:t xml:space="preserve">[06:24] </w:t>
      </w:r>
      <w:r>
        <w:t>kyun ke arabi janenge to tarjume tak pahunchenge aap.</w:t>
      </w:r>
    </w:p>
    <w:p>
      <w:pPr>
        <w:jc w:val="right"/>
      </w:pPr>
      <w:r>
        <w:t>کیونکہ عربی جانیں گے تو ترجمے تک پہنچیں گے آپ۔</w:t>
      </w:r>
    </w:p>
    <w:p>
      <w:r>
        <w:rPr>
          <w:b/>
        </w:rPr>
        <w:t xml:space="preserve">[06:29] </w:t>
      </w:r>
      <w:r>
        <w:t>translation tak pohnchen gay.</w:t>
      </w:r>
    </w:p>
    <w:p>
      <w:pPr>
        <w:jc w:val="right"/>
      </w:pPr>
      <w:r>
        <w:t>ٹرانسلیشن تک پہنچیں گے۔</w:t>
      </w:r>
    </w:p>
    <w:p>
      <w:r>
        <w:rPr>
          <w:b/>
        </w:rPr>
        <w:t xml:space="preserve">[06:34] </w:t>
      </w:r>
      <w:r>
        <w:t>aur translation jo hai kya hai? khud hadith mein aata hai quran ke baray mein ke: "lkl ayat</w:t>
      </w:r>
    </w:p>
    <w:p>
      <w:pPr>
        <w:jc w:val="right"/>
      </w:pPr>
      <w:r>
        <w:t>اور ٹرانسلیشن جو ہے کیا ہے؟ خود حدیث میں آتا ہے قرآن کے بارے میں کہ: "لکل آیت</w:t>
      </w:r>
    </w:p>
    <w:p>
      <w:r>
        <w:rPr>
          <w:b/>
        </w:rPr>
        <w:t xml:space="preserve">[06:39] </w:t>
      </w:r>
      <w:r>
        <w:t>minha zahar o batin".</w:t>
      </w:r>
    </w:p>
    <w:p>
      <w:pPr>
        <w:jc w:val="right"/>
      </w:pPr>
      <w:r>
        <w:t>منہا ظاہر و بطن"۔</w:t>
      </w:r>
    </w:p>
    <w:p>
      <w:r>
        <w:rPr>
          <w:b/>
        </w:rPr>
        <w:t xml:space="preserve">[06:44] </w:t>
      </w:r>
      <w:r>
        <w:t>lkl ayat minha zahar o batin</w:t>
      </w:r>
    </w:p>
    <w:p>
      <w:pPr>
        <w:jc w:val="right"/>
      </w:pPr>
      <w:r>
        <w:t>لکل آیت منہا ظاہر و بطن</w:t>
      </w:r>
    </w:p>
    <w:p>
      <w:r>
        <w:rPr>
          <w:b/>
        </w:rPr>
        <w:t xml:space="preserve">[06:49] </w:t>
      </w:r>
      <w:r>
        <w:t>.</w:t>
      </w:r>
    </w:p>
    <w:p>
      <w:pPr>
        <w:jc w:val="right"/>
      </w:pPr>
      <w:r>
        <w:t>۔</w:t>
      </w:r>
    </w:p>
    <w:p>
      <w:r>
        <w:rPr>
          <w:b/>
        </w:rPr>
        <w:t xml:space="preserve">[06:54] </w:t>
      </w:r>
      <w:r>
        <w:t>har ayat ka aik zahar hai aik batin hai.</w:t>
      </w:r>
    </w:p>
    <w:p>
      <w:pPr>
        <w:jc w:val="right"/>
      </w:pPr>
      <w:r>
        <w:t>ہر آیت کا ایک ظاہر ہے ایک باطن ہے۔</w:t>
      </w:r>
    </w:p>
    <w:p>
      <w:r>
        <w:rPr>
          <w:b/>
        </w:rPr>
        <w:t xml:space="preserve">[06:58] </w:t>
      </w:r>
      <w:r>
        <w:t>har ayat ka aik zahar hai aik batin hai.</w:t>
      </w:r>
    </w:p>
    <w:p>
      <w:pPr>
        <w:jc w:val="right"/>
      </w:pPr>
      <w:r>
        <w:t>ہر آیت کا ایک ظاہر ہے ایک باطن ہے۔</w:t>
      </w:r>
    </w:p>
    <w:p>
      <w:r>
        <w:rPr>
          <w:b/>
        </w:rPr>
        <w:t xml:space="preserve">[07:02] </w:t>
      </w:r>
      <w:r>
        <w:t>to aap ko agar bohat achi arabi jantay hon aap to zahiri tak pohnchen gay aap.</w:t>
      </w:r>
    </w:p>
    <w:p>
      <w:pPr>
        <w:jc w:val="right"/>
      </w:pPr>
      <w:r>
        <w:t>تو آپ کو اگر بہت اچھی عربی جانتے ہوں آپ تو ظاہری تک پہنچیں گے آپ۔</w:t>
      </w:r>
    </w:p>
    <w:p>
      <w:r>
        <w:rPr>
          <w:b/>
        </w:rPr>
        <w:t xml:space="preserve">[07:06] </w:t>
      </w:r>
      <w:r>
        <w:t>jo zahar se agay jo baat hai wo to tarjumay mein rahay gi nahi.</w:t>
      </w:r>
    </w:p>
    <w:p>
      <w:pPr>
        <w:jc w:val="right"/>
      </w:pPr>
      <w:r>
        <w:t>جو ظاہر سے آگے جو بات ہے وہ تو ترجمے میں رہے گی نہیں۔</w:t>
      </w:r>
    </w:p>
    <w:p>
      <w:r>
        <w:rPr>
          <w:b/>
        </w:rPr>
        <w:t xml:space="preserve">[07:11] </w:t>
      </w:r>
      <w:r>
        <w:t>wo to wo to soch kar maloom hoga.</w:t>
      </w:r>
    </w:p>
    <w:p>
      <w:pPr>
        <w:jc w:val="right"/>
      </w:pPr>
      <w:r>
        <w:t>وہ تو وہ تو سوچ کر معلوم ہوگا۔</w:t>
      </w:r>
    </w:p>
    <w:p>
      <w:r>
        <w:rPr>
          <w:b/>
        </w:rPr>
        <w:t xml:space="preserve">[07:15] </w:t>
      </w:r>
      <w:r>
        <w:t>is se maloom hua ke</w:t>
      </w:r>
    </w:p>
    <w:p>
      <w:pPr>
        <w:jc w:val="right"/>
      </w:pPr>
      <w:r>
        <w:t>اس سے معلوم ہوا کہ</w:t>
      </w:r>
    </w:p>
    <w:p>
      <w:r>
        <w:rPr>
          <w:b/>
        </w:rPr>
        <w:t xml:space="preserve">[07:19] </w:t>
      </w:r>
      <w:r>
        <w:t>quran o hadith ko samajhnay ke liye arabi zaban ko janna bilashuba zarori hai.</w:t>
      </w:r>
    </w:p>
    <w:p>
      <w:pPr>
        <w:jc w:val="right"/>
      </w:pPr>
      <w:r>
        <w:t>قرآن و حدیث کو سمجھنے کے لیے عربی زبان کو جاننا بلاشبہ ضروری ہے۔</w:t>
      </w:r>
    </w:p>
    <w:p>
      <w:r>
        <w:rPr>
          <w:b/>
        </w:rPr>
        <w:t xml:space="preserve">[07:27] </w:t>
      </w:r>
      <w:r>
        <w:t>lekan quran o hadith ke gehre maani ko samajhna is ke liye aap ko wisdom chahiye, aqal chahiye,</w:t>
      </w:r>
    </w:p>
    <w:p>
      <w:pPr>
        <w:jc w:val="right"/>
      </w:pPr>
      <w:r>
        <w:t>لیکن قرآن و حدیث کے گہرے معنی کو سمجھنا اس کے لیے آپ کو wisdom چاہیے، عقل چاہیے،</w:t>
      </w:r>
    </w:p>
    <w:p>
      <w:r>
        <w:rPr>
          <w:b/>
        </w:rPr>
        <w:t xml:space="preserve">[07:35] </w:t>
      </w:r>
      <w:r>
        <w:t>sochnay ka madah chahiye, art of thinking chahiye.</w:t>
      </w:r>
    </w:p>
    <w:p>
      <w:pPr>
        <w:jc w:val="right"/>
      </w:pPr>
      <w:r>
        <w:t>سوچنے کا مادہ چاہیے، art of thinking چاہیے۔</w:t>
      </w:r>
    </w:p>
    <w:p>
      <w:r>
        <w:rPr>
          <w:b/>
        </w:rPr>
        <w:t xml:space="preserve">[07:42] </w:t>
      </w:r>
      <w:r>
        <w:t>yani more than language chahiye.</w:t>
      </w:r>
    </w:p>
    <w:p>
      <w:pPr>
        <w:jc w:val="right"/>
      </w:pPr>
      <w:r>
        <w:t>یعنی more than language چاہیے۔</w:t>
      </w:r>
    </w:p>
    <w:p>
      <w:r>
        <w:rPr>
          <w:b/>
        </w:rPr>
        <w:t xml:space="preserve">[07:50] </w:t>
      </w:r>
      <w:r>
        <w:t>language se aap translation tak pohnch saktay hain.</w:t>
      </w:r>
    </w:p>
    <w:p>
      <w:pPr>
        <w:jc w:val="right"/>
      </w:pPr>
      <w:r>
        <w:t>Language سے آپ translation تک پہنچ سکتے ہیں۔</w:t>
      </w:r>
    </w:p>
    <w:p>
      <w:r>
        <w:rPr>
          <w:b/>
        </w:rPr>
        <w:t xml:space="preserve">[07:58] </w:t>
      </w:r>
      <w:r>
        <w:t>aur more than language se aap pohnchtay hain is ke gehre maani tak.</w:t>
      </w:r>
    </w:p>
    <w:p>
      <w:pPr>
        <w:jc w:val="right"/>
      </w:pPr>
      <w:r>
        <w:t>اور more than language سے آپ پہنچتے ہیں اس کے گہرے معنی تک۔</w:t>
      </w:r>
    </w:p>
    <w:p>
      <w:r>
        <w:rPr>
          <w:b/>
        </w:rPr>
        <w:t xml:space="preserve">[08:05] </w:t>
      </w:r>
      <w:r>
        <w:t>to is is jhang par aaj mein subah soch raha tha to yeh baat samajh mein aai ke</w:t>
      </w:r>
    </w:p>
    <w:p>
      <w:pPr>
        <w:jc w:val="right"/>
      </w:pPr>
      <w:r>
        <w:t>تو اس اس جھنگ پر آج میں صبح سوچ رہا تھا تو یہ بات سمجھ میں آئی کہ</w:t>
      </w:r>
    </w:p>
    <w:p>
      <w:r>
        <w:rPr>
          <w:b/>
        </w:rPr>
        <w:t xml:space="preserve">[08:13] </w:t>
      </w:r>
      <w:r>
        <w:t>ke yeh word of creation jo hai</w:t>
      </w:r>
    </w:p>
    <w:p>
      <w:pPr>
        <w:jc w:val="right"/>
      </w:pPr>
      <w:r>
        <w:t>کہ یہ word of creation جو ہے</w:t>
      </w:r>
    </w:p>
    <w:p>
      <w:r>
        <w:rPr>
          <w:b/>
        </w:rPr>
        <w:t xml:space="preserve">[08:20] </w:t>
      </w:r>
      <w:r>
        <w:t>agar is ka direct suboot hai to creator jo hai is ka hi direct suboot hai.</w:t>
      </w:r>
    </w:p>
    <w:p>
      <w:pPr>
        <w:jc w:val="right"/>
      </w:pPr>
      <w:r>
        <w:t>اگر اس کا direct ثبوت ہے تو creator جو ہے اس کا ہی direct ثبوت ہے۔</w:t>
      </w:r>
    </w:p>
    <w:p>
      <w:r>
        <w:rPr>
          <w:b/>
        </w:rPr>
        <w:t xml:space="preserve">[08:28] </w:t>
      </w:r>
      <w:r>
        <w:t>aur indirect suboot ziyada bara hai.</w:t>
      </w:r>
    </w:p>
    <w:p>
      <w:pPr>
        <w:jc w:val="right"/>
      </w:pPr>
      <w:r>
        <w:t>اور indirect ثبوت زیادہ بڑا ہے۔</w:t>
      </w:r>
    </w:p>
    <w:p>
      <w:r>
        <w:rPr>
          <w:b/>
        </w:rPr>
        <w:t xml:space="preserve">[08:35] </w:t>
      </w:r>
      <w:r>
        <w:t>kyun ke tamam bari bari cheezain indirect hi tor in ka proof direct hi milta hai.</w:t>
      </w:r>
    </w:p>
    <w:p>
      <w:pPr>
        <w:jc w:val="right"/>
      </w:pPr>
      <w:r>
        <w:t>کیونکہ تمام بڑی بڑی چیزیں indirect ہی طور ان کا proof direct ہی ملتا ہے۔</w:t>
      </w:r>
    </w:p>
    <w:p>
      <w:r>
        <w:rPr>
          <w:b/>
        </w:rPr>
        <w:t xml:space="preserve">[08:43] </w:t>
      </w:r>
      <w:r>
        <w:t>jaisa ke modern science batati hai. to sawal</w:t>
      </w:r>
    </w:p>
    <w:p>
      <w:pPr>
        <w:jc w:val="right"/>
      </w:pPr>
      <w:r>
        <w:t>جیسا کہ modern سائنس بتاتی ہے۔ تو سوال</w:t>
      </w:r>
    </w:p>
    <w:p>
      <w:r>
        <w:rPr>
          <w:b/>
        </w:rPr>
        <w:t xml:space="preserve">[08:51] </w:t>
      </w:r>
      <w:r>
        <w:t>jo hai jis se mana kiya gaya hai jis ko kehtay hain khwamkhwah ka sawal, kathoot jo hoti</w:t>
      </w:r>
    </w:p>
    <w:p>
      <w:pPr>
        <w:jc w:val="right"/>
      </w:pPr>
      <w:r>
        <w:t>جو ہے جس سے منع کیا گیا ہے جس کو کہتے ہیں خوامخواہ کا سوال، کٹھوٹ جو ہوتی</w:t>
      </w:r>
    </w:p>
    <w:p>
      <w:r>
        <w:rPr>
          <w:b/>
        </w:rPr>
        <w:t xml:space="preserve">[08:57] </w:t>
      </w:r>
      <w:r>
        <w:t>hai, bekar ka sawal.</w:t>
      </w:r>
    </w:p>
    <w:p>
      <w:pPr>
        <w:jc w:val="right"/>
      </w:pPr>
      <w:r>
        <w:t>ہے، بیکار کا سوال۔</w:t>
      </w:r>
    </w:p>
    <w:p>
      <w:r>
        <w:rPr>
          <w:b/>
        </w:rPr>
        <w:t xml:space="preserve">[09:03] </w:t>
      </w:r>
      <w:r>
        <w:t>lekin jo real questioning hai real questioning woh to bari woh to is par saare ilm ka daromadar hai.</w:t>
      </w:r>
    </w:p>
    <w:p>
      <w:pPr>
        <w:jc w:val="right"/>
      </w:pPr>
      <w:r>
        <w:t>لیکن جو real questioning ہے real questioning وہ تو بڑی وہ تو اس پر سارے علم کا دارومدار ہے۔</w:t>
      </w:r>
    </w:p>
    <w:p>
      <w:r>
        <w:rPr>
          <w:b/>
        </w:rPr>
        <w:t xml:space="preserve">[09:09] </w:t>
      </w:r>
      <w:r>
        <w:t>Real questioning jo hai woh to bohat hi important hai.</w:t>
      </w:r>
    </w:p>
    <w:p>
      <w:pPr>
        <w:jc w:val="right"/>
      </w:pPr>
      <w:r>
        <w:t>Real questioning جو ہے وہ تو بہت ہی important ہے۔</w:t>
      </w:r>
    </w:p>
    <w:p>
      <w:r>
        <w:rPr>
          <w:b/>
        </w:rPr>
        <w:t xml:space="preserve">[09:15] </w:t>
      </w:r>
      <w:r>
        <w:t>lekin logon ka haal yeh hai ke woh real question jante nahin.</w:t>
      </w:r>
    </w:p>
    <w:p>
      <w:pPr>
        <w:jc w:val="right"/>
      </w:pPr>
      <w:r>
        <w:t>لیکن لوگوں کا حال یہ ہے کہ وہ real question جانتے نہیں۔</w:t>
      </w:r>
    </w:p>
    <w:p>
      <w:r>
        <w:rPr>
          <w:b/>
        </w:rPr>
        <w:t xml:space="preserve">[09:21] </w:t>
      </w:r>
      <w:r>
        <w:t>bas jo akhbaron jaise aaj kal kya hai jis ko dekhen woh talaq ke bare mein poochta hai.</w:t>
      </w:r>
    </w:p>
    <w:p>
      <w:pPr>
        <w:jc w:val="right"/>
      </w:pPr>
      <w:r>
        <w:t>بس جو اخباروں جیسے آج کل کیا ہے جس کو دیکھیں وہ طلاق کے بارے میں پوچھتا ہے۔</w:t>
      </w:r>
    </w:p>
    <w:p>
      <w:r>
        <w:rPr>
          <w:b/>
        </w:rPr>
        <w:t xml:space="preserve">[09:28] </w:t>
      </w:r>
      <w:r>
        <w:t>yeh koi koi sawal hi nahin bane rehti.</w:t>
      </w:r>
    </w:p>
    <w:p>
      <w:pPr>
        <w:jc w:val="right"/>
      </w:pPr>
      <w:r>
        <w:t>یہ کوئی کوئی سوال ہی نہیں بنے رہتی۔</w:t>
      </w:r>
    </w:p>
    <w:p>
      <w:r>
        <w:rPr>
          <w:b/>
        </w:rPr>
        <w:t xml:space="preserve">[09:36] </w:t>
      </w:r>
      <w:r>
        <w:t>aise hi sawal karte hain log jo akhbar mein chhap jaye, media mein aa jaye usi ko sawal banate hain.</w:t>
      </w:r>
    </w:p>
    <w:p>
      <w:pPr>
        <w:jc w:val="right"/>
      </w:pPr>
      <w:r>
        <w:t>ایسے ہی سوال کرتے ہیں لوگ جو اخبار میں چھپ جائے، میڈیا میں آ جائے اسی کو سوال بناتے ہیں۔</w:t>
      </w:r>
    </w:p>
    <w:p>
      <w:r>
        <w:rPr>
          <w:b/>
        </w:rPr>
        <w:t xml:space="preserve">[09:43] </w:t>
      </w:r>
      <w:r>
        <w:t>media mein aa jaye donald trump kuch keh de to woh sawal ban gaya. india mein</w:t>
      </w:r>
    </w:p>
    <w:p>
      <w:pPr>
        <w:jc w:val="right"/>
      </w:pPr>
      <w:r>
        <w:t>میڈیا میں آ جائے ڈونلڈ ٹرمپ کچھ کہہ دے تو وہ سوال بن گیا۔ انڈیا میں</w:t>
      </w:r>
    </w:p>
    <w:p>
      <w:r>
        <w:rPr>
          <w:b/>
        </w:rPr>
        <w:t xml:space="preserve">[09:51] </w:t>
      </w:r>
      <w:r>
        <w:t>koi leader kuch keh de to woh sawal ban gaya.</w:t>
      </w:r>
    </w:p>
    <w:p>
      <w:pPr>
        <w:jc w:val="right"/>
      </w:pPr>
      <w:r>
        <w:t>کوئی لیڈر کچھ کہہ دے تو وہ سوال بن گیا۔</w:t>
      </w:r>
    </w:p>
    <w:p>
      <w:r>
        <w:rPr>
          <w:b/>
        </w:rPr>
        <w:t xml:space="preserve">[09:56] </w:t>
      </w:r>
      <w:r>
        <w:t>nahin aap ke aap aap ke sochne se sawal sawal nikalta hai woh sawal hai.</w:t>
      </w:r>
    </w:p>
    <w:p>
      <w:pPr>
        <w:jc w:val="right"/>
      </w:pPr>
      <w:r>
        <w:t>نہیں آپ کے آپ آپ کے سوچنے سے سوال سوال نکلتا ہے وہ سوال ہے۔</w:t>
      </w:r>
    </w:p>
    <w:p>
      <w:r>
        <w:rPr>
          <w:b/>
        </w:rPr>
        <w:t xml:space="preserve">[10:02] </w:t>
      </w:r>
      <w:r>
        <w:t>to noheena anqas al sawal ka matlab yeh hai ke is ko bas sawal samjho ke media mein kya</w:t>
      </w:r>
    </w:p>
    <w:p>
      <w:pPr>
        <w:jc w:val="right"/>
      </w:pPr>
      <w:r>
        <w:t>تو نوہینہ عنقص السوال کا مطلب یہ ہے کہ اس کو بس سوال سمجھو کہ میڈیا میں کیا</w:t>
      </w:r>
    </w:p>
    <w:p>
      <w:r>
        <w:rPr>
          <w:b/>
        </w:rPr>
        <w:t xml:space="preserve">[10:07] </w:t>
      </w:r>
      <w:r>
        <w:t>aaya hai, stage pe kya log bol rahe hain, bazaron mein kya kaha ja raha hai.</w:t>
      </w:r>
    </w:p>
    <w:p>
      <w:pPr>
        <w:jc w:val="right"/>
      </w:pPr>
      <w:r>
        <w:t>آیا ہے، اسٹیج پہ کیا لوگ بول رہے ہیں، بازاروں میں کیا کہا جا رہا ہے۔</w:t>
      </w:r>
    </w:p>
    <w:p>
      <w:r>
        <w:rPr>
          <w:b/>
        </w:rPr>
        <w:t xml:space="preserve">[10:12] </w:t>
      </w:r>
      <w:r>
        <w:t>nahin tum agar sochte hue zindagi guzar rahe ho, ghor o fikr ki zindagi, contemplation ki zindagi to</w:t>
      </w:r>
    </w:p>
    <w:p>
      <w:pPr>
        <w:jc w:val="right"/>
      </w:pPr>
      <w:r>
        <w:t>نہیں تم اگر سوچتے ہوئے زندگی گزار رہے ہو، غور و فکر کی زندگی، contemplation کی زندگی تو</w:t>
      </w:r>
    </w:p>
    <w:p>
      <w:r>
        <w:rPr>
          <w:b/>
        </w:rPr>
        <w:t xml:space="preserve">[10:17] </w:t>
      </w:r>
      <w:r>
        <w:t>bar bar tumhare samne</w:t>
      </w:r>
    </w:p>
    <w:p>
      <w:pPr>
        <w:jc w:val="right"/>
      </w:pPr>
      <w:r>
        <w:t>بار بار تمہارے سامنے</w:t>
      </w:r>
    </w:p>
    <w:p>
      <w:r>
        <w:rPr>
          <w:b/>
        </w:rPr>
        <w:t xml:space="preserve">[10:23] </w:t>
      </w:r>
      <w:r>
        <w:t>sawalat aayenge. bar bar.</w:t>
      </w:r>
    </w:p>
    <w:p>
      <w:pPr>
        <w:jc w:val="right"/>
      </w:pPr>
      <w:r>
        <w:t>سوالات آئیں گے۔ بار بار۔</w:t>
      </w:r>
    </w:p>
    <w:p>
      <w:r>
        <w:rPr>
          <w:b/>
        </w:rPr>
        <w:t xml:space="preserve">[10:29] </w:t>
      </w:r>
      <w:r>
        <w:t>to woh to bohat bari cheez hai.</w:t>
      </w:r>
    </w:p>
    <w:p>
      <w:pPr>
        <w:jc w:val="right"/>
      </w:pPr>
      <w:r>
        <w:t>تو وہ تو بہت بڑی چیز ہے۔</w:t>
      </w:r>
    </w:p>
    <w:p>
      <w:r>
        <w:rPr>
          <w:b/>
        </w:rPr>
        <w:t xml:space="preserve">[10:35] </w:t>
      </w:r>
      <w:r>
        <w:t>woh to bohat bari cheez hai.</w:t>
      </w:r>
    </w:p>
    <w:p>
      <w:pPr>
        <w:jc w:val="right"/>
      </w:pPr>
      <w:r>
        <w:t>وہ تو بہت بڑی چیز ہے۔</w:t>
      </w:r>
    </w:p>
    <w:p>
      <w:r>
        <w:rPr>
          <w:b/>
        </w:rPr>
        <w:t xml:space="preserve">[10:41] </w:t>
      </w:r>
      <w:r>
        <w:t>jaise mein kal soch raha tha yani subah subah kal mein aaj kal mein subah bahar barh jata hoon.</w:t>
      </w:r>
    </w:p>
    <w:p>
      <w:pPr>
        <w:jc w:val="right"/>
      </w:pPr>
      <w:r>
        <w:t>جیسے میں کل سوچ رہا تھا یعنی صبح صبح کل میں آج کل میں صبح باہر بڑھ جاتا ہوں۔</w:t>
      </w:r>
    </w:p>
    <w:p>
      <w:r>
        <w:rPr>
          <w:b/>
        </w:rPr>
        <w:t xml:space="preserve">[10:47] </w:t>
      </w:r>
      <w:r>
        <w:t>mausam badla hai jab se to suraj nikalne se pehle</w:t>
      </w:r>
    </w:p>
    <w:p>
      <w:pPr>
        <w:jc w:val="right"/>
      </w:pPr>
      <w:r>
        <w:t>موسم بدلا ہے جب سے تو سورج نکلنے سے پہلے</w:t>
      </w:r>
    </w:p>
    <w:p>
      <w:r>
        <w:rPr>
          <w:b/>
        </w:rPr>
        <w:t xml:space="preserve">[10:53] </w:t>
      </w:r>
      <w:r>
        <w:t>bahar barh jata hoon.</w:t>
      </w:r>
    </w:p>
    <w:p>
      <w:pPr>
        <w:jc w:val="right"/>
      </w:pPr>
      <w:r>
        <w:t>باہر بڑھ جاتا ہوں۔</w:t>
      </w:r>
    </w:p>
    <w:p>
      <w:r>
        <w:rPr>
          <w:b/>
        </w:rPr>
        <w:t xml:space="preserve">[10:59] </w:t>
      </w:r>
      <w:r>
        <w:t>to mein baitha hua tha andhera tha abhi itne mein samne se darakhton ke peeche se suraj dikhai</w:t>
      </w:r>
    </w:p>
    <w:p>
      <w:pPr>
        <w:jc w:val="right"/>
      </w:pPr>
      <w:r>
        <w:t>تو میں بیٹھا ہوا تھا اندھیرا تھا ابھی اتنے میں سامنے سے درختوں کے پیچھے سے سورج دکھائی</w:t>
      </w:r>
    </w:p>
    <w:p>
      <w:r>
        <w:rPr>
          <w:b/>
        </w:rPr>
        <w:t xml:space="preserve">[11:05] </w:t>
      </w:r>
      <w:r>
        <w:t>diya jaise ke suraj jhank raha ho meri taraf.</w:t>
      </w:r>
    </w:p>
    <w:p>
      <w:pPr>
        <w:jc w:val="right"/>
      </w:pPr>
      <w:r>
        <w:t>دیا جیسے کہ سورج جھانک رہا ہو میری طرف۔</w:t>
      </w:r>
    </w:p>
    <w:p>
      <w:r>
        <w:rPr>
          <w:b/>
        </w:rPr>
        <w:t xml:space="preserve">[11:11] </w:t>
      </w:r>
      <w:r>
        <w:t>patiyan shakhain patiyan darakht is ke peeche se suraj nikal raha tha.</w:t>
      </w:r>
    </w:p>
    <w:p>
      <w:pPr>
        <w:jc w:val="right"/>
      </w:pPr>
      <w:r>
        <w:t>پتیوں شاخیں پتیاں درخت اس کے پیچھے سے سورج نکل رہا تھا۔</w:t>
      </w:r>
    </w:p>
    <w:p>
      <w:r>
        <w:rPr>
          <w:b/>
        </w:rPr>
        <w:t xml:space="preserve">[11:17] </w:t>
      </w:r>
      <w:r>
        <w:t>to meri samajh</w:t>
      </w:r>
    </w:p>
    <w:p>
      <w:pPr>
        <w:jc w:val="right"/>
      </w:pPr>
      <w:r>
        <w:t>تو میری سمجھ</w:t>
      </w:r>
    </w:p>
    <w:p>
      <w:r>
        <w:rPr>
          <w:b/>
        </w:rPr>
        <w:t xml:space="preserve">[11:23] </w:t>
      </w:r>
      <w:r>
        <w:t>mein ek baat aayi. wo jo hadith hai ke Allah aasman aur dunya par utarta hai aur kehta hai ke hai koi koi maangne wala jo jo mujh se maange mein us ko doon. yeh hadith bahut dinon se mein sochta tha. kal meri samajh mein aayi ke Allah jall shanahu ke shan ke khilaf hai ke wo kahein upar ho phir neeche aata hai. us ko neeche upar aane ki zarurat nahi hai. wo kahein</w:t>
      </w:r>
    </w:p>
    <w:p>
      <w:pPr>
        <w:jc w:val="right"/>
      </w:pPr>
      <w:r>
        <w:t>میں ایک بات آئی۔ وہ جو حدیث ہے کہ اللہ آسمان اور دنیا پر اترتا ہے اور کہتا ہے کہ ہے کوئی کوئی مانگنے والا جو جو مجھ سے مانگے میں اس کو دوں۔ یہ حدیث بہت دنوں سے میں سوچتا تھا۔ کل میری سمجھ میں آئی کہ اللہ جل شانہ کے شان کے خلاف ہے کہ وہ کہیں اوپر ہو پھر نیچے آتا ہے۔ اس کو نیچے اوپر آنے کی ضرورت نہیں ہے۔ وہ کہیں</w:t>
      </w:r>
    </w:p>
    <w:p>
      <w:r>
        <w:rPr>
          <w:b/>
        </w:rPr>
        <w:t xml:space="preserve">[11:53] </w:t>
      </w:r>
      <w:r>
        <w:t>bhi hai wo soch sakta hai kahein pe wo dekh sakta hai. to meri samajh mein aaya ke yeh baat jo kahi gayi hai Allah ki nisbat se haqeeqat mein wo insaan ki nisbat se hai. yaani Allah apne takht se utar kar ke aata hai. to mein sochta hoon ke subah to har waqt kahein na kahein hoti hai. aisa nahi ke subah ka hi subah ka koi ek waqt hai. waqai nahi hai. dunya mein har waqt kahein na kahein subah hai. to kya hota hai</w:t>
      </w:r>
    </w:p>
    <w:p>
      <w:pPr>
        <w:jc w:val="right"/>
      </w:pPr>
      <w:r>
        <w:t>بھی ہے وہ سوچ سکتا ہے کہیں پہ وہ دیکھ سکتا ہے۔ تو میری سمجھ میں آیا کہ یہ بات جو کہی گئی ہے اللہ کی نسبت سے حقیقت میں وہ انسان کی نسبت سے ہے۔ یعنی اللہ اپنے تخت سے اتر کر کے آتا ہے۔ تو میں سوچتا ہوں کہ صبح تو ہر وقت کہیں نہ کہیں ہوتی ہے۔ ایسا نہیں کہ صبح کا ہی صبح کا کوئی ایک وقت ہے۔ واقعی نہیں ہے۔ دنیا میں ہر وقت کہیں نہ کہیں صبح ہے۔ تو کیا ہوتا ہے</w:t>
      </w:r>
    </w:p>
    <w:p>
      <w:r>
        <w:rPr>
          <w:b/>
        </w:rPr>
        <w:t xml:space="preserve">[12:23] </w:t>
      </w:r>
      <w:r>
        <w:t>phir? har jagah utarta hai Khuda.</w:t>
      </w:r>
    </w:p>
    <w:p>
      <w:pPr>
        <w:jc w:val="right"/>
      </w:pPr>
      <w:r>
        <w:t>پھر؟ ہر جگہ اترتا ہے خدا۔</w:t>
      </w:r>
    </w:p>
    <w:p>
      <w:r>
        <w:rPr>
          <w:b/>
        </w:rPr>
        <w:t xml:space="preserve">[12:30] </w:t>
      </w:r>
      <w:r>
        <w:t>kyun ke aap jante hain ke jo rotation hai suraj ke gird jo apne axis par ghoomti hai.</w:t>
      </w:r>
    </w:p>
    <w:p>
      <w:pPr>
        <w:jc w:val="right"/>
      </w:pPr>
      <w:r>
        <w:t>کیونکہ آپ جانتے ہیں کہ جو rotation ہے سورج کے گرد جو اپنے axis پر گھومتی ہے۔</w:t>
      </w:r>
    </w:p>
    <w:p>
      <w:r>
        <w:rPr>
          <w:b/>
        </w:rPr>
        <w:t xml:space="preserve">[12:38] </w:t>
      </w:r>
      <w:r>
        <w:t>to is hadith mein bazahir yeh kaha gaya hai ke Allah aasman aur dunya par utarta hai.</w:t>
      </w:r>
    </w:p>
    <w:p>
      <w:pPr>
        <w:jc w:val="right"/>
      </w:pPr>
      <w:r>
        <w:t>تو اس حدیث میں بظاہر یہ کہا گیا ہے کہ اللہ آسمان اور دنیا پر اترتا ہے۔</w:t>
      </w:r>
    </w:p>
    <w:p>
      <w:r>
        <w:rPr>
          <w:b/>
        </w:rPr>
        <w:t xml:space="preserve">[12:46] </w:t>
      </w:r>
      <w:r>
        <w:t>aur kehta hai ke koi hai</w:t>
      </w:r>
    </w:p>
    <w:p>
      <w:pPr>
        <w:jc w:val="right"/>
      </w:pPr>
      <w:r>
        <w:t>اور کہتا ہے کہ کوئی ہے</w:t>
      </w:r>
    </w:p>
    <w:p>
      <w:r>
        <w:rPr>
          <w:b/>
        </w:rPr>
        <w:t xml:space="preserve">[12:53] </w:t>
      </w:r>
      <w:r>
        <w:t>mangne wala jo is ko mein doon.</w:t>
      </w:r>
    </w:p>
    <w:p>
      <w:pPr>
        <w:jc w:val="right"/>
      </w:pPr>
      <w:r>
        <w:t>مانگنے والا جو اس کو میں دوں۔</w:t>
      </w:r>
    </w:p>
    <w:p>
      <w:r>
        <w:rPr>
          <w:b/>
        </w:rPr>
        <w:t xml:space="preserve">[13:00] </w:t>
      </w:r>
      <w:r>
        <w:t>to ab dekhen ke yeh baat ghor o fikr se samajh yani barson ke sochne se samajh aayi.</w:t>
      </w:r>
    </w:p>
    <w:p>
      <w:pPr>
        <w:jc w:val="right"/>
      </w:pPr>
      <w:r>
        <w:t>تو اب دیکھیں کہ یہ بات غور و فکر سے سمجھ یعنی برسوں کے سوچنے سے سمجھ آئی۔</w:t>
      </w:r>
    </w:p>
    <w:p>
      <w:r>
        <w:rPr>
          <w:b/>
        </w:rPr>
        <w:t xml:space="preserve">[13:06] </w:t>
      </w:r>
      <w:r>
        <w:t>to sochne se mana nahi kiya gaya.</w:t>
      </w:r>
    </w:p>
    <w:p>
      <w:pPr>
        <w:jc w:val="right"/>
      </w:pPr>
      <w:r>
        <w:t>تو سوچنے سے منع نہیں کیا گیا۔</w:t>
      </w:r>
    </w:p>
    <w:p>
      <w:r>
        <w:rPr>
          <w:b/>
        </w:rPr>
        <w:t xml:space="preserve">[13:12] </w:t>
      </w:r>
      <w:r>
        <w:t>to mein sochte sochte meri samajh mein aayi ke yeh usloob hai Quran ka aur bhi yeh baat</w:t>
      </w:r>
    </w:p>
    <w:p>
      <w:pPr>
        <w:jc w:val="right"/>
      </w:pPr>
      <w:r>
        <w:t>تو میں سوچتے سوچتے میری سمجھ میں آئی کہ یہ اسلوب ہے قرآن کا اور بھی یہ بات</w:t>
      </w:r>
    </w:p>
    <w:p>
      <w:r>
        <w:rPr>
          <w:b/>
        </w:rPr>
        <w:t xml:space="preserve">[13:19] </w:t>
      </w:r>
      <w:r>
        <w:t>hai ke jo baat kahi gayi hai Allah ki nisbat se woh haqeeqat mein insan ki nisbat se hai. Woh kaise?</w:t>
      </w:r>
    </w:p>
    <w:p>
      <w:pPr>
        <w:jc w:val="right"/>
      </w:pPr>
      <w:r>
        <w:t>ہے کہ جو بات گئی گئی ہے اللہ کی نسبت سے وہ حقیقت میں انسان کی نسبت سے ہے۔ وہ کیسے؟</w:t>
      </w:r>
    </w:p>
    <w:p>
      <w:r>
        <w:rPr>
          <w:b/>
        </w:rPr>
        <w:t xml:space="preserve">[13:25] </w:t>
      </w:r>
      <w:r>
        <w:t>aap subah ko uthein sawere aur khuli jagah par baithein jahan nature ho darakht ho hawaein hon aasman nazar aata ho chidiyan udti hon wahan aap baithein. phir kya hoga? dheere dheere subah ka waqt hoga. aur suraj aap ko jhankta hua nazar</w:t>
      </w:r>
    </w:p>
    <w:p>
      <w:pPr>
        <w:jc w:val="right"/>
      </w:pPr>
      <w:r>
        <w:t>آپ صبح کو اٹھیں سویرے اور کھلی جگہ پر بیٹھیں جہاں نیچر ہو درخت ہو ہوائیں ہوں آسمان نظر آتا ہو چڑیاں اڑتی ہوں وہاں آپ بیٹھیں۔ پھر کیا ہوگا؟ دھیرے دھیرے صبح کا وقت ہوگا۔ اور سورج آپ کو جھانکتا ہوا نظر</w:t>
      </w:r>
    </w:p>
    <w:p>
      <w:r>
        <w:rPr>
          <w:b/>
        </w:rPr>
        <w:t xml:space="preserve">[13:55] </w:t>
      </w:r>
      <w:r>
        <w:t>aayega ufuq se.</w:t>
      </w:r>
    </w:p>
    <w:p>
      <w:pPr>
        <w:jc w:val="right"/>
      </w:pPr>
      <w:r>
        <w:t>آئے گا افق سے۔</w:t>
      </w:r>
    </w:p>
    <w:p>
      <w:r>
        <w:rPr>
          <w:b/>
        </w:rPr>
        <w:t xml:space="preserve">[14:03] </w:t>
      </w:r>
      <w:r>
        <w:t>to agar aap jee rahe hain Allah se yani Allah mein jee rahe hain subah shaam aur duaen</w:t>
      </w:r>
    </w:p>
    <w:p>
      <w:pPr>
        <w:jc w:val="right"/>
      </w:pPr>
      <w:r>
        <w:t>تو اگر آپ جی رہے ہیں اللہ سے یعنی اللہ میں جی رہے ہیں صبح شام اور دعائیں</w:t>
      </w:r>
    </w:p>
    <w:p>
      <w:r>
        <w:rPr>
          <w:b/>
        </w:rPr>
        <w:t xml:space="preserve">[14:11] </w:t>
      </w:r>
      <w:r>
        <w:t>kar rahe hain hamd kar rahe hain zikr kar rahe hain to suraj ka nikalna woh stabilized way</w:t>
      </w:r>
    </w:p>
    <w:p>
      <w:pPr>
        <w:jc w:val="right"/>
      </w:pPr>
      <w:r>
        <w:t>کر رہے ہیں حمد کر رہے ہیں ذکر کر رہے ہیں تو سورج کا نکلنا وہ stabilized way</w:t>
      </w:r>
    </w:p>
    <w:p>
      <w:r>
        <w:rPr>
          <w:b/>
        </w:rPr>
        <w:t xml:space="preserve">[14:18] </w:t>
      </w:r>
      <w:r>
        <w:t>mein aap ke liye jawab ban jayega.</w:t>
      </w:r>
    </w:p>
    <w:p>
      <w:pPr>
        <w:jc w:val="right"/>
      </w:pPr>
      <w:r>
        <w:t>میں آپ کے لیے جواب بن جائے گا۔</w:t>
      </w:r>
    </w:p>
    <w:p>
      <w:r>
        <w:rPr>
          <w:b/>
        </w:rPr>
        <w:t xml:space="preserve">[14:26] </w:t>
      </w:r>
      <w:r>
        <w:t>moassar ho jayega jise Khuda jhaank raha ho aur keh raha hai ke aye bande tu mujh</w:t>
      </w:r>
    </w:p>
    <w:p>
      <w:pPr>
        <w:jc w:val="right"/>
      </w:pPr>
      <w:r>
        <w:t>موثر ہو جائے گا جسے خدا جھانک رہا ہو اور کہہ رہا ہے کہ اے بندے تو مجھ</w:t>
      </w:r>
    </w:p>
    <w:p>
      <w:r>
        <w:rPr>
          <w:b/>
        </w:rPr>
        <w:t xml:space="preserve">[14:32] </w:t>
      </w:r>
      <w:r>
        <w:t>ko pukaar raha tha mein yahan hoon tere jawab tere sawal ka jawab dene ke liye.</w:t>
      </w:r>
    </w:p>
    <w:p>
      <w:pPr>
        <w:jc w:val="right"/>
      </w:pPr>
      <w:r>
        <w:t>کو پکار رہا تھا میں یہاں ہوں تیرے جواب تیرے سوال کا جواب دینے کے لیے۔</w:t>
      </w:r>
    </w:p>
    <w:p>
      <w:r>
        <w:rPr>
          <w:b/>
        </w:rPr>
        <w:t xml:space="preserve">[14:39] </w:t>
      </w:r>
      <w:r>
        <w:t>yani suraj ka nikalna jo hai woh moassar ho jayega is mein ke jaise ke Khuda mere</w:t>
      </w:r>
    </w:p>
    <w:p>
      <w:pPr>
        <w:jc w:val="right"/>
      </w:pPr>
      <w:r>
        <w:t>یعنی سورج کا نکلنا جو ہے وہ موثر ہو جائے گا اس میں کہ جیسے کہ خدا میرے</w:t>
      </w:r>
    </w:p>
    <w:p>
      <w:r>
        <w:rPr>
          <w:b/>
        </w:rPr>
        <w:t xml:space="preserve">[14:45] </w:t>
      </w:r>
      <w:r>
        <w:t>qareeb aa gaya hai aur keh raha hai ke aye bande tu ne mujh ko pukaara to mein</w:t>
      </w:r>
    </w:p>
    <w:p>
      <w:pPr>
        <w:jc w:val="right"/>
      </w:pPr>
      <w:r>
        <w:t>قریب آ گیا ہے اور کہہ رہا ہے کہ اے بندے تو نے مجھ کو پکارا تو میں</w:t>
      </w:r>
    </w:p>
    <w:p>
      <w:r>
        <w:rPr>
          <w:b/>
        </w:rPr>
        <w:t xml:space="preserve">[14:51] </w:t>
      </w:r>
      <w:r>
        <w:t>tere liye yahan maujood hoon.</w:t>
      </w:r>
    </w:p>
    <w:p>
      <w:pPr>
        <w:jc w:val="right"/>
      </w:pPr>
      <w:r>
        <w:t>تیرے لیے یہاں موجود ہوں۔</w:t>
      </w:r>
    </w:p>
    <w:p>
      <w:r>
        <w:rPr>
          <w:b/>
        </w:rPr>
        <w:t xml:space="preserve">[14:58] </w:t>
      </w:r>
      <w:r>
        <w:t>to baat kahi gayi hai bazahir Allah ki nisbat se haqeeqat mein hai woh insan ki nisbat se.</w:t>
      </w:r>
    </w:p>
    <w:p>
      <w:pPr>
        <w:jc w:val="right"/>
      </w:pPr>
      <w:r>
        <w:t>تو بات کہی گئی ہے بظاہر اللہ کی نسبت سے حقیقت میں ہے وہ انسان کی نسبت سے۔</w:t>
      </w:r>
    </w:p>
    <w:p>
      <w:r>
        <w:rPr>
          <w:b/>
        </w:rPr>
        <w:t xml:space="preserve">[15:05] </w:t>
      </w:r>
      <w:r>
        <w:t>yeh baat bohat zyada hai Quran o hadith mein ke falan maqam par dua karna bohat si bohat</w:t>
      </w:r>
    </w:p>
    <w:p>
      <w:pPr>
        <w:jc w:val="right"/>
      </w:pPr>
      <w:r>
        <w:t>یہ بات بہت زیادہ ہے قرآن و حدیث میں کہ فلاں مقام پر دعا کرنا بہت سی بہت</w:t>
      </w:r>
    </w:p>
    <w:p>
      <w:r>
        <w:rPr>
          <w:b/>
        </w:rPr>
        <w:t xml:space="preserve">[15:13] </w:t>
      </w:r>
      <w:r>
        <w:t>si ayat hadith hain ke falan maqam par dua karna is ka qubool hoti hai.</w:t>
      </w:r>
    </w:p>
    <w:p>
      <w:pPr>
        <w:jc w:val="right"/>
      </w:pPr>
      <w:r>
        <w:t>سی آیت حدیثیں ہیں کہ فلاں مقام پر دعا کرنا اس کا کو قبول ہوتی ہے۔</w:t>
      </w:r>
    </w:p>
    <w:p>
      <w:r>
        <w:rPr>
          <w:b/>
        </w:rPr>
        <w:t xml:space="preserve">[15:21] </w:t>
      </w:r>
      <w:r>
        <w:t>to aisa nahi hai ke woh</w:t>
      </w:r>
    </w:p>
    <w:p>
      <w:pPr>
        <w:jc w:val="right"/>
      </w:pPr>
      <w:r>
        <w:t>تو ایسا نہیں ہے کہ وہ</w:t>
      </w:r>
    </w:p>
    <w:p>
      <w:r>
        <w:rPr>
          <w:b/>
        </w:rPr>
        <w:t xml:space="preserve">[15:28] </w:t>
      </w:r>
      <w:r>
        <w:t>woh maqam par pahunch jayen aap kisi tareeqe se aur wahan khade ho ke kuch alfaaz bol den</w:t>
      </w:r>
    </w:p>
    <w:p>
      <w:pPr>
        <w:jc w:val="right"/>
      </w:pPr>
      <w:r>
        <w:t>وہ مقام پر پہنچ جائیں آپ کسی طریقے سے اور وہاں کھڑے ہو کے کچھ الفاظ بول دیں</w:t>
      </w:r>
    </w:p>
    <w:p>
      <w:r>
        <w:rPr>
          <w:b/>
        </w:rPr>
        <w:t xml:space="preserve">[15:34] </w:t>
      </w:r>
      <w:r>
        <w:t>to qubool ho gayi.</w:t>
      </w:r>
    </w:p>
    <w:p>
      <w:pPr>
        <w:jc w:val="right"/>
      </w:pPr>
      <w:r>
        <w:t>تو قبول ہو گئی۔</w:t>
      </w:r>
    </w:p>
    <w:p>
      <w:r>
        <w:rPr>
          <w:b/>
        </w:rPr>
        <w:t xml:space="preserve">[15:41] </w:t>
      </w:r>
      <w:r>
        <w:t>nahi woh ek koi tareekhi maqam hota hai mislan to wahan par aap ko agar aap aap ke</w:t>
      </w:r>
    </w:p>
    <w:p>
      <w:pPr>
        <w:jc w:val="right"/>
      </w:pPr>
      <w:r>
        <w:t>نہیں وہ ایک کوئی تاریخی مقام ہوتا ہے مثلاً تو وہاں پر آپ کو اگر آپ آپ کے</w:t>
      </w:r>
    </w:p>
    <w:p>
      <w:r>
        <w:rPr>
          <w:b/>
        </w:rPr>
        <w:t xml:space="preserve">[15:47] </w:t>
      </w:r>
      <w:r>
        <w:t>andar marifat zinda hai to aap ka mind activate hoga trigger hoga.</w:t>
      </w:r>
    </w:p>
    <w:p>
      <w:pPr>
        <w:jc w:val="right"/>
      </w:pPr>
      <w:r>
        <w:t>اندر معرفت زندہ ہے تو آپ کا mind activate ہوگا trigger ہوگا۔</w:t>
      </w:r>
    </w:p>
    <w:p>
      <w:r>
        <w:rPr>
          <w:b/>
        </w:rPr>
        <w:t xml:space="preserve">[15:53] </w:t>
      </w:r>
      <w:r>
        <w:t>yeh baat mujhe us waqt samjhi jab mein pehli baar gaya</w:t>
      </w:r>
    </w:p>
    <w:p>
      <w:pPr>
        <w:jc w:val="right"/>
      </w:pPr>
      <w:r>
        <w:t>یہ بات مجھے اس وقت سمجھی جب میں پہلی بار گیا</w:t>
      </w:r>
    </w:p>
    <w:p>
      <w:r>
        <w:rPr>
          <w:b/>
        </w:rPr>
        <w:t xml:space="preserve">[15:59] </w:t>
      </w:r>
      <w:r>
        <w:t>yerushlem aur maine masjid aqsa mein namaz padhi.</w:t>
      </w:r>
    </w:p>
    <w:p>
      <w:pPr>
        <w:jc w:val="right"/>
      </w:pPr>
      <w:r>
        <w:t>یروشلم اور میں نے مسجد اقصیٰ میں نماز پڑھی۔</w:t>
      </w:r>
    </w:p>
    <w:p>
      <w:r>
        <w:rPr>
          <w:b/>
        </w:rPr>
        <w:t xml:space="preserve">[16:09] </w:t>
      </w:r>
      <w:r>
        <w:t>to jab main wahan namaz padh raha tha to achaanak aik aik ajeeb ehsaas hua.</w:t>
      </w:r>
    </w:p>
    <w:p>
      <w:pPr>
        <w:jc w:val="right"/>
      </w:pPr>
      <w:r>
        <w:t>تو جب میں وہاں نماز پڑھ رہا تھا تو اچانک ایک ایک عجیب احساس ہوا۔</w:t>
      </w:r>
    </w:p>
    <w:p>
      <w:r>
        <w:rPr>
          <w:b/>
        </w:rPr>
        <w:t xml:space="preserve">[16:19] </w:t>
      </w:r>
      <w:r>
        <w:t>achaanak main be be ikhtiyar rone laga maine kaha aye khudaaya ek waqt guzra hai ke</w:t>
      </w:r>
    </w:p>
    <w:p>
      <w:pPr>
        <w:jc w:val="right"/>
      </w:pPr>
      <w:r>
        <w:t>اچانک میں بے بے اختیار رونے لگا میں نے کہا اے خدایا ایک وقت گزرا ہے کہ</w:t>
      </w:r>
    </w:p>
    <w:p>
      <w:r>
        <w:rPr>
          <w:b/>
        </w:rPr>
        <w:t xml:space="preserve">[16:29] </w:t>
      </w:r>
      <w:r>
        <w:t>yahan par Rasool Allah Sal Allah o Alaihi Wasallam aaye aur saare paighambar aaye yahan logon ne namazein padhin aur Rasool Allah ne imamat ki. to main ne kaha ke Khudaaya zuban o makaan tere ikhtiyar mein hai time and space tere ikhtiyar mein hai to chahe to mere yahan khare hone ko woh wahan khara hona bana de jabke yahan paighambar</w:t>
      </w:r>
    </w:p>
    <w:p>
      <w:pPr>
        <w:jc w:val="right"/>
      </w:pPr>
      <w:r>
        <w:t>یہاں پر رسول اللہ صلی اللہ علیہ وسلم آئے اور سارے پیغمبر آئے یہاں لوگوں نے نمازیں پڑھیں اور رسول اللہ نے امامت کی۔ تو میں نے کہا کہ خدایا زبان و مکاں تیرے اختیار میں ہے ٹائم اینڈ سپیس تیرے اختیار میں ہے تو چاہے تو میرے یہاں کھڑے ہونے کو وہ وہاں کھڑا ہونا بنا دے جبکہ یہاں پیغمبر</w:t>
      </w:r>
    </w:p>
    <w:p>
      <w:r>
        <w:rPr>
          <w:b/>
        </w:rPr>
        <w:t xml:space="preserve">[16:59] </w:t>
      </w:r>
      <w:r>
        <w:t>khade hue the aur namaz padh rahe the mujh ko isi saf mein shamil kar de.</w:t>
      </w:r>
    </w:p>
    <w:p>
      <w:pPr>
        <w:jc w:val="right"/>
      </w:pPr>
      <w:r>
        <w:t>کھڑے ہوئے تھے اور نماز پڑھ رہے تھے مجھ کو اسی صف میں شامل کر دے۔</w:t>
      </w:r>
    </w:p>
    <w:p>
      <w:r>
        <w:rPr>
          <w:b/>
        </w:rPr>
        <w:t xml:space="preserve">[17:07] </w:t>
      </w:r>
      <w:r>
        <w:t>ab main yeh keh raha tha aur ro raha tha to yeh kaifiyat dekhiye aap ko wahin paida</w:t>
      </w:r>
    </w:p>
    <w:p>
      <w:pPr>
        <w:jc w:val="right"/>
      </w:pPr>
      <w:r>
        <w:t>اب میں یہ کہہ رہا تھا اور رو رہا تھا تو یہ کیفیت دیکھیے آپ کو وہیں پیدا</w:t>
      </w:r>
    </w:p>
    <w:p>
      <w:r>
        <w:rPr>
          <w:b/>
        </w:rPr>
        <w:t xml:space="preserve">[17:15] </w:t>
      </w:r>
      <w:r>
        <w:t>hogi yeh kaifiyat aap ko kisi aur jagah nahin paida hogi is is sense mein is sense mein</w:t>
      </w:r>
    </w:p>
    <w:p>
      <w:pPr>
        <w:jc w:val="right"/>
      </w:pPr>
      <w:r>
        <w:t>ہوگی یہ کیفیت آپ کو کسی اور جگہ نہیں پیدا ہوگی اس اس sense میں اس sense میں</w:t>
      </w:r>
    </w:p>
    <w:p>
      <w:r>
        <w:rPr>
          <w:b/>
        </w:rPr>
        <w:t xml:space="preserve">[17:24] </w:t>
      </w:r>
      <w:r>
        <w:t>ke is is maqam par jahan tareekhi</w:t>
      </w:r>
    </w:p>
    <w:p>
      <w:pPr>
        <w:jc w:val="right"/>
      </w:pPr>
      <w:r>
        <w:t>کہ اس اس مقام پر جہاں تاریخی</w:t>
      </w:r>
    </w:p>
    <w:p>
      <w:r>
        <w:rPr>
          <w:b/>
        </w:rPr>
        <w:t xml:space="preserve">[17:32] </w:t>
      </w:r>
      <w:r>
        <w:t>jahan tareekhi waqiat guzre hon tareekh ka references wahan koi tareekh yaad aati ho.</w:t>
      </w:r>
    </w:p>
    <w:p>
      <w:pPr>
        <w:jc w:val="right"/>
      </w:pPr>
      <w:r>
        <w:t>جہاں تاریخی واقعات گزرے ہوں تاریخ کا references وہاں کوئی تاریخ یاد آتی ہو۔</w:t>
      </w:r>
    </w:p>
    <w:p>
      <w:r>
        <w:rPr>
          <w:b/>
        </w:rPr>
        <w:t xml:space="preserve">[17:38] </w:t>
      </w:r>
      <w:r>
        <w:t>to jab aise maqam par aap pahunchenge aur woh tareekhein yaad aayengi aap ko to aap</w:t>
      </w:r>
    </w:p>
    <w:p>
      <w:pPr>
        <w:jc w:val="right"/>
      </w:pPr>
      <w:r>
        <w:t>تو جب ایسے مقام پر آپ پہنچیں گے اور وہ تاریخیں یاد آئیں گی آپ کو تو آپ</w:t>
      </w:r>
    </w:p>
    <w:p>
      <w:r>
        <w:rPr>
          <w:b/>
        </w:rPr>
        <w:t xml:space="preserve">[17:44] </w:t>
      </w:r>
      <w:r>
        <w:t>ka mind trigger hoga.</w:t>
      </w:r>
    </w:p>
    <w:p>
      <w:pPr>
        <w:jc w:val="right"/>
      </w:pPr>
      <w:r>
        <w:t>کا mind trigger ہوگا۔</w:t>
      </w:r>
    </w:p>
    <w:p>
      <w:r>
        <w:rPr>
          <w:b/>
        </w:rPr>
        <w:t xml:space="preserve">[17:50] </w:t>
      </w:r>
      <w:r>
        <w:t>to sara maamla trigger hone par hai jab jahan bhi jo bhi hadithien hain ke falan maqam par</w:t>
      </w:r>
    </w:p>
    <w:p>
      <w:pPr>
        <w:jc w:val="right"/>
      </w:pPr>
      <w:r>
        <w:t>تو سارا معاملہ trigger ہونے پر ہے جب جہاں بھی جو بھی حدیثیں ہیں کہ فلاں مقام پر</w:t>
      </w:r>
    </w:p>
    <w:p>
      <w:r>
        <w:rPr>
          <w:b/>
        </w:rPr>
        <w:t xml:space="preserve">[17:56] </w:t>
      </w:r>
      <w:r>
        <w:t>dua karo to qubool hoti hai aisi bohat si jaghein</w:t>
      </w:r>
    </w:p>
    <w:p>
      <w:pPr>
        <w:jc w:val="right"/>
      </w:pPr>
      <w:r>
        <w:t>دعا کرو تو قبول ہوتی ہے ایسی بہت سی جگہیں</w:t>
      </w:r>
    </w:p>
    <w:p>
      <w:r>
        <w:rPr>
          <w:b/>
        </w:rPr>
        <w:t xml:space="preserve">[18:02] </w:t>
      </w:r>
      <w:r>
        <w:t>quran bohat si jaghein hadithon mein aati hain to is ka matlab yeh hai ke wahan tum jab</w:t>
      </w:r>
    </w:p>
    <w:p>
      <w:pPr>
        <w:jc w:val="right"/>
      </w:pPr>
      <w:r>
        <w:t>قرآن بہت سی جگہیں حدیثوں میں آتی ہیں تو اس کا مطلب یہ ہے کہ وہاں تم جب</w:t>
      </w:r>
    </w:p>
    <w:p>
      <w:r>
        <w:rPr>
          <w:b/>
        </w:rPr>
        <w:t xml:space="preserve">[18:08] </w:t>
      </w:r>
      <w:r>
        <w:t>yani pahunchege aur tum ko marifat hasil hai tum ko allah ki yaad hasil hai to is</w:t>
      </w:r>
    </w:p>
    <w:p>
      <w:pPr>
        <w:jc w:val="right"/>
      </w:pPr>
      <w:r>
        <w:t>یعنی پہنچو گے اور تم کو معرفت حاصل ہے تم کو اللہ کی یاد حاصل ہے تو اس</w:t>
      </w:r>
    </w:p>
    <w:p>
      <w:r>
        <w:rPr>
          <w:b/>
        </w:rPr>
        <w:t xml:space="preserve">[18:14] </w:t>
      </w:r>
      <w:r>
        <w:t>maqam ki jo tareekh hai is tareekh ko yaad kar ke tumhara mind trigger ho jayega jaise</w:t>
      </w:r>
    </w:p>
    <w:p>
      <w:pPr>
        <w:jc w:val="right"/>
      </w:pPr>
      <w:r>
        <w:t>مقام کی جو تاریخ ہے اس تاریخ کو یاد کر کے تمہارا mind trigger ہو جائے گا جیسے</w:t>
      </w:r>
    </w:p>
    <w:p>
      <w:r>
        <w:rPr>
          <w:b/>
        </w:rPr>
        <w:t xml:space="preserve">[18:20] </w:t>
      </w:r>
      <w:r>
        <w:t>mera mind trigger hua masjid aqsa mein namaz padhte hue.</w:t>
      </w:r>
    </w:p>
    <w:p>
      <w:pPr>
        <w:jc w:val="right"/>
      </w:pPr>
      <w:r>
        <w:t>میرا mind trigger ہوا مسجد اقصیٰ میں نماز پڑھتے ہوئے۔</w:t>
      </w:r>
    </w:p>
    <w:p>
      <w:r>
        <w:rPr>
          <w:b/>
        </w:rPr>
        <w:t xml:space="preserve">[18:26] </w:t>
      </w:r>
      <w:r>
        <w:t>to hajj ke maqamat mislan hain jin</w:t>
      </w:r>
    </w:p>
    <w:p>
      <w:pPr>
        <w:jc w:val="right"/>
      </w:pPr>
      <w:r>
        <w:t>تو حج کے مقامات مثلاً ہیں جن</w:t>
      </w:r>
    </w:p>
    <w:p>
      <w:r>
        <w:rPr>
          <w:b/>
        </w:rPr>
        <w:t xml:space="preserve">[18:32] </w:t>
      </w:r>
      <w:r>
        <w:t>ki madad karte hain ke dua qubool hoti hai to hajj ke maqamat kya hain woh yaad dilate</w:t>
      </w:r>
    </w:p>
    <w:p>
      <w:pPr>
        <w:jc w:val="right"/>
      </w:pPr>
      <w:r>
        <w:t>کی مدد کرتے ہیں کہ دعا قبول ہوتی ہے تو حج کے مقامات کیا ہیں وہ یاد دلاتے</w:t>
      </w:r>
    </w:p>
    <w:p>
      <w:r>
        <w:rPr>
          <w:b/>
        </w:rPr>
        <w:t xml:space="preserve">[18:40] </w:t>
      </w:r>
      <w:r>
        <w:t>hain hazrat ibrahim ko hazrat hajra ko hazrat ismail ko woh tareekh jab yaad karte hain aap to</w:t>
      </w:r>
    </w:p>
    <w:p>
      <w:pPr>
        <w:jc w:val="right"/>
      </w:pPr>
      <w:r>
        <w:t>ہیں حضرت ابراہیم کو حضرت ہاجرہ کو حضرت اسماعیل کو وہ تاریخ جب یاد کرتے ہیں آپ تو</w:t>
      </w:r>
    </w:p>
    <w:p>
      <w:r>
        <w:rPr>
          <w:b/>
        </w:rPr>
        <w:t xml:space="preserve">[18:47] </w:t>
      </w:r>
      <w:r>
        <w:t>aap ka mind trigger ho jata hai is waqt ajeeb o ghareeb andaaz mein aap se dua nikalti hain.</w:t>
      </w:r>
    </w:p>
    <w:p>
      <w:pPr>
        <w:jc w:val="right"/>
      </w:pPr>
      <w:r>
        <w:t>آپ کا mind trigger ہو جاتا ہے اس وقت عجیب و غریب انداز میں آپ سے دعا نکلتی ہیں۔</w:t>
      </w:r>
    </w:p>
    <w:p>
      <w:r>
        <w:rPr>
          <w:b/>
        </w:rPr>
        <w:t xml:space="preserve">[18:55] </w:t>
      </w:r>
      <w:r>
        <w:t>to woh cheez hoti hai woh woh allah ki rehmat ko invoke karne wali hoti hai.</w:t>
      </w:r>
    </w:p>
    <w:p>
      <w:pPr>
        <w:jc w:val="right"/>
      </w:pPr>
      <w:r>
        <w:t>تو وہ چیز ہوتی ہے وہ وہ اللہ کی رحمت کو invoke کرنے والی ہوتی ہے۔</w:t>
      </w:r>
    </w:p>
    <w:p>
      <w:r>
        <w:rPr>
          <w:b/>
        </w:rPr>
        <w:t xml:space="preserve">[19:02] </w:t>
      </w:r>
      <w:r>
        <w:t>woh cheez aap ke dua ko is qabil bana deti hai ke allah is ko qubool farmaye.</w:t>
      </w:r>
    </w:p>
    <w:p>
      <w:pPr>
        <w:jc w:val="right"/>
      </w:pPr>
      <w:r>
        <w:t>وہ چیز آپ کے دعا کو اس قابل بنا دیتی ہے کہ اللہ اس کو قبول فرمائے۔</w:t>
      </w:r>
    </w:p>
    <w:p>
      <w:r>
        <w:rPr>
          <w:b/>
        </w:rPr>
        <w:t xml:space="preserve">[19:10] </w:t>
      </w:r>
      <w:r>
        <w:t>to main sochta hoon ke yeh jo hai noheena anqas al sawal hum ko mana kiya gaya hai kasrat</w:t>
      </w:r>
    </w:p>
    <w:p>
      <w:pPr>
        <w:jc w:val="right"/>
      </w:pPr>
      <w:r>
        <w:t>تو میں سوچتا ہوں کہ یہ جو ہے نوہینہ عنقص السوال ہم کو منع کیا گیا ہے کثرت</w:t>
      </w:r>
    </w:p>
    <w:p>
      <w:r>
        <w:rPr>
          <w:b/>
        </w:rPr>
        <w:t xml:space="preserve">[19:17] </w:t>
      </w:r>
      <w:r>
        <w:t>sawal se ya be bimar sawalat se aksar log be bimar sawal hi karte hain aksar log be</w:t>
      </w:r>
    </w:p>
    <w:p>
      <w:pPr>
        <w:jc w:val="right"/>
      </w:pPr>
      <w:r>
        <w:t>سوال سے یا بے بیمار سوالات سے اکثر لوگ بے بیمار سوال ہی کرتے ہیں اکثر لوگ بے</w:t>
      </w:r>
    </w:p>
    <w:p>
      <w:r>
        <w:rPr>
          <w:b/>
        </w:rPr>
        <w:t xml:space="preserve">[19:25] </w:t>
      </w:r>
      <w:r>
        <w:t>bimar sawal sahi</w:t>
      </w:r>
    </w:p>
    <w:p>
      <w:pPr>
        <w:jc w:val="right"/>
      </w:pPr>
      <w:r>
        <w:t>بیمار سوال صحیح</w:t>
      </w:r>
    </w:p>
    <w:p>
      <w:r>
        <w:rPr>
          <w:b/>
        </w:rPr>
        <w:t xml:space="preserve">[19:32] </w:t>
      </w:r>
      <w:r>
        <w:t>sawal woh hai jo aap ke andar se uble na ke media mein sun kar paida ho.</w:t>
      </w:r>
    </w:p>
    <w:p>
      <w:pPr>
        <w:jc w:val="right"/>
      </w:pPr>
      <w:r>
        <w:t>سوال وہ ہے جو آپ کے اندر سے ابلے نہ کہ میڈیا میں سن کر پیدا ہو۔</w:t>
      </w:r>
    </w:p>
    <w:p>
      <w:r>
        <w:rPr>
          <w:b/>
        </w:rPr>
        <w:t xml:space="preserve">[19:39] </w:t>
      </w:r>
      <w:r>
        <w:t>media mein koi charcha hai kisi baat ka is se aap ka sawal bane woh is se isi</w:t>
      </w:r>
    </w:p>
    <w:p>
      <w:pPr>
        <w:jc w:val="right"/>
      </w:pPr>
      <w:r>
        <w:t>میڈیا میں کوئی چرچا ہے کسی بات کا اس سے آپ کا سوال بنے وہ اس سے اسی</w:t>
      </w:r>
    </w:p>
    <w:p>
      <w:r>
        <w:rPr>
          <w:b/>
        </w:rPr>
        <w:t xml:space="preserve">[19:45] </w:t>
      </w:r>
      <w:r>
        <w:t>se roka gaya hai.</w:t>
      </w:r>
    </w:p>
    <w:p>
      <w:pPr>
        <w:jc w:val="right"/>
      </w:pPr>
      <w:r>
        <w:t>سے روکا گیا ہے۔</w:t>
      </w:r>
    </w:p>
    <w:p>
      <w:r>
        <w:rPr>
          <w:b/>
        </w:rPr>
        <w:t xml:space="preserve">[19:51] </w:t>
      </w:r>
      <w:r>
        <w:t>media mein ya idhar udhar log baatein karte hain ke leader ne koi bayan de diya is se</w:t>
      </w:r>
    </w:p>
    <w:p>
      <w:pPr>
        <w:jc w:val="right"/>
      </w:pPr>
      <w:r>
        <w:t>میڈیا میں یا ادھر ادھر لوگ باتیں کرتے ہیں کہ لیڈر نے کوئی بیان دے دیا اس سے</w:t>
      </w:r>
    </w:p>
    <w:p>
      <w:r>
        <w:rPr>
          <w:b/>
        </w:rPr>
        <w:t xml:space="preserve">[19:58] </w:t>
      </w:r>
      <w:r>
        <w:t>jo sawal banta hai is se mana kiya gaya is ko avoid karo is ko ignore karo.</w:t>
      </w:r>
    </w:p>
    <w:p>
      <w:pPr>
        <w:jc w:val="right"/>
      </w:pPr>
      <w:r>
        <w:t>جو سوال بنتا ہے اس سے منع کیا گیا اس کو avoid کرو اس کو ignore کرو۔</w:t>
      </w:r>
    </w:p>
    <w:p>
      <w:r>
        <w:rPr>
          <w:b/>
        </w:rPr>
        <w:t xml:space="preserve">[20:04] </w:t>
      </w:r>
      <w:r>
        <w:t>lekin aap khud jee rahe hain ghor o fikr mein tadabbur mein hamd aur zikr mein Allah ki azmat mein to is se aap ka mind jo trigger hoga is se sawalat jo paida honge woh to bohat qeemti cheez hai woh to bohat bari cheez hai. to mere tajrube ke</w:t>
      </w:r>
    </w:p>
    <w:p>
      <w:pPr>
        <w:jc w:val="right"/>
      </w:pPr>
      <w:r>
        <w:t>لیکن آپ خود جی رہے ہیں غور و فکر میں تدبر میں حمد اور ذکر میں اللہ کی عظمت میں تو اس سے آپ کا mind جو trigger ہوگا اس سے سوالات جو پیدا ہوں گے وہ تو بہت قیمتی چیز ہے وہ تو بہت بڑی چیز ہے۔ تو میرے تجربے کے</w:t>
      </w:r>
    </w:p>
    <w:p>
      <w:r>
        <w:rPr>
          <w:b/>
        </w:rPr>
        <w:t xml:space="preserve">[20:34] </w:t>
      </w:r>
      <w:r>
        <w:t>mutabiq baat is tareeqe se hai ke woh dua jab ke aap ka mind trigger ho gaya ho</w:t>
      </w:r>
    </w:p>
    <w:p>
      <w:pPr>
        <w:jc w:val="right"/>
      </w:pPr>
      <w:r>
        <w:t>مطابق بات اس طریقے سے ہے کہ وہ دعا جب کہ آپ کا mind trigger ہو گیا ہو</w:t>
      </w:r>
    </w:p>
    <w:p>
      <w:r>
        <w:rPr>
          <w:b/>
        </w:rPr>
        <w:t xml:space="preserve">[20:42] </w:t>
      </w:r>
      <w:r>
        <w:t>ya woh sawal jo us waqt paida hota hai jab aap ka aap ka mind trigger ho gaya</w:t>
      </w:r>
    </w:p>
    <w:p>
      <w:pPr>
        <w:jc w:val="right"/>
      </w:pPr>
      <w:r>
        <w:t>یا وہ سوال جو اس وقت پیدا ہوتا ہے جب آپ کا آپ کا mind trigger ہو گیا</w:t>
      </w:r>
    </w:p>
    <w:p>
      <w:r>
        <w:rPr>
          <w:b/>
        </w:rPr>
        <w:t xml:space="preserve">[20:51] </w:t>
      </w:r>
      <w:r>
        <w:t>ho woh bohat aala darje ki cheez hai lekin yun hi aap mind trigger hua nahi hai aap</w:t>
      </w:r>
    </w:p>
    <w:p>
      <w:pPr>
        <w:jc w:val="right"/>
      </w:pPr>
      <w:r>
        <w:t>ہو وہ بہت اعلیٰ درجے کی چیز ہے لیکن یوں ہی آپ mind trigger ہوا نہیں ہے آپ</w:t>
      </w:r>
    </w:p>
    <w:p>
      <w:r>
        <w:rPr>
          <w:b/>
        </w:rPr>
        <w:t xml:space="preserve">[20:59] </w:t>
      </w:r>
      <w:r>
        <w:t>yun hi table talk kar rahe hain to table talk se mana kiya gaya hai.</w:t>
      </w:r>
    </w:p>
    <w:p>
      <w:pPr>
        <w:jc w:val="right"/>
      </w:pPr>
      <w:r>
        <w:t>یوں ہی table talk کر رہے ہیں تو table talk سے منع کیا گیا ہے۔</w:t>
      </w:r>
    </w:p>
    <w:p>
      <w:r>
        <w:rPr>
          <w:b/>
        </w:rPr>
        <w:t xml:space="preserve">[21:08] </w:t>
      </w:r>
      <w:r>
        <w:t>table talk se mana kiya gaya hai jaise mein ne aap ko ek qissa bataya tha apna ke</w:t>
      </w:r>
    </w:p>
    <w:p>
      <w:pPr>
        <w:jc w:val="right"/>
      </w:pPr>
      <w:r>
        <w:t>table talk سے منع کیا گیا ہے جیسے میں نے آپ کو ایک قصہ بتایا تھا اپنا کہ</w:t>
      </w:r>
    </w:p>
    <w:p>
      <w:r>
        <w:rPr>
          <w:b/>
        </w:rPr>
        <w:t xml:space="preserve">[21:18] </w:t>
      </w:r>
      <w:r>
        <w:t>ek baar tha mein Allahabad gaya wahan hamare kuch log the to woh mujh ko le gaye</w:t>
      </w:r>
    </w:p>
    <w:p>
      <w:pPr>
        <w:jc w:val="right"/>
      </w:pPr>
      <w:r>
        <w:t>ایک بار تھا میں الہ آباد گیا وہاں ہمارے کچھ لوگ تھے تو وہ مجھ کو لے گئے</w:t>
      </w:r>
    </w:p>
    <w:p>
      <w:r>
        <w:rPr>
          <w:b/>
        </w:rPr>
        <w:t xml:space="preserve">[21:29] </w:t>
      </w:r>
      <w:r>
        <w:t>shikar karne ke liye shehar ke bahar to wahan par ek chidiya hua karti thi is ka naam hai kalk</w:t>
      </w:r>
    </w:p>
    <w:p>
      <w:pPr>
        <w:jc w:val="right"/>
      </w:pPr>
      <w:r>
        <w:t>شکار کرنے کے لیے شہر کے باہر تو وہاں پر ایک چڑیا ہوا کرتی تھی اس کا نام ہے کیلک</w:t>
      </w:r>
    </w:p>
    <w:p>
      <w:r>
        <w:rPr>
          <w:b/>
        </w:rPr>
        <w:t xml:space="preserve">[21:39] </w:t>
      </w:r>
      <w:r>
        <w:t>to log kehte hain kalk ka gosht bohat acha hota hai mujhe to is se koi is ka koi experience nahi koi tajruba nahi to beharhaal mujhe gandi unhon ne loaded gun aur bataya ke dekho woh upar woh aksar kalk upar baithta hai ek dafa upar woh hai us ko us ko maro to main ne gun liya us ke upar target kiya aur mera ha</w:t>
      </w:r>
    </w:p>
    <w:p>
      <w:pPr>
        <w:jc w:val="right"/>
      </w:pPr>
      <w:r>
        <w:t>تو لوگ کہتے ہیں کیلک کا گوشت بہت اچھا ہوتا ہے مجھے تو اس سے کوئی اس کا کوئی experience نہیں کوئی تجربہ نہیں تو بہرحال مجھے گندی انہوں نے loaded gun اور بتایا کہ دیکھو وہ اوپر وہ اکثر کیلک اوپر بیٹھتا ہے ایک دفعہ اوپر وہ ہے اس کو اس کو مارو تو میں نے gun لیا اس کے اوپر target کیا اور میرا ہ</w:t>
      </w:r>
    </w:p>
    <w:p>
      <w:r>
        <w:rPr>
          <w:b/>
        </w:rPr>
        <w:t xml:space="preserve">[22:09] </w:t>
      </w:r>
      <w:r>
        <w:t>ath is ke trigger par tha trigger to abhi mein trigger dabane wala tha achaanak mujhe khayal aaya</w:t>
      </w:r>
    </w:p>
    <w:p>
      <w:pPr>
        <w:jc w:val="right"/>
      </w:pPr>
      <w:r>
        <w:t>اتھ اس کے trigger پر تھا trigger تو ابھی میں trigger دبانے والا تھا اچانک مجھے خیال آیا</w:t>
      </w:r>
    </w:p>
    <w:p>
      <w:r>
        <w:rPr>
          <w:b/>
        </w:rPr>
        <w:t xml:space="preserve">[22:17] </w:t>
      </w:r>
      <w:r>
        <w:t>ke jis chidiya ko mein ne paida nahi kiya hai us ko marne ka kaha kaha mujh ko</w:t>
      </w:r>
    </w:p>
    <w:p>
      <w:pPr>
        <w:jc w:val="right"/>
      </w:pPr>
      <w:r>
        <w:t>کہ جس چڑیا کو میں نے پیدا نہیں کیا ہے اس کو مارنے کا کہا کہا مجھ کو</w:t>
      </w:r>
    </w:p>
    <w:p>
      <w:r>
        <w:rPr>
          <w:b/>
        </w:rPr>
        <w:t xml:space="preserve">[22:24] </w:t>
      </w:r>
      <w:r>
        <w:t>jis chidiya ko mein ne paida nahi kiya hai us ko marne ka kaha kaha mujh ko to</w:t>
      </w:r>
    </w:p>
    <w:p>
      <w:pPr>
        <w:jc w:val="right"/>
      </w:pPr>
      <w:r>
        <w:t>جس چڑیا کو میں نے پیدا نہیں کیا ہے اس کو مارنے کا کہا کہا مجھ کو تو</w:t>
      </w:r>
    </w:p>
    <w:p>
      <w:r>
        <w:rPr>
          <w:b/>
        </w:rPr>
        <w:t xml:space="preserve">[22:32] </w:t>
      </w:r>
      <w:r>
        <w:t>mein ne yani mein marne se kaha is ke baad phir</w:t>
      </w:r>
    </w:p>
    <w:p>
      <w:pPr>
        <w:jc w:val="right"/>
      </w:pPr>
      <w:r>
        <w:t>میں نے یعنی میں مارنے سے کہا اس کے بعد پھر</w:t>
      </w:r>
    </w:p>
    <w:p>
      <w:r>
        <w:rPr>
          <w:b/>
        </w:rPr>
        <w:t xml:space="preserve">[22:39] </w:t>
      </w:r>
      <w:r>
        <w:t>mein ne bandook phenki aur bandook phenk kar bhaga mein jahan thehre the mein hum log wahan chale gaye.</w:t>
      </w:r>
    </w:p>
    <w:p>
      <w:pPr>
        <w:jc w:val="right"/>
      </w:pPr>
      <w:r>
        <w:t>میں نے بندوق پھینکی اور بندوق پھینک کر بھاگا میں جہاں ٹھہرے تھے میں ہم لوگ وہاں چلے گئے۔</w:t>
      </w:r>
    </w:p>
    <w:p>
      <w:r>
        <w:rPr>
          <w:b/>
        </w:rPr>
        <w:t xml:space="preserve">[22:47] </w:t>
      </w:r>
      <w:r>
        <w:t>to dekhen questioning do qism ki hai ek hai jo.</w:t>
      </w:r>
    </w:p>
    <w:p>
      <w:pPr>
        <w:jc w:val="right"/>
      </w:pPr>
      <w:r>
        <w:t>تو دیکھیں questioning دو قسم کی ہے ایک ہے جو۔</w:t>
      </w:r>
    </w:p>
    <w:p>
      <w:r>
        <w:rPr>
          <w:b/>
        </w:rPr>
        <w:t xml:space="preserve">[22:54] </w:t>
      </w:r>
      <w:r>
        <w:t>dusron ka charcha media ke media ki jo news aati hain us ko le kar ya kisi ne</w:t>
      </w:r>
    </w:p>
    <w:p>
      <w:pPr>
        <w:jc w:val="right"/>
      </w:pPr>
      <w:r>
        <w:t>دوسروں کا چرچا میڈیا کے میڈیا کی جو نیوز آتی ہیں اس کو لے کر یا کسی نے</w:t>
      </w:r>
    </w:p>
    <w:p>
      <w:r>
        <w:rPr>
          <w:b/>
        </w:rPr>
        <w:t xml:space="preserve">[23:02] </w:t>
      </w:r>
      <w:r>
        <w:t>taqreer kar di is se ek ek</w:t>
      </w:r>
    </w:p>
    <w:p>
      <w:pPr>
        <w:jc w:val="right"/>
      </w:pPr>
      <w:r>
        <w:t>تقریر کر دی اس سے ایک ایک</w:t>
      </w:r>
    </w:p>
    <w:p>
      <w:r>
        <w:rPr>
          <w:b/>
        </w:rPr>
        <w:t xml:space="preserve">[23:09] </w:t>
      </w:r>
      <w:r>
        <w:t>question banta hai ek woh to is se mana kiya gaya hai aur yeh ke aap khud ghhor</w:t>
      </w:r>
    </w:p>
    <w:p>
      <w:pPr>
        <w:jc w:val="right"/>
      </w:pPr>
      <w:r>
        <w:t>question بنتا ہے ایک وہ تو اس سے منع کیا گیا ہے اور یہ کہ آپ خود غور</w:t>
      </w:r>
    </w:p>
    <w:p>
      <w:r>
        <w:rPr>
          <w:b/>
        </w:rPr>
        <w:t xml:space="preserve">[23:21] </w:t>
      </w:r>
      <w:r>
        <w:t>o fikr ki zindagi guzar rahe hain tadabbur ki zindagi guzar rahe hain zarb aasman mein ghhor kar</w:t>
      </w:r>
    </w:p>
    <w:p>
      <w:pPr>
        <w:jc w:val="right"/>
      </w:pPr>
      <w:r>
        <w:t>و فکر کی زندگی گزار رہے ہیں تدبر کی زندگی گزار رہے ہیں ضرب آسمان میں غور کر</w:t>
      </w:r>
    </w:p>
    <w:p>
      <w:r>
        <w:rPr>
          <w:b/>
        </w:rPr>
        <w:t xml:space="preserve">[23:33] </w:t>
      </w:r>
      <w:r>
        <w:t>rahe hain jis ko ke surah Aal Imran mein kaha gaya hai ke in fi la zikroon Allah</w:t>
      </w:r>
    </w:p>
    <w:p>
      <w:pPr>
        <w:jc w:val="right"/>
      </w:pPr>
      <w:r>
        <w:t>رہے ہیں جس کو کہ سورہ آل عمران میں کہا گیا ہے کہ ان فی لا الذین یذکرون اللہ</w:t>
      </w:r>
    </w:p>
    <w:p>
      <w:r>
        <w:rPr>
          <w:b/>
        </w:rPr>
        <w:t xml:space="preserve">[23:44] </w:t>
      </w:r>
      <w:r>
        <w:t>rabana ma khalaq to khalaq al samawat ghhor kar rahe hain aap khalaq al samawat yani ke woh aasman jo</w:t>
      </w:r>
    </w:p>
    <w:p>
      <w:pPr>
        <w:jc w:val="right"/>
      </w:pPr>
      <w:r>
        <w:t>ربنا ما خلق تو خلق السماوات غور کر رہے ہیں آپ خلق السماوات یعنی کہ وہ آسمان جو</w:t>
      </w:r>
    </w:p>
    <w:p>
      <w:r>
        <w:rPr>
          <w:b/>
        </w:rPr>
        <w:t xml:space="preserve">[23:52] </w:t>
      </w:r>
      <w:r>
        <w:t>upar hai koi bhi cheez ghaas hai ghaas mein soch ghhor kar rahe hain aap chidiya hai badal</w:t>
      </w:r>
    </w:p>
    <w:p>
      <w:pPr>
        <w:jc w:val="right"/>
      </w:pPr>
      <w:r>
        <w:t>اوپر ہے کوئی بھی چیز گھاس ہے گھاس میں سوچ غور کر رہے ہیں آپ چڑیا ہے بادل</w:t>
      </w:r>
    </w:p>
    <w:p>
      <w:r>
        <w:rPr>
          <w:b/>
        </w:rPr>
        <w:t xml:space="preserve">[23:59] </w:t>
      </w:r>
      <w:r>
        <w:t>hai hawa hai to nature jo kehte hain nature to nature mein aap ki soch chal rahi hai</w:t>
      </w:r>
    </w:p>
    <w:p>
      <w:pPr>
        <w:jc w:val="right"/>
      </w:pPr>
      <w:r>
        <w:t>ہے ہوا ہے تو نیچر جو کہتے ہیں نیچر تو نیچر میں آپ کی سوچ چل رہی ہے</w:t>
      </w:r>
    </w:p>
    <w:p>
      <w:r>
        <w:rPr>
          <w:b/>
        </w:rPr>
        <w:t xml:space="preserve">[24:07] </w:t>
      </w:r>
      <w:r>
        <w:t>is se sawalat bante hain wo bohat oonche sawalat hain</w:t>
      </w:r>
    </w:p>
    <w:p>
      <w:pPr>
        <w:jc w:val="right"/>
      </w:pPr>
      <w:r>
        <w:t>اس سے سوالات بنتے ہیں وہ بہت اونچے سوالات ہیں</w:t>
      </w:r>
    </w:p>
    <w:p>
      <w:r>
        <w:rPr>
          <w:b/>
        </w:rPr>
        <w:t xml:space="preserve">[24:15] </w:t>
      </w:r>
      <w:r>
        <w:t>is se marifat hoti hai is se mind khulta hai is se intellectual development hota hai is se creativity aati hai to sab se bari cheez meri samajh hai meri samajh se creative thinking creative mind woh</w:t>
      </w:r>
    </w:p>
    <w:p>
      <w:pPr>
        <w:jc w:val="right"/>
      </w:pPr>
      <w:r>
        <w:t>اس سے معرفت ہوتی ہے اس سے mind کھلتا ہے اس سے intellectual development ہوتا ہے اس سے creativity آتی ہے تو سب سے بڑی چیز میری سمجھ ہے میری سمجھ سے creative thinking creative mind وہ</w:t>
      </w:r>
    </w:p>
    <w:p>
      <w:r>
        <w:rPr>
          <w:b/>
        </w:rPr>
        <w:t xml:space="preserve">[24:45] </w:t>
      </w:r>
      <w:r>
        <w:t>usi waqt aati hai jab aap ke andar yeh mizaj ho sochna sawal karna gehrai tak pahunchna search karna to is se aap ke andar creativity aati hai creative jis ko kehte hain creatives yani takhleeqi zehn wale to ek sahib ne mujhe bataya tha ek</w:t>
      </w:r>
    </w:p>
    <w:p>
      <w:pPr>
        <w:jc w:val="right"/>
      </w:pPr>
      <w:r>
        <w:t>اسی وقت آتی ہے جب آپ کے اندر یہ مزاج ہو سوچنا سوال کرنا گہرائی تک پہنچنا سرچ کرنا تو اس سے آپ کے اندر creativity آتی ہے creative جس کو کہتے ہیں creatives یعنی تخلیقی ذہن والے تو ایک صاحب نے مجھے بتایا تھا ایک</w:t>
      </w:r>
    </w:p>
    <w:p>
      <w:r>
        <w:rPr>
          <w:b/>
        </w:rPr>
        <w:t xml:space="preserve">[25:15] </w:t>
      </w:r>
      <w:r>
        <w:t>bar keh aik martaba aik expert logon ka aik aik program hua tha jaise bahar ke expert aaye</w:t>
      </w:r>
    </w:p>
    <w:p>
      <w:pPr>
        <w:jc w:val="right"/>
      </w:pPr>
      <w:r>
        <w:t>بار کہ ایک مرتبہ ایک expert لوگوں کا ایک ایک program ہوا تھا جیسے باہر کے expert آئے</w:t>
      </w:r>
    </w:p>
    <w:p>
      <w:r>
        <w:rPr>
          <w:b/>
        </w:rPr>
        <w:t xml:space="preserve">[25:31] </w:t>
      </w:r>
      <w:r>
        <w:t>the to aik expert ne audience se poocha keh who are creatives who are creatives creative log kon hote hain</w:t>
      </w:r>
    </w:p>
    <w:p>
      <w:pPr>
        <w:jc w:val="right"/>
      </w:pPr>
      <w:r>
        <w:t>تھے تو ایک expert نے audience سے پوچھا کہ who are creatives who are creatives creative لوگ کون ہوتے ہیں</w:t>
      </w:r>
    </w:p>
    <w:p>
      <w:r>
        <w:rPr>
          <w:b/>
        </w:rPr>
        <w:t xml:space="preserve">[25:48] </w:t>
      </w:r>
      <w:r>
        <w:t>to aksar logon ne kaha ke poet shayar to us ke baad main ne socha ke aakhir poet ko novelist ko creative kehte hain to logon ko is mein yani creative thinking ka jo un ke paas jo jo maidan hai woh wohi hai shayari novel nigari is qism ki cheezein jo marifat Khuda</w:t>
      </w:r>
    </w:p>
    <w:p>
      <w:pPr>
        <w:jc w:val="right"/>
      </w:pPr>
      <w:r>
        <w:t>تو اکثر لوگوں نے کہا کہ poet شاعر تو اس کے بعد میں نے سوچا کہ آخر poet کو ناولسٹ کو creative کہتے ہیں تو لوگوں کو اس میں یعنی creative thinking کا جو ان کے پاس جو جو میدان ہے وہ وہی ہے شاعری ناول نگاری اس قسم کی چیزیں جو معرفت خدا</w:t>
      </w:r>
    </w:p>
    <w:p>
      <w:r>
        <w:rPr>
          <w:b/>
        </w:rPr>
        <w:t xml:space="preserve">[26:18] </w:t>
      </w:r>
      <w:r>
        <w:t>vandi hai wo un ke andar koi creative tareeqay ka maidan hi nahi hai wo to bas meditation</w:t>
      </w:r>
    </w:p>
    <w:p>
      <w:pPr>
        <w:jc w:val="right"/>
      </w:pPr>
      <w:r>
        <w:t>وندی ہے وہ ان کے اندر کوئی creative طریقے کا میدان ہی نہیں ہے وہ تو بس meditation</w:t>
      </w:r>
    </w:p>
    <w:p>
      <w:r>
        <w:rPr>
          <w:b/>
        </w:rPr>
        <w:t xml:space="preserve">[26:26] </w:t>
      </w:r>
      <w:r>
        <w:t>karo aur meditation ke zariye se jo mile wahi wahi wahi wahi marifat hai yani meditation based jo</w:t>
      </w:r>
    </w:p>
    <w:p>
      <w:pPr>
        <w:jc w:val="right"/>
      </w:pPr>
      <w:r>
        <w:t>کرو اور meditation کے ذریعے سے جو ملے وہی وہی وہی وہی معرفت ہے یعنی meditation based جو</w:t>
      </w:r>
    </w:p>
    <w:p>
      <w:r>
        <w:rPr>
          <w:b/>
        </w:rPr>
        <w:t xml:space="preserve">[26:33] </w:t>
      </w:r>
      <w:r>
        <w:t>marifat hai wahan creativity aati nahi aur mind based jo marifat hai wo to sara sab ka sab</w:t>
      </w:r>
    </w:p>
    <w:p>
      <w:pPr>
        <w:jc w:val="right"/>
      </w:pPr>
      <w:r>
        <w:t>معرفت ہے وہاں creativity آتی نہیں اور mind based جو معرفت ہے وہ تو سارا سب کا سب</w:t>
      </w:r>
    </w:p>
    <w:p>
      <w:r>
        <w:rPr>
          <w:b/>
        </w:rPr>
        <w:t xml:space="preserve">[26:41] </w:t>
      </w:r>
      <w:r>
        <w:t>creative creative hai to hazaron saal</w:t>
      </w:r>
    </w:p>
    <w:p>
      <w:pPr>
        <w:jc w:val="right"/>
      </w:pPr>
      <w:r>
        <w:t>creative creative ہے تو ہزاروں سال</w:t>
      </w:r>
    </w:p>
    <w:p>
      <w:r>
        <w:rPr>
          <w:b/>
        </w:rPr>
        <w:t xml:space="preserve">[26:48] </w:t>
      </w:r>
      <w:r>
        <w:t>se duniya mein chala raha hai yeh culture keh mazhab ki duniya mein meditation yani murakaba dhyan ghunan</w:t>
      </w:r>
    </w:p>
    <w:p>
      <w:pPr>
        <w:jc w:val="right"/>
      </w:pPr>
      <w:r>
        <w:t>سے دنیا میں چلا رہا ہے یہ کلچر کہ مذہب کی دنیا میں meditation یعنی مراقبہ دھیان گھنان</w:t>
      </w:r>
    </w:p>
    <w:p>
      <w:r>
        <w:rPr>
          <w:b/>
        </w:rPr>
        <w:t xml:space="preserve">[27:03] </w:t>
      </w:r>
      <w:r>
        <w:t>aur doosri duniya jo hai wahan ghor o fikr to yeh bari discovery hai keh mein daryaft meri daryaft hai</w:t>
      </w:r>
    </w:p>
    <w:p>
      <w:pPr>
        <w:jc w:val="right"/>
      </w:pPr>
      <w:r>
        <w:t>اور دوسری دنیا جو ہے وہاں غور و فکر تو یہ بڑی discovery ہے کہ میں دریافت میری دریافت ہے</w:t>
      </w:r>
    </w:p>
    <w:p>
      <w:r>
        <w:rPr>
          <w:b/>
        </w:rPr>
        <w:t xml:space="preserve">[27:18] </w:t>
      </w:r>
      <w:r>
        <w:t>keh baad ke zamanay mein kisi wajah se yeh ban gaya zehan logon ka keh mazhab ke baray</w:t>
      </w:r>
    </w:p>
    <w:p>
      <w:pPr>
        <w:jc w:val="right"/>
      </w:pPr>
      <w:r>
        <w:t>کہ بعد کے زمانے میں کسی وجہ سے یہ بن گیا ذہن لوگوں کا کہ مذہب کے بارے</w:t>
      </w:r>
    </w:p>
    <w:p>
      <w:r>
        <w:rPr>
          <w:b/>
        </w:rPr>
        <w:t xml:space="preserve">[27:26] </w:t>
      </w:r>
      <w:r>
        <w:t>mein sochna hai to meditate karo yani mazhabi duniya mein meditation aur science duniya mein contemplation isi se</w:t>
      </w:r>
    </w:p>
    <w:p>
      <w:pPr>
        <w:jc w:val="right"/>
      </w:pPr>
      <w:r>
        <w:t>میں سوچنا ہے تو meditate کرو یعنی مذہبی دنیا میں meditation اور سائنس دنیا میں contemplation اسی سے</w:t>
      </w:r>
    </w:p>
    <w:p>
      <w:r>
        <w:rPr>
          <w:b/>
        </w:rPr>
        <w:t xml:space="preserve">[27:33] </w:t>
      </w:r>
      <w:r>
        <w:t>yeh hoga keh keh creative log wo wahi hote hain jo doosri duniyayon mein sochen mein sochta hoon</w:t>
      </w:r>
    </w:p>
    <w:p>
      <w:pPr>
        <w:jc w:val="right"/>
      </w:pPr>
      <w:r>
        <w:t>یہ ہوگا کہ کہ creative لوگ وہ وہی ہوتے ہیں جو دوسری دنیاؤں میں سوچیں میں سوچتا ہوں</w:t>
      </w:r>
    </w:p>
    <w:p>
      <w:r>
        <w:rPr>
          <w:b/>
        </w:rPr>
        <w:t xml:space="preserve">[27:41] </w:t>
      </w:r>
      <w:r>
        <w:t>keh sab se bar</w:t>
      </w:r>
    </w:p>
    <w:p>
      <w:pPr>
        <w:jc w:val="right"/>
      </w:pPr>
      <w:r>
        <w:t>کہ سب سے بڑ</w:t>
      </w:r>
    </w:p>
    <w:p>
      <w:r>
        <w:rPr>
          <w:b/>
        </w:rPr>
        <w:t xml:space="preserve">[27:48] </w:t>
      </w:r>
      <w:r>
        <w:t>a maidan creative thinking ka marifat hai khuda ki takhleeq hai yeh jo duniya takhleeq ki hai Allah</w:t>
      </w:r>
    </w:p>
    <w:p>
      <w:pPr>
        <w:jc w:val="right"/>
      </w:pPr>
      <w:r>
        <w:t>ا میدان creative thinking کا معرفت ہے خدا کی تخلیق ہے یہ جو دنیا تخلیق کی ہے اللہ</w:t>
      </w:r>
    </w:p>
    <w:p>
      <w:r>
        <w:rPr>
          <w:b/>
        </w:rPr>
        <w:t xml:space="preserve">[27:58] </w:t>
      </w:r>
      <w:r>
        <w:t>rab ul alameen ne is mein itna ziyada gehrai hai itna ziyada item hai wo jo quran mein hai</w:t>
      </w:r>
    </w:p>
    <w:p>
      <w:pPr>
        <w:jc w:val="right"/>
      </w:pPr>
      <w:r>
        <w:t>رب العالمین نے اس میں اتنا زیادہ گہرائی ہے اتنا زیادہ item ہے وہ جو قرآن میں ہے</w:t>
      </w:r>
    </w:p>
    <w:p>
      <w:r>
        <w:rPr>
          <w:b/>
        </w:rPr>
        <w:t xml:space="preserve">[28:09] </w:t>
      </w:r>
      <w:r>
        <w:t>keh kalimat Allah itne ziyada hain keh tum kitnay hi discover karo kabhi khatam nahi h</w:t>
      </w:r>
    </w:p>
    <w:p>
      <w:pPr>
        <w:jc w:val="right"/>
      </w:pPr>
      <w:r>
        <w:t>کہ کلمات اللہ اتنے زیادہ ہیں کہ تم کتنے ہی discover کرو کبھی ختم نہیں ہ</w:t>
      </w:r>
    </w:p>
    <w:p>
      <w:r>
        <w:rPr>
          <w:b/>
        </w:rPr>
        <w:t xml:space="preserve">[28:19] </w:t>
      </w:r>
      <w:r>
        <w:t>onge to creative thinking ka sab se bara jo maidan hai woh khalq Allah hai aap jantay hain quran mein yeh do ayat hai yeh ayat yeh mazboot do ayaton mein aya hai ke Allah ke kalmat itnay zyada hain ke agar tamam samandar aik ban jayen aur tamam darakht qalam ban</w:t>
      </w:r>
    </w:p>
    <w:p>
      <w:pPr>
        <w:jc w:val="right"/>
      </w:pPr>
      <w:r>
        <w:t>وں گے تو creative thinking کا سب سے بڑا جو میدان ہے وہ خلق اللہ ہے آپ جانتے ہیں قرآن میں یہ دو آیت ہے یہ آیت یہ مضبوط دو آیتوں میں آیا ہے کہ اللہ کے کلمات اتنے زیادہ ہیں کہ اگر تمام سمندر ایک بن جائیں اور تمام درخت قلم بن</w:t>
      </w:r>
    </w:p>
    <w:p>
      <w:r>
        <w:rPr>
          <w:b/>
        </w:rPr>
        <w:t xml:space="preserve">[28:49] </w:t>
      </w:r>
      <w:r>
        <w:t>jayen aur likhna shuru karo tum to Allah ke kalimat khatam nahi honge to yahi to hai</w:t>
      </w:r>
    </w:p>
    <w:p>
      <w:pPr>
        <w:jc w:val="right"/>
      </w:pPr>
      <w:r>
        <w:t>جائیں اور لکھنا شروع کرو تم تو اللہ کے کلمات ختم نہیں ہوں گے تو یہی تو ہے</w:t>
      </w:r>
    </w:p>
    <w:p>
      <w:r>
        <w:rPr>
          <w:b/>
        </w:rPr>
        <w:t xml:space="preserve">[28:57] </w:t>
      </w:r>
      <w:r>
        <w:t>creativity to creative thinking ka sab se bara maidan marifat hai lekin mazhab mein chounkay mind ki bajaye</w:t>
      </w:r>
    </w:p>
    <w:p>
      <w:pPr>
        <w:jc w:val="right"/>
      </w:pPr>
      <w:r>
        <w:t>creativity تو creative thinking کا سب سے بڑا میدان معرفت ہے لیکن مذہب میں چونکہ mind کی بجائے</w:t>
      </w:r>
    </w:p>
    <w:p>
      <w:r>
        <w:rPr>
          <w:b/>
        </w:rPr>
        <w:t xml:space="preserve">[29:05] </w:t>
      </w:r>
      <w:r>
        <w:t>qalb ko barkat bana diya gaya meditation ko yani mazhab mein contemplation ki bajaye meditation ko buniyad bana</w:t>
      </w:r>
    </w:p>
    <w:p>
      <w:pPr>
        <w:jc w:val="right"/>
      </w:pPr>
      <w:r>
        <w:t>قلب کو برکت بنا دیا گیا meditation کو یعنی مذہب میں contemplation کی بجائے meditation کو بنیاد بنا</w:t>
      </w:r>
    </w:p>
    <w:p>
      <w:r>
        <w:rPr>
          <w:b/>
        </w:rPr>
        <w:t xml:space="preserve">[29:13] </w:t>
      </w:r>
      <w:r>
        <w:t>diya gaya is liye yahan creativity khatam ho gayi</w:t>
      </w:r>
    </w:p>
    <w:p>
      <w:pPr>
        <w:jc w:val="right"/>
      </w:pPr>
      <w:r>
        <w:t>دیا گیا اس لیے یہاں creativity ختم ہو گئی</w:t>
      </w:r>
    </w:p>
    <w:p>
      <w:r>
        <w:rPr>
          <w:b/>
        </w:rPr>
        <w:t xml:space="preserve">[29:21] </w:t>
      </w:r>
      <w:r>
        <w:t>creativity khatam ho gayi to behrhaal mein aap ko yeh kahoon ga keh aap ko agar yeh janna</w:t>
      </w:r>
    </w:p>
    <w:p>
      <w:pPr>
        <w:jc w:val="right"/>
      </w:pPr>
      <w:r>
        <w:t>creativity ختم ہو گئی تو بہرحال میں آپ کو یہ کہوں گا کہ آپ کو اگر یہ جاننا</w:t>
      </w:r>
    </w:p>
    <w:p>
      <w:r>
        <w:rPr>
          <w:b/>
        </w:rPr>
        <w:t xml:space="preserve">[29:31] </w:t>
      </w:r>
      <w:r>
        <w:t>hai keh aap development aap ka continue hai keh ruk ruk gaya hai to isi ko bahar banaiye</w:t>
      </w:r>
    </w:p>
    <w:p>
      <w:pPr>
        <w:jc w:val="right"/>
      </w:pPr>
      <w:r>
        <w:t>ہے کہ آپ development آپ کا continue ہے کہ رک رک گیا ہے تو اسی کو باہر بنائیے</w:t>
      </w:r>
    </w:p>
    <w:p>
      <w:r>
        <w:rPr>
          <w:b/>
        </w:rPr>
        <w:t xml:space="preserve">[29:41] </w:t>
      </w:r>
      <w:r>
        <w:t>agar aap naye naye thought aa rahe hain naye</w:t>
      </w:r>
    </w:p>
    <w:p>
      <w:pPr>
        <w:jc w:val="right"/>
      </w:pPr>
      <w:r>
        <w:t>اگر آپ نئے نئے thought آ رہے ہیں نئے</w:t>
      </w:r>
    </w:p>
    <w:p>
      <w:r>
        <w:rPr>
          <w:b/>
        </w:rPr>
        <w:t xml:space="preserve">[29:51] </w:t>
      </w:r>
      <w:r>
        <w:t>naye question aa rahe hain naye naye marifat ke item aa rahe hain to samjhiye ke aap ka creativity jari hai aap ka development jari hai agar yeh sab na ho na ho raha ho to samjhiye ke woh khatam ho gayi.</w:t>
      </w:r>
    </w:p>
    <w:p>
      <w:pPr>
        <w:jc w:val="right"/>
      </w:pPr>
      <w:r>
        <w:t>نئے question آ رہے ہیں نئے نئے معرفت کے item آ رہے ہیں تو سمجھئے کہ آپ کا creativity جاری ہے آپ کا development جاری ہے اگر یہ سب نہ ہو نہ ہو رہا ہو تو سمجھئے کہ وہ ختم ہو گئی.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