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 News from Kashmir May 14, 2017</w:t>
      </w:r>
    </w:p>
    <w:p>
      <w:r>
        <w:t>https://www.youtube.com/watch?v=2XwuYi_nH28</w:t>
      </w:r>
    </w:p>
    <w:p>
      <w:r>
        <w:rPr>
          <w:b/>
        </w:rPr>
        <w:t xml:space="preserve">[00:14] </w:t>
      </w:r>
      <w:r>
        <w:t>bismillah hir rahman nir rahim, wasalla Allahu ala nabi il kareem.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[00:29] </w:t>
      </w:r>
      <w:r>
        <w:t>14 mayi 2017, aaj mere paas aap ke liye double good news hai, do good news.</w:t>
      </w:r>
    </w:p>
    <w:p>
      <w:pPr>
        <w:jc w:val="right"/>
      </w:pPr>
      <w:r>
        <w:t>14 مئی 2017، آج میرے پاس آپ کے لیے ڈبل گڈ نیوز ہے، دو گڈ نیوز۔</w:t>
      </w:r>
    </w:p>
    <w:p>
      <w:r>
        <w:rPr>
          <w:b/>
        </w:rPr>
        <w:t xml:space="preserve">[00:37] </w:t>
      </w:r>
      <w:r>
        <w:t>ek good news</w:t>
      </w:r>
    </w:p>
    <w:p>
      <w:pPr>
        <w:jc w:val="right"/>
      </w:pPr>
      <w:r>
        <w:t>ایک گڈ نی</w:t>
      </w:r>
    </w:p>
    <w:p>
      <w:r>
        <w:rPr>
          <w:b/>
        </w:rPr>
        <w:t xml:space="preserve">[00:44] </w:t>
      </w:r>
      <w:r>
        <w:t>ke hamare senior, hamare mission ke senior member, professor najma siddiqui, jo hospitalize ho gayi theen, aaj</w:t>
      </w:r>
    </w:p>
    <w:p>
      <w:pPr>
        <w:jc w:val="right"/>
      </w:pPr>
      <w:r>
        <w:t>وز کہ ہمارے سینئر، ہمارے مشن کے سینئر ممبر، پروفیسر نجمہ صدیقی، جو ہاسپٹلائز ہو گئی تھیں، آج</w:t>
      </w:r>
    </w:p>
    <w:p>
      <w:r>
        <w:rPr>
          <w:b/>
        </w:rPr>
        <w:t xml:space="preserve">[00:52] </w:t>
      </w:r>
      <w:r>
        <w:t>mashallah yahan maujood hain.</w:t>
      </w:r>
    </w:p>
    <w:p>
      <w:pPr>
        <w:jc w:val="right"/>
      </w:pPr>
      <w:r>
        <w:t>ماشاءاللہ یہاں موجود ہیں۔</w:t>
      </w:r>
    </w:p>
    <w:p>
      <w:r>
        <w:rPr>
          <w:b/>
        </w:rPr>
        <w:t xml:space="preserve">[00:59] </w:t>
      </w:r>
      <w:r>
        <w:t>to yeh bilashuba ek news hai, achhi good news hamare liye.</w:t>
      </w:r>
    </w:p>
    <w:p>
      <w:pPr>
        <w:jc w:val="right"/>
      </w:pPr>
      <w:r>
        <w:t>تو یہ بلاشبہ ایک نیوز ہے، اچھی گڈ نیوز ہمارے لیے۔</w:t>
      </w:r>
    </w:p>
    <w:p>
      <w:r>
        <w:rPr>
          <w:b/>
        </w:rPr>
        <w:t xml:space="preserve">[01:07] </w:t>
      </w:r>
      <w:r>
        <w:t>hum dua karte hain professor najma siddiqui ke liye, unki achhi health ho aur poori tarah unki health</w:t>
      </w:r>
    </w:p>
    <w:p>
      <w:pPr>
        <w:jc w:val="right"/>
      </w:pPr>
      <w:r>
        <w:t>ہم دعا کرتے ہیں پروفیسر نجمہ صدیق کے لیے، ان کی اچھی ہیلتھ ہو اور پوری طرح ان کی ہیلتھ</w:t>
      </w:r>
    </w:p>
    <w:p>
      <w:r>
        <w:rPr>
          <w:b/>
        </w:rPr>
        <w:t xml:space="preserve">[01:14] </w:t>
      </w:r>
      <w:r>
        <w:t>loot aaye, jaisa ke pehle thi, inshallah. doosri good news yeh hai, jo aaj ke akhbar mein mein ne parhi, yeh aaj ka akhbar hai, aaj ka Times of India. is mein aik aisi news hai jo unexpected hai. Kashmir mein aik waqia hua 10 m</w:t>
      </w:r>
    </w:p>
    <w:p>
      <w:pPr>
        <w:jc w:val="right"/>
      </w:pPr>
      <w:r>
        <w:t>لوٹ آئے، جیسا کہ پہلے تھی، انشاءاللہ۔ دوسری گڈ نیوز یہ ہے، جو آج کے اخبار میں میں نے پڑھی، یہ آج کا اخبار ہے، آج کا ٹائمز آف انڈیا۔ اس میں ایک ایسی نیوز ہے جو ان ایکسپیکٹڈ ہے۔ کشمیر میں ایک واقعہ ہوا 10 م</w:t>
      </w:r>
    </w:p>
    <w:p>
      <w:r>
        <w:rPr>
          <w:b/>
        </w:rPr>
        <w:t xml:space="preserve">[01:44] </w:t>
      </w:r>
      <w:r>
        <w:t>ko.</w:t>
      </w:r>
    </w:p>
    <w:p>
      <w:pPr>
        <w:jc w:val="right"/>
      </w:pPr>
      <w:r>
        <w:t>ئی کو۔</w:t>
      </w:r>
    </w:p>
    <w:p>
      <w:r>
        <w:rPr>
          <w:b/>
        </w:rPr>
        <w:t xml:space="preserve">[01:50] </w:t>
      </w:r>
      <w:r>
        <w:t>ek kashmiri naujawan, jo army mein bharti ho gaya tha aur lieutenant tha, to woh uski family</w:t>
      </w:r>
    </w:p>
    <w:p>
      <w:pPr>
        <w:jc w:val="right"/>
      </w:pPr>
      <w:r>
        <w:t>ایک کشمیری نوجوان، جو آرمی میں بھرتی ہو گیا تھا اور لیفٹیننٹ تھا، تو وہ اس کی فیملی</w:t>
      </w:r>
    </w:p>
    <w:p>
      <w:r>
        <w:rPr>
          <w:b/>
        </w:rPr>
        <w:t xml:space="preserve">[01:57] </w:t>
      </w:r>
      <w:r>
        <w:t>mein koi shadi thi, wahan woh gaya is mein shirket ke liye.</w:t>
      </w:r>
    </w:p>
    <w:p>
      <w:pPr>
        <w:jc w:val="right"/>
      </w:pPr>
      <w:r>
        <w:t>میں کوئی شادی تھی، وہاں وہ گیا اس میں شرکت کے لیے۔</w:t>
      </w:r>
    </w:p>
    <w:p>
      <w:r>
        <w:rPr>
          <w:b/>
        </w:rPr>
        <w:t xml:space="preserve">[02:03] </w:t>
      </w:r>
      <w:r>
        <w:t>to wahan ke jo bilashuba log hain, is par ghussa thay kyunke woh chahte thay ke koi kashmiri</w:t>
      </w:r>
    </w:p>
    <w:p>
      <w:pPr>
        <w:jc w:val="right"/>
      </w:pPr>
      <w:r>
        <w:t>تو وہاں کے جو بلٹنٹ لوگ ہیں، اس پر غصہ تھے کیونکہ وہ چاہتے تھے کہ کوئی کشمیری</w:t>
      </w:r>
    </w:p>
    <w:p>
      <w:r>
        <w:rPr>
          <w:b/>
        </w:rPr>
        <w:t xml:space="preserve">[02:09] </w:t>
      </w:r>
      <w:r>
        <w:t>wahan ki army mein shamil na ho. to</w:t>
      </w:r>
    </w:p>
    <w:p>
      <w:pPr>
        <w:jc w:val="right"/>
      </w:pPr>
      <w:r>
        <w:t>وہاں کی آرمی میں شامل نہ ہو۔ تو</w:t>
      </w:r>
    </w:p>
    <w:p>
      <w:r>
        <w:rPr>
          <w:b/>
        </w:rPr>
        <w:t xml:space="preserve">[02:15] </w:t>
      </w:r>
      <w:r>
        <w:t>woh ghus ke gaye wahan par marriage party mein, aur is naujawan ko, jis ka naam tha umar</w:t>
      </w:r>
    </w:p>
    <w:p>
      <w:pPr>
        <w:jc w:val="right"/>
      </w:pPr>
      <w:r>
        <w:t>وہ گھس کے گئے وہاں پر میرج پارٹی میں، اور اس نوجوان کو، جس کا نام تھا عمر</w:t>
      </w:r>
    </w:p>
    <w:p>
      <w:r>
        <w:rPr>
          <w:b/>
        </w:rPr>
        <w:t xml:space="preserve">[02:21] </w:t>
      </w:r>
      <w:r>
        <w:t>fayyaz, us ko pakad kar nikala aur le gaye, aur us ko goliyon se mar diya.</w:t>
      </w:r>
    </w:p>
    <w:p>
      <w:pPr>
        <w:jc w:val="right"/>
      </w:pPr>
      <w:r>
        <w:t>فیاض، اس کو پکڑ کر نکالا اور لے گئے، اور اس کو گولیوں سے مار دیا۔</w:t>
      </w:r>
    </w:p>
    <w:p>
      <w:r>
        <w:rPr>
          <w:b/>
        </w:rPr>
        <w:t xml:space="preserve">[02:28] </w:t>
      </w:r>
      <w:r>
        <w:t>bahar us ki lash mili.</w:t>
      </w:r>
    </w:p>
    <w:p>
      <w:pPr>
        <w:jc w:val="right"/>
      </w:pPr>
      <w:r>
        <w:t>باہر اس کی لاش ملی۔</w:t>
      </w:r>
    </w:p>
    <w:p>
      <w:r>
        <w:rPr>
          <w:b/>
        </w:rPr>
        <w:t xml:space="preserve">[02:34] </w:t>
      </w:r>
      <w:r>
        <w:t>yeh waqia hua 10 mayi ko.</w:t>
      </w:r>
    </w:p>
    <w:p>
      <w:pPr>
        <w:jc w:val="right"/>
      </w:pPr>
      <w:r>
        <w:t>یہ واقعہ ہوا 10 مئی کو۔</w:t>
      </w:r>
    </w:p>
    <w:p>
      <w:r>
        <w:rPr>
          <w:b/>
        </w:rPr>
        <w:t xml:space="preserve">[02:40] </w:t>
      </w:r>
      <w:r>
        <w:t>lekin is ke baad kya hua? unexpected.</w:t>
      </w:r>
    </w:p>
    <w:p>
      <w:pPr>
        <w:jc w:val="right"/>
      </w:pPr>
      <w:r>
        <w:t>لیکن اس کے بعد کیا ہوا؟ ان ایکسپیکٹڈ۔</w:t>
      </w:r>
    </w:p>
    <w:p>
      <w:r>
        <w:rPr>
          <w:b/>
        </w:rPr>
        <w:t xml:space="preserve">[02:47] </w:t>
      </w:r>
      <w:r>
        <w:t>wahan police ki bharti ho rahi thi, kashmir police ki bharti ho rahi thi.</w:t>
      </w:r>
    </w:p>
    <w:p>
      <w:pPr>
        <w:jc w:val="right"/>
      </w:pPr>
      <w:r>
        <w:t>وہاں پولیس کی بھرتی ہو رہی تھی، کشمیر پولیس کی بھرتی ہو رہی تھی۔</w:t>
      </w:r>
    </w:p>
    <w:p>
      <w:r>
        <w:rPr>
          <w:b/>
        </w:rPr>
        <w:t xml:space="preserve">[02:57] </w:t>
      </w:r>
      <w:r>
        <w:t>to itna zabardast waqia hua ke ladke aur ladkiyan toot pade bharti karne ke liye.</w:t>
      </w:r>
    </w:p>
    <w:p>
      <w:pPr>
        <w:jc w:val="right"/>
      </w:pPr>
      <w:r>
        <w:t>تو اتنا زبردست واقعہ ہوا کہ لڑکے اور لڑکیاں ٹوٹ پڑے بھرتی کرنے کے لیے۔</w:t>
      </w:r>
    </w:p>
    <w:p>
      <w:r>
        <w:rPr>
          <w:b/>
        </w:rPr>
        <w:t xml:space="preserve">[03:07] </w:t>
      </w:r>
      <w:r>
        <w:t>is mein 67,000 logon ne apply</w:t>
      </w:r>
    </w:p>
    <w:p>
      <w:pPr>
        <w:jc w:val="right"/>
      </w:pPr>
      <w:r>
        <w:t>اس میں 67,000 لوگوں نے اپ</w:t>
      </w:r>
    </w:p>
    <w:p>
      <w:r>
        <w:rPr>
          <w:b/>
        </w:rPr>
        <w:t xml:space="preserve">[03:17] </w:t>
      </w:r>
      <w:r>
        <w:t>kar diya, 67,000, jabke 700 ki vacancy thi, yani 700 jagah theen jis ke liye bharti ho rahi thi.</w:t>
      </w:r>
    </w:p>
    <w:p>
      <w:pPr>
        <w:jc w:val="right"/>
      </w:pPr>
      <w:r>
        <w:t>لائی کر دیا، 67,000، جبکہ 700 کی ویکنسی تھی، یعنی 700 جگہ تھیں جس کے لیے بھرتی ہو رہی تھی۔</w:t>
      </w:r>
    </w:p>
    <w:p>
      <w:r>
        <w:rPr>
          <w:b/>
        </w:rPr>
        <w:t xml:space="preserve">[03:27] </w:t>
      </w:r>
      <w:r>
        <w:t>aur wahan par apply kar diya 67,000 ladkon ne, naujawanon ne.</w:t>
      </w:r>
    </w:p>
    <w:p>
      <w:pPr>
        <w:jc w:val="right"/>
      </w:pPr>
      <w:r>
        <w:t>اور وہاں پر اپلائی کر دیا 67,000 لڑکوں نے، نوجوانوں نے۔</w:t>
      </w:r>
    </w:p>
    <w:p>
      <w:r>
        <w:rPr>
          <w:b/>
        </w:rPr>
        <w:t xml:space="preserve">[03:38] </w:t>
      </w:r>
      <w:r>
        <w:t>yeh bilashuba kashmir ki taraf se ek nai news hai.</w:t>
      </w:r>
    </w:p>
    <w:p>
      <w:pPr>
        <w:jc w:val="right"/>
      </w:pPr>
      <w:r>
        <w:t>یہ بلاشبہ کشمیر کی طرف سے ایک نئی نیوز ہے۔</w:t>
      </w:r>
    </w:p>
    <w:p>
      <w:r>
        <w:rPr>
          <w:b/>
        </w:rPr>
        <w:t xml:space="preserve">[03:48] </w:t>
      </w:r>
      <w:r>
        <w:t>to is waqie ko jab maine padha to mujhe bani umaya ke daur ka ek waqia, jo</w:t>
      </w:r>
    </w:p>
    <w:p>
      <w:pPr>
        <w:jc w:val="right"/>
      </w:pPr>
      <w:r>
        <w:t>تو اس واقعے کو جب میں نے پڑھا تو مجھے بنو امیہ کے دور کا ایک واقعہ، جو</w:t>
      </w:r>
    </w:p>
    <w:p>
      <w:r>
        <w:rPr>
          <w:b/>
        </w:rPr>
        <w:t xml:space="preserve">[03:56] </w:t>
      </w:r>
      <w:r>
        <w:t>86 hijri ka waqia hai, 86 hijri, ke bani umaya ka ek ek bada aadmi mar gaya, us</w:t>
      </w:r>
    </w:p>
    <w:p>
      <w:pPr>
        <w:jc w:val="right"/>
      </w:pPr>
      <w:r>
        <w:t>86 ہجری کا واقعہ ہے، 86 ہجری، کہ بنو امیہ کا ایک ایک بڑا آدمی مر گیا، اس</w:t>
      </w:r>
    </w:p>
    <w:p>
      <w:r>
        <w:rPr>
          <w:b/>
        </w:rPr>
        <w:t xml:space="preserve">[04:04] </w:t>
      </w:r>
      <w:r>
        <w:t>ki death ho gayi.</w:t>
      </w:r>
    </w:p>
    <w:p>
      <w:pPr>
        <w:jc w:val="right"/>
      </w:pPr>
      <w:r>
        <w:t>کی ڈیتھ ہو گئی۔</w:t>
      </w:r>
    </w:p>
    <w:p>
      <w:r>
        <w:rPr>
          <w:b/>
        </w:rPr>
        <w:t xml:space="preserve">[04:12] </w:t>
      </w:r>
      <w:r>
        <w:t>to kisi ne shair parh diya ke</w:t>
      </w:r>
    </w:p>
    <w:p>
      <w:pPr>
        <w:jc w:val="right"/>
      </w:pPr>
      <w:r>
        <w:t>تو کسی نے شعر پڑھ دیا کہ</w:t>
      </w:r>
    </w:p>
    <w:p>
      <w:r>
        <w:rPr>
          <w:b/>
        </w:rPr>
        <w:t xml:space="preserve">[04:20] </w:t>
      </w:r>
      <w:r>
        <w:t>kisi ne us par shair parh diya ke "fama kana qas halqa wahid walakinnahu bunyan qawmi" ke hamara jo sardar mar gaya hai, ab to poori qom ka yeh base hil gayi is ke baad. to wahan par woh tha Waleed bin Abdul Malik, Banu Umayyah ka ruler tha. Waleed bin Abdul Malik, us ne kaha chup</w:t>
      </w:r>
    </w:p>
    <w:p>
      <w:pPr>
        <w:jc w:val="right"/>
      </w:pPr>
      <w:r>
        <w:t>کسی نے اس پر شعر پڑھ دیا کہ "فما کان قاس حلقہ واحد ولكنه بنیان قومی" کہ ہمارا جو سردار مر گیا ہے، اب تو پوری قوم کا یہ بیس ہل گئی اس کے بعد۔ تو وہاں پر وہ تھا ولید بن عبدالملک، بنو امیہ کا رولر تھا۔ ولید بن عبدالملک، اس نے کہا چ</w:t>
      </w:r>
    </w:p>
    <w:p>
      <w:r>
        <w:rPr>
          <w:b/>
        </w:rPr>
        <w:t xml:space="preserve">[04:50] </w:t>
      </w:r>
      <w:r>
        <w:t>raho, us ko tumhari zuban se shaitan bol raha hai. to us ne kaha ke yeh yeh kaho sayyed sayyed, yeh kaho ke hamara aik sardar agar marta hai to doosra sardar khara ho jata hai. ye</w:t>
      </w:r>
    </w:p>
    <w:p>
      <w:pPr>
        <w:jc w:val="right"/>
      </w:pPr>
      <w:r>
        <w:t>پ رہو، اس کو تمہاری زبان سے شیطان بول رہا ہے۔ تو اس نے کہا کہ یہ یہ کہو سید سید، یہ کہو کہ ہمارا ایک سردار اگر مرتا ہے تو دوسرا سردار کھڑا ہو جاتا ہے۔ ی</w:t>
      </w:r>
    </w:p>
    <w:p>
      <w:r>
        <w:rPr>
          <w:b/>
        </w:rPr>
        <w:t xml:space="preserve">[05:20] </w:t>
      </w:r>
      <w:r>
        <w:t>yani is ne yeh keh diya tha ke hamara sardar mar gaya, ab to tu qom ka khatma ho gaya.</w:t>
      </w:r>
    </w:p>
    <w:p>
      <w:pPr>
        <w:jc w:val="right"/>
      </w:pPr>
      <w:r>
        <w:t>عنی اس نے یہ کہہ دیا تھا کہ ہمارا سردار مر گیا، اب تو تو قوم کا خاتمہ ہو گیا۔</w:t>
      </w:r>
    </w:p>
    <w:p>
      <w:r>
        <w:rPr>
          <w:b/>
        </w:rPr>
        <w:t xml:space="preserve">[05:28] </w:t>
      </w:r>
      <w:r>
        <w:t>to walid ne kaha ke is ko unhon ne kaha tatakallam bil lisan al shaitan, yeh kya tum shetani boli</w:t>
      </w:r>
    </w:p>
    <w:p>
      <w:pPr>
        <w:jc w:val="right"/>
      </w:pPr>
      <w:r>
        <w:t>تو ولید نے کہا کہ اس کو انہوں نے کہا تتکلم باللسان شیطان، یہ کیا تم شیطانی بولی</w:t>
      </w:r>
    </w:p>
    <w:p>
      <w:r>
        <w:rPr>
          <w:b/>
        </w:rPr>
        <w:t xml:space="preserve">[05:35] </w:t>
      </w:r>
      <w:r>
        <w:t>bol rahe ho? Yeh kaho ke hamara ek sardar marta hai to doosra sardar khara ho jata hai.</w:t>
      </w:r>
    </w:p>
    <w:p>
      <w:pPr>
        <w:jc w:val="right"/>
      </w:pPr>
      <w:r>
        <w:t>بول رہے ہو؟ یہ کہو کہ ہمارا ایک سردار مرتا ہے تو دوسرا سردار کھڑا ہو جاتا ہے۔</w:t>
      </w:r>
    </w:p>
    <w:p>
      <w:r>
        <w:rPr>
          <w:b/>
        </w:rPr>
        <w:t xml:space="preserve">[05:43] </w:t>
      </w:r>
      <w:r>
        <w:t>yeh waqia mujhe yaad aaya to mein mazeed izafe ke sath kehta hoon</w:t>
      </w:r>
    </w:p>
    <w:p>
      <w:pPr>
        <w:jc w:val="right"/>
      </w:pPr>
      <w:r>
        <w:t>یہ واقعہ مجھے یاد آیا تو میں مزید اضافے کے ساتھ کہتا ہوں</w:t>
      </w:r>
    </w:p>
    <w:p>
      <w:r>
        <w:rPr>
          <w:b/>
        </w:rPr>
        <w:t xml:space="preserve">[05:51] </w:t>
      </w:r>
      <w:r>
        <w:t>ke tum ek kashmiri ko maro ge to 70 hazar kashmiri khare ho jayen ge.</w:t>
      </w:r>
    </w:p>
    <w:p>
      <w:pPr>
        <w:jc w:val="right"/>
      </w:pPr>
      <w:r>
        <w:t>کہ تم ایک کشمیری کو مارو گے تو 70 ہزار کشمیری کھڑے ہو جائیں گے۔</w:t>
      </w:r>
    </w:p>
    <w:p>
      <w:r>
        <w:rPr>
          <w:b/>
        </w:rPr>
        <w:t xml:space="preserve">[05:57] </w:t>
      </w:r>
      <w:r>
        <w:t>ek kashmiri ko tum maro ge to 70 hazar kashmiri khare ho jayen ge.</w:t>
      </w:r>
    </w:p>
    <w:p>
      <w:pPr>
        <w:jc w:val="right"/>
      </w:pPr>
      <w:r>
        <w:t>ایک کشمیری کو تم مارو گے تو 70 ہزار کشمیری کھڑے ہو جائیں گے۔</w:t>
      </w:r>
    </w:p>
    <w:p>
      <w:r>
        <w:rPr>
          <w:b/>
        </w:rPr>
        <w:t xml:space="preserve">[06:03] </w:t>
      </w:r>
      <w:r>
        <w:t>yeh ek naya azm hai jo kashmir mein jagah hai.</w:t>
      </w:r>
    </w:p>
    <w:p>
      <w:pPr>
        <w:jc w:val="right"/>
      </w:pPr>
      <w:r>
        <w:t>یہ ایک نیا عزم ہے جو کشمیر میں جگہ ہے۔</w:t>
      </w:r>
    </w:p>
    <w:p>
      <w:r>
        <w:rPr>
          <w:b/>
        </w:rPr>
        <w:t xml:space="preserve">[06:10] </w:t>
      </w:r>
      <w:r>
        <w:t>yeh ek naya azm hai jo kashmir mein jagah hai.</w:t>
      </w:r>
    </w:p>
    <w:p>
      <w:pPr>
        <w:jc w:val="right"/>
      </w:pPr>
      <w:r>
        <w:t>یہ ایک نیا عزم ہے جو کشمیر میں جگہ ہے۔</w:t>
      </w:r>
    </w:p>
    <w:p>
      <w:r>
        <w:rPr>
          <w:b/>
        </w:rPr>
        <w:t xml:space="preserve">[06:16] </w:t>
      </w:r>
      <w:r>
        <w:t>aur jab is tarah jaag utha hai kisi qom ka azm to koi taqat is ko</w:t>
      </w:r>
    </w:p>
    <w:p>
      <w:pPr>
        <w:jc w:val="right"/>
      </w:pPr>
      <w:r>
        <w:t>اور جب اس طرح جاگ اٹھا ہے کسی قوم کا عزم تو کوئی طاقت اس کو</w:t>
      </w:r>
    </w:p>
    <w:p>
      <w:r>
        <w:rPr>
          <w:b/>
        </w:rPr>
        <w:t xml:space="preserve">[06:22] </w:t>
      </w:r>
      <w:r>
        <w:t>daba nahi sakti. Impossible hai.</w:t>
      </w:r>
    </w:p>
    <w:p>
      <w:pPr>
        <w:jc w:val="right"/>
      </w:pPr>
      <w:r>
        <w:t>دبا نہیں سکتی۔ امپاسیبل ہے۔</w:t>
      </w:r>
    </w:p>
    <w:p>
      <w:r>
        <w:rPr>
          <w:b/>
        </w:rPr>
        <w:t xml:space="preserve">[06:30] </w:t>
      </w:r>
      <w:r>
        <w:t>aap ko shayad maloom ho ke kashmir 1968 se mera khwab hai.</w:t>
      </w:r>
    </w:p>
    <w:p>
      <w:pPr>
        <w:jc w:val="right"/>
      </w:pPr>
      <w:r>
        <w:t>آپ کو شاید معلوم ہو کہ کشمیر 1968 سے میرا خواب ہے۔</w:t>
      </w:r>
    </w:p>
    <w:p>
      <w:r>
        <w:rPr>
          <w:b/>
        </w:rPr>
        <w:t xml:space="preserve">[06:37] </w:t>
      </w:r>
      <w:r>
        <w:t>pehla article jo mein ne likha tha kashmir mein 1968 mein kashmir ke bare mein, phir mein ne</w:t>
      </w:r>
    </w:p>
    <w:p>
      <w:pPr>
        <w:jc w:val="right"/>
      </w:pPr>
      <w:r>
        <w:t>پہلا آرٹیکل جو میں نے لکھا تھا کشمیر میں 1968 میں کشمیر کے بارے میں، پھر میں نے</w:t>
      </w:r>
    </w:p>
    <w:p>
      <w:r>
        <w:rPr>
          <w:b/>
        </w:rPr>
        <w:t xml:space="preserve">[06:45] </w:t>
      </w:r>
      <w:r>
        <w:t>is ke baad ek article likha tha English mein jo Hindustan Times mein chapa tha.</w:t>
      </w:r>
    </w:p>
    <w:p>
      <w:pPr>
        <w:jc w:val="right"/>
      </w:pPr>
      <w:r>
        <w:t>اس کے بعد ایک آرٹیکل لکھا تھا انگلش میں جو ہندوستان ٹائمز میں چھپا تھا۔</w:t>
      </w:r>
    </w:p>
    <w:p>
      <w:r>
        <w:rPr>
          <w:b/>
        </w:rPr>
        <w:t xml:space="preserve">[06:53] </w:t>
      </w:r>
      <w:r>
        <w:t>is ka title tha "acceptance of reality". "acceptance". thi. is mein mein ne likha tha ke tareekh mein tareekh ka jo course hota hai, us ko aap badal nahi sakte. tareekh se ladna yeh solution nahi hai. aap history se lad nahi sakte. you have to</w:t>
      </w:r>
    </w:p>
    <w:p>
      <w:pPr>
        <w:jc w:val="right"/>
      </w:pPr>
      <w:r>
        <w:t>اس کا ٹائٹل تھا "ایکسیپٹنس آف ریلیٹی"۔ "ایکسیپٹنس"۔ تھی۔ اس میں میں نے لکھا تھا کہ تاریخ میں تاریخ کا جو کورس ہوتا ہے، اس کو آپ بدل نہیں سکتے۔ تاریخ سے لڑنا یہ سولیوشن نہیں ہے۔ آپ ہسٹری سے لڑ نہیں سکتے۔ یو ہیو ٹ</w:t>
      </w:r>
    </w:p>
    <w:p>
      <w:r>
        <w:rPr>
          <w:b/>
        </w:rPr>
        <w:t xml:space="preserve">[07:23] </w:t>
      </w:r>
      <w:r>
        <w:t>wa accept the history as it is.</w:t>
      </w:r>
    </w:p>
    <w:p>
      <w:pPr>
        <w:jc w:val="right"/>
      </w:pPr>
      <w:r>
        <w:t>و ایکسیپٹ دا ہسٹری ایز اٹ از۔</w:t>
      </w:r>
    </w:p>
    <w:p>
      <w:r>
        <w:rPr>
          <w:b/>
        </w:rPr>
        <w:t xml:space="preserve">[07:30] </w:t>
      </w:r>
      <w:r>
        <w:t>to mein ne is mein kaha tha ke kashmirion ka ka jo case hai, woh history se tay ho chuka.</w:t>
      </w:r>
    </w:p>
    <w:p>
      <w:pPr>
        <w:jc w:val="right"/>
      </w:pPr>
      <w:r>
        <w:t>تو میں نے اس میں کہا تھا کہ کشمیروں کا کا جو کیس ہے، وہ ہسٹری سے طے ہو چکا۔</w:t>
      </w:r>
    </w:p>
    <w:p>
      <w:r>
        <w:rPr>
          <w:b/>
        </w:rPr>
        <w:t xml:space="preserve">[07:38] </w:t>
      </w:r>
      <w:r>
        <w:t>ab ise ladna history se ladna hai, aur course of history ko koi badal nahi sakta.</w:t>
      </w:r>
    </w:p>
    <w:p>
      <w:pPr>
        <w:jc w:val="right"/>
      </w:pPr>
      <w:r>
        <w:t>اب اسے لڑنا ہسٹری سے لڑنا ہے، اور کورس آف ہسٹری کو کوئی بدل نہیں سکتا۔</w:t>
      </w:r>
    </w:p>
    <w:p>
      <w:r>
        <w:rPr>
          <w:b/>
        </w:rPr>
        <w:t xml:space="preserve">[07:45] </w:t>
      </w:r>
      <w:r>
        <w:t>yeh mein barabar is tarah ki batein</w:t>
      </w:r>
    </w:p>
    <w:p>
      <w:pPr>
        <w:jc w:val="right"/>
      </w:pPr>
      <w:r>
        <w:t>یہ میں برابر اس طرح کی باتیں</w:t>
      </w:r>
    </w:p>
    <w:p>
      <w:r>
        <w:rPr>
          <w:b/>
        </w:rPr>
        <w:t xml:space="preserve">[07:53] </w:t>
      </w:r>
      <w:r>
        <w:t>karta raha hoon.</w:t>
      </w:r>
    </w:p>
    <w:p>
      <w:pPr>
        <w:jc w:val="right"/>
      </w:pPr>
      <w:r>
        <w:t>کرتا رہا ہوں۔</w:t>
      </w:r>
    </w:p>
    <w:p>
      <w:r>
        <w:rPr>
          <w:b/>
        </w:rPr>
        <w:t xml:space="preserve">[07:58] </w:t>
      </w:r>
      <w:r>
        <w:t>aaj mujhe pehli bar yeh mila to mein ne kaha ke mera khwab poora ho gaya.</w:t>
      </w:r>
    </w:p>
    <w:p>
      <w:pPr>
        <w:jc w:val="right"/>
      </w:pPr>
      <w:r>
        <w:t>آج مجھے پہلی بار یہ ملا تو میں نے کہا کہ میرا خواب پورا ہو گیا۔</w:t>
      </w:r>
    </w:p>
    <w:p>
      <w:r>
        <w:rPr>
          <w:b/>
        </w:rPr>
        <w:t xml:space="preserve">[08:03] </w:t>
      </w:r>
      <w:r>
        <w:t>ab kashmiri, ab kashmir ke log, logon ne apne aap ko discover kar liya hai.</w:t>
      </w:r>
    </w:p>
    <w:p>
      <w:pPr>
        <w:jc w:val="right"/>
      </w:pPr>
      <w:r>
        <w:t>اب کشمیری، اب کشمیر کے لوگ، لوگوں نے اپنے آپ کو ڈسکور کر لیا ہے۔</w:t>
      </w:r>
    </w:p>
    <w:p>
      <w:r>
        <w:rPr>
          <w:b/>
        </w:rPr>
        <w:t xml:space="preserve">[08:08] </w:t>
      </w:r>
      <w:r>
        <w:t>unhon ne history ko discover kar liya hai.</w:t>
      </w:r>
    </w:p>
    <w:p>
      <w:pPr>
        <w:jc w:val="right"/>
      </w:pPr>
      <w:r>
        <w:t>انہوں نے ہسٹری کو ڈسکور کر لیا ہے۔</w:t>
      </w:r>
    </w:p>
    <w:p>
      <w:r>
        <w:rPr>
          <w:b/>
        </w:rPr>
        <w:t xml:space="preserve">[08:13] </w:t>
      </w:r>
      <w:r>
        <w:t>unhon ne raaz hayat ko discover kar liya hai.</w:t>
      </w:r>
    </w:p>
    <w:p>
      <w:pPr>
        <w:jc w:val="right"/>
      </w:pPr>
      <w:r>
        <w:t>انہوں نے راز حیات کو ڈسکور کر لیا ہے۔</w:t>
      </w:r>
    </w:p>
    <w:p>
      <w:r>
        <w:rPr>
          <w:b/>
        </w:rPr>
        <w:t xml:space="preserve">[08:18] </w:t>
      </w:r>
      <w:r>
        <w:t>unhon ne yeh jaan liya hai ke hamare masle ka hal ladna nahi hai,</w:t>
      </w:r>
    </w:p>
    <w:p>
      <w:pPr>
        <w:jc w:val="right"/>
      </w:pPr>
      <w:r>
        <w:t>انہوں نے یہ جان لیا ہے کہ ہمارے مسئلے کا حل لڑنا نہیں ہے،</w:t>
      </w:r>
    </w:p>
    <w:p>
      <w:r>
        <w:rPr>
          <w:b/>
        </w:rPr>
        <w:t xml:space="preserve">[08:23] </w:t>
      </w:r>
      <w:r>
        <w:t>peace full planning hai.</w:t>
      </w:r>
    </w:p>
    <w:p>
      <w:pPr>
        <w:jc w:val="right"/>
      </w:pPr>
      <w:r>
        <w:t>پیس فل پلاننگ ہے۔</w:t>
      </w:r>
    </w:p>
    <w:p>
      <w:r>
        <w:rPr>
          <w:b/>
        </w:rPr>
        <w:t xml:space="preserve">[08:28] </w:t>
      </w:r>
      <w:r>
        <w:t>kashmir ke naujawanon ne, kashmir ke logon ne yeh jaan liya hai ke hamare masle ka hal ladna nahi hai.</w:t>
      </w:r>
    </w:p>
    <w:p>
      <w:pPr>
        <w:jc w:val="right"/>
      </w:pPr>
      <w:r>
        <w:t>کشمیر کے نوجوانوں نے، کشمیر کے لوگوں نے یہ جان لیا ہے کہ ہمارے مسئلے کا حل لڑنا نہیں ہے۔</w:t>
      </w:r>
    </w:p>
    <w:p>
      <w:r>
        <w:rPr>
          <w:b/>
        </w:rPr>
        <w:t xml:space="preserve">[08:33] </w:t>
      </w:r>
      <w:r>
        <w:t>ladna to pagal pan hai.</w:t>
      </w:r>
    </w:p>
    <w:p>
      <w:pPr>
        <w:jc w:val="right"/>
      </w:pPr>
      <w:r>
        <w:t>لڑنا تو پاگل پن ہے۔</w:t>
      </w:r>
    </w:p>
    <w:p>
      <w:r>
        <w:rPr>
          <w:b/>
        </w:rPr>
        <w:t xml:space="preserve">[08:39] </w:t>
      </w:r>
      <w:r>
        <w:t>ہمارے مسئلے کا حل ہے "acceptance of reality"۔</w:t>
      </w:r>
    </w:p>
    <w:p>
      <w:pPr>
        <w:jc w:val="right"/>
      </w:pPr>
      <w:r>
        <w:t>ہمارے مسئلے کا حل ہے "ایکسیپٹنس آف ریلیٹی"۔</w:t>
      </w:r>
    </w:p>
    <w:p>
      <w:r>
        <w:rPr>
          <w:b/>
        </w:rPr>
        <w:t xml:space="preserve">[08:44] </w:t>
      </w:r>
      <w:r>
        <w:t>reality ko accept karte hue apni positive planning karna.</w:t>
      </w:r>
    </w:p>
    <w:p>
      <w:pPr>
        <w:jc w:val="right"/>
      </w:pPr>
      <w:r>
        <w:t>ریلیٹی کو ایکسیپٹ کرتے ہوئے اپنی پازیٹیو پلاننگ کرنا۔</w:t>
      </w:r>
    </w:p>
    <w:p>
      <w:r>
        <w:rPr>
          <w:b/>
        </w:rPr>
        <w:t xml:space="preserve">[08:49] </w:t>
      </w:r>
      <w:r>
        <w:t>ab is ke baad kya hoga?</w:t>
      </w:r>
    </w:p>
    <w:p>
      <w:pPr>
        <w:jc w:val="right"/>
      </w:pPr>
      <w:r>
        <w:t>اب اس کے بعد کیا ہوگا؟</w:t>
      </w:r>
    </w:p>
    <w:p>
      <w:r>
        <w:rPr>
          <w:b/>
        </w:rPr>
        <w:t xml:space="preserve">[08:54] </w:t>
      </w:r>
      <w:r>
        <w:t>wohi hoga jo hona chahiye.</w:t>
      </w:r>
    </w:p>
    <w:p>
      <w:pPr>
        <w:jc w:val="right"/>
      </w:pPr>
      <w:r>
        <w:t>وہی ہوگا جو ہونا چاہیے۔</w:t>
      </w:r>
    </w:p>
    <w:p>
      <w:r>
        <w:rPr>
          <w:b/>
        </w:rPr>
        <w:t xml:space="preserve">[08:59] </w:t>
      </w:r>
      <w:r>
        <w:t>yani kashmir inshallah ubhrega ek nai zindagi ke sath.</w:t>
      </w:r>
    </w:p>
    <w:p>
      <w:pPr>
        <w:jc w:val="right"/>
      </w:pPr>
      <w:r>
        <w:t>یعنی کشمیر انشاءاللہ ابھرے گا ایک نئی زندگی کے ساتھ۔</w:t>
      </w:r>
    </w:p>
    <w:p>
      <w:r>
        <w:rPr>
          <w:b/>
        </w:rPr>
        <w:t xml:space="preserve">[09:04] </w:t>
      </w:r>
      <w:r>
        <w:t>kashmir jo potential the, kal parson koi sahib mujh se keh rahe the ke unhone switzerland bhi</w:t>
      </w:r>
    </w:p>
    <w:p>
      <w:pPr>
        <w:jc w:val="right"/>
      </w:pPr>
      <w:r>
        <w:t>کشمیر جو پوٹینشل تھے، کل پرسوں کوئی صاحب مجھ سے کہہ رہے تھے کہ انہوں نے سویٹزرلینڈ بھی</w:t>
      </w:r>
    </w:p>
    <w:p>
      <w:r>
        <w:rPr>
          <w:b/>
        </w:rPr>
        <w:t xml:space="preserve">[09:09] </w:t>
      </w:r>
      <w:r>
        <w:t>dekha hai aur kashmir bhi dekha hai.</w:t>
      </w:r>
    </w:p>
    <w:p>
      <w:pPr>
        <w:jc w:val="right"/>
      </w:pPr>
      <w:r>
        <w:t>دیکھا ہے اور کشمیر بھی دیکھا ہے۔</w:t>
      </w:r>
    </w:p>
    <w:p>
      <w:r>
        <w:rPr>
          <w:b/>
        </w:rPr>
        <w:t xml:space="preserve">[09:14] </w:t>
      </w:r>
      <w:r>
        <w:t>to unhone kaha ke maine kashmir ko switzerland ke muqable mein bohat zyada shandar paya.</w:t>
      </w:r>
    </w:p>
    <w:p>
      <w:pPr>
        <w:jc w:val="right"/>
      </w:pPr>
      <w:r>
        <w:t>تو انہوں نے کہا کہ میں نے کشمیر کو سویٹزرلینڈ کے مقابلے میں بہت زیادہ شاندار پایا۔</w:t>
      </w:r>
    </w:p>
    <w:p>
      <w:r>
        <w:rPr>
          <w:b/>
        </w:rPr>
        <w:t xml:space="preserve">[09:19] </w:t>
      </w:r>
      <w:r>
        <w:t>yani kashmir ka jo potential</w:t>
      </w:r>
    </w:p>
    <w:p>
      <w:pPr>
        <w:jc w:val="right"/>
      </w:pPr>
      <w:r>
        <w:t>یعنی کشمیر کا جو پوٹینش</w:t>
      </w:r>
    </w:p>
    <w:p>
      <w:r>
        <w:rPr>
          <w:b/>
        </w:rPr>
        <w:t xml:space="preserve">[09:24] </w:t>
      </w:r>
      <w:r>
        <w:t>hai, wo switzerland plus hai.</w:t>
      </w:r>
    </w:p>
    <w:p>
      <w:pPr>
        <w:jc w:val="right"/>
      </w:pPr>
      <w:r>
        <w:t>ل ہے، وہ سویٹزرلینڈ پلس ہے۔</w:t>
      </w:r>
    </w:p>
    <w:p>
      <w:r>
        <w:rPr>
          <w:b/>
        </w:rPr>
        <w:t xml:space="preserve">[09:30] </w:t>
      </w:r>
      <w:r>
        <w:t>agar kashmir ke mein peace aa jaye aur wahan develop kiya jaye, khas tor par tourist industry ko</w:t>
      </w:r>
    </w:p>
    <w:p>
      <w:pPr>
        <w:jc w:val="right"/>
      </w:pPr>
      <w:r>
        <w:t>اگر کشمیر کے میں پیس آ جائے اور وہاں ڈیولپ کیا جائے، خاص طور پر ٹورسٹ انڈسٹری کو</w:t>
      </w:r>
    </w:p>
    <w:p>
      <w:r>
        <w:rPr>
          <w:b/>
        </w:rPr>
        <w:t xml:space="preserve">[09:36] </w:t>
      </w:r>
      <w:r>
        <w:t>develop kiya jaye, to kashmir dunya ka ek ek ek naya khitta ban jayega jahan dunya bhar</w:t>
      </w:r>
    </w:p>
    <w:p>
      <w:pPr>
        <w:jc w:val="right"/>
      </w:pPr>
      <w:r>
        <w:t>ڈیولپ کیا جائے، تو کشمیر دنیا کا ایک ایک ایک نیا خطہ بن جائے گا جہاں دنیا بھر</w:t>
      </w:r>
    </w:p>
    <w:p>
      <w:r>
        <w:rPr>
          <w:b/>
        </w:rPr>
        <w:t xml:space="preserve">[09:42] </w:t>
      </w:r>
      <w:r>
        <w:t>ke tourist ayein.</w:t>
      </w:r>
    </w:p>
    <w:p>
      <w:pPr>
        <w:jc w:val="right"/>
      </w:pPr>
      <w:r>
        <w:t>کے ٹورسٹ آئیں۔</w:t>
      </w:r>
    </w:p>
    <w:p>
      <w:r>
        <w:rPr>
          <w:b/>
        </w:rPr>
        <w:t xml:space="preserve">[09:48] </w:t>
      </w:r>
      <w:r>
        <w:t>acha, tourist ke ane ki mani kya hain?</w:t>
      </w:r>
    </w:p>
    <w:p>
      <w:pPr>
        <w:jc w:val="right"/>
      </w:pPr>
      <w:r>
        <w:t>اچھا، ٹورسٹ کے آنے کی معنی کیا ہیں؟</w:t>
      </w:r>
    </w:p>
    <w:p>
      <w:r>
        <w:rPr>
          <w:b/>
        </w:rPr>
        <w:t xml:space="preserve">[09:54] </w:t>
      </w:r>
      <w:r>
        <w:t>tourist ki mani kya hain? is zamane mein aap jante hain ke tourism ko industry banaya jata hai, tourist industry.</w:t>
      </w:r>
    </w:p>
    <w:p>
      <w:pPr>
        <w:jc w:val="right"/>
      </w:pPr>
      <w:r>
        <w:t>ٹورسٹ کی معنی کیا ہیں؟ اس زمانے میں آپ جانتے ہیں کہ ٹورزم کو انڈسٹری بنایا جاتا ہے، ٹورسٹ انڈسٹری۔</w:t>
      </w:r>
    </w:p>
    <w:p>
      <w:r>
        <w:rPr>
          <w:b/>
        </w:rPr>
        <w:t xml:space="preserve">[10:01] </w:t>
      </w:r>
      <w:r>
        <w:t>to wahan ki economy bohat flourish karegi.</w:t>
      </w:r>
    </w:p>
    <w:p>
      <w:pPr>
        <w:jc w:val="right"/>
      </w:pPr>
      <w:r>
        <w:t>تو وہاں کی اکانومی بہت فلرش کرے گی۔</w:t>
      </w:r>
    </w:p>
    <w:p>
      <w:r>
        <w:rPr>
          <w:b/>
        </w:rPr>
        <w:t xml:space="preserve">[10:07] </w:t>
      </w:r>
      <w:r>
        <w:t>agar kashmir ko sahi maanon mein develop kar diya jaye tourist state ke tor par, to ek taraf</w:t>
      </w:r>
    </w:p>
    <w:p>
      <w:pPr>
        <w:jc w:val="right"/>
      </w:pPr>
      <w:r>
        <w:t>اگر کشمیر کو صحیح معنوں میں ڈیولپ کر دیا جائے ٹورسٹ اسٹیٹ کے طور پر، تو ایک طرف</w:t>
      </w:r>
    </w:p>
    <w:p>
      <w:r>
        <w:rPr>
          <w:b/>
        </w:rPr>
        <w:t xml:space="preserve">[10:13] </w:t>
      </w:r>
      <w:r>
        <w:t>to kashmir ki economy bohat barh jayegi, bohat barh jayegi, bohat barhe gi.</w:t>
      </w:r>
    </w:p>
    <w:p>
      <w:pPr>
        <w:jc w:val="right"/>
      </w:pPr>
      <w:r>
        <w:t>تو کشمیر کی اکانومی بہت بڑھ جائے گی، بہت بڑھ جائے گی، بہت بڑھے گی۔</w:t>
      </w:r>
    </w:p>
    <w:p>
      <w:r>
        <w:rPr>
          <w:b/>
        </w:rPr>
        <w:t xml:space="preserve">[10:19] </w:t>
      </w:r>
      <w:r>
        <w:t>aur doosri taraf kya hoga?</w:t>
      </w:r>
    </w:p>
    <w:p>
      <w:pPr>
        <w:jc w:val="right"/>
      </w:pPr>
      <w:r>
        <w:t>اور دوسری طرف کیا ہوگا؟</w:t>
      </w:r>
    </w:p>
    <w:p>
      <w:r>
        <w:rPr>
          <w:b/>
        </w:rPr>
        <w:t xml:space="preserve">[10:25] </w:t>
      </w:r>
      <w:r>
        <w:t>ke dawat ke mawaqe khul jayen ge. aap jante hain ke is zamane mein tourist log bohat jate hain idhar udhar. is zamane mein aik naya daur hai ke log jate hain yahan wahan, yahan wahan, jis ko kehte hain tourism. to kaha kashmir mein logon ko apna badu wohin milne lage ga. europe ke, america ke, india ke</w:t>
      </w:r>
    </w:p>
    <w:p>
      <w:pPr>
        <w:jc w:val="right"/>
      </w:pPr>
      <w:r>
        <w:t>کہ دعوت کے مواقع کھل جائیں گے۔ آپ جانتے ہیں کہ اس زمانے میں ٹورسٹ لوگ بہت جاتے ہیں ادھر ادھر۔ اس زمانے میں ایک نیا دور ہے کہ لوگ جاتے ہیں یہاں وہاں، یہاں وہاں، جس کو کہتے ہیں ٹورزم۔ تو کہا کشمیر میں لوگوں کو اپنا بدو وہیں ملنے لگے گا۔ یورپ کے، امریکہ کے، انڈیا کے</w:t>
      </w:r>
    </w:p>
    <w:p>
      <w:r>
        <w:rPr>
          <w:b/>
        </w:rPr>
        <w:t xml:space="preserve">[10:55] </w:t>
      </w:r>
      <w:r>
        <w:t>har jagah ke log wohin ayein ge.</w:t>
      </w:r>
    </w:p>
    <w:p>
      <w:pPr>
        <w:jc w:val="right"/>
      </w:pPr>
      <w:r>
        <w:t>، ہر جگہ کے لوگ وہیں آئیں گے۔</w:t>
      </w:r>
    </w:p>
    <w:p>
      <w:r>
        <w:rPr>
          <w:b/>
        </w:rPr>
        <w:t xml:space="preserve">[11:01] </w:t>
      </w:r>
      <w:r>
        <w:t>jaise rasool Allah salallahu alaihi wasallam ne jab kaba ke buton ka masla nahi chhoda, wahan jo</w:t>
      </w:r>
    </w:p>
    <w:p>
      <w:pPr>
        <w:jc w:val="right"/>
      </w:pPr>
      <w:r>
        <w:t>جیسے رسول اللہ صلی اللہ علیہ وسلم نے جب کعبہ کے بتوں کا مسئلہ نہیں چھوڑا، وہاں جو</w:t>
      </w:r>
    </w:p>
    <w:p>
      <w:r>
        <w:rPr>
          <w:b/>
        </w:rPr>
        <w:t xml:space="preserve">[11:07] </w:t>
      </w:r>
      <w:r>
        <w:t>bheed hoti thi, us ko audience ke tor par istemal kiya, to sare arab ka madu aap ko</w:t>
      </w:r>
    </w:p>
    <w:p>
      <w:pPr>
        <w:jc w:val="right"/>
      </w:pPr>
      <w:r>
        <w:t>بھیڑ ہوتی تھی، اس کو آڈینس کے طور پر استعمال کیا، تو سارے عرب کا مدعو آپ کو</w:t>
      </w:r>
    </w:p>
    <w:p>
      <w:r>
        <w:rPr>
          <w:b/>
        </w:rPr>
        <w:t xml:space="preserve">[11:13] </w:t>
      </w:r>
      <w:r>
        <w:t>wohi makkah milne laga.</w:t>
      </w:r>
    </w:p>
    <w:p>
      <w:pPr>
        <w:jc w:val="right"/>
      </w:pPr>
      <w:r>
        <w:t>وہی مکہ ملنے لگا۔</w:t>
      </w:r>
    </w:p>
    <w:p>
      <w:r>
        <w:rPr>
          <w:b/>
        </w:rPr>
        <w:t xml:space="preserve">[11:19] </w:t>
      </w:r>
      <w:r>
        <w:t>aise hi kashmirioun ko sari dunya ke madعو apne hi jaga milen ge, kashmir mein milen ge. to kash</w:t>
      </w:r>
    </w:p>
    <w:p>
      <w:pPr>
        <w:jc w:val="right"/>
      </w:pPr>
      <w:r>
        <w:t>ایسے ہی کشمیریوں کو ساری دنیا کے مدعو اپنے ہی جگہ ملیں گے، کشمیر میں ملیں گے۔ تو کش</w:t>
      </w:r>
    </w:p>
    <w:p>
      <w:r>
        <w:rPr>
          <w:b/>
        </w:rPr>
        <w:t xml:space="preserve">[11:25] </w:t>
      </w:r>
      <w:r>
        <w:t>merion ke liye moqa hai ke apni phir se economy ko re planning karen, jo shatter ho gayi hai.</w:t>
      </w:r>
    </w:p>
    <w:p>
      <w:pPr>
        <w:jc w:val="right"/>
      </w:pPr>
      <w:r>
        <w:t>میریوں کے لیے موقع ہے کہ اپنی پھر سے اکانومی کو ری پلاننگ کریں، جو شیٹر ہو گئی ہے۔</w:t>
      </w:r>
    </w:p>
    <w:p>
      <w:r>
        <w:rPr>
          <w:b/>
        </w:rPr>
        <w:t xml:space="preserve">[11:32] </w:t>
      </w:r>
      <w:r>
        <w:t>education ko phir se re plan karen, jo shatter ho gayi hai.</w:t>
      </w:r>
    </w:p>
    <w:p>
      <w:pPr>
        <w:jc w:val="right"/>
      </w:pPr>
      <w:r>
        <w:t>ایجوکیشن کو پھر سے ری پلان کریں، جو شیٹر ہو گئی ہے۔</w:t>
      </w:r>
    </w:p>
    <w:p>
      <w:r>
        <w:rPr>
          <w:b/>
        </w:rPr>
        <w:t xml:space="preserve">[11:40] </w:t>
      </w:r>
      <w:r>
        <w:t>dawat ke moqa ko phir se re plan karen, jo tabaah ho chuka tha.</w:t>
      </w:r>
    </w:p>
    <w:p>
      <w:pPr>
        <w:jc w:val="right"/>
      </w:pPr>
      <w:r>
        <w:t>دعوت کے مواقع کو پھر سے ری پلان کریں، جو تباہ ہو چکا تھا۔</w:t>
      </w:r>
    </w:p>
    <w:p>
      <w:r>
        <w:rPr>
          <w:b/>
        </w:rPr>
        <w:t xml:space="preserve">[11:47] </w:t>
      </w:r>
      <w:r>
        <w:t>to economy ko, education ko, dawat ko, kashmiron ke deval</w:t>
      </w:r>
    </w:p>
    <w:p>
      <w:pPr>
        <w:jc w:val="right"/>
      </w:pPr>
      <w:r>
        <w:t>تو اکانومی کو، ایجوکیشن کو، دعوت کو، کشمیروں کے ڈیول</w:t>
      </w:r>
    </w:p>
    <w:p>
      <w:r>
        <w:rPr>
          <w:b/>
        </w:rPr>
        <w:t xml:space="preserve">[11:55] </w:t>
      </w:r>
      <w:r>
        <w:t>pment ko har aitbaar se khoob barhaen, khoob barhaen, khoob barhaen.</w:t>
      </w:r>
    </w:p>
    <w:p>
      <w:pPr>
        <w:jc w:val="right"/>
      </w:pPr>
      <w:r>
        <w:t>پمنٹ کو ہر اعتبار سے خوب بڑھائیں، خوب بڑھائیں، خوب بڑھائیں۔</w:t>
      </w:r>
    </w:p>
    <w:p>
      <w:r>
        <w:rPr>
          <w:b/>
        </w:rPr>
        <w:t xml:space="preserve">[12:01] </w:t>
      </w:r>
      <w:r>
        <w:t>mujhe ek waqea yaad aata hai.</w:t>
      </w:r>
    </w:p>
    <w:p>
      <w:pPr>
        <w:jc w:val="right"/>
      </w:pPr>
      <w:r>
        <w:t>مجھے ایک واقعہ یاد آتا ہے۔</w:t>
      </w:r>
    </w:p>
    <w:p>
      <w:r>
        <w:rPr>
          <w:b/>
        </w:rPr>
        <w:t xml:space="preserve">[12:07] </w:t>
      </w:r>
      <w:r>
        <w:t>ek martaba mein gaya tha jammu ke ilaqe mein.</w:t>
      </w:r>
    </w:p>
    <w:p>
      <w:pPr>
        <w:jc w:val="right"/>
      </w:pPr>
      <w:r>
        <w:t>ایک مرتبہ میں گیا تھا جموں کے علاقے میں۔</w:t>
      </w:r>
    </w:p>
    <w:p>
      <w:r>
        <w:rPr>
          <w:b/>
        </w:rPr>
        <w:t xml:space="preserve">[12:13] </w:t>
      </w:r>
      <w:r>
        <w:t>jammu ke ilaqe mein mein ne dekha ke wahan par ek ek pahari nadi thi.</w:t>
      </w:r>
    </w:p>
    <w:p>
      <w:pPr>
        <w:jc w:val="right"/>
      </w:pPr>
      <w:r>
        <w:t>جموں کے علاقے میں میں نے دیکھا کہ وہاں پر ایک ایک پہاڑی ندی تھی۔</w:t>
      </w:r>
    </w:p>
    <w:p>
      <w:r>
        <w:rPr>
          <w:b/>
        </w:rPr>
        <w:t xml:space="preserve">[12:19] </w:t>
      </w:r>
      <w:r>
        <w:t>pahari nadi woh raj</w:t>
      </w:r>
    </w:p>
    <w:p>
      <w:pPr>
        <w:jc w:val="right"/>
      </w:pPr>
      <w:r>
        <w:t>پہاڑی ندی وہ راج</w:t>
      </w:r>
    </w:p>
    <w:p>
      <w:r>
        <w:rPr>
          <w:b/>
        </w:rPr>
        <w:t xml:space="preserve">[12:25] </w:t>
      </w:r>
      <w:r>
        <w:t>wari ka ilaaqa hai aur is is taraf ke ilaaqe ke beech mein ek pahari nadi behti thi.</w:t>
      </w:r>
    </w:p>
    <w:p>
      <w:pPr>
        <w:jc w:val="right"/>
      </w:pPr>
      <w:r>
        <w:t>وری کا علاقہ ہے اور اس اس طرف کے علاقے کے بیچ میں ایک پہاڑی ندی بہتی تھی۔</w:t>
      </w:r>
    </w:p>
    <w:p>
      <w:r>
        <w:rPr>
          <w:b/>
        </w:rPr>
        <w:t xml:space="preserve">[12:33] </w:t>
      </w:r>
      <w:r>
        <w:t>is par ek pul tha idhar se idhar jane ke liye aur wahan par ek abrdent qila bhi</w:t>
      </w:r>
    </w:p>
    <w:p>
      <w:pPr>
        <w:jc w:val="right"/>
      </w:pPr>
      <w:r>
        <w:t>اس پر ایک پل تھا ادھر سے ادھر جانے کے لیے اور وہاں پر ایک ابرڈنٹ قلعہ بھی</w:t>
      </w:r>
    </w:p>
    <w:p>
      <w:r>
        <w:rPr>
          <w:b/>
        </w:rPr>
        <w:t xml:space="preserve">[12:40] </w:t>
      </w:r>
      <w:r>
        <w:t>tha mughal daur ka.</w:t>
      </w:r>
    </w:p>
    <w:p>
      <w:pPr>
        <w:jc w:val="right"/>
      </w:pPr>
      <w:r>
        <w:t>تھا مغل دور کا۔</w:t>
      </w:r>
    </w:p>
    <w:p>
      <w:r>
        <w:rPr>
          <w:b/>
        </w:rPr>
        <w:t xml:space="preserve">[12:48] </w:t>
      </w:r>
      <w:r>
        <w:t>to bltant logon ne is pul ko tod diya ke idhar se idhar log na aa jaen. is</w:t>
      </w:r>
    </w:p>
    <w:p>
      <w:pPr>
        <w:jc w:val="right"/>
      </w:pPr>
      <w:r>
        <w:t>تو بلٹنٹ لوگوں نے اس پل کو توڑ دیا کہ ادھر سے ادھر لوگ نہ آ جائیں۔ اس</w:t>
      </w:r>
    </w:p>
    <w:p>
      <w:r>
        <w:rPr>
          <w:b/>
        </w:rPr>
        <w:t xml:space="preserve">[12:55] </w:t>
      </w:r>
      <w:r>
        <w:t>ke baad rajouri ke log mile, wahan jo general tha us waqt us se mile ke is pul ko aap dobara banwa dijiye aur plus yeh ke hamein allow kar dijiye ke yeh jo abundant fort hai, is mein hum school kholen ge. mughal daur ka aik aik qila tha jo us par abundant pada hua tha. to unhon ne kaha ke aap yeh pul ban</w:t>
      </w:r>
    </w:p>
    <w:p>
      <w:pPr>
        <w:jc w:val="right"/>
      </w:pPr>
      <w:r>
        <w:t>کے بعد راجوری کے لوگ ملے، وہاں جو جنرل تھا اس وقت اس سے ملے کہ اس پل کو آپ دوبارہ بنوا دیجئے اور پلس یہ کہ ہمیں الاؤ کر دیجئے کہ یہ جو ابرڈنٹ فورٹ ہے، اس میں ہم اسکول کھولیں گے۔ مغل دور کا ایک ایک قلعہ تھا جو اس پر ابرڈنٹ پڑا ہوا تھا۔ تو انہوں نے کہا کہ آپ یہ پل بن</w:t>
      </w:r>
    </w:p>
    <w:p>
      <w:r>
        <w:rPr>
          <w:b/>
        </w:rPr>
        <w:t xml:space="preserve">[13:25] </w:t>
      </w:r>
      <w:r>
        <w:t>wadijiye aur hum hamare school kholen ge.</w:t>
      </w:r>
    </w:p>
    <w:p>
      <w:pPr>
        <w:jc w:val="right"/>
      </w:pPr>
      <w:r>
        <w:t>وا دیجئے اور ہم ہمارے اسکول کھولیں گے۔</w:t>
      </w:r>
    </w:p>
    <w:p>
      <w:r>
        <w:rPr>
          <w:b/>
        </w:rPr>
        <w:t xml:space="preserve">[13:30] </w:t>
      </w:r>
      <w:r>
        <w:t>to general raja shahid is ka naam tha, bohat khush hua.</w:t>
      </w:r>
    </w:p>
    <w:p>
      <w:pPr>
        <w:jc w:val="right"/>
      </w:pPr>
      <w:r>
        <w:t>تو جنرل راجہ شاہد اس کا نام تھا، بہت خوش ہوا۔</w:t>
      </w:r>
    </w:p>
    <w:p>
      <w:r>
        <w:rPr>
          <w:b/>
        </w:rPr>
        <w:t xml:space="preserve">[13:35] </w:t>
      </w:r>
      <w:r>
        <w:t>us ne order diya, raat din ek kar ke pul ban gaya wahan aur woh un ko fort</w:t>
      </w:r>
    </w:p>
    <w:p>
      <w:pPr>
        <w:jc w:val="right"/>
      </w:pPr>
      <w:r>
        <w:t>اس نے آرڈر دیا، رات دن ایک کر کے پل بن گیا وہاں اور وہ ان کو فورٹ</w:t>
      </w:r>
    </w:p>
    <w:p>
      <w:r>
        <w:rPr>
          <w:b/>
        </w:rPr>
        <w:t xml:space="preserve">[13:40] </w:t>
      </w:r>
      <w:r>
        <w:t>bhi de diya, qila bhi de diya.</w:t>
      </w:r>
    </w:p>
    <w:p>
      <w:pPr>
        <w:jc w:val="right"/>
      </w:pPr>
      <w:r>
        <w:t>بھی دے دیا، قلعہ بھی دے دیا۔</w:t>
      </w:r>
    </w:p>
    <w:p>
      <w:r>
        <w:rPr>
          <w:b/>
        </w:rPr>
        <w:t xml:space="preserve">[13:45] </w:t>
      </w:r>
      <w:r>
        <w:t>us waqt us ne ek anokhi baat kahi thi general raina ne rajouri ke logon se.</w:t>
      </w:r>
    </w:p>
    <w:p>
      <w:pPr>
        <w:jc w:val="right"/>
      </w:pPr>
      <w:r>
        <w:t>اس وقت اس نے ایک انوکھی بات کہی تھی جنرل رائنا نے راجوری کے لوگوں سے۔</w:t>
      </w:r>
    </w:p>
    <w:p>
      <w:r>
        <w:rPr>
          <w:b/>
        </w:rPr>
        <w:t xml:space="preserve">[13:50] </w:t>
      </w:r>
      <w:r>
        <w:t>unhon ne kaha aap hum ko</w:t>
      </w:r>
    </w:p>
    <w:p>
      <w:pPr>
        <w:jc w:val="right"/>
      </w:pPr>
      <w:r>
        <w:t>انہوں نے کہا آپ ہم کو</w:t>
      </w:r>
    </w:p>
    <w:p>
      <w:r>
        <w:rPr>
          <w:b/>
        </w:rPr>
        <w:t xml:space="preserve">[13:55] </w:t>
      </w:r>
      <w:r>
        <w:t>dushman kyon samajhte hain? bohat anokhi baat.</w:t>
      </w:r>
    </w:p>
    <w:p>
      <w:pPr>
        <w:jc w:val="right"/>
      </w:pPr>
      <w:r>
        <w:t>دشمن کیوں سمجھتے ہیں؟ بہت انوکھی بات۔</w:t>
      </w:r>
    </w:p>
    <w:p>
      <w:r>
        <w:rPr>
          <w:b/>
        </w:rPr>
        <w:t xml:space="preserve">[14:00] </w:t>
      </w:r>
      <w:r>
        <w:t>aap hum ko dushman kyon samajhte hain? hum to aap ke liye qurbani ke bakre hain.</w:t>
      </w:r>
    </w:p>
    <w:p>
      <w:pPr>
        <w:jc w:val="right"/>
      </w:pPr>
      <w:r>
        <w:t>آپ ہم کو دشمن کیوں سمجھتے ہیں؟ ہم تو آپ کے لیے قربانی کے بکرے ہیں۔</w:t>
      </w:r>
    </w:p>
    <w:p>
      <w:r>
        <w:rPr>
          <w:b/>
        </w:rPr>
        <w:t xml:space="preserve">[14:04] </w:t>
      </w:r>
      <w:r>
        <w:t>jahan jahan zibah kar dijiye.</w:t>
      </w:r>
    </w:p>
    <w:p>
      <w:pPr>
        <w:jc w:val="right"/>
      </w:pPr>
      <w:r>
        <w:t>جہاں جہاں ذبح کر دیجئے۔</w:t>
      </w:r>
    </w:p>
    <w:p>
      <w:r>
        <w:rPr>
          <w:b/>
        </w:rPr>
        <w:t xml:space="preserve">[14:08] </w:t>
      </w:r>
      <w:r>
        <w:t>hum to aap ki safety ke liye hain.</w:t>
      </w:r>
    </w:p>
    <w:p>
      <w:pPr>
        <w:jc w:val="right"/>
      </w:pPr>
      <w:r>
        <w:t>ہم تو آپ کی سیفٹی کے لیے ہیں۔</w:t>
      </w:r>
    </w:p>
    <w:p>
      <w:r>
        <w:rPr>
          <w:b/>
        </w:rPr>
        <w:t xml:space="preserve">[14:13] </w:t>
      </w:r>
      <w:r>
        <w:t>hum ko dushman kyon samajhte hain aap? hum to aap ke liye qurbani ke bakre hain.</w:t>
      </w:r>
    </w:p>
    <w:p>
      <w:pPr>
        <w:jc w:val="right"/>
      </w:pPr>
      <w:r>
        <w:t>ہم کو دشمن کیوں سمجھتے ہیں آپ؟ ہم تو آپ کے لیے قربانی کے بکرے ہیں۔</w:t>
      </w:r>
    </w:p>
    <w:p>
      <w:r>
        <w:rPr>
          <w:b/>
        </w:rPr>
        <w:t xml:space="preserve">[14:17] </w:t>
      </w:r>
      <w:r>
        <w:t>jahan jahan zibah kar dijiye.</w:t>
      </w:r>
    </w:p>
    <w:p>
      <w:pPr>
        <w:jc w:val="right"/>
      </w:pPr>
      <w:r>
        <w:t>جہاں جہاں ذبح کر دیجئے۔</w:t>
      </w:r>
    </w:p>
    <w:p>
      <w:r>
        <w:rPr>
          <w:b/>
        </w:rPr>
        <w:t xml:space="preserve">[14:21] </w:t>
      </w:r>
      <w:r>
        <w:t>yeh bohat bara raaz hai ke adar party ko apne</w:t>
      </w:r>
    </w:p>
    <w:p>
      <w:pPr>
        <w:jc w:val="right"/>
      </w:pPr>
      <w:r>
        <w:t>یہ بہت بڑا راز ہے کہ ادر پارٹی کو اپنے</w:t>
      </w:r>
    </w:p>
    <w:p>
      <w:r>
        <w:rPr>
          <w:b/>
        </w:rPr>
        <w:t xml:space="preserve">[14:26] </w:t>
      </w:r>
      <w:r>
        <w:t>مشن کے لیے یوٹیلائز کرنا، جس کو آج کل کہتے ہیں outsourcing۔</w:t>
      </w:r>
    </w:p>
    <w:p>
      <w:pPr>
        <w:jc w:val="right"/>
      </w:pPr>
      <w:r>
        <w:t>مشن کے لیے یوٹیلائز کرنا، جس کو آج کل کہتے ہیں آؤٹ سورسنگ۔</w:t>
      </w:r>
    </w:p>
    <w:p>
      <w:r>
        <w:rPr>
          <w:b/>
        </w:rPr>
        <w:t xml:space="preserve">[14:32] </w:t>
      </w:r>
      <w:r>
        <w:t>yani hum ko out sourcing ka zariya banao.</w:t>
      </w:r>
    </w:p>
    <w:p>
      <w:pPr>
        <w:jc w:val="right"/>
      </w:pPr>
      <w:r>
        <w:t>یعنی ہم کو آؤٹ سورسنگ کا ذریعہ بناؤ۔</w:t>
      </w:r>
    </w:p>
    <w:p>
      <w:r>
        <w:rPr>
          <w:b/>
        </w:rPr>
        <w:t xml:space="preserve">[14:39] </w:t>
      </w:r>
      <w:r>
        <w:t>hum ko dushman kyun samajhte ho? hum tumhare liye out sourcing ka zariya hain.</w:t>
      </w:r>
    </w:p>
    <w:p>
      <w:pPr>
        <w:jc w:val="right"/>
      </w:pPr>
      <w:r>
        <w:t>ہم کو دشمن کیوں سمجھتے ہو؟ ہم تمہارے لیے آؤٹ سورسنگ کا ذریعہ ہیں۔</w:t>
      </w:r>
    </w:p>
    <w:p>
      <w:r>
        <w:rPr>
          <w:b/>
        </w:rPr>
        <w:t xml:space="preserve">[14:45] </w:t>
      </w:r>
      <w:r>
        <w:t>chahe chahe is ke baad school khula wahan par aur mein ne is pul ko dekha hai.</w:t>
      </w:r>
    </w:p>
    <w:p>
      <w:pPr>
        <w:jc w:val="right"/>
      </w:pPr>
      <w:r>
        <w:t>چاہے چاہے اس کے بعد اسکول کھلا وہاں پر اور میں نے اس پل کو دیکھا ہے۔</w:t>
      </w:r>
    </w:p>
    <w:p>
      <w:r>
        <w:rPr>
          <w:b/>
        </w:rPr>
        <w:t xml:space="preserve">[14:52] </w:t>
      </w:r>
      <w:r>
        <w:t>woh pul chalne laga, log aane jaane lage.</w:t>
      </w:r>
    </w:p>
    <w:p>
      <w:pPr>
        <w:jc w:val="right"/>
      </w:pPr>
      <w:r>
        <w:t>وہ پل چلنے لگا، لوگ آنے جانے لگے۔</w:t>
      </w:r>
    </w:p>
    <w:p>
      <w:r>
        <w:rPr>
          <w:b/>
        </w:rPr>
        <w:t xml:space="preserve">[14:58] </w:t>
      </w:r>
      <w:r>
        <w:t>یہ چیز thousand times زیادہ ہو سکتی ہے۔</w:t>
      </w:r>
    </w:p>
    <w:p>
      <w:pPr>
        <w:jc w:val="right"/>
      </w:pPr>
      <w:r>
        <w:t>یہ چیز تھاؤزنڈ ٹائمز زیادہ ہو سکتی ہے۔</w:t>
      </w:r>
    </w:p>
    <w:p>
      <w:r>
        <w:rPr>
          <w:b/>
        </w:rPr>
        <w:t xml:space="preserve">[15:05] </w:t>
      </w:r>
      <w:r>
        <w:t>sirf isi ki baat thi ke kashmir ke log yeh faisla kar lein ke humein military si ko jhelum</w:t>
      </w:r>
    </w:p>
    <w:p>
      <w:pPr>
        <w:jc w:val="right"/>
      </w:pPr>
      <w:r>
        <w:t>صرف اسی کی بات تھی کہ کشمیر کے لوگ یہ فیصلہ کر لیں کہ ہمیں ملٹریسی کو جہلم</w:t>
      </w:r>
    </w:p>
    <w:p>
      <w:r>
        <w:rPr>
          <w:b/>
        </w:rPr>
        <w:t xml:space="preserve">[15:11] </w:t>
      </w:r>
      <w:r>
        <w:t>mein phenk dena hai, military si ke hathiyaron ko.</w:t>
      </w:r>
    </w:p>
    <w:p>
      <w:pPr>
        <w:jc w:val="right"/>
      </w:pPr>
      <w:r>
        <w:t>میں پھینک دینا ہے، ملٹریسی کے ہتھیاروں کو۔</w:t>
      </w:r>
    </w:p>
    <w:p>
      <w:r>
        <w:rPr>
          <w:b/>
        </w:rPr>
        <w:t xml:space="preserve">[15:17] </w:t>
      </w:r>
      <w:r>
        <w:t>humein ladna padna nahi hai.</w:t>
      </w:r>
    </w:p>
    <w:p>
      <w:pPr>
        <w:jc w:val="right"/>
      </w:pPr>
      <w:r>
        <w:t>ہمیں لڑنا پڑنا نہیں ہے۔</w:t>
      </w:r>
    </w:p>
    <w:p>
      <w:r>
        <w:rPr>
          <w:b/>
        </w:rPr>
        <w:t xml:space="preserve">[15:23] </w:t>
      </w:r>
      <w:r>
        <w:t>jaisa ke kashmir ki jo spirit hai, kashmir ki spirit thi</w:t>
      </w:r>
    </w:p>
    <w:p>
      <w:pPr>
        <w:jc w:val="right"/>
      </w:pPr>
      <w:r>
        <w:t>جیسا کہ کشمیر کی جو اسپرٹ ہے، کشمیر کی اسپرٹ تھی</w:t>
      </w:r>
    </w:p>
    <w:p>
      <w:r>
        <w:rPr>
          <w:b/>
        </w:rPr>
        <w:t xml:space="preserve">[15:30] </w:t>
      </w:r>
      <w:r>
        <w:t>shaikh hamdani ki spirit, sufiyon ki spirit.</w:t>
      </w:r>
    </w:p>
    <w:p>
      <w:pPr>
        <w:jc w:val="right"/>
      </w:pPr>
      <w:r>
        <w:t>شیخ حمدانی کی اسپرٹ، صوفیوں کی اسپرٹ۔</w:t>
      </w:r>
    </w:p>
    <w:p>
      <w:r>
        <w:rPr>
          <w:b/>
        </w:rPr>
        <w:t xml:space="preserve">[15:36] </w:t>
      </w:r>
      <w:r>
        <w:t>yani nafrat nahi, ladai bhadai nahi, peaceful message.</w:t>
      </w:r>
    </w:p>
    <w:p>
      <w:pPr>
        <w:jc w:val="right"/>
      </w:pPr>
      <w:r>
        <w:t>یعنی نفرت نہیں، لڑائی بھڑائی نہیں، پیس فل میسج۔</w:t>
      </w:r>
    </w:p>
    <w:p>
      <w:r>
        <w:rPr>
          <w:b/>
        </w:rPr>
        <w:t xml:space="preserve">[15:42] </w:t>
      </w:r>
      <w:r>
        <w:t>to mein samajhta hoon kashmir ke log ab loot rahe hain is sufi spirit ki taraf jo shaikh</w:t>
      </w:r>
    </w:p>
    <w:p>
      <w:pPr>
        <w:jc w:val="right"/>
      </w:pPr>
      <w:r>
        <w:t>تو میں سمجھتا ہوں کشمیر کے لوگ اب لوٹ رہے ہیں اس صوفی اسپرٹ کی طرف جو شیخ</w:t>
      </w:r>
    </w:p>
    <w:p>
      <w:r>
        <w:rPr>
          <w:b/>
        </w:rPr>
        <w:t xml:space="preserve">[15:48] </w:t>
      </w:r>
      <w:r>
        <w:t>hamdani ne aur do sufiyon ne un ko diya tha ke ladna nahi, nafrat nahi karna, kisi ko</w:t>
      </w:r>
    </w:p>
    <w:p>
      <w:pPr>
        <w:jc w:val="right"/>
      </w:pPr>
      <w:r>
        <w:t>حمدانی نے اور دو صوفیوں نے ان کو دیا تھا کہ لڑنا نہیں، نفرت نہیں کرنا، کسی کو</w:t>
      </w:r>
    </w:p>
    <w:p>
      <w:r>
        <w:rPr>
          <w:b/>
        </w:rPr>
        <w:t xml:space="preserve">[15:55] </w:t>
      </w:r>
      <w:r>
        <w:t>dushman nahi samajhna,</w:t>
      </w:r>
    </w:p>
    <w:p>
      <w:pPr>
        <w:jc w:val="right"/>
      </w:pPr>
      <w:r>
        <w:t>دشمن نہیں سمجھنا،</w:t>
      </w:r>
    </w:p>
    <w:p>
      <w:r>
        <w:rPr>
          <w:b/>
        </w:rPr>
        <w:t xml:space="preserve">[16:01] </w:t>
      </w:r>
      <w:r>
        <w:t>balke jo opportunity hai, opportunity us ko peaceful tareeqe par avail karna.</w:t>
      </w:r>
    </w:p>
    <w:p>
      <w:pPr>
        <w:jc w:val="right"/>
      </w:pPr>
      <w:r>
        <w:t>بلکہ جو اپرچونیٹی ہے، اپرچونیٹی اس کو پیس فل طریقے پر اویل کرنا۔</w:t>
      </w:r>
    </w:p>
    <w:p>
      <w:r>
        <w:rPr>
          <w:b/>
        </w:rPr>
        <w:t xml:space="preserve">[16:07] </w:t>
      </w:r>
      <w:r>
        <w:t>to woh shuru ho gaya.</w:t>
      </w:r>
    </w:p>
    <w:p>
      <w:pPr>
        <w:jc w:val="right"/>
      </w:pPr>
      <w:r>
        <w:t>تو وہ شروع ہو گیا۔</w:t>
      </w:r>
    </w:p>
    <w:p>
      <w:r>
        <w:rPr>
          <w:b/>
        </w:rPr>
        <w:t xml:space="preserve">[16:13] </w:t>
      </w:r>
      <w:r>
        <w:t>mein ne apni naujawani mein ek kitaab chhapi thi British period mein.</w:t>
      </w:r>
    </w:p>
    <w:p>
      <w:pPr>
        <w:jc w:val="right"/>
      </w:pPr>
      <w:r>
        <w:t>میں نے اپنی نوجوانی میں ایک کتاب چھپی تھی برٹش پیریڈ میں۔</w:t>
      </w:r>
    </w:p>
    <w:p>
      <w:r>
        <w:rPr>
          <w:b/>
        </w:rPr>
        <w:t xml:space="preserve">[16:19] </w:t>
      </w:r>
      <w:r>
        <w:t>British period mein is kitaab ka naam tha "roshan mustaqbil".</w:t>
      </w:r>
    </w:p>
    <w:p>
      <w:pPr>
        <w:jc w:val="right"/>
      </w:pPr>
      <w:r>
        <w:t>برٹش پیریڈ میں اس کتاب کا نام تھا "روشن مستقبل"۔</w:t>
      </w:r>
    </w:p>
    <w:p>
      <w:r>
        <w:rPr>
          <w:b/>
        </w:rPr>
        <w:t xml:space="preserve">[16:25] </w:t>
      </w:r>
      <w:r>
        <w:t>"roshan mustaqbil" is par ek shair likha rehta tha: "burj e mahn se nikla suraj</w:t>
      </w:r>
    </w:p>
    <w:p>
      <w:pPr>
        <w:jc w:val="right"/>
      </w:pPr>
      <w:r>
        <w:t>"روشن مستقبل" اس پر ایک شعر لکھا رہتا تھا: "برج محن سے نکلا سورج</w:t>
      </w:r>
    </w:p>
    <w:p>
      <w:r>
        <w:rPr>
          <w:b/>
        </w:rPr>
        <w:t xml:space="preserve">[16:31] </w:t>
      </w:r>
      <w:r>
        <w:t>roshan apna mustaqbil hai".</w:t>
      </w:r>
    </w:p>
    <w:p>
      <w:pPr>
        <w:jc w:val="right"/>
      </w:pPr>
      <w:r>
        <w:t>روشن اپنا مستقبل ہے"۔</w:t>
      </w:r>
    </w:p>
    <w:p>
      <w:r>
        <w:rPr>
          <w:b/>
        </w:rPr>
        <w:t xml:space="preserve">[16:35] </w:t>
      </w:r>
      <w:r>
        <w:t>mahn mani travel.</w:t>
      </w:r>
    </w:p>
    <w:p>
      <w:pPr>
        <w:jc w:val="right"/>
      </w:pPr>
      <w:r>
        <w:t>محن معنی ٹریول۔</w:t>
      </w:r>
    </w:p>
    <w:p>
      <w:r>
        <w:rPr>
          <w:b/>
        </w:rPr>
        <w:t xml:space="preserve">[16:40] </w:t>
      </w:r>
      <w:r>
        <w:t>یعنی travel کی دنیا سے ہمارا سورج نکل آیا۔</w:t>
      </w:r>
    </w:p>
    <w:p>
      <w:pPr>
        <w:jc w:val="right"/>
      </w:pPr>
      <w:r>
        <w:t>یعنی ٹریول کی دنیا سے ہمارا سورج نکل آیا۔</w:t>
      </w:r>
    </w:p>
    <w:p>
      <w:r>
        <w:rPr>
          <w:b/>
        </w:rPr>
        <w:t xml:space="preserve">[16:44] </w:t>
      </w:r>
      <w:r>
        <w:t>"burj e behn se nikla suraj roshan apna mustaqbil hai".</w:t>
      </w:r>
    </w:p>
    <w:p>
      <w:pPr>
        <w:jc w:val="right"/>
      </w:pPr>
      <w:r>
        <w:t>"برج بہن سے نکلا سورج روشن اپنا مستقبل ہے"۔</w:t>
      </w:r>
    </w:p>
    <w:p>
      <w:r>
        <w:rPr>
          <w:b/>
        </w:rPr>
        <w:t xml:space="preserve">[16:48] </w:t>
      </w:r>
      <w:r>
        <w:t>to mein kahunga ke kashmir walon ke liye in ka suraj burj e behn se nikal gaya.</w:t>
      </w:r>
    </w:p>
    <w:p>
      <w:pPr>
        <w:jc w:val="right"/>
      </w:pPr>
      <w:r>
        <w:t>تو میں کہوں گا کہ کشمیر والوں کے لیے ان کا سورج برج بہن سے نکل گیا۔</w:t>
      </w:r>
    </w:p>
    <w:p>
      <w:r>
        <w:rPr>
          <w:b/>
        </w:rPr>
        <w:t xml:space="preserve">[16:53] </w:t>
      </w:r>
      <w:r>
        <w:t>ab in ka mustaqbil roshan ho gaya.</w:t>
      </w:r>
    </w:p>
    <w:p>
      <w:pPr>
        <w:jc w:val="right"/>
      </w:pPr>
      <w:r>
        <w:t>اب ان کا مستقبل روشن ہو گیا۔</w:t>
      </w:r>
    </w:p>
    <w:p>
      <w:r>
        <w:rPr>
          <w:b/>
        </w:rPr>
        <w:t xml:space="preserve">[16:57] </w:t>
      </w:r>
      <w:r>
        <w:t>yani sara infrastructure</w:t>
      </w:r>
    </w:p>
    <w:p>
      <w:pPr>
        <w:jc w:val="right"/>
      </w:pPr>
      <w:r>
        <w:t>یعنی سارا انفراسٹ</w:t>
      </w:r>
    </w:p>
    <w:p>
      <w:r>
        <w:rPr>
          <w:b/>
        </w:rPr>
        <w:t xml:space="preserve">[17:01] </w:t>
      </w:r>
      <w:r>
        <w:t>kashmir mein maujood hai.</w:t>
      </w:r>
    </w:p>
    <w:p>
      <w:pPr>
        <w:jc w:val="right"/>
      </w:pPr>
      <w:r>
        <w:t>رکچر کشمیر میں موجود ہے۔</w:t>
      </w:r>
    </w:p>
    <w:p>
      <w:r>
        <w:rPr>
          <w:b/>
        </w:rPr>
        <w:t xml:space="preserve">[17:05] </w:t>
      </w:r>
      <w:r>
        <w:t>sari opportunities kashmir mein maujood hain.</w:t>
      </w:r>
    </w:p>
    <w:p>
      <w:pPr>
        <w:jc w:val="right"/>
      </w:pPr>
      <w:r>
        <w:t>ساری اپرچونیٹیز کشمیر میں موجود ہیں۔</w:t>
      </w:r>
    </w:p>
    <w:p>
      <w:r>
        <w:rPr>
          <w:b/>
        </w:rPr>
        <w:t xml:space="preserve">[17:10] </w:t>
      </w:r>
      <w:r>
        <w:t>صرف negative thinking جو تھی، اسی کو ختم ہونا تھا۔</w:t>
      </w:r>
    </w:p>
    <w:p>
      <w:pPr>
        <w:jc w:val="right"/>
      </w:pPr>
      <w:r>
        <w:t>صرف نیگیٹیو تھنکنگ جو تھی، اسی کو ختم ہونا تھا۔</w:t>
      </w:r>
    </w:p>
    <w:p>
      <w:r>
        <w:rPr>
          <w:b/>
        </w:rPr>
        <w:t xml:space="preserve">[17:14] </w:t>
      </w:r>
      <w:r>
        <w:t>negative thinking ko khatam hona tha.</w:t>
      </w:r>
    </w:p>
    <w:p>
      <w:pPr>
        <w:jc w:val="right"/>
      </w:pPr>
      <w:r>
        <w:t>نیگیٹیو تھنکنگ کو ختم ہونا تھا۔</w:t>
      </w:r>
    </w:p>
    <w:p>
      <w:r>
        <w:rPr>
          <w:b/>
        </w:rPr>
        <w:t xml:space="preserve">[17:18] </w:t>
      </w:r>
      <w:r>
        <w:t>aur yeh waqia batata hai ke 700 wahan par vacancy thi police ke liye aur taqreeban 70 hazar</w:t>
      </w:r>
    </w:p>
    <w:p>
      <w:pPr>
        <w:jc w:val="right"/>
      </w:pPr>
      <w:r>
        <w:t>اور یہ واقعہ بتاتا ہے کہ 700 وہاں پر ویکنسی تھی پولیس کے لیے اور تقریباً 70 ہزار</w:t>
      </w:r>
    </w:p>
    <w:p>
      <w:r>
        <w:rPr>
          <w:b/>
        </w:rPr>
        <w:t xml:space="preserve">[17:23] </w:t>
      </w:r>
      <w:r>
        <w:t>logon ne apply kar diya.</w:t>
      </w:r>
    </w:p>
    <w:p>
      <w:pPr>
        <w:jc w:val="right"/>
      </w:pPr>
      <w:r>
        <w:t>لوگوں نے اپلائی کر دیا۔</w:t>
      </w:r>
    </w:p>
    <w:p>
      <w:r>
        <w:rPr>
          <w:b/>
        </w:rPr>
        <w:t xml:space="preserve">[17:27] </w:t>
      </w:r>
      <w:r>
        <w:t>is ke baad</w:t>
      </w:r>
    </w:p>
    <w:p>
      <w:pPr>
        <w:jc w:val="right"/>
      </w:pPr>
      <w:r>
        <w:t>اس کے بعد</w:t>
      </w:r>
    </w:p>
    <w:p>
      <w:r>
        <w:rPr>
          <w:b/>
        </w:rPr>
        <w:t xml:space="preserve">[17:31] </w:t>
      </w:r>
      <w:r>
        <w:t>isi jo maar dala tha us naujawan ko, unhon ne umar fayyaz ko, unhon ne fit reply diya.</w:t>
      </w:r>
    </w:p>
    <w:p>
      <w:pPr>
        <w:jc w:val="right"/>
      </w:pPr>
      <w:r>
        <w:t>اسی جو مار ڈالا تھا اس نوجوان کو، انہوں نے عمر فیاض کو، انہوں نے فٹ ریپلائی دی۔</w:t>
      </w:r>
    </w:p>
    <w:p>
      <w:r>
        <w:rPr>
          <w:b/>
        </w:rPr>
        <w:t xml:space="preserve">[17:37] </w:t>
      </w:r>
      <w:r>
        <w:t>fit reply kahan pe? woh naujawan ne kaha: "tum hamare hosle ko tod nahi sakte.</w:t>
      </w:r>
    </w:p>
    <w:p>
      <w:pPr>
        <w:jc w:val="right"/>
      </w:pPr>
      <w:r>
        <w:t>فٹ ریپلائی کہاں پہ؟ وہ نوجوان نے کہا: "تم ہمارے حوصلے کو توڑ نہیں سکتے۔</w:t>
      </w:r>
    </w:p>
    <w:p>
      <w:r>
        <w:rPr>
          <w:b/>
        </w:rPr>
        <w:t xml:space="preserve">[17:43] </w:t>
      </w:r>
      <w:r>
        <w:t>ہمارے، ہمارے، ہماری جو mind ہے، جو peace کی طرف جا رہا ہے، اس کو بدل نہیں سکتے۔"</w:t>
      </w:r>
    </w:p>
    <w:p>
      <w:pPr>
        <w:jc w:val="right"/>
      </w:pPr>
      <w:r>
        <w:t>ہمارے، ہمارے، ہماری جو مائنڈ ہے، جو پیس کی طرف جا رہا ہے، اس کو بدل نہیں سکتے۔"</w:t>
      </w:r>
    </w:p>
    <w:p>
      <w:r>
        <w:rPr>
          <w:b/>
        </w:rPr>
        <w:t xml:space="preserve">[17:49] </w:t>
      </w:r>
      <w:r>
        <w:t>ab bohat ho chuka hoga.</w:t>
      </w:r>
    </w:p>
    <w:p>
      <w:pPr>
        <w:jc w:val="right"/>
      </w:pPr>
      <w:r>
        <w:t>اب بہت ہو چکا ہوگا۔</w:t>
      </w:r>
    </w:p>
    <w:p>
      <w:r>
        <w:rPr>
          <w:b/>
        </w:rPr>
        <w:t xml:space="preserve">[17:55] </w:t>
      </w:r>
      <w:r>
        <w:t>kisi ne ek</w:t>
      </w:r>
    </w:p>
    <w:p>
      <w:pPr>
        <w:jc w:val="right"/>
      </w:pPr>
      <w:r>
        <w:t>کسی نے ایک</w:t>
      </w:r>
    </w:p>
    <w:p>
      <w:r>
        <w:rPr>
          <w:b/>
        </w:rPr>
        <w:t xml:space="preserve">[18:01] </w:t>
      </w:r>
      <w:r>
        <w:t>artical likha tha akhbar mein: "once was enough". "once was enough" to aik bar ho gayi, ho gayi ghalti. ab nahin, hum karne wale hain yeh kaam. "no prate". ab bulletins hi nahin, ab violence nahin, ab hate nahin, ab kisi ko dushman nahin samajhna. ab to hamein yeh karna hai ke hum kashmir ke jo qudrati potential hain, un ko hamein o</w:t>
      </w:r>
    </w:p>
    <w:p>
      <w:pPr>
        <w:jc w:val="right"/>
      </w:pPr>
      <w:r>
        <w:t>آرٹیکل لکھا تھا اخبار میں: "ونز واز انف"۔ "ونز واز انف" تو ایک بار ہو گئی، ہو گئی غلطی۔ اب نہیں، ہم کرنے والے ہیں یہ کام۔ "نو پریٹ"۔ اب بلٹنس ہی نہیں، اب وائیلنس نہیں، اب ہیٹ نہیں، اب کسی کو دشمن نہیں سمجھنا۔ اب تو ہمیں یہ کرنا ہے کہ ہم کشمیر کے جو قدرتی پوٹینشل ہیں، ان کو ہمیں او</w:t>
      </w:r>
    </w:p>
    <w:p>
      <w:r>
        <w:rPr>
          <w:b/>
        </w:rPr>
        <w:t xml:space="preserve">[18:31] </w:t>
      </w:r>
      <w:r>
        <w:t>yel karna hai. apne bachon ko parhana hai yahan tourist ke liye, tourist logon ke liye yahan par peaceful mahol banana hai. khoob aayein log yahan, dekhein yahan par. yeh economy ko develop karna hai. hamein dushmani ke concept ko khatam kar dena hai. yeh kaha kashmiron ne irada</w:t>
      </w:r>
    </w:p>
    <w:p>
      <w:pPr>
        <w:jc w:val="right"/>
      </w:pPr>
      <w:r>
        <w:t>یل کرنا ہے۔ اپنے بچوں کو پڑھانا ہے یہاں ٹورسٹ کے لیے، ٹورسٹ لوگوں کے لیے یہاں پر پیس فل ماحول بنانا ہے۔ خوب آئیں لوگ یہاں، دیکھیں یہاں پر۔ یہ اکانومی کو ڈیولپ کرنا ہے۔ ہمیں دشمنی کے کانسیپٹ کو ختم کر دینا ہے۔ یہ کہا کشمیروں نے ارادہ</w:t>
      </w:r>
    </w:p>
    <w:p>
      <w:r>
        <w:rPr>
          <w:b/>
        </w:rPr>
        <w:t xml:space="preserve">[19:01] </w:t>
      </w:r>
      <w:r>
        <w:t>kar liya tha. to mein ne aik aik kitab likhi thi, us mein yeh baat likhi thi. mein ne "dawn aur kashmir" urdu mein thi, subah kashmir english mein thi. "dawn aur kashmir" to woh, woh, woh dawn, woh subah aa gayi. woh subah to aa gayi. mein ne is is waqey se pehle woh likhi thi kitab. aaj mein kahoon ga</w:t>
      </w:r>
    </w:p>
    <w:p>
      <w:pPr>
        <w:jc w:val="right"/>
      </w:pPr>
      <w:r>
        <w:t>کر لیا تھا۔ تو میں نے ایک ایک کتاب لکھی تھی، اس میں یہ بات لکھی تھی۔ میں نے "ڈان اور کشمیر" اردو میں تھی، صبح کشمیر انگلش میں تھی۔ "ڈان اور کشمیر" تو وہ، وہ، وہ ڈان، وہ صبح آ گئی۔ وہ صبح تو آ گئی۔ میں نے اس اس واقعے سے پہلے وہ لکھی تھی کتاب۔ آج میں کہوں گ</w:t>
      </w:r>
    </w:p>
    <w:p>
      <w:r>
        <w:rPr>
          <w:b/>
        </w:rPr>
        <w:t xml:space="preserve">[19:31] </w:t>
      </w:r>
      <w:r>
        <w:t>ke woh subah shuru ho chuki. woh subah shuru ho chuki hai. aur dekhein, yaad rakhiye ke yeh kashmir ki baat nahin hai, sari duniya ki baat hai. kabhi bhi history mein, kabhi bhi nahin hai, koi waqeya aisa hua ke larai bharai se kabhi kisi ka mustaqbil bana ho. kis ka bhi nahin aisa hua ke military se, bomb marne se, suicide</w:t>
      </w:r>
    </w:p>
    <w:p>
      <w:pPr>
        <w:jc w:val="right"/>
      </w:pPr>
      <w:r>
        <w:t>ا کہ وہ صبح شروع ہو چکی۔ وہ صبح شروع ہو چکی ہے۔ اور دیکھیں، یاد رکھیے کہ یہ کشمیر کی بات نہیں ہے، ساری دنیا کی بات ہے۔ کبھی بھی ہسٹری میں، کبھی بھی نہیں ہے، کوئی واقعہ ایسا ہوا کہ لڑائی بھڑائی سے کبھی کسی کا مستقبل بنا ہو۔ کس کا بھی نہیں ایسا ہوا کہ ملٹریسی سے، بم مارنے سے، سوسائیڈ</w:t>
      </w:r>
    </w:p>
    <w:p>
      <w:r>
        <w:rPr>
          <w:b/>
        </w:rPr>
        <w:t xml:space="preserve">[20:01] </w:t>
      </w:r>
      <w:r>
        <w:t>bombing se kisi ka mustaqbil bana ho.</w:t>
      </w:r>
    </w:p>
    <w:p>
      <w:pPr>
        <w:jc w:val="right"/>
      </w:pPr>
      <w:r>
        <w:t>بمبنگ سے کسی کا مستقبل بنا ہو۔</w:t>
      </w:r>
    </w:p>
    <w:p>
      <w:r>
        <w:rPr>
          <w:b/>
        </w:rPr>
        <w:t xml:space="preserve">[20:06] </w:t>
      </w:r>
      <w:r>
        <w:t>puri history mein kabhi aisa hua nahi.</w:t>
      </w:r>
    </w:p>
    <w:p>
      <w:pPr>
        <w:jc w:val="right"/>
      </w:pPr>
      <w:r>
        <w:t>پوری ہسٹری میں کبھی ایسا ہوا نہیں۔</w:t>
      </w:r>
    </w:p>
    <w:p>
      <w:r>
        <w:rPr>
          <w:b/>
        </w:rPr>
        <w:t xml:space="preserve">[20:11] </w:t>
      </w:r>
      <w:r>
        <w:t>aur sab se bari misaal hai japan ki aur germany ki.</w:t>
      </w:r>
    </w:p>
    <w:p>
      <w:pPr>
        <w:jc w:val="right"/>
      </w:pPr>
      <w:r>
        <w:t>اور سب سے بڑی مثال ہے جاپان کی اور جرمنی کی۔</w:t>
      </w:r>
    </w:p>
    <w:p>
      <w:r>
        <w:rPr>
          <w:b/>
        </w:rPr>
        <w:t xml:space="preserve">[20:16] </w:t>
      </w:r>
      <w:r>
        <w:t>سگریٹ ولوار میں انہوں نے حد کر دی، violent violence کی حد کر دی۔</w:t>
      </w:r>
    </w:p>
    <w:p>
      <w:pPr>
        <w:jc w:val="right"/>
      </w:pPr>
      <w:r>
        <w:t>سگریٹ ولوار میں انہوں نے حد کر دی، وائلنٹ وائلنس کی حد کر دی۔</w:t>
      </w:r>
    </w:p>
    <w:p>
      <w:r>
        <w:rPr>
          <w:b/>
        </w:rPr>
        <w:t xml:space="preserve">[20:21] </w:t>
      </w:r>
      <w:r>
        <w:t>لیکن جب وہ ہار گئے تو معلوم ہوا کہ violence میں solution نہیں تھا ہمارا۔</w:t>
      </w:r>
    </w:p>
    <w:p>
      <w:pPr>
        <w:jc w:val="right"/>
      </w:pPr>
      <w:r>
        <w:t>لیکن جب وہ ہار گئے تو معلوم ہوا کہ وائنس میں سلویوشن نہیں تھا ہمارا۔</w:t>
      </w:r>
    </w:p>
    <w:p>
      <w:r>
        <w:rPr>
          <w:b/>
        </w:rPr>
        <w:t xml:space="preserve">[20:26] </w:t>
      </w:r>
      <w:r>
        <w:t>jab germany ko, japan ko</w:t>
      </w:r>
    </w:p>
    <w:p>
      <w:pPr>
        <w:jc w:val="right"/>
      </w:pPr>
      <w:r>
        <w:t>جب جرمنی کو، جاپان کو</w:t>
      </w:r>
    </w:p>
    <w:p>
      <w:r>
        <w:rPr>
          <w:b/>
        </w:rPr>
        <w:t xml:space="preserve">[20:31] </w:t>
      </w:r>
      <w:r>
        <w:t>شکست ہوئی تو انہوں نے اس بات کو ڈسکور کیا کہ violence is not an option.</w:t>
      </w:r>
    </w:p>
    <w:p>
      <w:pPr>
        <w:jc w:val="right"/>
      </w:pPr>
      <w:r>
        <w:t>شکست ہوئی تو انہوں نے اس بات کو ڈسکور کیا کہ وائلنس ناٹ ناٹ این اپشن۔</w:t>
      </w:r>
    </w:p>
    <w:p>
      <w:r>
        <w:rPr>
          <w:b/>
        </w:rPr>
        <w:t xml:space="preserve">[20:39] </w:t>
      </w:r>
      <w:r>
        <w:t>ہم violence کے ذریعے چاہتے تھے اپنا مستقبل بننا، تو وہ option ہی نہیں تھا۔</w:t>
      </w:r>
    </w:p>
    <w:p>
      <w:pPr>
        <w:jc w:val="right"/>
      </w:pPr>
      <w:r>
        <w:t>ہم وائلنس کے ذریعے چاہتے تھے اپنا مستقبل بننا، تو وہ اپشن ہی نہیں تھا۔</w:t>
      </w:r>
    </w:p>
    <w:p>
      <w:r>
        <w:rPr>
          <w:b/>
        </w:rPr>
        <w:t xml:space="preserve">[20:47] </w:t>
      </w:r>
      <w:r>
        <w:t>ab unhon ne discover kiya kiya ke ladai ko chodo, hathyar ko phenko samandar mein aur bachon ko</w:t>
      </w:r>
    </w:p>
    <w:p>
      <w:pPr>
        <w:jc w:val="right"/>
      </w:pPr>
      <w:r>
        <w:t>اب انہوں نے ڈسکور کیا کیا کہ لڑائی کو چھوڑو، ہتھیار کو پھینکو سمندر میں اور بچوں کو</w:t>
      </w:r>
    </w:p>
    <w:p>
      <w:r>
        <w:rPr>
          <w:b/>
        </w:rPr>
        <w:t xml:space="preserve">[20:54] </w:t>
      </w:r>
      <w:r>
        <w:t>parhao, apni economy ko</w:t>
      </w:r>
    </w:p>
    <w:p>
      <w:pPr>
        <w:jc w:val="right"/>
      </w:pPr>
      <w:r>
        <w:t>پڑھاؤ، اپنی اکانومی کو</w:t>
      </w:r>
    </w:p>
    <w:p>
      <w:r>
        <w:rPr>
          <w:b/>
        </w:rPr>
        <w:t xml:space="preserve">[21:02] </w:t>
      </w:r>
      <w:r>
        <w:t>develop karo.</w:t>
      </w:r>
    </w:p>
    <w:p>
      <w:pPr>
        <w:jc w:val="right"/>
      </w:pPr>
      <w:r>
        <w:t>ڈیولپ کرو۔</w:t>
      </w:r>
    </w:p>
    <w:p>
      <w:r>
        <w:rPr>
          <w:b/>
        </w:rPr>
        <w:t xml:space="preserve">[21:06] </w:t>
      </w:r>
      <w:r>
        <w:t>is mamle mein itna aage badhe, itna aage badhe woh ke japan mein ek jazeera hai, okinawa.</w:t>
      </w:r>
    </w:p>
    <w:p>
      <w:pPr>
        <w:jc w:val="right"/>
      </w:pPr>
      <w:r>
        <w:t>اس معاملے میں اتنا آگے بڑھے، اتنا آگے بڑھے وہ کہ جاپان میں ایک جزیرہ ہے، اوکیناوا۔</w:t>
      </w:r>
    </w:p>
    <w:p>
      <w:r>
        <w:rPr>
          <w:b/>
        </w:rPr>
        <w:t xml:space="preserve">[21:11] </w:t>
      </w:r>
      <w:r>
        <w:t>woh america qabze mein tha.</w:t>
      </w:r>
    </w:p>
    <w:p>
      <w:pPr>
        <w:jc w:val="right"/>
      </w:pPr>
      <w:r>
        <w:t>وہ امریکہ قبضے میں تھا۔</w:t>
      </w:r>
    </w:p>
    <w:p>
      <w:r>
        <w:rPr>
          <w:b/>
        </w:rPr>
        <w:t xml:space="preserve">[21:15] </w:t>
      </w:r>
      <w:r>
        <w:t>us qabze ka sawal nahi uthaya unhon ne.</w:t>
      </w:r>
    </w:p>
    <w:p>
      <w:pPr>
        <w:jc w:val="right"/>
      </w:pPr>
      <w:r>
        <w:t>اس قبضے کا سوال نہیں اٹھایا انہوں نے۔</w:t>
      </w:r>
    </w:p>
    <w:p>
      <w:r>
        <w:rPr>
          <w:b/>
        </w:rPr>
        <w:t xml:space="preserve">[21:19] </w:t>
      </w:r>
      <w:r>
        <w:t>us qabze ko side mein rakhte hue ya de-linking policy ikhtiyar karte hue apni taraqqi ka kaam</w:t>
      </w:r>
    </w:p>
    <w:p>
      <w:pPr>
        <w:jc w:val="right"/>
      </w:pPr>
      <w:r>
        <w:t>اس قبضے کو سائیڈ میں رکھتے ہوئے یا ڈی لنکنگ پالیسی اختیار کرتے ہوئے اپنی ترقی کا کام</w:t>
      </w:r>
    </w:p>
    <w:p>
      <w:r>
        <w:rPr>
          <w:b/>
        </w:rPr>
        <w:t xml:space="preserve">[21:24] </w:t>
      </w:r>
      <w:r>
        <w:t>shuru kar diya unhon ne.</w:t>
      </w:r>
    </w:p>
    <w:p>
      <w:pPr>
        <w:jc w:val="right"/>
      </w:pPr>
      <w:r>
        <w:t>شروع کر دیا انہوں نے۔</w:t>
      </w:r>
    </w:p>
    <w:p>
      <w:r>
        <w:rPr>
          <w:b/>
        </w:rPr>
        <w:t xml:space="preserve">[21:28] </w:t>
      </w:r>
      <w:r>
        <w:t>aur abhi bhi pakistan, abhi bhi</w:t>
      </w:r>
    </w:p>
    <w:p>
      <w:pPr>
        <w:jc w:val="right"/>
      </w:pPr>
      <w:r>
        <w:t>اور ابھی بھی پاکستان، ابھی بھی</w:t>
      </w:r>
    </w:p>
    <w:p>
      <w:r>
        <w:rPr>
          <w:b/>
        </w:rPr>
        <w:t xml:space="preserve">[21:32] </w:t>
      </w:r>
      <w:r>
        <w:t>okinawa america ke qabze mein hai, lekin is ko de-linking kar diya unhon ne.</w:t>
      </w:r>
    </w:p>
    <w:p>
      <w:pPr>
        <w:jc w:val="right"/>
      </w:pPr>
      <w:r>
        <w:t>اوکیناوا امریکہ کے قبضے میں ہے، لیکن اس کو ڈیلنگ کر دیا انہوں نے۔</w:t>
      </w:r>
    </w:p>
    <w:p>
      <w:r>
        <w:rPr>
          <w:b/>
        </w:rPr>
        <w:t xml:space="preserve">[21:38] </w:t>
      </w:r>
      <w:r>
        <w:t>alag alag kar diya.</w:t>
      </w:r>
    </w:p>
    <w:p>
      <w:pPr>
        <w:jc w:val="right"/>
      </w:pPr>
      <w:r>
        <w:t>الگ الگ کر دیا۔</w:t>
      </w:r>
    </w:p>
    <w:p>
      <w:r>
        <w:rPr>
          <w:b/>
        </w:rPr>
        <w:t xml:space="preserve">[21:44] </w:t>
      </w:r>
      <w:r>
        <w:t>kitni taraqqi hui japan ki, aap jante hain.</w:t>
      </w:r>
    </w:p>
    <w:p>
      <w:pPr>
        <w:jc w:val="right"/>
      </w:pPr>
      <w:r>
        <w:t>کتنی ترقی ہوئی جاپان کی، آپ جانتے ہیں۔</w:t>
      </w:r>
    </w:p>
    <w:p>
      <w:r>
        <w:rPr>
          <w:b/>
        </w:rPr>
        <w:t xml:space="preserve">[21:51] </w:t>
      </w:r>
      <w:r>
        <w:t>aise hi germany mein taqreeban ek third ka hissa east germany ke naam se qabze mein tha doosron ke.</w:t>
      </w:r>
    </w:p>
    <w:p>
      <w:pPr>
        <w:jc w:val="right"/>
      </w:pPr>
      <w:r>
        <w:t>ایسے ہی جرمنی میں تقریباً ایک تھرڈ کا حصہ ایسٹ جرمنی کے نام سے قبضے میں تھا دوسروں کے۔</w:t>
      </w:r>
    </w:p>
    <w:p>
      <w:r>
        <w:rPr>
          <w:b/>
        </w:rPr>
        <w:t xml:space="preserve">[21:57] </w:t>
      </w:r>
      <w:r>
        <w:t>wahan unhon ne ek pool khadi kar di thi, berlin berlin wall.</w:t>
      </w:r>
    </w:p>
    <w:p>
      <w:pPr>
        <w:jc w:val="right"/>
      </w:pPr>
      <w:r>
        <w:t>وہاں انہوں نے ایک پول کھڑی کر دی تھی، برلن برلن وال۔</w:t>
      </w:r>
    </w:p>
    <w:p>
      <w:r>
        <w:rPr>
          <w:b/>
        </w:rPr>
        <w:t xml:space="preserve">[22:03] </w:t>
      </w:r>
      <w:r>
        <w:t>to germany ne is ko bhulaya aur phir taraqqi shuru ki.</w:t>
      </w:r>
    </w:p>
    <w:p>
      <w:pPr>
        <w:jc w:val="right"/>
      </w:pPr>
      <w:r>
        <w:t>تو جرمنی نے اس کو بھلایا اور پھر ترقی شروع کی۔</w:t>
      </w:r>
    </w:p>
    <w:p>
      <w:r>
        <w:rPr>
          <w:b/>
        </w:rPr>
        <w:t xml:space="preserve">[22:09] </w:t>
      </w:r>
      <w:r>
        <w:t>aur kitni taraqqi germany mein ki hai.</w:t>
      </w:r>
    </w:p>
    <w:p>
      <w:pPr>
        <w:jc w:val="right"/>
      </w:pPr>
      <w:r>
        <w:t>اور کتنی ترقی جرمنی میں کی ہے۔</w:t>
      </w:r>
    </w:p>
    <w:p>
      <w:r>
        <w:rPr>
          <w:b/>
        </w:rPr>
        <w:t xml:space="preserve">[22:15] </w:t>
      </w:r>
      <w:r>
        <w:t>abhi hamare doctor sani hasan sahab gaye the cheen chhapayi ke kaam ke liye, unhon ne study ki wahan.</w:t>
      </w:r>
    </w:p>
    <w:p>
      <w:pPr>
        <w:jc w:val="right"/>
      </w:pPr>
      <w:r>
        <w:t>ابھی ہمارے ڈاکٹر ثانی حسن صاحب گئے تھے چین چھپائی کے کام کے لیے، انہوں نے اسٹڈی کی وہاں۔</w:t>
      </w:r>
    </w:p>
    <w:p>
      <w:r>
        <w:rPr>
          <w:b/>
        </w:rPr>
        <w:t xml:space="preserve">[22:21] </w:t>
      </w:r>
      <w:r>
        <w:t>to chhapayi ka kaam german bahut zyada hota hai wahan cheen mein.</w:t>
      </w:r>
    </w:p>
    <w:p>
      <w:pPr>
        <w:jc w:val="right"/>
      </w:pPr>
      <w:r>
        <w:t>تو چھپائی کا کام جرمن بہت زیادہ ہوتا ہے وہاں چین میں۔</w:t>
      </w:r>
    </w:p>
    <w:p>
      <w:r>
        <w:rPr>
          <w:b/>
        </w:rPr>
        <w:t xml:space="preserve">[22:27] </w:t>
      </w:r>
      <w:r>
        <w:t>unhon ne bataya ke lekin jo</w:t>
      </w:r>
    </w:p>
    <w:p>
      <w:pPr>
        <w:jc w:val="right"/>
      </w:pPr>
      <w:r>
        <w:t>انہوں نے بتایا کہ لیکن جو</w:t>
      </w:r>
    </w:p>
    <w:p>
      <w:r>
        <w:rPr>
          <w:b/>
        </w:rPr>
        <w:t xml:space="preserve">[22:33] </w:t>
      </w:r>
      <w:r>
        <w:t>jo jo machine hoti hai, woh sab germany ki hoti hai.</w:t>
      </w:r>
    </w:p>
    <w:p>
      <w:pPr>
        <w:jc w:val="right"/>
      </w:pPr>
      <w:r>
        <w:t>جو جو مشین ہوتی ہے، وہ سب جرمنی کی ہوتی ہے۔</w:t>
      </w:r>
    </w:p>
    <w:p>
      <w:r>
        <w:rPr>
          <w:b/>
        </w:rPr>
        <w:t xml:space="preserve">[22:40] </w:t>
      </w:r>
      <w:r>
        <w:t>saari duniya mein germany apni printing machinery ke mashhoor hai.</w:t>
      </w:r>
    </w:p>
    <w:p>
      <w:pPr>
        <w:jc w:val="right"/>
      </w:pPr>
      <w:r>
        <w:t>ساری دنیا میں جرمنی اپنی پرنٹنگ مشینری کے مشہور ہے۔</w:t>
      </w:r>
    </w:p>
    <w:p>
      <w:r>
        <w:rPr>
          <w:b/>
        </w:rPr>
        <w:t xml:space="preserve">[22:48] </w:t>
      </w:r>
      <w:r>
        <w:t>saari duniya mein germany ki printing machine istemal hoti hai.</w:t>
      </w:r>
    </w:p>
    <w:p>
      <w:pPr>
        <w:jc w:val="right"/>
      </w:pPr>
      <w:r>
        <w:t>ساری دنیا میں جرمنی کی پرنٹنگ مشین استعمال ہوتی ہے۔</w:t>
      </w:r>
    </w:p>
    <w:p>
      <w:r>
        <w:rPr>
          <w:b/>
        </w:rPr>
        <w:t xml:space="preserve">[22:55] </w:t>
      </w:r>
      <w:r>
        <w:t>to ab yeh kashmiriyon ne is raaz ko daryaft kar liya hai ke mazi ko bhulao, gun aur</w:t>
      </w:r>
    </w:p>
    <w:p>
      <w:pPr>
        <w:jc w:val="right"/>
      </w:pPr>
      <w:r>
        <w:t>تو اب یہ کشمیریوں نے اس راز کو دریافت کر لیا ہے کہ ماضی کو بھلاؤ، گن اور</w:t>
      </w:r>
    </w:p>
    <w:p>
      <w:r>
        <w:rPr>
          <w:b/>
        </w:rPr>
        <w:t xml:space="preserve">[23:03] </w:t>
      </w:r>
      <w:r>
        <w:t>bam ko nadi mein samandar mein phenko.</w:t>
      </w:r>
    </w:p>
    <w:p>
      <w:pPr>
        <w:jc w:val="right"/>
      </w:pPr>
      <w:r>
        <w:t>بم کو ندی میں سمندر میں پھینکو۔</w:t>
      </w:r>
    </w:p>
    <w:p>
      <w:r>
        <w:rPr>
          <w:b/>
        </w:rPr>
        <w:t xml:space="preserve">[23:10] </w:t>
      </w:r>
      <w:r>
        <w:t>jo Allah ne jo potential paida kiye hain kashmir mein, potential us ko organize karo, us ko avail karo.</w:t>
      </w:r>
    </w:p>
    <w:p>
      <w:pPr>
        <w:jc w:val="right"/>
      </w:pPr>
      <w:r>
        <w:t>جو اللہ نے جو پوٹینشل پیدا کیے ہیں کشمیر میں، پوٹینشل اس کو ارگنائز کرو، اس کو اویل کرو۔</w:t>
      </w:r>
    </w:p>
    <w:p>
      <w:r>
        <w:rPr>
          <w:b/>
        </w:rPr>
        <w:t xml:space="preserve">[23:18] </w:t>
      </w:r>
      <w:r>
        <w:t>to tourist tourist industry badhegi, wahan ke minerals jo hain, woh is woh utilize honge.</w:t>
      </w:r>
    </w:p>
    <w:p>
      <w:pPr>
        <w:jc w:val="right"/>
      </w:pPr>
      <w:r>
        <w:t>تو ٹورسٹ ٹورسٹ انڈسٹری بڑھے گی، وہاں کے منرلز جو ہیں، وہ اس وہ یوٹیلائز ہوں گے۔</w:t>
      </w:r>
    </w:p>
    <w:p>
      <w:r>
        <w:rPr>
          <w:b/>
        </w:rPr>
        <w:t xml:space="preserve">[23:25] </w:t>
      </w:r>
      <w:r>
        <w:t>wahan ki economy taraqqi</w:t>
      </w:r>
    </w:p>
    <w:p>
      <w:pPr>
        <w:jc w:val="right"/>
      </w:pPr>
      <w:r>
        <w:t>وہاں کی اکانومی ترقی</w:t>
      </w:r>
    </w:p>
    <w:p>
      <w:r>
        <w:rPr>
          <w:b/>
        </w:rPr>
        <w:t xml:space="preserve">[23:33] </w:t>
      </w:r>
      <w:r>
        <w:t>karegi, wahan ke naujawan khoob taleem hasil karenge.</w:t>
      </w:r>
    </w:p>
    <w:p>
      <w:pPr>
        <w:jc w:val="right"/>
      </w:pPr>
      <w:r>
        <w:t>کرے گی، وہاں کے نوجوان خوب تعلیم حاصل کریں گے۔</w:t>
      </w:r>
    </w:p>
    <w:p>
      <w:r>
        <w:rPr>
          <w:b/>
        </w:rPr>
        <w:t xml:space="preserve">[23:40] </w:t>
      </w:r>
      <w:r>
        <w:t>sirf ek hi cheez record thi kashmir ki taraqqi mein, woh thi bulletancy, tashaddud.</w:t>
      </w:r>
    </w:p>
    <w:p>
      <w:pPr>
        <w:jc w:val="right"/>
      </w:pPr>
      <w:r>
        <w:t>صرف ایک ہی چیز ریکارڈ تھی کشمیر کی ترقی میں، وہ تھی بلٹینسی، تشدد۔</w:t>
      </w:r>
    </w:p>
    <w:p>
      <w:r>
        <w:rPr>
          <w:b/>
        </w:rPr>
        <w:t xml:space="preserve">[23:48] </w:t>
      </w:r>
      <w:r>
        <w:t>to yeh ajeeb o ghareeb waqea aaj maine padha ke ek taraf to bulletonton ne ek kashmiri</w:t>
      </w:r>
    </w:p>
    <w:p>
      <w:pPr>
        <w:jc w:val="right"/>
      </w:pPr>
      <w:r>
        <w:t>تو یہ عجیب و غریب واقعہ آج میں نے پڑھا کہ ایک طرف تو بلٹنٹوں نے ایک کشمیری</w:t>
      </w:r>
    </w:p>
    <w:p>
      <w:r>
        <w:rPr>
          <w:b/>
        </w:rPr>
        <w:t xml:space="preserve">[23:56] </w:t>
      </w:r>
      <w:r>
        <w:t>naujawan ko goli maar di, sirf is liye ke woh ar</w:t>
      </w:r>
    </w:p>
    <w:p>
      <w:pPr>
        <w:jc w:val="right"/>
      </w:pPr>
      <w:r>
        <w:t>نوجوان کو گولی مار دی، صرف اس لیے کہ وہ آر</w:t>
      </w:r>
    </w:p>
    <w:p>
      <w:r>
        <w:rPr>
          <w:b/>
        </w:rPr>
        <w:t xml:space="preserve">[24:03] </w:t>
      </w:r>
      <w:r>
        <w:t>my mein shareek ho gaya tha taake logon ki himmatein toot jayen aur koi army mein police ban na ho.</w:t>
      </w:r>
    </w:p>
    <w:p>
      <w:pPr>
        <w:jc w:val="right"/>
      </w:pPr>
      <w:r>
        <w:t>می میں شریک ہو گیا تھا تاکہ لوگوں کی ہمتیں ٹوٹ جائیں اور کوئی آرمی میں پولیس بن نہ جائے۔</w:t>
      </w:r>
    </w:p>
    <w:p>
      <w:r>
        <w:rPr>
          <w:b/>
        </w:rPr>
        <w:t xml:space="preserve">[24:09] </w:t>
      </w:r>
      <w:r>
        <w:t>yaani lekin yeh ek ajeeb baat hai ke unhon ne kaha ke tumhari goli se kuch nahi hoga.</w:t>
      </w:r>
    </w:p>
    <w:p>
      <w:pPr>
        <w:jc w:val="right"/>
      </w:pPr>
      <w:r>
        <w:t>یعنی لیکن یہ ایک عجیب بات ہے کہ انہوں نے کہا کہ تمہاری گولی سے کچھ نہیں ہوگا۔</w:t>
      </w:r>
    </w:p>
    <w:p>
      <w:r>
        <w:rPr>
          <w:b/>
        </w:rPr>
        <w:t xml:space="preserve">[24:15] </w:t>
      </w:r>
      <w:r>
        <w:t>to taqreeban 70 hazar logon ne apply kar diya.</w:t>
      </w:r>
    </w:p>
    <w:p>
      <w:pPr>
        <w:jc w:val="right"/>
      </w:pPr>
      <w:r>
        <w:t>تو تقریباً 70 ہزار لوگوں نے اپلائی کر دیا۔</w:t>
      </w:r>
    </w:p>
    <w:p>
      <w:r>
        <w:rPr>
          <w:b/>
        </w:rPr>
        <w:t xml:space="preserve">[24:21] </w:t>
      </w:r>
      <w:r>
        <w:t>unhon ne mara ek ek aadmi ko.</w:t>
      </w:r>
    </w:p>
    <w:p>
      <w:pPr>
        <w:jc w:val="right"/>
      </w:pPr>
      <w:r>
        <w:t>انہوں نے مارا ایک ایک آدمی کو۔</w:t>
      </w:r>
    </w:p>
    <w:p>
      <w:r>
        <w:rPr>
          <w:b/>
        </w:rPr>
        <w:t xml:space="preserve">[24:27] </w:t>
      </w:r>
      <w:r>
        <w:t>vacancy thi 700 ki aur taqreeban 70</w:t>
      </w:r>
    </w:p>
    <w:p>
      <w:pPr>
        <w:jc w:val="right"/>
      </w:pPr>
      <w:r>
        <w:t>ویکنسی تھی 700 کی اور تقریباً 70</w:t>
      </w:r>
    </w:p>
    <w:p>
      <w:r>
        <w:rPr>
          <w:b/>
        </w:rPr>
        <w:t xml:space="preserve">[24:33] </w:t>
      </w:r>
      <w:r>
        <w:t>hazaar logon ne apply kar diya.</w:t>
      </w:r>
    </w:p>
    <w:p>
      <w:pPr>
        <w:jc w:val="right"/>
      </w:pPr>
      <w:r>
        <w:t>ہزار لوگوں نے اپلائی کر دیا۔</w:t>
      </w:r>
    </w:p>
    <w:p>
      <w:r>
        <w:rPr>
          <w:b/>
        </w:rPr>
        <w:t xml:space="preserve">[24:38] </w:t>
      </w:r>
      <w:r>
        <w:t>to main samajhta hoon ke yeh ek naya faisla hai jo kashmir walon ne liya hai. naya faisla.</w:t>
      </w:r>
    </w:p>
    <w:p>
      <w:pPr>
        <w:jc w:val="right"/>
      </w:pPr>
      <w:r>
        <w:t>تو میں سمجھتا ہوں کہ یہ ایک نیا فیصلہ ہے جو کشمیر والوں نے لیا ہے۔ نیا فیصلہ۔</w:t>
      </w:r>
    </w:p>
    <w:p>
      <w:r>
        <w:rPr>
          <w:b/>
        </w:rPr>
        <w:t xml:space="preserve">[24:43] </w:t>
      </w:r>
      <w:r>
        <w:t>ab woh kisi ki parwah nahin karen ge.</w:t>
      </w:r>
    </w:p>
    <w:p>
      <w:pPr>
        <w:jc w:val="right"/>
      </w:pPr>
      <w:r>
        <w:t>اب وہ کسی کی پرواہ نہیں کریں گے۔</w:t>
      </w:r>
    </w:p>
    <w:p>
      <w:r>
        <w:rPr>
          <w:b/>
        </w:rPr>
        <w:t xml:space="preserve">[24:48] </w:t>
      </w:r>
      <w:r>
        <w:t>kisi militant ki awaz par sunen ge nahin.</w:t>
      </w:r>
    </w:p>
    <w:p>
      <w:pPr>
        <w:jc w:val="right"/>
      </w:pPr>
      <w:r>
        <w:t>کسی ملٹنٹ کی آواز پر سنیں گے نہیں۔</w:t>
      </w:r>
    </w:p>
    <w:p>
      <w:r>
        <w:rPr>
          <w:b/>
        </w:rPr>
        <w:t xml:space="preserve">[24:53] </w:t>
      </w:r>
      <w:r>
        <w:t>woh militant leader ki, kisi militant leader ki awaz ko sunen ge nahin.</w:t>
      </w:r>
    </w:p>
    <w:p>
      <w:pPr>
        <w:jc w:val="right"/>
      </w:pPr>
      <w:r>
        <w:t>وہ ملٹنٹ لیڈر کی، کسی ملٹنٹ لیڈر کی آواز کو سنیں گے نہیں۔</w:t>
      </w:r>
    </w:p>
    <w:p>
      <w:r>
        <w:rPr>
          <w:b/>
        </w:rPr>
        <w:t xml:space="preserve">[24:58] </w:t>
      </w:r>
      <w:r>
        <w:t>woh to yeh</w:t>
      </w:r>
    </w:p>
    <w:p>
      <w:pPr>
        <w:jc w:val="right"/>
      </w:pPr>
      <w:r>
        <w:t>وہ تو یہ</w:t>
      </w:r>
    </w:p>
    <w:p>
      <w:r>
        <w:rPr>
          <w:b/>
        </w:rPr>
        <w:t xml:space="preserve">[25:03] </w:t>
      </w:r>
      <w:r>
        <w:t>mere liye personally, personal level par mera ek khwab hai jo lambi muddat ke liye poora hua.</w:t>
      </w:r>
    </w:p>
    <w:p>
      <w:pPr>
        <w:jc w:val="right"/>
      </w:pPr>
      <w:r>
        <w:t>میرے لیے پرسنلی، پرسنل لیول پر میرا ایک خواب ہے جو لمبی مدت کے لیے پورا ہوا۔</w:t>
      </w:r>
    </w:p>
    <w:p>
      <w:r>
        <w:rPr>
          <w:b/>
        </w:rPr>
        <w:t xml:space="preserve">[25:09] </w:t>
      </w:r>
      <w:r>
        <w:t>yani 68 se le kar ab tak.</w:t>
      </w:r>
    </w:p>
    <w:p>
      <w:pPr>
        <w:jc w:val="right"/>
      </w:pPr>
      <w:r>
        <w:t>یعنی 68 سے لے کر اب تک۔</w:t>
      </w:r>
    </w:p>
    <w:p>
      <w:r>
        <w:rPr>
          <w:b/>
        </w:rPr>
        <w:t xml:space="preserve">[25:16] </w:t>
      </w:r>
      <w:r>
        <w:t>main shuru se janta tha ke kashmir ek potential state hai.</w:t>
      </w:r>
    </w:p>
    <w:p>
      <w:pPr>
        <w:jc w:val="right"/>
      </w:pPr>
      <w:r>
        <w:t>میں شروع سے جانتا تھا کہ کشمیر ایک پوٹینشل اسٹیٹ ہے۔</w:t>
      </w:r>
    </w:p>
    <w:p>
      <w:r>
        <w:rPr>
          <w:b/>
        </w:rPr>
        <w:t xml:space="preserve">[25:22] </w:t>
      </w:r>
      <w:r>
        <w:t>kashmir ek potential state hai.</w:t>
      </w:r>
    </w:p>
    <w:p>
      <w:pPr>
        <w:jc w:val="right"/>
      </w:pPr>
      <w:r>
        <w:t>کشمیر ایک پوٹینشل اسٹیٹ ہے۔</w:t>
      </w:r>
    </w:p>
    <w:p>
      <w:r>
        <w:rPr>
          <w:b/>
        </w:rPr>
        <w:t xml:space="preserve">[25:28] </w:t>
      </w:r>
      <w:r>
        <w:t>wahan zabardast tourism ho sakta hai, zabardast business</w:t>
      </w:r>
    </w:p>
    <w:p>
      <w:pPr>
        <w:jc w:val="right"/>
      </w:pPr>
      <w:r>
        <w:t>وہاں زبردست ٹورزم ہو سکتا ہے، زبردست بزنس</w:t>
      </w:r>
    </w:p>
    <w:p>
      <w:r>
        <w:rPr>
          <w:b/>
        </w:rPr>
        <w:t xml:space="preserve">[25:34] </w:t>
      </w:r>
      <w:r>
        <w:t>industry, industry ho sakti hai, zabardast education ho sakti hai.</w:t>
      </w:r>
    </w:p>
    <w:p>
      <w:pPr>
        <w:jc w:val="right"/>
      </w:pPr>
      <w:r>
        <w:t>انڈسٹری، انڈسٹری ہو سکتی ہے، زبردست ایجوکیشن ہو سکتی ہے۔</w:t>
      </w:r>
    </w:p>
    <w:p>
      <w:r>
        <w:rPr>
          <w:b/>
        </w:rPr>
        <w:t xml:space="preserve">[25:39] </w:t>
      </w:r>
      <w:r>
        <w:t>saari taraqqiyan mumkin hain kashmir mein. lekin.</w:t>
      </w:r>
    </w:p>
    <w:p>
      <w:pPr>
        <w:jc w:val="right"/>
      </w:pPr>
      <w:r>
        <w:t>ساری ترقیاں ممکن ہیں کشمیر میں۔ لیکن۔</w:t>
      </w:r>
    </w:p>
    <w:p>
      <w:r>
        <w:rPr>
          <w:b/>
        </w:rPr>
        <w:t xml:space="preserve">[25:44] </w:t>
      </w:r>
      <w:r>
        <w:t>peace ho, aman ho tab.</w:t>
      </w:r>
    </w:p>
    <w:p>
      <w:pPr>
        <w:jc w:val="right"/>
      </w:pPr>
      <w:r>
        <w:t>پیس ہو، امن ہو تب۔</w:t>
      </w:r>
    </w:p>
    <w:p>
      <w:r>
        <w:rPr>
          <w:b/>
        </w:rPr>
        <w:t xml:space="preserve">[25:49] </w:t>
      </w:r>
      <w:r>
        <w:t>to mujhe lamba intezar karna para.</w:t>
      </w:r>
    </w:p>
    <w:p>
      <w:pPr>
        <w:jc w:val="right"/>
      </w:pPr>
      <w:r>
        <w:t>تو مجھے لمبا انتظار کرنا پڑا۔</w:t>
      </w:r>
    </w:p>
    <w:p>
      <w:r>
        <w:rPr>
          <w:b/>
        </w:rPr>
        <w:t xml:space="preserve">[25:54] </w:t>
      </w:r>
      <w:r>
        <w:t>1968 se main intezar kar raha tha is baat ka.</w:t>
      </w:r>
    </w:p>
    <w:p>
      <w:pPr>
        <w:jc w:val="right"/>
      </w:pPr>
      <w:r>
        <w:t>1968 سے میں انتظار کر رہا تھا اس بات کا۔</w:t>
      </w:r>
    </w:p>
    <w:p>
      <w:r>
        <w:rPr>
          <w:b/>
        </w:rPr>
        <w:t xml:space="preserve">[25:59] </w:t>
      </w:r>
      <w:r>
        <w:t>ab jo hai, yani</w:t>
      </w:r>
    </w:p>
    <w:p>
      <w:pPr>
        <w:jc w:val="right"/>
      </w:pPr>
      <w:r>
        <w:t>اب جو ہے، یعنی</w:t>
      </w:r>
    </w:p>
    <w:p>
      <w:r>
        <w:rPr>
          <w:b/>
        </w:rPr>
        <w:t xml:space="preserve">[26:04] </w:t>
      </w:r>
      <w:r>
        <w:t>May mein is khabar ne bataya mujhe kam az kam apne liye ke mera khwab poora ho gaya.</w:t>
      </w:r>
    </w:p>
    <w:p>
      <w:pPr>
        <w:jc w:val="right"/>
      </w:pPr>
      <w:r>
        <w:t>مئی میں اس خبر نے بتایا مجھے کم از کم اپنے لیے کہ میرا خواب پورا ہو گیا۔</w:t>
      </w:r>
    </w:p>
    <w:p>
      <w:r>
        <w:rPr>
          <w:b/>
        </w:rPr>
        <w:t xml:space="preserve">[26:14] </w:t>
      </w:r>
      <w:r>
        <w:t>acha dekhiye, yeh yeh bhi ek haqeeqat hai ke history mein jab koi process jari ho jaye, history</w:t>
      </w:r>
    </w:p>
    <w:p>
      <w:pPr>
        <w:jc w:val="right"/>
      </w:pPr>
      <w:r>
        <w:t>اچھا دیکھیے، یہ یہ بھی ایک حقیقت ہے کہ ہسٹری میں جب کوئی پروسیس جاری ہو جائے، ہسٹری</w:t>
      </w:r>
    </w:p>
    <w:p>
      <w:r>
        <w:rPr>
          <w:b/>
        </w:rPr>
        <w:t xml:space="preserve">[26:24] </w:t>
      </w:r>
      <w:r>
        <w:t>mein jab koi process jari ho jaye to phir koi ro</w:t>
      </w:r>
    </w:p>
    <w:p>
      <w:pPr>
        <w:jc w:val="right"/>
      </w:pPr>
      <w:r>
        <w:t>میں جب کوئی پروسیس جاری ہو جائے تو پھر کوئی رو</w:t>
      </w:r>
    </w:p>
    <w:p>
      <w:r>
        <w:rPr>
          <w:b/>
        </w:rPr>
        <w:t xml:space="preserve">[26:34] </w:t>
      </w:r>
      <w:r>
        <w:t>k nahin pata is ko.</w:t>
      </w:r>
    </w:p>
    <w:p>
      <w:pPr>
        <w:jc w:val="right"/>
      </w:pPr>
      <w:r>
        <w:t>ک نہیں پاتا اس کو۔</w:t>
      </w:r>
    </w:p>
    <w:p>
      <w:r>
        <w:rPr>
          <w:b/>
        </w:rPr>
        <w:t xml:space="preserve">[26:39] </w:t>
      </w:r>
      <w:r>
        <w:t>woh chalta hi hai, chalta hi hai, chalta hi hai.</w:t>
      </w:r>
    </w:p>
    <w:p>
      <w:pPr>
        <w:jc w:val="right"/>
      </w:pPr>
      <w:r>
        <w:t>وہ چلتا ہی ہے، چلتا ہی ہے، چلتا ہی ہے۔</w:t>
      </w:r>
    </w:p>
    <w:p>
      <w:r>
        <w:rPr>
          <w:b/>
        </w:rPr>
        <w:t xml:space="preserve">[26:45] </w:t>
      </w:r>
      <w:r>
        <w:t>kyun ke history mein jo process hota hai, woh to woh to divine process hota hai.</w:t>
      </w:r>
    </w:p>
    <w:p>
      <w:pPr>
        <w:jc w:val="right"/>
      </w:pPr>
      <w:r>
        <w:t>کیونکہ ہسٹری میں جو پراسیس ہوتا ہے، وہ تو وہ تو ڈیوائن پراسیس ہوتا ہے۔</w:t>
      </w:r>
    </w:p>
    <w:p>
      <w:r>
        <w:rPr>
          <w:b/>
        </w:rPr>
        <w:t xml:space="preserve">[26:50] </w:t>
      </w:r>
      <w:r>
        <w:t>woh khaliq is ko manage kar raha hota hai.</w:t>
      </w:r>
    </w:p>
    <w:p>
      <w:pPr>
        <w:jc w:val="right"/>
      </w:pPr>
      <w:r>
        <w:t>وہ خالق اس کو مینج کر رہا ہوتا ہے۔</w:t>
      </w:r>
    </w:p>
    <w:p>
      <w:r>
        <w:rPr>
          <w:b/>
        </w:rPr>
        <w:t xml:space="preserve">[26:55] </w:t>
      </w:r>
      <w:r>
        <w:t>ہسٹری میں جو پروسیس جاری ہوتا ہے، وہ that is divinely managed process۔</w:t>
      </w:r>
    </w:p>
    <w:p>
      <w:pPr>
        <w:jc w:val="right"/>
      </w:pPr>
      <w:r>
        <w:t>ہسٹری میں جو پروسیس جاری ہوتا ہے، وہ دیٹ از ڈیوائنلی مینجڈ پروسیس۔</w:t>
      </w:r>
    </w:p>
    <w:p>
      <w:r>
        <w:rPr>
          <w:b/>
        </w:rPr>
        <w:t xml:space="preserve">[27:00] </w:t>
      </w:r>
      <w:r>
        <w:t>to kaun rok sakta hai is ko? to ab kashmir mein yeh jo hua hai,</w:t>
      </w:r>
    </w:p>
    <w:p>
      <w:pPr>
        <w:jc w:val="right"/>
      </w:pPr>
      <w:r>
        <w:t>تو کون روک سکتا ہے اس کو؟ تو اب کشمیر میں یہ جو ہوا ہے،</w:t>
      </w:r>
    </w:p>
    <w:p>
      <w:r>
        <w:rPr>
          <w:b/>
        </w:rPr>
        <w:t xml:space="preserve">[27:05] </w:t>
      </w:r>
      <w:r>
        <w:t>woh chalega. is mein mazeed yeh, yeh, yeh, yeh yaani kashmir ka jo yeh jo jo news hai, news press hai, kyunke yeh bilkul yaqini hai ke yahi trend, yeh trend jo hai, kashmir se export hoga. yeh trend kashmir se export hoga, woh pahunche ga kal falasteen mein, pahunche ga doosre mulkon mein jahan jahan woh zaban</w:t>
      </w:r>
    </w:p>
    <w:p>
      <w:pPr>
        <w:jc w:val="right"/>
      </w:pPr>
      <w:r>
        <w:t>وہ چلے گا۔ اس میں مزید یہ، یہ، یہ، یہ یعنی کشمیر کا جو یہ جو جو نیوز ہے، نیوز پریس ہے، کیونکہ یہ بالکل یقینی ہے کہ یہی ٹرینڈ، یہ ٹرینڈ جو ہے، کشمیر سے ایکسپورٹ ہوگا۔ یہ ٹرینڈ کشمیر سے ایکسپورٹ ہوگا، وہ پہنچے گا کل فلسطین میں، پہنچے گا دوسرے ملکوں میں جہاں جہاں وہ زبان</w:t>
      </w:r>
    </w:p>
    <w:p>
      <w:r>
        <w:rPr>
          <w:b/>
        </w:rPr>
        <w:t xml:space="preserve">[27:35] </w:t>
      </w:r>
      <w:r>
        <w:t>hai.</w:t>
      </w:r>
    </w:p>
    <w:p>
      <w:pPr>
        <w:jc w:val="right"/>
      </w:pPr>
      <w:r>
        <w:t>ہے۔</w:t>
      </w:r>
    </w:p>
    <w:p>
      <w:r>
        <w:rPr>
          <w:b/>
        </w:rPr>
        <w:t xml:space="preserve">[27:41] </w:t>
      </w:r>
      <w:r>
        <w:t>aur inshallah har jagah trend badlega.</w:t>
      </w:r>
    </w:p>
    <w:p>
      <w:pPr>
        <w:jc w:val="right"/>
      </w:pPr>
      <w:r>
        <w:t>اور انشاءاللہ ہر جگہ ٹرینڈ بدلے گا۔</w:t>
      </w:r>
    </w:p>
    <w:p>
      <w:r>
        <w:rPr>
          <w:b/>
        </w:rPr>
        <w:t xml:space="preserve">[27:46] </w:t>
      </w:r>
      <w:r>
        <w:t>falasteen ka area jo hai, dunya ka sab se zyada aham area hai tourism ke liye.</w:t>
      </w:r>
    </w:p>
    <w:p>
      <w:pPr>
        <w:jc w:val="right"/>
      </w:pPr>
      <w:r>
        <w:t>فلسطین کا ایریا جو ہے، دنیا کا سب سے زیادہ اہم ایریا ہے ٹورزم کے لیے۔</w:t>
      </w:r>
    </w:p>
    <w:p>
      <w:r>
        <w:rPr>
          <w:b/>
        </w:rPr>
        <w:t xml:space="preserve">[27:51] </w:t>
      </w:r>
      <w:r>
        <w:t>bohat zabardast wahan tourism ke liye opportunities hain.</w:t>
      </w:r>
    </w:p>
    <w:p>
      <w:pPr>
        <w:jc w:val="right"/>
      </w:pPr>
      <w:r>
        <w:t>بہت زبردست وہاں ٹورزم کے لیے اپرچونیٹیز ہیں۔</w:t>
      </w:r>
    </w:p>
    <w:p>
      <w:r>
        <w:rPr>
          <w:b/>
        </w:rPr>
        <w:t xml:space="preserve">[27:56] </w:t>
      </w:r>
      <w:r>
        <w:t>lekin wahan bhi military ki wajah se tabah ho raha tha.</w:t>
      </w:r>
    </w:p>
    <w:p>
      <w:pPr>
        <w:jc w:val="right"/>
      </w:pPr>
      <w:r>
        <w:t>لیکن وہاں بھی ملٹریسی کی وجہ سے تباہ ہو رہا تھا۔</w:t>
      </w:r>
    </w:p>
    <w:p>
      <w:r>
        <w:rPr>
          <w:b/>
        </w:rPr>
        <w:t xml:space="preserve">[28:02] </w:t>
      </w:r>
      <w:r>
        <w:t>ab yaqeeni baat hai ke kashmir ki jo yeh faisla hai, yeh export ho kar ke falasteen pohnchega.</w:t>
      </w:r>
    </w:p>
    <w:p>
      <w:pPr>
        <w:jc w:val="right"/>
      </w:pPr>
      <w:r>
        <w:t>اب یقینی بات ہے کہ کشمیر کی جو یہ فیصلہ ہے، یہ ایکسپورٹ ہو کر کے فلسطین پہنچے گا۔</w:t>
      </w:r>
    </w:p>
    <w:p>
      <w:r>
        <w:rPr>
          <w:b/>
        </w:rPr>
        <w:t xml:space="preserve">[28:07] </w:t>
      </w:r>
      <w:r>
        <w:t>aur falasteen ke log bhi wahi karenge jo jo kashmiriyon ne kiya.</w:t>
      </w:r>
    </w:p>
    <w:p>
      <w:pPr>
        <w:jc w:val="right"/>
      </w:pPr>
      <w:r>
        <w:t>اور فلسطین کے لوگ بھی وہی کریں گے جو جو کشمیروں نے کیا۔</w:t>
      </w:r>
    </w:p>
    <w:p>
      <w:r>
        <w:rPr>
          <w:b/>
        </w:rPr>
        <w:t xml:space="preserve">[28:13] </w:t>
      </w:r>
      <w:r>
        <w:t>aur phir falasteen aik nai, aik aik nai taqat ke sath ubhrega.</w:t>
      </w:r>
    </w:p>
    <w:p>
      <w:pPr>
        <w:jc w:val="right"/>
      </w:pPr>
      <w:r>
        <w:t>اور پھر فلسطین ایک نئی، ایک ایک نئی طاقت کے ساتھ ابھرے گا۔</w:t>
      </w:r>
    </w:p>
    <w:p>
      <w:r>
        <w:rPr>
          <w:b/>
        </w:rPr>
        <w:t xml:space="preserve">[28:19] </w:t>
      </w:r>
      <w:r>
        <w:t>aur jab falasteen mein peace ho jaye, peace aur tourist industry wahan develop kar di jaye to falasteen</w:t>
      </w:r>
    </w:p>
    <w:p>
      <w:pPr>
        <w:jc w:val="right"/>
      </w:pPr>
      <w:r>
        <w:t>اور جب فلسطین میں پیس ہو جائے، پیس اور ٹورسٹ انڈسٹری وہاں ڈیولپ کر دی جائے تو فلسطین</w:t>
      </w:r>
    </w:p>
    <w:p>
      <w:r>
        <w:rPr>
          <w:b/>
        </w:rPr>
        <w:t xml:space="preserve">[28:25] </w:t>
      </w:r>
      <w:r>
        <w:t>to akele hi kafi hai ke dunya bhar islam ko pohancha diya jaye.</w:t>
      </w:r>
    </w:p>
    <w:p>
      <w:pPr>
        <w:jc w:val="right"/>
      </w:pPr>
      <w:r>
        <w:t>تو اکیلے ہی کافی ہے کہ دنیا بھر اسلام کو پہنچا دیا جائے۔</w:t>
      </w:r>
    </w:p>
    <w:p>
      <w:r>
        <w:rPr>
          <w:b/>
        </w:rPr>
        <w:t xml:space="preserve">[28:31] </w:t>
      </w:r>
      <w:r>
        <w:t>falasteen akele hi kafi hai ke poori dunya mein Allah</w:t>
      </w:r>
    </w:p>
    <w:p>
      <w:pPr>
        <w:jc w:val="right"/>
      </w:pPr>
      <w:r>
        <w:t>فلسطین اکیلے ہی کافی ہے کہ پوری دنیا میں اللہ</w:t>
      </w:r>
    </w:p>
    <w:p>
      <w:r>
        <w:rPr>
          <w:b/>
        </w:rPr>
        <w:t xml:space="preserve">[28:37] </w:t>
      </w:r>
      <w:r>
        <w:t>ka paigham pohanch jaye.</w:t>
      </w:r>
    </w:p>
    <w:p>
      <w:pPr>
        <w:jc w:val="right"/>
      </w:pPr>
      <w:r>
        <w:t>کا پیغام پہنچ جائے۔</w:t>
      </w:r>
    </w:p>
    <w:p>
      <w:r>
        <w:rPr>
          <w:b/>
        </w:rPr>
        <w:t xml:space="preserve">[28:42] </w:t>
      </w:r>
      <w:r>
        <w:t>kyunke sari dunya ke tourist wahan ayenge.</w:t>
      </w:r>
    </w:p>
    <w:p>
      <w:pPr>
        <w:jc w:val="right"/>
      </w:pPr>
      <w:r>
        <w:t>کیونکہ ساری دنیا کے ٹورسٹ وہاں آئیں گے۔</w:t>
      </w:r>
    </w:p>
    <w:p>
      <w:r>
        <w:rPr>
          <w:b/>
        </w:rPr>
        <w:t xml:space="preserve">[28:47] </w:t>
      </w:r>
      <w:r>
        <w:t>sirf peace, peace ki wajah se wahan ke tourist taraqqi nahi kar paye.</w:t>
      </w:r>
    </w:p>
    <w:p>
      <w:pPr>
        <w:jc w:val="right"/>
      </w:pPr>
      <w:r>
        <w:t>صرف پیس، پیس کی وجہ سے وہاں کے ٹورسٹ ترقی نہیں کر پائی۔</w:t>
      </w:r>
    </w:p>
    <w:p>
      <w:r>
        <w:rPr>
          <w:b/>
        </w:rPr>
        <w:t xml:space="preserve">[28:52] </w:t>
      </w:r>
      <w:r>
        <w:t>to jis din dunya ke log yeh sunenge ke kashmir mein peace ho chuka, kashmir mein ja</w:t>
      </w:r>
    </w:p>
    <w:p>
      <w:pPr>
        <w:jc w:val="right"/>
      </w:pPr>
      <w:r>
        <w:t>تو جس دن دنیا کے لوگ یہ سنیں گے کہ کشمیر میں پیس ہو چکا، کشمیر میں جا</w:t>
      </w:r>
    </w:p>
    <w:p>
      <w:r>
        <w:rPr>
          <w:b/>
        </w:rPr>
        <w:t xml:space="preserve">[28:57] </w:t>
      </w:r>
      <w:r>
        <w:t>kar hamein koi khatra nahi hai, to sari dunya ke tourist pal padenge, oont phod padenge</w:t>
      </w:r>
    </w:p>
    <w:p>
      <w:pPr>
        <w:jc w:val="right"/>
      </w:pPr>
      <w:r>
        <w:t>کر ہمیں کوئی خطرہ نہیں ہے، تو ساری دنیا کے ٹورسٹ پل پڑیں گے، اونٹ پھوڑ پڑیں گے</w:t>
      </w:r>
    </w:p>
    <w:p>
      <w:r>
        <w:rPr>
          <w:b/>
        </w:rPr>
        <w:t xml:space="preserve">[29:02] </w:t>
      </w:r>
      <w:r>
        <w:t>kashmir ke liye. kyunke</w:t>
      </w:r>
    </w:p>
    <w:p>
      <w:pPr>
        <w:jc w:val="right"/>
      </w:pPr>
      <w:r>
        <w:t>کشمیر کے لیے۔ کیونکہ</w:t>
      </w:r>
    </w:p>
    <w:p>
      <w:r>
        <w:rPr>
          <w:b/>
        </w:rPr>
        <w:t xml:space="preserve">[29:07] </w:t>
      </w:r>
      <w:r>
        <w:t>dekhiye, yeh jo ilaaqa hai, falasteen, sham, urdun, yeh jo ilaaqa hai, yahan to jo ancient history hai,</w:t>
      </w:r>
    </w:p>
    <w:p>
      <w:pPr>
        <w:jc w:val="right"/>
      </w:pPr>
      <w:r>
        <w:t>دیکھیے، یہ جو علاقہ ہے، فلسطین، شام، اردن، یہ جو علاقہ ہے، یہاں تو جو اینشنٹ ہسٹری ہے،</w:t>
      </w:r>
    </w:p>
    <w:p>
      <w:r>
        <w:rPr>
          <w:b/>
        </w:rPr>
        <w:t xml:space="preserve">[29:18] </w:t>
      </w:r>
      <w:r>
        <w:t>ancient history, is ke sare yahi to hain yadgarain isi ilaaqe mein.</w:t>
      </w:r>
    </w:p>
    <w:p>
      <w:pPr>
        <w:jc w:val="right"/>
      </w:pPr>
      <w:r>
        <w:t>اینشنٹ ہسٹری، اس کے سارے یہی تو ہیں یادگاریں اسی علاقے میں۔</w:t>
      </w:r>
    </w:p>
    <w:p>
      <w:r>
        <w:rPr>
          <w:b/>
        </w:rPr>
        <w:t xml:space="preserve">[29:28] </w:t>
      </w:r>
      <w:r>
        <w:t>yani iraq, iraq, sham</w:t>
      </w:r>
    </w:p>
    <w:p>
      <w:pPr>
        <w:jc w:val="right"/>
      </w:pPr>
      <w:r>
        <w:t>یعنی عراق، عراق، شام</w:t>
      </w:r>
    </w:p>
    <w:p>
      <w:r>
        <w:rPr>
          <w:b/>
        </w:rPr>
        <w:t xml:space="preserve">[29:39] </w:t>
      </w:r>
      <w:r>
        <w:t>, urdun, falasteen, yeh jo area hai, dunya ka sab se aham area hai historical monument ke liye.</w:t>
      </w:r>
    </w:p>
    <w:p>
      <w:pPr>
        <w:jc w:val="right"/>
      </w:pPr>
      <w:r>
        <w:t>، اردن، فلسطین، یہ جو ایریا ہے، دنیا کا سب سے اہم ایریا ہے ہسٹوریکل مونومنٹ کے لیے۔</w:t>
      </w:r>
    </w:p>
    <w:p>
      <w:r>
        <w:rPr>
          <w:b/>
        </w:rPr>
        <w:t xml:space="preserve">[29:46] </w:t>
      </w:r>
      <w:r>
        <w:t>to kashmir has shown the way.</w:t>
      </w:r>
    </w:p>
    <w:p>
      <w:pPr>
        <w:jc w:val="right"/>
      </w:pPr>
      <w:r>
        <w:t>تو کشمیر ہیز شون دا وے۔</w:t>
      </w:r>
    </w:p>
    <w:p>
      <w:r>
        <w:rPr>
          <w:b/>
        </w:rPr>
        <w:t xml:space="preserve">[29:54] </w:t>
      </w:r>
      <w:r>
        <w:t>kashmir ne khud naya falasteen nahi liya, balke dunya ko rasta bhi dikha diya.</w:t>
      </w:r>
    </w:p>
    <w:p>
      <w:pPr>
        <w:jc w:val="right"/>
      </w:pPr>
      <w:r>
        <w:t>کشمیر نے خود نیا فلسطین نہیں لیا، بلکہ دنیا کو راستہ بھی دکھا دیا۔</w:t>
      </w:r>
    </w:p>
    <w:p>
      <w:r>
        <w:rPr>
          <w:b/>
        </w:rPr>
        <w:t xml:space="preserve">[30:02] </w:t>
      </w:r>
      <w:r>
        <w:t>dunya ko rasta bhi dikha diya.</w:t>
      </w:r>
    </w:p>
    <w:p>
      <w:pPr>
        <w:jc w:val="right"/>
      </w:pPr>
      <w:r>
        <w:t>دنیا کو راستہ بھی دکھا دیا۔</w:t>
      </w:r>
    </w:p>
    <w:p>
      <w:r>
        <w:rPr>
          <w:b/>
        </w:rPr>
        <w:t xml:space="preserve">[30:10] </w:t>
      </w:r>
      <w:r>
        <w:t>ab is mein koi shaq nahi ke kashmir mein aman ka process zaroor chal chalega aur chalta rahega.</w:t>
      </w:r>
    </w:p>
    <w:p>
      <w:pPr>
        <w:jc w:val="right"/>
      </w:pPr>
      <w:r>
        <w:t>اب اس میں کوئی شک نہیں کہ کشمیر میں امن کا پراسیس ضرور چل چلے گا اور چلتا رہے گا۔</w:t>
      </w:r>
    </w:p>
    <w:p>
      <w:r>
        <w:rPr>
          <w:b/>
        </w:rPr>
        <w:t xml:space="preserve">[30:21] </w:t>
      </w:r>
      <w:r>
        <w:t>amn ka process jab chal jaye, shuru ho jaye to koi rok nahi sakta is ko.</w:t>
      </w:r>
    </w:p>
    <w:p>
      <w:pPr>
        <w:jc w:val="right"/>
      </w:pPr>
      <w:r>
        <w:t>امن کا پراسیس جب چل جائے، شروع ہو جائے تو کوئی روک نہیں سکتا اس کو۔</w:t>
      </w:r>
    </w:p>
    <w:p>
      <w:r>
        <w:rPr>
          <w:b/>
        </w:rPr>
        <w:t xml:space="preserve">[30:32] </w:t>
      </w:r>
      <w:r>
        <w:t>is ko tashaddud ke process par jab amn ka process aa jaye to amn ka process priority karta hai.</w:t>
      </w:r>
    </w:p>
    <w:p>
      <w:pPr>
        <w:jc w:val="right"/>
      </w:pPr>
      <w:r>
        <w:t>اس کو تشدد کے پراسیس پر جب امن کا پراسیس آ جائے تو امن کا پراسیس پریور کرتا ہے۔</w:t>
      </w:r>
    </w:p>
    <w:p>
      <w:r>
        <w:rPr>
          <w:b/>
        </w:rPr>
        <w:t xml:space="preserve">[30:43] </w:t>
      </w:r>
      <w:r>
        <w:t>to kehti hain, ajeeb o ghareeb yeh khabar hai.</w:t>
      </w:r>
    </w:p>
    <w:p>
      <w:pPr>
        <w:jc w:val="right"/>
      </w:pPr>
      <w:r>
        <w:t>تو کہتی ہیں، عجیب و غریب یہ خبر ہے۔</w:t>
      </w:r>
    </w:p>
    <w:p>
      <w:r>
        <w:rPr>
          <w:b/>
        </w:rPr>
        <w:t xml:space="preserve">[30:50] </w:t>
      </w:r>
      <w:r>
        <w:t>main expect nahi karta tha ke aisi khabar mujhe apni zindagi mein sunne ko mile gi.</w:t>
      </w:r>
    </w:p>
    <w:p>
      <w:pPr>
        <w:jc w:val="right"/>
      </w:pPr>
      <w:r>
        <w:t>میں ایکسپیکٹ نہیں کرتا تھا کہ ایسی خبر مجھے اپنی زندگی میں سننے کو ملے گی۔</w:t>
      </w:r>
    </w:p>
    <w:p>
      <w:r>
        <w:rPr>
          <w:b/>
        </w:rPr>
        <w:t xml:space="preserve">[30:57] </w:t>
      </w:r>
      <w:r>
        <w:t>mujhe apni zindagi mein sunne ko mile gi.</w:t>
      </w:r>
    </w:p>
    <w:p>
      <w:pPr>
        <w:jc w:val="right"/>
      </w:pPr>
      <w:r>
        <w:t>مجھے اپنی زندگی میں سننے کو ملے گی۔</w:t>
      </w:r>
    </w:p>
    <w:p>
      <w:r>
        <w:rPr>
          <w:b/>
        </w:rPr>
        <w:t xml:space="preserve">[31:04] </w:t>
      </w:r>
      <w:r>
        <w:t>to aaj mere paas good news hai, aaj mere paas hope ki baatein hain, aaj mere paas roshan</w:t>
      </w:r>
    </w:p>
    <w:p>
      <w:pPr>
        <w:jc w:val="right"/>
      </w:pPr>
      <w:r>
        <w:t>تو آج میرے پاس گڈ نیوز ہے، آج میرے پاس ہوپ کی باتیں ہیں، آج میرے پاس روشن</w:t>
      </w:r>
    </w:p>
    <w:p>
      <w:r>
        <w:rPr>
          <w:b/>
        </w:rPr>
        <w:t xml:space="preserve">[31:11] </w:t>
      </w:r>
      <w:r>
        <w:t>apna mustaqbil ki baatein hain.</w:t>
      </w:r>
    </w:p>
    <w:p>
      <w:pPr>
        <w:jc w:val="right"/>
      </w:pPr>
      <w:r>
        <w:t>اپنا مستقبل کی باتیں ہیں۔</w:t>
      </w:r>
    </w:p>
    <w:p>
      <w:r>
        <w:rPr>
          <w:b/>
        </w:rPr>
        <w:t xml:space="preserve">[31:18] </w:t>
      </w:r>
      <w:r>
        <w:t>to waqea hai ke main to muntazir tha is din ke liye, aaj se nahi, bohat dinon se.</w:t>
      </w:r>
    </w:p>
    <w:p>
      <w:pPr>
        <w:jc w:val="right"/>
      </w:pPr>
      <w:r>
        <w:t>تو واقعہ ہے کہ میں تو منتظر تھا اس دن کے لیے، آج سے نہیں، بہت دنوں سے۔</w:t>
      </w:r>
    </w:p>
    <w:p>
      <w:r>
        <w:rPr>
          <w:b/>
        </w:rPr>
        <w:t xml:space="preserve">[31:26] </w:t>
      </w:r>
      <w:r>
        <w:t>to ab kashmir ke jo potential hain, wo inshallah istemal honge.</w:t>
      </w:r>
    </w:p>
    <w:p>
      <w:pPr>
        <w:jc w:val="right"/>
      </w:pPr>
      <w:r>
        <w:t>تو اب کشمیر کے جو پوٹینشل ہیں، وہ انشاءاللہ استعمال ہوں گے۔</w:t>
      </w:r>
    </w:p>
    <w:p>
      <w:r>
        <w:rPr>
          <w:b/>
        </w:rPr>
        <w:t xml:space="preserve">[31:35] </w:t>
      </w:r>
      <w:r>
        <w:t>wahan ke log achi taleem hasil karenge.</w:t>
      </w:r>
    </w:p>
    <w:p>
      <w:pPr>
        <w:jc w:val="right"/>
      </w:pPr>
      <w:r>
        <w:t>وہاں کے لوگ اچھی تعلیم حاصل کریں گے۔</w:t>
      </w:r>
    </w:p>
    <w:p>
      <w:r>
        <w:rPr>
          <w:b/>
        </w:rPr>
        <w:t xml:space="preserve">[31:43] </w:t>
      </w:r>
      <w:r>
        <w:t>wahan tourist industry khoob barhe gi.</w:t>
      </w:r>
    </w:p>
    <w:p>
      <w:pPr>
        <w:jc w:val="right"/>
      </w:pPr>
      <w:r>
        <w:t>وہاں ٹورسٹ انڈسٹری خوب بڑھے گی۔</w:t>
      </w:r>
    </w:p>
    <w:p>
      <w:r>
        <w:rPr>
          <w:b/>
        </w:rPr>
        <w:t xml:space="preserve">[31:51] </w:t>
      </w:r>
      <w:r>
        <w:t>wahan to aise aise mawaqe hain.</w:t>
      </w:r>
    </w:p>
    <w:p>
      <w:pPr>
        <w:jc w:val="right"/>
      </w:pPr>
      <w:r>
        <w:t>وہاں تو ایسے ایسے مواقع ہیں۔</w:t>
      </w:r>
    </w:p>
    <w:p>
      <w:r>
        <w:rPr>
          <w:b/>
        </w:rPr>
        <w:t xml:space="preserve">[31:56] </w:t>
      </w:r>
      <w:r>
        <w:t>ek bar tab mein gaya to main ne dekha ke phailay hue baghat hain.</w:t>
      </w:r>
    </w:p>
    <w:p>
      <w:pPr>
        <w:jc w:val="right"/>
      </w:pPr>
      <w:r>
        <w:t>ایک بار تب میں گیا تو میں نے دیکھا کہ پھیلے ہوئے باغات ہیں۔</w:t>
      </w:r>
    </w:p>
    <w:p>
      <w:r>
        <w:rPr>
          <w:b/>
        </w:rPr>
        <w:t xml:space="preserve">[32:01] </w:t>
      </w:r>
      <w:r>
        <w:t>wo thay shahtoot ke baghat.</w:t>
      </w:r>
    </w:p>
    <w:p>
      <w:pPr>
        <w:jc w:val="right"/>
      </w:pPr>
      <w:r>
        <w:t>وہ تھے شہتوت کے باغات۔</w:t>
      </w:r>
    </w:p>
    <w:p>
      <w:r>
        <w:rPr>
          <w:b/>
        </w:rPr>
        <w:t xml:space="preserve">[32:06] </w:t>
      </w:r>
      <w:r>
        <w:t>shahtoot ke bohat door door tak shahtoot hi shahtoot.</w:t>
      </w:r>
    </w:p>
    <w:p>
      <w:pPr>
        <w:jc w:val="right"/>
      </w:pPr>
      <w:r>
        <w:t>شہتوت کے بہت دور دور تک شہتوت ہی شہتوت۔</w:t>
      </w:r>
    </w:p>
    <w:p>
      <w:r>
        <w:rPr>
          <w:b/>
        </w:rPr>
        <w:t xml:space="preserve">[32:11] </w:t>
      </w:r>
      <w:r>
        <w:t>to main ne poocha logon se, yeh kya cheez hai? unhon ne kaha ke shahtoot ke patte jo</w:t>
      </w:r>
    </w:p>
    <w:p>
      <w:pPr>
        <w:jc w:val="right"/>
      </w:pPr>
      <w:r>
        <w:t>تو میں نے پوچھا لوگوں سے، یہ کیا چیز ہے؟ انہوں نے کہا کہ شہتوت کے پتے جو</w:t>
      </w:r>
    </w:p>
    <w:p>
      <w:r>
        <w:rPr>
          <w:b/>
        </w:rPr>
        <w:t xml:space="preserve">[32:17] </w:t>
      </w:r>
      <w:r>
        <w:t>hain, isi mein resham ke keere yani parvarish paate hain.</w:t>
      </w:r>
    </w:p>
    <w:p>
      <w:pPr>
        <w:jc w:val="right"/>
      </w:pPr>
      <w:r>
        <w:t>ہیں، اسی میں ریشم کے کیڑے یعنی پرورش پاتے ہیں۔</w:t>
      </w:r>
    </w:p>
    <w:p>
      <w:r>
        <w:rPr>
          <w:b/>
        </w:rPr>
        <w:t xml:space="preserve">[32:22] </w:t>
      </w:r>
      <w:r>
        <w:t>to yeh government lagaye hain ke log shahtoot ke patte ko apne apne ghar mein rakhen.</w:t>
      </w:r>
    </w:p>
    <w:p>
      <w:pPr>
        <w:jc w:val="right"/>
      </w:pPr>
      <w:r>
        <w:t>تو یہ گورنمنٹ لگائے ہیں کہ لوگ شہتوت کے پتے کو اپنے اپنے گھر میں رکھیں۔</w:t>
      </w:r>
    </w:p>
    <w:p>
      <w:r>
        <w:rPr>
          <w:b/>
        </w:rPr>
        <w:t xml:space="preserve">[32:29] </w:t>
      </w:r>
      <w:r>
        <w:t>to poora poora kashmir jo hai, aap jante hain, air air conditioned state hai.</w:t>
      </w:r>
    </w:p>
    <w:p>
      <w:pPr>
        <w:jc w:val="right"/>
      </w:pPr>
      <w:r>
        <w:t>تو پورا پورا کشمیر جو ہے، آپ جانتے ہیں، ایئر ایئر کنڈیشنڈ اسٹیٹ ہے۔</w:t>
      </w:r>
    </w:p>
    <w:p>
      <w:r>
        <w:rPr>
          <w:b/>
        </w:rPr>
        <w:t xml:space="preserve">[32:37] </w:t>
      </w:r>
      <w:r>
        <w:t>jaise har har tab yani thandi thanda hai.</w:t>
      </w:r>
    </w:p>
    <w:p>
      <w:pPr>
        <w:jc w:val="right"/>
      </w:pPr>
      <w:r>
        <w:t>جیسے ہر ہر تب یعنی ٹھنڈی ٹھنڈا ہے۔</w:t>
      </w:r>
    </w:p>
    <w:p>
      <w:r>
        <w:rPr>
          <w:b/>
        </w:rPr>
        <w:t xml:space="preserve">[32:44] </w:t>
      </w:r>
      <w:r>
        <w:t>to thande mahol mein yeh sab keera khoob parvarish paata hai.</w:t>
      </w:r>
    </w:p>
    <w:p>
      <w:pPr>
        <w:jc w:val="right"/>
      </w:pPr>
      <w:r>
        <w:t>تو ٹھنڈے ماحول میں یہ سب کیڑا خوب پرورش پاتا ہے۔</w:t>
      </w:r>
    </w:p>
    <w:p>
      <w:r>
        <w:rPr>
          <w:b/>
        </w:rPr>
        <w:t xml:space="preserve">[32:52] </w:t>
      </w:r>
      <w:r>
        <w:t>wahan logon ko kuch karna nahi hai. wahan unhein koi fridge nahi chahiye, cold storage nahi chahiye. un ka apna ghar hi cold storage hai. un ka un ka apna ghar hi fridge hai. bas patte ko le kar ke apne kamre mein rakh dena hai aur wahan par resham ki keera bas apne aap hi pare ga. woh is tarah ki kitni industries hain wahan par. ek bar ek</w:t>
      </w:r>
    </w:p>
    <w:p>
      <w:pPr>
        <w:jc w:val="right"/>
      </w:pPr>
      <w:r>
        <w:t>وہاں لوگوں کو کچھ کرنا نہیں ہے۔ وہاں انہیں کوئی فریج نہیں چاہیے، کولڈ اسٹوریج نہیں چاہیے۔ ان کا اپنا گھر ہی کولڈ اسٹوریج ہے۔ ان کا ان کا اپنا گھر ہی فریج ہے۔ بس پتے کو لے کر کے اپنے کمرے میں رکھ دینا ہے اور وہاں پر ریشم کیڑا بس اپنے آپ ہی پڑے گا۔ وہ اس طرح کی کتنی انڈسٹریز ہیں وہاں پر۔ ایک بار ایک</w:t>
      </w:r>
    </w:p>
    <w:p>
      <w:r>
        <w:rPr>
          <w:b/>
        </w:rPr>
        <w:t xml:space="preserve">[33:22] </w:t>
      </w:r>
      <w:r>
        <w:t>bar mein gaya kashmir to srinagar ke bahar ek area tha jo bohat hi open area, door</w:t>
      </w:r>
    </w:p>
    <w:p>
      <w:pPr>
        <w:jc w:val="right"/>
      </w:pPr>
      <w:r>
        <w:t>بار میں گیا کشمیر تو سری نگر کے باہر ایک ایریا تھا جو بہت ہی اوپن ایریا، دور</w:t>
      </w:r>
    </w:p>
    <w:p>
      <w:r>
        <w:rPr>
          <w:b/>
        </w:rPr>
        <w:t xml:space="preserve">[33:27] </w:t>
      </w:r>
      <w:r>
        <w:t>door tak open tha.</w:t>
      </w:r>
    </w:p>
    <w:p>
      <w:pPr>
        <w:jc w:val="right"/>
      </w:pPr>
      <w:r>
        <w:t>دور تک اوپن تھا۔</w:t>
      </w:r>
    </w:p>
    <w:p>
      <w:r>
        <w:rPr>
          <w:b/>
        </w:rPr>
        <w:t xml:space="preserve">[33:32] </w:t>
      </w:r>
      <w:r>
        <w:t>lekin aap jante hain ke wahan to pahari ilaqe hote hain, necha ooncha, necha ooncha, necha ooncha.</w:t>
      </w:r>
    </w:p>
    <w:p>
      <w:pPr>
        <w:jc w:val="right"/>
      </w:pPr>
      <w:r>
        <w:t>لیکن آپ جانتے ہیں کہ وہاں تو پہاڑی علاقے ہوتے ہیں، نیچا اونچا، نیچا اونچا، نیچا اونچا۔</w:t>
      </w:r>
    </w:p>
    <w:p>
      <w:r>
        <w:rPr>
          <w:b/>
        </w:rPr>
        <w:t xml:space="preserve">[33:37] </w:t>
      </w:r>
      <w:r>
        <w:t>to main tha, mere sath kuch kashmiri thay.</w:t>
      </w:r>
    </w:p>
    <w:p>
      <w:pPr>
        <w:jc w:val="right"/>
      </w:pPr>
      <w:r>
        <w:t>تو میں تھا، میرے ساتھ کچھ کشمیری تھے۔</w:t>
      </w:r>
    </w:p>
    <w:p>
      <w:r>
        <w:rPr>
          <w:b/>
        </w:rPr>
        <w:t xml:space="preserve">[33:42] </w:t>
      </w:r>
      <w:r>
        <w:t>to hamein laga ke hamare yahan pahaar se chashma aa raha hai.</w:t>
      </w:r>
    </w:p>
    <w:p>
      <w:pPr>
        <w:jc w:val="right"/>
      </w:pPr>
      <w:r>
        <w:t>تو ہمیں لگا کہ ہمارے یہاں پہاڑ سے چشمہ آ رہا ہے۔</w:t>
      </w:r>
    </w:p>
    <w:p>
      <w:r>
        <w:rPr>
          <w:b/>
        </w:rPr>
        <w:t xml:space="preserve">[33:47] </w:t>
      </w:r>
      <w:r>
        <w:t>hamare yahan pahaar</w:t>
      </w:r>
    </w:p>
    <w:p>
      <w:pPr>
        <w:jc w:val="right"/>
      </w:pPr>
      <w:r>
        <w:t>ہمارے یہاں پہا</w:t>
      </w:r>
    </w:p>
    <w:p>
      <w:r>
        <w:rPr>
          <w:b/>
        </w:rPr>
        <w:t xml:space="preserve">[33:52] </w:t>
      </w:r>
      <w:r>
        <w:t>r se aap jante hain ke pahaar ke upar barf jam jati hai, phir woh dhoop ke padne</w:t>
      </w:r>
    </w:p>
    <w:p>
      <w:pPr>
        <w:jc w:val="right"/>
      </w:pPr>
      <w:r>
        <w:t>ڑ سے آپ جانتے ہیں کہ پہاڑ کے اوپر برف جم جاتی ہے، پھر وہ دھوپ کے پڑنے</w:t>
      </w:r>
    </w:p>
    <w:p>
      <w:r>
        <w:rPr>
          <w:b/>
        </w:rPr>
        <w:t xml:space="preserve">[33:58] </w:t>
      </w:r>
      <w:r>
        <w:t>se pighalti hai.</w:t>
      </w:r>
    </w:p>
    <w:p>
      <w:pPr>
        <w:jc w:val="right"/>
      </w:pPr>
      <w:r>
        <w:t>سے پگھلتی ہے۔</w:t>
      </w:r>
    </w:p>
    <w:p>
      <w:r>
        <w:rPr>
          <w:b/>
        </w:rPr>
        <w:t xml:space="preserve">[34:03] </w:t>
      </w:r>
      <w:r>
        <w:t>pighal pighal ke chashme jaari hote hain.</w:t>
      </w:r>
    </w:p>
    <w:p>
      <w:pPr>
        <w:jc w:val="right"/>
      </w:pPr>
      <w:r>
        <w:t>پگھل پگھل کے چشمے جاری ہوتے ہیں۔</w:t>
      </w:r>
    </w:p>
    <w:p>
      <w:r>
        <w:rPr>
          <w:b/>
        </w:rPr>
        <w:t xml:space="preserve">[34:08] </w:t>
      </w:r>
      <w:r>
        <w:t>to maine dekha chashme aa rahe hain aur raaste mein unko pathar milte hain.</w:t>
      </w:r>
    </w:p>
    <w:p>
      <w:pPr>
        <w:jc w:val="right"/>
      </w:pPr>
      <w:r>
        <w:t>تو میں نے دیکھا چشمے آ رہے ہیں اور راستے میں ان کو پتھر ملتے ہیں۔</w:t>
      </w:r>
    </w:p>
    <w:p>
      <w:r>
        <w:rPr>
          <w:b/>
        </w:rPr>
        <w:t xml:space="preserve">[34:14] </w:t>
      </w:r>
      <w:r>
        <w:t>jagah jagah jagah jagah pathar milte hain.</w:t>
      </w:r>
    </w:p>
    <w:p>
      <w:pPr>
        <w:jc w:val="right"/>
      </w:pPr>
      <w:r>
        <w:t>جگہ جگہ جگہ جگہ پتھر ملتے ہیں۔</w:t>
      </w:r>
    </w:p>
    <w:p>
      <w:r>
        <w:rPr>
          <w:b/>
        </w:rPr>
        <w:t xml:space="preserve">[34:19] </w:t>
      </w:r>
      <w:r>
        <w:t>to pani kya karta hai? pani pathar se takrata nahi,</w:t>
      </w:r>
    </w:p>
    <w:p>
      <w:pPr>
        <w:jc w:val="right"/>
      </w:pPr>
      <w:r>
        <w:t>تو پانی کیا کرتا ہے؟ پانی پتھر سے ٹکراتا نہیں،</w:t>
      </w:r>
    </w:p>
    <w:p>
      <w:r>
        <w:rPr>
          <w:b/>
        </w:rPr>
        <w:t xml:space="preserve">[34:24] </w:t>
      </w:r>
      <w:r>
        <w:t>balke pani pathar ke dayen bayen se nikal jata hai.</w:t>
      </w:r>
    </w:p>
    <w:p>
      <w:pPr>
        <w:jc w:val="right"/>
      </w:pPr>
      <w:r>
        <w:t>بلکہ پانی پتھر کے دائیں بائیں سے نکل جاتا ہے۔</w:t>
      </w:r>
    </w:p>
    <w:p>
      <w:r>
        <w:rPr>
          <w:b/>
        </w:rPr>
        <w:t xml:space="preserve">[34:29] </w:t>
      </w:r>
      <w:r>
        <w:t>woh to maine kashmirioun se kaha ke dekhiye, creator aap ko yeh sabaq de raha hai.</w:t>
      </w:r>
    </w:p>
    <w:p>
      <w:pPr>
        <w:jc w:val="right"/>
      </w:pPr>
      <w:r>
        <w:t>وہ تو میں نے کشمیریوں سے کہا کہ دیکھیے، کریٹر آپ کو یہ سبق دے رہا ہے۔</w:t>
      </w:r>
    </w:p>
    <w:p>
      <w:r>
        <w:rPr>
          <w:b/>
        </w:rPr>
        <w:t xml:space="preserve">[34:34] </w:t>
      </w:r>
      <w:r>
        <w:t>yeh sab creator ka ka karishma hai.</w:t>
      </w:r>
    </w:p>
    <w:p>
      <w:pPr>
        <w:jc w:val="right"/>
      </w:pPr>
      <w:r>
        <w:t>یہ سب کریٹر کا کا کرشمہ ہے۔</w:t>
      </w:r>
    </w:p>
    <w:p>
      <w:r>
        <w:rPr>
          <w:b/>
        </w:rPr>
        <w:t xml:space="preserve">[34:39] </w:t>
      </w:r>
      <w:r>
        <w:t>yani pahaar aur barf pighalna, samjhein chashme ka jaari hona, yeh sab kaun kar raha hai? yeh to</w:t>
      </w:r>
    </w:p>
    <w:p>
      <w:pPr>
        <w:jc w:val="right"/>
      </w:pPr>
      <w:r>
        <w:t>یعنی پہاڑ اور برف پگھلنا، سمجھیں چشمے کا جاری ہونا، یہ سب کون کر رہا ہے؟ یہ تو</w:t>
      </w:r>
    </w:p>
    <w:p>
      <w:r>
        <w:rPr>
          <w:b/>
        </w:rPr>
        <w:t xml:space="preserve">[34:45] </w:t>
      </w:r>
      <w:r>
        <w:t>yeh to khaliq kar raha hai.</w:t>
      </w:r>
    </w:p>
    <w:p>
      <w:pPr>
        <w:jc w:val="right"/>
      </w:pPr>
      <w:r>
        <w:t>یہ تو خالق کر رہا ہے۔</w:t>
      </w:r>
    </w:p>
    <w:p>
      <w:r>
        <w:rPr>
          <w:b/>
        </w:rPr>
        <w:t xml:space="preserve">[34:50] </w:t>
      </w:r>
      <w:r>
        <w:t>to khaliq aap ko sabaq de raha hai ke</w:t>
      </w:r>
    </w:p>
    <w:p>
      <w:pPr>
        <w:jc w:val="right"/>
      </w:pPr>
      <w:r>
        <w:t>تو خالق آپ کو سبق دے رہا ہے کہ</w:t>
      </w:r>
    </w:p>
    <w:p>
      <w:r>
        <w:rPr>
          <w:b/>
        </w:rPr>
        <w:t xml:space="preserve">[34:55] </w:t>
      </w:r>
      <w:r>
        <w:t>is cheez ko apne liye record samajh kar is se lado nahi. is cheez ko apne khilaf pathar samajh kar is se lado nahi. har pathar ke dayen bayen rasta hota hai, hamesha hi. law of nature hai. yeh law of nature hai ke koi bhi pathar rasta rokta nahi. koi pathar rasta rokta nahi. to yeh jo pathar bikhray hue hain</w:t>
      </w:r>
    </w:p>
    <w:p>
      <w:pPr>
        <w:jc w:val="right"/>
      </w:pPr>
      <w:r>
        <w:t>اس چیز کو اپنے لیے ریکارڈ سمجھ کر اس سے لڑو نہیں۔ اس چیز کو اپنے خلاف پتھر سمجھ کر اس سے لڑو نہیں۔ ہر پتھر کے دائیں بائیں راستہ ہوتا ہے، ہمیشہ ہی۔ لاء آف نیچر ہے۔ یہ لاء آف نیچر ہے کہ کوئی بھی پتھر راستہ روکتا نہیں۔ کوئی پتھر راستہ روکتا نہیں۔ تو یہ جو پتھر بکھرے ہوئے ہیں</w:t>
      </w:r>
    </w:p>
    <w:p>
      <w:r>
        <w:rPr>
          <w:b/>
        </w:rPr>
        <w:t xml:space="preserve">[35:25] </w:t>
      </w:r>
      <w:r>
        <w:t>, yeh rasta rok nahi sakte chashme ka.</w:t>
      </w:r>
    </w:p>
    <w:p>
      <w:pPr>
        <w:jc w:val="right"/>
      </w:pPr>
      <w:r>
        <w:t>، یہ راستہ روک نہیں سکتے چشمے کا۔</w:t>
      </w:r>
    </w:p>
    <w:p>
      <w:r>
        <w:rPr>
          <w:b/>
        </w:rPr>
        <w:t xml:space="preserve">[35:31] </w:t>
      </w:r>
      <w:r>
        <w:t>to chashma aata hai, jab pahunchta hai woh pathar ke paas to woh dayen bayen se rasta nikal</w:t>
      </w:r>
    </w:p>
    <w:p>
      <w:pPr>
        <w:jc w:val="right"/>
      </w:pPr>
      <w:r>
        <w:t>تو چشمہ آتا ہے، جب پہنچتا ہے وہ پتھر کے پاس تو وہ دائیں بائیں سے راستہ نکال</w:t>
      </w:r>
    </w:p>
    <w:p>
      <w:r>
        <w:rPr>
          <w:b/>
        </w:rPr>
        <w:t xml:space="preserve">[35:37] </w:t>
      </w:r>
      <w:r>
        <w:t>leta hai, aage badh jata hai.</w:t>
      </w:r>
    </w:p>
    <w:p>
      <w:pPr>
        <w:jc w:val="right"/>
      </w:pPr>
      <w:r>
        <w:t>لیتا ہے، آگے بڑھ جاتا ہے۔</w:t>
      </w:r>
    </w:p>
    <w:p>
      <w:r>
        <w:rPr>
          <w:b/>
        </w:rPr>
        <w:t xml:space="preserve">[35:43] </w:t>
      </w:r>
      <w:r>
        <w:t>yeh hai creator ka ya khaliq ka sabaq jo aap logon ko diya ja raha hai.</w:t>
      </w:r>
    </w:p>
    <w:p>
      <w:pPr>
        <w:jc w:val="right"/>
      </w:pPr>
      <w:r>
        <w:t>یہ ہے کریٹر کا یا خالق کا سبق جو آپ لوگوں کو دیا جا رہا ہے۔</w:t>
      </w:r>
    </w:p>
    <w:p>
      <w:r>
        <w:rPr>
          <w:b/>
        </w:rPr>
        <w:t xml:space="preserve">[35:50] </w:t>
      </w:r>
      <w:r>
        <w:t>to kya aap samajhte hain ke jab aap aakhirat mein khaliq ke samne khade honge,</w:t>
      </w:r>
    </w:p>
    <w:p>
      <w:pPr>
        <w:jc w:val="right"/>
      </w:pPr>
      <w:r>
        <w:t>تو کیا آپ سمجھتے ہیں کہ جب آپ آخرت میں خالق کے سامنے کھڑے ہوں گے،</w:t>
      </w:r>
    </w:p>
    <w:p>
      <w:r>
        <w:rPr>
          <w:b/>
        </w:rPr>
        <w:t xml:space="preserve">[35:56] </w:t>
      </w:r>
      <w:r>
        <w:t>woh agar pooche aap se ke maine tumhare liye dramas ke roop mein bataya tha ke rasta</w:t>
      </w:r>
    </w:p>
    <w:p>
      <w:pPr>
        <w:jc w:val="right"/>
      </w:pPr>
      <w:r>
        <w:t>وہ اگر پوچھے آپ سے کہ میں نے تمہارے لیے ڈرامس کے روپ میں بتایا تھا کہ راستہ</w:t>
      </w:r>
    </w:p>
    <w:p>
      <w:r>
        <w:rPr>
          <w:b/>
        </w:rPr>
        <w:t xml:space="preserve">[36:03] </w:t>
      </w:r>
      <w:r>
        <w:t>kya hai, is stud ka tareeqa kya hai? woh yeh hai ke pathar se takrao mat, record se</w:t>
      </w:r>
    </w:p>
    <w:p>
      <w:pPr>
        <w:jc w:val="right"/>
      </w:pPr>
      <w:r>
        <w:t>کیا ہے، اس اسٹڈ کا طریقہ کیا ہے؟ وہ یہ ہے کہ پتھر سے ٹکراؤ مت، ریکارڈ سے</w:t>
      </w:r>
    </w:p>
    <w:p>
      <w:r>
        <w:rPr>
          <w:b/>
        </w:rPr>
        <w:t xml:space="preserve">[36:11] </w:t>
      </w:r>
      <w:r>
        <w:t>takrao mat, balke dayen bayen se apna rasta nikal ke aage badh jao.</w:t>
      </w:r>
    </w:p>
    <w:p>
      <w:pPr>
        <w:jc w:val="right"/>
      </w:pPr>
      <w:r>
        <w:t>ٹکراؤ مت، بلکہ دائیں بائیں سے اپنا راستہ نکال کے آگے بڑھ جاؤ۔</w:t>
      </w:r>
    </w:p>
    <w:p>
      <w:r>
        <w:rPr>
          <w:b/>
        </w:rPr>
        <w:t xml:space="preserve">[36:18] </w:t>
      </w:r>
      <w:r>
        <w:t>aur aap takra rahe hain to kya aap khaliq ko jawab de paayenge? kya</w:t>
      </w:r>
    </w:p>
    <w:p>
      <w:pPr>
        <w:jc w:val="right"/>
      </w:pPr>
      <w:r>
        <w:t>اور آپ ٹکرا رہے ہیں تو کیا آپ خالق کو جواب دے پائیں گے؟ کیا</w:t>
      </w:r>
    </w:p>
    <w:p>
      <w:r>
        <w:rPr>
          <w:b/>
        </w:rPr>
        <w:t xml:space="preserve">[36:26] </w:t>
      </w:r>
      <w:r>
        <w:t>aap khaliq ko jawab de paayenge ke khaliq ne to aap ko hidayat ki thi? maine</w:t>
      </w:r>
    </w:p>
    <w:p>
      <w:pPr>
        <w:jc w:val="right"/>
      </w:pPr>
      <w:r>
        <w:t>آپ خالق کو جواب دے پائیں گے کہ خالق نے تو آپ کو ہدایت کی تھی؟ میں نے</w:t>
      </w:r>
    </w:p>
    <w:p>
      <w:r>
        <w:rPr>
          <w:b/>
        </w:rPr>
        <w:t xml:space="preserve">[36:32] </w:t>
      </w:r>
      <w:r>
        <w:t>kaha aap log har namaz mein padhte hain, ahdina al-sirat al-mustaqim.</w:t>
      </w:r>
    </w:p>
    <w:p>
      <w:pPr>
        <w:jc w:val="right"/>
      </w:pPr>
      <w:r>
        <w:t>کہا آپ لوگ ہر نماز میں پڑھتے ہیں، اہدنا الصراط المستقیم۔</w:t>
      </w:r>
    </w:p>
    <w:p>
      <w:r>
        <w:rPr>
          <w:b/>
        </w:rPr>
        <w:t xml:space="preserve">[36:38] </w:t>
      </w:r>
      <w:r>
        <w:t>to yeh sirat-e-mustaqeem kiya hai? ke parhne ke liye sirf hai? yeh parhne ke liye sirf hai?</w:t>
      </w:r>
    </w:p>
    <w:p>
      <w:pPr>
        <w:jc w:val="right"/>
      </w:pPr>
      <w:r>
        <w:t>تو یہ صراط مستقیم کیا ہے؟ کہ پڑھنے کے لیے صرف ہے؟ یہ پڑھنے کے لیے صرف ہے؟</w:t>
      </w:r>
    </w:p>
    <w:p>
      <w:r>
        <w:rPr>
          <w:b/>
        </w:rPr>
        <w:t xml:space="preserve">[36:44] </w:t>
      </w:r>
      <w:r>
        <w:t>sirat-e-mustaqeem ki do sooraten hain: ek sharai aur doosri fitri.</w:t>
      </w:r>
    </w:p>
    <w:p>
      <w:pPr>
        <w:jc w:val="right"/>
      </w:pPr>
      <w:r>
        <w:t>صراط مستقیم کی دو صورتیں ہیں: ایک شرعی اور دوسری فطری۔</w:t>
      </w:r>
    </w:p>
    <w:p>
      <w:r>
        <w:rPr>
          <w:b/>
        </w:rPr>
        <w:t xml:space="preserve">[36:51] </w:t>
      </w:r>
      <w:r>
        <w:t>yani sharai sirat-e-mustaqeem aur fitri sirat-e-mustaqeem.</w:t>
      </w:r>
    </w:p>
    <w:p>
      <w:pPr>
        <w:jc w:val="right"/>
      </w:pPr>
      <w:r>
        <w:t>یعنی شرعی صراط مستقیم اور فطری صراط مستقیم۔</w:t>
      </w:r>
    </w:p>
    <w:p>
      <w:r>
        <w:rPr>
          <w:b/>
        </w:rPr>
        <w:t xml:space="preserve">[36:57] </w:t>
      </w:r>
      <w:r>
        <w:t>to sharai to woh hai jo quran-o-sunnat mein hai, lafzon mein.</w:t>
      </w:r>
    </w:p>
    <w:p>
      <w:pPr>
        <w:jc w:val="right"/>
      </w:pPr>
      <w:r>
        <w:t>تو شرعی تو وہ ہے جو قرآن و سنت میں ہے، لفظوں میں۔</w:t>
      </w:r>
    </w:p>
    <w:p>
      <w:r>
        <w:rPr>
          <w:b/>
        </w:rPr>
        <w:t xml:space="preserve">[37:02] </w:t>
      </w:r>
      <w:r>
        <w:t>aur yeh jo dekh rahe hain aap, yeh fitri sirat-e-mustaqeem hai.</w:t>
      </w:r>
    </w:p>
    <w:p>
      <w:pPr>
        <w:jc w:val="right"/>
      </w:pPr>
      <w:r>
        <w:t>اور یہ جو دیکھ رہے ہیں آپ، یہ فطری صراط مستقیم ہے۔</w:t>
      </w:r>
    </w:p>
    <w:p>
      <w:r>
        <w:rPr>
          <w:b/>
        </w:rPr>
        <w:t xml:space="preserve">[37:07] </w:t>
      </w:r>
      <w:r>
        <w:t>fitrat ki ishara, law of nature ki ishara, yeh dono sirat-e-mustaqeem hain.</w:t>
      </w:r>
    </w:p>
    <w:p>
      <w:pPr>
        <w:jc w:val="right"/>
      </w:pPr>
      <w:r>
        <w:t>فطرت کی اشارہ، لاء آف نیچر کی اشارہ، یہ دونوں صراط مستقیم ہیں۔</w:t>
      </w:r>
    </w:p>
    <w:p>
      <w:r>
        <w:rPr>
          <w:b/>
        </w:rPr>
        <w:t xml:space="preserve">[37:12] </w:t>
      </w:r>
      <w:r>
        <w:t>to quran-o-sunnat se jo milti hai sirat-e-mustaqeem aap ko, woh shariat ki shakal mein hai.</w:t>
      </w:r>
    </w:p>
    <w:p>
      <w:pPr>
        <w:jc w:val="right"/>
      </w:pPr>
      <w:r>
        <w:t>تو قرآن و سنت سے جو ملتی ہے صراط مستقیم آپ کو، وہ شریعت کی شکل میں ہے۔</w:t>
      </w:r>
    </w:p>
    <w:p>
      <w:r>
        <w:rPr>
          <w:b/>
        </w:rPr>
        <w:t xml:space="preserve">[37:17] </w:t>
      </w:r>
      <w:r>
        <w:t>shariat, lekin wahin par khatm nahi hai.</w:t>
      </w:r>
    </w:p>
    <w:p>
      <w:pPr>
        <w:jc w:val="right"/>
      </w:pPr>
      <w:r>
        <w:t>شریعت، لیکن وہیں پر ختم نہیں ہے۔</w:t>
      </w:r>
    </w:p>
    <w:p>
      <w:r>
        <w:rPr>
          <w:b/>
        </w:rPr>
        <w:t xml:space="preserve">[37:22] </w:t>
      </w:r>
      <w:r>
        <w:t>yeh jo ch</w:t>
      </w:r>
    </w:p>
    <w:p>
      <w:pPr>
        <w:jc w:val="right"/>
      </w:pPr>
      <w:r>
        <w:t>یہ جو چ</w:t>
      </w:r>
    </w:p>
    <w:p>
      <w:r>
        <w:rPr>
          <w:b/>
        </w:rPr>
        <w:t xml:space="preserve">[37:27] </w:t>
      </w:r>
      <w:r>
        <w:t>shama hai, yeh jo system hai nature ka, yeh sab aap ke liye sirat-e-mustaqeem bata raha hai</w:t>
      </w:r>
    </w:p>
    <w:p>
      <w:pPr>
        <w:jc w:val="right"/>
      </w:pPr>
      <w:r>
        <w:t>شمہ ہے، یہ جو سسٹم ہے نیچر کا، یہ سب آپ کے لیے صراط مستقیم بتا رہا ہے</w:t>
      </w:r>
    </w:p>
    <w:p>
      <w:r>
        <w:rPr>
          <w:b/>
        </w:rPr>
        <w:t xml:space="preserve">[37:35] </w:t>
      </w:r>
      <w:r>
        <w:t>ke is duniya mein tum ko apna safar karna hai to lad kar mat karo.</w:t>
      </w:r>
    </w:p>
    <w:p>
      <w:pPr>
        <w:jc w:val="right"/>
      </w:pPr>
      <w:r>
        <w:t>کہ اس دنیا میں تم کو اپنا سفر کرنا ہے تو لڑ کر مت کرو۔</w:t>
      </w:r>
    </w:p>
    <w:p>
      <w:r>
        <w:rPr>
          <w:b/>
        </w:rPr>
        <w:t xml:space="preserve">[37:42] </w:t>
      </w:r>
      <w:r>
        <w:t>lad kar mat karo.</w:t>
      </w:r>
    </w:p>
    <w:p>
      <w:pPr>
        <w:jc w:val="right"/>
      </w:pPr>
      <w:r>
        <w:t>لڑ کے مت کرو۔</w:t>
      </w:r>
    </w:p>
    <w:p>
      <w:r>
        <w:rPr>
          <w:b/>
        </w:rPr>
        <w:t xml:space="preserve">[37:50] </w:t>
      </w:r>
      <w:r>
        <w:t>travel ko, masail ko, ab masail ko ya</w:t>
      </w:r>
    </w:p>
    <w:p>
      <w:pPr>
        <w:jc w:val="right"/>
      </w:pPr>
      <w:r>
        <w:t>ٹریول کو، مسائل کو، اب مسائل کو یا</w:t>
      </w:r>
    </w:p>
    <w:p>
      <w:r>
        <w:rPr>
          <w:b/>
        </w:rPr>
        <w:t xml:space="preserve">[37:58] </w:t>
      </w:r>
      <w:r>
        <w:t>mushkilat ko avoid karo.</w:t>
      </w:r>
    </w:p>
    <w:p>
      <w:pPr>
        <w:jc w:val="right"/>
      </w:pPr>
      <w:r>
        <w:t>مشکلات کو اوائڈ کرو۔</w:t>
      </w:r>
    </w:p>
    <w:p>
      <w:r>
        <w:rPr>
          <w:b/>
        </w:rPr>
        <w:t xml:space="preserve">[38:04] </w:t>
      </w:r>
      <w:r>
        <w:t>yani is ko side pe kar do to tum ko rasta nikal ayega.</w:t>
      </w:r>
    </w:p>
    <w:p>
      <w:pPr>
        <w:jc w:val="right"/>
      </w:pPr>
      <w:r>
        <w:t>یعنی اس کو سائیڈ پہ کر دو تو تم کو راستہ نکل آئے گا۔</w:t>
      </w:r>
    </w:p>
    <w:p>
      <w:r>
        <w:rPr>
          <w:b/>
        </w:rPr>
        <w:t xml:space="preserve">[38:10] </w:t>
      </w:r>
      <w:r>
        <w:t>یہی وہی چیز کو میں نے ایک بار تو لکھا تھا کہ Avoid the problem, avail the opportunities.</w:t>
      </w:r>
    </w:p>
    <w:p>
      <w:pPr>
        <w:jc w:val="right"/>
      </w:pPr>
      <w:r>
        <w:t>یہی وہی چیز کو میں نے ایک بار تو لکھا تھا کہ کہ اوائڈ دا پرابلم، اویل دا اپرچونیٹیز۔</w:t>
      </w:r>
    </w:p>
    <w:p>
      <w:r>
        <w:rPr>
          <w:b/>
        </w:rPr>
        <w:t xml:space="preserve">[38:16] </w:t>
      </w:r>
      <w:r>
        <w:t>Avoid the problem, avail the opportunities.</w:t>
      </w:r>
    </w:p>
    <w:p>
      <w:pPr>
        <w:jc w:val="right"/>
      </w:pPr>
      <w:r>
        <w:t>اوائڈ دا پرابلم، اویل دا اپرچونیٹیز۔</w:t>
      </w:r>
    </w:p>
    <w:p>
      <w:r>
        <w:rPr>
          <w:b/>
        </w:rPr>
        <w:t xml:space="preserve">[38:23] </w:t>
      </w:r>
      <w:r>
        <w:t>yani jahan aap ko</w:t>
      </w:r>
    </w:p>
    <w:p>
      <w:pPr>
        <w:jc w:val="right"/>
      </w:pPr>
      <w:r>
        <w:t>یعنی جہاں آپ کو</w:t>
      </w:r>
    </w:p>
    <w:p>
      <w:r>
        <w:rPr>
          <w:b/>
        </w:rPr>
        <w:t xml:space="preserve">[38:29] </w:t>
      </w:r>
      <w:r>
        <w:t>dikhai par raha hai ke yahan par masla hai, problem hai, pathar ki shakal mein, theek wahin par</w:t>
      </w:r>
    </w:p>
    <w:p>
      <w:pPr>
        <w:jc w:val="right"/>
      </w:pPr>
      <w:r>
        <w:t>دکھائی پڑ رہا ہے کہ یہاں پر مسئلہ ہے، پرابلم ہے، پتھر کی شکل میں، ٹھیک وہیں پر</w:t>
      </w:r>
    </w:p>
    <w:p>
      <w:r>
        <w:rPr>
          <w:b/>
        </w:rPr>
        <w:t xml:space="preserve">[38:36] </w:t>
      </w:r>
      <w:r>
        <w:t>aap ke rasta bhi hai.</w:t>
      </w:r>
    </w:p>
    <w:p>
      <w:pPr>
        <w:jc w:val="right"/>
      </w:pPr>
      <w:r>
        <w:t>آپ کے راستہ بھی ہے۔</w:t>
      </w:r>
    </w:p>
    <w:p>
      <w:r>
        <w:rPr>
          <w:b/>
        </w:rPr>
        <w:t xml:space="preserve">[38:44] </w:t>
      </w:r>
      <w:r>
        <w:t>to aap kyun ladte hain? pathar se ladte kyun hain? pathar ko avoid karte hue jo rasta wahan</w:t>
      </w:r>
    </w:p>
    <w:p>
      <w:pPr>
        <w:jc w:val="right"/>
      </w:pPr>
      <w:r>
        <w:t>تو آپ کیوں لڑتے ہیں؟ پتھر سے لڑتے کیوں ہیں؟ پتھر کو اوائڈ کرتے ہوئے جو راستہ وہاں</w:t>
      </w:r>
    </w:p>
    <w:p>
      <w:r>
        <w:rPr>
          <w:b/>
        </w:rPr>
        <w:t xml:space="preserve">[38:51] </w:t>
      </w:r>
      <w:r>
        <w:t>mojud hai, us raste ko ikhtiyar kijiye. yeh k</w:t>
      </w:r>
    </w:p>
    <w:p>
      <w:pPr>
        <w:jc w:val="right"/>
      </w:pPr>
      <w:r>
        <w:t>موجود ہے، اس راستے کو اختیار کیجئے۔ یہ ک</w:t>
      </w:r>
    </w:p>
    <w:p>
      <w:r>
        <w:rPr>
          <w:b/>
        </w:rPr>
        <w:t xml:space="preserve">[38:59] </w:t>
      </w:r>
      <w:r>
        <w:t>reater aap ko subah shaam bata raha hai fitrat ki sirat-e-mustaqeem.</w:t>
      </w:r>
    </w:p>
    <w:p>
      <w:pPr>
        <w:jc w:val="right"/>
      </w:pPr>
      <w:r>
        <w:t>ریٹر آپ کو صبح شام بتا رہا ہے فطرت کی صراط مستقیم۔</w:t>
      </w:r>
    </w:p>
    <w:p>
      <w:r>
        <w:rPr>
          <w:b/>
        </w:rPr>
        <w:t xml:space="preserve">[39:09] </w:t>
      </w:r>
      <w:r>
        <w:t>to aap jab waada parhte hain, ihdina al-sirat al-mustaqeem, to is ka ek pehlu hai sharai, doosra pehlu hai fitri.</w:t>
      </w:r>
    </w:p>
    <w:p>
      <w:pPr>
        <w:jc w:val="right"/>
      </w:pPr>
      <w:r>
        <w:t>تو آپ جب وعدہ پڑھتے ہیں، اہدنا الصراط المستقیم، تو اس کا ایک پہلو ہے شرعی، دوسرا پہلو ہے فطری۔</w:t>
      </w:r>
    </w:p>
    <w:p>
      <w:r>
        <w:rPr>
          <w:b/>
        </w:rPr>
        <w:t xml:space="preserve">[39:19] </w:t>
      </w:r>
      <w:r>
        <w:t>to agar aap ne fitrat ke satah par jo aap ko sabak diya ja raha hai khalq ki taraf se</w:t>
      </w:r>
    </w:p>
    <w:p>
      <w:pPr>
        <w:jc w:val="right"/>
      </w:pPr>
      <w:r>
        <w:t>تو اگر آپ نے فطرت کے سطح پر جو آپ کو سبق دیا جا رہا ہے خالق کی طرف سے</w:t>
      </w:r>
    </w:p>
    <w:p>
      <w:r>
        <w:rPr>
          <w:b/>
        </w:rPr>
        <w:t xml:space="preserve">[39:29] </w:t>
      </w:r>
      <w:r>
        <w:t>, us ko aap ne ikhtiyar na kiya to aap se poocha jayega.</w:t>
      </w:r>
    </w:p>
    <w:p>
      <w:pPr>
        <w:jc w:val="right"/>
      </w:pPr>
      <w:r>
        <w:t>، اس کو آپ نے اختیار نہ کیا تو آپ سے پوچھا جائے گا۔</w:t>
      </w:r>
    </w:p>
    <w:p>
      <w:r>
        <w:rPr>
          <w:b/>
        </w:rPr>
        <w:t xml:space="preserve">[39:35] </w:t>
      </w:r>
      <w:r>
        <w:t>poocha jayega akhirat mein to kiya jawab doge? aap is ko duniya mein samajh lijiye kyunke</w:t>
      </w:r>
    </w:p>
    <w:p>
      <w:pPr>
        <w:jc w:val="right"/>
      </w:pPr>
      <w:r>
        <w:t>پوچھا جائے گا آخرت میں تو کیا جواب دو گے؟ آپ اس کو دنیا میں سمجھ لیجئے کیونکہ</w:t>
      </w:r>
    </w:p>
    <w:p>
      <w:r>
        <w:rPr>
          <w:b/>
        </w:rPr>
        <w:t xml:space="preserve">[39:41] </w:t>
      </w:r>
      <w:r>
        <w:t>aap ki sari jud-o-jihad jo ho rahi hai, 60 saal se zyada se, is se aap ko sirf</w:t>
      </w:r>
    </w:p>
    <w:p>
      <w:pPr>
        <w:jc w:val="right"/>
      </w:pPr>
      <w:r>
        <w:t>آپ کی ساری جدوجہد جو ہو رہی ہے، 60 سال سے زیادہ سے، اس سے آپ کو صرف</w:t>
      </w:r>
    </w:p>
    <w:p>
      <w:r>
        <w:rPr>
          <w:b/>
        </w:rPr>
        <w:t xml:space="preserve">[39:48] </w:t>
      </w:r>
      <w:r>
        <w:t>tabahi ka sabaq hi nahin mila.</w:t>
      </w:r>
    </w:p>
    <w:p>
      <w:pPr>
        <w:jc w:val="right"/>
      </w:pPr>
      <w:r>
        <w:t>تباہی کا سبق ہی نہیں ملا۔</w:t>
      </w:r>
    </w:p>
    <w:p>
      <w:r>
        <w:rPr>
          <w:b/>
        </w:rPr>
        <w:t xml:space="preserve">[39:54] </w:t>
      </w:r>
      <w:r>
        <w:t>yahi jawab hai ke tum fitrat ke isharat se jab hatoge to tum ko</w:t>
      </w:r>
    </w:p>
    <w:p>
      <w:pPr>
        <w:jc w:val="right"/>
      </w:pPr>
      <w:r>
        <w:t>یہی جواب ہے کہ تم فطرت کے اشارات سے جب ہٹو گے تو تم کو</w:t>
      </w:r>
    </w:p>
    <w:p>
      <w:r>
        <w:rPr>
          <w:b/>
        </w:rPr>
        <w:t xml:space="preserve">[40:00] </w:t>
      </w:r>
      <w:r>
        <w:t>tabahi ke siwa kuch aur milne wala nahin hai.</w:t>
      </w:r>
    </w:p>
    <w:p>
      <w:pPr>
        <w:jc w:val="right"/>
      </w:pPr>
      <w:r>
        <w:t>تباہی کے سوا کچھ اور ملنے والا نہیں ہے۔</w:t>
      </w:r>
    </w:p>
    <w:p>
      <w:r>
        <w:rPr>
          <w:b/>
        </w:rPr>
        <w:t xml:space="preserve">[40:05] </w:t>
      </w:r>
      <w:r>
        <w:t>yeh Allah rab ul alameen ki taraf se aap ko jawab diya ja raha hai ke tum 60 baras</w:t>
      </w:r>
    </w:p>
    <w:p>
      <w:pPr>
        <w:jc w:val="right"/>
      </w:pPr>
      <w:r>
        <w:t>یہ اللہ رب العالمین کی طرف سے آپ کو جواب دیا جا رہا ہے کہ تم 60 برس</w:t>
      </w:r>
    </w:p>
    <w:p>
      <w:r>
        <w:rPr>
          <w:b/>
        </w:rPr>
        <w:t xml:space="preserve">[40:10] </w:t>
      </w:r>
      <w:r>
        <w:t>se zyada ho gaye aur tum takra rahe ho, mila kuch nahin.</w:t>
      </w:r>
    </w:p>
    <w:p>
      <w:pPr>
        <w:jc w:val="right"/>
      </w:pPr>
      <w:r>
        <w:t>سے زیادہ ہو گئے اور تم ٹکرا رہے ہو، ملا کچھ نہیں۔</w:t>
      </w:r>
    </w:p>
    <w:p>
      <w:r>
        <w:rPr>
          <w:b/>
        </w:rPr>
        <w:t xml:space="preserve">[40:15] </w:t>
      </w:r>
      <w:r>
        <w:t>is mani ka, is mani ka chodo is ko.</w:t>
      </w:r>
    </w:p>
    <w:p>
      <w:pPr>
        <w:jc w:val="right"/>
      </w:pPr>
      <w:r>
        <w:t>اس معنی کا، اس معنی کا چھوڑو اس کو۔</w:t>
      </w:r>
    </w:p>
    <w:p>
      <w:r>
        <w:rPr>
          <w:b/>
        </w:rPr>
        <w:t xml:space="preserve">[40:21] </w:t>
      </w:r>
      <w:r>
        <w:t>is ko chodo.</w:t>
      </w:r>
    </w:p>
    <w:p>
      <w:pPr>
        <w:jc w:val="right"/>
      </w:pPr>
      <w:r>
        <w:t>اس کو چھوڑو۔</w:t>
      </w:r>
    </w:p>
    <w:p>
      <w:r>
        <w:rPr>
          <w:b/>
        </w:rPr>
        <w:t xml:space="preserve">[40:26] </w:t>
      </w:r>
      <w:r>
        <w:t>you turn lo.</w:t>
      </w:r>
    </w:p>
    <w:p>
      <w:pPr>
        <w:jc w:val="right"/>
      </w:pPr>
      <w:r>
        <w:t>یو ٹرن لو۔</w:t>
      </w:r>
    </w:p>
    <w:p>
      <w:r>
        <w:rPr>
          <w:b/>
        </w:rPr>
        <w:t xml:space="preserve">[40:31] </w:t>
      </w:r>
      <w:r>
        <w:t>aman ka rasta ikhtiyar karo.</w:t>
      </w:r>
    </w:p>
    <w:p>
      <w:pPr>
        <w:jc w:val="right"/>
      </w:pPr>
      <w:r>
        <w:t>امن کا راستہ اختیار کرو۔</w:t>
      </w:r>
    </w:p>
    <w:p>
      <w:r>
        <w:rPr>
          <w:b/>
        </w:rPr>
        <w:t xml:space="preserve">[40:37] </w:t>
      </w:r>
      <w:r>
        <w:t>to behrhaal yeh jo kashmir mein naya rujhan samne aaya hai, mein is ke liye dua karta hoon.</w:t>
      </w:r>
    </w:p>
    <w:p>
      <w:pPr>
        <w:jc w:val="right"/>
      </w:pPr>
      <w:r>
        <w:t>تو بہرحال یہ جو کشمیر میں نیا رجحان سامنے آیا ہے، میں اس کے لیے دعا کرتا ہوں۔</w:t>
      </w:r>
    </w:p>
    <w:p>
      <w:r>
        <w:rPr>
          <w:b/>
        </w:rPr>
        <w:t xml:space="preserve">[40:45] </w:t>
      </w:r>
      <w:r>
        <w:t>Allah taala khoob khoob madad farmaye.</w:t>
      </w:r>
    </w:p>
    <w:p>
      <w:pPr>
        <w:jc w:val="right"/>
      </w:pPr>
      <w:r>
        <w:t>اللہ تعالیٰ خوب خوب مدد فرمائے۔</w:t>
      </w:r>
    </w:p>
    <w:p>
      <w:r>
        <w:rPr>
          <w:b/>
        </w:rPr>
        <w:t xml:space="preserve">[40:53] </w:t>
      </w:r>
      <w:r>
        <w:t>yeh rujhan khoob barhe.</w:t>
      </w:r>
    </w:p>
    <w:p>
      <w:pPr>
        <w:jc w:val="right"/>
      </w:pPr>
      <w:r>
        <w:t>یہ رجحان خوب بڑھے۔</w:t>
      </w:r>
    </w:p>
    <w:p>
      <w:r>
        <w:rPr>
          <w:b/>
        </w:rPr>
        <w:t xml:space="preserve">[41:00] </w:t>
      </w:r>
      <w:r>
        <w:t>aur yaad rakhiye, agar kashmiri is mein qaim ho ho gaye to Allah ki madad kashmiron par toot padegi.</w:t>
      </w:r>
    </w:p>
    <w:p>
      <w:pPr>
        <w:jc w:val="right"/>
      </w:pPr>
      <w:r>
        <w:t>اور یاد رکھیے، اگر کشمیری اس میں قائم ہو ہو گئے تو اللہ کی مدد کشمیروں پر ٹوٹ پڑے گی۔</w:t>
      </w:r>
    </w:p>
    <w:p>
      <w:r>
        <w:rPr>
          <w:b/>
        </w:rPr>
        <w:t xml:space="preserve">[41:08] </w:t>
      </w:r>
      <w:r>
        <w:t>yani kashmiron ne aman ka rasta pakra, agar yani violence ka rasta chhod kar aman ka rasta agar</w:t>
      </w:r>
    </w:p>
    <w:p>
      <w:pPr>
        <w:jc w:val="right"/>
      </w:pPr>
      <w:r>
        <w:t>یعنی کشمیروں نے امن کا راستہ پکڑا، اگر یعنی وائیلنس کا راستہ چھوڑ کر امن کا راستہ اگر</w:t>
      </w:r>
    </w:p>
    <w:p>
      <w:r>
        <w:rPr>
          <w:b/>
        </w:rPr>
        <w:t xml:space="preserve">[41:18] </w:t>
      </w:r>
      <w:r>
        <w:t>pakra to Allah ki madad toot padegi un ke upar.</w:t>
      </w:r>
    </w:p>
    <w:p>
      <w:pPr>
        <w:jc w:val="right"/>
      </w:pPr>
      <w:r>
        <w:t>پکڑا تو اللہ کی مدد ٹوٹ پڑے گی ان کے اوپر۔</w:t>
      </w:r>
    </w:p>
    <w:p>
      <w:r>
        <w:rPr>
          <w:b/>
        </w:rPr>
        <w:t xml:space="preserve">[41:28] </w:t>
      </w:r>
      <w:r>
        <w:t>phir sare raste khul jayenge un ke liye, bachchon ke liye education, logon ke liye business,</w:t>
      </w:r>
    </w:p>
    <w:p>
      <w:pPr>
        <w:jc w:val="right"/>
      </w:pPr>
      <w:r>
        <w:t>پھر سارے راستے کھل جائیں گے ان کے لیے، بچوں کے لیے ایجوکیشن، لوگوں کے لیے بزنس،</w:t>
      </w:r>
    </w:p>
    <w:p>
      <w:r>
        <w:rPr>
          <w:b/>
        </w:rPr>
        <w:t xml:space="preserve">[41:39] </w:t>
      </w:r>
      <w:r>
        <w:t>aur logon ke liye dawat, siyahon ke liye tourism, sab raste khul jayenge.</w:t>
      </w:r>
    </w:p>
    <w:p>
      <w:pPr>
        <w:jc w:val="right"/>
      </w:pPr>
      <w:r>
        <w:t>اور لوگوں کے لیے دعوت، سیاحوں کے لیے ٹورزم، سب راستے کھل جائیں گے۔</w:t>
      </w:r>
    </w:p>
    <w:p>
      <w:r>
        <w:rPr>
          <w:b/>
        </w:rPr>
        <w:t xml:space="preserve">[41:46] </w:t>
      </w:r>
      <w:r>
        <w:t>phir kashmir goya asia ka switzerland ban jayega.</w:t>
      </w:r>
    </w:p>
    <w:p>
      <w:pPr>
        <w:jc w:val="right"/>
      </w:pPr>
      <w:r>
        <w:t>پھر کشمیر گویا ایشیا کا سویٹزرلینڈ بن جائے گا۔</w:t>
      </w:r>
    </w:p>
    <w:p>
      <w:r>
        <w:rPr>
          <w:b/>
        </w:rPr>
        <w:t xml:space="preserve">[41:54] </w:t>
      </w:r>
      <w:r>
        <w:t>kashmir goya asia ka switzerland ban jayega.</w:t>
      </w:r>
    </w:p>
    <w:p>
      <w:pPr>
        <w:jc w:val="right"/>
      </w:pPr>
      <w:r>
        <w:t>کشمیر گویا ایشیا کا سویٹزرلینڈ بن جائے گا۔</w:t>
      </w:r>
    </w:p>
    <w:p>
      <w:r>
        <w:rPr>
          <w:b/>
        </w:rPr>
        <w:t xml:space="preserve">[42:01] </w:t>
      </w:r>
      <w:r>
        <w:t>to mein yeh kahunga ke kashmir ke log jo hain, ab un</w:t>
      </w:r>
    </w:p>
    <w:p>
      <w:pPr>
        <w:jc w:val="right"/>
      </w:pPr>
      <w:r>
        <w:t>تو میں یہ کہوں گا کہ کشمیر کے لوگ جو ہیں، اب ان</w:t>
      </w:r>
    </w:p>
    <w:p>
      <w:r>
        <w:rPr>
          <w:b/>
        </w:rPr>
        <w:t xml:space="preserve">[42:09] </w:t>
      </w:r>
      <w:r>
        <w:t>san kya kehta hai, is ko dekha hi nahin.</w:t>
      </w:r>
    </w:p>
    <w:p>
      <w:pPr>
        <w:jc w:val="right"/>
      </w:pPr>
      <w:r>
        <w:t>سان کیا کہتا ہے، اس کو دیکھا ہی نہیں۔</w:t>
      </w:r>
    </w:p>
    <w:p>
      <w:r>
        <w:rPr>
          <w:b/>
        </w:rPr>
        <w:t xml:space="preserve">[42:13] </w:t>
      </w:r>
      <w:r>
        <w:t>woh Allah ne kya kaha, woh dekho.</w:t>
      </w:r>
    </w:p>
    <w:p>
      <w:pPr>
        <w:jc w:val="right"/>
      </w:pPr>
      <w:r>
        <w:t>وہ اللہ نے کیا کہا، وہ دیکھو۔</w:t>
      </w:r>
    </w:p>
    <w:p>
      <w:r>
        <w:rPr>
          <w:b/>
        </w:rPr>
        <w:t xml:space="preserve">[42:18] </w:t>
      </w:r>
      <w:r>
        <w:t>woh Allah par bharosa karen.</w:t>
      </w:r>
    </w:p>
    <w:p>
      <w:pPr>
        <w:jc w:val="right"/>
      </w:pPr>
      <w:r>
        <w:t>وہ اللہ پر بھروسہ کریں۔</w:t>
      </w:r>
    </w:p>
    <w:p>
      <w:r>
        <w:rPr>
          <w:b/>
        </w:rPr>
        <w:t xml:space="preserve">[42:22] </w:t>
      </w:r>
      <w:r>
        <w:t>leaderon ki baaton ko sunein hi nahin.</w:t>
      </w:r>
    </w:p>
    <w:p>
      <w:pPr>
        <w:jc w:val="right"/>
      </w:pPr>
      <w:r>
        <w:t>لیڈروں کی باتوں کو سنیں ہی نہیں۔</w:t>
      </w:r>
    </w:p>
    <w:p>
      <w:r>
        <w:rPr>
          <w:b/>
        </w:rPr>
        <w:t xml:space="preserve">[42:27] </w:t>
      </w:r>
      <w:r>
        <w:t>leader leaderon ki baaton ko sunein hi nahin.</w:t>
      </w:r>
    </w:p>
    <w:p>
      <w:pPr>
        <w:jc w:val="right"/>
      </w:pPr>
      <w:r>
        <w:t>لیڈر لیڈروں کی باتوں کو سنیں ہی نہیں۔</w:t>
      </w:r>
    </w:p>
    <w:p>
      <w:r>
        <w:rPr>
          <w:b/>
        </w:rPr>
        <w:t xml:space="preserve">[42:31] </w:t>
      </w:r>
      <w:r>
        <w:t>sirf woh baatein sunein jo Allah ne batai hain aur Rasool Allah salallaho alaihe wasallam ne batai</w:t>
      </w:r>
    </w:p>
    <w:p>
      <w:pPr>
        <w:jc w:val="right"/>
      </w:pPr>
      <w:r>
        <w:t>صرف وہ باتیں سنیں جو اللہ نے بتائی ہیں اور رسول اللہ صلی اللہ علیہ وسلم نے بتائی</w:t>
      </w:r>
    </w:p>
    <w:p>
      <w:r>
        <w:rPr>
          <w:b/>
        </w:rPr>
        <w:t xml:space="preserve">[42:36] </w:t>
      </w:r>
      <w:r>
        <w:t>hain, Allah ki</w:t>
      </w:r>
    </w:p>
    <w:p>
      <w:pPr>
        <w:jc w:val="right"/>
      </w:pPr>
      <w:r>
        <w:t>ہیں، اللہ کی</w:t>
      </w:r>
    </w:p>
    <w:p>
      <w:r>
        <w:rPr>
          <w:b/>
        </w:rPr>
        <w:t xml:space="preserve">[42:40] </w:t>
      </w:r>
      <w:r>
        <w:t>taufeeq se.</w:t>
      </w:r>
    </w:p>
    <w:p>
      <w:pPr>
        <w:jc w:val="right"/>
      </w:pPr>
      <w:r>
        <w:t>توفیق سے۔</w:t>
      </w:r>
    </w:p>
    <w:p>
      <w:r>
        <w:rPr>
          <w:b/>
        </w:rPr>
        <w:t xml:space="preserve">[42:48] </w:t>
      </w:r>
      <w:r>
        <w:t>jaise misaal ke taur par dekhiye, ek hadees hai: "Inna Allaha yu'ti 'ala ar-rifqi ma la yu'ti 'ala al-'unfi".</w:t>
      </w:r>
    </w:p>
    <w:p>
      <w:pPr>
        <w:jc w:val="right"/>
      </w:pPr>
      <w:r>
        <w:t>جیسے مثال کے طور پر دیکھیے، ایک حدیث ہے: "إن الله يؤتي على الرفق مالا يؤتي على العنف"۔</w:t>
      </w:r>
    </w:p>
    <w:p>
      <w:r>
        <w:rPr>
          <w:b/>
        </w:rPr>
        <w:t xml:space="preserve">[42:56] </w:t>
      </w:r>
      <w:r>
        <w:t>yeh hadees Rasool hai: "Inna Allaha yu'ti 'ala ar-rifqi ma la yu'ti 'ala al-'unfi".</w:t>
      </w:r>
    </w:p>
    <w:p>
      <w:pPr>
        <w:jc w:val="right"/>
      </w:pPr>
      <w:r>
        <w:t>یہ حدیث رسول ہے: "إن الله يؤتي على الرفق مالا يؤتي على العنف"۔</w:t>
      </w:r>
    </w:p>
    <w:p>
      <w:r>
        <w:rPr>
          <w:b/>
        </w:rPr>
        <w:t xml:space="preserve">[43:03] </w:t>
      </w:r>
      <w:r>
        <w:t>اس کا مطلب کیا ہے؟ "God grants to peace what He doesn't grant to violence".</w:t>
      </w:r>
    </w:p>
    <w:p>
      <w:pPr>
        <w:jc w:val="right"/>
      </w:pPr>
      <w:r>
        <w:t>اس کا مطلب کیا ہے؟ "گاڈ گرانٹس ٹو پیس، واٹ ہی ڈز گرانٹ ٹو وائیلنس"۔</w:t>
      </w:r>
    </w:p>
    <w:p>
      <w:r>
        <w:rPr>
          <w:b/>
        </w:rPr>
        <w:t xml:space="preserve">[43:11] </w:t>
      </w:r>
      <w:r>
        <w:t>yeh aelan hai allah rab al alameen ki taraf se ke allah tum ko aman par woh cheez de ga jo tum ko violence mein milne wali nahi. aman tum ko woh cheez mile gi jo tum ko violence par milne wali nahi. to kashmiri ke log, falasteen ke log, bohat lambe muddat se violence ka tajurba kar chuke hain. ab to</w:t>
      </w:r>
    </w:p>
    <w:p>
      <w:pPr>
        <w:jc w:val="right"/>
      </w:pPr>
      <w:r>
        <w:t>یہ اعلان ہے اللہ رب العالمین کی طرف سے کہ اللہ تم کو امن پر وہ چیز دے گا جو تم کو وائیلنس میں ملنے والی نہیں۔ امن تم کو وہ چیز ملے گی جو تم کو وائیلنس پر ملنے والی نہیں۔ تو کشمیری کے لوگ، فلسطین کے لوگ، بہت لمبے مدت سے وائیلنس کا تجربہ کر چکے ہیں۔ اب تو</w:t>
      </w:r>
    </w:p>
    <w:p>
      <w:r>
        <w:rPr>
          <w:b/>
        </w:rPr>
        <w:t xml:space="preserve">[43:41] </w:t>
      </w:r>
      <w:r>
        <w:t>inhone peace ka tajurba karna hai aur inshallah woh tajurba shuru ho gaya hai.</w:t>
      </w:r>
    </w:p>
    <w:p>
      <w:pPr>
        <w:jc w:val="right"/>
      </w:pPr>
      <w:r>
        <w:t>انہیں پیس کا تجربہ کرنا ہے اور انشاءاللہ وہ تجربہ شروع ہو گیا ہے۔</w:t>
      </w:r>
    </w:p>
    <w:p>
      <w:r>
        <w:rPr>
          <w:b/>
        </w:rPr>
        <w:t xml:space="preserve">[43:49] </w:t>
      </w:r>
      <w:r>
        <w:t>to meri dua hai ke Allah taala Kashmiriyon ko aur isi tarah Filastiniyon ko taufeeq de ke woh</w:t>
      </w:r>
    </w:p>
    <w:p>
      <w:pPr>
        <w:jc w:val="right"/>
      </w:pPr>
      <w:r>
        <w:t>تو میری دعا ہے کہ اللہ تعالیٰ کشمیریوں کو اور اسی طرح فلسطینیوں کو توفیق دے کہ وہ</w:t>
      </w:r>
    </w:p>
    <w:p>
      <w:r>
        <w:rPr>
          <w:b/>
        </w:rPr>
        <w:t xml:space="preserve">[43:57] </w:t>
      </w:r>
      <w:r>
        <w:t>tassaddud ko chhoden aur peace ka tareeqa ikhtiyar karen.</w:t>
      </w:r>
    </w:p>
    <w:p>
      <w:pPr>
        <w:jc w:val="right"/>
      </w:pPr>
      <w:r>
        <w:t>تشدد کو چھوڑیں اور پیس کا طریقہ اختیار کریں۔</w:t>
      </w:r>
    </w:p>
    <w:p>
      <w:r>
        <w:rPr>
          <w:b/>
        </w:rPr>
        <w:t xml:space="preserve">[44:04] </w:t>
      </w:r>
      <w:r>
        <w:t>aur phir nusrat-e-khudawandi un par toot padegi.</w:t>
      </w:r>
    </w:p>
    <w:p>
      <w:pPr>
        <w:jc w:val="right"/>
      </w:pPr>
      <w:r>
        <w:t>اور پھر نصرت خداوندی ان پر ٹوٹ پڑے گی۔</w:t>
      </w:r>
    </w:p>
    <w:p>
      <w:r>
        <w:rPr>
          <w:b/>
        </w:rPr>
        <w:t xml:space="preserve">[44:12] </w:t>
      </w:r>
      <w:r>
        <w:t>Assalamu Alaikum wa Rahmatullahi.</w:t>
      </w:r>
    </w:p>
    <w:p>
      <w:pPr>
        <w:jc w:val="right"/>
      </w:pPr>
      <w:r>
        <w:t>السلام علیکم ورحمۃ اللہ۔</w:t>
      </w:r>
    </w:p>
    <w:p>
      <w:r>
        <w:rPr>
          <w:b/>
        </w:rPr>
        <w:t xml:space="preserve">[44:20] </w:t>
      </w:r>
      <w:r>
        <w:t>Okay, we'll be starting with the question answer session now.</w:t>
      </w:r>
    </w:p>
    <w:p>
      <w:pPr>
        <w:jc w:val="right"/>
      </w:pPr>
      <w:r>
        <w:t>اوکے، ویل بی سٹارٹنگ ود دی کوئسچن انسر سیشن ناو۔</w:t>
      </w:r>
    </w:p>
    <w:p>
      <w:r>
        <w:rPr>
          <w:b/>
        </w:rPr>
        <w:t xml:space="preserve">[44:25] </w:t>
      </w:r>
      <w:r>
        <w:t>We request all the online viewers to send their questions on info@cpsglobal</w:t>
      </w:r>
    </w:p>
    <w:p>
      <w:pPr>
        <w:jc w:val="right"/>
      </w:pPr>
      <w:r>
        <w:t>وی ریکویسٹ آل دی آن لائن ویورز ٹو سینڈ دیر کوئسچنز آن انفو ایٹ سی پی ایس گلوبل</w:t>
      </w:r>
    </w:p>
    <w:p>
      <w:r>
        <w:rPr>
          <w:b/>
        </w:rPr>
        <w:t xml:space="preserve">[44:31] </w:t>
      </w:r>
      <w:r>
        <w:t>dot org.</w:t>
      </w:r>
    </w:p>
    <w:p>
      <w:pPr>
        <w:jc w:val="right"/>
      </w:pPr>
      <w:r>
        <w:t>ڈاٹ او آر جی۔</w:t>
      </w:r>
    </w:p>
    <w:p>
      <w:r>
        <w:rPr>
          <w:b/>
        </w:rPr>
        <w:t xml:space="preserve">[44:36] </w:t>
      </w:r>
      <w:r>
        <w:t>People who are watching it on Facebook Live, please mention your location when you post your comments</w:t>
      </w:r>
    </w:p>
    <w:p>
      <w:pPr>
        <w:jc w:val="right"/>
      </w:pPr>
      <w:r>
        <w:t>پیپل ہو آر واچنگ اٹ آن فیس بک لائیو، پلیز مینشن یور لوکیشن وین یو پوسٹ یور کمنٹس</w:t>
      </w:r>
    </w:p>
    <w:p>
      <w:r>
        <w:rPr>
          <w:b/>
        </w:rPr>
        <w:t xml:space="preserve">[44:41] </w:t>
      </w:r>
      <w:r>
        <w:t>aur the questions.</w:t>
      </w:r>
    </w:p>
    <w:p>
      <w:pPr>
        <w:jc w:val="right"/>
      </w:pPr>
      <w:r>
        <w:t>اور دا کوئسچنز۔</w:t>
      </w:r>
    </w:p>
    <w:p>
      <w:r>
        <w:rPr>
          <w:b/>
        </w:rPr>
        <w:t xml:space="preserve">[44:46] </w:t>
      </w:r>
      <w:r>
        <w:t>Maulana, sawal lene se pehle kuch comments padhna chahenge jo aaj ke talk ke baad logon ne bheje hain. Miss Farhana</w:t>
      </w:r>
    </w:p>
    <w:p>
      <w:pPr>
        <w:jc w:val="right"/>
      </w:pPr>
      <w:r>
        <w:t>مولانا، سوال لینے سے پہلے کچھ کمنٹس پڑھنا چاہیں گے جو آج کے ٹاک کے بعد لوگوں نے بھیجے ہیں۔ مس فرحانہ</w:t>
      </w:r>
    </w:p>
    <w:p>
      <w:r>
        <w:rPr>
          <w:b/>
        </w:rPr>
        <w:t xml:space="preserve">[44:52] </w:t>
      </w:r>
      <w:r>
        <w:t>Miss Farhana Ansari ne Dallas, USA se comment bheja hai.</w:t>
      </w:r>
    </w:p>
    <w:p>
      <w:pPr>
        <w:jc w:val="right"/>
      </w:pPr>
      <w:r>
        <w:t>، مس فرحانہ انصاری نے ڈالس، یو ایس اے سے کمنٹ بھیجا ہے۔</w:t>
      </w:r>
    </w:p>
    <w:p>
      <w:r>
        <w:rPr>
          <w:b/>
        </w:rPr>
        <w:t xml:space="preserve">[44:58] </w:t>
      </w:r>
      <w:r>
        <w:t>unhone likha hai: "Maulana sahib, mere nana ne pachees saal pehle kaha tha ke Kashmiriyon ko ladai</w:t>
      </w:r>
    </w:p>
    <w:p>
      <w:pPr>
        <w:jc w:val="right"/>
      </w:pPr>
      <w:r>
        <w:t>انہوں نے لکھا ہے: "مولانا صاحب، میرے نانا نے پچیس سال پہلے کہا تھا کہ کشمیریوں کو لڑائی</w:t>
      </w:r>
    </w:p>
    <w:p>
      <w:r>
        <w:rPr>
          <w:b/>
        </w:rPr>
        <w:t xml:space="preserve">[45:04] </w:t>
      </w:r>
      <w:r>
        <w:t>chhod kar apne bachchon ko padhana chahiye taake ek behtar mustaqbil ki buniyad par yeh ho sake." aur</w:t>
      </w:r>
    </w:p>
    <w:p>
      <w:pPr>
        <w:jc w:val="right"/>
      </w:pPr>
      <w:r>
        <w:t>چھوڑ کر اپنے بچوں کو پڑھانا چاہیے تاکہ ایک بہتر مستقبل کی بنیاد پر یہ ہو سکے۔" اور</w:t>
      </w:r>
    </w:p>
    <w:p>
      <w:r>
        <w:rPr>
          <w:b/>
        </w:rPr>
        <w:t xml:space="preserve">[45:10] </w:t>
      </w:r>
      <w:r>
        <w:t>aaj aap ne yeh achhi khabar sunai hai.</w:t>
      </w:r>
    </w:p>
    <w:p>
      <w:pPr>
        <w:jc w:val="right"/>
      </w:pPr>
      <w:r>
        <w:t>آج آپ نے یہ اچھی خبر سنائی ہے۔</w:t>
      </w:r>
    </w:p>
    <w:p>
      <w:r>
        <w:rPr>
          <w:b/>
        </w:rPr>
        <w:t xml:space="preserve">[45:16] </w:t>
      </w:r>
      <w:r>
        <w:t>Allah kare Kashmir mein aman qaim ho aur Kashmiri musalman taraqqi karen.</w:t>
      </w:r>
    </w:p>
    <w:p>
      <w:pPr>
        <w:jc w:val="right"/>
      </w:pPr>
      <w:r>
        <w:t>اللہ کرے کشمیر میں امن قائم ہو اور کشمیری مسلمان ترقی کریں۔</w:t>
      </w:r>
    </w:p>
    <w:p>
      <w:r>
        <w:rPr>
          <w:b/>
        </w:rPr>
        <w:t xml:space="preserve">[45:22] </w:t>
      </w:r>
      <w:r>
        <w:t>inshallah.</w:t>
      </w:r>
    </w:p>
    <w:p>
      <w:pPr>
        <w:jc w:val="right"/>
      </w:pPr>
      <w:r>
        <w:t>انشاءاللہ۔</w:t>
      </w:r>
    </w:p>
    <w:p>
      <w:r>
        <w:rPr>
          <w:b/>
        </w:rPr>
        <w:t xml:space="preserve">[45:27] </w:t>
      </w:r>
      <w:r>
        <w:t>Aamir Mory sahib ne Kashmir se comment bheja hai.</w:t>
      </w:r>
    </w:p>
    <w:p>
      <w:pPr>
        <w:jc w:val="right"/>
      </w:pPr>
      <w:r>
        <w:t>عامر موری صاحب نے کشمیر سے کمنٹ بھیجا ہے۔</w:t>
      </w:r>
    </w:p>
    <w:p>
      <w:r>
        <w:rPr>
          <w:b/>
        </w:rPr>
        <w:t xml:space="preserve">[45:32] </w:t>
      </w:r>
      <w:r>
        <w:t>انہوں نے لکھا ہے: "We the people of Kashmir need to understand that you are a true well</w:t>
      </w:r>
    </w:p>
    <w:p>
      <w:pPr>
        <w:jc w:val="right"/>
      </w:pPr>
      <w:r>
        <w:t>انہوں نے لکھا ہے: "وی دا پیپل آف کشمیر نیڈ ٹو انڈرسٹینڈ دیٹ یو آر اے ٹرو ویل</w:t>
      </w:r>
    </w:p>
    <w:p>
      <w:r>
        <w:rPr>
          <w:b/>
        </w:rPr>
        <w:t xml:space="preserve">[45:37] </w:t>
      </w:r>
      <w:r>
        <w:t>usher of Kashmir, and we need to take your advice sincerely to bring happiness and peace in our</w:t>
      </w:r>
    </w:p>
    <w:p>
      <w:pPr>
        <w:jc w:val="right"/>
      </w:pPr>
      <w:r>
        <w:t>وشر آف کشمیر، اینڈ وی نیڈ ٹو ٹیک یور ایڈوائس سنسیرلی ٹو برنگ ہیپینس اینڈ پیس ان اور</w:t>
      </w:r>
    </w:p>
    <w:p>
      <w:r>
        <w:rPr>
          <w:b/>
        </w:rPr>
        <w:t xml:space="preserve">[45:42] </w:t>
      </w:r>
      <w:r>
        <w:t>life." I wish and pray to Allah that all your prayers and wishes for Kashmir come true. Amen. Insha'Allah.</w:t>
      </w:r>
    </w:p>
    <w:p>
      <w:pPr>
        <w:jc w:val="right"/>
      </w:pPr>
      <w:r>
        <w:t>لائف۔" آئی وش اینڈ پری ٹو اللہ دیٹ آل یور پریئرز اینڈ وشز فار کشمیر کم ٹرو۔ آمین۔ انشاءاللہ۔</w:t>
      </w:r>
    </w:p>
    <w:p>
      <w:r>
        <w:rPr>
          <w:b/>
        </w:rPr>
        <w:t xml:space="preserve">[45:47] </w:t>
      </w:r>
      <w:r>
        <w:t>Doctor Safeena Tab</w:t>
      </w:r>
    </w:p>
    <w:p>
      <w:pPr>
        <w:jc w:val="right"/>
      </w:pPr>
      <w:r>
        <w:t>ڈاکٹر سفینہ تب</w:t>
      </w:r>
    </w:p>
    <w:p>
      <w:r>
        <w:rPr>
          <w:b/>
        </w:rPr>
        <w:t xml:space="preserve">[45:52] </w:t>
      </w:r>
      <w:r>
        <w:t>Sam ne Dilli se likha hai: "Very true, Maulana Sahab.</w:t>
      </w:r>
    </w:p>
    <w:p>
      <w:pPr>
        <w:jc w:val="right"/>
      </w:pPr>
      <w:r>
        <w:t>سم نے دلی سے لکھا ہے: "ویری ٹرو، مولانا صاحب۔</w:t>
      </w:r>
    </w:p>
    <w:p>
      <w:r>
        <w:rPr>
          <w:b/>
        </w:rPr>
        <w:t xml:space="preserve">[45:58] </w:t>
      </w:r>
      <w:r>
        <w:t>May this dawn over Kashmir be the new beginning of a process which is long required by the Muslim world.</w:t>
      </w:r>
    </w:p>
    <w:p>
      <w:pPr>
        <w:jc w:val="right"/>
      </w:pPr>
      <w:r>
        <w:t>می دس ڈون اوور کشمیر بی دا نیو بگننگ آف اے پروسیس وچ از لانگ ریکوائرڈ بائی دا مسلم ورلڈ۔</w:t>
      </w:r>
    </w:p>
    <w:p>
      <w:r>
        <w:rPr>
          <w:b/>
        </w:rPr>
        <w:t xml:space="preserve">[46:04] </w:t>
      </w:r>
      <w:r>
        <w:t>"We deal with all violence completely so as to avail the blessing of God." Insha'Allah.</w:t>
      </w:r>
    </w:p>
    <w:p>
      <w:pPr>
        <w:jc w:val="right"/>
      </w:pPr>
      <w:r>
        <w:t>می دے آل شن وائیلنس کمپلیٹلی سو ایز ٹو اویل دا بلیسنگ آف گاڈ۔" انشاءاللہ۔</w:t>
      </w:r>
    </w:p>
    <w:p>
      <w:r>
        <w:rPr>
          <w:b/>
        </w:rPr>
        <w:t xml:space="preserve">[46:10] </w:t>
      </w:r>
      <w:r>
        <w:t>مس شبانہ انصاری نے پاکستان سے لکھا ہے: "مدو at the doorsteps of thy as a tourist۔</w:t>
      </w:r>
    </w:p>
    <w:p>
      <w:pPr>
        <w:jc w:val="right"/>
      </w:pPr>
      <w:r>
        <w:t>مس شبانہ انصاری نے پاکستان سے لکھا ہے: "مدو ایٹ دا ڈور سٹیپس آف دائی ایز اے ٹورسٹ۔</w:t>
      </w:r>
    </w:p>
    <w:p>
      <w:r>
        <w:rPr>
          <w:b/>
        </w:rPr>
        <w:t xml:space="preserve">[46:16] </w:t>
      </w:r>
      <w:r>
        <w:t>its a great blessing of Allah.</w:t>
      </w:r>
    </w:p>
    <w:p>
      <w:pPr>
        <w:jc w:val="right"/>
      </w:pPr>
      <w:r>
        <w:t>اٹس اے گریٹ بلیسنگ آف اللہ۔</w:t>
      </w:r>
    </w:p>
    <w:p>
      <w:r>
        <w:rPr>
          <w:b/>
        </w:rPr>
        <w:t xml:space="preserve">[46:22] </w:t>
      </w:r>
      <w:r>
        <w:t>we should not lose this opportunity as a dawah." Shams Tabrizi sahib ne Srinagar se likha hai:</w:t>
      </w:r>
    </w:p>
    <w:p>
      <w:pPr>
        <w:jc w:val="right"/>
      </w:pPr>
      <w:r>
        <w:t>وی شوڈ ناٹ لوز دس اپرچونیٹی ایز اے دائی۔" شمس تبریزی صاحب نے سری نگر سے لکھا ہے:</w:t>
      </w:r>
    </w:p>
    <w:p>
      <w:r>
        <w:rPr>
          <w:b/>
        </w:rPr>
        <w:t xml:space="preserve">[46:28] </w:t>
      </w:r>
      <w:r>
        <w:t>"To know about Maulana's ideology completely, you have to go through his all books.</w:t>
      </w:r>
    </w:p>
    <w:p>
      <w:pPr>
        <w:jc w:val="right"/>
      </w:pPr>
      <w:r>
        <w:t>"ٹو نو اباؤٹ مولانا آئیڈیالوجی کمپلیٹلی، یو ہیو ٹو گو تھرو ہز آل بکس۔</w:t>
      </w:r>
    </w:p>
    <w:p>
      <w:r>
        <w:rPr>
          <w:b/>
        </w:rPr>
        <w:t xml:space="preserve">[46:33] </w:t>
      </w:r>
      <w:r>
        <w:t>Only his ideology is workable in this age for Muslims.</w:t>
      </w:r>
    </w:p>
    <w:p>
      <w:pPr>
        <w:jc w:val="right"/>
      </w:pPr>
      <w:r>
        <w:t>اونلی ہز آئیڈیالوجی از ورکیبل ان دس ایج فار مسلمز۔</w:t>
      </w:r>
    </w:p>
    <w:p>
      <w:r>
        <w:rPr>
          <w:b/>
        </w:rPr>
        <w:t xml:space="preserve">[46:38] </w:t>
      </w:r>
      <w:r>
        <w:t>Those who label me as an agent of RSS are totally wrong.</w:t>
      </w:r>
    </w:p>
    <w:p>
      <w:pPr>
        <w:jc w:val="right"/>
      </w:pPr>
      <w:r>
        <w:t>دوز ہو لیبل ہم ایز این ایجنٹ آف آر ایس ایس آر ٹوٹلی رونگ۔</w:t>
      </w:r>
    </w:p>
    <w:p>
      <w:r>
        <w:rPr>
          <w:b/>
        </w:rPr>
        <w:t xml:space="preserve">[46:43] </w:t>
      </w:r>
      <w:r>
        <w:t>its baseless accusation.</w:t>
      </w:r>
    </w:p>
    <w:p>
      <w:pPr>
        <w:jc w:val="right"/>
      </w:pPr>
      <w:r>
        <w:t>اٹس بیس لیس ایکوزیشن۔</w:t>
      </w:r>
    </w:p>
    <w:p>
      <w:r>
        <w:rPr>
          <w:b/>
        </w:rPr>
        <w:t xml:space="preserve">[46:48] </w:t>
      </w:r>
      <w:r>
        <w:t>he is the true well wisher of</w:t>
      </w:r>
    </w:p>
    <w:p>
      <w:pPr>
        <w:jc w:val="right"/>
      </w:pPr>
      <w:r>
        <w:t>ہی از دا ٹرو ویل وشر آف</w:t>
      </w:r>
    </w:p>
    <w:p>
      <w:r>
        <w:rPr>
          <w:b/>
        </w:rPr>
        <w:t xml:space="preserve">[46:53] </w:t>
      </w:r>
      <w:r>
        <w:t>muslimz. "abdul raoof khateeb sahib ne chaplon se likha hai: "forget all issues, concentrate on dawa work in kashmir."</w:t>
      </w:r>
    </w:p>
    <w:p>
      <w:pPr>
        <w:jc w:val="right"/>
      </w:pPr>
      <w:r>
        <w:t>مسلمز۔" عبدالرؤوف خطیب صاحب نے چپلون سے لکھا ہے: "فارگیٹ آل ایشوز، کنسنٹریٹ آن دعویٰ ورک ان کشمیر۔"</w:t>
      </w:r>
    </w:p>
    <w:p>
      <w:r>
        <w:rPr>
          <w:b/>
        </w:rPr>
        <w:t xml:space="preserve">[46:59] </w:t>
      </w:r>
      <w:r>
        <w:t>maulana is saying very correct.</w:t>
      </w:r>
    </w:p>
    <w:p>
      <w:pPr>
        <w:jc w:val="right"/>
      </w:pPr>
      <w:r>
        <w:t>مولانا از سینگ ویری کریکٹ۔</w:t>
      </w:r>
    </w:p>
    <w:p>
      <w:r>
        <w:rPr>
          <w:b/>
        </w:rPr>
        <w:t xml:space="preserve">[47:05] </w:t>
      </w:r>
      <w:r>
        <w:t>maulana, ab sawal lena chahenge.</w:t>
      </w:r>
    </w:p>
    <w:p>
      <w:pPr>
        <w:jc w:val="right"/>
      </w:pPr>
      <w:r>
        <w:t>مولانا، اب سوال لینا چاہیں گے۔</w:t>
      </w:r>
    </w:p>
    <w:p>
      <w:r>
        <w:rPr>
          <w:b/>
        </w:rPr>
        <w:t xml:space="preserve">[47:11] </w:t>
      </w:r>
      <w:r>
        <w:t>pehla sawal bheja hai dilli se doctor naghma siddiqui ne.</w:t>
      </w:r>
    </w:p>
    <w:p>
      <w:pPr>
        <w:jc w:val="right"/>
      </w:pPr>
      <w:r>
        <w:t>پہلا سوال بھیجا ہے دلی سے ڈاکٹر نغمہ صدیقی نے۔</w:t>
      </w:r>
    </w:p>
    <w:p>
      <w:r>
        <w:rPr>
          <w:b/>
        </w:rPr>
        <w:t xml:space="preserve">[47:17] </w:t>
      </w:r>
      <w:r>
        <w:t>انہوں نے لکھا ہے: "With Kashmir becoming positive, how should our team work towards peace there?"</w:t>
      </w:r>
    </w:p>
    <w:p>
      <w:pPr>
        <w:jc w:val="right"/>
      </w:pPr>
      <w:r>
        <w:t>انہوں نے لکھا ہے: "ود کشمیر بیکمنگ پوزیٹیو، ہاؤ شوڈ اور ٹیم ورک ٹورڈز پیس دیر؟"</w:t>
      </w:r>
    </w:p>
    <w:p>
      <w:r>
        <w:rPr>
          <w:b/>
        </w:rPr>
        <w:t xml:space="preserve">[47:23] </w:t>
      </w:r>
      <w:r>
        <w:t>Bhai, hamare liye to ek God-given opportunity hai. Yeh hamein shuru karna chahiye aur shuru karte hue wahan par jo peace ka literature hai, us ko phailana chahiye. Literature ka yaani peaceful literature to bahut hai hamare haan. Phailana chahiye, Quran bhi phailana chahiye. Quran phailana chahiye aur un ko batana chahiye</w:t>
      </w:r>
    </w:p>
    <w:p>
      <w:pPr>
        <w:jc w:val="right"/>
      </w:pPr>
      <w:r>
        <w:t>بھئی، ہمارے لیے تو ایک گاڈ گیون اپرچونیٹی ہے۔ یہ ہمیں شروع کرنا چاہیے اور شروع کرتے ہوئے وہاں پر جو پیس کا لٹریچر ہے، اس کو پھیلانا چاہیے۔ لٹریچر کا یعنی پیس فل لٹریچر تو بہت ہے ہمارے ہاں۔ پھیلانا چاہیے، قرآن بھی پھیلانا چاہیے۔ قرآن پھیلانا چاہیے اور ان کو بتانا چاہی</w:t>
      </w:r>
    </w:p>
    <w:p>
      <w:r>
        <w:rPr>
          <w:b/>
        </w:rPr>
        <w:t xml:space="preserve">[47:53] </w:t>
      </w:r>
      <w:r>
        <w:t>ke Rasool Allah ne yeh ailaan kiya hai ke "إن الله يؤتي على الرفق مالا يؤتي على العنف" Yani peaceful activities par woh mile ga jo violent activities mein milne wala nahi hai. Peaceful activities par woh mile ga jo tum ko violent activities mein milne wala nahi hai. Yeh raaz un ko batana chahiye. Bas inshallah sab kuch theek ho jaye ga.</w:t>
      </w:r>
    </w:p>
    <w:p>
      <w:pPr>
        <w:jc w:val="right"/>
      </w:pPr>
      <w:r>
        <w:t>ے کہ رسول اللہ نے یہ اعلان کیا ہے کہ "إن الله يؤتي على الرفق مالا يؤتي على العنف"۔ یعنی پیس فل ایکٹیویٹیز پر وہ ملے گا جو وائیلنٹ ایکٹیویٹیز ملنے والا نہیں ہے۔ پیس فل ایکٹیویٹیز پر وہ ملے گا جو تم کو وائیلنٹ ایکٹیویٹیز ملنے والا نہیں ہے۔ یہ راز ان کو بتانا چاہیے۔ بس انشاءاللہ سب کچھ ٹھیک ہو جائے گ</w:t>
      </w:r>
    </w:p>
    <w:p>
      <w:r>
        <w:rPr>
          <w:b/>
        </w:rPr>
        <w:t xml:space="preserve">[48:23] </w:t>
      </w:r>
      <w:r>
        <w:t>a.</w:t>
      </w:r>
    </w:p>
    <w:p>
      <w:pPr>
        <w:jc w:val="right"/>
      </w:pPr>
      <w:r>
        <w:t>ا۔</w:t>
      </w:r>
    </w:p>
    <w:p>
      <w:r>
        <w:rPr>
          <w:b/>
        </w:rPr>
        <w:t xml:space="preserve">[48:28] </w:t>
      </w:r>
      <w:r>
        <w:t>maulana, agla sawal bheja hai chennai se maulana iqbal umri ne.</w:t>
      </w:r>
    </w:p>
    <w:p>
      <w:pPr>
        <w:jc w:val="right"/>
      </w:pPr>
      <w:r>
        <w:t>مولانا، اگلا سوال بھیجا ہے چنئی سے مولانا اقبال عمری نے۔</w:t>
      </w:r>
    </w:p>
    <w:p>
      <w:r>
        <w:rPr>
          <w:b/>
        </w:rPr>
        <w:t xml:space="preserve">[48:33] </w:t>
      </w:r>
      <w:r>
        <w:t>unhone likha hai: "maulana, aksar musalman ghulami aur azadi ki istilaah mein sochte hain.</w:t>
      </w:r>
    </w:p>
    <w:p>
      <w:pPr>
        <w:jc w:val="right"/>
      </w:pPr>
      <w:r>
        <w:t>انہوں نے لکھا ہے: "مولانا، اکثر مسلمان غلامی اور آزادی کی اصطلاح میں سوچتے ہیں۔</w:t>
      </w:r>
    </w:p>
    <w:p>
      <w:r>
        <w:rPr>
          <w:b/>
        </w:rPr>
        <w:t xml:space="preserve">[48:38] </w:t>
      </w:r>
      <w:r>
        <w:t>is ki asal wajah kya hai? is ke bare mein bataein." yeh toh istilaah ko mein shaitani istilaah samajhta hoon.</w:t>
      </w:r>
    </w:p>
    <w:p>
      <w:pPr>
        <w:jc w:val="right"/>
      </w:pPr>
      <w:r>
        <w:t>اس کی اصل وجہ کیا ہے؟ اس کے بارے میں بتائیں۔" یہ تو اصطلاح کو میں شیطانی اصطلاح سمجھتا ہوں۔</w:t>
      </w:r>
    </w:p>
    <w:p>
      <w:r>
        <w:rPr>
          <w:b/>
        </w:rPr>
        <w:t xml:space="preserve">[48:43] </w:t>
      </w:r>
      <w:r>
        <w:t>jo cheez quran mein aur hadees mein nahi hai, woh shaitani hai.</w:t>
      </w:r>
    </w:p>
    <w:p>
      <w:pPr>
        <w:jc w:val="right"/>
      </w:pPr>
      <w:r>
        <w:t>جو چیز قرآن میں اور حدیث میں نہیں ہے، وہ شیطانی ہے۔</w:t>
      </w:r>
    </w:p>
    <w:p>
      <w:r>
        <w:rPr>
          <w:b/>
        </w:rPr>
        <w:t xml:space="preserve">[48:48] </w:t>
      </w:r>
      <w:r>
        <w:t>kahan quran bhi ghulami o azadi ki istilaah</w:t>
      </w:r>
    </w:p>
    <w:p>
      <w:pPr>
        <w:jc w:val="right"/>
      </w:pPr>
      <w:r>
        <w:t>کہاں قرآن بھی غلامی و آزادی کی اصطلاح</w:t>
      </w:r>
    </w:p>
    <w:p>
      <w:r>
        <w:rPr>
          <w:b/>
        </w:rPr>
        <w:t xml:space="preserve">[48:53] </w:t>
      </w:r>
      <w:r>
        <w:t>hai? yeh istilaahi hai, batil hai.</w:t>
      </w:r>
    </w:p>
    <w:p>
      <w:pPr>
        <w:jc w:val="right"/>
      </w:pPr>
      <w:r>
        <w:t>ہے؟ یہ اصطلاحی ہے، باطل ہے۔</w:t>
      </w:r>
    </w:p>
    <w:p>
      <w:r>
        <w:rPr>
          <w:b/>
        </w:rPr>
        <w:t xml:space="preserve">[48:58] </w:t>
      </w:r>
      <w:r>
        <w:t>yeh saari dunya allah ki hai, saari dunya khuli hui hai, poori dunya hi azaad hai.</w:t>
      </w:r>
    </w:p>
    <w:p>
      <w:pPr>
        <w:jc w:val="right"/>
      </w:pPr>
      <w:r>
        <w:t>یہ ساری دنیا اللہ کی ہے، ساری دنیا کھلی ہوئی ہے، پوری دنیا ہی آزاد ہے۔</w:t>
      </w:r>
    </w:p>
    <w:p>
      <w:r>
        <w:rPr>
          <w:b/>
        </w:rPr>
        <w:t xml:space="preserve">[49:03] </w:t>
      </w:r>
      <w:r>
        <w:t>yeh nahi ke aap yahan azaad hain, wahan ghulam hain.</w:t>
      </w:r>
    </w:p>
    <w:p>
      <w:pPr>
        <w:jc w:val="right"/>
      </w:pPr>
      <w:r>
        <w:t>یہ نہیں کہ آپ یہاں آزاد ہیں، وہاں غلام ہیں۔</w:t>
      </w:r>
    </w:p>
    <w:p>
      <w:r>
        <w:rPr>
          <w:b/>
        </w:rPr>
        <w:t xml:space="preserve">[49:08] </w:t>
      </w:r>
      <w:r>
        <w:t>yeh tasawwur bilkul galat hai.</w:t>
      </w:r>
    </w:p>
    <w:p>
      <w:pPr>
        <w:jc w:val="right"/>
      </w:pPr>
      <w:r>
        <w:t>یہ تصور بالکل غلط ہے۔</w:t>
      </w:r>
    </w:p>
    <w:p>
      <w:r>
        <w:rPr>
          <w:b/>
        </w:rPr>
        <w:t xml:space="preserve">[49:13] </w:t>
      </w:r>
      <w:r>
        <w:t>har jagah, yaani hadees mein aaya hai ke rasool allah ne farmaya: "toh saari zameen mere liye masjid</w:t>
      </w:r>
    </w:p>
    <w:p>
      <w:pPr>
        <w:jc w:val="right"/>
      </w:pPr>
      <w:r>
        <w:t>ہر جگہ، یعنی حدیث میں آیا ہے کہ رسول اللہ نے فرمایا: "تو ساری زمین میرے لیے مسجد</w:t>
      </w:r>
    </w:p>
    <w:p>
      <w:r>
        <w:rPr>
          <w:b/>
        </w:rPr>
        <w:t xml:space="preserve">[49:18] </w:t>
      </w:r>
      <w:r>
        <w:t>hai." toh kahan ghulami aur kahan azadi? rasool allah ne farmaya ke saari zameen ko allah</w:t>
      </w:r>
    </w:p>
    <w:p>
      <w:pPr>
        <w:jc w:val="right"/>
      </w:pPr>
      <w:r>
        <w:t>ہے۔" تو کہاں غلامی اور کہاں آزادی؟ رسول اللہ نے فرمایا کہ ساری زمین کو اللہ</w:t>
      </w:r>
    </w:p>
    <w:p>
      <w:r>
        <w:rPr>
          <w:b/>
        </w:rPr>
        <w:t xml:space="preserve">[49:23] </w:t>
      </w:r>
      <w:r>
        <w:t>ne mere liye masjid bana diya hai. Yaani saari zameen mere liye Allah ki zameen hai. Mere liye is maani mein nahi ke wahan hukoomat karoon. Hukoomat ke liye nahi hai. Yeh nahi ke main har jagah namaz parhoon, har jagah ibaadat karoon, har jagah dawah phailaoon, har jagah insaniyat ki taraqqi ka kaam karoon. Is ke liye poori duniya mere liye, mere liye to nahi ke ummat ko de di</w:t>
      </w:r>
    </w:p>
    <w:p>
      <w:pPr>
        <w:jc w:val="right"/>
      </w:pPr>
      <w:r>
        <w:t>نے میرے لیے مسجد بنا دیا ہے۔ یعنی ساری زمین میرے لیے اللہ کی زمین ہے۔ میرے لیے اس معنی نہیں کہ وہاں حکومت کروں۔ حکومت کے لیے نہیں ہے۔ یہ نہیں کہ میں ہر جگہ نماز پڑھوں، ہر جگہ عبادت کروں، ہر جگہ دعوت پھیلاؤں، ہر جگہ انسانیت کی ترقی کا کام کروں۔ اس کے لیے پوری دنیا میرے لیے، میرے لیے تو نہیں کہ امت کو دے دی</w:t>
      </w:r>
    </w:p>
    <w:p>
      <w:r>
        <w:rPr>
          <w:b/>
        </w:rPr>
        <w:t xml:space="preserve">[49:53] </w:t>
      </w:r>
      <w:r>
        <w:t>gayi.</w:t>
      </w:r>
    </w:p>
    <w:p>
      <w:pPr>
        <w:jc w:val="right"/>
      </w:pPr>
      <w:r>
        <w:t>گئی۔</w:t>
      </w:r>
    </w:p>
    <w:p>
      <w:r>
        <w:rPr>
          <w:b/>
        </w:rPr>
        <w:t xml:space="preserve">[49:56] </w:t>
      </w:r>
      <w:r>
        <w:t>rasool allah ko zaati taur par nahi hai, poori ummat ko.</w:t>
      </w:r>
    </w:p>
    <w:p>
      <w:pPr>
        <w:jc w:val="right"/>
      </w:pPr>
      <w:r>
        <w:t>رسول اللہ کو ذاتی طور پر نہیں ہے، پوری امت کو۔</w:t>
      </w:r>
    </w:p>
    <w:p>
      <w:r>
        <w:rPr>
          <w:b/>
        </w:rPr>
        <w:t xml:space="preserve">[50:00] </w:t>
      </w:r>
      <w:r>
        <w:t>toh mein is ko sahi nahi samajhta.</w:t>
      </w:r>
    </w:p>
    <w:p>
      <w:pPr>
        <w:jc w:val="right"/>
      </w:pPr>
      <w:r>
        <w:t>تو میں اس کو صحیح نہیں سمجھتا۔</w:t>
      </w:r>
    </w:p>
    <w:p>
      <w:r>
        <w:rPr>
          <w:b/>
        </w:rPr>
        <w:t xml:space="preserve">[50:03] </w:t>
      </w:r>
      <w:r>
        <w:t>ghulami o azadi ghulami hai.</w:t>
      </w:r>
    </w:p>
    <w:p>
      <w:pPr>
        <w:jc w:val="right"/>
      </w:pPr>
      <w:r>
        <w:t>غلامی و آزادی غلامی ہے۔</w:t>
      </w:r>
    </w:p>
    <w:p>
      <w:r>
        <w:rPr>
          <w:b/>
        </w:rPr>
        <w:t xml:space="preserve">[50:07] </w:t>
      </w:r>
      <w:r>
        <w:t>saari dunya hi hamare liye azadi ki dunya hai.</w:t>
      </w:r>
    </w:p>
    <w:p>
      <w:pPr>
        <w:jc w:val="right"/>
      </w:pPr>
      <w:r>
        <w:t>ساری دنیا ہی ہمارے لیے آزادی کی دنیا ہے۔</w:t>
      </w:r>
    </w:p>
    <w:p>
      <w:r>
        <w:rPr>
          <w:b/>
        </w:rPr>
        <w:t xml:space="preserve">[50:10] </w:t>
      </w:r>
      <w:r>
        <w:t>kyunke allah ne kaha ke saari dunya tumhare liye khol di gayi hai aur aman ke saath kaam karo.</w:t>
      </w:r>
    </w:p>
    <w:p>
      <w:pPr>
        <w:jc w:val="right"/>
      </w:pPr>
      <w:r>
        <w:t>کیونکہ اللہ نے کہا کہ ساری دنیا تمہارے لیے کھول دی گئی ہے اور امن کے ساتھ کام کرو۔</w:t>
      </w:r>
    </w:p>
    <w:p>
      <w:r>
        <w:rPr>
          <w:b/>
        </w:rPr>
        <w:t xml:space="preserve">[50:14] </w:t>
      </w:r>
      <w:r>
        <w:t>koi rukawat nahi hai.</w:t>
      </w:r>
    </w:p>
    <w:p>
      <w:pPr>
        <w:jc w:val="right"/>
      </w:pPr>
      <w:r>
        <w:t>کوئی رکاوٹ نہیں ہے۔</w:t>
      </w:r>
    </w:p>
    <w:p>
      <w:r>
        <w:rPr>
          <w:b/>
        </w:rPr>
        <w:t xml:space="preserve">[50:17] </w:t>
      </w:r>
      <w:r>
        <w:t>maulana, kuch aur comments parhna chahenge.</w:t>
      </w:r>
    </w:p>
    <w:p>
      <w:pPr>
        <w:jc w:val="right"/>
      </w:pPr>
      <w:r>
        <w:t>مولانا، کچھ اور کمنٹس پڑھنا چاہیں گے۔</w:t>
      </w:r>
    </w:p>
    <w:p>
      <w:r>
        <w:rPr>
          <w:b/>
        </w:rPr>
        <w:t xml:space="preserve">[50:21] </w:t>
      </w:r>
      <w:r>
        <w:t>agla sawal lene se pehle yeh comments abhi abhi aaye hain.</w:t>
      </w:r>
    </w:p>
    <w:p>
      <w:pPr>
        <w:jc w:val="right"/>
      </w:pPr>
      <w:r>
        <w:t>اگلا سوال لینے سے پہلے یہ کمنٹس ابھی ابھی آئے ہیں۔</w:t>
      </w:r>
    </w:p>
    <w:p>
      <w:r>
        <w:rPr>
          <w:b/>
        </w:rPr>
        <w:t xml:space="preserve">[50:24] </w:t>
      </w:r>
      <w:r>
        <w:t>patna se comment bheja hai imtiaz ahmad sahab ne.</w:t>
      </w:r>
    </w:p>
    <w:p>
      <w:pPr>
        <w:jc w:val="right"/>
      </w:pPr>
      <w:r>
        <w:t>پٹنہ سے کمنٹ بھیجا ہے امتیاز احمد صاحب نے۔</w:t>
      </w:r>
    </w:p>
    <w:p>
      <w:r>
        <w:rPr>
          <w:b/>
        </w:rPr>
        <w:t xml:space="preserve">[50:29] </w:t>
      </w:r>
      <w:r>
        <w:t>انہوں نے لکھا ہے: "Muslims do not have the culture to ponder over the issues deeply in the</w:t>
      </w:r>
    </w:p>
    <w:p>
      <w:pPr>
        <w:jc w:val="right"/>
      </w:pPr>
      <w:r>
        <w:t>انہوں نے لکھا ہے: "مسلمز ڈو ناٹ ہیو دا کلچر ٹو پونڈر اوور دا ایشوز ڈیپلی ان دی</w:t>
      </w:r>
    </w:p>
    <w:p>
      <w:r>
        <w:rPr>
          <w:b/>
        </w:rPr>
        <w:t xml:space="preserve">[50:34] </w:t>
      </w:r>
      <w:r>
        <w:t>light of islamic teachings.</w:t>
      </w:r>
    </w:p>
    <w:p>
      <w:pPr>
        <w:jc w:val="right"/>
      </w:pPr>
      <w:r>
        <w:t>لائٹ آف اسلامک ٹیچنگز۔</w:t>
      </w:r>
    </w:p>
    <w:p>
      <w:r>
        <w:rPr>
          <w:b/>
        </w:rPr>
        <w:t xml:space="preserve">[50:39] </w:t>
      </w:r>
      <w:r>
        <w:t>"They are mainly driven by emotions which does not yield any result." Maulana has rightly said in his talk today.</w:t>
      </w:r>
    </w:p>
    <w:p>
      <w:pPr>
        <w:jc w:val="right"/>
      </w:pPr>
      <w:r>
        <w:t>دے آر مینلی ڈریون بائے ایموشنز وچ ڈز ناٹیلڈ اینی رزلٹ۔" مولانا ہیز رائٹلی سیڈ ان ہز ٹاک ٹوڈے۔</w:t>
      </w:r>
    </w:p>
    <w:p>
      <w:r>
        <w:rPr>
          <w:b/>
        </w:rPr>
        <w:t xml:space="preserve">[50:44] </w:t>
      </w:r>
      <w:r>
        <w:t>doctor farida khanum jo bangalore mein hain, unhon ne wahan se comment bheja hai.</w:t>
      </w:r>
    </w:p>
    <w:p>
      <w:pPr>
        <w:jc w:val="right"/>
      </w:pPr>
      <w:r>
        <w:t>ڈاکٹر فریدہ خانم جو بنگلور میں ہیں، انہوں نے وہاں سے کمنٹ بھیجا ہے۔</w:t>
      </w:r>
    </w:p>
    <w:p>
      <w:r>
        <w:rPr>
          <w:b/>
        </w:rPr>
        <w:t xml:space="preserve">[50:49] </w:t>
      </w:r>
      <w:r>
        <w:t>unhon ne likha hai: "we are listening</w:t>
      </w:r>
    </w:p>
    <w:p>
      <w:pPr>
        <w:jc w:val="right"/>
      </w:pPr>
      <w:r>
        <w:t>انہوں نے لکھا ہے: "وی آر لسننگ</w:t>
      </w:r>
    </w:p>
    <w:p>
      <w:r>
        <w:rPr>
          <w:b/>
        </w:rPr>
        <w:t xml:space="preserve">[50:54] </w:t>
      </w:r>
      <w:r>
        <w:t>, we all are listening to the talk from Bangalore.</w:t>
      </w:r>
    </w:p>
    <w:p>
      <w:pPr>
        <w:jc w:val="right"/>
      </w:pPr>
      <w:r>
        <w:t>، وی آل آر لسننگ ٹو دا ٹاک فرام بنگلور۔</w:t>
      </w:r>
    </w:p>
    <w:p>
      <w:r>
        <w:rPr>
          <w:b/>
        </w:rPr>
        <w:t xml:space="preserve">[50:59] </w:t>
      </w:r>
      <w:r>
        <w:t>What an excellent news from Kashmir.</w:t>
      </w:r>
    </w:p>
    <w:p>
      <w:pPr>
        <w:jc w:val="right"/>
      </w:pPr>
      <w:r>
        <w:t>واٹ این ایکسیلنٹ نیوز فرام کشمیر۔</w:t>
      </w:r>
    </w:p>
    <w:p>
      <w:r>
        <w:rPr>
          <w:b/>
        </w:rPr>
        <w:t xml:space="preserve">[51:04] </w:t>
      </w:r>
      <w:r>
        <w:t>"The efforts of CPS Kashmir team has to be congratulated today." Khawaja Kaleemuddin Sahib ne</w:t>
      </w:r>
    </w:p>
    <w:p>
      <w:pPr>
        <w:jc w:val="right"/>
      </w:pPr>
      <w:r>
        <w:t>دی ایفرٹس آف سی پی ایس کشمیر ٹیم ہیز ٹو بی کانگریچولیٹڈ ٹوڈے۔" خواجہ کلیم الدین صاحب نے</w:t>
      </w:r>
    </w:p>
    <w:p>
      <w:r>
        <w:rPr>
          <w:b/>
        </w:rPr>
        <w:t xml:space="preserve">[51:09] </w:t>
      </w:r>
      <w:r>
        <w:t>pensilvania, usa se comment bheja hai.</w:t>
      </w:r>
    </w:p>
    <w:p>
      <w:pPr>
        <w:jc w:val="right"/>
      </w:pPr>
      <w:r>
        <w:t>پینسلوینیا، یو ایس اے سے کمنٹ بھیجا ہے۔</w:t>
      </w:r>
    </w:p>
    <w:p>
      <w:r>
        <w:rPr>
          <w:b/>
        </w:rPr>
        <w:t xml:space="preserve">[51:14] </w:t>
      </w:r>
      <w:r>
        <w:t>انہوں نے لکھا ہے: "Truly, Maulana Sahib, it is very encouraging news from Kashmir.</w:t>
      </w:r>
    </w:p>
    <w:p>
      <w:pPr>
        <w:jc w:val="right"/>
      </w:pPr>
      <w:r>
        <w:t>انہوں نے لکھا ہے: "ٹرولی، مولانا صاحب، اٹ از ویری انکریجنگ نیوز فرام کشمیر۔</w:t>
      </w:r>
    </w:p>
    <w:p>
      <w:r>
        <w:rPr>
          <w:b/>
        </w:rPr>
        <w:t xml:space="preserve">[51:19] </w:t>
      </w:r>
      <w:r>
        <w:t>same type of enthusiasm I have seen among Kashmiri youths here in Philadelphia when</w:t>
      </w:r>
    </w:p>
    <w:p>
      <w:pPr>
        <w:jc w:val="right"/>
      </w:pPr>
      <w:r>
        <w:t>سیم ٹائپ آف انتھوزیازم آئی ہیو سین امنگ کشمیری یوتھس ہیر ان فلیڈلفیا وین</w:t>
      </w:r>
    </w:p>
    <w:p>
      <w:r>
        <w:rPr>
          <w:b/>
        </w:rPr>
        <w:t xml:space="preserve">[51:24] </w:t>
      </w:r>
      <w:r>
        <w:t>US resident Kashmiris held an all Kashmiri conference.</w:t>
      </w:r>
    </w:p>
    <w:p>
      <w:pPr>
        <w:jc w:val="right"/>
      </w:pPr>
      <w:r>
        <w:t>یو ایس ریزیڈنٹ کشمیریز ہیلڈ این آل کشمیری کانفرنس۔</w:t>
      </w:r>
    </w:p>
    <w:p>
      <w:r>
        <w:rPr>
          <w:b/>
        </w:rPr>
        <w:t xml:space="preserve">[51:30] </w:t>
      </w:r>
      <w:r>
        <w:t>they were all for peaceful development in kashmir and they pledge to invest in kashmir, alhamdulillah." muhammad</w:t>
      </w:r>
    </w:p>
    <w:p>
      <w:pPr>
        <w:jc w:val="right"/>
      </w:pPr>
      <w:r>
        <w:t>دے وار آل فار پیس فل ڈویلپمنٹ ان کشمیر اینڈ دے پلیج ٹو انویسٹ ان کشمیر، الحمدللہ۔" محمد</w:t>
      </w:r>
    </w:p>
    <w:p>
      <w:r>
        <w:rPr>
          <w:b/>
        </w:rPr>
        <w:t xml:space="preserve">[51:36] </w:t>
      </w:r>
      <w:r>
        <w:t>ایوب صاحب نے پٹیالہ سے لکھا ہے: "Adopting the path of violence is futile."</w:t>
      </w:r>
    </w:p>
    <w:p>
      <w:pPr>
        <w:jc w:val="right"/>
      </w:pPr>
      <w:r>
        <w:t>ایوب صاحب نے پٹیالہ سے لکھا ہے: "اداپٹنگ دا پاتھ آف وائیلنس از فیوٹائل۔</w:t>
      </w:r>
    </w:p>
    <w:p>
      <w:r>
        <w:rPr>
          <w:b/>
        </w:rPr>
        <w:t xml:space="preserve">[51:43] </w:t>
      </w:r>
      <w:r>
        <w:t>It creates only hatred and the fire of revenge in the heart.</w:t>
      </w:r>
    </w:p>
    <w:p>
      <w:pPr>
        <w:jc w:val="right"/>
      </w:pPr>
      <w:r>
        <w:t>اٹ کریٹس اونلی ہیٹریڈ اینڈ دا فائر آف ریونج ان دی ہارٹ۔</w:t>
      </w:r>
    </w:p>
    <w:p>
      <w:r>
        <w:rPr>
          <w:b/>
        </w:rPr>
        <w:t xml:space="preserve">[51:49] </w:t>
      </w:r>
      <w:r>
        <w:t>Allah grants to peace what He does not grant to violence.</w:t>
      </w:r>
    </w:p>
    <w:p>
      <w:pPr>
        <w:jc w:val="right"/>
      </w:pPr>
      <w:r>
        <w:t>اللہ گرانٹس ٹو پیس واٹ ہی ڈز ناٹ گرانٹس ٹو وائیلنس۔</w:t>
      </w:r>
    </w:p>
    <w:p>
      <w:r>
        <w:rPr>
          <w:b/>
        </w:rPr>
        <w:t xml:space="preserve">[51:55] </w:t>
      </w:r>
      <w:r>
        <w:t>jazak allah." riyaz bhatt sahab ne srinagar, kashmir se comment bheja hai.</w:t>
      </w:r>
    </w:p>
    <w:p>
      <w:pPr>
        <w:jc w:val="right"/>
      </w:pPr>
      <w:r>
        <w:t>جزاک اللہ۔" ریاض بھٹ صاحب نے سری نگر، کشمیر سے کمنٹ بھیجا ہے۔</w:t>
      </w:r>
    </w:p>
    <w:p>
      <w:r>
        <w:rPr>
          <w:b/>
        </w:rPr>
        <w:t xml:space="preserve">[52:02] </w:t>
      </w:r>
      <w:r>
        <w:t>انہوں نے لکھا ہے: "Peaceful person is one who withholds his emotions during his confrontation with violent situation."</w:t>
      </w:r>
    </w:p>
    <w:p>
      <w:pPr>
        <w:jc w:val="right"/>
      </w:pPr>
      <w:r>
        <w:t>انہوں نے لکھا ہے: "پیس فل پرسن از ون ہو ود ہولڈز ہز ایموشنز ڈیورنگ ہز کانفرنٹیشن ود وائیلنٹ سچویشن۔</w:t>
      </w:r>
    </w:p>
    <w:p>
      <w:r>
        <w:rPr>
          <w:b/>
        </w:rPr>
        <w:t xml:space="preserve">[52:10] </w:t>
      </w:r>
      <w:r>
        <w:t>Peace grants opportunities while violence promotes closure of opportunities.</w:t>
      </w:r>
    </w:p>
    <w:p>
      <w:pPr>
        <w:jc w:val="right"/>
      </w:pPr>
      <w:r>
        <w:t>پیس گرانٹس اپرچونیٹیز وائل وائیلنس پروموٹس کلوزر آف اپرچونیٹیز۔</w:t>
      </w:r>
    </w:p>
    <w:p>
      <w:r>
        <w:rPr>
          <w:b/>
        </w:rPr>
        <w:t xml:space="preserve">[52:17] </w:t>
      </w:r>
      <w:r>
        <w:t>"This is the underline statement of today's lecture." مولانا، اگلا سوال ہم لیتے ہیں</w:t>
      </w:r>
    </w:p>
    <w:p>
      <w:pPr>
        <w:jc w:val="right"/>
      </w:pPr>
      <w:r>
        <w:t>دس از دا انڈرلائن سٹیٹمنٹ آف ٹوڈے لیکچر۔" مولانا، اگلا سوال ہم لیتے ہیں</w:t>
      </w:r>
    </w:p>
    <w:p>
      <w:r>
        <w:rPr>
          <w:b/>
        </w:rPr>
        <w:t xml:space="preserve">[52:25] </w:t>
      </w:r>
      <w:r>
        <w:t>jo srinagar se bheja hai naeem sahab ne.</w:t>
      </w:r>
    </w:p>
    <w:p>
      <w:pPr>
        <w:jc w:val="right"/>
      </w:pPr>
      <w:r>
        <w:t>جو سری نگر سے بھیجا ہے نعیم صاحب نے۔</w:t>
      </w:r>
    </w:p>
    <w:p>
      <w:r>
        <w:rPr>
          <w:b/>
        </w:rPr>
        <w:t xml:space="preserve">[52:31] </w:t>
      </w:r>
      <w:r>
        <w:t>اور انہوں نے لکھا ہے: "مولانا، replanning also requires acceptance of past mistakes۔</w:t>
      </w:r>
    </w:p>
    <w:p>
      <w:pPr>
        <w:jc w:val="right"/>
      </w:pPr>
      <w:r>
        <w:t>اور انہوں نے لکھا ہے: "مولانا، ری پلاننگ آل سو ریکوائرز ایکسیپٹنس آف پاسٹ مسٹیکس۔</w:t>
      </w:r>
    </w:p>
    <w:p>
      <w:r>
        <w:rPr>
          <w:b/>
        </w:rPr>
        <w:t xml:space="preserve">[52:37] </w:t>
      </w:r>
      <w:r>
        <w:t>My question is even though people of Kashmir want to move ahead, but the leaders there will not</w:t>
      </w:r>
    </w:p>
    <w:p>
      <w:pPr>
        <w:jc w:val="right"/>
      </w:pPr>
      <w:r>
        <w:t>مائی کوئسچن از ایون دو پیپل آف کشمیر وانٹ ٹو موو اہیڈ، بٹ دا لیڈرز دیر ول ناٹ</w:t>
      </w:r>
    </w:p>
    <w:p>
      <w:r>
        <w:rPr>
          <w:b/>
        </w:rPr>
        <w:t xml:space="preserve">[52:43] </w:t>
      </w:r>
      <w:r>
        <w:t>Let them forget past so that the protest and violence continues.</w:t>
      </w:r>
    </w:p>
    <w:p>
      <w:pPr>
        <w:jc w:val="right"/>
      </w:pPr>
      <w:r>
        <w:t>لیٹ دیم فارگیٹ پاسٹ سو دیٹ دی پروٹیسٹ اینڈ وائیلنس کنٹینیوز۔</w:t>
      </w:r>
    </w:p>
    <w:p>
      <w:r>
        <w:rPr>
          <w:b/>
        </w:rPr>
        <w:t xml:space="preserve">[52:49] </w:t>
      </w:r>
      <w:r>
        <w:t>What should the Kashmiri youths do in such a situation? Please advise all</w:t>
      </w:r>
    </w:p>
    <w:p>
      <w:pPr>
        <w:jc w:val="right"/>
      </w:pPr>
      <w:r>
        <w:t>واٹ شوڈ دا کشمیری یوتھس ڈو ان سچ اے سچویشن؟ پلیز ایڈوائز آل</w:t>
      </w:r>
    </w:p>
    <w:p>
      <w:r>
        <w:rPr>
          <w:b/>
        </w:rPr>
        <w:t xml:space="preserve">[52:55] </w:t>
      </w:r>
      <w:r>
        <w:t>آف اس۔" بس ایک ہی ورڈ ہے: "ignore, ignore, ignore it." بیسٹ فارمولا ہے وہ ہے: "avail the</w:t>
      </w:r>
    </w:p>
    <w:p>
      <w:pPr>
        <w:jc w:val="right"/>
      </w:pPr>
      <w:r>
        <w:t>آف اس۔" بس ایک ہی ورڈ ہے: "ایگنور، اگنور، اگنور اٹ۔" بیسٹ فارمولا ہے وہ ہے: "اویل دا</w:t>
      </w:r>
    </w:p>
    <w:p>
      <w:r>
        <w:rPr>
          <w:b/>
        </w:rPr>
        <w:t xml:space="preserve">[53:02] </w:t>
      </w:r>
      <w:r>
        <w:t>opportunities, ignore the problem." Ignore them.</w:t>
      </w:r>
    </w:p>
    <w:p>
      <w:pPr>
        <w:jc w:val="right"/>
      </w:pPr>
      <w:r>
        <w:t>اپرچونیٹیز، اگنور دا پرابلم۔" اگنور کیجئے نہ ان کو۔</w:t>
      </w:r>
    </w:p>
    <w:p>
      <w:r>
        <w:rPr>
          <w:b/>
        </w:rPr>
        <w:t xml:space="preserve">[53:10] </w:t>
      </w:r>
      <w:r>
        <w:t>اگر ignore کریں تو یہ ان کی موت ہے۔</w:t>
      </w:r>
    </w:p>
    <w:p>
      <w:pPr>
        <w:jc w:val="right"/>
      </w:pPr>
      <w:r>
        <w:t>اگر اگنور کریں تو یہ ان کی موت ہے۔</w:t>
      </w:r>
    </w:p>
    <w:p>
      <w:r>
        <w:rPr>
          <w:b/>
        </w:rPr>
        <w:t xml:space="preserve">[53:17] </w:t>
      </w:r>
      <w:r>
        <w:t>hazrat umar r.a. ne kehta hai: "sahih kaha tha ke amrit al-batil bisimtanu.</w:t>
      </w:r>
    </w:p>
    <w:p>
      <w:pPr>
        <w:jc w:val="right"/>
      </w:pPr>
      <w:r>
        <w:t>حضرت عمر رضی اللہ عنہ نے کہتا ہے: "صحیح کہا تھا کہ امریت الباطل بسمتانو۔</w:t>
      </w:r>
    </w:p>
    <w:p>
      <w:r>
        <w:rPr>
          <w:b/>
        </w:rPr>
        <w:t xml:space="preserve">[53:25] </w:t>
      </w:r>
      <w:r>
        <w:t>batil ko khatam karo, is ke baray mein chup reh kar.</w:t>
      </w:r>
    </w:p>
    <w:p>
      <w:pPr>
        <w:jc w:val="right"/>
      </w:pPr>
      <w:r>
        <w:t>باطل کو کل کرو، اس کے بارے میں چپ رہ کر۔</w:t>
      </w:r>
    </w:p>
    <w:p>
      <w:r>
        <w:rPr>
          <w:b/>
        </w:rPr>
        <w:t xml:space="preserve">[53:30] </w:t>
      </w:r>
      <w:r>
        <w:t>batil ko khatam karo, is ke baray mein chup reh kar.</w:t>
      </w:r>
    </w:p>
    <w:p>
      <w:pPr>
        <w:jc w:val="right"/>
      </w:pPr>
      <w:r>
        <w:t>باطل کو کل کرو، اس کے بارے میں چپ رہ کر۔</w:t>
      </w:r>
    </w:p>
    <w:p>
      <w:r>
        <w:rPr>
          <w:b/>
        </w:rPr>
        <w:t xml:space="preserve">[53:35] </w:t>
      </w:r>
      <w:r>
        <w:t>bas chup rahiye, woh khud hi apni maut mar jayen gay." woh log molana, ek aur comment lena</w:t>
      </w:r>
    </w:p>
    <w:p>
      <w:pPr>
        <w:jc w:val="right"/>
      </w:pPr>
      <w:r>
        <w:t>بس چپ رہیے، وہ خود ہی اپنی موت مر جائیں گے۔" وہ لوگ مولانا، ایک اور کمنٹ لینا</w:t>
      </w:r>
    </w:p>
    <w:p>
      <w:r>
        <w:rPr>
          <w:b/>
        </w:rPr>
        <w:t xml:space="preserve">[53:40] </w:t>
      </w:r>
      <w:r>
        <w:t>chahen gay aglay sawal se pehlay.</w:t>
      </w:r>
    </w:p>
    <w:p>
      <w:pPr>
        <w:jc w:val="right"/>
      </w:pPr>
      <w:r>
        <w:t>چاہیں گے اگلے سوال سے پہلے۔</w:t>
      </w:r>
    </w:p>
    <w:p>
      <w:r>
        <w:rPr>
          <w:b/>
        </w:rPr>
        <w:t xml:space="preserve">[53:45] </w:t>
      </w:r>
      <w:r>
        <w:t>ah, doctor najma siddiqui ne dilli se comment comment bheja hai.</w:t>
      </w:r>
    </w:p>
    <w:p>
      <w:pPr>
        <w:jc w:val="right"/>
      </w:pPr>
      <w:r>
        <w:t>اہ، ڈاکٹر نجمہ صدیقی نے دلی سے کمنٹ کمنٹ بھیجا ہے۔</w:t>
      </w:r>
    </w:p>
    <w:p>
      <w:r>
        <w:rPr>
          <w:b/>
        </w:rPr>
        <w:t xml:space="preserve">[53:50] </w:t>
      </w:r>
      <w:r>
        <w:t>انہوں نے لکھا ہے: "مولانا، I enjoy the class sitting directly in front of you after more than three months</w:t>
      </w:r>
    </w:p>
    <w:p>
      <w:pPr>
        <w:jc w:val="right"/>
      </w:pPr>
      <w:r>
        <w:t>انہوں نے لکھا ہے: "مولانا، آئی انجوائے دا کلاس سٹنگ ڈائریکٹلی ان فرنٹ آف یو آفٹر مور دین تھری منتھس</w:t>
      </w:r>
    </w:p>
    <w:p>
      <w:r>
        <w:rPr>
          <w:b/>
        </w:rPr>
        <w:t xml:space="preserve">[53:55] </w:t>
      </w:r>
      <w:r>
        <w:t>and learned great lesson.</w:t>
      </w:r>
    </w:p>
    <w:p>
      <w:pPr>
        <w:jc w:val="right"/>
      </w:pPr>
      <w:r>
        <w:t>اینڈ لرنڈ گریٹ لیسن۔</w:t>
      </w:r>
    </w:p>
    <w:p>
      <w:r>
        <w:rPr>
          <w:b/>
        </w:rPr>
        <w:t xml:space="preserve">[53:59] </w:t>
      </w:r>
      <w:r>
        <w:t>thank you for welcoming and making dua for me.</w:t>
      </w:r>
    </w:p>
    <w:p>
      <w:pPr>
        <w:jc w:val="right"/>
      </w:pPr>
      <w:r>
        <w:t>تھینک یو فار ویلکمنگ اینڈ میکنگ دعا فار می۔</w:t>
      </w:r>
    </w:p>
    <w:p>
      <w:r>
        <w:rPr>
          <w:b/>
        </w:rPr>
        <w:t xml:space="preserve">[54:04] </w:t>
      </w:r>
      <w:r>
        <w:t>allah will surely help me in reviving my heart.</w:t>
      </w:r>
    </w:p>
    <w:p>
      <w:pPr>
        <w:jc w:val="right"/>
      </w:pPr>
      <w:r>
        <w:t>اللہ ول شورلی ہیلپ می ان ریوائیونگ مائی ہارٹ۔</w:t>
      </w:r>
    </w:p>
    <w:p>
      <w:r>
        <w:rPr>
          <w:b/>
        </w:rPr>
        <w:t xml:space="preserve">[54:08] </w:t>
      </w:r>
      <w:r>
        <w:t>i have full trust in him." inshallah.</w:t>
      </w:r>
    </w:p>
    <w:p>
      <w:pPr>
        <w:jc w:val="right"/>
      </w:pPr>
      <w:r>
        <w:t>آئی ہیو فل ٹرسٹ ان ہم۔" انشاءاللہ۔</w:t>
      </w:r>
    </w:p>
    <w:p>
      <w:r>
        <w:rPr>
          <w:b/>
        </w:rPr>
        <w:t xml:space="preserve">[54:13] </w:t>
      </w:r>
      <w:r>
        <w:t>abu dhabi se zubair sahab ne molana aap ke liye sawal bheja hai.</w:t>
      </w:r>
    </w:p>
    <w:p>
      <w:pPr>
        <w:jc w:val="right"/>
      </w:pPr>
      <w:r>
        <w:t>ابو دھابی سے زبیر صاحب نے مولانا آپ کے لیے سوال بھیجا ہے۔</w:t>
      </w:r>
    </w:p>
    <w:p>
      <w:r>
        <w:rPr>
          <w:b/>
        </w:rPr>
        <w:t xml:space="preserve">[54:17] </w:t>
      </w:r>
      <w:r>
        <w:t>انہوں نے لکھا ہے: "مولانا، there are many people who lost their near and dear ones in violence.</w:t>
      </w:r>
    </w:p>
    <w:p>
      <w:pPr>
        <w:jc w:val="right"/>
      </w:pPr>
      <w:r>
        <w:t>انہوں نے لکھا ہے: "مولانا، دیر آر مینی پیپل ہو لاسٹ دیر نیئر اینڈ ڈیئر ونز ان وائیلنس۔</w:t>
      </w:r>
    </w:p>
    <w:p>
      <w:r>
        <w:rPr>
          <w:b/>
        </w:rPr>
        <w:t xml:space="preserve">[54:21] </w:t>
      </w:r>
      <w:r>
        <w:t>This has led to developing of hatred in their hearts.</w:t>
      </w:r>
    </w:p>
    <w:p>
      <w:pPr>
        <w:jc w:val="right"/>
      </w:pPr>
      <w:r>
        <w:t>دس ہیز لیڈ ٹو ڈیویلپنگ آف ہیٹریڈ ان دیر ہارٹس۔</w:t>
      </w:r>
    </w:p>
    <w:p>
      <w:r>
        <w:rPr>
          <w:b/>
        </w:rPr>
        <w:t xml:space="preserve">[54:26] </w:t>
      </w:r>
      <w:r>
        <w:t>How can their hearts be comforted and what would you advise to them so that their hatred ends</w:t>
      </w:r>
    </w:p>
    <w:p>
      <w:pPr>
        <w:jc w:val="right"/>
      </w:pPr>
      <w:r>
        <w:t>ہاؤ کین دیر ہارٹس بی کمفرٹڈ اینڈ واٹ وڈ یو ایڈوائز ٹو دیم سو دیٹ دیر ہیٹریڈ اینڈز</w:t>
      </w:r>
    </w:p>
    <w:p>
      <w:r>
        <w:rPr>
          <w:b/>
        </w:rPr>
        <w:t xml:space="preserve">[54:32] </w:t>
      </w:r>
      <w:r>
        <w:t>and they do not become the reason for further violence? Please give your advice." Bhai, meri advice ki</w:t>
      </w:r>
    </w:p>
    <w:p>
      <w:pPr>
        <w:jc w:val="right"/>
      </w:pPr>
      <w:r>
        <w:t>اینڈ دے ڈو ناٹ بیکم دا ریزن فار فردر وائیلنس؟ پلیز گیو یور ایڈوائس۔" بھائی، میری ایڈوائس کی</w:t>
      </w:r>
    </w:p>
    <w:p>
      <w:r>
        <w:rPr>
          <w:b/>
        </w:rPr>
        <w:t xml:space="preserve">[54:38] </w:t>
      </w:r>
      <w:r>
        <w:t>zarurat nahi hai.</w:t>
      </w:r>
    </w:p>
    <w:p>
      <w:pPr>
        <w:jc w:val="right"/>
      </w:pPr>
      <w:r>
        <w:t>ضرورت نہیں ہے۔</w:t>
      </w:r>
    </w:p>
    <w:p>
      <w:r>
        <w:rPr>
          <w:b/>
        </w:rPr>
        <w:t xml:space="preserve">[54:44] </w:t>
      </w:r>
      <w:r>
        <w:t>quran mein advice maujood hai ke uhud ke mauqay par yeh hua ke sahaba, sahaba jinka har</w:t>
      </w:r>
    </w:p>
    <w:p>
      <w:pPr>
        <w:jc w:val="right"/>
      </w:pPr>
      <w:r>
        <w:t>قرآن میں ایڈوائس موجود ہے کہ احد کے موقع پر یہ ہوا کہ صحابہ، صحابہ جن کا ہر</w:t>
      </w:r>
    </w:p>
    <w:p>
      <w:r>
        <w:rPr>
          <w:b/>
        </w:rPr>
        <w:t xml:space="preserve">[54:50] </w:t>
      </w:r>
      <w:r>
        <w:t>آدمی ہم سے billion times زیادہ تھا، کہ 70 آ</w:t>
      </w:r>
    </w:p>
    <w:p>
      <w:pPr>
        <w:jc w:val="right"/>
      </w:pPr>
      <w:r>
        <w:t>آدمی ہم سے بلین ٹائم زیادہ تھا، کہ 70 آ</w:t>
      </w:r>
    </w:p>
    <w:p>
      <w:r>
        <w:rPr>
          <w:b/>
        </w:rPr>
        <w:t xml:space="preserve">[54:56] </w:t>
      </w:r>
      <w:r>
        <w:t>shakhs, taqreeban 70 aadmi mary gaye aur 70 aadmi zakhmi hue.</w:t>
      </w:r>
    </w:p>
    <w:p>
      <w:pPr>
        <w:jc w:val="right"/>
      </w:pPr>
      <w:r>
        <w:t>دمی، تقریباً 70 آدمی مارے گئے اور 70 آدمی زخمی ہوئے۔</w:t>
      </w:r>
    </w:p>
    <w:p>
      <w:r>
        <w:rPr>
          <w:b/>
        </w:rPr>
        <w:t xml:space="preserve">[55:02] </w:t>
      </w:r>
      <w:r>
        <w:t>lekin quran ne kiya un ko hidayat di? "lakum tas'u ala wafatikum" to jo faut ho gaya, jo</w:t>
      </w:r>
    </w:p>
    <w:p>
      <w:pPr>
        <w:jc w:val="right"/>
      </w:pPr>
      <w:r>
        <w:t>لیکن قرآن نے کیا ان کو ہدایت دی؟ "لکلا تاسع علی وفاتکم" تو جو فوت ہو گیا، جو</w:t>
      </w:r>
    </w:p>
    <w:p>
      <w:r>
        <w:rPr>
          <w:b/>
        </w:rPr>
        <w:t xml:space="preserve">[55:08] </w:t>
      </w:r>
      <w:r>
        <w:t>khoya gaya, us par afsos mat karo.</w:t>
      </w:r>
    </w:p>
    <w:p>
      <w:pPr>
        <w:jc w:val="right"/>
      </w:pPr>
      <w:r>
        <w:t>کھویا گیا، اس پر افسوس مت کرو۔</w:t>
      </w:r>
    </w:p>
    <w:p>
      <w:r>
        <w:rPr>
          <w:b/>
        </w:rPr>
        <w:t xml:space="preserve">[55:14] </w:t>
      </w:r>
      <w:r>
        <w:t>yahi khud is ka matlab kiya hai? agar tum khoye par afsos karna chor do gay to allah</w:t>
      </w:r>
    </w:p>
    <w:p>
      <w:pPr>
        <w:jc w:val="right"/>
      </w:pPr>
      <w:r>
        <w:t>یہی خود اس کا مطلب کیا ہے؟ اگر تم کھوئے پر افسوس کرنا چھوڑ دو گے تو اللہ</w:t>
      </w:r>
    </w:p>
    <w:p>
      <w:r>
        <w:rPr>
          <w:b/>
        </w:rPr>
        <w:t xml:space="preserve">[55:20] </w:t>
      </w:r>
      <w:r>
        <w:t>ta'ala kiya karega?</w:t>
      </w:r>
    </w:p>
    <w:p>
      <w:pPr>
        <w:jc w:val="right"/>
      </w:pPr>
      <w:r>
        <w:t>تعالیٰ کیا کرے گا؟</w:t>
      </w:r>
    </w:p>
    <w:p>
      <w:r>
        <w:rPr>
          <w:b/>
        </w:rPr>
        <w:t xml:space="preserve">[55:26] </w:t>
      </w:r>
      <w:r>
        <w:t>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p>
    <w:p>
      <w:pPr>
        <w:jc w:val="right"/>
      </w:pPr>
      <w:r>
        <w:t>کھوئے سے زیادہ تم کو دے گا، بہت زیادہ۔ وہی ہوا تو جن لوگوں کے کچھ لوگ، یعنی ہلاک ہوئے ہیں پچھلے اس میں، تو ایک ہی شکل یہ ہے کہ وہ قرآن کی اس آیت کو پکڑیں، وہ ان کو بلائیں، ان کے لیے دعائیں کریں اور اللہ سے امید کریں کہ اللہ یہ کرے گا ان کے ساتھ کہ جو کچھ کھویا گیا، اس سے بہت</w:t>
      </w:r>
    </w:p>
    <w:p>
      <w:r>
        <w:rPr>
          <w:b/>
        </w:rPr>
        <w:t xml:space="preserve">[55:56] </w:t>
      </w:r>
      <w:r>
        <w:t>zyada in ko de dega.</w:t>
      </w:r>
    </w:p>
    <w:p>
      <w:pPr>
        <w:jc w:val="right"/>
      </w:pPr>
      <w:r>
        <w:t>زیادہ ان کو دے دے گا۔</w:t>
      </w:r>
    </w:p>
    <w:p>
      <w:r>
        <w:rPr>
          <w:b/>
        </w:rPr>
        <w:t xml:space="preserve">[56:01] </w:t>
      </w:r>
      <w:r>
        <w:t>"lakla tasay alaa wafatikum" maulana, agla sawal lene se pehle comment padhna chahenge jo miss mariya khan</w:t>
      </w:r>
    </w:p>
    <w:p>
      <w:pPr>
        <w:jc w:val="right"/>
      </w:pPr>
      <w:r>
        <w:t>"لکلا تاسع علی وفاتکم" مولانا، اگلا سوال لینے سے پہلے کمنٹ پڑھنا چاہیں گے جو مس ماریہ خان</w:t>
      </w:r>
    </w:p>
    <w:p>
      <w:r>
        <w:rPr>
          <w:b/>
        </w:rPr>
        <w:t xml:space="preserve">[56:05] </w:t>
      </w:r>
      <w:r>
        <w:t>ne bheja hai bangalore se.</w:t>
      </w:r>
    </w:p>
    <w:p>
      <w:pPr>
        <w:jc w:val="right"/>
      </w:pPr>
      <w:r>
        <w:t>نے بھیجا ہے بنگلور سے۔</w:t>
      </w:r>
    </w:p>
    <w:p>
      <w:r>
        <w:rPr>
          <w:b/>
        </w:rPr>
        <w:t xml:space="preserve">[56:09] </w:t>
      </w:r>
      <w:r>
        <w:t>unhon ne likha hai: "cps daily is present along with 12 members from cps</w:t>
      </w:r>
    </w:p>
    <w:p>
      <w:pPr>
        <w:jc w:val="right"/>
      </w:pPr>
      <w:r>
        <w:t>انہوں نے لکھا ہے: "سی پی ایس ڈیلی از پریزنٹ الونگ ود 12 ممبرز فرام سی پی ایس</w:t>
      </w:r>
    </w:p>
    <w:p>
      <w:r>
        <w:rPr>
          <w:b/>
        </w:rPr>
        <w:t xml:space="preserve">[56:14] </w:t>
      </w:r>
      <w:r>
        <w:t>bangalore in center for peace chapter.</w:t>
      </w:r>
    </w:p>
    <w:p>
      <w:pPr>
        <w:jc w:val="right"/>
      </w:pPr>
      <w:r>
        <w:t>بنگلور ان سینٹر فار پیس چیپٹر۔</w:t>
      </w:r>
    </w:p>
    <w:p>
      <w:r>
        <w:rPr>
          <w:b/>
        </w:rPr>
        <w:t xml:space="preserve">[56:18] </w:t>
      </w:r>
      <w:r>
        <w:t>apa is with us.</w:t>
      </w:r>
    </w:p>
    <w:p>
      <w:pPr>
        <w:jc w:val="right"/>
      </w:pPr>
      <w:r>
        <w:t>آپا از ود اس۔</w:t>
      </w:r>
    </w:p>
    <w:p>
      <w:r>
        <w:rPr>
          <w:b/>
        </w:rPr>
        <w:t xml:space="preserve">[56:22] </w:t>
      </w:r>
      <w:r>
        <w:t>we had a very good</w:t>
      </w:r>
    </w:p>
    <w:p>
      <w:pPr>
        <w:jc w:val="right"/>
      </w:pPr>
      <w:r>
        <w:t>وی ہیڈ اے ویری گڈ</w:t>
      </w:r>
    </w:p>
    <w:p>
      <w:r>
        <w:rPr>
          <w:b/>
        </w:rPr>
        <w:t xml:space="preserve">[56:27] </w:t>
      </w:r>
      <w:r>
        <w:t>interaction and learning with one another.</w:t>
      </w:r>
    </w:p>
    <w:p>
      <w:pPr>
        <w:jc w:val="right"/>
      </w:pPr>
      <w:r>
        <w:t>انٹریکشن اینڈ لرننگ ود ون انادر۔</w:t>
      </w:r>
    </w:p>
    <w:p>
      <w:r>
        <w:rPr>
          <w:b/>
        </w:rPr>
        <w:t xml:space="preserve">[56:32] </w:t>
      </w:r>
      <w:r>
        <w:t>together we heard today lecture.</w:t>
      </w:r>
    </w:p>
    <w:p>
      <w:pPr>
        <w:jc w:val="right"/>
      </w:pPr>
      <w:r>
        <w:t>ٹوگیدر وی ہرڈ ٹوڈے لیکچر۔</w:t>
      </w:r>
    </w:p>
    <w:p>
      <w:r>
        <w:rPr>
          <w:b/>
        </w:rPr>
        <w:t xml:space="preserve">[56:37] </w:t>
      </w:r>
      <w:r>
        <w:t>مولانا، today's lesson was very meaningful.</w:t>
      </w:r>
    </w:p>
    <w:p>
      <w:pPr>
        <w:jc w:val="right"/>
      </w:pPr>
      <w:r>
        <w:t>مولانا، ٹوڈے لیسن واز ویری میننگ فل۔</w:t>
      </w:r>
    </w:p>
    <w:p>
      <w:r>
        <w:rPr>
          <w:b/>
        </w:rPr>
        <w:t xml:space="preserve">[56:42] </w:t>
      </w:r>
      <w:r>
        <w:t>There is guidance for us both in the Book of God and in the unwritten language of</w:t>
      </w:r>
    </w:p>
    <w:p>
      <w:pPr>
        <w:jc w:val="right"/>
      </w:pPr>
      <w:r>
        <w:t>دیر از گائیڈنس فار اس بوتھ ان دا بک آف گاڈ اینڈ ان دی ان رٹن لینگویج آف</w:t>
      </w:r>
    </w:p>
    <w:p>
      <w:r>
        <w:rPr>
          <w:b/>
        </w:rPr>
        <w:t xml:space="preserve">[56:47] </w:t>
      </w:r>
      <w:r>
        <w:t>nature." maulana, agla sawal bheja hai chennai se kolo nadeem sahab ne.</w:t>
      </w:r>
    </w:p>
    <w:p>
      <w:pPr>
        <w:jc w:val="right"/>
      </w:pPr>
      <w:r>
        <w:t>نیچر۔" مولانا، اگلا سوال بھیجا ہے چنئی سے کولو ندیم صاحب نے۔</w:t>
      </w:r>
    </w:p>
    <w:p>
      <w:r>
        <w:rPr>
          <w:b/>
        </w:rPr>
        <w:t xml:space="preserve">[56:52] </w:t>
      </w:r>
      <w:r>
        <w:t>انہوں نے لکھا ہے: "مولانا صاحب، I was having a discussion on Islam with some b</w:t>
      </w:r>
    </w:p>
    <w:p>
      <w:pPr>
        <w:jc w:val="right"/>
      </w:pPr>
      <w:r>
        <w:t>انہوں نے لکھا ہے: "مولانا صاحب، آئی واز ہیونگ اے ڈسکشن ان اسلام ود سم ب</w:t>
      </w:r>
    </w:p>
    <w:p>
      <w:r>
        <w:rPr>
          <w:b/>
        </w:rPr>
        <w:t xml:space="preserve">[56:57] </w:t>
      </w:r>
      <w:r>
        <w:t>people here in Chennai. he mentioned to me that the Mecca model was a defensive model and the Medina model was an offensive one. I want to know, is there any classification between these two models? was this person right in stating that one model was defensive and the other model was offensive?" dekhen, yeh to base less baat hai aur Allah taala ke haan unki flagellation hogi ke kis haq</w:t>
      </w:r>
    </w:p>
    <w:p>
      <w:pPr>
        <w:jc w:val="right"/>
      </w:pPr>
      <w:r>
        <w:t>ڈی ہیر ان چنئی۔ ہی مینشن ٹو می دیٹ دی مکہ ماڈل واز اے ڈیفنسو ماڈل اینڈ دی مدینہ ماڈل واز این افینسو ون۔ آئی وانٹ ٹو نو، از دیر اینی کلاسیفیکیشن بٹوین دیز ٹو ماڈلز؟ واز دس پرسن رائٹ ان سٹیٹنگ دیٹ ون ماڈل واز ڈیفنسو اینڈ دی ادر ماڈل واز افینسو؟" دیکھیں، یہ تو بیس لیس بات ہے اور اللہ تعالیٰ کے ہاں ان کی فلاگنگ ہوگی کہ کس حق</w:t>
      </w:r>
    </w:p>
    <w:p>
      <w:r>
        <w:rPr>
          <w:b/>
        </w:rPr>
        <w:t xml:space="preserve">[57:27] </w:t>
      </w:r>
      <w:r>
        <w:t>se tum ne aisa kaha.</w:t>
      </w:r>
    </w:p>
    <w:p>
      <w:pPr>
        <w:jc w:val="right"/>
      </w:pPr>
      <w:r>
        <w:t>سے تم نے ایسا کہا۔</w:t>
      </w:r>
    </w:p>
    <w:p>
      <w:r>
        <w:rPr>
          <w:b/>
        </w:rPr>
        <w:t xml:space="preserve">[57:31] </w:t>
      </w:r>
      <w:r>
        <w:t>makkah ke model ke bare mein kahan se likha hai? madine ke bare mein kahan se likha hai?</w:t>
      </w:r>
    </w:p>
    <w:p>
      <w:pPr>
        <w:jc w:val="right"/>
      </w:pPr>
      <w:r>
        <w:t>مکہ کے ماڈل کے بارے میں کہاں سے لکھا ہے؟ مدینے کے بارے میں کہاں سے لکھا ہے؟</w:t>
      </w:r>
    </w:p>
    <w:p>
      <w:r>
        <w:rPr>
          <w:b/>
        </w:rPr>
        <w:t xml:space="preserve">[57:35] </w:t>
      </w:r>
      <w:r>
        <w:t>yeh tumhara khud sakhta woh hai.</w:t>
      </w:r>
    </w:p>
    <w:p>
      <w:pPr>
        <w:jc w:val="right"/>
      </w:pPr>
      <w:r>
        <w:t>یہ تمہارا خود ساختہ وہ ہے۔</w:t>
      </w:r>
    </w:p>
    <w:p>
      <w:r>
        <w:rPr>
          <w:b/>
        </w:rPr>
        <w:t xml:space="preserve">[57:40] </w:t>
      </w:r>
      <w:r>
        <w:t>bila shubah aise log jo is tarah ki baatein karein, aakhirat mein un ki flagellation hogi, is mein koi</w:t>
      </w:r>
    </w:p>
    <w:p>
      <w:pPr>
        <w:jc w:val="right"/>
      </w:pPr>
      <w:r>
        <w:t>بلاشبہ ایسے لوگ جو اس طرح کی باتیں کریں، آخرت میں ان کی فلاگنگ ہوگی، اس میں کوئی</w:t>
      </w:r>
    </w:p>
    <w:p>
      <w:r>
        <w:rPr>
          <w:b/>
        </w:rPr>
        <w:t xml:space="preserve">[57:44] </w:t>
      </w:r>
      <w:r>
        <w:t>shak nahi hai.</w:t>
      </w:r>
    </w:p>
    <w:p>
      <w:pPr>
        <w:jc w:val="right"/>
      </w:pPr>
      <w:r>
        <w:t>شک نہیں ہے۔</w:t>
      </w:r>
    </w:p>
    <w:p>
      <w:r>
        <w:rPr>
          <w:b/>
        </w:rPr>
        <w:t xml:space="preserve">[57:48] </w:t>
      </w:r>
      <w:r>
        <w:t>wahi kaho jo quran o hadith mein hai, jo quran o hadith mein nahi hai, us ko mat bolo.</w:t>
      </w:r>
    </w:p>
    <w:p>
      <w:pPr>
        <w:jc w:val="right"/>
      </w:pPr>
      <w:r>
        <w:t>وہی کہو جو قرآن و حدیث میں ہے، جو قرآن و حدیث میں نہیں ہے، اس کو مت بولو۔</w:t>
      </w:r>
    </w:p>
    <w:p>
      <w:r>
        <w:rPr>
          <w:b/>
        </w:rPr>
        <w:t xml:space="preserve">[57:53] </w:t>
      </w:r>
      <w:r>
        <w:t>jo imam, hamare imam ne kaha tha ke: "ayatan shama kitab Allah ta'aqal" to jo quran</w:t>
      </w:r>
    </w:p>
    <w:p>
      <w:pPr>
        <w:jc w:val="right"/>
      </w:pPr>
      <w:r>
        <w:t>جو امام، ہمارے امام نے کہا تھا کہ: "ایتن شم کتاب اللہ تعقل" تو جو قرآن</w:t>
      </w:r>
    </w:p>
    <w:p>
      <w:r>
        <w:rPr>
          <w:b/>
        </w:rPr>
        <w:t xml:space="preserve">[57:57] </w:t>
      </w:r>
      <w:r>
        <w:t>mein hai, Rasool Allah ki sunnat mein jo hai, usko le kar bolo to jaiz hai. bolna apne zuban se bologe to woh to haram hai, bolna hi haram hai. kahan likha hai woh Mecca ke bare mein aur kahan likha hai Madine ke bare mein? woh baat jo aap keh rahe hain, woh to hai hi nahi, woh to hai hi nahi. kahin jo hai, usko boliye Quran ke hawale se, sunnat ke hawale se, tab sunenge, warna sunenge nahi. "Aytani shum Kitab</w:t>
      </w:r>
    </w:p>
    <w:p>
      <w:pPr>
        <w:jc w:val="right"/>
      </w:pPr>
      <w:r>
        <w:t>میں ہے، رسول اللہ کی سنت میں جو ہے، اس کو لے کر بولو تو جائز ہے۔ بولنا اپنے زبان سے بولو گے تو وہ تو حرام ہے، بولنا ہی حرام ہے۔ کہاں لکھا ہے وہ مکہ کے بارے میں اور کہاں لکھا ہے مدینے کے بارے میں؟ وہ بات جو آپ کہہ رہے ہیں، وہ تو ہے ہی نہیں، وہ تو ہے ہی نہیں۔ کہیں جو ہے، اس کو بولیے قرآن کے حوالے سے، سنت کے حوالے سے، تب سنیں گے، ورنہ سنیں گے نہیں۔ "ایتنی شم کتاب</w:t>
      </w:r>
    </w:p>
    <w:p>
      <w:r>
        <w:rPr>
          <w:b/>
        </w:rPr>
        <w:t xml:space="preserve">[58:27] </w:t>
      </w:r>
      <w:r>
        <w:t>Allah ta'aqal" maulana, agla sawal lene se pehle ek comment padhna chahenge jo auckland, new zealand se</w:t>
      </w:r>
    </w:p>
    <w:p>
      <w:pPr>
        <w:jc w:val="right"/>
      </w:pPr>
      <w:r>
        <w:t>اللہ تعقل" مولانا، اگلا سوال لینے سے پہلے ایک کمنٹ پڑھنا چاہیں گے جو اوکلینڈ، نیوزی لینڈ سے</w:t>
      </w:r>
    </w:p>
    <w:p>
      <w:r>
        <w:rPr>
          <w:b/>
        </w:rPr>
        <w:t xml:space="preserve">[58:34] </w:t>
      </w:r>
      <w:r>
        <w:t>bheja hai zahoor ur rehman sahab ne.</w:t>
      </w:r>
    </w:p>
    <w:p>
      <w:pPr>
        <w:jc w:val="right"/>
      </w:pPr>
      <w:r>
        <w:t>بھیجا ہے ظہور الرحمن صاحب نے۔</w:t>
      </w:r>
    </w:p>
    <w:p>
      <w:r>
        <w:rPr>
          <w:b/>
        </w:rPr>
        <w:t xml:space="preserve">[58:42] </w:t>
      </w:r>
      <w:r>
        <w:t>unhon ne likha hai: "the idea of fitri sirat mustaqeem is a new dimension." jazak Allah maulana sahab, masha Allah, masha Allah.</w:t>
      </w:r>
    </w:p>
    <w:p>
      <w:pPr>
        <w:jc w:val="right"/>
      </w:pPr>
      <w:r>
        <w:t>انہوں نے لکھا ہے: "دی آئیڈیا آف فطری صراط مستقیم از اے نیو ڈائمنشن۔" جزاک اللہ مولانا صاحب، ماشاءاللہ، ماشاءاللہ۔</w:t>
      </w:r>
    </w:p>
    <w:p>
      <w:r>
        <w:rPr>
          <w:b/>
        </w:rPr>
        <w:t xml:space="preserve">[58:49] </w:t>
      </w:r>
      <w:r>
        <w:t>maulana, agla sawal bheja hai</w:t>
      </w:r>
    </w:p>
    <w:p>
      <w:pPr>
        <w:jc w:val="right"/>
      </w:pPr>
      <w:r>
        <w:t>مولانا، اگلا سوال بھیجا ہے</w:t>
      </w:r>
    </w:p>
    <w:p>
      <w:r>
        <w:rPr>
          <w:b/>
        </w:rPr>
        <w:t xml:space="preserve">[58:57] </w:t>
      </w:r>
      <w:r>
        <w:t>furqan sahab ne qatar se.</w:t>
      </w:r>
    </w:p>
    <w:p>
      <w:pPr>
        <w:jc w:val="right"/>
      </w:pPr>
      <w:r>
        <w:t>فرقان صاحب نے قطر سے۔</w:t>
      </w:r>
    </w:p>
    <w:p>
      <w:r>
        <w:rPr>
          <w:b/>
        </w:rPr>
        <w:t xml:space="preserve">[59:02] </w:t>
      </w:r>
      <w:r>
        <w:t>انہوں نے لکھا ہے: "مولana, I have read your books and heard your talks.</w:t>
      </w:r>
    </w:p>
    <w:p>
      <w:pPr>
        <w:jc w:val="right"/>
      </w:pPr>
      <w:r>
        <w:t>انہوں نے لکھا ہے: "مولانا، آئی ہیو ریڈ یور بکس اینڈ ہرڈ یور ٹاکس۔</w:t>
      </w:r>
    </w:p>
    <w:p>
      <w:r>
        <w:rPr>
          <w:b/>
        </w:rPr>
        <w:t xml:space="preserve">[59:07] </w:t>
      </w:r>
      <w:r>
        <w:t>Initially, I did not like your ideology.</w:t>
      </w:r>
    </w:p>
    <w:p>
      <w:pPr>
        <w:jc w:val="right"/>
      </w:pPr>
      <w:r>
        <w:t>انیشلی، آئی ڈیڈ ناٹ لائک یور آئیڈیالوجی۔</w:t>
      </w:r>
    </w:p>
    <w:p>
      <w:r>
        <w:rPr>
          <w:b/>
        </w:rPr>
        <w:t xml:space="preserve">[59:12] </w:t>
      </w:r>
      <w:r>
        <w:t>As I felt, you always talk of peace and give a one-sided view, but it took me</w:t>
      </w:r>
    </w:p>
    <w:p>
      <w:pPr>
        <w:jc w:val="right"/>
      </w:pPr>
      <w:r>
        <w:t>ایز آئی فیلٹ، یو آلویز ٹاک آف پیس اینڈ گیو اے ون سائیڈڈ ویو، بٹ اٹ ٹک می</w:t>
      </w:r>
    </w:p>
    <w:p>
      <w:r>
        <w:rPr>
          <w:b/>
        </w:rPr>
        <w:t xml:space="preserve">[59:17] </w:t>
      </w:r>
      <w:r>
        <w:t>ten years to realize that all your life, you have given the principles based on Hadith and the Quran.</w:t>
      </w:r>
    </w:p>
    <w:p>
      <w:pPr>
        <w:jc w:val="right"/>
      </w:pPr>
      <w:r>
        <w:t>ٹین ایئرز ٹو ریلائز دیٹ آل یور لائف، یو ہیو گیون دا پرنسپلز بیسڈ ان حدیث اینڈ دا قرآن۔</w:t>
      </w:r>
    </w:p>
    <w:p>
      <w:r>
        <w:rPr>
          <w:b/>
        </w:rPr>
        <w:t xml:space="preserve">[59:22] </w:t>
      </w:r>
      <w:r>
        <w:t>i feel that i waste</w:t>
      </w:r>
    </w:p>
    <w:p>
      <w:pPr>
        <w:jc w:val="right"/>
      </w:pPr>
      <w:r>
        <w:t>آئی فیل دیٹ آئی ویسٹ</w:t>
      </w:r>
    </w:p>
    <w:p>
      <w:r>
        <w:rPr>
          <w:b/>
        </w:rPr>
        <w:t xml:space="preserve">[59:27] </w:t>
      </w:r>
      <w:r>
        <w:t>I wasted my ten years in negativity and hatred, but Alhamdulillah, now I am a positive person.</w:t>
      </w:r>
    </w:p>
    <w:p>
      <w:pPr>
        <w:jc w:val="right"/>
      </w:pPr>
      <w:r>
        <w:t>ڈ مائی ٹین ایئرز ان نیگیٹیوٹی اینڈ ہیٹریڈ، بٹ الحمدللہ، ناؤ آئی ایم اے پوزیٹیو پرسن۔</w:t>
      </w:r>
    </w:p>
    <w:p>
      <w:r>
        <w:rPr>
          <w:b/>
        </w:rPr>
        <w:t xml:space="preserve">[59:33] </w:t>
      </w:r>
      <w:r>
        <w:t>This has made me more effective in my work, as earlier, I used to live in tension and</w:t>
      </w:r>
    </w:p>
    <w:p>
      <w:pPr>
        <w:jc w:val="right"/>
      </w:pPr>
      <w:r>
        <w:t>دس ہیز میڈ می مور ایفیکٹیو ان مائی ورک، ایز ارلی، آئی یوز ٹو لیو ان ٹینشن اینڈ</w:t>
      </w:r>
    </w:p>
    <w:p>
      <w:r>
        <w:rPr>
          <w:b/>
        </w:rPr>
        <w:t xml:space="preserve">[59:39] </w:t>
      </w:r>
      <w:r>
        <w:t>now i live in peace.</w:t>
      </w:r>
    </w:p>
    <w:p>
      <w:pPr>
        <w:jc w:val="right"/>
      </w:pPr>
      <w:r>
        <w:t>ناؤ آئی لیو ان پیس۔</w:t>
      </w:r>
    </w:p>
    <w:p>
      <w:r>
        <w:rPr>
          <w:b/>
        </w:rPr>
        <w:t xml:space="preserve">[59:45] </w:t>
      </w:r>
      <w:r>
        <w:t>mai koeschan az dat all musalmans beliv dat da hol warld and yunivers bilangs tu gad all maity.</w:t>
      </w:r>
    </w:p>
    <w:p>
      <w:pPr>
        <w:jc w:val="right"/>
      </w:pPr>
      <w:r>
        <w:t>مائی کوئسچن از دیٹ آل مسلمز بیلیو دیٹ دا ہول ورلڈ اینڈ یونیورس بیلانگز ٹو گاڈ آل مائٹی۔</w:t>
      </w:r>
    </w:p>
    <w:p>
      <w:r>
        <w:rPr>
          <w:b/>
        </w:rPr>
        <w:t xml:space="preserve">[59:51] </w:t>
      </w:r>
      <w:r>
        <w:t>so vai iz it dat de bakam so fokusd on van eria or</w:t>
      </w:r>
    </w:p>
    <w:p>
      <w:pPr>
        <w:jc w:val="right"/>
      </w:pPr>
      <w:r>
        <w:t>سو وائی از اٹ دیٹ دے بیکم سو فوکسڈ ان ون ایریا اور</w:t>
      </w:r>
    </w:p>
    <w:p>
      <w:r>
        <w:rPr>
          <w:b/>
        </w:rPr>
        <w:t xml:space="preserve">[59:57] </w:t>
      </w:r>
      <w:r>
        <w:t>van teritori and forgt da rest of da warld? vat iz da rizan bihaind dis? rizan yah hai</w:t>
      </w:r>
    </w:p>
    <w:p>
      <w:pPr>
        <w:jc w:val="right"/>
      </w:pPr>
      <w:r>
        <w:t>ون ٹیریٹری اینڈ فارگیٹ دا ریسٹ آف دا ورلڈ؟ واٹ از دا ریزن بیہائنڈ دس؟ ریزن یہ ہے</w:t>
      </w:r>
    </w:p>
    <w:p>
      <w:r>
        <w:rPr>
          <w:b/>
        </w:rPr>
        <w:t xml:space="preserve">[1:00:02] </w:t>
      </w:r>
      <w:r>
        <w:t>kih jo bol rahay hain, vo islam se nahin bol rahay hain, apni khwahishon se bol rahay hain,</w:t>
      </w:r>
    </w:p>
    <w:p>
      <w:pPr>
        <w:jc w:val="right"/>
      </w:pPr>
      <w:r>
        <w:t>کہ جو بول رہے ہیں، وہ اسلام سے نہیں بول رہے ہیں، اپنی خواہشوں سے بول رہے ہیں،</w:t>
      </w:r>
    </w:p>
    <w:p>
      <w:r>
        <w:rPr>
          <w:b/>
        </w:rPr>
        <w:t xml:space="preserve">[1:00:08] </w:t>
      </w:r>
      <w:r>
        <w:t>apni khwahish ko jistifai karnay kay liay.</w:t>
      </w:r>
    </w:p>
    <w:p>
      <w:pPr>
        <w:jc w:val="right"/>
      </w:pPr>
      <w:r>
        <w:t>اپنی خواہش کو جسٹیفائی کرنے کے لیے۔</w:t>
      </w:r>
    </w:p>
    <w:p>
      <w:r>
        <w:rPr>
          <w:b/>
        </w:rPr>
        <w:t xml:space="preserve">[1:00:13] </w:t>
      </w:r>
      <w:r>
        <w:t>aj kal kay musalmanon ka hal yah hai kih apni khwahish pay chalain gay aur ulta sidha rifrens</w:t>
      </w:r>
    </w:p>
    <w:p>
      <w:pPr>
        <w:jc w:val="right"/>
      </w:pPr>
      <w:r>
        <w:t>آج کل کے مسلمانوں کا حال یہ ہے کہ اپنی خواہش پہ چلیں گے اور الٹا سیدھا ریفرنس</w:t>
      </w:r>
    </w:p>
    <w:p>
      <w:r>
        <w:rPr>
          <w:b/>
        </w:rPr>
        <w:t xml:space="preserve">[1:00:18] </w:t>
      </w:r>
      <w:r>
        <w:t>dain gay quran se.</w:t>
      </w:r>
    </w:p>
    <w:p>
      <w:pPr>
        <w:jc w:val="right"/>
      </w:pPr>
      <w:r>
        <w:t>دیں گے قرآن سے۔</w:t>
      </w:r>
    </w:p>
    <w:p>
      <w:r>
        <w:rPr>
          <w:b/>
        </w:rPr>
        <w:t xml:space="preserve">[1:00:23] </w:t>
      </w:r>
      <w:r>
        <w:t>yah to haram hai,</w:t>
      </w:r>
    </w:p>
    <w:p>
      <w:pPr>
        <w:jc w:val="right"/>
      </w:pPr>
      <w:r>
        <w:t>یہ تو حرام ہے،</w:t>
      </w:r>
    </w:p>
    <w:p>
      <w:r>
        <w:rPr>
          <w:b/>
        </w:rPr>
        <w:t xml:space="preserve">[1:00:28] </w:t>
      </w:r>
      <w:r>
        <w:t>yah to haram hai kih aap chlain apni khwahish par, apni qomi khwahish par, apnay qomi lidaron kay</w:t>
      </w:r>
    </w:p>
    <w:p>
      <w:pPr>
        <w:jc w:val="right"/>
      </w:pPr>
      <w:r>
        <w:t>یہ تو حرام ہے کہ آپ چلیں اپنی خواہش پر، اپنی قومی خواہش پر، اپنے قومی لیڈروں کے</w:t>
      </w:r>
    </w:p>
    <w:p>
      <w:r>
        <w:rPr>
          <w:b/>
        </w:rPr>
        <w:t xml:space="preserve">[1:00:34] </w:t>
      </w:r>
      <w:r>
        <w:t>kahnay par aur hawala dain quran ka, hadis ka.</w:t>
      </w:r>
    </w:p>
    <w:p>
      <w:pPr>
        <w:jc w:val="right"/>
      </w:pPr>
      <w:r>
        <w:t>کہنے پر اور حوالہ دیں قرآن کا، حدیث کا۔</w:t>
      </w:r>
    </w:p>
    <w:p>
      <w:r>
        <w:rPr>
          <w:b/>
        </w:rPr>
        <w:t xml:space="preserve">[1:00:40] </w:t>
      </w:r>
      <w:r>
        <w:t>yah to bilkul, yani islam mein jaiz hi nahin hai.</w:t>
      </w:r>
    </w:p>
    <w:p>
      <w:pPr>
        <w:jc w:val="right"/>
      </w:pPr>
      <w:r>
        <w:t>یہ تو بالکل، یعنی اسلام میں جائز ہی نہیں ہے۔</w:t>
      </w:r>
    </w:p>
    <w:p>
      <w:r>
        <w:rPr>
          <w:b/>
        </w:rPr>
        <w:t xml:space="preserve">[1:00:46] </w:t>
      </w:r>
      <w:r>
        <w:t>aisay logon kay liay bohat sakht vaeed hai kih qayamat mein in logon ki pakar ho gi.</w:t>
      </w:r>
    </w:p>
    <w:p>
      <w:pPr>
        <w:jc w:val="right"/>
      </w:pPr>
      <w:r>
        <w:t>ایسے لوگوں کے لیے بہت سخت وعید ہے کہ قیامت میں ان لوگوں کی پکڑ ہوگی۔</w:t>
      </w:r>
    </w:p>
    <w:p>
      <w:r>
        <w:rPr>
          <w:b/>
        </w:rPr>
        <w:t xml:space="preserve">[1:00:52] </w:t>
      </w:r>
      <w:r>
        <w:t>ok, so vil and di si</w:t>
      </w:r>
    </w:p>
    <w:p>
      <w:pPr>
        <w:jc w:val="right"/>
      </w:pPr>
      <w:r>
        <w:t>اوکے، سو وی ول اینڈ دی سی</w:t>
      </w:r>
    </w:p>
    <w:p>
      <w:r>
        <w:rPr>
          <w:b/>
        </w:rPr>
        <w:t xml:space="preserve">[1:00:58] </w:t>
      </w:r>
      <w:r>
        <w:t>ssion. If you want to become a Quran distributor in your area or you want to join CPS, then please write to us on info at CPSglobal.org. Thank you for watching CPS International. We'll be back next week same time. Thank you.</w:t>
      </w:r>
    </w:p>
    <w:p>
      <w:pPr>
        <w:jc w:val="right"/>
      </w:pPr>
      <w:r>
        <w:t>شن۔ اف یو وانٹ ٹو بیکم اے قرآن ڈسٹریبیوٹر ان یور ایریا اور یو وانٹ ٹو جوائن سی پی ایس، دین پلیز رائٹ ٹو اس ان انفو ایٹ سی پی ایس گلوبل ڈاٹ او آر جی۔ تھینک یو فار واچنگ سی پی ایس انٹرنیشنل۔ وی بی بیک نیکسٹ ویک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