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Spirit of Namaz | May 21, 2017</w:t>
      </w:r>
    </w:p>
    <w:p>
      <w:r>
        <w:t>https://www.youtube.com/watch?v=xN9SA_q272Y</w:t>
      </w:r>
    </w:p>
    <w:p>
      <w:r>
        <w:rPr>
          <w:b/>
        </w:rPr>
        <w:t xml:space="preserve">[00:14] </w:t>
      </w:r>
      <w:r>
        <w:t>bismillah-ir-rahman-ir-rahim, wa sal-lal-lahu ala nabiy-yil-karim.</w:t>
      </w:r>
    </w:p>
    <w:p>
      <w:pPr>
        <w:jc w:val="right"/>
      </w:pPr>
      <w:r>
        <w:t>بسم اللہ الرحمن الرحیم، وصلی اللہ علی نبی الکریم۔</w:t>
      </w:r>
    </w:p>
    <w:p>
      <w:r>
        <w:rPr>
          <w:b/>
        </w:rPr>
        <w:t xml:space="preserve">[00:24] </w:t>
      </w:r>
      <w:r>
        <w:t>rab-bish-rah-li sadri, wa yassir li amri, wah-lul-uqdatan min lisani, yafqahu qawli.</w:t>
      </w:r>
    </w:p>
    <w:p>
      <w:pPr>
        <w:jc w:val="right"/>
      </w:pPr>
      <w:r>
        <w:t>رب اشرح لی صدری، ویسر لی امری، واحل العقدۃ من لسانی، یفقہ قولی۔</w:t>
      </w:r>
    </w:p>
    <w:p>
      <w:r>
        <w:rPr>
          <w:b/>
        </w:rPr>
        <w:t xml:space="preserve">[00:34] </w:t>
      </w:r>
      <w:r>
        <w:t>21 mai 2017.</w:t>
      </w:r>
    </w:p>
    <w:p>
      <w:pPr>
        <w:jc w:val="right"/>
      </w:pPr>
      <w:r>
        <w:t>21 مئی 2017۔</w:t>
      </w:r>
    </w:p>
    <w:p>
      <w:r>
        <w:rPr>
          <w:b/>
        </w:rPr>
        <w:t xml:space="preserve">[00:44] </w:t>
      </w:r>
      <w:r>
        <w:t>aj ka topic hai namaz.</w:t>
      </w:r>
    </w:p>
    <w:p>
      <w:pPr>
        <w:jc w:val="right"/>
      </w:pPr>
      <w:r>
        <w:t>آج کا ٹاپک ہے نماز۔</w:t>
      </w:r>
    </w:p>
    <w:p>
      <w:r>
        <w:rPr>
          <w:b/>
        </w:rPr>
        <w:t xml:space="preserve">[00:59] </w:t>
      </w:r>
      <w:r>
        <w:t>to aisa hua kih quran ki aik ayat hai, surah-al-mudathir mein, kih akhirat mein—</w:t>
      </w:r>
    </w:p>
    <w:p>
      <w:pPr>
        <w:jc w:val="right"/>
      </w:pPr>
      <w:r>
        <w:t>تو ایسا ہوا کہ قرآن کی ایک آیت ہے، سورہ المدثر میں، کہ آخرت میں—</w:t>
      </w:r>
    </w:p>
    <w:p>
      <w:r>
        <w:rPr>
          <w:b/>
        </w:rPr>
        <w:t xml:space="preserve">[01:15] </w:t>
      </w:r>
      <w:r>
        <w:t>akhirat mein jab kuch log jannat mein jain gay aur kuch log jahannum mein jain gay, to vahan</w:t>
      </w:r>
    </w:p>
    <w:p>
      <w:pPr>
        <w:jc w:val="right"/>
      </w:pPr>
      <w:r>
        <w:t>آخرت میں جب کچھ لوگ جنت میں جائیں گے اور کچھ لوگ جہنم میں جائیں گے، تو وہاں</w:t>
      </w:r>
    </w:p>
    <w:p>
      <w:r>
        <w:rPr>
          <w:b/>
        </w:rPr>
        <w:t xml:space="preserve">[01:25] </w:t>
      </w:r>
      <w:r>
        <w:t>farishtay ain gay, poochain gay jahannum walon se: "ma sark sark ko fisq? kiya cheez thi jis nay</w:t>
      </w:r>
    </w:p>
    <w:p>
      <w:pPr>
        <w:jc w:val="right"/>
      </w:pPr>
      <w:r>
        <w:t>فرشتے آئیں گے، پوچھیں گے جہنم والوں سے: "ماں سرک سرک کو فسق؟ کیا چیز تھی جس نے</w:t>
      </w:r>
    </w:p>
    <w:p>
      <w:r>
        <w:rPr>
          <w:b/>
        </w:rPr>
        <w:t xml:space="preserve">[01:35] </w:t>
      </w:r>
      <w:r>
        <w:t>tum ko jahannum mein pohanchaya?"</w:t>
      </w:r>
    </w:p>
    <w:p>
      <w:pPr>
        <w:jc w:val="right"/>
      </w:pPr>
      <w:r>
        <w:t>تم کو جہنم میں پہنچایا؟"</w:t>
      </w:r>
    </w:p>
    <w:p>
      <w:r>
        <w:rPr>
          <w:b/>
        </w:rPr>
        <w:t xml:space="preserve">[01:45] </w:t>
      </w:r>
      <w:r>
        <w:t>to vo jawab dain gay: "qalu lam nakum musallin." hum namaz parhnay walon mein se na thay.</w:t>
      </w:r>
    </w:p>
    <w:p>
      <w:pPr>
        <w:jc w:val="right"/>
      </w:pPr>
      <w:r>
        <w:t>تو وہ جواب دیں گے: "قالو لم نکم مصلین۔" ہم نماز پڑھنے والوں میں سے نہ تھے۔</w:t>
      </w:r>
    </w:p>
    <w:p>
      <w:r>
        <w:rPr>
          <w:b/>
        </w:rPr>
        <w:t xml:space="preserve">[01:55] </w:t>
      </w:r>
      <w:r>
        <w:t>to main bohat din sochta tha kih aj kal jo namaz ka lafz bolnay se logon kay mind</w:t>
      </w:r>
    </w:p>
    <w:p>
      <w:pPr>
        <w:jc w:val="right"/>
      </w:pPr>
      <w:r>
        <w:t>تو میں بہت دن سوچتا تھا کہ آج کل جو نماز کا لفظ بولنے سے لوگوں کے مائنڈ</w:t>
      </w:r>
    </w:p>
    <w:p>
      <w:r>
        <w:rPr>
          <w:b/>
        </w:rPr>
        <w:t xml:space="preserve">[02:05] </w:t>
      </w:r>
      <w:r>
        <w:t>mein jo picture ati hai, vo to aik kuch rituals, set of ri</w:t>
      </w:r>
    </w:p>
    <w:p>
      <w:pPr>
        <w:jc w:val="right"/>
      </w:pPr>
      <w:r>
        <w:t>میں جو پکچر آتی ہے، وہ تو ایک کچھ ریچولز، سیٹ آف ری</w:t>
      </w:r>
    </w:p>
    <w:p>
      <w:r>
        <w:rPr>
          <w:b/>
        </w:rPr>
        <w:t xml:space="preserve">[02:15] </w:t>
      </w:r>
      <w:r>
        <w:t>rituals ko time time pe ada karna hai. to main soch raha tha ke bohat dinon se ke set of rituals jo hai, spirit less rituals, yeh kehna chahiye ke spirit less rituals waqt par ada karna, kya yeh aisi cheez hai jo aadmi ko jahannum mein pohanchati hai? to meri samajh</w:t>
      </w:r>
    </w:p>
    <w:p>
      <w:pPr>
        <w:jc w:val="right"/>
      </w:pPr>
      <w:r>
        <w:t>چولز کو ٹائم ٹائم پہ ادا کرنا ہے۔ تو میں سوچ رہا تھا کہ بہت دنوں سے کہ سیٹ آف ریچولز جو ہے، اسپرٹ لیس ریچولز، یہ کہنا چاہیے کہ اسپرٹ لیس ریچولز وقت پر ادا کرنا، کیا یہ ایسی چیز ہے جو آدمی کو جہنم میں پہنچاتی ہے؟ تو میری سمجھ</w:t>
      </w:r>
    </w:p>
    <w:p>
      <w:r>
        <w:rPr>
          <w:b/>
        </w:rPr>
        <w:t xml:space="preserve">[02:45] </w:t>
      </w:r>
      <w:r>
        <w:t>mein nahin ata tha.</w:t>
      </w:r>
    </w:p>
    <w:p>
      <w:pPr>
        <w:jc w:val="right"/>
      </w:pPr>
      <w:r>
        <w:t>میں نہیں آتا تھا۔</w:t>
      </w:r>
    </w:p>
    <w:p>
      <w:r>
        <w:rPr>
          <w:b/>
        </w:rPr>
        <w:t xml:space="preserve">[02:52] </w:t>
      </w:r>
      <w:r>
        <w:t>to quran ko samajhne ke liye ek usool ulama ne yeh bataya hai ke "al quran yufassir ba'd ba'd"</w:t>
      </w:r>
    </w:p>
    <w:p>
      <w:pPr>
        <w:jc w:val="right"/>
      </w:pPr>
      <w:r>
        <w:t>تو قرآن کو سمجھنے کے لیے ایک اصول علماء نے یہ بتایا ہے کہ "القرآن یفسر بعد بعد"</w:t>
      </w:r>
    </w:p>
    <w:p>
      <w:r>
        <w:rPr>
          <w:b/>
        </w:rPr>
        <w:t xml:space="preserve">[03:00] </w:t>
      </w:r>
      <w:r>
        <w:t>yani quran ki kuch ayaten doosri ayaton ko clear karti hain.</w:t>
      </w:r>
    </w:p>
    <w:p>
      <w:pPr>
        <w:jc w:val="right"/>
      </w:pPr>
      <w:r>
        <w:t>یعنی قرآن کی کچھ آیتیں دوسری آیتوں کو کلیئر کرتی ہیں۔</w:t>
      </w:r>
    </w:p>
    <w:p>
      <w:r>
        <w:rPr>
          <w:b/>
        </w:rPr>
        <w:t xml:space="preserve">[03:07] </w:t>
      </w:r>
      <w:r>
        <w:t>to is tarah sochte hue mujhe quran ki ek ayat yaad aayi:</w:t>
      </w:r>
    </w:p>
    <w:p>
      <w:pPr>
        <w:jc w:val="right"/>
      </w:pPr>
      <w:r>
        <w:t>تو اس طرح سوچتے ہوئے مجھے قرآن کی ایک آیت یاد آئی:</w:t>
      </w:r>
    </w:p>
    <w:p>
      <w:r>
        <w:rPr>
          <w:b/>
        </w:rPr>
        <w:t xml:space="preserve">[03:15] </w:t>
      </w:r>
      <w:r>
        <w:t>"zalik jaza wa man tudqq" ke jannat unon ke liye hai jinhon ne apna tazkiya kiya.</w:t>
      </w:r>
    </w:p>
    <w:p>
      <w:pPr>
        <w:jc w:val="right"/>
      </w:pPr>
      <w:r>
        <w:t>"ذالک جزا ومن تدق" کہ جنت انوں کے لیے ہے جنہوں نے اپنا تزکیہ کیا۔</w:t>
      </w:r>
    </w:p>
    <w:p>
      <w:r>
        <w:rPr>
          <w:b/>
        </w:rPr>
        <w:t xml:space="preserve">[03:23] </w:t>
      </w:r>
      <w:r>
        <w:t>to is ka mani yeh kya hua? yeh dono ko mila kar sochiye ke woh namaz jo namaziyon</w:t>
      </w:r>
    </w:p>
    <w:p>
      <w:pPr>
        <w:jc w:val="right"/>
      </w:pPr>
      <w:r>
        <w:t>تو اس کا معنی یہ کیا ہوا؟ یہ دونوں کو ملا کر سوچیے کہ وہ نماز جو نمازیوں</w:t>
      </w:r>
    </w:p>
    <w:p>
      <w:r>
        <w:rPr>
          <w:b/>
        </w:rPr>
        <w:t xml:space="preserve">[03:30] </w:t>
      </w:r>
      <w:r>
        <w:t>ka tazkiya kare, woh hai jannat mein le jaane wali.</w:t>
      </w:r>
    </w:p>
    <w:p>
      <w:pPr>
        <w:jc w:val="right"/>
      </w:pPr>
      <w:r>
        <w:t>کا تزکیہ کرے، وہ ہے جنت میں لے جانے والی۔</w:t>
      </w:r>
    </w:p>
    <w:p>
      <w:r>
        <w:rPr>
          <w:b/>
        </w:rPr>
        <w:t xml:space="preserve">[03:38] </w:t>
      </w:r>
      <w:r>
        <w:t>spirit less namaz nahi, spirit full namaz.</w:t>
      </w:r>
    </w:p>
    <w:p>
      <w:pPr>
        <w:jc w:val="right"/>
      </w:pPr>
      <w:r>
        <w:t>اسپرٹ لیس نماز نہیں، اسپرٹ فل نماز۔</w:t>
      </w:r>
    </w:p>
    <w:p>
      <w:r>
        <w:rPr>
          <w:b/>
        </w:rPr>
        <w:t xml:space="preserve">[03:46] </w:t>
      </w:r>
      <w:r>
        <w:t>to aaj hi mere par ek baat clear hui ke is mein jo hai ke namaz aadmi ko</w:t>
      </w:r>
    </w:p>
    <w:p>
      <w:pPr>
        <w:jc w:val="right"/>
      </w:pPr>
      <w:r>
        <w:t>تو آج ہی میرے پر ایک بات کلیئر ہوئی کہ اس میں جو ہے کہ نماز آدمی کو</w:t>
      </w:r>
    </w:p>
    <w:p>
      <w:r>
        <w:rPr>
          <w:b/>
        </w:rPr>
        <w:t xml:space="preserve">[03:52] </w:t>
      </w:r>
      <w:r>
        <w:t>jannat mein le jayegi.</w:t>
      </w:r>
    </w:p>
    <w:p>
      <w:pPr>
        <w:jc w:val="right"/>
      </w:pPr>
      <w:r>
        <w:t>جنت میں لے جائے گی۔</w:t>
      </w:r>
    </w:p>
    <w:p>
      <w:r>
        <w:rPr>
          <w:b/>
        </w:rPr>
        <w:t xml:space="preserve">[03:58] </w:t>
      </w:r>
      <w:r>
        <w:t>to doosri ayat ko le ke sochein aap to yeh baat samajh aati hai ke spirit less namaz</w:t>
      </w:r>
    </w:p>
    <w:p>
      <w:pPr>
        <w:jc w:val="right"/>
      </w:pPr>
      <w:r>
        <w:t>تو دوسری آیت کو لے کے سوچیں آپ تو یہ بات سمجھ آتی ہے کہ اسپرٹ لیس نماز</w:t>
      </w:r>
    </w:p>
    <w:p>
      <w:r>
        <w:rPr>
          <w:b/>
        </w:rPr>
        <w:t xml:space="preserve">[04:04] </w:t>
      </w:r>
      <w:r>
        <w:t>nahi, spirit full namaz.</w:t>
      </w:r>
    </w:p>
    <w:p>
      <w:pPr>
        <w:jc w:val="right"/>
      </w:pPr>
      <w:r>
        <w:t>نہیں، اسپرٹ فل نماز۔</w:t>
      </w:r>
    </w:p>
    <w:p>
      <w:r>
        <w:rPr>
          <w:b/>
        </w:rPr>
        <w:t xml:space="preserve">[04:10] </w:t>
      </w:r>
      <w:r>
        <w:t>phir maine socha ke yeh spirit ab namaz kya cheez hai? yeh salat spirit kya cheez hai? to</w:t>
      </w:r>
    </w:p>
    <w:p>
      <w:pPr>
        <w:jc w:val="right"/>
      </w:pPr>
      <w:r>
        <w:t>پھر میں نے سوچا کہ یہ اسپرٹ اب نماز کیا چیز ہے؟ یہ صلاۃ اسپرٹ کیا چیز ہے؟ تو</w:t>
      </w:r>
    </w:p>
    <w:p>
      <w:r>
        <w:rPr>
          <w:b/>
        </w:rPr>
        <w:t xml:space="preserve">[04:16] </w:t>
      </w:r>
      <w:r>
        <w:t>mein sochte laga ke hum namaz jo padhte hain paanch waqt, to is mein hum kya karte hain?</w:t>
      </w:r>
    </w:p>
    <w:p>
      <w:pPr>
        <w:jc w:val="right"/>
      </w:pPr>
      <w:r>
        <w:t>میں سوچنے لگا کہ ہم نماز جو پڑھتے ہیں پانچ وقت، تو اس میں ہم کیا کرتے ہیں؟</w:t>
      </w:r>
    </w:p>
    <w:p>
      <w:r>
        <w:rPr>
          <w:b/>
        </w:rPr>
        <w:t xml:space="preserve">[04:24] </w:t>
      </w:r>
      <w:r>
        <w:t>to mein ghor kar ke mein is tak pahuncha ke teen cheezon ko bohat zyada repeat karte hain.</w:t>
      </w:r>
    </w:p>
    <w:p>
      <w:pPr>
        <w:jc w:val="right"/>
      </w:pPr>
      <w:r>
        <w:t>تو میں غور کر کے میں اس تک پہنچا کہ تین چیزوں کو بہت زیادہ ریپیٹ کرتے ہیں۔</w:t>
      </w:r>
    </w:p>
    <w:p>
      <w:r>
        <w:rPr>
          <w:b/>
        </w:rPr>
        <w:t xml:space="preserve">[04:32] </w:t>
      </w:r>
      <w:r>
        <w:t>teen: ek hai "alhamdulillah rabbil alameen" surah fatiha ki pehli ayat, is ko hum baar baar repeat karte hain.</w:t>
      </w:r>
    </w:p>
    <w:p>
      <w:pPr>
        <w:jc w:val="right"/>
      </w:pPr>
      <w:r>
        <w:t>تین: ایک ہے "الحمد الحمدللہ رب العالمین" سورہ فاتحہ کی پہلی آیت، اس کو ہم بار بار ریپیٹ کرتے ہیں۔</w:t>
      </w:r>
    </w:p>
    <w:p>
      <w:r>
        <w:rPr>
          <w:b/>
        </w:rPr>
        <w:t xml:space="preserve">[04:40] </w:t>
      </w:r>
      <w:r>
        <w:t>doosra "allah o akbar" jo baar baar bola jata hai.</w:t>
      </w:r>
    </w:p>
    <w:p>
      <w:pPr>
        <w:jc w:val="right"/>
      </w:pPr>
      <w:r>
        <w:t>دوسرا "اللہ اکبر" جو بار بار بولا جاتا ہے۔</w:t>
      </w:r>
    </w:p>
    <w:p>
      <w:r>
        <w:rPr>
          <w:b/>
        </w:rPr>
        <w:t xml:space="preserve">[04:48] </w:t>
      </w:r>
      <w:r>
        <w:t>aur teesri cheez hai khatm namaz par yeh kehna ke "assalamu alaikum wa rahmatullah" yeh bhi repeat hota hai.</w:t>
      </w:r>
    </w:p>
    <w:p>
      <w:pPr>
        <w:jc w:val="right"/>
      </w:pPr>
      <w:r>
        <w:t>اور تیسری چیز ہے ختم نماز پر یہ کہنا کہ "السلام علیکم ورحمۃ اللہ" یہ بھی ریپیٹ ہوتا ہے۔</w:t>
      </w:r>
    </w:p>
    <w:p>
      <w:r>
        <w:rPr>
          <w:b/>
        </w:rPr>
        <w:t xml:space="preserve">[04:58] </w:t>
      </w:r>
      <w:r>
        <w:t>to yeh teen jo word hain: hamd, takbeer, aur salamati, yeh teen mein samajhta hoon ke yani tazkiye</w:t>
      </w:r>
    </w:p>
    <w:p>
      <w:pPr>
        <w:jc w:val="right"/>
      </w:pPr>
      <w:r>
        <w:t>تو یہ تین جو ورڈ ہیں: حمد، تکبیر، اور سلامتی، یہ تین میں سمجھتا ہوں کہ یعنی تزکیے</w:t>
      </w:r>
    </w:p>
    <w:p>
      <w:r>
        <w:rPr>
          <w:b/>
        </w:rPr>
        <w:t xml:space="preserve">[05:08] </w:t>
      </w:r>
      <w:r>
        <w:t>ke item hain jo namaz se jo tazkiya matloob hai,</w:t>
      </w:r>
    </w:p>
    <w:p>
      <w:pPr>
        <w:jc w:val="right"/>
      </w:pPr>
      <w:r>
        <w:t>کے آئٹم ہیں جو نماز سے جو تزکیہ مطلوب ہے،</w:t>
      </w:r>
    </w:p>
    <w:p>
      <w:r>
        <w:rPr>
          <w:b/>
        </w:rPr>
        <w:t xml:space="preserve">[05:18] </w:t>
      </w:r>
      <w:r>
        <w:t>is ko yeh teen word batate hain.</w:t>
      </w:r>
    </w:p>
    <w:p>
      <w:pPr>
        <w:jc w:val="right"/>
      </w:pPr>
      <w:r>
        <w:t>اس کو یہ تین ورڈ بتاتے ہیں۔</w:t>
      </w:r>
    </w:p>
    <w:p>
      <w:r>
        <w:rPr>
          <w:b/>
        </w:rPr>
        <w:t xml:space="preserve">[05:24] </w:t>
      </w:r>
      <w:r>
        <w:t>ab pehli cheez lijiye aap, yani jab aap namaz padhte hain to aap fatiha zaroor padhte hain, aur</w:t>
      </w:r>
    </w:p>
    <w:p>
      <w:pPr>
        <w:jc w:val="right"/>
      </w:pPr>
      <w:r>
        <w:t>اب پہلی چیز لیجئے آپ، یعنی جب آپ نماز پڑھتے ہیں تو آپ فاتحہ ضرور پڑھتے ہیں، اور</w:t>
      </w:r>
    </w:p>
    <w:p>
      <w:r>
        <w:rPr>
          <w:b/>
        </w:rPr>
        <w:t xml:space="preserve">[05:30] </w:t>
      </w:r>
      <w:r>
        <w:t>fatiha ke pehle "hamd" hai: "alhamdulillah rabbil alameen".</w:t>
      </w:r>
    </w:p>
    <w:p>
      <w:pPr>
        <w:jc w:val="right"/>
      </w:pPr>
      <w:r>
        <w:t>فاتحہ کے پہلے "الحمد" ہے: "الحمدللہ رب العالمین"۔</w:t>
      </w:r>
    </w:p>
    <w:p>
      <w:r>
        <w:rPr>
          <w:b/>
        </w:rPr>
        <w:t xml:space="preserve">[05:36] </w:t>
      </w:r>
      <w:r>
        <w:t>to "hamd" ko jo lafz hai, aam taur par is ka tarjuma kya aata hai? tareef.</w:t>
      </w:r>
    </w:p>
    <w:p>
      <w:pPr>
        <w:jc w:val="right"/>
      </w:pPr>
      <w:r>
        <w:t>تو "الحمد" کو جو لفظ ہے، عام طور پر اس کا ترجمہ کیا آتا ہے؟ تعریف۔</w:t>
      </w:r>
    </w:p>
    <w:p>
      <w:r>
        <w:rPr>
          <w:b/>
        </w:rPr>
        <w:t xml:space="preserve">[05:42] </w:t>
      </w:r>
      <w:r>
        <w:t>hamare Maulana Hamiduddin Farahi ne is pe research ki hai, unhon ne bataya ke is ka jo "al</w:t>
      </w:r>
    </w:p>
    <w:p>
      <w:pPr>
        <w:jc w:val="right"/>
      </w:pPr>
      <w:r>
        <w:t>ہمارے مولانا حامد الدین فرائی نے اس پہ ریسرچ کی ہے، انہوں نے بتایا کہ اس کا جو "الح</w:t>
      </w:r>
    </w:p>
    <w:p>
      <w:r>
        <w:rPr>
          <w:b/>
        </w:rPr>
        <w:t xml:space="preserve">[05:48] </w:t>
      </w:r>
      <w:r>
        <w:t>hamd" ka jo crux hai, crux woh hai shukr, yani gratefulness.</w:t>
      </w:r>
    </w:p>
    <w:p>
      <w:pPr>
        <w:jc w:val="right"/>
      </w:pPr>
      <w:r>
        <w:t>مد" کا جو کرکس ہے، کرکس وہ ہے شکر، یعنی گریٹ فلنس۔</w:t>
      </w:r>
    </w:p>
    <w:p>
      <w:r>
        <w:rPr>
          <w:b/>
        </w:rPr>
        <w:t xml:space="preserve">[05:56] </w:t>
      </w:r>
      <w:r>
        <w:t>to is ka matlab kya hua? "alhamdulillah rabbul alameen" ka matlab ke sara shukr Allah rabbul alameen ke liye hai.</w:t>
      </w:r>
    </w:p>
    <w:p>
      <w:pPr>
        <w:jc w:val="right"/>
      </w:pPr>
      <w:r>
        <w:t>تو اس کا مطلب کیا ہوا؟ "الحمدللہ رب العالمین" کا مطلب کہ سارا شکر اللہ رب العالمین کے لیے ہے۔</w:t>
      </w:r>
    </w:p>
    <w:p>
      <w:r>
        <w:rPr>
          <w:b/>
        </w:rPr>
        <w:t xml:space="preserve">[06:03] </w:t>
      </w:r>
      <w:r>
        <w:t>to namaz mein hum har namaz mein, har rakat mein hum yeh dohrate hain ke sara shukr, yaani</w:t>
      </w:r>
    </w:p>
    <w:p>
      <w:pPr>
        <w:jc w:val="right"/>
      </w:pPr>
      <w:r>
        <w:t>تو نماز میں ہم ہر نماز میں، ہر رکعت میں ہم یہ دہراتے ہیں کہ سارا شکر، یعنی</w:t>
      </w:r>
    </w:p>
    <w:p>
      <w:r>
        <w:rPr>
          <w:b/>
        </w:rPr>
        <w:t xml:space="preserve">[06:11] </w:t>
      </w:r>
      <w:r>
        <w:t>Allah rabbul alam</w:t>
      </w:r>
    </w:p>
    <w:p>
      <w:pPr>
        <w:jc w:val="right"/>
      </w:pPr>
      <w:r>
        <w:t>اللہ رب العالم</w:t>
      </w:r>
    </w:p>
    <w:p>
      <w:r>
        <w:rPr>
          <w:b/>
        </w:rPr>
        <w:t xml:space="preserve">[06:18] </w:t>
      </w:r>
      <w:r>
        <w:t>in ke.</w:t>
      </w:r>
    </w:p>
    <w:p>
      <w:pPr>
        <w:jc w:val="right"/>
      </w:pPr>
      <w:r>
        <w:t>ین کے۔</w:t>
      </w:r>
    </w:p>
    <w:p>
      <w:r>
        <w:rPr>
          <w:b/>
        </w:rPr>
        <w:t xml:space="preserve">[06:23] </w:t>
      </w:r>
      <w:r>
        <w:t>یہ ہے acknowledge, مطلب acknowledgment.</w:t>
      </w:r>
    </w:p>
    <w:p>
      <w:pPr>
        <w:jc w:val="right"/>
      </w:pPr>
      <w:r>
        <w:t>یہ ہے اکنال شکر، مطلب اکنالجمنٹ۔</w:t>
      </w:r>
    </w:p>
    <w:p>
      <w:r>
        <w:rPr>
          <w:b/>
        </w:rPr>
        <w:t xml:space="preserve">[06:28] </w:t>
      </w:r>
      <w:r>
        <w:t>hum acknowledge karte hain ek Allah ki is sifat ka.</w:t>
      </w:r>
    </w:p>
    <w:p>
      <w:pPr>
        <w:jc w:val="right"/>
      </w:pPr>
      <w:r>
        <w:t>ہم اکنالج کرتے ہیں ایک اللہ کی اس صفت کا۔</w:t>
      </w:r>
    </w:p>
    <w:p>
      <w:r>
        <w:rPr>
          <w:b/>
        </w:rPr>
        <w:t xml:space="preserve">[06:33] </w:t>
      </w:r>
      <w:r>
        <w:t>to shukr to sab se bari cheez hai, yaani sari zindagi shukr mein guzarti hai.</w:t>
      </w:r>
    </w:p>
    <w:p>
      <w:pPr>
        <w:jc w:val="right"/>
      </w:pPr>
      <w:r>
        <w:t>تو شکر تو سب سے بڑی چیز ہے، یعنی ساری زندگی شکر میں گزرتی ہے۔</w:t>
      </w:r>
    </w:p>
    <w:p>
      <w:r>
        <w:rPr>
          <w:b/>
        </w:rPr>
        <w:t xml:space="preserve">[06:38] </w:t>
      </w:r>
      <w:r>
        <w:t>hamari jaise mein bol raha hoon, aap sun rahe hain, yeh shukr ka item hai.</w:t>
      </w:r>
    </w:p>
    <w:p>
      <w:pPr>
        <w:jc w:val="right"/>
      </w:pPr>
      <w:r>
        <w:t>ہماری جیسے میں بول رہا ہوں، آپ سن رہے ہیں، یہ شکر کا آئٹم ہے۔</w:t>
      </w:r>
    </w:p>
    <w:p>
      <w:r>
        <w:rPr>
          <w:b/>
        </w:rPr>
        <w:t xml:space="preserve">[06:43] </w:t>
      </w:r>
      <w:r>
        <w:t>kyunke mere aur aap ke beech mein hawa agar na raho to aap meri baat nahi sunenge.</w:t>
      </w:r>
    </w:p>
    <w:p>
      <w:pPr>
        <w:jc w:val="right"/>
      </w:pPr>
      <w:r>
        <w:t>کیونکہ میرے اور آپ کے بیچ میں ہوا اگر نہ رہو تو آپ میری بات نہیں سنیں گے۔</w:t>
      </w:r>
    </w:p>
    <w:p>
      <w:r>
        <w:rPr>
          <w:b/>
        </w:rPr>
        <w:t xml:space="preserve">[06:48] </w:t>
      </w:r>
      <w:r>
        <w:t>phir aap jante hain ke meri baat ko is waqt technology ke zariye se, Allah ke fazl se,</w:t>
      </w:r>
    </w:p>
    <w:p>
      <w:pPr>
        <w:jc w:val="right"/>
      </w:pPr>
      <w:r>
        <w:t>پھر آپ جانتے ہیں کہ میری بات کو اس وقت ٹیکنالوجی کے ذریعے سے، اللہ کے فضل سے،</w:t>
      </w:r>
    </w:p>
    <w:p>
      <w:r>
        <w:rPr>
          <w:b/>
        </w:rPr>
        <w:t xml:space="preserve">[06:56] </w:t>
      </w:r>
      <w:r>
        <w:t>sare duniya mein log sun rahe hain, America mein, har jagah.</w:t>
      </w:r>
    </w:p>
    <w:p>
      <w:pPr>
        <w:jc w:val="right"/>
      </w:pPr>
      <w:r>
        <w:t>سارے دنیا میں لوگ سن رہے ہیں، امریکہ میں، ہر جگہ۔</w:t>
      </w:r>
    </w:p>
    <w:p>
      <w:r>
        <w:rPr>
          <w:b/>
        </w:rPr>
        <w:t xml:space="preserve">[07:04] </w:t>
      </w:r>
      <w:r>
        <w:t>darasal, "a source" aur "an item of shukr" ke Allah ne na sirf duniya mein hawa ka intezam kiya</w:t>
      </w:r>
    </w:p>
    <w:p>
      <w:pPr>
        <w:jc w:val="right"/>
      </w:pPr>
      <w:r>
        <w:t>دراصل، "آرسو" اور "آن آئٹم آف شکر" کہ اللہ نے نہ صرف دنیا میں ہوا کا انتظام کیا</w:t>
      </w:r>
    </w:p>
    <w:p>
      <w:r>
        <w:rPr>
          <w:b/>
        </w:rPr>
        <w:t xml:space="preserve">[07:11] </w:t>
      </w:r>
      <w:r>
        <w:t>ke insan ki awaz doosron tak pahunche, balkeh technology bhi de di</w:t>
      </w:r>
    </w:p>
    <w:p>
      <w:pPr>
        <w:jc w:val="right"/>
      </w:pPr>
      <w:r>
        <w:t>کہ انسان کی آواز دوسروں تک پہنچے، بلکہ ٹیکنالوجی بھی دے دی</w:t>
      </w:r>
    </w:p>
    <w:p>
      <w:r>
        <w:rPr>
          <w:b/>
        </w:rPr>
        <w:t xml:space="preserve">[07:19] </w:t>
      </w:r>
      <w:r>
        <w:t>taake sara globe aap ki baat ko sun raha hai, sirf aap, sirf paas ke log nahi, sirf</w:t>
      </w:r>
    </w:p>
    <w:p>
      <w:pPr>
        <w:jc w:val="right"/>
      </w:pPr>
      <w:r>
        <w:t>تاکہ سارا گلوب آپ کی بات کو سن رہا ہے، صرف آپ، صرف پاس کے لوگ نہیں، صرف</w:t>
      </w:r>
    </w:p>
    <w:p>
      <w:r>
        <w:rPr>
          <w:b/>
        </w:rPr>
        <w:t xml:space="preserve">[07:25] </w:t>
      </w:r>
      <w:r>
        <w:t>paas ke log nahi.</w:t>
      </w:r>
    </w:p>
    <w:p>
      <w:pPr>
        <w:jc w:val="right"/>
      </w:pPr>
      <w:r>
        <w:t>پاس کے لوگ نہیں۔</w:t>
      </w:r>
    </w:p>
    <w:p>
      <w:r>
        <w:rPr>
          <w:b/>
        </w:rPr>
        <w:t xml:space="preserve">[07:31] </w:t>
      </w:r>
      <w:r>
        <w:t>to yeh kitna bara shukr ka item hai, yaani pehle zamane mein kis kis badshah ko yeh mauqa</w:t>
      </w:r>
    </w:p>
    <w:p>
      <w:pPr>
        <w:jc w:val="right"/>
      </w:pPr>
      <w:r>
        <w:t>تو یہ کتنا بڑا شکر کا آئٹم ہے، یعنی پہلے زمانے میں کس کس بادشاہ کو یہ موقع</w:t>
      </w:r>
    </w:p>
    <w:p>
      <w:r>
        <w:rPr>
          <w:b/>
        </w:rPr>
        <w:t xml:space="preserve">[07:37] </w:t>
      </w:r>
      <w:r>
        <w:t>tha ke woh bole aur sari duniya us ko sune? to aaj subah woh keh raha tha ke</w:t>
      </w:r>
    </w:p>
    <w:p>
      <w:pPr>
        <w:jc w:val="right"/>
      </w:pPr>
      <w:r>
        <w:t>تھا کہ وہ بولے اور ساری دنیا اس کو سنے؟ تو آج صبح وہ کہہ رہا تھا کہ</w:t>
      </w:r>
    </w:p>
    <w:p>
      <w:r>
        <w:rPr>
          <w:b/>
        </w:rPr>
        <w:t xml:space="preserve">[07:43] </w:t>
      </w:r>
      <w:r>
        <w:t>ke beesveen sadi ke sare hi musalman "one to all" marsiakhwani karte</w:t>
      </w:r>
    </w:p>
    <w:p>
      <w:pPr>
        <w:jc w:val="right"/>
      </w:pPr>
      <w:r>
        <w:t>کہ بیسویں صدی کے سارے ہی مسلمان "ون ٹو آل" مرسیہ خوانی کرتے</w:t>
      </w:r>
    </w:p>
    <w:p>
      <w:r>
        <w:rPr>
          <w:b/>
        </w:rPr>
        <w:t xml:space="preserve">[07:49] </w:t>
      </w:r>
      <w:r>
        <w:t>rahe ke church ke bahar chala gaya, Spanish empire chala gaya, ab bahar se empire chala gaya, Mughal</w:t>
      </w:r>
    </w:p>
    <w:p>
      <w:pPr>
        <w:jc w:val="right"/>
      </w:pPr>
      <w:r>
        <w:t>رہے کہ چرچ کے باہر چلا گیا، اسپینش ایمپائر چلا گیا، اب باہر سے ایمپائر چلا گیا، مغل</w:t>
      </w:r>
    </w:p>
    <w:p>
      <w:r>
        <w:rPr>
          <w:b/>
        </w:rPr>
        <w:t xml:space="preserve">[07:55] </w:t>
      </w:r>
      <w:r>
        <w:t>empire chala gaya.</w:t>
      </w:r>
    </w:p>
    <w:p>
      <w:pPr>
        <w:jc w:val="right"/>
      </w:pPr>
      <w:r>
        <w:t>ایمپائر چلا گیا۔</w:t>
      </w:r>
    </w:p>
    <w:p>
      <w:r>
        <w:rPr>
          <w:b/>
        </w:rPr>
        <w:t xml:space="preserve">[08:01] </w:t>
      </w:r>
      <w:r>
        <w:t>isi ke jitne bhi is is beesveen sadi mein jo log uthe, woh isi par uthe aur sara</w:t>
      </w:r>
    </w:p>
    <w:p>
      <w:pPr>
        <w:jc w:val="right"/>
      </w:pPr>
      <w:r>
        <w:t>اسی کے جتنے بھی اس اس بیسویں صدی میں جو لوگ اٹھے، وہ اسی پر اٹھے اور سارا</w:t>
      </w:r>
    </w:p>
    <w:p>
      <w:r>
        <w:rPr>
          <w:b/>
        </w:rPr>
        <w:t xml:space="preserve">[08:07] </w:t>
      </w:r>
      <w:r>
        <w:t>zor un ka kis par tha? ke humein regain karna hai, yaani empire ko jis ko khilafat kehte</w:t>
      </w:r>
    </w:p>
    <w:p>
      <w:pPr>
        <w:jc w:val="right"/>
      </w:pPr>
      <w:r>
        <w:t>زور ان کا کس پر تھا؟ کہ ہمیں ریگین کرنا ہے، یعنی ایمپائر کو جس کو خلافت کہتے</w:t>
      </w:r>
    </w:p>
    <w:p>
      <w:r>
        <w:rPr>
          <w:b/>
        </w:rPr>
        <w:t xml:space="preserve">[08:13] </w:t>
      </w:r>
      <w:r>
        <w:t>hain, woh log ko re</w:t>
      </w:r>
    </w:p>
    <w:p>
      <w:pPr>
        <w:jc w:val="right"/>
      </w:pPr>
      <w:r>
        <w:t>ہیں، وہ لوگ کو ری</w:t>
      </w:r>
    </w:p>
    <w:p>
      <w:r>
        <w:rPr>
          <w:b/>
        </w:rPr>
        <w:t xml:space="preserve">[08:19] </w:t>
      </w:r>
      <w:r>
        <w:t>gain karna hai.</w:t>
      </w:r>
    </w:p>
    <w:p>
      <w:pPr>
        <w:jc w:val="right"/>
      </w:pPr>
      <w:r>
        <w:t>گین کرنا ہے۔</w:t>
      </w:r>
    </w:p>
    <w:p>
      <w:r>
        <w:rPr>
          <w:b/>
        </w:rPr>
        <w:t xml:space="preserve">[08:25] </w:t>
      </w:r>
      <w:r>
        <w:t>to regain to kar nahi sake, to kya hua? hum ki wajah ulta jee rahe hain, nashukri mein,</w:t>
      </w:r>
    </w:p>
    <w:p>
      <w:pPr>
        <w:jc w:val="right"/>
      </w:pPr>
      <w:r>
        <w:t>تو ریگین تو کر نہیں سکے، تو کیا ہوا؟ ہم کی وجہ الٹا جی رہے ہیں، ناشکری میں،</w:t>
      </w:r>
    </w:p>
    <w:p>
      <w:r>
        <w:rPr>
          <w:b/>
        </w:rPr>
        <w:t xml:space="preserve">[08:31] </w:t>
      </w:r>
      <w:r>
        <w:t>yaani jeena tha hum ko yaft mein, atiyye mein, hum jee rahe hain maloomi mein.</w:t>
      </w:r>
    </w:p>
    <w:p>
      <w:pPr>
        <w:jc w:val="right"/>
      </w:pPr>
      <w:r>
        <w:t>یعنی جینا تھا ہم کو یافت میں، عطیے میں، ہم جی رہے ہیں معلومی میں۔</w:t>
      </w:r>
    </w:p>
    <w:p>
      <w:r>
        <w:rPr>
          <w:b/>
        </w:rPr>
        <w:t xml:space="preserve">[08:37] </w:t>
      </w:r>
      <w:r>
        <w:t>kesi ajeeb baat hai!</w:t>
      </w:r>
    </w:p>
    <w:p>
      <w:pPr>
        <w:jc w:val="right"/>
      </w:pPr>
      <w:r>
        <w:t>کیسی عجیب بات ہے!</w:t>
      </w:r>
    </w:p>
    <w:p>
      <w:r>
        <w:rPr>
          <w:b/>
        </w:rPr>
        <w:t xml:space="preserve">[08:43] </w:t>
      </w:r>
      <w:r>
        <w:t>to namaz padhte hain "alhamdulillah rabbil alameen" lekin</w:t>
      </w:r>
    </w:p>
    <w:p>
      <w:pPr>
        <w:jc w:val="right"/>
      </w:pPr>
      <w:r>
        <w:t>تو نماز پڑھتے ہیں "الحمدللہ رب العالمین" لیکن</w:t>
      </w:r>
    </w:p>
    <w:p>
      <w:r>
        <w:rPr>
          <w:b/>
        </w:rPr>
        <w:t xml:space="preserve">[08:49] </w:t>
      </w:r>
      <w:r>
        <w:t>hamd spirit bilkul hi nahi hai.</w:t>
      </w:r>
    </w:p>
    <w:p>
      <w:pPr>
        <w:jc w:val="right"/>
      </w:pPr>
      <w:r>
        <w:t>حمد اسپرٹ بالکل ہی نہیں ہے۔</w:t>
      </w:r>
    </w:p>
    <w:p>
      <w:r>
        <w:rPr>
          <w:b/>
        </w:rPr>
        <w:t xml:space="preserve">[08:54] </w:t>
      </w:r>
      <w:r>
        <w:t>jo namaz padhte hain masjidon mein, hamd spirit bilkul nahi, shukr ki spirit bilkul nahi, kyunke woh to</w:t>
      </w:r>
    </w:p>
    <w:p>
      <w:pPr>
        <w:jc w:val="right"/>
      </w:pPr>
      <w:r>
        <w:t>جو نماز پڑھتے ہیں مسجدوں میں، حمد اسپرٹ بالکل نہیں، شکر کی اسپرٹ بالکل نہیں، کیونکہ وہ تو</w:t>
      </w:r>
    </w:p>
    <w:p>
      <w:r>
        <w:rPr>
          <w:b/>
        </w:rPr>
        <w:t xml:space="preserve">[09:00] </w:t>
      </w:r>
      <w:r>
        <w:t>ji rahe hain mahroomi mein.</w:t>
      </w:r>
    </w:p>
    <w:p>
      <w:pPr>
        <w:jc w:val="right"/>
      </w:pPr>
      <w:r>
        <w:t>جی رہے ہیں محرومی میں۔</w:t>
      </w:r>
    </w:p>
    <w:p>
      <w:r>
        <w:rPr>
          <w:b/>
        </w:rPr>
        <w:t xml:space="preserve">[09:05] </w:t>
      </w:r>
      <w:r>
        <w:t>abhi jo up mein election hua, wahan bjp jeet gayi to saare hi musalman "one</w:t>
      </w:r>
    </w:p>
    <w:p>
      <w:pPr>
        <w:jc w:val="right"/>
      </w:pPr>
      <w:r>
        <w:t>ابھی جو یو پی میں الیکشن ہوا، وہاں بی جے پی جیت گئی تو سارے ہی مسلمان "ون</w:t>
      </w:r>
    </w:p>
    <w:p>
      <w:r>
        <w:rPr>
          <w:b/>
        </w:rPr>
        <w:t xml:space="preserve">[09:10] </w:t>
      </w:r>
      <w:r>
        <w:t>two all" bas isi ka charcha kar rahe hain: bjp jeet gayi, bjp jeet gayi.</w:t>
      </w:r>
    </w:p>
    <w:p>
      <w:pPr>
        <w:jc w:val="right"/>
      </w:pPr>
      <w:r>
        <w:t>ٹو آل" بس اسی کا چرچا کر رہے ہیں: بی جے پی جیت گئی، بی جے پی جیت گئی۔</w:t>
      </w:r>
    </w:p>
    <w:p>
      <w:r>
        <w:rPr>
          <w:b/>
        </w:rPr>
        <w:t xml:space="preserve">[09:15] </w:t>
      </w:r>
      <w:r>
        <w:t>namaz padhte hain yeh log.</w:t>
      </w:r>
    </w:p>
    <w:p>
      <w:pPr>
        <w:jc w:val="right"/>
      </w:pPr>
      <w:r>
        <w:t>نماز پڑھتے ہیں یہ لوگ۔</w:t>
      </w:r>
    </w:p>
    <w:p>
      <w:r>
        <w:rPr>
          <w:b/>
        </w:rPr>
        <w:t xml:space="preserve">[09:20] </w:t>
      </w:r>
      <w:r>
        <w:t>to meri samajh mein aaya ke woh jo hadith mein aata hai ke "masaj mamla woh hai khwabon mein hota" ke ek zamana aayega jab ke masjidain bhari hongi lekin woh hidayat se khali hongi. to is ka matlab yahi to hai ke hamd spirit se khali hongi. log "alhamdulillah rabbil alameen" padhenge lekin hamd spirit nahi hogi un ke andar, kyunke un ko bas mehroomi, mehroomi,</w:t>
      </w:r>
    </w:p>
    <w:p>
      <w:pPr>
        <w:jc w:val="right"/>
      </w:pPr>
      <w:r>
        <w:t>تو میری سمجھ میں آیا کہ وہ جو حدیث میں آتا ہے کہ "مساج معاملہ وہ ہے خوابوں میں ہوتا" کہ ایک زمانہ آئے گا جب کہ مسجدیں بھری ہوں گی لیکن وہ ہدایت سے خالی ہوں گی۔ تو اس کا مطلب یہی تو ہے کہ حمد اسپرٹ سے خالی ہوں گی۔ لوگ "الحمدللہ رب العالمین" پڑھیں گے لیکن حمد اسپرٹ نہیں ہوگی ان کے اندر، کیونکہ ان کو بس محرومی، محرومی،</w:t>
      </w:r>
    </w:p>
    <w:p>
      <w:r>
        <w:rPr>
          <w:b/>
        </w:rPr>
        <w:t xml:space="preserve">[09:50] </w:t>
      </w:r>
      <w:r>
        <w:t>mehroomi ke ehsas mein jeete honge. to hamd spirit aaya to kahan se aaya? aise hi dekhiye, aap bar bar kehte hain "allahu akbar". allahu akbar kya cheez hai? allah bada hai, allah ki glory sab se zyada hai. to aap gaur kijiye ke aaj kal ke musalman hain, main to ek bhi musalman nahi paya hua hai jo allah ki</w:t>
      </w:r>
    </w:p>
    <w:p>
      <w:pPr>
        <w:jc w:val="right"/>
      </w:pPr>
      <w:r>
        <w:t>محرومی کے احساس میں جیتے ہوں گے۔ تو حمد اسپرٹ آیا تو کہاں سے آیا؟ ایسے ہی دیکھیے، آپ بار بار کہتے ہیں "اللہ اکبر"۔ اللہ اکبر کیا چیز ہے؟ اللہ بڑا ہے، اللہ کی گلوری سب سے زیادہ ہے۔ تو آپ غور کیجئے کہ آج کل کے مسلمان ہیں، میں تو ایک بھی مسلمان نہیں پایا ہوا ہے جو اللہ کی</w:t>
      </w:r>
    </w:p>
    <w:p>
      <w:r>
        <w:rPr>
          <w:b/>
        </w:rPr>
        <w:t xml:space="preserve">[10:20] </w:t>
      </w:r>
      <w:r>
        <w:t>glory mein jeeta ho.</w:t>
      </w:r>
    </w:p>
    <w:p>
      <w:pPr>
        <w:jc w:val="right"/>
      </w:pPr>
      <w:r>
        <w:t>گلوری میں جیتا ہو۔</w:t>
      </w:r>
    </w:p>
    <w:p>
      <w:r>
        <w:rPr>
          <w:b/>
        </w:rPr>
        <w:t xml:space="preserve">[10:25] </w:t>
      </w:r>
      <w:r>
        <w:t>woh to kisi aur ki glory mein jeeta hai.</w:t>
      </w:r>
    </w:p>
    <w:p>
      <w:pPr>
        <w:jc w:val="right"/>
      </w:pPr>
      <w:r>
        <w:t>وہ تو کسی اور کی گلوری میں جیتا ہے۔</w:t>
      </w:r>
    </w:p>
    <w:p>
      <w:r>
        <w:rPr>
          <w:b/>
        </w:rPr>
        <w:t xml:space="preserve">[10:29] </w:t>
      </w:r>
      <w:r>
        <w:t>jab aap yeh kehte hain ke israel hum par zulm kar raha hai, iss hum par</w:t>
      </w:r>
    </w:p>
    <w:p>
      <w:pPr>
        <w:jc w:val="right"/>
      </w:pPr>
      <w:r>
        <w:t>جب آپ یہ کہتے ہیں کہ اسرائیل ہم پر ظلم کر رہا ہے، آئی ایس ایس ہم پر</w:t>
      </w:r>
    </w:p>
    <w:p>
      <w:r>
        <w:rPr>
          <w:b/>
        </w:rPr>
        <w:t xml:space="preserve">[10:33] </w:t>
      </w:r>
      <w:r>
        <w:t>zulm kar raha hai, america hum par zulm kar raha hai, to iska matlab hai ke aap</w:t>
      </w:r>
    </w:p>
    <w:p>
      <w:pPr>
        <w:jc w:val="right"/>
      </w:pPr>
      <w:r>
        <w:t>ظلم کر رہا ہے، امریکہ ہم پر ظلم کر رہا ہے، تو اس کا معنی ہے کہ آپ</w:t>
      </w:r>
    </w:p>
    <w:p>
      <w:r>
        <w:rPr>
          <w:b/>
        </w:rPr>
        <w:t xml:space="preserve">[10:38] </w:t>
      </w:r>
      <w:r>
        <w:t>unko bada bata rahe hain.</w:t>
      </w:r>
    </w:p>
    <w:p>
      <w:pPr>
        <w:jc w:val="right"/>
      </w:pPr>
      <w:r>
        <w:t>ان کو بڑا بتا رہے ہیں۔</w:t>
      </w:r>
    </w:p>
    <w:p>
      <w:r>
        <w:rPr>
          <w:b/>
        </w:rPr>
        <w:t xml:space="preserve">[10:42] </w:t>
      </w:r>
      <w:r>
        <w:t>bada hai tab bhi zulm kar rahe hain.</w:t>
      </w:r>
    </w:p>
    <w:p>
      <w:pPr>
        <w:jc w:val="right"/>
      </w:pPr>
      <w:r>
        <w:t>بڑا ہے تب بھی ظلم کر رہے ہیں۔</w:t>
      </w:r>
    </w:p>
    <w:p>
      <w:r>
        <w:rPr>
          <w:b/>
        </w:rPr>
        <w:t xml:space="preserve">[10:46] </w:t>
      </w:r>
      <w:r>
        <w:t>woh jo musalman ja kar namaz mein kehte hain "allah o akbar", woh namaz se bahar</w:t>
      </w:r>
    </w:p>
    <w:p>
      <w:pPr>
        <w:jc w:val="right"/>
      </w:pPr>
      <w:r>
        <w:t>وہ جو مسلمان جا کر نماز میں کہتے ہیں "اللہ اکبر"، وہ نماز سے باہر</w:t>
      </w:r>
    </w:p>
    <w:p>
      <w:r>
        <w:rPr>
          <w:b/>
        </w:rPr>
        <w:t xml:space="preserve">[10:51] </w:t>
      </w:r>
      <w:r>
        <w:t>kisko bada bana rahe hain? iss ko, israel ko, america ko. gaur kijiye, yahi to hai matlab ke "masaj mamla khwabon mein hota", yani ke un ki masjidon mein "allahu akbar" khoob kaha jayega lekin "allahu akbar" ki spirit se un ke dil khali honge. mehroomi ka jazba aap ko sab se badi jo nuksan pahunchata hai, woh yeh ke aap</w:t>
      </w:r>
    </w:p>
    <w:p>
      <w:pPr>
        <w:jc w:val="right"/>
      </w:pPr>
      <w:r>
        <w:t>کس کو بڑا بنا رہے ہیں؟ آئی ایس ایس کو، اسرائیل کو، امریکہ کو۔ غور کیجئے، یہی تو ہے مطلب کہ "مساج معاملہ خوابوں میں ہوتا"، یعنی کہ ان کی مسجدوں میں "اللہ اکبر" خوب کہا جائے گا لیکن "اللہ اکبر" کی اسپرٹ سے ان کے دل خالی ہوں گے۔ محرومی کا جذبہ آپ کو سب سے بڑی جو نقصان پہنچاتا ہے، وہ یہ کہ آپ</w:t>
      </w:r>
    </w:p>
    <w:p>
      <w:r>
        <w:rPr>
          <w:b/>
        </w:rPr>
        <w:t xml:space="preserve">[11:21] </w:t>
      </w:r>
      <w:r>
        <w:t>allah ki glory se khali ho jaate hain.</w:t>
      </w:r>
    </w:p>
    <w:p>
      <w:pPr>
        <w:jc w:val="right"/>
      </w:pPr>
      <w:r>
        <w:t>اللہ کی گلوری سے خالی ہو جاتے ہیں۔</w:t>
      </w:r>
    </w:p>
    <w:p>
      <w:r>
        <w:rPr>
          <w:b/>
        </w:rPr>
        <w:t xml:space="preserve">[11:27] </w:t>
      </w:r>
      <w:r>
        <w:t>jab aap yeh kahein ke hum par zulm ho raha hai, hum under siege hain, hamare khilaf conspiracy</w:t>
      </w:r>
    </w:p>
    <w:p>
      <w:pPr>
        <w:jc w:val="right"/>
      </w:pPr>
      <w:r>
        <w:t>جب آپ یہ کہیں کہ ہم پر ظلم ہو رہا ہے، ہم انڈر سیج ہیں، ہمارے خلاف کانسپریسی</w:t>
      </w:r>
    </w:p>
    <w:p>
      <w:r>
        <w:rPr>
          <w:b/>
        </w:rPr>
        <w:t xml:space="preserve">[11:33] </w:t>
      </w:r>
      <w:r>
        <w:t>ho rahi hai, to bazahir aap doosre ke khilaf complaint kar rahe hain lekin sachi baat yeh hai</w:t>
      </w:r>
    </w:p>
    <w:p>
      <w:pPr>
        <w:jc w:val="right"/>
      </w:pPr>
      <w:r>
        <w:t>ہو رہی ہے، تو بظاہر آپ دوسرے کے خلاف کمپلینٹ کر رہے ہیں لیکن سچی بات یہ ہے</w:t>
      </w:r>
    </w:p>
    <w:p>
      <w:r>
        <w:rPr>
          <w:b/>
        </w:rPr>
        <w:t xml:space="preserve">[11:39] </w:t>
      </w:r>
      <w:r>
        <w:t>ke aap yeh elaan kar rahe hain ke mera seena allah ki glory se khali hai, mera seena</w:t>
      </w:r>
    </w:p>
    <w:p>
      <w:pPr>
        <w:jc w:val="right"/>
      </w:pPr>
      <w:r>
        <w:t>کہ آپ یہ اعلان کر رہے ہیں کہ میرا سینہ اللہ کی گلوری سے خالی ہے، میرا سینہ</w:t>
      </w:r>
    </w:p>
    <w:p>
      <w:r>
        <w:rPr>
          <w:b/>
        </w:rPr>
        <w:t xml:space="preserve">[11:45] </w:t>
      </w:r>
      <w:r>
        <w:t>bhara hua hai kisi aur ki</w:t>
      </w:r>
    </w:p>
    <w:p>
      <w:pPr>
        <w:jc w:val="right"/>
      </w:pPr>
      <w:r>
        <w:t>بھرا ہوا ہے کسی اور کی</w:t>
      </w:r>
    </w:p>
    <w:p>
      <w:r>
        <w:rPr>
          <w:b/>
        </w:rPr>
        <w:t xml:space="preserve">[11:51] </w:t>
      </w:r>
      <w:r>
        <w:t>glory, iss ki, bjp ki, america ki, israel ki.</w:t>
      </w:r>
    </w:p>
    <w:p>
      <w:pPr>
        <w:jc w:val="right"/>
      </w:pPr>
      <w:r>
        <w:t>گلوری، آئی ایس ایس کی، بی جے پی کی، امریکہ کی، اسرائیل کی۔</w:t>
      </w:r>
    </w:p>
    <w:p>
      <w:r>
        <w:rPr>
          <w:b/>
        </w:rPr>
        <w:t xml:space="preserve">[11:57] </w:t>
      </w:r>
      <w:r>
        <w:t>aisi namazein kya hain? kuch bhi nahi.</w:t>
      </w:r>
    </w:p>
    <w:p>
      <w:pPr>
        <w:jc w:val="right"/>
      </w:pPr>
      <w:r>
        <w:t>ایسی نمازیں کیا ہیں؟ کچھ بھی نہیں۔</w:t>
      </w:r>
    </w:p>
    <w:p>
      <w:r>
        <w:rPr>
          <w:b/>
        </w:rPr>
        <w:t xml:space="preserve">[12:03] </w:t>
      </w:r>
      <w:r>
        <w:t>aisi namazein kya hain? to jis namaz ki dhoop hai, saari duniya musalmanon ki, har jagah dhoop machi</w:t>
      </w:r>
    </w:p>
    <w:p>
      <w:pPr>
        <w:jc w:val="right"/>
      </w:pPr>
      <w:r>
        <w:t>ایسی نمازیں کیا ہیں؟ تو جس نماز کی دھوپ ہے، ساری دنیا مسلمانوں کی، ہر جگہ دھوپ مچی</w:t>
      </w:r>
    </w:p>
    <w:p>
      <w:r>
        <w:rPr>
          <w:b/>
        </w:rPr>
        <w:t xml:space="preserve">[12:10] </w:t>
      </w:r>
      <w:r>
        <w:t>hui hai, namaz ki beshumar masjidien hain lekin woh kya hai? spirit less namaz, yeh rituals wali namaz.</w:t>
      </w:r>
    </w:p>
    <w:p>
      <w:pPr>
        <w:jc w:val="right"/>
      </w:pPr>
      <w:r>
        <w:t>ہوئی ہے، نماز کی بے شمار مسجدیں ہیں لیکن وہ کیا ہے؟ اسپرٹ لیس نماز، یہ ریچولز والی نماز۔</w:t>
      </w:r>
    </w:p>
    <w:p>
      <w:r>
        <w:rPr>
          <w:b/>
        </w:rPr>
        <w:t xml:space="preserve">[12:16] </w:t>
      </w:r>
      <w:r>
        <w:t>in mein na shukr ka</w:t>
      </w:r>
    </w:p>
    <w:p>
      <w:pPr>
        <w:jc w:val="right"/>
      </w:pPr>
      <w:r>
        <w:t>ان میں نہ شکر کا</w:t>
      </w:r>
    </w:p>
    <w:p>
      <w:r>
        <w:rPr>
          <w:b/>
        </w:rPr>
        <w:t xml:space="preserve">[12:22] </w:t>
      </w:r>
      <w:r>
        <w:t>toofan hai namaziyon ke dil mein, na Allah ki barhai ka toofan hai namaziyon ke dil mein.</w:t>
      </w:r>
    </w:p>
    <w:p>
      <w:pPr>
        <w:jc w:val="right"/>
      </w:pPr>
      <w:r>
        <w:t>طوفان ہے نمازیوں کے دل میں، نہ اللہ کی بڑائی کا طوفان ہے نمازیوں کے دل میں۔</w:t>
      </w:r>
    </w:p>
    <w:p>
      <w:r>
        <w:rPr>
          <w:b/>
        </w:rPr>
        <w:t xml:space="preserve">[12:30] </w:t>
      </w:r>
      <w:r>
        <w:t>yeh halat hai.</w:t>
      </w:r>
    </w:p>
    <w:p>
      <w:pPr>
        <w:jc w:val="right"/>
      </w:pPr>
      <w:r>
        <w:t>یہ حالت ہے۔</w:t>
      </w:r>
    </w:p>
    <w:p>
      <w:r>
        <w:rPr>
          <w:b/>
        </w:rPr>
        <w:t xml:space="preserve">[12:38] </w:t>
      </w:r>
      <w:r>
        <w:t>aise hi dekhiye, teesri cheez jo bohat zyada dohrai jati hai namaz mein, woh hai "Assalam o Alaikum wa Rahmatullah".</w:t>
      </w:r>
    </w:p>
    <w:p>
      <w:pPr>
        <w:jc w:val="right"/>
      </w:pPr>
      <w:r>
        <w:t>ایسے ہی دیکھیے، تیسری چیز جو بہت زیادہ دہرائی جاتی ہے نماز میں، وہ ہے "السلام علیکم ورحمۃ اللہ"۔</w:t>
      </w:r>
    </w:p>
    <w:p>
      <w:r>
        <w:rPr>
          <w:b/>
        </w:rPr>
        <w:t xml:space="preserve">[12:45] </w:t>
      </w:r>
      <w:r>
        <w:t>jab namaz khatam hoti hai to koi bhi namaz ho, fajar ho, sunnat ho, nafal ho,</w:t>
      </w:r>
    </w:p>
    <w:p>
      <w:pPr>
        <w:jc w:val="right"/>
      </w:pPr>
      <w:r>
        <w:t>جب نماز ختم ہوتی ہے تو کوئی بھی نماز ہو، فجر ہو، سنت ہو، نفل ہو،</w:t>
      </w:r>
    </w:p>
    <w:p>
      <w:r>
        <w:rPr>
          <w:b/>
        </w:rPr>
        <w:t xml:space="preserve">[12:53] </w:t>
      </w:r>
      <w:r>
        <w:t>to aap us waqt zaroor kehte hain "Assalam o Alaikum wa Rahmatullah".</w:t>
      </w:r>
    </w:p>
    <w:p>
      <w:pPr>
        <w:jc w:val="right"/>
      </w:pPr>
      <w:r>
        <w:t>تو آپ اس وقت ضرور کہتے ہیں "السلام علیکم ورحمۃ اللہ"۔</w:t>
      </w:r>
    </w:p>
    <w:p>
      <w:r>
        <w:rPr>
          <w:b/>
        </w:rPr>
        <w:t xml:space="preserve">[12:58] </w:t>
      </w:r>
      <w:r>
        <w:t>yeh kis ko kehte hain? aap salam kis ko? insano ko, is zameen par jo base hue hain,</w:t>
      </w:r>
    </w:p>
    <w:p>
      <w:pPr>
        <w:jc w:val="right"/>
      </w:pPr>
      <w:r>
        <w:t>یہ کس کو کہتے ہیں؟ آپ سلام کس کو؟ انسانوں کو، اس زمین پر جو بسے ہوئے ہیں،</w:t>
      </w:r>
    </w:p>
    <w:p>
      <w:r>
        <w:rPr>
          <w:b/>
        </w:rPr>
        <w:t xml:space="preserve">[13:03] </w:t>
      </w:r>
      <w:r>
        <w:t>saare log in ko kehte hain: "Ae logon!</w:t>
      </w:r>
    </w:p>
    <w:p>
      <w:pPr>
        <w:jc w:val="right"/>
      </w:pPr>
      <w:r>
        <w:t>سارے لوگ ان کو کہتے ہیں: "اے لوگوں!</w:t>
      </w:r>
    </w:p>
    <w:p>
      <w:r>
        <w:rPr>
          <w:b/>
        </w:rPr>
        <w:t xml:space="preserve">[13:08] </w:t>
      </w:r>
      <w:r>
        <w:t>tum par salamat ho! Ae logon!</w:t>
      </w:r>
    </w:p>
    <w:p>
      <w:pPr>
        <w:jc w:val="right"/>
      </w:pPr>
      <w:r>
        <w:t>تم پر سلامتی ہو! اے لوگوں!</w:t>
      </w:r>
    </w:p>
    <w:p>
      <w:r>
        <w:rPr>
          <w:b/>
        </w:rPr>
        <w:t xml:space="preserve">[13:13] </w:t>
      </w:r>
      <w:r>
        <w:t>tum par salamat ho!" yaani apne is halat ka elaan karte hain ke hamara dil insan ki mohabbat</w:t>
      </w:r>
    </w:p>
    <w:p>
      <w:pPr>
        <w:jc w:val="right"/>
      </w:pPr>
      <w:r>
        <w:t>تم پر سلامتی ہو!" یعنی اپنے اس حالت کا اعلان کرتے ہیں کہ ہمارا دل انسان کی محبت</w:t>
      </w:r>
    </w:p>
    <w:p>
      <w:r>
        <w:rPr>
          <w:b/>
        </w:rPr>
        <w:t xml:space="preserve">[13:18] </w:t>
      </w:r>
      <w:r>
        <w:t>se, insan ki khair khwahi se</w:t>
      </w:r>
    </w:p>
    <w:p>
      <w:pPr>
        <w:jc w:val="right"/>
      </w:pPr>
      <w:r>
        <w:t>سے، انسان کی خیر خواہی سے</w:t>
      </w:r>
    </w:p>
    <w:p>
      <w:r>
        <w:rPr>
          <w:b/>
        </w:rPr>
        <w:t xml:space="preserve">[13:23] </w:t>
      </w:r>
      <w:r>
        <w:t>bhara hua hai.</w:t>
      </w:r>
    </w:p>
    <w:p>
      <w:pPr>
        <w:jc w:val="right"/>
      </w:pPr>
      <w:r>
        <w:t>بھرا ہوا ہے۔</w:t>
      </w:r>
    </w:p>
    <w:p>
      <w:r>
        <w:rPr>
          <w:b/>
        </w:rPr>
        <w:t xml:space="preserve">[13:28] </w:t>
      </w:r>
      <w:r>
        <w:t>lekin aap dekhiye, musalmanon ki kisi majlis mein jaiye, un ke kisi jalsay mein jaiye, un ka koi</w:t>
      </w:r>
    </w:p>
    <w:p>
      <w:pPr>
        <w:jc w:val="right"/>
      </w:pPr>
      <w:r>
        <w:t>لیکن آپ دیکھیے، مسلمانوں کی کسی مجلس میں جائیے، ان کے کسی جلسے میں جائیے، ان کا کوئی</w:t>
      </w:r>
    </w:p>
    <w:p>
      <w:r>
        <w:rPr>
          <w:b/>
        </w:rPr>
        <w:t xml:space="preserve">[13:33] </w:t>
      </w:r>
      <w:r>
        <w:t>akhbar parhiye to insano ke khilaf shikayat hai.</w:t>
      </w:r>
    </w:p>
    <w:p>
      <w:pPr>
        <w:jc w:val="right"/>
      </w:pPr>
      <w:r>
        <w:t>اخبار پڑھیے تو انسانوں کے خلاف شکایت ہے۔</w:t>
      </w:r>
    </w:p>
    <w:p>
      <w:r>
        <w:rPr>
          <w:b/>
        </w:rPr>
        <w:t xml:space="preserve">[13:38] </w:t>
      </w:r>
      <w:r>
        <w:t>saare insan musalmanon ke liye dushman hain.</w:t>
      </w:r>
    </w:p>
    <w:p>
      <w:pPr>
        <w:jc w:val="right"/>
      </w:pPr>
      <w:r>
        <w:t>سارے انسان مسلمانوں کے لیے دشمن ہیں۔</w:t>
      </w:r>
    </w:p>
    <w:p>
      <w:r>
        <w:rPr>
          <w:b/>
        </w:rPr>
        <w:t xml:space="preserve">[13:43] </w:t>
      </w:r>
      <w:r>
        <w:t>to "Assalam o Alaikum" kahan kaha hai? yaani kehte hain: "Assalam o Alaikum! Ae insano!</w:t>
      </w:r>
    </w:p>
    <w:p>
      <w:pPr>
        <w:jc w:val="right"/>
      </w:pPr>
      <w:r>
        <w:t>تو "السلام علیکم" کہاں کہا ہے؟ یعنی کہتے ہیں: "السلام علیکم! اے انسانوں!</w:t>
      </w:r>
    </w:p>
    <w:p>
      <w:r>
        <w:rPr>
          <w:b/>
        </w:rPr>
        <w:t xml:space="preserve">[13:48] </w:t>
      </w:r>
      <w:r>
        <w:t>tum par salamat ho!"</w:t>
      </w:r>
    </w:p>
    <w:p>
      <w:pPr>
        <w:jc w:val="right"/>
      </w:pPr>
      <w:r>
        <w:t>تم پر سلامتی ہو!"</w:t>
      </w:r>
    </w:p>
    <w:p>
      <w:r>
        <w:rPr>
          <w:b/>
        </w:rPr>
        <w:t xml:space="preserve">[13:53] </w:t>
      </w:r>
      <w:r>
        <w:t>aur kehte hain: "kahan hai ulta?" phir yahan tak ke baqayda bad duaen ki jati hain masjidon mein. mere nazdeek yeh yeh bad duaen bilashuba haram hain, haram hain, haram hain. yeh musalmanon ke wazr mein izafa karti hain. wazr mein aap insan ki mohabbat ki jiye, insan ki se khair khwahi ki jiye, insan ke liye hidayat ki duaen ki jiye. bad duaen kya hain? yeh to shaitani kaam hai bad dua kar</w:t>
      </w:r>
    </w:p>
    <w:p>
      <w:pPr>
        <w:jc w:val="right"/>
      </w:pPr>
      <w:r>
        <w:t>اور کہتے ہیں: "کہاں ہے الٹا؟" پھر یہاں تک کہ باقاعدہ بد دعائیں کی جاتی ہیں مسجدوں میں۔ میرے نزدیک یہ یہ بد دعائیں بلاشبہ حرام ہیں، حرام ہیں، حرام ہیں۔ یہ مسلمانوں کے وذر میں اضافہ کرتی ہیں۔ وذر میں آپ انسان کی محبت کیجئے، انسان کی سے خیر خواہی کیجئے، انسان کے لیے ہدایت کی دعائیں کیجئے۔ بد دعائیں کیا ہیں؟ یہ تو شیطانی کام ہے بد دعا کر</w:t>
      </w:r>
    </w:p>
    <w:p>
      <w:r>
        <w:rPr>
          <w:b/>
        </w:rPr>
        <w:t xml:space="preserve">[14:23] </w:t>
      </w:r>
      <w:r>
        <w:t>na.</w:t>
      </w:r>
    </w:p>
    <w:p>
      <w:pPr>
        <w:jc w:val="right"/>
      </w:pPr>
      <w:r>
        <w:t>نا۔</w:t>
      </w:r>
    </w:p>
    <w:p>
      <w:r>
        <w:rPr>
          <w:b/>
        </w:rPr>
        <w:t xml:space="preserve">[14:28] </w:t>
      </w:r>
      <w:r>
        <w:t>lekin sari dunya mein bad duaen hoti hain, America mein bhi hoti hain bad duaen.</w:t>
      </w:r>
    </w:p>
    <w:p>
      <w:pPr>
        <w:jc w:val="right"/>
      </w:pPr>
      <w:r>
        <w:t>لیکن ساری دنیا میں بد دعائیں ہوتی ہیں، امریکہ میں بھی ہوتی ہیں بد دعائیں۔</w:t>
      </w:r>
    </w:p>
    <w:p>
      <w:r>
        <w:rPr>
          <w:b/>
        </w:rPr>
        <w:t xml:space="preserve">[14:34] </w:t>
      </w:r>
      <w:r>
        <w:t>main ne khud suna hai.</w:t>
      </w:r>
    </w:p>
    <w:p>
      <w:pPr>
        <w:jc w:val="right"/>
      </w:pPr>
      <w:r>
        <w:t>میں نے خود سنا ہے۔</w:t>
      </w:r>
    </w:p>
    <w:p>
      <w:r>
        <w:rPr>
          <w:b/>
        </w:rPr>
        <w:t xml:space="preserve">[14:39] </w:t>
      </w:r>
      <w:r>
        <w:t>to aap bataiye ke jo jo namaz insan ko jannat mein le jayegi, woh is spirit wali namaz</w:t>
      </w:r>
    </w:p>
    <w:p>
      <w:pPr>
        <w:jc w:val="right"/>
      </w:pPr>
      <w:r>
        <w:t>تو آپ بتائیے کہ جو جو نماز انسان کو جنت میں لے جائے گی، وہ اسپرٹ والی نماز</w:t>
      </w:r>
    </w:p>
    <w:p>
      <w:r>
        <w:rPr>
          <w:b/>
        </w:rPr>
        <w:t xml:space="preserve">[14:44] </w:t>
      </w:r>
      <w:r>
        <w:t>hogi jis mein yeh spirit bhari hui ho.</w:t>
      </w:r>
    </w:p>
    <w:p>
      <w:pPr>
        <w:jc w:val="right"/>
      </w:pPr>
      <w:r>
        <w:t>ہوگی جس میں یہ اسپرٹ بھری ہوئی ہو۔</w:t>
      </w:r>
    </w:p>
    <w:p>
      <w:r>
        <w:rPr>
          <w:b/>
        </w:rPr>
        <w:t xml:space="preserve">[14:49] </w:t>
      </w:r>
      <w:r>
        <w:t>shukr, shukr, yaani khudai shukr,</w:t>
      </w:r>
    </w:p>
    <w:p>
      <w:pPr>
        <w:jc w:val="right"/>
      </w:pPr>
      <w:r>
        <w:t>شکر، شکر، یعنی خدائی شکر،</w:t>
      </w:r>
    </w:p>
    <w:p>
      <w:r>
        <w:rPr>
          <w:b/>
        </w:rPr>
        <w:t xml:space="preserve">[14:54] </w:t>
      </w:r>
      <w:r>
        <w:t>Khuda ke shukr ki spirit, Khuda ki glory ki spirit, insano ki khair khwahi ki spirit, woh namaz</w:t>
      </w:r>
    </w:p>
    <w:p>
      <w:pPr>
        <w:jc w:val="right"/>
      </w:pPr>
      <w:r>
        <w:t>خدا کے شکر کی اسپرٹ، خدا کی گلوری کی اسپرٹ، انسانوں کی خیر خواہی کی اسپرٹ، وہ نماز</w:t>
      </w:r>
    </w:p>
    <w:p>
      <w:r>
        <w:rPr>
          <w:b/>
        </w:rPr>
        <w:t xml:space="preserve">[15:00] </w:t>
      </w:r>
      <w:r>
        <w:t>le jayegi jannat mein.</w:t>
      </w:r>
    </w:p>
    <w:p>
      <w:pPr>
        <w:jc w:val="right"/>
      </w:pPr>
      <w:r>
        <w:t>لے جائے گی جنت میں۔</w:t>
      </w:r>
    </w:p>
    <w:p>
      <w:r>
        <w:rPr>
          <w:b/>
        </w:rPr>
        <w:t xml:space="preserve">[15:06] </w:t>
      </w:r>
      <w:r>
        <w:t>woh namaz se aaj sari masjid khali hain.</w:t>
      </w:r>
    </w:p>
    <w:p>
      <w:pPr>
        <w:jc w:val="right"/>
      </w:pPr>
      <w:r>
        <w:t>وہ نماز سے آج سارے مسجدیں خالی ہیں۔</w:t>
      </w:r>
    </w:p>
    <w:p>
      <w:r>
        <w:rPr>
          <w:b/>
        </w:rPr>
        <w:t xml:space="preserve">[15:12] </w:t>
      </w:r>
      <w:r>
        <w:t>khud hadith ke mutabiq, khud hadith ke mutabiq, masaj mamla wahi kharab hota ke ek zamana aaye ga</w:t>
      </w:r>
    </w:p>
    <w:p>
      <w:pPr>
        <w:jc w:val="right"/>
      </w:pPr>
      <w:r>
        <w:t>خود حدیث کے مطابق، خود حدیث کے مطابق، مساج معاملہ وہی خراب ہوتا کہ ایک زمانہ آئے گا</w:t>
      </w:r>
    </w:p>
    <w:p>
      <w:r>
        <w:rPr>
          <w:b/>
        </w:rPr>
        <w:t xml:space="preserve">[15:18] </w:t>
      </w:r>
      <w:r>
        <w:t>jab ke masjidain bhari hon gi, un ki khoob abad hon gi, khoob round up ho gi masjidon mein. lekin</w:t>
      </w:r>
    </w:p>
    <w:p>
      <w:pPr>
        <w:jc w:val="right"/>
      </w:pPr>
      <w:r>
        <w:t>جب کہ مسجدیں بھری ہوں گی، ان کی خوب آباد ہوں گی، خوب راؤنڈ اپ ہو گی مسجدوں میں۔ لیکن</w:t>
      </w:r>
    </w:p>
    <w:p>
      <w:r>
        <w:rPr>
          <w:b/>
        </w:rPr>
        <w:t xml:space="preserve">[15:24] </w:t>
      </w:r>
      <w:r>
        <w:t>hidayat se khali hon ge.</w:t>
      </w:r>
    </w:p>
    <w:p>
      <w:pPr>
        <w:jc w:val="right"/>
      </w:pPr>
      <w:r>
        <w:t>ہدایت سے خالی ہوں گے۔</w:t>
      </w:r>
    </w:p>
    <w:p>
      <w:r>
        <w:rPr>
          <w:b/>
        </w:rPr>
        <w:t xml:space="preserve">[15:30] </w:t>
      </w:r>
      <w:r>
        <w:t>to is par sochte hue, aaj mein subah isi par soch raha tha to mujhe ek cheez yaad aai.</w:t>
      </w:r>
    </w:p>
    <w:p>
      <w:pPr>
        <w:jc w:val="right"/>
      </w:pPr>
      <w:r>
        <w:t>تو اس پر سوچتے ہوئے، آج میں صبح اسی پر سوچ رہا تھا تو مجھے ایک چیز یاد آئی۔</w:t>
      </w:r>
    </w:p>
    <w:p>
      <w:r>
        <w:rPr>
          <w:b/>
        </w:rPr>
        <w:t xml:space="preserve">[15:36] </w:t>
      </w:r>
      <w:r>
        <w:t>hazrat umar r.a, aap jante hain ke doosre khalifa the islam ki tareekh mein.</w:t>
      </w:r>
    </w:p>
    <w:p>
      <w:pPr>
        <w:jc w:val="right"/>
      </w:pPr>
      <w:r>
        <w:t>حضرت عمر رضی اللہ عنہ، آپ جانتے ہیں کہ دوسرے خلیفہ تھے اسلام کی تاریخ میں۔</w:t>
      </w:r>
    </w:p>
    <w:p>
      <w:r>
        <w:rPr>
          <w:b/>
        </w:rPr>
        <w:t xml:space="preserve">[15:42] </w:t>
      </w:r>
      <w:r>
        <w:t>un ke zamane mein takrao hua iraniyon se.</w:t>
      </w:r>
    </w:p>
    <w:p>
      <w:pPr>
        <w:jc w:val="right"/>
      </w:pPr>
      <w:r>
        <w:t>ان کے زمانے میں ٹکراؤ ہوا ایرانیوں سے۔</w:t>
      </w:r>
    </w:p>
    <w:p>
      <w:r>
        <w:rPr>
          <w:b/>
        </w:rPr>
        <w:t xml:space="preserve">[15:48] </w:t>
      </w:r>
      <w:r>
        <w:t>is zamane mein iran empire tha.</w:t>
      </w:r>
    </w:p>
    <w:p>
      <w:pPr>
        <w:jc w:val="right"/>
      </w:pPr>
      <w:r>
        <w:t>اس زمانے میں ایران ایمپائر تھا۔</w:t>
      </w:r>
    </w:p>
    <w:p>
      <w:r>
        <w:rPr>
          <w:b/>
        </w:rPr>
        <w:t xml:space="preserve">[15:54] </w:t>
      </w:r>
      <w:r>
        <w:t>to is zamane mein iran mein masjidain hoti nahi theen.</w:t>
      </w:r>
    </w:p>
    <w:p>
      <w:pPr>
        <w:jc w:val="right"/>
      </w:pPr>
      <w:r>
        <w:t>تو اس زمانے میں ایران میں مسجدیں ہوتی نہیں تھیں۔</w:t>
      </w:r>
    </w:p>
    <w:p>
      <w:r>
        <w:rPr>
          <w:b/>
        </w:rPr>
        <w:t xml:space="preserve">[15:59] </w:t>
      </w:r>
      <w:r>
        <w:t>sahaba karam the wahan par.</w:t>
      </w:r>
    </w:p>
    <w:p>
      <w:pPr>
        <w:jc w:val="right"/>
      </w:pPr>
      <w:r>
        <w:t>صحابہ کرام تھے وہاں پر۔</w:t>
      </w:r>
    </w:p>
    <w:p>
      <w:r>
        <w:rPr>
          <w:b/>
        </w:rPr>
        <w:t xml:space="preserve">[16:04] </w:t>
      </w:r>
      <w:r>
        <w:t>jo jo faujen theen, wo sahaba karam ki faujen theen ya kuch itba'a hon ge.</w:t>
      </w:r>
    </w:p>
    <w:p>
      <w:pPr>
        <w:jc w:val="right"/>
      </w:pPr>
      <w:r>
        <w:t>جو جو فوجیں تھیں، وہ صحابہ کرام کی فوجیں تھیں یا کچھ اتباع ہوں گے۔</w:t>
      </w:r>
    </w:p>
    <w:p>
      <w:r>
        <w:rPr>
          <w:b/>
        </w:rPr>
        <w:t xml:space="preserve">[16:10] </w:t>
      </w:r>
      <w:r>
        <w:t>to maidanon mein namaz parhte the, wo khule maidanon mein, yani covered masjidain nahi theen is zamane mein.</w:t>
      </w:r>
    </w:p>
    <w:p>
      <w:pPr>
        <w:jc w:val="right"/>
      </w:pPr>
      <w:r>
        <w:t>تو میدانوں میں نماز پڑھتے تھے، وہ کھلے میدانوں میں، یعنی کورڈ مسجدیں نہیں تھیں اس زمانے میں۔</w:t>
      </w:r>
    </w:p>
    <w:p>
      <w:r>
        <w:rPr>
          <w:b/>
        </w:rPr>
        <w:t xml:space="preserve">[16:15] </w:t>
      </w:r>
      <w:r>
        <w:t>to maidanon mein namaz parhte the wo.</w:t>
      </w:r>
    </w:p>
    <w:p>
      <w:pPr>
        <w:jc w:val="right"/>
      </w:pPr>
      <w:r>
        <w:t>تو میدانوں میں نماز پڑھتے تھے وہ۔</w:t>
      </w:r>
    </w:p>
    <w:p>
      <w:r>
        <w:rPr>
          <w:b/>
        </w:rPr>
        <w:t xml:space="preserve">[16:20] </w:t>
      </w:r>
      <w:r>
        <w:t>to kitabon mein aata hai ke</w:t>
      </w:r>
    </w:p>
    <w:p>
      <w:pPr>
        <w:jc w:val="right"/>
      </w:pPr>
      <w:r>
        <w:t>تو کتابوں میں آتا ہے کہ</w:t>
      </w:r>
    </w:p>
    <w:p>
      <w:r>
        <w:rPr>
          <w:b/>
        </w:rPr>
        <w:t xml:space="preserve">[16:25] </w:t>
      </w:r>
      <w:r>
        <w:t>iraniyon ka jo sardar tha, uska naam tha rustam.</w:t>
      </w:r>
    </w:p>
    <w:p>
      <w:pPr>
        <w:jc w:val="right"/>
      </w:pPr>
      <w:r>
        <w:t>ایرانیوں کا جو سردار تھا، اس کا نام تھا رستم۔</w:t>
      </w:r>
    </w:p>
    <w:p>
      <w:r>
        <w:rPr>
          <w:b/>
        </w:rPr>
        <w:t xml:space="preserve">[16:30] </w:t>
      </w:r>
      <w:r>
        <w:t>rustam bohat hi intelligent aadmi tha, bohat zabardast aadmi tha.</w:t>
      </w:r>
    </w:p>
    <w:p>
      <w:pPr>
        <w:jc w:val="right"/>
      </w:pPr>
      <w:r>
        <w:t>رستم بہت ہی انٹیلیجنٹ آدمی تھا، بہت زبردست آدمی تھا۔</w:t>
      </w:r>
    </w:p>
    <w:p>
      <w:r>
        <w:rPr>
          <w:b/>
        </w:rPr>
        <w:t xml:space="preserve">[16:35] </w:t>
      </w:r>
      <w:r>
        <w:t>wo iraniyon ka sardar tha, fauj ka sardar tha.</w:t>
      </w:r>
    </w:p>
    <w:p>
      <w:pPr>
        <w:jc w:val="right"/>
      </w:pPr>
      <w:r>
        <w:t>وہ ایرانیوں کا سردار تھا، فوج کا سردار تھا۔</w:t>
      </w:r>
    </w:p>
    <w:p>
      <w:r>
        <w:rPr>
          <w:b/>
        </w:rPr>
        <w:t xml:space="preserve">[16:40] </w:t>
      </w:r>
      <w:r>
        <w:t>to us ne bar bar dekha, bar bar dekha ke musalmanon ki jo fauj hai, wo namaz parhti hai.</w:t>
      </w:r>
    </w:p>
    <w:p>
      <w:pPr>
        <w:jc w:val="right"/>
      </w:pPr>
      <w:r>
        <w:t>تو اس نے بار بار دیکھا، بار بار دیکھا کہ مسلمانوں کی جو فوج ہے، وہ نماز پڑھتی ہے۔</w:t>
      </w:r>
    </w:p>
    <w:p>
      <w:r>
        <w:rPr>
          <w:b/>
        </w:rPr>
        <w:t xml:space="preserve">[16:45] </w:t>
      </w:r>
      <w:r>
        <w:t>اس کو نماز کا لفظ اس ke paas nahi tha.</w:t>
      </w:r>
    </w:p>
    <w:p>
      <w:pPr>
        <w:jc w:val="right"/>
      </w:pPr>
      <w:r>
        <w:t>اس کو نماز کا لفظ اس کے پاس نہیں تھا۔</w:t>
      </w:r>
    </w:p>
    <w:p>
      <w:r>
        <w:rPr>
          <w:b/>
        </w:rPr>
        <w:t xml:space="preserve">[16:50] </w:t>
      </w:r>
      <w:r>
        <w:t>to kitabon mein aata hai ke us ne kaha, dekhte</w:t>
      </w:r>
    </w:p>
    <w:p>
      <w:pPr>
        <w:jc w:val="right"/>
      </w:pPr>
      <w:r>
        <w:t>تو کتابوں میں آتا ہے کہ اس نے کہا، دیکھتے</w:t>
      </w:r>
    </w:p>
    <w:p>
      <w:r>
        <w:rPr>
          <w:b/>
        </w:rPr>
        <w:t xml:space="preserve">[16:55] </w:t>
      </w:r>
      <w:r>
        <w:t>dekhne ke baad ke "aqal umar kabhi di kitaab al-adab", yani yeh umar jo hai, ise hum jeet nahi sakte. is ka matlab yeh bana, is ka is ka main tarjuma nahi karunga, achhe alfaaz nahi hain. "aqal umar</w:t>
      </w:r>
    </w:p>
    <w:p>
      <w:pPr>
        <w:jc w:val="right"/>
      </w:pPr>
      <w:r>
        <w:t>دیکھنے کے بعد کہ "اقل عمر کبھی دی کتاب الاعداب"، یعنی یہ عمر جو ہے، اسے ہم جیت نہیں سکتے۔ اس کا مطلب یہ بنا، اس کا اس کا میں ترجمہ نہیں کروں گا، اچھے الفاظ نہیں ہیں۔ "اقل عمر</w:t>
      </w:r>
    </w:p>
    <w:p>
      <w:r>
        <w:rPr>
          <w:b/>
        </w:rPr>
        <w:t xml:space="preserve">[17:25] </w:t>
      </w:r>
      <w:r>
        <w:t>kabhi di ya al-adab". to is ka sense mein bataunga ke yeh umar jo hai, musalmanon ka khalifa, us ko hum jeet nahi sakte. kyun? kyunke woh apni fauj ko adab sikhata hai. adab mani character, discipline. to namaz mein jab woh dekhta tha ke log rukoo karte hain, sajda kar rahe hain, uth rahe hain, baith rahe hain, wazoo kar rahe hain</w:t>
      </w:r>
    </w:p>
    <w:p>
      <w:pPr>
        <w:jc w:val="right"/>
      </w:pPr>
      <w:r>
        <w:t>کبھی دی یا الاعداب"۔ تو اس کا سینس میں بتاؤں گا کہ یہ عمر جو ہے، مسلمانوں کا خلیفہ، اس کو ہم جیت نہیں سکتے۔ کیوں؟ کیونکہ وہ اپنی فوج کو اداب سکھاتا ہے۔ اداب معنی کریکٹر، ڈسپلن۔ تو نماز میں جب وہ دیکھتا تھا کہ لوگ رکوع کرتے ہیں، سجدہ کر رہے ہیں، اٹھ رہے ہیں، بیٹھ رہے ہیں، وضو کر رہے ہیں</w:t>
      </w:r>
    </w:p>
    <w:p>
      <w:r>
        <w:rPr>
          <w:b/>
        </w:rPr>
        <w:t xml:space="preserve">[17:55] </w:t>
      </w:r>
      <w:r>
        <w:t>to us ko us ne kaha ke yeh adab sikha rahe hain, yani character sikha rahe hain.</w:t>
      </w:r>
    </w:p>
    <w:p>
      <w:pPr>
        <w:jc w:val="right"/>
      </w:pPr>
      <w:r>
        <w:t>، تو اس کو اس نے کہا کہ یہ اداب سکھا رہے ہیں، یعنی کریکٹر سکھا رہے ہیں۔</w:t>
      </w:r>
    </w:p>
    <w:p>
      <w:r>
        <w:rPr>
          <w:b/>
        </w:rPr>
        <w:t xml:space="preserve">[18:01] </w:t>
      </w:r>
      <w:r>
        <w:t>to bohat sahi kaha tha us ne.</w:t>
      </w:r>
    </w:p>
    <w:p>
      <w:pPr>
        <w:jc w:val="right"/>
      </w:pPr>
      <w:r>
        <w:t>تو بہت صحیح کہا تھا اس نے۔</w:t>
      </w:r>
    </w:p>
    <w:p>
      <w:r>
        <w:rPr>
          <w:b/>
        </w:rPr>
        <w:t xml:space="preserve">[18:07] </w:t>
      </w:r>
      <w:r>
        <w:t>wo namaz ko samjha ke yeh character building ka process ek hai, rituals ki baat nahi hai.</w:t>
      </w:r>
    </w:p>
    <w:p>
      <w:pPr>
        <w:jc w:val="right"/>
      </w:pPr>
      <w:r>
        <w:t>وہ نماز کو سمجھا کہ یہ کریکٹر بلڈنگ کا پروسیس ایک ہے، ریچولز کی بات نہیں ہے۔</w:t>
      </w:r>
    </w:p>
    <w:p>
      <w:r>
        <w:rPr>
          <w:b/>
        </w:rPr>
        <w:t xml:space="preserve">[18:13] </w:t>
      </w:r>
      <w:r>
        <w:t>yeh rustam bohat hi zaheen aadmi tha.</w:t>
      </w:r>
    </w:p>
    <w:p>
      <w:pPr>
        <w:jc w:val="right"/>
      </w:pPr>
      <w:r>
        <w:t>یہ رستم بہت ہی ذہین آدمی تھا۔</w:t>
      </w:r>
    </w:p>
    <w:p>
      <w:r>
        <w:rPr>
          <w:b/>
        </w:rPr>
        <w:t xml:space="preserve">[18:19] </w:t>
      </w:r>
      <w:r>
        <w:t>us ne ab</w:t>
      </w:r>
    </w:p>
    <w:p>
      <w:pPr>
        <w:jc w:val="right"/>
      </w:pPr>
      <w:r>
        <w:t>اس نے اب</w:t>
      </w:r>
    </w:p>
    <w:p>
      <w:r>
        <w:rPr>
          <w:b/>
        </w:rPr>
        <w:t xml:space="preserve">[18:25] </w:t>
      </w:r>
      <w:r>
        <w:t>zarur kiya hoga kai din tak, to us ne samjha ke yeh ek koi rituals ka mamla nahi hai, yeh koi form, spiritless form ka mamla nahi hai. yeh to character building ka mamla hai. itne zabardast character wale log jo hain, jo daily un ki, yani daily jinki training ho rahi ho, woh kaun jeet</w:t>
      </w:r>
    </w:p>
    <w:p>
      <w:pPr>
        <w:jc w:val="right"/>
      </w:pPr>
      <w:r>
        <w:t>زرو کیا ہوگا کئی دن تک، تو اس نے سمجھا کہ یہ ایک کوئی ریچولز کا معاملہ نہیں ہے، یہ کوئی فارم، اسپرٹ لیس فارم کا معاملہ نہیں ہے۔ یہ تو کریکٹر بلڈنگ کا معاملہ ہے۔ اتنے زبردست کریکٹر والے لوگ جو ہیں، جو ڈیلی ان کی، یعنی ڈیلی جن کی ٹریننگ ہو رہی ہو، وہ کون جیت</w:t>
      </w:r>
    </w:p>
    <w:p>
      <w:r>
        <w:rPr>
          <w:b/>
        </w:rPr>
        <w:t xml:space="preserve">[18:55] </w:t>
      </w:r>
      <w:r>
        <w:t>ega? un se kaun jeetega? to is par sochte hue mujhe ek aur bahut badi baat yaad aayi. ek bahut bahut bahut badi baat aayi thi. ek hadith hai ke "man salla al-subh wa zimmatullah" . "man salla al-subh fi zimmatillah".</w:t>
      </w:r>
    </w:p>
    <w:p>
      <w:pPr>
        <w:jc w:val="right"/>
      </w:pPr>
      <w:r>
        <w:t>ے گا؟ ان سے کون جیتے گا؟ تو اس پر سوچتے ہوئے مجھے ایک اور بہت بڑی بات یاد آئی۔ ایک بہت بہت بہت بڑی بات آئی تھی۔ ایک حدیث ہے کہ "من صلی الصبح وذمت اللہ"۔ "من صلی الصبح فی ذمت اللہ"۔</w:t>
      </w:r>
    </w:p>
    <w:p>
      <w:r>
        <w:rPr>
          <w:b/>
        </w:rPr>
        <w:t xml:space="preserve">[19:25] </w:t>
      </w:r>
      <w:r>
        <w:t>jis ne fajar ki namaz padhi, subah ki namaz, to woh allah ki guarantee mein aa gaya, yani din bhar ke liye. yeh kya cheez hai ke namaz to subah ki padhi aur aur din bhar allah ki guarantee mein aa gaya aadmi? yeh kya cheez hai? is par sochte hue mujhe ek bahut badi baat samajh mein aayi ke aap jante hain ke hum paanch waqt ki namaz padhte hain. pehli namaz fajar ki hoti hai, phir zuhr, asr, maghrib,</w:t>
      </w:r>
    </w:p>
    <w:p>
      <w:pPr>
        <w:jc w:val="right"/>
      </w:pPr>
      <w:r>
        <w:t>جس نے فجر کی نماز پڑھی، صبح کی نماز، تو وہ اللہ کی گارنٹی میں آ گیا، یعنی دن بھر کے لیے۔ یہ کیا چیز ہے کہ نماز تو صبح کی پڑھی اور اور دن بھر اللہ کی گارنٹی میں آ گیا آدمی؟ یہ کیا چیز ہے؟ اس پر سوچتے ہوئے مجھے ایک بہت بڑی بات سمجھ میں آئی کہ آپ جانتے ہیں کہ ہم پانچ وقت کی نماز پڑھتے ہیں۔ پہلی نماز فجر کی ہوتی ہے، پھر ظہر، عصر، مغرب،</w:t>
      </w:r>
    </w:p>
    <w:p>
      <w:r>
        <w:rPr>
          <w:b/>
        </w:rPr>
        <w:t xml:space="preserve">[19:55] </w:t>
      </w:r>
      <w:r>
        <w:t>phir aakhir mein isha ki namaz.</w:t>
      </w:r>
    </w:p>
    <w:p>
      <w:pPr>
        <w:jc w:val="right"/>
      </w:pPr>
      <w:r>
        <w:t>پھر آخر میں عشاء کی نماز۔</w:t>
      </w:r>
    </w:p>
    <w:p>
      <w:r>
        <w:rPr>
          <w:b/>
        </w:rPr>
        <w:t xml:space="preserve">[20:01] </w:t>
      </w:r>
      <w:r>
        <w:t>to fajar ki namaz jo hai, wo beginning hai, is process ki beginning hai.</w:t>
      </w:r>
    </w:p>
    <w:p>
      <w:pPr>
        <w:jc w:val="right"/>
      </w:pPr>
      <w:r>
        <w:t>تو فجر کی نماز جو ہے، وہ بگننگ ہے، اس پروسیس کی بگننگ ہے۔</w:t>
      </w:r>
    </w:p>
    <w:p>
      <w:r>
        <w:rPr>
          <w:b/>
        </w:rPr>
        <w:t xml:space="preserve">[20:07] </w:t>
      </w:r>
      <w:r>
        <w:t>aik process jo hamein chalana hai character building ka, tazkiya ka.</w:t>
      </w:r>
    </w:p>
    <w:p>
      <w:pPr>
        <w:jc w:val="right"/>
      </w:pPr>
      <w:r>
        <w:t>ایک پروسیس جو ہمیں چلانا ہے کریکٹر بلڈنگ کا، تزکیہ کا۔</w:t>
      </w:r>
    </w:p>
    <w:p>
      <w:r>
        <w:rPr>
          <w:b/>
        </w:rPr>
        <w:t xml:space="preserve">[20:13] </w:t>
      </w:r>
      <w:r>
        <w:t>yani quran ke lafzon mein kahein to aap tazkiya, secular world bolein to character building ka jo process</w:t>
      </w:r>
    </w:p>
    <w:p>
      <w:pPr>
        <w:jc w:val="right"/>
      </w:pPr>
      <w:r>
        <w:t>یعنی قرآن کے لفظوں میں کہیں تو آپ تزکیہ، سیکولر ورلڈ بولیں تو کریکٹر بلڈنگ کا جو پروسیس</w:t>
      </w:r>
    </w:p>
    <w:p>
      <w:r>
        <w:rPr>
          <w:b/>
        </w:rPr>
        <w:t xml:space="preserve">[20:19] </w:t>
      </w:r>
      <w:r>
        <w:t>hai, woh process bohat hi zyada s</w:t>
      </w:r>
    </w:p>
    <w:p>
      <w:pPr>
        <w:jc w:val="right"/>
      </w:pPr>
      <w:r>
        <w:t>ہے، وہ پروسیس بہت ہی زیادہ س</w:t>
      </w:r>
    </w:p>
    <w:p>
      <w:r>
        <w:rPr>
          <w:b/>
        </w:rPr>
        <w:t xml:space="preserve">[20:25] </w:t>
      </w:r>
      <w:r>
        <w:t>scientific hai, bohat ziyada scientific hai. yani fajar ki namaz aap ne parhi to aap ne aaj ke liye tazkiya ki planning ki ke aaj mujhe kis tarah tazkiya karna hai, aaj mujhe dawat ka kya kaam parhna hai, aaj mujhe kaun si kitabein study karna hai. that is planning, tazkiya planning. to fajar ki n</w:t>
      </w:r>
    </w:p>
    <w:p>
      <w:pPr>
        <w:jc w:val="right"/>
      </w:pPr>
      <w:r>
        <w:t>ائنٹیفک ہے، بہت زیادہ سائنٹیفک ہے۔ یعنی فجر کی نماز آپ نے پڑھی تو آپ نے آج کے لیے تزکیہ کی پلاننگ کی کہ آج مجھے کس طرح تزکیہ کرنا ہے، آج مجھے دعوت کا کیا کام پڑھنا ہے، آج مجھے کون سی کتابیں اسٹڈی کرنا ہے۔ دیٹ از پلاننگ، تزکیہ پلاننگ۔ تو فجر کی ن</w:t>
      </w:r>
    </w:p>
    <w:p>
      <w:r>
        <w:rPr>
          <w:b/>
        </w:rPr>
        <w:t xml:space="preserve">[20:55] </w:t>
      </w:r>
      <w:r>
        <w:t>amaz aap ne parhi to aap ne tazkiya ki planning ki ke aaj mujhe hamd spirit ko kaise jagana hai, Allah ki glory ko kis tarah apne man mein bithana hai, insano ki humdardi ka jazba kis tarah aap andar inculcate karna hai. that is planning, tazkiya planning. to aap ne fajar ki namaz parhi to aap ne apne din bhar ki planning ki, tazkiya, tazkiya ke aitbar se</w:t>
      </w:r>
    </w:p>
    <w:p>
      <w:pPr>
        <w:jc w:val="right"/>
      </w:pPr>
      <w:r>
        <w:t>ماز آپ نے پڑھی تو آپ نے تزکیہ کی پلاننگ کی کہ آج مجھے حمد اسپرٹ کو کیسے جگانا ہے، اللہ کی گلوری کو کس طرح اپنے من میں بٹھانا ہے، انسانوں کی ہمدردی کا جذبہ کس طرح آپ اندر انکرکیٹ کرنا ہے۔ دیٹ از پلاننگ، تزکیہ پلاننگ۔ تو آپ نے فجر کی نماز پڑھی تو آپ نے اپنے دن بھر کی پلاننگ کی، تزکیہ، تزکیہ کے اعتبار سے</w:t>
      </w:r>
    </w:p>
    <w:p>
      <w:r>
        <w:rPr>
          <w:b/>
        </w:rPr>
        <w:t xml:space="preserve">[21:25] </w:t>
      </w:r>
      <w:r>
        <w:t>, in terms of tazkiya.</w:t>
      </w:r>
    </w:p>
    <w:p>
      <w:pPr>
        <w:jc w:val="right"/>
      </w:pPr>
      <w:r>
        <w:t>، ان ٹرمز آف تزکیہ۔</w:t>
      </w:r>
    </w:p>
    <w:p>
      <w:r>
        <w:rPr>
          <w:b/>
        </w:rPr>
        <w:t xml:space="preserve">[21:31] </w:t>
      </w:r>
      <w:r>
        <w:t>phir jo namaz parhi jati hai, zohar ki, asar ki, maghrib ki, woh kya hai? woh hai mid day review.</w:t>
      </w:r>
    </w:p>
    <w:p>
      <w:pPr>
        <w:jc w:val="right"/>
      </w:pPr>
      <w:r>
        <w:t>پھر جو نماز پڑھی جاتی ہے، ظہر کی، عصر کی، مغرب کی، وہ کیا ہے؟ وہ ہے مڈ ڈے ریویو۔</w:t>
      </w:r>
    </w:p>
    <w:p>
      <w:r>
        <w:rPr>
          <w:b/>
        </w:rPr>
        <w:t xml:space="preserve">[21:37] </w:t>
      </w:r>
      <w:r>
        <w:t>yeh aik ajeeb ghareeb baat mere zehn mein aai.</w:t>
      </w:r>
    </w:p>
    <w:p>
      <w:pPr>
        <w:jc w:val="right"/>
      </w:pPr>
      <w:r>
        <w:t>یہ ایک عجیب غریب بات میرے ذہن میں آئی۔</w:t>
      </w:r>
    </w:p>
    <w:p>
      <w:r>
        <w:rPr>
          <w:b/>
        </w:rPr>
        <w:t xml:space="preserve">[21:43] </w:t>
      </w:r>
      <w:r>
        <w:t>aap jante hain companiyon mein mid year review hota hai.</w:t>
      </w:r>
    </w:p>
    <w:p>
      <w:pPr>
        <w:jc w:val="right"/>
      </w:pPr>
      <w:r>
        <w:t>آپ جانتے ہیں کمپنیوں میں مڈ ایئر ریویو ہوتا ہے۔</w:t>
      </w:r>
    </w:p>
    <w:p>
      <w:r>
        <w:rPr>
          <w:b/>
        </w:rPr>
        <w:t xml:space="preserve">[21:49] </w:t>
      </w:r>
      <w:r>
        <w:t>companiyon mein se saal bhar ka plant banaya gaya to saal ke darmiyan woh</w:t>
      </w:r>
    </w:p>
    <w:p>
      <w:pPr>
        <w:jc w:val="right"/>
      </w:pPr>
      <w:r>
        <w:t>کمپنیوں میں سے سال بھر کا پلانٹ بنایا گیا تو سال کے درمیان وہ</w:t>
      </w:r>
    </w:p>
    <w:p>
      <w:r>
        <w:rPr>
          <w:b/>
        </w:rPr>
        <w:t xml:space="preserve">[21:55] </w:t>
      </w:r>
      <w:r>
        <w:t>iska jaiza lete hain. saal ke darmiyan wo jaiza lete hain, usko kehte hain mid year review. to namaz ka jo system banaya gaya hai, namaz ka system, wo mid day review hai. wo companiyon mein to saal ka ghaliban hota hai mid year review, lekin Allah taala ne jo namaz ka system banaya hai, panch waqt</w:t>
      </w:r>
    </w:p>
    <w:p>
      <w:pPr>
        <w:jc w:val="right"/>
      </w:pPr>
      <w:r>
        <w:t>اس کا جائزہ لیتے ہیں۔ سال کے درمیان وہ جائزہ لیتے ہیں، اس کو کہتے ہیں مڈ ایئر ریویو۔ تو نماز کا جو سسٹم بنایا گیا ہے، نماز کا سسٹم، وہ مڈ ڈے ریویو ہے۔ وہ کمپنیوں میں تو سال کا غالباً ہوتا ہے مڈ ایئر ریویو، لیکن اللہ تعالی نے جو نماز کا سسٹم بنایا ہے، پانچ وقت</w:t>
      </w:r>
    </w:p>
    <w:p>
      <w:r>
        <w:rPr>
          <w:b/>
        </w:rPr>
        <w:t xml:space="preserve">[22:25] </w:t>
      </w:r>
      <w:r>
        <w:t>ka, woh mid day review hai.</w:t>
      </w:r>
    </w:p>
    <w:p>
      <w:pPr>
        <w:jc w:val="right"/>
      </w:pPr>
      <w:r>
        <w:t>کا، وہ مڈ ڈے ریویو ہے۔</w:t>
      </w:r>
    </w:p>
    <w:p>
      <w:r>
        <w:rPr>
          <w:b/>
        </w:rPr>
        <w:t xml:space="preserve">[22:31] </w:t>
      </w:r>
      <w:r>
        <w:t>yani zohar ki namaz ka waqt aya, aap ne namaz parhi to phir socha aap ne ke jo</w:t>
      </w:r>
    </w:p>
    <w:p>
      <w:pPr>
        <w:jc w:val="right"/>
      </w:pPr>
      <w:r>
        <w:t>یعنی ظہر کی نماز کا وقت آیا، آپ نے نماز پڑھی تو پھر سوچا آپ نے کہ جو</w:t>
      </w:r>
    </w:p>
    <w:p>
      <w:r>
        <w:rPr>
          <w:b/>
        </w:rPr>
        <w:t xml:space="preserve">[22:37] </w:t>
      </w:r>
      <w:r>
        <w:t>planning ki thi maine fajar ke waqt, woh maine kaise chalaya? kya paya, kya khoya? phir</w:t>
      </w:r>
    </w:p>
    <w:p>
      <w:pPr>
        <w:jc w:val="right"/>
      </w:pPr>
      <w:r>
        <w:t>پلاننگ کی تھی میں نے فجر کے وقت، وہ میں نے کیسے چلایا؟ کیا پایا، کیا کھویا؟ پھر</w:t>
      </w:r>
    </w:p>
    <w:p>
      <w:r>
        <w:rPr>
          <w:b/>
        </w:rPr>
        <w:t xml:space="preserve">[22:44] </w:t>
      </w:r>
      <w:r>
        <w:t>chale gaye aap ne kaam par, phir asar ke baad phir aap namaz parhi aap ne, phir aap</w:t>
      </w:r>
    </w:p>
    <w:p>
      <w:pPr>
        <w:jc w:val="right"/>
      </w:pPr>
      <w:r>
        <w:t>چلے گئے آپ نے کام پر، پھر عصر کے بعد پھر آپ نماز پڑھی آپ نے، پھر آپ</w:t>
      </w:r>
    </w:p>
    <w:p>
      <w:r>
        <w:rPr>
          <w:b/>
        </w:rPr>
        <w:t xml:space="preserve">[22:50] </w:t>
      </w:r>
      <w:r>
        <w:t>ne mid day review kiya ke aaj kaisa guzra mera?</w:t>
      </w:r>
    </w:p>
    <w:p>
      <w:pPr>
        <w:jc w:val="right"/>
      </w:pPr>
      <w:r>
        <w:t>نے مڈ ڈے ریویو کیا کہ آج کیسا گزرا میرا؟</w:t>
      </w:r>
    </w:p>
    <w:p>
      <w:r>
        <w:rPr>
          <w:b/>
        </w:rPr>
        <w:t xml:space="preserve">[22:56] </w:t>
      </w:r>
      <w:r>
        <w:t>phir aap ne maghrib mein mid day review ya kai bar aap ne mid day review kiya, phir</w:t>
      </w:r>
    </w:p>
    <w:p>
      <w:pPr>
        <w:jc w:val="right"/>
      </w:pPr>
      <w:r>
        <w:t>پھر آپ نے مغرب میں مڈ ڈے ریویو یا کئی بار آپ نے مڈ ڈے ریویو کیا، پھر</w:t>
      </w:r>
    </w:p>
    <w:p>
      <w:r>
        <w:rPr>
          <w:b/>
        </w:rPr>
        <w:t xml:space="preserve">[23:02] </w:t>
      </w:r>
      <w:r>
        <w:t>isha ki namaz parhi aap ne aakhri.</w:t>
      </w:r>
    </w:p>
    <w:p>
      <w:pPr>
        <w:jc w:val="right"/>
      </w:pPr>
      <w:r>
        <w:t>عشاء کی نماز پڑھی آپ نے آخری۔</w:t>
      </w:r>
    </w:p>
    <w:p>
      <w:r>
        <w:rPr>
          <w:b/>
        </w:rPr>
        <w:t xml:space="preserve">[23:08] </w:t>
      </w:r>
      <w:r>
        <w:t>to kya hai? woh introspection ki namaz hai.</w:t>
      </w:r>
    </w:p>
    <w:p>
      <w:pPr>
        <w:jc w:val="right"/>
      </w:pPr>
      <w:r>
        <w:t>تو کیا ہے؟ وہ انٹروسپیکشن کی نماز ہے۔</w:t>
      </w:r>
    </w:p>
    <w:p>
      <w:r>
        <w:rPr>
          <w:b/>
        </w:rPr>
        <w:t xml:space="preserve">[23:14] </w:t>
      </w:r>
      <w:r>
        <w:t>introspection ki, yani aap ne isha ki namaz parhi, iske baad bed pe chale gaye.</w:t>
      </w:r>
    </w:p>
    <w:p>
      <w:pPr>
        <w:jc w:val="right"/>
      </w:pPr>
      <w:r>
        <w:t>انٹروسپیکشن کی، یعنی آپ نے عشاء کی نماز پڑھی، اس کے بعد بیڈ پہ چلے گئے۔</w:t>
      </w:r>
    </w:p>
    <w:p>
      <w:r>
        <w:rPr>
          <w:b/>
        </w:rPr>
        <w:t xml:space="preserve">[23:20] </w:t>
      </w:r>
      <w:r>
        <w:t>to jab aap lete to aap introspection kar rahe hain, soch rahe hain ke mera din kaisa guzra</w:t>
      </w:r>
    </w:p>
    <w:p>
      <w:pPr>
        <w:jc w:val="right"/>
      </w:pPr>
      <w:r>
        <w:t>تو جب آپ لیٹے تو آپ انٹروسپیکشن کر رہے ہیں، سوچ رہے ہیں کہ میرا دن کیسا گزرا</w:t>
      </w:r>
    </w:p>
    <w:p>
      <w:r>
        <w:rPr>
          <w:b/>
        </w:rPr>
        <w:t xml:space="preserve">[23:26] </w:t>
      </w:r>
      <w:r>
        <w:t>? yani tazkiya ke term mein kaisa guzra? alhamdulillah rabb al alameen ke aitbar se kaisa guzra? allah o akbar</w:t>
      </w:r>
    </w:p>
    <w:p>
      <w:pPr>
        <w:jc w:val="right"/>
      </w:pPr>
      <w:r>
        <w:t>؟ یعنی تزکیہ کے ٹرم میں کیسا گزرا؟ الحمدللہ رب العالمین کے اعتبار سے کیسا گزرا؟ اللہ اکبر</w:t>
      </w:r>
    </w:p>
    <w:p>
      <w:r>
        <w:rPr>
          <w:b/>
        </w:rPr>
        <w:t xml:space="preserve">[23:32] </w:t>
      </w:r>
      <w:r>
        <w:t>ke lehaz se kaisa guzra? assalamu alaikum warahmatullah ke aitbar se kaisa guzra? that is introspection.</w:t>
      </w:r>
    </w:p>
    <w:p>
      <w:pPr>
        <w:jc w:val="right"/>
      </w:pPr>
      <w:r>
        <w:t>کے لحاظ سے کیسا گزرا؟ السلام علیکم ورحمۃ اللہ کے اعتبار سے کیسا گزرا؟ دیٹ از انٹروسپیکشن۔</w:t>
      </w:r>
    </w:p>
    <w:p>
      <w:r>
        <w:rPr>
          <w:b/>
        </w:rPr>
        <w:t xml:space="preserve">[23:39] </w:t>
      </w:r>
      <w:r>
        <w:t>yeh kar ke aap so gaye.</w:t>
      </w:r>
    </w:p>
    <w:p>
      <w:pPr>
        <w:jc w:val="right"/>
      </w:pPr>
      <w:r>
        <w:t>یہ کر کے آپ سو گئے۔</w:t>
      </w:r>
    </w:p>
    <w:p>
      <w:r>
        <w:rPr>
          <w:b/>
        </w:rPr>
        <w:t xml:space="preserve">[23:45] </w:t>
      </w:r>
      <w:r>
        <w:t>subah ko uthe to phir wahi.</w:t>
      </w:r>
    </w:p>
    <w:p>
      <w:pPr>
        <w:jc w:val="right"/>
      </w:pPr>
      <w:r>
        <w:t>صبح کو اٹھے تو پھر وہی۔</w:t>
      </w:r>
    </w:p>
    <w:p>
      <w:r>
        <w:rPr>
          <w:b/>
        </w:rPr>
        <w:t xml:space="preserve">[23:51] </w:t>
      </w:r>
      <w:r>
        <w:t>to kitna zabard</w:t>
      </w:r>
    </w:p>
    <w:p>
      <w:pPr>
        <w:jc w:val="right"/>
      </w:pPr>
      <w:r>
        <w:t>تو کتنا زبرد</w:t>
      </w:r>
    </w:p>
    <w:p>
      <w:r>
        <w:rPr>
          <w:b/>
        </w:rPr>
        <w:t xml:space="preserve">[23:57] </w:t>
      </w:r>
      <w:r>
        <w:t>ast mind hoga rustam ka ke usko bhanp liya ho, usne in se baat hoga.</w:t>
      </w:r>
    </w:p>
    <w:p>
      <w:pPr>
        <w:jc w:val="right"/>
      </w:pPr>
      <w:r>
        <w:t>ست مائنڈ ہوگا رستم کا کہ اس کو بھانپ لیا ہو، اس نے ان سے بات ہوگا۔</w:t>
      </w:r>
    </w:p>
    <w:p>
      <w:r>
        <w:rPr>
          <w:b/>
        </w:rPr>
        <w:t xml:space="preserve">[24:03] </w:t>
      </w:r>
      <w:r>
        <w:t>usne kaha ke jo umar apne aadmi ko is tarah character building kar raha ho, hum use</w:t>
      </w:r>
    </w:p>
    <w:p>
      <w:pPr>
        <w:jc w:val="right"/>
      </w:pPr>
      <w:r>
        <w:t>اس نے کہا کہ جو عمر اپنے آدمی کو اس طرح کریکٹر بلڈنگ کر رہا ہو، ہم اسے</w:t>
      </w:r>
    </w:p>
    <w:p>
      <w:r>
        <w:rPr>
          <w:b/>
        </w:rPr>
        <w:t xml:space="preserve">[24:09] </w:t>
      </w:r>
      <w:r>
        <w:t>jeit nahi sakte, hum use jeit nahi sakte.</w:t>
      </w:r>
    </w:p>
    <w:p>
      <w:pPr>
        <w:jc w:val="right"/>
      </w:pPr>
      <w:r>
        <w:t>جیت نہیں سکتے، ہم اسے جیت نہیں سکتے۔</w:t>
      </w:r>
    </w:p>
    <w:p>
      <w:r>
        <w:rPr>
          <w:b/>
        </w:rPr>
        <w:t xml:space="preserve">[24:15] </w:t>
      </w:r>
      <w:r>
        <w:t>aur waqai aisa hi hua ke irani empire toot gaya Hazrat Umar ke daur mein.</w:t>
      </w:r>
    </w:p>
    <w:p>
      <w:pPr>
        <w:jc w:val="right"/>
      </w:pPr>
      <w:r>
        <w:t>اور واقعی ایسا ہی ہوا کہ ایرانی ایمپائر ٹوٹ گیا حضرت عمر کے دور میں۔</w:t>
      </w:r>
    </w:p>
    <w:p>
      <w:r>
        <w:rPr>
          <w:b/>
        </w:rPr>
        <w:t xml:space="preserve">[24:21] </w:t>
      </w:r>
      <w:r>
        <w:t>to namaz ek bohat hi</w:t>
      </w:r>
    </w:p>
    <w:p>
      <w:pPr>
        <w:jc w:val="right"/>
      </w:pPr>
      <w:r>
        <w:t>تو نماز ایک بہت ہی</w:t>
      </w:r>
    </w:p>
    <w:p>
      <w:r>
        <w:rPr>
          <w:b/>
        </w:rPr>
        <w:t xml:space="preserve">[24:27] </w:t>
      </w:r>
      <w:r>
        <w:t>bada inqalab, revolutionary process hai, revolutionary amal hai. wo koi ritual ko dohrana, spirit less form ko dohrana nahi hai. to mujhe taajjub hua ke Rustam kaise samajh gaya is baat ko. usne objective taur par bar bar dekha, wash kiya usne ke yeh log kaise karte hain. chunke khule maidan mein parhte the,</w:t>
      </w:r>
    </w:p>
    <w:p>
      <w:pPr>
        <w:jc w:val="right"/>
      </w:pPr>
      <w:r>
        <w:t>بڑا انقلاب، انقلابی پروسیس ہے، ریولوشنری عمل ہے۔ وہ کوئی ریچول کو دہرانا، اسپرٹ لیس فارم کو دہرانا نہیں ہے۔ تو مجھے تعجب ہوا کہ رستم کیسے سمجھ گیا اس بات کو۔ اس نے ابجیکٹو طور پر بار بار دیکھا، واش کیا اس نے کہ یہ لوگ کیسے کرتے ہیں۔ چونکہ کھلے میدان میں پڑھتے تھے،</w:t>
      </w:r>
    </w:p>
    <w:p>
      <w:r>
        <w:rPr>
          <w:b/>
        </w:rPr>
        <w:t xml:space="preserve">[24:57] </w:t>
      </w:r>
      <w:r>
        <w:t>baad woh masjid thi nahi, to us ko mauqa tha wash karne ka.</w:t>
      </w:r>
    </w:p>
    <w:p>
      <w:pPr>
        <w:jc w:val="right"/>
      </w:pPr>
      <w:r>
        <w:t>بعد وہ مسجد تھی نہیں، تو اس کو موقع تھا واش کرنے کا۔</w:t>
      </w:r>
    </w:p>
    <w:p>
      <w:r>
        <w:rPr>
          <w:b/>
        </w:rPr>
        <w:t xml:space="preserve">[25:04] </w:t>
      </w:r>
      <w:r>
        <w:t>aur shayad kuch logon se baatein bhi karta ho, woh baatein bhi karta ho, discuss karta ho.</w:t>
      </w:r>
    </w:p>
    <w:p>
      <w:pPr>
        <w:jc w:val="right"/>
      </w:pPr>
      <w:r>
        <w:t>اور شاید کچھ لوگوں سے باتیں بھی کرتا ہو، وہ باتیں بھی کرتا ہو، ڈسکس کرتا ہو۔</w:t>
      </w:r>
    </w:p>
    <w:p>
      <w:r>
        <w:rPr>
          <w:b/>
        </w:rPr>
        <w:t xml:space="preserve">[25:12] </w:t>
      </w:r>
      <w:r>
        <w:t>to yeh jo process hai poore din ka, us ko bhanp liya is ne.</w:t>
      </w:r>
    </w:p>
    <w:p>
      <w:pPr>
        <w:jc w:val="right"/>
      </w:pPr>
      <w:r>
        <w:t>تو یہ جو پروسیس ہے پورے دن کا، اس کو بھانپ لیا اس نے۔</w:t>
      </w:r>
    </w:p>
    <w:p>
      <w:r>
        <w:rPr>
          <w:b/>
        </w:rPr>
        <w:t xml:space="preserve">[25:19] </w:t>
      </w:r>
      <w:r>
        <w:t>yeh to poori poori qom ko, poori poori fauj ko, saare saare logon ko ek bohat hi</w:t>
      </w:r>
    </w:p>
    <w:p>
      <w:pPr>
        <w:jc w:val="right"/>
      </w:pPr>
      <w:r>
        <w:t>یہ تو پوری پوری قوم کو، پوری پوری فوج کو، سارے سارے لوگوں کو ایک بہت ہی</w:t>
      </w:r>
    </w:p>
    <w:p>
      <w:r>
        <w:rPr>
          <w:b/>
        </w:rPr>
        <w:t xml:space="preserve">[25:27] </w:t>
      </w:r>
      <w:r>
        <w:t>high class ka training course chala raha hai. Umar, Umar! to hum jeet nahi sakte is se, hum jeet nahi sakte is se. isi liye jab aap ko pata hoga ke jab us ke bulane par musalmanon ke kuch wafd gaye baat cheet karne ke liye, to har mauqe par</w:t>
      </w:r>
    </w:p>
    <w:p>
      <w:pPr>
        <w:jc w:val="right"/>
      </w:pPr>
      <w:r>
        <w:t>ہائی کلاس کا ٹریننگ کورس چلا رہا ہے۔ عمر، عمر! تو ہم جیت نہیں سکتے اس سے، ہم جیت نہیں سکتے اس سے۔ اسی لیے جب آپ کو پتہ ہوگا کہ جب اس کے بلانے پر مسلمانوں کے کچھ وفد گئے بات چیت کرنے کے لیے، تو ہر موقع پر</w:t>
      </w:r>
    </w:p>
    <w:p>
      <w:r>
        <w:rPr>
          <w:b/>
        </w:rPr>
        <w:t xml:space="preserve">[25:57] </w:t>
      </w:r>
      <w:r>
        <w:t>is ne chaha ke ladai na ho, ladai ko avoid kiya jaye.</w:t>
      </w:r>
    </w:p>
    <w:p>
      <w:pPr>
        <w:jc w:val="right"/>
      </w:pPr>
      <w:r>
        <w:t>اس نے چاہا کہ لڑائی نہ ہو، لڑائی کو اوائڈ کیا جائے۔</w:t>
      </w:r>
    </w:p>
    <w:p>
      <w:r>
        <w:rPr>
          <w:b/>
        </w:rPr>
        <w:t xml:space="preserve">[26:05] </w:t>
      </w:r>
      <w:r>
        <w:t>kyunke woh jaanta tha ke hum larr kar jeit nahi sakte in logon se.</w:t>
      </w:r>
    </w:p>
    <w:p>
      <w:pPr>
        <w:jc w:val="right"/>
      </w:pPr>
      <w:r>
        <w:t>کیونکہ وہ جانتا تھا کہ ہم لڑ کر جیت نہیں سکتے ان لوگوں سے۔</w:t>
      </w:r>
    </w:p>
    <w:p>
      <w:r>
        <w:rPr>
          <w:b/>
        </w:rPr>
        <w:t xml:space="preserve">[26:13] </w:t>
      </w:r>
      <w:r>
        <w:t>to yeh hai woh cheez, yeh hai woh namaz jo insaan ko jannat mein le jayegi.</w:t>
      </w:r>
    </w:p>
    <w:p>
      <w:pPr>
        <w:jc w:val="right"/>
      </w:pPr>
      <w:r>
        <w:t>تو یہ ہے وہ چیز، یہ ہے وہ نماز جو انسان کو جنت میں لے جائے گی۔</w:t>
      </w:r>
    </w:p>
    <w:p>
      <w:r>
        <w:rPr>
          <w:b/>
        </w:rPr>
        <w:t xml:space="preserve">[26:21] </w:t>
      </w:r>
      <w:r>
        <w:t>ab ek aur lehaz se dekhiye ke jannat kya cheez hai? Jannat kya cheez hai?</w:t>
      </w:r>
    </w:p>
    <w:p>
      <w:pPr>
        <w:jc w:val="right"/>
      </w:pPr>
      <w:r>
        <w:t>اب ایک اور لحاظ سے دیکھیے کہ جنت کیا چیز ہے؟ جنت کیا چیز ہے؟</w:t>
      </w:r>
    </w:p>
    <w:p>
      <w:r>
        <w:rPr>
          <w:b/>
        </w:rPr>
        <w:t xml:space="preserve">[26:29] </w:t>
      </w:r>
      <w:r>
        <w:t>ek martaba main kisi mulk mein tha, mujhe yaad nahi kaun se mulk mein, to mujhe ek garden dikhaya gaya. garden! haan, bohat se selected pair the, selected, aur ek se ek barh kar umda pair chun chun kar laya gaya tha mukhtalif countries se. to us ko jab main ne dekha to mujhe samajh mein aaya jannat ke bare mein,</w:t>
      </w:r>
    </w:p>
    <w:p>
      <w:pPr>
        <w:jc w:val="right"/>
      </w:pPr>
      <w:r>
        <w:t>ایک مرتبہ میں کسی ملک میں تھا، مجھے یاد نہیں کون سے ملک میں، تو مجھے ایک گارڈن دکھایا گیا۔ گارڈن! ہاں، بہت سے سلیکٹڈ پیئر تھے، سلیکٹڈ، اور ایک سے ایک بڑھ کر عمدہ پیئر چن چن کر لایا گیا تھا مختلف کنٹریز سے۔ تو اس کو جب میں نے دیکھا تو مجھے سمجھ میں آیا جنت کے بارے میں،</w:t>
      </w:r>
    </w:p>
    <w:p>
      <w:r>
        <w:rPr>
          <w:b/>
        </w:rPr>
        <w:t xml:space="preserve">[26:59] </w:t>
      </w:r>
      <w:r>
        <w:t>jo ke jannat ke baray mein Quran mein hai ke "اولئك من النبیین والصدیقین والشہداء والصالحین".</w:t>
      </w:r>
    </w:p>
    <w:p>
      <w:pPr>
        <w:jc w:val="right"/>
      </w:pPr>
      <w:r>
        <w:t>جو کہ جنت کے بارے میں قرآن میں ہے کہ "أولئك من النبیین والصدیقین والشہداء والصالحین"۔</w:t>
      </w:r>
    </w:p>
    <w:p>
      <w:r>
        <w:rPr>
          <w:b/>
        </w:rPr>
        <w:t xml:space="preserve">[27:09] </w:t>
      </w:r>
      <w:r>
        <w:t>to jannat husn rifaqat ka muashra hai, yeh poori tareekh ke behtareen insaan hain, sari tareekh ke woh</w:t>
      </w:r>
    </w:p>
    <w:p>
      <w:pPr>
        <w:jc w:val="right"/>
      </w:pPr>
      <w:r>
        <w:t>تو جنت حسن رفاقت کا معاشرہ ہے، یہ پوری تاریخ کے بہترین انسان ہیں، ساری تاریخ کے وہ</w:t>
      </w:r>
    </w:p>
    <w:p>
      <w:r>
        <w:rPr>
          <w:b/>
        </w:rPr>
        <w:t xml:space="preserve">[27:19] </w:t>
      </w:r>
      <w:r>
        <w:t>log jinhon ne dikhaya ke hum behtareen character wale log hain</w:t>
      </w:r>
    </w:p>
    <w:p>
      <w:pPr>
        <w:jc w:val="right"/>
      </w:pPr>
      <w:r>
        <w:t>لوگ جنہوں نے دکھایا کہ ہم بہترین کریکٹر والے لوگ ہیں</w:t>
      </w:r>
    </w:p>
    <w:p>
      <w:r>
        <w:rPr>
          <w:b/>
        </w:rPr>
        <w:t xml:space="preserve">[27:30] </w:t>
      </w:r>
      <w:r>
        <w:t>, behtareen character.</w:t>
      </w:r>
    </w:p>
    <w:p>
      <w:pPr>
        <w:jc w:val="right"/>
      </w:pPr>
      <w:r>
        <w:t>، بہترین کریکٹر۔</w:t>
      </w:r>
    </w:p>
    <w:p>
      <w:r>
        <w:rPr>
          <w:b/>
        </w:rPr>
        <w:t xml:space="preserve">[27:36] </w:t>
      </w:r>
      <w:r>
        <w:t>un ko Allah Rabb ul Alameen chune ga poori history se aur chun kar ke wahan jannat mein basayega.</w:t>
      </w:r>
    </w:p>
    <w:p>
      <w:pPr>
        <w:jc w:val="right"/>
      </w:pPr>
      <w:r>
        <w:t>ان کو اللہ رب العالمین چنے گا پوری ہسٹری سے اور چن کر کے وہاں جنت میں بسائے گا۔</w:t>
      </w:r>
    </w:p>
    <w:p>
      <w:r>
        <w:rPr>
          <w:b/>
        </w:rPr>
        <w:t xml:space="preserve">[27:42] </w:t>
      </w:r>
      <w:r>
        <w:t>to yeh duniya jo hai nursery hai aur woh duniya hamara habitat hoga.</w:t>
      </w:r>
    </w:p>
    <w:p>
      <w:pPr>
        <w:jc w:val="right"/>
      </w:pPr>
      <w:r>
        <w:t>تو یہ دنیا جو ہے نرسری ہے اور وہ دنیا ہمارا ہیبیٹیٹ ہوگا۔</w:t>
      </w:r>
    </w:p>
    <w:p>
      <w:r>
        <w:rPr>
          <w:b/>
        </w:rPr>
        <w:t xml:space="preserve">[27:48] </w:t>
      </w:r>
      <w:r>
        <w:t>yeh duniya mein hum ugaye ja rahe hain nursery ke taur par, phir hum yahan se ukhare jayen</w:t>
      </w:r>
    </w:p>
    <w:p>
      <w:pPr>
        <w:jc w:val="right"/>
      </w:pPr>
      <w:r>
        <w:t>یہ دنیا میں ہم اگائے جا رہے ہیں نرسری کے طور پر، پھر ہم یہاں سے اکھاڑے جائیں</w:t>
      </w:r>
    </w:p>
    <w:p>
      <w:r>
        <w:rPr>
          <w:b/>
        </w:rPr>
        <w:t xml:space="preserve">[27:54] </w:t>
      </w:r>
      <w:r>
        <w:t>ge aur hum basaya jayega hum ko habitat mein. Woh hogi</w:t>
      </w:r>
    </w:p>
    <w:p>
      <w:pPr>
        <w:jc w:val="right"/>
      </w:pPr>
      <w:r>
        <w:t>گے اور ہم بسایا جائے گا ہم کو ہیبیٹیٹ میں۔ وہ ہوگی</w:t>
      </w:r>
    </w:p>
    <w:p>
      <w:r>
        <w:rPr>
          <w:b/>
        </w:rPr>
        <w:t xml:space="preserve">[28:00] </w:t>
      </w:r>
      <w:r>
        <w:t>jannat.</w:t>
      </w:r>
    </w:p>
    <w:p>
      <w:pPr>
        <w:jc w:val="right"/>
      </w:pPr>
      <w:r>
        <w:t>جنت۔</w:t>
      </w:r>
    </w:p>
    <w:p>
      <w:r>
        <w:rPr>
          <w:b/>
        </w:rPr>
        <w:t xml:space="preserve">[28:06] </w:t>
      </w:r>
      <w:r>
        <w:t>to namaz ya jannat koi koi spirit less cheez ka naam nahi hai, yeh bohat hi spirit se</w:t>
      </w:r>
    </w:p>
    <w:p>
      <w:pPr>
        <w:jc w:val="right"/>
      </w:pPr>
      <w:r>
        <w:t>تو نماز یا جنت کوئی کوئی اسپرٹ لیس چیز کا نام نہیں ہے، یہ بہت ہی اسپرٹ سے</w:t>
      </w:r>
    </w:p>
    <w:p>
      <w:r>
        <w:rPr>
          <w:b/>
        </w:rPr>
        <w:t xml:space="preserve">[28:12] </w:t>
      </w:r>
      <w:r>
        <w:t>bhara hua amal hai, bhara hua amal hai.</w:t>
      </w:r>
    </w:p>
    <w:p>
      <w:pPr>
        <w:jc w:val="right"/>
      </w:pPr>
      <w:r>
        <w:t>بھرا ہوا عمل ہے، بھرا ہوا عمل ہے۔</w:t>
      </w:r>
    </w:p>
    <w:p>
      <w:r>
        <w:rPr>
          <w:b/>
        </w:rPr>
        <w:t xml:space="preserve">[28:18] </w:t>
      </w:r>
      <w:r>
        <w:t>aur jin poori history mein jin logon ne yeh dikhaya ke waqai wahi woh log thay jinhon ne</w:t>
      </w:r>
    </w:p>
    <w:p>
      <w:pPr>
        <w:jc w:val="right"/>
      </w:pPr>
      <w:r>
        <w:t>اور جن پوری ہسٹری میں جن لوگوں نے یہ دکھایا کہ واقعی وہی وہ لوگ تھے جنہوں نے</w:t>
      </w:r>
    </w:p>
    <w:p>
      <w:r>
        <w:rPr>
          <w:b/>
        </w:rPr>
        <w:t xml:space="preserve">[28:24] </w:t>
      </w:r>
      <w:r>
        <w:t>jin ko high marifat hui, jinhon ne high character par</w:t>
      </w:r>
    </w:p>
    <w:p>
      <w:pPr>
        <w:jc w:val="right"/>
      </w:pPr>
      <w:r>
        <w:t>جن کو ہائی معرفت ہوئی، جنہوں نے ہائی کریکٹر پر</w:t>
      </w:r>
    </w:p>
    <w:p>
      <w:r>
        <w:rPr>
          <w:b/>
        </w:rPr>
        <w:t xml:space="preserve">[28:30] </w:t>
      </w:r>
      <w:r>
        <w:t>jiye, jo jante thay Allah ka shukar karna, jo jante thay Allah ki glory bayan karna, jin ke</w:t>
      </w:r>
    </w:p>
    <w:p>
      <w:pPr>
        <w:jc w:val="right"/>
      </w:pPr>
      <w:r>
        <w:t>جیے، جو جانتے تھے اللہ کا شکر کرنا، جو جانتے تھے اللہ کی گلوری بیان کرنا، جن کے</w:t>
      </w:r>
    </w:p>
    <w:p>
      <w:r>
        <w:rPr>
          <w:b/>
        </w:rPr>
        <w:t xml:space="preserve">[28:40] </w:t>
      </w:r>
      <w:r>
        <w:t>dil Allah ki mohabbat se bhare hue the, aur jo insano ke khair khwah the, insan ke liye</w:t>
      </w:r>
    </w:p>
    <w:p>
      <w:pPr>
        <w:jc w:val="right"/>
      </w:pPr>
      <w:r>
        <w:t>دل اللہ کی محبت سے بھرے ہوئے تھے، اور جو انسانوں کے خیر خواہ تھے، انسان کے لیے</w:t>
      </w:r>
    </w:p>
    <w:p>
      <w:r>
        <w:rPr>
          <w:b/>
        </w:rPr>
        <w:t xml:space="preserve">[28:51] </w:t>
      </w:r>
      <w:r>
        <w:t>jinke dil mein koi negative think nahi thi. kyunke</w:t>
      </w:r>
    </w:p>
    <w:p>
      <w:pPr>
        <w:jc w:val="right"/>
      </w:pPr>
      <w:r>
        <w:t>جن کے دل میں کوئی نیگیٹیو تھک نہیں تھی۔ کیونکہ</w:t>
      </w:r>
    </w:p>
    <w:p>
      <w:r>
        <w:rPr>
          <w:b/>
        </w:rPr>
        <w:t xml:space="preserve">[29:01] </w:t>
      </w:r>
      <w:r>
        <w:t>paighambar ke zabaan se kaha gaya hai Quran majeed mein ke "inni lakum nasir".</w:t>
      </w:r>
    </w:p>
    <w:p>
      <w:pPr>
        <w:jc w:val="right"/>
      </w:pPr>
      <w:r>
        <w:t>پیغمبر کے زبان سے کہا گیا ہے قرآن مجید میں کہ "إنّي لكم ناصر"۔</w:t>
      </w:r>
    </w:p>
    <w:p>
      <w:r>
        <w:rPr>
          <w:b/>
        </w:rPr>
        <w:t xml:space="preserve">[29:09] </w:t>
      </w:r>
      <w:r>
        <w:t>paighambar kahe kahe paighambar ne kaha apne audience se, apne audience se "inni lakum nasir".</w:t>
      </w:r>
    </w:p>
    <w:p>
      <w:pPr>
        <w:jc w:val="right"/>
      </w:pPr>
      <w:r>
        <w:t>پیغمبر کہے کہے پیغمبر نے کہا اپنے آڈینس سے، اپنے آڈینس سے "إنّي لكم ناصر"۔</w:t>
      </w:r>
    </w:p>
    <w:p>
      <w:r>
        <w:rPr>
          <w:b/>
        </w:rPr>
        <w:t xml:space="preserve">[29:17] </w:t>
      </w:r>
      <w:r>
        <w:t>mein tum logon ka khair khwah hoon, wal bashar hoon, mein tum logon ka wal bashar hoon.</w:t>
      </w:r>
    </w:p>
    <w:p>
      <w:pPr>
        <w:jc w:val="right"/>
      </w:pPr>
      <w:r>
        <w:t>میں تم لوگوں کا خیر خواہ ہوں، ول بشر ہوں، میں تم لوگوں کا ول بشر ہوں۔</w:t>
      </w:r>
    </w:p>
    <w:p>
      <w:r>
        <w:rPr>
          <w:b/>
        </w:rPr>
        <w:t xml:space="preserve">[29:24] </w:t>
      </w:r>
      <w:r>
        <w:t>to sari tareekh se, sari history se aise log</w:t>
      </w:r>
    </w:p>
    <w:p>
      <w:pPr>
        <w:jc w:val="right"/>
      </w:pPr>
      <w:r>
        <w:t>تو ساری تاریخ سے، ساری ہسٹری سے ایسے لوگ</w:t>
      </w:r>
    </w:p>
    <w:p>
      <w:r>
        <w:rPr>
          <w:b/>
        </w:rPr>
        <w:t xml:space="preserve">[29:32] </w:t>
      </w:r>
      <w:r>
        <w:t>jo insano ke wal bashar the, jo insan ki khair khwahi mein jiye, jinhone chaha ke insan</w:t>
      </w:r>
    </w:p>
    <w:p>
      <w:pPr>
        <w:jc w:val="right"/>
      </w:pPr>
      <w:r>
        <w:t>جو انسانوں کے ول بشر تھے، جو انسان کی خیر خواہی میں جیے، جنہوں نے چاہا کہ انسان</w:t>
      </w:r>
    </w:p>
    <w:p>
      <w:r>
        <w:rPr>
          <w:b/>
        </w:rPr>
        <w:t xml:space="preserve">[29:39] </w:t>
      </w:r>
      <w:r>
        <w:t>jahannum mein na jaye, insan jannat jannat mein jaye, jinhone chaha ke insan Allah ke raste par</w:t>
      </w:r>
    </w:p>
    <w:p>
      <w:pPr>
        <w:jc w:val="right"/>
      </w:pPr>
      <w:r>
        <w:t>جہنم میں نہ جائے، انسان جنت جنت میں جائے، جنہوں نے چاہا کہ انسان اللہ کے راستے پر</w:t>
      </w:r>
    </w:p>
    <w:p>
      <w:r>
        <w:rPr>
          <w:b/>
        </w:rPr>
        <w:t xml:space="preserve">[29:45] </w:t>
      </w:r>
      <w:r>
        <w:t>chale, iske liye duaein keen, iske liye daud dhoop ki, iske liye "la ilaha illa</w:t>
      </w:r>
    </w:p>
    <w:p>
      <w:pPr>
        <w:jc w:val="right"/>
      </w:pPr>
      <w:r>
        <w:t>چلے، اس کے لیے دعائیں کیں، اس کے لیے دوڑ دھوپ کی، اس کے لیے "لا الہ الا</w:t>
      </w:r>
    </w:p>
    <w:p>
      <w:r>
        <w:rPr>
          <w:b/>
        </w:rPr>
        <w:t xml:space="preserve">[29:51] </w:t>
      </w:r>
      <w:r>
        <w:t>Allah" ka ba khuf nafs ka "Allah yakunul momineen" ban gaye.</w:t>
      </w:r>
    </w:p>
    <w:p>
      <w:pPr>
        <w:jc w:val="right"/>
      </w:pPr>
      <w:r>
        <w:t>اللہ" کا باخو نفس کا "اللہ یکون المومنین" بن گئے۔</w:t>
      </w:r>
    </w:p>
    <w:p>
      <w:r>
        <w:rPr>
          <w:b/>
        </w:rPr>
        <w:t xml:space="preserve">[29:57] </w:t>
      </w:r>
      <w:r>
        <w:t>unka unka selection hoga,</w:t>
      </w:r>
    </w:p>
    <w:p>
      <w:pPr>
        <w:jc w:val="right"/>
      </w:pPr>
      <w:r>
        <w:t>ان کا ان کا سلیکشن ہوگا،</w:t>
      </w:r>
    </w:p>
    <w:p>
      <w:r>
        <w:rPr>
          <w:b/>
        </w:rPr>
        <w:t xml:space="preserve">[30:03] </w:t>
      </w:r>
      <w:r>
        <w:t>unka selection hoga.</w:t>
      </w:r>
    </w:p>
    <w:p>
      <w:pPr>
        <w:jc w:val="right"/>
      </w:pPr>
      <w:r>
        <w:t>ان کا سلیکشن ہوگا۔</w:t>
      </w:r>
    </w:p>
    <w:p>
      <w:r>
        <w:rPr>
          <w:b/>
        </w:rPr>
        <w:t xml:space="preserve">[30:11] </w:t>
      </w:r>
      <w:r>
        <w:t>to aap ghor kijiye kaisi ajeeb hogi woh jannat, kaisi ajeeb hogi jannat.</w:t>
      </w:r>
    </w:p>
    <w:p>
      <w:pPr>
        <w:jc w:val="right"/>
      </w:pPr>
      <w:r>
        <w:t>تو آپ غور کیجئے کیسی عجیب ہوگی وہ جنت، کیسی عجیب ہوگی جنت۔</w:t>
      </w:r>
    </w:p>
    <w:p>
      <w:r>
        <w:rPr>
          <w:b/>
        </w:rPr>
        <w:t xml:space="preserve">[30:19] </w:t>
      </w:r>
      <w:r>
        <w:t>woh jo log samajhte hain ke jannat mein hoorein hongi, woh bilkul mere nazdeek unko aqal,</w:t>
      </w:r>
    </w:p>
    <w:p>
      <w:pPr>
        <w:jc w:val="right"/>
      </w:pPr>
      <w:r>
        <w:t>وہ جو لوگ سمجھتے ہیں کہ جنت میں حوریں ہوں گی، وہ بالکل میرے نزدیک ان کو عقل،</w:t>
      </w:r>
    </w:p>
    <w:p>
      <w:r>
        <w:rPr>
          <w:b/>
        </w:rPr>
        <w:t xml:space="preserve">[30:27] </w:t>
      </w:r>
      <w:r>
        <w:t>unke dimaghon mein aqal nahi hai, yaani Allah ki shan se be khabar hain. woh</w:t>
      </w:r>
    </w:p>
    <w:p>
      <w:pPr>
        <w:jc w:val="right"/>
      </w:pPr>
      <w:r>
        <w:t>ان کے دماغوں میں عقل نہیں ہے، یعنی اللہ کی شان سے بے خبر ہیں۔ وہ</w:t>
      </w:r>
    </w:p>
    <w:p>
      <w:r>
        <w:rPr>
          <w:b/>
        </w:rPr>
        <w:t xml:space="preserve">[30:35] </w:t>
      </w:r>
      <w:r>
        <w:t>jannat mein Allah ki glory hogi, jannat mein Allah ki badai hogi, jannat mein Allah ki hamd hogi, jannat mein Allah ki wo shan jo duniya mein hum se aqeedah rakhte the, Allah ki jo shan, Allah ki azmat, Allah ki glory duniya mein hum se aqeedah rakhte the. aqeedah wahan khul kar samne aa jayega. yeh matlab hai is ayat ka jo "yom yuqsaf wa saq", "yom</w:t>
      </w:r>
    </w:p>
    <w:p>
      <w:pPr>
        <w:jc w:val="right"/>
      </w:pPr>
      <w:r>
        <w:t>جنت میں اللہ کی گلوری ہوگی، جنت میں اللہ کی بڑائی ہوگی، جنت میں اللہ کی حمد ہوگی، جنت میں اللہ کی وہ شان جو دنیا میں ہم سے عقیدہ رکھتے تھے، اللہ کی جو شان، اللہ کی عظمت، اللہ کی گلوری دنیا میں ہم سے عقیدہ رکھتے تھے۔ عقیدہ وہاں کھل کر سامنے آ جائے گی۔ یہ مطلب ہے اس آیت کا جو "یوم یقصف اور ساق"، "یوم</w:t>
      </w:r>
    </w:p>
    <w:p>
      <w:r>
        <w:rPr>
          <w:b/>
        </w:rPr>
        <w:t xml:space="preserve">[31:05] </w:t>
      </w:r>
      <w:r>
        <w:t>yaqsifu wasaqu" yaani haqeeqatan barhana ho jayegi.</w:t>
      </w:r>
    </w:p>
    <w:p>
      <w:pPr>
        <w:jc w:val="right"/>
      </w:pPr>
      <w:r>
        <w:t>یقصف اور ساق" یعنی حقیقتاً برہنہ ہو جائے گی۔</w:t>
      </w:r>
    </w:p>
    <w:p>
      <w:r>
        <w:rPr>
          <w:b/>
        </w:rPr>
        <w:t xml:space="preserve">[31:13] </w:t>
      </w:r>
      <w:r>
        <w:t>mein soch raha tha ke Hazrat Musa ne jo kaha tha Allah Rab ul Alameen se toor par ke</w:t>
      </w:r>
    </w:p>
    <w:p>
      <w:pPr>
        <w:jc w:val="right"/>
      </w:pPr>
      <w:r>
        <w:t>میں سوچ رہا تھا کہ حضرت موسیٰ نے جو کہا تھا اللہ رب العالمین سے طور پر کہ</w:t>
      </w:r>
    </w:p>
    <w:p>
      <w:r>
        <w:rPr>
          <w:b/>
        </w:rPr>
        <w:t xml:space="preserve">[31:20] </w:t>
      </w:r>
      <w:r>
        <w:t>"Allah, mein tujh ko dekhna chahta hoon".</w:t>
      </w:r>
    </w:p>
    <w:p>
      <w:pPr>
        <w:jc w:val="right"/>
      </w:pPr>
      <w:r>
        <w:t>"اللہ، میں تجھ کو دیکھنا چاہتا ہوں"۔</w:t>
      </w:r>
    </w:p>
    <w:p>
      <w:r>
        <w:rPr>
          <w:b/>
        </w:rPr>
        <w:t xml:space="preserve">[31:28] </w:t>
      </w:r>
      <w:r>
        <w:t>Rab aliy, yeh Hazrat Musa ne sare insanon</w:t>
      </w:r>
    </w:p>
    <w:p>
      <w:pPr>
        <w:jc w:val="right"/>
      </w:pPr>
      <w:r>
        <w:t>رب علی، یہ حضرت موسیٰ نے سارے انسانوں</w:t>
      </w:r>
    </w:p>
    <w:p>
      <w:r>
        <w:rPr>
          <w:b/>
        </w:rPr>
        <w:t xml:space="preserve">[31:35] </w:t>
      </w:r>
      <w:r>
        <w:t>ki taraf se kaha tha.</w:t>
      </w:r>
    </w:p>
    <w:p>
      <w:pPr>
        <w:jc w:val="right"/>
      </w:pPr>
      <w:r>
        <w:t>کی طرف سے کہا تھا۔</w:t>
      </w:r>
    </w:p>
    <w:p>
      <w:r>
        <w:rPr>
          <w:b/>
        </w:rPr>
        <w:t xml:space="preserve">[31:40] </w:t>
      </w:r>
      <w:r>
        <w:t>insan chahta hai ke apne Rab ko dekhe.</w:t>
      </w:r>
    </w:p>
    <w:p>
      <w:pPr>
        <w:jc w:val="right"/>
      </w:pPr>
      <w:r>
        <w:t>انسان چاہتا ہے کہ اپنے رب کو دیکھے۔</w:t>
      </w:r>
    </w:p>
    <w:p>
      <w:r>
        <w:rPr>
          <w:b/>
        </w:rPr>
        <w:t xml:space="preserve">[31:45] </w:t>
      </w:r>
      <w:r>
        <w:t>aap ghor kijiye, aap nahi chahenge ke aap dekhein apne khaliq ko, apne malik ko, apne Rab ko.</w:t>
      </w:r>
    </w:p>
    <w:p>
      <w:pPr>
        <w:jc w:val="right"/>
      </w:pPr>
      <w:r>
        <w:t>آپ غور کیجئے، آپ نہیں چاہیں گے کہ آپ دیکھیں اپنے خالق کو، اپنے مالک کو، اپنے رب کو۔</w:t>
      </w:r>
    </w:p>
    <w:p>
      <w:r>
        <w:rPr>
          <w:b/>
        </w:rPr>
        <w:t xml:space="preserve">[31:50] </w:t>
      </w:r>
      <w:r>
        <w:t>ek baap chahta hai ke apne bete ko dekhe, beta chahta hai ke apne baap ko dekhe, aur</w:t>
      </w:r>
    </w:p>
    <w:p>
      <w:pPr>
        <w:jc w:val="right"/>
      </w:pPr>
      <w:r>
        <w:t>ایک باپ چاہتا ہے کہ اپنے بیٹے کو دیکھے، بیٹا چاہتا ہے کہ اپنے باپ کو دیکھے، اور</w:t>
      </w:r>
    </w:p>
    <w:p>
      <w:r>
        <w:rPr>
          <w:b/>
        </w:rPr>
        <w:t xml:space="preserve">[31:55] </w:t>
      </w:r>
      <w:r>
        <w:t>insan nahi chahega.</w:t>
      </w:r>
    </w:p>
    <w:p>
      <w:pPr>
        <w:jc w:val="right"/>
      </w:pPr>
      <w:r>
        <w:t>انسان نہیں چاہے گا۔</w:t>
      </w:r>
    </w:p>
    <w:p>
      <w:r>
        <w:rPr>
          <w:b/>
        </w:rPr>
        <w:t xml:space="preserve">[32:00] </w:t>
      </w:r>
      <w:r>
        <w:t>تو سارے انسان consciously یا unconsciously</w:t>
      </w:r>
    </w:p>
    <w:p>
      <w:pPr>
        <w:jc w:val="right"/>
      </w:pPr>
      <w:r>
        <w:t>تو سارے انسان کانشیسلی یا ان کانشیس</w:t>
      </w:r>
    </w:p>
    <w:p>
      <w:r>
        <w:rPr>
          <w:b/>
        </w:rPr>
        <w:t xml:space="preserve">[32:05] </w:t>
      </w:r>
      <w:r>
        <w:t>li yeh chahte hain ke apne Rab ko dekhein.</w:t>
      </w:r>
    </w:p>
    <w:p>
      <w:pPr>
        <w:jc w:val="right"/>
      </w:pPr>
      <w:r>
        <w:t>لی یہ چاہتے ہیں کہ اپنے رب کو دیکھیں۔</w:t>
      </w:r>
    </w:p>
    <w:p>
      <w:r>
        <w:rPr>
          <w:b/>
        </w:rPr>
        <w:t xml:space="preserve">[32:11] </w:t>
      </w:r>
      <w:r>
        <w:t>rab, yani "und alaih".</w:t>
      </w:r>
    </w:p>
    <w:p>
      <w:pPr>
        <w:jc w:val="right"/>
      </w:pPr>
      <w:r>
        <w:t>رب، یعنی "عند علیہ"۔</w:t>
      </w:r>
    </w:p>
    <w:p>
      <w:r>
        <w:rPr>
          <w:b/>
        </w:rPr>
        <w:t xml:space="preserve">[32:16] </w:t>
      </w:r>
      <w:r>
        <w:t>لیکن دنیا میں یہ چیز حاصل نہیں ہوتی کیونکہ ہم ہمارے پاس وہ عقل نہیں ہے، وہ دماغ</w:t>
      </w:r>
    </w:p>
    <w:p>
      <w:pPr>
        <w:jc w:val="right"/>
      </w:pPr>
      <w:r>
        <w:t>لیکن دنیا میں یہ چیز حاصل نہیں ہوتی کیونکہ ہم ہمارے پاس وہ آقا نہیں ہے، وہ دماغ</w:t>
      </w:r>
    </w:p>
    <w:p>
      <w:r>
        <w:rPr>
          <w:b/>
        </w:rPr>
        <w:t xml:space="preserve">[32:21] </w:t>
      </w:r>
      <w:r>
        <w:t>nahi hai, woh kar nahi hai.</w:t>
      </w:r>
    </w:p>
    <w:p>
      <w:pPr>
        <w:jc w:val="right"/>
      </w:pPr>
      <w:r>
        <w:t>نہیں ہے، وہ کار نہیں ہے۔</w:t>
      </w:r>
    </w:p>
    <w:p>
      <w:r>
        <w:rPr>
          <w:b/>
        </w:rPr>
        <w:t xml:space="preserve">[32:27] </w:t>
      </w:r>
      <w:r>
        <w:t>ہم کو ایک ایک improved personality دی جائے گی جنت میں، ہم کو ایک developed personality، improved personality</w:t>
      </w:r>
    </w:p>
    <w:p>
      <w:pPr>
        <w:jc w:val="right"/>
      </w:pPr>
      <w:r>
        <w:t>ہم کو ایک ایک امپرووڈ پرسنیلٹی دی جائے گی جنت میں، ہم کو ایک ڈیولپڈ پرسنیلٹی، امپرووڈ پرسنیلٹی</w:t>
      </w:r>
    </w:p>
    <w:p>
      <w:r>
        <w:rPr>
          <w:b/>
        </w:rPr>
        <w:t xml:space="preserve">[32:32] </w:t>
      </w:r>
      <w:r>
        <w:t>di jayegi.</w:t>
      </w:r>
    </w:p>
    <w:p>
      <w:pPr>
        <w:jc w:val="right"/>
      </w:pPr>
      <w:r>
        <w:t>دی جائے گی۔</w:t>
      </w:r>
    </w:p>
    <w:p>
      <w:r>
        <w:rPr>
          <w:b/>
        </w:rPr>
        <w:t xml:space="preserve">[32:37] </w:t>
      </w:r>
      <w:r>
        <w:t>Tab hum is qabil honge ki hum Allah ki awaz ko direct sunenge, hum Allah ke</w:t>
      </w:r>
    </w:p>
    <w:p>
      <w:pPr>
        <w:jc w:val="right"/>
      </w:pPr>
      <w:r>
        <w:t>تب ہم اس قابل ہوں گے کہ ہم اللہ کی آواز کو ڈائریکٹ سنیں گے، ہم اللہ کے</w:t>
      </w:r>
    </w:p>
    <w:p>
      <w:r>
        <w:rPr>
          <w:b/>
        </w:rPr>
        <w:t xml:space="preserve">[32:43] </w:t>
      </w:r>
      <w:r>
        <w:t>direct dekhen, Allah se direct baat kar saken.</w:t>
      </w:r>
    </w:p>
    <w:p>
      <w:pPr>
        <w:jc w:val="right"/>
      </w:pPr>
      <w:r>
        <w:t>ڈائریکٹ دیکھیں، اللہ سے ڈائریکٹ بات کر سکیں۔</w:t>
      </w:r>
    </w:p>
    <w:p>
      <w:r>
        <w:rPr>
          <w:b/>
        </w:rPr>
        <w:t xml:space="preserve">[32:49] </w:t>
      </w:r>
      <w:r>
        <w:t>yeh hai jannat.</w:t>
      </w:r>
    </w:p>
    <w:p>
      <w:pPr>
        <w:jc w:val="right"/>
      </w:pPr>
      <w:r>
        <w:t>یہ ہے جنت۔</w:t>
      </w:r>
    </w:p>
    <w:p>
      <w:r>
        <w:rPr>
          <w:b/>
        </w:rPr>
        <w:t xml:space="preserve">[32:55] </w:t>
      </w:r>
      <w:r>
        <w:t>jannat hooron se milne ki jagah nahi hai, jannat khud Allah se milne ki jagah hai.</w:t>
      </w:r>
    </w:p>
    <w:p>
      <w:pPr>
        <w:jc w:val="right"/>
      </w:pPr>
      <w:r>
        <w:t>جنت حوروں سے ملنے کی جگہ نہیں ہے، جنت خود اللہ سے ملنے کی جگہ ہے۔</w:t>
      </w:r>
    </w:p>
    <w:p>
      <w:r>
        <w:rPr>
          <w:b/>
        </w:rPr>
        <w:t xml:space="preserve">[33:01] </w:t>
      </w:r>
      <w:r>
        <w:t>jo log samajhte hain ke jannat</w:t>
      </w:r>
    </w:p>
    <w:p>
      <w:pPr>
        <w:jc w:val="right"/>
      </w:pPr>
      <w:r>
        <w:t>جو لوگ سمجھتے ہیں کہ جنت</w:t>
      </w:r>
    </w:p>
    <w:p>
      <w:r>
        <w:rPr>
          <w:b/>
        </w:rPr>
        <w:t xml:space="preserve">[33:07] </w:t>
      </w:r>
      <w:r>
        <w:t>huroon ke milne ki jagah hai, main samajhta hoon ke woh majnoon hain. majnoon! jannat Allah rab ul alameen se milne ki jagah hai jahan insaan Allah ko dekhega, jahan insaan Allah ki awaaz ko sune ga, jahan insaan Allah se mulaqaat kare ga, jahan insaan Allah ki majlis mein baithe ga. fi maqsad sadq, ant mulki muqtadir. kaise zalim hain woh log jinho ne Allah ki sh</w:t>
      </w:r>
    </w:p>
    <w:p>
      <w:pPr>
        <w:jc w:val="right"/>
      </w:pPr>
      <w:r>
        <w:t>حوروں کے ملنے کی جگہ ہے، میں سمجھتا ہوں کہ وہ مجنون ہیں۔ مجنون! جنت اللہ رب العالمین سے ملنے کی جگہ ہے جہاں انسان اللہ کو دیکھے گا، جہاں انسان اللہ کی آواز کو سنے گا، جہاں انسان اللہ سے ملاقات کرے گا، جہاں انسان اللہ کی مجلس میں بیٹھے گا۔ فی مقصد صدق، انت ملکی مقتدر۔ کیسے ظالم ہیں وہ لوگ جنہوں نے اللہ کی ش</w:t>
      </w:r>
    </w:p>
    <w:p>
      <w:r>
        <w:rPr>
          <w:b/>
        </w:rPr>
        <w:t xml:space="preserve">[33:37] </w:t>
      </w:r>
      <w:r>
        <w:t>un ko nahi jana? wa ma qadar Allah haq qadri, wa ma qadar Allah haq qadri.</w:t>
      </w:r>
    </w:p>
    <w:p>
      <w:pPr>
        <w:jc w:val="right"/>
      </w:pPr>
      <w:r>
        <w:t>ان کو نہیں جانا؟ وما قدر اللہ حق قدری، وما قدر اللہ حق قدری۔</w:t>
      </w:r>
    </w:p>
    <w:p>
      <w:r>
        <w:rPr>
          <w:b/>
        </w:rPr>
        <w:t xml:space="preserve">[33:48] </w:t>
      </w:r>
      <w:r>
        <w:t>to yeh hai woh jannat jis ke baray mein quran mein aya hai ke daudo is ki taraf.</w:t>
      </w:r>
    </w:p>
    <w:p>
      <w:pPr>
        <w:jc w:val="right"/>
      </w:pPr>
      <w:r>
        <w:t>تو یہ ہے وہ جنت جس کے بارے میں قرآن میں آیا ہے کہ دوڑو اس کی طرف۔</w:t>
      </w:r>
    </w:p>
    <w:p>
      <w:r>
        <w:rPr>
          <w:b/>
        </w:rPr>
        <w:t xml:space="preserve">[33:58] </w:t>
      </w:r>
      <w:r>
        <w:t>aap pura parhen, pura daudo, daudo Allah ki taraf, Allah ki baghavat ki taraf, Allah ki jannat ki taraf.</w:t>
      </w:r>
    </w:p>
    <w:p>
      <w:pPr>
        <w:jc w:val="right"/>
      </w:pPr>
      <w:r>
        <w:t>آپ پورا پڑھیں، پورا دوڑو، دوڑو اللہ کی طرف، اللہ کی بغاوت کی طرف، اللہ کی جنت کی طرف۔</w:t>
      </w:r>
    </w:p>
    <w:p>
      <w:r>
        <w:rPr>
          <w:b/>
        </w:rPr>
        <w:t xml:space="preserve">[34:09] </w:t>
      </w:r>
      <w:r>
        <w:t>sab se bari cheez daryaft karne ki cheez jo hai, woh Allah rab ul alameen hai.</w:t>
      </w:r>
    </w:p>
    <w:p>
      <w:pPr>
        <w:jc w:val="right"/>
      </w:pPr>
      <w:r>
        <w:t>سب سے بڑی چیز دریافت کرنے کی چیز جو ہے، وہ اللہ رب العالمین ہے۔</w:t>
      </w:r>
    </w:p>
    <w:p>
      <w:r>
        <w:rPr>
          <w:b/>
        </w:rPr>
        <w:t xml:space="preserve">[34:14] </w:t>
      </w:r>
      <w:r>
        <w:t>sab se bari cheez pani ki hai, woh Allah rab ul alameen hai.</w:t>
      </w:r>
    </w:p>
    <w:p>
      <w:pPr>
        <w:jc w:val="right"/>
      </w:pPr>
      <w:r>
        <w:t>سب سے بڑی چیز پانی کی ہے، وہ اللہ رب العالمین ہے۔</w:t>
      </w:r>
    </w:p>
    <w:p>
      <w:r>
        <w:rPr>
          <w:b/>
        </w:rPr>
        <w:t xml:space="preserve">[34:19] </w:t>
      </w:r>
      <w:r>
        <w:t>sab se bari cheez jo dekhne ki hai, woh Allah rab ul alameen hai.</w:t>
      </w:r>
    </w:p>
    <w:p>
      <w:pPr>
        <w:jc w:val="right"/>
      </w:pPr>
      <w:r>
        <w:t>سب سے بڑی چیز جو دیکھنے کی ہے، وہ اللہ رب العالمین ہے۔</w:t>
      </w:r>
    </w:p>
    <w:p>
      <w:r>
        <w:rPr>
          <w:b/>
        </w:rPr>
        <w:t xml:space="preserve">[34:24] </w:t>
      </w:r>
      <w:r>
        <w:t>sab se bari cheez jo milne milne ki hai, woh Allah rab ul alameen hai.</w:t>
      </w:r>
    </w:p>
    <w:p>
      <w:pPr>
        <w:jc w:val="right"/>
      </w:pPr>
      <w:r>
        <w:t>سب سے بڑی چیز جو ملنے ملنے کی ہے، وہ اللہ رب العالمین ہے۔</w:t>
      </w:r>
    </w:p>
    <w:p>
      <w:r>
        <w:rPr>
          <w:b/>
        </w:rPr>
        <w:t xml:space="preserve">[34:29] </w:t>
      </w:r>
      <w:r>
        <w:t>isi ki hamein training ki jati hai namazon mein.</w:t>
      </w:r>
    </w:p>
    <w:p>
      <w:pPr>
        <w:jc w:val="right"/>
      </w:pPr>
      <w:r>
        <w:t>اسی کی ہمیں ٹریننگ کی جاتی ہے نمازوں میں۔</w:t>
      </w:r>
    </w:p>
    <w:p>
      <w:r>
        <w:rPr>
          <w:b/>
        </w:rPr>
        <w:t xml:space="preserve">[34:34] </w:t>
      </w:r>
      <w:r>
        <w:t>bar bar hum kehte hain "alhamdulillah rabb ul alameen"</w:t>
      </w:r>
    </w:p>
    <w:p>
      <w:pPr>
        <w:jc w:val="right"/>
      </w:pPr>
      <w:r>
        <w:t>بار بار ہم کہتے ہیں "الحمدللہ رب العالمین"</w:t>
      </w:r>
    </w:p>
    <w:p>
      <w:r>
        <w:rPr>
          <w:b/>
        </w:rPr>
        <w:t xml:space="preserve">[34:39] </w:t>
      </w:r>
      <w:r>
        <w:t>, "Allah o Akbar".</w:t>
      </w:r>
    </w:p>
    <w:p>
      <w:pPr>
        <w:jc w:val="right"/>
      </w:pPr>
      <w:r>
        <w:t>، "اللہ اکبر"۔</w:t>
      </w:r>
    </w:p>
    <w:p>
      <w:r>
        <w:rPr>
          <w:b/>
        </w:rPr>
        <w:t xml:space="preserve">[34:45] </w:t>
      </w:r>
      <w:r>
        <w:t>isi ke liye hamein train kiya ja raha hai.</w:t>
      </w:r>
    </w:p>
    <w:p>
      <w:pPr>
        <w:jc w:val="right"/>
      </w:pPr>
      <w:r>
        <w:t>اسی کے لیے ہمیں ٹرین کیا جا رہا ہے۔</w:t>
      </w:r>
    </w:p>
    <w:p>
      <w:r>
        <w:rPr>
          <w:b/>
        </w:rPr>
        <w:t xml:space="preserve">[34:51] </w:t>
      </w:r>
      <w:r>
        <w:t>aur yeh yeh jo yeh jo golden moqa hai, yeh hum ko jannat mein milega, dunya mein nahi.</w:t>
      </w:r>
    </w:p>
    <w:p>
      <w:pPr>
        <w:jc w:val="right"/>
      </w:pPr>
      <w:r>
        <w:t>اور یہ یہ جو یہ جو گولڈن موقع ہے، یہ ہم کو جنت میں ملے گا، دنیا میں نہیں۔</w:t>
      </w:r>
    </w:p>
    <w:p>
      <w:r>
        <w:rPr>
          <w:b/>
        </w:rPr>
        <w:t xml:space="preserve">[34:57] </w:t>
      </w:r>
      <w:r>
        <w:t>hazrat moosa ka jo woh conversation hai, bohat ajeeb hai.</w:t>
      </w:r>
    </w:p>
    <w:p>
      <w:pPr>
        <w:jc w:val="right"/>
      </w:pPr>
      <w:r>
        <w:t>حضرت موسیٰ کا جو وہ کنورسیشن ہے، بہت عجیب ہے۔</w:t>
      </w:r>
    </w:p>
    <w:p>
      <w:r>
        <w:rPr>
          <w:b/>
        </w:rPr>
        <w:t xml:space="preserve">[35:03] </w:t>
      </w:r>
      <w:r>
        <w:t>woh yani Allah se direct conversation jo moosa ka hua,</w:t>
      </w:r>
    </w:p>
    <w:p>
      <w:pPr>
        <w:jc w:val="right"/>
      </w:pPr>
      <w:r>
        <w:t>وہ یعنی اللہ سے ڈائریکٹ کنورسیشن جو موسیٰ کا ہوا،</w:t>
      </w:r>
    </w:p>
    <w:p>
      <w:r>
        <w:rPr>
          <w:b/>
        </w:rPr>
        <w:t xml:space="preserve">[35:09] </w:t>
      </w:r>
      <w:r>
        <w:t>main arz kar raha hoon ke Allah moosa ke siwa kisi bhi peghambar ka direct Allah se conversation</w:t>
      </w:r>
    </w:p>
    <w:p>
      <w:pPr>
        <w:jc w:val="right"/>
      </w:pPr>
      <w:r>
        <w:t>میں عرض کر رہا ہوں کہ اللہ موسیٰ کے سوا کسی بھی پیغمبر کا ڈائریکٹ اللہ سے کنورسیشن</w:t>
      </w:r>
    </w:p>
    <w:p>
      <w:r>
        <w:rPr>
          <w:b/>
        </w:rPr>
        <w:t xml:space="preserve">[35:16] </w:t>
      </w:r>
      <w:r>
        <w:t>nahi hua, kisi ka nahi hua.</w:t>
      </w:r>
    </w:p>
    <w:p>
      <w:pPr>
        <w:jc w:val="right"/>
      </w:pPr>
      <w:r>
        <w:t>نہیں ہوا، کسی کا نہیں ہوا۔</w:t>
      </w:r>
    </w:p>
    <w:p>
      <w:r>
        <w:rPr>
          <w:b/>
        </w:rPr>
        <w:t xml:space="preserve">[35:24] </w:t>
      </w:r>
      <w:r>
        <w:t>جب میں پڑھتا ہوں یہ الفاظ: "Mumtaliq Bibi Nikah".</w:t>
      </w:r>
    </w:p>
    <w:p>
      <w:pPr>
        <w:jc w:val="right"/>
      </w:pPr>
      <w:r>
        <w:t>جب میں پڑھتا ہوں یہ الفاظ: "ممتلک بیبی نکیا"۔</w:t>
      </w:r>
    </w:p>
    <w:p>
      <w:r>
        <w:rPr>
          <w:b/>
        </w:rPr>
        <w:t xml:space="preserve">[35:31] </w:t>
      </w:r>
      <w:r>
        <w:t>yani Allah ne direct Allah ki awaz direct suni. moosa ne</w:t>
      </w:r>
    </w:p>
    <w:p>
      <w:pPr>
        <w:jc w:val="right"/>
      </w:pPr>
      <w:r>
        <w:t>یعنی اللہ نے ڈائریکٹ اللہ کی آواز ڈائریکٹ سنی۔ موسیٰ نے</w:t>
      </w:r>
    </w:p>
    <w:p>
      <w:r>
        <w:rPr>
          <w:b/>
        </w:rPr>
        <w:t xml:space="preserve">[35:39] </w:t>
      </w:r>
      <w:r>
        <w:t>kisi paighambar ko aisa nahi hua, kisi paighambar ko nahi hua. motal ke be ameen ne kaha: "ya Musa, qala ya asaya, atawaq ghanmi bhale afia bar bakhra". musalman naat khwani ki</w:t>
      </w:r>
    </w:p>
    <w:p>
      <w:pPr>
        <w:jc w:val="right"/>
      </w:pPr>
      <w:r>
        <w:t>کسی پیغمبر کو ایسا نہیں ہوا، کسی پیغمبر کو نہیں ہوا۔ موتل کے بے امین نے کہا: "یا موسیٰ، قال یا عصایا، اتوقع غنمی بھلے افیا بار بخرہ"۔ مسلمان نعت خوانی کی</w:t>
      </w:r>
    </w:p>
    <w:p>
      <w:r>
        <w:rPr>
          <w:b/>
        </w:rPr>
        <w:t xml:space="preserve">[36:09] </w:t>
      </w:r>
      <w:r>
        <w:t>wajah se barh bhi bekhabar ho gaye.</w:t>
      </w:r>
    </w:p>
    <w:p>
      <w:pPr>
        <w:jc w:val="right"/>
      </w:pPr>
      <w:r>
        <w:t>وجہ سے بڑھ بھی بے خبر ہو گئے۔</w:t>
      </w:r>
    </w:p>
    <w:p>
      <w:r>
        <w:rPr>
          <w:b/>
        </w:rPr>
        <w:t xml:space="preserve">[36:15] </w:t>
      </w:r>
      <w:r>
        <w:t>sari dunya musalman naat khwani kar rahe hain, is ki wajah se barh bhi haqeeqat be khabar ho gaye.</w:t>
      </w:r>
    </w:p>
    <w:p>
      <w:pPr>
        <w:jc w:val="right"/>
      </w:pPr>
      <w:r>
        <w:t>ساری دنیا مسلمان نعت خوانی کر رہے ہیں، اس کی وجہ سے بڑھ بھی حقیقت بے خبر ہو گئے۔</w:t>
      </w:r>
    </w:p>
    <w:p>
      <w:r>
        <w:rPr>
          <w:b/>
        </w:rPr>
        <w:t xml:space="preserve">[36:20] </w:t>
      </w:r>
      <w:r>
        <w:t>woh Allah rab ul alameen se, jannat se, har cheez se be khabar.</w:t>
      </w:r>
    </w:p>
    <w:p>
      <w:pPr>
        <w:jc w:val="right"/>
      </w:pPr>
      <w:r>
        <w:t>وہ اللہ رب العالمین سے، جنت سے، ہر چیز سے بے خبر۔</w:t>
      </w:r>
    </w:p>
    <w:p>
      <w:r>
        <w:rPr>
          <w:b/>
        </w:rPr>
        <w:t xml:space="preserve">[36:25] </w:t>
      </w:r>
      <w:r>
        <w:t>be naat khwani kar rahe hain.</w:t>
      </w:r>
    </w:p>
    <w:p>
      <w:pPr>
        <w:jc w:val="right"/>
      </w:pPr>
      <w:r>
        <w:t>بے نعت خوانی کر رہے ہیں۔</w:t>
      </w:r>
    </w:p>
    <w:p>
      <w:r>
        <w:rPr>
          <w:b/>
        </w:rPr>
        <w:t xml:space="preserve">[36:31] </w:t>
      </w:r>
      <w:r>
        <w:t>peshawar mein peshawar naat khawan ko bara qadar di hui hai.</w:t>
      </w:r>
    </w:p>
    <w:p>
      <w:pPr>
        <w:jc w:val="right"/>
      </w:pPr>
      <w:r>
        <w:t>پیشاور میں پیشاور نعت خواہ کو بڑا قدر دی ہوئی ہے۔</w:t>
      </w:r>
    </w:p>
    <w:p>
      <w:r>
        <w:rPr>
          <w:b/>
        </w:rPr>
        <w:t xml:space="preserve">[36:36] </w:t>
      </w:r>
      <w:r>
        <w:t>kuch kuch professional naat khawan hain, professional unhi ke peechay dorrtay hain log.</w:t>
      </w:r>
    </w:p>
    <w:p>
      <w:pPr>
        <w:jc w:val="right"/>
      </w:pPr>
      <w:r>
        <w:t>کچھ کچھ پروفیشنل نعت خواہ ہیں، پروفیشنل انہی کے پیچھے دوڑتے ہیں لوگ۔</w:t>
      </w:r>
    </w:p>
    <w:p>
      <w:r>
        <w:rPr>
          <w:b/>
        </w:rPr>
        <w:t xml:space="preserve">[36:42] </w:t>
      </w:r>
      <w:r>
        <w:t>acha, bari bari haqeeqat hai, woh naat khawan log jantay hi nahi is ko.</w:t>
      </w:r>
    </w:p>
    <w:p>
      <w:pPr>
        <w:jc w:val="right"/>
      </w:pPr>
      <w:r>
        <w:t>اچھا، بڑی بڑی حقیقت ہے، وہ نعت خواہ لوگ جانتے ہی نہیں اس کو۔</w:t>
      </w:r>
    </w:p>
    <w:p>
      <w:r>
        <w:rPr>
          <w:b/>
        </w:rPr>
        <w:t xml:space="preserve">[36:52] </w:t>
      </w:r>
      <w:r>
        <w:t>to behal, main namaz ke baray mein keh raha tha ke namaz kiya hai.</w:t>
      </w:r>
    </w:p>
    <w:p>
      <w:pPr>
        <w:jc w:val="right"/>
      </w:pPr>
      <w:r>
        <w:t>تو بہرحال، میں نماز کے بارے میں کہہ رہا تھا کہ نماز کیا ہے۔</w:t>
      </w:r>
    </w:p>
    <w:p>
      <w:r>
        <w:rPr>
          <w:b/>
        </w:rPr>
        <w:t xml:space="preserve">[37:02] </w:t>
      </w:r>
      <w:r>
        <w:t>namaz yeh hai ke panch waqt ke practice ke zariye, bohat hi spiritual practice, ritual practice nahi,</w:t>
      </w:r>
    </w:p>
    <w:p>
      <w:pPr>
        <w:jc w:val="right"/>
      </w:pPr>
      <w:r>
        <w:t>نماز یہ ہے کہ پانچ وقت کے پریکٹس کے ذریعے، بہت ہی اسپرچ فل پریکٹس، ریچول پریکٹس نہیں،</w:t>
      </w:r>
    </w:p>
    <w:p>
      <w:r>
        <w:rPr>
          <w:b/>
        </w:rPr>
        <w:t xml:space="preserve">[37:12] </w:t>
      </w:r>
      <w:r>
        <w:t>bohat hi spiritual, spiritual practice ke zariye logon ko tayyar kiya jaye is din ke liye</w:t>
      </w:r>
    </w:p>
    <w:p>
      <w:pPr>
        <w:jc w:val="right"/>
      </w:pPr>
      <w:r>
        <w:t>بہت ہی اسپرچ فل، اسپرچ فل پریکٹس کے ذریعے لوگوں کو تیار کیا جائے اس دن کے لیے</w:t>
      </w:r>
    </w:p>
    <w:p>
      <w:r>
        <w:rPr>
          <w:b/>
        </w:rPr>
        <w:t xml:space="preserve">[37:19] </w:t>
      </w:r>
      <w:r>
        <w:t>jab ke un ko chunao hoga, un ka selection hoga jannat mein dakhlay ke liye.</w:t>
      </w:r>
    </w:p>
    <w:p>
      <w:pPr>
        <w:jc w:val="right"/>
      </w:pPr>
      <w:r>
        <w:t>جب کہ ان کو چناؤ ہوگا، ان کا سلیکشن ہوگا جنت میں داخلے کے لیے۔</w:t>
      </w:r>
    </w:p>
    <w:p>
      <w:r>
        <w:rPr>
          <w:b/>
        </w:rPr>
        <w:t xml:space="preserve">[37:27] </w:t>
      </w:r>
      <w:r>
        <w:t>jannat mein dakhlay ke liye isi liye kaha gaya ke daurru jannat ki taraf, daurru Allah ki maghfirat ki taraf.</w:t>
      </w:r>
    </w:p>
    <w:p>
      <w:pPr>
        <w:jc w:val="right"/>
      </w:pPr>
      <w:r>
        <w:t>جنت میں داخلے کے لیے اسی لیے کہا گیا کہ دوڑو جنت کی طرف، دوڑو اللہ کی مغفرت کی طرف۔</w:t>
      </w:r>
    </w:p>
    <w:p>
      <w:r>
        <w:rPr>
          <w:b/>
        </w:rPr>
        <w:t xml:space="preserve">[37:35] </w:t>
      </w:r>
      <w:r>
        <w:t>daurru ke maani hain ke bohat</w:t>
      </w:r>
    </w:p>
    <w:p>
      <w:pPr>
        <w:jc w:val="right"/>
      </w:pPr>
      <w:r>
        <w:t>دوڑو کے معنی ہیں کہ بہت</w:t>
      </w:r>
    </w:p>
    <w:p>
      <w:r>
        <w:rPr>
          <w:b/>
        </w:rPr>
        <w:t xml:space="preserve">[37:42] </w:t>
      </w:r>
      <w:r>
        <w:t>ziyada ehtimam karo is tayyari ke liye, bohat ziyada ehtimam karo is tayyari ke liye.</w:t>
      </w:r>
    </w:p>
    <w:p>
      <w:pPr>
        <w:jc w:val="right"/>
      </w:pPr>
      <w:r>
        <w:t>زیادہ اہتمام کرو اس تیاری کے لیے، بہت زیادہ اہتمام کرو اس تیاری کے لیے۔</w:t>
      </w:r>
    </w:p>
    <w:p>
      <w:r>
        <w:rPr>
          <w:b/>
        </w:rPr>
        <w:t xml:space="preserve">[37:50] </w:t>
      </w:r>
      <w:r>
        <w:t>to main ne arz kiya, is ko main phir dohraunga ke panch waqt ki jo namaz hai,</w:t>
      </w:r>
    </w:p>
    <w:p>
      <w:pPr>
        <w:jc w:val="right"/>
      </w:pPr>
      <w:r>
        <w:t>تو میں نے عرض کیا، اس کو میں پھر دہراؤں گا کہ پانچ وقت کی جو نماز ہے،</w:t>
      </w:r>
    </w:p>
    <w:p>
      <w:r>
        <w:rPr>
          <w:b/>
        </w:rPr>
        <w:t xml:space="preserve">[37:57] </w:t>
      </w:r>
      <w:r>
        <w:t>bohat hi scientific hai.</w:t>
      </w:r>
    </w:p>
    <w:p>
      <w:pPr>
        <w:jc w:val="right"/>
      </w:pPr>
      <w:r>
        <w:t>بہت ہی سائنٹیفک ہے۔</w:t>
      </w:r>
    </w:p>
    <w:p>
      <w:r>
        <w:rPr>
          <w:b/>
        </w:rPr>
        <w:t xml:space="preserve">[38:05] </w:t>
      </w:r>
      <w:r>
        <w:t>subah ki namaz, yani fajar</w:t>
      </w:r>
    </w:p>
    <w:p>
      <w:pPr>
        <w:jc w:val="right"/>
      </w:pPr>
      <w:r>
        <w:t>صبح کی نماز، یعنی فجر</w:t>
      </w:r>
    </w:p>
    <w:p>
      <w:r>
        <w:rPr>
          <w:b/>
        </w:rPr>
        <w:t xml:space="preserve">[38:12] </w:t>
      </w:r>
      <w:r>
        <w:t>ki namaz, naye din ki planning hai. kis aitbaar se? hamd ke aitbaar se, takbeer ke aitbaar se, insaan ki salamati ke aitbaar se. planning: aaj kya karna hai, aaj kya karna hai, aaj kya karna hai. phir jo darmian mein namazein hain, zuhr, asr, maghrib, woh mid day review hai. darmian mein</w:t>
      </w:r>
    </w:p>
    <w:p>
      <w:pPr>
        <w:jc w:val="right"/>
      </w:pPr>
      <w:r>
        <w:t>کی نماز، نئے دن کی پلاننگ ہے۔ کس اعتبار سے؟ حمد کے اعتبار سے، تکبیر کے اعتبار سے، انسان کی سلامتی کے اعتبار سے۔ پلاننگ: آج کیا کرنا ہے، آج کیا کرنا ہے، آج کیا کرنا ہے۔ پھر جو درمیان میں نمازیں ہیں، ظہر، عصر، مغرب، وہ مڈ ڈے ریویو ہے۔ درمیان میں</w:t>
      </w:r>
    </w:p>
    <w:p>
      <w:r>
        <w:rPr>
          <w:b/>
        </w:rPr>
        <w:t xml:space="preserve">[38:42] </w:t>
      </w:r>
      <w:r>
        <w:t>aap kai bar jaiza lete hain, jaiza ke aaj ka din mera planning ke mutabiq guzra hai ke</w:t>
      </w:r>
    </w:p>
    <w:p>
      <w:pPr>
        <w:jc w:val="right"/>
      </w:pPr>
      <w:r>
        <w:t>آپ کئی بار جائزہ لیتے ہیں، جائزہ کہ آج کا دن میرا پلاننگ کے مطابق گزرا ہے کہ</w:t>
      </w:r>
    </w:p>
    <w:p>
      <w:r>
        <w:rPr>
          <w:b/>
        </w:rPr>
        <w:t xml:space="preserve">[38:48] </w:t>
      </w:r>
      <w:r>
        <w:t>kahin cho ho gayi.</w:t>
      </w:r>
    </w:p>
    <w:p>
      <w:pPr>
        <w:jc w:val="right"/>
      </w:pPr>
      <w:r>
        <w:t>کہیں چو ہو گئی۔</w:t>
      </w:r>
    </w:p>
    <w:p>
      <w:r>
        <w:rPr>
          <w:b/>
        </w:rPr>
        <w:t xml:space="preserve">[38:54] </w:t>
      </w:r>
      <w:r>
        <w:t>that is midday review.</w:t>
      </w:r>
    </w:p>
    <w:p>
      <w:pPr>
        <w:jc w:val="right"/>
      </w:pPr>
      <w:r>
        <w:t>دیٹ از مڈ ڈے ریویو۔</w:t>
      </w:r>
    </w:p>
    <w:p>
      <w:r>
        <w:rPr>
          <w:b/>
        </w:rPr>
        <w:t xml:space="preserve">[39:00] </w:t>
      </w:r>
      <w:r>
        <w:t>phir isha ki namaz, jo aakhri namaz hai, jo is ko parhtay hain, aap parh kar jatay hain bed par.</w:t>
      </w:r>
    </w:p>
    <w:p>
      <w:pPr>
        <w:jc w:val="right"/>
      </w:pPr>
      <w:r>
        <w:t>پھر عشاء کی نماز، جو آخری نماز ہے، جو اس کو پڑھتے ہیں، آپ پڑھ کر جاتے ہیں بیڈ پر۔</w:t>
      </w:r>
    </w:p>
    <w:p>
      <w:r>
        <w:rPr>
          <w:b/>
        </w:rPr>
        <w:t xml:space="preserve">[39:06] </w:t>
      </w:r>
      <w:r>
        <w:t>to bed par aap ko kiya karna hai? introspect</w:t>
      </w:r>
    </w:p>
    <w:p>
      <w:pPr>
        <w:jc w:val="right"/>
      </w:pPr>
      <w:r>
        <w:t>تو بیڈ پر آپ کو کیا کرنا ہے؟ انٹروسپیک</w:t>
      </w:r>
    </w:p>
    <w:p>
      <w:r>
        <w:rPr>
          <w:b/>
        </w:rPr>
        <w:t xml:space="preserve">[39:12] </w:t>
      </w:r>
      <w:r>
        <w:t>yaani sote sote bed par introspection ke aaj ka din mera kaisa guzra? aaj ki meri planning kehta poori hui, kehta nahi hui. jab jitna zyada aap sochenge, utni hi agle din ki planning achi hogi. yaani guzre hue din ki planning mein zyada ghore karenge aap to agle din ki planning utni</w:t>
      </w:r>
    </w:p>
    <w:p>
      <w:pPr>
        <w:jc w:val="right"/>
      </w:pPr>
      <w:r>
        <w:t>شن، یعنی سوتے سوتے بیڈ پر انٹروسپیکشن کہ آج کا دن میرا کیسا گزرا؟ آج کی میری پلاننگ کہتا پوری ہوئی، کہتا نہیں ہوئی۔ جب جتنا زیادہ آپ سوچیں گے، اتنی ہی اگلے دن کی پلاننگ اچھی ہوگی۔ یعنی گزرے ہوئے دن کی پلاننگ میں زیادہ غور کریں گے آپ تو اگلے دن کی پلاننگ اتنی</w:t>
      </w:r>
    </w:p>
    <w:p>
      <w:r>
        <w:rPr>
          <w:b/>
        </w:rPr>
        <w:t xml:space="preserve">[39:42] </w:t>
      </w:r>
      <w:r>
        <w:t>acchi hogi, itni achi hogi, itni achi hogi.</w:t>
      </w:r>
    </w:p>
    <w:p>
      <w:pPr>
        <w:jc w:val="right"/>
      </w:pPr>
      <w:r>
        <w:t>اچھی ہوگی، اتنی اچھی ہوگی، اتنی اچھی ہوگی۔</w:t>
      </w:r>
    </w:p>
    <w:p>
      <w:r>
        <w:rPr>
          <w:b/>
        </w:rPr>
        <w:t xml:space="preserve">[39:49] </w:t>
      </w:r>
      <w:r>
        <w:t>yeh hai is ka khulasa.</w:t>
      </w:r>
    </w:p>
    <w:p>
      <w:pPr>
        <w:jc w:val="right"/>
      </w:pPr>
      <w:r>
        <w:t>یہ ہے اس کا خلاصہ۔</w:t>
      </w:r>
    </w:p>
    <w:p>
      <w:r>
        <w:rPr>
          <w:b/>
        </w:rPr>
        <w:t xml:space="preserve">[39:56] </w:t>
      </w:r>
      <w:r>
        <w:t>to is tarah ka aik aik poori zindagi mein aik course chalana hai, poori zindagi mein.</w:t>
      </w:r>
    </w:p>
    <w:p>
      <w:pPr>
        <w:jc w:val="right"/>
      </w:pPr>
      <w:r>
        <w:t>تو اس طرح کا ایک ایک پوری زندگی میں ایک کورس چلانا ہے، پوری زندگی میں۔</w:t>
      </w:r>
    </w:p>
    <w:p>
      <w:r>
        <w:rPr>
          <w:b/>
        </w:rPr>
        <w:t xml:space="preserve">[40:02] </w:t>
      </w:r>
      <w:r>
        <w:t>aur jo log apni zindagi mein yeh course chalayen, unhi ke liye jannat hai.</w:t>
      </w:r>
    </w:p>
    <w:p>
      <w:pPr>
        <w:jc w:val="right"/>
      </w:pPr>
      <w:r>
        <w:t>اور جو لوگ اپنی زندگی میں یہ کورس چلائیں، انہی کے لیے جنت ہے۔</w:t>
      </w:r>
    </w:p>
    <w:p>
      <w:r>
        <w:rPr>
          <w:b/>
        </w:rPr>
        <w:t xml:space="preserve">[40:09] </w:t>
      </w:r>
      <w:r>
        <w:t>zālik jazā man tazkā.</w:t>
      </w:r>
    </w:p>
    <w:p>
      <w:pPr>
        <w:jc w:val="right"/>
      </w:pPr>
      <w:r>
        <w:t>ذالک جزا من تزکا۔</w:t>
      </w:r>
    </w:p>
    <w:p>
      <w:r>
        <w:rPr>
          <w:b/>
        </w:rPr>
        <w:t xml:space="preserve">[40:16] </w:t>
      </w:r>
      <w:r>
        <w:t>zālik jazā man tazkā.</w:t>
      </w:r>
    </w:p>
    <w:p>
      <w:pPr>
        <w:jc w:val="right"/>
      </w:pPr>
      <w:r>
        <w:t>ذالک جزا من تزکا۔</w:t>
      </w:r>
    </w:p>
    <w:p>
      <w:r>
        <w:rPr>
          <w:b/>
        </w:rPr>
        <w:t xml:space="preserve">[40:24] </w:t>
      </w:r>
      <w:r>
        <w:t>yani jo logon ne tazkiya ki course chalaya apni zindagi mein, jin logon ne tazkiya ka yeh course</w:t>
      </w:r>
    </w:p>
    <w:p>
      <w:pPr>
        <w:jc w:val="right"/>
      </w:pPr>
      <w:r>
        <w:t>یعنی جو لوگوں نے تزکیہ کی کورس چلایا اپنی زندگی میں، جن لوگوں نے تزکیہ کا یہ کورس</w:t>
      </w:r>
    </w:p>
    <w:p>
      <w:r>
        <w:rPr>
          <w:b/>
        </w:rPr>
        <w:t xml:space="preserve">[40:31] </w:t>
      </w:r>
      <w:r>
        <w:t>chalaya apni zindagi mein, un ke liye jannat hai.</w:t>
      </w:r>
    </w:p>
    <w:p>
      <w:pPr>
        <w:jc w:val="right"/>
      </w:pPr>
      <w:r>
        <w:t>چلایا اپنی زندگی میں، ان کے لیے جنت ہے۔</w:t>
      </w:r>
    </w:p>
    <w:p>
      <w:r>
        <w:rPr>
          <w:b/>
        </w:rPr>
        <w:t xml:space="preserve">[40:39] </w:t>
      </w:r>
      <w:r>
        <w:t>aur jannat mein yaad rakhiye, sab se bari jo nemmat hai, sab se bari nemmat woh Allah Rabb-ul-Alameen ka</w:t>
      </w:r>
    </w:p>
    <w:p>
      <w:pPr>
        <w:jc w:val="right"/>
      </w:pPr>
      <w:r>
        <w:t>اور جنت میں یاد رکھیے، سب سے بڑی جو نعمت ہے، سب سے بڑی نعمت وہ اللہ رب العالمین کا</w:t>
      </w:r>
    </w:p>
    <w:p>
      <w:r>
        <w:rPr>
          <w:b/>
        </w:rPr>
        <w:t xml:space="preserve">[40:47] </w:t>
      </w:r>
      <w:r>
        <w:t>se milna, Allah Rabb-ul-Alameen se baat karna, Allah Rabb-ul-Alameen ko dekhna.</w:t>
      </w:r>
    </w:p>
    <w:p>
      <w:pPr>
        <w:jc w:val="right"/>
      </w:pPr>
      <w:r>
        <w:t>سے ملنا، اللہ رب العالمین سے بات کرنا، اللہ رب العالمین کو دیکھنا۔</w:t>
      </w:r>
    </w:p>
    <w:p>
      <w:r>
        <w:rPr>
          <w:b/>
        </w:rPr>
        <w:t xml:space="preserve">[40:58] </w:t>
      </w:r>
      <w:r>
        <w:t>hadees mein aata hai ke jab jannat ke log jannat mein settle ho jayenge aur bohat khush</w:t>
      </w:r>
    </w:p>
    <w:p>
      <w:pPr>
        <w:jc w:val="right"/>
      </w:pPr>
      <w:r>
        <w:t>حدیث میں آتا ہے کہ جب جنت کے لوگ جنت میں سیٹل ہو جائیں گے اور بہت خوش</w:t>
      </w:r>
    </w:p>
    <w:p>
      <w:r>
        <w:rPr>
          <w:b/>
        </w:rPr>
        <w:t xml:space="preserve">[41:09] </w:t>
      </w:r>
      <w:r>
        <w:t>honge to farishtay allot karenge ke aaj Allah Rabb-ul-Alameen apna jalwa dikhayenge.</w:t>
      </w:r>
    </w:p>
    <w:p>
      <w:pPr>
        <w:jc w:val="right"/>
      </w:pPr>
      <w:r>
        <w:t>ہوں گے تو فرشتے الاٹ کریں گے کہ آج اللہ رب العالمین اپنا جلوہ دکھائیں گے۔</w:t>
      </w:r>
    </w:p>
    <w:p>
      <w:r>
        <w:rPr>
          <w:b/>
        </w:rPr>
        <w:t xml:space="preserve">[41:20] </w:t>
      </w:r>
      <w:r>
        <w:t>yani Allah ki jo hasti hai, woh hasti hamare samne aayegi.</w:t>
      </w:r>
    </w:p>
    <w:p>
      <w:pPr>
        <w:jc w:val="right"/>
      </w:pPr>
      <w:r>
        <w:t>یعنی اللہ کی جو ہستی ہے، وہ ہستی ہمارے سامنے آئے گی۔</w:t>
      </w:r>
    </w:p>
    <w:p>
      <w:r>
        <w:rPr>
          <w:b/>
        </w:rPr>
        <w:t xml:space="preserve">[41:27] </w:t>
      </w:r>
      <w:r>
        <w:t>to is ke baad Allah ke ka jalwa dekha gaya jannat wale.</w:t>
      </w:r>
    </w:p>
    <w:p>
      <w:pPr>
        <w:jc w:val="right"/>
      </w:pPr>
      <w:r>
        <w:t>تو اس کے بعد اللہ کے کا جلوہ دیکھا گیا جنت والے۔</w:t>
      </w:r>
    </w:p>
    <w:p>
      <w:r>
        <w:rPr>
          <w:b/>
        </w:rPr>
        <w:t xml:space="preserve">[41:33] </w:t>
      </w:r>
      <w:r>
        <w:t>to hadees mein aata hai ke jab dekha gaya jannat wale, Allah Rabb-ul-Alameen ka jalwa to pichli</w:t>
      </w:r>
    </w:p>
    <w:p>
      <w:pPr>
        <w:jc w:val="right"/>
      </w:pPr>
      <w:r>
        <w:t>تو حدیث میں آتا ہے کہ جب دیکھا گیا جنت والے، اللہ رب العالمین کا جلوہ تو پچھلی</w:t>
      </w:r>
    </w:p>
    <w:p>
      <w:r>
        <w:rPr>
          <w:b/>
        </w:rPr>
        <w:t xml:space="preserve">[41:39] </w:t>
      </w:r>
      <w:r>
        <w:t>nemmaton ko bhool jayenge kyunke woh sab se bari cheez yeh lagegi un ko.</w:t>
      </w:r>
    </w:p>
    <w:p>
      <w:pPr>
        <w:jc w:val="right"/>
      </w:pPr>
      <w:r>
        <w:t>نعمتوں کو بھول جائیں گے کیونکہ وہ سب سے بڑی چیز یہ لگے گی ان کو۔</w:t>
      </w:r>
    </w:p>
    <w:p>
      <w:r>
        <w:rPr>
          <w:b/>
        </w:rPr>
        <w:t xml:space="preserve">[41:46] </w:t>
      </w:r>
      <w:r>
        <w:t>Allah Rabb-ul-Alameen ka jalwa</w:t>
      </w:r>
    </w:p>
    <w:p>
      <w:pPr>
        <w:jc w:val="right"/>
      </w:pPr>
      <w:r>
        <w:t>اللہ رب العالمین کا جلوہ</w:t>
      </w:r>
    </w:p>
    <w:p>
      <w:r>
        <w:rPr>
          <w:b/>
        </w:rPr>
        <w:t xml:space="preserve">[41:52] </w:t>
      </w:r>
      <w:r>
        <w:t>yeh itni bari jo nemmat muqaddar hai, woh inhi logon ke liye hai jo is duniya mein, ki</w:t>
      </w:r>
    </w:p>
    <w:p>
      <w:pPr>
        <w:jc w:val="right"/>
      </w:pPr>
      <w:r>
        <w:t>یہ اتنی بڑی جو نعمت مقدر ہے، وہ انہی لوگوں کے لیے ہے جو اس دنیا میں، کی</w:t>
      </w:r>
    </w:p>
    <w:p>
      <w:r>
        <w:rPr>
          <w:b/>
        </w:rPr>
        <w:t xml:space="preserve">[41:58] </w:t>
      </w:r>
      <w:r>
        <w:t>zindagi mein, apni zindagi mein tazkiya ka course chalayen.</w:t>
      </w:r>
    </w:p>
    <w:p>
      <w:pPr>
        <w:jc w:val="right"/>
      </w:pPr>
      <w:r>
        <w:t>زندگی میں، اپنی زندگی میں تزکیہ کا کورس چلائیں۔</w:t>
      </w:r>
    </w:p>
    <w:p>
      <w:r>
        <w:rPr>
          <w:b/>
        </w:rPr>
        <w:t xml:space="preserve">[42:04] </w:t>
      </w:r>
      <w:r>
        <w:t>jaise aap jante hain ke yeh zamana professionals ka zamana hai.</w:t>
      </w:r>
    </w:p>
    <w:p>
      <w:pPr>
        <w:jc w:val="right"/>
      </w:pPr>
      <w:r>
        <w:t>جیسے آپ جانتے ہیں کہ یہ زمانہ پروفیشنلز کا زمانہ ہے۔</w:t>
      </w:r>
    </w:p>
    <w:p>
      <w:r>
        <w:rPr>
          <w:b/>
        </w:rPr>
        <w:t xml:space="preserve">[42:10] </w:t>
      </w:r>
      <w:r>
        <w:t>to bari bari companiyon mein, bare bare idaron mein, bare bare munasib hote hain.</w:t>
      </w:r>
    </w:p>
    <w:p>
      <w:pPr>
        <w:jc w:val="right"/>
      </w:pPr>
      <w:r>
        <w:t>تو بڑی بڑی کمپنیوں میں، بڑے بڑے اداروں میں، بڑے بڑے مناسب ہوتے ہیں۔</w:t>
      </w:r>
    </w:p>
    <w:p>
      <w:r>
        <w:rPr>
          <w:b/>
        </w:rPr>
        <w:t xml:space="preserve">[42:16] </w:t>
      </w:r>
      <w:r>
        <w:t>woh kin ko</w:t>
      </w:r>
    </w:p>
    <w:p>
      <w:pPr>
        <w:jc w:val="right"/>
      </w:pPr>
      <w:r>
        <w:t>وہ کن کو</w:t>
      </w:r>
    </w:p>
    <w:p>
      <w:r>
        <w:rPr>
          <w:b/>
        </w:rPr>
        <w:t xml:space="preserve">[42:22] </w:t>
      </w:r>
      <w:r>
        <w:t>milta hai? jinhon ne is course se bari degree li.</w:t>
      </w:r>
    </w:p>
    <w:p>
      <w:pPr>
        <w:jc w:val="right"/>
      </w:pPr>
      <w:r>
        <w:t>ملتا ہے؟ جنہوں نے اس کورس سے بڑی ڈگری لی۔</w:t>
      </w:r>
    </w:p>
    <w:p>
      <w:r>
        <w:rPr>
          <w:b/>
        </w:rPr>
        <w:t xml:space="preserve">[42:29] </w:t>
      </w:r>
      <w:r>
        <w:t>jo bari degree li hai, un ke liye woh munasib hai.</w:t>
      </w:r>
    </w:p>
    <w:p>
      <w:pPr>
        <w:jc w:val="right"/>
      </w:pPr>
      <w:r>
        <w:t>جو بڑی ڈگری لی ہے، ان کے لیے وہ مناسب ہے۔</w:t>
      </w:r>
    </w:p>
    <w:p>
      <w:r>
        <w:rPr>
          <w:b/>
        </w:rPr>
        <w:t xml:space="preserve">[42:36] </w:t>
      </w:r>
      <w:r>
        <w:t>aisi jannat hai.</w:t>
      </w:r>
    </w:p>
    <w:p>
      <w:pPr>
        <w:jc w:val="right"/>
      </w:pPr>
      <w:r>
        <w:t>ایسی جنت ہے۔</w:t>
      </w:r>
    </w:p>
    <w:p>
      <w:r>
        <w:rPr>
          <w:b/>
        </w:rPr>
        <w:t xml:space="preserve">[42:43] </w:t>
      </w:r>
      <w:r>
        <w:t>to meri meri dua hai ke Allah taala mujh ko aur aap ko tofeeq de, apni rehmat se</w:t>
      </w:r>
    </w:p>
    <w:p>
      <w:pPr>
        <w:jc w:val="right"/>
      </w:pPr>
      <w:r>
        <w:t>تو میری میری دعا ہے کہ اللہ تعالی مجھ کو اور آپ کو توفیق دے، اپنی رحمت سے</w:t>
      </w:r>
    </w:p>
    <w:p>
      <w:r>
        <w:rPr>
          <w:b/>
        </w:rPr>
        <w:t xml:space="preserve">[42:49] </w:t>
      </w:r>
      <w:r>
        <w:t>hamein bakhsh de, apni rehmat se hamein jannat mein dakhil farmaye.</w:t>
      </w:r>
    </w:p>
    <w:p>
      <w:pPr>
        <w:jc w:val="right"/>
      </w:pPr>
      <w:r>
        <w:t>ہمیں بخش دے، اپنی رحمت سے ہمیں جنت میں داخل فرمائے۔</w:t>
      </w:r>
    </w:p>
    <w:p>
      <w:r>
        <w:rPr>
          <w:b/>
        </w:rPr>
        <w:t xml:space="preserve">[42:56] </w:t>
      </w:r>
      <w:r>
        <w:t>assalam o alaikum wa rehmatullah.</w:t>
      </w:r>
    </w:p>
    <w:p>
      <w:pPr>
        <w:jc w:val="right"/>
      </w:pPr>
      <w:r>
        <w:t>السلام علیکم ورحمۃ اللہ۔</w:t>
      </w:r>
    </w:p>
    <w:p>
      <w:r>
        <w:rPr>
          <w:b/>
        </w:rPr>
        <w:t xml:space="preserve">[43:03] </w:t>
      </w:r>
      <w:r>
        <w:t>okay, so before we start with the question answer session, we have some important releases to be done. as you all know, that in a continuous basis, cps international has been releasing the quran translation and the works of Maulana Wahiduddin Khan sahib in national as well as international languages. today we are extremely happy to have five works of Maulana sahib released in bangla language. i will start with the first work, which is a translation of Maulana Wahiduddin Khan sahib book "the age of peace". this book was originally released in united state institute of peace, washington dc. the usip, as it has been said, as it is known as, has been set up by us congress for conflict resolution. this book "the age of</w:t>
      </w:r>
    </w:p>
    <w:p>
      <w:pPr>
        <w:jc w:val="right"/>
      </w:pPr>
      <w:r>
        <w:t>اوکے، سو بیفور وی سٹارٹ ود دی کوئسچن انسر سیشن، وی ہیو سم امپورٹنٹ ریلیزز ٹو بی ڈن۔ ایز یو ال نو، دیٹ ان ا کنٹینیوس بیسز، سی پی ایس انٹرنیشنل ہیز بین ریلیزنگ دی قرآن ٹرانسلیشن اینڈ دی ورکس اف مولانا وحید الدین خان صاحب ان نیشنل ایز ویل ایز انٹرنیشنل لینگویجز۔ ٹوڈے وی آر ایکسٹریملی ہیپی ٹو ہیو فائیو ورکس اف مولانا صاحب ریلیزڈ ان بن</w:t>
      </w:r>
    </w:p>
    <w:p>
      <w:r>
        <w:rPr>
          <w:b/>
        </w:rPr>
        <w:t xml:space="preserve">[43:33] </w:t>
      </w:r>
      <w:r>
        <w:t>gala language.</w:t>
      </w:r>
    </w:p>
    <w:p>
      <w:pPr>
        <w:jc w:val="right"/>
      </w:pPr>
      <w:r>
        <w:t>گلہ لینگویج۔</w:t>
      </w:r>
    </w:p>
    <w:p>
      <w:r>
        <w:rPr>
          <w:b/>
        </w:rPr>
        <w:t xml:space="preserve">[43:37] </w:t>
      </w:r>
      <w:r>
        <w:t>i will start with the first work, which is a translation of Maulana Wahiduddin Khan sahib book</w:t>
      </w:r>
    </w:p>
    <w:p>
      <w:pPr>
        <w:jc w:val="right"/>
      </w:pPr>
      <w:r>
        <w:t>ائی ویل سٹارٹ ود دا فرسٹ ورک، وچ از ا ٹرانسلیشن اف مولانا وحید الدین خان صاحب بک</w:t>
      </w:r>
    </w:p>
    <w:p>
      <w:r>
        <w:rPr>
          <w:b/>
        </w:rPr>
        <w:t xml:space="preserve">[43:41] </w:t>
      </w:r>
      <w:r>
        <w:t>"the age of peace".</w:t>
      </w:r>
    </w:p>
    <w:p>
      <w:pPr>
        <w:jc w:val="right"/>
      </w:pPr>
      <w:r>
        <w:t>"دا ایج اف پیس"۔</w:t>
      </w:r>
    </w:p>
    <w:p>
      <w:r>
        <w:rPr>
          <w:b/>
        </w:rPr>
        <w:t xml:space="preserve">[43:46] </w:t>
      </w:r>
      <w:r>
        <w:t>this book was originally released in united state institute of peace, washington dc.</w:t>
      </w:r>
    </w:p>
    <w:p>
      <w:pPr>
        <w:jc w:val="right"/>
      </w:pPr>
      <w:r>
        <w:t>دس بک واز اوریجنلی ریلیزڈ ان یونائٹڈ سٹیٹ انسٹیٹیوٹ اف پیس، واشنگٹن ڈی سی۔</w:t>
      </w:r>
    </w:p>
    <w:p>
      <w:r>
        <w:rPr>
          <w:b/>
        </w:rPr>
        <w:t xml:space="preserve">[43:50] </w:t>
      </w:r>
      <w:r>
        <w:t>the us ip, as it has been said, as it is known as, has been set</w:t>
      </w:r>
    </w:p>
    <w:p>
      <w:pPr>
        <w:jc w:val="right"/>
      </w:pPr>
      <w:r>
        <w:t>دی یو ایس ائی پی، ایز اٹ ہیز بین سیڈ، ایز اٹ از نون ایز، ہیز بین سیٹ</w:t>
      </w:r>
    </w:p>
    <w:p>
      <w:r>
        <w:rPr>
          <w:b/>
        </w:rPr>
        <w:t xml:space="preserve">[43:54] </w:t>
      </w:r>
      <w:r>
        <w:t>up by us congress for conflict resolution.</w:t>
      </w:r>
    </w:p>
    <w:p>
      <w:pPr>
        <w:jc w:val="right"/>
      </w:pPr>
      <w:r>
        <w:t>اپ بائے یو ایس کانگریس فار کنفلکٹ ریزولیوشن۔</w:t>
      </w:r>
    </w:p>
    <w:p>
      <w:r>
        <w:rPr>
          <w:b/>
        </w:rPr>
        <w:t xml:space="preserve">[43:58] </w:t>
      </w:r>
      <w:r>
        <w:t>this book "the age of</w:t>
      </w:r>
    </w:p>
    <w:p>
      <w:pPr>
        <w:jc w:val="right"/>
      </w:pPr>
      <w:r>
        <w:t>دس بک "دا ایج اف</w:t>
      </w:r>
    </w:p>
    <w:p>
      <w:r>
        <w:rPr>
          <w:b/>
        </w:rPr>
        <w:t xml:space="preserve">[44:03] </w:t>
      </w:r>
      <w:r>
        <w:t>peace" is now translated in bangla language by professor tanveer nasreen, who is a professor at burden university, kolkata.</w:t>
      </w:r>
    </w:p>
    <w:p>
      <w:pPr>
        <w:jc w:val="right"/>
      </w:pPr>
      <w:r>
        <w:t>پیس" از ناو ٹرانسلیٹڈ ان بنگلہ لینگویج بائے پروفیسر تنویر نسرین، ہو از ا پروفیسر ایٹ بردن یونیورسٹی، کلکتہ۔</w:t>
      </w:r>
    </w:p>
    <w:p>
      <w:r>
        <w:rPr>
          <w:b/>
        </w:rPr>
        <w:t xml:space="preserve">[44:12] </w:t>
      </w:r>
      <w:r>
        <w:t>and we are very happy, and its a great opportunity that we have our presence here in this gathering today.</w:t>
      </w:r>
    </w:p>
    <w:p>
      <w:pPr>
        <w:jc w:val="right"/>
      </w:pPr>
      <w:r>
        <w:t>اینڈ وی آر ویری ہیپی، اینڈ اٹس ا گریٹ اپرچونیٹی دیٹ وی ہیو اور پریزنس ہیر ان دس گیدرنگ ٹوڈے۔</w:t>
      </w:r>
    </w:p>
    <w:p>
      <w:r>
        <w:rPr>
          <w:b/>
        </w:rPr>
        <w:t xml:space="preserve">[44:21] </w:t>
      </w:r>
      <w:r>
        <w:t>so i would request professor tanveer nasreen to come here when Maulana releases this book.</w:t>
      </w:r>
    </w:p>
    <w:p>
      <w:pPr>
        <w:jc w:val="right"/>
      </w:pPr>
      <w:r>
        <w:t>سو ائی وڈ ریکویسٹ پروفیسر تنویر نسرین ٹو کم ہیر وین مولانا ریلیزز دس بک۔</w:t>
      </w:r>
    </w:p>
    <w:p>
      <w:r>
        <w:rPr>
          <w:b/>
        </w:rPr>
        <w:t xml:space="preserve">[44:30] </w:t>
      </w:r>
      <w:r>
        <w:t>professor tanveer nasreen,</w:t>
      </w:r>
    </w:p>
    <w:p>
      <w:pPr>
        <w:jc w:val="right"/>
      </w:pPr>
      <w:r>
        <w:t>پروفیسر تنویر نسرین،</w:t>
      </w:r>
    </w:p>
    <w:p>
      <w:r>
        <w:rPr>
          <w:b/>
        </w:rPr>
        <w:t xml:space="preserve">[44:39] </w:t>
      </w:r>
      <w:r>
        <w:t>main aap ke liye hum bohat dua dua karta hoon.</w:t>
      </w:r>
    </w:p>
    <w:p>
      <w:pPr>
        <w:jc w:val="right"/>
      </w:pPr>
      <w:r>
        <w:t>میں آپ کے لیے ہم بہت دعا دعا کرتا ہوں۔</w:t>
      </w:r>
    </w:p>
    <w:p>
      <w:r>
        <w:rPr>
          <w:b/>
        </w:rPr>
        <w:t xml:space="preserve">[44:46] </w:t>
      </w:r>
      <w:r>
        <w:t>allah taala aap ko is ki ijazat ata farmaye.</w:t>
      </w:r>
    </w:p>
    <w:p>
      <w:pPr>
        <w:jc w:val="right"/>
      </w:pPr>
      <w:r>
        <w:t>اللہ تعالی آپ کو اس کا اجازت عطا فرمائے۔</w:t>
      </w:r>
    </w:p>
    <w:p>
      <w:r>
        <w:rPr>
          <w:b/>
        </w:rPr>
        <w:t xml:space="preserve">[44:54] </w:t>
      </w:r>
      <w:r>
        <w:t>jazak allah, jazak allah.</w:t>
      </w:r>
    </w:p>
    <w:p>
      <w:pPr>
        <w:jc w:val="right"/>
      </w:pPr>
      <w:r>
        <w:t>جزاک اللہ، جزاک اللہ۔</w:t>
      </w:r>
    </w:p>
    <w:p>
      <w:r>
        <w:rPr>
          <w:b/>
        </w:rPr>
        <w:t xml:space="preserve">[45:01] </w:t>
      </w:r>
      <w:r>
        <w:t>the second work is been d</w:t>
      </w:r>
    </w:p>
    <w:p>
      <w:pPr>
        <w:jc w:val="right"/>
      </w:pPr>
      <w:r>
        <w:t>دا سیکنڈ ورک از بین ڈ</w:t>
      </w:r>
    </w:p>
    <w:p>
      <w:r>
        <w:rPr>
          <w:b/>
        </w:rPr>
        <w:t xml:space="preserve">[45:09] </w:t>
      </w:r>
      <w:r>
        <w:t>one by kolkata team.</w:t>
      </w:r>
    </w:p>
    <w:p>
      <w:pPr>
        <w:jc w:val="right"/>
      </w:pPr>
      <w:r>
        <w:t>ن بائے کلکتہ ٹیم۔</w:t>
      </w:r>
    </w:p>
    <w:p>
      <w:r>
        <w:rPr>
          <w:b/>
        </w:rPr>
        <w:t xml:space="preserve">[45:14] </w:t>
      </w:r>
      <w:r>
        <w:t>They have worked very hard to compile all the question answers that have been taken up in Al-Risala</w:t>
      </w:r>
    </w:p>
    <w:p>
      <w:pPr>
        <w:jc w:val="right"/>
      </w:pPr>
      <w:r>
        <w:t>دے ہیو ورکڈ ویری ہارڈ ٹو کمپائل ال دی کوئسچن انسرز دیٹ ہیو بین ٹیکن اپ ان الرسالہ</w:t>
      </w:r>
    </w:p>
    <w:p>
      <w:r>
        <w:rPr>
          <w:b/>
        </w:rPr>
        <w:t xml:space="preserve">[45:19] </w:t>
      </w:r>
      <w:r>
        <w:t>monthly, and they have made this in the form of a book.</w:t>
      </w:r>
    </w:p>
    <w:p>
      <w:pPr>
        <w:jc w:val="right"/>
      </w:pPr>
      <w:r>
        <w:t>منتھلی، اینڈ دے ہیو میڈ دس ان دی فارم اف ا بک۔</w:t>
      </w:r>
    </w:p>
    <w:p>
      <w:r>
        <w:rPr>
          <w:b/>
        </w:rPr>
        <w:t xml:space="preserve">[45:24] </w:t>
      </w:r>
      <w:r>
        <w:t>So I would request Maulana Sahib to release this 'sawal-o-jawab' from Al-Risala.</w:t>
      </w:r>
    </w:p>
    <w:p>
      <w:pPr>
        <w:jc w:val="right"/>
      </w:pPr>
      <w:r>
        <w:t>سو ائی وڈ ریکویسٹ مولانا صاحب ٹو ریلیز دس سوال و جواب فرام الرسالہ۔</w:t>
      </w:r>
    </w:p>
    <w:p>
      <w:r>
        <w:rPr>
          <w:b/>
        </w:rPr>
        <w:t xml:space="preserve">[45:29] </w:t>
      </w:r>
      <w:r>
        <w:t>yeh bari ajeeb baat hai.</w:t>
      </w:r>
    </w:p>
    <w:p>
      <w:pPr>
        <w:jc w:val="right"/>
      </w:pPr>
      <w:r>
        <w:t>یہ بڑی عجیب بات ہے۔</w:t>
      </w:r>
    </w:p>
    <w:p>
      <w:r>
        <w:rPr>
          <w:b/>
        </w:rPr>
        <w:t xml:space="preserve">[45:34] </w:t>
      </w:r>
      <w:r>
        <w:t>main chahta chahta tha ke sawal o jawab ka ek collection tayyar kiya jaye.</w:t>
      </w:r>
    </w:p>
    <w:p>
      <w:pPr>
        <w:jc w:val="right"/>
      </w:pPr>
      <w:r>
        <w:t>میں چاہتا چاہا تھا کہ سوال و جواب کا ایک کلیکشن تیار کیا جائے۔</w:t>
      </w:r>
    </w:p>
    <w:p>
      <w:r>
        <w:rPr>
          <w:b/>
        </w:rPr>
        <w:t xml:space="preserve">[45:39] </w:t>
      </w:r>
      <w:r>
        <w:t>to allah ne kolkatta ke ek sahib ko tofeeq di.</w:t>
      </w:r>
    </w:p>
    <w:p>
      <w:pPr>
        <w:jc w:val="right"/>
      </w:pPr>
      <w:r>
        <w:t>تو اللہ نے کلکتے کے ایک صاحب کو توفیق دی۔</w:t>
      </w:r>
    </w:p>
    <w:p>
      <w:r>
        <w:rPr>
          <w:b/>
        </w:rPr>
        <w:t xml:space="preserve">[45:44] </w:t>
      </w:r>
      <w:r>
        <w:t>to main un ke liye dua karta hoon.</w:t>
      </w:r>
    </w:p>
    <w:p>
      <w:pPr>
        <w:jc w:val="right"/>
      </w:pPr>
      <w:r>
        <w:t>تو میں ان کے لیے دعا کرتا ہوں۔</w:t>
      </w:r>
    </w:p>
    <w:p>
      <w:r>
        <w:rPr>
          <w:b/>
        </w:rPr>
        <w:t xml:space="preserve">[45:49] </w:t>
      </w:r>
      <w:r>
        <w:t>allah taala un ko jaza e khair ata farmaye.</w:t>
      </w:r>
    </w:p>
    <w:p>
      <w:pPr>
        <w:jc w:val="right"/>
      </w:pPr>
      <w:r>
        <w:t>اللہ تعالی ان کو جزائے خیر عطا فرمائے۔</w:t>
      </w:r>
    </w:p>
    <w:p>
      <w:r>
        <w:rPr>
          <w:b/>
        </w:rPr>
        <w:t xml:space="preserve">[45:54] </w:t>
      </w:r>
      <w:r>
        <w:t>We have one more important work of Maulana Sahib.</w:t>
      </w:r>
    </w:p>
    <w:p>
      <w:pPr>
        <w:jc w:val="right"/>
      </w:pPr>
      <w:r>
        <w:t>وی ہیو ون مور امپورٹنٹ ورک اف مولانا صاحب۔</w:t>
      </w:r>
    </w:p>
    <w:p>
      <w:r>
        <w:rPr>
          <w:b/>
        </w:rPr>
        <w:t xml:space="preserve">[45:59] </w:t>
      </w:r>
      <w:r>
        <w:t>this is a translation of "shatm rasool".</w:t>
      </w:r>
    </w:p>
    <w:p>
      <w:pPr>
        <w:jc w:val="right"/>
      </w:pPr>
      <w:r>
        <w:t>دس از ا ٹرانسلیشن اف "شتم رسول"۔</w:t>
      </w:r>
    </w:p>
    <w:p>
      <w:r>
        <w:rPr>
          <w:b/>
        </w:rPr>
        <w:t xml:space="preserve">[46:04] </w:t>
      </w:r>
      <w:r>
        <w:t>It has been translated at the title "Salman Rushdie and the Mullahs"</w:t>
      </w:r>
    </w:p>
    <w:p>
      <w:pPr>
        <w:jc w:val="right"/>
      </w:pPr>
      <w:r>
        <w:t>اٹ ہیز بین ٹرانسلیٹڈ ایٹ دا ٹائٹل "سلمان رشتی اینڈ مچلر</w:t>
      </w:r>
    </w:p>
    <w:p>
      <w:r>
        <w:rPr>
          <w:b/>
        </w:rPr>
        <w:t xml:space="preserve">[46:09] </w:t>
      </w:r>
      <w:r>
        <w:t>rajneeti"، and it has been translated by Saleh Fouhad from Bangladesh Islamic University. Yeh bhi bohat ajeeb baat hai. Allah taala musannif ko jaza-e-khair ata farmaye. We have ten leaf lets which are in peace and spirituality and in interfaith, which have been translated again by Kolkata team. So I would request Maulana saheb</w:t>
      </w:r>
    </w:p>
    <w:p>
      <w:pPr>
        <w:jc w:val="right"/>
      </w:pPr>
      <w:r>
        <w:t>راجنیتی"، اینڈ اٹ ہیز بین ٹرانسلیٹڈ بائے صالح فوہاد فرام بنگلہ دیش اسلامک یونیورسٹی۔ یہ بھی بہت عجیب بات ہے۔ اللہ تعالی مصنف کو جزائے خیر عطا فرمائے۔ وی ہیو ٹین لیف لیٹس وچ ار ان پیس اینڈ سپرچویلٹی اینڈ ان انٹر فیتھ، وچ ہیو بین ٹرانسلیٹڈ اگین بائے کلکتہ ٹیم۔ سو ائی وڈ ریکویسٹ مولانا صاح</w:t>
      </w:r>
    </w:p>
    <w:p>
      <w:r>
        <w:rPr>
          <w:b/>
        </w:rPr>
        <w:t xml:space="preserve">[46:39] </w:t>
      </w:r>
      <w:r>
        <w:t>to release these ten leaf lets. Mashallah, in sab ko is ke jo writer hain, un ke liye hum dua karte hain ke Allah taala un ko jaza-e-khair ata farmaye. Inshallah. I would like to say that Wali ur Rehman sahib from Kolkata team has played a pivotal role in trans</w:t>
      </w:r>
    </w:p>
    <w:p>
      <w:pPr>
        <w:jc w:val="right"/>
      </w:pPr>
      <w:r>
        <w:t>ب ٹو ریلیز دیز ٹین لیف لیٹس۔ ماشاءاللہ، ان سب کو اس کے جو رائٹر ہیں، ان کے لیے ہم دعا کرتے ہیں کہ اللہ تعالی ان کو جزائے خیر عطا فرمائے۔ انشاءاللہ۔ ائی وڈ لائک ٹو سے دیٹ ولی الرحمن صاحب فرام کلکتہ ٹیم ہیز پلیڈ ا پیویٹل رول ان ٹرانس</w:t>
      </w:r>
    </w:p>
    <w:p>
      <w:r>
        <w:rPr>
          <w:b/>
        </w:rPr>
        <w:t xml:space="preserve">[47:09] </w:t>
      </w:r>
      <w:r>
        <w:t>lation of these leaflets.</w:t>
      </w:r>
    </w:p>
    <w:p>
      <w:pPr>
        <w:jc w:val="right"/>
      </w:pPr>
      <w:r>
        <w:t>لیشن اف دیز لیف لیٹس۔</w:t>
      </w:r>
    </w:p>
    <w:p>
      <w:r>
        <w:rPr>
          <w:b/>
        </w:rPr>
        <w:t xml:space="preserve">[47:14] </w:t>
      </w:r>
      <w:r>
        <w:t>Another work which has been translated by Wali-ur-Rahman sahib from Calcutta team is the work of Dr.</w:t>
      </w:r>
    </w:p>
    <w:p>
      <w:pPr>
        <w:jc w:val="right"/>
      </w:pPr>
      <w:r>
        <w:t>انادر ورک وچ ہیز بین ٹرانسلیٹڈ بائے ولی الرحمن صاحب فرام کلکتہ ٹیم از دا ورک اف ڈاکٹر</w:t>
      </w:r>
    </w:p>
    <w:p>
      <w:r>
        <w:rPr>
          <w:b/>
        </w:rPr>
        <w:t xml:space="preserve">[47:19] </w:t>
      </w:r>
      <w:r>
        <w:t>sania sanain khan.</w:t>
      </w:r>
    </w:p>
    <w:p>
      <w:pPr>
        <w:jc w:val="right"/>
      </w:pPr>
      <w:r>
        <w:t>ثانیہ سنین خان۔</w:t>
      </w:r>
    </w:p>
    <w:p>
      <w:r>
        <w:rPr>
          <w:b/>
        </w:rPr>
        <w:t xml:space="preserve">[47:24] </w:t>
      </w:r>
      <w:r>
        <w:t>This is the work on "Tell Me About Hajj", which has been translated into Bangla language.</w:t>
      </w:r>
    </w:p>
    <w:p>
      <w:pPr>
        <w:jc w:val="right"/>
      </w:pPr>
      <w:r>
        <w:t>دس از دا ورک ان "ٹیل می اباؤٹ حج"، وچ ہیز بین ٹرانسلیٹڈ انٹو بنگلہ لینگویج۔</w:t>
      </w:r>
    </w:p>
    <w:p>
      <w:r>
        <w:rPr>
          <w:b/>
        </w:rPr>
        <w:t xml:space="preserve">[47:29] </w:t>
      </w:r>
      <w:r>
        <w:t>I would request Maulana Sahib to release this as well.</w:t>
      </w:r>
    </w:p>
    <w:p>
      <w:pPr>
        <w:jc w:val="right"/>
      </w:pPr>
      <w:r>
        <w:t>ائی وڈ ریکویسٹ مولانا صاحب ٹو ریلیز دس ایز ویل۔</w:t>
      </w:r>
    </w:p>
    <w:p>
      <w:r>
        <w:rPr>
          <w:b/>
        </w:rPr>
        <w:t xml:space="preserve">[47:34] </w:t>
      </w:r>
      <w:r>
        <w:t>masha allah, allah taala is ke writer ko khoob khoob jaza e khair ata farma</w:t>
      </w:r>
    </w:p>
    <w:p>
      <w:pPr>
        <w:jc w:val="right"/>
      </w:pPr>
      <w:r>
        <w:t>ماشاءاللہ، اللہ تعالی اس کے رائٹر کو خوب خوب جزائے خیر عطا فرم</w:t>
      </w:r>
    </w:p>
    <w:p>
      <w:r>
        <w:rPr>
          <w:b/>
        </w:rPr>
        <w:t xml:space="preserve">[47:39] </w:t>
      </w:r>
      <w:r>
        <w:t>aye. jazak allah.</w:t>
      </w:r>
    </w:p>
    <w:p>
      <w:pPr>
        <w:jc w:val="right"/>
      </w:pPr>
      <w:r>
        <w:t>ائے۔ جزاک اللہ۔</w:t>
      </w:r>
    </w:p>
    <w:p>
      <w:r>
        <w:rPr>
          <w:b/>
        </w:rPr>
        <w:t xml:space="preserve">[47:45] </w:t>
      </w:r>
      <w:r>
        <w:t>So anyone who wishes to have these Bangla work, especially from Bangladesh and Calcutta, they can</w:t>
      </w:r>
    </w:p>
    <w:p>
      <w:pPr>
        <w:jc w:val="right"/>
      </w:pPr>
      <w:r>
        <w:t>سو اینی ون ہو وشز ٹو ہیو دیز بنگلہ ورک، اسپیشلی فرام بنگلہ دیش اینڈ کلکتہ، دے کین</w:t>
      </w:r>
    </w:p>
    <w:p>
      <w:r>
        <w:rPr>
          <w:b/>
        </w:rPr>
        <w:t xml:space="preserve">[47:51] </w:t>
      </w:r>
      <w:r>
        <w:t>Right to us in info at CPS global dot org.</w:t>
      </w:r>
    </w:p>
    <w:p>
      <w:pPr>
        <w:jc w:val="right"/>
      </w:pPr>
      <w:r>
        <w:t>رائٹ ٹو اس ان انفو ایٹ سی پی ایس گلوبل ڈاٹ او آر جی۔</w:t>
      </w:r>
    </w:p>
    <w:p>
      <w:r>
        <w:rPr>
          <w:b/>
        </w:rPr>
        <w:t xml:space="preserve">[47:57] </w:t>
      </w:r>
      <w:r>
        <w:t>We will also be uploading all these works shortly on CPS website.</w:t>
      </w:r>
    </w:p>
    <w:p>
      <w:pPr>
        <w:jc w:val="right"/>
      </w:pPr>
      <w:r>
        <w:t>وی ویل السو بی اپلوڈنگ ال دیز ورکس شارٹلی ان سی پی ایس ویب سائٹ۔</w:t>
      </w:r>
    </w:p>
    <w:p>
      <w:r>
        <w:rPr>
          <w:b/>
        </w:rPr>
        <w:t xml:space="preserve">[48:04] </w:t>
      </w:r>
      <w:r>
        <w:t>maulana sahib, ab aaj ke talk se related</w:t>
      </w:r>
    </w:p>
    <w:p>
      <w:pPr>
        <w:jc w:val="right"/>
      </w:pPr>
      <w:r>
        <w:t>مولانا صاحب، اب آج کے ٹاک سے ریلیٹڈ</w:t>
      </w:r>
    </w:p>
    <w:p>
      <w:r>
        <w:rPr>
          <w:b/>
        </w:rPr>
        <w:t xml:space="preserve">[48:10] </w:t>
      </w:r>
      <w:r>
        <w:t>question answers aur comments lena chahenge.</w:t>
      </w:r>
    </w:p>
    <w:p>
      <w:pPr>
        <w:jc w:val="right"/>
      </w:pPr>
      <w:r>
        <w:t>کوئسچن انسرز اور کمنٹس لینا چاہیں گے۔</w:t>
      </w:r>
    </w:p>
    <w:p>
      <w:r>
        <w:rPr>
          <w:b/>
        </w:rPr>
        <w:t xml:space="preserve">[48:15] </w:t>
      </w:r>
      <w:r>
        <w:t>sab se pehle hum kuch comments padhna chahenge.</w:t>
      </w:r>
    </w:p>
    <w:p>
      <w:pPr>
        <w:jc w:val="right"/>
      </w:pPr>
      <w:r>
        <w:t>سب سے پہلے ہم کچھ کمنٹس پڑھنا چاہیں گے۔</w:t>
      </w:r>
    </w:p>
    <w:p>
      <w:r>
        <w:rPr>
          <w:b/>
        </w:rPr>
        <w:t xml:space="preserve">[48:20] </w:t>
      </w:r>
      <w:r>
        <w:t>pehla comment bheja hai miss kirtleen ne srinagar se.</w:t>
      </w:r>
    </w:p>
    <w:p>
      <w:pPr>
        <w:jc w:val="right"/>
      </w:pPr>
      <w:r>
        <w:t>پہلا کمنٹ بھیجا ہے مس کرتلین نے سری نگر سے۔</w:t>
      </w:r>
    </w:p>
    <w:p>
      <w:r>
        <w:rPr>
          <w:b/>
        </w:rPr>
        <w:t xml:space="preserve">[48:25] </w:t>
      </w:r>
      <w:r>
        <w:t>انہوں نے لکھا ہے: "Praying Fajr is preparation of tazkiyah, Zuhr for review, Asr again for review, and</w:t>
      </w:r>
    </w:p>
    <w:p>
      <w:pPr>
        <w:jc w:val="right"/>
      </w:pPr>
      <w:r>
        <w:t>انہوں نے لکھا ہے: "پرینگ فجر از پریپریشن اف تزکیہ، زوہر فار ریویو، اثر اگین فار ریویو، اینڈ</w:t>
      </w:r>
    </w:p>
    <w:p>
      <w:r>
        <w:rPr>
          <w:b/>
        </w:rPr>
        <w:t xml:space="preserve">[48:30] </w:t>
      </w:r>
      <w:r>
        <w:t>ultimately is for introspection of activities as a whole.</w:t>
      </w:r>
    </w:p>
    <w:p>
      <w:pPr>
        <w:jc w:val="right"/>
      </w:pPr>
      <w:r>
        <w:t>الٹیمیٹلی عشاء فار انٹروسپیکشن اف ایکٹیویٹیز ایز ا ہول۔</w:t>
      </w:r>
    </w:p>
    <w:p>
      <w:r>
        <w:rPr>
          <w:b/>
        </w:rPr>
        <w:t xml:space="preserve">[48:35] </w:t>
      </w:r>
      <w:r>
        <w:t>What an enlightening and meaningful explanation</w:t>
      </w:r>
    </w:p>
    <w:p>
      <w:pPr>
        <w:jc w:val="right"/>
      </w:pPr>
      <w:r>
        <w:t>واٹ این انلائٹننگ اینڈ میننگ فل ایکسپلینیشن</w:t>
      </w:r>
    </w:p>
    <w:p>
      <w:r>
        <w:rPr>
          <w:b/>
        </w:rPr>
        <w:t xml:space="preserve">[48:40] </w:t>
      </w:r>
      <w:r>
        <w:t>af namaz.</w:t>
      </w:r>
    </w:p>
    <w:p>
      <w:pPr>
        <w:jc w:val="right"/>
      </w:pPr>
      <w:r>
        <w:t>اف نماز۔</w:t>
      </w:r>
    </w:p>
    <w:p>
      <w:r>
        <w:rPr>
          <w:b/>
        </w:rPr>
        <w:t xml:space="preserve">[48:45] </w:t>
      </w:r>
      <w:r>
        <w:t>jazak allah. bhagalpur se azhar mubarak sahib ne comment bheja hai.</w:t>
      </w:r>
    </w:p>
    <w:p>
      <w:pPr>
        <w:jc w:val="right"/>
      </w:pPr>
      <w:r>
        <w:t>جزاک اللہ۔" بھاگلپور سے اظہر مبارک صاحب نے کمنٹ بھیجا ہے۔</w:t>
      </w:r>
    </w:p>
    <w:p>
      <w:r>
        <w:rPr>
          <w:b/>
        </w:rPr>
        <w:t xml:space="preserve">[48:50] </w:t>
      </w:r>
      <w:r>
        <w:t>انہوں نے لکھا ہے: "Today's talk of Maulana Sahib was a very meaningful talk." محمد فائز الدین</w:t>
      </w:r>
    </w:p>
    <w:p>
      <w:pPr>
        <w:jc w:val="right"/>
      </w:pPr>
      <w:r>
        <w:t>انہوں نے لکھا ہے: "ٹوڈے ٹاک اف مولانا صاحب واز ا ویری میننگ فل ٹاک۔" محمد فائز الدین</w:t>
      </w:r>
    </w:p>
    <w:p>
      <w:r>
        <w:rPr>
          <w:b/>
        </w:rPr>
        <w:t xml:space="preserve">[48:55] </w:t>
      </w:r>
      <w:r>
        <w:t>sahib ne hyderabad se likha hai: "jazak allah khair maulana sahib.</w:t>
      </w:r>
    </w:p>
    <w:p>
      <w:pPr>
        <w:jc w:val="right"/>
      </w:pPr>
      <w:r>
        <w:t>صاحب نے حیدرآباد سے لکھا ہے: "جزاک اللہ خیر مولانا صاحب۔</w:t>
      </w:r>
    </w:p>
    <w:p>
      <w:r>
        <w:rPr>
          <w:b/>
        </w:rPr>
        <w:t xml:space="preserve">[49:00] </w:t>
      </w:r>
      <w:r>
        <w:t>allah rabb ul alameen aap ko sehat aur lambi umar ata kare aur aap se razi ho jaye.</w:t>
      </w:r>
    </w:p>
    <w:p>
      <w:pPr>
        <w:jc w:val="right"/>
      </w:pPr>
      <w:r>
        <w:t>اللہ رب العالمین آپ کو صحت اور لمبی عمر عطا کرے اور آپ سے راضی ہو جائے۔</w:t>
      </w:r>
    </w:p>
    <w:p>
      <w:r>
        <w:rPr>
          <w:b/>
        </w:rPr>
        <w:t xml:space="preserve">[49:05] </w:t>
      </w:r>
      <w:r>
        <w:t>hamare liye aap allah taala ki taraf se</w:t>
      </w:r>
    </w:p>
    <w:p>
      <w:pPr>
        <w:jc w:val="right"/>
      </w:pPr>
      <w:r>
        <w:t>ہمارے لیے آپ اللہ تعالی کی طرف سے</w:t>
      </w:r>
    </w:p>
    <w:p>
      <w:r>
        <w:rPr>
          <w:b/>
        </w:rPr>
        <w:t xml:space="preserve">[49:10] </w:t>
      </w:r>
      <w:r>
        <w:t>is dunya mein nemat hain.</w:t>
      </w:r>
    </w:p>
    <w:p>
      <w:pPr>
        <w:jc w:val="right"/>
      </w:pPr>
      <w:r>
        <w:t>اس دنیا میں نعمت ہیں۔</w:t>
      </w:r>
    </w:p>
    <w:p>
      <w:r>
        <w:rPr>
          <w:b/>
        </w:rPr>
        <w:t xml:space="preserve">[49:15] </w:t>
      </w:r>
      <w:r>
        <w:t>allah ka lakh lakh shukar hai ke aap ke zariye hamari rehnumai farmayi.</w:t>
      </w:r>
    </w:p>
    <w:p>
      <w:pPr>
        <w:jc w:val="right"/>
      </w:pPr>
      <w:r>
        <w:t>اللہ کا لاکھ لاکھ شکر ہے کہ آپ کے ذریعے ہماری رہنمائی فرمائی۔</w:t>
      </w:r>
    </w:p>
    <w:p>
      <w:r>
        <w:rPr>
          <w:b/>
        </w:rPr>
        <w:t xml:space="preserve">[49:20] </w:t>
      </w:r>
      <w:r>
        <w:t>allah aap ko jannat ke aala maqam ata kare.</w:t>
      </w:r>
    </w:p>
    <w:p>
      <w:pPr>
        <w:jc w:val="right"/>
      </w:pPr>
      <w:r>
        <w:t>اللہ آپ کو جنت کے اعلیٰ مقام عطا کرے۔</w:t>
      </w:r>
    </w:p>
    <w:p>
      <w:r>
        <w:rPr>
          <w:b/>
        </w:rPr>
        <w:t xml:space="preserve">[49:25] </w:t>
      </w:r>
      <w:r>
        <w:t>ameen. maulana aap sawal lena chahenge.</w:t>
      </w:r>
    </w:p>
    <w:p>
      <w:pPr>
        <w:jc w:val="right"/>
      </w:pPr>
      <w:r>
        <w:t>آمین۔" مولانا آپ سوال لینا چاہیں گے۔</w:t>
      </w:r>
    </w:p>
    <w:p>
      <w:r>
        <w:rPr>
          <w:b/>
        </w:rPr>
        <w:t xml:space="preserve">[49:30] </w:t>
      </w:r>
      <w:r>
        <w:t>pehla sawal bheja hai south korea se ismatullah sahib, jo is waqt program dekh rahe hain.</w:t>
      </w:r>
    </w:p>
    <w:p>
      <w:pPr>
        <w:jc w:val="right"/>
      </w:pPr>
      <w:r>
        <w:t>پہلا سوال بھیجا ہے ساؤتھ کوریا سے عصمت اللہ صاحب، جو اس وقت پروگرام دیکھ رہے ہیں۔</w:t>
      </w:r>
    </w:p>
    <w:p>
      <w:r>
        <w:rPr>
          <w:b/>
        </w:rPr>
        <w:t xml:space="preserve">[49:35] </w:t>
      </w:r>
      <w:r>
        <w:t>unhone likha hai: "namaz ki khushu lane ka tarika batayein maulana sahib. mein arz karta hoon ke aap</w:t>
      </w:r>
    </w:p>
    <w:p>
      <w:pPr>
        <w:jc w:val="right"/>
      </w:pPr>
      <w:r>
        <w:t>انہوں نے لکھا ہے: "نماز کی خشوع لانے کا طریقہ بتائیں مولانا صاحب۔" میں عرض کرتا ہوں کہ آپ</w:t>
      </w:r>
    </w:p>
    <w:p>
      <w:r>
        <w:rPr>
          <w:b/>
        </w:rPr>
        <w:t xml:space="preserve">[49:40] </w:t>
      </w:r>
      <w:r>
        <w:t>aaj ka jo program tha, us ko bar bar suniye.</w:t>
      </w:r>
    </w:p>
    <w:p>
      <w:pPr>
        <w:jc w:val="right"/>
      </w:pPr>
      <w:r>
        <w:t>آج کا جو پروگرام تھا، اس کو بار بار سنیے۔</w:t>
      </w:r>
    </w:p>
    <w:p>
      <w:r>
        <w:rPr>
          <w:b/>
        </w:rPr>
        <w:t xml:space="preserve">[49:46] </w:t>
      </w:r>
      <w:r>
        <w:t>to is ka maqsad yahi tha, aaj ke aaj ki talk ka maqsad yahi tha.</w:t>
      </w:r>
    </w:p>
    <w:p>
      <w:pPr>
        <w:jc w:val="right"/>
      </w:pPr>
      <w:r>
        <w:t>تو اس کا مقصد یہی تھا، آج کے آج کی ٹاک کا مقصد یہی تھا۔</w:t>
      </w:r>
    </w:p>
    <w:p>
      <w:r>
        <w:rPr>
          <w:b/>
        </w:rPr>
        <w:t xml:space="preserve">[49:52] </w:t>
      </w:r>
      <w:r>
        <w:t>to mein yeh mashwara doonga ke aaj ki jo talk thi, us ko aap bar bar suniye,</w:t>
      </w:r>
    </w:p>
    <w:p>
      <w:pPr>
        <w:jc w:val="right"/>
      </w:pPr>
      <w:r>
        <w:t>تو میں یہ مشورہ دوں گا کہ آج کی جو ٹاک تھی، اس کو آپ بار بار سنیے،</w:t>
      </w:r>
    </w:p>
    <w:p>
      <w:r>
        <w:rPr>
          <w:b/>
        </w:rPr>
        <w:t xml:space="preserve">[49:58] </w:t>
      </w:r>
      <w:r>
        <w:t>download kar ke.</w:t>
      </w:r>
    </w:p>
    <w:p>
      <w:pPr>
        <w:jc w:val="right"/>
      </w:pPr>
      <w:r>
        <w:t>ڈاؤن لوڈ کر کے۔</w:t>
      </w:r>
    </w:p>
    <w:p>
      <w:r>
        <w:rPr>
          <w:b/>
        </w:rPr>
        <w:t xml:space="preserve">[50:04] </w:t>
      </w:r>
      <w:r>
        <w:t>maulana agla sawal bheja hai shakeel sahib ne ahmedabad se, aur isi se mila</w:t>
      </w:r>
    </w:p>
    <w:p>
      <w:pPr>
        <w:jc w:val="right"/>
      </w:pPr>
      <w:r>
        <w:t>مولانا اگلا سوال بھیجا ہے شکیل صاحب نے احمد آباد سے، اور اسی سے ملا</w:t>
      </w:r>
    </w:p>
    <w:p>
      <w:r>
        <w:rPr>
          <w:b/>
        </w:rPr>
        <w:t xml:space="preserve">[50:10] </w:t>
      </w:r>
      <w:r>
        <w:t>jula sawal Dr. Naghma Siddiqui ka bhi hai. To hum Shakeel sahib ka sawal padhte hain. Unhone likha hai: "Maulana saheb, today talk was very inspiring for me. Jazak Allah. My question is that many a times it happens that when I am doing my namaz, other thoughts come into my mind. This upsets me and makes me feel that I lack in spirit. So I end up repeating my</w:t>
      </w:r>
    </w:p>
    <w:p>
      <w:pPr>
        <w:jc w:val="right"/>
      </w:pPr>
      <w:r>
        <w:t>جلا سوال ڈاکٹر نغمہ صدیقی کا بھی ہے۔ تو ہم شکیل صاحب کا سوال پڑھتے ہیں۔ انہوں نے لکھا ہے: "مولانا صاحب، ٹوڈے ٹاک واز ویری انسپائرنگ فار می۔ جزاک اللہ۔ مائی کوئسچن از دیٹ مینی ا ٹائمز اٹ ہیپنز دیٹ وین آئی ایم ڈوئنگ مائی نماز، ادر تھاٹس کم انٹو مائی مائنڈ۔ دس اپسیٹس می اینڈ میکس می فیل دیٹ آئی لیک ان سپرٹ۔ سو آئی اینڈ اپ ریپیٹنگ مائی</w:t>
      </w:r>
    </w:p>
    <w:p>
      <w:r>
        <w:rPr>
          <w:b/>
        </w:rPr>
        <w:t xml:space="preserve">[50:40] </w:t>
      </w:r>
      <w:r>
        <w:t>namaz every time.</w:t>
      </w:r>
    </w:p>
    <w:p>
      <w:pPr>
        <w:jc w:val="right"/>
      </w:pPr>
      <w:r>
        <w:t>نماز ایوری ٹائم۔</w:t>
      </w:r>
    </w:p>
    <w:p>
      <w:r>
        <w:rPr>
          <w:b/>
        </w:rPr>
        <w:t xml:space="preserve">[50:48] </w:t>
      </w:r>
      <w:r>
        <w:t>Maulana Sahib, please tell me if this is correct on my part.</w:t>
      </w:r>
    </w:p>
    <w:p>
      <w:pPr>
        <w:jc w:val="right"/>
      </w:pPr>
      <w:r>
        <w:t>مولانا صاحب، پلیز ٹیل می اف دس از کریکٹ ان مائی پارٹ۔</w:t>
      </w:r>
    </w:p>
    <w:p>
      <w:r>
        <w:rPr>
          <w:b/>
        </w:rPr>
        <w:t xml:space="preserve">[50:56] </w:t>
      </w:r>
      <w:r>
        <w:t>سیکنڈلی، ٹھیک ہے، سیکنڈلی، how should I deal with these thoughts coming into my mind? Will God accept</w:t>
      </w:r>
    </w:p>
    <w:p>
      <w:pPr>
        <w:jc w:val="right"/>
      </w:pPr>
      <w:r>
        <w:t>سیکنڈلی، ٹھیک ہے، سیکنڈلی، ہاؤ شوڈ آئی ڈیل ود دیز تھاٹس کمنگ انٹو مائی مائنڈ؟ ول گاڈ ایکسیپٹ</w:t>
      </w:r>
    </w:p>
    <w:p>
      <w:r>
        <w:rPr>
          <w:b/>
        </w:rPr>
        <w:t xml:space="preserve">[51:03] </w:t>
      </w:r>
      <w:r>
        <w:t>my namaz? i am always concerned. bas koshish karte rahiye aur dua karte rahiye. ji</w:t>
      </w:r>
    </w:p>
    <w:p>
      <w:pPr>
        <w:jc w:val="right"/>
      </w:pPr>
      <w:r>
        <w:t>مائی نماز؟ آئی ایم الویز کنسرنڈ۔" بس کوشش کرتے رہیے اور دعا کرتے رہیے۔ جی</w:t>
      </w:r>
    </w:p>
    <w:p>
      <w:r>
        <w:rPr>
          <w:b/>
        </w:rPr>
        <w:t xml:space="preserve">[51:11] </w:t>
      </w:r>
      <w:r>
        <w:t>maulana agla sawal bheja hai maulana iqbal umri ne chennai se.</w:t>
      </w:r>
    </w:p>
    <w:p>
      <w:pPr>
        <w:jc w:val="right"/>
      </w:pPr>
      <w:r>
        <w:t>مولانا اگلا سوال بھیجا ہے مولانا اقبال عمری نے چنئی سے۔</w:t>
      </w:r>
    </w:p>
    <w:p>
      <w:r>
        <w:rPr>
          <w:b/>
        </w:rPr>
        <w:t xml:space="preserve">[51:17] </w:t>
      </w:r>
      <w:r>
        <w:t>unhone likha hai: "maulana sahib, ek sahib namaz ka tarika aur yoga ka faida dono ko ek</w:t>
      </w:r>
    </w:p>
    <w:p>
      <w:pPr>
        <w:jc w:val="right"/>
      </w:pPr>
      <w:r>
        <w:t>انہوں نے لکھا ہے: "مولانا صاحب، ایک صاحب نماز کا طریقہ اور یوگا کا فائدہ دونوں کو ایک</w:t>
      </w:r>
    </w:p>
    <w:p>
      <w:r>
        <w:rPr>
          <w:b/>
        </w:rPr>
        <w:t xml:space="preserve">[51:24] </w:t>
      </w:r>
      <w:r>
        <w:t>hi bata kar taqreer kar rahe the.</w:t>
      </w:r>
    </w:p>
    <w:p>
      <w:pPr>
        <w:jc w:val="right"/>
      </w:pPr>
      <w:r>
        <w:t>ہی بتا کر تقریر کر رہے تھے۔</w:t>
      </w:r>
    </w:p>
    <w:p>
      <w:r>
        <w:rPr>
          <w:b/>
        </w:rPr>
        <w:t xml:space="preserve">[51:30] </w:t>
      </w:r>
      <w:r>
        <w:t>aap aap ka is par kya kehna hai? is ko wazeh karen." mere nazdeek keh aisay log jo</w:t>
      </w:r>
    </w:p>
    <w:p>
      <w:pPr>
        <w:jc w:val="right"/>
      </w:pPr>
      <w:r>
        <w:t>آپ آپ کا اس پر کیا کہنا ہے؟ اس کو واضح کریں۔" میرے نزدیک کہ ایسے لوگ جو</w:t>
      </w:r>
    </w:p>
    <w:p>
      <w:r>
        <w:rPr>
          <w:b/>
        </w:rPr>
        <w:t xml:space="preserve">[51:36] </w:t>
      </w:r>
      <w:r>
        <w:t>aisa taqreer karte hain, woh mans marking ke mustahiq hain.</w:t>
      </w:r>
    </w:p>
    <w:p>
      <w:pPr>
        <w:jc w:val="right"/>
      </w:pPr>
      <w:r>
        <w:t>ایسا تقریر کرتے ہیں، وہ مانس مارکنگ کے مستحق ہیں۔</w:t>
      </w:r>
    </w:p>
    <w:p>
      <w:r>
        <w:rPr>
          <w:b/>
        </w:rPr>
        <w:t xml:space="preserve">[51:43] </w:t>
      </w:r>
      <w:r>
        <w:t>Marks marking ek term hai jo exam mein use kiya jata hai ke ek talib ilm ko poocha jaye ke hawajat kaisa hota hai, aur us ke jawab mein woh motor car ki baatein likh dale to marks marking ka mustahiq hoga. Yani woh na car ko janta tha na jahaz ko janta tha. To aise log jo hain, marks marking ke mustahiq hain, woh na yo</w:t>
      </w:r>
    </w:p>
    <w:p>
      <w:pPr>
        <w:jc w:val="right"/>
      </w:pPr>
      <w:r>
        <w:t>مانس مارکنگ ایک ٹرم ہے جو ایگزام میں یوز کیا جاتا ہے کہ ایک طالب علم کو پوچھا جائے کہ حواجات کیسا ہوتا ہے، اور اس کے جواب میں وہ موٹر کار کی باتیں لکھ ڈالے تو مانس مارکنگ کا مستحق ہوگا۔ یعنی وہ نہ کارک جانتا تھا نہ جہاز جانتا تھا۔ تو ایسے لوگ جو ہیں، مانس مارکنگ کے مستحق ہیں، وہ نہ یو</w:t>
      </w:r>
    </w:p>
    <w:p>
      <w:r>
        <w:rPr>
          <w:b/>
        </w:rPr>
        <w:t xml:space="preserve">[52:13] </w:t>
      </w:r>
      <w:r>
        <w:t>ga ko jante hain na namaz ko jante hain.</w:t>
      </w:r>
    </w:p>
    <w:p>
      <w:pPr>
        <w:jc w:val="right"/>
      </w:pPr>
      <w:r>
        <w:t>گا کو جانتے ہیں نہ نماز کو جانتے ہیں۔</w:t>
      </w:r>
    </w:p>
    <w:p>
      <w:r>
        <w:rPr>
          <w:b/>
        </w:rPr>
        <w:t xml:space="preserve">[52:16] </w:t>
      </w:r>
      <w:r>
        <w:t>yeh yahi mera mera tabsarah hai.</w:t>
      </w:r>
    </w:p>
    <w:p>
      <w:pPr>
        <w:jc w:val="right"/>
      </w:pPr>
      <w:r>
        <w:t>یہ یہی میرا میرا تبصرہ ہے۔</w:t>
      </w:r>
    </w:p>
    <w:p>
      <w:r>
        <w:rPr>
          <w:b/>
        </w:rPr>
        <w:t xml:space="preserve">[52:20] </w:t>
      </w:r>
      <w:r>
        <w:t>ji Maulana in ka aik aur sawal hai.</w:t>
      </w:r>
    </w:p>
    <w:p>
      <w:pPr>
        <w:jc w:val="right"/>
      </w:pPr>
      <w:r>
        <w:t>جی مولانا ان کا ایک اور سوال ہے۔</w:t>
      </w:r>
    </w:p>
    <w:p>
      <w:r>
        <w:rPr>
          <w:b/>
        </w:rPr>
        <w:t xml:space="preserve">[52:24] </w:t>
      </w:r>
      <w:r>
        <w:t>unhon ne likha hai keh: "Maulana sahib, aik sahib ne kaha keh form par zor dene walay form</w:t>
      </w:r>
    </w:p>
    <w:p>
      <w:pPr>
        <w:jc w:val="right"/>
      </w:pPr>
      <w:r>
        <w:t>انہوں نے لکھا ہے کہ: "مولانا صاحب، ایک صاحب نے کہا کہ سپرٹ پر زور دینے والے فارم</w:t>
      </w:r>
    </w:p>
    <w:p>
      <w:r>
        <w:rPr>
          <w:b/>
        </w:rPr>
        <w:t xml:space="preserve">[52:28] </w:t>
      </w:r>
      <w:r>
        <w:t>mein kamzor rehte hain.</w:t>
      </w:r>
    </w:p>
    <w:p>
      <w:pPr>
        <w:jc w:val="right"/>
      </w:pPr>
      <w:r>
        <w:t>میں کمزور رہتے ہیں۔</w:t>
      </w:r>
    </w:p>
    <w:p>
      <w:r>
        <w:rPr>
          <w:b/>
        </w:rPr>
        <w:t xml:space="preserve">[52:31] </w:t>
      </w:r>
      <w:r>
        <w:t>Maulana is mein kya mughalta hai? is ko wazeh karen." kamzori rehna chahiye, yeh mughalta hai.</w:t>
      </w:r>
    </w:p>
    <w:p>
      <w:pPr>
        <w:jc w:val="right"/>
      </w:pPr>
      <w:r>
        <w:t>مولانا اس میں کیا مغالطہ ہے؟ اس کو واضح کریں۔" کمزوری رہنا چاہیے، یہ مغالطہ ہے۔</w:t>
      </w:r>
    </w:p>
    <w:p>
      <w:r>
        <w:rPr>
          <w:b/>
        </w:rPr>
        <w:t xml:space="preserve">[52:35] </w:t>
      </w:r>
      <w:r>
        <w:t>yeh form mein kamzori rehna chahiye.</w:t>
      </w:r>
    </w:p>
    <w:p>
      <w:pPr>
        <w:jc w:val="right"/>
      </w:pPr>
      <w:r>
        <w:t>یہ فارم میں کمزوری رہنا چاہیے۔</w:t>
      </w:r>
    </w:p>
    <w:p>
      <w:r>
        <w:rPr>
          <w:b/>
        </w:rPr>
        <w:t xml:space="preserve">[52:39] </w:t>
      </w:r>
      <w:r>
        <w:t>jo aaj kal</w:t>
      </w:r>
    </w:p>
    <w:p>
      <w:pPr>
        <w:jc w:val="right"/>
      </w:pPr>
      <w:r>
        <w:t>جو آج کل</w:t>
      </w:r>
    </w:p>
    <w:p>
      <w:r>
        <w:rPr>
          <w:b/>
        </w:rPr>
        <w:t xml:space="preserve">[52:43] </w:t>
      </w:r>
      <w:r>
        <w:t>bohat zabardast form ka ihtimam kiya jata hai, woh achi baat nahi hai.</w:t>
      </w:r>
    </w:p>
    <w:p>
      <w:pPr>
        <w:jc w:val="right"/>
      </w:pPr>
      <w:r>
        <w:t>بہت زبردست فارم کا اہتمام کیا جاتا ہے، وہ اچھی بات نہیں ہے۔</w:t>
      </w:r>
    </w:p>
    <w:p>
      <w:r>
        <w:rPr>
          <w:b/>
        </w:rPr>
        <w:t xml:space="preserve">[52:48] </w:t>
      </w:r>
      <w:r>
        <w:t>woh aap sahaba ki namazon ko parhiye, kitabon mein jo likhe hain, un ke halaat form mein woh</w:t>
      </w:r>
    </w:p>
    <w:p>
      <w:pPr>
        <w:jc w:val="right"/>
      </w:pPr>
      <w:r>
        <w:t>وہ آپ صحابہ کی نمازوں کو پڑھیے، کتابوں میں جو لکھے ہیں، ان کے حالات فارم میں وہ</w:t>
      </w:r>
    </w:p>
    <w:p>
      <w:r>
        <w:rPr>
          <w:b/>
        </w:rPr>
        <w:t xml:space="preserve">[52:53] </w:t>
      </w:r>
      <w:r>
        <w:t>mazboot nahi thay.</w:t>
      </w:r>
    </w:p>
    <w:p>
      <w:pPr>
        <w:jc w:val="right"/>
      </w:pPr>
      <w:r>
        <w:t>مضبوط نہیں تھے۔</w:t>
      </w:r>
    </w:p>
    <w:p>
      <w:r>
        <w:rPr>
          <w:b/>
        </w:rPr>
        <w:t xml:space="preserve">[52:58] </w:t>
      </w:r>
      <w:r>
        <w:t>yeh jo aaj kal chala hua hai keh bohat zabardast form ka ihtimam, woh to matloob hi nahi hai.</w:t>
      </w:r>
    </w:p>
    <w:p>
      <w:pPr>
        <w:jc w:val="right"/>
      </w:pPr>
      <w:r>
        <w:t>یہ جو آج کل چلا ہوا ہے کہ بہت زبردست فارم کا اہتمام، وہ تو مطلوب ہی نہیں ہے۔</w:t>
      </w:r>
    </w:p>
    <w:p>
      <w:r>
        <w:rPr>
          <w:b/>
        </w:rPr>
        <w:t xml:space="preserve">[53:03] </w:t>
      </w:r>
      <w:r>
        <w:t>mein aap ko aik qissa batata hoon.</w:t>
      </w:r>
    </w:p>
    <w:p>
      <w:pPr>
        <w:jc w:val="right"/>
      </w:pPr>
      <w:r>
        <w:t>میں آپ کو ایک قصہ بتاتا ہوں۔</w:t>
      </w:r>
    </w:p>
    <w:p>
      <w:r>
        <w:rPr>
          <w:b/>
        </w:rPr>
        <w:t xml:space="preserve">[53:08] </w:t>
      </w:r>
      <w:r>
        <w:t>aik waqt Rasool Allah Sal Allahu Alaihi Wasallam namaz parha rahe thay, to aap ne</w:t>
      </w:r>
    </w:p>
    <w:p>
      <w:pPr>
        <w:jc w:val="right"/>
      </w:pPr>
      <w:r>
        <w:t>ایک وقت رسول اللہ صلی اللہ علیہ وسلم نماز پڑھا رہے تھے، تو آپ نے</w:t>
      </w:r>
    </w:p>
    <w:p>
      <w:r>
        <w:rPr>
          <w:b/>
        </w:rPr>
        <w:t xml:space="preserve">[53:13] </w:t>
      </w:r>
      <w:r>
        <w:t>jab khade hue, aap rukoo mein to aap ne kaha ke: "Sami Allahu liman Hamidah" jaisa ke hum jante hain. Aap to ek sahabi ka padhe: "Rabbana lakal hamd hamdan kasiran tayyiban mubarakan rafee'an" yani form ko toda. Unhone jo press card form tha, us ko tod kar ke bole: "Yeh to Rasool Allah ne." Namaz khatam hui to poocha ke kis ne aisa kaha tha? To woh aadmi dar gaya ke main</w:t>
      </w:r>
    </w:p>
    <w:p>
      <w:pPr>
        <w:jc w:val="right"/>
      </w:pPr>
      <w:r>
        <w:t>جب کھڑے ہوئے، آپ رکوع میں تو آپ نے کہا کہ: "سمع اللہ لمن حمدہ" جیسا کہ ہم جانتے ہیں۔ آپ تو ایک صحابی کا پڑھے: "ربنا لک الحمد حمدا کثیرا طیبا مبارک رفیع" یعنی فارم کو توڑا۔ انہوں نے جو پریس کارڈ فارم تھا، اس کو توڑ کر کے بولے: "یہ تو رسول اللہ نے۔" نماز ختم ہوئی تو پوچھا کہ کس نے ایسا کہا تھا؟ تو وہ آدمی ڈر گیا کہ میں</w:t>
      </w:r>
    </w:p>
    <w:p>
      <w:r>
        <w:rPr>
          <w:b/>
        </w:rPr>
        <w:t xml:space="preserve">[53:43] </w:t>
      </w:r>
      <w:r>
        <w:t>ne form ko tora hai, kahin meri namazain na chali gayi hon.</w:t>
      </w:r>
    </w:p>
    <w:p>
      <w:pPr>
        <w:jc w:val="right"/>
      </w:pPr>
      <w:r>
        <w:t>نے فارم کو توڑا ہے، کہیں میری نمازیں نہ چلی گئی ہوں۔</w:t>
      </w:r>
    </w:p>
    <w:p>
      <w:r>
        <w:rPr>
          <w:b/>
        </w:rPr>
        <w:t xml:space="preserve">[53:49] </w:t>
      </w:r>
      <w:r>
        <w:t>jab woh dara hua tha, to Rasool Allah ne farmaya keh jab tum ne kaha yeh to farishtay</w:t>
      </w:r>
    </w:p>
    <w:p>
      <w:pPr>
        <w:jc w:val="right"/>
      </w:pPr>
      <w:r>
        <w:t>جب وہ ڈرا ہوا تھا، تو رسول اللہ نے فرمایا کہ جب تم نے کہا یہ تو فرشتے</w:t>
      </w:r>
    </w:p>
    <w:p>
      <w:r>
        <w:rPr>
          <w:b/>
        </w:rPr>
        <w:t xml:space="preserve">[53:55] </w:t>
      </w:r>
      <w:r>
        <w:t>dor paray is ko lene ke liye keh form kya cheez hai? form convenient item hai.</w:t>
      </w:r>
    </w:p>
    <w:p>
      <w:pPr>
        <w:jc w:val="right"/>
      </w:pPr>
      <w:r>
        <w:t>دوڑ پڑے اس کو لینے کے لیے کہ فارم کیا چیز ہے؟ فارم کنوینینٹ آئٹم ہے۔</w:t>
      </w:r>
    </w:p>
    <w:p>
      <w:r>
        <w:rPr>
          <w:b/>
        </w:rPr>
        <w:t xml:space="preserve">[54:01] </w:t>
      </w:r>
      <w:r>
        <w:t>namaz ko yaad rakhiye, convenient real nahi hai.</w:t>
      </w:r>
    </w:p>
    <w:p>
      <w:pPr>
        <w:jc w:val="right"/>
      </w:pPr>
      <w:r>
        <w:t>نماز کو یاد رکھیے، کنوینینٹ ریئل نہیں ہے۔</w:t>
      </w:r>
    </w:p>
    <w:p>
      <w:r>
        <w:rPr>
          <w:b/>
        </w:rPr>
        <w:t xml:space="preserve">[54:07] </w:t>
      </w:r>
      <w:r>
        <w:t>jo log form ko bohat ziyada zor dete hain</w:t>
      </w:r>
    </w:p>
    <w:p>
      <w:pPr>
        <w:jc w:val="right"/>
      </w:pPr>
      <w:r>
        <w:t>جو لوگ فارم کو بہت زیادہ زور دیتے ہیں</w:t>
      </w:r>
    </w:p>
    <w:p>
      <w:r>
        <w:rPr>
          <w:b/>
        </w:rPr>
        <w:t xml:space="preserve">[54:13] </w:t>
      </w:r>
      <w:r>
        <w:t>, aisay hath, waisay paon, aisay aankh, woh jante hi nahi namaz kya cheez hai, jante hi nahi</w:t>
      </w:r>
    </w:p>
    <w:p>
      <w:pPr>
        <w:jc w:val="right"/>
      </w:pPr>
      <w:r>
        <w:t>، ایسے ہاتھ، ویسے پاؤں، ایسے آنکھ، وہ جانتے ہی نہیں نماز کیا چیز ہے، جانتے ہی نہیں</w:t>
      </w:r>
    </w:p>
    <w:p>
      <w:r>
        <w:rPr>
          <w:b/>
        </w:rPr>
        <w:t xml:space="preserve">[54:19] </w:t>
      </w:r>
      <w:r>
        <w:t>namaz kya cheez hai.</w:t>
      </w:r>
    </w:p>
    <w:p>
      <w:pPr>
        <w:jc w:val="right"/>
      </w:pPr>
      <w:r>
        <w:t>نماز کیا چیز ہے۔</w:t>
      </w:r>
    </w:p>
    <w:p>
      <w:r>
        <w:rPr>
          <w:b/>
        </w:rPr>
        <w:t xml:space="preserve">[54:25] </w:t>
      </w:r>
      <w:r>
        <w:t>agar yeh in logon ka jo form par zor dene ka tareeqa hai, yeh hota to Rasool Allah</w:t>
      </w:r>
    </w:p>
    <w:p>
      <w:pPr>
        <w:jc w:val="right"/>
      </w:pPr>
      <w:r>
        <w:t>اگر یہ ان لوگوں کا جو فارم پر زور دینے کا طریقہ ہے، یہ ہوتا تو رسول اللہ</w:t>
      </w:r>
    </w:p>
    <w:p>
      <w:r>
        <w:rPr>
          <w:b/>
        </w:rPr>
        <w:t xml:space="preserve">[54:30] </w:t>
      </w:r>
      <w:r>
        <w:t>kehte hain keh tumhari to namaz hi nahi hui, tum ne to form ko tord diya.</w:t>
      </w:r>
    </w:p>
    <w:p>
      <w:pPr>
        <w:jc w:val="right"/>
      </w:pPr>
      <w:r>
        <w:t>کہتے ہیں کہ تمہاری تو نماز ہی نہیں ہوئی، تم نے تو فارم کو توڑ دیا۔</w:t>
      </w:r>
    </w:p>
    <w:p>
      <w:r>
        <w:rPr>
          <w:b/>
        </w:rPr>
        <w:t xml:space="preserve">[54:36] </w:t>
      </w:r>
      <w:r>
        <w:t>to form par aaj kal jo bohat zor diya jata hai, wahi galat hai.</w:t>
      </w:r>
    </w:p>
    <w:p>
      <w:pPr>
        <w:jc w:val="right"/>
      </w:pPr>
      <w:r>
        <w:t>تو فارم پر آج کل جو بہت زور دیا جاتا ہے، وہی غلط ہے۔</w:t>
      </w:r>
    </w:p>
    <w:p>
      <w:r>
        <w:rPr>
          <w:b/>
        </w:rPr>
        <w:t xml:space="preserve">[54:42] </w:t>
      </w:r>
      <w:r>
        <w:t>yaad rakhiye, spirit par zor dena chahiye.</w:t>
      </w:r>
    </w:p>
    <w:p>
      <w:pPr>
        <w:jc w:val="right"/>
      </w:pPr>
      <w:r>
        <w:t>یاد رکھیے، سپرٹ پر زور دینا چاہیے۔</w:t>
      </w:r>
    </w:p>
    <w:p>
      <w:r>
        <w:rPr>
          <w:b/>
        </w:rPr>
        <w:t xml:space="preserve">[54:48] </w:t>
      </w:r>
      <w:r>
        <w:t>form mein thoda sa idhar udhar to ho hi jayega, woh sab ko hota tha, sab ko hota tha.</w:t>
      </w:r>
    </w:p>
    <w:p>
      <w:pPr>
        <w:jc w:val="right"/>
      </w:pPr>
      <w:r>
        <w:t>فارم میں تھوڑا سا ادھر ادھر تو ہو ہی جائے گا، وہ سب کو ہوتا تھا، سب کو ہوتا تھا۔</w:t>
      </w:r>
    </w:p>
    <w:p>
      <w:r>
        <w:rPr>
          <w:b/>
        </w:rPr>
        <w:t xml:space="preserve">[54:54] </w:t>
      </w:r>
      <w:r>
        <w:t>ek baar to hadith mein aata hai ke rasool Allah sal Allahu alaihi wasallam ne namaz padhai aur</w:t>
      </w:r>
    </w:p>
    <w:p>
      <w:pPr>
        <w:jc w:val="right"/>
      </w:pPr>
      <w:r>
        <w:t>ایک بار تو حدیث میں آتا ہے کہ رسول اللہ صلی اللہ علیہ وسلم نے نماز پڑھائی اور</w:t>
      </w:r>
    </w:p>
    <w:p>
      <w:r>
        <w:rPr>
          <w:b/>
        </w:rPr>
        <w:t xml:space="preserve">[55:00] </w:t>
      </w:r>
      <w:r>
        <w:t>ghaaliban chaar waqt ki namaz thi, woh chaar rak'at wali.</w:t>
      </w:r>
    </w:p>
    <w:p>
      <w:pPr>
        <w:jc w:val="right"/>
      </w:pPr>
      <w:r>
        <w:t>غالباً چار وقت کی نماز تھی، وہ چار رکعت والی۔</w:t>
      </w:r>
    </w:p>
    <w:p>
      <w:r>
        <w:rPr>
          <w:b/>
        </w:rPr>
        <w:t xml:space="preserve">[55:06] </w:t>
      </w:r>
      <w:r>
        <w:t>ab do rak'at mein salam pheri aur ja ke wahan khade ho gaye idhar.</w:t>
      </w:r>
    </w:p>
    <w:p>
      <w:pPr>
        <w:jc w:val="right"/>
      </w:pPr>
      <w:r>
        <w:t>اب دو رکعت میں سلام پھیر دیا اور جا کے وہاں کھڑے ہو گئے ادھر۔</w:t>
      </w:r>
    </w:p>
    <w:p>
      <w:r>
        <w:rPr>
          <w:b/>
        </w:rPr>
        <w:t xml:space="preserve">[55:12] </w:t>
      </w:r>
      <w:r>
        <w:t>to logon ne logon ko taajjub hua ke kya yeh namaz yaani yeh do rak'at ki ho gayi hai?</w:t>
      </w:r>
    </w:p>
    <w:p>
      <w:pPr>
        <w:jc w:val="right"/>
      </w:pPr>
      <w:r>
        <w:t>تو لوگوں نے لوگوں کو تعجب ہوا کہ کیا یہ نماز یعنی یہ دو رکعت کی ہو گئی ہے؟</w:t>
      </w:r>
    </w:p>
    <w:p>
      <w:r>
        <w:rPr>
          <w:b/>
        </w:rPr>
        <w:t xml:space="preserve">[55:18] </w:t>
      </w:r>
      <w:r>
        <w:t>To phir wapas aaye aap aur do rakat aur padh diya. Yeh kahan hai form? Woh yeh jo aaj kal chala hua hai, form par bada dhoom machate hain, woh bilashubah woh apne aap woh wahi ghalati par hain. Spirit ki dhoom machaiye. Maulana do comment padhna chahenge agla sawal lene se pehle. Pehla comment bheja hai Professor Najm</w:t>
      </w:r>
    </w:p>
    <w:p>
      <w:pPr>
        <w:jc w:val="right"/>
      </w:pPr>
      <w:r>
        <w:t>تو پھر واپس آئے آپ اور دو رکعت اور پڑھ دیا۔ یہ کہاں ہے فارم؟ وہ یہ جو آج کل چلا ہوا ہے، فارم پر بڑا دھوم مچاتے ہیں، وہ بلاشبہ وہ اپنے آپ وہ وہی غلطی پر ہیں۔ اسپرٹ کی دھوم مچائیے۔ مولانا دو کمنٹ پڑھنا چاہیں گے اگلا سوال لینے سے پہلے۔ پہلا کمنٹ بھیجا ہے پروفیسر نجم</w:t>
      </w:r>
    </w:p>
    <w:p>
      <w:r>
        <w:rPr>
          <w:b/>
        </w:rPr>
        <w:t xml:space="preserve">[55:48] </w:t>
      </w:r>
      <w:r>
        <w:t>h siddiqi ne.</w:t>
      </w:r>
    </w:p>
    <w:p>
      <w:pPr>
        <w:jc w:val="right"/>
      </w:pPr>
      <w:r>
        <w:t>ہ صدیقی نے۔</w:t>
      </w:r>
    </w:p>
    <w:p>
      <w:r>
        <w:rPr>
          <w:b/>
        </w:rPr>
        <w:t xml:space="preserve">[55:54] </w:t>
      </w:r>
      <w:r>
        <w:t>unhon ne likha hai: "thank you Maulana sahib.</w:t>
      </w:r>
    </w:p>
    <w:p>
      <w:pPr>
        <w:jc w:val="right"/>
      </w:pPr>
      <w:r>
        <w:t>انہوں نے لکھا ہے: "تھینک یو مولانا صاحب۔</w:t>
      </w:r>
    </w:p>
    <w:p>
      <w:r>
        <w:rPr>
          <w:b/>
        </w:rPr>
        <w:t xml:space="preserve">[55:59] </w:t>
      </w:r>
      <w:r>
        <w:t>May Allah help us to revive our namaz as an impact of your today meaningful talk.</w:t>
      </w:r>
    </w:p>
    <w:p>
      <w:pPr>
        <w:jc w:val="right"/>
      </w:pPr>
      <w:r>
        <w:t>می اللہ ہیلپ اس ٹو ریوائیو اور نمازیں ایز ان امپیکٹ اف یور ٹوڈے میننگ فل ٹاک۔</w:t>
      </w:r>
    </w:p>
    <w:p>
      <w:r>
        <w:rPr>
          <w:b/>
        </w:rPr>
        <w:t xml:space="preserve">[56:04] </w:t>
      </w:r>
      <w:r>
        <w:t>masha Allah." doosra comment bheja hai Muhammad Irfan Rashidi sahib ne nagpur se.</w:t>
      </w:r>
    </w:p>
    <w:p>
      <w:pPr>
        <w:jc w:val="right"/>
      </w:pPr>
      <w:r>
        <w:t>ماشاءاللہ۔" دوسرا کمنٹ بھیجا ہے محمد عرفان رشیدی صاحب نے ناکپور سے۔</w:t>
      </w:r>
    </w:p>
    <w:p>
      <w:r>
        <w:rPr>
          <w:b/>
        </w:rPr>
        <w:t xml:space="preserve">[56:09] </w:t>
      </w:r>
      <w:r>
        <w:t>انہوں نے لکھا ہے: "مولانا صاحب، in my city Hajj training camps are being organized.</w:t>
      </w:r>
    </w:p>
    <w:p>
      <w:pPr>
        <w:jc w:val="right"/>
      </w:pPr>
      <w:r>
        <w:t>انہوں نے لکھا ہے: "مولانا صاحب، ان مائی سٹی حج ٹریننگ کیمپس ار بینگ ارگنائزڈ۔</w:t>
      </w:r>
    </w:p>
    <w:p>
      <w:r>
        <w:rPr>
          <w:b/>
        </w:rPr>
        <w:t xml:space="preserve">[56:14] </w:t>
      </w:r>
      <w:r>
        <w:t>in these campuses everyone talks about form and masail of hajj.</w:t>
      </w:r>
    </w:p>
    <w:p>
      <w:pPr>
        <w:jc w:val="right"/>
      </w:pPr>
      <w:r>
        <w:t>ان دیز کیمپس ایوری ون ٹاکس اباؤٹ فارم اینڈ مسائل اف حج۔</w:t>
      </w:r>
    </w:p>
    <w:p>
      <w:r>
        <w:rPr>
          <w:b/>
        </w:rPr>
        <w:t xml:space="preserve">[56:19] </w:t>
      </w:r>
      <w:r>
        <w:t>no one talks about the spirit of the hajj.</w:t>
      </w:r>
    </w:p>
    <w:p>
      <w:pPr>
        <w:jc w:val="right"/>
      </w:pPr>
      <w:r>
        <w:t>نو ون ٹاکس اباؤٹ دا سپرٹ اف دا حج۔</w:t>
      </w:r>
    </w:p>
    <w:p>
      <w:r>
        <w:rPr>
          <w:b/>
        </w:rPr>
        <w:t xml:space="preserve">[56:24] </w:t>
      </w:r>
      <w:r>
        <w:t>Maulana sahib, please guide us what is the spirit of the hajj in one of your talks.</w:t>
      </w:r>
    </w:p>
    <w:p>
      <w:pPr>
        <w:jc w:val="right"/>
      </w:pPr>
      <w:r>
        <w:t>مولانا صاحب، پلیز گائیڈ اس واٹ از دا سپرٹ اف دا حج ان ون اف یور ٹاکس۔</w:t>
      </w:r>
    </w:p>
    <w:p>
      <w:r>
        <w:rPr>
          <w:b/>
        </w:rPr>
        <w:t xml:space="preserve">[56:29] </w:t>
      </w:r>
      <w:r>
        <w:t>it will help us all." dekhiye, is par hamari ek kitaab hai "haqeeqat hajj".</w:t>
      </w:r>
    </w:p>
    <w:p>
      <w:pPr>
        <w:jc w:val="right"/>
      </w:pPr>
      <w:r>
        <w:t>اٹ ویل ہیلپ اس ال۔" دیکھیے، اس پر ہماری ایک کتاب ہے "حقیقت حج"۔</w:t>
      </w:r>
    </w:p>
    <w:p>
      <w:r>
        <w:rPr>
          <w:b/>
        </w:rPr>
        <w:t xml:space="preserve">[56:34] </w:t>
      </w:r>
      <w:r>
        <w:t>is ko aap padhiye, is mein saari baatein maujood hain, insha Allah.</w:t>
      </w:r>
    </w:p>
    <w:p>
      <w:pPr>
        <w:jc w:val="right"/>
      </w:pPr>
      <w:r>
        <w:t>اس کو آپ پڑھیے، اس میں ساری باتیں موجود ہیں، انشاءاللہ۔</w:t>
      </w:r>
    </w:p>
    <w:p>
      <w:r>
        <w:rPr>
          <w:b/>
        </w:rPr>
        <w:t xml:space="preserve">[56:39] </w:t>
      </w:r>
      <w:r>
        <w:t>"haqeeqat hajj" is ko padhiye aap.</w:t>
      </w:r>
    </w:p>
    <w:p>
      <w:pPr>
        <w:jc w:val="right"/>
      </w:pPr>
      <w:r>
        <w:t>"حقیقت حج" اس کو پڑھیے آپ۔</w:t>
      </w:r>
    </w:p>
    <w:p>
      <w:r>
        <w:rPr>
          <w:b/>
        </w:rPr>
        <w:t xml:space="preserve">[56:44] </w:t>
      </w:r>
      <w:r>
        <w:t>ji Maulana, agla sawal bheja hai Asrar Mol</w:t>
      </w:r>
    </w:p>
    <w:p>
      <w:pPr>
        <w:jc w:val="right"/>
      </w:pPr>
      <w:r>
        <w:t>جی مولانا، اگلا سوال بھیجا ہے اسرار مول</w:t>
      </w:r>
    </w:p>
    <w:p>
      <w:r>
        <w:rPr>
          <w:b/>
        </w:rPr>
        <w:t xml:space="preserve">[56:49] </w:t>
      </w:r>
      <w:r>
        <w:t>ana Asrar sahib ne Chennai se.</w:t>
      </w:r>
    </w:p>
    <w:p>
      <w:pPr>
        <w:jc w:val="right"/>
      </w:pPr>
      <w:r>
        <w:t>انا اسرار صاحب نے چنئی سے۔</w:t>
      </w:r>
    </w:p>
    <w:p>
      <w:r>
        <w:rPr>
          <w:b/>
        </w:rPr>
        <w:t xml:space="preserve">[56:55] </w:t>
      </w:r>
      <w:r>
        <w:t>انہوں نے لکھا ہے: "مولانا، نماز کو آپ نے Paradise Character Building کے طور پر ڈسکور کیا، جبکہ</w:t>
      </w:r>
    </w:p>
    <w:p>
      <w:pPr>
        <w:jc w:val="right"/>
      </w:pPr>
      <w:r>
        <w:t>انہوں نے لکھا ہے: "مولانا، نماز کو آپ نے پیراڈائز کریکٹر بلڈنگ کے طور پر ڈسکور کیا، جبکہ</w:t>
      </w:r>
    </w:p>
    <w:p>
      <w:r>
        <w:rPr>
          <w:b/>
        </w:rPr>
        <w:t xml:space="preserve">[57:01] </w:t>
      </w:r>
      <w:r>
        <w:t>chand log is ko military training ke taur par lete hain.</w:t>
      </w:r>
    </w:p>
    <w:p>
      <w:pPr>
        <w:jc w:val="right"/>
      </w:pPr>
      <w:r>
        <w:t>چند لوگ اس کو ملٹری ٹریننگ کے طور پر لیتے ہیں۔</w:t>
      </w:r>
    </w:p>
    <w:p>
      <w:r>
        <w:rPr>
          <w:b/>
        </w:rPr>
        <w:t xml:space="preserve">[57:07] </w:t>
      </w:r>
      <w:r>
        <w:t>itna bada difference soch mein aisa kyun hai? is ke bare mein bataein." dekhiye, kyun se pehle yeh</w:t>
      </w:r>
    </w:p>
    <w:p>
      <w:pPr>
        <w:jc w:val="right"/>
      </w:pPr>
      <w:r>
        <w:t>اتنا بڑا ڈیفرنس سوچ میں ایسا کیوں ہے؟ اس کے بارے میں بتائیں۔" دیکھیے، کیوں سے پہلے یہ</w:t>
      </w:r>
    </w:p>
    <w:p>
      <w:r>
        <w:rPr>
          <w:b/>
        </w:rPr>
        <w:t xml:space="preserve">[57:13] </w:t>
      </w:r>
      <w:r>
        <w:t>sochiye ke kya kahin Quran mein hai yeh in hazraat ka tas</w:t>
      </w:r>
    </w:p>
    <w:p>
      <w:pPr>
        <w:jc w:val="right"/>
      </w:pPr>
      <w:r>
        <w:t>سوچیے کہ کیا کہیں قرآن میں ہے یہ ان حضرات کا تص</w:t>
      </w:r>
    </w:p>
    <w:p>
      <w:r>
        <w:rPr>
          <w:b/>
        </w:rPr>
        <w:t xml:space="preserve">[57:19] </w:t>
      </w:r>
      <w:r>
        <w:t>awur namaz? woh to kahin nahi hai.</w:t>
      </w:r>
    </w:p>
    <w:p>
      <w:pPr>
        <w:jc w:val="right"/>
      </w:pPr>
      <w:r>
        <w:t>ور نماز؟ وہ تو کہیں نہیں ہے۔</w:t>
      </w:r>
    </w:p>
    <w:p>
      <w:r>
        <w:rPr>
          <w:b/>
        </w:rPr>
        <w:t xml:space="preserve">[57:23] </w:t>
      </w:r>
      <w:r>
        <w:t>yaani namaz military training hai, askari tarbiyat hai, yeh to kahin hai nahi.</w:t>
      </w:r>
    </w:p>
    <w:p>
      <w:pPr>
        <w:jc w:val="right"/>
      </w:pPr>
      <w:r>
        <w:t>یعنی نماز ملٹری ٹریننگ ہے، عسکری تربیت ہے، یہ تو کہیں ہے نہیں۔</w:t>
      </w:r>
    </w:p>
    <w:p>
      <w:r>
        <w:rPr>
          <w:b/>
        </w:rPr>
        <w:t xml:space="preserve">[57:27] </w:t>
      </w:r>
      <w:r>
        <w:t>to bilashuba yeh bid'at hai, bid'at nikaal rakhi hai woh logon ne.</w:t>
      </w:r>
    </w:p>
    <w:p>
      <w:pPr>
        <w:jc w:val="right"/>
      </w:pPr>
      <w:r>
        <w:t>تو بلاشبہ یہ بدعت ہے، بدعت نکال رکھی ہے وہ لوگوں نے۔</w:t>
      </w:r>
    </w:p>
    <w:p>
      <w:r>
        <w:rPr>
          <w:b/>
        </w:rPr>
        <w:t xml:space="preserve">[57:31] </w:t>
      </w:r>
      <w:r>
        <w:t>yeh hai political bid'at.</w:t>
      </w:r>
    </w:p>
    <w:p>
      <w:pPr>
        <w:jc w:val="right"/>
      </w:pPr>
      <w:r>
        <w:t>یہ ہے پولیٹیکل بدعت۔</w:t>
      </w:r>
    </w:p>
    <w:p>
      <w:r>
        <w:rPr>
          <w:b/>
        </w:rPr>
        <w:t xml:space="preserve">[57:34] </w:t>
      </w:r>
      <w:r>
        <w:t>bidat ki bohat si qismen hoti hain.</w:t>
      </w:r>
    </w:p>
    <w:p>
      <w:pPr>
        <w:jc w:val="right"/>
      </w:pPr>
      <w:r>
        <w:t>بدعت کی بہت سی قسمیں ہوتی ہیں۔</w:t>
      </w:r>
    </w:p>
    <w:p>
      <w:r>
        <w:rPr>
          <w:b/>
        </w:rPr>
        <w:t xml:space="preserve">[57:38] </w:t>
      </w:r>
      <w:r>
        <w:t>yeh log jo karte hain, yeh hai political bidat.</w:t>
      </w:r>
    </w:p>
    <w:p>
      <w:pPr>
        <w:jc w:val="right"/>
      </w:pPr>
      <w:r>
        <w:t>یہ لوگ جو کرتے ہیں، یہ ہے پولیٹیکل بدعت۔</w:t>
      </w:r>
    </w:p>
    <w:p>
      <w:r>
        <w:rPr>
          <w:b/>
        </w:rPr>
        <w:t xml:space="preserve">[57:42] </w:t>
      </w:r>
      <w:r>
        <w:t>yeh sab se pehle nikala tha unhon ne Allama Niaz Ullah Mashriqi.</w:t>
      </w:r>
    </w:p>
    <w:p>
      <w:pPr>
        <w:jc w:val="right"/>
      </w:pPr>
      <w:r>
        <w:t>یہ سب سے پہلے نکالا تھا انہوں نے علامہ نیاز اللہ مشرقی۔</w:t>
      </w:r>
    </w:p>
    <w:p>
      <w:r>
        <w:rPr>
          <w:b/>
        </w:rPr>
        <w:t xml:space="preserve">[57:46] </w:t>
      </w:r>
      <w:r>
        <w:t>yeh sab se pehle yeh unhon ne nikali thi yeh bidat ke namaz ko unhon</w:t>
      </w:r>
    </w:p>
    <w:p>
      <w:pPr>
        <w:jc w:val="right"/>
      </w:pPr>
      <w:r>
        <w:t>یہ سب سے پہلے یہ انہوں نے نکالی تھی یہ بدعت کہ نماز کو انہوں</w:t>
      </w:r>
    </w:p>
    <w:p>
      <w:r>
        <w:rPr>
          <w:b/>
        </w:rPr>
        <w:t xml:space="preserve">[57:49] </w:t>
      </w:r>
      <w:r>
        <w:t>ne bana diya tha askari tarbiyat. Yeh to bilkul bid'at hai, is mein koi shakk hi nahi. Okay, so we will end today session. If you want to join CPS International or you want to become a Quran distributor in your area, please write to us on info at cpsglobal.org. We will be back next time, next week same time. Thank you.</w:t>
      </w:r>
    </w:p>
    <w:p>
      <w:pPr>
        <w:jc w:val="right"/>
      </w:pPr>
      <w:r>
        <w:t>نے بنا دیا تھا عسکری تربیت۔ یہ تو بالکل بدعت ہے، اس میں کوئی شک ہی نہیں۔ اوکے، سو وی ویل اینڈ ٹوڈے سیشن۔ اف یو وانٹ ٹو جوائن سی پی ایس انٹرنیشنل اور یو وانٹ ٹو بیکم ا قرآن ڈسٹریبیوٹر ان یور ایریا، پلیز رائٹ ٹو اس ان انفو ایٹ سی پی ایس گلوبل ڈاٹ او آر جی۔ وی بی بیک نیکسٹ ٹائم، نیکسٹ ویک سیم ٹائم۔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