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 RISALA MAY 2017 AUDIO</w:t>
      </w:r>
    </w:p>
    <w:p>
      <w:r>
        <w:t>https://www.youtube.com/watch?v=qxzZEgCL0lM</w:t>
      </w:r>
    </w:p>
    <w:p>
      <w:r>
        <w:rPr>
          <w:b/>
        </w:rPr>
        <w:t xml:space="preserve">[00:01] </w:t>
      </w:r>
      <w:r>
        <w:t>Risala, May 2017. Kainati Nishaniyan. Quran ki ek ayat in alfaaz mein aayi hai: "Wa ka ayyin min ayatin fis samawati wal ardi yamurrun alaiha wa hum anha mu'ridun".</w:t>
      </w:r>
    </w:p>
    <w:p>
      <w:pPr>
        <w:jc w:val="right"/>
      </w:pPr>
      <w:r>
        <w:t>رسالہ، مئی 2017۔ کائناتی نشانیاں۔ قرآن کی ایک آیت ان الفاظ میں آئی ہے: "وَكَأَيِّ مِنْ آيَةٍ فِي السَّمَاوَاتِ وَالْأَرْضِ يَمُرُونَ عَلَيْهَا وَهُمْ عَنْهَا مُعْرِضُونَ"۔</w:t>
      </w:r>
    </w:p>
    <w:p>
      <w:r>
        <w:rPr>
          <w:b/>
        </w:rPr>
        <w:t xml:space="preserve">[00:21] </w:t>
      </w:r>
      <w:r>
        <w:t>yani aasmanon aur zameen mein kitni hi nishaniyan hain jin par un ka guzr hota rehta hai aur woh un par dhyan nahi karte.</w:t>
      </w:r>
    </w:p>
    <w:p>
      <w:pPr>
        <w:jc w:val="right"/>
      </w:pPr>
      <w:r>
        <w:t>یعنی آسمانوں اور زمین میں کتنی ہی نشانیاں ہیں جن پر ان کا گزر ہوتا رہتا ہے اور وہ ان پر دھیان نہیں کرتے۔</w:t>
      </w:r>
    </w:p>
    <w:p>
      <w:r>
        <w:rPr>
          <w:b/>
        </w:rPr>
        <w:t xml:space="preserve">[00:31] </w:t>
      </w:r>
      <w:r>
        <w:t>is ayat mein zameen o aasman se murad woh alam hai jis ko kainat kaha jata hai. Aayat se murad nishaniyan, yani science hain.</w:t>
      </w:r>
    </w:p>
    <w:p>
      <w:pPr>
        <w:jc w:val="right"/>
      </w:pPr>
      <w:r>
        <w:t>اس آیت میں زمین و آسمان سے مراد وہ عالم ہے جس کو کائنات کہا جاتا ہے۔ آیات سے مراد نشانیاں، یعنی سائنس ہیں۔</w:t>
      </w:r>
    </w:p>
    <w:p>
      <w:r>
        <w:rPr>
          <w:b/>
        </w:rPr>
        <w:t xml:space="preserve">[00:42] </w:t>
      </w:r>
      <w:r>
        <w:t>asal yeh hai ke kainat mein jo cheezen hain, un sab ki takhleeq is tarah ki gayi hai ke har cheez insan ke liye amalan ek sabq ban gayi hai.</w:t>
      </w:r>
    </w:p>
    <w:p>
      <w:pPr>
        <w:jc w:val="right"/>
      </w:pPr>
      <w:r>
        <w:t>اصل یہ ہے کہ کائنات میں جو چیزیں ہیں، ان سب کی تخلیق اس طرح کی گئی ہے کہ ہر چیز انسان کے لیے عملاً ایک سبق بن گئی ہے۔</w:t>
      </w:r>
    </w:p>
    <w:p>
      <w:r>
        <w:rPr>
          <w:b/>
        </w:rPr>
        <w:t xml:space="preserve">[00:55] </w:t>
      </w:r>
      <w:r>
        <w:t>tamam cheezen rohani haqiqaton, yani spiritual realities, ki madi tamseelat, yani material illustrations hain.</w:t>
      </w:r>
    </w:p>
    <w:p>
      <w:pPr>
        <w:jc w:val="right"/>
      </w:pPr>
      <w:r>
        <w:t>تمام چیزیں روحانی حقیقتوں، یعنی سپرچول ریلیٹیز، کی مادی تمثیلات، یعنی مٹیریل ایلسٹریشنز ہیں۔</w:t>
      </w:r>
    </w:p>
    <w:p>
      <w:r>
        <w:rPr>
          <w:b/>
        </w:rPr>
        <w:t xml:space="preserve">[01:04] </w:t>
      </w:r>
      <w:r>
        <w:t>insan ko chahiye ke woh un se naseehat le aur apne aap ko Khuda ke raste par qaim rakhay. Misalan wasee khala mein sitaron ki gardish is baat ki tamseel hai ke ejtemai zindagi mein logon ko apni sargarmiyan is tarah jari karna chahiye jis mein ek doosre ke sath takrao pesh na aaye.</w:t>
      </w:r>
    </w:p>
    <w:p>
      <w:pPr>
        <w:jc w:val="right"/>
      </w:pPr>
      <w:r>
        <w:t>انسان کو چاہیے کہ وہ ان سے نصیحت لے اور اپنے آپ کو خدا کے راستے پر قائم رکھے۔ مثلاً وسیع خلا میں ستاروں کی گردش اس بات کی تمثیل ہے کہ اجتماعی زندگی میں لوگوں کو اپنی سرگرمیاں اس طرح جاری کرنا چاہیے جس میں ایک دوسرے کے ساتھ ٹکراؤ پیش نہ آئے۔</w:t>
      </w:r>
    </w:p>
    <w:p>
      <w:r>
        <w:rPr>
          <w:b/>
        </w:rPr>
        <w:t xml:space="preserve">[01:28] </w:t>
      </w:r>
      <w:r>
        <w:t>gulab ka drakht batata hai ke agar tum kaanton ke paros mein ho tab bhi tum phool ban kar rehna seekho. Hara bhara drakht batata hai ke tum apne aap ko jamood, yani stagnation, se bachao, balkay hamesha apne aap ko taraqqi dete raho.</w:t>
      </w:r>
    </w:p>
    <w:p>
      <w:pPr>
        <w:jc w:val="right"/>
      </w:pPr>
      <w:r>
        <w:t>گلاب کا درخت بتاتا ہے کہ اگر تم کانٹوں کے پڑوس میں ہو تب بھی تم پھول بن کر رہنا سیکھو۔ ہرا بھرا درخت بتاتا ہے کہ تم اپنے آپ کو جمود، یعنی سٹیگنیشن، سے بچاؤ، بلکہ ہمیشہ اپنے آپ کو ترقی دیتے رہو۔</w:t>
      </w:r>
    </w:p>
    <w:p>
      <w:r>
        <w:rPr>
          <w:b/>
        </w:rPr>
        <w:t xml:space="preserve">[01:47] </w:t>
      </w:r>
      <w:r>
        <w:t>shehad ki makhi is mamlay mein ek anokhi misal hai. Shehad ki makhi paharon aur jangalon mein urti hai. Wahan mukhtalif qism ki cheezen hain, lekin shehad ki makhi sirf phool par ja kar baith jati hai aur phir khamoshi ke sath phool se uska nectar nikalti hai aur ur jati hai.</w:t>
      </w:r>
    </w:p>
    <w:p>
      <w:pPr>
        <w:jc w:val="right"/>
      </w:pPr>
      <w:r>
        <w:t>شہد کی مکھی اس معاملے میں ایک انوکھی مثال ہے۔ شہد کی مکھی پہاڑوں اور جنگلوں میں اڑتی ہے۔ وہاں مختلف قسم کی چیزیں ہیں، لیکن شہد کی مکھی صرف پھول پر جا کر بیٹھ جاتی ہے اور پھر خاموشی کے ساتھ پھول سے اس کا نیکٹر نکالتی ہے اور اڑ جاتی ہے۔</w:t>
      </w:r>
    </w:p>
    <w:p>
      <w:r>
        <w:rPr>
          <w:b/>
        </w:rPr>
        <w:t xml:space="preserve">[02:06] </w:t>
      </w:r>
      <w:r>
        <w:t>is tarah ki ek misal doodh denay walay janwaron hain. Doodh denay walay janwaron ko insan ghas aur drakht ki patiyan khilata hai, lekin doodh denay walay janwar insan ko is ke badlay mein jo cheez lotate hain woh doodh hai.</w:t>
      </w:r>
    </w:p>
    <w:p>
      <w:pPr>
        <w:jc w:val="right"/>
      </w:pPr>
      <w:r>
        <w:t>اس طرح کی ایک مثال دودھ دینے والے جانور ہیں۔ دودھ دینے والے جانوروں کو انسان گھاس اور درخت کی پتیاں کھلاتا ہے، لیکن دودھ دینے والے جانور انسان کو اس کے بدلے میں جو چیز لوٹاتے ہیں وہ دودھ ہے۔</w:t>
      </w:r>
    </w:p>
    <w:p>
      <w:r>
        <w:rPr>
          <w:b/>
        </w:rPr>
        <w:t xml:space="preserve">[02:22] </w:t>
      </w:r>
      <w:r>
        <w:t>is tarah doodh denay walay janwar yeh sabq de rahe hain ke doosra shakhs tum ko khwah ghas day magar tum us ko us ke jawab mein doodh ka tohfa lotao.</w:t>
      </w:r>
    </w:p>
    <w:p>
      <w:pPr>
        <w:jc w:val="right"/>
      </w:pPr>
      <w:r>
        <w:t>اس طرح دودھ دینے والے جانور یہ سبق دے رہے ہیں کہ دوسرا شخص تم کو خواہ گھاس دے مگر تم اس کو اس کے جواب میں دودھ کا تحفہ لوٹاؤ۔</w:t>
      </w:r>
    </w:p>
    <w:p>
      <w:r>
        <w:rPr>
          <w:b/>
        </w:rPr>
        <w:t xml:space="preserve">[02:39] </w:t>
      </w:r>
      <w:r>
        <w:t>iman bil ghaib. Quran mein hidayat yafta logon ki yeh sifat bayan ki gayi hai ke woh ghaib par iman rakhnay walay hotay hain.</w:t>
      </w:r>
    </w:p>
    <w:p>
      <w:pPr>
        <w:jc w:val="right"/>
      </w:pPr>
      <w:r>
        <w:t>ایمان بالغیب۔ قرآن میں ہدایت یافتہ لوگوں کی یہ صفت بیان کی گئی ہے کہ وہ غیب پر ایمان رکھنے والے ہوتے ہیں۔</w:t>
      </w:r>
    </w:p>
    <w:p>
      <w:r>
        <w:rPr>
          <w:b/>
        </w:rPr>
        <w:t xml:space="preserve">[02:50] </w:t>
      </w:r>
      <w:r>
        <w:t>Al Baqarah. Is ke mutabiq hidayat yafta logon ki pehchan yeh hai ke woh ghaib par iman rakhnay walay ban jayen.</w:t>
      </w:r>
    </w:p>
    <w:p>
      <w:pPr>
        <w:jc w:val="right"/>
      </w:pPr>
      <w:r>
        <w:t>البقرہ۔ اس کے مطابق ہدایت یافتہ لوگوں کی پہچان یہ ہے کہ وہ غیب پر ایمان رکھنے والے بن جائیں۔</w:t>
      </w:r>
    </w:p>
    <w:p>
      <w:r>
        <w:rPr>
          <w:b/>
        </w:rPr>
        <w:t xml:space="preserve">[02:59] </w:t>
      </w:r>
      <w:r>
        <w:t>yahan iman se murad lafzi iqrar nahi hai, balkay is ka matlab yeh hai ke aadmi ko ghaib ke oopar poora yaqeen hasil ho jaye.</w:t>
      </w:r>
    </w:p>
    <w:p>
      <w:pPr>
        <w:jc w:val="right"/>
      </w:pPr>
      <w:r>
        <w:t>یہاں ایمان سے مراد لفظی اقرار نہیں ہے، بلکہ اس کا مطلب یہ ہے کہ آدمی کو غیب کے اوپر پورا یقین حاصل ہو جائے۔</w:t>
      </w:r>
    </w:p>
    <w:p>
      <w:r>
        <w:rPr>
          <w:b/>
        </w:rPr>
        <w:t xml:space="preserve">[03:09] </w:t>
      </w:r>
      <w:r>
        <w:t>yeh yaqeen kisi aadmi ko kis tarah hasil hota hai? Woh us waqt hasil hota hai jab ke aadmi is mamlay mein mutala aur tadabbur ka tareeqa ikhtiyar kare.</w:t>
      </w:r>
    </w:p>
    <w:p>
      <w:pPr>
        <w:jc w:val="right"/>
      </w:pPr>
      <w:r>
        <w:t>یہ یقین کسی آدمی کو کس طرح حاصل ہوتا ہے؟ وہ اس وقت حاصل ہوتا ہے جب کہ آدمی اس معاملے میں مطالعہ اور تدبر کا طریقہ اختیار کرے۔</w:t>
      </w:r>
    </w:p>
    <w:p>
      <w:r>
        <w:rPr>
          <w:b/>
        </w:rPr>
        <w:t xml:space="preserve">[03:24] </w:t>
      </w:r>
      <w:r>
        <w:t>is mozu par is ka sanjeeda ghore o fikr itna barha hua ho ke woh is ke nazdeek yaqeeni ilm ka darja hasil kar lay.</w:t>
      </w:r>
    </w:p>
    <w:p>
      <w:pPr>
        <w:jc w:val="right"/>
      </w:pPr>
      <w:r>
        <w:t>اس موضوع پر اس کا سنجیدہ غور و فکر اتنا بڑھا ہوا ہو کہ وہ اس کے نزدیک یقینی علم کا درجہ حاصل کر لے۔</w:t>
      </w:r>
    </w:p>
    <w:p>
      <w:r>
        <w:rPr>
          <w:b/>
        </w:rPr>
        <w:t xml:space="preserve">[03:34] </w:t>
      </w:r>
      <w:r>
        <w:t>goya ke iman bil ghaib ek amal, yani process, ke nateejay mein hasil hota hai. Aadmi pehle ghaibi haqeeqat ko daryaft karta hai, phir yeh daryaft taraqqi kar ke us ke liye yaqeen ka darja hasil kar leti hai.</w:t>
      </w:r>
    </w:p>
    <w:p>
      <w:pPr>
        <w:jc w:val="right"/>
      </w:pPr>
      <w:r>
        <w:t>گویا کہ ایمان بالغیب ایک عمل، یعنی پروسیس، کے نتیجے میں حاصل ہوتا ہے۔ آدمی پہلے غیبی حقیقت کو دریافت کرتا ہے، پھر یہ دریافت ترقی کر کے اس کے لیے یقین کا درجہ حاصل کر لیتی ہے۔</w:t>
      </w:r>
    </w:p>
    <w:p>
      <w:r>
        <w:rPr>
          <w:b/>
        </w:rPr>
        <w:t xml:space="preserve">[03:52] </w:t>
      </w:r>
      <w:r>
        <w:t>is ke baad aadmi ko woh aala marifat hasil hoti hai jis ko iman bil ghaib kaha gaya hai. Iman kisi qism ke talaffuz kalma ka naam nahi hai, balkay woh gehre tadabbur ke zariye hasil honay wali marifat ka naam hai.</w:t>
      </w:r>
    </w:p>
    <w:p>
      <w:pPr>
        <w:jc w:val="right"/>
      </w:pPr>
      <w:r>
        <w:t>اس کے بعد آدمی کو وہ اعلیٰ معرفت حاصل ہوتی ہے جس کو ایمان بالغیب کہا گیا ہے۔ ایمان کسی قسم کے تلفظ کلمہ کا نام نہیں ہے، بلکہ وہ گہرے تدبر کے ذریعے حاصل ہونے والی معرفت کا نام ہے۔</w:t>
      </w:r>
    </w:p>
    <w:p>
      <w:r>
        <w:rPr>
          <w:b/>
        </w:rPr>
        <w:t xml:space="preserve">[04:10] </w:t>
      </w:r>
      <w:r>
        <w:t>jab koi aadmi is marifat ke darjay tak pohanchta hai to ghaib us ke liye shuhood ban jata hai.</w:t>
      </w:r>
    </w:p>
    <w:p>
      <w:pPr>
        <w:jc w:val="right"/>
      </w:pPr>
      <w:r>
        <w:t>جب کوئی آدمی اس معرفت کے درجے تک پہنچتا ہے تو غیب اس کے لیے شہود بن جاتا ہے۔</w:t>
      </w:r>
    </w:p>
    <w:p>
      <w:r>
        <w:rPr>
          <w:b/>
        </w:rPr>
        <w:t xml:space="preserve">[04:18] </w:t>
      </w:r>
      <w:r>
        <w:t>woh takhleeq mein khaliq ko daryaft kar leta hai. Jab kisi aadmi ko yeh marifat hasil hoti hai to us ke sath hi woh jaan leta hai ke takhleeq ka maqsad kya hai,</w:t>
      </w:r>
    </w:p>
    <w:p>
      <w:pPr>
        <w:jc w:val="right"/>
      </w:pPr>
      <w:r>
        <w:t>وہ تخلیق میں خالق کو دریافت کر لیتا ہے۔ جب کسی آدمی کو یہ معرفت حاصل ہوتی ہے تو اس کے ساتھ ہی وہ جان لیتا ہے کہ تخلیق کا مقصد کیا ہے،</w:t>
      </w:r>
    </w:p>
    <w:p>
      <w:r>
        <w:rPr>
          <w:b/>
        </w:rPr>
        <w:t xml:space="preserve">[04:32] </w:t>
      </w:r>
      <w:r>
        <w:t>aur us maqsad takhleeq ke mutabiq us ko dunya mein kis tarah ki zindagi guzarna hai. Is ki zimmedariyan kya hain aur us ke huqooq kya?</w:t>
      </w:r>
    </w:p>
    <w:p>
      <w:pPr>
        <w:jc w:val="right"/>
      </w:pPr>
      <w:r>
        <w:t>اور اس مقصد تخلیق کے مطابق اس کو دنیا میں کس طرح کی زندگی گزارنا ہے۔ اس کی ذمہ داریاں کیا ہیں اور اس کے حقوق کیا؟</w:t>
      </w:r>
    </w:p>
    <w:p>
      <w:r>
        <w:rPr>
          <w:b/>
        </w:rPr>
        <w:t xml:space="preserve">[04:42] </w:t>
      </w:r>
      <w:r>
        <w:t>woh zindagi ki maanoiyat ko bhi jaan leta hai aur maut ki maanoiyat ko bhi. Us ko dunya aur akhirat dono ki haqeeqat ka gehra ilm hasil ho jata hai.</w:t>
      </w:r>
    </w:p>
    <w:p>
      <w:pPr>
        <w:jc w:val="right"/>
      </w:pPr>
      <w:r>
        <w:t>وہ زندگی کی معنویت کو بھی جان لیتا ہے اور موت کی معنویت کو بھی۔ اس کو دنیا اور آخرت دونوں کی حقیقت کا گہرا علم حاصل ہو جاتا ہے۔</w:t>
      </w:r>
    </w:p>
    <w:p>
      <w:r>
        <w:rPr>
          <w:b/>
        </w:rPr>
        <w:t xml:space="preserve">[04:54] </w:t>
      </w:r>
      <w:r>
        <w:t>is marifat, yani realization, ke nateejay mein jo insan banta hai, usi insan ka naam momin hai.</w:t>
      </w:r>
    </w:p>
    <w:p>
      <w:pPr>
        <w:jc w:val="right"/>
      </w:pPr>
      <w:r>
        <w:t>اس معرفت، یعنی ریلائزیشن، کے نتیجے میں جو انسان بنتا ہے، اسی انسان کا نام مومن ہے۔</w:t>
      </w:r>
    </w:p>
    <w:p>
      <w:r>
        <w:rPr>
          <w:b/>
        </w:rPr>
        <w:t xml:space="preserve">[05:03] </w:t>
      </w:r>
      <w:r>
        <w:t>momin ek takhleeqi insan, yani creative person, hota hai. Us se kam kisi cheez ko momin ya iman samajhna, momin aur iman dono ka kam tar andaza hai.</w:t>
      </w:r>
    </w:p>
    <w:p>
      <w:pPr>
        <w:jc w:val="right"/>
      </w:pPr>
      <w:r>
        <w:t>مومن ایک تخلیقی انسان، یعنی کریٹیو پرسن، ہوتا ہے۔ اس سے کم کسی چیز کو مومن یا ایمان سمجھنا، مومن اور ایمان دونوں کا کم تر اندازہ ہے۔</w:t>
      </w:r>
    </w:p>
    <w:p>
      <w:r>
        <w:rPr>
          <w:b/>
        </w:rPr>
        <w:t xml:space="preserve">[05:21] </w:t>
      </w:r>
      <w:r>
        <w:t>insan ka almiya. Insan se yeh matloob hai ke woh jannat ka talib banay. Woh aakhri had tak jannat ka khwahishmand ban jaye, lekin amalan aisa nahi hota.</w:t>
      </w:r>
    </w:p>
    <w:p>
      <w:pPr>
        <w:jc w:val="right"/>
      </w:pPr>
      <w:r>
        <w:t>انسان کا المیہ۔ انسان سے یہ مطلوب ہے کہ وہ جنت کا طالب بنے۔ وہ آخری حد تک جنت کا خواہش مند بن جائے، لیکن عملاً ایسا نہیں ہوتا۔</w:t>
      </w:r>
    </w:p>
    <w:p>
      <w:r>
        <w:rPr>
          <w:b/>
        </w:rPr>
        <w:t xml:space="preserve">[05:37] </w:t>
      </w:r>
      <w:r>
        <w:t>chunanche hadith mein aaya hai ke Rasool Allah Sal Allah o Alaihe Wasallam ne farmaya: "Ma ra'ayt mithl al-jannah nam taliboha Al Mu'jam al Awsat lil Tabarani".</w:t>
      </w:r>
    </w:p>
    <w:p>
      <w:pPr>
        <w:jc w:val="right"/>
      </w:pPr>
      <w:r>
        <w:t>چنانچہ حدیث میں آیا ہے کہ رسول اللہ صلی اللہ علیہ وسلم نے فرمایا: "ما رأيت مثل الجنة ناما طالبوها المعجم الاوسط للطبرانی"۔</w:t>
      </w:r>
    </w:p>
    <w:p>
      <w:r>
        <w:rPr>
          <w:b/>
        </w:rPr>
        <w:t xml:space="preserve">[05:50] </w:t>
      </w:r>
      <w:r>
        <w:t>yani main ne jannat ki manind aisi koi cheez nahi dekhi ke is ka talibgar sota rahe. Insan ka habitat jannat hai.</w:t>
      </w:r>
    </w:p>
    <w:p>
      <w:pPr>
        <w:jc w:val="right"/>
      </w:pPr>
      <w:r>
        <w:t>یعنی میں نے جنت کی مانند ایسی کوئی چیز نہیں دیکھی کہ اس کا طلبگار سوتا رہے۔ انسان کا ہیبیٹیٹ جنت ہے۔</w:t>
      </w:r>
    </w:p>
    <w:p>
      <w:r>
        <w:rPr>
          <w:b/>
        </w:rPr>
        <w:t xml:space="preserve">[06:01] </w:t>
      </w:r>
      <w:r>
        <w:t>insaan ko haqeeqi khushi sirf jannat mein mil sakti hai, magar jannat maujooda aankhon se insaan ko dikhai nahi deti.</w:t>
      </w:r>
    </w:p>
    <w:p>
      <w:pPr>
        <w:jc w:val="right"/>
      </w:pPr>
      <w:r>
        <w:t>انسان کو حقیقی خوشی صرف جنت میں مل سکتی ہے، مگر جنت موجودہ آنکھوں سے انسان کو دکھائی نہیں دیتی۔</w:t>
      </w:r>
    </w:p>
    <w:p>
      <w:r>
        <w:rPr>
          <w:b/>
        </w:rPr>
        <w:t xml:space="preserve">[06:10] </w:t>
      </w:r>
      <w:r>
        <w:t>is liye insaan jannat ka talib banne ki bajaye dunya ka talib ban jata hai. Bachpan ka dour insaan ke liye bekhabri ka dour hai.</w:t>
      </w:r>
    </w:p>
    <w:p>
      <w:pPr>
        <w:jc w:val="right"/>
      </w:pPr>
      <w:r>
        <w:t>اس لیے انسان جنت کا طالب بننے کی بجائے دنیا کا طالب بن جاتا ہے۔ بچپن کا دور انسان کے لیے بے خبری کا دور ہے۔</w:t>
      </w:r>
    </w:p>
    <w:p>
      <w:r>
        <w:rPr>
          <w:b/>
        </w:rPr>
        <w:t xml:space="preserve">[06:21] </w:t>
      </w:r>
      <w:r>
        <w:t>joani ki umar mein woh ghayb ki jannat ke bajaye shuhood ki jannat ko apna maqsood bana leta hai. Barhapaay ki umar mein yeh hona chahiye ke insaan apni umar bhar ki ghltiyon ki talafi kare aur haqeeqi maanon mein jannat ka talib ban jaye, magar yahan bhi woh is se mehroom rehta hai.</w:t>
      </w:r>
    </w:p>
    <w:p>
      <w:pPr>
        <w:jc w:val="right"/>
      </w:pPr>
      <w:r>
        <w:t>جوانی کی عمر میں وہ غیب کی جنت کے بجائے شہود کی جنت کو اپنا مقصود بنا لیتا ہے۔ بڑھاپے کی عمر میں یہ ہونا چاہیے کہ انسان اپنی عمر بھر کی غلطیوں کی تلافی کرے اور حقیقی معنوں میں جنت کا طالب بن جائے، مگر یہاں بھی وہ اس سے محروم رہتا ہے۔</w:t>
      </w:r>
    </w:p>
    <w:p>
      <w:r>
        <w:rPr>
          <w:b/>
        </w:rPr>
        <w:t xml:space="preserve">[06:43] </w:t>
      </w:r>
      <w:r>
        <w:t>barhapaay ki umar aik aisi umar hai jab ke insaan ke andar se amang ka khatma ho jata hai. Is ke andar pehle ki tarah josh o jazba baqi nahi rehta.</w:t>
      </w:r>
    </w:p>
    <w:p>
      <w:pPr>
        <w:jc w:val="right"/>
      </w:pPr>
      <w:r>
        <w:t>بڑھاپے کی عمر ایک ایسی عمر ہے جب کہ انسان کے اندر سے امنگ کا خاتمہ ہو جاتا ہے۔ اس کے اندر پہلے کی طرح جوش و جذبہ باقی نہیں رہتا۔</w:t>
      </w:r>
    </w:p>
    <w:p>
      <w:r>
        <w:rPr>
          <w:b/>
        </w:rPr>
        <w:t xml:space="preserve">[06:56] </w:t>
      </w:r>
      <w:r>
        <w:t>woh aik aisa insaan ban jata hai jo insaan ho, lekin woh josh o khroosh ki sifat se khali ho. Insaan ki yeh halat dobara barhapaay ki umar mein bhi us ko jannat ka talib banne se mehroom kar deti hai.</w:t>
      </w:r>
    </w:p>
    <w:p>
      <w:pPr>
        <w:jc w:val="right"/>
      </w:pPr>
      <w:r>
        <w:t>وہ ایک ایسا انسان بن جاتا ہے جو انسان ہو، لیکن وہ جوش و خروش کی صفت سے خالی ہو۔ انسان کی یہ حالت دوبارہ بڑھاپے کی عمر میں بھی اس کو جنت کا طالب بننے سے محروم کر دیتی ہے۔</w:t>
      </w:r>
    </w:p>
    <w:p>
      <w:r>
        <w:rPr>
          <w:b/>
        </w:rPr>
        <w:t xml:space="preserve">[07:13] </w:t>
      </w:r>
      <w:r>
        <w:t>is ki sari tawajjuh is mein lag jati hai ke woh apne aap ko sambhale, apni baqiya umar ko kisi na kisi tarah guzar de.</w:t>
      </w:r>
    </w:p>
    <w:p>
      <w:pPr>
        <w:jc w:val="right"/>
      </w:pPr>
      <w:r>
        <w:t>اس کی ساری توجہ اس میں لگ جاتی ہے کہ وہ اپنے آپ کو سنبھالے، اپنی بقیہ عمر کو کسی نہ کسی طرح گزار دے۔</w:t>
      </w:r>
    </w:p>
    <w:p>
      <w:r>
        <w:rPr>
          <w:b/>
        </w:rPr>
        <w:t xml:space="preserve">[07:23] </w:t>
      </w:r>
      <w:r>
        <w:t>yahi taqreeban har insaan ki kahani hai. Har insaan apni fitrat ke aitbaar se is tarah paida kiya gaya hai ke woh jannat ka talib bane.</w:t>
      </w:r>
    </w:p>
    <w:p>
      <w:pPr>
        <w:jc w:val="right"/>
      </w:pPr>
      <w:r>
        <w:t>یہی تقریباً ہر انسان کی کہانی ہے۔ ہر انسان اپنی فطرت کے اعتبار سے اس طرح پیدا کیا گیا ہے کہ وہ جنت کا طالب بنے۔</w:t>
      </w:r>
    </w:p>
    <w:p>
      <w:r>
        <w:rPr>
          <w:b/>
        </w:rPr>
        <w:t xml:space="preserve">[07:35] </w:t>
      </w:r>
      <w:r>
        <w:t>woh jannat ko apna manzil maqsood banaye, lekin mukhtalif asbaab se woh apni poori umar ghaflat mein guzar deta hai.</w:t>
      </w:r>
    </w:p>
    <w:p>
      <w:pPr>
        <w:jc w:val="right"/>
      </w:pPr>
      <w:r>
        <w:t>وہ جنت کو اپنا منزل مقصود بنائے، لیکن مختلف اسباب سے وہ اپنی پوری عمر غفلت میں گزار دیتا ہے۔</w:t>
      </w:r>
    </w:p>
    <w:p>
      <w:r>
        <w:rPr>
          <w:b/>
        </w:rPr>
        <w:t xml:space="preserve">[07:45] </w:t>
      </w:r>
      <w:r>
        <w:t>woh apni umar ke pehle hissay mein bhi jannat se ghafil rehta hai aur apni umar ke aakhri hissay mein bhi.</w:t>
      </w:r>
    </w:p>
    <w:p>
      <w:pPr>
        <w:jc w:val="right"/>
      </w:pPr>
      <w:r>
        <w:t>وہ اپنی عمر کے پہلے حصے میں بھی جنت سے غافل رہتا ہے اور اپنی عمر کے آخری حصے میں بھی۔</w:t>
      </w:r>
    </w:p>
    <w:p>
      <w:r>
        <w:rPr>
          <w:b/>
        </w:rPr>
        <w:t xml:space="preserve">[07:55] </w:t>
      </w:r>
      <w:r>
        <w:t>jannat kya hai? Jannat har insaan ke liye aik maloom cheez hai. Har insaan apni paidaish ke aitbaar se mayar pasand, yaani perfectionist hota hai.</w:t>
      </w:r>
    </w:p>
    <w:p>
      <w:pPr>
        <w:jc w:val="right"/>
      </w:pPr>
      <w:r>
        <w:t>جنت کیا ہے؟ جنت ہر انسان کے لیے ایک معلوم چیز ہے۔ ہر انسان اپنی پیدائش کے اعتبار سے معیار پسند، یعنی پرفیکشنسٹ ہوتا ہے۔</w:t>
      </w:r>
    </w:p>
    <w:p>
      <w:r>
        <w:rPr>
          <w:b/>
        </w:rPr>
        <w:t xml:space="preserve">[08:10] </w:t>
      </w:r>
      <w:r>
        <w:t>apne is paidaishi mizaj ki bina par har aadmi apni pasand ki dunya, yaani desired world, ki talash mein rehta hai, lekin har insaan aakhir kar is daryaft tak pohanchta hai ke us ki pasand ki dunya yahan maujood nahi.</w:t>
      </w:r>
    </w:p>
    <w:p>
      <w:pPr>
        <w:jc w:val="right"/>
      </w:pPr>
      <w:r>
        <w:t>اپنے اس پیدائشی مزاج کی بنا پر ہر آدمی اپنی پسند کی دنیا، یعنی ڈیزائرڈ ورلڈ، کی تلاش میں رہتا ہے، لیکن ہر انسان آخر کار اس دریافت تک پہنچتا ہے کہ اس کی پسند کی دنیا یہاں موجود نہیں۔</w:t>
      </w:r>
    </w:p>
    <w:p>
      <w:r>
        <w:rPr>
          <w:b/>
        </w:rPr>
        <w:t xml:space="preserve">[08:28] </w:t>
      </w:r>
      <w:r>
        <w:t>insaan ki fitrat aur kharji dunya ke darmiyan yeh adam mutabiqat, yaani disparity, aik suraakh, flaw hai.</w:t>
      </w:r>
    </w:p>
    <w:p>
      <w:pPr>
        <w:jc w:val="right"/>
      </w:pPr>
      <w:r>
        <w:t>انسان کی فطرت اور خارجی دنیا کے درمیان یہ عدم مطابقت، یعنی ڈسپیریٹی، ایک سوراخ، کلو ہے۔</w:t>
      </w:r>
    </w:p>
    <w:p>
      <w:r>
        <w:rPr>
          <w:b/>
        </w:rPr>
        <w:t xml:space="preserve">[08:37] </w:t>
      </w:r>
      <w:r>
        <w:t>aadmi agar is suraakh par ghore kare to woh yaqeenan is dunya mein aik daryaft tak pohanchay ga. Woh yeh hai ke khaliq ki takhleeq jab poori kainat mein mukammal hai to insaan ki zindagi mein yeh khalal, yaani flaw, kyun hai?</w:t>
      </w:r>
    </w:p>
    <w:p>
      <w:pPr>
        <w:jc w:val="right"/>
      </w:pPr>
      <w:r>
        <w:t>آدمی اگر اس سوراخ پر غور کرے تو وہ یقیناً اس دنیا میں ایک دریافت تک پہنچے گا۔ وہ یہ ہے کہ خالق کی تخلیق جب پوری کائنات میں مکمل ہے تو انسان کی زندگی میں یہ خلل، یعنی فلاک، کیوں ہے؟</w:t>
      </w:r>
    </w:p>
    <w:p>
      <w:r>
        <w:rPr>
          <w:b/>
        </w:rPr>
        <w:t xml:space="preserve">[08:55] </w:t>
      </w:r>
      <w:r>
        <w:t>yahi daryaft jannat mein dakhlay ka aaghaz hai. Maujooda dunya mein insaan daryaft ke darjay mein jannat mein dakhal hota hai aur aakhirat mein woh waqea ke darjay mein jannat mein dakhil kiya jaye ga.</w:t>
      </w:r>
    </w:p>
    <w:p>
      <w:pPr>
        <w:jc w:val="right"/>
      </w:pPr>
      <w:r>
        <w:t>یہی دریافت جنت میں داخلے کا آغاز ہے۔ موجودہ دنیا میں انسان دریافت کے درجے میں جنت میں داخل ہوتا ہے اور آخرت میں وہ واقعہ کے درجے میں جنت میں داخل کیا جائے گا۔</w:t>
      </w:r>
    </w:p>
    <w:p>
      <w:r>
        <w:rPr>
          <w:b/>
        </w:rPr>
        <w:t xml:space="preserve">[09:12] </w:t>
      </w:r>
      <w:r>
        <w:t>jannat is insaan ke liye hai jo shoor ke aitbaar se itna zyada taraqqi yafta ho ke woh isi dunya mein jannat ki marifat hasil kar le.</w:t>
      </w:r>
    </w:p>
    <w:p>
      <w:pPr>
        <w:jc w:val="right"/>
      </w:pPr>
      <w:r>
        <w:t>جنت اس انسان کے لیے ہے جو شعور کے اعتبار سے اتنا زیادہ ترقی یافتہ ہو کہ وہ اسی دنیا میں جنت کی معرفت حاصل کر لے۔</w:t>
      </w:r>
    </w:p>
    <w:p>
      <w:r>
        <w:rPr>
          <w:b/>
        </w:rPr>
        <w:t xml:space="preserve">[09:25] </w:t>
      </w:r>
      <w:r>
        <w:t>is haqeeqat ko quran mein in alfaaz mein bayan kiya gaya hai: "wa yudkhiluhumul jannata 'arrafaha lahum".</w:t>
      </w:r>
    </w:p>
    <w:p>
      <w:pPr>
        <w:jc w:val="right"/>
      </w:pPr>
      <w:r>
        <w:t>اس حقیقت کو قرآن میں ان الفاظ میں بیان کیا گیا ہے: "وَيُدْخِلُهُمُ الْجَنَّةَ عَرَّفَهَا لَهُمْ"۔</w:t>
      </w:r>
    </w:p>
    <w:p>
      <w:r>
        <w:rPr>
          <w:b/>
        </w:rPr>
        <w:t xml:space="preserve">[09:34] </w:t>
      </w:r>
      <w:r>
        <w:t>jannat marifat ki qeemat hai aur marifat sirf is insaan ko hasil hoti hai jo jannat ka itna zyada hareess ho ke woh is ka mutalashi, yaani searcher, ban jaye,</w:t>
      </w:r>
    </w:p>
    <w:p>
      <w:pPr>
        <w:jc w:val="right"/>
      </w:pPr>
      <w:r>
        <w:t>جنت معرفت کی قیمت ہے اور معرفت صرف اس انسان کو حاصل ہوتی ہے جو جنت کا اتنا زیادہ حریص ہو کہ وہ اس کا متلاشی، یعنی سیکھر، بن جائے،</w:t>
      </w:r>
    </w:p>
    <w:p>
      <w:r>
        <w:rPr>
          <w:b/>
        </w:rPr>
        <w:t xml:space="preserve">[09:48] </w:t>
      </w:r>
      <w:r>
        <w:t>yahan tak ke woh isi dunya mein marifat ke darjay mein jannat ko pa le. Jannat kamil maanon mein aik misbat dunya, yaani positive world hai.</w:t>
      </w:r>
    </w:p>
    <w:p>
      <w:pPr>
        <w:jc w:val="right"/>
      </w:pPr>
      <w:r>
        <w:t>یہاں تک کہ وہ اسی دنیا میں معرفت کے درجے میں جنت کو پا لے۔ جنت کامل معنوں میں ایک مثبت دنیا، یعنی پوزیٹیو ورلڈ ہے۔</w:t>
      </w:r>
    </w:p>
    <w:p>
      <w:r>
        <w:rPr>
          <w:b/>
        </w:rPr>
        <w:t xml:space="preserve">[10:00] </w:t>
      </w:r>
      <w:r>
        <w:t>jannat ki marifat ki pehchan yeh hai ke aadmi kamil maanon mein misbat soch, yaani positive thinking, ka hamil ban jaye.</w:t>
      </w:r>
    </w:p>
    <w:p>
      <w:pPr>
        <w:jc w:val="right"/>
      </w:pPr>
      <w:r>
        <w:t>جنت کی معرفت کی پہچان یہ ہے کہ آدمی مکمل معنوں میں مثبت سوچ، یعنی پوزیٹیو تھنکنگ، کا حامل بن جائے۔</w:t>
      </w:r>
    </w:p>
    <w:p>
      <w:r>
        <w:rPr>
          <w:b/>
        </w:rPr>
        <w:t xml:space="preserve">[10:09] </w:t>
      </w:r>
      <w:r>
        <w:t>dosray insaanon ke liye kisi bhi darjay mein is ke andar nafrat ka jazba baqi na rahe. Woh jitna zyada hareess apne khair ke liye hai, utna hi zyada hareess woh doosron ke khair ke liye bhi ban jaye.</w:t>
      </w:r>
    </w:p>
    <w:p>
      <w:pPr>
        <w:jc w:val="right"/>
      </w:pPr>
      <w:r>
        <w:t>دوسرے انسانوں کے لیے کسی بھی درجے میں اس کے اندر نفرت کا جذبہ باقی نہ رہے۔ وہ جتنا زیادہ حریص اپنے خیر کے لیے ہے، اتنا ہی زیادہ حریص وہ دوسروں کے خیر کے لیے بھی بن جائے۔</w:t>
      </w:r>
    </w:p>
    <w:p>
      <w:r>
        <w:rPr>
          <w:b/>
        </w:rPr>
        <w:t xml:space="preserve">[10:25] </w:t>
      </w:r>
      <w:r>
        <w:t>manfi soch, yaani negative thinking, jahannami culture ki pehchan hai aur misbat soch jannati culture ki pehchan.</w:t>
      </w:r>
    </w:p>
    <w:p>
      <w:pPr>
        <w:jc w:val="right"/>
      </w:pPr>
      <w:r>
        <w:t>منفی سوچ، یعنی نیگیٹیو تھنکنگ، جہنمی کلچر کی پہچان ہے اور مثبت سوچ جنتی کلچر کی پہچان۔</w:t>
      </w:r>
    </w:p>
    <w:p>
      <w:r>
        <w:rPr>
          <w:b/>
        </w:rPr>
        <w:t xml:space="preserve">[10:35] </w:t>
      </w:r>
      <w:r>
        <w:t>hifazat deen. Quran ki aik ayat ke alfaaz yeh hain: "inna nahnu nazzalnaz zikra wa inna lahu lahafizoon".</w:t>
      </w:r>
    </w:p>
    <w:p>
      <w:pPr>
        <w:jc w:val="right"/>
      </w:pPr>
      <w:r>
        <w:t>حفاظت دین۔ قرآن کی ایک آیت کے الفاظ یہ ہیں: "إِنَّا نَحْنُ نَزَّلْنَا الذِّكْرَى وَإِنَّا لَهُ لَحَافِظُونَ"۔</w:t>
      </w:r>
    </w:p>
    <w:p>
      <w:r>
        <w:rPr>
          <w:b/>
        </w:rPr>
        <w:t xml:space="preserve">[10:47] </w:t>
      </w:r>
      <w:r>
        <w:t>yaani hum ne is yaad dehani ko utara hai aur hum hi is ki hifazat karne walay hain. Is ayat mein aam taur par mufassireen ne zikr se quran ko murad liya hai, lekin toseefi maanon mein is se murad poora deen hai.</w:t>
      </w:r>
    </w:p>
    <w:p>
      <w:pPr>
        <w:jc w:val="right"/>
      </w:pPr>
      <w:r>
        <w:t>یعنی ہم نے اس یاد دہانی کو اتارا ہے اور ہم ہی اس کی حفاظت کرنے والے ہیں۔ اس آیت میں عام طور پر مفسرین نے ذکر سے قرآن کو مراد لیا ہے، لیکن توصیحی معنوں میں اس سے مراد پورا دین ہے۔</w:t>
      </w:r>
    </w:p>
    <w:p>
      <w:r>
        <w:rPr>
          <w:b/>
        </w:rPr>
        <w:t xml:space="preserve">[11:05] </w:t>
      </w:r>
      <w:r>
        <w:t>yeh aik haqeeqat hai ke Allah ne deen Islam ko na sirf nazil kiya balkeh is ki hifazat ki zimmedari bhi khud apne oopar le li.</w:t>
      </w:r>
    </w:p>
    <w:p>
      <w:pPr>
        <w:jc w:val="right"/>
      </w:pPr>
      <w:r>
        <w:t>یہ ایک حقیقت ہے کہ اللہ نے دین اسلام کو نہ صرف نازل کیا بلکہ اس کی حفاظت کی ذمہ داری بھی خود اپنے اوپر لے لی۔</w:t>
      </w:r>
    </w:p>
    <w:p>
      <w:r>
        <w:rPr>
          <w:b/>
        </w:rPr>
        <w:t xml:space="preserve">[11:17] </w:t>
      </w:r>
      <w:r>
        <w:t>tareekh batati hai ke Allah ka yeh wada kamil maanon mein poora hua. Deen Islam poori tarah aik mehfooz deen hai.</w:t>
      </w:r>
    </w:p>
    <w:p>
      <w:pPr>
        <w:jc w:val="right"/>
      </w:pPr>
      <w:r>
        <w:t>تاریخ بتاتی ہے کہ اللہ کا یہ وعدہ کامل معنوں میں پورا ہوا۔ دین اسلام پوری طرح ایک محفوظ دین ہے۔</w:t>
      </w:r>
    </w:p>
    <w:p>
      <w:r>
        <w:rPr>
          <w:b/>
        </w:rPr>
        <w:t xml:space="preserve">[11:28] </w:t>
      </w:r>
      <w:r>
        <w:t>insan ke liye bhatkne ka darwaza hamesha khula rehta hai, lekin jo shakhs sanjidgi ke sath deen haq ko janna chahe, us ke liye koi rukawat nahin.</w:t>
      </w:r>
    </w:p>
    <w:p>
      <w:pPr>
        <w:jc w:val="right"/>
      </w:pPr>
      <w:r>
        <w:t>انسان کے لیے بھٹکنے کا دروازہ ہمیشہ کھلا رہتا ہے، لیکن جو شخص سنجیدگی کے ساتھ دین حق کو جاننا چاہے، اس کے لیے کوئی رکاوٹ نہیں۔</w:t>
      </w:r>
    </w:p>
    <w:p>
      <w:r>
        <w:rPr>
          <w:b/>
        </w:rPr>
        <w:t xml:space="preserve">[11:40] </w:t>
      </w:r>
      <w:r>
        <w:t>deen islam ki hifazat koi fazilat ki baat nahin hai, balke is ki hifazat zarurat ki baat hai. Muhammad صلی اللہ علیہ وسلم Allah ke aakhri nabi the.</w:t>
      </w:r>
    </w:p>
    <w:p>
      <w:pPr>
        <w:jc w:val="right"/>
      </w:pPr>
      <w:r>
        <w:t>دین اسلام کی حفاظت کوئی فضیلت کی بات نہیں ہے، بلکہ اس کی حفاظت ضرورت کی بات ہے۔ محمد صلی اللہ علیہ وسلم اللہ کے آخری نبی تھے۔</w:t>
      </w:r>
    </w:p>
    <w:p>
      <w:r>
        <w:rPr>
          <w:b/>
        </w:rPr>
        <w:t xml:space="preserve">[11:54] </w:t>
      </w:r>
      <w:r>
        <w:t>ap ke baad Allah koi nabi bhejane wala nahin. is waqe ka taqaza tha ke deen islam ko ek mehfooz deen bana diya jaye, kyunke Allah ka deen Allah ke nabi ke zariye aane wali hidayat ko janne ka wahid zariya hota hai.</w:t>
      </w:r>
    </w:p>
    <w:p>
      <w:pPr>
        <w:jc w:val="right"/>
      </w:pPr>
      <w:r>
        <w:t>آپ کے بعد اللہ کوئی نبی بھیجنے والا نہیں۔ اس واقعے کا تقاضا تھا کہ دین اسلام کو ایک محفوظ دین بنا دیا جائے، کیونکہ اللہ کا دین اللہ کے نبی کے ذریعے آنے والی ہدایت کو جاننے کا واحد ذریعہ ہوتا ہے۔</w:t>
      </w:r>
    </w:p>
    <w:p>
      <w:r>
        <w:rPr>
          <w:b/>
        </w:rPr>
        <w:t xml:space="preserve">[12:13] </w:t>
      </w:r>
      <w:r>
        <w:t>paighambar ki ghair maujoodgi mein Allah ka deen paighambar ka badal hota hai. is liye Allah ne jab khatm-e-nabuwat ka faisla farmaya to usi waqt yeh bhi faisla farma diya ke aakhri nabi ke zariye bheja jane wala deen hamesha apni asal halat mein mehfooz rahega.</w:t>
      </w:r>
    </w:p>
    <w:p>
      <w:pPr>
        <w:jc w:val="right"/>
      </w:pPr>
      <w:r>
        <w:t>پیغمبر کی غیر موجودگی میں اللہ کا دین پیغمبر کا بدل ہوتا ہے۔ اس لیے اللہ نے جب ختم نبوت کا فیصلہ فرمایا تو اسی وقت یہ بھی فیصلہ فرما دیا کہ آخری نبی کے ذریعے بھیجا جانے والا دین ہمیشہ اپنی اصل حالت میں محفوظ رہے گا۔</w:t>
      </w:r>
    </w:p>
    <w:p>
      <w:r>
        <w:rPr>
          <w:b/>
        </w:rPr>
        <w:t xml:space="preserve">[12:37] </w:t>
      </w:r>
      <w:r>
        <w:t>agar aisa na hota to baad ke insanon ke liye sirat-e-mustaqeem ko janne ka koi mustanad zariya maujood na hota.</w:t>
      </w:r>
    </w:p>
    <w:p>
      <w:pPr>
        <w:jc w:val="right"/>
      </w:pPr>
      <w:r>
        <w:t>اگر ایسا نہ ہوتا تو بعد کے انسانوں کے لیے صراط مستقیم کو جاننے کا کوئی مستند ذریعہ موجود نہ ہوتا۔</w:t>
      </w:r>
    </w:p>
    <w:p>
      <w:r>
        <w:rPr>
          <w:b/>
        </w:rPr>
        <w:t xml:space="preserve">[12:48] </w:t>
      </w:r>
      <w:r>
        <w:t>is surat-e-hal ka doosra pehlu woh hai jis ka talluq deen ki hamel ummat se hai. deen mehfooz hone ke bawajood yeh zarurat baqi hai ke koi insani giroh ho jo har daur mein deen ki ishaat ka kaam karta rahe.</w:t>
      </w:r>
    </w:p>
    <w:p>
      <w:pPr>
        <w:jc w:val="right"/>
      </w:pPr>
      <w:r>
        <w:t>اس صورتحال کا دوسرا پہلو وہ ہے جس کا تعلق دین کی حامل امت سے ہے۔ دین محفوظ ہونے کے باوجود یہ ضرورت باقی ہے کہ کوئی انسانی گروہ ہو جو ہر دور میں دین کی اشاعت کا کام کرتا رہے۔</w:t>
      </w:r>
    </w:p>
    <w:p>
      <w:r>
        <w:rPr>
          <w:b/>
        </w:rPr>
        <w:t xml:space="preserve">[13:06] </w:t>
      </w:r>
      <w:r>
        <w:t>yeh giroh ummat-e-muslima hai, jis ko pur-aman dawat-e-ilallah ka yeh kaam bila-toqaf qayamat tak anjam dena hai.</w:t>
      </w:r>
    </w:p>
    <w:p>
      <w:pPr>
        <w:jc w:val="right"/>
      </w:pPr>
      <w:r>
        <w:t>یہ گروہ امت مسلمہ ہے، جس کو پرامن دعوت الی اللہ کا یہ کام بلا توقف قیامت تک انجام دینا ہے۔</w:t>
      </w:r>
    </w:p>
    <w:p>
      <w:r>
        <w:rPr>
          <w:b/>
        </w:rPr>
        <w:t xml:space="preserve">[13:16] </w:t>
      </w:r>
      <w:r>
        <w:t>mamle ka yeh pehlu ummat-e-muslima ki zimmedari ko badha deta hai, yani ummat-e-muslima ko baad ke zamane mein dawat ka wohi kaam anjam dena hai jo paighambar ne apne zamane mein anjam diya.</w:t>
      </w:r>
    </w:p>
    <w:p>
      <w:pPr>
        <w:jc w:val="right"/>
      </w:pPr>
      <w:r>
        <w:t>معاملے کا یہ پہلو امت مسلمہ کی ذمہ داری کو بڑھا دیتا ہے، یعنی امت مسلمہ کو بعد کے زمانے میں دعوت کا وہی کام انجام دینا ہے جو پیغمبر نے اپنے زمانے میں انجام دیا۔</w:t>
      </w:r>
    </w:p>
    <w:p>
      <w:r>
        <w:rPr>
          <w:b/>
        </w:rPr>
        <w:t xml:space="preserve">[13:33] </w:t>
      </w:r>
      <w:r>
        <w:t>khudai mansooba. quran mein bataya gaya hai ke Allah ne furqan, yani quran, ko apne bande par utara taake woh sare alam ke liye aagah karne wala bane.</w:t>
      </w:r>
    </w:p>
    <w:p>
      <w:pPr>
        <w:jc w:val="right"/>
      </w:pPr>
      <w:r>
        <w:t>خدائی منصوبہ۔ قرآن میں بتایا گیا ہے کہ اللہ نے فرقان، یعنی قرآن، کو اپنے بندے پر اتارا تاکہ وہ سارے عالم کے لیے آگاہ کرنے والا بنے۔</w:t>
      </w:r>
    </w:p>
    <w:p>
      <w:r>
        <w:rPr>
          <w:b/>
        </w:rPr>
        <w:t xml:space="preserve">[13:48] </w:t>
      </w:r>
      <w:r>
        <w:t>is ayat ke mutabiq awwal din se yeh matloob tha ke quran tamam dunya ke insanon tak pohnche.</w:t>
      </w:r>
    </w:p>
    <w:p>
      <w:pPr>
        <w:jc w:val="right"/>
      </w:pPr>
      <w:r>
        <w:t>اس آیت کے مطابق اول دن سے یہ مطلوب تھا کہ قرآن تمام دنیا کے انسانوں تک پہنچے۔</w:t>
      </w:r>
    </w:p>
    <w:p>
      <w:r>
        <w:rPr>
          <w:b/>
        </w:rPr>
        <w:t xml:space="preserve">[13:57] </w:t>
      </w:r>
      <w:r>
        <w:t>is ki jo surat muqarrar ki gayi, woh quran mein rasool ki zaban se is tarah bayan ki gayi hai: "aur yeh quran meri taraf wahi kiya gaya hai taake main is ko tum logon tak pohnchaon, aur jin ko yeh quran pohnche, woh is ko doosre logon tak pohnchaen." yeh goya ek chain distribution ka mamla hai.</w:t>
      </w:r>
    </w:p>
    <w:p>
      <w:pPr>
        <w:jc w:val="right"/>
      </w:pPr>
      <w:r>
        <w:t>اس کی جو صورت مقرر کی گئی، وہ قرآن میں رسول کی زبان سے اس طرح بیان کی گئی ہے: "اور یہ قرآن میری طرف وحی کیا گیا ہے تاکہ میں اس کو تم لوگوں تک پہنچاؤں، اور جن کو یہ قرآن پہنچے، وہ اس کو دوسرے لوگوں تک پہنچائیں۔" یہ گویا ایک چین ڈسٹریبیوشن کا معاملہ ہے۔</w:t>
      </w:r>
    </w:p>
    <w:p>
      <w:r>
        <w:rPr>
          <w:b/>
        </w:rPr>
        <w:t xml:space="preserve">[14:21] </w:t>
      </w:r>
      <w:r>
        <w:t>quran rasool ke zariye sahaba tak pohnche, sahaba tabeen tak pohnchaen, tabeen tabe-tabeen tak pohnchaen.</w:t>
      </w:r>
    </w:p>
    <w:p>
      <w:pPr>
        <w:jc w:val="right"/>
      </w:pPr>
      <w:r>
        <w:t>قرآن رسول کے ذریعے صحابہ تک پہنچے، صحابہ تابعین تک پہنچائیں، تابعین تبع تابعین تک پہنچائیں۔</w:t>
      </w:r>
    </w:p>
    <w:p>
      <w:r>
        <w:rPr>
          <w:b/>
        </w:rPr>
        <w:t xml:space="preserve">[14:31] </w:t>
      </w:r>
      <w:r>
        <w:t>is tarah ahl-e-iman ki har nasal apne ham-zamana logon tak pohnchati rahe, yahan tak ke qayamat tak paida hone wale tamam insanon tak quran pohnch jaye.</w:t>
      </w:r>
    </w:p>
    <w:p>
      <w:pPr>
        <w:jc w:val="right"/>
      </w:pPr>
      <w:r>
        <w:t>اس طرح اہل ایمان کی ہر نسل اپنے ہم زمانہ لوگوں تک پہنچاتی رہے، یہاں تک کہ قیامت تک پیدا ہونے والے تمام انسانوں تک قرآن پہنچ جائے۔</w:t>
      </w:r>
    </w:p>
    <w:p>
      <w:r>
        <w:rPr>
          <w:b/>
        </w:rPr>
        <w:t xml:space="preserve">[14:46] </w:t>
      </w:r>
      <w:r>
        <w:t>maujooda zamane ke musalman aam taur par shikayat ki boli bolte hain. woh kehte hain ke hum mazloom hain, hamare dushman hamare khilaf sazish kar rahe hain.</w:t>
      </w:r>
    </w:p>
    <w:p>
      <w:pPr>
        <w:jc w:val="right"/>
      </w:pPr>
      <w:r>
        <w:t>موجودہ زمانے کے مسلمان عام طور پر شکایت کی بولی بولتے ہیں۔ وہ کہتے ہیں کہ ہم مظلوم ہیں، ہمارے دشمن ہمارے خلاف سازش کر رہے ہیں۔</w:t>
      </w:r>
    </w:p>
    <w:p>
      <w:r>
        <w:rPr>
          <w:b/>
        </w:rPr>
        <w:t xml:space="preserve">[14:58] </w:t>
      </w:r>
      <w:r>
        <w:t>yeh sari baaten ghair-mutalliq hain. ahl-e-iman par farz hai ke woh is qism ki manfi baaton ko chhod den.</w:t>
      </w:r>
    </w:p>
    <w:p>
      <w:pPr>
        <w:jc w:val="right"/>
      </w:pPr>
      <w:r>
        <w:t>یہ ساری باتیں غیر متعلق ہیں۔ اہل ایمان پر فرض ہے کہ وہ اس قسم کی منفی باتوں کو چھوڑ دیں۔</w:t>
      </w:r>
    </w:p>
    <w:p>
      <w:r>
        <w:rPr>
          <w:b/>
        </w:rPr>
        <w:t xml:space="preserve">[15:07] </w:t>
      </w:r>
      <w:r>
        <w:t>woh har shikayat ko Allah ke hawale kar den aur apne aap ko mukammal taur par quran ki ishaat ke kaam mein laga den.</w:t>
      </w:r>
    </w:p>
    <w:p>
      <w:pPr>
        <w:jc w:val="right"/>
      </w:pPr>
      <w:r>
        <w:t>وہ ہر شکایت کو اللہ کے حوالے کر دیں اور اپنے آپ کو مکمل طور پر قرآن کی اشاعت کے کام میں لگا دیں۔</w:t>
      </w:r>
    </w:p>
    <w:p>
      <w:r>
        <w:rPr>
          <w:b/>
        </w:rPr>
        <w:t xml:space="preserve">[15:17] </w:t>
      </w:r>
      <w:r>
        <w:t>ashab-e-rasool apne zamane mein quran ke muqri bane hue the. ab printing press ke zamane mein har musalman ko quran ka distributor ban jana chahiye.</w:t>
      </w:r>
    </w:p>
    <w:p>
      <w:pPr>
        <w:jc w:val="right"/>
      </w:pPr>
      <w:r>
        <w:t>اصحاب رسول اپنے زمانے میں قرآن کے مقری بنے ہوئے تھے۔ اب پرنٹنگ پریس کے زمانے میں ہر مسلمان کو قرآن کا ڈسٹریبیوٹر بن جانا چاہیے۔</w:t>
      </w:r>
    </w:p>
    <w:p>
      <w:r>
        <w:rPr>
          <w:b/>
        </w:rPr>
        <w:t xml:space="preserve">[15:29] </w:t>
      </w:r>
      <w:r>
        <w:t>un ko yeh karna chahiye ke har musalman apne sath matboo'a quran ke nuskhe rakhe aur jis se mulaqat ho, us ko yeh keh kar pesh kar de: "this is a divine gift for you".</w:t>
      </w:r>
    </w:p>
    <w:p>
      <w:pPr>
        <w:jc w:val="right"/>
      </w:pPr>
      <w:r>
        <w:t>ان کو یہ کرنا چاہیے کہ ہر مسلمان اپنے ساتھ مطبوعہ قرآن کے نسخے رکھے اور جس سے ملاقات ہو، اس کو یہ کہہ کر پیش کر دے: "دس از ا ڈیوائن گفٹ فار یو"۔</w:t>
      </w:r>
    </w:p>
    <w:p>
      <w:r>
        <w:rPr>
          <w:b/>
        </w:rPr>
        <w:t xml:space="preserve">[15:42] </w:t>
      </w:r>
      <w:r>
        <w:t>quran ko logon ki qabil-e-fahm zaban mein phailana ummat-e-muslima ka ek lazmi fariza hai. is farize ki adaiygi ke baghair ummat-e-muslima ka ummat-e-muslima hona mujtaba ho jata hai.</w:t>
      </w:r>
    </w:p>
    <w:p>
      <w:pPr>
        <w:jc w:val="right"/>
      </w:pPr>
      <w:r>
        <w:t>قرآن کو لوگوں کی قابل فہم زبان میں پھیلانا امت مسلمہ کا ایک لازمی فریضہ ہے۔ اس فریضے کی ادائیگی کے بغیر امت مسلمہ کا امت مسلمہ ہونا مجتبی ہو جاتا ہے۔</w:t>
      </w:r>
    </w:p>
    <w:p>
      <w:r>
        <w:rPr>
          <w:b/>
        </w:rPr>
        <w:t xml:space="preserve">[15:58] </w:t>
      </w:r>
      <w:r>
        <w:t>koi bhi doosra amal ummat-e-muslima ke liye is farize ka badal nahin ban sakta. is mamle mein koi bhi uzr, yani excuse, Allah rabb-ul-alameen ke haan qabil-e-qubool hone wala nahin.</w:t>
      </w:r>
    </w:p>
    <w:p>
      <w:pPr>
        <w:jc w:val="right"/>
      </w:pPr>
      <w:r>
        <w:t>کوئی بھی دوسرا عمل امت مسلمہ کے لیے اس فریضے کا بدل نہیں بن سکتا۔ اس معاملے میں کوئی بھی عذر، یعنی ایکسکیوز، اللہ رب العالمین کے ہاں قابل قبول ہونے والا نہیں۔</w:t>
      </w:r>
    </w:p>
    <w:p>
      <w:r>
        <w:rPr>
          <w:b/>
        </w:rPr>
        <w:t xml:space="preserve">[16:15] </w:t>
      </w:r>
      <w:r>
        <w:t>hidayat-e-rabbani. quran ki ek rahinuma ayat in alfaaz mein aayi hai: "wal-lazina jahadu fina lanahdiyannnahum subulana wa innal-laha la ma'al muhsinin".</w:t>
      </w:r>
    </w:p>
    <w:p>
      <w:pPr>
        <w:jc w:val="right"/>
      </w:pPr>
      <w:r>
        <w:t>ہدایت ربانی۔ قرآن کی ایک رہنما آیت ان الفاظ میں آئی ہے: "والذین جاہدوا فینا لنہدینہم سبلنا وان اللہ لمع المحسنین"۔</w:t>
      </w:r>
    </w:p>
    <w:p>
      <w:r>
        <w:rPr>
          <w:b/>
        </w:rPr>
        <w:t xml:space="preserve">[16:32] </w:t>
      </w:r>
      <w:r>
        <w:t>yani jin logon ne hamare liye koshish ki, un ko hum apne raste dikhayenge aur yaqeenan Allah muhsinin ke sath hai.</w:t>
      </w:r>
    </w:p>
    <w:p>
      <w:pPr>
        <w:jc w:val="right"/>
      </w:pPr>
      <w:r>
        <w:t>یعنی جن لوگوں نے ہمارے لیے کوشش کی، ان کو ہم اپنے راستے دکھائیں گے اور یقیناً اللہ محسنین کے ساتھ ہے۔</w:t>
      </w:r>
    </w:p>
    <w:p>
      <w:r>
        <w:rPr>
          <w:b/>
        </w:rPr>
        <w:t xml:space="preserve">[16:42] </w:t>
      </w:r>
      <w:r>
        <w:t>quran ki is ayat mein bataya gaya hai ke Allah ki rah mein koshish karne se insan ke liye raste khulte hain.</w:t>
      </w:r>
    </w:p>
    <w:p>
      <w:pPr>
        <w:jc w:val="right"/>
      </w:pPr>
      <w:r>
        <w:t>قرآن کی اس آیت میں بتایا گیا ہے کہ اللہ کی راہ میں کوشش کرنے سے انسان کے لیے راستے کھلتے ہیں۔</w:t>
      </w:r>
    </w:p>
    <w:p>
      <w:r>
        <w:rPr>
          <w:b/>
        </w:rPr>
        <w:t xml:space="preserve">[16:52] </w:t>
      </w:r>
      <w:r>
        <w:t>is ka matlab kya hai? is ka ek matlab yeh hai ke aadmi deen ke naam par koi koshish shuru kare aur kuch dinon ke baad maloom ho ke us ki koshish amalan natija-khez nahin ho rahi hai, to us ko chahiye ke woh apne pure mamle par nazar-sani, yani rethinking, kare.</w:t>
      </w:r>
    </w:p>
    <w:p>
      <w:pPr>
        <w:jc w:val="right"/>
      </w:pPr>
      <w:r>
        <w:t>اس کا مطلب کیا ہے؟ اس کا ایک مطلب یہ ہے کہ آدمی دین کے نام پر کوئی کوشش شروع کرے اور کچھ دنوں کے بعد معلوم ہو کہ اس کی کوشش عملاً نتیجہ خیز نہیں ہو رہی ہے، تو اس کو چاہیے کہ وہ اپنے پورے معاملے پر نظر ثانی، یعنی ری تھنکنگ، کرے۔</w:t>
      </w:r>
    </w:p>
    <w:p>
      <w:r>
        <w:rPr>
          <w:b/>
        </w:rPr>
        <w:t xml:space="preserve">[17:14] </w:t>
      </w:r>
      <w:r>
        <w:t>agar woh khule zehn ke sath aisa kare to yaqeenan us ko yeh rahnumai milegi ke woh kaun sa zyada mu'assir tareeqa hai jo zyada natija-khez ban sakta hai.</w:t>
      </w:r>
    </w:p>
    <w:p>
      <w:pPr>
        <w:jc w:val="right"/>
      </w:pPr>
      <w:r>
        <w:t>اگر وہ کھلے ذہن کے ساتھ ایسا کرے تو یقیناً اس کو یہ رہنمائی ملے گی کہ وہ کون سا زیادہ موثر طریقہ ہے جو زیادہ نتیجہ خیز بن سکتا ہے۔</w:t>
      </w:r>
    </w:p>
    <w:p>
      <w:r>
        <w:rPr>
          <w:b/>
        </w:rPr>
        <w:t xml:space="preserve">[17:27] </w:t>
      </w:r>
      <w:r>
        <w:t>jo aisa na kare, us ka anjam yeh hoga ke woh aakhir kar aik band gali mein phans kar reh jae. aise logon ka maazi bhi barbaad aur mustaqbil bhi barbaad.</w:t>
      </w:r>
    </w:p>
    <w:p>
      <w:pPr>
        <w:jc w:val="right"/>
      </w:pPr>
      <w:r>
        <w:t>جو ایسا نہ کرے، اس کا انجام یہ ہوگا کہ وہ آخر کار ایک بند گلی میں پھنس کر رہ جائے۔ ایسے لوگوں کا ماضی بھی برباد اور مستقبل بھی برباد۔</w:t>
      </w:r>
    </w:p>
    <w:p>
      <w:r>
        <w:rPr>
          <w:b/>
        </w:rPr>
        <w:t xml:space="preserve">[17:39] </w:t>
      </w:r>
      <w:r>
        <w:t>mojudah zamane mein tamam musalmanon ka haal yahi hua hai. mojudah zamane mein musalmanon ne nau abadiyati nizam, yaani kolonialism, ke khilaf musallah jid-o-jehad ki, lekin yeh jid-o-jehad natije ke aitbar se mukammal taur par nakaam sabit hui.</w:t>
      </w:r>
    </w:p>
    <w:p>
      <w:pPr>
        <w:jc w:val="right"/>
      </w:pPr>
      <w:r>
        <w:t>موجودہ زمانے میں تمام مسلمانوں کا حال یہی ہوا ہے۔ موجودہ زمانے میں مسلمانوں نے نو آبادیاتی نظام، یعنی کلونیلزم، کے خلاف مسلح جدوجہد کی، لیکن یہ جدوجہد نتیجے کے اعتبار سے مکمل طور پر ناکام ثابت ہوئی۔</w:t>
      </w:r>
    </w:p>
    <w:p>
      <w:r>
        <w:rPr>
          <w:b/>
        </w:rPr>
        <w:t xml:space="preserve">[18:01] </w:t>
      </w:r>
      <w:r>
        <w:t>isi tarah unhon ne falasteen mein israil ke khilaf zabardast tehreek chalai. kashmir mein unhon ne apne mafroozah dushman ke khilaf zabardast tehreek chalai.</w:t>
      </w:r>
    </w:p>
    <w:p>
      <w:pPr>
        <w:jc w:val="right"/>
      </w:pPr>
      <w:r>
        <w:t>اسی طرح انہوں نے فلسطین میں اسرائیل کے خلاف زبردست تحریک چلائی۔ کشمیر میں انہوں نے اپنے مفروضہ دشمن کے خلاف زبردست تحریک چلائی۔</w:t>
      </w:r>
    </w:p>
    <w:p>
      <w:r>
        <w:rPr>
          <w:b/>
        </w:rPr>
        <w:t xml:space="preserve">[18:14] </w:t>
      </w:r>
      <w:r>
        <w:t>isi tarah har mulk mein unhon ne kisi ko apna dushman farz kiya aur apne mafroozah dushman ke khilaf pur shor tehrikein chalai, lekin har mulk mein un ki tehrikein ba-itar natija kamil taur par nakaam sabit hui.</w:t>
      </w:r>
    </w:p>
    <w:p>
      <w:pPr>
        <w:jc w:val="right"/>
      </w:pPr>
      <w:r>
        <w:t>اسی طرح ہر ملک میں انہوں نے کسی کو اپنا دشمن فرض کیا اور اپنے مفروضہ دشمن کے خلاف پرشور تحریکیں چلائیں، لیکن ہر ملک میں ان کی تحریکیں باعتبار نتیجہ کامل طور پر ناکام ثابت ہوئیں۔</w:t>
      </w:r>
    </w:p>
    <w:p>
      <w:r>
        <w:rPr>
          <w:b/>
        </w:rPr>
        <w:t xml:space="preserve">[18:33] </w:t>
      </w:r>
      <w:r>
        <w:t>quran ki mazkoorah ayat ke mutabiq musalman agar chahte ke Allah ki taraf se kargar rehnumai aaye to un ko apni tehrikhon par nazar sani karna hoga.</w:t>
      </w:r>
    </w:p>
    <w:p>
      <w:pPr>
        <w:jc w:val="right"/>
      </w:pPr>
      <w:r>
        <w:t>قرآن کی مذکورہ آیت کے مطابق مسلمان اگر چاہتے کہ اللہ کی طرف سے کارگر رہنمائی آئے تو ان کو اپنی تحریکوں پر نظر ثانی کرنا ہوگا۔</w:t>
      </w:r>
    </w:p>
    <w:p>
      <w:r>
        <w:rPr>
          <w:b/>
        </w:rPr>
        <w:t xml:space="preserve">[18:47] </w:t>
      </w:r>
      <w:r>
        <w:t>yeh nazar sani un ke liye jihad baraye Khuda, yaani jihad for da sek of god, hoga. lambi umar.</w:t>
      </w:r>
    </w:p>
    <w:p>
      <w:pPr>
        <w:jc w:val="right"/>
      </w:pPr>
      <w:r>
        <w:t>یہ نظر ثانی ان کے لیے جہاد برائے خدا، یعنی جہاد فار دا سیک آف گاڈ، ہوگا۔ لمبی عمر۔</w:t>
      </w:r>
    </w:p>
    <w:p>
      <w:r>
        <w:rPr>
          <w:b/>
        </w:rPr>
        <w:t xml:space="preserve">[18:59] </w:t>
      </w:r>
      <w:r>
        <w:t>insan hamesha se is ka talib raha hai ke is ko lambi umar hasil ho. isi liye is mozu par hamesha sab se zyada research ki gai hai.</w:t>
      </w:r>
    </w:p>
    <w:p>
      <w:pPr>
        <w:jc w:val="right"/>
      </w:pPr>
      <w:r>
        <w:t>انسان ہمیشہ سے اس کا طالب رہا ہے کہ اس کو لمبی عمر حاصل ہو۔ اسی لیے اس موضوع پر ہمیشہ سب سے زیادہ ریسرچ کی گئی ہے۔</w:t>
      </w:r>
    </w:p>
    <w:p>
      <w:r>
        <w:rPr>
          <w:b/>
        </w:rPr>
        <w:t xml:space="preserve">[19:11] </w:t>
      </w:r>
      <w:r>
        <w:t>badshah log qadeem zamane mein ilm-e-tib ki bohat zyada sarparasti karte the. woh samajhte the ke ilm-e-tib un ko lambi umar de sakta hai.</w:t>
      </w:r>
    </w:p>
    <w:p>
      <w:pPr>
        <w:jc w:val="right"/>
      </w:pPr>
      <w:r>
        <w:t>بادشاہ لوگ قدیم زمانے میں علم طب کی بہت زیادہ سرپرستی کرتے تھے۔ وہ سمجھتے تھے کہ علم طب ان کو لمبی عمر دے سکتا ہے۔</w:t>
      </w:r>
    </w:p>
    <w:p>
      <w:r>
        <w:rPr>
          <w:b/>
        </w:rPr>
        <w:t xml:space="preserve">[19:24] </w:t>
      </w:r>
      <w:r>
        <w:t>mojudah zamane mein medical science ke shobay mein sab se zyada research isi mozu par ho rahi hai. insan chahta hai ke is ko lambi umar hasil ho, magar is shobay mein insan ko ab tak koi kamyabi hasil nahi hui.</w:t>
      </w:r>
    </w:p>
    <w:p>
      <w:pPr>
        <w:jc w:val="right"/>
      </w:pPr>
      <w:r>
        <w:t>موجودہ زمانے میں میڈیکل سائنس کے شعبے میں سب سے زیادہ ریسرچ اسی موضوع پر ہو رہی ہے۔ انسان چاہتا ہے کہ اس کو لمبی عمر حاصل ہو، مگر اس شعبے میں انسان کو اب تک کوئی کامیابی حاصل نہیں ہوئی۔</w:t>
      </w:r>
    </w:p>
    <w:p>
      <w:r>
        <w:rPr>
          <w:b/>
        </w:rPr>
        <w:t xml:space="preserve">[19:41] </w:t>
      </w:r>
      <w:r>
        <w:t>haqeeqat yeh hai ke asal masla lambi zindagi ka nahi hai, balke zindagi ki quality ka hai. ba-farz insan ko lambi umar mil jaye aur zindagi ki quality mein behtari na ho, to lambi umar ka koi faida nahi.</w:t>
      </w:r>
    </w:p>
    <w:p>
      <w:pPr>
        <w:jc w:val="right"/>
      </w:pPr>
      <w:r>
        <w:t>حقیقت یہ ہے کہ اصل مسئلہ لمبی زندگی کا نہیں ہے، بلکہ زندگی کی کوالٹی کا ہے۔ بالفرض انسان کو لمبی عمر مل جائے اور زندگی کی کوالٹی میں بہتری نہ ہو، تو لمبی عمر کا کوئی فائدہ نہیں۔</w:t>
      </w:r>
    </w:p>
    <w:p>
      <w:r>
        <w:rPr>
          <w:b/>
        </w:rPr>
        <w:t xml:space="preserve">[19:58] </w:t>
      </w:r>
      <w:r>
        <w:t>mojudah halat mein lambi umar insan ke liye sirf is ke masail mein izafa karegi. woh is ke masail ko hal karne wali nahi.</w:t>
      </w:r>
    </w:p>
    <w:p>
      <w:pPr>
        <w:jc w:val="right"/>
      </w:pPr>
      <w:r>
        <w:t>موجودہ حالت میں لمبی عمر انسان کے لیے صرف اس کے مسائل میں اضافہ کرے گی۔ وہ اس کے مسائل کو حل کرنے والی نہیں۔</w:t>
      </w:r>
    </w:p>
    <w:p>
      <w:r>
        <w:rPr>
          <w:b/>
        </w:rPr>
        <w:t xml:space="preserve">[20:09] </w:t>
      </w:r>
      <w:r>
        <w:t>asal yeh hai ke insan paida hota hai to woh bachcha hota hai, phir woh naujawani ki umar mein pahunchta hai, phir woh jawan hota hai, phir woh adhed umar mein pahunchta hai.</w:t>
      </w:r>
    </w:p>
    <w:p>
      <w:pPr>
        <w:jc w:val="right"/>
      </w:pPr>
      <w:r>
        <w:t>اصل یہ ہے کہ انسان پیدا ہوتا ہے تو وہ بچہ ہوتا ہے، پھر وہ نوجوانی کی عمر میں پہنچتا ہے، پھر وہ جوان ہوتا ہے، پھر وہ ادھیڑ عمر میں پہنچتا ہے۔</w:t>
      </w:r>
    </w:p>
    <w:p>
      <w:r>
        <w:rPr>
          <w:b/>
        </w:rPr>
        <w:t xml:space="preserve">[20:21] </w:t>
      </w:r>
      <w:r>
        <w:t>is ke baad woh boodha ho jata hai aur is ke baad woh bistar par pad jata hai. is muddat mein insan musalsal taur par mukhtalif masail ki zad mein rehta hai: bimari, hadsa, budhapa waghera.</w:t>
      </w:r>
    </w:p>
    <w:p>
      <w:pPr>
        <w:jc w:val="right"/>
      </w:pPr>
      <w:r>
        <w:t>اس کے بعد وہ بوڑھا ہو جاتا ہے اور اس کے بعد وہ بستر پر پڑ جاتا ہے۔ اس مدت میں انسان مسلسل طور پر مختلف مسائل کی زد میں رہتا ہے: بیماری، حادثہ، بڑھاپا وغیرہ۔</w:t>
      </w:r>
    </w:p>
    <w:p>
      <w:r>
        <w:rPr>
          <w:b/>
        </w:rPr>
        <w:t xml:space="preserve">[20:38] </w:t>
      </w:r>
      <w:r>
        <w:t>aisi halat mein asal masla zindagi ki quality barhane ka hai, na ke umar ko lamba karne ka. insan apni zindagi mein jin masail se dochar hota hai, un ka taluq jismani zawal, yaani degeneration, aur DNA se hai.</w:t>
      </w:r>
    </w:p>
    <w:p>
      <w:pPr>
        <w:jc w:val="right"/>
      </w:pPr>
      <w:r>
        <w:t>ایسی حالت میں اصل مسئلہ زندگی کی کوالٹی بڑھانے کا ہے، نہ کہ عمر کو لمبا کرنے کا۔ انسان اپنی زندگی میں جن مسائل سے دوچار ہوتا ہے، ان کا تعلق جسمانی زوال، یعنی ڈی جنریشن، اور ڈی این اے سے ہے۔</w:t>
      </w:r>
    </w:p>
    <w:p>
      <w:r>
        <w:rPr>
          <w:b/>
        </w:rPr>
        <w:t xml:space="preserve">[20:56] </w:t>
      </w:r>
      <w:r>
        <w:t>scientific research ke mutabiq insan ki poori zindagi DNA se control hoti hai, aur DNA aik aisi cheez hai jis par insan ko koi ikhtiyar hasil nahi.</w:t>
      </w:r>
    </w:p>
    <w:p>
      <w:pPr>
        <w:jc w:val="right"/>
      </w:pPr>
      <w:r>
        <w:t>سائنٹیفک ریسرچ کے مطابق انسان کی پوری زندگی ڈی این اے سے کنٹرول ہوتی ہے، اور ڈی این اے ایک ایسی چیز ہے جس پر انسان کو کوئی اختیار حاصل نہیں۔</w:t>
      </w:r>
    </w:p>
    <w:p>
      <w:r>
        <w:rPr>
          <w:b/>
        </w:rPr>
        <w:t xml:space="preserve">[21:10] </w:t>
      </w:r>
      <w:r>
        <w:t>insan par bahar-hal maut aati hai. agar aisa ho ke maut ke baad ki zindagi mein insan isi qanoon-e-hayat ka mozu bana rahe, jis ka mozu woh maut se pehle ki umar mein hota hai, to insan ko na maut se pehle ki zindagi mein sukoon hasil hoga aur na maut ke baad ki zindagi mein.</w:t>
      </w:r>
    </w:p>
    <w:p>
      <w:pPr>
        <w:jc w:val="right"/>
      </w:pPr>
      <w:r>
        <w:t>انسان پر بہرحال موت آتی ہے۔ اگر ایسا ہو کہ موت کے بعد کی زندگی میں انسان اسی قانون حیات کا موضوع بنا رہے، جس کا موضوع وہ موت سے پہلے کی عمر میں ہوتا ہے، تو انسان کو نہ موت سے پہلے کی زندگی میں سکون حاصل ہوگا اور نہ موت کے بعد کی زندگی میں۔</w:t>
      </w:r>
    </w:p>
    <w:p>
      <w:r>
        <w:rPr>
          <w:b/>
        </w:rPr>
        <w:t xml:space="preserve">[21:34] </w:t>
      </w:r>
      <w:r>
        <w:t>is moamle par ghore karne se maloom hota hai ke insan ke liye asal masla lambi umar ka nahi hai, balke asal masla yeh hai ke is ko aik naya jism hasil ho jaye jo jismani zawal se pak ho.</w:t>
      </w:r>
    </w:p>
    <w:p>
      <w:pPr>
        <w:jc w:val="right"/>
      </w:pPr>
      <w:r>
        <w:t>اس معاملے پر غور کرنے سے معلوم ہوتا ہے کہ انسان کے لیے اصل مسئلہ لمبی عمر کا نہیں ہے، بلکہ اصل مسئلہ یہ ہے کہ اس کو ایک نیا جسم حاصل ہو جائے جو جسمانی زوال سے پاک ہو۔</w:t>
      </w:r>
    </w:p>
    <w:p>
      <w:r>
        <w:rPr>
          <w:b/>
        </w:rPr>
        <w:t xml:space="preserve">[21:52] </w:t>
      </w:r>
      <w:r>
        <w:t>mojudah jismani wajood ke rehte hue lambi umar ka koi faida na maut se pehle ke arsa-e-hayat mein hai aur na maut ke baad ke arsa-e-hayat mein.</w:t>
      </w:r>
    </w:p>
    <w:p>
      <w:pPr>
        <w:jc w:val="right"/>
      </w:pPr>
      <w:r>
        <w:t>موجودہ جسمانی وجود کے رہتے ہوئے لمبی عمر کا کوئی فائدہ نہ موت سے پہلے کے عرصہ حیات میں ہے اور نہ موت کے بعد کے عرصہ حیات میں۔</w:t>
      </w:r>
    </w:p>
    <w:p>
      <w:r>
        <w:rPr>
          <w:b/>
        </w:rPr>
        <w:t xml:space="preserve">[22:03] </w:t>
      </w:r>
      <w:r>
        <w:t>is masle ka hal woh hai jis ko quran mein khalq-e-jadeed kaha gaya hai. khalq-e-jadeed ka matlab hai nayi takhleeq, yaani new creation, yaani zawal se pak aik naye jismani wajood ka hasil hona.</w:t>
      </w:r>
    </w:p>
    <w:p>
      <w:pPr>
        <w:jc w:val="right"/>
      </w:pPr>
      <w:r>
        <w:t>اس مسئلے کا حل وہ ہے جس کو قرآن میں خلق جدید کہا گیا ہے۔ خلق جدید کا مطلب ہے نئی تخلیق، یعنی نیو کریشن، یعنی زوال سے پاک ایک نئے جسمانی وجود کا حاصل ہونا۔</w:t>
      </w:r>
    </w:p>
    <w:p>
      <w:r>
        <w:rPr>
          <w:b/>
        </w:rPr>
        <w:t xml:space="preserve">[22:19] </w:t>
      </w:r>
      <w:r>
        <w:t>aur is qism ki nayi takhleeq khaliq ke siwa kisi aur ke qudrat mein nahi. jo log lambi umar chahte hain, un ko chahiye ke woh farr ilal Allah ke tareeqay par amal karein, yaani zyada se zyada Allah ko yaad karna, woh zyada se zyada Allah ko pukarein, zyada se zyada Allah se dua karna taake woh un ko matloob zindagi ata kare.</w:t>
      </w:r>
    </w:p>
    <w:p>
      <w:pPr>
        <w:jc w:val="right"/>
      </w:pPr>
      <w:r>
        <w:t>اور اس قسم کی نئی تخلیق خالق کے سوا کسی اور کے قدرت میں نہیں۔ جو لوگ لمبی عمر چاہتے ہیں، ان کو چاہیے کہ وہ ففر الی اللہ کے طریقے پر عمل کریں، یعنی زیادہ سے زیادہ اللہ کو یاد کرنا، وہ زیادہ سے زیادہ اللہ کو پکاریں، زیادہ سے زیادہ اللہ سے دعا کرنا تاکہ وہ ان کو مطلوب زندگی عطا کرے۔</w:t>
      </w:r>
    </w:p>
    <w:p>
      <w:r>
        <w:rPr>
          <w:b/>
        </w:rPr>
        <w:t xml:space="preserve">[22:48] </w:t>
      </w:r>
      <w:r>
        <w:t>quran mein bataya gaya hai ke ahle jannat jab jannat mein dakhil honge to un ki zuban se shukr ka aik kalma un alfaaz mein niklega: "Alhamdulillah alladhi azhaba annal hazan".</w:t>
      </w:r>
    </w:p>
    <w:p>
      <w:pPr>
        <w:jc w:val="right"/>
      </w:pPr>
      <w:r>
        <w:t>قرآن میں بتایا گیا ہے کہ اہل جنت جب جنت میں داخل ہوں گے تو ان کی زبان سے شکر کا ایک کلمہ ان الفاظ میں نکلے گا: "الحمدللہ الذی اذہب ان الحزن"۔</w:t>
      </w:r>
    </w:p>
    <w:p>
      <w:r>
        <w:rPr>
          <w:b/>
        </w:rPr>
        <w:t xml:space="preserve">[23:05] </w:t>
      </w:r>
      <w:r>
        <w:t>shukr hai Allah ka jis ne hum se gham ko door kar diya. yahan hazan, yaani suffering ka lafz, bohat ba-ma'ni hai.</w:t>
      </w:r>
    </w:p>
    <w:p>
      <w:pPr>
        <w:jc w:val="right"/>
      </w:pPr>
      <w:r>
        <w:t>شکر ہے اللہ کا جس نے ہم سے غم کو دور کر دیا۔ یہاں حزن، یعنی سفرنگ کا لفظ، بہت بامعنی ہے۔</w:t>
      </w:r>
    </w:p>
    <w:p>
      <w:r>
        <w:rPr>
          <w:b/>
        </w:rPr>
        <w:t xml:space="preserve">[23:15] </w:t>
      </w:r>
      <w:r>
        <w:t>is mein woh tamam cheezein shamil hain jo dunya ki zindagi ko insan ke liye be-lazzat bana deti hain. is mein har woh cheez shamil hai jo jismani aitbar se ya kharji aitbar se mojudah dunya mein insan ke liye pareshani ka sabab banti hai.</w:t>
      </w:r>
    </w:p>
    <w:p>
      <w:pPr>
        <w:jc w:val="right"/>
      </w:pPr>
      <w:r>
        <w:t>اس میں وہ تمام چیزیں شامل ہیں جو دنیا کی زندگی کو انسان کے لیے بے لذت بنا دیتی ہیں۔ اس میں ہر وہ چیز شامل ہے جو جسمانی اعتبار سے یا خارجی اعتبار سے موجودہ دنیا میں انسان کے لیے پریشانی کا سبب بنتی ہے۔</w:t>
      </w:r>
    </w:p>
    <w:p>
      <w:r>
        <w:rPr>
          <w:b/>
        </w:rPr>
        <w:t xml:space="preserve">[23:34] </w:t>
      </w:r>
      <w:r>
        <w:t>insan ki talab ke aitbar se asal masla yeh hai ke is ko hazan se khali zindagi hasil ho jaye.</w:t>
      </w:r>
    </w:p>
    <w:p>
      <w:pPr>
        <w:jc w:val="right"/>
      </w:pPr>
      <w:r>
        <w:t>انسان کی طلب کے اعتبار سے اصل مسئلہ یہ ہے کہ اس کو حزن سے خالی زندگی حاصل ہو جائے۔</w:t>
      </w:r>
    </w:p>
    <w:p>
      <w:r>
        <w:rPr>
          <w:b/>
        </w:rPr>
        <w:t xml:space="preserve">[23:42] </w:t>
      </w:r>
      <w:r>
        <w:t>hazn ke sath koi bhi cheez insan ko khushi dene wali nahi. jannat ke bare mein aik hadith rasool in alfaaz mein aayi hai: "Man mat min ahlil jannati min saghirin aw kabirin yuroona bini thalathina fil jannati la yazidoona alayha abadan".</w:t>
      </w:r>
    </w:p>
    <w:p>
      <w:pPr>
        <w:jc w:val="right"/>
      </w:pPr>
      <w:r>
        <w:t>حزن کے ساتھ کوئی بھی چیز انسان کو خوشی دینے والی نہیں۔ جنت کے بارے میں ایک حدیث رسول ان الفاظ میں آئی ہے: "من مات من اہل الجنت من صغیر او کبیریردون بنی ثلاثین فی الجنت لا یزیدون علیہا ابدا"۔</w:t>
      </w:r>
    </w:p>
    <w:p>
      <w:r>
        <w:rPr>
          <w:b/>
        </w:rPr>
        <w:t xml:space="preserve">[24:08] </w:t>
      </w:r>
      <w:r>
        <w:t>sunan tirmidhi. yani ahle jannat mein se har shakhs ki umar 30 saal kar di jayegi, khwah maut ke waqt woh is se zyada ka ho ya kam ka.</w:t>
      </w:r>
    </w:p>
    <w:p>
      <w:pPr>
        <w:jc w:val="right"/>
      </w:pPr>
      <w:r>
        <w:t>سنن الترمذی۔ یعنی اہل جنت میں سے ہر شخص کی عمر 30 سال کر دی جائے گی، خواہ موت کے وقت وہ اس سے زیادہ کا ہو یا کم کا۔</w:t>
      </w:r>
    </w:p>
    <w:p>
      <w:r>
        <w:rPr>
          <w:b/>
        </w:rPr>
        <w:t xml:space="preserve">[24:19] </w:t>
      </w:r>
      <w:r>
        <w:t>unki umar is se zyada kabhi nahi hogi. is hadith se maloom hota hai ke jannat mein insan ko is ka woh matloob mil jayega jo woh chahta tha, lekin woh is ko is dunya mein nahi mila.</w:t>
      </w:r>
    </w:p>
    <w:p>
      <w:pPr>
        <w:jc w:val="right"/>
      </w:pPr>
      <w:r>
        <w:t>ان کی عمر اس سے زیادہ کبھی نہیں ہوگی۔ اس حدیث سے معلوم ہوتا ہے کہ جنت میں انسان کو اس کا وہ مطلوب مل جائے گا جو وہ چاہتا تھا، لیکن وہ اس کو اس دنیا میں نہیں ملا۔</w:t>
      </w:r>
    </w:p>
    <w:p>
      <w:r>
        <w:rPr>
          <w:b/>
        </w:rPr>
        <w:t xml:space="preserve">[24:34] </w:t>
      </w:r>
      <w:r>
        <w:t>yani hamesha ke liye jawani ki umar. insan sirf jawani ki umar mein is qabil hota hai ke woh bharpoor zindagi guzar sake.</w:t>
      </w:r>
    </w:p>
    <w:p>
      <w:pPr>
        <w:jc w:val="right"/>
      </w:pPr>
      <w:r>
        <w:t>یعنی ہمیشہ کے لیے جوانی کی عمر۔ انسان صرف جوانی کی عمر میں اس قابل ہوتا ہے کہ وہ بھرپور زندگی گزار سکے۔</w:t>
      </w:r>
    </w:p>
    <w:p>
      <w:r>
        <w:rPr>
          <w:b/>
        </w:rPr>
        <w:t xml:space="preserve">[24:45] </w:t>
      </w:r>
      <w:r>
        <w:t>jawani ki umar har insan ki sab se zyada matloob umar hai. insan ka yeh matloob maut se pehle ke arsa hayat mein is ko nahi milta, lekin maut ke baad ke arsa hayat mein is ko yeh matloob aala surat mein hasil ho jayega.</w:t>
      </w:r>
    </w:p>
    <w:p>
      <w:pPr>
        <w:jc w:val="right"/>
      </w:pPr>
      <w:r>
        <w:t>جوانی کی عمر ہر انسان کی سب سے زیادہ مطلوب عمر ہے۔ انسان کا یہ مطلوب موت سے پہلے کے عرصہ حیات میں اس کو نہیں ملتا، لیکن موت کے بعد کے عرصہ حیات میں اس کو یہ مطلوب اعلیٰ صورت میں حاصل ہو جائے گا۔</w:t>
      </w:r>
    </w:p>
    <w:p>
      <w:r>
        <w:rPr>
          <w:b/>
        </w:rPr>
        <w:t xml:space="preserve">[25:05] </w:t>
      </w:r>
      <w:r>
        <w:t>jannat ke bare mein ek lambi hadith aayi hai. is ka ek hissa yeh hai: "jab صار اہل الجنت الجنہ اوتی بالموت حتی یجعل بین الجنت والنار ثم یذبح ثمینادی مناد:</w:t>
      </w:r>
    </w:p>
    <w:p>
      <w:pPr>
        <w:jc w:val="right"/>
      </w:pPr>
      <w:r>
        <w:t>جنت کے بارے میں ایک لمبی حدیث آئی ہے۔ اس کا ایک حصہ یہ ہے: "اذا صار اہل الجنت الجنہ اوتی بالموت حتی یجعل بین الجنت والنار ثم یذبح ثمینادی مناد:</w:t>
      </w:r>
    </w:p>
    <w:p>
      <w:r>
        <w:rPr>
          <w:b/>
        </w:rPr>
        <w:t xml:space="preserve">[25:25] </w:t>
      </w:r>
      <w:r>
        <w:t>یا اہل الجنت لا موت! فیزداد اہل الجنت فرحا الی فرحہم".</w:t>
      </w:r>
    </w:p>
    <w:p>
      <w:pPr>
        <w:jc w:val="right"/>
      </w:pPr>
      <w:r>
        <w:t>یا اہل الجنت لا موت! فیزداد اہل الجنت فرحا الی فرحہم"۔</w:t>
      </w:r>
    </w:p>
    <w:p>
      <w:r>
        <w:rPr>
          <w:b/>
        </w:rPr>
        <w:t xml:space="preserve">[25:34] </w:t>
      </w:r>
      <w:r>
        <w:t>sahih muslim. yani jab jannat wale jannat ki taraf chale jayenge to maut ko jannat aur dozakh ke darmiyan laya jayega.</w:t>
      </w:r>
    </w:p>
    <w:p>
      <w:pPr>
        <w:jc w:val="right"/>
      </w:pPr>
      <w:r>
        <w:t>صحیح مسلم۔ یعنی جب جنت والے جنت کی طرف چلے جائیں گے تو موت کو جنت اور دوزخ کے درمیان لایا جائے گا۔</w:t>
      </w:r>
    </w:p>
    <w:p>
      <w:r>
        <w:rPr>
          <w:b/>
        </w:rPr>
        <w:t xml:space="preserve">[25:45] </w:t>
      </w:r>
      <w:r>
        <w:t>phir use zabah kiya jayega. phir ek pukarne wala pukarega: "ae jannat walo!</w:t>
      </w:r>
    </w:p>
    <w:p>
      <w:pPr>
        <w:jc w:val="right"/>
      </w:pPr>
      <w:r>
        <w:t>پھر اسے ذبح کیا جائے گا۔ پھر ایک پکارنے والا پکارے گا: "اے جنت والو!</w:t>
      </w:r>
    </w:p>
    <w:p>
      <w:r>
        <w:rPr>
          <w:b/>
        </w:rPr>
        <w:t xml:space="preserve">[25:52] </w:t>
      </w:r>
      <w:r>
        <w:t>ab maut nahi hai!" is se ahle jannat ki khushi mein izafa ho jayega. insan paidaishi taur par ek matloob dunya ka tasawwur le kar paida hota hai.</w:t>
      </w:r>
    </w:p>
    <w:p>
      <w:pPr>
        <w:jc w:val="right"/>
      </w:pPr>
      <w:r>
        <w:t>اب موت نہیں ہے!" اس سے اہل جنت کی خوشی میں مزید اضافہ ہو جائے گا۔ انسان پیدائشی طور پر ایک مطلوب دنیا کا تصور لے کر پیدا ہوتا ہے۔</w:t>
      </w:r>
    </w:p>
    <w:p>
      <w:r>
        <w:rPr>
          <w:b/>
        </w:rPr>
        <w:t xml:space="preserve">[26:04] </w:t>
      </w:r>
      <w:r>
        <w:t>is ki sari amangen aur is ki sari daud dhop maujooda dunya mein is matloob ko hasil karne mein lagi rehti hain.</w:t>
      </w:r>
    </w:p>
    <w:p>
      <w:pPr>
        <w:jc w:val="right"/>
      </w:pPr>
      <w:r>
        <w:t>اس کی ساری امنگیں اور اس کی ساری دوڑ دھوپ موجودہ دنیا میں اس مطلوب کو حاصل کرنے میں لگی رہتی ہیں۔</w:t>
      </w:r>
    </w:p>
    <w:p>
      <w:r>
        <w:rPr>
          <w:b/>
        </w:rPr>
        <w:t xml:space="preserve">[26:13] </w:t>
      </w:r>
      <w:r>
        <w:t>woh mukhtalif cheezon ke bare mein yeh rai banata hai ke woh mil jaye to us ki matloob dunya us ko hasil ho jayegi.</w:t>
      </w:r>
    </w:p>
    <w:p>
      <w:pPr>
        <w:jc w:val="right"/>
      </w:pPr>
      <w:r>
        <w:t>وہ مختلف چیزوں کے بارے میں یہ رائے بناتا ہے کہ وہ مل جائے تو اس کی مطلوب دنیا اس کو حاصل ہو جائے گی۔</w:t>
      </w:r>
    </w:p>
    <w:p>
      <w:r>
        <w:rPr>
          <w:b/>
        </w:rPr>
        <w:t xml:space="preserve">[26:23] </w:t>
      </w:r>
      <w:r>
        <w:t>magar tajurba batata hai ke insan ne poori koshish ki aur us ke baad us cheez ko pa liya jis ko woh pana chahta tha.</w:t>
      </w:r>
    </w:p>
    <w:p>
      <w:pPr>
        <w:jc w:val="right"/>
      </w:pPr>
      <w:r>
        <w:t>مگر تجربہ بتاتا ہے کہ انسان نے پوری کوشش کی اور اس کے بعد اس چیز کو پا لیا جس کو وہ پانا چاہتا تھا۔</w:t>
      </w:r>
    </w:p>
    <w:p>
      <w:r>
        <w:rPr>
          <w:b/>
        </w:rPr>
        <w:t xml:space="preserve">[26:32] </w:t>
      </w:r>
      <w:r>
        <w:t>tahum aakhir mein us ne dekha ke bظاهر matloob ko pane ke bawajood us ko khushi hasil na ho saki.</w:t>
      </w:r>
    </w:p>
    <w:p>
      <w:pPr>
        <w:jc w:val="right"/>
      </w:pPr>
      <w:r>
        <w:t>تاہم آخر میں اس نے دیکھا کہ بظاہر مطلوب کو پانے کے باوجود اس کو خوشی حاصل نہ ہو سکی۔</w:t>
      </w:r>
    </w:p>
    <w:p>
      <w:r>
        <w:rPr>
          <w:b/>
        </w:rPr>
        <w:t xml:space="preserve">[26:41] </w:t>
      </w:r>
      <w:r>
        <w:t>misal ke taur par us ne maal hasil karna chaha aur lambi koshish ke baad us ne maal hasil kar liya, lekin maal us ko us ki matloob khushi na de saka.</w:t>
      </w:r>
    </w:p>
    <w:p>
      <w:pPr>
        <w:jc w:val="right"/>
      </w:pPr>
      <w:r>
        <w:t>مثلاً اس نے مال حاصل کرنا چاہا اور لمبی کوشش کے بعد اس نے مال حاصل کر لیا، لیکن مال اس کو اس کی مطلوب خوشی نہ دے سکا۔</w:t>
      </w:r>
    </w:p>
    <w:p>
      <w:r>
        <w:rPr>
          <w:b/>
        </w:rPr>
        <w:t xml:space="preserve">[26:54] </w:t>
      </w:r>
      <w:r>
        <w:t>isi tarah kuch logon ne siyasi iqtadar ko apna nishana banaya aur aakhir kar siyasi iqtadar hasil kar liya, lekin ab us ko maloom hua ke siyasi iqtadar us ko woh cheez nahi de raha hai jo us ka asal matloob tha.</w:t>
      </w:r>
    </w:p>
    <w:p>
      <w:pPr>
        <w:jc w:val="right"/>
      </w:pPr>
      <w:r>
        <w:t>اسی طرح کچھ لوگوں نے سیاسی اقتدار کو اپنا نشانہ بنایا اور آخر کار سیاسی اقتدار حاصل کر لیا، لیکن اب اس کو معلوم ہوا کہ سیاسی اقتدار اس کو وہ چیز نہیں دے رہا ہے جو اس کا اصل مطلوب تھا۔</w:t>
      </w:r>
    </w:p>
    <w:p>
      <w:r>
        <w:rPr>
          <w:b/>
        </w:rPr>
        <w:t xml:space="preserve">[27:13] </w:t>
      </w:r>
      <w:r>
        <w:t>haqiqat yeh hai ke insan ki kamyabi sirf yeh hai ke woh apne rab ko aur phir jannat ko pa le.</w:t>
      </w:r>
    </w:p>
    <w:p>
      <w:pPr>
        <w:jc w:val="right"/>
      </w:pPr>
      <w:r>
        <w:t>حقیقت یہ ہے کہ انسان کی کامیابی صرف یہ ہے کہ وہ اپنے رب کو اور پھر جنت کو پا لے۔</w:t>
      </w:r>
    </w:p>
    <w:p>
      <w:r>
        <w:rPr>
          <w:b/>
        </w:rPr>
        <w:t xml:space="preserve">[27:22] </w:t>
      </w:r>
      <w:r>
        <w:t>is ke siwa koi aur cheez us ko haqeeqi khushi dene wali nahi. haar jeet ka din. quran ki surah number 64 mein bataya gaya hai ke qayamat ka din yom al-taghabun hoga, yani haar jeet, loss and gain ka din.</w:t>
      </w:r>
    </w:p>
    <w:p>
      <w:pPr>
        <w:jc w:val="right"/>
      </w:pPr>
      <w:r>
        <w:t>اس کے سوا کوئی اور چیز اس کو حقیقی خوشی دینے والی نہیں۔ ہار جیت کا دن۔ قرآن کی سورہ نمبر 64 میں بتایا گیا ہے کہ قیامت کا دن یوم التغابن ہوگا، یعنی ہار جیت، لاس اینڈ گین کا دن۔</w:t>
      </w:r>
    </w:p>
    <w:p>
      <w:r>
        <w:rPr>
          <w:b/>
        </w:rPr>
        <w:t xml:space="preserve">[27:41] </w:t>
      </w:r>
      <w:r>
        <w:t>haar aur jeet hamesha do fareeqon, yani parties ke darmiyan hoti hai. phir qayamat ki yeh haar jeet kin do fareeqon ke darmiyan hogi?</w:t>
      </w:r>
    </w:p>
    <w:p>
      <w:pPr>
        <w:jc w:val="right"/>
      </w:pPr>
      <w:r>
        <w:t>ہار اور جیت ہمیشہ دو فریقوں، یعنی پارٹیز کے درمیان ہوتی ہے۔ پھر قیامت کی یہ ہار جیت کن دو فریقوں کے درمیان ہوگی؟</w:t>
      </w:r>
    </w:p>
    <w:p>
      <w:r>
        <w:rPr>
          <w:b/>
        </w:rPr>
        <w:t xml:space="preserve">[27:51] </w:t>
      </w:r>
      <w:r>
        <w:t>is sawal ka jawab ek aur ayat "بعضکم لبعض ادو" mein milta hai. is ke mutabiq yeh haar jeet insan aur iblis ke darmiyan hogi.</w:t>
      </w:r>
    </w:p>
    <w:p>
      <w:pPr>
        <w:jc w:val="right"/>
      </w:pPr>
      <w:r>
        <w:t>اس سوال کا جواب ایک اور آیت "بعضکم لبعض ادو" میں ملتا ہے۔ اس کے مطابق یہ ہار جیت انسان اور ابلیس کے درمیان ہوگی۔</w:t>
      </w:r>
    </w:p>
    <w:p>
      <w:r>
        <w:rPr>
          <w:b/>
        </w:rPr>
        <w:t xml:space="preserve">[28:03] </w:t>
      </w:r>
      <w:r>
        <w:t>zartusht ne kaha tha ke dunya khair o shar ki taqaton ke darmiyan musalsal jang ka maidan hai. "the world is a perpetual battleground between good and evil forces".</w:t>
      </w:r>
    </w:p>
    <w:p>
      <w:pPr>
        <w:jc w:val="right"/>
      </w:pPr>
      <w:r>
        <w:t>زرتشت نے کہا تھا کہ دنیا خیر و شر کی طاقتوں کے درمیان مسلسل جنگ کا میدان ہے۔ "دا ورلڈ از ا پرپیچول بیٹل گراؤنڈ بٹوین گڈ اینڈ ایول فورسز"۔</w:t>
      </w:r>
    </w:p>
    <w:p>
      <w:r>
        <w:rPr>
          <w:b/>
        </w:rPr>
        <w:t xml:space="preserve">[28:17] </w:t>
      </w:r>
      <w:r>
        <w:t>lekin takhleeqi mansoobe ke mutabiq zyada sahi baat yeh hai ke dunya insan aur iblis ke darmiyan musalsal muqabla arai ka maidan hai.</w:t>
      </w:r>
    </w:p>
    <w:p>
      <w:pPr>
        <w:jc w:val="right"/>
      </w:pPr>
      <w:r>
        <w:t>لیکن تخلیقی منصوبے کے مطابق زیادہ صحیح بات یہ ہے کہ دنیا انسان اور ابلیس کے درمیان مسلسل مقابلہ آرائی کا میدان ہے۔</w:t>
      </w:r>
    </w:p>
    <w:p>
      <w:r>
        <w:rPr>
          <w:b/>
        </w:rPr>
        <w:t xml:space="preserve">[28:29] </w:t>
      </w:r>
      <w:r>
        <w:t>"the world is a perpetual battleground between man and satan". quran ke mutabiq maujooda dunya imtihangah, yani testing ground hai.</w:t>
      </w:r>
    </w:p>
    <w:p>
      <w:pPr>
        <w:jc w:val="right"/>
      </w:pPr>
      <w:r>
        <w:t>"دا ورلڈ از ا پرپیچول بیٹل گراؤنڈ بٹوین مین اینڈ سیٹن"۔ قرآن کے مطابق موجودہ دنیا امتحان گاہ، یعنی ٹیسٹنگ گراؤنڈ ہے۔</w:t>
      </w:r>
    </w:p>
    <w:p>
      <w:r>
        <w:rPr>
          <w:b/>
        </w:rPr>
        <w:t xml:space="preserve">[28:40] </w:t>
      </w:r>
      <w:r>
        <w:t>is imtihan mein ek taraf iblis aur uska lashkar hai jo musalsal taur par yeh koshish kar raha hai ke insan ko khuda ke raste se hata kar nafs ke raste par daal de.</w:t>
      </w:r>
    </w:p>
    <w:p>
      <w:pPr>
        <w:jc w:val="right"/>
      </w:pPr>
      <w:r>
        <w:t>اس امتحان میں ایک طرف ابلیس اور اس کا لشکر ہے جو مسلسل طور پر یہ کوشش کر رہا ہے کہ انسان کو خدا کے راستے سے ہٹا کر نفس کے راستے پر ڈال دے۔</w:t>
      </w:r>
    </w:p>
    <w:p>
      <w:r>
        <w:rPr>
          <w:b/>
        </w:rPr>
        <w:t xml:space="preserve">[28:54] </w:t>
      </w:r>
      <w:r>
        <w:t>ab jo insan khuda ke raste ko chhod kar apne nafs ke raste par chalne lage, woh shaitan ke muqable mein haar gaya.</w:t>
      </w:r>
    </w:p>
    <w:p>
      <w:pPr>
        <w:jc w:val="right"/>
      </w:pPr>
      <w:r>
        <w:t>اب جو انسان خدا کے راستے کو چھوڑ کر اپنے نفس کے راستے پر چلنے لگے، وہ شیطان کے مقابلے میں ہار گیا۔</w:t>
      </w:r>
    </w:p>
    <w:p>
      <w:r>
        <w:rPr>
          <w:b/>
        </w:rPr>
        <w:t xml:space="preserve">[29:04] </w:t>
      </w:r>
      <w:r>
        <w:t>is ke bar aks jo insan zehni bedari ka saboot de, jo shaitan ke behkawe ke bawajood khuda ke raste par chalta rahe, us ne shaitan ke muqable mein jeet hasil ki.</w:t>
      </w:r>
    </w:p>
    <w:p>
      <w:pPr>
        <w:jc w:val="right"/>
      </w:pPr>
      <w:r>
        <w:t>اس کے برعکس جو انسان ذہنی بیداری کا ثبوت دے، جو شیطان کے بہکاوے کے باوجود خدا کے راستے پر چلتا رہے، اس نے شیطان کے مقابلے میں جیت حاصل کی۔</w:t>
      </w:r>
    </w:p>
    <w:p>
      <w:r>
        <w:rPr>
          <w:b/>
        </w:rPr>
        <w:t xml:space="preserve">[29:18] </w:t>
      </w:r>
      <w:r>
        <w:t>haar jeet ka yeh muamla isi maujooda dunya mein paish aata hai. qayamat ke din sirf is ka izhaar hoga.</w:t>
      </w:r>
    </w:p>
    <w:p>
      <w:pPr>
        <w:jc w:val="right"/>
      </w:pPr>
      <w:r>
        <w:t>ہار جیت کا یہ معاملہ اسی موجودہ دنیا میں پیش آتا ہے۔ قیامت کے دن صرف اس کا اظہار ہوگا۔</w:t>
      </w:r>
    </w:p>
    <w:p>
      <w:r>
        <w:rPr>
          <w:b/>
        </w:rPr>
        <w:t xml:space="preserve">[29:26] </w:t>
      </w:r>
      <w:r>
        <w:t>mislan aap ko kisi ne mushtael kar diya. ab agar aap aman par qaim rahe to aap jeet gaye, aur agar aap bhadak kar tashaddud par utar aaye to aap haar gaye.</w:t>
      </w:r>
    </w:p>
    <w:p>
      <w:pPr>
        <w:jc w:val="right"/>
      </w:pPr>
      <w:r>
        <w:t>مثلاً آپ کو کسی نے مشتعل کر دیا۔ اب اگر آپ امن پر قائم رہے تو آپ جیت گئے، اور اگر آپ بھڑک کر تشدد پر اتر آئے تو آپ ہار گئے۔</w:t>
      </w:r>
    </w:p>
    <w:p>
      <w:r>
        <w:rPr>
          <w:b/>
        </w:rPr>
        <w:t xml:space="preserve">[29:39] </w:t>
      </w:r>
      <w:r>
        <w:t>agar aap ko kisi ki baat buri lag gayi aur aap ne us ko nazar andaaz kar diya to aap jeet gaye, aur agar aap ghusse ho kar us se nafrat karne lage to aap haar gaye.</w:t>
      </w:r>
    </w:p>
    <w:p>
      <w:pPr>
        <w:jc w:val="right"/>
      </w:pPr>
      <w:r>
        <w:t>اگر آپ کو کسی کی بات بری لگ گئی اور آپ نے اس کو نظر انداز کر دیا تو آپ جیت گئے، اور اگر آپ غصے ہو کر اس سے نفرت کرنے لگے تو آپ ہار گئے۔</w:t>
      </w:r>
    </w:p>
    <w:p>
      <w:r>
        <w:rPr>
          <w:b/>
        </w:rPr>
        <w:t xml:space="preserve">[29:53] </w:t>
      </w:r>
      <w:r>
        <w:t>agar muqable ki is dunya mein aap peechhe ho gaye aur aap ne apne pichhde pan ka zimmedaar khud ko bataya to aap jeet gaye, aur agar aap ne pichhde pan ka sabab yeh qarar diya ke aisa doosron ki saazish, yaani conspiracy ki bina par hua to aap haar gaye.</w:t>
      </w:r>
    </w:p>
    <w:p>
      <w:pPr>
        <w:jc w:val="right"/>
      </w:pPr>
      <w:r>
        <w:t>اگر مقابلے کی اس دنیا میں آپ پیچھے ہو گئے اور آپ نے اپنے پچھڑے پن کا ذمہ دار خود کو بتایا تو آپ جیت گئے، اور اگر آپ نے پچھڑے پن کا سبب یہ قرار دیا کہ ایسا دوسروں کی سازش، یعنی کانسپریسی کی بنا پر ہوا تو آپ ہار گئے۔</w:t>
      </w:r>
    </w:p>
    <w:p>
      <w:r>
        <w:rPr>
          <w:b/>
        </w:rPr>
        <w:t xml:space="preserve">[30:15] </w:t>
      </w:r>
      <w:r>
        <w:t>agar kisi ne aap ke upar hamla karna chaha aur aap ne us ko manage kar liya aur jang ki nabat na aane di to aap jeet gaye, aur agar aap rad-e-amal, yaani reaction ka shikar ho kar us se ladne lage to aap haar gaye.</w:t>
      </w:r>
    </w:p>
    <w:p>
      <w:pPr>
        <w:jc w:val="right"/>
      </w:pPr>
      <w:r>
        <w:t>اگر کسی نے آپ کے اوپر حملہ کرنا چاہا اور آپ نے اس کو مینج کر لیا اور جنگ کی نوبت نہ آنے دی تو آپ جیت گئے، اور اگر آپ ردعمل، یعنی ری ایکشن کا شکار ہو کر اس سے لڑنے لگے تو آپ ہار گئے۔</w:t>
      </w:r>
    </w:p>
    <w:p>
      <w:r>
        <w:rPr>
          <w:b/>
        </w:rPr>
        <w:t xml:space="preserve">[30:34] </w:t>
      </w:r>
      <w:r>
        <w:t>insan aur iblis ke darmiyan yeh jang sari umar jaari rehti hai. yahi woh muamla hai jis ke baray mein insan ko sab se zyada hoshiyar rehna chahiye.</w:t>
      </w:r>
    </w:p>
    <w:p>
      <w:pPr>
        <w:jc w:val="right"/>
      </w:pPr>
      <w:r>
        <w:t>انسان اور ابلیس کے درمیان یہ جنگ ساری عمر جاری رہتی ہے۔ یہی وہ معاملہ ہے جس کے بارے میں انسان کو سب سے زیادہ ہوشیار رہنا چاہیے۔</w:t>
      </w:r>
    </w:p>
    <w:p>
      <w:r>
        <w:rPr>
          <w:b/>
        </w:rPr>
        <w:t xml:space="preserve">[30:45] </w:t>
      </w:r>
      <w:r>
        <w:t>un mawaqe par jo shakhs jeet gaya, aakhirat mein woh farishton ki sohbat mein jagah paye ga, aur jo shakhs shaitan ke behkawe ka shikar ho jaye, is ka woh anjaam hoga jo quran mein in alfaz mein bataya gaya hai.</w:t>
      </w:r>
    </w:p>
    <w:p>
      <w:pPr>
        <w:jc w:val="right"/>
      </w:pPr>
      <w:r>
        <w:t>ان مواقع پر جو شخص جیت گیا، آخرت میں وہ فرشتوں کی صحبت میں جگہ پائے گا، اور جو شخص شیطان کے بہکاوے کا شکار ہو جائے، اس کا وہ انجام ہوگا جو قرآن میں ان الفاظ میں بتایا گیا ہے۔</w:t>
      </w:r>
    </w:p>
    <w:p>
      <w:r>
        <w:rPr>
          <w:b/>
        </w:rPr>
        <w:t xml:space="preserve">[31:02] </w:t>
      </w:r>
      <w:r>
        <w:t>allah ne iblis se khitab karte hue kaha tha: "laban tabee'ahu minhum la-amla jahanum minkum ajmaeen".</w:t>
      </w:r>
    </w:p>
    <w:p>
      <w:pPr>
        <w:jc w:val="right"/>
      </w:pPr>
      <w:r>
        <w:t>اللہ نے ابلیس سے خطاب کرتے ہوئے کہا تھا: "لبن تبیعہ منہم لامل جہنم منکم اجمعین"۔</w:t>
      </w:r>
    </w:p>
    <w:p>
      <w:r>
        <w:rPr>
          <w:b/>
        </w:rPr>
        <w:t xml:space="preserve">[31:13] </w:t>
      </w:r>
      <w:r>
        <w:t>yaani insano mein se jo koi teri rah par chalega to main tum sab se jahanum ko bhar doon ga. islam mukammal zabta-e-hayat.</w:t>
      </w:r>
    </w:p>
    <w:p>
      <w:pPr>
        <w:jc w:val="right"/>
      </w:pPr>
      <w:r>
        <w:t>یعنی انسانوں میں سے جو کوئی تیری راہ پر چلے گا تو میں تم سب سے جہنم کو بھر دوں گا۔ اسلام مکمل ضابطہ حیات۔</w:t>
      </w:r>
    </w:p>
    <w:p>
      <w:r>
        <w:rPr>
          <w:b/>
        </w:rPr>
        <w:t xml:space="preserve">[31:27] </w:t>
      </w:r>
      <w:r>
        <w:t>islam mukammal zabta-e-hayat, yaani complete system of life hai. yeh baat durust bhi hai aur nadurust bhi.</w:t>
      </w:r>
    </w:p>
    <w:p>
      <w:pPr>
        <w:jc w:val="right"/>
      </w:pPr>
      <w:r>
        <w:t>اسلام مکمل ضابطہ حیات، یعنی کمپلیٹ سسٹم آف لائف ہے۔ یہ بات درست بھی ہے اور نادرست بھی۔</w:t>
      </w:r>
    </w:p>
    <w:p>
      <w:r>
        <w:rPr>
          <w:b/>
        </w:rPr>
        <w:t xml:space="preserve">[31:36] </w:t>
      </w:r>
      <w:r>
        <w:t>agar is baat ko ikhtiyari pairwi, yaani following ke mani mein liya jaye to bilashuba woh durust hai. is ke baraks agar is ko nafaz, yaani enforcement ke mani mein liya jaye to yaqeenan woh ek nadurust bayan hai jis ka quran o sunnat se koi talluq nahi.</w:t>
      </w:r>
    </w:p>
    <w:p>
      <w:pPr>
        <w:jc w:val="right"/>
      </w:pPr>
      <w:r>
        <w:t>اگر اس بات کو اختیاری پیروی، یعنی فالونگ کے معنی میں لیا جائے تو بلاشبہ وہ درست ہے۔ اس کے برعکس اگر اس کو نفاذ، یعنی انفورسمنٹ کے معنی میں لیا جائے تو یقینا وہ ایک نادرست بیان ہے جس کا قرآن و سنت سے کوئی تعلق نہیں۔</w:t>
      </w:r>
    </w:p>
    <w:p>
      <w:r>
        <w:rPr>
          <w:b/>
        </w:rPr>
        <w:t xml:space="preserve">[31:56] </w:t>
      </w:r>
      <w:r>
        <w:t>mislan quran mein hai: "ya ayyuhal ladheena amanu ittaqullah wa qoolu qawlan sadida".</w:t>
      </w:r>
    </w:p>
    <w:p>
      <w:pPr>
        <w:jc w:val="right"/>
      </w:pPr>
      <w:r>
        <w:t>مثلاً قرآن میں ہے: "یا ایہا الذین آمنوا اتقوا اللہ وقولوا قولا سديدا"۔ یعنی اے ایمان والو!</w:t>
      </w:r>
    </w:p>
    <w:p>
      <w:r>
        <w:rPr>
          <w:b/>
        </w:rPr>
        <w:t xml:space="preserve">[32:06] </w:t>
      </w:r>
      <w:r>
        <w:t>allah se daro aur durust baat kaho. is ayat ka matlab yeh hai ke fard-e-momin ko chahiye ke woh jab bolay to sahi baat bolay, lekin agar is ayat ka matlab yeh bataya jaye ke ek aisa siyasi nizam qaim karo jis mein logo ko majboor kar diya jaye ke sirf durust baat bolna hai,</w:t>
      </w:r>
    </w:p>
    <w:p>
      <w:pPr>
        <w:jc w:val="right"/>
      </w:pPr>
      <w:r>
        <w:t>اللہ سے ڈرو اور درست بات کہو۔ اس آیت کا مطلب یہ ہے کہ فرد مومن کو چاہیے کہ وہ جب بولے تو صحیح بات بولے، لیکن اگر اس آیت کا مطلب یہ بتایا جائے کہ ایک ایسا سیاسی نظام قائم کرو جس میں لوگوں کو مجبور کر دیا جائے کہ صرف درست بات بولنا ہے،</w:t>
      </w:r>
    </w:p>
    <w:p>
      <w:r>
        <w:rPr>
          <w:b/>
        </w:rPr>
        <w:t xml:space="preserve">[32:30] </w:t>
      </w:r>
      <w:r>
        <w:t>nadurust baat har giz nahi bolna hai, to ayat ka yeh mafhoom ek khud-sakhta mafhoom hoga jis ka quran se koi talluq nahi.</w:t>
      </w:r>
    </w:p>
    <w:p>
      <w:pPr>
        <w:jc w:val="right"/>
      </w:pPr>
      <w:r>
        <w:t>نادرست بات ہرگز نہیں بولنا ہے، تو آیت کا یہ مفہوم ایک خود ساختہ مفہوم ہوگا جس کا قرآن سے کوئی تعلق نہیں۔</w:t>
      </w:r>
    </w:p>
    <w:p>
      <w:r>
        <w:rPr>
          <w:b/>
        </w:rPr>
        <w:t xml:space="preserve">[32:39] </w:t>
      </w:r>
      <w:r>
        <w:t>isi tarah mislan quran mein ek hukum in alfaz mein aaya hai: "wa idha qultum fa-adilo".</w:t>
      </w:r>
    </w:p>
    <w:p>
      <w:pPr>
        <w:jc w:val="right"/>
      </w:pPr>
      <w:r>
        <w:t>اسی طرح مثلاً قرآن میں ایک حکم ان الفاظ میں آیا ہے: "وَإِذَا قُلْتُمْ فَاعْدِلُوا"۔</w:t>
      </w:r>
    </w:p>
    <w:p>
      <w:r>
        <w:rPr>
          <w:b/>
        </w:rPr>
        <w:t xml:space="preserve">[32:49] </w:t>
      </w:r>
      <w:r>
        <w:t>yaani aur jab tum bolo to insaaf ki baat bolo. quran ki is ayat mein ek infiradi hukum diya gaya hai, yaani ek fard-e-momin ko chahiye ke jab woh bolay to hamesha sachi baat bolay, woh kabhi jhoot na bolay.</w:t>
      </w:r>
    </w:p>
    <w:p>
      <w:pPr>
        <w:jc w:val="right"/>
      </w:pPr>
      <w:r>
        <w:t>یعنی اور جب تم بولو تو انصاف کی بات بولو۔ قرآن کی اس آیت میں ایک انفرادی حکم دیا گیا ہے، یعنی ایک فرد مومن کو چاہیے کہ جب وہ بولے تو ہمیشہ سچی بات بولے، وہ کبھی جھوٹ نہ بولے۔</w:t>
      </w:r>
    </w:p>
    <w:p>
      <w:r>
        <w:rPr>
          <w:b/>
        </w:rPr>
        <w:t xml:space="preserve">[33:07] </w:t>
      </w:r>
      <w:r>
        <w:t>lekin agar quran ki is ayat ka matlab yeh bataya jaye ke aye mus</w:t>
      </w:r>
    </w:p>
    <w:p>
      <w:pPr>
        <w:jc w:val="right"/>
      </w:pPr>
      <w:r>
        <w:t>لیکن اگر قرآن کی اس آیت کا مطلب یہ بتایا جائے کہ اے مس</w:t>
      </w:r>
    </w:p>
    <w:p>
      <w:r>
        <w:rPr>
          <w:b/>
        </w:rPr>
        <w:t xml:space="preserve">[33:13] </w:t>
      </w:r>
      <w:r>
        <w:t>almano! tum ek aisa siyasi nizam qaim karo jis mein logo ko bazariya taqat is baat ka paband kiya jaye ke woh hamesha sach bolen, woh kabhi jhoot na bolen, to yeh is ayat ka ek khud-sakhta mafhoom hoga jis ka quran ki is ayat se koi talluq nahi.</w:t>
      </w:r>
    </w:p>
    <w:p>
      <w:pPr>
        <w:jc w:val="right"/>
      </w:pPr>
      <w:r>
        <w:t>لمانوں! تم ایک ایسا سیاسی نظام قائم کرو جس میں لوگوں کو بذریعہ طاقت اس بات کا پابند کیا جائے کہ وہ ہمیشہ سچ بولیں، وہ کبھی جھوٹ نہ بولیں، تو یہ اس آیت کا ایک خود ساختہ مفہوم ہوگا جس کا قرآن کی اس آیت سے کوئی تعلق نہیں۔</w:t>
      </w:r>
    </w:p>
    <w:p>
      <w:r>
        <w:rPr>
          <w:b/>
        </w:rPr>
        <w:t xml:space="preserve">[33:37] </w:t>
      </w:r>
      <w:r>
        <w:t>isi tarah quran ki ek ayat in alfaz mein aayi hai: "an aqimud deen".</w:t>
      </w:r>
    </w:p>
    <w:p>
      <w:pPr>
        <w:jc w:val="right"/>
      </w:pPr>
      <w:r>
        <w:t>اسی طرح قرآن کی ایک آیت ان الفاظ میں آئی ہے: "أَنْ أَقِيمُوا الدِّينَ"۔ یعنی تم الدین کی پیروی کرو۔</w:t>
      </w:r>
    </w:p>
    <w:p>
      <w:r>
        <w:rPr>
          <w:b/>
        </w:rPr>
        <w:t xml:space="preserve">[33:49] </w:t>
      </w:r>
      <w:r>
        <w:t>yaani tum deen ki pairwi karo. yeh ayat har fard-e-muslim ko yeh hukum de rahi hai ke woh apni zindagi mein khuda ke bataye hue deen par chalay.</w:t>
      </w:r>
    </w:p>
    <w:p>
      <w:pPr>
        <w:jc w:val="right"/>
      </w:pPr>
      <w:r>
        <w:t>یہ آیت ہر فرد مسلم کو یہ حکم دے رہی ہے کہ وہ اپنی زندگی میں خدا کے بتائے ہوئے دین پر چلے۔</w:t>
      </w:r>
    </w:p>
    <w:p>
      <w:r>
        <w:rPr>
          <w:b/>
        </w:rPr>
        <w:t xml:space="preserve">[33:59] </w:t>
      </w:r>
      <w:r>
        <w:t>is ke baraks agar is ayat ka matlab yeh bataya jaye ke deen ka matlab state hai aur ahl-e-islam ka yeh farz hai ke woh is deeni state ko bazor zameen par qaim, yaani establish karen aur logo ko majboor karen ke woh is se inhiraaf na karne payen,</w:t>
      </w:r>
    </w:p>
    <w:p>
      <w:pPr>
        <w:jc w:val="right"/>
      </w:pPr>
      <w:r>
        <w:t>اس کے برعکس اگر اس آیت کا مطلب یہ بتایا جائے کہ دین کا مطلب سٹیٹ ہے اور اہل اسلام کا یہ فرض ہے کہ وہ اس دینی سٹیٹ کو بزور زمین پر قائم، یعنی اسٹیبلش کریں اور لوگوں کو مجبور کریں کہ وہ اس سے انحراف نہ کرنے پائیں،</w:t>
      </w:r>
    </w:p>
    <w:p>
      <w:r>
        <w:rPr>
          <w:b/>
        </w:rPr>
        <w:t xml:space="preserve">[34:21] </w:t>
      </w:r>
      <w:r>
        <w:t>agar kuch log is ayat ka yeh matlab batayen to yeh bilashuba ayat ka ek khud-sakhta mafhoom hoga. is qism ke mafhoom ka quran ki is ayat se koi talluq nahi.</w:t>
      </w:r>
    </w:p>
    <w:p>
      <w:pPr>
        <w:jc w:val="right"/>
      </w:pPr>
      <w:r>
        <w:t>اگر کچھ لوگ اس آیت کا یہ مطلب بتائیں تو یہ بلاشبہ آیت کا ایک خود ساختہ مفہوم ہوگا۔ اس قسم کے مفہوم کا قرآن کی اس آیت سے کوئی تعلق نہیں۔</w:t>
      </w:r>
    </w:p>
    <w:p>
      <w:r>
        <w:rPr>
          <w:b/>
        </w:rPr>
        <w:t xml:space="preserve">[34:36] </w:t>
      </w:r>
      <w:r>
        <w:t>islam yaqeenan mukammal zabta-e-hayat hai, magar woh mukammal zabta infiradi zindagi mein ikhtiyari pairwi ke mani mein hai, na ke hukoomat ki taqat se system, yaani socio political system ke nafaz ke mani mein.</w:t>
      </w:r>
    </w:p>
    <w:p>
      <w:pPr>
        <w:jc w:val="right"/>
      </w:pPr>
      <w:r>
        <w:t>اسلام یقینا مکمل ضابطہ حیات ہے، مگر وہ مکمل ضابطہ انفرادی زندگی میں اختیاری پیروی کے معنی میں ہے، نہ کہ حکومت کی طاقت سے سسٹم، یعنی سوشیو پولیٹیکل سسٹم کے نفاذ کے معنی میں۔</w:t>
      </w:r>
    </w:p>
    <w:p>
      <w:r>
        <w:rPr>
          <w:b/>
        </w:rPr>
        <w:t xml:space="preserve">[34:55] </w:t>
      </w:r>
      <w:r>
        <w:t>islam ka nishana yeh nahi hai ke hakamana taqat se koi siyasi aur samajhi nizam qaim kiya jaye jis mein logo ko majboor kiya ja sake ke woh apni zindagi mein sirf deen-e-khudawandi ki itaat karen,</w:t>
      </w:r>
    </w:p>
    <w:p>
      <w:pPr>
        <w:jc w:val="right"/>
      </w:pPr>
      <w:r>
        <w:t>اسلام کا نشانہ یہ نہیں ہے کہ حاکمانہ طاقت سے کوئی سیاسی اور سماجی نظام قائم کیا جائے جس میں لوگوں کو مجبور کیا جا سکے کہ وہ اپنی زندگیوں میں صرف دین خداوندی کی اطاعت کریں،</w:t>
      </w:r>
    </w:p>
    <w:p>
      <w:r>
        <w:rPr>
          <w:b/>
        </w:rPr>
        <w:t xml:space="preserve">[35:13] </w:t>
      </w:r>
      <w:r>
        <w:t>un ko is se inhiraaf ki ijazat na ho. is ke baraks islam ka nishana yeh hai ke har fard ke andar yeh shaoor paida kiya jaye ke woh allah se mohabbat kare aur allah ka taqwa ikhtiyar kare.</w:t>
      </w:r>
    </w:p>
    <w:p>
      <w:pPr>
        <w:jc w:val="right"/>
      </w:pPr>
      <w:r>
        <w:t>ان کو اس سے انحراف کی اجازت نہ ہو۔ اس کے برعکس اسلام کا نشانہ یہ ہے کہ ہر فرد کے اندر یہ شعور پیدا کیا جائے کہ وہ اللہ سے محبت کرے اور اللہ کا تقویٰ اختیار کرے۔</w:t>
      </w:r>
    </w:p>
    <w:p>
      <w:r>
        <w:rPr>
          <w:b/>
        </w:rPr>
        <w:t xml:space="preserve">[35:32] </w:t>
      </w:r>
      <w:r>
        <w:t>isi spirit ko quran mein ar-rabbaniyah kaha gaya hai. quran ka nishana yeh hai ke har fard ke andar yeh rabbani spirit paida ki jaye taake woh apni zindagi ke har maamle mein is rabbani spirit ki taameel kare, woh jahan bhi ho, jis haal mein bhi ho, is rabbani spirit par apne ko qaim rakhe.</w:t>
      </w:r>
    </w:p>
    <w:p>
      <w:pPr>
        <w:jc w:val="right"/>
      </w:pPr>
      <w:r>
        <w:t>اسی سپرٹ کو قرآن میں الربانیہ کہا گیا ہے۔ قرآن کا نشانہ یہ ہے کہ ہر فرد کے اندر یہ ربانی سپرٹ پیدا کی جائے تاکہ وہ اپنی زندگی کے ہر معاملے میں اس ربانی سپرٹ کی تعمیل کرے، وہ جہاں بھی ہو، جس حال میں بھی ہو، اس ربانی سپرٹ پر اپنے کو قائم رکھے۔</w:t>
      </w:r>
    </w:p>
    <w:p>
      <w:r>
        <w:rPr>
          <w:b/>
        </w:rPr>
        <w:t xml:space="preserve">[35:59] </w:t>
      </w:r>
      <w:r>
        <w:t>islam ki taleem ke mutabiq maujooda dunya dar-ul-imtihaan hai, woh dar-un-nafaz, yaani place of enforcement nahin.</w:t>
      </w:r>
    </w:p>
    <w:p>
      <w:pPr>
        <w:jc w:val="right"/>
      </w:pPr>
      <w:r>
        <w:t>اسلام کی تعلیم کے مطابق موجودہ دنیا دارالامتحان ہے، وہ دارالنفاذ، یعنی پلیس آف انفورسمنٹ نہیں۔</w:t>
      </w:r>
    </w:p>
    <w:p>
      <w:r>
        <w:rPr>
          <w:b/>
        </w:rPr>
        <w:t xml:space="preserve">[36:09] </w:t>
      </w:r>
      <w:r>
        <w:t>maujooda dunya mein har aurat aur har mard ka imtihaan, yaani test liya ja raha hai ke woh apne ikhtiyar ko allah ke muqarrar kardah sirat-e-mustaqeem par chalne mein istemal karta hai ya is se inhiraaf karne mein.</w:t>
      </w:r>
    </w:p>
    <w:p>
      <w:pPr>
        <w:jc w:val="right"/>
      </w:pPr>
      <w:r>
        <w:t>موجودہ دنیا میں ہر عورت اور ہر مرد کا امتحان، یعنی ٹیسٹ لیا جا رہا ہے کہ وہ اپنے اختیار کو اللہ کے مقرر کردہ صراط مستقیم پر چلنے میں استعمال کرتا ہے یا اس سے انحراف کرنے میں۔</w:t>
      </w:r>
    </w:p>
    <w:p>
      <w:r>
        <w:rPr>
          <w:b/>
        </w:rPr>
        <w:t xml:space="preserve">[36:28] </w:t>
      </w:r>
      <w:r>
        <w:t>imtihaan ki isi maslehat ki bina par maujooda dunya mein insaan ko kamil aazadi di gayi hai taake jo chahe maane aur jo chahe inkaar kare.</w:t>
      </w:r>
    </w:p>
    <w:p>
      <w:pPr>
        <w:jc w:val="right"/>
      </w:pPr>
      <w:r>
        <w:t>امتحان کی اسی مصلحت کی بنا پر موجودہ دنیا میں انسان کو کامل آزادی دی گئی ہے تاکہ جو چاہے مانے اور جو چاہے انکار کرے۔</w:t>
      </w:r>
    </w:p>
    <w:p>
      <w:r>
        <w:rPr>
          <w:b/>
        </w:rPr>
        <w:t xml:space="preserve">[36:41] </w:t>
      </w:r>
      <w:r>
        <w:t>is haqeeqat ko quran mein in alfaaz mein bayan kiya gaya hai: "wa qulil haqqu mir rabbikum faman shaa'a falyu'min waman shaa'a falyakfur".</w:t>
      </w:r>
    </w:p>
    <w:p>
      <w:pPr>
        <w:jc w:val="right"/>
      </w:pPr>
      <w:r>
        <w:t>اس حقیقت کو قرآن میں ان الفاظ میں بیان کیا گیا ہے: "وَقُلِ الْحَقُّ مِنْ رَبِّكُمْ فَمَنْ شَاءَ فَلْيُؤْمِنْ وَمَنْ شَاءَ فَلْيَكْفُرْ"۔</w:t>
      </w:r>
    </w:p>
    <w:p>
      <w:r>
        <w:rPr>
          <w:b/>
        </w:rPr>
        <w:t xml:space="preserve">[36:55] </w:t>
      </w:r>
      <w:r>
        <w:t>yaani aur kaho ke yeh haq hai tumhare rab ki taraf se, pas jo shakhs chahe use maane aur jo shakhs chahe na maane.</w:t>
      </w:r>
    </w:p>
    <w:p>
      <w:pPr>
        <w:jc w:val="right"/>
      </w:pPr>
      <w:r>
        <w:t>یعنی اور کہو کہ یہ حق ہے تمہارے رب کی طرف سے، پس جو شخص چاہے اسے مانے اور جو شخص چاہے نہ مانے۔</w:t>
      </w:r>
    </w:p>
    <w:p>
      <w:r>
        <w:rPr>
          <w:b/>
        </w:rPr>
        <w:t xml:space="preserve">[37:07] </w:t>
      </w:r>
      <w:r>
        <w:t>dusri jagah farmaya: "lasta alayhim bimusaydir".</w:t>
      </w:r>
    </w:p>
    <w:p>
      <w:pPr>
        <w:jc w:val="right"/>
      </w:pPr>
      <w:r>
        <w:t>دوسری جگہ فرمایا: "لَسْتَ عَلَيْهِمْ بِمُصَيْدِرٍ"۔</w:t>
      </w:r>
    </w:p>
    <w:p>
      <w:r>
        <w:rPr>
          <w:b/>
        </w:rPr>
        <w:t xml:space="preserve">[37:11] </w:t>
      </w:r>
      <w:r>
        <w:t>yani tum un par darogha nahi.</w:t>
      </w:r>
    </w:p>
    <w:p>
      <w:pPr>
        <w:jc w:val="right"/>
      </w:pPr>
      <w:r>
        <w:t>یعنی تم ان پر داروغہ نہیں۔</w:t>
      </w:r>
    </w:p>
    <w:p>
      <w:r>
        <w:rPr>
          <w:b/>
        </w:rPr>
        <w:t xml:space="preserve">[37:15] </w:t>
      </w:r>
      <w:r>
        <w:t>is liye quran mein ek usooli hukum ke taur par yeh farmaya: "la ikraha fid deen qad tabayyana</w:t>
      </w:r>
    </w:p>
    <w:p>
      <w:pPr>
        <w:jc w:val="right"/>
      </w:pPr>
      <w:r>
        <w:t>اس لیے قرآن میں ایک اصولی حکم کے طور پر یہ فرمایا: "لَا اِكْرَاهَ فِي الدِّينِ قَدْ تَبَيَّنَ</w:t>
      </w:r>
    </w:p>
    <w:p>
      <w:r>
        <w:rPr>
          <w:b/>
        </w:rPr>
        <w:t xml:space="preserve">[37:25] </w:t>
      </w:r>
      <w:r>
        <w:t>ar rushdu minal ghayyi faman yakfuru bit taghuti wa yu min billahi faqad istamsaka bil urwatil wusqa la infisama laha wallahu sameeun aleemun".</w:t>
      </w:r>
    </w:p>
    <w:p>
      <w:pPr>
        <w:jc w:val="right"/>
      </w:pPr>
      <w:r>
        <w:t>الرُّشْدُ مِنَ الْغَيِّ فَمَنْ يَكْفُرُ بِالطَّاغُوتِ وَيُؤْمِنْ بِاللَّهِ فَقَدْ اِسْتَمْسَكَ بِالْعُرْوَةِ الْوُصْقَى لَا اِنْفِسَامَ لَهَا وَاللَّهُ سَمِيعٌ عَلِيمٌ"۔</w:t>
      </w:r>
    </w:p>
    <w:p>
      <w:r>
        <w:rPr>
          <w:b/>
        </w:rPr>
        <w:t xml:space="preserve">[37:43] </w:t>
      </w:r>
      <w:r>
        <w:t>yaani deen ke maamle mein koi zabardasti nahin, hidayat gumrahi se alag ho chuki hai. pas jo shakhs taghoot, yaani shaitan ka inkaar kare aur allah par imaan laye, us ne mazboot halqa pakad liya jo tootne wala nahin aur allah sunne wala, janne wala hai.</w:t>
      </w:r>
    </w:p>
    <w:p>
      <w:pPr>
        <w:jc w:val="right"/>
      </w:pPr>
      <w:r>
        <w:t>یعنی دین کے معاملے میں کوئی زبردستی نہیں، ہدایت گمراہی سے الگ ہو چکی ہے۔ پس جو شخص طاغوت، یعنی شیطان کا انکار کرے اور اللہ پر ایمان لائے، اس نے مضبوط حلقہ پکڑ لیا جو ٹوٹنے والا نہیں اور اللہ سننے والا، جاننے والا ہے۔</w:t>
      </w:r>
    </w:p>
    <w:p>
      <w:r>
        <w:rPr>
          <w:b/>
        </w:rPr>
        <w:t xml:space="preserve">[38:07] </w:t>
      </w:r>
      <w:r>
        <w:t>quran mein insaan ke bare mein khaliq ka takhleeqi naqsha in alfaaz mein bataya gaya hai: "fa alhamaha fujooraha wa taqwaha qad aflaha man zakwaha wa qad khaba man dassaha".</w:t>
      </w:r>
    </w:p>
    <w:p>
      <w:pPr>
        <w:jc w:val="right"/>
      </w:pPr>
      <w:r>
        <w:t>قرآن میں انسان کے بارے میں خالق کا تخلیقی نقشہ ان الفاظ میں بتایا گیا ہے: "فَأَلْهَمَهَا فُجُورَهَا وَتَقْوَاهَا قَدْ أَفْلَحَ مَنْ زَكَّاهَا وَقَدْ خَابَ مَنْ دَسَّاهَا"۔</w:t>
      </w:r>
    </w:p>
    <w:p>
      <w:r>
        <w:rPr>
          <w:b/>
        </w:rPr>
        <w:t xml:space="preserve">[38:25] </w:t>
      </w:r>
      <w:r>
        <w:t>yaani phir us ko samajh di us ki burai ki aur us ki neki ki. kaamyaab hua jis ne us ko pak kiya aur naamuraad hua jis ne us ko aalooda kiya.</w:t>
      </w:r>
    </w:p>
    <w:p>
      <w:pPr>
        <w:jc w:val="right"/>
      </w:pPr>
      <w:r>
        <w:t>یعنی پھر اس کو سمجھ دی اس کی بدی کی اور اس کی نیکی کی۔ کامیاب ہوا جس نے اس کو پاک کیا اور نامراد ہوا جس نے اس کو آلودہ کیا۔</w:t>
      </w:r>
    </w:p>
    <w:p>
      <w:r>
        <w:rPr>
          <w:b/>
        </w:rPr>
        <w:t xml:space="preserve">[38:39] </w:t>
      </w:r>
      <w:r>
        <w:t>khaliq ke is takhleeqi naqshe ke mutabiq har aurat aur mard ko us ke khaliq ne mukammal aazadi di hai, us ko yeh mauqa diya hai ke woh apne ikhtiyar ke mutabiq soche aur us par amal kare.</w:t>
      </w:r>
    </w:p>
    <w:p>
      <w:pPr>
        <w:jc w:val="right"/>
      </w:pPr>
      <w:r>
        <w:t>خالق کے اس تخلیقی نقشے کے مطابق ہر عورت اور مرد کو اس کے خالق نے مکمل آزادی دی ہے، اس کو یہ موقع دیا ہے کہ وہ اپنے اختیار کے مطابق سوچے اور اس پر عمل کرے۔</w:t>
      </w:r>
    </w:p>
    <w:p>
      <w:r>
        <w:rPr>
          <w:b/>
        </w:rPr>
        <w:t xml:space="preserve">[38:56] </w:t>
      </w:r>
      <w:r>
        <w:t>yeh takhleeqi naqsha fitri taur par har ek ke liye aazadi ka taqaza karta hai. is ke mutabiq zabta-e-hayat mukammal ho ya ghair mukammal, har haal mein woh insaan ke liye freedom of choice ka maamla hai, na ke kisi aur ki taraf se jabri nafaz, yaani compulsory imposition ka maamla.</w:t>
      </w:r>
    </w:p>
    <w:p>
      <w:pPr>
        <w:jc w:val="right"/>
      </w:pPr>
      <w:r>
        <w:t>یہ تخلیقی نقشہ فطری طور پر ہر ایک کے لیے آزادی کا تقاضا کرتا ہے۔ اس کے مطابق ضابطہ حیات مکمل ہو یا غیر مکمل، ہر حال میں وہ انسان کے لیے فریڈم آف چوائس کا معاملہ ہے، نہ کہ کسی اور کی طرف سے جبری نفاذ، یعنی کمپلسری امپوزیشن کا معاملہ۔</w:t>
      </w:r>
    </w:p>
    <w:p>
      <w:r>
        <w:rPr>
          <w:b/>
        </w:rPr>
        <w:t xml:space="preserve">[39:24] </w:t>
      </w:r>
      <w:r>
        <w:t>jabri nafaz ka tasawwur is maamle mein takhleeq ke nizam mein mudakhlat ke hum maani hai, jo khilaf-e-fitrat hone ki bina par kabhi work karne wala nahin.</w:t>
      </w:r>
    </w:p>
    <w:p>
      <w:pPr>
        <w:jc w:val="right"/>
      </w:pPr>
      <w:r>
        <w:t>جبری نفاذ کا تصور اس معاملے میں تخلیق کے نظام میں مداخلت کے ہم معنی ہے، جو خلاف فطرت ہونے کی بنا پر کبھی ورک کرنے والا نہیں۔</w:t>
      </w:r>
    </w:p>
    <w:p>
      <w:r>
        <w:rPr>
          <w:b/>
        </w:rPr>
        <w:t xml:space="preserve">[39:38] </w:t>
      </w:r>
      <w:r>
        <w:t>makoos nateeja mukammal zabta-e-hayat ke nazariye ka nateeja hamesha makoos soorat mein niklega.</w:t>
      </w:r>
    </w:p>
    <w:p>
      <w:pPr>
        <w:jc w:val="right"/>
      </w:pPr>
      <w:r>
        <w:t>معکوس نتیجہ مکمل ضابطہ حیات کے نظریے کا نتیجہ ہمیشہ معکوس صورت میں نکلے گا۔</w:t>
      </w:r>
    </w:p>
    <w:p>
      <w:r>
        <w:rPr>
          <w:b/>
        </w:rPr>
        <w:t xml:space="preserve">[39:47] </w:t>
      </w:r>
      <w:r>
        <w:t>mukammal zabta amalan namukammal zabta ban kar reh jayega. islam, jo apni haqeeqat ke aitbar se khair khwahi ka mazhab hai, woh amalan nafrat aur dushmani ka mazhab ban kar reh jayega.</w:t>
      </w:r>
    </w:p>
    <w:p>
      <w:pPr>
        <w:jc w:val="right"/>
      </w:pPr>
      <w:r>
        <w:t>مکمل ضابطہ عملاً نامکمل ضابطہ بن کر رہ جائے گا۔ اسلام، جو اپنی حقیقت کے اعتبار سے خیر خواہی کا مذہب ہے، وہ عملاً نفرت اور دشمنی کا مذہب بن کر رہ جائے گا۔</w:t>
      </w:r>
    </w:p>
    <w:p>
      <w:r>
        <w:rPr>
          <w:b/>
        </w:rPr>
        <w:t xml:space="preserve">[40:05] </w:t>
      </w:r>
      <w:r>
        <w:t>jab aap kahein ke islam mukammal zabta-e-hayat, yaani complete system of life hai, to foran ek sawal zehan mein aata hai ke nizam, yaani system par amalan hamesha kisi giroh ka qabza hota hai.</w:t>
      </w:r>
    </w:p>
    <w:p>
      <w:pPr>
        <w:jc w:val="right"/>
      </w:pPr>
      <w:r>
        <w:t>جب آپ کہیں کہ اسلام مکمل ضابطہ حیات، یعنی کمپلیٹ سسٹم آف لائف ہے، تو فوراً ایک سوال ذہن میں آتا ہے کہ نظام، یعنی سسٹم پر عملاً ہمیشہ کسی گروہ کا قبضہ ہوتا ہے۔</w:t>
      </w:r>
    </w:p>
    <w:p>
      <w:r>
        <w:rPr>
          <w:b/>
        </w:rPr>
        <w:t xml:space="preserve">[40:23] </w:t>
      </w:r>
      <w:r>
        <w:t>woh apni marzi ke mutabiq jo qanoon ya jo tareeqa-e-hayat pasand karta hai, us ko woh raaij kiye hue hota hai.</w:t>
      </w:r>
    </w:p>
    <w:p>
      <w:pPr>
        <w:jc w:val="right"/>
      </w:pPr>
      <w:r>
        <w:t>وہ اپنی مرضی کے مطابق جو قانون یا جو طریقہ حیات پسند کرتا ہے، اس کو وہ رائج کیے ہوئے ہوتا ہے۔</w:t>
      </w:r>
    </w:p>
    <w:p>
      <w:r>
        <w:rPr>
          <w:b/>
        </w:rPr>
        <w:t xml:space="preserve">[40:33] </w:t>
      </w:r>
      <w:r>
        <w:t>aisi halat mein is qism ka zehan foran yeh sochta hai ke mukammal zabta-e-hayat ko amalan raaij karne ke liye zaroori hai ke zindagi ke nizam par is ka mukammal control ho.</w:t>
      </w:r>
    </w:p>
    <w:p>
      <w:pPr>
        <w:jc w:val="right"/>
      </w:pPr>
      <w:r>
        <w:t>ایسی حالت میں اس قسم کا ذہن فوراً یہ سوچتا ہے کہ مکمل ضابطہ حیات کو عملاً رائج کرنے کے لیے ضروری ہے کہ زندگی کے نظام پر اس کا مکمل کنٹرول ہو۔</w:t>
      </w:r>
    </w:p>
    <w:p>
      <w:r>
        <w:rPr>
          <w:b/>
        </w:rPr>
        <w:t xml:space="preserve">[40:49] </w:t>
      </w:r>
      <w:r>
        <w:t>yahi kaam us ko pehla kaam nazar aata hai. phir us ko dikhai deta hai ke is mukammal control ke liye zaroori hai ke hukoomat ki baghein kisi aur ke qabze mein na hon, balke khud us ke qabze mein hon.</w:t>
      </w:r>
    </w:p>
    <w:p>
      <w:pPr>
        <w:jc w:val="right"/>
      </w:pPr>
      <w:r>
        <w:t>یہی کام اس کو پہلا کام نظر آتا ہے۔ پھر اس کو دکھائی دیتا ہے کہ اس مکمل کنٹرول کے لیے ضروری ہے کہ حکومت کی باغیں کسی اور کے قبضے میں نہ ہوں، بلکہ خود اس کے قبضے میں ہوں۔</w:t>
      </w:r>
    </w:p>
    <w:p>
      <w:r>
        <w:rPr>
          <w:b/>
        </w:rPr>
        <w:t xml:space="preserve">[41:07] </w:t>
      </w:r>
      <w:r>
        <w:t>yahan se yeh zehan banta hai ke agar islam ko mukammal zabta-e-hayat ke taur par raaij karna hai to hum ko zindagi ke nizam par mukammal ghalba hasil karna hoga.</w:t>
      </w:r>
    </w:p>
    <w:p>
      <w:pPr>
        <w:jc w:val="right"/>
      </w:pPr>
      <w:r>
        <w:t>یہاں سے یہ ذہن بنتا ہے کہ اگر اسلام کو مکمل ضابطہ حیات کے طور پر رائج کرنا ہے تو ہم کو زندگی کے نظام پر مکمل غلبہ حاصل کرنا ہوگا۔</w:t>
      </w:r>
    </w:p>
    <w:p>
      <w:r>
        <w:rPr>
          <w:b/>
        </w:rPr>
        <w:t xml:space="preserve">[41:22] </w:t>
      </w:r>
      <w:r>
        <w:t>is tarah zehan ki tawajjuh tamam tar is taraf chali jati hai ke iqtidaar ki baghein kisi aur ke hath mein na hon, balke aap ke hath mein hon.</w:t>
      </w:r>
    </w:p>
    <w:p>
      <w:pPr>
        <w:jc w:val="right"/>
      </w:pPr>
      <w:r>
        <w:t>اس طرح ذہن کی توجہ تمام تر اس طرف چلی جاتی ہے کہ اقتدار کی باغیں کسی اور کے ہاتھ میں نہ ہوں، بلکہ آپ کے ہاتھ میں ہوں۔</w:t>
      </w:r>
    </w:p>
    <w:p>
      <w:r>
        <w:rPr>
          <w:b/>
        </w:rPr>
        <w:t xml:space="preserve">[41:35] </w:t>
      </w:r>
      <w:r>
        <w:t>phir fitri taur par yeh hota hai ke yahi tasawwur aadmi ke dimagh par poori tarah chha jata hai. phir fitri taur par yeh hota hai ke islah-e-zaat ka tasawwur pehle saani darja, yaani secondary position mein chala jata hai, aur phir bil aakhir rafta rafta yeh hota hai ke islah-e-zaat ka maamla ek rasmi maamla ban kar reh jata hai.</w:t>
      </w:r>
    </w:p>
    <w:p>
      <w:pPr>
        <w:jc w:val="right"/>
      </w:pPr>
      <w:r>
        <w:t>پھر فطری طور پر یہ ہوتا ہے کہ یہی تصور آدمی کے دماغ پر پوری طرح چھا جاتا ہے۔ پھر فطری طور پر یہ ہوتا ہے کہ اصلاح ذات کا تصور پہلے ثانوی درجہ، یعنی سیکنڈری پوزیشن میں چلا جاتا ہے، اور پھر بالآخر رفتہ رفتہ یہ ہوتا ہے کہ اصلاح ذات کا معاملہ ایک رسمی معاملہ بن کر رہ جاتا ہے۔</w:t>
      </w:r>
    </w:p>
    <w:p>
      <w:r>
        <w:rPr>
          <w:b/>
        </w:rPr>
        <w:t xml:space="preserve">[42:02] </w:t>
      </w:r>
      <w:r>
        <w:t>zehan par jo cheez chha jati hai, woh nizam, yaani system ko badalna hai, na ke apni zaat ko badalna. is aitbar se agar dekhiye to maloom hoga ke mukammal zabta-e-hayat ka nazariya amalan makoos nateeje ka sabab ban jata hai.</w:t>
      </w:r>
    </w:p>
    <w:p>
      <w:pPr>
        <w:jc w:val="right"/>
      </w:pPr>
      <w:r>
        <w:t>ذہن پر جو چیز چھا جاتی ہے، وہ نظام، یعنی سسٹم کو بدلنا ہے، نہ کہ اپنی ذات کو بدلنا۔ اس اعتبار سے اگر دیکھیے تو معلوم ہوگا کہ مکمل ضابطہ حیات کا نظریہ عملاً معکوس نتیجے کا سبب بن جاتا ہے۔</w:t>
      </w:r>
    </w:p>
    <w:p>
      <w:r>
        <w:rPr>
          <w:b/>
        </w:rPr>
        <w:t xml:space="preserve">[42:23] </w:t>
      </w:r>
      <w:r>
        <w:t>yaani is nazariye ke nateeje mein jo cheez milti hai, woh nafrat. jahan tak nizam-e-hayat ka ta'alluq hai, woh na mukammal ma'anon mein hasil hota hai aur na namukammal ma'anon mein.</w:t>
      </w:r>
    </w:p>
    <w:p>
      <w:pPr>
        <w:jc w:val="right"/>
      </w:pPr>
      <w:r>
        <w:t>یعنی اس نظریے کے نتیجے میں جو چیز ملتی ہے، وہ نفرت۔ جہاں تک نظام زندگی کا تعلق ہے، وہ نہ مکمل معنوں میں حاصل ہوتا ہے اور نہ نامکمل معنوں میں۔</w:t>
      </w:r>
    </w:p>
    <w:p>
      <w:r>
        <w:rPr>
          <w:b/>
        </w:rPr>
        <w:t xml:space="preserve">[42:39] </w:t>
      </w:r>
      <w:r>
        <w:t>haqeeqat yeh hai ke mukammal zabta-e-hayat ka tasawwur kehne ke aitbar se bazahir jitna khoobsurat maloom hota hai, amali nateeje ke aitbar se woh itna hi zyada galat hai.</w:t>
      </w:r>
    </w:p>
    <w:p>
      <w:pPr>
        <w:jc w:val="right"/>
      </w:pPr>
      <w:r>
        <w:t>حقیقت یہ ہے کہ مکمل ضابطہ حیات کا تصور کہنے کے اعتبار سے بظاہر جتنا خوبصورت معلوم ہوتا ہے، عملی نتیجے کے اعتبار سے وہ اتنا ہی زیادہ غلط ہے۔</w:t>
      </w:r>
    </w:p>
    <w:p>
      <w:r>
        <w:rPr>
          <w:b/>
        </w:rPr>
        <w:t xml:space="preserve">[42:56] </w:t>
      </w:r>
      <w:r>
        <w:t>mukammal zabta, namukammal islam. meri mulaqat aik taleem yafta arab se hui, woh islam ki inqilabi taabeer se mutasir thay.</w:t>
      </w:r>
    </w:p>
    <w:p>
      <w:pPr>
        <w:jc w:val="right"/>
      </w:pPr>
      <w:r>
        <w:t>مکمل ضابطہ، نامکمل اسلام۔ میری ملاقات ایک تعلیم یافتہ عرب سے ہوئی، وہ اسلام کی انقلابی تعبیر سے متاثر تھے۔</w:t>
      </w:r>
    </w:p>
    <w:p>
      <w:r>
        <w:rPr>
          <w:b/>
        </w:rPr>
        <w:t xml:space="preserve">[43:08] </w:t>
      </w:r>
      <w:r>
        <w:t>guftagu ke darmian unhon ne kaha: "islam deen-e-kamil o shamil", yaani islam aik kamil aur جامع deeni nizam hai.</w:t>
      </w:r>
    </w:p>
    <w:p>
      <w:pPr>
        <w:jc w:val="right"/>
      </w:pPr>
      <w:r>
        <w:t>گفتگو کے دوران انہوں نے کہا: "اسلام دین کامل و شامل"، یعنی اسلام ایک کامل اور جامع دینی نظام ہے۔</w:t>
      </w:r>
    </w:p>
    <w:p>
      <w:r>
        <w:rPr>
          <w:b/>
        </w:rPr>
        <w:t xml:space="preserve">[43:19] </w:t>
      </w:r>
      <w:r>
        <w:t>mojudah zamanay mein musalmanon ka yeh pasandeeda nuqta nazar hai. kuch log yeh kahein ge ke islam mukammal zabta-e-hayat hai, kuch aur kahein ge: "islam is a complete system of life".</w:t>
      </w:r>
    </w:p>
    <w:p>
      <w:pPr>
        <w:jc w:val="right"/>
      </w:pPr>
      <w:r>
        <w:t>موجودہ زمانے میں مسلمانوں کا یہ پسندیدہ نقطہ نظر ہے۔ کچھ لوگ یہ کہیں گے کہ اسلام مکمل ضابطہ حیات ہے، کچھ اور کہیں گے: "اسلام از ا کمپلیٹ سسٹم آف لائف"۔</w:t>
      </w:r>
    </w:p>
    <w:p>
      <w:r>
        <w:rPr>
          <w:b/>
        </w:rPr>
        <w:t xml:space="preserve">[43:34] </w:t>
      </w:r>
      <w:r>
        <w:t>is qism ki taabeer bazahir islam ki جامع taabeer hai, magar sahih yeh hai ke woh islam ki aik naqis taabeer hai.</w:t>
      </w:r>
    </w:p>
    <w:p>
      <w:pPr>
        <w:jc w:val="right"/>
      </w:pPr>
      <w:r>
        <w:t>اس قسم کی تعبیر بظاہر اسلام کی جامع تعبیر ہے، مگر صحیح یہ ہے کہ وہ اسلام کی ایک ناقص تعبیر ہے۔</w:t>
      </w:r>
    </w:p>
    <w:p>
      <w:r>
        <w:rPr>
          <w:b/>
        </w:rPr>
        <w:t xml:space="preserve">[43:43] </w:t>
      </w:r>
      <w:r>
        <w:t>is taabeer ke mutabiq islam sirf aik qism ka manual ban jata hai. manual khwah kitna hi ziyada جامع ho, woh insan ke sirf juzwi pehlu ka ahata, yaani usay cover kare ga.</w:t>
      </w:r>
    </w:p>
    <w:p>
      <w:pPr>
        <w:jc w:val="right"/>
      </w:pPr>
      <w:r>
        <w:t>اس تعبیر کے مطابق اسلام صرف ایک قسم کا مینول بن جاتا ہے۔ مینول خواہ کتنا ہی زیادہ جامع ہو، وہ انسان کے صرف جزئی پہلو کا احاطہ، یعنی اسے کور کرے گا۔</w:t>
      </w:r>
    </w:p>
    <w:p>
      <w:r>
        <w:rPr>
          <w:b/>
        </w:rPr>
        <w:t xml:space="preserve">[44:00] </w:t>
      </w:r>
      <w:r>
        <w:t>manual khwah kitna hi ziyada kamil ho, woh robot ke liye kamil ho sakta hai. insan aik fikri hevan, yaani thinking animal hai.</w:t>
      </w:r>
    </w:p>
    <w:p>
      <w:pPr>
        <w:jc w:val="right"/>
      </w:pPr>
      <w:r>
        <w:t>مینول خواہ کتنا ہی زیادہ کامل ہو، وہ روبوٹ کے لیے کامل ہو سکتا ہے۔ انسان ایک فکری حیوان، یعنی تھنکنگ اینیمل ہے۔</w:t>
      </w:r>
    </w:p>
    <w:p>
      <w:r>
        <w:rPr>
          <w:b/>
        </w:rPr>
        <w:t xml:space="preserve">[44:09] </w:t>
      </w:r>
      <w:r>
        <w:t>koi bhi manual insan ke sirf physical pehlu, yaani physical aspect ko cover karta hai, woh insan ke azeem tar intellectual pehlu ka ahata nahi karta.</w:t>
      </w:r>
    </w:p>
    <w:p>
      <w:pPr>
        <w:jc w:val="right"/>
      </w:pPr>
      <w:r>
        <w:t>کوئی بھی مینول انسان کے صرف فزیکل پہلو، یعنی فزیکل ایسپیکٹ کو کور کرتا ہے، وہ انسان کے عظیم تر انٹلیکچول پہلو کا احاطہ نہیں کرتا۔</w:t>
      </w:r>
    </w:p>
    <w:p>
      <w:r>
        <w:rPr>
          <w:b/>
        </w:rPr>
        <w:t xml:space="preserve">[44:23] </w:t>
      </w:r>
      <w:r>
        <w:t>saihh yeh hai ke islam physical maano mein kamil manual nahi hai, balkay woh aik musalsal tafakkuri amal, continuous thinking process ke maani mein mukammal amal hai.</w:t>
      </w:r>
    </w:p>
    <w:p>
      <w:pPr>
        <w:jc w:val="right"/>
      </w:pPr>
      <w:r>
        <w:t>صحیح یہ ہے کہ اسلام فزیکل معنوں میں کامل مینول نہیں ہے، بلکہ وہ ایک مسلسل تفکیری عمل، کنٹینیوس تھنکنگ پروسیس کے معنی میں مکمل عمل ہے۔</w:t>
      </w:r>
    </w:p>
    <w:p>
      <w:r>
        <w:rPr>
          <w:b/>
        </w:rPr>
        <w:t xml:space="preserve">[44:37] </w:t>
      </w:r>
      <w:r>
        <w:t>islam yeh hai ke woh aadmi ke zehn, yaani mind ke liye aik fikri toofan, yaani intellectual storm ban jaye.</w:t>
      </w:r>
    </w:p>
    <w:p>
      <w:pPr>
        <w:jc w:val="right"/>
      </w:pPr>
      <w:r>
        <w:t>اسلام یہ ہے کہ وہ آدمی کے ذہن، یعنی مائنڈ کے لیے ایک فکری طوفان، یعنی انٹلیکچول سٹورم بن جائے۔</w:t>
      </w:r>
    </w:p>
    <w:p>
      <w:r>
        <w:rPr>
          <w:b/>
        </w:rPr>
        <w:t xml:space="preserve">[44:46] </w:t>
      </w:r>
      <w:r>
        <w:t>woh aadmi ke andar musalsal tafakkuri amal jari kar de. woh aadmi ke andar aisi takhleeqiyat, yaani creativity paida kar de ke woh har lamha marfat ke item daryaft karta rahe.</w:t>
      </w:r>
    </w:p>
    <w:p>
      <w:pPr>
        <w:jc w:val="right"/>
      </w:pPr>
      <w:r>
        <w:t>وہ آدمی کے اندر مسلسل تفکیری عمل جاری کر دے۔ وہ آدمی کے اندر ایسی تخلیقیت، یعنی کریٹیوٹی پیدا کر دے کہ وہ ہر لمحہ معرفت کے آئٹم دریافت کرتا رہے۔</w:t>
      </w:r>
    </w:p>
    <w:p>
      <w:r>
        <w:rPr>
          <w:b/>
        </w:rPr>
        <w:t xml:space="preserve">[45:01] </w:t>
      </w:r>
      <w:r>
        <w:t>is ki shakhsiyat ko musalsal tor par rabbaniyat ki ghiza, yaani divine food, milti rahe. is maamlay ko samajhne ke liye quran ki in do aayaton ka mutala kijiye:</w:t>
      </w:r>
    </w:p>
    <w:p>
      <w:pPr>
        <w:jc w:val="right"/>
      </w:pPr>
      <w:r>
        <w:t>اس کی شخصیت کو مسلسل طور پر ربانیت کی غذا، یعنی ڈیوائن فوڈ، ملتی رہے۔ اس معاملے کو سمجھنے کے لیے قرآن کی ان دو آیتوں کا مطالعہ کیجیے:</w:t>
      </w:r>
    </w:p>
    <w:p>
      <w:r>
        <w:rPr>
          <w:b/>
        </w:rPr>
        <w:t xml:space="preserve">[45:15] </w:t>
      </w:r>
      <w:r>
        <w:t>"إِنَّا فِي خَلْقِ السَّمَاوَاتِ وَالْأَرْضِ وَاخْتِلاَفِ الَّيْلِ وَالنَّهَارِ لَآيَاتِ لِأُولِي الْأَلْبَابِ الَّذِينَ يَذْكُرُونَ اللَّهَ قِيَامًا وَقُعُودًا وَعَلَى جُنُوبِهِمْ وَيَتَفَكَّرُونَ</w:t>
      </w:r>
    </w:p>
    <w:p>
      <w:pPr>
        <w:jc w:val="right"/>
      </w:pPr>
      <w:r>
        <w:t>"إِنَّا فِي خَلْقِ السَّمَاوَاتِ وَالْأَرْضِ وَاخْتِلاَفِ الَّيْلِ وَالنَّهَارِ لَآيَاتِ لِأُولِي الْأَلْبَابِ الَّذِينَ يَذْكُرُونَ اللَّهَ قِيَامًا وَقُعُودًا وَعَلَى جُنُوبِهِمْ وَيَتَفَكَّرُونَ</w:t>
      </w:r>
    </w:p>
    <w:p>
      <w:r>
        <w:rPr>
          <w:b/>
        </w:rPr>
        <w:t xml:space="preserve">[45:34] </w:t>
      </w:r>
      <w:r>
        <w:t>فِي خَلْقِ السَّمَاوَاتِ وَالْأَرْضِ رَبَّنَا مَا خَلَقْتَ هٰذَا بَاطِلًا سُبْحَانَكَ فَقِنَا عَذَابَ النَّارِ"۔</w:t>
      </w:r>
    </w:p>
    <w:p>
      <w:pPr>
        <w:jc w:val="right"/>
      </w:pPr>
      <w:r>
        <w:t>فِي خَلْقِ السَّمَاوَاتِ وَالْأَرْضِ رَبَّنَا مَا خَلَقْتَ هٰذَا بَاطِلًا سُبْحَانَكَ فَقِنَا عَذَابَ النَّارِ"۔</w:t>
      </w:r>
    </w:p>
    <w:p>
      <w:r>
        <w:rPr>
          <w:b/>
        </w:rPr>
        <w:t xml:space="preserve">[45:45] </w:t>
      </w:r>
      <w:r>
        <w:t>yaani aasmanon aur zameen ki paidaish mein aur raat aur din ke baari baari aanay mein aql walon ke liye nishaniyan hain jo kharay aur bethe aur apni karwaton par Allah ko yaad karte hain aur aasmanon aur zameen ki paidaish mein ghore karte rehte hain.</w:t>
      </w:r>
    </w:p>
    <w:p>
      <w:pPr>
        <w:jc w:val="right"/>
      </w:pPr>
      <w:r>
        <w:t>یعنی آسمانوں اور زمین کی پیدائش میں اور رات اور دن کے باری باری آنے میں عقل والوں کے لیے نشانیاں ہیں جو کھڑے اور بیٹھے اور اپنی کروٹوں پر اللہ کو یاد کرتے ہیں اور آسمانوں اور زمین کی پیدائش میں غور کرتے رہتے ہیں۔</w:t>
      </w:r>
    </w:p>
    <w:p>
      <w:r>
        <w:rPr>
          <w:b/>
        </w:rPr>
        <w:t xml:space="preserve">[46:05] </w:t>
      </w:r>
      <w:r>
        <w:t>woh keh uthte hain: "ae hamare rab</w:t>
      </w:r>
    </w:p>
    <w:p>
      <w:pPr>
        <w:jc w:val="right"/>
      </w:pPr>
      <w:r>
        <w:t>وہ کہہ اٹھتے ہیں: "اے ہمارے رب</w:t>
      </w:r>
    </w:p>
    <w:p>
      <w:r>
        <w:rPr>
          <w:b/>
        </w:rPr>
        <w:t xml:space="preserve">[46:08] </w:t>
      </w:r>
      <w:r>
        <w:t>! to ne yeh sab be-maqsad nahi banaya, to pak hai, pas hum ko aag ke azab se bacha".</w:t>
      </w:r>
    </w:p>
    <w:p>
      <w:pPr>
        <w:jc w:val="right"/>
      </w:pPr>
      <w:r>
        <w:t>! تو نے یہ سب بے مقصد نہیں بنایا، تو پاک ہے، پس ہم کو آگ کے عذاب سے بچا"۔</w:t>
      </w:r>
    </w:p>
    <w:p>
      <w:r>
        <w:rPr>
          <w:b/>
        </w:rPr>
        <w:t xml:space="preserve">[46:16] </w:t>
      </w:r>
      <w:r>
        <w:t>quran ke is bayan ke mutabiq ahl-e-iman ulu-ul-albab, yaani people of understanding hotay hain. woh apne ird gird ki dunya par musalsal tor par ghore karte hain.</w:t>
      </w:r>
    </w:p>
    <w:p>
      <w:pPr>
        <w:jc w:val="right"/>
      </w:pPr>
      <w:r>
        <w:t>قرآن کے اس بیان کے مطابق اہل ایمان اول الالباب، یعنی پیپل آف انڈرسٹینڈنگ ہوتے ہیں۔ وہ اپنے ارد گرد کی دنیا پر مسلسل طور پر غور کرتے ہیں۔</w:t>
      </w:r>
    </w:p>
    <w:p>
      <w:r>
        <w:rPr>
          <w:b/>
        </w:rPr>
        <w:t xml:space="preserve">[46:28] </w:t>
      </w:r>
      <w:r>
        <w:t>woh Khuda ki takhleeq mein Khuda ki nishaniyan, yaani science, daryaft karte rehte hain. un ka bedar zehn fitrat, yaani nature ke har tajrube mein marfat ke item ko daryaft karta rehta hai.</w:t>
      </w:r>
    </w:p>
    <w:p>
      <w:pPr>
        <w:jc w:val="right"/>
      </w:pPr>
      <w:r>
        <w:t>وہ خدا کی تخلیق میں خدا کی نشانیاں، یعنی سائنس، دریافت کرتے رہتے ہیں۔ ان کا بیدار ذہن فطرت، یعنی نیچر کے ہر تجربے میں معرفت کے آئٹم کو دریافت کرتا رہتا ہے۔</w:t>
      </w:r>
    </w:p>
    <w:p>
      <w:r>
        <w:rPr>
          <w:b/>
        </w:rPr>
        <w:t xml:space="preserve">[46:45] </w:t>
      </w:r>
      <w:r>
        <w:t>un inkishafat ke darmiyan un ko musalsal tor par takhleeq ki maaniyat daryaft hoti rehti hai.</w:t>
      </w:r>
    </w:p>
    <w:p>
      <w:pPr>
        <w:jc w:val="right"/>
      </w:pPr>
      <w:r>
        <w:t>ان انکشافات کے درمیان ان کو مسلسل طور پر تخلیق کی معنویت دریافت ہوتی رہتی ہے۔</w:t>
      </w:r>
    </w:p>
    <w:p>
      <w:r>
        <w:rPr>
          <w:b/>
        </w:rPr>
        <w:t xml:space="preserve">[46:54] </w:t>
      </w:r>
      <w:r>
        <w:t>is zehni amal, yaani intellectual process ke nateejay mein un ke andar woh taraqqi yafta shakhsiyat ban jati hai jis ko quran mein muzakka shakhsiyat kaha gaya hai.</w:t>
      </w:r>
    </w:p>
    <w:p>
      <w:pPr>
        <w:jc w:val="right"/>
      </w:pPr>
      <w:r>
        <w:t>اس ذہنی عمل، یعنی انٹلیکچول پروسیس کے نتیجے میں ان کے اندر وہ ترقی یافتہ شخصیت بن جاتی ہے جس کو قرآن میں مزکّہ شخصیت کہا گیا ہے۔</w:t>
      </w:r>
    </w:p>
    <w:p>
      <w:r>
        <w:rPr>
          <w:b/>
        </w:rPr>
        <w:t xml:space="preserve">[47:06] </w:t>
      </w:r>
      <w:r>
        <w:t>misal ke tor par, din ki sargarmiyon se farigh ho kar aap apne bistar par lete, us waqt aap ke andar muhasiba, yaani introspection ka amal jaag utha.</w:t>
      </w:r>
    </w:p>
    <w:p>
      <w:pPr>
        <w:jc w:val="right"/>
      </w:pPr>
      <w:r>
        <w:t>مثال کے طور پر، دن کی سرگرمیوں سے فارغ ہو کر آپ اپنے بستر پر لیٹے، اس وقت آپ کے اندر محاسبہ، یعنی انٹروسپیکشن کا عمل جاگ اٹھا۔</w:t>
      </w:r>
    </w:p>
    <w:p>
      <w:r>
        <w:rPr>
          <w:b/>
        </w:rPr>
        <w:t xml:space="preserve">[47:19] </w:t>
      </w:r>
      <w:r>
        <w:t>aap apne guzre hue din par sochne lagay. aap ne daryaft kiya ke aaj ke din aap ne kya sahih kiya aur kya galat kiya.</w:t>
      </w:r>
    </w:p>
    <w:p>
      <w:pPr>
        <w:jc w:val="right"/>
      </w:pPr>
      <w:r>
        <w:t>آپ اپنے گزرے ہوئے دن پر سوچنے لگے۔ آپ نے دریافت کیا کہ آج کے دن آپ نے کیا صحیح کیا اور کیا غلط کیا۔</w:t>
      </w:r>
    </w:p>
    <w:p>
      <w:r>
        <w:rPr>
          <w:b/>
        </w:rPr>
        <w:t xml:space="preserve">[47:29] </w:t>
      </w:r>
      <w:r>
        <w:t>ab sahih kaam par aap ne Allah ka shukr ada kiya aur galat kaam par aap ke andar nadamat, yaani dependence ka jazba jaag utha.</w:t>
      </w:r>
    </w:p>
    <w:p>
      <w:pPr>
        <w:jc w:val="right"/>
      </w:pPr>
      <w:r>
        <w:t>اب صحیح کام پر آپ نے اللہ کا شکر ادا کیا اور غلط کام پر آپ کے اندر ندامت، یعنی ڈیپینڈنس کا جذبہ جاگ اٹھا۔</w:t>
      </w:r>
    </w:p>
    <w:p>
      <w:r>
        <w:rPr>
          <w:b/>
        </w:rPr>
        <w:t xml:space="preserve">[47:40] </w:t>
      </w:r>
      <w:r>
        <w:t>raat ki namaz ada karne ke baad bistar par jane se pehle aap ne Allah se maafi mangi aur yeh ahad kiya ke aindah aisi ghalti nahi dohraein ge.</w:t>
      </w:r>
    </w:p>
    <w:p>
      <w:pPr>
        <w:jc w:val="right"/>
      </w:pPr>
      <w:r>
        <w:t>رات کی نماز ادا کرنے کے بعد بستر پر جانے سے پہلے آپ نے اللہ سے معافی مانگی اور یہ عہد کیا کہ آئندہ ایسی غلطی نہیں دہرائیں گے۔</w:t>
      </w:r>
    </w:p>
    <w:p>
      <w:r>
        <w:rPr>
          <w:b/>
        </w:rPr>
        <w:t xml:space="preserve">[47:53] </w:t>
      </w:r>
      <w:r>
        <w:t>is tarah sochte hue aap so gaye. phir aap subah ko uthe aur fajar ki namaz ada karne ke baad apne office gaye.</w:t>
      </w:r>
    </w:p>
    <w:p>
      <w:pPr>
        <w:jc w:val="right"/>
      </w:pPr>
      <w:r>
        <w:t>اس طرح سوچتے ہوئے آپ سو گئے۔ پھر آپ صبح کو اٹھے اور فجر کی نماز ادا کرنے کے بعد اپنے آفس گئے۔</w:t>
      </w:r>
    </w:p>
    <w:p>
      <w:r>
        <w:rPr>
          <w:b/>
        </w:rPr>
        <w:t xml:space="preserve">[48:02] </w:t>
      </w:r>
      <w:r>
        <w:t>yahan par mukhtalif qism ke tajrubaat guzre. har tajrube mein aap ko koi rabbani ghiza mili. mislan aap ne kisi se telephone par guftagu ki.</w:t>
      </w:r>
    </w:p>
    <w:p>
      <w:pPr>
        <w:jc w:val="right"/>
      </w:pPr>
      <w:r>
        <w:t>یہاں پر مختلف قسم کے تجربات گزرے۔ ہر تجربے میں آپ کو کوئی ربانی غذا ملی۔ مثلاً آپ نے کسی سے ٹیلی فون پر گفتگو کی۔</w:t>
      </w:r>
    </w:p>
    <w:p>
      <w:r>
        <w:rPr>
          <w:b/>
        </w:rPr>
        <w:t xml:space="preserve">[48:15] </w:t>
      </w:r>
      <w:r>
        <w:t>baeed mawaslaat, yaani distant communication ke is tajrube ke douran aap ne daryaft kiya ke Allah ne maada, yaani matter, ko insaan ke liye is tarah masakhir kar diya ke maada insaan ke hukum par is ke tamam kaam anjaam de.</w:t>
      </w:r>
    </w:p>
    <w:p>
      <w:pPr>
        <w:jc w:val="right"/>
      </w:pPr>
      <w:r>
        <w:t>بعید مواصلات، یعنی ڈسٹنٹ کمیونیکیشن کے اس تجربے کے دوران آپ نے دریافت کیا کہ اللہ نے مادہ، یعنی میٹر، کو انسان کے لیے اس طرح مسخر کر دیا کہ مادہ انسان کے حکم پر اس کے تمام کام انجام دے۔</w:t>
      </w:r>
    </w:p>
    <w:p>
      <w:r>
        <w:rPr>
          <w:b/>
        </w:rPr>
        <w:t xml:space="preserve">[48:34] </w:t>
      </w:r>
      <w:r>
        <w:t>is ke baad aap apne kamre se bahar nikle aur apne ghar ke bayroni hisse mein baith gae. yahan aap ne dekha ke suraj buland ho kar apni roshni aap tak pouncha raha hai.</w:t>
      </w:r>
    </w:p>
    <w:p>
      <w:pPr>
        <w:jc w:val="right"/>
      </w:pPr>
      <w:r>
        <w:t>اس کے بعد آپ اپنے کمرے سے باہر نکلے اور اپنے گھر کے بیرونی حصے میں بیٹھ گئے۔ یہاں آپ نے دیکھا کہ سورج بلند ہو کر اپنی روشنی آپ تک پہنچا رہا ہے۔</w:t>
      </w:r>
    </w:p>
    <w:p>
      <w:r>
        <w:rPr>
          <w:b/>
        </w:rPr>
        <w:t xml:space="preserve">[48:47] </w:t>
      </w:r>
      <w:r>
        <w:t>hawaein aap ko oxygen supply kar rahi hain. badal samandar ke namkeen pani ko desalinate kar ke aap ko meetha pani pouncha rahe hain.</w:t>
      </w:r>
    </w:p>
    <w:p>
      <w:pPr>
        <w:jc w:val="right"/>
      </w:pPr>
      <w:r>
        <w:t>ہوائیں آپ کو آکسیجن سپلائی کر رہی ہیں۔ بادل سمندر کے نمکین پانی کو ڈی سیلینیٹ کر کے آپ کو میٹھا پانی پہنچا رہے ہیں۔</w:t>
      </w:r>
    </w:p>
    <w:p>
      <w:r>
        <w:rPr>
          <w:b/>
        </w:rPr>
        <w:t xml:space="preserve">[48:59] </w:t>
      </w:r>
      <w:r>
        <w:t>zameen ki mitti, yaani soil, aap ke liye mukhtalif khurak uga rahi hai waghera. is manzar ko dekh kar aap ka zehn trigger hua.</w:t>
      </w:r>
    </w:p>
    <w:p>
      <w:pPr>
        <w:jc w:val="right"/>
      </w:pPr>
      <w:r>
        <w:t>زمین کی مٹی، یعنی سوائل، آپ کے لیے مختلف خوراک اگا رہی ہے وغیرہ۔ اس منظر کو دیکھ کر آپ کا ذہن ٹریگر ہوا۔</w:t>
      </w:r>
    </w:p>
    <w:p>
      <w:r>
        <w:rPr>
          <w:b/>
        </w:rPr>
        <w:t xml:space="preserve">[49:10] </w:t>
      </w:r>
      <w:r>
        <w:t>aap mazeed sochne lage ke road par carain daud rahi hain. is tarah aap ke charon taraf mazkoora qism ki fitri sar-garmiyan, yaani natural activities, jaari hain.</w:t>
      </w:r>
    </w:p>
    <w:p>
      <w:pPr>
        <w:jc w:val="right"/>
      </w:pPr>
      <w:r>
        <w:t>آپ مزید سوچنے لگے کہ روڈ پر کاریں دوڑ رہی ہیں۔ اس طرح آپ کے چاروں طرف مذکورہ قسم کی فطری سرگرمیاں، یعنی نیچرل ایکٹیویٹیز، جاری ہیں۔</w:t>
      </w:r>
    </w:p>
    <w:p>
      <w:r>
        <w:rPr>
          <w:b/>
        </w:rPr>
        <w:t xml:space="preserve">[49:24] </w:t>
      </w:r>
      <w:r>
        <w:t>aap ne socha ke road par jo sar-garmiyan dikhai deti hain, is ke peeche human mind ki planning kaam kar rahi hai.</w:t>
      </w:r>
    </w:p>
    <w:p>
      <w:pPr>
        <w:jc w:val="right"/>
      </w:pPr>
      <w:r>
        <w:t>آپ نے سوچا کہ روڈ پر جو سرگرمیاں دکھائی دیتی ہیں، اس کے پیچھے ہیومن مائنڈ کی پلاننگ کام کر رہی ہے۔</w:t>
      </w:r>
    </w:p>
    <w:p>
      <w:r>
        <w:rPr>
          <w:b/>
        </w:rPr>
        <w:t xml:space="preserve">[49:33] </w:t>
      </w:r>
      <w:r>
        <w:t>phir fitrat ki duniya, yaani world of nature, mein jo ba-maani sar-garmiyan musalsal taur par jaari hain, un ke peeche bhi yaqeenan kisi zehn ki planning kaam kar rahi hai.</w:t>
      </w:r>
    </w:p>
    <w:p>
      <w:pPr>
        <w:jc w:val="right"/>
      </w:pPr>
      <w:r>
        <w:t>پھر فطرت کی دنیا، یعنی ورلڈ آف نیچر، میں جو بامعنی سرگرمیاں مسلسل طور پر جاری ہیں، ان کے پیچھے بھی یقیناً کسی ذہن کی پلاننگ کام کر رہی ہے۔</w:t>
      </w:r>
    </w:p>
    <w:p>
      <w:r>
        <w:rPr>
          <w:b/>
        </w:rPr>
        <w:t xml:space="preserve">[49:47] </w:t>
      </w:r>
      <w:r>
        <w:t>yeh sochate hue aap daryaft karte hain ke alam-e-fitrat ki sar-garmiyon ke peeche bhi yaqeenan koi bartar zehn, yaani super mind, hai jo saare mamlaat ko nihayat sehat ke sath control kar raha hai.</w:t>
      </w:r>
    </w:p>
    <w:p>
      <w:pPr>
        <w:jc w:val="right"/>
      </w:pPr>
      <w:r>
        <w:t>یہ سوچتے ہوئے آپ دریافت کرتے ہیں کہ عالم فطرت کی سرگرمیوں کے پیچھے بھی یقیناً کوئی برتر ذہن، یعنی سپر مائنڈ، ہے جو سارے معاملات کو نہایت صحت کے ساتھ کنٹرول کر رہا ہے۔</w:t>
      </w:r>
    </w:p>
    <w:p>
      <w:r>
        <w:rPr>
          <w:b/>
        </w:rPr>
        <w:t xml:space="preserve">[50:03] </w:t>
      </w:r>
      <w:r>
        <w:t>yeh soch aap ko khalique tak pounchati hai aur khalique ke bare mein aap ke yaqeen mein bohat ziyada izafa kar deti hai.</w:t>
      </w:r>
    </w:p>
    <w:p>
      <w:pPr>
        <w:jc w:val="right"/>
      </w:pPr>
      <w:r>
        <w:t>یہ سوچ آپ کو خالق تک پہنچاتی ہے اور خالق کے بارے میں آپ کے یقین میں بہت زیادہ اضافہ کر دیتی ہے۔</w:t>
      </w:r>
    </w:p>
    <w:p>
      <w:r>
        <w:rPr>
          <w:b/>
        </w:rPr>
        <w:t xml:space="preserve">[50:13] </w:t>
      </w:r>
      <w:r>
        <w:t>is misaal se andaza hota hai ke Islam kis ma'ne mein mukammal deen hai. woh mehdood taur par manual ke ma'ne mein nahi hai, balkeh woh rabbaniyat ke ma'ne mein high thinking ka ek maamla hai jo har lamha momin ki shakhsiyat mein imaan ka izafa karta rehta hai.</w:t>
      </w:r>
    </w:p>
    <w:p>
      <w:pPr>
        <w:jc w:val="right"/>
      </w:pPr>
      <w:r>
        <w:t>اس مثال سے اندازہ ہوتا ہے کہ اسلام کس معنی میں مکمل دین ہے۔ وہ محدود طور پر مینول کے معنی میں نہیں ہے، بلکہ وہ ربانیت کے معنی میں ہائی تھنکنگ کا ایک معاملہ ہے جو ہر لمحہ مومن کی شخصیت میں ایمانی اضافہ کرتا رہتا ہے۔</w:t>
      </w:r>
    </w:p>
    <w:p>
      <w:r>
        <w:rPr>
          <w:b/>
        </w:rPr>
        <w:t xml:space="preserve">[50:39] </w:t>
      </w:r>
      <w:r>
        <w:t>hukm Allah ka. Quran mein bataya gaya hai: "إِنِ الْحُكْمُ إِلَّا لِلَّهِ"، yaani hukm sirf Allah ke liye hai.</w:t>
      </w:r>
    </w:p>
    <w:p>
      <w:pPr>
        <w:jc w:val="right"/>
      </w:pPr>
      <w:r>
        <w:t>حکم اللہ کا۔ قرآن میں بتایا گیا ہے: "إِنِ الْحُكْمُ إِلَّا لِلَّهِ"، یعنی حکم صرف اللہ کے لیے ہے۔</w:t>
      </w:r>
    </w:p>
    <w:p>
      <w:r>
        <w:rPr>
          <w:b/>
        </w:rPr>
        <w:t xml:space="preserve">[50:51] </w:t>
      </w:r>
      <w:r>
        <w:t>hukm ke lafzi ma'ne iqtidaar ke hain. is ayat mein hukm ka matlab kainaati iqtidaar hai, yaani Allah ne is alam ko paida kiya hai aur wahi pure alam ko control kar raha hai.</w:t>
      </w:r>
    </w:p>
    <w:p>
      <w:pPr>
        <w:jc w:val="right"/>
      </w:pPr>
      <w:r>
        <w:t>حکم کے لفظی معنی اقتدار کے ہیں۔ اس آیت میں حکم کا مطلب کائناتی اقتدار ہے، یعنی اللہ نے اس عالم کو پیدا کیا ہے اور وہی پورے عالم کو کنٹرول کر رہا ہے۔</w:t>
      </w:r>
    </w:p>
    <w:p>
      <w:r>
        <w:rPr>
          <w:b/>
        </w:rPr>
        <w:t xml:space="preserve">[51:08] </w:t>
      </w:r>
      <w:r>
        <w:t>is ayat mein ek aise waqe' ka zikr hai jo bil-fi'l mukammal taur par maujood hai, yaani kainat har aitbaar se Allah Rabb-ul-Alameen ke zer-e-hukm hai.</w:t>
      </w:r>
    </w:p>
    <w:p>
      <w:pPr>
        <w:jc w:val="right"/>
      </w:pPr>
      <w:r>
        <w:t>اس آیت میں ایک ایسے واقعے کا ذکر ہے جو بالفعل مکمل طور پر موجود ہے، یعنی کائنات ہر اعتبار سے اللہ رب العالمین کے زیرِ حکم ہے۔</w:t>
      </w:r>
    </w:p>
    <w:p>
      <w:r>
        <w:rPr>
          <w:b/>
        </w:rPr>
        <w:t xml:space="preserve">[51:23] </w:t>
      </w:r>
      <w:r>
        <w:t>is aqeeday se insaan ke andar Allah ke liye kamil surrender, yaani total surrender ka mizaj banta hai.</w:t>
      </w:r>
    </w:p>
    <w:p>
      <w:pPr>
        <w:jc w:val="right"/>
      </w:pPr>
      <w:r>
        <w:t>اس عقیدے سے انسان کے اندر اللہ کے لیے کامل سرینڈر، یعنی ٹوٹل سرینڈر کا مزاج بنتا ہے۔</w:t>
      </w:r>
    </w:p>
    <w:p>
      <w:r>
        <w:rPr>
          <w:b/>
        </w:rPr>
        <w:t xml:space="preserve">[51:32] </w:t>
      </w:r>
      <w:r>
        <w:t>magar maujooda zamane mein kuch Muslim rehnumaon ne hukm ka matlab siyasi hukm ya siyasi iqtidaar le liya.</w:t>
      </w:r>
    </w:p>
    <w:p>
      <w:pPr>
        <w:jc w:val="right"/>
      </w:pPr>
      <w:r>
        <w:t>مگر موجودہ زمانے میں کچھ مسلم رہنماؤں نے حکم کا مطلب سیاسی حکم یا سیاسی اقتدار لے لیا۔</w:t>
      </w:r>
    </w:p>
    <w:p>
      <w:r>
        <w:rPr>
          <w:b/>
        </w:rPr>
        <w:t xml:space="preserve">[51:42] </w:t>
      </w:r>
      <w:r>
        <w:t>is tarah musalmanon ka mission yeh qarar paaya ke woh tamam insaanon ke upar Khuda ki siyasi hukumat qaim karen.</w:t>
      </w:r>
    </w:p>
    <w:p>
      <w:pPr>
        <w:jc w:val="right"/>
      </w:pPr>
      <w:r>
        <w:t>اس طرح مسلمانوں کا مشن یہ قرار پایا کہ وہ تمام انسانوں کے اوپر خدا کی سیاسی حکومت قائم کریں۔</w:t>
      </w:r>
    </w:p>
    <w:p>
      <w:r>
        <w:rPr>
          <w:b/>
        </w:rPr>
        <w:t xml:space="preserve">[51:53] </w:t>
      </w:r>
      <w:r>
        <w:t>chunki amal'an saare insaanon ke darmiyan Khuda ki ya Islam ki siyasi hukumat qaim na thi, is liye ahl-e-Islam ka pehla nishana yeh qarar paaya ke woh maujooda arbab-e-hukumat se takraao kar ke un ko siyasi iqtidaar se be-dakhal karen taake tamam qaumon ke upar Khuda ki siyasi hukumat qaim ki ja sake.</w:t>
      </w:r>
    </w:p>
    <w:p>
      <w:pPr>
        <w:jc w:val="right"/>
      </w:pPr>
      <w:r>
        <w:t>چونکہ عملاً سارے انسانوں کے درمیان خدا کی یا اسلام کی سیاسی حکومت قائم نہ تھی، اس لیے اہل اسلام کا پہلا نشانہ یہ قرار پایا کہ وہ موجودہ ارباب حکومت سے ٹکراؤ کر کے ان کو سیاسی اقتدار سے بے دخل کریں تاکہ تمام قوموں کے اوپر خدا کی سیاسی حکومت قائم کی جا سکے۔</w:t>
      </w:r>
    </w:p>
    <w:p>
      <w:r>
        <w:rPr>
          <w:b/>
        </w:rPr>
        <w:t xml:space="preserve">[52:22] </w:t>
      </w:r>
      <w:r>
        <w:t>hukm Allah ka ke aqeeday ka taqaza yeh tha ke ahl-e-imaan har lamha tawazu ki nafsiyat mein jaen.</w:t>
      </w:r>
    </w:p>
    <w:p>
      <w:pPr>
        <w:jc w:val="right"/>
      </w:pPr>
      <w:r>
        <w:t>حکم اللہ کا کے عقیدے کا تقاضا یہ تھا کہ اہل ایمان ہر لمحہ تواضع کی نفسیات میں جئیں۔</w:t>
      </w:r>
    </w:p>
    <w:p>
      <w:r>
        <w:rPr>
          <w:b/>
        </w:rPr>
        <w:t xml:space="preserve">[52:32] </w:t>
      </w:r>
      <w:r>
        <w:t>woh har waqt apne aap ko Allah ka banda samajh kar zindagi guzaren. woh apne har qaul aur fe'l mein Allah ko yaad rakhen.</w:t>
      </w:r>
    </w:p>
    <w:p>
      <w:pPr>
        <w:jc w:val="right"/>
      </w:pPr>
      <w:r>
        <w:t>وہ ہر وقت اپنے آپ کو اللہ کا بندہ سمجھ کر زندگی گزاریں۔ وہ اپنے ہر قول اور فعل میں اللہ کو یاد رکھیں۔</w:t>
      </w:r>
    </w:p>
    <w:p>
      <w:r>
        <w:rPr>
          <w:b/>
        </w:rPr>
        <w:t xml:space="preserve">[52:43] </w:t>
      </w:r>
      <w:r>
        <w:t>un ka har ravaiyya ahd o insaaf ka ravaiyya ho. woh hamesha apne aap ko Allah ke aage jawab-deh, yaani accountable samjhen.</w:t>
      </w:r>
    </w:p>
    <w:p>
      <w:pPr>
        <w:jc w:val="right"/>
      </w:pPr>
      <w:r>
        <w:t>ان کا ہر رویہ عہد و انصاف کا رویہ ہو۔ وہ ہمیشہ اپنے آپ کو اللہ کے آگے جواب دہ، یعنی اکاؤنٹیبل سمجھیں۔</w:t>
      </w:r>
    </w:p>
    <w:p>
      <w:r>
        <w:rPr>
          <w:b/>
        </w:rPr>
        <w:t xml:space="preserve">[52:56] </w:t>
      </w:r>
      <w:r>
        <w:t>un ki zindagi poori ki poori Allah ke rang mein rang jae. lekin hukm ki siyasi ta'beer ka nateeja yeh hua ke musalman ahl-e-iqtidaar ke muqable mein siyasi opposition, yaani political opposition, ka role ada karne lage.</w:t>
      </w:r>
    </w:p>
    <w:p>
      <w:pPr>
        <w:jc w:val="right"/>
      </w:pPr>
      <w:r>
        <w:t>ان کی زندگی پوری کی پوری اللہ کے رنگ میں رنگ جائے۔ لیکن حکم کی سیاسی تعبیر کا نتیجہ یہ ہوا کہ مسلمان اہل اقتدار کے مقابلے میں سیاسی اپوزیشن، یعنی پولیٹیکل اپوزیشن، کا رول ادا کرنے لگے۔</w:t>
      </w:r>
    </w:p>
    <w:p>
      <w:r>
        <w:rPr>
          <w:b/>
        </w:rPr>
        <w:t xml:space="preserve">[53:15] </w:t>
      </w:r>
      <w:r>
        <w:t>kuch musalman fikri opposition ke aitbaar se aur kuch musalman amli opposition ke aitbaar se. yeh baat Islam ke naam par ghair Islam ko ikhtiyar karne ke hum ma'ne hai.</w:t>
      </w:r>
    </w:p>
    <w:p>
      <w:pPr>
        <w:jc w:val="right"/>
      </w:pPr>
      <w:r>
        <w:t>کچھ مسلمان فکری اپوزیشن کے اعتبار سے اور کچھ مسلمان عملی اپوزیشن کے اعتبار سے۔ یہ بات اسلام کے نام پر غیر اسلام کو اختیار کرنے کے ہم معنی ہے۔</w:t>
      </w:r>
    </w:p>
    <w:p>
      <w:r>
        <w:rPr>
          <w:b/>
        </w:rPr>
        <w:t xml:space="preserve">[53:30] </w:t>
      </w:r>
      <w:r>
        <w:t>yeh aisa nazariya hai jo musalmanon ko Islam ke naam par Islam se door kar dene wala hai. is ka nateeja yeh hoga ke musalmanon ke paas doosron ko dene ke liye nafrat aur tashaddud ke siwa kuch aur cheez na hogi.</w:t>
      </w:r>
    </w:p>
    <w:p>
      <w:pPr>
        <w:jc w:val="right"/>
      </w:pPr>
      <w:r>
        <w:t>یہ ایسا نظریہ ہے جو مسلمانوں کو اسلام کے نام پر اسلام سے دور کر دینے والا ہے۔ اس کا نتیجہ یہ ہوگا کہ مسلمانوں کے پاس دوسروں کو دینے کے لیے نفرت اور تشدد کے سوا کچھ اور چیز نہ ہوگی۔</w:t>
      </w:r>
    </w:p>
    <w:p>
      <w:r>
        <w:rPr>
          <w:b/>
        </w:rPr>
        <w:t xml:space="preserve">[53:50] </w:t>
      </w:r>
      <w:r>
        <w:t>daur-e-zawaal. ummat par jab zawaal ka daur aayega to qanoon-e-difa' ka taqaza hoga ke Allah apne ek khaas bande ko bheje jo kamil aql se bahra-war hoga.</w:t>
      </w:r>
    </w:p>
    <w:p>
      <w:pPr>
        <w:jc w:val="right"/>
      </w:pPr>
      <w:r>
        <w:t>دور زوال۔ امت پر جب زوال کا دور آئے گا تو قانون دفع کا تقاضا ہوگا کہ اللہ اپنے ایک خاص بندے کو بھیجے جو کامل عقل سے بہراور ہوگا۔</w:t>
      </w:r>
    </w:p>
    <w:p>
      <w:r>
        <w:rPr>
          <w:b/>
        </w:rPr>
        <w:t xml:space="preserve">[54:07] </w:t>
      </w:r>
      <w:r>
        <w:t>woh Allah ki khusoosi nusrat se sachai ko kholega. woh sahi ko sahi batayega aur galat ka galat hona wazeh karega.</w:t>
      </w:r>
    </w:p>
    <w:p>
      <w:pPr>
        <w:jc w:val="right"/>
      </w:pPr>
      <w:r>
        <w:t>وہ اللہ کی خصوصی نصرت سے سچائی کو کھولے گا۔ وہ صحیح کو صحیح بتائے گا اور غلط کا غلط ہونا واضح کرے گا۔</w:t>
      </w:r>
    </w:p>
    <w:p>
      <w:r>
        <w:rPr>
          <w:b/>
        </w:rPr>
        <w:t xml:space="preserve">[54:18] </w:t>
      </w:r>
      <w:r>
        <w:t>Allah ka yeh mansooba ek hadith mein is tarah bayan kiya gaya hai: yamla al-ard qistan wa adlan kama muliat zulman wa juran yani woh zameen ko qist o adl se bhar dega jaisa ke woh zulm o jur se bhari hui thi.</w:t>
      </w:r>
    </w:p>
    <w:p>
      <w:pPr>
        <w:jc w:val="right"/>
      </w:pPr>
      <w:r>
        <w:t>اللہ کا یہ منصوبہ ایک حدیث میں اس طرح بیان کیا گیا ہے:یملا الارض قسطا وعدلا کما ملئت ظلما وجورا یعنی وہ زمین کو قسط و عدل سے بھر دے گا جیسا کہ وہ ظلم و جور سے بھری ہوئی تھی۔</w:t>
      </w:r>
    </w:p>
    <w:p>
      <w:r>
        <w:rPr>
          <w:b/>
        </w:rPr>
        <w:t xml:space="preserve">[54:39] </w:t>
      </w:r>
      <w:r>
        <w:t>is hadith mein adl se murad adl ka amli nizam nahi hai. isi tarah zulm se murad zulm ka amli nizam nahi hai.</w:t>
      </w:r>
    </w:p>
    <w:p>
      <w:pPr>
        <w:jc w:val="right"/>
      </w:pPr>
      <w:r>
        <w:t>اس حدیث میں عدل سے مراد عدل کا عملی نظام نہیں ہے۔ اسی طرح ظلم سے مراد ظلم کا عملی نظام نہیں ہے۔</w:t>
      </w:r>
    </w:p>
    <w:p>
      <w:r>
        <w:rPr>
          <w:b/>
        </w:rPr>
        <w:t xml:space="preserve">[54:50] </w:t>
      </w:r>
      <w:r>
        <w:t>balkeh adl se murad adl ki baat hai aur zulm se murad zulm ki baat. isi tarah ard se murad sari zameen yani globe nahi balkeh ard se murad ard-e-muslim hai.</w:t>
      </w:r>
    </w:p>
    <w:p>
      <w:pPr>
        <w:jc w:val="right"/>
      </w:pPr>
      <w:r>
        <w:t>بلکہ عدل سے مراد عدل کی بات ہے اور ظلم سے مراد ظلم کی بات۔ اسی طرح ارض سے مراد ساری زمین یعنی گلوب نہیں بلکہ ارض سے مراد ارض مسلم ہے۔</w:t>
      </w:r>
    </w:p>
    <w:p>
      <w:r>
        <w:rPr>
          <w:b/>
        </w:rPr>
        <w:t xml:space="preserve">[55:07] </w:t>
      </w:r>
      <w:r>
        <w:t>yani muslim dunya mein jab har taraf be-aqli ki baatein hone lagen to woh logon ko har pehlu se aqal ki baat batayega.</w:t>
      </w:r>
    </w:p>
    <w:p>
      <w:pPr>
        <w:jc w:val="right"/>
      </w:pPr>
      <w:r>
        <w:t>یعنی مسلم دنیا میں جب ہر طرف بے عقلی کی باتیں ہونے لگیں تو وہ لوگوں کو ہر پہلو سے عقل کی بات بتائے گا۔</w:t>
      </w:r>
    </w:p>
    <w:p>
      <w:r>
        <w:rPr>
          <w:b/>
        </w:rPr>
        <w:t xml:space="preserve">[55:18] </w:t>
      </w:r>
      <w:r>
        <w:t>woh nazariyati aitbar se na keh amli aitbar se. muslim dunya ko batayega ke aqal ke mutabiq sochna kya hai aur aqal ke mutabiq karna kya hai.</w:t>
      </w:r>
    </w:p>
    <w:p>
      <w:pPr>
        <w:jc w:val="right"/>
      </w:pPr>
      <w:r>
        <w:t>وہ نظریاتی اعتبار سے نہ کہ عملی اعتبار سے۔ مسلم دنیا کو بتائے گا کہ عقل کے مطابق سوچنا کیا ہے اور عقل کے مطابق کرنا کیا ہے۔</w:t>
      </w:r>
    </w:p>
    <w:p>
      <w:r>
        <w:rPr>
          <w:b/>
        </w:rPr>
        <w:t xml:space="preserve">[55:32] </w:t>
      </w:r>
      <w:r>
        <w:t>yeh insaan koi hukoomat qaim nahi karega balkeh woh ek nazariyati daur layega. in peshangoi ko samajhne mein ek rukawat yeh pesh aayi hai ke in nusus ko siyasi hukoomat ke mani mein le liya gaya hai.</w:t>
      </w:r>
    </w:p>
    <w:p>
      <w:pPr>
        <w:jc w:val="right"/>
      </w:pPr>
      <w:r>
        <w:t>یہ انسان کوئی حکومت قائم نہیں کرے گا بلکہ وہ ایک نظریاتی دور لائے گا۔ ان پیشنگوئیوں کو سمجھنے میں ایک رکاوٹ یہ پیش آئی ہے کہ ان نصوص کو سیاسی حکومت کے معنی میں لے لیا گیا ہے۔</w:t>
      </w:r>
    </w:p>
    <w:p>
      <w:r>
        <w:rPr>
          <w:b/>
        </w:rPr>
        <w:t xml:space="preserve">[55:50] </w:t>
      </w:r>
      <w:r>
        <w:t>siyasi hukoomat to qaim nahi hui is liye aisi ayat aur ahadith logon ke liye na-qabil-e-fahm bani hui hain.</w:t>
      </w:r>
    </w:p>
    <w:p>
      <w:pPr>
        <w:jc w:val="right"/>
      </w:pPr>
      <w:r>
        <w:t>سیاسی حکومت تو قائم نہیں ہوئی اس لیے ایسی آیات اور احادیث لوگوں کے لیے ناقابل فہم بنی ہوئی ہیں۔</w:t>
      </w:r>
    </w:p>
    <w:p>
      <w:r>
        <w:rPr>
          <w:b/>
        </w:rPr>
        <w:t xml:space="preserve">[56:01] </w:t>
      </w:r>
      <w:r>
        <w:t>aisi ayaton aur hadithon ko ghair siyasi mani mein liya jaye to foran is ka matlab na-qabil-e-fahm ho jata hai.</w:t>
      </w:r>
    </w:p>
    <w:p>
      <w:pPr>
        <w:jc w:val="right"/>
      </w:pPr>
      <w:r>
        <w:t>ایسی آیتوں اور حدیثوں کو غیر سیاسی معنی میں لیا جائے تو فوراً اس کا مطلب ناقابل فہم ہو جاتا ہے۔</w:t>
      </w:r>
    </w:p>
    <w:p>
      <w:r>
        <w:rPr>
          <w:b/>
        </w:rPr>
        <w:t xml:space="preserve">[56:10] </w:t>
      </w:r>
      <w:r>
        <w:t>taham is qism ki ayaton aur hadithon ko nazariyati mani mein lene ka matlab mukammal mani mein nazariyati inqalab nahi hai.</w:t>
      </w:r>
    </w:p>
    <w:p>
      <w:pPr>
        <w:jc w:val="right"/>
      </w:pPr>
      <w:r>
        <w:t>تاہم اس قسم کی آیتوں اور حدیثوں کو نظریاتی معنی میں لینے کا مطلب مکمل معنوں میں نظریاتی انقلاب نہیں ہے۔</w:t>
      </w:r>
    </w:p>
    <w:p>
      <w:r>
        <w:rPr>
          <w:b/>
        </w:rPr>
        <w:t xml:space="preserve">[56:21] </w:t>
      </w:r>
      <w:r>
        <w:t>is dunya mein koi bhi cheez kamil mani mein pesh nahi aati. har baat mahdood mani mein pesh aati hai.</w:t>
      </w:r>
    </w:p>
    <w:p>
      <w:pPr>
        <w:jc w:val="right"/>
      </w:pPr>
      <w:r>
        <w:t>اس دنیا میں کوئی بھی چیز کامل معنوں میں پیش نہیں آتی۔ ہر بات محدود معنی میں پیش آتی ہے۔</w:t>
      </w:r>
    </w:p>
    <w:p>
      <w:r>
        <w:rPr>
          <w:b/>
        </w:rPr>
        <w:t xml:space="preserve">[56:30] </w:t>
      </w:r>
      <w:r>
        <w:t>yeh zehan bhi logon ke liye aise nusus ko samajhne mein rukawat bana hua hai. in nusus mein mustaqbil ke bare mein nihayat aham baat kahi gayi hai.</w:t>
      </w:r>
    </w:p>
    <w:p>
      <w:pPr>
        <w:jc w:val="right"/>
      </w:pPr>
      <w:r>
        <w:t>یہ ذہن بھی لوگوں کے لیے ایسے نصوص کو سمجھنے میں رکاوٹ بنا ہوا ہے۔ ان نصوص میں مستقبل کے بارے میں نہایت اہم بات کہی گئی ہے۔</w:t>
      </w:r>
    </w:p>
    <w:p>
      <w:r>
        <w:rPr>
          <w:b/>
        </w:rPr>
        <w:t xml:space="preserve">[56:42] </w:t>
      </w:r>
      <w:r>
        <w:t>lekin in nusus ko samajhna isi waqt mumkin hai jab keh in ko ghair siyasi mani mein liya jaye. mazeed yeh ke in ko mahdood mani mein liya jaye na keh kamil mani mein.</w:t>
      </w:r>
    </w:p>
    <w:p>
      <w:pPr>
        <w:jc w:val="right"/>
      </w:pPr>
      <w:r>
        <w:t>لیکن ان نصوص کو سمجھنا اسی وقت ممکن ہے جب کہ ان کو غیر سیاسی معنی میں لیا جائے۔ مزید یہ کہ ان کو محدود معنی میں لیا جائے نہ کہ کامل معنی میں۔</w:t>
      </w:r>
    </w:p>
    <w:p>
      <w:r>
        <w:rPr>
          <w:b/>
        </w:rPr>
        <w:t xml:space="preserve">[56:58] </w:t>
      </w:r>
      <w:r>
        <w:t>insani tareekh. insaan ki siyasi tareekh ke bare mein ek hadith mukhtalif kitabon mein aayi hai.</w:t>
      </w:r>
    </w:p>
    <w:p>
      <w:pPr>
        <w:jc w:val="right"/>
      </w:pPr>
      <w:r>
        <w:t>انسانی تاریخ۔ انسان کی سیاسی تاریخ کے بارے میں ایک حدیث مختلف کتابوں میں آئی ہے۔</w:t>
      </w:r>
    </w:p>
    <w:p>
      <w:r>
        <w:rPr>
          <w:b/>
        </w:rPr>
        <w:t xml:space="preserve">[57:07] </w:t>
      </w:r>
      <w:r>
        <w:t>ek riwayat ke alfaaz yeh hain: jab kisra halak hoga to us ke baad koi aur kisra na hoga aur jab qaisar halak hoga to us ke baad koi aur qaisar na hoga.</w:t>
      </w:r>
    </w:p>
    <w:p>
      <w:pPr>
        <w:jc w:val="right"/>
      </w:pPr>
      <w:r>
        <w:t>ایک روایت کے الفاظ یہ ہیں: إذا هلك كسرى فلا كسرى بعدہ وإذا هلك قيصر فلا قيصر بعدہ یعنی جب کسرى ہلاک ہوگا تو اس کے بعد کوئی اور کسرى نہ ہوگا اور جب قیصر ہلاک ہوگا تو اس کے بعد کوئی اور قیصر نہ ہوگا۔</w:t>
      </w:r>
    </w:p>
    <w:p>
      <w:r>
        <w:rPr>
          <w:b/>
        </w:rPr>
        <w:t xml:space="preserve">[57:32] </w:t>
      </w:r>
      <w:r>
        <w:t>jaisa ke maloom hai Arab ki sarhad par us zamane mein do badi saltanatein qaim theen. ek sasani saltanat aur doosri bizantini saltanat.</w:t>
      </w:r>
    </w:p>
    <w:p>
      <w:pPr>
        <w:jc w:val="right"/>
      </w:pPr>
      <w:r>
        <w:t>جیسا کہ معلوم ہے عرب کی سرحد پر اس زمانے میں دو بڑی سلطنتیں قائم تھیں۔ ایک ساسانی سلطنت اور دوسری بازنطینی سلطنت۔</w:t>
      </w:r>
    </w:p>
    <w:p>
      <w:r>
        <w:rPr>
          <w:b/>
        </w:rPr>
        <w:t xml:space="preserve">[57:44] </w:t>
      </w:r>
      <w:r>
        <w:t>muslim khilafat ke zamane mein in dono saltanaton se musalmanon ka takrao hua. is takrao ke baad dono saltanatein khatm ho gayeen aur phir us ke baad is naam ki koi saltanat maujood na rahi.</w:t>
      </w:r>
    </w:p>
    <w:p>
      <w:pPr>
        <w:jc w:val="right"/>
      </w:pPr>
      <w:r>
        <w:t>مسلم خلافت کے زمانے میں ان دونوں سلطنتوں سے مسلمانوں کا ٹکراؤ ہوا۔ اس ٹکراؤ کے بعد دونوں سلطنتیں ختم ہوگئیں اور پھر اس کے بعد اس نام کی کوئی سلطنت موجود نہ رہی۔</w:t>
      </w:r>
    </w:p>
    <w:p>
      <w:r>
        <w:rPr>
          <w:b/>
        </w:rPr>
        <w:t xml:space="preserve">[58:01] </w:t>
      </w:r>
      <w:r>
        <w:t>is hadith par ghore karne se maloom hota hai ke mazkoorah maamle ka matlab yeh na tha ke sari dunya mein musalmanon ki saltanat qaim ki jaye balkeh is ka matlab sirf ek daur ko khatm kar ke doosre daur ko lana tha aur yeh waqia poori tarah amal mein aa gaya.</w:t>
      </w:r>
    </w:p>
    <w:p>
      <w:pPr>
        <w:jc w:val="right"/>
      </w:pPr>
      <w:r>
        <w:t>اس حدیث پر غور کرنے سے معلوم ہوتا ہے کہ مذکورہ معاملے کا مطلب یہ نہ تھا کہ ساری دنیا میں مسلمانوں کی سلطنت قائم کی جائے بلکہ اس کا مطلب صرف ایک دور کو ختم کر کے دوسرے دور کو لانا تھا اور یہ واقعہ پوری طرح عمل میں آ گیا۔</w:t>
      </w:r>
    </w:p>
    <w:p>
      <w:r>
        <w:rPr>
          <w:b/>
        </w:rPr>
        <w:t xml:space="preserve">[58:24] </w:t>
      </w:r>
      <w:r>
        <w:t>qaisar o kisra ki saltanat ka khatma qadeem tarz ki badshahat ka khatma ban gaya jo sari dunya mein jabar ka nizam qaim karne ka zariya thi.</w:t>
      </w:r>
    </w:p>
    <w:p>
      <w:pPr>
        <w:jc w:val="right"/>
      </w:pPr>
      <w:r>
        <w:t>قیصر و کسرى کی سلطنت کا خاتمہ قدیم طرز کی بادشاہت کا خاتمہ بن گیا جو ساری دنیا میں جبر کا نظام قائم کرنے کا ذریعہ تھی۔</w:t>
      </w:r>
    </w:p>
    <w:p>
      <w:r>
        <w:rPr>
          <w:b/>
        </w:rPr>
        <w:t xml:space="preserve">[58:36] </w:t>
      </w:r>
      <w:r>
        <w:t>isi liye is qism ki badshahat ko despotism kaha jata hai. magar yeh siyasi nizam achanak khatm nahi ho sakta tha.</w:t>
      </w:r>
    </w:p>
    <w:p>
      <w:pPr>
        <w:jc w:val="right"/>
      </w:pPr>
      <w:r>
        <w:t>اسی لیے اس قسم کی بادشاہت کو ڈسپوٹزم کہا جاتا ہے۔ مگر یہ سیاسی نظام اچانک ختم نہیں ہو سکتا تھا۔</w:t>
      </w:r>
    </w:p>
    <w:p>
      <w:r>
        <w:rPr>
          <w:b/>
        </w:rPr>
        <w:t xml:space="preserve">[58:45] </w:t>
      </w:r>
      <w:r>
        <w:t>fitrat ke qanoon ke mutabiq sirf yeh mumkin tha ke woh tadreeji tor par khatm ho. chunancha in saltanaton ke khatme ke baad ek naya amal yani process jari hua jo aakhir kar jabri badshahat ko khatm karne ka zariya ban gaya.</w:t>
      </w:r>
    </w:p>
    <w:p>
      <w:pPr>
        <w:jc w:val="right"/>
      </w:pPr>
      <w:r>
        <w:t>فطرت کے قانون کے مطابق صرف یہ ممکن تھا کہ وہ تدریجی طور پر ختم ہو۔ چنانچہ ان سلطنتوں کے خاتمے کے بعد ایک نیا عمل یعنی پروسیس جاری ہوا جو آخر کار جبری بادشاہت کو ختم کرنے کا ذریعہ بن گیا۔</w:t>
      </w:r>
    </w:p>
    <w:p>
      <w:r>
        <w:rPr>
          <w:b/>
        </w:rPr>
        <w:t xml:space="preserve">[59:06] </w:t>
      </w:r>
      <w:r>
        <w:t>is khatme ka matlab hukoomat par qabza karna nahi tha balkeh yeh tha ke dunya mein mazhabi azadi ka daur aaye aur pur-aman dawat ka kaam poori tarah mumkin ho jaye.</w:t>
      </w:r>
    </w:p>
    <w:p>
      <w:pPr>
        <w:jc w:val="right"/>
      </w:pPr>
      <w:r>
        <w:t>اس خاتمے کا مطلب حکومت پر قبضہ کرنا نہیں تھا بلکہ یہ تھا کہ دنیا میں مذہبی آزادی کا دور آئے اور پرامن دعوت کا کام پوری طرح ممکن ہو جائے۔</w:t>
      </w:r>
    </w:p>
    <w:p>
      <w:r>
        <w:rPr>
          <w:b/>
        </w:rPr>
        <w:t xml:space="preserve">[59:22] </w:t>
      </w:r>
      <w:r>
        <w:t>ikkiswin sadi isi naye daur ki sadi hai. ab musalmanon ko kisi se jang nahi karna hai balkeh tamam qaumon mein pur-aman dawat ka kaam anjam dena hai.</w:t>
      </w:r>
    </w:p>
    <w:p>
      <w:pPr>
        <w:jc w:val="right"/>
      </w:pPr>
      <w:r>
        <w:t>اکیسویں صدی اسی نئے دور کی صدی ہے۔ اب مسلمانوں کو کسی سے جنگ نہیں کرنا ہے بلکہ تمام قوموں میں پرامن دعوت کا کام انجام دینا ہے۔</w:t>
      </w:r>
    </w:p>
    <w:p>
      <w:r>
        <w:rPr>
          <w:b/>
        </w:rPr>
        <w:t xml:space="preserve">[59:37] </w:t>
      </w:r>
      <w:r>
        <w:t>ulum ki marifat. ek mashhoor aalim ki taqreer madaris ke talaba ke samne hui. us mein unhon ne talaba ko mashwara dete hue kaha ke ulum ke siray pakriye.</w:t>
      </w:r>
    </w:p>
    <w:p>
      <w:pPr>
        <w:jc w:val="right"/>
      </w:pPr>
      <w:r>
        <w:t>علوم کی معرفت۔ ایک مشہور عالم کی تقریر مدارس کے طلبہ کے سامنے ہوئی۔ اس میں انہوں نے طلبہ کو مشورہ دیتے ہوئے کہا کہ علوم کے سرے پکڑیے۔</w:t>
      </w:r>
    </w:p>
    <w:p>
      <w:r>
        <w:rPr>
          <w:b/>
        </w:rPr>
        <w:t xml:space="preserve">[59:51] </w:t>
      </w:r>
      <w:r>
        <w:t>unki taqreer mein taayyunat ki zaban mein yeh wazeh nahi tha ke ulum ke siray ka matlab kya hai. bazahir yeh ek khitabat yani rhetoric hai na ke koi wazeh rehnumai.</w:t>
      </w:r>
    </w:p>
    <w:p>
      <w:pPr>
        <w:jc w:val="right"/>
      </w:pPr>
      <w:r>
        <w:t>ان کی تقریر میں تعینات کی زبان میں یہ واضح نہیں تھا کہ علوم کے سرے کا مطلب کیا ہے۔ بظاہر یہ ایک خطابت یعنی ریٹورک ہے نہ کہ کوئی واضح رہنمائی۔</w:t>
      </w:r>
    </w:p>
    <w:p>
      <w:r>
        <w:rPr>
          <w:b/>
        </w:rPr>
        <w:t xml:space="preserve">[1:00:06] </w:t>
      </w:r>
      <w:r>
        <w:t>haqeeqat yeh hai ke asal baat uloom ke siray pakarne ki nahi hai balkeh uloom ki marfat hasil karne ki hai.</w:t>
      </w:r>
    </w:p>
    <w:p>
      <w:pPr>
        <w:jc w:val="right"/>
      </w:pPr>
      <w:r>
        <w:t>حقیقت یہ ہے کہ اصل بات علوم کے سرے پکڑنے کی نہیں ہے بلکہ علوم کی معرفت حاصل کرنے کی ہے۔</w:t>
      </w:r>
    </w:p>
    <w:p>
      <w:r>
        <w:rPr>
          <w:b/>
        </w:rPr>
        <w:t xml:space="preserve">[1:00:16] </w:t>
      </w:r>
      <w:r>
        <w:t>kisi shobah ilm ki maloomat hasil karna aasan hai lekin is ki gehri marfat aik mushkil kaam hai.</w:t>
      </w:r>
    </w:p>
    <w:p>
      <w:pPr>
        <w:jc w:val="right"/>
      </w:pPr>
      <w:r>
        <w:t>کسی شعبہ علم کی معلومات حاصل کرنا آسان ہے لیکن اس کی گہری معرفت ایک مشکل کام ہے۔</w:t>
      </w:r>
    </w:p>
    <w:p>
      <w:r>
        <w:rPr>
          <w:b/>
        </w:rPr>
        <w:t xml:space="preserve">[1:00:25] </w:t>
      </w:r>
      <w:r>
        <w:t>maloomat mutaliq kitabon ke hawale se hasil ki ja sakti hain lekin marfat ke liye zaroori hai ke is par ghair mutaasibana andaaz mein ghor kiya jaye aur khule andaaz mein rai qaim ki jaye.</w:t>
      </w:r>
    </w:p>
    <w:p>
      <w:pPr>
        <w:jc w:val="right"/>
      </w:pPr>
      <w:r>
        <w:t>معلومات متعلق کتابوں کے حوالے سے حاصل کی جا سکتی ہیں لیکن معرفت کے لیے ضروری ہے کہ اس پر غیر متعصبانہ انداز میں غور کیا جائے اور کھلے انداز میں رائے قائم کی جائے۔</w:t>
      </w:r>
    </w:p>
    <w:p>
      <w:r>
        <w:rPr>
          <w:b/>
        </w:rPr>
        <w:t xml:space="preserve">[1:00:42] </w:t>
      </w:r>
      <w:r>
        <w:t>ilm ki marfat ke mamle mein sab se zyada aham baat yeh hai ke har ilm mein mukhtalif qism ke pehlu shamil rehte hain.</w:t>
      </w:r>
    </w:p>
    <w:p>
      <w:pPr>
        <w:jc w:val="right"/>
      </w:pPr>
      <w:r>
        <w:t>علم کی معرفت کے معاملے میں سب سے زیادہ اہم بات یہ ہے کہ ہر علم میں مختلف قسم کے پہلو شامل رہتے ہیں۔</w:t>
      </w:r>
    </w:p>
    <w:p>
      <w:r>
        <w:rPr>
          <w:b/>
        </w:rPr>
        <w:t xml:space="preserve">[1:00:53] </w:t>
      </w:r>
      <w:r>
        <w:t>is liye kisi ilm ke bare mein durust rai qaim karne ke liye lazmi shart yeh hai ke aadmi ke andar maloomat ko sort out karne ki salahiyat ho.</w:t>
      </w:r>
    </w:p>
    <w:p>
      <w:pPr>
        <w:jc w:val="right"/>
      </w:pPr>
      <w:r>
        <w:t>اس لیے کسی علم کے بارے میں درست رائے قائم کرنے کے لیے لازمی شرط یہ ہے کہ آدمی کے اندر معلومات کو سورٹ آؤٹ کرنے کی صلاحیت ہو۔</w:t>
      </w:r>
    </w:p>
    <w:p>
      <w:r>
        <w:rPr>
          <w:b/>
        </w:rPr>
        <w:t xml:space="preserve">[1:01:07] </w:t>
      </w:r>
      <w:r>
        <w:t>woh mutfarriq cheezon ko sort out kar ke mutaliq yani relevant ko ghair mutaliq yani irrelevant se alag kar sake.</w:t>
      </w:r>
    </w:p>
    <w:p>
      <w:pPr>
        <w:jc w:val="right"/>
      </w:pPr>
      <w:r>
        <w:t>وہ متفرق چیزوں کو سورٹ آؤٹ کر کے متعلق یعنی ریلیونٹ کو غیر متعلق یعنی ارریلیونٹ سے الگ کر سکے۔</w:t>
      </w:r>
    </w:p>
    <w:p>
      <w:r>
        <w:rPr>
          <w:b/>
        </w:rPr>
        <w:t xml:space="preserve">[1:01:18] </w:t>
      </w:r>
      <w:r>
        <w:t>is liye uloom ki marfat ke mamle mein asal ahmiyat uloom ka sira pakarne ki nahi hai balkeh zaroorat yeh hai ke aadmi ke andar yeh zehan paida kiya jaye ke is ke andar woh salahiyat yani acute sense aa jaye ke woh mutaliq ko ghair mutaliq se alag kar ke dekh sake.</w:t>
      </w:r>
    </w:p>
    <w:p>
      <w:pPr>
        <w:jc w:val="right"/>
      </w:pPr>
      <w:r>
        <w:t>اس لیے علوم کی معرفت کے معاملے میں اصل اہمیت علوم کا سرا پکڑنے کی نہیں ہے بلکہ ضرورت یہ ہے کہ آدمی کے اندر یہ ذہن پیدا کیا جائے کہ اس کے اندر وہ صلاحیت یعنی ایکیوٹ سینس آ جائے کہ وہ متعلق کو غیر متعلق سے الگ کر کے دیکھ سکے۔</w:t>
      </w:r>
    </w:p>
    <w:p>
      <w:r>
        <w:rPr>
          <w:b/>
        </w:rPr>
        <w:t xml:space="preserve">[1:01:41] </w:t>
      </w:r>
      <w:r>
        <w:t>misalan india ki kisi riyasat mein election ho aur wahan aik party ki jeet ho jaye to is tarah ke mamle mein insaan ko yeh janna chahiye ke woh kya cheez hai jis ki hesiyat waqti zahiray ki hai aur woh kya cheez hai jo bil-aakhir prevail kare gi.</w:t>
      </w:r>
    </w:p>
    <w:p>
      <w:pPr>
        <w:jc w:val="right"/>
      </w:pPr>
      <w:r>
        <w:t>مثلاً انڈیا کی کسی ریاست میں الیکشن ہو اور وہاں ایک پارٹی کی جیت ہو جائے تو اس طرح کے معاملے میں انسان کو یہ جاننا چاہیے کہ وہ کیا چیز ہے جس کی حیثیت وقتی ظاہرے کی ہے اور وہ کیا چیز ہے جو بالآخر پریویل کرے گی۔</w:t>
      </w:r>
    </w:p>
    <w:p>
      <w:r>
        <w:rPr>
          <w:b/>
        </w:rPr>
        <w:t xml:space="preserve">[1:02:03] </w:t>
      </w:r>
      <w:r>
        <w:t>aur phir woh mustaqil aur ghair mustaqil ko aik doosre se alag kar ke apni rai qaim kare.</w:t>
      </w:r>
    </w:p>
    <w:p>
      <w:pPr>
        <w:jc w:val="right"/>
      </w:pPr>
      <w:r>
        <w:t>اور پھر وہ مستقل اور غیر مستقل کو ایک دوسرے سے الگ کر کے اپنی رائے قائم کرے۔</w:t>
      </w:r>
    </w:p>
    <w:p>
      <w:r>
        <w:rPr>
          <w:b/>
        </w:rPr>
        <w:t xml:space="preserve">[1:02:11] </w:t>
      </w:r>
      <w:r>
        <w:t>dunya ka nizam abadi haqaiq par mabni hai na ke waqti qism ki baaton par. is silsile mein aik durust angrezi maqola hai jis mein isi fitri qanoon ko bataya gaya hai.</w:t>
      </w:r>
    </w:p>
    <w:p>
      <w:pPr>
        <w:jc w:val="right"/>
      </w:pPr>
      <w:r>
        <w:t>دنیا کا نظام ابدی حقائق پر مبنی ہے نہ کہ وقتی قسم کی باتوں پر۔ اس سلسلے میں ایک درست انگریزی مقولہ ہے جس میں اسی فطری قانون کو بتایا گیا ہے۔</w:t>
      </w:r>
    </w:p>
    <w:p>
      <w:r>
        <w:rPr>
          <w:b/>
        </w:rPr>
        <w:t xml:space="preserve">[1:02:27] </w:t>
      </w:r>
      <w:r>
        <w:t>woh yeh hai ke is dunya mein hamesha sachai ko baqa milti hai. let truth prevail kisi aadmi ke danishmand hone ka sab se bada suboot yeh hai ke woh fitrat ke is qanoon ko jaane jo ke aik atal qanoon hai.</w:t>
      </w:r>
    </w:p>
    <w:p>
      <w:pPr>
        <w:jc w:val="right"/>
      </w:pPr>
      <w:r>
        <w:t>وہ یہ ہے کہ اس دنیا میں ہمیشہ سچائی کو بقا ملتی ہے۔ Let truth prevail کسی آدمی کے دانشمند ہونے کا سب سے بڑا ثبوت یہ ہے کہ وہ فطرت کے اس قانون کو جانے جو کہ ایک اٹل قانون ہے۔</w:t>
      </w:r>
    </w:p>
    <w:p>
      <w:r>
        <w:rPr>
          <w:b/>
        </w:rPr>
        <w:t xml:space="preserve">[1:02:47] </w:t>
      </w:r>
      <w:r>
        <w:t>woh kabhi badalne wala nahi hai. is fitri qanoon ko janne ke baad jo rai banegi woh aik danishmandana rai hogi.</w:t>
      </w:r>
    </w:p>
    <w:p>
      <w:pPr>
        <w:jc w:val="right"/>
      </w:pPr>
      <w:r>
        <w:t>وہ کبھی بدلنے والا نہیں ہے۔ اس فطری قانون کو جاننے کے بعد جو رائے بنے گی وہ ایک دانشمندانہ رائے ہوگی۔</w:t>
      </w:r>
    </w:p>
    <w:p>
      <w:r>
        <w:rPr>
          <w:b/>
        </w:rPr>
        <w:t xml:space="preserve">[1:02:57] </w:t>
      </w:r>
      <w:r>
        <w:t>aur is fitri qanoon ko jaane baghair jo rai banegi woh aik sathi rai hogi jo grammar ke aitbar se to sahi ho sakti hai lekin haqeeqat ke aitbar se aisi rai ki koi qimat na hogi.</w:t>
      </w:r>
    </w:p>
    <w:p>
      <w:pPr>
        <w:jc w:val="right"/>
      </w:pPr>
      <w:r>
        <w:t>اور اس فطری قانون کو جانے بغیر جو رائے بنے گی وہ ایک سطحی رائے ہوگی جو گرامر کے اعتبار سے تو صحیح ہو سکتی ہے لیکن حقیقت کے اعتبار سے ایسی رائے کی کوئی قیمت نہ ہوگی۔</w:t>
      </w:r>
    </w:p>
    <w:p>
      <w:r>
        <w:rPr>
          <w:b/>
        </w:rPr>
        <w:t xml:space="preserve">[1:03:12] </w:t>
      </w:r>
      <w:r>
        <w:t>misal ke taur par india jaisa aik mulk ho ya america jaisa aik mulk. dono jamhooriat ke zamane ke mulk hain.</w:t>
      </w:r>
    </w:p>
    <w:p>
      <w:pPr>
        <w:jc w:val="right"/>
      </w:pPr>
      <w:r>
        <w:t>مثال کے طور پر انڈیا جیسا ایک ملک ہو یا امریکہ جیسا ایک ملک۔ دونوں جمہوریت کے زمانے کے ملک ہیں۔</w:t>
      </w:r>
    </w:p>
    <w:p>
      <w:r>
        <w:rPr>
          <w:b/>
        </w:rPr>
        <w:t xml:space="preserve">[1:03:21] </w:t>
      </w:r>
      <w:r>
        <w:t>dono mein election ke zariye koi fard hukoomat ka uhda hasil karta hai magar is uhda daar ki karkardagi ki muddat sirf chand saal tak mehdood hoti hai.</w:t>
      </w:r>
    </w:p>
    <w:p>
      <w:pPr>
        <w:jc w:val="right"/>
      </w:pPr>
      <w:r>
        <w:t>دونوں میں الیکشن کے ذریعے کوئی فرد حکومت کا عہدہ حاصل کرتا ہے مگر اس عہدے دار کی کارکردگی کی مدت صرف چند سال تک محدود ہوتی ہے۔</w:t>
      </w:r>
    </w:p>
    <w:p>
      <w:r>
        <w:rPr>
          <w:b/>
        </w:rPr>
        <w:t xml:space="preserve">[1:03:34] </w:t>
      </w:r>
      <w:r>
        <w:t>mazeed yeh ke woh qadeem zamane ki tarah mutlaq ul-an baadshah yani despotic king nahi hota balkeh woh aik muttafiqa dastoor yani constitution ka paband hota hai.</w:t>
      </w:r>
    </w:p>
    <w:p>
      <w:pPr>
        <w:jc w:val="right"/>
      </w:pPr>
      <w:r>
        <w:t>مزید یہ کہ وہ قدیم زمانے کی طرح مطلق العنان بادشاہ یعنی ڈسپوٹک کنگ نہیں ہوتا بلکہ وہ ایک متفقہ دستور یعنی کانسٹیٹیوشن کا پابند ہوتا ہے۔</w:t>
      </w:r>
    </w:p>
    <w:p>
      <w:r>
        <w:rPr>
          <w:b/>
        </w:rPr>
        <w:t xml:space="preserve">[1:03:47] </w:t>
      </w:r>
      <w:r>
        <w:t>is liye aisa muntakhib sadar ya wazeer-e-azam khwah bolne ke liye kuch bhi bole lekin amlan jo cheez mulk mein qaim hogi woh dastoor aur jamhooriat hai na ke kisi waqti uhda daar ka aik qaul.</w:t>
      </w:r>
    </w:p>
    <w:p>
      <w:pPr>
        <w:jc w:val="right"/>
      </w:pPr>
      <w:r>
        <w:t>اس لیے ایسا منتخب صدر یا وزیراعظم خواہ بولنے کے لیے کچھ بھی بولے لیکن عملاً جو چیز ملک میں قائم ہوگی وہ دستور اور جمہوریت ہے نہ کہ کسی وقتی عہدے دار کا ایک قول۔</w:t>
      </w:r>
    </w:p>
    <w:p>
      <w:r>
        <w:rPr>
          <w:b/>
        </w:rPr>
        <w:t xml:space="preserve">[1:04:04] </w:t>
      </w:r>
      <w:r>
        <w:t>is tarah ke mozuat par jo log likhein ya bolein un ko zindagi ke is qanoon ko janna chahiye aur isi qanoon ki roshni mein soorat-e-haal ka jayza lena chahiye.</w:t>
      </w:r>
    </w:p>
    <w:p>
      <w:pPr>
        <w:jc w:val="right"/>
      </w:pPr>
      <w:r>
        <w:t>اس طرح کے موضوعات پر جو لوگ لکھیں یا بولیں ان کو زندگی کے اس قانون کو جاننا چاہیے اور اسی قانون کی روشنی میں صورتحال کا جائزہ لینا چاہیے۔</w:t>
      </w:r>
    </w:p>
    <w:p>
      <w:r>
        <w:rPr>
          <w:b/>
        </w:rPr>
        <w:t xml:space="preserve">[1:04:18] </w:t>
      </w:r>
      <w:r>
        <w:t>agar woh is muhkam qanoon ko jaane baghair likhein ya bolein to un ke likhne aur bolne ki koi qimat na hogi.</w:t>
      </w:r>
    </w:p>
    <w:p>
      <w:pPr>
        <w:jc w:val="right"/>
      </w:pPr>
      <w:r>
        <w:t>اگر وہ اس محکم قانون کو جانے بغیر لکھیں یا بولیں تو ان کے لکھنے اور بولنے کی کوئی قیمت نہ ہوگی۔</w:t>
      </w:r>
    </w:p>
    <w:p>
      <w:r>
        <w:rPr>
          <w:b/>
        </w:rPr>
        <w:t xml:space="preserve">[1:04:28] </w:t>
      </w:r>
      <w:r>
        <w:t>aisi baat ko jo shakhs likhe woh apne waqt ko zaya kar raha hai aur jo parhe woh bhi apne waqt ko zaya kar raha hai.</w:t>
      </w:r>
    </w:p>
    <w:p>
      <w:pPr>
        <w:jc w:val="right"/>
      </w:pPr>
      <w:r>
        <w:t>ایسی بات کو جو شخص لکھے وہ اپنے وقت کو ضائع کر رہا ہے اور جو پڑھے وہ بھی اپنے وقت کو ضائع کر رہا ہے۔</w:t>
      </w:r>
    </w:p>
    <w:p>
      <w:r>
        <w:rPr>
          <w:b/>
        </w:rPr>
        <w:t xml:space="preserve">[1:04:37] </w:t>
      </w:r>
      <w:r>
        <w:t>aadmi ko chahiye ke woh sirf aisi baat likhe ya bole jo haqeeqi maano mein nateeja khez ho warna aisi baat likhne ya bolne se baaz rahe.</w:t>
      </w:r>
    </w:p>
    <w:p>
      <w:pPr>
        <w:jc w:val="right"/>
      </w:pPr>
      <w:r>
        <w:t>آدمی کو چاہیے کہ وہ صرف ایسی بات لکھے یا بولے جو حقیقی معنوں میں نتیجہ خیز ہو ورنہ ایسی بات لکھنے یا بولنے سے باز رہے۔</w:t>
      </w:r>
    </w:p>
    <w:p>
      <w:r>
        <w:rPr>
          <w:b/>
        </w:rPr>
        <w:t xml:space="preserve">[1:04:50] </w:t>
      </w:r>
      <w:r>
        <w:t>yeh hi woh haqeeqat hai jo hadees rasool mein in alfaaz mein bayan ki gayi hai: man hasan islamaal-e-mar'u taraka ma la ya'ni islam ki aalmi ishaat.</w:t>
      </w:r>
    </w:p>
    <w:p>
      <w:pPr>
        <w:jc w:val="right"/>
      </w:pPr>
      <w:r>
        <w:t>یہی وہ حقیقت ہے جو حدیث رسول میں ان الفاظ میں بیان کی گئی ہے: من حسن اسلام المرء تركه ما لا یعنی اسلام کی عالمی اشاعت۔</w:t>
      </w:r>
    </w:p>
    <w:p>
      <w:r>
        <w:rPr>
          <w:b/>
        </w:rPr>
        <w:t xml:space="preserve">[1:05:07] </w:t>
      </w:r>
      <w:r>
        <w:t>an ibn abbas qala: lamma mashu ila abi talib wa kallamuhu</w:t>
      </w:r>
    </w:p>
    <w:p>
      <w:pPr>
        <w:jc w:val="right"/>
      </w:pPr>
      <w:r>
        <w:t>عن ابن عباس قال: لما مشوا إلى أبي طالب وكلموه</w:t>
      </w:r>
    </w:p>
    <w:p>
      <w:r>
        <w:rPr>
          <w:b/>
        </w:rPr>
        <w:t xml:space="preserve">[1:05:15] </w:t>
      </w:r>
      <w:r>
        <w:t>wahum ashrafu qawmihi utbah bin rabi'ah wa shibah bin rabi'ah wa abu jahl bin hisham wa umayyah bin khalaf wa abu sufyan</w:t>
      </w:r>
    </w:p>
    <w:p>
      <w:pPr>
        <w:jc w:val="right"/>
      </w:pPr>
      <w:r>
        <w:t>وهم أشراف قومه عتبة بن ربيعة وشيبة بن ربيعة وأبو جهل بن هشام وأمية بن خلف وأبو سفیان</w:t>
      </w:r>
    </w:p>
    <w:p>
      <w:r>
        <w:rPr>
          <w:b/>
        </w:rPr>
        <w:t xml:space="preserve">[1:05:28] </w:t>
      </w:r>
      <w:r>
        <w:t>bin harbin fi rijalin min ashrafihim faqalu: ya aba talib innaka</w:t>
      </w:r>
    </w:p>
    <w:p>
      <w:pPr>
        <w:jc w:val="right"/>
      </w:pPr>
      <w:r>
        <w:t>بن حرب فی رجال من أشرافهم فقالوا: یا أبا طالب إنك</w:t>
      </w:r>
    </w:p>
    <w:p>
      <w:r>
        <w:rPr>
          <w:b/>
        </w:rPr>
        <w:t xml:space="preserve">[1:05:36] </w:t>
      </w:r>
      <w:r>
        <w:t>minna haithu qad alimta wa qad hadaraka ma tara wa tkhawwafna</w:t>
      </w:r>
    </w:p>
    <w:p>
      <w:pPr>
        <w:jc w:val="right"/>
      </w:pPr>
      <w:r>
        <w:t>منا حيث قد علمت وقد حضرك ما ترى وتخوفنا</w:t>
      </w:r>
    </w:p>
    <w:p>
      <w:r>
        <w:rPr>
          <w:b/>
        </w:rPr>
        <w:t xml:space="preserve">[1:05:44] </w:t>
      </w:r>
      <w:r>
        <w:t>alayka wa qad alimta alladhi baynana wa bayna akhika fad'uhu fakhudh</w:t>
      </w:r>
    </w:p>
    <w:p>
      <w:pPr>
        <w:jc w:val="right"/>
      </w:pPr>
      <w:r>
        <w:t>علیک وقد علمت الذي بيننا وبين أخيك فادعوه فخذ</w:t>
      </w:r>
    </w:p>
    <w:p>
      <w:r>
        <w:rPr>
          <w:b/>
        </w:rPr>
        <w:t xml:space="preserve">[1:05:53] </w:t>
      </w:r>
      <w:r>
        <w:t>minna wa khudh lahu minna liyakuffa anna wa linakuffa anh wa liyad'ana wa deenana wa landa'ahu wa deenih</w:t>
      </w:r>
    </w:p>
    <w:p>
      <w:pPr>
        <w:jc w:val="right"/>
      </w:pPr>
      <w:r>
        <w:t>لنا منه وخذ له منا لیکف عنا ولنکف عنہ ولیدعنا ودیننا ولندعه ودینہ</w:t>
      </w:r>
    </w:p>
    <w:p>
      <w:r>
        <w:rPr>
          <w:b/>
        </w:rPr>
        <w:t xml:space="preserve">[1:06:09] </w:t>
      </w:r>
      <w:r>
        <w:t>fa ba'atha ilayhi abu talib fa ja'ahu fa qaal. fa qaal: ya ibna akhee ha'ula'i ashraf-e-qaumika qad ijtama'oo ilayka liy'utooka bal ya'khudhoo minka.</w:t>
      </w:r>
    </w:p>
    <w:p>
      <w:pPr>
        <w:jc w:val="right"/>
      </w:pPr>
      <w:r>
        <w:t>فبعث إليه أبو طالب فجاءه فقال. فقال: يا ابن أخي هؤلاء أشراف قومك قد اجتمعوا إليك ليعطوك بل يأخذوا منك.</w:t>
      </w:r>
    </w:p>
    <w:p>
      <w:r>
        <w:rPr>
          <w:b/>
        </w:rPr>
        <w:t xml:space="preserve">[1:06:26] </w:t>
      </w:r>
      <w:r>
        <w:t>qaal: fa-qaala rasool Allah sallay Allah alayhi wasallam: ya ammi kalima wahida ta'toona biha tamlikoon biha al-arab wa tadin lakum biha al-ajam al-bidaya wa al-nihaya.</w:t>
      </w:r>
    </w:p>
    <w:p>
      <w:pPr>
        <w:jc w:val="right"/>
      </w:pPr>
      <w:r>
        <w:t>قال: فقال رسول الله صلى الله عليه وسلم: يا عمي كلمة واحدة تعطونها تملكون بها العرب وتدين لكم بها العجم البداية والنهاية.</w:t>
      </w:r>
    </w:p>
    <w:p>
      <w:r>
        <w:rPr>
          <w:b/>
        </w:rPr>
        <w:t xml:space="preserve">[1:06:44] </w:t>
      </w:r>
      <w:r>
        <w:t>kuch logon nay is riwayat ka yeh matlab nikala hai ke ummat-e-muslima ka yeh nasb-ul-ain hai ke woh sari dunya mein Islam ki hukoomat qaim kare magar is riwayat ka siyasat aur hukoomat se koi ta'alluq nahin.</w:t>
      </w:r>
    </w:p>
    <w:p>
      <w:pPr>
        <w:jc w:val="right"/>
      </w:pPr>
      <w:r>
        <w:t>کچھ لوگوں نے اس روایت کا یہ مطلب نکالا ہے کہ امت مسلمہ کا یہ نصب العین ہے کہ وہ ساری دنیا میں اسلام کی حکومت قائم کرے مگر اس روایت کا سیاست اور حکومت سے کوئی تعلق نہیں۔</w:t>
      </w:r>
    </w:p>
    <w:p>
      <w:r>
        <w:rPr>
          <w:b/>
        </w:rPr>
        <w:t xml:space="preserve">[1:07:02] </w:t>
      </w:r>
      <w:r>
        <w:t>is riwayat mein kalima yaani word ki baat ki gayi hai na ke hukoomat qaim karne ki. kalima ka matlab wohi hai jis ko aaj kal ki zaban mein ideology kaha jata hai.</w:t>
      </w:r>
    </w:p>
    <w:p>
      <w:pPr>
        <w:jc w:val="right"/>
      </w:pPr>
      <w:r>
        <w:t>اس روایت میں کلمہ یعنی ورڈ کی بات کی گئی ہے نہ کہ حکومت قائم کرنے کی۔ کلمہ کا مطلب وہی ہے جس کو آج کل کی زبان میں آئیڈیالوجی کہا جاتا ہے۔</w:t>
      </w:r>
    </w:p>
    <w:p>
      <w:r>
        <w:rPr>
          <w:b/>
        </w:rPr>
        <w:t xml:space="preserve">[1:07:15] </w:t>
      </w:r>
      <w:r>
        <w:t>is riwayat mein kalima ki aalmi tosee' se murad yeh hai ke Islam ki ideology sari dunya tak phailay gi.</w:t>
      </w:r>
    </w:p>
    <w:p>
      <w:pPr>
        <w:jc w:val="right"/>
      </w:pPr>
      <w:r>
        <w:t>اس روایت میں کلمہ کی عالمی توسیع سے مراد یہ ہے کہ اسلام کی آئیڈیالوجی ساری دنیا تک پھیلے گی۔</w:t>
      </w:r>
    </w:p>
    <w:p>
      <w:r>
        <w:rPr>
          <w:b/>
        </w:rPr>
        <w:t xml:space="preserve">[1:07:25] </w:t>
      </w:r>
      <w:r>
        <w:t>koi qila ya koi deewar is ki tausee mein rukawat na ban sake gi.</w:t>
      </w:r>
    </w:p>
    <w:p>
      <w:pPr>
        <w:jc w:val="right"/>
      </w:pPr>
      <w:r>
        <w:t>کوئی قلعہ یا کوئی دیوار اس کی توسیع میں رکاوٹ نہ بن سکیں گے۔</w:t>
      </w:r>
    </w:p>
    <w:p>
      <w:r>
        <w:rPr>
          <w:b/>
        </w:rPr>
        <w:t xml:space="preserve">[1:07:32] </w:t>
      </w:r>
      <w:r>
        <w:t>is baat ko ek aur hadith mein in alfaaz mein bayan kiya gaya hai: layablaghanna</w:t>
      </w:r>
    </w:p>
    <w:p>
      <w:pPr>
        <w:jc w:val="right"/>
      </w:pPr>
      <w:r>
        <w:t>اس بات کو ایک اور حدیث میں ان الفاظ میں بیان کیا گیا ہے: ليبلغن</w:t>
      </w:r>
    </w:p>
    <w:p>
      <w:r>
        <w:rPr>
          <w:b/>
        </w:rPr>
        <w:t xml:space="preserve">[1:07:39] </w:t>
      </w:r>
      <w:r>
        <w:t>hathal amru ma balaghal laylu wan naharu</w:t>
      </w:r>
    </w:p>
    <w:p>
      <w:pPr>
        <w:jc w:val="right"/>
      </w:pPr>
      <w:r>
        <w:t>هذا الأمر ما بلغ اللیل والنهار</w:t>
      </w:r>
    </w:p>
    <w:p>
      <w:r>
        <w:rPr>
          <w:b/>
        </w:rPr>
        <w:t xml:space="preserve">[1:07:43] </w:t>
      </w:r>
      <w:r>
        <w:t>wala yترك allah bait madr wa la wabr illa adkhala allah hadha al-deen yani yeh deen har us jagah</w:t>
      </w:r>
    </w:p>
    <w:p>
      <w:pPr>
        <w:jc w:val="right"/>
      </w:pPr>
      <w:r>
        <w:t>ولا يترک الله بیت مدر ولا وبر إلا أدخله الله هذا الدین یعنی یہ دین ہر اس جگہ</w:t>
      </w:r>
    </w:p>
    <w:p>
      <w:r>
        <w:rPr>
          <w:b/>
        </w:rPr>
        <w:t xml:space="preserve">[1:07:56] </w:t>
      </w:r>
      <w:r>
        <w:t>tak pohnch kar rahe ga jahan din aur raat pohnchte hain aur allah koi chhota ya bada ghar</w:t>
      </w:r>
    </w:p>
    <w:p>
      <w:pPr>
        <w:jc w:val="right"/>
      </w:pPr>
      <w:r>
        <w:t>تک پہنچ کر رہے گا جہاں دن اور رات پہنچتے ہیں اور اللہ کوئی چھوٹا یا بڑا گھر</w:t>
      </w:r>
    </w:p>
    <w:p>
      <w:r>
        <w:rPr>
          <w:b/>
        </w:rPr>
        <w:t xml:space="preserve">[1:08:05] </w:t>
      </w:r>
      <w:r>
        <w:t>nahin chhodega jahan is deen ko dakhil na kar de.</w:t>
      </w:r>
    </w:p>
    <w:p>
      <w:pPr>
        <w:jc w:val="right"/>
      </w:pPr>
      <w:r>
        <w:t>نہیں چھوڑے گا جہاں اس دین کو داخل نہ کر دے۔</w:t>
      </w:r>
    </w:p>
    <w:p>
      <w:r>
        <w:rPr>
          <w:b/>
        </w:rPr>
        <w:t xml:space="preserve">[1:08:10] </w:t>
      </w:r>
      <w:r>
        <w:t>ab woh waqt aa gaya hai ke deen ki aalmi ishaat ka kaam kiya jaye magar jin logon nay in ahadees ko siyasi mani mein le liya woh ghair zaroori taur par dunya se nazari ya amli jang chhede hue hain.</w:t>
      </w:r>
    </w:p>
    <w:p>
      <w:pPr>
        <w:jc w:val="right"/>
      </w:pPr>
      <w:r>
        <w:t>اب وہ وقت آ گیا ہے کہ دین کی عالمی اشاعت کا کام کیا جائے مگر جن لوگوں نے ان احادیث کو سیاسی معنی میں لے لیا وہ غیر ضروری طور پر دنیا سے نظری یا عملی جنگ چھیڑے ہوئے ہیں۔</w:t>
      </w:r>
    </w:p>
    <w:p>
      <w:r>
        <w:rPr>
          <w:b/>
        </w:rPr>
        <w:t xml:space="preserve">[1:08:30] </w:t>
      </w:r>
      <w:r>
        <w:t>Islami jihad. jihad ka lafz jahd se bana hai. is ka ma'ni hai koshish yaani struggle.</w:t>
      </w:r>
    </w:p>
    <w:p>
      <w:pPr>
        <w:jc w:val="right"/>
      </w:pPr>
      <w:r>
        <w:t>اسلامی جہاد۔ جہاد کا لفظ جہد سے بنا ہے۔ اس کا معنی ہے کوشش یعنی سٹرگل۔</w:t>
      </w:r>
    </w:p>
    <w:p>
      <w:r>
        <w:rPr>
          <w:b/>
        </w:rPr>
        <w:t xml:space="preserve">[1:08:39] </w:t>
      </w:r>
      <w:r>
        <w:t>kisi ta'meeri maqsad ke liye bharpoor koshish karne ko arabi zaban mein jahd ya jihad kaha jata hai. jihad ya jahd ka lafz asal-an pur-aman jad-o-jehad ke liye aata hai.</w:t>
      </w:r>
    </w:p>
    <w:p>
      <w:pPr>
        <w:jc w:val="right"/>
      </w:pPr>
      <w:r>
        <w:t>کسی تعمیری مقصد کے لیے بھرپور کوشش کرنے کو عربی زبان میں جہد یا جہاد کہا جاتا ہے۔ جہاد یا جہد کا لفظ اصلًا پرامن جدوجہد کے لیے آتا ہے۔</w:t>
      </w:r>
    </w:p>
    <w:p>
      <w:r>
        <w:rPr>
          <w:b/>
        </w:rPr>
        <w:t xml:space="preserve">[1:08:53] </w:t>
      </w:r>
      <w:r>
        <w:t>is lafz ka barah-e-raast taur par jang-o-qital se koi ta'alluq nahin. jihad mein mubalaghe ka mafhoom paya jata hai yaani kamil jad-o-jehad, utmost struggle.</w:t>
      </w:r>
    </w:p>
    <w:p>
      <w:pPr>
        <w:jc w:val="right"/>
      </w:pPr>
      <w:r>
        <w:t>اس لفظ کا براہِ راست طور پر جنگ و قتال سے کوئی تعلق نہیں۔ جہاد میں مبالغے کا مفہوم پایا جاتا ہے یعنی کامل جدوجہد، ایٹموسٹ سٹرگل۔</w:t>
      </w:r>
    </w:p>
    <w:p>
      <w:r>
        <w:rPr>
          <w:b/>
        </w:rPr>
        <w:t xml:space="preserve">[1:09:07] </w:t>
      </w:r>
      <w:r>
        <w:t>Quran mein jihad ka maada 35 baar istemal hua hai. har baar is lafz ka istemal pur-aman koshish ke ma'ni mein hai.</w:t>
      </w:r>
    </w:p>
    <w:p>
      <w:pPr>
        <w:jc w:val="right"/>
      </w:pPr>
      <w:r>
        <w:t>قرآن میں جہاد کا مادہ 35 بار استعمال ہوا ہے۔ ہر بار اس لفظ کا استعمال پرامن کوشش کے معنی میں ہے۔</w:t>
      </w:r>
    </w:p>
    <w:p>
      <w:r>
        <w:rPr>
          <w:b/>
        </w:rPr>
        <w:t xml:space="preserve">[1:09:16] </w:t>
      </w:r>
      <w:r>
        <w:t>jang ke liye Quran mein qital ka lafz aaya hai aur pur-aman jihad ke liye jihad ka lafz. is silsile mein Quran ki aik ayat yeh hai: wa jahidhum bihi jahadan kabiran aur is se jihad kabeer karo Quran ke zariye.</w:t>
      </w:r>
    </w:p>
    <w:p>
      <w:pPr>
        <w:jc w:val="right"/>
      </w:pPr>
      <w:r>
        <w:t>جنگ کے لیے قرآن میں قتال کا لفظ آیا ہے اور پرامن جہاد کے لیے جہاد کا لفظ۔ اس سلسلے میں قرآن کی ایک آیت یہ ہے: وجاهدھم بہ جہادًا کبیرًا اور اس سے جہاد کبیر کرو قرآن کے ذریعے۔</w:t>
      </w:r>
    </w:p>
    <w:p>
      <w:r>
        <w:rPr>
          <w:b/>
        </w:rPr>
        <w:t xml:space="preserve">[1:09:37] </w:t>
      </w:r>
      <w:r>
        <w:t>yani logon ke darmiyan quran ki taleemat ko phailane ke liye bada jihad karo.</w:t>
      </w:r>
    </w:p>
    <w:p>
      <w:pPr>
        <w:jc w:val="right"/>
      </w:pPr>
      <w:r>
        <w:t>یعنی لوگوں کے درمیان قرآن کی تعلیمات کو پھیلانے کے لیے بڑا جہاد کرو۔</w:t>
      </w:r>
    </w:p>
    <w:p>
      <w:r>
        <w:rPr>
          <w:b/>
        </w:rPr>
        <w:t xml:space="preserve">[1:09:44] </w:t>
      </w:r>
      <w:r>
        <w:t>hadith mein bhi jihad ka yahi mafhoom aaya hai jaisa ke hadith mein hai: al-jihadu madhun munthu ba'athani</w:t>
      </w:r>
    </w:p>
    <w:p>
      <w:pPr>
        <w:jc w:val="right"/>
      </w:pPr>
      <w:r>
        <w:t>حدیث میں بھی جہاد کا یہی مفہوم آیا ہے جیسا کہ حدیث میں ہے: الجهاد ماذن منذ بعثني</w:t>
      </w:r>
    </w:p>
    <w:p>
      <w:r>
        <w:rPr>
          <w:b/>
        </w:rPr>
        <w:t xml:space="preserve">[1:09:54] </w:t>
      </w:r>
      <w:r>
        <w:t>allah ila an yuqatila</w:t>
      </w:r>
    </w:p>
    <w:p>
      <w:pPr>
        <w:jc w:val="right"/>
      </w:pPr>
      <w:r>
        <w:t>الله إلى أن يقاتل</w:t>
      </w:r>
    </w:p>
    <w:p>
      <w:r>
        <w:rPr>
          <w:b/>
        </w:rPr>
        <w:t xml:space="preserve">[1:09:57] </w:t>
      </w:r>
      <w:r>
        <w:t>aakhira ummati al-dajjal</w:t>
      </w:r>
    </w:p>
    <w:p>
      <w:pPr>
        <w:jc w:val="right"/>
      </w:pPr>
      <w:r>
        <w:t>آخر أمتي الدجال</w:t>
      </w:r>
    </w:p>
    <w:p>
      <w:r>
        <w:rPr>
          <w:b/>
        </w:rPr>
        <w:t xml:space="preserve">[1:10:00] </w:t>
      </w:r>
      <w:r>
        <w:t>la yubtiluhu jawrun jairin wa la adlun adilin yani jihad jari hai is waqt se jab ke allah ne</w:t>
      </w:r>
    </w:p>
    <w:p>
      <w:pPr>
        <w:jc w:val="right"/>
      </w:pPr>
      <w:r>
        <w:t>لا يبطله جور جائر ولا عدل عادل یعنی جہاد جاری ہے اس وقت سے جب کہ اللہ نے</w:t>
      </w:r>
    </w:p>
    <w:p>
      <w:r>
        <w:rPr>
          <w:b/>
        </w:rPr>
        <w:t xml:space="preserve">[1:10:11] </w:t>
      </w:r>
      <w:r>
        <w:t>mujhe mab'outh farmaya is waqt tak jab tak ke meri ummat ka aakhri hissa dajjal se qital kare</w:t>
      </w:r>
    </w:p>
    <w:p>
      <w:pPr>
        <w:jc w:val="right"/>
      </w:pPr>
      <w:r>
        <w:t>مجھے مبعوث فرمایا اس وقت تک جب تک کہ میری امت کا آخری حصہ دجال سے قتال کرے</w:t>
      </w:r>
    </w:p>
    <w:p>
      <w:r>
        <w:rPr>
          <w:b/>
        </w:rPr>
        <w:t xml:space="preserve">[1:10:20] </w:t>
      </w:r>
      <w:r>
        <w:t>ga.</w:t>
      </w:r>
    </w:p>
    <w:p>
      <w:pPr>
        <w:jc w:val="right"/>
      </w:pPr>
      <w:r>
        <w:t>گا۔</w:t>
      </w:r>
    </w:p>
    <w:p>
      <w:r>
        <w:rPr>
          <w:b/>
        </w:rPr>
        <w:t xml:space="preserve">[1:10:21] </w:t>
      </w:r>
      <w:r>
        <w:t>zalim ka zulm aur adil ka adl is ko mauqoof nahin karega. yahan yeh sawal hai ke jihad ko agar qital ke ma'ni mein liya jaye to yeh baat qabil-e-fehm na hogi kyunke zalim ke sath qital ka to jawaz ho sakta hai magar adil ke sath qital ka?</w:t>
      </w:r>
    </w:p>
    <w:p>
      <w:pPr>
        <w:jc w:val="right"/>
      </w:pPr>
      <w:r>
        <w:t>ظالم کا ظلم اور عادل کا عدل اس کو موقوف نہیں کرے گا۔ یہاں یہ سوال ہے کہ جہاد کو اگر قتال کے معنی میں لیا جائے تو یہ بات قابل فہم نہ ہوگی کیونکہ ظالم کے ساتھ قتال کا تو جواز ہو سکتا ہے لیکن عادل کے ساتھ قتال کا؟</w:t>
      </w:r>
    </w:p>
    <w:p>
      <w:r>
        <w:rPr>
          <w:b/>
        </w:rPr>
        <w:t xml:space="preserve">[1:10:44] </w:t>
      </w:r>
      <w:r>
        <w:t>is bana par yahan jihad ko aisi pur-aman koshish ke ma'ni mein liya jayega jo har haal mein jari rahega.</w:t>
      </w:r>
    </w:p>
    <w:p>
      <w:pPr>
        <w:jc w:val="right"/>
      </w:pPr>
      <w:r>
        <w:t>اس بنا پر یہاں جہاد کو ایسی پرامن کوشش کے معنی میں لیا جائے گا جو ہر حال میں جاری رہے گا۔</w:t>
      </w:r>
    </w:p>
    <w:p>
      <w:r>
        <w:rPr>
          <w:b/>
        </w:rPr>
        <w:t xml:space="preserve">[1:10:52] </w:t>
      </w:r>
      <w:r>
        <w:t>aur is se murad pur-aman da'wati jihad ki koshish hai. Quran-o-hadith ke mutale' se yeh baat samajh mein aati hai ke jihad aik aisi pur-aman jad-o-jehad hai jo hamesha aur har haal mein jari rehti hai.</w:t>
      </w:r>
    </w:p>
    <w:p>
      <w:pPr>
        <w:jc w:val="right"/>
      </w:pPr>
      <w:r>
        <w:t>اور اس سے مراد پرامن دعوتی جہاد کی کوشش ہے۔ قرآن و حدیث کے مطالعے سے یہ بات سمجھ میں آتی ہے کہ جہاد ایک ایسی پرامن جدوجہد ہے جو ہمیشہ اور ہر حال میں جاری رہتی ہے۔</w:t>
      </w:r>
    </w:p>
    <w:p>
      <w:r>
        <w:rPr>
          <w:b/>
        </w:rPr>
        <w:t xml:space="preserve">[1:11:11] </w:t>
      </w:r>
      <w:r>
        <w:t>is se murad da'wat aur islaah ki jad-o-jehad hai. da'wat-e-umum daira mein aur islaah-e-ummat-e-muslima ke daira mein.</w:t>
      </w:r>
    </w:p>
    <w:p>
      <w:pPr>
        <w:jc w:val="right"/>
      </w:pPr>
      <w:r>
        <w:t>اس سے مراد دعوت اور اصلاح کی جدوجہد ہے۔ دعوت عمومی دائرے میں اور اصلاح امت مسلمہ کے دائرے میں۔</w:t>
      </w:r>
    </w:p>
    <w:p>
      <w:r>
        <w:rPr>
          <w:b/>
        </w:rPr>
        <w:t xml:space="preserve">[1:11:21] </w:t>
      </w:r>
      <w:r>
        <w:t>yeh pur-aman jihad aik aisi zaroorat hai jo nasl dar nasl jari rehta hai. koi bhi soorat-e-haal is ko saaqit karne wali nahin.</w:t>
      </w:r>
    </w:p>
    <w:p>
      <w:pPr>
        <w:jc w:val="right"/>
      </w:pPr>
      <w:r>
        <w:t>یہ پرامن جہاد ایک ایسی ضرورت ہے جو نسل در نسل جاری رہتا ہے۔ کوئی بھی صورتحال اس کو ساقط کرنے والی نہیں۔</w:t>
      </w:r>
    </w:p>
    <w:p>
      <w:r>
        <w:rPr>
          <w:b/>
        </w:rPr>
        <w:t xml:space="preserve">[1:11:31] </w:t>
      </w:r>
      <w:r>
        <w:t>is ke bar-aks qital aik waqti cheez hai. qital ki zaroorat hamesha difa yaani defence ke waqt pesh aati hai.</w:t>
      </w:r>
    </w:p>
    <w:p>
      <w:pPr>
        <w:jc w:val="right"/>
      </w:pPr>
      <w:r>
        <w:t>اس کے برعکس قتال ایک وقتی چیز ہے۔ قتال کی ضرورت ہمیشہ دفاع یعنی ڈیفنس کے وقت پیش آتی ہے۔</w:t>
      </w:r>
    </w:p>
    <w:p>
      <w:r>
        <w:rPr>
          <w:b/>
        </w:rPr>
        <w:t xml:space="preserve">[1:11:41] </w:t>
      </w:r>
      <w:r>
        <w:t>jab fareeq mukhalif ki taraf se qital rok diya jaye to ahle Islam ke liye jaiz nahin ke woh khud se kisi ke khilaf jang chhedein.</w:t>
      </w:r>
    </w:p>
    <w:p>
      <w:pPr>
        <w:jc w:val="right"/>
      </w:pPr>
      <w:r>
        <w:t>جب فریق مخالف کی طرف سے قتال روک دیا جائے تو اہل اسلام کے لیے جائز نہیں کہ وہ خود سے کسی کے خلاف جنگ چھیڑیں۔</w:t>
      </w:r>
    </w:p>
    <w:p>
      <w:r>
        <w:rPr>
          <w:b/>
        </w:rPr>
        <w:t xml:space="preserve">[1:11:52] </w:t>
      </w:r>
      <w:r>
        <w:t>is silsile mein Quran mein wazeh aayatain maujood hain. mislan Quran ki aik ayat yeh hai: wa qatiloo fi sabeel Allah alladheena yuqatiloonakum wa la ta'tadoo inna Allah la yuhibbu al-mu'tadeen yaani aur Allah ki rah mein un logon se lado jo ladte hain tum se.</w:t>
      </w:r>
    </w:p>
    <w:p>
      <w:pPr>
        <w:jc w:val="right"/>
      </w:pPr>
      <w:r>
        <w:t>اس سلسلے میں قرآن میں واضح آیتیں موجود ہیں۔ مثلاً قرآن کی ایک آیت یہ ہے: وقاتلوا فی سبیل اللہ الذین یقاتلونکم ولا تعتدوا إن الله لا یحب المعتدین یعنی اور اللہ کی راہ میں ان لوگوں سے لڑو جو لڑتے ہیں تم سے۔</w:t>
      </w:r>
    </w:p>
    <w:p>
      <w:r>
        <w:rPr>
          <w:b/>
        </w:rPr>
        <w:t xml:space="preserve">[1:12:15] </w:t>
      </w:r>
      <w:r>
        <w:t>aur ziyadati na karo. Allah ziyadati karne walon ko pasand nahin karta. is ayat ke pehle hisse mein yeh baat batai gayi hai ke ahle Islam sirf un ke sath jang kar sakte hain jo un ke khilaf jang chhedein.</w:t>
      </w:r>
    </w:p>
    <w:p>
      <w:pPr>
        <w:jc w:val="right"/>
      </w:pPr>
      <w:r>
        <w:t>اور زیادتی نہ کرو۔ اللہ زیادتی کرنے والوں کو پسند نہیں کرتا۔ اس آیت کے پہلے حصے میں یہ بات بتائی گئی ہے کہ اہل اسلام صرف ان کے ساتھ جنگ کر سکتے ہیں جو ان کے خلاف جنگ چھیڑیں۔</w:t>
      </w:r>
    </w:p>
    <w:p>
      <w:r>
        <w:rPr>
          <w:b/>
        </w:rPr>
        <w:t xml:space="preserve">[1:12:34] </w:t>
      </w:r>
      <w:r>
        <w:t>ayat ke doosre hisse se yeh maloom hota hai ke ahle Islam ke liye yeh jaiz nahin ke woh khud apni taraf se jang ka aaghaz karein.</w:t>
      </w:r>
    </w:p>
    <w:p>
      <w:pPr>
        <w:jc w:val="right"/>
      </w:pPr>
      <w:r>
        <w:t>آیت کے دوسرے حصے سے یہ معلوم ہوتا ہے کہ اہل اسلام کے لیے یہ جائز نہیں کہ وہ خود اپنی طرف سے جنگ کا آغاز کریں۔</w:t>
      </w:r>
    </w:p>
    <w:p>
      <w:r>
        <w:rPr>
          <w:b/>
        </w:rPr>
        <w:t xml:space="preserve">[1:12:44] </w:t>
      </w:r>
      <w:r>
        <w:t>jihad ba-ma'ni-e-qital ke baray mein fuqaha ka maslak yeh hai ke jihad ba-ma'ni-e-qital bizat-e-khud maqsood nahin hai balke kisi aur maqsad ke liye ba-taur-e-waseela matloob hai.</w:t>
      </w:r>
    </w:p>
    <w:p>
      <w:pPr>
        <w:jc w:val="right"/>
      </w:pPr>
      <w:r>
        <w:t>جہاد بمعنی قتال کے بارے میں فقہاء کا مسلک یہ ہے کہ جہاد بمعنی قتال بذات خود مقصود نہیں ہے بلکہ کسی اور مقصد کے لیے بطور وسیلہ مطلوب ہے۔</w:t>
      </w:r>
    </w:p>
    <w:p>
      <w:r>
        <w:rPr>
          <w:b/>
        </w:rPr>
        <w:t xml:space="preserve">[1:12:59] </w:t>
      </w:r>
      <w:r>
        <w:t>is silsile mein yahan teen aqwal naqal kiye jate hain: yanqasimu al-jihadu fi sabil allah ila qismayn: al-awwal</w:t>
      </w:r>
    </w:p>
    <w:p>
      <w:pPr>
        <w:jc w:val="right"/>
      </w:pPr>
      <w:r>
        <w:t>اس سلسلے میں یہاں تین اقوال نقل کیے جاتے ہیں: ينقسم الجهاد فی سبیل اللہ إلى قسمين: الأول</w:t>
      </w:r>
    </w:p>
    <w:p>
      <w:r>
        <w:rPr>
          <w:b/>
        </w:rPr>
        <w:t xml:space="preserve">[1:13:11] </w:t>
      </w:r>
      <w:r>
        <w:t>jihadu al-da'awata ila allah bayna al-nas, wa hadha a'dhamu anwa'i al-jihadi, wa a'dhamu man qama bihi al-anbiya'u wa al-rusulu, wa huwa jihadu</w:t>
      </w:r>
    </w:p>
    <w:p>
      <w:pPr>
        <w:jc w:val="right"/>
      </w:pPr>
      <w:r>
        <w:t>جهاد الدعوة إلى الله بين الناس، وهذا أعظم أنواع الجهاد، وأعظم من قام به الأنبياء والرسل، وهو جهاد</w:t>
      </w:r>
    </w:p>
    <w:p>
      <w:r>
        <w:rPr>
          <w:b/>
        </w:rPr>
        <w:t xml:space="preserve">[1:13:24] </w:t>
      </w:r>
      <w:r>
        <w:t>hasanun li-dhatihi, wa huwa maqsadun ba'athati al-anbiya'i wa al-rusuli</w:t>
      </w:r>
    </w:p>
    <w:p>
      <w:pPr>
        <w:jc w:val="right"/>
      </w:pPr>
      <w:r>
        <w:t>حسن لذاته، وهو مقصد بعثة الأنبياء والرسل</w:t>
      </w:r>
    </w:p>
    <w:p>
      <w:r>
        <w:rPr>
          <w:b/>
        </w:rPr>
        <w:t xml:space="preserve">[1:13:31] </w:t>
      </w:r>
      <w:r>
        <w:t>. al-thani al-qitalu fi sabeel Allah, wa hadha al-jihadu hasanun li-ghayrihi. mawdu'at al-fiqh al-Islami Muhammad bin Ibrahim bin Abdullah al-Tawajari yaani jihad ki do qismein hain: aik logon ke darmiyan da'wat ila Allah ka jihad.</w:t>
      </w:r>
    </w:p>
    <w:p>
      <w:pPr>
        <w:jc w:val="right"/>
      </w:pPr>
      <w:r>
        <w:t>. الثاني القتال فی سبیل اللہ، وهذا الجهاد حسن لغيره. موصوعۃ الفقہ الاسلامی محمد بن ابراہیم بن عبداللہ التوجری یعنی جہاد کی دو قسمیں ہیں: ایک لوگوں کے درمیان دعوت إلى الله کا جہاد۔</w:t>
      </w:r>
    </w:p>
    <w:p>
      <w:r>
        <w:rPr>
          <w:b/>
        </w:rPr>
        <w:t xml:space="preserve">[1:13:53] </w:t>
      </w:r>
      <w:r>
        <w:t>yeh sab se aala darjay ka jihad hai aur anbiya ke kamon mein sab se aala kaam. yeh jihad bazat khud husn hai.</w:t>
      </w:r>
    </w:p>
    <w:p>
      <w:pPr>
        <w:jc w:val="right"/>
      </w:pPr>
      <w:r>
        <w:t>یہ سب سے اعلیٰ درجے کا جہاد ہے اور انبیاء کے کاموں میں سب سے اعلیٰ کام۔ یہ جہاد بذات خود حسن ہے۔</w:t>
      </w:r>
    </w:p>
    <w:p>
      <w:r>
        <w:rPr>
          <w:b/>
        </w:rPr>
        <w:t xml:space="preserve">[1:14:03] </w:t>
      </w:r>
      <w:r>
        <w:t>anbiya aur rasoolon ki ba'sat ka maqsad yahi hai. doosra qital fi sabilillah hai. yeh jihad ba ma'na al-qital baraye jihad matlab nahi balkeh woh ek aur maqsad ke liye bahaisiyat wasila matlab hota hai.</w:t>
      </w:r>
    </w:p>
    <w:p>
      <w:pPr>
        <w:jc w:val="right"/>
      </w:pPr>
      <w:r>
        <w:t>انبیاء اور رسولوں کی بعثت کا مقصد یہی ہے۔ دوسرا قتال فی سبیل اللہ ہے۔ یہ جہاد بمعنی القتال برائے جہاد مطلوب نہیں بلکہ وہ ایک اور مقصد کے لیے بطور وسیلہ مطلوب ہوتا ہے۔</w:t>
      </w:r>
    </w:p>
    <w:p>
      <w:r>
        <w:rPr>
          <w:b/>
        </w:rPr>
        <w:t xml:space="preserve">[1:14:22] </w:t>
      </w:r>
      <w:r>
        <w:t>masjid nabwi ke sabiq mudarris Attia Muhammad Salem, faut 1999, likhte hain: al-jihad wasila wa laysa ghaya, anna al-qital fi al-islam laysa ghaya li-zatihi wa lakinahu wasila li-l-wusul ila ghaya.</w:t>
      </w:r>
    </w:p>
    <w:p>
      <w:pPr>
        <w:jc w:val="right"/>
      </w:pPr>
      <w:r>
        <w:t>مسجد نبوی کے سابق مدرس عطیہ محمد سالم، وفات 1999، لکھتے ہیں: الجهاد وسيلة وليس غاية، أن القتال في الإسلام ليس غاية لذاته ولكنه وسيلة للوصول إلى غاية.</w:t>
      </w:r>
    </w:p>
    <w:p>
      <w:r>
        <w:rPr>
          <w:b/>
        </w:rPr>
        <w:t xml:space="preserve">[1:14:46] </w:t>
      </w:r>
      <w:r>
        <w:t>sharah al-arbaeen al-nawawiyyah jihad ba ma'na qital ek wasila hai. woh bazat khud maqsood nahi hai.</w:t>
      </w:r>
    </w:p>
    <w:p>
      <w:pPr>
        <w:jc w:val="right"/>
      </w:pPr>
      <w:r>
        <w:t>شرح الأربعين النووية جہاد بمعنی قتال ایک وسیلہ ہے۔ وہ بذات خود مقصود نہیں ہے۔</w:t>
      </w:r>
    </w:p>
    <w:p>
      <w:r>
        <w:rPr>
          <w:b/>
        </w:rPr>
        <w:t xml:space="preserve">[1:14:56] </w:t>
      </w:r>
      <w:r>
        <w:t>islam mein qital bazat khud maqsood nahi hai balkeh woh ek wasila hai jo ek aur maqsad ke liye ikhtiyar kiya jata hai.</w:t>
      </w:r>
    </w:p>
    <w:p>
      <w:pPr>
        <w:jc w:val="right"/>
      </w:pPr>
      <w:r>
        <w:t>اسلام میں قتال بذات خود مقصود نہیں ہے بلکہ وہ ایک وسیلہ ہے جو ایک اور مقصد کے لیے اختیار کیا جاتا ہے۔</w:t>
      </w:r>
    </w:p>
    <w:p>
      <w:r>
        <w:rPr>
          <w:b/>
        </w:rPr>
        <w:t xml:space="preserve">[1:15:07] </w:t>
      </w:r>
      <w:r>
        <w:t>al-qital mimma yadullu ala annahu ghair maqsood fi zatihi wa innamahu maqsood li-ghairihi</w:t>
      </w:r>
    </w:p>
    <w:p>
      <w:pPr>
        <w:jc w:val="right"/>
      </w:pPr>
      <w:r>
        <w:t>القتال مما يدل على أنه غير مقصود فی ذاته وإنما هو مقصود لغيره</w:t>
      </w:r>
    </w:p>
    <w:p>
      <w:r>
        <w:rPr>
          <w:b/>
        </w:rPr>
        <w:t xml:space="preserve">[1:15:18] </w:t>
      </w:r>
      <w:r>
        <w:t>Muhammad bin Abdussalam al-Ansari al-qital laysa ghayat al-jihad ya'ni qital shariat mein bazat khud matlab nahi hai balkeh woh kisi aur maqsad ke liye matlab hota hai.</w:t>
      </w:r>
    </w:p>
    <w:p>
      <w:pPr>
        <w:jc w:val="right"/>
      </w:pPr>
      <w:r>
        <w:t>محمد بن عبدالسلام الانصاری القتال ليس غاية الجهاد یعنی قتال شریعت میں بذات خود مطلوب نہیں ہے بلکہ وہ کسی اور مقصد کے لیے مطلوب ہوتا ہے۔</w:t>
      </w:r>
    </w:p>
    <w:p>
      <w:r>
        <w:rPr>
          <w:b/>
        </w:rPr>
        <w:t xml:space="preserve">[1:15:35] </w:t>
      </w:r>
      <w:r>
        <w:t>woh mazeed likhte hain: amma hina takunu tilka al-ghayatu yumkinu al-tahawwulu ilayha bi-ghayri al-qitali fala shakka annahu hina'idhin</w:t>
      </w:r>
    </w:p>
    <w:p>
      <w:pPr>
        <w:jc w:val="right"/>
      </w:pPr>
      <w:r>
        <w:t>وہ مزید لکھتے ہیں: أما حين تكون تلك الغايات يمكن التوصل إليها بغير القتال فلا شك أنه حينئذ</w:t>
      </w:r>
    </w:p>
    <w:p>
      <w:r>
        <w:rPr>
          <w:b/>
        </w:rPr>
        <w:t xml:space="preserve">[1:15:50] </w:t>
      </w:r>
      <w:r>
        <w:t>yu'tabaru al-iqdamu 'alayhi ghayru ma'muri bihi yani aise maqasid jin ka husool qital ke baghair mumkin ho to</w:t>
      </w:r>
    </w:p>
    <w:p>
      <w:pPr>
        <w:jc w:val="right"/>
      </w:pPr>
      <w:r>
        <w:t>يعتبر الإقدام عليه غير مأمور به یعنی ایسے مقاصد جن کا حصول قتال کے بغیر ممکن ہو تو</w:t>
      </w:r>
    </w:p>
    <w:p>
      <w:r>
        <w:rPr>
          <w:b/>
        </w:rPr>
        <w:t xml:space="preserve">[1:16:01] </w:t>
      </w:r>
      <w:r>
        <w:t>yaqeenan us waqt iqdam yani jang karna aisa hoga jis ka hukum nahin diya gaya hai.</w:t>
      </w:r>
    </w:p>
    <w:p>
      <w:pPr>
        <w:jc w:val="right"/>
      </w:pPr>
      <w:r>
        <w:t>یقیناً اس وقت اقدام یعنی جنگ کرنا ایسا ہوگا جس کا حکم نہیں دیا گیا ہے۔</w:t>
      </w:r>
    </w:p>
    <w:p>
      <w:r>
        <w:rPr>
          <w:b/>
        </w:rPr>
        <w:t xml:space="preserve">[1:16:09] </w:t>
      </w:r>
      <w:r>
        <w:t>is se maloom hua ke jihad ba ma'na puraman dawat bila inqita har haal mein jari rehta hai.</w:t>
      </w:r>
    </w:p>
    <w:p>
      <w:pPr>
        <w:jc w:val="right"/>
      </w:pPr>
      <w:r>
        <w:t>اس سے معلوم ہوا کہ جہاد بمعنی پرامن دعوت بلا انقطاع ہر حال میں جاری رہتا ہے۔</w:t>
      </w:r>
    </w:p>
    <w:p>
      <w:r>
        <w:rPr>
          <w:b/>
        </w:rPr>
        <w:t xml:space="preserve">[1:16:19] </w:t>
      </w:r>
      <w:r>
        <w:t>lekin qital sirf us waqt hai jab ke fareeq-e-thani ki jariyat ki wajah se is ki zaroorat pesh aa jaye.</w:t>
      </w:r>
    </w:p>
    <w:p>
      <w:pPr>
        <w:jc w:val="right"/>
      </w:pPr>
      <w:r>
        <w:t>لیکن قتال صرف اس وقت ہے جب کہ فریق ثانی کی جاریت کی وجہ سے اس کی ضرورت پیش آ جائے۔</w:t>
      </w:r>
    </w:p>
    <w:p>
      <w:r>
        <w:rPr>
          <w:b/>
        </w:rPr>
        <w:t xml:space="preserve">[1:16:30] </w:t>
      </w:r>
      <w:r>
        <w:t>ghazwa-e-hind. ek hadith rasool in alfaaz mein aayi hai: anna subhan qala qala rasool Allah sallallahu alaihi wa sallam: 'isabatan min ummati ahrazahum Allah min al-nar 'isabatan taghzu al-hind wa 'isabatan takun ma'a Isa ibn Maryam alaihimas salam</w:t>
      </w:r>
    </w:p>
    <w:p>
      <w:pPr>
        <w:jc w:val="right"/>
      </w:pPr>
      <w:r>
        <w:t>غزوہ ہند۔ ایک حدیث رسول ان الفاظ میں آئی ہے: أن صوبانا قال قال رسول الله صلى الله عليه وسلم: عصابتان من أمتي أحرزهما الله من النار عصابة تغزو الهند وعصابة تكون مع عيسى ابن مريم علیہما السلام</w:t>
      </w:r>
    </w:p>
    <w:p>
      <w:r>
        <w:rPr>
          <w:b/>
        </w:rPr>
        <w:t xml:space="preserve">[1:16:56] </w:t>
      </w:r>
      <w:r>
        <w:t>sunan al-Nisai ya'ni Subhan kehte hain ke Rasool Allah sallallahu alaihi wa sallam ne farmaya ke meri ummat ke do giroh hain jin ko Allah ne aag se bacha liya hai.</w:t>
      </w:r>
    </w:p>
    <w:p>
      <w:pPr>
        <w:jc w:val="right"/>
      </w:pPr>
      <w:r>
        <w:t>سنن النسائی یعنی صوبان کہتے ہیں کہ رسول اللہ صلی اللہ علیہ وسلم نے فرمایا کہ میری امت کے دو گروہ ہیں جن کو اللہ نے آگ سے بچا لیا ہے۔</w:t>
      </w:r>
    </w:p>
    <w:p>
      <w:r>
        <w:rPr>
          <w:b/>
        </w:rPr>
        <w:t xml:space="preserve">[1:17:09] </w:t>
      </w:r>
      <w:r>
        <w:t>ek giroh jo hind ka ghazwa kare aur doosra giroh woh jo Isa ibn Maryam ke sath hoga. ghazwa ka lafzi matlab hai qasd karna, irada karna.</w:t>
      </w:r>
    </w:p>
    <w:p>
      <w:pPr>
        <w:jc w:val="right"/>
      </w:pPr>
      <w:r>
        <w:t>ایک گروہ جو ہند کا غزوہ کرے اور دوسرا گروہ وہ جو عیسیٰ ابن مریم کے ساتھ ہوگا۔ غزوہ کا لفظی مطلب ہے قصد کرنا، ارادہ کرنا۔</w:t>
      </w:r>
    </w:p>
    <w:p>
      <w:r>
        <w:rPr>
          <w:b/>
        </w:rPr>
        <w:t xml:space="preserve">[1:17:22] </w:t>
      </w:r>
      <w:r>
        <w:t>ghazwa ka lafz asal mein puraman safar ke ma'ne mein hai. albatta doosre alfaaz ki tarah ghazwa mein bhi istemal ke aitbar se ma'ne ka izafa ho jata hai.</w:t>
      </w:r>
    </w:p>
    <w:p>
      <w:pPr>
        <w:jc w:val="right"/>
      </w:pPr>
      <w:r>
        <w:t>غزوہ کا لفظ اصل میں پرامن سفر کے معنی میں ہے۔ البتہ دوسرے الفاظ کی طرح غزوہ میں بھی استعمال کے اعتبار سے معنی کا اضافہ ہو جاتا ہے۔</w:t>
      </w:r>
    </w:p>
    <w:p>
      <w:r>
        <w:rPr>
          <w:b/>
        </w:rPr>
        <w:t xml:space="preserve">[1:17:34] </w:t>
      </w:r>
      <w:r>
        <w:t>jaise urdu mein chalna asal'an puraman safar ke liye hai lekin agar yeh kaha jaye ke hum dushman se muqable ke liye chalen to yahan chalna baraye jang ho jayega.</w:t>
      </w:r>
    </w:p>
    <w:p>
      <w:pPr>
        <w:jc w:val="right"/>
      </w:pPr>
      <w:r>
        <w:t>جیسے اردو میں چلنا اصلًا پرامن سفر کے لیے ہے لیکن اگر یہ کہا جائے کہ ہم دشمن سے مقابلے کے لیے چلیں تو یہاں چلنا برائے جنگ ہو جائے گا۔</w:t>
      </w:r>
    </w:p>
    <w:p>
      <w:r>
        <w:rPr>
          <w:b/>
        </w:rPr>
        <w:t xml:space="preserve">[1:17:48] </w:t>
      </w:r>
      <w:r>
        <w:t>hadith mein ghazwa-e-hind ka matlab sirf yeh hai ke ummat-e-muslima ka koi giroh hindustani ilaqe mein islam ki isha'at ke liye safar kar ke aayega.</w:t>
      </w:r>
    </w:p>
    <w:p>
      <w:pPr>
        <w:jc w:val="right"/>
      </w:pPr>
      <w:r>
        <w:t>حدیث میں غزوہ ہند کا مطلب صرف یہ ہے کہ امت مسلمہ کا کوئی گروہ ہندوستانی علاقے میں اسلام کی اشاعت کے لیے سفر کر کے آئے گا۔</w:t>
      </w:r>
    </w:p>
    <w:p>
      <w:r>
        <w:rPr>
          <w:b/>
        </w:rPr>
        <w:t xml:space="preserve">[1:18:02] </w:t>
      </w:r>
      <w:r>
        <w:t>mislan saatveen sadi isvi ke aakhir mein ibtidai musalmanon ke ek qafle ka safar kar ke janoobi hind, Malabar mein aana aur yahan islam ki isha'at ka kaam karna.</w:t>
      </w:r>
    </w:p>
    <w:p>
      <w:pPr>
        <w:jc w:val="right"/>
      </w:pPr>
      <w:r>
        <w:t>مثلاً ساتویں صدی عیسوی کے آخر میں ابتدائی مسلمانوں کے ایک قافلے کا سفر کر کے جنوبی ہند، مالابار میں آنا اور یہاں اسلام کی اشاعت کا کام کرنا۔</w:t>
      </w:r>
    </w:p>
    <w:p>
      <w:r>
        <w:rPr>
          <w:b/>
        </w:rPr>
        <w:t xml:space="preserve">[1:18:17] </w:t>
      </w:r>
      <w:r>
        <w:t>ya Abbasi daur mein sufiya ki jama'at ka Iran ke ilaqe se chal kar hindustan ke ilaqe mein aana aur yahan islam ki puraman isha'at karna.</w:t>
      </w:r>
    </w:p>
    <w:p>
      <w:pPr>
        <w:jc w:val="right"/>
      </w:pPr>
      <w:r>
        <w:t>یا عباسی دور میں صوفیاء کی جماعت کا ایران کے علاقے سے چل کر ہندوستان کے علاقے میں آنا اور یہاں اسلام کی پرامن اشاعت کرنا۔</w:t>
      </w:r>
    </w:p>
    <w:p>
      <w:r>
        <w:rPr>
          <w:b/>
        </w:rPr>
        <w:t xml:space="preserve">[1:18:30] </w:t>
      </w:r>
      <w:r>
        <w:t>is hadith rasool mein jang ka koi zikr nahi. is hadith ke hawale se hindustan mein jang chherne ka koi jawaz nahi.</w:t>
      </w:r>
    </w:p>
    <w:p>
      <w:pPr>
        <w:jc w:val="right"/>
      </w:pPr>
      <w:r>
        <w:t>اس حدیث رسول میں جنگ کا کوئی ذکر نہیں۔ اس حدیث کے حوالے سے ہندوستان میں جنگ چھیڑنے کا کوئی جواز نہیں۔</w:t>
      </w:r>
    </w:p>
    <w:p>
      <w:r>
        <w:rPr>
          <w:b/>
        </w:rPr>
        <w:t xml:space="preserve">[1:18:40] </w:t>
      </w:r>
      <w:r>
        <w:t>Isa ibn Maryam ke hawale mein na jang ka zikr hai aur na hindustan ka. is ka matlab sirf yeh hai ke kisi ilaqe mein Isa ibn Maryam ka da'wati mission shuru hoga aur ummat-e-muslima ka ek giroh is puraman mission ka sath dega.</w:t>
      </w:r>
    </w:p>
    <w:p>
      <w:pPr>
        <w:jc w:val="right"/>
      </w:pPr>
      <w:r>
        <w:t>عیسیٰ ابن مریم کے حوالے میں نہ جنگ کا ذکر ہے اور نہ ہندوستان کا۔ اس کا مطلب صرف یہ ہے کہ کسی علاقے میں عیسیٰ ابن مریم کا دعوتی مشن شروع ہوگا اور امت مسلمہ کا ایک گروہ اس پرامن مشن کا ساتھ دے گا۔</w:t>
      </w:r>
    </w:p>
    <w:p>
      <w:r>
        <w:rPr>
          <w:b/>
        </w:rPr>
        <w:t xml:space="preserve">[1:19:00] </w:t>
      </w:r>
      <w:r>
        <w:t>arab jahiliyat. arab mein islam se pehle jo zamana tha us ko jahiliyat ka zamana kaha jata hai.</w:t>
      </w:r>
    </w:p>
    <w:p>
      <w:pPr>
        <w:jc w:val="right"/>
      </w:pPr>
      <w:r>
        <w:t>عرب جاہلیت۔ عرب میں اسلام سے پہلے جو زمانہ تھا اس کو جاہلیت کا زمانہ کہا جاتا ہے۔</w:t>
      </w:r>
    </w:p>
    <w:p>
      <w:r>
        <w:rPr>
          <w:b/>
        </w:rPr>
        <w:t xml:space="preserve">[1:19:11] </w:t>
      </w:r>
      <w:r>
        <w:t>jahiliyat ke lafzi ma'ne hain bekhabari ya'ni ignorance. bilashubha yeh log tauheed se bekhabar the lekin un ke andar aala darjay ki insani sifat maujood thi.</w:t>
      </w:r>
    </w:p>
    <w:p>
      <w:pPr>
        <w:jc w:val="right"/>
      </w:pPr>
      <w:r>
        <w:t>جاہلیت کے لفظی معنی ہیں بے خبری یعنی ignorance۔ بلاشبہ یہ لوگ توحید سے بے خبر تھے لیکن ان کے اندر اعلیٰ درجے کی انسانی صفت موجود تھی۔</w:t>
      </w:r>
    </w:p>
    <w:p>
      <w:r>
        <w:rPr>
          <w:b/>
        </w:rPr>
        <w:t xml:space="preserve">[1:19:25] </w:t>
      </w:r>
      <w:r>
        <w:t>waqiat batate hain ke arbon mein insani akhlaq aur insani sharafat aala darjay mein maujood thi. is ki ek misal yeh hai ke Makki daur mein ek bar Paighambar-e-Islam sallallahu alaihi wa sallam Safa ke paas thay.</w:t>
      </w:r>
    </w:p>
    <w:p>
      <w:pPr>
        <w:jc w:val="right"/>
      </w:pPr>
      <w:r>
        <w:t>واقعات بتاتے ہیں کہ عربوں میں انسانی اخلاق اور انسانی شرافت اعلیٰ درجے میں موجود تھی۔ اس کی ایک مثال یہ ہے کہ مکی دور میں ایک بار پیغمبر اسلام صلی اللہ علیہ وسلم صفا کے پاس تھے۔</w:t>
      </w:r>
    </w:p>
    <w:p>
      <w:r>
        <w:rPr>
          <w:b/>
        </w:rPr>
        <w:t xml:space="preserve">[1:19:44] </w:t>
      </w:r>
      <w:r>
        <w:t>wahan Abu Jahl, Umar ibn Hisham aaya. us ne aap ko bohat zyada bura bhala kaha. ek aurat is manzar ko dekh rahi thi.</w:t>
      </w:r>
    </w:p>
    <w:p>
      <w:pPr>
        <w:jc w:val="right"/>
      </w:pPr>
      <w:r>
        <w:t>وہاں ابوجہل، عمر ابن ہشام آیا۔ اس نے آپ کو بہت زیادہ برا بھلا کہا۔ ایک عورت اس منظر کو دیکھ رہی تھی۔</w:t>
      </w:r>
    </w:p>
    <w:p>
      <w:r>
        <w:rPr>
          <w:b/>
        </w:rPr>
        <w:t xml:space="preserve">[1:19:54] </w:t>
      </w:r>
      <w:r>
        <w:t>Paighambar-e-Islam ne kuch nahi kaha. aap khamoshi ke sath wahan se chale gaye. is ke baad aap ke chacha Hamza bin Abdul Muttalib wahan aaye.</w:t>
      </w:r>
    </w:p>
    <w:p>
      <w:pPr>
        <w:jc w:val="right"/>
      </w:pPr>
      <w:r>
        <w:t>پیغمبر اسلام نے کچھ نہیں کہا۔ آپ خاموشی کے ساتھ وہاں سے چلے گئے۔ اس کے بعد آپ کے چچا حمزہ بن عبدالمطلب وہاں آئے۔</w:t>
      </w:r>
    </w:p>
    <w:p>
      <w:r>
        <w:rPr>
          <w:b/>
        </w:rPr>
        <w:t xml:space="preserve">[1:20:06] </w:t>
      </w:r>
      <w:r>
        <w:t>mazkoora aurat ne hamza ko yeh qissa bataya aur kaha ke thori der pehle agar tum wahan hotay to dekhtay ke tumharay bhatijay ko aboo jahal ne kitna zyada bura bhala kaha.</w:t>
      </w:r>
    </w:p>
    <w:p>
      <w:pPr>
        <w:jc w:val="right"/>
      </w:pPr>
      <w:r>
        <w:t>مذکورہ عورت نے حمزہ کو یہ قصہ بتایا اور کہا کہ تھوڑی دیر پہلے اگر تم وہاں ہوتے تو دیکھتے کہ تمہارے بھتیجے کو ابوجہل نے کتنا زیادہ برا بھلا کہا۔</w:t>
      </w:r>
    </w:p>
    <w:p>
      <w:r>
        <w:rPr>
          <w:b/>
        </w:rPr>
        <w:t xml:space="preserve">[1:20:20] </w:t>
      </w:r>
      <w:r>
        <w:t>hamza ko ghussa aa gaya. is waqt un ke paas lohay ki kaman thi. woh aboo jahal ke paas gaye aur us ko itnay zor se mara ke khoon behne laga.</w:t>
      </w:r>
    </w:p>
    <w:p>
      <w:pPr>
        <w:jc w:val="right"/>
      </w:pPr>
      <w:r>
        <w:t>حمزہ کو غصہ آ گیا۔ اس وقت ان کے پاس لوہے کی کمان تھی۔ وہ ابوجہل کے پاس گئے اور اس کو اتنے زور سے مارا کہ خون بہنے لگا۔</w:t>
      </w:r>
    </w:p>
    <w:p>
      <w:r>
        <w:rPr>
          <w:b/>
        </w:rPr>
        <w:t xml:space="preserve">[1:20:32] </w:t>
      </w:r>
      <w:r>
        <w:t>yeh dekh kar aboo jahal ke qabailay banu makhzoom ke log uthay. unhon ne chaha ke hamza se apne sardar ka intiqam lein.</w:t>
      </w:r>
    </w:p>
    <w:p>
      <w:pPr>
        <w:jc w:val="right"/>
      </w:pPr>
      <w:r>
        <w:t>یہ دیکھ کر ابوجہل کے قبیلے بنو مخزوم کے لوگ اٹھے۔ انہوں نے چاہا کہ حمزہ سے اپنے سردار کا انتقام لے۔</w:t>
      </w:r>
    </w:p>
    <w:p>
      <w:r>
        <w:rPr>
          <w:b/>
        </w:rPr>
        <w:t xml:space="preserve">[1:20:42] </w:t>
      </w:r>
      <w:r>
        <w:t>lekin aboo jahal ne yeh kehtay hue logon ko rok diya: "hamza ko chhod do kyunke maine un ke bhatijay ko bohat zyada bura bhala keh diya tha." qad sababta ibn akhee saban qabeehan sirat ibn hisham.</w:t>
      </w:r>
    </w:p>
    <w:p>
      <w:pPr>
        <w:jc w:val="right"/>
      </w:pPr>
      <w:r>
        <w:t>لیکن ابوجہل نے یہ کہتے ہوئے لوگوں کو روک دیا: "حمزہ کو چھوڑ دو کیونکہ میں نے ان کے بھتیجے کو بہت زیادہ برا بھلا کہہ دیا تھا۔" قد سببت ابن اخيه سبا قبیحا سیرت ابن ہشام۔</w:t>
      </w:r>
    </w:p>
    <w:p>
      <w:r>
        <w:rPr>
          <w:b/>
        </w:rPr>
        <w:t xml:space="preserve">[1:21:01] </w:t>
      </w:r>
      <w:r>
        <w:t>aboo jahal ne islam qabool nahi kiya lekin us ke andar arab kirdaar bharpoor tor par maujood tha. isi arab kirdaar ki wajah se us ne is waqt radd-e-amal ka muzahira nahi kiya balkay yeh dekha ke agar hamza ne mujh ko mara to main ne bhi hamza ke bhatijay muhammad ko bohat zyada bura bhala kaha tha.</w:t>
      </w:r>
    </w:p>
    <w:p>
      <w:pPr>
        <w:jc w:val="right"/>
      </w:pPr>
      <w:r>
        <w:t>ابوجہل نے اسلام قبول نہیں کیا لیکن اس کے اندر عرب کردار بھرپور طور پر موجود تھا۔ اسی عرب کردار کی وجہ سے اس نے اس وقت ردعمل کا مظاہرہ نہیں کیا بلکہ یہ دیکھا کہ اگر حمزہ نے مجھ کو مارا تو میں نے بھی حمزہ کے بھتیجے محمد کو بہت زیادہ برا بھلا کہا تھا۔</w:t>
      </w:r>
    </w:p>
    <w:p>
      <w:r>
        <w:rPr>
          <w:b/>
        </w:rPr>
        <w:t xml:space="preserve">[1:21:26] </w:t>
      </w:r>
      <w:r>
        <w:t>yeh aik misaal hai jis se andaza hota hai ke islam se pehle arbon ka qomi kirdaar kya tha. un ke andar aala insani ausaf maujood thay.</w:t>
      </w:r>
    </w:p>
    <w:p>
      <w:pPr>
        <w:jc w:val="right"/>
      </w:pPr>
      <w:r>
        <w:t>یہ ایک مثال ہے جس سے اندازہ ہوتا ہے کہ اسلام سے پہلے عربوں کا قومی کردار کیا تھا۔ ان کے اندر اعلیٰ انسانی اوصاف موجود تھے۔</w:t>
      </w:r>
    </w:p>
    <w:p>
      <w:r>
        <w:rPr>
          <w:b/>
        </w:rPr>
        <w:t xml:space="preserve">[1:21:39] </w:t>
      </w:r>
      <w:r>
        <w:t>yehi woh haqeeqat hai jis ko aik hadees mein in alfaaz mein bayan kiya gaya hai: khiyaruhum fil jahiliyah khiyaruhum fil islam iza faqahu sahih bukhari.</w:t>
      </w:r>
    </w:p>
    <w:p>
      <w:pPr>
        <w:jc w:val="right"/>
      </w:pPr>
      <w:r>
        <w:t>یہی وہ حقیقت ہے جس کو ایک حدیث میں ان الفاظ میں بیان کیا گیا ہے: خيارهم في الجاهلية خيارهم في الإسلام إذا فقهوا صحیح بخاری۔</w:t>
      </w:r>
    </w:p>
    <w:p>
      <w:r>
        <w:rPr>
          <w:b/>
        </w:rPr>
        <w:t xml:space="preserve">[1:21:52] </w:t>
      </w:r>
      <w:r>
        <w:t>jidalun ahsan, jidalu ghayru ahsan.</w:t>
      </w:r>
    </w:p>
    <w:p>
      <w:pPr>
        <w:jc w:val="right"/>
      </w:pPr>
      <w:r>
        <w:t>جدال احسن، جدال غیر احسن۔</w:t>
      </w:r>
    </w:p>
    <w:p>
      <w:r>
        <w:rPr>
          <w:b/>
        </w:rPr>
        <w:t xml:space="preserve">[1:21:57] </w:t>
      </w:r>
      <w:r>
        <w:t>da'wati usloob ke bare mein quran ki ek ayat in alfaaz mein aayi hai: ud'u ila sabili rabbika</w:t>
      </w:r>
    </w:p>
    <w:p>
      <w:pPr>
        <w:jc w:val="right"/>
      </w:pPr>
      <w:r>
        <w:t>دعوتی اسلوب کے بارے میں قرآن کی ایک آیت ان الفاظ میں آئی ہے: ادعوا إلى سبيل ربك</w:t>
      </w:r>
    </w:p>
    <w:p>
      <w:r>
        <w:rPr>
          <w:b/>
        </w:rPr>
        <w:t xml:space="preserve">[1:22:06] </w:t>
      </w:r>
      <w:r>
        <w:t>bi-al-hikmati wa al-maw'izhati al-hasanati wa jadilhum bi-allati hiya ahsan inna rabbaka huwa a'lamu biman dalla 'an sabilihi wa huwa a'lamu bi-al-muhtadina</w:t>
      </w:r>
    </w:p>
    <w:p>
      <w:pPr>
        <w:jc w:val="right"/>
      </w:pPr>
      <w:r>
        <w:t>بالحكمة والموعظة الحسنة وجادلهم بالتي هي أحسن إن ربك هو أعلم بمن ضل عن سبيله وهو أعلم بالمهتدين</w:t>
      </w:r>
    </w:p>
    <w:p>
      <w:r>
        <w:rPr>
          <w:b/>
        </w:rPr>
        <w:t xml:space="preserve">[1:22:22] </w:t>
      </w:r>
      <w:r>
        <w:t>yani apne rab ke raste ki taraf hikmat aur achhi naseehat ke sath bulao aur un se achhe</w:t>
      </w:r>
    </w:p>
    <w:p>
      <w:pPr>
        <w:jc w:val="right"/>
      </w:pPr>
      <w:r>
        <w:t>یعنی اپنے رب کے راستے کی طرف حکمت اور اچھی نصیحت کے ساتھ بلاؤ اور ان سے اچھے</w:t>
      </w:r>
    </w:p>
    <w:p>
      <w:r>
        <w:rPr>
          <w:b/>
        </w:rPr>
        <w:t xml:space="preserve">[1:22:30] </w:t>
      </w:r>
      <w:r>
        <w:t>tareeqe se bahas karo.</w:t>
      </w:r>
    </w:p>
    <w:p>
      <w:pPr>
        <w:jc w:val="right"/>
      </w:pPr>
      <w:r>
        <w:t>طریقے سے بحث کرو۔</w:t>
      </w:r>
    </w:p>
    <w:p>
      <w:r>
        <w:rPr>
          <w:b/>
        </w:rPr>
        <w:t xml:space="preserve">[1:22:32] </w:t>
      </w:r>
      <w:r>
        <w:t>beshak tumhara rab khoob janta hai ke kaun us ki rah se bhatka hua hai aur woh un ko bhi khoob janta hai jo rah par chalnay walay hain.</w:t>
      </w:r>
    </w:p>
    <w:p>
      <w:pPr>
        <w:jc w:val="right"/>
      </w:pPr>
      <w:r>
        <w:t>بے شک تمہارا رب خوب جانتا ہے کہ کون اس کی راہ سے بھٹکا ہوا ہے اور وہ ان کو بھی خوب جانتا ہے جو راہ پر چلنے والے ہیں۔</w:t>
      </w:r>
    </w:p>
    <w:p>
      <w:r>
        <w:rPr>
          <w:b/>
        </w:rPr>
        <w:t xml:space="preserve">[1:22:43] </w:t>
      </w:r>
      <w:r>
        <w:t>jidal-e-hasan se murad nasihana usloob mein da'wat hai. yani aisa usloob jo mad'u friendly ho, jo mukhataib shakhs ya giroh ke liye hamdardi aur khair khwahi par mabni ho.</w:t>
      </w:r>
    </w:p>
    <w:p>
      <w:pPr>
        <w:jc w:val="right"/>
      </w:pPr>
      <w:r>
        <w:t>جدال احسن سے مراد ناصحانہ اسلوب میں دعوت ہے۔ یعنی ایسا اسلوب جو مدعو فرینڈلی ہو، جو مخاطب شخص یا گروہ کے لیے ہمدردی اور خیر خواہی پر مبنی ہو۔</w:t>
      </w:r>
    </w:p>
    <w:p>
      <w:r>
        <w:rPr>
          <w:b/>
        </w:rPr>
        <w:t xml:space="preserve">[1:22:59] </w:t>
      </w:r>
      <w:r>
        <w:t>jo pooray ma'non mein mutawazina usloob mein ho, jo aisay hikmana usloob mein ho jo mukhataib ke zehn ko address karnay wala ho.</w:t>
      </w:r>
    </w:p>
    <w:p>
      <w:pPr>
        <w:jc w:val="right"/>
      </w:pPr>
      <w:r>
        <w:t>جو پورے معنوں میں متوازنہ اسلوب میں ہو، جو ایسے حکیمانہ اسلوب میں ہو جو مخاطب کے ذہن کو ایڈریس کرنے والا ہو۔</w:t>
      </w:r>
    </w:p>
    <w:p>
      <w:r>
        <w:rPr>
          <w:b/>
        </w:rPr>
        <w:t xml:space="preserve">[1:23:10] </w:t>
      </w:r>
      <w:r>
        <w:t>aisa usloob jis mein koi shakhsi bartari ya qomi fakhr ka pehlu na paya jata ho. jo da'wat ki spirit se bhara hua ho.</w:t>
      </w:r>
    </w:p>
    <w:p>
      <w:pPr>
        <w:jc w:val="right"/>
      </w:pPr>
      <w:r>
        <w:t>ایسا اسلوب جس میں کوئی شخصی برتری یا قومی فخر کا پہلو نہ پایا جاتا ہو۔ جو دعا کی اسپرٹ سے بھرا ہوا ہو۔</w:t>
      </w:r>
    </w:p>
    <w:p>
      <w:r>
        <w:rPr>
          <w:b/>
        </w:rPr>
        <w:t xml:space="preserve">[1:23:21] </w:t>
      </w:r>
      <w:r>
        <w:t>jis mein da'i har lamha yeh sochta ho ke us ke munh se koi aisi baat na niklay jo khuda ke haan us ki pakar ka sabab ban jaye.</w:t>
      </w:r>
    </w:p>
    <w:p>
      <w:pPr>
        <w:jc w:val="right"/>
      </w:pPr>
      <w:r>
        <w:t>جس میں داعی ہر لمحہ یہ سوچتا ہو کہ اس کے منہ سے کوئی ایسی بات نہ نکلے جو خدا کے ہاں اس کی پکڑ کا سبب بن جائے۔</w:t>
      </w:r>
    </w:p>
    <w:p>
      <w:r>
        <w:rPr>
          <w:b/>
        </w:rPr>
        <w:t xml:space="preserve">[1:23:32] </w:t>
      </w:r>
      <w:r>
        <w:t>jo mukammal ma'non mein zimmedari ke ehsas se bhara hua ho. is ke bar aks jidal-e-ghair hasan woh hai jo khud sakhta tareeqay par mabni ho.</w:t>
      </w:r>
    </w:p>
    <w:p>
      <w:pPr>
        <w:jc w:val="right"/>
      </w:pPr>
      <w:r>
        <w:t>جو مکمل معنوں میں ذمہ داری کے احساس سے بھرا ہوا ہو۔ اس کے برعکس جدال غیر احسن وہ ہے جو خود ساختہ طریقے پر مبنی ہو۔</w:t>
      </w:r>
    </w:p>
    <w:p>
      <w:r>
        <w:rPr>
          <w:b/>
        </w:rPr>
        <w:t xml:space="preserve">[1:23:44] </w:t>
      </w:r>
      <w:r>
        <w:t>jis mein da'wat ke liye munazra yani debate ka andaaz ikhtiyar kiya jaye. jis ka nishana yeh ho ke mukhataib ko kamtar dikhaya jaye aur apnay aap ko bartar sabit kiya jaye.</w:t>
      </w:r>
    </w:p>
    <w:p>
      <w:pPr>
        <w:jc w:val="right"/>
      </w:pPr>
      <w:r>
        <w:t>جس میں دعوت کے لیے مناظرہ یعنی ڈیبیٹ کا انداز اختیار کیا جائے۔ جس کا نشانہ یہ ہو کہ مخاطب کو کمتر دکھایا جائے اور اپنے آپ کو برتر ثابت کیا جائے۔</w:t>
      </w:r>
    </w:p>
    <w:p>
      <w:r>
        <w:rPr>
          <w:b/>
        </w:rPr>
        <w:t xml:space="preserve">[1:23:58] </w:t>
      </w:r>
      <w:r>
        <w:t>jo sanjeedgi aur matanat se khali ho. jis ko sun kar hazireen taliyan bajayen aur apnay liye qomi fakhr ki ghiza hasil karein.</w:t>
      </w:r>
    </w:p>
    <w:p>
      <w:pPr>
        <w:jc w:val="right"/>
      </w:pPr>
      <w:r>
        <w:t>جو سنجیدگی اور متانت سے خالی ہو۔ جس کو سن کر حاضرین تالیاں بجائیں اور اپنے لیے قومی فخر کی غذا حاصل کریں۔</w:t>
      </w:r>
    </w:p>
    <w:p>
      <w:r>
        <w:rPr>
          <w:b/>
        </w:rPr>
        <w:t xml:space="preserve">[1:24:10] </w:t>
      </w:r>
      <w:r>
        <w:t>da'wat ke kaam ko da'wat ila Allah ka kaam bataya gaya hai. da'wat ka durust kaam woh hai jis ke andar nasih aur khair khwahi ki spirit bharpoor tor par maujood ho.</w:t>
      </w:r>
    </w:p>
    <w:p>
      <w:pPr>
        <w:jc w:val="right"/>
      </w:pPr>
      <w:r>
        <w:t>دعوت کے کام کو دعوت إلى الله کا کام بتایا گیا ہے۔ دعوت کا درست کام وہ ہے جس کے اندر نصح اور خیر خواہی کی اسپرٹ بھرپور طور پر موجود ہو۔</w:t>
      </w:r>
    </w:p>
    <w:p>
      <w:r>
        <w:rPr>
          <w:b/>
        </w:rPr>
        <w:t xml:space="preserve">[1:24:25] </w:t>
      </w:r>
      <w:r>
        <w:t>da'wat ka kaam khalisatan Allah ki raza ke liye kiya jata hai. is liye is mein shuru se aakhir tak Allah ka rang poori tarah maujood hota hai.</w:t>
      </w:r>
    </w:p>
    <w:p>
      <w:pPr>
        <w:jc w:val="right"/>
      </w:pPr>
      <w:r>
        <w:t>دعوت کا کام خالصتاً اللہ کی رضا کے لیے کیا جاتا ہے۔ اس لیے اس میں شروع سے آخر تک اللہ کا رنگ پوری طرح موجود ہوتا ہے۔</w:t>
      </w:r>
    </w:p>
    <w:p>
      <w:r>
        <w:rPr>
          <w:b/>
        </w:rPr>
        <w:t xml:space="preserve">[1:24:38] </w:t>
      </w:r>
      <w:r>
        <w:t>is ka wahid muharrik aakhirat mein Allah ki raza hasil karna hota hai. ijtihad ka masla.</w:t>
      </w:r>
    </w:p>
    <w:p>
      <w:pPr>
        <w:jc w:val="right"/>
      </w:pPr>
      <w:r>
        <w:t>اس کا واحد محرک آخرت میں اللہ کی رضا حاصل کرنا ہوتا ہے۔ اجتہاد کا مسئلہ۔</w:t>
      </w:r>
    </w:p>
    <w:p>
      <w:r>
        <w:rPr>
          <w:b/>
        </w:rPr>
        <w:t xml:space="preserve">[1:24:48] </w:t>
      </w:r>
      <w:r>
        <w:t>aik lambi hadees mein yeh alfaaz aaye hain: wa alal aqili an yakuna basiran bizamanih yani danishmand aadmi ke liye zaroori hai ke woh apne zamanay ka jananay wala ho.</w:t>
      </w:r>
    </w:p>
    <w:p>
      <w:pPr>
        <w:jc w:val="right"/>
      </w:pPr>
      <w:r>
        <w:t>ایک لمبی حدیث میں یہ الفاظ آئے ہیں: وعلى العاقل أن يكون بصيراً بزمانه یعنی دانشمند آدمی کے لیے ضروری ہے کہ وہ اپنے زمانے کا جاننے والا ہو۔</w:t>
      </w:r>
    </w:p>
    <w:p>
      <w:r>
        <w:rPr>
          <w:b/>
        </w:rPr>
        <w:t xml:space="preserve">[1:25:05] </w:t>
      </w:r>
      <w:r>
        <w:t>is hadees mein aqil se murad woh momin hai jo ummat-e-muslima ki rehnumai ke liye ijtihad ka fariza anjam de.</w:t>
      </w:r>
    </w:p>
    <w:p>
      <w:pPr>
        <w:jc w:val="right"/>
      </w:pPr>
      <w:r>
        <w:t>اس حدیث میں عاقل سے مراد وہ مومن ہے جو امت مسلمہ کی رہنمائی کے لیے اجتہاد کا فریضہ انجام دے۔</w:t>
      </w:r>
    </w:p>
    <w:p>
      <w:r>
        <w:rPr>
          <w:b/>
        </w:rPr>
        <w:t xml:space="preserve">[1:25:15] </w:t>
      </w:r>
      <w:r>
        <w:t>ijtihad ka matlab apne zamanay ki nisbat se islam ki kisi taleem ki tatbeeq-e-nau yani re-application ko daryaft karna hai.</w:t>
      </w:r>
    </w:p>
    <w:p>
      <w:pPr>
        <w:jc w:val="right"/>
      </w:pPr>
      <w:r>
        <w:t>اجتہاد کا مطلب اپنے زمانے کی نسبت سے اسلام کی کسی تعلیم کی تطبیق نوع یعنی ری ایپلیکیشن کو دریافت کرنا ہے۔</w:t>
      </w:r>
    </w:p>
    <w:p>
      <w:r>
        <w:rPr>
          <w:b/>
        </w:rPr>
        <w:t xml:space="preserve">[1:25:27] </w:t>
      </w:r>
      <w:r>
        <w:t>is liye mujtahid ke liye zaroori hai ke woh aik taraf deen-e-islam ko bakhoobi taur par janay aur doosri taraf woh apne zamanay se poori tarah aagah ho.</w:t>
      </w:r>
    </w:p>
    <w:p>
      <w:pPr>
        <w:jc w:val="right"/>
      </w:pPr>
      <w:r>
        <w:t>اس لیے مجتہد کے لیے ضروری ہے کہ وہ ایک طرف دین اسلام کو بخوبی طور پر جانے اور دوسری طرف وہ اپنے زمانے سے پوری طرح آگاہ ہو۔</w:t>
      </w:r>
    </w:p>
    <w:p>
      <w:r>
        <w:rPr>
          <w:b/>
        </w:rPr>
        <w:t xml:space="preserve">[1:25:41] </w:t>
      </w:r>
      <w:r>
        <w:t>is do tarafah waqfiyat ke baghair koi shakhs ijtihad ka kaam durust tor par anjam nahi de sakta.</w:t>
      </w:r>
    </w:p>
    <w:p>
      <w:pPr>
        <w:jc w:val="right"/>
      </w:pPr>
      <w:r>
        <w:t>اس دو طرفہ واقفیت کے بغیر کوئی شخص اجتہاد کا کام درست طور پر انجام نہیں دے سکتا۔</w:t>
      </w:r>
    </w:p>
    <w:p>
      <w:r>
        <w:rPr>
          <w:b/>
        </w:rPr>
        <w:t xml:space="preserve">[1:25:49] </w:t>
      </w:r>
      <w:r>
        <w:t>misal ke taur par quran ki aik ayat in alfaaz mein aayi hai: wa qatiluhum hatta la takuna fitnah. is maamlay mein mujtahid ka kaam yeh hai ke woh janay ke saatveen sadi mein ahl-e-islam ko qital ka hukum diya gaya tha to woh aik mashroot hukum tha.</w:t>
      </w:r>
    </w:p>
    <w:p>
      <w:pPr>
        <w:jc w:val="right"/>
      </w:pPr>
      <w:r>
        <w:t>مثلاً قرآن کی ایک آیت ان الفاظ میں آئی ہے: وقاتلوهم حتى لا تكون فتنة اس معاملے میں مجتہد کا کام یہ ہے کہ وہ جانے کہ ساتویں صدی میں اہل اسلام کو قتال کا حکم دیا گیا تھا تو وہ ایک مشروط حکم تھا۔</w:t>
      </w:r>
    </w:p>
    <w:p>
      <w:r>
        <w:rPr>
          <w:b/>
        </w:rPr>
        <w:t xml:space="preserve">[1:26:11] </w:t>
      </w:r>
      <w:r>
        <w:t>is ka matlab tha qital ta khatm fitna. doosre alfaaz mein yeh ke islam mein qital ki hesiyat husn li zaati hi ki nahin hai balkeh is ki hesiyat husn li ghairi hi ki hai.</w:t>
      </w:r>
    </w:p>
    <w:p>
      <w:pPr>
        <w:jc w:val="right"/>
      </w:pPr>
      <w:r>
        <w:t>اس کا مطلب تھا قتال تا ختم فتنہ۔ دوسرے الفاظ میں یہ کہ اسلام میں قتال کی حیثیت حسن لی ذاتی ہی کی نہیں ہے بلکہ اس کی حیثیت حسن لی غیری ہی کی ہے۔</w:t>
      </w:r>
    </w:p>
    <w:p>
      <w:r>
        <w:rPr>
          <w:b/>
        </w:rPr>
        <w:t xml:space="preserve">[1:26:27] </w:t>
      </w:r>
      <w:r>
        <w:t>mujtahed jab in dono pehluon se bakhubi waqifiyat haasil karega to woh ummat-e-muslima ko yeh rehnumai dega ke ab zamana is aitbaar se poori tarah badal chuka hai.</w:t>
      </w:r>
    </w:p>
    <w:p>
      <w:pPr>
        <w:jc w:val="right"/>
      </w:pPr>
      <w:r>
        <w:t>مجتہد جب ان دونوں پہلوؤں سے بخوبی واقفیت حاصل کرے گا تو وہ امت مسلمہ کو یہ رہنمائی دے گا کہ اب زمانہ اس اعتبار سے پوری طرح بدل چکا ہے۔</w:t>
      </w:r>
    </w:p>
    <w:p>
      <w:r>
        <w:rPr>
          <w:b/>
        </w:rPr>
        <w:t xml:space="preserve">[1:26:42] </w:t>
      </w:r>
      <w:r>
        <w:t>ab islam ke khilaaf koi fitna dunya mein baqi nahin. is liye ab ahl-e-islam ko qital nahin karna hai balkeh Allah ka shukr ada karte hue yeh karna hai ke dawat ila Allah ke kaam ko pur-aman taur par anjaam diya jaye.</w:t>
      </w:r>
    </w:p>
    <w:p>
      <w:pPr>
        <w:jc w:val="right"/>
      </w:pPr>
      <w:r>
        <w:t>اب اسلام کے خلاف کوئی فتنہ دنیا میں باقی نہیں۔ اس لیے اب اہل اسلام کو قتال نہیں کرنا ہے بلکہ اللہ کا شکر ادا کرتے ہوئے یہ کرنا ہے کہ دعوت إلى الله کے کام کو پرامن طور پر انجام دیا جائے۔</w:t>
      </w:r>
    </w:p>
    <w:p>
      <w:r>
        <w:rPr>
          <w:b/>
        </w:rPr>
        <w:t xml:space="preserve">[1:27:03] </w:t>
      </w:r>
      <w:r>
        <w:t>is maamle mein un ki mansooba bandi poori tarah aman par mabni hona chahiye. ab maujooda zamane mein dawat ila Allah ka kaam to badastoor ummat-e-muslima par farz hai lekin tareeqa-e-dawat ab mukammal taur par pur-aman ban chuka hai.</w:t>
      </w:r>
    </w:p>
    <w:p>
      <w:pPr>
        <w:jc w:val="right"/>
      </w:pPr>
      <w:r>
        <w:t>اس معاملے میں ان کی منصوبہ بندی پوری طرح امن پر مبنی ہونا چاہیے۔ اب موجودہ زمانے میں دعوت إلى الله کا کام تو بدستور امت مسلمہ پر فرض ہے لیکن طریقہ دعوت اب مکمل طور پر پرامن بن چکا ہے۔</w:t>
      </w:r>
    </w:p>
    <w:p>
      <w:r>
        <w:rPr>
          <w:b/>
        </w:rPr>
        <w:t xml:space="preserve">[1:27:24] </w:t>
      </w:r>
      <w:r>
        <w:t>ab naye zamane mein yeh mumkin ho gaya hai ke kisi bhi rukawat ke baghair ishaat-e-islam aur dawat ila Allah ka kaam bharpoor taur par anjaam diya jaye.</w:t>
      </w:r>
    </w:p>
    <w:p>
      <w:pPr>
        <w:jc w:val="right"/>
      </w:pPr>
      <w:r>
        <w:t>اب نئے زمانے میں یہ ممکن ہو گیا ہے کہ کسی بھی رکاوٹ کے بغیر اشاعت اسلام اور دعوت إلى الله کا کام بھرپور طور پر انجام دیا جائے۔</w:t>
      </w:r>
    </w:p>
    <w:p>
      <w:r>
        <w:rPr>
          <w:b/>
        </w:rPr>
        <w:t xml:space="preserve">[1:27:38] </w:t>
      </w:r>
      <w:r>
        <w:t>juziyaat kulliyaat. musalmanon ke andar ek zahira woh hai jis ko maslaki ikhtilaaf kaha jata hai.</w:t>
      </w:r>
    </w:p>
    <w:p>
      <w:pPr>
        <w:jc w:val="right"/>
      </w:pPr>
      <w:r>
        <w:t>جزیات کلیات۔ مسلمانوں کے اندر ایک ظاہرہ وہ ہے جس کو مسلکی اختلاف کہا جاتا ہے۔</w:t>
      </w:r>
    </w:p>
    <w:p>
      <w:r>
        <w:rPr>
          <w:b/>
        </w:rPr>
        <w:t xml:space="preserve">[1:27:48] </w:t>
      </w:r>
      <w:r>
        <w:t>maslaki ikhtilaafaat ki bina par firqay ban gaye hain aur in firqon ke darmiyan tashaddud aam ho gaya hai. kabhi fikri tashaddud aur kabhi amli tashaddud.</w:t>
      </w:r>
    </w:p>
    <w:p>
      <w:pPr>
        <w:jc w:val="right"/>
      </w:pPr>
      <w:r>
        <w:t>مسلکی اختلافات کی بنا پر فرقے بن گئے ہیں اور ان فرقوں کے درمیان تشدد عام ہو گیا ہے۔ کبھی فکری تشدد اور کبھی عملی تشدد۔</w:t>
      </w:r>
    </w:p>
    <w:p>
      <w:r>
        <w:rPr>
          <w:b/>
        </w:rPr>
        <w:t xml:space="preserve">[1:28:00] </w:t>
      </w:r>
      <w:r>
        <w:t>maslaki ikhtilaafaat ki haqeeqat kya hai? yeh sab ke sab juzii ikhtilaafaat hain. yeh darasal ghulu yaani extremism hai jis ne in ikhtilaafaat ko masla bana diya.</w:t>
      </w:r>
    </w:p>
    <w:p>
      <w:pPr>
        <w:jc w:val="right"/>
      </w:pPr>
      <w:r>
        <w:t>مسلکی اختلافات کی حقیقت کیا ہے؟ یہ سب کے سب جزئی اختلافات ہیں۔ یہ دراصل غلو یعنی ایکسٹریمزم ہے جس نے ان اختلافات کو مسئلہ بنا دیا۔</w:t>
      </w:r>
    </w:p>
    <w:p>
      <w:r>
        <w:rPr>
          <w:b/>
        </w:rPr>
        <w:t xml:space="preserve">[1:28:14] </w:t>
      </w:r>
      <w:r>
        <w:t>warna yeh koi masla tha hi nahin. baat ko mass conversion ke zamane mein jab yeh juzii ikhtilaafaat zahir hue us waqt baaz ulama ne kaha ke yeh juzii ikhtilaafaat hain.</w:t>
      </w:r>
    </w:p>
    <w:p>
      <w:pPr>
        <w:jc w:val="right"/>
      </w:pPr>
      <w:r>
        <w:t>ورنہ یہ کوئی مسئلہ تھا ہی نہیں۔ بات کو ماس کنورژن کے زمانے میں جب یہ جزئی اختلافات ظاہر ہوئے اس وقت بعض علماء نے کہا کہ یہ جزئی اختلافات ہیں۔</w:t>
      </w:r>
    </w:p>
    <w:p>
      <w:r>
        <w:rPr>
          <w:b/>
        </w:rPr>
        <w:t xml:space="preserve">[1:28:27] </w:t>
      </w:r>
      <w:r>
        <w:t>yeh ikhtilaafaat haqeeqat mein tanawwu ki misaal hain na ke farq ki misaal. aur tanawwu ke maamle mein hamesha taaddud yaani diversity hoti hai.</w:t>
      </w:r>
    </w:p>
    <w:p>
      <w:pPr>
        <w:jc w:val="right"/>
      </w:pPr>
      <w:r>
        <w:t>یہ اختلافات حقیقت میں تنوع کی مثال ہیں نہ کہ فرق کی مثال۔ اور تنوع کے معاملے میں ہمیشہ تعدد یعنی ڈائیورسٹی ہوتی ہے۔</w:t>
      </w:r>
    </w:p>
    <w:p>
      <w:r>
        <w:rPr>
          <w:b/>
        </w:rPr>
        <w:t xml:space="preserve">[1:28:40] </w:t>
      </w:r>
      <w:r>
        <w:t>yaani yeh maslak bhi durust aur woh maslak bhi durust. kuch doosre ulama ne is ko nahin maana. unho ne in ikhtilaafaat ko tawhudd ke meyar se jaanchana shuru kar diya.</w:t>
      </w:r>
    </w:p>
    <w:p>
      <w:pPr>
        <w:jc w:val="right"/>
      </w:pPr>
      <w:r>
        <w:t>یعنی یہ مسلک بھی درست اور وہ مسلک بھی درست۔ کچھ دوسرے علماء نے اس کو نہیں مانا۔ انہوں نے ان اختلافات کو توحد کے معیار سے جانچنا شروع کر دیا۔</w:t>
      </w:r>
    </w:p>
    <w:p>
      <w:r>
        <w:rPr>
          <w:b/>
        </w:rPr>
        <w:t xml:space="preserve">[1:28:53] </w:t>
      </w:r>
      <w:r>
        <w:t>unho ne kaha ke al-haqqu laa yata'addad unho ne juziyaat ko haq aur na-haq ka masla bana diya. yahin se yeh hua ke jo ikhtilaaf tanawwu tha woh ikhtilaaf tafraq ke hum ma'ani ban gaya.</w:t>
      </w:r>
    </w:p>
    <w:p>
      <w:pPr>
        <w:jc w:val="right"/>
      </w:pPr>
      <w:r>
        <w:t>انہوں نے کہا کہ الحق لا يتعدد انہوں نے جزیات کو حق اور ناحق کا مسئلہ بنا دیا۔ یہیں سے یہ ہوا کہ جو اختلاف تنوع تھا وہ اختلاف تفرق کے ہم معنی بن گیا۔</w:t>
      </w:r>
    </w:p>
    <w:p>
      <w:r>
        <w:rPr>
          <w:b/>
        </w:rPr>
        <w:t xml:space="preserve">[1:29:10] </w:t>
      </w:r>
      <w:r>
        <w:t>aur badhte badhte aisa ho gaya goya ke yeh mukhtalif masalik nahin hain balkeh mukhtalif mazahib hain.</w:t>
      </w:r>
    </w:p>
    <w:p>
      <w:pPr>
        <w:jc w:val="right"/>
      </w:pPr>
      <w:r>
        <w:t>اور بڑھتے بڑھتے ایسا ہو گیا گویا کہ یہ مختلف مسالک نہیں ہیں بلکہ مختلف مذاہب ہیں۔</w:t>
      </w:r>
    </w:p>
    <w:p>
      <w:r>
        <w:rPr>
          <w:b/>
        </w:rPr>
        <w:t xml:space="preserve">[1:29:18] </w:t>
      </w:r>
      <w:r>
        <w:t>haqeeqat yeh hai zindagi mein hamesha ikhtilaaf ba-ma'na farq hota hai. is qism ka ikhtilaaf bizat-e-khud koi burai nahin hai.</w:t>
      </w:r>
    </w:p>
    <w:p>
      <w:pPr>
        <w:jc w:val="right"/>
      </w:pPr>
      <w:r>
        <w:t>حقیقت یہ ہے زندگی میں ہمیشہ اختلاف بمعنی فرق ہوتا ہے۔ اس قسم کا اختلاف بذات خود کوئی برائی نہیں ہے۔</w:t>
      </w:r>
    </w:p>
    <w:p>
      <w:r>
        <w:rPr>
          <w:b/>
        </w:rPr>
        <w:t xml:space="preserve">[1:29:30] </w:t>
      </w:r>
      <w:r>
        <w:t>ikhtilaaf ko pur-aman guft-o-shuneed ka mozu banaya jaye to koi masla paida nahin hoga. lekin jab ikhtilaaf ko haq aur na-haq ka masla bana diya jaye to us waqt ikhtilaaf amalan burai ki soorat ikhtiyaar kar leta hai.</w:t>
      </w:r>
    </w:p>
    <w:p>
      <w:pPr>
        <w:jc w:val="right"/>
      </w:pPr>
      <w:r>
        <w:t>اختلاف کو پرامن گفت و شنید کا موضوع بنایا جائے تو کوئی مسئلہ پیدا نہیں ہوگا۔ لیکن جب اختلاف کو حق اور ناحق کا مسئلہ بنا دیا جائے تو اس وقت اختلاف عملاً برائی کی صورت اختیار کر لیتا ہے۔</w:t>
      </w:r>
    </w:p>
    <w:p>
      <w:r>
        <w:rPr>
          <w:b/>
        </w:rPr>
        <w:t xml:space="preserve">[1:29:48] </w:t>
      </w:r>
      <w:r>
        <w:t>phir nateeja yeh hota hai ke pehle firqa bandi aati hai, us ke baad takfeer aati hai, aur phir ladai shuru ho jati hai.</w:t>
      </w:r>
    </w:p>
    <w:p>
      <w:pPr>
        <w:jc w:val="right"/>
      </w:pPr>
      <w:r>
        <w:t>پھر نتیجہ یہ ہوتا ہے کہ پہلے فرقہ بندی آتی ہے، اس کے بعد تکفیر آتی ہے، اور پھر لڑائی شروع ہو جاتی ہے۔</w:t>
      </w:r>
    </w:p>
    <w:p>
      <w:r>
        <w:rPr>
          <w:b/>
        </w:rPr>
        <w:t xml:space="preserve">[1:29:58] </w:t>
      </w:r>
      <w:r>
        <w:t>asal yeh hai ke doosri cheezon ki tarah mazhab mein bhi kulliyaat aur juziyaat hote hain. kulliyaat tawhudd ka mozu hain aur juziyaat taaddud ka mozu.</w:t>
      </w:r>
    </w:p>
    <w:p>
      <w:pPr>
        <w:jc w:val="right"/>
      </w:pPr>
      <w:r>
        <w:t>اصل یہ ہے کہ دوسری چیزوں کی طرح مذہب میں بھی کلیات اور جزیات ہوتے ہیں۔ کلیات توحد کا موضوع ہیں اور جزیات تعدد کا موضوع۔</w:t>
      </w:r>
    </w:p>
    <w:p>
      <w:r>
        <w:rPr>
          <w:b/>
        </w:rPr>
        <w:t xml:space="preserve">[1:30:10] </w:t>
      </w:r>
      <w:r>
        <w:t>yaani kulliyaat mein sirf ek hi maslak durust hota hai jabke juziyaat mein ek se ziyada maslak durust ho sakte hain.</w:t>
      </w:r>
    </w:p>
    <w:p>
      <w:pPr>
        <w:jc w:val="right"/>
      </w:pPr>
      <w:r>
        <w:t>یعنی کلیات میں صرف ایک ہی مسلک درست ہوتا ہے جبکہ جزیات میں ایک سے زیادہ مسلک درست ہو سکتے ہیں۔</w:t>
      </w:r>
    </w:p>
    <w:p>
      <w:r>
        <w:rPr>
          <w:b/>
        </w:rPr>
        <w:t xml:space="preserve">[1:30:22] </w:t>
      </w:r>
      <w:r>
        <w:t>Khuda ka deen. aksar yeh kaha jata hai ke Quran ek hai aur Sunnat-e-Rasool ek hai. phir ulama ke darmiyan ikhtilaafaat kyun?</w:t>
      </w:r>
    </w:p>
    <w:p>
      <w:pPr>
        <w:jc w:val="right"/>
      </w:pPr>
      <w:r>
        <w:t>خدا کا دین۔ اکثر یہ کہا جاتا ہے کہ قرآن ایک ہے اور سنت رسول ایک ہے۔ پھر علماء کے درمیان اختلافات کیوں؟</w:t>
      </w:r>
    </w:p>
    <w:p>
      <w:r>
        <w:rPr>
          <w:b/>
        </w:rPr>
        <w:t xml:space="preserve">[1:30:34] </w:t>
      </w:r>
      <w:r>
        <w:t>yeh etiraz durust nahin. asal yeh hai ke ikhtilaafaat juzii masail mein hain aur juzii masail mein kabhi yaksaaniyat nahin hoti.</w:t>
      </w:r>
    </w:p>
    <w:p>
      <w:pPr>
        <w:jc w:val="right"/>
      </w:pPr>
      <w:r>
        <w:t>یہ اعتراض درست نہیں۔ اصل یہ ہے کہ اختلافات جزئی مسائل میں ہیں اور جزئی مسائل میں کبھی یکسانیت نہیں ہوتی۔</w:t>
      </w:r>
    </w:p>
    <w:p>
      <w:r>
        <w:rPr>
          <w:b/>
        </w:rPr>
        <w:t xml:space="preserve">[1:30:44] </w:t>
      </w:r>
      <w:r>
        <w:t>juzii masail mein hamesha taaddud hota hai. yaani yeh kar lo tab bhi theek aur woh kar lo tab bhi theek.</w:t>
      </w:r>
    </w:p>
    <w:p>
      <w:pPr>
        <w:jc w:val="right"/>
      </w:pPr>
      <w:r>
        <w:t>جزئی مسائل میں ہمیشہ تعدد ہوتا ہے۔ یعنی یہ کر لو تب بھی ٹھیک اور وہ کر لو تب بھی ٹھیک۔</w:t>
      </w:r>
    </w:p>
    <w:p>
      <w:r>
        <w:rPr>
          <w:b/>
        </w:rPr>
        <w:t xml:space="preserve">[1:30:54] </w:t>
      </w:r>
      <w:r>
        <w:t>jahan tak kulli masail ka ta'alluq hai un mein asalann koi ikhtilaaf nahin. kulli masail mein hamesha yaksaaniyat hoti hai.</w:t>
      </w:r>
    </w:p>
    <w:p>
      <w:pPr>
        <w:jc w:val="right"/>
      </w:pPr>
      <w:r>
        <w:t>جہاں تک کلی مسائل کا تعلق ہے ان میں اصلًا کوئی اختلاف نہیں۔ کلی مسائل میں ہمیشہ یکسانیت ہوتی ہے۔</w:t>
      </w:r>
    </w:p>
    <w:p>
      <w:r>
        <w:rPr>
          <w:b/>
        </w:rPr>
        <w:t xml:space="preserve">[1:31:04] </w:t>
      </w:r>
      <w:r>
        <w:t>kulli masail mein agar ikhtilaaf hai to woh galat ta'abeer ki bina par hai na ke sahih tafseer ki bina par. kulli masail mein yeh maloom karna ke kaun sa nuqta-e-nazar sahih hai aur kaun sa galat nihayat aasan hai.</w:t>
      </w:r>
    </w:p>
    <w:p>
      <w:pPr>
        <w:jc w:val="right"/>
      </w:pPr>
      <w:r>
        <w:t>کلی مسائل میں اگر اختلاف ہے تو وہ غلط تعبیر کی بنا پر ہے نہ کہ صحیح تفسیر کی بنا پر۔ کلی مسائل میں یہ معلوم کرنا کہ کون سا نقطہ نظر صحیح ہے اور کون سا غلط نہایت آسان ہے۔</w:t>
      </w:r>
    </w:p>
    <w:p>
      <w:r>
        <w:rPr>
          <w:b/>
        </w:rPr>
        <w:t xml:space="preserve">[1:31:23] </w:t>
      </w:r>
      <w:r>
        <w:t>aap muta'ayyan usoolon ki roshni mein ghawr-o-fikr kijiye. aap nihayat aasani se maloom kar lenge ke kaun si tashreeh durust hai aur kaun si tashreeh durust nahin.</w:t>
      </w:r>
    </w:p>
    <w:p>
      <w:pPr>
        <w:jc w:val="right"/>
      </w:pPr>
      <w:r>
        <w:t>آپ متعین اصولوں کی روشنی میں غور و فکر کیجیے۔ آپ نہایت آسانی سے معلوم کر لیں گے کہ کون سی تشریح درست ہے اور کون سی تشریح درست نہیں۔</w:t>
      </w:r>
    </w:p>
    <w:p>
      <w:r>
        <w:rPr>
          <w:b/>
        </w:rPr>
        <w:t xml:space="preserve">[1:31:35] </w:t>
      </w:r>
      <w:r>
        <w:t>mislan Quran mein hai: 'i'adilu'. is aayat ko le kar agar koi shakhs siyasi tafseer kare aur yeh kahe ke is aayat mein musalmanon ko yeh hukum diya gaya hai ke woh adl ka nizaam qaim karen aur khilaf-e-adl nizaam ko tod dein.</w:t>
      </w:r>
    </w:p>
    <w:p>
      <w:pPr>
        <w:jc w:val="right"/>
      </w:pPr>
      <w:r>
        <w:t>مثلاً قرآن میں ہے: إِعْدِلُوا اس آیت کو لے کر اگر کوئی شخص سیاسی تفسیر کرے اور یہ کہے کہ اس آیت میں مسلمانوں کو یہ حکم دیا گیا ہے کہ وہ عدل کا نظام قائم کریں اور خلاف عدل نظام کو توڑ دیں۔</w:t>
      </w:r>
    </w:p>
    <w:p>
      <w:r>
        <w:rPr>
          <w:b/>
        </w:rPr>
        <w:t xml:space="preserve">[1:31:56] </w:t>
      </w:r>
      <w:r>
        <w:t>aap tadabbur ke zareeye ba aasani maloom kar sakte hain ke quran ki yeh tafseer durust nahin. kyunke إِعْدِلُوا ek lazim ka seigha hai.</w:t>
      </w:r>
    </w:p>
    <w:p>
      <w:pPr>
        <w:jc w:val="right"/>
      </w:pPr>
      <w:r>
        <w:t>آپ تدبر کے ذریعے با آسانی معلوم کر سکتے ہیں کہ قرآن کی یہ تفسیر درست نہیں۔ کیونکہ إِعْدِلُوا ایک لازم کا صیغہ ہے۔</w:t>
      </w:r>
    </w:p>
    <w:p>
      <w:r>
        <w:rPr>
          <w:b/>
        </w:rPr>
        <w:t xml:space="preserve">[1:32:07] </w:t>
      </w:r>
      <w:r>
        <w:t>yani is ka matlab hai insaaf par chalo ya adl ki pairwi karo.magar is ko galat tor par mutaddi ke mani mein le liya gaya hai.</w:t>
      </w:r>
    </w:p>
    <w:p>
      <w:pPr>
        <w:jc w:val="right"/>
      </w:pPr>
      <w:r>
        <w:t>یعنی اس کا مطلب ہے انصاف پر چلو یا عدل کی پیروی کرو۔ مگر اس کو غلط طور پر متعدی کے معنی میں لے لیا گیا ہے۔</w:t>
      </w:r>
    </w:p>
    <w:p>
      <w:r>
        <w:rPr>
          <w:b/>
        </w:rPr>
        <w:t xml:space="preserve">[1:32:20] </w:t>
      </w:r>
      <w:r>
        <w:t>yani aayat mein jis adl ki pairwi ka hukum diya gaya hai us ko badal kar is mani mein le liya gaya ke is dunya mein adl ka nizam qaim karo.</w:t>
      </w:r>
    </w:p>
    <w:p>
      <w:pPr>
        <w:jc w:val="right"/>
      </w:pPr>
      <w:r>
        <w:t>یعنی آیت میں جس عدل کی پیروی کا حکم دیا گیا ہے اس کو بدل کر اس معنی میں لے لیا گیا کہ اس دنیا میں عدل کا نظام قائم کرو۔</w:t>
      </w:r>
    </w:p>
    <w:p>
      <w:r>
        <w:rPr>
          <w:b/>
        </w:rPr>
        <w:t xml:space="preserve">[1:32:32] </w:t>
      </w:r>
      <w:r>
        <w:t>is tashreeh se maloom hota hai ke aayat ya hadith ke zail mein sahih aur galat ko maloom karna nihayat aasan hai.</w:t>
      </w:r>
    </w:p>
    <w:p>
      <w:pPr>
        <w:jc w:val="right"/>
      </w:pPr>
      <w:r>
        <w:t>اس تشریح سے معلوم ہوتا ہے کہ آیت یا حدیث کے ذیل میں صحیح اور غلط کو معلوم کرنا نہایت آسان ہے۔</w:t>
      </w:r>
    </w:p>
    <w:p>
      <w:r>
        <w:rPr>
          <w:b/>
        </w:rPr>
        <w:t xml:space="preserve">[1:32:42] </w:t>
      </w:r>
      <w:r>
        <w:t>aap khule zehan ke tehat quran ya hadith ka mutala kijiye.lughat aur naho o sarf ke usoolon ke mutabiq is ko samajhne ki koshish kijiye to aap aasani ke sath is ke asal mafhoom tak pahunch jayenge.</w:t>
      </w:r>
    </w:p>
    <w:p>
      <w:pPr>
        <w:jc w:val="right"/>
      </w:pPr>
      <w:r>
        <w:t>آپ کھلے ذہن کے تحت قرآن یا حدیث کا مطالعہ کیجیے۔ لغت اور نحو و صرف کے اصولوں کے مطابق اس کو سمجھنے کی کوشش کیجیے تو آپ آسانی کے ساتھ اس کے اصل مفہوم تک پہنچ جائیں گے۔</w:t>
      </w:r>
    </w:p>
    <w:p>
      <w:r>
        <w:rPr>
          <w:b/>
        </w:rPr>
        <w:t xml:space="preserve">[1:33:02] </w:t>
      </w:r>
      <w:r>
        <w:t>khawarij ka case.agar sachai aur jhoot ke bare mein hassasiyat aur amal ki pabandi aur hukum ilahi mein hassasiyat ko le kar socha jaye to khawarij ka naam aata hai.</w:t>
      </w:r>
    </w:p>
    <w:p>
      <w:pPr>
        <w:jc w:val="right"/>
      </w:pPr>
      <w:r>
        <w:t>خوارج کا کیس۔ اگر سچائی اور جھوٹ کے بارے میں حساسیت اور عمل کی پابندی اور حکم الہی میں حساسیت کو لے کر سوچا جائے تو خوارج کا نام آتا ہے۔</w:t>
      </w:r>
    </w:p>
    <w:p>
      <w:r>
        <w:rPr>
          <w:b/>
        </w:rPr>
        <w:t xml:space="preserve">[1:33:18] </w:t>
      </w:r>
      <w:r>
        <w:t>phir kyun in ko main stream musalmanon se kharij kiya gaya?kya aisa is liye kiya gaya ke woh amal karne ke sath sath sakhti se amal karwane mein bhi hassas the?</w:t>
      </w:r>
    </w:p>
    <w:p>
      <w:pPr>
        <w:jc w:val="right"/>
      </w:pPr>
      <w:r>
        <w:t>پھر کیوں ان کو مین اسٹریم مسلمانوں سے خارج کیا گیا؟ کیا ایسا اس لیے کیا گیا کہ وہ عمل کرنے کے ساتھ ساتھ سختی سے عمل کروانے میں بھی حساس تھے؟</w:t>
      </w:r>
    </w:p>
    <w:p>
      <w:r>
        <w:rPr>
          <w:b/>
        </w:rPr>
        <w:t xml:space="preserve">[1:33:32] </w:t>
      </w:r>
      <w:r>
        <w:t>is ki sahih tawjeeh kya ho sakti hai?yeh sawal poocha hai hafiz syed iqbal umri ne chennai se,jis ke jawab mein maulana likhte hain: "khawarij ka firqa pehli sadi hijri mein hazrat ali ke zamane mein ubhra.</w:t>
      </w:r>
    </w:p>
    <w:p>
      <w:pPr>
        <w:jc w:val="right"/>
      </w:pPr>
      <w:r>
        <w:t>اس کی صحیح توجیح کیا ہو سکتی ہے؟ یہ سوال پوچھا ہے حافظ سید اقبال عمری نے چنئی سے، جس کے جواب میں مولانا لکھتے ہیں: "خوارج کا فرقہ پہلی صدی ہجری میں حضرت علی کے زمانے میں ابھرا۔</w:t>
      </w:r>
    </w:p>
    <w:p>
      <w:r>
        <w:rPr>
          <w:b/>
        </w:rPr>
        <w:t xml:space="preserve">[1:33:48] </w:t>
      </w:r>
      <w:r>
        <w:t>yeh log pehle hazrat ali ke giroh mein shamil the,phir hazrat ali se ikhtilaf kar ke woh bahar nikal gaye.</w:t>
      </w:r>
    </w:p>
    <w:p>
      <w:pPr>
        <w:jc w:val="right"/>
      </w:pPr>
      <w:r>
        <w:t>یہ لوگ پہلے حضرت علی کے گروہ میں شامل تھے، پھر حضرت علی سے اختلاف کر کے وہ باہر نکل گئے۔</w:t>
      </w:r>
    </w:p>
    <w:p>
      <w:r>
        <w:rPr>
          <w:b/>
        </w:rPr>
        <w:t xml:space="preserve">[1:33:57] </w:t>
      </w:r>
      <w:r>
        <w:t>is bana par in ko khawarij kaha jata hai.woh khud apne aap ko al-sharat kehte the,yani allah ke deen ki khatir apne aap ko bechne wale.</w:t>
      </w:r>
    </w:p>
    <w:p>
      <w:pPr>
        <w:jc w:val="right"/>
      </w:pPr>
      <w:r>
        <w:t>اس بنا پر ان کو خوارج کہا جاتا ہے۔ وہ خود اپنے آپ کو الشراط کہتے تھے، یعنی اللہ کے دین کی خاطر اپنے آپ کو بیچنے والے۔</w:t>
      </w:r>
    </w:p>
    <w:p>
      <w:r>
        <w:rPr>
          <w:b/>
        </w:rPr>
        <w:t xml:space="preserve">[1:34:09] </w:t>
      </w:r>
      <w:r>
        <w:t>yeh log isi tabqe se talluq rakhte the jin ko quran mein a'rab kaha gaya hai.yeh ghair taleem yafta afraad the jin ka culture shiddat pasandi tha.</w:t>
      </w:r>
    </w:p>
    <w:p>
      <w:pPr>
        <w:jc w:val="right"/>
      </w:pPr>
      <w:r>
        <w:t>یہ لوگ اسی طبقے سے تعلق رکھتے تھے جن کو قرآن میں اعراب کہا گیا ہے۔ یہ غیر تعلیم یافتہ افراد تھے جن کا کلچر شدت پسندی تھا۔</w:t>
      </w:r>
    </w:p>
    <w:p>
      <w:r>
        <w:rPr>
          <w:b/>
        </w:rPr>
        <w:t xml:space="preserve">[1:34:21] </w:t>
      </w:r>
      <w:r>
        <w:t>yeh log darasal ghulu yani extremism ka intehai case the.aaj kal ki zaban mein in ko radicalized muslim kaha ja sakta hai.</w:t>
      </w:r>
    </w:p>
    <w:p>
      <w:pPr>
        <w:jc w:val="right"/>
      </w:pPr>
      <w:r>
        <w:t>یہ لوگ دراصل غلو یعنی ایکسٹریمزم کا انتہائی کیس تھے۔ آج کل کی زبان میں ان کو ریڈیکلائزڈ مسلم کہا جا سکتا ہے۔</w:t>
      </w:r>
    </w:p>
    <w:p>
      <w:r>
        <w:rPr>
          <w:b/>
        </w:rPr>
        <w:t xml:space="preserve">[1:34:33] </w:t>
      </w:r>
      <w:r>
        <w:t>yeh log kalma padh kar muslim samaj mein shamil ho gaye lekin un ki durust tarbiyat na ho saki.</w:t>
      </w:r>
    </w:p>
    <w:p>
      <w:pPr>
        <w:jc w:val="right"/>
      </w:pPr>
      <w:r>
        <w:t>یہ لوگ کلمہ پڑھ کر مسلم سماج میں شامل ہو گئے لیکن ان کی درست تربیت نہ ہو سکی۔</w:t>
      </w:r>
    </w:p>
    <w:p>
      <w:r>
        <w:rPr>
          <w:b/>
        </w:rPr>
        <w:t xml:space="preserve">[1:34:42] </w:t>
      </w:r>
      <w:r>
        <w:t>is liye in logon ke andar shiddat pasandi ka qadeem mind set maujood raha.mamooli ikhtilaf ki bina par woh logon ki takfeer karte the.</w:t>
      </w:r>
    </w:p>
    <w:p>
      <w:pPr>
        <w:jc w:val="right"/>
      </w:pPr>
      <w:r>
        <w:t>اس لیے ان لوگوں کے اندر شدت پسندی کا قدیم مائنڈ سیٹ موجود رہا۔ معمولی اختلاف کی بنا پر وہ لوگوں کی تکفیر کرتے تھے۔</w:t>
      </w:r>
    </w:p>
    <w:p>
      <w:r>
        <w:rPr>
          <w:b/>
        </w:rPr>
        <w:t xml:space="preserve">[1:34:53] </w:t>
      </w:r>
      <w:r>
        <w:t>woh apni shadeed ghulu pasandi ki bina par har us shakhs ya giroh ko qabil-e-qatl samajhte the jo un ke ghali nazariyat se ikhtilaf karta ho.</w:t>
      </w:r>
    </w:p>
    <w:p>
      <w:pPr>
        <w:jc w:val="right"/>
      </w:pPr>
      <w:r>
        <w:t>وہ اپنی شدید غلو پسندی کی بنا پر ہر اس شخص یا گروہ کو قابل قتل سمجھتے تھے جو ان کے غالی نظریات سے اختلاف کرتا ہو۔</w:t>
      </w:r>
    </w:p>
    <w:p>
      <w:r>
        <w:rPr>
          <w:b/>
        </w:rPr>
        <w:t xml:space="preserve">[1:35:05] </w:t>
      </w:r>
      <w:r>
        <w:t>isi inteha pasandi ki bina par unhone hazrat ali ko qabil-e-gardan zani qarar diya kyunke un ke khayal ke mutabiq unhone tahkeem ke mamle mein allah ke bajaye hukum yani arbitrator ke faisle ko ikhtiyar kiya tha.</w:t>
      </w:r>
    </w:p>
    <w:p>
      <w:pPr>
        <w:jc w:val="right"/>
      </w:pPr>
      <w:r>
        <w:t>اسی انتہا پسندی کی بنا پر انہوں نے حضرت علی کو قابل گردن زدنی قرار دیا کیونکہ ان کے خیال کے مطابق انہوں نے تحکیم کے معاملے میں اللہ کے بجائے حکم یعنی آربیٹریٹر کے فیصلے کو اختیار کیا تھا۔</w:t>
      </w:r>
    </w:p>
    <w:p>
      <w:r>
        <w:rPr>
          <w:b/>
        </w:rPr>
        <w:t xml:space="preserve">[1:35:23] </w:t>
      </w:r>
      <w:r>
        <w:t>khawarij ka case yeh nahin tha ke woh hassas the.jaiz hassasiyat woh hai jo pur aman hassasiyat ho.aisi hassasiyat jo apne mukhalifeen ko qabil-e-qatl samjhe,woh hassasiyat nahin hai balke ghair matloob ghulu hai.</w:t>
      </w:r>
    </w:p>
    <w:p>
      <w:pPr>
        <w:jc w:val="right"/>
      </w:pPr>
      <w:r>
        <w:t>خوارج کا کیس یہ نہیں تھا کہ وہ حساس تھے۔ جائز حساسیت وہ ہے جو پرامن حساسیت ہو۔ ایسی حساسیت جو اپنے مخالفین کو قابل قتل سمجھے، وہ حساسیت نہیں ہے بلکہ غیر مطلوب غلو ہے۔</w:t>
      </w:r>
    </w:p>
    <w:p>
      <w:r>
        <w:rPr>
          <w:b/>
        </w:rPr>
        <w:t xml:space="preserve">[1:35:42] </w:t>
      </w:r>
      <w:r>
        <w:t>aise log bilashuba nahq par hain kyunke unhone islam ka khud sakhta mayar qaim kiya jis ka un ko haq nahin tha.</w:t>
      </w:r>
    </w:p>
    <w:p>
      <w:pPr>
        <w:jc w:val="right"/>
      </w:pPr>
      <w:r>
        <w:t>ایسے لوگ بلاشبہ ناحق پر ہیں کیونکہ انہوں نے اسلام کا خود ساختہ معیار قائم کیا جس کا ان کو حق نہیں تھا۔</w:t>
      </w:r>
    </w:p>
    <w:p>
      <w:r>
        <w:rPr>
          <w:b/>
        </w:rPr>
        <w:t xml:space="preserve">[1:35:53] </w:t>
      </w:r>
      <w:r>
        <w:t>khawarij islam mein woh pehle log hain jinhone islam mein thought crime ka nazariya dakhil kiya.is qism ka inteha pasandana aqeeda rakhne walon ka case hassasiyat ka case nahin hai,woh khuda ke deen ko badalne ka case hai.</w:t>
      </w:r>
    </w:p>
    <w:p>
      <w:pPr>
        <w:jc w:val="right"/>
      </w:pPr>
      <w:r>
        <w:t>خوارج اسلام میں وہ پہلے لوگ ہیں جنہوں نے اسلام میں تھاٹ کرائم کا نظریہ داخل کیا۔ اس قسم کا انتہا پسندانہ عقیدہ رکھنے والوں کا کیس حساسیت کا کیس نہیں ہے، وہ خدا کے دین کو بدلنے کا کیس ہے۔</w:t>
      </w:r>
    </w:p>
    <w:p>
      <w:r>
        <w:rPr>
          <w:b/>
        </w:rPr>
        <w:t xml:space="preserve">[1:36:12] </w:t>
      </w:r>
      <w:r>
        <w:t>aise log agar apne aqeede ko apne dil mein rakhen to un ko un ke haal par chhod diya jaye.lekin agar woh apne aqeede ki tableegh karen aur apne mukhalifeen ko gardan zani qarar de kar un ko marne lagen to woh islam ke aitbar se mujrim qarar payenge.</w:t>
      </w:r>
    </w:p>
    <w:p>
      <w:pPr>
        <w:jc w:val="right"/>
      </w:pPr>
      <w:r>
        <w:t>ایسے لوگ اگر اپنے عقیدے کو اپنے دل میں رکھیں تو ان کو ان کے حال پر چھوڑ دیا جائے۔ لیکن اگر وہ اپنے عقیدے کی تبلیغ کریں اور اپنے مخالفین کو گردن زدنی قرار دے کر ان کو مارنے لگیں تو وہ اسلام کے اعتبار سے مجرم قرار پائیں گے۔</w:t>
      </w:r>
    </w:p>
    <w:p>
      <w:r>
        <w:rPr>
          <w:b/>
        </w:rPr>
        <w:t xml:space="preserve">[1:36:33] </w:t>
      </w:r>
      <w:r>
        <w:t>khawarij ka case darasal siyasi ikhtilafat se paida hone wala ek shadeed masla hai.islam ki baat ki tareekh mein jab musalmanon ko siyasi iqtadar hasil hua to musalmanon mein ikhtilafat bhi paida hue.</w:t>
      </w:r>
    </w:p>
    <w:p>
      <w:pPr>
        <w:jc w:val="right"/>
      </w:pPr>
      <w:r>
        <w:t>خوارج کا کیس دراصل سیاسی اختلافات سے پیدا ہونے والا ایک شدید مسئلہ ہے۔ اسلام کی بات کی تاریخ میں جب مسلمانوں کو سیاسی اقتدار حاصل ہوا تو مسلمانوں میں اختلافات بھی پیدا ہوئے۔</w:t>
      </w:r>
    </w:p>
    <w:p>
      <w:r>
        <w:rPr>
          <w:b/>
        </w:rPr>
        <w:t xml:space="preserve">[1:36:52] </w:t>
      </w:r>
      <w:r>
        <w:t>yeh ikhtilaf pehle sirf ikhtilaf ke darje mein tha.is ki ek alamat saad bin obada ka mamla hai jin ko agarche ikhtilaf tha magar woh pur aman daira mein tha.</w:t>
      </w:r>
    </w:p>
    <w:p>
      <w:pPr>
        <w:jc w:val="right"/>
      </w:pPr>
      <w:r>
        <w:t>یہ اختلاف پہلے صرف اختلاف کے درجے میں تھا۔ اس کی ایک علامت سعد بن عبادہ کا معاملہ ہے جن کو اگرچہ اختلاف تھا مگر وہ پرامن دائرے میں تھا۔</w:t>
      </w:r>
    </w:p>
    <w:p>
      <w:r>
        <w:rPr>
          <w:b/>
        </w:rPr>
        <w:t xml:space="preserve">[1:37:07] </w:t>
      </w:r>
      <w:r>
        <w:t>baat ko is ikhtilafat mein shiddat aayi aur amli takrao shuru ho gaya.is daur mein har giroh ne apne nazariye ko mushaddad yani mazboot karne ke liye is ko islamize karna shuru kiya.</w:t>
      </w:r>
    </w:p>
    <w:p>
      <w:pPr>
        <w:jc w:val="right"/>
      </w:pPr>
      <w:r>
        <w:t>بات کو اس اختلافات میں شدت آئی اور عملی ٹکراؤ شروع ہو گیا۔ اس دور میں ہر گروہ نے اپنے نظریے کو مشدد یعنی مضبوط کرنے کے لیے اس کو اسلامائز کرنا شروع کیا۔</w:t>
      </w:r>
    </w:p>
    <w:p>
      <w:r>
        <w:rPr>
          <w:b/>
        </w:rPr>
        <w:t xml:space="preserve">[1:37:23] </w:t>
      </w:r>
      <w:r>
        <w:t>yani islami taleemat se in ko durust sabit karna.is ke nateejay mein musalmanon ke andar shiddat pasand firqe paida hue.</w:t>
      </w:r>
    </w:p>
    <w:p>
      <w:pPr>
        <w:jc w:val="right"/>
      </w:pPr>
      <w:r>
        <w:t>یعنی اسلامی تعلیمات سے ان کو درست ثابت کرنا۔ اس کے نتیجے میں مسلمانوں کے اندر شدت پسند فرقے پیدا ہوئے۔</w:t>
      </w:r>
    </w:p>
    <w:p>
      <w:r>
        <w:rPr>
          <w:b/>
        </w:rPr>
        <w:t xml:space="preserve">[1:37:35] </w:t>
      </w:r>
      <w:r>
        <w:t>shia giroh ne yeh daway kiya ke ali bin abi talib ke siwa baqi teeno khulafa ki khilafat ghair qanooni yani unlawful hai.</w:t>
      </w:r>
    </w:p>
    <w:p>
      <w:pPr>
        <w:jc w:val="right"/>
      </w:pPr>
      <w:r>
        <w:t>شیعہ گروہ نے یہ دعویٰ کیا کہ علی بن ابی طالب کے سوا بقیہ تینوں خلفاء کی خلافت غیر قانونی یعنی ان لافل ہے۔</w:t>
      </w:r>
    </w:p>
    <w:p>
      <w:r>
        <w:rPr>
          <w:b/>
        </w:rPr>
        <w:t xml:space="preserve">[1:37:46] </w:t>
      </w:r>
      <w:r>
        <w:t>khawarij ne ali bin abi talib ki takfeer ki waghera. yahi ghulo hai. is ka sabab yeh hai ke ghulo ibtidai tor par bazahir be-zarrar andaaz mein shuru hota hai lekin barhte barhte woh khatarnak soorat ikhtiyar kar leta hai.</w:t>
      </w:r>
    </w:p>
    <w:p>
      <w:pPr>
        <w:jc w:val="right"/>
      </w:pPr>
      <w:r>
        <w:t>خوارج نے علی بن ابی طالب کی تکفیر کی وغیرہ۔ یہی غلو ہے۔ اس کا سبب یہ ہے کہ غلو ابتدائی طور پر بظاہر بے ضرر انداز میں شروع ہوتا ہے لیکن بڑھتے بڑھتے وہ خطرناک صورت اختیار کر لیتا ہے۔</w:t>
      </w:r>
    </w:p>
    <w:p>
      <w:r>
        <w:rPr>
          <w:b/>
        </w:rPr>
        <w:t xml:space="preserve">[1:38:06] </w:t>
      </w:r>
      <w:r>
        <w:t>is se poore muslim samaj mein anarki, nafrat, bahami qatal jaisi buraiyan dakhil ho jati hain.</w:t>
      </w:r>
    </w:p>
    <w:p>
      <w:pPr>
        <w:jc w:val="right"/>
      </w:pPr>
      <w:r>
        <w:t>اس سے پورے مسلم سماج میں انارکی، نفرت، باہمی قتل جیسی برائیاں داخل ہو جاتی ہیں۔</w:t>
      </w:r>
    </w:p>
    <w:p>
      <w:r>
        <w:rPr>
          <w:b/>
        </w:rPr>
        <w:t xml:space="preserve">[1:38:15] </w:t>
      </w:r>
      <w:r>
        <w:t>is liye islam mein is zahire ko nihayat bura mana gaya hai. hatta ke agar woh apne aqeeday ko amli soorat dena shuru karein to qaim shuda hukumat ko yeh haq hoga ke ya to woh un se par-aman baat cheet karein jaisa ke hazrat umar bin abdul aziz ne kiya.</w:t>
      </w:r>
    </w:p>
    <w:p>
      <w:pPr>
        <w:jc w:val="right"/>
      </w:pPr>
      <w:r>
        <w:t>اس لیے اسلام میں اس ظاہرے کو نہایت برا مانا گیا ہے۔ حتیٰ کہ اگر وہ اپنے عقیدے کو عملی صورت دینا شروع کریں تو قائم شدہ حکومت کو یہ حق ہوگا کہ یا تو وہ ان سے پرامن بات چیت کریں جیسا کہ حضرت عمر بن عبدالعزیز نے کیا۔</w:t>
      </w:r>
    </w:p>
    <w:p>
      <w:r>
        <w:rPr>
          <w:b/>
        </w:rPr>
        <w:t xml:space="preserve">[1:38:37] </w:t>
      </w:r>
      <w:r>
        <w:t>aur agar par-aman baat cheet kafi na ho to hukumat ko yeh bhi haq hai ke woh sakht karrawai kar ke un ka khatma kar de jaisa ke hajjaj bin yusuf ne kiya.</w:t>
      </w:r>
    </w:p>
    <w:p>
      <w:pPr>
        <w:jc w:val="right"/>
      </w:pPr>
      <w:r>
        <w:t>اور اگر پرامن بات چیت کافی نہ ہو تو حکومت کو یہ بھی حق ہے کہ وہ سخت کارروائی کر کے ان کا خاتمہ کر دے جیسا کہ حجاج بن یوسف نے کیا۔</w:t>
      </w:r>
    </w:p>
    <w:p>
      <w:r>
        <w:rPr>
          <w:b/>
        </w:rPr>
        <w:t xml:space="preserve">[1:38:51] </w:t>
      </w:r>
      <w:r>
        <w:t>mojudah zamanay mein jin logon ne hukumat ko aqeeday ka darja diya woh amalan daur jadeed ke khawarij ki hesiyat rakhte hain.</w:t>
      </w:r>
    </w:p>
    <w:p>
      <w:pPr>
        <w:jc w:val="right"/>
      </w:pPr>
      <w:r>
        <w:t>موجودہ زمانے میں جن لوگوں نے حکومت کو عقیدے کا درجہ دیا وہ عملاً دور جدید کے خوارج کی حیثیت رکھتے ہیں۔</w:t>
      </w:r>
    </w:p>
    <w:p>
      <w:r>
        <w:rPr>
          <w:b/>
        </w:rPr>
        <w:t xml:space="preserve">[1:39:04] </w:t>
      </w:r>
      <w:r>
        <w:t>khali azmani kalam. quran ki aik aayat mein aik kirdaar ko in alfaaz mein bayan kiya gaya hai: la khair fi kaseer min najwahum illa man amara bi sadqatin aw ma'rufin aw islahin bain an-nas yani un ki aksar sargoshion mein koi bhalaai nahi.</w:t>
      </w:r>
    </w:p>
    <w:p>
      <w:pPr>
        <w:jc w:val="right"/>
      </w:pPr>
      <w:r>
        <w:t>خالی ازمانی کلام۔ قرآن کی ایک آیت میں ایک کردار کو ان الفاظ میں بیان کیا گیا ہے: لا خير فی کثیر من نجواهم الا من امر بصدقۃ او معروف او اصلاح بین الناس یعنی ان کی اکثر سرگوشیوں میں کوئی بھلائی نہیں۔</w:t>
      </w:r>
    </w:p>
    <w:p>
      <w:r>
        <w:rPr>
          <w:b/>
        </w:rPr>
        <w:t xml:space="preserve">[1:39:30] </w:t>
      </w:r>
      <w:r>
        <w:t>bhalaai wali sargoshi sirf us ki hai jo sadqa karne ko kahe ya kisi naik kaam ke liye kahe ya logon mein sulah karwane ke liye kahe.</w:t>
      </w:r>
    </w:p>
    <w:p>
      <w:pPr>
        <w:jc w:val="right"/>
      </w:pPr>
      <w:r>
        <w:t>بھلائی والی سرگوشی صرف اس کی ہے جو صدقہ کرنے کو کہے یا کسی نیک کام کے لیے کہے یا لوگوں میں صلح کرانے کے لیے کہے۔</w:t>
      </w:r>
    </w:p>
    <w:p>
      <w:r>
        <w:rPr>
          <w:b/>
        </w:rPr>
        <w:t xml:space="preserve">[1:39:41] </w:t>
      </w:r>
      <w:r>
        <w:t>najwa ka lafzi matlab sargoshi yani whisper. lekin yahan wasee tar mani mein is se murad insani kalam hai.</w:t>
      </w:r>
    </w:p>
    <w:p>
      <w:pPr>
        <w:jc w:val="right"/>
      </w:pPr>
      <w:r>
        <w:t>نجوا کا لفظی مطلب سرگوشی یعنی وسپر ہے۔ لیکن یہاں وسیع تر معنی میں اس سے مراد انسانی کلام ہے۔</w:t>
      </w:r>
    </w:p>
    <w:p>
      <w:r>
        <w:rPr>
          <w:b/>
        </w:rPr>
        <w:t xml:space="preserve">[1:39:51] </w:t>
      </w:r>
      <w:r>
        <w:t>is aayat mein is insani kalam ko khair se khali kalam kaha gaya hai jo ma'nawiyat se khali ho.</w:t>
      </w:r>
    </w:p>
    <w:p>
      <w:pPr>
        <w:jc w:val="right"/>
      </w:pPr>
      <w:r>
        <w:t>اس آیت میں اس انسانی کلام کو خیر سے خالی کلام کہا گیا ہے جو معنویت سے خالی ہو۔</w:t>
      </w:r>
    </w:p>
    <w:p>
      <w:r>
        <w:rPr>
          <w:b/>
        </w:rPr>
        <w:t xml:space="preserve">[1:40:00] </w:t>
      </w:r>
      <w:r>
        <w:t>jis mein alfaaz to bohat hon lekin us mein ma'ni ka khazana yani content maujood na ho. kalam ki do qismein hain.</w:t>
      </w:r>
    </w:p>
    <w:p>
      <w:pPr>
        <w:jc w:val="right"/>
      </w:pPr>
      <w:r>
        <w:t>جس میں الفاظ تو بہت ہوں لیکن اس میں معنی کا خزانہ یعنی کنٹینٹ موجود نہ ہو۔ کلام کی دو قسمیں ہیں۔</w:t>
      </w:r>
    </w:p>
    <w:p>
      <w:r>
        <w:rPr>
          <w:b/>
        </w:rPr>
        <w:t xml:space="preserve">[1:40:11] </w:t>
      </w:r>
      <w:r>
        <w:t>aik woh kalam jo gehre ghor o fikr aur zimmedari ke ehsas ke tehat bola jaye. aisa kalam ba-ma'ni kalam hoga.</w:t>
      </w:r>
    </w:p>
    <w:p>
      <w:pPr>
        <w:jc w:val="right"/>
      </w:pPr>
      <w:r>
        <w:t>ایک وہ کلام جو گہرے غور و فکر اور ذمہ داری کے احساس کے تحت بولا جائے۔ ایسا کلام بامعنی کلام ہوگا۔</w:t>
      </w:r>
    </w:p>
    <w:p>
      <w:r>
        <w:rPr>
          <w:b/>
        </w:rPr>
        <w:t xml:space="preserve">[1:40:21] </w:t>
      </w:r>
      <w:r>
        <w:t>is se sunne wale ko hikmat yani wisdom milegi. is ke andar zer-bahs maslay ka sahi tajziya hoga.</w:t>
      </w:r>
    </w:p>
    <w:p>
      <w:pPr>
        <w:jc w:val="right"/>
      </w:pPr>
      <w:r>
        <w:t>اس سے سننے والے کو حکمت یعنی وزڈم ملے گی۔ اس کے اندر زیر بحث مسئلے کا صحیح تجزیہ ہوگا۔</w:t>
      </w:r>
    </w:p>
    <w:p>
      <w:r>
        <w:rPr>
          <w:b/>
        </w:rPr>
        <w:t xml:space="preserve">[1:40:30] </w:t>
      </w:r>
      <w:r>
        <w:t>woh kalam baraye kalam ka misdaq na hoga balkeh kalam baraye khair ka misdaq hoga. aisa kalam bilashuba aik matloob kalam hai.</w:t>
      </w:r>
    </w:p>
    <w:p>
      <w:pPr>
        <w:jc w:val="right"/>
      </w:pPr>
      <w:r>
        <w:t>وہ کلام برائے کلام کا مصداق نہ ہوگا بلکہ کلام برائے خیر کا مصداق ہوگا۔ ایسا کلام بلاشبہ ایک مطلوب کلام ہے۔</w:t>
      </w:r>
    </w:p>
    <w:p>
      <w:r>
        <w:rPr>
          <w:b/>
        </w:rPr>
        <w:t xml:space="preserve">[1:40:41] </w:t>
      </w:r>
      <w:r>
        <w:t>woh bolne wale ke liye bhi sa'adat ka zariya hai aur sunne wale ke liye bhi sa'adat ka zariya. doosra kalam woh hai jis mein alfaaz ki kasrat ho lekin ma'ni ki qillat.</w:t>
      </w:r>
    </w:p>
    <w:p>
      <w:pPr>
        <w:jc w:val="right"/>
      </w:pPr>
      <w:r>
        <w:t>وہ بولنے والے کے لیے بھی سعادت کا ذریعہ ہے اور سننے والے کے لیے بھی سعادت کا ذریعہ۔ دوسرا کلام وہ ہے جس میں الفاظ کی کثرت ہو لیکن معنی کی قلت۔</w:t>
      </w:r>
    </w:p>
    <w:p>
      <w:r>
        <w:rPr>
          <w:b/>
        </w:rPr>
        <w:t xml:space="preserve">[1:40:55] </w:t>
      </w:r>
      <w:r>
        <w:t>jis se aadmi ko koi hikmat ki baat maloom na ho. jo kalam baraye kalam ka misdaq ho. jisko sunne ke baad aadmi ko koi take away na mile.</w:t>
      </w:r>
    </w:p>
    <w:p>
      <w:pPr>
        <w:jc w:val="right"/>
      </w:pPr>
      <w:r>
        <w:t>جس سے آدمی کو کوئی حکمت کی بات معلوم نہ ہو۔ جو کلام برائے کلام کا مصداق ہو۔ جس کو سننے کے بعد آدمی کو کوئی ٹیک اوے نہ ملے۔</w:t>
      </w:r>
    </w:p>
    <w:p>
      <w:r>
        <w:rPr>
          <w:b/>
        </w:rPr>
        <w:t xml:space="preserve">[1:41:06] </w:t>
      </w:r>
      <w:r>
        <w:t>kalam aik amanat hai. bolne wale ko chahiye ke woh bolne se pehle soche aur bolne ke baad apna muhasba kare.</w:t>
      </w:r>
    </w:p>
    <w:p>
      <w:pPr>
        <w:jc w:val="right"/>
      </w:pPr>
      <w:r>
        <w:t>کلام ایک امانت ہے۔ بولنے والے کو چاہیے کہ وہ بولنے سے پہلے سوچے اور بولنے کے بعد اپنا محاسبہ کرے۔</w:t>
      </w:r>
    </w:p>
    <w:p>
      <w:r>
        <w:rPr>
          <w:b/>
        </w:rPr>
        <w:t xml:space="preserve">[1:41:16] </w:t>
      </w:r>
      <w:r>
        <w:t>kalam aik aala insani sar-germi hai. kalam ko is ke taqazay ke mutabiq hona chahiye. matloob kalam woh hai jisko pesh karne se pehle bolne wale ne is par zaroori ghor o fikr kiya ho.</w:t>
      </w:r>
    </w:p>
    <w:p>
      <w:pPr>
        <w:jc w:val="right"/>
      </w:pPr>
      <w:r>
        <w:t>کلام ایک اعلیٰ انسانی سرگرمی ہے۔ کلام کو اس کے تقاضے کے مطابق ہونا چاہیے۔ مطلوب کلام وہ ہے جس کو پیش کرنے سے پہلے بولنے والے نے اس پر ضروری غور و فکر کیا ہو۔</w:t>
      </w:r>
    </w:p>
    <w:p>
      <w:r>
        <w:rPr>
          <w:b/>
        </w:rPr>
        <w:t xml:space="preserve">[1:41:32] </w:t>
      </w:r>
      <w:r>
        <w:t>jisko bolne se pehle bolne wale ne zaroori homework kiya ho.</w:t>
      </w:r>
    </w:p>
    <w:p>
      <w:pPr>
        <w:jc w:val="right"/>
      </w:pPr>
      <w:r>
        <w:t>جس کو بولنے سے پہلے بولنے والے نے ضروری ہوم ورک کیا ہو۔</w:t>
      </w:r>
    </w:p>
    <w:p>
      <w:r>
        <w:rPr>
          <w:b/>
        </w:rPr>
        <w:t xml:space="preserve">[1:41:40] </w:t>
      </w:r>
      <w:r>
        <w:t>khalis iman. iman ke baray mein quran ki aik aayat in alfaaz mein aayi hai: allazeena amanoo wa lam yalbisoo imaanahum bizulmin olaaika lahumul amnu wa hum muhtadoon yani jo log iman laye aur nahi milaya unhone apne iman mein koi zulm.</w:t>
      </w:r>
    </w:p>
    <w:p>
      <w:pPr>
        <w:jc w:val="right"/>
      </w:pPr>
      <w:r>
        <w:t>خالص ایمان۔ ایمان کے بارے میں قرآن کی ایک آیت ان الفاظ میں آئی ہے: الذین آمنوا ولمیلبسوا ایمانہم بظلم أولئک لہم الأمن وهم مهتدون یعنی جو لوگ ایمان لائے اور نہیں ملایا انہوں نے اپنے ایمان میں کوئی ظلم۔</w:t>
      </w:r>
    </w:p>
    <w:p>
      <w:r>
        <w:rPr>
          <w:b/>
        </w:rPr>
        <w:t xml:space="preserve">[1:42:07] </w:t>
      </w:r>
      <w:r>
        <w:t>unhi ke liye aman hai aur wohi seedhi raah par hain. iman mein milawat se murad yeh hai ke iman ke sath kisi aise aqeeday ya ilm ko shamil kiya jaye jo iman ke munafi yani inconsistent ho.</w:t>
      </w:r>
    </w:p>
    <w:p>
      <w:pPr>
        <w:jc w:val="right"/>
      </w:pPr>
      <w:r>
        <w:t>انہی کے لیے امن ہے اور وہی سیدھی راہ پر ہیں۔ ایمان میں ملاوٹ سے مراد یہ ہے کہ ایمان کے ساتھ کسی ایسے عقیدے یا علم کو شامل کیا جائے جو ایمان کے منافی یعنی ان کنسسٹنٹ ہو۔</w:t>
      </w:r>
    </w:p>
    <w:p>
      <w:r>
        <w:rPr>
          <w:b/>
        </w:rPr>
        <w:t xml:space="preserve">[1:42:23] </w:t>
      </w:r>
      <w:r>
        <w:t>zulm ke asal ma'ni hain mujawazat al-haqq aw mujawazat al-hadd yani haq ya had se tajawuz karna.</w:t>
      </w:r>
    </w:p>
    <w:p>
      <w:pPr>
        <w:jc w:val="right"/>
      </w:pPr>
      <w:r>
        <w:t>ظلم کے اصل معنی ہیں مجاوزۃ الحق او مجاوزۃ الحد یعنی حق یا حد سے تجاوز کرنا۔</w:t>
      </w:r>
    </w:p>
    <w:p>
      <w:r>
        <w:rPr>
          <w:b/>
        </w:rPr>
        <w:t xml:space="preserve">[1:42:33] </w:t>
      </w:r>
      <w:r>
        <w:t>misal ke taur par iman billah ke sath yeh aqeeda rakhna ke kuch hastiyan Allah se khusoosi qurbat rakhti hain aur un ki baat Allah ke haan maani jati hai.</w:t>
      </w:r>
    </w:p>
    <w:p>
      <w:pPr>
        <w:jc w:val="right"/>
      </w:pPr>
      <w:r>
        <w:t>مثلاً ایمان باللہ کے ساتھ یہ عقیدہ رکھنا کہ کچھ ہستیاں اللہ سے خصوصی قربت رکھتی ہیں اور ان کی بات اللہ کے ہاں مانی جاتی ہے۔</w:t>
      </w:r>
    </w:p>
    <w:p>
      <w:r>
        <w:rPr>
          <w:b/>
        </w:rPr>
        <w:t xml:space="preserve">[1:42:46] </w:t>
      </w:r>
      <w:r>
        <w:t>lekin is aayat mein iman ke sath milawat ka lafz nihayat wasee ma'ni mein hai. is mein har woh cheez aa sakti hai jo aqeeda tauheed se mutabiqat na rakhti ho.</w:t>
      </w:r>
    </w:p>
    <w:p>
      <w:pPr>
        <w:jc w:val="right"/>
      </w:pPr>
      <w:r>
        <w:t>لیکن اس آیت میں ایمان کے ساتھ ملاوٹ کا لفظ نہایت وسیع معنی میں ہے۔ اس میں ہر وہ چیز آ سکتی ہے جو عقیدہ توحید سے مطابقت نہ رکھتی ہو۔</w:t>
      </w:r>
    </w:p>
    <w:p>
      <w:r>
        <w:rPr>
          <w:b/>
        </w:rPr>
        <w:t xml:space="preserve">[1:43:00] </w:t>
      </w:r>
      <w:r>
        <w:t>tauheed mein yeh milawat ziyada tar mushabihat ki bina par hoti hai. aur mushabihat ka matlab hai naqal karna, to imitate.</w:t>
      </w:r>
    </w:p>
    <w:p>
      <w:pPr>
        <w:jc w:val="right"/>
      </w:pPr>
      <w:r>
        <w:t>توحید میں یہ ملاوٹ زیادہ تر مضاحات کی بنا پر ہوتی ہے۔ اور مضاحات کا مطلب ہے نقل کرنا، ٹو ایمیٹیٹ۔</w:t>
      </w:r>
    </w:p>
    <w:p>
      <w:r>
        <w:rPr>
          <w:b/>
        </w:rPr>
        <w:t xml:space="preserve">[1:43:09] </w:t>
      </w:r>
      <w:r>
        <w:t>yeh mushabihat hamesha mahol ke asar se hoti hai. is ki aik misal yeh hai ke mojudah zamanay ke secular halqon mein siyasi fikr ko bohat farogh hasil hua hai.</w:t>
      </w:r>
    </w:p>
    <w:p>
      <w:pPr>
        <w:jc w:val="right"/>
      </w:pPr>
      <w:r>
        <w:t>یہ مضاحات ہمیشہ ماحول کے اثر سے ہوتی ہیں۔ اس کی ایک مثال یہ ہے کہ موجودہ زمانے کے سیکولر حلقوں میں سیاسی فکر کو بہت فروغ حاصل ہوا ہے۔</w:t>
      </w:r>
    </w:p>
    <w:p>
      <w:r>
        <w:rPr>
          <w:b/>
        </w:rPr>
        <w:t xml:space="preserve">[1:43:22] </w:t>
      </w:r>
      <w:r>
        <w:t>is bina par maujooda zamanay mein siyasi mazahamat ka aik zahira paida ho gaya hai. Quran mein hukum ka lafz fawq fitri hukum ke mani mein aaya hai.</w:t>
      </w:r>
    </w:p>
    <w:p>
      <w:pPr>
        <w:jc w:val="right"/>
      </w:pPr>
      <w:r>
        <w:t>اس بنا پر موجودہ زمانے میں سیاسی مضاحات کا ایک ظاہرہ پیدا ہو گیا ہے۔ قرآن میں حکم کا لفظ فوق فطری حکم کے معنی میں آیا ہے۔</w:t>
      </w:r>
    </w:p>
    <w:p>
      <w:r>
        <w:rPr>
          <w:b/>
        </w:rPr>
        <w:t xml:space="preserve">[1:43:33] </w:t>
      </w:r>
      <w:r>
        <w:t>magar mazahamat kar ke kuch musalmanon ne is ko siyasi hukum ke mani mein le liya. aur is se un logon ne yeh matlab nikala ke musalmanon ka mission zameen par Khuda ki siyasi hukumat qaim karna hai.</w:t>
      </w:r>
    </w:p>
    <w:p>
      <w:pPr>
        <w:jc w:val="right"/>
      </w:pPr>
      <w:r>
        <w:t>مگر مضاحات کر کے کچھ مسلمانوں نے اس کو سیاسی حکم کے معنی میں لے لیا۔ اور اس سے ان لوگوں نے یہ مطلب نکالا کہ مسلمانوں کا مشن زمین پر خدا کی سیاسی حکومت قائم کرنا ہے۔</w:t>
      </w:r>
    </w:p>
    <w:p>
      <w:r>
        <w:rPr>
          <w:b/>
        </w:rPr>
        <w:t xml:space="preserve">[1:43:50] </w:t>
      </w:r>
      <w:r>
        <w:t>yeh mazahamat ain wohi cheez hai jis ko Quran mein zulm kaha gaya hai. yeh mazahamat jis ko Quran mein zulm kaha gaya hai is ki koi aik surat nahi hai.</w:t>
      </w:r>
    </w:p>
    <w:p>
      <w:pPr>
        <w:jc w:val="right"/>
      </w:pPr>
      <w:r>
        <w:t>یہ مضاحات عین وہی چیز ہے جس کو قرآن میں ظلم کہا گیا ہے۔ یہ مضاحات جس کو قرآن میں ظلم کہا گیا ہے اس کی کوئی ایک صورت نہیں ہے۔</w:t>
      </w:r>
    </w:p>
    <w:p>
      <w:r>
        <w:rPr>
          <w:b/>
        </w:rPr>
        <w:t xml:space="preserve">[1:44:02] </w:t>
      </w:r>
      <w:r>
        <w:t>har zamanay mein is ki nai suratein ho sakti hain. ahl-e-ilm ka yeh farz hai ke woh apne zamanay ke mazahamat ko pehchanen aur ahl-e-Islam ko is se bakhabar karen.</w:t>
      </w:r>
    </w:p>
    <w:p>
      <w:pPr>
        <w:jc w:val="right"/>
      </w:pPr>
      <w:r>
        <w:t>ہر زمانے میں اس کی نئی صورتیں ہو سکتی ہیں۔ اہل علم کا یہ فرض ہے کہ وہ اپنے زمانے کے مضاحات کو پہچانیں اور اہل اسلام کو اس سے باخبر کریں۔</w:t>
      </w:r>
    </w:p>
    <w:p>
      <w:r>
        <w:rPr>
          <w:b/>
        </w:rPr>
        <w:t xml:space="preserve">[1:44:14] </w:t>
      </w:r>
      <w:r>
        <w:t>khauf aur hikmat. aik hadith rasool in alfaz mein aai hai: ra's al-hikmati makhāfatu Allāhi azza wa jalla shub al-īmān bi al-Bayhaqi yani hikmat ka sira Allah ka khauf hai.</w:t>
      </w:r>
    </w:p>
    <w:p>
      <w:pPr>
        <w:jc w:val="right"/>
      </w:pPr>
      <w:r>
        <w:t>خوف اور حکمت۔ ایک حدیث رسول ان الفاظ میں آئی ہے: رأس الحكمة مخافة الله عز وجل شعب الایمان بالبیہقی یعنی حکمت کا سرا اللہ کا خوف ہے۔</w:t>
      </w:r>
    </w:p>
    <w:p>
      <w:r>
        <w:rPr>
          <w:b/>
        </w:rPr>
        <w:t xml:space="preserve">[1:44:34] </w:t>
      </w:r>
      <w:r>
        <w:t>hikmat se murad wohi cheez hai jis ko wisdom kaha jata hai. yahan yeh sawal hai ke Allah ke khauf se insan ke andar wisdom ki sifat kis tarah paida hoti hai?</w:t>
      </w:r>
    </w:p>
    <w:p>
      <w:pPr>
        <w:jc w:val="right"/>
      </w:pPr>
      <w:r>
        <w:t>حکمت سے مراد وہی چیز ہے جس کو وزڈم کہا جاتا ہے۔ یہاں یہ سوال ہے کہ اللہ کے خوف سے انسان کے اندر وزڈم کی صفت کس طرح پیدا ہوتی ہے؟</w:t>
      </w:r>
    </w:p>
    <w:p>
      <w:r>
        <w:rPr>
          <w:b/>
        </w:rPr>
        <w:t xml:space="preserve">[1:44:46] </w:t>
      </w:r>
      <w:r>
        <w:t>khauf-e-Khuda aur wisdom mein kya ta'alluq hai? is hadith rasool mein jananay ki jo baat hai woh yahi hai. wisdom kya hai?</w:t>
      </w:r>
    </w:p>
    <w:p>
      <w:pPr>
        <w:jc w:val="right"/>
      </w:pPr>
      <w:r>
        <w:t>خوف خدا اور وزڈم میں کیا تعلق ہے؟ اس حدیث رسول میں جاننے کی جو بات ہے وہ یہی ہے۔ وزڈم کیا ہے؟</w:t>
      </w:r>
    </w:p>
    <w:p>
      <w:r>
        <w:rPr>
          <w:b/>
        </w:rPr>
        <w:t xml:space="preserve">[1:44:56] </w:t>
      </w:r>
      <w:r>
        <w:t>wisdom yeh hai ke aadmi ke andar yeh salahiyat ho ke woh kisi muamlay ke ghair muta'alliq pehluon yani irrelevant aspects se alag ho kar soche.</w:t>
      </w:r>
    </w:p>
    <w:p>
      <w:pPr>
        <w:jc w:val="right"/>
      </w:pPr>
      <w:r>
        <w:t>وزڈم یہ ہے کہ آدمی کے اندر یہ صلاحیت ہو کہ وہ کسی معاملے کے غیر متعلق پہلوؤں یعنی ارریلیونٹ ایسپیکٹس سے الگ ہو کر سوچے۔</w:t>
      </w:r>
    </w:p>
    <w:p>
      <w:r>
        <w:rPr>
          <w:b/>
        </w:rPr>
        <w:t xml:space="preserve">[1:45:08] </w:t>
      </w:r>
      <w:r>
        <w:t>jis aadmi ke andar yeh salahiyat ho woh is qabil ho jata hai ke woh muamlay ke baray mein poori tarah mawzu'i rai yani objective opinion tak pohnch jaye.</w:t>
      </w:r>
    </w:p>
    <w:p>
      <w:pPr>
        <w:jc w:val="right"/>
      </w:pPr>
      <w:r>
        <w:t>جس آدمی کے اندر یہ صلاحیت ہو وہ اس قابل ہو جاتا ہے کہ وہ معاملے کے بارے میں پوری طرح موضوعی رائے یعنی ابجیکٹو اوپینین تک پہنچ جائے۔</w:t>
      </w:r>
    </w:p>
    <w:p>
      <w:r>
        <w:rPr>
          <w:b/>
        </w:rPr>
        <w:t xml:space="preserve">[1:45:20] </w:t>
      </w:r>
      <w:r>
        <w:t>woh muamlay ke baray mein as it is andaz mein soch sake. is salahiyat ki bina par aadmi is qabil ho jata hai ke woh muamlay ke baray mein wohi rai qaim kare jo azru-e-waqi'a hona chahiye.</w:t>
      </w:r>
    </w:p>
    <w:p>
      <w:pPr>
        <w:jc w:val="right"/>
      </w:pPr>
      <w:r>
        <w:t>وہ معاملے کے بارے میں ایز اٹ از انداز میں سوچ سکے۔ اس صلاحیت کی بنا پر آدمی اس قابل ہو جاتا ہے کہ وہ معاملے کے بارے میں وہی رائے قائم کرے جو ازروئے واقعہ ہونا چاہیے۔</w:t>
      </w:r>
    </w:p>
    <w:p>
      <w:r>
        <w:rPr>
          <w:b/>
        </w:rPr>
        <w:t xml:space="preserve">[1:45:36] </w:t>
      </w:r>
      <w:r>
        <w:t>is ain durust rai ka naam wisdom hai. insan aam taur par mukhtalif qism ke ghair muta'alliq asraat ke tehat sochta hai.</w:t>
      </w:r>
    </w:p>
    <w:p>
      <w:pPr>
        <w:jc w:val="right"/>
      </w:pPr>
      <w:r>
        <w:t>اس عین درست رائے کا نام وزڈم ہے۔ انسان عام طور پر مختلف قسم کے غیر متعلق اثرات کے تحت سوچتا ہے۔</w:t>
      </w:r>
    </w:p>
    <w:p>
      <w:r>
        <w:rPr>
          <w:b/>
        </w:rPr>
        <w:t xml:space="preserve">[1:45:47] </w:t>
      </w:r>
      <w:r>
        <w:t>mislan ghussa, nafrat, ehsas-e-bartari, jazbatiyat, ananiyat waghera. yeh cheezen aadmi ki rai ko mutasir rai yani biased opinion bana deti hain.</w:t>
      </w:r>
    </w:p>
    <w:p>
      <w:pPr>
        <w:jc w:val="right"/>
      </w:pPr>
      <w:r>
        <w:t>مثلاً غصہ، نفرت، احساس برتری، جذباتیت، انانیت وغیرہ۔ یہ چیزیں آدمی کی رائے کو متاثر رائے یعنی بائسڈ اوپینین بنا دیتی ہیں۔</w:t>
      </w:r>
    </w:p>
    <w:p>
      <w:r>
        <w:rPr>
          <w:b/>
        </w:rPr>
        <w:t xml:space="preserve">[1:46:00] </w:t>
      </w:r>
      <w:r>
        <w:t>is tarah ki ghair durust soch aadmi ko ghair hakimana soch wala insan bana deti hai. agar waqi'i mani mein kisi ke andar Allah ka khauf ho to woh aadmi ki shakhsiyat ko nihayat gehrai ke sath mutasir karta hai.</w:t>
      </w:r>
    </w:p>
    <w:p>
      <w:pPr>
        <w:jc w:val="right"/>
      </w:pPr>
      <w:r>
        <w:t>اس طرح کی غیر درست سوچ آدمی کو غیر حکیمانہ سوچ والا انسان بنا دیتی ہے۔ اگر واقعی معنی میں کسی کے اندر اللہ کا خوف ہو تو وہ آدمی کی شخصیت کو نہایت گہرائی کے ساتھ متاثر کرتا ہے۔</w:t>
      </w:r>
    </w:p>
    <w:p>
      <w:r>
        <w:rPr>
          <w:b/>
        </w:rPr>
        <w:t xml:space="preserve">[1:46:18] </w:t>
      </w:r>
      <w:r>
        <w:t>Allah ka khauf aadmi ke andar aik fikri inqilab paida kar deta hai. Allah ka khauf aadmi ke andar nihayat gehrai ke sath apna muhasiba aap yani introspection ka mizaj paida kar deta hai.</w:t>
      </w:r>
    </w:p>
    <w:p>
      <w:pPr>
        <w:jc w:val="right"/>
      </w:pPr>
      <w:r>
        <w:t>اللہ کا خوف آدمی کے اندر ایک فکری انقلاب پیدا کر دیتا ہے۔ اللہ کا خوف آدمی کے اندر نہایت گہرائی کے ساتھ اپنا محاسبہ آپ یعنی انٹروسپیکشن کا مزاج پیدا کر دیتا ہے۔</w:t>
      </w:r>
    </w:p>
    <w:p>
      <w:r>
        <w:rPr>
          <w:b/>
        </w:rPr>
        <w:t xml:space="preserve">[1:46:35] </w:t>
      </w:r>
      <w:r>
        <w:t>is tarah khauf-e-Khuda ka nateeja yeh hota hai ke aadmi ke andar tamam ghair muta'alliq awamil khatam ho jate hain.</w:t>
      </w:r>
    </w:p>
    <w:p>
      <w:pPr>
        <w:jc w:val="right"/>
      </w:pPr>
      <w:r>
        <w:t>اس طرح خوف خدا کا نتیجہ یہ ہوتا ہے کہ آدمی کے اندر تمام غیر متعلق عوامل ختم ہو جاتے ہیں۔</w:t>
      </w:r>
    </w:p>
    <w:p>
      <w:r>
        <w:rPr>
          <w:b/>
        </w:rPr>
        <w:t xml:space="preserve">[1:46:45] </w:t>
      </w:r>
      <w:r>
        <w:t>aur woh poore ma'non mein insan-e-asli yani man cut to size ban jata hai. aisa insan apni fitrat par qaim ho jata hai.</w:t>
      </w:r>
    </w:p>
    <w:p>
      <w:pPr>
        <w:jc w:val="right"/>
      </w:pPr>
      <w:r>
        <w:t>اور وہ پورے معنوں میں انسان اصلی یعنی مین کٹ ٹو سائز بن جاتا ہے۔ ایسا انسان اپنی فطرت پر قائم ہو جاتا ہے۔</w:t>
      </w:r>
    </w:p>
    <w:p>
      <w:r>
        <w:rPr>
          <w:b/>
        </w:rPr>
        <w:t xml:space="preserve">[1:46:56] </w:t>
      </w:r>
      <w:r>
        <w:t>yahi woh cheez hai jis ko hadith mein hikmat yani wisdom kaha gaya hai. yahi woh sifat hai jis ka saboot ashab-e-rasool ne Sulah Hudaibiyah ke waqt diya tha.</w:t>
      </w:r>
    </w:p>
    <w:p>
      <w:pPr>
        <w:jc w:val="right"/>
      </w:pPr>
      <w:r>
        <w:t>یہی وہ چیز ہے جس کو حدیث میں حکمت یعنی وزڈم کہا گیا ہے۔ یہی وہ صفت ہے جس کا ثبوت اصحاب رسول نے صلح حدیبیہ کے وقت دیا تھا۔</w:t>
      </w:r>
    </w:p>
    <w:p>
      <w:r>
        <w:rPr>
          <w:b/>
        </w:rPr>
        <w:t xml:space="preserve">[1:47:09] </w:t>
      </w:r>
      <w:r>
        <w:t>is waqe'e ka zikr quran mein in alfaaz mein aaya hai: idh ja'ala alladhina kafaroo fi qulubihim al-hamima</w:t>
      </w:r>
    </w:p>
    <w:p>
      <w:pPr>
        <w:jc w:val="right"/>
      </w:pPr>
      <w:r>
        <w:t>اس واقعے کا ذکر قرآن میں ان الفاظ میں آیا ہے: إذ جعل الذين كفروا فی قلوبهم الحمیم</w:t>
      </w:r>
    </w:p>
    <w:p>
      <w:r>
        <w:rPr>
          <w:b/>
        </w:rPr>
        <w:t xml:space="preserve">[1:47:18] </w:t>
      </w:r>
      <w:r>
        <w:t>hamiyata al-jahiliyati fa anzala allah sakanata 'ala rasulihi wa 'ala al-mu'minina wa alzamahum kalimata al-taqwa wa kanu ahqqa biha wa ahluha wa kan allah</w:t>
      </w:r>
    </w:p>
    <w:p>
      <w:pPr>
        <w:jc w:val="right"/>
      </w:pPr>
      <w:r>
        <w:t>حمیت الجاہلیہ فانزل اللہ سکینۃ علی رسولہ وعلی المومنین والزمہم کلمۃ التقویٰ وکانوا أحق بها وأهلها وكان اللہ</w:t>
      </w:r>
    </w:p>
    <w:p>
      <w:r>
        <w:rPr>
          <w:b/>
        </w:rPr>
        <w:t xml:space="preserve">[1:47:34] </w:t>
      </w:r>
      <w:r>
        <w:t>bi-kulli shay'in 'aliman yani jab inkar karne walon ne apne dilon mein hamiyat paida ki, jahiliyat ki hamiyat,</w:t>
      </w:r>
    </w:p>
    <w:p>
      <w:pPr>
        <w:jc w:val="right"/>
      </w:pPr>
      <w:r>
        <w:t>بکل شیء علیما یعنی جب انکار کرنے والوں نے اپنے دلوں میں حمیت پیدا کی، جاہلیت کی حمیت،</w:t>
      </w:r>
    </w:p>
    <w:p>
      <w:r>
        <w:rPr>
          <w:b/>
        </w:rPr>
        <w:t xml:space="preserve">[1:47:44] </w:t>
      </w:r>
      <w:r>
        <w:t>phir allah ne apni taraf se sakenat nazil farmayi apne rasool par aur imaan walon par, aur allah</w:t>
      </w:r>
    </w:p>
    <w:p>
      <w:pPr>
        <w:jc w:val="right"/>
      </w:pPr>
      <w:r>
        <w:t>پھر اللہ نے اپنی طرف سے سکینت نازل فرمائی اپنے رسول پر اور ایمان والوں پر، اور اللہ</w:t>
      </w:r>
    </w:p>
    <w:p>
      <w:r>
        <w:rPr>
          <w:b/>
        </w:rPr>
        <w:t xml:space="preserve">[1:47:52] </w:t>
      </w:r>
      <w:r>
        <w:t>ne un ko taqwa</w:t>
      </w:r>
    </w:p>
    <w:p>
      <w:pPr>
        <w:jc w:val="right"/>
      </w:pPr>
      <w:r>
        <w:t>نے ان کو تقویٰ</w:t>
      </w:r>
    </w:p>
    <w:p>
      <w:r>
        <w:rPr>
          <w:b/>
        </w:rPr>
        <w:t xml:space="preserve">[1:47:54] </w:t>
      </w:r>
      <w:r>
        <w:t>ki baat par jamaye rakha, aur woh is ke ziyada haqdar aur is ke ahl thay, aur Allah har cheez ka janne wala hai.</w:t>
      </w:r>
    </w:p>
    <w:p>
      <w:pPr>
        <w:jc w:val="right"/>
      </w:pPr>
      <w:r>
        <w:t>کی بات پر جمائے رکھا، اور وہ اس کے زیادہ حقدار اور اس کے اہل تھے، اور اللہ ہر چیز کا جاننے والا ہے۔</w:t>
      </w:r>
    </w:p>
    <w:p>
      <w:r>
        <w:rPr>
          <w:b/>
        </w:rPr>
        <w:t xml:space="preserve">[1:48:04] </w:t>
      </w:r>
      <w:r>
        <w:t>While those who denied the truth made it a prestige issue in their hearts, the bigotry of the days of ignorance, God sent His tranquility down onto His messenger and believers and firmly established in them the principle of righteousness, for they were indeed better entitled to it and more worthy of it</w:t>
      </w:r>
    </w:p>
    <w:p>
      <w:pPr>
        <w:jc w:val="right"/>
      </w:pPr>
      <w:r>
        <w:t>While those who denied the truth made it a prestige issue in their hearts, the bigotry of the days of ignorance, God sent His tranquility down onto His messenger and believers and firmly established in them the principle of righteousness, for they were indeed better entitled to it and more worthy of it</w:t>
      </w:r>
    </w:p>
    <w:p>
      <w:r>
        <w:rPr>
          <w:b/>
        </w:rPr>
        <w:t xml:space="preserve">[1:48:30] </w:t>
      </w:r>
      <w:r>
        <w:t>. God has full knowledge of all things. Sulah Hudaibiyah ka muamla jo Paighambar-e-Islam sallallahu alaihi wasallam ke Madani daur mein paish aaya woh aik behad nazuk muamla tha.</w:t>
      </w:r>
    </w:p>
    <w:p>
      <w:pPr>
        <w:jc w:val="right"/>
      </w:pPr>
      <w:r>
        <w:t>. God has full knowledge of all things. صلح حدیبیہ کا معاملہ جو پیغمبر اسلام صلی اللہ علیہ وسلم کے مدنی دور میں پیش آیا وہ ایک بے حد نازک معاملہ تھا۔</w:t>
      </w:r>
    </w:p>
    <w:p>
      <w:r>
        <w:rPr>
          <w:b/>
        </w:rPr>
        <w:t xml:space="preserve">[1:48:45] </w:t>
      </w:r>
      <w:r>
        <w:t>fareeq-e-sani ne apne bigray hue mizaj ki bina par is ko apne liye izzat ka sawal bana liya. is bina par woh is muamlay mein behad jazbati ho gaye.</w:t>
      </w:r>
    </w:p>
    <w:p>
      <w:pPr>
        <w:jc w:val="right"/>
      </w:pPr>
      <w:r>
        <w:t>فریق ثانی نے اپنے بگڑے ہوئے مزاج کی بنا پر اس کو اپنے لیے عزت کا سوال بنا لیا۔ اس بنا پر وہ اس معاملے میں بے حد جذباتی ہو گئے۔</w:t>
      </w:r>
    </w:p>
    <w:p>
      <w:r>
        <w:rPr>
          <w:b/>
        </w:rPr>
        <w:t xml:space="preserve">[1:48:57] </w:t>
      </w:r>
      <w:r>
        <w:t>is ke bar'aks ashab-e-rasool ke andar muttaqiyana mizaj tha. unhon ne apne tahammul ko baqi rakha.</w:t>
      </w:r>
    </w:p>
    <w:p>
      <w:pPr>
        <w:jc w:val="right"/>
      </w:pPr>
      <w:r>
        <w:t>اس کے برعکس اصحاب رسول کے اندر متقیانہ مزاج تھا۔ انہوں نے اپنے تحمل کو باقی رکھا۔</w:t>
      </w:r>
    </w:p>
    <w:p>
      <w:r>
        <w:rPr>
          <w:b/>
        </w:rPr>
        <w:t xml:space="preserve">[1:49:06] </w:t>
      </w:r>
      <w:r>
        <w:t>is bina par woh is qabil ho gaye ke woh is muamlay ko khalis aql yani wisdom ke tehat sochein. yeh aik tareekhi misal hai jis se andaza hota hai ke khauf-e-Khuda se kis tarah aadmi ke andar wisdom ki salahiyat paida ho jati hai.</w:t>
      </w:r>
    </w:p>
    <w:p>
      <w:pPr>
        <w:jc w:val="right"/>
      </w:pPr>
      <w:r>
        <w:t>اس بنا پر وہ اس قابل ہو گئے کہ وہ اس معاملے کو خالص عقل یعنی وزڈم کے تحت سوچیں۔ یہ ایک تاریخی مثال ہے جس سے اندازہ ہوتا ہے کہ خوف خدا سے کس طرح آدمی کے اندر وزڈم کی صلاحیت پیدا ہو جاتی ہے۔</w:t>
      </w:r>
    </w:p>
    <w:p>
      <w:r>
        <w:rPr>
          <w:b/>
        </w:rPr>
        <w:t xml:space="preserve">[1:49:26] </w:t>
      </w:r>
      <w:r>
        <w:t>daneshdanana tareeqa. Sahabi rasool Umair bin Habeeb bin Khashama ne apne bete ko naseehat karte hue kaha: man</w:t>
      </w:r>
    </w:p>
    <w:p>
      <w:pPr>
        <w:jc w:val="right"/>
      </w:pPr>
      <w:r>
        <w:t>دانشمندانہ طریقہ۔ صحابی رسول عمیر بن حبیب بن خماشہ نے اپنے بیٹے کو نصیحت کرتے ہوئے کہا: من</w:t>
      </w:r>
    </w:p>
    <w:p>
      <w:r>
        <w:rPr>
          <w:b/>
        </w:rPr>
        <w:t xml:space="preserve">[1:49:37] </w:t>
      </w:r>
      <w:r>
        <w:t>layardhi bil qaleel mimma yaati bihis safihiradhi bil katheer al mu'jam al ausat lit tabarani yaani jo shakhs nadan ki taraf se pesh</w:t>
      </w:r>
    </w:p>
    <w:p>
      <w:pPr>
        <w:jc w:val="right"/>
      </w:pPr>
      <w:r>
        <w:t>لایرضی بالقلیل مما یأتی بہ الصفیحیرضی بالکثیر المعجم الاوسط للطبرانی یعنی جو شخص نادان کی طرف سے پیش</w:t>
      </w:r>
    </w:p>
    <w:p>
      <w:r>
        <w:rPr>
          <w:b/>
        </w:rPr>
        <w:t xml:space="preserve">[1:49:50] </w:t>
      </w:r>
      <w:r>
        <w:t>aanay walay chotay shar par raazi na hoga, us ko nadan ke baray shar par raazi hona paray</w:t>
      </w:r>
    </w:p>
    <w:p>
      <w:pPr>
        <w:jc w:val="right"/>
      </w:pPr>
      <w:r>
        <w:t>آنے والے چھوٹے شر پر راضی نہ ہوگا، اس کو نادان کے بڑے شر پر راضی ہونا پڑے</w:t>
      </w:r>
    </w:p>
    <w:p>
      <w:r>
        <w:rPr>
          <w:b/>
        </w:rPr>
        <w:t xml:space="preserve">[1:49:58] </w:t>
      </w:r>
      <w:r>
        <w:t>ga.</w:t>
      </w:r>
    </w:p>
    <w:p>
      <w:pPr>
        <w:jc w:val="right"/>
      </w:pPr>
      <w:r>
        <w:t>گا۔</w:t>
      </w:r>
    </w:p>
    <w:p>
      <w:r>
        <w:rPr>
          <w:b/>
        </w:rPr>
        <w:t xml:space="preserve">[1:49:58] </w:t>
      </w:r>
      <w:r>
        <w:t>is qoul sahabi mein ijtamai zindagi ki aik hikmat ko bataya gaya hai. ijtamai zindagi kabhi yaksaan nahi hoti.</w:t>
      </w:r>
    </w:p>
    <w:p>
      <w:pPr>
        <w:jc w:val="right"/>
      </w:pPr>
      <w:r>
        <w:t>اس قول صحابی میں اجتماعی زندگی کی ایک حکمت کو بتایا گیا ہے۔ اجتماعی زندگی کبھی یکساں نہیں ہوتی۔</w:t>
      </w:r>
    </w:p>
    <w:p>
      <w:r>
        <w:rPr>
          <w:b/>
        </w:rPr>
        <w:t xml:space="preserve">[1:50:08] </w:t>
      </w:r>
      <w:r>
        <w:t>ijtamai zindagi mein hamesha mukhtalif qism ke masail pesh aate hain. is bana par bar bar aisa hota hai ke aik shakhs ko doosre ki taraf se aisa tajruba pesh ayega jo uski marzi ke khilaf hoga.</w:t>
      </w:r>
    </w:p>
    <w:p>
      <w:pPr>
        <w:jc w:val="right"/>
      </w:pPr>
      <w:r>
        <w:t>اجتماعی زندگی میں ہمیشہ مختلف قسم کے مسائل پیش آتے ہیں۔ اس بنا پر بار بار ایسا ہوتا ہے کہ ایک شخص کو دوسرے کی طرف سے ایسا تجربہ پیش آئے گا جو اس کی مرضی کے خلاف ہوگا۔</w:t>
      </w:r>
    </w:p>
    <w:p>
      <w:r>
        <w:rPr>
          <w:b/>
        </w:rPr>
        <w:t xml:space="preserve">[1:50:24] </w:t>
      </w:r>
      <w:r>
        <w:t>aise mauqa par sahi tareeqa yeh hai ke araz kiya jaye, na ke takrao shuru kar diya jaye. agar aap aise mauqa par takrao ka tareeqa ikhtiyar karein to woh hamesha chain reaction ka sabab banega.</w:t>
      </w:r>
    </w:p>
    <w:p>
      <w:pPr>
        <w:jc w:val="right"/>
      </w:pPr>
      <w:r>
        <w:t>ایسے موقع پر صحیح طریقہ یہ ہے کہ اعراض کیا جائے، نہ کہ ٹکراؤ شروع کر دیا جائے۔ اگر آپ ایسے موقع پر ٹکراؤ کا طریقہ اختیار کریں تو وہ ہمیشہ چین ری ایکشن کا سبب بنے گا۔</w:t>
      </w:r>
    </w:p>
    <w:p>
      <w:r>
        <w:rPr>
          <w:b/>
        </w:rPr>
        <w:t xml:space="preserve">[1:50:40] </w:t>
      </w:r>
      <w:r>
        <w:t>natija yeh hoga ke aap hamesha kharji masail mein uljhe rahenge aur kabhi bhi apne mansoobe ke mutabiq muassar amal shuru na kar sakenge.</w:t>
      </w:r>
    </w:p>
    <w:p>
      <w:pPr>
        <w:jc w:val="right"/>
      </w:pPr>
      <w:r>
        <w:t>نتیجہ یہ ہوگا کہ آپ ہمیشہ خارجی مسائل میں الجھے رہیں گے اور کبھی بھی اپنے منصوبے کے مطابق مؤثر عمل شروع نہ کر سکیں گے۔</w:t>
      </w:r>
    </w:p>
    <w:p>
      <w:r>
        <w:rPr>
          <w:b/>
        </w:rPr>
        <w:t xml:space="preserve">[1:50:53] </w:t>
      </w:r>
      <w:r>
        <w:t>doosron ke khilaf karwai karne ka matlab yeh hai ke aadmi ne apne aap ko khud apne kaam mein istemal nahi kiya, balke usko doosron ki mukhalifat mein zaya kar diya.</w:t>
      </w:r>
    </w:p>
    <w:p>
      <w:pPr>
        <w:jc w:val="right"/>
      </w:pPr>
      <w:r>
        <w:t>دوسروں کے خلاف کارروائی کرنے کا مطلب یہ ہے کہ آدمی نے اپنے آپ کو خود اپنے کام میں استعمال نہیں کیا، بلکہ اس کو دوسروں کی مخالفت میں ضائع کر دیا۔</w:t>
      </w:r>
    </w:p>
    <w:p>
      <w:r>
        <w:rPr>
          <w:b/>
        </w:rPr>
        <w:t xml:space="preserve">[1:51:07] </w:t>
      </w:r>
      <w:r>
        <w:t>is masle ka wahid hal yeh hai ke sabr o araz ka tareeqa ikhtiyar kiya jaye. doosre alfaz mein, avoidance ka tareeqa.</w:t>
      </w:r>
    </w:p>
    <w:p>
      <w:pPr>
        <w:jc w:val="right"/>
      </w:pPr>
      <w:r>
        <w:t>اس مسئلے کا واحد حل یہ ہے کہ صبر و اعراض کا طریقہ اختیار کیا جائے۔ دوسرے الفاظ میں، اوائڈنس کا طریقہ۔</w:t>
      </w:r>
    </w:p>
    <w:p>
      <w:r>
        <w:rPr>
          <w:b/>
        </w:rPr>
        <w:t xml:space="preserve">[1:51:15] </w:t>
      </w:r>
      <w:r>
        <w:t>is tarah ke mamle mein yahi wahid tareeqa qabil-e-amal hai. koi doosra tareeqa is mamle mein work karne wala nahi.</w:t>
      </w:r>
    </w:p>
    <w:p>
      <w:pPr>
        <w:jc w:val="right"/>
      </w:pPr>
      <w:r>
        <w:t>اس طرح کے معاملے میں یہی واحد طریقہ قابل عمل ہے۔ کوئی دوسرا طریقہ اس معاملے میں ورک کرنے والا نہیں۔</w:t>
      </w:r>
    </w:p>
    <w:p>
      <w:r>
        <w:rPr>
          <w:b/>
        </w:rPr>
        <w:t xml:space="preserve">[1:51:24] </w:t>
      </w:r>
      <w:r>
        <w:t>jab aadmi doosre ki taraf se pesh aane wale nagawar tajrube par araz ka tareeqa ikhtiyar karta hai to woh uske liye aik pro self tareeqa hota hai.</w:t>
      </w:r>
    </w:p>
    <w:p>
      <w:pPr>
        <w:jc w:val="right"/>
      </w:pPr>
      <w:r>
        <w:t>جب آدمی دوسرے کی طرف سے پیش آنے والے ناخوشگوار تجربے پر اعراض کا طریقہ اختیار کرتا ہے تو وہ اس کے لیے ایک پرو سیلف طریقہ ہوتا ہے۔</w:t>
      </w:r>
    </w:p>
    <w:p>
      <w:r>
        <w:rPr>
          <w:b/>
        </w:rPr>
        <w:t xml:space="preserve">[1:51:37] </w:t>
      </w:r>
      <w:r>
        <w:t>is tarah woh khud apne waqt aur apni energy ko bachata hai taake usko woh khud apne faide ke liye istemal kar sake.</w:t>
      </w:r>
    </w:p>
    <w:p>
      <w:pPr>
        <w:jc w:val="right"/>
      </w:pPr>
      <w:r>
        <w:t>اس طرح وہ خود اپنے وقت اور اپنی انرجی کو بچاتا ہے تاکہ اس کو وہ خود اپنے فائدے کے لیے استعمال کرے۔</w:t>
      </w:r>
    </w:p>
    <w:p>
      <w:r>
        <w:rPr>
          <w:b/>
        </w:rPr>
        <w:t xml:space="preserve">[1:51:52] </w:t>
      </w:r>
      <w:r>
        <w:t>gandhi ka adarsh. mahatma gandhi ke dedh sau saal taqreeb ki munasbat se seva gram ashram, wardha ke liye sadar islami markaz ne yeh paigham diya hai: "mahatma gandhi ko india ke log apna adarsh mante hain." yeh adarsh kis mani mein hai?</w:t>
      </w:r>
    </w:p>
    <w:p>
      <w:pPr>
        <w:jc w:val="right"/>
      </w:pPr>
      <w:r>
        <w:t>گاندھی کا آدرش۔ مہاتما گاندھی کے ڈیڑھ سو سالہ تقریب کی مناسبت سے سیوا گرام آشرم، واردہ کے لیے صدر اسلامی مرکز نے یہ پیغام دیا ہے: "مہاتما گاندھی کو انڈیا کے لوگ اپنا آدرش مانتے ہیں۔" یہ آدرش کس معنی میں ہے؟</w:t>
      </w:r>
    </w:p>
    <w:p>
      <w:r>
        <w:rPr>
          <w:b/>
        </w:rPr>
        <w:t xml:space="preserve">[1:52:11] </w:t>
      </w:r>
      <w:r>
        <w:t>do lafz mein woh yeh hai: saada zindagi, oonchi soch. simple living, high thinking. mahatma gandhi ki saada zindagi ko sare log jante hain.</w:t>
      </w:r>
    </w:p>
    <w:p>
      <w:pPr>
        <w:jc w:val="right"/>
      </w:pPr>
      <w:r>
        <w:t>دو لفظ میں وہ یہ ہے: سادہ زندگی، اونچی سوچ۔ Simple living, high thinking. مہاتما گاندھی کی سادہ زندگی کو سارے لوگ جانتے ہیں۔</w:t>
      </w:r>
    </w:p>
    <w:p>
      <w:r>
        <w:rPr>
          <w:b/>
        </w:rPr>
        <w:t xml:space="preserve">[1:52:23] </w:t>
      </w:r>
      <w:r>
        <w:t>misal ke taur par woh dhoti pehente the, lekin unki dhoti bohat zyada saada hoti thi. dhoti ki standard lambai 4.</w:t>
      </w:r>
    </w:p>
    <w:p>
      <w:pPr>
        <w:jc w:val="right"/>
      </w:pPr>
      <w:r>
        <w:t>مثلاً وہ دھوتی پہنتے تھے، لیکن ان کی دھوتی بہت زیادہ سادہ ہوتی تھی۔ دھوتی کی اسٹینڈرڈ لمبائی 4.</w:t>
      </w:r>
    </w:p>
    <w:p>
      <w:r>
        <w:rPr>
          <w:b/>
        </w:rPr>
        <w:t xml:space="preserve">[1:52:33] </w:t>
      </w:r>
      <w:r>
        <w:t>5 meter hoti hai, lekin mahatma gandhi iske aadhe size ki dhoti pehente the. isi tarah mahatma gandhi ka tareeqa har mamle mein saada hota tha.</w:t>
      </w:r>
    </w:p>
    <w:p>
      <w:pPr>
        <w:jc w:val="right"/>
      </w:pPr>
      <w:r>
        <w:t>5 میٹر ہوتی ہے، لیکن مہاتما گاندھی اس کے آدھے سائز کی دھوتی پہنتے تھے۔ اسی طرح مہاتما گاندھی کا طریقہ ہر معاملے میں سادہ ہوتا تھا۔</w:t>
      </w:r>
    </w:p>
    <w:p>
      <w:r>
        <w:rPr>
          <w:b/>
        </w:rPr>
        <w:t xml:space="preserve">[1:52:44] </w:t>
      </w:r>
      <w:r>
        <w:t>mahatma gandhi ne india ke logon ke liye jo lifestyle choda hai, woh aakhri had tak saada tha. mahatma gandhi ki zindagi ka doosra usool yeh tha ke reaction ko avoid karte hue aman ka tareeqa ikhtiyar karna.</w:t>
      </w:r>
    </w:p>
    <w:p>
      <w:pPr>
        <w:jc w:val="right"/>
      </w:pPr>
      <w:r>
        <w:t>مہاتما گاندھی نے انڈیا کے لوگوں کے لیے جو لائف اسٹائل چھوڑا ہے، وہ آخری حد تک سادہ تھا۔ مہاتما گاندھی کی زندگی کا دوسرا اصول یہ تھا کہ ری ایکشن کو اوائڈ کرتے ہوئے امن کا طریقہ اختیار کرنا۔</w:t>
      </w:r>
    </w:p>
    <w:p>
      <w:r>
        <w:rPr>
          <w:b/>
        </w:rPr>
        <w:t xml:space="preserve">[1:53:01] </w:t>
      </w:r>
      <w:r>
        <w:t>mahatma gandhi</w:t>
      </w:r>
    </w:p>
    <w:p>
      <w:pPr>
        <w:jc w:val="right"/>
      </w:pPr>
      <w:r>
        <w:t>مہاتما گاندھی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