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Purpose of Life | April 30, 2017</w:t>
      </w:r>
    </w:p>
    <w:p>
      <w:r>
        <w:t>https://www.youtube.com/watch?v=ue3I3uQEYb8</w:t>
      </w:r>
    </w:p>
    <w:p>
      <w:r>
        <w:rPr>
          <w:b/>
        </w:rPr>
        <w:t xml:space="preserve">[00:14] </w:t>
      </w:r>
      <w:r>
        <w:t>bismillah hir rahman nir rahim wa salallahu ala nabiyyi karim rabbishrah li sadri wa yassir li amri wahlul uqdatan min lisani yafqahu qawli.</w:t>
      </w:r>
    </w:p>
    <w:p>
      <w:pPr>
        <w:jc w:val="right"/>
      </w:pPr>
      <w:r>
        <w:t>بسم الله الرحمن الرحيم وصلى الله على النبي الكريم رب اشرح لی صدری واحل العقدۃ من لسانی یفقہ قولی.</w:t>
      </w:r>
    </w:p>
    <w:p>
      <w:r>
        <w:rPr>
          <w:b/>
        </w:rPr>
        <w:t xml:space="preserve">[00:24] </w:t>
      </w:r>
      <w:r>
        <w:t>taisees April do hazar satrah.</w:t>
      </w:r>
    </w:p>
    <w:p>
      <w:pPr>
        <w:jc w:val="right"/>
      </w:pPr>
      <w:r>
        <w:t>تئیس اپریل دو ہزار سترہ.</w:t>
      </w:r>
    </w:p>
    <w:p>
      <w:r>
        <w:rPr>
          <w:b/>
        </w:rPr>
        <w:t xml:space="preserve">[00:34] </w:t>
      </w:r>
      <w:r>
        <w:t>aaj ka jo yeh yani aaj ka nahi untees ka kal ka</w:t>
      </w:r>
    </w:p>
    <w:p>
      <w:pPr>
        <w:jc w:val="right"/>
      </w:pPr>
      <w:r>
        <w:t>آج کا جو یہ یعنی آج کا نہیں انتیس کا کل کا</w:t>
      </w:r>
    </w:p>
    <w:p>
      <w:r>
        <w:rPr>
          <w:b/>
        </w:rPr>
        <w:t xml:space="preserve">[00:45] </w:t>
      </w:r>
      <w:r>
        <w:t>—</w:t>
      </w:r>
    </w:p>
    <w:p>
      <w:pPr>
        <w:jc w:val="right"/>
      </w:pPr>
      <w:r>
        <w:t>.</w:t>
      </w:r>
    </w:p>
    <w:p>
      <w:r>
        <w:rPr>
          <w:b/>
        </w:rPr>
        <w:t xml:space="preserve">[00:52] </w:t>
      </w:r>
      <w:r>
        <w:t>to is ki is mein aik news hai Donald Trump ke baray mein.</w:t>
      </w:r>
    </w:p>
    <w:p>
      <w:pPr>
        <w:jc w:val="right"/>
      </w:pPr>
      <w:r>
        <w:t>تو اس کی اس میں ایک نیوز ہے ڈونلڈ ٹرمپ کے بارے میں.</w:t>
      </w:r>
    </w:p>
    <w:p>
      <w:r>
        <w:rPr>
          <w:b/>
        </w:rPr>
        <w:t xml:space="preserve">[01:00] </w:t>
      </w:r>
      <w:r>
        <w:t>Donald Trump aap jante hain ke America ke paintaliswein sadar hain forty five.</w:t>
      </w:r>
    </w:p>
    <w:p>
      <w:pPr>
        <w:jc w:val="right"/>
      </w:pPr>
      <w:r>
        <w:t>ڈونلڈ ٹرمپ آپ جانتے ہیں کہ امریکہ کے پینتالیسویں صدر ہیں فورٹی فائیو.</w:t>
      </w:r>
    </w:p>
    <w:p>
      <w:r>
        <w:rPr>
          <w:b/>
        </w:rPr>
        <w:t xml:space="preserve">[01:07] </w:t>
      </w:r>
      <w:r>
        <w:t>to kal un ka</w:t>
      </w:r>
    </w:p>
    <w:p>
      <w:pPr>
        <w:jc w:val="right"/>
      </w:pPr>
      <w:r>
        <w:t>تو کل ان کا</w:t>
      </w:r>
    </w:p>
    <w:p>
      <w:r>
        <w:rPr>
          <w:b/>
        </w:rPr>
        <w:t xml:space="preserve">[01:15] </w:t>
      </w:r>
      <w:r>
        <w:t>White House mein sau din hua poora.</w:t>
      </w:r>
    </w:p>
    <w:p>
      <w:pPr>
        <w:jc w:val="right"/>
      </w:pPr>
      <w:r>
        <w:t>وائٹ ہاؤس میں سو دن ہوا پورا.</w:t>
      </w:r>
    </w:p>
    <w:p>
      <w:r>
        <w:rPr>
          <w:b/>
        </w:rPr>
        <w:t xml:space="preserve">[01:23] </w:t>
      </w:r>
      <w:r>
        <w:t>sau din poora hone par unhon ne aik interview diya.</w:t>
      </w:r>
    </w:p>
    <w:p>
      <w:pPr>
        <w:jc w:val="right"/>
      </w:pPr>
      <w:r>
        <w:t>سو دن پورا ہونے پر انہوں نے ایک انٹرویو دیا.</w:t>
      </w:r>
    </w:p>
    <w:p>
      <w:r>
        <w:rPr>
          <w:b/>
        </w:rPr>
        <w:t xml:space="preserve">[01:30] </w:t>
      </w:r>
      <w:r>
        <w:t>is interview mein unhon ne kaha yani bohat si negative baatein.</w:t>
      </w:r>
    </w:p>
    <w:p>
      <w:pPr>
        <w:jc w:val="right"/>
      </w:pPr>
      <w:r>
        <w:t>اس انٹرویو میں انہوں نے کہا یعنی بہت سی نیگیٹیو باتیں.</w:t>
      </w:r>
    </w:p>
    <w:p>
      <w:r>
        <w:rPr>
          <w:b/>
        </w:rPr>
        <w:t xml:space="preserve">[01:38] </w:t>
      </w:r>
      <w:r>
        <w:t>کہ ان ان کا ایک سینٹنس نقل کیا ہے it was</w:t>
      </w:r>
    </w:p>
    <w:p>
      <w:pPr>
        <w:jc w:val="right"/>
      </w:pPr>
      <w:r>
        <w:t>کہ ان ان کا ایک سینٹنس نقل کیا ہے اٹ واز</w:t>
      </w:r>
    </w:p>
    <w:p>
      <w:r>
        <w:rPr>
          <w:b/>
        </w:rPr>
        <w:t xml:space="preserve">[01:46] </w:t>
      </w:r>
      <w:r>
        <w:t>that I thought I thought it would be easier.</w:t>
      </w:r>
    </w:p>
    <w:p>
      <w:pPr>
        <w:jc w:val="right"/>
      </w:pPr>
      <w:r>
        <w:t>دیٹ آئی تھاٹ آئی تھاٹ اٹ وڈ بی ایزیر.</w:t>
      </w:r>
    </w:p>
    <w:p>
      <w:r>
        <w:rPr>
          <w:b/>
        </w:rPr>
        <w:t xml:space="preserve">[01:56] </w:t>
      </w:r>
      <w:r>
        <w:t>I thought it would be easier for me.</w:t>
      </w:r>
    </w:p>
    <w:p>
      <w:pPr>
        <w:jc w:val="right"/>
      </w:pPr>
      <w:r>
        <w:t>آئی تھاٹ اٹ وڈ بی ایزیر فار می.</w:t>
      </w:r>
    </w:p>
    <w:p>
      <w:r>
        <w:rPr>
          <w:b/>
        </w:rPr>
        <w:t xml:space="preserve">[02:06] </w:t>
      </w:r>
      <w:r>
        <w:t>yani White House mein dakhile se pehle woh samajhte the ke White</w:t>
      </w:r>
    </w:p>
    <w:p>
      <w:pPr>
        <w:jc w:val="right"/>
      </w:pPr>
      <w:r>
        <w:t>یعنی وائٹ ہاؤس میں داخلے سے پہلے وہ سمجھتے تھے کہ وائٹ</w:t>
      </w:r>
    </w:p>
    <w:p>
      <w:r>
        <w:rPr>
          <w:b/>
        </w:rPr>
        <w:t xml:space="preserve">[02:16] </w:t>
      </w:r>
      <w:r>
        <w:t>house un ke liye khwabon ki duniya hogi.</w:t>
      </w:r>
    </w:p>
    <w:p>
      <w:pPr>
        <w:jc w:val="right"/>
      </w:pPr>
      <w:r>
        <w:t>ہاؤس ان کے لیے خوابوں کی دنیا ہوگی.</w:t>
      </w:r>
    </w:p>
    <w:p>
      <w:r>
        <w:rPr>
          <w:b/>
        </w:rPr>
        <w:t xml:space="preserve">[02:22] </w:t>
      </w:r>
      <w:r>
        <w:t>لیکن جب وہ اس میں داخل ہوئے as a president تو معلوم ہوا کہ آپ وہ کچھ اور ہے.</w:t>
      </w:r>
    </w:p>
    <w:p>
      <w:pPr>
        <w:jc w:val="right"/>
      </w:pPr>
      <w:r>
        <w:t>لیکن جب وہ اس میں داخل ہوئے ایز اے پریزیڈنٹ تو معلوم ہوا کہ آپ وہ کچھ اور ہے.</w:t>
      </w:r>
    </w:p>
    <w:p>
      <w:r>
        <w:rPr>
          <w:b/>
        </w:rPr>
        <w:t xml:space="preserve">[02:28] </w:t>
      </w:r>
      <w:r>
        <w:t>misalan har waqt woh tight security mein rehna parta hai un ko.</w:t>
      </w:r>
    </w:p>
    <w:p>
      <w:pPr>
        <w:jc w:val="right"/>
      </w:pPr>
      <w:r>
        <w:t>مثلاً ہر وقت وہ ٹائٹ سیکیورٹی میں رہنا پڑتا ہے ان کو.</w:t>
      </w:r>
    </w:p>
    <w:p>
      <w:r>
        <w:rPr>
          <w:b/>
        </w:rPr>
        <w:t xml:space="preserve">[02:34] </w:t>
      </w:r>
      <w:r>
        <w:t>har waqt tight security mein.</w:t>
      </w:r>
    </w:p>
    <w:p>
      <w:pPr>
        <w:jc w:val="right"/>
      </w:pPr>
      <w:r>
        <w:t>ہر وقت ٹائٹ سیکیورٹی میں.</w:t>
      </w:r>
    </w:p>
    <w:p>
      <w:r>
        <w:rPr>
          <w:b/>
        </w:rPr>
        <w:t xml:space="preserve">[02:41] </w:t>
      </w:r>
      <w:r>
        <w:t>un ka koi free choice nahi hota.</w:t>
      </w:r>
    </w:p>
    <w:p>
      <w:pPr>
        <w:jc w:val="right"/>
      </w:pPr>
      <w:r>
        <w:t>ان کا کوئی فری چوائس نہیں ہوتا.</w:t>
      </w:r>
    </w:p>
    <w:p>
      <w:r>
        <w:rPr>
          <w:b/>
        </w:rPr>
        <w:t xml:space="preserve">[02:47] </w:t>
      </w:r>
      <w:r>
        <w:t>to unhone kaha ke it is like living in cocoon. cocoon aap jante hain chota sa aik khol hota hai jis mein resham ka keera hota hai. cocoon. to aik aik band choti si band duniya mein mujhe rehna padta hai. unhone kaha ke main khud se car ko drive karna mujhe bohat pasand</w:t>
      </w:r>
    </w:p>
    <w:p>
      <w:pPr>
        <w:jc w:val="right"/>
      </w:pPr>
      <w:r>
        <w:t>تو انہوں نے کہا کہ اٹ از لائک لیونگ ان کوکون. کوکون آپ جانتے ہیں چھوٹا سا ایک خول ہوتا ہے جس میں ریشم کا کیڑا ہوتا ہے. کوکون. تو ایک ایک بند چھوٹی سی بند دنیا میں مجھے رہنا پڑتا ہے. انہوں نے کہا کہ میں خود سے کار کو ڈرائیو کرنا مجھے بہت پسند</w:t>
      </w:r>
    </w:p>
    <w:p>
      <w:r>
        <w:rPr>
          <w:b/>
        </w:rPr>
        <w:t xml:space="preserve">[03:17] </w:t>
      </w:r>
      <w:r>
        <w:t>hai.</w:t>
      </w:r>
    </w:p>
    <w:p>
      <w:pPr>
        <w:jc w:val="right"/>
      </w:pPr>
      <w:r>
        <w:t>ہے.</w:t>
      </w:r>
    </w:p>
    <w:p>
      <w:r>
        <w:rPr>
          <w:b/>
        </w:rPr>
        <w:t xml:space="preserve">[03:23] </w:t>
      </w:r>
      <w:r>
        <w:t>lekin ab mein khud se car nahi drive kar sakta. waghera.</w:t>
      </w:r>
    </w:p>
    <w:p>
      <w:pPr>
        <w:jc w:val="right"/>
      </w:pPr>
      <w:r>
        <w:t>لیکن اب میں خود سے کار نہیں ڈرائیو کر سکتا. وغیرہ.</w:t>
      </w:r>
    </w:p>
    <w:p>
      <w:r>
        <w:rPr>
          <w:b/>
        </w:rPr>
        <w:t xml:space="preserve">[03:29] </w:t>
      </w:r>
      <w:r>
        <w:t>to is par sochte hue mujhe samajh aaya ke yeh kisi aik insan ki baat nahi hai sare</w:t>
      </w:r>
    </w:p>
    <w:p>
      <w:pPr>
        <w:jc w:val="right"/>
      </w:pPr>
      <w:r>
        <w:t>تو اس پر سوچتے ہوئے مجھے سمجھ آیا کہ یہ کسی ایک انسان کی بات نہیں ہے سارے</w:t>
      </w:r>
    </w:p>
    <w:p>
      <w:r>
        <w:rPr>
          <w:b/>
        </w:rPr>
        <w:t xml:space="preserve">[03:35] </w:t>
      </w:r>
      <w:r>
        <w:t>insanon ki baat hai.</w:t>
      </w:r>
    </w:p>
    <w:p>
      <w:pPr>
        <w:jc w:val="right"/>
      </w:pPr>
      <w:r>
        <w:t>انسانوں کی بات ہے.</w:t>
      </w:r>
    </w:p>
    <w:p>
      <w:r>
        <w:rPr>
          <w:b/>
        </w:rPr>
        <w:t xml:space="preserve">[03:41] </w:t>
      </w:r>
      <w:r>
        <w:t>sare insan aik target banate hain paisa kamana bara ghar banana</w:t>
      </w:r>
    </w:p>
    <w:p>
      <w:pPr>
        <w:jc w:val="right"/>
      </w:pPr>
      <w:r>
        <w:t>سارے انسان ایک ٹارگٹ بناتے ہیں پیسہ کمانا بڑا گھر بنانا</w:t>
      </w:r>
    </w:p>
    <w:p>
      <w:r>
        <w:rPr>
          <w:b/>
        </w:rPr>
        <w:t xml:space="preserve">[03:47] </w:t>
      </w:r>
      <w:r>
        <w:t>bari position koi bari baat.</w:t>
      </w:r>
    </w:p>
    <w:p>
      <w:pPr>
        <w:jc w:val="right"/>
      </w:pPr>
      <w:r>
        <w:t>بڑی پوزیشن کوئی بڑی بات.</w:t>
      </w:r>
    </w:p>
    <w:p>
      <w:r>
        <w:rPr>
          <w:b/>
        </w:rPr>
        <w:t xml:space="preserve">[03:55] </w:t>
      </w:r>
      <w:r>
        <w:t>lekin jab woh pa lete hain is ko to maloom hota hai ke yeh cheez woh nahi hai</w:t>
      </w:r>
    </w:p>
    <w:p>
      <w:pPr>
        <w:jc w:val="right"/>
      </w:pPr>
      <w:r>
        <w:t>لیکن جب وہ پا لیتے ہیں اس کو تو معلوم ہوتا ہے کہ یہ چیز وہ نہیں ہے</w:t>
      </w:r>
    </w:p>
    <w:p>
      <w:r>
        <w:rPr>
          <w:b/>
        </w:rPr>
        <w:t xml:space="preserve">[04:03] </w:t>
      </w:r>
      <w:r>
        <w:t>jo unhon ne chaha tha.</w:t>
      </w:r>
    </w:p>
    <w:p>
      <w:pPr>
        <w:jc w:val="right"/>
      </w:pPr>
      <w:r>
        <w:t>جو انہوں نے چاہا تھا.</w:t>
      </w:r>
    </w:p>
    <w:p>
      <w:r>
        <w:rPr>
          <w:b/>
        </w:rPr>
        <w:t xml:space="preserve">[04:10] </w:t>
      </w:r>
      <w:r>
        <w:t>تو وہی ہے کہ I thought it would be easy.</w:t>
      </w:r>
    </w:p>
    <w:p>
      <w:pPr>
        <w:jc w:val="right"/>
      </w:pPr>
      <w:r>
        <w:t>تو وہی ہے کہ آئی تھاٹ اٹ وڈ بی ایزی.</w:t>
      </w:r>
    </w:p>
    <w:p>
      <w:r>
        <w:rPr>
          <w:b/>
        </w:rPr>
        <w:t xml:space="preserve">[04:18] </w:t>
      </w:r>
      <w:r>
        <w:t>mein samajhta hoon ke sahi yani is ko re phrase kiya jaye un ke jumle ko to yeh</w:t>
      </w:r>
    </w:p>
    <w:p>
      <w:pPr>
        <w:jc w:val="right"/>
      </w:pPr>
      <w:r>
        <w:t>میں سمجھتا ہوں کہ صحیح یعنی اس کو ری فریز کیا جائے ان کے جملے کو تو یہ</w:t>
      </w:r>
    </w:p>
    <w:p>
      <w:r>
        <w:rPr>
          <w:b/>
        </w:rPr>
        <w:t xml:space="preserve">[04:25] </w:t>
      </w:r>
      <w:r>
        <w:t>ہوگا کہ I thought it would be like paradise for me.</w:t>
      </w:r>
    </w:p>
    <w:p>
      <w:pPr>
        <w:jc w:val="right"/>
      </w:pPr>
      <w:r>
        <w:t>ہوگا کہ آئی تھاٹ اٹ وڈ بی لائک پیرڈائز فار می.</w:t>
      </w:r>
    </w:p>
    <w:p>
      <w:r>
        <w:rPr>
          <w:b/>
        </w:rPr>
        <w:t xml:space="preserve">[04:32] </w:t>
      </w:r>
      <w:r>
        <w:t>mein samajhta tha ke yeh jannat mein dakhle jaisa hoga.</w:t>
      </w:r>
    </w:p>
    <w:p>
      <w:pPr>
        <w:jc w:val="right"/>
      </w:pPr>
      <w:r>
        <w:t>میں سمجھتا تھا کہ یہ جنت میں داخلے جیسا ہوگا.</w:t>
      </w:r>
    </w:p>
    <w:p>
      <w:r>
        <w:rPr>
          <w:b/>
        </w:rPr>
        <w:t xml:space="preserve">[04:38] </w:t>
      </w:r>
      <w:r>
        <w:t>I thought it would be like entry into paradise.</w:t>
      </w:r>
    </w:p>
    <w:p>
      <w:pPr>
        <w:jc w:val="right"/>
      </w:pPr>
      <w:r>
        <w:t>آئی تھاٹ اٹ وڈ بی لائک انٹری انٹو پیرڈائز.</w:t>
      </w:r>
    </w:p>
    <w:p>
      <w:r>
        <w:rPr>
          <w:b/>
        </w:rPr>
        <w:t xml:space="preserve">[04:45] </w:t>
      </w:r>
      <w:r>
        <w:t>lekin aisa nahi hua.</w:t>
      </w:r>
    </w:p>
    <w:p>
      <w:pPr>
        <w:jc w:val="right"/>
      </w:pPr>
      <w:r>
        <w:t>لیکن ایسا نہیں ہوا.</w:t>
      </w:r>
    </w:p>
    <w:p>
      <w:r>
        <w:rPr>
          <w:b/>
        </w:rPr>
        <w:t xml:space="preserve">[04:52] </w:t>
      </w:r>
      <w:r>
        <w:t>to is tarah ke waqeat bohat hain. bohat zyada hain. jin logon ne koi bara target liya aur usko pa liya. jaise america hi mein bill gates hai unhone dolat kamana chaha aur america ke sab se bare dolat mand ban gaye woh richest man of america. lekin jab dolat kama li unhone to maloom hua ke</w:t>
      </w:r>
    </w:p>
    <w:p>
      <w:pPr>
        <w:jc w:val="right"/>
      </w:pPr>
      <w:r>
        <w:t>تو اس طرح کے واقعات بہت ہیں. بہت زیادہ ہیں. جن لوگوں نے کوئی بڑا ٹارگٹ لیا اور اس کو پا لیا. جیسے امریکہ ہی میں بل گیٹ ہے انہوں نے دولت کمانا چاہا اور امریکہ کے سب سے بڑے دولت مند بن گئے وہ رچسٹ مین آف امریکہ. لیکن جب دولت کما لی انہوں نے تو معلوم ہوا کہ</w:t>
      </w:r>
    </w:p>
    <w:p>
      <w:r>
        <w:rPr>
          <w:b/>
        </w:rPr>
        <w:t xml:space="preserve">[05:22] </w:t>
      </w:r>
      <w:r>
        <w:t>dolat to kuch bhi nahin. dolat to kuch bhi nahin. to har ek ka yeh jumla hai goya aakhri pe aai thought it would be like paradise for me but it was not. i thought it would be like paradise for me but a</w:t>
      </w:r>
    </w:p>
    <w:p>
      <w:pPr>
        <w:jc w:val="right"/>
      </w:pPr>
      <w:r>
        <w:t>دولت تو کچھ بھی نہیں. دولت تو کچھ بھی نہیں. تو ہر ایک کا یہ جملہ ہے گویا آخری پہ آئی تھاٹ اٹ وڈ بی لائک پیرڈائز فار می بٹ اٹ واز ناٹ. آئی تھاٹ اٹ وڈ بی لائک پیرڈائز فار می بٹ ا</w:t>
      </w:r>
    </w:p>
    <w:p>
      <w:r>
        <w:rPr>
          <w:b/>
        </w:rPr>
        <w:t xml:space="preserve">[05:52] </w:t>
      </w:r>
      <w:r>
        <w:t>it was not.</w:t>
      </w:r>
    </w:p>
    <w:p>
      <w:pPr>
        <w:jc w:val="right"/>
      </w:pPr>
      <w:r>
        <w:t>ٹ واز ناٹ.</w:t>
      </w:r>
    </w:p>
    <w:p>
      <w:r>
        <w:rPr>
          <w:b/>
        </w:rPr>
        <w:t xml:space="preserve">[05:58] </w:t>
      </w:r>
      <w:r>
        <w:t>to is par maine socha ke yeh mamla kya hai.</w:t>
      </w:r>
    </w:p>
    <w:p>
      <w:pPr>
        <w:jc w:val="right"/>
      </w:pPr>
      <w:r>
        <w:t>تو اس پر میں نے سوچا کہ یہ معاملہ کیا ہے.</w:t>
      </w:r>
    </w:p>
    <w:p>
      <w:r>
        <w:rPr>
          <w:b/>
        </w:rPr>
        <w:t xml:space="preserve">[06:04] </w:t>
      </w:r>
      <w:r>
        <w:t>to maine soch paya ke jo guard ka jo krishan plan hai guard ke krishan plan ke</w:t>
      </w:r>
    </w:p>
    <w:p>
      <w:pPr>
        <w:jc w:val="right"/>
      </w:pPr>
      <w:r>
        <w:t>تو میں نے سوچ پایا کہ جو گارڈ کا جو کرشن پلان ہے گارڈ کے کرشن پلان کے</w:t>
      </w:r>
    </w:p>
    <w:p>
      <w:r>
        <w:rPr>
          <w:b/>
        </w:rPr>
        <w:t xml:space="preserve">[06:10] </w:t>
      </w:r>
      <w:r>
        <w:t>mutabiq present world ki hesiyat woh hai nahi jo chahte hain log samajhte hain jo.</w:t>
      </w:r>
    </w:p>
    <w:p>
      <w:pPr>
        <w:jc w:val="right"/>
      </w:pPr>
      <w:r>
        <w:t>مطابق پریزنٹ ورلڈ کی حیثیت وہ ہے نہیں جو چاہتے ہیں لوگ سمجھتے ہیں جو.</w:t>
      </w:r>
    </w:p>
    <w:p>
      <w:r>
        <w:rPr>
          <w:b/>
        </w:rPr>
        <w:t xml:space="preserve">[06:16] </w:t>
      </w:r>
      <w:r>
        <w:t>guard ke krishan plan ke mutabiq</w:t>
      </w:r>
    </w:p>
    <w:p>
      <w:pPr>
        <w:jc w:val="right"/>
      </w:pPr>
      <w:r>
        <w:t>گارڈ کے کرشن پلان کے مطابق</w:t>
      </w:r>
    </w:p>
    <w:p>
      <w:r>
        <w:rPr>
          <w:b/>
        </w:rPr>
        <w:t xml:space="preserve">[06:22] </w:t>
      </w:r>
      <w:r>
        <w:t>maujood duniya ki woh hesiyat hai nahin jo chahte hain log. gard ke krishan plan ke mutabiq maujood duniya sirf tajrube ke liye hai. mani paane ke liye nahin hai. yani it is for experience and not for finding. present world is for ex</w:t>
      </w:r>
    </w:p>
    <w:p>
      <w:pPr>
        <w:jc w:val="right"/>
      </w:pPr>
      <w:r>
        <w:t>موجود دنیا کی وہ حیثیت ہے نہیں جو چاہتے ہیں لوگ. گارڈ کے کرشن پلان کے مطابق موجود دنیا صرف تجربے کے لیے ہے. معنی پانے کے لیے نہیں ہے. یعنی اٹ از فار ایکسپیرینس اینڈ ناٹ فار فائنڈنگ. پریزنٹ ورلڈ از فار ایکس</w:t>
      </w:r>
    </w:p>
    <w:p>
      <w:r>
        <w:rPr>
          <w:b/>
        </w:rPr>
        <w:t xml:space="preserve">[06:52] </w:t>
      </w:r>
      <w:r>
        <w:t>experience and not for finding.</w:t>
      </w:r>
    </w:p>
    <w:p>
      <w:pPr>
        <w:jc w:val="right"/>
      </w:pPr>
      <w:r>
        <w:t>پیرینس اینڈ ناٹ فار فائنڈنگ.</w:t>
      </w:r>
    </w:p>
    <w:p>
      <w:r>
        <w:rPr>
          <w:b/>
        </w:rPr>
        <w:t xml:space="preserve">[06:59] </w:t>
      </w:r>
      <w:r>
        <w:t>experience ka matlab yeh hai ke is dunya mein har lamha hamein naye naye observation hote hain naye</w:t>
      </w:r>
    </w:p>
    <w:p>
      <w:pPr>
        <w:jc w:val="right"/>
      </w:pPr>
      <w:r>
        <w:t>ایکسپیرینس کا مطلب یہ ہے کہ اس دنیا میں ہر لمحہ ہمیں نئے نئے ابزرویشن ہوتے ہیں نئے</w:t>
      </w:r>
    </w:p>
    <w:p>
      <w:r>
        <w:rPr>
          <w:b/>
        </w:rPr>
        <w:t xml:space="preserve">[07:05] </w:t>
      </w:r>
      <w:r>
        <w:t>naye baatein samne aati hain.</w:t>
      </w:r>
    </w:p>
    <w:p>
      <w:pPr>
        <w:jc w:val="right"/>
      </w:pPr>
      <w:r>
        <w:t>نئے باتیں سامنے آتی ہیں.</w:t>
      </w:r>
    </w:p>
    <w:p>
      <w:r>
        <w:rPr>
          <w:b/>
        </w:rPr>
        <w:t xml:space="preserve">[07:12] </w:t>
      </w:r>
      <w:r>
        <w:t>to is se hamein ek tajurba lena hai ek sabak lena hai.</w:t>
      </w:r>
    </w:p>
    <w:p>
      <w:pPr>
        <w:jc w:val="right"/>
      </w:pPr>
      <w:r>
        <w:t>تو اس سے ہمیں ایک تجربہ لینا ہے ایک سبق لینا ہے.</w:t>
      </w:r>
    </w:p>
    <w:p>
      <w:r>
        <w:rPr>
          <w:b/>
        </w:rPr>
        <w:t xml:space="preserve">[07:18] </w:t>
      </w:r>
      <w:r>
        <w:t>misal aap telescope se study karte hain galaxy ki</w:t>
      </w:r>
    </w:p>
    <w:p>
      <w:pPr>
        <w:jc w:val="right"/>
      </w:pPr>
      <w:r>
        <w:t>مثلاً آپ ٹیلیسکوپ سے اسٹڈی کرتے ہیں گلیکسی کی</w:t>
      </w:r>
    </w:p>
    <w:p>
      <w:r>
        <w:rPr>
          <w:b/>
        </w:rPr>
        <w:t xml:space="preserve">[07:25] </w:t>
      </w:r>
      <w:r>
        <w:t>ya solar system ki to aap ko bohat hi waseeh duniya dikhai parti hai. that is experience. yani is se aap ko yeh jaanna hai ke is kainat ka creator kitna bada hoga kitna bada hoga jis ne itni badi duniya banai. yani gard ka greatness jo hai us ko daryaft karna. yeh maqsad hai. kyunke aap chand saal ke andar mar jate</w:t>
      </w:r>
    </w:p>
    <w:p>
      <w:pPr>
        <w:jc w:val="right"/>
      </w:pPr>
      <w:r>
        <w:t>یا سولر سسٹم کی تو آپ کو بہت ہی وسیع دنیا دکھائی پڑتی ہے. دیٹ از ایکسپیرینس. یعنی اس سے آپ کو یہ جاننا ہے کہ اس کائنات کا کریٹر کتنا بڑا ہوگا کتنا بڑا ہوگا جس نے اتنی بڑی دنیا بنائی. یعنی گارڈ کا گریٹنس جو ہے اس کو دریافت کرنا. یہ مقصد ہے. کیونکہ آپ چند سال کے اندر مر جاتے</w:t>
      </w:r>
    </w:p>
    <w:p>
      <w:r>
        <w:rPr>
          <w:b/>
        </w:rPr>
        <w:t xml:space="preserve">[07:55] </w:t>
      </w:r>
      <w:r>
        <w:t>hain.</w:t>
      </w:r>
    </w:p>
    <w:p>
      <w:pPr>
        <w:jc w:val="right"/>
      </w:pPr>
      <w:r>
        <w:t>ہیں.</w:t>
      </w:r>
    </w:p>
    <w:p>
      <w:r>
        <w:rPr>
          <w:b/>
        </w:rPr>
        <w:t xml:space="preserve">[08:00] </w:t>
      </w:r>
      <w:r>
        <w:t>yani active years insan ke is dunya mein bohat se bohat 70 saal hain active years.</w:t>
      </w:r>
    </w:p>
    <w:p>
      <w:pPr>
        <w:jc w:val="right"/>
      </w:pPr>
      <w:r>
        <w:t>یعنی ایکٹیو ایئرز انسان کے اس دنیا میں بہت سے بہت ستر سال ہیں ایکٹیو ایئرز.</w:t>
      </w:r>
    </w:p>
    <w:p>
      <w:r>
        <w:rPr>
          <w:b/>
        </w:rPr>
        <w:t xml:space="preserve">[08:05] </w:t>
      </w:r>
      <w:r>
        <w:t>is 70 saal mein shuru ke zamane khatam kar diye to bohat se bohat hi insan ke paas</w:t>
      </w:r>
    </w:p>
    <w:p>
      <w:pPr>
        <w:jc w:val="right"/>
      </w:pPr>
      <w:r>
        <w:t>اس ستر سال میں شروع کے زمانے ختم کر دیے تو بہت سے بہت ہی انسان کے پاس</w:t>
      </w:r>
    </w:p>
    <w:p>
      <w:r>
        <w:rPr>
          <w:b/>
        </w:rPr>
        <w:t xml:space="preserve">[08:10] </w:t>
      </w:r>
      <w:r>
        <w:t>50 saal hain.</w:t>
      </w:r>
    </w:p>
    <w:p>
      <w:pPr>
        <w:jc w:val="right"/>
      </w:pPr>
      <w:r>
        <w:t>پچاس سال ہیں.</w:t>
      </w:r>
    </w:p>
    <w:p>
      <w:r>
        <w:rPr>
          <w:b/>
        </w:rPr>
        <w:t xml:space="preserve">[08:16] </w:t>
      </w:r>
      <w:r>
        <w:t>50 saal bas.</w:t>
      </w:r>
    </w:p>
    <w:p>
      <w:pPr>
        <w:jc w:val="right"/>
      </w:pPr>
      <w:r>
        <w:t>پچاس سال بس.</w:t>
      </w:r>
    </w:p>
    <w:p>
      <w:r>
        <w:rPr>
          <w:b/>
        </w:rPr>
        <w:t xml:space="preserve">[08:21] </w:t>
      </w:r>
      <w:r>
        <w:t>to 50 saal mein aadmi ko sirf experience mil sakta hai finding nahi mil sakti.</w:t>
      </w:r>
    </w:p>
    <w:p>
      <w:pPr>
        <w:jc w:val="right"/>
      </w:pPr>
      <w:r>
        <w:t>تو پچاس سال میں آدمی کو صرف ایکسپیرینس مل سکتا ہے فائنڈنگ نہیں مل سکتی.</w:t>
      </w:r>
    </w:p>
    <w:p>
      <w:r>
        <w:rPr>
          <w:b/>
        </w:rPr>
        <w:t xml:space="preserve">[08:26] </w:t>
      </w:r>
      <w:r>
        <w:t>yani 50 saal mein insan jannat nahi bana sakta.</w:t>
      </w:r>
    </w:p>
    <w:p>
      <w:pPr>
        <w:jc w:val="right"/>
      </w:pPr>
      <w:r>
        <w:t>یعنی پچاس سال میں انسان جنت نہیں بنا سکتا.</w:t>
      </w:r>
    </w:p>
    <w:p>
      <w:r>
        <w:rPr>
          <w:b/>
        </w:rPr>
        <w:t xml:space="preserve">[08:31] </w:t>
      </w:r>
      <w:r>
        <w:t>woh sirf yeh jaan sakta hai ke is dunya mein jannat banne wali hai nahi.</w:t>
      </w:r>
    </w:p>
    <w:p>
      <w:pPr>
        <w:jc w:val="right"/>
      </w:pPr>
      <w:r>
        <w:t>وہ صرف یہ جان سکتا ہے کہ اس دنیا میں جنت بننے والی ہے نہیں.</w:t>
      </w:r>
    </w:p>
    <w:p>
      <w:r>
        <w:rPr>
          <w:b/>
        </w:rPr>
        <w:t xml:space="preserve">[08:35] </w:t>
      </w:r>
      <w:r>
        <w:t>yeh dunya jo jis mein hum paida hote hain yeh jannat ke liye paradise ke liye hai nahi.</w:t>
      </w:r>
    </w:p>
    <w:p>
      <w:pPr>
        <w:jc w:val="right"/>
      </w:pPr>
      <w:r>
        <w:t>یہ دنیا جو جس میں ہم پیدا ہوتے ہیں یہ جنت کے لیے پیرڈائز کے لیے ہے نہیں.</w:t>
      </w:r>
    </w:p>
    <w:p>
      <w:r>
        <w:rPr>
          <w:b/>
        </w:rPr>
        <w:t xml:space="preserve">[08:39] </w:t>
      </w:r>
      <w:r>
        <w:t>yeh jaan sakte hain bas.</w:t>
      </w:r>
    </w:p>
    <w:p>
      <w:pPr>
        <w:jc w:val="right"/>
      </w:pPr>
      <w:r>
        <w:t>یہ جان سکتے ہیں بس.</w:t>
      </w:r>
    </w:p>
    <w:p>
      <w:r>
        <w:rPr>
          <w:b/>
        </w:rPr>
        <w:t xml:space="preserve">[08:43] </w:t>
      </w:r>
      <w:r>
        <w:t>isi discovery tak pahunch sakte hain.</w:t>
      </w:r>
    </w:p>
    <w:p>
      <w:pPr>
        <w:jc w:val="right"/>
      </w:pPr>
      <w:r>
        <w:t>اسی ڈسکوری تک پہنچ سکتے ہیں.</w:t>
      </w:r>
    </w:p>
    <w:p>
      <w:r>
        <w:rPr>
          <w:b/>
        </w:rPr>
        <w:t xml:space="preserve">[08:48] </w:t>
      </w:r>
      <w:r>
        <w:t>pachas saal mein.</w:t>
      </w:r>
    </w:p>
    <w:p>
      <w:pPr>
        <w:jc w:val="right"/>
      </w:pPr>
      <w:r>
        <w:t>پچاس سال میں.</w:t>
      </w:r>
    </w:p>
    <w:p>
      <w:r>
        <w:rPr>
          <w:b/>
        </w:rPr>
        <w:t xml:space="preserve">[08:52] </w:t>
      </w:r>
      <w:r>
        <w:t>to jab yeh daryaft hoti hai aap ko to aap</w:t>
      </w:r>
    </w:p>
    <w:p>
      <w:pPr>
        <w:jc w:val="right"/>
      </w:pPr>
      <w:r>
        <w:t>تو جب یہ دریافت ہوتی ہے آپ کو تو آپ</w:t>
      </w:r>
    </w:p>
    <w:p>
      <w:r>
        <w:rPr>
          <w:b/>
        </w:rPr>
        <w:t xml:space="preserve">[08:56] </w:t>
      </w:r>
      <w:r>
        <w:t>ki zindagi ka naja badal badal jayega.</w:t>
      </w:r>
    </w:p>
    <w:p>
      <w:pPr>
        <w:jc w:val="right"/>
      </w:pPr>
      <w:r>
        <w:t>کی زندگی کا نج بدل بدل جائے گا.</w:t>
      </w:r>
    </w:p>
    <w:p>
      <w:r>
        <w:rPr>
          <w:b/>
        </w:rPr>
        <w:t xml:space="preserve">[09:02] </w:t>
      </w:r>
      <w:r>
        <w:t>yani guard oriented life ban jayegi aap ki.</w:t>
      </w:r>
    </w:p>
    <w:p>
      <w:pPr>
        <w:jc w:val="right"/>
      </w:pPr>
      <w:r>
        <w:t>یعنی گارڈ اورینٹڈ لائف بن جائے گی آپ کی.</w:t>
      </w:r>
    </w:p>
    <w:p>
      <w:r>
        <w:rPr>
          <w:b/>
        </w:rPr>
        <w:t xml:space="preserve">[09:09] </w:t>
      </w:r>
      <w:r>
        <w:t>jab aap dekhenge galaxy ko to khuda glory aap dekhenge.</w:t>
      </w:r>
    </w:p>
    <w:p>
      <w:pPr>
        <w:jc w:val="right"/>
      </w:pPr>
      <w:r>
        <w:t>جب آپ دیکھیں گے گلیکسی کو تو خدا گلوری آپ دیکھیں گے.</w:t>
      </w:r>
    </w:p>
    <w:p>
      <w:r>
        <w:rPr>
          <w:b/>
        </w:rPr>
        <w:t xml:space="preserve">[09:15] </w:t>
      </w:r>
      <w:r>
        <w:t>jab dekhenge aap solar system ko to aap ko guard ki wisdom dikhai degi.</w:t>
      </w:r>
    </w:p>
    <w:p>
      <w:pPr>
        <w:jc w:val="right"/>
      </w:pPr>
      <w:r>
        <w:t>جب دیکھیں گے آپ سولر سسٹم کو تو آپ کو گارڈ کی وزڈم دکھائی دے گی.</w:t>
      </w:r>
    </w:p>
    <w:p>
      <w:r>
        <w:rPr>
          <w:b/>
        </w:rPr>
        <w:t xml:space="preserve">[09:21] </w:t>
      </w:r>
      <w:r>
        <w:t>jab aap dekhenge pahadon ko samundaron ko to aap ko khuda ki</w:t>
      </w:r>
    </w:p>
    <w:p>
      <w:pPr>
        <w:jc w:val="right"/>
      </w:pPr>
      <w:r>
        <w:t>جب آپ دیکھیں گے پہاڑوں کو سمندروں کو تو آپ کو خدا کی</w:t>
      </w:r>
    </w:p>
    <w:p>
      <w:r>
        <w:rPr>
          <w:b/>
        </w:rPr>
        <w:t xml:space="preserve">[09:27] </w:t>
      </w:r>
      <w:r>
        <w:t>blessing dikhai degi.</w:t>
      </w:r>
    </w:p>
    <w:p>
      <w:pPr>
        <w:jc w:val="right"/>
      </w:pPr>
      <w:r>
        <w:t>بلیسنگ دکھائی دے گی.</w:t>
      </w:r>
    </w:p>
    <w:p>
      <w:r>
        <w:rPr>
          <w:b/>
        </w:rPr>
        <w:t xml:space="preserve">[09:33] </w:t>
      </w:r>
      <w:r>
        <w:t>aap jab dekhenge hawaon ko barish ko to aap discover karenge ke khuda kitna meherban hai</w:t>
      </w:r>
    </w:p>
    <w:p>
      <w:pPr>
        <w:jc w:val="right"/>
      </w:pPr>
      <w:r>
        <w:t>آپ جب دیکھیں گے ہواؤں کو بارش کو تو آپ ڈسکور کریں گے کہ خدا کتنا مہربان ہے</w:t>
      </w:r>
    </w:p>
    <w:p>
      <w:r>
        <w:rPr>
          <w:b/>
        </w:rPr>
        <w:t xml:space="preserve">[09:39] </w:t>
      </w:r>
      <w:r>
        <w:t>insan ke upar.</w:t>
      </w:r>
    </w:p>
    <w:p>
      <w:pPr>
        <w:jc w:val="right"/>
      </w:pPr>
      <w:r>
        <w:t>انسان کے اوپر.</w:t>
      </w:r>
    </w:p>
    <w:p>
      <w:r>
        <w:rPr>
          <w:b/>
        </w:rPr>
        <w:t xml:space="preserve">[09:45] </w:t>
      </w:r>
      <w:r>
        <w:t>phir jab aap janenge ke hum hamare paas duniya mein bohat limited time hai hum enjoy karne</w:t>
      </w:r>
    </w:p>
    <w:p>
      <w:pPr>
        <w:jc w:val="right"/>
      </w:pPr>
      <w:r>
        <w:t>پھر جب آپ جانیں گے کہ ہم ہمارے پاس دنیا میں بہت لمیٹڈ ٹائم ہے ہم انجوائے کرنے</w:t>
      </w:r>
    </w:p>
    <w:p>
      <w:r>
        <w:rPr>
          <w:b/>
        </w:rPr>
        <w:t xml:space="preserve">[09:52] </w:t>
      </w:r>
      <w:r>
        <w:t>kar nahi sakte</w:t>
      </w:r>
    </w:p>
    <w:p>
      <w:pPr>
        <w:jc w:val="right"/>
      </w:pPr>
      <w:r>
        <w:t>کر نہیں سکتے</w:t>
      </w:r>
    </w:p>
    <w:p>
      <w:r>
        <w:rPr>
          <w:b/>
        </w:rPr>
        <w:t xml:space="preserve">[09:58] </w:t>
      </w:r>
      <w:r>
        <w:t>.</w:t>
      </w:r>
    </w:p>
    <w:p>
      <w:pPr>
        <w:jc w:val="right"/>
      </w:pPr>
      <w:r>
        <w:t>.</w:t>
      </w:r>
    </w:p>
    <w:p>
      <w:r>
        <w:rPr>
          <w:b/>
        </w:rPr>
        <w:t xml:space="preserve">[10:03] </w:t>
      </w:r>
      <w:r>
        <w:t>pachas saal mein koi kya enjoy karega.</w:t>
      </w:r>
    </w:p>
    <w:p>
      <w:pPr>
        <w:jc w:val="right"/>
      </w:pPr>
      <w:r>
        <w:t>پچاس سال میں کوئی کیا انجوائے کرے گا.</w:t>
      </w:r>
    </w:p>
    <w:p>
      <w:r>
        <w:rPr>
          <w:b/>
        </w:rPr>
        <w:t xml:space="preserve">[10:08] </w:t>
      </w:r>
      <w:r>
        <w:t>to phir aap discover karte hain ke is duniya mein hamein sirf jannat wala banna hai.</w:t>
      </w:r>
    </w:p>
    <w:p>
      <w:pPr>
        <w:jc w:val="right"/>
      </w:pPr>
      <w:r>
        <w:t>تو پھر آپ ڈسکور کرتے ہیں کہ اس دنیا میں ہمیں صرف جنت والا بننا ہے.</w:t>
      </w:r>
    </w:p>
    <w:p>
      <w:r>
        <w:rPr>
          <w:b/>
        </w:rPr>
        <w:t xml:space="preserve">[10:13] </w:t>
      </w:r>
      <w:r>
        <w:t>khud jannat nahi taameer karna.</w:t>
      </w:r>
    </w:p>
    <w:p>
      <w:pPr>
        <w:jc w:val="right"/>
      </w:pPr>
      <w:r>
        <w:t>خود جنت نہیں تعمیر کرنا.</w:t>
      </w:r>
    </w:p>
    <w:p>
      <w:r>
        <w:rPr>
          <w:b/>
        </w:rPr>
        <w:t xml:space="preserve">[10:18] </w:t>
      </w:r>
      <w:r>
        <w:t>yani duniya jo hai yahan par taameer shakhsiyat mumkin hai taameer jannat nahi.</w:t>
      </w:r>
    </w:p>
    <w:p>
      <w:pPr>
        <w:jc w:val="right"/>
      </w:pPr>
      <w:r>
        <w:t>یعنی دنیا جو ہے یہاں پر تعمیر شخصیت ممکن ہے تعمیر جنت نہیں.</w:t>
      </w:r>
    </w:p>
    <w:p>
      <w:r>
        <w:rPr>
          <w:b/>
        </w:rPr>
        <w:t xml:space="preserve">[10:23] </w:t>
      </w:r>
      <w:r>
        <w:t>yeh bohat hi zyada mind boggling discovery hai.</w:t>
      </w:r>
    </w:p>
    <w:p>
      <w:pPr>
        <w:jc w:val="right"/>
      </w:pPr>
      <w:r>
        <w:t>یہ بہت ہی زیادہ مائنڈ باگرنگ ڈسکوری ہے.</w:t>
      </w:r>
    </w:p>
    <w:p>
      <w:r>
        <w:rPr>
          <w:b/>
        </w:rPr>
        <w:t xml:space="preserve">[10:28] </w:t>
      </w:r>
      <w:r>
        <w:t>ke present world jo hai woh jannat ki taameer ke liye nahi hai.</w:t>
      </w:r>
    </w:p>
    <w:p>
      <w:pPr>
        <w:jc w:val="right"/>
      </w:pPr>
      <w:r>
        <w:t>کہ پریزنٹ ورلڈ جو ہے وہ جنت کی تعمیر کے لیے نہیں ہے.</w:t>
      </w:r>
    </w:p>
    <w:p>
      <w:r>
        <w:rPr>
          <w:b/>
        </w:rPr>
        <w:t xml:space="preserve">[10:34] </w:t>
      </w:r>
      <w:r>
        <w:t>woh shakhsiyat ki taameer ke liye hai.</w:t>
      </w:r>
    </w:p>
    <w:p>
      <w:pPr>
        <w:jc w:val="right"/>
      </w:pPr>
      <w:r>
        <w:t>وہ شخصیت کی تعمیر کے لیے ہے.</w:t>
      </w:r>
    </w:p>
    <w:p>
      <w:r>
        <w:rPr>
          <w:b/>
        </w:rPr>
        <w:t xml:space="preserve">[10:40] </w:t>
      </w:r>
      <w:r>
        <w:t>aisi aisi shakhsiyat aisi personality jo agle zindagi ke agle marhale mein jis ko select kiya jaye select</w:t>
      </w:r>
    </w:p>
    <w:p>
      <w:pPr>
        <w:jc w:val="right"/>
      </w:pPr>
      <w:r>
        <w:t>ایسی ایسی شخصیت ایسی پرسنیلٹی جو اگلے زندگی کے اگلے مرحلے میں جس کو سلیکٹ کیا جائے سلیکٹ</w:t>
      </w:r>
    </w:p>
    <w:p>
      <w:r>
        <w:rPr>
          <w:b/>
        </w:rPr>
        <w:t xml:space="preserve">[10:46] </w:t>
      </w:r>
      <w:r>
        <w:t>jannat mein settle settle karne ke liye.</w:t>
      </w:r>
    </w:p>
    <w:p>
      <w:pPr>
        <w:jc w:val="right"/>
      </w:pPr>
      <w:r>
        <w:t>جنت میں سیٹل سیٹل کرنے کے لیے.</w:t>
      </w:r>
    </w:p>
    <w:p>
      <w:r>
        <w:rPr>
          <w:b/>
        </w:rPr>
        <w:t xml:space="preserve">[10:52] </w:t>
      </w:r>
      <w:r>
        <w:t>ulaika munabbin wa siddiqeen wa</w:t>
      </w:r>
    </w:p>
    <w:p>
      <w:pPr>
        <w:jc w:val="right"/>
      </w:pPr>
      <w:r>
        <w:t>اولائک معنبین وصدیقین و</w:t>
      </w:r>
    </w:p>
    <w:p>
      <w:r>
        <w:rPr>
          <w:b/>
        </w:rPr>
        <w:t xml:space="preserve">[10:58] </w:t>
      </w:r>
      <w:r>
        <w:t>shuhada wa salihin wa aswun ulaika rafeeqah.</w:t>
      </w:r>
    </w:p>
    <w:p>
      <w:pPr>
        <w:jc w:val="right"/>
      </w:pPr>
      <w:r>
        <w:t>شہدائے وصالحین واسون اولائک رفیقہ.</w:t>
      </w:r>
    </w:p>
    <w:p>
      <w:r>
        <w:rPr>
          <w:b/>
        </w:rPr>
        <w:t xml:space="preserve">[11:04] </w:t>
      </w:r>
      <w:r>
        <w:t>ga ek duniya banne wali hai husn rifaqat ki duniya.</w:t>
      </w:r>
    </w:p>
    <w:p>
      <w:pPr>
        <w:jc w:val="right"/>
      </w:pPr>
      <w:r>
        <w:t>گا ایک دنیا بننے والی ہے حسن رفاقت کی دنیا.</w:t>
      </w:r>
    </w:p>
    <w:p>
      <w:r>
        <w:rPr>
          <w:b/>
        </w:rPr>
        <w:t xml:space="preserve">[11:10] </w:t>
      </w:r>
      <w:r>
        <w:t>best jahan behtareen parosi honge behtareen insan honge.</w:t>
      </w:r>
    </w:p>
    <w:p>
      <w:pPr>
        <w:jc w:val="right"/>
      </w:pPr>
      <w:r>
        <w:t>بیسٹ جہاں بہترین پڑوسی ہوں گے بہترین انسان ہوں گے.</w:t>
      </w:r>
    </w:p>
    <w:p>
      <w:r>
        <w:rPr>
          <w:b/>
        </w:rPr>
        <w:t xml:space="preserve">[11:16] </w:t>
      </w:r>
      <w:r>
        <w:t>aise log honge jin ki high thinking hogi high character hoga.</w:t>
      </w:r>
    </w:p>
    <w:p>
      <w:pPr>
        <w:jc w:val="right"/>
      </w:pPr>
      <w:r>
        <w:t>ایسے لوگ ہوں گے جن کی ہائی تھنکنگ ہوگی ہائی کریکٹر ہوگا.</w:t>
      </w:r>
    </w:p>
    <w:p>
      <w:r>
        <w:rPr>
          <w:b/>
        </w:rPr>
        <w:t xml:space="preserve">[11:22] </w:t>
      </w:r>
      <w:r>
        <w:t>sari history se in ko select kiya jayega.</w:t>
      </w:r>
    </w:p>
    <w:p>
      <w:pPr>
        <w:jc w:val="right"/>
      </w:pPr>
      <w:r>
        <w:t>ساری ہسٹری سے ان کو سلیکٹ کیا جائے گا.</w:t>
      </w:r>
    </w:p>
    <w:p>
      <w:r>
        <w:rPr>
          <w:b/>
        </w:rPr>
        <w:t xml:space="preserve">[11:28] </w:t>
      </w:r>
      <w:r>
        <w:t>puri history se aise logon ko select kiya jayega jinho ne prove kiya is dunya mein ke</w:t>
      </w:r>
    </w:p>
    <w:p>
      <w:pPr>
        <w:jc w:val="right"/>
      </w:pPr>
      <w:r>
        <w:t>پوری ہسٹری سے ایسے لوگوں کو سلیکٹ کیا جائے گا جنہوں نے پروف کیا اس دنیا میں کہ</w:t>
      </w:r>
    </w:p>
    <w:p>
      <w:r>
        <w:rPr>
          <w:b/>
        </w:rPr>
        <w:t xml:space="preserve">[11:34] </w:t>
      </w:r>
      <w:r>
        <w:t>un ke andar high thinking hai high character hai high life hai.</w:t>
      </w:r>
    </w:p>
    <w:p>
      <w:pPr>
        <w:jc w:val="right"/>
      </w:pPr>
      <w:r>
        <w:t>ان کے اندر ہائی تھنکنگ ہے ہائی کریکٹر ہے ہائی لائف ہے.</w:t>
      </w:r>
    </w:p>
    <w:p>
      <w:r>
        <w:rPr>
          <w:b/>
        </w:rPr>
        <w:t xml:space="preserve">[11:40] </w:t>
      </w:r>
      <w:r>
        <w:t>wo wo love wo sirf love mein jeete hain hate mein nahi.</w:t>
      </w:r>
    </w:p>
    <w:p>
      <w:pPr>
        <w:jc w:val="right"/>
      </w:pPr>
      <w:r>
        <w:t>وہ وہ لو وہ صرف لو میں جیتے ہیں ہیٹ میں نہیں.</w:t>
      </w:r>
    </w:p>
    <w:p>
      <w:r>
        <w:rPr>
          <w:b/>
        </w:rPr>
        <w:t xml:space="preserve">[11:47] </w:t>
      </w:r>
      <w:r>
        <w:t>wo sirf peace mein jeete hain violence mein nahi.</w:t>
      </w:r>
    </w:p>
    <w:p>
      <w:pPr>
        <w:jc w:val="right"/>
      </w:pPr>
      <w:r>
        <w:t>وہ صرف پیس میں جیتے ہیں وائلس میں نہیں.</w:t>
      </w:r>
    </w:p>
    <w:p>
      <w:r>
        <w:rPr>
          <w:b/>
        </w:rPr>
        <w:t xml:space="preserve">[11:53] </w:t>
      </w:r>
      <w:r>
        <w:t>to aise logon ko chuna jayega</w:t>
      </w:r>
    </w:p>
    <w:p>
      <w:pPr>
        <w:jc w:val="right"/>
      </w:pPr>
      <w:r>
        <w:t>تو ایسے لوگوں کو چنا جائے گا</w:t>
      </w:r>
    </w:p>
    <w:p>
      <w:r>
        <w:rPr>
          <w:b/>
        </w:rPr>
        <w:t xml:space="preserve">[11:59] </w:t>
      </w:r>
      <w:r>
        <w:t>—</w:t>
      </w:r>
    </w:p>
    <w:p>
      <w:pPr>
        <w:jc w:val="right"/>
      </w:pPr>
      <w:r>
        <w:t>.</w:t>
      </w:r>
    </w:p>
    <w:p>
      <w:r>
        <w:rPr>
          <w:b/>
        </w:rPr>
        <w:t xml:space="preserve">[12:04] </w:t>
      </w:r>
      <w:r>
        <w:t>ye chune hue logon ka ek muashra hoga ek society hogi jis ko hum paradise kehte hain.</w:t>
      </w:r>
    </w:p>
    <w:p>
      <w:pPr>
        <w:jc w:val="right"/>
      </w:pPr>
      <w:r>
        <w:t>یہ چنے ہوئے لوگوں کا ایک معاشرہ ہوگا ایک سوسائٹی ہوگی جس کو ہم پیرڈائز کہتے ہیں.</w:t>
      </w:r>
    </w:p>
    <w:p>
      <w:r>
        <w:rPr>
          <w:b/>
        </w:rPr>
        <w:t xml:space="preserve">[12:09] </w:t>
      </w:r>
      <w:r>
        <w:t>bas ye ye discovery.</w:t>
      </w:r>
    </w:p>
    <w:p>
      <w:pPr>
        <w:jc w:val="right"/>
      </w:pPr>
      <w:r>
        <w:t>بس یہ یہ ڈسکوری.</w:t>
      </w:r>
    </w:p>
    <w:p>
      <w:r>
        <w:rPr>
          <w:b/>
        </w:rPr>
        <w:t xml:space="preserve">[12:14] </w:t>
      </w:r>
      <w:r>
        <w:t>maut dunya jo isi discovery ki jagah hai.</w:t>
      </w:r>
    </w:p>
    <w:p>
      <w:pPr>
        <w:jc w:val="right"/>
      </w:pPr>
      <w:r>
        <w:t>موت دنیا جو اسی ڈسکوری کی جگہ ہے.</w:t>
      </w:r>
    </w:p>
    <w:p>
      <w:r>
        <w:rPr>
          <w:b/>
        </w:rPr>
        <w:t xml:space="preserve">[12:19] </w:t>
      </w:r>
      <w:r>
        <w:t>pane ki jagah nahi hai.</w:t>
      </w:r>
    </w:p>
    <w:p>
      <w:pPr>
        <w:jc w:val="right"/>
      </w:pPr>
      <w:r>
        <w:t>پانے کی جگہ نہیں ہے.</w:t>
      </w:r>
    </w:p>
    <w:p>
      <w:r>
        <w:rPr>
          <w:b/>
        </w:rPr>
        <w:t xml:space="preserve">[12:24] </w:t>
      </w:r>
      <w:r>
        <w:t>Present world is not for finding, it is for experience or for</w:t>
      </w:r>
    </w:p>
    <w:p>
      <w:pPr>
        <w:jc w:val="right"/>
      </w:pPr>
      <w:r>
        <w:t>پریزنٹ ورلڈ از ناٹ فار فائنڈنگ اٹ از فار ایکسپیرینس اور فار</w:t>
      </w:r>
    </w:p>
    <w:p>
      <w:r>
        <w:rPr>
          <w:b/>
        </w:rPr>
        <w:t xml:space="preserve">[12:29] </w:t>
      </w:r>
      <w:r>
        <w:t>discovery.</w:t>
      </w:r>
    </w:p>
    <w:p>
      <w:pPr>
        <w:jc w:val="right"/>
      </w:pPr>
      <w:r>
        <w:t>ڈسکوری.</w:t>
      </w:r>
    </w:p>
    <w:p>
      <w:r>
        <w:rPr>
          <w:b/>
        </w:rPr>
        <w:t xml:space="preserve">[12:35] </w:t>
      </w:r>
      <w:r>
        <w:t>is dunya mein jitne bhi waqeat pesh ate hain jo bhi hon sare mein ek lesson chupa hota hai.</w:t>
      </w:r>
    </w:p>
    <w:p>
      <w:pPr>
        <w:jc w:val="right"/>
      </w:pPr>
      <w:r>
        <w:t>اس دنیا میں جتنے بھی واقعات پیش آتے ہیں جو بھی ہوں سارے میں ایک لیسن چھپا ہوتا ہے.</w:t>
      </w:r>
    </w:p>
    <w:p>
      <w:r>
        <w:rPr>
          <w:b/>
        </w:rPr>
        <w:t xml:space="preserve">[12:42] </w:t>
      </w:r>
      <w:r>
        <w:t>har waqeye mein ek lesson ek lesson.</w:t>
      </w:r>
    </w:p>
    <w:p>
      <w:pPr>
        <w:jc w:val="right"/>
      </w:pPr>
      <w:r>
        <w:t>ہر واقعے میں ایک لیسن ایک لیسن.</w:t>
      </w:r>
    </w:p>
    <w:p>
      <w:r>
        <w:rPr>
          <w:b/>
        </w:rPr>
        <w:t xml:space="preserve">[12:48] </w:t>
      </w:r>
      <w:r>
        <w:t>wo lesson batata hai ke mujhe is dunya mein kaise rehna hai.</w:t>
      </w:r>
    </w:p>
    <w:p>
      <w:pPr>
        <w:jc w:val="right"/>
      </w:pPr>
      <w:r>
        <w:t>وہ لیسن بتاتا ہے کہ مجھے اس دنیا میں کیسے رہنا ہے.</w:t>
      </w:r>
    </w:p>
    <w:p>
      <w:r>
        <w:rPr>
          <w:b/>
        </w:rPr>
        <w:t xml:space="preserve">[12:54] </w:t>
      </w:r>
      <w:r>
        <w:t>isi ko main experience kar raha hoon.</w:t>
      </w:r>
    </w:p>
    <w:p>
      <w:pPr>
        <w:jc w:val="right"/>
      </w:pPr>
      <w:r>
        <w:t>اسی کو میں ایکسپیرینس کر رہا ہوں.</w:t>
      </w:r>
    </w:p>
    <w:p>
      <w:r>
        <w:rPr>
          <w:b/>
        </w:rPr>
        <w:t xml:space="preserve">[13:00] </w:t>
      </w:r>
      <w:r>
        <w:t>to experience ke dauran jo aap ko lesson milte hain un lesson ko le kar aap apni zindagi</w:t>
      </w:r>
    </w:p>
    <w:p>
      <w:pPr>
        <w:jc w:val="right"/>
      </w:pPr>
      <w:r>
        <w:t>تو ایکسپیرینس کے دوران جو آپ کو لیسن ملتے ہیں ان لیسن کو لے کر آپ اپنی زندگی</w:t>
      </w:r>
    </w:p>
    <w:p>
      <w:r>
        <w:rPr>
          <w:b/>
        </w:rPr>
        <w:t xml:space="preserve">[13:07] </w:t>
      </w:r>
      <w:r>
        <w:t>ki taameer karen.</w:t>
      </w:r>
    </w:p>
    <w:p>
      <w:pPr>
        <w:jc w:val="right"/>
      </w:pPr>
      <w:r>
        <w:t>کی تعمیر کریں.</w:t>
      </w:r>
    </w:p>
    <w:p>
      <w:r>
        <w:rPr>
          <w:b/>
        </w:rPr>
        <w:t xml:space="preserve">[13:13] </w:t>
      </w:r>
      <w:r>
        <w:t>apni shakhsiyat ko banayen.</w:t>
      </w:r>
    </w:p>
    <w:p>
      <w:pPr>
        <w:jc w:val="right"/>
      </w:pPr>
      <w:r>
        <w:t>اپنی شخصیت کو بنائیں.</w:t>
      </w:r>
    </w:p>
    <w:p>
      <w:r>
        <w:rPr>
          <w:b/>
        </w:rPr>
        <w:t xml:space="preserve">[13:20] </w:t>
      </w:r>
      <w:r>
        <w:t>jis ko quran mein kaha gaya muttaqah muttaqah shakhsiyat.</w:t>
      </w:r>
    </w:p>
    <w:p>
      <w:pPr>
        <w:jc w:val="right"/>
      </w:pPr>
      <w:r>
        <w:t>جس کو قرآن میں کہا گیا مدقہ مدقہ شخصیت.</w:t>
      </w:r>
    </w:p>
    <w:p>
      <w:r>
        <w:rPr>
          <w:b/>
        </w:rPr>
        <w:t xml:space="preserve">[13:26] </w:t>
      </w:r>
      <w:r>
        <w:t>to jannat mein basaye jane ke qabil shakhsiyat personality ka banana yahi hai goal.</w:t>
      </w:r>
    </w:p>
    <w:p>
      <w:pPr>
        <w:jc w:val="right"/>
      </w:pPr>
      <w:r>
        <w:t>تو جنت میں بسائے جانے کے قابل شخصیت پرسنیلٹی کا بنانا یہی ہے گول.</w:t>
      </w:r>
    </w:p>
    <w:p>
      <w:r>
        <w:rPr>
          <w:b/>
        </w:rPr>
        <w:t xml:space="preserve">[13:33] </w:t>
      </w:r>
      <w:r>
        <w:t>to Donald Trump ne samjha tha ke jab wo white house mein dakhla payenge wahan rahenge</w:t>
      </w:r>
    </w:p>
    <w:p>
      <w:pPr>
        <w:jc w:val="right"/>
      </w:pPr>
      <w:r>
        <w:t>تو ڈارن ٹرمپ نے سمجھا تھا کہ جب وہ وائٹ ہاؤس میں داخلہ پائیں گے وہاں رہیں گے</w:t>
      </w:r>
    </w:p>
    <w:p>
      <w:r>
        <w:rPr>
          <w:b/>
        </w:rPr>
        <w:t xml:space="preserve">[13:40] </w:t>
      </w:r>
      <w:r>
        <w:t>to un ke liye wo like paradise hoga.</w:t>
      </w:r>
    </w:p>
    <w:p>
      <w:pPr>
        <w:jc w:val="right"/>
      </w:pPr>
      <w:r>
        <w:t>تو ان کے لیے وہ لائک پیرڈائز ہوگا.</w:t>
      </w:r>
    </w:p>
    <w:p>
      <w:r>
        <w:rPr>
          <w:b/>
        </w:rPr>
        <w:t xml:space="preserve">[13:48] </w:t>
      </w:r>
      <w:r>
        <w:t>lekin kuch nahi wahan wo apni marzi se drive bhi nahi kar sakte.</w:t>
      </w:r>
    </w:p>
    <w:p>
      <w:pPr>
        <w:jc w:val="right"/>
      </w:pPr>
      <w:r>
        <w:t>لیکن کچھ نہیں وہاں وہ اپنی مرضی سے ڈرائیو بھی نہیں کر سکتے.</w:t>
      </w:r>
    </w:p>
    <w:p>
      <w:r>
        <w:rPr>
          <w:b/>
        </w:rPr>
        <w:t xml:space="preserve">[13:55] </w:t>
      </w:r>
      <w:r>
        <w:t>un ki dunya ek ek cocoon jaisi dunya hai.</w:t>
      </w:r>
    </w:p>
    <w:p>
      <w:pPr>
        <w:jc w:val="right"/>
      </w:pPr>
      <w:r>
        <w:t>ان کی دنیا ایک ایک کوکون جیسی دنیا ہے.</w:t>
      </w:r>
    </w:p>
    <w:p>
      <w:r>
        <w:rPr>
          <w:b/>
        </w:rPr>
        <w:t xml:space="preserve">[14:03] </w:t>
      </w:r>
      <w:r>
        <w:t>ek chota sa air condition prison.</w:t>
      </w:r>
    </w:p>
    <w:p>
      <w:pPr>
        <w:jc w:val="right"/>
      </w:pPr>
      <w:r>
        <w:t>ایک چھوٹا سا ایئر کنڈیشن پریزن.</w:t>
      </w:r>
    </w:p>
    <w:p>
      <w:r>
        <w:rPr>
          <w:b/>
        </w:rPr>
        <w:t xml:space="preserve">[14:08] </w:t>
      </w:r>
      <w:r>
        <w:t>air condition prison jaisi dunya hai.</w:t>
      </w:r>
    </w:p>
    <w:p>
      <w:pPr>
        <w:jc w:val="right"/>
      </w:pPr>
      <w:r>
        <w:t>ایئر کنڈیشن پریزن جیسی دنیا ہے.</w:t>
      </w:r>
    </w:p>
    <w:p>
      <w:r>
        <w:rPr>
          <w:b/>
        </w:rPr>
        <w:t xml:space="preserve">[14:13] </w:t>
      </w:r>
      <w:r>
        <w:t>to yeh to paradise nahi hai.</w:t>
      </w:r>
    </w:p>
    <w:p>
      <w:pPr>
        <w:jc w:val="right"/>
      </w:pPr>
      <w:r>
        <w:t>تو یہ تو پیرڈائز نہیں ہے.</w:t>
      </w:r>
    </w:p>
    <w:p>
      <w:r>
        <w:rPr>
          <w:b/>
        </w:rPr>
        <w:t xml:space="preserve">[14:18] </w:t>
      </w:r>
      <w:r>
        <w:t>to donald trump ko yeh yeh yeh discovery honi chahiye ke yeh dunya thi hi nahi is ke</w:t>
      </w:r>
    </w:p>
    <w:p>
      <w:pPr>
        <w:jc w:val="right"/>
      </w:pPr>
      <w:r>
        <w:t>تو ڈارن ٹرمپ کو یہ یہ یہ ڈسکوری ہونی چاہیے کہ یہ دنیا تھی ہی نہیں اس کے</w:t>
      </w:r>
    </w:p>
    <w:p>
      <w:r>
        <w:rPr>
          <w:b/>
        </w:rPr>
        <w:t xml:space="preserve">[14:23] </w:t>
      </w:r>
      <w:r>
        <w:t>liye ke yahan in ko paradise mile.</w:t>
      </w:r>
    </w:p>
    <w:p>
      <w:pPr>
        <w:jc w:val="right"/>
      </w:pPr>
      <w:r>
        <w:t>لیے کہ یہاں ان کو پیرڈائز ملے.</w:t>
      </w:r>
    </w:p>
    <w:p>
      <w:r>
        <w:rPr>
          <w:b/>
        </w:rPr>
        <w:t xml:space="preserve">[14:28] </w:t>
      </w:r>
      <w:r>
        <w:t>thi hi nahi.</w:t>
      </w:r>
    </w:p>
    <w:p>
      <w:pPr>
        <w:jc w:val="right"/>
      </w:pPr>
      <w:r>
        <w:t>تھی ہی نہیں.</w:t>
      </w:r>
    </w:p>
    <w:p>
      <w:r>
        <w:rPr>
          <w:b/>
        </w:rPr>
        <w:t xml:space="preserve">[14:34] </w:t>
      </w:r>
      <w:r>
        <w:t>yeh duniya sirf is liye hai ke ke duniya ke jo tajrubaat hain un se woh seekhen apni personality development karen. ab aap ko wahi shakhsiyat banayein jo paradise mein eternal paradise mein jo eternal paradise mein entry paye. isi ko hadith mein kaha gaya in alfaz mein ke in al</w:t>
      </w:r>
    </w:p>
    <w:p>
      <w:pPr>
        <w:jc w:val="right"/>
      </w:pPr>
      <w:r>
        <w:t>یہ دنیا صرف اس لیے ہے کہ کہ دنیا کے جو تجربات ہیں ان سے وہ سیکھیں اپنی پرسنیلٹی ڈیویلپمنٹ کریں. اب آپ کو وہی شخصیت بنائیں جو پیرڈائز میں ایٹرنل پیرڈائز میں جو ایٹرنل پیرڈائز میں انٹری پائے. اسی کو حدیث میں کہا گیا ان الفاظ میں کہ ان الد</w:t>
      </w:r>
    </w:p>
    <w:p>
      <w:r>
        <w:rPr>
          <w:b/>
        </w:rPr>
        <w:t xml:space="preserve">[15:04] </w:t>
      </w:r>
      <w:r>
        <w:t>ان الدنیا خلقتکم وانکم خلقت للاخرہ.</w:t>
      </w:r>
    </w:p>
    <w:p>
      <w:pPr>
        <w:jc w:val="right"/>
      </w:pPr>
      <w:r>
        <w:t>نیا خلقتکم وانکم خلقت الاخرہ.</w:t>
      </w:r>
    </w:p>
    <w:p>
      <w:r>
        <w:rPr>
          <w:b/>
        </w:rPr>
        <w:t xml:space="preserve">[15:09] </w:t>
      </w:r>
      <w:r>
        <w:t>tum paida kiye gaye ho.</w:t>
      </w:r>
    </w:p>
    <w:p>
      <w:pPr>
        <w:jc w:val="right"/>
      </w:pPr>
      <w:r>
        <w:t>تم پیدا کیے گئے ہو.</w:t>
      </w:r>
    </w:p>
    <w:p>
      <w:r>
        <w:rPr>
          <w:b/>
        </w:rPr>
        <w:t xml:space="preserve">[15:14] </w:t>
      </w:r>
      <w:r>
        <w:t>dunya paida ki gayi hai tumhare liye.</w:t>
      </w:r>
    </w:p>
    <w:p>
      <w:pPr>
        <w:jc w:val="right"/>
      </w:pPr>
      <w:r>
        <w:t>دنیا پیدا کی گئی ہے تمہارے لیے.</w:t>
      </w:r>
    </w:p>
    <w:p>
      <w:r>
        <w:rPr>
          <w:b/>
        </w:rPr>
        <w:t xml:space="preserve">[15:19] </w:t>
      </w:r>
      <w:r>
        <w:t>ان الدنیا خلقتکم وانتم خلقت للاخرہ.</w:t>
      </w:r>
    </w:p>
    <w:p>
      <w:pPr>
        <w:jc w:val="right"/>
      </w:pPr>
      <w:r>
        <w:t>ان الدنیا خلقتکم وانتم خلقت للاخرہ.</w:t>
      </w:r>
    </w:p>
    <w:p>
      <w:r>
        <w:rPr>
          <w:b/>
        </w:rPr>
        <w:t xml:space="preserve">[15:24] </w:t>
      </w:r>
      <w:r>
        <w:t>dunya paida ki gayi tumhare liye aur tum paida kiye gaye ho akhirat ke liye.</w:t>
      </w:r>
    </w:p>
    <w:p>
      <w:pPr>
        <w:jc w:val="right"/>
      </w:pPr>
      <w:r>
        <w:t>دنیا پیدا کی گئی تمہارے لیے اور تم پیدا کیے گئے ہو اخرت کے لیے.</w:t>
      </w:r>
    </w:p>
    <w:p>
      <w:r>
        <w:rPr>
          <w:b/>
        </w:rPr>
        <w:t xml:space="preserve">[15:29] </w:t>
      </w:r>
      <w:r>
        <w:t>tum paida kiye gaye ho akhirat ke liye</w:t>
      </w:r>
    </w:p>
    <w:p>
      <w:pPr>
        <w:jc w:val="right"/>
      </w:pPr>
      <w:r>
        <w:t>تم پیدا کیے گئے ہو اخرت کے لیے</w:t>
      </w:r>
    </w:p>
    <w:p>
      <w:r>
        <w:rPr>
          <w:b/>
        </w:rPr>
        <w:t xml:space="preserve">[15:34] </w:t>
      </w:r>
      <w:r>
        <w:t>. to duniya jo hai kis tarah hai hamare liye kyunke hum owl to kar nahin paate. pachas saal milte hain hamein zyada se zyada yahan par to kya kya paya hum ne to paya sirf experience. to duniya hamare liye hai is sense mein ke yeh finding ke liye nahin hai experience ke liye. aur is par is pachas saal ki muddat mein h</w:t>
      </w:r>
    </w:p>
    <w:p>
      <w:pPr>
        <w:jc w:val="right"/>
      </w:pPr>
      <w:r>
        <w:t>. تو دنیا جو ہے کس طرح ہے ہمارے لیے کیونکہ ہم اویل تو کر نہیں پاتے. پچاس سال ملتے ہیں ہمیں زیادہ سے زیادہ یہاں پر تو کیا کیا پایا ہم نے تو پایا صرف ایکسپیرینس. تو دنیا ہمارے لیے ہے اس سینس میں کہ یہ فائنڈنگ کے لیے نہیں ہے ایکسپیرینس کے لیے. اور اس پر اس پچاس سال کی مدت میں ہ</w:t>
      </w:r>
    </w:p>
    <w:p>
      <w:r>
        <w:rPr>
          <w:b/>
        </w:rPr>
        <w:t xml:space="preserve">[16:04] </w:t>
      </w:r>
      <w:r>
        <w:t>apne aap ko develop karen.</w:t>
      </w:r>
    </w:p>
    <w:p>
      <w:pPr>
        <w:jc w:val="right"/>
      </w:pPr>
      <w:r>
        <w:t>م اپنے آپ کو ڈیولپ کریں.</w:t>
      </w:r>
    </w:p>
    <w:p>
      <w:r>
        <w:rPr>
          <w:b/>
        </w:rPr>
        <w:t xml:space="preserve">[16:20] </w:t>
      </w:r>
      <w:r>
        <w:t>is andaaz mein ke hum ko doosri dunya mein agli dunya mein agle marhale hayat mein jannat mein dakhla mile.</w:t>
      </w:r>
    </w:p>
    <w:p>
      <w:pPr>
        <w:jc w:val="right"/>
      </w:pPr>
      <w:r>
        <w:t>اس انداز میں کہ ہم کو دوسری دنیا میں اگلی دنیا میں اگلے مرحلے حیات میں جنت میں داخلہ ملے.</w:t>
      </w:r>
    </w:p>
    <w:p>
      <w:r>
        <w:rPr>
          <w:b/>
        </w:rPr>
        <w:t xml:space="preserve">[16:36] </w:t>
      </w:r>
      <w:r>
        <w:t>mein apni zindagi mein bohat se waqeat mujhe yaad yaad aate hain is tarah ke. maslan ek sahib ko maine dekha ke woh apni biwi ke sath ek farm house rehte the. woh aur un ki biwi. to farm house mein har tarah ki luxury maujood thi. har qism ki luxury. lekin dono sad the. kyunke farm house</w:t>
      </w:r>
    </w:p>
    <w:p>
      <w:pPr>
        <w:jc w:val="right"/>
      </w:pPr>
      <w:r>
        <w:t>میں اپنی زندگی میں بہت سے واقعات مجھے یاد یاد آتے ہیں اس طرح کے. مثلاً ایک صاحب کو میں نے دیکھا کہ وہ اپنی بیوی کے ساتھ ایک فارم ہاؤس رہتے تھے. وہ اور ان کی بیوی. تو فارم ہاؤس میں ہر طرح کی لگژری موجود تھی. ہر قسم کی لگژری. لیکن دونوں سیڈ تھے. کیونکہ فارم ہاؤ</w:t>
      </w:r>
    </w:p>
    <w:p>
      <w:r>
        <w:rPr>
          <w:b/>
        </w:rPr>
        <w:t xml:space="preserve">[17:06] </w:t>
      </w:r>
      <w:r>
        <w:t>to un ko mil gaya beta nahin mila beta nahin paida hua. woh dono the bas beta nahin. to kaha ke farm house jo tha us liye nahin tha ke woh un ko paradise ban jaye. balke us liye tha ke sab kuch sirf paradise hi milega duniya mein nahin. real khushi sirf paradise hi mile g</w:t>
      </w:r>
    </w:p>
    <w:p>
      <w:pPr>
        <w:jc w:val="right"/>
      </w:pPr>
      <w:r>
        <w:t>س تو ان کو مل گیا بیٹا نہیں ملا بیٹا نہیں پیدا ہوا. وہ دونوں تھے بس بیٹا نہیں. تو کہا کہ فارم ہاؤس جو تھا اس لیے نہیں تھا کہ وہ ان کو پیرڈائز بن جائے. بلکہ اس لیے تھا کہ سب کچھ صرف پیرڈائز ہی ملے گا دنیا میں نہیں. ریئل خوشی صرف پیرڈائز ہی ملے گ</w:t>
      </w:r>
    </w:p>
    <w:p>
      <w:r>
        <w:rPr>
          <w:b/>
        </w:rPr>
        <w:t xml:space="preserve">[17:36] </w:t>
      </w:r>
      <w:r>
        <w:t>yeh dunya mein nahi.</w:t>
      </w:r>
    </w:p>
    <w:p>
      <w:pPr>
        <w:jc w:val="right"/>
      </w:pPr>
      <w:r>
        <w:t>ی دنیا میں نہیں.</w:t>
      </w:r>
    </w:p>
    <w:p>
      <w:r>
        <w:rPr>
          <w:b/>
        </w:rPr>
        <w:t xml:space="preserve">[17:43] </w:t>
      </w:r>
      <w:r>
        <w:t>aise hi ek baar mein ek ek bare afsar ke ghar par ek din raha.</w:t>
      </w:r>
    </w:p>
    <w:p>
      <w:pPr>
        <w:jc w:val="right"/>
      </w:pPr>
      <w:r>
        <w:t>ایسے ہی ایک بار میں ایک ایک بڑے افسر کے گھر پر ایک دن رہا.</w:t>
      </w:r>
    </w:p>
    <w:p>
      <w:r>
        <w:rPr>
          <w:b/>
        </w:rPr>
        <w:t xml:space="preserve">[17:51] </w:t>
      </w:r>
      <w:r>
        <w:t>to un bare afsar ka jo bungalow tha us ke charon taraf bohat sa sab lawn darakht yeh sab the.</w:t>
      </w:r>
    </w:p>
    <w:p>
      <w:pPr>
        <w:jc w:val="right"/>
      </w:pPr>
      <w:r>
        <w:t>تو ان بڑے افسر کا جو بنگلہ تھا اس کے چاروں طرف بہت سا سب لان درخت یہ سب تھے.</w:t>
      </w:r>
    </w:p>
    <w:p>
      <w:r>
        <w:rPr>
          <w:b/>
        </w:rPr>
        <w:t xml:space="preserve">[17:59] </w:t>
      </w:r>
      <w:r>
        <w:t>to main jab us se jata tha</w:t>
      </w:r>
    </w:p>
    <w:p>
      <w:pPr>
        <w:jc w:val="right"/>
      </w:pPr>
      <w:r>
        <w:t>تو میں جب اس سے جاتا تھا</w:t>
      </w:r>
    </w:p>
    <w:p>
      <w:r>
        <w:rPr>
          <w:b/>
        </w:rPr>
        <w:t xml:space="preserve">[18:06] </w:t>
      </w:r>
      <w:r>
        <w:t>to bara acha lagta tha.</w:t>
      </w:r>
    </w:p>
    <w:p>
      <w:pPr>
        <w:jc w:val="right"/>
      </w:pPr>
      <w:r>
        <w:t>تو بڑا اچھا لگتا تھا.</w:t>
      </w:r>
    </w:p>
    <w:p>
      <w:r>
        <w:rPr>
          <w:b/>
        </w:rPr>
        <w:t xml:space="preserve">[18:11] </w:t>
      </w:r>
      <w:r>
        <w:t>to main ne yani dinner ke waqt un ke sath mein khana kha raha tha to main ne</w:t>
      </w:r>
    </w:p>
    <w:p>
      <w:pPr>
        <w:jc w:val="right"/>
      </w:pPr>
      <w:r>
        <w:t>تو میں نے یعنی ڈنر کے وقت ان کے ساتھ میں کھانا کھا رہا تھا تو میں نے</w:t>
      </w:r>
    </w:p>
    <w:p>
      <w:r>
        <w:rPr>
          <w:b/>
        </w:rPr>
        <w:t xml:space="preserve">[18:16] </w:t>
      </w:r>
      <w:r>
        <w:t>kaha ke aap yeh jo aap ke bungalow ke charon taraf bohat hi beautiful dunya hai.</w:t>
      </w:r>
    </w:p>
    <w:p>
      <w:pPr>
        <w:jc w:val="right"/>
      </w:pPr>
      <w:r>
        <w:t>کہا کہ آپ یہ جو آپ کے بنگلے کے چاروں طرف بہت ہی بیوٹی فل دنیا ہے.</w:t>
      </w:r>
    </w:p>
    <w:p>
      <w:r>
        <w:rPr>
          <w:b/>
        </w:rPr>
        <w:t xml:space="preserve">[18:21] </w:t>
      </w:r>
      <w:r>
        <w:t>to aap is mein kitna waqt guzarte hain.</w:t>
      </w:r>
    </w:p>
    <w:p>
      <w:pPr>
        <w:jc w:val="right"/>
      </w:pPr>
      <w:r>
        <w:t>تو آپ اس میں کتنا وقت گزارتے ہیں.</w:t>
      </w:r>
    </w:p>
    <w:p>
      <w:r>
        <w:rPr>
          <w:b/>
        </w:rPr>
        <w:t xml:space="preserve">[18:26] </w:t>
      </w:r>
      <w:r>
        <w:t>unhon ne kaha bilkul nahi humein time kahan hai ke is waqt guzaren.</w:t>
      </w:r>
    </w:p>
    <w:p>
      <w:pPr>
        <w:jc w:val="right"/>
      </w:pPr>
      <w:r>
        <w:t>انہوں نے کہا بالکل نہیں ہمیں ٹائم کہاں ہے کہ اس وقت گزاریں.</w:t>
      </w:r>
    </w:p>
    <w:p>
      <w:r>
        <w:rPr>
          <w:b/>
        </w:rPr>
        <w:t xml:space="preserve">[18:31] </w:t>
      </w:r>
      <w:r>
        <w:t>har waqt koi file har waqt koi</w:t>
      </w:r>
    </w:p>
    <w:p>
      <w:pPr>
        <w:jc w:val="right"/>
      </w:pPr>
      <w:r>
        <w:t>ہر وقت کوئی فائل ہر وقت کوئی</w:t>
      </w:r>
    </w:p>
    <w:p>
      <w:r>
        <w:rPr>
          <w:b/>
        </w:rPr>
        <w:t xml:space="preserve">[18:36] </w:t>
      </w:r>
      <w:r>
        <w:t>problem har waqt koi telephone.</w:t>
      </w:r>
    </w:p>
    <w:p>
      <w:pPr>
        <w:jc w:val="right"/>
      </w:pPr>
      <w:r>
        <w:t>پرابلم ہر وقت کوئی ٹیلی فون.</w:t>
      </w:r>
    </w:p>
    <w:p>
      <w:r>
        <w:rPr>
          <w:b/>
        </w:rPr>
        <w:t xml:space="preserve">[18:42] </w:t>
      </w:r>
      <w:r>
        <w:t>har waqt koi masla.</w:t>
      </w:r>
    </w:p>
    <w:p>
      <w:pPr>
        <w:jc w:val="right"/>
      </w:pPr>
      <w:r>
        <w:t>ہر وقت کوئی مسئلہ.</w:t>
      </w:r>
    </w:p>
    <w:p>
      <w:r>
        <w:rPr>
          <w:b/>
        </w:rPr>
        <w:t xml:space="preserve">[18:48] </w:t>
      </w:r>
      <w:r>
        <w:t>to un ke apne hi bungalow mein bohat achhi duniya maujood thi.</w:t>
      </w:r>
    </w:p>
    <w:p>
      <w:pPr>
        <w:jc w:val="right"/>
      </w:pPr>
      <w:r>
        <w:t>تو ان کے اپنے ہی بنگلے میں بہت اچھی دنیا موجود تھی.</w:t>
      </w:r>
    </w:p>
    <w:p>
      <w:r>
        <w:rPr>
          <w:b/>
        </w:rPr>
        <w:t xml:space="preserve">[18:54] </w:t>
      </w:r>
      <w:r>
        <w:t>behtareen lawn behtareen garden behtareen. yani greenery.</w:t>
      </w:r>
    </w:p>
    <w:p>
      <w:pPr>
        <w:jc w:val="right"/>
      </w:pPr>
      <w:r>
        <w:t>بہترین لان بہترین گارڈن بہترین. یعنی گرینری.</w:t>
      </w:r>
    </w:p>
    <w:p>
      <w:r>
        <w:rPr>
          <w:b/>
        </w:rPr>
        <w:t xml:space="preserve">[19:00] </w:t>
      </w:r>
      <w:r>
        <w:t>lekin un ko mauqa nahi ke is pe enjoy</w:t>
      </w:r>
    </w:p>
    <w:p>
      <w:pPr>
        <w:jc w:val="right"/>
      </w:pPr>
      <w:r>
        <w:t>لیکن ان کو موقع نہیں کہ اس پہ انجوائے</w:t>
      </w:r>
    </w:p>
    <w:p>
      <w:r>
        <w:rPr>
          <w:b/>
        </w:rPr>
        <w:t xml:space="preserve">[19:06] </w:t>
      </w:r>
      <w:r>
        <w:t>karein woh.</w:t>
      </w:r>
    </w:p>
    <w:p>
      <w:pPr>
        <w:jc w:val="right"/>
      </w:pPr>
      <w:r>
        <w:t>کریں وہ.</w:t>
      </w:r>
    </w:p>
    <w:p>
      <w:r>
        <w:rPr>
          <w:b/>
        </w:rPr>
        <w:t xml:space="preserve">[19:11] </w:t>
      </w:r>
      <w:r>
        <w:t>to yeh bhi isi liye hai.</w:t>
      </w:r>
    </w:p>
    <w:p>
      <w:pPr>
        <w:jc w:val="right"/>
      </w:pPr>
      <w:r>
        <w:t>تو یہ بھی اسی لیے ہے.</w:t>
      </w:r>
    </w:p>
    <w:p>
      <w:r>
        <w:rPr>
          <w:b/>
        </w:rPr>
        <w:t xml:space="preserve">[19:15] </w:t>
      </w:r>
      <w:r>
        <w:t>rasool Allah ne farmaya tha ke Allahumma la aisha illa aisha akhra.</w:t>
      </w:r>
    </w:p>
    <w:p>
      <w:pPr>
        <w:jc w:val="right"/>
      </w:pPr>
      <w:r>
        <w:t>رسول اللہ نے فرمایا تھا کہ اللہم لا عائشہ الا عائشہ الاخرہ.</w:t>
      </w:r>
    </w:p>
    <w:p>
      <w:r>
        <w:rPr>
          <w:b/>
        </w:rPr>
        <w:t xml:space="preserve">[19:20] </w:t>
      </w:r>
      <w:r>
        <w:t>ke aisha to wahan yahan kahan hai.</w:t>
      </w:r>
    </w:p>
    <w:p>
      <w:pPr>
        <w:jc w:val="right"/>
      </w:pPr>
      <w:r>
        <w:t>کہ عائشہ تو وہاں یہاں کہاں ہے.</w:t>
      </w:r>
    </w:p>
    <w:p>
      <w:r>
        <w:rPr>
          <w:b/>
        </w:rPr>
        <w:t xml:space="preserve">[19:24] </w:t>
      </w:r>
      <w:r>
        <w:t>mil jaye tab bhi hum enjoy nahi kar sakte.</w:t>
      </w:r>
    </w:p>
    <w:p>
      <w:pPr>
        <w:jc w:val="right"/>
      </w:pPr>
      <w:r>
        <w:t>مل جائے تب بھی ہم انجوائے نہیں کر سکتے.</w:t>
      </w:r>
    </w:p>
    <w:p>
      <w:r>
        <w:rPr>
          <w:b/>
        </w:rPr>
        <w:t xml:space="preserve">[19:28] </w:t>
      </w:r>
      <w:r>
        <w:t>is duniya mein agar hamein mil jaye sab cheezein tab bhi hum enjoy nahi kar sakte.</w:t>
      </w:r>
    </w:p>
    <w:p>
      <w:pPr>
        <w:jc w:val="right"/>
      </w:pPr>
      <w:r>
        <w:t>اس دنیا میں اگر ہمیں مل جائے سب چیزیں تب بھی ہم انجوائے نہیں کر سکتے.</w:t>
      </w:r>
    </w:p>
    <w:p>
      <w:r>
        <w:rPr>
          <w:b/>
        </w:rPr>
        <w:t xml:space="preserve">[19:33] </w:t>
      </w:r>
      <w:r>
        <w:t>to rasool Allah ne farmaya tha isi ko ke Allahumma la aisha illa aisha akhra.</w:t>
      </w:r>
    </w:p>
    <w:p>
      <w:pPr>
        <w:jc w:val="right"/>
      </w:pPr>
      <w:r>
        <w:t>تو رسول اللہ نے فرمایا تھا اسی کو کہ اللہم لا عائشہ الا عائشہ الاخرہ.</w:t>
      </w:r>
    </w:p>
    <w:p>
      <w:r>
        <w:rPr>
          <w:b/>
        </w:rPr>
        <w:t xml:space="preserve">[19:37] </w:t>
      </w:r>
      <w:r>
        <w:t>yani aisha to akhirat mein hai duniya mein kahan hai.</w:t>
      </w:r>
    </w:p>
    <w:p>
      <w:pPr>
        <w:jc w:val="right"/>
      </w:pPr>
      <w:r>
        <w:t>یعنی عائشہ تو اخرت میں ہے دنیا میں کہاں ہے.</w:t>
      </w:r>
    </w:p>
    <w:p>
      <w:r>
        <w:rPr>
          <w:b/>
        </w:rPr>
        <w:t xml:space="preserve">[19:45] </w:t>
      </w:r>
      <w:r>
        <w:t>to yeh sari kainat jo bani hai jis ko jo insan discover kar raha hai microscope se telescope se.</w:t>
      </w:r>
    </w:p>
    <w:p>
      <w:pPr>
        <w:jc w:val="right"/>
      </w:pPr>
      <w:r>
        <w:t>تو یہ ساری کائنات جو بنی ہے جس کو جو انسان ڈسکور کر رہا ہے مائیکروسکوپ سے ٹیلیسکوپ سے.</w:t>
      </w:r>
    </w:p>
    <w:p>
      <w:r>
        <w:rPr>
          <w:b/>
        </w:rPr>
        <w:t xml:space="preserve">[19:52] </w:t>
      </w:r>
      <w:r>
        <w:t>aur mukhtalif tareeqe se woh sab insan ke liye is liye hai ke woh marifat ka zariya bane. marifat.</w:t>
      </w:r>
    </w:p>
    <w:p>
      <w:pPr>
        <w:jc w:val="right"/>
      </w:pPr>
      <w:r>
        <w:t>اور مختلف طریقے سے وہ سب انسان کے لیے اس لیے ہے کہ وہ معرفت کا ذریعہ بنے. معرفت.</w:t>
      </w:r>
    </w:p>
    <w:p>
      <w:r>
        <w:rPr>
          <w:b/>
        </w:rPr>
        <w:t xml:space="preserve">[20:00] </w:t>
      </w:r>
      <w:r>
        <w:t>yani is duniya mein woh is khaliq ko pe</w:t>
      </w:r>
    </w:p>
    <w:p>
      <w:pPr>
        <w:jc w:val="right"/>
      </w:pPr>
      <w:r>
        <w:t>یعنی اس دنیا میں وہ اس خالق کو پہ</w:t>
      </w:r>
    </w:p>
    <w:p>
      <w:r>
        <w:rPr>
          <w:b/>
        </w:rPr>
        <w:t xml:space="preserve">[20:07] </w:t>
      </w:r>
      <w:r>
        <w:t>channe. is dunya mein woh khaliq ke creation plan ko jaane. woh is dunya mein jaane ke Khuda ne peghambar kyun bheja. is dunya mein jaane ke Khuda ne jannat kyun banai. yani in sari cheezon ki discovery is ko hoti rahe. agar insan yeh chahe ke isi dunya mein is ko apna jo aap</w:t>
      </w:r>
    </w:p>
    <w:p>
      <w:pPr>
        <w:jc w:val="right"/>
      </w:pPr>
      <w:r>
        <w:t>چانے. اس دنیا میں وہ خالق کے کریشن پلان کو جانے. وہ اس دنیا میں جانے کہ خدا نے پیغمبر کیوں بھیجا. اس دنیا میں جانے کہ خدا نے جنت کیوں بنائی. یعنی ان ساری چیزوں کی ڈسکوری اس کو ہوتی رہے. اگر انسان یہ چاہے کہ اسی دنیا میں اس کو اپنا جو اپ</w:t>
      </w:r>
    </w:p>
    <w:p>
      <w:r>
        <w:rPr>
          <w:b/>
        </w:rPr>
        <w:t xml:space="preserve">[20:37] </w:t>
      </w:r>
      <w:r>
        <w:t>na jo khamo ki duniya hai woh mil jaye to koi milne wala nahi.</w:t>
      </w:r>
    </w:p>
    <w:p>
      <w:pPr>
        <w:jc w:val="right"/>
      </w:pPr>
      <w:r>
        <w:t>نا جو خامو کی دنیا ہے وہ مل جائے تو کوئی ملنے والا نہیں.</w:t>
      </w:r>
    </w:p>
    <w:p>
      <w:r>
        <w:rPr>
          <w:b/>
        </w:rPr>
        <w:t xml:space="preserve">[20:42] </w:t>
      </w:r>
      <w:r>
        <w:t>har aadmi ke andar khamo ki duniya basi hui hai.</w:t>
      </w:r>
    </w:p>
    <w:p>
      <w:pPr>
        <w:jc w:val="right"/>
      </w:pPr>
      <w:r>
        <w:t>ہر آدمی کے اندر خامو کی دنیا بسی ہوئی ہے.</w:t>
      </w:r>
    </w:p>
    <w:p>
      <w:r>
        <w:rPr>
          <w:b/>
        </w:rPr>
        <w:t xml:space="preserve">[20:47] </w:t>
      </w:r>
      <w:r>
        <w:t>woh duniya agar chahe insan kisi duniya mein pa loon to woh milne wali nahi kabhi nahi.</w:t>
      </w:r>
    </w:p>
    <w:p>
      <w:pPr>
        <w:jc w:val="right"/>
      </w:pPr>
      <w:r>
        <w:t>وہ دنیا اگر چاہے انسان کسی دنیا میں پا لوں تو وہ ملنے والی نہیں کبھی نہیں.</w:t>
      </w:r>
    </w:p>
    <w:p>
      <w:r>
        <w:rPr>
          <w:b/>
        </w:rPr>
        <w:t xml:space="preserve">[20:52] </w:t>
      </w:r>
      <w:r>
        <w:t>is duniya mein sirf yeh milega ke aap apni personality ko banayein.</w:t>
      </w:r>
    </w:p>
    <w:p>
      <w:pPr>
        <w:jc w:val="right"/>
      </w:pPr>
      <w:r>
        <w:t>اس دنیا میں صرف یہ ملے گا کہ آپ اپنی پرسنیلٹی کو بنائیں.</w:t>
      </w:r>
    </w:p>
    <w:p>
      <w:r>
        <w:rPr>
          <w:b/>
        </w:rPr>
        <w:t xml:space="preserve">[20:57] </w:t>
      </w:r>
      <w:r>
        <w:t>apna tazkiya karein.</w:t>
      </w:r>
    </w:p>
    <w:p>
      <w:pPr>
        <w:jc w:val="right"/>
      </w:pPr>
      <w:r>
        <w:t>اپنا تزکیہ کریں.</w:t>
      </w:r>
    </w:p>
    <w:p>
      <w:r>
        <w:rPr>
          <w:b/>
        </w:rPr>
        <w:t xml:space="preserve">[21:02] </w:t>
      </w:r>
      <w:r>
        <w:t>apne andar high</w:t>
      </w:r>
    </w:p>
    <w:p>
      <w:pPr>
        <w:jc w:val="right"/>
      </w:pPr>
      <w:r>
        <w:t>اپنے اندر ہائی</w:t>
      </w:r>
    </w:p>
    <w:p>
      <w:r>
        <w:rPr>
          <w:b/>
        </w:rPr>
        <w:t xml:space="preserve">[21:07] </w:t>
      </w:r>
      <w:r>
        <w:t>thinking paida karein. apne apne aap ko is is hesiyat se develop karein. jo aap ko is qabil banaye ke aap ko jannat mein dakhil kiya jaye. to yeh dunya learning ke liye hai seekhne ke liye hai. jannat</w:t>
      </w:r>
    </w:p>
    <w:p>
      <w:pPr>
        <w:jc w:val="right"/>
      </w:pPr>
      <w:r>
        <w:t>تھنکنگ پیدا کریں. اپنے اپنے آپ کو اس اس حیثیت سے ڈیولپ کریں. جو آپ کو اس قابل بنائے کہ آپ کو جنت میں داخل کیا جائے. تو یہ دنیا لرننگ کے لیے ہے سیکھنے کے لیے ہے. جنت</w:t>
      </w:r>
    </w:p>
    <w:p>
      <w:r>
        <w:rPr>
          <w:b/>
        </w:rPr>
        <w:t xml:space="preserve">[21:37] </w:t>
      </w:r>
      <w:r>
        <w:t>banane ke liye nahi hai.</w:t>
      </w:r>
    </w:p>
    <w:p>
      <w:pPr>
        <w:jc w:val="right"/>
      </w:pPr>
      <w:r>
        <w:t>بنانے کے لیے نہیں ہے.</w:t>
      </w:r>
    </w:p>
    <w:p>
      <w:r>
        <w:rPr>
          <w:b/>
        </w:rPr>
        <w:t xml:space="preserve">[21:43] </w:t>
      </w:r>
      <w:r>
        <w:t>aap jannat bana bhi lein tab bhi is mein hi milega aap ko.</w:t>
      </w:r>
    </w:p>
    <w:p>
      <w:pPr>
        <w:jc w:val="right"/>
      </w:pPr>
      <w:r>
        <w:t>آپ جنت بنا بھی لیں تب بھی اس میں ہی ملے گا آپ کو.</w:t>
      </w:r>
    </w:p>
    <w:p>
      <w:r>
        <w:rPr>
          <w:b/>
        </w:rPr>
        <w:t xml:space="preserve">[21:49] </w:t>
      </w:r>
      <w:r>
        <w:t>is dunya mein jannat milne wali nahi hai.</w:t>
      </w:r>
    </w:p>
    <w:p>
      <w:pPr>
        <w:jc w:val="right"/>
      </w:pPr>
      <w:r>
        <w:t>اس دنیا میں جنت ملنے والی نہیں ہے.</w:t>
      </w:r>
    </w:p>
    <w:p>
      <w:r>
        <w:rPr>
          <w:b/>
        </w:rPr>
        <w:t xml:space="preserve">[21:55] </w:t>
      </w:r>
      <w:r>
        <w:t>ban bhi jaye tab bhi is mein reh nahi sakta mein.</w:t>
      </w:r>
    </w:p>
    <w:p>
      <w:pPr>
        <w:jc w:val="right"/>
      </w:pPr>
      <w:r>
        <w:t>بن بھی جائے تب بھی اس میں رہ نہیں سکتا میں.</w:t>
      </w:r>
    </w:p>
    <w:p>
      <w:r>
        <w:rPr>
          <w:b/>
        </w:rPr>
        <w:t xml:space="preserve">[22:02] </w:t>
      </w:r>
      <w:r>
        <w:t>تو present world میں کسی انسان کے لیے جو سب سے بڑی discovery ہے</w:t>
      </w:r>
    </w:p>
    <w:p>
      <w:pPr>
        <w:jc w:val="right"/>
      </w:pPr>
      <w:r>
        <w:t>تو پریزنٹ ورلڈ میں کسی انسان کے لیے جو سب سے بڑی ڈسکوری ہے</w:t>
      </w:r>
    </w:p>
    <w:p>
      <w:r>
        <w:rPr>
          <w:b/>
        </w:rPr>
        <w:t xml:space="preserve">[22:08] </w:t>
      </w:r>
      <w:r>
        <w:t>وہ یہ ہے کہ present world اپنے آپ میں paradise نہیں ہے.</w:t>
      </w:r>
    </w:p>
    <w:p>
      <w:pPr>
        <w:jc w:val="right"/>
      </w:pPr>
      <w:r>
        <w:t>وہ یہ ہے کہ پریزنٹ ورلڈ اپنے آپ میں پیرڈائز نہیں ہے.</w:t>
      </w:r>
    </w:p>
    <w:p>
      <w:r>
        <w:rPr>
          <w:b/>
        </w:rPr>
        <w:t xml:space="preserve">[22:14] </w:t>
      </w:r>
      <w:r>
        <w:t>present world to learning ka maqam hai.</w:t>
      </w:r>
    </w:p>
    <w:p>
      <w:pPr>
        <w:jc w:val="right"/>
      </w:pPr>
      <w:r>
        <w:t>پریزنٹ ورلڈ تو لرننگ کا مقام ہے.</w:t>
      </w:r>
    </w:p>
    <w:p>
      <w:r>
        <w:rPr>
          <w:b/>
        </w:rPr>
        <w:t xml:space="preserve">[22:20] </w:t>
      </w:r>
      <w:r>
        <w:t>seekhne ka maqam hai.</w:t>
      </w:r>
    </w:p>
    <w:p>
      <w:pPr>
        <w:jc w:val="right"/>
      </w:pPr>
      <w:r>
        <w:t>سیکھنے کا مقام ہے.</w:t>
      </w:r>
    </w:p>
    <w:p>
      <w:r>
        <w:rPr>
          <w:b/>
        </w:rPr>
        <w:t xml:space="preserve">[22:26] </w:t>
      </w:r>
      <w:r>
        <w:t>apni personality develop karne ka maqam hai.</w:t>
      </w:r>
    </w:p>
    <w:p>
      <w:pPr>
        <w:jc w:val="right"/>
      </w:pPr>
      <w:r>
        <w:t>اپنی پرسنیلٹی ڈیولپ کرنے کا مقام ہے.</w:t>
      </w:r>
    </w:p>
    <w:p>
      <w:r>
        <w:rPr>
          <w:b/>
        </w:rPr>
        <w:t xml:space="preserve">[22:32] </w:t>
      </w:r>
      <w:r>
        <w:t>taake jab mein agle dunya mein dakhil hon to wahan par farishtay mujhe istiqbal karein.</w:t>
      </w:r>
    </w:p>
    <w:p>
      <w:pPr>
        <w:jc w:val="right"/>
      </w:pPr>
      <w:r>
        <w:t>تاکہ جب میں اگلے دنیا میں داخل ہوں تو وہاں پر فرشتے مجھے استقبال کریں.</w:t>
      </w:r>
    </w:p>
    <w:p>
      <w:r>
        <w:rPr>
          <w:b/>
        </w:rPr>
        <w:t xml:space="preserve">[22:38] </w:t>
      </w:r>
      <w:r>
        <w:t>aur wahan par mujhe jannat mein dakhla diya jaye. to ahadees mein mukhtalif alfaaz mein is baat ko bataya gaya hai. ek to wohi mashhoor hadees hai ke Allahumma la aisha illa aisha akhirah. ke dunya mein</w:t>
      </w:r>
    </w:p>
    <w:p>
      <w:pPr>
        <w:jc w:val="right"/>
      </w:pPr>
      <w:r>
        <w:t>اور وہاں پر مجھے جنت میں داخلہ دیا جائے. تو احادیث میں مختلف الفاظ میں اس بات کو بتایا گیا ہے. ایک تو وہی مشہور حدیث ہے کہ اللہم لا عائشہ الا عائشہ الاخرہ. کہ دنیا میں</w:t>
      </w:r>
    </w:p>
    <w:p>
      <w:r>
        <w:rPr>
          <w:b/>
        </w:rPr>
        <w:t xml:space="preserve">[23:08] </w:t>
      </w:r>
      <w:r>
        <w:t>aap ko sab kuch mil jayega.</w:t>
      </w:r>
    </w:p>
    <w:p>
      <w:pPr>
        <w:jc w:val="right"/>
      </w:pPr>
      <w:r>
        <w:t>آپ کو سب کچھ مل جائے گا.</w:t>
      </w:r>
    </w:p>
    <w:p>
      <w:r>
        <w:rPr>
          <w:b/>
        </w:rPr>
        <w:t xml:space="preserve">[23:14] </w:t>
      </w:r>
      <w:r>
        <w:t>sab kuch mil jaye sara sara luxury sara comfort aap ko mil jaye.</w:t>
      </w:r>
    </w:p>
    <w:p>
      <w:pPr>
        <w:jc w:val="right"/>
      </w:pPr>
      <w:r>
        <w:t>سب کچھ مل جائے سارا سارا لگژری سارا کمفرٹ آپ کو مل جائے.</w:t>
      </w:r>
    </w:p>
    <w:p>
      <w:r>
        <w:rPr>
          <w:b/>
        </w:rPr>
        <w:t xml:space="preserve">[23:20] </w:t>
      </w:r>
      <w:r>
        <w:t>to aakhir mein aap sirf yeh jaan payenge ke dunya mein kuch milne wala hai nahi.</w:t>
      </w:r>
    </w:p>
    <w:p>
      <w:pPr>
        <w:jc w:val="right"/>
      </w:pPr>
      <w:r>
        <w:t>تو آخر میں آپ صرف یہ جان پائیں گے کہ دنیا میں کچھ ملنے والا ہے نہیں.</w:t>
      </w:r>
    </w:p>
    <w:p>
      <w:r>
        <w:rPr>
          <w:b/>
        </w:rPr>
        <w:t xml:space="preserve">[23:26] </w:t>
      </w:r>
      <w:r>
        <w:t>dunya mein aish insan ke liye hai nahi.</w:t>
      </w:r>
    </w:p>
    <w:p>
      <w:pPr>
        <w:jc w:val="right"/>
      </w:pPr>
      <w:r>
        <w:t>دنیا میں عیش انسان کے لیے ہے نہیں.</w:t>
      </w:r>
    </w:p>
    <w:p>
      <w:r>
        <w:rPr>
          <w:b/>
        </w:rPr>
        <w:t xml:space="preserve">[23:32] </w:t>
      </w:r>
      <w:r>
        <w:t>aish to sirf akhirat mein hai.</w:t>
      </w:r>
    </w:p>
    <w:p>
      <w:pPr>
        <w:jc w:val="right"/>
      </w:pPr>
      <w:r>
        <w:t>عیش تو صرف اخرت میں ہے.</w:t>
      </w:r>
    </w:p>
    <w:p>
      <w:r>
        <w:rPr>
          <w:b/>
        </w:rPr>
        <w:t xml:space="preserve">[23:38] </w:t>
      </w:r>
      <w:r>
        <w:t>to akhirat mein apne aap ko yani is is baat ko</w:t>
      </w:r>
    </w:p>
    <w:p>
      <w:pPr>
        <w:jc w:val="right"/>
      </w:pPr>
      <w:r>
        <w:t>تو اخرت میں اپنے آپ کو یعنی اس اس بات کو</w:t>
      </w:r>
    </w:p>
    <w:p>
      <w:r>
        <w:rPr>
          <w:b/>
        </w:rPr>
        <w:t xml:space="preserve">[23:43] </w:t>
      </w:r>
      <w:r>
        <w:t>is baat ko pakka karne ke liye ke akhirat mein aap paradise ko miss na karein.</w:t>
      </w:r>
    </w:p>
    <w:p>
      <w:pPr>
        <w:jc w:val="right"/>
      </w:pPr>
      <w:r>
        <w:t>اس بات کو پکا کرنے کے لیے کہ اخرت میں آپ پیرڈائز کو مس نہ کریں.</w:t>
      </w:r>
    </w:p>
    <w:p>
      <w:r>
        <w:rPr>
          <w:b/>
        </w:rPr>
        <w:t xml:space="preserve">[23:51] </w:t>
      </w:r>
      <w:r>
        <w:t>akhirat mein aap paradise ko miss na karein.</w:t>
      </w:r>
    </w:p>
    <w:p>
      <w:pPr>
        <w:jc w:val="right"/>
      </w:pPr>
      <w:r>
        <w:t>اخرت میں آپ پیرڈائز کو مس نہ کریں.</w:t>
      </w:r>
    </w:p>
    <w:p>
      <w:r>
        <w:rPr>
          <w:b/>
        </w:rPr>
        <w:t xml:space="preserve">[23:59] </w:t>
      </w:r>
      <w:r>
        <w:t>kyunke dunya mein to milne wali hai nahi.</w:t>
      </w:r>
    </w:p>
    <w:p>
      <w:pPr>
        <w:jc w:val="right"/>
      </w:pPr>
      <w:r>
        <w:t>کیونکہ دنیا میں تو ملنے والی ہے نہیں.</w:t>
      </w:r>
    </w:p>
    <w:p>
      <w:r>
        <w:rPr>
          <w:b/>
        </w:rPr>
        <w:t xml:space="preserve">[24:06] </w:t>
      </w:r>
      <w:r>
        <w:t>to agar Donald Trump ko is haqeeqat ka pata hota to dunya ke samne woh</w:t>
      </w:r>
    </w:p>
    <w:p>
      <w:pPr>
        <w:jc w:val="right"/>
      </w:pPr>
      <w:r>
        <w:t>تو اگر ڈارن ٹرمپ کو اس حقیقت کا پتہ ہوتا تو دنیا کے سامنے وہ</w:t>
      </w:r>
    </w:p>
    <w:p>
      <w:r>
        <w:rPr>
          <w:b/>
        </w:rPr>
        <w:t xml:space="preserve">[24:14] </w:t>
      </w:r>
      <w:r>
        <w:t>bohat bari haqeeqat ka ailan kar sakte thay.</w:t>
      </w:r>
    </w:p>
    <w:p>
      <w:pPr>
        <w:jc w:val="right"/>
      </w:pPr>
      <w:r>
        <w:t>بہت بڑی حقیقت کا اعلان کر سکتے تھے.</w:t>
      </w:r>
    </w:p>
    <w:p>
      <w:r>
        <w:rPr>
          <w:b/>
        </w:rPr>
        <w:t xml:space="preserve">[24:21] </w:t>
      </w:r>
      <w:r>
        <w:t>امریکہ کے پریزیڈنٹ جو ہیں ڈونلڈ ٹرمپ اگر ان کو معلوم ہوتا ہوتا کہ creation plan of God کیا ہے.</w:t>
      </w:r>
    </w:p>
    <w:p>
      <w:pPr>
        <w:jc w:val="right"/>
      </w:pPr>
      <w:r>
        <w:t>امریکہ کے پریزیڈنٹ جو ہیں ڈارن ٹرمپ اگر ان کو معلوم ہوتا ہوتا کہ کریشن پلان آف گاڈ کیا ہے.</w:t>
      </w:r>
    </w:p>
    <w:p>
      <w:r>
        <w:rPr>
          <w:b/>
        </w:rPr>
        <w:t xml:space="preserve">[24:29] </w:t>
      </w:r>
      <w:r>
        <w:t>to woh ek aisi baat keh sakte thay ek aisi haqeeqat ka ailan kar sakte thay.</w:t>
      </w:r>
    </w:p>
    <w:p>
      <w:pPr>
        <w:jc w:val="right"/>
      </w:pPr>
      <w:r>
        <w:t>تو وہ ایک ایسی بات کہہ سکتے تھے ایک ایسی حقیقت کا اعلان کر سکتے تھے.</w:t>
      </w:r>
    </w:p>
    <w:p>
      <w:r>
        <w:rPr>
          <w:b/>
        </w:rPr>
        <w:t xml:space="preserve">[24:36] </w:t>
      </w:r>
      <w:r>
        <w:t>jis ki dunya ko sab se zyada zaroorat hai.</w:t>
      </w:r>
    </w:p>
    <w:p>
      <w:pPr>
        <w:jc w:val="right"/>
      </w:pPr>
      <w:r>
        <w:t>جس کی دنیا کو سب سے زیادہ ضرورت ہے.</w:t>
      </w:r>
    </w:p>
    <w:p>
      <w:r>
        <w:rPr>
          <w:b/>
        </w:rPr>
        <w:t xml:space="preserve">[24:44] </w:t>
      </w:r>
      <w:r>
        <w:t>har aadmi daud raha hai ke is dunya mein woh jannat ko pa le apne liye apni family</w:t>
      </w:r>
    </w:p>
    <w:p>
      <w:pPr>
        <w:jc w:val="right"/>
      </w:pPr>
      <w:r>
        <w:t>ہر آدمی دوڑ رہا ہے کہ اس دنیا میں وہ جنت کو پا لے اپنے لیے اپنی فیملی</w:t>
      </w:r>
    </w:p>
    <w:p>
      <w:r>
        <w:rPr>
          <w:b/>
        </w:rPr>
        <w:t xml:space="preserve">[24:50] </w:t>
      </w:r>
      <w:r>
        <w:t>ke liye apne bachon ke liye.</w:t>
      </w:r>
    </w:p>
    <w:p>
      <w:pPr>
        <w:jc w:val="right"/>
      </w:pPr>
      <w:r>
        <w:t>کے لیے اپنے بچوں کے لیے.</w:t>
      </w:r>
    </w:p>
    <w:p>
      <w:r>
        <w:rPr>
          <w:b/>
        </w:rPr>
        <w:t xml:space="preserve">[24:56] </w:t>
      </w:r>
      <w:r>
        <w:t>to Donald Trump ko mauqa tha yeh kehne ka ke mujhe white house mein entry mili tab bhi</w:t>
      </w:r>
    </w:p>
    <w:p>
      <w:pPr>
        <w:jc w:val="right"/>
      </w:pPr>
      <w:r>
        <w:t>تو ڈارن ٹرمپ کو موقع تھا یہ کہنے کا کہ مجھے وائٹ ہاؤس میں انٹری ملی تب بھی</w:t>
      </w:r>
    </w:p>
    <w:p>
      <w:r>
        <w:rPr>
          <w:b/>
        </w:rPr>
        <w:t xml:space="preserve">[25:02] </w:t>
      </w:r>
      <w:r>
        <w:t>mujhe paradise nahi mili.</w:t>
      </w:r>
    </w:p>
    <w:p>
      <w:pPr>
        <w:jc w:val="right"/>
      </w:pPr>
      <w:r>
        <w:t>مجھے پیرڈائز نہیں ملی.</w:t>
      </w:r>
    </w:p>
    <w:p>
      <w:r>
        <w:rPr>
          <w:b/>
        </w:rPr>
        <w:t xml:space="preserve">[25:08] </w:t>
      </w:r>
      <w:r>
        <w:t>to aye dunya walo jaan lo ke paradise is dunya mein milne wali hai hi nahi.</w:t>
      </w:r>
    </w:p>
    <w:p>
      <w:pPr>
        <w:jc w:val="right"/>
      </w:pPr>
      <w:r>
        <w:t>تو اے دنیا والو جان لو کہ پیرڈائز اس دنیا میں ملنے والی ہے ہی نہیں.</w:t>
      </w:r>
    </w:p>
    <w:p>
      <w:r>
        <w:rPr>
          <w:b/>
        </w:rPr>
        <w:t xml:space="preserve">[25:14] </w:t>
      </w:r>
      <w:r>
        <w:t>yahan jo karna hai woh apne aap ko prepare karna.</w:t>
      </w:r>
    </w:p>
    <w:p>
      <w:pPr>
        <w:jc w:val="right"/>
      </w:pPr>
      <w:r>
        <w:t>یہاں جو کرنا ہے وہ اپنے آپ کو پیر پیر کرنا.</w:t>
      </w:r>
    </w:p>
    <w:p>
      <w:r>
        <w:rPr>
          <w:b/>
        </w:rPr>
        <w:t xml:space="preserve">[25:20] </w:t>
      </w:r>
      <w:r>
        <w:t>apne aap ko jannat ke liye deserving candidate banana hai.</w:t>
      </w:r>
    </w:p>
    <w:p>
      <w:pPr>
        <w:jc w:val="right"/>
      </w:pPr>
      <w:r>
        <w:t>اپنے آپ کو جنت کے لیے ڈیزرونگ کینڈیڈیٹ بنانا ہے.</w:t>
      </w:r>
    </w:p>
    <w:p>
      <w:r>
        <w:rPr>
          <w:b/>
        </w:rPr>
        <w:t xml:space="preserve">[25:25] </w:t>
      </w:r>
      <w:r>
        <w:t>to is opportunity ko paane ki koshish karo.</w:t>
      </w:r>
    </w:p>
    <w:p>
      <w:pPr>
        <w:jc w:val="right"/>
      </w:pPr>
      <w:r>
        <w:t>تو اس اپرچونیٹی کو پانے کی کوشش کرو.</w:t>
      </w:r>
    </w:p>
    <w:p>
      <w:r>
        <w:rPr>
          <w:b/>
        </w:rPr>
        <w:t xml:space="preserve">[25:30] </w:t>
      </w:r>
      <w:r>
        <w:t>is opportunity ko avail karne ki koshish karo.</w:t>
      </w:r>
    </w:p>
    <w:p>
      <w:pPr>
        <w:jc w:val="right"/>
      </w:pPr>
      <w:r>
        <w:t>اس اپرچونیٹی کو اویل کرنے کی کوشش کرو.</w:t>
      </w:r>
    </w:p>
    <w:p>
      <w:r>
        <w:rPr>
          <w:b/>
        </w:rPr>
        <w:t xml:space="preserve">[25:36] </w:t>
      </w:r>
      <w:r>
        <w:t>yeh duniya opportunity hai is ko humein avail karna hai.</w:t>
      </w:r>
    </w:p>
    <w:p>
      <w:pPr>
        <w:jc w:val="right"/>
      </w:pPr>
      <w:r>
        <w:t>یہ دنیا اپرچونیٹی ہے اس کو ہمیں اویل کرنا ہے.</w:t>
      </w:r>
    </w:p>
    <w:p>
      <w:r>
        <w:rPr>
          <w:b/>
        </w:rPr>
        <w:t xml:space="preserve">[25:41] </w:t>
      </w:r>
      <w:r>
        <w:t>duniya apne aap mein paradise nahi hai.</w:t>
      </w:r>
    </w:p>
    <w:p>
      <w:pPr>
        <w:jc w:val="right"/>
      </w:pPr>
      <w:r>
        <w:t>دنیا اپنے آپ میں پیرڈائز نہیں ہے.</w:t>
      </w:r>
    </w:p>
    <w:p>
      <w:r>
        <w:rPr>
          <w:b/>
        </w:rPr>
        <w:t xml:space="preserve">[25:47] </w:t>
      </w:r>
      <w:r>
        <w:t>is duniya mein bazahir to bohat si achhi cheezein hain.</w:t>
      </w:r>
    </w:p>
    <w:p>
      <w:pPr>
        <w:jc w:val="right"/>
      </w:pPr>
      <w:r>
        <w:t>اس دنیا میں بظاہر تو بہت سی اچھی چیزیں ہیں.</w:t>
      </w:r>
    </w:p>
    <w:p>
      <w:r>
        <w:rPr>
          <w:b/>
        </w:rPr>
        <w:t xml:space="preserve">[25:55] </w:t>
      </w:r>
      <w:r>
        <w:t>lekin jannat is duniya mein nahi hai.</w:t>
      </w:r>
    </w:p>
    <w:p>
      <w:pPr>
        <w:jc w:val="right"/>
      </w:pPr>
      <w:r>
        <w:t>لیکن جنت اس دنیا میں نہیں ہے.</w:t>
      </w:r>
    </w:p>
    <w:p>
      <w:r>
        <w:rPr>
          <w:b/>
        </w:rPr>
        <w:t xml:space="preserve">[26:03] </w:t>
      </w:r>
      <w:r>
        <w:t>to apne aap ko tayyar kijiye.</w:t>
      </w:r>
    </w:p>
    <w:p>
      <w:pPr>
        <w:jc w:val="right"/>
      </w:pPr>
      <w:r>
        <w:t>تو اپنے آپ کو تیار کیجئے.</w:t>
      </w:r>
    </w:p>
    <w:p>
      <w:r>
        <w:rPr>
          <w:b/>
        </w:rPr>
        <w:t xml:space="preserve">[26:11] </w:t>
      </w:r>
      <w:r>
        <w:t>ke agle daur hayat mein hum jannat se mehroom na rahein.</w:t>
      </w:r>
    </w:p>
    <w:p>
      <w:pPr>
        <w:jc w:val="right"/>
      </w:pPr>
      <w:r>
        <w:t>کہ اگلے دور حیات میں ہم جنت سے محروم نہ رہیں.</w:t>
      </w:r>
    </w:p>
    <w:p>
      <w:r>
        <w:rPr>
          <w:b/>
        </w:rPr>
        <w:t xml:space="preserve">[26:19] </w:t>
      </w:r>
      <w:r>
        <w:t>jab hum agli dauraat mein pahunchein to farishte hamein alam risalat khane ke liye khade hon. Assalamu Alaikum Wa Rahmatullahi. Okay we will be starting with the question answer session uh we request all online viewers to send their ques</w:t>
      </w:r>
    </w:p>
    <w:p>
      <w:pPr>
        <w:jc w:val="right"/>
      </w:pPr>
      <w:r>
        <w:t>جب ہم اگلے دورات میں پہنچیں تو فرشتے ہمیں عالم رسالت کھانے کے لیے کھڑے ہوں. السلام علیکم ورحمۃ اللہ. اوکے وی بی سٹارٹنگ ود دا کوئسچن انسر سیشن اہ وی ریکویسٹ ال ان لائن ویوورز ٹو سینڈ دیر کوئ</w:t>
      </w:r>
    </w:p>
    <w:p>
      <w:r>
        <w:rPr>
          <w:b/>
        </w:rPr>
        <w:t xml:space="preserve">[26:49] </w:t>
      </w:r>
      <w:r>
        <w:t>sachins in info at cps global dot org people who watching it in face</w:t>
      </w:r>
    </w:p>
    <w:p>
      <w:pPr>
        <w:jc w:val="right"/>
      </w:pPr>
      <w:r>
        <w:t>سچنز ان انفو ایٹ سی پی ایس گلوبل ڈاٹ او آر جی پیپل ہو واچنگ اٹ ان فیس</w:t>
      </w:r>
    </w:p>
    <w:p>
      <w:r>
        <w:rPr>
          <w:b/>
        </w:rPr>
        <w:t xml:space="preserve">[26:55] </w:t>
      </w:r>
      <w:r>
        <w:t>book please also mention a location when you post your comments and questions.</w:t>
      </w:r>
    </w:p>
    <w:p>
      <w:pPr>
        <w:jc w:val="right"/>
      </w:pPr>
      <w:r>
        <w:t>بک پلیز السو مینشن اے لوکیشن وین یو پوسٹ یور کمنٹس اینڈ کوئسچن.</w:t>
      </w:r>
    </w:p>
    <w:p>
      <w:r>
        <w:rPr>
          <w:b/>
        </w:rPr>
        <w:t xml:space="preserve">[27:01] </w:t>
      </w:r>
      <w:r>
        <w:t>maulana sawal lene se pehle kuch comments padhna chahenge ah yeh comment bheja hai faraz khan sahab</w:t>
      </w:r>
    </w:p>
    <w:p>
      <w:pPr>
        <w:jc w:val="right"/>
      </w:pPr>
      <w:r>
        <w:t>مولانا سوال لینے سے پہلے کچھ کمنٹس پڑھنا چاہیں گے اہ یہ کمنٹ بھیجا ہے فراز خان صاحب</w:t>
      </w:r>
    </w:p>
    <w:p>
      <w:r>
        <w:rPr>
          <w:b/>
        </w:rPr>
        <w:t xml:space="preserve">[27:07] </w:t>
      </w:r>
      <w:r>
        <w:t>ne kolkata se unhone likha hai we know very well that we have to leave this temporary</w:t>
      </w:r>
    </w:p>
    <w:p>
      <w:pPr>
        <w:jc w:val="right"/>
      </w:pPr>
      <w:r>
        <w:t>نے کلکتہ سے انہوں نے لکھا ہے وی نو ویری ویل دیٹ وی ہیو ٹو لیو دس ٹیمپرری</w:t>
      </w:r>
    </w:p>
    <w:p>
      <w:r>
        <w:rPr>
          <w:b/>
        </w:rPr>
        <w:t xml:space="preserve">[27:13] </w:t>
      </w:r>
      <w:r>
        <w:t>world sooner or later yet we s</w:t>
      </w:r>
    </w:p>
    <w:p>
      <w:pPr>
        <w:jc w:val="right"/>
      </w:pPr>
      <w:r>
        <w:t>ورلڈ سونر اور لیٹر یٹ وی س</w:t>
      </w:r>
    </w:p>
    <w:p>
      <w:r>
        <w:rPr>
          <w:b/>
        </w:rPr>
        <w:t xml:space="preserve">[27:19] </w:t>
      </w:r>
      <w:r>
        <w:t>eek paradise in it. Miss Shabana Ansari ne Pakistan se likha hai this life is just for the realization of God and making our self heavenly personality. We can get spiritual happiness here by loving God. Dr. Muhammad Waqar Alam sahab ne USA se comment bheja hai unhone likha hai you are the only one who is placed every visi</w:t>
      </w:r>
    </w:p>
    <w:p>
      <w:pPr>
        <w:jc w:val="right"/>
      </w:pPr>
      <w:r>
        <w:t>یک پیرڈائز ان اٹ. مس شبانہ انصاری نے پاکستان سے لکھا ہے دس لائف از جسٹ فار دی ریلائزیشن اف گاڈ اینڈ میکنگ اور سیلف ہیونلی پرسنیلٹی وی کین گیٹ سپرچول ہیپینس ہیر بائے لوونگ گاڈ. ڈاکٹر محمد وقار عالم صاحب نے یو ایس اے سے کمنٹ بھیجا ہے انہوں نے لکھا ہے یو ار دا اونلی ون ہو از پلیسڈ ایوری ویزی</w:t>
      </w:r>
    </w:p>
    <w:p>
      <w:r>
        <w:rPr>
          <w:b/>
        </w:rPr>
        <w:t xml:space="preserve">[27:49] </w:t>
      </w:r>
      <w:r>
        <w:t>bill and invisible thing in its place from world to heaven and have given us the path to</w:t>
      </w:r>
    </w:p>
    <w:p>
      <w:pPr>
        <w:jc w:val="right"/>
      </w:pPr>
      <w:r>
        <w:t>بل اینڈ انویزیبل تھنگ ان اٹس پلیس فرام ورلڈ ٹو ہیون اینڈ ہیو گیون اس دا پاتھ ٹو</w:t>
      </w:r>
    </w:p>
    <w:p>
      <w:r>
        <w:rPr>
          <w:b/>
        </w:rPr>
        <w:t xml:space="preserve">[27:57] </w:t>
      </w:r>
      <w:r>
        <w:t>walk from this world towards jannat.</w:t>
      </w:r>
    </w:p>
    <w:p>
      <w:pPr>
        <w:jc w:val="right"/>
      </w:pPr>
      <w:r>
        <w:t>واک فرام دس ورلڈ ٹورڈز جنت.</w:t>
      </w:r>
    </w:p>
    <w:p>
      <w:r>
        <w:rPr>
          <w:b/>
        </w:rPr>
        <w:t xml:space="preserve">[28:05] </w:t>
      </w:r>
      <w:r>
        <w:t>maulana ab sawal lete hain ah yeh sawal bheja hai fawad sahab ne moradabad se unhone</w:t>
      </w:r>
    </w:p>
    <w:p>
      <w:pPr>
        <w:jc w:val="right"/>
      </w:pPr>
      <w:r>
        <w:t>مولانا اب سوال لیتے ہیں اہ یہ سوال بھیجا ہے فواد صاحب نے مراد آباد سے انہوں نے</w:t>
      </w:r>
    </w:p>
    <w:p>
      <w:r>
        <w:rPr>
          <w:b/>
        </w:rPr>
        <w:t xml:space="preserve">[28:12] </w:t>
      </w:r>
      <w:r>
        <w:t>likha hai maulana sahab my question is that how can we make our experience learning oriented</w:t>
      </w:r>
    </w:p>
    <w:p>
      <w:pPr>
        <w:jc w:val="right"/>
      </w:pPr>
      <w:r>
        <w:t>لکھا ہے مولانا صاحب مائی کوئسچن از دیٹ ہاؤ کین وی میک اور ایکسپیرینس لرننگ اورینٹڈ</w:t>
      </w:r>
    </w:p>
    <w:p>
      <w:r>
        <w:rPr>
          <w:b/>
        </w:rPr>
        <w:t xml:space="preserve">[28:20] </w:t>
      </w:r>
      <w:r>
        <w:t>We often say that people who have bad experiences become negative, so how can we become positive or</w:t>
      </w:r>
    </w:p>
    <w:p>
      <w:pPr>
        <w:jc w:val="right"/>
      </w:pPr>
      <w:r>
        <w:t>وی افن سی دیٹ پیپل ہو ہیو بیڈ ایکسپیرینسز بیکم نیگیٹیو سو ہاؤ کین وی بیکم پازیٹیو اور</w:t>
      </w:r>
    </w:p>
    <w:p>
      <w:r>
        <w:rPr>
          <w:b/>
        </w:rPr>
        <w:t xml:space="preserve">[28:30] </w:t>
      </w:r>
      <w:r>
        <w:t>take positive lessons from daily negative experiences.</w:t>
      </w:r>
    </w:p>
    <w:p>
      <w:pPr>
        <w:jc w:val="right"/>
      </w:pPr>
      <w:r>
        <w:t>ٹیک پازیٹیو لیسنز فرام ڈیلی نیگیٹیو ایکسپیرینسز.</w:t>
      </w:r>
    </w:p>
    <w:p>
      <w:r>
        <w:rPr>
          <w:b/>
        </w:rPr>
        <w:t xml:space="preserve">[28:40] </w:t>
      </w:r>
      <w:r>
        <w:t>dekhiye sari learning ke liye jo condition hai woh sirf ek hi hai apne aap ko negative thin</w:t>
      </w:r>
    </w:p>
    <w:p>
      <w:pPr>
        <w:jc w:val="right"/>
      </w:pPr>
      <w:r>
        <w:t>دیکھیے ساری لرننگ کے لیے جو کنڈیشن ہے وہ صرف ایک ہی ہے اپنے آپ کو نیگیٹیو تھن</w:t>
      </w:r>
    </w:p>
    <w:p>
      <w:r>
        <w:rPr>
          <w:b/>
        </w:rPr>
        <w:t xml:space="preserve">[28:50] </w:t>
      </w:r>
      <w:r>
        <w:t>se bachana. Aur yeh sab se zyada asan baat hai ke kyunke by birth har aadmi positive thinker hi hai. By birth har aadmi positive thinker hi hai. Jab aap negative thinking mein jate hain to aap deviate karte hain. To aap ko koi cheez create nahi karna hai</w:t>
      </w:r>
    </w:p>
    <w:p>
      <w:pPr>
        <w:jc w:val="right"/>
      </w:pPr>
      <w:r>
        <w:t>کنگ سے بچانا. اور یہ سب سے زیادہ آسان بات ہے کہ کیونکہ بائے برتھ ہر آدمی پازیٹیو تھنکر ہی ہے کل بائے برتھ ہر آدمی پازیٹیو تھنکر ہی ہے. جب آپ نیگیٹیو تھنکنگ میں جاتے ہیں تو آپ ڈیویٹ کرتے ہیں. تو آپ کو کوئی چیز کریٹ نہیں کرنا ہے</w:t>
      </w:r>
    </w:p>
    <w:p>
      <w:r>
        <w:rPr>
          <w:b/>
        </w:rPr>
        <w:t xml:space="preserve">[29:20] </w:t>
      </w:r>
      <w:r>
        <w:t>sirf use bachana hai ke aap deviate na karein main samajhta hoon ke yeh to bohat asaan baat</w:t>
      </w:r>
    </w:p>
    <w:p>
      <w:pPr>
        <w:jc w:val="right"/>
      </w:pPr>
      <w:r>
        <w:t>صرف اسے بچانا ہے کہ آپ ڈیویٹ نہ کریں میں سمجھتا ہوں کہ یہ تو بہت آسان بات</w:t>
      </w:r>
    </w:p>
    <w:p>
      <w:r>
        <w:rPr>
          <w:b/>
        </w:rPr>
        <w:t xml:space="preserve">[29:27] </w:t>
      </w:r>
      <w:r>
        <w:t>hai is se zyada asaan baat kahan ho sakti hai apni nature ko preserve rakhein apni nature ko</w:t>
      </w:r>
    </w:p>
    <w:p>
      <w:pPr>
        <w:jc w:val="right"/>
      </w:pPr>
      <w:r>
        <w:t>ہے اس سے زیادہ آسان بات کہاں ہو سکتی ہے اپنی نیچر کو پریزرو رکھیں اپنی نیچر کو</w:t>
      </w:r>
    </w:p>
    <w:p>
      <w:r>
        <w:rPr>
          <w:b/>
        </w:rPr>
        <w:t xml:space="preserve">[29:35] </w:t>
      </w:r>
      <w:r>
        <w:t>jis par Allah ne paida kiya aap ko us ko bachayein.</w:t>
      </w:r>
    </w:p>
    <w:p>
      <w:pPr>
        <w:jc w:val="right"/>
      </w:pPr>
      <w:r>
        <w:t>جس پر اللہ نے پیدا کیا آپ کو اس کو بچائیں.</w:t>
      </w:r>
    </w:p>
    <w:p>
      <w:r>
        <w:rPr>
          <w:b/>
        </w:rPr>
        <w:t xml:space="preserve">[29:43] </w:t>
      </w:r>
      <w:r>
        <w:t>to yeh to already jo aap ki personality hai usi ko bachane ka mamla hai.</w:t>
      </w:r>
    </w:p>
    <w:p>
      <w:pPr>
        <w:jc w:val="right"/>
      </w:pPr>
      <w:r>
        <w:t>تو یہ تو الریڈی جو آپ کی پرسنیلٹی ہے اسی کو بچانے کا معاملہ ہے.</w:t>
      </w:r>
    </w:p>
    <w:p>
      <w:r>
        <w:rPr>
          <w:b/>
        </w:rPr>
        <w:t xml:space="preserve">[29:51] </w:t>
      </w:r>
      <w:r>
        <w:t>to deviation se bachaiye aur sab kuch aap ko milta rahega. Maulana agla sawal Chennai se bheja hai Maulana Iqbal Umri ne unhone likha hai Maulana dunya ki madi taabeer aur maanvi taabeer mein farq kaise karein aur is ke mutabiq hamara kya role mumkin hai is ko wazeh karein. Dekhein</w:t>
      </w:r>
    </w:p>
    <w:p>
      <w:pPr>
        <w:jc w:val="right"/>
      </w:pPr>
      <w:r>
        <w:t>تو ڈیوی ایشن سے بچائیے اور سب کچھ آپ کو ملتا رہے گا. مولانا اگلا سوال چنئی سے بھیجا ہے مولانا اقبال عمری نے انہوں نے لکھا ہے مولانا دنیا کی مادی تعبیر اور معنوی تعبیر میں فرق کیسے کریں اور اس کے مطابق ہمارا کیا رول ممکن ہے اس کو واضح کریں. دیکھیں</w:t>
      </w:r>
    </w:p>
    <w:p>
      <w:r>
        <w:rPr>
          <w:b/>
        </w:rPr>
        <w:t xml:space="preserve">[30:21] </w:t>
      </w:r>
      <w:r>
        <w:t>duniya ki sahi taabeer woh hai jo akhirat oriented ho.</w:t>
      </w:r>
    </w:p>
    <w:p>
      <w:pPr>
        <w:jc w:val="right"/>
      </w:pPr>
      <w:r>
        <w:t>دنیا کی صحیح تعبیر وہ ہے جو اخرت اورینٹڈ ہو.</w:t>
      </w:r>
    </w:p>
    <w:p>
      <w:r>
        <w:rPr>
          <w:b/>
        </w:rPr>
        <w:t xml:space="preserve">[30:31] </w:t>
      </w:r>
      <w:r>
        <w:t>aur dunya ki ghalat ta'beer woh hai jo dunya oriented ho.</w:t>
      </w:r>
    </w:p>
    <w:p>
      <w:pPr>
        <w:jc w:val="right"/>
      </w:pPr>
      <w:r>
        <w:t>اور دنیا کی غلط تعبیر وہ ہے جو دنیا اورینٹڈ ہو.</w:t>
      </w:r>
    </w:p>
    <w:p>
      <w:r>
        <w:rPr>
          <w:b/>
        </w:rPr>
        <w:t xml:space="preserve">[30:42] </w:t>
      </w:r>
      <w:r>
        <w:t>misla aap agar yeh nishana banayein ke dunya mein muslim empowerment aap ka nishana hai.</w:t>
      </w:r>
    </w:p>
    <w:p>
      <w:pPr>
        <w:jc w:val="right"/>
      </w:pPr>
      <w:r>
        <w:t>مثلا آپ اگر یہ نشانہ بنائیں کہ دنیا میں مسلم ایمپاورمنٹ آپ کا نشانہ ہے.</w:t>
      </w:r>
    </w:p>
    <w:p>
      <w:r>
        <w:rPr>
          <w:b/>
        </w:rPr>
        <w:t xml:space="preserve">[30:52] </w:t>
      </w:r>
      <w:r>
        <w:t>dunya mein hukoomat kaam karna aap ka nishana hai.</w:t>
      </w:r>
    </w:p>
    <w:p>
      <w:pPr>
        <w:jc w:val="right"/>
      </w:pPr>
      <w:r>
        <w:t>دنیا میں حکومت کام کرنا آپ کا نشانہ ہے.</w:t>
      </w:r>
    </w:p>
    <w:p>
      <w:r>
        <w:rPr>
          <w:b/>
        </w:rPr>
        <w:t xml:space="preserve">[30:58] </w:t>
      </w:r>
      <w:r>
        <w:t>dunya mein justice kaam karna aap ka nishana hai yeh sab duniyavi nishane hain.</w:t>
      </w:r>
    </w:p>
    <w:p>
      <w:pPr>
        <w:jc w:val="right"/>
      </w:pPr>
      <w:r>
        <w:t>دنیا میں جسٹس کام کرنا آپ کا نشانہ ہے یہ سب دنیاوی نشانے ہیں.</w:t>
      </w:r>
    </w:p>
    <w:p>
      <w:r>
        <w:rPr>
          <w:b/>
        </w:rPr>
        <w:t xml:space="preserve">[31:04] </w:t>
      </w:r>
      <w:r>
        <w:t>lekin agar aap ka nishana akhirat ho to woh sahi sahi nishana hai yani dunya se jo cheez</w:t>
      </w:r>
    </w:p>
    <w:p>
      <w:pPr>
        <w:jc w:val="right"/>
      </w:pPr>
      <w:r>
        <w:t>لیکن اگر آپ کا نشانہ اخرت ہو تو وہ صحیح صحیح نشانہ ہے یعنی دنیا سے جو چیز</w:t>
      </w:r>
    </w:p>
    <w:p>
      <w:r>
        <w:rPr>
          <w:b/>
        </w:rPr>
        <w:t xml:space="preserve">[31:11] </w:t>
      </w:r>
      <w:r>
        <w:t>lena hai aap ko woh khud dunya nahi hai dunya se lena hai akhirat.</w:t>
      </w:r>
    </w:p>
    <w:p>
      <w:pPr>
        <w:jc w:val="right"/>
      </w:pPr>
      <w:r>
        <w:t>لینا ہے آپ کو وہ خود دنیا نہیں ہے دنیا سے لینا ہے اخرت.</w:t>
      </w:r>
    </w:p>
    <w:p>
      <w:r>
        <w:rPr>
          <w:b/>
        </w:rPr>
        <w:t xml:space="preserve">[31:17] </w:t>
      </w:r>
      <w:r>
        <w:t>yeh to bohat wazeh hai quran o hadees mein</w:t>
      </w:r>
    </w:p>
    <w:p>
      <w:pPr>
        <w:jc w:val="right"/>
      </w:pPr>
      <w:r>
        <w:t>یہ تو بہت واضح ہے قرآن و حدیث میں</w:t>
      </w:r>
    </w:p>
    <w:p>
      <w:r>
        <w:rPr>
          <w:b/>
        </w:rPr>
        <w:t xml:space="preserve">[31:23] </w:t>
      </w:r>
      <w:r>
        <w:t>keh dunya mein jo kuch hai us ko lena yeh momin ka nishan nahi hai. balkeh momin ka nishan yeh hai keh dunya se woh akhirat ko le. bohat clear hai yeh baat quran o hadees mein. doctor muhammad iqbal pardhan ne dilli se sawal bheja hai maulana unhon ne aap se poocha hai keh most of the human beings are in search of</w:t>
      </w:r>
    </w:p>
    <w:p>
      <w:pPr>
        <w:jc w:val="right"/>
      </w:pPr>
      <w:r>
        <w:t>کہ دنیا میں جو کچھ ہے اس کو لینا یہ مومن کا نشان نہیں ہے. بلکہ مومن کا نشان یہ ہے کہ دنیا سے وہ اخرت کو لے. بہت کلیئر ہے یہ بات قرآن و حدیث میں. ڈاکٹر محمد اقبال پردھان نے دلی سے سوال بھیجا ہے مولانا انہوں نے آپ سے پوچھا ہے کہ موسٹ اف دا ہیومن بینگز ار ان سرچ اف</w:t>
      </w:r>
    </w:p>
    <w:p>
      <w:r>
        <w:rPr>
          <w:b/>
        </w:rPr>
        <w:t xml:space="preserve">[31:53] </w:t>
      </w:r>
      <w:r>
        <w:t>perfect partner in this world and this is a proven fact maulana my question is is there any possibility to search a perfect partner in this limited world. dekhen perfect partner milta nahi hai aap ko banana parta hai woh banane ki cheez hai milne ki cheez hai nahi. kyunkeh history batati hai keh har aurat h</w:t>
      </w:r>
    </w:p>
    <w:p>
      <w:pPr>
        <w:jc w:val="right"/>
      </w:pPr>
      <w:r>
        <w:t>پرفیکٹ پارٹنر ان دس ورلڈ اینڈ دس از ا پروون فیکٹ مولانا مائی کوئسچن از از دیر اینی پوسیبلیٹی ٹو سرچ ا پرفیکٹ پارٹنر ان دس لمیٹڈ ورلڈ. دیکھیں پرفیکٹ پارٹنر ملتا نہیں ہے آپ کو بنانا پڑتا ہے وہ بنانے کی چیز ہے ملنے کی چیز ہے نہیں. کیونکہ ہسٹری بتاتی ہے کہ ہر عورت ہ</w:t>
      </w:r>
    </w:p>
    <w:p>
      <w:r>
        <w:rPr>
          <w:b/>
        </w:rPr>
        <w:t xml:space="preserve">[32:23] </w:t>
      </w:r>
      <w:r>
        <w:t>ہر مرد الگ الگ ساخت پر بنائے گئے ہیں ہر مرد مسٹر ڈفرنٹ ہے ہر عورت مس ڈفرنٹ ہے.</w:t>
      </w:r>
    </w:p>
    <w:p>
      <w:pPr>
        <w:jc w:val="right"/>
      </w:pPr>
      <w:r>
        <w:t>ر مرد الگ الگ ساخت پر بنائے گئے ہیں ہر مرد مسٹر ڈفرنٹ ہے ہر عورت مس ڈفرنٹ ہے.</w:t>
      </w:r>
    </w:p>
    <w:p>
      <w:r>
        <w:rPr>
          <w:b/>
        </w:rPr>
        <w:t xml:space="preserve">[32:34] </w:t>
      </w:r>
      <w:r>
        <w:t>to kaise ho sakta hai yeh to aap ko ek imperfect ko perfect banana hai aap ko aap</w:t>
      </w:r>
    </w:p>
    <w:p>
      <w:pPr>
        <w:jc w:val="right"/>
      </w:pPr>
      <w:r>
        <w:t>تو کیسے ہو سکتا ہے یہ تو آپ کو ایک امپرفیکٹ کو پرفیکٹ بنانا ہے آپ کو آپ</w:t>
      </w:r>
    </w:p>
    <w:p>
      <w:r>
        <w:rPr>
          <w:b/>
        </w:rPr>
        <w:t xml:space="preserve">[32:45] </w:t>
      </w:r>
      <w:r>
        <w:t>ko khud hi yeh kaam karna hai.</w:t>
      </w:r>
    </w:p>
    <w:p>
      <w:pPr>
        <w:jc w:val="right"/>
      </w:pPr>
      <w:r>
        <w:t>کو خود ہی یہ کام کرنا ہے.</w:t>
      </w:r>
    </w:p>
    <w:p>
      <w:r>
        <w:rPr>
          <w:b/>
        </w:rPr>
        <w:t xml:space="preserve">[32:56] </w:t>
      </w:r>
      <w:r>
        <w:t>میں سمجھتا ہوں کہ جو لوگ perfect partner کو گول بناتے ہیں وہ creation plan of God کے</w:t>
      </w:r>
    </w:p>
    <w:p>
      <w:pPr>
        <w:jc w:val="right"/>
      </w:pPr>
      <w:r>
        <w:t>میں سمجھتا ہوں کہ جو لوگ پرفیکٹ پارٹنر کو گول بناتے ہیں وہ کریشن پلان اف گاڈ کے</w:t>
      </w:r>
    </w:p>
    <w:p>
      <w:r>
        <w:rPr>
          <w:b/>
        </w:rPr>
        <w:t xml:space="preserve">[33:04] </w:t>
      </w:r>
      <w:r>
        <w:t>khilaf chalte hain jab creation plan of god jo hai us ke andar kisi ko aisa banaya hi</w:t>
      </w:r>
    </w:p>
    <w:p>
      <w:pPr>
        <w:jc w:val="right"/>
      </w:pPr>
      <w:r>
        <w:t>خلاف چلتے ہیں جب کریشن پلان اف گاڈ جو ہے اس کے اندر کسی کو ایسا بنایا ہی</w:t>
      </w:r>
    </w:p>
    <w:p>
      <w:r>
        <w:rPr>
          <w:b/>
        </w:rPr>
        <w:t xml:space="preserve">[33:11] </w:t>
      </w:r>
      <w:r>
        <w:t>nahi gaya hai to aap payein kahan aap apne behavior se us ko apne apne liye favorable banayein</w:t>
      </w:r>
    </w:p>
    <w:p>
      <w:pPr>
        <w:jc w:val="right"/>
      </w:pPr>
      <w:r>
        <w:t>نہیں گیا ہے تو آپ پائیں کہاں آپ اپنے بیہیویئر سے اس کو اپنے اپنے لیے فیوریبل بنائیں</w:t>
      </w:r>
    </w:p>
    <w:p>
      <w:r>
        <w:rPr>
          <w:b/>
        </w:rPr>
        <w:t xml:space="preserve">[33:19] </w:t>
      </w:r>
      <w:r>
        <w:t>favorable wohi hai aap ka perfect partner.</w:t>
      </w:r>
    </w:p>
    <w:p>
      <w:pPr>
        <w:jc w:val="right"/>
      </w:pPr>
      <w:r>
        <w:t>فیوریبل وہی ہے آپ کا پرفیکٹ پارٹنر.</w:t>
      </w:r>
    </w:p>
    <w:p>
      <w:r>
        <w:rPr>
          <w:b/>
        </w:rPr>
        <w:t xml:space="preserve">[33:27] </w:t>
      </w:r>
      <w:r>
        <w:t>is mein se aik shart yeh hai keh aap apne partner ki creation ko negative sense mein na lein balkeh positive sense mein lein. agar apne partner ko baaton ko agar aap negative sense mein lein to maloom hoga yeh to perfect nahi tha lekin us ke baaton ko positive sense mein lein to aap</w:t>
      </w:r>
    </w:p>
    <w:p>
      <w:pPr>
        <w:jc w:val="right"/>
      </w:pPr>
      <w:r>
        <w:t>اس میں سے ایک شرط یہ ہے کہ آپ اپنے پارٹنر کی کریشن کو نیگیٹیو سینس میں نہ لیں بلکہ پازیٹیو سینس میں لیں. اگر اپنے پارٹنر کو باتوں کو اگر آپ نیگیٹیو سینس میں لیں تو معلوم ہوگا یہ تو پرفیکٹ نہیں تھا لیکن اس کے باتوں کو پازیٹیو سینس میں لیں تو آپ</w:t>
      </w:r>
    </w:p>
    <w:p>
      <w:r>
        <w:rPr>
          <w:b/>
        </w:rPr>
        <w:t xml:space="preserve">[33:57] </w:t>
      </w:r>
      <w:r>
        <w:t>discover karein ge yeh to bilkul meri perfect partner tha.</w:t>
      </w:r>
    </w:p>
    <w:p>
      <w:pPr>
        <w:jc w:val="right"/>
      </w:pPr>
      <w:r>
        <w:t>ڈسکور کریں گے یہ تو بالکل میری پرفیکٹ پارٹنر تھا.</w:t>
      </w:r>
    </w:p>
    <w:p>
      <w:r>
        <w:rPr>
          <w:b/>
        </w:rPr>
        <w:t xml:space="preserve">[34:03] </w:t>
      </w:r>
      <w:r>
        <w:t>isi art ko janne ki baat hai.</w:t>
      </w:r>
    </w:p>
    <w:p>
      <w:pPr>
        <w:jc w:val="right"/>
      </w:pPr>
      <w:r>
        <w:t>اسی آرٹ کو جاننے کی بات ہے.</w:t>
      </w:r>
    </w:p>
    <w:p>
      <w:r>
        <w:rPr>
          <w:b/>
        </w:rPr>
        <w:t xml:space="preserve">[34:09] </w:t>
      </w:r>
      <w:r>
        <w:t>ji Maulana agla sawal bheja hai dilli se miss naghma siddiqui ne unhone likha hai donald trump</w:t>
      </w:r>
    </w:p>
    <w:p>
      <w:pPr>
        <w:jc w:val="right"/>
      </w:pPr>
      <w:r>
        <w:t>جی مولانا اگلا سوال بھیجا ہے دلی سے مس نغمہ صدیقی نے انہوں نے لکھا ہے ڈونلڈ ٹرمپ</w:t>
      </w:r>
    </w:p>
    <w:p>
      <w:r>
        <w:rPr>
          <w:b/>
        </w:rPr>
        <w:t xml:space="preserve">[34:15] </w:t>
      </w:r>
      <w:r>
        <w:t>finds his life in the White House like a cocoon or very limiting but usually everyone feels</w:t>
      </w:r>
    </w:p>
    <w:p>
      <w:pPr>
        <w:jc w:val="right"/>
      </w:pPr>
      <w:r>
        <w:t>فائنڈز ہز لائف ان دا وائٹ ہاؤس لائک ا کوکون اور ویری لمیٹنگ بٹ یوزلی ایوری ون فیلز</w:t>
      </w:r>
    </w:p>
    <w:p>
      <w:r>
        <w:rPr>
          <w:b/>
        </w:rPr>
        <w:t xml:space="preserve">[34:22] </w:t>
      </w:r>
      <w:r>
        <w:t>dear life in this world is very vast</w:t>
      </w:r>
    </w:p>
    <w:p>
      <w:pPr>
        <w:jc w:val="right"/>
      </w:pPr>
      <w:r>
        <w:t>دیر لائف ان دس ورلڈ از ویری واسٹ</w:t>
      </w:r>
    </w:p>
    <w:p>
      <w:r>
        <w:rPr>
          <w:b/>
        </w:rPr>
        <w:t xml:space="preserve">[34:28] </w:t>
      </w:r>
      <w:r>
        <w:t>So they try to get everything right here right now. How can we convince people that there</w:t>
      </w:r>
    </w:p>
    <w:p>
      <w:pPr>
        <w:jc w:val="right"/>
      </w:pPr>
      <w:r>
        <w:t>سو دے ٹرائی ٹو گیٹ ایوری تھنگ رائٹ ہیر رائٹ ناؤ ہاؤ کین وی کنونس پیپل دیٹ دیر</w:t>
      </w:r>
    </w:p>
    <w:p>
      <w:r>
        <w:rPr>
          <w:b/>
        </w:rPr>
        <w:t xml:space="preserve">[34:36] </w:t>
      </w:r>
      <w:r>
        <w:t>is another world where they will find the vast world for which we have to prepare ourselves.</w:t>
      </w:r>
    </w:p>
    <w:p>
      <w:pPr>
        <w:jc w:val="right"/>
      </w:pPr>
      <w:r>
        <w:t>از انادر ورلڈ ویر دے ول فائنڈ دا واسٹ ورلڈ فار وچ وی ہیو ٹو پریپیئر اور سیلف</w:t>
      </w:r>
    </w:p>
    <w:p>
      <w:r>
        <w:rPr>
          <w:b/>
        </w:rPr>
        <w:t xml:space="preserve">[34:44] </w:t>
      </w:r>
      <w:r>
        <w:t>Maulana sahib what is your guidance to all of us in this.</w:t>
      </w:r>
    </w:p>
    <w:p>
      <w:pPr>
        <w:jc w:val="right"/>
      </w:pPr>
      <w:r>
        <w:t>مولانا صاحب واٹ از یور گائیڈنس ٹو ال اف اس ان دس.</w:t>
      </w:r>
    </w:p>
    <w:p>
      <w:r>
        <w:rPr>
          <w:b/>
        </w:rPr>
        <w:t xml:space="preserve">[34:53] </w:t>
      </w:r>
      <w:r>
        <w:t>dekhein right here right now ka formula in logon ka hai jinhone abhi dunya ko paya hi nahi.</w:t>
      </w:r>
    </w:p>
    <w:p>
      <w:pPr>
        <w:jc w:val="right"/>
      </w:pPr>
      <w:r>
        <w:t>دیکھیں رائٹ ہیر رائٹ ڈاؤ کا فارمولا ان لوگوں کا ہے جنہوں نے ابھی دنیا کو پایا ہی نہیں.</w:t>
      </w:r>
    </w:p>
    <w:p>
      <w:r>
        <w:rPr>
          <w:b/>
        </w:rPr>
        <w:t xml:space="preserve">[35:01] </w:t>
      </w:r>
      <w:r>
        <w:t>paye se pehle aadmi yahi karta hai lekin paye ke baad maloom hota hai ke right here right</w:t>
      </w:r>
    </w:p>
    <w:p>
      <w:pPr>
        <w:jc w:val="right"/>
      </w:pPr>
      <w:r>
        <w:t>پانے سے پہلے آدمی یہی کرتا ہے لیکن پانے کے بعد معلوم ہوتا ہے کہ رائٹ ہیر رائٹ</w:t>
      </w:r>
    </w:p>
    <w:p>
      <w:r>
        <w:rPr>
          <w:b/>
        </w:rPr>
        <w:t xml:space="preserve">[35:08] </w:t>
      </w:r>
      <w:r>
        <w:t>now ka formula practically possible nahi hai.</w:t>
      </w:r>
    </w:p>
    <w:p>
      <w:pPr>
        <w:jc w:val="right"/>
      </w:pPr>
      <w:r>
        <w:t>ناؤ کا فارمولا پریکٹیکلی پاسیبل نہیں ہے.</w:t>
      </w:r>
    </w:p>
    <w:p>
      <w:r>
        <w:rPr>
          <w:b/>
        </w:rPr>
        <w:t xml:space="preserve">[35:16] </w:t>
      </w:r>
      <w:r>
        <w:t>jise ek sahab ne love marriage ki apni pasand ki shadi ki unhone dono parhe likhe the</w:t>
      </w:r>
    </w:p>
    <w:p>
      <w:pPr>
        <w:jc w:val="right"/>
      </w:pPr>
      <w:r>
        <w:t>جسے ایک صاحب نے لو میرج کی اپنی پسند کی شادی کی انہوں نے دونوں پڑھے لکھے تھے</w:t>
      </w:r>
    </w:p>
    <w:p>
      <w:r>
        <w:rPr>
          <w:b/>
        </w:rPr>
        <w:t xml:space="preserve">[35:23] </w:t>
      </w:r>
      <w:r>
        <w:t>to unhone kaha ke marne se pehle aisa lagta hai ke hum hawa mein urr rahe hain hamara jahaz</w:t>
      </w:r>
    </w:p>
    <w:p>
      <w:pPr>
        <w:jc w:val="right"/>
      </w:pPr>
      <w:r>
        <w:t>تو انہوں نے کہا کہ مرنے سے پہلے ایسا لگتا ہے کہ ہم ہوا میں اڑ رہے ہیں ہمارا جہاز</w:t>
      </w:r>
    </w:p>
    <w:p>
      <w:r>
        <w:rPr>
          <w:b/>
        </w:rPr>
        <w:t xml:space="preserve">[35:31] </w:t>
      </w:r>
      <w:r>
        <w:t>hawa mein urr raha hai lekin marriage ke baad maloom hua ke crash ho gaya.</w:t>
      </w:r>
    </w:p>
    <w:p>
      <w:pPr>
        <w:jc w:val="right"/>
      </w:pPr>
      <w:r>
        <w:t>ہوا میں اڑ رہا ہے لیکن میرج کے بعد معلوم ہوا کہ کریش ہو گیا.</w:t>
      </w:r>
    </w:p>
    <w:p>
      <w:r>
        <w:rPr>
          <w:b/>
        </w:rPr>
        <w:t xml:space="preserve">[35:38] </w:t>
      </w:r>
      <w:r>
        <w:t>to paye se pehle aadmi janta hai ke right here right now yeh yeh jo jo log bolte</w:t>
      </w:r>
    </w:p>
    <w:p>
      <w:pPr>
        <w:jc w:val="right"/>
      </w:pPr>
      <w:r>
        <w:t>تو پانے سے پہلے آدمی جانتا ہے کہ رائٹ ہیر رائٹ ناؤ یہ یہ جو جو لوگ بولتے</w:t>
      </w:r>
    </w:p>
    <w:p>
      <w:r>
        <w:rPr>
          <w:b/>
        </w:rPr>
        <w:t xml:space="preserve">[35:46] </w:t>
      </w:r>
      <w:r>
        <w:t>hain aisa woh paye se pehle bolte hain paye ke baad kuch nahi milta isi liye woh likhte</w:t>
      </w:r>
    </w:p>
    <w:p>
      <w:pPr>
        <w:jc w:val="right"/>
      </w:pPr>
      <w:r>
        <w:t>ہیں ایسا وہ پانے سے پہلے بولتے ہیں پانے کے بعد کچھ نہیں ملتا اسی لیے وہ لکھتے</w:t>
      </w:r>
    </w:p>
    <w:p>
      <w:r>
        <w:rPr>
          <w:b/>
        </w:rPr>
        <w:t xml:space="preserve">[35:53] </w:t>
      </w:r>
      <w:r>
        <w:t>hain yani peene lagte hain aur tarah tarah ke aise kaam karne lagte hain jismein hum ko bhalaen paane</w:t>
      </w:r>
    </w:p>
    <w:p>
      <w:pPr>
        <w:jc w:val="right"/>
      </w:pPr>
      <w:r>
        <w:t>ہیں یعنی پینے لگتے ہیں اور طرح طرح کے ایسے کام کرنے لگتے ہیں جس میں ہم کو بھلائیں پانے</w:t>
      </w:r>
    </w:p>
    <w:p>
      <w:r>
        <w:rPr>
          <w:b/>
        </w:rPr>
        <w:t xml:space="preserve">[36:01] </w:t>
      </w:r>
      <w:r>
        <w:t>ke baad bhala hua culture hum se nikal jaate hain woh mera tajurba toh yahi hai.</w:t>
      </w:r>
    </w:p>
    <w:p>
      <w:pPr>
        <w:jc w:val="right"/>
      </w:pPr>
      <w:r>
        <w:t>کے بعد بھلا ہوا کلچر ہم سے نکل جاتے ہیں وہ میرا تجربہ تو یہی ہے.</w:t>
      </w:r>
    </w:p>
    <w:p>
      <w:r>
        <w:rPr>
          <w:b/>
        </w:rPr>
        <w:t xml:space="preserve">[36:08] </w:t>
      </w:r>
      <w:r>
        <w:t>ji maulana agla sawal lene se pehle ek comment padhna chahenge jo maulana yaqoob umri ne bheja</w:t>
      </w:r>
    </w:p>
    <w:p>
      <w:pPr>
        <w:jc w:val="right"/>
      </w:pPr>
      <w:r>
        <w:t>جی مولانا اگلا سوال لینے سے پہلے ایک کمنٹ پڑھنا چاہیں گے جو مولانا یعقوب عمری نے بھیجا</w:t>
      </w:r>
    </w:p>
    <w:p>
      <w:r>
        <w:rPr>
          <w:b/>
        </w:rPr>
        <w:t xml:space="preserve">[36:16] </w:t>
      </w:r>
      <w:r>
        <w:t>hai dili se unhone likha hai maulana maujooda zindagi jannat ki taameer ke liye nahi balkeh jannati</w:t>
      </w:r>
    </w:p>
    <w:p>
      <w:pPr>
        <w:jc w:val="right"/>
      </w:pPr>
      <w:r>
        <w:t>ہے دلی سے انہوں نے لکھا ہے مولانا موجودہ زندگی جنت کی تعمیر کے لیے نہیں بلکہ جنتی</w:t>
      </w:r>
    </w:p>
    <w:p>
      <w:r>
        <w:rPr>
          <w:b/>
        </w:rPr>
        <w:t xml:space="preserve">[36:23] </w:t>
      </w:r>
      <w:r>
        <w:t>shakhsiyat ki taameer ke liye hai ten is a thrilling message for me today jazak</w:t>
      </w:r>
    </w:p>
    <w:p>
      <w:pPr>
        <w:jc w:val="right"/>
      </w:pPr>
      <w:r>
        <w:t>شخصیت کی تعمیر کے لیے ہے دس از ا تھرلنگ میسج فار می ٹوڈے جزاک</w:t>
      </w:r>
    </w:p>
    <w:p>
      <w:r>
        <w:rPr>
          <w:b/>
        </w:rPr>
        <w:t xml:space="preserve">[36:31] </w:t>
      </w:r>
      <w:r>
        <w:t>Allah khair. masha Allah maulana agla sawal bheja hai doctor safeena tabassum ne nai dilli se unhon ne likha hai maulana sahib creation plan of god ko samajhne ke bawajood kyun hum khud is se ghafil ho jate hain aur apne liye better future ki tamanna karne lagte hain aisa kyun hai. dekhen in</w:t>
      </w:r>
    </w:p>
    <w:p>
      <w:pPr>
        <w:jc w:val="right"/>
      </w:pPr>
      <w:r>
        <w:t>اللہ خیر. ماشاءاللہ مولانا اگلا سوال بھیجا ہے ڈاکٹر سفینہ تبسم نے نئی دلی سے انہوں نے لکھا ہے مولانا صاحب کریشن پلان اف گاڈ کو سمجھنے کے باوجود کیوں ہم خود اس سے غافل ہو جاتے ہیں اور اپنے لیے بیٹر فیوچر کی تمنا کرنے لگتے ہیں ایسا کیوں ہے. دیکھیں ان</w:t>
      </w:r>
    </w:p>
    <w:p>
      <w:r>
        <w:rPr>
          <w:b/>
        </w:rPr>
        <w:t xml:space="preserve">[37:01] </w:t>
      </w:r>
      <w:r>
        <w:t>saan by birth paradise seeking animal hai by birth lekin is baat ko khud se janna parta hai keh paradise yahan nahi milegi woh wahan milegi. yani nature ne aap ko bana diya paradise seeker yeh to khud nature ke diya hua hai. paradise seeker banta hai aa</w:t>
      </w:r>
    </w:p>
    <w:p>
      <w:pPr>
        <w:jc w:val="right"/>
      </w:pPr>
      <w:r>
        <w:t>سان بائے برتھ پیرائیز سیکھنگ اینیمل ہے بائے برتھ لیکن اس بات کو خود سے جاننا پڑتا ہے کہ پیرائیز یہاں نہیں ملے گی وہ وہاں ملے گی. یعنی نیچر نے آپ کو بنا دیا پیرائیز سیکھر یہ تو خود نیچر کے دیا ہوا ہے. پیرائیز سیکھر بنتا ہے آ</w:t>
      </w:r>
    </w:p>
    <w:p>
      <w:r>
        <w:rPr>
          <w:b/>
        </w:rPr>
        <w:t xml:space="preserve">[37:31] </w:t>
      </w:r>
      <w:r>
        <w:t>dam ne nature se lekin paradise is dunya mein nahi hai akhirat mein hai yeh aap ko discover karna parta hai isi discovery isi discovery mein jo fail ho jaye woh fail hai jo us ko discover kar le woh pass hai. maulana agla sawal bheja hai muhammad adil chaudhry sahib ne dilli se unhon ne likha hai 73 firqon ke mutaliq</w:t>
      </w:r>
    </w:p>
    <w:p>
      <w:pPr>
        <w:jc w:val="right"/>
      </w:pPr>
      <w:r>
        <w:t>دمی نیچر سے لیکن پیرائیز اس دنیا میں نہیں ہے اخرت میں ہے یہ آپ کو ڈسکور کرنا پڑتا ہے اسی ڈسکری اسی ڈسکوری میں جو فیل ہو جائے وہ فیل ہے جو اس کو ڈسکور کر لے وہ پاس ہے. مولانا اگلا سوال بھیجا ہے محمد عادل چوہدری صاحب نے دلی سے انہوں نے لکھا ہے 73 فرقوں کے متعلق</w:t>
      </w:r>
    </w:p>
    <w:p>
      <w:r>
        <w:rPr>
          <w:b/>
        </w:rPr>
        <w:t xml:space="preserve">[38:01] </w:t>
      </w:r>
      <w:r>
        <w:t>jo hadith hai jismein 72 firqon ko jahannami kaha gaya hai aur ek hi firqa jannat wala</w:t>
      </w:r>
    </w:p>
    <w:p>
      <w:pPr>
        <w:jc w:val="right"/>
      </w:pPr>
      <w:r>
        <w:t>جو حدیث ہے جس میں 72 فرقوں کو جہنمی کہا گیا ہے اور ایک ہی فرقہ جنت والا</w:t>
      </w:r>
    </w:p>
    <w:p>
      <w:r>
        <w:rPr>
          <w:b/>
        </w:rPr>
        <w:t xml:space="preserve">[38:09] </w:t>
      </w:r>
      <w:r>
        <w:t>bataya gaya hai ab is sahih firqa jannat wala kaun sa hai aur iski kya pehchan hai</w:t>
      </w:r>
    </w:p>
    <w:p>
      <w:pPr>
        <w:jc w:val="right"/>
      </w:pPr>
      <w:r>
        <w:t>بتایا گیا ہے اب اس صحیح فرقہ جنت والا کون سا ہے اور اس کی کیا پہچان ہے</w:t>
      </w:r>
    </w:p>
    <w:p>
      <w:r>
        <w:rPr>
          <w:b/>
        </w:rPr>
        <w:t xml:space="preserve">[38:16] </w:t>
      </w:r>
      <w:r>
        <w:t>is ke bare mein bataen.</w:t>
      </w:r>
    </w:p>
    <w:p>
      <w:pPr>
        <w:jc w:val="right"/>
      </w:pPr>
      <w:r>
        <w:t>اس کے بارے میں بتائیں.</w:t>
      </w:r>
    </w:p>
    <w:p>
      <w:r>
        <w:rPr>
          <w:b/>
        </w:rPr>
        <w:t xml:space="preserve">[38:24] </w:t>
      </w:r>
      <w:r>
        <w:t>is ko janne ke liye aap meri kitab padhiye tajdeed deen is hadith ki sharah maine</w:t>
      </w:r>
    </w:p>
    <w:p>
      <w:pPr>
        <w:jc w:val="right"/>
      </w:pPr>
      <w:r>
        <w:t>اس کو جاننے کے لیے آپ میری کتاب پڑھیے تجدید دین اس حدیث کی شرح میں نے</w:t>
      </w:r>
    </w:p>
    <w:p>
      <w:r>
        <w:rPr>
          <w:b/>
        </w:rPr>
        <w:t xml:space="preserve">[38:31] </w:t>
      </w:r>
      <w:r>
        <w:t>tajdeed deen mein ki hai us ko aap padh lijiyey us ko padhne ke baad bhi agar aap ko koi baqi rehta hai question to woh bataiye agle sunday ko. ji maulana usa se miss farhana ansari ne sawal bheja hai unhon ne aap se poocha hai this world is a test how should we react to happiness and problems here. bhai mein to samajhta h</w:t>
      </w:r>
    </w:p>
    <w:p>
      <w:pPr>
        <w:jc w:val="right"/>
      </w:pPr>
      <w:r>
        <w:t>تجدید دین میں کی ہے اس کو آپ پڑھ لیجئے اس کو پڑھنے کے بعد بھی اگر آپ کو کوئی باقی رہتا ہے کوئسچن تو وہ بتائیے اگلے سنڈے کو. جی مولانا یو ایس اے سے مس فرحانہ انصاری نے سوال بھیجا ہے انہوں نے آپ سے پوچھا ہے دس ورلڈ از ا ٹیسٹ ہاؤ شوڈ وی ری ایکٹ ٹو ہیپینس اینڈ پرابلمز ہیر. بھئی میں تو سمجھتا ہ</w:t>
      </w:r>
    </w:p>
    <w:p>
      <w:r>
        <w:rPr>
          <w:b/>
        </w:rPr>
        <w:t xml:space="preserve">[39:01] </w:t>
      </w:r>
      <w:r>
        <w:t>on ke log jo hain bas aisi zindagi jeete rehte hain apni jo faculty hai thinking wali is</w:t>
      </w:r>
    </w:p>
    <w:p>
      <w:pPr>
        <w:jc w:val="right"/>
      </w:pPr>
      <w:r>
        <w:t>وں کہ لوگ جو ہیں بس ایسی زندگی جیتے رہتے ہیں اپنی جو فیکلٹی ہے تھنکنگ والی اس</w:t>
      </w:r>
    </w:p>
    <w:p>
      <w:r>
        <w:rPr>
          <w:b/>
        </w:rPr>
        <w:t xml:space="preserve">[39:11] </w:t>
      </w:r>
      <w:r>
        <w:t>ko kaam mein nahi laate har cheez ko sochna padta hai har experience har event ko sochna padta</w:t>
      </w:r>
    </w:p>
    <w:p>
      <w:pPr>
        <w:jc w:val="right"/>
      </w:pPr>
      <w:r>
        <w:t>کو کام میں نہیں لاتے ہر چیز کو سوچنا پڑتا ہے ہر ایکسپیرینس ہر ایونٹ کو سوچنا پڑتا</w:t>
      </w:r>
    </w:p>
    <w:p>
      <w:r>
        <w:rPr>
          <w:b/>
        </w:rPr>
        <w:t xml:space="preserve">[39:21] </w:t>
      </w:r>
      <w:r>
        <w:t>hai tab aadmi jaan pata hai ke right thinking kya hai.</w:t>
      </w:r>
    </w:p>
    <w:p>
      <w:pPr>
        <w:jc w:val="right"/>
      </w:pPr>
      <w:r>
        <w:t>ہے تب آدمی جان پاتا ہے کہ رائٹ تھنکنگ کیا ہے.</w:t>
      </w:r>
    </w:p>
    <w:p>
      <w:r>
        <w:rPr>
          <w:b/>
        </w:rPr>
        <w:t xml:space="preserve">[39:31] </w:t>
      </w:r>
      <w:r>
        <w:t>jaise aap ne dekha hoga ke chashma hai beh raha hai toh ek hota hai chashma ke woh</w:t>
      </w:r>
    </w:p>
    <w:p>
      <w:pPr>
        <w:jc w:val="right"/>
      </w:pPr>
      <w:r>
        <w:t>جیسے آپ نے دیکھا ہوگا کہ چشمہ ہے بہہ رہا ہے تو ایک ہوتا ہے چشمہ کہ وہ</w:t>
      </w:r>
    </w:p>
    <w:p>
      <w:r>
        <w:rPr>
          <w:b/>
        </w:rPr>
        <w:t xml:space="preserve">[39:39] </w:t>
      </w:r>
      <w:r>
        <w:t>jahan dhal hai idhar woh toh behte chale gaye bhai insaan ka mamla chashme jaisa nahi hai insaan</w:t>
      </w:r>
    </w:p>
    <w:p>
      <w:pPr>
        <w:jc w:val="right"/>
      </w:pPr>
      <w:r>
        <w:t>جہاں ڈھال ہے ادھر وہ تو بہتے چلے گئے بھئی انسان کا معاملہ چشمے جیسا نہیں ہے انسان</w:t>
      </w:r>
    </w:p>
    <w:p>
      <w:r>
        <w:rPr>
          <w:b/>
        </w:rPr>
        <w:t xml:space="preserve">[39:47] </w:t>
      </w:r>
      <w:r>
        <w:t>khud sochta hai ke bhai idhar jaon ke idhar jaon raste ka nasb farad is ke rukh ko</w:t>
      </w:r>
    </w:p>
    <w:p>
      <w:pPr>
        <w:jc w:val="right"/>
      </w:pPr>
      <w:r>
        <w:t>خود سوچتا ہے کہ بھئی ادھر جاؤں کہ ادھر جاؤں راستے کا نصب فراد اس کے رخ کو</w:t>
      </w:r>
    </w:p>
    <w:p>
      <w:r>
        <w:rPr>
          <w:b/>
        </w:rPr>
        <w:t xml:space="preserve">[39:55] </w:t>
      </w:r>
      <w:r>
        <w:t>tay nahi karta aadmi ka aqal tay karti hai</w:t>
      </w:r>
    </w:p>
    <w:p>
      <w:pPr>
        <w:jc w:val="right"/>
      </w:pPr>
      <w:r>
        <w:t>طے نہیں کرتا آدمی کا عقل طے کرتی ہے</w:t>
      </w:r>
    </w:p>
    <w:p>
      <w:r>
        <w:rPr>
          <w:b/>
        </w:rPr>
        <w:t xml:space="preserve">[40:03] </w:t>
      </w:r>
      <w:r>
        <w:t>.</w:t>
      </w:r>
    </w:p>
    <w:p>
      <w:pPr>
        <w:jc w:val="right"/>
      </w:pPr>
      <w:r>
        <w:t>.</w:t>
      </w:r>
    </w:p>
    <w:p>
      <w:r>
        <w:rPr>
          <w:b/>
        </w:rPr>
        <w:t xml:space="preserve">[40:08] </w:t>
      </w:r>
      <w:r>
        <w:t>toh aadmi ko zaroori hai ke woh apni soch ko develop kare woh jaane ke mujhe kidhar jaana</w:t>
      </w:r>
    </w:p>
    <w:p>
      <w:pPr>
        <w:jc w:val="right"/>
      </w:pPr>
      <w:r>
        <w:t>تو آدمی کو ضروری ہے کہ وہ اپنی سوچ کو ڈیولپ کرے وہ جانے کہ مجھے کدھر جانا</w:t>
      </w:r>
    </w:p>
    <w:p>
      <w:r>
        <w:rPr>
          <w:b/>
        </w:rPr>
        <w:t xml:space="preserve">[40:13] </w:t>
      </w:r>
      <w:r>
        <w:t>hai mera direction kidhar hona chahiye.</w:t>
      </w:r>
    </w:p>
    <w:p>
      <w:pPr>
        <w:jc w:val="right"/>
      </w:pPr>
      <w:r>
        <w:t>ہے میرا ڈائریکشن کدھر ہونا چاہیے.</w:t>
      </w:r>
    </w:p>
    <w:p>
      <w:r>
        <w:rPr>
          <w:b/>
        </w:rPr>
        <w:t xml:space="preserve">[40:18] </w:t>
      </w:r>
      <w:r>
        <w:t>toh right thinking ko develop karna yeh har insaan ka pehla kaam hai.</w:t>
      </w:r>
    </w:p>
    <w:p>
      <w:pPr>
        <w:jc w:val="right"/>
      </w:pPr>
      <w:r>
        <w:t>تو رائٹ تھنکنگ کو ڈیولپ کرنا یہ ہر انسان کا پہلا کام ہے.</w:t>
      </w:r>
    </w:p>
    <w:p>
      <w:r>
        <w:rPr>
          <w:b/>
        </w:rPr>
        <w:t xml:space="preserve">[40:23] </w:t>
      </w:r>
      <w:r>
        <w:t>maulana agla sawal ali sahab ne bheja hai unhone location nahi likhi hai unhone bheja hai</w:t>
      </w:r>
    </w:p>
    <w:p>
      <w:pPr>
        <w:jc w:val="right"/>
      </w:pPr>
      <w:r>
        <w:t>مولانا اگلا سوال علی صاحب نے بھیجا ہے انہوں نے لوکیشن نہیں لکھی ہے انہوں نے بھیجا ہے</w:t>
      </w:r>
    </w:p>
    <w:p>
      <w:r>
        <w:rPr>
          <w:b/>
        </w:rPr>
        <w:t xml:space="preserve">[40:28] </w:t>
      </w:r>
      <w:r>
        <w:t>سوال مولانا صاحب My question is that should Muslims do</w:t>
      </w:r>
    </w:p>
    <w:p>
      <w:pPr>
        <w:jc w:val="right"/>
      </w:pPr>
      <w:r>
        <w:t>سوال مولانا صاحب مائی کوئسچن از دیٹ شوڈ مسلمز ڈ</w:t>
      </w:r>
    </w:p>
    <w:p>
      <w:r>
        <w:rPr>
          <w:b/>
        </w:rPr>
        <w:t xml:space="preserve">[40:33] </w:t>
      </w:r>
      <w:r>
        <w:t>we not allowed to non-Muslims because non-Muslims are kafir.</w:t>
      </w:r>
    </w:p>
    <w:p>
      <w:pPr>
        <w:jc w:val="right"/>
      </w:pPr>
      <w:r>
        <w:t>ونیٹ بلڈ ٹو نان مسلمز بیکاز نان مسلمز ار کافر.</w:t>
      </w:r>
    </w:p>
    <w:p>
      <w:r>
        <w:rPr>
          <w:b/>
        </w:rPr>
        <w:t xml:space="preserve">[40:39] </w:t>
      </w:r>
      <w:r>
        <w:t>ya allah ya allah yeh bilkul galat soch hi galat hai kafir kyun woh insaan hai woh woh</w:t>
      </w:r>
    </w:p>
    <w:p>
      <w:pPr>
        <w:jc w:val="right"/>
      </w:pPr>
      <w:r>
        <w:t>یا اللہ یا اللہ یہ بالکل غلط سوچ ہی غلط ہے کافر کیوں وہ انسان ہے وہ وہ</w:t>
      </w:r>
    </w:p>
    <w:p>
      <w:r>
        <w:rPr>
          <w:b/>
        </w:rPr>
        <w:t xml:space="preserve">[40:45] </w:t>
      </w:r>
      <w:r>
        <w:t>insaan hai itni itni galat soch hai yeh itni galat soch hai ke is ka islam se koi</w:t>
      </w:r>
    </w:p>
    <w:p>
      <w:pPr>
        <w:jc w:val="right"/>
      </w:pPr>
      <w:r>
        <w:t>انسان ہے اتنی اتنی غلط سوچ ہے یہ اتنی غلط سوچ ہے کہ اس کا اسلام سے کوئی</w:t>
      </w:r>
    </w:p>
    <w:p>
      <w:r>
        <w:rPr>
          <w:b/>
        </w:rPr>
        <w:t xml:space="preserve">[40:51] </w:t>
      </w:r>
      <w:r>
        <w:t>taalluq nahi hai har paida hone wala insaan insaan hai bas.</w:t>
      </w:r>
    </w:p>
    <w:p>
      <w:pPr>
        <w:jc w:val="right"/>
      </w:pPr>
      <w:r>
        <w:t>تعلق نہیں ہے ہر پیدا ہونے والا انسان انسان ہے بس.</w:t>
      </w:r>
    </w:p>
    <w:p>
      <w:r>
        <w:rPr>
          <w:b/>
        </w:rPr>
        <w:t xml:space="preserve">[40:58] </w:t>
      </w:r>
      <w:r>
        <w:t>bilkul galat soch hai woh is ka</w:t>
      </w:r>
    </w:p>
    <w:p>
      <w:pPr>
        <w:jc w:val="right"/>
      </w:pPr>
      <w:r>
        <w:t>بالکل غلط سوچ ہے وہ اس کا</w:t>
      </w:r>
    </w:p>
    <w:p>
      <w:r>
        <w:rPr>
          <w:b/>
        </w:rPr>
        <w:t xml:space="preserve">[41:04] </w:t>
      </w:r>
      <w:r>
        <w:t>islam se koi talluq nahi.</w:t>
      </w:r>
    </w:p>
    <w:p>
      <w:pPr>
        <w:jc w:val="right"/>
      </w:pPr>
      <w:r>
        <w:t>اسلام سے کوئی تعلق نہیں.</w:t>
      </w:r>
    </w:p>
    <w:p>
      <w:r>
        <w:rPr>
          <w:b/>
        </w:rPr>
        <w:t xml:space="preserve">[41:11] </w:t>
      </w:r>
      <w:r>
        <w:t>ji maulana jo blood donation ko le ke sawal hai to kya blood donation dena chahiye kya woh jaiz hai.</w:t>
      </w:r>
    </w:p>
    <w:p>
      <w:pPr>
        <w:jc w:val="right"/>
      </w:pPr>
      <w:r>
        <w:t>جی مولانا جو بلڈ ڈونیشن کو لے کے سوال ہے تو کیا بلڈ ڈونیشن دینا چاہیے کیا وہ جائز ہے.</w:t>
      </w:r>
    </w:p>
    <w:p>
      <w:r>
        <w:rPr>
          <w:b/>
        </w:rPr>
        <w:t xml:space="preserve">[41:19] </w:t>
      </w:r>
      <w:r>
        <w:t>bilkul jaiz hai is mein jaiz najais ka sawal hi nahi is tarah ki cheezon mein jaiz najais nahi hota.</w:t>
      </w:r>
    </w:p>
    <w:p>
      <w:pPr>
        <w:jc w:val="right"/>
      </w:pPr>
      <w:r>
        <w:t>بالکل جائز ہے اس میں جائز ناجائز کا سوال ہی نہیں اس طرح کی چیزوں میں جائز ناجائز نہیں ہوتا.</w:t>
      </w:r>
    </w:p>
    <w:p>
      <w:r>
        <w:rPr>
          <w:b/>
        </w:rPr>
        <w:t xml:space="preserve">[41:26] </w:t>
      </w:r>
      <w:r>
        <w:t>ji yeh toh fiqah ka masla hai yeh baqaydah is mein</w:t>
      </w:r>
    </w:p>
    <w:p>
      <w:pPr>
        <w:jc w:val="right"/>
      </w:pPr>
      <w:r>
        <w:t>جی یہ تو فقہ کا مسئلہ ہے یہ باقاعدہ اس میں</w:t>
      </w:r>
    </w:p>
    <w:p>
      <w:r>
        <w:rPr>
          <w:b/>
        </w:rPr>
        <w:t xml:space="preserve">[41:34] </w:t>
      </w:r>
      <w:r>
        <w:t>jaiz najais ka koi masla hi nahi hai yeh agar medical test mein aap ka blood woh hai jo doosre ko de sakein aap to dijiye bas koi jaiz najais ka sawal nahi hai yeh medical test ki baat hai yeh. ji okay so we we will end today session we will be back next sunday same time thank you.</w:t>
      </w:r>
    </w:p>
    <w:p>
      <w:pPr>
        <w:jc w:val="right"/>
      </w:pPr>
      <w:r>
        <w:t>جائز ناجائز کا کوئی مسئلہ ہی نہیں ہے یہ اگر میڈیکل ٹیسٹ میں آپ کا بلڈ وہ ہے جو دوسرے کو دے سکیں آپ تو دیجئے بس کوئی جائز ناجائز کا سوال نہیں ہے یہ میڈیکل ٹیسٹ کی بات ہے یہ. جی اوکے سو وی ویل اینڈ ٹوڈے سیشن ویل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