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Tayeed e Deen | July 13, 2014</w:t>
      </w:r>
    </w:p>
    <w:p>
      <w:r>
        <w:t>https://www.youtube.com/watch?v=n94xyIC-RE0</w:t>
      </w:r>
    </w:p>
    <w:p>
      <w:r>
        <w:rPr>
          <w:b/>
        </w:rPr>
        <w:t xml:space="preserve">[00:14] </w:t>
      </w:r>
      <w:r>
        <w:t>bismillah hir rehman nir raheem.</w:t>
      </w:r>
    </w:p>
    <w:p>
      <w:pPr>
        <w:jc w:val="right"/>
      </w:pPr>
      <w:r>
        <w:t>بسم اللہ الرحمن الرحیم۔</w:t>
      </w:r>
    </w:p>
    <w:p>
      <w:r>
        <w:rPr>
          <w:b/>
        </w:rPr>
        <w:t xml:space="preserve">[00:20] </w:t>
      </w:r>
      <w:r>
        <w:t>wasalli allah ala nabiyil kareem.</w:t>
      </w:r>
    </w:p>
    <w:p>
      <w:pPr>
        <w:jc w:val="right"/>
      </w:pPr>
      <w:r>
        <w:t>وصلی اللہ علی نبی الکریم۔</w:t>
      </w:r>
    </w:p>
    <w:p>
      <w:r>
        <w:rPr>
          <w:b/>
        </w:rPr>
        <w:t xml:space="preserve">[00:26] </w:t>
      </w:r>
      <w:r>
        <w:t>rab ishrah li sadri, wa yassir li amri, wahul uqdatan min lisani, yafqahu qawli.</w:t>
      </w:r>
    </w:p>
    <w:p>
      <w:pPr>
        <w:jc w:val="right"/>
      </w:pPr>
      <w:r>
        <w:t>رب اشرح لی صدری، ویسر لی امری، واحل العقدۃ من لسانی، یفقہ قولی۔</w:t>
      </w:r>
    </w:p>
    <w:p>
      <w:r>
        <w:rPr>
          <w:b/>
        </w:rPr>
        <w:t xml:space="preserve">[00:32] </w:t>
      </w:r>
      <w:r>
        <w:t>terah july do hazar chudah.</w:t>
      </w:r>
    </w:p>
    <w:p>
      <w:pPr>
        <w:jc w:val="right"/>
      </w:pPr>
      <w:r>
        <w:t>تیرہ جولائی دو ہزار چودہ۔</w:t>
      </w:r>
    </w:p>
    <w:p>
      <w:r>
        <w:rPr>
          <w:b/>
        </w:rPr>
        <w:t xml:space="preserve">[00:38] </w:t>
      </w:r>
      <w:r>
        <w:t>aaj ka t</w:t>
      </w:r>
    </w:p>
    <w:p>
      <w:pPr>
        <w:jc w:val="right"/>
      </w:pPr>
      <w:r>
        <w:t>آج کا ٹ</w:t>
      </w:r>
    </w:p>
    <w:p>
      <w:r>
        <w:rPr>
          <w:b/>
        </w:rPr>
        <w:t xml:space="preserve">[00:44] </w:t>
      </w:r>
      <w:r>
        <w:t>opic hai: taeed-e-deen.</w:t>
      </w:r>
    </w:p>
    <w:p>
      <w:pPr>
        <w:jc w:val="right"/>
      </w:pPr>
      <w:r>
        <w:t>اپک ہے: تائید دین۔</w:t>
      </w:r>
    </w:p>
    <w:p>
      <w:r>
        <w:rPr>
          <w:b/>
        </w:rPr>
        <w:t xml:space="preserve">[00:50] </w:t>
      </w:r>
      <w:r>
        <w:t>deen ki help karna.</w:t>
      </w:r>
    </w:p>
    <w:p>
      <w:pPr>
        <w:jc w:val="right"/>
      </w:pPr>
      <w:r>
        <w:t>دین کی ہیلپ کرنا۔</w:t>
      </w:r>
    </w:p>
    <w:p>
      <w:r>
        <w:rPr>
          <w:b/>
        </w:rPr>
        <w:t xml:space="preserve">[00:56] </w:t>
      </w:r>
      <w:r>
        <w:t>yeh topic mein ne is liye liya hai ke kal ek tajurba guzra, woh bohat anokha tajurba tha,</w:t>
      </w:r>
    </w:p>
    <w:p>
      <w:pPr>
        <w:jc w:val="right"/>
      </w:pPr>
      <w:r>
        <w:t>یہ ٹاپک میں نے اس لیے لیا ہے کہ کل ایک تجربہ گزرا، وہ بہت انوکھا تجربہ تھا،</w:t>
      </w:r>
    </w:p>
    <w:p>
      <w:r>
        <w:rPr>
          <w:b/>
        </w:rPr>
        <w:t xml:space="preserve">[01:02] </w:t>
      </w:r>
      <w:r>
        <w:t>is se yeh title janam aaya.</w:t>
      </w:r>
    </w:p>
    <w:p>
      <w:pPr>
        <w:jc w:val="right"/>
      </w:pPr>
      <w:r>
        <w:t>اس سے یہ ٹائٹل جنم آیا۔</w:t>
      </w:r>
    </w:p>
    <w:p>
      <w:r>
        <w:rPr>
          <w:b/>
        </w:rPr>
        <w:t xml:space="preserve">[01:08] </w:t>
      </w:r>
      <w:r>
        <w:t>dekhein, aap jante hain ke India ka</w:t>
      </w:r>
    </w:p>
    <w:p>
      <w:pPr>
        <w:jc w:val="right"/>
      </w:pPr>
      <w:r>
        <w:t>دیکھیں، آپ جانتے ہیں کہ انڈیا کا</w:t>
      </w:r>
    </w:p>
    <w:p>
      <w:r>
        <w:rPr>
          <w:b/>
        </w:rPr>
        <w:t xml:space="preserve">[01:14] </w:t>
      </w:r>
      <w:r>
        <w:t>sab se bara akhbar hai Times of India.</w:t>
      </w:r>
    </w:p>
    <w:p>
      <w:pPr>
        <w:jc w:val="right"/>
      </w:pPr>
      <w:r>
        <w:t>سب سے بڑا اخبار ہے ٹائمز آف انڈیا۔</w:t>
      </w:r>
    </w:p>
    <w:p>
      <w:r>
        <w:rPr>
          <w:b/>
        </w:rPr>
        <w:t xml:space="preserve">[01:25] </w:t>
      </w:r>
      <w:r>
        <w:t>toh is mein khabron ke ilawa ek regular column hota hai jis ka title hota hai "He Speaking Tree".</w:t>
      </w:r>
    </w:p>
    <w:p>
      <w:pPr>
        <w:jc w:val="right"/>
      </w:pPr>
      <w:r>
        <w:t>تو اس میں خبروں کے علاوہ ایک ریگولر کالم ہوتا ہے جس کا ٹائٹل ہوتا ہے "ہی سپیکنگ ٹری"۔</w:t>
      </w:r>
    </w:p>
    <w:p>
      <w:r>
        <w:rPr>
          <w:b/>
        </w:rPr>
        <w:t xml:space="preserve">[01:36] </w:t>
      </w:r>
      <w:r>
        <w:t>ya is mein spirituality ke articles hote hain.</w:t>
      </w:r>
    </w:p>
    <w:p>
      <w:pPr>
        <w:jc w:val="right"/>
      </w:pPr>
      <w:r>
        <w:t>یا اس میں اسپرچوئٹی کے آرٹیکل ہوتے ہیں۔</w:t>
      </w:r>
    </w:p>
    <w:p>
      <w:r>
        <w:rPr>
          <w:b/>
        </w:rPr>
        <w:t xml:space="preserve">[01:46] </w:t>
      </w:r>
      <w:r>
        <w:t>toh is ki taraf se yahan par kal ek function tha.</w:t>
      </w:r>
    </w:p>
    <w:p>
      <w:pPr>
        <w:jc w:val="right"/>
      </w:pPr>
      <w:r>
        <w:t>تو اس کی طرف سے یہاں پر کل ایک فنکشن تھا۔</w:t>
      </w:r>
    </w:p>
    <w:p>
      <w:r>
        <w:rPr>
          <w:b/>
        </w:rPr>
        <w:t xml:space="preserve">[01:56] </w:t>
      </w:r>
      <w:r>
        <w:t>yeh Delhi ka jo bohat hi mashhoor center hai, Habitat Center, is mein tha.</w:t>
      </w:r>
    </w:p>
    <w:p>
      <w:pPr>
        <w:jc w:val="right"/>
      </w:pPr>
      <w:r>
        <w:t>یہ دلی کا جو بہت ہی مشہور سنٹر ہے، ہیبیٹاٹ سنٹر، اس میں تھا۔</w:t>
      </w:r>
    </w:p>
    <w:p>
      <w:r>
        <w:rPr>
          <w:b/>
        </w:rPr>
        <w:t xml:space="preserve">[02:07] </w:t>
      </w:r>
      <w:r>
        <w:t>toh yahan par bohat hi selected log thay, parhay likhay log. Wahan par</w:t>
      </w:r>
    </w:p>
    <w:p>
      <w:pPr>
        <w:jc w:val="right"/>
      </w:pPr>
      <w:r>
        <w:t>تو یہاں پر بہت ہی سلیکٹڈ لوگ تھے، پڑھے لکھے لوگ۔ وہاں پر</w:t>
      </w:r>
    </w:p>
    <w:p>
      <w:r>
        <w:rPr>
          <w:b/>
        </w:rPr>
        <w:t xml:space="preserve">[02:17] </w:t>
      </w:r>
      <w:r>
        <w:t>chand speakers thay jo spirituality ke subject par bolne ke liye wahan aaye thay.</w:t>
      </w:r>
    </w:p>
    <w:p>
      <w:pPr>
        <w:jc w:val="right"/>
      </w:pPr>
      <w:r>
        <w:t>چند اسپیکر تھے جو اسپرچوئٹی کے سبجیکٹ پر بولنے کے لیے وہاں آئے تھے۔</w:t>
      </w:r>
    </w:p>
    <w:p>
      <w:r>
        <w:rPr>
          <w:b/>
        </w:rPr>
        <w:t xml:space="preserve">[02:23] </w:t>
      </w:r>
      <w:r>
        <w:t>mein bhi un mein se ek tha.</w:t>
      </w:r>
    </w:p>
    <w:p>
      <w:pPr>
        <w:jc w:val="right"/>
      </w:pPr>
      <w:r>
        <w:t>میں بھی ان میں سے ایک تھا۔</w:t>
      </w:r>
    </w:p>
    <w:p>
      <w:r>
        <w:rPr>
          <w:b/>
        </w:rPr>
        <w:t xml:space="preserve">[02:29] </w:t>
      </w:r>
      <w:r>
        <w:t>toh yahan par khaas baat yeh hai ke Quran ka distribution, jis ko mein kehta hoon supporting</w:t>
      </w:r>
    </w:p>
    <w:p>
      <w:pPr>
        <w:jc w:val="right"/>
      </w:pPr>
      <w:r>
        <w:t>تو یہاں پر خاص بات یہ ہے کہ قرآن کا ڈسٹری بیوشن، جس کو میں کہتا ہوں سپورٹنگ</w:t>
      </w:r>
    </w:p>
    <w:p>
      <w:r>
        <w:rPr>
          <w:b/>
        </w:rPr>
        <w:t xml:space="preserve">[02:36] </w:t>
      </w:r>
      <w:r>
        <w:t>distribution, bohat hi baray paimane par hua.</w:t>
      </w:r>
    </w:p>
    <w:p>
      <w:pPr>
        <w:jc w:val="right"/>
      </w:pPr>
      <w:r>
        <w:t>ڈسٹری بیوشن، بہت ہی بڑے پیمانے پر ہوا۔</w:t>
      </w:r>
    </w:p>
    <w:p>
      <w:r>
        <w:rPr>
          <w:b/>
        </w:rPr>
        <w:t xml:space="preserve">[02:42] </w:t>
      </w:r>
      <w:r>
        <w:t>is waqey ka ek pehlu yeh tha</w:t>
      </w:r>
    </w:p>
    <w:p>
      <w:pPr>
        <w:jc w:val="right"/>
      </w:pPr>
      <w:r>
        <w:t>اس واقعے کا ایک پہلو یہ تھا</w:t>
      </w:r>
    </w:p>
    <w:p>
      <w:r>
        <w:rPr>
          <w:b/>
        </w:rPr>
        <w:t xml:space="preserve">[02:48] </w:t>
      </w:r>
      <w:r>
        <w:t>keh yeh sara ka sara c p ke logon ne apne aap planning ki thi is ki.</w:t>
      </w:r>
    </w:p>
    <w:p>
      <w:pPr>
        <w:jc w:val="right"/>
      </w:pPr>
      <w:r>
        <w:t>کہ یہ سارا کا سارا سی پی کے لوگوں نے اپنے آپ پلاننگ کی تھی اس کی۔</w:t>
      </w:r>
    </w:p>
    <w:p>
      <w:r>
        <w:rPr>
          <w:b/>
        </w:rPr>
        <w:t xml:space="preserve">[02:53] </w:t>
      </w:r>
      <w:r>
        <w:t>mera is mein kuch bhi dakhal nahi hai.</w:t>
      </w:r>
    </w:p>
    <w:p>
      <w:pPr>
        <w:jc w:val="right"/>
      </w:pPr>
      <w:r>
        <w:t>میرا اس میں کچھ بھی دخل نہیں ہے۔</w:t>
      </w:r>
    </w:p>
    <w:p>
      <w:r>
        <w:rPr>
          <w:b/>
        </w:rPr>
        <w:t xml:space="preserve">[02:58] </w:t>
      </w:r>
      <w:r>
        <w:t>yani maine to yeh bhi nahi kaha tha keh aap wahan star lagaiye.</w:t>
      </w:r>
    </w:p>
    <w:p>
      <w:pPr>
        <w:jc w:val="right"/>
      </w:pPr>
      <w:r>
        <w:t>یعنی میں نے تو یہ بھی نہیں کہا تھا کہ آپ وہاں اسٹار لگائیے۔</w:t>
      </w:r>
    </w:p>
    <w:p>
      <w:r>
        <w:rPr>
          <w:b/>
        </w:rPr>
        <w:t xml:space="preserve">[03:03] </w:t>
      </w:r>
      <w:r>
        <w:t>kuch bhi nahi.</w:t>
      </w:r>
    </w:p>
    <w:p>
      <w:pPr>
        <w:jc w:val="right"/>
      </w:pPr>
      <w:r>
        <w:t>کچھ بھی نہیں۔</w:t>
      </w:r>
    </w:p>
    <w:p>
      <w:r>
        <w:rPr>
          <w:b/>
        </w:rPr>
        <w:t xml:space="preserve">[03:08] </w:t>
      </w:r>
      <w:r>
        <w:t>aur logon ne itni zabardast planning ki keh hamare aik saathi faiz abad se is mein aa gaye.</w:t>
      </w:r>
    </w:p>
    <w:p>
      <w:pPr>
        <w:jc w:val="right"/>
      </w:pPr>
      <w:r>
        <w:t>اور لوگوں نے اتنی زبردست پلاننگ کی کہ ہمارے ایک ساتھی فیض آباد سے اس میں آ گئے۔</w:t>
      </w:r>
    </w:p>
    <w:p>
      <w:r>
        <w:rPr>
          <w:b/>
        </w:rPr>
        <w:t xml:space="preserve">[03:13] </w:t>
      </w:r>
      <w:r>
        <w:t>yani electronic yeh e planning thi.</w:t>
      </w:r>
    </w:p>
    <w:p>
      <w:pPr>
        <w:jc w:val="right"/>
      </w:pPr>
      <w:r>
        <w:t>یعنی الیکٹرانک یہ ای پلاننگ تھی۔</w:t>
      </w:r>
    </w:p>
    <w:p>
      <w:r>
        <w:rPr>
          <w:b/>
        </w:rPr>
        <w:t xml:space="preserve">[03:18] </w:t>
      </w:r>
      <w:r>
        <w:t>e planning. to wahan par hamare saathiyon ne bohat acha star lagaya aur bohat josh o kharosh ke sath quran ko distribute kiya. logon ne bohat hi shauq se liya. mujhe yeh dekh kar bohat hi khushi hui ke hamare jo saathi wahan quran ko distri</w:t>
      </w:r>
    </w:p>
    <w:p>
      <w:pPr>
        <w:jc w:val="right"/>
      </w:pPr>
      <w:r>
        <w:t>ای پلاننگ۔ تو وہاں پر ہمارے ساتھیوں نے بہت اچھا اسٹار لگایا اور بہت جوش و خروش کے ساتھ قرآن کو ڈسٹری بیوٹ کیا۔ لوگوں نے بہت ہی شوق سے لیا۔ مجھے یہ دیکھ کر بہت ہی خوشی ہوئی کہ ہمارے جو ساتھی وہاں قرآن کو ڈسٹری</w:t>
      </w:r>
    </w:p>
    <w:p>
      <w:r>
        <w:rPr>
          <w:b/>
        </w:rPr>
        <w:t xml:space="preserve">[03:48] </w:t>
      </w:r>
      <w:r>
        <w:t>beat kar rahe thay, to aisa lagta tha keh un ke liye aaj hi eid ka din hai.</w:t>
      </w:r>
    </w:p>
    <w:p>
      <w:pPr>
        <w:jc w:val="right"/>
      </w:pPr>
      <w:r>
        <w:t>بیوٹ کر رہے تھے، تو ایسا لگتا تھا کہ ان کے لیے آج ہی عید کا دن ہے۔</w:t>
      </w:r>
    </w:p>
    <w:p>
      <w:r>
        <w:rPr>
          <w:b/>
        </w:rPr>
        <w:t xml:space="preserve">[03:54] </w:t>
      </w:r>
      <w:r>
        <w:t>yani dawat ke kaam mein, dawat Allah ke kaam mein yeh zouq o shouq.</w:t>
      </w:r>
    </w:p>
    <w:p>
      <w:pPr>
        <w:jc w:val="right"/>
      </w:pPr>
      <w:r>
        <w:t>یعنی دعوت کے کام میں، دعوت اللہ کے کام میں یہ ذوق و شوق۔</w:t>
      </w:r>
    </w:p>
    <w:p>
      <w:r>
        <w:rPr>
          <w:b/>
        </w:rPr>
        <w:t xml:space="preserve">[04:00] </w:t>
      </w:r>
      <w:r>
        <w:t>aur jabkeh is ka koi bhi unhein material aitbar se koi sila nahi.</w:t>
      </w:r>
    </w:p>
    <w:p>
      <w:pPr>
        <w:jc w:val="right"/>
      </w:pPr>
      <w:r>
        <w:t>اور جبکہ اس کا کوئی بھی انہیں مٹیریل اعتبار سے کوئی صلہ نہیں۔</w:t>
      </w:r>
    </w:p>
    <w:p>
      <w:r>
        <w:rPr>
          <w:b/>
        </w:rPr>
        <w:t xml:space="preserve">[04:06] </w:t>
      </w:r>
      <w:r>
        <w:t>na is mein koi paisa milna hai, na koi shohrat milni hai, na koi stage milna hai, na</w:t>
      </w:r>
    </w:p>
    <w:p>
      <w:pPr>
        <w:jc w:val="right"/>
      </w:pPr>
      <w:r>
        <w:t>نہ اس میں کوئی پیسہ ملنا ہے، نہ کوئی شہرت ملنی ہے، نہ کوئی سٹیج ملنا ہے، نہ</w:t>
      </w:r>
    </w:p>
    <w:p>
      <w:r>
        <w:rPr>
          <w:b/>
        </w:rPr>
        <w:t xml:space="preserve">[04:12] </w:t>
      </w:r>
      <w:r>
        <w:t>koi wah wah milna hai, kuch bhi nahi. aur</w:t>
      </w:r>
    </w:p>
    <w:p>
      <w:pPr>
        <w:jc w:val="right"/>
      </w:pPr>
      <w:r>
        <w:t>کوئی واہ واہ ملنا ہے، کچھ بھی نہیں۔ اور</w:t>
      </w:r>
    </w:p>
    <w:p>
      <w:r>
        <w:rPr>
          <w:b/>
        </w:rPr>
        <w:t xml:space="preserve">[04:18] </w:t>
      </w:r>
      <w:r>
        <w:t>is tarah se log is mein lage hue thay jaise keh un ka koi bohat hi zyada interest</w:t>
      </w:r>
    </w:p>
    <w:p>
      <w:pPr>
        <w:jc w:val="right"/>
      </w:pPr>
      <w:r>
        <w:t>اس طرح سے لوگ اس میں لگے ہوئے تھے جیسے کہ ان کا کوئی بہت ہی زیادہ انٹرسٹ</w:t>
      </w:r>
    </w:p>
    <w:p>
      <w:r>
        <w:rPr>
          <w:b/>
        </w:rPr>
        <w:t xml:space="preserve">[04:23] </w:t>
      </w:r>
      <w:r>
        <w:t>wala kaam ho.</w:t>
      </w:r>
    </w:p>
    <w:p>
      <w:pPr>
        <w:jc w:val="right"/>
      </w:pPr>
      <w:r>
        <w:t>والا کام ہو۔</w:t>
      </w:r>
    </w:p>
    <w:p>
      <w:r>
        <w:rPr>
          <w:b/>
        </w:rPr>
        <w:t xml:space="preserve">[04:29] </w:t>
      </w:r>
      <w:r>
        <w:t>yeh aik bohat bara sign hai.</w:t>
      </w:r>
    </w:p>
    <w:p>
      <w:pPr>
        <w:jc w:val="right"/>
      </w:pPr>
      <w:r>
        <w:t>یہ ایک بہت بڑا سائن ہے۔</w:t>
      </w:r>
    </w:p>
    <w:p>
      <w:r>
        <w:rPr>
          <w:b/>
        </w:rPr>
        <w:t xml:space="preserve">[04:34] </w:t>
      </w:r>
      <w:r>
        <w:t>kyunkeh dekhiye, yeh dawat ka jo mission hai, yeh is par chal nahi sakta keh logon ka koi</w:t>
      </w:r>
    </w:p>
    <w:p>
      <w:pPr>
        <w:jc w:val="right"/>
      </w:pPr>
      <w:r>
        <w:t>کیونکہ دیکھیں، یہ دعوت کا جو مشن ہے، یہ اس پر چل نہیں سکتا کہ لوگوں کا کوئی</w:t>
      </w:r>
    </w:p>
    <w:p>
      <w:r>
        <w:rPr>
          <w:b/>
        </w:rPr>
        <w:t xml:space="preserve">[04:39] </w:t>
      </w:r>
      <w:r>
        <w:t>interest is se juda hua ho.</w:t>
      </w:r>
    </w:p>
    <w:p>
      <w:pPr>
        <w:jc w:val="right"/>
      </w:pPr>
      <w:r>
        <w:t>انٹرسٹ اس سے جڑا ہوا ہو۔</w:t>
      </w:r>
    </w:p>
    <w:p>
      <w:r>
        <w:rPr>
          <w:b/>
        </w:rPr>
        <w:t xml:space="preserve">[04:44] </w:t>
      </w:r>
      <w:r>
        <w:t>jab interest juda ga to dawat ka kaam khatam ho jaye ga.</w:t>
      </w:r>
    </w:p>
    <w:p>
      <w:pPr>
        <w:jc w:val="right"/>
      </w:pPr>
      <w:r>
        <w:t>جب انٹرسٹ جڑے گا تو دعوت کا کام ختم ہو جائے گا۔</w:t>
      </w:r>
    </w:p>
    <w:p>
      <w:r>
        <w:rPr>
          <w:b/>
        </w:rPr>
        <w:t xml:space="preserve">[04:49] </w:t>
      </w:r>
      <w:r>
        <w:t>interest ke baghair jo log active hon, wohi is kaam ko kar payein ge.</w:t>
      </w:r>
    </w:p>
    <w:p>
      <w:pPr>
        <w:jc w:val="right"/>
      </w:pPr>
      <w:r>
        <w:t>انٹرسٹ کے بغیر جو لوگ ایکٹیو ہوں، وہی اس کام کو کر پائیں گے۔</w:t>
      </w:r>
    </w:p>
    <w:p>
      <w:r>
        <w:rPr>
          <w:b/>
        </w:rPr>
        <w:t xml:space="preserve">[04:55] </w:t>
      </w:r>
      <w:r>
        <w:t>to yeh bohat hi mujhe khushi hui keh Allah ke fazal se c p s mein aik bohat</w:t>
      </w:r>
    </w:p>
    <w:p>
      <w:pPr>
        <w:jc w:val="right"/>
      </w:pPr>
      <w:r>
        <w:t>تو یہ بہت ہی مجھے خوشی ہوئی کہ اللہ کے فضل سے سی پی ایس میں ایک بہت</w:t>
      </w:r>
    </w:p>
    <w:p>
      <w:r>
        <w:rPr>
          <w:b/>
        </w:rPr>
        <w:t xml:space="preserve">[05:02] </w:t>
      </w:r>
      <w:r>
        <w:t>hi acha group ban gaya hai.</w:t>
      </w:r>
    </w:p>
    <w:p>
      <w:pPr>
        <w:jc w:val="right"/>
      </w:pPr>
      <w:r>
        <w:t>ہی اچھا گروپ بن گیا ہے۔</w:t>
      </w:r>
    </w:p>
    <w:p>
      <w:r>
        <w:rPr>
          <w:b/>
        </w:rPr>
        <w:t xml:space="preserve">[05:08] </w:t>
      </w:r>
      <w:r>
        <w:t>na sirf india mein balkeh dunya bhar mein.</w:t>
      </w:r>
    </w:p>
    <w:p>
      <w:pPr>
        <w:jc w:val="right"/>
      </w:pPr>
      <w:r>
        <w:t>نہ صرف انڈیا میں بلکہ دنیا بھر میں۔</w:t>
      </w:r>
    </w:p>
    <w:p>
      <w:r>
        <w:rPr>
          <w:b/>
        </w:rPr>
        <w:t xml:space="preserve">[05:14] </w:t>
      </w:r>
      <w:r>
        <w:t>jo kisi bhi material interest ke baghair</w:t>
      </w:r>
    </w:p>
    <w:p>
      <w:pPr>
        <w:jc w:val="right"/>
      </w:pPr>
      <w:r>
        <w:t>جو کسی بھی مٹیریل انٹرسٹ کے بغیر</w:t>
      </w:r>
    </w:p>
    <w:p>
      <w:r>
        <w:rPr>
          <w:b/>
        </w:rPr>
        <w:t xml:space="preserve">[05:21] </w:t>
      </w:r>
      <w:r>
        <w:t>sirf Allah ke liye kaam karne wala.</w:t>
      </w:r>
    </w:p>
    <w:p>
      <w:pPr>
        <w:jc w:val="right"/>
      </w:pPr>
      <w:r>
        <w:t>صرف اللہ کے لیے کام کرنے والا۔</w:t>
      </w:r>
    </w:p>
    <w:p>
      <w:r>
        <w:rPr>
          <w:b/>
        </w:rPr>
        <w:t xml:space="preserve">[05:29] </w:t>
      </w:r>
      <w:r>
        <w:t>to wahan mujhe aik hadith ka matlab samajh aaya.</w:t>
      </w:r>
    </w:p>
    <w:p>
      <w:pPr>
        <w:jc w:val="right"/>
      </w:pPr>
      <w:r>
        <w:t>تو وہاں مجھے ایک حدیث کا مطلب سمجھ آیا۔</w:t>
      </w:r>
    </w:p>
    <w:p>
      <w:r>
        <w:rPr>
          <w:b/>
        </w:rPr>
        <w:t xml:space="preserve">[05:36] </w:t>
      </w:r>
      <w:r>
        <w:t>dekhiye, roze ke baray mein aik hadith hai keh jo aamal hain islam mein, un ka ajr Allah</w:t>
      </w:r>
    </w:p>
    <w:p>
      <w:pPr>
        <w:jc w:val="right"/>
      </w:pPr>
      <w:r>
        <w:t>دیکھیں، روزہ کے بارے میں ایک حدیث ہے کہ جو اعمال ہیں اسلام میں، ان کا اجر اللہ</w:t>
      </w:r>
    </w:p>
    <w:p>
      <w:r>
        <w:rPr>
          <w:b/>
        </w:rPr>
        <w:t xml:space="preserve">[05:44] </w:t>
      </w:r>
      <w:r>
        <w:t>ke haan das guna se saat so guna tak diya jata hai.</w:t>
      </w:r>
    </w:p>
    <w:p>
      <w:pPr>
        <w:jc w:val="right"/>
      </w:pPr>
      <w:r>
        <w:t>کے ہاں دس گنا سے سات سو گنا تک دیا جاتا ہے۔</w:t>
      </w:r>
    </w:p>
    <w:p>
      <w:r>
        <w:rPr>
          <w:b/>
        </w:rPr>
        <w:t xml:space="preserve">[05:52] </w:t>
      </w:r>
      <w:r>
        <w:t>illa as-sawm.</w:t>
      </w:r>
    </w:p>
    <w:p>
      <w:pPr>
        <w:jc w:val="right"/>
      </w:pPr>
      <w:r>
        <w:t>الا الصوم۔</w:t>
      </w:r>
    </w:p>
    <w:p>
      <w:r>
        <w:rPr>
          <w:b/>
        </w:rPr>
        <w:t xml:space="preserve">[05:57] </w:t>
      </w:r>
      <w:r>
        <w:t>wa innahu li wa ana ajzeehi.</w:t>
      </w:r>
    </w:p>
    <w:p>
      <w:pPr>
        <w:jc w:val="right"/>
      </w:pPr>
      <w:r>
        <w:t>وَإِنَّهُ لِي وَأَنَا أَجْزِيهِ۔</w:t>
      </w:r>
    </w:p>
    <w:p>
      <w:r>
        <w:rPr>
          <w:b/>
        </w:rPr>
        <w:t xml:space="preserve">[06:02] </w:t>
      </w:r>
      <w:r>
        <w:t>magar sawm mere liye hai aur main is ka badla doonga.</w:t>
      </w:r>
    </w:p>
    <w:p>
      <w:pPr>
        <w:jc w:val="right"/>
      </w:pPr>
      <w:r>
        <w:t>مگر صوم میرے لیے ہے اور میں اس کا بدلہ دوں گا۔</w:t>
      </w:r>
    </w:p>
    <w:p>
      <w:r>
        <w:rPr>
          <w:b/>
        </w:rPr>
        <w:t xml:space="preserve">[06:07] </w:t>
      </w:r>
      <w:r>
        <w:t>to dekhen, yeh baat be hisab ajr ki baat Quran mein bhi hai.</w:t>
      </w:r>
    </w:p>
    <w:p>
      <w:pPr>
        <w:jc w:val="right"/>
      </w:pPr>
      <w:r>
        <w:t>تو دیکھیں، یہ بات بے حساب اجر کی بات قرآن میں بھی ہے۔</w:t>
      </w:r>
    </w:p>
    <w:p>
      <w:r>
        <w:rPr>
          <w:b/>
        </w:rPr>
        <w:t xml:space="preserve">[06:13] </w:t>
      </w:r>
      <w:r>
        <w:t>innama yuwaffas sabiroona ajruhum bi ghairi hisab.</w:t>
      </w:r>
    </w:p>
    <w:p>
      <w:pPr>
        <w:jc w:val="right"/>
      </w:pPr>
      <w:r>
        <w:t>إِنَّمَا يُؤَفَّسُ صَابُرُونَ أَجْرُهُمْ بِغَيْرِ حِسَابٍ۔</w:t>
      </w:r>
    </w:p>
    <w:p>
      <w:r>
        <w:rPr>
          <w:b/>
        </w:rPr>
        <w:t xml:space="preserve">[06:18] </w:t>
      </w:r>
      <w:r>
        <w:t>to main samajhta hoon ke is hadith mein jo crucial word hai, woh hai li ajli</w:t>
      </w:r>
    </w:p>
    <w:p>
      <w:pPr>
        <w:jc w:val="right"/>
      </w:pPr>
      <w:r>
        <w:t>تو میں سمجھتا ہوں کہ اس حدیث میں جو کروشل ورڈ ہے، وہ ہے لِعَجْلِ</w:t>
      </w:r>
    </w:p>
    <w:p>
      <w:r>
        <w:rPr>
          <w:b/>
        </w:rPr>
        <w:t xml:space="preserve">[06:23] </w:t>
      </w:r>
      <w:r>
        <w:t>—</w:t>
      </w:r>
    </w:p>
    <w:p>
      <w:pPr>
        <w:jc w:val="right"/>
      </w:pPr>
      <w:r>
        <w:t>۔</w:t>
      </w:r>
    </w:p>
    <w:p>
      <w:r>
        <w:rPr>
          <w:b/>
        </w:rPr>
        <w:t xml:space="preserve">[06:26] </w:t>
      </w:r>
      <w:r>
        <w:t>yani li ajli Allah.</w:t>
      </w:r>
    </w:p>
    <w:p>
      <w:pPr>
        <w:jc w:val="right"/>
      </w:pPr>
      <w:r>
        <w:t>یعنی لِعَجْلِ اللَّهِ۔</w:t>
      </w:r>
    </w:p>
    <w:p>
      <w:r>
        <w:rPr>
          <w:b/>
        </w:rPr>
        <w:t xml:space="preserve">[06:30] </w:t>
      </w:r>
      <w:r>
        <w:t>crucial word sawm nahin hai.</w:t>
      </w:r>
    </w:p>
    <w:p>
      <w:pPr>
        <w:jc w:val="right"/>
      </w:pPr>
      <w:r>
        <w:t>کروشل ورڈ صوم نہیں ہے۔</w:t>
      </w:r>
    </w:p>
    <w:p>
      <w:r>
        <w:rPr>
          <w:b/>
        </w:rPr>
        <w:t xml:space="preserve">[06:33] </w:t>
      </w:r>
      <w:r>
        <w:t>is hadith mein jo crucial word hai, woh sawm nahin hai.</w:t>
      </w:r>
    </w:p>
    <w:p>
      <w:pPr>
        <w:jc w:val="right"/>
      </w:pPr>
      <w:r>
        <w:t>اس حدیث میں جو کروشل ورڈ ہے، وہ صوم نہیں ہے۔</w:t>
      </w:r>
    </w:p>
    <w:p>
      <w:r>
        <w:rPr>
          <w:b/>
        </w:rPr>
        <w:t xml:space="preserve">[06:36] </w:t>
      </w:r>
      <w:r>
        <w:t>woh li ajli Allah hai.</w:t>
      </w:r>
    </w:p>
    <w:p>
      <w:pPr>
        <w:jc w:val="right"/>
      </w:pPr>
      <w:r>
        <w:t>وہ لِعَجْلِ اللَّهِ ہے۔</w:t>
      </w:r>
    </w:p>
    <w:p>
      <w:r>
        <w:rPr>
          <w:b/>
        </w:rPr>
        <w:t xml:space="preserve">[06:40] </w:t>
      </w:r>
      <w:r>
        <w:t>is ka matlab hai ke jo kaam bhi sirf li ajli Allah ho, yani for the sake of God.</w:t>
      </w:r>
    </w:p>
    <w:p>
      <w:pPr>
        <w:jc w:val="right"/>
      </w:pPr>
      <w:r>
        <w:t>اس کا معنی ہے کہ جو کام بھی صرف لِعَجْلِ اللَّهِ ہو، یعنی فار دی سیک آف گاڈ۔</w:t>
      </w:r>
    </w:p>
    <w:p>
      <w:r>
        <w:rPr>
          <w:b/>
        </w:rPr>
        <w:t xml:space="preserve">[06:43] </w:t>
      </w:r>
      <w:r>
        <w:t>li ajli Allah ka matlab hai for the sake of God.</w:t>
      </w:r>
    </w:p>
    <w:p>
      <w:pPr>
        <w:jc w:val="right"/>
      </w:pPr>
      <w:r>
        <w:t>لِعَجْلِ اللَّهِ کا مطلب ہے فار دی سیک آف گاڈ۔</w:t>
      </w:r>
    </w:p>
    <w:p>
      <w:r>
        <w:rPr>
          <w:b/>
        </w:rPr>
        <w:t xml:space="preserve">[06:47] </w:t>
      </w:r>
      <w:r>
        <w:t>yani purely for the sake of God jo kaam ho.</w:t>
      </w:r>
    </w:p>
    <w:p>
      <w:pPr>
        <w:jc w:val="right"/>
      </w:pPr>
      <w:r>
        <w:t>یعنی پیورلی فار دی سیک آف گاڈ جو کام ہو۔</w:t>
      </w:r>
    </w:p>
    <w:p>
      <w:r>
        <w:rPr>
          <w:b/>
        </w:rPr>
        <w:t xml:space="preserve">[06:50] </w:t>
      </w:r>
      <w:r>
        <w:t>to is sab ke liye yeh hadith</w:t>
      </w:r>
    </w:p>
    <w:p>
      <w:pPr>
        <w:jc w:val="right"/>
      </w:pPr>
      <w:r>
        <w:t>تو اس سب کے لیے یہ حدیث</w:t>
      </w:r>
    </w:p>
    <w:p>
      <w:r>
        <w:rPr>
          <w:b/>
        </w:rPr>
        <w:t xml:space="preserve">[06:53] </w:t>
      </w:r>
      <w:r>
        <w:t>is par apply hogi.</w:t>
      </w:r>
    </w:p>
    <w:p>
      <w:pPr>
        <w:jc w:val="right"/>
      </w:pPr>
      <w:r>
        <w:t>اس پر اپلائی ہوگی۔</w:t>
      </w:r>
    </w:p>
    <w:p>
      <w:r>
        <w:rPr>
          <w:b/>
        </w:rPr>
        <w:t xml:space="preserve">[06:58] </w:t>
      </w:r>
      <w:r>
        <w:t>to kal jo main ne dekha wahan, to meri samajh mein aayi ke li ajli Allah jo hai for</w:t>
      </w:r>
    </w:p>
    <w:p>
      <w:pPr>
        <w:jc w:val="right"/>
      </w:pPr>
      <w:r>
        <w:t>تو کل جو میں نے دیکھا وہاں، تو میری سمجھ میں آئی کہ لِعَجْلِ اللَّهِ جو ہے فار</w:t>
      </w:r>
    </w:p>
    <w:p>
      <w:r>
        <w:rPr>
          <w:b/>
        </w:rPr>
        <w:t xml:space="preserve">[07:03] </w:t>
      </w:r>
      <w:r>
        <w:t>the sake of God, woh bohat hi bohat hi comprehensive word hai.</w:t>
      </w:r>
    </w:p>
    <w:p>
      <w:pPr>
        <w:jc w:val="right"/>
      </w:pPr>
      <w:r>
        <w:t>دی سیک آف گاڈ، وہ بہت ہی بہت ہی کمپریسو ورڈ ہے۔</w:t>
      </w:r>
    </w:p>
    <w:p>
      <w:r>
        <w:rPr>
          <w:b/>
        </w:rPr>
        <w:t xml:space="preserve">[07:08] </w:t>
      </w:r>
      <w:r>
        <w:t>aur har us kaam par woh chaspana hoga jo waqeatan sirf Allah ke liye, sirf Allah ke liye,</w:t>
      </w:r>
    </w:p>
    <w:p>
      <w:pPr>
        <w:jc w:val="right"/>
      </w:pPr>
      <w:r>
        <w:t>اور ہر اس کام پر وہ چسپاں ہوگا جو واقعتاً صرف اللہ کے لیے، صرف اللہ کے لیے،</w:t>
      </w:r>
    </w:p>
    <w:p>
      <w:r>
        <w:rPr>
          <w:b/>
        </w:rPr>
        <w:t xml:space="preserve">[07:13] </w:t>
      </w:r>
      <w:r>
        <w:t>sirf Allah ke liye ho.</w:t>
      </w:r>
    </w:p>
    <w:p>
      <w:pPr>
        <w:jc w:val="right"/>
      </w:pPr>
      <w:r>
        <w:t>صرف اللہ کے لیے ہو۔</w:t>
      </w:r>
    </w:p>
    <w:p>
      <w:r>
        <w:rPr>
          <w:b/>
        </w:rPr>
        <w:t xml:space="preserve">[07:18] </w:t>
      </w:r>
      <w:r>
        <w:t>koi material interest nahin, koi shohrat nahin</w:t>
      </w:r>
    </w:p>
    <w:p>
      <w:pPr>
        <w:jc w:val="right"/>
      </w:pPr>
      <w:r>
        <w:t>کوئی مٹیریل انٹرسٹ نہیں، کوئی شہرت نہیں</w:t>
      </w:r>
    </w:p>
    <w:p>
      <w:r>
        <w:rPr>
          <w:b/>
        </w:rPr>
        <w:t xml:space="preserve">[07:23] </w:t>
      </w:r>
      <w:r>
        <w:t>, koi wah wah nahin, kuch bhi milne wala nahin.</w:t>
      </w:r>
    </w:p>
    <w:p>
      <w:pPr>
        <w:jc w:val="right"/>
      </w:pPr>
      <w:r>
        <w:t>، کوئی واہ واہ نہیں، کچھ بھی ملنے والا نہیں۔</w:t>
      </w:r>
    </w:p>
    <w:p>
      <w:r>
        <w:rPr>
          <w:b/>
        </w:rPr>
        <w:t xml:space="preserve">[07:29] </w:t>
      </w:r>
      <w:r>
        <w:t>to jab yeh is spirit ke sath jab banda koi kaam karta hai, aur Allah hi behtar janta</w:t>
      </w:r>
    </w:p>
    <w:p>
      <w:pPr>
        <w:jc w:val="right"/>
      </w:pPr>
      <w:r>
        <w:t>تو جب یہ اس سپرٹ کے ساتھ جب بندہ کوئی کام کرتا ہے، اور اللہ ہی بہتر جانتا</w:t>
      </w:r>
    </w:p>
    <w:p>
      <w:r>
        <w:rPr>
          <w:b/>
        </w:rPr>
        <w:t xml:space="preserve">[07:34] </w:t>
      </w:r>
      <w:r>
        <w:t>hai kaun is spirit ke sath kaam kar raha hai.</w:t>
      </w:r>
    </w:p>
    <w:p>
      <w:pPr>
        <w:jc w:val="right"/>
      </w:pPr>
      <w:r>
        <w:t>ہے کون اس سپرٹ کے ساتھ کام کر رہا ہے۔</w:t>
      </w:r>
    </w:p>
    <w:p>
      <w:r>
        <w:rPr>
          <w:b/>
        </w:rPr>
        <w:t xml:space="preserve">[07:40] </w:t>
      </w:r>
      <w:r>
        <w:t>to is spirit ke sath jab banda koi kaam karta hai to woh li'ajlillah ho jata hai.</w:t>
      </w:r>
    </w:p>
    <w:p>
      <w:pPr>
        <w:jc w:val="right"/>
      </w:pPr>
      <w:r>
        <w:t>تو اس سپرٹ کے ساتھ جب بندہ کوئی کام کرتا ہے تو وہ لِعَجْلِ اللَّهِ ہو جاتا ہے۔</w:t>
      </w:r>
    </w:p>
    <w:p>
      <w:r>
        <w:rPr>
          <w:b/>
        </w:rPr>
        <w:t xml:space="preserve">[07:45] </w:t>
      </w:r>
      <w:r>
        <w:t>far the sake of God.</w:t>
      </w:r>
    </w:p>
    <w:p>
      <w:pPr>
        <w:jc w:val="right"/>
      </w:pPr>
      <w:r>
        <w:t>فار دی سیک آف گاڈ۔</w:t>
      </w:r>
    </w:p>
    <w:p>
      <w:r>
        <w:rPr>
          <w:b/>
        </w:rPr>
        <w:t xml:space="preserve">[07:51] </w:t>
      </w:r>
      <w:r>
        <w:t>aur is ka ajr be panah hai.</w:t>
      </w:r>
    </w:p>
    <w:p>
      <w:pPr>
        <w:jc w:val="right"/>
      </w:pPr>
      <w:r>
        <w:t>اور اس کا اجر بے پناہ ہے۔</w:t>
      </w:r>
    </w:p>
    <w:p>
      <w:r>
        <w:rPr>
          <w:b/>
        </w:rPr>
        <w:t xml:space="preserve">[07:56] </w:t>
      </w:r>
      <w:r>
        <w:t>to is hadith mein jo masla bayan kiya gaya hai, woh som ka masla nahi hai.</w:t>
      </w:r>
    </w:p>
    <w:p>
      <w:pPr>
        <w:jc w:val="right"/>
      </w:pPr>
      <w:r>
        <w:t>تو اس حدیث میں جو مسئلہ بیان کیا گیا ہے، وہ صوم کا مسئلہ نہیں ہے۔</w:t>
      </w:r>
    </w:p>
    <w:p>
      <w:r>
        <w:rPr>
          <w:b/>
        </w:rPr>
        <w:t xml:space="preserve">[08:01] </w:t>
      </w:r>
      <w:r>
        <w:t>li'ajlillah ka masla bayan kiya gaya hai.</w:t>
      </w:r>
    </w:p>
    <w:p>
      <w:pPr>
        <w:jc w:val="right"/>
      </w:pPr>
      <w:r>
        <w:t>لِعَجْلِ اللَّهِ کا مسئلہ بیان کیا گیا ہے۔</w:t>
      </w:r>
    </w:p>
    <w:p>
      <w:r>
        <w:rPr>
          <w:b/>
        </w:rPr>
        <w:t xml:space="preserve">[08:07] </w:t>
      </w:r>
      <w:r>
        <w:t>som to immediate reference ke liye hai yahan par.</w:t>
      </w:r>
    </w:p>
    <w:p>
      <w:pPr>
        <w:jc w:val="right"/>
      </w:pPr>
      <w:r>
        <w:t>صوم تو امیڈیٹ ریفرنس کے لیے ہے یہاں پر۔</w:t>
      </w:r>
    </w:p>
    <w:p>
      <w:r>
        <w:rPr>
          <w:b/>
        </w:rPr>
        <w:t xml:space="preserve">[08:12] </w:t>
      </w:r>
      <w:r>
        <w:t>lafz som yahan par jo hai, woh immediate reference ke liye hai.</w:t>
      </w:r>
    </w:p>
    <w:p>
      <w:pPr>
        <w:jc w:val="right"/>
      </w:pPr>
      <w:r>
        <w:t>لفظ صوم یہاں پر جو ہے، وہ امیڈیٹ ریفرنس کے لیے ہے۔</w:t>
      </w:r>
    </w:p>
    <w:p>
      <w:r>
        <w:rPr>
          <w:b/>
        </w:rPr>
        <w:t xml:space="preserve">[08:17] </w:t>
      </w:r>
      <w:r>
        <w:t>asal to ek usool hai, ek principle bataya gaya hai divine law ka.</w:t>
      </w:r>
    </w:p>
    <w:p>
      <w:pPr>
        <w:jc w:val="right"/>
      </w:pPr>
      <w:r>
        <w:t>اصل تو ایک اصول ہے، ایک پرنسپل بتایا گیا ہے ڈیوائن لا کا۔</w:t>
      </w:r>
    </w:p>
    <w:p>
      <w:r>
        <w:rPr>
          <w:b/>
        </w:rPr>
        <w:t xml:space="preserve">[08:22] </w:t>
      </w:r>
      <w:r>
        <w:t>ke aadmi koi kaam agar is tarah kare</w:t>
      </w:r>
    </w:p>
    <w:p>
      <w:pPr>
        <w:jc w:val="right"/>
      </w:pPr>
      <w:r>
        <w:t>کہ آدمی کوئی کام اگر اس طرح کرے</w:t>
      </w:r>
    </w:p>
    <w:p>
      <w:r>
        <w:rPr>
          <w:b/>
        </w:rPr>
        <w:t xml:space="preserve">[08:27] </w:t>
      </w:r>
      <w:r>
        <w:t>ke is mein adna darjay mein bhi koi material interest na ho, kuch bhi nahi. material interest ka lafz main bol raha hoon bohat hi wider sense mein. yani paisa, stage, shohrat, wah wah, aur logon ke darmiyan acceptance waghera. kuch bhi na ho, kuch bhi na ho, kuch bhi na ho. aadmi</w:t>
      </w:r>
    </w:p>
    <w:p>
      <w:pPr>
        <w:jc w:val="right"/>
      </w:pPr>
      <w:r>
        <w:t>کہ اس میں ادنیٰ درجے میں بھی کوئی مٹیریل انٹرسٹ نہ ہو، کچھ بھی نہیں۔ مٹیریل انٹرسٹ کا لفظ میں بول رہا ہوں بہت ہی وائڈر سینس میں۔ یعنی پیسہ، اسٹیج، شہرت، واہ واہ، اور لوگوں کے درمیان ایکسیپٹنس وغیرہ۔ کچھ بھی نہ ہو، کچھ بھی نہ ہو، کچھ بھی نہ ہو۔ آدمی</w:t>
      </w:r>
    </w:p>
    <w:p>
      <w:r>
        <w:rPr>
          <w:b/>
        </w:rPr>
        <w:t xml:space="preserve">[08:57] </w:t>
      </w:r>
      <w:r>
        <w:t>sirf far the sake of God kaam kar raha ho.</w:t>
      </w:r>
    </w:p>
    <w:p>
      <w:pPr>
        <w:jc w:val="right"/>
      </w:pPr>
      <w:r>
        <w:t>صرف فار دی سیک آف گاڈ کام کر رہا ہو۔</w:t>
      </w:r>
    </w:p>
    <w:p>
      <w:r>
        <w:rPr>
          <w:b/>
        </w:rPr>
        <w:t xml:space="preserve">[09:02] </w:t>
      </w:r>
      <w:r>
        <w:t>in sab par yeh hadith apply hogi.</w:t>
      </w:r>
    </w:p>
    <w:p>
      <w:pPr>
        <w:jc w:val="right"/>
      </w:pPr>
      <w:r>
        <w:t>ان سب پر یہ حدیث اپلائی ہوگی۔</w:t>
      </w:r>
    </w:p>
    <w:p>
      <w:r>
        <w:rPr>
          <w:b/>
        </w:rPr>
        <w:t xml:space="preserve">[09:06] </w:t>
      </w:r>
      <w:r>
        <w:t>to main yeh manta hoon ke yahan par lafz som jo hai, som mani roza.</w:t>
      </w:r>
    </w:p>
    <w:p>
      <w:pPr>
        <w:jc w:val="right"/>
      </w:pPr>
      <w:r>
        <w:t>تو میں یہ مانتا ہوں کہ یہاں پر لفظ صوم جو ہے، صوم معنی روزہ۔</w:t>
      </w:r>
    </w:p>
    <w:p>
      <w:r>
        <w:rPr>
          <w:b/>
        </w:rPr>
        <w:t xml:space="preserve">[09:10] </w:t>
      </w:r>
      <w:r>
        <w:t>lafz som jo hai, woh immediate reference ke taur par hai.</w:t>
      </w:r>
    </w:p>
    <w:p>
      <w:pPr>
        <w:jc w:val="right"/>
      </w:pPr>
      <w:r>
        <w:t>لفظ صوم جو ہے، وہ امیڈیٹ ریفرنس کے طور پر ہے۔</w:t>
      </w:r>
    </w:p>
    <w:p>
      <w:r>
        <w:rPr>
          <w:b/>
        </w:rPr>
        <w:t xml:space="preserve">[09:15] </w:t>
      </w:r>
      <w:r>
        <w:t>aur jo baat kahi gayi hai, woh ek general baat hai.</w:t>
      </w:r>
    </w:p>
    <w:p>
      <w:pPr>
        <w:jc w:val="right"/>
      </w:pPr>
      <w:r>
        <w:t>اور جو بات کہی گئی ہے، وہ ایک جنرل بات ہے۔</w:t>
      </w:r>
    </w:p>
    <w:p>
      <w:r>
        <w:rPr>
          <w:b/>
        </w:rPr>
        <w:t xml:space="preserve">[09:19] </w:t>
      </w:r>
      <w:r>
        <w:t>to ek pehlu yeh hai.</w:t>
      </w:r>
    </w:p>
    <w:p>
      <w:pPr>
        <w:jc w:val="right"/>
      </w:pPr>
      <w:r>
        <w:t>تو ایک پہلو یہ ہے۔</w:t>
      </w:r>
    </w:p>
    <w:p>
      <w:r>
        <w:rPr>
          <w:b/>
        </w:rPr>
        <w:t xml:space="preserve">[09:24] </w:t>
      </w:r>
      <w:r>
        <w:t>dusra pehlu yeh hai</w:t>
      </w:r>
    </w:p>
    <w:p>
      <w:pPr>
        <w:jc w:val="right"/>
      </w:pPr>
      <w:r>
        <w:t>دوسرا پہلو یہ ہے</w:t>
      </w:r>
    </w:p>
    <w:p>
      <w:r>
        <w:rPr>
          <w:b/>
        </w:rPr>
        <w:t xml:space="preserve">[09:28] </w:t>
      </w:r>
      <w:r>
        <w:t>ke kal mein jo manzar tha wahan, woh mere liye ek anokha manzar tha.</w:t>
      </w:r>
    </w:p>
    <w:p>
      <w:pPr>
        <w:jc w:val="right"/>
      </w:pPr>
      <w:r>
        <w:t>کہ کل میں جو منظر تھا وہاں، وہ میرے لیے ایک انوکھا منظر تھا۔</w:t>
      </w:r>
    </w:p>
    <w:p>
      <w:r>
        <w:rPr>
          <w:b/>
        </w:rPr>
        <w:t xml:space="preserve">[09:34] </w:t>
      </w:r>
      <w:r>
        <w:t>is se ek bahut hi ek anokha experience mujhe hua.</w:t>
      </w:r>
    </w:p>
    <w:p>
      <w:pPr>
        <w:jc w:val="right"/>
      </w:pPr>
      <w:r>
        <w:t>اس سے ایک بہت ہی ایک انوکھا ایکسپیرینس مجھے ہوا۔</w:t>
      </w:r>
    </w:p>
    <w:p>
      <w:r>
        <w:rPr>
          <w:b/>
        </w:rPr>
        <w:t xml:space="preserve">[09:40] </w:t>
      </w:r>
      <w:r>
        <w:t>ke jo CPS ke log hain ya Quran jo ki jo kitab hai, jo literature hai,</w:t>
      </w:r>
    </w:p>
    <w:p>
      <w:pPr>
        <w:jc w:val="right"/>
      </w:pPr>
      <w:r>
        <w:t>کہ جو سی پی ایس کے لوگ ہیں یا قرآن جو کی جو کتاب ہے، جو لٹریچر ہے،</w:t>
      </w:r>
    </w:p>
    <w:p>
      <w:r>
        <w:rPr>
          <w:b/>
        </w:rPr>
        <w:t xml:space="preserve">[09:46] </w:t>
      </w:r>
      <w:r>
        <w:t>woh sab ka talluq Islam se hai.</w:t>
      </w:r>
    </w:p>
    <w:p>
      <w:pPr>
        <w:jc w:val="right"/>
      </w:pPr>
      <w:r>
        <w:t>وہ سب کا تعلق اسلام سے ہے۔</w:t>
      </w:r>
    </w:p>
    <w:p>
      <w:r>
        <w:rPr>
          <w:b/>
        </w:rPr>
        <w:t xml:space="preserve">[09:52] </w:t>
      </w:r>
      <w:r>
        <w:t>aur wahan jo seminar tha,</w:t>
      </w:r>
    </w:p>
    <w:p>
      <w:pPr>
        <w:jc w:val="right"/>
      </w:pPr>
      <w:r>
        <w:t>اور وہاں جو سیمینار تھا،</w:t>
      </w:r>
    </w:p>
    <w:p>
      <w:r>
        <w:rPr>
          <w:b/>
        </w:rPr>
        <w:t xml:space="preserve">[09:58] </w:t>
      </w:r>
      <w:r>
        <w:t>us ko jo is ne organize kiya tha, woh pure mani mein secular log hain.</w:t>
      </w:r>
    </w:p>
    <w:p>
      <w:pPr>
        <w:jc w:val="right"/>
      </w:pPr>
      <w:r>
        <w:t>اس کو جو اس نے آرگنائز کیا تھا، وہ پورے معنی میں سیکولر لوگ ہیں۔</w:t>
      </w:r>
    </w:p>
    <w:p>
      <w:r>
        <w:rPr>
          <w:b/>
        </w:rPr>
        <w:t xml:space="preserve">[10:04] </w:t>
      </w:r>
      <w:r>
        <w:t>balke kaha jata hai ke ultra secular hain.</w:t>
      </w:r>
    </w:p>
    <w:p>
      <w:pPr>
        <w:jc w:val="right"/>
      </w:pPr>
      <w:r>
        <w:t>بلکہ کہا جاتا ہے کہ الٹرا سیکولر ہیں۔</w:t>
      </w:r>
    </w:p>
    <w:p>
      <w:r>
        <w:rPr>
          <w:b/>
        </w:rPr>
        <w:t xml:space="preserve">[10:09] </w:t>
      </w:r>
      <w:r>
        <w:t>aur main samajhta hoon ke agar aap is manzar ko aap ne dekha hoga to is pure gathering</w:t>
      </w:r>
    </w:p>
    <w:p>
      <w:pPr>
        <w:jc w:val="right"/>
      </w:pPr>
      <w:r>
        <w:t>اور میں سمجھتا ہوں کہ اگر آپ اس منظر کو آپ نے دیکھا ہوگا تو اس پوری گیدرنگ</w:t>
      </w:r>
    </w:p>
    <w:p>
      <w:r>
        <w:rPr>
          <w:b/>
        </w:rPr>
        <w:t xml:space="preserve">[10:14] </w:t>
      </w:r>
      <w:r>
        <w:t>ka, is pure function ka sab se bara jo faida mila, woh CPS walon ko.</w:t>
      </w:r>
    </w:p>
    <w:p>
      <w:pPr>
        <w:jc w:val="right"/>
      </w:pPr>
      <w:r>
        <w:t>کا، اس پورے فنکشن کا سب سے بڑا جو فائدہ ملا، وہ سی پی ایس والوں کو۔</w:t>
      </w:r>
    </w:p>
    <w:p>
      <w:r>
        <w:rPr>
          <w:b/>
        </w:rPr>
        <w:t xml:space="preserve">[10:20] </w:t>
      </w:r>
      <w:r>
        <w:t>wohi numayan thay wahan par.</w:t>
      </w:r>
    </w:p>
    <w:p>
      <w:pPr>
        <w:jc w:val="right"/>
      </w:pPr>
      <w:r>
        <w:t>وہی نمایاں تھے وہاں پر۔</w:t>
      </w:r>
    </w:p>
    <w:p>
      <w:r>
        <w:rPr>
          <w:b/>
        </w:rPr>
        <w:t xml:space="preserve">[10:25] </w:t>
      </w:r>
      <w:r>
        <w:t>to is ko dekh kar mujhe aik hadith yaad aai.</w:t>
      </w:r>
    </w:p>
    <w:p>
      <w:pPr>
        <w:jc w:val="right"/>
      </w:pPr>
      <w:r>
        <w:t>تو اس کو دیکھ کر مجھے ایک حدیث یاد آئی۔</w:t>
      </w:r>
    </w:p>
    <w:p>
      <w:r>
        <w:rPr>
          <w:b/>
        </w:rPr>
        <w:t xml:space="preserve">[10:30] </w:t>
      </w:r>
      <w:r>
        <w:t>daikhein, aik hadith hai, woh bukhari mein hai aur bhi doosri kitabon mein hai.</w:t>
      </w:r>
    </w:p>
    <w:p>
      <w:pPr>
        <w:jc w:val="right"/>
      </w:pPr>
      <w:r>
        <w:t>دیکھیں، ایک حدیث ہے، وہ بخاری میں ہے اور بھی دوسری کتابوں میں ہے۔</w:t>
      </w:r>
    </w:p>
    <w:p>
      <w:r>
        <w:rPr>
          <w:b/>
        </w:rPr>
        <w:t xml:space="preserve">[10:36] </w:t>
      </w:r>
      <w:r>
        <w:t>innallaha layaeeduhaddeenabirrajilalfajir.</w:t>
      </w:r>
    </w:p>
    <w:p>
      <w:pPr>
        <w:jc w:val="right"/>
      </w:pPr>
      <w:r>
        <w:t>إِنَّ اللَّهِ لَيَعِيِّدُ هَذَا الدِّينَ بِالرَّجْلِ الْفَاجِرِ۔</w:t>
      </w:r>
    </w:p>
    <w:p>
      <w:r>
        <w:rPr>
          <w:b/>
        </w:rPr>
        <w:t xml:space="preserve">[10:42] </w:t>
      </w:r>
      <w:r>
        <w:t>saeed bin hibban mein is mein yeh alfaz hain ke innallaha layaeeduhaddeenabialqawmilakhalaqaluhum.</w:t>
      </w:r>
    </w:p>
    <w:p>
      <w:pPr>
        <w:jc w:val="right"/>
      </w:pPr>
      <w:r>
        <w:t>سعید بن حبان میں اس میں یہ الفاظ ہیں کہ إِنَّ اللَّهِ لَيَعِيِّدُ هَذَا الدِّينَ بِالقَوْمِ لا خَلَاقَ لَهُمْ۔</w:t>
      </w:r>
    </w:p>
    <w:p>
      <w:r>
        <w:rPr>
          <w:b/>
        </w:rPr>
        <w:t xml:space="preserve">[10:49] </w:t>
      </w:r>
      <w:r>
        <w:t>yeh bhi alfaz hain.</w:t>
      </w:r>
    </w:p>
    <w:p>
      <w:pPr>
        <w:jc w:val="right"/>
      </w:pPr>
      <w:r>
        <w:t>یہ بھی الفاظ ہیں۔</w:t>
      </w:r>
    </w:p>
    <w:p>
      <w:r>
        <w:rPr>
          <w:b/>
        </w:rPr>
        <w:t xml:space="preserve">[10:55] </w:t>
      </w:r>
      <w:r>
        <w:t>yani aisay log, yani is mein hai ke Allah is deen ki taeed karega.</w:t>
      </w:r>
    </w:p>
    <w:p>
      <w:pPr>
        <w:jc w:val="right"/>
      </w:pPr>
      <w:r>
        <w:t>یعنی ایسے لوگ، یعنی اس میں ہے کہ اللہ اس دین کی تائید کرے گا۔</w:t>
      </w:r>
    </w:p>
    <w:p>
      <w:r>
        <w:rPr>
          <w:b/>
        </w:rPr>
        <w:t xml:space="preserve">[11:01] </w:t>
      </w:r>
      <w:r>
        <w:t>is deen ki support dega.</w:t>
      </w:r>
    </w:p>
    <w:p>
      <w:pPr>
        <w:jc w:val="right"/>
      </w:pPr>
      <w:r>
        <w:t>اس دین کی سپورٹ دے گا۔</w:t>
      </w:r>
    </w:p>
    <w:p>
      <w:r>
        <w:rPr>
          <w:b/>
        </w:rPr>
        <w:t xml:space="preserve">[11:06] </w:t>
      </w:r>
      <w:r>
        <w:t>taeed mani support.</w:t>
      </w:r>
    </w:p>
    <w:p>
      <w:pPr>
        <w:jc w:val="right"/>
      </w:pPr>
      <w:r>
        <w:t>تائید معنی سپورٹ۔</w:t>
      </w:r>
    </w:p>
    <w:p>
      <w:r>
        <w:rPr>
          <w:b/>
        </w:rPr>
        <w:t xml:space="preserve">[11:11] </w:t>
      </w:r>
      <w:r>
        <w:t>Allah is deen ko support dega aisay afraad ke zariye jo fajar honge.</w:t>
      </w:r>
    </w:p>
    <w:p>
      <w:pPr>
        <w:jc w:val="right"/>
      </w:pPr>
      <w:r>
        <w:t>اللہ اس دین کو سپورٹ دے گا ایسے افراد کے ذریعے جو فاجر ہوں گے۔</w:t>
      </w:r>
    </w:p>
    <w:p>
      <w:r>
        <w:rPr>
          <w:b/>
        </w:rPr>
        <w:t xml:space="preserve">[11:16] </w:t>
      </w:r>
      <w:r>
        <w:t>aur doosri jagah yeh hai ke aisay logon ke zariye jin ka deen se koi talluq nahi hoga.</w:t>
      </w:r>
    </w:p>
    <w:p>
      <w:pPr>
        <w:jc w:val="right"/>
      </w:pPr>
      <w:r>
        <w:t>اور دوسری جگہ یہ ہے کہ ایسے لوگوں کے ذریعے جن کا دین سے کوئی تعلق نہیں ہوگا۔</w:t>
      </w:r>
    </w:p>
    <w:p>
      <w:r>
        <w:rPr>
          <w:b/>
        </w:rPr>
        <w:t xml:space="preserve">[11:21] </w:t>
      </w:r>
      <w:r>
        <w:t>yahan fajar ka matlab literature sense mein na lijiyay.</w:t>
      </w:r>
    </w:p>
    <w:p>
      <w:pPr>
        <w:jc w:val="right"/>
      </w:pPr>
      <w:r>
        <w:t>یہاں فاجر کا مطلب لٹریچر سینس میں نہ لیجئے۔</w:t>
      </w:r>
    </w:p>
    <w:p>
      <w:r>
        <w:rPr>
          <w:b/>
        </w:rPr>
        <w:t xml:space="preserve">[11:26] </w:t>
      </w:r>
      <w:r>
        <w:t>yani matlab fisq o fujoor mein woh mubtala honge, yeh matlab nahi hai.</w:t>
      </w:r>
    </w:p>
    <w:p>
      <w:pPr>
        <w:jc w:val="right"/>
      </w:pPr>
      <w:r>
        <w:t>یعنی مطلب فسق و فجور میں وہ مبتلا ہوں گے، یہ مطلب نہیں ہے۔</w:t>
      </w:r>
    </w:p>
    <w:p>
      <w:r>
        <w:rPr>
          <w:b/>
        </w:rPr>
        <w:t xml:space="preserve">[11:31] </w:t>
      </w:r>
      <w:r>
        <w:t>iska matlab secular log.</w:t>
      </w:r>
    </w:p>
    <w:p>
      <w:pPr>
        <w:jc w:val="right"/>
      </w:pPr>
      <w:r>
        <w:t>اس کا مطلب سیکولر لوگ۔</w:t>
      </w:r>
    </w:p>
    <w:p>
      <w:r>
        <w:rPr>
          <w:b/>
        </w:rPr>
        <w:t xml:space="preserve">[11:35] </w:t>
      </w:r>
      <w:r>
        <w:t>aaj kal ke term mein secular log.</w:t>
      </w:r>
    </w:p>
    <w:p>
      <w:pPr>
        <w:jc w:val="right"/>
      </w:pPr>
      <w:r>
        <w:t>آج کل کے ٹرم میں سیکولر لوگ۔</w:t>
      </w:r>
    </w:p>
    <w:p>
      <w:r>
        <w:rPr>
          <w:b/>
        </w:rPr>
        <w:t xml:space="preserve">[11:40] </w:t>
      </w:r>
      <w:r>
        <w:t>is hadith ko aap sharon mein daikhein to is mein kuch bhi aap ko nahi milega.</w:t>
      </w:r>
    </w:p>
    <w:p>
      <w:pPr>
        <w:jc w:val="right"/>
      </w:pPr>
      <w:r>
        <w:t>اس حدیث کو آپ شرحوں میں دیکھیں تو اس میں کچھ بھی آپ کو نہیں ملے گا۔</w:t>
      </w:r>
    </w:p>
    <w:p>
      <w:r>
        <w:rPr>
          <w:b/>
        </w:rPr>
        <w:t xml:space="preserve">[11:44] </w:t>
      </w:r>
      <w:r>
        <w:t>kuch bhi nahi.</w:t>
      </w:r>
    </w:p>
    <w:p>
      <w:pPr>
        <w:jc w:val="right"/>
      </w:pPr>
      <w:r>
        <w:t>کچھ بھی نہیں۔</w:t>
      </w:r>
    </w:p>
    <w:p>
      <w:r>
        <w:rPr>
          <w:b/>
        </w:rPr>
        <w:t xml:space="preserve">[11:48] </w:t>
      </w:r>
      <w:r>
        <w:t>main ne kai bar sharon ko daikha, kuch bhi nahi mila.</w:t>
      </w:r>
    </w:p>
    <w:p>
      <w:pPr>
        <w:jc w:val="right"/>
      </w:pPr>
      <w:r>
        <w:t>میں نے کئی بار شرحوں کو دیکھا، کچھ بھی نہیں ملا۔</w:t>
      </w:r>
    </w:p>
    <w:p>
      <w:r>
        <w:rPr>
          <w:b/>
        </w:rPr>
        <w:t xml:space="preserve">[11:53] </w:t>
      </w:r>
      <w:r>
        <w:t>bohat hi ajeeb baat hai ke itni bari baat jab keh kahi gayi hai to logon ne socha kyun</w:t>
      </w:r>
    </w:p>
    <w:p>
      <w:pPr>
        <w:jc w:val="right"/>
      </w:pPr>
      <w:r>
        <w:t>بہت ہی عجیب بات ہے کہ اتنی بڑی بات جب کہی گئی ہے تو لوگوں نے سوچا کیوں</w:t>
      </w:r>
    </w:p>
    <w:p>
      <w:r>
        <w:rPr>
          <w:b/>
        </w:rPr>
        <w:t xml:space="preserve">[11:57] </w:t>
      </w:r>
      <w:r>
        <w:t>nahi? sirf aik, chounkay daikhein, yeh</w:t>
      </w:r>
    </w:p>
    <w:p>
      <w:pPr>
        <w:jc w:val="right"/>
      </w:pPr>
      <w:r>
        <w:t>نہیں؟ صرف ایک، چونکہ دیکھیں، یہ</w:t>
      </w:r>
    </w:p>
    <w:p>
      <w:r>
        <w:rPr>
          <w:b/>
        </w:rPr>
        <w:t xml:space="preserve">[12:01] </w:t>
      </w:r>
      <w:r>
        <w:t>rasool Allah ne jo farmaya tha, woh ghazwa e khyber ke moqa par.</w:t>
      </w:r>
    </w:p>
    <w:p>
      <w:pPr>
        <w:jc w:val="right"/>
      </w:pPr>
      <w:r>
        <w:t>رسول اللہ نے جو فرمایا تھا، وہ غزوہ خیبر کے موقع پر۔</w:t>
      </w:r>
    </w:p>
    <w:p>
      <w:r>
        <w:rPr>
          <w:b/>
        </w:rPr>
        <w:t xml:space="preserve">[12:06] </w:t>
      </w:r>
      <w:r>
        <w:t>ghazwa e khyber jo tha, us mein aik waqia hua tha ke aik shakhs jis ka naam qazban tha.</w:t>
      </w:r>
    </w:p>
    <w:p>
      <w:pPr>
        <w:jc w:val="right"/>
      </w:pPr>
      <w:r>
        <w:t>غزوہ خیبر جو تھا، اس میں ایک واقعہ ہوا تھا کہ ایک شخص جس کا نام قضبان تھا۔</w:t>
      </w:r>
    </w:p>
    <w:p>
      <w:r>
        <w:rPr>
          <w:b/>
        </w:rPr>
        <w:t xml:space="preserve">[12:11] </w:t>
      </w:r>
      <w:r>
        <w:t>bataur woh musalmanon mein se tha lekin uska qatal uske andar sacha iman nahi tha.</w:t>
      </w:r>
    </w:p>
    <w:p>
      <w:pPr>
        <w:jc w:val="right"/>
      </w:pPr>
      <w:r>
        <w:t>بظاہر وہ مسلمانوں میں سے تھا لیکن اس کا قتل اس کے اندر سچا ایمان نہیں تھا۔</w:t>
      </w:r>
    </w:p>
    <w:p>
      <w:r>
        <w:rPr>
          <w:b/>
        </w:rPr>
        <w:t xml:space="preserve">[12:16] </w:t>
      </w:r>
      <w:r>
        <w:t>lekin tha bohat hi taqatwar aadmi.</w:t>
      </w:r>
    </w:p>
    <w:p>
      <w:pPr>
        <w:jc w:val="right"/>
      </w:pPr>
      <w:r>
        <w:t>لیکن تھا بہت ہی طاقتور آدمی۔</w:t>
      </w:r>
    </w:p>
    <w:p>
      <w:r>
        <w:rPr>
          <w:b/>
        </w:rPr>
        <w:t xml:space="preserve">[12:21] </w:t>
      </w:r>
      <w:r>
        <w:t>to woh us mein shareek hua.</w:t>
      </w:r>
    </w:p>
    <w:p>
      <w:pPr>
        <w:jc w:val="right"/>
      </w:pPr>
      <w:r>
        <w:t>تو وہ اس میں شریک ہوا۔</w:t>
      </w:r>
    </w:p>
    <w:p>
      <w:r>
        <w:rPr>
          <w:b/>
        </w:rPr>
        <w:t xml:space="preserve">[12:26] </w:t>
      </w:r>
      <w:r>
        <w:t>aur khoob lada, bohat kārnāma dikhāyā maidan jang mein.</w:t>
      </w:r>
    </w:p>
    <w:p>
      <w:pPr>
        <w:jc w:val="right"/>
      </w:pPr>
      <w:r>
        <w:t>اور خوب لڑا، بہت کارنامہ دکھایا میدان جنگ میں۔</w:t>
      </w:r>
    </w:p>
    <w:p>
      <w:r>
        <w:rPr>
          <w:b/>
        </w:rPr>
        <w:t xml:space="preserve">[12:32] </w:t>
      </w:r>
      <w:r>
        <w:t>aakhir mein us ne apni khud khudkushi kar li.</w:t>
      </w:r>
    </w:p>
    <w:p>
      <w:pPr>
        <w:jc w:val="right"/>
      </w:pPr>
      <w:r>
        <w:t>آخر میں اس نے اپنی خود خودکشی کر لی۔</w:t>
      </w:r>
    </w:p>
    <w:p>
      <w:r>
        <w:rPr>
          <w:b/>
        </w:rPr>
        <w:t xml:space="preserve">[12:37] </w:t>
      </w:r>
      <w:r>
        <w:t>bohat zakhm aa gaye the us ko to woh bardasht nahin kar saka.</w:t>
      </w:r>
    </w:p>
    <w:p>
      <w:pPr>
        <w:jc w:val="right"/>
      </w:pPr>
      <w:r>
        <w:t>بہت زخم آ گئے تھے اس کو تو وہ برداشت نہیں کر سکا۔</w:t>
      </w:r>
    </w:p>
    <w:p>
      <w:r>
        <w:rPr>
          <w:b/>
        </w:rPr>
        <w:t xml:space="preserve">[12:42] </w:t>
      </w:r>
      <w:r>
        <w:t>apni hi talwar se apne ko kaat liya.</w:t>
      </w:r>
    </w:p>
    <w:p>
      <w:pPr>
        <w:jc w:val="right"/>
      </w:pPr>
      <w:r>
        <w:t>اپنی ہی تلوار سے اپنے کو کاٹ لیا۔</w:t>
      </w:r>
    </w:p>
    <w:p>
      <w:r>
        <w:rPr>
          <w:b/>
        </w:rPr>
        <w:t xml:space="preserve">[12:47] </w:t>
      </w:r>
      <w:r>
        <w:t>to aap jante hain ke Islam mein suicide haram hai.</w:t>
      </w:r>
    </w:p>
    <w:p>
      <w:pPr>
        <w:jc w:val="right"/>
      </w:pPr>
      <w:r>
        <w:t>تو آپ جانتے ہیں کہ اسلام میں سوسائیڈ حرام ہے۔</w:t>
      </w:r>
    </w:p>
    <w:p>
      <w:r>
        <w:rPr>
          <w:b/>
        </w:rPr>
        <w:t xml:space="preserve">[12:52] </w:t>
      </w:r>
      <w:r>
        <w:t>yani suicide karne wala jahannam mein jayega.</w:t>
      </w:r>
    </w:p>
    <w:p>
      <w:pPr>
        <w:jc w:val="right"/>
      </w:pPr>
      <w:r>
        <w:t>یعنی سوسائیڈ کرنے والا جہنم میں جائے گا۔</w:t>
      </w:r>
    </w:p>
    <w:p>
      <w:r>
        <w:rPr>
          <w:b/>
        </w:rPr>
        <w:t xml:space="preserve">[12:57] </w:t>
      </w:r>
      <w:r>
        <w:t>aaj kal to hamare ulama jo hain, kaise ajeeb o ghareeb log hain ke suicide bombing ko</w:t>
      </w:r>
    </w:p>
    <w:p>
      <w:pPr>
        <w:jc w:val="right"/>
      </w:pPr>
      <w:r>
        <w:t>آج کل تو ہمارے علماء جو ہیں، کیسے عجیب و غریب لوگ ہیں کہ سوسائیڈ بمپنگ کو</w:t>
      </w:r>
    </w:p>
    <w:p>
      <w:r>
        <w:rPr>
          <w:b/>
        </w:rPr>
        <w:t xml:space="preserve">[13:02] </w:t>
      </w:r>
      <w:r>
        <w:t>jaiz bata diya. kuch log khamosh hain, woh bhi mere nazdeek jurm kar rahay hain. kyunke khamosh honay ka matlab taeed hai. kuch ulama ne is ki taeed kar di, kuch ulama khamosh reh gaye. baray, yani chotay chotay mamlaat mein khoob fatway detay hain yeh log. ghair zaroori fatwon ka aik abaad laga hua hai. lekin yahan fatwa nahi detay hain. sare ulama ko mil kar ke aik mushtarik fatwa da</w:t>
      </w:r>
    </w:p>
    <w:p>
      <w:pPr>
        <w:jc w:val="right"/>
      </w:pPr>
      <w:r>
        <w:t>جائز بتا دیا۔ کچھ لوگ خاموش ہیں، وہ بھی میرے نزدیک جرم کر رہے ہیں۔ کیونکہ خاموش ہونے کا معنی تائید ہے۔ کچھ علماء نے اس کی تائید کر دی، کچھ علماء خاموش رہ گئے۔ بڑے، یعنی چھوٹے چھوٹے معاملات میں خوب فتوے دیتے ہیں یہ لوگ۔ غیر ضروری فتووں کا ایک اباد لگا ہوا ہے۔ لیکن یہاں فتویٰ نہیں دیتے ہیں۔ سارے علماء کو مل کر کے ایک مشترک فتویٰ د</w:t>
      </w:r>
    </w:p>
    <w:p>
      <w:r>
        <w:rPr>
          <w:b/>
        </w:rPr>
        <w:t xml:space="preserve">[13:32] </w:t>
      </w:r>
      <w:r>
        <w:t>yena chahiye tha ke suicide bombing haram hai.</w:t>
      </w:r>
    </w:p>
    <w:p>
      <w:pPr>
        <w:jc w:val="right"/>
      </w:pPr>
      <w:r>
        <w:t>ینا چاہیے تھا کہ سوسائیڈ بمپنگ حرام ہے۔</w:t>
      </w:r>
    </w:p>
    <w:p>
      <w:r>
        <w:rPr>
          <w:b/>
        </w:rPr>
        <w:t xml:space="preserve">[13:37] </w:t>
      </w:r>
      <w:r>
        <w:t>aisa aadmi jahannam mein jayega.</w:t>
      </w:r>
    </w:p>
    <w:p>
      <w:pPr>
        <w:jc w:val="right"/>
      </w:pPr>
      <w:r>
        <w:t>ایسا آدمی جہنم میں جائے گا۔</w:t>
      </w:r>
    </w:p>
    <w:p>
      <w:r>
        <w:rPr>
          <w:b/>
        </w:rPr>
        <w:t xml:space="preserve">[13:41] </w:t>
      </w:r>
      <w:r>
        <w:t>kyun nahin fatwa diya unhon ne? woh jari hai, woh jari hai, woh jari hai.</w:t>
      </w:r>
    </w:p>
    <w:p>
      <w:pPr>
        <w:jc w:val="right"/>
      </w:pPr>
      <w:r>
        <w:t>کیوں نہیں فتویٰ دیا انہوں نے؟ وہ جاری ہے، وہ جاری ہے، وہ جاری ہے۔</w:t>
      </w:r>
    </w:p>
    <w:p>
      <w:r>
        <w:rPr>
          <w:b/>
        </w:rPr>
        <w:t xml:space="preserve">[13:45] </w:t>
      </w:r>
      <w:r>
        <w:t>to behraal suicide Islam mein haram hai.</w:t>
      </w:r>
    </w:p>
    <w:p>
      <w:pPr>
        <w:jc w:val="right"/>
      </w:pPr>
      <w:r>
        <w:t>تو بہرحال سوسائیڈ اسلام میں حرام ہے۔</w:t>
      </w:r>
    </w:p>
    <w:p>
      <w:r>
        <w:rPr>
          <w:b/>
        </w:rPr>
        <w:t xml:space="preserve">[13:50] </w:t>
      </w:r>
      <w:r>
        <w:t>to Rasool Allah ne wahan par farma diya ke jis ne yeh baat farmai thi ke woh jahannami hai.</w:t>
      </w:r>
    </w:p>
    <w:p>
      <w:pPr>
        <w:jc w:val="right"/>
      </w:pPr>
      <w:r>
        <w:t>تو رسول اللہ نے وہاں پر فرمایا دیا کہ جس نے یہ بات فرمائی تھی کہ وہ جہنمی ہے۔</w:t>
      </w:r>
    </w:p>
    <w:p>
      <w:r>
        <w:rPr>
          <w:b/>
        </w:rPr>
        <w:t xml:space="preserve">[13:54] </w:t>
      </w:r>
      <w:r>
        <w:t>kyunke woh suicide kar ke mara tha woh.</w:t>
      </w:r>
    </w:p>
    <w:p>
      <w:pPr>
        <w:jc w:val="right"/>
      </w:pPr>
      <w:r>
        <w:t>کیونکہ وہ سوسائیڈ کر کے مرا تھا وہ۔</w:t>
      </w:r>
    </w:p>
    <w:p>
      <w:r>
        <w:rPr>
          <w:b/>
        </w:rPr>
        <w:t xml:space="preserve">[13:59] </w:t>
      </w:r>
      <w:r>
        <w:t>to logon ko yeh shakk hua ke ek ek aadmi</w:t>
      </w:r>
    </w:p>
    <w:p>
      <w:pPr>
        <w:jc w:val="right"/>
      </w:pPr>
      <w:r>
        <w:t>تو لوگوں کو یہ شک ہوا کہ ایک ایک آدمی</w:t>
      </w:r>
    </w:p>
    <w:p>
      <w:r>
        <w:rPr>
          <w:b/>
        </w:rPr>
        <w:t xml:space="preserve">[14:03] </w:t>
      </w:r>
      <w:r>
        <w:t>jo jis ke andar sacha iman nahin tha, jo suicide kar ke mara, woh itna bara kārnāma kiya</w:t>
      </w:r>
    </w:p>
    <w:p>
      <w:pPr>
        <w:jc w:val="right"/>
      </w:pPr>
      <w:r>
        <w:t>جو جس کے اندر سچا ایمان نہیں تھا، جو سوسائیڈ کر کے مرا، وہ اتنا بڑا کارنامہ کیا</w:t>
      </w:r>
    </w:p>
    <w:p>
      <w:r>
        <w:rPr>
          <w:b/>
        </w:rPr>
        <w:t xml:space="preserve">[14:09] </w:t>
      </w:r>
      <w:r>
        <w:t>us ne? yani is jang mein sab se bara kārnāma isi qazban ne kiya tha.</w:t>
      </w:r>
    </w:p>
    <w:p>
      <w:pPr>
        <w:jc w:val="right"/>
      </w:pPr>
      <w:r>
        <w:t>اس نے؟ یعنی اس جنگ میں سب سے بڑا کارنامہ اسی قضبان نے کیا تھا۔</w:t>
      </w:r>
    </w:p>
    <w:p>
      <w:r>
        <w:rPr>
          <w:b/>
        </w:rPr>
        <w:t xml:space="preserve">[14:15] </w:t>
      </w:r>
      <w:r>
        <w:t>to is par logon ko ek ajeeb qism ka shakk hua.</w:t>
      </w:r>
    </w:p>
    <w:p>
      <w:pPr>
        <w:jc w:val="right"/>
      </w:pPr>
      <w:r>
        <w:t>تو اس پر لوگوں کو ایک عجیب قسم کا شک ہوا۔</w:t>
      </w:r>
    </w:p>
    <w:p>
      <w:r>
        <w:rPr>
          <w:b/>
        </w:rPr>
        <w:t xml:space="preserve">[14:21] </w:t>
      </w:r>
      <w:r>
        <w:t>is mauqe par Rasool Allah ne yeh farmaya tha ke Allah is deen ki taeed fajar aadmi se</w:t>
      </w:r>
    </w:p>
    <w:p>
      <w:pPr>
        <w:jc w:val="right"/>
      </w:pPr>
      <w:r>
        <w:t>اس موقع پر رسول اللہ نے یہ فرمایا تھا کہ اللہ اس دین کی تائید فاجر آدمی سے</w:t>
      </w:r>
    </w:p>
    <w:p>
      <w:r>
        <w:rPr>
          <w:b/>
        </w:rPr>
        <w:t xml:space="preserve">[14:27] </w:t>
      </w:r>
      <w:r>
        <w:t>bhi karega, aise logon se bhi kare</w:t>
      </w:r>
    </w:p>
    <w:p>
      <w:pPr>
        <w:jc w:val="right"/>
      </w:pPr>
      <w:r>
        <w:t>بھی کرے گا، ایسے لوگوں سے بھی کرے</w:t>
      </w:r>
    </w:p>
    <w:p>
      <w:r>
        <w:rPr>
          <w:b/>
        </w:rPr>
        <w:t xml:space="preserve">[14:33] </w:t>
      </w:r>
      <w:r>
        <w:t>ga jin ka ta'alluq deen se nahin hoga.</w:t>
      </w:r>
    </w:p>
    <w:p>
      <w:pPr>
        <w:jc w:val="right"/>
      </w:pPr>
      <w:r>
        <w:t>گا جن کا تعلق دین سے نہیں ہوگا۔</w:t>
      </w:r>
    </w:p>
    <w:p>
      <w:r>
        <w:rPr>
          <w:b/>
        </w:rPr>
        <w:t xml:space="preserve">[14:36] </w:t>
      </w:r>
      <w:r>
        <w:t>ab logon ne kya kiya ke isi waqe se jor diya.</w:t>
      </w:r>
    </w:p>
    <w:p>
      <w:pPr>
        <w:jc w:val="right"/>
      </w:pPr>
      <w:r>
        <w:t>اب لوگوں نے کیا کیا کہ اسی واقعے سے جوڑ دیا۔</w:t>
      </w:r>
    </w:p>
    <w:p>
      <w:r>
        <w:rPr>
          <w:b/>
        </w:rPr>
        <w:t xml:space="preserve">[14:39] </w:t>
      </w:r>
      <w:r>
        <w:t>aur isi fard se jor diya. qazban se.</w:t>
      </w:r>
    </w:p>
    <w:p>
      <w:pPr>
        <w:jc w:val="right"/>
      </w:pPr>
      <w:r>
        <w:t>اور اسی فرد سے جوڑ دیا۔ قضبان سے۔</w:t>
      </w:r>
    </w:p>
    <w:p>
      <w:r>
        <w:rPr>
          <w:b/>
        </w:rPr>
        <w:t xml:space="preserve">[14:42] </w:t>
      </w:r>
      <w:r>
        <w:t>ab bataiye ke ek taraf to yeh log kehte hain ke Islam sare insanon ke liye hai, sari</w:t>
      </w:r>
    </w:p>
    <w:p>
      <w:pPr>
        <w:jc w:val="right"/>
      </w:pPr>
      <w:r>
        <w:t>اب بتائیے کہ ایک طرف تو یہ لوگ کہتے ہیں کہ اسلام سارے انسانوں کے لیے ہے، ساری</w:t>
      </w:r>
    </w:p>
    <w:p>
      <w:r>
        <w:rPr>
          <w:b/>
        </w:rPr>
        <w:t xml:space="preserve">[14:45] </w:t>
      </w:r>
      <w:r>
        <w:t>duniya ke liye.</w:t>
      </w:r>
    </w:p>
    <w:p>
      <w:pPr>
        <w:jc w:val="right"/>
      </w:pPr>
      <w:r>
        <w:t>دنیا کے لیے۔</w:t>
      </w:r>
    </w:p>
    <w:p>
      <w:r>
        <w:rPr>
          <w:b/>
        </w:rPr>
        <w:t xml:space="preserve">[14:48] </w:t>
      </w:r>
      <w:r>
        <w:t>aur sara Quran aur tafaseer padhi hain in logon ki.</w:t>
      </w:r>
    </w:p>
    <w:p>
      <w:pPr>
        <w:jc w:val="right"/>
      </w:pPr>
      <w:r>
        <w:t>اور سارا قرآن اور تفسیریں پڑھی ہیں ان لوگوں کی۔</w:t>
      </w:r>
    </w:p>
    <w:p>
      <w:r>
        <w:rPr>
          <w:b/>
        </w:rPr>
        <w:t xml:space="preserve">[14:51] </w:t>
      </w:r>
      <w:r>
        <w:t>aur un ki sharhein parhi hain.</w:t>
      </w:r>
    </w:p>
    <w:p>
      <w:pPr>
        <w:jc w:val="right"/>
      </w:pPr>
      <w:r>
        <w:t>اور ان کی شرحیں پڑھی ہیں۔</w:t>
      </w:r>
    </w:p>
    <w:p>
      <w:r>
        <w:rPr>
          <w:b/>
        </w:rPr>
        <w:t xml:space="preserve">[14:54] </w:t>
      </w:r>
      <w:r>
        <w:t>to is ko bilkul mehdood kar rakha hai.</w:t>
      </w:r>
    </w:p>
    <w:p>
      <w:pPr>
        <w:jc w:val="right"/>
      </w:pPr>
      <w:r>
        <w:t>تو اس کو بالکل محدود کر رکھا ہے۔</w:t>
      </w:r>
    </w:p>
    <w:p>
      <w:r>
        <w:rPr>
          <w:b/>
        </w:rPr>
        <w:t xml:space="preserve">[14:57] </w:t>
      </w:r>
      <w:r>
        <w:t>jo bhi sharhein un ki hain, jo bhi tafaseer un ki hain, main samajhta hoon ke ulama ka</w:t>
      </w:r>
    </w:p>
    <w:p>
      <w:pPr>
        <w:jc w:val="right"/>
      </w:pPr>
      <w:r>
        <w:t>جو بھی شرحیں ان کی ہیں، جو بھی تفسیریں ان کی ہیں، میں سمجھتا ہوں کہ علماء کا</w:t>
      </w:r>
    </w:p>
    <w:p>
      <w:r>
        <w:rPr>
          <w:b/>
        </w:rPr>
        <w:t xml:space="preserve">[15:00] </w:t>
      </w:r>
      <w:r>
        <w:t>role is zaman</w:t>
      </w:r>
    </w:p>
    <w:p>
      <w:pPr>
        <w:jc w:val="right"/>
      </w:pPr>
      <w:r>
        <w:t>رول اس زمان</w:t>
      </w:r>
    </w:p>
    <w:p>
      <w:r>
        <w:rPr>
          <w:b/>
        </w:rPr>
        <w:t xml:space="preserve">[15:03] </w:t>
      </w:r>
      <w:r>
        <w:t>e mein bohat hi zyada qabil-e-aitraz role hai.</w:t>
      </w:r>
    </w:p>
    <w:p>
      <w:pPr>
        <w:jc w:val="right"/>
      </w:pPr>
      <w:r>
        <w:t>ے میں بہت ہی زیادہ قابل اعتراض رول ہے۔</w:t>
      </w:r>
    </w:p>
    <w:p>
      <w:r>
        <w:rPr>
          <w:b/>
        </w:rPr>
        <w:t xml:space="preserve">[15:09] </w:t>
      </w:r>
      <w:r>
        <w:t>ke Islam ko musaghar form mein pesh karte hain yeh log.</w:t>
      </w:r>
    </w:p>
    <w:p>
      <w:pPr>
        <w:jc w:val="right"/>
      </w:pPr>
      <w:r>
        <w:t>کہ اسلام کو مصغر فارم میں پیش کرتے ہیں یہ لوگ۔</w:t>
      </w:r>
    </w:p>
    <w:p>
      <w:r>
        <w:rPr>
          <w:b/>
        </w:rPr>
        <w:t xml:space="preserve">[15:15] </w:t>
      </w:r>
      <w:r>
        <w:t>to behr-haal yeh yeh hadees jo hai, bohat hi zyada ba-maani poori tareekh mein chhai hui hai.</w:t>
      </w:r>
    </w:p>
    <w:p>
      <w:pPr>
        <w:jc w:val="right"/>
      </w:pPr>
      <w:r>
        <w:t>تو بہرحال یہ یہ حدیث جو ہے، بہت ہی زیادہ بامعنی پوری تاریخ میں چھائی ہوئی ہے۔</w:t>
      </w:r>
    </w:p>
    <w:p>
      <w:r>
        <w:rPr>
          <w:b/>
        </w:rPr>
        <w:t xml:space="preserve">[15:22] </w:t>
      </w:r>
      <w:r>
        <w:t>aisa nahi ke woh qazban ek shakhs tha, bas usi ka muamla hai.</w:t>
      </w:r>
    </w:p>
    <w:p>
      <w:pPr>
        <w:jc w:val="right"/>
      </w:pPr>
      <w:r>
        <w:t>ایسا نہیں کہ وہ قضبان ایک شخص تھا، بس اسی کا معاملہ ہے۔</w:t>
      </w:r>
    </w:p>
    <w:p>
      <w:r>
        <w:rPr>
          <w:b/>
        </w:rPr>
        <w:t xml:space="preserve">[15:28] </w:t>
      </w:r>
      <w:r>
        <w:t>jab main is hadees ko le kar sochta hoon to</w:t>
      </w:r>
    </w:p>
    <w:p>
      <w:pPr>
        <w:jc w:val="right"/>
      </w:pPr>
      <w:r>
        <w:t>جب میں اس حدیث کو لے کر سوچتا ہوں تو</w:t>
      </w:r>
    </w:p>
    <w:p>
      <w:r>
        <w:rPr>
          <w:b/>
        </w:rPr>
        <w:t xml:space="preserve">[15:34] </w:t>
      </w:r>
      <w:r>
        <w:t>main dekhta hoon ke bar bar aise logon ne bare bare kaam kiye hain jo jinka talluq deen se nahi tha. misalan dekhen, makkah mein is waqt rasool Allah ke zaman mein mushrikin ka ghalba tha. mushrikin ne rasool Allah ko aur sahaba ko majboor kiya ke wo makkah chhod den. iske baad hijrat hui. to hijrat</w:t>
      </w:r>
    </w:p>
    <w:p>
      <w:pPr>
        <w:jc w:val="right"/>
      </w:pPr>
      <w:r>
        <w:t>میں دیکھتا ہوں کہ بار بار ایسے لوگوں نے بڑے بڑے کام کیے ہیں جو جن کا تعلق دین سے نہیں تھا۔ مثلاً دیکھیں، مکہ میں اس وقت رسول اللہ کے زمانے میں مشرکین کا غلبہ تھا۔ مشرکین نے رسول اللہ کو اور صحابہ کو مجبور کیا کہ وہ مکہ چھوڑ دیں۔ اس کے بعد ہجرت ہوئی۔ تو ہجرت</w:t>
      </w:r>
    </w:p>
    <w:p>
      <w:r>
        <w:rPr>
          <w:b/>
        </w:rPr>
        <w:t xml:space="preserve">[16:04] </w:t>
      </w:r>
      <w:r>
        <w:t>bazaahir yahi hai ke mushrikeen ne majboor kiya aap ko watan chhorne par.</w:t>
      </w:r>
    </w:p>
    <w:p>
      <w:pPr>
        <w:jc w:val="right"/>
      </w:pPr>
      <w:r>
        <w:t>بظاہر یہی ہے کہ مشرکین نے مجبور کیا آپ کو وطن چھوڑنے پر۔</w:t>
      </w:r>
    </w:p>
    <w:p>
      <w:r>
        <w:rPr>
          <w:b/>
        </w:rPr>
        <w:t xml:space="preserve">[16:09] </w:t>
      </w:r>
      <w:r>
        <w:t>lekin is ka bohat hi bara positive aspect hai.</w:t>
      </w:r>
    </w:p>
    <w:p>
      <w:pPr>
        <w:jc w:val="right"/>
      </w:pPr>
      <w:r>
        <w:t>لیکن اس کا بہت ہی بڑا پازیٹیو ایسپیکٹ ہے۔</w:t>
      </w:r>
    </w:p>
    <w:p>
      <w:r>
        <w:rPr>
          <w:b/>
        </w:rPr>
        <w:t xml:space="preserve">[16:14] </w:t>
      </w:r>
      <w:r>
        <w:t>woh kya? us waqt tak Islam ki tehreek ek ek town tak mehdood thi.</w:t>
      </w:r>
    </w:p>
    <w:p>
      <w:pPr>
        <w:jc w:val="right"/>
      </w:pPr>
      <w:r>
        <w:t>وہ کیا؟ اس وقت تک اسلام کی تحریک ایک ایک ٹاؤن تک محدود تھی۔</w:t>
      </w:r>
    </w:p>
    <w:p>
      <w:r>
        <w:rPr>
          <w:b/>
        </w:rPr>
        <w:t xml:space="preserve">[16:19] </w:t>
      </w:r>
      <w:r>
        <w:t>yani Makkah tak.</w:t>
      </w:r>
    </w:p>
    <w:p>
      <w:pPr>
        <w:jc w:val="right"/>
      </w:pPr>
      <w:r>
        <w:t>یعنی مکہ تک۔</w:t>
      </w:r>
    </w:p>
    <w:p>
      <w:r>
        <w:rPr>
          <w:b/>
        </w:rPr>
        <w:t xml:space="preserve">[16:24] </w:t>
      </w:r>
      <w:r>
        <w:t>ek local tehreek bani hui thi.</w:t>
      </w:r>
    </w:p>
    <w:p>
      <w:pPr>
        <w:jc w:val="right"/>
      </w:pPr>
      <w:r>
        <w:t>ایک لوکل تحریک بنی ہوئی تھی۔</w:t>
      </w:r>
    </w:p>
    <w:p>
      <w:r>
        <w:rPr>
          <w:b/>
        </w:rPr>
        <w:t xml:space="preserve">[16:30] </w:t>
      </w:r>
      <w:r>
        <w:t>lekin yeh jab hijrat hui aur Madinah aap aage settle hue to Islam internationalize ho gaya.</w:t>
      </w:r>
    </w:p>
    <w:p>
      <w:pPr>
        <w:jc w:val="right"/>
      </w:pPr>
      <w:r>
        <w:t>لیکن یہ جب ہجرت ہوئی اور مدینہ آپ آگے سیٹل ہوئے تو اسلام انٹرنیشنلائز ہو گیا۔</w:t>
      </w:r>
    </w:p>
    <w:p>
      <w:r>
        <w:rPr>
          <w:b/>
        </w:rPr>
        <w:t xml:space="preserve">[16:35] </w:t>
      </w:r>
      <w:r>
        <w:t>aur isi ko Rasool Allah ne farmaya tha ke umr to baqara-tul-Quran.</w:t>
      </w:r>
    </w:p>
    <w:p>
      <w:pPr>
        <w:jc w:val="right"/>
      </w:pPr>
      <w:r>
        <w:t>اور اسی کو رسول اللہ نے فرمایا تھا کہ عمر تو بقرۃ القرآن۔</w:t>
      </w:r>
    </w:p>
    <w:p>
      <w:r>
        <w:rPr>
          <w:b/>
        </w:rPr>
        <w:t xml:space="preserve">[16:42] </w:t>
      </w:r>
      <w:r>
        <w:t>yani hijrat ka matlab kya tha? tehreek-e-Islam ko internationalize kar dena.</w:t>
      </w:r>
    </w:p>
    <w:p>
      <w:pPr>
        <w:jc w:val="right"/>
      </w:pPr>
      <w:r>
        <w:t>یعنی ہجرت کا مطلب کیا تھا؟ تحریک اسلام کو انٹرنیشنلائز کر دینا۔</w:t>
      </w:r>
    </w:p>
    <w:p>
      <w:r>
        <w:rPr>
          <w:b/>
        </w:rPr>
        <w:t xml:space="preserve">[16:50] </w:t>
      </w:r>
      <w:r>
        <w:t>globalization ka daur aa gaya tehreek mein.</w:t>
      </w:r>
    </w:p>
    <w:p>
      <w:pPr>
        <w:jc w:val="right"/>
      </w:pPr>
      <w:r>
        <w:t>گلوبلائزیشن کا دور آ گیا تحریک میں۔</w:t>
      </w:r>
    </w:p>
    <w:p>
      <w:r>
        <w:rPr>
          <w:b/>
        </w:rPr>
        <w:t xml:space="preserve">[16:58] </w:t>
      </w:r>
      <w:r>
        <w:t>to yeh yeh is ka ibtidaai yani muharrik qaul bana Makkah ke mushrikeen. Agar</w:t>
      </w:r>
    </w:p>
    <w:p>
      <w:pPr>
        <w:jc w:val="right"/>
      </w:pPr>
      <w:r>
        <w:t>تو یہ یہ اس کا ابتدائی یعنی محرک قول بنا مکہ کے مشرکین۔ اگر</w:t>
      </w:r>
    </w:p>
    <w:p>
      <w:r>
        <w:rPr>
          <w:b/>
        </w:rPr>
        <w:t xml:space="preserve">[17:05] </w:t>
      </w:r>
      <w:r>
        <w:t>Makkah ke mushrikeen jo hain pareshan na karte bohat zyada to koi apna ghar nahi chhodta.</w:t>
      </w:r>
    </w:p>
    <w:p>
      <w:pPr>
        <w:jc w:val="right"/>
      </w:pPr>
      <w:r>
        <w:t>مکہ کے مشرکین جو ہیں پریشان نہ کرتے بہت زیادہ تو کوئی اپنا گھر نہیں چھوڑتا۔</w:t>
      </w:r>
    </w:p>
    <w:p>
      <w:r>
        <w:rPr>
          <w:b/>
        </w:rPr>
        <w:t xml:space="preserve">[17:12] </w:t>
      </w:r>
      <w:r>
        <w:t>apna ghar koi nahi chhod sakta.</w:t>
      </w:r>
    </w:p>
    <w:p>
      <w:pPr>
        <w:jc w:val="right"/>
      </w:pPr>
      <w:r>
        <w:t>اپنا گھر کوئی نہیں چھوڑ سکتا۔</w:t>
      </w:r>
    </w:p>
    <w:p>
      <w:r>
        <w:rPr>
          <w:b/>
        </w:rPr>
        <w:t xml:space="preserve">[17:18] </w:t>
      </w:r>
      <w:r>
        <w:t>itne saare sahaba jo chhod chhod chale gaye to is ke liye unhon ne compression create kiya.</w:t>
      </w:r>
    </w:p>
    <w:p>
      <w:pPr>
        <w:jc w:val="right"/>
      </w:pPr>
      <w:r>
        <w:t>اتنے سارے صحابہ جو چھوڑ چھوڑ چلے گئے تو اس کے لیے انہوں نے کمپریشن کریٹ کیا۔</w:t>
      </w:r>
    </w:p>
    <w:p>
      <w:r>
        <w:rPr>
          <w:b/>
        </w:rPr>
        <w:t xml:space="preserve">[17:25] </w:t>
      </w:r>
      <w:r>
        <w:t>Makkah ke mushrikeen jo the unhon ne compression create kiya tab unhon ne chhora.</w:t>
      </w:r>
    </w:p>
    <w:p>
      <w:pPr>
        <w:jc w:val="right"/>
      </w:pPr>
      <w:r>
        <w:t>مکہ کے مشرکین جو تھے انہوں نے کمپریشن کریٹ کیا تب انہوں نے چھوڑا۔</w:t>
      </w:r>
    </w:p>
    <w:p>
      <w:r>
        <w:rPr>
          <w:b/>
        </w:rPr>
        <w:t xml:space="preserve">[17:31] </w:t>
      </w:r>
      <w:r>
        <w:t>agar yeh compression na hota to koi apne watan ko chhodta nahi hai.</w:t>
      </w:r>
    </w:p>
    <w:p>
      <w:pPr>
        <w:jc w:val="right"/>
      </w:pPr>
      <w:r>
        <w:t>اگر یہ کمپریشن نہ ہوتا تو کوئی اپنے وطن کو چھوڑتا نہیں ہے۔</w:t>
      </w:r>
    </w:p>
    <w:p>
      <w:r>
        <w:rPr>
          <w:b/>
        </w:rPr>
        <w:t xml:space="preserve">[17:38] </w:t>
      </w:r>
      <w:r>
        <w:t>aaj kal to jo chhodte hain is liye ke Europe mein jayenge aur aur America jayenge</w:t>
      </w:r>
    </w:p>
    <w:p>
      <w:pPr>
        <w:jc w:val="right"/>
      </w:pPr>
      <w:r>
        <w:t>آج کل تو جو چھوڑتے ہیں اس لیے کہ یورپ میں جائیں گے اور اور امریکہ جائیں گے</w:t>
      </w:r>
    </w:p>
    <w:p>
      <w:r>
        <w:rPr>
          <w:b/>
        </w:rPr>
        <w:t xml:space="preserve">[17:42] </w:t>
      </w:r>
      <w:r>
        <w:t>to ziyada paisa milega.</w:t>
      </w:r>
    </w:p>
    <w:p>
      <w:pPr>
        <w:jc w:val="right"/>
      </w:pPr>
      <w:r>
        <w:t>تو زیادہ پیسہ ملے گا۔</w:t>
      </w:r>
    </w:p>
    <w:p>
      <w:r>
        <w:rPr>
          <w:b/>
        </w:rPr>
        <w:t xml:space="preserve">[17:46] </w:t>
      </w:r>
      <w:r>
        <w:t>ziada kamai hogi.</w:t>
      </w:r>
    </w:p>
    <w:p>
      <w:pPr>
        <w:jc w:val="right"/>
      </w:pPr>
      <w:r>
        <w:t>زیادہ کمائی ہوگی۔</w:t>
      </w:r>
    </w:p>
    <w:p>
      <w:r>
        <w:rPr>
          <w:b/>
        </w:rPr>
        <w:t xml:space="preserve">[17:49] </w:t>
      </w:r>
      <w:r>
        <w:t>is waqt yeh nahi tha.</w:t>
      </w:r>
    </w:p>
    <w:p>
      <w:pPr>
        <w:jc w:val="right"/>
      </w:pPr>
      <w:r>
        <w:t>اس وقت یہ نہیں تھا۔</w:t>
      </w:r>
    </w:p>
    <w:p>
      <w:r>
        <w:rPr>
          <w:b/>
        </w:rPr>
        <w:t xml:space="preserve">[17:53] </w:t>
      </w:r>
      <w:r>
        <w:t>is waqt to koi kamai nahi.</w:t>
      </w:r>
    </w:p>
    <w:p>
      <w:pPr>
        <w:jc w:val="right"/>
      </w:pPr>
      <w:r>
        <w:t>اس وقت تو کوئی کمائی نہیں۔</w:t>
      </w:r>
    </w:p>
    <w:p>
      <w:r>
        <w:rPr>
          <w:b/>
        </w:rPr>
        <w:t xml:space="preserve">[17:57] </w:t>
      </w:r>
      <w:r>
        <w:t>yeh to aaj kal ke zamane mein kamai ka explosion hua hai.</w:t>
      </w:r>
    </w:p>
    <w:p>
      <w:pPr>
        <w:jc w:val="right"/>
      </w:pPr>
      <w:r>
        <w:t>یہ تو آج کل کے زمانے میں کمائی کا ایکسپلوژن ہوا ہے۔</w:t>
      </w:r>
    </w:p>
    <w:p>
      <w:r>
        <w:rPr>
          <w:b/>
        </w:rPr>
        <w:t xml:space="preserve">[18:01] </w:t>
      </w:r>
      <w:r>
        <w:t>tab yeh baat hui hai.</w:t>
      </w:r>
    </w:p>
    <w:p>
      <w:pPr>
        <w:jc w:val="right"/>
      </w:pPr>
      <w:r>
        <w:t>تب یہ بات ہوئی ہے۔</w:t>
      </w:r>
    </w:p>
    <w:p>
      <w:r>
        <w:rPr>
          <w:b/>
        </w:rPr>
        <w:t xml:space="preserve">[18:04] </w:t>
      </w:r>
      <w:r>
        <w:t>to mein yeh kahunga ke Makkah ke mushrikeen ka ek taayidi role tha yeh ke</w:t>
      </w:r>
    </w:p>
    <w:p>
      <w:pPr>
        <w:jc w:val="right"/>
      </w:pPr>
      <w:r>
        <w:t>تو میں یہ کہوں گا کہ مکہ کے مشرکین کا ایک تائیدی رول تھا یہ کہ</w:t>
      </w:r>
    </w:p>
    <w:p>
      <w:r>
        <w:rPr>
          <w:b/>
        </w:rPr>
        <w:t xml:space="preserve">[18:08] </w:t>
      </w:r>
      <w:r>
        <w:t>unhone compreshan create kiya aur log makkah chhod kar madine aaye aur islam jo hai islami tehreek jo hai usko ek uska globalization ho gaya. bohat se waqeyat hain main chand ek waqeyat ka ishara karunga. abbasi daur ke aakhir mein tatari uthe. unhone samarqand se le kar halab tak sab taseerat kar diya. aur abbasi hukumat</w:t>
      </w:r>
    </w:p>
    <w:p>
      <w:pPr>
        <w:jc w:val="right"/>
      </w:pPr>
      <w:r>
        <w:t>انہوں نے کمپریشن کریٹ کیا اور لوگ مکہ چھوڑ کر مدینے آئے اور اسلام جو ہے اسلامی تحریک جو ہے اس کو ایک اس کا گلوبلائزیشن ہو گیا۔ بہت سے واقعات ہیں میں چند ایک واقعات کا اشارہ کروں گا۔ عباسی دور کے آخر میں تاتاری اٹھے۔ انہوں نے سمرقند سے لے کر حلب تک سب تاثیرات کر دیا۔ اور عباسی حکومت</w:t>
      </w:r>
    </w:p>
    <w:p>
      <w:r>
        <w:rPr>
          <w:b/>
        </w:rPr>
        <w:t xml:space="preserve">[18:38] </w:t>
      </w:r>
      <w:r>
        <w:t>ko tod diya.</w:t>
      </w:r>
    </w:p>
    <w:p>
      <w:pPr>
        <w:jc w:val="right"/>
      </w:pPr>
      <w:r>
        <w:t>کو توڑ دیا۔</w:t>
      </w:r>
    </w:p>
    <w:p>
      <w:r>
        <w:rPr>
          <w:b/>
        </w:rPr>
        <w:t xml:space="preserve">[18:42] </w:t>
      </w:r>
      <w:r>
        <w:t>ab jitna bhi literature padhein musalmanon ka, one to all, without any exception, sab Tatariyon ko negative</w:t>
      </w:r>
    </w:p>
    <w:p>
      <w:pPr>
        <w:jc w:val="right"/>
      </w:pPr>
      <w:r>
        <w:t>اب جتنا بھی لٹریچر پڑھیں مسلمانوں کا، ون ٹو آل، ودا آؤٹ اینی ایکسیپشن، سب تاتاریوں کو نیگیٹیو</w:t>
      </w:r>
    </w:p>
    <w:p>
      <w:r>
        <w:rPr>
          <w:b/>
        </w:rPr>
        <w:t xml:space="preserve">[18:47] </w:t>
      </w:r>
      <w:r>
        <w:t>tasweer pesh karta hai.</w:t>
      </w:r>
    </w:p>
    <w:p>
      <w:pPr>
        <w:jc w:val="right"/>
      </w:pPr>
      <w:r>
        <w:t>تصویر پیش کرتا ہے۔</w:t>
      </w:r>
    </w:p>
    <w:p>
      <w:r>
        <w:rPr>
          <w:b/>
        </w:rPr>
        <w:t xml:space="preserve">[18:51] </w:t>
      </w:r>
      <w:r>
        <w:t>Ibn Taymiyyah se le kar ke aaj tak jitne bhi hain sab ke sab.</w:t>
      </w:r>
    </w:p>
    <w:p>
      <w:pPr>
        <w:jc w:val="right"/>
      </w:pPr>
      <w:r>
        <w:t>ابن تیمیہ سے لے کر کے آج تک جتنے بھی ہیں سب کے سب۔</w:t>
      </w:r>
    </w:p>
    <w:p>
      <w:r>
        <w:rPr>
          <w:b/>
        </w:rPr>
        <w:t xml:space="preserve">[18:55] </w:t>
      </w:r>
      <w:r>
        <w:t>halankeh Tatariyon ka bohat bara positive role hai.</w:t>
      </w:r>
    </w:p>
    <w:p>
      <w:pPr>
        <w:jc w:val="right"/>
      </w:pPr>
      <w:r>
        <w:t>حالانکہ تاتاریوں کا بہت بڑا پازیٹیو رول ہے۔</w:t>
      </w:r>
    </w:p>
    <w:p>
      <w:r>
        <w:rPr>
          <w:b/>
        </w:rPr>
        <w:t xml:space="preserve">[19:00] </w:t>
      </w:r>
      <w:r>
        <w:t>yaani wahan bhi taayidi role hai.</w:t>
      </w:r>
    </w:p>
    <w:p>
      <w:pPr>
        <w:jc w:val="right"/>
      </w:pPr>
      <w:r>
        <w:t>یعنی وہاں بھی تائیدی رول ہے۔</w:t>
      </w:r>
    </w:p>
    <w:p>
      <w:r>
        <w:rPr>
          <w:b/>
        </w:rPr>
        <w:t xml:space="preserve">[19:04] </w:t>
      </w:r>
      <w:r>
        <w:t>woh kaise? woh jo zamana tha, yaani terveen sadi ka zamana, musalman jo hai bohat hi</w:t>
      </w:r>
    </w:p>
    <w:p>
      <w:pPr>
        <w:jc w:val="right"/>
      </w:pPr>
      <w:r>
        <w:t>وہ کیسے؟ وہ جو زمانہ تھا، یعنی تیرویں صدی کا زمانہ، مسلمان جو ہے بہت ہی</w:t>
      </w:r>
    </w:p>
    <w:p>
      <w:r>
        <w:rPr>
          <w:b/>
        </w:rPr>
        <w:t xml:space="preserve">[19:08] </w:t>
      </w:r>
      <w:r>
        <w:t>jaboot, stagnation mein mubtala ho chuke the. lambi muddat tak, yani aish o aram, iqtadar aur ek position, ye sab mein jeete jeete stagnation aa gaya tha. bohat bare paimane par. is stagnation ko toda tatariyon ne. is is jaboot ko tatariyon ne toda. is tarah ka jaboot jo hai, is tarah nahi, jaboot meethi meethi baat</w:t>
      </w:r>
    </w:p>
    <w:p>
      <w:pPr>
        <w:jc w:val="right"/>
      </w:pPr>
      <w:r>
        <w:t>جبوت، اسٹیگنیشن میں مبتلا ہو چکے تھے۔ لمبی مدت تک، یعنی عیش و آرام، اقتدار اور ایک پوزیشن، یہ سب میں جیتے جیتے اسٹیگنیشن آ گیا تھا۔ بہت بڑے پیمانے پر۔ اس اسٹیگنیشن کو توڑا تاتاریوں نے۔ اس اس جبوت کو تاتاریوں نے توڑا۔ اس طرح کا جبوت جو ہے، اس طرح نہیں، جبوت میٹھی میٹھی بات</w:t>
      </w:r>
    </w:p>
    <w:p>
      <w:r>
        <w:rPr>
          <w:b/>
        </w:rPr>
        <w:t xml:space="preserve">[19:38] </w:t>
      </w:r>
      <w:r>
        <w:t>on se nahi tootta. agar aap ja kar wo kahen ke a musalmanon, tum ko jaboot paida ho gaya hai to apne andar jaboot ko todo to koi nahi todega. meethi meethi baaton se duniya mein koi inqilab nahi aata. it requires shock treatment. yaad rakhen, koi bada waqea jo hota hai wo shock treatment ke zariye hota hai. to is mein ye bhi chhi hui hai ye baat</w:t>
      </w:r>
    </w:p>
    <w:p>
      <w:pPr>
        <w:jc w:val="right"/>
      </w:pPr>
      <w:r>
        <w:t>وں سے نہیں ٹوٹتا۔ اگر آپ جا کر وہ کہیں کہ اے مسلمانوں، تم کو جبوت پیدا ہو گیا ہے تو اپنے اندر جبوت کو توڑو تو کوئی نہیں توڑے گا۔ میٹھی میٹھی باتوں سے دنیا میں کوئی انقلاب نہیں آتا۔ اٹ ریکوائرڈ شاک ٹریٹمنٹ۔ یاد رکھیں، کوئی بڑا واقعہ جو ہوتا ہے وہ شاک ٹریٹمنٹ کے ذریعے ہوتا ہے۔ تو اس میں یہ بھی چھپا ہوئی ہے یہ بات</w:t>
      </w:r>
    </w:p>
    <w:p>
      <w:r>
        <w:rPr>
          <w:b/>
        </w:rPr>
        <w:t xml:space="preserve">[20:08] </w:t>
      </w:r>
      <w:r>
        <w:t>ke ahle ghair ahle deen jo hain, ghair ahle deen, wahi to shock treatment denge aap ko. apne log kya denge? apne log to meethi meethi baaten karenge. apne log to hain, baradaran e islam ki boli bolenge. baradaran e islam ki boli se kuch intikhab nahi aaya karta. wo to wo karega jo kahega ke a a dushmanon, a insaniyat ke dushmanon, tab compreshan k</w:t>
      </w:r>
    </w:p>
    <w:p>
      <w:pPr>
        <w:jc w:val="right"/>
      </w:pPr>
      <w:r>
        <w:t>کہ اہل غیر اہل دین جو ہیں، غیر اہل دین، وہی تو شاک ٹریٹمنٹ دیں گے آپ کو۔ اپنے لوگ کیا دیں گے؟ اپنے لوگ تو میٹھی میٹھی باتیں کریں گے۔ اپنے لوگ تو ہیں، برادران اسلام کی بولی بولیں گے۔ برادران اسلام کی بولی سے کچھ انتخاب نہیں آیا کرتا۔ وہ تو وہ کرے گا جو کہے کہ اے اے دشمنوں، اے انسانیت کے دشمنوں، تب کمپریشن ک</w:t>
      </w:r>
    </w:p>
    <w:p>
      <w:r>
        <w:rPr>
          <w:b/>
        </w:rPr>
        <w:t xml:space="preserve">[20:38] </w:t>
      </w:r>
      <w:r>
        <w:t>rate hota hai, tab shock treatment aata hai, tab koi bara inqilab hota hai.</w:t>
      </w:r>
    </w:p>
    <w:p>
      <w:pPr>
        <w:jc w:val="right"/>
      </w:pPr>
      <w:r>
        <w:t>ریٹ ہوتا ہے، تب شاک ٹریٹمنٹ آتا ہے، تب کوئی بڑا انقلاب ہوتا ہے۔</w:t>
      </w:r>
    </w:p>
    <w:p>
      <w:r>
        <w:rPr>
          <w:b/>
        </w:rPr>
        <w:t xml:space="preserve">[20:44] </w:t>
      </w:r>
      <w:r>
        <w:t>to Tatariyon ne yeh kaam kiya terveen sadi mein.</w:t>
      </w:r>
    </w:p>
    <w:p>
      <w:pPr>
        <w:jc w:val="right"/>
      </w:pPr>
      <w:r>
        <w:t>تو تاتاریوں نے یہ کام کیا تیرویں صدی میں۔</w:t>
      </w:r>
    </w:p>
    <w:p>
      <w:r>
        <w:rPr>
          <w:b/>
        </w:rPr>
        <w:t xml:space="preserve">[20:50] </w:t>
      </w:r>
      <w:r>
        <w:t>aur is ke baad musalmanon mein ek naya daur aaya.</w:t>
      </w:r>
    </w:p>
    <w:p>
      <w:pPr>
        <w:jc w:val="right"/>
      </w:pPr>
      <w:r>
        <w:t>اور اس کے بعد مسلمانوں میں ایک نیا دور آیا۔</w:t>
      </w:r>
    </w:p>
    <w:p>
      <w:r>
        <w:rPr>
          <w:b/>
        </w:rPr>
        <w:t xml:space="preserve">[20:55] </w:t>
      </w:r>
      <w:r>
        <w:t>ek naya daur.</w:t>
      </w:r>
    </w:p>
    <w:p>
      <w:pPr>
        <w:jc w:val="right"/>
      </w:pPr>
      <w:r>
        <w:t>ایک نیا دور۔</w:t>
      </w:r>
    </w:p>
    <w:p>
      <w:r>
        <w:rPr>
          <w:b/>
        </w:rPr>
        <w:t xml:space="preserve">[21:01] </w:t>
      </w:r>
      <w:r>
        <w:t>unhon ne bari bari taraqqi ki.</w:t>
      </w:r>
    </w:p>
    <w:p>
      <w:pPr>
        <w:jc w:val="right"/>
      </w:pPr>
      <w:r>
        <w:t>انہوں نے بڑی بڑی ترقی کیں۔</w:t>
      </w:r>
    </w:p>
    <w:p>
      <w:r>
        <w:rPr>
          <w:b/>
        </w:rPr>
        <w:t xml:space="preserve">[21:07] </w:t>
      </w:r>
      <w:r>
        <w:t>isi tarah dekhein, maujooda zamane mein jo European qaumein uthein, jin ko hum kehte hain colonial powers,</w:t>
      </w:r>
    </w:p>
    <w:p>
      <w:pPr>
        <w:jc w:val="right"/>
      </w:pPr>
      <w:r>
        <w:t>اسی طرح دیکھیں، موجودہ زمانے میں جو یورپین قومیں اٹھیں، جن کو ہم کہتے ہیں کلونیل پاورز،</w:t>
      </w:r>
    </w:p>
    <w:p>
      <w:r>
        <w:rPr>
          <w:b/>
        </w:rPr>
        <w:t xml:space="preserve">[21:13] </w:t>
      </w:r>
      <w:r>
        <w:t>unhone musalmanon ko hukumat todi aur unke social nizam ko toda. aur bohat sab waqeyat hue. to sare ulama aur sare rehnuma sirf negative boli bolte hain inke khilaf. sirf negative. main ne dekha ye bilashuba ek aisi cheez hai jo quran o hadith ki nafi ke bahane hai. nafi. jab is deen ka mamla ye hai ke fajar log aur ghair ahle deen log bhi iski taeed karenge to tum ko kya haq hai</w:t>
      </w:r>
    </w:p>
    <w:p>
      <w:pPr>
        <w:jc w:val="right"/>
      </w:pPr>
      <w:r>
        <w:t>انہوں نے مسلمانوں کو حکومتیں توڑیں اور ان کے سوشل نظام کو توڑا۔ اور بہت سب واقعات ہوئے۔ تو سارے علماء اور سارے رہنما صرف نیگیٹیو بولی بولتے ہیں ان کے خلاف۔ صرف نیگیٹیو۔ میں نے دیکھا یہ بلاشبہ ایک ایسی چیز ہے جو قرآن و حدیث کی نفی کے بہانے ہے۔ نفی۔ جب اس دین کا معاملہ یہ ہے کہ فاجر لوگ اور غیر اہل دین لوگ بھی اس کی تائید کریں گے تو تم کو کیا حق ہے</w:t>
      </w:r>
    </w:p>
    <w:p>
      <w:r>
        <w:rPr>
          <w:b/>
        </w:rPr>
        <w:t xml:space="preserve">[21:43] </w:t>
      </w:r>
      <w:r>
        <w:t>کہ تم negative بولی بولو؟ تم کو تلاش کرنا چاہیے اسے؟ positive آصف جھوٹ نہ چاہیے؟ تو یہ</w:t>
      </w:r>
    </w:p>
    <w:p>
      <w:pPr>
        <w:jc w:val="right"/>
      </w:pPr>
      <w:r>
        <w:t>کہ تم نیگیٹیو بولی بولو؟ تم کو تلاش کرنا چاہیے اسے؟ پازیٹیو آصف جھوٹ نہ چاہیے؟ تو یہ</w:t>
      </w:r>
    </w:p>
    <w:p>
      <w:r>
        <w:rPr>
          <w:b/>
        </w:rPr>
        <w:t xml:space="preserve">[21:50] </w:t>
      </w:r>
      <w:r>
        <w:t>jo European the, aaye jo Muslim dunya mein, Africa aur Asia mein, yahi to jadeed daur le aaye.</w:t>
      </w:r>
    </w:p>
    <w:p>
      <w:pPr>
        <w:jc w:val="right"/>
      </w:pPr>
      <w:r>
        <w:t>جو یورپین تھے، آئے جو مسلم دنیا میں، افریقہ اور ایشیا میں، یہی تو جدید دور لے آئے۔</w:t>
      </w:r>
    </w:p>
    <w:p>
      <w:r>
        <w:rPr>
          <w:b/>
        </w:rPr>
        <w:t xml:space="preserve">[21:58] </w:t>
      </w:r>
      <w:r>
        <w:t>aap jante hain ke printing press sab se pehle kaun laya tha? printing press sab se pehle laya</w:t>
      </w:r>
    </w:p>
    <w:p>
      <w:pPr>
        <w:jc w:val="right"/>
      </w:pPr>
      <w:r>
        <w:t>آپ جانتے ہیں کہ پرنٹنگ پریس سب سے پہلے کون لایا تھا؟ پرنٹنگ پریس سب سے پہلے لایا</w:t>
      </w:r>
    </w:p>
    <w:p>
      <w:r>
        <w:rPr>
          <w:b/>
        </w:rPr>
        <w:t xml:space="preserve">[22:05] </w:t>
      </w:r>
      <w:r>
        <w:t>tha Muslim dunya mein Napoleon, jis ne attack kar ke Syria par qabza kar liya tha.</w:t>
      </w:r>
    </w:p>
    <w:p>
      <w:pPr>
        <w:jc w:val="right"/>
      </w:pPr>
      <w:r>
        <w:t>تھا مسلم دنیا میں نیپولین، جس نے اٹیک کر کے شام پر قبضہ کر لیا تھا۔</w:t>
      </w:r>
    </w:p>
    <w:p>
      <w:r>
        <w:rPr>
          <w:b/>
        </w:rPr>
        <w:t xml:space="preserve">[22:13] </w:t>
      </w:r>
      <w:r>
        <w:t>hamare ulama nahi printing press laye the.</w:t>
      </w:r>
    </w:p>
    <w:p>
      <w:pPr>
        <w:jc w:val="right"/>
      </w:pPr>
      <w:r>
        <w:t>ہمارے علماء نہیں پرنٹنگ پریس لائے تھے۔</w:t>
      </w:r>
    </w:p>
    <w:p>
      <w:r>
        <w:rPr>
          <w:b/>
        </w:rPr>
        <w:t xml:space="preserve">[22:18] </w:t>
      </w:r>
      <w:r>
        <w:t>printing press dunya mein lane wale koi ulama nahi the.</w:t>
      </w:r>
    </w:p>
    <w:p>
      <w:pPr>
        <w:jc w:val="right"/>
      </w:pPr>
      <w:r>
        <w:t>پرنٹنگ پریس دنیا میں لانے والے کوئی علماء نہیں تھے۔</w:t>
      </w:r>
    </w:p>
    <w:p>
      <w:r>
        <w:rPr>
          <w:b/>
        </w:rPr>
        <w:t xml:space="preserve">[22:23] </w:t>
      </w:r>
      <w:r>
        <w:t>ya jo taajub guzaar log nahi thay, jo masjidon mein ki raunaq barhate hain, woh nahi thay jo</w:t>
      </w:r>
    </w:p>
    <w:p>
      <w:pPr>
        <w:jc w:val="right"/>
      </w:pPr>
      <w:r>
        <w:t>یا جو تعجب گزار لوگ نہیں تھے، جو مسجدوں میں کی رونق بڑھاتے ہیں، وہ نہیں تھے جو</w:t>
      </w:r>
    </w:p>
    <w:p>
      <w:r>
        <w:rPr>
          <w:b/>
        </w:rPr>
        <w:t xml:space="preserve">[22:29] </w:t>
      </w:r>
      <w:r>
        <w:t>printing press laye.</w:t>
      </w:r>
    </w:p>
    <w:p>
      <w:pPr>
        <w:jc w:val="right"/>
      </w:pPr>
      <w:r>
        <w:t>پرنٹنگ پریس لائے۔</w:t>
      </w:r>
    </w:p>
    <w:p>
      <w:r>
        <w:rPr>
          <w:b/>
        </w:rPr>
        <w:t xml:space="preserve">[22:34] </w:t>
      </w:r>
      <w:r>
        <w:t>woh laya napoleon, jis ne attack kiya tha, attack kar ke qabza kiya tha sham par.</w:t>
      </w:r>
    </w:p>
    <w:p>
      <w:pPr>
        <w:jc w:val="right"/>
      </w:pPr>
      <w:r>
        <w:t>وہ لایا نیپولین، جس نے اٹیک کیا تھا، اٹیک کر کے قبضہ کیا تھا شام پر۔</w:t>
      </w:r>
    </w:p>
    <w:p>
      <w:r>
        <w:rPr>
          <w:b/>
        </w:rPr>
        <w:t xml:space="preserve">[22:39] </w:t>
      </w:r>
      <w:r>
        <w:t>aur jitni bhi tarqqiyan hain, woh saari tarqqiyan european log laye.</w:t>
      </w:r>
    </w:p>
    <w:p>
      <w:pPr>
        <w:jc w:val="right"/>
      </w:pPr>
      <w:r>
        <w:t>اور جتنی بھی ترقیاں ہیں، وہ ساری ترقیاں یورپین لوگ لائے۔</w:t>
      </w:r>
    </w:p>
    <w:p>
      <w:r>
        <w:rPr>
          <w:b/>
        </w:rPr>
        <w:t xml:space="preserve">[22:44] </w:t>
      </w:r>
      <w:r>
        <w:t>toh woh aaye, unhon ne toda musalmanon ke nizaam ko, musalmanon ki hukoomaton ko.</w:t>
      </w:r>
    </w:p>
    <w:p>
      <w:pPr>
        <w:jc w:val="right"/>
      </w:pPr>
      <w:r>
        <w:t>تو وہ آئے، انہوں نے توڑا مسلمانوں کے نظام کو، مسلمانوں کی حکومتوں کو۔</w:t>
      </w:r>
    </w:p>
    <w:p>
      <w:r>
        <w:rPr>
          <w:b/>
        </w:rPr>
        <w:t xml:space="preserve">[22:49] </w:t>
      </w:r>
      <w:r>
        <w:t>lekin yeh ek shock treatment thi.</w:t>
      </w:r>
    </w:p>
    <w:p>
      <w:pPr>
        <w:jc w:val="right"/>
      </w:pPr>
      <w:r>
        <w:t>لیکن یہ ایک شاک ٹریٹمنٹ تھی۔</w:t>
      </w:r>
    </w:p>
    <w:p>
      <w:r>
        <w:rPr>
          <w:b/>
        </w:rPr>
        <w:t xml:space="preserve">[22:55] </w:t>
      </w:r>
      <w:r>
        <w:t>lekin jis ko bhi thi burai bahar kar raha hai.</w:t>
      </w:r>
    </w:p>
    <w:p>
      <w:pPr>
        <w:jc w:val="right"/>
      </w:pPr>
      <w:r>
        <w:t>لیکن جس کو بھی تھی برائی باہر کر رہا ہے۔</w:t>
      </w:r>
    </w:p>
    <w:p>
      <w:r>
        <w:rPr>
          <w:b/>
        </w:rPr>
        <w:t xml:space="preserve">[23:00] </w:t>
      </w:r>
      <w:r>
        <w:t>ون ٹو آل، ہر آدمی بس برائی باہر کر رہا ہے colonial powers کی۔</w:t>
      </w:r>
    </w:p>
    <w:p>
      <w:pPr>
        <w:jc w:val="right"/>
      </w:pPr>
      <w:r>
        <w:t>ون ٹو آل، ہر آدمی بس برائی باہر کر رہا ہے کلونیل پاورز کی۔</w:t>
      </w:r>
    </w:p>
    <w:p>
      <w:r>
        <w:rPr>
          <w:b/>
        </w:rPr>
        <w:t xml:space="preserve">[23:05] </w:t>
      </w:r>
      <w:r>
        <w:t>yeh mere nazdeek bohat hi zyada objectionable baat hai.</w:t>
      </w:r>
    </w:p>
    <w:p>
      <w:pPr>
        <w:jc w:val="right"/>
      </w:pPr>
      <w:r>
        <w:t>یہ میرے نزدیک بہت ہی زیادہ ابجیکٹیبل بات ہے۔</w:t>
      </w:r>
    </w:p>
    <w:p>
      <w:r>
        <w:rPr>
          <w:b/>
        </w:rPr>
        <w:t xml:space="preserve">[23:11] </w:t>
      </w:r>
      <w:r>
        <w:t>kyunke yeh Allah aur Rasool ne jo waade kiye hain, is waade ke khilaaf hai. Yeh</w:t>
      </w:r>
    </w:p>
    <w:p>
      <w:pPr>
        <w:jc w:val="right"/>
      </w:pPr>
      <w:r>
        <w:t>کیونکہ یہ اللہ اور رسول نے جو وعدے کیے ہیں، اس وعدے کے خلاف ہے۔ یہ</w:t>
      </w:r>
    </w:p>
    <w:p>
      <w:r>
        <w:rPr>
          <w:b/>
        </w:rPr>
        <w:t xml:space="preserve">[23:16] </w:t>
      </w:r>
      <w:r>
        <w:t>is ke waade ke khilaaf hai.</w:t>
      </w:r>
    </w:p>
    <w:p>
      <w:pPr>
        <w:jc w:val="right"/>
      </w:pPr>
      <w:r>
        <w:t>اس کے وعدے کے خلاف ہے۔</w:t>
      </w:r>
    </w:p>
    <w:p>
      <w:r>
        <w:rPr>
          <w:b/>
        </w:rPr>
        <w:t xml:space="preserve">[23:21] </w:t>
      </w:r>
      <w:r>
        <w:t>aur dekhein, ek baat mein aur karna chahunga ke jo hadith hai, individual ke aitbaar se nahi</w:t>
      </w:r>
    </w:p>
    <w:p>
      <w:pPr>
        <w:jc w:val="right"/>
      </w:pPr>
      <w:r>
        <w:t>اور دیکھیں، ایک بات میں اور کرنا چاہوں گا کہ جو حدیث ہے، انڈیویجول کے اعتبار سے نہیں</w:t>
      </w:r>
    </w:p>
    <w:p>
      <w:r>
        <w:rPr>
          <w:b/>
        </w:rPr>
        <w:t xml:space="preserve">[23:26] </w:t>
      </w:r>
      <w:r>
        <w:t>hai ke ek shakhs uthega aur woh kar dega.</w:t>
      </w:r>
    </w:p>
    <w:p>
      <w:pPr>
        <w:jc w:val="right"/>
      </w:pPr>
      <w:r>
        <w:t>ہے کہ ایک شخص اٹھے گا اور وہ کر دے گا۔</w:t>
      </w:r>
    </w:p>
    <w:p>
      <w:r>
        <w:rPr>
          <w:b/>
        </w:rPr>
        <w:t xml:space="preserve">[23:31] </w:t>
      </w:r>
      <w:r>
        <w:t>jaise ke Makkah se Rasool Allah ne safar kiya tha hijrat ka.</w:t>
      </w:r>
    </w:p>
    <w:p>
      <w:pPr>
        <w:jc w:val="right"/>
      </w:pPr>
      <w:r>
        <w:t>جیسے کہ مکہ سے رسول اللہ نے سفر کیا تھا ہجرت کا۔</w:t>
      </w:r>
    </w:p>
    <w:p>
      <w:r>
        <w:rPr>
          <w:b/>
        </w:rPr>
        <w:t xml:space="preserve">[23:36] </w:t>
      </w:r>
      <w:r>
        <w:t>toh ek mushrik ne aap ki rehnumai ki thi.</w:t>
      </w:r>
    </w:p>
    <w:p>
      <w:pPr>
        <w:jc w:val="right"/>
      </w:pPr>
      <w:r>
        <w:t>تو ایک مشرک نے آپ کی رہنمائی کی تھی۔</w:t>
      </w:r>
    </w:p>
    <w:p>
      <w:r>
        <w:rPr>
          <w:b/>
        </w:rPr>
        <w:t xml:space="preserve">[23:41] </w:t>
      </w:r>
      <w:r>
        <w:t>Abdullah, uska naam aata hai Abdullah arqat ya Abdullah ibn ureqat. Toh</w:t>
      </w:r>
    </w:p>
    <w:p>
      <w:pPr>
        <w:jc w:val="right"/>
      </w:pPr>
      <w:r>
        <w:t>عبداللہ، اس کا نام آتا ہے عبداللہ ارقط یا عبداللہ ابن عریقت۔ تو</w:t>
      </w:r>
    </w:p>
    <w:p>
      <w:r>
        <w:rPr>
          <w:b/>
        </w:rPr>
        <w:t xml:space="preserve">[23:46] </w:t>
      </w:r>
      <w:r>
        <w:t>ek woh zahir hai ke mushrik aadmi tha, us ne taeed ki.</w:t>
      </w:r>
    </w:p>
    <w:p>
      <w:pPr>
        <w:jc w:val="right"/>
      </w:pPr>
      <w:r>
        <w:t>ایک وہ ظاہر ہے کہ مشرک آدمی تھا، اس نے تائید کی۔</w:t>
      </w:r>
    </w:p>
    <w:p>
      <w:r>
        <w:rPr>
          <w:b/>
        </w:rPr>
        <w:t xml:space="preserve">[23:53] </w:t>
      </w:r>
      <w:r>
        <w:t>yeh individual waqiaat ke maamle nahi hai sirf.</w:t>
      </w:r>
    </w:p>
    <w:p>
      <w:pPr>
        <w:jc w:val="right"/>
      </w:pPr>
      <w:r>
        <w:t>یہ انفرادی واقعات کے معاملہ نہیں ہے صرف۔</w:t>
      </w:r>
    </w:p>
    <w:p>
      <w:r>
        <w:rPr>
          <w:b/>
        </w:rPr>
        <w:t xml:space="preserve">[23:59] </w:t>
      </w:r>
      <w:r>
        <w:t>yeh bohat bada is mein basharat hai aur peshin goi hai.</w:t>
      </w:r>
    </w:p>
    <w:p>
      <w:pPr>
        <w:jc w:val="right"/>
      </w:pPr>
      <w:r>
        <w:t>یہ بہت بڑا اس میں بشارت ہے اور پیشین گوئی ہے۔</w:t>
      </w:r>
    </w:p>
    <w:p>
      <w:r>
        <w:rPr>
          <w:b/>
        </w:rPr>
        <w:t xml:space="preserve">[24:05] </w:t>
      </w:r>
      <w:r>
        <w:t>aur mein samajhta hoon ke is daur mein jo taeed hai, sab se badi taeed jo zahir hui</w:t>
      </w:r>
    </w:p>
    <w:p>
      <w:pPr>
        <w:jc w:val="right"/>
      </w:pPr>
      <w:r>
        <w:t>اور میں سمجھتا ہوں کہ اس دور میں جو تائید ہے، سب سے بڑی تائید جو ظاہر ہوئی</w:t>
      </w:r>
    </w:p>
    <w:p>
      <w:r>
        <w:rPr>
          <w:b/>
        </w:rPr>
        <w:t xml:space="preserve">[24:12] </w:t>
      </w:r>
      <w:r>
        <w:t>hai, ek toh yeh ke inhi ki wajah se hamare haan communication aaya. Hamare haan</w:t>
      </w:r>
    </w:p>
    <w:p>
      <w:pPr>
        <w:jc w:val="right"/>
      </w:pPr>
      <w:r>
        <w:t>ہے، ایک تو یہ کہ انہی کی وجہ سے ہمارے ہاں کمیونیکیشن آیا۔ ہمارے ہاں</w:t>
      </w:r>
    </w:p>
    <w:p>
      <w:r>
        <w:rPr>
          <w:b/>
        </w:rPr>
        <w:t xml:space="preserve">[24:18] </w:t>
      </w:r>
      <w:r>
        <w:t>safar ke intezamat hue.</w:t>
      </w:r>
    </w:p>
    <w:p>
      <w:pPr>
        <w:jc w:val="right"/>
      </w:pPr>
      <w:r>
        <w:t>سفر کے انتظامات ہوئے۔</w:t>
      </w:r>
    </w:p>
    <w:p>
      <w:r>
        <w:rPr>
          <w:b/>
        </w:rPr>
        <w:t xml:space="preserve">[24:23] </w:t>
      </w:r>
      <w:r>
        <w:t>jaise aaj subah mere ek sahab, jo hamari mission ke ek sahab hain, jo Faizabad se aaye</w:t>
      </w:r>
    </w:p>
    <w:p>
      <w:pPr>
        <w:jc w:val="right"/>
      </w:pPr>
      <w:r>
        <w:t>جیسے آج صبح میرے ایک صاحب، جو ہماری مشن کے ایک صاحب ہیں، جو فیض آباد سے آئے</w:t>
      </w:r>
    </w:p>
    <w:p>
      <w:r>
        <w:rPr>
          <w:b/>
        </w:rPr>
        <w:t xml:space="preserve">[24:29] </w:t>
      </w:r>
      <w:r>
        <w:t>hain, toh mein soch raha tha ke pehle zamane jab ke log chalte thay, ghore par, khachar par,</w:t>
      </w:r>
    </w:p>
    <w:p>
      <w:pPr>
        <w:jc w:val="right"/>
      </w:pPr>
      <w:r>
        <w:t>ہیں، تو میں سوچ رہا تھا کہ پہلے زمانے جب کہ لوگ چلتے تھے، گھوڑے پر، خچر پر،</w:t>
      </w:r>
    </w:p>
    <w:p>
      <w:r>
        <w:rPr>
          <w:b/>
        </w:rPr>
        <w:t xml:space="preserve">[24:34] </w:t>
      </w:r>
      <w:r>
        <w:t>bail gaadi mein, woh pahunch nahi sakte thay yahan.</w:t>
      </w:r>
    </w:p>
    <w:p>
      <w:pPr>
        <w:jc w:val="right"/>
      </w:pPr>
      <w:r>
        <w:t>بیل گاڑی میں، وہ پہنچ نہیں سکتے تھے یہاں۔</w:t>
      </w:r>
    </w:p>
    <w:p>
      <w:r>
        <w:rPr>
          <w:b/>
        </w:rPr>
        <w:t xml:space="preserve">[24:39] </w:t>
      </w:r>
      <w:r>
        <w:t>ab jo daur hai, yaani naye sawariyon ka, tab yahan pahunch paye time par.</w:t>
      </w:r>
    </w:p>
    <w:p>
      <w:pPr>
        <w:jc w:val="right"/>
      </w:pPr>
      <w:r>
        <w:t>اب جو دور ہے، یعنی نئے سواریوں کا، تب یہاں پہنچ پائے ٹائم پر۔</w:t>
      </w:r>
    </w:p>
    <w:p>
      <w:r>
        <w:rPr>
          <w:b/>
        </w:rPr>
        <w:t xml:space="preserve">[24:45] </w:t>
      </w:r>
      <w:r>
        <w:t>to yeh aik pehlu hai ke naye</w:t>
      </w:r>
    </w:p>
    <w:p>
      <w:pPr>
        <w:jc w:val="right"/>
      </w:pPr>
      <w:r>
        <w:t>تو یہ ایک پہلو ہے کہ نئے</w:t>
      </w:r>
    </w:p>
    <w:p>
      <w:r>
        <w:rPr>
          <w:b/>
        </w:rPr>
        <w:t xml:space="preserve">[24:50] </w:t>
      </w:r>
      <w:r>
        <w:t>yani maadi saaz o saman, chahe communication ke aitbaar se ho ya billing ke aitbaar se ho</w:t>
      </w:r>
    </w:p>
    <w:p>
      <w:pPr>
        <w:jc w:val="right"/>
      </w:pPr>
      <w:r>
        <w:t>، یعنی مادی ساز و سامان، چاہے کمیونیکیشن کے اعتبار سے ہو یا بلنگ کے اعتبار سے ہو</w:t>
      </w:r>
    </w:p>
    <w:p>
      <w:r>
        <w:rPr>
          <w:b/>
        </w:rPr>
        <w:t xml:space="preserve">[24:55] </w:t>
      </w:r>
      <w:r>
        <w:t>ya naye shopping article ke aitbaar se ho, nayi sawariyon ke aitbaar se ho, aik aur bhi kuch</w:t>
      </w:r>
    </w:p>
    <w:p>
      <w:pPr>
        <w:jc w:val="right"/>
      </w:pPr>
      <w:r>
        <w:t>یا نئے شاپنگ آرٹیکل کے اعتبار سے ہو، نئی سواریوں کے اعتبار سے ہو، ایک اور بھی کچھ</w:t>
      </w:r>
    </w:p>
    <w:p>
      <w:r>
        <w:rPr>
          <w:b/>
        </w:rPr>
        <w:t xml:space="preserve">[25:00] </w:t>
      </w:r>
      <w:r>
        <w:t>bohat hi bari bari taeedain hui hain door jadeed ki.</w:t>
      </w:r>
    </w:p>
    <w:p>
      <w:pPr>
        <w:jc w:val="right"/>
      </w:pPr>
      <w:r>
        <w:t>بہت ہی بڑی بڑی تائیدیں ہوئی ہیں دور جدید کی۔</w:t>
      </w:r>
    </w:p>
    <w:p>
      <w:r>
        <w:rPr>
          <w:b/>
        </w:rPr>
        <w:t xml:space="preserve">[25:05] </w:t>
      </w:r>
      <w:r>
        <w:t>is mein se aik hai jis ko hum ulma bilkul nahi jante.</w:t>
      </w:r>
    </w:p>
    <w:p>
      <w:pPr>
        <w:jc w:val="right"/>
      </w:pPr>
      <w:r>
        <w:t>اس میں سے ایک ہے جس کو ہم علماء بالکل نہیں جانتے۔</w:t>
      </w:r>
    </w:p>
    <w:p>
      <w:r>
        <w:rPr>
          <w:b/>
        </w:rPr>
        <w:t xml:space="preserve">[25:10] </w:t>
      </w:r>
      <w:r>
        <w:t>koi aik aalim mere nazdeek nahi jo is raaz ko janta ho.</w:t>
      </w:r>
    </w:p>
    <w:p>
      <w:pPr>
        <w:jc w:val="right"/>
      </w:pPr>
      <w:r>
        <w:t>کوئی ایک عالم میرے نزدیک نہیں جو اس راز کو جانتا ہو۔</w:t>
      </w:r>
    </w:p>
    <w:p>
      <w:r>
        <w:rPr>
          <w:b/>
        </w:rPr>
        <w:t xml:space="preserve">[25:15] </w:t>
      </w:r>
      <w:r>
        <w:t>na arbon mein, na</w:t>
      </w:r>
    </w:p>
    <w:p>
      <w:pPr>
        <w:jc w:val="right"/>
      </w:pPr>
      <w:r>
        <w:t>نہ عربوں میں، نہ</w:t>
      </w:r>
    </w:p>
    <w:p>
      <w:r>
        <w:rPr>
          <w:b/>
        </w:rPr>
        <w:t xml:space="preserve">[25:20] </w:t>
      </w:r>
      <w:r>
        <w:t>ghair arbon mein.</w:t>
      </w:r>
    </w:p>
    <w:p>
      <w:pPr>
        <w:jc w:val="right"/>
      </w:pPr>
      <w:r>
        <w:t>غیر عربوں میں۔</w:t>
      </w:r>
    </w:p>
    <w:p>
      <w:r>
        <w:rPr>
          <w:b/>
        </w:rPr>
        <w:t xml:space="preserve">[25:24] </w:t>
      </w:r>
      <w:r>
        <w:t>woh kia hai? yeh hamara age of openness hai.</w:t>
      </w:r>
    </w:p>
    <w:p>
      <w:pPr>
        <w:jc w:val="right"/>
      </w:pPr>
      <w:r>
        <w:t>وہ کیا ہے؟ یہ ہمارا ایج آف اوپننس ہے۔</w:t>
      </w:r>
    </w:p>
    <w:p>
      <w:r>
        <w:rPr>
          <w:b/>
        </w:rPr>
        <w:t xml:space="preserve">[25:27] </w:t>
      </w:r>
      <w:r>
        <w:t>age of openness.</w:t>
      </w:r>
    </w:p>
    <w:p>
      <w:pPr>
        <w:jc w:val="right"/>
      </w:pPr>
      <w:r>
        <w:t>ایج آف اوپننس۔</w:t>
      </w:r>
    </w:p>
    <w:p>
      <w:r>
        <w:rPr>
          <w:b/>
        </w:rPr>
        <w:t xml:space="preserve">[25:30] </w:t>
      </w:r>
      <w:r>
        <w:t>mein poore yaqeen ke sath, poore aitbaar ke sath kehta hoon ke na arbon mein koi aisa aalim</w:t>
      </w:r>
    </w:p>
    <w:p>
      <w:pPr>
        <w:jc w:val="right"/>
      </w:pPr>
      <w:r>
        <w:t>میں پورے یقین کے ساتھ، پورے اعتبار کے ساتھ کہتا ہوں کہ نہ عربوں میں کوئی ایسا عالم</w:t>
      </w:r>
    </w:p>
    <w:p>
      <w:r>
        <w:rPr>
          <w:b/>
        </w:rPr>
        <w:t xml:space="preserve">[25:34] </w:t>
      </w:r>
      <w:r>
        <w:t>paida hua, na na na arbon mein jo is baat ko jante hon.</w:t>
      </w:r>
    </w:p>
    <w:p>
      <w:pPr>
        <w:jc w:val="right"/>
      </w:pPr>
      <w:r>
        <w:t>پیدا ہوا، نہ نہ نہ عربوں میں جو اس بات کو جانتے ہوں۔</w:t>
      </w:r>
    </w:p>
    <w:p>
      <w:r>
        <w:rPr>
          <w:b/>
        </w:rPr>
        <w:t xml:space="preserve">[25:37] </w:t>
      </w:r>
      <w:r>
        <w:t>agar paida hua to mujhe naam batayein is ka.</w:t>
      </w:r>
    </w:p>
    <w:p>
      <w:pPr>
        <w:jc w:val="right"/>
      </w:pPr>
      <w:r>
        <w:t>اگر پیدا ہوا تو مجھے نام بتائیں اس کا۔</w:t>
      </w:r>
    </w:p>
    <w:p>
      <w:r>
        <w:rPr>
          <w:b/>
        </w:rPr>
        <w:t xml:space="preserve">[25:40] </w:t>
      </w:r>
      <w:r>
        <w:t>openness bohat hi bari cheez hai.</w:t>
      </w:r>
    </w:p>
    <w:p>
      <w:pPr>
        <w:jc w:val="right"/>
      </w:pPr>
      <w:r>
        <w:t>اوپننس بہت ہی بڑی چیز ہے۔</w:t>
      </w:r>
    </w:p>
    <w:p>
      <w:r>
        <w:rPr>
          <w:b/>
        </w:rPr>
        <w:t xml:space="preserve">[25:44] </w:t>
      </w:r>
      <w:r>
        <w:t>openness yani hamare paas se bari cheez hai.</w:t>
      </w:r>
    </w:p>
    <w:p>
      <w:pPr>
        <w:jc w:val="right"/>
      </w:pPr>
      <w:r>
        <w:t>اوپننس یعنی ہمارے پاس سے بڑی چیز ہے۔</w:t>
      </w:r>
    </w:p>
    <w:p>
      <w:r>
        <w:rPr>
          <w:b/>
        </w:rPr>
        <w:t xml:space="preserve">[25:47] </w:t>
      </w:r>
      <w:r>
        <w:t>isi openness ki wajah se aisa hua hai</w:t>
      </w:r>
    </w:p>
    <w:p>
      <w:pPr>
        <w:jc w:val="right"/>
      </w:pPr>
      <w:r>
        <w:t>اسی اوپننس کی وجہ سے ایسا ہوا ہے</w:t>
      </w:r>
    </w:p>
    <w:p>
      <w:r>
        <w:rPr>
          <w:b/>
        </w:rPr>
        <w:t xml:space="preserve">[25:50] </w:t>
      </w:r>
      <w:r>
        <w:t>ke jo organizations yahudi chalate hain, christian chalate hain, hindu chalate hain, us mein hum ko is mauqa mil raha hai ke hum islam ki tablegh karen. kaisi ajib baat hai. yani kal jo yahan par tha, agar hum karod rupaye kharch karte, tab bhi hum aisa aisa istimrar nahi kar sakte the. wo to hindu logon ne kiya. jin ke tan</w:t>
      </w:r>
    </w:p>
    <w:p>
      <w:pPr>
        <w:jc w:val="right"/>
      </w:pPr>
      <w:r>
        <w:t>کہ جو آرگنائزیشنز یہودی چلاتے ہیں، کرسچن چلاتے ہیں، ہندو چلاتے ہیں، اس میں ہم کو اس موقع مل رہا ہے کہ ہم اسلام کی تبلیغ کریں۔ کیسی عجیب بات ہے۔ یعنی کل جو یہاں پر تھا، اگر ہم کروڑ روپے خرچ کرتے، تب بھی ہم ایسا ایسا استمرار نہیں کر سکتے تھے۔ وہ تو ہندو لوگوں نے کیا۔ جن کے تن</w:t>
      </w:r>
    </w:p>
    <w:p>
      <w:r>
        <w:rPr>
          <w:b/>
        </w:rPr>
        <w:t xml:space="preserve">[26:20] </w:t>
      </w:r>
      <w:r>
        <w:t>zeemien hain, jin ke bare bare akhbarat hain, jin ke bare bare idare hain, unhon ne kiya.</w:t>
      </w:r>
    </w:p>
    <w:p>
      <w:pPr>
        <w:jc w:val="right"/>
      </w:pPr>
      <w:r>
        <w:t>ظیمیں ہیں، جن کے بڑے بڑے اخبارات ہیں، جن کے بڑے بڑے ادارے ہیں، انہوں نے کیا۔</w:t>
      </w:r>
    </w:p>
    <w:p>
      <w:r>
        <w:rPr>
          <w:b/>
        </w:rPr>
        <w:t xml:space="preserve">[26:24] </w:t>
      </w:r>
      <w:r>
        <w:t>aur un ki wajah se bare bare log aaye.</w:t>
      </w:r>
    </w:p>
    <w:p>
      <w:pPr>
        <w:jc w:val="right"/>
      </w:pPr>
      <w:r>
        <w:t>اور ان کی وجہ سے بڑے بڑے لوگ آئے۔</w:t>
      </w:r>
    </w:p>
    <w:p>
      <w:r>
        <w:rPr>
          <w:b/>
        </w:rPr>
        <w:t xml:space="preserve">[26:28] </w:t>
      </w:r>
      <w:r>
        <w:t>yani sara jo tha, woh woh secular logon ka karname tha.</w:t>
      </w:r>
    </w:p>
    <w:p>
      <w:pPr>
        <w:jc w:val="right"/>
      </w:pPr>
      <w:r>
        <w:t>یعنی سارا جو تھا، وہ وہ سکر لوگوں کا کارنامہ تھا۔</w:t>
      </w:r>
    </w:p>
    <w:p>
      <w:r>
        <w:rPr>
          <w:b/>
        </w:rPr>
        <w:t xml:space="preserve">[26:32] </w:t>
      </w:r>
      <w:r>
        <w:t>yeh hindu logon ka karname tha.</w:t>
      </w:r>
    </w:p>
    <w:p>
      <w:pPr>
        <w:jc w:val="right"/>
      </w:pPr>
      <w:r>
        <w:t>یہ ہندو لوگوں کا کارنامہ تھا۔</w:t>
      </w:r>
    </w:p>
    <w:p>
      <w:r>
        <w:rPr>
          <w:b/>
        </w:rPr>
        <w:t xml:space="preserve">[26:36] </w:t>
      </w:r>
      <w:r>
        <w:t>aur is mein aap dekhein to hamare log khoob daud daud kar quran taqseem kar rahe hain.</w:t>
      </w:r>
    </w:p>
    <w:p>
      <w:pPr>
        <w:jc w:val="right"/>
      </w:pPr>
      <w:r>
        <w:t>اور اس میں آپ دیکھیں تو ہمارے لوگ خوب دوڑ دوڑ کر قرآن تقسیم کر رہے ہیں۔</w:t>
      </w:r>
    </w:p>
    <w:p>
      <w:r>
        <w:rPr>
          <w:b/>
        </w:rPr>
        <w:t xml:space="preserve">[26:39] </w:t>
      </w:r>
      <w:r>
        <w:t>koi rukawat nahi.</w:t>
      </w:r>
    </w:p>
    <w:p>
      <w:pPr>
        <w:jc w:val="right"/>
      </w:pPr>
      <w:r>
        <w:t>کوئی رکاوٹ نہیں۔</w:t>
      </w:r>
    </w:p>
    <w:p>
      <w:r>
        <w:rPr>
          <w:b/>
        </w:rPr>
        <w:t xml:space="preserve">[26:43] </w:t>
      </w:r>
      <w:r>
        <w:t>that is phenomena of openness.</w:t>
      </w:r>
    </w:p>
    <w:p>
      <w:pPr>
        <w:jc w:val="right"/>
      </w:pPr>
      <w:r>
        <w:t>دیٹ از فینامینا آف اوپننس۔</w:t>
      </w:r>
    </w:p>
    <w:p>
      <w:r>
        <w:rPr>
          <w:b/>
        </w:rPr>
        <w:t xml:space="preserve">[26:47] </w:t>
      </w:r>
      <w:r>
        <w:t>is daur mein, qadeem zamanay mein,</w:t>
      </w:r>
    </w:p>
    <w:p>
      <w:pPr>
        <w:jc w:val="right"/>
      </w:pPr>
      <w:r>
        <w:t>اس دور میں، قدیم زمانے میں،</w:t>
      </w:r>
    </w:p>
    <w:p>
      <w:r>
        <w:rPr>
          <w:b/>
        </w:rPr>
        <w:t xml:space="preserve">[26:51] </w:t>
      </w:r>
      <w:r>
        <w:t>openness ek kattar pan tha. qadeem zaman mein kattar pan hua karta tha. aap ne apne apne mazhab ke daira mein, apne apne khol mein band the. ye log apne apne khol mein band the. ye naya daur hai ke is zaman mein ke har mazhab ko manna, har mazhab ko recognition dena, har mazhab ko aitraf karna, ye bilkul ek naya phenomena hai. openness</w:t>
      </w:r>
    </w:p>
    <w:p>
      <w:pPr>
        <w:jc w:val="right"/>
      </w:pPr>
      <w:r>
        <w:t>اوپننس ایک کٹر پن تھا۔ قدیم زمانے میں کٹر پن ہوا کرتا تھا۔ آپ نے اپنے اپنے مذہب کے دائرے میں، اپنے اپنے خول میں بند تھے۔ یہ لوگ اپنے اپنے خول میں بند تھے۔ یہ نیا دور ہے کہ اس زمانے میں کہ ہر مذہب کو ماننا، ہر مذہب کو ریکگنیشن دینا، ہر مذہب کو اعتراف کرنا، یہ بالکل ایک نیا فینامینا ہے۔ اوپننس</w:t>
      </w:r>
    </w:p>
    <w:p>
      <w:r>
        <w:rPr>
          <w:b/>
        </w:rPr>
        <w:t xml:space="preserve">[27:21] </w:t>
      </w:r>
      <w:r>
        <w:t>—</w:t>
      </w:r>
    </w:p>
    <w:p>
      <w:pPr>
        <w:jc w:val="right"/>
      </w:pPr>
      <w:r>
        <w:t>۔</w:t>
      </w:r>
    </w:p>
    <w:p>
      <w:r>
        <w:rPr>
          <w:b/>
        </w:rPr>
        <w:t xml:space="preserve">[27:26] </w:t>
      </w:r>
      <w:r>
        <w:t>aap ghhor kijiye ke makka mein jo kaba tha, woh ek masjid thi.</w:t>
      </w:r>
    </w:p>
    <w:p>
      <w:pPr>
        <w:jc w:val="right"/>
      </w:pPr>
      <w:r>
        <w:t>آپ غور کیجئے کہ مکہ میں جو کعبہ تھا، وہ ایک مسجد تھی۔</w:t>
      </w:r>
    </w:p>
    <w:p>
      <w:r>
        <w:rPr>
          <w:b/>
        </w:rPr>
        <w:t xml:space="preserve">[27:31] </w:t>
      </w:r>
      <w:r>
        <w:t>to hazrat ibrahim ne is ko banaya tha toheed ka ibadat khana.</w:t>
      </w:r>
    </w:p>
    <w:p>
      <w:pPr>
        <w:jc w:val="right"/>
      </w:pPr>
      <w:r>
        <w:t>تو حضرت ابراہیم نے اس کو بنایا تھا توحید کا عبادت خانہ۔</w:t>
      </w:r>
    </w:p>
    <w:p>
      <w:r>
        <w:rPr>
          <w:b/>
        </w:rPr>
        <w:t xml:space="preserve">[27:36] </w:t>
      </w:r>
      <w:r>
        <w:t>aur is mein is waqt jo thode se musalman the, un ko yeh ijazat nahi thi ke wahan namaz padhein.</w:t>
      </w:r>
    </w:p>
    <w:p>
      <w:pPr>
        <w:jc w:val="right"/>
      </w:pPr>
      <w:r>
        <w:t>اور اس میں اس وقت جو تھوڑے سے مسلمان تھے، ان کو یہ اجازت نہیں تھی کہ وہاں نماز پڑھیں۔</w:t>
      </w:r>
    </w:p>
    <w:p>
      <w:r>
        <w:rPr>
          <w:b/>
        </w:rPr>
        <w:t xml:space="preserve">[27:41] </w:t>
      </w:r>
      <w:r>
        <w:t>yeh quran se sabit hai.</w:t>
      </w:r>
    </w:p>
    <w:p>
      <w:pPr>
        <w:jc w:val="right"/>
      </w:pPr>
      <w:r>
        <w:t>یہ قرآن سے ثابت ہے۔</w:t>
      </w:r>
    </w:p>
    <w:p>
      <w:r>
        <w:rPr>
          <w:b/>
        </w:rPr>
        <w:t xml:space="preserve">[27:46] </w:t>
      </w:r>
      <w:r>
        <w:t>yani hamara un ke</w:t>
      </w:r>
    </w:p>
    <w:p>
      <w:pPr>
        <w:jc w:val="right"/>
      </w:pPr>
      <w:r>
        <w:t>یعنی ہمارا ان کے</w:t>
      </w:r>
    </w:p>
    <w:p>
      <w:r>
        <w:rPr>
          <w:b/>
        </w:rPr>
        <w:t xml:space="preserve">[27:51] </w:t>
      </w:r>
      <w:r>
        <w:t>nazdeek kaba hamara hai to hum tumhein namaz nahi tum ko parhne dein ge. tum apne jao jahan parho. in ke in ke khayal ke mutabiq kaba un ka un ka tha. to tum ko hum namaz nahi parhne dein ge. aaj kya hai? aap chahe church mein namaz parhiye ya mandir mein namaz parhiye, koi rokne wala nahi hai aap ko. chahe jahan parhiye, airport mein parhiye, aap railway station mein parhiye, hotel mein parhiye, koi rok</w:t>
      </w:r>
    </w:p>
    <w:p>
      <w:pPr>
        <w:jc w:val="right"/>
      </w:pPr>
      <w:r>
        <w:t>نزدیک کعبہ ہمارا ہے تو ہم تمہیں نماز نہیں تم کو پڑھنے دیں گے۔ تم اپنے جاؤ جہاں پڑھو۔ ان کے ان کے خیال کے مطابق کعبہ ان کا ان کا تھا۔ تو تم کو ہم نماز نہیں پڑھنے دیں گے۔ آج کیا ہے؟ آپ چاہے چرچ میں نماز پڑھیے یا مندر میں نماز پڑھیے، کوئی روکنے والا نہیں ہے آپ کو۔ چاہے جہاں پڑھیے، ایئرپورٹ میں پڑھیے، آپ ریلوے اسٹیشن میں پڑھیے، ہوٹل میں پڑھیے، کوئی روک</w:t>
      </w:r>
    </w:p>
    <w:p>
      <w:r>
        <w:rPr>
          <w:b/>
        </w:rPr>
        <w:t xml:space="preserve">[28:21] </w:t>
      </w:r>
      <w:r>
        <w:t>ne wala nahi hai.</w:t>
      </w:r>
    </w:p>
    <w:p>
      <w:pPr>
        <w:jc w:val="right"/>
      </w:pPr>
      <w:r>
        <w:t>نے والا نہیں ہے۔</w:t>
      </w:r>
    </w:p>
    <w:p>
      <w:r>
        <w:rPr>
          <w:b/>
        </w:rPr>
        <w:t xml:space="preserve">[28:24] </w:t>
      </w:r>
      <w:r>
        <w:t>is zamane mein aisa nahi tha.</w:t>
      </w:r>
    </w:p>
    <w:p>
      <w:pPr>
        <w:jc w:val="right"/>
      </w:pPr>
      <w:r>
        <w:t>اس زمانے میں ایسا نہیں تھا۔</w:t>
      </w:r>
    </w:p>
    <w:p>
      <w:r>
        <w:rPr>
          <w:b/>
        </w:rPr>
        <w:t xml:space="preserve">[28:28] </w:t>
      </w:r>
      <w:r>
        <w:t>yeh ek chhoti si misaal hai.</w:t>
      </w:r>
    </w:p>
    <w:p>
      <w:pPr>
        <w:jc w:val="right"/>
      </w:pPr>
      <w:r>
        <w:t>یہ ایک چھوٹی سی مثال ہے۔</w:t>
      </w:r>
    </w:p>
    <w:p>
      <w:r>
        <w:rPr>
          <w:b/>
        </w:rPr>
        <w:t xml:space="preserve">[28:31] </w:t>
      </w:r>
      <w:r>
        <w:t>to openance ka jo zamana aaya hai, is ne woh ek mein samajhta hoon ke woh opportunity explosion</w:t>
      </w:r>
    </w:p>
    <w:p>
      <w:pPr>
        <w:jc w:val="right"/>
      </w:pPr>
      <w:r>
        <w:t>تو اوپننس کا جو زمانہ آیا ہے، اس نے وہ ایک میں سمجھتا ہوں کہ وہ اپرچونیٹی ایکسپلوژن</w:t>
      </w:r>
    </w:p>
    <w:p>
      <w:r>
        <w:rPr>
          <w:b/>
        </w:rPr>
        <w:t xml:space="preserve">[28:34] </w:t>
      </w:r>
      <w:r>
        <w:t>ka zamana hai.</w:t>
      </w:r>
    </w:p>
    <w:p>
      <w:pPr>
        <w:jc w:val="right"/>
      </w:pPr>
      <w:r>
        <w:t>کا زمانہ ہے۔</w:t>
      </w:r>
    </w:p>
    <w:p>
      <w:r>
        <w:rPr>
          <w:b/>
        </w:rPr>
        <w:t xml:space="preserve">[28:38] </w:t>
      </w:r>
      <w:r>
        <w:t>aaj sirf ek hi cheez hai jo tabu hai.</w:t>
      </w:r>
    </w:p>
    <w:p>
      <w:pPr>
        <w:jc w:val="right"/>
      </w:pPr>
      <w:r>
        <w:t>آج صرف ایک ہی چیز ہے جو ٹیبو ہے۔</w:t>
      </w:r>
    </w:p>
    <w:p>
      <w:r>
        <w:rPr>
          <w:b/>
        </w:rPr>
        <w:t xml:space="preserve">[28:41] </w:t>
      </w:r>
      <w:r>
        <w:t>aur woh islam mein bhi tabu hai.</w:t>
      </w:r>
    </w:p>
    <w:p>
      <w:pPr>
        <w:jc w:val="right"/>
      </w:pPr>
      <w:r>
        <w:t>اور وہ اسلام میں بھی ٹیبو ہے۔</w:t>
      </w:r>
    </w:p>
    <w:p>
      <w:r>
        <w:rPr>
          <w:b/>
        </w:rPr>
        <w:t xml:space="preserve">[28:44] </w:t>
      </w:r>
      <w:r>
        <w:t>woh kya hai? violence.</w:t>
      </w:r>
    </w:p>
    <w:p>
      <w:pPr>
        <w:jc w:val="right"/>
      </w:pPr>
      <w:r>
        <w:t>وہ کیا ہے؟ وائلنس۔</w:t>
      </w:r>
    </w:p>
    <w:p>
      <w:r>
        <w:rPr>
          <w:b/>
        </w:rPr>
        <w:t xml:space="preserve">[28:48] </w:t>
      </w:r>
      <w:r>
        <w:t>agar aap violence na karein to sari dunya aap ke liye khuli hui hai. yeh sara</w:t>
      </w:r>
    </w:p>
    <w:p>
      <w:pPr>
        <w:jc w:val="right"/>
      </w:pPr>
      <w:r>
        <w:t>اگر آپ وائلنس نہ کریں تو ساری دنیا آپ کے لیے کھلی ہوئی ہے۔ یہ سارا</w:t>
      </w:r>
    </w:p>
    <w:p>
      <w:r>
        <w:rPr>
          <w:b/>
        </w:rPr>
        <w:t xml:space="preserve">[28:51] </w:t>
      </w:r>
      <w:r>
        <w:t>musalman, jitne bhi musalman hain, mere nazdeek one to all, without any exception, chahe woh mazhabi hon</w:t>
      </w:r>
    </w:p>
    <w:p>
      <w:pPr>
        <w:jc w:val="right"/>
      </w:pPr>
      <w:r>
        <w:t>مسلمان، جتنے بھی مسلمان ہیں، میرے نزدیک ون ٹو آل، ودا آؤٹ اینی ایکسیپشن، چاہے وہ مذہبی ہوں</w:t>
      </w:r>
    </w:p>
    <w:p>
      <w:r>
        <w:rPr>
          <w:b/>
        </w:rPr>
        <w:t xml:space="preserve">[28:56] </w:t>
      </w:r>
      <w:r>
        <w:t>ya ghair mazhabi, ek boli bolte hain ke maghrib jo hai anti muslim hai, anti islam hai.</w:t>
      </w:r>
    </w:p>
    <w:p>
      <w:pPr>
        <w:jc w:val="right"/>
      </w:pPr>
      <w:r>
        <w:t>یا غیر مذہبی، ایک بولی بولتے ہیں کہ مغرب جو ہے اینٹی مسلم ہے، اینٹی اسلام ہے۔</w:t>
      </w:r>
    </w:p>
    <w:p>
      <w:r>
        <w:rPr>
          <w:b/>
        </w:rPr>
        <w:t xml:space="preserve">[29:01] </w:t>
      </w:r>
      <w:r>
        <w:t>maghrib jo hai sazishien karta hai hamare khilaf.</w:t>
      </w:r>
    </w:p>
    <w:p>
      <w:pPr>
        <w:jc w:val="right"/>
      </w:pPr>
      <w:r>
        <w:t>مغرب جو ہے سازشیں کرتا ہے ہمارے خلاف۔</w:t>
      </w:r>
    </w:p>
    <w:p>
      <w:r>
        <w:rPr>
          <w:b/>
        </w:rPr>
        <w:t xml:space="preserve">[29:06] </w:t>
      </w:r>
      <w:r>
        <w:t>aur bilkul mere nazdeek baseless baat hai yeh.</w:t>
      </w:r>
    </w:p>
    <w:p>
      <w:pPr>
        <w:jc w:val="right"/>
      </w:pPr>
      <w:r>
        <w:t>اور بالکل میرے نزدیک بیسلیس بات ہے یہ۔</w:t>
      </w:r>
    </w:p>
    <w:p>
      <w:r>
        <w:rPr>
          <w:b/>
        </w:rPr>
        <w:t xml:space="preserve">[29:11] </w:t>
      </w:r>
      <w:r>
        <w:t>aap jab nine eleven karenge to aap ke mukhalif ban jayenge.</w:t>
      </w:r>
    </w:p>
    <w:p>
      <w:pPr>
        <w:jc w:val="right"/>
      </w:pPr>
      <w:r>
        <w:t>آپ جب نائن الیون کریں گے تو آپ کے مخالف بن جائیں گے۔</w:t>
      </w:r>
    </w:p>
    <w:p>
      <w:r>
        <w:rPr>
          <w:b/>
        </w:rPr>
        <w:t xml:space="preserve">[29:16] </w:t>
      </w:r>
      <w:r>
        <w:t>aap jab society warming karenge to aap ke khilaf ho jayenge. baqi islam</w:t>
      </w:r>
    </w:p>
    <w:p>
      <w:pPr>
        <w:jc w:val="right"/>
      </w:pPr>
      <w:r>
        <w:t>آپ جب سوسائٹی وارمنگ کریں گے تو آپ کے خلاف ہو جائیں گے۔ باقی اسلام</w:t>
      </w:r>
    </w:p>
    <w:p>
      <w:r>
        <w:rPr>
          <w:b/>
        </w:rPr>
        <w:t xml:space="preserve">[29:21] </w:t>
      </w:r>
      <w:r>
        <w:t>ko aap peaceful tareeqe se phailaiye. koi ek shakhs nahi hai abhi zameen par jo rukawat dale aap ko. yani hamare saathi sab se buri jagah musalmanon ki nazar mein israel hai. yani israel ka yeh haal hai ke hamare ulma ne chote fatwe de rakhe hain ke aqsa mein jane, aqsa mein namaz parhni jaiz nahi hai. kyun? jab tak occupation wahan yahood ka hai, us waqt tak hum ja kar namaz nahi parhen ge. koi jata</w:t>
      </w:r>
    </w:p>
    <w:p>
      <w:pPr>
        <w:jc w:val="right"/>
      </w:pPr>
      <w:r>
        <w:t>کو آپ پیس فل طریقے سے پھیلائیے۔ کوئی ایک شخص نہیں ہے ابھی زمین پر جو رکاوٹ ڈالے آپ کو۔ یعنی ہمارے ساتھی سب سے بری جگہ مسلمانوں کی نظر میں اسرائیل ہے۔ یعنی اسرائیل کا یہ حال ہے کہ ہمارے علماء نے چھوٹے فتوے دے رکھے ہیں کہ اقصیٰ میں جانے، اقصیٰ میں نماز پڑھنی جائز نہیں ہے۔ کیوں؟ جب تک اکوپیشن وہاں یہود کا ہے، اس وقت تک ہم جا کر نماز نہیں پڑھیں گے۔ کوئی جاتا</w:t>
      </w:r>
    </w:p>
    <w:p>
      <w:r>
        <w:rPr>
          <w:b/>
        </w:rPr>
        <w:t xml:space="preserve">[29:51] </w:t>
      </w:r>
      <w:r>
        <w:t>hi nahi namaz parhne ke liye wahan. mein pehla gaya tha sab tod kar ke in fawton ke barrier ko ja kar mein ne namaz parhi. wahan morocco se ek sahab aaye thay, bohat dread dread karte thay ke mein ne kaha ناجائز kaam kiya hai ke mein masjid aqsa mein aa kar yahan namaz parh raha hoon. kyun ke ulma ne fatwe de rakhe hain. be be buniyad fatwe, yeh ridiculous kaam hai. to mein ne un se kaha ke in ko mein ne samjhaya to un ka woh khul</w:t>
      </w:r>
    </w:p>
    <w:p>
      <w:pPr>
        <w:jc w:val="right"/>
      </w:pPr>
      <w:r>
        <w:t>ہی نہیں نماز پڑھنے کے لیے وہاں۔ میں پہلا گیا تھا سب توڑ کر کے ان فتووں کے بیریئر کو جا کر میں نے نماز پڑھی۔ وہاں مراکش سے ایک صاحب آئے تھے، بہت ڈریڈ ڈریڈ کرتے تھے کہ میں نے کہا ناجائز کام کیا ہے کہ میں مسجد اقصیٰ میں آ کر یہاں نماز پڑھ رہا ہوں۔ کیونکہ علماء نے فتوے دے رکھے ہیں۔ بے بے بنیاد فتوے، یہ ریڈیکولس کام ہے۔ تو میں نے ان سے کہا کہ ان کو میں نے سمجھایا تو ان کا وہ کھل</w:t>
      </w:r>
    </w:p>
    <w:p>
      <w:r>
        <w:rPr>
          <w:b/>
        </w:rPr>
        <w:t xml:space="preserve">[30:21] </w:t>
      </w:r>
      <w:r>
        <w:t>gaya, un ka mind.</w:t>
      </w:r>
    </w:p>
    <w:p>
      <w:pPr>
        <w:jc w:val="right"/>
      </w:pPr>
      <w:r>
        <w:t>گیا، ان کا مائنڈ۔</w:t>
      </w:r>
    </w:p>
    <w:p>
      <w:r>
        <w:rPr>
          <w:b/>
        </w:rPr>
        <w:t xml:space="preserve">[30:25] </w:t>
      </w:r>
      <w:r>
        <w:t>warna woh samajhte the ke maine koi jurm kar rakha hai, maine koi yahan aaya hoon</w:t>
      </w:r>
    </w:p>
    <w:p>
      <w:pPr>
        <w:jc w:val="right"/>
      </w:pPr>
      <w:r>
        <w:t>ورنہ وہ سمجھتے تھے کہ میں نے کوئی جرم کر رکھا ہے، میں نے کوئی یہاں آیا ہوں</w:t>
      </w:r>
    </w:p>
    <w:p>
      <w:r>
        <w:rPr>
          <w:b/>
        </w:rPr>
        <w:t xml:space="preserve">[30:29] </w:t>
      </w:r>
      <w:r>
        <w:t>to aqsa mein namaz padhne ke liye.</w:t>
      </w:r>
    </w:p>
    <w:p>
      <w:pPr>
        <w:jc w:val="right"/>
      </w:pPr>
      <w:r>
        <w:t>تو اقصیٰ میں نماز پڑھنے کے لیے۔</w:t>
      </w:r>
    </w:p>
    <w:p>
      <w:r>
        <w:rPr>
          <w:b/>
        </w:rPr>
        <w:t xml:space="preserve">[30:33] </w:t>
      </w:r>
      <w:r>
        <w:t>to maine kaha woh fatwa hi galat hai.</w:t>
      </w:r>
    </w:p>
    <w:p>
      <w:pPr>
        <w:jc w:val="right"/>
      </w:pPr>
      <w:r>
        <w:t>تو میں نے کہا وہ فتوہ ہی غلط ہے۔</w:t>
      </w:r>
    </w:p>
    <w:p>
      <w:r>
        <w:rPr>
          <w:b/>
        </w:rPr>
        <w:t xml:space="preserve">[30:37] </w:t>
      </w:r>
      <w:r>
        <w:t>woh fatwa hi ko baseless manen aap.</w:t>
      </w:r>
    </w:p>
    <w:p>
      <w:pPr>
        <w:jc w:val="right"/>
      </w:pPr>
      <w:r>
        <w:t>وہ فتوہ ہی کو بیسلیس مانیں آپ۔</w:t>
      </w:r>
    </w:p>
    <w:p>
      <w:r>
        <w:rPr>
          <w:b/>
        </w:rPr>
        <w:t xml:space="preserve">[30:40] </w:t>
      </w:r>
      <w:r>
        <w:t>aap kyon apne ko samajhte hain ke hum ne ghalati kar rakhi hai? woh fatwa ghalat hai, aap</w:t>
      </w:r>
    </w:p>
    <w:p>
      <w:pPr>
        <w:jc w:val="right"/>
      </w:pPr>
      <w:r>
        <w:t>آپ کیوں اپنے کو سمجھتے ہیں کہ ہم نے غلطی کر رکھی ہے؟ وہ فتوہ غلط ہے، آپ</w:t>
      </w:r>
    </w:p>
    <w:p>
      <w:r>
        <w:rPr>
          <w:b/>
        </w:rPr>
        <w:t xml:space="preserve">[30:44] </w:t>
      </w:r>
      <w:r>
        <w:t>ghalat nahin hain.</w:t>
      </w:r>
    </w:p>
    <w:p>
      <w:pPr>
        <w:jc w:val="right"/>
      </w:pPr>
      <w:r>
        <w:t>غلط نہیں ہیں۔</w:t>
      </w:r>
    </w:p>
    <w:p>
      <w:r>
        <w:rPr>
          <w:b/>
        </w:rPr>
        <w:t xml:space="preserve">[30:48] </w:t>
      </w:r>
      <w:r>
        <w:t>to khair, hamare saathi gaye israel, wahan par unhon ne stall lagaya, book stall, book</w:t>
      </w:r>
    </w:p>
    <w:p>
      <w:pPr>
        <w:jc w:val="right"/>
      </w:pPr>
      <w:r>
        <w:t>تو خیر، ہمارے ساتھی گئے اسرائیل، وہاں پر انہوں نے اسٹال لگایا، بک اسٹال، بک</w:t>
      </w:r>
    </w:p>
    <w:p>
      <w:r>
        <w:rPr>
          <w:b/>
        </w:rPr>
        <w:t xml:space="preserve">[30:52] </w:t>
      </w:r>
      <w:r>
        <w:t>fair mein.</w:t>
      </w:r>
    </w:p>
    <w:p>
      <w:pPr>
        <w:jc w:val="right"/>
      </w:pPr>
      <w:r>
        <w:t>فیئر میں۔</w:t>
      </w:r>
    </w:p>
    <w:p>
      <w:r>
        <w:rPr>
          <w:b/>
        </w:rPr>
        <w:t xml:space="preserve">[30:57] </w:t>
      </w:r>
      <w:r>
        <w:t>to wahan kya hua ke yahoodi ladke quran ko le ke log dene lage, dekho bhai yeh quran</w:t>
      </w:r>
    </w:p>
    <w:p>
      <w:pPr>
        <w:jc w:val="right"/>
      </w:pPr>
      <w:r>
        <w:t>تو وہاں کیا ہوا کہ یہودی لڑکے قرآن کو لے کے لوگ دینے لگے، دیکھو بھئی یہ قرآن</w:t>
      </w:r>
    </w:p>
    <w:p>
      <w:r>
        <w:rPr>
          <w:b/>
        </w:rPr>
        <w:t xml:space="preserve">[31:02] </w:t>
      </w:r>
      <w:r>
        <w:t>hai, padho is ko.</w:t>
      </w:r>
    </w:p>
    <w:p>
      <w:pPr>
        <w:jc w:val="right"/>
      </w:pPr>
      <w:r>
        <w:t>ہے، پڑھو اس کو۔</w:t>
      </w:r>
    </w:p>
    <w:p>
      <w:r>
        <w:rPr>
          <w:b/>
        </w:rPr>
        <w:t xml:space="preserve">[31:07] </w:t>
      </w:r>
      <w:r>
        <w:t>yahoodi ladke jin ko aap samajhte hain ke sab se bure hain, woh dekhen ek raaz ki baat</w:t>
      </w:r>
    </w:p>
    <w:p>
      <w:pPr>
        <w:jc w:val="right"/>
      </w:pPr>
      <w:r>
        <w:t>یہودی لڑکے جن کو آپ سمجھتے ہیں کہ سب سے برے ہیں، وہ دیکھیں ایک راز کی بات</w:t>
      </w:r>
    </w:p>
    <w:p>
      <w:r>
        <w:rPr>
          <w:b/>
        </w:rPr>
        <w:t xml:space="preserve">[31:12] </w:t>
      </w:r>
      <w:r>
        <w:t>yeh hai ke is zamane mein koi kattar pan ko afford nahin kar sakta.</w:t>
      </w:r>
    </w:p>
    <w:p>
      <w:pPr>
        <w:jc w:val="right"/>
      </w:pPr>
      <w:r>
        <w:t>یہ ہے کہ اس زمانے میں کوئی کٹر پن کو افورڈ نہیں کر سکتا۔</w:t>
      </w:r>
    </w:p>
    <w:p>
      <w:r>
        <w:rPr>
          <w:b/>
        </w:rPr>
        <w:t xml:space="preserve">[31:17] </w:t>
      </w:r>
      <w:r>
        <w:t>agar koi kattar pan ka m</w:t>
      </w:r>
    </w:p>
    <w:p>
      <w:pPr>
        <w:jc w:val="right"/>
      </w:pPr>
      <w:r>
        <w:t>اگر کوئی کٹر پن کا م</w:t>
      </w:r>
    </w:p>
    <w:p>
      <w:r>
        <w:rPr>
          <w:b/>
        </w:rPr>
        <w:t xml:space="preserve">[31:22] </w:t>
      </w:r>
      <w:r>
        <w:t>zahira kare to aaj jo aaj ka jo speed of the age hai, is ke lehaz se woh</w:t>
      </w:r>
    </w:p>
    <w:p>
      <w:pPr>
        <w:jc w:val="right"/>
      </w:pPr>
      <w:r>
        <w:t>ظاہرہ کرے تو آج جو آج کا جو اسپیڈ آف دی ایج ہے، اس کے لحاظ سے وہ</w:t>
      </w:r>
    </w:p>
    <w:p>
      <w:r>
        <w:rPr>
          <w:b/>
        </w:rPr>
        <w:t xml:space="preserve">[31:28] </w:t>
      </w:r>
      <w:r>
        <w:t>apne ko, yani bohat hi, yani goya ke is ke bare mein yeh taassur banega ke woh,</w:t>
      </w:r>
    </w:p>
    <w:p>
      <w:pPr>
        <w:jc w:val="right"/>
      </w:pPr>
      <w:r>
        <w:t>اپنے کو، یعنی بہت ہی، یعنی گویا کہ اس کے بارے میں یہ تاثر بنے گا کہ وہ،</w:t>
      </w:r>
    </w:p>
    <w:p>
      <w:r>
        <w:rPr>
          <w:b/>
        </w:rPr>
        <w:t xml:space="preserve">[31:34] </w:t>
      </w:r>
      <w:r>
        <w:t>yani aap to the bark nahin hai, aaj ke mayar ke mutabiq nahin hai.</w:t>
      </w:r>
    </w:p>
    <w:p>
      <w:pPr>
        <w:jc w:val="right"/>
      </w:pPr>
      <w:r>
        <w:t>یعنی آپ ٹو دا بارک نہیں ہے، آج کے معیار کے مطابق نہیں ہے۔</w:t>
      </w:r>
    </w:p>
    <w:p>
      <w:r>
        <w:rPr>
          <w:b/>
        </w:rPr>
        <w:t xml:space="preserve">[31:40] </w:t>
      </w:r>
      <w:r>
        <w:t>yeh bohat hi zabardast baat mein arz kar raha hoon aap ki khidmat mein ke aaj agar koi</w:t>
      </w:r>
    </w:p>
    <w:p>
      <w:pPr>
        <w:jc w:val="right"/>
      </w:pPr>
      <w:r>
        <w:t>یہ بہت ہی زبردست بات میں عرض کر رہا ہوں آپ کی خدمت میں کہ آج اگر کوئی</w:t>
      </w:r>
    </w:p>
    <w:p>
      <w:r>
        <w:rPr>
          <w:b/>
        </w:rPr>
        <w:t xml:space="preserve">[31:46] </w:t>
      </w:r>
      <w:r>
        <w:t>kattar pan ko muzahira kare, aap ko koi namaz na parhne de,</w:t>
      </w:r>
    </w:p>
    <w:p>
      <w:pPr>
        <w:jc w:val="right"/>
      </w:pPr>
      <w:r>
        <w:t>کٹر پن کو مظاہرہ کرے، آپ کو کوئی نماز نہ پڑھنے دے،</w:t>
      </w:r>
    </w:p>
    <w:p>
      <w:r>
        <w:rPr>
          <w:b/>
        </w:rPr>
        <w:t xml:space="preserve">[31:52] </w:t>
      </w:r>
      <w:r>
        <w:t>kitab phailane de, quran na distribute karne de, to jo aaj ka jo norm hai, universal norm, us</w:t>
      </w:r>
    </w:p>
    <w:p>
      <w:pPr>
        <w:jc w:val="right"/>
      </w:pPr>
      <w:r>
        <w:t>کتاب پھیلانے دے، قرآن نہ ڈسٹریبیوٹ کرنے دے، تو جو آج کا جو نارم ہے، یونیورسل نارم، اس</w:t>
      </w:r>
    </w:p>
    <w:p>
      <w:r>
        <w:rPr>
          <w:b/>
        </w:rPr>
        <w:t xml:space="preserve">[31:58] </w:t>
      </w:r>
      <w:r>
        <w:t>norm ke samjhen ke yeh to mujhe use apne ko mein chhota kar raha hoon, use apne ko</w:t>
      </w:r>
    </w:p>
    <w:p>
      <w:pPr>
        <w:jc w:val="right"/>
      </w:pPr>
      <w:r>
        <w:t>نارم کے سمجھیں کہ یہ تو مجھے اسے اپنے کو میں چھوٹا کر رہا ہوں، اسے اپنے کو</w:t>
      </w:r>
    </w:p>
    <w:p>
      <w:r>
        <w:rPr>
          <w:b/>
        </w:rPr>
        <w:t xml:space="preserve">[32:04] </w:t>
      </w:r>
      <w:r>
        <w:t>kam kar raha hoon, is se.</w:t>
      </w:r>
    </w:p>
    <w:p>
      <w:pPr>
        <w:jc w:val="right"/>
      </w:pPr>
      <w:r>
        <w:t>کم کر رہا ہوں، اس سے۔</w:t>
      </w:r>
    </w:p>
    <w:p>
      <w:r>
        <w:rPr>
          <w:b/>
        </w:rPr>
        <w:t xml:space="preserve">[32:10] </w:t>
      </w:r>
      <w:r>
        <w:t>yani samajh yeh hai ke yeh bohat hi bari taeed hai ke Allah taala ne woh log jo</w:t>
      </w:r>
    </w:p>
    <w:p>
      <w:pPr>
        <w:jc w:val="right"/>
      </w:pPr>
      <w:r>
        <w:t>یعنی سمجھ یہ ہے کہ یہ بہت ہی بڑی تائید ہے کہ اللہ تعالیٰ نے وہ لوگ جو</w:t>
      </w:r>
    </w:p>
    <w:p>
      <w:r>
        <w:rPr>
          <w:b/>
        </w:rPr>
        <w:t xml:space="preserve">[32:16] </w:t>
      </w:r>
      <w:r>
        <w:t>ke un ka koi deen se taalluq nahin hai, unhon ne ek aisa daur paida</w:t>
      </w:r>
    </w:p>
    <w:p>
      <w:pPr>
        <w:jc w:val="right"/>
      </w:pPr>
      <w:r>
        <w:t>کہ ان کا کوئی دین سے تعلق نہیں ہے، انہوں نے ایک ایسا دور پیدا</w:t>
      </w:r>
    </w:p>
    <w:p>
      <w:r>
        <w:rPr>
          <w:b/>
        </w:rPr>
        <w:t xml:space="preserve">[32:22] </w:t>
      </w:r>
      <w:r>
        <w:t>kiya jis ko mein openness ka daur keh raha hoon.</w:t>
      </w:r>
    </w:p>
    <w:p>
      <w:pPr>
        <w:jc w:val="right"/>
      </w:pPr>
      <w:r>
        <w:t>کیا جس کو میں اوپننس کا دور کہہ رہا ہوں۔</w:t>
      </w:r>
    </w:p>
    <w:p>
      <w:r>
        <w:rPr>
          <w:b/>
        </w:rPr>
        <w:t xml:space="preserve">[32:27] </w:t>
      </w:r>
      <w:r>
        <w:t>ke islam khule taur par aap ko mauqa hoga ke islam ke liye ibadat karen, islam ki kitaben</w:t>
      </w:r>
    </w:p>
    <w:p>
      <w:pPr>
        <w:jc w:val="right"/>
      </w:pPr>
      <w:r>
        <w:t>کہ اسلام کھلے طور پر آپ کو موقع ہوگا کہ اسلام کے لیے عبادت کریں، اسلام کی کتابیں</w:t>
      </w:r>
    </w:p>
    <w:p>
      <w:r>
        <w:rPr>
          <w:b/>
        </w:rPr>
        <w:t xml:space="preserve">[32:31] </w:t>
      </w:r>
      <w:r>
        <w:t>phailayen, quran ko distribute karen, bila rukawat ke.</w:t>
      </w:r>
    </w:p>
    <w:p>
      <w:pPr>
        <w:jc w:val="right"/>
      </w:pPr>
      <w:r>
        <w:t>پھیلائیں، قرآن کو ڈسٹریبیوٹ کریں، بلا رکاوٹ کے۔</w:t>
      </w:r>
    </w:p>
    <w:p>
      <w:r>
        <w:rPr>
          <w:b/>
        </w:rPr>
        <w:t xml:space="preserve">[32:35] </w:t>
      </w:r>
      <w:r>
        <w:t>aur un logon ke bare mein hai ke agar hum rukawat dalenge to khoob hum apne ko</w:t>
      </w:r>
    </w:p>
    <w:p>
      <w:pPr>
        <w:jc w:val="right"/>
      </w:pPr>
      <w:r>
        <w:t>اور ان لوگوں کے بارے میں ہے کہ اگر ہم رکاوٹ ڈالیں گے تو خوب ہم اپنے کو</w:t>
      </w:r>
    </w:p>
    <w:p>
      <w:r>
        <w:rPr>
          <w:b/>
        </w:rPr>
        <w:t xml:space="preserve">[32:40] </w:t>
      </w:r>
      <w:r>
        <w:t>kamtar dikhayenge, universal standard se kam honge.</w:t>
      </w:r>
    </w:p>
    <w:p>
      <w:pPr>
        <w:jc w:val="right"/>
      </w:pPr>
      <w:r>
        <w:t>کمتر دکھائیں گے، یونیورسل اسٹینڈرڈ سے کم ہوں گے۔</w:t>
      </w:r>
    </w:p>
    <w:p>
      <w:r>
        <w:rPr>
          <w:b/>
        </w:rPr>
        <w:t xml:space="preserve">[32:44] </w:t>
      </w:r>
      <w:r>
        <w:t>aaj ka jo universal standard hai, us se hum apne ko kam kar lenge.</w:t>
      </w:r>
    </w:p>
    <w:p>
      <w:pPr>
        <w:jc w:val="right"/>
      </w:pPr>
      <w:r>
        <w:t>آج کا جو یونیورسل اسٹینڈرڈ ہے، اس سے ہم اپنے کو کم کر لیں گے۔</w:t>
      </w:r>
    </w:p>
    <w:p>
      <w:r>
        <w:rPr>
          <w:b/>
        </w:rPr>
        <w:t xml:space="preserve">[32:48] </w:t>
      </w:r>
      <w:r>
        <w:t>kesi ajeeb o ghareeb</w:t>
      </w:r>
    </w:p>
    <w:p>
      <w:pPr>
        <w:jc w:val="right"/>
      </w:pPr>
      <w:r>
        <w:t>کیسی عجیب و غریب</w:t>
      </w:r>
    </w:p>
    <w:p>
      <w:r>
        <w:rPr>
          <w:b/>
        </w:rPr>
        <w:t xml:space="preserve">[32:53] </w:t>
      </w:r>
      <w:r>
        <w:t>baat hai.</w:t>
      </w:r>
    </w:p>
    <w:p>
      <w:pPr>
        <w:jc w:val="right"/>
      </w:pPr>
      <w:r>
        <w:t>بات ہے۔</w:t>
      </w:r>
    </w:p>
    <w:p>
      <w:r>
        <w:rPr>
          <w:b/>
        </w:rPr>
        <w:t xml:space="preserve">[32:57] </w:t>
      </w:r>
      <w:r>
        <w:t>yani aaj ka jo universal standard hai.</w:t>
      </w:r>
    </w:p>
    <w:p>
      <w:pPr>
        <w:jc w:val="right"/>
      </w:pPr>
      <w:r>
        <w:t>یعنی آج کا جو یونیورسل اسٹینڈرڈ ہے۔</w:t>
      </w:r>
    </w:p>
    <w:p>
      <w:r>
        <w:rPr>
          <w:b/>
        </w:rPr>
        <w:t xml:space="preserve">[33:01] </w:t>
      </w:r>
      <w:r>
        <w:t>to agar aap kehte hain openness hai to aap se poore utar rahe hain.</w:t>
      </w:r>
    </w:p>
    <w:p>
      <w:pPr>
        <w:jc w:val="right"/>
      </w:pPr>
      <w:r>
        <w:t>تو اگر آپ کہتے ہیں اوپننس ہے تو آپ سے پورے اتر رہے ہیں۔</w:t>
      </w:r>
    </w:p>
    <w:p>
      <w:r>
        <w:rPr>
          <w:b/>
        </w:rPr>
        <w:t xml:space="preserve">[33:05] </w:t>
      </w:r>
      <w:r>
        <w:t>agar openness nahi hai to aaj ka jo universal standard hai, is se aap ne kam kar liya</w:t>
      </w:r>
    </w:p>
    <w:p>
      <w:pPr>
        <w:jc w:val="right"/>
      </w:pPr>
      <w:r>
        <w:t>اگر اوپننس نہیں ہے تو آج کا جو یونیورسل اسٹینڈرڈ ہے، اس سے آپ نے کم کر لیا</w:t>
      </w:r>
    </w:p>
    <w:p>
      <w:r>
        <w:rPr>
          <w:b/>
        </w:rPr>
        <w:t xml:space="preserve">[33:10] </w:t>
      </w:r>
      <w:r>
        <w:t>apne aap ko.</w:t>
      </w:r>
    </w:p>
    <w:p>
      <w:pPr>
        <w:jc w:val="right"/>
      </w:pPr>
      <w:r>
        <w:t>اپنے آپ کو۔</w:t>
      </w:r>
    </w:p>
    <w:p>
      <w:r>
        <w:rPr>
          <w:b/>
        </w:rPr>
        <w:t xml:space="preserve">[33:14] </w:t>
      </w:r>
      <w:r>
        <w:t>to aaj ka insan afford nahi kar sakta ke wo openness ke khilaaf jaye, wo kattar pan dikhaye.</w:t>
      </w:r>
    </w:p>
    <w:p>
      <w:pPr>
        <w:jc w:val="right"/>
      </w:pPr>
      <w:r>
        <w:t>تو آج کا انسان افورڈ نہیں کر سکتا کہ وہ اوپننس کے خلاف جائے، وہ کٹر پن دکھائے۔</w:t>
      </w:r>
    </w:p>
    <w:p>
      <w:r>
        <w:rPr>
          <w:b/>
        </w:rPr>
        <w:t xml:space="preserve">[33:18] </w:t>
      </w:r>
      <w:r>
        <w:t>yeh to musalmanon ne intehai na</w:t>
      </w:r>
    </w:p>
    <w:p>
      <w:pPr>
        <w:jc w:val="right"/>
      </w:pPr>
      <w:r>
        <w:t>یہ تو مسلمانوں نے انتہائی ن</w:t>
      </w:r>
    </w:p>
    <w:p>
      <w:r>
        <w:rPr>
          <w:b/>
        </w:rPr>
        <w:t xml:space="preserve">[33:23] </w:t>
      </w:r>
      <w:r>
        <w:t>dani ke sath jo chala rakha hai, woh violence culture jahad ke naam par, is ka is ne maslay paida kiye hain. aur yahan ulma khamosh hain. ulma ki sab se bari ghalti mere nazdeek yeh hai ke Allah ka poocha jayega un se ke tum ne fatwa kyun nahi diya? sab mil kar fatwa kyun nahi diya ke yeh jahad nahi hai, yeh fasad hai? kyun ke is ki wajah se islam ke liye rukawatein ho gayi hain. ab kahin rasool Allah ke gustakh</w:t>
      </w:r>
    </w:p>
    <w:p>
      <w:pPr>
        <w:jc w:val="right"/>
      </w:pPr>
      <w:r>
        <w:t>ادانی کے ساتھ جو چلا رکھا ہے، وہ وائلنس کلچر جہاد کے نام پر، اس کا اس نے مسئلے پیدا کیے ہیں۔ اور یہاں علماء خاموش ہیں۔ علماء کی سب سے بڑی غلطی میرے نزدیک یہ ہے کہ اللہ کا پوچھا جائے گا ان سے کہ تم نے فتویٰ کیوں نہیں دیا؟ سب مل کر فتویٰ کیوں نہیں دیا کہ یہ جہاد نہیں ہے، یہ فساد ہے؟ کیونکہ اس کی وجہ سے اسلام کے لیے رکاوٹیں ہو گئی ہیں۔ اب کہیں رسول اللہ کے گستا</w:t>
      </w:r>
    </w:p>
    <w:p>
      <w:r>
        <w:rPr>
          <w:b/>
        </w:rPr>
        <w:t xml:space="preserve">[33:53] </w:t>
      </w:r>
      <w:r>
        <w:t>khay le kar, ke gustakhi ki hai, is par maar kaat karte hain.</w:t>
      </w:r>
    </w:p>
    <w:p>
      <w:pPr>
        <w:jc w:val="right"/>
      </w:pPr>
      <w:r>
        <w:t>خے لے کر، کہ گستاخی کی ہے، اس پر مار کاٹ کرتے ہیں۔</w:t>
      </w:r>
    </w:p>
    <w:p>
      <w:r>
        <w:rPr>
          <w:b/>
        </w:rPr>
        <w:t xml:space="preserve">[33:56] </w:t>
      </w:r>
      <w:r>
        <w:t>gustakhi ka khud sakhta lafz hai.</w:t>
      </w:r>
    </w:p>
    <w:p>
      <w:pPr>
        <w:jc w:val="right"/>
      </w:pPr>
      <w:r>
        <w:t>گستاخی کا خود ساختہ لفظ ہے۔</w:t>
      </w:r>
    </w:p>
    <w:p>
      <w:r>
        <w:rPr>
          <w:b/>
        </w:rPr>
        <w:t xml:space="preserve">[34:00] </w:t>
      </w:r>
      <w:r>
        <w:t>kahin quran o hadees mein nahi ke jo gustakhi kare, us ko maro.</w:t>
      </w:r>
    </w:p>
    <w:p>
      <w:pPr>
        <w:jc w:val="right"/>
      </w:pPr>
      <w:r>
        <w:t>کہیں قرآن و حدیث میں نہیں کہ جو گستاخی کرے، اس کو مارو۔</w:t>
      </w:r>
    </w:p>
    <w:p>
      <w:r>
        <w:rPr>
          <w:b/>
        </w:rPr>
        <w:t xml:space="preserve">[34:04] </w:t>
      </w:r>
      <w:r>
        <w:t>yeh to bla baseless se bhi zyada galat koi cheez hai.</w:t>
      </w:r>
    </w:p>
    <w:p>
      <w:pPr>
        <w:jc w:val="right"/>
      </w:pPr>
      <w:r>
        <w:t>یہ تو بلا بیسلیس سے بھی زیادہ غلط کوئی چیز ہے۔</w:t>
      </w:r>
    </w:p>
    <w:p>
      <w:r>
        <w:rPr>
          <w:b/>
        </w:rPr>
        <w:t xml:space="preserve">[34:08] </w:t>
      </w:r>
      <w:r>
        <w:t>yeh baseless se bhi zyada galat koi cheez hai.</w:t>
      </w:r>
    </w:p>
    <w:p>
      <w:pPr>
        <w:jc w:val="right"/>
      </w:pPr>
      <w:r>
        <w:t>یہ بیسلیس سے بھی زیادہ غلط کوئی چیز ہے۔</w:t>
      </w:r>
    </w:p>
    <w:p>
      <w:r>
        <w:rPr>
          <w:b/>
        </w:rPr>
        <w:t xml:space="preserve">[34:12] </w:t>
      </w:r>
      <w:r>
        <w:t>aur main samajhta hoon ke is ki zimmedari ibn taimiya par jati hai, jo pehli kitab likhi</w:t>
      </w:r>
    </w:p>
    <w:p>
      <w:pPr>
        <w:jc w:val="right"/>
      </w:pPr>
      <w:r>
        <w:t>اور میں سمجھتا ہوں کہ اس کی ذمہ داری ابن تیمیہ پر جاتی ہے، جو پہلی کتاب لکھی</w:t>
      </w:r>
    </w:p>
    <w:p>
      <w:r>
        <w:rPr>
          <w:b/>
        </w:rPr>
        <w:t xml:space="preserve">[34:15] </w:t>
      </w:r>
      <w:r>
        <w:t>thi unhon ne.</w:t>
      </w:r>
    </w:p>
    <w:p>
      <w:pPr>
        <w:jc w:val="right"/>
      </w:pPr>
      <w:r>
        <w:t>تھی انہوں نے۔</w:t>
      </w:r>
    </w:p>
    <w:p>
      <w:r>
        <w:rPr>
          <w:b/>
        </w:rPr>
        <w:t xml:space="preserve">[34:19] </w:t>
      </w:r>
      <w:r>
        <w:t>unhon ne yeh to likh diya ke asar al bastool aur ishad bil rasool</w:t>
      </w:r>
    </w:p>
    <w:p>
      <w:pPr>
        <w:jc w:val="right"/>
      </w:pPr>
      <w:r>
        <w:t>انہوں نے یہ تو لکھ دیا کہ اسارب البسطول اور اشاد بالرسول</w:t>
      </w:r>
    </w:p>
    <w:p>
      <w:r>
        <w:rPr>
          <w:b/>
        </w:rPr>
        <w:t xml:space="preserve">[34:23] </w:t>
      </w:r>
      <w:r>
        <w:t>ke jo rasool Allah ki gustakhi kare, us ko maro.</w:t>
      </w:r>
    </w:p>
    <w:p>
      <w:pPr>
        <w:jc w:val="right"/>
      </w:pPr>
      <w:r>
        <w:t>کہ جو رسول اللہ کی گستاخی کرے، اس کو مارو۔</w:t>
      </w:r>
    </w:p>
    <w:p>
      <w:r>
        <w:rPr>
          <w:b/>
        </w:rPr>
        <w:t xml:space="preserve">[34:27] </w:t>
      </w:r>
      <w:r>
        <w:t>is mein yeh chapter nahi banaya, nahi lagaya ke maarne ka kaam sirf court ka hota hai.</w:t>
      </w:r>
    </w:p>
    <w:p>
      <w:pPr>
        <w:jc w:val="right"/>
      </w:pPr>
      <w:r>
        <w:t>اس میں یہ چیپٹر نہیں بنایا، نہیں لگایا کہ مارنے کا کام صرف کورٹ کا ہوتا ہے۔</w:t>
      </w:r>
    </w:p>
    <w:p>
      <w:r>
        <w:rPr>
          <w:b/>
        </w:rPr>
        <w:t xml:space="preserve">[34:31] </w:t>
      </w:r>
      <w:r>
        <w:t>court ke faisle par kisi ko mara jayega.</w:t>
      </w:r>
    </w:p>
    <w:p>
      <w:pPr>
        <w:jc w:val="right"/>
      </w:pPr>
      <w:r>
        <w:t>کورٹ کے فیصلے پر کسی کو مارا جائے گا۔</w:t>
      </w:r>
    </w:p>
    <w:p>
      <w:r>
        <w:rPr>
          <w:b/>
        </w:rPr>
        <w:t xml:space="preserve">[34:35] </w:t>
      </w:r>
      <w:r>
        <w:t>ab unhon ne ek bilkul free hand de diya, har aadmi ko jo chahe maro.</w:t>
      </w:r>
    </w:p>
    <w:p>
      <w:pPr>
        <w:jc w:val="right"/>
      </w:pPr>
      <w:r>
        <w:t>اب انہوں نے ایک بالکل فری ہینڈ دے دیا، ہر آدمی کو جو چاہے مارو۔</w:t>
      </w:r>
    </w:p>
    <w:p>
      <w:r>
        <w:rPr>
          <w:b/>
        </w:rPr>
        <w:t xml:space="preserve">[34:39] </w:t>
      </w:r>
      <w:r>
        <w:t>itni zyada yeh kitab baseless hai.</w:t>
      </w:r>
    </w:p>
    <w:p>
      <w:pPr>
        <w:jc w:val="right"/>
      </w:pPr>
      <w:r>
        <w:t>اتنی زیادہ یہ کتاب بیسلیس ہے۔</w:t>
      </w:r>
    </w:p>
    <w:p>
      <w:r>
        <w:rPr>
          <w:b/>
        </w:rPr>
        <w:t xml:space="preserve">[34:44] </w:t>
      </w:r>
      <w:r>
        <w:t>har aadmi ko mauqa dein ke jis ko dekho ke to gustakhi hai, maro us ko.</w:t>
      </w:r>
    </w:p>
    <w:p>
      <w:pPr>
        <w:jc w:val="right"/>
      </w:pPr>
      <w:r>
        <w:t>ہر آدمی کو موقع دیں کہ جس کو دیکھو کہ تو گستاخی ہے، مارو اس کو۔</w:t>
      </w:r>
    </w:p>
    <w:p>
      <w:r>
        <w:rPr>
          <w:b/>
        </w:rPr>
        <w:t xml:space="preserve">[34:48] </w:t>
      </w:r>
      <w:r>
        <w:t>goya islam ko anarchy hai.</w:t>
      </w:r>
    </w:p>
    <w:p>
      <w:pPr>
        <w:jc w:val="right"/>
      </w:pPr>
      <w:r>
        <w:t>گویا اسلام کو انارکی ہے۔</w:t>
      </w:r>
    </w:p>
    <w:p>
      <w:r>
        <w:rPr>
          <w:b/>
        </w:rPr>
        <w:t xml:space="preserve">[34:52] </w:t>
      </w:r>
      <w:r>
        <w:t>yeh bla shubah islam mein haram hai ke aap khud hi khud lage kisi ko maar rahe hain.</w:t>
      </w:r>
    </w:p>
    <w:p>
      <w:pPr>
        <w:jc w:val="right"/>
      </w:pPr>
      <w:r>
        <w:t>یہ بلا شبہ اسلام میں حرام ہے کہ آپ خود ہی خود لگے کسی کو مار رہے ہیں۔</w:t>
      </w:r>
    </w:p>
    <w:p>
      <w:r>
        <w:rPr>
          <w:b/>
        </w:rPr>
        <w:t xml:space="preserve">[34:56] </w:t>
      </w:r>
      <w:r>
        <w:t>wo madine mein ek waqia hua ke ek shakhs sharab pi hui hui tha.</w:t>
      </w:r>
    </w:p>
    <w:p>
      <w:pPr>
        <w:jc w:val="right"/>
      </w:pPr>
      <w:r>
        <w:t>وہ مدینہ میں ایک واقعہ ہوا کہ ایک شخص شراب پی ہوئی ہوئی تھا۔</w:t>
      </w:r>
    </w:p>
    <w:p>
      <w:r>
        <w:rPr>
          <w:b/>
        </w:rPr>
        <w:t xml:space="preserve">[35:01] </w:t>
      </w:r>
      <w:r>
        <w:t>wo bilkul yuyun gir pada tha sharab pi kar ke.</w:t>
      </w:r>
    </w:p>
    <w:p>
      <w:pPr>
        <w:jc w:val="right"/>
      </w:pPr>
      <w:r>
        <w:t>وہ بالکل یوں یوں گر پڑ رہا تھا شراب پی کر کے۔</w:t>
      </w:r>
    </w:p>
    <w:p>
      <w:r>
        <w:rPr>
          <w:b/>
        </w:rPr>
        <w:t xml:space="preserve">[35:06] </w:t>
      </w:r>
      <w:r>
        <w:t>to sahaba ne dekha ke is sharab par, aap jante hain ke sharab mein kode mare jate hain.</w:t>
      </w:r>
    </w:p>
    <w:p>
      <w:pPr>
        <w:jc w:val="right"/>
      </w:pPr>
      <w:r>
        <w:t>تو صحابہ نے دیکھا کہ اس شراب پر، آپ جانتے ہیں کہ شراب میں کوڑے مارے جاتے ہیں۔</w:t>
      </w:r>
    </w:p>
    <w:p>
      <w:r>
        <w:rPr>
          <w:b/>
        </w:rPr>
        <w:t xml:space="preserve">[35:11] </w:t>
      </w:r>
      <w:r>
        <w:t>sahaba ne kode nahi mare.</w:t>
      </w:r>
    </w:p>
    <w:p>
      <w:pPr>
        <w:jc w:val="right"/>
      </w:pPr>
      <w:r>
        <w:t>صحابہ نے کوڑے نہیں مارے۔</w:t>
      </w:r>
    </w:p>
    <w:p>
      <w:r>
        <w:rPr>
          <w:b/>
        </w:rPr>
        <w:t xml:space="preserve">[35:16] </w:t>
      </w:r>
      <w:r>
        <w:t>is ko pakad kar rasool Allah ke paas laye, jo us waqt un ki hesiyat court ki thi.</w:t>
      </w:r>
    </w:p>
    <w:p>
      <w:pPr>
        <w:jc w:val="right"/>
      </w:pPr>
      <w:r>
        <w:t>اس کو پکڑ کر رسول اللہ کے پاس لائے، جو اس وقت ان کی حیثیت کورٹ کی تھی۔</w:t>
      </w:r>
    </w:p>
    <w:p>
      <w:r>
        <w:rPr>
          <w:b/>
        </w:rPr>
        <w:t xml:space="preserve">[35:21] </w:t>
      </w:r>
      <w:r>
        <w:t>to ek shakhs ko aap dekhen jurm karte hue, to aap ko khud haq nahi ke</w:t>
      </w:r>
    </w:p>
    <w:p>
      <w:pPr>
        <w:jc w:val="right"/>
      </w:pPr>
      <w:r>
        <w:t>تو ایک شخص کو آپ دیکھیں جرم کرتے ہوئے، تو آپ کو خود حق نہیں کہ</w:t>
      </w:r>
    </w:p>
    <w:p>
      <w:r>
        <w:rPr>
          <w:b/>
        </w:rPr>
        <w:t xml:space="preserve">[35:26] </w:t>
      </w:r>
      <w:r>
        <w:t>aap us ko lagen kode marne.</w:t>
      </w:r>
    </w:p>
    <w:p>
      <w:pPr>
        <w:jc w:val="right"/>
      </w:pPr>
      <w:r>
        <w:t>آپ اس کو لگیں کوڑے مارنے۔</w:t>
      </w:r>
    </w:p>
    <w:p>
      <w:r>
        <w:rPr>
          <w:b/>
        </w:rPr>
        <w:t xml:space="preserve">[35:31] </w:t>
      </w:r>
      <w:r>
        <w:t>qazi ko bhi haq nahi ke bas apne dekhe par lagen kode marne.</w:t>
      </w:r>
    </w:p>
    <w:p>
      <w:pPr>
        <w:jc w:val="right"/>
      </w:pPr>
      <w:r>
        <w:t>قاضی کو بھی حق نہیں کہ بس اپنے دیکھے پر لگے کوڑے مارنے۔</w:t>
      </w:r>
    </w:p>
    <w:p>
      <w:r>
        <w:rPr>
          <w:b/>
        </w:rPr>
        <w:t xml:space="preserve">[35:36] </w:t>
      </w:r>
      <w:r>
        <w:t>is ko shahadat talab karni pare gi.</w:t>
      </w:r>
    </w:p>
    <w:p>
      <w:pPr>
        <w:jc w:val="right"/>
      </w:pPr>
      <w:r>
        <w:t>اس کو شہادت طلب کرنی پڑے گی۔</w:t>
      </w:r>
    </w:p>
    <w:p>
      <w:r>
        <w:rPr>
          <w:b/>
        </w:rPr>
        <w:t xml:space="preserve">[35:41] </w:t>
      </w:r>
      <w:r>
        <w:t>to unhon ne aisi kitabein likh kar, aur bhi logon ne kitabein likhi hain, sirf ibn taimiya ne nahi.</w:t>
      </w:r>
    </w:p>
    <w:p>
      <w:pPr>
        <w:jc w:val="right"/>
      </w:pPr>
      <w:r>
        <w:t>تو انہوں نے ایسی کتابیں لکھ کر، اور بھی لوگوں نے کتابیں لکھی ہیں، صرف ابن تیمیہ نے نہیں۔</w:t>
      </w:r>
    </w:p>
    <w:p>
      <w:r>
        <w:rPr>
          <w:b/>
        </w:rPr>
        <w:t xml:space="preserve">[35:46] </w:t>
      </w:r>
      <w:r>
        <w:t>aur unhon ne yeh chapter is mein nahi izafa kiya ke ba-farz agar yeh, mein to koi manta</w:t>
      </w:r>
    </w:p>
    <w:p>
      <w:pPr>
        <w:jc w:val="right"/>
      </w:pPr>
      <w:r>
        <w:t>اور انہوں نے یہ چیپٹر اس میں نہیں اضافہ کیا کہ بالفرض اگر یہ، میں تو کوئی مانتا</w:t>
      </w:r>
    </w:p>
    <w:p>
      <w:r>
        <w:rPr>
          <w:b/>
        </w:rPr>
        <w:t xml:space="preserve">[35:51] </w:t>
      </w:r>
      <w:r>
        <w:t>hi nahi ke gustakhi par koi saza hai, mein us ko nahi manta, bilkul</w:t>
      </w:r>
    </w:p>
    <w:p>
      <w:pPr>
        <w:jc w:val="right"/>
      </w:pPr>
      <w:r>
        <w:t>ہی نہیں کہ گستاخی پر کوئی سزا ہے، میں اس کو نہیں مانتا، بالکل</w:t>
      </w:r>
    </w:p>
    <w:p>
      <w:r>
        <w:rPr>
          <w:b/>
        </w:rPr>
        <w:t xml:space="preserve">[35:56] </w:t>
      </w:r>
      <w:r>
        <w:t>yeh baseless hai.</w:t>
      </w:r>
    </w:p>
    <w:p>
      <w:pPr>
        <w:jc w:val="right"/>
      </w:pPr>
      <w:r>
        <w:t>یہ بیسلیس ہے۔</w:t>
      </w:r>
    </w:p>
    <w:p>
      <w:r>
        <w:rPr>
          <w:b/>
        </w:rPr>
        <w:t xml:space="preserve">[36:01] </w:t>
      </w:r>
      <w:r>
        <w:t>یہ بالفرض for the sake for government، اگر اس پر سزا ہو تو ان کو لکھنا چاہیے، تو</w:t>
      </w:r>
    </w:p>
    <w:p>
      <w:pPr>
        <w:jc w:val="right"/>
      </w:pPr>
      <w:r>
        <w:t>یہ بالفرض فار دا سیک فار گورنمنٹ، اگر اس پر سزا ہو تو ان کو لکھنا چاہیے، تو</w:t>
      </w:r>
    </w:p>
    <w:p>
      <w:r>
        <w:rPr>
          <w:b/>
        </w:rPr>
        <w:t xml:space="preserve">[36:06] </w:t>
      </w:r>
      <w:r>
        <w:t>wo farz tha un ke upar ke agarche yeh, yani us ko yeh log kehte hain ke yeqtul</w:t>
      </w:r>
    </w:p>
    <w:p>
      <w:pPr>
        <w:jc w:val="right"/>
      </w:pPr>
      <w:r>
        <w:t>وہ فرض تھا ان کے اوپر کہ اگرچہ یہ، یعنی اس کو یہ لوگ کہتے ہیں کہ یقتل</w:t>
      </w:r>
    </w:p>
    <w:p>
      <w:r>
        <w:rPr>
          <w:b/>
        </w:rPr>
        <w:t xml:space="preserve">[36:11] </w:t>
      </w:r>
      <w:r>
        <w:t>haddan, yeh log kehte hain yeqtul haddan, to mein to us ko bilkul galat samajhta hoon.</w:t>
      </w:r>
    </w:p>
    <w:p>
      <w:pPr>
        <w:jc w:val="right"/>
      </w:pPr>
      <w:r>
        <w:t>حداً، یہ لوگ کہتے ہیں یقتل حداً، تو میں تو اس کو بالکل غلط سمجھتا ہوں۔</w:t>
      </w:r>
    </w:p>
    <w:p>
      <w:r>
        <w:rPr>
          <w:b/>
        </w:rPr>
        <w:t xml:space="preserve">[36:16] </w:t>
      </w:r>
      <w:r>
        <w:t>shart bilkul hi galat samajhta hoon us ko ke ke ke gustakhi karne par yeqtul haddan ho jayega.</w:t>
      </w:r>
    </w:p>
    <w:p>
      <w:pPr>
        <w:jc w:val="right"/>
      </w:pPr>
      <w:r>
        <w:t>شرط بالکل ہی غلط سمجھتا ہوں اس کو کہ کہ کہ گستاخی کرنے پر یقتل حداً ہو جائے گا۔</w:t>
      </w:r>
    </w:p>
    <w:p>
      <w:r>
        <w:rPr>
          <w:b/>
        </w:rPr>
        <w:t xml:space="preserve">[36:21] </w:t>
      </w:r>
      <w:r>
        <w:t>lekin for the sake for government, agar kisi ka yeh nazariya ho to us par farz</w:t>
      </w:r>
    </w:p>
    <w:p>
      <w:pPr>
        <w:jc w:val="right"/>
      </w:pPr>
      <w:r>
        <w:t>لیکن فار دا سیک فار گورنمنٹ، اگر کسی کا یہ نظریہ ہو تو اس پر فرض</w:t>
      </w:r>
    </w:p>
    <w:p>
      <w:r>
        <w:rPr>
          <w:b/>
        </w:rPr>
        <w:t xml:space="preserve">[36:26] </w:t>
      </w:r>
      <w:r>
        <w:t>tha ke is mein yeh chapter likhe ke agarche yeh mustaujib saza hai, yeh phir lekin adalat mein ja kar qazi faisla kare ga. koi fard apne aap nahi kisi ko marne lage ga. yani ek cheez jo sar ta pa ghair islam hai, us ko unhon ne islami bana diya. is sare ulma is ke zimmedar hain. aur chup kyun hain? kyun nahi fatwe dete? fatwe kyun nahi dete? kyun ke islam badnam ho raha hai, is liye mein ulma ke khilaf bolta h</w:t>
      </w:r>
    </w:p>
    <w:p>
      <w:pPr>
        <w:jc w:val="right"/>
      </w:pPr>
      <w:r>
        <w:t>تھا کہ اس میں یہ چیپٹر لکھے کہ اگرچہ یہ مستوجب سزا ہے، یہ پھر لیکن عدالت میں جا کر قاضی فیصلہ کرے گا۔ کوئی فرد اپنے آپ نہیں کسی کو مارنے لگے گا۔ یعنی ایک چیز جو سر تا پا غیر اسلام ہے، اس کو انہوں نے اسلامی بنا دیا۔ اس سارے علماء اس کے ذمہ دار ہیں۔ اور چپ کیوں ہیں؟ کیوں نہیں فتوے دیتے؟ فتوے کیوں نہیں دیتے؟ چونکہ اسلام بدنام ہو رہا ہے، اس لیے میں علماء کے خلاف بولتا ہ</w:t>
      </w:r>
    </w:p>
    <w:p>
      <w:r>
        <w:rPr>
          <w:b/>
        </w:rPr>
        <w:t xml:space="preserve">[36:56] </w:t>
      </w:r>
      <w:r>
        <w:t>un.</w:t>
      </w:r>
    </w:p>
    <w:p>
      <w:pPr>
        <w:jc w:val="right"/>
      </w:pPr>
      <w:r>
        <w:t>وں۔</w:t>
      </w:r>
    </w:p>
    <w:p>
      <w:r>
        <w:rPr>
          <w:b/>
        </w:rPr>
        <w:t xml:space="preserve">[37:02] </w:t>
      </w:r>
      <w:r>
        <w:t>agar Islam artistic na hota to mujhe ulama ke khilaf bolne ki koi zaroorat nahi thi.</w:t>
      </w:r>
    </w:p>
    <w:p>
      <w:pPr>
        <w:jc w:val="right"/>
      </w:pPr>
      <w:r>
        <w:t>اگر اسلام آرٹسٹرک نہ ہوتا تو مجھے علماء کے خلاف بولنے کی کوئی ضرورت نہیں تھی۔</w:t>
      </w:r>
    </w:p>
    <w:p>
      <w:r>
        <w:rPr>
          <w:b/>
        </w:rPr>
        <w:t xml:space="preserve">[37:08] </w:t>
      </w:r>
      <w:r>
        <w:t>ek ek waqea hai ke wo ek the deoband mein maulana rasheed ahmed gangohi.</w:t>
      </w:r>
    </w:p>
    <w:p>
      <w:pPr>
        <w:jc w:val="right"/>
      </w:pPr>
      <w:r>
        <w:t>ایک ایک واقعہ ہے کہ وہ ایک تھے دیوبند میں مولانا رشید احمد گنگوئی۔</w:t>
      </w:r>
    </w:p>
    <w:p>
      <w:r>
        <w:rPr>
          <w:b/>
        </w:rPr>
        <w:t xml:space="preserve">[37:15] </w:t>
      </w:r>
      <w:r>
        <w:t>to un ke peer the, haji kehelate the, wo haji imdadullah sahib.</w:t>
      </w:r>
    </w:p>
    <w:p>
      <w:pPr>
        <w:jc w:val="right"/>
      </w:pPr>
      <w:r>
        <w:t>تو ان کے پیر تھے، حاجی کہلاتے تھے، وہ حاجی امداد اللہ صاحب۔</w:t>
      </w:r>
    </w:p>
    <w:p>
      <w:r>
        <w:rPr>
          <w:b/>
        </w:rPr>
        <w:t xml:space="preserve">[37:21] </w:t>
      </w:r>
      <w:r>
        <w:t>to wo un ke</w:t>
      </w:r>
    </w:p>
    <w:p>
      <w:pPr>
        <w:jc w:val="right"/>
      </w:pPr>
      <w:r>
        <w:t>تو وہ ان کے</w:t>
      </w:r>
    </w:p>
    <w:p>
      <w:r>
        <w:rPr>
          <w:b/>
        </w:rPr>
        <w:t xml:space="preserve">[37:27] </w:t>
      </w:r>
      <w:r>
        <w:t>peer the.</w:t>
      </w:r>
    </w:p>
    <w:p>
      <w:pPr>
        <w:jc w:val="right"/>
      </w:pPr>
      <w:r>
        <w:t>پیر تھے۔</w:t>
      </w:r>
    </w:p>
    <w:p>
      <w:r>
        <w:rPr>
          <w:b/>
        </w:rPr>
        <w:t xml:space="preserve">[37:33] </w:t>
      </w:r>
      <w:r>
        <w:t>to unhon ne peer sahib ke kisi masle mein ikhtilaf kiya, yani khule taur par.</w:t>
      </w:r>
    </w:p>
    <w:p>
      <w:pPr>
        <w:jc w:val="right"/>
      </w:pPr>
      <w:r>
        <w:t>تو انہوں نے پیر صاحب کے کسی مسئلے میں اختلاف کیا، یعنی کھلے طور پر۔</w:t>
      </w:r>
    </w:p>
    <w:p>
      <w:r>
        <w:rPr>
          <w:b/>
        </w:rPr>
        <w:t xml:space="preserve">[37:39] </w:t>
      </w:r>
      <w:r>
        <w:t>to kisi ne kaha ke aap apne peer sahib se ikhtilaf kar rahe hain, apne peer sahib par</w:t>
      </w:r>
    </w:p>
    <w:p>
      <w:pPr>
        <w:jc w:val="right"/>
      </w:pPr>
      <w:r>
        <w:t>تو کسی نے کہا کہ آپ اپنے پیر صاحب سے اختلاف کر رہے ہیں، اپنے پیر صاحب پر</w:t>
      </w:r>
    </w:p>
    <w:p>
      <w:r>
        <w:rPr>
          <w:b/>
        </w:rPr>
        <w:t xml:space="preserve">[37:45] </w:t>
      </w:r>
      <w:r>
        <w:t>criticize kar rahe hain.</w:t>
      </w:r>
    </w:p>
    <w:p>
      <w:pPr>
        <w:jc w:val="right"/>
      </w:pPr>
      <w:r>
        <w:t>کریٹیسائز کر رہے ہیں۔</w:t>
      </w:r>
    </w:p>
    <w:p>
      <w:r>
        <w:rPr>
          <w:b/>
        </w:rPr>
        <w:t xml:space="preserve">[37:52] </w:t>
      </w:r>
      <w:r>
        <w:t>to unhon ne bohat umda jawab diya tha ke nano nahbu al-shaykh, nano nahbu al-shaykh, lekin al-islam</w:t>
      </w:r>
    </w:p>
    <w:p>
      <w:pPr>
        <w:jc w:val="right"/>
      </w:pPr>
      <w:r>
        <w:t>تو انہوں نے بہت عمدہ جواب دیا تھا کہ نانو نحب الشیخ، نانو نحب الشیخ، ولیکن الاسلام</w:t>
      </w:r>
    </w:p>
    <w:p>
      <w:r>
        <w:rPr>
          <w:b/>
        </w:rPr>
        <w:t xml:space="preserve">[37:58] </w:t>
      </w:r>
      <w:r>
        <w:t>ahab al anam al shaykh. hum apne shaykh se mohabbat karte hain, lekin islam hamein is se ziyada mehboob hai. to yeh ulma jo hain, kyun nahi kehte ke hum in akabir ko hum izzat dete hain, lekin islam is se ziyada hamare nazdeek aham hai. jin akabir ne yeh masla banaya ke jo gustakhi kare, us ko khatam kar do, aur yeh nahi bataya logon ko ke yeh waqea jo hoga, to is ka court mein jayega, wahan par shahadat hogi, tab fi</w:t>
      </w:r>
    </w:p>
    <w:p>
      <w:pPr>
        <w:jc w:val="right"/>
      </w:pPr>
      <w:r>
        <w:t>احب الانام الشیخ۔ ہم اپنے شیخ سے محبت کرتے ہیں، لیکن اسلام ہمیں اس سے زیادہ محبوب ہے۔ تو یہ علماء جو ہیں، کیوں نہیں کہتے کہ ہم ان اکابر کو ہم عزت دیتے ہیں، لیکن اسلام اس سے زیادہ ہمارے نزدیک اہم ہے۔ جن اکابر نے یہ مسئلہ بنایا کہ جو گستاخی کرے، اس کو ختم کر دو، اور یہ نہیں بتایا لوگوں کو کہ یہ واقعہ جو ہوگا، تو اس کا کورٹ میں جائے گا، وہاں پر شہادت ہوگی، تب فی</w:t>
      </w:r>
    </w:p>
    <w:p>
      <w:r>
        <w:rPr>
          <w:b/>
        </w:rPr>
        <w:t xml:space="preserve">[38:28] </w:t>
      </w:r>
      <w:r>
        <w:t>sila kiya jayega.</w:t>
      </w:r>
    </w:p>
    <w:p>
      <w:pPr>
        <w:jc w:val="right"/>
      </w:pPr>
      <w:r>
        <w:t>صلہ کیا جائے گا۔</w:t>
      </w:r>
    </w:p>
    <w:p>
      <w:r>
        <w:rPr>
          <w:b/>
        </w:rPr>
        <w:t xml:space="preserve">[38:31] </w:t>
      </w:r>
      <w:r>
        <w:t>yeh nahi bataya.</w:t>
      </w:r>
    </w:p>
    <w:p>
      <w:pPr>
        <w:jc w:val="right"/>
      </w:pPr>
      <w:r>
        <w:t>یہ نہیں بتایا۔</w:t>
      </w:r>
    </w:p>
    <w:p>
      <w:r>
        <w:rPr>
          <w:b/>
        </w:rPr>
        <w:t xml:space="preserve">[38:35] </w:t>
      </w:r>
      <w:r>
        <w:t>to islam mein anarchy dakhil kar di.</w:t>
      </w:r>
    </w:p>
    <w:p>
      <w:pPr>
        <w:jc w:val="right"/>
      </w:pPr>
      <w:r>
        <w:t>تو اسلام میں انارکی داخل کر دی۔</w:t>
      </w:r>
    </w:p>
    <w:p>
      <w:r>
        <w:rPr>
          <w:b/>
        </w:rPr>
        <w:t xml:space="preserve">[38:38] </w:t>
      </w:r>
      <w:r>
        <w:t>to aaj ke ulama kyon nahi kehte ke hum in akabir ko izzat dete hain, lekin islam hamein</w:t>
      </w:r>
    </w:p>
    <w:p>
      <w:pPr>
        <w:jc w:val="right"/>
      </w:pPr>
      <w:r>
        <w:t>تو آج کے علماء کیوں نہیں کہتے کہ ہم ان اکابر کو عزت دیتے ہیں، لیکن اسلام ہمیں</w:t>
      </w:r>
    </w:p>
    <w:p>
      <w:r>
        <w:rPr>
          <w:b/>
        </w:rPr>
        <w:t xml:space="preserve">[38:41] </w:t>
      </w:r>
      <w:r>
        <w:t>is se zyada qabil izzat hai, hamare nazdeek.</w:t>
      </w:r>
    </w:p>
    <w:p>
      <w:pPr>
        <w:jc w:val="right"/>
      </w:pPr>
      <w:r>
        <w:t>اس سے زیادہ قابل عزت ہے، ہمارے نزدیک۔</w:t>
      </w:r>
    </w:p>
    <w:p>
      <w:r>
        <w:rPr>
          <w:b/>
        </w:rPr>
        <w:t xml:space="preserve">[38:45] </w:t>
      </w:r>
      <w:r>
        <w:t>kyonke islam badnaam ho raha hai, is liye hum bolenge in ke khilaf, in akabir ke khilaf.</w:t>
      </w:r>
    </w:p>
    <w:p>
      <w:pPr>
        <w:jc w:val="right"/>
      </w:pPr>
      <w:r>
        <w:t>کیونکہ اسلام بدنام ہو رہا ہے، اس لیے ہم بولیں گے ان کے خلاف، ان اکابر کے خلاف۔</w:t>
      </w:r>
    </w:p>
    <w:p>
      <w:r>
        <w:rPr>
          <w:b/>
        </w:rPr>
        <w:t xml:space="preserve">[38:48] </w:t>
      </w:r>
      <w:r>
        <w:t>تو خیر، میں یہ کہہ رہا تھا کہ اس زمانے میں جو جس کو میں کہتا ہوں age</w:t>
      </w:r>
    </w:p>
    <w:p>
      <w:pPr>
        <w:jc w:val="right"/>
      </w:pPr>
      <w:r>
        <w:t>تو خیر، میں یہ کہہ رہا تھا کہ اس زمانے میں جو جس کو میں کہتا ہوں ایج</w:t>
      </w:r>
    </w:p>
    <w:p>
      <w:r>
        <w:rPr>
          <w:b/>
        </w:rPr>
        <w:t xml:space="preserve">[38:51] </w:t>
      </w:r>
      <w:r>
        <w:t>of openness, وہ بہت ہی بڑی بلیسنگ ہمارے لیے ہے۔</w:t>
      </w:r>
    </w:p>
    <w:p>
      <w:pPr>
        <w:jc w:val="right"/>
      </w:pPr>
      <w:r>
        <w:t>آف اوپننس، وہ بہت ہی بڑی بلیسنگ ہمارے لیے ہے۔</w:t>
      </w:r>
    </w:p>
    <w:p>
      <w:r>
        <w:rPr>
          <w:b/>
        </w:rPr>
        <w:t xml:space="preserve">[38:55] </w:t>
      </w:r>
      <w:r>
        <w:t>bohat bari blessing.</w:t>
      </w:r>
    </w:p>
    <w:p>
      <w:pPr>
        <w:jc w:val="right"/>
      </w:pPr>
      <w:r>
        <w:t>بہت بڑی بلیسنگ۔</w:t>
      </w:r>
    </w:p>
    <w:p>
      <w:r>
        <w:rPr>
          <w:b/>
        </w:rPr>
        <w:t xml:space="preserve">[38:58] </w:t>
      </w:r>
      <w:r>
        <w:t>kyonke is ki wajah se hamein mauqa mil gaya hai ke hum kahin bhi parliament mein, aur hotel</w:t>
      </w:r>
    </w:p>
    <w:p>
      <w:pPr>
        <w:jc w:val="right"/>
      </w:pPr>
      <w:r>
        <w:t>کیونکہ اس کی وجہ سے ہمیں موقع مل گیا ہے کہ ہم کہیں بھی پارلیمنٹ میں، اور ہوٹل</w:t>
      </w:r>
    </w:p>
    <w:p>
      <w:r>
        <w:rPr>
          <w:b/>
        </w:rPr>
        <w:t xml:space="preserve">[39:02] </w:t>
      </w:r>
      <w:r>
        <w:t>mein, station par, airport par, ya doosron ke jo seminar hote hain, un wahan har jagah jayen, aur</w:t>
      </w:r>
    </w:p>
    <w:p>
      <w:pPr>
        <w:jc w:val="right"/>
      </w:pPr>
      <w:r>
        <w:t>میں، اسٹیشن پر، ایئرپورٹ پر، یا دوسروں کے جو سیمینار ہوتے ہیں، ان وہاں ہر جگہ جائیں، اور</w:t>
      </w:r>
    </w:p>
    <w:p>
      <w:r>
        <w:rPr>
          <w:b/>
        </w:rPr>
        <w:t xml:space="preserve">[39:07] </w:t>
      </w:r>
      <w:r>
        <w:t>khule taur par hum hum quran taqseem karen, islami literature logon ko den, logon se baaten karen, koi</w:t>
      </w:r>
    </w:p>
    <w:p>
      <w:pPr>
        <w:jc w:val="right"/>
      </w:pPr>
      <w:r>
        <w:t>کھلے طور پر ہم ہم قرآن تقسیم کریں، اسلامی لٹری لوگوں کو دیں، لوگوں سے باتیں کریں، کوئی</w:t>
      </w:r>
    </w:p>
    <w:p>
      <w:r>
        <w:rPr>
          <w:b/>
        </w:rPr>
        <w:t xml:space="preserve">[39:11] </w:t>
      </w:r>
      <w:r>
        <w:t>rukawat hi nahi.</w:t>
      </w:r>
    </w:p>
    <w:p>
      <w:pPr>
        <w:jc w:val="right"/>
      </w:pPr>
      <w:r>
        <w:t>رکاوٹ ہی نہیں۔</w:t>
      </w:r>
    </w:p>
    <w:p>
      <w:r>
        <w:rPr>
          <w:b/>
        </w:rPr>
        <w:t xml:space="preserve">[39:15] </w:t>
      </w:r>
      <w:r>
        <w:t>jo ke pehle namumkin tha.</w:t>
      </w:r>
    </w:p>
    <w:p>
      <w:pPr>
        <w:jc w:val="right"/>
      </w:pPr>
      <w:r>
        <w:t>جو کہ پہلے ناممکن تھا۔</w:t>
      </w:r>
    </w:p>
    <w:p>
      <w:r>
        <w:rPr>
          <w:b/>
        </w:rPr>
        <w:t xml:space="preserve">[39:20] </w:t>
      </w:r>
      <w:r>
        <w:t>pehle aisa nahi ho sakta tha.</w:t>
      </w:r>
    </w:p>
    <w:p>
      <w:pPr>
        <w:jc w:val="right"/>
      </w:pPr>
      <w:r>
        <w:t>پہلے ایسا نہیں ہو سکتا تھا۔</w:t>
      </w:r>
    </w:p>
    <w:p>
      <w:r>
        <w:rPr>
          <w:b/>
        </w:rPr>
        <w:t xml:space="preserve">[39:24] </w:t>
      </w:r>
      <w:r>
        <w:t>pehle to marte peette the woh.</w:t>
      </w:r>
    </w:p>
    <w:p>
      <w:pPr>
        <w:jc w:val="right"/>
      </w:pPr>
      <w:r>
        <w:t>پہلے تو مارتے پیٹتے تھے وہ۔</w:t>
      </w:r>
    </w:p>
    <w:p>
      <w:r>
        <w:rPr>
          <w:b/>
        </w:rPr>
        <w:t xml:space="preserve">[39:28] </w:t>
      </w:r>
      <w:r>
        <w:t>to woh woh woh daur tha, yani religious persecution ka daur.</w:t>
      </w:r>
    </w:p>
    <w:p>
      <w:pPr>
        <w:jc w:val="right"/>
      </w:pPr>
      <w:r>
        <w:t>تو وہ وہ وہ دور تھا، یعنی ریلیجس پرسیکیوشن کا دور۔</w:t>
      </w:r>
    </w:p>
    <w:p>
      <w:r>
        <w:rPr>
          <w:b/>
        </w:rPr>
        <w:t xml:space="preserve">[39:34] </w:t>
      </w:r>
      <w:r>
        <w:t>aaj hai opinion ka daur, khula pan.</w:t>
      </w:r>
    </w:p>
    <w:p>
      <w:pPr>
        <w:jc w:val="right"/>
      </w:pPr>
      <w:r>
        <w:t>آج ہے اوپننس کا دور، کھلا پن۔</w:t>
      </w:r>
    </w:p>
    <w:p>
      <w:r>
        <w:rPr>
          <w:b/>
        </w:rPr>
        <w:t xml:space="preserve">[39:40] </w:t>
      </w:r>
      <w:r>
        <w:t>to is ki wajah se aap ko yeh kal jo mauqa mila hum logon ko ke stage in</w:t>
      </w:r>
    </w:p>
    <w:p>
      <w:pPr>
        <w:jc w:val="right"/>
      </w:pPr>
      <w:r>
        <w:t>تو اس کی وجہ سے آپ کو یہ کل جو موقع ملا ہم لوگوں کو کہ اسٹیج ان</w:t>
      </w:r>
    </w:p>
    <w:p>
      <w:r>
        <w:rPr>
          <w:b/>
        </w:rPr>
        <w:t xml:space="preserve">[39:46] </w:t>
      </w:r>
      <w:r>
        <w:t>ka, yani stage zahir hai ke in ka tha, hamara to stage nahi tha.</w:t>
      </w:r>
    </w:p>
    <w:p>
      <w:pPr>
        <w:jc w:val="right"/>
      </w:pPr>
      <w:r>
        <w:t>کا، یعنی اسٹیج ظاہر ہے کہ ان کا تھا، ہمارا تو اسٹیج نہیں تھا۔</w:t>
      </w:r>
    </w:p>
    <w:p>
      <w:r>
        <w:rPr>
          <w:b/>
        </w:rPr>
        <w:t xml:space="preserve">[39:53] </w:t>
      </w:r>
      <w:r>
        <w:t>aur is stage par kaam kis kis ka ho raha hai, hamare saathi'on ne wahan saare stage ko istemal</w:t>
      </w:r>
    </w:p>
    <w:p>
      <w:pPr>
        <w:jc w:val="right"/>
      </w:pPr>
      <w:r>
        <w:t>اور اس اسٹیج پر کام کس کس کا ہو رہا ہے، ہمارے ساتھیوں نے وہاں سارے اسٹیج کو استعمال</w:t>
      </w:r>
    </w:p>
    <w:p>
      <w:r>
        <w:rPr>
          <w:b/>
        </w:rPr>
        <w:t xml:space="preserve">[39:59] </w:t>
      </w:r>
      <w:r>
        <w:t>kya. aur aaj ek aaj ke akhbar mein dekhen ek cheez, dekhen aap. yeh aaj ka akhbar hai angrezi ka. yeh zahir hai ke akhbar, yaani in ko aap hindu log kahein, secular log kahein, materialist log kahein, to sab bilkul sahi hoga. jis ka, yaani is zahar</w:t>
      </w:r>
    </w:p>
    <w:p>
      <w:pPr>
        <w:jc w:val="right"/>
      </w:pPr>
      <w:r>
        <w:t>کیا۔ اور آج ایک آج کے اخبار میں دیکھیں ایک چیز، دیکھیں آپ۔ یہ آج کا اخبار ہے انگریزی کا۔ یہ ظاہر ہے کہ اخبار، یعنی ان کو آپ ہندو لوگ کہیں، سیکولر لوگ کہیں، مٹیریلسٹ لوگ کہیں، تو سب بالکل صحیح ہوگا۔ جس کا، یعنی اس ظاہ</w:t>
      </w:r>
    </w:p>
    <w:p>
      <w:r>
        <w:rPr>
          <w:b/>
        </w:rPr>
        <w:t xml:space="preserve">[40:29] </w:t>
      </w:r>
      <w:r>
        <w:t>rahe ke akhbar islam ke liye nahi nikala gaya.</w:t>
      </w:r>
    </w:p>
    <w:p>
      <w:pPr>
        <w:jc w:val="right"/>
      </w:pPr>
      <w:r>
        <w:t>ر ہے کہ اخبار اسلام کے لیے نہیں نکالا گیا۔</w:t>
      </w:r>
    </w:p>
    <w:p>
      <w:r>
        <w:rPr>
          <w:b/>
        </w:rPr>
        <w:t xml:space="preserve">[40:35] </w:t>
      </w:r>
      <w:r>
        <w:t>lekin hamara article chhapa unhon ne sab se zyada numayish kiya, front page par sab se zyada numayish</w:t>
      </w:r>
    </w:p>
    <w:p>
      <w:pPr>
        <w:jc w:val="right"/>
      </w:pPr>
      <w:r>
        <w:t>لیکن ہمارا آرٹیکل چھاپا انہوں نے سب سے زیادہ نمائش کیا، فرنٹ پیج پر سب سے زیادہ نمائش</w:t>
      </w:r>
    </w:p>
    <w:p>
      <w:r>
        <w:rPr>
          <w:b/>
        </w:rPr>
        <w:t xml:space="preserve">[40:41] </w:t>
      </w:r>
      <w:r>
        <w:t>kiya, shariat par article.</w:t>
      </w:r>
    </w:p>
    <w:p>
      <w:pPr>
        <w:jc w:val="right"/>
      </w:pPr>
      <w:r>
        <w:t>کیا، شریعت پر آرٹیکل۔</w:t>
      </w:r>
    </w:p>
    <w:p>
      <w:r>
        <w:rPr>
          <w:b/>
        </w:rPr>
        <w:t xml:space="preserve">[40:48] </w:t>
      </w:r>
      <w:r>
        <w:t>to kya stage banate hain is zamane mein secular log, aise log jin ko la-ikraha fi-al-deen,</w:t>
      </w:r>
    </w:p>
    <w:p>
      <w:pPr>
        <w:jc w:val="right"/>
      </w:pPr>
      <w:r>
        <w:t>تو کیا اسٹیج بناتے ہیں اس زمانے میں سیکولر لوگ، ایسے لوگ جن کو لاخلاق لہو فی الدین،</w:t>
      </w:r>
    </w:p>
    <w:p>
      <w:r>
        <w:rPr>
          <w:b/>
        </w:rPr>
        <w:t xml:space="preserve">[40:54] </w:t>
      </w:r>
      <w:r>
        <w:t>aur hum ko mauqa milta hai ke is ko hum utilize karen, is ko hum istemal karen, yeh hai opinion.</w:t>
      </w:r>
    </w:p>
    <w:p>
      <w:pPr>
        <w:jc w:val="right"/>
      </w:pPr>
      <w:r>
        <w:t>اور ہم کو موقع ملتا ہے کہ اس کو ہم یوٹیلائز کریں، اس کو ہم استعمال کریں، یہ ہے اوپننس۔</w:t>
      </w:r>
    </w:p>
    <w:p>
      <w:r>
        <w:rPr>
          <w:b/>
        </w:rPr>
        <w:t xml:space="preserve">[41:01] </w:t>
      </w:r>
      <w:r>
        <w:t>to hamein andhe bahre bankar duniya mein nahi rehna hai.</w:t>
      </w:r>
    </w:p>
    <w:p>
      <w:pPr>
        <w:jc w:val="right"/>
      </w:pPr>
      <w:r>
        <w:t>تو ہمیں اندھے بھہرے بن کر دنیا میں نہیں رہنا ہے۔</w:t>
      </w:r>
    </w:p>
    <w:p>
      <w:r>
        <w:rPr>
          <w:b/>
        </w:rPr>
        <w:t xml:space="preserve">[41:06] </w:t>
      </w:r>
      <w:r>
        <w:t>humein janna chahiye ke Allah taala ne kya mawaqe kholay hain.</w:t>
      </w:r>
    </w:p>
    <w:p>
      <w:pPr>
        <w:jc w:val="right"/>
      </w:pPr>
      <w:r>
        <w:t>ہمیں جاننا چاہیے کہ اللہ تعالیٰ نے کیا مواقع کھولے ہیں۔</w:t>
      </w:r>
    </w:p>
    <w:p>
      <w:r>
        <w:rPr>
          <w:b/>
        </w:rPr>
        <w:t xml:space="preserve">[41:11] </w:t>
      </w:r>
      <w:r>
        <w:t>dekhein, mawaqe kholna Allah ka kaam hai.</w:t>
      </w:r>
    </w:p>
    <w:p>
      <w:pPr>
        <w:jc w:val="right"/>
      </w:pPr>
      <w:r>
        <w:t>دیکھیں، مواقع کھولنا اللہ کا کام ہے۔</w:t>
      </w:r>
    </w:p>
    <w:p>
      <w:r>
        <w:rPr>
          <w:b/>
        </w:rPr>
        <w:t xml:space="preserve">[41:16] </w:t>
      </w:r>
      <w:r>
        <w:t>isko istemal karna hamara kaam hai.</w:t>
      </w:r>
    </w:p>
    <w:p>
      <w:pPr>
        <w:jc w:val="right"/>
      </w:pPr>
      <w:r>
        <w:t>اس کو استعمال کرنا ہمارا کام ہے۔</w:t>
      </w:r>
    </w:p>
    <w:p>
      <w:r>
        <w:rPr>
          <w:b/>
        </w:rPr>
        <w:t xml:space="preserve">[41:21] </w:t>
      </w:r>
      <w:r>
        <w:t>ya, yaani hamare farz ka darja zaroori hai ke hum isko istemal karein.</w:t>
      </w:r>
    </w:p>
    <w:p>
      <w:pPr>
        <w:jc w:val="right"/>
      </w:pPr>
      <w:r>
        <w:t>یا، یعنی ہمارے فرض کا درجہ ضروری ہے کہ ہم اس کو استعمال کریں۔</w:t>
      </w:r>
    </w:p>
    <w:p>
      <w:r>
        <w:rPr>
          <w:b/>
        </w:rPr>
        <w:t xml:space="preserve">[41:26] </w:t>
      </w:r>
      <w:r>
        <w:t>yaani Allah taala ne fasal ugai</w:t>
      </w:r>
    </w:p>
    <w:p>
      <w:pPr>
        <w:jc w:val="right"/>
      </w:pPr>
      <w:r>
        <w:t>یعنی اللہ تعالیٰ نے فصل اگائی</w:t>
      </w:r>
    </w:p>
    <w:p>
      <w:r>
        <w:rPr>
          <w:b/>
        </w:rPr>
        <w:t xml:space="preserve">[41:31] </w:t>
      </w:r>
      <w:r>
        <w:t>galla paida kiya. to yeh to Allah ka kaam hai, hum nahi paida kar sakte. ab hum agar apni bhookh na mitayein is se, aur kuch na kha kar mar jayein, to yeh fe'l haram hoga, khud khushi ho jayegi. to mauqe Allah taala ne khole hain. ab yeh farz ke darje mein zaroori hai ke in mauqo ko dawat Allah ke liye istemal kiya jaye. farz</w:t>
      </w:r>
    </w:p>
    <w:p>
      <w:pPr>
        <w:jc w:val="right"/>
      </w:pPr>
      <w:r>
        <w:t>، غلہ پیدا کیا۔ تو یہ تو اللہ کا کام ہے، ہم نہیں پیدا کر سکتے۔ اب ہم اگر اپنی بھوک نہ مٹائیں اس سے، اور کچھ نہ کھا کر مر جائیں، تو یہ فعل حرام ہوگا، خود خوشی ہو جائے گی۔ تو مواقع اللہ تعالیٰ نے کھولے ہیں۔ اب یہ فرض کے درجے میں ضروری ہے کہ ان مواقع کو دعوت اللہ کے لیے استعمال کیا جائے۔ فرض</w:t>
      </w:r>
    </w:p>
    <w:p>
      <w:r>
        <w:rPr>
          <w:b/>
        </w:rPr>
        <w:t xml:space="preserve">[42:01] </w:t>
      </w:r>
      <w:r>
        <w:t>ke darje mein.</w:t>
      </w:r>
    </w:p>
    <w:p>
      <w:pPr>
        <w:jc w:val="right"/>
      </w:pPr>
      <w:r>
        <w:t>کے درجے میں۔</w:t>
      </w:r>
    </w:p>
    <w:p>
      <w:r>
        <w:rPr>
          <w:b/>
        </w:rPr>
        <w:t xml:space="preserve">[42:05] </w:t>
      </w:r>
      <w:r>
        <w:t>agar in ko nahi istemal kiya jaye ga to Allah taala ka baz purs hoga ke tum ne</w:t>
      </w:r>
    </w:p>
    <w:p>
      <w:pPr>
        <w:jc w:val="right"/>
      </w:pPr>
      <w:r>
        <w:t>اگر ان کو نہیں استعمال کیا جائے گا تو اللہ تعالیٰ کا باز پرس ہوگا کہ تم نے</w:t>
      </w:r>
    </w:p>
    <w:p>
      <w:r>
        <w:rPr>
          <w:b/>
        </w:rPr>
        <w:t xml:space="preserve">[42:09] </w:t>
      </w:r>
      <w:r>
        <w:t>mawaqe ko nahi istemal kiya.</w:t>
      </w:r>
    </w:p>
    <w:p>
      <w:pPr>
        <w:jc w:val="right"/>
      </w:pPr>
      <w:r>
        <w:t>مواقع کو نہیں استعمال کیا۔</w:t>
      </w:r>
    </w:p>
    <w:p>
      <w:r>
        <w:rPr>
          <w:b/>
        </w:rPr>
        <w:t xml:space="preserve">[42:14] </w:t>
      </w:r>
      <w:r>
        <w:t>isi tarah se jis tarah se ek aadmi bhook se tarp tarp kar mar jaye aur khana maujood</w:t>
      </w:r>
    </w:p>
    <w:p>
      <w:pPr>
        <w:jc w:val="right"/>
      </w:pPr>
      <w:r>
        <w:t>اسی طرح سے جس طرح سے ایک آدمی بھوک سے تڑپ تڑپ کر مر جائے اور کھانا موجود</w:t>
      </w:r>
    </w:p>
    <w:p>
      <w:r>
        <w:rPr>
          <w:b/>
        </w:rPr>
        <w:t xml:space="preserve">[42:18] </w:t>
      </w:r>
      <w:r>
        <w:t>ho, na khaye.</w:t>
      </w:r>
    </w:p>
    <w:p>
      <w:pPr>
        <w:jc w:val="right"/>
      </w:pPr>
      <w:r>
        <w:t>ہو، نہ کھائے۔</w:t>
      </w:r>
    </w:p>
    <w:p>
      <w:r>
        <w:rPr>
          <w:b/>
        </w:rPr>
        <w:t xml:space="preserve">[42:22] </w:t>
      </w:r>
      <w:r>
        <w:t>ise poocha jaye ga ke jab khana maujood tha, tum ne khaya kyun nahi? kyun khwamkhwah apne ko mar</w:t>
      </w:r>
    </w:p>
    <w:p>
      <w:pPr>
        <w:jc w:val="right"/>
      </w:pPr>
      <w:r>
        <w:t>اسے پوچھا جائے کہ جب کھانا موجود تھا، تم نے کھایا کیوں نہیں؟ کیوں خوامخواہ اپنے کو مار</w:t>
      </w:r>
    </w:p>
    <w:p>
      <w:r>
        <w:rPr>
          <w:b/>
        </w:rPr>
        <w:t xml:space="preserve">[42:27] </w:t>
      </w:r>
      <w:r>
        <w:t>liya? to yeh saada baat nahi hai, bohat hi ahem baat hai ke humein farz ke darje</w:t>
      </w:r>
    </w:p>
    <w:p>
      <w:pPr>
        <w:jc w:val="right"/>
      </w:pPr>
      <w:r>
        <w:t>لیا؟ تو یہ سادہ بات نہیں ہے، بہت ہی اہم بات ہے کہ ہمیں فرض کے درجے</w:t>
      </w:r>
    </w:p>
    <w:p>
      <w:r>
        <w:rPr>
          <w:b/>
        </w:rPr>
        <w:t xml:space="preserve">[42:31] </w:t>
      </w:r>
      <w:r>
        <w:t>mein zaroori hai ke hum naye mawaqe ko istemal karein aur Allah ke paigham ko dunya tak pohnchayein.</w:t>
      </w:r>
    </w:p>
    <w:p>
      <w:pPr>
        <w:jc w:val="right"/>
      </w:pPr>
      <w:r>
        <w:t>میں ضروری ہے کہ ہم نئے مواقع کو استعمال کریں اور اللہ کے پیغام کو دنیا تک پہنچائیں۔</w:t>
      </w:r>
    </w:p>
    <w:p>
      <w:r>
        <w:rPr>
          <w:b/>
        </w:rPr>
        <w:t xml:space="preserve">[42:37] </w:t>
      </w:r>
      <w:r>
        <w:t>aur Quran ka distribution jo hai, is waqt mere khayal mein number ek kaam hai sari dunya mein.</w:t>
      </w:r>
    </w:p>
    <w:p>
      <w:pPr>
        <w:jc w:val="right"/>
      </w:pPr>
      <w:r>
        <w:t>اور قرآن کا ڈسٹریبیوشن جو ہے، اس وقت میرے خیال میں نمبر ایک کام ہے ساری دنیا میں۔</w:t>
      </w:r>
    </w:p>
    <w:p>
      <w:r>
        <w:rPr>
          <w:b/>
        </w:rPr>
        <w:t xml:space="preserve">[42:43] </w:t>
      </w:r>
      <w:r>
        <w:t>har zaban mein tarjuma zaroorat ki zaroorat hai.</w:t>
      </w:r>
    </w:p>
    <w:p>
      <w:pPr>
        <w:jc w:val="right"/>
      </w:pPr>
      <w:r>
        <w:t>ہر زبان میں ترجمہ ضرورت کی ضرورت ہے۔</w:t>
      </w:r>
    </w:p>
    <w:p>
      <w:r>
        <w:rPr>
          <w:b/>
        </w:rPr>
        <w:t xml:space="preserve">[42:49] </w:t>
      </w:r>
      <w:r>
        <w:t>dunya ki jitni major languages hain, har zaban mein tarjuma ho.</w:t>
      </w:r>
    </w:p>
    <w:p>
      <w:pPr>
        <w:jc w:val="right"/>
      </w:pPr>
      <w:r>
        <w:t>دنیا کی جتنی میجر لینگویجز ہیں، ہر زبان میں ترجمہ ہو۔</w:t>
      </w:r>
    </w:p>
    <w:p>
      <w:r>
        <w:rPr>
          <w:b/>
        </w:rPr>
        <w:t xml:space="preserve">[42:56] </w:t>
      </w:r>
      <w:r>
        <w:t>isko achi zaban mein ho, jo easily understandable ho.</w:t>
      </w:r>
    </w:p>
    <w:p>
      <w:pPr>
        <w:jc w:val="right"/>
      </w:pPr>
      <w:r>
        <w:t>اس کو اچھی زبان میں ہو، جو ایزیلی انڈرسٹینڈ ایبل ہو۔</w:t>
      </w:r>
    </w:p>
    <w:p>
      <w:r>
        <w:rPr>
          <w:b/>
        </w:rPr>
        <w:t xml:space="preserve">[43:02] </w:t>
      </w:r>
      <w:r>
        <w:t>aur is ko sab logon tak pahunchaya jaye. taake insaan marne se pehle jaan le ke is ka khaliq is se kya muamla karne wala hai. to meri dua hai ke Allah taala mujh ko aur aap ko tofeeq de ke hum apne farz ko pehchanein aur maut se pehle hum Allah ka jo mansha hai, us ko poora karne ke liye koshish karein. Assalamualaikum wa</w:t>
      </w:r>
    </w:p>
    <w:p>
      <w:pPr>
        <w:jc w:val="right"/>
      </w:pPr>
      <w:r>
        <w:t>اور اس کو سب لوگوں تک پہنچایا جائے۔ تاکہ انسان مرنے سے پہلے جان لے کہ اس کا خالق اس سے کیا معاملہ کرنے والا ہے۔ تو میری دعا ہے کہ اللہ تعالیٰ مجھ کو اور آپ کو توفیق دے کہ ہم اپنے فرض کو پہچانیں اور موت سے پہلے ہم اللہ کا جو منشا ہے، اس کو پورا کرنے کے لیے کوشش کریں۔ السلام علیکم ورح</w:t>
      </w:r>
    </w:p>
    <w:p>
      <w:r>
        <w:rPr>
          <w:b/>
        </w:rPr>
        <w:t xml:space="preserve">[43:32] </w:t>
      </w:r>
      <w:r>
        <w:t>rahmatullah.</w:t>
      </w:r>
    </w:p>
    <w:p>
      <w:pPr>
        <w:jc w:val="right"/>
      </w:pPr>
      <w:r>
        <w:t>متہ اللہ۔</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