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Dajjal and Dajjalism July 26, 2009</w:t>
      </w:r>
    </w:p>
    <w:p>
      <w:r>
        <w:t>https://youtu.be/CxQTfG01O_s</w:t>
      </w:r>
    </w:p>
    <w:p>
      <w:r>
        <w:rPr>
          <w:b/>
        </w:rPr>
        <w:t xml:space="preserve">[00:13] </w:t>
      </w:r>
      <w:r>
        <w:t>Bismillah al-Rahman al-Rahim. Wa sallallahu ala al-nabi al-karim. Rabb ishrah li sadri, wa yassir li amri,</w:t>
      </w:r>
    </w:p>
    <w:p>
      <w:pPr>
        <w:jc w:val="right"/>
      </w:pPr>
      <w:r>
        <w:t>بسم اللہ الرحمن الرحیم۔ وصلیاللہ علی النبی الکریم ۔ رب اشرحلی صدری ، و یسرلی امری،</w:t>
      </w:r>
    </w:p>
    <w:p>
      <w:r>
        <w:rPr>
          <w:b/>
        </w:rPr>
        <w:t xml:space="preserve">[00:28] </w:t>
      </w:r>
      <w:r>
        <w:t>Wa ahlul uqdati min lisani, yafqahu qawli.</w:t>
      </w:r>
    </w:p>
    <w:p>
      <w:pPr>
        <w:jc w:val="right"/>
      </w:pPr>
      <w:r>
        <w:t>واحل العقدۃ منلسانی ،یفقہ قولی۔</w:t>
      </w:r>
    </w:p>
    <w:p>
      <w:r>
        <w:rPr>
          <w:b/>
        </w:rPr>
        <w:t xml:space="preserve">[00:37] </w:t>
      </w:r>
      <w:r>
        <w:t>Aaj ka topik hai "Dajjal and Dajj al-Zam". Yani Dajjal aur Dajjaliyat.</w:t>
      </w:r>
    </w:p>
    <w:p>
      <w:pPr>
        <w:jc w:val="right"/>
      </w:pPr>
      <w:r>
        <w:t>آج کا ٹاپکہے "دجال اینڈ دج الزم" ۔یعنی دجالاور دجالیت ۔</w:t>
      </w:r>
    </w:p>
    <w:p>
      <w:r>
        <w:rPr>
          <w:b/>
        </w:rPr>
        <w:t xml:space="preserve">[00:52] </w:t>
      </w:r>
      <w:r>
        <w:t>Dajjal bohat hi</w:t>
      </w:r>
    </w:p>
    <w:p>
      <w:pPr>
        <w:jc w:val="right"/>
      </w:pPr>
      <w:r>
        <w:t>دجال بہت ہی</w:t>
      </w:r>
    </w:p>
    <w:p>
      <w:r>
        <w:rPr>
          <w:b/>
        </w:rPr>
        <w:t xml:space="preserve">[00:56] </w:t>
      </w:r>
      <w:r>
        <w:t>Mashhoor lafz hai, sab log jaante hain isko. Lekin main samajhta hoon ke concept clear nahi hai is maamle mein.</w:t>
      </w:r>
    </w:p>
    <w:p>
      <w:pPr>
        <w:jc w:val="right"/>
      </w:pPr>
      <w:r>
        <w:t>مشہور لفظہے،سبلوگجانتےہیںاسکو ۔ لیکن میںسمجھتاہوںکہ کانسیپٹکلیئرنہیںہےاسمعاملےمیں۔</w:t>
      </w:r>
    </w:p>
    <w:p>
      <w:r>
        <w:rPr>
          <w:b/>
        </w:rPr>
        <w:t xml:space="preserve">[01:08] </w:t>
      </w:r>
      <w:r>
        <w:t>Isko samajhne ke liye humein thoda sa ghaur karna chahiye. Dekhiye, Dajjal ka jo literal meaning hai woh hai "Deceiving".</w:t>
      </w:r>
    </w:p>
    <w:p>
      <w:pPr>
        <w:jc w:val="right"/>
      </w:pPr>
      <w:r>
        <w:t>اسکو سمجھنےکےلیے ہمیںتھوڑاسا غورکرنا چاہیے۔ دیکھیں،دجالکاجو لٹرلمیننگہے وہہے "ڈی سیونگ"۔</w:t>
      </w:r>
    </w:p>
    <w:p>
      <w:r>
        <w:rPr>
          <w:b/>
        </w:rPr>
        <w:t xml:space="preserve">[01:23] </w:t>
      </w:r>
      <w:r>
        <w:t>Dajjal jo hai, noun hai, to iska matlab hoga "Great Deceiver". Yani is mein mubaligha bhi</w:t>
      </w:r>
    </w:p>
    <w:p>
      <w:pPr>
        <w:jc w:val="right"/>
      </w:pPr>
      <w:r>
        <w:t>دجالجوہے، ناؤنہے، تواسکامطلبہوگا "گریٹ ڈیسیور"۔ یعنیاسمیں مبالغہبھی</w:t>
      </w:r>
    </w:p>
    <w:p>
      <w:r>
        <w:rPr>
          <w:b/>
        </w:rPr>
        <w:t xml:space="preserve">[01:34] </w:t>
      </w:r>
      <w:r>
        <w:t>hai. To Dajjal ka matlab hai "Great Deceiver".</w:t>
      </w:r>
    </w:p>
    <w:p>
      <w:pPr>
        <w:jc w:val="right"/>
      </w:pPr>
      <w:r>
        <w:t>ہے۔ تو دجالکامطلبہے "گریٹ ڈیسیور"۔</w:t>
      </w:r>
    </w:p>
    <w:p>
      <w:r>
        <w:rPr>
          <w:b/>
        </w:rPr>
        <w:t xml:space="preserve">[01:42] </w:t>
      </w:r>
      <w:r>
        <w:t>Dekhiye, yeh jo deceiving ka kaam hai, yeh shaitan ka kaam hai. Aur</w:t>
      </w:r>
    </w:p>
    <w:p>
      <w:pPr>
        <w:jc w:val="right"/>
      </w:pPr>
      <w:r>
        <w:t>دیکھیں،یہجو ڈیسیونگکاکام ہے، یہ شیطانکا کامہے۔ اور</w:t>
      </w:r>
    </w:p>
    <w:p>
      <w:r>
        <w:rPr>
          <w:b/>
        </w:rPr>
        <w:t xml:space="preserve">[01:52] </w:t>
      </w:r>
      <w:r>
        <w:t>Hadees mein aata hai ke "Siras wa dajjalun kazzabun". Yani jo gumrah karne wale log hain, jo leader hon ya shaitan hon, unka tareeqa yahi hai ke woh dajj karte hain.</w:t>
      </w:r>
    </w:p>
    <w:p>
      <w:pPr>
        <w:jc w:val="right"/>
      </w:pPr>
      <w:r>
        <w:t>حدیث میںآتاہےکہ "سراس ون دجالون کذابون"۔ یعنیجو گمراہکرنے والےلوگ ہیں، جولیڈرہوںیا شیطان ہوں، انکاطریقہیہیہے کہوہدجلکرتے ہیں۔</w:t>
      </w:r>
    </w:p>
    <w:p>
      <w:r>
        <w:rPr>
          <w:b/>
        </w:rPr>
        <w:t xml:space="preserve">[02:05] </w:t>
      </w:r>
      <w:r>
        <w:t>Yani deceive karte hain.</w:t>
      </w:r>
    </w:p>
    <w:p>
      <w:pPr>
        <w:jc w:val="right"/>
      </w:pPr>
      <w:r>
        <w:t>یعنیڈیسیوکرتے ہیں۔</w:t>
      </w:r>
    </w:p>
    <w:p>
      <w:r>
        <w:rPr>
          <w:b/>
        </w:rPr>
        <w:t xml:space="preserve">[02:09] </w:t>
      </w:r>
      <w:r>
        <w:t>To aap ghaur kijiye to dajj ka kaam shuru ho gaya tha jab insaan paida hua,</w:t>
      </w:r>
    </w:p>
    <w:p>
      <w:pPr>
        <w:jc w:val="right"/>
      </w:pPr>
      <w:r>
        <w:t>تو آپ غورکیجیےتو دجل کاکام شروع ہوگیاتھا جب انسان پیدا ہوا، ج بیسے ۔ پہلے جو دجلہوا، پہلے جودجلہوتاتھاوہبہتہی سمپلوےمیںہوتاتھا۔</w:t>
      </w:r>
    </w:p>
    <w:p>
      <w:r>
        <w:rPr>
          <w:b/>
        </w:rPr>
        <w:t xml:space="preserve">[02:25] </w:t>
      </w:r>
      <w:r>
        <w:t>Isko aap simple deception keh sakte hain.</w:t>
      </w:r>
    </w:p>
    <w:p>
      <w:pPr>
        <w:jc w:val="right"/>
      </w:pPr>
      <w:r>
        <w:t>اسکوآپ سمپل ڈیسیپشنکہہسکتےہیں۔</w:t>
      </w:r>
    </w:p>
    <w:p>
      <w:r>
        <w:rPr>
          <w:b/>
        </w:rPr>
        <w:t xml:space="preserve">[02:31] </w:t>
      </w:r>
      <w:r>
        <w:t>Baad ke zamane mein jo hai bohat hi hoshiyari ke saath yeh kaam hone wala tha. Jisko aap cunning deception keh sakte hain.</w:t>
      </w:r>
    </w:p>
    <w:p>
      <w:pPr>
        <w:jc w:val="right"/>
      </w:pPr>
      <w:r>
        <w:t>بعد کےزمان ےمیں جوہے بہت ہی ہوشیاریکےساتھ یہکام ہونےوالاتھا۔ جسکوآپ کننگڈیسیپشنکہہسکتےہیں۔</w:t>
      </w:r>
    </w:p>
    <w:p>
      <w:r>
        <w:rPr>
          <w:b/>
        </w:rPr>
        <w:t xml:space="preserve">[02:41] </w:t>
      </w:r>
      <w:r>
        <w:t>To iska matlab hai ke do age hain dajjali ke. Ek hai simple deception ka age. Aur doosra hai cunning deception ka age.</w:t>
      </w:r>
    </w:p>
    <w:p>
      <w:pPr>
        <w:jc w:val="right"/>
      </w:pPr>
      <w:r>
        <w:t>تواسکامعنیہےکہدو ایجہیں دجالیکے ۔ ایک ہے سمپلڈیسیپشنکاایج۔ اوردوسراہے کننگڈیسیپشنکاایج۔</w:t>
      </w:r>
    </w:p>
    <w:p>
      <w:r>
        <w:rPr>
          <w:b/>
        </w:rPr>
        <w:t xml:space="preserve">[02:53] </w:t>
      </w:r>
      <w:r>
        <w:t>To baad ke zamane mein jab ke dajj ka kaam ya dajjali ka kaam bohat hi zyada hoshiyari ke saath kiya jane wala tha.</w:t>
      </w:r>
    </w:p>
    <w:p>
      <w:pPr>
        <w:jc w:val="right"/>
      </w:pPr>
      <w:r>
        <w:t>تو بعد کےزمان ےمیں جب کہ دجل کاکام یا دجالیکاکام بہت ہیزیادہ ہوشیاریکےساتھ کیاجانےوالاتھا۔</w:t>
      </w:r>
    </w:p>
    <w:p>
      <w:r>
        <w:rPr>
          <w:b/>
        </w:rPr>
        <w:t xml:space="preserve">[03:06] </w:t>
      </w:r>
      <w:r>
        <w:t>Zyada bade pemaane par. To ise Dajjal kaha gaya. Warna dajj ka jo kaam hai woh to hamesha hota raha hai. Yahan tak ke Hazrat Aadam hi se shuru ho gaya woh.</w:t>
      </w:r>
    </w:p>
    <w:p>
      <w:pPr>
        <w:jc w:val="right"/>
      </w:pPr>
      <w:r>
        <w:t>زیادہ بڑےپیمانےپر۔تواسیکودجالکہاگیا۔ ورنہدجلکاجو کام ہے وہتوہمیشہہوتارہاہے۔ یہاںتک کہحضرت آدمہیسےشروعہوگیا وہ ۔</w:t>
      </w:r>
    </w:p>
    <w:p>
      <w:r>
        <w:rPr>
          <w:b/>
        </w:rPr>
        <w:t xml:space="preserve">[03:20] </w:t>
      </w:r>
      <w:r>
        <w:t>Dekhiye, Aadam jab paradise mein the, jannat mein. To wahan par ek tree tha, forbidden tree.</w:t>
      </w:r>
    </w:p>
    <w:p>
      <w:pPr>
        <w:jc w:val="right"/>
      </w:pPr>
      <w:r>
        <w:t>دیکھیں، آدمجب پارڈائزمیںتھے، جنتمیں ۔ تو وہاںپر ایک ٹریتھا، فائیبرڈنٹری۔</w:t>
      </w:r>
    </w:p>
    <w:p>
      <w:r>
        <w:rPr>
          <w:b/>
        </w:rPr>
        <w:t xml:space="preserve">[03:32] </w:t>
      </w:r>
      <w:r>
        <w:t>Allah Ta'ala ne kaha tha ke Aadam se ke tum iske paas na jao. Don't approach the tree. To shaitan ne behkaya.</w:t>
      </w:r>
    </w:p>
    <w:p>
      <w:pPr>
        <w:jc w:val="right"/>
      </w:pPr>
      <w:r>
        <w:t>اللہ تعالیٰنےکہاتھاکہ آدمسے کہتم اسکےپاس نہجاؤ ۔ ڈونٹ اپروچ دسٹری۔ تو شیطاننے بہکایا۔</w:t>
      </w:r>
    </w:p>
    <w:p>
      <w:r>
        <w:rPr>
          <w:b/>
        </w:rPr>
        <w:t xml:space="preserve">[03:42] </w:t>
      </w:r>
      <w:r>
        <w:t>Shaitan ne kaha ke yeh jo ped hai, yeh to tumhare liye bohat badi blessing hai.</w:t>
      </w:r>
    </w:p>
    <w:p>
      <w:pPr>
        <w:jc w:val="right"/>
      </w:pPr>
      <w:r>
        <w:t>شیطاننےکہاکہیہ جو پیڑہے، یہتو تمہارےلیے بہت بڑیبلیسنگہے۔</w:t>
      </w:r>
    </w:p>
    <w:p>
      <w:r>
        <w:rPr>
          <w:b/>
        </w:rPr>
        <w:t xml:space="preserve">[03:50] </w:t>
      </w:r>
      <w:r>
        <w:t>Agar tum ne iska phal kha liya to tum ko eternity mil jayegi. Jiska matlab hai ke jo forbidden tree tha, isko usne</w:t>
      </w:r>
    </w:p>
    <w:p>
      <w:pPr>
        <w:jc w:val="right"/>
      </w:pPr>
      <w:r>
        <w:t>اگر تم نےاسکاپھلکھالیا توتم کوایٹرنیٹیملجائےگی۔ جسکامعنیہےکہجو فائیبرڈنٹریتھا، اسکو اسنے</w:t>
      </w:r>
    </w:p>
    <w:p>
      <w:r>
        <w:rPr>
          <w:b/>
        </w:rPr>
        <w:t xml:space="preserve">[04:02] </w:t>
      </w:r>
      <w:r>
        <w:t>Tree of eternity bataya Aadam ko. Ke isko khaaoge to tum ko eternal life mil jayegi.</w:t>
      </w:r>
    </w:p>
    <w:p>
      <w:pPr>
        <w:jc w:val="right"/>
      </w:pPr>
      <w:r>
        <w:t>ٹریآفایٹرنیٹی بت ایا آدمکو ۔ کہاسکوکھالوگےتو تم کو ایٹرنللائفملجائےگی۔</w:t>
      </w:r>
    </w:p>
    <w:p>
      <w:r>
        <w:rPr>
          <w:b/>
        </w:rPr>
        <w:t xml:space="preserve">[04:12] </w:t>
      </w:r>
      <w:r>
        <w:t>Hamesha ke liye paradise mil jayegi.</w:t>
      </w:r>
    </w:p>
    <w:p>
      <w:pPr>
        <w:jc w:val="right"/>
      </w:pPr>
      <w:r>
        <w:t>ہمیشہکےلیے پارڈائزملجائےگی۔</w:t>
      </w:r>
    </w:p>
    <w:p>
      <w:r>
        <w:rPr>
          <w:b/>
        </w:rPr>
        <w:t xml:space="preserve">[04:15] </w:t>
      </w:r>
      <w:r>
        <w:t>Is tarah se unhon ne is jannat, is is forbidden tree ka phal kha liya. Aur phir jannat se nikaal diye gaye. Yeh tha pehla case deceiving ka.</w:t>
      </w:r>
    </w:p>
    <w:p>
      <w:pPr>
        <w:jc w:val="right"/>
      </w:pPr>
      <w:r>
        <w:t>اسطرحسےانہوںنے اس جنت،اس اس فائیبرڈنٹریکاپھلکھالیا۔ اورپھرجنتسےنکالےگئے۔ یہتھا پہلا کیس ڈیسیونگکا ۔</w:t>
      </w:r>
    </w:p>
    <w:p>
      <w:r>
        <w:rPr>
          <w:b/>
        </w:rPr>
        <w:t xml:space="preserve">[04:27] </w:t>
      </w:r>
      <w:r>
        <w:t>Ya dajjali ka. Magar yeh bohat hi simple way mein tha. Isko main kahoon ke woh simple reception tha woh. Phir poori history mein chalta raha, chalta raha, chalta raha.</w:t>
      </w:r>
    </w:p>
    <w:p>
      <w:pPr>
        <w:jc w:val="right"/>
      </w:pPr>
      <w:r>
        <w:t>یا دجالیکا ۔ مگریہ بہتہی سمپلوےمیںتھا۔ اسکومیںکہوں کہوہسمپل ریسیپشنتھاوہ ۔ پھرپوریہسٹریمیںچلتارہا،چلتارہا،چلتارہا۔</w:t>
      </w:r>
    </w:p>
    <w:p>
      <w:r>
        <w:rPr>
          <w:b/>
        </w:rPr>
        <w:t xml:space="preserve">[04:40] </w:t>
      </w:r>
      <w:r>
        <w:t>ye modernism jisko hum kehte hain, modernism mein har cheez bahut hi articulate way mein ki jaati hai. bahut hi hoshiyari ke saath ki jaati hai.</w:t>
      </w:r>
    </w:p>
    <w:p>
      <w:pPr>
        <w:jc w:val="right"/>
      </w:pPr>
      <w:r>
        <w:t>یہ ماڈرنایججسکوہمکہتےہیں، ماڈرنایجمیںہرچیزبہتہی آرٹیکولیٹوےمیںکیجاتیہے۔ بہت ہی ہوشیاریکےساتھ کیجاتیہے۔</w:t>
      </w:r>
    </w:p>
    <w:p>
      <w:r>
        <w:rPr>
          <w:b/>
        </w:rPr>
        <w:t xml:space="preserve">[04:50] </w:t>
      </w:r>
      <w:r>
        <w:t>bahut hi</w:t>
      </w:r>
    </w:p>
    <w:p>
      <w:pPr>
        <w:jc w:val="right"/>
      </w:pPr>
      <w:r>
        <w:t>بہت ہی</w:t>
      </w:r>
    </w:p>
    <w:p>
      <w:r>
        <w:rPr>
          <w:b/>
        </w:rPr>
        <w:t xml:space="preserve">[04:54] </w:t>
      </w:r>
      <w:r>
        <w:t>aam insan samajh na paaye ke ye dhoka diya jaa raha hai. isi liye mein isko cunning deception kahunga. to ye jo daur hai ab baad wala, isi ke zamaane mein paida hone wale jo jo muslimeen karenge, unko dajjal kaha gaya hai.</w:t>
      </w:r>
    </w:p>
    <w:p>
      <w:pPr>
        <w:jc w:val="right"/>
      </w:pPr>
      <w:r>
        <w:t>عامانسان سمجھنہپائےکہیہ دھوکہدیاجارہاہے۔ اسیلیےمیںاسکو کننگڈیسیپشنکہوںگا۔ تو یہجودورہے اببعد والا، اسیکےزمان ےمیںپیدا ہونے والےجو جو مسلیڈکریںگے،انکودجالکہاگیاہے۔</w:t>
      </w:r>
    </w:p>
    <w:p>
      <w:r>
        <w:rPr>
          <w:b/>
        </w:rPr>
        <w:t xml:space="preserve">[05:11] </w:t>
      </w:r>
      <w:r>
        <w:t>isko samjhiye. doosri baat mein ye kahunga ke RasoolAllah ne farmaya hadees mein ke Aadam se lekar Qayamat tak sabse bada jo khatra hai wo dajjal ka khatra hai.</w:t>
      </w:r>
    </w:p>
    <w:p>
      <w:pPr>
        <w:jc w:val="right"/>
      </w:pPr>
      <w:r>
        <w:t>اسکوسمجھیے۔ دوسریبات میںیہ کہوںگا کہ رسولاللہنےفرمایا حدیثمیں کہ آدمسے لےکر قیامتتک سبسے بڑا جو خطرہہے وہ دجالکاخطرہہے۔</w:t>
      </w:r>
    </w:p>
    <w:p>
      <w:r>
        <w:rPr>
          <w:b/>
        </w:rPr>
        <w:t xml:space="preserve">[05:31] </w:t>
      </w:r>
      <w:r>
        <w:t>Aadam se lekar Qayamat tak sabse bada khatra dajjal ka khatra hai jo Aadam ko behkaega. aur aap ne ye bhi farmaya RasoolAllah sallallahu alayhi wasallam ne ke jitne bhi paighambar aaye Allah Taala ki taraf se, sab apne zamaane mein logon ko daraate rahe ke dekho dajjal aane wala hai.</w:t>
      </w:r>
    </w:p>
    <w:p>
      <w:pPr>
        <w:jc w:val="right"/>
      </w:pPr>
      <w:r>
        <w:t>آدمسےلےکر قیامتتک سبسےبڑاخطرہدجالکاخطرہہےجوآدمیکو بہکائےگا۔ اورآپنےیہبھیفرمایارسولاللہصلیاللہعلیہوسلمنے کہ جتنےبھی پیغمبرآئےاللہتعالیٰکیطرفسے ،سب اپنے زمان ےمیںلوگوںکوڈراتےرہےکہدیکھو دجالآنےوالاہے۔</w:t>
      </w:r>
    </w:p>
    <w:p>
      <w:r>
        <w:rPr>
          <w:b/>
        </w:rPr>
        <w:t xml:space="preserve">[05:53] </w:t>
      </w:r>
      <w:r>
        <w:t>to ye itna bada khatra tha ke saare paighambaron ki zaban se Allah Taala ne iske baare mein logon ko daraya. taake log hoshiyar rahein.</w:t>
      </w:r>
    </w:p>
    <w:p>
      <w:pPr>
        <w:jc w:val="right"/>
      </w:pPr>
      <w:r>
        <w:t>تویہاتنابڑا خطرہتھاکہ سارےپیغمبروںکیزبان سے اللہ تعالیٰنے اسکےبارےمیں لوگوںکوڈرایا۔ تاکہلوگ ہوشیاررہیں۔</w:t>
      </w:r>
    </w:p>
    <w:p>
      <w:r>
        <w:rPr>
          <w:b/>
        </w:rPr>
        <w:t xml:space="preserve">[06:03] </w:t>
      </w:r>
      <w:r>
        <w:t>aur phir hadees mein bahut baqaidagi taur par tashreeh ke saath woh signs bataaye gaye, signs yani alamatein.</w:t>
      </w:r>
    </w:p>
    <w:p>
      <w:pPr>
        <w:jc w:val="right"/>
      </w:pPr>
      <w:r>
        <w:t>اور پھر حدیث میں بہت باقاعدہطور پر تفسیرکےساتھ وہ سائنزبتائےگئے،سائنز یعنیعلامتیں۔</w:t>
      </w:r>
    </w:p>
    <w:p>
      <w:r>
        <w:rPr>
          <w:b/>
        </w:rPr>
        <w:t xml:space="preserve">[06:11] </w:t>
      </w:r>
      <w:r>
        <w:t>ke aap jaan lein. Qayamat aayegi, Qayamat se pehle ye alamatein aayengi, phir dajjal aayega. to woh saari baatein agar aap sincere hon, sachmuch aapko concerned ho is baat ko jaanne ka ke dajjal kya hai, dajjal ka zamana kya hai,</w:t>
      </w:r>
    </w:p>
    <w:p>
      <w:pPr>
        <w:jc w:val="right"/>
      </w:pPr>
      <w:r>
        <w:t>کہآپ جان لیں۔ قیامتآئےگی،قیامتسےپہلےیہعلامتیںآئیںگی،پھردجالآئےگا۔ تو وہ ساریباتیںاگر آپ سنسیئرہوں، سچمچآپکو کنسرنڈہواسباتکو جاننےکا کہدجالکیاہے، دجالزمکیاہے،</w:t>
      </w:r>
    </w:p>
    <w:p>
      <w:r>
        <w:rPr>
          <w:b/>
        </w:rPr>
        <w:t xml:space="preserve">[06:30] </w:t>
      </w:r>
      <w:r>
        <w:t>to undoubtedly aap samajh sakte hain ke kya dajjal hai aur kya dajjal hai aur kab aaya hua hai, aaya hua hai.</w:t>
      </w:r>
    </w:p>
    <w:p>
      <w:pPr>
        <w:jc w:val="right"/>
      </w:pPr>
      <w:r>
        <w:t>تو انڈاؤٹڈلیآپسمجھسکتےہیںکہ کیا دجالیہےاورکیادجالہےاورکبآیاہواہے، آیاہواہے۔</w:t>
      </w:r>
    </w:p>
    <w:p>
      <w:r>
        <w:rPr>
          <w:b/>
        </w:rPr>
        <w:t xml:space="preserve">[06:38] </w:t>
      </w:r>
      <w:r>
        <w:t>main ne yahan tak padha hai dajjal ka zamana aa chuka hai. dajjal zahir ho chuka hai. jo log abhi wait kar rahe hain to woh sirf Qayamat ka wait kar rahe hain.</w:t>
      </w:r>
    </w:p>
    <w:p>
      <w:pPr>
        <w:jc w:val="right"/>
      </w:pPr>
      <w:r>
        <w:t>میںنےیہاںتکپڑھاہے دجال کا زمان ہآچکاہے۔ دجالظاہرہوچکاہے۔ جولوگابھی ویٹکررہےہیں تو وہصرف قیامتکاویٹکررہےہیں۔</w:t>
      </w:r>
    </w:p>
    <w:p>
      <w:r>
        <w:rPr>
          <w:b/>
        </w:rPr>
        <w:t xml:space="preserve">[06:52] </w:t>
      </w:r>
      <w:r>
        <w:t>inke hisse mein sirf ye aayega ke Israfeel ka soor phoonka jaye aur inko afsos karna ho ke dekho humne to kuch kiya nahi aur Qayamat aa gayi.</w:t>
      </w:r>
    </w:p>
    <w:p>
      <w:pPr>
        <w:jc w:val="right"/>
      </w:pPr>
      <w:r>
        <w:t>انکےحصےمیںصرفیہآئےگاکہ اسرافیلکاسورپھونکاجائے اور انکوافسوسکرناہوکہدیکھو ہمنےتو کچھکیانہیں اورقیامتآگئی ۔</w:t>
      </w:r>
    </w:p>
    <w:p>
      <w:r>
        <w:rPr>
          <w:b/>
        </w:rPr>
        <w:t xml:space="preserve">[07:03] </w:t>
      </w:r>
      <w:r>
        <w:t>to dajjal aa chuka hai, aane wala nahi hai.</w:t>
      </w:r>
    </w:p>
    <w:p>
      <w:pPr>
        <w:jc w:val="right"/>
      </w:pPr>
      <w:r>
        <w:t>تو دجال آچکاہے، آنےوالانہیں ہے۔</w:t>
      </w:r>
    </w:p>
    <w:p>
      <w:r>
        <w:rPr>
          <w:b/>
        </w:rPr>
        <w:t xml:space="preserve">[07:07] </w:t>
      </w:r>
      <w:r>
        <w:t>to humein bahut zyada hoshiyari ke saath is maamle mein jeena chahiye. ab dekhein ke dajjal kya hai. main ne is par bahut zyada ghaur kiya to mujhe ek clue mila, T.S. Eliot ka clue.</w:t>
      </w:r>
    </w:p>
    <w:p>
      <w:pPr>
        <w:jc w:val="right"/>
      </w:pPr>
      <w:r>
        <w:t>توہمیںبہت زیادہ ہوشیاریکےساتھ اسمعاملےمیں جیناچاہیے۔ ابدیکھیںکہدجالکیا ہے۔ میںنےاسپر بہتزیادہ غورکیاتومجھےایککلوملا، سی ایلیوای کلو۔</w:t>
      </w:r>
    </w:p>
    <w:p>
      <w:r>
        <w:rPr>
          <w:b/>
        </w:rPr>
        <w:t xml:space="preserve">[07:23] </w:t>
      </w:r>
      <w:r>
        <w:t>woh clue hadees mein tha. hadees dekhein, hadees ki bahut si kitaabein hain. taqreeban sab kitaabon mein dajjal ka zikr aaya hai.</w:t>
      </w:r>
    </w:p>
    <w:p>
      <w:pPr>
        <w:jc w:val="right"/>
      </w:pPr>
      <w:r>
        <w:t>وہ کلوحدیثمیںتھا۔ حدیث دیکھیں، حدیثکیبہت سیکتاب یںہیں۔ تقریباً سب کتاب وںمیں دجالکاذکرآیاہے۔</w:t>
      </w:r>
    </w:p>
    <w:p>
      <w:r>
        <w:rPr>
          <w:b/>
        </w:rPr>
        <w:t xml:space="preserve">[07:33] </w:t>
      </w:r>
      <w:r>
        <w:t>Quran mein dajjal ka word nahi hai. Quran mein dajjal ka zikr nahi hai. lekin hadees mein to bhari hui hain riwayatein.</w:t>
      </w:r>
    </w:p>
    <w:p>
      <w:pPr>
        <w:jc w:val="right"/>
      </w:pPr>
      <w:r>
        <w:t>قرآنمیں دجالکاورڈنہیںہے۔ قرآنمیںدجالکاذکرنہیںہے۔ لیکن حدیثمیں تو بھریہوئیہیںروایتیں۔</w:t>
      </w:r>
    </w:p>
    <w:p>
      <w:r>
        <w:rPr>
          <w:b/>
        </w:rPr>
        <w:t xml:space="preserve">[07:44] </w:t>
      </w:r>
      <w:r>
        <w:t>to hadees mein aane se iska darja kam nahi hua. main samajhta hoon ke ab isi yaqeen ke saath humein maanna chahiye, jis yaqeen ke saath Quran ki kisi baat ko hum maante hain.</w:t>
      </w:r>
    </w:p>
    <w:p>
      <w:pPr>
        <w:jc w:val="right"/>
      </w:pPr>
      <w:r>
        <w:t>تو حدیثمیں آنےسے اسکادرج ہکمنہیںہوا ۔ میںسمجھتاہوںکہاباسییقینکےساتھ ہمیں مانناچاہیے ،جسیقینکےساتھ قرآنکیکسیباتکوہممانتےہیں۔</w:t>
      </w:r>
    </w:p>
    <w:p>
      <w:r>
        <w:rPr>
          <w:b/>
        </w:rPr>
        <w:t xml:space="preserve">[07:57] </w:t>
      </w:r>
      <w:r>
        <w:t>kyunke riwayatein bahut aayi hui hain.</w:t>
      </w:r>
    </w:p>
    <w:p>
      <w:pPr>
        <w:jc w:val="right"/>
      </w:pPr>
      <w:r>
        <w:t>کیونکہروایتیںبہت آئیہوئی ہیں۔</w:t>
      </w:r>
    </w:p>
    <w:p>
      <w:r>
        <w:rPr>
          <w:b/>
        </w:rPr>
        <w:t xml:space="preserve">[08:01] </w:t>
      </w:r>
      <w:r>
        <w:t>to Bukhari ki ek riwayat mein mujhe ek clue mila. woh clue ye hai ke dajjal aawar hoga.</w:t>
      </w:r>
    </w:p>
    <w:p>
      <w:pPr>
        <w:jc w:val="right"/>
      </w:pPr>
      <w:r>
        <w:t>تو بخ اری کیایکروایت میںمجھے ایک کلوملا۔ وہکلویہہے کہ دجال آورہوگا۔</w:t>
      </w:r>
    </w:p>
    <w:p>
      <w:r>
        <w:rPr>
          <w:b/>
        </w:rPr>
        <w:t xml:space="preserve">[08:09] </w:t>
      </w:r>
      <w:r>
        <w:t>alif ain wao re aawar. aawar ka matlab hai one eyed, ek aankh wala.</w:t>
      </w:r>
    </w:p>
    <w:p>
      <w:pPr>
        <w:jc w:val="right"/>
      </w:pPr>
      <w:r>
        <w:t>الف عین واؤرے آور ۔ آورکامطلبہے ون آئیڈ، ایک آنکھوالا۔</w:t>
      </w:r>
    </w:p>
    <w:p>
      <w:r>
        <w:rPr>
          <w:b/>
        </w:rPr>
        <w:t xml:space="preserve">[08:20] </w:t>
      </w:r>
      <w:r>
        <w:t>aawar. ke dajjal ek aankh wala hoga. aur riwayat mein ye bhi hai ke woh iski daayin aankh nahi hogi, baayin aankh hogi.</w:t>
      </w:r>
    </w:p>
    <w:p>
      <w:pPr>
        <w:jc w:val="right"/>
      </w:pPr>
      <w:r>
        <w:t>آور۔ کہدجال ایکآنکھوالاہوگا۔ اور روایت میںیہبھیہےکہ وہاسکی دائیںآنکھنہیںہوگی،بائیںآنکھہوگی۔</w:t>
      </w:r>
    </w:p>
    <w:p>
      <w:r>
        <w:rPr>
          <w:b/>
        </w:rPr>
        <w:t xml:space="preserve">[08:31] </w:t>
      </w:r>
      <w:r>
        <w:t>isse mujhe clue mila ke dajjal kya cheez hai. dekhein, dajjal naam hai is baat ka ke one sided interpretation of things.</w:t>
      </w:r>
    </w:p>
    <w:p>
      <w:pPr>
        <w:jc w:val="right"/>
      </w:pPr>
      <w:r>
        <w:t>اسسےمجھےکلوملاکہدجالکیاچیزہے۔ دیکھیں،دجال نامہے اسباتکا کہ ون سائیڈڈانٹرپریشن آفتھنگز۔</w:t>
      </w:r>
    </w:p>
    <w:p>
      <w:r>
        <w:rPr>
          <w:b/>
        </w:rPr>
        <w:t xml:space="preserve">[08:44] </w:t>
      </w:r>
      <w:r>
        <w:t>woh cheezon ka ek taraf ka description dega. ek taraf ka. yani duniya ki baaton ko highlight karega aur aakhirat ki baaton ko khatam karega.</w:t>
      </w:r>
    </w:p>
    <w:p>
      <w:pPr>
        <w:jc w:val="right"/>
      </w:pPr>
      <w:r>
        <w:t>وہچیزوںکا ایکطرف ہ ڈسکرپشندےگا۔ ایکطرف ہ ۔یعنی دنیا کیباتوںکوہائیلائٹکرےگا اور آخرتکیباتوںکو ختمکردےگا۔</w:t>
      </w:r>
    </w:p>
    <w:p>
      <w:r>
        <w:rPr>
          <w:b/>
        </w:rPr>
        <w:t xml:space="preserve">[08:59] </w:t>
      </w:r>
      <w:r>
        <w:t>duniya mein socha nahi hai iske baare mein.</w:t>
      </w:r>
    </w:p>
    <w:p>
      <w:pPr>
        <w:jc w:val="right"/>
      </w:pPr>
      <w:r>
        <w:t>دھنآ دمیسوچاہینہیںاسکےبارےمیں۔</w:t>
      </w:r>
    </w:p>
    <w:p>
      <w:r>
        <w:rPr>
          <w:b/>
        </w:rPr>
        <w:t xml:space="preserve">[09:01] </w:t>
      </w:r>
      <w:r>
        <w:t>ye hai one sided interpretation of life. ke aap duniya ke baare mein khoob sochein aur aakhirat ke baare mein kuch na sochein.</w:t>
      </w:r>
    </w:p>
    <w:p>
      <w:pPr>
        <w:jc w:val="right"/>
      </w:pPr>
      <w:r>
        <w:t>یہہے ون سائیڈڈانٹرپریشنآفلائف۔ کہآپ دنیا کےبارےمیںخوبسوچیں اورآخرتکےبارےمیںکچھنہسوچیں۔</w:t>
      </w:r>
    </w:p>
    <w:p>
      <w:r>
        <w:rPr>
          <w:b/>
        </w:rPr>
        <w:t xml:space="preserve">[09:11] </w:t>
      </w:r>
      <w:r>
        <w:t>ye karega woh. isi ko main keh raha hoon one sided, one sided interpretation of life. ye</w:t>
      </w:r>
    </w:p>
    <w:p>
      <w:pPr>
        <w:jc w:val="right"/>
      </w:pPr>
      <w:r>
        <w:t>یہ کرےگاوہ ۔ اسیکومیںکہہرہاہوںکہون سائیڈڈ، ون سائیڈڈانٹرپریشنآف لائف۔ یہ</w:t>
      </w:r>
    </w:p>
    <w:p>
      <w:r>
        <w:rPr>
          <w:b/>
        </w:rPr>
        <w:t xml:space="preserve">[09:19] </w:t>
      </w:r>
      <w:r>
        <w:t>main isse samjha hoon ke shaitan ko kaha gaya hai ke woh jo ek aankh wala hoga, one eyed hoga, iska matlab hoga ke woh one sided interpretation dega life ka.</w:t>
      </w:r>
    </w:p>
    <w:p>
      <w:pPr>
        <w:jc w:val="right"/>
      </w:pPr>
      <w:r>
        <w:t>میں اسسےسمجھاہوںکہ شیطان کوکہاگیاہےکہوہجوایکآنکھوالاہوگا، ون آئیڈہوگا، اسکامطلبہوگاکہوہ ون سائیڈڈ انٹرپریشندےگالائفکا ۔</w:t>
      </w:r>
    </w:p>
    <w:p>
      <w:r>
        <w:rPr>
          <w:b/>
        </w:rPr>
        <w:t xml:space="preserve">[09:31] </w:t>
      </w:r>
      <w:r>
        <w:t>one sided description dega zindagi ka. ab maine is par aur mazeed ghaur kiya to maloom hua ke yeh kab se shuru hua.</w:t>
      </w:r>
    </w:p>
    <w:p>
      <w:pPr>
        <w:jc w:val="right"/>
      </w:pPr>
      <w:r>
        <w:t>ون سائیڈڈ ڈسکرپشندےگا زندگی کا ۔ ابمیںنےاسپراورمزید غورکیا تو معلومہواکہیہکبسےشروعہوا ۔</w:t>
      </w:r>
    </w:p>
    <w:p>
      <w:r>
        <w:rPr>
          <w:b/>
        </w:rPr>
        <w:t xml:space="preserve">[09:40] </w:t>
      </w:r>
      <w:r>
        <w:t>yeh shuru hua hai ab se pehle chaar so saal pehle, taqreeban saadhe chaar so saal pehle, yeh Galileo se shuru hua.</w:t>
      </w:r>
    </w:p>
    <w:p>
      <w:pPr>
        <w:jc w:val="right"/>
      </w:pPr>
      <w:r>
        <w:t>یہشروع ہواہے ابسے پہلے چار سوسال پہلے ، تقریباً ساڑھےچارسو سال پہلے، یہ گل یلیوسےشروعہوا ۔</w:t>
      </w:r>
    </w:p>
    <w:p>
      <w:r>
        <w:rPr>
          <w:b/>
        </w:rPr>
        <w:t xml:space="preserve">[09:55] </w:t>
      </w:r>
      <w:r>
        <w:t>Galileo ko aap jaante hain ke modern science ka woh finder mana jata hai, founder.</w:t>
      </w:r>
    </w:p>
    <w:p>
      <w:pPr>
        <w:jc w:val="right"/>
      </w:pPr>
      <w:r>
        <w:t>گل یلیوکوآپجانتےہیںکہ ماڈرنسائنسکاوہفائنڈر ماناجاتاہے، فاؤنڈر۔</w:t>
      </w:r>
    </w:p>
    <w:p>
      <w:r>
        <w:rPr>
          <w:b/>
        </w:rPr>
        <w:t xml:space="preserve">[10:03] </w:t>
      </w:r>
      <w:r>
        <w:t>science yani founder of modern science mana jata hai. Galileo ko jo Italy ka bahut bada astronomer tha, jisne pehli baar telescope se aasmaan ko dekha, to usko bahut bada darja maal mana jata hai science mein.</w:t>
      </w:r>
    </w:p>
    <w:p>
      <w:pPr>
        <w:jc w:val="right"/>
      </w:pPr>
      <w:r>
        <w:t>سائنسیعنی فاؤنڈرآفماڈرنسائنسماناجاتاہے۔گلیلیوکوجو اٹلیکا بہت بڑا اسٹرانومرتھا، جسنےپہلیبار ٹیلیسکوپ سے آسمانکودیکھا، تو اسکوبہت بڑا درج ہ مال ماناجاتا ہے سائنسمیں۔</w:t>
      </w:r>
    </w:p>
    <w:p>
      <w:r>
        <w:rPr>
          <w:b/>
        </w:rPr>
        <w:t xml:space="preserve">[10:18] </w:t>
      </w:r>
      <w:r>
        <w:t>Galileo ne kya kya? Usne dual, usko woh, usne woh philosophy lai jisko kaha tha dualism. Dualism.</w:t>
      </w:r>
    </w:p>
    <w:p>
      <w:pPr>
        <w:jc w:val="right"/>
      </w:pPr>
      <w:r>
        <w:t>گل یلیونےکیاکیا ؟ اسنے ڈول،اسکووہ،اسنےوہ فلاسفیچلائیجسکوکہاتھا ڈول زم۔ ڈ ولزم۔</w:t>
      </w:r>
    </w:p>
    <w:p>
      <w:r>
        <w:rPr>
          <w:b/>
        </w:rPr>
        <w:t xml:space="preserve">[10:29] </w:t>
      </w:r>
      <w:r>
        <w:t>Sanviyat. Dualism ka matlab hai ke cheezon ko do mein baant dena. Yani usne yeh kiya ke science ki jo study hai, usko usne bataya ke science ki study un cheezon mein rahegi jo miserable hain.</w:t>
      </w:r>
    </w:p>
    <w:p>
      <w:pPr>
        <w:jc w:val="right"/>
      </w:pPr>
      <w:r>
        <w:t>ثنویت۔ ڈولزمکامطلبہےکہچیزوںکو دو میںبانٹدینا۔ یعنی اسنے یہ کیا کہ سائنس کیجواسٹڈیہے، اسکو اسنےبتایاکہسائنسکیاسٹڈی انچیزوںمیںرہےگیجو میزیریبل ہیں۔</w:t>
      </w:r>
    </w:p>
    <w:p>
      <w:r>
        <w:rPr>
          <w:b/>
        </w:rPr>
        <w:t xml:space="preserve">[10:48] </w:t>
      </w:r>
      <w:r>
        <w:t>jo non-miserable hain, woh science ke study se bahar rahengi.</w:t>
      </w:r>
    </w:p>
    <w:p>
      <w:pPr>
        <w:jc w:val="right"/>
      </w:pPr>
      <w:r>
        <w:t>جو نانمیزیریبلہیں، وہ سائنس کے اسٹڈیسےباہررہیںگی۔</w:t>
      </w:r>
    </w:p>
    <w:p>
      <w:r>
        <w:rPr>
          <w:b/>
        </w:rPr>
        <w:t xml:space="preserve">[10:53] </w:t>
      </w:r>
      <w:r>
        <w:t>yeh bahut hi bada ek naya zamana aaya hai history of thought mein. Galileo se pehle yeh dualism maujood nahi tha.</w:t>
      </w:r>
    </w:p>
    <w:p>
      <w:pPr>
        <w:jc w:val="right"/>
      </w:pPr>
      <w:r>
        <w:t>یہ بہت ہیبڑا ایک نیا زمان ہآیاہے انہسٹریآفتھاٹمیں۔ گلیلیوسےپہلے یہ ڈولزمموجود نہیںتھا۔</w:t>
      </w:r>
    </w:p>
    <w:p>
      <w:r>
        <w:rPr>
          <w:b/>
        </w:rPr>
        <w:t xml:space="preserve">[11:07] </w:t>
      </w:r>
      <w:r>
        <w:t>cheezon ko log holistic way mein sochte the. Holistic way mein.</w:t>
      </w:r>
    </w:p>
    <w:p>
      <w:pPr>
        <w:jc w:val="right"/>
      </w:pPr>
      <w:r>
        <w:t>چیزوںکولوگ ہولسٹکوےمیںسوچتےتھے۔ ہولسٹکوےمیں۔</w:t>
      </w:r>
    </w:p>
    <w:p>
      <w:r>
        <w:rPr>
          <w:b/>
        </w:rPr>
        <w:t xml:space="preserve">[11:13] </w:t>
      </w:r>
      <w:r>
        <w:t>lekin Galileo ne yeh kiya ke usne cheezon ke qualitative aspect ko alag kar diya aur quantitative aspect ko alag kar diya.</w:t>
      </w:r>
    </w:p>
    <w:p>
      <w:pPr>
        <w:jc w:val="right"/>
      </w:pPr>
      <w:r>
        <w:t>لیکن گلیلیونے یہکیا کہاسنے چیزوںکے کوالیٹیٹیوایسپیکٹکوالگکردیا اور کوانٹیٹیٹیوایسپیکٹکوالگکردیا۔</w:t>
      </w:r>
    </w:p>
    <w:p>
      <w:r>
        <w:rPr>
          <w:b/>
        </w:rPr>
        <w:t xml:space="preserve">[11:22] </w:t>
      </w:r>
      <w:r>
        <w:t>yani quality alag aur quantity alag. Jaise misaal ke taur par phool hai. Phool ki ek chemistry hoti hai. Ek uska fragrance hota hai.</w:t>
      </w:r>
    </w:p>
    <w:p>
      <w:pPr>
        <w:jc w:val="right"/>
      </w:pPr>
      <w:r>
        <w:t>یعنیکوالٹیالگ اورکوانٹیٹیالگ ۔ جیسےمثالکےطورپرپھولہے۔ پھولکیایککیمسٹریہوتیہے۔ ایک اسکا فریگرنسہوتاہے۔</w:t>
      </w:r>
    </w:p>
    <w:p>
      <w:r>
        <w:rPr>
          <w:b/>
        </w:rPr>
        <w:t xml:space="preserve">[11:32] </w:t>
      </w:r>
      <w:r>
        <w:t>to usne kaha ke fragrance science ki study ka subject nahi hai. Uski chemistry subject hai us ka.</w:t>
      </w:r>
    </w:p>
    <w:p>
      <w:pPr>
        <w:jc w:val="right"/>
      </w:pPr>
      <w:r>
        <w:t>تو اسنےکہاکہ فریگر نس سائنسکیاسٹڈیکاسبجیکٹنہیںہے۔ اسکیکیمسٹریسبجیکٹہےاسکا ۔</w:t>
      </w:r>
    </w:p>
    <w:p>
      <w:r>
        <w:rPr>
          <w:b/>
        </w:rPr>
        <w:t xml:space="preserve">[11:40] </w:t>
      </w:r>
      <w:r>
        <w:t>aisi saari cheezein. To quality ko quantity se alag kar diya gaya. Yeh bahut seedhi si baat lagti hai lekin is mein saara maamla ulta tipar gaya.</w:t>
      </w:r>
    </w:p>
    <w:p>
      <w:pPr>
        <w:jc w:val="right"/>
      </w:pPr>
      <w:r>
        <w:t>ایسی ساریچیزیں۔ تو کوالٹیکو کوانٹیٹیسےالگکردیاگیا۔ یہ بہت سیدھیسیباتلگتیہےلیکناسمیں سارا معاملہالٹال ٹپڑگیا۔</w:t>
      </w:r>
    </w:p>
    <w:p>
      <w:r>
        <w:rPr>
          <w:b/>
        </w:rPr>
        <w:t xml:space="preserve">[11:52] </w:t>
      </w:r>
      <w:r>
        <w:t>wahan se dajali shuru hui. Yani khud science mein yeh kiya gaya ke science mein one sided study hui.</w:t>
      </w:r>
    </w:p>
    <w:p>
      <w:pPr>
        <w:jc w:val="right"/>
      </w:pPr>
      <w:r>
        <w:t>وہیںسےدجالیشروعہوئی ۔ یعنیخود سائنسمیں یہکیا گیا کہ سائنسمیں ون سائیڈڈ اسٹڈیہوئی ۔</w:t>
      </w:r>
    </w:p>
    <w:p>
      <w:r>
        <w:rPr>
          <w:b/>
        </w:rPr>
        <w:t xml:space="preserve">[12:03] </w:t>
      </w:r>
      <w:r>
        <w:t>yani cheezon ki jo cheezon mein jo meaning hai cheezon mein, jo quality hai cheezon mein, us is ka us ki study science se bahar qarar de di gayi.</w:t>
      </w:r>
    </w:p>
    <w:p>
      <w:pPr>
        <w:jc w:val="right"/>
      </w:pPr>
      <w:r>
        <w:t>یعنی چیزوں کیجو چیزوںمیںجو میننگہےچیزوںمیں،جو کوالٹیہےچیزوںمیں، اس اسکا اس کیاسٹڈیسائنس سے باہر قراردےدیگئی۔</w:t>
      </w:r>
    </w:p>
    <w:p>
      <w:r>
        <w:rPr>
          <w:b/>
        </w:rPr>
        <w:t xml:space="preserve">[12:17] </w:t>
      </w:r>
      <w:r>
        <w:t>aur us ka jo physical aspect hai ya chemistry, chemical aspect tha, us ki study science mein hone lagi. Is tarah se is ka natija kya hua ke values khatam ho gayin zindagi se.</w:t>
      </w:r>
    </w:p>
    <w:p>
      <w:pPr>
        <w:jc w:val="right"/>
      </w:pPr>
      <w:r>
        <w:t>اوراسکاجو فزیکلایسپیکٹہے یا کیمسٹری،کیمیکلایسپیکٹتھا،اسکیاسٹڈی سائنسمیںہونےلگی۔ اسطرحسےاسکانتیجہکیاہوا کہ ویلیوز ختمہوگئیں زندگی سے ۔</w:t>
      </w:r>
    </w:p>
    <w:p>
      <w:r>
        <w:rPr>
          <w:b/>
        </w:rPr>
        <w:t xml:space="preserve">[12:30] </w:t>
      </w:r>
      <w:r>
        <w:t>yani values khatam ho gayin.</w:t>
      </w:r>
    </w:p>
    <w:p>
      <w:pPr>
        <w:jc w:val="right"/>
      </w:pPr>
      <w:r>
        <w:t>یعنیویلیوزختمہوگئیں۔</w:t>
      </w:r>
    </w:p>
    <w:p>
      <w:r>
        <w:rPr>
          <w:b/>
        </w:rPr>
        <w:t xml:space="preserve">[12:33] </w:t>
      </w:r>
      <w:r>
        <w:t>is se pehle insaan mein yeh duality nahi thi. To values, values baqi thin.</w:t>
      </w:r>
    </w:p>
    <w:p>
      <w:pPr>
        <w:jc w:val="right"/>
      </w:pPr>
      <w:r>
        <w:t>اسسےپہلے انسان میں یہ ڈولٹینہیںتھی۔ تو ویلیوز، ویلیوزباقیتھیں۔</w:t>
      </w:r>
    </w:p>
    <w:p>
      <w:r>
        <w:rPr>
          <w:b/>
        </w:rPr>
        <w:t xml:space="preserve">[12:42] </w:t>
      </w:r>
      <w:r>
        <w:t>insaan jo hai value conscious hua karta tha. Ab value conscious hona khatam ho gaya. To pehle daur jo tha is mein dekhein, haan main yeh kahunga ke yeh dualism jo hai,</w:t>
      </w:r>
    </w:p>
    <w:p>
      <w:pPr>
        <w:jc w:val="right"/>
      </w:pPr>
      <w:r>
        <w:t>انسان جوہے ویلیوکانشیسہواکرتاتھا۔ ابویلیوکانشیسہوناختمہوگیا۔ تو پہلے دور جوتھا اسمیں دیکھیں، ہاںمیںیہکہوںگاکہ یہ ڈ ولزمجوہے،</w:t>
      </w:r>
    </w:p>
    <w:p>
      <w:r>
        <w:rPr>
          <w:b/>
        </w:rPr>
        <w:t xml:space="preserve">[12:56] </w:t>
      </w:r>
      <w:r>
        <w:t>dualism ek aaj ek poori philosophy hai.</w:t>
      </w:r>
    </w:p>
    <w:p>
      <w:pPr>
        <w:jc w:val="right"/>
      </w:pPr>
      <w:r>
        <w:t>ڈولزم ایک آجایکپوریف لاسفیہے۔</w:t>
      </w:r>
    </w:p>
    <w:p>
      <w:r>
        <w:rPr>
          <w:b/>
        </w:rPr>
        <w:t xml:space="preserve">[12:59] </w:t>
      </w:r>
      <w:r>
        <w:t>aap agar dekhein encyclopedia mein ya internet pe to aap ko maloom ho ke dualism ek poori philosophy hai. Yani zindagi ke cheezon ko do mein baantna.</w:t>
      </w:r>
    </w:p>
    <w:p>
      <w:pPr>
        <w:jc w:val="right"/>
      </w:pPr>
      <w:r>
        <w:t>آپاگر دیکھیں انسائیکلوپیڈیامیںیاانٹرنیٹپہ تو آپکومعلومہوکہڈولزمایکپوریفلاسفیہے۔ یعنیزندگی کے چیزوںکو دومیںبانٹنا۔</w:t>
      </w:r>
    </w:p>
    <w:p>
      <w:r>
        <w:rPr>
          <w:b/>
        </w:rPr>
        <w:t xml:space="preserve">[13:09] </w:t>
      </w:r>
      <w:r>
        <w:t>do mein baantna. Yani jo us ka physical aspect hai, chemical aspect hai ya material aspect jo hai, usko lena aur us ka jo doosra aspect hai, us ki meaning, us ki value,</w:t>
      </w:r>
    </w:p>
    <w:p>
      <w:pPr>
        <w:jc w:val="right"/>
      </w:pPr>
      <w:r>
        <w:t>دومیںبانٹنا۔ یعنیجو اسکا فزیکلایسپیکٹہے، کیمیکلایسپیکٹہے یا یا مٹیریلایسپیکٹجوہے، اسکولینا اوراسکاجو دوسراایسپیکٹہے،اسکی میننگ،اسکیویلیو،</w:t>
      </w:r>
    </w:p>
    <w:p>
      <w:r>
        <w:rPr>
          <w:b/>
        </w:rPr>
        <w:t xml:space="preserve">[13:22] </w:t>
      </w:r>
      <w:r>
        <w:t>us ki quality, usko chhod dena. Poori aaj zindagi aap dekhein modern jo civilization hai, woh isi par chal rahi hai.</w:t>
      </w:r>
    </w:p>
    <w:p>
      <w:pPr>
        <w:jc w:val="right"/>
      </w:pPr>
      <w:r>
        <w:t>اسکیکوالٹی،اسکوچھوڑدینا۔ پوریآجزندگی آپدیکھیںماڈرنجوسویلائزیشنہے، وہ اسیپرچلرہیہے۔</w:t>
      </w:r>
    </w:p>
    <w:p>
      <w:r>
        <w:rPr>
          <w:b/>
        </w:rPr>
        <w:t xml:space="preserve">[13:31] </w:t>
      </w:r>
      <w:r>
        <w:t>yani us waqt us aspect ko modern insaan ne chhod diya. Ab sirf yeh hai ke material enjoy, material pleasure, yahi insaan ka sab kuch bana hua hai.</w:t>
      </w:r>
    </w:p>
    <w:p>
      <w:pPr>
        <w:jc w:val="right"/>
      </w:pPr>
      <w:r>
        <w:t>یعنیاس وقتاسایسپیکٹکو ماڈرنانساننےچھوڑدیا ۔ ابصرفیہہے کہ مٹیر یل انجوائے، مٹیریلپلیژر،یہیاسانسانکا سبکچھبناہواہے۔</w:t>
      </w:r>
    </w:p>
    <w:p>
      <w:r>
        <w:rPr>
          <w:b/>
        </w:rPr>
        <w:t xml:space="preserve">[13:43] </w:t>
      </w:r>
      <w:r>
        <w:t>to ye secular field mein hua aur religious field mein bhi ye hua. main chand aapko iska example deta hoon.</w:t>
      </w:r>
    </w:p>
    <w:p>
      <w:pPr>
        <w:jc w:val="right"/>
      </w:pPr>
      <w:r>
        <w:t>تو یہ سیکولرفیلڈمیںہوااورریلیجسفیلڈمیں بھییہیہوا۔ میں چند آپکو اسکاایگزامپلدیتاہوں۔</w:t>
      </w:r>
    </w:p>
    <w:p>
      <w:r>
        <w:rPr>
          <w:b/>
        </w:rPr>
        <w:t xml:space="preserve">[13:53] </w:t>
      </w:r>
      <w:r>
        <w:t>dekhen, ye jo duality chali gayi to ismein ek pura philosophy bani jisko kehte hain utilitarianism.</w:t>
      </w:r>
    </w:p>
    <w:p>
      <w:pPr>
        <w:jc w:val="right"/>
      </w:pPr>
      <w:r>
        <w:t>دیکھیں، یہجو ڈولٹیچلائیگئی تو اسمیں ایکپورا فلاسفیبنی جسکوکہتےہیں یوٹیلیٹیرین زم۔</w:t>
      </w:r>
    </w:p>
    <w:p>
      <w:r>
        <w:rPr>
          <w:b/>
        </w:rPr>
        <w:t xml:space="preserve">[14:06] </w:t>
      </w:r>
      <w:r>
        <w:t>jisko ke Bentham ne shuru kiya, Macaulay ne isko aage badhaya. to utilitarianism yani faida, afadiyat, jismein faida hai woh lena, baqi faida isko, isko chhod dena.</w:t>
      </w:r>
    </w:p>
    <w:p>
      <w:pPr>
        <w:jc w:val="right"/>
      </w:pPr>
      <w:r>
        <w:t>جسکو کہ بینتھمنے شروع کیا، میکیولینےاسکوآگےبڑھایا۔ تو یوٹیلیٹیرینزمیعنی فائدہ،اف ادیت،جسمیںفائدہہےوہ لینا،باقیفائدہاسکو،اسکوچھوڑدینا۔</w:t>
      </w:r>
    </w:p>
    <w:p>
      <w:r>
        <w:rPr>
          <w:b/>
        </w:rPr>
        <w:t xml:space="preserve">[14:22] </w:t>
      </w:r>
      <w:r>
        <w:t>to</w:t>
      </w:r>
    </w:p>
    <w:p>
      <w:pPr>
        <w:jc w:val="right"/>
      </w:pPr>
      <w:r>
        <w:t>تو</w:t>
      </w:r>
    </w:p>
    <w:p>
      <w:r>
        <w:rPr>
          <w:b/>
        </w:rPr>
        <w:t xml:space="preserve">[14:23] </w:t>
      </w:r>
      <w:r>
        <w:t>yani material gain jismein hai, material interest jismein hai, isko lena bas. baqi jo value wali baatein hain, jo meaning ki baatein hain, jo quality wali baatein hain, jo religious baatein hain, jo spiritual baatein hain, isko chhod dena.</w:t>
      </w:r>
    </w:p>
    <w:p>
      <w:pPr>
        <w:jc w:val="right"/>
      </w:pPr>
      <w:r>
        <w:t>یعنی مٹیریلگینجسمیںہے، مٹیریل انٹرسٹجسمیںہے،اسکولینابس۔ باقیجو ویلیووالیباتیںہیں،جو میننگکیباتیںہیں،جوکوالٹیوالیباتیںہیں، جو ریلیجسباتیںہیں،جوسپریچولباتیںہیں،اسکوچھوڑدینا۔</w:t>
      </w:r>
    </w:p>
    <w:p>
      <w:r>
        <w:rPr>
          <w:b/>
        </w:rPr>
        <w:t xml:space="preserve">[14:36] </w:t>
      </w:r>
      <w:r>
        <w:t>ye hai utilitarianism. ye chha gaya insaan ke upar. ye dualistic aspect jo hai insaan ke upar chha gaya.</w:t>
      </w:r>
    </w:p>
    <w:p>
      <w:pPr>
        <w:jc w:val="right"/>
      </w:pPr>
      <w:r>
        <w:t>یہہے یوٹ یلیٹیرینزم۔ یہ چھاگیاانسانکےاوپر ۔ یہ ڈولسٹکایسپیکٹجوہےانسانکےاوپرچھاگیا۔</w:t>
      </w:r>
    </w:p>
    <w:p>
      <w:r>
        <w:rPr>
          <w:b/>
        </w:rPr>
        <w:t xml:space="preserve">[14:46] </w:t>
      </w:r>
      <w:r>
        <w:t>aaj jisko dekhen, agar aap se baat karen spirituality to woh kahega woh to mere paas time nahi hai. aur material interest ki baat karen to khoob time uske paas hota hai.</w:t>
      </w:r>
    </w:p>
    <w:p>
      <w:pPr>
        <w:jc w:val="right"/>
      </w:pPr>
      <w:r>
        <w:t>آججسکودیکھیں، اگر آپ سےباتکریں سپرچولیٹیکیتواسکوکہےگاوہتو میرےپاسٹائمنہیںہے۔ اور مٹیریلانٹرسٹکیباتکریںتوخوبٹائماسکےپاسہوتاہے۔</w:t>
      </w:r>
    </w:p>
    <w:p>
      <w:r>
        <w:rPr>
          <w:b/>
        </w:rPr>
        <w:t xml:space="preserve">[14:57] </w:t>
      </w:r>
      <w:r>
        <w:t>duniya ki baat hai ke ye to khoob time uske paas hai. aakhirat ki baat hai ke ye to kisi ke paas time nahi hai. ye hai dualism. to ye kaise duniya mein phaila, main chand misalein deta hoon aapko.</w:t>
      </w:r>
    </w:p>
    <w:p>
      <w:pPr>
        <w:jc w:val="right"/>
      </w:pPr>
      <w:r>
        <w:t>دنیا کیباتہےکہیہتوخوبٹائماسکےپاسہے۔ آخرتکیباتہےکہیہتوکسیکےپاسٹائمنہیںہے۔ یہہےڈول زم۔ تو یہ کیسےدنیا میں پھیلا، میں چند مثالیںدیتاہوںآپکو ۔</w:t>
      </w:r>
    </w:p>
    <w:p>
      <w:r>
        <w:rPr>
          <w:b/>
        </w:rPr>
        <w:t xml:space="preserve">[15:11] </w:t>
      </w:r>
      <w:r>
        <w:t>dekhen, Karl Marx ko lijiye aap, jo jisko hum kehte hain yani socialism ya Marxism ya communism, ismein kya hai?</w:t>
      </w:r>
    </w:p>
    <w:p>
      <w:pPr>
        <w:jc w:val="right"/>
      </w:pPr>
      <w:r>
        <w:t>دیکھیں، کارلمارکسکولیجئےآپ، جو جسکوہمکہتےہیں یعنی سوشلزمیا مارکس زمیا کمیونزم، اسمیںکیاہے؟</w:t>
      </w:r>
    </w:p>
    <w:p>
      <w:r>
        <w:rPr>
          <w:b/>
        </w:rPr>
        <w:t xml:space="preserve">[15:23] </w:t>
      </w:r>
      <w:r>
        <w:t>Karl Marx ne cheezon ko is tareeqe se pesh kiya ke usne kaha ke means of production jo hai wohi asal hai. means of production yani insaan ka mind, insaan ki planning, insaan ki soch, isko alag kar diya usne.</w:t>
      </w:r>
    </w:p>
    <w:p>
      <w:pPr>
        <w:jc w:val="right"/>
      </w:pPr>
      <w:r>
        <w:t>کارلمارکسنےچیزوںکو اسطریقےسے پیشکیا کہاسنےکہاکہ مینزآفپروڈکشنجوہےوہیاصلہے۔ مینزآفپروڈکشنیعنیانسانکامائنڈ، انسانکیپلاننگ، انسان کی سوچ،اسکوالگکردیا اسنے۔</w:t>
      </w:r>
    </w:p>
    <w:p>
      <w:r>
        <w:rPr>
          <w:b/>
        </w:rPr>
        <w:t xml:space="preserve">[15:37] </w:t>
      </w:r>
      <w:r>
        <w:t>means of production hi sab kuch hai. woh</w:t>
      </w:r>
    </w:p>
    <w:p>
      <w:pPr>
        <w:jc w:val="right"/>
      </w:pPr>
      <w:r>
        <w:t>مینزآفپروڈکشنہیسبکچھہے۔وہ</w:t>
      </w:r>
    </w:p>
    <w:p>
      <w:r>
        <w:rPr>
          <w:b/>
        </w:rPr>
        <w:t xml:space="preserve">[15:41] </w:t>
      </w:r>
      <w:r>
        <w:t>is se insaan ek maashi haiwan ban gaya.</w:t>
      </w:r>
    </w:p>
    <w:p>
      <w:pPr>
        <w:jc w:val="right"/>
      </w:pPr>
      <w:r>
        <w:t>اسسے انسان ایک معاشیحیوانبنگیا۔</w:t>
      </w:r>
    </w:p>
    <w:p>
      <w:r>
        <w:rPr>
          <w:b/>
        </w:rPr>
        <w:t xml:space="preserve">[15:46] </w:t>
      </w:r>
      <w:r>
        <w:t>maashi haiwan. to aap jaante hain ke 75 saal tak ye baqaida rule karta raha ye nazariya.</w:t>
      </w:r>
    </w:p>
    <w:p>
      <w:pPr>
        <w:jc w:val="right"/>
      </w:pPr>
      <w:r>
        <w:t>معاشیحیوان ۔ تو آپجانتےہیںکہ 75 سال تک یہ باقاعدہ رولکرتارہایہنظریہ۔</w:t>
      </w:r>
    </w:p>
    <w:p>
      <w:r>
        <w:rPr>
          <w:b/>
        </w:rPr>
        <w:t xml:space="preserve">[15:57] </w:t>
      </w:r>
      <w:r>
        <w:t>ab ismein decline aaya hai lekin iska asar abhi tak baqi hai.</w:t>
      </w:r>
    </w:p>
    <w:p>
      <w:pPr>
        <w:jc w:val="right"/>
      </w:pPr>
      <w:r>
        <w:t>اب اسمیںڈیکلائنآیاہے لیکن اسکااثرابھیتکباقیہے۔</w:t>
      </w:r>
    </w:p>
    <w:p>
      <w:r>
        <w:rPr>
          <w:b/>
        </w:rPr>
        <w:t xml:space="preserve">[16:02] </w:t>
      </w:r>
      <w:r>
        <w:t>to ek ye fikr, ek ye fikr idhar tha dualism ka ke means of production ko alag kar diya aur insaan ki jo ismein contributions ko alag kar diya to value khatam ho gayi, religion khatam ho gaya.</w:t>
      </w:r>
    </w:p>
    <w:p>
      <w:pPr>
        <w:jc w:val="right"/>
      </w:pPr>
      <w:r>
        <w:t>تو ایک یہ فکر،ایک یہفکریدھاراتھا ڈولزمکا کہ مینزآفپروڈکشنکوالگکردیا اور انسان کیجو اسمیں کنٹریبیوشنزکوالگکردیا تو ویلیوختمہوگئی،ریلیجنختمہوگیا۔</w:t>
      </w:r>
    </w:p>
    <w:p>
      <w:r>
        <w:rPr>
          <w:b/>
        </w:rPr>
        <w:t xml:space="preserve">[16:18] </w:t>
      </w:r>
      <w:r>
        <w:t>Lenin ne kaha tha ke religion is opium of mind ke mazhab to dimaagi afyun hai. to saare value system khatam ho gaya, saara religion khatam ho gaya, spiri</w:t>
      </w:r>
    </w:p>
    <w:p>
      <w:pPr>
        <w:jc w:val="right"/>
      </w:pPr>
      <w:r>
        <w:t>لینننےکہاتھاکہ ریلیجنازاوپینآف مائنڈ کہمذہبتو دماغیافیونہے۔ تو سارےویلیوسسٹمختمہوگیا، ساراریلیجنختمہوگیا،سپرچ</w:t>
      </w:r>
    </w:p>
    <w:p>
      <w:r>
        <w:rPr>
          <w:b/>
        </w:rPr>
        <w:t xml:space="preserve">[16:29] </w:t>
      </w:r>
      <w:r>
        <w:t>...uality khatam ho gayi. ab sook jo kuch hai woh sab means of production yani yani saari cheezon ko control mein de do state ko aur state hi run kare, business ko run kare, agriculture ko run kare, industry ko.</w:t>
      </w:r>
    </w:p>
    <w:p>
      <w:pPr>
        <w:jc w:val="right"/>
      </w:pPr>
      <w:r>
        <w:t>ولیٹیختمہوگئی۔ابسوکجوکچھہےوہ سب مینزآف پروڈکشن یعنی یعنی ساری چیزوںکوکنٹرولمیںدےدواسٹیٹکو اور اسٹیٹہیرنکرے،بزنسکو رنکرے،ایگریکلچرکو رنکرے،انڈسٹریکو۔</w:t>
      </w:r>
    </w:p>
    <w:p>
      <w:r>
        <w:rPr>
          <w:b/>
        </w:rPr>
        <w:t xml:space="preserve">[16:44] </w:t>
      </w:r>
      <w:r>
        <w:t>to sara ult palat diya usne. uske baad dekhein aap darwin ko dekhein. darwin ne kya kya?</w:t>
      </w:r>
    </w:p>
    <w:p>
      <w:pPr>
        <w:jc w:val="right"/>
      </w:pPr>
      <w:r>
        <w:t>تو ساراالٹپلٹدیا اسنے۔ اسکےبعد دیکھیںآپ ڈارونکودیکھیں۔ ڈاروننےکیاکیا ؟</w:t>
      </w:r>
    </w:p>
    <w:p>
      <w:r>
        <w:rPr>
          <w:b/>
        </w:rPr>
        <w:t xml:space="preserve">[16:55] </w:t>
      </w:r>
      <w:r>
        <w:t>darwin ne yeh kiya keh insaan ka jo physical structure hai usko liya bas. uske siwa jo hai usko chhod diya.</w:t>
      </w:r>
    </w:p>
    <w:p>
      <w:pPr>
        <w:jc w:val="right"/>
      </w:pPr>
      <w:r>
        <w:t>ڈاروننےیہکیا کہ انسان کاجو فزیکلسٹرکچرہے اسکولیابس۔ اسکے سواجوہےاسکوچھوڑدیا۔</w:t>
      </w:r>
    </w:p>
    <w:p>
      <w:r>
        <w:rPr>
          <w:b/>
        </w:rPr>
        <w:t xml:space="preserve">[17:05] </w:t>
      </w:r>
      <w:r>
        <w:t>yani darwin zamia evolution theory ko explain</w:t>
      </w:r>
    </w:p>
    <w:p>
      <w:pPr>
        <w:jc w:val="right"/>
      </w:pPr>
      <w:r>
        <w:t>یعنیڈارون زمیا ایولوشنتھیوریکسکوایکسپلین</w:t>
      </w:r>
    </w:p>
    <w:p>
      <w:r>
        <w:rPr>
          <w:b/>
        </w:rPr>
        <w:t xml:space="preserve">[17:08] </w:t>
      </w:r>
      <w:r>
        <w:t>karti hai? aap ke physical structure explain karti hai ke kaise kaise new species bani, kaise chirya bani, kaise fish bani, kaise goat bani, kaise bandar bana, kaise insaan bana. yani iska physical structure jo hai woh kaise bana yeh batati hai.</w:t>
      </w:r>
    </w:p>
    <w:p>
      <w:pPr>
        <w:jc w:val="right"/>
      </w:pPr>
      <w:r>
        <w:t>کرتیہے؟ آپ کےفزیکلسٹرکچرایکسپلینکرتیہے کہکیسے کیسے انوا اسپیشیزبنی، کیسے چڑیابنی،کیسےفشبنی،کیسے گوٹبنی، کیسے بندربنا،کیسےانسان بنا۔یعنیاسکافزیکلسٹرکچرجوہےوہکیسےبنا یہبت اتیہے۔</w:t>
      </w:r>
    </w:p>
    <w:p>
      <w:r>
        <w:rPr>
          <w:b/>
        </w:rPr>
        <w:t xml:space="preserve">[17:27] </w:t>
      </w:r>
      <w:r>
        <w:t>uske bahar jo cheez hai, is soch insaan ki soch woh kaise bani yeh uske is se bahar hai.</w:t>
      </w:r>
    </w:p>
    <w:p>
      <w:pPr>
        <w:jc w:val="right"/>
      </w:pPr>
      <w:r>
        <w:t>اسکے باہرجوچیزہے، اسسوچ انسان کیسوچ وہکیسےبنی یہ اسکےاسسےباہرہے۔</w:t>
      </w:r>
    </w:p>
    <w:p>
      <w:r>
        <w:rPr>
          <w:b/>
        </w:rPr>
        <w:t xml:space="preserve">[17:36] </w:t>
      </w:r>
      <w:r>
        <w:t>ye kitna bada ek ek ek farq aaya history mein ke insaan naam hai mind ka, rooh ka, soch ka, woh sab khatam is se.</w:t>
      </w:r>
    </w:p>
    <w:p>
      <w:pPr>
        <w:jc w:val="right"/>
      </w:pPr>
      <w:r>
        <w:t>یہ کتنا بڑا ایک ایک ایکفرقآیا ہسٹریمیں کہانسان نامہے مائنڈکا، روحکا ، سوچکا ، وہ سب ختماسسے۔</w:t>
      </w:r>
    </w:p>
    <w:p>
      <w:r>
        <w:rPr>
          <w:b/>
        </w:rPr>
        <w:t xml:space="preserve">[17:50] </w:t>
      </w:r>
      <w:r>
        <w:t>ab dekhen ke evolution se jo jo banti hai jisko kehte hain yani natural selection ya survival of the fittest, woh sirf physical process hi tak mehdood hai. woh</w:t>
      </w:r>
    </w:p>
    <w:p>
      <w:pPr>
        <w:jc w:val="right"/>
      </w:pPr>
      <w:r>
        <w:t>ابدیکھیںکہ ایولوشنسے جو جو بنتیہے جسکوکہتےہیں یعنی نیچرلسلیکشن یاسروائی ولآف دافٹسٹ، وہ صرف فزیکل پروسیس ہی تک محدودہے۔وہ</w:t>
      </w:r>
    </w:p>
    <w:p>
      <w:r>
        <w:rPr>
          <w:b/>
        </w:rPr>
        <w:t xml:space="preserve">[18:07] </w:t>
      </w:r>
      <w:r>
        <w:t>natural natural selection kya hai? physical process hai. survival of the fittest physical process hai. lekin aur jo cheez hai, main jab sochta hoon ye kaise hua? meri jo pasand hai woh kaise aayi?</w:t>
      </w:r>
    </w:p>
    <w:p>
      <w:pPr>
        <w:jc w:val="right"/>
      </w:pPr>
      <w:r>
        <w:t>نیچرل نیچرلسلیکشنکیاہے؟ فزیکلپروسیسہے۔ س رو ائیولآفدافٹسٹفزیکلپروسیسہے۔ لیکن اورجوچیزہے، میںجبسوچتاہوں یہکیسےہوا ؟میریجوپسندہےوہکیسےآئی؟</w:t>
      </w:r>
    </w:p>
    <w:p>
      <w:r>
        <w:rPr>
          <w:b/>
        </w:rPr>
        <w:t xml:space="preserve">[18:22] </w:t>
      </w:r>
      <w:r>
        <w:t>main ek cheez ko touch karta hoon to mujhe achha lagta hai, ye kaise aaya? main dekhta hoon to mujhe ek ek suroor milta hai, woh kaise aaya? ye evolution theory se bahar hai.</w:t>
      </w:r>
    </w:p>
    <w:p>
      <w:pPr>
        <w:jc w:val="right"/>
      </w:pPr>
      <w:r>
        <w:t>میںایکچیزکوٹچکرتاہوںتومجھےاچھالگتاہے،یہکیسےآیا ؟ میںدیکھتاہوںتومجھے ایک ایکسرورملتاہے،وہکیسےآیا؟ یہ ایولوشنتھیوریسےباہرہے۔</w:t>
      </w:r>
    </w:p>
    <w:p>
      <w:r>
        <w:rPr>
          <w:b/>
        </w:rPr>
        <w:t xml:space="preserve">[18:31] </w:t>
      </w:r>
      <w:r>
        <w:t>iska explanation uske haan maujood nahi hai.</w:t>
      </w:r>
    </w:p>
    <w:p>
      <w:pPr>
        <w:jc w:val="right"/>
      </w:pPr>
      <w:r>
        <w:t>اسکاایکسپلینیشناسکےہاںموجود نہیںہے۔</w:t>
      </w:r>
    </w:p>
    <w:p>
      <w:r>
        <w:rPr>
          <w:b/>
        </w:rPr>
        <w:t xml:space="preserve">[18:34] </w:t>
      </w:r>
      <w:r>
        <w:t>to kaha evolution theory ne insaan ke physical aspect ko alag kar diya, uske intellectual aspect ko alag kar diya. aur phir saari spirituality khatam ho gayi, value system khatam ho gaya.</w:t>
      </w:r>
    </w:p>
    <w:p>
      <w:pPr>
        <w:jc w:val="right"/>
      </w:pPr>
      <w:r>
        <w:t>تو کہاایولوشنتھیوری نے انسان کےفزیکلایسپیکٹکوالگکردیا، اسکے انٹلیکچولایسپیکٹکوالگکردیا۔ اورپھر ساری سپرچولیٹیختمہوگئی، ویلیوسسٹمختمہوگیا۔</w:t>
      </w:r>
    </w:p>
    <w:p>
      <w:r>
        <w:rPr>
          <w:b/>
        </w:rPr>
        <w:t xml:space="preserve">[18:48] </w:t>
      </w:r>
      <w:r>
        <w:t>yahi kaam har ek karta raha. jo bhi is daur mein uttha, maslan Freud ko lijiye aap. insaan ke andar ek hota hai desire, ek hota hai uska conscience aur principle.</w:t>
      </w:r>
    </w:p>
    <w:p>
      <w:pPr>
        <w:jc w:val="right"/>
      </w:pPr>
      <w:r>
        <w:t>یہی کام ہرایککرتارہا۔ جو بھی اسدور میں اٹھے، مثلاًفرائیڈکولیجئےآپ ۔انسان کےاندرایکہوتاہےڈیزائر، ایکہوتاہےاسکاکانشیساورپرنسپل۔</w:t>
      </w:r>
    </w:p>
    <w:p>
      <w:r>
        <w:rPr>
          <w:b/>
        </w:rPr>
        <w:t xml:space="preserve">[19:01] </w:t>
      </w:r>
      <w:r>
        <w:t>to usne desire ko alag kar diya aur conscience ko alag kar diya ke jo main chaahun woh main karun. usne ye falsafa pesh kiya ke agar aadmi par rok lagai jayegi uski uski freedom par to uska growth ruk jayega.</w:t>
      </w:r>
    </w:p>
    <w:p>
      <w:pPr>
        <w:jc w:val="right"/>
      </w:pPr>
      <w:r>
        <w:t>تواسنےڈیزائرکوالگکردیا اور کانشیسکوالگکردیا کہجومیںچاہوں وہ میںکروں۔ اسنے یہ فلاسفی پیشکی کہ اگر آدمیپرروکلگائیجائےگیاسکی اسکیفریڈمپر تو اسکاگروتھرکجائےگا۔</w:t>
      </w:r>
    </w:p>
    <w:p>
      <w:r>
        <w:rPr>
          <w:b/>
        </w:rPr>
        <w:t xml:space="preserve">[19:21] </w:t>
      </w:r>
      <w:r>
        <w:t>to unlimited freedom ko jaiz kar diya hai.</w:t>
      </w:r>
    </w:p>
    <w:p>
      <w:pPr>
        <w:jc w:val="right"/>
      </w:pPr>
      <w:r>
        <w:t>تو انلمیٹڈفریڈم کو جائزکردیا ہے۔</w:t>
      </w:r>
    </w:p>
    <w:p>
      <w:r>
        <w:rPr>
          <w:b/>
        </w:rPr>
        <w:t xml:space="preserve">[19:26] </w:t>
      </w:r>
      <w:r>
        <w:t>ye ek ek shakhs ki baat nahin hai, ye sau sau log paida hue jinho ne ye sab phir is falsafe ko padhaya. to Sigmund Freud ki falsafe mein insaan ka jo aspect hai desire ka, chaah ka,</w:t>
      </w:r>
    </w:p>
    <w:p>
      <w:pPr>
        <w:jc w:val="right"/>
      </w:pPr>
      <w:r>
        <w:t>یہایک ایکایکشخص کیباتنہیںہے، یہ سینکڑوںلوگپیدا ہوئےجنہوںنےیہسب پھر اسفلاسفیکو پڑھایا۔ تو سگمنڈفرائیڈ کیفلاسفیمیں انسان کاجو ایسپیکٹہے ڈیزائرکا ، چاہکا،</w:t>
      </w:r>
    </w:p>
    <w:p>
      <w:r>
        <w:rPr>
          <w:b/>
        </w:rPr>
        <w:t xml:space="preserve">[19:43] </w:t>
      </w:r>
      <w:r>
        <w:t>woh to sab kuch ho gaya. aur jo insaan ke andar doosra hai, conscience hai, soch hai, principle hai, value hai, woh sab alag ho gaya. iski koi iski koi ahmiyat nahin rahi.</w:t>
      </w:r>
    </w:p>
    <w:p>
      <w:pPr>
        <w:jc w:val="right"/>
      </w:pPr>
      <w:r>
        <w:t>وہتو سب کچھہوگیا۔ اور جوانسانکےاندرجو دوسرا ہے، کانشیسہے، سوچہے، پرنسپلہے، ویلیوہے،وہ سبالگہوگیا۔اسکیکوئی اسکیکوئیاہمیتنہیںرہی۔</w:t>
      </w:r>
    </w:p>
    <w:p>
      <w:r>
        <w:rPr>
          <w:b/>
        </w:rPr>
        <w:t xml:space="preserve">[19:56] </w:t>
      </w:r>
      <w:r>
        <w:t>ye hai duality. to duality jo hai woh is daur mein chha gayi. jisko bhi dekhein woh iska shikar hai.</w:t>
      </w:r>
    </w:p>
    <w:p>
      <w:pPr>
        <w:jc w:val="right"/>
      </w:pPr>
      <w:r>
        <w:t>یہہےڈولٹی۔ تو ڈ ولٹیجوہے وہ اسدور میں چھاگئی۔جسکو بھیدیکھیںوہاسکاشکارہے۔</w:t>
      </w:r>
    </w:p>
    <w:p>
      <w:r>
        <w:rPr>
          <w:b/>
        </w:rPr>
        <w:t xml:space="preserve">[20:05] </w:t>
      </w:r>
      <w:r>
        <w:t>chahe woh falsafa, falsafe ka term mein na jaanta ho, is mein na ja batana bhi jaanta ho tab bhi. aap kisi bhi insaan ko jo road par chal raha hai, usko pakdein, us se baat karein aakhirat ki, jannat ki.</w:t>
      </w:r>
    </w:p>
    <w:p>
      <w:pPr>
        <w:jc w:val="right"/>
      </w:pPr>
      <w:r>
        <w:t>چاہےوہ فلاسفی ،فلاسفیکاٹرممیںنہجانتاہو، اسمیںنہجباتنابھیجانتاہوتب بھی۔ آپکسی بھیانسانکوجو روڈپرچلرہاہے،اسکوپکڑی ے، اسسےباتکیجئےآخرتکی،جنتکی۔</w:t>
      </w:r>
    </w:p>
    <w:p>
      <w:r>
        <w:rPr>
          <w:b/>
        </w:rPr>
        <w:t xml:space="preserve">[20:18] </w:t>
      </w:r>
      <w:r>
        <w:t>to bahut jald woh kahe ga ke bhai main mein ja raha hoon, office ja raha hoon, mujhe itna time nahin hai.</w:t>
      </w:r>
    </w:p>
    <w:p>
      <w:pPr>
        <w:jc w:val="right"/>
      </w:pPr>
      <w:r>
        <w:t>تو بہت جلدوہ کہےگاکہبھئیہممیںجارہاہوں،افسجارہاہوں،مجھےاتناٹائمنہیںہے۔</w:t>
      </w:r>
    </w:p>
    <w:p>
      <w:r>
        <w:rPr>
          <w:b/>
        </w:rPr>
        <w:t xml:space="preserve">[20:24] </w:t>
      </w:r>
      <w:r>
        <w:t>use sochna nahin hai uske maamle mein. usko apna apna business dekhna hai, apna job dekhna hai, apna material interest dekhna hai, paisa dekhna hai.</w:t>
      </w:r>
    </w:p>
    <w:p>
      <w:pPr>
        <w:jc w:val="right"/>
      </w:pPr>
      <w:r>
        <w:t>اسےسوچنانہیںہےاسکےمعاملےمیں۔ اسکو اپنا اپنا بزنسدیکھناہے،اپناجابدیکھناہے،اپنا مٹیریلانٹرسٹدیکھناہے، پیسہدیکھناہے۔</w:t>
      </w:r>
    </w:p>
    <w:p>
      <w:r>
        <w:rPr>
          <w:b/>
        </w:rPr>
        <w:t xml:space="preserve">[20:34] </w:t>
      </w:r>
      <w:r>
        <w:t>uske liye is par time hai. lekin aap agar baat karein us se values ki, uski spirituality ki, Khuda ki, jannat ki, aakhirat ki, accountability ki to uske paas time nahin un baaton ko sochne ke liye.</w:t>
      </w:r>
    </w:p>
    <w:p>
      <w:pPr>
        <w:jc w:val="right"/>
      </w:pPr>
      <w:r>
        <w:t>اسکےلیےاسپرٹائمہے۔ لیکن آپ اگر باتکریںاسسے ویلیوزکی ،اسکیسپرچولیٹیکی ،خداکی ،جنتکی ،آخرتکی،اکاؤنٹیبلٹیکی تواسکےپاسٹائمنہیںانباتوںکوسوچنےکےلیے۔</w:t>
      </w:r>
    </w:p>
    <w:p>
      <w:r>
        <w:rPr>
          <w:b/>
        </w:rPr>
        <w:t xml:space="preserve">[20:49] </w:t>
      </w:r>
      <w:r>
        <w:t>ye hai duality.</w:t>
      </w:r>
    </w:p>
    <w:p>
      <w:pPr>
        <w:jc w:val="right"/>
      </w:pPr>
      <w:r>
        <w:t>یہہےڈول ٹی۔</w:t>
      </w:r>
    </w:p>
    <w:p>
      <w:r>
        <w:rPr>
          <w:b/>
        </w:rPr>
        <w:t xml:space="preserve">[20:52] </w:t>
      </w:r>
      <w:r>
        <w:t>to ye chali thi yani wahan se yani Ghalib se. ab ab bilkul chha gayi, wohi culture chha gaya.</w:t>
      </w:r>
    </w:p>
    <w:p>
      <w:pPr>
        <w:jc w:val="right"/>
      </w:pPr>
      <w:r>
        <w:t>تویہ چلیتھی یعنی وہاںسے یعنی گل یلیوسے۔ اب اببالکل چھاگئی،وہی کلچرچھاگیا۔</w:t>
      </w:r>
    </w:p>
    <w:p>
      <w:r>
        <w:rPr>
          <w:b/>
        </w:rPr>
        <w:t xml:space="preserve">[21:02] </w:t>
      </w:r>
      <w:r>
        <w:t>woh usi culture ke tahat ye kahte hain ke right here, right now. matlab material jo interest hai, material jo joy hai, bas woh humein dekhna hai.</w:t>
      </w:r>
    </w:p>
    <w:p>
      <w:pPr>
        <w:jc w:val="right"/>
      </w:pPr>
      <w:r>
        <w:t>وہ اسیکلچرکےتحت یہکہتےہیںکہ رائٹہیر،رائٹناؤ۔ مطلبمٹیریلجوانٹرسٹہے، مٹیریلجوانجوائے ہے، بسوہہمیںدیکھناہے۔</w:t>
      </w:r>
    </w:p>
    <w:p>
      <w:r>
        <w:rPr>
          <w:b/>
        </w:rPr>
        <w:t xml:space="preserve">[21:12] </w:t>
      </w:r>
      <w:r>
        <w:t>bas kal parson mein ek ek ek ek mashhoor ek lady ka interview tha akhbaar mein to usne kaha ke mujhe to duniya mein enjoy karna hai.</w:t>
      </w:r>
    </w:p>
    <w:p>
      <w:pPr>
        <w:jc w:val="right"/>
      </w:pPr>
      <w:r>
        <w:t>بس کل پرسوںمیں ایک ایک ایک ایک مشہور ایک لیڈیکا انٹرویوتھااخبارمیں تو اسنےکہا کہ مجھےتو دنیامیںانجوائےکرناہے۔</w:t>
      </w:r>
    </w:p>
    <w:p>
      <w:r>
        <w:rPr>
          <w:b/>
        </w:rPr>
        <w:t xml:space="preserve">[21:29] </w:t>
      </w:r>
      <w:r>
        <w:t>mera enjoy mein agar mera spouse agar agar rok banata hai to usko phir dump kar doongi.</w:t>
      </w:r>
    </w:p>
    <w:p>
      <w:pPr>
        <w:jc w:val="right"/>
      </w:pPr>
      <w:r>
        <w:t>میراانجوائے میںاگر میرااسپاؤساگر اگر روکبنتاہےتواسکوپھرڈمپکردوںگی۔</w:t>
      </w:r>
    </w:p>
    <w:p>
      <w:r>
        <w:rPr>
          <w:b/>
        </w:rPr>
        <w:t xml:space="preserve">[21:37] </w:t>
      </w:r>
      <w:r>
        <w:t>yani agar usne shaadi ki hai, ek uska husband hai, agar record banata hai uske enjoy mein to husband ko hi gadhe mein daal degi. woh ye ye daur jadeed ka kaisa soch hai ke mujhe apni apni chaahat pe chalna hai, apni khwahish poori karni hai, apne interest par phir daudna hai.</w:t>
      </w:r>
    </w:p>
    <w:p>
      <w:pPr>
        <w:jc w:val="right"/>
      </w:pPr>
      <w:r>
        <w:t>یعنی اگر اسنےشادیکیہے، ایکاسکاہسبینڈ ہے، اگر ریکارڈبنتاہےاسکےانجوائے میںتوہسبینڈکوہی گڑھےمیںڈالدےگی۔وہ یہ یہ دور جدیدکا کیسوچہے کہمجھے اپنی اپنی چاہتپہچلناہے، اپنی خواہشپوریکرناہے، اپنے انٹرسٹپر پھردوڑناہے۔</w:t>
      </w:r>
    </w:p>
    <w:p>
      <w:r>
        <w:rPr>
          <w:b/>
        </w:rPr>
        <w:t xml:space="preserve">[21:55] </w:t>
      </w:r>
      <w:r>
        <w:t>baqi koi value mein ahmiyat nahin rakhti mere liye. kisi value ki koi ahmiyat nahin hai. Khuda aur aakhirat waghaira ye mujhe sochna nahin hai uske baare mein.</w:t>
      </w:r>
    </w:p>
    <w:p>
      <w:pPr>
        <w:jc w:val="right"/>
      </w:pPr>
      <w:r>
        <w:t>باقیکوئیویلیو میں اہمیتنہیںرکھتیمیرےلیے۔ کسی ویلیوکیکوئیاہمیتنہیںہے۔ خدااور آخرتوغیرہ یہمجھےسوچنانہیںہےاسکےبارےمیں ۔</w:t>
      </w:r>
    </w:p>
    <w:p>
      <w:r>
        <w:rPr>
          <w:b/>
        </w:rPr>
        <w:t xml:space="preserve">[22:06] </w:t>
      </w:r>
      <w:r>
        <w:t>to ye duality jo hai, duality ke ka jo age hai, age of duality, usi ke hero ka naam hai Dajjal.</w:t>
      </w:r>
    </w:p>
    <w:p>
      <w:pPr>
        <w:jc w:val="right"/>
      </w:pPr>
      <w:r>
        <w:t>تویہ ڈولٹیجوہے، ڈول ٹیکے کاجو ایجہے، ایجآفڈولٹی، اسیکےہیروکانامہےدجال۔</w:t>
      </w:r>
    </w:p>
    <w:p>
      <w:r>
        <w:rPr>
          <w:b/>
        </w:rPr>
        <w:t xml:space="preserve">[22:16] </w:t>
      </w:r>
      <w:r>
        <w:t>uske champion ka naam Dajjal hai. yani Dajjal kisi yani aisa nahin ke koi anokhi ek cheez paida ho jayegi. Dajjal badi badi seengh uski hongi, badi badin hath uske honge, koi master type ka koi cheez hoga. woh</w:t>
      </w:r>
    </w:p>
    <w:p>
      <w:pPr>
        <w:jc w:val="right"/>
      </w:pPr>
      <w:r>
        <w:t>اسیکے چیمپیئنکانام دجالہے۔ یعنیدجال کسی یعنیایسانہیںکہکوئیانوکھےایکچیزپیدا ہوجائےگی۔دجال بڑیبڑیسینگاسکیہوںگی، بڑےبڑےہاتھاسکےہوںگے، کو ئی ماسٹرٹائپکاکوئیچیزہوگا۔وہ</w:t>
      </w:r>
    </w:p>
    <w:p>
      <w:r>
        <w:rPr>
          <w:b/>
        </w:rPr>
        <w:t xml:space="preserve">[22:32] </w:t>
      </w:r>
      <w:r>
        <w:t>aisa nahin hai. woh yani insaan jaise insaan hain, woh aise hain insaan. ye ek process tha Dajjali ka jo Hazrat Aadam se shuru ho gaya tha.</w:t>
      </w:r>
    </w:p>
    <w:p>
      <w:pPr>
        <w:jc w:val="right"/>
      </w:pPr>
      <w:r>
        <w:t>ایسانہیںہے۔ وہ یہیانسان جیسے انسان ہیں،وہ ایسےہیانسان ۔ یہایک پروسیستھا دجالیکا جو حضرتآدمسےشروعہوگیاتھا۔</w:t>
      </w:r>
    </w:p>
    <w:p>
      <w:r>
        <w:rPr>
          <w:b/>
        </w:rPr>
        <w:t xml:space="preserve">[22:41] </w:t>
      </w:r>
      <w:r>
        <w:t>ab woh bahut zyada yani superficial tareeqe se kiya jaane laga. woh justified way mein kiya jaane laga. woh idealized way mein kiya jaane laga. woh bas yahi farq hai.</w:t>
      </w:r>
    </w:p>
    <w:p>
      <w:pPr>
        <w:jc w:val="right"/>
      </w:pPr>
      <w:r>
        <w:t>ابوہ بہتزیادہ یعنی اسکلفلطریقےسےکیاجانےلگا۔وہ جسٹیفائیڈوےمیںکیاجانےلگا۔وہ آئیڈیلائزڈوےمیںکیاجانےلگا۔وہبسیہیفرقہے۔</w:t>
      </w:r>
    </w:p>
    <w:p>
      <w:r>
        <w:rPr>
          <w:b/>
        </w:rPr>
        <w:t xml:space="preserve">[22:52] </w:t>
      </w:r>
      <w:r>
        <w:t>ab jiska asar mazhab tak pahuncha. mazhab mein dekhein jo political interpretation hai, woh yehi cheez hai.</w:t>
      </w:r>
    </w:p>
    <w:p>
      <w:pPr>
        <w:jc w:val="right"/>
      </w:pPr>
      <w:r>
        <w:t>ابجسکا اثر مذہبتکپہنچا۔ مذہبمیںدیکھیں جو پولیٹیکلانٹرپریشنہے،وہیہیچیزہے۔</w:t>
      </w:r>
    </w:p>
    <w:p>
      <w:r>
        <w:rPr>
          <w:b/>
        </w:rPr>
        <w:t xml:space="preserve">[23:01] </w:t>
      </w:r>
      <w:r>
        <w:t>political interpretation ne kya kya? Islam ki saari woh values jo hain, taqwa aur khushu aur khuzu aur ikhbat aur Khuda se muhabbat, Khuda se khauf aur jannat woh sab secular ban gayin.</w:t>
      </w:r>
    </w:p>
    <w:p>
      <w:pPr>
        <w:jc w:val="right"/>
      </w:pPr>
      <w:r>
        <w:t>پولیٹیکلانٹرپریشننےکیا کیا؟ اسلام کے ساریوہ ویلیوزجوہیں، تق ویٰ اور خشوعاورخضوع اور اخبات اور خداسے محبت،خداسےخوفاورجنتو یہسبسیکرٹریبنگئی۔</w:t>
      </w:r>
    </w:p>
    <w:p>
      <w:r>
        <w:rPr>
          <w:b/>
        </w:rPr>
        <w:t xml:space="preserve">[23:14] </w:t>
      </w:r>
      <w:r>
        <w:t>aap un logon se kabhi bhi miliye jo political interpretation se influenced hue hain to khoob baatein karein ke woh America zalim hai, Yahudi zalim hai, mumiyan karna hai, woh karna hai.</w:t>
      </w:r>
    </w:p>
    <w:p>
      <w:pPr>
        <w:jc w:val="right"/>
      </w:pPr>
      <w:r>
        <w:t>آپانلوگوںسے کبھیبھی ملی ے جو پولیٹیکلانٹرپریشنسے انفلوئنسہوئےہیں تو خوب باتیںکریںکہوہ امریک ہظالم ہے، یہودیظالمہے، ممیہکرناہے، وہکرناہے۔</w:t>
      </w:r>
    </w:p>
    <w:p>
      <w:r>
        <w:rPr>
          <w:b/>
        </w:rPr>
        <w:t xml:space="preserve">[23:26] </w:t>
      </w:r>
      <w:r>
        <w:t>khauf-e-Khuda ki koi baat nahin karenge.</w:t>
      </w:r>
    </w:p>
    <w:p>
      <w:pPr>
        <w:jc w:val="right"/>
      </w:pPr>
      <w:r>
        <w:t>خوف خداکیکوئیباتنہیںکریںگے۔</w:t>
      </w:r>
    </w:p>
    <w:p>
      <w:r>
        <w:rPr>
          <w:b/>
        </w:rPr>
        <w:t xml:space="preserve">[23:30] </w:t>
      </w:r>
      <w:r>
        <w:t>khauf khuda ki koi baat nahin hai. ab jab chaahein tajurba kar lijie un logon se jo political interpretation ka shikaar hain. sab cheez secret rah gayi unke yahan.</w:t>
      </w:r>
    </w:p>
    <w:p>
      <w:pPr>
        <w:jc w:val="right"/>
      </w:pPr>
      <w:r>
        <w:t>خوفخداکیکوئیباتہینہیںہے۔ ابجبچاہیںتجربہکرلیجئے انلوگوںسےجو پولیٹیکلانٹرپریشنکاشکارہیں۔ سب چیز سیکرٹریبنگئیانکےہاں۔</w:t>
      </w:r>
    </w:p>
    <w:p>
      <w:r>
        <w:rPr>
          <w:b/>
        </w:rPr>
        <w:t xml:space="preserve">[23:40] </w:t>
      </w:r>
      <w:r>
        <w:t>yani wohi duality jo thi, wohi duality yahan bhi aagayi ke unhonne alag kar liya is is aspect ko jo political aspect hai.</w:t>
      </w:r>
    </w:p>
    <w:p>
      <w:pPr>
        <w:jc w:val="right"/>
      </w:pPr>
      <w:r>
        <w:t>یعنیوہیڈولٹیجوتھی، وہیڈولٹییہاںبھیآگئی کہانہوںنےالگکرلیا اس اس ایسپیکٹکو جو پولیٹیکلایسپیکٹہے۔</w:t>
      </w:r>
    </w:p>
    <w:p>
      <w:r>
        <w:rPr>
          <w:b/>
        </w:rPr>
        <w:t xml:space="preserve">[23:51] </w:t>
      </w:r>
      <w:r>
        <w:t>isi pehle rahe hain. iske liye woh gun chal rahe hain, bomb chal rahe hain, suicide bombing kar rahe hain. woh yahan ke liye sab kuchh bana hua hai.</w:t>
      </w:r>
    </w:p>
    <w:p>
      <w:pPr>
        <w:jc w:val="right"/>
      </w:pPr>
      <w:r>
        <w:t>اسیپہجیرہےہیں۔اسکےلیے وہ گنچلارہےہیں،بمچلارہےہیں،سوسائیڈبمبنگکررہےہیں۔ وہیانکےلیےسبکچھبناہواہے۔</w:t>
      </w:r>
    </w:p>
    <w:p>
      <w:r>
        <w:rPr>
          <w:b/>
        </w:rPr>
        <w:t xml:space="preserve">[24:00] </w:t>
      </w:r>
      <w:r>
        <w:t>ye hai dajjali. koi dajjali naam hai is bat ka ke insaan ko yani philosophical evil mein phansa diya jaye, idealized evil mein phansa diya jaye, justified evil mein phansa diya jaye.</w:t>
      </w:r>
    </w:p>
    <w:p>
      <w:pPr>
        <w:jc w:val="right"/>
      </w:pPr>
      <w:r>
        <w:t>یہ ہےدجالی۔ کوئیدجالینامہے اسباتکا کہانسانکو یعنی ف لاسفائزڈایولمیںپھنسادیاجائے، آئیڈیلائزڈایولمیںپھنسادیاجائے، جسٹیفائیڈایولمیںپھنسادیاجائے۔</w:t>
      </w:r>
    </w:p>
    <w:p>
      <w:r>
        <w:rPr>
          <w:b/>
        </w:rPr>
        <w:t xml:space="preserve">[24:15] </w:t>
      </w:r>
      <w:r>
        <w:t>aur aadmi woh kare aur samjhe ke hum to bahut theek thaak kar rahe hain. ye zamana is ke illumination ka zamana hai.</w:t>
      </w:r>
    </w:p>
    <w:p>
      <w:pPr>
        <w:jc w:val="right"/>
      </w:pPr>
      <w:r>
        <w:t>اور آدمیوہکرےاورسمجھےکہہمتوبہتٹھیکٹھاککررہےہیں۔ یہ زمان ہاسکےکلمنیشنکازمانہہے۔</w:t>
      </w:r>
    </w:p>
    <w:p>
      <w:r>
        <w:rPr>
          <w:b/>
        </w:rPr>
        <w:t xml:space="preserve">[24:23] </w:t>
      </w:r>
      <w:r>
        <w:t>hadith ke mutabiq dajjal aayega bilkul qayamat ke qareeb. jab qayamat aane wali hogi to us waqt dajjal zaahir hoga. to ab to saare signs jo hain qayamat ke hadithon mein shuru ho chuke hain.</w:t>
      </w:r>
    </w:p>
    <w:p>
      <w:pPr>
        <w:jc w:val="right"/>
      </w:pPr>
      <w:r>
        <w:t>حدیثکےمطابق دجالآئےگابالکل قیامتکے قریب ۔جب قیامتآنےوالی ہوگیتواسوقتدجالظاہرہوگا۔ توابتو سارے سائنجوہے قیامتکے حدیثوںمیں شروع ہوچکےہیں۔</w:t>
      </w:r>
    </w:p>
    <w:p>
      <w:r>
        <w:rPr>
          <w:b/>
        </w:rPr>
        <w:t xml:space="preserve">[24:37] </w:t>
      </w:r>
      <w:r>
        <w:t>to main samajhta hoon ke jo aayat Quran Majeed mein hai, surah Anbiya mein yani chapter number 21 mein, iqtaraba lin nasi hisabuhum wa hum fi ghaflatim mu'ridoon.</w:t>
      </w:r>
    </w:p>
    <w:p>
      <w:pPr>
        <w:jc w:val="right"/>
      </w:pPr>
      <w:r>
        <w:t>تومیںسمجھتاہوںکہجوآیتقرآنمجیدمیںہے، سورہانبیاءمیں یعنی چیپٹرنمبر2 1 میں، اقترابالن اس حسابب ومفیغفلت مورزون۔</w:t>
      </w:r>
    </w:p>
    <w:p>
      <w:r>
        <w:rPr>
          <w:b/>
        </w:rPr>
        <w:t xml:space="preserve">[24:48] </w:t>
      </w:r>
      <w:r>
        <w:t>is tarah ki bahut si aayatein Quran Majeed</w:t>
      </w:r>
    </w:p>
    <w:p>
      <w:pPr>
        <w:jc w:val="right"/>
      </w:pPr>
      <w:r>
        <w:t>اسطرحکیبہتسیآیتیںقرآنمجید</w:t>
      </w:r>
    </w:p>
    <w:p>
      <w:r>
        <w:rPr>
          <w:b/>
        </w:rPr>
        <w:t xml:space="preserve">[24:50] </w:t>
      </w:r>
      <w:r>
        <w:t>mein hain. iqtaraba lin nasi hisabuhum wa hum fi ghaflatim mu'ridoon. Yani zoom very near. And and and.</w:t>
      </w:r>
    </w:p>
    <w:p>
      <w:pPr>
        <w:jc w:val="right"/>
      </w:pPr>
      <w:r>
        <w:t>میںہیں۔ اقتراب الناس حساب بومفیغف لت مورزون۔ یعنیزومز ویرینیئر۔ اینڈ اینڈ اینڈ۔</w:t>
      </w:r>
    </w:p>
    <w:p>
      <w:r>
        <w:rPr>
          <w:b/>
        </w:rPr>
        <w:t xml:space="preserve">[25:02] </w:t>
      </w:r>
      <w:r>
        <w:t>aur koi sun, koi sunne wala nahin hai.</w:t>
      </w:r>
    </w:p>
    <w:p>
      <w:pPr>
        <w:jc w:val="right"/>
      </w:pPr>
      <w:r>
        <w:t>اور کوئیسن،کوئیسننےوالانہیںہے۔</w:t>
      </w:r>
    </w:p>
    <w:p>
      <w:r>
        <w:rPr>
          <w:b/>
        </w:rPr>
        <w:t xml:space="preserve">[25:08] </w:t>
      </w:r>
      <w:r>
        <w:t>aur qayamat qareeb aagayi aur koi sun nahin raha. sab i'raaz kar rahe hain is se.</w:t>
      </w:r>
    </w:p>
    <w:p>
      <w:pPr>
        <w:jc w:val="right"/>
      </w:pPr>
      <w:r>
        <w:t>اورقیامتقریبآگئیاورکوئیسننہیںرہا۔سب اعراضکررہےہیںاسسے۔</w:t>
      </w:r>
    </w:p>
    <w:p>
      <w:r>
        <w:rPr>
          <w:b/>
        </w:rPr>
        <w:t xml:space="preserve">[25:14] </w:t>
      </w:r>
      <w:r>
        <w:t>to main samajhta hoon ke agar aap gahak ke saath dekhein to dajjal ka zamana aa chuka. dajjal zaahir ho chuka.</w:t>
      </w:r>
    </w:p>
    <w:p>
      <w:pPr>
        <w:jc w:val="right"/>
      </w:pPr>
      <w:r>
        <w:t>تو میںسمجھتاہوںکہ اگر آپ گاہککےساتھدیکھیں تو دجالکازمانہآچکا۔دجال ظاہرہوچکا۔</w:t>
      </w:r>
    </w:p>
    <w:p>
      <w:r>
        <w:rPr>
          <w:b/>
        </w:rPr>
        <w:t xml:space="preserve">[25:24] </w:t>
      </w:r>
      <w:r>
        <w:t>usne insaan ko is tareeqe se aisi ideology mein phansaya ke woh Khuda se door ho gaya. jannat iske liye sochne ki cheez nahi rahi.</w:t>
      </w:r>
    </w:p>
    <w:p>
      <w:pPr>
        <w:jc w:val="right"/>
      </w:pPr>
      <w:r>
        <w:t>اسنے انسان کو اسطریقےسے ایسی آئیڈالوجیمیںپھنسایا کہوہخداسےدورہوگیا۔ جنتاسکےلیے سوچنےکیچیزنہیںرہی۔</w:t>
      </w:r>
    </w:p>
    <w:p>
      <w:r>
        <w:rPr>
          <w:b/>
        </w:rPr>
        <w:t xml:space="preserve">[25:33] </w:t>
      </w:r>
      <w:r>
        <w:t>accountability ke liye sochna iske liye time</w:t>
      </w:r>
    </w:p>
    <w:p>
      <w:pPr>
        <w:jc w:val="right"/>
      </w:pPr>
      <w:r>
        <w:t>اکاؤنٹیبلٹیکےلیےسوچنا اسکےلیے ٹائ</w:t>
      </w:r>
    </w:p>
    <w:p>
      <w:r>
        <w:rPr>
          <w:b/>
        </w:rPr>
        <w:t xml:space="preserve">[25:36] </w:t>
      </w:r>
      <w:r>
        <w:t>nahi'n reha. yahan tak ke mein dekhta hoon jo namaze'n padhte hain, unke haan bhi mein baithta hoon. jab to koi Khuda ka zikr nahi, Khuda ka khauf ka koi zikr nahi, jannat ka koi zikr nahi.</w:t>
      </w:r>
    </w:p>
    <w:p>
      <w:pPr>
        <w:jc w:val="right"/>
      </w:pPr>
      <w:r>
        <w:t>منہیںرہا۔ یہاںتککہمیںدیکھتاہوںجو نمازیںپڑھتےہیں، انکےہاںبھیمیںبیٹھتاہوں۔جبتوکوئیخداکاذکرنہیں، خداکاخوفکاکوئیذکرنہیں،جنتکاکوئیذکرنہیں۔</w:t>
      </w:r>
    </w:p>
    <w:p>
      <w:r>
        <w:rPr>
          <w:b/>
        </w:rPr>
        <w:t xml:space="preserve">[25:47] </w:t>
      </w:r>
      <w:r>
        <w:t>jo namaze'n padhte hain baqaida, woh bhi ek ritual set of rituals hain. Hadees mein aata hai, mein samajhta hoon ke is zamane ke bare mein hai woh baat ke masajid do wohan mera wohi kharab manal huda ke ek zamana aaye ga jab masjidain bhari hui hongi aur ismein hidayat se khali hongi. woh</w:t>
      </w:r>
    </w:p>
    <w:p>
      <w:pPr>
        <w:jc w:val="right"/>
      </w:pPr>
      <w:r>
        <w:t>جو نمازیںپڑھتےہیںباقاعدہ، وہبھیایک ریچول سیٹآفریچ ولزہیں۔ حدیثمیںآتاہے، میںسمجھتاہوںکہاسزمانےکےبارےمیںہےوہبات کہ مساجد دووہاںمیراوہیخراب منالہدی کہایکزمانہآئےگاجب مسجدیںبھریہوئیہوںگی اوراسمیںہدایتسےخالیہوںگی۔وہ</w:t>
      </w:r>
    </w:p>
    <w:p>
      <w:r>
        <w:rPr>
          <w:b/>
        </w:rPr>
        <w:t xml:space="preserve">[26:09] </w:t>
      </w:r>
      <w:r>
        <w:t>ek zamana aaye ga jab masjidain bhari hui hongi aur hidayat se khali hongi. jab ismein hidayat na ho, jab wahan taqwa na ho. kyunke Hadees mein likha aata hai: "Al masajid buyoot ul muttaqeen". Masjidain taqwa ka ghar hain.</w:t>
      </w:r>
    </w:p>
    <w:p>
      <w:pPr>
        <w:jc w:val="right"/>
      </w:pPr>
      <w:r>
        <w:t>ایک زمان ہآئےگاجب مسجدیںبھریہوئی ہوں گی اورہدایتسےخالیہوںگی۔ جب اسمیںہدایتنہہو ، جب وہاںتقویٰنہہو۔کیونکہحدیثمیںلکھیآتاہے: " المساجد بیوت المت قین" ۔مسجدیں تقویٰکاگھرہیں۔</w:t>
      </w:r>
    </w:p>
    <w:p>
      <w:r>
        <w:rPr>
          <w:b/>
        </w:rPr>
        <w:t xml:space="preserve">[26:28] </w:t>
      </w:r>
      <w:r>
        <w:t>masjidain taqwa ka ghar hain. yaani yaani taqwa ka center hai.</w:t>
      </w:r>
    </w:p>
    <w:p>
      <w:pPr>
        <w:jc w:val="right"/>
      </w:pPr>
      <w:r>
        <w:t>مسجدیں تقویٰکاگھرہیں۔ یعنی یعنی تقویٰکا سینٹرہے۔</w:t>
      </w:r>
    </w:p>
    <w:p>
      <w:r>
        <w:rPr>
          <w:b/>
        </w:rPr>
        <w:t xml:space="preserve">[26:35] </w:t>
      </w:r>
      <w:r>
        <w:t>to masjid mein agar taqwa paaya jaye to woh namaz namaz hai, warna woh namaz namaz nahi hai. aaj ke masjidon mein aap kisi masjid mein chale jaiye, kuch bhi wahan taqwa ki baat nahi.</w:t>
      </w:r>
    </w:p>
    <w:p>
      <w:pPr>
        <w:jc w:val="right"/>
      </w:pPr>
      <w:r>
        <w:t>تو مسجدمیںاگر تقویٰپایاجائے تو وہنمازنمازہے، ورنہوہنمازنمازنہیںہے۔ آجکےمسجدوںمیںآپکسیمس جدمیںچلےجائیے، کچھبھی وہاںتقویٰکیباتنہیں ۔</w:t>
      </w:r>
    </w:p>
    <w:p>
      <w:r>
        <w:rPr>
          <w:b/>
        </w:rPr>
        <w:t xml:space="preserve">[26:49] </w:t>
      </w:r>
      <w:r>
        <w:t>taqwa ka mahaul nahi, taqwa ka koi wahan par charcha nahi. ek ritual hai, ek culture hai. namaz is zamane mein ek culture hai, culture hai.</w:t>
      </w:r>
    </w:p>
    <w:p>
      <w:pPr>
        <w:jc w:val="right"/>
      </w:pPr>
      <w:r>
        <w:t>تقویٰکاماحولنہیں ، تقویٰکاکوئیوہاںپر چرچانہیں ۔ ایک ریچولزہے،ایک کلچرہے۔ نماز اسزمانےمیں ایک کلچر ہے،کلچرہے۔</w:t>
      </w:r>
    </w:p>
    <w:p>
      <w:r>
        <w:rPr>
          <w:b/>
        </w:rPr>
        <w:t xml:space="preserve">[27:00] </w:t>
      </w:r>
      <w:r>
        <w:t>ek culture ke taur par ja kar ada kar li logon ne aur iske baad bahar chale aa rahe hain.</w:t>
      </w:r>
    </w:p>
    <w:p>
      <w:pPr>
        <w:jc w:val="right"/>
      </w:pPr>
      <w:r>
        <w:t>ایککلچرکےطورپرجاکےاداکرلیالوگوںنےاوراسکےبعد باہرچلےآرہےہیں۔</w:t>
      </w:r>
    </w:p>
    <w:p>
      <w:r>
        <w:rPr>
          <w:b/>
        </w:rPr>
        <w:t xml:space="preserve">[27:07] </w:t>
      </w:r>
      <w:r>
        <w:t>ab mein aap ko ek Hadees sunaoon ga jis mein bilkul clear hai ke qyam qareeb aa gayi. qyam qareeb aa gayi, dajjal bhi zahir ho chuka. jab qyam qareeb aa gayi to dajjal kab aaye ga?</w:t>
      </w:r>
    </w:p>
    <w:p>
      <w:pPr>
        <w:jc w:val="right"/>
      </w:pPr>
      <w:r>
        <w:t>ابمیںآپکوایکحدیثسناؤںگا جس میںجوبالکل کلی ئرہے کہقیامتقریبآگئی ۔ قیامتقریبآگئی،دجالبھیظاہرہوچکا۔ جب قیامتقریبآگئیتودجالکبآئےگا؟</w:t>
      </w:r>
    </w:p>
    <w:p>
      <w:r>
        <w:rPr>
          <w:b/>
        </w:rPr>
        <w:t xml:space="preserve">[27:19] </w:t>
      </w:r>
      <w:r>
        <w:t>ek bohat hi clear Hadees do do chaar ki taraf se. yeh Bukhari, yeh Hadees woh hai, mein inshallah poori ki poori apne magazine mein chhapoon ga.</w:t>
      </w:r>
    </w:p>
    <w:p>
      <w:pPr>
        <w:jc w:val="right"/>
      </w:pPr>
      <w:r>
        <w:t>ایک بہت ہی کلی ئرحدیث دو دوچارکیطرف سے۔ یہ بخ ی،یہحدیثجوہے، میںانشاءاللہپوریکیپوریاپنے میگزینمیںچھاپوںگا۔</w:t>
      </w:r>
    </w:p>
    <w:p>
      <w:r>
        <w:rPr>
          <w:b/>
        </w:rPr>
        <w:t xml:space="preserve">[27:32] </w:t>
      </w:r>
      <w:r>
        <w:t>bohat si Hadeese'n hain, mein ismein se ek bata raha hoon. aap bohat si Hadeese'n hain.</w:t>
      </w:r>
    </w:p>
    <w:p>
      <w:pPr>
        <w:jc w:val="right"/>
      </w:pPr>
      <w:r>
        <w:t>بہت سیحدیثیںہیں،میںاسمیںسےایکبتارہاہوں۔آپبہت سیحدیثیںہیں۔</w:t>
      </w:r>
    </w:p>
    <w:p>
      <w:r>
        <w:rPr>
          <w:b/>
        </w:rPr>
        <w:t xml:space="preserve">[27:36] </w:t>
      </w:r>
      <w:r>
        <w:t>is Hadees mein hai ke Rasool Allah (SAW) ne farmaya pani ke bare mein ke pani drought aaye ga. drought yaani qahat, teen qahat aayengi.</w:t>
      </w:r>
    </w:p>
    <w:p>
      <w:pPr>
        <w:jc w:val="right"/>
      </w:pPr>
      <w:r>
        <w:t>اسحدیث میںہےکہرسولاللہصلیاللہعلیہوسلمنےفرمایا پانیکےبارےمیں کہ پانی ڈراٹآئےگا۔ڈراٹیعنیقہت، تینقہتآئیںگے۔</w:t>
      </w:r>
    </w:p>
    <w:p>
      <w:r>
        <w:rPr>
          <w:b/>
        </w:rPr>
        <w:t xml:space="preserve">[27:51] </w:t>
      </w:r>
      <w:r>
        <w:t>qaht aayega, sukha. to teen sukhe ke zaman aayega. pehle sukhe ke zamane mein ek siyalvat khatam ho jayega.</w:t>
      </w:r>
    </w:p>
    <w:p>
      <w:pPr>
        <w:jc w:val="right"/>
      </w:pPr>
      <w:r>
        <w:t>قہتمینڈراٹ، سوکھا۔ تو تینسوکھاکےزمان ہآئےگا۔ پہلے سوکھےکےزمانےمیں ایک سلزواٹرختمہوجائےگا۔</w:t>
      </w:r>
    </w:p>
    <w:p>
      <w:r>
        <w:rPr>
          <w:b/>
        </w:rPr>
        <w:t xml:space="preserve">[28:04] </w:t>
      </w:r>
      <w:r>
        <w:t>one third water khatam ho jayega. isko aap sunein, bohat hi zyada dhiyan ke saath.</w:t>
      </w:r>
    </w:p>
    <w:p>
      <w:pPr>
        <w:jc w:val="right"/>
      </w:pPr>
      <w:r>
        <w:t>ون تھرڈواٹرختمہوجائےگا۔ اسکوآپسنیے،بہتہیزیادہ دھیانکےساتھ۔</w:t>
      </w:r>
    </w:p>
    <w:p>
      <w:r>
        <w:rPr>
          <w:b/>
        </w:rPr>
        <w:t xml:space="preserve">[28:13] </w:t>
      </w:r>
      <w:r>
        <w:t>pehla jo sukha padega, pehla jo drought aayega, is mein one third paani khatam ho jayega. nabatat khatam ho jayengi, sabziyaan khatam ho jayengi, haywan marne lagenge.</w:t>
      </w:r>
    </w:p>
    <w:p>
      <w:pPr>
        <w:jc w:val="right"/>
      </w:pPr>
      <w:r>
        <w:t>پہلاجوسوکھاپڑےگا، پہلاجوڈراٹآئےگا، اس میں ون تھرڈپانیختمہوجائےگا۔ نبات اتختمہوجائیںگی، سبزیاںختمہوجائیںگی، حیوانمرنےلگیںگے۔</w:t>
      </w:r>
    </w:p>
    <w:p>
      <w:r>
        <w:rPr>
          <w:b/>
        </w:rPr>
        <w:t xml:space="preserve">[28:28] </w:t>
      </w:r>
      <w:r>
        <w:t>phir doosra sukha padega, doosra drought aayega.</w:t>
      </w:r>
    </w:p>
    <w:p>
      <w:pPr>
        <w:jc w:val="right"/>
      </w:pPr>
      <w:r>
        <w:t>پھردوس را سوکھاپڑےگا،دوسراڈراٹآئےگا۔</w:t>
      </w:r>
    </w:p>
    <w:p>
      <w:r>
        <w:rPr>
          <w:b/>
        </w:rPr>
        <w:t xml:space="preserve">[28:31] </w:t>
      </w:r>
      <w:r>
        <w:t>jab two third watar khatam ho jayega, two third watar, aur phir sabziyaan khatam hongi, janwar, insan, sab ka asar padega iska.</w:t>
      </w:r>
    </w:p>
    <w:p>
      <w:pPr>
        <w:jc w:val="right"/>
      </w:pPr>
      <w:r>
        <w:t>جب ٹوتھرڈواٹرختمہوجائےگا، ٹوتھرڈواٹر، اورپھر سبزیاں ختمہوںگی، جانور ،انسان، سب کااثرپڑےگااسکا۔</w:t>
      </w:r>
    </w:p>
    <w:p>
      <w:r>
        <w:rPr>
          <w:b/>
        </w:rPr>
        <w:t xml:space="preserve">[28:45] </w:t>
      </w:r>
      <w:r>
        <w:t>phir teesra dobarah aayega aur aur aur paani bilkul khatam ho jayega. pehle ye teen period hain. pehle period mein one third watar khatam ho jayega,</w:t>
      </w:r>
    </w:p>
    <w:p>
      <w:pPr>
        <w:jc w:val="right"/>
      </w:pPr>
      <w:r>
        <w:t>پھرتیسرادوبارہآئےگااور اور اورپانیبالکلختمہوجائےگا۔ پہلے یہتین پیریڈہیں۔ پہلے پیریڈمیں ون تھرڈواٹرختمہوجائےگا،</w:t>
      </w:r>
    </w:p>
    <w:p>
      <w:r>
        <w:rPr>
          <w:b/>
        </w:rPr>
        <w:t xml:space="preserve">[28:56] </w:t>
      </w:r>
      <w:r>
        <w:t>doosre period mein two third watar khatam ho jayega, aur aakhri period mein no water ka zamana aayega. aur sab khatam ho chuke honge. wohi qayamat shuru ho jayegi. ye hadees hai. hadees. ab aaj kya ho raha hai? dekhiye, ye sab log jaante hain ki paani hi par humari zindagi hai.</w:t>
      </w:r>
    </w:p>
    <w:p>
      <w:pPr>
        <w:jc w:val="right"/>
      </w:pPr>
      <w:r>
        <w:t>دوسرےپیریڈمیں ٹوتھرڈواٹرختمہوجائےگا، اور آخریپیریڈمیںنوواٹرکا زمانہآئےگا۔ اورسبختمہوچکےہوںگے۔وہیقیامت شروعہوجائےگی۔یہحدیثہے۔حدیث ۔ابآجکیاہورہاہے؟دیکھیے، یہسبلوگجانتےہیں کہ پانی ہیپرہماریزندگی ہے۔</w:t>
      </w:r>
    </w:p>
    <w:p>
      <w:r>
        <w:rPr>
          <w:b/>
        </w:rPr>
        <w:t xml:space="preserve">[29:15] </w:t>
      </w:r>
      <w:r>
        <w:t>paae nahin to life nahin. sab log jaante hain ye paani par life depend karti hai paani ke uppar.</w:t>
      </w:r>
    </w:p>
    <w:p>
      <w:pPr>
        <w:jc w:val="right"/>
      </w:pPr>
      <w:r>
        <w:t>پائےنہیںتولائفنہیں ۔ سبلوگجانتےہیں یہ پانی ڈپ لائفڈیپینڈکرتیہےپانیکےاوپر۔</w:t>
      </w:r>
    </w:p>
    <w:p>
      <w:r>
        <w:rPr>
          <w:b/>
        </w:rPr>
        <w:t xml:space="preserve">[29:25] </w:t>
      </w:r>
      <w:r>
        <w:t>chahe plant hon, animal hon ya insaan hon, paani par depend karte hain. paae nahin to sab khatam. Rahim Khan Khan ne bohat sahih kaha tha ke "Rehmann paani rakhiyo,</w:t>
      </w:r>
    </w:p>
    <w:p>
      <w:pPr>
        <w:jc w:val="right"/>
      </w:pPr>
      <w:r>
        <w:t>چاہےپلانٹہوں، اینیملہوں یاانسانہوں، پانیپرڈیپینڈکرتے ہیں۔ پائےنہیںتوسبختم ۔ رحیمخان خاننےبہتصحیحکہاتھاکہ" رح من پانی راکھیو،</w:t>
      </w:r>
    </w:p>
    <w:p>
      <w:r>
        <w:rPr>
          <w:b/>
        </w:rPr>
        <w:t xml:space="preserve">[29:40] </w:t>
      </w:r>
      <w:r>
        <w:t>bin paani sab soon."</w:t>
      </w:r>
    </w:p>
    <w:p>
      <w:pPr>
        <w:jc w:val="right"/>
      </w:pPr>
      <w:r>
        <w:t>بن پانی سب سون۔"</w:t>
      </w:r>
    </w:p>
    <w:p>
      <w:r>
        <w:rPr>
          <w:b/>
        </w:rPr>
        <w:t xml:space="preserve">[29:46] </w:t>
      </w:r>
      <w:r>
        <w:t>Rehmann paani rakhiyo, bin paani sab soon.</w:t>
      </w:r>
    </w:p>
    <w:p>
      <w:pPr>
        <w:jc w:val="right"/>
      </w:pPr>
      <w:r>
        <w:t>رحمن پانی راکھیو، بن پانی سب سون۔</w:t>
      </w:r>
    </w:p>
    <w:p>
      <w:r>
        <w:rPr>
          <w:b/>
        </w:rPr>
        <w:t xml:space="preserve">[29:51] </w:t>
      </w:r>
      <w:r>
        <w:t>to aap jaante hain ke sab kuch zindagi jo hai, woh paani par base base karti hai. ab kya hai? global warming se kya ho raha hai?</w:t>
      </w:r>
    </w:p>
    <w:p>
      <w:pPr>
        <w:jc w:val="right"/>
      </w:pPr>
      <w:r>
        <w:t>توآپجانتےہیںکہ سب کچھ زندگی جوہے،وہپانیپر بیس بیسکرتیہے۔ ابکیاہے؟ گلوبلوارمنگسے کیاہورہاہے؟</w:t>
      </w:r>
    </w:p>
    <w:p>
      <w:r>
        <w:rPr>
          <w:b/>
        </w:rPr>
        <w:t xml:space="preserve">[30:02] </w:t>
      </w:r>
      <w:r>
        <w:t>dekhiye, ek zamana tha ke jab paani sab saline tha. samundaron mein saara saara paani saline tha.</w:t>
      </w:r>
    </w:p>
    <w:p>
      <w:pPr>
        <w:jc w:val="right"/>
      </w:pPr>
      <w:r>
        <w:t>دیکھیے،ایکزمان ہتھا کہ جب پانی سب سب سال ٹیتھا۔ سمندروںمیں ساراساراپانی سال ٹیتھا۔</w:t>
      </w:r>
    </w:p>
    <w:p>
      <w:r>
        <w:rPr>
          <w:b/>
        </w:rPr>
        <w:t xml:space="preserve">[30:14] </w:t>
      </w:r>
      <w:r>
        <w:t>samundaron mein bhara hua tha.</w:t>
      </w:r>
    </w:p>
    <w:p>
      <w:pPr>
        <w:jc w:val="right"/>
      </w:pPr>
      <w:r>
        <w:t>سمندروںمیںبھراہواتھا۔</w:t>
      </w:r>
    </w:p>
    <w:p>
      <w:r>
        <w:rPr>
          <w:b/>
        </w:rPr>
        <w:t xml:space="preserve">[30:15] </w:t>
      </w:r>
      <w:r>
        <w:t>jab Allah Ta’ala ne jab paida kiya paani bohat pehle to paani samundaron mein bhar gaya aur sab saline tha. yani preserve ki taur par diya gaya tha.</w:t>
      </w:r>
    </w:p>
    <w:p>
      <w:pPr>
        <w:jc w:val="right"/>
      </w:pPr>
      <w:r>
        <w:t>جباللہ تعالینےجبپیدا کیا پانی بہت پہلے تو پانی سمندروںمیںبھرگیااورسبسال ٹیتھا۔ یعنی پریزروی ٹیکےطور پر دیا گیاتھا۔</w:t>
      </w:r>
    </w:p>
    <w:p>
      <w:r>
        <w:rPr>
          <w:b/>
        </w:rPr>
        <w:t xml:space="preserve">[30:28] </w:t>
      </w:r>
      <w:r>
        <w:t>phir aap jaante hain ke baarish hui. rain ka ek universal process hai. woh process chalaya Allah Ta’ala ne aur desalination hua.</w:t>
      </w:r>
    </w:p>
    <w:p>
      <w:pPr>
        <w:jc w:val="right"/>
      </w:pPr>
      <w:r>
        <w:t>پھرآپجانتےہیںکہ بارش ہوئی۔ رینکا ایکیونیورسل پروسیسہے۔ وہ پراسیسچلایااللہتعالینے اور ڈیسیلینیشنہوا ۔</w:t>
      </w:r>
    </w:p>
    <w:p>
      <w:r>
        <w:rPr>
          <w:b/>
        </w:rPr>
        <w:t xml:space="preserve">[30:41] </w:t>
      </w:r>
      <w:r>
        <w:t>freshwater hum mein aaya</w:t>
      </w:r>
    </w:p>
    <w:p>
      <w:pPr>
        <w:jc w:val="right"/>
      </w:pPr>
      <w:r>
        <w:t>فریشواٹرہممیںآیا</w:t>
      </w:r>
    </w:p>
    <w:p>
      <w:r>
        <w:rPr>
          <w:b/>
        </w:rPr>
        <w:t xml:space="preserve">[30:43] </w:t>
      </w:r>
      <w:r>
        <w:t>to freshwater nadiyon mein aaya, talabon mein aaya, aur bohat bada iska ek storage ho gaya paharon ke uppar glacier ki shakl mein.</w:t>
      </w:r>
    </w:p>
    <w:p>
      <w:pPr>
        <w:jc w:val="right"/>
      </w:pPr>
      <w:r>
        <w:t>تو فریشواٹر ندیوںمیںآیا، تالابوںمیںآیا، اور بہت بڑا اسکاایک اسٹوریجہوگیا پہاڑوںکےاوپر گلیشیئرکیشکلمیں۔</w:t>
      </w:r>
    </w:p>
    <w:p>
      <w:r>
        <w:rPr>
          <w:b/>
        </w:rPr>
        <w:t xml:space="preserve">[30:55] </w:t>
      </w:r>
      <w:r>
        <w:t>woh woh saal bhar dheere dheere behe kar ke chashmon ki shakl mein aata tha hamare kheton mein, nadiyon mein. ye system chal raha tha. global warming ne kya hua hai ke woh process tez ho gaya.</w:t>
      </w:r>
    </w:p>
    <w:p>
      <w:pPr>
        <w:jc w:val="right"/>
      </w:pPr>
      <w:r>
        <w:t>وہ وہ سال بھر دھیرےدھیرےبہہکرکےچشموںکیشکلمیںآتاتھا ہمارےکھیتوںمیں،ندیوںمیں۔ یہسسٹمچلرہاتھا۔ گلوبلوارمنگنےکیاہواہے کہ وہ پراسیس تیزہوگیا۔</w:t>
      </w:r>
    </w:p>
    <w:p>
      <w:r>
        <w:rPr>
          <w:b/>
        </w:rPr>
        <w:t xml:space="preserve">[31:09] </w:t>
      </w:r>
      <w:r>
        <w:t>yani glacier zyada melt hone lage. melt hone, bohat melt hone lage. ab to bohat zyada melt ho chuke hain glacier.</w:t>
      </w:r>
    </w:p>
    <w:p>
      <w:pPr>
        <w:jc w:val="right"/>
      </w:pPr>
      <w:r>
        <w:t>یعنیگلیشیئرزیادہ میلٹہونےلگے۔ میلٹہونے ،بہتمیلٹہونےلگے۔ ابتو بہت زیادہ میلٹہوچکےہیںگلیشیئر۔</w:t>
      </w:r>
    </w:p>
    <w:p>
      <w:r>
        <w:rPr>
          <w:b/>
        </w:rPr>
        <w:t xml:space="preserve">[31:19] </w:t>
      </w:r>
      <w:r>
        <w:t>melt ho kar ke aate hain nadiyon mein. nadiyon mein jaate hain, is mein samundar mein. yani freshwater dobarah saline water ban raha hai.</w:t>
      </w:r>
    </w:p>
    <w:p>
      <w:pPr>
        <w:jc w:val="right"/>
      </w:pPr>
      <w:r>
        <w:t>میلٹہوکرکے آتےہیںندیوںمیں۔ندیوںمیںجاتےہیں، اسمیں سم ندرمیں۔ یعنیفریشواٹر دوبارہ سال ٹیواٹربنرہاہے۔</w:t>
      </w:r>
    </w:p>
    <w:p>
      <w:r>
        <w:rPr>
          <w:b/>
        </w:rPr>
        <w:t xml:space="preserve">[31:33] </w:t>
      </w:r>
      <w:r>
        <w:t>aur din badan woh storage khatam kam hota cha</w:t>
      </w:r>
    </w:p>
    <w:p>
      <w:pPr>
        <w:jc w:val="right"/>
      </w:pPr>
      <w:r>
        <w:t>اور دن بدنوہ اسٹوریجختم کمہوتاچ</w:t>
      </w:r>
    </w:p>
    <w:p>
      <w:r>
        <w:rPr>
          <w:b/>
        </w:rPr>
        <w:t xml:space="preserve">[31:36] </w:t>
      </w:r>
      <w:r>
        <w:t>la jaa raha hai. glacier bohat he kam ho chuke hain.</w:t>
      </w:r>
    </w:p>
    <w:p>
      <w:pPr>
        <w:jc w:val="right"/>
      </w:pPr>
      <w:r>
        <w:t>لاجارہاہے۔ گلیشیئر بہت ہیکمہوچکےہیں۔</w:t>
      </w:r>
    </w:p>
    <w:p>
      <w:r>
        <w:rPr>
          <w:b/>
        </w:rPr>
        <w:t xml:space="preserve">[31:42] </w:t>
      </w:r>
      <w:r>
        <w:t>polar jo pole par jo ice cap hai, woh pighal rahi hai.</w:t>
      </w:r>
    </w:p>
    <w:p>
      <w:pPr>
        <w:jc w:val="right"/>
      </w:pPr>
      <w:r>
        <w:t>پولر جو پولپرجو آئسگیپہے،وہپگھلرہیہے۔</w:t>
      </w:r>
    </w:p>
    <w:p>
      <w:r>
        <w:rPr>
          <w:b/>
        </w:rPr>
        <w:t xml:space="preserve">[31:50] </w:t>
      </w:r>
      <w:r>
        <w:t>to ye kaha jaata hai ke shuru mein ye tha ke saara paani saline tha. jo phir baarish ke baad three percent paani jo aaya zameen par, woh woh woh fresh</w:t>
      </w:r>
    </w:p>
    <w:p>
      <w:pPr>
        <w:jc w:val="right"/>
      </w:pPr>
      <w:r>
        <w:t>تویہکہاجاتاہےکہ شروع میں یہتھا کہ ساراپانی سال ٹیتھا۔ جو پھربارشکےبعد تھریپرسنٹپانیجوآیا زمین پر ،وہ وہ وہفریش</w:t>
      </w:r>
    </w:p>
    <w:p>
      <w:r>
        <w:rPr>
          <w:b/>
        </w:rPr>
        <w:t xml:space="preserve">[32:06] </w:t>
      </w:r>
      <w:r>
        <w:t>water tha. yaani 97 percent water salty tha. phir bhi largest 97 water samundaron mein store tha aur ismein se three percent pani fresh water bankar aaya hamare paas chashmon mein, nadiyon mein, zameen ke neeche.</w:t>
      </w:r>
    </w:p>
    <w:p>
      <w:pPr>
        <w:jc w:val="right"/>
      </w:pPr>
      <w:r>
        <w:t>واٹرتھا۔ یعنی9 7 پرسنٹواٹرسال ٹیتھا۔پھربھی لارٹسٹ 9 7 واٹر سمندروںمیں اس ٹورتھا اور اسمیں سے تھریپرسنٹپانی فریش واٹربنکرکےآیاہمارےپاس چشموںمیں،ندیوںمیں، زمین کےنیچے۔</w:t>
      </w:r>
    </w:p>
    <w:p>
      <w:r>
        <w:rPr>
          <w:b/>
        </w:rPr>
        <w:t xml:space="preserve">[32:27] </w:t>
      </w:r>
      <w:r>
        <w:t>ab jo hai, abhi jo reports aa rahi hain, aap jante hain ke Ganga ka pani aur Jamuna ka pani aadhe se zyada sookh chuka hai.</w:t>
      </w:r>
    </w:p>
    <w:p>
      <w:pPr>
        <w:jc w:val="right"/>
      </w:pPr>
      <w:r>
        <w:t>ابجوہے، ابھیجورپورٹیںآرہیہیں،آپجانتےہیںکہ گنگاکاپانی اور جم ناکاپانی ادھےسےزیادہ سوکھچکاہے۔</w:t>
      </w:r>
    </w:p>
    <w:p>
      <w:r>
        <w:rPr>
          <w:b/>
        </w:rPr>
        <w:t xml:space="preserve">[32:39] </w:t>
      </w:r>
      <w:r>
        <w:t>is ilaqe mein aap jaye to Badkal Lake aur Surajkund mein pani hua karta tha, sookh chuke hain. woh kitne talab idhar udhar sab sookh chuke hain.</w:t>
      </w:r>
    </w:p>
    <w:p>
      <w:pPr>
        <w:jc w:val="right"/>
      </w:pPr>
      <w:r>
        <w:t>اسیدلیمیںآپجائیںتوبدکل لیک اور سورجکن میںپانیہواکرتاتھا،سوکھچکےہیں۔وہ کتنےتالابادھرادھرسبسوکھچکےہیں۔</w:t>
      </w:r>
    </w:p>
    <w:p>
      <w:r>
        <w:rPr>
          <w:b/>
        </w:rPr>
        <w:t xml:space="preserve">[32:50] </w:t>
      </w:r>
      <w:r>
        <w:t>pani ke naam par ladaiyan ho rahi hain.</w:t>
      </w:r>
    </w:p>
    <w:p>
      <w:pPr>
        <w:jc w:val="right"/>
      </w:pPr>
      <w:r>
        <w:t>پانیکےنامپر لڑائیاںہورہیہیں۔</w:t>
      </w:r>
    </w:p>
    <w:p>
      <w:r>
        <w:rPr>
          <w:b/>
        </w:rPr>
        <w:t xml:space="preserve">[32:54] </w:t>
      </w:r>
      <w:r>
        <w:t>abhi mein ne akhbar mein padha ke Hyderabad mein, Bhopal mein bade bade talab banaye the nawabon ne, woh sab sookh gaye hain. duniya bhar mein yeh ho raha hai.</w:t>
      </w:r>
    </w:p>
    <w:p>
      <w:pPr>
        <w:jc w:val="right"/>
      </w:pPr>
      <w:r>
        <w:t>ابھیمیںنےاخبارمیںپڑھاکہ حیدرآبادمیں،بھوپالمیںبڑےبڑےتالاببنائےتھے نوابنے،وہسبسوکھگئےہیں۔ دنیا بھرمیں یہیہورہاہے۔</w:t>
      </w:r>
    </w:p>
    <w:p>
      <w:r>
        <w:rPr>
          <w:b/>
        </w:rPr>
        <w:t xml:space="preserve">[33:04] </w:t>
      </w:r>
      <w:r>
        <w:t>is ilaqe mein jahan aap baithe hue hain, mein iska qissa batata hoon aap ko. 25 saal pehle yeh building banayi gayi thi. yahan par hum ne basement banwaya.</w:t>
      </w:r>
    </w:p>
    <w:p>
      <w:pPr>
        <w:jc w:val="right"/>
      </w:pPr>
      <w:r>
        <w:t>اسیاسیبلیجہاںآپبیٹھےہوئےہیں، میںاسکاقصہبتاتاہوںآپکو۔ 25سال پہلے یہبلڈنگبنائیگئیتھی۔ یہاںپرہمنے بیسمنٹبنوایا۔</w:t>
      </w:r>
    </w:p>
    <w:p>
      <w:r>
        <w:rPr>
          <w:b/>
        </w:rPr>
        <w:t xml:space="preserve">[33:16] </w:t>
      </w:r>
      <w:r>
        <w:t>basement mein pani aa gaya. yahan jahan neeche basement hai, woh pani bilkul bhar gaya jheel ke tareeqe se.</w:t>
      </w:r>
    </w:p>
    <w:p>
      <w:pPr>
        <w:jc w:val="right"/>
      </w:pPr>
      <w:r>
        <w:t>بیسمنٹمیںپانیآگیا۔ یہاں جہاںنیچےبیسمنٹہے، وہپانیبالکلبھرگیا جھیلکےطریقےسے۔</w:t>
      </w:r>
    </w:p>
    <w:p>
      <w:r>
        <w:rPr>
          <w:b/>
        </w:rPr>
        <w:t xml:space="preserve">[33:24] </w:t>
      </w:r>
      <w:r>
        <w:t>to engineer bulaya gaya. engineer ne kaha ke yeh to aap ki building to floating state mein hai. sab pani pani neeche hai.</w:t>
      </w:r>
    </w:p>
    <w:p>
      <w:pPr>
        <w:jc w:val="right"/>
      </w:pPr>
      <w:r>
        <w:t>توانجینئربلایاگیا۔ انجینئرنےکہاکہیہتو آپ کی بلڈنگتو فلوٹنگاسٹیٹمیںہے۔ سبپانیپانینیچےہے۔</w:t>
      </w:r>
    </w:p>
    <w:p>
      <w:r>
        <w:rPr>
          <w:b/>
        </w:rPr>
        <w:t xml:space="preserve">[33:33] </w:t>
      </w:r>
      <w:r>
        <w:t>pani ke upar yeh building khadi hui. kab tak rahe gi yeh? iske baad phir se banana padega aap ko. ek basement jo tha, woh pani par tha.</w:t>
      </w:r>
    </w:p>
    <w:p>
      <w:pPr>
        <w:jc w:val="right"/>
      </w:pPr>
      <w:r>
        <w:t>پانیکےاوپریہبلڈنگکھڑیہوئی۔کبتکرہےگییہ؟ اسکےبعدپھرسےبناناپڑےگاآپکو ۔ ایکب یسمنٹجوتھا، وہ پانیپر تھا۔</w:t>
      </w:r>
    </w:p>
    <w:p>
      <w:r>
        <w:rPr>
          <w:b/>
        </w:rPr>
        <w:t xml:space="preserve">[33:42] </w:t>
      </w:r>
      <w:r>
        <w:t>bilkul bhara hua tha pani is basement mein. motor se pani nikalna padta tha. aaj jante hain isi building ke neeche pani itna neeche ja chuka hai ke</w:t>
      </w:r>
    </w:p>
    <w:p>
      <w:pPr>
        <w:jc w:val="right"/>
      </w:pPr>
      <w:r>
        <w:t>بالکل بھراہواتھاپانیاسیبیسمنٹمیں۔ موٹرسےپانینکالناپڑاہمیں۔ آججانتےہیں اسی بلڈنگکےنیچے پانیاتنانیچےجاچکاہےکہ</w:t>
      </w:r>
    </w:p>
    <w:p>
      <w:r>
        <w:rPr>
          <w:b/>
        </w:rPr>
        <w:t xml:space="preserve">[33:53] </w:t>
      </w:r>
      <w:r>
        <w:t>ab ek aur basement ban sakta hai. yahan par yeh do do basement ban sakte hain iske kyunke pani neeche chala gaya. iske maani ke one third se zyada pani duniya ka ja chuka hai samundaron mein.</w:t>
      </w:r>
    </w:p>
    <w:p>
      <w:pPr>
        <w:jc w:val="right"/>
      </w:pPr>
      <w:r>
        <w:t>ابایک کااوربیسمنٹبنسکتاہے۔یہاںپر یہدودوبیسمنٹنیچےبنسکتےہیںاسکےکیونکہپانینیچےچلاگیا۔ اسکےمعنیکہ ون تھرڈسےزیادہ پانی دنیا کا جاچکاہے سمندروںمیں۔</w:t>
      </w:r>
    </w:p>
    <w:p>
      <w:r>
        <w:rPr>
          <w:b/>
        </w:rPr>
        <w:t xml:space="preserve">[34:10] </w:t>
      </w:r>
      <w:r>
        <w:t>Hadees mein to yeh hai ke qahat padega, pani khatam ho jayega. mein yeh samajh paya hoon ke iska matlab yahi hai ke pani fresh water pighal kar jaye ga aur samundaron mein mil jaye ga dobara.</w:t>
      </w:r>
    </w:p>
    <w:p>
      <w:pPr>
        <w:jc w:val="right"/>
      </w:pPr>
      <w:r>
        <w:t>حدیثمیںتویہہےکہقہتپڑےگا، پانی ختمہوجائےگا۔ میں یہسمجھپایاہوںکہاسکامطلبیہیہےکہپانی فریشواٹر پگھلکرجائےگااورسمندروںمیںملجائےگادوبارہ۔</w:t>
      </w:r>
    </w:p>
    <w:p>
      <w:r>
        <w:rPr>
          <w:b/>
        </w:rPr>
        <w:t xml:space="preserve">[34:20] </w:t>
      </w:r>
      <w:r>
        <w:t>dobara salty water ban jaye ga.</w:t>
      </w:r>
    </w:p>
    <w:p>
      <w:pPr>
        <w:jc w:val="right"/>
      </w:pPr>
      <w:r>
        <w:t>دوبارہسال ٹیواٹربنجائےگا۔</w:t>
      </w:r>
    </w:p>
    <w:p>
      <w:r>
        <w:rPr>
          <w:b/>
        </w:rPr>
        <w:t xml:space="preserve">[34:24] </w:t>
      </w:r>
      <w:r>
        <w:t>to yaad rakhiye jo pehla jo hadith mein jo bataya gaya salz water walazaman h, woh toh ho chuka, already ho chuka, woh beet chuka. woh ke teen drought bataye gaye hain. three drought. pehli drought mein one third water khatam ho jayega.</w:t>
      </w:r>
    </w:p>
    <w:p>
      <w:pPr>
        <w:jc w:val="right"/>
      </w:pPr>
      <w:r>
        <w:t>تو یادرکھیے جو پہلاجو حدیثمیںجو بتایاگیا سلزواٹر والازمان ہ، وہتوہوچکا، الریڈیہوچکا،وہ بیتچکا۔وہ کہ تین ڈراٹبتائےگئےہیں۔تینڈراٹ ۔پہلیڈراٹمیں ونتھرڈواٹرختمہوجائےگا۔</w:t>
      </w:r>
    </w:p>
    <w:p>
      <w:r>
        <w:rPr>
          <w:b/>
        </w:rPr>
        <w:t xml:space="preserve">[34:44] </w:t>
      </w:r>
      <w:r>
        <w:t>dusre drat mein to third water khatam ho jayega. teesre drat mein ek dam hi khatam ho jayega. no water situation paida ho jayegi.</w:t>
      </w:r>
    </w:p>
    <w:p>
      <w:pPr>
        <w:jc w:val="right"/>
      </w:pPr>
      <w:r>
        <w:t>دوسرےڈراٹمیںٹوتھرڈواٹرختمہوجائےگا۔ تیسرےڈراٹمیںایکدمہیختمہوجائےگا۔ نوواٹرسچوئیشنپیداہوجائےگی۔</w:t>
      </w:r>
    </w:p>
    <w:p>
      <w:r>
        <w:rPr>
          <w:b/>
        </w:rPr>
        <w:t xml:space="preserve">[34:53] </w:t>
      </w:r>
      <w:r>
        <w:t>to teen zamanon mein se ek zaman ho chuka. ek zamana guzar chuka. ek zaman h</w:t>
      </w:r>
    </w:p>
    <w:p>
      <w:pPr>
        <w:jc w:val="right"/>
      </w:pPr>
      <w:r>
        <w:t>تو تین زمان وںمیںسےایکزمان ہہوچکا۔ ایک زمانہگزرچکا۔ایکزمان ہ</w:t>
      </w:r>
    </w:p>
    <w:p>
      <w:r>
        <w:rPr>
          <w:b/>
        </w:rPr>
        <w:t xml:space="preserve">[35:03] </w:t>
      </w:r>
      <w:r>
        <w:t>teen period mein se ek period guzar chuka already kyunke won third pani toh khatam ho chuka hai. is won third se zyada.</w:t>
      </w:r>
    </w:p>
    <w:p>
      <w:pPr>
        <w:jc w:val="right"/>
      </w:pPr>
      <w:r>
        <w:t>تین پیریڈمیںسےایکپیریڈگزرچکاالریڈی کیونکہونتھرڈپانیتوختمہوچکاہے۔اس ونتھرڈ سےزیادہ۔</w:t>
      </w:r>
    </w:p>
    <w:p>
      <w:r>
        <w:rPr>
          <w:b/>
        </w:rPr>
        <w:t xml:space="preserve">[35:13] </w:t>
      </w:r>
      <w:r>
        <w:t>abhi ek seminar tha delhi mein, woh bechara bol raha tha. woh keh raha tha ki Ganga ka pani more than 50 percent khatam ho chuka hai aur jamuna sookh gayi hai. taqreeban aise duniya bhar mein haal ho raha hai.</w:t>
      </w:r>
    </w:p>
    <w:p>
      <w:pPr>
        <w:jc w:val="right"/>
      </w:pPr>
      <w:r>
        <w:t>ابھیایک سیمینارتھادلیمیں، وہبیچارہبولرہاتھا۔وہکہہرہاتھاکہ گنگاکاپانی موردین50پرسنٹ ختمہوچکاہے اور جم ناسوکھیگئیہے۔تقریباً ایسےدنیا بھرمیںحالہورہاہے۔</w:t>
      </w:r>
    </w:p>
    <w:p>
      <w:r>
        <w:rPr>
          <w:b/>
        </w:rPr>
        <w:t xml:space="preserve">[35:30] </w:t>
      </w:r>
      <w:r>
        <w:t>to jis cheez ko hadith mein drat kaha gaya hai, iska matlab yeh hai ki fresh water pighal kar dobara samundaron mein chala jayega aur salty water ban jayega.</w:t>
      </w:r>
    </w:p>
    <w:p>
      <w:pPr>
        <w:jc w:val="right"/>
      </w:pPr>
      <w:r>
        <w:t>تو جس چیزکو حدیث میں ڈراٹکہاگیاہے، اسکامطلبیہہےکہ فریشواٹر پگھلکردوبارہ سمندروںمیںچلاجائےگااورسالٹیواٹربنجائےگا۔</w:t>
      </w:r>
    </w:p>
    <w:p>
      <w:r>
        <w:rPr>
          <w:b/>
        </w:rPr>
        <w:t xml:space="preserve">[35:39] </w:t>
      </w:r>
      <w:r>
        <w:t>wohi ho jayega jo jo Cole's Gridge ki jo poem hai: "water water everywhere, not a drop to drink." mein mein pani peeta hoon to aisa lagta hai ki Khuda agar pani khatam kar de to kya haal hoga hamara? aur khatam hua chala ja raha hai.</w:t>
      </w:r>
    </w:p>
    <w:p>
      <w:pPr>
        <w:jc w:val="right"/>
      </w:pPr>
      <w:r>
        <w:t>وہیہوجائےگاجو جو کال گریجکیجو پویمہے: "واٹروا ٹرایوریویئر، ناٹاڈراپٹوڈرنک۔" میں میں پانیپیتاہوں تو ایسالگتاہےکہخدااگرپانیختمکردےتوکیاحال ہوگاہمارا؟اورختمہوا چلاجارہاہے۔</w:t>
      </w:r>
    </w:p>
    <w:p>
      <w:r>
        <w:rPr>
          <w:b/>
        </w:rPr>
        <w:t xml:space="preserve">[36:02] </w:t>
      </w:r>
      <w:r>
        <w:t>hosh mein aana hai, hosh mein aane ki zaroorat hai. wohi wohi ayat maine padhi aapke samne:</w:t>
      </w:r>
    </w:p>
    <w:p>
      <w:pPr>
        <w:jc w:val="right"/>
      </w:pPr>
      <w:r>
        <w:t>ہوشمیںآناہے،ہوشمیںآنےکیضرورتہے۔ وہی وہیآیتمیںنےپڑھیآپکےسامنے:</w:t>
      </w:r>
    </w:p>
    <w:p>
      <w:r>
        <w:rPr>
          <w:b/>
        </w:rPr>
        <w:t xml:space="preserve">[36:07] </w:t>
      </w:r>
      <w:r>
        <w:t>"iqtarabatil hisabu vahasubuh waqt aa chuka. " aa chuka waqt hisab ka aur log wohi</w:t>
      </w:r>
    </w:p>
    <w:p>
      <w:pPr>
        <w:jc w:val="right"/>
      </w:pPr>
      <w:r>
        <w:t>"اقتراء حس ابحس ابوقت آچکا۔" آچکا وقت حسابکااورلوگجوہیں</w:t>
      </w:r>
    </w:p>
    <w:p>
      <w:r>
        <w:rPr>
          <w:b/>
        </w:rPr>
        <w:t xml:space="preserve">[36:21] </w:t>
      </w:r>
      <w:r>
        <w:t>sun nahin rahe hain baaton ko, sun nahin rahe hain baaton ko, hosh mein nahin aa rahe hain.</w:t>
      </w:r>
    </w:p>
    <w:p>
      <w:pPr>
        <w:jc w:val="right"/>
      </w:pPr>
      <w:r>
        <w:t>سننہیںرہےہیںباتوںکو، سن نہیںرہےہیںباتوںکو، ہوشمیںنہیںآرہےہیں۔</w:t>
      </w:r>
    </w:p>
    <w:p>
      <w:r>
        <w:rPr>
          <w:b/>
        </w:rPr>
        <w:t xml:space="preserve">[36:29] </w:t>
      </w:r>
      <w:r>
        <w:t>to yeh bilkul do do char ki tarah se surat e haal paida ho chuki hai ki hadith mein bataya gaya tha ki pani jis pe depend karti hai zindagi, woh teen period mein khatam ho jayega.</w:t>
      </w:r>
    </w:p>
    <w:p>
      <w:pPr>
        <w:jc w:val="right"/>
      </w:pPr>
      <w:r>
        <w:t>تویہبالکل دو دوچارکیطرحسےصورت حالپیداہوچکیہے کہحدیثمیںبتایاگیاتھاکہ پانی جسپہ ڈیپینڈکرتیہےزندگی، وہ تین پیریڈمیںختمہوجائےگا۔</w:t>
      </w:r>
    </w:p>
    <w:p>
      <w:r>
        <w:rPr>
          <w:b/>
        </w:rPr>
        <w:t xml:space="preserve">[36:42] </w:t>
      </w:r>
      <w:r>
        <w:t>to pehla period ho chuka, ab hum second period se guzar rahe hain aur iske baad third period jab aayega to khatam khatam qissa hai.</w:t>
      </w:r>
    </w:p>
    <w:p>
      <w:pPr>
        <w:jc w:val="right"/>
      </w:pPr>
      <w:r>
        <w:t>توپہلاپیریڈہوچکا، ابہمسیکنڈپیریڈسےگزررہےہیں اور اسکےبعد تھرڈپیریڈجبآئےگاتوختمختم قصہہے۔</w:t>
      </w:r>
    </w:p>
    <w:p>
      <w:r>
        <w:rPr>
          <w:b/>
        </w:rPr>
        <w:t xml:space="preserve">[36:55] </w:t>
      </w:r>
      <w:r>
        <w:t>to yehi woh zaman hai jismein keh hadees mein aaya hai keh mahdi paida honge, maseeh paida honge aur is mein hai keh dajjal ko qatal karenge.</w:t>
      </w:r>
    </w:p>
    <w:p>
      <w:pPr>
        <w:jc w:val="right"/>
      </w:pPr>
      <w:r>
        <w:t>تویہیوہزمان ہہےجسمیں کہ حدیثمیںآیاہےکہمہدیپیدا ہوںگے،مسیحپیداہوںگے اوراسمیںہےکہدجالکوقتلکریںگے۔</w:t>
      </w:r>
    </w:p>
    <w:p>
      <w:r>
        <w:rPr>
          <w:b/>
        </w:rPr>
        <w:t xml:space="preserve">[37:04] </w:t>
      </w:r>
      <w:r>
        <w:t>mein hadees ek hadees hai keh "la mahdi illa aisa ibn maryam." mein uske mutabiq hadees ke mutabiq samajhta hoon keh mahdi aur maseeh ek hi personality hain.</w:t>
      </w:r>
    </w:p>
    <w:p>
      <w:pPr>
        <w:jc w:val="right"/>
      </w:pPr>
      <w:r>
        <w:t>میں حدیث ایکحدیثہے کہ "لا مہدیالا عیسیابن مریم۔ "میںاسکےمطابقحدیثکےمطابقسمجھتاہوںکہمہدیاورمسیحایکہی پرسنیلٹیہیں۔</w:t>
      </w:r>
    </w:p>
    <w:p>
      <w:r>
        <w:rPr>
          <w:b/>
        </w:rPr>
        <w:t xml:space="preserve">[37:14] </w:t>
      </w:r>
      <w:r>
        <w:t>yeh hadees mein maujood hai, yeh hadees keh mahdi aur maseeh do alag personality nahin hain, ek hi hain. to woh hai keh qatal karenge dajjal ko.</w:t>
      </w:r>
    </w:p>
    <w:p>
      <w:pPr>
        <w:jc w:val="right"/>
      </w:pPr>
      <w:r>
        <w:t>یہحدیثمیںموجود ہے،یہحدیث کہ مہدیاورمسیحدوالگپرسنیلٹینہیںہیں، ایکہیہیں۔ تو وہہےکہقتلکریںگےدجالکو ۔</w:t>
      </w:r>
    </w:p>
    <w:p>
      <w:r>
        <w:rPr>
          <w:b/>
        </w:rPr>
        <w:t xml:space="preserve">[37:25] </w:t>
      </w:r>
      <w:r>
        <w:t>mein samajhta hoon keh qatal ka matlab yeh nahin keh fizikli qatal karenge, unko expose karenge. kyunkeh aap dekhiye, agar kisi ko fizikli qatal kiya jaye to woh to woh to shaheed ho jata hai, martyr ho jata hai. woh to ek leader ko, yani dajjal ka concept jo hadees mein aata hai, ek leader hoga jis par bahut saare log uske saath ho jayenge.</w:t>
      </w:r>
    </w:p>
    <w:p>
      <w:pPr>
        <w:jc w:val="right"/>
      </w:pPr>
      <w:r>
        <w:t>میںسمجھتاہوںکہقتلکامعنییہنہیںکہفزیکلیقتلکریںگے، انکوایکسپوزکریںگے۔ کیونکہآپدیکھیے، اگر کسی کو فزیکلیقتلکیاجائےتووہتو وہتوشہیدہوجاتاہے،مارٹائرہوجاتاہے۔وہتو ایک لیڈرکو ،یعنی دجالکا کانسیپٹجوحدیثمیںآتاہے،ایکلیڈرہوگا جسپربہت سارےلوگ اسکےساتھ ہوجائیںگے۔</w:t>
      </w:r>
    </w:p>
    <w:p>
      <w:r>
        <w:rPr>
          <w:b/>
        </w:rPr>
        <w:t xml:space="preserve">[37:50] </w:t>
      </w:r>
      <w:r>
        <w:t>yeh hadees mein aaya hai yeh baat keh dajjal ke saath ek crowd hoga.</w:t>
      </w:r>
    </w:p>
    <w:p>
      <w:pPr>
        <w:jc w:val="right"/>
      </w:pPr>
      <w:r>
        <w:t>یہحدیثمیںآیاہےیہبات کہ دجالکےساتھ ایک کراؤڈہوگا۔</w:t>
      </w:r>
    </w:p>
    <w:p>
      <w:r>
        <w:rPr>
          <w:b/>
        </w:rPr>
        <w:t xml:space="preserve">[37:55] </w:t>
      </w:r>
      <w:r>
        <w:t>uske maani keh woh leader hoga. aap leader ko agar fizikil qatal karein fizikli to jaante hain kya hota hai? woh to shaheed ban jata hai, woh martyr ban jata hai.</w:t>
      </w:r>
    </w:p>
    <w:p>
      <w:pPr>
        <w:jc w:val="right"/>
      </w:pPr>
      <w:r>
        <w:t>اسکےمعنیکہوہلیڈرہوگا۔ آپلیڈرکواگر فزیکلقتلکریںف زیکلی تو جانتےہیںکیاہوتاہے؟وہتوشہیدبنجاتاہے،وہمارٹائربنجاتا ہے۔</w:t>
      </w:r>
    </w:p>
    <w:p>
      <w:r>
        <w:rPr>
          <w:b/>
        </w:rPr>
        <w:t xml:space="preserve">[38:08] </w:t>
      </w:r>
      <w:r>
        <w:t>Pakistan mein Bhutto ko phansi di gayi to aur bada Bhutto jo ban gaya, uski ladki Bhutto super Bhutto ban gayi aur sab se badi party ban gayi Pakistan mein uski.</w:t>
      </w:r>
    </w:p>
    <w:p>
      <w:pPr>
        <w:jc w:val="right"/>
      </w:pPr>
      <w:r>
        <w:t>پاکستانمیں بھٹوکو پھانسیدیگئیتواوربڑا بھٹو جو بنگیا، اسکیلڑکیبھٹو سپربھٹوبنگئی اورسبسےبڑیپارٹیبنگئی پاکستانمیںاسیکی۔</w:t>
      </w:r>
    </w:p>
    <w:p>
      <w:r>
        <w:rPr>
          <w:b/>
        </w:rPr>
        <w:t xml:space="preserve">[38:19] </w:t>
      </w:r>
      <w:r>
        <w:t>jahan bhi kaheen yaad rakhiye, leader ko jab qatal kiya gaya hai to super leader ban gaya hai.</w:t>
      </w:r>
    </w:p>
    <w:p>
      <w:pPr>
        <w:jc w:val="right"/>
      </w:pPr>
      <w:r>
        <w:t>جہاںبھیکہیںیادرکھیے، لیڈرکوجبقتلکیاگیاہے تو سپرلیڈربنگیاہے۔</w:t>
      </w:r>
    </w:p>
    <w:p>
      <w:r>
        <w:rPr>
          <w:b/>
        </w:rPr>
        <w:t xml:space="preserve">[38:25] </w:t>
      </w:r>
      <w:r>
        <w:t>woh mara hua leader super leader hota hai. to dajjal ko fizikli qadr karne se koi matlab nahin hai. aur jab woh deceive karega to usse deception ko qatal karna hai.</w:t>
      </w:r>
    </w:p>
    <w:p>
      <w:pPr>
        <w:jc w:val="right"/>
      </w:pPr>
      <w:r>
        <w:t>وہ مراہوا لیڈرسپرلیڈرہوتاہے۔ تو دجالکو فزیکلی قدر کرنے سے کاکوئیمطلبہینہیںہے۔ اور جب وہ ڈیسیوکرےگاتواسے ڈیسیپشنکوقتلکرناہے۔</w:t>
      </w:r>
    </w:p>
    <w:p>
      <w:r>
        <w:rPr>
          <w:b/>
        </w:rPr>
        <w:t xml:space="preserve">[38:40] </w:t>
      </w:r>
      <w:r>
        <w:t>dajjal jo hai, woh koi military general nahin hoga. hadees mein yeh nahin bataya gaya keh military general hoga. woh woh deceive karega. deceive</w:t>
      </w:r>
    </w:p>
    <w:p>
      <w:pPr>
        <w:jc w:val="right"/>
      </w:pPr>
      <w:r>
        <w:t>دجالجوہے، وہکوئی ملٹری جنرلنہیںہوگا۔ حدیثمیںیہنہیںبتایاگیاکہ ملٹریجنرلہوگا۔وہ وہ ڈیسیوکرےگا۔ڈیسیو</w:t>
      </w:r>
    </w:p>
    <w:p>
      <w:r>
        <w:rPr>
          <w:b/>
        </w:rPr>
        <w:t xml:space="preserve">[38:50] </w:t>
      </w:r>
      <w:r>
        <w:t>dajjal ke maani hote hain great deceiver. to uske uske uske uske jo uski jo deceiving ideology hai, usko khatam karna padega aapko.</w:t>
      </w:r>
    </w:p>
    <w:p>
      <w:pPr>
        <w:jc w:val="right"/>
      </w:pPr>
      <w:r>
        <w:t>دجالکےمعنیہوتےہیںگریٹڈیسیور۔ تواسکے اسکے اسکے اسکاجو اسکیجو ڈیسیونگآئیڈیالوجیہے،اسکوختمکرناپڑےگاآپکو۔</w:t>
      </w:r>
    </w:p>
    <w:p>
      <w:r>
        <w:rPr>
          <w:b/>
        </w:rPr>
        <w:t xml:space="preserve">[39:01] </w:t>
      </w:r>
      <w:r>
        <w:t>deceiving ideology.</w:t>
      </w:r>
    </w:p>
    <w:p>
      <w:pPr>
        <w:jc w:val="right"/>
      </w:pPr>
      <w:r>
        <w:t>ڈیسیونگآئیڈیالوجی۔</w:t>
      </w:r>
    </w:p>
    <w:p>
      <w:r>
        <w:rPr>
          <w:b/>
        </w:rPr>
        <w:t xml:space="preserve">[39:05] </w:t>
      </w:r>
      <w:r>
        <w:t>to mein samajhta hoon keh mahdi aur maseeh ka jo role hai, woh hai dajjal ko expose karna, address karke level par usko khatam karna, logon ke dimaghon se uski ahmiyat ko nikaalna.</w:t>
      </w:r>
    </w:p>
    <w:p>
      <w:pPr>
        <w:jc w:val="right"/>
      </w:pPr>
      <w:r>
        <w:t>تو میں سمجھتاہوںکہ مہدیاورمسیحکاجورولہے، وہ ہے دجالکوایکسپوزکرنا، اڈراج کالیولپراسکوختمکرنا، لوگوںکےدماغوںسےاسکی اہمیتکونکالنا۔</w:t>
      </w:r>
    </w:p>
    <w:p>
      <w:r>
        <w:rPr>
          <w:b/>
        </w:rPr>
        <w:t xml:space="preserve">[39:17] </w:t>
      </w:r>
      <w:r>
        <w:t>yeh hai uska qatal.</w:t>
      </w:r>
    </w:p>
    <w:p>
      <w:pPr>
        <w:jc w:val="right"/>
      </w:pPr>
      <w:r>
        <w:t>یہہےاسکاقتل ۔</w:t>
      </w:r>
    </w:p>
    <w:p>
      <w:r>
        <w:rPr>
          <w:b/>
        </w:rPr>
        <w:t xml:space="preserve">[39:25] </w:t>
      </w:r>
      <w:r>
        <w:t>yeh sab batein bahot zyada sochne ki hain. aap aisa mat kijiye keh aap intezaar mein rahein, intezaar mein rahein yahan tak ke israfil ka soor phoonk jaye.</w:t>
      </w:r>
    </w:p>
    <w:p>
      <w:pPr>
        <w:jc w:val="right"/>
      </w:pPr>
      <w:r>
        <w:t>یہسبباتیںبہت زیادہسوچنےکیہیں۔ آپ ایسامت کیجئے کہ آپ انتظار میںرہیں،انتظارمیںرہیںیہاںتکاس رافیلکاسورپھونکجائے۔</w:t>
      </w:r>
    </w:p>
    <w:p>
      <w:r>
        <w:rPr>
          <w:b/>
        </w:rPr>
        <w:t xml:space="preserve">[39:36] </w:t>
      </w:r>
      <w:r>
        <w:t>aisa nahin karna hai aapko.</w:t>
      </w:r>
    </w:p>
    <w:p>
      <w:pPr>
        <w:jc w:val="right"/>
      </w:pPr>
      <w:r>
        <w:t>ایسانہیںکرناہےآپکو ۔</w:t>
      </w:r>
    </w:p>
    <w:p>
      <w:r>
        <w:rPr>
          <w:b/>
        </w:rPr>
        <w:t xml:space="preserve">[39:41] </w:t>
      </w:r>
      <w:r>
        <w:t>ab mein ek baat aur kehna chahta hoon aapse keh hum log jo India mein paida kiya, Allah Ta'ala ne. mein samajhta hoon keh aap badi blessing hai Allah Ta'ala ki.</w:t>
      </w:r>
    </w:p>
    <w:p>
      <w:pPr>
        <w:jc w:val="right"/>
      </w:pPr>
      <w:r>
        <w:t>ابمیںایکباتاور کہناچاہتاہوںآپسے کہہملوگ جوانڈیامیںپیدا کیا،اللہتعالینے ۔میںسمجھتاہوںکہآپب ڑیبلیسیہےاللہتعالیکی۔</w:t>
      </w:r>
    </w:p>
    <w:p>
      <w:r>
        <w:rPr>
          <w:b/>
        </w:rPr>
        <w:t xml:space="preserve">[39:50] </w:t>
      </w:r>
      <w:r>
        <w:t>aaj subah mere paas telephone aaya hai Arab se ek sahib ka. hamare saathi hain, woh India mein paida huye, ab woh Arab mein rehte hain.</w:t>
      </w:r>
    </w:p>
    <w:p>
      <w:pPr>
        <w:jc w:val="right"/>
      </w:pPr>
      <w:r>
        <w:t>آجصبح میرےپاس ٹیلیفونآیاہے عربسے ایکصاحبکا۔ہمارےساتھیہیں،وہ انڈیامیںپیدا ہوئے، ابوہعرب میںرہتےہیں۔</w:t>
      </w:r>
    </w:p>
    <w:p>
      <w:r>
        <w:rPr>
          <w:b/>
        </w:rPr>
        <w:t xml:space="preserve">[40:02] </w:t>
      </w:r>
      <w:r>
        <w:t>to unhonne kaha keh wahan par Arab mein bahut se Pakistani, kai hazar Pakistani jo hain, woh illegal reh rahe the wahan par.</w:t>
      </w:r>
    </w:p>
    <w:p>
      <w:pPr>
        <w:jc w:val="right"/>
      </w:pPr>
      <w:r>
        <w:t>تو انہوںنےکہاکہ وہاںپر عرب میں بہت سے پاکستانی، کئیہزار پاکستانی جوہیں،وہ اللیگلرہرہےتھےوہاںپر۔</w:t>
      </w:r>
    </w:p>
    <w:p>
      <w:r>
        <w:rPr>
          <w:b/>
        </w:rPr>
        <w:t xml:space="preserve">[40:12] </w:t>
      </w:r>
      <w:r>
        <w:t>illegal.</w:t>
      </w:r>
    </w:p>
    <w:p>
      <w:pPr>
        <w:jc w:val="right"/>
      </w:pPr>
      <w:r>
        <w:t>اللیگل۔</w:t>
      </w:r>
    </w:p>
    <w:p>
      <w:r>
        <w:rPr>
          <w:b/>
        </w:rPr>
        <w:t xml:space="preserve">[40:13] </w:t>
      </w:r>
      <w:r>
        <w:t>to wahan ki government ne unhen kaha diya keh tum nikal jao, wapas jao. gaye deport kiye jaane wale the woh saare log.</w:t>
      </w:r>
    </w:p>
    <w:p>
      <w:pPr>
        <w:jc w:val="right"/>
      </w:pPr>
      <w:r>
        <w:t>تو وہاںکیگورنمنٹنےانہیں کہہدیاکہتمنکلجاؤ ،واپسجاؤ ۔ گئےڈیپورٹکیےجانےوالے تھےوہسارےلوگ ۔</w:t>
      </w:r>
    </w:p>
    <w:p>
      <w:r>
        <w:rPr>
          <w:b/>
        </w:rPr>
        <w:t xml:space="preserve">[40:23] </w:t>
      </w:r>
      <w:r>
        <w:t>unhonne wahan ek bahot bada kaam kiya jo kehte hain istirham. istirham maani hote hain yani rahem chaahna.</w:t>
      </w:r>
    </w:p>
    <w:p>
      <w:pPr>
        <w:jc w:val="right"/>
      </w:pPr>
      <w:r>
        <w:t>انہوںنے وہاں ایکبہتبڑاکام کیا جوکہتےہیں است رہام ۔ استرہاممعنیہوتےہیں یعنی رحمچاہنا۔</w:t>
      </w:r>
    </w:p>
    <w:p>
      <w:r>
        <w:rPr>
          <w:b/>
        </w:rPr>
        <w:t xml:space="preserve">[40:36] </w:t>
      </w:r>
      <w:r>
        <w:t>yani to seek barasi. istirham ke maani hote hain to seek barasi. to unhonne istir</w:t>
      </w:r>
    </w:p>
    <w:p>
      <w:pPr>
        <w:jc w:val="right"/>
      </w:pPr>
      <w:r>
        <w:t>یعنی ٹوسیکبرسی۔ استرہامکےمعنیہوتےہیںٹوسیکبرسی۔ توانہوںنے استر</w:t>
      </w:r>
    </w:p>
    <w:p>
      <w:r>
        <w:rPr>
          <w:b/>
        </w:rPr>
        <w:t xml:space="preserve">[40:42] </w:t>
      </w:r>
      <w:r>
        <w:t>haam ka ek ek movement chalai baqaida government se keh aap in logon ko barasi kijiye. yeh log jo hain wapas jayen, kya karenge? aur unhen ghar dekhein. poora official level par unhonne ek koshish ki aur woh sab log wahan par le liye gaye.</w:t>
      </w:r>
    </w:p>
    <w:p>
      <w:pPr>
        <w:jc w:val="right"/>
      </w:pPr>
      <w:r>
        <w:t>ہامکا ایک ایک موومنٹچلائیباقاعدہ گورنمنٹسے کہآپانلوگوںکوبرسیکیجئے۔ یہلوگجوہیں واپسجائیں،کیاکریںگے؟ اورانہیں گھردیکھیں۔پورا افیشللیولپرانہوںنےایککوششکی اور وہسبلوگ وہاںپرلےلیےگئے۔</w:t>
      </w:r>
    </w:p>
    <w:p>
      <w:r>
        <w:rPr>
          <w:b/>
        </w:rPr>
        <w:t xml:space="preserve">[40:56] </w:t>
      </w:r>
      <w:r>
        <w:t>wapas nahin deport nahin kiye gaye woh.</w:t>
      </w:r>
    </w:p>
    <w:p>
      <w:pPr>
        <w:jc w:val="right"/>
      </w:pPr>
      <w:r>
        <w:t>واپس نہیںڈیپورٹ نہیںکیےگئےوہ۔</w:t>
      </w:r>
    </w:p>
    <w:p>
      <w:r>
        <w:rPr>
          <w:b/>
        </w:rPr>
        <w:t xml:space="preserve">[41:00] </w:t>
      </w:r>
      <w:r>
        <w:t>to Pakistan ka safeer jo wahan par hai, usne unhen bulaya aur kaha ki aap ne bahut bada kaam kiya hai aur hum aap ko Pakistan ki wahdiyat dete hain, izazi shahriyat.</w:t>
      </w:r>
    </w:p>
    <w:p>
      <w:pPr>
        <w:jc w:val="right"/>
      </w:pPr>
      <w:r>
        <w:t>تو پاکستانکا سف یرجووہاںپرہے، اسنے انہیں بلایا اور کہاکہآپنےبہتبڑاکامکیاہے اور ہمآپ کو پاکستان کی وہدیتےہیں ،اعزازیشہ ریت۔</w:t>
      </w:r>
    </w:p>
    <w:p>
      <w:r>
        <w:rPr>
          <w:b/>
        </w:rPr>
        <w:t xml:space="preserve">[41:12] </w:t>
      </w:r>
      <w:r>
        <w:t>yani citizenship. izazi shahriyat, citizenship dete hain hum aap ko. offer kiya usne? to unhon ne kaha ki mujhe do condition meri hai ki yeh agar ho to main man lo to lene ki aap ka offer lene ko tayyar hon.</w:t>
      </w:r>
    </w:p>
    <w:p>
      <w:pPr>
        <w:jc w:val="right"/>
      </w:pPr>
      <w:r>
        <w:t>یعنیسٹیزنشپ ۔اعزازیشہ ریت،سٹیزنشپدیتےہیںہمآپکو ۔ آفرکیا اسنے؟ توانہوںنےکہاکہ مجھےدو کنڈیشنمیریہے کہ یہاگرہوتومیںمانلوںتولینےکیآپکاآفرلینےکوتیار ہوں۔</w:t>
      </w:r>
    </w:p>
    <w:p>
      <w:r>
        <w:rPr>
          <w:b/>
        </w:rPr>
        <w:t xml:space="preserve">[41:27] </w:t>
      </w:r>
      <w:r>
        <w:t>unhon ne kaha ki woh kya? kaha ki India mein main woh Indian nahin, rehte hain Arab mein, hamare sathi hain. India mein main Mahatma Gandhi par tanqeed kar sakta hoon.</w:t>
      </w:r>
    </w:p>
    <w:p>
      <w:pPr>
        <w:jc w:val="right"/>
      </w:pPr>
      <w:r>
        <w:t>انہوںنےکہاکہوہکیا ؟ کہاکہانڈیامیں میں وہ انڈ ینہیں، رہتےہیںعرب میں،ہمارےساتھیہیں۔ انڈیامیںمیں مہاتماگاندھیپرتنقیدکرسکتاہوں۔</w:t>
      </w:r>
    </w:p>
    <w:p>
      <w:r>
        <w:rPr>
          <w:b/>
        </w:rPr>
        <w:t xml:space="preserve">[41:39] </w:t>
      </w:r>
      <w:r>
        <w:t>India mein main keh sakta hoon ki Mahatma Gandhi ne jo kuch kaha woh ek kutta tha, woh revolution nahin tha. aur meri koi pakad thakad nahin.</w:t>
      </w:r>
    </w:p>
    <w:p>
      <w:pPr>
        <w:jc w:val="right"/>
      </w:pPr>
      <w:r>
        <w:t>انڈیامیں میں کہہسکتاہوںکہمہاتماگاندھینےجوکچھکہاوہایککو تھا، وہریولوشننہیںتھا۔ اور میریکوئیپکڑتھکڑنہیں۔</w:t>
      </w:r>
    </w:p>
    <w:p>
      <w:r>
        <w:rPr>
          <w:b/>
        </w:rPr>
        <w:t xml:space="preserve">[41:51] </w:t>
      </w:r>
      <w:r>
        <w:t>India jo main raaspati hai Gandhi is mulk ke aur un par hum tanqeed karte hain, hamari koi pakad thakad nahin. kya hum Pakistan mein aap ke Quaid-e-Azam par tanqeed kar sakte hain?</w:t>
      </w:r>
    </w:p>
    <w:p>
      <w:pPr>
        <w:jc w:val="right"/>
      </w:pPr>
      <w:r>
        <w:t>انڈیا جو میں راشپتاہے گاندھیاسملککے اورانپرہمتنقیدکرتےہیں،ہماریکوئیپکڑتھکڑنہیں۔ کیاہم پاکستانمیں آپکے قائداعظمپرتنقیدکرسکتےہیں؟</w:t>
      </w:r>
    </w:p>
    <w:p>
      <w:r>
        <w:rPr>
          <w:b/>
        </w:rPr>
        <w:t xml:space="preserve">[42:04] </w:t>
      </w:r>
      <w:r>
        <w:t>kya hum keh sakte hain ki wahan Quaid-e-Azam, Quaid-e-Azam nahin the, woh Quaid-e-Asghar the? yeh main keh sakta hoon khule tareeqe se? ek ijazat denge mujh ko aap?</w:t>
      </w:r>
    </w:p>
    <w:p>
      <w:pPr>
        <w:jc w:val="right"/>
      </w:pPr>
      <w:r>
        <w:t>کیاہمکہہسکتےہیںکہوہاںقائداعظم ،قائداعظمنہیںتھے،وہقائداصغرتھے؟ یہمیںکہہسکتاہوںکھلےطریقےسے ؟ ایکاجازتدیںگےمجھکوآپ ؟</w:t>
      </w:r>
    </w:p>
    <w:p>
      <w:r>
        <w:rPr>
          <w:b/>
        </w:rPr>
        <w:t xml:space="preserve">[42:17] </w:t>
      </w:r>
      <w:r>
        <w:t>yani Gandhi jo hai India ka raaspati hai, is par hum tanqeed karta hoon. phir bhi main India mein zinda hoon. aur aap ke mulk mein kya main keh sakta hoon ki jinnah sahib jo hain Quaid-e-Azam nahin the, woh Quaid-e-Asghar the?</w:t>
      </w:r>
    </w:p>
    <w:p>
      <w:pPr>
        <w:jc w:val="right"/>
      </w:pPr>
      <w:r>
        <w:t>یعنیگاندھی جوہے انڈیاکا راشپتہہے، اسپرہمتنقیدکرتاہوں۔پھربھیمیںانڈیامیںزندہہوں۔ اور آپ کےملکمیںکیا میںکہہسکتاہوں کہ جن ابصاحبجوہیںقائداعظمنہیںتھے،وہقائداصغرتھے؟</w:t>
      </w:r>
    </w:p>
    <w:p>
      <w:r>
        <w:rPr>
          <w:b/>
        </w:rPr>
        <w:t xml:space="preserve">[42:33] </w:t>
      </w:r>
      <w:r>
        <w:t>aap ijazat denge mujh ko wahan par?</w:t>
      </w:r>
    </w:p>
    <w:p>
      <w:pPr>
        <w:jc w:val="right"/>
      </w:pPr>
      <w:r>
        <w:t>آپاجازتدیںگےمجھکووہاںپر ؟</w:t>
      </w:r>
    </w:p>
    <w:p>
      <w:r>
        <w:rPr>
          <w:b/>
        </w:rPr>
        <w:t xml:space="preserve">[42:36] </w:t>
      </w:r>
      <w:r>
        <w:t>doosri baat unhon ne kahi ki India mein ek shakhs ne ek magazine nikala jis ka naam tha Muslim India.</w:t>
      </w:r>
    </w:p>
    <w:p>
      <w:pPr>
        <w:jc w:val="right"/>
      </w:pPr>
      <w:r>
        <w:t>دوسریباتانہوںنےکہی کہانڈیامیں ایک شخص نے ایک میگزیننکالا جسکانامتھا مسلمانڈیا ۔</w:t>
      </w:r>
    </w:p>
    <w:p>
      <w:r>
        <w:rPr>
          <w:b/>
        </w:rPr>
        <w:t xml:space="preserve">[42:47] </w:t>
      </w:r>
      <w:r>
        <w:t>Muslim India isi liye. kya aap wahan ke Hinduon ko ijazat den ki woh Hindu Pakistan, Hindu Pakistan nikalen? is naam se magazine.</w:t>
      </w:r>
    </w:p>
    <w:p>
      <w:pPr>
        <w:jc w:val="right"/>
      </w:pPr>
      <w:r>
        <w:t>مسلمانڈیا اسیدلیسے۔ کیاآپوہاںکےہندوؤںکواجازتدیںکہوہ ہندو پاکستان،ہندو پاکستاننکالیں؟ اسنامسےمیگزین ۔</w:t>
      </w:r>
    </w:p>
    <w:p>
      <w:r>
        <w:rPr>
          <w:b/>
        </w:rPr>
        <w:t xml:space="preserve">[42:57] </w:t>
      </w:r>
      <w:r>
        <w:t>India mein ek Muslim parcha nikalta hai, is ka naam rakhta hai Muslim Pakistan, Muslim India.</w:t>
      </w:r>
    </w:p>
    <w:p>
      <w:pPr>
        <w:jc w:val="right"/>
      </w:pPr>
      <w:r>
        <w:t>انڈیامیںایک مس لمان پرچہنکالتاہے،اسکانامرکھتاہےمسلم پاکستان،مسلمانڈیا۔</w:t>
      </w:r>
    </w:p>
    <w:p>
      <w:r>
        <w:rPr>
          <w:b/>
        </w:rPr>
        <w:t xml:space="preserve">[43:03] </w:t>
      </w:r>
      <w:r>
        <w:t>kya aap is ki ijazat denge ki Pakistan mein Hindu aisa parcha nikale, aisi magazine jis ka naam ho Hindu Pakistan? to unhon ne kaha abhi nahin ho sakta hai.</w:t>
      </w:r>
    </w:p>
    <w:p>
      <w:pPr>
        <w:jc w:val="right"/>
      </w:pPr>
      <w:r>
        <w:t>کیا آپاسکیاجازتدیںگے کہ پاکستانمیں ہندو ایسا پرچہنکالے،ایسامیگزین جسکانامہو ہندو پاکستان ؟ تو انہوںنےکہاابیہتونہیںہوسکتاہے۔</w:t>
      </w:r>
    </w:p>
    <w:p>
      <w:r>
        <w:rPr>
          <w:b/>
        </w:rPr>
        <w:t xml:space="preserve">[43:15] </w:t>
      </w:r>
      <w:r>
        <w:t>yeh yeh qissa bataya unhon ne mujhe telephone par. to main ne khuda ka shukr ada kiya ki hum log kitne khushqismat hain ki India mein aap ko paida kiya Allah Taala ne. kya azaadi hai, kya opportunities hain?</w:t>
      </w:r>
    </w:p>
    <w:p>
      <w:pPr>
        <w:jc w:val="right"/>
      </w:pPr>
      <w:r>
        <w:t>یہ یہقصہبتایاانہوںنےمجھےٹیلیفونپر ۔ تو میںنےخداکاشکراداکیاکہہملوگکتنےخوشقسم تہیں کہانڈیامیںآپکوپیدا کیااللہتعالینے۔ کیا آزادی ہے، کیا اپرچونیٹیزہیں؟</w:t>
      </w:r>
    </w:p>
    <w:p>
      <w:r>
        <w:rPr>
          <w:b/>
        </w:rPr>
        <w:t xml:space="preserve">[43:31] </w:t>
      </w:r>
      <w:r>
        <w:t>yani Hindu log yahan seminar karte hain aur hum ko bulate hain wahan ke aaiye, Islam ke baare mein bataaiye. humare literature hamare sath le ke jate hain, baant te hain wahan par. koi rok tok nahin, kuch bhi rok tok nahin.</w:t>
      </w:r>
    </w:p>
    <w:p>
      <w:pPr>
        <w:jc w:val="right"/>
      </w:pPr>
      <w:r>
        <w:t>یعنیہندو لوگیہاں سیمینارکرتےہیں اورہمکوبلاتےہیںوہاںکےآئیے، اسلام کےبارےمیںبتائیے۔ ہمارےلٹریچرہمارےساتھیلےکےجاتےہیں،بانٹتےہیںوہاںپہ۔کوئیروکٹوکنہیں،کچھبھیروکٹوکنہیں۔</w:t>
      </w:r>
    </w:p>
    <w:p>
      <w:r>
        <w:rPr>
          <w:b/>
        </w:rPr>
        <w:t xml:space="preserve">[43:48] </w:t>
      </w:r>
      <w:r>
        <w:t>main samajhta hoon ki yeh bahut badi hamari khushqismati hai ki hum India mein paida kiye gaye. main sare duniya mein gaya hoon taqriban.</w:t>
      </w:r>
    </w:p>
    <w:p>
      <w:pPr>
        <w:jc w:val="right"/>
      </w:pPr>
      <w:r>
        <w:t>میں سمجھتاہوںکہ یہ بہت بڑی ہماریخوشقسم تیہےکہہمانڈیامیںپیدا کیےگئے۔ میں سارےدنیا میںگیاہوںتقریباً۔</w:t>
      </w:r>
    </w:p>
    <w:p>
      <w:r>
        <w:rPr>
          <w:b/>
        </w:rPr>
        <w:t xml:space="preserve">[43:58] </w:t>
      </w:r>
      <w:r>
        <w:t>koi duniya ka mulak aisa nahin hai hamare liye, daawat ke liye itna achha jitna ki India hai. main zara bhi mujhe shak nahin hai. ek hadees hai, Rasool Allah ne farmaya ki mujhe Hind ki taraf se ilam ki khushbu aati hai, ilam ki hawaen aati hain.</w:t>
      </w:r>
    </w:p>
    <w:p>
      <w:pPr>
        <w:jc w:val="right"/>
      </w:pPr>
      <w:r>
        <w:t>کوئی دنیا کاملکایسانہیںہےہمارےلیے ،داؤورککےلیےاتنااچھاجتناکہانڈیاہے۔ میںذرابھیمجھےشکنہیںہے۔ ایکحدیثہے، رسولاللہنےفرمایاکہمیں ہند کیطرفسےمجھے علم کیخوشبوآتیہے،علم کیہوائیںآتیہیں۔</w:t>
      </w:r>
    </w:p>
    <w:p>
      <w:r>
        <w:rPr>
          <w:b/>
        </w:rPr>
        <w:t xml:space="preserve">[44:15] </w:t>
      </w:r>
      <w:r>
        <w:t>aja du rih al ilm min bilad al Hind. aja du rih al ilm min bilad al Hind. yani Hind ki taraf se, India ki taraf se mujhe ilm ki hawaen aati hain.</w:t>
      </w:r>
    </w:p>
    <w:p>
      <w:pPr>
        <w:jc w:val="right"/>
      </w:pPr>
      <w:r>
        <w:t>اجدو ریح العلم من بلاد الحند۔ اج دو ریح العلم منبلادالحند۔یعنی ہند کیطرفسے،انڈیاکیطرفسےمجھے علم کی ہوائیںآتیہیں۔</w:t>
      </w:r>
    </w:p>
    <w:p>
      <w:r>
        <w:rPr>
          <w:b/>
        </w:rPr>
        <w:t xml:space="preserve">[44:29] </w:t>
      </w:r>
      <w:r>
        <w:t>is ka matlab main yeh samjha hoon ki Islam ki dawat jo aali ilmi satah par uthai jayegi, scientific dor mein, jo modern aidad mein, scientific aidad mein uthai jayegi, woh India mein hogi. woh kaam, woh India mein hoga. woh kaam yani Islam ki dawat qadim zaman mein traditional andaaz mein ki gayi.</w:t>
      </w:r>
    </w:p>
    <w:p>
      <w:pPr>
        <w:jc w:val="right"/>
      </w:pPr>
      <w:r>
        <w:t>اسکامطلبمیںیہسمجھاہوں کہ اسلام کیدعوت جو اعلیٰعلمیسطح پراٹھائیجائےگی، سائنٹیفکدورمیں، جو ماڈرنایڈیممیں، سائنٹیفکایڈیممیںاٹھائیجائےگی،وہانڈیامیںہوگی۔وہکام ،وہانڈیامیںہوگا۔وہکام یعنی اسلام کی دعوت قدیمزمان ےمیں ٹریڈیشنلاندازمیںکیگئی ۔</w:t>
      </w:r>
    </w:p>
    <w:p>
      <w:r>
        <w:rPr>
          <w:b/>
        </w:rPr>
        <w:t xml:space="preserve">[44:54] </w:t>
      </w:r>
      <w:r>
        <w:t>do traditional dor the woh, ab do scientific dor hain.</w:t>
      </w:r>
    </w:p>
    <w:p>
      <w:pPr>
        <w:jc w:val="right"/>
      </w:pPr>
      <w:r>
        <w:t>دوٹریڈیشنلدورتھاوہ، ابدو سائنٹیفکدور ہیں۔</w:t>
      </w:r>
    </w:p>
    <w:p>
      <w:r>
        <w:rPr>
          <w:b/>
        </w:rPr>
        <w:t xml:space="preserve">[44:59] </w:t>
      </w:r>
      <w:r>
        <w:t>to do age hain Islam ke. ek hai scientific age, ek hai traditional age. to Islam ka dawai kaam is se pahle traditional age mein hua tha, traditional aidad mein hota tha.</w:t>
      </w:r>
    </w:p>
    <w:p>
      <w:pPr>
        <w:jc w:val="right"/>
      </w:pPr>
      <w:r>
        <w:t>تو دو ایجہیںاسلام کے ۔ایک ہے سائنٹیفکایج، ایکہےٹریڈیشنلایج۔ تواسلام کا دعوتیکام اسسےپہلے ٹریڈیشنلایجمیںہواتھا،ٹریڈیشنلایڈیممیںہوتاتھا۔</w:t>
      </w:r>
    </w:p>
    <w:p>
      <w:r>
        <w:rPr>
          <w:b/>
        </w:rPr>
        <w:t xml:space="preserve">[45:12] </w:t>
      </w:r>
      <w:r>
        <w:t>to Rasool Allah ne farmaya, mere nazdeek is ka matlab yeh hai ki jab science ka zamana aayega, is ki zaroorat hogi ki scientific aidad mein Islam ki dawat pahunchai jaye.</w:t>
      </w:r>
    </w:p>
    <w:p>
      <w:pPr>
        <w:jc w:val="right"/>
      </w:pPr>
      <w:r>
        <w:t>تورسولاللہنےفرمایا، میرےنزدیکاسکامطلبیہہے کہجب سائنسکازمان ہآئےگا، اسکیضرورتہوگیکہسائنٹیفکایڈیممیںاسلام کیدعوتپہنچائیجائے۔</w:t>
      </w:r>
    </w:p>
    <w:p>
      <w:r>
        <w:rPr>
          <w:b/>
        </w:rPr>
        <w:t xml:space="preserve">[45:22] </w:t>
      </w:r>
      <w:r>
        <w:t>woh India mein yeh kaam hoga.</w:t>
      </w:r>
    </w:p>
    <w:p>
      <w:pPr>
        <w:jc w:val="right"/>
      </w:pPr>
      <w:r>
        <w:t>وہ انڈیامیںیہکامہوگا۔</w:t>
      </w:r>
    </w:p>
    <w:p>
      <w:r>
        <w:rPr>
          <w:b/>
        </w:rPr>
        <w:t xml:space="preserve">[45:26] </w:t>
      </w:r>
      <w:r>
        <w:t>to yeh kitni badi nemat hai Allah Taala ki ki hum ko Allah Taala ne India mein paida kiya, jahan freedom hai, jahan opportunities hain, jahan mawaqe hain.</w:t>
      </w:r>
    </w:p>
    <w:p>
      <w:pPr>
        <w:jc w:val="right"/>
      </w:pPr>
      <w:r>
        <w:t>تو یہکتنیبڑینعمتہےاللہتعالیکی کہہمکواللہتعالینےانڈیامیںپیدا کیا ، جہاں فریڈمہے،جہاںاپرچونیٹیزہیں،جہاں مواقع ہیں۔</w:t>
      </w:r>
    </w:p>
    <w:p>
      <w:r>
        <w:rPr>
          <w:b/>
        </w:rPr>
        <w:t xml:space="preserve">[45:36] </w:t>
      </w:r>
      <w:r>
        <w:t>is ka shukr kijye, is ka shukr kijye. mujhe mere ek saathi ne jo hamari team ke yahan maujood hain, woh unhon ne mujhe ek baat batayi, mujhe bahut khushi is par hui.</w:t>
      </w:r>
    </w:p>
    <w:p>
      <w:pPr>
        <w:jc w:val="right"/>
      </w:pPr>
      <w:r>
        <w:t>اسکاشکرکیجئے، اسکاشکرکیجئے۔ مجھے میرےایکساتھینےجوہماریٹیم کے یہاںموجود ہیں،وہ انہوںنےمجھےایکباتبتائی،مجھےبہتہیخوشی اسپرہوئی ۔</w:t>
      </w:r>
    </w:p>
    <w:p>
      <w:r>
        <w:rPr>
          <w:b/>
        </w:rPr>
        <w:t xml:space="preserve">[45:51] </w:t>
      </w:r>
      <w:r>
        <w:t>unhon ne kaha ki hamari jo team hai, yeh is team mein ek ek nai cheez paida hui ki instinct jag pada hai ki khud karne ka kaam.</w:t>
      </w:r>
    </w:p>
    <w:p>
      <w:pPr>
        <w:jc w:val="right"/>
      </w:pPr>
      <w:r>
        <w:t>انہوںنےکہاکہہماریجوٹیمہے،یہ اس ٹیم میں ایک ایک نئیچیز پیدا ہوئی کہ انسن ٹیوجاگپڑاہےکہخود کرنےکاکام ۔</w:t>
      </w:r>
    </w:p>
    <w:p>
      <w:r>
        <w:rPr>
          <w:b/>
        </w:rPr>
        <w:t xml:space="preserve">[46:01] </w:t>
      </w:r>
      <w:r>
        <w:t>matlab ek ham kuch kaheen ya na kaheen, apne instinct se woh kaam karne ka kaam. aur iske maine kai namoone dekhe ke mere kahe baghair log apne instinct se dawati kaam kar rahe hain.</w:t>
      </w:r>
    </w:p>
    <w:p>
      <w:pPr>
        <w:jc w:val="right"/>
      </w:pPr>
      <w:r>
        <w:t>مط لب ایکہمکچھکہیںیانہکہیں، اپنےانسنٹیوسےوہکام کرنے کا کام۔ اور اسکےمیںنےکئینم ونےدیکھے کہمیرےکہےبغیر لوگ اپنے انسنٹیوسےدعوتیکامکررہےہیں۔</w:t>
      </w:r>
    </w:p>
    <w:p>
      <w:r>
        <w:rPr>
          <w:b/>
        </w:rPr>
        <w:t xml:space="preserve">[46:14] </w:t>
      </w:r>
      <w:r>
        <w:t>yeh bahut hi bara phenomenon hai, bahut hi khushi ki baat hai.</w:t>
      </w:r>
    </w:p>
    <w:p>
      <w:pPr>
        <w:jc w:val="right"/>
      </w:pPr>
      <w:r>
        <w:t>یہبہت ہیبڑا فیناومیناہے، بہتہیخوشیکیباتہے۔</w:t>
      </w:r>
    </w:p>
    <w:p>
      <w:r>
        <w:rPr>
          <w:b/>
        </w:rPr>
        <w:t xml:space="preserve">[46:19] </w:t>
      </w:r>
      <w:r>
        <w:t>bahut pehle, bahut pehle arab mein mujhse poochha gaya tha ke aap bahut achha, aapke paas literature hai waghaira, lekin aap programme kya hai? programme to maine kaha tha ke woh arab mein wahan par party thi.</w:t>
      </w:r>
    </w:p>
    <w:p>
      <w:pPr>
        <w:jc w:val="right"/>
      </w:pPr>
      <w:r>
        <w:t>بہت پہلے ،بہت پہلے عرب میںمجھسےپوچھاگیاتھاکہآپ بہتاچھا، آپکےپاس لٹریچرہےوغیرہ، لیکن آپ پروگرامکیاہے؟پروگرام تومیںنےکہاتھاکہ وہ عربیمیںوہاںپر پارٹیتھی۔</w:t>
      </w:r>
    </w:p>
    <w:p>
      <w:r>
        <w:rPr>
          <w:b/>
        </w:rPr>
        <w:t xml:space="preserve">[46:43] </w:t>
      </w:r>
      <w:r>
        <w:t>arab mein programme ko barnamaj kahte hain. barnamaj</w:t>
      </w:r>
    </w:p>
    <w:p>
      <w:pPr>
        <w:jc w:val="right"/>
      </w:pPr>
      <w:r>
        <w:t>عربیمیںپروگرامکو برنام جکہتےہیں۔ برنام ج</w:t>
      </w:r>
    </w:p>
    <w:p>
      <w:r>
        <w:rPr>
          <w:b/>
        </w:rPr>
        <w:t xml:space="preserve">[46:48] </w:t>
      </w:r>
      <w:r>
        <w:t>to maine kaha ke barnamaj jun nah hua, izaz al mubarjamin. hamara programme program makers insaan banana hai.</w:t>
      </w:r>
    </w:p>
    <w:p>
      <w:pPr>
        <w:jc w:val="right"/>
      </w:pPr>
      <w:r>
        <w:t>تومیںنےکہاکہبرنام ججونہہوا، اعزاز المبرمجین۔ ہمارا پروگرامپرو گرام میکرز انسان بناناہے۔</w:t>
      </w:r>
    </w:p>
    <w:p>
      <w:r>
        <w:rPr>
          <w:b/>
        </w:rPr>
        <w:t xml:space="preserve">[46:58] </w:t>
      </w:r>
      <w:r>
        <w:t>aisa insaan banana hai jo program makers ho, khud programme banayein woh. to mujhe yeh jab yeh aaj kal jo hamare hain jo kaam kar rahe hain, aap log yeh dekh ke bahut khushi hoti hai ke aap log waqai program maker Allah Ta'ala ne bana diya. aap logon ko</w:t>
      </w:r>
    </w:p>
    <w:p>
      <w:pPr>
        <w:jc w:val="right"/>
      </w:pPr>
      <w:r>
        <w:t>ایسا انسانبن اناہےجوپروگراممیکرزہو،خود پروگرامبنائیںوہ۔ تو مجھے یہجب یہآجکلجو ہمارےہاںجوکامکررہےہیں،آپلوگ یہدیکھکےبہتخوشیہوتیہےکہآپلوگ واقعیپروگراممیکر اللہتعالینےبنادیا۔آپلوگوںکو</w:t>
      </w:r>
    </w:p>
    <w:p>
      <w:r>
        <w:rPr>
          <w:b/>
        </w:rPr>
        <w:t xml:space="preserve">[47:13] </w:t>
      </w:r>
      <w:r>
        <w:t>ek ek hamari team ke ek ek fard khud sochta hai, khud iska implement karta hai, khud isko le kar ke aage badhata hai. yeh bilkul ajeeb aur anokhi cheez hai yeh.</w:t>
      </w:r>
    </w:p>
    <w:p>
      <w:pPr>
        <w:jc w:val="right"/>
      </w:pPr>
      <w:r>
        <w:t>ایک ایک ہماریٹیم کےایکایکفردخود سوچتاہے، خود اسکوامپلیمنٹکرتاہے، خود اسکولےکرکے آگےبڑھاتاہے۔ یہ بالکل عجیباورانوکھیچیزہےیہ۔</w:t>
      </w:r>
    </w:p>
    <w:p>
      <w:r>
        <w:rPr>
          <w:b/>
        </w:rPr>
        <w:t xml:space="preserve">[47:28] </w:t>
      </w:r>
      <w:r>
        <w:t>to Allah Ta'ala ne aap ko, mujhe to kal kal mein yahan apne baarje mein baitha hua tha, mere ghar ka jo baarja hai, balcony.</w:t>
      </w:r>
    </w:p>
    <w:p>
      <w:pPr>
        <w:jc w:val="right"/>
      </w:pPr>
      <w:r>
        <w:t>تواللہتعالینے آپ کو ،مجھےتو کل کل میں یہاں اپنے بار جےمیںبیٹھاہواتھا، میرےگھرکاجوبارجہہے، بال کنی۔</w:t>
      </w:r>
    </w:p>
    <w:p>
      <w:r>
        <w:rPr>
          <w:b/>
        </w:rPr>
        <w:t xml:space="preserve">[47:39] </w:t>
      </w:r>
      <w:r>
        <w:t>to main wahan soch raha tha aur dua kar raha tha ke khudaya</w:t>
      </w:r>
    </w:p>
    <w:p>
      <w:pPr>
        <w:jc w:val="right"/>
      </w:pPr>
      <w:r>
        <w:t>تومیں وہاں سوچرہاتھا اور دعاکررہاتھاکہخدایا</w:t>
      </w:r>
    </w:p>
    <w:p>
      <w:r>
        <w:rPr>
          <w:b/>
        </w:rPr>
        <w:t xml:space="preserve">[47:44] </w:t>
      </w:r>
      <w:r>
        <w:t>hamari yeh team hai, yeh is team ke liye jannat likh de.</w:t>
      </w:r>
    </w:p>
    <w:p>
      <w:pPr>
        <w:jc w:val="right"/>
      </w:pPr>
      <w:r>
        <w:t>ہماری یہٹیمہے،یہ اسٹیم کےلیےجن ت لکھ دے۔</w:t>
      </w:r>
    </w:p>
    <w:p>
      <w:r>
        <w:rPr>
          <w:b/>
        </w:rPr>
        <w:t xml:space="preserve">[47:53] </w:t>
      </w:r>
      <w:r>
        <w:t>hum sab ko jannat mein ikatha kar de.</w:t>
      </w:r>
    </w:p>
    <w:p>
      <w:pPr>
        <w:jc w:val="right"/>
      </w:pPr>
      <w:r>
        <w:t>ہمسبکو جنتمیںاکٹھاکردے۔</w:t>
      </w:r>
    </w:p>
    <w:p>
      <w:r>
        <w:rPr>
          <w:b/>
        </w:rPr>
        <w:t xml:space="preserve">[48:00] </w:t>
      </w:r>
      <w:r>
        <w:t>us waqt meri zaban se nikla ke khudaya tere paighambar ne yeh bataya hai ke qayamat se pehle idkhal-e-kalima hoga.</w:t>
      </w:r>
    </w:p>
    <w:p>
      <w:pPr>
        <w:jc w:val="right"/>
      </w:pPr>
      <w:r>
        <w:t>اس وقت میریزبان سےنکلا کہ خدایا تیرےپیغمبرنے یہبتایاہے کہقیامتسےپہلے ادخالکلمہہوگا۔</w:t>
      </w:r>
    </w:p>
    <w:p>
      <w:r>
        <w:rPr>
          <w:b/>
        </w:rPr>
        <w:t xml:space="preserve">[48:11] </w:t>
      </w:r>
      <w:r>
        <w:t>la yabqa ala wajh al-ard bayt madar wa la wabar illa Allah kalimat al-islam ke zamin par ek bhi ghar chhota ya bada nahin bachega jahan word of God daakhil na ho jaye. word of God</w:t>
      </w:r>
    </w:p>
    <w:p>
      <w:pPr>
        <w:jc w:val="right"/>
      </w:pPr>
      <w:r>
        <w:t>لا یبقعلی وجہ الارض بیت مدر ولا وبر الا اللہ کلمۃ الاسلام کہزمین پر ایک بھی گھر چھوٹایابڑانہیںبچےگاجہاں ورڈآفگاڈداخلنہہوجائے۔ورڈآفگاڈ</w:t>
      </w:r>
    </w:p>
    <w:p>
      <w:r>
        <w:rPr>
          <w:b/>
        </w:rPr>
        <w:t xml:space="preserve">[48:27] </w:t>
      </w:r>
      <w:r>
        <w:t>to pehli baar history mein ek aisa Quran ka tarjuma chhapa taiyar hua, international language mein. English aaj ki international language mein,</w:t>
      </w:r>
    </w:p>
    <w:p>
      <w:pPr>
        <w:jc w:val="right"/>
      </w:pPr>
      <w:r>
        <w:t>تو پہلیبار ہسٹریمیں ایک ایساقرآنکاترجمہ چھپاتیارہوا،انٹرنیشنللینگویجمیں۔ انگل شآجکیانٹرنیشنللینگویجمیں،</w:t>
      </w:r>
    </w:p>
    <w:p>
      <w:r>
        <w:rPr>
          <w:b/>
        </w:rPr>
        <w:t xml:space="preserve">[48:36] </w:t>
      </w:r>
      <w:r>
        <w:t>us mein bahut hi clear language mein, bahut hi sahi language mein, bahut hi simple language mein ke har aadmi isko padhta jaye, padhta jaye, padhta jaye.</w:t>
      </w:r>
    </w:p>
    <w:p>
      <w:pPr>
        <w:jc w:val="right"/>
      </w:pPr>
      <w:r>
        <w:t>اسمیں بہت ہی کلی ئرلینگویجمیں، بہت ہی صحیحلینگویجمیں، بہت ہی سمپللینگویجمیں کہہرآدمیاسکوپڑھتاجائے،پڑھتاجائے،پڑھتاجائے۔</w:t>
      </w:r>
    </w:p>
    <w:p>
      <w:r>
        <w:rPr>
          <w:b/>
        </w:rPr>
        <w:t xml:space="preserve">[48:48] </w:t>
      </w:r>
      <w:r>
        <w:t>woh tarjuma khuda ke fazl se to maine, maine Allah Ta'ala se kaha ke dekh khudaya tere kuch aajiz bandon ne yeh tarjuma taiyar kiya, tere kuch aajiz bandon ne isko chhapa, waqt ka jo aala standard hai chhapayi ka, us par chhapa isko.</w:t>
      </w:r>
    </w:p>
    <w:p>
      <w:pPr>
        <w:jc w:val="right"/>
      </w:pPr>
      <w:r>
        <w:t>وہ ترجمہخداکےفضلسے تومیںنے،میںنےاللہتعالیسےکہاکہدیکھ خدایا تیرےکچھ عاجزبندوںنےیہترجمہتیارکیا ، تیرےکچھعاجزبندوںنےاسکوچھاپا، وقتکاجو اعلیٰاسٹینڈرڈہے چھپائیکا،اسپرچھاپااسکو۔</w:t>
      </w:r>
    </w:p>
    <w:p>
      <w:r>
        <w:rPr>
          <w:b/>
        </w:rPr>
        <w:t xml:space="preserve">[49:04] </w:t>
      </w:r>
      <w:r>
        <w:t>phir tere kuch bande isko phaila rahe hain. to maine kaha khudaya in ki bahut is mein sirf madad farma, kyunki agar tu ne in ki madad nahin ki</w:t>
      </w:r>
    </w:p>
    <w:p>
      <w:pPr>
        <w:jc w:val="right"/>
      </w:pPr>
      <w:r>
        <w:t>پھرتیرےکچھبندےاسکوپھیلارہےہیں۔ تومیںنےکہاخدایاانکیبہت اسمیںصرفمددفرما، کیونکہاگر تونےانکیمددنہیںکی</w:t>
      </w:r>
    </w:p>
    <w:p>
      <w:r>
        <w:rPr>
          <w:b/>
        </w:rPr>
        <w:t xml:space="preserve">[49:18] </w:t>
      </w:r>
      <w:r>
        <w:t>to tujhko istighna-e-kalima se pehle hi jannat aayegi, qayamat lani padegi. qayamat to aani hai, lekin qayamat se pehle idkhal-e-kalima hona hai.</w:t>
      </w:r>
    </w:p>
    <w:p>
      <w:pPr>
        <w:jc w:val="right"/>
      </w:pPr>
      <w:r>
        <w:t>تو تجھکو استغالکلمہسےپہلے ہیجنتآئےگی،قیامتلانیپڑےگی۔ قیامتتوآنیہے، لیکن قیامتسےپہلے ادخالکلمہہوناہے۔</w:t>
      </w:r>
    </w:p>
    <w:p>
      <w:r>
        <w:rPr>
          <w:b/>
        </w:rPr>
        <w:t xml:space="preserve">[49:32] </w:t>
      </w:r>
      <w:r>
        <w:t>word of God jo har ghar mein daakhil ho jaye. maine kaha koi doosri team uthne wali nahin nazar aati mujhe duniya mein. koi bhi team nahin, koi insaan nahin jo is ke liye tarapata ho, insaanon ke liye iska dil, iske dil mein insaanon ka dard ho,</w:t>
      </w:r>
    </w:p>
    <w:p>
      <w:pPr>
        <w:jc w:val="right"/>
      </w:pPr>
      <w:r>
        <w:t>ورڈآفگاڈجوہرگھرمیںداخلہوجائے۔ میںنےکہاکوئیدوسریٹیم اٹھنےوالینہیںنظرآتیمجھےدنیا میں۔ کوئی بھی ٹیم نہیں،کوئیانساننہیںجواسکےلیےتڑپتاہو، انسان وںکےلیےاسکا دل،اسکےدلمیںانسانوںکادردہو ،</w:t>
      </w:r>
    </w:p>
    <w:p>
      <w:r>
        <w:rPr>
          <w:b/>
        </w:rPr>
        <w:t xml:space="preserve">[49:48] </w:t>
      </w:r>
      <w:r>
        <w:t>jo tarapata ho ke logon ko hum bata dein Allah ki is scheme, kisi plan of God, jannat aur dozakh ka mamla. kuch nahin, koi tarapne wala nahin, koi insaanon ke liye tarapne wala nahin.</w:t>
      </w:r>
    </w:p>
    <w:p>
      <w:pPr>
        <w:jc w:val="right"/>
      </w:pPr>
      <w:r>
        <w:t>جو تڑپتاہوکہلوگوںکوہم بتادیں اللہ کیاسک یم، کسی پلانٹآفگاڈ، جنتاوردوزخکامعاملہ۔ کچھ نہیں،کوئیتڑپنےوالانہیں، کوئیانسانوںکےلیے تڑپنےوالانہیں ۔</w:t>
      </w:r>
    </w:p>
    <w:p>
      <w:r>
        <w:rPr>
          <w:b/>
        </w:rPr>
        <w:t xml:space="preserve">[50:03] </w:t>
      </w:r>
      <w:r>
        <w:t>kisi ke andar maine nahin paya is scheme ke bahar jo insaan ki mohabbat uske dil mein ho. jab mohabbat nahin to aap dawati kaam kya karenge?</w:t>
      </w:r>
    </w:p>
    <w:p>
      <w:pPr>
        <w:jc w:val="right"/>
      </w:pPr>
      <w:r>
        <w:t>کسی کےاندرمیں نےنہیںپایا اسکیمکےباہرجو انسان کیمحبتاسکےدلمیںہو ۔ جبمحبتنہیںتوآپدعوتیکامکیاکریںگے؟</w:t>
      </w:r>
    </w:p>
    <w:p>
      <w:r>
        <w:rPr>
          <w:b/>
        </w:rPr>
        <w:t xml:space="preserve">[50:14] </w:t>
      </w:r>
      <w:r>
        <w:t>to ek deewangi ke aalam mein meri zaban se nikla ke khudaya is team ki agar aap ne madad na ki aur yeh team agar yeh kaam anjam na de sake, idkhal-e-kalima wala, to aap ko apni scheme badalni padegi, nauzubillah.</w:t>
      </w:r>
    </w:p>
    <w:p>
      <w:pPr>
        <w:jc w:val="right"/>
      </w:pPr>
      <w:r>
        <w:t>تو ایک دیوانگیکےعالممیںمیریزبان سےنکلاکہخدایا اسٹیمکیاگر آپنےمددنہکی اوریہٹیم اگریہکامانجام نہدےسکی، ادخالکلمہوالا، تو آپ کو اپنی اسکیم بدلنیپڑےگی، نعوذباللہ۔</w:t>
      </w:r>
    </w:p>
    <w:p>
      <w:r>
        <w:rPr>
          <w:b/>
        </w:rPr>
        <w:t xml:space="preserve">[50:31] </w:t>
      </w:r>
      <w:r>
        <w:t>yani qayamat ko idkhal-e-kalima se pehle hi barpa karna padega, kyunki koi uthne wala dikhai nahin padta. shayad duniya mein koi nahin nazar padta jo jo tarape insaan ke liye, jo tarape ke insaan jahannam mein na jaane paye.</w:t>
      </w:r>
    </w:p>
    <w:p>
      <w:pPr>
        <w:jc w:val="right"/>
      </w:pPr>
      <w:r>
        <w:t>یعنیقیامتکو ادخالکلمہسےپہلےہیبرپاکرناپڑےگا، کیونکہکوئیاٹھنےوالادکھائینہیںپڑتا۔ شایددنیا میںکوئی نہیں نظر پڑتاجو جوتڑپےانسانکےلیے، جوتڑپےکہانسانجہنممیں نہجانےپائے۔</w:t>
      </w:r>
    </w:p>
    <w:p>
      <w:r>
        <w:rPr>
          <w:b/>
        </w:rPr>
        <w:t xml:space="preserve">[50:46] </w:t>
      </w:r>
      <w:r>
        <w:t>mujhe to koi nazar nahin aata. main in se poochhta hoon ke agar aise insaan hain kahin to mujhe bataayein, in ka telephone number bataaiye, in se main baat karunga.</w:t>
      </w:r>
    </w:p>
    <w:p>
      <w:pPr>
        <w:jc w:val="right"/>
      </w:pPr>
      <w:r>
        <w:t>مجھےتوکوئینظر نہیںآتا۔ میںانسےپوچھتاہوںکہاگرایسےانسانہیںکہیںتومجھےبتائیں،انکاٹیلیفوننمبربتائیے،انسےمیںباتکروںگا۔</w:t>
      </w:r>
    </w:p>
    <w:p>
      <w:r>
        <w:rPr>
          <w:b/>
        </w:rPr>
        <w:t xml:space="preserve">[50:58] </w:t>
      </w:r>
      <w:r>
        <w:t>to baharhaal mein zaahiri taur par yahi samajhta hoon ke dajjal zaahir ho chuka, glubal warming ke zariye se jo paani khatam ho raha hai, sab samundaron mein chala ja raha hai.</w:t>
      </w:r>
    </w:p>
    <w:p>
      <w:pPr>
        <w:jc w:val="right"/>
      </w:pPr>
      <w:r>
        <w:t>تو بہرحال میں ظاہریطورپریہیسمجھتاہوں کہ دجالظاہرہوچکا، گل وبلوارمنگکےذریعےسےجوپانی ختمہورہاہے، سب سمندروںمیںچلاجارہاہے۔</w:t>
      </w:r>
    </w:p>
    <w:p>
      <w:r>
        <w:rPr>
          <w:b/>
        </w:rPr>
        <w:t xml:space="preserve">[51:14] </w:t>
      </w:r>
      <w:r>
        <w:t>yeh iska sign zahir ho chuka, ab qayamat zyada door nahin hai.</w:t>
      </w:r>
    </w:p>
    <w:p>
      <w:pPr>
        <w:jc w:val="right"/>
      </w:pPr>
      <w:r>
        <w:t>یہاسکا سائنظاہرہوچکا، ابقیامتزیادہدورنہیںہے۔</w:t>
      </w:r>
    </w:p>
    <w:p>
      <w:r>
        <w:rPr>
          <w:b/>
        </w:rPr>
        <w:t xml:space="preserve">[51:20] </w:t>
      </w:r>
      <w:r>
        <w:t>aap log jo yeh team hai, is team ko ab sab kuch apna jhok dena hai isi kaam mein, dawai kaam mein, kyunki ab time nahin hai, ab time nahin hai.</w:t>
      </w:r>
    </w:p>
    <w:p>
      <w:pPr>
        <w:jc w:val="right"/>
      </w:pPr>
      <w:r>
        <w:t>آپ لوگ جو یہٹیم ہے، اسٹیم کو ابسبکچھ اپنا جھونکدیناہےاسیکاممیں، دعوتیکاممیں، کیونکہابٹائمنہیںہے، ابٹائمنہیںہے۔</w:t>
      </w:r>
    </w:p>
    <w:p>
      <w:r>
        <w:rPr>
          <w:b/>
        </w:rPr>
        <w:t xml:space="preserve">[51:37] </w:t>
      </w:r>
      <w:r>
        <w:t>aur mujhe is mein zara bhi shak nahin ki aap log jitna zyada is mein aage badhenge, utni allah ta'ala aap ki madad farma</w:t>
      </w:r>
    </w:p>
    <w:p>
      <w:pPr>
        <w:jc w:val="right"/>
      </w:pPr>
      <w:r>
        <w:t>اور مجھےاسمیںذرابھیشکنہیں کہآپ لوگ جتنازیادہ اسمیںآگےبڑھیںگے، اتنیاللہتعالیآپکیمددفرم</w:t>
      </w:r>
    </w:p>
    <w:p>
      <w:r>
        <w:rPr>
          <w:b/>
        </w:rPr>
        <w:t xml:space="preserve">[51:43] </w:t>
      </w:r>
      <w:r>
        <w:t>aenge. kyunki hadees mein aata hai ki banda agar ek qadam aage badhta hai to khuda us ki taraf aur kai qadam aage badh kar aata hai.</w:t>
      </w:r>
    </w:p>
    <w:p>
      <w:pPr>
        <w:jc w:val="right"/>
      </w:pPr>
      <w:r>
        <w:t>ائیںگے۔ کیونکہحدیثمیںآتاہےکہ بندہاگر ایک قدم آگےبڑھتاہے تو خدا اساسکیطرف اور کئیقدم آگےبڑھکرآتاہے۔</w:t>
      </w:r>
    </w:p>
    <w:p>
      <w:r>
        <w:rPr>
          <w:b/>
        </w:rPr>
        <w:t xml:space="preserve">[51:55] </w:t>
      </w:r>
      <w:r>
        <w:t>banda agar dheere dheere chal kar aata hai khuda ki taraf to khuda tez chal kar us ki taraf aata hai. to agar aap is kaam mein apne aap ko jhoken, jhoke ka lafz is liye bol raha hoon main ki mujhe is se pehle main ne ek qissa bataya tha aap ko ki is idli mein,</w:t>
      </w:r>
    </w:p>
    <w:p>
      <w:pPr>
        <w:jc w:val="right"/>
      </w:pPr>
      <w:r>
        <w:t>بندہاگردھیرےدھیرےچلکر آتاہےخداکیطرف توخداتیزچلکر اسکیطرف آتاہے۔ تواگر آپ اسکاممیں اپنےآپکو جھوکیں، جھوکےکیلفظاسلیےبولرہاہوںمیںکہمجھے اسسےپہلے میںنےایکقصہبتایاتھاآپکو کہاسیدلیمیں،</w:t>
      </w:r>
    </w:p>
    <w:p>
      <w:r>
        <w:rPr>
          <w:b/>
        </w:rPr>
        <w:t xml:space="preserve">[52:15] </w:t>
      </w:r>
      <w:r>
        <w:t>is idli mein ek indira gandhi ne ek zameen di thi muslim center ke liye, to woh padi hui thi bahut barason tak.</w:t>
      </w:r>
    </w:p>
    <w:p>
      <w:pPr>
        <w:jc w:val="right"/>
      </w:pPr>
      <w:r>
        <w:t>اس یدلیمیںایک اندراگاندھینےایکزمین دیتھی مسلم سینٹرکےلیے، تووہپڑیہوئیتھی بہت برسوںتک۔</w:t>
      </w:r>
    </w:p>
    <w:p>
      <w:r>
        <w:rPr>
          <w:b/>
        </w:rPr>
        <w:t xml:space="preserve">[52:26] </w:t>
      </w:r>
      <w:r>
        <w:t>wahan par kuch ban nahin paya tha. tick sahib dakhil hue is mein, unhon ne kaha ki "i will jhok myself in for this card" . yeh lafz unhon ne istemal kiya tha "i will jhok myself for this card" aur aaj wahan par shandar building khari hui hai.</w:t>
      </w:r>
    </w:p>
    <w:p>
      <w:pPr>
        <w:jc w:val="right"/>
      </w:pPr>
      <w:r>
        <w:t>وہاںپرکچھ بننہیںپایاتھا۔ ٹیکصاحبداخلہوئے اسمیں، انہوںنےکہاکہ "آئیویلجھوکمائیسیلف ان فار دسکارڈ" ۔یہ لفظانہوںنےاستعمالکیا تھا" آئیویلجھوکمائیسیلف فار دسکارڈ" اورآجوہاںپرشانداربلڈنگکھڑیہوئیہے۔</w:t>
      </w:r>
    </w:p>
    <w:p>
      <w:r>
        <w:rPr>
          <w:b/>
        </w:rPr>
        <w:t xml:space="preserve">[52:46] </w:t>
      </w:r>
      <w:r>
        <w:t>to aap logon ko is mein jhonk dena hai isi kaam mein taake qayamat se pehle insanon tak is ka paigham pahunch jaye allah ta'ala ka.</w:t>
      </w:r>
    </w:p>
    <w:p>
      <w:pPr>
        <w:jc w:val="right"/>
      </w:pPr>
      <w:r>
        <w:t>تو آپلوگوںکواسمیںجھونکدیناہے اسیکاممیں تاکہ قیامتسےپہلے انسان وںتک اسکاپیغامپہنچجائےاللہتعالی کا۔</w:t>
      </w:r>
    </w:p>
    <w:p>
      <w:r>
        <w:rPr>
          <w:b/>
        </w:rPr>
        <w:t xml:space="preserve">[52:59] </w:t>
      </w:r>
      <w:r>
        <w:t>dekhen, yeh process rukne wala nahin hai. ab tamam scientists yeh keh rahe hain ki aap is ko reverse direction mein nahin chal sakte, global warming ko .</w:t>
      </w:r>
    </w:p>
    <w:p>
      <w:pPr>
        <w:jc w:val="right"/>
      </w:pPr>
      <w:r>
        <w:t>دیکھیں،یہ پروسیستورکنےوالانہیںہے۔ اب تمام سائنٹسٹیہکہہرہےہیں کہآپ اسکوریورسڈائریکشنمیں نہیںچلاسکتے، گلوبلوارمنگکو ۔</w:t>
      </w:r>
    </w:p>
    <w:p>
      <w:r>
        <w:rPr>
          <w:b/>
        </w:rPr>
        <w:t xml:space="preserve">[53:09] </w:t>
      </w:r>
      <w:r>
        <w:t>tamam scientists, politicians to boli bolte hain aisi, lekin koi scientist nahin boli bol raha aisa.</w:t>
      </w:r>
    </w:p>
    <w:p>
      <w:pPr>
        <w:jc w:val="right"/>
      </w:pPr>
      <w:r>
        <w:t>تمام سائنٹسٹ،پولیٹیشنتو بولیبولتےہیںایسی، لیکن کوئیسائنٹسٹنہیںبولیبولرہاایسا۔</w:t>
      </w:r>
    </w:p>
    <w:p>
      <w:r>
        <w:rPr>
          <w:b/>
        </w:rPr>
        <w:t xml:space="preserve">[53:16] </w:t>
      </w:r>
      <w:r>
        <w:t>dekhen, ek farq hai: ek hai politician ki boli, ek hai scientist ki boli. global warming ke baare mein scientist kabhi bhi yeh nahin keh rahe ki hum is ko reverse direction mein chal sakte hain.</w:t>
      </w:r>
    </w:p>
    <w:p>
      <w:pPr>
        <w:jc w:val="right"/>
      </w:pPr>
      <w:r>
        <w:t>دیکھیں،ایکفرقہے: ایک ہےپولیٹیشنکیبولی، ایک ہےسائنٹسٹکیبولی۔ گلوبلوارمنگکےبارےمیں سائنٹسٹ کبھیبھییہنہیںکہہرہےکہ ہماسکو ریورسڈائریکشنمیںچلاسکتےہیں۔</w:t>
      </w:r>
    </w:p>
    <w:p>
      <w:r>
        <w:rPr>
          <w:b/>
        </w:rPr>
        <w:t xml:space="preserve">[53:31] </w:t>
      </w:r>
      <w:r>
        <w:t>politician aisi boli bolte hain. is ke maani hain ki jo process chal chuka hai, woh rukne wala nahin hai,</w:t>
      </w:r>
    </w:p>
    <w:p>
      <w:pPr>
        <w:jc w:val="right"/>
      </w:pPr>
      <w:r>
        <w:t>پولیٹیشنایسیبولیبولتےہیں۔ اسکےمعنیہیںکہجوپروسیسچلچکاہے، وہرکنےوالانہیںہے،</w:t>
      </w:r>
    </w:p>
    <w:p>
      <w:r>
        <w:rPr>
          <w:b/>
        </w:rPr>
        <w:t xml:space="preserve">[53:39] </w:t>
      </w:r>
      <w:r>
        <w:t>rukne wala nahin hai. yeh to</w:t>
      </w:r>
    </w:p>
    <w:p>
      <w:pPr>
        <w:jc w:val="right"/>
      </w:pPr>
      <w:r>
        <w:t>رکنےوالانہیںہے۔یہ تو</w:t>
      </w:r>
    </w:p>
    <w:p>
      <w:r>
        <w:rPr>
          <w:b/>
        </w:rPr>
        <w:t xml:space="preserve">[53:43] </w:t>
      </w:r>
      <w:r>
        <w:t>one third water khatam ho chuka, two third water ab khatam hona shuru ho gaya. yeh panch wahan tak pahunch chuka hai aur is ke baad do water wala zamana aa jayega. is ke baad qayamat aa jayegi.</w:t>
      </w:r>
    </w:p>
    <w:p>
      <w:pPr>
        <w:jc w:val="right"/>
      </w:pPr>
      <w:r>
        <w:t>ون تھرڈواٹرختمہوچکا، ٹوتھرڈواٹرابختم ہوناشروع ہوگیا۔ یہپانچوہاںتکپہنچچکاہے اوراسکےبعد دوواٹروالا زمانہآجائےگا۔اسکےبعدقیامتآجائےگی۔</w:t>
      </w:r>
    </w:p>
    <w:p>
      <w:r>
        <w:rPr>
          <w:b/>
        </w:rPr>
        <w:t xml:space="preserve">[53:58] </w:t>
      </w:r>
      <w:r>
        <w:t>main samajhta hoon ki yeh jo hadees hai, do do chaar ki tarah yeh bata rahi hai ki woh process shuru ho chuka. ab hamein intezaar nahin karna hai,</w:t>
      </w:r>
    </w:p>
    <w:p>
      <w:pPr>
        <w:jc w:val="right"/>
      </w:pPr>
      <w:r>
        <w:t>میںسمجھتاہوںکہیہجوحدیثہے، دو دو چارکیطرح یہبتاتیہےکہوہ پروسیسشروعہوچکا۔ ابہمیںانتظارنہیںکرناہے،</w:t>
      </w:r>
    </w:p>
    <w:p>
      <w:r>
        <w:rPr>
          <w:b/>
        </w:rPr>
        <w:t xml:space="preserve">[54:10] </w:t>
      </w:r>
      <w:r>
        <w:t>ab hamein na dajjal ka intezaar karna hai, na mahdi masih ka intezaar karna hai. bas apne aap ko jhonk dena hai dawai kaam ke liye, kyunki aap ab time nahin hai.</w:t>
      </w:r>
    </w:p>
    <w:p>
      <w:pPr>
        <w:jc w:val="right"/>
      </w:pPr>
      <w:r>
        <w:t>ابہمیں نہدجالکاانتظارکرناہے، نہمہدیمسیحکاانتظارکرناہے۔ بساپنےآپکو جھونکدیناہےدعوتیکامکےلیے، کیونکہآپ ابٹائمنہیںہے۔</w:t>
      </w:r>
    </w:p>
    <w:p>
      <w:r>
        <w:rPr>
          <w:b/>
        </w:rPr>
        <w:t xml:space="preserve">[54:22] </w:t>
      </w:r>
      <w:r>
        <w:t>is hadees ko agar aap chahen padhne ke liye to mere mere paas aayen, mere office mein main aap ko kitaab mein dikhaunga yeh hadees aur bhi bahut saari hadeesen hain, lekin yeh hadees do do chaar ki tarah bilkul bata rahi hai.</w:t>
      </w:r>
    </w:p>
    <w:p>
      <w:pPr>
        <w:jc w:val="right"/>
      </w:pPr>
      <w:r>
        <w:t>اسحدیثکواگرآپچاہیںپڑھنےکےلیےتومیرے میرےپاسآئیں،میرےآفسمیں میںآپکو کتاب میںدکھاؤںگایہحدیث اوربھیبہتساریحدیثیںہیں، لیکن یہحدیثدو دوچارکیطرحبالکلبتارہیہے۔</w:t>
      </w:r>
    </w:p>
    <w:p>
      <w:r>
        <w:rPr>
          <w:b/>
        </w:rPr>
        <w:t xml:space="preserve">[54:40] </w:t>
      </w:r>
      <w:r>
        <w:t>ek sils water pehle khatam hoga, phir silsain khatam honge water ke, aur phir is ke baad baghair water ka zamana aa jayega.</w:t>
      </w:r>
    </w:p>
    <w:p>
      <w:pPr>
        <w:jc w:val="right"/>
      </w:pPr>
      <w:r>
        <w:t>ایک سل س واٹر پہلے ختمہوگا، پھرسل سین ختمہوںگے واٹرکے، اورپھراسکےبعد بغیرواٹرکازمانہآجائےگا۔</w:t>
      </w:r>
    </w:p>
    <w:p>
      <w:r>
        <w:rPr>
          <w:b/>
        </w:rPr>
        <w:t xml:space="preserve">[54:51] </w:t>
      </w:r>
      <w:r>
        <w:t>water nahin to life nahin . aap gaur kijye, hadees mein aata hai ki qayamat se pehle ek hawa chalegi, ek hawa chalegi aur saare nek log jo hain, woh khatam ho jayenge.</w:t>
      </w:r>
    </w:p>
    <w:p>
      <w:pPr>
        <w:jc w:val="right"/>
      </w:pPr>
      <w:r>
        <w:t>واٹرنہیںتولائفنہیں ۔ آپغورکیجئے، حدیث میںآتاہےکہ قیامتسےپہلے ایک ہوا چلےگی، ایکہوا چلےگی اور سارے نیکلوگجوہیں،وہختمہوجائیںگے۔</w:t>
      </w:r>
    </w:p>
    <w:p>
      <w:r>
        <w:rPr>
          <w:b/>
        </w:rPr>
        <w:t xml:space="preserve">[55:11] </w:t>
      </w:r>
      <w:r>
        <w:t>qayamat se pehle ek hawa chalegi, is mein saare saare log to khatam ho jayenge. is ke baad sirf sharir log baqi rahenge. sharir, ashrar al-nas, un ke oopar qayamat aa jayegi.</w:t>
      </w:r>
    </w:p>
    <w:p>
      <w:pPr>
        <w:jc w:val="right"/>
      </w:pPr>
      <w:r>
        <w:t>قیامتسےپہلے ایکہواچلےگی،اسمیںسارے سارےلوگ توختمہوجائیںگے۔ اسکےبعدصرفشریرلوگ باقیرہیںگے۔شریر، اشعار الناس،انکےاوپرقیامتآئےگی۔</w:t>
      </w:r>
    </w:p>
    <w:p>
      <w:r>
        <w:rPr>
          <w:b/>
        </w:rPr>
        <w:t xml:space="preserve">[55:22] </w:t>
      </w:r>
      <w:r>
        <w:t>matlab woh jo zalzala hai, woh jo aakhri haulnaki hai, woh is ko face karenge woh log jo jin ko ashrar kaha gaya hai hadees mein.</w:t>
      </w:r>
    </w:p>
    <w:p>
      <w:pPr>
        <w:jc w:val="right"/>
      </w:pPr>
      <w:r>
        <w:t>مطلبوہجوزلزلہہے، وہجوآخری ہولناکیہے، وہ اسکو فیسکریںگےوہلوگ جو جنکواشرارکہاگیاہےحدیثمیں۔</w:t>
      </w:r>
    </w:p>
    <w:p>
      <w:r>
        <w:rPr>
          <w:b/>
        </w:rPr>
        <w:t xml:space="preserve">[55:32] </w:t>
      </w:r>
      <w:r>
        <w:t>baqi jo saare nek log hain, jo pious log hain, un ko allah ta'ala pehle khatam ho chuka hoga.</w:t>
      </w:r>
    </w:p>
    <w:p>
      <w:pPr>
        <w:jc w:val="right"/>
      </w:pPr>
      <w:r>
        <w:t>باقیجو سارے نیکلوگہیں،جوپائسلوگہیں، انکو اللہتعالیپیش گیختمہوچکاہوگا۔</w:t>
      </w:r>
    </w:p>
    <w:p>
      <w:r>
        <w:rPr>
          <w:b/>
        </w:rPr>
        <w:t xml:space="preserve">[55:44] </w:t>
      </w:r>
      <w:r>
        <w:t>to aap logon ko shak ho is hadees par to aakar kitaab mein dekhiye, mere office mein aaiye, aap dekhiye is kitaab hadees ko ki sils water, phir silsain water, aur phir no water ke teen periods guzar gaye.</w:t>
      </w:r>
    </w:p>
    <w:p>
      <w:pPr>
        <w:jc w:val="right"/>
      </w:pPr>
      <w:r>
        <w:t>توآپلوگوںکو شک ہواسحدیثپرتوآکرکتاب میںدیکھیے، میرےآفسمیںآئیے،آپدیکھیےاسکتاب حدیثکو کہ سلسواٹر ،پھرسل سینواٹر، اور پھرنوواٹر کہتینپیریڈگزرےگئے۔</w:t>
      </w:r>
    </w:p>
    <w:p>
      <w:r>
        <w:rPr>
          <w:b/>
        </w:rPr>
        <w:t xml:space="preserve">[56:00] </w:t>
      </w:r>
      <w:r>
        <w:t>one third water pehle khatam hoga, phir two third water khatam hoga, aur phir no water ki situation aa jayegi.</w:t>
      </w:r>
    </w:p>
    <w:p>
      <w:pPr>
        <w:jc w:val="right"/>
      </w:pPr>
      <w:r>
        <w:t>ون تھرڈواٹرپہلے ختمہوگا، پھرٹوتھرڈواٹرختمہوگا، اورپھر نوواٹرکیسچوئیشنآجائےگی۔</w:t>
      </w:r>
    </w:p>
    <w:p>
      <w:r>
        <w:rPr>
          <w:b/>
        </w:rPr>
        <w:t xml:space="preserve">[56:09] </w:t>
      </w:r>
      <w:r>
        <w:t>to one third, one third water to khatam ho chuka, ab silsain ka zamana chal raha hai.</w:t>
      </w:r>
    </w:p>
    <w:p>
      <w:pPr>
        <w:jc w:val="right"/>
      </w:pPr>
      <w:r>
        <w:t>تو ون تھرڈ،ون تھرڈواٹرتوختمہوچکا، ابتوسل سینکا زمانہچلرہاہے۔</w:t>
      </w:r>
    </w:p>
    <w:p>
      <w:r>
        <w:rPr>
          <w:b/>
        </w:rPr>
        <w:t xml:space="preserve">[56:17] </w:t>
      </w:r>
      <w:r>
        <w:t>jaisa ke humne arz kiya ke abhi is dil mein seminar hua tha ganga par, to ganga itni badi nadi mani jati thi andiya ki aur bahut is par fakhr hota tha ganga ko.</w:t>
      </w:r>
    </w:p>
    <w:p>
      <w:pPr>
        <w:jc w:val="right"/>
      </w:pPr>
      <w:r>
        <w:t>جیساکہمیںنےعرضکیاکہابھی اسدلیمیں سیمینارہواتھا گنگاپر، تو گنگا اتنیبڑی ندیمانیجاتیتھیانڈیاکی اور بہت اسپرفخرہوتاتھا گنگاکو۔</w:t>
      </w:r>
    </w:p>
    <w:p>
      <w:r>
        <w:rPr>
          <w:b/>
        </w:rPr>
        <w:t xml:space="preserve">[56:29] </w:t>
      </w:r>
      <w:r>
        <w:t>logon ko ganga ka water usne bataya ke 50 percent zyada kam ho chuka hai,</w:t>
      </w:r>
    </w:p>
    <w:p>
      <w:pPr>
        <w:jc w:val="right"/>
      </w:pPr>
      <w:r>
        <w:t>لوگوںکو گنگاکاواٹراسنےبتایاکہ 50پرسنٹزیادہ کمہوچکاہے،</w:t>
      </w:r>
    </w:p>
    <w:p>
      <w:r>
        <w:rPr>
          <w:b/>
        </w:rPr>
        <w:t xml:space="preserve">[56:38] </w:t>
      </w:r>
      <w:r>
        <w:t>kyunke glaciers mein pani aata tha, is mein kami ho gayi hai. glacier jo, yani jo water ka jo woh store hai, woh pighlate pighlate wo ab itna kam ho chuka hai ki maliya ka jo glacier hai kaha woh wahan se chashma aata hai, woh kam, us ki bahut kam ho chuka hai pehle ke muqable mein.</w:t>
      </w:r>
    </w:p>
    <w:p>
      <w:pPr>
        <w:jc w:val="right"/>
      </w:pPr>
      <w:r>
        <w:t>کیونکہ گلیشیئرزمیںپانیآتاتھا، اسیمیںکمیہوگئی ہے۔ گلیشیئرجو ،یعنی جو واٹرکاجو وہ اسٹورہے، وہپگھلتےپگھلتےاباتناکمہوچکاہے ہ مالیہکاجو گلیشیئرہے کہاب وہ وہاں سےچشمہ آتاہے،وہ کم،اس کی بہتکمہوچکاہےپہلے کےمقابلےمیں۔</w:t>
      </w:r>
    </w:p>
    <w:p>
      <w:r>
        <w:rPr>
          <w:b/>
        </w:rPr>
        <w:t xml:space="preserve">[57:02] </w:t>
      </w:r>
      <w:r>
        <w:t>to pani kam aa raha hai jam nam mein.</w:t>
      </w:r>
    </w:p>
    <w:p>
      <w:pPr>
        <w:jc w:val="right"/>
      </w:pPr>
      <w:r>
        <w:t>تو پانیکمآرہاہے جم نامیں۔</w:t>
      </w:r>
    </w:p>
    <w:p>
      <w:r>
        <w:rPr>
          <w:b/>
        </w:rPr>
        <w:t xml:space="preserve">[57:06] </w:t>
      </w:r>
      <w:r>
        <w:t>yeh sari nadiyon ka haal hai, sare talab ka haal hai, sare har jagah ka haal hai. yahan is tarah uske jis building aap baithe hain, uske neeche, uske bhi ground water ka haal yeh hai.</w:t>
      </w:r>
    </w:p>
    <w:p>
      <w:pPr>
        <w:jc w:val="right"/>
      </w:pPr>
      <w:r>
        <w:t>یہ ساری ندیوںکاحالہے،سارےتالابکاحالہے، سارےہرجگہکاحالہے۔یہاںاس یطرح اسکے جس بلڈنگآپبیٹھےہیں،اسکےنیچے،اسکے بھی گراؤنڈواٹرکاحال یہہے۔</w:t>
      </w:r>
    </w:p>
    <w:p>
      <w:r>
        <w:rPr>
          <w:b/>
        </w:rPr>
        <w:t xml:space="preserve">[57:20] </w:t>
      </w:r>
      <w:r>
        <w:t>to hum sab ko dekhiye, Quran ko parhna hai, hadees ko parhna hai, Rasoolullah ke sab jo tanbeehaat hain, usko parhna hai aur apni zindagi ki inquiry is se karni hai.</w:t>
      </w:r>
    </w:p>
    <w:p>
      <w:pPr>
        <w:jc w:val="right"/>
      </w:pPr>
      <w:r>
        <w:t>توہمسب کودیکھیے، قرآنکوپڑھناہے، حدیثکوپڑھناہے، رسولاللہ کے سبجو تنبیہاتہیں،اسکوپڑھناہے اوراپنیزندگی کی کوئیریاس یسکرناہے۔</w:t>
      </w:r>
    </w:p>
    <w:p>
      <w:r>
        <w:rPr>
          <w:b/>
        </w:rPr>
        <w:t xml:space="preserve">[57:39] </w:t>
      </w:r>
      <w:r>
        <w:t>hum ko re-planning karni hai, apni priorities re-set karni hain.</w:t>
      </w:r>
    </w:p>
    <w:p>
      <w:pPr>
        <w:jc w:val="right"/>
      </w:pPr>
      <w:r>
        <w:t>ہمکوری پلاننگکرنیہے، اپنی پرائرٹیزکوریسیٹکرناہے۔</w:t>
      </w:r>
    </w:p>
    <w:p>
      <w:r>
        <w:rPr>
          <w:b/>
        </w:rPr>
        <w:t xml:space="preserve">[57:48] </w:t>
      </w:r>
      <w:r>
        <w:t>is maamle mein ab koi excuse nahin hai kisi ke liye, kisi ke liye koi excuse nahin hai.</w:t>
      </w:r>
    </w:p>
    <w:p>
      <w:pPr>
        <w:jc w:val="right"/>
      </w:pPr>
      <w:r>
        <w:t>اسمعاملےمیں اب کوئی ایکسکیوزنہیںہےکسی کےلیے، کسی کےلیےکوئیایکسکیوزنہیںہے۔</w:t>
      </w:r>
    </w:p>
    <w:p>
      <w:r>
        <w:rPr>
          <w:b/>
        </w:rPr>
        <w:t xml:space="preserve">[57:59] </w:t>
      </w:r>
      <w:r>
        <w:t>excuse ka waqt khatam ho chuka,</w:t>
      </w:r>
    </w:p>
    <w:p>
      <w:pPr>
        <w:jc w:val="right"/>
      </w:pPr>
      <w:r>
        <w:t>ایکسکیوزکا وقت ختمہوچکا،</w:t>
      </w:r>
    </w:p>
    <w:p>
      <w:r>
        <w:rPr>
          <w:b/>
        </w:rPr>
        <w:t xml:space="preserve">[58:05] </w:t>
      </w:r>
      <w:r>
        <w:t>excuse ka waqt khatam ho chuka. aur Allah Ta'ala ne aisa intizam kiya hai ke aaj kal musalsal hum logon ko bulaya ja raha hai India ke andar, India ke bahar. ek ek ek silsila laga hua hai,</w:t>
      </w:r>
    </w:p>
    <w:p>
      <w:pPr>
        <w:jc w:val="right"/>
      </w:pPr>
      <w:r>
        <w:t>ایکسکیوزکاوقتختمہوچکا۔ اوراللہتعالینےایسا انتظامکیاہےکہآجکل مسلسل ہملوگوںکوبلایاجارہاہے انڈیاکےاندر،انڈیاکےباہر ۔ایک ایک ایک سلسلہلگاہواہے،</w:t>
      </w:r>
    </w:p>
    <w:p>
      <w:r>
        <w:rPr>
          <w:b/>
        </w:rPr>
        <w:t xml:space="preserve">[58:19] </w:t>
      </w:r>
      <w:r>
        <w:t>wahan par hamare saathi jate hain kitaaben le kar, Quran ke tarjuma le kar, aur wahan par phaila rahe hain.</w:t>
      </w:r>
    </w:p>
    <w:p>
      <w:pPr>
        <w:jc w:val="right"/>
      </w:pPr>
      <w:r>
        <w:t>وہاںپرہمارےساتھیجاتےہیںکتاب یںلےکرکے،قرآنکےترجمہلےکرکے،اوروہاںپرپھیلارہےہیں۔</w:t>
      </w:r>
    </w:p>
    <w:p>
      <w:r>
        <w:rPr>
          <w:b/>
        </w:rPr>
        <w:t xml:space="preserve">[58:26] </w:t>
      </w:r>
      <w:r>
        <w:t>to kaha ke wahi wahi wahi process jari hai, idkhaal-e-kalima wala ke shayad duniya mein Allah Ta'ala pahuncha rahe hain.</w:t>
      </w:r>
    </w:p>
    <w:p>
      <w:pPr>
        <w:jc w:val="right"/>
      </w:pPr>
      <w:r>
        <w:t>تو کہاکہ وہی وہی وہیپروسیسجاریہے،ادخالکلمہوالا کہشایددنیامیںاللہتعالیپہنچارہےہیں۔</w:t>
      </w:r>
    </w:p>
    <w:p>
      <w:r>
        <w:rPr>
          <w:b/>
        </w:rPr>
        <w:t xml:space="preserve">[58:34] </w:t>
      </w:r>
      <w:r>
        <w:t>ek to internet phaila chuka hai, yeh sara literature aur har jagah ja ja kar diya ja raha hai print form mein.</w:t>
      </w:r>
    </w:p>
    <w:p>
      <w:pPr>
        <w:jc w:val="right"/>
      </w:pPr>
      <w:r>
        <w:t>ایکتوانٹرنیٹپھیلاچکاہے،یہ سارالٹریچر اورہرجگہجاجاکرکےدیاجارہاہےپرنٹ ڈ فارممیں۔</w:t>
      </w:r>
    </w:p>
    <w:p>
      <w:r>
        <w:rPr>
          <w:b/>
        </w:rPr>
        <w:t xml:space="preserve">[58:45] </w:t>
      </w:r>
      <w:r>
        <w:t>aur yeh jo main is waqt bol raha hoon, yeh bhi duniya bhar mein pahunch raha hai. to Allah Ta'ala ne is process ko tez kar diya hai, main samajhta hoon dawa process ko tez kar diya hai.</w:t>
      </w:r>
    </w:p>
    <w:p>
      <w:pPr>
        <w:jc w:val="right"/>
      </w:pPr>
      <w:r>
        <w:t>اور یہجو میںاسوقتبولرہاہوں،یہبھی دنیا بھرمیں پہنچرہاہے۔ تو اللہ تعالینے اس پروسیسکوتیزکردیاہے،میںسمجھتاہوں دعویٰپراسیسکوتیزکردیا ہے۔</w:t>
      </w:r>
    </w:p>
    <w:p>
      <w:r>
        <w:rPr>
          <w:b/>
        </w:rPr>
        <w:t xml:space="preserve">[58:58] </w:t>
      </w:r>
      <w:r>
        <w:t>bahut clear lagta hai mujhe dawa process jo hai, woh tez-tar kar diya gaya hai.</w:t>
      </w:r>
    </w:p>
    <w:p>
      <w:pPr>
        <w:jc w:val="right"/>
      </w:pPr>
      <w:r>
        <w:t>بہتہیکلیئر لگتاہےمجھے دعویٰپراسیسجوہے،وہ تیزترکردیا گیاہے۔</w:t>
      </w:r>
    </w:p>
    <w:p>
      <w:r>
        <w:rPr>
          <w:b/>
        </w:rPr>
        <w:t xml:space="preserve">[59:07] </w:t>
      </w:r>
      <w:r>
        <w:t>to ek baat main abhi yeh bhi arz karoon ke ek hadees mein hai ke kisan jo hai, ek ek ek ek misaal ke zariye bataya gaya hai momin ka aur munafiq ka farq ke kisan jo hai,</w:t>
      </w:r>
    </w:p>
    <w:p>
      <w:pPr>
        <w:jc w:val="right"/>
      </w:pPr>
      <w:r>
        <w:t>تو ایکبات میں ابھییہبھیعرضکروں کہایکحدیثمیںہے کہ کسان جوہے،ایک ایک ایک ایک مثالکےذریعےبتایاگیاہے مومنکااورمنافقکافرق کہ کسانجوہے،</w:t>
      </w:r>
    </w:p>
    <w:p>
      <w:r>
        <w:rPr>
          <w:b/>
        </w:rPr>
        <w:t xml:space="preserve">[59:21] </w:t>
      </w:r>
      <w:r>
        <w:t>bael ko kabhi baandhta hai saye mein, kabhi dhoop mein, kabhi andar, kabhi bahar. to bael ko pata nahin kyun baandha, kyun khola.</w:t>
      </w:r>
    </w:p>
    <w:p>
      <w:pPr>
        <w:jc w:val="right"/>
      </w:pPr>
      <w:r>
        <w:t>بیلکوکبھی باندھتاہے سائےمیں،کبھیدھوپمیں،کبھیاندر،کبھیباہر۔ توبیلکوپتہنہیںکیوںباندھا،کیوںکھولا۔</w:t>
      </w:r>
    </w:p>
    <w:p>
      <w:r>
        <w:rPr>
          <w:b/>
        </w:rPr>
        <w:t xml:space="preserve">[59:30] </w:t>
      </w:r>
      <w:r>
        <w:t>yani kisan bail hai, woh aisa karta hai ke kabhi yahan baandha, kabhi wahan baandha, to bael ko kuch pata nahin.</w:t>
      </w:r>
    </w:p>
    <w:p>
      <w:pPr>
        <w:jc w:val="right"/>
      </w:pPr>
      <w:r>
        <w:t>یعنیکسان بیلہے، وہایساکرتاہے کہکبھییہاںباندھا،کبھیوہاںباندھا،تو بیلکوکچھپتہنہیں۔</w:t>
      </w:r>
    </w:p>
    <w:p>
      <w:r>
        <w:rPr>
          <w:b/>
        </w:rPr>
        <w:t xml:space="preserve">[59:40] </w:t>
      </w:r>
      <w:r>
        <w:t>aise haal munafiq ka hai ke woh munafiq ko kuch pata nahin hai, lekin momin ko pata ho jata hai. to jo Allah Ta'ala ki taraf se jo haalat pesh aaye, usko momin parh leta hai. momin munafiq parh nahin pata.</w:t>
      </w:r>
    </w:p>
    <w:p>
      <w:pPr>
        <w:jc w:val="right"/>
      </w:pPr>
      <w:r>
        <w:t>ایسےحال منافقکاہےکہوہمنافقکوکچھپتہنہیںہے،لیکنمومنکوپتہہوجاتا ہے۔ توجو اللہ تعالیکیطرفسےجوحالات پیشآئے،اسکومومنپڑھلیتاہے۔مومن منافقپڑھنہیںپاتا۔</w:t>
      </w:r>
    </w:p>
    <w:p>
      <w:r>
        <w:rPr>
          <w:b/>
        </w:rPr>
        <w:t xml:space="preserve">[59:51] </w:t>
      </w:r>
      <w:r>
        <w:t>to aap parhne waale baniye, Allah ki taraf se ishaaron ko parhne waale baniye,</w:t>
      </w:r>
    </w:p>
    <w:p>
      <w:pPr>
        <w:jc w:val="right"/>
      </w:pPr>
      <w:r>
        <w:t>تو آپ پڑھنےوالے بنی ے، اللہ کیطرف سےاشار وںکوپڑھنےوالےبنی ے،</w:t>
      </w:r>
    </w:p>
    <w:p>
      <w:r>
        <w:rPr>
          <w:b/>
        </w:rPr>
        <w:t xml:space="preserve">[59:58] </w:t>
      </w:r>
      <w:r>
        <w:t>Allah ki taraf se pesh aane waale waqiat ko jaanne waale baniye. Allah hamesha khamosh zaban mein bolta hai. to yeh saare itni opportunities Allah Ta'ala ne khol din.</w:t>
      </w:r>
    </w:p>
    <w:p>
      <w:pPr>
        <w:jc w:val="right"/>
      </w:pPr>
      <w:r>
        <w:t>اللہ کیطرف سے پیشآنےوالےواقع اتکوجاننےوالے بنی ے۔ اللہ ہمیشہخاموشزبان میںبولتاہے۔ تویہسارے اتنیاپرچونیٹیز اللہتعالینےکھولدیں۔</w:t>
      </w:r>
    </w:p>
    <w:p>
      <w:r>
        <w:rPr>
          <w:b/>
        </w:rPr>
        <w:t xml:space="preserve">[1:00:11] </w:t>
      </w:r>
      <w:r>
        <w:t>hum logon ko aise mulk mein paida kiya, India jaise mulk mein jahan mauqon ki bharmar hai, jo bhi chahe kijiye, koi rukaawat nahin. jo kam plan karta hai India ke baare mein, main samajhta hoon ke is se zyada andha koi nahin hai.</w:t>
      </w:r>
    </w:p>
    <w:p>
      <w:pPr>
        <w:jc w:val="right"/>
      </w:pPr>
      <w:r>
        <w:t>ہملوگوںکوایسےملکمیںپیدا کیا،انڈیاجیسےملکمیںجہ اں مواقع کیبھرمارہے، جو بھیچاہےکیجئے،کوئیرکاوٹنہیں ۔ جو کم پلینکرتاہےانڈیاکےبارےمیں،میںسمجھتاہوںکہاسسےزیادہ اند ھاکوئینہیںہے۔</w:t>
      </w:r>
    </w:p>
    <w:p>
      <w:r>
        <w:rPr>
          <w:b/>
        </w:rPr>
        <w:t xml:space="preserve">[1:00:27] </w:t>
      </w:r>
      <w:r>
        <w:t>India mein aap ko saari opportunities khuli hui hain. da'work, humara misan da'work hai, da'wat, da'wat mission hai. humein da'work karna hai, da'work ke liye yahan koi bhi rukaawat nahin hai.</w:t>
      </w:r>
    </w:p>
    <w:p>
      <w:pPr>
        <w:jc w:val="right"/>
      </w:pPr>
      <w:r>
        <w:t>انڈیا میںآپکو ساری اپرچونیٹیزکھلیہوئی ہیں۔ داؤورک ،ہمار امشنداؤہے،دعوت، دعوتیمشنہے۔ہمیںداؤورککرناہے، داؤورککےلیےیہاںکوئیبھیرکاوٹنہیںہے۔</w:t>
      </w:r>
    </w:p>
    <w:p>
      <w:r>
        <w:rPr>
          <w:b/>
        </w:rPr>
        <w:t xml:space="preserve">[1:00:44] </w:t>
      </w:r>
      <w:r>
        <w:t>to yeh hai kaam karna hai. Allah Ta'ala meri aur aap ki madad farmaye, hum ko jannat mein daakhil kare, Allah Ta'ala hum se razi ho.</w:t>
      </w:r>
    </w:p>
    <w:p>
      <w:pPr>
        <w:jc w:val="right"/>
      </w:pPr>
      <w:r>
        <w:t>تویہہےکام کرناہے۔ اللہ تعالی میریاورآپکیمددفرمائے، ہمکوجنتمیںداخلکرے، اللہ تعالیہمسےراضیہو۔</w:t>
      </w:r>
    </w:p>
    <w:p>
      <w:r>
        <w:rPr>
          <w:b/>
        </w:rPr>
        <w:t xml:space="preserve">[1:00:54] </w:t>
      </w:r>
      <w:r>
        <w:t>wa qul qul haza</w:t>
      </w:r>
    </w:p>
    <w:p>
      <w:pPr>
        <w:jc w:val="right"/>
      </w:pPr>
      <w:r>
        <w:t>وقول قولیھذا</w:t>
      </w:r>
    </w:p>
    <w:p>
      <w:r>
        <w:rPr>
          <w:b/>
        </w:rPr>
        <w:t xml:space="preserve">[1:00:56] </w:t>
      </w:r>
      <w:r>
        <w:t>wastaghfirullaha liwalil jami'een.</w:t>
      </w:r>
    </w:p>
    <w:p>
      <w:pPr>
        <w:jc w:val="right"/>
      </w:pPr>
      <w:r>
        <w:t>واستغفراللہ لیول کم اجمعین۔</w:t>
      </w:r>
    </w:p>
    <w:p>
      <w:r>
        <w:rPr>
          <w:b/>
        </w:rPr>
        <w:t xml:space="preserve">[1:01:13] </w:t>
      </w:r>
      <w:r>
        <w:t>This question is from Miss Naghma Siddiqui from Delhi. Maulana, differences arise in every team</w:t>
      </w:r>
    </w:p>
    <w:p>
      <w:pPr>
        <w:jc w:val="right"/>
      </w:pPr>
      <w:r>
        <w:t>دسکوئسچن از فرام مس نغمہصدی قیفرامدہلی۔ مول انا، ڈیفر نسز ارائز ان ایوری ٹیم</w:t>
      </w:r>
    </w:p>
    <w:p>
      <w:r>
        <w:rPr>
          <w:b/>
        </w:rPr>
        <w:t xml:space="preserve">[1:01:23] </w:t>
      </w:r>
      <w:r>
        <w:t>, how should they be managed by team members? Kindly comment. Haan, yeh bahut hi aham question hai.</w:t>
      </w:r>
    </w:p>
    <w:p>
      <w:pPr>
        <w:jc w:val="right"/>
      </w:pPr>
      <w:r>
        <w:t>،ہاؤشوڈدےبیمی نج بائےاٹسممبرز؟ کائنڈلیکمنٹ۔ ہاں،یہبہت ہی اہم کوئسچنہے۔</w:t>
      </w:r>
    </w:p>
    <w:p>
      <w:r>
        <w:rPr>
          <w:b/>
        </w:rPr>
        <w:t xml:space="preserve">[1:01:34] </w:t>
      </w:r>
      <w:r>
        <w:t>Rasool Allah ki ek hadith hai ki aapne</w:t>
      </w:r>
    </w:p>
    <w:p>
      <w:pPr>
        <w:jc w:val="right"/>
      </w:pPr>
      <w:r>
        <w:t>رسولاللہکیایکحدیثہے کہآپنے</w:t>
      </w:r>
    </w:p>
    <w:p>
      <w:r>
        <w:rPr>
          <w:b/>
        </w:rPr>
        <w:t xml:space="preserve">[1:01:40] </w:t>
      </w:r>
      <w:r>
        <w:t>ek lambi hadith hai ki aapne apni ummat ke liye chand duayein ki aur sab duayein qabool ho gayi.</w:t>
      </w:r>
    </w:p>
    <w:p>
      <w:pPr>
        <w:jc w:val="right"/>
      </w:pPr>
      <w:r>
        <w:t>ایک لمبیحدیثہے کہآپنے اپنی امتکےلیے چنددعائیںکیں اور سبدعائیںقبولہوگئیں۔</w:t>
      </w:r>
    </w:p>
    <w:p>
      <w:r>
        <w:rPr>
          <w:b/>
        </w:rPr>
        <w:t xml:space="preserve">[1:01:49] </w:t>
      </w:r>
      <w:r>
        <w:t>yeh dua qabool nahin hui ke aap mein ikhtilaf na ho.</w:t>
      </w:r>
    </w:p>
    <w:p>
      <w:pPr>
        <w:jc w:val="right"/>
      </w:pPr>
      <w:r>
        <w:t>یہ دعاقبولنہیںہوئیکہآپسمیںاختلافنہہو ۔</w:t>
      </w:r>
    </w:p>
    <w:p>
      <w:r>
        <w:rPr>
          <w:b/>
        </w:rPr>
        <w:t xml:space="preserve">[1:01:54] </w:t>
      </w:r>
      <w:r>
        <w:t>iske maani hain ki aap mein differences toh hona hi hona hai, kyunke woh hamara test woh yeh hai. Khuda test ko khatam nahin kar sakta hai.</w:t>
      </w:r>
    </w:p>
    <w:p>
      <w:pPr>
        <w:jc w:val="right"/>
      </w:pPr>
      <w:r>
        <w:t>اسکےمعنیہیںکہآپسمیںڈیفرنسزتوہوناہیہوناہے، کیونکہوہہماراٹیسٹ وہیہے۔ خدا ٹیسٹ کو ختمنہیںکرسکتاہے۔</w:t>
      </w:r>
    </w:p>
    <w:p>
      <w:r>
        <w:rPr>
          <w:b/>
        </w:rPr>
        <w:t xml:space="preserve">[1:02:05] </w:t>
      </w:r>
      <w:r>
        <w:t>to bahut hi ajeeb baat hai ki Allah Ta'ala ne Rasool Allah ki aur duayein qabool kar li. yeh dua qabool nahin ki ke meri ummat ke saath differences na hon, ke wohi test hai.</w:t>
      </w:r>
    </w:p>
    <w:p>
      <w:pPr>
        <w:jc w:val="right"/>
      </w:pPr>
      <w:r>
        <w:t>تو بہت ہیعجیبباتہےکہاللہتعالینے رسولاللہکیاوردعائیںقبولکر لیں۔ یہدعاقبولنہیںکیکہمیریامتکےساتھڈیفرنسزنہہوں، کہوہیتوٹیسٹ ہے۔</w:t>
      </w:r>
    </w:p>
    <w:p>
      <w:r>
        <w:rPr>
          <w:b/>
        </w:rPr>
        <w:t xml:space="preserve">[1:02:19] </w:t>
      </w:r>
      <w:r>
        <w:t>to main yeh kahunga ki hamari team ke andar bahut pa ka yeh hona chahiye, bahut hi pa ka decision lena chahiye har ek aadmi ko ke mujhe decision ki parwah nahin karta, mujhe difference ki parwah nahin karni hai.</w:t>
      </w:r>
    </w:p>
    <w:p>
      <w:pPr>
        <w:jc w:val="right"/>
      </w:pPr>
      <w:r>
        <w:t>تو میںیہکہوںگاکہہماریٹیمکےاندر بہت پ کا یہ ہوناچاہیے، بہت ہیپ کاڈیسیژنلیناچاہیےہرایک آدمیکو کہمجھےڈیسیژنکیپرواہہینہیںکرتا، مجھےڈیفرنسکیپرواہہینہیںکرنیہے۔</w:t>
      </w:r>
    </w:p>
    <w:p>
      <w:r>
        <w:rPr>
          <w:b/>
        </w:rPr>
        <w:t xml:space="preserve">[1:02:37] </w:t>
      </w:r>
      <w:r>
        <w:t>saare differences ke bawajood main is mein juda rahoonga, saare differences ke bawajood main is mein pakad rahoonga isko, kyunke mujhe toh Khuda ki jannat leni hai.</w:t>
      </w:r>
    </w:p>
    <w:p>
      <w:pPr>
        <w:jc w:val="right"/>
      </w:pPr>
      <w:r>
        <w:t>سارےڈیفرنسزکےباوجود میں اسمیںجڑارہوںگا، سارےڈیفرنسزکےباوجود میںاسمیں پکڑرہوںگااسکو ،کیونکہمجھےتوخداکیجنتلیناہے۔</w:t>
      </w:r>
    </w:p>
    <w:p>
      <w:r>
        <w:rPr>
          <w:b/>
        </w:rPr>
        <w:t xml:space="preserve">[1:02:48] </w:t>
      </w:r>
      <w:r>
        <w:t>dekhein, jab difference aata hai to kya hota hai? aadmi ke samne us aadmi ki baat aa jati hai,</w:t>
      </w:r>
    </w:p>
    <w:p>
      <w:pPr>
        <w:jc w:val="right"/>
      </w:pPr>
      <w:r>
        <w:t>دیکھیں،جبڈیفرنس آتاہےتوکیاہوتاہے؟آدمیکےسامنے اسآدمیکیباتآجاتیہے،</w:t>
      </w:r>
    </w:p>
    <w:p>
      <w:r>
        <w:rPr>
          <w:b/>
        </w:rPr>
        <w:t xml:space="preserve">[1:02:58] </w:t>
      </w:r>
      <w:r>
        <w:t>Khuda nahin samne hota hai. Aaj meri baat hui Hyderabad, hamare ek saathi hain to unhone</w:t>
      </w:r>
    </w:p>
    <w:p>
      <w:pPr>
        <w:jc w:val="right"/>
      </w:pPr>
      <w:r>
        <w:t>خدانہیںسامنےہوتاہے۔ آجہیمیریباتہوئی حیدرآباد،ہمارےایکساتھیہیں تو انہوںنے</w:t>
      </w:r>
    </w:p>
    <w:p>
      <w:r>
        <w:rPr>
          <w:b/>
        </w:rPr>
        <w:t xml:space="preserve">[1:03:08] </w:t>
      </w:r>
      <w:r>
        <w:t>ek baat pe keh diya ke main blindely follow kaise kar sakta hoon?</w:t>
      </w:r>
    </w:p>
    <w:p>
      <w:pPr>
        <w:jc w:val="right"/>
      </w:pPr>
      <w:r>
        <w:t>ایکباتپہکہہدیا کہمیں بلائنڈلیفالوکیسےکرسکتاہوں؟</w:t>
      </w:r>
    </w:p>
    <w:p>
      <w:r>
        <w:rPr>
          <w:b/>
        </w:rPr>
        <w:t xml:space="preserve">[1:03:15] </w:t>
      </w:r>
      <w:r>
        <w:t>mujhe bohat hi dukh hua . main ne kaha blind follow karna parta hai? kaisi baat kar rahe hain aap ? tabhi to team banti hai, tabhi team bikhar jati hai ke jab aap yeh kahein ke mujhe main blind follow nahin karunga.</w:t>
      </w:r>
    </w:p>
    <w:p>
      <w:pPr>
        <w:jc w:val="right"/>
      </w:pPr>
      <w:r>
        <w:t>مجھےبہت ہی دکھہوا ۔ میںنےکہابل ائنڈلیفالوکرناپڑتاہے؟ کیسیباتکررہےہیںآپ ؟ تبھیتو ٹیمبنی رہتیہے، تبھیٹیم بکھرجاتیہےکہجبآپیہکہیںکہمجھے میں بلائنڈلیفالونہیںکروںگا۔</w:t>
      </w:r>
    </w:p>
    <w:p>
      <w:r>
        <w:rPr>
          <w:b/>
        </w:rPr>
        <w:t xml:space="preserve">[1:03:33] </w:t>
      </w:r>
      <w:r>
        <w:t>main ne inse kaha ke blind hi follow karna parta hai, tab team banti hai.</w:t>
      </w:r>
    </w:p>
    <w:p>
      <w:pPr>
        <w:jc w:val="right"/>
      </w:pPr>
      <w:r>
        <w:t>میںنےانسےکہا کہ بلائنڈلیہیفالوکرناپڑتاہے،تب ٹیم بنتیہے۔</w:t>
      </w:r>
    </w:p>
    <w:p>
      <w:r>
        <w:rPr>
          <w:b/>
        </w:rPr>
        <w:t xml:space="preserve">[1:03:39] </w:t>
      </w:r>
      <w:r>
        <w:t>main aapko ek qissa batata hoon ke rasool Allah ne ek apne zamanay mein ek ek dasta bhi bhejha to dasta mein pehla jo do hissay karke bhejhe thay, aap ne sab se pehle gaye Abdullah bin Al-Aas,</w:t>
      </w:r>
    </w:p>
    <w:p>
      <w:pPr>
        <w:jc w:val="right"/>
      </w:pPr>
      <w:r>
        <w:t>میںآپکو ایکقصہبتاتاہوں کہ رسولاللہنےایک اپنےزمان ےمیںایک ایک دست ہبھیجا تو دست ےمیں پہلاجو دوحصےکرکےبھیجےتھے،آپنے سبسےپہلے گئےعبداللہبن العاص،</w:t>
      </w:r>
    </w:p>
    <w:p>
      <w:r>
        <w:rPr>
          <w:b/>
        </w:rPr>
        <w:t xml:space="preserve">[1:03:56] </w:t>
      </w:r>
      <w:r>
        <w:t>aage chal diye. woh to aage ja ke padao dala, unhon ne unki madad ke liye phir doosra dasta bhejha. aap ne to woh Abu Ubaidah bin Al-Jarrah uske ameer</w:t>
      </w:r>
    </w:p>
    <w:p>
      <w:pPr>
        <w:jc w:val="right"/>
      </w:pPr>
      <w:r>
        <w:t>آگےچلےگئے۔وہ تو آگےجاکےپڑاؤڈالا،انہوںنے انکی مددکےلیےپھردوسرادست ہبھیجا۔آپنے تووہ ابوعبیدہابن الج راح اسکے امیر</w:t>
      </w:r>
    </w:p>
    <w:p>
      <w:r>
        <w:rPr>
          <w:b/>
        </w:rPr>
        <w:t xml:space="preserve">[1:04:07] </w:t>
      </w:r>
      <w:r>
        <w:t>the, is pehle daste ke ameer thay Abdullah bin Al-Aas aur doosre ke ameer thay Abu Ubaidah. jaate hue rasool Allah ne keh diya tha unse ke dekho, jab tum ne milna , yaani Abu Ubaidah se kaha ke ab ab Abdullah bin Al-Aas se jab milna, tum fata wala takhtalifa to tum mil kar kaam karna,</w:t>
      </w:r>
    </w:p>
    <w:p>
      <w:pPr>
        <w:jc w:val="right"/>
      </w:pPr>
      <w:r>
        <w:t>تھے، اس پہلے دستےکےامیرتھے عبداللہبنالعاص اوردوسرےکےامیرتھے ابوعبیدہ۔ جاتےہوئےرسولاللہنےکہہدیاتھاانسےکہدیکھو، جب تمنےملنا ،یعنیابوعبیدہسےکہاکہاب اب عبداللہبنالعاصسےجبملنا،تم فت تا ولا تختلفا توتمملکرکام کرنا،</w:t>
      </w:r>
    </w:p>
    <w:p>
      <w:r>
        <w:rPr>
          <w:b/>
        </w:rPr>
        <w:t xml:space="preserve">[1:04:30] </w:t>
      </w:r>
      <w:r>
        <w:t>difference le kar ke mat alag ho jana.</w:t>
      </w:r>
    </w:p>
    <w:p>
      <w:pPr>
        <w:jc w:val="right"/>
      </w:pPr>
      <w:r>
        <w:t>ڈیفرنسکولےکرکےمت الگہوجانا۔</w:t>
      </w:r>
    </w:p>
    <w:p>
      <w:r>
        <w:rPr>
          <w:b/>
        </w:rPr>
        <w:t xml:space="preserve">[1:04:35] </w:t>
      </w:r>
      <w:r>
        <w:t>to wahan jab pahunche to namaz ka waqt ho gaya tha, namaz parhna tha. is zamanay mein imamat jo thi namaz ki, woh sardari ke maani hua karti thi. jo imamat kare, woh hi sardar hai.</w:t>
      </w:r>
    </w:p>
    <w:p>
      <w:pPr>
        <w:jc w:val="right"/>
      </w:pPr>
      <w:r>
        <w:t>تو وہاںجبپہنچے تو نمازکاوقتہوگیاتھا،نمازپڑھناتھا۔ اس زمان ےمیں امامتجوتھینمازکی،وہسرداریکےمعنیہوا کرتیتھی۔ جوامامتکرے،وہیسردارہے۔</w:t>
      </w:r>
    </w:p>
    <w:p>
      <w:r>
        <w:rPr>
          <w:b/>
        </w:rPr>
        <w:t xml:space="preserve">[1:04:47] </w:t>
      </w:r>
      <w:r>
        <w:t>to Abdullah bin Al-Aas sar kharay hue imamat ke liye to doosra tabqa tha, unhon ne kaha ke nahin, Abul Jarrah imamat karenge, kyunke woh senior thay, woh Abu Ubaidah senior thay.</w:t>
      </w:r>
    </w:p>
    <w:p>
      <w:pPr>
        <w:jc w:val="right"/>
      </w:pPr>
      <w:r>
        <w:t>تو عبداللہبنالعاص سر کھڑےہوئےامامتکےلیے تو دوسراطبقہتھا،انہوںنےکہاکہنہیں،ابوالجراح امامتکریںگے، کیونکہوہسینئرتھے،وہ ابوعبیدہسینئرتھے۔</w:t>
      </w:r>
    </w:p>
    <w:p>
      <w:r>
        <w:rPr>
          <w:b/>
        </w:rPr>
        <w:t xml:space="preserve">[1:05:00] </w:t>
      </w:r>
      <w:r>
        <w:t>to</w:t>
      </w:r>
    </w:p>
    <w:p>
      <w:pPr>
        <w:jc w:val="right"/>
      </w:pPr>
      <w:r>
        <w:t>تو</w:t>
      </w:r>
    </w:p>
    <w:p>
      <w:r>
        <w:rPr>
          <w:b/>
        </w:rPr>
        <w:t xml:space="preserve">[1:05:01] </w:t>
      </w:r>
      <w:r>
        <w:t>Abdullah bin Al-Aas ne kaha ke nahin, pehle main bheja gaya hoon, main hi asal hoon, yeh meri madad ko bheje gaye hain. to unhon ne yeh sawal utha diya.</w:t>
      </w:r>
    </w:p>
    <w:p>
      <w:pPr>
        <w:jc w:val="right"/>
      </w:pPr>
      <w:r>
        <w:t>عبداللہبنالعاصنےکہاکہنہیں، پہلے میں بھیجاگیاہوں،میںہیاصلہوں،یہمیریمددکوبھیجےگئےہیں۔ تو انہوںنےیہسوالاٹھادیا۔</w:t>
      </w:r>
    </w:p>
    <w:p>
      <w:r>
        <w:rPr>
          <w:b/>
        </w:rPr>
        <w:t xml:space="preserve">[1:05:12] </w:t>
      </w:r>
      <w:r>
        <w:t>to Abu Ubaidah ne kya kaha? yaad rakhiye,</w:t>
      </w:r>
    </w:p>
    <w:p>
      <w:pPr>
        <w:jc w:val="right"/>
      </w:pPr>
      <w:r>
        <w:t>تو ابوعبیدہنےکیاکہا؟یادرکھیے،</w:t>
      </w:r>
    </w:p>
    <w:p>
      <w:r>
        <w:rPr>
          <w:b/>
        </w:rPr>
        <w:t xml:space="preserve">[1:05:17] </w:t>
      </w:r>
      <w:r>
        <w:t>unhon ne kaha ke rasool Allah ne sab farmaya tha, sab tum milo , fata wala takhtalifa to takhtalaf mein mat parna, mil jul kar kaam karna.</w:t>
      </w:r>
    </w:p>
    <w:p>
      <w:pPr>
        <w:jc w:val="right"/>
      </w:pPr>
      <w:r>
        <w:t>انہوںنےکہاکہ رسولاللہنےسبفرمایاتھا، سبتمملو ،فت تا ولا تختلفا تواختلافمیںمتپڑنا، مل جڑکےکامکرنا۔</w:t>
      </w:r>
    </w:p>
    <w:p>
      <w:r>
        <w:rPr>
          <w:b/>
        </w:rPr>
        <w:t xml:space="preserve">[1:05:29] </w:t>
      </w:r>
      <w:r>
        <w:t>tumhone farmaya ke wallah,</w:t>
      </w:r>
    </w:p>
    <w:p>
      <w:pPr>
        <w:jc w:val="right"/>
      </w:pPr>
      <w:r>
        <w:t>توانہوںنےفرمایاکہ واللہ ،</w:t>
      </w:r>
    </w:p>
    <w:p>
      <w:r>
        <w:rPr>
          <w:b/>
        </w:rPr>
        <w:t xml:space="preserve">[1:05:38] </w:t>
      </w:r>
      <w:r>
        <w:t>len la ka, wallah, len la ka, yani khuda ke sath meri baat na chale, tab bhi main jara rahunga. kaisi anokhi baat hai yeh!</w:t>
      </w:r>
    </w:p>
    <w:p>
      <w:pPr>
        <w:jc w:val="right"/>
      </w:pPr>
      <w:r>
        <w:t>لینلاکا،واللہ،لین لا کا،یعنیخداکےساتھ میریباتنہچلے، تببھیمیں جڑارہوںگا۔ کیسیانوکھیباتہےیہ!</w:t>
      </w:r>
    </w:p>
    <w:p>
      <w:r>
        <w:rPr>
          <w:b/>
        </w:rPr>
        <w:t xml:space="preserve">[1:05:47] </w:t>
      </w:r>
      <w:r>
        <w:t>abu ubaidah ibn al jarrah bahut sineer sahabi hain, bahut taap ke sahabi hain, unka darja bahut bada mana jata hai. unhone kaha wallah,</w:t>
      </w:r>
    </w:p>
    <w:p>
      <w:pPr>
        <w:jc w:val="right"/>
      </w:pPr>
      <w:r>
        <w:t>ابوعبیدہابنالجراحبہت سین ئر صحابیہیں،بہتٹاپکےصحابیہیں، انکادرجہبہتبڑاماناجاتاہے۔ انہوںنےکہاوال لہ،</w:t>
      </w:r>
    </w:p>
    <w:p>
      <w:r>
        <w:rPr>
          <w:b/>
        </w:rPr>
        <w:t xml:space="preserve">[1:05:57] </w:t>
      </w:r>
      <w:r>
        <w:t>iska matlab yeh ho ke khuda ki qasam, agar tum, agar meri baat na chale, tab bhi main jara rahunga team ke saath. yeh main aap se kehta hoon, isko speed, is sahaba speed yeh hai.</w:t>
      </w:r>
    </w:p>
    <w:p>
      <w:pPr>
        <w:jc w:val="right"/>
      </w:pPr>
      <w:r>
        <w:t>اسکامطلب یہہوکہخداکیقسم،اگرتم ،اگر میریباتنہچلے، تببھیمیں جڑارہوںگاٹیمکےساتھ ۔ یہیمیںآپسےکہتاہوں، اسیکو اسپیڈ، اسصحابہاسپیڈیہہے۔</w:t>
      </w:r>
    </w:p>
    <w:p>
      <w:r>
        <w:rPr>
          <w:b/>
        </w:rPr>
        <w:t xml:space="preserve">[1:06:11] </w:t>
      </w:r>
      <w:r>
        <w:t>is sahaba speed ko pakdiye, koi difference aaye to kahin difference bhag na jaye. hamein to team ke saath jara rehna hai,</w:t>
      </w:r>
    </w:p>
    <w:p>
      <w:pPr>
        <w:jc w:val="right"/>
      </w:pPr>
      <w:r>
        <w:t>اسصحابہاسپیڈکوپکڑی ے، کوئیڈیفرنس آئے تو کہیںڈیفرنسبھاگنہجائے۔ ہمیںتو ٹیم کےساتھجڑارہناہے،</w:t>
      </w:r>
    </w:p>
    <w:p>
      <w:r>
        <w:rPr>
          <w:b/>
        </w:rPr>
        <w:t xml:space="preserve">[1:06:28] </w:t>
      </w:r>
      <w:r>
        <w:t>difference to aate hi aate hain, difference to aate hi aate hain, lekin aap ke andar sahaba speed honi chahiye.</w:t>
      </w:r>
    </w:p>
    <w:p>
      <w:pPr>
        <w:jc w:val="right"/>
      </w:pPr>
      <w:r>
        <w:t>ڈیفرنستوآتےہیآتےہیں، ڈیفرنستوآتےہیآتےہیں،لیکنآپ کےاندرصحابہاسپیڈہونیچاہیے۔</w:t>
      </w:r>
    </w:p>
    <w:p>
      <w:r>
        <w:rPr>
          <w:b/>
        </w:rPr>
        <w:t xml:space="preserve">[1:06:37] </w:t>
      </w:r>
      <w:r>
        <w:t>unhone kaha ke wallah, len la ka, meri baat tum na mano, tab bhi main tumhari baat manunga. iska literal translation hai ke khuda ki qasam, agar tum meri baat na mano, tab bhi main tumhari baat manunga.</w:t>
      </w:r>
    </w:p>
    <w:p>
      <w:pPr>
        <w:jc w:val="right"/>
      </w:pPr>
      <w:r>
        <w:t>انہوںنےکہاکہ واللہ،لین لا کا، میریباتتمنہمانو،تببھیمیںتمہاریباتمانوںگا۔ اسکالٹرلٹرانسیشنہے کہخداکیقسم ،اگر تم میریباتنہمانو، تببھیمیںتمہاریباتمانوںگا۔</w:t>
      </w:r>
    </w:p>
    <w:p>
      <w:r>
        <w:rPr>
          <w:b/>
        </w:rPr>
        <w:t xml:space="preserve">[1:06:50] </w:t>
      </w:r>
      <w:r>
        <w:t>kaisi anokhi cheez thi yeh! yeh kisi qimat par humain team ko tod tootne nahi denge,</w:t>
      </w:r>
    </w:p>
    <w:p>
      <w:pPr>
        <w:jc w:val="right"/>
      </w:pPr>
      <w:r>
        <w:t>کیسیانوکھیچیزتھییہ! یہکسی قیمتپرہمیون ٹیکو توڑٹوٹنےنہیںدیںگے،</w:t>
      </w:r>
    </w:p>
    <w:p>
      <w:r>
        <w:rPr>
          <w:b/>
        </w:rPr>
        <w:t xml:space="preserve">[1:06:58] </w:t>
      </w:r>
      <w:r>
        <w:t>kisi qimat par humain team ko todne nahi denge. yeh hai sahaba speed ke meri baat na chale, tab bhi main team se jara rahunga.</w:t>
      </w:r>
    </w:p>
    <w:p>
      <w:pPr>
        <w:jc w:val="right"/>
      </w:pPr>
      <w:r>
        <w:t>کسی قیمتپرہمیون ٹیکوتوڑنےنہیںدیںگے۔ یہہے صحابہ اسپیڈ کہ میریباتنہچلے،تب بھیمیں ٹیمسےجڑارہوںگا۔</w:t>
      </w:r>
    </w:p>
    <w:p>
      <w:r>
        <w:rPr>
          <w:b/>
        </w:rPr>
        <w:t xml:space="preserve">[1:07:12] </w:t>
      </w:r>
      <w:r>
        <w:t>yehi speed jo hai, team ko baqi rakh sakti hai. yeh speed nahi hogi to team bhi khatam ho jayegi. main aap logon ko khuda ki qasam yaad dila ke, khuda ka hawala de kar kehta hoon,</w:t>
      </w:r>
    </w:p>
    <w:p>
      <w:pPr>
        <w:jc w:val="right"/>
      </w:pPr>
      <w:r>
        <w:t>یہی اسپیڈجوہے، یون ٹیکوباقیرکھسکتیہے۔ یہ یہ اسپیڈنہیںہوگیتویون ٹیبھیختمہوجائےگی۔ میںآپلوگوںکوخداکیقسم یاددلاکے،خداکاحوالہ دےکرکہتاہوں،</w:t>
      </w:r>
    </w:p>
    <w:p>
      <w:r>
        <w:rPr>
          <w:b/>
        </w:rPr>
        <w:t xml:space="preserve">[1:07:25] </w:t>
      </w:r>
      <w:r>
        <w:t>apni team ke sab logon ko main khuda ka hawala de kar kehta hoon ke isi isi sahaba si ko pakdiye. meri team ke jitne log hain, chahe india mein hon ya india ke bahar hon,</w:t>
      </w:r>
    </w:p>
    <w:p>
      <w:pPr>
        <w:jc w:val="right"/>
      </w:pPr>
      <w:r>
        <w:t>اپنیاسٹیم کےسبلوگوںکومیں خداکاحوالہ دےکرکہتاہوںکہاسی اسی صحابہاسی کوپکڑیے۔ میریٹیم کےجتنےلوگہیں،چاہے انڈیامیںہوںیاانڈیاکےباہرہوں،</w:t>
      </w:r>
    </w:p>
    <w:p>
      <w:r>
        <w:rPr>
          <w:b/>
        </w:rPr>
        <w:t xml:space="preserve">[1:07:40] </w:t>
      </w:r>
      <w:r>
        <w:t>unko main yehi kehta hoon ke sahaba ki is speed ko pakdiye ke apne andar yeh speed laiye, speed ke meri baat na chale, tab bhi main team se jara rahunga.</w:t>
      </w:r>
    </w:p>
    <w:p>
      <w:pPr>
        <w:jc w:val="right"/>
      </w:pPr>
      <w:r>
        <w:t>انکومیںیہیکہتاہوںکہصحابہکیاسپیڈکوپکڑیے کہاپنےاندریہاسپیڈلائیے،اسپیڈ کہمیریباتنہچلے،تببھیمیں ٹیم سےجڑارہوںگا۔</w:t>
      </w:r>
    </w:p>
    <w:p>
      <w:r>
        <w:rPr>
          <w:b/>
        </w:rPr>
        <w:t xml:space="preserve">[1:07:50] </w:t>
      </w:r>
      <w:r>
        <w:t>meri baat na chale, tab bhi mujhe team ko chhodna nahi hai.</w:t>
      </w:r>
    </w:p>
    <w:p>
      <w:pPr>
        <w:jc w:val="right"/>
      </w:pPr>
      <w:r>
        <w:t>میریباتنہچلے،تببھیمجھےٹیمکوچھوڑنانہیںہے۔</w:t>
      </w:r>
    </w:p>
    <w:p>
      <w:r>
        <w:rPr>
          <w:b/>
        </w:rPr>
        <w:t xml:space="preserve">[1:07:54] </w:t>
      </w:r>
      <w:r>
        <w:t>meri baat na chale, tab bhi mujhe jad kar, mil kar team ke saath kaam karna hai. yehi cheez hai jo ittefaq ko baqi rakhegi aur is hadees ke musdaq banein ge aap ke yadullah alal jamaa,</w:t>
      </w:r>
    </w:p>
    <w:p>
      <w:pPr>
        <w:jc w:val="right"/>
      </w:pPr>
      <w:r>
        <w:t>میریباتنہچلے،تببھیمجھےجڑکر،ملکر یون ٹیکےساتھکامکرناہے۔ یہیچیزہےجو اتفاق کوباقیرکھےگی اور اسحدیثکےمصداقبنیںگےآپ کہ ید اللہ علی الجماع،</w:t>
      </w:r>
    </w:p>
    <w:p>
      <w:r>
        <w:rPr>
          <w:b/>
        </w:rPr>
        <w:t xml:space="preserve">[1:08:11] </w:t>
      </w:r>
      <w:r>
        <w:t>mil kar kaam karne walon ke oopar allah ka rehmat hoti hai, mil kar kaam karne walon ke oopar allah ki b</w:t>
      </w:r>
    </w:p>
    <w:p>
      <w:pPr>
        <w:jc w:val="right"/>
      </w:pPr>
      <w:r>
        <w:t>ملکرکامکرنے والوںکےاوپراللہ کا رحمتہوتیہے، ملکرکامکرنے والوںکےاوپراللہ کیب</w:t>
      </w:r>
    </w:p>
    <w:p>
      <w:r>
        <w:rPr>
          <w:b/>
        </w:rPr>
        <w:t xml:space="preserve">[1:08:19] </w:t>
      </w:r>
      <w:r>
        <w:t>le sing hoti hai. is hadees ka aap yani musdaq banein ge. yeh hadees aap ke oopar apply hogi, inshaallah.</w:t>
      </w:r>
    </w:p>
    <w:p>
      <w:pPr>
        <w:jc w:val="right"/>
      </w:pPr>
      <w:r>
        <w:t>لیسنگہوتیہے۔ اسحدیثکاآپ یعنی مصداقبنیںگے۔یہحدیثآپکےاوپر اپلائیہوگی،انشاءاللہ ۔</w:t>
      </w:r>
    </w:p>
    <w:p>
      <w:r>
        <w:rPr>
          <w:b/>
        </w:rPr>
        <w:t xml:space="preserve">[1:08:31] </w:t>
      </w:r>
      <w:r>
        <w:t>dus question nazar farmaam se taraffiq farmaam se pensilvenia.</w:t>
      </w:r>
    </w:p>
    <w:p>
      <w:pPr>
        <w:jc w:val="right"/>
      </w:pPr>
      <w:r>
        <w:t>دسکوئسچناز فر ام مس ٹرفائق فر امپینسلوینیا۔</w:t>
      </w:r>
    </w:p>
    <w:p>
      <w:r>
        <w:rPr>
          <w:b/>
        </w:rPr>
        <w:t xml:space="preserve">[1:08:38] </w:t>
      </w:r>
      <w:r>
        <w:t>i understand that amr bil maroof is a general responsibility for all muslims, but nahi anil munkar is only the responsibility of those who are responsible.</w:t>
      </w:r>
    </w:p>
    <w:p>
      <w:pPr>
        <w:jc w:val="right"/>
      </w:pPr>
      <w:r>
        <w:t>آئیانڈرسٹینڈدیٹ امربال معروف از اجنرل ریسپان سبیل ٹیفار ال مسلمز، بٹ ناہیعن المن کر از اونلیداریسپان سبیلٹیاف دوز ہو آرریسپانسب ل۔</w:t>
      </w:r>
    </w:p>
    <w:p>
      <w:r>
        <w:rPr>
          <w:b/>
        </w:rPr>
        <w:t xml:space="preserve">[1:08:51] </w:t>
      </w:r>
      <w:r>
        <w:t>for example, darul raaf muslims have responsibility of nahi anil munkar. a father has responsibility for his family.</w:t>
      </w:r>
    </w:p>
    <w:p>
      <w:pPr>
        <w:jc w:val="right"/>
      </w:pPr>
      <w:r>
        <w:t>فار ایگزامپل،دارول راف مسلمزہیزاریسپان سبیل ٹی اف ناہیعن المن کر۔ افادرہیزاریسپان سبیلٹیفار ہزفیملی۔</w:t>
      </w:r>
    </w:p>
    <w:p>
      <w:r>
        <w:rPr>
          <w:b/>
        </w:rPr>
        <w:t xml:space="preserve">[1:09:01] </w:t>
      </w:r>
      <w:r>
        <w:t>please let me know if the understanding is correct. yeh bilkul ghalat baat hai,</w:t>
      </w:r>
    </w:p>
    <w:p>
      <w:pPr>
        <w:jc w:val="right"/>
      </w:pPr>
      <w:r>
        <w:t>پلیزلیٹمینو اف دسانڈرسٹینڈنگازکریکٹ۔ یہ بالکل غلطباتہے،</w:t>
      </w:r>
    </w:p>
    <w:p>
      <w:r>
        <w:rPr>
          <w:b/>
        </w:rPr>
        <w:t xml:space="preserve">[1:09:08] </w:t>
      </w:r>
      <w:r>
        <w:t>is ka rulers se koi taluq nahi hai. har insan apni capacity mein is ka zimmedar hai. har insan yeh bahut hi badi yani woh hai misunderstanding hai ke isko nahi anil munkar ko rulers se jod diya jaye.</w:t>
      </w:r>
    </w:p>
    <w:p>
      <w:pPr>
        <w:jc w:val="right"/>
      </w:pPr>
      <w:r>
        <w:t>اسکارولرسےکوئیتعلقنہیںہے۔ ہر انسان اپنی کیپیسٹیمیںاسکاذمہدارہے۔ ہرانسان یہبہتہی بڑی یعنی وہ ہے مسانڈرسٹینڈنگہے کہاسکو نہیعنالمنکرکورولرسےجوڑدیاجائے۔</w:t>
      </w:r>
    </w:p>
    <w:p>
      <w:r>
        <w:rPr>
          <w:b/>
        </w:rPr>
        <w:t xml:space="preserve">[1:09:28] </w:t>
      </w:r>
      <w:r>
        <w:t>har waqt jahan bhi aap hain, nahi anil munkar aap ka kaam hai.</w:t>
      </w:r>
    </w:p>
    <w:p>
      <w:pPr>
        <w:jc w:val="right"/>
      </w:pPr>
      <w:r>
        <w:t>ہروقت جہاںبھیآپ ہیں، نہیعنالمنکرآپکاکامہے۔</w:t>
      </w:r>
    </w:p>
    <w:p>
      <w:r>
        <w:rPr>
          <w:b/>
        </w:rPr>
        <w:t xml:space="preserve">[1:09:33] </w:t>
      </w:r>
      <w:r>
        <w:t>farq sirf yeh hai ke apni capacity ke aitbar se aap yeh kaam karenge. yani rokne ki position mein to rokenge, kahne ki position mein to kahenge, aur kisi position mein nahi hai to dil mein dua karenge, allah taala se dua karenge.</w:t>
      </w:r>
    </w:p>
    <w:p>
      <w:pPr>
        <w:jc w:val="right"/>
      </w:pPr>
      <w:r>
        <w:t>فرقصرفیہہے کہ اپنی کیپیسٹیکےاعتبارسےآپ یہکامکریںگے۔ یعنیروکنےکیپوزیشنمیںتوروکیںگے، کہنےکیپوزیشنمیںتوکہیںگے، اورکسی پوزیشنمیںنہیںہےتودلمیں دعاکریںگے، اللہ تعالیسےدعاکریںگے۔</w:t>
      </w:r>
    </w:p>
    <w:p>
      <w:r>
        <w:rPr>
          <w:b/>
        </w:rPr>
        <w:t xml:space="preserve">[1:09:51] </w:t>
      </w:r>
      <w:r>
        <w:t>yeh to karna hi karna hai har aadmi ko. yeh bahut badi bhool hai ke aadmi yeh samajh le ke yeh to hukumat ka kaam hai, yeh to falan ka kaam hai.</w:t>
      </w:r>
    </w:p>
    <w:p>
      <w:pPr>
        <w:jc w:val="right"/>
      </w:pPr>
      <w:r>
        <w:t>یہتو کرناہیکرناہےہرآدمیکو ۔ یہبہت بڑی بھولہےکہآدمی یہسمجھلے کہیہتو حکومت کاکام ہے،یہتوفلاںکاکامہے۔</w:t>
      </w:r>
    </w:p>
    <w:p>
      <w:r>
        <w:rPr>
          <w:b/>
        </w:rPr>
        <w:t xml:space="preserve">[1:10:02] </w:t>
      </w:r>
      <w:r>
        <w:t>har aadmi ka kaam hai, har aadmi ek kaam, har aadmi ek kaam hai. nahi anil munkar farq jo hai is aitbar se ke hamari capacity kehti hai zyada hai.</w:t>
      </w:r>
    </w:p>
    <w:p>
      <w:pPr>
        <w:jc w:val="right"/>
      </w:pPr>
      <w:r>
        <w:t>ہرآدمیکاکامہے،ہرآدمیایککام،ہرآدمیایککامہے۔ نہیعنالمن کر فرقجوہے اساعتبارسےکہہماریکیپیسٹیکہتیہےزیادہ ہے۔</w:t>
      </w:r>
    </w:p>
    <w:p>
      <w:r>
        <w:rPr>
          <w:b/>
        </w:rPr>
        <w:t xml:space="preserve">[1:10:12] </w:t>
      </w:r>
      <w:r>
        <w:t>hum hum yeh nahin kar sakte ke hum fasaad machayein, ek aur naya problem khada kar dein, galat ek action le kar ke.</w:t>
      </w:r>
    </w:p>
    <w:p>
      <w:pPr>
        <w:jc w:val="right"/>
      </w:pPr>
      <w:r>
        <w:t>ہم ہم یہنہیںکرسکتےکہہمفسادمچائیں، ایکاور نیا پرابلمکھڑاکردیں، غلطایکشنلےکرکے۔</w:t>
      </w:r>
    </w:p>
    <w:p>
      <w:r>
        <w:rPr>
          <w:b/>
        </w:rPr>
        <w:t xml:space="preserve">[1:10:25] </w:t>
      </w:r>
      <w:r>
        <w:t>apne bas mein jitna hai, yaani bas maani hai ke jab tak hum result nikaal sakte hon, yaani agar hum rok sakte hon, jitni hamari capacity hai to rokein, warna chup chap rahen, dil mein dua karein, zuban se kahein.</w:t>
      </w:r>
    </w:p>
    <w:p>
      <w:pPr>
        <w:jc w:val="right"/>
      </w:pPr>
      <w:r>
        <w:t>اپنے بسمیںجتناہے،یعنی بسمعنیہےکہ جب تکہمرزلٹنکالسکتےہوں، یعنیاگرہم روکسکتےہوں، جتنیہماریکیپیسٹیہے توروکیں،ورنہ چپچاپرہیں، دلمیںدعاکریں، زبان سےکہیں۔</w:t>
      </w:r>
    </w:p>
    <w:p>
      <w:r>
        <w:rPr>
          <w:b/>
        </w:rPr>
        <w:t xml:space="preserve">[1:10:40] </w:t>
      </w:r>
      <w:r>
        <w:t>to asal jo condition hai, woh capacity condition hai. rule yaani yeh kahein yaani ruling position mein koi hai, uski yeh shart nahin hai. is mein</w:t>
      </w:r>
    </w:p>
    <w:p>
      <w:pPr>
        <w:jc w:val="right"/>
      </w:pPr>
      <w:r>
        <w:t>تو اصلجو کن ڈیشن ہے،وہ کیپیسٹیکنڈیشنہے۔ رول یعنی یہ کہیںیعنیرولنگپوزیشنمیںکوئیہے، اسکی یہ شرطنہیںہے۔اسمیں</w:t>
      </w:r>
    </w:p>
    <w:p>
      <w:r>
        <w:rPr>
          <w:b/>
        </w:rPr>
        <w:t xml:space="preserve">[1:10:54] </w:t>
      </w:r>
      <w:r>
        <w:t>molana, haz next question is: what is the feeling or spiritual level that someone attains to be able to say that he has found God?</w:t>
      </w:r>
    </w:p>
    <w:p>
      <w:pPr>
        <w:jc w:val="right"/>
      </w:pPr>
      <w:r>
        <w:t>مولانا،ہزنیکسٹکوئسچناز: واٹاز دا فیل نگاور سپرچوللیول دیٹسمون اٹینز ٹوبیایبلٹوسے دیٹہی ہیزفاؤنڈ گاڈ؟</w:t>
      </w:r>
    </w:p>
    <w:p>
      <w:r>
        <w:rPr>
          <w:b/>
        </w:rPr>
        <w:t xml:space="preserve">[1:11:05] </w:t>
      </w:r>
      <w:r>
        <w:t>please refer to the last sunday lecture and you said that you have found God at all levels.</w:t>
      </w:r>
    </w:p>
    <w:p>
      <w:pPr>
        <w:jc w:val="right"/>
      </w:pPr>
      <w:r>
        <w:t>پلیزریفرٹودالاسٹسنڈےلیکچرانوچیوسیڈ دیٹیوہیوفاؤنڈگاڈایٹاللیولز۔</w:t>
      </w:r>
    </w:p>
    <w:p>
      <w:r>
        <w:rPr>
          <w:b/>
        </w:rPr>
        <w:t xml:space="preserve">[1:11:15] </w:t>
      </w:r>
      <w:r>
        <w:t>dekhein,</w:t>
      </w:r>
    </w:p>
    <w:p>
      <w:pPr>
        <w:jc w:val="right"/>
      </w:pPr>
      <w:r>
        <w:t>دیکھیں،</w:t>
      </w:r>
    </w:p>
    <w:p>
      <w:r>
        <w:rPr>
          <w:b/>
        </w:rPr>
        <w:t xml:space="preserve">[1:11:20] </w:t>
      </w:r>
      <w:r>
        <w:t>har aadmi yeh keh sakta hai agar usne Khuda ko paya hai apne dil ke ehsaas ke aitbaar se ke maine Khuda ko paya. baqi uska decision to Khuda lega, duniya mein ek decision nahin hona hai.</w:t>
      </w:r>
    </w:p>
    <w:p>
      <w:pPr>
        <w:jc w:val="right"/>
      </w:pPr>
      <w:r>
        <w:t>ہرآدمی یہکہہسکتاہے اگر اسنے خداکوپایاہے اپنےدلکےاحساسکےاعتبارسےکہمیںنےخداکوپایا۔ باقی اسکا ڈیسیژنتوخدالےگا، دنیا میں ایک ڈیسائیڈنہیںہوناہے۔</w:t>
      </w:r>
    </w:p>
    <w:p>
      <w:r>
        <w:rPr>
          <w:b/>
        </w:rPr>
        <w:t xml:space="preserve">[1:11:34] </w:t>
      </w:r>
      <w:r>
        <w:t>usko</w:t>
      </w:r>
    </w:p>
    <w:p>
      <w:pPr>
        <w:jc w:val="right"/>
      </w:pPr>
      <w:r>
        <w:t>اسکو</w:t>
      </w:r>
    </w:p>
    <w:p>
      <w:r>
        <w:rPr>
          <w:b/>
        </w:rPr>
        <w:t xml:space="preserve">[1:11:36] </w:t>
      </w:r>
      <w:r>
        <w:t>hamare Adam Garh mein ek sahib thay, bohat achhe aadmi thay, Master Abdul Hakim sahib. to woh ek taqreeb mein, unhon ne main tha wahan par, ek misaal di.</w:t>
      </w:r>
    </w:p>
    <w:p>
      <w:pPr>
        <w:jc w:val="right"/>
      </w:pPr>
      <w:r>
        <w:t>ہمارےآدم گڑھمیںایکصاحبتھے،بہتاچھےآدمیتھے، ماسٹرعبدالحکیمصاحب۔ تووہ ایک تقریبمیں،انہوںنے میں تھاوہاںپر، ایک مثال دی۔</w:t>
      </w:r>
    </w:p>
    <w:p>
      <w:r>
        <w:rPr>
          <w:b/>
        </w:rPr>
        <w:t xml:space="preserve">[1:11:47] </w:t>
      </w:r>
      <w:r>
        <w:t>unhon ne kaha ke us waqt ki baat hai ke jab sau rupay ka note bhi bohat bari cheez hoti thi, ab to sau rupay ka note koi cheez nahin hai, uski ahmiyat hi kuch nahin hai.</w:t>
      </w:r>
    </w:p>
    <w:p>
      <w:pPr>
        <w:jc w:val="right"/>
      </w:pPr>
      <w:r>
        <w:t>انہوںنےکہاکہ اسوقتکیباتہےکہجب سو روپےکانوٹبھیبہتبڑیچیزہوتیتھی، ابتوسو روپےکانوٹکوئیچیزنہیںہے،اسکیاہمیتہیکچھنہیںہے۔</w:t>
      </w:r>
    </w:p>
    <w:p>
      <w:r>
        <w:rPr>
          <w:b/>
        </w:rPr>
        <w:t xml:space="preserve">[1:11:57] </w:t>
      </w:r>
      <w:r>
        <w:t>bohat pehle ki baat hai ke aap ke paas sau rupay ka note hai aur aap jaate hain bazaar mein kharidari karne ke liye,</w:t>
      </w:r>
    </w:p>
    <w:p>
      <w:pPr>
        <w:jc w:val="right"/>
      </w:pPr>
      <w:r>
        <w:t>بہت پہلے کیبات ہے کہآپ کےپاس سو روپےکانوٹہے اورآپجاتےہیںبازارمیںخریداریکرنےکےلیے،</w:t>
      </w:r>
    </w:p>
    <w:p>
      <w:r>
        <w:rPr>
          <w:b/>
        </w:rPr>
        <w:t xml:space="preserve">[1:12:05] </w:t>
      </w:r>
      <w:r>
        <w:t>to aap samajhte hain ke main sau rupay mein bohat sari cheez khareed sakta hoon. lekin wahan par jab aap jayein to wahan jo baitha hua hai market mein, woh keh de ke yeh to yeh to jaali note hai,</w:t>
      </w:r>
    </w:p>
    <w:p>
      <w:pPr>
        <w:jc w:val="right"/>
      </w:pPr>
      <w:r>
        <w:t>توآپسمجھتےہیںکہمیں سو روپےمیںبہتساریچیزخریدسکتاہوں۔ لیکن وہاںپرجبآپجائیں تو وہاںجو بیٹھاہواہے مارکیٹمیں، وہ کہہدےکہیہتو یہتوجعلینوٹہے،</w:t>
      </w:r>
    </w:p>
    <w:p>
      <w:r>
        <w:rPr>
          <w:b/>
        </w:rPr>
        <w:t xml:space="preserve">[1:12:19] </w:t>
      </w:r>
      <w:r>
        <w:t>to achaanak uski value khatam ho jayegi,</w:t>
      </w:r>
    </w:p>
    <w:p>
      <w:pPr>
        <w:jc w:val="right"/>
      </w:pPr>
      <w:r>
        <w:t>تو اچانکاسکیویلیوختمہوجائےگی،</w:t>
      </w:r>
    </w:p>
    <w:p>
      <w:r>
        <w:rPr>
          <w:b/>
        </w:rPr>
        <w:t xml:space="preserve">[1:12:24] </w:t>
      </w:r>
      <w:r>
        <w:t>kuchh bhi will be waise nahin rahegi. to mera apna samajhna asal cheez nahin hai, asal yeh hai ke Khuda usko certify kare.</w:t>
      </w:r>
    </w:p>
    <w:p>
      <w:pPr>
        <w:jc w:val="right"/>
      </w:pPr>
      <w:r>
        <w:t>کچھبھیویلیواسکینہیںرہےگی۔ تو میرا اپناسمجھنااصلچیزنہیںہے،اصلیہکہخدااسکوسرٹیفائیکرے۔</w:t>
      </w:r>
    </w:p>
    <w:p>
      <w:r>
        <w:rPr>
          <w:b/>
        </w:rPr>
        <w:t xml:space="preserve">[1:12:32] </w:t>
      </w:r>
      <w:r>
        <w:t>to aap ne agar mehnat ki hai, aap ne study ki hai, aap ne aap seekh rahe hain, aap ne iske liye effort kiya hai, to aap apne ehsas ke aitbar se keh sakte hain ke maine Khuda ko paya hai.</w:t>
      </w:r>
    </w:p>
    <w:p>
      <w:pPr>
        <w:jc w:val="right"/>
      </w:pPr>
      <w:r>
        <w:t>تو آپ نےاگر محنتکیہے،آپنےاسٹڈیکیہے، آپ نے آپ سیکھرہیں، آپنےاسکےلیے ایفرٹکیاہے،توآپ اپنے احساسکےاعتبارسےکہہسکتےہیںکہمیںنےخداکوپایاہے۔</w:t>
      </w:r>
    </w:p>
    <w:p>
      <w:r>
        <w:rPr>
          <w:b/>
        </w:rPr>
        <w:t xml:space="preserve">[1:12:46] </w:t>
      </w:r>
      <w:r>
        <w:t>lekin jab tak Khuda yeh na keh de ke haan, yeh insaan woh hai jisne Khuda ko paya tha, tab tak aap ka jo hai ke na yeh kuchh kuchh bhi nahin, iski koi haisiyat nahin hai.</w:t>
      </w:r>
    </w:p>
    <w:p>
      <w:pPr>
        <w:jc w:val="right"/>
      </w:pPr>
      <w:r>
        <w:t>لیکن جب تکخدا یہ نہکہہدےکہہاں،یہانسان وہہےجسنےخداکوپایاتھا، تبتکآپ کا جوہے کہ نا یہ کچھکچھبھینہیں،اسکیکوئیحیثیتنہیںہے۔</w:t>
      </w:r>
    </w:p>
    <w:p>
      <w:r>
        <w:rPr>
          <w:b/>
        </w:rPr>
        <w:t xml:space="preserve">[1:12:59] </w:t>
      </w:r>
      <w:r>
        <w:t>dekhiye, hadith mein aata hai ke Rasool Allah sal Allah aleh wasallam ne dua farmayi apne</w:t>
      </w:r>
    </w:p>
    <w:p>
      <w:pPr>
        <w:jc w:val="right"/>
      </w:pPr>
      <w:r>
        <w:t>دیکھیے،حدیثمیںآتاہےکہ رسولاللہصلیاللہعلیہوسلمنے دعافرمائی اپنے</w:t>
      </w:r>
    </w:p>
    <w:p>
      <w:r>
        <w:rPr>
          <w:b/>
        </w:rPr>
        <w:t xml:space="preserve">[1:13:09] </w:t>
      </w:r>
      <w:r>
        <w:t>iske liye jannat ke liye.</w:t>
      </w:r>
    </w:p>
    <w:p>
      <w:pPr>
        <w:jc w:val="right"/>
      </w:pPr>
      <w:r>
        <w:t>اسکےلیے جنتکےلیے۔</w:t>
      </w:r>
    </w:p>
    <w:p>
      <w:r>
        <w:rPr>
          <w:b/>
        </w:rPr>
        <w:t xml:space="preserve">[1:13:13] </w:t>
      </w:r>
      <w:r>
        <w:t>to Hazrat Aisha ne farmaya ke aap ki jannat to yani tay hai, aap ki jannat to mile hi milegi, aap ke liye to koi khatra nahin hai.</w:t>
      </w:r>
    </w:p>
    <w:p>
      <w:pPr>
        <w:jc w:val="right"/>
      </w:pPr>
      <w:r>
        <w:t>تو حضرتعائشہنےفرمایاکہآپ کیجنتتو یعنی طےہے، آپکیجنتتوملےہیملےگی، آپکےلیےتوکوئی خطرہنہیںہے۔</w:t>
      </w:r>
    </w:p>
    <w:p>
      <w:r>
        <w:rPr>
          <w:b/>
        </w:rPr>
        <w:t xml:space="preserve">[1:13:25] </w:t>
      </w:r>
      <w:r>
        <w:t>to aap ne farmaya ke kisi ko bhi jannat pakki nahin hai,</w:t>
      </w:r>
    </w:p>
    <w:p>
      <w:pPr>
        <w:jc w:val="right"/>
      </w:pPr>
      <w:r>
        <w:t>تو آپنےفرمایاکہ کسی کوبھی جنتپکینہیںہے،</w:t>
      </w:r>
    </w:p>
    <w:p>
      <w:r>
        <w:rPr>
          <w:b/>
        </w:rPr>
        <w:t xml:space="preserve">[1:13:31] </w:t>
      </w:r>
      <w:r>
        <w:t>mujhe bhi jannat milegi jab Allah taala apni apni rehmat se bhi jannat de de. to alfaaz is mein hain ke :"ala an yaghmedi Allah bi rehmat min hu fazli, ala an yaghmedi Allah bi rehmat min hu fazli,</w:t>
      </w:r>
    </w:p>
    <w:p>
      <w:pPr>
        <w:jc w:val="right"/>
      </w:pPr>
      <w:r>
        <w:t>مجھےبھی جنتملےگیجب اللہ تعالی اپنی اپنی رحمتسےبھی جنتدےدے۔ تو الفاظاسمیںہیںکہ :"الا انیتغمد نی اللہ برحمت من ہوفضلی، الا ان یتغمد نیاللہ برحمت منہوفضلی،</w:t>
      </w:r>
    </w:p>
    <w:p>
      <w:r>
        <w:rPr>
          <w:b/>
        </w:rPr>
        <w:t xml:space="preserve">[1:13:49] </w:t>
      </w:r>
      <w:r>
        <w:t>ala yeh ke Allah mujhe apni rehmat se, apni blessing se dhanp le."</w:t>
      </w:r>
    </w:p>
    <w:p>
      <w:pPr>
        <w:jc w:val="right"/>
      </w:pPr>
      <w:r>
        <w:t>الا یہکہاللہ مجھے اپنیرحمتسے،اپنی بلیسنگسےڈھانپلے۔"</w:t>
      </w:r>
    </w:p>
    <w:p>
      <w:r>
        <w:rPr>
          <w:b/>
        </w:rPr>
        <w:t xml:space="preserve">[1:13:55] </w:t>
      </w:r>
      <w:r>
        <w:t>to koi paighambar bhi exception nahin hai. to ek insaan kya exception ho sakta hai? hum aap koshish karte hain apne bas bhar, koshish karna hamara kaam hai.</w:t>
      </w:r>
    </w:p>
    <w:p>
      <w:pPr>
        <w:jc w:val="right"/>
      </w:pPr>
      <w:r>
        <w:t>توکوئیپیغمبربھی ایکسیپشننہیںہے۔ تو ایکانسان کیاایکسیپشنہوسکتاہے؟ ہمآپ کوششکرتےہیں اپنے بسبھر، کوششکرناہماراکامہے۔</w:t>
      </w:r>
    </w:p>
    <w:p>
      <w:r>
        <w:rPr>
          <w:b/>
        </w:rPr>
        <w:t xml:space="preserve">[1:14:09] </w:t>
      </w:r>
      <w:r>
        <w:t>hum kisi had ko pahunchte hain, hum yeh bol sakte hain ke humne aisa kiya ya woh kiya, lekin faisla hona hai Allah taala ke samne hashr ke maidan mein.</w:t>
      </w:r>
    </w:p>
    <w:p>
      <w:pPr>
        <w:jc w:val="right"/>
      </w:pPr>
      <w:r>
        <w:t>ہمکسی حدکوپہنچتےہیں، ہمیہبولسکتےہیںکہہمنے ایساکیا یا وہ کیا ،لیکن فیصلہہوناہےاللہتعالیکےسامنے حشر کےمیدانمیں۔</w:t>
      </w:r>
    </w:p>
    <w:p>
      <w:r>
        <w:rPr>
          <w:b/>
        </w:rPr>
        <w:t xml:space="preserve">[1:14:20] </w:t>
      </w:r>
      <w:r>
        <w:t>to Allah taala jis ko keh dega ke haan, uska iman iman tha, uski namaz namaz thi, uska haj haj tha, uska dawat-e-deen ka dawat-e-deen ka kaam tha,</w:t>
      </w:r>
    </w:p>
    <w:p>
      <w:pPr>
        <w:jc w:val="right"/>
      </w:pPr>
      <w:r>
        <w:t>تواللہ تعالی جسکو کہہدےگا کہہاں، اسکا ایمانایمانتھا، اسکینمازنمازتھی، اسکاحجحجتھا، اسکادعوتیکامدعوتیکام تھا،</w:t>
      </w:r>
    </w:p>
    <w:p>
      <w:r>
        <w:rPr>
          <w:b/>
        </w:rPr>
        <w:t xml:space="preserve">[1:14:37] </w:t>
      </w:r>
      <w:r>
        <w:t>aseekoparijayega.</w:t>
      </w:r>
    </w:p>
    <w:p>
      <w:pPr>
        <w:jc w:val="right"/>
      </w:pPr>
      <w:r>
        <w:t>اسیکوپاریجائےگی۔</w:t>
      </w:r>
    </w:p>
    <w:p>
      <w:r>
        <w:rPr>
          <w:b/>
        </w:rPr>
        <w:t xml:space="preserve">[1:14:39] </w:t>
      </w:r>
      <w:r>
        <w:t>to umar shah abdul hakeem sahib ne kaha tha ke main ek note lekar nikaloon, aur agar saukar jo hai inkar kar de lene se, jali bata de, to wohi mera iman ka mamla hai.</w:t>
      </w:r>
    </w:p>
    <w:p>
      <w:pPr>
        <w:jc w:val="right"/>
      </w:pPr>
      <w:r>
        <w:t>تو عمر شاہعبدالحکیمصاحبنےکہاتھاکہ میں ایک نوٹلےکرنکلوں، اور اگر ساؤکارجوہے انکار کردےلینےسے ، جعلیبتادے، تو وہیمیراایمانکامعاملہہے۔</w:t>
      </w:r>
    </w:p>
    <w:p>
      <w:r>
        <w:rPr>
          <w:b/>
        </w:rPr>
        <w:t xml:space="preserve">[1:14:52] </w:t>
      </w:r>
      <w:r>
        <w:t>to main samajhta hoon ke mere paas iman hai, kyunke woh iman jab khuda uski tasdeeq kare, tab to woh iman hai. woh isliye, isliye to aap mashhoor tabaeen hain, imam hasan basri, imam hasan</w:t>
      </w:r>
    </w:p>
    <w:p>
      <w:pPr>
        <w:jc w:val="right"/>
      </w:pPr>
      <w:r>
        <w:t>تومیںسمجھتاہوںکہمیرےپاسایمانہے، کیونکہوہایمانجبخدااسکیتصدیقکردے،تبتووہایمانہے۔وہ اسیلیے، اسیلیے توآپمشہورتابعیہیں، اہ حسنبصری،امامحسن</w:t>
      </w:r>
    </w:p>
    <w:p>
      <w:r>
        <w:rPr>
          <w:b/>
        </w:rPr>
        <w:t xml:space="preserve">[1:15:07] </w:t>
      </w:r>
      <w:r>
        <w:t>basri, woh kehte hain ke main 70 sahaba se mila, 70 sahaba se, har ek ko maine paya ke woh apne baare mein is shak tak mein munafiqat to nahin hogaya.</w:t>
      </w:r>
    </w:p>
    <w:p>
      <w:pPr>
        <w:jc w:val="right"/>
      </w:pPr>
      <w:r>
        <w:t>بصری، وہکہتےہیںکہمیں 70صحابہسے ملا، 7 0صحابہسے، ہرایککومیںنےپایاکہوہاپنےبارےمیں اسشک تک میںمنافقتونہیںہوگیا۔</w:t>
      </w:r>
    </w:p>
    <w:p>
      <w:r>
        <w:rPr>
          <w:b/>
        </w:rPr>
        <w:t xml:space="preserve">[1:15:23] </w:t>
      </w:r>
      <w:r>
        <w:t>to ye aata hai ke "al iman bir raja wal khauf". "al iman bir raja wal khauf" iman jo hai, aaj 50 percent umeed hai, 50 percent andesha hai.</w:t>
      </w:r>
    </w:p>
    <w:p>
      <w:pPr>
        <w:jc w:val="right"/>
      </w:pPr>
      <w:r>
        <w:t>تو یہ آتاہےکہ"الایمان بر رجاء وال خوف"۔ "الایمان بر رجاءوالخوف" ایمانجوہے، آج 50پرسنٹامیدہے، 50پرسنٹ اندیشہہے۔</w:t>
      </w:r>
    </w:p>
    <w:p>
      <w:r>
        <w:rPr>
          <w:b/>
        </w:rPr>
        <w:t xml:space="preserve">[1:15:36] </w:t>
      </w:r>
      <w:r>
        <w:t>iman khauf aur umeed ke darmiyan hai, 50 percent umeed, 50 percent andesha. har waqt aadmi dar lag rahta hai ke kya hoga, kya nahin hoga.</w:t>
      </w:r>
    </w:p>
    <w:p>
      <w:pPr>
        <w:jc w:val="right"/>
      </w:pPr>
      <w:r>
        <w:t>ایمان خوفاور امیدکےدرمیانہے، 50پرسنٹامید،50پرسنٹاندیشہ۔ ہروقت آدمیڈرلگارہتاہےکہکیاہوگا،کیانہیںہوگا۔</w:t>
      </w:r>
    </w:p>
    <w:p>
      <w:r>
        <w:rPr>
          <w:b/>
        </w:rPr>
        <w:t xml:space="preserve">[1:15:46] </w:t>
      </w:r>
      <w:r>
        <w:t>ye 50-50 ka mamla yaad rakhiye, is waqt tak jab tak ke aap Allah taala ki taraf se aapko tasdeeq na mil jaye.</w:t>
      </w:r>
    </w:p>
    <w:p>
      <w:pPr>
        <w:jc w:val="right"/>
      </w:pPr>
      <w:r>
        <w:t>یہ 5 0-50کامعاملہیادرکھیے، اسوقتتکجبتککہآپ اللہ تعالیکیطرفسےآپکو تصدیقنہملجائے۔</w:t>
      </w:r>
    </w:p>
    <w:p>
      <w:r>
        <w:rPr>
          <w:b/>
        </w:rPr>
        <w:t xml:space="preserve">[1:16:00] </w:t>
      </w:r>
      <w:r>
        <w:t>dus question from maulana azam khan nadvi from delhi</w:t>
      </w:r>
    </w:p>
    <w:p>
      <w:pPr>
        <w:jc w:val="right"/>
      </w:pPr>
      <w:r>
        <w:t>دسکوئسچناز فرام مول انازکوان ندویفرامدہلی</w:t>
      </w:r>
    </w:p>
    <w:p>
      <w:r>
        <w:rPr>
          <w:b/>
        </w:rPr>
        <w:t xml:space="preserve">[1:16:05] </w:t>
      </w:r>
      <w:r>
        <w:t>maulana, please throw some light on this tradition. Abdullah bin Umar said that companions of Prophet s.a.w. saw Umar in his dream ten years after Umar's death.</w:t>
      </w:r>
    </w:p>
    <w:p>
      <w:pPr>
        <w:jc w:val="right"/>
      </w:pPr>
      <w:r>
        <w:t>۔مولانا،پلیزتھرو سملائٹان دسٹریڈی شن ۔ عبداللہ بن عمر سیڈ دیٹاکمپینیناف پرافٹ ساکی لفعمر انہزڈریم ٹینایئرزافٹر عمر ڈ یتھ۔</w:t>
      </w:r>
    </w:p>
    <w:p>
      <w:r>
        <w:rPr>
          <w:b/>
        </w:rPr>
        <w:t xml:space="preserve">[1:16:19] </w:t>
      </w:r>
      <w:r>
        <w:t>he saw that Umar was wiping the drops of sweat from his forehead. he asked, "O Ameer ul Momineen, how did God deal with you?"</w:t>
      </w:r>
    </w:p>
    <w:p>
      <w:pPr>
        <w:jc w:val="right"/>
      </w:pPr>
      <w:r>
        <w:t>ہی سا دیٹعمر وازوائپنگداڈراپساف سویٹ فرامہزفورہیڈ۔ ہی اسک ڈ، "او امیر امیر الم وم نین، ہاؤڈیڈگاڈ ڈیلودیو؟"</w:t>
      </w:r>
    </w:p>
    <w:p>
      <w:r>
        <w:rPr>
          <w:b/>
        </w:rPr>
        <w:t xml:space="preserve">[1:16:31] </w:t>
      </w:r>
      <w:r>
        <w:t>Umar replied, "Alhamdulillah, wa la rahmat e rabbi la haqqat. that's now, I have got over from my hisab.</w:t>
      </w:r>
    </w:p>
    <w:p>
      <w:pPr>
        <w:jc w:val="right"/>
      </w:pPr>
      <w:r>
        <w:t>عمر ریپلائیڈ، "ال ان فرحو ل ولا رحمت ر بی لاحلقت ۔ دیٹاز ناؤ ،ائیہیوگاٹاوور فراممائیحس اب۔</w:t>
      </w:r>
    </w:p>
    <w:p>
      <w:r>
        <w:rPr>
          <w:b/>
        </w:rPr>
        <w:t xml:space="preserve">[1:16:44] </w:t>
      </w:r>
      <w:r>
        <w:t>if it was not for the mercy of God on me, I would have definitely been in eternal damnation." Maulana, kindly comment on this.</w:t>
      </w:r>
    </w:p>
    <w:p>
      <w:pPr>
        <w:jc w:val="right"/>
      </w:pPr>
      <w:r>
        <w:t>اف اٹوازنٹفاردامر سیافگاڈان می ، ائیوڈہیوڈیفینیٹلی بی ان ایٹرنلڈیمنیشن۔" مولانا،کائنڈلیکمنٹان دس۔</w:t>
      </w:r>
    </w:p>
    <w:p>
      <w:r>
        <w:rPr>
          <w:b/>
        </w:rPr>
        <w:t xml:space="preserve">[1:16:54] </w:t>
      </w:r>
      <w:r>
        <w:t>ye wohi wohi jo hadees mein ne arz ki Rasool Allah ke baare mein, wohi Hazrat Umar ke baare mein bhi samajh lijiye. isko keh "ala bi rahmati min fadli"</w:t>
      </w:r>
    </w:p>
    <w:p>
      <w:pPr>
        <w:jc w:val="right"/>
      </w:pPr>
      <w:r>
        <w:t>یہوہی وہیجوحدیثمیںنےعرضکی رسولاللہکےبارےمیں ، وہیحضرتعمرکےبارےمیںبھی سمجھلیجئے۔اسکو کہ"الا بر حمت منفض لی"</w:t>
      </w:r>
    </w:p>
    <w:p>
      <w:r>
        <w:rPr>
          <w:b/>
        </w:rPr>
        <w:t xml:space="preserve">[1:17:06] </w:t>
      </w:r>
      <w:r>
        <w:t>dekhiye, jannat itni badi cheez hai, itni badi cheez hai ke koi bhi amal iske barabar nahin ho sakta hai. koi amal iski price nahin barh sakta hai, chahe karodon paigambaron ka amal bhi iski price nahin barh sakta hai.</w:t>
      </w:r>
    </w:p>
    <w:p>
      <w:pPr>
        <w:jc w:val="right"/>
      </w:pPr>
      <w:r>
        <w:t>دیکھیے،جنت اتنی بڑیچیزہے،اتنیبڑیچیزہے کہ کوئی بھی عمل اسکےبرابرنہیںہوسکتاہے۔ کوئیعمل اسکیپرائسنہیںبڑھسکتاہے،چاہے کروڑوںپیغمبروںکاعملبھیاسکیپرائسنہیںبڑھسکتاہے۔</w:t>
      </w:r>
    </w:p>
    <w:p>
      <w:r>
        <w:rPr>
          <w:b/>
        </w:rPr>
        <w:t xml:space="preserve">[1:17:21] </w:t>
      </w:r>
      <w:r>
        <w:t>woh to Allah ki rahmat se milega, isko milega. to chahe ek khalifa Umar hon, chahe paigambar hon,</w:t>
      </w:r>
    </w:p>
    <w:p>
      <w:pPr>
        <w:jc w:val="right"/>
      </w:pPr>
      <w:r>
        <w:t>وہتواللہ کیرحمت سےملےگا،اسکوملےگا۔ تو چاہے ایکخلیفہعمر ہوں،چاہےپیغمبرہوں،</w:t>
      </w:r>
    </w:p>
    <w:p>
      <w:r>
        <w:rPr>
          <w:b/>
        </w:rPr>
        <w:t xml:space="preserve">[1:17:30] </w:t>
      </w:r>
      <w:r>
        <w:t>to wohi yahan bhi wohi baat hai ke rahmat e ilahi se milegi nijaat kisi ko apne amal ki bina par. hamare amal ki haqeeqat kya hai?</w:t>
      </w:r>
    </w:p>
    <w:p>
      <w:pPr>
        <w:jc w:val="right"/>
      </w:pPr>
      <w:r>
        <w:t>تووہیاسمیںبھیوہیباتہےکہ رحمت الہیسے ملےگینجات کسی کو اپنےعمل کیبنی ادپر ۔ہمارےعمل کیحقیقتہیکیاہے؟</w:t>
      </w:r>
    </w:p>
    <w:p>
      <w:r>
        <w:rPr>
          <w:b/>
        </w:rPr>
        <w:t xml:space="preserve">[1:17:41] </w:t>
      </w:r>
      <w:r>
        <w:t>to har waqt aadmi ko "al iman bir raja wal khauf" aapko umeed bhi hona chahiye aur khauf bhi hona chahiye, yani hope bhi hona chahiye aur andesha bhi hona chahiye.</w:t>
      </w:r>
    </w:p>
    <w:p>
      <w:pPr>
        <w:jc w:val="right"/>
      </w:pPr>
      <w:r>
        <w:t>توہروقت آدمیکو "الایمان بن رجاءوالخوف" آپکو امیدبھیہوناچاہیےاورخوفبھیہوناچاہیے، یعنیہوپبھیہوناچاہیےاور اندیشہبھیہوناچاہیے۔</w:t>
      </w:r>
    </w:p>
    <w:p>
      <w:r>
        <w:rPr>
          <w:b/>
        </w:rPr>
        <w:t xml:space="preserve">[1:17:52] </w:t>
      </w:r>
      <w:r>
        <w:t>andesh ke beech mein ye 50-50 percent ka mamla hai. andesh ke beech momin jeeta hai aakhri waqt tak.</w:t>
      </w:r>
    </w:p>
    <w:p>
      <w:pPr>
        <w:jc w:val="right"/>
      </w:pPr>
      <w:r>
        <w:t>اندو کےبیچمیں یہ 5 0-50پرسنٹکامعاملہہے۔ اندو کےبیچ مومنجیتاہے آخروقت تک۔</w:t>
      </w:r>
    </w:p>
    <w:p>
      <w:r>
        <w:rPr>
          <w:b/>
        </w:rPr>
        <w:t xml:space="preserve">[1:18:03] </w:t>
      </w:r>
      <w:r>
        <w:t>dus question from Mr. Muntajib Akbar from Chennai. Maulana, can you guide us in knowing which hadith is correct and which is fabricated? is there any general guidelines like Bukhari Sharif is sufficient?</w:t>
      </w:r>
    </w:p>
    <w:p>
      <w:pPr>
        <w:jc w:val="right"/>
      </w:pPr>
      <w:r>
        <w:t>دسکوئسچناز فرام مسٹرمنت جیب اکبرفرامچنئی۔ مولانا،کینیوگائیڈاس ان نوئنگ وچحدیث ازکریکٹ اینڈوچاز فیبریکیٹڈ ؟از دیراینیجنرل گائیڈلائنز لائک بخ اریشریفاز سفیشنٹ؟</w:t>
      </w:r>
    </w:p>
    <w:p>
      <w:r>
        <w:rPr>
          <w:b/>
        </w:rPr>
        <w:t xml:space="preserve">[1:18:20] </w:t>
      </w:r>
      <w:r>
        <w:t>kindly guide us. dekhiye, iska to poora ilm hai. aap iska agar aapko shauq hai to parhiye, iska ilm e rijal ko parhiye.</w:t>
      </w:r>
    </w:p>
    <w:p>
      <w:pPr>
        <w:jc w:val="right"/>
      </w:pPr>
      <w:r>
        <w:t>کائنڈلیگائیڈاس۔ دیکھیے، اسکا توپوراعلم ہے۔ آپ اسکااگرآپکوشوقہےتوپڑھیے،اسکوعلم رجالکوپڑھیے۔</w:t>
      </w:r>
    </w:p>
    <w:p>
      <w:r>
        <w:rPr>
          <w:b/>
        </w:rPr>
        <w:t xml:space="preserve">[1:18:31] </w:t>
      </w:r>
      <w:r>
        <w:t>hadees ke baare mein aisa nahin ke koi bahut zabardast ilm hai, ye isi ilm ko parhiye aap. agar aapka waqt hai to ek ek ravi ki chhanbeen ki gayi hai, saari baaton ko chhanbeen ki gayi hai.</w:t>
      </w:r>
    </w:p>
    <w:p>
      <w:pPr>
        <w:jc w:val="right"/>
      </w:pPr>
      <w:r>
        <w:t>حدیثکےبارےمیں ایسانہیںکہ کوئی بہت زبردست علم ہے،یہ اسیعلمکوپڑھیےآپ ۔اگرآپکاوقت ہےتو ایک ایکراویکیچھانبینکیگئیہے، ساریباتوںکوچھانبینکیگئیہے۔</w:t>
      </w:r>
    </w:p>
    <w:p>
      <w:r>
        <w:rPr>
          <w:b/>
        </w:rPr>
        <w:t xml:space="preserve">[1:18:46] </w:t>
      </w:r>
      <w:r>
        <w:t>aur agar aapka itna waqt na ho to main aap se ye kahunga ke Allama Nasiruddin Albani, jo bahut bare muhaddis the, unhon ne saari zindagi waqt ki hadees parhi aur chhaan di hadeeson ko. unhon ne achhi jildain tayar keen, unhon ne teen jildain jo hain woh hadeesain hain jo zaeef ya mawzoo hain, teen jildain woh jo sahih hadeesain hain.</w:t>
      </w:r>
    </w:p>
    <w:p>
      <w:pPr>
        <w:jc w:val="right"/>
      </w:pPr>
      <w:r>
        <w:t>اوراگرآپ کااتناوقت نہہو تومیںآپسےیہکہوںگاکہ علامہناصرالد ین الب انی،جوبہتبڑےمحدثتھے، انہوںنےساریزندگی وقت کی حدیث پڑھی اور چھاڑدیاحدیثوںکو۔انہوںنے اچھاجلدیں تیارکیں،انہوںنے تینجلدیںجوہیں وہ حدیثیں ہیںجو ضعیفیا موضوعہیں، تینجلدیںوہجوصحیححدیثیںہیں۔</w:t>
      </w:r>
    </w:p>
    <w:p>
      <w:r>
        <w:rPr>
          <w:b/>
        </w:rPr>
        <w:t xml:space="preserve">[1:19:11] </w:t>
      </w:r>
      <w:r>
        <w:t>to is kitaab ka naam hai "Silsila al Ahadith al Zaeefa" aur "Silsila al Ahadith al Sah</w:t>
      </w:r>
    </w:p>
    <w:p>
      <w:pPr>
        <w:jc w:val="right"/>
      </w:pPr>
      <w:r>
        <w:t>تو اسکتاب کانامہے "سلسلہ الاحادیثضعیفہ" اور "سلسلہ الاحادیث صح</w:t>
      </w:r>
    </w:p>
    <w:p>
      <w:r>
        <w:rPr>
          <w:b/>
        </w:rPr>
        <w:t xml:space="preserve">[1:19:17] </w:t>
      </w:r>
      <w:r>
        <w:t>eeha" yani teen jildon mein sahih ahadith aur teen jildon mein zaeef riwayat. to aap ke paas time ho to direct kitaben parhiye, nahin parh sakte direct kitaben to yehi chhah jildain jo hain inko aap parh kar ke jaan lijiye kaun si hadeesain sahih hain, kaun si zaeef hain.</w:t>
      </w:r>
    </w:p>
    <w:p>
      <w:pPr>
        <w:jc w:val="right"/>
      </w:pPr>
      <w:r>
        <w:t>یحہ"یعنی تینجلدوںمیں صحیحاحادیث اورتینجلدوںمیںضعیفرو ایتیں۔ تو آپ کےپاسٹائمہوتوڈائریکٹ کتاب یںپڑھیے، نہیںپڑھسکتےڈائریکٹکتابیںتویہیہچھ جلدیںجوہیںانکوآپپڑھکرکے جانلیجئےکونحدیثیںصحیحہیں،کونسیضعیفہیں۔</w:t>
      </w:r>
    </w:p>
    <w:p>
      <w:r>
        <w:rPr>
          <w:b/>
        </w:rPr>
        <w:t xml:space="preserve">[1:19:35] </w:t>
      </w:r>
      <w:r>
        <w:t>bahut aasan hai, koi mushkil nahin hai. dus question from Mr. Shafiq Bandagi from Mysore.</w:t>
      </w:r>
    </w:p>
    <w:p>
      <w:pPr>
        <w:jc w:val="right"/>
      </w:pPr>
      <w:r>
        <w:t>بہت آسانہے،کوئیمشکلنہیںہے۔ دسکوئسچناز فرام مسٹرشفیق بندگیفراممش یگن۔</w:t>
      </w:r>
    </w:p>
    <w:p>
      <w:r>
        <w:rPr>
          <w:b/>
        </w:rPr>
        <w:t xml:space="preserve">[1:19:44] </w:t>
      </w:r>
      <w:r>
        <w:t>Maulana, I need of we about the salah timings here in Michigan and northern parts of Michigan. The salah timings become too extreme during summer month, mainly isha and fajr timings in June, July and August go so extreme that it becomes very difficult to pray both isha and fajr in time.</w:t>
      </w:r>
    </w:p>
    <w:p>
      <w:pPr>
        <w:jc w:val="right"/>
      </w:pPr>
      <w:r>
        <w:t>مولانا،ائینیڈ ا فت وی اباؤٹدا صلاۃ ٹائمنگزہیرانمشیگن اینڈناردرنپارٹسافمشیگن۔ داصلاۃٹائمنگزبیکم ٹو ایکسٹریمڈیورنگسمرمنتھ، مینلی عشاءاینڈفجرٹائمنگزان جون ،جولائیاینڈاگستگ وزٹوسو ایکسٹریم دیٹاٹبیکمزویریڈیفیکلٹٹو پری بوتھعشاءاینڈفجر ان ٹائم۔</w:t>
      </w:r>
    </w:p>
    <w:p>
      <w:r>
        <w:rPr>
          <w:b/>
        </w:rPr>
        <w:t xml:space="preserve">[1:20:08] </w:t>
      </w:r>
      <w:r>
        <w:t>The Isha starts at eleven PM and Fajr time ends by five thirty AM. In such situations can we compromise Isha time and pray early at around ten PM and go to bed so that we don't miss Fajr?</w:t>
      </w:r>
    </w:p>
    <w:p>
      <w:pPr>
        <w:jc w:val="right"/>
      </w:pPr>
      <w:r>
        <w:t>داعشاء سٹارٹس اف ٹر الیون پیایم اینڈفجر ٹائماینڈزبائے فائیوتھرٹی اےایم۔ انسچسچویشنز کینوی کمپرومائز عشاءٹائماینڈپری ار لی ایٹاراؤنڈٹینپیایم اینڈگوٹوبیڈ سودیٹویڈونٹ مس فجر ؟</w:t>
      </w:r>
    </w:p>
    <w:p>
      <w:r>
        <w:rPr>
          <w:b/>
        </w:rPr>
        <w:t xml:space="preserve">[1:20:26] </w:t>
      </w:r>
      <w:r>
        <w:t>The Maghrib azan at around nine thirty PM.</w:t>
      </w:r>
    </w:p>
    <w:p>
      <w:pPr>
        <w:jc w:val="right"/>
      </w:pPr>
      <w:r>
        <w:t>دامغ رباز ایٹاراؤنڈنائن تھرٹیپیایم۔</w:t>
      </w:r>
    </w:p>
    <w:p>
      <w:r>
        <w:rPr>
          <w:b/>
        </w:rPr>
        <w:t xml:space="preserve">[1:20:29] </w:t>
      </w:r>
      <w:r>
        <w:t>different people have different biological clocks and this becomes very difficult for those people who have longer sleep cycles and very stressful and tiring work schedules.</w:t>
      </w:r>
    </w:p>
    <w:p>
      <w:pPr>
        <w:jc w:val="right"/>
      </w:pPr>
      <w:r>
        <w:t>ڈفرنٹپیپلہیوڈفرنٹ بائیولوجیکلکلاکس اینڈدسبیکمز ویریڈیفیکلٹفاردوزپیپل ہوہیولانگرسلیپسائیکل اینڈویریسٹریسفل اینڈٹائرنگورکشیڈیول۔</w:t>
      </w:r>
    </w:p>
    <w:p>
      <w:r>
        <w:rPr>
          <w:b/>
        </w:rPr>
        <w:t xml:space="preserve">[1:20:41] </w:t>
      </w:r>
      <w:r>
        <w:t>dekhein, yeh to yeh to ulama ne is par jawab de chuke hain, aap usko padh lijiye. Doctor Asir ne bhi iska jawab diya, bahut tafseel ke sath poora chart bana diya hai, usko aap padh lijiye.</w:t>
      </w:r>
    </w:p>
    <w:p>
      <w:pPr>
        <w:jc w:val="right"/>
      </w:pPr>
      <w:r>
        <w:t>دیکھیں،یہتو یہتوعلم اءنےاسپرجوابدےچکےہیں، آپاسکوپڑھلیجئے۔ ڈاکٹر اسی اورنے بھیاسکاجوابدیا،بہتتفصیلکےساتھ پوراچارٹبنادیاہے، اسکوآپپڑھلیجئے۔</w:t>
      </w:r>
    </w:p>
    <w:p>
      <w:r>
        <w:rPr>
          <w:b/>
        </w:rPr>
        <w:t xml:space="preserve">[1:20:52] </w:t>
      </w:r>
      <w:r>
        <w:t>yeh koi aisa sawal nahin jawab hi answer pada hua ho,</w:t>
      </w:r>
    </w:p>
    <w:p>
      <w:pPr>
        <w:jc w:val="right"/>
      </w:pPr>
      <w:r>
        <w:t>یہکوئی ایساسوالنہیںجواب ھیانانسرڈپڑاہواہو،</w:t>
      </w:r>
    </w:p>
    <w:p>
      <w:r>
        <w:rPr>
          <w:b/>
        </w:rPr>
        <w:t xml:space="preserve">[1:20:56] </w:t>
      </w:r>
      <w:r>
        <w:t>aap inke kitabon ko padhiye, inke jawab ko aur uske mutabiq amal kijiye. yeh koi ab mazeed sawal karne ki zaroorat nahin, main yeh keh raha hoon, lekin mizaj hamara hai ke mazeed sawal karte rehte hain, bar bar sawal karte rehte hain.</w:t>
      </w:r>
    </w:p>
    <w:p>
      <w:pPr>
        <w:jc w:val="right"/>
      </w:pPr>
      <w:r>
        <w:t>آپ انکے کتاب وںکوپڑھیے،انکےجوابکو اوراسکےمطابق عمل کیجئے۔ یہکوئی ابمزید سوالکرنےکیضرورتنہیں،میںیہکہہرہاہوں، لیکن مزاجہماراہےکہمزید سوالکرتےرہتےہیں،باربارسوالکرتے رہتےہیں۔</w:t>
      </w:r>
    </w:p>
    <w:p>
      <w:r>
        <w:rPr>
          <w:b/>
        </w:rPr>
        <w:t xml:space="preserve">[1:21:10] </w:t>
      </w:r>
      <w:r>
        <w:t>jab ulama ne jawab de chuke hain ek cheez ka to usko padhiye, usko jaan lijiye, usko pakad lijiye. agar aap ko kuchh is mein different lagta ho to usko chhod dijiye, difference ko avoid kijiye.</w:t>
      </w:r>
    </w:p>
    <w:p>
      <w:pPr>
        <w:jc w:val="right"/>
      </w:pPr>
      <w:r>
        <w:t>جب علماءنےجوابدےچکےہیںایکچیزکاتواسکوپڑھیے،اسکوجانلیجئے،اسکوپکڑلیجئے۔اگر آپکوکچھاسمیں ڈفرنٹلگتاہوتواسکوچھوڑدیجئے،ڈفرنسکو اوائڈکیجئے۔</w:t>
      </w:r>
    </w:p>
    <w:p>
      <w:r>
        <w:rPr>
          <w:b/>
        </w:rPr>
        <w:t xml:space="preserve">[1:21:20] </w:t>
      </w:r>
      <w:r>
        <w:t>to is par kafi tafseel ke sath ulama jawab de chuke hain, usko aap padhiye.</w:t>
      </w:r>
    </w:p>
    <w:p>
      <w:pPr>
        <w:jc w:val="right"/>
      </w:pPr>
      <w:r>
        <w:t>تو اسپر کافی تفصیل کےساتھ علم اء جوابدےچکےہیں، اسکوآپپڑھیے۔</w:t>
      </w:r>
    </w:p>
    <w:p>
      <w:r>
        <w:rPr>
          <w:b/>
        </w:rPr>
        <w:t xml:space="preserve">[1:21:26] </w:t>
      </w:r>
      <w:r>
        <w:t>internet pe bhi jawab maujood hai, yeh iska jawab internet pe maujood hai, usko pakad lijiye. aur log kuchh travel issues ko le kar ke phir usko revive karte rehte hain, unhein un sawalon ko. yeh sahi nahin hai, yeh maine dekha hai ke mamooli shakk nikalenge aur phir uss sawal ko phir shuru kar denge.</w:t>
      </w:r>
    </w:p>
    <w:p>
      <w:pPr>
        <w:jc w:val="right"/>
      </w:pPr>
      <w:r>
        <w:t>انٹرنیٹپہبھیجوابموجود ہے،یہ اسکاجوابانٹرنیٹپہموجود ہے، اسکوپکڑئیے۔ اور لوگ کچھٹریول ایشوزکولےکرکے پھراسکوریوائیوکرتےرہتےہیں، انہیں انانسوالاتکو ۔یہصحیحنہیںہے،یہ میںنےدیکھاہےکہ معمولی شک نکالیںگے اورپھراساسسوالکوپھرشروعکردیںگے۔</w:t>
      </w:r>
    </w:p>
    <w:p>
      <w:r>
        <w:rPr>
          <w:b/>
        </w:rPr>
        <w:t xml:space="preserve">[1:21:45] </w:t>
      </w:r>
      <w:r>
        <w:t>yeh galat tareeqa hai.</w:t>
      </w:r>
    </w:p>
    <w:p>
      <w:pPr>
        <w:jc w:val="right"/>
      </w:pPr>
      <w:r>
        <w:t>یہغلططریقہہے۔</w:t>
      </w:r>
    </w:p>
    <w:p>
      <w:r>
        <w:rPr>
          <w:b/>
        </w:rPr>
        <w:t xml:space="preserve">[1:21:47] </w:t>
      </w:r>
      <w:r>
        <w:t>bas bilkul jo ulama ne is maamle mein jo naqsha bana diya hai, usko pakad lijiye aur amal kijiye, aur internet se aap is poore naqshe ko download kar ke jaan sakte hain.</w:t>
      </w:r>
    </w:p>
    <w:p>
      <w:pPr>
        <w:jc w:val="right"/>
      </w:pPr>
      <w:r>
        <w:t>بس بالکل جو علماءنے اسمعاملےمیں جو نقشہبنادیاہے، اسکوپکڑی ے اور عملکیجئے،اورانٹرنیٹسےآپ اسپورےنقش ےکو ڈاؤنلوڈکرکےجانسکتےہیں۔</w:t>
      </w:r>
    </w:p>
    <w:p>
      <w:r>
        <w:rPr>
          <w:b/>
        </w:rPr>
        <w:t xml:space="preserve">[1:22:02] </w:t>
      </w:r>
      <w:r>
        <w:t>isko is question hai from Mr Abdul Basit from Doha. Maulana, the verses in Surah Yunus: "La khawfun alayhim wa la hum yahzanun".</w:t>
      </w:r>
    </w:p>
    <w:p>
      <w:pPr>
        <w:jc w:val="right"/>
      </w:pPr>
      <w:r>
        <w:t>دسکوئسچناز فر ام مسٹر عبدالب اسطفرامدوحہ۔ مولانا،دیرازاورڈز ان سورہیون س: "لا خوفعلی ہم ول ہم ی زنون"۔</w:t>
      </w:r>
    </w:p>
    <w:p>
      <w:r>
        <w:rPr>
          <w:b/>
        </w:rPr>
        <w:t xml:space="preserve">[1:22:15] </w:t>
      </w:r>
      <w:r>
        <w:t>do these words refer to the life hereafter or is it in any religious and worldly life too? Kindly explain.</w:t>
      </w:r>
    </w:p>
    <w:p>
      <w:pPr>
        <w:jc w:val="right"/>
      </w:pPr>
      <w:r>
        <w:t>ڈزدسورڈز ریفرٹودالائفاف ہیراف ٹر اور ڈزاٹہیزاینیریلیونس اندسورلڈٹو؟ کائنڈلی ایکسپلین۔</w:t>
      </w:r>
    </w:p>
    <w:p>
      <w:r>
        <w:rPr>
          <w:b/>
        </w:rPr>
        <w:t xml:space="preserve">[1:22:26] </w:t>
      </w:r>
      <w:r>
        <w:t>jo Quran mein to yeh lafz aaya hai akhirat ke bare mein, duniya mein to aisa ho nahin sakta ke bilkul khauf ho to na ho, kyunke Allah taala ne farmaya Quran Majeed mein ke "laqad khalqna al-insana fi kabd".</w:t>
      </w:r>
    </w:p>
    <w:p>
      <w:pPr>
        <w:jc w:val="right"/>
      </w:pPr>
      <w:r>
        <w:t>جو قرآنمیںتویہلفظآیاہے آخرتکےبارےمیں،دنیا میںتو ایساہونہیںسکتاکہبالکل خوفہو تونہہو ، کیونکہ اللہ تعالینےفرمایاقرآنمجیدمیں کہ "لقد خلق ناالانسان فیکبد"۔</w:t>
      </w:r>
    </w:p>
    <w:p>
      <w:r>
        <w:rPr>
          <w:b/>
        </w:rPr>
        <w:t xml:space="preserve">[1:22:39] </w:t>
      </w:r>
      <w:r>
        <w:t>yeh khud Quran mein hai ke insaan ko paida kiya gaya hai mushkilat mein</w:t>
      </w:r>
    </w:p>
    <w:p>
      <w:pPr>
        <w:jc w:val="right"/>
      </w:pPr>
      <w:r>
        <w:t>یہخودقرآنمیںہےکہانسان کو پیدا کیاگیاہےمشکلات میں</w:t>
      </w:r>
    </w:p>
    <w:p>
      <w:r>
        <w:rPr>
          <w:b/>
        </w:rPr>
        <w:t xml:space="preserve">[1:22:43] </w:t>
      </w:r>
      <w:r>
        <w:t>tum mushkilat to rahengi, masail to rahengi. yeh dunya mein aadmi ko bilkul zindagi mil jaye aisi jismein kuch bhi na ho, mushkil koi bhi problem na ho, to yeh to possible nahi hai.</w:t>
      </w:r>
    </w:p>
    <w:p>
      <w:pPr>
        <w:jc w:val="right"/>
      </w:pPr>
      <w:r>
        <w:t>، تومشکلاتتورہیںگی، مسائلتورہیںگے۔ یہدنیا میں آدمیکوبالکل زندگی ملجائےایسی جسمیںکچھبھینہہو،مشکلکوئیبھی پرابلمنہہو،تویہتو پاسیبلنہیںہے۔</w:t>
      </w:r>
    </w:p>
    <w:p>
      <w:r>
        <w:rPr>
          <w:b/>
        </w:rPr>
        <w:t xml:space="preserve">[1:22:57] </w:t>
      </w:r>
      <w:r>
        <w:t>is ayat ka talluq akhirat se hai ke ke wahan jo zindagi milegi to woh aisi zindagi hogi jahan koi bhi fear nahi, koi qism ka problem nahi, koi limitations nahi, koi disadvantages nahi.</w:t>
      </w:r>
    </w:p>
    <w:p>
      <w:pPr>
        <w:jc w:val="right"/>
      </w:pPr>
      <w:r>
        <w:t>اس آیتکاتعلق آخرتسےہےکہ کہ وہاںجو زندگی ملےگی تو وہ ایسیزندگی ہوگیجہاں کوئیبھی فیئرنہیں، کوئی قسم کا پرابلمنہیں، کوئیلیمیٹیشنزنہیں،کوئی ڈسایڈوانٹیجنہیں ۔</w:t>
      </w:r>
    </w:p>
    <w:p>
      <w:r>
        <w:rPr>
          <w:b/>
        </w:rPr>
        <w:t xml:space="preserve">[1:23:17] </w:t>
      </w:r>
      <w:r>
        <w:t>yeh sab wahan khatam ho jayega. to akhirat ke bare mein hai yeh ayat, yeh ayat is dunya ke bare mein nahi hai.</w:t>
      </w:r>
    </w:p>
    <w:p>
      <w:pPr>
        <w:jc w:val="right"/>
      </w:pPr>
      <w:r>
        <w:t>یہسب وہاںختمہوجائےگا۔ تو آخرتکےبارےمیں ہےیہ آیت، یہآیت اسدنیا کےبارےمیںنہیںہے۔</w:t>
      </w:r>
    </w:p>
    <w:p>
      <w:r>
        <w:rPr>
          <w:b/>
        </w:rPr>
        <w:t xml:space="preserve">[1:23:26] </w:t>
      </w:r>
      <w:r>
        <w:t>yeh sawal hai Mr. Mantejib Akbar from Chennai. In Al-Risala of June 2009, there was an article on Shaitan.</w:t>
      </w:r>
    </w:p>
    <w:p>
      <w:pPr>
        <w:jc w:val="right"/>
      </w:pPr>
      <w:r>
        <w:t>دسکوئسچناز فر ام مسٹرمنت جیباکبر فرامچنئی۔ ان الرسالہ اف جون 2 009 ،دیروازاینآرٹیکلان شی طان ۔</w:t>
      </w:r>
    </w:p>
    <w:p>
      <w:r>
        <w:rPr>
          <w:b/>
        </w:rPr>
        <w:t xml:space="preserve">[1:23:37] </w:t>
      </w:r>
      <w:r>
        <w:t>You had mentioned that Satan has powers to torment our mind, but I had heard from my friends incidents where there were physical experiences like someone pressing hard on chest etc.</w:t>
      </w:r>
    </w:p>
    <w:p>
      <w:pPr>
        <w:jc w:val="right"/>
      </w:pPr>
      <w:r>
        <w:t>یوہیڈمینشن دیٹ شیطان ہیڈ پ اورزٹووس پرانٹواورمائنڈ، بٹائیہیڈہرڈفراممائیفرینڈزانسیڈنٹس ویردیروارفزیکلایکسپیرینسز لائک سمون پریسنگہارڈان چیسٹ ایٹسٹر۔</w:t>
      </w:r>
    </w:p>
    <w:p>
      <w:r>
        <w:rPr>
          <w:b/>
        </w:rPr>
        <w:t xml:space="preserve">[1:23:52] </w:t>
      </w:r>
      <w:r>
        <w:t>Maulana, does Shaitan or Jinn has power to physically influence us also? Nahi, nahi, yeh bilkul galat hai, yeh sab waham hai.</w:t>
      </w:r>
    </w:p>
    <w:p>
      <w:pPr>
        <w:jc w:val="right"/>
      </w:pPr>
      <w:r>
        <w:t>مول انا،ڈزشیطان اور جن ہیز پاورٹوفزیکلی انفلوئنساسالس و ؟ نہیں،نہیں،یہبالکلغلطہے، یہسب وارمہے۔</w:t>
      </w:r>
    </w:p>
    <w:p>
      <w:r>
        <w:rPr>
          <w:b/>
        </w:rPr>
        <w:t xml:space="preserve">[1:24:03] </w:t>
      </w:r>
      <w:r>
        <w:t>Physical power Shaitan ko hamare upar nahi hai, aur Quran mein saaf saaf hai ke "la yusallat 'alayhim minas-sultan" yani koi power nahi hoga tumko insaan ke upar.</w:t>
      </w:r>
    </w:p>
    <w:p>
      <w:pPr>
        <w:jc w:val="right"/>
      </w:pPr>
      <w:r>
        <w:t>فزیکل پ اور شیطانکوہمارےاوپرنہیںہے، اورقرآنمیںصافصافہے کہ"لی س لکعلی ہممنسلطان"یعنیکوئیپاورنہیںہوگاتمکو انسان کےاوپر ۔</w:t>
      </w:r>
    </w:p>
    <w:p>
      <w:r>
        <w:rPr>
          <w:b/>
        </w:rPr>
        <w:t xml:space="preserve">[1:24:16] </w:t>
      </w:r>
      <w:r>
        <w:t>To Quran ko sirf waswasa kaha hai, jaise Quran mein farmaya ke "yusawwisu fi sudoor in-naas".</w:t>
      </w:r>
    </w:p>
    <w:p>
      <w:pPr>
        <w:jc w:val="right"/>
      </w:pPr>
      <w:r>
        <w:t>تو قرآنکوصرف وسوسہکہاہے، جیسےقرآنمیںفرمایاکہ"یوسوس فیصدور الناس"۔</w:t>
      </w:r>
    </w:p>
    <w:p>
      <w:r>
        <w:rPr>
          <w:b/>
        </w:rPr>
        <w:t xml:space="preserve">[1:24:22] </w:t>
      </w:r>
      <w:r>
        <w:t>To yaad rakhiye, Shaitan aur Jinn ek hi cheez hain, do cheezein nahi hain. Woh knowledge yani Shaitan jinn mein se tha, Shaitan ek jinn hai.</w:t>
      </w:r>
    </w:p>
    <w:p>
      <w:pPr>
        <w:jc w:val="right"/>
      </w:pPr>
      <w:r>
        <w:t>تویادرکھیے، شیطان اور جن ایکہیچیز ہیں، دوچیزیںنہیںہیں۔ و کانالج نیعنیشیطان جنوںمیںسے تھا، شیطان ایک جن ہے۔</w:t>
      </w:r>
    </w:p>
    <w:p>
      <w:r>
        <w:rPr>
          <w:b/>
        </w:rPr>
        <w:t xml:space="preserve">[1:24:34] </w:t>
      </w:r>
      <w:r>
        <w:t>To Shaitan ko sirf waswasa ka ikhtiyar diya hai Allah Ta'ala ne, baqi na tazeen karna.</w:t>
      </w:r>
    </w:p>
    <w:p>
      <w:pPr>
        <w:jc w:val="right"/>
      </w:pPr>
      <w:r>
        <w:t>تو شیطان کو صرف وس وسہ کا اختیاردیاہےاللہتعالینے، با کانہ تزینکرنا۔</w:t>
      </w:r>
    </w:p>
    <w:p>
      <w:r>
        <w:rPr>
          <w:b/>
        </w:rPr>
        <w:t xml:space="preserve">[1:24:44] </w:t>
      </w:r>
      <w:r>
        <w:t>Baqi yeh ke physically aur power karle aapko, woh uska usko ikhtiyar nahi diya gaya hai. Aur koi agar kahani batata hai to galat batata hai, woh main usko nahi manta.</w:t>
      </w:r>
    </w:p>
    <w:p>
      <w:pPr>
        <w:jc w:val="right"/>
      </w:pPr>
      <w:r>
        <w:t>باقییہکہ فزیکلیاوورپاورکرلےآپکو،وہ اسکا اسکواختیارنہیںدیاگیاہے۔ اورکوئیاگر کہانیبتاتاہےتوغلطبتاتاہے،وہ میںاسکونہیںمانتا۔</w:t>
      </w:r>
    </w:p>
    <w:p>
      <w:r>
        <w:rPr>
          <w:b/>
        </w:rPr>
        <w:t xml:space="preserve">[1:24:56] </w:t>
      </w:r>
      <w:r>
        <w:t>Yeh sawal hai Mr. Zuber from Delhi. Maulana, in one of the previous sessions you had said that there are no problems in eating Prasad,</w:t>
      </w:r>
    </w:p>
    <w:p>
      <w:pPr>
        <w:jc w:val="right"/>
      </w:pPr>
      <w:r>
        <w:t>دسکوئسچناز فر اممسٹرزبیرفرامدہلی۔ مولانا، انوناف دا پریویس سیشنیوہیڈسیڈ دیٹدیرازنوپرابلمان ایٹنگ ಪ್ರಸ اد،</w:t>
      </w:r>
    </w:p>
    <w:p>
      <w:r>
        <w:rPr>
          <w:b/>
        </w:rPr>
        <w:t xml:space="preserve">[1:25:07] </w:t>
      </w:r>
      <w:r>
        <w:t>but my elders say that Quran has mentioned that it is forbidden to eat anything in which any other name except Allah is mentioned.</w:t>
      </w:r>
    </w:p>
    <w:p>
      <w:pPr>
        <w:jc w:val="right"/>
      </w:pPr>
      <w:r>
        <w:t>بٹمائیایلڈرزسےدیٹقرآنہیزمینشن دیٹاٹاز فوربیڈنٹوایٹاینیتھنگ ان وچ اینی ادرنیم ایکسیپٹاللہ از مینشنڈ۔</w:t>
      </w:r>
    </w:p>
    <w:p>
      <w:r>
        <w:rPr>
          <w:b/>
        </w:rPr>
        <w:t xml:space="preserve">[1:25:17] </w:t>
      </w:r>
      <w:r>
        <w:t>Kindly clarify. Dekhein, woh ayat alag hai, aur yeh jo Surah Al-Anbiya mein hai, woh alag hai. Isko aap padhiye ayat ko theek tarike se, taake maloom ho jayega.</w:t>
      </w:r>
    </w:p>
    <w:p>
      <w:pPr>
        <w:jc w:val="right"/>
      </w:pPr>
      <w:r>
        <w:t>کائنڈلیکمنٹ۔ دیکھیں،وہآیتالگہے، اور یہجو سورۃالانبیاءمیںہے،وہالگہے۔ اسکوآپپڑھیےآیتکوٹھیکطریقےسے ،تاکہمعلومہوجائےگا۔</w:t>
      </w:r>
    </w:p>
    <w:p>
      <w:r>
        <w:rPr>
          <w:b/>
        </w:rPr>
        <w:t xml:space="preserve">[1:25:27] </w:t>
      </w:r>
      <w:r>
        <w:t>Aur bilkul yeh galat baat hai ke isko aap India mein jismein karein. India mein jo prasad diya jata hai, woh bilkul jaiz hai, aur woh jo cheez Quran mein jiska zikr hai, us ayat ko padhiye, aur uski</w:t>
      </w:r>
    </w:p>
    <w:p>
      <w:pPr>
        <w:jc w:val="right"/>
      </w:pPr>
      <w:r>
        <w:t>اوربالکلیہ غلطباتہےکہاسکوآپ انڈیامیںجسمہکریں۔ انڈیامیںجو پرشاددیاجاتاہے،وہبالکلجائزہے، اوروہجوچیز قرآنمیںجسکاذکرہے،اسآیتکوپڑھیے،اوراسکی</w:t>
      </w:r>
    </w:p>
    <w:p>
      <w:r>
        <w:rPr>
          <w:b/>
        </w:rPr>
        <w:t xml:space="preserve">[1:25:38] </w:t>
      </w:r>
      <w:r>
        <w:t>tashreeh, uski tafsir ko padhiye. Aap phir aap agli baar sawal kijiye ga, pehle padh lijiye usko. Farq hai India ke prasad mein aur us cheez mein jo Quran mein mazkur hai, bilkul doosri cheez hai. Woh aap agli baar padhkar ke uski tafsiron mein jaan lijiye ke wahan kya bataya gaya hai.</w:t>
      </w:r>
    </w:p>
    <w:p>
      <w:pPr>
        <w:jc w:val="right"/>
      </w:pPr>
      <w:r>
        <w:t>تشریح،اسکیتفسیرکوپڑھیے۔آپ پھرآپاگلیبارسوالکیجئےگا،پہلےپڑھلیجئےاسکو ۔ فرقہے انڈیاکے پرشادمیں اور اسچیزمیںجو قرآنمیںمذکورہے، بالکل دوسریچیزہے۔وہ آپ اگلیبار پڑھکرکےاسکوتفسیروںمیںجانلیجئےکہوہاںکیا بتایاگیاہے۔</w:t>
      </w:r>
    </w:p>
    <w:p>
      <w:r>
        <w:rPr>
          <w:b/>
        </w:rPr>
        <w:t xml:space="preserve">[1:25:56] </w:t>
      </w:r>
      <w:r>
        <w:t>Phir sawal kijiye, main inshallah uska jawab dunga. Yeh sawal hai from Mr. Idris from Delhi.</w:t>
      </w:r>
    </w:p>
    <w:p>
      <w:pPr>
        <w:jc w:val="right"/>
      </w:pPr>
      <w:r>
        <w:t>پھر سوالکیجئے،میںانشاءاللہاسکاجوابدوںگا۔ دسکوئسچناز فرام مسٹر ادریسفرامدہلی۔</w:t>
      </w:r>
    </w:p>
    <w:p>
      <w:r>
        <w:rPr>
          <w:b/>
        </w:rPr>
        <w:t xml:space="preserve">[1:26:05] </w:t>
      </w:r>
      <w:r>
        <w:t>Maulana, does Dajjal know that he is Dajjal? Is his activity a well-planned and intended to misguide others, or is it an unintended activity?</w:t>
      </w:r>
    </w:p>
    <w:p>
      <w:pPr>
        <w:jc w:val="right"/>
      </w:pPr>
      <w:r>
        <w:t>مولانا، ڈز دجال نو دیٹہیازادجال ؟ ازہزایکٹیویٹی ا ویلپلانڈ اینڈانٹینڈڈ ٹومس گائیڈادرز، اور ازاٹاینان وس نٹ ان انٹینڈڈایکٹیویٹی؟</w:t>
      </w:r>
    </w:p>
    <w:p>
      <w:r>
        <w:rPr>
          <w:b/>
        </w:rPr>
        <w:t xml:space="preserve">[1:26:19] </w:t>
      </w:r>
      <w:r>
        <w:t>This question is with reference to Galileo. Dekhein, Galileo ko maine Dajjal nahi kaha hai. Galileo to beginning tha is process ka,</w:t>
      </w:r>
    </w:p>
    <w:p>
      <w:pPr>
        <w:jc w:val="right"/>
      </w:pPr>
      <w:r>
        <w:t>دسکوئسچنازودریفرنسٹو گل یلیو۔ دیکھیں،گل یلیوکومیںنےدجالنہیںکہاہے۔ گلیلیوتوبگننگتھااسپروسیسکا ،</w:t>
      </w:r>
    </w:p>
    <w:p>
      <w:r>
        <w:rPr>
          <w:b/>
        </w:rPr>
        <w:t xml:space="preserve">[1:26:31] </w:t>
      </w:r>
      <w:r>
        <w:t>lekin baad ko aise log paida zaroor honge jo jaan boojhkar ke aapko mislead karenge. Lekin yeh zaroori nahi ke saare Dajjal wohi, woh jaan boojhkar karein, yeh aisa nahi hoga.</w:t>
      </w:r>
    </w:p>
    <w:p>
      <w:pPr>
        <w:jc w:val="right"/>
      </w:pPr>
      <w:r>
        <w:t>لیکن بعد کو ایسےلوگپیدا ضرورہوںگے جو جان بوجھکرکےآپکو مسلیڈکریںگے۔ لیکن یہضرورینہیںکہسارےدجاجلہجوہیں،وہ جانبوجھکے کریں، یہ ایسانہیںہوگا۔</w:t>
      </w:r>
    </w:p>
    <w:p>
      <w:r>
        <w:rPr>
          <w:b/>
        </w:rPr>
        <w:t xml:space="preserve">[1:26:45] </w:t>
      </w:r>
      <w:r>
        <w:t>Yeh ek process hai, ek phenomenon hai, ek historical phenomenon hai jismein Dajjal aazmayega. Main samajhta hoon ismein kuch log bahut hi zyada hoshiyar honge, jaan boojhkar behkayenge aap</w:t>
      </w:r>
    </w:p>
    <w:p>
      <w:pPr>
        <w:jc w:val="right"/>
      </w:pPr>
      <w:r>
        <w:t>یہایک پروسیسہے، ایک فیناومیناہے،ایک ہسٹوریکلفیناومیناہے جسمیں دجال ازمائےگا۔ میںسمجھتاہوں اسمیںکچھلوگبہتہیزیادہ ہوشیارہوںگے،جانبوجھکربہکائیںگےآپ</w:t>
      </w:r>
    </w:p>
    <w:p>
      <w:r>
        <w:rPr>
          <w:b/>
        </w:rPr>
        <w:t xml:space="preserve">[1:26:56] </w:t>
      </w:r>
      <w:r>
        <w:t>ko. Lekin main jo asbaat ko zor de raha hoon, wohi hai ke yeh historical process hai, ek historical phenomenon hai. Ismein kuch log paida honge, is dualism yani woh dualism ka jo period hai, is dualism ke mukhtalif aspects hain.</w:t>
      </w:r>
    </w:p>
    <w:p>
      <w:pPr>
        <w:jc w:val="right"/>
      </w:pPr>
      <w:r>
        <w:t>کو۔ لیکنمیںجواسباتکوزوردےرہاہوں،وہیہہے کہ یہہسٹوریکلپروسیسہے، ایکہسٹوریکلفیناومیناہے۔ اسمیںکچھلوگ پیدا ہوںگے، اس ڈولزم یعنی وہوہڈ ولزمکاجو پیریڈہے، اس ڈ ولزمکے مختلف ایسپیکٹہیں۔</w:t>
      </w:r>
    </w:p>
    <w:p>
      <w:r>
        <w:rPr>
          <w:b/>
        </w:rPr>
        <w:t xml:space="preserve">[1:27:13] </w:t>
      </w:r>
      <w:r>
        <w:t>Zindagi mein duality jo paida ki hai logon ne, unhi logon ne Dajjal ka aaghaz kiya.</w:t>
      </w:r>
    </w:p>
    <w:p>
      <w:pPr>
        <w:jc w:val="right"/>
      </w:pPr>
      <w:r>
        <w:t>زندگی میںڈولٹیجوپیدا کیہےلوگوںنے، انہیلوگوںنےدجالتکاآغاز کیا۔</w:t>
      </w:r>
    </w:p>
    <w:p>
      <w:r>
        <w:rPr>
          <w:b/>
        </w:rPr>
        <w:t xml:space="preserve">[1:27:20] </w:t>
      </w:r>
      <w:r>
        <w:t>Yaani yaani quality ko quality ko quality ko quantity se alag kar diya, value ko alag kar diya interest se.</w:t>
      </w:r>
    </w:p>
    <w:p>
      <w:pPr>
        <w:jc w:val="right"/>
      </w:pPr>
      <w:r>
        <w:t>یعنی یعنی کوالٹیکو کوالٹیکو کو کوانٹٹیسےالگکردیا، ویلیوکوالگکردیا انٹرسٹسے۔</w:t>
      </w:r>
    </w:p>
    <w:p>
      <w:r>
        <w:rPr>
          <w:b/>
        </w:rPr>
        <w:t xml:space="preserve">[1:27:32] </w:t>
      </w:r>
      <w:r>
        <w:t>Yeh aise saari kharabiyan paida huin. To woh badhte badhte badhte badhte woh Dajjal ban gaye, Dajjaliyat ban gayi hain. Woh</w:t>
      </w:r>
    </w:p>
    <w:p>
      <w:pPr>
        <w:jc w:val="right"/>
      </w:pPr>
      <w:r>
        <w:t>یہیسےساریخرابیاںپیدا ہوئیں۔ تووہ بڑھتےبڑھتےبڑھتےبڑھتے وہدجالبنگئے، دجالیتبنگئیہیں۔وہ</w:t>
      </w:r>
    </w:p>
    <w:p>
      <w:r>
        <w:rPr>
          <w:b/>
        </w:rPr>
        <w:t xml:space="preserve">[1:27:40] </w:t>
      </w:r>
      <w:r>
        <w:t>tu awas mein yeh yeh sawal jo hai ke intensely yani koi intention lay ga, koi ke baghair intention karay ga, yeh hamaaska faisla nahi kar saktay hain.</w:t>
      </w:r>
    </w:p>
    <w:p>
      <w:pPr>
        <w:jc w:val="right"/>
      </w:pPr>
      <w:r>
        <w:t>تواسمیںیہ یہ سوال جوہےکہ ان ٹینسولی یعنی کوئی انٹینشنلیکرےگا،کوئی کہ بغیرانٹینشنکرےگا،یہ ہماسکا فیصلہنہیںکرسکتےہیں۔</w:t>
      </w:r>
    </w:p>
    <w:p>
      <w:r>
        <w:rPr>
          <w:b/>
        </w:rPr>
        <w:t xml:space="preserve">[1:27:51] </w:t>
      </w:r>
      <w:r>
        <w:t>hum to sirf yeh dekhen gay ke iska kaam jo hai kya hai. mera jawab yeh nahi hai ke mein kisi ke intention par koi woh fatwa doon.</w:t>
      </w:r>
    </w:p>
    <w:p>
      <w:pPr>
        <w:jc w:val="right"/>
      </w:pPr>
      <w:r>
        <w:t>ہمتوصرفیہدیکھیںگےکہاسکاکامجوہےکیاہے۔ میرا جابیہنہیںہےکہمیںکسیکےانٹینشنپر کوئی وہ فت ویدوں۔</w:t>
      </w:r>
    </w:p>
    <w:p>
      <w:r>
        <w:rPr>
          <w:b/>
        </w:rPr>
        <w:t xml:space="preserve">[1:28:01] </w:t>
      </w:r>
      <w:r>
        <w:t>intention par fatwa dena isko mein ghlat samajhta hoon.</w:t>
      </w:r>
    </w:p>
    <w:p>
      <w:pPr>
        <w:jc w:val="right"/>
      </w:pPr>
      <w:r>
        <w:t>انٹینشن پرفتویدینااسکومیںغلطسمجھتاہوں۔</w:t>
      </w:r>
    </w:p>
    <w:p>
      <w:r>
        <w:rPr>
          <w:b/>
        </w:rPr>
        <w:t xml:space="preserve">[1:28:04] </w:t>
      </w:r>
      <w:r>
        <w:t>mein sirf yeh dekhta hoon ke iska kaam jo hai, jab mein quran par quran ke criteria par jaanchon to kaisan niklta hai. woh ke mera concern woh hai, criterion quran aur hadith hona chahiye, koi doosra nahi hona chahiye.</w:t>
      </w:r>
    </w:p>
    <w:p>
      <w:pPr>
        <w:jc w:val="right"/>
      </w:pPr>
      <w:r>
        <w:t>میں صرفیہدیکھتاہوںکہ اسکا کامجوہے، جب میں قرآنپر قرآنکےکرائٹیریاپرجانچوںتوکیسان کلتاہے۔وہ کہمیرا کنسرنجوہے، کرائٹیرین قرآناورحدیثہوناچاہیے، کوئیدوسرا نہیں ہوناچاہیے۔</w:t>
      </w:r>
    </w:p>
    <w:p>
      <w:r>
        <w:rPr>
          <w:b/>
        </w:rPr>
        <w:t xml:space="preserve">[1:28:18] </w:t>
      </w:r>
      <w:r>
        <w:t>intention par mein kabhi bhi nahi jaata, nahi nahi, na dajjal ke maamle mein, na kisi aur maamle mein. mujhe kisi ke intention se koi laina dena nahi hai, woh Allah ta'ala ko pata hai.</w:t>
      </w:r>
    </w:p>
    <w:p>
      <w:pPr>
        <w:jc w:val="right"/>
      </w:pPr>
      <w:r>
        <w:t>انٹینشنپر میںکبھیبھینہیںجاتا، نہیں نہیں ،نہ دجالکےمعاملےمیں،نہکسیاورمعاملےمیں۔مجھےکسیکےانٹینشنسےکوئیلینادینانہیںہے، وہاللہتعالیکوپتہہے۔</w:t>
      </w:r>
    </w:p>
    <w:p>
      <w:r>
        <w:rPr>
          <w:b/>
        </w:rPr>
        <w:t xml:space="preserve">[1:28:29] </w:t>
      </w:r>
      <w:r>
        <w:t>lekin iska jo kaam hai, agar woh criterion jo quran o hadith ka hai, us se poora nahi utarta hai to mein us se kahoon ga ke woh</w:t>
      </w:r>
    </w:p>
    <w:p>
      <w:pPr>
        <w:jc w:val="right"/>
      </w:pPr>
      <w:r>
        <w:t>لیکن اسکاجو کام ہے، اگر وہ کرائٹیرینجو قرآنوحدیثکاہے،اسسےپورانہیںاترتاہےتومیںاسسےکہوںگاکہ وہ</w:t>
      </w:r>
    </w:p>
    <w:p>
      <w:r>
        <w:rPr>
          <w:b/>
        </w:rPr>
        <w:t xml:space="preserve">[1:28:36] </w:t>
      </w:r>
      <w:r>
        <w:t>ghlat hai. woh iska intention jo hai, woh Allah ke hawale hai. This question is from Mr Khwaja Kaleemuddin from Pennsylvania.</w:t>
      </w:r>
    </w:p>
    <w:p>
      <w:pPr>
        <w:jc w:val="right"/>
      </w:pPr>
      <w:r>
        <w:t>غلطہے۔وہ اسکاانٹینشنجوہے،وہاللہ کےحوالےہے۔ دسکوئسچناز فرام مسٹرخواجہکلیم الدینفرامپینسلوینیا۔</w:t>
      </w:r>
    </w:p>
    <w:p>
      <w:r>
        <w:rPr>
          <w:b/>
        </w:rPr>
        <w:t xml:space="preserve">[1:28:47] </w:t>
      </w:r>
      <w:r>
        <w:t>Maulana sahib, there are hundreds of hadith about dajjal and dajjalit. Most of these describe the physical appearance of dajjal, and people take them literally and don't go their interpretations like the ones you have given just awhile ago.</w:t>
      </w:r>
    </w:p>
    <w:p>
      <w:pPr>
        <w:jc w:val="right"/>
      </w:pPr>
      <w:r>
        <w:t>مول اناصاحب،دیرار ہنڈرڈزاف حدیثاباؤٹ دجال اینڈدجالیت ۔ موسٹاف دیز ڈسکرائبدافزیکل اپیئرنساف دجال، اینڈپیپلٹیکدیملٹرلیاین ڈڈونٹگوان دیرانٹرپریٹیشنز لائکداونزیوہیوگیونجسٹاوائلایگو۔</w:t>
      </w:r>
    </w:p>
    <w:p>
      <w:r>
        <w:rPr>
          <w:b/>
        </w:rPr>
        <w:t xml:space="preserve">[1:29:05] </w:t>
      </w:r>
      <w:r>
        <w:t>Maulana sahib, my question to you is, when should we take the literal meaning of a hadith, and when should we take an interpretive meaning of it?</w:t>
      </w:r>
    </w:p>
    <w:p>
      <w:pPr>
        <w:jc w:val="right"/>
      </w:pPr>
      <w:r>
        <w:t>مول اناصاحب،مائیکوئسچنٹویواز، وینشوڈویٹیکدالٹرلمیننگافاحدیث ،اینڈوینشوڈویٹیکاینڈانٹرپریٹیو میننگافاٹ؟</w:t>
      </w:r>
    </w:p>
    <w:p>
      <w:r>
        <w:rPr>
          <w:b/>
        </w:rPr>
        <w:t xml:space="preserve">[1:29:14] </w:t>
      </w:r>
      <w:r>
        <w:t>kindly comment. Dekhein, iska koi hard aur fast usool nahi hai. Jab aap is mein deep pe jate hain, study karte hain, saari hadas ko kuch shanbeer karte hain, survey karte hain to aap samajh mein aata hai ke yahan par yani allegorically sense mein hai ke literally sense mein hai.</w:t>
      </w:r>
    </w:p>
    <w:p>
      <w:pPr>
        <w:jc w:val="right"/>
      </w:pPr>
      <w:r>
        <w:t>کائنڈلیکمنٹ۔ دیکھیں،اسکا کوئیہارڈاورفاسٹاصولنہیںہے۔ جبآپاسمیں ڈیپپہجاتےہیں، اسٹڈیکرتےہیں،ساریحداثکوکچھشانبیرکرتےہیں،سروےکرتے ہیں تو آپ سمجھمیںآتاہےکہیہاںپر یعنی ایلیگر یکلسینسمیںہے کہلٹرلسینسمیںہے۔</w:t>
      </w:r>
    </w:p>
    <w:p>
      <w:r>
        <w:rPr>
          <w:b/>
        </w:rPr>
        <w:t xml:space="preserve">[1:29:30] </w:t>
      </w:r>
      <w:r>
        <w:t>ye koi mushkil kaam nahi hai.</w:t>
      </w:r>
    </w:p>
    <w:p>
      <w:pPr>
        <w:jc w:val="right"/>
      </w:pPr>
      <w:r>
        <w:t>یہکوئیمشکلکامنہیں ہے۔</w:t>
      </w:r>
    </w:p>
    <w:p>
      <w:r>
        <w:rPr>
          <w:b/>
        </w:rPr>
        <w:t xml:space="preserve">[1:29:33] </w:t>
      </w:r>
      <w:r>
        <w:t>jaise misal ke taur par hadees mein aai ke "inn shiddat ul-har binfha jahannam" ke ke garmi ki shiddat hai, woh woh jahannam ki phoonk se hai.</w:t>
      </w:r>
    </w:p>
    <w:p>
      <w:pPr>
        <w:jc w:val="right"/>
      </w:pPr>
      <w:r>
        <w:t>جیسےمثالکےطورپرحدیثمیںآئیکہ" ان شدت الحر بنفہجہنم" کہ کہ گرمیکیشد تجوہے،وہ وہ جہنمکیپھونکسےہے۔</w:t>
      </w:r>
    </w:p>
    <w:p>
      <w:r>
        <w:rPr>
          <w:b/>
        </w:rPr>
        <w:t xml:space="preserve">[1:29:45] </w:t>
      </w:r>
      <w:r>
        <w:t>to ye agar aap sochein to bohat aasani se samajh lein ke yahan allegorically sense mein hai. ye yani khud jahannam phoonk maar rahi hai, aisa nahi hai. balke yaad dilaya aapne ke jab duniya ki garmi itni shadeed hai to jahannam ki garmi kabhi kabhi sakht hogi.</w:t>
      </w:r>
    </w:p>
    <w:p>
      <w:pPr>
        <w:jc w:val="right"/>
      </w:pPr>
      <w:r>
        <w:t>تویہ اگرآپسوچیںتو بہت آس انیسےسمجھلیںکہیہاں ایلیگریکلسینسمیںہے۔یہ یعنیخودجہنمپھونکمار تیہے، ایسانہیںہے۔ بلکہیاددلایاآپنے کہ جب دنیا کیگرمیاتنی شدیدہے تو جہنمکیگرمیکبھیکبھیسختہوگی۔</w:t>
      </w:r>
    </w:p>
    <w:p>
      <w:r>
        <w:rPr>
          <w:b/>
        </w:rPr>
        <w:t xml:space="preserve">[1:30:02] </w:t>
      </w:r>
      <w:r>
        <w:t>ye yahi isliye kaha gaya, ye kaha ke wahan par ye goya ke lafz chhupa hua hai. jaise aap kahein ke kisi aadami ke baare mein ke tum to sher ho, to iska matlab nahi ke woh sachmuch sher ki tarah, uska physically sher hai. woh ka matlab hai ke sher jaisa bahaadur hai.</w:t>
      </w:r>
    </w:p>
    <w:p>
      <w:pPr>
        <w:jc w:val="right"/>
      </w:pPr>
      <w:r>
        <w:t>یہ یہیہ اسلیےکہاگیا،یہکہاکہوہاںپر یہ گویاکہ لفظچھپاہواہے۔ جیسےآپکہیںکہ کسی آدمیکےبارےمیںکہ تمتوشیرہو ، تواسکامطلبنہیںکہوہسچمچشیرکیطرح ،اسکا فزیکلی شیرہے۔وہ کامطلبہےکہشیرجیسابہادر ہے۔</w:t>
      </w:r>
    </w:p>
    <w:p>
      <w:r>
        <w:rPr>
          <w:b/>
        </w:rPr>
        <w:t xml:space="preserve">[1:30:20] </w:t>
      </w:r>
      <w:r>
        <w:t>to ye ye ye jo usloob hai kehne ka, ye jo style hai kehne ka, ye to bohat aam hai. wahi hadees mein bhi hai, wahi insaani kalaam mein bhi hai.</w:t>
      </w:r>
    </w:p>
    <w:p>
      <w:pPr>
        <w:jc w:val="right"/>
      </w:pPr>
      <w:r>
        <w:t>تو یہ یہ یہجو اسلوبہے کہنےکا،یہجو اسٹائلہےکہنےکا،یہتوبہت عام ہے۔ وہیحدیثمیںبھیہے،وہیانسانیکلاممیںبھیہے۔</w:t>
      </w:r>
    </w:p>
    <w:p>
      <w:r>
        <w:rPr>
          <w:b/>
        </w:rPr>
        <w:t xml:space="preserve">[1:30:30] </w:t>
      </w:r>
      <w:r>
        <w:t>to agar aap is par ghaur karein ge to aap ko khud samajh mein aa jaye ga ke haan, kahan literal taur par woh baat kahi gayi hai, kahan woh symbolic sense mein ya allegorically sense mein baat kahi gayi hai.</w:t>
      </w:r>
    </w:p>
    <w:p>
      <w:pPr>
        <w:jc w:val="right"/>
      </w:pPr>
      <w:r>
        <w:t>تواگر آپاسپرغورکریںگےتوآپکوخودسمجھمیںآجائےگاکہہاں، کہاںلٹرلطورپر وہ باتکہیگئیہے، کہاںوہ سمبولکسینسمیںیا ایلیگریکلسینسمیںباتکہیگئیہے۔</w:t>
      </w:r>
    </w:p>
    <w:p>
      <w:r>
        <w:rPr>
          <w:b/>
        </w:rPr>
        <w:t xml:space="preserve">[1:30:45] </w:t>
      </w:r>
      <w:r>
        <w:t>This question is from Master Nafees Shiraz from Delhi. Aik chhoti jaat baradari ke ladke ki taraf se aik oonchi jaat ki ladki ko shaadi ka paighaam bheja jaata hai.</w:t>
      </w:r>
    </w:p>
    <w:p>
      <w:pPr>
        <w:jc w:val="right"/>
      </w:pPr>
      <w:r>
        <w:t>دسکوئسچناز فر اممسٹرنفیس شیراز فرامدہلی۔ ایکچھوٹی جات بر ادری کے لڑکےکیطرف سے ایک اونچی جات کیلڑکیکو شادیکاپیغام بھیجاجاتا ہے۔</w:t>
      </w:r>
    </w:p>
    <w:p>
      <w:r>
        <w:rPr>
          <w:b/>
        </w:rPr>
        <w:t xml:space="preserve">[1:30:58] </w:t>
      </w:r>
      <w:r>
        <w:t>ladke mein sab khoobiyan maujood hain, lekin oonchi zaat wali ladki yeh keh kar shaadi karne se inkar kar deti hai ke ladka chhoti zaat ka hai.</w:t>
      </w:r>
    </w:p>
    <w:p>
      <w:pPr>
        <w:jc w:val="right"/>
      </w:pPr>
      <w:r>
        <w:t>لڑکےمیں سب خوب یاں موجود ہیں ، لیکن اونچی جات والی لڑکی یہکہہکر شادیکرنے سے انکار کردیتیہے کہلڑکا چھوٹیجات کاہے۔</w:t>
      </w:r>
    </w:p>
    <w:p>
      <w:r>
        <w:rPr>
          <w:b/>
        </w:rPr>
        <w:t xml:space="preserve">[1:31:10] </w:t>
      </w:r>
      <w:r>
        <w:t>kya ladki ka yeh amal islami shariyat ke mutabiq sahi tha ya ghlat? dekhen, fiqh hanfi mein kufu ko bohat ahmiyat di gayi hai.</w:t>
      </w:r>
    </w:p>
    <w:p>
      <w:pPr>
        <w:jc w:val="right"/>
      </w:pPr>
      <w:r>
        <w:t>کیا لڑکی کا یہ عمل اسلامی شریعتکے مطابق صحیحتھا یاغلط ؟ دیکھیں،فقہحنفیمیں کفکوبہت اہمیتدیگئیہے۔</w:t>
      </w:r>
    </w:p>
    <w:p>
      <w:r>
        <w:rPr>
          <w:b/>
        </w:rPr>
        <w:t xml:space="preserve">[1:31:21] </w:t>
      </w:r>
      <w:r>
        <w:t>kufu akfat yani barabari, parity.</w:t>
      </w:r>
    </w:p>
    <w:p>
      <w:pPr>
        <w:jc w:val="right"/>
      </w:pPr>
      <w:r>
        <w:t>کفیاکفات یعنی بر ابری،پیرٹی۔</w:t>
      </w:r>
    </w:p>
    <w:p>
      <w:r>
        <w:rPr>
          <w:b/>
        </w:rPr>
        <w:t xml:space="preserve">[1:31:27] </w:t>
      </w:r>
      <w:r>
        <w:t>to yeh shariyat ka masla nahi hai, yeh nikaah ka masla hai. mein isko sahi samajhta hoon, isko kufu ke masle ko mein sahi samajhta hoon, lekin ishara hi nahi samajhta.</w:t>
      </w:r>
    </w:p>
    <w:p>
      <w:pPr>
        <w:jc w:val="right"/>
      </w:pPr>
      <w:r>
        <w:t>تویہ شریعتکامسئلہنہیںہے، یہ نباحکامسئلہہے۔ میںاسکوصحیحسمجھتاہوں،اسکو کفکےمسئلےکومیںصحیحسمجھتاہوں،لیکن اشارہہینہیںسمجھتا ۔</w:t>
      </w:r>
    </w:p>
    <w:p>
      <w:r>
        <w:rPr>
          <w:b/>
        </w:rPr>
        <w:t xml:space="preserve">[1:31:37] </w:t>
      </w:r>
      <w:r>
        <w:t>yani kufu mein shaadi, barabari mein shaadi, yeh itna zyada aham maana gaya hai fiqh hanfi mein ke wahan separation bhi ho sakta hai agar ghlat shaadi ho jaye to.</w:t>
      </w:r>
    </w:p>
    <w:p>
      <w:pPr>
        <w:jc w:val="right"/>
      </w:pPr>
      <w:r>
        <w:t>یعنیکفمیںشادی، برابریمیںشادی ،یہ اتنازیادہ اہم ماناگیاہے فقہحنفیمیں کہوہاںسیپریشنبھیہوسکتاہےاگرغلطشادیہوجائےتو۔</w:t>
      </w:r>
    </w:p>
    <w:p>
      <w:r>
        <w:rPr>
          <w:b/>
        </w:rPr>
        <w:t xml:space="preserve">[1:31:49] </w:t>
      </w:r>
      <w:r>
        <w:t>to mein fiqh ke fiqh hanfi ke yeh masle ko maanta hoon, lekin shari maani mein nahi maanta hoon</w:t>
      </w:r>
    </w:p>
    <w:p>
      <w:pPr>
        <w:jc w:val="right"/>
      </w:pPr>
      <w:r>
        <w:t>تو میں فقہکے فقہحنفیکےیہمسئلےکومانتاہوں،لیکنشرعیمعنیمیںنہیںمانتاہوں</w:t>
      </w:r>
    </w:p>
    <w:p>
      <w:r>
        <w:rPr>
          <w:b/>
        </w:rPr>
        <w:t xml:space="preserve">[1:31:55] </w:t>
      </w:r>
      <w:r>
        <w:t>. mein samajhta hoon ke shaadi jo hai, woh har shaadi jo hai, mein love marriage ko nahi maanta. mein har marriage ko mein convenient marriage samajhta hoon. convenient marriage, love marriage, nothing.</w:t>
      </w:r>
    </w:p>
    <w:p>
      <w:pPr>
        <w:jc w:val="right"/>
      </w:pPr>
      <w:r>
        <w:t>۔ میں سمجھتاہوںکہ شادیجوہے، وہ ہرشادی جوہے،میں لو میرجکونہیںمانتا۔ میں ہرمیرجکومیں کنوینینٹمیرجسمجھتاہوں۔کنوینینٹمی رج، لو می رج، نتھنگ۔</w:t>
      </w:r>
    </w:p>
    <w:p>
      <w:r>
        <w:rPr>
          <w:b/>
        </w:rPr>
        <w:t xml:space="preserve">[1:32:09] </w:t>
      </w:r>
      <w:r>
        <w:t>love love marriage is nothing. sari shaadiyan jo hain, convenient marriage hoti hain. to is liye adjustment aur nikaah ka asal masla hai.</w:t>
      </w:r>
    </w:p>
    <w:p>
      <w:pPr>
        <w:jc w:val="right"/>
      </w:pPr>
      <w:r>
        <w:t>لو لومی رجازنتھنگ۔ ساریشادیاںجوہیں،کنوینینٹمیرجہوتیہیں۔ تو اسلیے ایڈجسٹمنٹاورنباحکااصلمسئلہہے۔</w:t>
      </w:r>
    </w:p>
    <w:p>
      <w:r>
        <w:rPr>
          <w:b/>
        </w:rPr>
        <w:t xml:space="preserve">[1:32:18] </w:t>
      </w:r>
      <w:r>
        <w:t>mein samajhta hoon ke yeh jo farq hota hai, cultural differences, woh woh kabhi nikaah nikaah ho nahi paata hai.</w:t>
      </w:r>
    </w:p>
    <w:p>
      <w:pPr>
        <w:jc w:val="right"/>
      </w:pPr>
      <w:r>
        <w:t>میںسمجھتاہوںکہیہجو فرقہوتاہے، کلچرلڈیفرنسز، وہ وہکبھینکاح نباحہونہیںپاتاہے۔</w:t>
      </w:r>
    </w:p>
    <w:p>
      <w:r>
        <w:rPr>
          <w:b/>
        </w:rPr>
        <w:t xml:space="preserve">[1:32:25] </w:t>
      </w:r>
      <w:r>
        <w:t>cultural differences hain, aur shaadi kar dein aap jo shadi to phir jhagda hota hai, woh chalti nahi hai. woh to cultural parity mere saath bohat zaroori hai.</w:t>
      </w:r>
    </w:p>
    <w:p>
      <w:pPr>
        <w:jc w:val="right"/>
      </w:pPr>
      <w:r>
        <w:t>کلچرلڈیفرنسزہیں،اورشادیکردیںآپ جو شمیں توپھر جھگڑاہوتاہے، وہچلتینہیںہے۔وہ تو کلچرل پیرٹیمیرےساتھ بہتضروریہے۔</w:t>
      </w:r>
    </w:p>
    <w:p>
      <w:r>
        <w:rPr>
          <w:b/>
        </w:rPr>
        <w:t xml:space="preserve">[1:32:36] </w:t>
      </w:r>
      <w:r>
        <w:t>kufu ke masle ko mein cultural parity ke sense mein leta hoon, shari shari sense mein nahi. to mein samajhta hoon ke woh jo ladke ne kaha to woh yani sahi, mein mein mein isko sahi maanoon ga, kyunke is cultural difference ke saath agar shaadi hoti to woh chalti nahi, nikaah na hota,</w:t>
      </w:r>
    </w:p>
    <w:p>
      <w:pPr>
        <w:jc w:val="right"/>
      </w:pPr>
      <w:r>
        <w:t>کفکےمسئلےکومیں کلچرلپیرٹیکےسینسمیںلیتاہوں، شرعی شرعیسینسمیںنہیں۔ تومیںسمجھتاہوںکہوہ جو لڑکےنےکہا تووہ یعنیصحیح، میں میں میںاسکوصحیحمانوںگا،کیونکہ اس کلچرلڈیفرنسکےساتھاگرشادیہوتی تو وہچلتینہیں،نباحنہہوتا،</w:t>
      </w:r>
    </w:p>
    <w:p>
      <w:r>
        <w:rPr>
          <w:b/>
        </w:rPr>
        <w:t xml:space="preserve">[1:32:55] </w:t>
      </w:r>
      <w:r>
        <w:t>separation ho jaata, jhagda hota, waghera waghera. to shari masla har giz nahi hai yeh, lekin yeh nikaah ka masla hai. agar nikaah ho sake to theek hoga.</w:t>
      </w:r>
    </w:p>
    <w:p>
      <w:pPr>
        <w:jc w:val="right"/>
      </w:pPr>
      <w:r>
        <w:t>سیپریشنہوجاتا،جھگڑاہوتا، وغیرہوغیرہ۔ تو شرعیمسئلہ ہرگزنہیںہےیہ ،لیکن یہ نباحکامسئلہہے۔ اگر نباحہوسکے توٹھیکہوگا۔</w:t>
      </w:r>
    </w:p>
    <w:p>
      <w:r>
        <w:rPr>
          <w:b/>
        </w:rPr>
        <w:t xml:space="preserve">[1:33:05] </w:t>
      </w:r>
      <w:r>
        <w:t>agar ladka aur ladki jo hain, itne itne zyada samajhdar hon, itne zyada baashaoor hon ke cultural cultural disparity ke bawajood woh khud mil jul kar rahen to theek hai, shaadi karein. woh</w:t>
      </w:r>
    </w:p>
    <w:p>
      <w:pPr>
        <w:jc w:val="right"/>
      </w:pPr>
      <w:r>
        <w:t>اگر لڑکااورلڑکیجوہے، اتنے اتنےزیادہ سمجھدار ہوں،اتنےزیادہ باش عورہوں کہ کل چرل کلچرل ڈسپیرٹیکےباوجود وہ خود ملجلکررہیںتوٹھیکہے، شادیکرلیں۔وہ</w:t>
      </w:r>
    </w:p>
    <w:p>
      <w:r>
        <w:rPr>
          <w:b/>
        </w:rPr>
        <w:t xml:space="preserve">[1:33:22] </w:t>
      </w:r>
      <w:r>
        <w:t>This question is from Dr Farida Khan from Delhi. Maulana, what is the difference between unity and solidarity?</w:t>
      </w:r>
    </w:p>
    <w:p>
      <w:pPr>
        <w:jc w:val="right"/>
      </w:pPr>
      <w:r>
        <w:t>دسکوئسچن از فرام ڈاکٹرفریدہخانم فر امدہلی۔ مولانا،واٹازدا ڈیفرنس بٹوین یون ٹی اینڈ سولیڈیر ٹی؟</w:t>
      </w:r>
    </w:p>
    <w:p>
      <w:r>
        <w:rPr>
          <w:b/>
        </w:rPr>
        <w:t xml:space="preserve">[1:33:34] </w:t>
      </w:r>
      <w:r>
        <w:t>Kindly give your comments.</w:t>
      </w:r>
    </w:p>
    <w:p>
      <w:pPr>
        <w:jc w:val="right"/>
      </w:pPr>
      <w:r>
        <w:t>کائنڈلیگیویورکمنٹس۔</w:t>
      </w:r>
    </w:p>
    <w:p>
      <w:r>
        <w:rPr>
          <w:b/>
        </w:rPr>
        <w:t xml:space="preserve">[1:33:39] </w:t>
      </w:r>
      <w:r>
        <w:t>achha,</w:t>
      </w:r>
    </w:p>
    <w:p>
      <w:pPr>
        <w:jc w:val="right"/>
      </w:pPr>
      <w:r>
        <w:t>اچھا،</w:t>
      </w:r>
    </w:p>
    <w:p>
      <w:r>
        <w:rPr>
          <w:b/>
        </w:rPr>
        <w:t xml:space="preserve">[1:33:44] </w:t>
      </w:r>
      <w:r>
        <w:t>mein samajhta hoon ke yun hi saada lafz hai aur solidarity zyada gambheer lafz hai.</w:t>
      </w:r>
    </w:p>
    <w:p>
      <w:pPr>
        <w:jc w:val="right"/>
      </w:pPr>
      <w:r>
        <w:t>میںسمجھتاہوںکہیون ٹی سادہلفظہے اور سولیڈیرٹیزیادہ گمبھیرلفظہے۔</w:t>
      </w:r>
    </w:p>
    <w:p>
      <w:r>
        <w:rPr>
          <w:b/>
        </w:rPr>
        <w:t xml:space="preserve">[1:33:52] </w:t>
      </w:r>
      <w:r>
        <w:t>yani solidarity ka matlab hota hai completion unity. unity to aik saada lafz hai, ittefaq, ittehad. lekin jab aap solidarity bolte hain to isko arabi mein kehte hain al-tadamun.</w:t>
      </w:r>
    </w:p>
    <w:p>
      <w:pPr>
        <w:jc w:val="right"/>
      </w:pPr>
      <w:r>
        <w:t>یعنیسولیڈیرٹیکامطلبہوتاہے کمپلیٹیون ٹی۔ یون ٹیتوایکسادہلفظہے، اتفاق ،اتحاد ۔لیکن جب آپ سولیڈیرٹیبولتےہیںتواسکو عربیمیںکہتےہیں التضامن ۔</w:t>
      </w:r>
    </w:p>
    <w:p>
      <w:r>
        <w:rPr>
          <w:b/>
        </w:rPr>
        <w:t xml:space="preserve">[1:34:05] </w:t>
      </w:r>
      <w:r>
        <w:t>bohat zyada ittehad, har pehlu se bilkul mil jana, har pehlu se aik ho jana.</w:t>
      </w:r>
    </w:p>
    <w:p>
      <w:pPr>
        <w:jc w:val="right"/>
      </w:pPr>
      <w:r>
        <w:t>بہت زیادہ ات حاد ، ہر پہلوسےبالکل ملجان ا، ہرپہلوسے ایکہوجانا۔</w:t>
      </w:r>
    </w:p>
    <w:p>
      <w:r>
        <w:rPr>
          <w:b/>
        </w:rPr>
        <w:t xml:space="preserve">[1:34:13] </w:t>
      </w:r>
      <w:r>
        <w:t>to aik lafz mein kahunga keh unity jo hai, saada unity ka naam hai, aur solidarity jo hai, woh completion unity ka naam hai, jahan tak mein samajhta hoon.</w:t>
      </w:r>
    </w:p>
    <w:p>
      <w:pPr>
        <w:jc w:val="right"/>
      </w:pPr>
      <w:r>
        <w:t>تو ایک لفظمیں کہوںگاکہ کہ یون ٹیجوہے، سادہیون ٹیکانامہے، اور سولیڈیرٹیجوہے،وہ کمپلیٹیون ٹیکانامہے، جہاںتک میںسمجھتاہوں۔</w:t>
      </w:r>
    </w:p>
    <w:p>
      <w:r>
        <w:rPr>
          <w:b/>
        </w:rPr>
        <w:t xml:space="preserve">[1:34:28] </w:t>
      </w:r>
      <w:r>
        <w:t>discussion from Mr. Muntajib Akbar from Chennai.</w:t>
      </w:r>
    </w:p>
    <w:p>
      <w:pPr>
        <w:jc w:val="right"/>
      </w:pPr>
      <w:r>
        <w:t>دسکوئسچناز فرام مسٹرمنت جیباکبرفرامچنئی۔</w:t>
      </w:r>
    </w:p>
    <w:p>
      <w:r>
        <w:rPr>
          <w:b/>
        </w:rPr>
        <w:t xml:space="preserve">[1:34:34] </w:t>
      </w:r>
      <w:r>
        <w:t>in the time of caliph Abu Bakr Siddique, it is said that some Muslims refuse to pay zakat, to which he said that they have fought them. Maulana, was that just to motivate them to pay zakat? What is your comment and?</w:t>
      </w:r>
    </w:p>
    <w:p>
      <w:pPr>
        <w:jc w:val="right"/>
      </w:pPr>
      <w:r>
        <w:t>اندیٹائماف کیلف اب وبکر صدی قی ،اٹاز سیڈدیٹ سم مسلمزریفیوزٹوپےزکوۃ، ٹووچ ہی سیڈ دیٹہیویلفائٹدیم ۔مولانا،وازدسجسٹٹوموٹیویٹدیمٹوپےزکوۃ ؟واٹازیور کمنٹاندس؟</w:t>
      </w:r>
    </w:p>
    <w:p>
      <w:r>
        <w:rPr>
          <w:b/>
        </w:rPr>
        <w:t xml:space="preserve">[1:34:55] </w:t>
      </w:r>
      <w:r>
        <w:t>bhai, zakat is waqay se koi talluq nahi. zakat aik ibadat hai, yeh namaz aik ibadat hai.</w:t>
      </w:r>
    </w:p>
    <w:p>
      <w:pPr>
        <w:jc w:val="right"/>
      </w:pPr>
      <w:r>
        <w:t>بھئی،زکوۃ اسواقع ےسےکوئیتعلقنہیں۔زکوۃایکعبادتہے، یہ نمازایکعبادتہے۔</w:t>
      </w:r>
    </w:p>
    <w:p>
      <w:r>
        <w:rPr>
          <w:b/>
        </w:rPr>
        <w:t xml:space="preserve">[1:35:04] </w:t>
      </w:r>
      <w:r>
        <w:t>Quran mein baar baar salaat aur zakat aik saath aaye hain.</w:t>
      </w:r>
    </w:p>
    <w:p>
      <w:pPr>
        <w:jc w:val="right"/>
      </w:pPr>
      <w:r>
        <w:t>قرآنمیںباربار صلاۃاورزکوۃایکساتھآئےہیں۔</w:t>
      </w:r>
    </w:p>
    <w:p>
      <w:r>
        <w:rPr>
          <w:b/>
        </w:rPr>
        <w:t xml:space="preserve">[1:35:09] </w:t>
      </w:r>
      <w:r>
        <w:t>to jisko Allah ki ibadat guzar banna hai, woh woh isko karna padega. isko woh Hazrat Umar ka Hazrat Abu Bakr ka waqia aik alag waqia hai. woh to sach much baghawat ka waqia tha.</w:t>
      </w:r>
    </w:p>
    <w:p>
      <w:pPr>
        <w:jc w:val="right"/>
      </w:pPr>
      <w:r>
        <w:t>تو جسکو اللہ کیعبادتگزاربنناہے،وہ وہ اسکوکرناپڑےگا۔اسکو وہ حضرتعمر کاحض رتابوبکرکاواقعہایکالگواقع ہہے۔ وہتو سچمچ بغاوتکاواقع ہتھا۔</w:t>
      </w:r>
    </w:p>
    <w:p>
      <w:r>
        <w:rPr>
          <w:b/>
        </w:rPr>
        <w:t xml:space="preserve">[1:35:21] </w:t>
      </w:r>
      <w:r>
        <w:t>woh jo riddah kaha jata hai, riddah riddah nahi tha, woh baghawat thi. woh</w:t>
      </w:r>
    </w:p>
    <w:p>
      <w:pPr>
        <w:jc w:val="right"/>
      </w:pPr>
      <w:r>
        <w:t>وہجو ردہکہاجاتاہے،ردہ ردہنہیںتھا،وہبغاوتتھی۔وہ</w:t>
      </w:r>
    </w:p>
    <w:p>
      <w:r>
        <w:rPr>
          <w:b/>
        </w:rPr>
        <w:t xml:space="preserve">[1:35:26] </w:t>
      </w:r>
      <w:r>
        <w:t>to baghiyon ke khilaf Hazrat Umar ne Hazrat Abu Bakr ne jihad kiya tha. to woh aik alag cheez hai.</w:t>
      </w:r>
    </w:p>
    <w:p>
      <w:pPr>
        <w:jc w:val="right"/>
      </w:pPr>
      <w:r>
        <w:t>تو باغیوںکےخلاف حضرتعمر نےحضرتابوبکرنے جہادکیاتھا۔ تو وہایکالگچیزہے۔</w:t>
      </w:r>
    </w:p>
    <w:p>
      <w:r>
        <w:rPr>
          <w:b/>
        </w:rPr>
        <w:t xml:space="preserve">[1:35:36] </w:t>
      </w:r>
      <w:r>
        <w:t>woh irtidad ya riddah nahi tha, woh woh baghawat thi. yani state se baghawat, state se baghawat. lekin lekin zakat to aik aik aam aik aam farz hai, jis tarah keh namaz farz hai.</w:t>
      </w:r>
    </w:p>
    <w:p>
      <w:pPr>
        <w:jc w:val="right"/>
      </w:pPr>
      <w:r>
        <w:t>وہ ارت داد یا ردہنہیںتھا،وہ وہ بغاوتتھی۔یعنی اسٹیٹسےبغاوت، اسٹیٹسےبغاوت۔ لیکن لیکن زکوۃتوایک ایک عام ایک عام فرضہے،جسطرحکہ نمازفرضہے۔</w:t>
      </w:r>
    </w:p>
    <w:p>
      <w:r>
        <w:rPr>
          <w:b/>
        </w:rPr>
        <w:t xml:space="preserve">[1:35:51] </w:t>
      </w:r>
      <w:r>
        <w:t>har aadmi ko karna hai karna hai.</w:t>
      </w:r>
    </w:p>
    <w:p>
      <w:pPr>
        <w:jc w:val="right"/>
      </w:pPr>
      <w:r>
        <w:t>ہرآدمیکو کرناہیکرناہے۔</w:t>
      </w:r>
    </w:p>
    <w:p>
      <w:r>
        <w:rPr>
          <w:b/>
        </w:rPr>
        <w:t xml:space="preserve">[1:35:54] </w:t>
      </w:r>
      <w:r>
        <w:t>aap jaante hain keh paanch cheezon par Islam ki buniyaad batayi gayi hai. paanch yani Islam ke satoon hain: paanch imaan aur namaz aur roza aur zakat aur hajj.</w:t>
      </w:r>
    </w:p>
    <w:p>
      <w:pPr>
        <w:jc w:val="right"/>
      </w:pPr>
      <w:r>
        <w:t>آپجانتےہیںکہ پانچچیزوںپر اسلام کیبنی ادبتائیگئیہے۔ پانچ یعنیاسلام کےستونہیں:پانچ ایمان اور نماز اور روز ہ اور زکوۃاور حج ۔</w:t>
      </w:r>
    </w:p>
    <w:p>
      <w:r>
        <w:rPr>
          <w:b/>
        </w:rPr>
        <w:t xml:space="preserve">[1:36:11] </w:t>
      </w:r>
      <w:r>
        <w:t>yeh paanch cheezen to Islam ke satoon hain, Islam ke faraiz hain. to isko is se mein ne nahi milaya hai, to Abu Bakr ke is iqdam se nahi milaiye.</w:t>
      </w:r>
    </w:p>
    <w:p>
      <w:pPr>
        <w:jc w:val="right"/>
      </w:pPr>
      <w:r>
        <w:t>یہپانچچیزیںتواسلامکےستونہیں، اسلام کےفرائضہیں۔ تواسکواسسےمیںنے نہملائیہے،توبکرکے اساقدامسےنہملائیے۔</w:t>
      </w:r>
    </w:p>
    <w:p>
      <w:r>
        <w:rPr>
          <w:b/>
        </w:rPr>
        <w:t xml:space="preserve">[1:36:20] </w:t>
      </w:r>
      <w:r>
        <w:t>alag se samjhiye keh paanch Islam ke satoon hain, paanch faraiz hain.</w:t>
      </w:r>
    </w:p>
    <w:p>
      <w:pPr>
        <w:jc w:val="right"/>
      </w:pPr>
      <w:r>
        <w:t>الگسےسمجھیےکہپان چ اسلام کےستونہیں،پانچفرائضہیں۔</w:t>
      </w:r>
    </w:p>
    <w:p>
      <w:r>
        <w:rPr>
          <w:b/>
        </w:rPr>
        <w:t xml:space="preserve">[1:36:24] </w:t>
      </w:r>
      <w:r>
        <w:t>isko ada karne se aik musalman musalman banta hai.</w:t>
      </w:r>
    </w:p>
    <w:p>
      <w:pPr>
        <w:jc w:val="right"/>
      </w:pPr>
      <w:r>
        <w:t>اسکواداکرنےسےایک مسمانمسمانبنتاہے۔</w:t>
      </w:r>
    </w:p>
    <w:p>
      <w:r>
        <w:rPr>
          <w:b/>
        </w:rPr>
        <w:t xml:space="preserve">[1:36:30] </w:t>
      </w:r>
      <w:r>
        <w:t>to iski tafseel aapko jaanna ho to aap bohat si kitabein hain, is par aap parh sakte hain. isko discussion from Mr. Khalid Ansari from Delhi.</w:t>
      </w:r>
    </w:p>
    <w:p>
      <w:pPr>
        <w:jc w:val="right"/>
      </w:pPr>
      <w:r>
        <w:t>تو اسکی تفصیل آپکوجانناہوتوآپ بہت سیکتاب یںہیں،اسپرآپپڑھسکتےہیں۔اسکو دسکوئسچناز فرام مسٹرخالدانصاریفرامدہلی۔</w:t>
      </w:r>
    </w:p>
    <w:p>
      <w:r>
        <w:rPr>
          <w:b/>
        </w:rPr>
        <w:t xml:space="preserve">[1:36:42] </w:t>
      </w:r>
      <w:r>
        <w:t>current Muslim leaders and also the ones of the recent past have given political interpretation which seems to be a dajjali act.</w:t>
      </w:r>
    </w:p>
    <w:p>
      <w:pPr>
        <w:jc w:val="right"/>
      </w:pPr>
      <w:r>
        <w:t>کرنٹمسلم لیڈرز اینڈالس ودا ونزانداریسنٹ پاسٹ ہیوگیون پولیٹیکل انٹرپریٹیشن وچسیمزٹوبی ا دجالی ایکٹ۔</w:t>
      </w:r>
    </w:p>
    <w:p>
      <w:r>
        <w:rPr>
          <w:b/>
        </w:rPr>
        <w:t xml:space="preserve">[1:36:53] </w:t>
      </w:r>
      <w:r>
        <w:t>do you think according to Islam they will be held responsible? how about people like Abul A'la Maududi, Syed Qutb, Ahmed Deedat, etcetera, who throughout their life propagated nothing but superiority of Islam and political domination?</w:t>
      </w:r>
    </w:p>
    <w:p>
      <w:pPr>
        <w:jc w:val="right"/>
      </w:pPr>
      <w:r>
        <w:t>ڈویوتھنک اکارڈنگٹواسلام دےویلالسوبیہیلڈریسپانسبل ؟ہاؤاباؤٹپیپللائک ابواعلیمودودی، سید کتب ،احمد دیداد،ایٹسٹرہ، ہوتھروآؤٹدیرلائف پروپیگیٹڈنتھنگ بٹ سپیریور ٹیاف اسلام اینڈپولیٹیکلڈومینیشن؟</w:t>
      </w:r>
    </w:p>
    <w:p>
      <w:r>
        <w:rPr>
          <w:b/>
        </w:rPr>
        <w:t xml:space="preserve">[1:37:13] </w:t>
      </w:r>
      <w:r>
        <w:t>Maulana, kindly comment and.</w:t>
      </w:r>
    </w:p>
    <w:p>
      <w:pPr>
        <w:jc w:val="right"/>
      </w:pPr>
      <w:r>
        <w:t>مولانا،کائنڈلی کمنٹاندس۔</w:t>
      </w:r>
    </w:p>
    <w:p>
      <w:r>
        <w:rPr>
          <w:b/>
        </w:rPr>
        <w:t xml:space="preserve">[1:37:17] </w:t>
      </w:r>
      <w:r>
        <w:t>dekhein, kisi aadmi ko hum yeh nahi keh sakte keh yeh dajjal hai, Mr. A dajjal hai, Mr. B dajjal hai. yeh to humara kaam nahi hai, yeh Allah Ta'ala ka kaam hai. baqi in logon ne jo political interpretation diya hai, woh to bilashuba bilkul be-asas hai, ghalat hai, aur isi ka natija hai jo aaj kal har jagah gun culture, bomb culture chal raha hai.</w:t>
      </w:r>
    </w:p>
    <w:p>
      <w:pPr>
        <w:jc w:val="right"/>
      </w:pPr>
      <w:r>
        <w:t>دیکھیں،کسی آدمیکوہم یہنہیںکہہسکتےکہیہدجالہے،مسٹراےدجالہے،مسٹربیدجالہے۔یہتوہماراکامنہیں ہے، یہاللہ تعالیکاکامہے۔ باقیانلوگوںنےجوپولیٹیکلانٹرپریٹیشندیاہے، وہ توبلاشبہ بالکل بیسلیسہے،غلطہے، اور اسیکانتیجہہےجوآجکل ہرجگہ گنکلچر،بمکلچرچلرہاہے۔</w:t>
      </w:r>
    </w:p>
    <w:p>
      <w:r>
        <w:rPr>
          <w:b/>
        </w:rPr>
        <w:t xml:space="preserve">[1:37:36] </w:t>
      </w:r>
      <w:r>
        <w:t>lekin hua kya hai keh in logon ne yeh bataya keh Islam ka jo goal hai, jo target hai, woh yeh hai keh mukammal nizam qaim kiya jaye.</w:t>
      </w:r>
    </w:p>
    <w:p>
      <w:pPr>
        <w:jc w:val="right"/>
      </w:pPr>
      <w:r>
        <w:t>لیکن ہوا کیاہےکہ انلوگوںنے یہبت ایاکہ اسلام کا جو گولہے،جو ٹارگٹہے،وہ یہہےکہ مک مل نظامقائمکیاجائے۔</w:t>
      </w:r>
    </w:p>
    <w:p>
      <w:r>
        <w:rPr>
          <w:b/>
        </w:rPr>
        <w:t xml:space="preserve">[1:37:47] </w:t>
      </w:r>
      <w:r>
        <w:t>mukammal nizam qaim karne ke maani keh power ho, political power nahi hoti. aap kaise qaim karenge? to mukammal nizam ka concept mein ghalat samajhta hoon isko, kyunke jab mukammal nizam ka concept aaya aapke andar to phir political power zaroori ho gaya.</w:t>
      </w:r>
    </w:p>
    <w:p>
      <w:pPr>
        <w:jc w:val="right"/>
      </w:pPr>
      <w:r>
        <w:t>مک ملنظامقائمکرنے کےمعنیکہپاورہو،پولیٹیکلپاورنہیںہوتی۔آپکیسےقائمکریںگے؟ تو مک مل نظام کانسیپٹکومیںغلطسمجھتاہوںاسکو، کیونکہجب مک ملنظام کانسیپٹآیاآپکےاندر توپھرپولیٹیکلپاورضروریہوگیا۔</w:t>
      </w:r>
    </w:p>
    <w:p>
      <w:r>
        <w:rPr>
          <w:b/>
        </w:rPr>
        <w:t xml:space="preserve">[1:38:01] </w:t>
      </w:r>
      <w:r>
        <w:t>political power ke baghair aap kaise qaim karenge?</w:t>
      </w:r>
    </w:p>
    <w:p>
      <w:pPr>
        <w:jc w:val="right"/>
      </w:pPr>
      <w:r>
        <w:t>پولیٹیکلپاورکےبغیرآپکیسےقائمکریںگے؟</w:t>
      </w:r>
    </w:p>
    <w:p>
      <w:r>
        <w:rPr>
          <w:b/>
        </w:rPr>
        <w:t xml:space="preserve">[1:38:04] </w:t>
      </w:r>
      <w:r>
        <w:t>to in logon ne pehle kya kya keh pehle to literature chhapa, unhon ne kitabein chhapeen, lekin is se kaam nahi chala. to phir election Australia, election se bhi kaam nahi chala. phir haar gaye yeh log.</w:t>
      </w:r>
    </w:p>
    <w:p>
      <w:pPr>
        <w:jc w:val="right"/>
      </w:pPr>
      <w:r>
        <w:t>توانلوگوںنےپہلےکیا کیا کہ پہلےتو پرلٹریچرچھاپا،انہوںنےکتاب یںچھاپیں، لیکن اسسےکامنہیںچلا۔ توپھرالیکشنہسٹریلیا، الیکشنہسٹریلےسےبھیکامنہیںچلا۔پھرہارگئےیہلوگ۔</w:t>
      </w:r>
    </w:p>
    <w:p>
      <w:r>
        <w:rPr>
          <w:b/>
        </w:rPr>
        <w:t xml:space="preserve">[1:38:17] </w:t>
      </w:r>
      <w:r>
        <w:t>to phir kya hua ke mil taresi chal di? miltari se nahin kaam chala, social engineering kar rahe hain. ye saara jo hai wahi jaata hai. jaakar ke ye political interpretation se jurra hua hai.</w:t>
      </w:r>
    </w:p>
    <w:p>
      <w:pPr>
        <w:jc w:val="right"/>
      </w:pPr>
      <w:r>
        <w:t>توپھرکیاہوا کہ مل ٹریسیچلادی؟ ملٹریسینہیںکامچلا،سوشلٹبمنگکررہےہیں۔ یہ ساراجوہےوہیںجاتا ہے۔جاکرکے یہپولیٹیکلانٹرپریٹیشنسےجڑاہواہے۔</w:t>
      </w:r>
    </w:p>
    <w:p>
      <w:r>
        <w:rPr>
          <w:b/>
        </w:rPr>
        <w:t xml:space="preserve">[1:38:30] </w:t>
      </w:r>
      <w:r>
        <w:t>ye saara maamla</w:t>
      </w:r>
    </w:p>
    <w:p>
      <w:pPr>
        <w:jc w:val="right"/>
      </w:pPr>
      <w:r>
        <w:t>یہسارامعاملہ</w:t>
      </w:r>
    </w:p>
    <w:p>
      <w:r>
        <w:rPr>
          <w:b/>
        </w:rPr>
        <w:t xml:space="preserve">[1:38:33] </w:t>
      </w:r>
      <w:r>
        <w:t>ek sahab ne kaha ke sahab, unhon ne to social engineering nahin likhi thi apni kitaab mein. maine kaha to ye ghalat kah rahe ho tum. unhon ne ye likha ke Islam mein ye farz hai ke saare mukammal nizaam ko qaaim kiya jaye, aur baghair iske hukumat ke chunki nahin qaaim ho sakta, isliye hukumat par qabza kiya jaye. ye sab likha hua hai.</w:t>
      </w:r>
    </w:p>
    <w:p>
      <w:pPr>
        <w:jc w:val="right"/>
      </w:pPr>
      <w:r>
        <w:t>ایکصاحبنےکہاکہصاحب،انہوںنےتوسوشلٹبمنگنہیںلکھیتھیاپنیکتاب میں ۔ میںنےکہاتویہغلطکہہرہےہوتم ۔ انہوںنےیہلکھا کہ اسلام میں یہ فرضہےکہ سارے مکملنظامکو قائمکیاجائے، اور بغیراسکےحکومت کےچونکہنہیںقائمہو سکتا،اسلیےحکومت پرقبضہکیاجائے۔یہسبلکھاہواہے۔</w:t>
      </w:r>
    </w:p>
    <w:p>
      <w:r>
        <w:rPr>
          <w:b/>
        </w:rPr>
        <w:t xml:space="preserve">[1:38:53] </w:t>
      </w:r>
      <w:r>
        <w:t>hukumat par qabza kiya jaye taake poora nizaam aap qaaim kar saken. to aap kya karenge?</w:t>
      </w:r>
    </w:p>
    <w:p>
      <w:pPr>
        <w:jc w:val="right"/>
      </w:pPr>
      <w:r>
        <w:t>حکومت پرقبضہکیاجائےتاکہپورانظامآپقائمکرسکیں۔ توآپکیاکریںگے؟</w:t>
      </w:r>
    </w:p>
    <w:p>
      <w:r>
        <w:rPr>
          <w:b/>
        </w:rPr>
        <w:t xml:space="preserve">[1:39:00] </w:t>
      </w:r>
      <w:r>
        <w:t>to woh jo woh karenge jo unhon ne kiya. in hazrat ne pehle literature chhapa, is se kaam nahin bana. phir kya kiya? unhon ne jalsay juloos nikale, is se bhi kaam nahin bana.</w:t>
      </w:r>
    </w:p>
    <w:p>
      <w:pPr>
        <w:jc w:val="right"/>
      </w:pPr>
      <w:r>
        <w:t>تووہجووہیکریںگےجوانہوںنےکیا۔ انحضراتنے پہلے لٹریچرچھاپا، اسسےکامنہیںبنا۔ پھرکیاکیا؟انہوںنے جلسےجلوسنکالے،اسسےبھیکامنہیںبنا۔</w:t>
      </w:r>
    </w:p>
    <w:p>
      <w:r>
        <w:rPr>
          <w:b/>
        </w:rPr>
        <w:t xml:space="preserve">[1:39:10] </w:t>
      </w:r>
      <w:r>
        <w:t>phir election, Australia, election mein bhi haar gaye. phir gun culture chalaya, is se bhi kaam nahin chala. to aap social engineering kar rahe hain. isi ka ye kul minishan hai. isi ka</w:t>
      </w:r>
    </w:p>
    <w:p>
      <w:pPr>
        <w:jc w:val="right"/>
      </w:pPr>
      <w:r>
        <w:t>پھرال یکشنہسٹریلیا،الیکشن میںبھیہارگئے۔ پھرگنکلچرچلایا،اسسےبھیکامنہیںچلا۔توآپسوشلٹبمنگکررہےہیں۔ اسیکا یہ کل منیشنہے۔اسیکا</w:t>
      </w:r>
    </w:p>
    <w:p>
      <w:r>
        <w:rPr>
          <w:b/>
        </w:rPr>
        <w:t xml:space="preserve">[1:39:22] </w:t>
      </w:r>
      <w:r>
        <w:t>bilashuba ye jo log the jinhon ne Islam ka political interpretation diya, is mein woh ghalat the. hundred percent is mein koi shak nahin.</w:t>
      </w:r>
    </w:p>
    <w:p>
      <w:pPr>
        <w:jc w:val="right"/>
      </w:pPr>
      <w:r>
        <w:t>بلاشبہیہجو لوگ تھےجنہوںنے اسلام کا پولیٹیکلانٹرپریٹیشندیا، اس میں وہ غلطتھے۔ ہنڈرڈپرسنٹاسمیںکوئیشکنہیں ۔</w:t>
      </w:r>
    </w:p>
    <w:p>
      <w:r>
        <w:rPr>
          <w:b/>
        </w:rPr>
        <w:t xml:space="preserve">[1:39:31] </w:t>
      </w:r>
      <w:r>
        <w:t>is par maine kitaabein likhi hain, kai kitaabein aap padh sakte hain. is ko tabeer ki ghalati, deen aur shariat, al Islam, deen kaamil waghaira, bahut tafseel se maine inka analysis kiya hai. maine</w:t>
      </w:r>
    </w:p>
    <w:p>
      <w:pPr>
        <w:jc w:val="right"/>
      </w:pPr>
      <w:r>
        <w:t>اسپرمیںنےکتاب یںلکھیہیں،کئیکتاب یںآپپڑھسکتےہیں۔اسکو تعبیرکیغلطی، دیناور شریعت ، ال اسلام ،دینکامل وغیرہ، بہتتفصیل سے میںنےانکا انالیسزکیاہے۔میںنے</w:t>
      </w:r>
    </w:p>
    <w:p>
      <w:r>
        <w:rPr>
          <w:b/>
        </w:rPr>
        <w:t xml:space="preserve">[1:39:45] </w:t>
      </w:r>
      <w:r>
        <w:t>This question is from M. Zafar from Delhi.</w:t>
      </w:r>
    </w:p>
    <w:p>
      <w:pPr>
        <w:jc w:val="right"/>
      </w:pPr>
      <w:r>
        <w:t>دسکوئسچناز فر ام مسٹرزبیرفرامدہلی۔</w:t>
      </w:r>
    </w:p>
    <w:p>
      <w:r>
        <w:rPr>
          <w:b/>
        </w:rPr>
        <w:t xml:space="preserve">[1:39:50] </w:t>
      </w:r>
      <w:r>
        <w:t>Maulana, is ka al said in television the twenty seatin ki nahi woh hazir hai everywhere and anytime, deen wohi can't the prophet also do the same?</w:t>
      </w:r>
    </w:p>
    <w:p>
      <w:pPr>
        <w:jc w:val="right"/>
      </w:pPr>
      <w:r>
        <w:t>مولانا، اسک الر سیڈ ان ٹیلیویژن دی ٹ وین سیٹنکینہیوہزپریزنس اینیویراینڈاینیٹائم، دینوائیکانٹ دا پرافٹ السوڈوداسیم؟</w:t>
      </w:r>
    </w:p>
    <w:p>
      <w:r>
        <w:rPr>
          <w:b/>
        </w:rPr>
        <w:t xml:space="preserve">[1:40:04] </w:t>
      </w:r>
      <w:r>
        <w:t>what is your comment and is? ye sabab bilkul laghu baat hai. bilkul kaisay aap log maan lete hain aisi baaton ko? woh baat hai jo Quran mein sahi ho, wohi ho woh hawala</w:t>
      </w:r>
    </w:p>
    <w:p>
      <w:pPr>
        <w:jc w:val="right"/>
      </w:pPr>
      <w:r>
        <w:t>واٹازیورکمنٹ اندس؟یہسببالکل لغوباتہے۔ بالکل کی سےآپلوگمانلیتےہیںایسیباتوںکو ؟ وہ بات ہےجو قرآنمیںصحیحہو،وہوہوہ وہ حوالہ</w:t>
      </w:r>
    </w:p>
    <w:p>
      <w:r>
        <w:rPr>
          <w:b/>
        </w:rPr>
        <w:t xml:space="preserve">[1:40:17] </w:t>
      </w:r>
      <w:r>
        <w:t>dijiye. aap kahan likha hai woh ke prophet har jagah maujood rahenge? jo nahin likhi hui to ghalat hai. woh phir yehi apne dimaag se baat kaise nikaalta hai? ek aadmi yaqeen kijiye ke ise gunaah hai aisi baatein kehna.</w:t>
      </w:r>
    </w:p>
    <w:p>
      <w:pPr>
        <w:jc w:val="right"/>
      </w:pPr>
      <w:r>
        <w:t>دیجئے۔آپکہاںلکھاہےوہ کہ پراسپیٹہرجگہموجود رہیںگے؟ جونہیںلکھیہوئیتوغلطہے۔وہ پھریہیہ اپنے دماغسےباتکیسےنکالتاہے؟ایکآدمی یقینکیجئےکہاسےگناہہےایسیباتیںکہنا۔</w:t>
      </w:r>
    </w:p>
    <w:p>
      <w:r>
        <w:rPr>
          <w:b/>
        </w:rPr>
        <w:t xml:space="preserve">[1:40:31] </w:t>
      </w:r>
      <w:r>
        <w:t>ye rasoolullah har jagah maujood hain. ye ye ye aqeeda kahan se bana banaaya aapne? shaitan har jagah maujood hai. ye to Quran se saabit hai. lekin rasoolullah har jagah maujood hai. ye kahan se? yahan kahan se saabit hai?</w:t>
      </w:r>
    </w:p>
    <w:p>
      <w:pPr>
        <w:jc w:val="right"/>
      </w:pPr>
      <w:r>
        <w:t>یہرسولاللہہرجگہموجود ہیں۔ یہ یہ یہ عقیدہکہاںسے بنابنایاآپنے؟ شیطانہرجگہموجود ہے۔یہتوقرآنسےثابتہے۔ لیکن رسولاللہہرجگہموجودہے۔یہکہاںسے؟یہاںکہاںسےثابتہے؟</w:t>
      </w:r>
    </w:p>
    <w:p>
      <w:r>
        <w:rPr>
          <w:b/>
        </w:rPr>
        <w:t xml:space="preserve">[1:40:43] </w:t>
      </w:r>
      <w:r>
        <w:t>ye bilashuba ye baatil aqeeda hai. is ke baatil mein koi shak nahin hai.</w:t>
      </w:r>
    </w:p>
    <w:p>
      <w:pPr>
        <w:jc w:val="right"/>
      </w:pPr>
      <w:r>
        <w:t>یہبلاشبہیہباطلعقیدہہے۔ اسکے باطلمیںکوئیشکنہیںہے۔</w:t>
      </w:r>
    </w:p>
    <w:p>
      <w:r>
        <w:rPr>
          <w:b/>
        </w:rPr>
        <w:t xml:space="preserve">[1:40:47] </w:t>
      </w:r>
      <w:r>
        <w:t>usooli baat ye hai ke jab tak aap kisi cheez ka proof aap ko Quran o hadees mein nahin mil jaaye, tab tak is ko hargiz na maaniye. chahe koi kitna kehta ho, koi bhi doosri daleel jo hai,</w:t>
      </w:r>
    </w:p>
    <w:p>
      <w:pPr>
        <w:jc w:val="right"/>
      </w:pPr>
      <w:r>
        <w:t>اصولیباتیہہےکہجبتک آپ کسی چیز کا پروف آپکوقرآنوحدیثمیںنہیںملجائے، تبتکاسکوہرگزنہمانیے۔چاہےکوئی کتنیکہتاہو، کوئیبھی دوسریدلیلجوہے،</w:t>
      </w:r>
    </w:p>
    <w:p>
      <w:r>
        <w:rPr>
          <w:b/>
        </w:rPr>
        <w:t xml:space="preserve">[1:41:00] </w:t>
      </w:r>
      <w:r>
        <w:t>is se maanna ye bahut bada gunaah hai. deen ke maamle mein, deen ke maamle mein criterion jo hai, woh Quran o hadees hai. koi doosri cheez criterion nahin ban sakti hai.</w:t>
      </w:r>
    </w:p>
    <w:p>
      <w:pPr>
        <w:jc w:val="right"/>
      </w:pPr>
      <w:r>
        <w:t>اسسے ماننا یہبہتبڑاگناہہے۔ دینکےمعاملےمیں، دینکےمعاملےمیںکرائٹیرینجوہے، وہ قرآنوحدیثہے۔ کوئیدوسریچیزکرائٹیریانہیںبنسکتیہے۔</w:t>
      </w:r>
    </w:p>
    <w:p>
      <w:r>
        <w:rPr>
          <w:b/>
        </w:rPr>
        <w:t xml:space="preserve">[1:41:11] </w:t>
      </w:r>
      <w:r>
        <w:t>ye jo aap ne guess kiya hai, shaitan se guess karke paighambar ko maan liya ke har jagah maujood hai, woh ye bahut hi gunaah ki baat hai. ye kyunki is ke peeche koi koi Quran o hadees ki daleel maujood nahin.</w:t>
      </w:r>
    </w:p>
    <w:p>
      <w:pPr>
        <w:jc w:val="right"/>
      </w:pPr>
      <w:r>
        <w:t>یہجوآپنے گیسکیا ہے، شیطانسےگیسکرکے پیغمبرکو مانلیاکہہرجگہموجود ہے،وہ یہبہتہی گناہکیباتہے۔ یہ کیونکہاسکےپیچھےکوئی کوئی قرآنوحدیثکیدلیلموجود نہیں ۔</w:t>
      </w:r>
    </w:p>
    <w:p>
      <w:r>
        <w:rPr>
          <w:b/>
        </w:rPr>
        <w:t xml:space="preserve">[1:41:25] </w:t>
      </w:r>
      <w:r>
        <w:t>ek kitaab mein maine padhi thi, is mein likha tha usne ke aksar statement jo hain, woh dudh check ki tarah hote hain.</w:t>
      </w:r>
    </w:p>
    <w:p>
      <w:pPr>
        <w:jc w:val="right"/>
      </w:pPr>
      <w:r>
        <w:t>ایککتاب میںنےپڑھیتھی، اسمیںلکھاتھااسنےکہ اکثر اسٹیٹمنٹ جوہیں،وہ ڈٹچیککیطرحہوتےہیں۔</w:t>
      </w:r>
    </w:p>
    <w:p>
      <w:r>
        <w:rPr>
          <w:b/>
        </w:rPr>
        <w:t xml:space="preserve">[1:41:32] </w:t>
      </w:r>
      <w:r>
        <w:t>dudh check, DVD, dudh check kehte hain is check ko ke aap ne das hazaar rupaye aap ke paas bank mein hain, aap ne 80 hazaar rupaye ka check likh diya kisi ko.</w:t>
      </w:r>
    </w:p>
    <w:p>
      <w:pPr>
        <w:jc w:val="right"/>
      </w:pPr>
      <w:r>
        <w:t>ڈٹچیک، ڈییوڈی، ڈٹچیککہتےہیں اس چیککو کہآپ نے دسہزارروپےآپکےپاس بینکمیںہیں، آپ نے 80ہزارروپےکاچیکلکھدیاکسی کو۔</w:t>
      </w:r>
    </w:p>
    <w:p>
      <w:r>
        <w:rPr>
          <w:b/>
        </w:rPr>
        <w:t xml:space="preserve">[1:41:43] </w:t>
      </w:r>
      <w:r>
        <w:t>bank peh jayega to woh order nahin hoga. woh ji, woh wapas le jao is ko. to aise hi ek aisa statement dena jis ke peeche daleel maujood na ho Quran o hadees mein, to woh dudh check hai.</w:t>
      </w:r>
    </w:p>
    <w:p>
      <w:pPr>
        <w:jc w:val="right"/>
      </w:pPr>
      <w:r>
        <w:t>بینکپہجائےگاتووہآرڈرنہیںہوگا۔وہ جی، وہ واپسلےجاؤاسکو۔ توایسےہی ایکایسا اسٹیٹمنٹدینا جسکےپیچھےدلیلموجود نہہو قرآنوحدیث میں ،تووہڈٹچیکہے۔</w:t>
      </w:r>
    </w:p>
    <w:p>
      <w:r>
        <w:rPr>
          <w:b/>
        </w:rPr>
        <w:t xml:space="preserve">[1:41:57] </w:t>
      </w:r>
      <w:r>
        <w:t>ye sab baatein dudh check hain.</w:t>
      </w:r>
    </w:p>
    <w:p>
      <w:pPr>
        <w:jc w:val="right"/>
      </w:pPr>
      <w:r>
        <w:t>یہسبباتیںڈٹچیکہیں۔</w:t>
      </w:r>
    </w:p>
    <w:p>
      <w:r>
        <w:rPr>
          <w:b/>
        </w:rPr>
        <w:t xml:space="preserve">[1:42:00] </w:t>
      </w:r>
      <w:r>
        <w:t>aise logon ko chahiye ke pehle ye bataayein ke Quran mein kahan likha hua hai ke jis tarah shaitan har jagah maujood hai, wohi ise paighambar bhi har jagah maujood hai. Quran mein to saaf saaf hai. dekhiye ke ye ashiya Quran mein shaitan ke baare mein kaha hai.</w:t>
      </w:r>
    </w:p>
    <w:p>
      <w:pPr>
        <w:jc w:val="right"/>
      </w:pPr>
      <w:r>
        <w:t>ایسےلوگوںکوچاہیےکہپہلے یہبتائیںکہقرآنمیںکہاںلکھاہواہے کہ جسطرحشیطانہرجگہموجود ہے، وہی اسےپیغمبربھیہرجگہموجود ہے۔ قرآنمیںتوصافصافہے۔دیکھیے کہ یہاشیاء قرآن میں شیطانکےبارےمیںکہاہے۔</w:t>
      </w:r>
    </w:p>
    <w:p>
      <w:r>
        <w:rPr>
          <w:b/>
        </w:rPr>
        <w:t xml:space="preserve">[1:42:18] </w:t>
      </w:r>
      <w:r>
        <w:t>Quran mein hai ke: "ma Muhammad illa rasool". suniye, ye Quran ki aayat hai: "ma</w:t>
      </w:r>
    </w:p>
    <w:p>
      <w:pPr>
        <w:jc w:val="right"/>
      </w:pPr>
      <w:r>
        <w:t>قرآنمیںہےکہ :"ما محمد الا رسول" ۔سنیے، یہقرآنکیآیتہے:"ما</w:t>
      </w:r>
    </w:p>
    <w:p>
      <w:r>
        <w:rPr>
          <w:b/>
        </w:rPr>
        <w:t xml:space="preserve">[1:42:25] </w:t>
      </w:r>
      <w:r>
        <w:t>Muhammad illa rasool qad khalat min qablil rusul afa in maata aw qutil inqalabtum ala aqabikum".</w:t>
      </w:r>
    </w:p>
    <w:p>
      <w:pPr>
        <w:jc w:val="right"/>
      </w:pPr>
      <w:r>
        <w:t>محمد الا رسول قد خلت منقبل الرسل افی مات ااوقتل انقلبتم عقابکم"۔</w:t>
      </w:r>
    </w:p>
    <w:p>
      <w:r>
        <w:rPr>
          <w:b/>
        </w:rPr>
        <w:t xml:space="preserve">[1:42:39] </w:t>
      </w:r>
      <w:r>
        <w:t>to jab hazrat rasoolullah ki wafaat hui thi, saare sahaba bahut hi is mein the, iztiraab mein the. to hazrat abu bakr aaye,</w:t>
      </w:r>
    </w:p>
    <w:p>
      <w:pPr>
        <w:jc w:val="right"/>
      </w:pPr>
      <w:r>
        <w:t>تو جب حضرترسولاللہکیوفاتہوئی تھی، سارےصحابہ بہت ہی اسمیںتھے، اضطرابمیںتھے۔ تو حضرتابوبکرآئے،</w:t>
      </w:r>
    </w:p>
    <w:p>
      <w:r>
        <w:rPr>
          <w:b/>
        </w:rPr>
        <w:t xml:space="preserve">[1:42:49] </w:t>
      </w:r>
      <w:r>
        <w:t>unhon ne aap ke upar chadar thi, usko chadar ko uthaya, aapko bosa diya aur kaha ke jo log samajhte the ke rasulallah ka wafat nahin hui, abhi zinda hain, woh aisa samajhte the log.</w:t>
      </w:r>
    </w:p>
    <w:p>
      <w:pPr>
        <w:jc w:val="right"/>
      </w:pPr>
      <w:r>
        <w:t>انہوں نے آپ کے اوپرچادرتھی،اسکوچادرکواٹھایا، آپکو بوسہدیا اور کہاکہ جو لوگ سمجھتےتھےکہرسولاللہکا وف اتنہیںہوئی،ابھیزندہہیں،وہ ایساسمجھتےتھےلوگ ۔</w:t>
      </w:r>
    </w:p>
    <w:p>
      <w:r>
        <w:rPr>
          <w:b/>
        </w:rPr>
        <w:t xml:space="preserve">[1:43:02] </w:t>
      </w:r>
      <w:r>
        <w:t>to hazrat abubakar jo sabse senior best sahabi the, unhon ne ye aayat parhi aur unhon ne dekh kar ke aap</w:t>
      </w:r>
    </w:p>
    <w:p>
      <w:pPr>
        <w:jc w:val="right"/>
      </w:pPr>
      <w:r>
        <w:t>تو حضرتابوبکرجوسبسے سینئربوسٹصحابیتھے، انہوںنے یہآیتپڑھی اورانہوںنے دیکھکرکےآپ</w:t>
      </w:r>
    </w:p>
    <w:p>
      <w:r>
        <w:rPr>
          <w:b/>
        </w:rPr>
        <w:t xml:space="preserve">[1:43:09] </w:t>
      </w:r>
      <w:r>
        <w:t>se farmaya: "ye hi jumla historical jumla unki zaban se nikla ke man kana yabud muhammad fa inna muhammadan qad mat, man kana yabud allah fa innal laha hayyun la yamut".</w:t>
      </w:r>
    </w:p>
    <w:p>
      <w:pPr>
        <w:jc w:val="right"/>
      </w:pPr>
      <w:r>
        <w:t>سےفرمایا:"یہیہجملہ ہسٹوریکلجملہانکیزبانسےنکلا کہ من کان یعبد محمد فانمحمد قدم ات، من کان یعبد اللہ فاناللہحیلا یموت"۔</w:t>
      </w:r>
    </w:p>
    <w:p>
      <w:r>
        <w:rPr>
          <w:b/>
        </w:rPr>
        <w:t xml:space="preserve">[1:43:21] </w:t>
      </w:r>
      <w:r>
        <w:t>islam mein rasulallah ke baad sab se bada darja hazrat abubakar ka hai. ye mani hui baat hai, is mein koi ikhtilaf nahin hai ke rasulallah ke baad sab se bada darja hazrat abubakar ka hai.</w:t>
      </w:r>
    </w:p>
    <w:p>
      <w:pPr>
        <w:jc w:val="right"/>
      </w:pPr>
      <w:r>
        <w:t>اسلام میں رسولاللہکےبعد سبز ہدرجہحضرتابوبکرکاہے۔ یہمانیہوئیباتہے، اسمیںکوئیاختلافہینہیںہے کہرسولاللہ کےبعد سبزہدرجہحضرتابوبکرکاہے۔</w:t>
      </w:r>
    </w:p>
    <w:p>
      <w:r>
        <w:rPr>
          <w:b/>
        </w:rPr>
        <w:t xml:space="preserve">[1:43:33] </w:t>
      </w:r>
      <w:r>
        <w:t>to jab aap ki wafat ke baad logon mein shak ho gaya tha ke aap ki wafat nahin hui hai, abhi zinda hain aap,</w:t>
      </w:r>
    </w:p>
    <w:p>
      <w:pPr>
        <w:jc w:val="right"/>
      </w:pPr>
      <w:r>
        <w:t>توجب آپکیوفاتکےبعد لوگوںمیںشکہوگیاتھاکہآپکیوفاتنہیںہوئی ہے، ابھیزندہہیںآپ،</w:t>
      </w:r>
    </w:p>
    <w:p>
      <w:r>
        <w:rPr>
          <w:b/>
        </w:rPr>
        <w:t xml:space="preserve">[1:43:39] </w:t>
      </w:r>
      <w:r>
        <w:t>to hazrat abubakar aaye aur unhon ne chadar uthai aur dekha aapko, dekh kar aapko ye farmaya: "us waqt kitni zabardast baat hai ye ke man kana yabud muhammad fa inna muhammadan qad mat,</w:t>
      </w:r>
    </w:p>
    <w:p>
      <w:pPr>
        <w:jc w:val="right"/>
      </w:pPr>
      <w:r>
        <w:t>تو حضرتابوبکرآئے اور انہوںنےچادراٹھائی اور دیکھاآپکو ،دیکھکرآپکو یہ فرمایا:"اسوقت کتنیزبردستباتہےیہ کہ من کان یعبد محمد فانمحمد قدم ات،</w:t>
      </w:r>
    </w:p>
    <w:p>
      <w:r>
        <w:rPr>
          <w:b/>
        </w:rPr>
        <w:t xml:space="preserve">[1:43:57] </w:t>
      </w:r>
      <w:r>
        <w:t>man kana yabud allah fa innal laha hayyun la yamut". is ka literal translation is ka ye hai: "literal translation jo karta tha ibadat muhammad ki to muhammad mar gaye".</w:t>
      </w:r>
    </w:p>
    <w:p>
      <w:pPr>
        <w:jc w:val="right"/>
      </w:pPr>
      <w:r>
        <w:t>منکان یعبد اللہفان اللہحیلا یموت"۔ اسکالٹرلٹرانسلیشناسکایہہے:"لٹرلٹرانسلیشن جو کرتاتھا عبادتمحمد کی تومحمد مرگئے"۔</w:t>
      </w:r>
    </w:p>
    <w:p>
      <w:r>
        <w:rPr>
          <w:b/>
        </w:rPr>
        <w:t xml:space="preserve">[1:44:09] </w:t>
      </w:r>
      <w:r>
        <w:t>is ka tarjuma ye kiya jayega: "mat faqat mat". jo karta tha ibadat muhammad ki to muhammad mar gaye, aur jo ibadat karta hai khuda ki to khuda zinda hai, woh kabhi marne wala nahin hai.</w:t>
      </w:r>
    </w:p>
    <w:p>
      <w:pPr>
        <w:jc w:val="right"/>
      </w:pPr>
      <w:r>
        <w:t>اسکاترجمہیہکیاجائےگا: "مات فقطمات"۔ جو کرتاتھا عبادتمحمد کیتومحمد مرگئے، اور جو عبادتکرتاہےخداکیتوخدازندہہے، وہکبھیمرنےوالانہیںہے۔</w:t>
      </w:r>
    </w:p>
    <w:p>
      <w:r>
        <w:rPr>
          <w:b/>
        </w:rPr>
        <w:t xml:space="preserve">[1:44:22] </w:t>
      </w:r>
      <w:r>
        <w:t>kaise zalim log hain ke quran o hadees mein is ki koi buniyad nahin hai ke rasulallah zinda hain, aur phir bhi zinda ki taqrirein karte hain parh kar ke.</w:t>
      </w:r>
    </w:p>
    <w:p>
      <w:pPr>
        <w:jc w:val="right"/>
      </w:pPr>
      <w:r>
        <w:t>کیسے ظالم لوگہیںکہ قرآنوحدیثمیںاسکیکوئیبنیادنہیںہے کہرسولاللہزندہہیں، اورپھربھیزندہ کیتقریریںکرتےہیںپ ڑھکرکے۔</w:t>
      </w:r>
    </w:p>
    <w:p>
      <w:r>
        <w:rPr>
          <w:b/>
        </w:rPr>
        <w:t xml:space="preserve">[1:44:31] </w:t>
      </w:r>
      <w:r>
        <w:t>to bilkul be asas baatein hain ye sab. aur aur kya qiyas karte hain ke shaitan zinda hai to woh</w:t>
      </w:r>
    </w:p>
    <w:p>
      <w:pPr>
        <w:jc w:val="right"/>
      </w:pPr>
      <w:r>
        <w:t>توبالکل بیسلیسباتیںہیںیہسب ۔ اور اورکیا قیاسکرتےہیںکہ شیطانزندہہےتووہ</w:t>
      </w:r>
    </w:p>
    <w:p>
      <w:r>
        <w:rPr>
          <w:b/>
        </w:rPr>
        <w:t xml:space="preserve">[1:44:38] </w:t>
      </w:r>
      <w:r>
        <w:t>bhi zinda hain? ye koi qiyas hai? bataiye, ye koi qiyas hai? is tarah se koi baat sabit hoti hai? ye koi lajik hai? agar ye lajik hai to phir har cheez sabit kar lijiye, jo chahe sabit kar lijiye ke ye building nahin hai, ye white house hai,</w:t>
      </w:r>
    </w:p>
    <w:p>
      <w:pPr>
        <w:jc w:val="right"/>
      </w:pPr>
      <w:r>
        <w:t>بھیزندہہیں؟ یہکوئیقیاسہے؟بتائیے، یہکوئیقیاسہے؟ اسطرحسےکوئیباتثابتہوتیہے؟یہکوئیلاجکہے؟ اگر یہلاجکہےتوپھرہرچیزثابتکرلیجئے، جوچاہےثابتکرلیجئے کہیہبلڈنگنہیںہے،یہوائٹہاؤسہے،</w:t>
      </w:r>
    </w:p>
    <w:p>
      <w:r>
        <w:rPr>
          <w:b/>
        </w:rPr>
        <w:t xml:space="preserve">[1:44:53] </w:t>
      </w:r>
      <w:r>
        <w:t>ye town downing street hai, kuch bhi keh lijiye. aise kehne ke liye</w:t>
      </w:r>
    </w:p>
    <w:p>
      <w:pPr>
        <w:jc w:val="right"/>
      </w:pPr>
      <w:r>
        <w:t>یہٹنڈاؤن نگاسٹریٹہے،کچھبھیکہہلیجئے۔ایسےکہنےکےلیے</w:t>
      </w:r>
    </w:p>
    <w:p>
      <w:r>
        <w:rPr>
          <w:b/>
        </w:rPr>
        <w:t xml:space="preserve">[1:44:58] </w:t>
      </w:r>
      <w:r>
        <w:t>bahar hal mein ye kahunga ke kisi ko deen mein wohi baat kehne ka haq hai jo quran o hadees mein,</w:t>
      </w:r>
    </w:p>
    <w:p>
      <w:pPr>
        <w:jc w:val="right"/>
      </w:pPr>
      <w:r>
        <w:t>بہرحالمیںیہکہوںگاکہکسی کو دینمیں وہیباتکہنےکاحق ہے جو قرآنوحدیثمیں،</w:t>
      </w:r>
    </w:p>
    <w:p>
      <w:r>
        <w:rPr>
          <w:b/>
        </w:rPr>
        <w:t xml:space="preserve">[1:45:08] </w:t>
      </w:r>
      <w:r>
        <w:t>jis ke liye quran o hadees mein ye reference mojood ho, khula reference. aur jis cheez ke liye quran o hadees mein reference mojood nahin hai, to woh aap ko haq nahin kehne ka. alag se aap jo chahe boliye, lekin deen mein aap is ko shamil nahin kar sakte.</w:t>
      </w:r>
    </w:p>
    <w:p>
      <w:pPr>
        <w:jc w:val="right"/>
      </w:pPr>
      <w:r>
        <w:t>جسکےلیے قرآنوحدیثمیں یہریفرنسموجود ہو، کھلا ریفرنس۔ اور جسچیزکےلیےقرآنوحدیثمیںریفرنسموجود نہیںہے، تو وہآپکوحقنہیںکہنےکا ۔الگسےآپ جوچاہےبولیے،لیکن دینمیںآپ اسکوشامل نہیںکرسکتے۔</w:t>
      </w:r>
    </w:p>
    <w:p>
      <w:r>
        <w:rPr>
          <w:b/>
        </w:rPr>
        <w:t xml:space="preserve">[1:45:22] </w:t>
      </w:r>
      <w:r>
        <w:t>ye bahut badi, bahut badi jurrat hai jo khuda darne wala kabhi aisa nahin kar sakta hai. dis question from dr. farida from delhi:</w:t>
      </w:r>
    </w:p>
    <w:p>
      <w:pPr>
        <w:jc w:val="right"/>
      </w:pPr>
      <w:r>
        <w:t>یہبہت بڑی، بہت بڑی جس ارتہے جو خداڈرنےوالاکبھیایسانہیںکرسکتاہے۔ دسکوئسچن ازفر ام ڈاکٹر فریدہفرامدہلی:</w:t>
      </w:r>
    </w:p>
    <w:p>
      <w:r>
        <w:rPr>
          <w:b/>
        </w:rPr>
        <w:t xml:space="preserve">[1:45:35] </w:t>
      </w:r>
      <w:r>
        <w:t>"is it possible that leaders might not be misleading intentionally, but their interpretations are proof drawn with strong arguments based on quran and hadith, they fail to accept their mistakes.</w:t>
      </w:r>
    </w:p>
    <w:p>
      <w:pPr>
        <w:jc w:val="right"/>
      </w:pPr>
      <w:r>
        <w:t>"ازاٹپوسیبل دیٹ لیڈرزمائٹناٹبی مس لیڈنگ انٹینشنلی، بٹویندیرانٹرپریٹیشنز از پروف ڈرونگ ودسٹرونگ ارگیومنٹس بیسڈان قرآناینڈحدیث ، دےفیل ٹوایکسیپٹدیرمسٹیکس۔</w:t>
      </w:r>
    </w:p>
    <w:p>
      <w:r>
        <w:rPr>
          <w:b/>
        </w:rPr>
        <w:t xml:space="preserve">[1:45:51] </w:t>
      </w:r>
      <w:r>
        <w:t>instead, they justify their stand by taking recourse to false arguments". kindly comment on this. haan, ye mein manta hoon ke ek shakhs initially, innocently, woh initially, woh ek innocent ke tareeqe se ek baat kar sakta hai.</w:t>
      </w:r>
    </w:p>
    <w:p>
      <w:pPr>
        <w:jc w:val="right"/>
      </w:pPr>
      <w:r>
        <w:t>انسٹیڈ،دےجسٹیفائیدیرسٹینڈ بائےٹیکنگ ریکورس ٹو فالس ارگیومنٹس"۔ کائنڈلیکمنٹان دس۔ ہاں،یہمیںمانتاہوں کہ ایک شخص انیشلی ،انوسنٹلی،وہ انیشلی،وہایک ان وسنٹکےطریقےسے ایکباتکرسکتاہے۔</w:t>
      </w:r>
    </w:p>
    <w:p>
      <w:r>
        <w:rPr>
          <w:b/>
        </w:rPr>
        <w:t xml:space="preserve">[1:46:11] </w:t>
      </w:r>
      <w:r>
        <w:t>ek leader jo hai, shuru shuru mein ek baat bolipan mein keh de, aur us had tak woh mafi ke qabil hoga.</w:t>
      </w:r>
    </w:p>
    <w:p>
      <w:pPr>
        <w:jc w:val="right"/>
      </w:pPr>
      <w:r>
        <w:t>ایک لیڈرجوہے، شروع شروع میں ایکبات بولیپنمیںکہہدے، اور اسحدتکوہمعافیکےقابلہوگا۔</w:t>
      </w:r>
    </w:p>
    <w:p>
      <w:r>
        <w:rPr>
          <w:b/>
        </w:rPr>
        <w:t xml:space="preserve">[1:46:21] </w:t>
      </w:r>
      <w:r>
        <w:t>lekin jab us ki ghalti ko bata diya jaye, quran o hadees ki daleel se bata diya jaye, to us ko chalana chahiye ke "i was wrong, i was wrong, i was wrong".</w:t>
      </w:r>
    </w:p>
    <w:p>
      <w:pPr>
        <w:jc w:val="right"/>
      </w:pPr>
      <w:r>
        <w:t>لیکن جب اسکیغلطیکوبتادیاجائے، قرآنوحدیثکیدلیلسےبتادیاجائے، تو اسکوچلاناچاہیےکہ"آئیوازرونگ،آئیوازرونگ،آئیوازرونگ"۔</w:t>
      </w:r>
    </w:p>
    <w:p>
      <w:r>
        <w:rPr>
          <w:b/>
        </w:rPr>
        <w:t xml:space="preserve">[1:46:31] </w:t>
      </w:r>
      <w:r>
        <w:t>ab phir bhi agar woh isi ko, yani isi par qaim rahe, aur false argument de kar ke is ko sahih sabit karne lage, to phir woh galat ho jayega.</w:t>
      </w:r>
    </w:p>
    <w:p>
      <w:pPr>
        <w:jc w:val="right"/>
      </w:pPr>
      <w:r>
        <w:t>ابپھربھیاگر وہ اسیکو ،یعنی اسیپرقائمرہے، اور فالسارگیومنٹدےکرکےاسکوصحیحثابتکرنےلگے، توپھروہغلطہوجائےگا۔</w:t>
      </w:r>
    </w:p>
    <w:p>
      <w:r>
        <w:rPr>
          <w:b/>
        </w:rPr>
        <w:t xml:space="preserve">[1:46:43] </w:t>
      </w:r>
      <w:r>
        <w:t>yani pehle, yani initially, woh agar galat nahin tha, sahih tha, to finally woh galat mana jayega allah ta'ala ke haan.</w:t>
      </w:r>
    </w:p>
    <w:p>
      <w:pPr>
        <w:jc w:val="right"/>
      </w:pPr>
      <w:r>
        <w:t>یعنیپہلے ،یعنی انیشلی،وہاگرغلطنہیں تھا،صحیحتھا، تو فائنلیوہغلطماناجائےگااللہ تعالیکےہاں۔</w:t>
      </w:r>
    </w:p>
    <w:p>
      <w:r>
        <w:rPr>
          <w:b/>
        </w:rPr>
        <w:t xml:space="preserve">[1:46:53] </w:t>
      </w:r>
      <w:r>
        <w:t>jab tak daleel se kholi nahin gayi thi baat, jab tak daleel se sabit nahin gayi thi baat, tab tak us ke liye excuse tha. us ke paas excuse tha ke mein jaanta nahin tha.</w:t>
      </w:r>
    </w:p>
    <w:p>
      <w:pPr>
        <w:jc w:val="right"/>
      </w:pPr>
      <w:r>
        <w:t>جبتک دلیلسےکھولینہیںگئیتھیبات ،جب تکدلیلسےثابتنہیںگئیتھیبات، تبتکاسکےلیےایکسکیوزتھا۔اسکےپاس ایکسکیوزتھا کہمیںجانتانہیںتھا۔</w:t>
      </w:r>
    </w:p>
    <w:p>
      <w:r>
        <w:rPr>
          <w:b/>
        </w:rPr>
        <w:t xml:space="preserve">[1:47:04] </w:t>
      </w:r>
      <w:r>
        <w:t>lekin jab khol di gayi, jab dalail pesh kiye diye gaye, to to phir chalana chahiye us ko "i was wrong". phir bhi agar woh insist kare aur false argument pesh kare, to bilashuba ab woh galat mana jayega. us ko</w:t>
      </w:r>
    </w:p>
    <w:p>
      <w:pPr>
        <w:jc w:val="right"/>
      </w:pPr>
      <w:r>
        <w:t>لیکن جب کھولدیگئی،جب دلائل پیش کیےدیےگئے، تو توپھرچلاناچاہیےاسکو "آئیوازرونگ"۔ پھربھیاگروہ انسسٹکرے اور فالسارگیومنٹپیشکرے،تو بلاشبہ اب وہغلط ماناجائےگا۔اسکو</w:t>
      </w:r>
    </w:p>
    <w:p>
      <w:r>
        <w:rPr>
          <w:b/>
        </w:rPr>
        <w:t xml:space="preserve">[1:47:20] </w:t>
      </w:r>
      <w:r>
        <w:t>okay, we like to tell our viewers that they can still send their questions even after this session is over. we take two questions in each next sunday session and move on to the next question which is from mr. faiq from pennsylvania:</w:t>
      </w:r>
    </w:p>
    <w:p>
      <w:pPr>
        <w:jc w:val="right"/>
      </w:pPr>
      <w:r>
        <w:t>اوکے،وڈلائکٹوٹیلاورویوورزدیٹدےکینسٹلسینڈدیرکوئسچنز ایونافٹرداسیشنازاوور ۔ ویٹیکدوک وسچنزاندانیکسٹسنڈےسیشن اینڈمووانٹودانیکسٹکوسچنوچاز فرام مسٹر فائقفرام پینسلوینیا:</w:t>
      </w:r>
    </w:p>
    <w:p>
      <w:r>
        <w:rPr>
          <w:b/>
        </w:rPr>
        <w:t xml:space="preserve">[1:47:36] </w:t>
      </w:r>
      <w:r>
        <w:t>"maulana, what are the qualifications of an imam? an imam who is able to deliver fatwa and do counseling".</w:t>
      </w:r>
    </w:p>
    <w:p>
      <w:pPr>
        <w:jc w:val="right"/>
      </w:pPr>
      <w:r>
        <w:t>"مولانا،واٹارداکوالیفیکی شنزاف این ام ام؟ این امام ہو ازایبلٹوڈیلیور فت وی اینڈڈو کونسلنگ"۔</w:t>
      </w:r>
    </w:p>
    <w:p>
      <w:r>
        <w:rPr>
          <w:b/>
        </w:rPr>
        <w:t xml:space="preserve">[1:47:45] </w:t>
      </w:r>
      <w:r>
        <w:t>kindlikment bh</w:t>
      </w:r>
    </w:p>
    <w:p>
      <w:pPr>
        <w:jc w:val="right"/>
      </w:pPr>
      <w:r>
        <w:t>کائنڈلیکمنٹبھ</w:t>
      </w:r>
    </w:p>
    <w:p>
      <w:r>
        <w:rPr>
          <w:b/>
        </w:rPr>
        <w:t xml:space="preserve">[1:47:48] </w:t>
      </w:r>
      <w:r>
        <w:t>ee, masjid ke imam ke liye ek yaqeen condition hai ke muqtadi log usko raazi ho jayen uski imamat par, bas aur kuch nahi, aur koi shart nahi hai.</w:t>
      </w:r>
    </w:p>
    <w:p>
      <w:pPr>
        <w:jc w:val="right"/>
      </w:pPr>
      <w:r>
        <w:t>ئی،مسجدکےامامکےلیے ایکہیکنڈیشنہے کہ مقتدیلوگاسکو راضیہوجائیںاسکیامامتپر،بساورکچھنہیں، اور کوئیشرطنہیںہے۔</w:t>
      </w:r>
    </w:p>
    <w:p>
      <w:r>
        <w:rPr>
          <w:b/>
        </w:rPr>
        <w:t xml:space="preserve">[1:48:00] </w:t>
      </w:r>
      <w:r>
        <w:t>yani kisi masjid mein imamat ke liye woh aadmi competent hai jiski imamat par woh masjid ke namaz parhne wale raazi ho jayen. Bas isi liye hadith mein aaya hai ke "sallu khulfa kulli birr wa fajir".</w:t>
      </w:r>
    </w:p>
    <w:p>
      <w:pPr>
        <w:jc w:val="right"/>
      </w:pPr>
      <w:r>
        <w:t>یعنیکسی مسجدمیں امامتکےلیے وہ آدمی کمپیٹنٹہے جسکیامامتپر وہمسجد کے نمازپڑھنےوالے راضیہوجائیں۔بس اسیلیےحدیثمیںآیاہےکہ"صلوخلف کل بر فاجر"۔</w:t>
      </w:r>
    </w:p>
    <w:p>
      <w:r>
        <w:rPr>
          <w:b/>
        </w:rPr>
        <w:t xml:space="preserve">[1:48:14] </w:t>
      </w:r>
      <w:r>
        <w:t>ab masjid ke log jo the, woh raazi ho gaye kisi ek par. Ab mein wahan jaata hoon namaz parhne, aur mein sawal uthaoon ke sahib, uska pajama neecha hai, uski topi nahi sar par, to mujhe haq nahi hai yeh kehne ka.</w:t>
      </w:r>
    </w:p>
    <w:p>
      <w:pPr>
        <w:jc w:val="right"/>
      </w:pPr>
      <w:r>
        <w:t>ابمسجد کے لوگ جو تھے،وہراضیہوگئےکسیایکپر۔ابمیںوہاںجاتاہوںنمازپڑھنے ،اورمیںسوالاٹھاؤںکہصاحب،اسکاپجامہنیچاہے، اسکیٹوپینہیں سرپر،تومجھےحقنہیںہےیہکہنےکا۔</w:t>
      </w:r>
    </w:p>
    <w:p>
      <w:r>
        <w:rPr>
          <w:b/>
        </w:rPr>
        <w:t xml:space="preserve">[1:48:25] </w:t>
      </w:r>
      <w:r>
        <w:t>masjid ke namazi raazi hain, to phir woh imam hai. Woh</w:t>
      </w:r>
    </w:p>
    <w:p>
      <w:pPr>
        <w:jc w:val="right"/>
      </w:pPr>
      <w:r>
        <w:t>مسجدکےنمازیراضیہیں،توپھروہامامہے۔وہ</w:t>
      </w:r>
    </w:p>
    <w:p>
      <w:r>
        <w:rPr>
          <w:b/>
        </w:rPr>
        <w:t xml:space="preserve">[1:48:29] </w:t>
      </w:r>
      <w:r>
        <w:t>bahar ke kisi aadmi ko aakar kahega, to fasad hoga. Woh jahan, bas yahan tak fatwe ki baat hai, to yeh bohat bari galatfehmi logon ko fatwe ke bare mein hai.</w:t>
      </w:r>
    </w:p>
    <w:p>
      <w:pPr>
        <w:jc w:val="right"/>
      </w:pPr>
      <w:r>
        <w:t>باہرکےایکآدمیکوآکرکہو کرےگا،توفسادہوگا۔وہ جیہاں، بسیہاںتکفتوےکیباتہے، تو یہبہتبڑیغلطفہمیلوگوںکوفتوےکےبارےمیںہے۔</w:t>
      </w:r>
    </w:p>
    <w:p>
      <w:r>
        <w:rPr>
          <w:b/>
        </w:rPr>
        <w:t xml:space="preserve">[1:48:41] </w:t>
      </w:r>
      <w:r>
        <w:t>fatwa means opinion, personal opinion. Aajkal jo fatwa activism chala hua hai, fatwa activism yeh bilkul galat hai. Isko mein galat maanta hoon. Isko there is no fatwa activism in Islam.</w:t>
      </w:r>
    </w:p>
    <w:p>
      <w:pPr>
        <w:jc w:val="right"/>
      </w:pPr>
      <w:r>
        <w:t>فت وی مینز اوپینین، پرسنلاوپینین۔ آجکلجوفتویایکٹیوزمچلاہواہے،فتویایکٹیوزمیہبالکلغلطہے۔اسکومیںغلطمانتاہوں۔اسکو دیرازنوفتویایکٹیوزماناسلام ۔</w:t>
      </w:r>
    </w:p>
    <w:p>
      <w:r>
        <w:rPr>
          <w:b/>
        </w:rPr>
        <w:t xml:space="preserve">[1:48:54] </w:t>
      </w:r>
      <w:r>
        <w:t>jab Islam mein dawah activism hai, fatwa activism nahi hai.</w:t>
      </w:r>
    </w:p>
    <w:p>
      <w:pPr>
        <w:jc w:val="right"/>
      </w:pPr>
      <w:r>
        <w:t>جب اسلام میںدعویایکٹیوزمہے، فتویایکٹیوزمنہیںہے۔</w:t>
      </w:r>
    </w:p>
    <w:p>
      <w:r>
        <w:rPr>
          <w:b/>
        </w:rPr>
        <w:t xml:space="preserve">[1:48:58] </w:t>
      </w:r>
      <w:r>
        <w:t>fatwa fatwa yeh hai ke ek shakhs apna ek uska personal problem hai, ek aalim ke paas jaata hai, woh poochta hai to apni rai de deta hai. Woh that is fatwa.</w:t>
      </w:r>
    </w:p>
    <w:p>
      <w:pPr>
        <w:jc w:val="right"/>
      </w:pPr>
      <w:r>
        <w:t>فت ویتویہہےکہایکشخص اپناایک اسکا پرسنلپرابلمہے، ایک عالمکےپاسجاتاہے، وہپوچھتاہے تو اپنیرائےدےدیتاہے۔وہ دیٹازفتوی۔</w:t>
      </w:r>
    </w:p>
    <w:p>
      <w:r>
        <w:rPr>
          <w:b/>
        </w:rPr>
        <w:t xml:space="preserve">[1:49:09] </w:t>
      </w:r>
      <w:r>
        <w:t>Aajkal mein dekhta hoon ke saari duniya mein jo hamare ulama hain, ek aur nayi cheez chalaai hui hai, yeh bidat. Mein isko bidat samajhta hoon. Fatwa activism yeh bilkul nothing hai, kuch bhi nahi hai.</w:t>
      </w:r>
    </w:p>
    <w:p>
      <w:pPr>
        <w:jc w:val="right"/>
      </w:pPr>
      <w:r>
        <w:t>آجکل میںدیکھتاہوںکہساریدنیا میں جو ہمارےعلم اءہیں،ایکاورنئیچیزچلائیہوئیہے،یہبدعت۔میںاسکوبدعتسمجھتاہوں۔فت وی ایکٹیوز م یہ بالکل نتھنگہے،کچھبھینہیںہے۔</w:t>
      </w:r>
    </w:p>
    <w:p>
      <w:r>
        <w:rPr>
          <w:b/>
        </w:rPr>
        <w:t xml:space="preserve">[1:49:21] </w:t>
      </w:r>
      <w:r>
        <w:t>Is ki haqeeqat, is ka Islam se koi talluq nahi hai. Yeh ek bidat hai mere nazdeek.</w:t>
      </w:r>
    </w:p>
    <w:p>
      <w:pPr>
        <w:jc w:val="right"/>
      </w:pPr>
      <w:r>
        <w:t>اسکیحقیقت ،اسکااسلام سےکوئیتعلقنہیںہے۔ یہایکبد عتہےمیرےنزدیک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