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Companions and the Hadith Scholars June 24, 2012</w:t>
      </w:r>
    </w:p>
    <w:p>
      <w:r>
        <w:t>https://youtu.be/Dj4QiYnxgBs</w:t>
      </w:r>
    </w:p>
    <w:p>
      <w:r>
        <w:rPr>
          <w:b/>
        </w:rPr>
        <w:t xml:space="preserve">[00:13] </w:t>
      </w:r>
      <w:r>
        <w:t>bismillah rahman rahim. wasallahu ala nabiyyil kareem. rab ishrah li sadri wa yassir li amri, wahalul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[00:31] </w:t>
      </w:r>
      <w:r>
        <w:t>aaj ka topic hai sahaba aur muhaddiseen.</w:t>
      </w:r>
    </w:p>
    <w:p>
      <w:pPr>
        <w:jc w:val="right"/>
      </w:pPr>
      <w:r>
        <w:t>آج کا ٹاپک ہے صحابہ اور محدثین۔</w:t>
      </w:r>
    </w:p>
    <w:p>
      <w:r>
        <w:rPr>
          <w:b/>
        </w:rPr>
        <w:t xml:space="preserve">[00:41] </w:t>
      </w:r>
      <w:r>
        <w:t>sahaba un ko kaha jata hai jo rasool allah ke contemporary momineen the.</w:t>
      </w:r>
    </w:p>
    <w:p>
      <w:pPr>
        <w:jc w:val="right"/>
      </w:pPr>
      <w:r>
        <w:t>صحابہ ان کو کہا جاتا ہے جو رسول اللہ کے کنٹمپریری مومنین تھے۔</w:t>
      </w:r>
    </w:p>
    <w:p>
      <w:r>
        <w:rPr>
          <w:b/>
        </w:rPr>
        <w:t xml:space="preserve">[00:53] </w:t>
      </w:r>
      <w:r>
        <w:t>aur muhaddiseen woh hain jinhon ne baat ko, hadithon ko jama kiya.</w:t>
      </w:r>
    </w:p>
    <w:p>
      <w:pPr>
        <w:jc w:val="right"/>
      </w:pPr>
      <w:r>
        <w:t>اور محدثین وہ ہیں جنہوں نے بات کو، حدیثوں کو جمع کیا۔</w:t>
      </w:r>
    </w:p>
    <w:p>
      <w:r>
        <w:rPr>
          <w:b/>
        </w:rPr>
        <w:t xml:space="preserve">[01:03] </w:t>
      </w:r>
      <w:r>
        <w:t>sahaba ka zamana seventh century ka hai aur muhaddiseen ka zamana aathveen century ka.</w:t>
      </w:r>
    </w:p>
    <w:p>
      <w:pPr>
        <w:jc w:val="right"/>
      </w:pPr>
      <w:r>
        <w:t>صحابہ کا زمانہ سیونتھ سنچری کا ہے اور محدثین کا زمانہ آٹھویں سنچری کا۔</w:t>
      </w:r>
    </w:p>
    <w:p>
      <w:r>
        <w:rPr>
          <w:b/>
        </w:rPr>
        <w:t xml:space="preserve">[01:14] </w:t>
      </w:r>
      <w:r>
        <w:t>yeh dono giroh islam mein bohat zyada ahmiyat rakhte hain.</w:t>
      </w:r>
    </w:p>
    <w:p>
      <w:pPr>
        <w:jc w:val="right"/>
      </w:pPr>
      <w:r>
        <w:t>یہ دونوں گروہ اسلام میں بہت زیادہ اہمیت رکھتے ہیں۔</w:t>
      </w:r>
    </w:p>
    <w:p>
      <w:r>
        <w:rPr>
          <w:b/>
        </w:rPr>
        <w:t xml:space="preserve">[01:23] </w:t>
      </w:r>
      <w:r>
        <w:t>surah tubah mein ayat number 100 mein yeh kaha gaya hai ke</w:t>
      </w:r>
    </w:p>
    <w:p>
      <w:pPr>
        <w:jc w:val="right"/>
      </w:pPr>
      <w:r>
        <w:t>سورہ توبہ میں آیت نمبر 100 میں یہ کہا گیا ہے کہ</w:t>
      </w:r>
    </w:p>
    <w:p>
      <w:r>
        <w:rPr>
          <w:b/>
        </w:rPr>
        <w:t xml:space="preserve">[01:35] </w:t>
      </w:r>
      <w:r>
        <w:t>"min al muhajireen wal ansar wal lazina attaba hum bi ihsan" . mein samajhta hoon ke yeh jo ayat hai is mein inhi dono grohon ka zikr hai.</w:t>
      </w:r>
    </w:p>
    <w:p>
      <w:pPr>
        <w:jc w:val="right"/>
      </w:pPr>
      <w:r>
        <w:t>"من المہاجرین والانصار والذین اتبعوهم بیسان" ۔ میں سمجھتا ہوں کہ یہ جو آیت ہے اس میں انہی دونوں گروہوں کا ذکر ہے۔</w:t>
      </w:r>
    </w:p>
    <w:p>
      <w:r>
        <w:rPr>
          <w:b/>
        </w:rPr>
        <w:t xml:space="preserve">[01:52] </w:t>
      </w:r>
      <w:r>
        <w:t>muhajireen aur ansar se murad hain sahaba, aur wal lazina attaba hum bi ihsan se murad hain muhaddiseen.</w:t>
      </w:r>
    </w:p>
    <w:p>
      <w:pPr>
        <w:jc w:val="right"/>
      </w:pPr>
      <w:r>
        <w:t>مہاجرین اور انصار سے مراد ہیں صحابہ، اور والذین اتبعوہم بیسان سے مراد ہیں محدثین۔</w:t>
      </w:r>
    </w:p>
    <w:p>
      <w:r>
        <w:rPr>
          <w:b/>
        </w:rPr>
        <w:t xml:space="preserve">[02:08] </w:t>
      </w:r>
      <w:r>
        <w:t>dekhiye, islam mein rasool Allah sal Allah alaih wasallam ka maqam authentic</w:t>
      </w:r>
    </w:p>
    <w:p>
      <w:pPr>
        <w:jc w:val="right"/>
      </w:pPr>
      <w:r>
        <w:t>دیکھیے، اسلام میں رسول اللہ صلی اللہ علیہ وسلم کا مقام اتھینٹک</w:t>
      </w:r>
    </w:p>
    <w:p>
      <w:r>
        <w:rPr>
          <w:b/>
        </w:rPr>
        <w:t xml:space="preserve">[02:20] </w:t>
      </w:r>
      <w:r>
        <w:t>reference ka hai.</w:t>
      </w:r>
    </w:p>
    <w:p>
      <w:pPr>
        <w:jc w:val="right"/>
      </w:pPr>
      <w:r>
        <w:t>ریفرنس کا ہے۔</w:t>
      </w:r>
    </w:p>
    <w:p>
      <w:r>
        <w:rPr>
          <w:b/>
        </w:rPr>
        <w:t xml:space="preserve">[02:25] </w:t>
      </w:r>
      <w:r>
        <w:t>kisi baat ko jab rasool Allah ki nisbat se kaha jaye to nisbat sabit hone ke baad apne aap mein woh mustanad yaani authentic ho jati hai.</w:t>
      </w:r>
    </w:p>
    <w:p>
      <w:pPr>
        <w:jc w:val="right"/>
      </w:pPr>
      <w:r>
        <w:t>کسی بات کو جب رسول اللہ کی نسبت سے کہا جائے تو نسبت ثابت ہونے کے بعد اپنے آپ میں وہ مستند یعنی اتھینٹک ہو جاتی ہے۔</w:t>
      </w:r>
    </w:p>
    <w:p>
      <w:r>
        <w:rPr>
          <w:b/>
        </w:rPr>
        <w:t xml:space="preserve">[02:39] </w:t>
      </w:r>
      <w:r>
        <w:t>phir kisi aur daleel ki zaroorat nahi. to rasool Allah ki hesiyat deen mein authentic reference ki hai.</w:t>
      </w:r>
    </w:p>
    <w:p>
      <w:pPr>
        <w:jc w:val="right"/>
      </w:pPr>
      <w:r>
        <w:t>پھر کسی اور دلیل کی ضرورت نہیں۔ تو رسول اللہ کی حیثیت دین میں اتھینٹک ریفرنس کی ہے۔</w:t>
      </w:r>
    </w:p>
    <w:p>
      <w:r>
        <w:rPr>
          <w:b/>
        </w:rPr>
        <w:t xml:space="preserve">[02:51] </w:t>
      </w:r>
      <w:r>
        <w:t>is ke baad deen mein do group hain mere mutalliq bata do, jo role model ki hesiyat rakhte hain group ke aitbar se.</w:t>
      </w:r>
    </w:p>
    <w:p>
      <w:pPr>
        <w:jc w:val="right"/>
      </w:pPr>
      <w:r>
        <w:t>اس کے بعد دین میں دو گروپ ہیں میرے متعلق بتا دو، جو رول ماڈل کی حیثیت رکھتے ہیں گروپ کے اعتبار سے۔</w:t>
      </w:r>
    </w:p>
    <w:p>
      <w:r>
        <w:rPr>
          <w:b/>
        </w:rPr>
        <w:t xml:space="preserve">[03:04] </w:t>
      </w:r>
      <w:r>
        <w:t>fard ke aitbar se nahi. fard ke aitbar se to hamesha rahenge, poore qayamat tak fard paida hote rahenge.</w:t>
      </w:r>
    </w:p>
    <w:p>
      <w:pPr>
        <w:jc w:val="right"/>
      </w:pPr>
      <w:r>
        <w:t>فرد کے اعتبار سے نہیں۔ فرد کے اعتبار سے تو ہمیشہ رہیں گے، پورے قیامت تک فرد پیدا ہوتے رہیں گے۔</w:t>
      </w:r>
    </w:p>
    <w:p>
      <w:r>
        <w:rPr>
          <w:b/>
        </w:rPr>
        <w:t xml:space="preserve">[03:17] </w:t>
      </w:r>
      <w:r>
        <w:t>lekin group ke aitbar se, majmooe ke aitbar se mein samajhta hoon ke yeh do group ki hesiyat role model ki hai.</w:t>
      </w:r>
    </w:p>
    <w:p>
      <w:pPr>
        <w:jc w:val="right"/>
      </w:pPr>
      <w:r>
        <w:t>لیکن گروپ کے اعتبار سے، مجموعے کے اعتبار سے میں سمجھتا ہوں کہ یہ دو گروپ کی حیثیت رول ماڈل کی ہے۔</w:t>
      </w:r>
    </w:p>
    <w:p>
      <w:r>
        <w:rPr>
          <w:b/>
        </w:rPr>
        <w:t xml:space="preserve">[03:29] </w:t>
      </w:r>
      <w:r>
        <w:t>sahaba aur tabieen.</w:t>
      </w:r>
    </w:p>
    <w:p>
      <w:pPr>
        <w:jc w:val="right"/>
      </w:pPr>
      <w:r>
        <w:t>صحابہ اور تابعین۔</w:t>
      </w:r>
    </w:p>
    <w:p>
      <w:r>
        <w:rPr>
          <w:b/>
        </w:rPr>
        <w:t xml:space="preserve">[03:35] </w:t>
      </w:r>
      <w:r>
        <w:t>jahan tak mein samajhta hoon ke sahaba ki hesiyat muqri group ki hai aur muhaddiseen ki hesiyat</w:t>
      </w:r>
    </w:p>
    <w:p>
      <w:pPr>
        <w:jc w:val="right"/>
      </w:pPr>
      <w:r>
        <w:t>جہاں تک میں سمجھتا ہوں کہ صحابہ کی حیثیت مقری گروپ کی ہے اور محدثین کی حیثیت</w:t>
      </w:r>
    </w:p>
    <w:p>
      <w:r>
        <w:rPr>
          <w:b/>
        </w:rPr>
        <w:t xml:space="preserve">[03:49] </w:t>
      </w:r>
      <w:r>
        <w:t>muhaddis group ki hai. yaani sahaba ne seventh century mein quran ko phailaya.</w:t>
      </w:r>
    </w:p>
    <w:p>
      <w:pPr>
        <w:jc w:val="right"/>
      </w:pPr>
      <w:r>
        <w:t>محدث گروپ کی ہے۔ یعنی صحابہ نے سیونتھ سنچری میں قرآن کو پھیلایا۔</w:t>
      </w:r>
    </w:p>
    <w:p>
      <w:r>
        <w:rPr>
          <w:b/>
        </w:rPr>
        <w:t xml:space="preserve">[04:01] </w:t>
      </w:r>
      <w:r>
        <w:t>woh zamana tha jab ke printing press abhi nahi aya tha.</w:t>
      </w:r>
    </w:p>
    <w:p>
      <w:pPr>
        <w:jc w:val="right"/>
      </w:pPr>
      <w:r>
        <w:t>وہ زمانہ تھا جب کہ پرنٹنگ پریس ابھی نہیں آیا تھا۔</w:t>
      </w:r>
    </w:p>
    <w:p>
      <w:r>
        <w:rPr>
          <w:b/>
        </w:rPr>
        <w:t xml:space="preserve">[04:09] </w:t>
      </w:r>
      <w:r>
        <w:t>to us zamane mein kya hota tha? quran ko yaad karna aur parh kar sunana. isi liye woh bukhari kahe gaye, parh kar sunane wale.</w:t>
      </w:r>
    </w:p>
    <w:p>
      <w:pPr>
        <w:jc w:val="right"/>
      </w:pPr>
      <w:r>
        <w:t>تو اس زمانے میں کیا ہوتا تھا؟ قرآن کو یاد کرنا اور پڑھ کر سنانا۔ اسی لیے وہ بخری کہے گئے، پڑھ کر سنانے والے۔</w:t>
      </w:r>
    </w:p>
    <w:p>
      <w:r>
        <w:rPr>
          <w:b/>
        </w:rPr>
        <w:t xml:space="preserve">[04:23] </w:t>
      </w:r>
      <w:r>
        <w:t>to press, printing press se pehle ke zamane mein jo role ada kiya quran ke silsile mein sahaba ne, is liye mein un ko kehta hoon ke woh muqri group thay.</w:t>
      </w:r>
    </w:p>
    <w:p>
      <w:pPr>
        <w:jc w:val="right"/>
      </w:pPr>
      <w:r>
        <w:t>تو پریس، پرنٹنگ پریس سے پہلے کے زمانے میں جو رول ادا کیا قرآن کے سلسلے میں صحابہ نے، اس لیے میں ان کو کہتا ہوں کہ وہ مقری گروپ تھے۔</w:t>
      </w:r>
    </w:p>
    <w:p>
      <w:r>
        <w:rPr>
          <w:b/>
        </w:rPr>
        <w:t xml:space="preserve">[04:36] </w:t>
      </w:r>
      <w:r>
        <w:t>yaani woh group jis ne quran ko parh kar sunaya. is ke baad reh jata tha hadith ka mamla. aap jante hain ke hadith, quran to rasool Allah ki zuban hi mein madawwan ho gaya tha.</w:t>
      </w:r>
    </w:p>
    <w:p>
      <w:pPr>
        <w:jc w:val="right"/>
      </w:pPr>
      <w:r>
        <w:t>یعنی وہ گروپ جس نے قرآن کو پڑھ کر سنایا۔ اس کے بعد رہ جاتا تھا حدیث کا معاملہ۔ آپ جانتے ہیں کہ حدیث، قرآن تو رسول اللہ کی زبان ہی میں مدون ہو گیا تھا۔</w:t>
      </w:r>
    </w:p>
    <w:p>
      <w:r>
        <w:rPr>
          <w:b/>
        </w:rPr>
        <w:t xml:space="preserve">[04:53] </w:t>
      </w:r>
      <w:r>
        <w:t>sahaba ko kaha, yeh sirf yeh karna tha ke jo quran madawwan ho chuka hai rasool Allah ki zuban hi mein, us ko logon ko parh kar sunayein aur batayein.</w:t>
      </w:r>
    </w:p>
    <w:p>
      <w:pPr>
        <w:jc w:val="right"/>
      </w:pPr>
      <w:r>
        <w:t>صحابہ کو کہا، یہ صرف یہ کرنا تھا کہ جو قرآن مدون ہو چکا ہے رسول اللہ کی زبان ہی میں، اس کو لوگوں کو پڑھ کر سنائیں اور بتائیں۔</w:t>
      </w:r>
    </w:p>
    <w:p>
      <w:r>
        <w:rPr>
          <w:b/>
        </w:rPr>
        <w:t xml:space="preserve">[05:05] </w:t>
      </w:r>
      <w:r>
        <w:t>lekin hadiseen madawwan nahi hui theen rasool Allah ki zuban mein.</w:t>
      </w:r>
    </w:p>
    <w:p>
      <w:pPr>
        <w:jc w:val="right"/>
      </w:pPr>
      <w:r>
        <w:t>لیکن حدیثیں مدون نہیں ہوئی تھیں رسول اللہ کی زبان میں۔</w:t>
      </w:r>
    </w:p>
    <w:p>
      <w:r>
        <w:rPr>
          <w:b/>
        </w:rPr>
        <w:t xml:space="preserve">[05:11] </w:t>
      </w:r>
      <w:r>
        <w:t>hadiseen baad ko madawwan huin aur jin logon ne us ko madawwan kiya. madawwan ka matlab hota hai un ko jama karna, compile karna, book form mein ikatha karna.</w:t>
      </w:r>
    </w:p>
    <w:p>
      <w:pPr>
        <w:jc w:val="right"/>
      </w:pPr>
      <w:r>
        <w:t>حدیثیں بعد کو مدون ہوئیں اور جن لوگوں نے اس کو مدون کیا۔ مدون کا مطلب ہوتا ہے ان کو جمع کرنا، کمپائل کرنا، بک فارم میں اکٹھا کرنا۔</w:t>
      </w:r>
    </w:p>
    <w:p>
      <w:r>
        <w:rPr>
          <w:b/>
        </w:rPr>
        <w:t xml:space="preserve">[05:30] </w:t>
      </w:r>
      <w:r>
        <w:t>yeh kaam kiya hai jis groh ne, un ko hum muhaddis kehte hain. muhaddis. to woh muqri group tha ya muhaddis group thay.</w:t>
      </w:r>
    </w:p>
    <w:p>
      <w:pPr>
        <w:jc w:val="right"/>
      </w:pPr>
      <w:r>
        <w:t>یہ کام کیا ہے جس گروہ نے، ان کو ہم محدث کہتے ہیں۔ محدث۔ تو وہ مقری گروپ تھا یا محدث گروپ تھے۔</w:t>
      </w:r>
    </w:p>
    <w:p>
      <w:r>
        <w:rPr>
          <w:b/>
        </w:rPr>
        <w:t xml:space="preserve">[05:45] </w:t>
      </w:r>
      <w:r>
        <w:t>yeh baat mein sirf aik tareekhi tor par nahi arz kar raha hoon. balkeh is se zyada bari baat is mein hai.</w:t>
      </w:r>
    </w:p>
    <w:p>
      <w:pPr>
        <w:jc w:val="right"/>
      </w:pPr>
      <w:r>
        <w:t>یہ بات میں صرف ایک تاریخی طور پر نہیں عرض کر رہا ہوں۔ بلکہ اس سے زیادہ بڑی بات اس میں ہے۔</w:t>
      </w:r>
    </w:p>
    <w:p>
      <w:r>
        <w:rPr>
          <w:b/>
        </w:rPr>
        <w:t xml:space="preserve">[05:55] </w:t>
      </w:r>
      <w:r>
        <w:t>woh yeh hai ke sahaba ko mila jo zamana woh doosra zamana tha aur muhaddiseen ko jo zamana mila woh doosra zamana tha.</w:t>
      </w:r>
    </w:p>
    <w:p>
      <w:pPr>
        <w:jc w:val="right"/>
      </w:pPr>
      <w:r>
        <w:t>وہ یہ ہے کہ صحابہ کو ملا جو زمانہ وہ دوسرا زمانہ تھا اور محدثین کو جو زمانہ ملا وہ دوسرا زمانہ تھا۔</w:t>
      </w:r>
    </w:p>
    <w:p>
      <w:r>
        <w:rPr>
          <w:b/>
        </w:rPr>
        <w:t xml:space="preserve">[06:06] </w:t>
      </w:r>
      <w:r>
        <w:t>yaani mein yun kahunga ke sahaba ka zamana tha daur ibadat, daur dawat.</w:t>
      </w:r>
    </w:p>
    <w:p>
      <w:pPr>
        <w:jc w:val="right"/>
      </w:pPr>
      <w:r>
        <w:t>یعنی میں یوں کہوں گا کہ صحابہ کا زمانہ تھا دور عبادت، دور دعوت۔</w:t>
      </w:r>
    </w:p>
    <w:p>
      <w:r>
        <w:rPr>
          <w:b/>
        </w:rPr>
        <w:t xml:space="preserve">[06:16] </w:t>
      </w:r>
      <w:r>
        <w:t>aur muhaddiseen ka zamana tha daur hukoomat. to daur dawat mein kis tarah kaam kiya jata hai, us ka namoona milta hai sahaba ke haan.</w:t>
      </w:r>
    </w:p>
    <w:p>
      <w:pPr>
        <w:jc w:val="right"/>
      </w:pPr>
      <w:r>
        <w:t>اور محدثین کا زمانہ تھا دور حکومت۔ تو دور دعوت میں کس طرح کام کیا جاتا ہے، اس کا نمونہ ملتا ہے صحابہ کے ہاں۔</w:t>
      </w:r>
    </w:p>
    <w:p>
      <w:r>
        <w:rPr>
          <w:b/>
        </w:rPr>
        <w:t xml:space="preserve">[06:28] </w:t>
      </w:r>
      <w:r>
        <w:t>aur door muhaddiseen ne, mein zamane ne jis tarah kaam kiya, is ka namuna milta hai hamein ke door hukoomat mein kis tarah kaam kiya jaye.</w:t>
      </w:r>
    </w:p>
    <w:p>
      <w:pPr>
        <w:jc w:val="right"/>
      </w:pPr>
      <w:r>
        <w:t>اور دور محدثین نے، میں زمانے نے جس طرح کام کیا، اس کا نمونہ ملتا ہے ہمیں کہ دور حکومت میں کس طرح کام کیا جائے۔</w:t>
      </w:r>
    </w:p>
    <w:p>
      <w:r>
        <w:rPr>
          <w:b/>
        </w:rPr>
        <w:t xml:space="preserve">[06:42] </w:t>
      </w:r>
      <w:r>
        <w:t>yeh hai dono group ka maamla. ab mein aap ko aik aayat yaad dilata hoon Quran majeed ki.</w:t>
      </w:r>
    </w:p>
    <w:p>
      <w:pPr>
        <w:jc w:val="right"/>
      </w:pPr>
      <w:r>
        <w:t>یہ ہے دونوں گروپ کا معاملہ۔ اب میں آپ کو ایک آیت یاد دلاتا ہوں قرآن مجید کی۔</w:t>
      </w:r>
    </w:p>
    <w:p>
      <w:r>
        <w:rPr>
          <w:b/>
        </w:rPr>
        <w:t xml:space="preserve">[06:52] </w:t>
      </w:r>
      <w:r>
        <w:t>Surah Al-Baqarah ke aakhir mein aik dua hai jis ko kaha Sahaba ne dohrhaya.</w:t>
      </w:r>
    </w:p>
    <w:p>
      <w:pPr>
        <w:jc w:val="right"/>
      </w:pPr>
      <w:r>
        <w:t>سورہ البقرہ کے آخر میں ایک دعا ہے جس کو کہا صحابہ نے دہرایا۔</w:t>
      </w:r>
    </w:p>
    <w:p>
      <w:r>
        <w:rPr>
          <w:b/>
        </w:rPr>
        <w:t xml:space="preserve">[07:03] </w:t>
      </w:r>
      <w:r>
        <w:t>is dua mein aik baat yeh hai ke Rabbana wala tahmil alaina isran kama hamaltahu ala allatheena min qablina aye hamare rab!</w:t>
      </w:r>
    </w:p>
    <w:p>
      <w:pPr>
        <w:jc w:val="right"/>
      </w:pPr>
      <w:r>
        <w:t>اس دعا میں ایک بات یہ ہے کہ ربنا ولا تحمل علینا اسرا کما حملتہ علی الذین من قبلنا اے ہمارے رب!</w:t>
      </w:r>
    </w:p>
    <w:p>
      <w:r>
        <w:rPr>
          <w:b/>
        </w:rPr>
        <w:t xml:space="preserve">[07:22] </w:t>
      </w:r>
      <w:r>
        <w:t>hum par woh bojh na daal. bojh ka matlab hai burden.</w:t>
      </w:r>
    </w:p>
    <w:p>
      <w:pPr>
        <w:jc w:val="right"/>
      </w:pPr>
      <w:r>
        <w:t>ہم پر وہ بوجھ نہ ڈال۔ بوجھ کا مطلب ہے بارڈن۔</w:t>
      </w:r>
    </w:p>
    <w:p>
      <w:r>
        <w:rPr>
          <w:b/>
        </w:rPr>
        <w:t xml:space="preserve">[07:27] </w:t>
      </w:r>
      <w:r>
        <w:t>hum par woh burden na daal jo tu ne isi logon par dala tha, pichli ummaton par dala tha.</w:t>
      </w:r>
    </w:p>
    <w:p>
      <w:pPr>
        <w:jc w:val="right"/>
      </w:pPr>
      <w:r>
        <w:t>ہم پر وہ بارڈن نہ ڈال جو تو نے اسی لوگوں پر ڈالا تھا، پچھلی امتوں پر ڈالا تھا۔</w:t>
      </w:r>
    </w:p>
    <w:p>
      <w:r>
        <w:rPr>
          <w:b/>
        </w:rPr>
        <w:t xml:space="preserve">[07:39] </w:t>
      </w:r>
      <w:r>
        <w:t>dekhiye, is aayat mein, is aayat ko logon ne bohat hi mehdood maani mein liya hai.</w:t>
      </w:r>
    </w:p>
    <w:p>
      <w:pPr>
        <w:jc w:val="right"/>
      </w:pPr>
      <w:r>
        <w:t>دیکھیے، اس آیت میں، اس آیت کو لوگوں نے بہت ہی محدود معنی میں لیا ہے۔</w:t>
      </w:r>
    </w:p>
    <w:p>
      <w:r>
        <w:rPr>
          <w:b/>
        </w:rPr>
        <w:t xml:space="preserve">[07:48] </w:t>
      </w:r>
      <w:r>
        <w:t>misalan yeh kaha jata hai ke jo pichli ummaton par, yani woh aik aur aayat jo hai wa yaz'au anhum israhum wal aghlala allati kanat alaihim is ko le kar is ki tashreeh ki jati hai.</w:t>
      </w:r>
    </w:p>
    <w:p>
      <w:pPr>
        <w:jc w:val="right"/>
      </w:pPr>
      <w:r>
        <w:t>مثلاً یہ کہا جاتا ہے کہ جو پچھلی امتوں پر، یعنی وہ ایک اور آیت جو ہے وَيَزَوْا عَنْهُمْ اِسْرَهُمْ وَالْاَغْلَالَ الَّتِي كَانَتْ عَلَيْهِمْ اس کو لے کر اس کی تشریح کی جاتی ہے۔</w:t>
      </w:r>
    </w:p>
    <w:p>
      <w:r>
        <w:rPr>
          <w:b/>
        </w:rPr>
        <w:t xml:space="preserve">[08:04] </w:t>
      </w:r>
      <w:r>
        <w:t>mein samajhta hoon ke dono aayatein aik doosre se alag hain. woh jo aayat hai wa yaz'au anhum israhum wal aghlala allati kanat alaihim woh, woh Yahood ke mutashaddid ulama, yani extremist ulama</w:t>
      </w:r>
    </w:p>
    <w:p>
      <w:pPr>
        <w:jc w:val="right"/>
      </w:pPr>
      <w:r>
        <w:t>میں سمجھتا ہوں کہ دونوں آیتیں ایک دوسرے سے الگ ہیں۔ وہ جو آیت ہے وَيَزَوْا عَنْهُمْ اِسْرَهُمْ وَالْاَغْلَالَ الَّتِي كَانَتْ عَلَيْهِمْ وہ، وہ یہود کے متشدد علماء، یعنی ایکسٹریمسٹ علماء</w:t>
      </w:r>
    </w:p>
    <w:p>
      <w:r>
        <w:rPr>
          <w:b/>
        </w:rPr>
        <w:t xml:space="preserve">[08:24] </w:t>
      </w:r>
      <w:r>
        <w:t>ne jo sakht qism ke masail bana rakhe the, is ki taraf ishara hai ke Rasool Allah ne woh deen diya jo fitrat ka deen tha, jo tamam anbiya par aya tha.</w:t>
      </w:r>
    </w:p>
    <w:p>
      <w:pPr>
        <w:jc w:val="right"/>
      </w:pPr>
      <w:r>
        <w:t>نے جو سخت قسم کے مسئلے بنا رکھے تھے، اس کی طرف اشارہ ہے کہ رسول اللہ نے وہ دین دیا جو فطرت کا دین تھا، جو تمام انبیاء پر آیا تھا۔</w:t>
      </w:r>
    </w:p>
    <w:p>
      <w:r>
        <w:rPr>
          <w:b/>
        </w:rPr>
        <w:t xml:space="preserve">[08:38] </w:t>
      </w:r>
      <w:r>
        <w:t>aur jo Yahoodi ulama ne, jo is mein apni taraf se izafa kar ke jo sakhtiyan paida kar rakhi thin, yani apne conservative approach ki wajah se, is se pak kar diya.</w:t>
      </w:r>
    </w:p>
    <w:p>
      <w:pPr>
        <w:jc w:val="right"/>
      </w:pPr>
      <w:r>
        <w:t>اور جو یہودی علماء نے، جو اس میں اپنی طرف سے اضافہ کر کے جو سختیاں پیدا کر رکھی تھیں، یعنی اپنے کنزرویٹیو اپروچ کی وجہ سے، اس سے پاک کر دیا۔</w:t>
      </w:r>
    </w:p>
    <w:p>
      <w:r>
        <w:rPr>
          <w:b/>
        </w:rPr>
        <w:t xml:space="preserve">[08:52] </w:t>
      </w:r>
      <w:r>
        <w:t>misal ke tor par dekhiye, Yahoodi logon ka yeh masla tha ke kapde mein agar bawl lag jaye, bawl ka matlab hota hai urine, urine lag jaye to woh dhokar saaf nahi hota tha.</w:t>
      </w:r>
    </w:p>
    <w:p>
      <w:pPr>
        <w:jc w:val="right"/>
      </w:pPr>
      <w:r>
        <w:t>مثال کے طور پر دیکھیے، یہودی لوگوں کا یہ مسئلہ تھا کہ کپڑے میں اگر باول لگ جائے، باول کا مطلب ہوتا ہے یورین، یورین لگ جائے تو وہ دھو کر صاف نہیں ہوتا تھا۔</w:t>
      </w:r>
    </w:p>
    <w:p>
      <w:r>
        <w:rPr>
          <w:b/>
        </w:rPr>
        <w:t xml:space="preserve">[09:10] </w:t>
      </w:r>
      <w:r>
        <w:t>un ka masla banate, yani yeh Islami jo shariat Muslim, Muslim nahi thi. yeh</w:t>
      </w:r>
    </w:p>
    <w:p>
      <w:pPr>
        <w:jc w:val="right"/>
      </w:pPr>
      <w:r>
        <w:t>ان کا مسئلہ بناتے، یعنی یہ اسلامی جو شریعت مسلم، مسلم نہیں تھی۔ یہ</w:t>
      </w:r>
    </w:p>
    <w:p>
      <w:r>
        <w:rPr>
          <w:b/>
        </w:rPr>
        <w:t xml:space="preserve">[09:17] </w:t>
      </w:r>
      <w:r>
        <w:t>aisa nahi ke sab shariat Muslim bohat sakht thi aur shariat Muhammadi naram kar di gayi, yeh matlab nahi hai is ka. balke Yahudiyon ke ulama ne apne taqashshuf ki wajah se, apne conservatives ki wajah se, apne extremism ki wajah se aise masail bana rakhe the ke agar yahan par lag gaya gandagi to us ko baghair kaate woh safai nahi hogi.</w:t>
      </w:r>
    </w:p>
    <w:p>
      <w:pPr>
        <w:jc w:val="right"/>
      </w:pPr>
      <w:r>
        <w:t>ایسا نہیں کہ سب شریعت مسلم بہت سخت تھی اور شریعت محمدی نرم کر دی گئی، یہ مطلب نہیں ہے اس کا۔ بلکہ یہودیوں کے علماء نے اپنے تقشف کی وجہ سے، اپنے کنزرویٹوز کی وجہ سے، اپنے ایکسٹریمزم کی وجہ سے ایسے مسئلے بنا رکھے تھے کہ اگر یہاں پر لگ گیا گندگی تو اس کو بغیر کاٹے وہ صفائی نہیں ہوگی۔</w:t>
      </w:r>
    </w:p>
    <w:p>
      <w:r>
        <w:rPr>
          <w:b/>
        </w:rPr>
        <w:t xml:space="preserve">[09:45] </w:t>
      </w:r>
      <w:r>
        <w:t>itna hissa kaat kar phenk dena parega aap ko. yeh tha shariat Musa ka masla nahi tha yeh, balke Yahoodi ulama ka apna ghulu tha,</w:t>
      </w:r>
    </w:p>
    <w:p>
      <w:pPr>
        <w:jc w:val="right"/>
      </w:pPr>
      <w:r>
        <w:t>اتنا حصہ کاٹ کر پھینک دینا پڑے گا آپ کو۔ یہ تھا شریعت موسیٰ کا مسئلہ نہیں تھا یہ، بلکہ یہودی علماء کا اپنا غلو تھا،</w:t>
      </w:r>
    </w:p>
    <w:p>
      <w:r>
        <w:rPr>
          <w:b/>
        </w:rPr>
        <w:t xml:space="preserve">[09:59] </w:t>
      </w:r>
      <w:r>
        <w:t>un ka extremism tha jis ki wajah se yeh masail bane. to woh aik alag cheez hai. Surah Al-Baqarah ki aayat ka taluq is se nahi hai.</w:t>
      </w:r>
    </w:p>
    <w:p>
      <w:pPr>
        <w:jc w:val="right"/>
      </w:pPr>
      <w:r>
        <w:t>ان کا ایکسٹریمزم تھا جس کی وجہ سے یہ مسئلے بنے۔ تو وہ ایک الگ چیز ہے۔ سورہ البقرہ کی آیت کا تعلق اس سے نہیں ہے۔</w:t>
      </w:r>
    </w:p>
    <w:p>
      <w:r>
        <w:rPr>
          <w:b/>
        </w:rPr>
        <w:t xml:space="preserve">[10:10] </w:t>
      </w:r>
      <w:r>
        <w:t>dekhiye, Surah Al-Baqarah mein jo aayat hai Rabbana wala ta'mil alaina isran kama hamaltahu ala allatheena min qablina is se murad murad hai age related problem.</w:t>
      </w:r>
    </w:p>
    <w:p>
      <w:pPr>
        <w:jc w:val="right"/>
      </w:pPr>
      <w:r>
        <w:t>دیکھیے، سورہ البقرہ میں جو آیت ہے رَبَّنَا وَلَا تَعْمِلْ عَلَيْنَا اِسْرًا كَمَا حَمَلْتُهُ عَلَى الَّذِينَ مِنْ قَبْلِنَا اس سے مراد مراد ہے ایج ریلیٹڈ پرابلم۔</w:t>
      </w:r>
    </w:p>
    <w:p>
      <w:r>
        <w:rPr>
          <w:b/>
        </w:rPr>
        <w:t xml:space="preserve">[10:23] </w:t>
      </w:r>
      <w:r>
        <w:t>age related problem yani pichle logon par jo pichle logon ko jis age mein kaam karna pada, pichli ummaton ko jis age mein kaam karna pada dawat ka, woh kya tha</w:t>
      </w:r>
    </w:p>
    <w:p>
      <w:pPr>
        <w:jc w:val="right"/>
      </w:pPr>
      <w:r>
        <w:t>ایج ریلیٹڈ پرابلم یعنی پچھلے لوگوں پر جو پچھلے لوگوں کو جس ایج میں کام کرنا پڑا، پچھلی امتوں کو جس ایج میں کام کرنا پڑا دعوت کا، وہ کیا تھا</w:t>
      </w:r>
    </w:p>
    <w:p>
      <w:r>
        <w:rPr>
          <w:b/>
        </w:rPr>
        <w:t xml:space="preserve">[10:40] </w:t>
      </w:r>
      <w:r>
        <w:t>? woh tha religious persecution ka age, mazhabi jabr ka age. is ki misal Quran mein hai, Surah Al-Buruj mein wa ma naqamu minhum illa an yu'minu billahi al-Aziz al-Hamid yani sirf yeh kehna ke Allah aik hai,</w:t>
      </w:r>
    </w:p>
    <w:p>
      <w:pPr>
        <w:jc w:val="right"/>
      </w:pPr>
      <w:r>
        <w:t>؟ وہ تھا ریلیجس پرسیکیوشن کا ایج، مذہبی جبر کا ایج۔ اس کی مثال قرآن میں ہے، سورہ البروج میں وَمَا نَقَبُوا مِنْهُمْ إِلَّا أَنْ يُؤْمِنُوا بِاللَّهِ الْعَزِيزِ الْحَمِيدِ یعنی صرف یہ کہنا کہ اللہ ایک ہے،</w:t>
      </w:r>
    </w:p>
    <w:p>
      <w:r>
        <w:rPr>
          <w:b/>
        </w:rPr>
        <w:t xml:space="preserve">[11:03] </w:t>
      </w:r>
      <w:r>
        <w:t>is par bhi un ko mara jata tha. kyun?</w:t>
      </w:r>
    </w:p>
    <w:p>
      <w:pPr>
        <w:jc w:val="right"/>
      </w:pPr>
      <w:r>
        <w:t>اس پر بھی ان کو مارا جاتا تھا۔ کیوں؟</w:t>
      </w:r>
    </w:p>
    <w:p>
      <w:r>
        <w:rPr>
          <w:b/>
        </w:rPr>
        <w:t xml:space="preserve">[11:08] </w:t>
      </w:r>
      <w:r>
        <w:t>is zamane mein yeh maan liya gaya tha ke religion wohi hai jo state ka ho. yeh maan liya gaya tha.</w:t>
      </w:r>
    </w:p>
    <w:p>
      <w:pPr>
        <w:jc w:val="right"/>
      </w:pPr>
      <w:r>
        <w:t>اس زمانے میں یہ مان لیا گیا تھا کہ ریلیجن وہی ہے جو اسٹیٹ کا ہو۔ یہ مان لیا گیا تھا۔</w:t>
      </w:r>
    </w:p>
    <w:p>
      <w:r>
        <w:rPr>
          <w:b/>
        </w:rPr>
        <w:t xml:space="preserve">[11:21] </w:t>
      </w:r>
      <w:r>
        <w:t>state jo thi, jise is zamane mein state aur mazhab alag alag ho gaye hain, is zamane mein state ka koi mazhab nahi hota.</w:t>
      </w:r>
    </w:p>
    <w:p>
      <w:pPr>
        <w:jc w:val="right"/>
      </w:pPr>
      <w:r>
        <w:t>اسٹیٹ جو تھی، جسے اس زمانے میں اسٹیٹ اور مذہب الگ الگ ہو گئے ہیں، اس زمانے میں اسٹیٹ کا کوئی مذہب نہیں ہوتا۔</w:t>
      </w:r>
    </w:p>
    <w:p>
      <w:r>
        <w:rPr>
          <w:b/>
        </w:rPr>
        <w:t xml:space="preserve">[11:32] </w:t>
      </w:r>
      <w:r>
        <w:t>is zamane mein state ka jo mazhab hota tha, wohi sare logon ko manna parta tha. jis ko kehte hain anna salihu ad-deenu wal 'uloom to jo aadmi</w:t>
      </w:r>
    </w:p>
    <w:p>
      <w:pPr>
        <w:jc w:val="right"/>
      </w:pPr>
      <w:r>
        <w:t>اس زمانے میں اسٹیٹ کا جو مذہب ہوتا تھا، وہی سارے لوگوں کو ماننا پڑتا تھا۔ جس کو کہتے ہیں أَنَّا صَالَحُ الدِّينُ وَالْعُلُوْمِ تو جو آدمی</w:t>
      </w:r>
    </w:p>
    <w:p>
      <w:r>
        <w:rPr>
          <w:b/>
        </w:rPr>
        <w:t xml:space="preserve">[11:49] </w:t>
      </w:r>
      <w:r>
        <w:t>state religion ke siwa koi aur religion apnaaye, koi aur aqeedah apnaaye, to us ko mara jata tha, us ko peeta jata tha, us ko</w:t>
      </w:r>
    </w:p>
    <w:p>
      <w:pPr>
        <w:jc w:val="right"/>
      </w:pPr>
      <w:r>
        <w:t>اسٹیٹ ریلیجن کے سوا کوئی اور ریلیجن اپنائے، کوئی اور عقیدہ اپنائے، تو اس کو مارا جاتا تھا، اس کو پیٹا جاتا تھا، اس کو</w:t>
      </w:r>
    </w:p>
    <w:p>
      <w:r>
        <w:rPr>
          <w:b/>
        </w:rPr>
        <w:t xml:space="preserve">[11:57] </w:t>
      </w:r>
      <w:r>
        <w:t>us ko majboor kiya jata tha ke woh state religion ko apnaaye. us ko kaha jata hai religious persecution. to is ki wajah se dawat ka kaam bohat mushkil tha,</w:t>
      </w:r>
    </w:p>
    <w:p>
      <w:pPr>
        <w:jc w:val="right"/>
      </w:pPr>
      <w:r>
        <w:t>اس کو مجبور کیا جاتا تھا کہ وہ اسٹیٹ ریلیجن کو اپنائے۔ اس کو کہا جاتا ہے ریلیجس پرسیکیوشن۔ تو اس کی وجہ سے دعوت کا کام بہت مشکل تھا،</w:t>
      </w:r>
    </w:p>
    <w:p>
      <w:r>
        <w:rPr>
          <w:b/>
        </w:rPr>
        <w:t xml:space="preserve">[12:14] </w:t>
      </w:r>
      <w:r>
        <w:t>boht hi mushkil ho gaya tha dawat ka kaam</w:t>
      </w:r>
    </w:p>
    <w:p>
      <w:pPr>
        <w:jc w:val="right"/>
      </w:pPr>
      <w:r>
        <w:t>بہت ہی مشکل ہو گیا تھا۔ دعوت کا کام</w:t>
      </w:r>
    </w:p>
    <w:p>
      <w:r>
        <w:rPr>
          <w:b/>
        </w:rPr>
        <w:t xml:space="preserve">[12:17] </w:t>
      </w:r>
      <w:r>
        <w:t>logon ko shadeed,</w:t>
      </w:r>
    </w:p>
    <w:p>
      <w:pPr>
        <w:jc w:val="right"/>
      </w:pPr>
      <w:r>
        <w:t>لوگوں کو شدید،</w:t>
      </w:r>
    </w:p>
    <w:p>
      <w:r>
        <w:rPr>
          <w:b/>
        </w:rPr>
        <w:t xml:space="preserve">[12:24] </w:t>
      </w:r>
      <w:r>
        <w:t>boht ziyada hukoomat ki taraf se, boht ziyada sakht sazaon ka saamna kar ke dawat ka kaam karna parta tha.</w:t>
      </w:r>
    </w:p>
    <w:p>
      <w:pPr>
        <w:jc w:val="right"/>
      </w:pPr>
      <w:r>
        <w:t>بہت زیادہ حکومت کی طرف سے، بہت زیادہ سخت سزاؤں کا سامنا کر کے دعوت کا کام کرنا پڑتا تھا۔</w:t>
      </w:r>
    </w:p>
    <w:p>
      <w:r>
        <w:rPr>
          <w:b/>
        </w:rPr>
        <w:t xml:space="preserve">[12:38] </w:t>
      </w:r>
      <w:r>
        <w:t>to sahaba ki zuban se yeh yeh dua jo karwai gayi, is ka matlab tha kya? ke woh yaani yun keh lijiye ke ke woh tha anti deen age.</w:t>
      </w:r>
    </w:p>
    <w:p>
      <w:pPr>
        <w:jc w:val="right"/>
      </w:pPr>
      <w:r>
        <w:t>تو صحابہ کی زبان سے یہ یہ دعا جو کروائی گئی، اس کا مطلب تھا کیا؟ کہ وہ یعنی یوں کہہ لیجئے کہ کہ وہ تھا اینٹی دین ایج۔</w:t>
      </w:r>
    </w:p>
    <w:p>
      <w:r>
        <w:rPr>
          <w:b/>
        </w:rPr>
        <w:t xml:space="preserve">[12:55] </w:t>
      </w:r>
      <w:r>
        <w:t>ab ab dua ka matlab tha ke anti deen age khatam ho jaye aur pro deen age aa jaye. yeh matlab tha is ka.</w:t>
      </w:r>
    </w:p>
    <w:p>
      <w:pPr>
        <w:jc w:val="right"/>
      </w:pPr>
      <w:r>
        <w:t>اب اب دعا کا مطلب تھا کہ اینٹی دین ایج ختم ہو جائے اور پرو دین ایج آ جائے۔ یہ مطلب تھا اس کا۔</w:t>
      </w:r>
    </w:p>
    <w:p>
      <w:r>
        <w:rPr>
          <w:b/>
        </w:rPr>
        <w:t xml:space="preserve">[13:05] </w:t>
      </w:r>
      <w:r>
        <w:t>to is ayat ka taalluq kuch bhi is ayat se nahi hai jahan wa yazo anhum israhum wal aghlala lati kaanat alaihim yeh age se related jo masail thay, jis ki wajah se</w:t>
      </w:r>
    </w:p>
    <w:p>
      <w:pPr>
        <w:jc w:val="right"/>
      </w:pPr>
      <w:r>
        <w:t>تو اس آیت کا تعلق کچھ بھی اس آیت سے نہیں ہے جہاں وَيَزَوْا عَنْهُمْ اِسْرَهُمْ وَالْاَغْلَالَ الَّتِي كَانَتْ عَلَيْهِمْ یہ ایج سے ریلیٹڈ جو مسائل تھے، جس کی وجہ سے</w:t>
      </w:r>
    </w:p>
    <w:p>
      <w:r>
        <w:rPr>
          <w:b/>
        </w:rPr>
        <w:t xml:space="preserve">[13:20] </w:t>
      </w:r>
      <w:r>
        <w:t>namaz parhna bhi mushkil tha. araata alladhi anha abd an idha salla tawheed ka aqeedah rakhna bhi mushkil tha.</w:t>
      </w:r>
    </w:p>
    <w:p>
      <w:pPr>
        <w:jc w:val="right"/>
      </w:pPr>
      <w:r>
        <w:t>نماز پڑھنا بھی مشکل تھا۔ أَرَاۤتَ الَّذِي أَنْهَا عَبْدًا أَذَا صَلَّى توحید کا عقیدہ رکھنا بھی مشکل تھا۔</w:t>
      </w:r>
    </w:p>
    <w:p>
      <w:r>
        <w:rPr>
          <w:b/>
        </w:rPr>
        <w:t xml:space="preserve">[13:30] </w:t>
      </w:r>
      <w:r>
        <w:t>kyun ke mazhab ne state ko apna rakha tha. is is zamane mein awam ke mandate se log hukoomat karte hain.</w:t>
      </w:r>
    </w:p>
    <w:p>
      <w:pPr>
        <w:jc w:val="right"/>
      </w:pPr>
      <w:r>
        <w:t>کیونکہ مذہب نے اسٹیٹ کو اپنا رکھا تھا۔ اس اس زمانے میں عوام کے مینڈیٹ سے لوگ حکومت کرتے ہیں۔</w:t>
      </w:r>
    </w:p>
    <w:p>
      <w:r>
        <w:rPr>
          <w:b/>
        </w:rPr>
        <w:t xml:space="preserve">[13:45] </w:t>
      </w:r>
      <w:r>
        <w:t>is zamane mein aisa nahi tha.</w:t>
      </w:r>
    </w:p>
    <w:p>
      <w:pPr>
        <w:jc w:val="right"/>
      </w:pPr>
      <w:r>
        <w:t>اس زمانے میں ایسا نہیں تھا۔</w:t>
      </w:r>
    </w:p>
    <w:p>
      <w:r>
        <w:rPr>
          <w:b/>
        </w:rPr>
        <w:t xml:space="preserve">[13:48] </w:t>
      </w:r>
      <w:r>
        <w:t>is zamane mein mazhab ka patent ban kar hukoomat ki jati thi. to mazhab agar koi doosra ikhtiyar kare to is ka matlab tha treason, hukoomat se, state se ghaddari.</w:t>
      </w:r>
    </w:p>
    <w:p>
      <w:pPr>
        <w:jc w:val="right"/>
      </w:pPr>
      <w:r>
        <w:t>اس زمانے میں مذہب کا پیٹنٹ بن کر حکومت کی جاتی تھی۔ تو مذہب اگر کوئی دوسرا اختیار کرے تو اس کا مطلب تھا ٹریژن، حکومت سے، اسٹیٹ سے غداری۔</w:t>
      </w:r>
    </w:p>
    <w:p>
      <w:r>
        <w:rPr>
          <w:b/>
        </w:rPr>
        <w:t xml:space="preserve">[14:04] </w:t>
      </w:r>
      <w:r>
        <w:t>yeh soorat e haal khatam ho. yaani sahaba ki dua ka matlab yeh tha ke anti deen jo daur hai, woh khatam ho aur pro deen daur aa jaye.</w:t>
      </w:r>
    </w:p>
    <w:p>
      <w:pPr>
        <w:jc w:val="right"/>
      </w:pPr>
      <w:r>
        <w:t>یہ صورتحال ختم ہو۔ یعنی صحابہ کی دعا کا مطلب یہ تھا کہ اینٹی دین جو دور ہے، وہ ختم ہو اور پرو دین دور آ جائے۔</w:t>
      </w:r>
    </w:p>
    <w:p>
      <w:r>
        <w:rPr>
          <w:b/>
        </w:rPr>
        <w:t xml:space="preserve">[14:23] </w:t>
      </w:r>
      <w:r>
        <w:t>yeh boht hi aham baat hai. to Allah taala ne yeh dua qabool ki. aur phir ek history mein ek naya process jari hua.</w:t>
      </w:r>
    </w:p>
    <w:p>
      <w:pPr>
        <w:jc w:val="right"/>
      </w:pPr>
      <w:r>
        <w:t>یہ بہت ہی اہم بات ہے۔ تو اللہ تعالی نے یہ دعا قبول کی۔ اور پھر ایک ہسٹری میں ایک نیا پروسیس جاری ہوا۔</w:t>
      </w:r>
    </w:p>
    <w:p>
      <w:r>
        <w:rPr>
          <w:b/>
        </w:rPr>
        <w:t xml:space="preserve">[14:33] </w:t>
      </w:r>
      <w:r>
        <w:t>dekhiye, maine kai baar yeh baat kahi hai ke history mein koi tabdeeli, koi change achaanak kabhi aata nahi hai. kabhi bhi nahi aata.</w:t>
      </w:r>
    </w:p>
    <w:p>
      <w:pPr>
        <w:jc w:val="right"/>
      </w:pPr>
      <w:r>
        <w:t>دیکھیے، میں نے کئی بار یہ بات کہی ہے کہ ہسٹری میں کوئی تبدیلی، کوئی چینج اچانک کبھی آتا نہیں ہے۔ کبھی بھی نہیں آتا۔</w:t>
      </w:r>
    </w:p>
    <w:p>
      <w:r>
        <w:rPr>
          <w:b/>
        </w:rPr>
        <w:t xml:space="preserve">[14:44] </w:t>
      </w:r>
      <w:r>
        <w:t>ek lambi muddat ke baad aata hai. jaise is zamane mein dekhiye, democracy hai. to kaha, democracy achaanak aa gayi. is ke peeche boht lambi muddat hai.</w:t>
      </w:r>
    </w:p>
    <w:p>
      <w:pPr>
        <w:jc w:val="right"/>
      </w:pPr>
      <w:r>
        <w:t>ایک لمبی مدت کے بعد آتا ہے۔ جیسے اس زمانے میں دیکھیے، ڈیموکریسی ہے۔ تو کہا، ڈیموکریسی اچانک آ گئی۔ اس کے پیچھے بہت لمبی مدت ہے۔</w:t>
      </w:r>
    </w:p>
    <w:p>
      <w:r>
        <w:rPr>
          <w:b/>
        </w:rPr>
        <w:t xml:space="preserve">[14:55] </w:t>
      </w:r>
      <w:r>
        <w:t>sainkaron saal ke darmiyan ek process chala. tab ja kar ke democracy aayi hai.</w:t>
      </w:r>
    </w:p>
    <w:p>
      <w:pPr>
        <w:jc w:val="right"/>
      </w:pPr>
      <w:r>
        <w:t>سینکڑوں سال کے درمیان ایک پروسیس چلا۔ تب جا کر کے ڈیموکریسی آئی ہے۔</w:t>
      </w:r>
    </w:p>
    <w:p>
      <w:r>
        <w:rPr>
          <w:b/>
        </w:rPr>
        <w:t xml:space="preserve">[15:02] </w:t>
      </w:r>
      <w:r>
        <w:t>to Allah taala ka mamla bhi yahi hai. asbab o ilal ke parde mein madad aati hai. madad jo hai, aisa nahi aati ke asbab o ilal ke parde ko phaar kar aaye.</w:t>
      </w:r>
    </w:p>
    <w:p>
      <w:pPr>
        <w:jc w:val="right"/>
      </w:pPr>
      <w:r>
        <w:t>تو اللہ تعالی کا معاملہ بھی یہی ہے۔ اسباب و علل کے پردے میں مدد آتی ہے۔ مدد جو ہے، ایسا نہیں آتی کہ اسباب و علل کے پردے کو پھاڑ کر آئے۔</w:t>
      </w:r>
    </w:p>
    <w:p>
      <w:r>
        <w:rPr>
          <w:b/>
        </w:rPr>
        <w:t xml:space="preserve">[15:14] </w:t>
      </w:r>
      <w:r>
        <w:t>to Allah taala ne yeh dua qabool farmayi. aur jo asbab thay, un mein aise tabdiliyan paida ki gayeen.</w:t>
      </w:r>
    </w:p>
    <w:p>
      <w:pPr>
        <w:jc w:val="right"/>
      </w:pPr>
      <w:r>
        <w:t>تو اللہ تعالی نے یہ دعا قبول فرمائی۔ اور جو اسباب تھے، ان میں ایسے تبدیلیاں پیدا کی گئیں۔</w:t>
      </w:r>
    </w:p>
    <w:p>
      <w:r>
        <w:rPr>
          <w:b/>
        </w:rPr>
        <w:t xml:space="preserve">[15:25] </w:t>
      </w:r>
      <w:r>
        <w:t>un mein aisa process jari kiya gaya jo dheere dheere yahan pohancha ke dunya mein mukammal mazhabi aazadi ka daur aa gaya.</w:t>
      </w:r>
    </w:p>
    <w:p>
      <w:pPr>
        <w:jc w:val="right"/>
      </w:pPr>
      <w:r>
        <w:t>ان میں ایسا پروسیس جاری کیا گیا جو دھیرے دھیرے یہاں پہنچا کہ دنیا میں مکمل مذہبی آزادی کا دور آ گیا۔</w:t>
      </w:r>
    </w:p>
    <w:p>
      <w:r>
        <w:rPr>
          <w:b/>
        </w:rPr>
        <w:t xml:space="preserve">[15:39] </w:t>
      </w:r>
      <w:r>
        <w:t>yaani age of religious persecution khatam ho gaya aur age of religious freedom aa gaya. yeh hai matlab is ka. ab dekhiye, jab aisa ho jaye to daaiyon ko kya karna hai?</w:t>
      </w:r>
    </w:p>
    <w:p>
      <w:pPr>
        <w:jc w:val="right"/>
      </w:pPr>
      <w:r>
        <w:t>یعنی ایج آف ریلیجس پرسیکیوشن ختم ہو گیا اور ایج آف ریلیجس فریڈم آ گیا۔ یہ ہے مطلب اس کا۔ اب دیکھیے، جب ایسا ہو جائے تو داعیوں کو کیا کرنا ہے؟</w:t>
      </w:r>
    </w:p>
    <w:p>
      <w:r>
        <w:rPr>
          <w:b/>
        </w:rPr>
        <w:t xml:space="preserve">[15:57] </w:t>
      </w:r>
      <w:r>
        <w:t>jab aisa ho jaye ke religious persecution, religious persecution ka daur khatam ho jaye aur just religious freedom ka daur aa jaye to daaiyon ko kya karna hai?</w:t>
      </w:r>
    </w:p>
    <w:p>
      <w:pPr>
        <w:jc w:val="right"/>
      </w:pPr>
      <w:r>
        <w:t>جب ایسا ہو جائے کہ ریلیجس پرسیکشن، ریلیجس پرسیکیوشن کا دور ختم ہو جائے اور جسٹ ریلیجس فریڈم کا دور آ جائے تو داعیوں کو کیا کرنا ہے؟</w:t>
      </w:r>
    </w:p>
    <w:p>
      <w:r>
        <w:rPr>
          <w:b/>
        </w:rPr>
        <w:t xml:space="preserve">[16:09] </w:t>
      </w:r>
      <w:r>
        <w:t>ab wohi nahi karna hai jo pehle zamane ke log karte thay. pehle zamane ke logon ko is zamane ke age factor ki wajah se, zamani asbab se, state se takrao ho jata tha.</w:t>
      </w:r>
    </w:p>
    <w:p>
      <w:pPr>
        <w:jc w:val="right"/>
      </w:pPr>
      <w:r>
        <w:t>اب وہی نہیں کرنا ہے جو پہلے زمانے کے لوگ کرتے تھے۔ پہلے زمانے کے لوگوں کو اس زمانے کے ایج فیکٹر کی وجہ سے، زمانی اسباب سے، اسٹیٹ سے ٹکراؤ ہو جاتا تھا۔</w:t>
      </w:r>
    </w:p>
    <w:p>
      <w:r>
        <w:rPr>
          <w:b/>
        </w:rPr>
        <w:t xml:space="preserve">[16:24] </w:t>
      </w:r>
      <w:r>
        <w:t>foran takrao ho jata tha. lekin jab state ko religion se alag kar diya gaya, religion ko poori poori aazadi mil gayi to woh to daur hi khatam ho gaya.</w:t>
      </w:r>
    </w:p>
    <w:p>
      <w:pPr>
        <w:jc w:val="right"/>
      </w:pPr>
      <w:r>
        <w:t>فوراً ٹکراؤ ہو جاتا تھا۔ لیکن جب اسٹیٹ کو ریلیجن سے الگ کر دیا گیا، ریلیجن کو پوری پوری آزادی مل گئی تو وہ تو دور ہی ختم ہو گیا۔</w:t>
      </w:r>
    </w:p>
    <w:p>
      <w:r>
        <w:rPr>
          <w:b/>
        </w:rPr>
        <w:t xml:space="preserve">[16:37] </w:t>
      </w:r>
      <w:r>
        <w:t>woh daur khatam ho gaya jab ke aap state se ladein. ab state se ladne ka koi matlab nahi hai. to yeh jo sahaba aur muhaddiseen ka do group maine arz kiya ke yeh dono dauron ke liye role model ki hesiyat rakhi hai</w:t>
      </w:r>
    </w:p>
    <w:p>
      <w:pPr>
        <w:jc w:val="right"/>
      </w:pPr>
      <w:r>
        <w:t>وہ دور ختم ہو گیا جب کہ آپ اسٹیٹ سے لڑیں۔ اب اسٹیٹ سے لڑنے کا کوئی مطلب نہیں ہے۔ تو یہ جو صحابہ اور محدثین کا دو گروپ میں نے عرض کیا کہ یہ دونوں دوروں کے لیے رول ماڈل کی حیثیت رکھی ہے</w:t>
      </w:r>
    </w:p>
    <w:p>
      <w:r>
        <w:rPr>
          <w:b/>
        </w:rPr>
        <w:t xml:space="preserve">[16:55] </w:t>
      </w:r>
      <w:r>
        <w:t>ke daur e dawat mein kis tarah kaam kiya jaye, is ka namoona sahaba ki zindagi mein hai. aur daur e hukoomat mein kis tarah kaam kiya jaye, is ka namoona muhaddiseen ki zindagi mein hai.</w:t>
      </w:r>
    </w:p>
    <w:p>
      <w:pPr>
        <w:jc w:val="right"/>
      </w:pPr>
      <w:r>
        <w:t>کہ دور دعوت میں کس طرح کام کیا جائے، اس کا نمونہ صحابہ کی زندگیوں میں ہے۔ اور دور حکومت میں کس طرح کام کیا جائے، اس کا نمونہ محدثین کی زندگی میں ہے۔</w:t>
      </w:r>
    </w:p>
    <w:p>
      <w:r>
        <w:rPr>
          <w:b/>
        </w:rPr>
        <w:t xml:space="preserve">[17:08] </w:t>
      </w:r>
      <w:r>
        <w:t>dekhiye, ek baat main yahan yeh kahunga ke muhaddiseen ke bare mein log ek hi baat jante hain. muhaddiseen par boht ziyada kitabein likhi gayi hain.</w:t>
      </w:r>
    </w:p>
    <w:p>
      <w:pPr>
        <w:jc w:val="right"/>
      </w:pPr>
      <w:r>
        <w:t>دیکھیے، ایک بات میں یہاں یہ کہوں گا کہ محدثین کے بارے میں لوگ ایک ہی بات جانتے ہیں۔ محدثین پر بہت زیادہ کتابیں لکھی گئی ہیں۔</w:t>
      </w:r>
    </w:p>
    <w:p>
      <w:r>
        <w:rPr>
          <w:b/>
        </w:rPr>
        <w:t xml:space="preserve">[17:20] </w:t>
      </w:r>
      <w:r>
        <w:t>bohat ziyada kitaben hain. urdu, urdu mein, english mein, arabi mein.</w:t>
      </w:r>
    </w:p>
    <w:p>
      <w:pPr>
        <w:jc w:val="right"/>
      </w:pPr>
      <w:r>
        <w:t>بہت زیادہ کتابیں ہیں۔ اردو، اردو میں، انگلش میں، عربی میں۔</w:t>
      </w:r>
    </w:p>
    <w:p>
      <w:r>
        <w:rPr>
          <w:b/>
        </w:rPr>
        <w:t xml:space="preserve">[17:25] </w:t>
      </w:r>
      <w:r>
        <w:t>magar muhaddiseen ka ek hi role bataya gaya hai. kis tarah unhon ne hadithon ko jama kiya, kis tarah compile kiya, kis tarah un ko book form mein dhala.</w:t>
      </w:r>
    </w:p>
    <w:p>
      <w:pPr>
        <w:jc w:val="right"/>
      </w:pPr>
      <w:r>
        <w:t>مگر محدثین کا ایک ہی رول بتایا گیا ہے۔ کس طرح انہوں نے حدیثوں کو جمع کیا، کس طرح کمپائل کیا، کس طرح ان کو بک فارم میں ڈھالا۔</w:t>
      </w:r>
    </w:p>
    <w:p>
      <w:r>
        <w:rPr>
          <w:b/>
        </w:rPr>
        <w:t xml:space="preserve">[17:39] </w:t>
      </w:r>
      <w:r>
        <w:t>jis ko kehte hain tadween-e-hadith. jumbo tadween-e-hadith. lekin is ke siwa bhi ek role hai, bohat bara. muhaddiseen ka.</w:t>
      </w:r>
    </w:p>
    <w:p>
      <w:pPr>
        <w:jc w:val="right"/>
      </w:pPr>
      <w:r>
        <w:t>جس کو کہتے ہیں تدوین حدیث۔ جمبو تدوین حدیث۔ لیکن اس کے سوا بھی ایک رول ہے، بہت بڑا۔ محدثین کا۔</w:t>
      </w:r>
    </w:p>
    <w:p>
      <w:r>
        <w:rPr>
          <w:b/>
        </w:rPr>
        <w:t xml:space="preserve">[17:49] </w:t>
      </w:r>
      <w:r>
        <w:t>bohat bara role hai.</w:t>
      </w:r>
    </w:p>
    <w:p>
      <w:pPr>
        <w:jc w:val="right"/>
      </w:pPr>
      <w:r>
        <w:t>بہت بڑا رول ہے۔</w:t>
      </w:r>
    </w:p>
    <w:p>
      <w:r>
        <w:rPr>
          <w:b/>
        </w:rPr>
        <w:t xml:space="preserve">[17:51] </w:t>
      </w:r>
      <w:r>
        <w:t>woh kya hai? daur-e-hukumat mein kaam kis tarah kiya jaye? yeh ek bohat bara role model hai muhaddiseen ke haan ke daur-e-hukumat mein kis tarah kaam kiya jaye.</w:t>
      </w:r>
    </w:p>
    <w:p>
      <w:pPr>
        <w:jc w:val="right"/>
      </w:pPr>
      <w:r>
        <w:t>وہ کیا ہے؟ دور حکومت میں کام کس طرح کیا جائے؟ یہ ایک بہت بڑا رول ماڈل ہے محدثین کے ہاں کہ دور حکومت میں کس طرح کام کیا جائے۔</w:t>
      </w:r>
    </w:p>
    <w:p>
      <w:r>
        <w:rPr>
          <w:b/>
        </w:rPr>
        <w:t xml:space="preserve">[18:05] </w:t>
      </w:r>
      <w:r>
        <w:t>dekhiye,</w:t>
      </w:r>
    </w:p>
    <w:p>
      <w:pPr>
        <w:jc w:val="right"/>
      </w:pPr>
      <w:r>
        <w:t>دیکھیے،</w:t>
      </w:r>
    </w:p>
    <w:p>
      <w:r>
        <w:rPr>
          <w:b/>
        </w:rPr>
        <w:t xml:space="preserve">[18:08] </w:t>
      </w:r>
      <w:r>
        <w:t>tamam muhaddiseen jo jinhon ne kaam kiya, un ka zamana tha Abbasi period</w:t>
      </w:r>
    </w:p>
    <w:p>
      <w:pPr>
        <w:jc w:val="right"/>
      </w:pPr>
      <w:r>
        <w:t>تمام محدثین جو جنہوں نے کام کیا، ان کا زمانہ تھا عباسی پیریڈ</w:t>
      </w:r>
    </w:p>
    <w:p>
      <w:r>
        <w:rPr>
          <w:b/>
        </w:rPr>
        <w:t xml:space="preserve">[18:18] </w:t>
      </w:r>
      <w:r>
        <w:t>. jis ko hum kehte hain Abbasit period. daur-e-Abbasi. wohi zamana hai muhaddiseen ka. to Abbasi hukmaran jo thay, Abbasi jo khulafa kaha jata tha, lekin halankey woh sultan thay, woh kyunke woh dynasty thi.</w:t>
      </w:r>
    </w:p>
    <w:p>
      <w:pPr>
        <w:jc w:val="right"/>
      </w:pPr>
      <w:r>
        <w:t>۔ جس کو ہم کہتے ہیں عباسیت پیریڈ۔ دور عباسی۔ وہی زمانہ ہے محدثین کا۔ تو عباسی حکمران جو تھے، عباسی جو خلفاء کہا جاتا تھا، لیکن حالانکہ وہ سلطان تھے، وہ کیونکہ وہ ڈائنسٹی تھی۔</w:t>
      </w:r>
    </w:p>
    <w:p>
      <w:r>
        <w:rPr>
          <w:b/>
        </w:rPr>
        <w:t xml:space="preserve">[18:35] </w:t>
      </w:r>
      <w:r>
        <w:t>woh dynasty thi, woh Abu Bakr Umar ki jaisi hukumat nahi thi.</w:t>
      </w:r>
    </w:p>
    <w:p>
      <w:pPr>
        <w:jc w:val="right"/>
      </w:pPr>
      <w:r>
        <w:t>وہ ڈائنسٹی تھی، وہ ابوبکر عمر کی جیسی حکومت نہیں تھی۔</w:t>
      </w:r>
    </w:p>
    <w:p>
      <w:r>
        <w:rPr>
          <w:b/>
        </w:rPr>
        <w:t xml:space="preserve">[18:40] </w:t>
      </w:r>
      <w:r>
        <w:t>to Abbasi daur-e-hukumat mein jo halaat thay, un ko aap parhiye kitabon mein. woh waise hi thay jaise aaj kal Muslim mulkon mein hain.</w:t>
      </w:r>
    </w:p>
    <w:p>
      <w:pPr>
        <w:jc w:val="right"/>
      </w:pPr>
      <w:r>
        <w:t>تو عباسی دور حکومت میں جو حالات تھے، ان کو آپ پڑھیے کتابوں میں۔ وہ ویسے ہی تھے جیسے آج کل مسلم ملکوں میں ہیں۔</w:t>
      </w:r>
    </w:p>
    <w:p>
      <w:r>
        <w:rPr>
          <w:b/>
        </w:rPr>
        <w:t xml:space="preserve">[18:52] </w:t>
      </w:r>
      <w:r>
        <w:t>Muslim mulkon mein jin cheezon ko le kar ke aaj Arab Spring ke naam se tehreekein chal rahi hain. aur hazaron ne, lakhon log mare ja rahe hain.</w:t>
      </w:r>
    </w:p>
    <w:p>
      <w:pPr>
        <w:jc w:val="right"/>
      </w:pPr>
      <w:r>
        <w:t>مسلم ملکوں میں جن چیزوں کو لے کر کے آج عرب اسپرنگ کے نام سے تحریکیں چل رہی ہیں۔ اور ہزاروں نے، لاکھوں لوگ مارے جا رہے ہیں۔</w:t>
      </w:r>
    </w:p>
    <w:p>
      <w:r>
        <w:rPr>
          <w:b/>
        </w:rPr>
        <w:t xml:space="preserve">[19:02] </w:t>
      </w:r>
      <w:r>
        <w:t>aman khatam ho gaya hai. bloodshed hai.</w:t>
      </w:r>
    </w:p>
    <w:p>
      <w:pPr>
        <w:jc w:val="right"/>
      </w:pPr>
      <w:r>
        <w:t>امن ختم ہو گیا ہے۔ بلڈ شیڈ ہے۔</w:t>
      </w:r>
    </w:p>
    <w:p>
      <w:r>
        <w:rPr>
          <w:b/>
        </w:rPr>
        <w:t xml:space="preserve">[19:06] </w:t>
      </w:r>
      <w:r>
        <w:t>tarah tarah ki museebatein hain. kyunke log hukumaton se takra rahe hain. is baat ke liye ke nizam-e-adl qaim karo.</w:t>
      </w:r>
    </w:p>
    <w:p>
      <w:pPr>
        <w:jc w:val="right"/>
      </w:pPr>
      <w:r>
        <w:t>طرح طرح کی مصیبتیں ہیں۔ کیونکہ لوگ حکومتوں سے ٹکرا رہے ہیں۔ اس بات کے لیے کہ نظام عدل قائم کرو۔</w:t>
      </w:r>
    </w:p>
    <w:p>
      <w:r>
        <w:rPr>
          <w:b/>
        </w:rPr>
        <w:t xml:space="preserve">[19:16] </w:t>
      </w:r>
      <w:r>
        <w:t>lekin muhaddiseen ka zamana theek theek isi tarah ka zamana tha. jabke Abbasi hukmaranon mein woh sari kharabiyan aa gayi theen.</w:t>
      </w:r>
    </w:p>
    <w:p>
      <w:pPr>
        <w:jc w:val="right"/>
      </w:pPr>
      <w:r>
        <w:t>لیکن محدثین کا زمانہ ٹھیک اسی طرح کا زمانہ تھا۔ جبکہ عباسی حکمرانوں میں وہ ساری خرابیاں آ گئی تھیں۔</w:t>
      </w:r>
    </w:p>
    <w:p>
      <w:r>
        <w:rPr>
          <w:b/>
        </w:rPr>
        <w:t xml:space="preserve">[19:26] </w:t>
      </w:r>
      <w:r>
        <w:t>to muhaddiseen ne kya kiya? muhaddiseen ne mukammal taur par non-confrontational approach ikhtiyar kiya.</w:t>
      </w:r>
    </w:p>
    <w:p>
      <w:pPr>
        <w:jc w:val="right"/>
      </w:pPr>
      <w:r>
        <w:t>تو محدثین نے کیا کیا؟ محدثین نے مکمل طور پر نان کنفرنٹیشنل اپروچ اختیار کیا۔</w:t>
      </w:r>
    </w:p>
    <w:p>
      <w:r>
        <w:rPr>
          <w:b/>
        </w:rPr>
        <w:t xml:space="preserve">[19:36] </w:t>
      </w:r>
      <w:r>
        <w:t>mukammal taur par. unhon ne koi taaruz nahi kiya. koi notice nahi liya. woh alag, un ki duniya alag thi. yaani sulatin ki duniya alag thi aur muhaddiseen ki duniya alag thi.</w:t>
      </w:r>
    </w:p>
    <w:p>
      <w:pPr>
        <w:jc w:val="right"/>
      </w:pPr>
      <w:r>
        <w:t>مکمل طور پر۔ انہوں نے کوئی تعارض نہیں کیا۔ کوئی نوٹس نہیں لیا۔ وہ الگ، ان کی دنیا الگ تھی۔ یعنی سلاطین کی دنیا الگ تھی اور محدثین کی دنیا الگ تھی۔</w:t>
      </w:r>
    </w:p>
    <w:p>
      <w:r>
        <w:rPr>
          <w:b/>
        </w:rPr>
        <w:t xml:space="preserve">[19:51] </w:t>
      </w:r>
      <w:r>
        <w:t>yeh tha in hadithon ka jo hadithain jama keen muhaddiseen ne. in hadithon mein yeh kaha gaya tha ke mere baad hukumat aye gi, daur-e-hukumat aye ga to hakim log jo hain,</w:t>
      </w:r>
    </w:p>
    <w:p>
      <w:pPr>
        <w:jc w:val="right"/>
      </w:pPr>
      <w:r>
        <w:t>یہ تھا ان حدیثوں کا جو حدیثیں جمع کیں محدثین نے۔ ان حدیثوں میں یہ کہا گیا تھا کہ میرے بعد حکومت آئے گی، دور حکومت آئے گا تو حاکم لوگ جو ہیں،</w:t>
      </w:r>
    </w:p>
    <w:p>
      <w:r>
        <w:rPr>
          <w:b/>
        </w:rPr>
        <w:t xml:space="preserve">[20:06] </w:t>
      </w:r>
      <w:r>
        <w:t>woh aish karein ge, woh mahal banayein ge, woh qale banayein ge aur jo un ki mukhalifat kare ga, un ko maar peet karein ge.</w:t>
      </w:r>
    </w:p>
    <w:p>
      <w:pPr>
        <w:jc w:val="right"/>
      </w:pPr>
      <w:r>
        <w:t>وہ عیش کریں گے، وہ محل بنائیں گے، وہ قلعے بنائیں گے اور جو ان کی مخالفت کرے گا، ان کو مارپیٹ کریں گے۔</w:t>
      </w:r>
    </w:p>
    <w:p>
      <w:r>
        <w:rPr>
          <w:b/>
        </w:rPr>
        <w:t xml:space="preserve">[20:18] </w:t>
      </w:r>
      <w:r>
        <w:t>to Rasool Allah ne peshi taur par hidayat de di thi ke tum un se takrao na karna. ek hadith mein hai ke wa in jalada zahraka wa akhaza malak</w:t>
      </w:r>
    </w:p>
    <w:p>
      <w:pPr>
        <w:jc w:val="right"/>
      </w:pPr>
      <w:r>
        <w:t>تو رسول اللہ نے پیشی طور پر ہدایت دے دی تھی کہ تم ان سے ٹکراؤ نہ کرنا۔ ایک حدیث میں ہے کہ وَإِنْ جَلَدَ زَهْرَكَ وَأَخَذَ مَالَكَ</w:t>
      </w:r>
    </w:p>
    <w:p>
      <w:r>
        <w:rPr>
          <w:b/>
        </w:rPr>
        <w:t xml:space="preserve">[20:36] </w:t>
      </w:r>
      <w:r>
        <w:t>yaani tumhare wa in julida zahraka wa ukhaza malaka ke chahe tumhare peeth par kode mare jayein aur tumhare malon ko le liya jaye.</w:t>
      </w:r>
    </w:p>
    <w:p>
      <w:pPr>
        <w:jc w:val="right"/>
      </w:pPr>
      <w:r>
        <w:t>یعنی تمہاری وَإِنْ جُلِدَ زَهْرَكَ وَأُخَذَ مَالَكَ کہ چاہے تمہارے پیٹھ پر کوڑے مارے جائیں اور تمہارے مالوں کو لے لیا جائے۔</w:t>
      </w:r>
    </w:p>
    <w:p>
      <w:r>
        <w:rPr>
          <w:b/>
        </w:rPr>
        <w:t xml:space="preserve">[20:51] </w:t>
      </w:r>
      <w:r>
        <w:t>yeh usloob hai. is ka matlab nahi hai ke woh khwamkhwah aap ko marein ge, aap ko khwamkhwah aap ka maal chheenenge. yeh matlab is ka nahi hai.</w:t>
      </w:r>
    </w:p>
    <w:p>
      <w:pPr>
        <w:jc w:val="right"/>
      </w:pPr>
      <w:r>
        <w:t>یہ اسلوب ہے۔ اس کا مطلب نہیں ہے کہ وہ خوامخواہ آپ کو ماریں گے، آپ کو خوامخواہ آپ کا مال چھینیں گے۔ یہ مطلب اس کا نہیں ہے۔</w:t>
      </w:r>
    </w:p>
    <w:p>
      <w:r>
        <w:rPr>
          <w:b/>
        </w:rPr>
        <w:t xml:space="preserve">[21:01] </w:t>
      </w:r>
      <w:r>
        <w:t>is ka matlab kya hai? koi bhi excuse le kar ke tum hukmaranon se takrao mat karna. ek hadith mein hai ke to apne bheer bakri ko le kar jangalon mein chale jana.</w:t>
      </w:r>
    </w:p>
    <w:p>
      <w:pPr>
        <w:jc w:val="right"/>
      </w:pPr>
      <w:r>
        <w:t>اس کا مطلب کیا ہے؟ کوئی بھی ایکسکیوز لے کر کے تم حکمرانوں سے ٹکراؤ مت کرنا۔ ایک حدیث میں ہے کہ تو اپنے بھیڑ بکری کو لے کر جنگلوں میں چلے جانا۔</w:t>
      </w:r>
    </w:p>
    <w:p>
      <w:r>
        <w:rPr>
          <w:b/>
        </w:rPr>
        <w:t xml:space="preserve">[21:13] </w:t>
      </w:r>
      <w:r>
        <w:t>is ka matlab yeh nahi hai ke bheer bakri le kar jangalon mein chale jayein. literal taur par nahi</w:t>
      </w:r>
    </w:p>
    <w:p>
      <w:pPr>
        <w:jc w:val="right"/>
      </w:pPr>
      <w:r>
        <w:t>اس کا مطلب یہ نہیں ہے کہ بھیڑ بکری لے کر جنگل میں چلے جائیں۔ لٹرل طور پر نہیں</w:t>
      </w:r>
    </w:p>
    <w:p>
      <w:r>
        <w:rPr>
          <w:b/>
        </w:rPr>
        <w:t xml:space="preserve">[21:19] </w:t>
      </w:r>
      <w:r>
        <w:t>. balkey balkey is ka matlab yeh hai ke non-political jo daira hai, us mein apne kaam ko jari rakhna.</w:t>
      </w:r>
    </w:p>
    <w:p>
      <w:pPr>
        <w:jc w:val="right"/>
      </w:pPr>
      <w:r>
        <w:t>۔ بلکہ بلکہ اس کا مطلب یہ ہے کہ نان پولیٹیکل جو دائرہ ہے، اس میں اپنے کام کو جاری رکھنا۔</w:t>
      </w:r>
    </w:p>
    <w:p>
      <w:r>
        <w:rPr>
          <w:b/>
        </w:rPr>
        <w:t xml:space="preserve">[21:31] </w:t>
      </w:r>
      <w:r>
        <w:t>political dairey se alag alag kar ke. to muhaddiseen ne yeh hadithain jama keen aur theek theek isi par amal kiya unhon ne.</w:t>
      </w:r>
    </w:p>
    <w:p>
      <w:pPr>
        <w:jc w:val="right"/>
      </w:pPr>
      <w:r>
        <w:t>پولیٹیکل دائرے سے الگ الگ کر کے۔ تو محدثین نے یہ حدیثیں جمع کیں اور ٹھیک ٹھیک اسی پر عمل کیا انہوں نے۔</w:t>
      </w:r>
    </w:p>
    <w:p>
      <w:r>
        <w:rPr>
          <w:b/>
        </w:rPr>
        <w:t xml:space="preserve">[21:41] </w:t>
      </w:r>
      <w:r>
        <w:t>yani muhaddiseen ke daur mein woh saari kharabiyaan theen jin ko jin ka ahwal, jin ka naam le kar ke aaj kal muslim mulkon mein takrao kiya ja raha hai.</w:t>
      </w:r>
    </w:p>
    <w:p>
      <w:pPr>
        <w:jc w:val="right"/>
      </w:pPr>
      <w:r>
        <w:t>یعنی محدثین کے دور میں وہ ساری خرابیاں تھیں جن کو جن کا احوال، جن کا نام لے کر کے آج کل مسلم ملکوں میں ٹکراؤ کیا جا رہا ہے۔</w:t>
      </w:r>
    </w:p>
    <w:p>
      <w:r>
        <w:rPr>
          <w:b/>
        </w:rPr>
        <w:t xml:space="preserve">[21:53] </w:t>
      </w:r>
      <w:r>
        <w:t>har muslim mulk mein ya to paiso takrao hai ya active takrao hai. har muslim mulk mein jahan mawaqe maujood hain, wahan active takrao hai.</w:t>
      </w:r>
    </w:p>
    <w:p>
      <w:pPr>
        <w:jc w:val="right"/>
      </w:pPr>
      <w:r>
        <w:t>ہر مسلم ملک میں یا تو پیسو ٹکراؤ ہے یا ایکٹیو ٹکراؤ ہے۔ ہر مسلم ملک میں جہاں مواقع موجود ہیں، وہاں ایکٹیو ٹکراؤ ہے۔</w:t>
      </w:r>
    </w:p>
    <w:p>
      <w:r>
        <w:rPr>
          <w:b/>
        </w:rPr>
        <w:t xml:space="preserve">[22:05] </w:t>
      </w:r>
      <w:r>
        <w:t>jahan mawaqe nahi hain, wahan paiso takrao hai.</w:t>
      </w:r>
    </w:p>
    <w:p>
      <w:pPr>
        <w:jc w:val="right"/>
      </w:pPr>
      <w:r>
        <w:t>جہاں مواقع نہیں ہیں، وہاں پیسو ٹکراؤ ہے۔</w:t>
      </w:r>
    </w:p>
    <w:p>
      <w:r>
        <w:rPr>
          <w:b/>
        </w:rPr>
        <w:t xml:space="preserve">[22:09] </w:t>
      </w:r>
      <w:r>
        <w:t>to yeh log is ko bhool gaye hain ke muhaddiseen ne kya model pesh kiya tha. kyunke muhaddiseen ko bator model ka nahi lete log.</w:t>
      </w:r>
    </w:p>
    <w:p>
      <w:pPr>
        <w:jc w:val="right"/>
      </w:pPr>
      <w:r>
        <w:t>تو یہ لوگ اس کو بھول گئے ہیں کہ محدثین نے کیا ماڈل پیش کیا تھا۔ کیونکہ محدثین کو بطور ماڈل کا نہیں لیتے لوگ۔</w:t>
      </w:r>
    </w:p>
    <w:p>
      <w:r>
        <w:rPr>
          <w:b/>
        </w:rPr>
        <w:t xml:space="preserve">[22:19] </w:t>
      </w:r>
      <w:r>
        <w:t>muhaddiseen ko samajhte hain ke bas unhon ne hadithain jama ki. mein samajhta hoon ke woh jo ayat hai wa allazeena tawawwahoo bi ihsaan us se murad jo muhaddiseen ka group hai aur ayat ke pehle hisse mein sahaba murad hain, doosre hisse mein muhaddiseen murad hain.</w:t>
      </w:r>
    </w:p>
    <w:p>
      <w:pPr>
        <w:jc w:val="right"/>
      </w:pPr>
      <w:r>
        <w:t>محدثین کو سمجھتے ہیں کہ بس انہوں نے حدیثیں جمع کیں۔ میں سمجھتا ہوں کہ وہ جو آیت ہے وَاللَّذِينَ تَوَوَّهُوا بِإحْسَانٍ اس سے مراد جو محدثین کا گروپ ہے اور آیت کے پہلے حصے میں صحابہ مراد ہیں، دوسرے حصے میں محدثین مراد ہیں۔</w:t>
      </w:r>
    </w:p>
    <w:p>
      <w:r>
        <w:rPr>
          <w:b/>
        </w:rPr>
        <w:t xml:space="preserve">[22:39] </w:t>
      </w:r>
      <w:r>
        <w:t>sahaba se murad yeh hai ke</w:t>
      </w:r>
    </w:p>
    <w:p>
      <w:pPr>
        <w:jc w:val="right"/>
      </w:pPr>
      <w:r>
        <w:t>صحابہ سے مراد یہ ہے کہ</w:t>
      </w:r>
    </w:p>
    <w:p>
      <w:r>
        <w:rPr>
          <w:b/>
        </w:rPr>
        <w:t xml:space="preserve">[22:45] </w:t>
      </w:r>
      <w:r>
        <w:t>hukumat se pehle ka jo daur hai, jis ko mein daur dawat keh raha hoon, us mein kaam kis tarah kiya jaye. yani pre hukumat daur aur post hukumat daur.</w:t>
      </w:r>
    </w:p>
    <w:p>
      <w:pPr>
        <w:jc w:val="right"/>
      </w:pPr>
      <w:r>
        <w:t>حکومت سے پہلے کا جو دور ہے، جس کو میں دور دعوت کہہ رہا ہوں، اس میں کام کس طرح کیا جائے۔ یعنی پری حکومت دور اور پوسٹ حکومت دور۔</w:t>
      </w:r>
    </w:p>
    <w:p>
      <w:r>
        <w:rPr>
          <w:b/>
        </w:rPr>
        <w:t xml:space="preserve">[22:57] </w:t>
      </w:r>
      <w:r>
        <w:t>pre hukumat daur ke liye sahaba ka yahan model hai aur post hukumat daur ke liye muhaddiseen ke haan model hai.</w:t>
      </w:r>
    </w:p>
    <w:p>
      <w:pPr>
        <w:jc w:val="right"/>
      </w:pPr>
      <w:r>
        <w:t>پری حکومت دور کے لیے صحابہ کا یہاں ماڈل ہے اور پوسٹ حکومت دور کے لیے محدثین کے ہاں ماڈل ہے۔</w:t>
      </w:r>
    </w:p>
    <w:p>
      <w:r>
        <w:rPr>
          <w:b/>
        </w:rPr>
        <w:t xml:space="preserve">[23:06] </w:t>
      </w:r>
      <w:r>
        <w:t>dekhiye, mein yahan aap ko yaad dilana chahta hoon ke sahih muslim jo do sab se zyada mustanad kitabon mein se ek hai, yani bukhari aur muslim, jin ko saheehain kaha jata hai,</w:t>
      </w:r>
    </w:p>
    <w:p>
      <w:pPr>
        <w:jc w:val="right"/>
      </w:pPr>
      <w:r>
        <w:t>دیکھیے، میں یہاں آپ کو یاد دلانا چاہتا ہوں کہ صحیح مسلم جو دو سب سے زیادہ مستند کتابوں میں سے ایک ہے، یعنی بخاری اور مسلم، جن کو صحیحین کہا جاتا ہے،</w:t>
      </w:r>
    </w:p>
    <w:p>
      <w:r>
        <w:rPr>
          <w:b/>
        </w:rPr>
        <w:t xml:space="preserve">[23:21] </w:t>
      </w:r>
      <w:r>
        <w:t>to hadith ki tamam kitabon mein in do kitabon ka darja bohat bada hai. to sahih muslim ki sharah ki hai imam nawawi ne.</w:t>
      </w:r>
    </w:p>
    <w:p>
      <w:pPr>
        <w:jc w:val="right"/>
      </w:pPr>
      <w:r>
        <w:t>تو حدیث کی تمام کتابوں میں ان دو کتابوں کا درجہ بہت بڑا ہے۔ تو صحیح مسلم کی شرح کی ہے امام نووی نے۔</w:t>
      </w:r>
    </w:p>
    <w:p>
      <w:r>
        <w:rPr>
          <w:b/>
        </w:rPr>
        <w:t xml:space="preserve">[23:31] </w:t>
      </w:r>
      <w:r>
        <w:t>imam nawawi khud bhi ek bade muhaddis thay.</w:t>
      </w:r>
    </w:p>
    <w:p>
      <w:pPr>
        <w:jc w:val="right"/>
      </w:pPr>
      <w:r>
        <w:t>امام نووی خود بھی ایک بڑے محدث تھے۔</w:t>
      </w:r>
    </w:p>
    <w:p>
      <w:r>
        <w:rPr>
          <w:b/>
        </w:rPr>
        <w:t xml:space="preserve">[23:35] </w:t>
      </w:r>
      <w:r>
        <w:t>to woh jo hadithain hain jo mein ne arz kiya kitab al fitr mein jo aayi hain ke hukmaran chahe kuch bhi kare, kuch bhi kare, tum us se alag rakh kar kaam karna.</w:t>
      </w:r>
    </w:p>
    <w:p>
      <w:pPr>
        <w:jc w:val="right"/>
      </w:pPr>
      <w:r>
        <w:t>تو وہ جو حدیثیں ہیں جو میں نے عرض کیا کتاب الفطر میں جو آئی ہیں کہ حکمران چاہے کچھ بھی کرے، کچھ بھی کرے، تم اس سے الگ رکھ کر کام کرنا۔</w:t>
      </w:r>
    </w:p>
    <w:p>
      <w:r>
        <w:rPr>
          <w:b/>
        </w:rPr>
        <w:t xml:space="preserve">[23:46] </w:t>
      </w:r>
      <w:r>
        <w:t>alag rakh kar kaam karna.</w:t>
      </w:r>
    </w:p>
    <w:p>
      <w:pPr>
        <w:jc w:val="right"/>
      </w:pPr>
      <w:r>
        <w:t>الگ رکھ کر کام کرنا۔</w:t>
      </w:r>
    </w:p>
    <w:p>
      <w:r>
        <w:rPr>
          <w:b/>
        </w:rPr>
        <w:t xml:space="preserve">[23:48] </w:t>
      </w:r>
      <w:r>
        <w:t>to is ki sharah karte hue unhon ne likha hai ke ke agar tum dekho ke hakim jo hai, yani ruler jo hai, us mein burai aa gayi hai, us mein woh woh galat kaam karne lage hain.</w:t>
      </w:r>
    </w:p>
    <w:p>
      <w:pPr>
        <w:jc w:val="right"/>
      </w:pPr>
      <w:r>
        <w:t>تو اس کی شرح کرتے ہوئے انہوں نے لکھا ہے کہ کہ اگر تم دیکھو کہ حاکم جو ہے، یعنی رولر جو ہے، اس میں برائی آ گئی ہے، اس میں وہ وہ غلط کام کرنے لگے ہیں۔</w:t>
      </w:r>
    </w:p>
    <w:p>
      <w:r>
        <w:rPr>
          <w:b/>
        </w:rPr>
        <w:t xml:space="preserve">[24:11] </w:t>
      </w:r>
      <w:r>
        <w:t>misal ke taur par woh tax wasool karte hain aur apne aish mein kharch karte hain, bade bade mahal banate hain. to</w:t>
      </w:r>
    </w:p>
    <w:p>
      <w:pPr>
        <w:jc w:val="right"/>
      </w:pPr>
      <w:r>
        <w:t>مثلاً وہ ٹیکس وصول کرتے ہیں اور اپنے عیش میں خرچ کرتے ہیں، بڑے بڑے محل بناتے ہیں۔ تو</w:t>
      </w:r>
    </w:p>
    <w:p>
      <w:r>
        <w:rPr>
          <w:b/>
        </w:rPr>
        <w:t xml:space="preserve">[24:20] </w:t>
      </w:r>
      <w:r>
        <w:t>tum ko sirf yeh haq hai jis ko unhon ne likha hai ke fafeemabainaka wa bainahu yani un se appointment le kar koi nahi milo, tanhai mein naseehat karo.</w:t>
      </w:r>
    </w:p>
    <w:p>
      <w:pPr>
        <w:jc w:val="right"/>
      </w:pPr>
      <w:r>
        <w:t>تم کو صرف یہ حق ہے جس کو انہوں نے لکھا ہے کہ فَفِيمَا بَيْنَكَ وَبَيْنَهُ یعنی ان سے اپوائنٹمنٹ لے کر کوئی نہیں ملو، تنہائی میں نصیحت کرو۔</w:t>
      </w:r>
    </w:p>
    <w:p>
      <w:r>
        <w:rPr>
          <w:b/>
        </w:rPr>
        <w:t xml:space="preserve">[24:34] </w:t>
      </w:r>
      <w:r>
        <w:t>tanhai mein naseehat yeh aakhri tumhara had hai tumhari.</w:t>
      </w:r>
    </w:p>
    <w:p>
      <w:pPr>
        <w:jc w:val="right"/>
      </w:pPr>
      <w:r>
        <w:t>تنہائی میں نصیحت یہ آخری تمہارا حد ہے تمہاری۔</w:t>
      </w:r>
    </w:p>
    <w:p>
      <w:r>
        <w:rPr>
          <w:b/>
        </w:rPr>
        <w:t xml:space="preserve">[24:41] </w:t>
      </w:r>
      <w:r>
        <w:t>is ke baad kehte hain ke wa ambil khurooj alaihim faharaam baijma al muslimeen walaw kanoo fasqaa walaw kanoo zaalimeen yani khurooj ko kehte hain baghavat,</w:t>
      </w:r>
    </w:p>
    <w:p>
      <w:pPr>
        <w:jc w:val="right"/>
      </w:pPr>
      <w:r>
        <w:t>اس کے بعد کہتے ہیں کہ وَأَمْبَلْ خُرُوجُ عَلَيْهِمْ فَحَرَامٌ بَيْجْمَاءِ الْمُسْلِمِينَ وَلَوْ كَانُوا فَسَقَاءَ وَلَوْ كَانُوا ظَالِمِينَ یعنی خروج کو کہتے ہیں بغاوت،</w:t>
      </w:r>
    </w:p>
    <w:p>
      <w:r>
        <w:rPr>
          <w:b/>
        </w:rPr>
        <w:t xml:space="preserve">[24:57] </w:t>
      </w:r>
      <w:r>
        <w:t>revolt. to jahan tak khurooj ka taluq hai, un ke khilaf baghavat karne ka taluq hai. baghavat ka matlab hota hai amli takrao.</w:t>
      </w:r>
    </w:p>
    <w:p>
      <w:pPr>
        <w:jc w:val="right"/>
      </w:pPr>
      <w:r>
        <w:t>ریولٹ۔ تو جہاں تک خروج کا تعلق ہے، ان کے خلاف بغاوت کرنے کا تعلق ہے۔ بغاوت کا مطلب ہوتا ہے عملی ٹکراؤ۔</w:t>
      </w:r>
    </w:p>
    <w:p>
      <w:r>
        <w:rPr>
          <w:b/>
        </w:rPr>
        <w:t xml:space="preserve">[25:08] </w:t>
      </w:r>
      <w:r>
        <w:t>ek hai ke akele mein aap ne samjhaya bujhaya, us ke baad ghar chale gaye aap. ek yeh hai ke aap ne us ke khilaf irritation organize kiya, street activities chalaya, jalsa, jaloos, nara, jhanda aise chalaya aur us ko incite karne ke liye muhim chalai.</w:t>
      </w:r>
    </w:p>
    <w:p>
      <w:pPr>
        <w:jc w:val="right"/>
      </w:pPr>
      <w:r>
        <w:t>ایک ہے کہ اکیلے میں آپ نے سمجھایا بجھایا، اس کے بعد گھر چلے گئے آپ۔ ایک یہ ہے کہ آپ نے اس کے خلاف ایریٹیشن ارگنائز کیا، اسٹریٹ ایکٹیوٹیز چلایا، جلسہ، جلوس، نعرہ، جھنڈا ایسے چلایا اور اس کو انسیٹ کرنے کے لیے مہم چلائی۔</w:t>
      </w:r>
    </w:p>
    <w:p>
      <w:r>
        <w:rPr>
          <w:b/>
        </w:rPr>
        <w:t xml:space="preserve">[25:26] </w:t>
      </w:r>
      <w:r>
        <w:t>kaha practical takrao. to unhon ne likha hai ke yeh haram hai, ijma se is ki hurmat sabit hai.</w:t>
      </w:r>
    </w:p>
    <w:p>
      <w:pPr>
        <w:jc w:val="right"/>
      </w:pPr>
      <w:r>
        <w:t>کہا پریکٹیکل ٹکراؤ۔ تو انہوں نے لکھا ہے کہ یہ حرام ہے، اجماع سے اس کی حرمت ثابت ہے۔</w:t>
      </w:r>
    </w:p>
    <w:p>
      <w:r>
        <w:rPr>
          <w:b/>
        </w:rPr>
        <w:t xml:space="preserve">[25:37] </w:t>
      </w:r>
      <w:r>
        <w:t>yeh tha sahaba, yeh tha muhaddiseen ka maslak. yeh jo likha hai imam nawawi ne, yeh sirf ek masla nahi hai, yeh hai muhaddiseen ka maslak,</w:t>
      </w:r>
    </w:p>
    <w:p>
      <w:pPr>
        <w:jc w:val="right"/>
      </w:pPr>
      <w:r>
        <w:t>یہ تھا صحابہ، یہ تھا محدثین کا مسلک۔ یہ جو لکھا ہے امام نووی نے، یہ صرف ایک مسئلہ نہیں ہے، یہ ہے محدثین کا مسلک،</w:t>
      </w:r>
    </w:p>
    <w:p>
      <w:r>
        <w:rPr>
          <w:b/>
        </w:rPr>
        <w:t xml:space="preserve">[25:51] </w:t>
      </w:r>
      <w:r>
        <w:t>muhaddiseen ka tareeqa. kyunke muhaddiseen ko woh zamana mila jab ke sultani ka zamana aa gaya tha.</w:t>
      </w:r>
    </w:p>
    <w:p>
      <w:pPr>
        <w:jc w:val="right"/>
      </w:pPr>
      <w:r>
        <w:t>محدثین کا طریقہ۔ کیونکہ محدثین کو وہ زمانہ ملا جب کہ سلطانی کا زمانہ آ گیا تھا۔</w:t>
      </w:r>
    </w:p>
    <w:p>
      <w:r>
        <w:rPr>
          <w:b/>
        </w:rPr>
        <w:t xml:space="preserve">[26:01] </w:t>
      </w:r>
      <w:r>
        <w:t>abubakar, umar jaise khulafa nahi thay, balkeh dynasty aa gayi thi.</w:t>
      </w:r>
    </w:p>
    <w:p>
      <w:pPr>
        <w:jc w:val="right"/>
      </w:pPr>
      <w:r>
        <w:t>ابوبکر، عمر جیسے خلفاء نہیں تھے، بلکہ ڈائنسٹی آ گئی تھی۔</w:t>
      </w:r>
    </w:p>
    <w:p>
      <w:r>
        <w:rPr>
          <w:b/>
        </w:rPr>
        <w:t xml:space="preserve">[26:07] </w:t>
      </w:r>
      <w:r>
        <w:t>log mahal banate thay, qile banate thay, tax le kar ke apna aish karte thay. yeh saari baatein jo jis ka aaj aap bolte hain, woh sab aa chuki theen.</w:t>
      </w:r>
    </w:p>
    <w:p>
      <w:pPr>
        <w:jc w:val="right"/>
      </w:pPr>
      <w:r>
        <w:t>لوگ محل بناتے تھے، قلعے بناتے تھے، ٹیکس لے کر کے اپنا عیش کرتے تھے۔ یہ ساری باتیں جو جس کا آج آپ بولتے ہیں، وہ سب آ چکی تھیں۔</w:t>
      </w:r>
    </w:p>
    <w:p>
      <w:r>
        <w:rPr>
          <w:b/>
        </w:rPr>
        <w:t xml:space="preserve">[26:16] </w:t>
      </w:r>
      <w:r>
        <w:t>lekin muhaddiseen ne is se taaruz nahi kiya, apne lage rahe apne hadith ke kaam mein.</w:t>
      </w:r>
    </w:p>
    <w:p>
      <w:pPr>
        <w:jc w:val="right"/>
      </w:pPr>
      <w:r>
        <w:t>لیکن محدثین نے اس سے تعارض نہیں کیا، اپنے لگے رہے اپنے حدیث کے کام میں۔</w:t>
      </w:r>
    </w:p>
    <w:p>
      <w:r>
        <w:rPr>
          <w:b/>
        </w:rPr>
        <w:t xml:space="preserve">[26:25] </w:t>
      </w:r>
      <w:r>
        <w:t>dekhen, yeh saada baat nahi hai. yeh jo hadithon mein talqeen ki gayi thi, jis par amal kiya muhaddiseen ne, yahan tak ke woh ummat ke liye role model ban gaye is baat ka ke daur hukoomat mein kaam kis tarah kiya jae.</w:t>
      </w:r>
    </w:p>
    <w:p>
      <w:pPr>
        <w:jc w:val="right"/>
      </w:pPr>
      <w:r>
        <w:t>دیکھیں، یہ سادہ بات نہیں ہے۔ یہ جو حدیثوں میں تلقین کی گئی تھی، جس پر عمل کیا محدثین نے، یہاں تک کہ وہ امت کے لیے رول ماڈل بن گئے اس بات کا کہ دور حکومت میں کام کس طرح کیا جائے۔</w:t>
      </w:r>
    </w:p>
    <w:p>
      <w:r>
        <w:rPr>
          <w:b/>
        </w:rPr>
        <w:t xml:space="preserve">[26:41] </w:t>
      </w:r>
      <w:r>
        <w:t>hukoomat jo hai, muslim hukoomat ho ya ghair muslim hukoomat ho, is mein kaam kaise kiya jae. daur hukoomat mein muhaddiseen role model ban gaye.</w:t>
      </w:r>
    </w:p>
    <w:p>
      <w:pPr>
        <w:jc w:val="right"/>
      </w:pPr>
      <w:r>
        <w:t>حکومت جو ہے، مسلم حکومت ہو یا غیر مسلم حکومت ہو، اس میں کام کیسے کیا جائے۔ دور حکومت میں محدثین رول ماڈل بن گئے۔</w:t>
      </w:r>
    </w:p>
    <w:p>
      <w:r>
        <w:rPr>
          <w:b/>
        </w:rPr>
        <w:t xml:space="preserve">[26:54] </w:t>
      </w:r>
      <w:r>
        <w:t>role model to ek pehlu muhaddiseen ka yeh hai ke unhon ne hadithain jama keen. woh hadithain agar na jama karte to aaj hum andhere mein hote.</w:t>
      </w:r>
    </w:p>
    <w:p>
      <w:pPr>
        <w:jc w:val="right"/>
      </w:pPr>
      <w:r>
        <w:t>رول ماڈل تو ایک پہلو محدثین کا یہ ہے کہ انہوں نے حدیثیں جمع کیں۔ وہ حدیثیں اگر نہ جمع کرتے تو آج ہم اندھیرے میں ہوتے۔</w:t>
      </w:r>
    </w:p>
    <w:p>
      <w:r>
        <w:rPr>
          <w:b/>
        </w:rPr>
        <w:t xml:space="preserve">[27:05] </w:t>
      </w:r>
      <w:r>
        <w:t>lekin hadithain kaise jama huin? aap ghaur kijiye ke hadithain kaise jama huin? jab unhon ne yeh policy ikhtiyar ki.</w:t>
      </w:r>
    </w:p>
    <w:p>
      <w:pPr>
        <w:jc w:val="right"/>
      </w:pPr>
      <w:r>
        <w:t>لیکن حدیثیں کیسے جمع ہوئیں؟ آپ غور کیجئے کہ حدیثیں کیسے جمع ہوئیں؟ جب انہوں نے یہ پالیسی اختیار کی۔</w:t>
      </w:r>
    </w:p>
    <w:p>
      <w:r>
        <w:rPr>
          <w:b/>
        </w:rPr>
        <w:t xml:space="preserve">[27:14] </w:t>
      </w:r>
      <w:r>
        <w:t>agar woh aisa karte ke hukoomaton se takrao karte to kuch bhi nahi kar sakte the, woh kuch bhi nahi kar sakte the.</w:t>
      </w:r>
    </w:p>
    <w:p>
      <w:pPr>
        <w:jc w:val="right"/>
      </w:pPr>
      <w:r>
        <w:t>اگر وہ ایسا کرتے کہ حکومتوں سے ٹکراؤ کرتے تو کچھ بھی نہیں کر سکتے تھے، وہ کچھ بھی نہیں کر سکتے تھے۔</w:t>
      </w:r>
    </w:p>
    <w:p>
      <w:r>
        <w:rPr>
          <w:b/>
        </w:rPr>
        <w:t xml:space="preserve">[27:25] </w:t>
      </w:r>
      <w:r>
        <w:t>phir hum hadithon se mehroom rehte. kyunke woh log jin ke hafze mein hadithain thin, woh zamane mein sab hafza hua karta tha, woh sab maar maar ke qabron mein lata lata diye jaate.</w:t>
      </w:r>
    </w:p>
    <w:p>
      <w:pPr>
        <w:jc w:val="right"/>
      </w:pPr>
      <w:r>
        <w:t>پھر ہم حدیثوں سے محروم رہتے۔ کیونکہ وہ لوگ جن کے حافظے میں حدیثیں تھیں، وہ زمانے میں سب حافظہ ہوا کرتا تھا، وہ سب مار مار کے قبروں میں لٹا لٹا دیے جاتے۔</w:t>
      </w:r>
    </w:p>
    <w:p>
      <w:r>
        <w:rPr>
          <w:b/>
        </w:rPr>
        <w:t xml:space="preserve">[27:39] </w:t>
      </w:r>
      <w:r>
        <w:t>to sara ilm, ilm zer zameen ho jata.</w:t>
      </w:r>
    </w:p>
    <w:p>
      <w:pPr>
        <w:jc w:val="right"/>
      </w:pPr>
      <w:r>
        <w:t>تو سارا علم، علم زیر زمین ہو جاتا۔</w:t>
      </w:r>
    </w:p>
    <w:p>
      <w:r>
        <w:rPr>
          <w:b/>
        </w:rPr>
        <w:t xml:space="preserve">[27:45] </w:t>
      </w:r>
      <w:r>
        <w:t>jo kaam matloob tha us waqt sab se bara, woh tha ke hadithon ko jama kiya jae. kyunke agar is waqt na hote to kab?</w:t>
      </w:r>
    </w:p>
    <w:p>
      <w:pPr>
        <w:jc w:val="right"/>
      </w:pPr>
      <w:r>
        <w:t>جو کام مطلوب تھا اس وقت سب سے بڑا، وہ تھا کہ حدیثوں کو جمع کیا جائے۔ کیونکہ اگر اس وقت نہ ہوتے تو کب؟</w:t>
      </w:r>
    </w:p>
    <w:p>
      <w:r>
        <w:rPr>
          <w:b/>
        </w:rPr>
        <w:t xml:space="preserve">[27:53] </w:t>
      </w:r>
      <w:r>
        <w:t>aaj to koi jawani kar sakta, aaj nahi kar sakta jama. to us waqt jo matloob kaam tha, hadithon ko jama karna, woh mumkin nahi tha jab tak ke is ko poori tarah siyasat alag alag rakha jae.</w:t>
      </w:r>
    </w:p>
    <w:p>
      <w:pPr>
        <w:jc w:val="right"/>
      </w:pPr>
      <w:r>
        <w:t>آج تو کوئی جوانی کر سکتا، آج نہیں کر سکتا جمع۔ تو اس وقت جو مطلوب کام تھا، حدیثوں کو جمع کرنا، وہ ممکن نہیں تھا جب تک کہ اس کو پوری طرح سیاست الگ الگ رکھا جائے۔</w:t>
      </w:r>
    </w:p>
    <w:p>
      <w:r>
        <w:rPr>
          <w:b/>
        </w:rPr>
        <w:t xml:space="preserve">[28:10] </w:t>
      </w:r>
      <w:r>
        <w:t>poori tarah confrontation alag alag alag rakha jae.</w:t>
      </w:r>
    </w:p>
    <w:p>
      <w:pPr>
        <w:jc w:val="right"/>
      </w:pPr>
      <w:r>
        <w:t>پوری طرح کنفرنٹیشن الگ الگ الگ رکھا جائے۔</w:t>
      </w:r>
    </w:p>
    <w:p>
      <w:r>
        <w:rPr>
          <w:b/>
        </w:rPr>
        <w:t xml:space="preserve">[28:15] </w:t>
      </w:r>
      <w:r>
        <w:t>ab is ki parallel misaal deta hoon. parallel misaal is zamane mein dekhiye. yeh ek naya zamana hai. poore aitbar se ek naya zamana hai.</w:t>
      </w:r>
    </w:p>
    <w:p>
      <w:pPr>
        <w:jc w:val="right"/>
      </w:pPr>
      <w:r>
        <w:t>اب اس کی پیرلل مثال دیتا ہوں۔ پیرلل مثال اس زمانے میں دیکھیے۔ یہ ایک نیا زمانہ ہے۔ پورے اعتبار سے ایک نیا زمانہ ہے۔</w:t>
      </w:r>
    </w:p>
    <w:p>
      <w:r>
        <w:rPr>
          <w:b/>
        </w:rPr>
        <w:t xml:space="preserve">[28:28] </w:t>
      </w:r>
      <w:r>
        <w:t>yeh jo jamhooriyat, yaani democracy, secularism aur science aur industry aur modern communication, yeh sara jo cheezen hain, is se ek naya daur wajood mein aaya jis ko hum kehte hain western civilization ya modern civilization.</w:t>
      </w:r>
    </w:p>
    <w:p>
      <w:pPr>
        <w:jc w:val="right"/>
      </w:pPr>
      <w:r>
        <w:t>یہ جو جمہوریت، یعنی ڈیموکریسی، سیکولرزم اور سائنس اور انڈسٹری اور ماڈرن کمیونیکیشن، یہ سارا جو چیزیں ہیں، اس سے ایک نیا دور وجود میں آیا جس کو ہم کہتے ہیں ویسٹرن سیولائزیشن یا ماڈرن سیولائزیشن۔</w:t>
      </w:r>
    </w:p>
    <w:p>
      <w:r>
        <w:rPr>
          <w:b/>
        </w:rPr>
        <w:t xml:space="preserve">[28:52] </w:t>
      </w:r>
      <w:r>
        <w:t>modern civilization mein ek bohat bari kaam karna tha.</w:t>
      </w:r>
    </w:p>
    <w:p>
      <w:pPr>
        <w:jc w:val="right"/>
      </w:pPr>
      <w:r>
        <w:t>ماڈرن سیولائزیشن میں ایک بہت بڑی کام کرنا تھا۔</w:t>
      </w:r>
    </w:p>
    <w:p>
      <w:r>
        <w:rPr>
          <w:b/>
        </w:rPr>
        <w:t xml:space="preserve">[28:57] </w:t>
      </w:r>
      <w:r>
        <w:t>woh kya tha? aaj ke mind jo hai, aaj ke insaan ke jo mind hai, us ko address karne wala literature, aaj ke mind ko address karne wala islami literature, yeh bohat hi bara kaam tha.</w:t>
      </w:r>
    </w:p>
    <w:p>
      <w:pPr>
        <w:jc w:val="right"/>
      </w:pPr>
      <w:r>
        <w:t>وہ کیا تھا؟ آج کے مائنڈ جو ہے، آج کے انسان کے جو مائنڈ ہے، اس کو ایڈریس کرنے والا لٹریچر، آج کے مائنڈ کو ایڈریس کرنے والا اسلامی لٹریچر، یہ بہت ہی بڑا کام تھا۔</w:t>
      </w:r>
    </w:p>
    <w:p>
      <w:r>
        <w:rPr>
          <w:b/>
        </w:rPr>
        <w:t xml:space="preserve">[29:13] </w:t>
      </w:r>
      <w:r>
        <w:t>bohat bara kaam tha. jis tarah se muhaddiseen ne is zamane ke lehaz se hadithon ko jama kiya aur book formon ko ikattha kiya,</w:t>
      </w:r>
    </w:p>
    <w:p>
      <w:pPr>
        <w:jc w:val="right"/>
      </w:pPr>
      <w:r>
        <w:t>بہت بڑا کام تھا۔ جس طرح سے محدثین نے اس زمانے کے لحاظ سے حدیثوں کو جمع کیا اور بک فارموں کو اکٹھا کیا،</w:t>
      </w:r>
    </w:p>
    <w:p>
      <w:r>
        <w:rPr>
          <w:b/>
        </w:rPr>
        <w:t xml:space="preserve">[29:23] </w:t>
      </w:r>
      <w:r>
        <w:t>aisi is zamane mein zaroorat thi ke daur haazir ko parha jae, modern civilization ko samjha jae, aaj ke taqaze ko samjha jae, daur jadeed ki zaban ko seekha jae aur phir ek taqatwar literature tayyar kiya jae jo aaj ke insaan ke mind ko address kar sake.</w:t>
      </w:r>
    </w:p>
    <w:p>
      <w:pPr>
        <w:jc w:val="right"/>
      </w:pPr>
      <w:r>
        <w:t>ایسی اس زمانے میں ضرورت تھی کہ دور حاضر کو پڑھا جائے، ماڈرن سولائزیشن کو سمجھا جائے، آج کے تقاضے کو سمجھا جائے، دور جدید کی زبان کو سیکھا جائے اور پھر ایک طاقتور لٹریچر تیار کیا جائے جو آج کے انسان کے مائنڈ کو ایڈریس کر سکے۔</w:t>
      </w:r>
    </w:p>
    <w:p>
      <w:r>
        <w:rPr>
          <w:b/>
        </w:rPr>
        <w:t xml:space="preserve">[29:42] </w:t>
      </w:r>
      <w:r>
        <w:t>lekin yeh kaam nahi hua. yaani main wahid akela ek shakhs hoon jis ne is kaam mein apni koshish ko sirf kiya.</w:t>
      </w:r>
    </w:p>
    <w:p>
      <w:pPr>
        <w:jc w:val="right"/>
      </w:pPr>
      <w:r>
        <w:t>لیکن یہ کام نہیں ہوا۔ یعنی میں واحد اکیلا ایک شخص ہوں جس نے اس کام میں اپنی کوشش کو صرف کیا۔</w:t>
      </w:r>
    </w:p>
    <w:p>
      <w:r>
        <w:rPr>
          <w:b/>
        </w:rPr>
        <w:t xml:space="preserve">[29:51] </w:t>
      </w:r>
      <w:r>
        <w:t>poora muslim world is se khali hai. kyun khali hai? kyun khali hai? yeh bohat sochne ki baat hai. yeh saada baat nahi hai.</w:t>
      </w:r>
    </w:p>
    <w:p>
      <w:pPr>
        <w:jc w:val="right"/>
      </w:pPr>
      <w:r>
        <w:t>پورا مسلم ورلڈ اس سے خالی ہے۔ کیوں خالی ہے؟ کیوں خالی ہے؟ یہ بہت سوچنے کی بات ہے۔ یہ سادہ بات نہیں ہے۔</w:t>
      </w:r>
    </w:p>
    <w:p>
      <w:r>
        <w:rPr>
          <w:b/>
        </w:rPr>
        <w:t xml:space="preserve">[30:03] </w:t>
      </w:r>
      <w:r>
        <w:t>is liye khali hai ke sare jo azan the, sare jo ulma the, woh log jo kuch kar sakte the, woh mashgool ho gaye political takrao mein.</w:t>
      </w:r>
    </w:p>
    <w:p>
      <w:pPr>
        <w:jc w:val="right"/>
      </w:pPr>
      <w:r>
        <w:t>اس لیے خالی ہے کہ سارے جو اذان تھے، سارے جو علماء تھے، وہ لوگ جو کچھ کر سکتے تھے، وہ مشغول ہو گئے پولیٹیکل ٹکراؤ میں۔</w:t>
      </w:r>
    </w:p>
    <w:p>
      <w:r>
        <w:rPr>
          <w:b/>
        </w:rPr>
        <w:t xml:space="preserve">[30:13] </w:t>
      </w:r>
      <w:r>
        <w:t>woh sab nafrat karna, un se takrao karna, un ko mitana, isi mein lag gaye, is mein lag gaye.</w:t>
      </w:r>
    </w:p>
    <w:p>
      <w:pPr>
        <w:jc w:val="right"/>
      </w:pPr>
      <w:r>
        <w:t>وہ سب نفرت کرنا، ان سے ٹکراؤ کرنا، ان کو مٹانا، اسی میں لگ گئے، اس میں لگ گئے۔</w:t>
      </w:r>
    </w:p>
    <w:p>
      <w:r>
        <w:rPr>
          <w:b/>
        </w:rPr>
        <w:t xml:space="preserve">[30:25] </w:t>
      </w:r>
      <w:r>
        <w:t>sab ke sab one to all, sab ka jo hai wahid concern ban gaya kya? ke maghribi taqaton ko zair karna, western civilization ko shikast dena aur un se larr kar un ka khatma karna.</w:t>
      </w:r>
    </w:p>
    <w:p>
      <w:pPr>
        <w:jc w:val="right"/>
      </w:pPr>
      <w:r>
        <w:t>سب کے سب ون ٹو آل، سب کا جو ہے واحد کنسرن بن گیا کیا؟ کہ مغربی طاقتوں کو زیر کرنا، ویسٹرن سیولائزیشن کو شکست دینا اور ان سے لڑ کر ان کا خاتمہ کرنا۔</w:t>
      </w:r>
    </w:p>
    <w:p>
      <w:r>
        <w:rPr>
          <w:b/>
        </w:rPr>
        <w:t xml:space="preserve">[30:42] </w:t>
      </w:r>
      <w:r>
        <w:t>bas yahi.</w:t>
      </w:r>
    </w:p>
    <w:p>
      <w:pPr>
        <w:jc w:val="right"/>
      </w:pPr>
      <w:r>
        <w:t>بس یہی۔</w:t>
      </w:r>
    </w:p>
    <w:p>
      <w:r>
        <w:rPr>
          <w:b/>
        </w:rPr>
        <w:t xml:space="preserve">[30:43] </w:t>
      </w:r>
      <w:r>
        <w:t>to nateeja kya hua? nateeja kya hua ke woh kaam bilkul kar hi nahi sake jo matloob tha aaj. ab isi ko milaiye muhaddiseen se ke muhaddiseen ne jo kaam nahi kiya, us ko unhon ne kar dala.</w:t>
      </w:r>
    </w:p>
    <w:p>
      <w:pPr>
        <w:jc w:val="right"/>
      </w:pPr>
      <w:r>
        <w:t>تو نتیجہ کیا ہوا؟ نتیجہ کیا ہوا کہ وہ کام بالکل کر ہی نہیں سکے جو مطلوب تھا آج۔ اب اسی کو ملائی ہے محدثین سے کہ محدثین نے جو کام نہیں کیا، اس کو انہوں نے کر ڈالا۔</w:t>
      </w:r>
    </w:p>
    <w:p>
      <w:r>
        <w:rPr>
          <w:b/>
        </w:rPr>
        <w:t xml:space="preserve">[31:00] </w:t>
      </w:r>
      <w:r>
        <w:t>muhaddiseen ke model mein jo kaam na karne wala tha, us ko unhon ne kar dala.</w:t>
      </w:r>
    </w:p>
    <w:p>
      <w:pPr>
        <w:jc w:val="right"/>
      </w:pPr>
      <w:r>
        <w:t>محدثین کے ماڈل میں جو کام نہ کرنے والا تھا، اس کو انہوں نے کر ڈالا۔</w:t>
      </w:r>
    </w:p>
    <w:p>
      <w:r>
        <w:rPr>
          <w:b/>
        </w:rPr>
        <w:t xml:space="preserve">[31:07] </w:t>
      </w:r>
      <w:r>
        <w:t>woh kya? muhaddiseen ke daur mein woh saare masle thay jis ko aaj hum kehte hain, jis ko hum aaj istemaar kehte hain.</w:t>
      </w:r>
    </w:p>
    <w:p>
      <w:pPr>
        <w:jc w:val="right"/>
      </w:pPr>
      <w:r>
        <w:t>وہ کیا؟ محدثین کے دور میں وہ سارے مسئلے تھے جس کو آج ہم کہتے ہیں، جس کو ہم آج استعمار کہتے ہیں۔</w:t>
      </w:r>
    </w:p>
    <w:p>
      <w:r>
        <w:rPr>
          <w:b/>
        </w:rPr>
        <w:t xml:space="preserve">[31:17] </w:t>
      </w:r>
      <w:r>
        <w:t>lafz istemaar is zamane mein nahi tha ke malookiyat thi. yaani Rasool Allah ke zamane mein khulfa-e-rashideen ke zamane mein malookiyat nahi thi.</w:t>
      </w:r>
    </w:p>
    <w:p>
      <w:pPr>
        <w:jc w:val="right"/>
      </w:pPr>
      <w:r>
        <w:t>لفظ استعمار اس زمانے میں نہیں تھا کہ ملوکیت تھی۔ یعنی رسول اللہ کے زمانے میں خلفائے راشدین کے زمانے میں ملوکیت نہیں تھی۔</w:t>
      </w:r>
    </w:p>
    <w:p>
      <w:r>
        <w:rPr>
          <w:b/>
        </w:rPr>
        <w:t xml:space="preserve">[31:27] </w:t>
      </w:r>
      <w:r>
        <w:t>yaani khandani badshahat mukammal taur par khandani badshahat aa gayi jabke muhaddiseen ne kaam</w:t>
      </w:r>
    </w:p>
    <w:p>
      <w:pPr>
        <w:jc w:val="right"/>
      </w:pPr>
      <w:r>
        <w:t>یعنی خاندانی بادشاہت مکمل طور پر خاندانی بادشاہت آ گئی جبکہ محدثین نے کام</w:t>
      </w:r>
    </w:p>
    <w:p>
      <w:r>
        <w:rPr>
          <w:b/>
        </w:rPr>
        <w:t xml:space="preserve">[31:34] </w:t>
      </w:r>
      <w:r>
        <w:t>kiya. khandani badshahat bilashubah Islam ke mutabiq nahi thi. is mein saare masle woh thay jis ko aaj hum hukoomaton ka hawala de kar bolte hain.</w:t>
      </w:r>
    </w:p>
    <w:p>
      <w:pPr>
        <w:jc w:val="right"/>
      </w:pPr>
      <w:r>
        <w:t>کیا۔ خاندانی بادشاہت بلاشبہ اسلام کے مطابق نہیں تھی۔ اس میں سارے مسئلے وہ تھے جس کو آج ہم حکومتوں کا حوالہ دے کر بولتے ہیں۔</w:t>
      </w:r>
    </w:p>
    <w:p>
      <w:r>
        <w:rPr>
          <w:b/>
        </w:rPr>
        <w:t xml:space="preserve">[31:46] </w:t>
      </w:r>
      <w:r>
        <w:t>lekin is ko bardasht kiya unhone. is ko is ko avoid kiya unhone. is ko i'raaz kiya unhone. is ko ignore kiya unhone. tab ja kar yeh mumkin hua ke woh azeem-ush-shaan kaam woh kar saken jis ko hum kehte hain hadeeson ko mudawwan karna, hadeeson ko jama karna.</w:t>
      </w:r>
    </w:p>
    <w:p>
      <w:pPr>
        <w:jc w:val="right"/>
      </w:pPr>
      <w:r>
        <w:t>لیکن اس کو برداشت کیا انہوں نے۔ اس کو اس کو اوائڈ کیا انہوں نے۔ اس کو اعراض کیا انہوں نے۔ اس کو اگنور کیا انہوں نے۔ تب جا کر یہ ممکن ہوا کہ وہ عظیم الشان کام وہ کر سکیں جس کو ہم کہتے ہیں حدیثوں کو مدون کرنا، حدیثوں کو جمع کرنا۔</w:t>
      </w:r>
    </w:p>
    <w:p>
      <w:r>
        <w:rPr>
          <w:b/>
        </w:rPr>
        <w:t xml:space="preserve">[32:03] </w:t>
      </w:r>
      <w:r>
        <w:t>yahi matloob tha is zamane mein. yaani is zamane mein hamare ulama ke liye, Muslim rehnumaon ke liye jo model tha, model woh muhaddiseen ka model tha.</w:t>
      </w:r>
    </w:p>
    <w:p>
      <w:pPr>
        <w:jc w:val="right"/>
      </w:pPr>
      <w:r>
        <w:t>یہی مطلوب تھا اس زمانے میں۔ یعنی اس زمانے میں ہمارے علماء کے لیے، مسلم رہنماؤں کے لیے جو ماڈل تھا، ماڈل وہ محدثین کا ماڈل تھا۔</w:t>
      </w:r>
    </w:p>
    <w:p>
      <w:r>
        <w:rPr>
          <w:b/>
        </w:rPr>
        <w:t xml:space="preserve">[32:12] </w:t>
      </w:r>
      <w:r>
        <w:t>kyunki hum daur-e-hukoomat mein jee rahe thay. hum jo aaj hain, daur-e-hukoomat mein jee rahe hain. Muslim mulkon mein hukoomat hai, non-Muslim mulkon mein hukoomat, hukoomat hai.</w:t>
      </w:r>
    </w:p>
    <w:p>
      <w:pPr>
        <w:jc w:val="right"/>
      </w:pPr>
      <w:r>
        <w:t>کیونکہ ہم دور حکومت میں جی رہے تھے۔ ہم جو آج ہیں، دور حکومت میں جی رہے ہیں۔ مسلم ملکوں میں حکومت ہے، نان مسلم ملکوں میں حکومت، حکومت ہے۔</w:t>
      </w:r>
    </w:p>
    <w:p>
      <w:r>
        <w:rPr>
          <w:b/>
        </w:rPr>
        <w:t xml:space="preserve">[32:25] </w:t>
      </w:r>
      <w:r>
        <w:t>toh hamare liye woh model qabil-e-ittiba tha jo qaim hua tha daur-e-hukoomat mein.</w:t>
      </w:r>
    </w:p>
    <w:p>
      <w:pPr>
        <w:jc w:val="right"/>
      </w:pPr>
      <w:r>
        <w:t>تو ہمارے لیے وہ ماڈل قابل اتباع تھا جو قائم ہوا تھا دور حکومت میں۔</w:t>
      </w:r>
    </w:p>
    <w:p>
      <w:r>
        <w:rPr>
          <w:b/>
        </w:rPr>
        <w:t xml:space="preserve">[32:34] </w:t>
      </w:r>
      <w:r>
        <w:t>daur-e-hukoomat jo model qaim hua tha, woh muhaddiseen ka tha. wahi hamein yeh karna tha ke hukoomat ke masail se door reh kar, ignore kar ke, is ko bhula kar mukammal taur par apne ko lagayein ke daur-e-jadeed ki zabaan seekhein, daur-e-jadeed ke uloom ko padhein,</w:t>
      </w:r>
    </w:p>
    <w:p>
      <w:pPr>
        <w:jc w:val="right"/>
      </w:pPr>
      <w:r>
        <w:t>دور حکومت جو ماڈل قائم ہوا تھا، وہ محدثین کا تھا۔ وہی ہمیں یہ کرنا تھا کہ حکومت کے مسائل سے دور رہ کر، اگنور کر کے، اس کو بھلا کر مکمل طور پر اپنے کو لگائیں کہ دور جدید کی زبان سیکھیں، دور جدید کے علوم کو پڑھیں،</w:t>
      </w:r>
    </w:p>
    <w:p>
      <w:r>
        <w:rPr>
          <w:b/>
        </w:rPr>
        <w:t xml:space="preserve">[32:58] </w:t>
      </w:r>
      <w:r>
        <w:t>daur-e-jadeed ki technology ko istemaal karein, daur-e-jadeed ke jo communication hai, jo printing press hai, us ko istemaal karein aur strong, bohat hi yaani is yeh strong literature Islam par tayyar karein</w:t>
      </w:r>
    </w:p>
    <w:p>
      <w:pPr>
        <w:jc w:val="right"/>
      </w:pPr>
      <w:r>
        <w:t>دور جدید کی ٹیکنالوجی کو استعمال کریں، دور جدید کے جو کمیونیکیشن ہے، جو پرنٹنگ پریس ہے، اس کو استعمال کریں اور سٹرانگ، بہت ہی یعنی اس یہ سٹرانگ لٹریچر اسلام پر تیار کریں</w:t>
      </w:r>
    </w:p>
    <w:p>
      <w:r>
        <w:rPr>
          <w:b/>
        </w:rPr>
        <w:t xml:space="preserve">[33:16] </w:t>
      </w:r>
      <w:r>
        <w:t>jo aaj ke mind ko address kare. lekin kisi kisi ko fursat nahi, kisi ko fursat nahi. ek Muslim mulk mein kuch baras pehle main gaya tha jo apne ko Islami Jamhooria kehta hai.</w:t>
      </w:r>
    </w:p>
    <w:p>
      <w:pPr>
        <w:jc w:val="right"/>
      </w:pPr>
      <w:r>
        <w:t>جو آج کے مائنڈ کو ایڈریس کرے۔ لیکن کسی کسی کو فرصت نہیں، کسی کو فرصت نہیں۔ ایک مسلم ملک میں کچھ برس پہلے میں گیا تھا جو اپنے کو اسلامی جمہوریہ کہتا ہے۔</w:t>
      </w:r>
    </w:p>
    <w:p>
      <w:r>
        <w:rPr>
          <w:b/>
        </w:rPr>
        <w:t xml:space="preserve">[33:34] </w:t>
      </w:r>
      <w:r>
        <w:t>toh wahan par non-Muslim bhi achi khaasi tadad mein hain.</w:t>
      </w:r>
    </w:p>
    <w:p>
      <w:pPr>
        <w:jc w:val="right"/>
      </w:pPr>
      <w:r>
        <w:t>تو وہاں پر نان مسلم بھی اچھی خاصی تعداد میں ہیں۔</w:t>
      </w:r>
    </w:p>
    <w:p>
      <w:r>
        <w:rPr>
          <w:b/>
        </w:rPr>
        <w:t xml:space="preserve">[33:39] </w:t>
      </w:r>
      <w:r>
        <w:t>toh main ne kaha ke yahan par dekhiye, wahan ke kuch Muslim rehnumaon se jo siyasat mein mashghool thay, main ne kaha ke aap yeh jo itne sab yahan pe Hindu, aap yahan par non-Muslim, aap ke yahan hain, aap ke mulk mein, un mein kyun nahi aap kaam karte da'wati kaam?</w:t>
      </w:r>
    </w:p>
    <w:p>
      <w:pPr>
        <w:jc w:val="right"/>
      </w:pPr>
      <w:r>
        <w:t>تو میں نے کہا کہ یہاں پر دیکھیے، وہاں کے کچھ مسلم رہنماؤں سے جو سیاست میں مشغول تھے، میں نے کہا کہ آپ یہ جو اتنے سب یہاں پہ ہندو، آپ یہاں پر نان مسلم، آپ کے یہاں ہیں، آپ کے ملک میں، ان میں کیوں نہیں آپ کام کرتے دعوتی کام؟</w:t>
      </w:r>
    </w:p>
    <w:p>
      <w:r>
        <w:rPr>
          <w:b/>
        </w:rPr>
        <w:t xml:space="preserve">[33:58] </w:t>
      </w:r>
      <w:r>
        <w:t>toh mujhe achi tarah yaad hai, unhone kaha bohat hi rukha andaaz mein, yahan is ko kis ko fursat hai, yahan is ki kaun is ko sochta hai?</w:t>
      </w:r>
    </w:p>
    <w:p>
      <w:pPr>
        <w:jc w:val="right"/>
      </w:pPr>
      <w:r>
        <w:t>تو مجھے اچھے طرح یاد ہے، انہوں نے کہا بہت ہی رخ انداز میں، یہاں اس کو کس کو فرصت ہے، یہاں اس کی کون اس کو سوچتا ہے؟</w:t>
      </w:r>
    </w:p>
    <w:p>
      <w:r>
        <w:rPr>
          <w:b/>
        </w:rPr>
        <w:t xml:space="preserve">[34:10] </w:t>
      </w:r>
      <w:r>
        <w:t>yaani woh is ko bada kaam samajhte thay ke hukoomaton se takrain, hukoomat ko incite karne ki muhim chalayein, hukoomat mein nizaam-e-adl qaim karne ke naam par jhanda uthayein.</w:t>
      </w:r>
    </w:p>
    <w:p>
      <w:pPr>
        <w:jc w:val="right"/>
      </w:pPr>
      <w:r>
        <w:t>یعنی وہ اس کو بڑا کام سمجھتے تھے کہ حکومتوں سے ٹکرائیں، حکومت کو انسیٹ کرنے کے مہم چلائیں، حکومت میں نظام عدل قائم کرنے کے نام پر جھنڈا اٹھائیں۔</w:t>
      </w:r>
    </w:p>
    <w:p>
      <w:r>
        <w:rPr>
          <w:b/>
        </w:rPr>
        <w:t xml:space="preserve">[34:22] </w:t>
      </w:r>
      <w:r>
        <w:t>natija kya hua? yeh kaam nahi ho saka.</w:t>
      </w:r>
    </w:p>
    <w:p>
      <w:pPr>
        <w:jc w:val="right"/>
      </w:pPr>
      <w:r>
        <w:t>نتیجہ کیا ہوا؟ یہ کام نہیں ہو سکا۔</w:t>
      </w:r>
    </w:p>
    <w:p>
      <w:r>
        <w:rPr>
          <w:b/>
        </w:rPr>
        <w:t xml:space="preserve">[34:26] </w:t>
      </w:r>
      <w:r>
        <w:t>toh yeh bohat bada yeh yun yaani woh jo maqoolah hai ke taroof al-ashya bi adadiha aap compare kar ke dekhiye</w:t>
      </w:r>
    </w:p>
    <w:p>
      <w:pPr>
        <w:jc w:val="right"/>
      </w:pPr>
      <w:r>
        <w:t>تو یہ بہت بڑا یہ یوں یعنی وہ جو مقولہ ہے کہ تورف الاشیاء باعدادها آپ کمپیئر کر کے دیکھیے</w:t>
      </w:r>
    </w:p>
    <w:p>
      <w:r>
        <w:rPr>
          <w:b/>
        </w:rPr>
        <w:t xml:space="preserve">[34:38] </w:t>
      </w:r>
      <w:r>
        <w:t>yaani muhaddiseen ke daur ko aur aaj ke daur ko compare kar ke dekhiye. muhaddiseen ne bohat hi bada kaam kiya, ummat ko hadees ka zakhira diya.</w:t>
      </w:r>
    </w:p>
    <w:p>
      <w:pPr>
        <w:jc w:val="right"/>
      </w:pPr>
      <w:r>
        <w:t>یعنی محدثین کے دور کو اور آج کے دور کو کمپیئر کر کے دیکھیے۔ محدثین نے بہت ہی بڑا کام کیا، امت کو حدیث کا ذخیرہ دیا۔</w:t>
      </w:r>
    </w:p>
    <w:p>
      <w:r>
        <w:rPr>
          <w:b/>
        </w:rPr>
        <w:t xml:space="preserve">[34:53] </w:t>
      </w:r>
      <w:r>
        <w:t>lekin kab de paaye woh? jab unhone mukammal ma'non mein siyasat se doori ikhtiyar ki. mukammal ma'non mein unhone non-confrontational approach ikhtiyar kiya.</w:t>
      </w:r>
    </w:p>
    <w:p>
      <w:pPr>
        <w:jc w:val="right"/>
      </w:pPr>
      <w:r>
        <w:t>لیکن کب دے پائے وہ؟ جب انہوں نے مکمل معنوں میں سیاست سے دوری اختیار کی۔ مکمل معنوں میں انہوں نے نان کنفرنٹیشنل اپروچ اختیار کیا۔</w:t>
      </w:r>
    </w:p>
    <w:p>
      <w:r>
        <w:rPr>
          <w:b/>
        </w:rPr>
        <w:t xml:space="preserve">[35:08] </w:t>
      </w:r>
      <w:r>
        <w:t>hukoomat se koi ta'aruz nahi kiya unhone. tab yeh kaam kar paaye. wahi daur is waqt aa gaya tha ke ek bohat bada kaam matloob tha, bohat bada kaam ke daur-e-haazir ke aitbaar se aaj ke adium mein, aaj ke aaj aaj ke jo taqaze hain, us ke lihaaz se Islam par taqatwar literature tayyar karna jo logon ke mind ko address kare.</w:t>
      </w:r>
    </w:p>
    <w:p>
      <w:pPr>
        <w:jc w:val="right"/>
      </w:pPr>
      <w:r>
        <w:t>حکومت سے کوئی تعارض نہیں کیا انہوں نے۔ تب یہ کام کر پائے۔ وہی دور اس وقت آ گیا تھا کہ ایک بہت بڑا کام مطلوب تھا، بہت بڑا کام کہ دور حاضر کے اعتبار سے آج کے ایڈیم میں، آج کے آج آج کے جو تقاضے ہیں، اس کے لحاظ سے اسلام پر طاقتور لٹریچر تیار کرنا جو لوگوں کے مائنڈ کو ایڈریس کرے۔</w:t>
      </w:r>
    </w:p>
    <w:p>
      <w:r>
        <w:rPr>
          <w:b/>
        </w:rPr>
        <w:t xml:space="preserve">[35:37] </w:t>
      </w:r>
      <w:r>
        <w:t>lekin</w:t>
      </w:r>
    </w:p>
    <w:p>
      <w:pPr>
        <w:jc w:val="right"/>
      </w:pPr>
      <w:r>
        <w:t>لیکن</w:t>
      </w:r>
    </w:p>
    <w:p>
      <w:r>
        <w:rPr>
          <w:b/>
        </w:rPr>
        <w:t xml:space="preserve">[35:38] </w:t>
      </w:r>
      <w:r>
        <w:t>matlaq nahi hua. agar woh is ko aap hadaf kar dein toh ek kitaab bhi aap ke paas nahi rahi aap keh sakein ke yeh hai kitaab. toh yeh kitni badi ghalati hai.</w:t>
      </w:r>
    </w:p>
    <w:p>
      <w:pPr>
        <w:jc w:val="right"/>
      </w:pPr>
      <w:r>
        <w:t>مطلق نہیں ہوا۔ اگر وہ اس کو آپ حذف کر دیں تو ایک کتاب بھی آپ کے پاس نہیں رہی آپ کہہ سکیں کہ یہ ہے کتاب۔ تو یہ کتنی بڑی غلطی ہے۔</w:t>
      </w:r>
    </w:p>
    <w:p>
      <w:r>
        <w:rPr>
          <w:b/>
        </w:rPr>
        <w:t xml:space="preserve">[35:48] </w:t>
      </w:r>
      <w:r>
        <w:t>Allah taala ne jo role model set kiya tha, us se inhiraf kiya logon ne. toh jaisa ke main ne arz kiya, Islam mein teen cheezein hain: Rasool Allah ki hesiyat authentic reference ki hai,</w:t>
      </w:r>
    </w:p>
    <w:p>
      <w:pPr>
        <w:jc w:val="right"/>
      </w:pPr>
      <w:r>
        <w:t>اللہ تعالی نے جو رول ماڈل سیٹ کیا تھا، اس سے انحراف کیا لوگوں نے۔ تو جیسا کہ میں نے عرض کیا، اسلام میں تین چیزیں ہیں: رسول اللہ کی حیثیت اتھینٹک ریفرنس کی ہے،</w:t>
      </w:r>
    </w:p>
    <w:p>
      <w:r>
        <w:rPr>
          <w:b/>
        </w:rPr>
        <w:t xml:space="preserve">[36:04] </w:t>
      </w:r>
      <w:r>
        <w:t>koi baat ideological sense mein janna ho toh aap Rasool Allah se daryaft karein ge. us ke baad do role model hain Sahaba ka aur Muhaddiseen ka.</w:t>
      </w:r>
    </w:p>
    <w:p>
      <w:pPr>
        <w:jc w:val="right"/>
      </w:pPr>
      <w:r>
        <w:t>کوئی بات اڈلوجیکل سینس میں جاننا ہو تو آپ رسول اللہ سے دریافت کریں گے۔ اس کے بعد دو رول ماڈل ہیں صحابہ کا اور محدثین کا۔</w:t>
      </w:r>
    </w:p>
    <w:p>
      <w:r>
        <w:rPr>
          <w:b/>
        </w:rPr>
        <w:t xml:space="preserve">[36:16] </w:t>
      </w:r>
      <w:r>
        <w:t>Sahaba ka role model jo hai, woh is is waqt ke liye hai yaani pre pre hukoomat daur ke liye.</w:t>
      </w:r>
    </w:p>
    <w:p>
      <w:pPr>
        <w:jc w:val="right"/>
      </w:pPr>
      <w:r>
        <w:t>صحابہ کا رول ماڈل جو ہے، وہ اس اس وقت کے لیے ہے یعنی پری پری حکومت دور کے لیے۔</w:t>
      </w:r>
    </w:p>
    <w:p>
      <w:r>
        <w:rPr>
          <w:b/>
        </w:rPr>
        <w:t xml:space="preserve">[36:28] </w:t>
      </w:r>
      <w:r>
        <w:t>jabke hukoomat na ho, hukoomat se qabl ke halaat hon, is zamane mein,</w:t>
      </w:r>
    </w:p>
    <w:p>
      <w:pPr>
        <w:jc w:val="right"/>
      </w:pPr>
      <w:r>
        <w:t>جبکہ حکومت نہ ہو، حکومت سے قبل کے حالات ہوں، اس زمانے میں،</w:t>
      </w:r>
    </w:p>
    <w:p>
      <w:r>
        <w:rPr>
          <w:b/>
        </w:rPr>
        <w:t xml:space="preserve">[36:36] </w:t>
      </w:r>
      <w:r>
        <w:t>is zamane mein sahaba ka namoona aap ke liye rehnumai karta hai. jab hukoomat qaim ho, us waqt aap ko kaise karna hai, is ka namoona muhaddiseen ne qaim kiya hai.</w:t>
      </w:r>
    </w:p>
    <w:p>
      <w:pPr>
        <w:jc w:val="right"/>
      </w:pPr>
      <w:r>
        <w:t>اس زمانے میں صحابہ کا نمونہ آپ کے لیے رہنمائی کرتا ہے۔ جب حکومت قائم ہو، اس وقت آپ کو کیسے کرنا ہے، اس کا نمونہ محدثین نے قائم کیا ہے۔</w:t>
      </w:r>
    </w:p>
    <w:p>
      <w:r>
        <w:rPr>
          <w:b/>
        </w:rPr>
        <w:t xml:space="preserve">[36:51] </w:t>
      </w:r>
      <w:r>
        <w:t>dekhen, yahan main yeh arz kar doon ke hukoomat kabhi bhi ideal nahi ho sakti. yaad rakhiye, yeh namumkin baat hai.</w:t>
      </w:r>
    </w:p>
    <w:p>
      <w:pPr>
        <w:jc w:val="right"/>
      </w:pPr>
      <w:r>
        <w:t>دیکھیں، یہاں میں یہ عرض کر دوں کہ حکومت کبھی بھی آئیڈیل نہیں ہو سکتی۔ یاد رکھیے، یہ ناممکن بات ہے۔</w:t>
      </w:r>
    </w:p>
    <w:p>
      <w:r>
        <w:rPr>
          <w:b/>
        </w:rPr>
        <w:t xml:space="preserve">[37:02] </w:t>
      </w:r>
      <w:r>
        <w:t>namumkin baat hai ke kabhi bhi hukoomat ideal ho. hukoomat hamesha qaim hoti hai yani amli halaat ki buniyad par.</w:t>
      </w:r>
    </w:p>
    <w:p>
      <w:pPr>
        <w:jc w:val="right"/>
      </w:pPr>
      <w:r>
        <w:t>ناممکن بات ہے کہ کبھی بھی حکومت آئیڈیل ہو۔ حکومت ہمیشہ قائم ہوتی ہے یعنی عملی حالات کی بنیاد پر۔</w:t>
      </w:r>
    </w:p>
    <w:p>
      <w:r>
        <w:rPr>
          <w:b/>
        </w:rPr>
        <w:t xml:space="preserve">[37:15] </w:t>
      </w:r>
      <w:r>
        <w:t>misalan dekhiye, aaj kal jo saare muslim mulkon mein hangama kiye hue hain, adl ko le kar ke, adl yani adlana nizaam darkaar hai.</w:t>
      </w:r>
    </w:p>
    <w:p>
      <w:pPr>
        <w:jc w:val="right"/>
      </w:pPr>
      <w:r>
        <w:t>مثلاً دیکھیے، آج کل جو سارے مسلم ملکوں میں ہنگامہ کیے ہوئے ہیں، عدل کو لے کر کے، عدل یعنی عدلانہ نظام درکار ہے۔</w:t>
      </w:r>
    </w:p>
    <w:p>
      <w:r>
        <w:rPr>
          <w:b/>
        </w:rPr>
        <w:t xml:space="preserve">[37:24] </w:t>
      </w:r>
      <w:r>
        <w:t>un ki kitaab hai Syed Qutb ki "Al-Adala Al-Ijtima'iya fi Al-Islam" yani muslim mulkon mein social justice qaim karne ke liye, adl qaim karne ke liye.</w:t>
      </w:r>
    </w:p>
    <w:p>
      <w:pPr>
        <w:jc w:val="right"/>
      </w:pPr>
      <w:r>
        <w:t>ان کی کتاب ہے سید قطب کی "العدالة الاجتماعية فی الاسلام" یعنی مسلم ملکوں میں سوشل جسٹس قائم کرنے کے لیے، عدل قائم کرنے کے لیے۔</w:t>
      </w:r>
    </w:p>
    <w:p>
      <w:r>
        <w:rPr>
          <w:b/>
        </w:rPr>
        <w:t xml:space="preserve">[37:37] </w:t>
      </w:r>
      <w:r>
        <w:t>to main aap se misaal deta hoon ke Rasool Allah ke zamane mein ek Madine ke ek muslim musalman ne, jo sahabi the, Rasool Allah ke bare mein kaha: "Wallahi ma 'adalt" Khuda ki qasam, aap ne adl nahi kiya.</w:t>
      </w:r>
    </w:p>
    <w:p>
      <w:pPr>
        <w:jc w:val="right"/>
      </w:pPr>
      <w:r>
        <w:t>تو میں آپ سے مثال دیتا ہوں کہ رسول اللہ کے زمانے میں ایک مدینے کے ایک مسلم مسلمان نے، جو صحابی تھے، رسول اللہ کے بارے میں کہا: "والله ما عدلت" خدا کی قسم، آپ نے عدل نہیں کیا۔</w:t>
      </w:r>
    </w:p>
    <w:p>
      <w:r>
        <w:rPr>
          <w:b/>
        </w:rPr>
        <w:t xml:space="preserve">[37:53] </w:t>
      </w:r>
      <w:r>
        <w:t>yeh daur irshad ki baat hai. Abul Faruj, jis ne jis ne qatl kiya tha Hazrat Umar ko, us ne bhi yahi kaha tha ke aap ne adl nahi kiya.</w:t>
      </w:r>
    </w:p>
    <w:p>
      <w:pPr>
        <w:jc w:val="right"/>
      </w:pPr>
      <w:r>
        <w:t>یہ دور ارشاد کی بات ہے۔ ابول الفروج، جس نے جس نے قتل کیا تھا حضرت عمر کو، اس نے بھی یہی کہا تھا کہ آپ نے عدل نہیں کیا۔</w:t>
      </w:r>
    </w:p>
    <w:p>
      <w:r>
        <w:rPr>
          <w:b/>
        </w:rPr>
        <w:t xml:space="preserve">[38:03] </w:t>
      </w:r>
      <w:r>
        <w:t>to adl, jis ko aap kehte hain, sirf practical adl mumkin hai, ideal adl mumkin nahi hai.</w:t>
      </w:r>
    </w:p>
    <w:p>
      <w:pPr>
        <w:jc w:val="right"/>
      </w:pPr>
      <w:r>
        <w:t>تو عدل، جس کو آپ کہتے ہیں، صرف پریکٹیکل عدل ممکن ہے، آئیڈیل عدل ممکن نہیں ہے۔</w:t>
      </w:r>
    </w:p>
    <w:p>
      <w:r>
        <w:rPr>
          <w:b/>
        </w:rPr>
        <w:t xml:space="preserve">[38:11] </w:t>
      </w:r>
      <w:r>
        <w:t>practical adl mumkin hai yani pragmatic sense mein adl mumkin hai, ideal sense mein adl mumkin hi nahi hai.</w:t>
      </w:r>
    </w:p>
    <w:p>
      <w:pPr>
        <w:jc w:val="right"/>
      </w:pPr>
      <w:r>
        <w:t>پریکٹیکل عدل ممکن ہے یعنی پرائیگمیٹک سینس میں عدل ممکن ہے، آئیڈیل سینس میں عدل ممکن ہی نہیں ہے۔</w:t>
      </w:r>
    </w:p>
    <w:p>
      <w:r>
        <w:rPr>
          <w:b/>
        </w:rPr>
        <w:t xml:space="preserve">[38:20] </w:t>
      </w:r>
      <w:r>
        <w:t>isi isi wajah se maine arz kiya tha pichli baar ke dekhiye, Misr mein adl ke kaam, adl ka nizaam qaim karne ke liye 1952 se wahan par hangame jaari hain.</w:t>
      </w:r>
    </w:p>
    <w:p>
      <w:pPr>
        <w:jc w:val="right"/>
      </w:pPr>
      <w:r>
        <w:t>اسی اسی وجہ سے میں نے عرض کیا تھا پچھلی بار کہ دیکھیے، مصر میں عدل کے کام، عدل کا نظام قائم کرنے کے لیے 1952 سے وہاں پر ہنگامے جاری ہیں۔</w:t>
      </w:r>
    </w:p>
    <w:p>
      <w:r>
        <w:rPr>
          <w:b/>
        </w:rPr>
        <w:t xml:space="preserve">[38:32] </w:t>
      </w:r>
      <w:r>
        <w:t>1952 se aap ghaur kijiye, 60 baras beet gaye, kitni kitni naslen paida huin aur mar gayin, aaj tak hangame jaari hain.</w:t>
      </w:r>
    </w:p>
    <w:p>
      <w:pPr>
        <w:jc w:val="right"/>
      </w:pPr>
      <w:r>
        <w:t>1952 سے آپ غور کیجئے، 60 برس بیت گئے، کتنی کتنی نسلیں پیدا ہوئیں اور مر گئیں، آج تک ہنگامے جاری ہیں۔</w:t>
      </w:r>
    </w:p>
    <w:p>
      <w:r>
        <w:rPr>
          <w:b/>
        </w:rPr>
        <w:t xml:space="preserve">[38:41] </w:t>
      </w:r>
      <w:r>
        <w:t>aaj bhi jo akhbar mein hai, padh lijiye aap ke wahan par takrao jaari hai.</w:t>
      </w:r>
    </w:p>
    <w:p>
      <w:pPr>
        <w:jc w:val="right"/>
      </w:pPr>
      <w:r>
        <w:t>آج بھی جو اخبار میں ہے، پڑھ لیجئے آپ کہ وہاں پر ٹکراؤ جاری ہے۔</w:t>
      </w:r>
    </w:p>
    <w:p>
      <w:r>
        <w:rPr>
          <w:b/>
        </w:rPr>
        <w:t xml:space="preserve">[38:48] </w:t>
      </w:r>
      <w:r>
        <w:t>election hua, tab bhi takrao khatm nahi hua. to agar woh election ke baad wahi hukoomat ban jaye jo yeh chahte hain, so called Islam, tab bhi adl nahi hoga.</w:t>
      </w:r>
    </w:p>
    <w:p>
      <w:pPr>
        <w:jc w:val="right"/>
      </w:pPr>
      <w:r>
        <w:t>الیکشن ہوا، تب بھی ٹکراؤ ختم نہیں ہوا۔ تو اگر وہ الیکشن کے بعد وہی حکومت بن جائے جو یہ چاہتے ہیں، سو کالڈ اسلام، تب بھی عدل نہیں ہوگا۔</w:t>
      </w:r>
    </w:p>
    <w:p>
      <w:r>
        <w:rPr>
          <w:b/>
        </w:rPr>
        <w:t xml:space="preserve">[39:01] </w:t>
      </w:r>
      <w:r>
        <w:t>tab bhi koi khada hoga jhanda le kar ke ke adl to aaya nahi, adl to aaya nahi.</w:t>
      </w:r>
    </w:p>
    <w:p>
      <w:pPr>
        <w:jc w:val="right"/>
      </w:pPr>
      <w:r>
        <w:t>تب بھی کوئی کھڑا ہوگا جھنڈا لے کر کے کہ عدل تو آیا نہیں، عدل تو آیا نہیں۔</w:t>
      </w:r>
    </w:p>
    <w:p>
      <w:r>
        <w:rPr>
          <w:b/>
        </w:rPr>
        <w:t xml:space="preserve">[39:09] </w:t>
      </w:r>
      <w:r>
        <w:t>to dekhiye, jo log yani adl ko le kar ke, insaaf ko le kar ke, hukoomat ke khilaaf takrao karte hain, woh ek unachievable goal ke liye takrao kar rahe hain.</w:t>
      </w:r>
    </w:p>
    <w:p>
      <w:pPr>
        <w:jc w:val="right"/>
      </w:pPr>
      <w:r>
        <w:t>تو دیکھیے، جو لوگ یعنی عدل کو لے کر کے، انصاف کو لے کر کے، حکومت کے خلاف ٹکراؤ کرتے ہیں، وہ ایک ان اچیویبل گول کے لیے ٹکراؤ کر رہے ہیں۔</w:t>
      </w:r>
    </w:p>
    <w:p>
      <w:r>
        <w:rPr>
          <w:b/>
        </w:rPr>
        <w:t xml:space="preserve">[39:23] </w:t>
      </w:r>
      <w:r>
        <w:t>kabhi hone hi wala nahi hai. Is liye Rasool Allah sallallahu alaihi wasallam ne kaha ke hukoomat se takrao mat karna. Is ka matlab kya hua</w:t>
      </w:r>
    </w:p>
    <w:p>
      <w:pPr>
        <w:jc w:val="right"/>
      </w:pPr>
      <w:r>
        <w:t>کبھی ہونے ہی والا نہیں ہے۔ اس لیے رسول اللہ صلی اللہ علیہ وسلم نے کہا کہ حکومت سے ٹکراؤ مت کرنا۔ اس کا مطلب کیا ہوا</w:t>
      </w:r>
    </w:p>
    <w:p>
      <w:r>
        <w:rPr>
          <w:b/>
        </w:rPr>
        <w:t xml:space="preserve">[39:34] </w:t>
      </w:r>
      <w:r>
        <w:t>? ke Rasool Allah ka jo jo diya hua tareeqa hai, woh hai, woh base karta hai political status quo par.</w:t>
      </w:r>
    </w:p>
    <w:p>
      <w:pPr>
        <w:jc w:val="right"/>
      </w:pPr>
      <w:r>
        <w:t>؟ کہ رسول اللہ کا جو جو دیا ہوا طریقہ ہے، وہ ہے، وہ بیس کرتا ہے پولیٹیکل اسٹیٹس کوئزم پر۔</w:t>
      </w:r>
    </w:p>
    <w:p>
      <w:r>
        <w:rPr>
          <w:b/>
        </w:rPr>
        <w:t xml:space="preserve">[39:45] </w:t>
      </w:r>
      <w:r>
        <w:t>jo hukoomat hai, us us hukoomat ko yani isi liye Islam mein hai ke jo jab ek established hukoomat qaim ho jaye, established hukoomat to us ke khilaaf khurooj haraam hai.</w:t>
      </w:r>
    </w:p>
    <w:p>
      <w:pPr>
        <w:jc w:val="right"/>
      </w:pPr>
      <w:r>
        <w:t>جو حکومت ہے، اس اس حکومت کو یعنی اسی لیے اسلام میں ہے کہ جو جب ایک اسٹیبلش حکومت قائم ہو جائے، اسٹیبلش حکومت تو اس کے خلاف خروج حرام ہے۔</w:t>
      </w:r>
    </w:p>
    <w:p>
      <w:r>
        <w:rPr>
          <w:b/>
        </w:rPr>
        <w:t xml:space="preserve">[39:58] </w:t>
      </w:r>
      <w:r>
        <w:t>us ke khilaaf apni vote nahi kar sakte. Us ka ma'ana kya hai?</w:t>
      </w:r>
    </w:p>
    <w:p>
      <w:pPr>
        <w:jc w:val="right"/>
      </w:pPr>
      <w:r>
        <w:t>اس کے خلاف اپنی ووٹ نہیں کر سکتے۔ اس کا معنی کیا ہے؟</w:t>
      </w:r>
    </w:p>
    <w:p>
      <w:r>
        <w:rPr>
          <w:b/>
        </w:rPr>
        <w:t xml:space="preserve">[40:02] </w:t>
      </w:r>
      <w:r>
        <w:t>us ka ma'ana yeh nahi ke inactive ban jayein, aap kuch na karein. Is ka ma'ana yeh hai ke non-political field mein jo mawaqe hain, us ko daryaft kijiye, us ko us ko avail kijiye.</w:t>
      </w:r>
    </w:p>
    <w:p>
      <w:pPr>
        <w:jc w:val="right"/>
      </w:pPr>
      <w:r>
        <w:t>اس کا معنی یہ نہیں کہ ان ایکٹیو بن جائیں، آپ کچھ نہ کریں۔ اس کا معنی یہ ہے کہ نان پولیٹیکل فیلڈ میں جو مواقع ہیں، اس کو دریافت کیجئے، اس کو اس کو اویل کیجئے۔</w:t>
      </w:r>
    </w:p>
    <w:p>
      <w:r>
        <w:rPr>
          <w:b/>
        </w:rPr>
        <w:t xml:space="preserve">[40:16] </w:t>
      </w:r>
      <w:r>
        <w:t>misalan yeh saare mulk jo hain, yeh Misr hai ya Sham hai, wahan bohat zyada aate hain tourist. Yeh countries jo hain, wahan historical monument bohat zyada hain.</w:t>
      </w:r>
    </w:p>
    <w:p>
      <w:pPr>
        <w:jc w:val="right"/>
      </w:pPr>
      <w:r>
        <w:t>مثلاً یہ سارے ممالک جو ہیں، یہ مصر ہے یا شام ہے، وہاں بہت زیادہ آتے ہیں ٹورسٹ۔ یہ کنٹریز جو ہیں، وہاں ہسٹوریکل مونومنٹ بہت زیادہ ہیں۔</w:t>
      </w:r>
    </w:p>
    <w:p>
      <w:r>
        <w:rPr>
          <w:b/>
        </w:rPr>
        <w:t xml:space="preserve">[40:28] </w:t>
      </w:r>
      <w:r>
        <w:t>Misr mein, Sham mein, Urdu mein, Iraq mein, Yemen mein, har jagah bohat tourist aate hain. To aakhri yeh ladai kis liye?</w:t>
      </w:r>
    </w:p>
    <w:p>
      <w:pPr>
        <w:jc w:val="right"/>
      </w:pPr>
      <w:r>
        <w:t>مصر میں، شام میں، اردو میں، عراق میں،یمن میں، ہر جگہ بہت ٹورسٹ آتے ہیں۔ تو آخری یہ لڑائی کس لیے؟</w:t>
      </w:r>
    </w:p>
    <w:p>
      <w:r>
        <w:rPr>
          <w:b/>
        </w:rPr>
        <w:t xml:space="preserve">[40:38] </w:t>
      </w:r>
      <w:r>
        <w:t>in touriston mein aap Islam kyun nahi phailate? Un ko Quran kyun nahi dete? Un ko Islami literature kyun nahi dete? To literature hai hi nahi.</w:t>
      </w:r>
    </w:p>
    <w:p>
      <w:pPr>
        <w:jc w:val="right"/>
      </w:pPr>
      <w:r>
        <w:t>ان ٹورسٹوں میں آپ اسلام کیوں نہیں پھیلاتے؟ ان کو قرآن کیوں نہیں دیتے؟ ان کو اسلامی لٹریچر کیوں نہیں دیتے؟ تو لٹریچر ہے ہی نہیں۔</w:t>
      </w:r>
    </w:p>
    <w:p>
      <w:r>
        <w:rPr>
          <w:b/>
        </w:rPr>
        <w:t xml:space="preserve">[40:50] </w:t>
      </w:r>
      <w:r>
        <w:t>ladai bhidai mein sab log masroof ho gaye aur kisi ne socha hi nahi ke hamein daur e haazir ke mutabiq Islami literature tayyar karna hai.</w:t>
      </w:r>
    </w:p>
    <w:p>
      <w:pPr>
        <w:jc w:val="right"/>
      </w:pPr>
      <w:r>
        <w:t>لڑائی بھڑائی میں سب لوگ مصروف ہو گئے اور کسی نے سوچا ہی نہیں کہ ہمیں دور حاضر کے مطابق اسلامی لٹریچر تیار کرنا ہے۔</w:t>
      </w:r>
    </w:p>
    <w:p>
      <w:r>
        <w:rPr>
          <w:b/>
        </w:rPr>
        <w:t xml:space="preserve">[41:00] </w:t>
      </w:r>
      <w:r>
        <w:t>to kitna bara nuqsan hai yeh? kitna bara nuqsan hai. aur nuqsan is liye hai ke log yeh bhool gaye ke Allah taala ne hamare liye dono dauron ke do model banaye hain.</w:t>
      </w:r>
    </w:p>
    <w:p>
      <w:pPr>
        <w:jc w:val="right"/>
      </w:pPr>
      <w:r>
        <w:t>تو کتنا بڑا نقصان ہے یہ؟ کتنا بڑا نقصان ہے۔ اور نقصان اس لیے ہے کہ لوگ یہ بھول گئے کہ اللہ تعالی نے ہمارے لیے دونوں دوروں کے دو ماڈل بنائے ہیں۔</w:t>
      </w:r>
    </w:p>
    <w:p>
      <w:r>
        <w:rPr>
          <w:b/>
        </w:rPr>
        <w:t xml:space="preserve">[41:19] </w:t>
      </w:r>
      <w:r>
        <w:t>pehlay hukoomat dor ke liye sahaba ka model aur post hukoomat dor ke liye muhaddiseen ka model. ab muhaddiseen ka model bohat hi well established model hai.</w:t>
      </w:r>
    </w:p>
    <w:p>
      <w:pPr>
        <w:jc w:val="right"/>
      </w:pPr>
      <w:r>
        <w:t>پری حکومت دور کے لیے صحابہ کا ماڈل اور پوسٹ حکومت دور کے لیے محدثین کا ماڈل۔ اب محدثین کا ماڈل بہت ہی ویل اسٹیبلش ماڈل ہے۔</w:t>
      </w:r>
    </w:p>
    <w:p>
      <w:r>
        <w:rPr>
          <w:b/>
        </w:rPr>
        <w:t xml:space="preserve">[41:29] </w:t>
      </w:r>
      <w:r>
        <w:t>woh maloom hai, kitabon parh kar aap samajh sakte hain. history ki kitab hai. ab woh model ka usool yahi hai ke hukoomat se takrao na karte hue jo doosra jo maidan hai deen ki khidmat ka, wahan par sargaram ho jana.</w:t>
      </w:r>
    </w:p>
    <w:p>
      <w:pPr>
        <w:jc w:val="right"/>
      </w:pPr>
      <w:r>
        <w:t>وہ معلوم ہے، کتابوں پڑھ کر آپ سمجھ سکتے ہیں۔ ہسٹری کی کتاب ہے۔ اب وہ ماڈل کا اصول یہی ہے کہ حکومت سے ٹکراؤ نہ کرتے ہوئے جو دوسرا جو میدان ہے دین کی خدمت کا، وہاں پر سرگرم ہو جانا۔</w:t>
      </w:r>
    </w:p>
    <w:p>
      <w:r>
        <w:rPr>
          <w:b/>
        </w:rPr>
        <w:t xml:space="preserve">[41:48] </w:t>
      </w:r>
      <w:r>
        <w:t>yahi yahan karna tha ke aap hukoomat se takrao na karte hue jadeed yani do kaam karna: aik taraf jadeed taqazon ke mutabiq literature aur doosre ke jo jo itni zyada mobility hai, jo aa rahe hain, ja rahe hain, har taraf jahan dekhiye, interaction ho raha hai modern communication ki wajah se.</w:t>
      </w:r>
    </w:p>
    <w:p>
      <w:pPr>
        <w:jc w:val="right"/>
      </w:pPr>
      <w:r>
        <w:t>یہی یہاں کرنا تھا کہ آپ حکومت سے ٹکراؤ نہ کرتے ہوئے جدید یعنی دو کام کرنا: ایک طرف جدید تقاضوں کے مطابق لٹریچر اور دوسرے کہ جو جو اتنی زیادہ موبیلٹی ہے، جو آ رہے ہیں، جا رہے ہیں، ہر طرف جہاں دیکھیے، انٹریکشن ہو رہا ہے ماڈرن کمیونیکیشن کی وجہ سے۔</w:t>
      </w:r>
    </w:p>
    <w:p>
      <w:r>
        <w:rPr>
          <w:b/>
        </w:rPr>
        <w:t xml:space="preserve">[42:15] </w:t>
      </w:r>
      <w:r>
        <w:t>yani koi business ke liye aa raha hai, koi tourism ke liye aa raha hai, koi education ke liye aa raha hai, kaise kaise, har jagah jahan bhi aap jaiye, kisi bhi mulk mein aik bheed lagi hui hai.</w:t>
      </w:r>
    </w:p>
    <w:p>
      <w:pPr>
        <w:jc w:val="right"/>
      </w:pPr>
      <w:r>
        <w:t>یعنی کوئی بزنس کے لیے آ رہا ہے، کوئی ٹورزم کے لیے آ رہا ہے، کوئی ایجوکیشن کے لیے آ رہا ہے، کیسے کیسے، ہر جگہ جہاں بھی آپ جائیے، کسی بھی ملک میں ایک بھیڑ لگی ہوئی ہے۔</w:t>
      </w:r>
    </w:p>
    <w:p>
      <w:r>
        <w:rPr>
          <w:b/>
        </w:rPr>
        <w:t xml:space="preserve">[42:25] </w:t>
      </w:r>
      <w:r>
        <w:t>un mein dawat pohanchaiye, yani madu aap aap ke darwazay pe aya hua hai. kabhi is se pehle aisa nahi tha. madu ki talash ke liye logon ko oont pe baith kar jana parta tha.</w:t>
      </w:r>
    </w:p>
    <w:p>
      <w:pPr>
        <w:jc w:val="right"/>
      </w:pPr>
      <w:r>
        <w:t>ان میں دعوت پہنچائیے، یعنی مدو آپ آپ کے دروازے پہ آیا ہوا ہے۔ کبھی اس سے پہلے ایسا نہیں تھا۔ مدو کی تلاش کے لیے لوگوں کو اونٹ پہ بیٹھ کر جانا پڑتا تھا۔</w:t>
      </w:r>
    </w:p>
    <w:p>
      <w:r>
        <w:rPr>
          <w:b/>
        </w:rPr>
        <w:t xml:space="preserve">[42:39] </w:t>
      </w:r>
      <w:r>
        <w:t>ab kya hai? madu khud aap ke paas aa kar naak kar raha hai ke main yahan haan, tumhare darwazay pe khara hua hoon, lao mujhe do Khuda ki kitab, lao mujhe do Khuda ka paigham.</w:t>
      </w:r>
    </w:p>
    <w:p>
      <w:pPr>
        <w:jc w:val="right"/>
      </w:pPr>
      <w:r>
        <w:t>اب کیا ہے؟ مدو خود آپ کے پاس آ کر ناک کر رہا ہے کہ میں یہاں ہاں، تمہارے دروازے پہ کھڑا ہوا ہوں، لاؤ مجھے دو خدا کی کتاب، لاؤ مجھے دو خدا کا پیغام۔</w:t>
      </w:r>
    </w:p>
    <w:p>
      <w:r>
        <w:rPr>
          <w:b/>
        </w:rPr>
        <w:t xml:space="preserve">[42:51] </w:t>
      </w:r>
      <w:r>
        <w:t>to do baray kaam karne thay is zamane mein jis ke liye</w:t>
      </w:r>
    </w:p>
    <w:p>
      <w:pPr>
        <w:jc w:val="right"/>
      </w:pPr>
      <w:r>
        <w:t>تو دو بڑے کام کرنے تھے اس زمانے میں جس کے لیے</w:t>
      </w:r>
    </w:p>
    <w:p>
      <w:r>
        <w:rPr>
          <w:b/>
        </w:rPr>
        <w:t xml:space="preserve">[42:54] </w:t>
      </w:r>
      <w:r>
        <w:t>puri tarah darwazay khule hue thay, koi rukawat nahi thi. aik yeh hai ke Allah ke bandon ko, jo ke har jagah phail gaye hain, aik aik global village ban gaya aaj ki duniya.</w:t>
      </w:r>
    </w:p>
    <w:p>
      <w:pPr>
        <w:jc w:val="right"/>
      </w:pPr>
      <w:r>
        <w:t>پوری طرح دروازے کھلے ہوئے تھے، کوئی رکاوٹ نہیں تھی۔ ایک یہ ہے کہ اللہ کے بدوں کو، جو کہ ہر جگہ پھیل گئے ہیں، ایک ایک گلوبل ولیج بن گیا آج کی دنیا۔</w:t>
      </w:r>
    </w:p>
    <w:p>
      <w:r>
        <w:rPr>
          <w:b/>
        </w:rPr>
        <w:t xml:space="preserve">[43:06] </w:t>
      </w:r>
      <w:r>
        <w:t>Allah ke bandon ko Allah ka paigham pohanchana. aur doosri baat yeh hai ke jadeed taqazon ke mutabiq literature tayyar karna.</w:t>
      </w:r>
    </w:p>
    <w:p>
      <w:pPr>
        <w:jc w:val="right"/>
      </w:pPr>
      <w:r>
        <w:t>اللہ کے بدوں کو اللہ کا پیغام پہنچانا۔ اور دوسری بات یہ ہے کہ جدید تقاضوں کے مطابق لٹریچر تیار کرنا۔</w:t>
      </w:r>
    </w:p>
    <w:p>
      <w:r>
        <w:rPr>
          <w:b/>
        </w:rPr>
        <w:t xml:space="preserve">[43:16] </w:t>
      </w:r>
      <w:r>
        <w:t>nahi, yeh kaam hua, nahi, woh kaam hua. kyun? log masroof hain political takrao mein.</w:t>
      </w:r>
    </w:p>
    <w:p>
      <w:pPr>
        <w:jc w:val="right"/>
      </w:pPr>
      <w:r>
        <w:t>نہیں، یہ کام ہوا، نہیں، وہ کام ہوا۔ کیوں؟ لوگ مصروف ہیں پولیٹیکل ٹکراؤ میں۔</w:t>
      </w:r>
    </w:p>
    <w:p>
      <w:r>
        <w:rPr>
          <w:b/>
        </w:rPr>
        <w:t xml:space="preserve">[43:22] </w:t>
      </w:r>
      <w:r>
        <w:t>jitne bhi baray be dimagh hain, jitne bhi baray be salahiyat rakhne wale log hain, woh sab ke sab masroof ho gaye is mein. time mein aik mazmoon maine dekha, is mein jo jo muslim terrorist jo top ke hue hain, un ki tasveerein theen.</w:t>
      </w:r>
    </w:p>
    <w:p>
      <w:pPr>
        <w:jc w:val="right"/>
      </w:pPr>
      <w:r>
        <w:t>جتنے بھی بڑے بے دماغ ہیں، جتنے بھی بڑے بے صلاحیت رکھنے والے لوگ ہیں، وہ سب کے سب مصروف ہو گئے اس میں۔ ٹائم میں ایک مضمون میں نے دیکھا، اس میں جو جو مسلم ٹیررسٹ جو ٹاپ کے ہوئے ہیں، ان کی تصویریں تھیں۔</w:t>
      </w:r>
    </w:p>
    <w:p>
      <w:r>
        <w:rPr>
          <w:b/>
        </w:rPr>
        <w:t xml:space="preserve">[43:40] </w:t>
      </w:r>
      <w:r>
        <w:t>itne zabardast log thay, bilkul giant wale thay, giant deoo lagte thay woh. lekin kya hai? suicide karna, bomb marna, gun marna, nine eleven karna.</w:t>
      </w:r>
    </w:p>
    <w:p>
      <w:pPr>
        <w:jc w:val="right"/>
      </w:pPr>
      <w:r>
        <w:t>اتنے زبردست لوگ تھے، بالکل جائنٹ والے تھے، جائنٹ دیو لگتے تھے وہ۔ لیکن کیا ہے؟ سوسائیڈ کرنا، بم مارنا، گن مارنا، نائن الیون کرنا۔</w:t>
      </w:r>
    </w:p>
    <w:p>
      <w:r>
        <w:rPr>
          <w:b/>
        </w:rPr>
        <w:t xml:space="preserve">[43:51] </w:t>
      </w:r>
      <w:r>
        <w:t>to yeh jin logon ne yeh sab kiya, un ki tasveerein theen is mein. but zabardast log thay, bohat zabardast log. Allah ne paida kiya tha un ko kis liye</w:t>
      </w:r>
    </w:p>
    <w:p>
      <w:pPr>
        <w:jc w:val="right"/>
      </w:pPr>
      <w:r>
        <w:t>تو یہ جن لوگوں نے یہ سب کیا، ان کی تصویریں تھیں اس میں۔ بٹ زبردست لوگ تھے، بہت زبردست لوگ۔ اللہ نے پیدا کیا تھا ان کو کس لیے</w:t>
      </w:r>
    </w:p>
    <w:p>
      <w:r>
        <w:rPr>
          <w:b/>
        </w:rPr>
        <w:t xml:space="preserve">[44:02] </w:t>
      </w:r>
      <w:r>
        <w:t>? yahi kaam ke liye jo muhaddiseen ne kiya ke siyasat se door reh kar ke apni salahiyaton ko istemal karo.</w:t>
      </w:r>
    </w:p>
    <w:p>
      <w:pPr>
        <w:jc w:val="right"/>
      </w:pPr>
      <w:r>
        <w:t>؟ یہی کام کے لیے جو محدثین نے کیا کہ سیاست سے دور رہ کر کے اپنی صلاحیتوں کو استعمال کرو۔</w:t>
      </w:r>
    </w:p>
    <w:p>
      <w:r>
        <w:rPr>
          <w:b/>
        </w:rPr>
        <w:t xml:space="preserve">[44:10] </w:t>
      </w:r>
      <w:r>
        <w:t>dawat ki field mein, dawat ki field mein jadeed taqazon ke mutabiq islami kitabein tayyar karo. Quran ka tarjuma har zaban mein tayyar karo.</w:t>
      </w:r>
    </w:p>
    <w:p>
      <w:pPr>
        <w:jc w:val="right"/>
      </w:pPr>
      <w:r>
        <w:t>دعوت کی فیلڈ میں، دعوت کی فیلڈ میں جدید تقاضوں کے مطابق اسلامی کتابیں تیار کرو۔ قرآن کا ترجمہ ہر زبان میں تیار کرو۔</w:t>
      </w:r>
    </w:p>
    <w:p>
      <w:r>
        <w:rPr>
          <w:b/>
        </w:rPr>
        <w:t xml:space="preserve">[44:21] </w:t>
      </w:r>
      <w:r>
        <w:t>har zaban mein Quran ka tarjuma bohat hi achay andaz mein. abhi tarjume ko jo chhap rakhe hain logon ne, woh kisi ko samajh mein nahi aate.</w:t>
      </w:r>
    </w:p>
    <w:p>
      <w:pPr>
        <w:jc w:val="right"/>
      </w:pPr>
      <w:r>
        <w:t>ہر زبان میں قرآن کا ترجمہ بہت ہی اچھے انداز میں۔ ابھی ترجمے کو جو چھاپ رکھے ہیں لوگوں نے، وہ کسی کو سمجھ میں نہیں آتے۔</w:t>
      </w:r>
    </w:p>
    <w:p>
      <w:r>
        <w:rPr>
          <w:b/>
        </w:rPr>
        <w:t xml:space="preserve">[44:30] </w:t>
      </w:r>
      <w:r>
        <w:t>hamara jo tarjuma chhapaya jab us ko diya jata hai to aksar logon ne kaha bhai, is se pehle bhi hum parhte thay Quran ka tarjuma, koi tha hamare paas, woh samajh mein nahi ata tha.</w:t>
      </w:r>
    </w:p>
    <w:p>
      <w:pPr>
        <w:jc w:val="right"/>
      </w:pPr>
      <w:r>
        <w:t>ہمارا جو ترجمہ چھپایا جب اس کو دیا جاتا ہے تو اکثر لوگوں نے کہا بھئی، اس سے پہلے بھی ہم پڑھتے تھے قرآن کا ترجمہ، کوئی تھا ہمارے پاس، وہ سمجھ میں نہیں آتا تھا۔</w:t>
      </w:r>
    </w:p>
    <w:p>
      <w:r>
        <w:rPr>
          <w:b/>
        </w:rPr>
        <w:t xml:space="preserve">[44:41] </w:t>
      </w:r>
      <w:r>
        <w:t>chand page parhe rakh diye. ab jo tarjuma aap de rahe hain, yeh to khoob samajh mein ata hai, easily understandable hai. itna bhi nahi kaam kiya logon ne.</w:t>
      </w:r>
    </w:p>
    <w:p>
      <w:pPr>
        <w:jc w:val="right"/>
      </w:pPr>
      <w:r>
        <w:t>چند پیج پڑھے رکھ دیے۔ اب جو ترجمہ آپ دے رہے ہیں، یہ تو خوب سمجھ میں آتا ہے، ایزیلی انڈرسٹینڈیبل ہے۔ اتنا بھی نہیں کام کیا لوگوں نے۔</w:t>
      </w:r>
    </w:p>
    <w:p>
      <w:r>
        <w:rPr>
          <w:b/>
        </w:rPr>
        <w:t xml:space="preserve">[44:53] </w:t>
      </w:r>
      <w:r>
        <w:t>yani yeh poora dor press guzar gaya, itna bhi nahi kaam kiya hamare rehnamaon ne ke Quran ka tarjuma mukhtalif zabanon mein is tarah tayyar karein ke woh aadmi parhe, us ke readable ho, woh easily understandable ho.</w:t>
      </w:r>
    </w:p>
    <w:p>
      <w:pPr>
        <w:jc w:val="right"/>
      </w:pPr>
      <w:r>
        <w:t>یعنی یہ پورا دور پریس گزر گیا، اتنا بھی نہیں کام کیا ہمارے رہنماؤں نے کہ قرآن کا ترجمہ مختلف زبانوں میں اس طرح تیار کریں کہ وہ آدمی پڑھے، اس کے ریڈیبل ہو، وہ ایزیلی انڈرسٹینڈیبل ہو۔</w:t>
      </w:r>
    </w:p>
    <w:p>
      <w:r>
        <w:rPr>
          <w:b/>
        </w:rPr>
        <w:t xml:space="preserve">[45:10] </w:t>
      </w:r>
      <w:r>
        <w:t>kyun nahi kiya? is liye ke masroof hain siyasat mein, masroof hain siyasat takrao mein.</w:t>
      </w:r>
    </w:p>
    <w:p>
      <w:pPr>
        <w:jc w:val="right"/>
      </w:pPr>
      <w:r>
        <w:t>کیوں نہیں کیا؟ اس لیے کہ مشغول ہیں سیاست میں، مشغول ہیں سیاست ٹکراؤ میں۔</w:t>
      </w:r>
    </w:p>
    <w:p>
      <w:r>
        <w:rPr>
          <w:b/>
        </w:rPr>
        <w:t xml:space="preserve">[45:16] </w:t>
      </w:r>
      <w:r>
        <w:t>kal maine aik mazmoon parha aik sahib ka jo bohat hi ba salahiyat aadmi hain, aik aik musalman bohat qabil aadmi hain aur un ke andar poori salahiyat hai.</w:t>
      </w:r>
    </w:p>
    <w:p>
      <w:pPr>
        <w:jc w:val="right"/>
      </w:pPr>
      <w:r>
        <w:t>کل میں نے ایک مضمون پڑھا ایک صاحب کا جو بہت ہی باصلاحیت آدمی ہیں، ایک ایک مسلمان بہت قابل آدمی ہیں اور ان کے اندر پوری صلاحیت ہے۔</w:t>
      </w:r>
    </w:p>
    <w:p>
      <w:r>
        <w:rPr>
          <w:b/>
        </w:rPr>
        <w:t xml:space="preserve">[45:29] </w:t>
      </w:r>
      <w:r>
        <w:t>woh kis kis par tha? un ka mazmoon media par tha, media par. ab dhoom se woh media ke khilaf bol rahe thay, us ko</w:t>
      </w:r>
    </w:p>
    <w:p>
      <w:pPr>
        <w:jc w:val="right"/>
      </w:pPr>
      <w:r>
        <w:t>وہ کس کس پر تھا؟ ان کا مضمون میڈیا پر تھا، میڈیا پر۔ اب دھوم سے وہ میڈیا کے خلاف بول رہے تھے، اس کو</w:t>
      </w:r>
    </w:p>
    <w:p>
      <w:r>
        <w:rPr>
          <w:b/>
        </w:rPr>
        <w:t xml:space="preserve">[45:40] </w:t>
      </w:r>
      <w:r>
        <w:t>keh rahe thay ke is zamane mein, pehle zamane mein media chote chote idare mein hua karta tha. yani aik shakhs ka aik akhbar hai, aik shakhs ka koi tanzeem hai.</w:t>
      </w:r>
    </w:p>
    <w:p>
      <w:pPr>
        <w:jc w:val="right"/>
      </w:pPr>
      <w:r>
        <w:t>کہہ رہے تھے کہ اس زمانے میں، پہلے زمانے میں میڈیا چھوٹے چھوٹے ادارے میں ہوا کرتا تھا۔ یعنی ایک شخص کا ایک اخبار ہے، ایک شخص کا کوئی تنظیم ہے۔</w:t>
      </w:r>
    </w:p>
    <w:p>
      <w:r>
        <w:rPr>
          <w:b/>
        </w:rPr>
        <w:t xml:space="preserve">[45:52] </w:t>
      </w:r>
      <w:r>
        <w:t>ab corporate ka zamana hai. yani unhon ne bataya ke world media jo hai, woh char organizations ke hath mein hai.</w:t>
      </w:r>
    </w:p>
    <w:p>
      <w:pPr>
        <w:jc w:val="right"/>
      </w:pPr>
      <w:r>
        <w:t>اب کارپوریٹ کا زمانہ ہے۔ یعنی انہوں نے بتایا کہ ورلڈ میڈیا جو ہے، وہ چار ارگنائزیشنز کے ہاتھ میں ہے۔</w:t>
      </w:r>
    </w:p>
    <w:p>
      <w:r>
        <w:rPr>
          <w:b/>
        </w:rPr>
        <w:t xml:space="preserve">[46:03] </w:t>
      </w:r>
      <w:r>
        <w:t>chaar organizations, tamam bade bade jo media ke idare hain, woh sab chaar ke hath mein hain.</w:t>
      </w:r>
    </w:p>
    <w:p>
      <w:pPr>
        <w:jc w:val="right"/>
      </w:pPr>
      <w:r>
        <w:t>چار ارگنائزیشنز، تمام بڑے بڑے جو میڈیا کے ادارے ہیں، وہ سب چار کے ہاتھ میں ہیں۔</w:t>
      </w:r>
    </w:p>
    <w:p>
      <w:r>
        <w:rPr>
          <w:b/>
        </w:rPr>
        <w:t xml:space="preserve">[46:10] </w:t>
      </w:r>
      <w:r>
        <w:t>95 feesad media ko control karte hain, woh woh sab islam dushman. Ab yeh bilkul yaani bilkul be sali ki baat hai. Yeh rasool Allah salallaho alaihi wasallam ke zamane mein makka mein rasool Allah ke khilaf khoob wahan par us waqt ka jo media tha,</w:t>
      </w:r>
    </w:p>
    <w:p>
      <w:pPr>
        <w:jc w:val="right"/>
      </w:pPr>
      <w:r>
        <w:t>95 فیصد میڈیا کو کنٹرول کرتے ہیں، وہ وہ سب اسلام دشمن۔ اب یہ بالکل یعنی بالکل بے سلی کی بات ہے۔ یہ رسول اللہ صلی اللہ علیہ وسلم کے زمانے میں مکہ میں رسول اللہ کے خلاف خوب وہاں پر اس وقت کا جو میڈیا تھا،</w:t>
      </w:r>
    </w:p>
    <w:p>
      <w:r>
        <w:rPr>
          <w:b/>
        </w:rPr>
        <w:t xml:space="preserve">[46:28] </w:t>
      </w:r>
      <w:r>
        <w:t>shairi ki zaban mein wahan par izhar khayal hua karta tha. Khoob dhoom se aap ke khilaf shairi hoti thi.</w:t>
      </w:r>
    </w:p>
    <w:p>
      <w:pPr>
        <w:jc w:val="right"/>
      </w:pPr>
      <w:r>
        <w:t>شاعری کی زبان میں وہاں پر اظہار خیال ہوا کرتا تھا۔ خوب دھوم سے آپ کے خلاف شاعری ہوتی تھی۔</w:t>
      </w:r>
    </w:p>
    <w:p>
      <w:r>
        <w:rPr>
          <w:b/>
        </w:rPr>
        <w:t xml:space="preserve">[46:36] </w:t>
      </w:r>
      <w:r>
        <w:t>aap ne is se kuch bhi taaruz nahi kiya, dawat dete rahe. Phir muhaddiseen ke zamane mein jo sulateen the, sulateen woh jaan history qaim kar rakhi thi aur poora mulk ko woh apne apne apne liye istemal karte the.</w:t>
      </w:r>
    </w:p>
    <w:p>
      <w:pPr>
        <w:jc w:val="right"/>
      </w:pPr>
      <w:r>
        <w:t>آپ نے اس سے کچھ بھی تعارض نہیں کیا، دعوت دیتے رہے۔ پھر محدثین کے زمانے میں جو سلاطین تھے، سلاطین وہ جان ہسٹری قائم کر رکھی تھی اور پورا ملک کو وہ اپنے اپنے اپنے لیے استعمال کرتے تھے۔</w:t>
      </w:r>
    </w:p>
    <w:p>
      <w:r>
        <w:rPr>
          <w:b/>
        </w:rPr>
        <w:t xml:space="preserve">[46:56] </w:t>
      </w:r>
      <w:r>
        <w:t>woh nihayat hi taish ki zindagi, maal bana bana kar ke. Lekin muhaddiseen ne kuch bhi taaruz nahi kiya is ko.</w:t>
      </w:r>
    </w:p>
    <w:p>
      <w:pPr>
        <w:jc w:val="right"/>
      </w:pPr>
      <w:r>
        <w:t>وہ نہایت ہی تعیش کی زندگی، مال بنا بنا کر کے۔ لیکن محدثین نے کچھ بھی تعارض نہیں کیا اس کو۔</w:t>
      </w:r>
    </w:p>
    <w:p>
      <w:r>
        <w:rPr>
          <w:b/>
        </w:rPr>
        <w:t xml:space="preserve">[47:04] </w:t>
      </w:r>
      <w:r>
        <w:t>un sab baaton ke bare mein hamein koi option doosra nahi hai, kyunke yeh hamesha rahega. Yaad rakhiye, kabhi bhi duniya mein ideal society nahi ban sakti, ideal system nahi ban sakta, ideal hukumat nahi ban sakti.</w:t>
      </w:r>
    </w:p>
    <w:p>
      <w:pPr>
        <w:jc w:val="right"/>
      </w:pPr>
      <w:r>
        <w:t>ان سب باتوں کے بارے میں ہمیں کوئی آپشن دوسرا نہیں ہے، کیونکہ یہ ہمیشہ رہے گا۔ یاد رکھیے، کبھی بھی دنیا میں آئیڈیل سوسائٹی نہیں بن سکتی، آئیڈیل سسٹم نہیں بن سکتا، آئیڈیل حکومت نہیں بن سکتی۔</w:t>
      </w:r>
    </w:p>
    <w:p>
      <w:r>
        <w:rPr>
          <w:b/>
        </w:rPr>
        <w:t xml:space="preserve">[47:18] </w:t>
      </w:r>
      <w:r>
        <w:t>yeh impossible hai, impossible, kyunke Allah ne azadi di hai, azadi ko aadmi mehsoos karega.</w:t>
      </w:r>
    </w:p>
    <w:p>
      <w:pPr>
        <w:jc w:val="right"/>
      </w:pPr>
      <w:r>
        <w:t>یہ امپاسیبل ہے، امپاسیبل، کیونکہ اللہ نے آزادی دی ہے، آزادی کو آدمی محسوس کرے گا۔</w:t>
      </w:r>
    </w:p>
    <w:p>
      <w:r>
        <w:rPr>
          <w:b/>
        </w:rPr>
        <w:t xml:space="preserve">[47:27] </w:t>
      </w:r>
      <w:r>
        <w:t>toh aap ke liye kya option hai? In baaton ke bare mein araz karna hai, ignore karna aur in se apne ko alag rakh kar ke jo opportunities mili hui hain, us ko istemal karna.</w:t>
      </w:r>
    </w:p>
    <w:p>
      <w:pPr>
        <w:jc w:val="right"/>
      </w:pPr>
      <w:r>
        <w:t>تو آپ کے لیے کیا آپشن ہے؟ ان باتوں کے بارے میں اعراض کرنا ہے، اگنور کرنا اور ان سے اپنے کو الگ رکھ کر کے جو اپرچونیٹیز ملی ہوئی ہیں، اس کو استعمال کرنا۔</w:t>
      </w:r>
    </w:p>
    <w:p>
      <w:r>
        <w:rPr>
          <w:b/>
        </w:rPr>
        <w:t xml:space="preserve">[47:44] </w:t>
      </w:r>
      <w:r>
        <w:t>teesri ek baat kar raha hoon ke Allah taala ne muhaddiseen ki shakal mein ek namoona qaim kiya tha ke daur hukumat mein</w:t>
      </w:r>
    </w:p>
    <w:p>
      <w:pPr>
        <w:jc w:val="right"/>
      </w:pPr>
      <w:r>
        <w:t>تیسری ایک بات کر رہا ہوں کہ اللہ تعالی نے محدثین کی شکل میں ایک نمونہ قائم کیا تھا کہ دور حکومت میں</w:t>
      </w:r>
    </w:p>
    <w:p>
      <w:r>
        <w:rPr>
          <w:b/>
        </w:rPr>
        <w:t xml:space="preserve">[47:53] </w:t>
      </w:r>
      <w:r>
        <w:t>jo hukoomati so called jo hukoomati evils hain, un se mukammal adam taaruz ka policy ikhtiyar karo taake jo mawaqe hain, jo opportunities hain, un ko avail kar sako.</w:t>
      </w:r>
    </w:p>
    <w:p>
      <w:pPr>
        <w:jc w:val="right"/>
      </w:pPr>
      <w:r>
        <w:t>جو حکومتی سو کالڈ جو حکومتی ایولز ہیں، ان سے مکمل عدم تعارض کا پالیسی اختیار کرو تاکہ جو مواقع ہیں، جو اپرچونیٹیز ہیں، ان کو اویل کر سکو۔</w:t>
      </w:r>
    </w:p>
    <w:p>
      <w:r>
        <w:rPr>
          <w:b/>
        </w:rPr>
        <w:t xml:space="preserve">[48:08] </w:t>
      </w:r>
      <w:r>
        <w:t>toh muhaddiseen ne apni zabani ke lehaz se opportunities ko avail kiya,</w:t>
      </w:r>
    </w:p>
    <w:p>
      <w:pPr>
        <w:jc w:val="right"/>
      </w:pPr>
      <w:r>
        <w:t>تو محدثین نے اپنی زبانی کے لحاظ سے اپرچونیٹیز کو اویل کیا،</w:t>
      </w:r>
    </w:p>
    <w:p>
      <w:r>
        <w:rPr>
          <w:b/>
        </w:rPr>
        <w:t xml:space="preserve">[48:13] </w:t>
      </w:r>
      <w:r>
        <w:t>yaani rawiyon se contact karna, rawiyon se mil mil kar ke hadithien jama karna, phir un ko tadween karna. Ek poora ek ek unhone ek poora ek ek industry qaim kar di thi, unhone hadith ki, hadith ki industry.</w:t>
      </w:r>
    </w:p>
    <w:p>
      <w:pPr>
        <w:jc w:val="right"/>
      </w:pPr>
      <w:r>
        <w:t>یعنی راویوں سے کنٹیکٹ کرنا، راویوں سے مل مل کر کے حدیثیں جمع کرنا، پھر ان کو مدون کرنا۔ ایک پورا ایک ایک انہوں نے ایک پورا ایک ایک انڈسٹری قائم کر دی تھی، انہوں نے حدیث کی، حدیث کی انڈسٹری۔</w:t>
      </w:r>
    </w:p>
    <w:p>
      <w:r>
        <w:rPr>
          <w:b/>
        </w:rPr>
        <w:t xml:space="preserve">[48:28] </w:t>
      </w:r>
      <w:r>
        <w:t>lekin kab kar paye? Jab ke hukumat se takrao chhod diya unhone. Wahi is zamane mein karna tha, same model. Agar aap hukumat se takrao na karein toh saare raaste aap ke liye khule hi hain.</w:t>
      </w:r>
    </w:p>
    <w:p>
      <w:pPr>
        <w:jc w:val="right"/>
      </w:pPr>
      <w:r>
        <w:t>لیکن کب کر پائے؟ جب کہ حکومت سے ٹکراؤ چھوڑ دیا انہوں نے۔ وہی اس زمانے میں کرنا تھا، سیم ماڈل۔ اگر آپ حکومت سے ٹکراؤ نہ کریں تو سارے راستے آپ کے لیے کھلے ہی ہیں۔</w:t>
      </w:r>
    </w:p>
    <w:p>
      <w:r>
        <w:rPr>
          <w:b/>
        </w:rPr>
        <w:t xml:space="preserve">[48:43] </w:t>
      </w:r>
      <w:r>
        <w:t>hukumat se aap takrao na karein, jaise hum log dekhiye, hum takrao nahi karte hukumat se. Toh kaun si record hoga? Yeh hum print media ko, electronic media ko, aur saare jo is zamane ke zariye hain, woh sab istemal kar rahe hain.</w:t>
      </w:r>
    </w:p>
    <w:p>
      <w:pPr>
        <w:jc w:val="right"/>
      </w:pPr>
      <w:r>
        <w:t>حکومت سے آپ ٹکراؤ نہ کریں، جیسے ہم لوگ دیکھیے، ہم ٹکراؤ نہیں کرتے حکومت سے۔ تو کون سی ریکارڈ ہوگا؟ یہ ہم پرنٹ میڈیا کو، الیکٹرانک میڈیا کو، اور سارے جو اس زمانے کے ذرائع ہیں، وہ سب استعمال کر رہے ہیں۔</w:t>
      </w:r>
    </w:p>
    <w:p>
      <w:r>
        <w:rPr>
          <w:b/>
        </w:rPr>
        <w:t xml:space="preserve">[48:59] </w:t>
      </w:r>
      <w:r>
        <w:t>koi rukawat nahi. Wahi sari duniya mein musalmanon ke liye mauqa tha.</w:t>
      </w:r>
    </w:p>
    <w:p>
      <w:pPr>
        <w:jc w:val="right"/>
      </w:pPr>
      <w:r>
        <w:t>کوئی رکاوٹ نہیں۔ وہی ساری دنیا میں مسلمانوں کے لیے موقع تھا۔</w:t>
      </w:r>
    </w:p>
    <w:p>
      <w:r>
        <w:rPr>
          <w:b/>
        </w:rPr>
        <w:t xml:space="preserve">[49:06] </w:t>
      </w:r>
      <w:r>
        <w:t>toh aap ghor kijiye ke kitni badi yeh ghalti hai ke model hi ko musalman bhula diya. Yaani muhaddiseen ka model tha daur hukumat ke liye, us ko bhula diya.</w:t>
      </w:r>
    </w:p>
    <w:p>
      <w:pPr>
        <w:jc w:val="right"/>
      </w:pPr>
      <w:r>
        <w:t>تو آپ غور کیجئے کہ کتنی بڑی یہ غلطی ہے کہ ماڈل ہی کو مسلمان بھلا دیا۔ یعنی محدثین کا ماڈل تھا دور حکومت کے لیے، اس کو بھلا دیا۔</w:t>
      </w:r>
    </w:p>
    <w:p>
      <w:r>
        <w:rPr>
          <w:b/>
        </w:rPr>
        <w:t xml:space="preserve">[49:21] </w:t>
      </w:r>
      <w:r>
        <w:t>hamare madarison mein dhoom se pai jaati hain hadithien, bahut dhoom se.</w:t>
      </w:r>
    </w:p>
    <w:p>
      <w:pPr>
        <w:jc w:val="right"/>
      </w:pPr>
      <w:r>
        <w:t>ہمارے مدرسوں میں دھوم سے پائی جاتی ہیں حدیثیں، بہت دھوم سے۔</w:t>
      </w:r>
    </w:p>
    <w:p>
      <w:r>
        <w:rPr>
          <w:b/>
        </w:rPr>
        <w:t xml:space="preserve">[49:25] </w:t>
      </w:r>
      <w:r>
        <w:t>har har madarse mein sab se bada jo jo subject hota hai, woh hadith hota hai. Sab se bad darja jo hota hai, woh shaukh al hadith ka hota hai. Lekin jahan tak mein jaanta hoon, madarison mein yeh nahi bataya gaya ab tak ke muhaddiseen ka role model kya hai.</w:t>
      </w:r>
    </w:p>
    <w:p>
      <w:pPr>
        <w:jc w:val="right"/>
      </w:pPr>
      <w:r>
        <w:t>ہر ہر مدرسے میں سب سے بڑا جو جو سبجیکٹ ہوتا ہے، وہ حدیث ہوتا ہے۔ سب سے بد درجہ جو ہوتا ہے، وہ شوخ الحدیث کا ہوتا ہے۔ لیکن جہاں تک میں جانتا ہوں، مدرسوں میں یہ نہیں بتایا گیا اب تک کہ محدثین کا رول ماڈل کیا ہے۔</w:t>
      </w:r>
    </w:p>
    <w:p>
      <w:r>
        <w:rPr>
          <w:b/>
        </w:rPr>
        <w:t xml:space="preserve">[49:42] </w:t>
      </w:r>
      <w:r>
        <w:t>balkeh India mein hum jaate hain, ka jo super madrassa hai, yahan ka India ka hai, isi mein yaani takrao ke ka poora wahan par ek tehreek chalai gayi</w:t>
      </w:r>
    </w:p>
    <w:p>
      <w:pPr>
        <w:jc w:val="right"/>
      </w:pPr>
      <w:r>
        <w:t>بلکہ انڈیا میں ہم جاتے ہیں، کا جو سپر مدرسہ ہے، یہاں کا انڈیا کا ہے، اسی میں یعنی ٹکراؤ کے کا پورا وہاں پر ایک تحریک چلائی گئی</w:t>
      </w:r>
    </w:p>
    <w:p>
      <w:r>
        <w:rPr>
          <w:b/>
        </w:rPr>
        <w:t xml:space="preserve">[49:54] </w:t>
      </w:r>
      <w:r>
        <w:t>۔ Yaani ek taraf hadith ko sab se bada darja diye hue hain, woh isi mein sab se bada darja diye hue hain takrao ka bhi. Yeh sab baat aap log jante hain.</w:t>
      </w:r>
    </w:p>
    <w:p>
      <w:pPr>
        <w:jc w:val="right"/>
      </w:pPr>
      <w:r>
        <w:t>۔ یعنی ایک طرف حدیث کو سب سے بڑا درجہ دیے ہوئے ہیں، وہ اسی میں سب سے بڑا درجہ دیے ہوئے ہیں ٹکراؤ کا بھی۔ یہ سب بات آپ لوگ جانتے ہیں۔</w:t>
      </w:r>
    </w:p>
    <w:p>
      <w:r>
        <w:rPr>
          <w:b/>
        </w:rPr>
        <w:t xml:space="preserve">[50:06] </w:t>
      </w:r>
      <w:r>
        <w:t>toh hamare madarison mein sab se bada jo subject hota hai, woh hadith ka hota hai. Sab se bada darja muhaddiseen ka hota hai. Lekin mere ilm ke mutabiq kisi bhi madarse mein bataya nahi gaya ke muhaddiseen ka ek aur pehlu hai.</w:t>
      </w:r>
    </w:p>
    <w:p>
      <w:pPr>
        <w:jc w:val="right"/>
      </w:pPr>
      <w:r>
        <w:t>تو ہمارے مدارس میں سب سے بڑا جو سبجیکٹ ہوتا ہے، وہ حدیث کا ہوتا ہے۔ سب سے بڑا درجہ محدثین کا ہوتا ہے۔ لیکن میرے علم کے مطابق کسی بھی مدرسے میں بتایا نہیں گیا کہ محدثین کا ایک اور پہلو ہے۔</w:t>
      </w:r>
    </w:p>
    <w:p>
      <w:r>
        <w:rPr>
          <w:b/>
        </w:rPr>
        <w:t xml:space="preserve">[50:21] </w:t>
      </w:r>
      <w:r>
        <w:t>yaani ek pehlu yeh hai ke unhone hadithon ko jama kiya.</w:t>
      </w:r>
    </w:p>
    <w:p>
      <w:pPr>
        <w:jc w:val="right"/>
      </w:pPr>
      <w:r>
        <w:t>یعنی ایک پہلو یہ ہے کہ انہوں نے حدیثوں کو جمع کیا۔</w:t>
      </w:r>
    </w:p>
    <w:p>
      <w:r>
        <w:rPr>
          <w:b/>
        </w:rPr>
        <w:t xml:space="preserve">[50:25] </w:t>
      </w:r>
      <w:r>
        <w:t>doosra pehlu yeh hai ke unka method, unka jo method tha, method kya tha? Palt kar takrao se door rehna, hukoomaton se alag rehna, siyasi bigad ko nazar andaz karna, aur jo deeni mawaqe hain, us ko istemal karna.</w:t>
      </w:r>
    </w:p>
    <w:p>
      <w:pPr>
        <w:jc w:val="right"/>
      </w:pPr>
      <w:r>
        <w:t>دوسرا پہلو یہ ہے کہ ان کا میتھڈ، ان کا جو میتھڈ تھا، میتھڈ کیا تھا؟ پلٹ کر ٹکراؤ سے دور رہنا، حکومتوں سے الگ رہنا، سیاسی بگاڑ کو نظر انداز کرنا، اور جو دینی مواقع ہیں، اس کو استعمال کرنا۔</w:t>
      </w:r>
    </w:p>
    <w:p>
      <w:r>
        <w:rPr>
          <w:b/>
        </w:rPr>
        <w:t xml:space="preserve">[50:43] </w:t>
      </w:r>
      <w:r>
        <w:t>yeh madarison mein nahi bataya</w:t>
      </w:r>
    </w:p>
    <w:p>
      <w:pPr>
        <w:jc w:val="right"/>
      </w:pPr>
      <w:r>
        <w:t>یہ مدارس میں نہیں بتایا</w:t>
      </w:r>
    </w:p>
    <w:p>
      <w:r>
        <w:rPr>
          <w:b/>
        </w:rPr>
        <w:t xml:space="preserve">[50:46] </w:t>
      </w:r>
      <w:r>
        <w:t>tha. Toh bahal is zamane mein meri samajh ke mutabiq jo sab se badi ghalti hui hai islam se ki talimat se inhiraf ke aitbar se, woh yahi hai.</w:t>
      </w:r>
    </w:p>
    <w:p>
      <w:pPr>
        <w:jc w:val="right"/>
      </w:pPr>
      <w:r>
        <w:t>تھا۔ تو بہرحال اس زمانے میں میری سمجھ کے مطابق جو سب سے بڑی غلطی ہوئی ہے اسلام سے کی تعلیمات سے انحراف کے اعتبار سے، وہ یہی ہے۔</w:t>
      </w:r>
    </w:p>
    <w:p>
      <w:r>
        <w:rPr>
          <w:b/>
        </w:rPr>
        <w:t xml:space="preserve">[51:03] </w:t>
      </w:r>
      <w:r>
        <w:t>sab se bari ghalti ke muhaddiseen ke model ko bilkul hi bhula diya. Hatta ke jante hue nahi ke muhaddiseen ka koi model hai, siwaye is ke ke unhon ne hadithain jama keen.</w:t>
      </w:r>
    </w:p>
    <w:p>
      <w:pPr>
        <w:jc w:val="right"/>
      </w:pPr>
      <w:r>
        <w:t>سب سے بڑی غلطی کہ محدثین کے ماڈل کو بالکل ہی بھلا دیا۔ حتی کہ جانتے ہوئے نہیں کہ محدثین کا کوئی ماڈل ہے، سوائے اس کے کہ انہوں نے حدیثیں جمع کیں۔</w:t>
      </w:r>
    </w:p>
    <w:p>
      <w:r>
        <w:rPr>
          <w:b/>
        </w:rPr>
        <w:t xml:space="preserve">[51:18] </w:t>
      </w:r>
      <w:r>
        <w:t>Siwaye is ke ke unhon ne hadithain jama keen. Dosra jo model hai, bait ba method, bait ba tareeqa kar, is se bekhabar hain log. Haalanke isi ki wajah se to hadithain jama karna mumkin hua.</w:t>
      </w:r>
    </w:p>
    <w:p>
      <w:pPr>
        <w:jc w:val="right"/>
      </w:pPr>
      <w:r>
        <w:t>سوائے اس کے کہ انہوں نے حدیثیں جمع کیں۔ دوسرا جو ماڈل ہے، بیت با میتھڈ، بیت با طریقہ کار، اس سے بے خبر ہیں لوگ۔ حالانکہ اسی کی وجہ سے تو حدیثیں جمع کرنا ممکن ہوا۔</w:t>
      </w:r>
    </w:p>
    <w:p>
      <w:r>
        <w:rPr>
          <w:b/>
        </w:rPr>
        <w:t xml:space="preserve">[51:32] </w:t>
      </w:r>
      <w:r>
        <w:t>Agar</w:t>
      </w:r>
    </w:p>
    <w:p>
      <w:pPr>
        <w:jc w:val="right"/>
      </w:pPr>
      <w:r>
        <w:t>اگر</w:t>
      </w:r>
    </w:p>
    <w:p>
      <w:r>
        <w:rPr>
          <w:b/>
        </w:rPr>
        <w:t xml:space="preserve">[51:33] </w:t>
      </w:r>
      <w:r>
        <w:t>muhaddiseen woh tareeqa kar ikhtiyar na karte, yaani non confentional, non political, to hadithain, hadithain bhi jama na hoti.</w:t>
      </w:r>
    </w:p>
    <w:p>
      <w:pPr>
        <w:jc w:val="right"/>
      </w:pPr>
      <w:r>
        <w:t>محدثین وہ طریقہ کار اختیار نہ کرتے، یعنی نان کنفلنٹیشنل، نان پولیٹیکل، تو حدیثیں، حدیثیں بھی جمع نہ ہوتی۔</w:t>
      </w:r>
    </w:p>
    <w:p>
      <w:r>
        <w:rPr>
          <w:b/>
        </w:rPr>
        <w:t xml:space="preserve">[51:48] </w:t>
      </w:r>
      <w:r>
        <w:t>Yaani hadithon ko jama karne wale tab ban paye woh jab ke unhon ne is budget ko ikhtiyar kiya.</w:t>
      </w:r>
    </w:p>
    <w:p>
      <w:pPr>
        <w:jc w:val="right"/>
      </w:pPr>
      <w:r>
        <w:t>یعنی حدیثوں کو جمع کرنے والے تب بن پائے وہ جب کہ انہوں نے اس بجٹ کو اختیار کیا۔</w:t>
      </w:r>
    </w:p>
    <w:p>
      <w:r>
        <w:rPr>
          <w:b/>
        </w:rPr>
        <w:t xml:space="preserve">[51:58] </w:t>
      </w:r>
      <w:r>
        <w:t>To muhaddiseen ka bara darja hai hamare madaris mein, hamare masajid mein. Lekin bara darja kis aitbaar se hai? Ke unhon ne hadithon ko jama kiya.</w:t>
      </w:r>
    </w:p>
    <w:p>
      <w:pPr>
        <w:jc w:val="right"/>
      </w:pPr>
      <w:r>
        <w:t>تو محدثین کا بڑا درجہ ہے ہمارے مدارس میں، ہمارے مساجد میں۔ لیکن بڑا درجہ کس اعتبار سے ہے؟ کہ انہوں نے حدیثوں کو جمع کیا۔</w:t>
      </w:r>
    </w:p>
    <w:p>
      <w:r>
        <w:rPr>
          <w:b/>
        </w:rPr>
        <w:t xml:space="preserve">[52:08] </w:t>
      </w:r>
      <w:r>
        <w:t>Is aitbaar se log bekhabar hain ke hadithon ko jama karna kab mumkin hua un ke liye? Kab mumkin hua? To muhaddiseen ke method ko zinda karne ka waqt aa gaya hai.</w:t>
      </w:r>
    </w:p>
    <w:p>
      <w:pPr>
        <w:jc w:val="right"/>
      </w:pPr>
      <w:r>
        <w:t>اس اعتبار سے لوگ بے خبر ہیں کہ حدیثوں کو جمع کرنا کب ممکن ہوا ان کے لیے؟ کب ممکن ہوا؟ تو محدثین کے میتھڈ کو زندہ کرنے کا وقت آ گیا ہے۔</w:t>
      </w:r>
    </w:p>
    <w:p>
      <w:r>
        <w:rPr>
          <w:b/>
        </w:rPr>
        <w:t xml:space="preserve">[52:24] </w:t>
      </w:r>
      <w:r>
        <w:t>Hamare jo rehnama hain, bara fakhr se kehte hain ke India mein Shah Allah ne hadith ko zinda kiya. Haalanke Shah Allah aur un ki family ne India mein takrao ki policy chalai.</w:t>
      </w:r>
    </w:p>
    <w:p>
      <w:pPr>
        <w:jc w:val="right"/>
      </w:pPr>
      <w:r>
        <w:t>ہمارے جو رہنما ہیں، بڑے فخر سے کہتے ہیں کہ انڈیا میں شاہ اللہ نے حدیث کو زندہ کیا۔ حالانکہ شاہ اللہ اور ان کی فیملی نے انڈیا میں ٹکراؤ کی پالیسی چلائی۔</w:t>
      </w:r>
    </w:p>
    <w:p>
      <w:r>
        <w:rPr>
          <w:b/>
        </w:rPr>
        <w:t xml:space="preserve">[52:39] </w:t>
      </w:r>
      <w:r>
        <w:t>Kaisi ajeeb baat hai! Shah Allah aur un ka jo shagird the, un ki jo family thi, isi ne India mein takrao ki policy chalai, hukoomat se takrao ki.</w:t>
      </w:r>
    </w:p>
    <w:p>
      <w:pPr>
        <w:jc w:val="right"/>
      </w:pPr>
      <w:r>
        <w:t>کیسی عجیب بات ہے! شاہ اللہ اور ان کا جو شاگرد تھے، ان کی جو فیملی تھی، اسی نے انڈیا میں ٹکراؤ کی پالیسی چلائی، حکومت سے ٹکراؤ کی۔</w:t>
      </w:r>
    </w:p>
    <w:p>
      <w:r>
        <w:rPr>
          <w:b/>
        </w:rPr>
        <w:t xml:space="preserve">[52:50] </w:t>
      </w:r>
      <w:r>
        <w:t>To ek taraf aap kehte hain ke Shah Allah ne hadith ko zinda kiya, to yeh kyun kiya unhon ne? Muhaddiseen ke method se se inhiraf kyun kiya unhon ne?</w:t>
      </w:r>
    </w:p>
    <w:p>
      <w:pPr>
        <w:jc w:val="right"/>
      </w:pPr>
      <w:r>
        <w:t>تو ایک طرف آپ کہتے ہیں کہ شاہ اللہ نے حدیث کو زندہ کیا، تو یہ کیوں کیا انہوں نے؟ محدثین کے میتھڈ سے سے انحراف کیوں کیا انہوں نے؟</w:t>
      </w:r>
    </w:p>
    <w:p>
      <w:r>
        <w:rPr>
          <w:b/>
        </w:rPr>
        <w:t xml:space="preserve">[52:59] </w:t>
      </w:r>
      <w:r>
        <w:t>Kyunke jante nahi the woh. Shah Allah jo hai, muhaddiseen ko sirf ek pehlu jante the ke unhon ne hadithon ko jama kiya. Is pehlu se bekhabar the Shah Allah ke muhaddiseen ne ek bohat hi unique method ikhtiyar kiya,</w:t>
      </w:r>
    </w:p>
    <w:p>
      <w:pPr>
        <w:jc w:val="right"/>
      </w:pPr>
      <w:r>
        <w:t>کیونکہ جانتے نہیں تھے وہ۔ شاہ اللہ جو ہے، محدثین کو صرف ایک پہلو جانتے تھے کہ انہوں نے حدیثوں کو جمع کیا۔ اس پہلو سے بے خبر تھے شاہ اللہ کہ محدثین نے ایک بہت ہی یونیک میتھڈ اختیار کیا،</w:t>
      </w:r>
    </w:p>
    <w:p>
      <w:r>
        <w:rPr>
          <w:b/>
        </w:rPr>
        <w:t xml:space="preserve">[53:15] </w:t>
      </w:r>
      <w:r>
        <w:t>bohat unique method</w:t>
      </w:r>
    </w:p>
    <w:p>
      <w:pPr>
        <w:jc w:val="right"/>
      </w:pPr>
      <w:r>
        <w:t>بہت یونیک میتھڈ</w:t>
      </w:r>
    </w:p>
    <w:p>
      <w:r>
        <w:rPr>
          <w:b/>
        </w:rPr>
        <w:t xml:space="preserve">[53:18] </w:t>
      </w:r>
      <w:r>
        <w:t>jo hadithon se liya hua tha. Woh woh unique method hadithon se liya tha unhon ne, bohat unique method.</w:t>
      </w:r>
    </w:p>
    <w:p>
      <w:pPr>
        <w:jc w:val="right"/>
      </w:pPr>
      <w:r>
        <w:t>جو حدیثوں سے لیا ہوا تھا۔ وہ وہ یونیک میتھڈ حدیثوں سے لیا تھا انہوں نے، بہت یونیک میتھڈ۔</w:t>
      </w:r>
    </w:p>
    <w:p>
      <w:r>
        <w:rPr>
          <w:b/>
        </w:rPr>
        <w:t xml:space="preserve">[53:28] </w:t>
      </w:r>
      <w:r>
        <w:t>Yaani hukoomat waqt se takrao na karna. To Shah Allah ne kaise? Yaani 50 feesad jana hai unhon ne hadith ko, 50 feesad nahi jana unhon ne hadith ko.</w:t>
      </w:r>
    </w:p>
    <w:p>
      <w:pPr>
        <w:jc w:val="right"/>
      </w:pPr>
      <w:r>
        <w:t>یعنی حکومت وقت سے ٹکراؤ نہ کرنا۔ تو شاہ اللہ نے کیسے؟ یعنی 50 فیصد جانا ہے انہوں نے حدیث کو، 50 فیصد نہیں جانا انہوں نے حدیث کو۔</w:t>
      </w:r>
    </w:p>
    <w:p>
      <w:r>
        <w:rPr>
          <w:b/>
        </w:rPr>
        <w:t xml:space="preserve">[53:43] </w:t>
      </w:r>
      <w:r>
        <w:t>Bohat fakhr ke sath kehte hain ke India mein hadith ilm hadith ko zinda kiya Shah Allah ne. Lekin yeh to 50 feesad tha jo unhon ne kiya.</w:t>
      </w:r>
    </w:p>
    <w:p>
      <w:pPr>
        <w:jc w:val="right"/>
      </w:pPr>
      <w:r>
        <w:t>بہت فخر کے ساتھ کہتے ہیں کہ انڈیا میں حدیث علم حدیث کو زندہ کیا شاہ اللہ نے۔ لیکن یہ تو 50 فیصد تھا جو انہوں نے کیا۔</w:t>
      </w:r>
    </w:p>
    <w:p>
      <w:r>
        <w:rPr>
          <w:b/>
        </w:rPr>
        <w:t xml:space="preserve">[53:52] </w:t>
      </w:r>
      <w:r>
        <w:t>Ain usi waqt khud Shah Allah ne, un ki family ne, un ke shagirdon ne, aur un ke mannay walon ne ain usi waqt tehreekein chala dein hukoomat ke khilaf.</w:t>
      </w:r>
    </w:p>
    <w:p>
      <w:pPr>
        <w:jc w:val="right"/>
      </w:pPr>
      <w:r>
        <w:t>عین اسی وقت خود شاہ اللہ نے، ان کی فیملی نے، ان کے شاگردوں نے، اور ان کے ماننے والوں نے عین اسی وقت تحریکیں چلا دیں حکومت کے خلاف۔</w:t>
      </w:r>
    </w:p>
    <w:p>
      <w:r>
        <w:rPr>
          <w:b/>
        </w:rPr>
        <w:t xml:space="preserve">[54:06] </w:t>
      </w:r>
      <w:r>
        <w:t>Yaani takrao ki policy ke khud imam ban gaye. Wohi</w:t>
      </w:r>
    </w:p>
    <w:p>
      <w:pPr>
        <w:jc w:val="right"/>
      </w:pPr>
      <w:r>
        <w:t>یعنی ٹکراؤ کی پالیسی کے خود امام بن گئے۔ وہی</w:t>
      </w:r>
    </w:p>
    <w:p>
      <w:r>
        <w:rPr>
          <w:b/>
        </w:rPr>
        <w:t xml:space="preserve">[54:11] </w:t>
      </w:r>
      <w:r>
        <w:t>Kaisi ajeeb baat hai ke kaise nahi jana unhon ne ke takrao ki policy muhaddiseen ke maslak ke sath khilaf hai.</w:t>
      </w:r>
    </w:p>
    <w:p>
      <w:pPr>
        <w:jc w:val="right"/>
      </w:pPr>
      <w:r>
        <w:t>کیسی عجیب بات ہے کہ کیسے نہیں جانا انہوں نے کہ ٹکراؤ کی پالیسی محدثین کے مسلک کے ساتھ خلاف ہے۔</w:t>
      </w:r>
    </w:p>
    <w:p>
      <w:r>
        <w:rPr>
          <w:b/>
        </w:rPr>
        <w:t xml:space="preserve">[54:21] </w:t>
      </w:r>
      <w:r>
        <w:t>Yaani siyasat, siyasi takrao, hukoomati takrao ki policy jo hai, woh muhaddiseen ke maslak ke sirtasar khilaf hai. Is ko kaise nahi jana unhon ne?</w:t>
      </w:r>
    </w:p>
    <w:p>
      <w:pPr>
        <w:jc w:val="right"/>
      </w:pPr>
      <w:r>
        <w:t>یعنی سیاست، سیاسی ٹکراؤ، حکومتی ٹکراؤ کی پالیسی جو ہے، وہ محدثین کے مسلک کے سرتاسر خلاف ہے۔ اس کو کیسے نہیں جانا انہوں نے؟</w:t>
      </w:r>
    </w:p>
    <w:p>
      <w:r>
        <w:rPr>
          <w:b/>
        </w:rPr>
        <w:t xml:space="preserve">[54:34] </w:t>
      </w:r>
      <w:r>
        <w:t>To hadith ko zinda kiya aur muhaddiseen ke method ko zinda nahi kar paya woh.</w:t>
      </w:r>
    </w:p>
    <w:p>
      <w:pPr>
        <w:jc w:val="right"/>
      </w:pPr>
      <w:r>
        <w:t>تو حدیث کو زندہ کیا اور محدثین کے میتھڈ کو زندہ نہیں کر پایا وہ۔</w:t>
      </w:r>
    </w:p>
    <w:p>
      <w:r>
        <w:rPr>
          <w:b/>
        </w:rPr>
        <w:t xml:space="preserve">[54:41] </w:t>
      </w:r>
      <w:r>
        <w:t>Is ki qeemat hum bhugat rahe hain, aaj tak bhugat rahe hain. Teen so saal se musalman isi mein phanse hue hain. Abhi bhi hadithon ka bara darja hai madaris mein, lekin muhaddiseen ke method ka koi darja nahi.</w:t>
      </w:r>
    </w:p>
    <w:p>
      <w:pPr>
        <w:jc w:val="right"/>
      </w:pPr>
      <w:r>
        <w:t>اس کی قیمت ہم بھگت رہے ہیں، آج تک بھگت رہے ہیں۔ تین سو سال سے مسلمان اسی میں پھنسے ہوئے ہیں۔ ابھی بھی حدیثوں کا بڑا درجہ ہے مدارس میں، لیکن محدثین کے میتھڈ کا کوئی درجہ نہیں۔</w:t>
      </w:r>
    </w:p>
    <w:p>
      <w:r>
        <w:rPr>
          <w:b/>
        </w:rPr>
        <w:t xml:space="preserve">[54:56] </w:t>
      </w:r>
      <w:r>
        <w:t>Abhi bhi, is waqt bhi, aap kisi bhi madrasa madrasa mein jayen, wahan aap charchaa sunenge muhaddiseen ka, hadithon ka. Lekin kisi bhi madrasa mein mere ilm ke mutabiq muhaddiseen ke method ka charchaa nahi,</w:t>
      </w:r>
    </w:p>
    <w:p>
      <w:pPr>
        <w:jc w:val="right"/>
      </w:pPr>
      <w:r>
        <w:t>ابھی بھی، اس وقت بھی، آپ کسی بھی مدرسے مدرسے میں جائیں، وہاں آپ چرچہ سنیں گے محدثین کا، حدیثوں کا۔ لیکن کسی بھی مدرسے میں میرے علم کے مطابق محدثین کے میتھڈ کا چرچہ نہیں،</w:t>
      </w:r>
    </w:p>
    <w:p>
      <w:r>
        <w:rPr>
          <w:b/>
        </w:rPr>
        <w:t xml:space="preserve">[55:09] </w:t>
      </w:r>
      <w:r>
        <w:t>muhaddiseen ke tareeqa kar ka charchaa nahi.</w:t>
      </w:r>
    </w:p>
    <w:p>
      <w:pPr>
        <w:jc w:val="right"/>
      </w:pPr>
      <w:r>
        <w:t>محدثین کے طریقہ کار کا چرچہ نہیں۔</w:t>
      </w:r>
    </w:p>
    <w:p>
      <w:r>
        <w:rPr>
          <w:b/>
        </w:rPr>
        <w:t xml:space="preserve">[55:16] </w:t>
      </w:r>
      <w:r>
        <w:t>Kaisi ajeeb maloomi hai</w:t>
      </w:r>
    </w:p>
    <w:p>
      <w:pPr>
        <w:jc w:val="right"/>
      </w:pPr>
      <w:r>
        <w:t>کیسی عجیب معلومی ہے</w:t>
      </w:r>
    </w:p>
    <w:p>
      <w:r>
        <w:rPr>
          <w:b/>
        </w:rPr>
        <w:t xml:space="preserve">[55:18] </w:t>
      </w:r>
      <w:r>
        <w:t>! Is ki wajah se teen so saal hamare barbadi ko guzar gaye. Aur sari barbadiyon mein top ki barbadi yeh hai ke daur e hazir mein jo matloob tha, literature wahi tayyar na ho saka.</w:t>
      </w:r>
    </w:p>
    <w:p>
      <w:pPr>
        <w:jc w:val="right"/>
      </w:pPr>
      <w:r>
        <w:t>! اس کی وجہ سے تین سو سال ہمارے بربادی کو گزر گئے۔ اور ساری بربادیوں میں ٹاپ کی بربادی یہ ہے کہ دور حاضر میں جو مطلوب تھا، لٹریچر وہی تیار نہ ہو سکا۔</w:t>
      </w:r>
    </w:p>
    <w:p>
      <w:r>
        <w:rPr>
          <w:b/>
        </w:rPr>
        <w:t xml:space="preserve">[55:37] </w:t>
      </w:r>
      <w:r>
        <w:t>dekhen, quran mein hai ke "wa ma arsalna bi rasoolin illa bi lisani qaumihi"</w:t>
      </w:r>
    </w:p>
    <w:p>
      <w:pPr>
        <w:jc w:val="right"/>
      </w:pPr>
      <w:r>
        <w:t>دیکھیں، قرآن میں ہے کہ "وما ارسلنا برسول الا بلسان قومہ"</w:t>
      </w:r>
    </w:p>
    <w:p>
      <w:r>
        <w:rPr>
          <w:b/>
        </w:rPr>
        <w:t xml:space="preserve">[55:44] </w:t>
      </w:r>
      <w:r>
        <w:t>yani har paighambar apne zamane ke lihaz se allah taala us ko jo zaban hoti thi, mein samajhta hoon ke zaban mein usloob bhi shamil hai.</w:t>
      </w:r>
    </w:p>
    <w:p>
      <w:pPr>
        <w:jc w:val="right"/>
      </w:pPr>
      <w:r>
        <w:t>۔ یعنی ہر پیغمبر اپنے زمانے کے لحاظ سے اللہ تعالیٰ اس کو جو زبان ہوتی تھی، میں سمجھتا ہوں کہ زبان میں اسلوب بھی شامل ہے۔</w:t>
      </w:r>
    </w:p>
    <w:p>
      <w:r>
        <w:rPr>
          <w:b/>
        </w:rPr>
        <w:t xml:space="preserve">[55:53] </w:t>
      </w:r>
      <w:r>
        <w:t>apne zamane ki zaban, apne zamane ka usloob, us mein woh logon ko paigham deta tha allah taala ka. Kaha dawat ka kaam zaban se juda hua hai.</w:t>
      </w:r>
    </w:p>
    <w:p>
      <w:pPr>
        <w:jc w:val="right"/>
      </w:pPr>
      <w:r>
        <w:t>اپنے زمانے کی زبان، اپنے زمانے کا اسلوب، اس میں وہ لوگوں کو پیغام دیتا تھا اللہ تعالیٰ کا۔ کہا دعوت کا کام زبان سے جڑا ہوا ہے۔</w:t>
      </w:r>
    </w:p>
    <w:p>
      <w:r>
        <w:rPr>
          <w:b/>
        </w:rPr>
        <w:t xml:space="preserve">[56:07] </w:t>
      </w:r>
      <w:r>
        <w:t>dawat allah ka jo kaam hai, woh zaban se juda hua hai, kyunke zabani to zariya hai dawat allah ka kaam karne ka.</w:t>
      </w:r>
    </w:p>
    <w:p>
      <w:pPr>
        <w:jc w:val="right"/>
      </w:pPr>
      <w:r>
        <w:t>دعوت اللہ کا جو کام ہے، وہ زبان سے جڑا ہوا ہے، کیونکہ زبانی تو ذریعہ ہے دعوت اللہ کا کام کرنے کا۔</w:t>
      </w:r>
    </w:p>
    <w:p>
      <w:r>
        <w:rPr>
          <w:b/>
        </w:rPr>
        <w:t xml:space="preserve">[56:15] </w:t>
      </w:r>
      <w:r>
        <w:t>to paighambar ne apne zamane ke lihaz se us waqt ka jo usloob tha, us waqt jo zaban thi, us mein kaam kiya. To wohi to aaj bhi karna tha.</w:t>
      </w:r>
    </w:p>
    <w:p>
      <w:pPr>
        <w:jc w:val="right"/>
      </w:pPr>
      <w:r>
        <w:t>تو پیغمبر نے اپنے زمانے کے لحاظ سے اس وقت کا جو اسلوب تھا، اس وقت جو زبان تھی، اس میں کام کیا۔ تو وہی تو آج بھی کرنا تھا۔</w:t>
      </w:r>
    </w:p>
    <w:p>
      <w:r>
        <w:rPr>
          <w:b/>
        </w:rPr>
        <w:t xml:space="preserve">[56:26] </w:t>
      </w:r>
      <w:r>
        <w:t>aaj ka zamana pure maani mein badla hua zamana hai, pure maani mein badla hua zamana hai. To aaj ki zaban ko aap samajhen, samajh kar ke aaj ke zamane ke lihaz se aap dawat allah ka kaam karen, aaj ke zamane se ke mutabiq kitaben tayyar karen.</w:t>
      </w:r>
    </w:p>
    <w:p>
      <w:pPr>
        <w:jc w:val="right"/>
      </w:pPr>
      <w:r>
        <w:t>آج کا زمانہ پورے معنی میں بدلا ہوا زمانہ ہے، پورے معنی میں بدلا ہوا زمانہ ہے۔ تو آج کی زبان کو آپ سمجھتے، سمجھ کر کے آج کے زمانے کے لحاظ سے آپ دعوت اللہ کا کام کرتے، آج کے زمانے سے کے مطابق کتابیں تیار کرتے۔</w:t>
      </w:r>
    </w:p>
    <w:p>
      <w:r>
        <w:rPr>
          <w:b/>
        </w:rPr>
        <w:t xml:space="preserve">[56:47] </w:t>
      </w:r>
      <w:r>
        <w:t>yani asli usloob mein kitaben tayyar karna waqt ka sab se bada taqaza tha, aur yeh ain muhaddiseen ka maslak tha.</w:t>
      </w:r>
    </w:p>
    <w:p>
      <w:pPr>
        <w:jc w:val="right"/>
      </w:pPr>
      <w:r>
        <w:t>یعنی اصلی اسلوب میں کتابیں تیار کرنا وقت کا سب سے بڑا تقاضا تھا، اور یہ عین محدثین کا مسلک تھا۔</w:t>
      </w:r>
    </w:p>
    <w:p>
      <w:r>
        <w:rPr>
          <w:b/>
        </w:rPr>
        <w:t xml:space="preserve">[56:58] </w:t>
      </w:r>
      <w:r>
        <w:t>lekin is ko ikhtiyar nahi kiya gaya. Muhaddiseen ki azmat ke khoob, yani muhaddiseen ki azmat mein khoob taqreeren ki jati hain, khoob bayan kiya jata hai un ki azmat ko.</w:t>
      </w:r>
    </w:p>
    <w:p>
      <w:pPr>
        <w:jc w:val="right"/>
      </w:pPr>
      <w:r>
        <w:t>لیکن اس کو اختیار نہیں کیا گیا۔ محدثین کی عظمت کے خوب، یعنی محدثین کی عظمت میں خوب تقریریں کی جاتی ہیں، خوب بیان کیا جاتا ہے ان کی عظمت کو۔</w:t>
      </w:r>
    </w:p>
    <w:p>
      <w:r>
        <w:rPr>
          <w:b/>
        </w:rPr>
        <w:t xml:space="preserve">[57:09] </w:t>
      </w:r>
      <w:r>
        <w:t>lekin muhaddiseen ka jo method tha, us se bilkul bekhabar hain.</w:t>
      </w:r>
    </w:p>
    <w:p>
      <w:pPr>
        <w:jc w:val="right"/>
      </w:pPr>
      <w:r>
        <w:t>لیکن محدثین کا جو میتھڈ تھا، اس سے بالکل بے خبر ہے۔</w:t>
      </w:r>
    </w:p>
    <w:p>
      <w:r>
        <w:rPr>
          <w:b/>
        </w:rPr>
        <w:t xml:space="preserve">[57:15] </w:t>
      </w:r>
      <w:r>
        <w:t>shah allah se le kar aaj tak mere ilm mein koi bhi aalim nahi hai jo muhaddiseen ke method ko janta ho, tareeqa kar ko janta ho, un ki policy ko janta ho.</w:t>
      </w:r>
    </w:p>
    <w:p>
      <w:pPr>
        <w:jc w:val="right"/>
      </w:pPr>
      <w:r>
        <w:t>شاہ اللہ سے لے کر آج تک میرے علم میں کوئی بھی عالم نہیں ہے جو محدثین کے میتھڈ کو جانتا ہو، طریقہ کار کو جانتا ہو، ان کی پالیسی کو جانتا ہو۔</w:t>
      </w:r>
    </w:p>
    <w:p>
      <w:r>
        <w:rPr>
          <w:b/>
        </w:rPr>
        <w:t xml:space="preserve">[57:27] </w:t>
      </w:r>
      <w:r>
        <w:t>to yeh bohat bara pehlu hai jis par hamein sochna hai, is ko zinda karna hai. Jis tarah hum hadithon ko zinda karte hain, aise hi muhaddiseen ke maslak ko, un ke method ko bhi zinda karen.</w:t>
      </w:r>
    </w:p>
    <w:p>
      <w:pPr>
        <w:jc w:val="right"/>
      </w:pPr>
      <w:r>
        <w:t>تو یہ بہت بڑا پہلو ہے جس پر ہمیں سوچنا ہے، اس کو زندہ کرنا ہے۔ جس طرح ہم حدیثوں کو زندہ کرتے ہیں، ایسے ہی محدثین کے مسلک کو، ان کے میتھڈ کو بھی زندہ کریں۔</w:t>
      </w:r>
    </w:p>
    <w:p>
      <w:r>
        <w:rPr>
          <w:b/>
        </w:rPr>
        <w:t xml:space="preserve">[57:40] </w:t>
      </w:r>
      <w:r>
        <w:t>tab koi bara kaam ho payega,</w:t>
      </w:r>
    </w:p>
    <w:p>
      <w:pPr>
        <w:jc w:val="right"/>
      </w:pPr>
      <w:r>
        <w:t>تب کوئی بڑا کام ہو پائے گا،</w:t>
      </w:r>
    </w:p>
    <w:p>
      <w:r>
        <w:rPr>
          <w:b/>
        </w:rPr>
        <w:t xml:space="preserve">[57:44] </w:t>
      </w:r>
      <w:r>
        <w:t>allah ke deen ka, allah ke dawat ka.</w:t>
      </w:r>
    </w:p>
    <w:p>
      <w:pPr>
        <w:jc w:val="right"/>
      </w:pPr>
      <w:r>
        <w:t>اللہ کے دین کا، اللہ کے دعوت کا۔</w:t>
      </w:r>
    </w:p>
    <w:p>
      <w:r>
        <w:rPr>
          <w:b/>
        </w:rPr>
        <w:t xml:space="preserve">[57:50] </w:t>
      </w:r>
      <w:r>
        <w:t>warna markat rahe hain, aise hi markat, mar ke katate rahenge. Aur lakhon ne, karodon log mar dale gaye, mar mar ke qabron mein chale gaye.</w:t>
      </w:r>
    </w:p>
    <w:p>
      <w:pPr>
        <w:jc w:val="right"/>
      </w:pPr>
      <w:r>
        <w:t>ورنہ مر کٹ رہے ہیں، ایسے ہی مر کٹتے، مر کے کٹتے رہیں گے۔ اور لاکھوں نے، کروڑوں لوگ مار ڈالے گئے، مر مر کے قبروں میں چلے گئے۔</w:t>
      </w:r>
    </w:p>
    <w:p>
      <w:r>
        <w:rPr>
          <w:b/>
        </w:rPr>
        <w:t xml:space="preserve">[58:01] </w:t>
      </w:r>
      <w:r>
        <w:t>yani woh log jinhen koi deen ka kaam karne ke liye allah ne paida kiya tha, woh sab mar mar qabron mein chale gaye.</w:t>
      </w:r>
    </w:p>
    <w:p>
      <w:pPr>
        <w:jc w:val="right"/>
      </w:pPr>
      <w:r>
        <w:t>یعنی وہ لوگ جنہیں کوئی دین کا کام کرنے کے لیے اللہ نے پیدا کیا تھا، وہ سب مر مر قبروں میں چلے گئے۔</w:t>
      </w:r>
    </w:p>
    <w:p>
      <w:r>
        <w:rPr>
          <w:b/>
        </w:rPr>
        <w:t xml:space="preserve">[58:10] </w:t>
      </w:r>
      <w:r>
        <w:t>to muhaddiseen ki jama ki hui hadithon ko jis tarah se aap chircha karte hain, usi tarah aap chircha kijiye muhaddiseen ke maslak ka, muhaddiseen ke method ka, muhaddiseen ke tareeqa kar ka.</w:t>
      </w:r>
    </w:p>
    <w:p>
      <w:pPr>
        <w:jc w:val="right"/>
      </w:pPr>
      <w:r>
        <w:t>تو محدثین کی جمع کی ہوئی حدیثوں کو جس طرح سے آپ چرچہ کرتے ہیں، اسی طرح آپ چرچہ کیجئے محدثین کے مسلک کا، محدثین کے میتھڈ کا، محدثین کے طریقہ کار کا۔</w:t>
      </w:r>
    </w:p>
    <w:p>
      <w:r>
        <w:rPr>
          <w:b/>
        </w:rPr>
        <w:t xml:space="preserve">[58:22] </w:t>
      </w:r>
      <w:r>
        <w:t>tab ja kar koi naya daur aayega, tab ja kar koi bara kaam islam ka ho sakega.</w:t>
      </w:r>
    </w:p>
    <w:p>
      <w:pPr>
        <w:jc w:val="right"/>
      </w:pPr>
      <w:r>
        <w:t>تب جا کر کوئی نیا دور آئے گا، تب جا کر کوئی بڑا کام اسلام کا ہو سکے گا۔</w:t>
      </w:r>
    </w:p>
    <w:p>
      <w:r>
        <w:rPr>
          <w:b/>
        </w:rPr>
        <w:t xml:space="preserve">[58:31] </w:t>
      </w:r>
      <w:r>
        <w:t>yeh bohat zyada sochne ki baat hai, bohat zyada sochne ki baat hai.</w:t>
      </w:r>
    </w:p>
    <w:p>
      <w:pPr>
        <w:jc w:val="right"/>
      </w:pPr>
      <w:r>
        <w:t>یہ بہت زیادہ سوچنے کی بات ہے، بہت زیادہ سوچنے کی بات ہے۔</w:t>
      </w:r>
    </w:p>
    <w:p>
      <w:r>
        <w:rPr>
          <w:b/>
        </w:rPr>
        <w:t xml:space="preserve">[58:39] </w:t>
      </w:r>
      <w:r>
        <w:t>to muhaddiseen daur hukoomat ka model hain. Muhaddiseen ne sirf jama hadithain jama nahi ki hain, daur hukoomat mein kaam kis tarah karna hai, is ka model hai.</w:t>
      </w:r>
    </w:p>
    <w:p>
      <w:pPr>
        <w:jc w:val="right"/>
      </w:pPr>
      <w:r>
        <w:t>تو محدثین دور حکومت کا ماڈل ہیں۔ محدثین نے صرف جمع حدیثیں جمع نہیں کی ہیں، دور محدثین نے، یعنی دور حکومت میں کام کس طرح کرنا ہے، اس کا ماڈل ہے۔</w:t>
      </w:r>
    </w:p>
    <w:p>
      <w:r>
        <w:rPr>
          <w:b/>
        </w:rPr>
        <w:t xml:space="preserve">[58:51] </w:t>
      </w:r>
      <w:r>
        <w:t>to muhaddiseen</w:t>
      </w:r>
    </w:p>
    <w:p>
      <w:pPr>
        <w:jc w:val="right"/>
      </w:pPr>
      <w:r>
        <w:t>تو محدثین</w:t>
      </w:r>
    </w:p>
    <w:p>
      <w:r>
        <w:rPr>
          <w:b/>
        </w:rPr>
        <w:t xml:space="preserve">[58:56] </w:t>
      </w:r>
      <w:r>
        <w:t>masjid kaam kis tarah karna hai, yani daur hukoomat mein natija khez kaam kis tarah karna hai, daur hukoomat mein muassar kaam kis tarah kar</w:t>
      </w:r>
    </w:p>
    <w:p>
      <w:pPr>
        <w:jc w:val="right"/>
      </w:pPr>
      <w:r>
        <w:t>مسجد کام کس طرح کرنا ہے، یعنی دور حکومت میں نتیجہ خیز کام کس طرح کرنا ہے، دور حکومت میں مؤثر کام کس طرح کر</w:t>
      </w:r>
    </w:p>
    <w:p>
      <w:r>
        <w:rPr>
          <w:b/>
        </w:rPr>
        <w:t xml:space="preserve">[59:07] </w:t>
      </w:r>
      <w:r>
        <w:t>na hai, is ka model hain. Muhaddiseen, meri dua hai ke allah taala hum sab ko samajhne ki tofeeq ata farmaye, aur hum sahih dhang par kaam kar ke allah ke haan sarfaraz hon.</w:t>
      </w:r>
    </w:p>
    <w:p>
      <w:pPr>
        <w:jc w:val="right"/>
      </w:pPr>
      <w:r>
        <w:t>نا ہے، اس کا ماڈل ہیں۔ محدثین، میری دعا ہے کہ اللہ تعالیٰ ہم سب کو سمجھنے کی توفیق عطا فرمائے، اور ہم صحیحढنگ پر کام کر کے اللہ کے ہاں سرخرو ہوں۔</w:t>
      </w:r>
    </w:p>
    <w:p>
      <w:r>
        <w:rPr>
          <w:b/>
        </w:rPr>
        <w:t xml:space="preserve">[59:21] </w:t>
      </w:r>
      <w:r>
        <w:t>aقول قولي هذا واستغفراللہ لي ولكم اجمعين</w:t>
      </w:r>
    </w:p>
    <w:p>
      <w:pPr>
        <w:jc w:val="right"/>
      </w:pPr>
      <w:r>
        <w:t>أقول قولي هذا واستغفراللہ لي ولكم اجمعین</w:t>
      </w:r>
    </w:p>
    <w:p>
      <w:r>
        <w:rPr>
          <w:b/>
        </w:rPr>
        <w:t xml:space="preserve">[59:38] </w:t>
      </w:r>
      <w:r>
        <w:t>okay, we'll start the question and session now. Maulana, yeh sawal aaya hai dilli se, Maulana Zakwan Nadvi sahab ka. Unhon ne likha hai ke quran ke chapter number two, verse number 138 mein aaya hai:</w:t>
      </w:r>
    </w:p>
    <w:p>
      <w:pPr>
        <w:jc w:val="right"/>
      </w:pPr>
      <w:r>
        <w:t>اوکے، ویل سٹارٹ دی کوئسچن اینڈ سیشن ناو۔ مولانا، یہ سوال آیا ہے دلی سے، مولانا زکوان ندوی صاحب کا۔ انہوں نے لکھا ہے کہ قرآن کے چیپٹر نمبر ٹو، ورس نمبر 138 میں آیا ہے:</w:t>
      </w:r>
    </w:p>
    <w:p>
      <w:r>
        <w:rPr>
          <w:b/>
        </w:rPr>
        <w:t xml:space="preserve">[59:54] </w:t>
      </w:r>
      <w:r>
        <w:t>"and we take on god's own dye, who has a better dye than god's dye." Maulana, what is the meaning of god's dye?</w:t>
      </w:r>
    </w:p>
    <w:p>
      <w:pPr>
        <w:jc w:val="right"/>
      </w:pPr>
      <w:r>
        <w:t>"وی ٹیک ان گاڈز اون ڈائی، ہو ہیز ا بیٹر ڈائی دین گاڈز ڈائی۔" مولانا، واٹ از دا میننگ اف گاڈز ڈائی؟</w:t>
      </w:r>
    </w:p>
    <w:p>
      <w:r>
        <w:rPr>
          <w:b/>
        </w:rPr>
        <w:t xml:space="preserve">[1:00:05] </w:t>
      </w:r>
      <w:r>
        <w:t>diet is sibghatullah.</w:t>
      </w:r>
    </w:p>
    <w:p>
      <w:pPr>
        <w:jc w:val="right"/>
      </w:pPr>
      <w:r>
        <w:t>دیٹ از صبغۃ اللہ۔</w:t>
      </w:r>
    </w:p>
    <w:p>
      <w:r>
        <w:rPr>
          <w:b/>
        </w:rPr>
        <w:t xml:space="preserve">[1:00:07] </w:t>
      </w:r>
      <w:r>
        <w:t>is ke bare mein bataein. sibghatullah, is mein dekhein, woh aik is ka aik background hai, yeh jis ko kehte hain ijtiba.</w:t>
      </w:r>
    </w:p>
    <w:p>
      <w:pPr>
        <w:jc w:val="right"/>
      </w:pPr>
      <w:r>
        <w:t>اس کے بارے میں بتائیں۔ صبغۃ اللہ، اس میں دیکھیں، وہ ایک اس کا ایک بیک گراؤنڈ ہے، یہ جس کو کہتے ہیں اجتباع۔</w:t>
      </w:r>
    </w:p>
    <w:p>
      <w:r>
        <w:rPr>
          <w:b/>
        </w:rPr>
        <w:t xml:space="preserve">[1:00:20] </w:t>
      </w:r>
      <w:r>
        <w:t>isai logon ke haan to un ke haan aik rasam thi ke jab woh kisi ko christian banate thay to ijtiba karte thay.</w:t>
      </w:r>
    </w:p>
    <w:p>
      <w:pPr>
        <w:jc w:val="right"/>
      </w:pPr>
      <w:r>
        <w:t>عیسائی لوگوں کے ہاں تو ان کے ہاں ایک رسم تھی کہ جب وہ کسی کو کرسچن بناتے تھے تو اجتباع کرتے تھے۔</w:t>
      </w:r>
    </w:p>
    <w:p>
      <w:r>
        <w:rPr>
          <w:b/>
        </w:rPr>
        <w:t xml:space="preserve">[1:00:33] </w:t>
      </w:r>
      <w:r>
        <w:t>yani pehle zamanay mein kuch rang, koi khaas rang ka kapra pehnana, ab to shayad pani sakte hain sirf.</w:t>
      </w:r>
    </w:p>
    <w:p>
      <w:pPr>
        <w:jc w:val="right"/>
      </w:pPr>
      <w:r>
        <w:t>یعنی پہلے زمانے میں کچھ رنگ، کوئی خاص رنگ کا کا کپڑا پہنانا، اب تو شاید پانی سکھتے ہیں صرف۔</w:t>
      </w:r>
    </w:p>
    <w:p>
      <w:r>
        <w:rPr>
          <w:b/>
        </w:rPr>
        <w:t xml:space="preserve">[1:00:43] </w:t>
      </w:r>
      <w:r>
        <w:t>to is ke background mein yeh alfaaz aaye hain. matlab yeh nahi ke koi rang hota hai Allah taala ka, is ka matlab yeh hai ke</w:t>
      </w:r>
    </w:p>
    <w:p>
      <w:pPr>
        <w:jc w:val="right"/>
      </w:pPr>
      <w:r>
        <w:t>تو اس کے بیک گراؤنڈ میں یہ الفاظ آئے ہیں۔ مطلب یہ نہیں کہ کوئی رنگ ہوتا ہے اللہ تعالیٰ کا، اس کا مطلب یہ ہے کہ</w:t>
      </w:r>
    </w:p>
    <w:p>
      <w:r>
        <w:rPr>
          <w:b/>
        </w:rPr>
        <w:t xml:space="preserve">[1:00:56] </w:t>
      </w:r>
      <w:r>
        <w:t>Allah ko, yani Allah ki following ke maani mein, Allah ko ikhtiyar karo, sirf rang ke maani mein nahi.</w:t>
      </w:r>
    </w:p>
    <w:p>
      <w:pPr>
        <w:jc w:val="right"/>
      </w:pPr>
      <w:r>
        <w:t>اللہ کو، یعنی اللہ کی فالونگ کے معنی میں، اللہ کو اختیار کرو، صرف رنگ کے معنی میں نہیں۔</w:t>
      </w:r>
    </w:p>
    <w:p>
      <w:r>
        <w:rPr>
          <w:b/>
        </w:rPr>
        <w:t xml:space="preserve">[1:01:05] </w:t>
      </w:r>
      <w:r>
        <w:t>woh log sirf rang ke maani mein samajh rahe thay ke khaas rang ka kapra ho to woh deendar ban gaya. abhi bhi un ke haan yeh hai, mukhtalif rang ke kapre un ke hotay hain jo batate hain un ke deeni darjay ko.</w:t>
      </w:r>
    </w:p>
    <w:p>
      <w:pPr>
        <w:jc w:val="right"/>
      </w:pPr>
      <w:r>
        <w:t>وہ لوگ صرف رنگ کے معنی میں سمجھ رہے تھے کہ خاص رنگ کا کپڑا ہو تو وہ دیندار بن گیا۔ ابھی بھی ان کے ہاں یہ ہے، مختلف رنگ کے کپڑے ان کے ہوتے ہیں جو بتاتے ہیں ان کے دینی درجے کو۔</w:t>
      </w:r>
    </w:p>
    <w:p>
      <w:r>
        <w:rPr>
          <w:b/>
        </w:rPr>
        <w:t xml:space="preserve">[1:01:20] </w:t>
      </w:r>
      <w:r>
        <w:t>to har mazhab mein aisa hua hai, mazhabi tabqay ne rang ke sath mazhab jor rakha hai. to yahan par bataya gaya ke asli rang woh nahi hai, maadi rang.</w:t>
      </w:r>
    </w:p>
    <w:p>
      <w:pPr>
        <w:jc w:val="right"/>
      </w:pPr>
      <w:r>
        <w:t>تو ہر مذہب میں ایسا ہوا ہے، مذہبی طبقے نے رنگ کے ساتھ مذہب جوڑ رکھا ہے۔ تو یہاں پر بتایا گیا کہ اصلی رنگ وہ نہیں ہے، مادی رنگ۔</w:t>
      </w:r>
    </w:p>
    <w:p>
      <w:r>
        <w:rPr>
          <w:b/>
        </w:rPr>
        <w:t xml:space="preserve">[1:01:31] </w:t>
      </w:r>
      <w:r>
        <w:t>asli rang yeh hai ke Allah ki tabedari.</w:t>
      </w:r>
    </w:p>
    <w:p>
      <w:pPr>
        <w:jc w:val="right"/>
      </w:pPr>
      <w:r>
        <w:t>اصلی رنگ یہ ہے کہ اللہ کی تابعداری۔</w:t>
      </w:r>
    </w:p>
    <w:p>
      <w:r>
        <w:rPr>
          <w:b/>
        </w:rPr>
        <w:t xml:space="preserve">[1:01:37] </w:t>
      </w:r>
      <w:r>
        <w:t>yeh is maani mein mein samajhta hoon kaha gaya hai. doosri baat yeh hai ke rang ki tamseel bohat mehmana hai. dekhein, yeh pani hai, is mein agar aap pathar ka tukra dalen to alag aa kar par jaye ga, woh pani mein ghule ga nahi.</w:t>
      </w:r>
    </w:p>
    <w:p>
      <w:pPr>
        <w:jc w:val="right"/>
      </w:pPr>
      <w:r>
        <w:t>یہ اس معنی میں میں سمجھتا ہوں کہا گیا ہے۔ دوسری بات یہ ہے کہ رنگ کی تمثیل بہت مہمانہ ہے۔ دیکھیں، یہ پانی ہے، اس میں اگر آپ پتھر کا ٹکڑا ڈالیں تو الگ آ کر پڑ جائے گا، وہ پانی میں گھلے گا نہیں۔</w:t>
      </w:r>
    </w:p>
    <w:p>
      <w:r>
        <w:rPr>
          <w:b/>
        </w:rPr>
        <w:t xml:space="preserve">[1:01:54] </w:t>
      </w:r>
      <w:r>
        <w:t>kyun ke jab rang dalte hain to pure pani mein ghul jata hai. woh</w:t>
      </w:r>
    </w:p>
    <w:p>
      <w:pPr>
        <w:jc w:val="right"/>
      </w:pPr>
      <w:r>
        <w:t>کیونکہ جب رنگ ڈالتے ہیں تو پورے پانی میں گھل جاتا ہے۔ وہ</w:t>
      </w:r>
    </w:p>
    <w:p>
      <w:r>
        <w:rPr>
          <w:b/>
        </w:rPr>
        <w:t xml:space="preserve">[1:01:59] </w:t>
      </w:r>
      <w:r>
        <w:t>to yeh matlab hai ke jis tarah se rang pani mein ghul kar ke pura us mein sarayat kar jata hai, to Allah ke deen ko is tarah ikhtiyar karo ke puri shakhsiyat ka hissa ban jaye.</w:t>
      </w:r>
    </w:p>
    <w:p>
      <w:pPr>
        <w:jc w:val="right"/>
      </w:pPr>
      <w:r>
        <w:t>تو یہ مطلب ہے کہ جس طرح سے رنگ پانی میں گھل کر کے پورا اس میں سرایت کر جاتا ہے، تو اللہ کے دین کو اس طرح اختیار کرو کہ پوری شخصیت کا حصہ بن جائے۔</w:t>
      </w:r>
    </w:p>
    <w:p>
      <w:r>
        <w:rPr>
          <w:b/>
        </w:rPr>
        <w:t xml:space="preserve">[1:02:15] </w:t>
      </w:r>
      <w:r>
        <w:t>aisa na ho ke tumhari shakhsiyat alag hai aur deen alag hai, woh zaimay ke tor par na rahe, balkay tumhari shakhsiyat puri ki puri se woh dhal jaye.</w:t>
      </w:r>
    </w:p>
    <w:p>
      <w:pPr>
        <w:jc w:val="right"/>
      </w:pPr>
      <w:r>
        <w:t>ایسا نہ ہو کہ تمہاری شخصیت الگ ہے اور دین الگ ہے، وہ ضمیمہ کے طور پر نہ رہے، بلکہ تمہاری شخصیت پوری کی پوری سے وہ ڈھل جائے۔</w:t>
      </w:r>
    </w:p>
    <w:p>
      <w:r>
        <w:rPr>
          <w:b/>
        </w:rPr>
        <w:t xml:space="preserve">[1:02:27] </w:t>
      </w:r>
      <w:r>
        <w:t>yeh matlab hai is ka.</w:t>
      </w:r>
    </w:p>
    <w:p>
      <w:pPr>
        <w:jc w:val="right"/>
      </w:pPr>
      <w:r>
        <w:t>یہ مطلب ہے اس کا۔</w:t>
      </w:r>
    </w:p>
    <w:p>
      <w:r>
        <w:rPr>
          <w:b/>
        </w:rPr>
        <w:t xml:space="preserve">[1:02:31] </w:t>
      </w:r>
      <w:r>
        <w:t>maulana, agla sawal tamil nadu se hai, maulana iqbal umri sahib ka. unhon ne likha hai: "mazhab aur siyasat mein farq karne ko deen ka naqis tasawwur samjha jata hai, aisa kyun?" yeh to bilkul mein samajhta hoon ke yani batal tasawwur hai jis ka Islam mein koi bhi reference maujood nahi.</w:t>
      </w:r>
    </w:p>
    <w:p>
      <w:pPr>
        <w:jc w:val="right"/>
      </w:pPr>
      <w:r>
        <w:t>مولانا، اگلا سوال تمل ناڈو سے ہے، مولانا اقبال عمری صاحب کا۔ انہوں نے لکھا ہے: "مذہب اور سیاست میں فرق کرنے کو دین کا ناقص تصور سمجھا جاتا ہے، ایسا کیوں؟" یہ تو بالکل میں سمجھتا ہوں کہ یعنی باطل تصور ہے جس کا اسلام میں کوئی بھی ریفرنس موجود نہیں۔</w:t>
      </w:r>
    </w:p>
    <w:p>
      <w:r>
        <w:rPr>
          <w:b/>
        </w:rPr>
        <w:t xml:space="preserve">[1:03:00] </w:t>
      </w:r>
      <w:r>
        <w:t>bila shubah deen alag hai aur siyasat alag hai, is mein koi shuk nahi.</w:t>
      </w:r>
    </w:p>
    <w:p>
      <w:pPr>
        <w:jc w:val="right"/>
      </w:pPr>
      <w:r>
        <w:t>بلاشبہ دین الگ ہے اور سیاست الگ ہے، اس میں کوئی شک نہیں۔</w:t>
      </w:r>
    </w:p>
    <w:p>
      <w:r>
        <w:rPr>
          <w:b/>
        </w:rPr>
        <w:t xml:space="preserve">[1:03:09] </w:t>
      </w:r>
      <w:r>
        <w:t>dekhein, Islam ke mutabiq</w:t>
      </w:r>
    </w:p>
    <w:p>
      <w:pPr>
        <w:jc w:val="right"/>
      </w:pPr>
      <w:r>
        <w:t>دیکھیں، اسلام کے مطابق</w:t>
      </w:r>
    </w:p>
    <w:p>
      <w:r>
        <w:rPr>
          <w:b/>
        </w:rPr>
        <w:t xml:space="preserve">[1:03:15] </w:t>
      </w:r>
      <w:r>
        <w:t>deen ki taleemat jo hain, woh hoti hain according to the situation. ittaqullah wa ma astata'tum</w:t>
      </w:r>
    </w:p>
    <w:p>
      <w:pPr>
        <w:jc w:val="right"/>
      </w:pPr>
      <w:r>
        <w:t>دین کی تعلیمات جو ہیں، وہ ہوتی ہیں اکارڈنگ ٹو دا سچویشن۔ اتقوا اللہ وما استطعتم</w:t>
      </w:r>
    </w:p>
    <w:p>
      <w:r>
        <w:rPr>
          <w:b/>
        </w:rPr>
        <w:t xml:space="preserve">[1:03:25] </w:t>
      </w:r>
      <w:r>
        <w:t>to jahan tak apni zaat ka ta'alluq hai, har waqt hamare bas mein hai ke apni zaat ke aitbar se hum deen ko ikhtiyar karein.</w:t>
      </w:r>
    </w:p>
    <w:p>
      <w:pPr>
        <w:jc w:val="right"/>
      </w:pPr>
      <w:r>
        <w:t>تو جہاں تک اپنی ذات کا تعلق ہے، ہر وقت ہمارے بس میں ہے کہ اپنی ذات کے اعتبار سے ہم دین کو اختیار کریں۔</w:t>
      </w:r>
    </w:p>
    <w:p>
      <w:r>
        <w:rPr>
          <w:b/>
        </w:rPr>
        <w:t xml:space="preserve">[1:03:35] </w:t>
      </w:r>
      <w:r>
        <w:t>yani is mein hamein koi excuse nahi ho sakta zaat ke aitbar se. lekin jab aata hai muamla society ka, mujtamay ka, to wahan doosre logon ki rai ke mutabiq karna pare ga.</w:t>
      </w:r>
    </w:p>
    <w:p>
      <w:pPr>
        <w:jc w:val="right"/>
      </w:pPr>
      <w:r>
        <w:t>یعنی اس میں ہمیں کوئی ایکسکیوز نہیں ہو سکتا ذات کے اعتبار سے۔ لیکن جب آتا ہے معاملہ سوسائٹی کا، مجتمع کا، تو وہاں دوسرے لوگوں کی رائے کے مطابق کرنا پڑے گا۔</w:t>
      </w:r>
    </w:p>
    <w:p>
      <w:r>
        <w:rPr>
          <w:b/>
        </w:rPr>
        <w:t xml:space="preserve">[1:03:51] </w:t>
      </w:r>
      <w:r>
        <w:t>yeh nahi hai ke aap impose kar dein un ke upar.</w:t>
      </w:r>
    </w:p>
    <w:p>
      <w:pPr>
        <w:jc w:val="right"/>
      </w:pPr>
      <w:r>
        <w:t>یہ نہیں ہے کہ آپ امپوز کر دیں ان کے اوپر۔</w:t>
      </w:r>
    </w:p>
    <w:p>
      <w:r>
        <w:rPr>
          <w:b/>
        </w:rPr>
        <w:t xml:space="preserve">[1:03:54] </w:t>
      </w:r>
      <w:r>
        <w:t>inaam ki baat hai, impose karein ge to impose nahi hoga. to hukoomat ka ki nawiyat hi alag hai, hukoomat bilkul nawiyat alag hai.</w:t>
      </w:r>
    </w:p>
    <w:p>
      <w:pPr>
        <w:jc w:val="right"/>
      </w:pPr>
      <w:r>
        <w:t>انعام کی بات ہے، امپوز کریں گے تو امپوز نہیں ہوگا۔ تو حکومت کا کی نوعیت ہی الگ ہے، حکومت بالکل نوعیت الگ ہے۔</w:t>
      </w:r>
    </w:p>
    <w:p>
      <w:r>
        <w:rPr>
          <w:b/>
        </w:rPr>
        <w:t xml:space="preserve">[1:04:06] </w:t>
      </w:r>
      <w:r>
        <w:t>hukoomat ka muamla yeh hai ke jaise halaat, waisi hukoomat. hadith mein aata hai ke kama takoonoon kazalik yool alaikum jaise tum ho gaye, waise hukmaran ho gaye.</w:t>
      </w:r>
    </w:p>
    <w:p>
      <w:pPr>
        <w:jc w:val="right"/>
      </w:pPr>
      <w:r>
        <w:t>حکومت کا معاملہ یہ ہے کہ جیسے حالات، ویسی حکومت۔ حدیث میں آتا ہے کہ کما تكونون کذلك یول علیکم جیسے تم ہو گئے، ویسے حکمران ہو گئے۔</w:t>
      </w:r>
    </w:p>
    <w:p>
      <w:r>
        <w:rPr>
          <w:b/>
        </w:rPr>
        <w:t xml:space="preserve">[1:04:17] </w:t>
      </w:r>
      <w:r>
        <w:t>yani hukoomat ubharti hai mujtamay se, yani social condition se. lekin</w:t>
      </w:r>
    </w:p>
    <w:p>
      <w:pPr>
        <w:jc w:val="right"/>
      </w:pPr>
      <w:r>
        <w:t>یعنی حکومت ابھرتی ہے مجتمع سے، یعنی سوشل کنڈیشن سے۔ لیکن</w:t>
      </w:r>
    </w:p>
    <w:p>
      <w:r>
        <w:rPr>
          <w:b/>
        </w:rPr>
        <w:t xml:space="preserve">[1:04:23] </w:t>
      </w:r>
      <w:r>
        <w:t>infradi jo deen hai, woh to har waqt aage aate rehte hain. to jo log dono taqaze ek kar ke kehte hain ke Islam mukammal nizam hai, woh bila shubah batal boli bolte hain.</w:t>
      </w:r>
    </w:p>
    <w:p>
      <w:pPr>
        <w:jc w:val="right"/>
      </w:pPr>
      <w:r>
        <w:t>انفرادی جو دین ہے، وہ تو ہر وقت آگے آتے رہتے ہیں۔ تو جو لوگ دونوں تقاضے ایک کر کے کہتے ہیں کہ اسلام مکمل نظام ہے، وہ بلاشبہ باطل بولی بولتے ہیں۔</w:t>
      </w:r>
    </w:p>
    <w:p>
      <w:r>
        <w:rPr>
          <w:b/>
        </w:rPr>
        <w:t xml:space="preserve">[1:04:33] </w:t>
      </w:r>
      <w:r>
        <w:t>aur islam mein tashaddud jo aa gaya hai, isi liye aa gaya hai. tashaddud jo aa gaya hai islam mein, barah-e-rast zimmedar hain woh log kis ke jinho ne yeh naarah diya ke islam mukammal nizaam hai.</w:t>
      </w:r>
    </w:p>
    <w:p>
      <w:pPr>
        <w:jc w:val="right"/>
      </w:pPr>
      <w:r>
        <w:t>اور اسلام میں تشدد جو آ گیا ہے، اسی لیے آ گیا ہے۔ تشدد جو آ گیا ہے اسلام میں، براہ راست ذمہ دار ہیں وہ لوگ کس کے جنہوں نے یہ نعرہ دیا کہ اسلام مکمل نظام ہے۔</w:t>
      </w:r>
    </w:p>
    <w:p>
      <w:r>
        <w:rPr>
          <w:b/>
        </w:rPr>
        <w:t xml:space="preserve">[1:04:46] </w:t>
      </w:r>
      <w:r>
        <w:t>is ko mein bilashubah batil samajhta hoon. to meri bohat si kitabein hain, aap parh lijiye:</w:t>
      </w:r>
    </w:p>
    <w:p>
      <w:pPr>
        <w:jc w:val="right"/>
      </w:pPr>
      <w:r>
        <w:t>اس کو میں بلاشبہ باطل سمجھتا ہوں۔ تو میری بہت سی کتابیں ہیں، آپ پڑھ لیجئے:</w:t>
      </w:r>
    </w:p>
    <w:p>
      <w:r>
        <w:rPr>
          <w:b/>
        </w:rPr>
        <w:t xml:space="preserve">[1:04:51] </w:t>
      </w:r>
      <w:r>
        <w:t>taabeer-e-ghalti, deen aur shariyat, al-islam waghera. Maulana, un ka ek aur sawal hai.</w:t>
      </w:r>
    </w:p>
    <w:p>
      <w:pPr>
        <w:jc w:val="right"/>
      </w:pPr>
      <w:r>
        <w:t>تعبیر غلطی، دین اور شریعت، الاسلام وغیرہ۔ مولانا، ان کا ایک اور سوال ہے۔</w:t>
      </w:r>
    </w:p>
    <w:p>
      <w:r>
        <w:rPr>
          <w:b/>
        </w:rPr>
        <w:t xml:space="preserve">[1:05:00] </w:t>
      </w:r>
      <w:r>
        <w:t>unho ne likha hai ke "You have written that in Islam politics is a matter of convenience and not a matter of belief.</w:t>
      </w:r>
    </w:p>
    <w:p>
      <w:pPr>
        <w:jc w:val="right"/>
      </w:pPr>
      <w:r>
        <w:t>انہوں نے لکھا ہے کہ "You have written that in Islam politics is a matter of convenience and not a matter of belief.</w:t>
      </w:r>
    </w:p>
    <w:p>
      <w:r>
        <w:rPr>
          <w:b/>
        </w:rPr>
        <w:t xml:space="preserve">[1:05:10] </w:t>
      </w:r>
      <w:r>
        <w:t>Kindly clarify this." wahi baat jo mein ne kaha,</w:t>
      </w:r>
    </w:p>
    <w:p>
      <w:pPr>
        <w:jc w:val="right"/>
      </w:pPr>
      <w:r>
        <w:t>Kindly clarify this." وہی بات جو میں نے کہا،</w:t>
      </w:r>
    </w:p>
    <w:p>
      <w:r>
        <w:rPr>
          <w:b/>
        </w:rPr>
        <w:t xml:space="preserve">[1:05:19] </w:t>
      </w:r>
      <w:r>
        <w:t>convenience ka matlab yeh hai jaise halaat is ke mutabiq hon. aur ek cheez woh hai deen mein jis ka ta'alluq halaat se nahi, mere apne irade se hai.</w:t>
      </w:r>
    </w:p>
    <w:p>
      <w:pPr>
        <w:jc w:val="right"/>
      </w:pPr>
      <w:r>
        <w:t>convenience کا مطلب یہ ہے جیسے حالات اس کے مطابق ہوں۔ اور ایک چیز وہ ہے دین میں جس کا تعلق حالات سے نہیں، میرے اپنے ارادے سے ہے۔</w:t>
      </w:r>
    </w:p>
    <w:p>
      <w:r>
        <w:rPr>
          <w:b/>
        </w:rPr>
        <w:t xml:space="preserve">[1:05:33] </w:t>
      </w:r>
      <w:r>
        <w:t>jaise hi mein irada karoon, fi- الفور mein is ko ikhtiyar kar sakta hoon. Allah ko ek manna, akhirat ko yaqeen karna, jannat jahannum ko manna, Allah ke creation plan ko manna,</w:t>
      </w:r>
    </w:p>
    <w:p>
      <w:pPr>
        <w:jc w:val="right"/>
      </w:pPr>
      <w:r>
        <w:t>جیسے ہی میں ارادہ کروں، فی الفور میں اس کو اختیار کر سکتا ہوں۔ اللہ کو ایک ماننا، آخرت کو یقین کرنا، جنت جہنم کو ماننا، اللہ کے کریشن پلان کو ماننا،</w:t>
      </w:r>
    </w:p>
    <w:p>
      <w:r>
        <w:rPr>
          <w:b/>
        </w:rPr>
        <w:t xml:space="preserve">[1:05:48] </w:t>
      </w:r>
      <w:r>
        <w:t>jis waqt mujh par khule, usi waqt is ko mein yaqeen kar sakta hoon ke yeh barhaq hai. lekin jab, yaani jo system hai, jo social taqaze hain, wahan par aap koi cheez nafiz karna chahein to jab nafiz ho paye gi?</w:t>
      </w:r>
    </w:p>
    <w:p>
      <w:pPr>
        <w:jc w:val="right"/>
      </w:pPr>
      <w:r>
        <w:t>جس وقت مجھ پر کھلے، اسی وقت اس کو میں یقین کر سکتا ہوں کہ یہ برحق ہے۔ لیکن جب، یعنی جو سسٹم ہے، جو سوشل تقاضے ہیں، وہاں پر آپ کوئی چیز نافذ کرنا چاہیں تو جب نافذ ہو پائے گی؟</w:t>
      </w:r>
    </w:p>
    <w:p>
      <w:r>
        <w:rPr>
          <w:b/>
        </w:rPr>
        <w:t xml:space="preserve">[1:06:06] </w:t>
      </w:r>
      <w:r>
        <w:t>jab ke log manen is ko, warna warna kuch bhi nahi hoga.</w:t>
      </w:r>
    </w:p>
    <w:p>
      <w:pPr>
        <w:jc w:val="right"/>
      </w:pPr>
      <w:r>
        <w:t>جب کہ لوگ مانیں اس کو، ورنہ ورنہ کچھ بھی نہیں ہوگا۔</w:t>
      </w:r>
    </w:p>
    <w:p>
      <w:r>
        <w:rPr>
          <w:b/>
        </w:rPr>
        <w:t xml:space="preserve">[1:06:11] </w:t>
      </w:r>
      <w:r>
        <w:t>to yaani woh halaat par depend karta hai, jab ke aqeedah ka ta'alluq khulas se nahi, woh aap mere apne irade se hai.</w:t>
      </w:r>
    </w:p>
    <w:p>
      <w:pPr>
        <w:jc w:val="right"/>
      </w:pPr>
      <w:r>
        <w:t>تو یعنی وہ حالات پر ڈیپینڈ کرتا ہے، جبکہ عقیدہ کا تعلق خلاص سے نہیں، وہ آپ میرے اپنے ارادے سے ہے۔</w:t>
      </w:r>
    </w:p>
    <w:p>
      <w:r>
        <w:rPr>
          <w:b/>
        </w:rPr>
        <w:t xml:space="preserve">[1:06:21] </w:t>
      </w:r>
      <w:r>
        <w:t>yeh matlab hai is ka. Maulana, agla sawal Karachi, Pakistan se hai, Abdul Latif sahib ka.</w:t>
      </w:r>
    </w:p>
    <w:p>
      <w:pPr>
        <w:jc w:val="right"/>
      </w:pPr>
      <w:r>
        <w:t>یہ مطلب ہے اس کا۔ مولانا، اگلا سوال کراچی، پاکستان سے ہے، عبداللطیف صاحب کا۔</w:t>
      </w:r>
    </w:p>
    <w:p>
      <w:r>
        <w:rPr>
          <w:b/>
        </w:rPr>
        <w:t xml:space="preserve">[1:06:30] </w:t>
      </w:r>
      <w:r>
        <w:t>unho ne likha hai: "Ek da'i ko mein ne kaha ke aap ne parinday paal rakhe hain jo aap ke liye distraction ka zariya hain, aur aap ka qeemti waqt is ki dekh bhaal mein sarf ho raha hai.</w:t>
      </w:r>
    </w:p>
    <w:p>
      <w:pPr>
        <w:jc w:val="right"/>
      </w:pPr>
      <w:r>
        <w:t>انہوں نے لکھا ہے: "ایک دائی کو میں نے کہا کہ آپ نے پرندے پال رکھے ہیں جو آپ کے لیے ڈسٹریکشن کا ذریعہ ہیں، اور آپ کا قیمتی وقت اس کی دیکھ بھال میں ظرف ہو رہا ہے۔</w:t>
      </w:r>
    </w:p>
    <w:p>
      <w:r>
        <w:rPr>
          <w:b/>
        </w:rPr>
        <w:t xml:space="preserve">[1:06:44] </w:t>
      </w:r>
      <w:r>
        <w:t>to unho ne kaha ke yeh yeh to mera shauq bhi hai aur karobar bhi hai, aur mein shauq ke hathon majboor hoon.</w:t>
      </w:r>
    </w:p>
    <w:p>
      <w:pPr>
        <w:jc w:val="right"/>
      </w:pPr>
      <w:r>
        <w:t>تو انہوں نے کہا کہ یہ یہ تو میرا شوق بھی ہے اور کاروبار بھی ہے، اور میں شوق کے ہاتھوں مجبور ہوں۔</w:t>
      </w:r>
    </w:p>
    <w:p>
      <w:r>
        <w:rPr>
          <w:b/>
        </w:rPr>
        <w:t xml:space="preserve">[1:06:53] </w:t>
      </w:r>
      <w:r>
        <w:t>Maulana sahib, ek ba-maqsad insaan is dunya mein koi aisa shauq rakh sakta hai jo is ke liye distraction ka sabab ho?</w:t>
      </w:r>
    </w:p>
    <w:p>
      <w:pPr>
        <w:jc w:val="right"/>
      </w:pPr>
      <w:r>
        <w:t>مولانا صاحب، ایک بامقصد انسان اس دنیا میں کوئی ایسا شوق رکھ سکتا ہے جو اس کے لیے ڈسٹریکشن کا سبب ہو؟</w:t>
      </w:r>
    </w:p>
    <w:p>
      <w:r>
        <w:rPr>
          <w:b/>
        </w:rPr>
        <w:t xml:space="preserve">[1:07:05] </w:t>
      </w:r>
      <w:r>
        <w:t>is ke baray mein bataein." zahir hai ke yeh koi woh halaal halaal ka masla nahi hai, na qanoon ka masla hai.</w:t>
      </w:r>
    </w:p>
    <w:p>
      <w:pPr>
        <w:jc w:val="right"/>
      </w:pPr>
      <w:r>
        <w:t>اس کے بارے میں بتائیں۔" ظاہر ہے کہ یہ کوئی وہ حلال حلال کا مسئلہ نہیں ہے، نہ قانون کا مسئلہ ہے۔</w:t>
      </w:r>
    </w:p>
    <w:p>
      <w:r>
        <w:rPr>
          <w:b/>
        </w:rPr>
        <w:t xml:space="preserve">[1:07:15] </w:t>
      </w:r>
      <w:r>
        <w:t>is aadmi ko aap samjhaiye ke sab se pehle yeh mutayyan karo ke What is the purpose of life?</w:t>
      </w:r>
    </w:p>
    <w:p>
      <w:pPr>
        <w:jc w:val="right"/>
      </w:pPr>
      <w:r>
        <w:t>اس آدمی کو آپ سمجھائیے کہ سب سے پہلے یہ متعین کرو کہ What is the purpose of life?</w:t>
      </w:r>
    </w:p>
    <w:p>
      <w:r>
        <w:rPr>
          <w:b/>
        </w:rPr>
        <w:t xml:space="preserve">[1:07:24] </w:t>
      </w:r>
      <w:r>
        <w:t>What is the goal of life? phir is ke lihaaz se jaanchon ke is se distraction hai ke nahi.</w:t>
      </w:r>
    </w:p>
    <w:p>
      <w:pPr>
        <w:jc w:val="right"/>
      </w:pPr>
      <w:r>
        <w:t>What is the goal of life? پھر اس کے لحاظ سے جانچو کہ اس سے ڈسٹریکشن ہے کہ نہیں۔</w:t>
      </w:r>
    </w:p>
    <w:p>
      <w:r>
        <w:rPr>
          <w:b/>
        </w:rPr>
        <w:t xml:space="preserve">[1:07:32] </w:t>
      </w:r>
      <w:r>
        <w:t>distraction hai jo goal hai, is se agar yeh sab cheezein aap ko hatati hain to bilashubah woh qabil-e-ijtinab hai, is ko chhodna chahiye.</w:t>
      </w:r>
    </w:p>
    <w:p>
      <w:pPr>
        <w:jc w:val="right"/>
      </w:pPr>
      <w:r>
        <w:t>ڈسٹریکشن ہے جو گول ہے، اس سے اگر یہ سب چیزیں آپ کو ہٹاتی ہیں تو بلاشبہ وہ قابل اجتناب ہے، اس کو چھوڑنا چاہیے۔</w:t>
      </w:r>
    </w:p>
    <w:p>
      <w:r>
        <w:rPr>
          <w:b/>
        </w:rPr>
        <w:t xml:space="preserve">[1:07:44] </w:t>
      </w:r>
      <w:r>
        <w:t>to yeh cheezein aisi nahi, is ko jis ko koi fatwa de ya koi qanoon nafiz kare, jo samjhane bujhane ki baatein hain. to is aadmi ko masla yahi samjhana chahiye ke sab se pehle jano ke tumhari zindagi ka maqsad kya hai, tab ja kar ke woh tayyar hoga,</w:t>
      </w:r>
    </w:p>
    <w:p>
      <w:pPr>
        <w:jc w:val="right"/>
      </w:pPr>
      <w:r>
        <w:t>تو یہ چیزیں ایسی نہیں، اس کو جس کو کوئی فتوی دے یا کوئی قانون نافذ کرے، جو سمجھانے بجھانے کی باتیں ہیں۔ تو اس آدمی کو مسئلہ یہی سمجھانا چاہیے کہ سب سے پہلے جانو کہ تمہاری زندگی کا مقصد کیا ہے، تب جا کر کے وہ تیار ہوگا،</w:t>
      </w:r>
    </w:p>
    <w:p>
      <w:r>
        <w:rPr>
          <w:b/>
        </w:rPr>
        <w:t xml:space="preserve">[1:08:00] </w:t>
      </w:r>
      <w:r>
        <w:t>yaani is par ghore karne ke liye. Maulana, agla sawal Delhi se hai, Danish</w:t>
      </w:r>
    </w:p>
    <w:p>
      <w:pPr>
        <w:jc w:val="right"/>
      </w:pPr>
      <w:r>
        <w:t>یعنی اس پر غور کرنے کے لیے۔ مولانا، اگلا سوال دلی سے ہے، دانش</w:t>
      </w:r>
    </w:p>
    <w:p>
      <w:r>
        <w:rPr>
          <w:b/>
        </w:rPr>
        <w:t xml:space="preserve">[1:08:08] </w:t>
      </w:r>
      <w:r>
        <w:t>sahib ka. unho ne likha hai: "What is the role of mosque in Dawah and how we can use it for Dawah work?" kindly karen.</w:t>
      </w:r>
    </w:p>
    <w:p>
      <w:pPr>
        <w:jc w:val="right"/>
      </w:pPr>
      <w:r>
        <w:t>صاحب کا۔ انہوں نے لکھا ہے: "What is the role of mosque in Dawah and how we can use it for Dawah work?" کائنڈلی کریں۔</w:t>
      </w:r>
    </w:p>
    <w:p>
      <w:r>
        <w:rPr>
          <w:b/>
        </w:rPr>
        <w:t xml:space="preserve">[1:08:17] </w:t>
      </w:r>
      <w:r>
        <w:t>What role of masjid ka kya role hai Dawah work mein, aur is ko kaise istemal kiya ja sakta hai? dekhein, masjid aur madrasay ki baat nahi hai, yeh to insaan ka mamla hai.</w:t>
      </w:r>
    </w:p>
    <w:p>
      <w:pPr>
        <w:jc w:val="right"/>
      </w:pPr>
      <w:r>
        <w:t>What role of مسجد کا کیا رول ہے Dawah work میں، اور اس کو کیسے استعمال کیا جا سکتا ہے؟ دیکھیں، مسجد اور مدرسے کی بات نہیں ہے، یہ تو انسان کا معاملہ ہے۔</w:t>
      </w:r>
    </w:p>
    <w:p>
      <w:r>
        <w:rPr>
          <w:b/>
        </w:rPr>
        <w:t xml:space="preserve">[1:08:29] </w:t>
      </w:r>
      <w:r>
        <w:t>jahan insaan hai, wahan da'wah hai. yeh nahi ke aap masjid ko le kar baith jayen ya madrasay ko le kar baith jayen.</w:t>
      </w:r>
    </w:p>
    <w:p>
      <w:pPr>
        <w:jc w:val="right"/>
      </w:pPr>
      <w:r>
        <w:t>جہاں انسان ہے، وہاں دعوت ہے۔ یہ نہیں کہ آپ مسجد کو لے کر بیٹھ جائیں یا مدرسے کو لے کر بیٹھ جائیں۔</w:t>
      </w:r>
    </w:p>
    <w:p>
      <w:r>
        <w:rPr>
          <w:b/>
        </w:rPr>
        <w:t xml:space="preserve">[1:08:37] </w:t>
      </w:r>
      <w:r>
        <w:t>aap ko insaan oriented kaam hai Dawah. yeh mein is ko nahi manta ke bas masjid bahar tehreek chalayen to da'wah ho gayi.</w:t>
      </w:r>
    </w:p>
    <w:p>
      <w:pPr>
        <w:jc w:val="right"/>
      </w:pPr>
      <w:r>
        <w:t>آپ کو انسان اورینٹڈ کام ہے Dawah۔ یہ میں اس کو نہیں مانتا کہ بس مسجد باہر تحریک چلائیں تو دعوت ہو گئی۔</w:t>
      </w:r>
    </w:p>
    <w:p>
      <w:r>
        <w:rPr>
          <w:b/>
        </w:rPr>
        <w:t xml:space="preserve">[1:08:48] </w:t>
      </w:r>
      <w:r>
        <w:t>sahib, beshtar insaan to masjid ke bahar hi hain, to kya karenge aap? yaani 99 feesad insaan to masjid ke bahar hain, to kaun par da'wah nahi karna hai aap ko?</w:t>
      </w:r>
    </w:p>
    <w:p>
      <w:pPr>
        <w:jc w:val="right"/>
      </w:pPr>
      <w:r>
        <w:t>صاحب، بیشتر انسان تو مسجد کے باہر ہی ہیں، تو کیا کریں گے آپ؟ یعنی 99 فیصد انسان تو مسجد کے باہر ہیں، تو کون پر دعوت نہیں کرنا ہے آپ کو؟</w:t>
      </w:r>
    </w:p>
    <w:p>
      <w:r>
        <w:rPr>
          <w:b/>
        </w:rPr>
        <w:t xml:space="preserve">[1:09:00] </w:t>
      </w:r>
      <w:r>
        <w:t>to yeh mein samajhta hoon ke dawat ka kaam insaan war tehreek hai, woh na to masjid war hai, na madrassa war.</w:t>
      </w:r>
    </w:p>
    <w:p>
      <w:pPr>
        <w:jc w:val="right"/>
      </w:pPr>
      <w:r>
        <w:t>تو یہ میں سمجھتا ہوں کہ دعوت کا کام انسان وار تحریک ہے، وہ نہ تو مسجد وار ہے، نہ مدرسہ وار۔</w:t>
      </w:r>
    </w:p>
    <w:p>
      <w:r>
        <w:rPr>
          <w:b/>
        </w:rPr>
        <w:t xml:space="preserve">[1:09:11] </w:t>
      </w:r>
      <w:r>
        <w:t>maulana, agla sawal dilli se hai, nazim ahmad sahab ka. unhon ne likha hai: "jo log hamare sampark mein aate hain, unko islam ke bare mein batane ke liye kaunsi kitabein hum dein?" is ke bare mein bataein.</w:t>
      </w:r>
    </w:p>
    <w:p>
      <w:pPr>
        <w:jc w:val="right"/>
      </w:pPr>
      <w:r>
        <w:t>مولانا، اگلا سوال دلی سے ہے، نظیم احمد صاحب کا۔ انہوں نے لکھا ہے: "जो लोग हमारे संपर्क में आते हैं, उनको इस्लाम के बारे में बताने के लिए कौन-सी किताबें हम दें?" اس کے بارے میں بتائیں۔</w:t>
      </w:r>
    </w:p>
    <w:p>
      <w:r>
        <w:rPr>
          <w:b/>
        </w:rPr>
        <w:t xml:space="preserve">[1:09:28] </w:t>
      </w:r>
      <w:r>
        <w:t>bhai, dekhein, yeh koi</w:t>
      </w:r>
    </w:p>
    <w:p>
      <w:pPr>
        <w:jc w:val="right"/>
      </w:pPr>
      <w:r>
        <w:t>بھائی، دیکھیں، یہ کوئی</w:t>
      </w:r>
    </w:p>
    <w:p>
      <w:r>
        <w:rPr>
          <w:b/>
        </w:rPr>
        <w:t xml:space="preserve">[1:09:32] </w:t>
      </w:r>
      <w:r>
        <w:t>yaani yeh koi batane ki baat nahi hai, yeh to aap ke samajhne ki baat hai. kyunke jo aap ke sampark mein aate hain, woh kya hain? to woh tarah tarah ke log ho sakte hain.</w:t>
      </w:r>
    </w:p>
    <w:p>
      <w:pPr>
        <w:jc w:val="right"/>
      </w:pPr>
      <w:r>
        <w:t>یعنی یہ کوئی بتانے کی بات نہیں ہے، یہ تو آپ کے سمجھنے کی بات ہے۔ کیونکہ جو آپ کے संपर्क میں آتے ہیں، وہ کیا ہیں؟ تو وہ طرح طرح کے لوگ ہو سکتے ہیں۔</w:t>
      </w:r>
    </w:p>
    <w:p>
      <w:r>
        <w:rPr>
          <w:b/>
        </w:rPr>
        <w:t xml:space="preserve">[1:09:42] </w:t>
      </w:r>
      <w:r>
        <w:t>insaan ki to bohat qismein hain. to aap ko khud kitabein padhna hoga, padh ke khud aap ko tay karna hoga ke un ke mind ko address karne wali kitab kaun si hai.</w:t>
      </w:r>
    </w:p>
    <w:p>
      <w:pPr>
        <w:jc w:val="right"/>
      </w:pPr>
      <w:r>
        <w:t>انسان کی تو بہت قسمیں ہیں۔ تو آپ کو خود کتابیں پڑھنا ہوگا، پڑھ کے خود آپ کو طے کرنا ہوگا کہ ان کے مائنڈ کو ایڈریس کرنے والی کتاب کون سی ہے۔</w:t>
      </w:r>
    </w:p>
    <w:p>
      <w:r>
        <w:rPr>
          <w:b/>
        </w:rPr>
        <w:t xml:space="preserve">[1:09:56] </w:t>
      </w:r>
      <w:r>
        <w:t>yeh koi doosra aadmi nahi bata sakta hai.</w:t>
      </w:r>
    </w:p>
    <w:p>
      <w:pPr>
        <w:jc w:val="right"/>
      </w:pPr>
      <w:r>
        <w:t>یہ کوئی دوسرا آدمی نہیں بتا سکتا ہے۔</w:t>
      </w:r>
    </w:p>
    <w:p>
      <w:r>
        <w:rPr>
          <w:b/>
        </w:rPr>
        <w:t xml:space="preserve">[1:10:01] </w:t>
      </w:r>
      <w:r>
        <w:t>maulana, agla ek comment aaya hai, patna se, bihar se, daniyal sahab ka. unhon ne likha hai: "maulana, pichhle sunday ko main dilli mein tha, maine CPS Hall mein aap ke lecture ko attend kiya, jiska topic tha Political Activism aur Futile Activism. aur aaj main online lecture yeh sun raha</w:t>
      </w:r>
    </w:p>
    <w:p>
      <w:pPr>
        <w:jc w:val="right"/>
      </w:pPr>
      <w:r>
        <w:t>مولانا، اگلا ایک کمنٹ آیا ہے، پٹنہ سے، بہار سے، دانیال صاحب کا۔ انہوں نے لکھا ہے: "مولانا، पिछले Sunday को मैं दिल्ली में था, मैंने CPS Hall में आपके लेक्चर को अटेंड किया, जिसका टॉपिक था Political Activism और Futile Activism। और आज मैं ऑनलाइन लेक्चर यह सुन रहा</w:t>
      </w:r>
    </w:p>
    <w:p>
      <w:r>
        <w:rPr>
          <w:b/>
        </w:rPr>
        <w:t xml:space="preserve">[1:10:23] </w:t>
      </w:r>
      <w:r>
        <w:t>hoon, in dono lecture se kai bahut zyada important islam ke aspects clear hue.</w:t>
      </w:r>
    </w:p>
    <w:p>
      <w:pPr>
        <w:jc w:val="right"/>
      </w:pPr>
      <w:r>
        <w:t>हूँ, इन दोनों लेक्चर से कई बहुत ज्यादा इंपॉर्टेंट इस्लाम के एस्पेक्ट्स क्लियर हुए।</w:t>
      </w:r>
    </w:p>
    <w:p>
      <w:r>
        <w:rPr>
          <w:b/>
        </w:rPr>
        <w:t xml:space="preserve">[1:10:29] </w:t>
      </w:r>
      <w:r>
        <w:t>jis ke baad mere andar thrilling ka ehsas ho raha hai.</w:t>
      </w:r>
    </w:p>
    <w:p>
      <w:pPr>
        <w:jc w:val="right"/>
      </w:pPr>
      <w:r>
        <w:t>जिसके बाद मेरे अंदर थ्रिलिंग का एहसास हो रहा है।</w:t>
      </w:r>
    </w:p>
    <w:p>
      <w:r>
        <w:rPr>
          <w:b/>
        </w:rPr>
        <w:t xml:space="preserve">[1:10:33] </w:t>
      </w:r>
      <w:r>
        <w:t>jo baatein maine samjhi, wo yeh hain ke hum 200 saal se political empire ko regain karne ki</w:t>
      </w:r>
    </w:p>
    <w:p>
      <w:pPr>
        <w:jc w:val="right"/>
      </w:pPr>
      <w:r>
        <w:t>जो बातें मैंने समझी, वो ये हैं कि हम 200 साल से Political Empire को Regain करने की</w:t>
      </w:r>
    </w:p>
    <w:p>
      <w:r>
        <w:rPr>
          <w:b/>
        </w:rPr>
        <w:t xml:space="preserve">[1:10:39] </w:t>
      </w:r>
      <w:r>
        <w:t>koshish kar rahe hain.</w:t>
      </w:r>
    </w:p>
    <w:p>
      <w:pPr>
        <w:jc w:val="right"/>
      </w:pPr>
      <w:r>
        <w:t>कोशिश कर रहे हैं।</w:t>
      </w:r>
    </w:p>
    <w:p>
      <w:r>
        <w:rPr>
          <w:b/>
        </w:rPr>
        <w:t xml:space="preserve">[1:10:42] </w:t>
      </w:r>
      <w:r>
        <w:t>halanki, us se bhi zyada bada empire maujood hai, aur wo hai dawah empire.</w:t>
      </w:r>
    </w:p>
    <w:p>
      <w:pPr>
        <w:jc w:val="right"/>
      </w:pPr>
      <w:r>
        <w:t>हालाँकि, उससे भी ज्यादा बड़ा Empire मौजूद है, और वो है Dawah Empire।</w:t>
      </w:r>
    </w:p>
    <w:p>
      <w:r>
        <w:rPr>
          <w:b/>
        </w:rPr>
        <w:t xml:space="preserve">[1:10:48] </w:t>
      </w:r>
      <w:r>
        <w:t>aur dawah empire ke baad kisi aur empire ki zaroorat nahi.</w:t>
      </w:r>
    </w:p>
    <w:p>
      <w:pPr>
        <w:jc w:val="right"/>
      </w:pPr>
      <w:r>
        <w:t>और Dawah Empire के बाद किसी और Empire की जरूरत नहीं।</w:t>
      </w:r>
    </w:p>
    <w:p>
      <w:r>
        <w:rPr>
          <w:b/>
        </w:rPr>
        <w:t xml:space="preserve">[1:10:53] </w:t>
      </w:r>
      <w:r>
        <w:t>doosri aham baat yeh hai ke quran ke mutabiq hamare liye zimmedari yeh hai ke hum adal ko apnayein, na ke adal ko naafiz karne ke liye pur tashaddud jahad karein. teesri, prophet aur sahaba ke zamane mein religious persecution ka zamana tha.</w:t>
      </w:r>
    </w:p>
    <w:p>
      <w:pPr>
        <w:jc w:val="right"/>
      </w:pPr>
      <w:r>
        <w:t>दूसरी अहम बात ये है कि कुरान के मुताबिक हमारे लिए जिम्मेदारी ये है कि हम عدल को अपनाएँ, ना कि عدल को नाफिज़ करने के लिए पुर تشدد جدوجہद करें। तीसरी, Prophet और सहाबा के ज़माने में Religious Persecution का ज़माना था।</w:t>
      </w:r>
    </w:p>
    <w:p>
      <w:r>
        <w:rPr>
          <w:b/>
        </w:rPr>
        <w:t xml:space="preserve">[1:11:12] </w:t>
      </w:r>
      <w:r>
        <w:t>un logon ne jo bhi defensive confrontation kiya, uska asal maqsad religious persecution ko khatm karne ka tha,</w:t>
      </w:r>
    </w:p>
    <w:p>
      <w:pPr>
        <w:jc w:val="right"/>
      </w:pPr>
      <w:r>
        <w:t>उन लोगों ने जो भी Defensive Confrontation किया, उसका असल मकसद Religious Persecution को खत्म करने का था,</w:t>
      </w:r>
    </w:p>
    <w:p>
      <w:r>
        <w:rPr>
          <w:b/>
        </w:rPr>
        <w:t xml:space="preserve">[1:11:21] </w:t>
      </w:r>
      <w:r>
        <w:t>na ke political power ko gain karne ka.</w:t>
      </w:r>
    </w:p>
    <w:p>
      <w:pPr>
        <w:jc w:val="right"/>
      </w:pPr>
      <w:r>
        <w:t>ना कि Political Power को Gain करने का।</w:t>
      </w:r>
    </w:p>
    <w:p>
      <w:r>
        <w:rPr>
          <w:b/>
        </w:rPr>
        <w:t xml:space="preserve">[1:11:25] </w:t>
      </w:r>
      <w:r>
        <w:t>aur unhi ki koshishon ke nateeje mein jo process shuru hua, uska culmination aaj freedom of expression hai.</w:t>
      </w:r>
    </w:p>
    <w:p>
      <w:pPr>
        <w:jc w:val="right"/>
      </w:pPr>
      <w:r>
        <w:t>और उन्हीं की कोशिशों के नतीजे में जो प्रोसेस शुरू हुआ, उसका Culmination आज Freedom of Expression है।</w:t>
      </w:r>
    </w:p>
    <w:p>
      <w:r>
        <w:rPr>
          <w:b/>
        </w:rPr>
        <w:t xml:space="preserve">[1:11:33] </w:t>
      </w:r>
      <w:r>
        <w:t>Maulana sahib, yeh baatein kya maine sahi samjhi? theek,</w:t>
      </w:r>
    </w:p>
    <w:p>
      <w:pPr>
        <w:jc w:val="right"/>
      </w:pPr>
      <w:r>
        <w:t>مولाना साहब, ये बातें क्या मैंने सही समझी?ठीक,</w:t>
      </w:r>
    </w:p>
    <w:p>
      <w:r>
        <w:rPr>
          <w:b/>
        </w:rPr>
        <w:t xml:space="preserve">[1:11:37] </w:t>
      </w:r>
      <w:r>
        <w:t>bahut sahi, bilkul sahi hai.</w:t>
      </w:r>
    </w:p>
    <w:p>
      <w:pPr>
        <w:jc w:val="right"/>
      </w:pPr>
      <w:r>
        <w:t>बहुत सही, बिल्कुल सही है।</w:t>
      </w:r>
    </w:p>
    <w:p>
      <w:r>
        <w:rPr>
          <w:b/>
        </w:rPr>
        <w:t xml:space="preserve">[1:11:40] </w:t>
      </w:r>
      <w:r>
        <w:t>bilkul theek hai.</w:t>
      </w:r>
    </w:p>
    <w:p>
      <w:pPr>
        <w:jc w:val="right"/>
      </w:pPr>
      <w:r>
        <w:t>बिल्कुलठीक है।</w:t>
      </w:r>
    </w:p>
    <w:p>
      <w:r>
        <w:rPr>
          <w:b/>
        </w:rPr>
        <w:t xml:space="preserve">[1:11:42] </w:t>
      </w:r>
      <w:r>
        <w:t>maulana, agla sawal dilli se hai, Miss Nagma Siddiqui ka. unhon ne likha hai: "If ideal cannot be achieved, why has there been efforts throughout history to achieve it?"</w:t>
      </w:r>
    </w:p>
    <w:p>
      <w:pPr>
        <w:jc w:val="right"/>
      </w:pPr>
      <w:r>
        <w:t>مولाना, अगला सवाल दिल्ली से है, Miss Nagma Siddiqui का। उन्होंने लिखा है: "If ideal cannot be achieved, why has there been efforts throughout history to achieve it?"</w:t>
      </w:r>
    </w:p>
    <w:p>
      <w:r>
        <w:rPr>
          <w:b/>
        </w:rPr>
        <w:t xml:space="preserve">[1:11:58] </w:t>
      </w:r>
      <w:r>
        <w:t>dekhiye, insaan jo hai, yaani Ideal Seeking Animal hai. paidaishi taur par us ke mind mein ek mayar hai, ek ideal hai, jisko woh achieve karna chahta hai.</w:t>
      </w:r>
    </w:p>
    <w:p>
      <w:pPr>
        <w:jc w:val="right"/>
      </w:pPr>
      <w:r>
        <w:t>देखिए, इंसान जो है, यानी Ideal Seeking Animal है। पैदाइशी तौर पर उसके माइंड में एक معیار है, एक Ideal है, जिसको वो अचीव करना चाहता है।</w:t>
      </w:r>
    </w:p>
    <w:p>
      <w:r>
        <w:rPr>
          <w:b/>
        </w:rPr>
        <w:t xml:space="preserve">[1:12:14] </w:t>
      </w:r>
      <w:r>
        <w:t>to Allah taala ne yeh jo pasand hai insaan ke andar rakhi thi, jannat ke shauk ke liye. shayad bhi duniya mein kam tawajjoh de, duniya mein apne dil na lagaye, yeh samajh kar ke ke bhai, jo ideal mere mind mein hai, woh to jannat mein milega. yahan to bas kuch din rehna hai. lekin aaj is hua yeh ke beshtar insano ne us mayar pasandi ko isi duniya mein transfer karna chaha,</w:t>
      </w:r>
    </w:p>
    <w:p>
      <w:pPr>
        <w:jc w:val="right"/>
      </w:pPr>
      <w:r>
        <w:t>तो अल्लाह ताला ने यह जो पसंदी है इंसान के अंदर रखी थी, जन्नत के शौक के लिए। शायद भी दुनिया में कम तवज्जो दे, दुनिया में अपने दिल ना लगाए, यह समझ कर के कि भाई, जो Ideal मेरे माइंड में है, वो तो जन्नत में मिलेगा। यहां तो बस कुछ दिन रहना है। लेकिन आज इस हुआ यह कि بیشتر इंसानों ने उस معیار पसंदी को इसी दुनिया में ट्रांसफर करना चाहा,</w:t>
      </w:r>
    </w:p>
    <w:p>
      <w:r>
        <w:rPr>
          <w:b/>
        </w:rPr>
        <w:t xml:space="preserve">[1:12:42] </w:t>
      </w:r>
      <w:r>
        <w:t>jo mayar pasandi thi akhirat ki, jannat ki yaad karne ke liye, us se apne ko ishq lagane ke liye. us mayar pasandi ko chah ke is duniya mein main bana loon. is ke nateeje mein yeh tareekh mein yeh manzar aap ko dikhai de deta hai.</w:t>
      </w:r>
    </w:p>
    <w:p>
      <w:pPr>
        <w:jc w:val="right"/>
      </w:pPr>
      <w:r>
        <w:t>जो معیار पसंदी थी आखिरत की, जन्नत की याद करने के लिए, उससे अपने को लव लगाने के लिए। उस معیار पसंदी को चाह के इस दुनिया में मैं बना लूं। इसके नतीजे में यह تاریخ में यह मंजर आपको दिखाई दे देता है।</w:t>
      </w:r>
    </w:p>
    <w:p>
      <w:r>
        <w:rPr>
          <w:b/>
        </w:rPr>
        <w:t xml:space="preserve">[1:13:09] </w:t>
      </w:r>
      <w:r>
        <w:t>maulana, agla sawal dilli se hai, nafees sahab ne likha hai. unhon ne poocha hai ke kisi waqea ka zikr karte hue aap ne ek hadith ka hawala diya tha, jo is tarah thi: "jab na-ahl log ohdedar banaye jaane lage to qayamat ka intezar karo." is hadith mein kya baat kahi gayi hai,</w:t>
      </w:r>
    </w:p>
    <w:p>
      <w:pPr>
        <w:jc w:val="right"/>
      </w:pPr>
      <w:r>
        <w:t>مولाना, अगला सवाल दिल्ली से है, नफीस साहब ने लिखा है। उन्होंने पूछा है कि किसी वाक्य का जिक्र करते हुए आपने एक हदीस का हवाला दिया था, जो इस तरह थी: "جب نااہل لوگ عہدے دار بنائے جانے لگے تو قیامت کا انتظار کرو۔" इस हदीस में क्या बात कही गई है,</w:t>
      </w:r>
    </w:p>
    <w:p>
      <w:r>
        <w:rPr>
          <w:b/>
        </w:rPr>
        <w:t xml:space="preserve">[1:13:32] </w:t>
      </w:r>
      <w:r>
        <w:t>main use poori tarah se samajh nahi paya hoon.</w:t>
      </w:r>
    </w:p>
    <w:p>
      <w:pPr>
        <w:jc w:val="right"/>
      </w:pPr>
      <w:r>
        <w:t>मैं उसे पूरी तरीके से समझ नहीं पाया हूं।</w:t>
      </w:r>
    </w:p>
    <w:p>
      <w:r>
        <w:rPr>
          <w:b/>
        </w:rPr>
        <w:t xml:space="preserve">[1:13:37] </w:t>
      </w:r>
      <w:r>
        <w:t>is hadith ke alfaaz hain: "jab ussist al amru bi ghair ahlihi fad aris sa'ah"</w:t>
      </w:r>
    </w:p>
    <w:p>
      <w:pPr>
        <w:jc w:val="right"/>
      </w:pPr>
      <w:r>
        <w:t>اس حدیث کے الفاظ ہیں: "إذا أُسِّتَ الأمرُ بلا غيرِ أهله فَادَرِ السَّاعَةِ"</w:t>
      </w:r>
    </w:p>
    <w:p>
      <w:r>
        <w:rPr>
          <w:b/>
        </w:rPr>
        <w:t xml:space="preserve">[1:13:47] </w:t>
      </w:r>
      <w:r>
        <w:t>. jab maamlaat jo hain, na-ahlon ke haath mein</w:t>
      </w:r>
    </w:p>
    <w:p>
      <w:pPr>
        <w:jc w:val="right"/>
      </w:pPr>
      <w:r>
        <w:t>۔ جب معاملات جو ہیں، نالوں کے ہاتھ میں</w:t>
      </w:r>
    </w:p>
    <w:p>
      <w:r>
        <w:rPr>
          <w:b/>
        </w:rPr>
        <w:t xml:space="preserve">[1:13:54] </w:t>
      </w:r>
      <w:r>
        <w:t>jane lage to intezar karo qayamat ka.</w:t>
      </w:r>
    </w:p>
    <w:p>
      <w:pPr>
        <w:jc w:val="right"/>
      </w:pPr>
      <w:r>
        <w:t>جانے لگے تو انتظار کرو قیامت کا۔</w:t>
      </w:r>
    </w:p>
    <w:p>
      <w:r>
        <w:rPr>
          <w:b/>
        </w:rPr>
        <w:t xml:space="preserve">[1:14:00] </w:t>
      </w:r>
      <w:r>
        <w:t>samajhta hoon ke yeh jo hadith thi, is ki peshangoi yeh zamane poori ho chuki hai. aaj jis jagah dekhein, na-ahl log baithe hue hain.</w:t>
      </w:r>
    </w:p>
    <w:p>
      <w:pPr>
        <w:jc w:val="right"/>
      </w:pPr>
      <w:r>
        <w:t>سمجھتا ہوں کہ یہ جو حدیث تھی، اس کی پیشنگوئی یہ زمانے پوری ہو چکی ہے۔ آج جس جگہ دیکھیں، نال لوگ بیٹھے ہوئے ہیں۔</w:t>
      </w:r>
    </w:p>
    <w:p>
      <w:r>
        <w:rPr>
          <w:b/>
        </w:rPr>
        <w:t xml:space="preserve">[1:14:12] </w:t>
      </w:r>
      <w:r>
        <w:t>har seat par ek na-ahl aadmi baitha hua hai.</w:t>
      </w:r>
    </w:p>
    <w:p>
      <w:pPr>
        <w:jc w:val="right"/>
      </w:pPr>
      <w:r>
        <w:t>ہر سیٹ پر ایک نال آدمی بیٹھا ہوا ہے۔</w:t>
      </w:r>
    </w:p>
    <w:p>
      <w:r>
        <w:rPr>
          <w:b/>
        </w:rPr>
        <w:t xml:space="preserve">[1:14:19] </w:t>
      </w:r>
      <w:r>
        <w:t>is ka sabab kya hai? kyun aisa hua ke na-ahl log baith gaye? woh ja ja kar ke</w:t>
      </w:r>
    </w:p>
    <w:p>
      <w:pPr>
        <w:jc w:val="right"/>
      </w:pPr>
      <w:r>
        <w:t>اس کا سبب کیا ہے؟ کیوں ایسا ہوا کہ نال لوگ بیٹھ گئے؟ وہ جا جا کر کے</w:t>
      </w:r>
    </w:p>
    <w:p>
      <w:r>
        <w:rPr>
          <w:b/>
        </w:rPr>
        <w:t xml:space="preserve">[1:14:24] </w:t>
      </w:r>
      <w:r>
        <w:t>to is ko aap dhoondhiye. lekin yeh to waqea hai ke is zamane mein jitni seat hai, sab par na-ahl log baithe hue hain.</w:t>
      </w:r>
    </w:p>
    <w:p>
      <w:pPr>
        <w:jc w:val="right"/>
      </w:pPr>
      <w:r>
        <w:t>تو اس کو آپ ڈھونڈیے۔ لیکن یہ تو واقعہ ہے کہ اس زمانے میں جتنی سیٹ ہے، سب پر نال لوگ بیٹھے ہوئے ہیں۔</w:t>
      </w:r>
    </w:p>
    <w:p>
      <w:r>
        <w:rPr>
          <w:b/>
        </w:rPr>
        <w:t xml:space="preserve">[1:14:33] </w:t>
      </w:r>
      <w:r>
        <w:t>jahan tak main jaanta hoon, woh yeh hai ke na-ahl log baatein khoob bolte hain, na-ahl aadmi munafiq khoob munafiqat khoob dikhata hai.</w:t>
      </w:r>
    </w:p>
    <w:p>
      <w:pPr>
        <w:jc w:val="right"/>
      </w:pPr>
      <w:r>
        <w:t>جہاں تک میں جانتا ہوں، وہ یہ ہے کہ نہ ال لوگ باتیں خوب بولتے ہیں، نہ ال آدمی منافق خوب منافقت خوب دکھاتا ہے۔</w:t>
      </w:r>
    </w:p>
    <w:p>
      <w:r>
        <w:rPr>
          <w:b/>
        </w:rPr>
        <w:t xml:space="preserve">[1:14:45] </w:t>
      </w:r>
      <w:r>
        <w:t>khoob achhi achhi baatein karega</w:t>
      </w:r>
    </w:p>
    <w:p>
      <w:pPr>
        <w:jc w:val="right"/>
      </w:pPr>
      <w:r>
        <w:t>خوب اچھی اچھی باتیں کرے گا</w:t>
      </w:r>
    </w:p>
    <w:p>
      <w:r>
        <w:rPr>
          <w:b/>
        </w:rPr>
        <w:t xml:space="preserve">[1:14:47] </w:t>
      </w:r>
      <w:r>
        <w:t>to log samjhen ke yeh bohat mozu hai is uhde ke liye. aur jo aadmi sacha hoga, Allah se darta hoga, barh barh kar baaten nahin bolega.</w:t>
      </w:r>
    </w:p>
    <w:p>
      <w:pPr>
        <w:jc w:val="right"/>
      </w:pPr>
      <w:r>
        <w:t>تو لوگ سمجھیں کہ یہ بہت موضوع ہے اس عہدے کے لیے۔ اور جو آدمی سچا ہوگا، اللہ سے ڈرتا ہوگا، بڑھ بڑھ کر باتیں نہیں بولے گا۔</w:t>
      </w:r>
    </w:p>
    <w:p>
      <w:r>
        <w:rPr>
          <w:b/>
        </w:rPr>
        <w:t xml:space="preserve">[1:14:59] </w:t>
      </w:r>
      <w:r>
        <w:t>woh language, woh language of understatement istemal karega.</w:t>
      </w:r>
    </w:p>
    <w:p>
      <w:pPr>
        <w:jc w:val="right"/>
      </w:pPr>
      <w:r>
        <w:t>وہ لینگویج، وہ لینگویج آف انڈر اسٹیٹمنٹ استعمال کرے گا۔</w:t>
      </w:r>
    </w:p>
    <w:p>
      <w:r>
        <w:rPr>
          <w:b/>
        </w:rPr>
        <w:t xml:space="preserve">[1:15:04] </w:t>
      </w:r>
      <w:r>
        <w:t>theek hai? ek hai language of overstatement, ek hai language of understatement. to munafiq jo hota hai, woh language of overstatement bolta hai.</w:t>
      </w:r>
    </w:p>
    <w:p>
      <w:pPr>
        <w:jc w:val="right"/>
      </w:pPr>
      <w:r>
        <w:t>ٹھیک ہے؟ ایک ہے لینگویج آف اور اسٹیٹمنٹ، ایک ہے لینگویج آف انڈر اسٹیٹمنٹ۔ تو منافق جو ہوتا ہے، وہ لینگویج آف اور اسٹیٹمنٹ بولتا ہے۔</w:t>
      </w:r>
    </w:p>
    <w:p>
      <w:r>
        <w:rPr>
          <w:b/>
        </w:rPr>
        <w:t xml:space="preserve">[1:15:15] </w:t>
      </w:r>
      <w:r>
        <w:t>aur jo sacha aadmi hoga, woh language of understatement bolega. to log tajziya kar nahin paate. to is ki baaton ke dhoke mein aa jaate hain, kehte hain ke yeh hai, is ko seat pe bithao.</w:t>
      </w:r>
    </w:p>
    <w:p>
      <w:pPr>
        <w:jc w:val="right"/>
      </w:pPr>
      <w:r>
        <w:t>اور جو سچا آدمی ہوگا، وہ لینگویج آف انڈر اسٹیٹمنٹ بولے گا۔ تو لوگ تجزیہ کر نہیں پاتے۔ تو اس کی باتوں کے دھوکے میں آ جاتے ہیں، کہتے ہیں کہ یہ ہے، اس کو سیٹ پہ بٹھاؤ۔</w:t>
      </w:r>
    </w:p>
    <w:p>
      <w:r>
        <w:rPr>
          <w:b/>
        </w:rPr>
        <w:t xml:space="preserve">[1:15:29] </w:t>
      </w:r>
      <w:r>
        <w:t>yeh daur to poora isi ka hai.</w:t>
      </w:r>
    </w:p>
    <w:p>
      <w:pPr>
        <w:jc w:val="right"/>
      </w:pPr>
      <w:r>
        <w:t>یہ دور تو پورا اسی کا ہے۔</w:t>
      </w:r>
    </w:p>
    <w:p>
      <w:r>
        <w:rPr>
          <w:b/>
        </w:rPr>
        <w:t xml:space="preserve">[1:15:32] </w:t>
      </w:r>
      <w:r>
        <w:t>hadees mein aata hai ke "turfa al-aman". ek zamana aayega jab honesty uth jayegi. honesty uthne ka matlab kya hai?</w:t>
      </w:r>
    </w:p>
    <w:p>
      <w:pPr>
        <w:jc w:val="right"/>
      </w:pPr>
      <w:r>
        <w:t>حدیث میں آتا ہے کہ "طُرْفَ الْأَمَانَ" ۔ ایک زمانہ آئے گا جب اونیسٹی اٹھ جائے گی۔ اونیسٹی اٹھنے کا مطلب کیا ہے؟</w:t>
      </w:r>
    </w:p>
    <w:p>
      <w:r>
        <w:rPr>
          <w:b/>
        </w:rPr>
        <w:t xml:space="preserve">[1:15:42] </w:t>
      </w:r>
      <w:r>
        <w:t>munafiqat ka daur aa jayega. khoob baaten karenge log. wahi to hai aaj kal. har aadmi baaton ka badshah bana hua hai.</w:t>
      </w:r>
    </w:p>
    <w:p>
      <w:pPr>
        <w:jc w:val="right"/>
      </w:pPr>
      <w:r>
        <w:t>منافقت کا دور آ جائے گا۔ خوب باتیں کریں گے لوگ۔ وہی تو ہے آج کل۔ ہر آدمی باتوں کا بادشاہ بنا ہوا ہے۔</w:t>
      </w:r>
    </w:p>
    <w:p>
      <w:r>
        <w:rPr>
          <w:b/>
        </w:rPr>
        <w:t xml:space="preserve">[1:15:53] </w:t>
      </w:r>
      <w:r>
        <w:t>to sache log jo hain, woh baaten bana nahin paate. to un ko seat bhi nahin milti.</w:t>
      </w:r>
    </w:p>
    <w:p>
      <w:pPr>
        <w:jc w:val="right"/>
      </w:pPr>
      <w:r>
        <w:t>تو سچے لوگ جو ہیں، وہ باتیں بنا نہیں پاتے۔ تو ان کو سیٹ بھی نہیں ملتی۔</w:t>
      </w:r>
    </w:p>
    <w:p>
      <w:r>
        <w:rPr>
          <w:b/>
        </w:rPr>
        <w:t xml:space="preserve">[1:16:02] </w:t>
      </w:r>
      <w:r>
        <w:t>maulana, agla sawal Melbourne, Australia se aaya hai, Mr. Shantanu Mehra ka. unhon ne likha hai: "If ideal society is never possible to achieve, so is it also wrong to compare ongoing situations against the ideal,</w:t>
      </w:r>
    </w:p>
    <w:p>
      <w:pPr>
        <w:jc w:val="right"/>
      </w:pPr>
      <w:r>
        <w:t>مولانا، اگلا سوال میلبرن، آسٹریلیا سے آیا ہے، مسٹر شانتنو مہرا کا۔ انہوں نے لکھا ہے: "If ideal society is never possible to achieve, so is it also wrong to compare ongoing situations against the ideal,</w:t>
      </w:r>
    </w:p>
    <w:p>
      <w:r>
        <w:rPr>
          <w:b/>
        </w:rPr>
        <w:t xml:space="preserve">[1:16:21] </w:t>
      </w:r>
      <w:r>
        <w:t>keeping in mind the fact that we would never achieve the ideal?"</w:t>
      </w:r>
    </w:p>
    <w:p>
      <w:pPr>
        <w:jc w:val="right"/>
      </w:pPr>
      <w:r>
        <w:t>keeping in mind the fact that we would never achieve the ideal?"</w:t>
      </w:r>
    </w:p>
    <w:p>
      <w:r>
        <w:rPr>
          <w:b/>
        </w:rPr>
        <w:t xml:space="preserve">[1:16:27] </w:t>
      </w:r>
      <w:r>
        <w:t>dekhen,</w:t>
      </w:r>
    </w:p>
    <w:p>
      <w:pPr>
        <w:jc w:val="right"/>
      </w:pPr>
      <w:r>
        <w:t>دیکھیں،</w:t>
      </w:r>
    </w:p>
    <w:p>
      <w:r>
        <w:rPr>
          <w:b/>
        </w:rPr>
        <w:t xml:space="preserve">[1:16:31] </w:t>
      </w:r>
      <w:r>
        <w:t>jo soorat-e-haal hai, jo existing situation hai, us ko idealist hai, na aap ka kab aqdar karte hain aap. ek mafroza ideal, ek ek fardi idealist naam nahin.</w:t>
      </w:r>
    </w:p>
    <w:p>
      <w:pPr>
        <w:jc w:val="right"/>
      </w:pPr>
      <w:r>
        <w:t>جو صورتحال ہے، جو existing situation ہے، اس کو idealist ہے، نہ آپ کا کب اقدار کرتے ہیں آپ۔ ایک مفروضہ ideal، ایک ایک فردی idealist نام نہیں۔</w:t>
      </w:r>
    </w:p>
    <w:p>
      <w:r>
        <w:rPr>
          <w:b/>
        </w:rPr>
        <w:t xml:space="preserve">[1:16:42] </w:t>
      </w:r>
      <w:r>
        <w:t>is ke bajaye aap yeh dekhiye ke jo bhi situation hai, us mein phir bhi opportunities maujood</w:t>
      </w:r>
    </w:p>
    <w:p>
      <w:pPr>
        <w:jc w:val="right"/>
      </w:pPr>
      <w:r>
        <w:t>اس کے بجائے آپ یہ دیکھیے کہ جو بھی situation ہے، اس میں پھر بھی opportunities موجود</w:t>
      </w:r>
    </w:p>
    <w:p>
      <w:r>
        <w:rPr>
          <w:b/>
        </w:rPr>
        <w:t xml:space="preserve">[1:16:48] </w:t>
      </w:r>
      <w:r>
        <w:t>hain. to main yahan samjha hai main ne ke aadmi ko chahiye ke woh apne zamane ko in terms of ideal na naape, in terms of opportunity dekhe.</w:t>
      </w:r>
    </w:p>
    <w:p>
      <w:pPr>
        <w:jc w:val="right"/>
      </w:pPr>
      <w:r>
        <w:t>ہیں۔ تو میں یہاں سمجھا ہے میں نے کہ آدمی کو چاہیے کہ وہ اپنے زمانے کو in terms of ideal نہ ناپے، in terms of opportunity دیکھے۔</w:t>
      </w:r>
    </w:p>
    <w:p>
      <w:r>
        <w:rPr>
          <w:b/>
        </w:rPr>
        <w:t xml:space="preserve">[1:17:01] </w:t>
      </w:r>
      <w:r>
        <w:t>yani jo situation hai jis mein aadmi hai, us ko idealist na judge kare. us aitbaar se dekhe ke kya opportunities maujood hain.</w:t>
      </w:r>
    </w:p>
    <w:p>
      <w:pPr>
        <w:jc w:val="right"/>
      </w:pPr>
      <w:r>
        <w:t>یعنی جو situation ہے جس میں آدمی ہے، اس کو idealist نہ judge کرے۔ اس اعتبار سے دیکھے کہ کیا opportunities موجود ہیں۔</w:t>
      </w:r>
    </w:p>
    <w:p>
      <w:r>
        <w:rPr>
          <w:b/>
        </w:rPr>
        <w:t xml:space="preserve">[1:17:10] </w:t>
      </w:r>
      <w:r>
        <w:t>to maloom hua ke bohat maujood hain, enormous opportunities. to bas isi par focus kar de. aur ideal ke liye woh jannat ka, yani woh samjhe ke jannat ki duaen kare, jannat ke liye woh ishtiyaq is ke andar ho.</w:t>
      </w:r>
    </w:p>
    <w:p>
      <w:pPr>
        <w:jc w:val="right"/>
      </w:pPr>
      <w:r>
        <w:t>تو معلوم ہوا کہ بہت موجود ہیں، enormous opportunities۔ تو بس اسی پر focus کر دے۔ اور ideal کے لیے وہ جنت کا، یعنی وہ سمجھے کہ جنت کی دعائیں کرے، جنت کے لیے وہ اشتیاق اس کے اندر ہو۔</w:t>
      </w:r>
    </w:p>
    <w:p>
      <w:r>
        <w:rPr>
          <w:b/>
        </w:rPr>
        <w:t xml:space="preserve">[1:17:26] </w:t>
      </w:r>
      <w:r>
        <w:t>to idealism jannat ke liye hai. aur duniya mein jo hai, woh opportunities ko talash kar ke us ka avail karna. yeh hai sahi tareeqa kar.</w:t>
      </w:r>
    </w:p>
    <w:p>
      <w:pPr>
        <w:jc w:val="right"/>
      </w:pPr>
      <w:r>
        <w:t>تو idealism جنت کے لیے ہے۔ اور دنیا میں جو ہے، وہ opportunities کو تلاش کر کے اس کا avail کرنا۔ یہ ہے صحیح طریقہ کار۔</w:t>
      </w:r>
    </w:p>
    <w:p>
      <w:r>
        <w:rPr>
          <w:b/>
        </w:rPr>
        <w:t xml:space="preserve">[1:17:41] </w:t>
      </w:r>
      <w:r>
        <w:t>maulana, agla sawal Delhi se hai, Dr. Najma Siddiqui ka. unhon ne likha hai: "Curriculum change is considered an ongoing process in the field of education.</w:t>
      </w:r>
    </w:p>
    <w:p>
      <w:pPr>
        <w:jc w:val="right"/>
      </w:pPr>
      <w:r>
        <w:t>مولانا، اگلا سوال دلی سے ہے، ڈاکٹر نجمہ صدیقی کا۔ انہوں نے لکھا ہے: "Curriculum change is considered an ongoing process in the field of education.</w:t>
      </w:r>
    </w:p>
    <w:p>
      <w:r>
        <w:rPr>
          <w:b/>
        </w:rPr>
        <w:t xml:space="preserve">[1:17:54] </w:t>
      </w:r>
      <w:r>
        <w:t>How difficult is it to have open discussion and bring meaningful changes in Madrasa curriculum? Who can take a leading role for such work?"</w:t>
      </w:r>
    </w:p>
    <w:p>
      <w:pPr>
        <w:jc w:val="right"/>
      </w:pPr>
      <w:r>
        <w:t>How difficult is it to have open discussion and bring meaningful changes in Madrasa curriculum? Who can take a leading role for such work?"</w:t>
      </w:r>
    </w:p>
    <w:p>
      <w:r>
        <w:rPr>
          <w:b/>
        </w:rPr>
        <w:t xml:space="preserve">[1:18:06] </w:t>
      </w:r>
      <w:r>
        <w:t>dekhen, main is concept hi ko, yani nahin manta ke curriculum change karne se koi inqilab aa jayega.</w:t>
      </w:r>
    </w:p>
    <w:p>
      <w:pPr>
        <w:jc w:val="right"/>
      </w:pPr>
      <w:r>
        <w:t>دیکھیں، میں اس concept ہی کو، یعنی نہیں مانتا کہ curriculum change کرنے سے کوئی انقلاب آ جائے گا۔</w:t>
      </w:r>
    </w:p>
    <w:p>
      <w:r>
        <w:rPr>
          <w:b/>
        </w:rPr>
        <w:t xml:space="preserve">[1:18:16] </w:t>
      </w:r>
      <w:r>
        <w:t>main is ko nahin manta. India mein hum ne dekha hai ke British daur mein, 1938 mein, ek curriculum banaya gaya tha.</w:t>
      </w:r>
    </w:p>
    <w:p>
      <w:pPr>
        <w:jc w:val="right"/>
      </w:pPr>
      <w:r>
        <w:t>میں اس کو نہیں مانتا۔ انڈیا میں ہم نے دیکھا ہے کہ برٹش دور میں، 1938 میں، ایک curriculum بنایا گیا تھا۔</w:t>
      </w:r>
    </w:p>
    <w:p>
      <w:r>
        <w:rPr>
          <w:b/>
        </w:rPr>
        <w:t xml:space="preserve">[1:18:26] </w:t>
      </w:r>
      <w:r>
        <w:t>Lord Macaulay ne banaya tha. is ke baad se pata nahin kitni baar curriculum change kiya gaya hai. aur halaat kya? halaat achhe ho rahe hain,</w:t>
      </w:r>
    </w:p>
    <w:p>
      <w:pPr>
        <w:jc w:val="right"/>
      </w:pPr>
      <w:r>
        <w:t>لارڈ میکیلے نے بنایا تھا۔ اس کے بعد سے پتہ نہیں کتنی بار curriculum change کیا گیا ہے۔ اور حالات کیا؟ حالات اچھے ہو رہے ہیں،</w:t>
      </w:r>
    </w:p>
    <w:p>
      <w:r>
        <w:rPr>
          <w:b/>
        </w:rPr>
        <w:t xml:space="preserve">[1:18:35] </w:t>
      </w:r>
      <w:r>
        <w:t>bad se badtar ho rahe hain. jo zamana maine dekha tha, 1938 mein, aaj is ke muqable mein bohat hi zyada bura haal ho chuka hai.</w:t>
      </w:r>
    </w:p>
    <w:p>
      <w:pPr>
        <w:jc w:val="right"/>
      </w:pPr>
      <w:r>
        <w:t>بد سے بدتر ہو رہے ہیں۔ جو زمانہ میں نے دیکھا تھا، 1938 میں، آج اس کے مقابلے میں بہت ہی زیادہ برا حال ہو چکا ہے۔</w:t>
      </w:r>
    </w:p>
    <w:p>
      <w:r>
        <w:rPr>
          <w:b/>
        </w:rPr>
        <w:t xml:space="preserve">[1:18:44] </w:t>
      </w:r>
      <w:r>
        <w:t>halanke curriculum to kam az kam, yani dasiyon baar change ho chuka hai. jo hukoomat aati hai, woh curriculum mein change kar jati hai.</w:t>
      </w:r>
    </w:p>
    <w:p>
      <w:pPr>
        <w:jc w:val="right"/>
      </w:pPr>
      <w:r>
        <w:t>حالانکہ curriculum تو کم از کم، یعنی دسیوں بار change ہو چکا ہے۔ جو حکومت آتی ہے، وہ curriculum میں change کر جاتی ہے۔</w:t>
      </w:r>
    </w:p>
    <w:p>
      <w:r>
        <w:rPr>
          <w:b/>
        </w:rPr>
        <w:t xml:space="preserve">[1:18:54] </w:t>
      </w:r>
      <w:r>
        <w:t>The concept itself is wrong ke curriculum ke badalne se koi naya change aa jayega.</w:t>
      </w:r>
    </w:p>
    <w:p>
      <w:pPr>
        <w:jc w:val="right"/>
      </w:pPr>
      <w:r>
        <w:t>The concept itself is wrong کہ curriculum کے بدلنے سے کوئی نیا change آ جائے گا۔</w:t>
      </w:r>
    </w:p>
    <w:p>
      <w:r>
        <w:rPr>
          <w:b/>
        </w:rPr>
        <w:t xml:space="preserve">[1:19:01] </w:t>
      </w:r>
      <w:r>
        <w:t>jo insaan bane thay, lord mekayle ke jo system mein, waisay insaan aaj kahan ban rahay hain? isi mein to banay thay sab.</w:t>
      </w:r>
    </w:p>
    <w:p>
      <w:pPr>
        <w:jc w:val="right"/>
      </w:pPr>
      <w:r>
        <w:t>جو انسان بنے تھے، لارڈ میکیلے کے جو سسٹم میں، ویسے انسان آج کہاں بن رہے ہیں؟ اسی میں تو بنے تھے سب۔</w:t>
      </w:r>
    </w:p>
    <w:p>
      <w:r>
        <w:rPr>
          <w:b/>
        </w:rPr>
        <w:t xml:space="preserve">[1:19:10] </w:t>
      </w:r>
      <w:r>
        <w:t>gandhi ho, nehru ho, doctor prasad, raja krishan, zakir hussain, doctor raman, sab ke log. ab kahan wohi log paida ho rahay hain?</w:t>
      </w:r>
    </w:p>
    <w:p>
      <w:pPr>
        <w:jc w:val="right"/>
      </w:pPr>
      <w:r>
        <w:t>گاندھی ہو، نہرو ہو، ڈاکٹر پرشاد، راجہ کرشن، ذاکر حسین، ڈاکٹر رمن، سب کے لوگ۔ اب کہاں وہی لوگ پیدا ہو رہے ہیں؟</w:t>
      </w:r>
    </w:p>
    <w:p>
      <w:r>
        <w:rPr>
          <w:b/>
        </w:rPr>
        <w:t xml:space="preserve">[1:19:21] </w:t>
      </w:r>
      <w:r>
        <w:t>ab woh log kahan paida ho rahay hain? to curriculum change karnay ka jo concept hai, woh mein us ko bilkul nahi manta.</w:t>
      </w:r>
    </w:p>
    <w:p>
      <w:pPr>
        <w:jc w:val="right"/>
      </w:pPr>
      <w:r>
        <w:t>اب وہ لوگ کہاں پیدا ہو رہے ہیں؟ تو curriculum change کرنے کا جو concept ہے، وہ میں اس کو بالکل نہیں مانتا۔</w:t>
      </w:r>
    </w:p>
    <w:p>
      <w:r>
        <w:rPr>
          <w:b/>
        </w:rPr>
        <w:t xml:space="preserve">[1:19:30] </w:t>
      </w:r>
      <w:r>
        <w:t>agar koi manta ho to saboot day woh ke waisay afraad aaj kyun nahi paida ho rahay hain? jitnay hamaray top ke, yaani log paida huay, woh sab isi british curriculum ke zariye paida huay thay.</w:t>
      </w:r>
    </w:p>
    <w:p>
      <w:pPr>
        <w:jc w:val="right"/>
      </w:pPr>
      <w:r>
        <w:t>اگر کوئی مانتا ہو تو ثبوت دے وہ کہ ویسے افراد آج کیوں نہیں پیدا ہو رہے ہیں؟ جتنے ہمارے ٹاپ کے، یعنی لوگ پیدا ہوئے، وہ سب اسی برٹش curriculum کے ذریعے پیدا ہوئے تھے۔</w:t>
      </w:r>
    </w:p>
    <w:p>
      <w:r>
        <w:rPr>
          <w:b/>
        </w:rPr>
        <w:t xml:space="preserve">[1:19:45] </w:t>
      </w:r>
      <w:r>
        <w:t>yeh so-called aaj kal ka jo curriculum hai, is mein koi bhi, sab media kar paida ho rahay hain, media kar. is liye mein us ko</w:t>
      </w:r>
    </w:p>
    <w:p>
      <w:pPr>
        <w:jc w:val="right"/>
      </w:pPr>
      <w:r>
        <w:t>یہ so-called آج کل کا جو curriculum ہے، اس میں کوئی بھی، سب میڈیا کر پیدا ہو رہے ہیں، میڈیا کر۔ اس لیے میں اس کو</w:t>
      </w:r>
    </w:p>
    <w:p>
      <w:r>
        <w:rPr>
          <w:b/>
        </w:rPr>
        <w:t xml:space="preserve">[1:19:52] </w:t>
      </w:r>
      <w:r>
        <w:t>nahi manta. madrasay mein bhi jo log dhoom machatay hain, curriculum badlein to, yaani kon sa result hai jis ka refer karein gay woh?</w:t>
      </w:r>
    </w:p>
    <w:p>
      <w:pPr>
        <w:jc w:val="right"/>
      </w:pPr>
      <w:r>
        <w:t>نہیں مانتا۔ مدرسے میں بھی جو لوگ دھوم مچاتے ہیں، curriculum بدلیں تو، یعنی کون سا result ہے جس کا refer کریں گے وہ؟</w:t>
      </w:r>
    </w:p>
    <w:p>
      <w:r>
        <w:rPr>
          <w:b/>
        </w:rPr>
        <w:t xml:space="preserve">[1:20:01] </w:t>
      </w:r>
      <w:r>
        <w:t>universityon ke curriculum mein agar natija nikla hota bohat bara to kehtay hain ke koi badla hua hai. jab collegeon, universityon mein, schoolon mein kuch bhi nahi, farq faida hua.</w:t>
      </w:r>
    </w:p>
    <w:p>
      <w:pPr>
        <w:jc w:val="right"/>
      </w:pPr>
      <w:r>
        <w:t>یونیورسٹیوں کے curriculum میں اگر نتیجہ نکلا ہوتا بہت بڑا تو کہتے ہیں کہ کوئی بدلا ہوا ہے۔ جب کالجوں، یونیورسٹیوں میں، اسکولوں میں کچھ بھی نہیں، فرق فائدہ ہوا۔</w:t>
      </w:r>
    </w:p>
    <w:p>
      <w:r>
        <w:rPr>
          <w:b/>
        </w:rPr>
        <w:t xml:space="preserve">[1:20:13] </w:t>
      </w:r>
      <w:r>
        <w:t>kuch bhi faida nahi</w:t>
      </w:r>
    </w:p>
    <w:p>
      <w:pPr>
        <w:jc w:val="right"/>
      </w:pPr>
      <w:r>
        <w:t>کچھ بھی فائدہ نہیں</w:t>
      </w:r>
    </w:p>
    <w:p>
      <w:r>
        <w:rPr>
          <w:b/>
        </w:rPr>
        <w:t xml:space="preserve">[1:20:14] </w:t>
      </w:r>
      <w:r>
        <w:t>hua. to to kis, yaani kis kis, yaani kis result ke hawala say woh mutalba kartay hain ke madrasay badlo?</w:t>
      </w:r>
    </w:p>
    <w:p>
      <w:pPr>
        <w:jc w:val="right"/>
      </w:pPr>
      <w:r>
        <w:t>ہوا۔ تو تو کس، یعنی کس کس، یعنی کس result کے حوالے سے وہ مطالبہ کرتے ہیں کہ مدرسوں بدلو؟</w:t>
      </w:r>
    </w:p>
    <w:p>
      <w:r>
        <w:rPr>
          <w:b/>
        </w:rPr>
        <w:t xml:space="preserve">[1:20:24] </w:t>
      </w:r>
      <w:r>
        <w:t>kuch bhi faida nahi hoga madrasay badla jaye tab bhi. to sochna yeh chahiye ke aur kiya cheez darkar hai?</w:t>
      </w:r>
    </w:p>
    <w:p>
      <w:pPr>
        <w:jc w:val="right"/>
      </w:pPr>
      <w:r>
        <w:t>کچھ بھی فائدہ نہیں ہوگا مدرسوں بدلا جائے تب بھی۔ تو سوچنا یہ چاہیے کہ اور کیا چیز درکار ہے؟</w:t>
      </w:r>
    </w:p>
    <w:p>
      <w:r>
        <w:rPr>
          <w:b/>
        </w:rPr>
        <w:t xml:space="preserve">[1:20:32] </w:t>
      </w:r>
      <w:r>
        <w:t>to mera jo, meri jo finding hai ke aur jo cheez darkar hai, woh hai, woh hai, woh yaani aik hai dekhein forward education, aik in-forward education.</w:t>
      </w:r>
    </w:p>
    <w:p>
      <w:pPr>
        <w:jc w:val="right"/>
      </w:pPr>
      <w:r>
        <w:t>تو میرا جو، میری جو finding ہے کہ اور جو چیز درکار ہے، وہ ہے، وہ ہے، وہ یعنی ایک ہے دیکھیں فارورڈ ایجوکیشن، ایک ان فارورڈ ایجوکیشن۔</w:t>
      </w:r>
    </w:p>
    <w:p>
      <w:r>
        <w:rPr>
          <w:b/>
        </w:rPr>
        <w:t xml:space="preserve">[1:20:47] </w:t>
      </w:r>
      <w:r>
        <w:t>meray nazdeek insaan bantay hain in-forward education ke zariye. forward education mein kabhi bhi insaan nahi bantay. yeh dhoom macha rakhi hai logon nay.</w:t>
      </w:r>
    </w:p>
    <w:p>
      <w:pPr>
        <w:jc w:val="right"/>
      </w:pPr>
      <w:r>
        <w:t>میرے نزدیک انسان بنتے ہیں ان فارورڈ ایجوکیشن کے ذریعے۔ فارورڈ ایجوکیشن میں کبھی بھی انسان نہیں بنتے۔ یہ دھوم مچا رکھی ہے لوگوں نے۔</w:t>
      </w:r>
    </w:p>
    <w:p>
      <w:r>
        <w:rPr>
          <w:b/>
        </w:rPr>
        <w:t xml:space="preserve">[1:20:56] </w:t>
      </w:r>
      <w:r>
        <w:t>sochtay hain ke education se yeh ho jaye ga, woh ho jaye ga. tagore is ke badshah thay.</w:t>
      </w:r>
    </w:p>
    <w:p>
      <w:pPr>
        <w:jc w:val="right"/>
      </w:pPr>
      <w:r>
        <w:t>سوچتے ہیں کہ ایجوکیشن سے یہ ہو جائے گا، وہ ہو جائے گا۔ ٹائیگور اس کے بادشاہ تھے۔</w:t>
      </w:r>
    </w:p>
    <w:p>
      <w:r>
        <w:rPr>
          <w:b/>
        </w:rPr>
        <w:t xml:space="preserve">[1:21:01] </w:t>
      </w:r>
      <w:r>
        <w:t>tagore nay shanti niketan banai. woh samjhtay thay ke shanti niketan mein aik naye indian banain gay. koi aik bhi aadmi nahi bana. kuch bhi nahi hua.</w:t>
      </w:r>
    </w:p>
    <w:p>
      <w:pPr>
        <w:jc w:val="right"/>
      </w:pPr>
      <w:r>
        <w:t>ٹائیگور نے شانتی نیکتن بنائی۔ وہ سمجھتے تھے کہ شانتی نیکتن میں ایک نئے انڈین بنیں گے۔ کوئی ایک بھی آدمی نہیں بنا۔ کچھ بھی نہیں ہوا۔</w:t>
      </w:r>
    </w:p>
    <w:p>
      <w:r>
        <w:rPr>
          <w:b/>
        </w:rPr>
        <w:t xml:space="preserve">[1:21:10] </w:t>
      </w:r>
      <w:r>
        <w:t>kuch bhi nahi hua. to meray nazdeek insaan se dekhein, aik hai insaan saazi. aik hai profession.</w:t>
      </w:r>
    </w:p>
    <w:p>
      <w:pPr>
        <w:jc w:val="right"/>
      </w:pPr>
      <w:r>
        <w:t>کچھ بھی نہیں ہوا۔ تو میرے نزدیک انسان سے دیکھیں، ایک ہے انسان سازی۔ ایک ہے پروفیشن۔</w:t>
      </w:r>
    </w:p>
    <w:p>
      <w:r>
        <w:rPr>
          <w:b/>
        </w:rPr>
        <w:t xml:space="preserve">[1:21:20] </w:t>
      </w:r>
      <w:r>
        <w:t>yaani professional skill ke liye hai forward education. service lainay ke liye, is tarah ke kamon ke liye hai.</w:t>
      </w:r>
    </w:p>
    <w:p>
      <w:pPr>
        <w:jc w:val="right"/>
      </w:pPr>
      <w:r>
        <w:t>یعنی پروفیشنل اسکل کے لیے ہے فارورڈ ایجوکیشن۔ سروس لینے کے لیے، اس طرح کے کاموں کے لیے ہے۔</w:t>
      </w:r>
    </w:p>
    <w:p>
      <w:r>
        <w:rPr>
          <w:b/>
        </w:rPr>
        <w:t xml:space="preserve">[1:21:30] </w:t>
      </w:r>
      <w:r>
        <w:t>to professional skill ke liye to bilashuba woh woh education bohat mufeed hai. lekin insaan bananay ke liye in-forward education ki sari ahmiyat, sari ahmiyat in-forward education ki hai.</w:t>
      </w:r>
    </w:p>
    <w:p>
      <w:pPr>
        <w:jc w:val="right"/>
      </w:pPr>
      <w:r>
        <w:t>تو پروفیشنل اسکل کے لیے تو بلاشبہ وہ وہ ایجوکیشن بہت مفید ہے۔ لیکن انسان بننے کے لیے ان فارورڈ ایجوکیشن کی ساری اہمیت، ساری اہمیت ان فارورڈ ایجوکیشن کی ہے۔</w:t>
      </w:r>
    </w:p>
    <w:p>
      <w:r>
        <w:rPr>
          <w:b/>
        </w:rPr>
        <w:t xml:space="preserve">[1:21:45] </w:t>
      </w:r>
      <w:r>
        <w:t>yeh meri soch hai aur lambay tajribay ke baad mein nay yeh soch banai hai. isi liye mein kabhi bhi yeh nahi kehta ke madrasay ka nisaab badlo.</w:t>
      </w:r>
    </w:p>
    <w:p>
      <w:pPr>
        <w:jc w:val="right"/>
      </w:pPr>
      <w:r>
        <w:t>یہ میری سوچ ہے اور لمبے تجربے کے بعد میں نے یہ سوچ بنائی ہے۔ اسی لیے میں کبھی بھی یہ نہیں کہتا کہ مدرسے کا نصاب بدلو۔</w:t>
      </w:r>
    </w:p>
    <w:p>
      <w:r>
        <w:rPr>
          <w:b/>
        </w:rPr>
        <w:t xml:space="preserve">[1:21:56] </w:t>
      </w:r>
      <w:r>
        <w:t>aik aik futile demand samajhta h</w:t>
      </w:r>
    </w:p>
    <w:p>
      <w:pPr>
        <w:jc w:val="right"/>
      </w:pPr>
      <w:r>
        <w:t>ایک ایک فیوٹائل ڈیمانڈ سمجھتا ہ</w:t>
      </w:r>
    </w:p>
    <w:p>
      <w:r>
        <w:rPr>
          <w:b/>
        </w:rPr>
        <w:t xml:space="preserve">[1:21:59] </w:t>
      </w:r>
      <w:r>
        <w:t>oon is ko. badlo ya na badlo, is se kuch farq nahi honay wala hai. acha, doosri baat mein yeh bataoon, kai madrasay aisay qaim huay jo nisaab badalnay hi ke is banay thay, isi par.</w:t>
      </w:r>
    </w:p>
    <w:p>
      <w:pPr>
        <w:jc w:val="right"/>
      </w:pPr>
      <w:r>
        <w:t>وں اس کو۔ بدلو یا نہ بدلو، اس سے کچھ فرق نہیں ہونے والا ہے۔ اچھا، دوسری بات میں یہ بتاؤں، کئی مدرسے ایسے قائم ہوئے جو نصاب بدلنے ہی کے اس بنے تھے، اسی پر۔</w:t>
      </w:r>
    </w:p>
    <w:p>
      <w:r>
        <w:rPr>
          <w:b/>
        </w:rPr>
        <w:t xml:space="preserve">[1:22:10] </w:t>
      </w:r>
      <w:r>
        <w:t>mislan nadva, mislan islah, mislan jamiat ul falah. kai madrasay baqayda isi liye banay thay ke jo qadeem jo nisaab jo kehtay hain, dars-e-nizami, us ke siwa aik aur nisaab, us mein kon aadmi paida hua?</w:t>
      </w:r>
    </w:p>
    <w:p>
      <w:pPr>
        <w:jc w:val="right"/>
      </w:pPr>
      <w:r>
        <w:t>مثلاً ندوہ، مثلاً اصلاح، مثلاً جامعۃ الفلاح۔ کئی مدرسے باقاعدہ اسی لیے بنے تھے کہ جو قدیم جو نصاب جو کہتے ہیں، درس نظامی، اس کے سوا ایک اور نصاب، اس میں کون آدمی پیدا ہوا؟</w:t>
      </w:r>
    </w:p>
    <w:p>
      <w:r>
        <w:rPr>
          <w:b/>
        </w:rPr>
        <w:t xml:space="preserve">[1:22:24] </w:t>
      </w:r>
      <w:r>
        <w:t>yaani already yeh tajurba kiya ja chuka hai.</w:t>
      </w:r>
    </w:p>
    <w:p>
      <w:pPr>
        <w:jc w:val="right"/>
      </w:pPr>
      <w:r>
        <w:t>یعنی الریڈی یہ تجربہ کیا جا چکا ہے۔</w:t>
      </w:r>
    </w:p>
    <w:p>
      <w:r>
        <w:rPr>
          <w:b/>
        </w:rPr>
        <w:t xml:space="preserve">[1:22:27] </w:t>
      </w:r>
      <w:r>
        <w:t>bohat se madrasay qaim huay, aik do nahi, bohat se madrasay qaim huay jinhon nay kaha ke dars-e-nizami ki bajaye hum aik aur nisaab chalayein gay.</w:t>
      </w:r>
    </w:p>
    <w:p>
      <w:pPr>
        <w:jc w:val="right"/>
      </w:pPr>
      <w:r>
        <w:t>بہت سے مدرسے قائم ہوئے، ایک دو نہیں، بہت سے مدرسے قائم ہوئے جنہوں نے کہا کہ درس نظامی کی بجائے ہم ایک اور نصاب چلائیں گے۔</w:t>
      </w:r>
    </w:p>
    <w:p>
      <w:r>
        <w:rPr>
          <w:b/>
        </w:rPr>
        <w:t xml:space="preserve">[1:22:36] </w:t>
      </w:r>
      <w:r>
        <w:t>aur chalaya unhon nay. aadmi aik bhi nahi bana. aadmi banta hai in-forward education se. forward education sirf yaani profession walay bantay hain bas, aur is tarah se kuch nahi.</w:t>
      </w:r>
    </w:p>
    <w:p>
      <w:pPr>
        <w:jc w:val="right"/>
      </w:pPr>
      <w:r>
        <w:t>اور چلایا انہوں نے۔ آدمی ایک بھی نہیں بنا۔ آدمی بنتا ہے ان فارورڈ ایجوکیشن سے۔ فارورڈ ایجوکیشن صرف یعنی پروفیشن والے بنتے ہیں بس، اور اس طرح سے کچھ نہیں۔</w:t>
      </w:r>
    </w:p>
    <w:p>
      <w:r>
        <w:rPr>
          <w:b/>
        </w:rPr>
        <w:t xml:space="preserve">[1:22:53] </w:t>
      </w:r>
      <w:r>
        <w:t>maulana, agla sawal ah dilli se hai, maulana sharq hussain sahib ka. unhon nay likha hai: "logon nay deen ki siyasi taabeer kyun ki?</w:t>
      </w:r>
    </w:p>
    <w:p>
      <w:pPr>
        <w:jc w:val="right"/>
      </w:pPr>
      <w:r>
        <w:t>مولانا، اگلا سوال اہ دلی سے ہے، مولانا شارق حسین صاحب کا۔ انہوں نے لکھا ہے: "لوگوں نے دین کی سیاسی تعبیر کیوں کی؟</w:t>
      </w:r>
    </w:p>
    <w:p>
      <w:r>
        <w:rPr>
          <w:b/>
        </w:rPr>
        <w:t xml:space="preserve">[1:23:03] </w:t>
      </w:r>
      <w:r>
        <w:t>is ki asal wajah kya hai? is ke baray mein batayen." masla siyasi ta'beer ka nahin hai, masla siyasi fakhr ka hai.</w:t>
      </w:r>
    </w:p>
    <w:p>
      <w:pPr>
        <w:jc w:val="right"/>
      </w:pPr>
      <w:r>
        <w:t>اس کی اصل وجہ کیا ہے؟ اس کے بارے میں بتائیں۔" مسئلہ سیاسی تعبیر کا نہیں ہے، مسئلہ سیاسی فخر کا ہے۔</w:t>
      </w:r>
    </w:p>
    <w:p>
      <w:r>
        <w:rPr>
          <w:b/>
        </w:rPr>
        <w:t xml:space="preserve">[1:23:13] </w:t>
      </w:r>
      <w:r>
        <w:t>poori poori ummat siyasi fakhr mein jee rahi hai.</w:t>
      </w:r>
    </w:p>
    <w:p>
      <w:pPr>
        <w:jc w:val="right"/>
      </w:pPr>
      <w:r>
        <w:t>پوری پوری امت سیاسی فخر میں جی رہی ہے۔</w:t>
      </w:r>
    </w:p>
    <w:p>
      <w:r>
        <w:rPr>
          <w:b/>
        </w:rPr>
        <w:t xml:space="preserve">[1:23:17] </w:t>
      </w:r>
      <w:r>
        <w:t>mujhe koi bhi exception nahin maloom is waqt CPS ke. sab siyasi fakhr mein. ya'ni matlab Usmani ko jo daur tareekh guzra hai, us ko le kar fakhr.</w:t>
      </w:r>
    </w:p>
    <w:p>
      <w:pPr>
        <w:jc w:val="right"/>
      </w:pPr>
      <w:r>
        <w:t>مجھے کوئی بھی ایکسیپشن نہیں معلوم اس وقت سی پی ایس کے۔ سب سیاسی فخر میں۔ یعنی مطلب عثمانی کو جو دور تاریخ گزرا ہے، اس کو لے کر فخر۔</w:t>
      </w:r>
    </w:p>
    <w:p>
      <w:r>
        <w:rPr>
          <w:b/>
        </w:rPr>
        <w:t xml:space="preserve">[1:23:29] </w:t>
      </w:r>
      <w:r>
        <w:t>to isi ko, isi ko revive karna, isi ko regain karna, isi ko phir duniya mein lana.</w:t>
      </w:r>
    </w:p>
    <w:p>
      <w:pPr>
        <w:jc w:val="right"/>
      </w:pPr>
      <w:r>
        <w:t>تو اسی کو، اسی کو revive کرنا، اسی کو regain کرنا، اسی کو پھر دنیا میں لانا۔</w:t>
      </w:r>
    </w:p>
    <w:p>
      <w:r>
        <w:rPr>
          <w:b/>
        </w:rPr>
        <w:t xml:space="preserve">[1:23:38] </w:t>
      </w:r>
      <w:r>
        <w:t>to yeh yeh mizaj sab ka hai. isi ne yeh siyasi ta'beer, siyasi ta'beer ka mein is ko fitna samajhta hoon, paida kiya.</w:t>
      </w:r>
    </w:p>
    <w:p>
      <w:pPr>
        <w:jc w:val="right"/>
      </w:pPr>
      <w:r>
        <w:t>تو یہ یہ مزاج سب کا ہے۔ اسی نے یہ سیاسی تعبیر، سیاسی تعبیر کا میں اس کو فتنہ سمجھتا ہوں، پیدا کیا۔</w:t>
      </w:r>
    </w:p>
    <w:p>
      <w:r>
        <w:rPr>
          <w:b/>
        </w:rPr>
        <w:t xml:space="preserve">[1:23:48] </w:t>
      </w:r>
      <w:r>
        <w:t>yeh tareekhi fakhr ko dobara hasil karo, dobara qaim karo, isi ka naam hai siyasi ta'beer. is ka Islam se koi talluq nahin.</w:t>
      </w:r>
    </w:p>
    <w:p>
      <w:pPr>
        <w:jc w:val="right"/>
      </w:pPr>
      <w:r>
        <w:t>یہ تاریخی فخر کو دوبارہ حاصل کرو، دوبارہ قائم کرو، اسی کا نام ہے سیاسی تعبیر۔ اس کا اسلام سے کوئی تعلق نہیں۔</w:t>
      </w:r>
    </w:p>
    <w:p>
      <w:r>
        <w:rPr>
          <w:b/>
        </w:rPr>
        <w:t xml:space="preserve">[1:24:00] </w:t>
      </w:r>
      <w:r>
        <w:t>Maulana, in ka aik aur sawal hai. unhon ne likha hai ke aik baray aalim jo Islam ke political interpretation ke leader hain, mein ne un se poocha ke Quran ki ayat mein kahan kaha gaya hai ke tum duniya mein political system ko qaim karo?</w:t>
      </w:r>
    </w:p>
    <w:p>
      <w:pPr>
        <w:jc w:val="right"/>
      </w:pPr>
      <w:r>
        <w:t>مولانا، ان کا ایک اور سوال ہے۔ انہوں نے لکھا ہے کہ ایک بڑے عالم جو اسلام کے political interpretation کے leader ہیں، میں نے ان سے پوچھا کہ قرآن کی آیت میں کہاں کہا گیا ہے کہ تم دنیا میں political system کو قائم کرو؟</w:t>
      </w:r>
    </w:p>
    <w:p>
      <w:r>
        <w:rPr>
          <w:b/>
        </w:rPr>
        <w:t xml:space="preserve">[1:24:17] </w:t>
      </w:r>
      <w:r>
        <w:t>unhon ne ayat Hakeemuddin ka hawala diya. Maulana, is ayat ko aap explain k</w:t>
      </w:r>
    </w:p>
    <w:p>
      <w:pPr>
        <w:jc w:val="right"/>
      </w:pPr>
      <w:r>
        <w:t>انہوں نے آیت حکیم الدین کا حوالہ دیا۔ مولانا، اس آیت کو آپ explain ک</w:t>
      </w:r>
    </w:p>
    <w:p>
      <w:r>
        <w:rPr>
          <w:b/>
        </w:rPr>
        <w:t xml:space="preserve">[1:24:23] </w:t>
      </w:r>
      <w:r>
        <w:t>arein. dekhen, yeh bohat bari, mein is ko gunah samajhta hoon ke Hakeemuddin ko iqamat-e-hukumat ke mani mein liya jaye.</w:t>
      </w:r>
    </w:p>
    <w:p>
      <w:pPr>
        <w:jc w:val="right"/>
      </w:pPr>
      <w:r>
        <w:t>ریں۔ دیکھیں، یہ بہت بڑی، میں اس کو گناہ سمجھتا ہوں کہ حکیم الدین کو اقامت حکومت کے معنی میں لیا جائے۔</w:t>
      </w:r>
    </w:p>
    <w:p>
      <w:r>
        <w:rPr>
          <w:b/>
        </w:rPr>
        <w:t xml:space="preserve">[1:24:33] </w:t>
      </w:r>
      <w:r>
        <w:t>kuch aur log hain jo Hakeem-us-Salah ke mani lete hain, iqamat-e-nizam. ya'ni social nizam qaim karna samajhte hain ke is mein Hakeem-us-Salah ka alfaaz hukum diya gaya hai.</w:t>
      </w:r>
    </w:p>
    <w:p>
      <w:pPr>
        <w:jc w:val="right"/>
      </w:pPr>
      <w:r>
        <w:t>کچھ اور لوگ ہیں جو حکیم الصلوۃ کے معنی لیتے ہیں، اقامت نظام۔ یعنی social نظام قائم کرنا سمجھتے ہیں کہ اس میں حکیم الصلوۃ کا الفاظ حکم دیا گیا ہے۔</w:t>
      </w:r>
    </w:p>
    <w:p>
      <w:r>
        <w:rPr>
          <w:b/>
        </w:rPr>
        <w:t xml:space="preserve">[1:24:45] </w:t>
      </w:r>
      <w:r>
        <w:t>Hakeemuddin ke mani har giz yeh nahin hain ke iqamat-e-hukumat. is par mein ne likhi hai Ta'beeri Ghalti, bohat lambi bahs ki hai, us ko aap parh lijiyey. Hakeemuddin ke mani hain ghair siyasi dayray mein deen ke jo taqazay hain, jis ko ke har fard bila rukawat ikhtiyar kar sakta hai,</w:t>
      </w:r>
    </w:p>
    <w:p>
      <w:pPr>
        <w:jc w:val="right"/>
      </w:pPr>
      <w:r>
        <w:t>حکیم الدین کے معنی ہرگز یہ نہیں ہیں کہ اقامت حکومت۔ اس پر میں نے لکھی ہے تعبیری غلطی، بہت لمبی بحث کی ہے، اس کو آپ پڑھ لیجیے۔ حکیم الدین کے معنی ہیں غیر سیاسی دائرے میں دین کے جو تقاضے ہیں، جس کو کہ ہر فرد بلا رکاوٹ اختیار کر سکتا ہے،</w:t>
      </w:r>
    </w:p>
    <w:p>
      <w:r>
        <w:rPr>
          <w:b/>
        </w:rPr>
        <w:t xml:space="preserve">[1:25:04] </w:t>
      </w:r>
      <w:r>
        <w:t>us ko, us ko is par qaim hona. ya'ni tauheed, ikhlas, ibadat, akhlaq, aur Allah se mohabbat, Allah se khauf, yeh sab cheezen is se murad hain.</w:t>
      </w:r>
    </w:p>
    <w:p>
      <w:pPr>
        <w:jc w:val="right"/>
      </w:pPr>
      <w:r>
        <w:t>اس کو، اس کو اس پر قائم ہونا۔ یعنی توحید، اخلاص، عبادت، اخلاق، اور اللہ سے محبت، اللہ سے خوف، یہ سب چیزیں اس سے مراد ہیں۔</w:t>
      </w:r>
    </w:p>
    <w:p>
      <w:r>
        <w:rPr>
          <w:b/>
        </w:rPr>
        <w:t xml:space="preserve">[1:25:21] </w:t>
      </w:r>
      <w:r>
        <w:t>is ka hukumat se kuch bhi talluq nahin hai. is par mein ne likha hua hai, mein ne yeh bhi likha hai is mein ke sare hi mufassireen mutafiq hain ke is mani mein siyasat shamil nahin hai.</w:t>
      </w:r>
    </w:p>
    <w:p>
      <w:pPr>
        <w:jc w:val="right"/>
      </w:pPr>
      <w:r>
        <w:t>اس کا حکومت سے کچھ بھی تعلق نہیں ہے۔ اس پر میں نے لکھا ہوا ہے، میں نے یہ بھی لکھا ہے اس میں کہ سارے ہی مفسرین متفق ہیں کہ اس معنی میں سیاست شامل نہیں ہے۔</w:t>
      </w:r>
    </w:p>
    <w:p>
      <w:r>
        <w:rPr>
          <w:b/>
        </w:rPr>
        <w:t xml:space="preserve">[1:25:35] </w:t>
      </w:r>
      <w:r>
        <w:t>yeh jo aaj kal ke nikle hain siyasi ta'beer karne walay, yeh to bohat hi ziyada jisarat karte hain aur ke koi saboot nahin hai, aur phir bhi is ko dohrata chale ja rahe hain.</w:t>
      </w:r>
    </w:p>
    <w:p>
      <w:pPr>
        <w:jc w:val="right"/>
      </w:pPr>
      <w:r>
        <w:t>یہ جو آج کل کے نکلے ہیں سیاسی تعبیر کرنے والے، یہ تو بہت ہی زیادہ جسارت کرتے ہیں اور کہ کوئی ثبوت نہیں ہے، اور پھر بھی اس کو دہرایا چلے جا رہے ہیں۔</w:t>
      </w:r>
    </w:p>
    <w:p>
      <w:r>
        <w:rPr>
          <w:b/>
        </w:rPr>
        <w:t xml:space="preserve">[1:25:48] </w:t>
      </w:r>
      <w:r>
        <w:t>ya'ni na to lughat mein saboot hai, na Quran mein saboot hai, na tafseeron mein se koi aik bhi mufassir is ke haq mein hai.</w:t>
      </w:r>
    </w:p>
    <w:p>
      <w:pPr>
        <w:jc w:val="right"/>
      </w:pPr>
      <w:r>
        <w:t>یعنی نہ تو لغت میں ثبوت ہے، نہ قرآن میں ثبوت ہے، نہ تفسیروں میں سے کوئی ایک بھی مفسر اس کے حق میں ہے۔</w:t>
      </w:r>
    </w:p>
    <w:p>
      <w:r>
        <w:rPr>
          <w:b/>
        </w:rPr>
        <w:t xml:space="preserve">[1:25:58] </w:t>
      </w:r>
      <w:r>
        <w:t>mein aap ko aik waqia arz karta hoon ke jab mein ne kitab likhi, Ta'beeri Ghalti, to is fiqh ke jo aima hain, baray baray top ke log, un ko mein ne chhapnay se pehle yeh kitab di thi.</w:t>
      </w:r>
    </w:p>
    <w:p>
      <w:pPr>
        <w:jc w:val="right"/>
      </w:pPr>
      <w:r>
        <w:t>میں آپ کو ایک واقعہ عرض کرتا ہوں کہ جب میں نے کتاب لکھی، تعبیر غلطی، تو اس فقہ کے جو ائمہ ہیں، بڑے بڑے ٹاپ کے لوگ، ان کو میں نے چھپنے سے پہلے یہ کتاب دی تھی۔</w:t>
      </w:r>
    </w:p>
    <w:p>
      <w:r>
        <w:rPr>
          <w:b/>
        </w:rPr>
        <w:t xml:space="preserve">[1:26:11] </w:t>
      </w:r>
      <w:r>
        <w:t>to is mein yeh likha hua tha ke kisi bhi mufassir ne Hakeemuddin ke amal nahin liye.</w:t>
      </w:r>
    </w:p>
    <w:p>
      <w:pPr>
        <w:jc w:val="right"/>
      </w:pPr>
      <w:r>
        <w:t>تو اس میں یہ لکھا ہوا تھا کہ کسی بھی مفسر نے حکیم الدین کے اعمال نہیں لیے۔</w:t>
      </w:r>
    </w:p>
    <w:p>
      <w:r>
        <w:rPr>
          <w:b/>
        </w:rPr>
        <w:t xml:space="preserve">[1:26:17] </w:t>
      </w:r>
      <w:r>
        <w:t>to unhon ne aik hawala diya ke falan mufassir ne liya hai. halankay hawala bilkul galat tha. ya'ni woh is mein idhar udhar kar ke sabit kiya gaya tha ke mufassir ne liya hai.</w:t>
      </w:r>
    </w:p>
    <w:p>
      <w:pPr>
        <w:jc w:val="right"/>
      </w:pPr>
      <w:r>
        <w:t>تو انہوں نے ایک حوالہ دیا کہ فلاں مفسر نے لیا ہے۔ حالانکہ حوالہ بالکل غلط تھا۔ یعنی وہ اس میں ادھر ادھر کر کے ثابت کیا گیا تھا کہ مفسر نے لیا ہے۔</w:t>
      </w:r>
    </w:p>
    <w:p>
      <w:r>
        <w:rPr>
          <w:b/>
        </w:rPr>
        <w:t xml:space="preserve">[1:26:30] </w:t>
      </w:r>
      <w:r>
        <w:t>phir is ko tajziya kiya mein ne. aap parh lijiyey, be-kitab tha, be-Ghalti mein. yeh top ke aalim thay is halqay ke jinhon ne yeh kaam kiya tha ke galat hawala de kar ke sabit karna chaha tha ke aik mufassir is ko manta hai.</w:t>
      </w:r>
    </w:p>
    <w:p>
      <w:pPr>
        <w:jc w:val="right"/>
      </w:pPr>
      <w:r>
        <w:t>پھر اس کو تجزیہ کیا میں نے۔ آپ پڑھ لیجیے، بے کتاب تھا، بے غلطی میں۔ یہ ٹاپ کے عالم تھے اس حلقے کے جنہوں نے یہ کام کیا تھا کہ غلط حوالہ دے کر کے ثابت کرنا چاہا تھا کہ ایک مفسر اس کو مانتا ہے۔</w:t>
      </w:r>
    </w:p>
    <w:p>
      <w:r>
        <w:rPr>
          <w:b/>
        </w:rPr>
        <w:t xml:space="preserve">[1:26:43] </w:t>
      </w:r>
      <w:r>
        <w:t>halankay aur yeh bhi nahin manta. woh bhi nahin manta.</w:t>
      </w:r>
    </w:p>
    <w:p>
      <w:pPr>
        <w:jc w:val="right"/>
      </w:pPr>
      <w:r>
        <w:t>حالانکہ اور یہ بھی نہیں مانتا۔ وہ بھی نہیں مانتا۔</w:t>
      </w:r>
    </w:p>
    <w:p>
      <w:r>
        <w:rPr>
          <w:b/>
        </w:rPr>
        <w:t xml:space="preserve">[1:26:47] </w:t>
      </w:r>
      <w:r>
        <w:t>hata ke mein ne likha tha ke Sawat-ul-Ilham jo hai, be-nuqtah tafseer hai. aik aik tafseer hai jo poori tafseer hai, jis mein nuqtah walay lafz nahin istemal kiye gaye hain.</w:t>
      </w:r>
    </w:p>
    <w:p>
      <w:pPr>
        <w:jc w:val="right"/>
      </w:pPr>
      <w:r>
        <w:t>حتیٰ کہ میں نے لکھا تھا کہ صوات الالہام جو ہے، بے نقط تفسیر ہے۔ ایک ایک تفسیر ہے جو پوری تفسیر ہے، جس میں نقطہ والے لفظ نہیں استعمال کیے گئے ہیں۔</w:t>
      </w:r>
    </w:p>
    <w:p>
      <w:r>
        <w:rPr>
          <w:b/>
        </w:rPr>
        <w:t xml:space="preserve">[1:26:59] </w:t>
      </w:r>
      <w:r>
        <w:t>is tafseer ke naam hai Sawat-ul-Ilham. to mein ne kaha tha ke is mein bhi yeh mafhoom nahin hai jo aap lete hain. to aap is ko dekh lijiyey meri kitab mein, Ta'beeri Ghalti mein.</w:t>
      </w:r>
    </w:p>
    <w:p>
      <w:pPr>
        <w:jc w:val="right"/>
      </w:pPr>
      <w:r>
        <w:t>اس تفسیر کے نام ہے صوات الالہام۔ تو میں نے کہا تھا کہ اس میں بھی یہ مفہوم نہیں ہے جو آپ لیتے ہیں۔ تو آپ اس کو دیکھ لیجیے میری کتاب میں، تعبیر غلطی میں۔</w:t>
      </w:r>
    </w:p>
    <w:p>
      <w:r>
        <w:rPr>
          <w:b/>
        </w:rPr>
        <w:t xml:space="preserve">[1:27:15] </w:t>
      </w:r>
      <w:r>
        <w:t>Maulana, agla sawal Karachi Pakistan se hai, Miss Saira Latif ka. unhon ne likha hai: "aik Muslim khatoon scholar hain jo parde par bohat ziyada zor deti hain.</w:t>
      </w:r>
    </w:p>
    <w:p>
      <w:pPr>
        <w:jc w:val="right"/>
      </w:pPr>
      <w:r>
        <w:t>مولانا، اگلا سوال کراچی پاکستان سے ہے، مس سائرہ لطیف کا۔ انہوں نے لکھا ہے: "ایک مسلم خاتون سکالر ہیں جو پردے پر بہت زیادہ زور دیتی ہیں۔</w:t>
      </w:r>
    </w:p>
    <w:p>
      <w:r>
        <w:rPr>
          <w:b/>
        </w:rPr>
        <w:t xml:space="preserve">[1:27:28] </w:t>
      </w:r>
      <w:r>
        <w:t>yahan tak ke un ke halqay ki alamat ban gayi hai ke un ki sirf aankhen khuli rehti hain.</w:t>
      </w:r>
    </w:p>
    <w:p>
      <w:pPr>
        <w:jc w:val="right"/>
      </w:pPr>
      <w:r>
        <w:t>یہاں تک کہ ان کے حلقے کی علامت بن گئی ہے کہ ان کی صرف آنکھیں کھلی رہتی ہیں۔</w:t>
      </w:r>
    </w:p>
    <w:p>
      <w:r>
        <w:rPr>
          <w:b/>
        </w:rPr>
        <w:t xml:space="preserve">[1:27:36] </w:t>
      </w:r>
      <w:r>
        <w:t>Maulana sahib, kya hamara aik ikhtilafi masla mein itni shiddat karna hamari dawati shaoor ki kami ka nateeja nahin hai?" dekhen, dawati shaoor ka baat alag hai, lekin yeh masla fiqh ka hai.</w:t>
      </w:r>
    </w:p>
    <w:p>
      <w:pPr>
        <w:jc w:val="right"/>
      </w:pPr>
      <w:r>
        <w:t>مولانا صاحب، کیا ہمارا ایک اختلافی مسئلہ میں اتنی شدت کرنا ہماری دعوتی شعور کی کمی کا نتیجہ نہیں ہے؟" دیکھیں، دعوتی شعور کا بات الگ ہے، لیکن یہ مسئلہ فقہ کا ہے۔</w:t>
      </w:r>
    </w:p>
    <w:p>
      <w:r>
        <w:rPr>
          <w:b/>
        </w:rPr>
        <w:t xml:space="preserve">[1:27:54] </w:t>
      </w:r>
      <w:r>
        <w:t>fiqah mein dekhein, do maslak hain. aik masla hai haq hai anaab ka, aik maslak hai doosre logon ka</w:t>
      </w:r>
    </w:p>
    <w:p>
      <w:pPr>
        <w:jc w:val="right"/>
      </w:pPr>
      <w:r>
        <w:t>فقہ میں دیکھیں، دو مسلک ہیں۔ ایک مسئلہ ہے حق ہے اناب کا، ایک مسلک ہے دوسرے لوگوں کا</w:t>
      </w:r>
    </w:p>
    <w:p>
      <w:r>
        <w:rPr>
          <w:b/>
        </w:rPr>
        <w:t xml:space="preserve">[1:28:02] </w:t>
      </w:r>
      <w:r>
        <w:t>. doosre fuqaha ne parde ko yahi ahmiyat di hai jis ko aap ne bataya. lekin maslak hanfi jo hai, is mein dekhein,</w:t>
      </w:r>
    </w:p>
    <w:p>
      <w:pPr>
        <w:jc w:val="right"/>
      </w:pPr>
      <w:r>
        <w:t>۔ دوسرے فقہاء نے پردے کو یہی اہمیت دی ہے جس کو آپ نے بتایا۔ لیکن مسلک حنفی جو ہے، اس میں دیکھیں،</w:t>
      </w:r>
    </w:p>
    <w:p>
      <w:r>
        <w:rPr>
          <w:b/>
        </w:rPr>
        <w:t xml:space="preserve">[1:28:17] </w:t>
      </w:r>
      <w:r>
        <w:t>yani parda to mante hain woh log, lekin teen cheezon ko is se exempt karte hain:</w:t>
      </w:r>
    </w:p>
    <w:p>
      <w:pPr>
        <w:jc w:val="right"/>
      </w:pPr>
      <w:r>
        <w:t>یعنی پردہ تو مانتے ہیں وہ لوگ، لیکن تین چیزوں کو اس سے exempt کرتے ہیں:</w:t>
      </w:r>
    </w:p>
    <w:p>
      <w:r>
        <w:rPr>
          <w:b/>
        </w:rPr>
        <w:t xml:space="preserve">[1:28:25] </w:t>
      </w:r>
      <w:r>
        <w:t>wujh aur kafain aur qadmain. yani chehra aur yeh hath aur paon. jis ko samajh na aaye, us ko to mein do kitabon ka hawala deta hoon, woh parh lein.</w:t>
      </w:r>
    </w:p>
    <w:p>
      <w:pPr>
        <w:jc w:val="right"/>
      </w:pPr>
      <w:r>
        <w:t>وجھ اور کفین اور قدمین۔ یعنی چہرہ اور یہ ہاتھ اور پاؤں۔ جس کو سمجھ نہ آئے، اس کو تو میں دو کتابوں کا حوالہ دیتا ہوں، وہ پڑھ لیں۔</w:t>
      </w:r>
    </w:p>
    <w:p>
      <w:r>
        <w:rPr>
          <w:b/>
        </w:rPr>
        <w:t xml:space="preserve">[1:28:39] </w:t>
      </w:r>
      <w:r>
        <w:t>aik hai allama albani ki kitab "hijab al bal hijab al barah al muslema" aur doosri jo hai, woh pakistan ke bohat hi baray ma'ani aalim thay, maulana shabih rehmat usmani</w:t>
      </w:r>
    </w:p>
    <w:p>
      <w:pPr>
        <w:jc w:val="right"/>
      </w:pPr>
      <w:r>
        <w:t>ایک ہے علامہ البانی کی کتاب "حجاب البل حجاب البراۃ المسلمہ" اور دوسری جو ہے، وہ پاکستان کے بہت ہی بڑے معنی عالم تھے، مولانا شبیہ رحمت عثمانی</w:t>
      </w:r>
    </w:p>
    <w:p>
      <w:r>
        <w:rPr>
          <w:b/>
        </w:rPr>
        <w:t xml:space="preserve">[1:28:52] </w:t>
      </w:r>
      <w:r>
        <w:t>. unhon ne pakistan mein qaraardad maqasid ki qiyadat ki thi. un ki tafseer hai. is mein "illa mazahira minha" ke tehat aap parh li jiye.</w:t>
      </w:r>
    </w:p>
    <w:p>
      <w:pPr>
        <w:jc w:val="right"/>
      </w:pPr>
      <w:r>
        <w:t>۔ انہوں نے پاکستان میں قرارداد مقاصد کی قیادت کی تھی۔ ان کی تفسیر ہے۔ اس میں "الا مظاہرہ منہا" کے تحت آپ پڑھ لیجیے۔</w:t>
      </w:r>
    </w:p>
    <w:p>
      <w:r>
        <w:rPr>
          <w:b/>
        </w:rPr>
        <w:t xml:space="preserve">[1:29:02] </w:t>
      </w:r>
      <w:r>
        <w:t>unhon ne yeh baat likhi hai ke anaab ka maslak yeh hai.</w:t>
      </w:r>
    </w:p>
    <w:p>
      <w:pPr>
        <w:jc w:val="right"/>
      </w:pPr>
      <w:r>
        <w:t>انہوں نے یہ بات لکھی ہے کہ اناب کا مسلک یہ ہے۔</w:t>
      </w:r>
    </w:p>
    <w:p>
      <w:r>
        <w:rPr>
          <w:b/>
        </w:rPr>
        <w:t xml:space="preserve">[1:29:08] </w:t>
      </w:r>
      <w:r>
        <w:t>maulana, agla aik comment aaya hai, woh raipur se hai, miss shabana ka. unhon ne likha hai ke "Today's talk was very inspiring.</w:t>
      </w:r>
    </w:p>
    <w:p>
      <w:pPr>
        <w:jc w:val="right"/>
      </w:pPr>
      <w:r>
        <w:t>مولانا، اگلا ایک کمنٹ آیا ہے، وہ رائے پور سے ہے، مس شبانہ کا۔ انہوں نے لکھا ہے کہ "Today's talk was very inspiring.</w:t>
      </w:r>
    </w:p>
    <w:p>
      <w:r>
        <w:rPr>
          <w:b/>
        </w:rPr>
        <w:t xml:space="preserve">[1:29:17] </w:t>
      </w:r>
      <w:r>
        <w:t>maulana sahib, thank you for giving us content for thinking every Sunday."</w:t>
      </w:r>
    </w:p>
    <w:p>
      <w:pPr>
        <w:jc w:val="right"/>
      </w:pPr>
      <w:r>
        <w:t>مولانا صاحب, thank you for giving us content for thinking every Sunday."</w:t>
      </w:r>
    </w:p>
    <w:p>
      <w:r>
        <w:rPr>
          <w:b/>
        </w:rPr>
        <w:t xml:space="preserve">[1:29:23] </w:t>
      </w:r>
      <w:r>
        <w:t>maulana, agla sawal hai, aah doctor, un ka naam clear nahi hai, aah unhon ne likha hai "How to create centers of informal education?</w:t>
      </w:r>
    </w:p>
    <w:p>
      <w:pPr>
        <w:jc w:val="right"/>
      </w:pPr>
      <w:r>
        <w:t>مولانا، اگلا سوال ہے، آہ ڈاکٹر، ان کا نام clear نہیں ہے، آہ انہوں نے لکھا ہے "How to create centers of informal education?</w:t>
      </w:r>
    </w:p>
    <w:p>
      <w:r>
        <w:rPr>
          <w:b/>
        </w:rPr>
        <w:t xml:space="preserve">[1:29:34] </w:t>
      </w:r>
      <w:r>
        <w:t>Secondly, can we build up good person by distributing the literature of CPS?" kindly comment. ji, yeh aap kar rahe hain. yeh to aap kar rahe hain.</w:t>
      </w:r>
    </w:p>
    <w:p>
      <w:pPr>
        <w:jc w:val="right"/>
      </w:pPr>
      <w:r>
        <w:t>Secondly, can we build up good person by distributing the literature of CPS?" Kindly comment۔ جی، یہ آپ کر رہے ہیں۔ یہ تو آپ کر رہے ہیں۔</w:t>
      </w:r>
    </w:p>
    <w:p>
      <w:r>
        <w:rPr>
          <w:b/>
        </w:rPr>
        <w:t xml:space="preserve">[1:29:45] </w:t>
      </w:r>
      <w:r>
        <w:t>misal ke tor par dekhein, sare musalman negative ho</w:t>
      </w:r>
    </w:p>
    <w:p>
      <w:pPr>
        <w:jc w:val="right"/>
      </w:pPr>
      <w:r>
        <w:t>مثال کے طور پر دیکھیں، سارے مسلمان negative ہو</w:t>
      </w:r>
    </w:p>
    <w:p>
      <w:r>
        <w:rPr>
          <w:b/>
        </w:rPr>
        <w:t xml:space="preserve">[1:29:49] </w:t>
      </w:r>
      <w:r>
        <w:t>rahe hain. is mein agar koi exception hai to CPS ke logon ka hai. isi kitabon ko parh kar ke. sari dunya ke musalman aap jahan yahan se europe tak chale jaiye, america tak chale jaiye, africa tak chale jaiye, aik aik musalman negative ho raha hai.</w:t>
      </w:r>
    </w:p>
    <w:p>
      <w:pPr>
        <w:jc w:val="right"/>
      </w:pPr>
      <w:r>
        <w:t>رہے ہیں۔ اس میں اگر کوئی exception ہے تو CPS کے لوگوں کا ہے۔ اسی کتابوں کو پڑھ کر کے۔ ساری دنیا کے مسلمان آپ جہاں یہاں سے یورپ تک چلے جائیے، امریکہ تک چلے جائیے، افریقہ تک چلے جائیے، ایک ایک مسلمان negative ہو رہا ہے۔</w:t>
      </w:r>
    </w:p>
    <w:p>
      <w:r>
        <w:rPr>
          <w:b/>
        </w:rPr>
        <w:t xml:space="preserve">[1:30:05] </w:t>
      </w:r>
      <w:r>
        <w:t>is pura negativity ke jangall mein sirf wohi log is se bache hue hain jo CPS ke log hain. yahi kitabon ko parh kar ke. to aap is kitabon ko parhwaiye.</w:t>
      </w:r>
    </w:p>
    <w:p>
      <w:pPr>
        <w:jc w:val="right"/>
      </w:pPr>
      <w:r>
        <w:t>اس پورا negativity کے جنگل میں صرف وہی لوگ اس سے بچے ہوئے ہیں جو CPS کے لوگ ہیں۔ یہی کتابوں کو پڑھ کر کے۔ تو آپ اس کتابوں کو پڑھوائیے۔</w:t>
      </w:r>
    </w:p>
    <w:p>
      <w:r>
        <w:rPr>
          <w:b/>
        </w:rPr>
        <w:t xml:space="preserve">[1:30:15] </w:t>
      </w:r>
      <w:r>
        <w:t>mein samajhta hoon ke yeh buniyadi kaam hai. jo hamare haan se tayyar kiya gaya hai. maulana, agla sawal dilli se hai, mister yahya qamar sahib ka.</w:t>
      </w:r>
    </w:p>
    <w:p>
      <w:pPr>
        <w:jc w:val="right"/>
      </w:pPr>
      <w:r>
        <w:t>میں سمجھتا ہوں کہ یہ بنیادی کام ہے۔ جو ہمارے ہاں سے تیار کیا گیا ہے۔ مولانا، اگلا سوال دلی سے ہے، مسٹر یحییٰ قمر صاحب کا۔</w:t>
      </w:r>
    </w:p>
    <w:p>
      <w:r>
        <w:rPr>
          <w:b/>
        </w:rPr>
        <w:t xml:space="preserve">[1:30:26] </w:t>
      </w:r>
      <w:r>
        <w:t>unhon ne likha hai "Is non-confrontation model of muhaddiseen applicable in non-muslim countries as this is pre-government period?</w:t>
      </w:r>
    </w:p>
    <w:p>
      <w:pPr>
        <w:jc w:val="right"/>
      </w:pPr>
      <w:r>
        <w:t>انہوں نے لکھا ہے "Is non-confrontation model of محدثین applicable in non-Muslim countries as this is pre-government period?</w:t>
      </w:r>
    </w:p>
    <w:p>
      <w:r>
        <w:rPr>
          <w:b/>
        </w:rPr>
        <w:t xml:space="preserve">[1:30:38] </w:t>
      </w:r>
      <w:r>
        <w:t>Secondly, can the confrontation with ustamari government be compared with muhaddiseen non-confrontation model?" yeh sawal bilkul ghair mutalliq hai.</w:t>
      </w:r>
    </w:p>
    <w:p>
      <w:pPr>
        <w:jc w:val="right"/>
      </w:pPr>
      <w:r>
        <w:t>Secondly, can the confrontation with استعماری government be compared with محدثین non-confrontation model?" یہ سوال بالکل غیر متعلق ہے۔</w:t>
      </w:r>
    </w:p>
    <w:p>
      <w:r>
        <w:rPr>
          <w:b/>
        </w:rPr>
        <w:t xml:space="preserve">[1:30:52] </w:t>
      </w:r>
      <w:r>
        <w:t>masla yeh nahi hai ke muslim hukumat ho to aap takraao nahi karen ge. aur doosre log hon to aap takraao karen ge. kisi bhi hukumat mein agar aap ko mawaqe hasil hain to aap ko takraao haram hai.</w:t>
      </w:r>
    </w:p>
    <w:p>
      <w:pPr>
        <w:jc w:val="right"/>
      </w:pPr>
      <w:r>
        <w:t>مسئلہ یہ نہیں ہے کہ مسلم حکومت ہو تو آپ ٹکراؤ نہیں کریں گے۔ اور دوسرے لوگ ہوں تو آپ ٹکراؤ کریں گے۔ کسی بھی حکومت میں اگر آپ کو مواقع حاصل ہیں تو آپ کو ٹکراؤ حرام ہے۔</w:t>
      </w:r>
    </w:p>
    <w:p>
      <w:r>
        <w:rPr>
          <w:b/>
        </w:rPr>
        <w:t xml:space="preserve">[1:31:06] </w:t>
      </w:r>
      <w:r>
        <w:t>haram.</w:t>
      </w:r>
    </w:p>
    <w:p>
      <w:pPr>
        <w:jc w:val="right"/>
      </w:pPr>
      <w:r>
        <w:t>حرام۔</w:t>
      </w:r>
    </w:p>
    <w:p>
      <w:r>
        <w:rPr>
          <w:b/>
        </w:rPr>
        <w:t xml:space="preserve">[1:31:07] </w:t>
      </w:r>
      <w:r>
        <w:t>chahe india ho ya america ho. asal masla yeh nahi hai ke woh hukumat mein jo baitha hua hai, woh muslim hai ya non-muslim. seat par.</w:t>
      </w:r>
    </w:p>
    <w:p>
      <w:pPr>
        <w:jc w:val="right"/>
      </w:pPr>
      <w:r>
        <w:t>چاہے انڈیا ہو یا امریکہ ہو۔ اصل مسئلہ یہ نہیں ہے کہ وہ حکومت میں جو بیٹھا ہوا ہے، وہ مسلم ہے یا non-Muslim۔ سیٹ پر۔</w:t>
      </w:r>
    </w:p>
    <w:p>
      <w:r>
        <w:rPr>
          <w:b/>
        </w:rPr>
        <w:t xml:space="preserve">[1:31:15] </w:t>
      </w:r>
      <w:r>
        <w:t>is se koi baat nahi hai. baat sirf yeh hai ke freedom of religion hai ke nahi hai. jab hai to bas phir haram ho gaya woh.</w:t>
      </w:r>
    </w:p>
    <w:p>
      <w:pPr>
        <w:jc w:val="right"/>
      </w:pPr>
      <w:r>
        <w:t>اس سے کوئی بات نہیں ہے۔ بات صرف یہ ہے کہ freedom of religion ہے کہ نہیں ہے۔ جب ہے تو بس پھر حرام ہو گیا وہ۔</w:t>
      </w:r>
    </w:p>
    <w:p>
      <w:r>
        <w:rPr>
          <w:b/>
        </w:rPr>
        <w:t xml:space="preserve">[1:31:26] </w:t>
      </w:r>
      <w:r>
        <w:t>jaise muhaddiseen ke zamanay mein muslim hukmaran thay. sahih hai. lekin aaj jo hai, non-hukmran, yeh non-muslim hain, yeh bhi sahih hai.</w:t>
      </w:r>
    </w:p>
    <w:p>
      <w:pPr>
        <w:jc w:val="right"/>
      </w:pPr>
      <w:r>
        <w:t>جیسے محدثین کے زمانے میں مسلم حکمران تھے۔ صحیح ہے۔ لیکن آج جو ہے، non-hukmran، یہ non-Muslim ہیں، یہ بھی صحیح ہے۔</w:t>
      </w:r>
    </w:p>
    <w:p>
      <w:r>
        <w:rPr>
          <w:b/>
        </w:rPr>
        <w:t xml:space="preserve">[1:31:35] </w:t>
      </w:r>
      <w:r>
        <w:t>lekin illat to mushtarak hai. illat mushtarak hai. yani mawaqe kaar jo woh de raha ho, us se takraao nahi kiya jayega.</w:t>
      </w:r>
    </w:p>
    <w:p>
      <w:pPr>
        <w:jc w:val="right"/>
      </w:pPr>
      <w:r>
        <w:t>لیکن علت تو مشترک ہے۔ علت مشترک ہے۔ یعنی مواقع کار جو وہ دے رہا ہو، اس سے ٹکراؤ نہیں کیا جائے گا۔</w:t>
      </w:r>
    </w:p>
    <w:p>
      <w:r>
        <w:rPr>
          <w:b/>
        </w:rPr>
        <w:t xml:space="preserve">[1:31:45] </w:t>
      </w:r>
      <w:r>
        <w:t>yani opportunity khuli rahen aur freedom of religion maujood ho to phir takraao haram ho jayega. chahe woh america ho ya india ho ya koi aur mulk ho.</w:t>
      </w:r>
    </w:p>
    <w:p>
      <w:pPr>
        <w:jc w:val="right"/>
      </w:pPr>
      <w:r>
        <w:t>یعنی opportunity کھلی رہیں اور freedom of religion موجود ہو تو پھر ٹکراؤ حرام ہو جائے گا۔ چاہے وہ امریکہ ہو یا انڈیا ہو یا کوئی اور ملک ہو۔</w:t>
      </w:r>
    </w:p>
    <w:p>
      <w:r>
        <w:rPr>
          <w:b/>
        </w:rPr>
        <w:t xml:space="preserve">[1:31:59] </w:t>
      </w:r>
      <w:r>
        <w:t>maulana, agla sawal aah kolkata se hai, mister rakesh ka. unhon ne likha hai "Moulana sahib, why is it that sincerity cannot be seen these days?"</w:t>
      </w:r>
    </w:p>
    <w:p>
      <w:pPr>
        <w:jc w:val="right"/>
      </w:pPr>
      <w:r>
        <w:t>مولانا، اگلا سوال آہ کلکتہ سے ہے، مسٹر راکیش کا۔ انہوں نے لکھا ہے "Moulana صاحب, why is it that sincerity cannot be seen these days?"</w:t>
      </w:r>
    </w:p>
    <w:p>
      <w:r>
        <w:rPr>
          <w:b/>
        </w:rPr>
        <w:t xml:space="preserve">[1:32:18] </w:t>
      </w:r>
      <w:r>
        <w:t>dekhen, consumerism jo aaya hai, is ne sab ko selfish bana diya hai.</w:t>
      </w:r>
    </w:p>
    <w:p>
      <w:pPr>
        <w:jc w:val="right"/>
      </w:pPr>
      <w:r>
        <w:t>دیکھیں، consumerism جو آیا ہے، اس نے سب کو selfish بنا دیا ہے۔</w:t>
      </w:r>
    </w:p>
    <w:p>
      <w:r>
        <w:rPr>
          <w:b/>
        </w:rPr>
        <w:t xml:space="preserve">[1:32:24] </w:t>
      </w:r>
      <w:r>
        <w:t>consumerism</w:t>
      </w:r>
    </w:p>
    <w:p>
      <w:pPr>
        <w:jc w:val="right"/>
      </w:pPr>
      <w:r>
        <w:t>consumerism</w:t>
      </w:r>
    </w:p>
    <w:p>
      <w:r>
        <w:rPr>
          <w:b/>
        </w:rPr>
        <w:t xml:space="preserve">[1:32:28] </w:t>
      </w:r>
      <w:r>
        <w:t>se sab log ek taraf selfish ho gaye hain. paisa, paisa, paisa. hamare bachpan mein koi item nahin hota jis ko khareede aadmi.</w:t>
      </w:r>
    </w:p>
    <w:p>
      <w:pPr>
        <w:jc w:val="right"/>
      </w:pPr>
      <w:r>
        <w:t>سے سب لوگ ایک طرف selfish ہو گئے ہیں۔ پیسہ، پیسہ، پیسہ۔ ہمارے بچپن میں کوئی آئٹم نہیں ہوتا جس کو خریدے آدمی۔</w:t>
      </w:r>
    </w:p>
    <w:p>
      <w:r>
        <w:rPr>
          <w:b/>
        </w:rPr>
        <w:t xml:space="preserve">[1:32:37] </w:t>
      </w:r>
      <w:r>
        <w:t>hata ke ek glass bhi nahin tha. to paise ki koi zaroorat hi nahin thi.</w:t>
      </w:r>
    </w:p>
    <w:p>
      <w:pPr>
        <w:jc w:val="right"/>
      </w:pPr>
      <w:r>
        <w:t>حتیٰ کہ ایک گلاس بھی نہیں تھا۔ تو پیسے کی کوئی ضرورت ہی نہیں تھی۔</w:t>
      </w:r>
    </w:p>
    <w:p>
      <w:r>
        <w:rPr>
          <w:b/>
        </w:rPr>
        <w:t xml:space="preserve">[1:32:43] </w:t>
      </w:r>
      <w:r>
        <w:t>mujhe yaad hai ke mere bachpan mein ek aadmi ek bail gaari par sarson laad kar le aaya. sarson. aur koi khareedar is ka nahin tha.</w:t>
      </w:r>
    </w:p>
    <w:p>
      <w:pPr>
        <w:jc w:val="right"/>
      </w:pPr>
      <w:r>
        <w:t>مجھے یاد ہے کہ میرے بچپن میں ایک آدمی ایک بیل گاڑی پر سرسوں لاد کر لے آیا۔ سرسوں۔ اور کوئی خریدار اس کا نہیں تھا۔</w:t>
      </w:r>
    </w:p>
    <w:p>
      <w:r>
        <w:rPr>
          <w:b/>
        </w:rPr>
        <w:t xml:space="preserve">[1:32:55] </w:t>
      </w:r>
      <w:r>
        <w:t>to ek aadmi ko woh das rupay mein sab de ke chala gaya. aaj ke lehaz se woh das hazar se bhi zyada tha woh. to us zamane mein koi yaani aadmi paisa kare to kya kare?</w:t>
      </w:r>
    </w:p>
    <w:p>
      <w:pPr>
        <w:jc w:val="right"/>
      </w:pPr>
      <w:r>
        <w:t>تو ایک آدمی کو وہ دس روپے میں سب دے کے چلا گیا۔ آج کے لحاظ سے وہ دس ہزار سے بھی زیادہ تھا وہ۔ تو اس زمانے میں کوئی یعنی آدمی پیسہ کرے تو کیا کرے؟</w:t>
      </w:r>
    </w:p>
    <w:p>
      <w:r>
        <w:rPr>
          <w:b/>
        </w:rPr>
        <w:t xml:space="preserve">[1:33:06] </w:t>
      </w:r>
      <w:r>
        <w:t>aaj hazaron item hain. aaj hazaron ka million item hai. to woh woh temperature yaani consumerism ne jo temperature paida kiya, us ne sab ko money oriented bana diya.</w:t>
      </w:r>
    </w:p>
    <w:p>
      <w:pPr>
        <w:jc w:val="right"/>
      </w:pPr>
      <w:r>
        <w:t>آج ہزاروں آئٹم ہیں۔ آج ہزاروں کا ملین آئٹم ہے۔ تو وہ وہ temperature یعنی consumerism نے جو temperature پیدا کیا، اس نے سب کو money oriented بنا دیا۔</w:t>
      </w:r>
    </w:p>
    <w:p>
      <w:r>
        <w:rPr>
          <w:b/>
        </w:rPr>
        <w:t xml:space="preserve">[1:33:19] </w:t>
      </w:r>
      <w:r>
        <w:t>sab ko selfish bana diya. ab mere jaisa koi aadmi ke meri koi zaroorat hi nahin. main apne aap ko yaani is had par rakhe hue hoon ke jahan bare necessities mere liye kafi hain.</w:t>
      </w:r>
    </w:p>
    <w:p>
      <w:pPr>
        <w:jc w:val="right"/>
      </w:pPr>
      <w:r>
        <w:t>سب کو selfish بنا دیا۔ اب میرے جیسا کوئی آدمی کہ میری کوئی ضرورت ہی نہیں۔ میں اپنے آپ کو یعنی اس حد پر رکھے ہوئے ہوں کہ جہاں bare necessities میرے لیے کافی ہیں۔</w:t>
      </w:r>
    </w:p>
    <w:p>
      <w:r>
        <w:rPr>
          <w:b/>
        </w:rPr>
        <w:t xml:space="preserve">[1:33:32] </w:t>
      </w:r>
      <w:r>
        <w:t>to jo aadmi yahan tak aa jaye, wohi bach sakta hai is se warna bachega nahin. bare necessities ke sath meri koi zaroorat nahin hai.</w:t>
      </w:r>
    </w:p>
    <w:p>
      <w:pPr>
        <w:jc w:val="right"/>
      </w:pPr>
      <w:r>
        <w:t>تو جو آدمی یہاں تک آ جائے، وہی بچ سکتا ہے اس سے ورنہ بچے گا نہیں۔ bare necessities کے ساتھ میری کوئی ضرورت نہیں ہے۔</w:t>
      </w:r>
    </w:p>
    <w:p>
      <w:r>
        <w:rPr>
          <w:b/>
        </w:rPr>
        <w:t xml:space="preserve">[1:33:43] </w:t>
      </w:r>
      <w:r>
        <w:t>to jo aadmi is is had tak aa jaye, us wohi sincere hoga. warna woh to ban jayega dishonest, selfish.</w:t>
      </w:r>
    </w:p>
    <w:p>
      <w:pPr>
        <w:jc w:val="right"/>
      </w:pPr>
      <w:r>
        <w:t>تو جو آدمی اس اس حد تک آ جائے، اس وہی sincere ہوگا۔ ورنہ وہ تو بن جائے گا dishonest، selfish۔</w:t>
      </w:r>
    </w:p>
    <w:p>
      <w:r>
        <w:rPr>
          <w:b/>
        </w:rPr>
        <w:t xml:space="preserve">[1:33:51] </w:t>
      </w:r>
      <w:r>
        <w:t>kyun ke is ko paisa chahiye. paisa chahiye. paisa chahiye. is ko marketing, is ko woh karna hai. shopping karna hai. is ko bachchon ko yeh karna hai, woh karna hai.</w:t>
      </w:r>
    </w:p>
    <w:p>
      <w:pPr>
        <w:jc w:val="right"/>
      </w:pPr>
      <w:r>
        <w:t>کیونکہ اس کو پیسہ چاہیے۔ پیسہ چاہیے۔ پیسہ چاہیے۔ اس کو marketing, اس کو وہ کرنا ہے۔ shopping کرنا ہے۔ اس کو بچوں کو یہ کرنا ہے، وہ کرنا ہے۔</w:t>
      </w:r>
    </w:p>
    <w:p>
      <w:r>
        <w:rPr>
          <w:b/>
        </w:rPr>
        <w:t xml:space="preserve">[1:34:03] </w:t>
      </w:r>
      <w:r>
        <w:t>to yeh is daur mein jo yaani jo jis ko hum kaha jata hai consumerism, is daur ka taqaza hai ke log selfish ban gaye hain.</w:t>
      </w:r>
    </w:p>
    <w:p>
      <w:pPr>
        <w:jc w:val="right"/>
      </w:pPr>
      <w:r>
        <w:t>تو یہ اس دور میں جو یعنی جو جس کو ہم کہا جاتا ہے consumerism، اس دور کا تقاضا ہے کہ لوگ selfish بن گئے ہیں۔</w:t>
      </w:r>
    </w:p>
    <w:p>
      <w:r>
        <w:rPr>
          <w:b/>
        </w:rPr>
        <w:t xml:space="preserve">[1:34:15] </w:t>
      </w:r>
      <w:r>
        <w:t>aur money oriented un ki soch ho gayi hai. aur bas more aur more ka un ko ek jis ko kehte hain hindi mein kehte hain hoard lagi hui hai.</w:t>
      </w:r>
    </w:p>
    <w:p>
      <w:pPr>
        <w:jc w:val="right"/>
      </w:pPr>
      <w:r>
        <w:t>اور money oriented ان کی سوچ ہو گئی ہے۔ اور بس مور اور مور کا ان کو ایک جس کو کہتے ہیں ہندی میں کہتے ہیں hoard لگی ہوئی ہے۔</w:t>
      </w:r>
    </w:p>
    <w:p>
      <w:r>
        <w:rPr>
          <w:b/>
        </w:rPr>
        <w:t xml:space="preserve">[1:34:29] </w:t>
      </w:r>
      <w:r>
        <w:t>maulana, yeh ek comment aaya hai doha, qatar se maulana abdul basit umri ka. unhon ne likha hai: "maulana, aaj ki taqreer mein jo baat aap ne kahi, hukumaton se takkaraye baghair deen ka kaam kar sakte hain, aur is is ka namuna muhaddiseen ke daur se hamein milta hai.</w:t>
      </w:r>
    </w:p>
    <w:p>
      <w:pPr>
        <w:jc w:val="right"/>
      </w:pPr>
      <w:r>
        <w:t>مولانا، یہ ایک کمنٹ آیا ہے دوحہ، قطر سے مولانا عبدالباسط عمری کا۔ انہوں نے لکھا ہے: "مولانا، آج کی تقریر میں جو بات آپ نے کہی، حکومتوں سے ٹکرائے بغیر دین کا کام کر سکتے ہیں، اور اس اس کا نمونہ محدثین کے دور سے ہمیں ملتا ہے۔</w:t>
      </w:r>
    </w:p>
    <w:p>
      <w:r>
        <w:rPr>
          <w:b/>
        </w:rPr>
        <w:t xml:space="preserve">[1:34:49] </w:t>
      </w:r>
      <w:r>
        <w:t>yeh baat main ne aaj pehli dafa jani hai."</w:t>
      </w:r>
    </w:p>
    <w:p>
      <w:pPr>
        <w:jc w:val="right"/>
      </w:pPr>
      <w:r>
        <w:t>یہ بات میں نے آج پہلی دفعہ جانی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