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Social Reform | December 22, 2013 | Maulana Wahiduddin Khan</w:t>
      </w:r>
    </w:p>
    <w:p>
      <w:r>
        <w:t>https://www.youtube.com/watch?v=kGP903BvDto</w:t>
      </w:r>
    </w:p>
    <w:p>
      <w:r>
        <w:rPr>
          <w:b/>
        </w:rPr>
        <w:t xml:space="preserve">[00:15] </w:t>
      </w:r>
      <w:r>
        <w:t>bismillah rahman rahim, wa salla Allahu ala nabi al karim.</w:t>
      </w:r>
    </w:p>
    <w:p>
      <w:pPr>
        <w:jc w:val="right"/>
      </w:pPr>
      <w:r>
        <w:t>بسم اللہ الرحمن الرحیم، وصلی اللہ علی النبی الکریم۔</w:t>
      </w:r>
    </w:p>
    <w:p>
      <w:r>
        <w:rPr>
          <w:b/>
        </w:rPr>
        <w:t xml:space="preserve">[00:25]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aaj december 2013 ki 22 tareekh hai.</w:t>
      </w:r>
    </w:p>
    <w:p>
      <w:pPr>
        <w:jc w:val="right"/>
      </w:pPr>
      <w:r>
        <w:t>آج دسمبر 2013 کی 22 تاریخ ہے۔</w:t>
      </w:r>
    </w:p>
    <w:p>
      <w:r>
        <w:rPr>
          <w:b/>
        </w:rPr>
        <w:t xml:space="preserve">[00:45] </w:t>
      </w:r>
      <w:r>
        <w:t>aaj ke liye jo mozu hai woh hai samaji islah, yaani social reform.</w:t>
      </w:r>
    </w:p>
    <w:p>
      <w:pPr>
        <w:jc w:val="right"/>
      </w:pPr>
      <w:r>
        <w:t>آج کے لیے جو موضوع ہے وہ ہے سماجی اصلاح، یعنی Social Reform۔</w:t>
      </w:r>
    </w:p>
    <w:p>
      <w:r>
        <w:rPr>
          <w:b/>
        </w:rPr>
        <w:t xml:space="preserve">[00:55] </w:t>
      </w:r>
      <w:r>
        <w:t>yeh history ka ek ajeeb sawal hai ke poori history mein, jo poori known history hai, beshumar</w:t>
      </w:r>
    </w:p>
    <w:p>
      <w:pPr>
        <w:jc w:val="right"/>
      </w:pPr>
      <w:r>
        <w:t>یہ History کا ایک عجیب سوال ہے کہ پوری History میں، جو پوری Known History ہے، بے شمار</w:t>
      </w:r>
    </w:p>
    <w:p>
      <w:r>
        <w:rPr>
          <w:b/>
        </w:rPr>
        <w:t xml:space="preserve">[01:06] </w:t>
      </w:r>
      <w:r>
        <w:t>log paida hue jin ko social reformer kaha jata hai.</w:t>
      </w:r>
    </w:p>
    <w:p>
      <w:pPr>
        <w:jc w:val="right"/>
      </w:pPr>
      <w:r>
        <w:t>لوگ پیدا ہوئے جن کو Social Reformer کہا جاتا ہے۔</w:t>
      </w:r>
    </w:p>
    <w:p>
      <w:r>
        <w:rPr>
          <w:b/>
        </w:rPr>
        <w:t xml:space="preserve">[01:16] </w:t>
      </w:r>
      <w:r>
        <w:t>magar yeh ek haqeeqat hai ke jitne bhi Social Reformer uthe, unhon ne sirf negative role ada kiya, positive role koi ada na kar saka poori History mein. matlab jis ko woh samajhte the ke yeh Social Uplift ke liye rukawat hai, us ke khilaf ladna, us ki History banai logon ne. to sab ka negative r</w:t>
      </w:r>
    </w:p>
    <w:p>
      <w:pPr>
        <w:jc w:val="right"/>
      </w:pPr>
      <w:r>
        <w:t>مگر یہ ایک حقیقت ہے کہ جتنے بھی Social Reformer اٹھے، انہوں نے صرف Negative Role ادا کیا، Positive Role کوئی ادا نہ کر سکا پوری History میں۔ مطلب جس کو وہ سمجھتے تھے کہ یہ Social Uplift کے لیے رکاوٹ ہے، اس کے خلاف لڑنا، اس کی History بنائی لوگوں نے۔ تو سب کا Negative R</w:t>
      </w:r>
    </w:p>
    <w:p>
      <w:r>
        <w:rPr>
          <w:b/>
        </w:rPr>
        <w:t xml:space="preserve">[01:46] </w:t>
      </w:r>
      <w:r>
        <w:t>ole hai, positive role nahi kisi ka.</w:t>
      </w:r>
    </w:p>
    <w:p>
      <w:pPr>
        <w:jc w:val="right"/>
      </w:pPr>
      <w:r>
        <w:t>ole ہے، Positive Role نہیں کسی کا۔</w:t>
      </w:r>
    </w:p>
    <w:p>
      <w:r>
        <w:rPr>
          <w:b/>
        </w:rPr>
        <w:t xml:space="preserve">[01:51] </w:t>
      </w:r>
      <w:r>
        <w:t>is poori history mein ek thori si, ek short period hai rasool Allah salallahu alaihi wasallam ka,</w:t>
      </w:r>
    </w:p>
    <w:p>
      <w:pPr>
        <w:jc w:val="right"/>
      </w:pPr>
      <w:r>
        <w:t>اس پوری History میں ایک تھوڑی سی، ایک Short Period ہے رسول اللہ صلی اللہ علیہ وسلم کا،</w:t>
      </w:r>
    </w:p>
    <w:p>
      <w:r>
        <w:rPr>
          <w:b/>
        </w:rPr>
        <w:t xml:space="preserve">[01:56] </w:t>
      </w:r>
      <w:r>
        <w:t>jis ko hum keh sakte hain ke woh Positive Role tha.</w:t>
      </w:r>
    </w:p>
    <w:p>
      <w:pPr>
        <w:jc w:val="right"/>
      </w:pPr>
      <w:r>
        <w:t>جس کو ہم کہہ سکتے ہیں کہ وہ Positive Role تھا۔</w:t>
      </w:r>
    </w:p>
    <w:p>
      <w:r>
        <w:rPr>
          <w:b/>
        </w:rPr>
        <w:t xml:space="preserve">[02:00] </w:t>
      </w:r>
      <w:r>
        <w:t>bagh-e-khud muslim History bhi Positive Role se khali hai.</w:t>
      </w:r>
    </w:p>
    <w:p>
      <w:pPr>
        <w:jc w:val="right"/>
      </w:pPr>
      <w:r>
        <w:t>باغِ خود مسلم History بھی Positive Role سے خالی ہے۔</w:t>
      </w:r>
    </w:p>
    <w:p>
      <w:r>
        <w:rPr>
          <w:b/>
        </w:rPr>
        <w:t xml:space="preserve">[02:05] </w:t>
      </w:r>
      <w:r>
        <w:t>aaj kal Islam ke naam par saare muslim mulkon mein hangaame jaari hain, lekin woh sab Negative Role</w:t>
      </w:r>
    </w:p>
    <w:p>
      <w:pPr>
        <w:jc w:val="right"/>
      </w:pPr>
      <w:r>
        <w:t>آج کل اسلام کے نام پر سارے مسلم ملکوں میں ہنگامے جاری ہیں، لیکن وہ سب Negative Role</w:t>
      </w:r>
    </w:p>
    <w:p>
      <w:r>
        <w:rPr>
          <w:b/>
        </w:rPr>
        <w:t xml:space="preserve">[02:10] </w:t>
      </w:r>
      <w:r>
        <w:t>hain, koi Positive Role nahin.</w:t>
      </w:r>
    </w:p>
    <w:p>
      <w:pPr>
        <w:jc w:val="right"/>
      </w:pPr>
      <w:r>
        <w:t>ہیں، کوئی Positive Role نہیں۔</w:t>
      </w:r>
    </w:p>
    <w:p>
      <w:r>
        <w:rPr>
          <w:b/>
        </w:rPr>
        <w:t xml:space="preserve">[02:15] </w:t>
      </w:r>
      <w:r>
        <w:t>is mauzu par aaj mujhe kuch arz karna hai.</w:t>
      </w:r>
    </w:p>
    <w:p>
      <w:pPr>
        <w:jc w:val="right"/>
      </w:pPr>
      <w:r>
        <w:t>اس موضوع پر آج مجھے کچھ عرض کرنا ہے۔</w:t>
      </w:r>
    </w:p>
    <w:p>
      <w:r>
        <w:rPr>
          <w:b/>
        </w:rPr>
        <w:t xml:space="preserve">[02:19] </w:t>
      </w:r>
      <w:r>
        <w:t>is par main sochna shuru kiya, ek tajruba hua mujhe.</w:t>
      </w:r>
    </w:p>
    <w:p>
      <w:pPr>
        <w:jc w:val="right"/>
      </w:pPr>
      <w:r>
        <w:t>اس پر میں سوچنا شروع کیا، ایک تجربہ ہوا مجھے۔</w:t>
      </w:r>
    </w:p>
    <w:p>
      <w:r>
        <w:rPr>
          <w:b/>
        </w:rPr>
        <w:t xml:space="preserve">[02:25] </w:t>
      </w:r>
      <w:r>
        <w:t>ek saahab jo kaafi parhe likhe hain, un ki Education India mein hui hai aur UK mein bhi hui hai.</w:t>
      </w:r>
    </w:p>
    <w:p>
      <w:pPr>
        <w:jc w:val="right"/>
      </w:pPr>
      <w:r>
        <w:t>ایک صاحب جو کافی پڑھے لکھے ہیں، ان کی Education انڈیا میں ہوئی ہے اور UK میں بھی ہوئی ہے۔</w:t>
      </w:r>
    </w:p>
    <w:p>
      <w:r>
        <w:rPr>
          <w:b/>
        </w:rPr>
        <w:t xml:space="preserve">[02:32] </w:t>
      </w:r>
      <w:r>
        <w:t>to unhon ne bataya ke main apne aap ko in logon mein samajhta tha jo apne ko Social</w:t>
      </w:r>
    </w:p>
    <w:p>
      <w:pPr>
        <w:jc w:val="right"/>
      </w:pPr>
      <w:r>
        <w:t>تو انہوں نے بتایا کہ میں اپنے آپ کو ان لوگوں میں سمجھتا تھا جو اپنے کو Social</w:t>
      </w:r>
    </w:p>
    <w:p>
      <w:r>
        <w:rPr>
          <w:b/>
        </w:rPr>
        <w:t xml:space="preserve">[02:38] </w:t>
      </w:r>
      <w:r>
        <w:t>Scientist kehte hain.</w:t>
      </w:r>
    </w:p>
    <w:p>
      <w:pPr>
        <w:jc w:val="right"/>
      </w:pPr>
      <w:r>
        <w:t>Scientist کہتے ہیں۔</w:t>
      </w:r>
    </w:p>
    <w:p>
      <w:r>
        <w:rPr>
          <w:b/>
        </w:rPr>
        <w:t xml:space="preserve">[02:44] </w:t>
      </w:r>
      <w:r>
        <w:t>aaj kal jo Social Reformer hote hain, to Intellectuals ne naye naye</w:t>
      </w:r>
    </w:p>
    <w:p>
      <w:pPr>
        <w:jc w:val="right"/>
      </w:pPr>
      <w:r>
        <w:t>آج کل جو Social Reformer ہوتے ہیں، تو Intellectuals نے نئے نئے</w:t>
      </w:r>
    </w:p>
    <w:p>
      <w:r>
        <w:rPr>
          <w:b/>
        </w:rPr>
        <w:t xml:space="preserve">[02:50] </w:t>
      </w:r>
      <w:r>
        <w:t>Term banaye hain, to ek Term hai Social Scientist.</w:t>
      </w:r>
    </w:p>
    <w:p>
      <w:pPr>
        <w:jc w:val="right"/>
      </w:pPr>
      <w:r>
        <w:t>Term بنائے ہیں، تو ایک Term ہے Social Scientist۔</w:t>
      </w:r>
    </w:p>
    <w:p>
      <w:r>
        <w:rPr>
          <w:b/>
        </w:rPr>
        <w:t xml:space="preserve">[02:55] </w:t>
      </w:r>
      <w:r>
        <w:t>to unhon ne kaha ke main kai baras tak Social Scientist bana raha, lekin phir mujhe, phir main</w:t>
      </w:r>
    </w:p>
    <w:p>
      <w:pPr>
        <w:jc w:val="right"/>
      </w:pPr>
      <w:r>
        <w:t>تو انہوں نے کہا کہ میں کئی برس تک Social Scientist بنا رہا، لیکن پھر مجھے، پھر میں</w:t>
      </w:r>
    </w:p>
    <w:p>
      <w:r>
        <w:rPr>
          <w:b/>
        </w:rPr>
        <w:t xml:space="preserve">[03:00] </w:t>
      </w:r>
      <w:r>
        <w:t>ne Introspection kiya.</w:t>
      </w:r>
    </w:p>
    <w:p>
      <w:pPr>
        <w:jc w:val="right"/>
      </w:pPr>
      <w:r>
        <w:t>نے Introspection کیا۔</w:t>
      </w:r>
    </w:p>
    <w:p>
      <w:r>
        <w:rPr>
          <w:b/>
        </w:rPr>
        <w:t xml:space="preserve">[03:05] </w:t>
      </w:r>
      <w:r>
        <w:t>woh kaafi Sincere aadmi the.</w:t>
      </w:r>
    </w:p>
    <w:p>
      <w:pPr>
        <w:jc w:val="right"/>
      </w:pPr>
      <w:r>
        <w:t>وہ کافی Sincere آدمی تھے۔</w:t>
      </w:r>
    </w:p>
    <w:p>
      <w:r>
        <w:rPr>
          <w:b/>
        </w:rPr>
        <w:t xml:space="preserve">[03:10] </w:t>
      </w:r>
      <w:r>
        <w:t>to unhon ne kaha ke main ne paaya ke main Social Scientist nahin hoon, main to Social Critic hoon.</w:t>
      </w:r>
    </w:p>
    <w:p>
      <w:pPr>
        <w:jc w:val="right"/>
      </w:pPr>
      <w:r>
        <w:t>تو انہوں نے کہا کہ میں نے پایا کہ میں Social Scientist نہیں ہوں، میں تو Social Critic ہوں۔</w:t>
      </w:r>
    </w:p>
    <w:p>
      <w:r>
        <w:rPr>
          <w:b/>
        </w:rPr>
        <w:t xml:space="preserve">[03:15] </w:t>
      </w:r>
      <w:r>
        <w:t>matlab jo Existing</w:t>
      </w:r>
    </w:p>
    <w:p>
      <w:pPr>
        <w:jc w:val="right"/>
      </w:pPr>
      <w:r>
        <w:t>مطلب جو Existing</w:t>
      </w:r>
    </w:p>
    <w:p>
      <w:r>
        <w:rPr>
          <w:b/>
        </w:rPr>
        <w:t xml:space="preserve">[03:20] </w:t>
      </w:r>
      <w:r>
        <w:t>Society hai, Existing System hai, is ke khilaaf bolna, is ke khilaaf bolna, is ke khilaaf bolna.</w:t>
      </w:r>
    </w:p>
    <w:p>
      <w:pPr>
        <w:jc w:val="right"/>
      </w:pPr>
      <w:r>
        <w:t>Society ہے، Existing System ہے، اس کے خلاف بولنا، اس کے خلاف بولنا، اس کے خلاف بولنا۔</w:t>
      </w:r>
    </w:p>
    <w:p>
      <w:r>
        <w:rPr>
          <w:b/>
        </w:rPr>
        <w:t xml:space="preserve">[03:25] </w:t>
      </w:r>
      <w:r>
        <w:t>aur koi Positive Role to mera hai nahin.</w:t>
      </w:r>
    </w:p>
    <w:p>
      <w:pPr>
        <w:jc w:val="right"/>
      </w:pPr>
      <w:r>
        <w:t>اور کوئی Positive Role تو میرا ہے نہیں۔</w:t>
      </w:r>
    </w:p>
    <w:p>
      <w:r>
        <w:rPr>
          <w:b/>
        </w:rPr>
        <w:t xml:space="preserve">[03:30] </w:t>
      </w:r>
      <w:r>
        <w:t>aur unhon ne kaha ke saare Social Scientist sab Social Critic hi to hain.</w:t>
      </w:r>
    </w:p>
    <w:p>
      <w:pPr>
        <w:jc w:val="right"/>
      </w:pPr>
      <w:r>
        <w:t>اور انہوں نے کہا کہ سارے Social Scientist سب Social Critic ہی تو ہیں۔</w:t>
      </w:r>
    </w:p>
    <w:p>
      <w:r>
        <w:rPr>
          <w:b/>
        </w:rPr>
        <w:t xml:space="preserve">[03:35] </w:t>
      </w:r>
      <w:r>
        <w:t>is se mera Mind Trigger hua.</w:t>
      </w:r>
    </w:p>
    <w:p>
      <w:pPr>
        <w:jc w:val="right"/>
      </w:pPr>
      <w:r>
        <w:t>اس سے میرا Mind Trigger ہوا۔</w:t>
      </w:r>
    </w:p>
    <w:p>
      <w:r>
        <w:rPr>
          <w:b/>
        </w:rPr>
        <w:t xml:space="preserve">[03:40] </w:t>
      </w:r>
      <w:r>
        <w:t>aur main ne jab socha to maloom hua ke saari History bhi ek qissa hai.</w:t>
      </w:r>
    </w:p>
    <w:p>
      <w:pPr>
        <w:jc w:val="right"/>
      </w:pPr>
      <w:r>
        <w:t>اور میں نے جب سوچا تو معلوم ہوا کہ ساری History بھی ایک قصہ ہے۔</w:t>
      </w:r>
    </w:p>
    <w:p>
      <w:r>
        <w:rPr>
          <w:b/>
        </w:rPr>
        <w:t xml:space="preserve">[03:45] </w:t>
      </w:r>
      <w:r>
        <w:t>jitne woh log hain jo Reformer kehlate hain, Thinker kehlate hain,</w:t>
      </w:r>
    </w:p>
    <w:p>
      <w:pPr>
        <w:jc w:val="right"/>
      </w:pPr>
      <w:r>
        <w:t>جتنے وہ لوگ ہیں جو Reformer کہلاتے ہیں، Thinker کہلاتے ہیں،</w:t>
      </w:r>
    </w:p>
    <w:p>
      <w:r>
        <w:rPr>
          <w:b/>
        </w:rPr>
        <w:t xml:space="preserve">[03:50] </w:t>
      </w:r>
      <w:r>
        <w:t>jo musleh kehlaate hain, un sab ka amalan sirf negative role hai, positive role nahi hai. to aisa hai kyun? is ka bohat hi wazeh jawab Quran mein maujood hai. yahan mein yeh arz karunga ke Rasool Allah sal Allahu alaihi wasallam ke bare mein Quran mein yeh aayat hai, Surah Al-Anbiya mein, ke wa ma arsalnaka illa</w:t>
      </w:r>
    </w:p>
    <w:p>
      <w:pPr>
        <w:jc w:val="right"/>
      </w:pPr>
      <w:r>
        <w:t>جو مصلحین کہلاتے ہیں، ان سب کا عملاً صرف Negative Role ہے، Positive Role نہیں ہے۔ تو ایسا ہے کیوں؟ اس کا بہت ہی واضح جواب قرآن میں موجود ہے۔ یہاں میں یہ عرض کروں گا کہ رسول اللہ صلی اللہ علیہ وسلم کے بارے میں قرآن میں یہ آیت ہے، سورہ الانبیاء میں، کہ وَمَا أَرْسَلْنَاكَ إِلَّا</w:t>
      </w:r>
    </w:p>
    <w:p>
      <w:r>
        <w:rPr>
          <w:b/>
        </w:rPr>
        <w:t xml:space="preserve">[04:20] </w:t>
      </w:r>
      <w:r>
        <w:t>rahmatan lil alameen.</w:t>
      </w:r>
    </w:p>
    <w:p>
      <w:pPr>
        <w:jc w:val="right"/>
      </w:pPr>
      <w:r>
        <w:t>رَحْمَةً لِلْعَالَمِينَ۔</w:t>
      </w:r>
    </w:p>
    <w:p>
      <w:r>
        <w:rPr>
          <w:b/>
        </w:rPr>
        <w:t xml:space="preserve">[04:26] </w:t>
      </w:r>
      <w:r>
        <w:t>yaani hum ne bheja hai is Paighambar ko saare aalam ke liye rehmat bana kar.</w:t>
      </w:r>
    </w:p>
    <w:p>
      <w:pPr>
        <w:jc w:val="right"/>
      </w:pPr>
      <w:r>
        <w:t>یعنی ہم نے بھیجا ہے اس پیغمبر کو سارے عالم کے لیے رحمت بنا کر۔</w:t>
      </w:r>
    </w:p>
    <w:p>
      <w:r>
        <w:rPr>
          <w:b/>
        </w:rPr>
        <w:t xml:space="preserve">[04:32] </w:t>
      </w:r>
      <w:r>
        <w:t>We have sent you as a blessing for all mankind.</w:t>
      </w:r>
    </w:p>
    <w:p>
      <w:pPr>
        <w:jc w:val="right"/>
      </w:pPr>
      <w:r>
        <w:t>We have sent you as a blessing for all mankind۔</w:t>
      </w:r>
    </w:p>
    <w:p>
      <w:r>
        <w:rPr>
          <w:b/>
        </w:rPr>
        <w:t xml:space="preserve">[04:38] </w:t>
      </w:r>
      <w:r>
        <w:t>lekin log is ko lety hain bas afzaliyat ke maany mein. bas.</w:t>
      </w:r>
    </w:p>
    <w:p>
      <w:pPr>
        <w:jc w:val="right"/>
      </w:pPr>
      <w:r>
        <w:t>لیکن لوگ اس کو لیتے ہیں بس افضلیت کے معنی میں۔ بس۔</w:t>
      </w:r>
    </w:p>
    <w:p>
      <w:r>
        <w:rPr>
          <w:b/>
        </w:rPr>
        <w:t xml:space="preserve">[04:44] </w:t>
      </w:r>
      <w:r>
        <w:t>is mein koi Wisdom kya hai, hikmat kya hai, woh koi mufassir wazeh na kar saka. bas afz</w:t>
      </w:r>
    </w:p>
    <w:p>
      <w:pPr>
        <w:jc w:val="right"/>
      </w:pPr>
      <w:r>
        <w:t>اس میں کوئی Wisdom کیا ہے، حکمت کیا ہے، وہ کوئی مفسر واضح نہ کر سکا۔ بس افض</w:t>
      </w:r>
    </w:p>
    <w:p>
      <w:r>
        <w:rPr>
          <w:b/>
        </w:rPr>
        <w:t xml:space="preserve">[04:50] </w:t>
      </w:r>
      <w:r>
        <w:t>liyat ke maany mein lety rehty hain.</w:t>
      </w:r>
    </w:p>
    <w:p>
      <w:pPr>
        <w:jc w:val="right"/>
      </w:pPr>
      <w:r>
        <w:t>لیت کے معنی میں لیتے رہتے ہیں۔</w:t>
      </w:r>
    </w:p>
    <w:p>
      <w:r>
        <w:rPr>
          <w:b/>
        </w:rPr>
        <w:t xml:space="preserve">[04:55] </w:t>
      </w:r>
      <w:r>
        <w:t>is ayat mein aik bohat bari baat batai gayi hai.</w:t>
      </w:r>
    </w:p>
    <w:p>
      <w:pPr>
        <w:jc w:val="right"/>
      </w:pPr>
      <w:r>
        <w:t>اس آیت میں ایک بہت بڑی بات بتائی گئی ہے۔</w:t>
      </w:r>
    </w:p>
    <w:p>
      <w:r>
        <w:rPr>
          <w:b/>
        </w:rPr>
        <w:t xml:space="preserve">[05:00] </w:t>
      </w:r>
      <w:r>
        <w:t>woh yeh ke Rasool Allah S.A.W. ke zariye jo kitaab aayi aur jo mehfooz kar</w:t>
      </w:r>
    </w:p>
    <w:p>
      <w:pPr>
        <w:jc w:val="right"/>
      </w:pPr>
      <w:r>
        <w:t>وہ یہ کہ رسول اللہ صلی اللہ علیہ وسلم کے ذریعے جو کتاب آئی اور جو محفوظ کر</w:t>
      </w:r>
    </w:p>
    <w:p>
      <w:r>
        <w:rPr>
          <w:b/>
        </w:rPr>
        <w:t xml:space="preserve">[05:05] </w:t>
      </w:r>
      <w:r>
        <w:t>di gayi, is mein Allah taala ne bataya ke What is the creation plan of God? Quran ka</w:t>
      </w:r>
    </w:p>
    <w:p>
      <w:pPr>
        <w:jc w:val="right"/>
      </w:pPr>
      <w:r>
        <w:t>دی گئی، اس میں اللہ تعالیٰ نے بتایا کہ What is the creation plan of God؟ قرآن کا</w:t>
      </w:r>
    </w:p>
    <w:p>
      <w:r>
        <w:rPr>
          <w:b/>
        </w:rPr>
        <w:t xml:space="preserve">[05:10] </w:t>
      </w:r>
      <w:r>
        <w:t>mozu kuch log samjhty hain ke insaan hai, yeh sahi nahi hai.</w:t>
      </w:r>
    </w:p>
    <w:p>
      <w:pPr>
        <w:jc w:val="right"/>
      </w:pPr>
      <w:r>
        <w:t>موضوع کچھ لوگ سمجھتے ہیں کہ انسان ہے، یہ صحیح نہیں ہے۔</w:t>
      </w:r>
    </w:p>
    <w:p>
      <w:r>
        <w:rPr>
          <w:b/>
        </w:rPr>
        <w:t xml:space="preserve">[05:15] </w:t>
      </w:r>
      <w:r>
        <w:t>Quran ka mozu Creation Plan of God</w:t>
      </w:r>
    </w:p>
    <w:p>
      <w:pPr>
        <w:jc w:val="right"/>
      </w:pPr>
      <w:r>
        <w:t>قرآن کا موضوع Creation Plan of God</w:t>
      </w:r>
    </w:p>
    <w:p>
      <w:r>
        <w:rPr>
          <w:b/>
        </w:rPr>
        <w:t xml:space="preserve">[05:20] </w:t>
      </w:r>
      <w:r>
        <w:t>hai.</w:t>
      </w:r>
    </w:p>
    <w:p>
      <w:pPr>
        <w:jc w:val="right"/>
      </w:pPr>
      <w:r>
        <w:t>ہے۔</w:t>
      </w:r>
    </w:p>
    <w:p>
      <w:r>
        <w:rPr>
          <w:b/>
        </w:rPr>
        <w:t xml:space="preserve">[05:26] </w:t>
      </w:r>
      <w:r>
        <w:t>Allah ne kyun paida kiya insaan ko, is kainat ko? woh is mein bataya gaya hai.</w:t>
      </w:r>
    </w:p>
    <w:p>
      <w:pPr>
        <w:jc w:val="right"/>
      </w:pPr>
      <w:r>
        <w:t>اللہ نے کیوں پیدا کیا انسان کو، اس کائنات کو؟ وہ اس میں بتایا گیا ہے۔</w:t>
      </w:r>
    </w:p>
    <w:p>
      <w:r>
        <w:rPr>
          <w:b/>
        </w:rPr>
        <w:t xml:space="preserve">[05:32] </w:t>
      </w:r>
      <w:r>
        <w:t>isi aitbaar se Rasool Allah rehmat hain.</w:t>
      </w:r>
    </w:p>
    <w:p>
      <w:pPr>
        <w:jc w:val="right"/>
      </w:pPr>
      <w:r>
        <w:t>اسی اعتبار سے رسول اللہ رحمت ہیں۔</w:t>
      </w:r>
    </w:p>
    <w:p>
      <w:r>
        <w:rPr>
          <w:b/>
        </w:rPr>
        <w:t xml:space="preserve">[05:38] </w:t>
      </w:r>
      <w:r>
        <w:t>ke insaan jab paida ho dunya mein to jaan le ke is ke liye naqsha-e-amal kya hai,</w:t>
      </w:r>
    </w:p>
    <w:p>
      <w:pPr>
        <w:jc w:val="right"/>
      </w:pPr>
      <w:r>
        <w:t>کہ انسان جب پیدا ہو دنیا میں تو جان لے کہ اس کے لیے نقشہ عمل کیا ہے،</w:t>
      </w:r>
    </w:p>
    <w:p>
      <w:r>
        <w:rPr>
          <w:b/>
        </w:rPr>
        <w:t xml:space="preserve">[05:44] </w:t>
      </w:r>
      <w:r>
        <w:t>kya karna hai, jis mein woh falah-e-daren pa sakta hai. According</w:t>
      </w:r>
    </w:p>
    <w:p>
      <w:pPr>
        <w:jc w:val="right"/>
      </w:pPr>
      <w:r>
        <w:t>کیا کرنا ہے، جس میں وہ فلاحِ دارین پا سکتا ہے۔ According</w:t>
      </w:r>
    </w:p>
    <w:p>
      <w:r>
        <w:rPr>
          <w:b/>
        </w:rPr>
        <w:t xml:space="preserve">[05:50] </w:t>
      </w:r>
      <w:r>
        <w:t>to the creation plan of God.</w:t>
      </w:r>
    </w:p>
    <w:p>
      <w:pPr>
        <w:jc w:val="right"/>
      </w:pPr>
      <w:r>
        <w:t>to the creation plan of God۔</w:t>
      </w:r>
    </w:p>
    <w:p>
      <w:r>
        <w:rPr>
          <w:b/>
        </w:rPr>
        <w:t xml:space="preserve">[05:55] </w:t>
      </w:r>
      <w:r>
        <w:t>to Focus jis cheez par hai woh Creation Plan of God hai.</w:t>
      </w:r>
    </w:p>
    <w:p>
      <w:pPr>
        <w:jc w:val="right"/>
      </w:pPr>
      <w:r>
        <w:t>تو Focus جس چیز پر ہے وہ Creation Plan of God ہے۔</w:t>
      </w:r>
    </w:p>
    <w:p>
      <w:r>
        <w:rPr>
          <w:b/>
        </w:rPr>
        <w:t xml:space="preserve">[05:59] </w:t>
      </w:r>
      <w:r>
        <w:t>aur yeh bataya gaya, isi aitbaar se aap rehmat hain.</w:t>
      </w:r>
    </w:p>
    <w:p>
      <w:pPr>
        <w:jc w:val="right"/>
      </w:pPr>
      <w:r>
        <w:t>اور یہ بتایا گیا، اسی اعتبار سے آپ رحمت ہیں۔</w:t>
      </w:r>
    </w:p>
    <w:p>
      <w:r>
        <w:rPr>
          <w:b/>
        </w:rPr>
        <w:t xml:space="preserve">[06:03] </w:t>
      </w:r>
      <w:r>
        <w:t>kyun ke agar hum yeh na janen to andheron mein bhatken ge, jaisa ke log bhatak rahe hain.</w:t>
      </w:r>
    </w:p>
    <w:p>
      <w:pPr>
        <w:jc w:val="right"/>
      </w:pPr>
      <w:r>
        <w:t>کیونکہ اگر ہم یہ نہ جانیں تو اندھیرے میں بھٹکیں گے، جیسا کہ لوگ بھٹک رہے ہیں۔</w:t>
      </w:r>
    </w:p>
    <w:p>
      <w:r>
        <w:rPr>
          <w:b/>
        </w:rPr>
        <w:t xml:space="preserve">[06:08] </w:t>
      </w:r>
      <w:r>
        <w:t>to Quran mein Social Reform ke liye aik bohat hi bunyadi baat batai gayi hai.</w:t>
      </w:r>
    </w:p>
    <w:p>
      <w:pPr>
        <w:jc w:val="right"/>
      </w:pPr>
      <w:r>
        <w:t>تو قرآن میں Social Reform کے لیے ایک بہت ہی بنیادی بات بتائی گئی ہے۔</w:t>
      </w:r>
    </w:p>
    <w:p>
      <w:r>
        <w:rPr>
          <w:b/>
        </w:rPr>
        <w:t xml:space="preserve">[06:12] </w:t>
      </w:r>
      <w:r>
        <w:t>woh Surah Al-Layl mein hai.</w:t>
      </w:r>
    </w:p>
    <w:p>
      <w:pPr>
        <w:jc w:val="right"/>
      </w:pPr>
      <w:r>
        <w:t>وہ سورہ الیل میں ہے۔</w:t>
      </w:r>
    </w:p>
    <w:p>
      <w:r>
        <w:rPr>
          <w:b/>
        </w:rPr>
        <w:t xml:space="preserve">[06:17] </w:t>
      </w:r>
      <w:r>
        <w:t>إِنَّ سَعْيَكُمْ لَشَطَّةٍ</w:t>
      </w:r>
    </w:p>
    <w:p>
      <w:pPr>
        <w:jc w:val="right"/>
      </w:pPr>
      <w:r>
        <w:t>إِنَّ سَعْيَكُمْ لَشَطَّةٍ</w:t>
      </w:r>
    </w:p>
    <w:p>
      <w:r>
        <w:rPr>
          <w:b/>
        </w:rPr>
        <w:t xml:space="preserve">[06:21] </w:t>
      </w:r>
      <w:r>
        <w:t>.</w:t>
      </w:r>
    </w:p>
    <w:p>
      <w:pPr>
        <w:jc w:val="right"/>
      </w:pPr>
      <w:r>
        <w:t>۔</w:t>
      </w:r>
    </w:p>
    <w:p>
      <w:r>
        <w:rPr>
          <w:b/>
        </w:rPr>
        <w:t xml:space="preserve">[06:27] </w:t>
      </w:r>
      <w:r>
        <w:t>is ka Literal Translation hai ke tumhari koshishen mukhtalif hain.</w:t>
      </w:r>
    </w:p>
    <w:p>
      <w:pPr>
        <w:jc w:val="right"/>
      </w:pPr>
      <w:r>
        <w:t>اس کا Literal Translation ہے کہ تمہاری کوششیں مختلف ہیں۔</w:t>
      </w:r>
    </w:p>
    <w:p>
      <w:r>
        <w:rPr>
          <w:b/>
        </w:rPr>
        <w:t xml:space="preserve">[06:33] </w:t>
      </w:r>
      <w:r>
        <w:t>اس کا مطلب کیا ہے؟ اس کا مطلب ہے کہ According to the creation plan of God, Human</w:t>
      </w:r>
    </w:p>
    <w:p>
      <w:pPr>
        <w:jc w:val="right"/>
      </w:pPr>
      <w:r>
        <w:t>اس کا مطلب کیا ہے؟ اس کا مطلب ہے کہ According to the creation plan of God، Human</w:t>
      </w:r>
    </w:p>
    <w:p>
      <w:r>
        <w:rPr>
          <w:b/>
        </w:rPr>
        <w:t xml:space="preserve">[06:39] </w:t>
      </w:r>
      <w:r>
        <w:t>life is based on diversity rather than uniformity.</w:t>
      </w:r>
    </w:p>
    <w:p>
      <w:pPr>
        <w:jc w:val="right"/>
      </w:pPr>
      <w:r>
        <w:t>life is based on diversity rather than uniformity۔</w:t>
      </w:r>
    </w:p>
    <w:p>
      <w:r>
        <w:rPr>
          <w:b/>
        </w:rPr>
        <w:t xml:space="preserve">[06:45] </w:t>
      </w:r>
      <w:r>
        <w:t>yani Allah taala ka jo takhleeqi naqsha hai, us ke mutabiq zindagi mein, insaan</w:t>
      </w:r>
    </w:p>
    <w:p>
      <w:pPr>
        <w:jc w:val="right"/>
      </w:pPr>
      <w:r>
        <w:t>یعنی اللہ تعالیٰ کا جو تخلیقی نقشہ ہے، اس کے مطابق زندگی میں، انسان</w:t>
      </w:r>
    </w:p>
    <w:p>
      <w:r>
        <w:rPr>
          <w:b/>
        </w:rPr>
        <w:t xml:space="preserve">[06:51] </w:t>
      </w:r>
      <w:r>
        <w:t>ki zindagi mein uniformity nahi rahegi, balkeh diversity rahegi. kyun? is liye ke insaan ko Allah ne imtehan ki maslehat se azadi di hai. har ek ko total freedom. jab total freedom hai to har ek apne apne raaye par chalega. is ki bana par ek doosre ke liye competition paida hoga, challenge paida hoga, yeh sab paida hoga. isi ko kaha gaya shatta. yaani d</w:t>
      </w:r>
    </w:p>
    <w:p>
      <w:pPr>
        <w:jc w:val="right"/>
      </w:pPr>
      <w:r>
        <w:t>کی زندگی میں uniformity نہیں رہے گی، بلکہ diversity رہے گی۔ کیوں؟ اس لیے کہ انسان کو اللہ نے امتحان کی مصلحت سے آزادی دی ہے۔ ہر ایک کو Total Freedom۔ جب Total Freedom ہے تو ہر ایک اپنے اپنے رائے پر چلے گا۔ اس کی بنا پر ایک دوسرے کے لیے Competition پیدا ہوگا، Challenge پیدا ہوگا، یہ سب پیدا ہوگا۔ اسی کو کہا گیا شطّت۔ یعنی D</w:t>
      </w:r>
    </w:p>
    <w:p>
      <w:r>
        <w:rPr>
          <w:b/>
        </w:rPr>
        <w:t xml:space="preserve">[07:21] </w:t>
      </w:r>
      <w:r>
        <w:t>diversity رہے گی انسانی سماج میں۔</w:t>
      </w:r>
    </w:p>
    <w:p>
      <w:pPr>
        <w:jc w:val="right"/>
      </w:pPr>
      <w:r>
        <w:t>iversity رہے گی انسانی سماج میں۔</w:t>
      </w:r>
    </w:p>
    <w:p>
      <w:r>
        <w:rPr>
          <w:b/>
        </w:rPr>
        <w:t xml:space="preserve">[07:26] </w:t>
      </w:r>
      <w:r>
        <w:t>to saare muslehain, Including Muslim muslehain, logon ne kya kiya? ke is ayat mein jo baat kahi gayi</w:t>
      </w:r>
    </w:p>
    <w:p>
      <w:pPr>
        <w:jc w:val="right"/>
      </w:pPr>
      <w:r>
        <w:t>تو سارے مصلحین، Including مسلم مصلحین، لوگوں نے کیا کیا؟ کہ اس آیت میں جو بات کہی گئی</w:t>
      </w:r>
    </w:p>
    <w:p>
      <w:r>
        <w:rPr>
          <w:b/>
        </w:rPr>
        <w:t xml:space="preserve">[07:32] </w:t>
      </w:r>
      <w:r>
        <w:t>is ko na samajh kar ke yeh chaha ke Uniformity laein.</w:t>
      </w:r>
    </w:p>
    <w:p>
      <w:pPr>
        <w:jc w:val="right"/>
      </w:pPr>
      <w:r>
        <w:t>اس کو نہ سمجھ کر کے یہ چاہا کہ Uniformity لائیں۔</w:t>
      </w:r>
    </w:p>
    <w:p>
      <w:r>
        <w:rPr>
          <w:b/>
        </w:rPr>
        <w:t xml:space="preserve">[07:37] </w:t>
      </w:r>
      <w:r>
        <w:t>is Social System mein, Political System mein Uniformity.</w:t>
      </w:r>
    </w:p>
    <w:p>
      <w:pPr>
        <w:jc w:val="right"/>
      </w:pPr>
      <w:r>
        <w:t>اس Social System میں، Political System میں Uniformity۔</w:t>
      </w:r>
    </w:p>
    <w:p>
      <w:r>
        <w:rPr>
          <w:b/>
        </w:rPr>
        <w:t xml:space="preserve">[07:42] </w:t>
      </w:r>
      <w:r>
        <w:t>jis ko kehte hain yeh log ke mansifana nizam, musalhana nizam.</w:t>
      </w:r>
    </w:p>
    <w:p>
      <w:pPr>
        <w:jc w:val="right"/>
      </w:pPr>
      <w:r>
        <w:t>جس کو کہتے ہیں یہ لوگ کہ منصفانہ نظام، مصلحانہ نظام۔</w:t>
      </w:r>
    </w:p>
    <w:p>
      <w:r>
        <w:rPr>
          <w:b/>
        </w:rPr>
        <w:t xml:space="preserve">[07:47] </w:t>
      </w:r>
      <w:r>
        <w:t>yani Justice ka nizam</w:t>
      </w:r>
    </w:p>
    <w:p>
      <w:pPr>
        <w:jc w:val="right"/>
      </w:pPr>
      <w:r>
        <w:t>یعنی Justice کا نظام</w:t>
      </w:r>
    </w:p>
    <w:p>
      <w:r>
        <w:rPr>
          <w:b/>
        </w:rPr>
        <w:t xml:space="preserve">[07:52] </w:t>
      </w:r>
      <w:r>
        <w:t>—</w:t>
      </w:r>
    </w:p>
    <w:p>
      <w:pPr>
        <w:jc w:val="right"/>
      </w:pPr>
      <w:r>
        <w:t>۔</w:t>
      </w:r>
    </w:p>
    <w:p>
      <w:r>
        <w:rPr>
          <w:b/>
        </w:rPr>
        <w:t xml:space="preserve">[07:57] </w:t>
      </w:r>
      <w:r>
        <w:t>to yeh ab Possibility nahi hai.</w:t>
      </w:r>
    </w:p>
    <w:p>
      <w:pPr>
        <w:jc w:val="right"/>
      </w:pPr>
      <w:r>
        <w:t>تو یہ اب Possibility نہیں ہے۔</w:t>
      </w:r>
    </w:p>
    <w:p>
      <w:r>
        <w:rPr>
          <w:b/>
        </w:rPr>
        <w:t xml:space="preserve">[08:01] </w:t>
      </w:r>
      <w:r>
        <w:t>kyunke har insan apne raaste par chalega.</w:t>
      </w:r>
    </w:p>
    <w:p>
      <w:pPr>
        <w:jc w:val="right"/>
      </w:pPr>
      <w:r>
        <w:t>کیونکہ ہر انسان اپنے راستے پر چلے گا۔</w:t>
      </w:r>
    </w:p>
    <w:p>
      <w:r>
        <w:rPr>
          <w:b/>
        </w:rPr>
        <w:t xml:space="preserve">[08:05] </w:t>
      </w:r>
      <w:r>
        <w:t>har insan apni Freedom ko istemal karega.</w:t>
      </w:r>
    </w:p>
    <w:p>
      <w:pPr>
        <w:jc w:val="right"/>
      </w:pPr>
      <w:r>
        <w:t>ہر انسان اپنی Freedom کو استعمال کرے گا۔</w:t>
      </w:r>
    </w:p>
    <w:p>
      <w:r>
        <w:rPr>
          <w:b/>
        </w:rPr>
        <w:t xml:space="preserve">[08:10] </w:t>
      </w:r>
      <w:r>
        <w:t>is ki bana par Uniformity kabhi bhi Society mein aa hi nahi sakti.</w:t>
      </w:r>
    </w:p>
    <w:p>
      <w:pPr>
        <w:jc w:val="right"/>
      </w:pPr>
      <w:r>
        <w:t>اس کی بنا پر Uniformity کبھی بھی Society میں آ ہی نہیں سکتی۔</w:t>
      </w:r>
    </w:p>
    <w:p>
      <w:r>
        <w:rPr>
          <w:b/>
        </w:rPr>
        <w:t xml:space="preserve">[08:14] </w:t>
      </w:r>
      <w:r>
        <w:t>to chunke logon ko Allah ki Scheme ke zehen mein wazeh nahi hai, to chahte hain ke Uniformity lana.</w:t>
      </w:r>
    </w:p>
    <w:p>
      <w:pPr>
        <w:jc w:val="right"/>
      </w:pPr>
      <w:r>
        <w:t>تو چونکہ لوگوں کو اللہ کی Scheme کے ذہن میں واضح نہیں ہے، تو چاہتے ہیں کہ Uniformity لانا۔</w:t>
      </w:r>
    </w:p>
    <w:p>
      <w:r>
        <w:rPr>
          <w:b/>
        </w:rPr>
        <w:t xml:space="preserve">[08:18] </w:t>
      </w:r>
      <w:r>
        <w:t>natija kya hota hai? ke doosra fareeq jo apni Scheme</w:t>
      </w:r>
    </w:p>
    <w:p>
      <w:pPr>
        <w:jc w:val="right"/>
      </w:pPr>
      <w:r>
        <w:t>نتیجہ کیا ہوتا ہے؟ کہ دوسرا فریق جو اپنی Scheme</w:t>
      </w:r>
    </w:p>
    <w:p>
      <w:r>
        <w:rPr>
          <w:b/>
        </w:rPr>
        <w:t xml:space="preserve">[08:23] </w:t>
      </w:r>
      <w:r>
        <w:t>chalana chahta hai, us se un ka takrao ho jata hai.</w:t>
      </w:r>
    </w:p>
    <w:p>
      <w:pPr>
        <w:jc w:val="right"/>
      </w:pPr>
      <w:r>
        <w:t>چلانا چاہتا ہے، اس سے ان کا ٹکراؤ ہو جاتا ہے۔</w:t>
      </w:r>
    </w:p>
    <w:p>
      <w:r>
        <w:rPr>
          <w:b/>
        </w:rPr>
        <w:t xml:space="preserve">[08:28] </w:t>
      </w:r>
      <w:r>
        <w:t>to uthte hain islah ke liye, amalan kya hota hai? Bloodshed tak baat pahunchti hai.</w:t>
      </w:r>
    </w:p>
    <w:p>
      <w:pPr>
        <w:jc w:val="right"/>
      </w:pPr>
      <w:r>
        <w:t>تو اٹھتے ہیں اصلاح کے لیے، عملاً کیا ہوتا ہے؟ Bloodshed تک بات پہنچتی ہے۔</w:t>
      </w:r>
    </w:p>
    <w:p>
      <w:r>
        <w:rPr>
          <w:b/>
        </w:rPr>
        <w:t xml:space="preserve">[08:33] </w:t>
      </w:r>
      <w:r>
        <w:t>ke is saare logon ki kahani mukhtasar aur bas sirf ek hai.</w:t>
      </w:r>
    </w:p>
    <w:p>
      <w:pPr>
        <w:jc w:val="right"/>
      </w:pPr>
      <w:r>
        <w:t>کہ اس سارے لوگوں کی کہانی مختصر اور بس صرف ایک ہے۔</w:t>
      </w:r>
    </w:p>
    <w:p>
      <w:r>
        <w:rPr>
          <w:b/>
        </w:rPr>
        <w:t xml:space="preserve">[08:38] </w:t>
      </w:r>
      <w:r>
        <w:t>woh yeh ke unhon ne apne lehaz se yani Social Uniformity ya Political Uniformity ya Economic Uniformity ka</w:t>
      </w:r>
    </w:p>
    <w:p>
      <w:pPr>
        <w:jc w:val="right"/>
      </w:pPr>
      <w:r>
        <w:t>وہ یہ کہ انہوں نے اپنے لحاظ سے یعنی Social Uniformity یا Political Uniformity یا Economic Uniformity کا</w:t>
      </w:r>
    </w:p>
    <w:p>
      <w:r>
        <w:rPr>
          <w:b/>
        </w:rPr>
        <w:t xml:space="preserve">[08:43] </w:t>
      </w:r>
      <w:r>
        <w:t>ek tasawwur qaim kiya.</w:t>
      </w:r>
    </w:p>
    <w:p>
      <w:pPr>
        <w:jc w:val="right"/>
      </w:pPr>
      <w:r>
        <w:t>ایک تصور قائم کیا۔</w:t>
      </w:r>
    </w:p>
    <w:p>
      <w:r>
        <w:rPr>
          <w:b/>
        </w:rPr>
        <w:t xml:space="preserve">[08:48] </w:t>
      </w:r>
      <w:r>
        <w:t>aur us ke mutabiq unhon ne</w:t>
      </w:r>
    </w:p>
    <w:p>
      <w:pPr>
        <w:jc w:val="right"/>
      </w:pPr>
      <w:r>
        <w:t>اور اس کے مطابق انہوں نے</w:t>
      </w:r>
    </w:p>
    <w:p>
      <w:r>
        <w:rPr>
          <w:b/>
        </w:rPr>
        <w:t xml:space="preserve">[08:54] </w:t>
      </w:r>
      <w:r>
        <w:t>parchar kiya.</w:t>
      </w:r>
    </w:p>
    <w:p>
      <w:pPr>
        <w:jc w:val="right"/>
      </w:pPr>
      <w:r>
        <w:t>پرچار کیا۔</w:t>
      </w:r>
    </w:p>
    <w:p>
      <w:r>
        <w:rPr>
          <w:b/>
        </w:rPr>
        <w:t xml:space="preserve">[08:59] </w:t>
      </w:r>
      <w:r>
        <w:t>phir dekha ke kaam nahi ho raha to Protest karna shuru kiya, Complaint karna shuru kiya.</w:t>
      </w:r>
    </w:p>
    <w:p>
      <w:pPr>
        <w:jc w:val="right"/>
      </w:pPr>
      <w:r>
        <w:t>پھر دیکھا کہ کام نہیں ہو رہا تو Protest کرنا شروع کیا، Complaint کرنا شروع کیا۔</w:t>
      </w:r>
    </w:p>
    <w:p>
      <w:r>
        <w:rPr>
          <w:b/>
        </w:rPr>
        <w:t xml:space="preserve">[09:04] </w:t>
      </w:r>
      <w:r>
        <w:t>yahan tak ke un mein se kuch log Violence ko ikhtiyar kar liya, takrao, maar dhaar.</w:t>
      </w:r>
    </w:p>
    <w:p>
      <w:pPr>
        <w:jc w:val="right"/>
      </w:pPr>
      <w:r>
        <w:t>یہاں تک کہ ان میں سے کچھ لوگ Violence کو اختیار کر لیا، ٹکراؤ، مار دھاڑ۔</w:t>
      </w:r>
    </w:p>
    <w:p>
      <w:r>
        <w:rPr>
          <w:b/>
        </w:rPr>
        <w:t xml:space="preserve">[09:09] </w:t>
      </w:r>
      <w:r>
        <w:t>ke jo log rukawat ban rahe hain un ko khatam karna.</w:t>
      </w:r>
    </w:p>
    <w:p>
      <w:pPr>
        <w:jc w:val="right"/>
      </w:pPr>
      <w:r>
        <w:t>کہ جو لوگ رکاوٹ بن رہے ہیں ان کو ختم کرنا۔</w:t>
      </w:r>
    </w:p>
    <w:p>
      <w:r>
        <w:rPr>
          <w:b/>
        </w:rPr>
        <w:t xml:space="preserve">[09:14] </w:t>
      </w:r>
      <w:r>
        <w:t>amalan har islah fasad par khatam hoti hai.</w:t>
      </w:r>
    </w:p>
    <w:p>
      <w:pPr>
        <w:jc w:val="right"/>
      </w:pPr>
      <w:r>
        <w:t>عملاً ہر اصلاح فساد پر ختم ہوتی ہے۔</w:t>
      </w:r>
    </w:p>
    <w:p>
      <w:r>
        <w:rPr>
          <w:b/>
        </w:rPr>
        <w:t xml:space="preserve">[09:19] </w:t>
      </w:r>
      <w:r>
        <w:t>kyun? unhon ne is haqeeqat ko nahi mana ke zindagi mein shattaat hi rahega. yani</w:t>
      </w:r>
    </w:p>
    <w:p>
      <w:pPr>
        <w:jc w:val="right"/>
      </w:pPr>
      <w:r>
        <w:t>کیوں؟ انہوں نے اس حقیقت کو نہیں مانا کہ زندگی میں شطّت ہی رہے گا۔ یعنی</w:t>
      </w:r>
    </w:p>
    <w:p>
      <w:r>
        <w:rPr>
          <w:b/>
        </w:rPr>
        <w:t xml:space="preserve">[09:24] </w:t>
      </w:r>
      <w:r>
        <w:t>mukhtalif hi, ikhtilaf hi rahega.</w:t>
      </w:r>
    </w:p>
    <w:p>
      <w:pPr>
        <w:jc w:val="right"/>
      </w:pPr>
      <w:r>
        <w:t>مختلف ہی، اختلاف ہی رہے گا۔</w:t>
      </w:r>
    </w:p>
    <w:p>
      <w:r>
        <w:rPr>
          <w:b/>
        </w:rPr>
        <w:t xml:space="preserve">[09:30] </w:t>
      </w:r>
      <w:r>
        <w:t>Diversity hi rahegi.</w:t>
      </w:r>
    </w:p>
    <w:p>
      <w:pPr>
        <w:jc w:val="right"/>
      </w:pPr>
      <w:r>
        <w:t>Diversity ہی رہے گی۔</w:t>
      </w:r>
    </w:p>
    <w:p>
      <w:r>
        <w:rPr>
          <w:b/>
        </w:rPr>
        <w:t xml:space="preserve">[09:36] </w:t>
      </w:r>
      <w:r>
        <w:t>اس کا مطلب کیا ہوا؟ You have to learn the art of diversity management.</w:t>
      </w:r>
    </w:p>
    <w:p>
      <w:pPr>
        <w:jc w:val="right"/>
      </w:pPr>
      <w:r>
        <w:t>اس کا مطلب کیا ہوا؟ You have to learn the art of diversity management۔</w:t>
      </w:r>
    </w:p>
    <w:p>
      <w:r>
        <w:rPr>
          <w:b/>
        </w:rPr>
        <w:t xml:space="preserve">[09:42] </w:t>
      </w:r>
      <w:r>
        <w:t>yani zindagi mein Uniformity lane ki bajaye aap ko kya karna chahiye? ke aap Diversity ko Manage karna seekhein.</w:t>
      </w:r>
    </w:p>
    <w:p>
      <w:pPr>
        <w:jc w:val="right"/>
      </w:pPr>
      <w:r>
        <w:t>یعنی زندگی میں Uniformity لانے کی بجائے آپ کو کیا کرنا چاہیے؟ کہ آپ Diversity کو Manage کرنا سیکھیں۔</w:t>
      </w:r>
    </w:p>
    <w:p>
      <w:r>
        <w:rPr>
          <w:b/>
        </w:rPr>
        <w:t xml:space="preserve">[09:48] </w:t>
      </w:r>
      <w:r>
        <w:t>yani aik lafz mein mein yeh kahoon ga ke apni azadi ko Peaceful tareeqe par is tarah ist</w:t>
      </w:r>
    </w:p>
    <w:p>
      <w:pPr>
        <w:jc w:val="right"/>
      </w:pPr>
      <w:r>
        <w:t>یعنی ایک لفظ میں میں یہ کہوں گا کہ اپنی آزادی کو Peaceful طریقے پر اس طرح است</w:t>
      </w:r>
    </w:p>
    <w:p>
      <w:r>
        <w:rPr>
          <w:b/>
        </w:rPr>
        <w:t xml:space="preserve">[09:54] </w:t>
      </w:r>
      <w:r>
        <w:t>emaal karein ke doosre ki azadi ko aap Manage karte hue.</w:t>
      </w:r>
    </w:p>
    <w:p>
      <w:pPr>
        <w:jc w:val="right"/>
      </w:pPr>
      <w:r>
        <w:t>عمال کریں کہ دوسرے کی آزادی کو آپ Manage کرتے ہوئے۔</w:t>
      </w:r>
    </w:p>
    <w:p>
      <w:r>
        <w:rPr>
          <w:b/>
        </w:rPr>
        <w:t xml:space="preserve">[09:58] </w:t>
      </w:r>
      <w:r>
        <w:t>yani doosre ki Freedom ko Manage karte hue apni azadi ko Peaceful tareeqe par istemal karna.</w:t>
      </w:r>
    </w:p>
    <w:p>
      <w:pPr>
        <w:jc w:val="right"/>
      </w:pPr>
      <w:r>
        <w:t>یعنی دوسرے کی Freedom کو Manage کرتے ہوئے اپنی آزادی کو Peaceful طریقے پر استعمال کرنا۔</w:t>
      </w:r>
    </w:p>
    <w:p>
      <w:r>
        <w:rPr>
          <w:b/>
        </w:rPr>
        <w:t xml:space="preserve">[10:03] </w:t>
      </w:r>
      <w:r>
        <w:t>yeh hai sahi formula.</w:t>
      </w:r>
    </w:p>
    <w:p>
      <w:pPr>
        <w:jc w:val="right"/>
      </w:pPr>
      <w:r>
        <w:t>یہ ہے صحیح فارمولا۔</w:t>
      </w:r>
    </w:p>
    <w:p>
      <w:r>
        <w:rPr>
          <w:b/>
        </w:rPr>
        <w:t xml:space="preserve">[10:07] </w:t>
      </w:r>
      <w:r>
        <w:t>Allah ke Creation Plan ke mutabiq.</w:t>
      </w:r>
    </w:p>
    <w:p>
      <w:pPr>
        <w:jc w:val="right"/>
      </w:pPr>
      <w:r>
        <w:t>اللہ کے Creation Plan کے مطابق۔</w:t>
      </w:r>
    </w:p>
    <w:p>
      <w:r>
        <w:rPr>
          <w:b/>
        </w:rPr>
        <w:t xml:space="preserve">[10:11] </w:t>
      </w:r>
      <w:r>
        <w:t>is is is formulay se is se to poori poori tareekh mein log be khabar rahe.</w:t>
      </w:r>
    </w:p>
    <w:p>
      <w:pPr>
        <w:jc w:val="right"/>
      </w:pPr>
      <w:r>
        <w:t>اس اس اس فارمولے سے اس سے تو پوری پوری تاریخ میں لوگ بے خبر رہے۔</w:t>
      </w:r>
    </w:p>
    <w:p>
      <w:r>
        <w:rPr>
          <w:b/>
        </w:rPr>
        <w:t xml:space="preserve">[10:16] </w:t>
      </w:r>
      <w:r>
        <w:t>yeh hai kahani tareekh ki.</w:t>
      </w:r>
    </w:p>
    <w:p>
      <w:pPr>
        <w:jc w:val="right"/>
      </w:pPr>
      <w:r>
        <w:t>یہ ہے کہانی تاریخ کی۔</w:t>
      </w:r>
    </w:p>
    <w:p>
      <w:r>
        <w:rPr>
          <w:b/>
        </w:rPr>
        <w:t xml:space="preserve">[10:20] </w:t>
      </w:r>
      <w:r>
        <w:t>is liye jo islah ke liye uthta hai woh sirf Negative Role ada kar ke chala jata hai.</w:t>
      </w:r>
    </w:p>
    <w:p>
      <w:pPr>
        <w:jc w:val="right"/>
      </w:pPr>
      <w:r>
        <w:t>اس لیے جو اصلاح کے لیے اٹھتا ہے وہ صرف Negative Role ادا کر کے چلا جاتا ہے۔</w:t>
      </w:r>
    </w:p>
    <w:p>
      <w:r>
        <w:rPr>
          <w:b/>
        </w:rPr>
        <w:t xml:space="preserve">[10:25] </w:t>
      </w:r>
      <w:r>
        <w:t>kyun ke apne Mindset ke mutabiq woh chahta hai duniya mein inqalab lana.</w:t>
      </w:r>
    </w:p>
    <w:p>
      <w:pPr>
        <w:jc w:val="right"/>
      </w:pPr>
      <w:r>
        <w:t>کیونکہ اپنے Mindset کے مطابق وہ چاہتا ہے دنیا میں انقلاب لانا۔</w:t>
      </w:r>
    </w:p>
    <w:p>
      <w:r>
        <w:rPr>
          <w:b/>
        </w:rPr>
        <w:t xml:space="preserve">[10:30] </w:t>
      </w:r>
      <w:r>
        <w:t>lekin woh Mindset chunke Collaborate nahi karta Khuda ke Mindset se, Khuda ke Creation Plan se, to nataija</w:t>
      </w:r>
    </w:p>
    <w:p>
      <w:pPr>
        <w:jc w:val="right"/>
      </w:pPr>
      <w:r>
        <w:t>لیکن وہ Mindset چونکہ Collaborate نہیں کرتا خدا کے Mindset سے، خدا کے Creation Plan سے، تو نتیجہ</w:t>
      </w:r>
    </w:p>
    <w:p>
      <w:r>
        <w:rPr>
          <w:b/>
        </w:rPr>
        <w:t xml:space="preserve">[10:35] </w:t>
      </w:r>
      <w:r>
        <w:t>kya hota hai? takrao hota hai.</w:t>
      </w:r>
    </w:p>
    <w:p>
      <w:pPr>
        <w:jc w:val="right"/>
      </w:pPr>
      <w:r>
        <w:t>کیا ہوتا ہے؟ ٹکراؤ ہوتا ہے۔</w:t>
      </w:r>
    </w:p>
    <w:p>
      <w:r>
        <w:rPr>
          <w:b/>
        </w:rPr>
        <w:t xml:space="preserve">[10:40] </w:t>
      </w:r>
      <w:r>
        <w:t>yeh hai poori kahani.</w:t>
      </w:r>
    </w:p>
    <w:p>
      <w:pPr>
        <w:jc w:val="right"/>
      </w:pPr>
      <w:r>
        <w:t>یہ ہے پوری کہانی۔</w:t>
      </w:r>
    </w:p>
    <w:p>
      <w:r>
        <w:rPr>
          <w:b/>
        </w:rPr>
        <w:t xml:space="preserve">[10:45] </w:t>
      </w:r>
      <w:r>
        <w:t>ab mein aik baat aur arz karna chahoon ga ke insan ki tareekh ke teen daur hain.</w:t>
      </w:r>
    </w:p>
    <w:p>
      <w:pPr>
        <w:jc w:val="right"/>
      </w:pPr>
      <w:r>
        <w:t>اب میں ایک بات اور عرض کرنا چاہوں گا کہ انسان کی تاریخ کے تین دور ہیں۔</w:t>
      </w:r>
    </w:p>
    <w:p>
      <w:r>
        <w:rPr>
          <w:b/>
        </w:rPr>
        <w:t xml:space="preserve">[10:50] </w:t>
      </w:r>
      <w:r>
        <w:t>mere hisab se.</w:t>
      </w:r>
    </w:p>
    <w:p>
      <w:pPr>
        <w:jc w:val="right"/>
      </w:pPr>
      <w:r>
        <w:t>میرے حساب سے۔</w:t>
      </w:r>
    </w:p>
    <w:p>
      <w:r>
        <w:rPr>
          <w:b/>
        </w:rPr>
        <w:t xml:space="preserve">[10:55] </w:t>
      </w:r>
      <w:r>
        <w:t>sab se pehle kya hua? ke insan ne yeh chaha ke meri azadi chale, doosre ki azadi na chale.</w:t>
      </w:r>
    </w:p>
    <w:p>
      <w:pPr>
        <w:jc w:val="right"/>
      </w:pPr>
      <w:r>
        <w:t>سب سے پہلے کیا ہوا؟ کہ انسان نے یہ چاہا کہ میری آزادی چلے، دوسرے کی آزادی نہ چلے۔</w:t>
      </w:r>
    </w:p>
    <w:p>
      <w:r>
        <w:rPr>
          <w:b/>
        </w:rPr>
        <w:t xml:space="preserve">[10:59] </w:t>
      </w:r>
      <w:r>
        <w:t>insan ke andar chunke Ego hai bohat ziyada.</w:t>
      </w:r>
    </w:p>
    <w:p>
      <w:pPr>
        <w:jc w:val="right"/>
      </w:pPr>
      <w:r>
        <w:t>انسان کے اندر چونکہ Ego ہے بہت زیادہ۔</w:t>
      </w:r>
    </w:p>
    <w:p>
      <w:r>
        <w:rPr>
          <w:b/>
        </w:rPr>
        <w:t xml:space="preserve">[11:04] </w:t>
      </w:r>
      <w:r>
        <w:t>Egoism ki bina par insan ne chaha ke meri azadi chale, doosre ki azadi na chale.</w:t>
      </w:r>
    </w:p>
    <w:p>
      <w:pPr>
        <w:jc w:val="right"/>
      </w:pPr>
      <w:r>
        <w:t>Egoism کی بنا پر انسان نے چاہا کہ میری آزادی چلے، دوسرے کی آزادی نہ چلے۔</w:t>
      </w:r>
    </w:p>
    <w:p>
      <w:r>
        <w:rPr>
          <w:b/>
        </w:rPr>
        <w:t xml:space="preserve">[11:08] </w:t>
      </w:r>
      <w:r>
        <w:t>is se Kingship ka model duniya mein aaya.</w:t>
      </w:r>
    </w:p>
    <w:p>
      <w:pPr>
        <w:jc w:val="right"/>
      </w:pPr>
      <w:r>
        <w:t>اس سے Kingship کا ماڈل دنیا میں آیا۔</w:t>
      </w:r>
    </w:p>
    <w:p>
      <w:r>
        <w:rPr>
          <w:b/>
        </w:rPr>
        <w:t xml:space="preserve">[11:12] </w:t>
      </w:r>
      <w:r>
        <w:t>Kingship model kya hai? aik ko azadi ho, baqi sab us ke Subject hon.</w:t>
      </w:r>
    </w:p>
    <w:p>
      <w:pPr>
        <w:jc w:val="right"/>
      </w:pPr>
      <w:r>
        <w:t>Kingship ماڈل کیا ہے؟ ایک کو آزادی ہو، باقی سب اس کے Subject ہوں۔</w:t>
      </w:r>
    </w:p>
    <w:p>
      <w:r>
        <w:rPr>
          <w:b/>
        </w:rPr>
        <w:t xml:space="preserve">[11:16] </w:t>
      </w:r>
      <w:r>
        <w:t>yeh hai Kingship ka model.</w:t>
      </w:r>
    </w:p>
    <w:p>
      <w:pPr>
        <w:jc w:val="right"/>
      </w:pPr>
      <w:r>
        <w:t>یہ ہے Kingship کا ماڈل۔</w:t>
      </w:r>
    </w:p>
    <w:p>
      <w:r>
        <w:rPr>
          <w:b/>
        </w:rPr>
        <w:t xml:space="preserve">[11:21] </w:t>
      </w:r>
      <w:r>
        <w:t>to hazaron saal tak Kingship ka model duniya mein ch</w:t>
      </w:r>
    </w:p>
    <w:p>
      <w:pPr>
        <w:jc w:val="right"/>
      </w:pPr>
      <w:r>
        <w:t>تو ہزاروں سال تک Kingship کا ماڈل دنیا میں چ</w:t>
      </w:r>
    </w:p>
    <w:p>
      <w:r>
        <w:rPr>
          <w:b/>
        </w:rPr>
        <w:t xml:space="preserve">[11:25] </w:t>
      </w:r>
      <w:r>
        <w:t>alta raha.</w:t>
      </w:r>
    </w:p>
    <w:p>
      <w:pPr>
        <w:jc w:val="right"/>
      </w:pPr>
      <w:r>
        <w:t>لتا رہا۔</w:t>
      </w:r>
    </w:p>
    <w:p>
      <w:r>
        <w:rPr>
          <w:b/>
        </w:rPr>
        <w:t xml:space="preserve">[11:28] </w:t>
      </w:r>
      <w:r>
        <w:t>hazaron saal tak.</w:t>
      </w:r>
    </w:p>
    <w:p>
      <w:pPr>
        <w:jc w:val="right"/>
      </w:pPr>
      <w:r>
        <w:t>ہزاروں سال تک۔</w:t>
      </w:r>
    </w:p>
    <w:p>
      <w:r>
        <w:rPr>
          <w:b/>
        </w:rPr>
        <w:t xml:space="preserve">[11:32] </w:t>
      </w:r>
      <w:r>
        <w:t>is ke baad Reaction hua.</w:t>
      </w:r>
    </w:p>
    <w:p>
      <w:pPr>
        <w:jc w:val="right"/>
      </w:pPr>
      <w:r>
        <w:t>اس کے بعد Reaction ہوا۔</w:t>
      </w:r>
    </w:p>
    <w:p>
      <w:r>
        <w:rPr>
          <w:b/>
        </w:rPr>
        <w:t xml:space="preserve">[11:35] </w:t>
      </w:r>
      <w:r>
        <w:t>aur phir Democracy ka model laya.</w:t>
      </w:r>
    </w:p>
    <w:p>
      <w:pPr>
        <w:jc w:val="right"/>
      </w:pPr>
      <w:r>
        <w:t>اور پھر Democracy کا ماڈل لایا۔</w:t>
      </w:r>
    </w:p>
    <w:p>
      <w:r>
        <w:rPr>
          <w:b/>
        </w:rPr>
        <w:t xml:space="preserve">[11:38] </w:t>
      </w:r>
      <w:r>
        <w:t>lekin Democracy ke model ne sirf Partial taur par masle ko hal kiya.</w:t>
      </w:r>
    </w:p>
    <w:p>
      <w:pPr>
        <w:jc w:val="right"/>
      </w:pPr>
      <w:r>
        <w:t>لیکن Democracy کے ماڈل نے صرف Partial طور پر مسئلے کو حل کیا۔</w:t>
      </w:r>
    </w:p>
    <w:p>
      <w:r>
        <w:rPr>
          <w:b/>
        </w:rPr>
        <w:t xml:space="preserve">[11:42] </w:t>
      </w:r>
      <w:r>
        <w:t>kyunke Democracy mein phir bhi logon ko azadi to baqi rahi.</w:t>
      </w:r>
    </w:p>
    <w:p>
      <w:pPr>
        <w:jc w:val="right"/>
      </w:pPr>
      <w:r>
        <w:t>کیونکہ Democracy میں پھر بھی لوگوں کو آزادی تو باقی رہی۔</w:t>
      </w:r>
    </w:p>
    <w:p>
      <w:r>
        <w:rPr>
          <w:b/>
        </w:rPr>
        <w:t xml:space="preserve">[11:45] </w:t>
      </w:r>
      <w:r>
        <w:t>azadi ko aap Abolish kar nahin sakte.</w:t>
      </w:r>
    </w:p>
    <w:p>
      <w:pPr>
        <w:jc w:val="right"/>
      </w:pPr>
      <w:r>
        <w:t>آزادی کو آپ Abolish کر نہیں سکتے۔</w:t>
      </w:r>
    </w:p>
    <w:p>
      <w:r>
        <w:rPr>
          <w:b/>
        </w:rPr>
        <w:t xml:space="preserve">[11:48] </w:t>
      </w:r>
      <w:r>
        <w:t>kisi ko yeh Power nahin ke woh insaan ki azadi ko Abolish kar sake.</w:t>
      </w:r>
    </w:p>
    <w:p>
      <w:pPr>
        <w:jc w:val="right"/>
      </w:pPr>
      <w:r>
        <w:t>کسی کو یہ Power نہیں کہ وہ انسان کی آزادی کو Abolish کر سکے۔</w:t>
      </w:r>
    </w:p>
    <w:p>
      <w:r>
        <w:rPr>
          <w:b/>
        </w:rPr>
        <w:t xml:space="preserve">[11:52] </w:t>
      </w:r>
      <w:r>
        <w:t>is liye Dem</w:t>
      </w:r>
    </w:p>
    <w:p>
      <w:pPr>
        <w:jc w:val="right"/>
      </w:pPr>
      <w:r>
        <w:t>اس لیے Dem</w:t>
      </w:r>
    </w:p>
    <w:p>
      <w:r>
        <w:rPr>
          <w:b/>
        </w:rPr>
        <w:t xml:space="preserve">[11:55] </w:t>
      </w:r>
      <w:r>
        <w:t>ocracy aayi to Practical taur par woh Anarchy ban gayi. Anarchy.</w:t>
      </w:r>
    </w:p>
    <w:p>
      <w:pPr>
        <w:jc w:val="right"/>
      </w:pPr>
      <w:r>
        <w:t>ocracy آئی تو Practical طور پر وہ Anarchy بن گئی۔ Anarchy۔</w:t>
      </w:r>
    </w:p>
    <w:p>
      <w:r>
        <w:rPr>
          <w:b/>
        </w:rPr>
        <w:t xml:space="preserve">[12:01] </w:t>
      </w:r>
      <w:r>
        <w:t>kyunke dekhen, yani insaan ki azadi par ko control karne ke liye ek Philosophy chahiye.</w:t>
      </w:r>
    </w:p>
    <w:p>
      <w:pPr>
        <w:jc w:val="right"/>
      </w:pPr>
      <w:r>
        <w:t>کیونکہ دیکھیں، یعنی انسان کی آزادی پر کو کنٹرول کرنے کے لیے ایک Philosophy چاہیے۔</w:t>
      </w:r>
    </w:p>
    <w:p>
      <w:r>
        <w:rPr>
          <w:b/>
        </w:rPr>
        <w:t xml:space="preserve">[12:08] </w:t>
      </w:r>
      <w:r>
        <w:t>woh Democracy ke paas nahin thi.</w:t>
      </w:r>
    </w:p>
    <w:p>
      <w:pPr>
        <w:jc w:val="right"/>
      </w:pPr>
      <w:r>
        <w:t>وہ Democracy کے پاس نہیں تھی۔</w:t>
      </w:r>
    </w:p>
    <w:p>
      <w:r>
        <w:rPr>
          <w:b/>
        </w:rPr>
        <w:t xml:space="preserve">[12:14] </w:t>
      </w:r>
      <w:r>
        <w:t>jaise aap Road par chalte hain to to jagah jagah Speed Breaker hota hai.</w:t>
      </w:r>
    </w:p>
    <w:p>
      <w:pPr>
        <w:jc w:val="right"/>
      </w:pPr>
      <w:r>
        <w:t>جیسے آپ Road پر چلتے ہیں تو تو جگہ جگہ Speed Breaker ہوتا ہے۔</w:t>
      </w:r>
    </w:p>
    <w:p>
      <w:r>
        <w:rPr>
          <w:b/>
        </w:rPr>
        <w:t xml:space="preserve">[12:20] </w:t>
      </w:r>
      <w:r>
        <w:t>Speed Breaker aap ki Speed ko control karta hai.</w:t>
      </w:r>
    </w:p>
    <w:p>
      <w:pPr>
        <w:jc w:val="right"/>
      </w:pPr>
      <w:r>
        <w:t>Speed Breaker آپ کی Speed کو کنٹرول کرتا ہے۔</w:t>
      </w:r>
    </w:p>
    <w:p>
      <w:r>
        <w:rPr>
          <w:b/>
        </w:rPr>
        <w:t xml:space="preserve">[12:26] </w:t>
      </w:r>
      <w:r>
        <w:t>to zindagi mein aisa hona chahiye jab insaan ko azadi mili hai to azadi ko aadmi Unlimited taur</w:t>
      </w:r>
    </w:p>
    <w:p>
      <w:pPr>
        <w:jc w:val="right"/>
      </w:pPr>
      <w:r>
        <w:t>تو زندگی میں ایسا ہونا چاہیے جب انسان کو آزادی ملی ہے تو آزادی کو آدمی Unlimited طور</w:t>
      </w:r>
    </w:p>
    <w:p>
      <w:r>
        <w:rPr>
          <w:b/>
        </w:rPr>
        <w:t xml:space="preserve">[12:30] </w:t>
      </w:r>
      <w:r>
        <w:t>par istemal na kare.</w:t>
      </w:r>
    </w:p>
    <w:p>
      <w:pPr>
        <w:jc w:val="right"/>
      </w:pPr>
      <w:r>
        <w:t>پر استعمال نہ کرے۔</w:t>
      </w:r>
    </w:p>
    <w:p>
      <w:r>
        <w:rPr>
          <w:b/>
        </w:rPr>
        <w:t xml:space="preserve">[12:34] </w:t>
      </w:r>
      <w:r>
        <w:t>woh doosron ke liye Problem na bane.</w:t>
      </w:r>
    </w:p>
    <w:p>
      <w:pPr>
        <w:jc w:val="right"/>
      </w:pPr>
      <w:r>
        <w:t>وہ دوسروں کے لیے Problem نہ بنے۔</w:t>
      </w:r>
    </w:p>
    <w:p>
      <w:r>
        <w:rPr>
          <w:b/>
        </w:rPr>
        <w:t xml:space="preserve">[12:37] </w:t>
      </w:r>
      <w:r>
        <w:t>is ke liye ek Check chahiye, ek Check.</w:t>
      </w:r>
    </w:p>
    <w:p>
      <w:pPr>
        <w:jc w:val="right"/>
      </w:pPr>
      <w:r>
        <w:t>اس کے لیے ایک Check چاہیے، ایک Check۔</w:t>
      </w:r>
    </w:p>
    <w:p>
      <w:r>
        <w:rPr>
          <w:b/>
        </w:rPr>
        <w:t xml:space="preserve">[12:41] </w:t>
      </w:r>
      <w:r>
        <w:t>ek Speed Breaker.</w:t>
      </w:r>
    </w:p>
    <w:p>
      <w:pPr>
        <w:jc w:val="right"/>
      </w:pPr>
      <w:r>
        <w:t>ایک Speed Breaker۔</w:t>
      </w:r>
    </w:p>
    <w:p>
      <w:r>
        <w:rPr>
          <w:b/>
        </w:rPr>
        <w:t xml:space="preserve">[12:45] </w:t>
      </w:r>
      <w:r>
        <w:t>woh hai Allah ka aqeeda.</w:t>
      </w:r>
    </w:p>
    <w:p>
      <w:pPr>
        <w:jc w:val="right"/>
      </w:pPr>
      <w:r>
        <w:t>وہ ہے اللہ کا عقیدہ۔</w:t>
      </w:r>
    </w:p>
    <w:p>
      <w:r>
        <w:rPr>
          <w:b/>
        </w:rPr>
        <w:t xml:space="preserve">[12:49] </w:t>
      </w:r>
      <w:r>
        <w:t>Allah ke aage Accountability ka ehsas.</w:t>
      </w:r>
    </w:p>
    <w:p>
      <w:pPr>
        <w:jc w:val="right"/>
      </w:pPr>
      <w:r>
        <w:t>اللہ کے آگے Accountability کا احساس۔</w:t>
      </w:r>
    </w:p>
    <w:p>
      <w:r>
        <w:rPr>
          <w:b/>
        </w:rPr>
        <w:t xml:space="preserve">[12:53] </w:t>
      </w:r>
      <w:r>
        <w:t>to Democracy jo thi maujooda zamane mein woh Kingship ke</w:t>
      </w:r>
    </w:p>
    <w:p>
      <w:pPr>
        <w:jc w:val="right"/>
      </w:pPr>
      <w:r>
        <w:t>تو Democracy جو تھی موجودہ زمانے میں وہ Kingship کے</w:t>
      </w:r>
    </w:p>
    <w:p>
      <w:r>
        <w:rPr>
          <w:b/>
        </w:rPr>
        <w:t xml:space="preserve">[12:56] </w:t>
      </w:r>
      <w:r>
        <w:t>khilaf Reaction thi.</w:t>
      </w:r>
    </w:p>
    <w:p>
      <w:pPr>
        <w:jc w:val="right"/>
      </w:pPr>
      <w:r>
        <w:t>خلاف Reaction تھی۔</w:t>
      </w:r>
    </w:p>
    <w:p>
      <w:r>
        <w:rPr>
          <w:b/>
        </w:rPr>
        <w:t xml:space="preserve">[13:01] </w:t>
      </w:r>
      <w:r>
        <w:t>aur Partial taur par is ne ek ek nayi cheez duniya mein paida ki. Azadi.</w:t>
      </w:r>
    </w:p>
    <w:p>
      <w:pPr>
        <w:jc w:val="right"/>
      </w:pPr>
      <w:r>
        <w:t>اور Partial طور پر اس نے ایک ایک نئی چیز دنیا میں پیدا کی۔ آزادی۔</w:t>
      </w:r>
    </w:p>
    <w:p>
      <w:r>
        <w:rPr>
          <w:b/>
        </w:rPr>
        <w:t xml:space="preserve">[13:06] </w:t>
      </w:r>
      <w:r>
        <w:t>jo ke Kingship ke zamane mein baqi nahin rahi thi.</w:t>
      </w:r>
    </w:p>
    <w:p>
      <w:pPr>
        <w:jc w:val="right"/>
      </w:pPr>
      <w:r>
        <w:t>جو کہ Kingship کے زمانے میں باقی نہیں رہی تھی۔</w:t>
      </w:r>
    </w:p>
    <w:p>
      <w:r>
        <w:rPr>
          <w:b/>
        </w:rPr>
        <w:t xml:space="preserve">[13:11] </w:t>
      </w:r>
      <w:r>
        <w:t>lekin chunke Democracy ke paas is masle ka koi hal nahin tha ke insaan ko kis tarah se,</w:t>
      </w:r>
    </w:p>
    <w:p>
      <w:pPr>
        <w:jc w:val="right"/>
      </w:pPr>
      <w:r>
        <w:t>لیکن چونکہ Democracy کے پاس اس مسئلے کا کوئی حل نہیں تھا کہ انسان کو کس طرح سے،</w:t>
      </w:r>
    </w:p>
    <w:p>
      <w:r>
        <w:rPr>
          <w:b/>
        </w:rPr>
        <w:t xml:space="preserve">[13:16] </w:t>
      </w:r>
      <w:r>
        <w:t>insaan ke andar kis tarah Self Control ka mada paida kiya jaye.</w:t>
      </w:r>
    </w:p>
    <w:p>
      <w:pPr>
        <w:jc w:val="right"/>
      </w:pPr>
      <w:r>
        <w:t>انسان کے اندر کس طرح Self Control کا مادہ پیدا کیا جائے۔</w:t>
      </w:r>
    </w:p>
    <w:p>
      <w:r>
        <w:rPr>
          <w:b/>
        </w:rPr>
        <w:t xml:space="preserve">[13:21] </w:t>
      </w:r>
      <w:r>
        <w:t>Self Discipline ka mada paida kiya jaye.</w:t>
      </w:r>
    </w:p>
    <w:p>
      <w:pPr>
        <w:jc w:val="right"/>
      </w:pPr>
      <w:r>
        <w:t>Self Discipline کا مادہ پیدا کیا جائے۔</w:t>
      </w:r>
    </w:p>
    <w:p>
      <w:r>
        <w:rPr>
          <w:b/>
        </w:rPr>
        <w:t xml:space="preserve">[13:26] </w:t>
      </w:r>
      <w:r>
        <w:t>taake woh apni aazadi ko had ke andar istemal kare, had se zyada na istemal na kare. in ke paas aisa koi aqeeda nahi tha. yeh sirf Islam ke andar hai. Islam ne Allah ka tasawwur diya. aur yeh bataya ke insaan Allah ke aage Accountable hai. Quran mein aap dekhein to sab se zyada zor isi baat par hai. sab se zyada zor. ke aye insaan tu marne wala hai, marne ke baad Allah ke samne</w:t>
      </w:r>
    </w:p>
    <w:p>
      <w:pPr>
        <w:jc w:val="right"/>
      </w:pPr>
      <w:r>
        <w:t>تاکہ وہ اپنی آزادی کو حد کے اندر استعمال کرے، حد سے زیادہ نہ استعمال نہ کرے۔ ان کے پاس ایسا کوئی عقیدہ نہیں تھا۔ یہ صرف اسلام کے اندر ہے۔ اسلام نے اللہ کا تصور دیا۔ اور یہ بتایا کہ انسان اللہ کے آگے Accountable ہے۔ قرآن میں آپ دیکھیں تو سب سے زیادہ زور اسی بات پر ہے۔ سب سے زیادہ زور۔ کہ اے انسان تو مرنے والا ہے، مرنے کے بعد اللہ کے سامنے</w:t>
      </w:r>
    </w:p>
    <w:p>
      <w:r>
        <w:rPr>
          <w:b/>
        </w:rPr>
        <w:t xml:space="preserve">[13:56] </w:t>
      </w:r>
      <w:r>
        <w:t>peshi hogi teri, tera hisab kitab hoga.</w:t>
      </w:r>
    </w:p>
    <w:p>
      <w:pPr>
        <w:jc w:val="right"/>
      </w:pPr>
      <w:r>
        <w:t>پیشی ہوگی تیری، تیرا حساب کتاب ہوگا۔</w:t>
      </w:r>
    </w:p>
    <w:p>
      <w:r>
        <w:rPr>
          <w:b/>
        </w:rPr>
        <w:t xml:space="preserve">[14:01] </w:t>
      </w:r>
      <w:r>
        <w:t>tu Quran mein yeh cheez itni bhari hui hai ke koi bhi Page aap kholain to yahan mil</w:t>
      </w:r>
    </w:p>
    <w:p>
      <w:pPr>
        <w:jc w:val="right"/>
      </w:pPr>
      <w:r>
        <w:t>تو قرآن میں یہ چیز اتنی بھری ہوئی ہے کہ کوئی بھی Page آپ کھولیں تو یہاں مل</w:t>
      </w:r>
    </w:p>
    <w:p>
      <w:r>
        <w:rPr>
          <w:b/>
        </w:rPr>
        <w:t xml:space="preserve">[14:05] </w:t>
      </w:r>
      <w:r>
        <w:t>jaye gi aap ko yeh cheez.</w:t>
      </w:r>
    </w:p>
    <w:p>
      <w:pPr>
        <w:jc w:val="right"/>
      </w:pPr>
      <w:r>
        <w:t>جائے گی آپ کو یہ چیز۔</w:t>
      </w:r>
    </w:p>
    <w:p>
      <w:r>
        <w:rPr>
          <w:b/>
        </w:rPr>
        <w:t xml:space="preserve">[14:09] </w:t>
      </w:r>
      <w:r>
        <w:t>tu azadi ko had mein rakhne ke liye ek aisi Philosophy chahiye jis mein insan apne aap ko</w:t>
      </w:r>
    </w:p>
    <w:p>
      <w:pPr>
        <w:jc w:val="right"/>
      </w:pPr>
      <w:r>
        <w:t>تو آزادی کو حد میں رکھنے کے لیے ایک ایسی Philosophy چاہیے جس میں انسان اپنے آپ کو</w:t>
      </w:r>
    </w:p>
    <w:p>
      <w:r>
        <w:rPr>
          <w:b/>
        </w:rPr>
        <w:t xml:space="preserve">[14:14] </w:t>
      </w:r>
      <w:r>
        <w:t>apne se bartar hasti ke aage Accountable samjhe.</w:t>
      </w:r>
    </w:p>
    <w:p>
      <w:pPr>
        <w:jc w:val="right"/>
      </w:pPr>
      <w:r>
        <w:t>اپنے سے برتر ہستی کے آگے Accountable سمجھے۔</w:t>
      </w:r>
    </w:p>
    <w:p>
      <w:r>
        <w:rPr>
          <w:b/>
        </w:rPr>
        <w:t xml:space="preserve">[14:18] </w:t>
      </w:r>
      <w:r>
        <w:t>tab woh Discipline mein rahega.</w:t>
      </w:r>
    </w:p>
    <w:p>
      <w:pPr>
        <w:jc w:val="right"/>
      </w:pPr>
      <w:r>
        <w:t>تب وہ Discipline میں رہے گا۔</w:t>
      </w:r>
    </w:p>
    <w:p>
      <w:r>
        <w:rPr>
          <w:b/>
        </w:rPr>
        <w:t xml:space="preserve">[14:22] </w:t>
      </w:r>
      <w:r>
        <w:t>tu jo Secular Democracy hai</w:t>
      </w:r>
    </w:p>
    <w:p>
      <w:pPr>
        <w:jc w:val="right"/>
      </w:pPr>
      <w:r>
        <w:t>تو جو Secular Democracy ہے</w:t>
      </w:r>
    </w:p>
    <w:p>
      <w:r>
        <w:rPr>
          <w:b/>
        </w:rPr>
        <w:t xml:space="preserve">[14:27] </w:t>
      </w:r>
      <w:r>
        <w:t>woh is se khali thi. main samajhta hoon ke Islam mein jo Concept hai Shariat ka woh Shariat jo hai woh woh Positive Democracy aap keh sakte hain us ko. Shariat jo hai woh Positive Democracy hai. yaani Shariat mein Democracy ka Concept hai aur sath sath yeh hai ke insaan ko Allah ke samne Accountable bataya gaya hai. to Shariat ke naz</w:t>
      </w:r>
    </w:p>
    <w:p>
      <w:pPr>
        <w:jc w:val="right"/>
      </w:pPr>
      <w:r>
        <w:t>وہ اس سے خالی تھی۔ میں سمجھتا ہوں کہ اسلام میں جو Concept ہے شریعت کا وہ شریعت جو ہے وہ وہ Positive Democracy آپ کہہ سکتے ہیں اس کو۔ شریعت جو ہے وہ Positive Democracy ہے۔ یعنی شریعت میں Democracy کا Concept ہے اور ساتھ ساتھ یہ ہے کہ انسان کو اللہ کے سامنے Accountable بتایا گیا ہے۔ تو شریعت کے نظ</w:t>
      </w:r>
    </w:p>
    <w:p>
      <w:r>
        <w:rPr>
          <w:b/>
        </w:rPr>
        <w:t xml:space="preserve">[14:57] </w:t>
      </w:r>
      <w:r>
        <w:t>am mein chounke Accountability ka Concept maujood hai is liye woh Secular Democracy se behtar hai woh.</w:t>
      </w:r>
    </w:p>
    <w:p>
      <w:pPr>
        <w:jc w:val="right"/>
      </w:pPr>
      <w:r>
        <w:t>ام میں چونکہ Accountability کا Concept موجود ہے اس لیے وہ Secular Democracy سے بہتر ہے وہ۔</w:t>
      </w:r>
    </w:p>
    <w:p>
      <w:r>
        <w:rPr>
          <w:b/>
        </w:rPr>
        <w:t xml:space="preserve">[15:04] </w:t>
      </w:r>
      <w:r>
        <w:t>tu agar mein yeh kahoon ke tareekh mein sab se pehle Kingship ka model aaya, woh Fail ho gaya.</w:t>
      </w:r>
    </w:p>
    <w:p>
      <w:pPr>
        <w:jc w:val="right"/>
      </w:pPr>
      <w:r>
        <w:t>تو اگر میں یہ کہوں کہ تاریخ میں سب سے پہلے Kingship کا ماڈل آیا، وہ Fail ہو گیا۔</w:t>
      </w:r>
    </w:p>
    <w:p>
      <w:r>
        <w:rPr>
          <w:b/>
        </w:rPr>
        <w:t xml:space="preserve">[15:12] </w:t>
      </w:r>
      <w:r>
        <w:t>phir Democracy ka model aaya, woh Partial tor par kamyab hua.</w:t>
      </w:r>
    </w:p>
    <w:p>
      <w:pPr>
        <w:jc w:val="right"/>
      </w:pPr>
      <w:r>
        <w:t>پھر Democracy کا ماڈل آیا، وہ Partial طور پر کامیاب ہوا۔</w:t>
      </w:r>
    </w:p>
    <w:p>
      <w:r>
        <w:rPr>
          <w:b/>
        </w:rPr>
        <w:t xml:space="preserve">[15:19] </w:t>
      </w:r>
      <w:r>
        <w:t>behtar model jo hai woh Shariat ka model hai.</w:t>
      </w:r>
    </w:p>
    <w:p>
      <w:pPr>
        <w:jc w:val="right"/>
      </w:pPr>
      <w:r>
        <w:t>بہتر ماڈل جو ہے وہ شریعت کا ماڈل ہے۔</w:t>
      </w:r>
    </w:p>
    <w:p>
      <w:r>
        <w:rPr>
          <w:b/>
        </w:rPr>
        <w:t xml:space="preserve">[15:27] </w:t>
      </w:r>
      <w:r>
        <w:t>Plus Accountability. jis ko main agar lafz badlun to main kahunga ke Spiritual Model. is teesre model ke liye agar main lafz badlun to main kahunga Spiritual Model. to Kingship ke model mein Freedom jo hai khatm kar di gayi thi. Democracy mein Freedom aayi lekin Accountability maujood nahi thi. lekin Spiritual model jo hai us ke andar aazadi is</w:t>
      </w:r>
    </w:p>
    <w:p>
      <w:pPr>
        <w:jc w:val="right"/>
      </w:pPr>
      <w:r>
        <w:t>Plus Accountability۔ جس کو میں اگر لفظ بدلوں تو میں کہوں گا کہ Spiritual ماڈل۔ اس تیسرے ماڈل کے لیے اگر میں لفظ بدلوں تو میں کہوں گا Spiritual ماڈل۔ تو Kingship کے ماڈل میں Freedom جو ہے ختم کر دی گئی تھی۔ Democracy میں Freedom آئی لیکن Accountability موجود نہیں تھی۔ لیکن Spiritual ماڈل جو ہے اس کے اندر آزادی اس</w:t>
      </w:r>
    </w:p>
    <w:p>
      <w:r>
        <w:rPr>
          <w:b/>
        </w:rPr>
        <w:t xml:space="preserve">[15:57] </w:t>
      </w:r>
      <w:r>
        <w:t>tarah hai ke is mein Accountability bhi sath sath lagi hui hai.</w:t>
      </w:r>
    </w:p>
    <w:p>
      <w:pPr>
        <w:jc w:val="right"/>
      </w:pPr>
      <w:r>
        <w:t>طرح ہے کہ اس میں Accountability بھی ساتھ ساتھ لگی ہوئی ہے۔</w:t>
      </w:r>
    </w:p>
    <w:p>
      <w:r>
        <w:rPr>
          <w:b/>
        </w:rPr>
        <w:t xml:space="preserve">[16:00] </w:t>
      </w:r>
      <w:r>
        <w:t>tu Freedom bhi hai aur Accountability bhi hai.</w:t>
      </w:r>
    </w:p>
    <w:p>
      <w:pPr>
        <w:jc w:val="right"/>
      </w:pPr>
      <w:r>
        <w:t>تو Freedom بھی ہے اور Accountability بھی ہے۔</w:t>
      </w:r>
    </w:p>
    <w:p>
      <w:r>
        <w:rPr>
          <w:b/>
        </w:rPr>
        <w:t xml:space="preserve">[16:04] </w:t>
      </w:r>
      <w:r>
        <w:t>tu Islam ka jo model hai Shariat ka wahi sahi model hai.</w:t>
      </w:r>
    </w:p>
    <w:p>
      <w:pPr>
        <w:jc w:val="right"/>
      </w:pPr>
      <w:r>
        <w:t>تو اسلام کا جو ماڈل ہے شریعت کا وہی صحیح ماڈل ہے۔</w:t>
      </w:r>
    </w:p>
    <w:p>
      <w:r>
        <w:rPr>
          <w:b/>
        </w:rPr>
        <w:t xml:space="preserve">[16:08] </w:t>
      </w:r>
      <w:r>
        <w:t>is ko mein kahunga Spiritual model.</w:t>
      </w:r>
    </w:p>
    <w:p>
      <w:pPr>
        <w:jc w:val="right"/>
      </w:pPr>
      <w:r>
        <w:t>اس کو میں کہوں گا Spiritual ماڈل۔</w:t>
      </w:r>
    </w:p>
    <w:p>
      <w:r>
        <w:rPr>
          <w:b/>
        </w:rPr>
        <w:t xml:space="preserve">[16:12] </w:t>
      </w:r>
      <w:r>
        <w:t>lekin masla yeh hua ke Rasool Allah Sal Allahu Alaihi Wasallam ke zamane mein ek mehdood muddat ke</w:t>
      </w:r>
    </w:p>
    <w:p>
      <w:pPr>
        <w:jc w:val="right"/>
      </w:pPr>
      <w:r>
        <w:t>لیکن مسئلہ یہ ہوا کہ رسول اللہ صلی اللہ علیہ وسلم کے زمانے میں ایک محدود مدت کے</w:t>
      </w:r>
    </w:p>
    <w:p>
      <w:r>
        <w:rPr>
          <w:b/>
        </w:rPr>
        <w:t xml:space="preserve">[16:16] </w:t>
      </w:r>
      <w:r>
        <w:t>liye yeh model chala, is ke baad dunya mein phir wahi aa gaya, wahi model.</w:t>
      </w:r>
    </w:p>
    <w:p>
      <w:pPr>
        <w:jc w:val="right"/>
      </w:pPr>
      <w:r>
        <w:t>لیے یہ ماڈل چلا، اس کے بعد دنیا میں پھر وہی آ گیا، وہی ماڈل۔</w:t>
      </w:r>
    </w:p>
    <w:p>
      <w:r>
        <w:rPr>
          <w:b/>
        </w:rPr>
        <w:t xml:space="preserve">[16:19] </w:t>
      </w:r>
      <w:r>
        <w:t>Khilafat ke naam par Kingship ka model.</w:t>
      </w:r>
    </w:p>
    <w:p>
      <w:pPr>
        <w:jc w:val="right"/>
      </w:pPr>
      <w:r>
        <w:t>خلافت کے نام پر Kingship کا ماڈل۔</w:t>
      </w:r>
    </w:p>
    <w:p>
      <w:r>
        <w:rPr>
          <w:b/>
        </w:rPr>
        <w:t xml:space="preserve">[16:23] </w:t>
      </w:r>
      <w:r>
        <w:t>maujooda zamane mein dekhen</w:t>
      </w:r>
    </w:p>
    <w:p>
      <w:pPr>
        <w:jc w:val="right"/>
      </w:pPr>
      <w:r>
        <w:t>موجودہ زمانے میں دیکھیں</w:t>
      </w:r>
    </w:p>
    <w:p>
      <w:r>
        <w:rPr>
          <w:b/>
        </w:rPr>
        <w:t xml:space="preserve">[16:27] </w:t>
      </w:r>
      <w:r>
        <w:t>bohat si tehreekein uthein Islam ke naam par.</w:t>
      </w:r>
    </w:p>
    <w:p>
      <w:pPr>
        <w:jc w:val="right"/>
      </w:pPr>
      <w:r>
        <w:t>بہت سی تحریکیں اٹھیں اسلام کے نام پر۔</w:t>
      </w:r>
    </w:p>
    <w:p>
      <w:r>
        <w:rPr>
          <w:b/>
        </w:rPr>
        <w:t xml:space="preserve">[16:31] </w:t>
      </w:r>
      <w:r>
        <w:t>aur hangame jari hain mukhtalif Countries mein Islam ke naam par.</w:t>
      </w:r>
    </w:p>
    <w:p>
      <w:pPr>
        <w:jc w:val="right"/>
      </w:pPr>
      <w:r>
        <w:t>اور ہنگامے جاری ہیں مختلف Countries میں اسلام کے نام پر۔</w:t>
      </w:r>
    </w:p>
    <w:p>
      <w:r>
        <w:rPr>
          <w:b/>
        </w:rPr>
        <w:t xml:space="preserve">[16:36] </w:t>
      </w:r>
      <w:r>
        <w:t>lekin haqeeqat mein woh jante nahi ke Shari model kya hai.</w:t>
      </w:r>
    </w:p>
    <w:p>
      <w:pPr>
        <w:jc w:val="right"/>
      </w:pPr>
      <w:r>
        <w:t>لیکن حقیقت میں وہ جانتے نہیں کہ شریعی ماڈل کیا ہے۔</w:t>
      </w:r>
    </w:p>
    <w:p>
      <w:r>
        <w:rPr>
          <w:b/>
        </w:rPr>
        <w:t xml:space="preserve">[16:40] </w:t>
      </w:r>
      <w:r>
        <w:t>woh wahi model liye hue hain ke humein Islami nizam qaim karna hai, humein Islam ke qanoon nafiz karna hai.</w:t>
      </w:r>
    </w:p>
    <w:p>
      <w:pPr>
        <w:jc w:val="right"/>
      </w:pPr>
      <w:r>
        <w:t>وہ وہی ماڈل لیے ہوئے ہیں کہ ہمیں اسلامی نظام قائم کرنا ہے، ہمیں اسلام کے قانون نافذ کرنا ہے۔</w:t>
      </w:r>
    </w:p>
    <w:p>
      <w:r>
        <w:rPr>
          <w:b/>
        </w:rPr>
        <w:t xml:space="preserve">[16:44] </w:t>
      </w:r>
      <w:r>
        <w:t>tu nataija kya hai? ke woh insan ki azadi ko Abolish kar ke Islam qaim karna chahte hain.</w:t>
      </w:r>
    </w:p>
    <w:p>
      <w:pPr>
        <w:jc w:val="right"/>
      </w:pPr>
      <w:r>
        <w:t>تو نتیجہ کیا ہے؟ کہ وہ انسان کی آزادی کو Abolish کر کے اسلام قائم کرنا چاہتے ہیں۔</w:t>
      </w:r>
    </w:p>
    <w:p>
      <w:r>
        <w:rPr>
          <w:b/>
        </w:rPr>
        <w:t xml:space="preserve">[16:49] </w:t>
      </w:r>
      <w:r>
        <w:t>jo Kingship ne kiya tha.</w:t>
      </w:r>
    </w:p>
    <w:p>
      <w:pPr>
        <w:jc w:val="right"/>
      </w:pPr>
      <w:r>
        <w:t>جو Kingship نے کیا تھا۔</w:t>
      </w:r>
    </w:p>
    <w:p>
      <w:r>
        <w:rPr>
          <w:b/>
        </w:rPr>
        <w:t xml:space="preserve">[16:53] </w:t>
      </w:r>
      <w:r>
        <w:t>Kingship ne kiya kiya kiya tha?</w:t>
      </w:r>
    </w:p>
    <w:p>
      <w:pPr>
        <w:jc w:val="right"/>
      </w:pPr>
      <w:r>
        <w:t>Kingship نے کیا کیا کیا تھا؟</w:t>
      </w:r>
    </w:p>
    <w:p>
      <w:r>
        <w:rPr>
          <w:b/>
        </w:rPr>
        <w:t xml:space="preserve">[16:57] </w:t>
      </w:r>
      <w:r>
        <w:t>keh insaan ki aazadi ko Abolish kar ke apna Political nizaam qaim karna.</w:t>
      </w:r>
    </w:p>
    <w:p>
      <w:pPr>
        <w:jc w:val="right"/>
      </w:pPr>
      <w:r>
        <w:t>کہ انسان کی آزادی کو Abolish کر کے اپنا Political نظام قائم کرنا۔</w:t>
      </w:r>
    </w:p>
    <w:p>
      <w:r>
        <w:rPr>
          <w:b/>
        </w:rPr>
        <w:t xml:space="preserve">[17:02] </w:t>
      </w:r>
      <w:r>
        <w:t>Aise hi kar rahe hain yeh So-called Islamist log.</w:t>
      </w:r>
    </w:p>
    <w:p>
      <w:pPr>
        <w:jc w:val="right"/>
      </w:pPr>
      <w:r>
        <w:t>ایسے ہی کر رہے ہیں یہ So-called Islamist لوگ۔</w:t>
      </w:r>
    </w:p>
    <w:p>
      <w:r>
        <w:rPr>
          <w:b/>
        </w:rPr>
        <w:t xml:space="preserve">[17:06] </w:t>
      </w:r>
      <w:r>
        <w:t>keh insaan ki aazadi ko Abolish kar ke Islami qanoon ko nafiz karna.</w:t>
      </w:r>
    </w:p>
    <w:p>
      <w:pPr>
        <w:jc w:val="right"/>
      </w:pPr>
      <w:r>
        <w:t>کہ انسان کی آزادی کو Abolish کر کے اسلامی قانون کو نافذ کرنا۔</w:t>
      </w:r>
    </w:p>
    <w:p>
      <w:r>
        <w:rPr>
          <w:b/>
        </w:rPr>
        <w:t xml:space="preserve">[17:11] </w:t>
      </w:r>
      <w:r>
        <w:t>Nateeja yeh hai ke aap dekhen har jagah maar kaat ho rahi hai.</w:t>
      </w:r>
    </w:p>
    <w:p>
      <w:pPr>
        <w:jc w:val="right"/>
      </w:pPr>
      <w:r>
        <w:t>نتیجہ یہ ہے کہ آپ دیکھیں ہر جگہ مار کاٹ ہو رہی ہے۔</w:t>
      </w:r>
    </w:p>
    <w:p>
      <w:r>
        <w:rPr>
          <w:b/>
        </w:rPr>
        <w:t xml:space="preserve">[17:15] </w:t>
      </w:r>
      <w:r>
        <w:t>Egypt mein bhi dekhen aap.</w:t>
      </w:r>
    </w:p>
    <w:p>
      <w:pPr>
        <w:jc w:val="right"/>
      </w:pPr>
      <w:r>
        <w:t>Egypt میں بھی دیکھیں آپ۔</w:t>
      </w:r>
    </w:p>
    <w:p>
      <w:r>
        <w:rPr>
          <w:b/>
        </w:rPr>
        <w:t xml:space="preserve">[17:20] </w:t>
      </w:r>
      <w:r>
        <w:t>Aap doosre jo Countries mein jahan Islam pasand log Active hain, har jagah yahi ho raha hai.</w:t>
      </w:r>
    </w:p>
    <w:p>
      <w:pPr>
        <w:jc w:val="right"/>
      </w:pPr>
      <w:r>
        <w:t>آپ دوسرے جو Countries میں جہاں اسلام پسند لوگ Active ہیں، ہر جگہ یہی ہو رہا ہے۔</w:t>
      </w:r>
    </w:p>
    <w:p>
      <w:r>
        <w:rPr>
          <w:b/>
        </w:rPr>
        <w:t xml:space="preserve">[17:24] </w:t>
      </w:r>
      <w:r>
        <w:t>Inko pata hi nahi hai ke ke shari'i model mein</w:t>
      </w:r>
    </w:p>
    <w:p>
      <w:pPr>
        <w:jc w:val="right"/>
      </w:pPr>
      <w:r>
        <w:t>ان کو پتہ ہی نہیں ہے کہ کہ شریعی ماڈل میں</w:t>
      </w:r>
    </w:p>
    <w:p>
      <w:r>
        <w:rPr>
          <w:b/>
        </w:rPr>
        <w:t xml:space="preserve">[17:28] </w:t>
      </w:r>
      <w:r>
        <w:t>insaan ki aazadi ko baqi rakhte hue apni aazadi ko istemal karna hai.</w:t>
      </w:r>
    </w:p>
    <w:p>
      <w:pPr>
        <w:jc w:val="right"/>
      </w:pPr>
      <w:r>
        <w:t>انسان کی آزادی کو باقی رکھتے ہوئے اپنی آزادی کو استعمال کرنا ہے۔</w:t>
      </w:r>
    </w:p>
    <w:p>
      <w:r>
        <w:rPr>
          <w:b/>
        </w:rPr>
        <w:t xml:space="preserve">[17:32] </w:t>
      </w:r>
      <w:r>
        <w:t>Doosre ki aazadi ko baqi rakhte hue apni aazadi ko istemal karna hai.</w:t>
      </w:r>
    </w:p>
    <w:p>
      <w:pPr>
        <w:jc w:val="right"/>
      </w:pPr>
      <w:r>
        <w:t>دوسرے کی آزادی کو باقی رکھتے ہوئے اپنی آزادی کو استعمال کرنا ہے۔</w:t>
      </w:r>
    </w:p>
    <w:p>
      <w:r>
        <w:rPr>
          <w:b/>
        </w:rPr>
        <w:t xml:space="preserve">[17:36] </w:t>
      </w:r>
      <w:r>
        <w:t>Aap aisa nahi kar sakte ke doosri aazadi ko khatm kar ke aap kahein ke mujhe Islami qanoon</w:t>
      </w:r>
    </w:p>
    <w:p>
      <w:pPr>
        <w:jc w:val="right"/>
      </w:pPr>
      <w:r>
        <w:t>آپ ایسا نہیں کر سکتے کہ دوسری آزادی کو ختم کر کے آپ کہیں کہ مجھے اسلامی قانون</w:t>
      </w:r>
    </w:p>
    <w:p>
      <w:r>
        <w:rPr>
          <w:b/>
        </w:rPr>
        <w:t xml:space="preserve">[17:40] </w:t>
      </w:r>
      <w:r>
        <w:t>nafiz karna hai.</w:t>
      </w:r>
    </w:p>
    <w:p>
      <w:pPr>
        <w:jc w:val="right"/>
      </w:pPr>
      <w:r>
        <w:t>نافذ کرنا ہے۔</w:t>
      </w:r>
    </w:p>
    <w:p>
      <w:r>
        <w:rPr>
          <w:b/>
        </w:rPr>
        <w:t xml:space="preserve">[17:44] </w:t>
      </w:r>
      <w:r>
        <w:t>Toh phir Bloodshed hoga.</w:t>
      </w:r>
    </w:p>
    <w:p>
      <w:pPr>
        <w:jc w:val="right"/>
      </w:pPr>
      <w:r>
        <w:t>تو پھر Bloodshed ہوگا۔</w:t>
      </w:r>
    </w:p>
    <w:p>
      <w:r>
        <w:rPr>
          <w:b/>
        </w:rPr>
        <w:t xml:space="preserve">[17:47] </w:t>
      </w:r>
      <w:r>
        <w:t>Yahi ho raha hai.</w:t>
      </w:r>
    </w:p>
    <w:p>
      <w:pPr>
        <w:jc w:val="right"/>
      </w:pPr>
      <w:r>
        <w:t>یہی ہو رہا ہے۔</w:t>
      </w:r>
    </w:p>
    <w:p>
      <w:r>
        <w:rPr>
          <w:b/>
        </w:rPr>
        <w:t xml:space="preserve">[17:51] </w:t>
      </w:r>
      <w:r>
        <w:t>Saare Muslim Countries mein zabardast tor par yeh soorat-e-haal maujood hai.</w:t>
      </w:r>
    </w:p>
    <w:p>
      <w:pPr>
        <w:jc w:val="right"/>
      </w:pPr>
      <w:r>
        <w:t>سارے مسلم Countries میں زبردست طور پر یہ صورتحال موجود ہے۔</w:t>
      </w:r>
    </w:p>
    <w:p>
      <w:r>
        <w:rPr>
          <w:b/>
        </w:rPr>
        <w:t xml:space="preserve">[17:55] </w:t>
      </w:r>
      <w:r>
        <w:t>Kahin khule tor par hai, kahin</w:t>
      </w:r>
    </w:p>
    <w:p>
      <w:pPr>
        <w:jc w:val="right"/>
      </w:pPr>
      <w:r>
        <w:t>کہیں کھلے طور پر ہے، کہیں</w:t>
      </w:r>
    </w:p>
    <w:p>
      <w:r>
        <w:rPr>
          <w:b/>
        </w:rPr>
        <w:t xml:space="preserve">[17:59] </w:t>
      </w:r>
      <w:r>
        <w:t>kahin woh Underground tor par hai.</w:t>
      </w:r>
    </w:p>
    <w:p>
      <w:pPr>
        <w:jc w:val="right"/>
      </w:pPr>
      <w:r>
        <w:t>کہیں وہ Underground طور پر ہے۔</w:t>
      </w:r>
    </w:p>
    <w:p>
      <w:r>
        <w:rPr>
          <w:b/>
        </w:rPr>
        <w:t xml:space="preserve">[18:03] </w:t>
      </w:r>
      <w:r>
        <w:t>Har Muslim Country mein.</w:t>
      </w:r>
    </w:p>
    <w:p>
      <w:pPr>
        <w:jc w:val="right"/>
      </w:pPr>
      <w:r>
        <w:t>ہر مسلم Country میں۔</w:t>
      </w:r>
    </w:p>
    <w:p>
      <w:r>
        <w:rPr>
          <w:b/>
        </w:rPr>
        <w:t xml:space="preserve">[18:07] </w:t>
      </w:r>
      <w:r>
        <w:t>Ya toh Underground tor par hai ya khule tor par hai.</w:t>
      </w:r>
    </w:p>
    <w:p>
      <w:pPr>
        <w:jc w:val="right"/>
      </w:pPr>
      <w:r>
        <w:t>یا تو Underground طور پر ہے یا کھلے طور پر ہے۔</w:t>
      </w:r>
    </w:p>
    <w:p>
      <w:r>
        <w:rPr>
          <w:b/>
        </w:rPr>
        <w:t xml:space="preserve">[18:12] </w:t>
      </w:r>
      <w:r>
        <w:t>Kyunke yeh model jo shari'i model hai, jis ko maine kaha ke Spiritual model, is ki logon</w:t>
      </w:r>
    </w:p>
    <w:p>
      <w:pPr>
        <w:jc w:val="right"/>
      </w:pPr>
      <w:r>
        <w:t>کیونکہ یہ ماڈل جو شریعی ماڈل ہے، جس کو میں نے کہا کہ Spiritual ماڈل، اس کی لوگوں</w:t>
      </w:r>
    </w:p>
    <w:p>
      <w:r>
        <w:rPr>
          <w:b/>
        </w:rPr>
        <w:t xml:space="preserve">[18:16] </w:t>
      </w:r>
      <w:r>
        <w:t>ko koi khabar nahi.</w:t>
      </w:r>
    </w:p>
    <w:p>
      <w:pPr>
        <w:jc w:val="right"/>
      </w:pPr>
      <w:r>
        <w:t>کو کوئی خبر نہیں۔</w:t>
      </w:r>
    </w:p>
    <w:p>
      <w:r>
        <w:rPr>
          <w:b/>
        </w:rPr>
        <w:t xml:space="preserve">[18:20] </w:t>
      </w:r>
      <w:r>
        <w:t>Toh yeh dekhen, yeh bohat bara masla hai saari tareekh ka.</w:t>
      </w:r>
    </w:p>
    <w:p>
      <w:pPr>
        <w:jc w:val="right"/>
      </w:pPr>
      <w:r>
        <w:t>تو یہ دیکھیں، یہ بہت بڑا مسئلہ ہے ساری تاریخ کا۔</w:t>
      </w:r>
    </w:p>
    <w:p>
      <w:r>
        <w:rPr>
          <w:b/>
        </w:rPr>
        <w:t xml:space="preserve">[18:25] </w:t>
      </w:r>
      <w:r>
        <w:t>Ab main aap ko chand misalein arz karunga is masle ko mazeed</w:t>
      </w:r>
    </w:p>
    <w:p>
      <w:pPr>
        <w:jc w:val="right"/>
      </w:pPr>
      <w:r>
        <w:t>اب میں آپ کو چند مثالیں عرض کروں گا اس مسئلے کو مزید</w:t>
      </w:r>
    </w:p>
    <w:p>
      <w:r>
        <w:rPr>
          <w:b/>
        </w:rPr>
        <w:t xml:space="preserve">[18:29] </w:t>
      </w:r>
      <w:r>
        <w:t>samajh, mazeed wazahat ke liye. dekhein, Karl Marx paida hua to Karl Marx ne yeh dekha ke Karl Marx ke zamane mein Industry aa chuki thi, Modern Industry. to Industry mein kya hua? ke logon ne bari bari Factory banayin. to pehle zamane mein kya tha? tha ke karigar hote the, din bhar kaam kar</w:t>
      </w:r>
    </w:p>
    <w:p>
      <w:pPr>
        <w:jc w:val="right"/>
      </w:pPr>
      <w:r>
        <w:t>سمجھ، مزید وضاحت کے لیے۔ دیکھیں، کارل مارکس پیدا ہوا تو کارل مارکس نے یہ دیکھا کہ کارل مارکس کے زمانے میں Industry آ چکی تھی، Modern Industry۔ تو Industry میں کیا ہوا؟ کہ لوگوں نے بڑی بڑی Factory بنائیں۔ تو پہلے زمانے میں کیا تھا؟ تھا کہ کاریگر ہوتے تھے، دن بھر کام کر</w:t>
      </w:r>
    </w:p>
    <w:p>
      <w:r>
        <w:rPr>
          <w:b/>
        </w:rPr>
        <w:t xml:space="preserve">[18:59] </w:t>
      </w:r>
      <w:r>
        <w:t>ke unhone ek item banaya, shaam ko bech diya.</w:t>
      </w:r>
    </w:p>
    <w:p>
      <w:pPr>
        <w:jc w:val="right"/>
      </w:pPr>
      <w:r>
        <w:t>کے انہوں نے ایک آئٹم بنایا، شام کو بیچ دیا۔</w:t>
      </w:r>
    </w:p>
    <w:p>
      <w:r>
        <w:rPr>
          <w:b/>
        </w:rPr>
        <w:t xml:space="preserve">[19:05] </w:t>
      </w:r>
      <w:r>
        <w:t>Is tarah nizaam chal raha tha.</w:t>
      </w:r>
    </w:p>
    <w:p>
      <w:pPr>
        <w:jc w:val="right"/>
      </w:pPr>
      <w:r>
        <w:t>اس طرح نظام چل رہا تھا۔</w:t>
      </w:r>
    </w:p>
    <w:p>
      <w:r>
        <w:rPr>
          <w:b/>
        </w:rPr>
        <w:t xml:space="preserve">[19:11] </w:t>
      </w:r>
      <w:r>
        <w:t>ab jo hua Modern Industry mein, Modern Industry mein Mass Production hone laga. Mass Production.</w:t>
      </w:r>
    </w:p>
    <w:p>
      <w:pPr>
        <w:jc w:val="right"/>
      </w:pPr>
      <w:r>
        <w:t>اب جو ہوا Modern Industry میں، Modern Industry میں Mass Production ہونے لگا۔ Mass Production۔</w:t>
      </w:r>
    </w:p>
    <w:p>
      <w:r>
        <w:rPr>
          <w:b/>
        </w:rPr>
        <w:t xml:space="preserve">[19:17] </w:t>
      </w:r>
      <w:r>
        <w:t>misal ke taur par dekhen, yeh ek glass hai yeh.</w:t>
      </w:r>
    </w:p>
    <w:p>
      <w:pPr>
        <w:jc w:val="right"/>
      </w:pPr>
      <w:r>
        <w:t>مثلاً دیکھیں، یہ ایک گلاس ہے یہ۔</w:t>
      </w:r>
    </w:p>
    <w:p>
      <w:r>
        <w:rPr>
          <w:b/>
        </w:rPr>
        <w:t xml:space="preserve">[19:24] </w:t>
      </w:r>
      <w:r>
        <w:t>pehle zamane mein din bhar mein aadmi kuch mitti ka bartan banata tha ya koi lakdi ka banata tha. to woh</w:t>
      </w:r>
    </w:p>
    <w:p>
      <w:pPr>
        <w:jc w:val="right"/>
      </w:pPr>
      <w:r>
        <w:t>پہلے زمانے میں دن بھر میں آدمی کچھ مٹی کا برتن بناتا تھا یا کوئی لکڑی کا بناتا تھا۔ تو وہ</w:t>
      </w:r>
    </w:p>
    <w:p>
      <w:r>
        <w:rPr>
          <w:b/>
        </w:rPr>
        <w:t xml:space="preserve">[19:30] </w:t>
      </w:r>
      <w:r>
        <w:t>Local Market mein bech deta tha.</w:t>
      </w:r>
    </w:p>
    <w:p>
      <w:pPr>
        <w:jc w:val="right"/>
      </w:pPr>
      <w:r>
        <w:t>Local Market میں بیچ دیتا تھا۔</w:t>
      </w:r>
    </w:p>
    <w:p>
      <w:r>
        <w:rPr>
          <w:b/>
        </w:rPr>
        <w:t xml:space="preserve">[19:35] </w:t>
      </w:r>
      <w:r>
        <w:t xml:space="preserve">ab yeh hai ke Modern Industry ne million billion item bana di. </w:t>
      </w:r>
    </w:p>
    <w:p>
      <w:pPr>
        <w:jc w:val="right"/>
      </w:pPr>
      <w:r>
        <w:t>اب یہ ہے کہ Modern Industry نے ملین بلین آئٹم بنا دیے۔</w:t>
      </w:r>
    </w:p>
    <w:p>
      <w:r>
        <w:rPr>
          <w:b/>
        </w:rPr>
        <w:t xml:space="preserve">[19:40] </w:t>
      </w:r>
      <w:r>
        <w:t>yani jis ko kehte hain Mass Production.</w:t>
      </w:r>
    </w:p>
    <w:p>
      <w:pPr>
        <w:jc w:val="right"/>
      </w:pPr>
      <w:r>
        <w:t>یعنی جس کو کہتے ہیں Mass Production۔</w:t>
      </w:r>
    </w:p>
    <w:p>
      <w:r>
        <w:rPr>
          <w:b/>
        </w:rPr>
        <w:t xml:space="preserve">[19:45] </w:t>
      </w:r>
      <w:r>
        <w:t>to Modern Industry ne, jo Mass Production ka tareeqa aaya, to log be rozgar ho gaye, logon ki</w:t>
      </w:r>
    </w:p>
    <w:p>
      <w:pPr>
        <w:jc w:val="right"/>
      </w:pPr>
      <w:r>
        <w:t>تو Modern Industry نے، جو Mass Production کا طریقہ آیا، تو لوگ بے روزگار ہو گئے، لوگوں کی</w:t>
      </w:r>
    </w:p>
    <w:p>
      <w:r>
        <w:rPr>
          <w:b/>
        </w:rPr>
        <w:t xml:space="preserve">[19:50] </w:t>
      </w:r>
      <w:r>
        <w:t>Employment khatam ho gayi.</w:t>
      </w:r>
    </w:p>
    <w:p>
      <w:pPr>
        <w:jc w:val="right"/>
      </w:pPr>
      <w:r>
        <w:t>Employment ختم ہو گئی۔</w:t>
      </w:r>
    </w:p>
    <w:p>
      <w:r>
        <w:rPr>
          <w:b/>
        </w:rPr>
        <w:t xml:space="preserve">[19:55] </w:t>
      </w:r>
      <w:r>
        <w:t>ab Marx ne kya kaha? ke State, yani is</w:t>
      </w:r>
    </w:p>
    <w:p>
      <w:pPr>
        <w:jc w:val="right"/>
      </w:pPr>
      <w:r>
        <w:t>اب مارکس نے کیا کہا؟ کہ State، یعنی اس</w:t>
      </w:r>
    </w:p>
    <w:p>
      <w:r>
        <w:rPr>
          <w:b/>
        </w:rPr>
        <w:t xml:space="preserve">[20:00] </w:t>
      </w:r>
      <w:r>
        <w:t>ka naam to woh log lete hain, Communism aur Socialism, haqeeqat mein woh naam hai, State Economy.</w:t>
      </w:r>
    </w:p>
    <w:p>
      <w:pPr>
        <w:jc w:val="right"/>
      </w:pPr>
      <w:r>
        <w:t>کا نام تو وہ لوگ لیتے ہیں، Communism اور Socialism، حقیقت میں وہ نام ہے، State Economy۔</w:t>
      </w:r>
    </w:p>
    <w:p>
      <w:r>
        <w:rPr>
          <w:b/>
        </w:rPr>
        <w:t xml:space="preserve">[20:05] </w:t>
      </w:r>
      <w:r>
        <w:t>yani State ke control mein sab kuch ho.</w:t>
      </w:r>
    </w:p>
    <w:p>
      <w:pPr>
        <w:jc w:val="right"/>
      </w:pPr>
      <w:r>
        <w:t>یعنی State کے کنٹرول میں سب کچھ ہو۔</w:t>
      </w:r>
    </w:p>
    <w:p>
      <w:r>
        <w:rPr>
          <w:b/>
        </w:rPr>
        <w:t xml:space="preserve">[20:10] </w:t>
      </w:r>
      <w:r>
        <w:t>to chunke logon ke is se pehle jo zameenen thin aur jo doosre pedawar ke tareeqe the, woh</w:t>
      </w:r>
    </w:p>
    <w:p>
      <w:pPr>
        <w:jc w:val="right"/>
      </w:pPr>
      <w:r>
        <w:t>تو چونکہ لوگوں کے اس سے پہلے جو زمینیں تھیں اور جو دوسرے پیداوار کے طریقے تھے، وہ</w:t>
      </w:r>
    </w:p>
    <w:p>
      <w:r>
        <w:rPr>
          <w:b/>
        </w:rPr>
        <w:t xml:space="preserve">[20:15] </w:t>
      </w:r>
      <w:r>
        <w:t>log, yani afraad ke hath mein the, to un ki jo Philosophy thi Marx ki, us ke mutabiq</w:t>
      </w:r>
    </w:p>
    <w:p>
      <w:pPr>
        <w:jc w:val="right"/>
      </w:pPr>
      <w:r>
        <w:t>لوگ، یعنی افراد کے ہاتھ میں تھے، تو ان کی جو Philosophy تھی مارکس کی، اس کے مطابق</w:t>
      </w:r>
    </w:p>
    <w:p>
      <w:r>
        <w:rPr>
          <w:b/>
        </w:rPr>
        <w:t xml:space="preserve">[20:20] </w:t>
      </w:r>
      <w:r>
        <w:t>yeh thi ke sab kuch State ke control mein ho.</w:t>
      </w:r>
    </w:p>
    <w:p>
      <w:pPr>
        <w:jc w:val="right"/>
      </w:pPr>
      <w:r>
        <w:t>یہ تھی کہ سب کچھ State کے کنٹرول میں ہو۔</w:t>
      </w:r>
    </w:p>
    <w:p>
      <w:r>
        <w:rPr>
          <w:b/>
        </w:rPr>
        <w:t xml:space="preserve">[20:25] </w:t>
      </w:r>
      <w:r>
        <w:t>is ka nateeja yeh hua ke Russia mein Stalin ke zamane mein pachees lakh aadmi maar dale gaye. sirf</w:t>
      </w:r>
    </w:p>
    <w:p>
      <w:pPr>
        <w:jc w:val="right"/>
      </w:pPr>
      <w:r>
        <w:t>اس کا نتیجہ یہ ہوا کہ رشیا میں اسٹالن کے زمانے میں پچیس لاکھ آدمی مار ڈالے گئے۔ صرف</w:t>
      </w:r>
    </w:p>
    <w:p>
      <w:r>
        <w:rPr>
          <w:b/>
        </w:rPr>
        <w:t xml:space="preserve">[20:30] </w:t>
      </w:r>
      <w:r>
        <w:t>un ki Property ko State ke control mein dene ke liye.</w:t>
      </w:r>
    </w:p>
    <w:p>
      <w:pPr>
        <w:jc w:val="right"/>
      </w:pPr>
      <w:r>
        <w:t>ان کی Property کو State کے کنٹرول میں دینے کے لیے۔</w:t>
      </w:r>
    </w:p>
    <w:p>
      <w:r>
        <w:rPr>
          <w:b/>
        </w:rPr>
        <w:t xml:space="preserve">[20:34] </w:t>
      </w:r>
      <w:r>
        <w:t>lekin nateeja kya hua? kuch bhi nahi hua.</w:t>
      </w:r>
    </w:p>
    <w:p>
      <w:pPr>
        <w:jc w:val="right"/>
      </w:pPr>
      <w:r>
        <w:t>لیکن نتیجہ کیا ہوا؟ کچھ بھی نہیں ہوا۔</w:t>
      </w:r>
    </w:p>
    <w:p>
      <w:r>
        <w:rPr>
          <w:b/>
        </w:rPr>
        <w:t xml:space="preserve">[20:39] </w:t>
      </w:r>
      <w:r>
        <w:t>nateeja kuch bhi nahi hua.</w:t>
      </w:r>
    </w:p>
    <w:p>
      <w:pPr>
        <w:jc w:val="right"/>
      </w:pPr>
      <w:r>
        <w:t>نتیجہ کچھ بھی نہیں ہوا۔</w:t>
      </w:r>
    </w:p>
    <w:p>
      <w:r>
        <w:rPr>
          <w:b/>
        </w:rPr>
        <w:t xml:space="preserve">[20:43] </w:t>
      </w:r>
      <w:r>
        <w:t>kyun ke wahan par bhi woh ek azaadi ko Abolish kar ke unhon ne nizaam banaya.</w:t>
      </w:r>
    </w:p>
    <w:p>
      <w:pPr>
        <w:jc w:val="right"/>
      </w:pPr>
      <w:r>
        <w:t>کیونکہ وہاں پر بھی وہ ایک آزادی کو Abolish کر کے انہوں نے نظام بنایا۔</w:t>
      </w:r>
    </w:p>
    <w:p>
      <w:r>
        <w:rPr>
          <w:b/>
        </w:rPr>
        <w:t xml:space="preserve">[20:47] </w:t>
      </w:r>
      <w:r>
        <w:t>yeh jo nizaam tha, Communism ya Socialism ya State Economy, yeh insaan ki azaadi ko Abolish kar ke</w:t>
      </w:r>
    </w:p>
    <w:p>
      <w:pPr>
        <w:jc w:val="right"/>
      </w:pPr>
      <w:r>
        <w:t>یہ جو نظام تھا، Communism یا Socialism یا State Economy، یہ انسان کی آزادی کو Abolish کر کے</w:t>
      </w:r>
    </w:p>
    <w:p>
      <w:r>
        <w:rPr>
          <w:b/>
        </w:rPr>
        <w:t xml:space="preserve">[20:52] </w:t>
      </w:r>
      <w:r>
        <w:t>banaya gaya tha.</w:t>
      </w:r>
    </w:p>
    <w:p>
      <w:pPr>
        <w:jc w:val="right"/>
      </w:pPr>
      <w:r>
        <w:t>بنایا گیا تھا۔</w:t>
      </w:r>
    </w:p>
    <w:p>
      <w:r>
        <w:rPr>
          <w:b/>
        </w:rPr>
        <w:t xml:space="preserve">[20:56] </w:t>
      </w:r>
      <w:r>
        <w:t>to is ke baad jo doosra jo tha nizaam, jis ko kehte hain,</w:t>
      </w:r>
    </w:p>
    <w:p>
      <w:pPr>
        <w:jc w:val="right"/>
      </w:pPr>
      <w:r>
        <w:t>تو اس کے بعد جو دوسرا جو تھا نظام، جس کو کہتے ہیں،</w:t>
      </w:r>
    </w:p>
    <w:p>
      <w:r>
        <w:rPr>
          <w:b/>
        </w:rPr>
        <w:t xml:space="preserve">[21:00] </w:t>
      </w:r>
      <w:r>
        <w:t>yani Capitalist Economy, سرمایہ دارانہ nizaam, aur jo bare bare Industrialist hain, unhon ne jo nizaam qaim kar</w:t>
      </w:r>
    </w:p>
    <w:p>
      <w:pPr>
        <w:jc w:val="right"/>
      </w:pPr>
      <w:r>
        <w:t>یعنی Capitalist Economy، سرمایہ دارانہ نظام، اور جو بڑے بڑے Industrialist ہیں، انہوں نے جو نظام قائم کر</w:t>
      </w:r>
    </w:p>
    <w:p>
      <w:r>
        <w:rPr>
          <w:b/>
        </w:rPr>
        <w:t xml:space="preserve">[21:06] </w:t>
      </w:r>
      <w:r>
        <w:t>rakha tha, to unhon ne apne aap ko Justify karne ke liye kya kaha? ke woh jo log</w:t>
      </w:r>
    </w:p>
    <w:p>
      <w:pPr>
        <w:jc w:val="right"/>
      </w:pPr>
      <w:r>
        <w:t>رکھا تھا، تو انہوں نے اپنے آپ کو Justify کرنے کے لیے کیا کہا؟ کہ وہ جو لوگ</w:t>
      </w:r>
    </w:p>
    <w:p>
      <w:r>
        <w:rPr>
          <w:b/>
        </w:rPr>
        <w:t xml:space="preserve">[21:12] </w:t>
      </w:r>
      <w:r>
        <w:t>be rozgar ho rahe the, jin ka, jin ki, jin ka rozgar chhin raha tha, us ko Justify</w:t>
      </w:r>
    </w:p>
    <w:p>
      <w:pPr>
        <w:jc w:val="right"/>
      </w:pPr>
      <w:r>
        <w:t>بے روزگار ہو رہے تھے، جن کا، جن کی، جن کا روزگار چھن رہا تھا، اس کو Justify</w:t>
      </w:r>
    </w:p>
    <w:p>
      <w:r>
        <w:rPr>
          <w:b/>
        </w:rPr>
        <w:t xml:space="preserve">[21:18] </w:t>
      </w:r>
      <w:r>
        <w:t>karne ke liye unhon ne kya kiya? is ki ek misaal mein deta hoon.</w:t>
      </w:r>
    </w:p>
    <w:p>
      <w:pPr>
        <w:jc w:val="right"/>
      </w:pPr>
      <w:r>
        <w:t>کرنے کے لیے انہوں نے کیا کیا؟ اس کی ایک مثال میں دیتا ہوں۔</w:t>
      </w:r>
    </w:p>
    <w:p>
      <w:r>
        <w:rPr>
          <w:b/>
        </w:rPr>
        <w:t xml:space="preserve">[21:25] </w:t>
      </w:r>
      <w:r>
        <w:t>ke darwin ne ek</w:t>
      </w:r>
    </w:p>
    <w:p>
      <w:pPr>
        <w:jc w:val="right"/>
      </w:pPr>
      <w:r>
        <w:t>کہ ڈارون نے ایک</w:t>
      </w:r>
    </w:p>
    <w:p>
      <w:r>
        <w:rPr>
          <w:b/>
        </w:rPr>
        <w:t xml:space="preserve">[21:31] </w:t>
      </w:r>
      <w:r>
        <w:t>nazariya pesh kiya tha biology mein, jis ko kehte the survival of the fittest.</w:t>
      </w:r>
    </w:p>
    <w:p>
      <w:pPr>
        <w:jc w:val="right"/>
      </w:pPr>
      <w:r>
        <w:t>نظریہ پیش کیا تھا Biology میں، جس کو کہتے تھے Survival of the Fittest۔</w:t>
      </w:r>
    </w:p>
    <w:p>
      <w:r>
        <w:rPr>
          <w:b/>
        </w:rPr>
        <w:t xml:space="preserve">[21:38] </w:t>
      </w:r>
      <w:r>
        <w:t>yani fittest ka survive karna, fittest ka zinda rehna, is ko apply kiya adam smith ne economy par.</w:t>
      </w:r>
    </w:p>
    <w:p>
      <w:pPr>
        <w:jc w:val="right"/>
      </w:pPr>
      <w:r>
        <w:t>یعنی Fittest کا Survive کرنا، Fittest کا زندہ رہنا، اس کو Apply کیا آدم اسمتھ نے Economy پر۔</w:t>
      </w:r>
    </w:p>
    <w:p>
      <w:r>
        <w:rPr>
          <w:b/>
        </w:rPr>
        <w:t xml:space="preserve">[21:46] </w:t>
      </w:r>
      <w:r>
        <w:t>yahan bhi survival of the fittest, yani jo fittest hai, jis ke paas industry hai, jis ke paas</w:t>
      </w:r>
    </w:p>
    <w:p>
      <w:pPr>
        <w:jc w:val="right"/>
      </w:pPr>
      <w:r>
        <w:t>یہاں بھی Survival of the Fittest، یعنی جو Fittest ہے، جس کے پاس Industry ہے، جس کے پاس</w:t>
      </w:r>
    </w:p>
    <w:p>
      <w:r>
        <w:rPr>
          <w:b/>
        </w:rPr>
        <w:t xml:space="preserve">[21:53] </w:t>
      </w:r>
      <w:r>
        <w:t>skill hai, jis ke paas dimaagh hai, woh prevail kare ga, baqi log marte hain to mar</w:t>
      </w:r>
    </w:p>
    <w:p>
      <w:pPr>
        <w:jc w:val="right"/>
      </w:pPr>
      <w:r>
        <w:t>Skill ہے، جس کے پاس دماغ ہے، وہ Prevail کرے گا، باقی لوگ مرتے ہیں تو مر</w:t>
      </w:r>
    </w:p>
    <w:p>
      <w:r>
        <w:rPr>
          <w:b/>
        </w:rPr>
        <w:t xml:space="preserve">[22:01] </w:t>
      </w:r>
      <w:r>
        <w:t>te hain.</w:t>
      </w:r>
    </w:p>
    <w:p>
      <w:pPr>
        <w:jc w:val="right"/>
      </w:pPr>
      <w:r>
        <w:t>ے ہیں۔</w:t>
      </w:r>
    </w:p>
    <w:p>
      <w:r>
        <w:rPr>
          <w:b/>
        </w:rPr>
        <w:t xml:space="preserve">[22:05] </w:t>
      </w:r>
      <w:r>
        <w:t>to isi ko kaha jata hai computer perish.</w:t>
      </w:r>
    </w:p>
    <w:p>
      <w:pPr>
        <w:jc w:val="right"/>
      </w:pPr>
      <w:r>
        <w:t>تو اسی کو کہا جاتا ہے Computer Perish۔</w:t>
      </w:r>
    </w:p>
    <w:p>
      <w:r>
        <w:rPr>
          <w:b/>
        </w:rPr>
        <w:t xml:space="preserve">[22:10] </w:t>
      </w:r>
      <w:r>
        <w:t>to yeh is mein kya hua? is mein bhi insaan ki azaadi ka khatma ho gaya.</w:t>
      </w:r>
    </w:p>
    <w:p>
      <w:pPr>
        <w:jc w:val="right"/>
      </w:pPr>
      <w:r>
        <w:t>تو یہ اس میں کیا ہوا؟ اس میں بھی انسان کی آزادی کا خاتمہ ہو گیا۔</w:t>
      </w:r>
    </w:p>
    <w:p>
      <w:r>
        <w:rPr>
          <w:b/>
        </w:rPr>
        <w:t xml:space="preserve">[22:14] </w:t>
      </w:r>
      <w:r>
        <w:t>yani kuch logon ko hisse mein azaadi mili, jaise pehle king ko mili hui thi, baqi logon ko</w:t>
      </w:r>
    </w:p>
    <w:p>
      <w:pPr>
        <w:jc w:val="right"/>
      </w:pPr>
      <w:r>
        <w:t>یعنی کچھ لوگوں کو حصے میں آزادی ملی، جیسے پہلے King کو ملی ہوئی تھی، باقی لوگوں کو</w:t>
      </w:r>
    </w:p>
    <w:p>
      <w:r>
        <w:rPr>
          <w:b/>
        </w:rPr>
        <w:t xml:space="preserve">[22:18] </w:t>
      </w:r>
      <w:r>
        <w:t>nahi mili hui thi, wahi soorat-e-haal yahan baqi rahi.</w:t>
      </w:r>
    </w:p>
    <w:p>
      <w:pPr>
        <w:jc w:val="right"/>
      </w:pPr>
      <w:r>
        <w:t>نہیں ملی ہوئی تھی، وہی صورتحال یہاں باقی رہی۔</w:t>
      </w:r>
    </w:p>
    <w:p>
      <w:r>
        <w:rPr>
          <w:b/>
        </w:rPr>
        <w:t xml:space="preserve">[22:23] </w:t>
      </w:r>
      <w:r>
        <w:t>to yeh sab nazariyon mein kya hai? ke is haqeeqat ko nahi samjha logon ne, jis ko ke</w:t>
      </w:r>
    </w:p>
    <w:p>
      <w:pPr>
        <w:jc w:val="right"/>
      </w:pPr>
      <w:r>
        <w:t>تو یہ سب نظریات میں کیا ہے؟ کہ اس حقیقت کو نہیں سمجھاؤ لوگوں نے، جس کو کہ</w:t>
      </w:r>
    </w:p>
    <w:p>
      <w:r>
        <w:rPr>
          <w:b/>
        </w:rPr>
        <w:t xml:space="preserve">[22:27] </w:t>
      </w:r>
      <w:r>
        <w:t>un mein bataya gaya hai.</w:t>
      </w:r>
    </w:p>
    <w:p>
      <w:pPr>
        <w:jc w:val="right"/>
      </w:pPr>
      <w:r>
        <w:t>ان میں بتایا گیا ہے۔</w:t>
      </w:r>
    </w:p>
    <w:p>
      <w:r>
        <w:rPr>
          <w:b/>
        </w:rPr>
        <w:t xml:space="preserve">[22:32] </w:t>
      </w:r>
      <w:r>
        <w:t>ke life is based on diversity rather than informality. in sab logon ne kya kiya? ke insani zindagi mein informality lanay ki koshish ki. justice ke naam par, equality ke naam par, aur insaaf ke naam par. lekin woh jo khaliq ka jo plan hai, us ke mutabiq nahi tha. nateeja</w:t>
      </w:r>
    </w:p>
    <w:p>
      <w:pPr>
        <w:jc w:val="right"/>
      </w:pPr>
      <w:r>
        <w:t>کہ Life is based on diversity rather than informality۔ ان سب لوگوں نے کیا کیا؟ کہ انسانی زندگی میں informality لانے کی کوشش کی۔ Justice کے نام پر، Equality کے نام پر، اور انصاف کے نام پر۔ لیکن وہ جو خالق کا جو Plan ہے، اس کے مطابق نہیں تھا۔ نتیج</w:t>
      </w:r>
    </w:p>
    <w:p>
      <w:r>
        <w:rPr>
          <w:b/>
        </w:rPr>
        <w:t xml:space="preserve">[23:02] </w:t>
      </w:r>
      <w:r>
        <w:t>h yeh ke yeh hua ke har jagah complaint, protest, bloodshed, takrao, yeh sab hua.</w:t>
      </w:r>
    </w:p>
    <w:p>
      <w:pPr>
        <w:jc w:val="right"/>
      </w:pPr>
      <w:r>
        <w:t>ہ یہ کہ یہ ہوا کہ ہر جگہ Complaint، Protest، Bloodshed، ٹکراؤ، یہ سب ہوا۔</w:t>
      </w:r>
    </w:p>
    <w:p>
      <w:r>
        <w:rPr>
          <w:b/>
        </w:rPr>
        <w:t xml:space="preserve">[23:07] </w:t>
      </w:r>
      <w:r>
        <w:t>yehi model khud musalmanon mein aa gaya.</w:t>
      </w:r>
    </w:p>
    <w:p>
      <w:pPr>
        <w:jc w:val="right"/>
      </w:pPr>
      <w:r>
        <w:t>یہی ماڈل خود مسلمانوں میں آ گیا۔</w:t>
      </w:r>
    </w:p>
    <w:p>
      <w:r>
        <w:rPr>
          <w:b/>
        </w:rPr>
        <w:t xml:space="preserve">[23:12] </w:t>
      </w:r>
      <w:r>
        <w:t>abhi jo musalmanon ki jamaatein hain, jo un ko kehte hain inqilabi jamaatein, inqilabi jamaatein kya hain? isi</w:t>
      </w:r>
    </w:p>
    <w:p>
      <w:pPr>
        <w:jc w:val="right"/>
      </w:pPr>
      <w:r>
        <w:t>ابھی جو مسلمانوں کی جماعتیں ہیں، جو ان کو کہتے ہیں انقلابی جماعتیں، انقلابی جماعتیں کیا ہیں؟ اسی</w:t>
      </w:r>
    </w:p>
    <w:p>
      <w:r>
        <w:rPr>
          <w:b/>
        </w:rPr>
        <w:t xml:space="preserve">[23:17] </w:t>
      </w:r>
      <w:r>
        <w:t>same model ko ikhtiyar ki hui hain.</w:t>
      </w:r>
    </w:p>
    <w:p>
      <w:pPr>
        <w:jc w:val="right"/>
      </w:pPr>
      <w:r>
        <w:t>Same ماڈل کو اختیار کی ہوئی ہیں۔</w:t>
      </w:r>
    </w:p>
    <w:p>
      <w:r>
        <w:rPr>
          <w:b/>
        </w:rPr>
        <w:t xml:space="preserve">[23:23] </w:t>
      </w:r>
      <w:r>
        <w:t>isi same model ko ke ek tabqe ke paas taaqat aa jaye aur woh tabqa doosre ke oopar</w:t>
      </w:r>
    </w:p>
    <w:p>
      <w:pPr>
        <w:jc w:val="right"/>
      </w:pPr>
      <w:r>
        <w:t>اسی Same ماڈل کو کہ ایک طبقے کے پاس طاقت آ جائے اور وہ طبقہ دوسرے کے اوپر</w:t>
      </w:r>
    </w:p>
    <w:p>
      <w:r>
        <w:rPr>
          <w:b/>
        </w:rPr>
        <w:t xml:space="preserve">[23:28] </w:t>
      </w:r>
      <w:r>
        <w:t>apna hukum naafiz kare.</w:t>
      </w:r>
    </w:p>
    <w:p>
      <w:pPr>
        <w:jc w:val="right"/>
      </w:pPr>
      <w:r>
        <w:t>اپنا حکم نافذ کرے۔</w:t>
      </w:r>
    </w:p>
    <w:p>
      <w:r>
        <w:rPr>
          <w:b/>
        </w:rPr>
        <w:t xml:space="preserve">[23:33] </w:t>
      </w:r>
      <w:r>
        <w:t>to mein samajhta hoon ke jo is, jis ko mein ne kaha spiritual model, spiritual model yeh hai ke insan doosray ki azadi ko tasleem karte hue apni azadi ko pur aman tor par istemal karay. yeh hai spiritual model. is ki practical surat kya hai? is ki practical surat woh hai, jis ko rasool Allah sal Allah alayh wasallam ne in alfaz mein bataya ke kima takoonun kazalika yulva alaikum. ye</w:t>
      </w:r>
    </w:p>
    <w:p>
      <w:pPr>
        <w:jc w:val="right"/>
      </w:pPr>
      <w:r>
        <w:t>تو میں سمجھتا ہوں کہ جو اس، جس کو میں نے کہا Spiritual ماڈل، Spiritual ماڈل یہ ہے کہ انسان دوسرے کی آزادی کو تسلیم کرتے ہوئے اپنی آزادی کو پرامن طور پر استعمال کرے۔ یہ ہے Spiritual ماڈل۔ اس کی Practical صورت کیا ہے؟ اس کی Practical صورت وہ ہے، جس کو رسول اللہ صلی اللہ علیہ وسلم نے ان الفاظ میں بتایا کہ کما تكونون كذلك یولوا عليكم۔ ی</w:t>
      </w:r>
    </w:p>
    <w:p>
      <w:r>
        <w:rPr>
          <w:b/>
        </w:rPr>
        <w:t xml:space="preserve">[24:03] </w:t>
      </w:r>
      <w:r>
        <w:t>yani jaise society hogi, waisa rule hoga.</w:t>
      </w:r>
    </w:p>
    <w:p>
      <w:pPr>
        <w:jc w:val="right"/>
      </w:pPr>
      <w:r>
        <w:t>عنی جیسے Society ہوگی، ویسا Rule ہوگا۔</w:t>
      </w:r>
    </w:p>
    <w:p>
      <w:r>
        <w:rPr>
          <w:b/>
        </w:rPr>
        <w:t xml:space="preserve">[24:08] </w:t>
      </w:r>
      <w:r>
        <w:t>society ke jo se emerge kare gi hukoomat, yani aasani kisi ke mind mein ek model hai, is</w:t>
      </w:r>
    </w:p>
    <w:p>
      <w:pPr>
        <w:jc w:val="right"/>
      </w:pPr>
      <w:r>
        <w:t>Society کے جو سے Emerge کرے گی حکومت، یعنی آسانی کسی کے Mind میں ایک ماڈل ہے، اس</w:t>
      </w:r>
    </w:p>
    <w:p>
      <w:r>
        <w:rPr>
          <w:b/>
        </w:rPr>
        <w:t xml:space="preserve">[24:13] </w:t>
      </w:r>
      <w:r>
        <w:t>model ko la kar impose kare, woh aasan nahi hai.</w:t>
      </w:r>
    </w:p>
    <w:p>
      <w:pPr>
        <w:jc w:val="right"/>
      </w:pPr>
      <w:r>
        <w:t>ماڈل کو لا کر Impose کرے، وہ آسان نہیں ہے۔</w:t>
      </w:r>
    </w:p>
    <w:p>
      <w:r>
        <w:rPr>
          <w:b/>
        </w:rPr>
        <w:t xml:space="preserve">[24:18] </w:t>
      </w:r>
      <w:r>
        <w:t>yani logon ne yeh kiya ke har ek ne apne mind mein ek model banaya.</w:t>
      </w:r>
    </w:p>
    <w:p>
      <w:pPr>
        <w:jc w:val="right"/>
      </w:pPr>
      <w:r>
        <w:t>یعنی لوگوں نے یہ کیا کہ ہر ایک نے اپنے Mind میں ایک ماڈل بنایا۔</w:t>
      </w:r>
    </w:p>
    <w:p>
      <w:r>
        <w:rPr>
          <w:b/>
        </w:rPr>
        <w:t xml:space="preserve">[24:23] </w:t>
      </w:r>
      <w:r>
        <w:t>kingship model, yeh model, woh model.</w:t>
      </w:r>
    </w:p>
    <w:p>
      <w:pPr>
        <w:jc w:val="right"/>
      </w:pPr>
      <w:r>
        <w:t>Kingship ماڈل، یہ ماڈل، وہ ماڈل۔</w:t>
      </w:r>
    </w:p>
    <w:p>
      <w:r>
        <w:rPr>
          <w:b/>
        </w:rPr>
        <w:t xml:space="preserve">[24:28] </w:t>
      </w:r>
      <w:r>
        <w:t>to is ko unhon ne chaha ke is ko mein impose karoon society ke oopar. to woh</w:t>
      </w:r>
    </w:p>
    <w:p>
      <w:pPr>
        <w:jc w:val="right"/>
      </w:pPr>
      <w:r>
        <w:t>تو اس کو انہوں نے چاہا کہ اس کو میں Impose کروں Society کے اوپر۔ تو وہ</w:t>
      </w:r>
    </w:p>
    <w:p>
      <w:r>
        <w:rPr>
          <w:b/>
        </w:rPr>
        <w:t xml:space="preserve">[24:33] </w:t>
      </w:r>
      <w:r>
        <w:t>islam ka tareeqa nahi hai. islam ka tareeqa yeh hai ke aap apni zindagi mein jo samajhtay hain, us ke mutabiq kijiye, pur aman tor par. aur jahan tak society ki baat hai, society se emerge kare gi hukumat. yani aap peaceful tareeqay se apnay nazariye pesh kijiye. aur phir fair yani free election hon gay. aur jo is mein select kiya jaye ga, woh rule karay ga. is limited peri</w:t>
      </w:r>
    </w:p>
    <w:p>
      <w:pPr>
        <w:jc w:val="right"/>
      </w:pPr>
      <w:r>
        <w:t>اسلام کا طریقہ نہیں ہے۔ اسلام کا طریقہ یہ ہے کہ آپ اپنی زندگی میں جو سمجھتے ہیں، اس کے مطابق کیجیے، پرامن طور پر۔ اور جہاں تک Society کی بات ہے، Society سے Emerge کرے گی حکومت۔ یعنی آپ Peaceful طریقے سے اپنے نظریے پیش کیجیے۔ اور پھر Fair یعنی Free Election ہوں گے۔ اور جو اس میں Select کیا جائے گا، وہ Rule کرے گا۔ اس Limited Peri</w:t>
      </w:r>
    </w:p>
    <w:p>
      <w:r>
        <w:rPr>
          <w:b/>
        </w:rPr>
        <w:t xml:space="preserve">[25:03] </w:t>
      </w:r>
      <w:r>
        <w:t>od tak.</w:t>
      </w:r>
    </w:p>
    <w:p>
      <w:pPr>
        <w:jc w:val="right"/>
      </w:pPr>
      <w:r>
        <w:t>od تک۔</w:t>
      </w:r>
    </w:p>
    <w:p>
      <w:r>
        <w:rPr>
          <w:b/>
        </w:rPr>
        <w:t xml:space="preserve">[25:08] </w:t>
      </w:r>
      <w:r>
        <w:t>to Society ke mamle mein, Society ke mamle ko aur Individual ke mamle ko Islam mein alag kiya gaya hai.</w:t>
      </w:r>
    </w:p>
    <w:p>
      <w:pPr>
        <w:jc w:val="right"/>
      </w:pPr>
      <w:r>
        <w:t>تو Society کے معاملے میں، Society کے معاملے کو اور Individual کے معاملے کو اسلام میں الگ کیا گیا ہے۔</w:t>
      </w:r>
    </w:p>
    <w:p>
      <w:r>
        <w:rPr>
          <w:b/>
        </w:rPr>
        <w:t xml:space="preserve">[25:13] </w:t>
      </w:r>
      <w:r>
        <w:t>fard to bilashuba apne zaati mamle mein isko Total aazadi mili hui hai, Total Freedom mili hui hai.</w:t>
      </w:r>
    </w:p>
    <w:p>
      <w:pPr>
        <w:jc w:val="right"/>
      </w:pPr>
      <w:r>
        <w:t>فرد تو بلاشبہ اپنے ذاتی معاملے میں اس کو Total آزادی ملی ہوئی ہے، Total Freedom ملی ہوئی ہے۔</w:t>
      </w:r>
    </w:p>
    <w:p>
      <w:r>
        <w:rPr>
          <w:b/>
        </w:rPr>
        <w:t xml:space="preserve">[25:18] </w:t>
      </w:r>
      <w:r>
        <w:t>lekin jahan tak Society ka talluq hai, yeh aap nahi kar sakte ke apne Mind mein ek model</w:t>
      </w:r>
    </w:p>
    <w:p>
      <w:pPr>
        <w:jc w:val="right"/>
      </w:pPr>
      <w:r>
        <w:t>لیکن جہاں تک Society کا تعلق ہے، یہ آپ نہیں کر سکتے کہ اپنے Mind میں ایک ماڈل</w:t>
      </w:r>
    </w:p>
    <w:p>
      <w:r>
        <w:rPr>
          <w:b/>
        </w:rPr>
        <w:t xml:space="preserve">[25:23] </w:t>
      </w:r>
      <w:r>
        <w:t>banayein, isko Impose karein.</w:t>
      </w:r>
    </w:p>
    <w:p>
      <w:pPr>
        <w:jc w:val="right"/>
      </w:pPr>
      <w:r>
        <w:t>بنائیں، اس کو Impose کریں۔</w:t>
      </w:r>
    </w:p>
    <w:p>
      <w:r>
        <w:rPr>
          <w:b/>
        </w:rPr>
        <w:t xml:space="preserve">[25:28] </w:t>
      </w:r>
      <w:r>
        <w:t>Society hi se Emerge kar</w:t>
      </w:r>
    </w:p>
    <w:p>
      <w:pPr>
        <w:jc w:val="right"/>
      </w:pPr>
      <w:r>
        <w:t>Society ہی سے Emerge کر</w:t>
      </w:r>
    </w:p>
    <w:p>
      <w:r>
        <w:rPr>
          <w:b/>
        </w:rPr>
        <w:t xml:space="preserve">[25:33] </w:t>
      </w:r>
      <w:r>
        <w:t>egi nizam.</w:t>
      </w:r>
    </w:p>
    <w:p>
      <w:pPr>
        <w:jc w:val="right"/>
      </w:pPr>
      <w:r>
        <w:t>ے گی نظام۔</w:t>
      </w:r>
    </w:p>
    <w:p>
      <w:r>
        <w:rPr>
          <w:b/>
        </w:rPr>
        <w:t xml:space="preserve">[25:37] </w:t>
      </w:r>
      <w:r>
        <w:t>Society se Emerge karegi hukumat.</w:t>
      </w:r>
    </w:p>
    <w:p>
      <w:pPr>
        <w:jc w:val="right"/>
      </w:pPr>
      <w:r>
        <w:t>Society سے Emerge کرے گی حکومت۔</w:t>
      </w:r>
    </w:p>
    <w:p>
      <w:r>
        <w:rPr>
          <w:b/>
        </w:rPr>
        <w:t xml:space="preserve">[25:41] </w:t>
      </w:r>
      <w:r>
        <w:t>yeh hai, isko mein kahunga Spiritual model.</w:t>
      </w:r>
    </w:p>
    <w:p>
      <w:pPr>
        <w:jc w:val="right"/>
      </w:pPr>
      <w:r>
        <w:t>یہ ہے، اس کو میں کہوں گا Spiritual ماڈل۔</w:t>
      </w:r>
    </w:p>
    <w:p>
      <w:r>
        <w:rPr>
          <w:b/>
        </w:rPr>
        <w:t xml:space="preserve">[25:45] </w:t>
      </w:r>
      <w:r>
        <w:t>yani Sharee model, jis ko maine kaha.</w:t>
      </w:r>
    </w:p>
    <w:p>
      <w:pPr>
        <w:jc w:val="right"/>
      </w:pPr>
      <w:r>
        <w:t>یعنی شریعی ماڈل، جس کو میں نے کہا۔</w:t>
      </w:r>
    </w:p>
    <w:p>
      <w:r>
        <w:rPr>
          <w:b/>
        </w:rPr>
        <w:t xml:space="preserve">[25:49] </w:t>
      </w:r>
      <w:r>
        <w:t>to Sharee model ka ko maine ek naya naam diya, Spiritual model.</w:t>
      </w:r>
    </w:p>
    <w:p>
      <w:pPr>
        <w:jc w:val="right"/>
      </w:pPr>
      <w:r>
        <w:t>تو شریعی ماڈل کا کو میں نے ایک نیا نام دیا، Spiritual ماڈل۔</w:t>
      </w:r>
    </w:p>
    <w:p>
      <w:r>
        <w:rPr>
          <w:b/>
        </w:rPr>
        <w:t xml:space="preserve">[25:53] </w:t>
      </w:r>
      <w:r>
        <w:t>to yahi Spiritual model jo hai, is baat ke zaman hai ke Society mein Peace ho.</w:t>
      </w:r>
    </w:p>
    <w:p>
      <w:pPr>
        <w:jc w:val="right"/>
      </w:pPr>
      <w:r>
        <w:t>تو یہی Spiritual ماڈل جو ہے، اس بات کے ضامن ہے کہ Society میں Peace ہو۔</w:t>
      </w:r>
    </w:p>
    <w:p>
      <w:r>
        <w:rPr>
          <w:b/>
        </w:rPr>
        <w:t xml:space="preserve">[25:57] </w:t>
      </w:r>
      <w:r>
        <w:t>har ek ko apni aazadi ka istemal karne ka mauqa ho.</w:t>
      </w:r>
    </w:p>
    <w:p>
      <w:pPr>
        <w:jc w:val="right"/>
      </w:pPr>
      <w:r>
        <w:t>ہر ایک کو اپنی آزادی کا استعمال کرنے کا موقع ہو۔</w:t>
      </w:r>
    </w:p>
    <w:p>
      <w:r>
        <w:rPr>
          <w:b/>
        </w:rPr>
        <w:t xml:space="preserve">[26:01] </w:t>
      </w:r>
      <w:r>
        <w:t>baghair is ke ke koi, ke wahan par koi, yani</w:t>
      </w:r>
    </w:p>
    <w:p>
      <w:pPr>
        <w:jc w:val="right"/>
      </w:pPr>
      <w:r>
        <w:t>بغیر اس کے کہ کوئی، کہ وہاں پر کوئی، یعنی</w:t>
      </w:r>
    </w:p>
    <w:p>
      <w:r>
        <w:rPr>
          <w:b/>
        </w:rPr>
        <w:t xml:space="preserve">[26:05] </w:t>
      </w:r>
      <w:r>
        <w:t>baghair is ke ke wahan par kisi ke khilaf violence karay. yani violence ko khatam karne ka, dekhen, sab se bara masla yeh hai ke kaisay violence ko khatam kiya jaye. ab violence kyun aata hai? is liye aata hai ke har aik apni marzi ko implement karna chahta hai, impose karna chahta hai. is se violence paida hota hai. yeh musalman bhi kar rahay hain, yeh non-muslim bhi kar rahay hain, har jagah. to is ka</w:t>
      </w:r>
    </w:p>
    <w:p>
      <w:pPr>
        <w:jc w:val="right"/>
      </w:pPr>
      <w:r>
        <w:t>بغیر اس کے کہ وہاں پر کسی کے خلاف Violence کرے۔ یعنی Violence کو ختم کرنے کا، دیکھیں، سب سے بڑا مسئلہ یہ ہے کہ کیسے Violence کو ختم کیا جائے۔ اب Violence کیوں آتا ہے؟ اس لیے آتا ہے کہ ہر ایک اپنی مرضی کو Implement کرنا چاہتا ہے، Impose کرنا چاہتا ہے۔ اس سے Violence پیدا ہوتا ہے۔ یہ مسلمان بھی کر رہے ہیں، یہ Non-Muslim بھی کر رہے ہیں، ہر جگہ۔ تو اس کا</w:t>
      </w:r>
    </w:p>
    <w:p>
      <w:r>
        <w:rPr>
          <w:b/>
        </w:rPr>
        <w:t xml:space="preserve">[26:35] </w:t>
      </w:r>
      <w:r>
        <w:t>, iska jo, isko Manage karne ka tareeqa, is mamle ko Manage karne ka tareeqa yeh</w:t>
      </w:r>
    </w:p>
    <w:p>
      <w:pPr>
        <w:jc w:val="right"/>
      </w:pPr>
      <w:r>
        <w:t>، اس کا جو، اس کو Manage کرنے کا طریقہ، اس معاملے کو Manage کرنے کا طریقہ یہ</w:t>
      </w:r>
    </w:p>
    <w:p>
      <w:r>
        <w:rPr>
          <w:b/>
        </w:rPr>
        <w:t xml:space="preserve">[26:41] </w:t>
      </w:r>
      <w:r>
        <w:t>kya hai? ke fard ko aap yeh aazadi dein ke woh apne jaisa chahe, iske mutabiq zindagi</w:t>
      </w:r>
    </w:p>
    <w:p>
      <w:pPr>
        <w:jc w:val="right"/>
      </w:pPr>
      <w:r>
        <w:t>کیا ہے؟ کہ فرد کو آپ یہ آزادی دیں کہ وہ اپنے جیسا چاہے، اس کے مطابق زندگی</w:t>
      </w:r>
    </w:p>
    <w:p>
      <w:r>
        <w:rPr>
          <w:b/>
        </w:rPr>
        <w:t xml:space="preserve">[26:47] </w:t>
      </w:r>
      <w:r>
        <w:t>guzare, apni Personal Life mein.</w:t>
      </w:r>
    </w:p>
    <w:p>
      <w:pPr>
        <w:jc w:val="right"/>
      </w:pPr>
      <w:r>
        <w:t>گزارے، اپنی Personal Life میں۔</w:t>
      </w:r>
    </w:p>
    <w:p>
      <w:r>
        <w:rPr>
          <w:b/>
        </w:rPr>
        <w:t xml:space="preserve">[26:53] </w:t>
      </w:r>
      <w:r>
        <w:t>aur jahan tak Society ka talluq hai, wahan par logon ko apne apne khayalat ko puraman tor par</w:t>
      </w:r>
    </w:p>
    <w:p>
      <w:pPr>
        <w:jc w:val="right"/>
      </w:pPr>
      <w:r>
        <w:t>اور جہاں تک Society کا تعلق ہے، وہاں پر لوگوں کو اپنے اپنے خیالات کو پرامن طور پر</w:t>
      </w:r>
    </w:p>
    <w:p>
      <w:r>
        <w:rPr>
          <w:b/>
        </w:rPr>
        <w:t xml:space="preserve">[26:59] </w:t>
      </w:r>
      <w:r>
        <w:t>phailane ki aazadi to hogi, lekin jo nizam banega, woh logon ke Free Will se banega.</w:t>
      </w:r>
    </w:p>
    <w:p>
      <w:pPr>
        <w:jc w:val="right"/>
      </w:pPr>
      <w:r>
        <w:t>پھیلانے کی آزادی تو ہوگی، لیکن جو نظام بنے گا، وہ لوگوں کے Free Will سے بنے گ</w:t>
      </w:r>
    </w:p>
    <w:p>
      <w:r>
        <w:rPr>
          <w:b/>
        </w:rPr>
        <w:t xml:space="preserve">[27:05] </w:t>
      </w:r>
      <w:r>
        <w:t>yani jis ko kehte hain, yani Free yani Fair Election.</w:t>
      </w:r>
    </w:p>
    <w:p>
      <w:pPr>
        <w:jc w:val="right"/>
      </w:pPr>
      <w:r>
        <w:t>ا۔</w:t>
      </w:r>
    </w:p>
    <w:p>
      <w:r>
        <w:rPr>
          <w:b/>
        </w:rPr>
        <w:t xml:space="preserve">[27:09] </w:t>
      </w:r>
      <w:r>
        <w:t>to Society se Emerge karega Rule, Society se Emerge karegi hukumat.</w:t>
      </w:r>
    </w:p>
    <w:p>
      <w:pPr>
        <w:jc w:val="right"/>
      </w:pPr>
      <w:r>
        <w:t>یعنی جس کو کہتے ہیں، یعنی Free یعنی Fair Election۔</w:t>
      </w:r>
    </w:p>
    <w:p>
      <w:r>
        <w:rPr>
          <w:b/>
        </w:rPr>
        <w:t xml:space="preserve">[27:13] </w:t>
      </w:r>
      <w:r>
        <w:t>yeh hai Management, yeh hai Adjustment.</w:t>
      </w:r>
    </w:p>
    <w:p>
      <w:pPr>
        <w:jc w:val="right"/>
      </w:pPr>
      <w:r>
        <w:t>تو Society سے Emerge کرے گا Rule، Society سے Emerge کرے گی حکومت۔</w:t>
      </w:r>
    </w:p>
    <w:p>
      <w:r>
        <w:rPr>
          <w:b/>
        </w:rPr>
        <w:t xml:space="preserve">[27:18] </w:t>
      </w:r>
      <w:r>
        <w:t>insan ki aazadi ke darmiyan aur ek shakhs ki aazadi ke darmiyan aur doosre ki aazadi ke darmiyan.</w:t>
      </w:r>
    </w:p>
    <w:p>
      <w:pPr>
        <w:jc w:val="right"/>
      </w:pPr>
      <w:r>
        <w:t>یہ ہے Management، یہ ہے Adjustment۔</w:t>
      </w:r>
    </w:p>
    <w:p>
      <w:r>
        <w:rPr>
          <w:b/>
        </w:rPr>
        <w:t xml:space="preserve">[27:22] </w:t>
      </w:r>
      <w:r>
        <w:t>to poori tareekh ka yeh sab bara masla hai ke ek shakhs ki aazadi aur doosre shakhs ki</w:t>
      </w:r>
    </w:p>
    <w:p>
      <w:pPr>
        <w:jc w:val="right"/>
      </w:pPr>
      <w:r>
        <w:t>انسان کی آزادی کے درمیان اور ایک شخص کی آزادی کے درمیان اور دوسرے کی آزادی کے درمیان۔</w:t>
      </w:r>
    </w:p>
    <w:p>
      <w:r>
        <w:rPr>
          <w:b/>
        </w:rPr>
        <w:t xml:space="preserve">[27:26] </w:t>
      </w:r>
      <w:r>
        <w:t>to poori tareekh ka yeh sab bara masla hai ke ek shakhs ki azaadi aur doosre shakhs ki</w:t>
      </w:r>
    </w:p>
    <w:p>
      <w:pPr>
        <w:jc w:val="right"/>
      </w:pPr>
      <w:r>
        <w:t>تو پوری تاریخ کا یہ سب بڑا مسئلہ ہے کہ ایک شخص کی آزادی اور دوسرے شخص کی</w:t>
      </w:r>
    </w:p>
    <w:p>
      <w:r>
        <w:rPr>
          <w:b/>
        </w:rPr>
        <w:t xml:space="preserve">[27:31] </w:t>
      </w:r>
      <w:r>
        <w:t>aazadi ke darmiyan Adjust</w:t>
      </w:r>
    </w:p>
    <w:p>
      <w:pPr>
        <w:jc w:val="right"/>
      </w:pPr>
      <w:r>
        <w:t>آزادی کے درمیان Adjust</w:t>
      </w:r>
    </w:p>
    <w:p>
      <w:r>
        <w:rPr>
          <w:b/>
        </w:rPr>
        <w:t xml:space="preserve">[27:35] </w:t>
      </w:r>
      <w:r>
        <w:t>ment ki surat kya ho.</w:t>
      </w:r>
    </w:p>
    <w:p>
      <w:pPr>
        <w:jc w:val="right"/>
      </w:pPr>
      <w:r>
        <w:t>ment کی صورت کیا ہو۔</w:t>
      </w:r>
    </w:p>
    <w:p>
      <w:r>
        <w:rPr>
          <w:b/>
        </w:rPr>
        <w:t xml:space="preserve">[27:41] </w:t>
      </w:r>
      <w:r>
        <w:t>jab har ek aazad hain to kaise Adjustment kiya jae.</w:t>
      </w:r>
    </w:p>
    <w:p>
      <w:pPr>
        <w:jc w:val="right"/>
      </w:pPr>
      <w:r>
        <w:t>جب ہر ایک آزاد ہیں تو کیسے Adjustment کیا جائے۔</w:t>
      </w:r>
    </w:p>
    <w:p>
      <w:r>
        <w:rPr>
          <w:b/>
        </w:rPr>
        <w:t xml:space="preserve">[27:47] </w:t>
      </w:r>
      <w:r>
        <w:t>aur doosri baat yeh hai ke Allah ne jo aazadi di hai, is ka matlab kya hai? is</w:t>
      </w:r>
    </w:p>
    <w:p>
      <w:pPr>
        <w:jc w:val="right"/>
      </w:pPr>
      <w:r>
        <w:t>اور دوسری بات یہ ہے کہ اللہ نے جو آزادی دی ہے، اس کا مطلب کیا ہے؟ اس</w:t>
      </w:r>
    </w:p>
    <w:p>
      <w:r>
        <w:rPr>
          <w:b/>
        </w:rPr>
        <w:t xml:space="preserve">[27:53] </w:t>
      </w:r>
      <w:r>
        <w:t>aazadi ki bina par har insan doosre insan ke liye Challenge ban gaya.</w:t>
      </w:r>
    </w:p>
    <w:p>
      <w:pPr>
        <w:jc w:val="right"/>
      </w:pPr>
      <w:r>
        <w:t>آزادی کی بنا پر ہر انسان دوسرے انسان کے لیے Challenge بن گیا۔</w:t>
      </w:r>
    </w:p>
    <w:p>
      <w:r>
        <w:rPr>
          <w:b/>
        </w:rPr>
        <w:t xml:space="preserve">[27:59] </w:t>
      </w:r>
      <w:r>
        <w:t>yeh jisko hum Challenge kehte hain, yeh Competition kehte hain, woh haqeeqat mein aazadi ka faraham na hai. maslan,</w:t>
      </w:r>
    </w:p>
    <w:p>
      <w:pPr>
        <w:jc w:val="right"/>
      </w:pPr>
      <w:r>
        <w:t>یہ جس کو ہم Challenge کہتے ہیں، یہ Competition کہتے ہیں، وہ حقیقت میں آزادی کا فراہم نہ ہے۔ مثلاً،</w:t>
      </w:r>
    </w:p>
    <w:p>
      <w:r>
        <w:rPr>
          <w:b/>
        </w:rPr>
        <w:t xml:space="preserve">[28:05] </w:t>
      </w:r>
      <w:r>
        <w:t>aur yeh har jagah hai, yeh Married Life mein bhi hai.</w:t>
      </w:r>
    </w:p>
    <w:p>
      <w:pPr>
        <w:jc w:val="right"/>
      </w:pPr>
      <w:r>
        <w:t>اور یہ ہر جگہ ہے، یہ Married Life میں بھی ہے۔</w:t>
      </w:r>
    </w:p>
    <w:p>
      <w:r>
        <w:rPr>
          <w:b/>
        </w:rPr>
        <w:t xml:space="preserve">[28:09] </w:t>
      </w:r>
      <w:r>
        <w:t>yani Husband Wife ke liye Challenge ban jata hai.</w:t>
      </w:r>
    </w:p>
    <w:p>
      <w:pPr>
        <w:jc w:val="right"/>
      </w:pPr>
      <w:r>
        <w:t>یعنی Husband Wife کے لیے Challenge بن جاتا ہے۔</w:t>
      </w:r>
    </w:p>
    <w:p>
      <w:r>
        <w:rPr>
          <w:b/>
        </w:rPr>
        <w:t xml:space="preserve">[28:13] </w:t>
      </w:r>
      <w:r>
        <w:t>aur Husband Wife ke liye Challenge ban jata hai.</w:t>
      </w:r>
    </w:p>
    <w:p>
      <w:pPr>
        <w:jc w:val="right"/>
      </w:pPr>
      <w:r>
        <w:t>اور Husband Wife کے لیے Challenge بن جاتا ہے۔</w:t>
      </w:r>
    </w:p>
    <w:p>
      <w:r>
        <w:rPr>
          <w:b/>
        </w:rPr>
        <w:t xml:space="preserve">[28:16] </w:t>
      </w:r>
      <w:r>
        <w:t>Society mein mukhtalif group ek doosre ke liye Challenge ban jate hain.</w:t>
      </w:r>
    </w:p>
    <w:p>
      <w:pPr>
        <w:jc w:val="right"/>
      </w:pPr>
      <w:r>
        <w:t>Society میں مختلف گروپ ایک دوسرے کے لیے Challenge بن جاتے ہیں۔</w:t>
      </w:r>
    </w:p>
    <w:p>
      <w:r>
        <w:rPr>
          <w:b/>
        </w:rPr>
        <w:t xml:space="preserve">[28:20] </w:t>
      </w:r>
      <w:r>
        <w:t>International Life mein ek hukumat doosre ke liye Challenge ban jati hai.</w:t>
      </w:r>
    </w:p>
    <w:p>
      <w:pPr>
        <w:jc w:val="right"/>
      </w:pPr>
      <w:r>
        <w:t>International Life میں ایک حکومت دوسرے کے لیے Challenge بن جاتی ہے۔</w:t>
      </w:r>
    </w:p>
    <w:p>
      <w:r>
        <w:rPr>
          <w:b/>
        </w:rPr>
        <w:t xml:space="preserve">[28:24] </w:t>
      </w:r>
      <w:r>
        <w:t>to chounke Allah ne aazadi di hai, is aazadi ki bina par yeh Challenge paida hota hai.</w:t>
      </w:r>
    </w:p>
    <w:p>
      <w:pPr>
        <w:jc w:val="right"/>
      </w:pPr>
      <w:r>
        <w:t>تو چونکہ اللہ نے آزادی دی ہے، اس آزادی کی بنا پر یہ Challenge پیدا ہوتا ہے۔</w:t>
      </w:r>
    </w:p>
    <w:p>
      <w:r>
        <w:rPr>
          <w:b/>
        </w:rPr>
        <w:t xml:space="preserve">[28:28] </w:t>
      </w:r>
      <w:r>
        <w:t>to yeh Challenge kyun hai? yeh Challenge jo hai, koi koi Evil nahi hai.</w:t>
      </w:r>
    </w:p>
    <w:p>
      <w:pPr>
        <w:jc w:val="right"/>
      </w:pPr>
      <w:r>
        <w:t>تو یہ Challenge کیوں ہے؟ یہ Challenge جو ہے، کوئی کوئی Evil نہیں ہے۔</w:t>
      </w:r>
    </w:p>
    <w:p>
      <w:r>
        <w:rPr>
          <w:b/>
        </w:rPr>
        <w:t xml:space="preserve">[28:32] </w:t>
      </w:r>
      <w:r>
        <w:t>isi Challenge ki</w:t>
      </w:r>
    </w:p>
    <w:p>
      <w:pPr>
        <w:jc w:val="right"/>
      </w:pPr>
      <w:r>
        <w:t>اسی Challenge کی</w:t>
      </w:r>
    </w:p>
    <w:p>
      <w:r>
        <w:rPr>
          <w:b/>
        </w:rPr>
        <w:t xml:space="preserve">[28:35] </w:t>
      </w:r>
      <w:r>
        <w:t>wajah se musabqat aati hai, Incentive paida hota hai.</w:t>
      </w:r>
    </w:p>
    <w:p>
      <w:pPr>
        <w:jc w:val="right"/>
      </w:pPr>
      <w:r>
        <w:t>وجہ سے مسابقت آتی ہے، Incentive پیدا ہوتا ہے۔</w:t>
      </w:r>
    </w:p>
    <w:p>
      <w:r>
        <w:rPr>
          <w:b/>
        </w:rPr>
        <w:t xml:space="preserve">[28:41] </w:t>
      </w:r>
      <w:r>
        <w:t>log apni apni, logon ke andar unke Potential jaagte hain.</w:t>
      </w:r>
    </w:p>
    <w:p>
      <w:pPr>
        <w:jc w:val="right"/>
      </w:pPr>
      <w:r>
        <w:t>لوگ اپنی اپنی، لوگوں کے اندر ان کے Potential جاگتے ہیں۔</w:t>
      </w:r>
    </w:p>
    <w:p>
      <w:r>
        <w:rPr>
          <w:b/>
        </w:rPr>
        <w:t xml:space="preserve">[28:47] </w:t>
      </w:r>
      <w:r>
        <w:t>Challenge ke sath sath jab Peace qaim ho kar mahol mein, yani Challenge ke sath sath koi Violence</w:t>
      </w:r>
    </w:p>
    <w:p>
      <w:pPr>
        <w:jc w:val="right"/>
      </w:pPr>
      <w:r>
        <w:t>Challenge کے ساتھ ساتھ جب Peace قائم ہو کر ماحول میں، یعنی Challenge کے ساتھ ساتھ کوئی Violence</w:t>
      </w:r>
    </w:p>
    <w:p>
      <w:r>
        <w:rPr>
          <w:b/>
        </w:rPr>
        <w:t xml:space="preserve">[28:53] </w:t>
      </w:r>
      <w:r>
        <w:t>na bane, balkeh Peace par qaim rahe, to kya hoga? ke har ek ke andar Incentive jaage ga,</w:t>
      </w:r>
    </w:p>
    <w:p>
      <w:pPr>
        <w:jc w:val="right"/>
      </w:pPr>
      <w:r>
        <w:t>نہ بنے، بلکہ Peace پر قائم رہے، تو کیا ہوگا؟ کہ ہر ایک کے اندر Incentive جاگے گا،</w:t>
      </w:r>
    </w:p>
    <w:p>
      <w:r>
        <w:rPr>
          <w:b/>
        </w:rPr>
        <w:t xml:space="preserve">[28:59] </w:t>
      </w:r>
      <w:r>
        <w:t>har ek ke Potent</w:t>
      </w:r>
    </w:p>
    <w:p>
      <w:pPr>
        <w:jc w:val="right"/>
      </w:pPr>
      <w:r>
        <w:t>ہر ایک کے Potent</w:t>
      </w:r>
    </w:p>
    <w:p>
      <w:r>
        <w:rPr>
          <w:b/>
        </w:rPr>
        <w:t xml:space="preserve">[29:05] </w:t>
      </w:r>
      <w:r>
        <w:t>ial bedar honge.</w:t>
      </w:r>
    </w:p>
    <w:p>
      <w:pPr>
        <w:jc w:val="right"/>
      </w:pPr>
      <w:r>
        <w:t>ial بیدار ہوں گے۔</w:t>
      </w:r>
    </w:p>
    <w:p>
      <w:r>
        <w:rPr>
          <w:b/>
        </w:rPr>
        <w:t xml:space="preserve">[29:10] </w:t>
      </w:r>
      <w:r>
        <w:t>aur har ek ko mauqa mile ga ke woh apne apne salahiyaton ko istemal kar ke aage barhe.</w:t>
      </w:r>
    </w:p>
    <w:p>
      <w:pPr>
        <w:jc w:val="right"/>
      </w:pPr>
      <w:r>
        <w:t>اور ہر ایک کو موقع ملے گا کہ وہ اپنے اپنے صلاحیتوں کو استعمال کر کے آگے بڑھے۔</w:t>
      </w:r>
    </w:p>
    <w:p>
      <w:r>
        <w:rPr>
          <w:b/>
        </w:rPr>
        <w:t xml:space="preserve">[29:15] </w:t>
      </w:r>
      <w:r>
        <w:t>aur majmoi tor par samaj mein taraqqi ho.</w:t>
      </w:r>
    </w:p>
    <w:p>
      <w:pPr>
        <w:jc w:val="right"/>
      </w:pPr>
      <w:r>
        <w:t>اور مجموعی طور پر سماج میں ترقی ہو۔</w:t>
      </w:r>
    </w:p>
    <w:p>
      <w:r>
        <w:rPr>
          <w:b/>
        </w:rPr>
        <w:t xml:space="preserve">[29:20] </w:t>
      </w:r>
      <w:r>
        <w:t>to mein samajhta hoon ke yeh sari baat is choti si ayat mein bata di gayi hai ke</w:t>
      </w:r>
    </w:p>
    <w:p>
      <w:pPr>
        <w:jc w:val="right"/>
      </w:pPr>
      <w:r>
        <w:t>تو میں سمجھتا ہوں کہ یہ ساری بات اس چھوٹی سی آیت میں بتا دی گئی ہے کہ</w:t>
      </w:r>
    </w:p>
    <w:p>
      <w:r>
        <w:rPr>
          <w:b/>
        </w:rPr>
        <w:t xml:space="preserve">[29:26] </w:t>
      </w:r>
      <w:r>
        <w:t>in tumhari koshishen mukhtalif hain.</w:t>
      </w:r>
    </w:p>
    <w:p>
      <w:pPr>
        <w:jc w:val="right"/>
      </w:pPr>
      <w:r>
        <w:t>ان تمہاری کوششیں مختلف ہیں۔</w:t>
      </w:r>
    </w:p>
    <w:p>
      <w:r>
        <w:rPr>
          <w:b/>
        </w:rPr>
        <w:t xml:space="preserve">[29:31] </w:t>
      </w:r>
      <w:r>
        <w:t>is ka matlab yeh hai ke Human Life is</w:t>
      </w:r>
    </w:p>
    <w:p>
      <w:pPr>
        <w:jc w:val="right"/>
      </w:pPr>
      <w:r>
        <w:t>اس کا مطلب یہ ہے کہ Human Life is</w:t>
      </w:r>
    </w:p>
    <w:p>
      <w:r>
        <w:rPr>
          <w:b/>
        </w:rPr>
        <w:t xml:space="preserve">[29:36] </w:t>
      </w:r>
      <w:r>
        <w:t>based on diversity rather than uniformity.</w:t>
      </w:r>
    </w:p>
    <w:p>
      <w:pPr>
        <w:jc w:val="right"/>
      </w:pPr>
      <w:r>
        <w:t>based on diversity rather than uniformity۔</w:t>
      </w:r>
    </w:p>
    <w:p>
      <w:r>
        <w:rPr>
          <w:b/>
        </w:rPr>
        <w:t xml:space="preserve">[29:43] </w:t>
      </w:r>
      <w:r>
        <w:t>to is is choti si ayat mein yeh poori baat batai gayi hai ke agar tum logon ke</w:t>
      </w:r>
    </w:p>
    <w:p>
      <w:pPr>
        <w:jc w:val="right"/>
      </w:pPr>
      <w:r>
        <w:t>تو اس اس چھوٹی سی آیت میں یہ پوری بات بتائی گئی ہے کہ اگر تم لوگوں کے</w:t>
      </w:r>
    </w:p>
    <w:p>
      <w:r>
        <w:rPr>
          <w:b/>
        </w:rPr>
        <w:t xml:space="preserve">[29:51] </w:t>
      </w:r>
      <w:r>
        <w:t>logon ke Challenge ko Positive tor par loge, logon ki azadi ko Positive tor par loge,</w:t>
      </w:r>
    </w:p>
    <w:p>
      <w:pPr>
        <w:jc w:val="right"/>
      </w:pPr>
      <w:r>
        <w:t>لوگوں کے Challenge کو Positive طور پر لو گے، لوگوں کی آزادی کو Positive طور پر لو گے،</w:t>
      </w:r>
    </w:p>
    <w:p>
      <w:r>
        <w:rPr>
          <w:b/>
        </w:rPr>
        <w:t xml:space="preserve">[29:58] </w:t>
      </w:r>
      <w:r>
        <w:t>aur jo ikhtilaf paida hoga, is ikhtilaf ko Positive tor par loge, Challenge ko</w:t>
      </w:r>
    </w:p>
    <w:p>
      <w:pPr>
        <w:jc w:val="right"/>
      </w:pPr>
      <w:r>
        <w:t>اور جو اختلاف پیدا ہوگا، اس اختلاف کو Positive طور پر لو گے، Challenge کو</w:t>
      </w:r>
    </w:p>
    <w:p>
      <w:r>
        <w:rPr>
          <w:b/>
        </w:rPr>
        <w:t xml:space="preserve">[30:06] </w:t>
      </w:r>
      <w:r>
        <w:t>Positive tor par loge, to is to kya kaha? Samaj mein aman qaim rahega, Peace qaim rahega.</w:t>
      </w:r>
    </w:p>
    <w:p>
      <w:pPr>
        <w:jc w:val="right"/>
      </w:pPr>
      <w:r>
        <w:t>Positive طور پر لو گے، تو اس تو کیا کہا؟ سماج میں امن قائم رہے گا، Peace قائم رہے گا۔</w:t>
      </w:r>
    </w:p>
    <w:p>
      <w:r>
        <w:rPr>
          <w:b/>
        </w:rPr>
        <w:t xml:space="preserve">[30:12] </w:t>
      </w:r>
      <w:r>
        <w:t>aur phir har ek ko mauqa hoga ke woh apne Potential ko Actual banaye.</w:t>
      </w:r>
    </w:p>
    <w:p>
      <w:pPr>
        <w:jc w:val="right"/>
      </w:pPr>
      <w:r>
        <w:t>اور پھر ہر ایک کو موقع ہوگا کہ وہ اپنے Potential کو Actual بنائے۔</w:t>
      </w:r>
    </w:p>
    <w:p>
      <w:r>
        <w:rPr>
          <w:b/>
        </w:rPr>
        <w:t xml:space="preserve">[30:18] </w:t>
      </w:r>
      <w:r>
        <w:t>yeh mein samajhta hoon ke woh Khuda ki takhleeqi scheme, jo Allah taala ne apne Paighamber ke zariye</w:t>
      </w:r>
    </w:p>
    <w:p>
      <w:pPr>
        <w:jc w:val="right"/>
      </w:pPr>
      <w:r>
        <w:t>یہ میں سمجھتا ہوں کہ وہ خدا کی تخلیقی اسکیم، جو اللہ تعالیٰ نے اپنے پیغمبر کے ذریعے</w:t>
      </w:r>
    </w:p>
    <w:p>
      <w:r>
        <w:rPr>
          <w:b/>
        </w:rPr>
        <w:t xml:space="preserve">[30:24] </w:t>
      </w:r>
      <w:r>
        <w:t>se, apni kitaab ke zariye se insaan ko bataya, aur isi aitbar se Rasool Allah Rahmat hain.</w:t>
      </w:r>
    </w:p>
    <w:p>
      <w:pPr>
        <w:jc w:val="right"/>
      </w:pPr>
      <w:r>
        <w:t>سے، اپنی کتاب کے ذریعے سے انسان کو بتایا، اور اسی اعتبار سے رسول اللہ رحمت ہیں۔</w:t>
      </w:r>
    </w:p>
    <w:p>
      <w:r>
        <w:rPr>
          <w:b/>
        </w:rPr>
        <w:t xml:space="preserve">[30:30] </w:t>
      </w:r>
      <w:r>
        <w:t>yani mukhtalif pehlu jo aap ki Rahmat ke hain, is</w:t>
      </w:r>
    </w:p>
    <w:p>
      <w:pPr>
        <w:jc w:val="right"/>
      </w:pPr>
      <w:r>
        <w:t>یعنی مختلف پہلو جو آپ کی رحمت کے ہیں، اس</w:t>
      </w:r>
    </w:p>
    <w:p>
      <w:r>
        <w:rPr>
          <w:b/>
        </w:rPr>
        <w:t xml:space="preserve">[30:36] </w:t>
      </w:r>
      <w:r>
        <w:t>mein se ek yeh hai ke aap ne insaan ko bataya ke duniya mein woh kis tarah rahe,</w:t>
      </w:r>
    </w:p>
    <w:p>
      <w:pPr>
        <w:jc w:val="right"/>
      </w:pPr>
      <w:r>
        <w:t>میں سے ایک یہ ہے کہ آپ نے انسان کو بتایا کہ دنیا میں وہ کس طرح رہے،</w:t>
      </w:r>
    </w:p>
    <w:p>
      <w:r>
        <w:rPr>
          <w:b/>
        </w:rPr>
        <w:t xml:space="preserve">[30:42] </w:t>
      </w:r>
      <w:r>
        <w:t>azadi ko kis tarah Manage kare, kis tarah aisa ho ke ek ki azadi doosre ke liye nuqsan</w:t>
      </w:r>
    </w:p>
    <w:p>
      <w:pPr>
        <w:jc w:val="right"/>
      </w:pPr>
      <w:r>
        <w:t>آزادی کو کس طرح Manage کرے، کس طرح ایسا ہو کہ ایک کی آزادی دوسرے کے لیے نقصان</w:t>
      </w:r>
    </w:p>
    <w:p>
      <w:r>
        <w:rPr>
          <w:b/>
        </w:rPr>
        <w:t xml:space="preserve">[30:48] </w:t>
      </w:r>
      <w:r>
        <w:t>ka sabab na bane.</w:t>
      </w:r>
    </w:p>
    <w:p>
      <w:pPr>
        <w:jc w:val="right"/>
      </w:pPr>
      <w:r>
        <w:t>کا سبب نہ بنے۔</w:t>
      </w:r>
    </w:p>
    <w:p>
      <w:r>
        <w:rPr>
          <w:b/>
        </w:rPr>
        <w:t xml:space="preserve">[30:54] </w:t>
      </w:r>
      <w:r>
        <w:t>to kis tarah Manage kiya jaye? Is Difference ko kis tarah Manage kiya jaye? Is ka tareeqa bataya aap ne.</w:t>
      </w:r>
    </w:p>
    <w:p>
      <w:pPr>
        <w:jc w:val="right"/>
      </w:pPr>
      <w:r>
        <w:t>تو کس طرح Manage کیا جائے؟ اس Difference کو کس طرح Manage کیا جائے؟ اس کا طریقہ بتایا آپ نے۔</w:t>
      </w:r>
    </w:p>
    <w:p>
      <w:r>
        <w:rPr>
          <w:b/>
        </w:rPr>
        <w:t xml:space="preserve">[31:00] </w:t>
      </w:r>
      <w:r>
        <w:t>yeh yeh sari baatein is is ayat par ghor karne se samajh mein aati hain.</w:t>
      </w:r>
    </w:p>
    <w:p>
      <w:pPr>
        <w:jc w:val="right"/>
      </w:pPr>
      <w:r>
        <w:t>یہ یہ ساری باتیں اس اس آیت پر غور کرنے سے سمجھ میں آتی ہیں۔</w:t>
      </w:r>
    </w:p>
    <w:p>
      <w:r>
        <w:rPr>
          <w:b/>
        </w:rPr>
        <w:t xml:space="preserve">[31:06] </w:t>
      </w:r>
      <w:r>
        <w:t>in to yeh jo soorat-e-haal aap dekh rahe hain ke Social Scientist Social Critic ban jate hain.</w:t>
      </w:r>
    </w:p>
    <w:p>
      <w:pPr>
        <w:jc w:val="right"/>
      </w:pPr>
      <w:r>
        <w:t>ان تو یہ جو صورتحال آپ دیکھ رہے ہیں کہ Social Scientist Social Critic بن جاتے ہیں۔</w:t>
      </w:r>
    </w:p>
    <w:p>
      <w:r>
        <w:rPr>
          <w:b/>
        </w:rPr>
        <w:t xml:space="preserve">[31:14] </w:t>
      </w:r>
      <w:r>
        <w:t>Social Reformer woh doosre ki azadi ko Abolish karne ki koshish karte hain.</w:t>
      </w:r>
    </w:p>
    <w:p>
      <w:pPr>
        <w:jc w:val="right"/>
      </w:pPr>
      <w:r>
        <w:t>Social Reformer وہ دوسرے کی آزادی کو Abolish کرنے کی کوشش کرتے ہیں۔</w:t>
      </w:r>
    </w:p>
    <w:p>
      <w:r>
        <w:rPr>
          <w:b/>
        </w:rPr>
        <w:t xml:space="preserve">[31:22] </w:t>
      </w:r>
      <w:r>
        <w:t>muslehien jo hain, woh tashaddud par utar aate hain taake doosre ko maar kar khatam karein.</w:t>
      </w:r>
    </w:p>
    <w:p>
      <w:pPr>
        <w:jc w:val="right"/>
      </w:pPr>
      <w:r>
        <w:t>مصلحین جو ہیں، وہ تشدد پر اتر آتے ہیں تاکہ دوسرے کو مار کر ختم کریں۔</w:t>
      </w:r>
    </w:p>
    <w:p>
      <w:r>
        <w:rPr>
          <w:b/>
        </w:rPr>
        <w:t xml:space="preserve">[31:29] </w:t>
      </w:r>
      <w:r>
        <w:t>yeh jo soorat-e-haal paida hoti hai,</w:t>
      </w:r>
    </w:p>
    <w:p>
      <w:pPr>
        <w:jc w:val="right"/>
      </w:pPr>
      <w:r>
        <w:t>یہ جو صورتحال پیدا ہوتی ہے،</w:t>
      </w:r>
    </w:p>
    <w:p>
      <w:r>
        <w:rPr>
          <w:b/>
        </w:rPr>
        <w:t xml:space="preserve">[31:37] </w:t>
      </w:r>
      <w:r>
        <w:t>to is Allah taala ke is naqsha-e-takhleeq ko na janne ki wajah se ke Allah taala ne</w:t>
      </w:r>
    </w:p>
    <w:p>
      <w:pPr>
        <w:jc w:val="right"/>
      </w:pPr>
      <w:r>
        <w:t>تو اس اللہ تعالیٰ کے اس نقشہ تخلیق کو نہ جاننے کی وجہ سے کہ اللہ تعالیٰ نے</w:t>
      </w:r>
    </w:p>
    <w:p>
      <w:r>
        <w:rPr>
          <w:b/>
        </w:rPr>
        <w:t xml:space="preserve">[31:45] </w:t>
      </w:r>
      <w:r>
        <w:t>apne maslehat ke tehat Uniformity rakhi hi nahin, Nature mein Uniformity rakhi hi nahin, balkeh Diversity rakhi hai,</w:t>
      </w:r>
    </w:p>
    <w:p>
      <w:pPr>
        <w:jc w:val="right"/>
      </w:pPr>
      <w:r>
        <w:t>اپنے مصلحت کے تحت Uniformity رکھی ہی نہیں، Nature میں Uniformity رکھی ہی نہیں، بلکہ Diversity رکھی ہے،</w:t>
      </w:r>
    </w:p>
    <w:p>
      <w:r>
        <w:rPr>
          <w:b/>
        </w:rPr>
        <w:t xml:space="preserve">[31:52] </w:t>
      </w:r>
      <w:r>
        <w:t>is is raaz ko na janne ki wajah se.</w:t>
      </w:r>
    </w:p>
    <w:p>
      <w:pPr>
        <w:jc w:val="right"/>
      </w:pPr>
      <w:r>
        <w:t>اس اس راز کو نہ جاننے کی وجہ سے۔</w:t>
      </w:r>
    </w:p>
    <w:p>
      <w:r>
        <w:rPr>
          <w:b/>
        </w:rPr>
        <w:t xml:space="preserve">[32:00] </w:t>
      </w:r>
      <w:r>
        <w:t>jitne bhi muslehien hain, jitne bhi muslehien hain, sab Obsessed the</w:t>
      </w:r>
    </w:p>
    <w:p>
      <w:pPr>
        <w:jc w:val="right"/>
      </w:pPr>
      <w:r>
        <w:t>جتنے بھی مصلحین ہیں، جتنے بھی مصلحین ہیں، سب Obsessed تھے</w:t>
      </w:r>
    </w:p>
    <w:p>
      <w:r>
        <w:rPr>
          <w:b/>
        </w:rPr>
        <w:t xml:space="preserve">[32:08] </w:t>
      </w:r>
      <w:r>
        <w:t>Uniformity Concept se.</w:t>
      </w:r>
    </w:p>
    <w:p>
      <w:pPr>
        <w:jc w:val="right"/>
      </w:pPr>
      <w:r>
        <w:t>Uniformity Concept سے۔</w:t>
      </w:r>
    </w:p>
    <w:p>
      <w:r>
        <w:rPr>
          <w:b/>
        </w:rPr>
        <w:t xml:space="preserve">[32:15] </w:t>
      </w:r>
      <w:r>
        <w:t>yani Equal Distribution of Wealth, Equal Justice, Gender Equality, yeh saare jo alfaaz hain, yeh is liye hain,</w:t>
      </w:r>
    </w:p>
    <w:p>
      <w:pPr>
        <w:jc w:val="right"/>
      </w:pPr>
      <w:r>
        <w:t>یعنی Equal Distribution of Wealth، Equal Justice، Gender Equality، یہ سارے جو الفاظ ہیں، یہ اس لیے ہیں،</w:t>
      </w:r>
    </w:p>
    <w:p>
      <w:r>
        <w:rPr>
          <w:b/>
        </w:rPr>
        <w:t xml:space="preserve">[32:23] </w:t>
      </w:r>
      <w:r>
        <w:t>yeh saare jo Term banaye gaye ke woh woh samajhte the ke Uniformity sab se badi cheez hai.</w:t>
      </w:r>
    </w:p>
    <w:p>
      <w:pPr>
        <w:jc w:val="right"/>
      </w:pPr>
      <w:r>
        <w:t>یہ سارے جو Term بنائے گئے کہ وہ وہ سمجھتے تھے کہ Uniformity سب سے بڑی چیز ہے۔</w:t>
      </w:r>
    </w:p>
    <w:p>
      <w:r>
        <w:rPr>
          <w:b/>
        </w:rPr>
        <w:t xml:space="preserve">[32:30] </w:t>
      </w:r>
      <w:r>
        <w:t>jitne bhi alfaaz aap dekhte hain ke Economic Equality,</w:t>
      </w:r>
    </w:p>
    <w:p>
      <w:pPr>
        <w:jc w:val="right"/>
      </w:pPr>
      <w:r>
        <w:t>جتنے بھی الفاظ آپ دیکھتے ہیں کہ Economic Equality,</w:t>
      </w:r>
    </w:p>
    <w:p>
      <w:r>
        <w:rPr>
          <w:b/>
        </w:rPr>
        <w:t xml:space="preserve">[32:38] </w:t>
      </w:r>
      <w:r>
        <w:t>Political Equality, Gender Equality, Social Equality, jitne bhi alfaaz hain, sab isi liye hain ke apne Mind se</w:t>
      </w:r>
    </w:p>
    <w:p>
      <w:pPr>
        <w:jc w:val="right"/>
      </w:pPr>
      <w:r>
        <w:t>Political Equality, Gender Equality, Social Equality, جتنے بھی الفاظ ہیں، سب اسی لیے ہیں کہ اپنے Mind سے</w:t>
      </w:r>
    </w:p>
    <w:p>
      <w:r>
        <w:rPr>
          <w:b/>
        </w:rPr>
        <w:t xml:space="preserve">[32:43] </w:t>
      </w:r>
      <w:r>
        <w:t>unhon ne samjha ke sab se achhi cheez hai Uniformity.</w:t>
      </w:r>
    </w:p>
    <w:p>
      <w:pPr>
        <w:jc w:val="right"/>
      </w:pPr>
      <w:r>
        <w:t>انہوں نے سمجھا کہ سب سے اچھی چیز ہے Uniformity۔</w:t>
      </w:r>
    </w:p>
    <w:p>
      <w:r>
        <w:rPr>
          <w:b/>
        </w:rPr>
        <w:t xml:space="preserve">[32:48] </w:t>
      </w:r>
      <w:r>
        <w:t>jabke Uniformity Nature mein hai nahin.</w:t>
      </w:r>
    </w:p>
    <w:p>
      <w:pPr>
        <w:jc w:val="right"/>
      </w:pPr>
      <w:r>
        <w:t>جبکہ Uniformity Nature میں ہے نہیں۔</w:t>
      </w:r>
    </w:p>
    <w:p>
      <w:r>
        <w:rPr>
          <w:b/>
        </w:rPr>
        <w:t xml:space="preserve">[32:53] </w:t>
      </w:r>
      <w:r>
        <w:t>Nature mein to Diversity hai.</w:t>
      </w:r>
    </w:p>
    <w:p>
      <w:pPr>
        <w:jc w:val="right"/>
      </w:pPr>
      <w:r>
        <w:t>Nature میں تو Diversity ہے۔</w:t>
      </w:r>
    </w:p>
    <w:p>
      <w:r>
        <w:rPr>
          <w:b/>
        </w:rPr>
        <w:t xml:space="preserve">[32:58] </w:t>
      </w:r>
      <w:r>
        <w:t>kyunke Diversity ki wajah se Challenge hoga, Competition hoga, aur taraqqi hogi.</w:t>
      </w:r>
    </w:p>
    <w:p>
      <w:pPr>
        <w:jc w:val="right"/>
      </w:pPr>
      <w:r>
        <w:t>کیونکہ Diversity کی وجہ سے Challenge ہوگا، Competition ہوگا، اور ترقی ہوگی۔</w:t>
      </w:r>
    </w:p>
    <w:p>
      <w:r>
        <w:rPr>
          <w:b/>
        </w:rPr>
        <w:t xml:space="preserve">[33:03] </w:t>
      </w:r>
      <w:r>
        <w:t>yaani Creator ke mutabiq taraqqi ka raaz</w:t>
      </w:r>
    </w:p>
    <w:p>
      <w:pPr>
        <w:jc w:val="right"/>
      </w:pPr>
      <w:r>
        <w:t>یعنی Creator کے مطابق ترقی کا راز</w:t>
      </w:r>
    </w:p>
    <w:p>
      <w:r>
        <w:rPr>
          <w:b/>
        </w:rPr>
        <w:t xml:space="preserve">[33:08] </w:t>
      </w:r>
      <w:r>
        <w:t>Challenge mein hai, na ke Uniformity mein hai.</w:t>
      </w:r>
    </w:p>
    <w:p>
      <w:pPr>
        <w:jc w:val="right"/>
      </w:pPr>
      <w:r>
        <w:t>Challenge میں ہے، نہ کہ Uniformity میں ہے۔</w:t>
      </w:r>
    </w:p>
    <w:p>
      <w:r>
        <w:rPr>
          <w:b/>
        </w:rPr>
        <w:t xml:space="preserve">[33:13] </w:t>
      </w:r>
      <w:r>
        <w:t>to yeh bahut badi baat hai, main samajhta hoon ke jo Quran ki is aayat mein batai gayi hai.</w:t>
      </w:r>
    </w:p>
    <w:p>
      <w:pPr>
        <w:jc w:val="right"/>
      </w:pPr>
      <w:r>
        <w:t>تو یہ بہت بڑی بات ہے، میں سمجھتا ہوں کہ جو قرآن کی اس آیت میں بتائی گئی ہے۔</w:t>
      </w:r>
    </w:p>
    <w:p>
      <w:r>
        <w:rPr>
          <w:b/>
        </w:rPr>
        <w:t xml:space="preserve">[33:17] </w:t>
      </w:r>
      <w:r>
        <w:t>is chhoti si aayat mein.</w:t>
      </w:r>
    </w:p>
    <w:p>
      <w:pPr>
        <w:jc w:val="right"/>
      </w:pPr>
      <w:r>
        <w:t>اس چھوٹی سی آیت میں۔</w:t>
      </w:r>
    </w:p>
    <w:p>
      <w:r>
        <w:rPr>
          <w:b/>
        </w:rPr>
        <w:t xml:space="preserve">[33:21] </w:t>
      </w:r>
      <w:r>
        <w:t>in doosri aayaton mein bhi yeh baat hai, apne apne andaaz se.</w:t>
      </w:r>
    </w:p>
    <w:p>
      <w:pPr>
        <w:jc w:val="right"/>
      </w:pPr>
      <w:r>
        <w:t>ان دوسری آیتوں میں بھی یہ بات ہے، اپنے اپنے انداز سے۔</w:t>
      </w:r>
    </w:p>
    <w:p>
      <w:r>
        <w:rPr>
          <w:b/>
        </w:rPr>
        <w:t xml:space="preserve">[33:26] </w:t>
      </w:r>
      <w:r>
        <w:t>lekin is aayat mein bahut Clear tor par yeh hai ke Allah taala ne confirm kiya ke tumhari</w:t>
      </w:r>
    </w:p>
    <w:p>
      <w:pPr>
        <w:jc w:val="right"/>
      </w:pPr>
      <w:r>
        <w:t>لیکن اس آیت میں بہت Clear طور پر یہ ہے کہ اللہ تعالیٰ نے کنفرم کیا کہ تمہاری</w:t>
      </w:r>
    </w:p>
    <w:p>
      <w:r>
        <w:rPr>
          <w:b/>
        </w:rPr>
        <w:t xml:space="preserve">[33:30] </w:t>
      </w:r>
      <w:r>
        <w:t>koshishen mukhtalif rahengi.</w:t>
      </w:r>
    </w:p>
    <w:p>
      <w:pPr>
        <w:jc w:val="right"/>
      </w:pPr>
      <w:r>
        <w:t>کوششیں مختلف رہیں گی۔</w:t>
      </w:r>
    </w:p>
    <w:p>
      <w:r>
        <w:rPr>
          <w:b/>
        </w:rPr>
        <w:t xml:space="preserve">[33:34] </w:t>
      </w:r>
      <w:r>
        <w:t>yaani Creator jo hai,</w:t>
      </w:r>
    </w:p>
    <w:p>
      <w:pPr>
        <w:jc w:val="right"/>
      </w:pPr>
      <w:r>
        <w:t>یعنی Creator جو ہے،</w:t>
      </w:r>
    </w:p>
    <w:p>
      <w:r>
        <w:rPr>
          <w:b/>
        </w:rPr>
        <w:t xml:space="preserve">[33:38] </w:t>
      </w:r>
      <w:r>
        <w:t>confirm kar raha hai ke insan ki koshishein mukhtalif rahay gi. uniformity nahi rahay gi, diversity rahay gi insan ki koshishon mein. to yeh khaliq ka statement hai, khaliq ka ailan hai zindagi ke baray mein. to isi isi haqeeqat ko na samajhnay ki wajah se dunya mein jo za</w:t>
      </w:r>
    </w:p>
    <w:p>
      <w:pPr>
        <w:jc w:val="right"/>
      </w:pPr>
      <w:r>
        <w:t>کنفرم کر رہا ہے کہ انسان کی کوششیں مختلف رہیں گی۔ Uniformity نہیں رہے گی، Diversity رہے گی انسان کی کوششوں میں۔ تو یہ خالق کا Statement ہے، خالق کا اعلان ہے زندگی کے بارے میں۔ تو اسی اسی حقیقت کو نہ سمجھنے کی وجہ سے دنیا میں جو ظ</w:t>
      </w:r>
    </w:p>
    <w:p>
      <w:r>
        <w:rPr>
          <w:b/>
        </w:rPr>
        <w:t xml:space="preserve">[34:08] </w:t>
      </w:r>
      <w:r>
        <w:t>lam hai, jo Negativity hai, jo Hate hai, jo tarah tarah ke tarah tarah ke tashaddud hain, woh</w:t>
      </w:r>
    </w:p>
    <w:p>
      <w:pPr>
        <w:jc w:val="right"/>
      </w:pPr>
      <w:r>
        <w:t>لم ہے، جو Negativity ہے، جو Hate ہے، جو طرح طرح کے طرح طرح کے تشدد ہیں، وہ</w:t>
      </w:r>
    </w:p>
    <w:p>
      <w:r>
        <w:rPr>
          <w:b/>
        </w:rPr>
        <w:t xml:space="preserve">[34:16] </w:t>
      </w:r>
      <w:r>
        <w:t>sab isi liye hain ke is haqeeqat ko logon ne nahin samjha ke Khaliq ne apne naqshe mein</w:t>
      </w:r>
    </w:p>
    <w:p>
      <w:pPr>
        <w:jc w:val="right"/>
      </w:pPr>
      <w:r>
        <w:t>سب اسی لیے ہیں کہ اس حقیقت کو لوگوں نے نہیں سمجھا کہ خالق نے اپنے نقشے میں</w:t>
      </w:r>
    </w:p>
    <w:p>
      <w:r>
        <w:rPr>
          <w:b/>
        </w:rPr>
        <w:t xml:space="preserve">[34:24] </w:t>
      </w:r>
      <w:r>
        <w:t>Uniformity rakhi hi nahin, balkeh Diversity rakhi hai.</w:t>
      </w:r>
    </w:p>
    <w:p>
      <w:pPr>
        <w:jc w:val="right"/>
      </w:pPr>
      <w:r>
        <w:t>Uniformity رکھی ہی نہیں، بلکہ Diversity رکھی ہے۔</w:t>
      </w:r>
    </w:p>
    <w:p>
      <w:r>
        <w:rPr>
          <w:b/>
        </w:rPr>
        <w:t xml:space="preserve">[34:31] </w:t>
      </w:r>
      <w:r>
        <w:t>logon ke Taste alag hote hain,</w:t>
      </w:r>
    </w:p>
    <w:p>
      <w:pPr>
        <w:jc w:val="right"/>
      </w:pPr>
      <w:r>
        <w:t>لوگوں کے Taste الگ ہوتے ہیں،</w:t>
      </w:r>
    </w:p>
    <w:p>
      <w:r>
        <w:rPr>
          <w:b/>
        </w:rPr>
        <w:t xml:space="preserve">[34:39] </w:t>
      </w:r>
      <w:r>
        <w:t>logon ke Way of Thinking alag hoti hai, logon ki salahiyaten alag hoti hain.</w:t>
      </w:r>
    </w:p>
    <w:p>
      <w:pPr>
        <w:jc w:val="right"/>
      </w:pPr>
      <w:r>
        <w:t>لوگوں کے Way of Thinking الگ ہوتی ہے، لوگوں کی صلاحیتیں الگ ہوتی ہیں۔</w:t>
      </w:r>
    </w:p>
    <w:p>
      <w:r>
        <w:rPr>
          <w:b/>
        </w:rPr>
        <w:t xml:space="preserve">[34:44] </w:t>
      </w:r>
      <w:r>
        <w:t>yaani har insaan alag hai.</w:t>
      </w:r>
    </w:p>
    <w:p>
      <w:pPr>
        <w:jc w:val="right"/>
      </w:pPr>
      <w:r>
        <w:t>یعنی ہر انسان الگ ہے۔</w:t>
      </w:r>
    </w:p>
    <w:p>
      <w:r>
        <w:rPr>
          <w:b/>
        </w:rPr>
        <w:t xml:space="preserve">[34:49] </w:t>
      </w:r>
      <w:r>
        <w:t>bahut ajeeb o ghareeb baat hai ke har insaan ka Constitution alag hai, har insaan ka Case alag hai.</w:t>
      </w:r>
    </w:p>
    <w:p>
      <w:pPr>
        <w:jc w:val="right"/>
      </w:pPr>
      <w:r>
        <w:t>بہت عجیب و غریب بات ہے کہ ہر انسان کا Constitution الگ ہے، ہر انسان کا Case الگ ہے۔</w:t>
      </w:r>
    </w:p>
    <w:p>
      <w:r>
        <w:rPr>
          <w:b/>
        </w:rPr>
        <w:t xml:space="preserve">[34:54] </w:t>
      </w:r>
      <w:r>
        <w:t>har insaan apne aap mein ek ek duniya hai.</w:t>
      </w:r>
    </w:p>
    <w:p>
      <w:pPr>
        <w:jc w:val="right"/>
      </w:pPr>
      <w:r>
        <w:t>ہر انسان اپنے آپ میں ایک ایک دنیا ہے۔</w:t>
      </w:r>
    </w:p>
    <w:p>
      <w:r>
        <w:rPr>
          <w:b/>
        </w:rPr>
        <w:t xml:space="preserve">[34:59] </w:t>
      </w:r>
      <w:r>
        <w:t>itni zyada Diversity hai duniya ke andar.</w:t>
      </w:r>
    </w:p>
    <w:p>
      <w:pPr>
        <w:jc w:val="right"/>
      </w:pPr>
      <w:r>
        <w:t>اتنی زیادہ Diversity ہے دنیا کے اندر۔</w:t>
      </w:r>
    </w:p>
    <w:p>
      <w:r>
        <w:rPr>
          <w:b/>
        </w:rPr>
        <w:t xml:space="preserve">[35:04] </w:t>
      </w:r>
      <w:r>
        <w:t>to isi Diversity ki wajah se taraqqi hoti hai.</w:t>
      </w:r>
    </w:p>
    <w:p>
      <w:pPr>
        <w:jc w:val="right"/>
      </w:pPr>
      <w:r>
        <w:t>تو اسی Diversity کی وجہ سے ترقی ہوتی ہے۔</w:t>
      </w:r>
    </w:p>
    <w:p>
      <w:r>
        <w:rPr>
          <w:b/>
        </w:rPr>
        <w:t xml:space="preserve">[35:10] </w:t>
      </w:r>
      <w:r>
        <w:t>agar Diversity na ho, Uniformity ho, to koi bhi taraqqi na ho.</w:t>
      </w:r>
    </w:p>
    <w:p>
      <w:pPr>
        <w:jc w:val="right"/>
      </w:pPr>
      <w:r>
        <w:t>اگر Diversity نہ ہو، Uniformity ہو، تو کوئی بھی ترقی نہ ہو۔</w:t>
      </w:r>
    </w:p>
    <w:p>
      <w:r>
        <w:rPr>
          <w:b/>
        </w:rPr>
        <w:t xml:space="preserve">[35:17] </w:t>
      </w:r>
      <w:r>
        <w:t>to isi isi cheez ko quran mein sharae nizam ya in jaisay alfaz mein bayan kiya gaya hai.</w:t>
      </w:r>
    </w:p>
    <w:p>
      <w:pPr>
        <w:jc w:val="right"/>
      </w:pPr>
      <w:r>
        <w:t>تو اسی اسی چیز کو قرآن میں شریعی نظام یا ان جیسے الفاظ میں بیان کیا گیا ہے۔</w:t>
      </w:r>
    </w:p>
    <w:p>
      <w:r>
        <w:rPr>
          <w:b/>
        </w:rPr>
        <w:t xml:space="preserve">[35:25] </w:t>
      </w:r>
      <w:r>
        <w:t>aur doosre bhi alfaz hain, mislan yeh bhi kiya hai ke zindagi mein qabd hoga.</w:t>
      </w:r>
    </w:p>
    <w:p>
      <w:pPr>
        <w:jc w:val="right"/>
      </w:pPr>
      <w:r>
        <w:t>اور دوسرے بھی الفاظ ہیں، مثلاً یہ بھی کیا ہے کہ زندگی میں قبد ہوگا۔</w:t>
      </w:r>
    </w:p>
    <w:p>
      <w:r>
        <w:rPr>
          <w:b/>
        </w:rPr>
        <w:t xml:space="preserve">[35:33] </w:t>
      </w:r>
      <w:r>
        <w:t>qabd ka matlab hoga problem create honge, challenge aayenge, ek doosre ke liye masail khare honge.</w:t>
      </w:r>
    </w:p>
    <w:p>
      <w:pPr>
        <w:jc w:val="right"/>
      </w:pPr>
      <w:r>
        <w:t>قبد کا مطلب ہوگا Problem Create ہوں گے، Challenge آئیں گے، ایک دوسرے کے لیے مسائل کھڑے ہوں گے۔</w:t>
      </w:r>
    </w:p>
    <w:p>
      <w:r>
        <w:rPr>
          <w:b/>
        </w:rPr>
        <w:t xml:space="preserve">[35:40] </w:t>
      </w:r>
      <w:r>
        <w:t>aur yeh allah ke takhleeqi naqshe ke mutabiq matloob cheez hogi.</w:t>
      </w:r>
    </w:p>
    <w:p>
      <w:pPr>
        <w:jc w:val="right"/>
      </w:pPr>
      <w:r>
        <w:t>اور یہ اللہ کے تخلیقی نقشے کے مطابق مطلوب چیز ہوگی۔</w:t>
      </w:r>
    </w:p>
    <w:p>
      <w:r>
        <w:rPr>
          <w:b/>
        </w:rPr>
        <w:t xml:space="preserve">[35:46] </w:t>
      </w:r>
      <w:r>
        <w:t>yeh koi evil nahi hoga.</w:t>
      </w:r>
    </w:p>
    <w:p>
      <w:pPr>
        <w:jc w:val="right"/>
      </w:pPr>
      <w:r>
        <w:t>یہ کوئی Evil نہیں ہوگا۔</w:t>
      </w:r>
    </w:p>
    <w:p>
      <w:r>
        <w:rPr>
          <w:b/>
        </w:rPr>
        <w:t xml:space="preserve">[35:51] </w:t>
      </w:r>
      <w:r>
        <w:t>aap dekhen, jo jo philosopher khuda ko nahi mante, un sab ka sab se zyada jo un ke</w:t>
      </w:r>
    </w:p>
    <w:p>
      <w:pPr>
        <w:jc w:val="right"/>
      </w:pPr>
      <w:r>
        <w:t>آپ دیکھیں، جو جو Philosopher خدا کو نہیں مانتے، ان سب کا سب سے زیادہ جو ان کے</w:t>
      </w:r>
    </w:p>
    <w:p>
      <w:r>
        <w:rPr>
          <w:b/>
        </w:rPr>
        <w:t xml:space="preserve">[35:56] </w:t>
      </w:r>
      <w:r>
        <w:t>nazdeek sab se bari jo daleel hai ke is kainat ka koi khuda nahi hai, koi creator nahi</w:t>
      </w:r>
    </w:p>
    <w:p>
      <w:pPr>
        <w:jc w:val="right"/>
      </w:pPr>
      <w:r>
        <w:t>نزدیک سب سے بڑی جو دلیل ہے کہ اس کائنات کا کوئی خدا نہیں ہے، کوئی Creator نہیں</w:t>
      </w:r>
    </w:p>
    <w:p>
      <w:r>
        <w:rPr>
          <w:b/>
        </w:rPr>
        <w:t xml:space="preserve">[36:01] </w:t>
      </w:r>
      <w:r>
        <w:t>hai, woh yeh hai, jis ko kehte hain woh problem of evil.</w:t>
      </w:r>
    </w:p>
    <w:p>
      <w:pPr>
        <w:jc w:val="right"/>
      </w:pPr>
      <w:r>
        <w:t>ہے، وہ یہ ہے، جس کو کہتے ہیں وہ Problem of Evil۔</w:t>
      </w:r>
    </w:p>
    <w:p>
      <w:r>
        <w:rPr>
          <w:b/>
        </w:rPr>
        <w:t xml:space="preserve">[36:07] </w:t>
      </w:r>
      <w:r>
        <w:t>woh kehte hain ke agar koi khuda hai</w:t>
      </w:r>
    </w:p>
    <w:p>
      <w:pPr>
        <w:jc w:val="right"/>
      </w:pPr>
      <w:r>
        <w:t>وہ کہتے ہیں کہ اگر کوئی خدا ہے</w:t>
      </w:r>
    </w:p>
    <w:p>
      <w:r>
        <w:rPr>
          <w:b/>
        </w:rPr>
        <w:t xml:space="preserve">[36:12] </w:t>
      </w:r>
      <w:r>
        <w:t>to to evil kyun hai? evil ko kyun khatam nahi karta woh? khuda hai to woh all powerful</w:t>
      </w:r>
    </w:p>
    <w:p>
      <w:pPr>
        <w:jc w:val="right"/>
      </w:pPr>
      <w:r>
        <w:t>تو تو Evil کیوں ہے؟ Evil کو کیوں ختم نہیں کرتا وہ؟ خدا ہے تو وہ All Powerful</w:t>
      </w:r>
    </w:p>
    <w:p>
      <w:r>
        <w:rPr>
          <w:b/>
        </w:rPr>
        <w:t xml:space="preserve">[36:17] </w:t>
      </w:r>
      <w:r>
        <w:t>hona chahiye us ko.</w:t>
      </w:r>
    </w:p>
    <w:p>
      <w:pPr>
        <w:jc w:val="right"/>
      </w:pPr>
      <w:r>
        <w:t>ہونا چاہیے اس کو۔</w:t>
      </w:r>
    </w:p>
    <w:p>
      <w:r>
        <w:rPr>
          <w:b/>
        </w:rPr>
        <w:t xml:space="preserve">[36:22] </w:t>
      </w:r>
      <w:r>
        <w:t>agar woh all powerful hai, to evil ko khatam kyun nahi karta? to jis cheez ko evil keh</w:t>
      </w:r>
    </w:p>
    <w:p>
      <w:pPr>
        <w:jc w:val="right"/>
      </w:pPr>
      <w:r>
        <w:t>اگر وہ All Powerful ہے، تو Evil کو ختم کیوں نہیں کرتا؟ تو جس چیز کو Evil کہہ</w:t>
      </w:r>
    </w:p>
    <w:p>
      <w:r>
        <w:rPr>
          <w:b/>
        </w:rPr>
        <w:t xml:space="preserve">[36:27] </w:t>
      </w:r>
      <w:r>
        <w:t>rahe hain, woh evil nahi hai.</w:t>
      </w:r>
    </w:p>
    <w:p>
      <w:pPr>
        <w:jc w:val="right"/>
      </w:pPr>
      <w:r>
        <w:t>رہے ہیں، وہ Evil نہیں ہے۔</w:t>
      </w:r>
    </w:p>
    <w:p>
      <w:r>
        <w:rPr>
          <w:b/>
        </w:rPr>
        <w:t xml:space="preserve">[36:33] </w:t>
      </w:r>
      <w:r>
        <w:t>woh to khud kisi plan ka ek hissa hai.</w:t>
      </w:r>
    </w:p>
    <w:p>
      <w:pPr>
        <w:jc w:val="right"/>
      </w:pPr>
      <w:r>
        <w:t>وہ تو خود کسی Plan کا ایک حصہ ہے۔</w:t>
      </w:r>
    </w:p>
    <w:p>
      <w:r>
        <w:rPr>
          <w:b/>
        </w:rPr>
        <w:t xml:space="preserve">[36:38] </w:t>
      </w:r>
      <w:r>
        <w:t>chunki kisi plan ke mutabiq insan apni zindagi ka naqsha nahi banata, is liye takrao paida hota hai.</w:t>
      </w:r>
    </w:p>
    <w:p>
      <w:pPr>
        <w:jc w:val="right"/>
      </w:pPr>
      <w:r>
        <w:t>چونکہ کسی Plan کے مطابق انسان اپنی زندگی کا نقشہ نہیں بناتا، اس لیے ٹکراؤ پیدا ہوتا ہے۔</w:t>
      </w:r>
    </w:p>
    <w:p>
      <w:r>
        <w:rPr>
          <w:b/>
        </w:rPr>
        <w:t xml:space="preserve">[36:43] </w:t>
      </w:r>
      <w:r>
        <w:t>aur fasad paida hota hai.</w:t>
      </w:r>
    </w:p>
    <w:p>
      <w:pPr>
        <w:jc w:val="right"/>
      </w:pPr>
      <w:r>
        <w:t>اور فساد پیدا ہوتا ہے۔</w:t>
      </w:r>
    </w:p>
    <w:p>
      <w:r>
        <w:rPr>
          <w:b/>
        </w:rPr>
        <w:t xml:space="preserve">[36:48] </w:t>
      </w:r>
      <w:r>
        <w:t>to woh sari cheezain, jis ko hum fasad kehte hain, injustice kehte hain, zulm kehte hain, woh sab</w:t>
      </w:r>
    </w:p>
    <w:p>
      <w:pPr>
        <w:jc w:val="right"/>
      </w:pPr>
      <w:r>
        <w:t>تو وہ ساری چیزیں، جس کو ہم فساد کہتے ہیں، Injustice کہتے ہیں، ظلم کہتے ہیں، وہ سب</w:t>
      </w:r>
    </w:p>
    <w:p>
      <w:r>
        <w:rPr>
          <w:b/>
        </w:rPr>
        <w:t xml:space="preserve">[36:53] </w:t>
      </w:r>
      <w:r>
        <w:t>insan ki azadi ki bina par hain.</w:t>
      </w:r>
    </w:p>
    <w:p>
      <w:pPr>
        <w:jc w:val="right"/>
      </w:pPr>
      <w:r>
        <w:t>انسان کی آزادی کی بنا پر ہیں۔</w:t>
      </w:r>
    </w:p>
    <w:p>
      <w:r>
        <w:rPr>
          <w:b/>
        </w:rPr>
        <w:t xml:space="preserve">[36:58] </w:t>
      </w:r>
      <w:r>
        <w:t>woh evil nahi hain, woh woh woh woh challenge hain, woh musabqat hai, woh competition hai.</w:t>
      </w:r>
    </w:p>
    <w:p>
      <w:pPr>
        <w:jc w:val="right"/>
      </w:pPr>
      <w:r>
        <w:t>وہ Evil نہیں ہیں، وہ وہ وہ وہ Challenge ہیں، وہ مسابقت ہے، وہ Competition ہے۔</w:t>
      </w:r>
    </w:p>
    <w:p>
      <w:r>
        <w:rPr>
          <w:b/>
        </w:rPr>
        <w:t xml:space="preserve">[37:03] </w:t>
      </w:r>
      <w:r>
        <w:t>aur is liye hai ke yahi wahid tareeqa hai, yani progress ka aur development ka.</w:t>
      </w:r>
    </w:p>
    <w:p>
      <w:pPr>
        <w:jc w:val="right"/>
      </w:pPr>
      <w:r>
        <w:t>اور اس لیے ہے کہ یہی واحد طریقہ ہے، یعنی Progress کا اور Development کا۔</w:t>
      </w:r>
    </w:p>
    <w:p>
      <w:r>
        <w:rPr>
          <w:b/>
        </w:rPr>
        <w:t xml:space="preserve">[37:08] </w:t>
      </w:r>
      <w:r>
        <w:t>is ke baghair insan jo hai,</w:t>
      </w:r>
    </w:p>
    <w:p>
      <w:pPr>
        <w:jc w:val="right"/>
      </w:pPr>
      <w:r>
        <w:t>اس کے بغیر انسان جو ہے،</w:t>
      </w:r>
    </w:p>
    <w:p>
      <w:r>
        <w:rPr>
          <w:b/>
        </w:rPr>
        <w:t xml:space="preserve">[37:13] </w:t>
      </w:r>
      <w:r>
        <w:t>aise hi ho jayega jaise aap is building mein hain, to yeh building bohat si eenton se bani hai. Har eent jaisi awwal thi, waisi hi aaj bhi hai. Koi taraqqi is ke andar nahin hai. To insaan ka mamla bhi waise hi hota. Har insaan jaisa paida hota, waise hi badhta woh. Is mein koi irtiqai amal jari hi na hota. To Allah ka matloob hua ke insaan paida ho to, yani Potential ke roop mein paida ho, phir us ke Potent</w:t>
      </w:r>
    </w:p>
    <w:p>
      <w:pPr>
        <w:jc w:val="right"/>
      </w:pPr>
      <w:r>
        <w:t>ایسے ہی ہو جائے گا جیسے آپ اس بلڈنگ میں ہیں، تو یہ بلڈنگ بہت سی اینٹوں سے بنی ہے۔ ہر اینٹ جیسی اولت تھی، ویسے ہی آج بھی ہے۔ کوئی ترقی اس کے اندر نہیں ہے۔ تو انسان کا معاملہ بھی ویسے ہی ہوتا۔ ہر انسان جیسا پیدا ہوتا، ویسے ہی بڑھتا وہ۔ اس میں کوئی ارتقائی عمل جاری ہی نہ ہوتا۔ تو اللہ کا مطلوب ہوا کہ انسان پیدا ہو تو، یعنی Potential کے روپ میں پیدا ہو، پھر اس کے Potent</w:t>
      </w:r>
    </w:p>
    <w:p>
      <w:r>
        <w:rPr>
          <w:b/>
        </w:rPr>
        <w:t xml:space="preserve">[37:43] </w:t>
      </w:r>
      <w:r>
        <w:t>ial actual bane.</w:t>
      </w:r>
    </w:p>
    <w:p>
      <w:pPr>
        <w:jc w:val="right"/>
      </w:pPr>
      <w:r>
        <w:t>ial Actual بنے۔</w:t>
      </w:r>
    </w:p>
    <w:p>
      <w:r>
        <w:rPr>
          <w:b/>
        </w:rPr>
        <w:t xml:space="preserve">[37:48] </w:t>
      </w:r>
      <w:r>
        <w:t>to is maqsad ke liye yeh soorat e haal rakhi gayi ke jab diversity hogi to ek doosre ko challenge</w:t>
      </w:r>
    </w:p>
    <w:p>
      <w:pPr>
        <w:jc w:val="right"/>
      </w:pPr>
      <w:r>
        <w:t>تو اس مقصد کے لیے یہ صورتحال رکھی گئی کہ جب Diversity ہوگی تو ایک دوسرے کو Challenge</w:t>
      </w:r>
    </w:p>
    <w:p>
      <w:r>
        <w:rPr>
          <w:b/>
        </w:rPr>
        <w:t xml:space="preserve">[37:53] </w:t>
      </w:r>
      <w:r>
        <w:t>pesh aayega.</w:t>
      </w:r>
    </w:p>
    <w:p>
      <w:pPr>
        <w:jc w:val="right"/>
      </w:pPr>
      <w:r>
        <w:t>پیش آئے گا۔</w:t>
      </w:r>
    </w:p>
    <w:p>
      <w:r>
        <w:rPr>
          <w:b/>
        </w:rPr>
        <w:t xml:space="preserve">[37:58] </w:t>
      </w:r>
      <w:r>
        <w:t>ek doosre ke liye masle paida honge.</w:t>
      </w:r>
    </w:p>
    <w:p>
      <w:pPr>
        <w:jc w:val="right"/>
      </w:pPr>
      <w:r>
        <w:t>ایک دوسرے کے لیے مسئلے پیدا ہوں گے۔</w:t>
      </w:r>
    </w:p>
    <w:p>
      <w:r>
        <w:rPr>
          <w:b/>
        </w:rPr>
        <w:t xml:space="preserve">[38:03] </w:t>
      </w:r>
      <w:r>
        <w:t>aadmi is maslay ko hal karna chahega.</w:t>
      </w:r>
    </w:p>
    <w:p>
      <w:pPr>
        <w:jc w:val="right"/>
      </w:pPr>
      <w:r>
        <w:t>آدمی اس مسئلے کو حل کرنا چاہے گا۔</w:t>
      </w:r>
    </w:p>
    <w:p>
      <w:r>
        <w:rPr>
          <w:b/>
        </w:rPr>
        <w:t xml:space="preserve">[38:08] </w:t>
      </w:r>
      <w:r>
        <w:t>aur is tarah se musabaqat ya Competition ke zariye se insan ki tarqqi jari rahegi.</w:t>
      </w:r>
    </w:p>
    <w:p>
      <w:pPr>
        <w:jc w:val="right"/>
      </w:pPr>
      <w:r>
        <w:t>اور اس طرح سے مسابقت یا Competition کے ذریعے سے انسان کی ترقی جاری رہے گی۔</w:t>
      </w:r>
    </w:p>
    <w:p>
      <w:r>
        <w:rPr>
          <w:b/>
        </w:rPr>
        <w:t xml:space="preserve">[38:13] </w:t>
      </w:r>
      <w:r>
        <w:t>to yeh sari baatein is chhoti si ayat mein batai gayi hain ke in to is mein mujhe</w:t>
      </w:r>
    </w:p>
    <w:p>
      <w:pPr>
        <w:jc w:val="right"/>
      </w:pPr>
      <w:r>
        <w:t>تو یہ ساری باتیں اس چھوٹی سی آیت میں بتائی گئی ہیں کہ ان تو اس میں مجھے</w:t>
      </w:r>
    </w:p>
    <w:p>
      <w:r>
        <w:rPr>
          <w:b/>
        </w:rPr>
        <w:t xml:space="preserve">[38:21] </w:t>
      </w:r>
      <w:r>
        <w:t>jawab mil gaya ke kyun duniya mein aisa hai ke jo maslay uthta hai, jo Reformer uthta hai,</w:t>
      </w:r>
    </w:p>
    <w:p>
      <w:pPr>
        <w:jc w:val="right"/>
      </w:pPr>
      <w:r>
        <w:t>جواب مل گیا کہ کیوں دنیا میں ایسا ہے کہ جو مسئلے اٹھتا ہے، جو Reformer اٹھتا ہے،</w:t>
      </w:r>
    </w:p>
    <w:p>
      <w:r>
        <w:rPr>
          <w:b/>
        </w:rPr>
        <w:t xml:space="preserve">[38:29] </w:t>
      </w:r>
      <w:r>
        <w:t>wo Negative Role kar pata hai, Positive Role nahi kar pata.</w:t>
      </w:r>
    </w:p>
    <w:p>
      <w:pPr>
        <w:jc w:val="right"/>
      </w:pPr>
      <w:r>
        <w:t>وہ Negative Role کر پاتا ہے، Positive Role نہیں کر پاتا۔</w:t>
      </w:r>
    </w:p>
    <w:p>
      <w:r>
        <w:rPr>
          <w:b/>
        </w:rPr>
        <w:t xml:space="preserve">[38:37] </w:t>
      </w:r>
      <w:r>
        <w:t>kyunke is ne apne zehn mein jo naqsha, jo Model banaya hai, Model wo</w:t>
      </w:r>
    </w:p>
    <w:p>
      <w:pPr>
        <w:jc w:val="right"/>
      </w:pPr>
      <w:r>
        <w:t>کیونکہ اس نے اپنے ذہن میں جو نقشہ، جو Model بنایا ہے، Model وہ</w:t>
      </w:r>
    </w:p>
    <w:p>
      <w:r>
        <w:rPr>
          <w:b/>
        </w:rPr>
        <w:t xml:space="preserve">[38:45] </w:t>
      </w:r>
      <w:r>
        <w:t>kisi filana af gard ke mutabiq nahin hai. Mutabiq nahin hai. Maslan yeh hum aap baithe hue hain ek ek ek jagah jahan ke hum aap baithe hue hain, yahan par aap koi hathi-on ko la kar daal dein to hathi yahan par be-jod ho jayenge. Kyunke hathi ke liye yeh jagah banai nahin gayi hai. Insaan ke liye banai gayi hai. Yahan insaan aayenge to insaan ka baithne ki jagah hai.</w:t>
      </w:r>
    </w:p>
    <w:p>
      <w:pPr>
        <w:jc w:val="right"/>
      </w:pPr>
      <w:r>
        <w:t>کسی فلانا اف گارڈ کے مطابق نہیں ہے۔ مطابق نہیں ہے۔ مثلاً یہ ہم آپ بیٹھے ہوئے ہیں ایک ایک ایک جگہ جہاں کہ ہم آپ بیٹھے ہوئے ہیں، یہاں پر آپ کوئی ہاتھیوں کو لا کر ڈال دیں تو ہاتھی یہاں پر بے جوڑ ہو جائیں گے۔ کیونکہ ہاتھی کے لیے یہ جگہ بنائی نہیں گئی ہے۔ انسان کے لیے بنائی گئی ہے۔ یہاں انسان آئیں گے تو انسان کا بیٹھنے کی جگہ ہے۔</w:t>
      </w:r>
    </w:p>
    <w:p>
      <w:r>
        <w:rPr>
          <w:b/>
        </w:rPr>
        <w:t xml:space="preserve">[39:15] </w:t>
      </w:r>
      <w:r>
        <w:t>insaan kaam yahan par Meeting karte hain insaan-on ko le kar. Lekin agar yahan par hathi daal dein, ghoda daal dein, oont daal dein to be-jod ho jayega woh. Maloom hua ke yeh jagah ka taqaza kuch aur hai, oont ka taqaza kuch aur hai. To Allah khaliq ka jo naqsha hai, us ko jaan kar jab aap apni zindagi ka nizaam banayenge, tab woh theek theek kaam</w:t>
      </w:r>
    </w:p>
    <w:p>
      <w:pPr>
        <w:jc w:val="right"/>
      </w:pPr>
      <w:r>
        <w:t>انسان کام یہاں پر Meeting کرتے ہیں انسانوں کو لے کر۔ لیکن اگر یہاں پر ہاتھی ڈال دیں، گھوڑا ڈال دیں، اونٹ ڈال دیں تو بے جوڑ ہو جائے گا وہ۔ معلوم ہوا کہ یہ جگہ کا تقاضا کچھ اور ہے، اونٹ کا تقاضا کچھ اور ہے۔ تو اللہ خالق کا جو نقشہ ہے، اس کو جان کر جب آپ اپنی زندگی کا نظام بنائیں گے، تب وہ ٹھیک ٹھیک کام</w:t>
      </w:r>
    </w:p>
    <w:p>
      <w:r>
        <w:rPr>
          <w:b/>
        </w:rPr>
        <w:t xml:space="preserve">[39:45] </w:t>
      </w:r>
      <w:r>
        <w:t>karega.</w:t>
      </w:r>
    </w:p>
    <w:p>
      <w:pPr>
        <w:jc w:val="right"/>
      </w:pPr>
      <w:r>
        <w:t>کرے گا۔</w:t>
      </w:r>
    </w:p>
    <w:p>
      <w:r>
        <w:rPr>
          <w:b/>
        </w:rPr>
        <w:t xml:space="preserve">[39:48] </w:t>
      </w:r>
      <w:r>
        <w:t>nahi to wo theek kaam nahi karega.</w:t>
      </w:r>
    </w:p>
    <w:p>
      <w:pPr>
        <w:jc w:val="right"/>
      </w:pPr>
      <w:r>
        <w:t>نہیں تو وہ ٹھیک کام نہیں کرے گا۔</w:t>
      </w:r>
    </w:p>
    <w:p>
      <w:r>
        <w:rPr>
          <w:b/>
        </w:rPr>
        <w:t xml:space="preserve">[39:52] </w:t>
      </w:r>
      <w:r>
        <w:t>wo be jor ho jayega.</w:t>
      </w:r>
    </w:p>
    <w:p>
      <w:pPr>
        <w:jc w:val="right"/>
      </w:pPr>
      <w:r>
        <w:t>وہ بے جوڑ ہو جائے گا۔</w:t>
      </w:r>
    </w:p>
    <w:p>
      <w:r>
        <w:rPr>
          <w:b/>
        </w:rPr>
        <w:t xml:space="preserve">[39:55] </w:t>
      </w:r>
      <w:r>
        <w:t>to yahi surat-e-haal pesh aa rahi hai.</w:t>
      </w:r>
    </w:p>
    <w:p>
      <w:pPr>
        <w:jc w:val="right"/>
      </w:pPr>
      <w:r>
        <w:t>تو یہی صورتحال پیش آ رہی ہے۔</w:t>
      </w:r>
    </w:p>
    <w:p>
      <w:r>
        <w:rPr>
          <w:b/>
        </w:rPr>
        <w:t xml:space="preserve">[39:59] </w:t>
      </w:r>
      <w:r>
        <w:t>jo maslay uthta hai, jo Reformer uthta hai, wo khud apne zehn mein jo Model hai, us ko</w:t>
      </w:r>
    </w:p>
    <w:p>
      <w:pPr>
        <w:jc w:val="right"/>
      </w:pPr>
      <w:r>
        <w:t>جو مسئلے اٹھتا ہے، جو Reformer اٹھتا ہے، وہ خود اپنے ذہن میں جو Model ہے، اس کو</w:t>
      </w:r>
    </w:p>
    <w:p>
      <w:r>
        <w:rPr>
          <w:b/>
        </w:rPr>
        <w:t xml:space="preserve">[40:02] </w:t>
      </w:r>
      <w:r>
        <w:t>is Model ko chahta hai Impose karna.</w:t>
      </w:r>
    </w:p>
    <w:p>
      <w:pPr>
        <w:jc w:val="right"/>
      </w:pPr>
      <w:r>
        <w:t>اس Model کو چاہتا ہے Impose کرنا۔</w:t>
      </w:r>
    </w:p>
    <w:p>
      <w:r>
        <w:rPr>
          <w:b/>
        </w:rPr>
        <w:t xml:space="preserve">[40:05] </w:t>
      </w:r>
      <w:r>
        <w:t>yeh nahi sochta is wo ke khaliq ka naqsha kya hai.</w:t>
      </w:r>
    </w:p>
    <w:p>
      <w:pPr>
        <w:jc w:val="right"/>
      </w:pPr>
      <w:r>
        <w:t>یہ نہیں سوچتا اس وہ کہ خالق کا نقشہ کیا ہے۔</w:t>
      </w:r>
    </w:p>
    <w:p>
      <w:r>
        <w:rPr>
          <w:b/>
        </w:rPr>
        <w:t xml:space="preserve">[40:09] </w:t>
      </w:r>
      <w:r>
        <w:t>jo So-called Islamist hain, un mein bohat se logon se meri mulaqat hui.</w:t>
      </w:r>
    </w:p>
    <w:p>
      <w:pPr>
        <w:jc w:val="right"/>
      </w:pPr>
      <w:r>
        <w:t>جو So-called Islamist ہیں، ان میں بہت سے لوگوں سے میری ملاقات ہوئی۔</w:t>
      </w:r>
    </w:p>
    <w:p>
      <w:r>
        <w:rPr>
          <w:b/>
        </w:rPr>
        <w:t xml:space="preserve">[40:12] </w:t>
      </w:r>
      <w:r>
        <w:t>maine un se poocha ke aap</w:t>
      </w:r>
    </w:p>
    <w:p>
      <w:pPr>
        <w:jc w:val="right"/>
      </w:pPr>
      <w:r>
        <w:t>میں نے ان سے پوچھا کہ آپ</w:t>
      </w:r>
    </w:p>
    <w:p>
      <w:r>
        <w:rPr>
          <w:b/>
        </w:rPr>
        <w:t xml:space="preserve">[40:15] </w:t>
      </w:r>
      <w:r>
        <w:t>jo tehreek chala rahe hain, kya is tehreek chalane se pehle aap ne yeh kiya ke ek so</w:t>
      </w:r>
    </w:p>
    <w:p>
      <w:pPr>
        <w:jc w:val="right"/>
      </w:pPr>
      <w:r>
        <w:t>جو تحریک چلا رہے ہیں، کیا اس تحریک چلانے سے پہلے آپ نے یہ کیا کہ ایک سو</w:t>
      </w:r>
    </w:p>
    <w:p>
      <w:r>
        <w:rPr>
          <w:b/>
        </w:rPr>
        <w:t xml:space="preserve">[40:23] </w:t>
      </w:r>
      <w:r>
        <w:t>ho kar bilkul apne zehn ko khali kar ke Quran ko shuru se aakhir tak parha aap ne?</w:t>
      </w:r>
    </w:p>
    <w:p>
      <w:pPr>
        <w:jc w:val="right"/>
      </w:pPr>
      <w:r>
        <w:t>ہو کر بالکل اپنے ذہن کو خالی کر کے قرآن کو شروع سے آخر تک پڑھا آپ نے؟</w:t>
      </w:r>
    </w:p>
    <w:p>
      <w:r>
        <w:rPr>
          <w:b/>
        </w:rPr>
        <w:t xml:space="preserve">[40:30] </w:t>
      </w:r>
      <w:r>
        <w:t>ke Quran mein kya naqsha bataya gaya hai? Quran ke mutabiq konsa rasta kamyabi ka hai, kaun</w:t>
      </w:r>
    </w:p>
    <w:p>
      <w:pPr>
        <w:jc w:val="right"/>
      </w:pPr>
      <w:r>
        <w:t>کہ قرآن میں کیا نقشہ بتایا گیا ہے؟ قرآن کے مطابق کون سا راستہ کامیابی کا ہے، کون</w:t>
      </w:r>
    </w:p>
    <w:p>
      <w:r>
        <w:rPr>
          <w:b/>
        </w:rPr>
        <w:t xml:space="preserve">[40:38] </w:t>
      </w:r>
      <w:r>
        <w:t>sa kamyabi ka nahi hai? kya aap ne aisa kiya? to kam</w:t>
      </w:r>
    </w:p>
    <w:p>
      <w:pPr>
        <w:jc w:val="right"/>
      </w:pPr>
      <w:r>
        <w:t>سا کامیابی کا نہیں ہے؟ کیا آپ نے ایسا کیا؟ تو کم</w:t>
      </w:r>
    </w:p>
    <w:p>
      <w:r>
        <w:rPr>
          <w:b/>
        </w:rPr>
        <w:t xml:space="preserve">[40:45] </w:t>
      </w:r>
      <w:r>
        <w:t>az kam mujhe apne tajrube mein ab tak koi aisa aadmi nahi mila.</w:t>
      </w:r>
    </w:p>
    <w:p>
      <w:pPr>
        <w:jc w:val="right"/>
      </w:pPr>
      <w:r>
        <w:t>از کم مجھے اپنے تجربے میں اب تک کوئی ایسا آدمی نہیں ملا۔</w:t>
      </w:r>
    </w:p>
    <w:p>
      <w:r>
        <w:rPr>
          <w:b/>
        </w:rPr>
        <w:t xml:space="preserve">[40:50] </w:t>
      </w:r>
      <w:r>
        <w:t>kisi ne yeh jawab nahi diya ke haan, hum ne apne zehn ko khali kar ke tanhai mein</w:t>
      </w:r>
    </w:p>
    <w:p>
      <w:pPr>
        <w:jc w:val="right"/>
      </w:pPr>
      <w:r>
        <w:t>کسی نے یہ جواب نہیں دیا کہ ہاں، ہم نے اپنے ذہن کو خالی کر کے تنہائی میں</w:t>
      </w:r>
    </w:p>
    <w:p>
      <w:r>
        <w:rPr>
          <w:b/>
        </w:rPr>
        <w:t xml:space="preserve">[40:54] </w:t>
      </w:r>
      <w:r>
        <w:t>Quran ko shuru se aakhir tak parha, bar bar socha, aur phir hum ne yeh naqsha banaya.</w:t>
      </w:r>
    </w:p>
    <w:p>
      <w:pPr>
        <w:jc w:val="right"/>
      </w:pPr>
      <w:r>
        <w:t>قرآن کو شروع سے آخر تک پڑھا، بار بار سوچا، اور پھر ہم نے یہ نقشہ بنایا۔</w:t>
      </w:r>
    </w:p>
    <w:p>
      <w:r>
        <w:rPr>
          <w:b/>
        </w:rPr>
        <w:t xml:space="preserve">[40:59] </w:t>
      </w:r>
      <w:r>
        <w:t>balkeh ab bator Reaction ke khare ho gaye.</w:t>
      </w:r>
    </w:p>
    <w:p>
      <w:pPr>
        <w:jc w:val="right"/>
      </w:pPr>
      <w:r>
        <w:t>بلکہ اب بطور Reaction کے کھڑے ہو گئے۔</w:t>
      </w:r>
    </w:p>
    <w:p>
      <w:r>
        <w:rPr>
          <w:b/>
        </w:rPr>
        <w:t xml:space="preserve">[41:03] </w:t>
      </w:r>
      <w:r>
        <w:t>bator Reaction hi khare hue hain.</w:t>
      </w:r>
    </w:p>
    <w:p>
      <w:pPr>
        <w:jc w:val="right"/>
      </w:pPr>
      <w:r>
        <w:t>بطور Reaction ہی کھڑے ہوئے ہیں۔</w:t>
      </w:r>
    </w:p>
    <w:p>
      <w:r>
        <w:rPr>
          <w:b/>
        </w:rPr>
        <w:t xml:space="preserve">[41:07] </w:t>
      </w:r>
      <w:r>
        <w:t>yani tamam musleh-een jo hain, Reaction ki pedawar thay.</w:t>
      </w:r>
    </w:p>
    <w:p>
      <w:pPr>
        <w:jc w:val="right"/>
      </w:pPr>
      <w:r>
        <w:t>یعنی تمام مصلحین جو ہیں، Reaction کی پیداوار تھے۔</w:t>
      </w:r>
    </w:p>
    <w:p>
      <w:r>
        <w:rPr>
          <w:b/>
        </w:rPr>
        <w:t xml:space="preserve">[41:12] </w:t>
      </w:r>
      <w:r>
        <w:t>koi surat-e-haal paida hui, us par React karte hue khare ho gaye woh.</w:t>
      </w:r>
    </w:p>
    <w:p>
      <w:pPr>
        <w:jc w:val="right"/>
      </w:pPr>
      <w:r>
        <w:t>کوئی صورتحال پیدا ہوئی، اس پر React کرتے ہوئے کھڑے ہو گئے وہ۔</w:t>
      </w:r>
    </w:p>
    <w:p>
      <w:r>
        <w:rPr>
          <w:b/>
        </w:rPr>
        <w:t xml:space="preserve">[41:16] </w:t>
      </w:r>
      <w:r>
        <w:t>to ek hai Situation ko React karne kar ke ek apni tehreek ka naqsha banana.</w:t>
      </w:r>
    </w:p>
    <w:p>
      <w:pPr>
        <w:jc w:val="right"/>
      </w:pPr>
      <w:r>
        <w:t>تو ایک ہے Situation کو React کرنے کر کے ایک اپنی تحریک کا نقشہ بنانا۔</w:t>
      </w:r>
    </w:p>
    <w:p>
      <w:r>
        <w:rPr>
          <w:b/>
        </w:rPr>
        <w:t xml:space="preserve">[41:22] </w:t>
      </w:r>
      <w:r>
        <w:t>aur ek hai Khaliq ka jo Book hai, Guide Book hai, Quran, is ko aap parhein.</w:t>
      </w:r>
    </w:p>
    <w:p>
      <w:pPr>
        <w:jc w:val="right"/>
      </w:pPr>
      <w:r>
        <w:t>اور ایک ہے خالق کا جو Book ہے، Guide Book ہے، قرآن، اس کو آپ پڑھیں۔</w:t>
      </w:r>
    </w:p>
    <w:p>
      <w:r>
        <w:rPr>
          <w:b/>
        </w:rPr>
        <w:t xml:space="preserve">[41:28] </w:t>
      </w:r>
      <w:r>
        <w:t>is ko parh kar ke aap daryaft karein ke sahi naqsha-e-amal kya hai aur phir is par chalein.</w:t>
      </w:r>
    </w:p>
    <w:p>
      <w:pPr>
        <w:jc w:val="right"/>
      </w:pPr>
      <w:r>
        <w:t>اس کو پڑھ کر کے آپ دریافت کریں کہ صحیح نقشہ عمل کیا ہے اور پھر اس پر چلیں۔</w:t>
      </w:r>
    </w:p>
    <w:p>
      <w:r>
        <w:rPr>
          <w:b/>
        </w:rPr>
        <w:t xml:space="preserve">[41:34] </w:t>
      </w:r>
      <w:r>
        <w:t>to mere ilm ke mutabiq aisa koi shakhs nahin.</w:t>
      </w:r>
    </w:p>
    <w:p>
      <w:pPr>
        <w:jc w:val="right"/>
      </w:pPr>
      <w:r>
        <w:t>تو میرے علم کے مطابق ایسا کوئی شخص نہیں۔</w:t>
      </w:r>
    </w:p>
    <w:p>
      <w:r>
        <w:rPr>
          <w:b/>
        </w:rPr>
        <w:t xml:space="preserve">[41:40] </w:t>
      </w:r>
      <w:r>
        <w:t>jo maine parha hai, jo maine logon se mila hoon, logon se baatein ki hain,</w:t>
      </w:r>
    </w:p>
    <w:p>
      <w:pPr>
        <w:jc w:val="right"/>
      </w:pPr>
      <w:r>
        <w:t>جو میں نے پڑھا ہے، جو میں لوگوں سے ملا ہوں، لوگوں سے باتیں کی ہیں،</w:t>
      </w:r>
    </w:p>
    <w:p>
      <w:r>
        <w:rPr>
          <w:b/>
        </w:rPr>
        <w:t xml:space="preserve">[41:46] </w:t>
      </w:r>
      <w:r>
        <w:t>ab tak maine koi ek bhi shakhs nahin paya maujooda zamane mein ke jo is tarah apne</w:t>
      </w:r>
    </w:p>
    <w:p>
      <w:pPr>
        <w:jc w:val="right"/>
      </w:pPr>
      <w:r>
        <w:t>اب تک میں نے کوئی ایک بھی شخص نہیں پایا موجودہ زمانے میں کہ جو اس طرح اپنے</w:t>
      </w:r>
    </w:p>
    <w:p>
      <w:r>
        <w:rPr>
          <w:b/>
        </w:rPr>
        <w:t xml:space="preserve">[41:52] </w:t>
      </w:r>
      <w:r>
        <w:t>kaam ko kiya ho.</w:t>
      </w:r>
    </w:p>
    <w:p>
      <w:pPr>
        <w:jc w:val="right"/>
      </w:pPr>
      <w:r>
        <w:t>کام کو کیا ہو۔</w:t>
      </w:r>
    </w:p>
    <w:p>
      <w:r>
        <w:rPr>
          <w:b/>
        </w:rPr>
        <w:t xml:space="preserve">[41:57] </w:t>
      </w:r>
      <w:r>
        <w:t>ke pehle muta'ala kiya, phir tehreek chalai is ne.</w:t>
      </w:r>
    </w:p>
    <w:p>
      <w:pPr>
        <w:jc w:val="right"/>
      </w:pPr>
      <w:r>
        <w:t>کہ پہلے مطالعہ کیا، پھر تحریک چلائی اس نے۔</w:t>
      </w:r>
    </w:p>
    <w:p>
      <w:r>
        <w:rPr>
          <w:b/>
        </w:rPr>
        <w:t xml:space="preserve">[42:02] </w:t>
      </w:r>
      <w:r>
        <w:t>natija kya hua ke in ki tehreekein Unfit ho gayin, Misfit ho gayin.</w:t>
      </w:r>
    </w:p>
    <w:p>
      <w:pPr>
        <w:jc w:val="right"/>
      </w:pPr>
      <w:r>
        <w:t>نتیجہ کیا ہوا کہ ان کی تحریکیں Unfit ہو گئیں، Misfit ہو گئیں۔</w:t>
      </w:r>
    </w:p>
    <w:p>
      <w:r>
        <w:rPr>
          <w:b/>
        </w:rPr>
        <w:t xml:space="preserve">[42:07] </w:t>
      </w:r>
      <w:r>
        <w:t>in ki tehreekein Khuda ke is dunya mein Misfit ho gayin.</w:t>
      </w:r>
    </w:p>
    <w:p>
      <w:pPr>
        <w:jc w:val="right"/>
      </w:pPr>
      <w:r>
        <w:t>ان کی تحریکیں خدا کے اس دنیا میں Misfit ہو گئیں۔</w:t>
      </w:r>
    </w:p>
    <w:p>
      <w:r>
        <w:rPr>
          <w:b/>
        </w:rPr>
        <w:t xml:space="preserve">[42:13] </w:t>
      </w:r>
      <w:r>
        <w:t>ya'ni Khuda ke naqshe ke mutabiq</w:t>
      </w:r>
    </w:p>
    <w:p>
      <w:pPr>
        <w:jc w:val="right"/>
      </w:pPr>
      <w:r>
        <w:t>یعنی خدا کے نقشے کے مطابق</w:t>
      </w:r>
    </w:p>
    <w:p>
      <w:r>
        <w:rPr>
          <w:b/>
        </w:rPr>
        <w:t xml:space="preserve">[42:18] </w:t>
      </w:r>
      <w:r>
        <w:t>koi aur cheez matloob thi aur unhon ne koi aur cheez is mein shamil kar di.</w:t>
      </w:r>
    </w:p>
    <w:p>
      <w:pPr>
        <w:jc w:val="right"/>
      </w:pPr>
      <w:r>
        <w:t>کوئی اور چیز مطلوب تھی اور انہوں نے کوئی اور چیز اس میں شامل کر دی۔</w:t>
      </w:r>
    </w:p>
    <w:p>
      <w:r>
        <w:rPr>
          <w:b/>
        </w:rPr>
        <w:t xml:space="preserve">[42:23] </w:t>
      </w:r>
      <w:r>
        <w:t>yeh wajah hai ke aap dekhte hain ke jo jo jo Islam ke naam par jo inqilabi tehreekein</w:t>
      </w:r>
    </w:p>
    <w:p>
      <w:pPr>
        <w:jc w:val="right"/>
      </w:pPr>
      <w:r>
        <w:t>یہ وجہ ہے کہ آپ دیکھتے ہیں کہ جو جو جو اسلام کے نام پر جو انقلابی تحریکیں</w:t>
      </w:r>
    </w:p>
    <w:p>
      <w:r>
        <w:rPr>
          <w:b/>
        </w:rPr>
        <w:t xml:space="preserve">[42:28] </w:t>
      </w:r>
      <w:r>
        <w:t>uthai gayi hain, woh hazaron hazar log is mein marte hain, Bloodshed hota hai, fasad hota hai, jalate phoonkte hain.</w:t>
      </w:r>
    </w:p>
    <w:p>
      <w:pPr>
        <w:jc w:val="right"/>
      </w:pPr>
      <w:r>
        <w:t>اٹھائی گئی ہیں، وہ ہزاروں ہزار لوگ اس میں مرتے ہیں، Bloodshed ہوتا ہے، فساد ہوتا ہے، جلاتے پھونکتے ہیں۔</w:t>
      </w:r>
    </w:p>
    <w:p>
      <w:r>
        <w:rPr>
          <w:b/>
        </w:rPr>
        <w:t xml:space="preserve">[42:34] </w:t>
      </w:r>
      <w:r>
        <w:t>lekin natija kya hota hai? kuch bhi nahin.</w:t>
      </w:r>
    </w:p>
    <w:p>
      <w:pPr>
        <w:jc w:val="right"/>
      </w:pPr>
      <w:r>
        <w:t>لیکن نتیجہ کیا ہوتا ہے؟ کچھ بھی نہیں۔</w:t>
      </w:r>
    </w:p>
    <w:p>
      <w:r>
        <w:rPr>
          <w:b/>
        </w:rPr>
        <w:t xml:space="preserve">[42:39] </w:t>
      </w:r>
      <w:r>
        <w:t>aakhir mein kuch is ka Result nahin milta.</w:t>
      </w:r>
    </w:p>
    <w:p>
      <w:pPr>
        <w:jc w:val="right"/>
      </w:pPr>
      <w:r>
        <w:t>آخر میں کچھ اس کا Result نہیں ملتا۔</w:t>
      </w:r>
    </w:p>
    <w:p>
      <w:r>
        <w:rPr>
          <w:b/>
        </w:rPr>
        <w:t xml:space="preserve">[42:44] </w:t>
      </w:r>
      <w:r>
        <w:t>is ki wajah yahi hai.</w:t>
      </w:r>
    </w:p>
    <w:p>
      <w:pPr>
        <w:jc w:val="right"/>
      </w:pPr>
      <w:r>
        <w:t>اس کی وجہ یہی ہے۔</w:t>
      </w:r>
    </w:p>
    <w:p>
      <w:r>
        <w:rPr>
          <w:b/>
        </w:rPr>
        <w:t xml:space="preserve">[42:49] </w:t>
      </w:r>
      <w:r>
        <w:t>to main aap se kahoon ga ke aap logon ki is be-khabari ko khatam karein.</w:t>
      </w:r>
    </w:p>
    <w:p>
      <w:pPr>
        <w:jc w:val="right"/>
      </w:pPr>
      <w:r>
        <w:t>تو میں آپ سے کہوں گا کہ آپ لوگوں کی اس بے خبری کو ختم کریں۔</w:t>
      </w:r>
    </w:p>
    <w:p>
      <w:r>
        <w:rPr>
          <w:b/>
        </w:rPr>
        <w:t xml:space="preserve">[42:55] </w:t>
      </w:r>
      <w:r>
        <w:t>dunya ko batayein ke in mein Allah Ta'ala ne kis haqeeqat ka ailan kiya hai.</w:t>
      </w:r>
    </w:p>
    <w:p>
      <w:pPr>
        <w:jc w:val="right"/>
      </w:pPr>
      <w:r>
        <w:t>دنیا کو بتائیں کہ ان میں اللہ تعالیٰ نے کس حقیقت کا اعلان کیا ہے۔</w:t>
      </w:r>
    </w:p>
    <w:p>
      <w:r>
        <w:rPr>
          <w:b/>
        </w:rPr>
        <w:t xml:space="preserve">[43:01] </w:t>
      </w:r>
      <w:r>
        <w:t>aur kitni bari bhool mein log pade hue hain, Muslim aur Non-Muslim dono.</w:t>
      </w:r>
    </w:p>
    <w:p>
      <w:pPr>
        <w:jc w:val="right"/>
      </w:pPr>
      <w:r>
        <w:t>اور کتنی بڑی بھول میں لوگ پڑے ہوئے ہیں، مسلم اور Non-Muslim دونوں۔</w:t>
      </w:r>
    </w:p>
    <w:p>
      <w:r>
        <w:rPr>
          <w:b/>
        </w:rPr>
        <w:t xml:space="preserve">[43:07] </w:t>
      </w:r>
      <w:r>
        <w:t>main samajhta hoon ke yeh insaan ki bohat bari khidmat hai ke un ko is haqeeqat se ba-khabar kiya jaye.</w:t>
      </w:r>
    </w:p>
    <w:p>
      <w:pPr>
        <w:jc w:val="right"/>
      </w:pPr>
      <w:r>
        <w:t>میں سمجھتا ہوں کہ یہ انسان کی بہت بڑی خدمت ہے کہ ان کو اس حقیقت سے باخبر کیا جائے۔</w:t>
      </w:r>
    </w:p>
    <w:p>
      <w:r>
        <w:rPr>
          <w:b/>
        </w:rPr>
        <w:t xml:space="preserve">[43:13] </w:t>
      </w:r>
      <w:r>
        <w:t>to aap log khud is ko jaan</w:t>
      </w:r>
    </w:p>
    <w:p>
      <w:pPr>
        <w:jc w:val="right"/>
      </w:pPr>
      <w:r>
        <w:t>تو آپ لوگ خود اس کو جان</w:t>
      </w:r>
    </w:p>
    <w:p>
      <w:r>
        <w:rPr>
          <w:b/>
        </w:rPr>
        <w:t xml:space="preserve">[43:19] </w:t>
      </w:r>
      <w:r>
        <w:t>len aur is ko duniya ko batayen. Yeh aap ka Mission hai. Yani Creation Plan of God ko aap khud janen pehle, phir Creation Plan of God jo hai, us se duniya ko ba-khabar karen. Musalmanon ko bhi aur Non-Muslim ko bhi. Yeh main samajhta hoon ke is se bari koi khidmat nahin ho sakti hai insaan ki. Kyunke isi wajah se woh soorat-haal paida hui</w:t>
      </w:r>
    </w:p>
    <w:p>
      <w:pPr>
        <w:jc w:val="right"/>
      </w:pPr>
      <w:r>
        <w:t>یں اور اس کو دنیا کو بتائیں۔ یہ آپ کا Mission ہے۔ یعنی Creation Plan of God کو آپ خود جانیں پہلے، پھر Creation Plan of God جو ہے، اس سے دنیا کو باخبر کریں۔ مسلمانوں کو بھی اور Non-Muslim کو بھی۔ یہ میں سمجھتا ہوں کہ اس سے بڑی کوئی خدمت نہیں ہو سکتی ہے انسان کی۔ کیونکہ اسی وجہ سے وہ صورتحال پیدا ہوئی</w:t>
      </w:r>
    </w:p>
    <w:p>
      <w:r>
        <w:rPr>
          <w:b/>
        </w:rPr>
        <w:t xml:space="preserve">[43:49] </w:t>
      </w:r>
      <w:r>
        <w:t>hai ke jis ko hum Philosopher Problem of Evil keh kar ke khud Khudai ka inkar karne lagte hain.</w:t>
      </w:r>
    </w:p>
    <w:p>
      <w:pPr>
        <w:jc w:val="right"/>
      </w:pPr>
      <w:r>
        <w:t>ہے کہ جس کو ہم Philosopher Problem of Evil کہہ کر کے خود خدائی کا انکار کرنے لگتے ہیں۔</w:t>
      </w:r>
    </w:p>
    <w:p>
      <w:r>
        <w:rPr>
          <w:b/>
        </w:rPr>
        <w:t xml:space="preserve">[43:56] </w:t>
      </w:r>
      <w:r>
        <w:t>to yeh aap ko karna hai, yeh aap ka Mission hai.</w:t>
      </w:r>
    </w:p>
    <w:p>
      <w:pPr>
        <w:jc w:val="right"/>
      </w:pPr>
      <w:r>
        <w:t>تو یہ آپ کو کرنا ہے، یہ آپ کا Mission ہے۔</w:t>
      </w:r>
    </w:p>
    <w:p>
      <w:r>
        <w:rPr>
          <w:b/>
        </w:rPr>
        <w:t xml:space="preserve">[44:03] </w:t>
      </w:r>
      <w:r>
        <w:t>aur mein samajhta hoon ke yeh yeh bohat bari khidmat hai insaan ki.</w:t>
      </w:r>
    </w:p>
    <w:p>
      <w:pPr>
        <w:jc w:val="right"/>
      </w:pPr>
      <w:r>
        <w:t>اور میں سمجھتا ہوں کہ یہ یہ بہت بڑی خدمت ہے انسان کی۔</w:t>
      </w:r>
    </w:p>
    <w:p>
      <w:r>
        <w:rPr>
          <w:b/>
        </w:rPr>
        <w:t xml:space="preserve">[44:09] </w:t>
      </w:r>
      <w:r>
        <w:t>ke koi ke is ko is ki is be khabari ko toda jaye.</w:t>
      </w:r>
    </w:p>
    <w:p>
      <w:pPr>
        <w:jc w:val="right"/>
      </w:pPr>
      <w:r>
        <w:t>کہ کوئی کہ اس کو اس کی اس بے خبری کو توڑا جائے۔</w:t>
      </w:r>
    </w:p>
    <w:p>
      <w:r>
        <w:rPr>
          <w:b/>
        </w:rPr>
        <w:t xml:space="preserve">[44:16] </w:t>
      </w:r>
      <w:r>
        <w:t>is ke is ko is bhool se nikala jaye.</w:t>
      </w:r>
    </w:p>
    <w:p>
      <w:pPr>
        <w:jc w:val="right"/>
      </w:pPr>
      <w:r>
        <w:t>اس کے اس کو اس بھول سے نکالا جائے۔</w:t>
      </w:r>
    </w:p>
    <w:p>
      <w:r>
        <w:rPr>
          <w:b/>
        </w:rPr>
        <w:t xml:space="preserve">[44:22] </w:t>
      </w:r>
      <w:r>
        <w:t>is ko sahih yaani sahih dhang par apni zindagi ka naqsha banane ke liye tayyar kiya jaye.</w:t>
      </w:r>
    </w:p>
    <w:p>
      <w:pPr>
        <w:jc w:val="right"/>
      </w:pPr>
      <w:r>
        <w:t>اس کو صحیح یعنی صحیحढنگ پر اپنی زندگی کا نقشہ بنانے کے لیے تیار کیا جائے۔</w:t>
      </w:r>
    </w:p>
    <w:p>
      <w:r>
        <w:rPr>
          <w:b/>
        </w:rPr>
        <w:t xml:space="preserve">[44:31] </w:t>
      </w:r>
      <w:r>
        <w:t>to meri dua hai ke Allah taala mujh ko aur aap ko tofeeq de ke hum yeh kaam karein.</w:t>
      </w:r>
    </w:p>
    <w:p>
      <w:pPr>
        <w:jc w:val="right"/>
      </w:pPr>
      <w:r>
        <w:t>تو میری دعا ہے کہ اللہ تعالیٰ مجھ کو اور آپ کو توفیق دے کہ ہم یہ کام کریں۔</w:t>
      </w:r>
    </w:p>
    <w:p>
      <w:r>
        <w:rPr>
          <w:b/>
        </w:rPr>
        <w:t xml:space="preserve">[44:40] </w:t>
      </w:r>
      <w:r>
        <w:t>aur Allah ki rehmat mein hissa daar banein.</w:t>
      </w:r>
    </w:p>
    <w:p>
      <w:pPr>
        <w:jc w:val="right"/>
      </w:pPr>
      <w:r>
        <w:t>اور اللہ کی رحمت میں حصہ دار بنیں۔</w:t>
      </w:r>
    </w:p>
    <w:p>
      <w:r>
        <w:rPr>
          <w:b/>
        </w:rPr>
        <w:t xml:space="preserve">[44:49] </w:t>
      </w:r>
      <w:r>
        <w:t>aqool qawli hadha wa astaghfirullaha li walakum ajmaeen.</w:t>
      </w:r>
    </w:p>
    <w:p>
      <w:pPr>
        <w:jc w:val="right"/>
      </w:pPr>
      <w:r>
        <w:t>أقول قولي هذا وأستغفر الله لي ولكم أجمعين.</w:t>
      </w:r>
    </w:p>
    <w:p>
      <w:r>
        <w:rPr>
          <w:b/>
        </w:rPr>
        <w:t xml:space="preserve">[44:58] </w:t>
      </w:r>
      <w:r>
        <w:t>lahore se aaya hai mister ashish ka, jo kafi regularly aap ke program dekhte hain.</w:t>
      </w:r>
    </w:p>
    <w:p>
      <w:pPr>
        <w:jc w:val="right"/>
      </w:pPr>
      <w:r>
        <w:t>لاہور سے آیا ہے مسٹر عشیش کا، جو کافی ریگولرلی آپ کے پروگرام دیکھتے ہیں۔</w:t>
      </w:r>
    </w:p>
    <w:p>
      <w:r>
        <w:rPr>
          <w:b/>
        </w:rPr>
        <w:t xml:space="preserve">[45:05] </w:t>
      </w:r>
      <w:r>
        <w:t>unhon ne likha hai: "It has come to my mind that the greatest shirk is not the worshipping</w:t>
      </w:r>
    </w:p>
    <w:p>
      <w:pPr>
        <w:jc w:val="right"/>
      </w:pPr>
      <w:r>
        <w:t>انہوں نے لکھا ہے: "It has come to my mind that the greatest shirk is not the worshipping</w:t>
      </w:r>
    </w:p>
    <w:p>
      <w:r>
        <w:rPr>
          <w:b/>
        </w:rPr>
        <w:t xml:space="preserve">[45:13] </w:t>
      </w:r>
      <w:r>
        <w:t>of physical images, but actually man's worship of himself.</w:t>
      </w:r>
    </w:p>
    <w:p>
      <w:pPr>
        <w:jc w:val="right"/>
      </w:pPr>
      <w:r>
        <w:t>of physical images, but actually man's worship of himself.</w:t>
      </w:r>
    </w:p>
    <w:p>
      <w:r>
        <w:rPr>
          <w:b/>
        </w:rPr>
        <w:t xml:space="preserve">[45:20] </w:t>
      </w:r>
      <w:r>
        <w:t>Man is created in God's image, but he forgets his own place in this divine plan and starts worshipping himsel</w:t>
      </w:r>
    </w:p>
    <w:p>
      <w:pPr>
        <w:jc w:val="right"/>
      </w:pPr>
      <w:r>
        <w:t>Man is created in God's image, but he forgets his own place in this divine plan and starts worshipping himsel</w:t>
      </w:r>
    </w:p>
    <w:p>
      <w:r>
        <w:rPr>
          <w:b/>
        </w:rPr>
        <w:t xml:space="preserve">[45:28] </w:t>
      </w:r>
      <w:r>
        <w:t>f as God.</w:t>
      </w:r>
    </w:p>
    <w:p>
      <w:pPr>
        <w:jc w:val="right"/>
      </w:pPr>
      <w:r>
        <w:t>f as God.</w:t>
      </w:r>
    </w:p>
    <w:p>
      <w:r>
        <w:rPr>
          <w:b/>
        </w:rPr>
        <w:t xml:space="preserve">[45:36] </w:t>
      </w:r>
      <w:r>
        <w:t>Today we see people running after their worldly desires, boosting their egos and self-importance.</w:t>
      </w:r>
    </w:p>
    <w:p>
      <w:pPr>
        <w:jc w:val="right"/>
      </w:pPr>
      <w:r>
        <w:t>Today we see people running after their worldly desires, boosting their egos and self-importance.</w:t>
      </w:r>
    </w:p>
    <w:p>
      <w:r>
        <w:rPr>
          <w:b/>
        </w:rPr>
        <w:t xml:space="preserve">[45:45] </w:t>
      </w:r>
      <w:r>
        <w:t>I think this is the ultimate form of idol worship.</w:t>
      </w:r>
    </w:p>
    <w:p>
      <w:pPr>
        <w:jc w:val="right"/>
      </w:pPr>
      <w:r>
        <w:t>I think this is the ultimate form of idol worship.</w:t>
      </w:r>
    </w:p>
    <w:p>
      <w:r>
        <w:rPr>
          <w:b/>
        </w:rPr>
        <w:t xml:space="preserve">[45:53] </w:t>
      </w:r>
      <w:r>
        <w:t>maulana, please give your valuable thoughts on this subject." aap ki baat jo hai woh partial sense mein sahih hai.</w:t>
      </w:r>
    </w:p>
    <w:p>
      <w:pPr>
        <w:jc w:val="right"/>
      </w:pPr>
      <w:r>
        <w:t>مولانا، please give your valuable thoughts on this subject." آپ کی بات جو ہے وہ پارشل سینس میں صحیح ہے۔</w:t>
      </w:r>
    </w:p>
    <w:p>
      <w:r>
        <w:rPr>
          <w:b/>
        </w:rPr>
        <w:t xml:space="preserve">[46:01] </w:t>
      </w:r>
      <w:r>
        <w:t>dekhein, yeh baat sahih hai ke yeh pathar ki murti ko poojna hi shirk nahi hai.</w:t>
      </w:r>
    </w:p>
    <w:p>
      <w:pPr>
        <w:jc w:val="right"/>
      </w:pPr>
      <w:r>
        <w:t>دیکھیں، یہ بات صحیح ہے کہ یہ پتھر کی مورتی کو پوجنا ہی شرک نہیں ہے۔</w:t>
      </w:r>
    </w:p>
    <w:p>
      <w:r>
        <w:rPr>
          <w:b/>
        </w:rPr>
        <w:t xml:space="preserve">[46:06] </w:t>
      </w:r>
      <w:r>
        <w:t>kyun ke woh to alamat hai.</w:t>
      </w:r>
    </w:p>
    <w:p>
      <w:pPr>
        <w:jc w:val="right"/>
      </w:pPr>
      <w:r>
        <w:t>کیونکہ وہ تو علامت ہے۔</w:t>
      </w:r>
    </w:p>
    <w:p>
      <w:r>
        <w:rPr>
          <w:b/>
        </w:rPr>
        <w:t xml:space="preserve">[46:11] </w:t>
      </w:r>
      <w:r>
        <w:t>pathar ki murti bhi kiya hai, woh aik alamat hai.</w:t>
      </w:r>
    </w:p>
    <w:p>
      <w:pPr>
        <w:jc w:val="right"/>
      </w:pPr>
      <w:r>
        <w:t>پتھر کی مورتی بھی کیا ہے، وہ ایک علامت ہے۔</w:t>
      </w:r>
    </w:p>
    <w:p>
      <w:r>
        <w:rPr>
          <w:b/>
        </w:rPr>
        <w:t xml:space="preserve">[46:16] </w:t>
      </w:r>
      <w:r>
        <w:t>asal yeh hai ke kisi cheez ko woh darja de dena hai jo Allah ka darja hai.</w:t>
      </w:r>
    </w:p>
    <w:p>
      <w:pPr>
        <w:jc w:val="right"/>
      </w:pPr>
      <w:r>
        <w:t>اصل یہ ہے کہ کسی چیز کو وہ درجہ دے دینا ہے جو اللہ کا درجہ ہے۔</w:t>
      </w:r>
    </w:p>
    <w:p>
      <w:r>
        <w:rPr>
          <w:b/>
        </w:rPr>
        <w:t xml:space="preserve">[46:21] </w:t>
      </w:r>
      <w:r>
        <w:t>yaani kisi ko Soul Concern banana, kisi se is tarah ka Affection hona, kisi se umeed rakhna ke</w:t>
      </w:r>
    </w:p>
    <w:p>
      <w:pPr>
        <w:jc w:val="right"/>
      </w:pPr>
      <w:r>
        <w:t>یعنی کسی کو Soul Concern بنانا، کسی سے اس طرح کا Affection ہونا، کسی سے امید رکھنا کہ</w:t>
      </w:r>
    </w:p>
    <w:p>
      <w:r>
        <w:rPr>
          <w:b/>
        </w:rPr>
        <w:t xml:space="preserve">[46:26] </w:t>
      </w:r>
      <w:r>
        <w:t>woh hum ko faida pohnchaye ga, nuqsan pohnchaye ga.</w:t>
      </w:r>
    </w:p>
    <w:p>
      <w:pPr>
        <w:jc w:val="right"/>
      </w:pPr>
      <w:r>
        <w:t>وہ ہم کو فائدہ پہنچائے گا، نقصان پہنچائے گا۔</w:t>
      </w:r>
    </w:p>
    <w:p>
      <w:r>
        <w:rPr>
          <w:b/>
        </w:rPr>
        <w:t xml:space="preserve">[46:32] </w:t>
      </w:r>
      <w:r>
        <w:t>to yeh aik yeh bara darja jo diya jata hai kisi ko, woh hai is mein shirk.</w:t>
      </w:r>
    </w:p>
    <w:p>
      <w:pPr>
        <w:jc w:val="right"/>
      </w:pPr>
      <w:r>
        <w:t>تو یہ ایک یہ بڑا درجہ جو دیا جاتا ہے کسی کو، وہ ہے اس میں شرک۔</w:t>
      </w:r>
    </w:p>
    <w:p>
      <w:r>
        <w:rPr>
          <w:b/>
        </w:rPr>
        <w:t xml:space="preserve">[46:38] </w:t>
      </w:r>
      <w:r>
        <w:t>to kisi bhi ko bhi bara darja dein, aap to woh shirk ho jaye ga.</w:t>
      </w:r>
    </w:p>
    <w:p>
      <w:pPr>
        <w:jc w:val="right"/>
      </w:pPr>
      <w:r>
        <w:t>تو کسی بھی کو بھی بڑا درجہ دیں، آپ تو وہ شرک ہو جائے گا۔</w:t>
      </w:r>
    </w:p>
    <w:p>
      <w:r>
        <w:rPr>
          <w:b/>
        </w:rPr>
        <w:t xml:space="preserve">[46:44] </w:t>
      </w:r>
      <w:r>
        <w:t>aur insaan apne ko darja de to woh bhi shirk hai.</w:t>
      </w:r>
    </w:p>
    <w:p>
      <w:pPr>
        <w:jc w:val="right"/>
      </w:pPr>
      <w:r>
        <w:t>اور انسان اپنے کو درجہ دے تو وہ بھی شرک ہے۔</w:t>
      </w:r>
    </w:p>
    <w:p>
      <w:r>
        <w:rPr>
          <w:b/>
        </w:rPr>
        <w:t xml:space="preserve">[46:50] </w:t>
      </w:r>
      <w:r>
        <w:t>quran mein aik hai: "min yaani kuch log hotay hain jo apne hi ko ilah bana letay hain."</w:t>
      </w:r>
    </w:p>
    <w:p>
      <w:pPr>
        <w:jc w:val="right"/>
      </w:pPr>
      <w:r>
        <w:t>قرآن میں ایک ہے: "من یعنی کچھ لوگ ہوتے ہیں جو اپنے ہی کو الہ بنا لیتے ہیں۔"</w:t>
      </w:r>
    </w:p>
    <w:p>
      <w:r>
        <w:rPr>
          <w:b/>
        </w:rPr>
        <w:t xml:space="preserve">[46:56] </w:t>
      </w:r>
      <w:r>
        <w:t>aur yeh jo maujooda zamanay mein jo Humanism hai, is ko bhi kaha jata hai</w:t>
      </w:r>
    </w:p>
    <w:p>
      <w:pPr>
        <w:jc w:val="right"/>
      </w:pPr>
      <w:r>
        <w:t>اور یہ جو موجودہ زمانے میں جو Humanism ہے، اس کو بھی کہا جاتا ہے</w:t>
      </w:r>
    </w:p>
    <w:p>
      <w:r>
        <w:rPr>
          <w:b/>
        </w:rPr>
        <w:t xml:space="preserve">[47:02] </w:t>
      </w:r>
      <w:r>
        <w:t>keh Transfer of Seed from God to Man. to aap is ko mehdood na kijiye insaan tak, balkeh har cheez par phailaiye. keh sari barai Allah ki hai. Allah hi se hum paate hain jo kuch paate hain, wahi Giver hai. aur wahi isi wahi nafa pohnchanay wala, wahi nuqsan pohnchanay wala. to is hais</w:t>
      </w:r>
    </w:p>
    <w:p>
      <w:pPr>
        <w:jc w:val="right"/>
      </w:pPr>
      <w:r>
        <w:t>کہ Transfer of Seed from God to Man۔ تو آپ اس کو محدود نہ کیجیے انسان تک، بلکہ ہر چیز پر پھیلائیے۔ کہ ساری بڑائی اللہ کی ہے۔ اللہ ہی سے ہم پاتے ہیں جو کچھ پاتے ہیں، وہی Giver ہے۔ اور وہی اسی وہی نفع پہنچانے والا، وہی نقصان پہنچانے والا۔ تو اس حیث</w:t>
      </w:r>
    </w:p>
    <w:p>
      <w:r>
        <w:rPr>
          <w:b/>
        </w:rPr>
        <w:t xml:space="preserve">[47:32] </w:t>
      </w:r>
      <w:r>
        <w:t>yat se bara maqam sirf Allah ko dena, yeh tauheed hai.</w:t>
      </w:r>
    </w:p>
    <w:p>
      <w:pPr>
        <w:jc w:val="right"/>
      </w:pPr>
      <w:r>
        <w:t>یت سے بڑا مقام صرف اللہ کو دینا، یہ توحید ہے۔</w:t>
      </w:r>
    </w:p>
    <w:p>
      <w:r>
        <w:rPr>
          <w:b/>
        </w:rPr>
        <w:t xml:space="preserve">[47:37] </w:t>
      </w:r>
      <w:r>
        <w:t>aur is mein Allah ke siwa kisi aur ko shamil karna, woh shirk hai.</w:t>
      </w:r>
    </w:p>
    <w:p>
      <w:pPr>
        <w:jc w:val="right"/>
      </w:pPr>
      <w:r>
        <w:t>اور اس میں اللہ کے سوا کسی اور کو شامل کرنا، وہ شرک ہے۔</w:t>
      </w:r>
    </w:p>
    <w:p>
      <w:r>
        <w:rPr>
          <w:b/>
        </w:rPr>
        <w:t xml:space="preserve">[47:42] </w:t>
      </w:r>
      <w:r>
        <w:t>chahay woh aadmi apne aap hi ko shamil kar lay.</w:t>
      </w:r>
    </w:p>
    <w:p>
      <w:pPr>
        <w:jc w:val="right"/>
      </w:pPr>
      <w:r>
        <w:t>چاہے وہ آدمی اپنے آپ ہی کو شامل کر لے۔</w:t>
      </w:r>
    </w:p>
    <w:p>
      <w:r>
        <w:rPr>
          <w:b/>
        </w:rPr>
        <w:t xml:space="preserve">[47:47] </w:t>
      </w:r>
      <w:r>
        <w:t>jaisa ke Humanism mein hua hai ke Transfer of Seed from God to Man.</w:t>
      </w:r>
    </w:p>
    <w:p>
      <w:pPr>
        <w:jc w:val="right"/>
      </w:pPr>
      <w:r>
        <w:t>جیسا کہ Humanism میں ہوا ہے کہ Transfer of Seed from God to Man۔</w:t>
      </w:r>
    </w:p>
    <w:p>
      <w:r>
        <w:rPr>
          <w:b/>
        </w:rPr>
        <w:t xml:space="preserve">[47:52] </w:t>
      </w:r>
      <w:r>
        <w:t>to aap ne jo baat kahi hai, woh woh apni jagah par sahi hai.</w:t>
      </w:r>
    </w:p>
    <w:p>
      <w:pPr>
        <w:jc w:val="right"/>
      </w:pPr>
      <w:r>
        <w:t>تو آپ نے جو بات کہی ہے، وہ وہ اپنی جگہ پر صحیح ہے۔</w:t>
      </w:r>
    </w:p>
    <w:p>
      <w:r>
        <w:rPr>
          <w:b/>
        </w:rPr>
        <w:t xml:space="preserve">[47:57] </w:t>
      </w:r>
      <w:r>
        <w:t>lekin main samajhta hoon ke is tareeqay se agar kaha jaye to zyada durust hoga.</w:t>
      </w:r>
    </w:p>
    <w:p>
      <w:pPr>
        <w:jc w:val="right"/>
      </w:pPr>
      <w:r>
        <w:t>لیکن میں سمجھتا ہوں کہ اس طریقے سے اگر کہا جائے تو زیادہ درست ہوگا۔</w:t>
      </w:r>
    </w:p>
    <w:p>
      <w:r>
        <w:rPr>
          <w:b/>
        </w:rPr>
        <w:t xml:space="preserve">[48:02] </w:t>
      </w:r>
      <w:r>
        <w:t>Maulana, agla sawal Jammu Kashmir se kiya hai Junah Hassan sahib ne.</w:t>
      </w:r>
    </w:p>
    <w:p>
      <w:pPr>
        <w:jc w:val="right"/>
      </w:pPr>
      <w:r>
        <w:t>مولانا، اگلا سوال جموں کشمیر سے کیا ہے جونہ حسن صاحب نے۔</w:t>
      </w:r>
    </w:p>
    <w:p>
      <w:r>
        <w:rPr>
          <w:b/>
        </w:rPr>
        <w:t xml:space="preserve">[48:10] </w:t>
      </w:r>
      <w:r>
        <w:t>unhon ne likha hai: "Maulana, what are the requirements for a person to become a positive thinker and</w:t>
      </w:r>
    </w:p>
    <w:p>
      <w:pPr>
        <w:jc w:val="right"/>
      </w:pPr>
      <w:r>
        <w:t>انہوں نے لکھا ہے: "Maulana, what are the requirements for a person to become a positive thinker and</w:t>
      </w:r>
    </w:p>
    <w:p>
      <w:r>
        <w:rPr>
          <w:b/>
        </w:rPr>
        <w:t xml:space="preserve">[48:18] </w:t>
      </w:r>
      <w:r>
        <w:t>a positive reformer?" dekhen, Positive thinker ka matlab yahi hai ke woh yani is ke andar Hate na</w:t>
      </w:r>
    </w:p>
    <w:p>
      <w:pPr>
        <w:jc w:val="right"/>
      </w:pPr>
      <w:r>
        <w:t>a positive reformer?" دیکھیں، Positive thinker کا مطلب یہی ہے کہ وہ یعنی اس کے اندر Hate نہ</w:t>
      </w:r>
    </w:p>
    <w:p>
      <w:r>
        <w:rPr>
          <w:b/>
        </w:rPr>
        <w:t xml:space="preserve">[48:26] </w:t>
      </w:r>
      <w:r>
        <w:t>ho, is ke andar Intolerance na ho, is ke andar</w:t>
      </w:r>
    </w:p>
    <w:p>
      <w:pPr>
        <w:jc w:val="right"/>
      </w:pPr>
      <w:r>
        <w:t>ہو، اس کے اندر Intolerance نہ ہو، اس کے اندر</w:t>
      </w:r>
    </w:p>
    <w:p>
      <w:r>
        <w:rPr>
          <w:b/>
        </w:rPr>
        <w:t xml:space="preserve">[48:34] </w:t>
      </w:r>
      <w:r>
        <w:t>Negative Feeling na ho.</w:t>
      </w:r>
    </w:p>
    <w:p>
      <w:pPr>
        <w:jc w:val="right"/>
      </w:pPr>
      <w:r>
        <w:t>Negative Feeling نہ ہو۔</w:t>
      </w:r>
    </w:p>
    <w:p>
      <w:r>
        <w:rPr>
          <w:b/>
        </w:rPr>
        <w:t xml:space="preserve">[48:40] </w:t>
      </w:r>
      <w:r>
        <w:t>yeh matlab hai Positive thinker honay ka.</w:t>
      </w:r>
    </w:p>
    <w:p>
      <w:pPr>
        <w:jc w:val="right"/>
      </w:pPr>
      <w:r>
        <w:t>یہ مطلب ہے Positive thinker ہونے کا۔</w:t>
      </w:r>
    </w:p>
    <w:p>
      <w:r>
        <w:rPr>
          <w:b/>
        </w:rPr>
        <w:t xml:space="preserve">[48:47] </w:t>
      </w:r>
      <w:r>
        <w:t>kyunke dekhen, aap chahay daai hon ya Reformer hon, agar koi kaam karna chahtay ho aap doosron ke</w:t>
      </w:r>
    </w:p>
    <w:p>
      <w:pPr>
        <w:jc w:val="right"/>
      </w:pPr>
      <w:r>
        <w:t>کیونکہ دیکھیں، آپ چاہے داعی ہوں یا Reformer ہوں، اگر کوئی کام کرنا چاہتے ہو آپ دوسروں کے</w:t>
      </w:r>
    </w:p>
    <w:p>
      <w:r>
        <w:rPr>
          <w:b/>
        </w:rPr>
        <w:t xml:space="preserve">[48:53] </w:t>
      </w:r>
      <w:r>
        <w:t>liye, to doosron ke baray mein zara bhi agar aap ke andar koi nafrat hogi ya un ko</w:t>
      </w:r>
    </w:p>
    <w:p>
      <w:pPr>
        <w:jc w:val="right"/>
      </w:pPr>
      <w:r>
        <w:t>لیے، تو دوسروں کے بارے میں ذرا بھی اگر آپ کے اندر کوئی نفرت ہوگی یا ان کو</w:t>
      </w:r>
    </w:p>
    <w:p>
      <w:r>
        <w:rPr>
          <w:b/>
        </w:rPr>
        <w:t xml:space="preserve">[48:59] </w:t>
      </w:r>
      <w:r>
        <w:t>aap kam samjhen gay, un ko Inferior samjhen gay, to aap apna kaam nahi kar saktay.</w:t>
      </w:r>
    </w:p>
    <w:p>
      <w:pPr>
        <w:jc w:val="right"/>
      </w:pPr>
      <w:r>
        <w:t>آپ کم سمجھیں گے، ان کو Inferior سمجھیں گے، تو آپ اپنا کام نہیں کر سکتے۔</w:t>
      </w:r>
    </w:p>
    <w:p>
      <w:r>
        <w:rPr>
          <w:b/>
        </w:rPr>
        <w:t xml:space="preserve">[49:05] </w:t>
      </w:r>
      <w:r>
        <w:t>to Positive thinking ka matlab yeh hai ke doosron ke baray mein aap poori tarah aap ke andar</w:t>
      </w:r>
    </w:p>
    <w:p>
      <w:pPr>
        <w:jc w:val="right"/>
      </w:pPr>
      <w:r>
        <w:t>تو Positive thinking کا مطلب یہ ہے کہ دوسروں کے بارے میں آپ پوری طرح آپ کے اندر</w:t>
      </w:r>
    </w:p>
    <w:p>
      <w:r>
        <w:rPr>
          <w:b/>
        </w:rPr>
        <w:t xml:space="preserve">[49:09] </w:t>
      </w:r>
      <w:r>
        <w:t>hamdardi ho, khair khwahi ho, aap Blessure hon un ke.</w:t>
      </w:r>
    </w:p>
    <w:p>
      <w:pPr>
        <w:jc w:val="right"/>
      </w:pPr>
      <w:r>
        <w:t>ہمدردی ہو، خیر خواہی ہو، آپ Blessure ہوں ان کے۔</w:t>
      </w:r>
    </w:p>
    <w:p>
      <w:r>
        <w:rPr>
          <w:b/>
        </w:rPr>
        <w:t xml:space="preserve">[49:14] </w:t>
      </w:r>
      <w:r>
        <w:t>is ki misaal Allah taala ne qaim kar di hai maa bete ki shakal mein.</w:t>
      </w:r>
    </w:p>
    <w:p>
      <w:pPr>
        <w:jc w:val="right"/>
      </w:pPr>
      <w:r>
        <w:t>اس کی مثال اللہ تعالیٰ نے قائم کر دی ہے ماں بیٹے کی شکل میں۔</w:t>
      </w:r>
    </w:p>
    <w:p>
      <w:r>
        <w:rPr>
          <w:b/>
        </w:rPr>
        <w:t xml:space="preserve">[49:18] </w:t>
      </w:r>
      <w:r>
        <w:t>yani maa ke dil mein apne bete ke liye jo jazbat hotay hain khair khwahi ke, wohi daai</w:t>
      </w:r>
    </w:p>
    <w:p>
      <w:pPr>
        <w:jc w:val="right"/>
      </w:pPr>
      <w:r>
        <w:t>یعنی ماں کے دل میں اپنے بیٹے کے لیے جو جذبات ہوتے ہیں خیر خواہی کے، وہی داعی</w:t>
      </w:r>
    </w:p>
    <w:p>
      <w:r>
        <w:rPr>
          <w:b/>
        </w:rPr>
        <w:t xml:space="preserve">[49:22] </w:t>
      </w:r>
      <w:r>
        <w:t>ya Reformer ke andar hona chahiye doosron ke baray mein.</w:t>
      </w:r>
    </w:p>
    <w:p>
      <w:pPr>
        <w:jc w:val="right"/>
      </w:pPr>
      <w:r>
        <w:t>یا Reformer کے اندر ہونا چاہیے دوسروں کے بارے میں۔</w:t>
      </w:r>
    </w:p>
    <w:p>
      <w:r>
        <w:rPr>
          <w:b/>
        </w:rPr>
        <w:t xml:space="preserve">[49:27] </w:t>
      </w:r>
      <w:r>
        <w:t>isi ko kehtay hain Positive thinking.</w:t>
      </w:r>
    </w:p>
    <w:p>
      <w:pPr>
        <w:jc w:val="right"/>
      </w:pPr>
      <w:r>
        <w:t>اسی کو کہتے ہیں Positive thinking۔</w:t>
      </w:r>
    </w:p>
    <w:p>
      <w:r>
        <w:rPr>
          <w:b/>
        </w:rPr>
        <w:t xml:space="preserve">[49:31] </w:t>
      </w:r>
      <w:r>
        <w:t>aur jin ke andar Positive thinking ho, woh</w:t>
      </w:r>
    </w:p>
    <w:p>
      <w:pPr>
        <w:jc w:val="right"/>
      </w:pPr>
      <w:r>
        <w:t>اور جن کے اندر Positive thinking ہو، وہ</w:t>
      </w:r>
    </w:p>
    <w:p>
      <w:r>
        <w:rPr>
          <w:b/>
        </w:rPr>
        <w:t xml:space="preserve">[49:35] </w:t>
      </w:r>
      <w:r>
        <w:t>yeh dawat ka ya Reform ka kaam sahi taur par kar saktay hain.</w:t>
      </w:r>
    </w:p>
    <w:p>
      <w:pPr>
        <w:jc w:val="right"/>
      </w:pPr>
      <w:r>
        <w:t>ی دعوت کا یا Reform کا کام صحیح طور پر کر سکتے ہیں۔</w:t>
      </w:r>
    </w:p>
    <w:p>
      <w:r>
        <w:rPr>
          <w:b/>
        </w:rPr>
        <w:t xml:space="preserve">[49:41] </w:t>
      </w:r>
      <w:r>
        <w:t>Maulana, un ka aik aur sawal hai.</w:t>
      </w:r>
    </w:p>
    <w:p>
      <w:pPr>
        <w:jc w:val="right"/>
      </w:pPr>
      <w:r>
        <w:t>مولانا، ان کا ایک اور سوال ہے۔</w:t>
      </w:r>
    </w:p>
    <w:p>
      <w:r>
        <w:rPr>
          <w:b/>
        </w:rPr>
        <w:t xml:space="preserve">[49:47] </w:t>
      </w:r>
      <w:r>
        <w:t>unho ne likha hai: "I have gone through many books of Hadith like Bukhari, Muslim, etc.</w:t>
      </w:r>
    </w:p>
    <w:p>
      <w:pPr>
        <w:jc w:val="right"/>
      </w:pPr>
      <w:r>
        <w:t>انہوں نے لکھا ہے: "I have gone through many books of Hadith like Bukhari, Muslim, etc.</w:t>
      </w:r>
    </w:p>
    <w:p>
      <w:r>
        <w:rPr>
          <w:b/>
        </w:rPr>
        <w:t xml:space="preserve">[49:53] </w:t>
      </w:r>
      <w:r>
        <w:t>And I found chapters on Faith, Jihad, etc., but did not find any chapter on Dawah.</w:t>
      </w:r>
    </w:p>
    <w:p>
      <w:pPr>
        <w:jc w:val="right"/>
      </w:pPr>
      <w:r>
        <w:t>And I found chapters on Faith, Jihad, etc., but did not find any chapter on Dawah.</w:t>
      </w:r>
    </w:p>
    <w:p>
      <w:r>
        <w:rPr>
          <w:b/>
        </w:rPr>
        <w:t xml:space="preserve">[49:59] </w:t>
      </w:r>
      <w:r>
        <w:t>Do you think that it is the limitation of these bo</w:t>
      </w:r>
    </w:p>
    <w:p>
      <w:pPr>
        <w:jc w:val="right"/>
      </w:pPr>
      <w:r>
        <w:t>Do you think that it is the limitation of these bo</w:t>
      </w:r>
    </w:p>
    <w:p>
      <w:r>
        <w:rPr>
          <w:b/>
        </w:rPr>
        <w:t xml:space="preserve">[50:05] </w:t>
      </w:r>
      <w:r>
        <w:t>oks? What is your comment on this?" yeh to main ne khud kai bar kaha hai keh Hadees ki kitabon mein fiqh ki kitabon mein aur doosri kitabon mein jo likhi gayi hain, sab mein dawat ka chapter hadaf hai. is ka jahan tak main samajhta hoon, is ka sabab yeh hai keh yeh sari kitaben likhi gayi hain is zamanay mein jabkeh dunya mein Muslim Rule qaim ho chuka tha. Empire qaim ho chuka tha. har jagah bas siyasat aur hukoomat ka</w:t>
      </w:r>
    </w:p>
    <w:p>
      <w:pPr>
        <w:jc w:val="right"/>
      </w:pPr>
      <w:r>
        <w:t>oks? What is your comment on this?" یہ تو میں نے خود کئی بار کہا ہے کہ حدیث کی کتابوں میں فقہ کی کتابوں میں اور دوسری کتابوں میں جو لکھی گئی ہیں، سب میں دعوت کا چیپٹر حذف ہے۔ اس کا جہاں تک میں سمجھتا ہوں، اس کا سبب یہ ہے کہ یہ ساری کتابیں لکھی گئی ہیں اس زمانے میں جبکہ دنیا میں مسلم Rule قائم ہو چکا تھا۔ Empire قائم ہو چکا تھا۔ ہر جگہ بس سیاست اور حکومت کا</w:t>
      </w:r>
    </w:p>
    <w:p>
      <w:r>
        <w:rPr>
          <w:b/>
        </w:rPr>
        <w:t xml:space="preserve">[50:35] </w:t>
      </w:r>
      <w:r>
        <w:t>mahol bana hua tha. isi daur mein sari kitaben compile likhi gayi hain ya likhi gayi hain. to siyasi mahol mein ya hukoomat ke mahol mein ya Muslim Empire ke mahol mein sara Literature tayyar hua hai. is liye sirf is zamanay mein koi dawat ke andaaz mein sochta hi nahi tha. ghaliban yahi wajah hogi. warna Quran aap parhen to Quran mein to sar</w:t>
      </w:r>
    </w:p>
    <w:p>
      <w:pPr>
        <w:jc w:val="right"/>
      </w:pPr>
      <w:r>
        <w:t>ماحول بنا ہوا تھا۔ اسی دور میں ساری کتابیں کبپائل لکھی گئی ہیں یا لکھی گئی ہیں۔ تو سیاسی ماحول میں یا حکومت کے ماحول میں یا مسلم Empire کے ماحول میں سارا Literature تیار ہوا ہے۔ اس لیے صرف اس زمانے میں کوئی دعوت کے انداز میں سوچتا ہی نہیں تھا۔ غالباً یہی وجہ ہوگی۔ ورنہ قرآن آپ پڑھیں تو قرآن میں تو سر</w:t>
      </w:r>
    </w:p>
    <w:p>
      <w:r>
        <w:rPr>
          <w:b/>
        </w:rPr>
        <w:t xml:space="preserve">[51:05] </w:t>
      </w:r>
      <w:r>
        <w:t>ta pa dawat ki kitab hai.</w:t>
      </w:r>
    </w:p>
    <w:p>
      <w:pPr>
        <w:jc w:val="right"/>
      </w:pPr>
      <w:r>
        <w:t>تا پا دعوت کی کتاب ہے۔</w:t>
      </w:r>
    </w:p>
    <w:p>
      <w:r>
        <w:rPr>
          <w:b/>
        </w:rPr>
        <w:t xml:space="preserve">[51:10] </w:t>
      </w:r>
      <w:r>
        <w:t>dawat hi bhari hui hai is ke andar.</w:t>
      </w:r>
    </w:p>
    <w:p>
      <w:pPr>
        <w:jc w:val="right"/>
      </w:pPr>
      <w:r>
        <w:t>دعوت ہی بھری ہوئی ہے اس کے اندر۔</w:t>
      </w:r>
    </w:p>
    <w:p>
      <w:r>
        <w:rPr>
          <w:b/>
        </w:rPr>
        <w:t xml:space="preserve">[51:14] </w:t>
      </w:r>
      <w:r>
        <w:t>to phir yeh kyun nahi in kitabon mein hai? to bazahir to wajah yeh lagti hai ke jo</w:t>
      </w:r>
    </w:p>
    <w:p>
      <w:pPr>
        <w:jc w:val="right"/>
      </w:pPr>
      <w:r>
        <w:t>تو پھر یہ کیوں نہیں ان کتابوں میں ہے؟ تو بظاہر تو وجہ یہ لگتی ہے کہ جو</w:t>
      </w:r>
    </w:p>
    <w:p>
      <w:r>
        <w:rPr>
          <w:b/>
        </w:rPr>
        <w:t xml:space="preserve">[51:19] </w:t>
      </w:r>
      <w:r>
        <w:t>Environment tha us zamane mein, woh zyada yani in cheezon ka tha hi nahi.</w:t>
      </w:r>
    </w:p>
    <w:p>
      <w:pPr>
        <w:jc w:val="right"/>
      </w:pPr>
      <w:r>
        <w:t>Environment تھا اس زمانے میں، وہ زیادہ یعنی ان چیزوں کا تھا ہی نہیں۔</w:t>
      </w:r>
    </w:p>
    <w:p>
      <w:r>
        <w:rPr>
          <w:b/>
        </w:rPr>
        <w:t xml:space="preserve">[51:23] </w:t>
      </w:r>
      <w:r>
        <w:t>to jin cheezon ka taqaza tha mahaul ke aitbar se, woh unho ne kiya.</w:t>
      </w:r>
    </w:p>
    <w:p>
      <w:pPr>
        <w:jc w:val="right"/>
      </w:pPr>
      <w:r>
        <w:t>تو جن چیزوں کا تقاضا تھا ماحول کے اعتبار سے، وہ انہوں نے کیا۔</w:t>
      </w:r>
    </w:p>
    <w:p>
      <w:r>
        <w:rPr>
          <w:b/>
        </w:rPr>
        <w:t xml:space="preserve">[51:28] </w:t>
      </w:r>
      <w:r>
        <w:t>to aap yeh mat dekhen ke wahan chapter maujood nahi hain.</w:t>
      </w:r>
    </w:p>
    <w:p>
      <w:pPr>
        <w:jc w:val="right"/>
      </w:pPr>
      <w:r>
        <w:t>تو آپ یہ مت دیکھیں کہ وہاں چیپٹر موجود نہیں ہیں۔</w:t>
      </w:r>
    </w:p>
    <w:p>
      <w:r>
        <w:rPr>
          <w:b/>
        </w:rPr>
        <w:t xml:space="preserve">[51:32] </w:t>
      </w:r>
      <w:r>
        <w:t>yeh theek hai ke chapter Quran mein maujood hain.</w:t>
      </w:r>
    </w:p>
    <w:p>
      <w:pPr>
        <w:jc w:val="right"/>
      </w:pPr>
      <w:r>
        <w:t>یہ ٹھیک ہے کہ چیپٹر قرآن میں موجود ہیں۔</w:t>
      </w:r>
    </w:p>
    <w:p>
      <w:r>
        <w:rPr>
          <w:b/>
        </w:rPr>
        <w:t xml:space="preserve">[51:37] </w:t>
      </w:r>
      <w:r>
        <w:t>chapter ka sara Quran jo hai, dawati kitab hai.</w:t>
      </w:r>
    </w:p>
    <w:p>
      <w:pPr>
        <w:jc w:val="right"/>
      </w:pPr>
      <w:r>
        <w:t>چیپٹر کا سارا قرآن جو ہے، دعوتی کتاب ہے۔</w:t>
      </w:r>
    </w:p>
    <w:p>
      <w:r>
        <w:rPr>
          <w:b/>
        </w:rPr>
        <w:t xml:space="preserve">[51:42] </w:t>
      </w:r>
      <w:r>
        <w:t>Book of Dawah.</w:t>
      </w:r>
    </w:p>
    <w:p>
      <w:pPr>
        <w:jc w:val="right"/>
      </w:pPr>
      <w:r>
        <w:t>Book of Dawah۔</w:t>
      </w:r>
    </w:p>
    <w:p>
      <w:r>
        <w:rPr>
          <w:b/>
        </w:rPr>
        <w:t xml:space="preserve">[51:47] </w:t>
      </w:r>
      <w:r>
        <w:t>to hadithon mein dekhen, ek baat yeh mein arz karunga ke jo tarajum abwab jo kaha jata</w:t>
      </w:r>
    </w:p>
    <w:p>
      <w:pPr>
        <w:jc w:val="right"/>
      </w:pPr>
      <w:r>
        <w:t>تو حدیثوں میں دیکھیں، ایک بات یہ میں عرض کروں گا کہ جو تراجم ابواب جو کہا جاتا</w:t>
      </w:r>
    </w:p>
    <w:p>
      <w:r>
        <w:rPr>
          <w:b/>
        </w:rPr>
        <w:t xml:space="preserve">[51:52] </w:t>
      </w:r>
      <w:r>
        <w:t>hai ya chapter, is mein to dawat ka nahi hai, kitab ad-dawa wat-tabligh to nahi hai, lekin khud</w:t>
      </w:r>
    </w:p>
    <w:p>
      <w:pPr>
        <w:jc w:val="right"/>
      </w:pPr>
      <w:r>
        <w:t>ہے یا چیپٹر، اس میں تو دعوت کا نہیں ہے، کتاب الدعوۃ والتبلیغ تو نہیں ہے، لیکن خود</w:t>
      </w:r>
    </w:p>
    <w:p>
      <w:r>
        <w:rPr>
          <w:b/>
        </w:rPr>
        <w:t xml:space="preserve">[51:57] </w:t>
      </w:r>
      <w:r>
        <w:t>hadithain jo hain, woh to is mein to dawat ki baat bhari hui hai.</w:t>
      </w:r>
    </w:p>
    <w:p>
      <w:pPr>
        <w:jc w:val="right"/>
      </w:pPr>
      <w:r>
        <w:t>حدیثیں جو ہیں، وہ تو اس میں تو دعوت کی بات بھری ہوئی ہے۔</w:t>
      </w:r>
    </w:p>
    <w:p>
      <w:r>
        <w:rPr>
          <w:b/>
        </w:rPr>
        <w:t xml:space="preserve">[52:02] </w:t>
      </w:r>
      <w:r>
        <w:t>to matn-e-hadith mein bilashuba dawat hai. tarajum mein</w:t>
      </w:r>
    </w:p>
    <w:p>
      <w:pPr>
        <w:jc w:val="right"/>
      </w:pPr>
      <w:r>
        <w:t>تو متن حدیث میں بلاشبہ دعوت ہے۔ تراجم میں</w:t>
      </w:r>
    </w:p>
    <w:p>
      <w:r>
        <w:rPr>
          <w:b/>
        </w:rPr>
        <w:t xml:space="preserve">[52:07] </w:t>
      </w:r>
      <w:r>
        <w:t>nahi hai.</w:t>
      </w:r>
    </w:p>
    <w:p>
      <w:pPr>
        <w:jc w:val="right"/>
      </w:pPr>
      <w:r>
        <w:t>نہیں ہے۔</w:t>
      </w:r>
    </w:p>
    <w:p>
      <w:r>
        <w:rPr>
          <w:b/>
        </w:rPr>
        <w:t xml:space="preserve">[52:11] </w:t>
      </w:r>
      <w:r>
        <w:t>isi liye mein mein yeh manta hoon ke jo musnad ka tareeqa hai, jo musanid jo hain, ke</w:t>
      </w:r>
    </w:p>
    <w:p>
      <w:pPr>
        <w:jc w:val="right"/>
      </w:pPr>
      <w:r>
        <w:t>اسی لیے میں میں یہ مانتا ہوں کہ جو مسند کا طریقہ ہے، جو مساند جو ہیں، کہ</w:t>
      </w:r>
    </w:p>
    <w:p>
      <w:r>
        <w:rPr>
          <w:b/>
        </w:rPr>
        <w:t xml:space="preserve">[52:16] </w:t>
      </w:r>
      <w:r>
        <w:t>woh zyada Scientific hai.</w:t>
      </w:r>
    </w:p>
    <w:p>
      <w:pPr>
        <w:jc w:val="right"/>
      </w:pPr>
      <w:r>
        <w:t>وہ زیادہ Scientific ہے۔</w:t>
      </w:r>
    </w:p>
    <w:p>
      <w:r>
        <w:rPr>
          <w:b/>
        </w:rPr>
        <w:t xml:space="preserve">[52:20] </w:t>
      </w:r>
      <w:r>
        <w:t>yeh jo tarjuma abwab qaim kiye gaye hain, muhaddiseen ne qaim kiye hain, to woh mein samajhta hoon</w:t>
      </w:r>
    </w:p>
    <w:p>
      <w:pPr>
        <w:jc w:val="right"/>
      </w:pPr>
      <w:r>
        <w:t>یہ جو ترجمہ ابواب قائم کیے گئے ہیں، محدثین نے قائم کیے ہیں، تو وہ میں سمجھتا ہوں</w:t>
      </w:r>
    </w:p>
    <w:p>
      <w:r>
        <w:rPr>
          <w:b/>
        </w:rPr>
        <w:t xml:space="preserve">[52:25] </w:t>
      </w:r>
      <w:r>
        <w:t>ke woh hadithon ko mehdood karte hain.</w:t>
      </w:r>
    </w:p>
    <w:p>
      <w:pPr>
        <w:jc w:val="right"/>
      </w:pPr>
      <w:r>
        <w:t>کہ وہ حدیثوں کو محدود کرتے ہیں۔</w:t>
      </w:r>
    </w:p>
    <w:p>
      <w:r>
        <w:rPr>
          <w:b/>
        </w:rPr>
        <w:t xml:space="preserve">[52:29] </w:t>
      </w:r>
      <w:r>
        <w:t>aur hadithon ko sahi numaindagi nahi karte.</w:t>
      </w:r>
    </w:p>
    <w:p>
      <w:pPr>
        <w:jc w:val="right"/>
      </w:pPr>
      <w:r>
        <w:t>اور حدیثوں کو صحیح نمائندگی نہیں کرتے۔</w:t>
      </w:r>
    </w:p>
    <w:p>
      <w:r>
        <w:rPr>
          <w:b/>
        </w:rPr>
        <w:t xml:space="preserve">[52:33] </w:t>
      </w:r>
      <w:r>
        <w:t>to mein musanid ke tareeqay ko zyada Scientific samajhta hoon ba muqabla is tareeqay ke.</w:t>
      </w:r>
    </w:p>
    <w:p>
      <w:pPr>
        <w:jc w:val="right"/>
      </w:pPr>
      <w:r>
        <w:t>تو میں مساند کے طریقے کو زیادہ Scientific سمجھتا ہوں بمقابلہ اس طریقے کے۔</w:t>
      </w:r>
    </w:p>
    <w:p>
      <w:r>
        <w:rPr>
          <w:b/>
        </w:rPr>
        <w:t xml:space="preserve">[52:38] </w:t>
      </w:r>
      <w:r>
        <w:t>Maulana, agla sawal Ajmer se kiya hai Dr. Safeena Tabassum ne.</w:t>
      </w:r>
    </w:p>
    <w:p>
      <w:pPr>
        <w:jc w:val="right"/>
      </w:pPr>
      <w:r>
        <w:t>مولانا، اگلا سوال اجمیر سے کیا ہے ڈاکٹر سفینہ تبسم نے۔</w:t>
      </w:r>
    </w:p>
    <w:p>
      <w:r>
        <w:rPr>
          <w:b/>
        </w:rPr>
        <w:t xml:space="preserve">[52:44] </w:t>
      </w:r>
      <w:r>
        <w:t>unho ne likha hai: "What should be the approach of social reformer for the society?</w:t>
      </w:r>
    </w:p>
    <w:p>
      <w:pPr>
        <w:jc w:val="right"/>
      </w:pPr>
      <w:r>
        <w:t>انہوں نے لکھا ہے: "What should be the approach of social reformer for the society?</w:t>
      </w:r>
    </w:p>
    <w:p>
      <w:r>
        <w:rPr>
          <w:b/>
        </w:rPr>
        <w:t xml:space="preserve">[52:50] </w:t>
      </w:r>
      <w:r>
        <w:t>India is a country which has diversity.</w:t>
      </w:r>
    </w:p>
    <w:p>
      <w:pPr>
        <w:jc w:val="right"/>
      </w:pPr>
      <w:r>
        <w:t>India is a country which has diversity.</w:t>
      </w:r>
    </w:p>
    <w:p>
      <w:r>
        <w:rPr>
          <w:b/>
        </w:rPr>
        <w:t xml:space="preserve">[52:56] </w:t>
      </w:r>
      <w:r>
        <w:t>Does it mean that it has a great potential to progress?</w:t>
      </w:r>
    </w:p>
    <w:p>
      <w:pPr>
        <w:jc w:val="right"/>
      </w:pPr>
      <w:r>
        <w:t>Does it mean that it has a great potential to progress?</w:t>
      </w:r>
    </w:p>
    <w:p>
      <w:r>
        <w:rPr>
          <w:b/>
        </w:rPr>
        <w:t xml:space="preserve">[53:02] </w:t>
      </w:r>
      <w:r>
        <w:t>What is your comment? bhai, India ka to</w:t>
      </w:r>
    </w:p>
    <w:p>
      <w:pPr>
        <w:jc w:val="right"/>
      </w:pPr>
      <w:r>
        <w:t>What is your comment?" بھائی، انڈیا کا تو</w:t>
      </w:r>
    </w:p>
    <w:p>
      <w:r>
        <w:rPr>
          <w:b/>
        </w:rPr>
        <w:t xml:space="preserve">[53:08] </w:t>
      </w:r>
      <w:r>
        <w:t>sab se bara masla Corruption hai.</w:t>
      </w:r>
    </w:p>
    <w:p>
      <w:pPr>
        <w:jc w:val="right"/>
      </w:pPr>
      <w:r>
        <w:t>سوا مسئلہ Corruption ہے۔</w:t>
      </w:r>
    </w:p>
    <w:p>
      <w:r>
        <w:rPr>
          <w:b/>
        </w:rPr>
        <w:t xml:space="preserve">[53:12] </w:t>
      </w:r>
      <w:r>
        <w:t>India mein sab kuch theek thaak hai.</w:t>
      </w:r>
    </w:p>
    <w:p>
      <w:pPr>
        <w:jc w:val="right"/>
      </w:pPr>
      <w:r>
        <w:t>انڈیا میں سب کچھ ٹھیک ٹھاک ہے۔</w:t>
      </w:r>
    </w:p>
    <w:p>
      <w:r>
        <w:rPr>
          <w:b/>
        </w:rPr>
        <w:t xml:space="preserve">[53:15] </w:t>
      </w:r>
      <w:r>
        <w:t>main samajhta hoon ke yahan koi aur bari kami nahi hai.</w:t>
      </w:r>
    </w:p>
    <w:p>
      <w:pPr>
        <w:jc w:val="right"/>
      </w:pPr>
      <w:r>
        <w:t>میں سمجھتا ہوں کہ یہاں کوئی اور بڑی کمی نہیں ہے۔</w:t>
      </w:r>
    </w:p>
    <w:p>
      <w:r>
        <w:rPr>
          <w:b/>
        </w:rPr>
        <w:t xml:space="preserve">[53:19] </w:t>
      </w:r>
      <w:r>
        <w:t>sab se bara jo masla hai yahan ka Corruption hai.</w:t>
      </w:r>
    </w:p>
    <w:p>
      <w:pPr>
        <w:jc w:val="right"/>
      </w:pPr>
      <w:r>
        <w:t>سب سے بڑا جو مسئلہ ہے یہاں کا Corruption ہے۔</w:t>
      </w:r>
    </w:p>
    <w:p>
      <w:r>
        <w:rPr>
          <w:b/>
        </w:rPr>
        <w:t xml:space="preserve">[53:23] </w:t>
      </w:r>
      <w:r>
        <w:t>woh itna zyada hai ke neeche se ooper tak corrupt hi corrupt hai.</w:t>
      </w:r>
    </w:p>
    <w:p>
      <w:pPr>
        <w:jc w:val="right"/>
      </w:pPr>
      <w:r>
        <w:t>وہ اتنا زیادہ ہے کہ نیچے سے اوپر تک Corrupt ہی Corrupt ہے۔</w:t>
      </w:r>
    </w:p>
    <w:p>
      <w:r>
        <w:rPr>
          <w:b/>
        </w:rPr>
        <w:t xml:space="preserve">[53:27] </w:t>
      </w:r>
      <w:r>
        <w:t>toh is masle ko kaise khatam kiya jaye? toh abhi jo tadabeer ho rahi hain, is se Corruption</w:t>
      </w:r>
    </w:p>
    <w:p>
      <w:pPr>
        <w:jc w:val="right"/>
      </w:pPr>
      <w:r>
        <w:t>تو اس مسئلے کو کیسے ختم کیا جائے؟ تو ابھی جو تدبیریں ہو رہی ہیں، اس سے Corruption</w:t>
      </w:r>
    </w:p>
    <w:p>
      <w:r>
        <w:rPr>
          <w:b/>
        </w:rPr>
        <w:t xml:space="preserve">[53:31] </w:t>
      </w:r>
      <w:r>
        <w:t>khatam hone wala nahi hai.</w:t>
      </w:r>
    </w:p>
    <w:p>
      <w:pPr>
        <w:jc w:val="right"/>
      </w:pPr>
      <w:r>
        <w:t>ختم ہونے والا نہیں ہے۔</w:t>
      </w:r>
    </w:p>
    <w:p>
      <w:r>
        <w:rPr>
          <w:b/>
        </w:rPr>
        <w:t xml:space="preserve">[53:34] </w:t>
      </w:r>
      <w:r>
        <w:t>is se khatam nahi ho sakta Corruption. yeh bara</w:t>
      </w:r>
    </w:p>
    <w:p>
      <w:pPr>
        <w:jc w:val="right"/>
      </w:pPr>
      <w:r>
        <w:t>اس سے ختم نہیں ہو سکتا Corruption۔ یہ بڑ</w:t>
      </w:r>
    </w:p>
    <w:p>
      <w:r>
        <w:rPr>
          <w:b/>
        </w:rPr>
        <w:t xml:space="preserve">[53:38] </w:t>
      </w:r>
      <w:r>
        <w:t>bara masla hai, woh bohat zyada sochne ki baat hai. abhi jo tadabeer ho rahi hain, koi tehreek chala raha hai, koi qanoon bana raha hai, is se Corruption khatam honay wala hai. One percent bhi is se koi farq nahi aanay wala hai. is ke is ke siwa jo moajza jo tadabeer hain, is ke siwa humein kuch aur sochna parhega. ab is par main is waqt tafseel se nahi kuch keh sakta. sirf yahi keh sakta hoon keh sab se</w:t>
      </w:r>
    </w:p>
    <w:p>
      <w:pPr>
        <w:jc w:val="right"/>
      </w:pPr>
      <w:r>
        <w:t>ا مسئلہ ہے، وہ بہت زیادہ سوچنے کی بات ہے۔ ابھی جو تدبیریں ہو رہی ہیں، کوئی تحریک چلا رہا ہے، کوئی قانون بنا رہا ہے، اس سے Corruption ختم ہونے والا ہے۔ One percent بھی اس سے کوئی فرق نہیں آنے والا ہے۔ اس کے اس کے سوا جو موجزہ جو تدبیریں ہیں، اس کے سوا ہمیں کچھ اور سوچنا پڑے گا۔ اب اس پر میں اس وقت تفصیل سے نہیں کچھ کہہ سکتا۔ صرف یہی کہہ سکتا ہوں کہ سب سے</w:t>
      </w:r>
    </w:p>
    <w:p>
      <w:r>
        <w:rPr>
          <w:b/>
        </w:rPr>
        <w:t xml:space="preserve">[54:08] </w:t>
      </w:r>
      <w:r>
        <w:t>bara masla India ka Corruption hai.</w:t>
      </w:r>
    </w:p>
    <w:p>
      <w:pPr>
        <w:jc w:val="right"/>
      </w:pPr>
      <w:r>
        <w:t>بڑا مسئلہ انڈیا کا Corruption ہے۔</w:t>
      </w:r>
    </w:p>
    <w:p>
      <w:r>
        <w:rPr>
          <w:b/>
        </w:rPr>
        <w:t xml:space="preserve">[54:13] </w:t>
      </w:r>
      <w:r>
        <w:t>aur abhi jo tadabeer ki ja rahi hain, chahe qanoon saazi ho ya tehreekein hon, is se Corruption</w:t>
      </w:r>
    </w:p>
    <w:p>
      <w:pPr>
        <w:jc w:val="right"/>
      </w:pPr>
      <w:r>
        <w:t>اور ابھی جو تدبیریں کی جا رہی ہیں، چاہے قانون سازی ہو یا تحریکیں ہوں، اس سے Corruption</w:t>
      </w:r>
    </w:p>
    <w:p>
      <w:r>
        <w:rPr>
          <w:b/>
        </w:rPr>
        <w:t xml:space="preserve">[54:18] </w:t>
      </w:r>
      <w:r>
        <w:t>khatam hone wala nahi hai.</w:t>
      </w:r>
    </w:p>
    <w:p>
      <w:pPr>
        <w:jc w:val="right"/>
      </w:pPr>
      <w:r>
        <w:t>ختم ہونے والا نہیں ہے۔</w:t>
      </w:r>
    </w:p>
    <w:p>
      <w:r>
        <w:rPr>
          <w:b/>
        </w:rPr>
        <w:t xml:space="preserve">[54:23] </w:t>
      </w:r>
      <w:r>
        <w:t>Maulana, agla sawal Delhi se hai.</w:t>
      </w:r>
    </w:p>
    <w:p>
      <w:pPr>
        <w:jc w:val="right"/>
      </w:pPr>
      <w:r>
        <w:t>مولانا، اگلا سوال دلی سے ہے۔</w:t>
      </w:r>
    </w:p>
    <w:p>
      <w:r>
        <w:rPr>
          <w:b/>
        </w:rPr>
        <w:t xml:space="preserve">[54:28] </w:t>
      </w:r>
      <w:r>
        <w:t>Muhammad Usman sahib ne kiya hai.</w:t>
      </w:r>
    </w:p>
    <w:p>
      <w:pPr>
        <w:jc w:val="right"/>
      </w:pPr>
      <w:r>
        <w:t>محمد عثمان صاحب نے کیا ہے۔</w:t>
      </w:r>
    </w:p>
    <w:p>
      <w:r>
        <w:rPr>
          <w:b/>
        </w:rPr>
        <w:t xml:space="preserve">[54:33] </w:t>
      </w:r>
      <w:r>
        <w:t>unhon ne likha hai: "Maulana sahib, why do we not offer four rak'at of Sunnah in Zuhr namaz h</w:t>
      </w:r>
    </w:p>
    <w:p>
      <w:pPr>
        <w:jc w:val="right"/>
      </w:pPr>
      <w:r>
        <w:t>انہوں نے لکھا ہے: "Maulana صاحب، why do we not offer four رکعت of Sunnah in Zuhr نماز h</w:t>
      </w:r>
    </w:p>
    <w:p>
      <w:r>
        <w:rPr>
          <w:b/>
        </w:rPr>
        <w:t xml:space="preserve">[54:38] </w:t>
      </w:r>
      <w:r>
        <w:t>ere?" aap mere office mein aaiye ga toh main is ka jawab doon ga aap ko.</w:t>
      </w:r>
    </w:p>
    <w:p>
      <w:pPr>
        <w:jc w:val="right"/>
      </w:pPr>
      <w:r>
        <w:t>ere؟" آپ میرے آفس میں آئیے گا تو میں اس کا جواب دوں گا آپ کو۔</w:t>
      </w:r>
    </w:p>
    <w:p>
      <w:r>
        <w:rPr>
          <w:b/>
        </w:rPr>
        <w:t xml:space="preserve">[54:46] </w:t>
      </w:r>
      <w:r>
        <w:t>yahan fiqhi masail ke liye hamara ijtima nahi hota hai.</w:t>
      </w:r>
    </w:p>
    <w:p>
      <w:pPr>
        <w:jc w:val="right"/>
      </w:pPr>
      <w:r>
        <w:t>یہاں فقہی مسائل کے لیے ہمارا اجتماع نہیں ہوتا ہے۔</w:t>
      </w:r>
    </w:p>
    <w:p>
      <w:r>
        <w:rPr>
          <w:b/>
        </w:rPr>
        <w:t xml:space="preserve">[54:53] </w:t>
      </w:r>
      <w:r>
        <w:t>Maulana, agla sawal Delhi se kiya hai Miss Naghma Siddiqui ne.</w:t>
      </w:r>
    </w:p>
    <w:p>
      <w:pPr>
        <w:jc w:val="right"/>
      </w:pPr>
      <w:r>
        <w:t>مولانا، اگلا سوال دلی سے کیا ہے مس نغمہ صدیقی نے۔</w:t>
      </w:r>
    </w:p>
    <w:p>
      <w:r>
        <w:rPr>
          <w:b/>
        </w:rPr>
        <w:t xml:space="preserve">[55:01] </w:t>
      </w:r>
      <w:r>
        <w:t>unhon ne likha hai: "Why did the next generation of Muslims immediately after Prophet</w:t>
      </w:r>
    </w:p>
    <w:p>
      <w:pPr>
        <w:jc w:val="right"/>
      </w:pPr>
      <w:r>
        <w:t>انہوں نے لکھا ہے: "Why did the next generation of Muslims immediately after Prophet</w:t>
      </w:r>
    </w:p>
    <w:p>
      <w:r>
        <w:rPr>
          <w:b/>
        </w:rPr>
        <w:t xml:space="preserve">[55:08] </w:t>
      </w:r>
      <w:r>
        <w:t>Muhammad forgot the importance of diversity and creation plan of God?" dekhiye, jahan tak main samajhta hoon, woh</w:t>
      </w:r>
    </w:p>
    <w:p>
      <w:pPr>
        <w:jc w:val="right"/>
      </w:pPr>
      <w:r>
        <w:t>Muhammad forgot the importance of diversity and creation plan of God?" دیکھیں، جہاں تک میں سمجھتا ہوں، وہ</w:t>
      </w:r>
    </w:p>
    <w:p>
      <w:r>
        <w:rPr>
          <w:b/>
        </w:rPr>
        <w:t xml:space="preserve">[55:18] </w:t>
      </w:r>
      <w:r>
        <w:t>yeh hai ke poori tareekh mein jo conditioning hui thi hazaron saal se, is conditioning ko Islam ne todna chaha.</w:t>
      </w:r>
    </w:p>
    <w:p>
      <w:pPr>
        <w:jc w:val="right"/>
      </w:pPr>
      <w:r>
        <w:t>یہ ہے کہ پوری تاریخ میں جو Conditioning ہوئی تھی ہزاروں سال سے، اس Conditioning کو اسلام نے توڑنا چاہا۔</w:t>
      </w:r>
    </w:p>
    <w:p>
      <w:r>
        <w:rPr>
          <w:b/>
        </w:rPr>
        <w:t xml:space="preserve">[55:29] </w:t>
      </w:r>
      <w:r>
        <w:t>lekin conditioning jo hai, kabhi bhi achanak nahi tootti hai.</w:t>
      </w:r>
    </w:p>
    <w:p>
      <w:pPr>
        <w:jc w:val="right"/>
      </w:pPr>
      <w:r>
        <w:t>لیکن Conditioning جو ہے، کبھی بھی اچانک نہیں ٹوٹتی ہے۔</w:t>
      </w:r>
    </w:p>
    <w:p>
      <w:r>
        <w:rPr>
          <w:b/>
        </w:rPr>
        <w:t xml:space="preserve">[55:39] </w:t>
      </w:r>
      <w:r>
        <w:t>toh waqti taur par toh ek mehdood is ka muzahira hua Makkah Madinah mein.</w:t>
      </w:r>
    </w:p>
    <w:p>
      <w:pPr>
        <w:jc w:val="right"/>
      </w:pPr>
      <w:r>
        <w:t>تو وقتی طور پر تو ایک محدود اس کا مظاہرہ ہوا مکہ مدینے میں۔</w:t>
      </w:r>
    </w:p>
    <w:p>
      <w:r>
        <w:rPr>
          <w:b/>
        </w:rPr>
        <w:t xml:space="preserve">[55:43] </w:t>
      </w:r>
      <w:r>
        <w:t>lekin is ko torne ke liye aur lamba aik process darkar tha.</w:t>
      </w:r>
    </w:p>
    <w:p>
      <w:pPr>
        <w:jc w:val="right"/>
      </w:pPr>
      <w:r>
        <w:t>لیکن اس کو توڑنے کے لیے اور لمبا ایک Process درکار تھا۔</w:t>
      </w:r>
    </w:p>
    <w:p>
      <w:r>
        <w:rPr>
          <w:b/>
        </w:rPr>
        <w:t xml:space="preserve">[55:47] </w:t>
      </w:r>
      <w:r>
        <w:t>woh Allah taala ne jari kiya.</w:t>
      </w:r>
    </w:p>
    <w:p>
      <w:pPr>
        <w:jc w:val="right"/>
      </w:pPr>
      <w:r>
        <w:t>وہ اللہ تعالیٰ نے جاری کیا۔</w:t>
      </w:r>
    </w:p>
    <w:p>
      <w:r>
        <w:rPr>
          <w:b/>
        </w:rPr>
        <w:t xml:space="preserve">[55:51] </w:t>
      </w:r>
      <w:r>
        <w:t>mein samajhta hoon ke mojza zamane mein jo maghribi tehzeeb hai, is ne ziyada bare paane par is</w:t>
      </w:r>
    </w:p>
    <w:p>
      <w:pPr>
        <w:jc w:val="right"/>
      </w:pPr>
      <w:r>
        <w:t>میں سمجھتا ہوں کہ موجزہ زمانے میں جو مغربی تہذیب ہے، اس نے زیادہ بڑے پانے پر اس</w:t>
      </w:r>
    </w:p>
    <w:p>
      <w:r>
        <w:rPr>
          <w:b/>
        </w:rPr>
        <w:t xml:space="preserve">[55:54] </w:t>
      </w:r>
      <w:r>
        <w:t>conditioning ko toda hai.</w:t>
      </w:r>
    </w:p>
    <w:p>
      <w:pPr>
        <w:jc w:val="right"/>
      </w:pPr>
      <w:r>
        <w:t>Conditioning کو توڑا ہے۔</w:t>
      </w:r>
    </w:p>
    <w:p>
      <w:r>
        <w:rPr>
          <w:b/>
        </w:rPr>
        <w:t xml:space="preserve">[55:58] </w:t>
      </w:r>
      <w:r>
        <w:t>to ab hamein ziyada moqa hai ke hum open mind ke sath baaton ko samjhein.</w:t>
      </w:r>
    </w:p>
    <w:p>
      <w:pPr>
        <w:jc w:val="right"/>
      </w:pPr>
      <w:r>
        <w:t>تو اب ہمیں زیادہ موقع ہے کہ ہم Open Mind کے ساتھ باتوں کو سمجھیں۔</w:t>
      </w:r>
    </w:p>
    <w:p>
      <w:r>
        <w:rPr>
          <w:b/>
        </w:rPr>
        <w:t xml:space="preserve">[56:02] </w:t>
      </w:r>
      <w:r>
        <w:t>aur ziyada realistic approach hamare andar ho.</w:t>
      </w:r>
    </w:p>
    <w:p>
      <w:pPr>
        <w:jc w:val="right"/>
      </w:pPr>
      <w:r>
        <w:t>اور زیادہ Realistic Approach ہمارے اندر ہو۔</w:t>
      </w:r>
    </w:p>
    <w:p>
      <w:r>
        <w:rPr>
          <w:b/>
        </w:rPr>
        <w:t xml:space="preserve">[56:06] </w:t>
      </w:r>
      <w:r>
        <w:t>yeh sab baatein jo is jo</w:t>
      </w:r>
    </w:p>
    <w:p>
      <w:pPr>
        <w:jc w:val="right"/>
      </w:pPr>
      <w:r>
        <w:t>یہ سب باتیں جو اس جو</w:t>
      </w:r>
    </w:p>
    <w:p>
      <w:r>
        <w:rPr>
          <w:b/>
        </w:rPr>
        <w:t xml:space="preserve">[56:10] </w:t>
      </w:r>
      <w:r>
        <w:t>jo Islam ka jo nishana tha, is ke liye jo infrastructure darkar tha, jo mahaul darkar tha, woh</w:t>
      </w:r>
    </w:p>
    <w:p>
      <w:pPr>
        <w:jc w:val="right"/>
      </w:pPr>
      <w:r>
        <w:t>جو اسلام کا جو نشانہ تھا، اس کے لیے جو Infrastructure درکار تھا، جو ماحول درکار تھا، وہ</w:t>
      </w:r>
    </w:p>
    <w:p>
      <w:r>
        <w:rPr>
          <w:b/>
        </w:rPr>
        <w:t xml:space="preserve">[56:14] </w:t>
      </w:r>
      <w:r>
        <w:t>mojza zamane mein paida hua hai.</w:t>
      </w:r>
    </w:p>
    <w:p>
      <w:pPr>
        <w:jc w:val="right"/>
      </w:pPr>
      <w:r>
        <w:t>موجزہ زمانے میں پیدا ہوا ہے۔</w:t>
      </w:r>
    </w:p>
    <w:p>
      <w:r>
        <w:rPr>
          <w:b/>
        </w:rPr>
        <w:t xml:space="preserve">[56:17] </w:t>
      </w:r>
      <w:r>
        <w:t>to it was but natural.</w:t>
      </w:r>
    </w:p>
    <w:p>
      <w:pPr>
        <w:jc w:val="right"/>
      </w:pPr>
      <w:r>
        <w:t>تو It was but natural۔</w:t>
      </w:r>
    </w:p>
    <w:p>
      <w:r>
        <w:rPr>
          <w:b/>
        </w:rPr>
        <w:t xml:space="preserve">[56:21] </w:t>
      </w:r>
      <w:r>
        <w:t>kyunke itni lamba conditioning achaanak toot nahin sakti thi.</w:t>
      </w:r>
    </w:p>
    <w:p>
      <w:pPr>
        <w:jc w:val="right"/>
      </w:pPr>
      <w:r>
        <w:t>کیونکہ اتنی لمبی Conditioning اچانک ٹوٹ نہیں سکتی تھی۔</w:t>
      </w:r>
    </w:p>
    <w:p>
      <w:r>
        <w:rPr>
          <w:b/>
        </w:rPr>
        <w:t xml:space="preserve">[56:25] </w:t>
      </w:r>
      <w:r>
        <w:t>to woh prevail kar gayi.</w:t>
      </w:r>
    </w:p>
    <w:p>
      <w:pPr>
        <w:jc w:val="right"/>
      </w:pPr>
      <w:r>
        <w:t>تو وہ Prevail کر گئی۔</w:t>
      </w:r>
    </w:p>
    <w:p>
      <w:r>
        <w:rPr>
          <w:b/>
        </w:rPr>
        <w:t xml:space="preserve">[56:29] </w:t>
      </w:r>
      <w:r>
        <w:t>waqti tor par jo makkah madine mein jo halaat paida hue, is ke baad woh prevail kar gayi.</w:t>
      </w:r>
    </w:p>
    <w:p>
      <w:pPr>
        <w:jc w:val="right"/>
      </w:pPr>
      <w:r>
        <w:t>وقتی طور پر جو مکہ مدینے میں جو حالات پیدا ہوئے، اس کے بعد وہ Prevail کر گئی۔</w:t>
      </w:r>
    </w:p>
    <w:p>
      <w:r>
        <w:rPr>
          <w:b/>
        </w:rPr>
        <w:t xml:space="preserve">[56:32] </w:t>
      </w:r>
      <w:r>
        <w:t>aur is ke asraat phir dobara aa gaye.</w:t>
      </w:r>
    </w:p>
    <w:p>
      <w:pPr>
        <w:jc w:val="right"/>
      </w:pPr>
      <w:r>
        <w:t>اور اس کے اثرات پھر دوبارہ آ گئے۔</w:t>
      </w:r>
    </w:p>
    <w:p>
      <w:r>
        <w:rPr>
          <w:b/>
        </w:rPr>
        <w:t xml:space="preserve">[56:36] </w:t>
      </w:r>
      <w:r>
        <w:t>lekin phir dheere dheere aik gradual process ke tor par is ko khatam</w:t>
      </w:r>
    </w:p>
    <w:p>
      <w:pPr>
        <w:jc w:val="right"/>
      </w:pPr>
      <w:r>
        <w:t>لیکن پھر دھیرے دھیرے ایک Gradual Process کے طور پر اس کو ختم</w:t>
      </w:r>
    </w:p>
    <w:p>
      <w:r>
        <w:rPr>
          <w:b/>
        </w:rPr>
        <w:t xml:space="preserve">[56:40] </w:t>
      </w:r>
      <w:r>
        <w:t>kiya gaya.</w:t>
      </w:r>
    </w:p>
    <w:p>
      <w:pPr>
        <w:jc w:val="right"/>
      </w:pPr>
      <w:r>
        <w:t>کیا گیا۔</w:t>
      </w:r>
    </w:p>
    <w:p>
      <w:r>
        <w:rPr>
          <w:b/>
        </w:rPr>
        <w:t xml:space="preserve">[56:44] </w:t>
      </w:r>
      <w:r>
        <w:t>aur ab mein samajhta hoon ke yani jo insaan ki azadi ko barqarar rakhte hue jitna khatma mumkin</w:t>
      </w:r>
    </w:p>
    <w:p>
      <w:pPr>
        <w:jc w:val="right"/>
      </w:pPr>
      <w:r>
        <w:t>اور اب میں سمجھتا ہوں کہ یعنی جو انسان کی آزادی کو برقرار رکھتے ہوئے جتنا خاتمہ ممکن</w:t>
      </w:r>
    </w:p>
    <w:p>
      <w:r>
        <w:rPr>
          <w:b/>
        </w:rPr>
        <w:t xml:space="preserve">[56:48] </w:t>
      </w:r>
      <w:r>
        <w:t>tha, woh khatma ho chuka hai.</w:t>
      </w:r>
    </w:p>
    <w:p>
      <w:pPr>
        <w:jc w:val="right"/>
      </w:pPr>
      <w:r>
        <w:t>تھا، وہ خاتمہ ہو چکا ہے۔</w:t>
      </w:r>
    </w:p>
    <w:p>
      <w:r>
        <w:rPr>
          <w:b/>
        </w:rPr>
        <w:t xml:space="preserve">[56:53] </w:t>
      </w:r>
      <w:r>
        <w:t>is wajah se hamare liye aaj jo opportunities hain, woh bilkul unlimited opportunities hain.</w:t>
      </w:r>
    </w:p>
    <w:p>
      <w:pPr>
        <w:jc w:val="right"/>
      </w:pPr>
      <w:r>
        <w:t>اس وجہ سے ہمارے لیے آج جو Opportunities ہیں، وہ بالکل Unlimited Opportunities ہیں۔</w:t>
      </w:r>
    </w:p>
    <w:p>
      <w:r>
        <w:rPr>
          <w:b/>
        </w:rPr>
        <w:t xml:space="preserve">[56:57] </w:t>
      </w:r>
      <w:r>
        <w:t>koi rukawat nahin hai.</w:t>
      </w:r>
    </w:p>
    <w:p>
      <w:pPr>
        <w:jc w:val="right"/>
      </w:pPr>
      <w:r>
        <w:t>کوئی رکاوٹ نہیں ہے۔</w:t>
      </w:r>
    </w:p>
    <w:p>
      <w:r>
        <w:rPr>
          <w:b/>
        </w:rPr>
        <w:t xml:space="preserve">[57:01] </w:t>
      </w:r>
      <w:r>
        <w:t>siwaye is ke ke hum agar violence na karein, tashaddud na karein, to sari opportunities hamari khuli hui hain.</w:t>
      </w:r>
    </w:p>
    <w:p>
      <w:pPr>
        <w:jc w:val="right"/>
      </w:pPr>
      <w:r>
        <w:t>سوائے اس کے کہ ہم اگر Violence نہ کریں، تشدد نہ کریں، تو ساری Opportunities ہماری کھلی ہوئی ہیں۔</w:t>
      </w:r>
    </w:p>
    <w:p>
      <w:r>
        <w:rPr>
          <w:b/>
        </w:rPr>
        <w:t xml:space="preserve">[57:06] </w:t>
      </w:r>
      <w:r>
        <w:t>acha sir, Maulana, yeh sawal do</w:t>
      </w:r>
    </w:p>
    <w:p>
      <w:pPr>
        <w:jc w:val="right"/>
      </w:pPr>
      <w:r>
        <w:t>اچھا سر، مولانا، یہ سوال دو</w:t>
      </w:r>
    </w:p>
    <w:p>
      <w:r>
        <w:rPr>
          <w:b/>
        </w:rPr>
        <w:t xml:space="preserve">[57:10] </w:t>
      </w:r>
      <w:r>
        <w:t>ha Qatar se kiya hai Maulana Abdul Basit sahib ne.</w:t>
      </w:r>
    </w:p>
    <w:p>
      <w:pPr>
        <w:jc w:val="right"/>
      </w:pPr>
      <w:r>
        <w:t>حہ قطر سے کیا ہے مولانا عبدالباسط صاحب نے۔</w:t>
      </w:r>
    </w:p>
    <w:p>
      <w:r>
        <w:rPr>
          <w:b/>
        </w:rPr>
        <w:t xml:space="preserve">[57:16] </w:t>
      </w:r>
      <w:r>
        <w:t>unhon ne likha hai: "Maulana, aap ne kaha tha ke apne aap ko ages ki aakhri had tak</w:t>
      </w:r>
    </w:p>
    <w:p>
      <w:pPr>
        <w:jc w:val="right"/>
      </w:pPr>
      <w:r>
        <w:t>انہوں نے لکھا ہے: "مولانا، آپ نے کہا تھا کہ اپنے آپ کو Ages کی آخری حد تک</w:t>
      </w:r>
    </w:p>
    <w:p>
      <w:r>
        <w:rPr>
          <w:b/>
        </w:rPr>
        <w:t xml:space="preserve">[57:22] </w:t>
      </w:r>
      <w:r>
        <w:t>le jana yeh sab se bari daryaft hai.</w:t>
      </w:r>
    </w:p>
    <w:p>
      <w:pPr>
        <w:jc w:val="right"/>
      </w:pPr>
      <w:r>
        <w:t>لے جانا یہ سب سے بڑی دریافت ہے۔</w:t>
      </w:r>
    </w:p>
    <w:p>
      <w:r>
        <w:rPr>
          <w:b/>
        </w:rPr>
        <w:t xml:space="preserve">[57:28] </w:t>
      </w:r>
      <w:r>
        <w:t>maulana, kya yeh har ek ke liye zaroori hai? aur kis tarah ise daryaft kiya jaye ga? rehnumai</w:t>
      </w:r>
    </w:p>
    <w:p>
      <w:pPr>
        <w:jc w:val="right"/>
      </w:pPr>
      <w:r>
        <w:t>مولانا، کیا یہ ہر ایک کے لیے ضروری ہے؟ اور کس طرح اسے دریافت کیا جائے گا؟ رہنمائی</w:t>
      </w:r>
    </w:p>
    <w:p>
      <w:r>
        <w:rPr>
          <w:b/>
        </w:rPr>
        <w:t xml:space="preserve">[57:34] </w:t>
      </w:r>
      <w:r>
        <w:t>farmaein. masla zaroori ka nahi hai. masla</w:t>
      </w:r>
    </w:p>
    <w:p>
      <w:pPr>
        <w:jc w:val="right"/>
      </w:pPr>
      <w:r>
        <w:t>فرمائیں۔" مسئلہ ضروری کا نہیں ہے۔ مسئلہ</w:t>
      </w:r>
    </w:p>
    <w:p>
      <w:r>
        <w:rPr>
          <w:b/>
        </w:rPr>
        <w:t xml:space="preserve">[57:40] </w:t>
      </w:r>
      <w:r>
        <w:t>daryaft khodawandi ka hai, marifat ka hai, jannat mein jagah paane ka hai.</w:t>
      </w:r>
    </w:p>
    <w:p>
      <w:pPr>
        <w:jc w:val="right"/>
      </w:pPr>
      <w:r>
        <w:t>دریافت خداوندی کا ہے، معرفت کا ہے، جنت میں جگہ پانے کا ہے۔</w:t>
      </w:r>
    </w:p>
    <w:p>
      <w:r>
        <w:rPr>
          <w:b/>
        </w:rPr>
        <w:t xml:space="preserve">[57:45] </w:t>
      </w:r>
      <w:r>
        <w:t>koi kare ya na kare, lekin jo maut ke baad jo dunya aane wali hai, wahan jo is</w:t>
      </w:r>
    </w:p>
    <w:p>
      <w:pPr>
        <w:jc w:val="right"/>
      </w:pPr>
      <w:r>
        <w:t>کوئی کرے یا نہ کرے، لیکن جو موت کے بعد جو دنیا آنے والی ہے، وہاں جو اس</w:t>
      </w:r>
    </w:p>
    <w:p>
      <w:r>
        <w:rPr>
          <w:b/>
        </w:rPr>
        <w:t xml:space="preserve">[57:51] </w:t>
      </w:r>
      <w:r>
        <w:t>ko maqam mile ga, woh isi ke sath mile ga.</w:t>
      </w:r>
    </w:p>
    <w:p>
      <w:pPr>
        <w:jc w:val="right"/>
      </w:pPr>
      <w:r>
        <w:t>کو مقام ملے گا، وہ اسی کے ساتھ ملے گا۔</w:t>
      </w:r>
    </w:p>
    <w:p>
      <w:r>
        <w:rPr>
          <w:b/>
        </w:rPr>
        <w:t xml:space="preserve">[57:56] </w:t>
      </w:r>
      <w:r>
        <w:t>aur koi kisi sifarish ki bina par akhirat mein kisi ko maqam milne wala nahi hai.</w:t>
      </w:r>
    </w:p>
    <w:p>
      <w:pPr>
        <w:jc w:val="right"/>
      </w:pPr>
      <w:r>
        <w:t>اور کوئی کسی سفارش کی بنا پر آخرت میں کسی کو مقام ملنے والا نہیں ہے۔</w:t>
      </w:r>
    </w:p>
    <w:p>
      <w:r>
        <w:rPr>
          <w:b/>
        </w:rPr>
        <w:t xml:space="preserve">[58:01] </w:t>
      </w:r>
      <w:r>
        <w:t>jitna is dunya mein aadmi apne aap ko develop kar paye ga, usi ke mutabiq woh akhirat mein</w:t>
      </w:r>
    </w:p>
    <w:p>
      <w:pPr>
        <w:jc w:val="right"/>
      </w:pPr>
      <w:r>
        <w:t>جتنا اس دنیا میں آدمی اپنے آپ کو Develop کر پائے گا، اسی کے مطابق وہ آخرت میں</w:t>
      </w:r>
    </w:p>
    <w:p>
      <w:r>
        <w:rPr>
          <w:b/>
        </w:rPr>
        <w:t xml:space="preserve">[58:07] </w:t>
      </w:r>
      <w:r>
        <w:t>jagah paye ga.</w:t>
      </w:r>
    </w:p>
    <w:p>
      <w:pPr>
        <w:jc w:val="right"/>
      </w:pPr>
      <w:r>
        <w:t>جگہ پائے گا۔</w:t>
      </w:r>
    </w:p>
    <w:p>
      <w:r>
        <w:rPr>
          <w:b/>
        </w:rPr>
        <w:t xml:space="preserve">[58:12] </w:t>
      </w:r>
      <w:r>
        <w:t>aur is ki har cheez ki ek qeemat hoti hai.</w:t>
      </w:r>
    </w:p>
    <w:p>
      <w:pPr>
        <w:jc w:val="right"/>
      </w:pPr>
      <w:r>
        <w:t>اور اس کی ہر چیز کی ایک قیمت ہوتی ہے۔</w:t>
      </w:r>
    </w:p>
    <w:p>
      <w:r>
        <w:rPr>
          <w:b/>
        </w:rPr>
        <w:t xml:space="preserve">[58:17] </w:t>
      </w:r>
      <w:r>
        <w:t>to is ki bhi ek qeemat hai.</w:t>
      </w:r>
    </w:p>
    <w:p>
      <w:pPr>
        <w:jc w:val="right"/>
      </w:pPr>
      <w:r>
        <w:t>تو اس کی بھی ایک قیمت ہے۔</w:t>
      </w:r>
    </w:p>
    <w:p>
      <w:r>
        <w:rPr>
          <w:b/>
        </w:rPr>
        <w:t xml:space="preserve">[58:22] </w:t>
      </w:r>
      <w:r>
        <w:t>koi cheez baghair qeemat ke milti nahi hai.</w:t>
      </w:r>
    </w:p>
    <w:p>
      <w:pPr>
        <w:jc w:val="right"/>
      </w:pPr>
      <w:r>
        <w:t>کوئی چیز بغیر قیمت کے ملتی نہیں ہے۔</w:t>
      </w:r>
    </w:p>
    <w:p>
      <w:r>
        <w:rPr>
          <w:b/>
        </w:rPr>
        <w:t xml:space="preserve">[58:27] </w:t>
      </w:r>
      <w:r>
        <w:t>to dunya mein apne aap ko is spiritual line par develop karne ki ek qeemat hai.</w:t>
      </w:r>
    </w:p>
    <w:p>
      <w:pPr>
        <w:jc w:val="right"/>
      </w:pPr>
      <w:r>
        <w:t>تو دنیا میں اپنے آپ کو اس Spiritual Line پر Develop کرنے کی ایک قیمت ہے۔</w:t>
      </w:r>
    </w:p>
    <w:p>
      <w:r>
        <w:rPr>
          <w:b/>
        </w:rPr>
        <w:t xml:space="preserve">[58:32] </w:t>
      </w:r>
      <w:r>
        <w:t>woh qeemat aap ada karein ge to aap ko is ka yeh reward mile ga.</w:t>
      </w:r>
    </w:p>
    <w:p>
      <w:pPr>
        <w:jc w:val="right"/>
      </w:pPr>
      <w:r>
        <w:t>وہ قیمت آپ ادا کریں گے تو آپ کو اس کا یہ Reward ملے گا۔</w:t>
      </w:r>
    </w:p>
    <w:p>
      <w:r>
        <w:rPr>
          <w:b/>
        </w:rPr>
        <w:t xml:space="preserve">[58:37] </w:t>
      </w:r>
      <w:r>
        <w:t>maulana, agla sawal roorki se kya hai sajjid anwar sahib ne.</w:t>
      </w:r>
    </w:p>
    <w:p>
      <w:pPr>
        <w:jc w:val="right"/>
      </w:pPr>
      <w:r>
        <w:t>مولانا، اگلا سوال روڑکی سے کیا ہے ساجد انور صاحب نے۔</w:t>
      </w:r>
    </w:p>
    <w:p>
      <w:r>
        <w:rPr>
          <w:b/>
        </w:rPr>
        <w:t xml:space="preserve">[58:42] </w:t>
      </w:r>
      <w:r>
        <w:t>unhon ne likha hai: "maulana, how can i save myself from distractions and increase my attachment for the cps mission?</w:t>
      </w:r>
    </w:p>
    <w:p>
      <w:pPr>
        <w:jc w:val="right"/>
      </w:pPr>
      <w:r>
        <w:t>انہوں نے لکھا ہے: "مولانا، how can I save myself from distractions and increase my attachment for the CPS mission?</w:t>
      </w:r>
    </w:p>
    <w:p>
      <w:r>
        <w:rPr>
          <w:b/>
        </w:rPr>
        <w:t xml:space="preserve">[58:50] </w:t>
      </w:r>
      <w:r>
        <w:t>please guide me." bhai, aap apna sawal doosre se nahi pooch sakte aap.</w:t>
      </w:r>
    </w:p>
    <w:p>
      <w:pPr>
        <w:jc w:val="right"/>
      </w:pPr>
      <w:r>
        <w:t>Please guide me." بھائی، آپ اپنا سوال دوسرے سے نہیں پوچھ سکتے آپ۔</w:t>
      </w:r>
    </w:p>
    <w:p>
      <w:r>
        <w:rPr>
          <w:b/>
        </w:rPr>
        <w:t xml:space="preserve">[58:58] </w:t>
      </w:r>
      <w:r>
        <w:t>ke mujhe pani peena hai to kya mein doosre se poochon ke mein kaise pani piyoon? mein doosre</w:t>
      </w:r>
    </w:p>
    <w:p>
      <w:pPr>
        <w:jc w:val="right"/>
      </w:pPr>
      <w:r>
        <w:t>کہ مجھے پانی پینا ہے تو کیا میں دوسرے سے پوچھوں کہ میں کیسے پانی پیوں؟ میں دوسرے</w:t>
      </w:r>
    </w:p>
    <w:p>
      <w:r>
        <w:rPr>
          <w:b/>
        </w:rPr>
        <w:t xml:space="preserve">[59:06] </w:t>
      </w:r>
      <w:r>
        <w:t>se nahi, doosra nahi bata sakta aap ko.</w:t>
      </w:r>
    </w:p>
    <w:p>
      <w:pPr>
        <w:jc w:val="right"/>
      </w:pPr>
      <w:r>
        <w:t>سے نہیں، دوسرا نہیں بتا سکتا آپ کو۔</w:t>
      </w:r>
    </w:p>
    <w:p>
      <w:r>
        <w:rPr>
          <w:b/>
        </w:rPr>
        <w:t xml:space="preserve">[59:14] </w:t>
      </w:r>
      <w:r>
        <w:t>doosra nahi bata sakta. yeh to aadmi ko agar waqai is ke andar Seriousness hai to Transposition kare ga. apne baray mein soche ga. apne Environment ke baray mein soche ga. aur khud hi janay ga, khud hi Discover kare ga keh kyun aisa hai. aur khud hi is ki yani is ki tadbeer bhi khud hi daryaft kare ga. main nahi samajhta keh is mein koi</w:t>
      </w:r>
    </w:p>
    <w:p>
      <w:pPr>
        <w:jc w:val="right"/>
      </w:pPr>
      <w:r>
        <w:t>دوسرا نہیں بتا سکتا۔ یہ تو آدمی کو اگر واقعی اس کے اندر Seriousness ہے تو Transposition کرے گا۔ اپنے بارے میں سوچے گا۔ اپنے Environment کے بارے میں سوچے گا۔ اور خود ہی جانے گا، خود ہی Discover کرے گا کہ کیوں ایسا ہے۔ اور خود ہی اس کی یعنی اس کی تدبیر بھی خود ہی دریافت کرے گا۔ میں نہیں سمجھتا کہ اس میں کوئی</w:t>
      </w:r>
    </w:p>
    <w:p>
      <w:r>
        <w:rPr>
          <w:b/>
        </w:rPr>
        <w:t xml:space="preserve">[59:44] </w:t>
      </w:r>
      <w:r>
        <w:t>doosra shakhs kuch bata sakta hai.</w:t>
      </w:r>
    </w:p>
    <w:p>
      <w:pPr>
        <w:jc w:val="right"/>
      </w:pPr>
      <w:r>
        <w:t>دوسرا شخص کچھ بتا سکتا ہے۔</w:t>
      </w:r>
    </w:p>
    <w:p>
      <w:r>
        <w:rPr>
          <w:b/>
        </w:rPr>
        <w:t xml:space="preserve">[59:48] </w:t>
      </w:r>
      <w:r>
        <w:t>maulana, agla sawal chennai se kya hai v m khaleel ur rehman sahib ne.</w:t>
      </w:r>
    </w:p>
    <w:p>
      <w:pPr>
        <w:jc w:val="right"/>
      </w:pPr>
      <w:r>
        <w:t>مولانا، اگلا سوال چنئی سے کیا ہے وی ایم خلیل الرحمن صاحب نے۔</w:t>
      </w:r>
    </w:p>
    <w:p>
      <w:r>
        <w:rPr>
          <w:b/>
        </w:rPr>
        <w:t xml:space="preserve">[59:52] </w:t>
      </w:r>
      <w:r>
        <w:t>unhon ne likha hai: "maulana, is sorcery correct?</w:t>
      </w:r>
    </w:p>
    <w:p>
      <w:pPr>
        <w:jc w:val="right"/>
      </w:pPr>
      <w:r>
        <w:t>انہوں نے لکھا ہے: "مولانا، is sorcery correct?</w:t>
      </w:r>
    </w:p>
    <w:p>
      <w:r>
        <w:rPr>
          <w:b/>
        </w:rPr>
        <w:t xml:space="preserve">[59:57] </w:t>
      </w:r>
      <w:r>
        <w:t>can anybody harm any other person by so-called amliyat? i ask this question because there are more and</w:t>
      </w:r>
    </w:p>
    <w:p>
      <w:pPr>
        <w:jc w:val="right"/>
      </w:pPr>
      <w:r>
        <w:t>Can anybody harm any other person by so-called عملیات؟ I ask this question because there are more and</w:t>
      </w:r>
    </w:p>
    <w:p>
      <w:r>
        <w:rPr>
          <w:b/>
        </w:rPr>
        <w:t xml:space="preserve">[1:00:01] </w:t>
      </w:r>
      <w:r>
        <w:t>more people indulging in this act.</w:t>
      </w:r>
    </w:p>
    <w:p>
      <w:pPr>
        <w:jc w:val="right"/>
      </w:pPr>
      <w:r>
        <w:t>more people indulging in this act.</w:t>
      </w:r>
    </w:p>
    <w:p>
      <w:r>
        <w:rPr>
          <w:b/>
        </w:rPr>
        <w:t xml:space="preserve">[1:00:05] </w:t>
      </w:r>
      <w:r>
        <w:t>and sometimes even by threatening the people.</w:t>
      </w:r>
    </w:p>
    <w:p>
      <w:pPr>
        <w:jc w:val="right"/>
      </w:pPr>
      <w:r>
        <w:t>And sometimes even by threatening the people.</w:t>
      </w:r>
    </w:p>
    <w:p>
      <w:r>
        <w:rPr>
          <w:b/>
        </w:rPr>
        <w:t xml:space="preserve">[1:00:09] </w:t>
      </w:r>
      <w:r>
        <w:t>what is your com</w:t>
      </w:r>
    </w:p>
    <w:p>
      <w:pPr>
        <w:jc w:val="right"/>
      </w:pPr>
      <w:r>
        <w:t>What is your com</w:t>
      </w:r>
    </w:p>
    <w:p>
      <w:r>
        <w:rPr>
          <w:b/>
        </w:rPr>
        <w:t xml:space="preserve">[1:00:14] </w:t>
      </w:r>
      <w:r>
        <w:t>ment? dekhen, main khud to is ko bilkul hi superstition samajhta hoon.</w:t>
      </w:r>
    </w:p>
    <w:p>
      <w:pPr>
        <w:jc w:val="right"/>
      </w:pPr>
      <w:r>
        <w:t>ment?" دیکھیں، میں خود تو اس کو بالکل ہی Superstition سمجھتا ہوں۔</w:t>
      </w:r>
    </w:p>
    <w:p>
      <w:r>
        <w:rPr>
          <w:b/>
        </w:rPr>
        <w:t xml:space="preserve">[1:00:18] </w:t>
      </w:r>
      <w:r>
        <w:t>koi bhi amliyati, koi bhi is qism ka jo amal karte hain log, is se kisi ko nuqsan</w:t>
      </w:r>
    </w:p>
    <w:p>
      <w:pPr>
        <w:jc w:val="right"/>
      </w:pPr>
      <w:r>
        <w:t>کوئی بھی عملیاتی، کوئی بھی اس قسم کا جو عمل کرتے ہیں لوگ، اس سے کسی کو نقصان</w:t>
      </w:r>
    </w:p>
    <w:p>
      <w:r>
        <w:rPr>
          <w:b/>
        </w:rPr>
        <w:t xml:space="preserve">[1:00:23] </w:t>
      </w:r>
      <w:r>
        <w:t>pohanchne wala nahi hai.</w:t>
      </w:r>
    </w:p>
    <w:p>
      <w:pPr>
        <w:jc w:val="right"/>
      </w:pPr>
      <w:r>
        <w:t>پہنچنے والا نہیں ہے۔</w:t>
      </w:r>
    </w:p>
    <w:p>
      <w:r>
        <w:rPr>
          <w:b/>
        </w:rPr>
        <w:t xml:space="preserve">[1:00:27] </w:t>
      </w:r>
      <w:r>
        <w:t>harghiz nahi hai.</w:t>
      </w:r>
    </w:p>
    <w:p>
      <w:pPr>
        <w:jc w:val="right"/>
      </w:pPr>
      <w:r>
        <w:t>ہرگز نہیں ہے۔</w:t>
      </w:r>
    </w:p>
    <w:p>
      <w:r>
        <w:rPr>
          <w:b/>
        </w:rPr>
        <w:t xml:space="preserve">[1:00:31] </w:t>
      </w:r>
      <w:r>
        <w:t>laisa laka alaihim min sultaan.</w:t>
      </w:r>
    </w:p>
    <w:p>
      <w:pPr>
        <w:jc w:val="right"/>
      </w:pPr>
      <w:r>
        <w:t>لَيْسَ لَكَ عَلَيْهِمْ مِنْ سُلْطَانٍ۔</w:t>
      </w:r>
    </w:p>
    <w:p>
      <w:r>
        <w:rPr>
          <w:b/>
        </w:rPr>
        <w:t xml:space="preserve">[1:00:36] </w:t>
      </w:r>
      <w:r>
        <w:t>main aap ko aik qissa batata hoon, bohat hi yani bohat hi ajeeb qissa.</w:t>
      </w:r>
    </w:p>
    <w:p>
      <w:pPr>
        <w:jc w:val="right"/>
      </w:pPr>
      <w:r>
        <w:t>میں آپ کو ایک قصہ بتاتا ہوں، بہت ہی یعنی بہت ہی عجیب قصہ۔</w:t>
      </w:r>
    </w:p>
    <w:p>
      <w:r>
        <w:rPr>
          <w:b/>
        </w:rPr>
        <w:t xml:space="preserve">[1:00:40] </w:t>
      </w:r>
      <w:r>
        <w:t>dekhen, aik baar main dilli mein</w:t>
      </w:r>
    </w:p>
    <w:p>
      <w:pPr>
        <w:jc w:val="right"/>
      </w:pPr>
      <w:r>
        <w:t>دیکھیں، ایک بار میں دلی میں</w:t>
      </w:r>
    </w:p>
    <w:p>
      <w:r>
        <w:rPr>
          <w:b/>
        </w:rPr>
        <w:t xml:space="preserve">[1:00:45] </w:t>
      </w:r>
      <w:r>
        <w:t>aik sahib ke haan gaya.</w:t>
      </w:r>
    </w:p>
    <w:p>
      <w:pPr>
        <w:jc w:val="right"/>
      </w:pPr>
      <w:r>
        <w:t>ایک صاحب کے ہاں گیا۔</w:t>
      </w:r>
    </w:p>
    <w:p>
      <w:r>
        <w:rPr>
          <w:b/>
        </w:rPr>
        <w:t xml:space="preserve">[1:00:49] </w:t>
      </w:r>
      <w:r>
        <w:t>unhon ne bulaya tha mujhe.</w:t>
      </w:r>
    </w:p>
    <w:p>
      <w:pPr>
        <w:jc w:val="right"/>
      </w:pPr>
      <w:r>
        <w:t>انہوں نے بلایا تھا مجھے۔</w:t>
      </w:r>
    </w:p>
    <w:p>
      <w:r>
        <w:rPr>
          <w:b/>
        </w:rPr>
        <w:t xml:space="preserve">[1:00:53] </w:t>
      </w:r>
      <w:r>
        <w:t>to jis kamre mein unhon ne bithaya tha, aik bara sa kamra tha, us mein aik side mein</w:t>
      </w:r>
    </w:p>
    <w:p>
      <w:pPr>
        <w:jc w:val="right"/>
      </w:pPr>
      <w:r>
        <w:t>تو جس کمرے میں انہوں نے بٹھایا تھا، ایک بڑا سا کمرہ تھا، اس میں ایک Side میں</w:t>
      </w:r>
    </w:p>
    <w:p>
      <w:r>
        <w:rPr>
          <w:b/>
        </w:rPr>
        <w:t xml:space="preserve">[1:00:57] </w:t>
      </w:r>
      <w:r>
        <w:t>aik choti si kothri thi. side mein.</w:t>
      </w:r>
    </w:p>
    <w:p>
      <w:pPr>
        <w:jc w:val="right"/>
      </w:pPr>
      <w:r>
        <w:t>ایک چھوٹی سی کوٹھری تھی۔ Side میں۔</w:t>
      </w:r>
    </w:p>
    <w:p>
      <w:r>
        <w:rPr>
          <w:b/>
        </w:rPr>
        <w:t xml:space="preserve">[1:01:02] </w:t>
      </w:r>
      <w:r>
        <w:t>to kisi wajah se main ne woh kothri kholi, darwaza khola to wahan aisa hi aik zara bara,</w:t>
      </w:r>
    </w:p>
    <w:p>
      <w:pPr>
        <w:jc w:val="right"/>
      </w:pPr>
      <w:r>
        <w:t>تو کسی وجہ سے میں نے وہ کوٹھری کھولی، دروازہ کھولا تو وہاں ایسا ہی ایک ذرا بڑا،</w:t>
      </w:r>
    </w:p>
    <w:p>
      <w:r>
        <w:rPr>
          <w:b/>
        </w:rPr>
        <w:t xml:space="preserve">[1:01:06] </w:t>
      </w:r>
      <w:r>
        <w:t>is glass se zara baray bara aik bartan tha rakha hua.</w:t>
      </w:r>
    </w:p>
    <w:p>
      <w:pPr>
        <w:jc w:val="right"/>
      </w:pPr>
      <w:r>
        <w:t>اس گلاس سے ذرا بڑے بڑا ایک برتن تھا رکھا ہوا۔</w:t>
      </w:r>
    </w:p>
    <w:p>
      <w:r>
        <w:rPr>
          <w:b/>
        </w:rPr>
        <w:t xml:space="preserve">[1:01:10] </w:t>
      </w:r>
      <w:r>
        <w:t>aur us ke andar yani bijli ke ta</w:t>
      </w:r>
    </w:p>
    <w:p>
      <w:pPr>
        <w:jc w:val="right"/>
      </w:pPr>
      <w:r>
        <w:t>اور اس کے اندر یعنی بجلی کے ت</w:t>
      </w:r>
    </w:p>
    <w:p>
      <w:r>
        <w:rPr>
          <w:b/>
        </w:rPr>
        <w:t xml:space="preserve">[1:01:15] </w:t>
      </w:r>
      <w:r>
        <w:t>ar ke zariye se light jali hui thi. aag.</w:t>
      </w:r>
    </w:p>
    <w:p>
      <w:pPr>
        <w:jc w:val="right"/>
      </w:pPr>
      <w:r>
        <w:t>ار کے ذریعے سے لائٹ جلی ہوئی تھی۔ آگ۔</w:t>
      </w:r>
    </w:p>
    <w:p>
      <w:r>
        <w:rPr>
          <w:b/>
        </w:rPr>
        <w:t xml:space="preserve">[1:01:19] </w:t>
      </w:r>
      <w:r>
        <w:t>aag is mein ho rahi thi.</w:t>
      </w:r>
    </w:p>
    <w:p>
      <w:pPr>
        <w:jc w:val="right"/>
      </w:pPr>
      <w:r>
        <w:t>آگ اس میں ہو رہی تھی۔</w:t>
      </w:r>
    </w:p>
    <w:p>
      <w:r>
        <w:rPr>
          <w:b/>
        </w:rPr>
        <w:t xml:space="preserve">[1:01:24] </w:t>
      </w:r>
      <w:r>
        <w:t>is mein aik chhuri daali thi is ke andar. chhuri.</w:t>
      </w:r>
    </w:p>
    <w:p>
      <w:pPr>
        <w:jc w:val="right"/>
      </w:pPr>
      <w:r>
        <w:t>اس میں ایک چھری ڈالی تھی اس کے اندر۔ چھری۔</w:t>
      </w:r>
    </w:p>
    <w:p>
      <w:r>
        <w:rPr>
          <w:b/>
        </w:rPr>
        <w:t xml:space="preserve">[1:01:28] </w:t>
      </w:r>
      <w:r>
        <w:t>yani is bartan mein bijli ke zariye se aag jal rahi thi.</w:t>
      </w:r>
    </w:p>
    <w:p>
      <w:pPr>
        <w:jc w:val="right"/>
      </w:pPr>
      <w:r>
        <w:t>یعنی اس برتن میں بجلی کے ذریعے سے آگ جل رہی تھی۔</w:t>
      </w:r>
    </w:p>
    <w:p>
      <w:r>
        <w:rPr>
          <w:b/>
        </w:rPr>
        <w:t xml:space="preserve">[1:01:33] </w:t>
      </w:r>
      <w:r>
        <w:t>aur is mein aik chhuri daali hui thi.</w:t>
      </w:r>
    </w:p>
    <w:p>
      <w:pPr>
        <w:jc w:val="right"/>
      </w:pPr>
      <w:r>
        <w:t>اور اس میں ایک چھری ڈالی ہوئی تھی۔</w:t>
      </w:r>
    </w:p>
    <w:p>
      <w:r>
        <w:rPr>
          <w:b/>
        </w:rPr>
        <w:t xml:space="preserve">[1:01:37] </w:t>
      </w:r>
      <w:r>
        <w:t>to main ne un se poocha ke yeh kya cheez hai? kyunke aik anokha scene tha woh mere liye.</w:t>
      </w:r>
    </w:p>
    <w:p>
      <w:pPr>
        <w:jc w:val="right"/>
      </w:pPr>
      <w:r>
        <w:t>تو میں نے ان سے پوچھا کہ یہ کیا چیز ہے؟ کیونکہ ایک انوکھا سین تھا وہ میرے لیے۔</w:t>
      </w:r>
    </w:p>
    <w:p>
      <w:r>
        <w:rPr>
          <w:b/>
        </w:rPr>
        <w:t xml:space="preserve">[1:01:42] </w:t>
      </w:r>
      <w:r>
        <w:t>to unhon ne kaha ke hamare ghar mein jewellery chori ho gayi hai.</w:t>
      </w:r>
    </w:p>
    <w:p>
      <w:pPr>
        <w:jc w:val="right"/>
      </w:pPr>
      <w:r>
        <w:t>تو انہوں نے کہا کہ ہمارے گھر میں Jewellery چوری ہو گئی ہے۔</w:t>
      </w:r>
    </w:p>
    <w:p>
      <w:r>
        <w:rPr>
          <w:b/>
        </w:rPr>
        <w:t xml:space="preserve">[1:01:46] </w:t>
      </w:r>
      <w:r>
        <w:t>koi nikaal le gaya hai.</w:t>
      </w:r>
    </w:p>
    <w:p>
      <w:pPr>
        <w:jc w:val="right"/>
      </w:pPr>
      <w:r>
        <w:t>کوئی نکال لے گیا ہے۔</w:t>
      </w:r>
    </w:p>
    <w:p>
      <w:r>
        <w:rPr>
          <w:b/>
        </w:rPr>
        <w:t xml:space="preserve">[1:01:49] </w:t>
      </w:r>
      <w:r>
        <w:t>to aik sahib ne jo amliyat ke maahir the, unhon ne bataya ke yeh aisa karo to kuch</w:t>
      </w:r>
    </w:p>
    <w:p>
      <w:pPr>
        <w:jc w:val="right"/>
      </w:pPr>
      <w:r>
        <w:t>تو ایک صاحب نے جو عملیات کے ماہر تھے، انہوں نے بتایا کہ یہ ایسا کرو تو کچھ</w:t>
      </w:r>
    </w:p>
    <w:p>
      <w:r>
        <w:rPr>
          <w:b/>
        </w:rPr>
        <w:t xml:space="preserve">[1:01:52] </w:t>
      </w:r>
      <w:r>
        <w:t>parha hai, unhon ne parh kar ke kiya kiya hai ke yeh jo chhuri jo hai, is ke</w:t>
      </w:r>
    </w:p>
    <w:p>
      <w:pPr>
        <w:jc w:val="right"/>
      </w:pPr>
      <w:r>
        <w:t>پڑھا ہے، انہوں نے پڑھ کر کے کیا کیا ہے کہ یہ جو چھری جو ہے، اس کے</w:t>
      </w:r>
    </w:p>
    <w:p>
      <w:r>
        <w:rPr>
          <w:b/>
        </w:rPr>
        <w:t xml:space="preserve">[1:01:55] </w:t>
      </w:r>
      <w:r>
        <w:t>seene mein ghase gi.</w:t>
      </w:r>
    </w:p>
    <w:p>
      <w:pPr>
        <w:jc w:val="right"/>
      </w:pPr>
      <w:r>
        <w:t>سینے میں گھسے گی۔</w:t>
      </w:r>
    </w:p>
    <w:p>
      <w:r>
        <w:rPr>
          <w:b/>
        </w:rPr>
        <w:t xml:space="preserve">[1:01:58] </w:t>
      </w:r>
      <w:r>
        <w:t>yahan jo chhuri hum ne is mein dakhil ki hai, woh is ke seenay mein ghuse gi.</w:t>
      </w:r>
    </w:p>
    <w:p>
      <w:pPr>
        <w:jc w:val="right"/>
      </w:pPr>
      <w:r>
        <w:t>یہاں جو چھری ہم نے اس میں داخل کی ہے، وہ اس کے سینے میں گھسے گی۔</w:t>
      </w:r>
    </w:p>
    <w:p>
      <w:r>
        <w:rPr>
          <w:b/>
        </w:rPr>
        <w:t xml:space="preserve">[1:02:01] </w:t>
      </w:r>
      <w:r>
        <w:t>is ko itna be taab kare gi ke woh Jewellery la ke aap ke kamray mein daal de ga.</w:t>
      </w:r>
    </w:p>
    <w:p>
      <w:pPr>
        <w:jc w:val="right"/>
      </w:pPr>
      <w:r>
        <w:t>اس کو اتنا بے تاب کرے گی کہ وہ Jewellery لا کے آپ کے کمرے میں ڈال دے گا۔</w:t>
      </w:r>
    </w:p>
    <w:p>
      <w:r>
        <w:rPr>
          <w:b/>
        </w:rPr>
        <w:t xml:space="preserve">[1:02:04] </w:t>
      </w:r>
      <w:r>
        <w:t>aap ke ghar mein daal de ga woh.</w:t>
      </w:r>
    </w:p>
    <w:p>
      <w:pPr>
        <w:jc w:val="right"/>
      </w:pPr>
      <w:r>
        <w:t>آپ کے گھر میں ڈال دے گا وہ۔</w:t>
      </w:r>
    </w:p>
    <w:p>
      <w:r>
        <w:rPr>
          <w:b/>
        </w:rPr>
        <w:t xml:space="preserve">[1:02:07] </w:t>
      </w:r>
      <w:r>
        <w:t>aisa kuch bhi nahi hua.</w:t>
      </w:r>
    </w:p>
    <w:p>
      <w:pPr>
        <w:jc w:val="right"/>
      </w:pPr>
      <w:r>
        <w:t>ایسا کچھ بھی نہیں ہوا۔</w:t>
      </w:r>
    </w:p>
    <w:p>
      <w:r>
        <w:rPr>
          <w:b/>
        </w:rPr>
        <w:t xml:space="preserve">[1:02:10] </w:t>
      </w:r>
      <w:r>
        <w:t>woh chori ho gayi, chori ho gayi.</w:t>
      </w:r>
    </w:p>
    <w:p>
      <w:pPr>
        <w:jc w:val="right"/>
      </w:pPr>
      <w:r>
        <w:t>وہ چوری ہو گئی، چوری ہو گئی۔</w:t>
      </w:r>
    </w:p>
    <w:p>
      <w:r>
        <w:rPr>
          <w:b/>
        </w:rPr>
        <w:t xml:space="preserve">[1:02:13] </w:t>
      </w:r>
      <w:r>
        <w:t>to yeh sab</w:t>
      </w:r>
    </w:p>
    <w:p>
      <w:pPr>
        <w:jc w:val="right"/>
      </w:pPr>
      <w:r>
        <w:t>تو یہ سب</w:t>
      </w:r>
    </w:p>
    <w:p>
      <w:r>
        <w:rPr>
          <w:b/>
        </w:rPr>
        <w:t xml:space="preserve">[1:02:16] </w:t>
      </w:r>
      <w:r>
        <w:t>aik aik sab Superstition hai.</w:t>
      </w:r>
    </w:p>
    <w:p>
      <w:pPr>
        <w:jc w:val="right"/>
      </w:pPr>
      <w:r>
        <w:t>ایک ایک سب Superstition ہے۔</w:t>
      </w:r>
    </w:p>
    <w:p>
      <w:r>
        <w:rPr>
          <w:b/>
        </w:rPr>
        <w:t xml:space="preserve">[1:02:20] </w:t>
      </w:r>
      <w:r>
        <w:t>aik False Business hai.</w:t>
      </w:r>
    </w:p>
    <w:p>
      <w:pPr>
        <w:jc w:val="right"/>
      </w:pPr>
      <w:r>
        <w:t>ایک False Business ہے۔</w:t>
      </w:r>
    </w:p>
    <w:p>
      <w:r>
        <w:rPr>
          <w:b/>
        </w:rPr>
        <w:t xml:space="preserve">[1:02:24] </w:t>
      </w:r>
      <w:r>
        <w:t>is ko mein kahoon ga False Hope Business.</w:t>
      </w:r>
    </w:p>
    <w:p>
      <w:pPr>
        <w:jc w:val="right"/>
      </w:pPr>
      <w:r>
        <w:t>اس کو میں کہوں گا False Hope Business۔</w:t>
      </w:r>
    </w:p>
    <w:p>
      <w:r>
        <w:rPr>
          <w:b/>
        </w:rPr>
        <w:t xml:space="preserve">[1:02:28] </w:t>
      </w:r>
      <w:r>
        <w:t>yeh False Hope Business hai, mehfoza umeedon ki tijarat.</w:t>
      </w:r>
    </w:p>
    <w:p>
      <w:pPr>
        <w:jc w:val="right"/>
      </w:pPr>
      <w:r>
        <w:t>یہ False Hope Business ہے، محفوظہ امیدوں کی تجارت۔</w:t>
      </w:r>
    </w:p>
    <w:p>
      <w:r>
        <w:rPr>
          <w:b/>
        </w:rPr>
        <w:t xml:space="preserve">[1:02:31] </w:t>
      </w:r>
      <w:r>
        <w:t>is se ziyada is ki koi haqeeqat nahi hai.</w:t>
      </w:r>
    </w:p>
    <w:p>
      <w:pPr>
        <w:jc w:val="right"/>
      </w:pPr>
      <w:r>
        <w:t>اس سے زیادہ اس کی کوئی حقیقت نہیں ہے۔</w:t>
      </w:r>
    </w:p>
    <w:p>
      <w:r>
        <w:rPr>
          <w:b/>
        </w:rPr>
        <w:t xml:space="preserve">[1:02:35] </w:t>
      </w:r>
      <w:r>
        <w:t>yeh jo log yaani jin ke andar samajh nahi hoti, woh is mein phans jatay hain.</w:t>
      </w:r>
    </w:p>
    <w:p>
      <w:pPr>
        <w:jc w:val="right"/>
      </w:pPr>
      <w:r>
        <w:t>یہ جو لوگ یعنی جن کے اندر سمجھ نہیں ہوتی، وہ اس میں پھنس جاتے ہیں۔</w:t>
      </w:r>
    </w:p>
    <w:p>
      <w:r>
        <w:rPr>
          <w:b/>
        </w:rPr>
        <w:t xml:space="preserve">[1:02:39] </w:t>
      </w:r>
      <w:r>
        <w:t>aur bohat bari raqamen is mein kharch karte hain.</w:t>
      </w:r>
    </w:p>
    <w:p>
      <w:pPr>
        <w:jc w:val="right"/>
      </w:pPr>
      <w:r>
        <w:t>اور بہت بڑی رقمیں اس میں خرچ کرتے ہیں۔</w:t>
      </w:r>
    </w:p>
    <w:p>
      <w:r>
        <w:rPr>
          <w:b/>
        </w:rPr>
        <w:t xml:space="preserve">[1:02:43] </w:t>
      </w:r>
      <w:r>
        <w:t>beh-haal, mein is ko baal</w:t>
      </w:r>
    </w:p>
    <w:p>
      <w:pPr>
        <w:jc w:val="right"/>
      </w:pPr>
      <w:r>
        <w:t>بہرحال، میں اس کو بال</w:t>
      </w:r>
    </w:p>
    <w:p>
      <w:r>
        <w:rPr>
          <w:b/>
        </w:rPr>
        <w:t xml:space="preserve">[1:02:46] </w:t>
      </w:r>
      <w:r>
        <w:t>kal Baseless samajhta hoon.</w:t>
      </w:r>
    </w:p>
    <w:p>
      <w:pPr>
        <w:jc w:val="right"/>
      </w:pPr>
      <w:r>
        <w:t>کل Baseless سمجھتا ہوں۔</w:t>
      </w:r>
    </w:p>
    <w:p>
      <w:r>
        <w:rPr>
          <w:b/>
        </w:rPr>
        <w:t xml:space="preserve">[1:02:51] </w:t>
      </w:r>
      <w:r>
        <w:t>aur is ki koi haqeeqat nahi hai.</w:t>
      </w:r>
    </w:p>
    <w:p>
      <w:pPr>
        <w:jc w:val="right"/>
      </w:pPr>
      <w:r>
        <w:t>اور اس کی کوئی حقیقت نہیں ہے۔</w:t>
      </w:r>
    </w:p>
    <w:p>
      <w:r>
        <w:rPr>
          <w:b/>
        </w:rPr>
        <w:t xml:space="preserve">[1:02:55] </w:t>
      </w:r>
      <w:r>
        <w:t>na Scientific aitbaar se aur na deen ke aitbaar se.</w:t>
      </w:r>
    </w:p>
    <w:p>
      <w:pPr>
        <w:jc w:val="right"/>
      </w:pPr>
      <w:r>
        <w:t>نہ Scientific اعتبار سے اور نہ دین کے اعتبار سے۔</w:t>
      </w:r>
    </w:p>
    <w:p>
      <w:r>
        <w:rPr>
          <w:b/>
        </w:rPr>
        <w:t xml:space="preserve">[1:02:59] </w:t>
      </w:r>
      <w:r>
        <w:t>Maulana, agla sawal Chennai se hai.</w:t>
      </w:r>
    </w:p>
    <w:p>
      <w:pPr>
        <w:jc w:val="right"/>
      </w:pPr>
      <w:r>
        <w:t>مولانا، اگلا سوال چنئی سے ہے۔</w:t>
      </w:r>
    </w:p>
    <w:p>
      <w:r>
        <w:rPr>
          <w:b/>
        </w:rPr>
        <w:t xml:space="preserve">[1:03:04] </w:t>
      </w:r>
      <w:r>
        <w:t>Maulana Iqbal Umri ka.</w:t>
      </w:r>
    </w:p>
    <w:p>
      <w:pPr>
        <w:jc w:val="right"/>
      </w:pPr>
      <w:r>
        <w:t>مولانا اقبال عمری کا۔</w:t>
      </w:r>
    </w:p>
    <w:p>
      <w:r>
        <w:rPr>
          <w:b/>
        </w:rPr>
        <w:t xml:space="preserve">[1:03:08] </w:t>
      </w:r>
      <w:r>
        <w:t>unhon ne likha hai: "Maulana, deen ki siyasi ta'abeer ki wajah se fard ka ma'rifat aur dawat ki</w:t>
      </w:r>
    </w:p>
    <w:p>
      <w:pPr>
        <w:jc w:val="right"/>
      </w:pPr>
      <w:r>
        <w:t>انہوں نے لکھا ہے: "مولانا، دین کی سیاسی تعبیر کی وجہ سے فرد کا معرفت اور دعوت کی</w:t>
      </w:r>
    </w:p>
    <w:p>
      <w:r>
        <w:rPr>
          <w:b/>
        </w:rPr>
        <w:t xml:space="preserve">[1:03:12] </w:t>
      </w:r>
      <w:r>
        <w:t>nisbat se kiya nuqsan hua hai? is ke baray mein humain batayein." bilkul khatm ho gaya nuqsan kiya</w:t>
      </w:r>
    </w:p>
    <w:p>
      <w:pPr>
        <w:jc w:val="right"/>
      </w:pPr>
      <w:r>
        <w:t>نسبت سے کیا نقصان ہوا ہے؟ اس کے بارے میں ہمیں بتائیں۔" بالکل ختم ہو گیا نقصان کیا</w:t>
      </w:r>
    </w:p>
    <w:p>
      <w:r>
        <w:rPr>
          <w:b/>
        </w:rPr>
        <w:t xml:space="preserve">[1:03:17] </w:t>
      </w:r>
      <w:r>
        <w:t>؟ khatam ho gaya. sirf siyasi jhagray, siyasi hangamay, yahan tak ke tashaddud aur Suicide bombing sab isi se to paida hue hain. Allah ki ma'rifat aur insaan ke liye Peaceful dawat, wo sab khatam. wo to hadaf hai bilkul, hai hi nahi. sara bas siyasi hangamay hain. to yani deen ke naam par,</w:t>
      </w:r>
    </w:p>
    <w:p>
      <w:pPr>
        <w:jc w:val="right"/>
      </w:pPr>
      <w:r>
        <w:t>؟ ختم ہو گیا۔ صرف سیاسی جھگڑے، سیاسی ہنگامے، یہاں تک کہ تشدد اور Suicide bombing سب اسی سے تو پیدا ہوئے ہیں۔ اللہ کی معرفت اور انسان کے لیے Peaceful دعوت، وہ سب ختم۔ وہ تو حذف ہے بالکل، ہے ہی نہیں۔ سارا بس سیاسی ہنگامے ہیں۔ تو یعنی دین کے نام پر،</w:t>
      </w:r>
    </w:p>
    <w:p>
      <w:r>
        <w:rPr>
          <w:b/>
        </w:rPr>
        <w:t xml:space="preserve">[1:03:47] </w:t>
      </w:r>
      <w:r>
        <w:t>deen ke naam par yaani aisi cheezain jin ka koi deen se koi ta'alluq nahi.</w:t>
      </w:r>
    </w:p>
    <w:p>
      <w:pPr>
        <w:jc w:val="right"/>
      </w:pPr>
      <w:r>
        <w:t>دین کے نام پر یعنی ایسی چیزیں جن کا کوئی دین سے کوئی تعلق نہیں۔</w:t>
      </w:r>
    </w:p>
    <w:p>
      <w:r>
        <w:rPr>
          <w:b/>
        </w:rPr>
        <w:t xml:space="preserve">[1:03:53] </w:t>
      </w:r>
      <w:r>
        <w:t>yehi hua hai.</w:t>
      </w:r>
    </w:p>
    <w:p>
      <w:pPr>
        <w:jc w:val="right"/>
      </w:pPr>
      <w:r>
        <w:t>یہی ہوا ہے۔</w:t>
      </w:r>
    </w:p>
    <w:p>
      <w:r>
        <w:rPr>
          <w:b/>
        </w:rPr>
        <w:t xml:space="preserve">[1:03:59] </w:t>
      </w:r>
      <w:r>
        <w:t>mera to tajruba yehi hai.</w:t>
      </w:r>
    </w:p>
    <w:p>
      <w:pPr>
        <w:jc w:val="right"/>
      </w:pPr>
      <w:r>
        <w:t>میرا تو تجربہ یہی ہے۔</w:t>
      </w:r>
    </w:p>
    <w:p>
      <w:r>
        <w:rPr>
          <w:b/>
        </w:rPr>
        <w:t xml:space="preserve">[1:04:05] </w:t>
      </w:r>
      <w:r>
        <w:t>Maulana, agla sawal lainay se pehlay aik Comment parhna chahenge jo Zahiruddin sahib ne kiya hai Raichur se.</w:t>
      </w:r>
    </w:p>
    <w:p>
      <w:pPr>
        <w:jc w:val="right"/>
      </w:pPr>
      <w:r>
        <w:t>مولانا، اگلا سوال لینے سے پہلے ایک Comment پڑھنا چاہیں گے جو ظہیرالدین صاحب نے کیا ہے رائچور سے۔</w:t>
      </w:r>
    </w:p>
    <w:p>
      <w:r>
        <w:rPr>
          <w:b/>
        </w:rPr>
        <w:t xml:space="preserve">[1:04:11] </w:t>
      </w:r>
      <w:r>
        <w:t>Unhon ne likha hai: "Non-Muslim reformers failed to discover creation plan</w:t>
      </w:r>
    </w:p>
    <w:p>
      <w:pPr>
        <w:jc w:val="right"/>
      </w:pPr>
      <w:r>
        <w:t>انہوں نے لکھا ہے: "Non-Muslim reformers failed to discover creation plan</w:t>
      </w:r>
    </w:p>
    <w:p>
      <w:r>
        <w:rPr>
          <w:b/>
        </w:rPr>
        <w:t xml:space="preserve">[1:04:17] </w:t>
      </w:r>
      <w:r>
        <w:t>of God because no one had told them that creation plan of God is mentioned in the Quran.</w:t>
      </w:r>
    </w:p>
    <w:p>
      <w:pPr>
        <w:jc w:val="right"/>
      </w:pPr>
      <w:r>
        <w:t>of God because no one had told them that creation plan of God is mentioned in the Quran.</w:t>
      </w:r>
    </w:p>
    <w:p>
      <w:r>
        <w:rPr>
          <w:b/>
        </w:rPr>
        <w:t xml:space="preserve">[1:04:24] </w:t>
      </w:r>
      <w:r>
        <w:t>And as far as Muslim reformers are concerned, their failure to discover the creation plan of God from</w:t>
      </w:r>
    </w:p>
    <w:p>
      <w:pPr>
        <w:jc w:val="right"/>
      </w:pPr>
      <w:r>
        <w:t>And as far as Muslim reformers are concerned, their failure to discover the creation plan of God from</w:t>
      </w:r>
    </w:p>
    <w:p>
      <w:r>
        <w:rPr>
          <w:b/>
        </w:rPr>
        <w:t xml:space="preserve">[1:04:32] </w:t>
      </w:r>
      <w:r>
        <w:t>Quran and Sunnah is due to what you mentioned that they have not read Quran and Hadith with</w:t>
      </w:r>
    </w:p>
    <w:p>
      <w:pPr>
        <w:jc w:val="right"/>
      </w:pPr>
      <w:r>
        <w:t>Quran and Sunnah is due to what you mentioned that they have not read Quran and Hadith with</w:t>
      </w:r>
    </w:p>
    <w:p>
      <w:r>
        <w:rPr>
          <w:b/>
        </w:rPr>
        <w:t xml:space="preserve">[1:04:39] </w:t>
      </w:r>
      <w:r>
        <w:t>open mind." Dekhen, yeh baat sahi nahi hai ke Quran mein kahin Quran mein yeh</w:t>
      </w:r>
    </w:p>
    <w:p>
      <w:pPr>
        <w:jc w:val="right"/>
      </w:pPr>
      <w:r>
        <w:t>open mind." دیکھیں، یہ بات صحیح نہیں ہے کہ قرآن میں کہیں قرآن میں یہ</w:t>
      </w:r>
    </w:p>
    <w:p>
      <w:r>
        <w:rPr>
          <w:b/>
        </w:rPr>
        <w:t xml:space="preserve">[1:04:47] </w:t>
      </w:r>
      <w:r>
        <w:t>bataya gaya hai.</w:t>
      </w:r>
    </w:p>
    <w:p>
      <w:pPr>
        <w:jc w:val="right"/>
      </w:pPr>
      <w:r>
        <w:t>بتایا گیا ہے۔</w:t>
      </w:r>
    </w:p>
    <w:p>
      <w:r>
        <w:rPr>
          <w:b/>
        </w:rPr>
        <w:t xml:space="preserve">[1:04:52] </w:t>
      </w:r>
      <w:r>
        <w:t>Ab yahi lafz nahi hota kitaab mein.</w:t>
      </w:r>
    </w:p>
    <w:p>
      <w:pPr>
        <w:jc w:val="right"/>
      </w:pPr>
      <w:r>
        <w:t>اب یہی لفظ نہیں ہوتا کتاب میں۔</w:t>
      </w:r>
    </w:p>
    <w:p>
      <w:r>
        <w:rPr>
          <w:b/>
        </w:rPr>
        <w:t xml:space="preserve">[1:04:57] </w:t>
      </w:r>
      <w:r>
        <w:t>Agar yahi lafz hota to tadabbur ko kaha jata.</w:t>
      </w:r>
    </w:p>
    <w:p>
      <w:pPr>
        <w:jc w:val="right"/>
      </w:pPr>
      <w:r>
        <w:t>اگر یہی لفظ ہوتا تو تدبر کو کہا جاتا۔</w:t>
      </w:r>
    </w:p>
    <w:p>
      <w:r>
        <w:rPr>
          <w:b/>
        </w:rPr>
        <w:t xml:space="preserve">[1:05:02] </w:t>
      </w:r>
      <w:r>
        <w:t>Tadabbur ko kaha jata.</w:t>
      </w:r>
    </w:p>
    <w:p>
      <w:pPr>
        <w:jc w:val="right"/>
      </w:pPr>
      <w:r>
        <w:t>تدبر کو کہا جاتا۔</w:t>
      </w:r>
    </w:p>
    <w:p>
      <w:r>
        <w:rPr>
          <w:b/>
        </w:rPr>
        <w:t xml:space="preserve">[1:05:07] </w:t>
      </w:r>
      <w:r>
        <w:t>Misal ke taur par dekhiye, Quran mein hai ke: "Khalaqal mauta wal hayata li yablawakum ayyukum ahsan amalan." Yahi to hai kahin Quran mein.</w:t>
      </w:r>
    </w:p>
    <w:p>
      <w:pPr>
        <w:jc w:val="right"/>
      </w:pPr>
      <w:r>
        <w:t>مثلاً دیکھیے، قرآن میں ہے کہ: "خلق الموت والحیات لیولکم وایکم احسن عملاً۔" یہی تو ہے کہیں قرآن میں۔</w:t>
      </w:r>
    </w:p>
    <w:p>
      <w:r>
        <w:rPr>
          <w:b/>
        </w:rPr>
        <w:t xml:space="preserve">[1:05:12] </w:t>
      </w:r>
      <w:r>
        <w:t>"Khalaqal mauta wal hayata li yablawakum ayyukum ahsan amalan." Yani insan ko paida kiya, kuch din zinda rahe, phir woh faut aaye.</w:t>
      </w:r>
    </w:p>
    <w:p>
      <w:pPr>
        <w:jc w:val="right"/>
      </w:pPr>
      <w:r>
        <w:t>"خلق الموت والحیات لیولکم وایکم احسن عملاً۔" یعنی انسان کو پیدا کیا، کچھ دن زندہ رہے، پھر وہ فوت آئے۔</w:t>
      </w:r>
    </w:p>
    <w:p>
      <w:r>
        <w:rPr>
          <w:b/>
        </w:rPr>
        <w:t xml:space="preserve">[1:05:17] </w:t>
      </w:r>
      <w:r>
        <w:t>maut ke baad wo jo amal ke aitbar se behtar hai, us ka intikhab kiya jaye. yahi to hai kahin Quran mein. to tadabbur ka matlab yeh hai ke aap is ko yani is mein ghhor kar ke is ke jo chhupe hue ma'ni ko daryaft karen. dekhiye, ek Hadees hai: "لِكُلِّ قُرْآنٍ كَلِّ آيَةٍ مِنْهَا زَ</w:t>
      </w:r>
    </w:p>
    <w:p>
      <w:pPr>
        <w:jc w:val="right"/>
      </w:pPr>
      <w:r>
        <w:t>موت کے بعد وہ جو عمل کے اعتبار سے بہتر ہے، اس کا انتخاب کیا جائے۔ یہی تو ہے کہیں قرآن میں۔ تو تدبر کا مطلب یہ ہے کہ آپ اس کو یعنی اس میں غور کر کے اس کے جو کہ چھپے ہوئے معنی کو دریافت کریں۔ دیکھیے، ایک حدیث ہے: "لِكُلِّ قُرْآنٍ كَلِّ آيَةٍ مِنْهَا زَ</w:t>
      </w:r>
    </w:p>
    <w:p>
      <w:r>
        <w:rPr>
          <w:b/>
        </w:rPr>
        <w:t xml:space="preserve">[1:05:47] </w:t>
      </w:r>
      <w:r>
        <w:t>Har wa batr." Har ayat ka ek zeher hai aur batan hai.</w:t>
      </w:r>
    </w:p>
    <w:p>
      <w:pPr>
        <w:jc w:val="right"/>
      </w:pPr>
      <w:r>
        <w:t>هَرٌ وَبَطْرٌ۔" ہر آیت کا ایک زہر ہے اور بطن ہے۔</w:t>
      </w:r>
    </w:p>
    <w:p>
      <w:r>
        <w:rPr>
          <w:b/>
        </w:rPr>
        <w:t xml:space="preserve">[1:05:51] </w:t>
      </w:r>
      <w:r>
        <w:t>Yani ek khula mafhoom hai, ek is mein chupa mafhoom hai.</w:t>
      </w:r>
    </w:p>
    <w:p>
      <w:pPr>
        <w:jc w:val="right"/>
      </w:pPr>
      <w:r>
        <w:t>یعنی ایک کھلا مفہوم ہے، ایک اس میں چھپا مفہوم ہے۔</w:t>
      </w:r>
    </w:p>
    <w:p>
      <w:r>
        <w:rPr>
          <w:b/>
        </w:rPr>
        <w:t xml:space="preserve">[1:05:55] </w:t>
      </w:r>
      <w:r>
        <w:t>To chupa mafhoom jo aap daryaft karenge to koi lafz to denge is ke liye.</w:t>
      </w:r>
    </w:p>
    <w:p>
      <w:pPr>
        <w:jc w:val="right"/>
      </w:pPr>
      <w:r>
        <w:t>تو چھپا مفہوم جو آپ دریافت کریں گے تو کوئی لفظ تو دیں گے اس کے لیے۔</w:t>
      </w:r>
    </w:p>
    <w:p>
      <w:r>
        <w:rPr>
          <w:b/>
        </w:rPr>
        <w:t xml:space="preserve">[1:05:59] </w:t>
      </w:r>
      <w:r>
        <w:t>Baghair lafz diye kaise is ko bayan karenge aap? "Li kulli ayatin minha zaharun wa batrun." Quran ki har</w:t>
      </w:r>
    </w:p>
    <w:p>
      <w:pPr>
        <w:jc w:val="right"/>
      </w:pPr>
      <w:r>
        <w:t>بغیر لفظ دیے کیسے اس کو بیان کریں گے آپ؟ "لِكُلِّ آيَةٍ مِنْهَا زَهَرٌ وَبَطْرٌ۔" قرآن کی ہر</w:t>
      </w:r>
    </w:p>
    <w:p>
      <w:r>
        <w:rPr>
          <w:b/>
        </w:rPr>
        <w:t xml:space="preserve">[1:06:03] </w:t>
      </w:r>
      <w:r>
        <w:t>ayat ka ek khula mafhoom hai, ek chupa mafhoom hai.</w:t>
      </w:r>
    </w:p>
    <w:p>
      <w:pPr>
        <w:jc w:val="right"/>
      </w:pPr>
      <w:r>
        <w:t>آیت کا ایک کھلا مفہوم ہے، ایک چھپا مفہوم ہے۔</w:t>
      </w:r>
    </w:p>
    <w:p>
      <w:r>
        <w:rPr>
          <w:b/>
        </w:rPr>
        <w:t xml:space="preserve">[1:06:06] </w:t>
      </w:r>
      <w:r>
        <w:t>To chupa mafhoom janne ke liye aap tadabbur karenge.</w:t>
      </w:r>
    </w:p>
    <w:p>
      <w:pPr>
        <w:jc w:val="right"/>
      </w:pPr>
      <w:r>
        <w:t>تو چھپا مفہوم جاننے کے لیے آپ تدبر کریں گے۔</w:t>
      </w:r>
    </w:p>
    <w:p>
      <w:r>
        <w:rPr>
          <w:b/>
        </w:rPr>
        <w:t xml:space="preserve">[1:06:10] </w:t>
      </w:r>
      <w:r>
        <w:t>Tadabbur karenge, daryaft karenge.</w:t>
      </w:r>
    </w:p>
    <w:p>
      <w:pPr>
        <w:jc w:val="right"/>
      </w:pPr>
      <w:r>
        <w:t>تدبر کریں گے، دریافت کریں گے۔</w:t>
      </w:r>
    </w:p>
    <w:p>
      <w:r>
        <w:rPr>
          <w:b/>
        </w:rPr>
        <w:t xml:space="preserve">[1:06:14] </w:t>
      </w:r>
      <w:r>
        <w:t>To koi lafz to denge aap is ko</w:t>
      </w:r>
    </w:p>
    <w:p>
      <w:pPr>
        <w:jc w:val="right"/>
      </w:pPr>
      <w:r>
        <w:t>تو کوئی لفظ تو دیں گے آپ اس کو</w:t>
      </w:r>
    </w:p>
    <w:p>
      <w:r>
        <w:rPr>
          <w:b/>
        </w:rPr>
        <w:t xml:space="preserve">[1:06:18] </w:t>
      </w:r>
      <w:r>
        <w:t>? To "Khalaqal mauta wal hayata li yablawakum ayyukum ahsan amalan." Is tarah ki aur bhi ayatein hain.</w:t>
      </w:r>
    </w:p>
    <w:p>
      <w:pPr>
        <w:jc w:val="right"/>
      </w:pPr>
      <w:r>
        <w:t>؟ تو "خلق الموت والحیات لِيَبْلُوْكُمْ وَأَيَّكُمْ أَحْسَنَ عَمَلًا۔" اس طرح کی اور بھی آیتیں ہیں۔</w:t>
      </w:r>
    </w:p>
    <w:p>
      <w:r>
        <w:rPr>
          <w:b/>
        </w:rPr>
        <w:t xml:space="preserve">[1:06:22] </w:t>
      </w:r>
      <w:r>
        <w:t>Isi ko maine apne lafzon mein kaha hai aaj ka insan samajhne ke liye creation plan of God.</w:t>
      </w:r>
    </w:p>
    <w:p>
      <w:pPr>
        <w:jc w:val="right"/>
      </w:pPr>
      <w:r>
        <w:t>اسی کو میں نے اپنے لفظوں میں کہا ہے آج کا انسان سمجھنے کے لیے creation plan of God۔</w:t>
      </w:r>
    </w:p>
    <w:p>
      <w:r>
        <w:rPr>
          <w:b/>
        </w:rPr>
        <w:t xml:space="preserve">[1:06:27] </w:t>
      </w:r>
      <w:r>
        <w:t>To yeh kehna galat hai ke Quran mein yeh nahi hai.</w:t>
      </w:r>
    </w:p>
    <w:p>
      <w:pPr>
        <w:jc w:val="right"/>
      </w:pPr>
      <w:r>
        <w:t>تو یہ کہنا غلط ہے کہ قرآن میں یہ نہیں ہے۔</w:t>
      </w:r>
    </w:p>
    <w:p>
      <w:r>
        <w:rPr>
          <w:b/>
        </w:rPr>
        <w:t xml:space="preserve">[1:06:31] </w:t>
      </w:r>
      <w:r>
        <w:t>Yahi to hai saare Quran mein phaila hua hai.</w:t>
      </w:r>
    </w:p>
    <w:p>
      <w:pPr>
        <w:jc w:val="right"/>
      </w:pPr>
      <w:r>
        <w:t>یہی تو ہے سارے قرآن میں پھیلا ہوا ہے۔</w:t>
      </w:r>
    </w:p>
    <w:p>
      <w:r>
        <w:rPr>
          <w:b/>
        </w:rPr>
        <w:t xml:space="preserve">[1:06:36] </w:t>
      </w:r>
      <w:r>
        <w:t>Saare Quran mein yahi phaila hua hai.</w:t>
      </w:r>
    </w:p>
    <w:p>
      <w:pPr>
        <w:jc w:val="right"/>
      </w:pPr>
      <w:r>
        <w:t>سارے قرآن میں یہی پھیلا ہوا ہے۔</w:t>
      </w:r>
    </w:p>
    <w:p>
      <w:r>
        <w:rPr>
          <w:b/>
        </w:rPr>
        <w:t xml:space="preserve">[1:06:40] </w:t>
      </w:r>
      <w:r>
        <w:t>Maulana, agla sawal Pennsylvania, USA se Khwaja Kaleemuddin sahib ne kiya hai.</w:t>
      </w:r>
    </w:p>
    <w:p>
      <w:pPr>
        <w:jc w:val="right"/>
      </w:pPr>
      <w:r>
        <w:t>مولانا، اگلا سوال پینسلوینیا، یو ایس اے سے خواجہ کلیم الدین صاحب نے کیا ہے۔</w:t>
      </w:r>
    </w:p>
    <w:p>
      <w:r>
        <w:rPr>
          <w:b/>
        </w:rPr>
        <w:t xml:space="preserve">[1:06:44] </w:t>
      </w:r>
      <w:r>
        <w:t>unhon ne likha hai:</w:t>
      </w:r>
    </w:p>
    <w:p>
      <w:pPr>
        <w:jc w:val="right"/>
      </w:pPr>
      <w:r>
        <w:t>انہوں نے لکھا ہے:</w:t>
      </w:r>
    </w:p>
    <w:p>
      <w:r>
        <w:rPr>
          <w:b/>
        </w:rPr>
        <w:t xml:space="preserve">[1:06:49] </w:t>
      </w:r>
      <w:r>
        <w:t>"Yesterday evening's lecture on spirituality was very enlightening.</w:t>
      </w:r>
    </w:p>
    <w:p>
      <w:pPr>
        <w:jc w:val="right"/>
      </w:pPr>
      <w:r>
        <w:t>"Yesterday evening's lecture on spirituality was very enlightening.</w:t>
      </w:r>
    </w:p>
    <w:p>
      <w:r>
        <w:rPr>
          <w:b/>
        </w:rPr>
        <w:t xml:space="preserve">[1:06:55] </w:t>
      </w:r>
      <w:r>
        <w:t>One of the points you mentioned in this lecture was 'the weapon of' that is دعا۔</w:t>
      </w:r>
    </w:p>
    <w:p>
      <w:pPr>
        <w:jc w:val="right"/>
      </w:pPr>
      <w:r>
        <w:t>One of the points you mentioned in this lecture was 'Die's weapon' that is دعا۔</w:t>
      </w:r>
    </w:p>
    <w:p>
      <w:r>
        <w:rPr>
          <w:b/>
        </w:rPr>
        <w:t xml:space="preserve">[1:07:01] </w:t>
      </w:r>
      <w:r>
        <w:t>maulana, could you please throw more light on dua aur sabr? What should die do when the acceptance</w:t>
      </w:r>
    </w:p>
    <w:p>
      <w:pPr>
        <w:jc w:val="right"/>
      </w:pPr>
      <w:r>
        <w:t>مولانا، could you please throw more light on دعا and صبر؟ What should die do when the acceptance</w:t>
      </w:r>
    </w:p>
    <w:p>
      <w:r>
        <w:rPr>
          <w:b/>
        </w:rPr>
        <w:t xml:space="preserve">[1:07:07] </w:t>
      </w:r>
      <w:r>
        <w:t>of his dua aur the result is delayed?" dekhen, main apna aik tajurba batata hoon.</w:t>
      </w:r>
    </w:p>
    <w:p>
      <w:pPr>
        <w:jc w:val="right"/>
      </w:pPr>
      <w:r>
        <w:t>of his دعا or the result is delayed?" دیکھیں، میں اپنا ایک تجربہ بتاتا ہوں۔</w:t>
      </w:r>
    </w:p>
    <w:p>
      <w:r>
        <w:rPr>
          <w:b/>
        </w:rPr>
        <w:t xml:space="preserve">[1:07:13] </w:t>
      </w:r>
      <w:r>
        <w:t>aur bohat anokha</w:t>
      </w:r>
    </w:p>
    <w:p>
      <w:pPr>
        <w:jc w:val="right"/>
      </w:pPr>
      <w:r>
        <w:t>اور بہت انو</w:t>
      </w:r>
    </w:p>
    <w:p>
      <w:r>
        <w:rPr>
          <w:b/>
        </w:rPr>
        <w:t xml:space="preserve">[1:07:19] </w:t>
      </w:r>
      <w:r>
        <w:t>kha tajurba.</w:t>
      </w:r>
    </w:p>
    <w:p>
      <w:pPr>
        <w:jc w:val="right"/>
      </w:pPr>
      <w:r>
        <w:t>کھا تجربہ۔</w:t>
      </w:r>
    </w:p>
    <w:p>
      <w:r>
        <w:rPr>
          <w:b/>
        </w:rPr>
        <w:t xml:space="preserve">[1:07:23] </w:t>
      </w:r>
      <w:r>
        <w:t>jo log jante hain hamare mission ke bare mein, unko pata hai ke jab yeh mission shuru</w:t>
      </w:r>
    </w:p>
    <w:p>
      <w:pPr>
        <w:jc w:val="right"/>
      </w:pPr>
      <w:r>
        <w:t>جو لوگ جانتے ہیں ہمارے مشن کے بارے میں، ان کو پتہ ہے کہ جب یہ مشن شروع</w:t>
      </w:r>
    </w:p>
    <w:p>
      <w:r>
        <w:rPr>
          <w:b/>
        </w:rPr>
        <w:t xml:space="preserve">[1:07:28] </w:t>
      </w:r>
      <w:r>
        <w:t>hua to sab se zyada is ko bazahir acceptance mila haiderabad mein.</w:t>
      </w:r>
    </w:p>
    <w:p>
      <w:pPr>
        <w:jc w:val="right"/>
      </w:pPr>
      <w:r>
        <w:t>ہوا تو سب سے زیادہ اس کو بظاہر acceptance ملا حیدرآباد میں۔</w:t>
      </w:r>
    </w:p>
    <w:p>
      <w:r>
        <w:rPr>
          <w:b/>
        </w:rPr>
        <w:t xml:space="preserve">[1:07:32] </w:t>
      </w:r>
      <w:r>
        <w:t>haiderabad mein bar bar main gaya.</w:t>
      </w:r>
    </w:p>
    <w:p>
      <w:pPr>
        <w:jc w:val="right"/>
      </w:pPr>
      <w:r>
        <w:t>حیدرآباد میں بار بار میں گیا۔</w:t>
      </w:r>
    </w:p>
    <w:p>
      <w:r>
        <w:rPr>
          <w:b/>
        </w:rPr>
        <w:t xml:space="preserve">[1:07:37] </w:t>
      </w:r>
      <w:r>
        <w:t>train se, wohajat se.</w:t>
      </w:r>
    </w:p>
    <w:p>
      <w:pPr>
        <w:jc w:val="right"/>
      </w:pPr>
      <w:r>
        <w:t>ٹرین سے، وہاجات سے۔</w:t>
      </w:r>
    </w:p>
    <w:p>
      <w:r>
        <w:rPr>
          <w:b/>
        </w:rPr>
        <w:t xml:space="preserve">[1:07:41] </w:t>
      </w:r>
      <w:r>
        <w:t>bohat bar jata tha.</w:t>
      </w:r>
    </w:p>
    <w:p>
      <w:pPr>
        <w:jc w:val="right"/>
      </w:pPr>
      <w:r>
        <w:t>بہت بار جاتا تھا۔</w:t>
      </w:r>
    </w:p>
    <w:p>
      <w:r>
        <w:rPr>
          <w:b/>
        </w:rPr>
        <w:t xml:space="preserve">[1:07:46] </w:t>
      </w:r>
      <w:r>
        <w:t>main sab se zyada main india mein haiderabadi mein gaya hoon main.</w:t>
      </w:r>
    </w:p>
    <w:p>
      <w:pPr>
        <w:jc w:val="right"/>
      </w:pPr>
      <w:r>
        <w:t>میں سب سے زیادہ میں انڈیا میں حیدرآبادی میں گیا ہوں میں۔</w:t>
      </w:r>
    </w:p>
    <w:p>
      <w:r>
        <w:rPr>
          <w:b/>
        </w:rPr>
        <w:t xml:space="preserve">[1:07:50] </w:t>
      </w:r>
      <w:r>
        <w:t>wahan bohat achhe achhe program hote the.</w:t>
      </w:r>
    </w:p>
    <w:p>
      <w:pPr>
        <w:jc w:val="right"/>
      </w:pPr>
      <w:r>
        <w:t>وہاں بہت اچھے اچھے پروگرام ہوتے تھے۔</w:t>
      </w:r>
    </w:p>
    <w:p>
      <w:r>
        <w:rPr>
          <w:b/>
        </w:rPr>
        <w:t xml:space="preserve">[1:07:55] </w:t>
      </w:r>
      <w:r>
        <w:t>phir wahan hamara aik center bana.</w:t>
      </w:r>
    </w:p>
    <w:p>
      <w:pPr>
        <w:jc w:val="right"/>
      </w:pPr>
      <w:r>
        <w:t>پھر وہاں ہمارا ایک center بنا۔</w:t>
      </w:r>
    </w:p>
    <w:p>
      <w:r>
        <w:rPr>
          <w:b/>
        </w:rPr>
        <w:t xml:space="preserve">[1:07:59] </w:t>
      </w:r>
      <w:r>
        <w:t>phir kya hua ke is ko setback hua.</w:t>
      </w:r>
    </w:p>
    <w:p>
      <w:pPr>
        <w:jc w:val="right"/>
      </w:pPr>
      <w:r>
        <w:t>پھر کیا ہوا کہ اس کو setback ہوا۔</w:t>
      </w:r>
    </w:p>
    <w:p>
      <w:r>
        <w:rPr>
          <w:b/>
        </w:rPr>
        <w:t xml:space="preserve">[1:08:03] </w:t>
      </w:r>
      <w:r>
        <w:t>aur hamara sara kam wahan jeopardize ho gaya.</w:t>
      </w:r>
    </w:p>
    <w:p>
      <w:pPr>
        <w:jc w:val="right"/>
      </w:pPr>
      <w:r>
        <w:t>اور ہمارا سارا کام وہاں jeopardize ہو گیا۔</w:t>
      </w:r>
    </w:p>
    <w:p>
      <w:r>
        <w:rPr>
          <w:b/>
        </w:rPr>
        <w:t xml:space="preserve">[1:08:08] </w:t>
      </w:r>
      <w:r>
        <w:t>kisi wajah se.</w:t>
      </w:r>
    </w:p>
    <w:p>
      <w:pPr>
        <w:jc w:val="right"/>
      </w:pPr>
      <w:r>
        <w:t>کسی وجہ سے۔</w:t>
      </w:r>
    </w:p>
    <w:p>
      <w:r>
        <w:rPr>
          <w:b/>
        </w:rPr>
        <w:t xml:space="preserve">[1:08:12] </w:t>
      </w:r>
      <w:r>
        <w:t>yani amalan haiderabad mein hamara kaam jo hai khatm ho gaya.</w:t>
      </w:r>
    </w:p>
    <w:p>
      <w:pPr>
        <w:jc w:val="right"/>
      </w:pPr>
      <w:r>
        <w:t>یعنی عملاً حیدرآباد میں ہمارا کام جو ہے ختم ہو گیا۔</w:t>
      </w:r>
    </w:p>
    <w:p>
      <w:r>
        <w:rPr>
          <w:b/>
        </w:rPr>
        <w:t xml:space="preserve">[1:08:16] </w:t>
      </w:r>
      <w:r>
        <w:t>to lekin mere andar Allah ke fazl se koi negative thought nahin aa</w:t>
      </w:r>
    </w:p>
    <w:p>
      <w:pPr>
        <w:jc w:val="right"/>
      </w:pPr>
      <w:r>
        <w:t>تو لیکن میرے اندر اللہ کے فضل سے کوئی negative thought نہیں آ</w:t>
      </w:r>
    </w:p>
    <w:p>
      <w:r>
        <w:rPr>
          <w:b/>
        </w:rPr>
        <w:t xml:space="preserve">[1:08:21] </w:t>
      </w:r>
      <w:r>
        <w:t>ya.</w:t>
      </w:r>
    </w:p>
    <w:p>
      <w:pPr>
        <w:jc w:val="right"/>
      </w:pPr>
      <w:r>
        <w:t>یا۔</w:t>
      </w:r>
    </w:p>
    <w:p>
      <w:r>
        <w:rPr>
          <w:b/>
        </w:rPr>
        <w:t xml:space="preserve">[1:08:24] </w:t>
      </w:r>
      <w:r>
        <w:t>koi ghussa nahin aaya.</w:t>
      </w:r>
    </w:p>
    <w:p>
      <w:pPr>
        <w:jc w:val="right"/>
      </w:pPr>
      <w:r>
        <w:t>کوئی غصہ نہیں آیا۔</w:t>
      </w:r>
    </w:p>
    <w:p>
      <w:r>
        <w:rPr>
          <w:b/>
        </w:rPr>
        <w:t xml:space="preserve">[1:08:27] </w:t>
      </w:r>
      <w:r>
        <w:t>main ne koi karrawai nahin ki negative.</w:t>
      </w:r>
    </w:p>
    <w:p>
      <w:pPr>
        <w:jc w:val="right"/>
      </w:pPr>
      <w:r>
        <w:t>میں نے کوئی کارروائی نہیں کی negative۔</w:t>
      </w:r>
    </w:p>
    <w:p>
      <w:r>
        <w:rPr>
          <w:b/>
        </w:rPr>
        <w:t xml:space="preserve">[1:08:30] </w:t>
      </w:r>
      <w:r>
        <w:t>sirf dua karta raha, dua karta raha, dua karta raha.</w:t>
      </w:r>
    </w:p>
    <w:p>
      <w:pPr>
        <w:jc w:val="right"/>
      </w:pPr>
      <w:r>
        <w:t>صرف دعا کرتا رہا، دعا کرتا رہا، دعا کرتا رہا۔</w:t>
      </w:r>
    </w:p>
    <w:p>
      <w:r>
        <w:rPr>
          <w:b/>
        </w:rPr>
        <w:t xml:space="preserve">[1:08:33] </w:t>
      </w:r>
      <w:r>
        <w:t>is poori muddat mein sirf dua hi karta raha.</w:t>
      </w:r>
    </w:p>
    <w:p>
      <w:pPr>
        <w:jc w:val="right"/>
      </w:pPr>
      <w:r>
        <w:t>اس پوری مدت میں صرف دعا ہی کرتا رہا۔</w:t>
      </w:r>
    </w:p>
    <w:p>
      <w:r>
        <w:rPr>
          <w:b/>
        </w:rPr>
        <w:t xml:space="preserve">[1:08:36] </w:t>
      </w:r>
      <w:r>
        <w:t>ab wahan par aik breaking hua.</w:t>
      </w:r>
    </w:p>
    <w:p>
      <w:pPr>
        <w:jc w:val="right"/>
      </w:pPr>
      <w:r>
        <w:t>اب وہاں پر ایک breaking ہوا۔</w:t>
      </w:r>
    </w:p>
    <w:p>
      <w:r>
        <w:rPr>
          <w:b/>
        </w:rPr>
        <w:t xml:space="preserve">[1:08:39] </w:t>
      </w:r>
      <w:r>
        <w:t>yani woh sara ka sara Allah taala ke fazl se hua.</w:t>
      </w:r>
    </w:p>
    <w:p>
      <w:pPr>
        <w:jc w:val="right"/>
      </w:pPr>
      <w:r>
        <w:t>یعنی وہ سارا کا سارا اللہ تعالیٰ کے فضل سے ہوا۔</w:t>
      </w:r>
    </w:p>
    <w:p>
      <w:r>
        <w:rPr>
          <w:b/>
        </w:rPr>
        <w:t xml:space="preserve">[1:08:42] </w:t>
      </w:r>
      <w:r>
        <w:t>ab mein sochta hoon to wahan par jo setback hua tha woh bohat hi zyada rehmat ka muamla tha.</w:t>
      </w:r>
    </w:p>
    <w:p>
      <w:pPr>
        <w:jc w:val="right"/>
      </w:pPr>
      <w:r>
        <w:t>اب میں سوچتا ہوں تو وہاں پر جو setback ہوا تھا وہ بہت ہی زیادہ رحمت کا معاملہ تھا۔</w:t>
      </w:r>
    </w:p>
    <w:p>
      <w:r>
        <w:rPr>
          <w:b/>
        </w:rPr>
        <w:t xml:space="preserve">[1:08:45] </w:t>
      </w:r>
      <w:r>
        <w:t>woh duaon ki wajah se hua.</w:t>
      </w:r>
    </w:p>
    <w:p>
      <w:pPr>
        <w:jc w:val="right"/>
      </w:pPr>
      <w:r>
        <w:t>وہ دعاؤں کی وجہ سے ہوا۔</w:t>
      </w:r>
    </w:p>
    <w:p>
      <w:r>
        <w:rPr>
          <w:b/>
        </w:rPr>
        <w:t xml:space="preserve">[1:08:48] </w:t>
      </w:r>
      <w:r>
        <w:t>dekhiye, haiderabad mein hum ko jo popularity</w:t>
      </w:r>
    </w:p>
    <w:p>
      <w:pPr>
        <w:jc w:val="right"/>
      </w:pPr>
      <w:r>
        <w:t>دیکھیے، حیدرآباد میں ہم کو جو popularity</w:t>
      </w:r>
    </w:p>
    <w:p>
      <w:r>
        <w:rPr>
          <w:b/>
        </w:rPr>
        <w:t xml:space="preserve">[1:08:51] </w:t>
      </w:r>
      <w:r>
        <w:t>mili thi woh is liye mili thi ke us waqt hamara zehn jo hai yani bari had tak</w:t>
      </w:r>
    </w:p>
    <w:p>
      <w:pPr>
        <w:jc w:val="right"/>
      </w:pPr>
      <w:r>
        <w:t>ملی تھی وہ اس لیے ملی تھی کہ اس وقت ہمارا ذہن جو ہے یعنی بڑی حد تک</w:t>
      </w:r>
    </w:p>
    <w:p>
      <w:r>
        <w:rPr>
          <w:b/>
        </w:rPr>
        <w:t xml:space="preserve">[1:08:54] </w:t>
      </w:r>
      <w:r>
        <w:t>muslim oriented tha.</w:t>
      </w:r>
    </w:p>
    <w:p>
      <w:pPr>
        <w:jc w:val="right"/>
      </w:pPr>
      <w:r>
        <w:t>مسلم oriented تھا۔</w:t>
      </w:r>
    </w:p>
    <w:p>
      <w:r>
        <w:rPr>
          <w:b/>
        </w:rPr>
        <w:t xml:space="preserve">[1:08:58] </w:t>
      </w:r>
      <w:r>
        <w:t>mere zamanay ke jo speeches hain, jo tehreerein hain jo parhe hain yani eighty three se pehle ki.</w:t>
      </w:r>
    </w:p>
    <w:p>
      <w:pPr>
        <w:jc w:val="right"/>
      </w:pPr>
      <w:r>
        <w:t>میرے زمانے کے جو speeches ہیں، جو تحریریں ہیں جو پڑھے ہیں یعنی eighty three سے پہلے کی۔</w:t>
      </w:r>
    </w:p>
    <w:p>
      <w:r>
        <w:rPr>
          <w:b/>
        </w:rPr>
        <w:t xml:space="preserve">[1:09:02] </w:t>
      </w:r>
      <w:r>
        <w:t>nineteen eighty three se pehle ki tehreerein aur tehreerein.</w:t>
      </w:r>
    </w:p>
    <w:p>
      <w:pPr>
        <w:jc w:val="right"/>
      </w:pPr>
      <w:r>
        <w:t>نائنٹین ایٹی تھری سے پہلے کی تحریریں اور تحریریں۔</w:t>
      </w:r>
    </w:p>
    <w:p>
      <w:r>
        <w:rPr>
          <w:b/>
        </w:rPr>
        <w:t xml:space="preserve">[1:09:06] </w:t>
      </w:r>
      <w:r>
        <w:t>to mera mind jo hai bohat zyada muslim oriented tha.</w:t>
      </w:r>
    </w:p>
    <w:p>
      <w:pPr>
        <w:jc w:val="right"/>
      </w:pPr>
      <w:r>
        <w:t>تو میرا mind جو ہے بہت زیادہ مسلم oriented تھا۔</w:t>
      </w:r>
    </w:p>
    <w:p>
      <w:r>
        <w:rPr>
          <w:b/>
        </w:rPr>
        <w:t xml:space="preserve">[1:09:09] </w:t>
      </w:r>
      <w:r>
        <w:t>to wahan woh jata tha haiderabad, taqreerein karta tha to mere points naye naye hotay thay.</w:t>
      </w:r>
    </w:p>
    <w:p>
      <w:pPr>
        <w:jc w:val="right"/>
      </w:pPr>
      <w:r>
        <w:t>تو وہاں وہ جاتا تھا حیدرآباد، تقریریں کرتا تھا تو میرے points نئے نئے ہوتے تھے۔</w:t>
      </w:r>
    </w:p>
    <w:p>
      <w:r>
        <w:rPr>
          <w:b/>
        </w:rPr>
        <w:t xml:space="preserve">[1:09:13] </w:t>
      </w:r>
      <w:r>
        <w:t>historical aur scientific waghera.</w:t>
      </w:r>
    </w:p>
    <w:p>
      <w:pPr>
        <w:jc w:val="right"/>
      </w:pPr>
      <w:r>
        <w:t>Historical اور scientific وغیرہ۔</w:t>
      </w:r>
    </w:p>
    <w:p>
      <w:r>
        <w:rPr>
          <w:b/>
        </w:rPr>
        <w:t xml:space="preserve">[1:09:17] </w:t>
      </w:r>
      <w:r>
        <w:t>to log bohat zyada ghaur suntay thay.</w:t>
      </w:r>
    </w:p>
    <w:p>
      <w:pPr>
        <w:jc w:val="right"/>
      </w:pPr>
      <w:r>
        <w:t>تو لوگ بہت زیادہ غور سنتے تھے۔</w:t>
      </w:r>
    </w:p>
    <w:p>
      <w:r>
        <w:rPr>
          <w:b/>
        </w:rPr>
        <w:t xml:space="preserve">[1:09:21] </w:t>
      </w:r>
      <w:r>
        <w:t>bohat bara bara jalsa hota tha.</w:t>
      </w:r>
    </w:p>
    <w:p>
      <w:pPr>
        <w:jc w:val="right"/>
      </w:pPr>
      <w:r>
        <w:t>بہت بڑا بڑا جلسہ ہوتا تھا۔</w:t>
      </w:r>
    </w:p>
    <w:p>
      <w:r>
        <w:rPr>
          <w:b/>
        </w:rPr>
        <w:t xml:space="preserve">[1:09:24] </w:t>
      </w:r>
      <w:r>
        <w:t>to us waqt mein apne baray mein yeh kahoon ga ke mein basically yani muslim oriented thinking thi mere andar.</w:t>
      </w:r>
    </w:p>
    <w:p>
      <w:pPr>
        <w:jc w:val="right"/>
      </w:pPr>
      <w:r>
        <w:t>تو اس وقت میں اپنے بارے میں یہ کہوں گا کہ میں basically یعنی مسلم oriented thinking تھی میرے اندر۔</w:t>
      </w:r>
    </w:p>
    <w:p>
      <w:r>
        <w:rPr>
          <w:b/>
        </w:rPr>
        <w:t xml:space="preserve">[1:09:28] </w:t>
      </w:r>
      <w:r>
        <w:t>acha, jo setback woh hua aur mein confine hua dilli par.</w:t>
      </w:r>
    </w:p>
    <w:p>
      <w:pPr>
        <w:jc w:val="right"/>
      </w:pPr>
      <w:r>
        <w:t>اچھا، جو setback وہ ہوا اور میں confine ہوا دلی پر۔</w:t>
      </w:r>
    </w:p>
    <w:p>
      <w:r>
        <w:rPr>
          <w:b/>
        </w:rPr>
        <w:t xml:space="preserve">[1:09:32] </w:t>
      </w:r>
      <w:r>
        <w:t>haiderabad se talluq toot gaya aur dilli mein confine hua.</w:t>
      </w:r>
    </w:p>
    <w:p>
      <w:pPr>
        <w:jc w:val="right"/>
      </w:pPr>
      <w:r>
        <w:t>حیدرآباد سے تعلق ٹوٹ گیا اور دلی میں confine ہوا۔</w:t>
      </w:r>
    </w:p>
    <w:p>
      <w:r>
        <w:rPr>
          <w:b/>
        </w:rPr>
        <w:t xml:space="preserve">[1:09:36] </w:t>
      </w:r>
      <w:r>
        <w:t>yahan Allah ke fazl se kuch naye naye hamaray aaye hamaray paas.</w:t>
      </w:r>
    </w:p>
    <w:p>
      <w:pPr>
        <w:jc w:val="right"/>
      </w:pPr>
      <w:r>
        <w:t>یہاں اللہ کے فضل سے کچھ نئے نئے ہمارے آئے ہمارے پاس۔</w:t>
      </w:r>
    </w:p>
    <w:p>
      <w:r>
        <w:rPr>
          <w:b/>
        </w:rPr>
        <w:t xml:space="preserve">[1:09:39] </w:t>
      </w:r>
      <w:r>
        <w:t>bilkul naye qism ke log.</w:t>
      </w:r>
    </w:p>
    <w:p>
      <w:pPr>
        <w:jc w:val="right"/>
      </w:pPr>
      <w:r>
        <w:t>بالکل نئے قسم کے لوگ۔</w:t>
      </w:r>
    </w:p>
    <w:p>
      <w:r>
        <w:rPr>
          <w:b/>
        </w:rPr>
        <w:t xml:space="preserve">[1:09:43] </w:t>
      </w:r>
      <w:r>
        <w:t>wahan to sab musalman juray thay hum se.</w:t>
      </w:r>
    </w:p>
    <w:p>
      <w:pPr>
        <w:jc w:val="right"/>
      </w:pPr>
      <w:r>
        <w:t>وہاں تو سب مسلمان جڑے تھے ہم سے۔</w:t>
      </w:r>
    </w:p>
    <w:p>
      <w:r>
        <w:rPr>
          <w:b/>
        </w:rPr>
        <w:t xml:space="preserve">[1:09:47] </w:t>
      </w:r>
      <w:r>
        <w:t>sare log jo dilli mein juray thay woh sab ke sab</w:t>
      </w:r>
    </w:p>
    <w:p>
      <w:pPr>
        <w:jc w:val="right"/>
      </w:pPr>
      <w:r>
        <w:t>سارے لوگ جو دلی میں جڑے تھے وہ سب کے سب</w:t>
      </w:r>
    </w:p>
    <w:p>
      <w:r>
        <w:rPr>
          <w:b/>
        </w:rPr>
        <w:t xml:space="preserve">[1:09:51] </w:t>
      </w:r>
      <w:r>
        <w:t>musalman thay.</w:t>
      </w:r>
    </w:p>
    <w:p>
      <w:pPr>
        <w:jc w:val="right"/>
      </w:pPr>
      <w:r>
        <w:t>مسلمان تھے۔</w:t>
      </w:r>
    </w:p>
    <w:p>
      <w:r>
        <w:rPr>
          <w:b/>
        </w:rPr>
        <w:t xml:space="preserve">[1:09:54] </w:t>
      </w:r>
      <w:r>
        <w:t>ek bhi non-muslim nahi tha.</w:t>
      </w:r>
    </w:p>
    <w:p>
      <w:pPr>
        <w:jc w:val="right"/>
      </w:pPr>
      <w:r>
        <w:t>ایک بھی non-Muslim نہیں تھا۔</w:t>
      </w:r>
    </w:p>
    <w:p>
      <w:r>
        <w:rPr>
          <w:b/>
        </w:rPr>
        <w:t xml:space="preserve">[1:09:57] </w:t>
      </w:r>
      <w:r>
        <w:t>acha, dilli mein aisa hua ke non-muslim jur gaye.</w:t>
      </w:r>
    </w:p>
    <w:p>
      <w:pPr>
        <w:jc w:val="right"/>
      </w:pPr>
      <w:r>
        <w:t>اچھا، دلی میں ایسا ہوا کہ non-Muslim جڑ گئے۔</w:t>
      </w:r>
    </w:p>
    <w:p>
      <w:r>
        <w:rPr>
          <w:b/>
        </w:rPr>
        <w:t xml:space="preserve">[1:10:00] </w:t>
      </w:r>
      <w:r>
        <w:t>bohat anokhi baat hui.</w:t>
      </w:r>
    </w:p>
    <w:p>
      <w:pPr>
        <w:jc w:val="right"/>
      </w:pPr>
      <w:r>
        <w:t>بہت انوکھی بات ہوئی۔</w:t>
      </w:r>
    </w:p>
    <w:p>
      <w:r>
        <w:rPr>
          <w:b/>
        </w:rPr>
        <w:t xml:space="preserve">[1:10:03] </w:t>
      </w:r>
      <w:r>
        <w:t>dilli mein non-muslim juray hamaray paas.</w:t>
      </w:r>
    </w:p>
    <w:p>
      <w:pPr>
        <w:jc w:val="right"/>
      </w:pPr>
      <w:r>
        <w:t>دلی میں non-Muslim جڑے ہمارے پاس۔</w:t>
      </w:r>
    </w:p>
    <w:p>
      <w:r>
        <w:rPr>
          <w:b/>
        </w:rPr>
        <w:t xml:space="preserve">[1:10:06] </w:t>
      </w:r>
      <w:r>
        <w:t>is ki wajah se naye naye sawalat saabiqah paish aaye.</w:t>
      </w:r>
    </w:p>
    <w:p>
      <w:pPr>
        <w:jc w:val="right"/>
      </w:pPr>
      <w:r>
        <w:t>اس کی وجہ سے نئے نئے سوالات سابقہ پیش آئے۔</w:t>
      </w:r>
    </w:p>
    <w:p>
      <w:r>
        <w:rPr>
          <w:b/>
        </w:rPr>
        <w:t xml:space="preserve">[1:10:09] </w:t>
      </w:r>
      <w:r>
        <w:t>to dheere dheere mere andar insan oriented thinking aai.</w:t>
      </w:r>
    </w:p>
    <w:p>
      <w:pPr>
        <w:jc w:val="right"/>
      </w:pPr>
      <w:r>
        <w:t>تو دھیرے دھیرے میرے اندر انسان oriented thinking آئی۔</w:t>
      </w:r>
    </w:p>
    <w:p>
      <w:r>
        <w:rPr>
          <w:b/>
        </w:rPr>
        <w:t xml:space="preserve">[1:10:12] </w:t>
      </w:r>
      <w:r>
        <w:t>ab pehle jo mera tha millat yani millat ko le kar main sochta tha pehle, ab main insan</w:t>
      </w:r>
    </w:p>
    <w:p>
      <w:pPr>
        <w:jc w:val="right"/>
      </w:pPr>
      <w:r>
        <w:t>اب پہلے جو میرا تھا ملت یعنی ملت کو لے کر میں سوچتا تھا پہلے، اب میں انسان</w:t>
      </w:r>
    </w:p>
    <w:p>
      <w:r>
        <w:rPr>
          <w:b/>
        </w:rPr>
        <w:t xml:space="preserve">[1:10:15] </w:t>
      </w:r>
      <w:r>
        <w:t>ko le kar sochne laga.</w:t>
      </w:r>
    </w:p>
    <w:p>
      <w:pPr>
        <w:jc w:val="right"/>
      </w:pPr>
      <w:r>
        <w:t>کو لے کر سوچنے لگا۔</w:t>
      </w:r>
    </w:p>
    <w:p>
      <w:r>
        <w:rPr>
          <w:b/>
        </w:rPr>
        <w:t xml:space="preserve">[1:10:18] </w:t>
      </w:r>
      <w:r>
        <w:t>aur dawat, dawat Allah ka jo concept zyada</w:t>
      </w:r>
    </w:p>
    <w:p>
      <w:pPr>
        <w:jc w:val="right"/>
      </w:pPr>
      <w:r>
        <w:t>اور دعوت، دعوت اللہ کا جو concept زیادہ</w:t>
      </w:r>
    </w:p>
    <w:p>
      <w:r>
        <w:rPr>
          <w:b/>
        </w:rPr>
        <w:t xml:space="preserve">[1:10:21] </w:t>
      </w:r>
      <w:r>
        <w:t>wazeh hua, is zamane mein wazeh hua.</w:t>
      </w:r>
    </w:p>
    <w:p>
      <w:pPr>
        <w:jc w:val="right"/>
      </w:pPr>
      <w:r>
        <w:t>واضح ہوا، اس زمانے میں واضح ہوا۔</w:t>
      </w:r>
    </w:p>
    <w:p>
      <w:r>
        <w:rPr>
          <w:b/>
        </w:rPr>
        <w:t xml:space="preserve">[1:10:26] </w:t>
      </w:r>
      <w:r>
        <w:t>to ek faida yeh hua ke meri zaati bohat badi islaah hui ke main yani millat oriented thinking</w:t>
      </w:r>
    </w:p>
    <w:p>
      <w:pPr>
        <w:jc w:val="right"/>
      </w:pPr>
      <w:r>
        <w:t>تو ایک فائدہ یہ ہوا کہ میری ذاتی بہت بڑی اصلاح ہوئی کہ میں یعنی ملت oriented thinking</w:t>
      </w:r>
    </w:p>
    <w:p>
      <w:r>
        <w:rPr>
          <w:b/>
        </w:rPr>
        <w:t xml:space="preserve">[1:10:31] </w:t>
      </w:r>
      <w:r>
        <w:t>ki jagah par mere andar insan oriented thinking aai.</w:t>
      </w:r>
    </w:p>
    <w:p>
      <w:pPr>
        <w:jc w:val="right"/>
      </w:pPr>
      <w:r>
        <w:t>کی جگہ پر میرے اندر انسان oriented thinking آئی۔</w:t>
      </w:r>
    </w:p>
    <w:p>
      <w:r>
        <w:rPr>
          <w:b/>
        </w:rPr>
        <w:t xml:space="preserve">[1:10:36] </w:t>
      </w:r>
      <w:r>
        <w:t>jiska matlab tha dawat Allah.</w:t>
      </w:r>
    </w:p>
    <w:p>
      <w:pPr>
        <w:jc w:val="right"/>
      </w:pPr>
      <w:r>
        <w:t>جس کا مطلب تھا دعوت اللہ۔</w:t>
      </w:r>
    </w:p>
    <w:p>
      <w:r>
        <w:rPr>
          <w:b/>
        </w:rPr>
        <w:t xml:space="preserve">[1:10:41] </w:t>
      </w:r>
      <w:r>
        <w:t>achha, doosra hai ke isi dauran Allah taala ne aise halaat paida kiye ke ab wahan par jo</w:t>
      </w:r>
    </w:p>
    <w:p>
      <w:pPr>
        <w:jc w:val="right"/>
      </w:pPr>
      <w:r>
        <w:t>اچھا، دوسرا ہے کہ اسی دوران اللہ تعالیٰ نے ایسے حالات پیدا کیے کہ اب وہاں پر جو</w:t>
      </w:r>
    </w:p>
    <w:p>
      <w:r>
        <w:rPr>
          <w:b/>
        </w:rPr>
        <w:t xml:space="preserve">[1:10:46] </w:t>
      </w:r>
      <w:r>
        <w:t>abhi jo hyderabad beat hui thi hamari isi november ke aakhir mein to ek naya emergence wahan par. phir</w:t>
      </w:r>
    </w:p>
    <w:p>
      <w:pPr>
        <w:jc w:val="right"/>
      </w:pPr>
      <w:r>
        <w:t>ابھی جو حیدرآباد beat ہوئی تھی ہماری اسی نومبر کے آخر میں تو ایک نیا emergence وہاں پر۔ پھر</w:t>
      </w:r>
    </w:p>
    <w:p>
      <w:r>
        <w:rPr>
          <w:b/>
        </w:rPr>
        <w:t xml:space="preserve">[1:10:51] </w:t>
      </w:r>
      <w:r>
        <w:t>se kaam establish ho gaya hai aur main sochta hoon ke pehle se behtar andaaz mein dawat ka</w:t>
      </w:r>
    </w:p>
    <w:p>
      <w:pPr>
        <w:jc w:val="right"/>
      </w:pPr>
      <w:r>
        <w:t>سے کام establish ہو گیا ہے اور میں سوچتا ہوں کہ پہلے سے بہتر انداز میں دعوت کا</w:t>
      </w:r>
    </w:p>
    <w:p>
      <w:r>
        <w:rPr>
          <w:b/>
        </w:rPr>
        <w:t xml:space="preserve">[1:10:55] </w:t>
      </w:r>
      <w:r>
        <w:t>kaam aur bohat hi regular tor par woh dawat ka kaam ho raha hai.</w:t>
      </w:r>
    </w:p>
    <w:p>
      <w:pPr>
        <w:jc w:val="right"/>
      </w:pPr>
      <w:r>
        <w:t>کام اور بہت ہی regular طور پر وہ دعوت کا کام ہو رہا ہے۔</w:t>
      </w:r>
    </w:p>
    <w:p>
      <w:r>
        <w:rPr>
          <w:b/>
        </w:rPr>
        <w:t xml:space="preserve">[1:10:58] </w:t>
      </w:r>
      <w:r>
        <w:t>aur bohat hi kamyab hyderabad beat hamari hui thi chaar din ki.</w:t>
      </w:r>
    </w:p>
    <w:p>
      <w:pPr>
        <w:jc w:val="right"/>
      </w:pPr>
      <w:r>
        <w:t>اور بہت ہی کامیاب حیدرآباد beat ہماری ہوئی تھی چار دن کی۔</w:t>
      </w:r>
    </w:p>
    <w:p>
      <w:r>
        <w:rPr>
          <w:b/>
        </w:rPr>
        <w:t xml:space="preserve">[1:11:02] </w:t>
      </w:r>
      <w:r>
        <w:t>jo log is mein shareek hue the un se aap pooch lijiye ke bohat hi kamyab thi woh.</w:t>
      </w:r>
    </w:p>
    <w:p>
      <w:pPr>
        <w:jc w:val="right"/>
      </w:pPr>
      <w:r>
        <w:t>جو لوگ اس میں شریک ہوئے تھے ان سے آپ پوچھ لیجیے کہ بہت ہی کامیاب تھی وہ۔</w:t>
      </w:r>
    </w:p>
    <w:p>
      <w:r>
        <w:rPr>
          <w:b/>
        </w:rPr>
        <w:t xml:space="preserve">[1:11:06] </w:t>
      </w:r>
      <w:r>
        <w:t>yeh sab kuch dua ka masla hai.</w:t>
      </w:r>
    </w:p>
    <w:p>
      <w:pPr>
        <w:jc w:val="right"/>
      </w:pPr>
      <w:r>
        <w:t>یہ سب کچھ دعا کا مسئلہ ہے۔</w:t>
      </w:r>
    </w:p>
    <w:p>
      <w:r>
        <w:rPr>
          <w:b/>
        </w:rPr>
        <w:t xml:space="preserve">[1:11:10] </w:t>
      </w:r>
      <w:r>
        <w:t>kyun ke main is darmiyan mein kuch bhi nahi kiya.</w:t>
      </w:r>
    </w:p>
    <w:p>
      <w:pPr>
        <w:jc w:val="right"/>
      </w:pPr>
      <w:r>
        <w:t>کیونکہ میں اس درمیان میں کچھ بھی نہیں کیا۔</w:t>
      </w:r>
    </w:p>
    <w:p>
      <w:r>
        <w:rPr>
          <w:b/>
        </w:rPr>
        <w:t xml:space="preserve">[1:11:13] </w:t>
      </w:r>
      <w:r>
        <w:t>main samajhta tha ke hyderabad ke maamle mein main helpless hoon.</w:t>
      </w:r>
    </w:p>
    <w:p>
      <w:pPr>
        <w:jc w:val="right"/>
      </w:pPr>
      <w:r>
        <w:t>میں سمجھتا تھا کہ حیدرآباد کے معاملے میں میں helpless ہوں۔</w:t>
      </w:r>
    </w:p>
    <w:p>
      <w:r>
        <w:rPr>
          <w:b/>
        </w:rPr>
        <w:t xml:space="preserve">[1:11:17] </w:t>
      </w:r>
      <w:r>
        <w:t>kuch karwai karne ki position mein nahi hoon main. to</w:t>
      </w:r>
    </w:p>
    <w:p>
      <w:pPr>
        <w:jc w:val="right"/>
      </w:pPr>
      <w:r>
        <w:t>کچھ کارروائی کرنے کی position میں نہیں ہوں میں۔ تو</w:t>
      </w:r>
    </w:p>
    <w:p>
      <w:r>
        <w:rPr>
          <w:b/>
        </w:rPr>
        <w:t xml:space="preserve">[1:11:21] </w:t>
      </w:r>
      <w:r>
        <w:t>main dua karta tha, dua karta tha.</w:t>
      </w:r>
    </w:p>
    <w:p>
      <w:pPr>
        <w:jc w:val="right"/>
      </w:pPr>
      <w:r>
        <w:t>میں دعا کرتا تھا، دعا کرتا تھا۔</w:t>
      </w:r>
    </w:p>
    <w:p>
      <w:r>
        <w:rPr>
          <w:b/>
        </w:rPr>
        <w:t xml:space="preserve">[1:11:25] </w:t>
      </w:r>
      <w:r>
        <w:t>yeh sara jo hua dua ke nateeje mein.</w:t>
      </w:r>
    </w:p>
    <w:p>
      <w:pPr>
        <w:jc w:val="right"/>
      </w:pPr>
      <w:r>
        <w:t>یہ سارا جو ہوا دعا کے نتیجے میں۔</w:t>
      </w:r>
    </w:p>
    <w:p>
      <w:r>
        <w:rPr>
          <w:b/>
        </w:rPr>
        <w:t xml:space="preserve">[1:11:30] </w:t>
      </w:r>
      <w:r>
        <w:t>aur bhi kayi pehlu hain, maine do baatein kahin ke khud mera zehan jo hai dawah oriented bana.</w:t>
      </w:r>
    </w:p>
    <w:p>
      <w:pPr>
        <w:jc w:val="right"/>
      </w:pPr>
      <w:r>
        <w:t>اور بھی کئی پہلو ہیں، میں نے دو باتیں کہیں کہ خود میرا ذہن جو ہے دعویٰ oriented بنا۔</w:t>
      </w:r>
    </w:p>
    <w:p>
      <w:r>
        <w:rPr>
          <w:b/>
        </w:rPr>
        <w:t xml:space="preserve">[1:11:34] </w:t>
      </w:r>
      <w:r>
        <w:t>pehle jo tha woh muslim empowerment jis ko kehte hain, woh zehan tha mera.</w:t>
      </w:r>
    </w:p>
    <w:p>
      <w:pPr>
        <w:jc w:val="right"/>
      </w:pPr>
      <w:r>
        <w:t>پہلے جو تھا وہ مسلم empowerment جس کو کہتے ہیں، وہ ذہن تھا میرا۔</w:t>
      </w:r>
    </w:p>
    <w:p>
      <w:r>
        <w:rPr>
          <w:b/>
        </w:rPr>
        <w:t xml:space="preserve">[1:11:38] </w:t>
      </w:r>
      <w:r>
        <w:t>aur doosri baat yeh hai ke yeh aur wahan par dobara wahan par Allah taala ne qaim kar diya.</w:t>
      </w:r>
    </w:p>
    <w:p>
      <w:pPr>
        <w:jc w:val="right"/>
      </w:pPr>
      <w:r>
        <w:t>اور دوسری بات یہ ہے کہ یہ اور وہاں پر دوبارہ وہاں پر اللہ تعالیٰ نے قائم کر دیا۔</w:t>
      </w:r>
    </w:p>
    <w:p>
      <w:r>
        <w:rPr>
          <w:b/>
        </w:rPr>
        <w:t xml:space="preserve">[1:11:42] </w:t>
      </w:r>
      <w:r>
        <w:t>aur is ke baad hi aisa hua ke hamara mission internationalize hua.</w:t>
      </w:r>
    </w:p>
    <w:p>
      <w:pPr>
        <w:jc w:val="right"/>
      </w:pPr>
      <w:r>
        <w:t>اور اس کے بعد ہی ایسا ہوا کہ ہمارا مشن internationalize ہوا۔</w:t>
      </w:r>
    </w:p>
    <w:p>
      <w:r>
        <w:rPr>
          <w:b/>
        </w:rPr>
        <w:t xml:space="preserve">[1:11:47] </w:t>
      </w:r>
      <w:r>
        <w:t>yahan par jo ab jo</w:t>
      </w:r>
    </w:p>
    <w:p>
      <w:pPr>
        <w:jc w:val="right"/>
      </w:pPr>
      <w:r>
        <w:t>یہاں پر جو اب جو</w:t>
      </w:r>
    </w:p>
    <w:p>
      <w:r>
        <w:rPr>
          <w:b/>
        </w:rPr>
        <w:t xml:space="preserve">[1:11:51] </w:t>
      </w:r>
      <w:r>
        <w:t>joRe doosre log hamare saath woh sab computer wale log the.</w:t>
      </w:r>
    </w:p>
    <w:p>
      <w:pPr>
        <w:jc w:val="right"/>
      </w:pPr>
      <w:r>
        <w:t>جوڑے دوسرے لوگ ہمارے ساتھ وہ سب کمپیوٹر والے لوگ تھے۔</w:t>
      </w:r>
    </w:p>
    <w:p>
      <w:r>
        <w:rPr>
          <w:b/>
        </w:rPr>
        <w:t xml:space="preserve">[1:11:55] </w:t>
      </w:r>
      <w:r>
        <w:t>unhone poore mission ko computerize kar diya.</w:t>
      </w:r>
    </w:p>
    <w:p>
      <w:pPr>
        <w:jc w:val="right"/>
      </w:pPr>
      <w:r>
        <w:t>انہوں نے پورے مشن کو کمپیوٹرائز کر دیا۔</w:t>
      </w:r>
    </w:p>
    <w:p>
      <w:r>
        <w:rPr>
          <w:b/>
        </w:rPr>
        <w:t xml:space="preserve">[1:11:59] </w:t>
      </w:r>
      <w:r>
        <w:t>is waqt hum soch bhi nahi sakte the haiderabad mein ke hamara mission kabhi computerize ho jayega.</w:t>
      </w:r>
    </w:p>
    <w:p>
      <w:pPr>
        <w:jc w:val="right"/>
      </w:pPr>
      <w:r>
        <w:t>اس وقت ہم سوچ بھی نہیں سکتے تھے حیدرآباد میں کہ ہمارا مشن کبھی کمپیوٹرائز ہو جائے گا۔</w:t>
      </w:r>
    </w:p>
    <w:p>
      <w:r>
        <w:rPr>
          <w:b/>
        </w:rPr>
        <w:t xml:space="preserve">[1:12:02] </w:t>
      </w:r>
      <w:r>
        <w:t>computerize hone ka matlab internationalize hona.</w:t>
      </w:r>
    </w:p>
    <w:p>
      <w:pPr>
        <w:jc w:val="right"/>
      </w:pPr>
      <w:r>
        <w:t>کمپیوٹرائز ہونے کا معنی internationalize ہونا۔</w:t>
      </w:r>
    </w:p>
    <w:p>
      <w:r>
        <w:rPr>
          <w:b/>
        </w:rPr>
        <w:t xml:space="preserve">[1:12:06] </w:t>
      </w:r>
      <w:r>
        <w:t>computerize hone ka matlab hai internationalize hona.</w:t>
      </w:r>
    </w:p>
    <w:p>
      <w:pPr>
        <w:jc w:val="right"/>
      </w:pPr>
      <w:r>
        <w:t>کمپیوٹرائز ہونے کا مطلب ہے internationalize ہونا۔</w:t>
      </w:r>
    </w:p>
    <w:p>
      <w:r>
        <w:rPr>
          <w:b/>
        </w:rPr>
        <w:t xml:space="preserve">[1:12:10] </w:t>
      </w:r>
      <w:r>
        <w:t>yeh sab dua ke zariye hua.</w:t>
      </w:r>
    </w:p>
    <w:p>
      <w:pPr>
        <w:jc w:val="right"/>
      </w:pPr>
      <w:r>
        <w:t>یہ سب دعا کے ذریعے ہوا۔</w:t>
      </w:r>
    </w:p>
    <w:p>
      <w:r>
        <w:rPr>
          <w:b/>
        </w:rPr>
        <w:t xml:space="preserve">[1:12:14] </w:t>
      </w:r>
      <w:r>
        <w:t>haiderabad mein bhi aur dilli mein bhi.</w:t>
      </w:r>
    </w:p>
    <w:p>
      <w:pPr>
        <w:jc w:val="right"/>
      </w:pPr>
      <w:r>
        <w:t>حیدرآباد میں بھی اور دلی میں بھی۔</w:t>
      </w:r>
    </w:p>
    <w:p>
      <w:r>
        <w:rPr>
          <w:b/>
        </w:rPr>
        <w:t xml:space="preserve">[1:12:18] </w:t>
      </w:r>
      <w:r>
        <w:t>toh main toh yaani main samajhta hoon ke agar koi bhi</w:t>
      </w:r>
    </w:p>
    <w:p>
      <w:pPr>
        <w:jc w:val="right"/>
      </w:pPr>
      <w:r>
        <w:t>تو میں تو یعنی میں سمجھتا ہوں کہ اگر کوئی بھی</w:t>
      </w:r>
    </w:p>
    <w:p>
      <w:r>
        <w:rPr>
          <w:b/>
        </w:rPr>
        <w:t xml:space="preserve">[1:12:21] </w:t>
      </w:r>
      <w:r>
        <w:t>lafz sari dictionary mein dhoond istemal kar daloon tab bhi main nahi bata paunga ke dua mein kitni</w:t>
      </w:r>
    </w:p>
    <w:p>
      <w:pPr>
        <w:jc w:val="right"/>
      </w:pPr>
      <w:r>
        <w:t>لفظ ساری ڈکشنری میں ڈھونڈ استعمال کر ڈالوں تب بھی میں نہیں بتا پاؤں کہ دعا میں کتنی</w:t>
      </w:r>
    </w:p>
    <w:p>
      <w:r>
        <w:rPr>
          <w:b/>
        </w:rPr>
        <w:t xml:space="preserve">[1:12:25] </w:t>
      </w:r>
      <w:r>
        <w:t>badi qeemat hai dua ki.</w:t>
      </w:r>
    </w:p>
    <w:p>
      <w:pPr>
        <w:jc w:val="right"/>
      </w:pPr>
      <w:r>
        <w:t>بڑی قیمت ہے دعا کی۔</w:t>
      </w:r>
    </w:p>
    <w:p>
      <w:r>
        <w:rPr>
          <w:b/>
        </w:rPr>
        <w:t xml:space="preserve">[1:12:28] </w:t>
      </w:r>
      <w:r>
        <w:t>ab iski wajah kya hai dekhiye? yeh saada baat nahi hai.</w:t>
      </w:r>
    </w:p>
    <w:p>
      <w:pPr>
        <w:jc w:val="right"/>
      </w:pPr>
      <w:r>
        <w:t>اب اس کی وجہ کیا ہے دیکھیے؟ یہ سادہ بات نہیں ہے۔</w:t>
      </w:r>
    </w:p>
    <w:p>
      <w:r>
        <w:rPr>
          <w:b/>
        </w:rPr>
        <w:t xml:space="preserve">[1:12:32] </w:t>
      </w:r>
      <w:r>
        <w:t>saada baat nahi hai.</w:t>
      </w:r>
    </w:p>
    <w:p>
      <w:pPr>
        <w:jc w:val="right"/>
      </w:pPr>
      <w:r>
        <w:t>سادہ بات نہیں ہے۔</w:t>
      </w:r>
    </w:p>
    <w:p>
      <w:r>
        <w:rPr>
          <w:b/>
        </w:rPr>
        <w:t xml:space="preserve">[1:12:35] </w:t>
      </w:r>
      <w:r>
        <w:t>quran ke mutale se dekhiye kya maloom hota hai ke ek hai yeh duniya jisko hum dekhte</w:t>
      </w:r>
    </w:p>
    <w:p>
      <w:pPr>
        <w:jc w:val="right"/>
      </w:pPr>
      <w:r>
        <w:t>قرآن کے مطالعے سے دیکھیے کیا معلوم ہوتا ہے کہ ایک ہے یہ دنیا جس کو ہم دیکھتے</w:t>
      </w:r>
    </w:p>
    <w:p>
      <w:r>
        <w:rPr>
          <w:b/>
        </w:rPr>
        <w:t xml:space="preserve">[1:12:39] </w:t>
      </w:r>
      <w:r>
        <w:t>hain, seen world.</w:t>
      </w:r>
    </w:p>
    <w:p>
      <w:pPr>
        <w:jc w:val="right"/>
      </w:pPr>
      <w:r>
        <w:t>ہیں، seen world۔</w:t>
      </w:r>
    </w:p>
    <w:p>
      <w:r>
        <w:rPr>
          <w:b/>
        </w:rPr>
        <w:t xml:space="preserve">[1:12:42] </w:t>
      </w:r>
      <w:r>
        <w:t>is mein sargarmian hain, activities hain, aa rahe hain, ja rahe hain, kar rahe hain, hawai jahaz hain,</w:t>
      </w:r>
    </w:p>
    <w:p>
      <w:pPr>
        <w:jc w:val="right"/>
      </w:pPr>
      <w:r>
        <w:t>اس میں سرگرمیاں ہیں، activities ہیں، آ رہے ہیں، جا رہے ہیں، کر رہے ہیں، ہوائی جہاز ہیں،</w:t>
      </w:r>
    </w:p>
    <w:p>
      <w:r>
        <w:rPr>
          <w:b/>
        </w:rPr>
        <w:t xml:space="preserve">[1:12:46] </w:t>
      </w:r>
      <w:r>
        <w:t>factory hain, sab kuch hai.</w:t>
      </w:r>
    </w:p>
    <w:p>
      <w:pPr>
        <w:jc w:val="right"/>
      </w:pPr>
      <w:r>
        <w:t>factory ہیں، سب کچھ ہے۔</w:t>
      </w:r>
    </w:p>
    <w:p>
      <w:r>
        <w:rPr>
          <w:b/>
        </w:rPr>
        <w:t xml:space="preserve">[1:12:49] </w:t>
      </w:r>
      <w:r>
        <w:t>aise hi ek unseen world bhi hai.</w:t>
      </w:r>
    </w:p>
    <w:p>
      <w:pPr>
        <w:jc w:val="right"/>
      </w:pPr>
      <w:r>
        <w:t>ایسے ہی ایک unseen world بھی ہے۔</w:t>
      </w:r>
    </w:p>
    <w:p>
      <w:r>
        <w:rPr>
          <w:b/>
        </w:rPr>
        <w:t xml:space="preserve">[1:12:53] </w:t>
      </w:r>
      <w:r>
        <w:t>vo sab malaikah is ko manage kar rahe hain. ek ḥadīth hai ki zamīn mein koī chār angul jagah bhī aisī nahīñ hai jahāñ ki ek firishtah sajda kiyā hī na ho. to log samajhte hain ki sab mein sajda kiyā baiṭhā hai. vo tamthīl kī zabān hai. aisā nahīñ ki firishte sajda kiye har jagah par. nahīñ, sāre kāynāt ko manage kar rahe hain. sāri duniyā ko, sāri kāynāt ko firishte manage kar rahe hain. itnā zabardast tarīqe par nizām chal rahā hai. itnā zabardast</w:t>
      </w:r>
    </w:p>
    <w:p>
      <w:pPr>
        <w:jc w:val="right"/>
      </w:pPr>
      <w:r>
        <w:t>وہ سب ملائکہ اس کو manage کر رہے ہیں۔ ایک حدیث ہے کہ زمین میں کوئی چار انگول جگہ بھی ایسی نہیں ہے جہاں کہ ایک فرشتہ سجدہ کیا ہی نہ ہو۔ تو لوگ سمجھتے ہیں کہ سب میں سجدہ کیا بیٹھا ہے۔ وہ تمثیل کی زبان ہے۔ ایسا نہیں کہ فرشتے سجدہ کیے ہر جگہ پر۔ نہیں، سارے کائنات کو manage کر رہے ہیں۔ ساری دنیا کو، ساری کائنات کو فرشتے manage کر رہے ہیں۔ اتنا زبردست طریقے پر نظام چل رہا ہے۔ اتنا زبردست</w:t>
      </w:r>
    </w:p>
    <w:p>
      <w:r>
        <w:rPr>
          <w:b/>
        </w:rPr>
        <w:t xml:space="preserve">[1:13:23] </w:t>
      </w:r>
      <w:r>
        <w:t>tareeqe par yeh beshumar item hain aur in mein takrao nahi hota.</w:t>
      </w:r>
    </w:p>
    <w:p>
      <w:pPr>
        <w:jc w:val="right"/>
      </w:pPr>
      <w:r>
        <w:t>طریقے پر یہ بے شمار item ہیں اور ان میں ٹکراؤ نہیں ہوتا۔</w:t>
      </w:r>
    </w:p>
    <w:p>
      <w:r>
        <w:rPr>
          <w:b/>
        </w:rPr>
        <w:t xml:space="preserve">[1:13:26] </w:t>
      </w:r>
      <w:r>
        <w:t>barishain hoti hain, ghalla ugta hai, suraj nikalta hai.</w:t>
      </w:r>
    </w:p>
    <w:p>
      <w:pPr>
        <w:jc w:val="right"/>
      </w:pPr>
      <w:r>
        <w:t>بارشیں ہوتی ہیں، غلہ اگتا ہے، سورج نکلتا ہے۔</w:t>
      </w:r>
    </w:p>
    <w:p>
      <w:r>
        <w:rPr>
          <w:b/>
        </w:rPr>
        <w:t xml:space="preserve">[1:13:30] </w:t>
      </w:r>
      <w:r>
        <w:t>kitne million trillion se zyada.</w:t>
      </w:r>
    </w:p>
    <w:p>
      <w:pPr>
        <w:jc w:val="right"/>
      </w:pPr>
      <w:r>
        <w:t>کتنے ملین ٹریلین سے زیادہ۔</w:t>
      </w:r>
    </w:p>
    <w:p>
      <w:r>
        <w:rPr>
          <w:b/>
        </w:rPr>
        <w:t xml:space="preserve">[1:13:34] </w:t>
      </w:r>
      <w:r>
        <w:t>toh ek isko main kahunga ke ek event management ho raha hai. Event management.</w:t>
      </w:r>
    </w:p>
    <w:p>
      <w:pPr>
        <w:jc w:val="right"/>
      </w:pPr>
      <w:r>
        <w:t>تو ایک اس کو میں کہوں گا کہ ایک event management ہو رہا ہے۔ Event management۔</w:t>
      </w:r>
    </w:p>
    <w:p>
      <w:r>
        <w:rPr>
          <w:b/>
        </w:rPr>
        <w:t xml:space="preserve">[1:13:38] </w:t>
      </w:r>
      <w:r>
        <w:t>toh event management ek woh hai jisko aap jante hain seen world mein.</w:t>
      </w:r>
    </w:p>
    <w:p>
      <w:pPr>
        <w:jc w:val="right"/>
      </w:pPr>
      <w:r>
        <w:t>تو event management ایک وہ ہے جس کو آپ جانتے ہیں seen world میں۔</w:t>
      </w:r>
    </w:p>
    <w:p>
      <w:r>
        <w:rPr>
          <w:b/>
        </w:rPr>
        <w:t xml:space="preserve">[1:13:42] </w:t>
      </w:r>
      <w:r>
        <w:t>ek unseen world mein bhi event management ho raha hai.</w:t>
      </w:r>
    </w:p>
    <w:p>
      <w:pPr>
        <w:jc w:val="right"/>
      </w:pPr>
      <w:r>
        <w:t>ایک unseen world میں بھی event management ہو رہا ہے۔</w:t>
      </w:r>
    </w:p>
    <w:p>
      <w:r>
        <w:rPr>
          <w:b/>
        </w:rPr>
        <w:t xml:space="preserve">[1:13:45] </w:t>
      </w:r>
      <w:r>
        <w:t>woh farishtay karte hain.</w:t>
      </w:r>
    </w:p>
    <w:p>
      <w:pPr>
        <w:jc w:val="right"/>
      </w:pPr>
      <w:r>
        <w:t>وہ فرشتے کرتے ہیں۔</w:t>
      </w:r>
    </w:p>
    <w:p>
      <w:r>
        <w:rPr>
          <w:b/>
        </w:rPr>
        <w:t xml:space="preserve">[1:13:49] </w:t>
      </w:r>
      <w:r>
        <w:t>toh jab aap dua karte hain toh woh jo farishton ka jo</w:t>
      </w:r>
    </w:p>
    <w:p>
      <w:pPr>
        <w:jc w:val="right"/>
      </w:pPr>
      <w:r>
        <w:t>تو جب آپ دعا کرتے ہیں تو وہ جو فرشتوں کا جو</w:t>
      </w:r>
    </w:p>
    <w:p>
      <w:r>
        <w:rPr>
          <w:b/>
        </w:rPr>
        <w:t xml:space="preserve">[1:13:53] </w:t>
      </w:r>
      <w:r>
        <w:t>dunya hai, jo woh jo event manager hain farishtay, woh un se aap ka sabiqah ho jata hai.</w:t>
      </w:r>
    </w:p>
    <w:p>
      <w:pPr>
        <w:jc w:val="right"/>
      </w:pPr>
      <w:r>
        <w:t>دنیا ہے، جو وہ جو event manager ہیں فرشتے، وہ ان سے آپ کا سابقہ ہو جاتا ہے۔</w:t>
      </w:r>
    </w:p>
    <w:p>
      <w:r>
        <w:rPr>
          <w:b/>
        </w:rPr>
        <w:t xml:space="preserve">[1:13:57] </w:t>
      </w:r>
      <w:r>
        <w:t>woh aap ki help par aa jatay hain.</w:t>
      </w:r>
    </w:p>
    <w:p>
      <w:pPr>
        <w:jc w:val="right"/>
      </w:pPr>
      <w:r>
        <w:t>وہ آپ کی help پر آ جاتے ہیں۔</w:t>
      </w:r>
    </w:p>
    <w:p>
      <w:r>
        <w:rPr>
          <w:b/>
        </w:rPr>
        <w:t xml:space="preserve">[1:14:00] </w:t>
      </w:r>
      <w:r>
        <w:t>woh aap ki help par aa jatay hain.</w:t>
      </w:r>
    </w:p>
    <w:p>
      <w:pPr>
        <w:jc w:val="right"/>
      </w:pPr>
      <w:r>
        <w:t>وہ آپ کی help پر آ جاتے ہیں۔</w:t>
      </w:r>
    </w:p>
    <w:p>
      <w:r>
        <w:rPr>
          <w:b/>
        </w:rPr>
        <w:t xml:space="preserve">[1:14:04] </w:t>
      </w:r>
      <w:r>
        <w:t>aur zahir hai ke woh jab help par aayen ge to woh un ke paas sari taqaten hain,</w:t>
      </w:r>
    </w:p>
    <w:p>
      <w:pPr>
        <w:jc w:val="right"/>
      </w:pPr>
      <w:r>
        <w:t>اور ظاہر ہے کہ وہ جب help پر آئیں گے تو وہ ان کے پاس ساری طاقتیں ہیں،</w:t>
      </w:r>
    </w:p>
    <w:p>
      <w:r>
        <w:rPr>
          <w:b/>
        </w:rPr>
        <w:t xml:space="preserve">[1:14:08] </w:t>
      </w:r>
      <w:r>
        <w:t>ziada behtar behtar tor par kaam karega.</w:t>
      </w:r>
    </w:p>
    <w:p>
      <w:pPr>
        <w:jc w:val="right"/>
      </w:pPr>
      <w:r>
        <w:t>زیادہ بہتر بہتر طور پر کام کریں گے۔</w:t>
      </w:r>
    </w:p>
    <w:p>
      <w:r>
        <w:rPr>
          <w:b/>
        </w:rPr>
        <w:t xml:space="preserve">[1:14:11] </w:t>
      </w:r>
      <w:r>
        <w:t>to main apni poori zindagi ke baray mein keh sakta hoon ke meri is be zindagi dua par</w:t>
      </w:r>
    </w:p>
    <w:p>
      <w:pPr>
        <w:jc w:val="right"/>
      </w:pPr>
      <w:r>
        <w:t>تو میں اپنی پوری زندگی کے بارے میں کہہ سکتا ہوں کہ میری اس بے زندگی دعا پر</w:t>
      </w:r>
    </w:p>
    <w:p>
      <w:r>
        <w:rPr>
          <w:b/>
        </w:rPr>
        <w:t xml:space="preserve">[1:14:15] </w:t>
      </w:r>
      <w:r>
        <w:t>chal rahi hai.</w:t>
      </w:r>
    </w:p>
    <w:p>
      <w:pPr>
        <w:jc w:val="right"/>
      </w:pPr>
      <w:r>
        <w:t>چل رہی ہے۔</w:t>
      </w:r>
    </w:p>
    <w:p>
      <w:r>
        <w:rPr>
          <w:b/>
        </w:rPr>
        <w:t xml:space="preserve">[1:14:18] </w:t>
      </w:r>
      <w:r>
        <w:t>aaj bhi jo bol raha hoon main to dua par bol raha hoon.</w:t>
      </w:r>
    </w:p>
    <w:p>
      <w:pPr>
        <w:jc w:val="right"/>
      </w:pPr>
      <w:r>
        <w:t>آج بھی جو بول رہا ہوں میں تو دعا پر بول رہا ہوں۔</w:t>
      </w:r>
    </w:p>
    <w:p>
      <w:r>
        <w:rPr>
          <w:b/>
        </w:rPr>
        <w:t xml:space="preserve">[1:14:22] </w:t>
      </w:r>
      <w:r>
        <w:t>warna main bol nahi sakta tha.</w:t>
      </w:r>
    </w:p>
    <w:p>
      <w:pPr>
        <w:jc w:val="right"/>
      </w:pPr>
      <w:r>
        <w:t>ورنہ میں بول نہیں سکتا تھا۔</w:t>
      </w:r>
    </w:p>
    <w:p>
      <w:r>
        <w:rPr>
          <w:b/>
        </w:rPr>
        <w:t xml:space="preserve">[1:14:26] </w:t>
      </w:r>
      <w:r>
        <w:t>yeh mera tajurba hai.</w:t>
      </w:r>
    </w:p>
    <w:p>
      <w:pPr>
        <w:jc w:val="right"/>
      </w:pPr>
      <w:r>
        <w:t>یہ میرا تجربہ ہے۔</w:t>
      </w:r>
    </w:p>
    <w:p>
      <w:r>
        <w:rPr>
          <w:b/>
        </w:rPr>
        <w:t xml:space="preserve">[1:14:31] </w:t>
      </w:r>
      <w:r>
        <w:t>maulana, agla sawal dilli se hai.</w:t>
      </w:r>
    </w:p>
    <w:p>
      <w:pPr>
        <w:jc w:val="right"/>
      </w:pPr>
      <w:r>
        <w:t>مولانا، اگلا سوال دلی سے ہے۔</w:t>
      </w:r>
    </w:p>
    <w:p>
      <w:r>
        <w:rPr>
          <w:b/>
        </w:rPr>
        <w:t xml:space="preserve">[1:14:36] </w:t>
      </w:r>
      <w:r>
        <w:t>miss aisha ne kiya hai.</w:t>
      </w:r>
    </w:p>
    <w:p>
      <w:pPr>
        <w:jc w:val="right"/>
      </w:pPr>
      <w:r>
        <w:t>Miss عائشہ نے کیا ہے۔</w:t>
      </w:r>
    </w:p>
    <w:p>
      <w:r>
        <w:rPr>
          <w:b/>
        </w:rPr>
        <w:t xml:space="preserve">[1:14:41] </w:t>
      </w:r>
      <w:r>
        <w:t>انہوں نے لکھا ہے: "Maulana, does diversity among human beings mean that each human has a different role</w:t>
      </w:r>
    </w:p>
    <w:p>
      <w:pPr>
        <w:jc w:val="right"/>
      </w:pPr>
      <w:r>
        <w:t>انہوں نے لکھا ہے: "Molana, does diversity among human beings mean that each human has a different role</w:t>
      </w:r>
    </w:p>
    <w:p>
      <w:r>
        <w:rPr>
          <w:b/>
        </w:rPr>
        <w:t xml:space="preserve">[1:14:47] </w:t>
      </w:r>
      <w:r>
        <w:t>in this life?</w:t>
      </w:r>
    </w:p>
    <w:p>
      <w:pPr>
        <w:jc w:val="right"/>
      </w:pPr>
      <w:r>
        <w:t>in this life?</w:t>
      </w:r>
    </w:p>
    <w:p>
      <w:r>
        <w:rPr>
          <w:b/>
        </w:rPr>
        <w:t xml:space="preserve">[1:14:52] </w:t>
      </w:r>
      <w:r>
        <w:t>what is your comment on this? dekhiye, yeh is sawal ka</w:t>
      </w:r>
    </w:p>
    <w:p>
      <w:pPr>
        <w:jc w:val="right"/>
      </w:pPr>
      <w:r>
        <w:t>What is your comment on this?" دیکھیے، یہ اس سوال کا</w:t>
      </w:r>
    </w:p>
    <w:p>
      <w:r>
        <w:rPr>
          <w:b/>
        </w:rPr>
        <w:t xml:space="preserve">[1:14:57] </w:t>
      </w:r>
      <w:r>
        <w:t>jawab mein samajhta hoon ke itna aasan nahi hai.</w:t>
      </w:r>
    </w:p>
    <w:p>
      <w:pPr>
        <w:jc w:val="right"/>
      </w:pPr>
      <w:r>
        <w:t>جواب میں سمجھتا ہوں کہ اتنا آسان نہیں ہے۔</w:t>
      </w:r>
    </w:p>
    <w:p>
      <w:r>
        <w:rPr>
          <w:b/>
        </w:rPr>
        <w:t xml:space="preserve">[1:15:01] </w:t>
      </w:r>
      <w:r>
        <w:t>bohat hi aik complex cheez hai, bohat hi ziyada.</w:t>
      </w:r>
    </w:p>
    <w:p>
      <w:pPr>
        <w:jc w:val="right"/>
      </w:pPr>
      <w:r>
        <w:t>بہت ہی ایک complex چیز ہے، بہت ہی زیادہ۔</w:t>
      </w:r>
    </w:p>
    <w:p>
      <w:r>
        <w:rPr>
          <w:b/>
        </w:rPr>
        <w:t xml:space="preserve">[1:15:06] </w:t>
      </w:r>
      <w:r>
        <w:t>kyun ke main samajhta hoon ke sab se bari cheez yeh hai ke insaan akhirat mein allah ki blessing</w:t>
      </w:r>
    </w:p>
    <w:p>
      <w:pPr>
        <w:jc w:val="right"/>
      </w:pPr>
      <w:r>
        <w:t>کیونکہ میں سمجھتا ہوں کہ سب سے بڑی چیز یہ ہے کہ انسان آخرت میں اللہ کی blessing</w:t>
      </w:r>
    </w:p>
    <w:p>
      <w:r>
        <w:rPr>
          <w:b/>
        </w:rPr>
        <w:t xml:space="preserve">[1:15:10] </w:t>
      </w:r>
      <w:r>
        <w:t>ko paye, jannat mein uska dakhla ho.</w:t>
      </w:r>
    </w:p>
    <w:p>
      <w:pPr>
        <w:jc w:val="right"/>
      </w:pPr>
      <w:r>
        <w:t>کو پائے، جنت میں اس کا داخلہ ہو۔</w:t>
      </w:r>
    </w:p>
    <w:p>
      <w:r>
        <w:rPr>
          <w:b/>
        </w:rPr>
        <w:t xml:space="preserve">[1:15:15] </w:t>
      </w:r>
      <w:r>
        <w:t>aur is ke liye ke woh apna tazkiya kar sakay.</w:t>
      </w:r>
    </w:p>
    <w:p>
      <w:pPr>
        <w:jc w:val="right"/>
      </w:pPr>
      <w:r>
        <w:t>اور اس کے لیے کہ وہ اپنا تزکیہ کر سکے۔</w:t>
      </w:r>
    </w:p>
    <w:p>
      <w:r>
        <w:rPr>
          <w:b/>
        </w:rPr>
        <w:t xml:space="preserve">[1:15:19] </w:t>
      </w:r>
      <w:r>
        <w:t>muzakhar shakhsiyat uski banay.</w:t>
      </w:r>
    </w:p>
    <w:p>
      <w:pPr>
        <w:jc w:val="right"/>
      </w:pPr>
      <w:r>
        <w:t>مذکر شخصیت اس کی بنے۔</w:t>
      </w:r>
    </w:p>
    <w:p>
      <w:r>
        <w:rPr>
          <w:b/>
        </w:rPr>
        <w:t xml:space="preserve">[1:15:23] </w:t>
      </w:r>
      <w:r>
        <w:t>to main focus is par hai.</w:t>
      </w:r>
    </w:p>
    <w:p>
      <w:pPr>
        <w:jc w:val="right"/>
      </w:pPr>
      <w:r>
        <w:t>تو main focus اس پر ہے۔</w:t>
      </w:r>
    </w:p>
    <w:p>
      <w:r>
        <w:rPr>
          <w:b/>
        </w:rPr>
        <w:t xml:space="preserve">[1:15:28] </w:t>
      </w:r>
      <w:r>
        <w:t>kya role karega, kya role nahi karega.</w:t>
      </w:r>
    </w:p>
    <w:p>
      <w:pPr>
        <w:jc w:val="right"/>
      </w:pPr>
      <w:r>
        <w:t>کیا role کرے گا، کیا role نہیں کرے گا۔</w:t>
      </w:r>
    </w:p>
    <w:p>
      <w:r>
        <w:rPr>
          <w:b/>
        </w:rPr>
        <w:t xml:space="preserve">[1:15:32] </w:t>
      </w:r>
      <w:r>
        <w:t>is role ke darmiyan bhi apna tazkiya kar payega, nahi kar payega.</w:t>
      </w:r>
    </w:p>
    <w:p>
      <w:pPr>
        <w:jc w:val="right"/>
      </w:pPr>
      <w:r>
        <w:t>اس role کے درمیان بھی اپنا تزکیہ کر پائے گا، نہیں کر پائے گا۔</w:t>
      </w:r>
    </w:p>
    <w:p>
      <w:r>
        <w:rPr>
          <w:b/>
        </w:rPr>
        <w:t xml:space="preserve">[1:15:36] </w:t>
      </w:r>
      <w:r>
        <w:t>koi bhi role hai jo aap karen.</w:t>
      </w:r>
    </w:p>
    <w:p>
      <w:pPr>
        <w:jc w:val="right"/>
      </w:pPr>
      <w:r>
        <w:t>کوئی بھی role ہے جو آپ کریں۔</w:t>
      </w:r>
    </w:p>
    <w:p>
      <w:r>
        <w:rPr>
          <w:b/>
        </w:rPr>
        <w:t xml:space="preserve">[1:15:39] </w:t>
      </w:r>
      <w:r>
        <w:t>koi bhi role aap karen.</w:t>
      </w:r>
    </w:p>
    <w:p>
      <w:pPr>
        <w:jc w:val="right"/>
      </w:pPr>
      <w:r>
        <w:t>کوئی بھی role آپ کریں۔</w:t>
      </w:r>
    </w:p>
    <w:p>
      <w:r>
        <w:rPr>
          <w:b/>
        </w:rPr>
        <w:t xml:space="preserve">[1:15:43] </w:t>
      </w:r>
      <w:r>
        <w:t>misalan masjid mein namaz padhayen, madrasah mein kitaben padhayen logon ko.</w:t>
      </w:r>
    </w:p>
    <w:p>
      <w:pPr>
        <w:jc w:val="right"/>
      </w:pPr>
      <w:r>
        <w:t>مثلاً مسجد میں نماز پڑھائیں، مدرسہ میں کتابیں پڑھائیں لوگوں کو۔</w:t>
      </w:r>
    </w:p>
    <w:p>
      <w:r>
        <w:rPr>
          <w:b/>
        </w:rPr>
        <w:t xml:space="preserve">[1:15:47] </w:t>
      </w:r>
      <w:r>
        <w:t>koi bhi doosra kaam karen.</w:t>
      </w:r>
    </w:p>
    <w:p>
      <w:pPr>
        <w:jc w:val="right"/>
      </w:pPr>
      <w:r>
        <w:t>کوئی بھی دوسرا کام کریں۔</w:t>
      </w:r>
    </w:p>
    <w:p>
      <w:r>
        <w:rPr>
          <w:b/>
        </w:rPr>
        <w:t xml:space="preserve">[1:15:51] </w:t>
      </w:r>
      <w:r>
        <w:t>to asal cheez role nahin hai.</w:t>
      </w:r>
    </w:p>
    <w:p>
      <w:pPr>
        <w:jc w:val="right"/>
      </w:pPr>
      <w:r>
        <w:t>تو اصل چیز role نہیں ہے۔</w:t>
      </w:r>
    </w:p>
    <w:p>
      <w:r>
        <w:rPr>
          <w:b/>
        </w:rPr>
        <w:t xml:space="preserve">[1:15:55] </w:t>
      </w:r>
      <w:r>
        <w:t>asal cheez hai different activities ke darmiyan apna tazkiyah kar sakna. to masla</w:t>
      </w:r>
    </w:p>
    <w:p>
      <w:pPr>
        <w:jc w:val="right"/>
      </w:pPr>
      <w:r>
        <w:t>اصل چیز ہے different activities کے درمیان اپنا تزکیہ کر سکنا۔ تو مسئلہ</w:t>
      </w:r>
    </w:p>
    <w:p>
      <w:r>
        <w:rPr>
          <w:b/>
        </w:rPr>
        <w:t xml:space="preserve">[1:15:59] </w:t>
      </w:r>
      <w:r>
        <w:t>different role bilashubah ho sakta hai.</w:t>
      </w:r>
    </w:p>
    <w:p>
      <w:pPr>
        <w:jc w:val="right"/>
      </w:pPr>
      <w:r>
        <w:t>different role بلاشبہ ہو سکتا ہے۔</w:t>
      </w:r>
    </w:p>
    <w:p>
      <w:r>
        <w:rPr>
          <w:b/>
        </w:rPr>
        <w:t xml:space="preserve">[1:16:02] </w:t>
      </w:r>
      <w:r>
        <w:t>bohat sare kaam hote hain.</w:t>
      </w:r>
    </w:p>
    <w:p>
      <w:pPr>
        <w:jc w:val="right"/>
      </w:pPr>
      <w:r>
        <w:t>بہت سارے کام ہوتے ہیں۔</w:t>
      </w:r>
    </w:p>
    <w:p>
      <w:r>
        <w:rPr>
          <w:b/>
        </w:rPr>
        <w:t xml:space="preserve">[1:16:05] </w:t>
      </w:r>
      <w:r>
        <w:t>lekin khud role asal maqsood nahin hai.</w:t>
      </w:r>
    </w:p>
    <w:p>
      <w:pPr>
        <w:jc w:val="right"/>
      </w:pPr>
      <w:r>
        <w:t>لیکن خود role اصل مقصود نہیں ہے۔</w:t>
      </w:r>
    </w:p>
    <w:p>
      <w:r>
        <w:rPr>
          <w:b/>
        </w:rPr>
        <w:t xml:space="preserve">[1:16:09] </w:t>
      </w:r>
      <w:r>
        <w:t>asal maqsood hai apni apni shakhsiyat ki taameer.</w:t>
      </w:r>
    </w:p>
    <w:p>
      <w:pPr>
        <w:jc w:val="right"/>
      </w:pPr>
      <w:r>
        <w:t>اصل مقصود ہے اپنی اپنی شخصیت کی تعمیر۔</w:t>
      </w:r>
    </w:p>
    <w:p>
      <w:r>
        <w:rPr>
          <w:b/>
        </w:rPr>
        <w:t xml:space="preserve">[1:16:12] </w:t>
      </w:r>
      <w:r>
        <w:t>yani jannati shakhsiyat ki taameer.</w:t>
      </w:r>
    </w:p>
    <w:p>
      <w:pPr>
        <w:jc w:val="right"/>
      </w:pPr>
      <w:r>
        <w:t>یعنی جنتی شخصیت کی تعمیر۔</w:t>
      </w:r>
    </w:p>
    <w:p>
      <w:r>
        <w:rPr>
          <w:b/>
        </w:rPr>
        <w:t xml:space="preserve">[1:16:15] </w:t>
      </w:r>
      <w:r>
        <w:t>muzakkar shakhsiyat ki taameer.</w:t>
      </w:r>
    </w:p>
    <w:p>
      <w:pPr>
        <w:jc w:val="right"/>
      </w:pPr>
      <w:r>
        <w:t>مذکر شخصیت کی تعمیر۔</w:t>
      </w:r>
    </w:p>
    <w:p>
      <w:r>
        <w:rPr>
          <w:b/>
        </w:rPr>
        <w:t xml:space="preserve">[1:16:19] </w:t>
      </w:r>
      <w:r>
        <w:t>to mukhtalif role ada karte hue aadmi yeh jaane ke main kya woh tazkiyah kar pa raha hoon</w:t>
      </w:r>
    </w:p>
    <w:p>
      <w:pPr>
        <w:jc w:val="right"/>
      </w:pPr>
      <w:r>
        <w:t>تو مختلف role ادا کرتے ہوئے آدمی یہ جانے کہ میں کیا وہ تزکیہ کر پا رہا ہوں</w:t>
      </w:r>
    </w:p>
    <w:p>
      <w:r>
        <w:rPr>
          <w:b/>
        </w:rPr>
        <w:t xml:space="preserve">[1:16:22] </w:t>
      </w:r>
      <w:r>
        <w:t>ke nahin kar pa raha hoon.</w:t>
      </w:r>
    </w:p>
    <w:p>
      <w:pPr>
        <w:jc w:val="right"/>
      </w:pPr>
      <w:r>
        <w:t>کہ نہیں کر پا رہا ہوں۔</w:t>
      </w:r>
    </w:p>
    <w:p>
      <w:r>
        <w:rPr>
          <w:b/>
        </w:rPr>
        <w:t xml:space="preserve">[1:16:25] </w:t>
      </w:r>
      <w:r>
        <w:t>badqismati se yeh hai ke tazkiyah ke baray mein poori tareekh mein</w:t>
      </w:r>
    </w:p>
    <w:p>
      <w:pPr>
        <w:jc w:val="right"/>
      </w:pPr>
      <w:r>
        <w:t>بدقسمتی سے یہ ہے کہ تزکیہ کے بارے میں پوری تاریخ میں</w:t>
      </w:r>
    </w:p>
    <w:p>
      <w:r>
        <w:rPr>
          <w:b/>
        </w:rPr>
        <w:t xml:space="preserve">[1:16:29] </w:t>
      </w:r>
      <w:r>
        <w:t>, muslim tareekh jo hai, koi wazeh tasawwur nahin maujood hai.</w:t>
      </w:r>
    </w:p>
    <w:p>
      <w:pPr>
        <w:jc w:val="right"/>
      </w:pPr>
      <w:r>
        <w:t>، مسلم تاریخ جو ہے، کوئی واضح تصوری نہیں موجود ہے۔</w:t>
      </w:r>
    </w:p>
    <w:p>
      <w:r>
        <w:rPr>
          <w:b/>
        </w:rPr>
        <w:t xml:space="preserve">[1:16:34] </w:t>
      </w:r>
      <w:r>
        <w:t>shayad koi ek kitab bhi nahin likhi gayi.</w:t>
      </w:r>
    </w:p>
    <w:p>
      <w:pPr>
        <w:jc w:val="right"/>
      </w:pPr>
      <w:r>
        <w:t>شاید کوئی ایک کتاب بھی نہیں لکھی گئی۔</w:t>
      </w:r>
    </w:p>
    <w:p>
      <w:r>
        <w:rPr>
          <w:b/>
        </w:rPr>
        <w:t xml:space="preserve">[1:16:39] </w:t>
      </w:r>
      <w:r>
        <w:t>aur tazkiyah ka jo tasawwur sufia ne diya, woh to bilkul hi sahi nahin hai.</w:t>
      </w:r>
    </w:p>
    <w:p>
      <w:pPr>
        <w:jc w:val="right"/>
      </w:pPr>
      <w:r>
        <w:t>اور تزکیہ کا جو تصور صوفیاء نے دیا، وہ تو بالکل ہی صحیح نہیں ہے۔</w:t>
      </w:r>
    </w:p>
    <w:p>
      <w:r>
        <w:rPr>
          <w:b/>
        </w:rPr>
        <w:t xml:space="preserve">[1:16:44] </w:t>
      </w:r>
      <w:r>
        <w:t>iska main ise islami tasawwur nahin samajhta.</w:t>
      </w:r>
    </w:p>
    <w:p>
      <w:pPr>
        <w:jc w:val="right"/>
      </w:pPr>
      <w:r>
        <w:t>اس کا میں اسے اسلامی تصور نہیں سمجھتا۔</w:t>
      </w:r>
    </w:p>
    <w:p>
      <w:r>
        <w:rPr>
          <w:b/>
        </w:rPr>
        <w:t xml:space="preserve">[1:16:49] </w:t>
      </w:r>
      <w:r>
        <w:t>woh to ek qism ka mazahkhat hai.</w:t>
      </w:r>
    </w:p>
    <w:p>
      <w:pPr>
        <w:jc w:val="right"/>
      </w:pPr>
      <w:r>
        <w:t>وہ تو ایک قسم کا مضاحات ہے۔</w:t>
      </w:r>
    </w:p>
    <w:p>
      <w:r>
        <w:rPr>
          <w:b/>
        </w:rPr>
        <w:t xml:space="preserve">[1:16:54] </w:t>
      </w:r>
      <w:r>
        <w:t>to jo tazkiyah qurani hai, jis ke mutabiq shakhsiyat banti hai, to asal matloob wahi hai. aap</w:t>
      </w:r>
    </w:p>
    <w:p>
      <w:pPr>
        <w:jc w:val="right"/>
      </w:pPr>
      <w:r>
        <w:t>تو جو تزکیہ قرآنی ہے، جس کے مطابق شخصیت بنتی ہے، تو اصل مطلوب وہی ہے۔ آپ</w:t>
      </w:r>
    </w:p>
    <w:p>
      <w:r>
        <w:rPr>
          <w:b/>
        </w:rPr>
        <w:t xml:space="preserve">[1:16:59] </w:t>
      </w:r>
      <w:r>
        <w:t>koi bhi role karen, misalan aap university mein farz kiye hain, aap ek industry chala rahe hain, aap</w:t>
      </w:r>
    </w:p>
    <w:p>
      <w:pPr>
        <w:jc w:val="right"/>
      </w:pPr>
      <w:r>
        <w:t>کوئی بھی role کریں، مثلاً آپ یونیورسٹی میں فرض کیے ہیں، آپ ایک انڈسٹری چلا رہے ہیں، آپ</w:t>
      </w:r>
    </w:p>
    <w:p>
      <w:r>
        <w:rPr>
          <w:b/>
        </w:rPr>
        <w:t xml:space="preserve">[1:17:05] </w:t>
      </w:r>
      <w:r>
        <w:t>masjid chala rahe hain, aap ek adarah chala rahe hain, kuch bhi kar rahe hon aap, lekin asal</w:t>
      </w:r>
    </w:p>
    <w:p>
      <w:pPr>
        <w:jc w:val="right"/>
      </w:pPr>
      <w:r>
        <w:t>مسجد چلا رہے ہیں، آپ ایک ادارہ چلا رہے ہیں، کچھ بھی کر رہے ہوں آپ، لیکن اصل</w:t>
      </w:r>
    </w:p>
    <w:p>
      <w:r>
        <w:rPr>
          <w:b/>
        </w:rPr>
        <w:t xml:space="preserve">[1:17:11] </w:t>
      </w:r>
      <w:r>
        <w:t>jo jo jo asal maqsad aap ka rehna chahiye, woh hai ke aap ke andar kya woh shakhsiyat</w:t>
      </w:r>
    </w:p>
    <w:p>
      <w:pPr>
        <w:jc w:val="right"/>
      </w:pPr>
      <w:r>
        <w:t>جو جو جو اصل مقصد آپ کا رہنا چاہیے، وہ ہے کہ آپ کے اندر کیا وہ شخصیت</w:t>
      </w:r>
    </w:p>
    <w:p>
      <w:r>
        <w:rPr>
          <w:b/>
        </w:rPr>
        <w:t xml:space="preserve">[1:17:18] </w:t>
      </w:r>
      <w:r>
        <w:t>ban rahi hai jo jannati shakhsiyat hai, jo Allah taala ki rehmaton ke mustahiq qarar paaye aakhirat mein.</w:t>
      </w:r>
    </w:p>
    <w:p>
      <w:pPr>
        <w:jc w:val="right"/>
      </w:pPr>
      <w:r>
        <w:t>بن رہی ہے جو جنتی شخصیت ہے، جو اللہ تعالیٰ کی رحمتوں کے مستحق قرار پائے آخرت میں۔</w:t>
      </w:r>
    </w:p>
    <w:p>
      <w:r>
        <w:rPr>
          <w:b/>
        </w:rPr>
        <w:t xml:space="preserve">[1:17:24] </w:t>
      </w:r>
      <w:r>
        <w:t>yeh main samajh paya hoon.</w:t>
      </w:r>
    </w:p>
    <w:p>
      <w:pPr>
        <w:jc w:val="right"/>
      </w:pPr>
      <w:r>
        <w:t>یہ میں سمجھ پایا ہوں۔</w:t>
      </w:r>
    </w:p>
    <w:p>
      <w:r>
        <w:rPr>
          <w:b/>
        </w:rPr>
        <w:t xml:space="preserve">[1:17:30] </w:t>
      </w:r>
      <w:r>
        <w:t>aur ye insān khud hī samajh saktā hai. koī dūsrā nahīñ batā saktā is ko. maulānā, aglā savāl maulānā iliyās ne kiyā hai channai se. unhoñ ne likhā hai: "Maulānā, ḥadīth mein khilāfat kī vāpasī kā prediction āyā hai. kyā is kā matlab jamhūriyyat kī ḥālāt kā ānā hai? is ke bāre mein batāeñ." bhaī, duniyā mein kaun sī ḥadīth mein khilāfat kī vāpasī kī prediction hai? aisā to</w:t>
      </w:r>
    </w:p>
    <w:p>
      <w:pPr>
        <w:jc w:val="right"/>
      </w:pPr>
      <w:r>
        <w:t>اور یہ انسان خود ہی سمجھ سکتا ہے۔ کوئی دوسرا نہیں بتا سکتا اس کو۔ مولانا، اگلا سوال مولانا الیاس نے کیا ہے چنئی سے۔ انہوں نے لکھا ہے: "مولانا، حدیث میں خلافت کی واپسی کا prediction آیا ہے۔ کیا اس کا مطلب جمہوریت کی حالات کا آنا ہے؟ اس کے بارے میں بتائیں۔" بھئی، دنیا میں کون سی حدیث میں خلافت کی واپسی کی prediction ہے؟ ایسا تو</w:t>
      </w:r>
    </w:p>
    <w:p>
      <w:r>
        <w:rPr>
          <w:b/>
        </w:rPr>
        <w:t xml:space="preserve">[1:18:00] </w:t>
      </w:r>
      <w:r>
        <w:t>koi hadith hai nahin.</w:t>
      </w:r>
    </w:p>
    <w:p>
      <w:pPr>
        <w:jc w:val="right"/>
      </w:pPr>
      <w:r>
        <w:t>کوئی حدیث ہے نہیں۔</w:t>
      </w:r>
    </w:p>
    <w:p>
      <w:r>
        <w:rPr>
          <w:b/>
        </w:rPr>
        <w:t xml:space="preserve">[1:18:04] </w:t>
      </w:r>
      <w:r>
        <w:t>kehta hai, koi hadith hai aisi? khilafat wapas aye gi? mujhe to pata nahi.</w:t>
      </w:r>
    </w:p>
    <w:p>
      <w:pPr>
        <w:jc w:val="right"/>
      </w:pPr>
      <w:r>
        <w:t>کہتا ہے، کوئی حدیث ہے ایسی؟ خلافت واپس آئے گی؟ مجھے تو پتہ نہیں۔</w:t>
      </w:r>
    </w:p>
    <w:p>
      <w:r>
        <w:rPr>
          <w:b/>
        </w:rPr>
        <w:t xml:space="preserve">[1:18:08] </w:t>
      </w:r>
      <w:r>
        <w:t>beh-haal, yeh yeh agar in ke koi hadith hadith jante honge to agle itwar ko batayein woh.</w:t>
      </w:r>
    </w:p>
    <w:p>
      <w:pPr>
        <w:jc w:val="right"/>
      </w:pPr>
      <w:r>
        <w:t>بہرحال، یہ یہ اگر ان کے کوئی حدیث حدیث جانتے ہوں گے تو اگلے اتوار کو بتائیں وہ۔</w:t>
      </w:r>
    </w:p>
    <w:p>
      <w:r>
        <w:rPr>
          <w:b/>
        </w:rPr>
        <w:t xml:space="preserve">[1:18:12] </w:t>
      </w:r>
      <w:r>
        <w:t>ji, main nahi janta kisi aisi hadith ko jis mein ke khilafat wapas aye gi.</w:t>
      </w:r>
    </w:p>
    <w:p>
      <w:pPr>
        <w:jc w:val="right"/>
      </w:pPr>
      <w:r>
        <w:t>جی، میں نہیں جانتا کسی ایسی حدیث کو جس میں کہ خلافت واپس آئے گی۔</w:t>
      </w:r>
    </w:p>
    <w:p>
      <w:r>
        <w:rPr>
          <w:b/>
        </w:rPr>
        <w:t xml:space="preserve">[1:18:15] </w:t>
      </w:r>
      <w:r>
        <w:t>yeh to koi mere to yeh ghair maloom baat hai.</w:t>
      </w:r>
    </w:p>
    <w:p>
      <w:pPr>
        <w:jc w:val="right"/>
      </w:pPr>
      <w:r>
        <w:t>یہ تو کوئی میرے تو یہ غیر معلوم بات ہے۔</w:t>
      </w:r>
    </w:p>
    <w:p>
      <w:r>
        <w:rPr>
          <w:b/>
        </w:rPr>
        <w:t xml:space="preserve">[1:18:19] </w:t>
      </w:r>
      <w:r>
        <w:t>ek se ek khilafat ka lafz aa gaya to bas aap samajh lein ke khilafat wapas aye gi.</w:t>
      </w:r>
    </w:p>
    <w:p>
      <w:pPr>
        <w:jc w:val="right"/>
      </w:pPr>
      <w:r>
        <w:t>ایک سے ایک خلافت کا لفظ آ گیا تو بس آپ سمجھ لیں کہ خلافت واپس آئے گی۔</w:t>
      </w:r>
    </w:p>
    <w:p>
      <w:r>
        <w:rPr>
          <w:b/>
        </w:rPr>
        <w:t xml:space="preserve">[1:18:23] </w:t>
      </w:r>
      <w:r>
        <w:t>wapas aye gi.</w:t>
      </w:r>
    </w:p>
    <w:p>
      <w:pPr>
        <w:jc w:val="right"/>
      </w:pPr>
      <w:r>
        <w:t>واپس آئے گی۔</w:t>
      </w:r>
    </w:p>
    <w:p>
      <w:r>
        <w:rPr>
          <w:b/>
        </w:rPr>
        <w:t xml:space="preserve">[1:18:27] </w:t>
      </w:r>
      <w:r>
        <w:t>log lafzon yeh bhi</w:t>
      </w:r>
    </w:p>
    <w:p>
      <w:pPr>
        <w:jc w:val="right"/>
      </w:pPr>
      <w:r>
        <w:t>لوگ لفظوں یہ بھی</w:t>
      </w:r>
    </w:p>
    <w:p>
      <w:r>
        <w:rPr>
          <w:b/>
        </w:rPr>
        <w:t xml:space="preserve">[1:18:30] </w:t>
      </w:r>
      <w:r>
        <w:t>bohat bari logon ke andar ajeeb-o-ghareeb kamzori hai.</w:t>
      </w:r>
    </w:p>
    <w:p>
      <w:pPr>
        <w:jc w:val="right"/>
      </w:pPr>
      <w:r>
        <w:t>بہت بڑی لوگوں کے اندر عجیب و غریب کمزوری ہے۔</w:t>
      </w:r>
    </w:p>
    <w:p>
      <w:r>
        <w:rPr>
          <w:b/>
        </w:rPr>
        <w:t xml:space="preserve">[1:18:34] </w:t>
      </w:r>
      <w:r>
        <w:t>ek lafz le lenge, aap samajhte hain ke falan baat wahan maujood hai.</w:t>
      </w:r>
    </w:p>
    <w:p>
      <w:pPr>
        <w:jc w:val="right"/>
      </w:pPr>
      <w:r>
        <w:t>ایک لفظ لے لیں گے، آپ سمجھتے ہیں کہ فلاں بات وہاں موجود ہے۔</w:t>
      </w:r>
    </w:p>
    <w:p>
      <w:r>
        <w:rPr>
          <w:b/>
        </w:rPr>
        <w:t xml:space="preserve">[1:18:38] </w:t>
      </w:r>
      <w:r>
        <w:t>lafz se sabit nahi hota ke falan baat wahan maujood hai.</w:t>
      </w:r>
    </w:p>
    <w:p>
      <w:pPr>
        <w:jc w:val="right"/>
      </w:pPr>
      <w:r>
        <w:t>لفظ سے ثابت نہیں ہوتا کہ فلاں بات وہاں موجود ہے۔</w:t>
      </w:r>
    </w:p>
    <w:p>
      <w:r>
        <w:rPr>
          <w:b/>
        </w:rPr>
        <w:t xml:space="preserve">[1:18:42] </w:t>
      </w:r>
      <w:r>
        <w:t>kahin lafz khalifa aa gaya to bas khilafat tasawwur maujood hai.</w:t>
      </w:r>
    </w:p>
    <w:p>
      <w:pPr>
        <w:jc w:val="right"/>
      </w:pPr>
      <w:r>
        <w:t>کہیں لفظ خلیفہ آ گیا تو بس خلافت تصور موجود ہے۔</w:t>
      </w:r>
    </w:p>
    <w:p>
      <w:r>
        <w:rPr>
          <w:b/>
        </w:rPr>
        <w:t xml:space="preserve">[1:18:45] </w:t>
      </w:r>
      <w:r>
        <w:t>aisa kuch nahi.</w:t>
      </w:r>
    </w:p>
    <w:p>
      <w:pPr>
        <w:jc w:val="right"/>
      </w:pPr>
      <w:r>
        <w:t>ایسا کچھ نہیں۔</w:t>
      </w:r>
    </w:p>
    <w:p>
      <w:r>
        <w:rPr>
          <w:b/>
        </w:rPr>
        <w:t xml:space="preserve">[1:18:49] </w:t>
      </w:r>
      <w:r>
        <w:t>aap poora is is poore bayan ko dekhiye ke wahan kis ma'ne mein woh lafz aaya hai.</w:t>
      </w:r>
    </w:p>
    <w:p>
      <w:pPr>
        <w:jc w:val="right"/>
      </w:pPr>
      <w:r>
        <w:t>آپ پورا اس اس پورے بیان کو دیکھیے کہ وہاں کس معنی میں وہ لفظ آیا ہے۔</w:t>
      </w:r>
    </w:p>
    <w:p>
      <w:r>
        <w:rPr>
          <w:b/>
        </w:rPr>
        <w:t xml:space="preserve">[1:18:53] </w:t>
      </w:r>
      <w:r>
        <w:t>to jab tak main poori hadith na dekh loon, main koi rai nahi de sakta is ke bare mein.</w:t>
      </w:r>
    </w:p>
    <w:p>
      <w:pPr>
        <w:jc w:val="right"/>
      </w:pPr>
      <w:r>
        <w:t>تو جب تک میں پوری حدیث نہ دیکھ لوں، میں کوئی رائے نہیں دے سکتا اس کے بارے میں۔</w:t>
      </w:r>
    </w:p>
    <w:p>
      <w:r>
        <w:rPr>
          <w:b/>
        </w:rPr>
        <w:t xml:space="preserve">[1:18:57] </w:t>
      </w:r>
      <w:r>
        <w:t>in ka ek aur sawal hai</w:t>
      </w:r>
    </w:p>
    <w:p>
      <w:pPr>
        <w:jc w:val="right"/>
      </w:pPr>
      <w:r>
        <w:t>ان کا ایک اور سوال ہے</w:t>
      </w:r>
    </w:p>
    <w:p>
      <w:r>
        <w:rPr>
          <w:b/>
        </w:rPr>
        <w:t xml:space="preserve">[1:19:01] </w:t>
      </w:r>
      <w:r>
        <w:t>maulana, unhon ne likha hai: "lafzi dekhiye, lafzi mushabihat par istadlal karne ka bohat poori tareekh mein raha hai.</w:t>
      </w:r>
    </w:p>
    <w:p>
      <w:pPr>
        <w:jc w:val="right"/>
      </w:pPr>
      <w:r>
        <w:t>مولانا، انہوں نے لکھا ہے: "لفظی دیکھیے، لفظی مشابہت پر استدلال کرنے کا بہت پوری تاریخ میں رہا ہے۔</w:t>
      </w:r>
    </w:p>
    <w:p>
      <w:r>
        <w:rPr>
          <w:b/>
        </w:rPr>
        <w:t xml:space="preserve">[1:19:09] </w:t>
      </w:r>
      <w:r>
        <w:t>lafzi mushabihat se.</w:t>
      </w:r>
    </w:p>
    <w:p>
      <w:pPr>
        <w:jc w:val="right"/>
      </w:pPr>
      <w:r>
        <w:t>لفظی مشابہت سے۔</w:t>
      </w:r>
    </w:p>
    <w:p>
      <w:r>
        <w:rPr>
          <w:b/>
        </w:rPr>
        <w:t xml:space="preserve">[1:19:17] </w:t>
      </w:r>
      <w:r>
        <w:t>aur yeh ghair ilmi istadlal hai." Maulana, in ka doosra sawal yeh hai, unhon ne likha hai: "What</w:t>
      </w:r>
    </w:p>
    <w:p>
      <w:pPr>
        <w:jc w:val="right"/>
      </w:pPr>
      <w:r>
        <w:t>اور یہ غیر علمی استدلال ہے۔" مولانا، ان کا دوسرا سوال یہ ہے، انہوں نے لکھا ہے: "What</w:t>
      </w:r>
    </w:p>
    <w:p>
      <w:r>
        <w:rPr>
          <w:b/>
        </w:rPr>
        <w:t xml:space="preserve">[1:19:25] </w:t>
      </w:r>
      <w:r>
        <w:t>is the difference between secular democracy and shura?"</w:t>
      </w:r>
    </w:p>
    <w:p>
      <w:pPr>
        <w:jc w:val="right"/>
      </w:pPr>
      <w:r>
        <w:t>is the difference between secular democracy and شوریٰ؟"</w:t>
      </w:r>
    </w:p>
    <w:p>
      <w:r>
        <w:rPr>
          <w:b/>
        </w:rPr>
        <w:t xml:space="preserve">[1:19:33] </w:t>
      </w:r>
      <w:r>
        <w:t>yeh to main ne arz kar diya aap ne baat cheet mein ke secular democracy jo hai, basically</w:t>
      </w:r>
    </w:p>
    <w:p>
      <w:pPr>
        <w:jc w:val="right"/>
      </w:pPr>
      <w:r>
        <w:t>یہ تو میں نے عرض کر دیا آپ نے بات چیت میں کہ secular democracy جو ہے، basically</w:t>
      </w:r>
    </w:p>
    <w:p>
      <w:r>
        <w:rPr>
          <w:b/>
        </w:rPr>
        <w:t xml:space="preserve">[1:19:38] </w:t>
      </w:r>
      <w:r>
        <w:t>woh woh koi aqeedah nahi hai.</w:t>
      </w:r>
    </w:p>
    <w:p>
      <w:pPr>
        <w:jc w:val="right"/>
      </w:pPr>
      <w:r>
        <w:t>وہ وہ کوئی عقیدہ نہیں ہے۔</w:t>
      </w:r>
    </w:p>
    <w:p>
      <w:r>
        <w:rPr>
          <w:b/>
        </w:rPr>
        <w:t xml:space="preserve">[1:19:43] </w:t>
      </w:r>
      <w:r>
        <w:t>is ko lamzahabi jamhooriyat kehna sahi nahi hai.</w:t>
      </w:r>
    </w:p>
    <w:p>
      <w:pPr>
        <w:jc w:val="right"/>
      </w:pPr>
      <w:r>
        <w:t>اس کو لامذہبی جمہوریت کہنا صحیح نہیں ہے۔</w:t>
      </w:r>
    </w:p>
    <w:p>
      <w:r>
        <w:rPr>
          <w:b/>
        </w:rPr>
        <w:t xml:space="preserve">[1:19:48] </w:t>
      </w:r>
      <w:r>
        <w:t>secular democracy sirf ek dhanchay ka naam hai. dhancha.</w:t>
      </w:r>
    </w:p>
    <w:p>
      <w:pPr>
        <w:jc w:val="right"/>
      </w:pPr>
      <w:r>
        <w:t>Secular democracy صرف ایک ڈھانچے کا نام ہے۔ ڈھانچہ۔</w:t>
      </w:r>
    </w:p>
    <w:p>
      <w:r>
        <w:rPr>
          <w:b/>
        </w:rPr>
        <w:t xml:space="preserve">[1:19:53] </w:t>
      </w:r>
      <w:r>
        <w:t>yani logon se election ke zariye se logon ki rai lena aur un ki rai ke mutabiq hukoomat banana.</w:t>
      </w:r>
    </w:p>
    <w:p>
      <w:pPr>
        <w:jc w:val="right"/>
      </w:pPr>
      <w:r>
        <w:t>یعنی لوگوں سے election کے ذریعے سے لوگوں کی رائے لینا اور ان کی رائے کے مطابق حکومت بنانا۔</w:t>
      </w:r>
    </w:p>
    <w:p>
      <w:r>
        <w:rPr>
          <w:b/>
        </w:rPr>
        <w:t xml:space="preserve">[1:19:59] </w:t>
      </w:r>
      <w:r>
        <w:t>is ka na koi aqeeday se talluq hai na is ka mazhab se talluq hai.</w:t>
      </w:r>
    </w:p>
    <w:p>
      <w:pPr>
        <w:jc w:val="right"/>
      </w:pPr>
      <w:r>
        <w:t>اس کا نہ کوئی عقیدے سے تعلق ہے نہ اس کا مذہب سے تعلق ہے۔</w:t>
      </w:r>
    </w:p>
    <w:p>
      <w:r>
        <w:rPr>
          <w:b/>
        </w:rPr>
        <w:t xml:space="preserve">[1:20:04] </w:t>
      </w:r>
      <w:r>
        <w:t>to mein apne dhanchay ke aitbar se mein ne dekha, is mein koi burai nahi hai.</w:t>
      </w:r>
    </w:p>
    <w:p>
      <w:pPr>
        <w:jc w:val="right"/>
      </w:pPr>
      <w:r>
        <w:t>تو میں اپنے ڈھانچے کے اعتبار سے میں نے دیکھا، اس میں کوئی برائی نہیں ہے۔</w:t>
      </w:r>
    </w:p>
    <w:p>
      <w:r>
        <w:rPr>
          <w:b/>
        </w:rPr>
        <w:t xml:space="preserve">[1:20:10] </w:t>
      </w:r>
      <w:r>
        <w:t>masla jo hai, yeh hai ke maujooda jo concept hai democracy ka, is mein accountability koi concept nahi hai.</w:t>
      </w:r>
    </w:p>
    <w:p>
      <w:pPr>
        <w:jc w:val="right"/>
      </w:pPr>
      <w:r>
        <w:t>مسئلہ جو ہے، یہ ہے کہ موجودہ جو concept ہے democracy کا، اس میں accountability کوئی concept نہیں ہے۔</w:t>
      </w:r>
    </w:p>
    <w:p>
      <w:r>
        <w:rPr>
          <w:b/>
        </w:rPr>
        <w:t xml:space="preserve">[1:20:16] </w:t>
      </w:r>
      <w:r>
        <w:t>yani kisi apne se bartar kisi ke aagay mein accountable houn.</w:t>
      </w:r>
    </w:p>
    <w:p>
      <w:pPr>
        <w:jc w:val="right"/>
      </w:pPr>
      <w:r>
        <w:t>یعنی کسی اپنے سے برتر کسی کے آگے میں accountable ہوں۔</w:t>
      </w:r>
    </w:p>
    <w:p>
      <w:r>
        <w:rPr>
          <w:b/>
        </w:rPr>
        <w:t xml:space="preserve">[1:20:22] </w:t>
      </w:r>
      <w:r>
        <w:t>is liye yahan par amalan kya hota hai ke democracy anarchy ban jati hai. anarchy.</w:t>
      </w:r>
    </w:p>
    <w:p>
      <w:pPr>
        <w:jc w:val="right"/>
      </w:pPr>
      <w:r>
        <w:t>اس لیے یہاں پر عملاً کیا ہوتا ہے کہ democracy انارکی بن جاتی ہے۔ انارکی۔</w:t>
      </w:r>
    </w:p>
    <w:p>
      <w:r>
        <w:rPr>
          <w:b/>
        </w:rPr>
        <w:t xml:space="preserve">[1:20:28] </w:t>
      </w:r>
      <w:r>
        <w:t>to anarchy ko ke tor ke liye,</w:t>
      </w:r>
    </w:p>
    <w:p>
      <w:pPr>
        <w:jc w:val="right"/>
      </w:pPr>
      <w:r>
        <w:t>تو انارکی کو کے توڑ کے لیے،</w:t>
      </w:r>
    </w:p>
    <w:p>
      <w:r>
        <w:rPr>
          <w:b/>
        </w:rPr>
        <w:t xml:space="preserve">[1:20:34] </w:t>
      </w:r>
      <w:r>
        <w:t>is ko is ko is par control qā'im karne ke liye zarūrī hai ki vahāñ ek accountability concept maujūd ho. aur vo sirf mazhab se ātā hai. yānī jis kā ek authentic version islām hai. ok, we will end this session now. thank you.</w:t>
      </w:r>
    </w:p>
    <w:p>
      <w:pPr>
        <w:jc w:val="right"/>
      </w:pPr>
      <w:r>
        <w:t>اس کو اس کو اس پر کنٹرول قائم کرنے کے لیے ضروری ہے کہ وہاں ایک accountability concept موجود ہو۔ اور وہ صرف مذہب سے آتا ہے۔ یعنی جس کا ایک authentic version اسلام ہے۔ اوکے،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