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Realization of God May 07, 2017 Maulana Wahiduddin Khan</w:t>
      </w:r>
    </w:p>
    <w:p>
      <w:r>
        <w:t>https://www.youtube.com/watch?v=sXmJShRfWKs</w:t>
      </w:r>
    </w:p>
    <w:p>
      <w:r>
        <w:rPr>
          <w:b/>
        </w:rPr>
        <w:t xml:space="preserve">[00:14] </w:t>
      </w:r>
      <w:r>
        <w:t>bismillāh al-raḥmān al-raḥīm,</w:t>
      </w:r>
    </w:p>
    <w:p>
      <w:pPr>
        <w:jc w:val="right"/>
      </w:pPr>
      <w:r>
        <w:t>بسم اللہ الرحمن الرحیم،</w:t>
      </w:r>
    </w:p>
    <w:p>
      <w:r>
        <w:rPr>
          <w:b/>
        </w:rPr>
        <w:t xml:space="preserve">[00:19] </w:t>
      </w:r>
      <w:r>
        <w:t>wa ṣallā allāhu 'alā nabiyyi al-karīm. rabbishraḥ lī ṣadrī, wa yassir lī amrī, waḥlul 'uqdatan min lisānī yafqahū qawlī.</w:t>
      </w:r>
    </w:p>
    <w:p>
      <w:pPr>
        <w:jc w:val="right"/>
      </w:pPr>
      <w:r>
        <w:t>وصلی اللہ علی نبی الکریم۔ رب اشرح لی صدری، ویسر لی امری، واحل العقدۃ من لسانی یفقہ قولی۔</w:t>
      </w:r>
    </w:p>
    <w:p>
      <w:r>
        <w:rPr>
          <w:b/>
        </w:rPr>
        <w:t xml:space="preserve">[00:37] </w:t>
      </w:r>
      <w:r>
        <w:t>āj kā ṭāpik hai "Realization of God".</w:t>
      </w:r>
    </w:p>
    <w:p>
      <w:pPr>
        <w:jc w:val="right"/>
      </w:pPr>
      <w:r>
        <w:t>آج کا ٹاپک ہے "Realization of God"۔</w:t>
      </w:r>
    </w:p>
    <w:p>
      <w:r>
        <w:rPr>
          <w:b/>
        </w:rPr>
        <w:t xml:space="preserve">[00:46] </w:t>
      </w:r>
      <w:r>
        <w:t>āj mujhe ek baṛī 'ajīb chīz kī daryāft huī,</w:t>
      </w:r>
    </w:p>
    <w:p>
      <w:pPr>
        <w:jc w:val="right"/>
      </w:pPr>
      <w:r>
        <w:t>آج مجھے ایک بڑی عجیب چیز کی دریافت ہوئی،</w:t>
      </w:r>
    </w:p>
    <w:p>
      <w:r>
        <w:rPr>
          <w:b/>
        </w:rPr>
        <w:t xml:space="preserve">[00:52] </w:t>
      </w:r>
      <w:r>
        <w:t>jo shāyad pūrī hisṭrī mein kisī ko daryāft nahīñ huī, yānī matlab islām kī hisṭrī mein.</w:t>
      </w:r>
    </w:p>
    <w:p>
      <w:pPr>
        <w:jc w:val="right"/>
      </w:pPr>
      <w:r>
        <w:t>جو شاید پوری ہسٹری میں کسی کو دریافت نہیں ہوئی، یعنی مطلب اسلام کی ہسٹری میں۔</w:t>
      </w:r>
    </w:p>
    <w:p>
      <w:r>
        <w:rPr>
          <w:b/>
        </w:rPr>
        <w:t xml:space="preserve">[01:03] </w:t>
      </w:r>
      <w:r>
        <w:t>maiñ aksar ye sochtā thā ek bāt ki bahut sī chīzeñ ḥadīthoñ mein hain, bahut hī meaningful, bahut hī zabardast, lekin vo rasūl allāh ke qaul ke taur par nahīñ hain.</w:t>
      </w:r>
    </w:p>
    <w:p>
      <w:pPr>
        <w:jc w:val="right"/>
      </w:pPr>
      <w:r>
        <w:t>میں اکثر یہ سوچتا تھا ایک بات کہ بہت سی چیزیں حدیثوں میں ہیں، بہت ہی meaningful، بہت ہی زبردست، لیکن وہ رسول اللہ کے قول کے طور پر نہیں ہیں۔</w:t>
      </w:r>
    </w:p>
    <w:p>
      <w:r>
        <w:rPr>
          <w:b/>
        </w:rPr>
        <w:t xml:space="preserve">[01:17] </w:t>
      </w:r>
      <w:r>
        <w:t>kisī ṣaḥābī ke qaul par hain. kisī ṣaḥābī ke qaul par. to aisā kyūñ?</w:t>
      </w:r>
    </w:p>
    <w:p>
      <w:pPr>
        <w:jc w:val="right"/>
      </w:pPr>
      <w:r>
        <w:t>کسی صحابی کے قول پر ہیں۔ کسی صحابی کے قول پر۔ تو ایسا کیوں؟</w:t>
      </w:r>
    </w:p>
    <w:p>
      <w:r>
        <w:rPr>
          <w:b/>
        </w:rPr>
        <w:t xml:space="preserve">[01:30] </w:t>
      </w:r>
      <w:r>
        <w:t>masalan dekhiye, ḥazrat 'umar kā ek qaul hai: "Laysa al-'āqil alladhī ya'rifu al-khayra min al-sharr, walākinnahu alladhī ya'rifu al-khayra min al-sharr".</w:t>
      </w:r>
    </w:p>
    <w:p>
      <w:pPr>
        <w:jc w:val="right"/>
      </w:pPr>
      <w:r>
        <w:t>مثلاً دیکھیے، حضرت عمر کا ایک قول ہے: "لیس العاقل الذي يعرف الخير من الشر، ولكنه الذي يعرف الخير من الشر".</w:t>
      </w:r>
    </w:p>
    <w:p>
      <w:r>
        <w:rPr>
          <w:b/>
        </w:rPr>
        <w:t xml:space="preserve">[01:42] </w:t>
      </w:r>
      <w:r>
        <w:t>is ka matlab yeh hai ke is dunya mein aadmi ke liye option jo hai, good aur bad ke darmiyan nahi hai.</w:t>
      </w:r>
    </w:p>
    <w:p>
      <w:pPr>
        <w:jc w:val="right"/>
      </w:pPr>
      <w:r>
        <w:t>اس کا مطلب یہ ہے کہ اس دنیا میں آدمی کے لیے option جو ہے، good اور bad کے درمیان نہیں ہے۔</w:t>
      </w:r>
    </w:p>
    <w:p>
      <w:r>
        <w:rPr>
          <w:b/>
        </w:rPr>
        <w:t xml:space="preserve">[01:54] </w:t>
      </w:r>
      <w:r>
        <w:t>Lesser evil aur greater evil ke darmiyan hai.</w:t>
      </w:r>
    </w:p>
    <w:p>
      <w:pPr>
        <w:jc w:val="right"/>
      </w:pPr>
      <w:r>
        <w:t>Lesser evil اور greater evil کے درمیان ہے۔</w:t>
      </w:r>
    </w:p>
    <w:p>
      <w:r>
        <w:rPr>
          <w:b/>
        </w:rPr>
        <w:t xml:space="preserve">[02:01] </w:t>
      </w:r>
      <w:r>
        <w:t>Yaani kaisi ajeeb baat hai. Jo option hai woh yeh nahi ke idhar all evil hai, idhar all good hai. All evil ko chodo, all good ko le lo.</w:t>
      </w:r>
    </w:p>
    <w:p>
      <w:pPr>
        <w:jc w:val="right"/>
      </w:pPr>
      <w:r>
        <w:t>یعنی کیسی عجیب بات ہے۔ جو option ہے وہ یہ نہیں کہ ادھر all evil ہے، ادھر all good ہے۔ All evil کو چھوڑو، all good کو لے لو۔</w:t>
      </w:r>
    </w:p>
    <w:p>
      <w:r>
        <w:rPr>
          <w:b/>
        </w:rPr>
        <w:t xml:space="preserve">[02:11] </w:t>
      </w:r>
      <w:r>
        <w:t>Yeh option hi nahi hai.</w:t>
      </w:r>
    </w:p>
    <w:p>
      <w:pPr>
        <w:jc w:val="right"/>
      </w:pPr>
      <w:r>
        <w:t>یہ option ہی نہیں ہے۔</w:t>
      </w:r>
    </w:p>
    <w:p>
      <w:r>
        <w:rPr>
          <w:b/>
        </w:rPr>
        <w:t xml:space="preserve">[02:16] </w:t>
      </w:r>
      <w:r>
        <w:t>Option yeh hai ke yeh jano ke kaun sa lesser evil hai, kaun sa greater evil hai. To greater evil ko chodo, lesser evil ko le lo. Yeh itni bari baat hai ke wisdom ka pahad hai.</w:t>
      </w:r>
    </w:p>
    <w:p>
      <w:pPr>
        <w:jc w:val="right"/>
      </w:pPr>
      <w:r>
        <w:t>Option یہ ہے کہ یہ جانو کہ کون سا lesser evil ہے، کون سا greater evil ہے۔ تو greater evil کو چھوڑو، lesser evil کو لے لو۔ یہ اتنی بڑی بات ہے کہ wisdom کا پہاڑ ہے۔</w:t>
      </w:r>
    </w:p>
    <w:p>
      <w:r>
        <w:rPr>
          <w:b/>
        </w:rPr>
        <w:t xml:space="preserve">[02:27] </w:t>
      </w:r>
      <w:r>
        <w:t>Lekin yeh qaul hai Hazrat Umar ka. Rasool Allah ka qaul nahi hai. Aisi bohat si cheezein hain.</w:t>
      </w:r>
    </w:p>
    <w:p>
      <w:pPr>
        <w:jc w:val="right"/>
      </w:pPr>
      <w:r>
        <w:t>لیکن یہ قول ہے حضرت عمر کا۔ رسول اللہ کا قول نہیں ہے۔ ایسی بہت سی چیزیں ہیں۔</w:t>
      </w:r>
    </w:p>
    <w:p>
      <w:r>
        <w:rPr>
          <w:b/>
        </w:rPr>
        <w:t xml:space="preserve">[02:35] </w:t>
      </w:r>
      <w:r>
        <w:t>Aap woh kitab ek hai, is ka naam hai "Kandul Al-Mal". "Kandul Al-Mal" ek bohat moti kitab hai. Bohat si aisi baatein hain is mein. To bas sochta tha ke itni bari bari baat Rasool Allah ki zuban se kyun nahi hai?</w:t>
      </w:r>
    </w:p>
    <w:p>
      <w:pPr>
        <w:jc w:val="right"/>
      </w:pPr>
      <w:r>
        <w:t>آپ وہ کتاب ایک ہے، اس کا نام ہے "کندل المال"۔ "کندل المال" ایک بہت موٹی کتاب ہے۔ بہت سی ایسی باتیں ہیں اس میں۔ تو بس سوچتا تھا کہ اتنی بڑی بڑی بات رسول اللہ کی زبان سے کیوں نہیں ہے؟</w:t>
      </w:r>
    </w:p>
    <w:p>
      <w:r>
        <w:rPr>
          <w:b/>
        </w:rPr>
        <w:t xml:space="preserve">[02:50] </w:t>
      </w:r>
      <w:r>
        <w:t>Sahaba ki zuban se kyun hai? Bohat dinon se, barson se. Aaj subah mujhe ek discovery hui hai. Aaj subah.</w:t>
      </w:r>
    </w:p>
    <w:p>
      <w:pPr>
        <w:jc w:val="right"/>
      </w:pPr>
      <w:r>
        <w:t>صحابہ کی زبان سے کیوں ہے؟ بہت دنوں سے، برسوں سے۔ آج صبح مجھے ایک discovery ہوئی ہے۔ آج صبح۔</w:t>
      </w:r>
    </w:p>
    <w:p>
      <w:r>
        <w:rPr>
          <w:b/>
        </w:rPr>
        <w:t xml:space="preserve">[03:01] </w:t>
      </w:r>
      <w:r>
        <w:t>Woh yeh hai ke Rasool Allah ne keh diya tha ke jo meri taraf se koi aisi baat lagaye jo mein na kahi ho, to woh jahannum mein jaye ga.</w:t>
      </w:r>
    </w:p>
    <w:p>
      <w:pPr>
        <w:jc w:val="right"/>
      </w:pPr>
      <w:r>
        <w:t>وہ یہ ہے کہ رسول اللہ نے کہہ دیا تھا کہ جو میری طرف سے کوئی ایسی بات لگائے جو میں نہ کہی ہو، تو وہ جہنم میں جائے گا۔</w:t>
      </w:r>
    </w:p>
    <w:p>
      <w:r>
        <w:rPr>
          <w:b/>
        </w:rPr>
        <w:t xml:space="preserve">[03:13] </w:t>
      </w:r>
      <w:r>
        <w:t>Yeh hadith aayi hai sahaba mein bhi, sahaba ke bahir bhi, bohat si kitabon mein. Ke meri taraf se jo aadmi aisi baat mansoob kare jo maine na kahi ho, to woh jahannum mein jaye ga.</w:t>
      </w:r>
    </w:p>
    <w:p>
      <w:pPr>
        <w:jc w:val="right"/>
      </w:pPr>
      <w:r>
        <w:t>یہ حدیث آئی ہے صحابہ میں بھی، صحابہ کے باہر بھی، بہت سی کتابوں میں۔ کہ میری طرف سے جو آدمی ایسی بات منسوب کرے جو میں نے نہ کہی ہو، تو وہ جہنم میں جائے گا۔</w:t>
      </w:r>
    </w:p>
    <w:p>
      <w:r>
        <w:rPr>
          <w:b/>
        </w:rPr>
        <w:t xml:space="preserve">[03:25] </w:t>
      </w:r>
      <w:r>
        <w:t>Ab log dar gaye ke kahin koi ghalati na ho jaye. To sahaba, yeh mera guess hai, sahaba Rasool Allah ki baaton ko indirect way mein bayan karne lage.</w:t>
      </w:r>
    </w:p>
    <w:p>
      <w:pPr>
        <w:jc w:val="right"/>
      </w:pPr>
      <w:r>
        <w:t>اب لوگ ڈر گئے کہ کہیں کوئی غلطی نہ ہو جائے۔ تو صحابہ، یہ میرا guess ہے، صحابہ رسول اللہ کی باتوں کو indirect way میں بیان کرنے لگے۔</w:t>
      </w:r>
    </w:p>
    <w:p>
      <w:r>
        <w:rPr>
          <w:b/>
        </w:rPr>
        <w:t xml:space="preserve">[03:42] </w:t>
      </w:r>
      <w:r>
        <w:t>Direct way mein bayan karna yeh tha ke kehte: "Qala Rasool Allah Sallallahu Alaihi Wasallam". Yeh to yeh to direct hota.</w:t>
      </w:r>
    </w:p>
    <w:p>
      <w:pPr>
        <w:jc w:val="right"/>
      </w:pPr>
      <w:r>
        <w:t>Direct way میں بیان کرنا یہ تھا کہ کہتے: "قال رسول اللہ صلی اللہ علیہ وسلم"۔ یہ تو یہ تو direct ہوتا۔</w:t>
      </w:r>
    </w:p>
    <w:p>
      <w:r>
        <w:rPr>
          <w:b/>
        </w:rPr>
        <w:t xml:space="preserve">[03:52] </w:t>
      </w:r>
      <w:r>
        <w:t>Kisi aur tareeqe se unhon ne kehna shuru kiya, indirect way mein. Taake agar mein pakar se bach jaon. Is raaz ko kisi ne jana nahi.</w:t>
      </w:r>
    </w:p>
    <w:p>
      <w:pPr>
        <w:jc w:val="right"/>
      </w:pPr>
      <w:r>
        <w:t>کسی اور طریقے سے انہوں نے کہنا شروع کیا، indirect way میں۔ تاکہ اگر میں پکڑ سے بچ جاؤں۔ اس راز کو کسی نے جانا نہیں۔</w:t>
      </w:r>
    </w:p>
    <w:p>
      <w:r>
        <w:rPr>
          <w:b/>
        </w:rPr>
        <w:t xml:space="preserve">[04:03] </w:t>
      </w:r>
      <w:r>
        <w:t>Khali woh sari tareekh hai jo hadith ki. Bas woh sanad sanad sanadon ke mahireen paida hui hain.</w:t>
      </w:r>
    </w:p>
    <w:p>
      <w:pPr>
        <w:jc w:val="right"/>
      </w:pPr>
      <w:r>
        <w:t>خالی وہ ساری تاریخ ہے جو حدیث کی۔ بس وہ سند سند سندوں کے ماہرین پیدا ہوئی ہیں۔</w:t>
      </w:r>
    </w:p>
    <w:p>
      <w:r>
        <w:rPr>
          <w:b/>
        </w:rPr>
        <w:t xml:space="preserve">[04:17] </w:t>
      </w:r>
      <w:r>
        <w:t>To sanadon mein chounke sari cheez aayi nahi thi.</w:t>
      </w:r>
    </w:p>
    <w:p>
      <w:pPr>
        <w:jc w:val="right"/>
      </w:pPr>
      <w:r>
        <w:t>تو سندوں میں چونکہ ساری چیز آئی نہیں تھی۔</w:t>
      </w:r>
    </w:p>
    <w:p>
      <w:r>
        <w:rPr>
          <w:b/>
        </w:rPr>
        <w:t xml:space="preserve">[04:22] </w:t>
      </w:r>
      <w:r>
        <w:t>Sari cheez aayi nahi thi. To bohat si bari bari baaton se ummat mehroom reh gayi. Yaani qaul Rasool ke taur par is ko nahi jana.</w:t>
      </w:r>
    </w:p>
    <w:p>
      <w:pPr>
        <w:jc w:val="right"/>
      </w:pPr>
      <w:r>
        <w:t>ساری چیز آئی نہیں تھی۔ تو بہت سی بڑی بڑی باتوں سے امت محروم رہ گئی۔ یعنی قول رسول کے طور پر اس کو نہیں جانا۔</w:t>
      </w:r>
    </w:p>
    <w:p>
      <w:r>
        <w:rPr>
          <w:b/>
        </w:rPr>
        <w:t xml:space="preserve">[04:33] </w:t>
      </w:r>
      <w:r>
        <w:t>Jaise misaal ke taur par ek aur misaal doon mein aap ko. Hazrat Aisha ka qaul hai: "Ma khair Rasool Allah Sallallahu Alaihi Wasallam bin imran al-akhtar ashara huma".</w:t>
      </w:r>
    </w:p>
    <w:p>
      <w:pPr>
        <w:jc w:val="right"/>
      </w:pPr>
      <w:r>
        <w:t>جیسے مثال کے طور پر ایک اور مثال دوں میں آپ کو۔ حضرت عائشہ کا قول ہے: "ما خیر رسول اللہ صلی اللہ علیہ وسلم بن عمران الاختر عشرہما"۔</w:t>
      </w:r>
    </w:p>
    <w:p>
      <w:r>
        <w:rPr>
          <w:b/>
        </w:rPr>
        <w:t xml:space="preserve">[04:47] </w:t>
      </w:r>
      <w:r>
        <w:t>Yeh Rasool Allah ke qaul ke taur par nahi kaha unhon ne. Balkeh yeh kaha ke Rasool Allah ka tareeqa yeh tha ke jab aap ko option do mein se hota tha to aap option liya karte the hamesha.</w:t>
      </w:r>
    </w:p>
    <w:p>
      <w:pPr>
        <w:jc w:val="right"/>
      </w:pPr>
      <w:r>
        <w:t>یہ رسول اللہ کے قول کے طور پر نہیں کہا انہوں نے۔ بلکہ یہ کہا کہ رسول اللہ کا طریقہ یہ تھا کہ جب آپ کو option دو میں سے ہوتا تھا تو آپ option لیا کرتے تھے ہمیشہ۔</w:t>
      </w:r>
    </w:p>
    <w:p>
      <w:r>
        <w:rPr>
          <w:b/>
        </w:rPr>
        <w:t xml:space="preserve">[05:02] </w:t>
      </w:r>
      <w:r>
        <w:t>Easier ka.</w:t>
      </w:r>
    </w:p>
    <w:p>
      <w:pPr>
        <w:jc w:val="right"/>
      </w:pPr>
      <w:r>
        <w:t>Easier کا۔</w:t>
      </w:r>
    </w:p>
    <w:p>
      <w:r>
        <w:rPr>
          <w:b/>
        </w:rPr>
        <w:t xml:space="preserve">[05:07] </w:t>
      </w:r>
      <w:r>
        <w:t>Agar yeh kehte ke Rasool Allah ne aisa kaha hai to qaul Rasool ban jata. To indirect way mein bayan kiya unhon ne. To yaad rakhiye Rasool Allah ki sari baatein wisdom hain.</w:t>
      </w:r>
    </w:p>
    <w:p>
      <w:pPr>
        <w:jc w:val="right"/>
      </w:pPr>
      <w:r>
        <w:t>اگر یہ کہتے کہ رسول اللہ نے ایسا کہا ہے تو قول رسول بن جاتا۔ تو indirect way میں بیان کیا انہوں نے۔ تو یاد رکھیے رسول اللہ کی ساری باتیں wisdom ہیں۔</w:t>
      </w:r>
    </w:p>
    <w:p>
      <w:r>
        <w:rPr>
          <w:b/>
        </w:rPr>
        <w:t xml:space="preserve">[05:28] </w:t>
      </w:r>
      <w:r>
        <w:t>Wisdom hai. Lekin wisdom jo aayi hai woh do tareeqe se aayi hai. Indirect report hui hai kuch ki. Kuch ki indirect direct report hui hai.</w:t>
      </w:r>
    </w:p>
    <w:p>
      <w:pPr>
        <w:jc w:val="right"/>
      </w:pPr>
      <w:r>
        <w:t>Wisdom ہے۔ لیکن wisdom جو آئی ہے وہ دو طریقے سے آئی ہے۔ Indirect report ہوئی ہے کچھ کی۔ کچھ کی indirect direct report ہوئی ہے۔</w:t>
      </w:r>
    </w:p>
    <w:p>
      <w:r>
        <w:rPr>
          <w:b/>
        </w:rPr>
        <w:t xml:space="preserve">[05:41] </w:t>
      </w:r>
      <w:r>
        <w:t>Chounke ehtiyat ki wajah se.</w:t>
      </w:r>
    </w:p>
    <w:p>
      <w:pPr>
        <w:jc w:val="right"/>
      </w:pPr>
      <w:r>
        <w:t>کیونکہ احتیاط کی وجہ سے۔</w:t>
      </w:r>
    </w:p>
    <w:p>
      <w:r>
        <w:rPr>
          <w:b/>
        </w:rPr>
        <w:t xml:space="preserve">[05:46] </w:t>
      </w:r>
      <w:r>
        <w:t>To is ko question jana nahi kisi ne. Is wajah se woh bari bari wisdom ki baatein hain. Bari bari wisdom ki baatein hain. Report hi nahi hui na is par amal bhi nahi hua.</w:t>
      </w:r>
    </w:p>
    <w:p>
      <w:pPr>
        <w:jc w:val="right"/>
      </w:pPr>
      <w:r>
        <w:t>تو اس کو question جانا نہیں کسی نے۔ اس وجہ سے وہ بڑی بڑی wisdom کی باتیں ہیں۔ بڑی بڑی wisdom کی باتیں ہیں۔ Report ہی نہیں ہوئی نہ اس پر عمل بھی نہیں ہوا۔</w:t>
      </w:r>
    </w:p>
    <w:p>
      <w:r>
        <w:rPr>
          <w:b/>
        </w:rPr>
        <w:t xml:space="preserve">[06:03] </w:t>
      </w:r>
      <w:r>
        <w:t>Aur aaj bhi amal nahi ho raha hai.</w:t>
      </w:r>
    </w:p>
    <w:p>
      <w:pPr>
        <w:jc w:val="right"/>
      </w:pPr>
      <w:r>
        <w:t>اور آج بھی عمل نہیں ہو رہا ہے۔</w:t>
      </w:r>
    </w:p>
    <w:p>
      <w:r>
        <w:rPr>
          <w:b/>
        </w:rPr>
        <w:t xml:space="preserve">[06:08] </w:t>
      </w:r>
      <w:r>
        <w:t>Misaal ke taur par dekhiye ek sahabi ne kaha hai ke: "Man la yarzi bil qaleel mimma yutif al-sufay yarzi bil katheer".</w:t>
      </w:r>
    </w:p>
    <w:p>
      <w:pPr>
        <w:jc w:val="right"/>
      </w:pPr>
      <w:r>
        <w:t>مثال کے طور پر دیکھیے ایک صحابی نے کہا ہے کہ: "من لایرضی بالقليل مما یطیف السفیریرضی بالکثیر"۔</w:t>
      </w:r>
    </w:p>
    <w:p>
      <w:r>
        <w:rPr>
          <w:b/>
        </w:rPr>
        <w:t xml:space="preserve">[06:24] </w:t>
      </w:r>
      <w:r>
        <w:t>jo aadmi chhote نقصان ko bardasht nahi karega us ko bara نقصان bardasht karna parega. yani chhote نقصان ko bardasht kar lo taake bara نقصان bardasht na karna pare.</w:t>
      </w:r>
    </w:p>
    <w:p>
      <w:pPr>
        <w:jc w:val="right"/>
      </w:pPr>
      <w:r>
        <w:t>جو آدمی چھوٹے نقصان کو برداشت نہیں کرے گا اس کو بڑا نقصان برداشت کرنا پڑے گا۔ یعنی چھوٹے نقصان کو برداشت کر لو تاکہ بڑا نقصان برداشت نہ کرنا پڑے۔</w:t>
      </w:r>
    </w:p>
    <w:p>
      <w:r>
        <w:rPr>
          <w:b/>
        </w:rPr>
        <w:t xml:space="preserve">[06:35] </w:t>
      </w:r>
      <w:r>
        <w:t>ab yeh unhon ne apne taur par kaha. to tareekh mein bohat hi kam aisa hua ke log is par amal kar payein. aur sab se bari misaal yeh hai Hazrat Usman ka khoon.</w:t>
      </w:r>
    </w:p>
    <w:p>
      <w:pPr>
        <w:jc w:val="right"/>
      </w:pPr>
      <w:r>
        <w:t>اب یہ انہوں نے اپنے طور پر کہا۔ تو تاریخ میں بہت ہی کم ایسا ہوا کہ لوگ اس پر عمل کر پائے۔ اور سب سے بڑی مثال یہ ہے حضرت عثمان کا خون۔</w:t>
      </w:r>
    </w:p>
    <w:p>
      <w:r>
        <w:rPr>
          <w:b/>
        </w:rPr>
        <w:t xml:space="preserve">[06:47] </w:t>
      </w:r>
      <w:r>
        <w:t>Hazrat Usman ko qatl kar diya gaya tha. to us zamane mein yeh tha ke qatil ka matlab qatl. to logon ne mutalba kiya ke Usman ka khoon Usman ka khoon Usman ka khoon.</w:t>
      </w:r>
    </w:p>
    <w:p>
      <w:pPr>
        <w:jc w:val="right"/>
      </w:pPr>
      <w:r>
        <w:t>حضرت عثمان کو قتل کر دیا گیا تھا۔ تو اس زمانے میں یہ تھا کہ قاتل کا مطلب قتل۔ تو لوگوں نے مطالبہ کیا کہ عثمان کا خون عثمان کا خون عثمان کا خون۔</w:t>
      </w:r>
    </w:p>
    <w:p>
      <w:r>
        <w:rPr>
          <w:b/>
        </w:rPr>
        <w:t xml:space="preserve">[07:00] </w:t>
      </w:r>
      <w:r>
        <w:t>to Ali ne kaha ke abhi stability nahi aayi hai. khilafat abhi stable nahi hui hai. jab ho jayegi to is par baqayda karwai karenge.</w:t>
      </w:r>
    </w:p>
    <w:p>
      <w:pPr>
        <w:jc w:val="right"/>
      </w:pPr>
      <w:r>
        <w:t>تو علی نے کہا کہ ابھی stability نہیں آئی ہے۔ خلافت ابھی stable نہیں ہوئی ہے۔ جب ہو جائے گی تو اس پر باقاعدہ کارروائی کریں گے۔</w:t>
      </w:r>
    </w:p>
    <w:p>
      <w:r>
        <w:rPr>
          <w:b/>
        </w:rPr>
        <w:t xml:space="preserve">[07:13] </w:t>
      </w:r>
      <w:r>
        <w:t>logon ne kaha nahi abhi karo. to kya hua ek khoon ke badle hazaron hazar khoon ho gaye. kaha jata hai ke 80 hazar aadmi mare gaye.</w:t>
      </w:r>
    </w:p>
    <w:p>
      <w:pPr>
        <w:jc w:val="right"/>
      </w:pPr>
      <w:r>
        <w:t>لوگوں نے کہا نہیں ابھی کرو۔ تو کیا ہوا ایک خون کے بدلے ہزاروں ہزار خون ہو گئے۔ کہا جاتا ہے کہ 80 ہزار آدمی مارے گئے۔</w:t>
      </w:r>
    </w:p>
    <w:p>
      <w:r>
        <w:rPr>
          <w:b/>
        </w:rPr>
        <w:t xml:space="preserve">[07:28] </w:t>
      </w:r>
      <w:r>
        <w:t>agar woh maan lete is baat ko ke theek hai bhai is ko abhi pending mein rakho jab khilafat stable ho jayegi to is ko hum revive karenge.</w:t>
      </w:r>
    </w:p>
    <w:p>
      <w:pPr>
        <w:jc w:val="right"/>
      </w:pPr>
      <w:r>
        <w:t>اگر وہ مان لیتے اس بات کو کہ ٹھیک ہے بھائی اس کو ابھی pending میں رکھو جب خلافت stable ہو جائے گی تو اس کو ہم revive کریں گے۔</w:t>
      </w:r>
    </w:p>
    <w:p>
      <w:r>
        <w:rPr>
          <w:b/>
        </w:rPr>
        <w:t xml:space="preserve">[07:41] </w:t>
      </w:r>
      <w:r>
        <w:t>to 80 hazar insaan bach jaate. woh ek se ek hero tha. woh 80 hazar jo mare gaye ek se ek hero the. to yeh hadees jo hai is tarah nahi ke qala rasool Allah sallallahu alaihi wasallam is tarah nahi hai woh.</w:t>
      </w:r>
    </w:p>
    <w:p>
      <w:pPr>
        <w:jc w:val="right"/>
      </w:pPr>
      <w:r>
        <w:t>تو 80 ہزار انسان بچ جاتے۔ وہ ایک سے ایک ہیرو تھا۔ وہ 80 ہزار جو مارے گئے ایک سے ایک ہیرو تھے۔ تو یہ حدیث جو ہے اس طرح نہیں کہ قال رسول اللہ صلی اللہ علیہ وسلم اس طرح نہیں ہے وہ۔</w:t>
      </w:r>
    </w:p>
    <w:p>
      <w:r>
        <w:rPr>
          <w:b/>
        </w:rPr>
        <w:t xml:space="preserve">[07:54] </w:t>
      </w:r>
      <w:r>
        <w:t>to logon ne jana bhi nahi is ko. logon ne is ko qaul rasool ke taur par nahi jana. ek sahabi ke qaul ke taur par jana.</w:t>
      </w:r>
    </w:p>
    <w:p>
      <w:pPr>
        <w:jc w:val="right"/>
      </w:pPr>
      <w:r>
        <w:t>تو لوگوں نے جانا بھی نہیں اس کو۔ لوگوں نے اس کو قول رسول کے طور پر نہیں جانا۔ ایک صحابی کے قول کے طور پر جانا۔</w:t>
      </w:r>
    </w:p>
    <w:p>
      <w:r>
        <w:rPr>
          <w:b/>
        </w:rPr>
        <w:t xml:space="preserve">[08:04] </w:t>
      </w:r>
      <w:r>
        <w:t>is ko kehte hain asar. sahabi ke qaul ko kaha jata hai asar. alif se re. aur qaul rasool ho to is ko kehte hain sunnat ya hadees.</w:t>
      </w:r>
    </w:p>
    <w:p>
      <w:pPr>
        <w:jc w:val="right"/>
      </w:pPr>
      <w:r>
        <w:t>اس کو کہتے ہیں اثر۔ صحابی کے قول کو کہا جاتا ہے اثر۔ الف سے رے۔ اور قول رسول ہو تو اس کو کہتے ہیں سنت یا حدیث۔</w:t>
      </w:r>
    </w:p>
    <w:p>
      <w:r>
        <w:rPr>
          <w:b/>
        </w:rPr>
        <w:t xml:space="preserve">[08:16] </w:t>
      </w:r>
      <w:r>
        <w:t>to yeh ek raaz hai ke aap ko hadeeson ki jo kitabein hain is mein rasool Allah ka aqwal aur sahaba ka aqwal dono ko really study karni chahiye.</w:t>
      </w:r>
    </w:p>
    <w:p>
      <w:pPr>
        <w:jc w:val="right"/>
      </w:pPr>
      <w:r>
        <w:t>تو یہ ایک راز ہے کہ آپ کو حدیثوں کی جو کتابیں ہیں اس میں رسول اللہ کا اقوال اور صحابہ کا اقوال دونوں کو really study کرنی چاہیے۔</w:t>
      </w:r>
    </w:p>
    <w:p>
      <w:r>
        <w:rPr>
          <w:b/>
        </w:rPr>
        <w:t xml:space="preserve">[08:30] </w:t>
      </w:r>
      <w:r>
        <w:t>phir se parhna chahiye. taake is mein jo jo wisdom hai is ke andar us ko aap jaan payein.</w:t>
      </w:r>
    </w:p>
    <w:p>
      <w:pPr>
        <w:jc w:val="right"/>
      </w:pPr>
      <w:r>
        <w:t>پھر سے پڑھنا چاہیے۔ تاکہ اس میں جو جو wisdom ہے اس کے اندر اس کو آپ جان پائیں۔</w:t>
      </w:r>
    </w:p>
    <w:p>
      <w:r>
        <w:rPr>
          <w:b/>
        </w:rPr>
        <w:t xml:space="preserve">[08:40] </w:t>
      </w:r>
      <w:r>
        <w:t>jahan tak main janta hoon lambi tareekh jo hai is mein koi ek bhi aalim aisa nahi hai jis ne raaz ko daryaft kiya ho.</w:t>
      </w:r>
    </w:p>
    <w:p>
      <w:pPr>
        <w:jc w:val="right"/>
      </w:pPr>
      <w:r>
        <w:t>جہاں تک میں جانتا ہوں لمبی تاریخ جو ہے اس میں کوئی ایک بھی عالم ایسا نہیں ہے جس نے راز کو دریافت کیا ہو۔</w:t>
      </w:r>
    </w:p>
    <w:p>
      <w:r>
        <w:rPr>
          <w:b/>
        </w:rPr>
        <w:t xml:space="preserve">[08:51] </w:t>
      </w:r>
      <w:r>
        <w:t>jin jin baton ko asar ke khane mein daal dete hain yeh to ek sahabi ka qaul hai. ek tabai ka qaul hai. is mein bohat bari wisdom hoti hai.</w:t>
      </w:r>
    </w:p>
    <w:p>
      <w:pPr>
        <w:jc w:val="right"/>
      </w:pPr>
      <w:r>
        <w:t>جن جن باتوں کو اثر کے خانے میں ڈال دیتے ہیں یہ تو ایک صحابی کا قول ہے۔ ایک تابعی کا قول ہے۔ اس میں بہت بڑی wisdom ہوتی ہے۔</w:t>
      </w:r>
    </w:p>
    <w:p>
      <w:r>
        <w:rPr>
          <w:b/>
        </w:rPr>
        <w:t xml:space="preserve">[09:01] </w:t>
      </w:r>
      <w:r>
        <w:t>lekin pakadte kyun nahi is mein qala rasool Allah hota nahi.</w:t>
      </w:r>
    </w:p>
    <w:p>
      <w:pPr>
        <w:jc w:val="right"/>
      </w:pPr>
      <w:r>
        <w:t>لیکن پکڑتے کیوں نہیں اس میں قال رسول اللہ ہوتا نہیں۔</w:t>
      </w:r>
    </w:p>
    <w:p>
      <w:r>
        <w:rPr>
          <w:b/>
        </w:rPr>
        <w:t xml:space="preserve">[09:08] </w:t>
      </w:r>
      <w:r>
        <w:t>qala rasool Allah is mein nahi hota.</w:t>
      </w:r>
    </w:p>
    <w:p>
      <w:pPr>
        <w:jc w:val="right"/>
      </w:pPr>
      <w:r>
        <w:t>قال رسول اللہ اس میں نہیں ہوتا۔</w:t>
      </w:r>
    </w:p>
    <w:p>
      <w:r>
        <w:rPr>
          <w:b/>
        </w:rPr>
        <w:t xml:space="preserve">[09:19] </w:t>
      </w:r>
      <w:r>
        <w:t>yeh hai yeh</w:t>
      </w:r>
    </w:p>
    <w:p>
      <w:pPr>
        <w:jc w:val="right"/>
      </w:pPr>
      <w:r>
        <w:t>یہ ہے یہ</w:t>
      </w:r>
    </w:p>
    <w:p>
      <w:r>
        <w:rPr>
          <w:b/>
        </w:rPr>
        <w:t xml:space="preserve">[09:25] </w:t>
      </w:r>
      <w:r>
        <w:t>aik misaal mein aap ko aur deta hoon samajhnay ke liye</w:t>
      </w:r>
    </w:p>
    <w:p>
      <w:pPr>
        <w:jc w:val="right"/>
      </w:pPr>
      <w:r>
        <w:t>ایک مثال میں آپ کو اور دیتا ہوں سمجھنے کے لیے</w:t>
      </w:r>
    </w:p>
    <w:p>
      <w:r>
        <w:rPr>
          <w:b/>
        </w:rPr>
        <w:t xml:space="preserve">[09:30] </w:t>
      </w:r>
      <w:r>
        <w:t>ke madine mein aik shakhs tha woh woh Islam qabool kar chuka tha lekin woh tha bohat hi</w:t>
      </w:r>
    </w:p>
    <w:p>
      <w:pPr>
        <w:jc w:val="right"/>
      </w:pPr>
      <w:r>
        <w:t>کہ مدینے میں ایک شخص تھا وہ وہ اسلام قبول کر چکا تھا لیکن وہ تھا بہت ہی</w:t>
      </w:r>
    </w:p>
    <w:p>
      <w:r>
        <w:rPr>
          <w:b/>
        </w:rPr>
        <w:t xml:space="preserve">[09:36] </w:t>
      </w:r>
      <w:r>
        <w:t>fitnay wala aadmi Abdullah</w:t>
      </w:r>
    </w:p>
    <w:p>
      <w:pPr>
        <w:jc w:val="right"/>
      </w:pPr>
      <w:r>
        <w:t>فتنے والا آدمی عبداللہ</w:t>
      </w:r>
    </w:p>
    <w:p>
      <w:r>
        <w:rPr>
          <w:b/>
        </w:rPr>
        <w:t xml:space="preserve">[09:39] </w:t>
      </w:r>
      <w:r>
        <w:t>ibn Abi rasool Allah ke khilaf bohat</w:t>
      </w:r>
    </w:p>
    <w:p>
      <w:pPr>
        <w:jc w:val="right"/>
      </w:pPr>
      <w:r>
        <w:t>ابن ابی رسول اللہ کے خلاف بہت</w:t>
      </w:r>
    </w:p>
    <w:p>
      <w:r>
        <w:rPr>
          <w:b/>
        </w:rPr>
        <w:t xml:space="preserve">[09:44] </w:t>
      </w:r>
      <w:r>
        <w:t>saazish fitna yeh sab karta tha</w:t>
      </w:r>
    </w:p>
    <w:p>
      <w:pPr>
        <w:jc w:val="right"/>
      </w:pPr>
      <w:r>
        <w:t>سازش فتنہ یہ سب کرتا تھا</w:t>
      </w:r>
    </w:p>
    <w:p>
      <w:r>
        <w:rPr>
          <w:b/>
        </w:rPr>
        <w:t xml:space="preserve">[09:47] </w:t>
      </w:r>
      <w:r>
        <w:t>to itna ziyada is ka kirdaar tha negative ke is ke apnay bete ne kaha ke mein is</w:t>
      </w:r>
    </w:p>
    <w:p>
      <w:pPr>
        <w:jc w:val="right"/>
      </w:pPr>
      <w:r>
        <w:t>تو اتنا زیادہ اس کا کردار تھا negative کہ اس کے اپنے بیٹے نے کہا کہ میں اس</w:t>
      </w:r>
    </w:p>
    <w:p>
      <w:r>
        <w:rPr>
          <w:b/>
        </w:rPr>
        <w:t xml:space="preserve">[09:53] </w:t>
      </w:r>
      <w:r>
        <w:t>ko qatal kar doon ga apnay baap ko qatal kar doon ga</w:t>
      </w:r>
    </w:p>
    <w:p>
      <w:pPr>
        <w:jc w:val="right"/>
      </w:pPr>
      <w:r>
        <w:t>کو قتل کر دوں گا اپنے باپ کو قتل کر دوں گا</w:t>
      </w:r>
    </w:p>
    <w:p>
      <w:r>
        <w:rPr>
          <w:b/>
        </w:rPr>
        <w:t xml:space="preserve">[09:58] </w:t>
      </w:r>
      <w:r>
        <w:t>rasool Allah ke paas gaya woh beta</w:t>
      </w:r>
    </w:p>
    <w:p>
      <w:pPr>
        <w:jc w:val="right"/>
      </w:pPr>
      <w:r>
        <w:t>رسول اللہ کے پاس گیا وہ بیٹا</w:t>
      </w:r>
    </w:p>
    <w:p>
      <w:r>
        <w:rPr>
          <w:b/>
        </w:rPr>
        <w:t xml:space="preserve">[10:01] </w:t>
      </w:r>
      <w:r>
        <w:t>yeh permission lenay ke liye mein apnay baap ko qatal karna chahta hoon</w:t>
      </w:r>
    </w:p>
    <w:p>
      <w:pPr>
        <w:jc w:val="right"/>
      </w:pPr>
      <w:r>
        <w:t>یہ permission لینے کے لیے میں اپنے باپ کو قتل کرنا چاہتا ہوں</w:t>
      </w:r>
    </w:p>
    <w:p>
      <w:r>
        <w:rPr>
          <w:b/>
        </w:rPr>
        <w:t xml:space="preserve">[10:08] </w:t>
      </w:r>
      <w:r>
        <w:t>to rasool Allah ne kaha nahi</w:t>
      </w:r>
    </w:p>
    <w:p>
      <w:pPr>
        <w:jc w:val="right"/>
      </w:pPr>
      <w:r>
        <w:t>تو رسول اللہ نے کہا نہیں</w:t>
      </w:r>
    </w:p>
    <w:p>
      <w:r>
        <w:rPr>
          <w:b/>
        </w:rPr>
        <w:t xml:space="preserve">[10:11] </w:t>
      </w:r>
      <w:r>
        <w:t>is</w:t>
      </w:r>
    </w:p>
    <w:p>
      <w:pPr>
        <w:jc w:val="right"/>
      </w:pPr>
      <w:r>
        <w:t>اس</w:t>
      </w:r>
    </w:p>
    <w:p>
      <w:r>
        <w:rPr>
          <w:b/>
        </w:rPr>
        <w:t xml:space="preserve">[10:11] </w:t>
      </w:r>
      <w:r>
        <w:t>waqt jo aap ne kaha tha woh yeh kaha tha ke log yeh kahenge ke Muhammad to apne sathiyon ko qatl karte hain sathiyon par woh musalman bayat kar liya tha is ne baqi mukhlis nahi tha Muhammad yuqatilu ashabahu is mein bohat gehri baat hai</w:t>
      </w:r>
    </w:p>
    <w:p>
      <w:pPr>
        <w:jc w:val="right"/>
      </w:pPr>
      <w:r>
        <w:t>وقت جو آپ نے کہا تھا وہ یہ کہا تھا کہ لوگ یہ کہیں گے کہ محمد تو اپنے ساتھیوں کو قتل کرتے ہیں ساتھیوں پر وہ مسلمان بیعت کر لیا تھا اس نے باقی مخلص نہیں تھا محمد یقتل اصحابہ اس میں بہت گہری بات ہے</w:t>
      </w:r>
    </w:p>
    <w:p>
      <w:r>
        <w:rPr>
          <w:b/>
        </w:rPr>
        <w:t xml:space="preserve">[10:38] </w:t>
      </w:r>
      <w:r>
        <w:t>woh baat yeh hai</w:t>
      </w:r>
    </w:p>
    <w:p>
      <w:pPr>
        <w:jc w:val="right"/>
      </w:pPr>
      <w:r>
        <w:t>وہ بات یہ ہے</w:t>
      </w:r>
    </w:p>
    <w:p>
      <w:r>
        <w:rPr>
          <w:b/>
        </w:rPr>
        <w:t xml:space="preserve">[10:40] </w:t>
      </w:r>
      <w:r>
        <w:t>ke abhi woh jo baat keh raha hai woh aadmi</w:t>
      </w:r>
    </w:p>
    <w:p>
      <w:pPr>
        <w:jc w:val="right"/>
      </w:pPr>
      <w:r>
        <w:t>کہ ابھی وہ جو بات کہہ رہا ہے وہ آدمی</w:t>
      </w:r>
    </w:p>
    <w:p>
      <w:r>
        <w:rPr>
          <w:b/>
        </w:rPr>
        <w:t xml:space="preserve">[10:45] </w:t>
      </w:r>
      <w:r>
        <w:t>ke is ko log hasad tor par le rahay hain jaise aik sahabi aaye rasool Allah ke paas</w:t>
      </w:r>
    </w:p>
    <w:p>
      <w:pPr>
        <w:jc w:val="right"/>
      </w:pPr>
      <w:r>
        <w:t>کہ اس کو لوگ حسد طور پر لے رہے ہیں جیسے ایک صحابی آئے رسول اللہ کے پاس</w:t>
      </w:r>
    </w:p>
    <w:p>
      <w:r>
        <w:rPr>
          <w:b/>
        </w:rPr>
        <w:t xml:space="preserve">[10:50] </w:t>
      </w:r>
      <w:r>
        <w:t>us ne kaha ke aap Abdullah ibn Abi ki baaton ko koi care mat kijiye</w:t>
      </w:r>
    </w:p>
    <w:p>
      <w:pPr>
        <w:jc w:val="right"/>
      </w:pPr>
      <w:r>
        <w:t>اس نے کہا کہ آپ عبداللہ ابن ابی کی باتوں کو کوئی care مت کیجیے</w:t>
      </w:r>
    </w:p>
    <w:p>
      <w:r>
        <w:rPr>
          <w:b/>
        </w:rPr>
        <w:t xml:space="preserve">[10:57] </w:t>
      </w:r>
      <w:r>
        <w:t>kyun ke aap ke aanay se pehlay yeh bara sardar tha madine ka aap aaye to sardari khatam ho</w:t>
      </w:r>
    </w:p>
    <w:p>
      <w:pPr>
        <w:jc w:val="right"/>
      </w:pPr>
      <w:r>
        <w:t>کیونکہ آپ کے آنے سے پہلے یہ بڑا سردار تھا مدینے کا آپ آئے تو سرداری ختم ہو</w:t>
      </w:r>
    </w:p>
    <w:p>
      <w:r>
        <w:rPr>
          <w:b/>
        </w:rPr>
        <w:t xml:space="preserve">[11:04] </w:t>
      </w:r>
      <w:r>
        <w:t>gayi aap ko logon ne bara maan liya to us waqt hasad aa gaya</w:t>
      </w:r>
    </w:p>
    <w:p>
      <w:pPr>
        <w:jc w:val="right"/>
      </w:pPr>
      <w:r>
        <w:t>گئی آپ کو لوگوں نے بڑا مان لیا تو اس وقت حسد آ گیا</w:t>
      </w:r>
    </w:p>
    <w:p>
      <w:r>
        <w:rPr>
          <w:b/>
        </w:rPr>
        <w:t xml:space="preserve">[11:09] </w:t>
      </w:r>
      <w:r>
        <w:t>to ab bhi log le rahay thay is ki baaton ko hasad ke khaanay mein daal rahay thay</w:t>
      </w:r>
    </w:p>
    <w:p>
      <w:pPr>
        <w:jc w:val="right"/>
      </w:pPr>
      <w:r>
        <w:t>تو اب بھی لوگ لے رہے تھے اس کی باتوں کو حسد کے خانے میں ڈال رہے تھے</w:t>
      </w:r>
    </w:p>
    <w:p>
      <w:r>
        <w:rPr>
          <w:b/>
        </w:rPr>
        <w:t xml:space="preserve">[11:14] </w:t>
      </w:r>
      <w:r>
        <w:t>lekin agar aap qatal karwa detay jantay hain kya hota</w:t>
      </w:r>
    </w:p>
    <w:p>
      <w:pPr>
        <w:jc w:val="right"/>
      </w:pPr>
      <w:r>
        <w:t>لیکن اگر آپ قتل کروا دیتے جانتے ہیں کیا ہوتا</w:t>
      </w:r>
    </w:p>
    <w:p>
      <w:r>
        <w:rPr>
          <w:b/>
        </w:rPr>
        <w:t xml:space="preserve">[11:19] </w:t>
      </w:r>
      <w:r>
        <w:t>tab yeh baat chali jaati revenge ke khaanay mein in tribal revenge</w:t>
      </w:r>
    </w:p>
    <w:p>
      <w:pPr>
        <w:jc w:val="right"/>
      </w:pPr>
      <w:r>
        <w:t>تب یہ بات چلی جاتی revenge کے خانے میں in tribal revenge</w:t>
      </w:r>
    </w:p>
    <w:p>
      <w:r>
        <w:rPr>
          <w:b/>
        </w:rPr>
        <w:t xml:space="preserve">[11:25] </w:t>
      </w:r>
      <w:r>
        <w:t>is zamane mein tribe mein revenge ka culture bohat zyada tha tribe mein ek aadmi ko maar diya jaye to sab ka farz hota tha is ko revenge lo is ka inteqam lo</w:t>
      </w:r>
    </w:p>
    <w:p>
      <w:pPr>
        <w:jc w:val="right"/>
      </w:pPr>
      <w:r>
        <w:t>اس زمانے میں tribe میں revenge کا culture بہت زیادہ تھا tribe میں ایک آدمی کو مار دیا جائے تو سب کا فرض ہوتا تھا اس کو revenge لو اس کا انتقام لو</w:t>
      </w:r>
    </w:p>
    <w:p>
      <w:r>
        <w:rPr>
          <w:b/>
        </w:rPr>
        <w:t xml:space="preserve">[11:40] </w:t>
      </w:r>
      <w:r>
        <w:t>to abhi tak is abhi to log is ke mamle ko le rahe the hasad ke taur par phir lete log wohi usi qabile ke log inteqam ke taur par lete aur phir ladai chhadti ladai chhadti ladai chhadti yeh hai wisdom yeh hai marifat</w:t>
      </w:r>
    </w:p>
    <w:p>
      <w:pPr>
        <w:jc w:val="right"/>
      </w:pPr>
      <w:r>
        <w:t>تو ابھی تک اس ابھی تو لوگ اس کے معاملے کو لے رہے تھے حسد کے طور پر پھر لیتے لوگ وہی اسی قبیلے کے لوگ انتقام کے طور پر لیتے اور پھر لڑائی چھڑتی لڑائی چھڑتی لڑائی چھڑتی یہ ہے wisdom یہ ہے معرفت</w:t>
      </w:r>
    </w:p>
    <w:p>
      <w:r>
        <w:rPr>
          <w:b/>
        </w:rPr>
        <w:t xml:space="preserve">[12:01] </w:t>
      </w:r>
      <w:r>
        <w:t>to is tarah ke itni hi baatein hain bari bari aur kitabon mein lekin woh ya to kisi sahabi ka qaul hai kisi tabai ka qaul hai to isi lehaz se lete hain log is ko rasool Allah ke qaul ke taur par nahi hai</w:t>
      </w:r>
    </w:p>
    <w:p>
      <w:pPr>
        <w:jc w:val="right"/>
      </w:pPr>
      <w:r>
        <w:t>تو اس طرح کے اتنی ہی باتیں ہیں بڑی بڑی اور کتابوں میں لیکن وہ یا تو کسی صحابی کا قول ہے کسی تابعی کا قول ہے تو اسی لحاظ سے لیتے ہیں لوگ اس کو رسول اللہ کے قول کے طور پر نہیں ہے</w:t>
      </w:r>
    </w:p>
    <w:p>
      <w:r>
        <w:rPr>
          <w:b/>
        </w:rPr>
        <w:t xml:space="preserve">[12:28] </w:t>
      </w:r>
      <w:r>
        <w:t>to bari bari wisdom ki baatein jo hain is se log mehroom reh gaye</w:t>
      </w:r>
    </w:p>
    <w:p>
      <w:pPr>
        <w:jc w:val="right"/>
      </w:pPr>
      <w:r>
        <w:t>تو بڑی بڑی wisdom کی باتیں جو ہیں اس سے لوگ محروم رہ گئے</w:t>
      </w:r>
    </w:p>
    <w:p>
      <w:r>
        <w:rPr>
          <w:b/>
        </w:rPr>
        <w:t xml:space="preserve">[12:35] </w:t>
      </w:r>
      <w:r>
        <w:t>bari bari wisdom ki baatein</w:t>
      </w:r>
    </w:p>
    <w:p>
      <w:pPr>
        <w:jc w:val="right"/>
      </w:pPr>
      <w:r>
        <w:t>بڑی بڑی wisdom کی باتیں</w:t>
      </w:r>
    </w:p>
    <w:p>
      <w:r>
        <w:rPr>
          <w:b/>
        </w:rPr>
        <w:t xml:space="preserve">[12:43] </w:t>
      </w:r>
      <w:r>
        <w:t>bari bari wisdom ki baatein</w:t>
      </w:r>
    </w:p>
    <w:p>
      <w:pPr>
        <w:jc w:val="right"/>
      </w:pPr>
      <w:r>
        <w:t>بڑی بڑی wisdom کی باتیں</w:t>
      </w:r>
    </w:p>
    <w:p>
      <w:r>
        <w:rPr>
          <w:b/>
        </w:rPr>
        <w:t xml:space="preserve">[12:48] </w:t>
      </w:r>
      <w:r>
        <w:t>to mein samajhta hoon ke maujooda zamanay mein</w:t>
      </w:r>
    </w:p>
    <w:p>
      <w:pPr>
        <w:jc w:val="right"/>
      </w:pPr>
      <w:r>
        <w:t>تو میں سمجھتا ہوں کہ موجودہ زمانے میں</w:t>
      </w:r>
    </w:p>
    <w:p>
      <w:r>
        <w:rPr>
          <w:b/>
        </w:rPr>
        <w:t xml:space="preserve">[12:55] </w:t>
      </w:r>
      <w:r>
        <w:t>musalmanon ko quran aur hadith dono ko re-study karni paregi</w:t>
      </w:r>
    </w:p>
    <w:p>
      <w:pPr>
        <w:jc w:val="right"/>
      </w:pPr>
      <w:r>
        <w:t>مسلمانوں کو قرآن اور حدیث دونوں کو re-study کرنی پڑے گی</w:t>
      </w:r>
    </w:p>
    <w:p>
      <w:r>
        <w:rPr>
          <w:b/>
        </w:rPr>
        <w:t xml:space="preserve">[13:03] </w:t>
      </w:r>
      <w:r>
        <w:t>re-study re-discovery karni pare gi</w:t>
      </w:r>
    </w:p>
    <w:p>
      <w:pPr>
        <w:jc w:val="right"/>
      </w:pPr>
      <w:r>
        <w:t>re-study re-discovery کرنی پڑے گی</w:t>
      </w:r>
    </w:p>
    <w:p>
      <w:r>
        <w:rPr>
          <w:b/>
        </w:rPr>
        <w:t xml:space="preserve">[13:09] </w:t>
      </w:r>
      <w:r>
        <w:t>dekhiye yahan main arz karna chahta hoon</w:t>
      </w:r>
    </w:p>
    <w:p>
      <w:pPr>
        <w:jc w:val="right"/>
      </w:pPr>
      <w:r>
        <w:t>دیکھیے یہاں میں عرض کرنا چاہتا ہوں</w:t>
      </w:r>
    </w:p>
    <w:p>
      <w:r>
        <w:rPr>
          <w:b/>
        </w:rPr>
        <w:t xml:space="preserve">[13:13] </w:t>
      </w:r>
      <w:r>
        <w:t>ke yeh baatein jo main keh raha hoon is ko janne ke liye aap ko prepared mind banna</w:t>
      </w:r>
    </w:p>
    <w:p>
      <w:pPr>
        <w:jc w:val="right"/>
      </w:pPr>
      <w:r>
        <w:t>کہ یہ باتیں جو میں کہہ رہا ہوں اس کو جاننے کے لیے آپ کو prepared mind بننا</w:t>
      </w:r>
    </w:p>
    <w:p>
      <w:r>
        <w:rPr>
          <w:b/>
        </w:rPr>
        <w:t xml:space="preserve">[13:17] </w:t>
      </w:r>
      <w:r>
        <w:t>pare ga prepared mind apne ko tayyar karna pare ga</w:t>
      </w:r>
    </w:p>
    <w:p>
      <w:pPr>
        <w:jc w:val="right"/>
      </w:pPr>
      <w:r>
        <w:t>پڑے گا prepared mind اپنے کو تیار کرنا پڑے گا</w:t>
      </w:r>
    </w:p>
    <w:p>
      <w:r>
        <w:rPr>
          <w:b/>
        </w:rPr>
        <w:t xml:space="preserve">[13:24] </w:t>
      </w:r>
      <w:r>
        <w:t>marifat aur wisdom jo hai sirf prepared mind hi pakar pata hai is ko</w:t>
      </w:r>
    </w:p>
    <w:p>
      <w:pPr>
        <w:jc w:val="right"/>
      </w:pPr>
      <w:r>
        <w:t>معرفت اور wisdom جو ہے صرف prepared mind ہی پکڑ پاتا ہے اس کو</w:t>
      </w:r>
    </w:p>
    <w:p>
      <w:r>
        <w:rPr>
          <w:b/>
        </w:rPr>
        <w:t xml:space="preserve">[13:31] </w:t>
      </w:r>
      <w:r>
        <w:t>jaise ek scientist tha scientist usay kisi ne kaha ke aap log jo discovery karte hain to aap</w:t>
      </w:r>
    </w:p>
    <w:p>
      <w:pPr>
        <w:jc w:val="right"/>
      </w:pPr>
      <w:r>
        <w:t>جیسے ایک سائنسدان تھا scientist اسے کسی نے کہا کہ آپ لوگ جو discovery کرتے ہیں تو آپ</w:t>
      </w:r>
    </w:p>
    <w:p>
      <w:r>
        <w:rPr>
          <w:b/>
        </w:rPr>
        <w:t xml:space="preserve">[13:39] </w:t>
      </w:r>
      <w:r>
        <w:t>logon ko koi karamad nahi hai</w:t>
      </w:r>
    </w:p>
    <w:p>
      <w:pPr>
        <w:jc w:val="right"/>
      </w:pPr>
      <w:r>
        <w:t>لوگوں کو کوئی کارآمد نہیں ہے</w:t>
      </w:r>
    </w:p>
    <w:p>
      <w:r>
        <w:rPr>
          <w:b/>
        </w:rPr>
        <w:t xml:space="preserve">[13:42] </w:t>
      </w:r>
      <w:r>
        <w:t>woh to accident hota hai ek accidental</w:t>
      </w:r>
    </w:p>
    <w:p>
      <w:pPr>
        <w:jc w:val="right"/>
      </w:pPr>
      <w:r>
        <w:t>وہ تو accident ہوتا ہے ایک accidental</w:t>
      </w:r>
    </w:p>
    <w:p>
      <w:r>
        <w:rPr>
          <w:b/>
        </w:rPr>
        <w:t xml:space="preserve">[13:46] </w:t>
      </w:r>
      <w:r>
        <w:t>waqea hota hai yani aap kuch</w:t>
      </w:r>
    </w:p>
    <w:p>
      <w:pPr>
        <w:jc w:val="right"/>
      </w:pPr>
      <w:r>
        <w:t>واقعہ ہوتا ہے یعنی آپ کچھ</w:t>
      </w:r>
    </w:p>
    <w:p>
      <w:r>
        <w:rPr>
          <w:b/>
        </w:rPr>
        <w:t xml:space="preserve">[13:49] </w:t>
      </w:r>
      <w:r>
        <w:t>kuch kar rahe hain kuch experiment</w:t>
      </w:r>
    </w:p>
    <w:p>
      <w:pPr>
        <w:jc w:val="right"/>
      </w:pPr>
      <w:r>
        <w:t>کچھ کر رہے ہیں کچھ experiment</w:t>
      </w:r>
    </w:p>
    <w:p>
      <w:r>
        <w:rPr>
          <w:b/>
        </w:rPr>
        <w:t xml:space="preserve">[13:51] </w:t>
      </w:r>
      <w:r>
        <w:t>kar rahe hain</w:t>
      </w:r>
    </w:p>
    <w:p>
      <w:pPr>
        <w:jc w:val="right"/>
      </w:pPr>
      <w:r>
        <w:t>کر رہے ہیں</w:t>
      </w:r>
    </w:p>
    <w:p>
      <w:r>
        <w:rPr>
          <w:b/>
        </w:rPr>
        <w:t xml:space="preserve">[13:53] </w:t>
      </w:r>
      <w:r>
        <w:t>apni laboratory mein kuch kar rahe hain koi flash hua is flash ko le kar ke aap ne</w:t>
      </w:r>
    </w:p>
    <w:p>
      <w:pPr>
        <w:jc w:val="right"/>
      </w:pPr>
      <w:r>
        <w:t>اپنی laboratory میں کچھ کر رہے ہیں کوئی flash ہوا اس flash کو لے کر کے آپ نے</w:t>
      </w:r>
    </w:p>
    <w:p>
      <w:r>
        <w:rPr>
          <w:b/>
        </w:rPr>
        <w:t xml:space="preserve">[13:58] </w:t>
      </w:r>
      <w:r>
        <w:t>socha to maloom hua ke yahan</w:t>
      </w:r>
    </w:p>
    <w:p>
      <w:pPr>
        <w:jc w:val="right"/>
      </w:pPr>
      <w:r>
        <w:t>سوچا تو معلوم ہوا کہ یہاں</w:t>
      </w:r>
    </w:p>
    <w:p>
      <w:r>
        <w:rPr>
          <w:b/>
        </w:rPr>
        <w:t xml:space="preserve">[14:02] </w:t>
      </w:r>
      <w:r>
        <w:t>koi baat hai</w:t>
      </w:r>
    </w:p>
    <w:p>
      <w:pPr>
        <w:jc w:val="right"/>
      </w:pPr>
      <w:r>
        <w:t>کوئی بات ہے</w:t>
      </w:r>
    </w:p>
    <w:p>
      <w:r>
        <w:rPr>
          <w:b/>
        </w:rPr>
        <w:t xml:space="preserve">[14:04] </w:t>
      </w:r>
      <w:r>
        <w:t>jaise mashhoor waqea hai ke dekchi mein khana pak raha tha to pakte pakte is ka dhakan uth</w:t>
      </w:r>
    </w:p>
    <w:p>
      <w:pPr>
        <w:jc w:val="right"/>
      </w:pPr>
      <w:r>
        <w:t>جیسے مشہور واقعہ ہے کہ دیکچی میں کھانا پک رہا تھا تو پکتے پکتے اس کا ڈھکن اٹھ</w:t>
      </w:r>
    </w:p>
    <w:p>
      <w:r>
        <w:rPr>
          <w:b/>
        </w:rPr>
        <w:t xml:space="preserve">[14:12] </w:t>
      </w:r>
      <w:r>
        <w:t>gaya that was a flash to wahan ek scientist ne dekha is ko kaha yeh kya</w:t>
      </w:r>
    </w:p>
    <w:p>
      <w:pPr>
        <w:jc w:val="right"/>
      </w:pPr>
      <w:r>
        <w:t>گیا that was a flash تو وہاں ایک scientist نے دیکھا اس کو کہا یہ کیا</w:t>
      </w:r>
    </w:p>
    <w:p>
      <w:r>
        <w:rPr>
          <w:b/>
        </w:rPr>
        <w:t xml:space="preserve">[14:19] </w:t>
      </w:r>
      <w:r>
        <w:t>to us ne steam power ko daryaft kiya ke ek had par pohnch kar pani jo hai steam</w:t>
      </w:r>
    </w:p>
    <w:p>
      <w:pPr>
        <w:jc w:val="right"/>
      </w:pPr>
      <w:r>
        <w:t>تو اس نے steam power کو دریافت کیا کہ ایک حد پر پہنچ کر پانی جو ہے steam</w:t>
      </w:r>
    </w:p>
    <w:p>
      <w:r>
        <w:rPr>
          <w:b/>
        </w:rPr>
        <w:t xml:space="preserve">[14:25] </w:t>
      </w:r>
      <w:r>
        <w:t>power barh jata hai</w:t>
      </w:r>
    </w:p>
    <w:p>
      <w:pPr>
        <w:jc w:val="right"/>
      </w:pPr>
      <w:r>
        <w:t>power بڑھ جاتا ہے</w:t>
      </w:r>
    </w:p>
    <w:p>
      <w:r>
        <w:rPr>
          <w:b/>
        </w:rPr>
        <w:t xml:space="preserve">[14:29] </w:t>
      </w:r>
      <w:r>
        <w:t>to unhon ne kaha scientist ne kaha ke haan daryaften accident ke tor par hi hoti hain lekin yeh accident sirf scientiston ke pesh aata hai yeh accident sirf scientist ke pesh aata hai yani prepared mind ko</w:t>
      </w:r>
    </w:p>
    <w:p>
      <w:pPr>
        <w:jc w:val="right"/>
      </w:pPr>
      <w:r>
        <w:t>تو انہوں نے کہا scientist نے کہا کہ ہاں دریافتیں accident کے طور پر ہی ہوتی ہیں لیکن یہ accident صرف سائنسدانوں کے پیش آتا ہے یہ accident صرف scientist کے پیش آتا ہے یعنی prepared mind کو</w:t>
      </w:r>
    </w:p>
    <w:p>
      <w:r>
        <w:rPr>
          <w:b/>
        </w:rPr>
        <w:t xml:space="preserve">[14:53] </w:t>
      </w:r>
      <w:r>
        <w:t>prepared mind ko to aap ko agar marifat lena hai wisdom lena hai to aap ko apne aap ko prepared mind banna parega prepared mind</w:t>
      </w:r>
    </w:p>
    <w:p>
      <w:pPr>
        <w:jc w:val="right"/>
      </w:pPr>
      <w:r>
        <w:t>prepared mind کو تو آپ کو اگر معرفت لینا ہے wisdom لینا ہے تو آپ کو اپنے آپ کو prepared mind بننا پڑے گا prepared mind</w:t>
      </w:r>
    </w:p>
    <w:p>
      <w:r>
        <w:rPr>
          <w:b/>
        </w:rPr>
        <w:t xml:space="preserve">[15:12] </w:t>
      </w:r>
      <w:r>
        <w:t>dekhiye maine yeh samjha hai study se</w:t>
      </w:r>
    </w:p>
    <w:p>
      <w:pPr>
        <w:jc w:val="right"/>
      </w:pPr>
      <w:r>
        <w:t>دیکھیے میں نے یہ سمجھا ہے study سے</w:t>
      </w:r>
    </w:p>
    <w:p>
      <w:r>
        <w:rPr>
          <w:b/>
        </w:rPr>
        <w:t xml:space="preserve">[15:15] </w:t>
      </w:r>
      <w:r>
        <w:t>ke har cheez mein har cheez mein marifat ka saman hai wisdom ka saman hai just like victor</w:t>
      </w:r>
    </w:p>
    <w:p>
      <w:pPr>
        <w:jc w:val="right"/>
      </w:pPr>
      <w:r>
        <w:t>کہ ہر چیز میں ہر چیز میں معرفت کا سامان ہے wisdom کا سامان ہے just like victor</w:t>
      </w:r>
    </w:p>
    <w:p>
      <w:r>
        <w:rPr>
          <w:b/>
        </w:rPr>
        <w:t xml:space="preserve">[15:24] </w:t>
      </w:r>
      <w:r>
        <w:t>just like woh nectar</w:t>
      </w:r>
    </w:p>
    <w:p>
      <w:pPr>
        <w:jc w:val="right"/>
      </w:pPr>
      <w:r>
        <w:t>just like وہ nectar</w:t>
      </w:r>
    </w:p>
    <w:p>
      <w:r>
        <w:rPr>
          <w:b/>
        </w:rPr>
        <w:t xml:space="preserve">[15:27] </w:t>
      </w:r>
      <w:r>
        <w:t>jaise phoolon mein nectar hai</w:t>
      </w:r>
    </w:p>
    <w:p>
      <w:pPr>
        <w:jc w:val="right"/>
      </w:pPr>
      <w:r>
        <w:t>جیسے پھولوں میں nectar ہے</w:t>
      </w:r>
    </w:p>
    <w:p>
      <w:r>
        <w:rPr>
          <w:b/>
        </w:rPr>
        <w:t xml:space="preserve">[15:31] </w:t>
      </w:r>
      <w:r>
        <w:t>phoolon mein nectar hota hai</w:t>
      </w:r>
    </w:p>
    <w:p>
      <w:pPr>
        <w:jc w:val="right"/>
      </w:pPr>
      <w:r>
        <w:t>پھولوں میں nectar ہوتا ہے</w:t>
      </w:r>
    </w:p>
    <w:p>
      <w:r>
        <w:rPr>
          <w:b/>
        </w:rPr>
        <w:t xml:space="preserve">[15:35] </w:t>
      </w:r>
      <w:r>
        <w:t>aise hi har cheez mein wisdom hota hai marifat hoti hai</w:t>
      </w:r>
    </w:p>
    <w:p>
      <w:pPr>
        <w:jc w:val="right"/>
      </w:pPr>
      <w:r>
        <w:t>ایسے ہی ہر چیز میں wisdom ہوتا ہے معرفت ہوتی ہے</w:t>
      </w:r>
    </w:p>
    <w:p>
      <w:r>
        <w:rPr>
          <w:b/>
        </w:rPr>
        <w:t xml:space="preserve">[15:40] </w:t>
      </w:r>
      <w:r>
        <w:t>lekin aap ko honey bee banna pare ga</w:t>
      </w:r>
    </w:p>
    <w:p>
      <w:pPr>
        <w:jc w:val="right"/>
      </w:pPr>
      <w:r>
        <w:t>لیکن آپ کو honey bee بننا پڑے گا</w:t>
      </w:r>
    </w:p>
    <w:p>
      <w:r>
        <w:rPr>
          <w:b/>
        </w:rPr>
        <w:t xml:space="preserve">[15:44] </w:t>
      </w:r>
      <w:r>
        <w:t>sirf honey bee hi nectar ko le paati hai koi aur nahi le pata</w:t>
      </w:r>
    </w:p>
    <w:p>
      <w:pPr>
        <w:jc w:val="right"/>
      </w:pPr>
      <w:r>
        <w:t>صرف honey bee ہی nectar کو لے پاتی ہے کوئی اور نہیں لے پاتا</w:t>
      </w:r>
    </w:p>
    <w:p>
      <w:r>
        <w:rPr>
          <w:b/>
        </w:rPr>
        <w:t xml:space="preserve">[15:52] </w:t>
      </w:r>
      <w:r>
        <w:t>ek machhar wahan jaye to machhar nahi le payega honey bee is nectar ko</w:t>
      </w:r>
    </w:p>
    <w:p>
      <w:pPr>
        <w:jc w:val="right"/>
      </w:pPr>
      <w:r>
        <w:t>ایک مچھر وہاں جائے تو مچھر نہیں لے پائے گا honey bee اس nectar کو</w:t>
      </w:r>
    </w:p>
    <w:p>
      <w:r>
        <w:rPr>
          <w:b/>
        </w:rPr>
        <w:t xml:space="preserve">[16:01] </w:t>
      </w:r>
      <w:r>
        <w:t>is nectar ko jo phool ke andar hai thora sa us ko machhar nahi le payega</w:t>
      </w:r>
    </w:p>
    <w:p>
      <w:pPr>
        <w:jc w:val="right"/>
      </w:pPr>
      <w:r>
        <w:t>اس nectar کو جو پھول کے اندر ہے تھوڑا سا اس کو مچھر نہیں لے پائے گا</w:t>
      </w:r>
    </w:p>
    <w:p>
      <w:r>
        <w:rPr>
          <w:b/>
        </w:rPr>
        <w:t xml:space="preserve">[16:11] </w:t>
      </w:r>
      <w:r>
        <w:t>us ko sirf honey bee le pati hai kyunke woh prepared hai woh jaan leti hai ke yahan par nectar hai to phir foran us ko leti hai le kar jati hai apne chhatay mein to jo shakhs chahta hai ke dunya mein us ko</w:t>
      </w:r>
    </w:p>
    <w:p>
      <w:pPr>
        <w:jc w:val="right"/>
      </w:pPr>
      <w:r>
        <w:t>اس کو صرف honey bee لے پاتی ہے کیونکہ وہ prepared ہے وہ جان لیتی ہے کہ یہاں پر nectar ہے تو پھر فوراً اس کو لیتی ہے لے کر جاتی ہے اپنے چھتے میں تو جو شخص چاہتا ہے کہ دنیا میں اس کو</w:t>
      </w:r>
    </w:p>
    <w:p>
      <w:r>
        <w:rPr>
          <w:b/>
        </w:rPr>
        <w:t xml:space="preserve">[16:31] </w:t>
      </w:r>
      <w:r>
        <w:t>wisdom mile marifat mile to us ko apne aap ko prepared mind banana parega</w:t>
      </w:r>
    </w:p>
    <w:p>
      <w:pPr>
        <w:jc w:val="right"/>
      </w:pPr>
      <w:r>
        <w:t>wisdom ملے معرفت ملے تو اس کو اپنے آپ کو prepared mind بنانا پڑے گا</w:t>
      </w:r>
    </w:p>
    <w:p>
      <w:r>
        <w:rPr>
          <w:b/>
        </w:rPr>
        <w:t xml:space="preserve">[16:40] </w:t>
      </w:r>
      <w:r>
        <w:t>jaise ek hadith hai hazrat aisha ne kaha rasool allah ke baray mein ke کان یذکر اللہ علی کل احیانی</w:t>
      </w:r>
    </w:p>
    <w:p>
      <w:pPr>
        <w:jc w:val="right"/>
      </w:pPr>
      <w:r>
        <w:t>جیسے ایک حدیث ہے حضرت عائشہ نے کہا رسول اللہ کے بارے میں کہ کان یذکر اللہ علی کل احیانی</w:t>
      </w:r>
    </w:p>
    <w:p>
      <w:r>
        <w:rPr>
          <w:b/>
        </w:rPr>
        <w:t xml:space="preserve">[16:55] </w:t>
      </w:r>
      <w:r>
        <w:t>ayyan ka matlab hota hai occasion yani har occasion se woh rasool allah har occasion se rasool allah ek naseehat lete thay</w:t>
      </w:r>
    </w:p>
    <w:p>
      <w:pPr>
        <w:jc w:val="right"/>
      </w:pPr>
      <w:r>
        <w:t>ایان کا مطلب ہوتا ہے occasion یعنی ہر occasion سے وہ رسول اللہ ہر occasion سے رسول اللہ ایک نصیحت لیتے تھے</w:t>
      </w:r>
    </w:p>
    <w:p>
      <w:r>
        <w:rPr>
          <w:b/>
        </w:rPr>
        <w:t xml:space="preserve">[17:09] </w:t>
      </w:r>
      <w:r>
        <w:t>har occasion se rasool allah ek naseehat lete thay is ka matlab kya hua ke woh he was a well prepared mind</w:t>
      </w:r>
    </w:p>
    <w:p>
      <w:pPr>
        <w:jc w:val="right"/>
      </w:pPr>
      <w:r>
        <w:t>ہر occasion سے رسول اللہ ایک نصیحت لیتے تھے اس کا مطلب کیا ہوا کہ وہ he was a well prepared mind</w:t>
      </w:r>
    </w:p>
    <w:p>
      <w:r>
        <w:rPr>
          <w:b/>
        </w:rPr>
        <w:t xml:space="preserve">[17:22] </w:t>
      </w:r>
      <w:r>
        <w:t>ek dam prepared mind thay jaise hi koi occasion samne aaya to foran unka grasp grasp</w:t>
      </w:r>
    </w:p>
    <w:p>
      <w:pPr>
        <w:jc w:val="right"/>
      </w:pPr>
      <w:r>
        <w:t>ایک دم prepared mind تھے جیسے ہی کوئی occasion سامنے آیا تو فوراً ان کا grasp grasp</w:t>
      </w:r>
    </w:p>
    <w:p>
      <w:r>
        <w:rPr>
          <w:b/>
        </w:rPr>
        <w:t xml:space="preserve">[17:30] </w:t>
      </w:r>
      <w:r>
        <w:t>hota barha hua tha ke foran usko pakad lete thay to aap ko apna grasp barhana pare</w:t>
      </w:r>
    </w:p>
    <w:p>
      <w:pPr>
        <w:jc w:val="right"/>
      </w:pPr>
      <w:r>
        <w:t>ہوتا بڑھا ہوا تھا کہ فوراً اس کو پکڑ لیتے تھے تو آپ کو اپنا grasp بڑھانا پڑے</w:t>
      </w:r>
    </w:p>
    <w:p>
      <w:r>
        <w:rPr>
          <w:b/>
        </w:rPr>
        <w:t xml:space="preserve">[17:36] </w:t>
      </w:r>
      <w:r>
        <w:t>ga grasp agar aap chahte hain ke aap ko dunya se maarfat mile wisdom mile</w:t>
      </w:r>
    </w:p>
    <w:p>
      <w:pPr>
        <w:jc w:val="right"/>
      </w:pPr>
      <w:r>
        <w:t>گا grasp اگر آپ چاہتے ہیں کہ آپ کو دنیا سے معرفت ملے wisdom ملے</w:t>
      </w:r>
    </w:p>
    <w:p>
      <w:r>
        <w:rPr>
          <w:b/>
        </w:rPr>
        <w:t xml:space="preserve">[17:48] </w:t>
      </w:r>
      <w:r>
        <w:t>badi badi baatein milein</w:t>
      </w:r>
    </w:p>
    <w:p>
      <w:pPr>
        <w:jc w:val="right"/>
      </w:pPr>
      <w:r>
        <w:t>بڑی بڑی باتیں ملیں</w:t>
      </w:r>
    </w:p>
    <w:p>
      <w:r>
        <w:rPr>
          <w:b/>
        </w:rPr>
        <w:t xml:space="preserve">[17:51] </w:t>
      </w:r>
      <w:r>
        <w:t>to apne grasp ko barhana parega</w:t>
      </w:r>
    </w:p>
    <w:p>
      <w:pPr>
        <w:jc w:val="right"/>
      </w:pPr>
      <w:r>
        <w:t>تو اپنے grasp کو بڑھانا پڑے گا</w:t>
      </w:r>
    </w:p>
    <w:p>
      <w:r>
        <w:rPr>
          <w:b/>
        </w:rPr>
        <w:t xml:space="preserve">[17:58] </w:t>
      </w:r>
      <w:r>
        <w:t>woh woh woh woh jaise nectar bolta nahi nectar awaz nahi deta apne grasp se le leti hai honey bee us ko aise hi wisdom bolay ga nahi hai aap ka grasp hota barha hua hona chahiye ke aap us ko pakar lein</w:t>
      </w:r>
    </w:p>
    <w:p>
      <w:pPr>
        <w:jc w:val="right"/>
      </w:pPr>
      <w:r>
        <w:t>وہ وہ وہ وہ جیسے nectar بولتا نہیں nectar آواز نہیں دیتا اپنے grasp سے لے لیتی ہے honey bee اس کو ایسے ہی wisdom بولے گا نہیں ہے آپ کا grasp ہوتا بڑھا ہوا ہونا چاہیے کہ آپ اس کو پکڑ لیں</w:t>
      </w:r>
    </w:p>
    <w:p>
      <w:r>
        <w:rPr>
          <w:b/>
        </w:rPr>
        <w:t xml:space="preserve">[18:21] </w:t>
      </w:r>
      <w:r>
        <w:t>jaise ek sahab ka qissa batata hoon mein aap ko ek company mein ek sahab achi position mein thay to wahan jo super boss tha woh bohat hi bohat hi intelligent aadmi tha</w:t>
      </w:r>
    </w:p>
    <w:p>
      <w:pPr>
        <w:jc w:val="right"/>
      </w:pPr>
      <w:r>
        <w:t>جیسے ایک صاحب کا قصہ بتاتا ہوں میں آپ کو ایک کمپنی میں ایک صاحب اچھی position میں تھے تو وہاں جو سپر باس تھا وہ بہت ہی بہت ہی intelligent آدمی تھا</w:t>
      </w:r>
    </w:p>
    <w:p>
      <w:r>
        <w:rPr>
          <w:b/>
        </w:rPr>
        <w:t xml:space="preserve">[18:40] </w:t>
      </w:r>
      <w:r>
        <w:t>to yeh dono ek sath wahan aaye thay company mein is aadmi ne company ko bohat taraqi di to ek gaye usay milay aur usay kaha ke bhai aap hum aap sathi aaye company mein aap ko bohat ziyada taraqi ho gayi to mujhe kuch secret aur success bataiye</w:t>
      </w:r>
    </w:p>
    <w:p>
      <w:pPr>
        <w:jc w:val="right"/>
      </w:pPr>
      <w:r>
        <w:t>تو یہ دونوں ایک ساتھ وہاں آئے تھے کمپنی میں اس آدمی نے کمپنی کو بہت ترقی دی تو ایک گئے اسے ملے اور اسے کہا کہ بھئی آپ ہم آپ ساتھی آئے کمپنی میں آپ کو بہت زیادہ ترقی ہو گئی تو مجھے کچھ secret اور success بتائیے</w:t>
      </w:r>
    </w:p>
    <w:p>
      <w:r>
        <w:rPr>
          <w:b/>
        </w:rPr>
        <w:t xml:space="preserve">[19:06] </w:t>
      </w:r>
      <w:r>
        <w:t>to dekhiye is aadmi ne kuch bataya nahi sunte hi maine kaha ke dekhiye wo kabhi nahi</w:t>
      </w:r>
    </w:p>
    <w:p>
      <w:pPr>
        <w:jc w:val="right"/>
      </w:pPr>
      <w:r>
        <w:t>تو دیکھیے اس آدمی نے کچھ بتایا نہیں سنتے ہی میں نے کہا کہ دیکھیے وہ کبھی نہیں</w:t>
      </w:r>
    </w:p>
    <w:p>
      <w:r>
        <w:rPr>
          <w:b/>
        </w:rPr>
        <w:t xml:space="preserve">[19:12] </w:t>
      </w:r>
      <w:r>
        <w:t>batayega aap ko kyun kya wo apna rival create karega</w:t>
      </w:r>
    </w:p>
    <w:p>
      <w:pPr>
        <w:jc w:val="right"/>
      </w:pPr>
      <w:r>
        <w:t>بتائے گا آپ کو کیوں کیا وہ اپنا rival create کرے گا</w:t>
      </w:r>
    </w:p>
    <w:p>
      <w:r>
        <w:rPr>
          <w:b/>
        </w:rPr>
        <w:t xml:space="preserve">[19:19] </w:t>
      </w:r>
      <w:r>
        <w:t>aap bohat naive ban kar ke bohat modest ban kar ke us se pooch rahe hain secret aur</w:t>
      </w:r>
    </w:p>
    <w:p>
      <w:pPr>
        <w:jc w:val="right"/>
      </w:pPr>
      <w:r>
        <w:t>آپ بہت naive بن کر کے بہت modest بن کر کے اس سے پوچھ رہے ہیں secret اور</w:t>
      </w:r>
    </w:p>
    <w:p>
      <w:r>
        <w:rPr>
          <w:b/>
        </w:rPr>
        <w:t xml:space="preserve">[19:23] </w:t>
      </w:r>
      <w:r>
        <w:t>success wo kis tarah nahi milega yeh yeh tumhara rival banna chahta hai</w:t>
      </w:r>
    </w:p>
    <w:p>
      <w:pPr>
        <w:jc w:val="right"/>
      </w:pPr>
      <w:r>
        <w:t>success وہ کس طرح نہیں ملے گا یہ یہ تمہارا rival بننا چاہتا ہے</w:t>
      </w:r>
    </w:p>
    <w:p>
      <w:r>
        <w:rPr>
          <w:b/>
        </w:rPr>
        <w:t xml:space="preserve">[19:30] </w:t>
      </w:r>
      <w:r>
        <w:t>kyunke aap well prepared mind nahi thay jo sahib gaye poochne ke liye us se agar aap bohat</w:t>
      </w:r>
    </w:p>
    <w:p>
      <w:pPr>
        <w:jc w:val="right"/>
      </w:pPr>
      <w:r>
        <w:t>کیونکہ آپ well prepared mind نہیں تھے جو صاحب گئے پوچھنے کے لیے اس سے اگر آپ بہت</w:t>
      </w:r>
    </w:p>
    <w:p>
      <w:r>
        <w:rPr>
          <w:b/>
        </w:rPr>
        <w:t xml:space="preserve">[19:38] </w:t>
      </w:r>
      <w:r>
        <w:t>zyada prepared mind ho to aap khud sochenge ke yeh baat us se poochne ki nahi hai</w:t>
      </w:r>
    </w:p>
    <w:p>
      <w:pPr>
        <w:jc w:val="right"/>
      </w:pPr>
      <w:r>
        <w:t>زیادہ prepared mind ہو تو آپ خود سوچیں گے کہ یہ بات اس سے پوچھنے کی نہیں ہے</w:t>
      </w:r>
    </w:p>
    <w:p>
      <w:r>
        <w:rPr>
          <w:b/>
        </w:rPr>
        <w:t xml:space="preserve">[19:46] </w:t>
      </w:r>
      <w:r>
        <w:t>yeh baat us se poochne ki nahi hai kyunke wo us ko ek aur sense mein le le</w:t>
      </w:r>
    </w:p>
    <w:p>
      <w:pPr>
        <w:jc w:val="right"/>
      </w:pPr>
      <w:r>
        <w:t>یہ بات اس سے پوچھنے کی نہیں ہے کیونکہ وہ اس کو ایک اور sense میں لے لے</w:t>
      </w:r>
    </w:p>
    <w:p>
      <w:r>
        <w:rPr>
          <w:b/>
        </w:rPr>
        <w:t xml:space="preserve">[19:51] </w:t>
      </w:r>
      <w:r>
        <w:t>ga ke</w:t>
      </w:r>
    </w:p>
    <w:p>
      <w:pPr>
        <w:jc w:val="right"/>
      </w:pPr>
      <w:r>
        <w:t>گا کہ</w:t>
      </w:r>
    </w:p>
    <w:p>
      <w:r>
        <w:rPr>
          <w:b/>
        </w:rPr>
        <w:t xml:space="preserve">[19:52] </w:t>
      </w:r>
      <w:r>
        <w:t>yeh aadmi to mera rival banna chahta hai</w:t>
      </w:r>
    </w:p>
    <w:p>
      <w:pPr>
        <w:jc w:val="right"/>
      </w:pPr>
      <w:r>
        <w:t>یہ آدمی تو میرا rival بننا چاہتا ہے</w:t>
      </w:r>
    </w:p>
    <w:p>
      <w:r>
        <w:rPr>
          <w:b/>
        </w:rPr>
        <w:t xml:space="preserve">[19:58] </w:t>
      </w:r>
      <w:r>
        <w:t>to dekhiye yeh baat chahe industry ki ho ya deen ki ho ya allah ki marifat ki ho har jagah jo cheez chahiye woh hai power of grasp</w:t>
      </w:r>
    </w:p>
    <w:p>
      <w:pPr>
        <w:jc w:val="right"/>
      </w:pPr>
      <w:r>
        <w:t>تو دیکھیے یہ بات چاہے industry کی ہو یا دین کی ہو یا اللہ کی معرفت کی ہو ہر جگہ جو چیز چاہیے وہ ہے power of grasp</w:t>
      </w:r>
    </w:p>
    <w:p>
      <w:r>
        <w:rPr>
          <w:b/>
        </w:rPr>
        <w:t xml:space="preserve">[20:18] </w:t>
      </w:r>
      <w:r>
        <w:t>aap ke andar bohat zabardast mind hona chahiye</w:t>
      </w:r>
    </w:p>
    <w:p>
      <w:pPr>
        <w:jc w:val="right"/>
      </w:pPr>
      <w:r>
        <w:t>آپ کے اندر بہت زبردست mind ہونا چاہیے</w:t>
      </w:r>
    </w:p>
    <w:p>
      <w:r>
        <w:rPr>
          <w:b/>
        </w:rPr>
        <w:t xml:space="preserve">[20:24] </w:t>
      </w:r>
      <w:r>
        <w:t>jananay ki isi liye kaha jata hai ke kisi ko apna guru banao lekin agar aap ke andar itna power of grasp nahi hai to kisi ko guru banao woh bataye ga aap ko</w:t>
      </w:r>
    </w:p>
    <w:p>
      <w:pPr>
        <w:jc w:val="right"/>
      </w:pPr>
      <w:r>
        <w:t>جاننے کی اسی لیے کہا جاتا ہے کہ کسی کو اپنا گرو بناؤ لیکن اگر آپ کے اندر اتنا power of grasp نہیں ہے تو کسی کو گرو بناؤ وہ بتائے گا آپ کو</w:t>
      </w:r>
    </w:p>
    <w:p>
      <w:r>
        <w:rPr>
          <w:b/>
        </w:rPr>
        <w:t xml:space="preserve">[20:39] </w:t>
      </w:r>
      <w:r>
        <w:t>to dunya mein dekhiye</w:t>
      </w:r>
    </w:p>
    <w:p>
      <w:pPr>
        <w:jc w:val="right"/>
      </w:pPr>
      <w:r>
        <w:t>تو دنیا میں دیکھیے</w:t>
      </w:r>
    </w:p>
    <w:p>
      <w:r>
        <w:rPr>
          <w:b/>
        </w:rPr>
        <w:t xml:space="preserve">[20:43] </w:t>
      </w:r>
      <w:r>
        <w:t>kuch cheezein free mil rahi hain maslan sunlight free mil rahi hai</w:t>
      </w:r>
    </w:p>
    <w:p>
      <w:pPr>
        <w:jc w:val="right"/>
      </w:pPr>
      <w:r>
        <w:t>کچھ چیزیں free مل رہی ہیں مثلاً sunlight free مل رہی ہے</w:t>
      </w:r>
    </w:p>
    <w:p>
      <w:r>
        <w:rPr>
          <w:b/>
        </w:rPr>
        <w:t xml:space="preserve">[20:52] </w:t>
      </w:r>
      <w:r>
        <w:t>oxygen free mil rahi hai lekin yeh baat hazaron saal ke baad thani jani ke sunlight aur hamare</w:t>
      </w:r>
    </w:p>
    <w:p>
      <w:pPr>
        <w:jc w:val="right"/>
      </w:pPr>
      <w:r>
        <w:t>آکسیجن free مل رہی ہے لیکن یہ بات ہزاروں سال کے بعد تھانی جانی کہ sunlight اور ہمارے</w:t>
      </w:r>
    </w:p>
    <w:p>
      <w:r>
        <w:rPr>
          <w:b/>
        </w:rPr>
        <w:t xml:space="preserve">[21:00] </w:t>
      </w:r>
      <w:r>
        <w:t>beech mein ozone layer hai ozone layer agar na ho</w:t>
      </w:r>
    </w:p>
    <w:p>
      <w:pPr>
        <w:jc w:val="right"/>
      </w:pPr>
      <w:r>
        <w:t>بیچ میں اوزون ریئر ہے اوزون ریئر اگر نہ ہو</w:t>
      </w:r>
    </w:p>
    <w:p>
      <w:r>
        <w:rPr>
          <w:b/>
        </w:rPr>
        <w:t xml:space="preserve">[21:05] </w:t>
      </w:r>
      <w:r>
        <w:t>to roshni jo aati hai suraj se wo hamare liye museebat ban jaye</w:t>
      </w:r>
    </w:p>
    <w:p>
      <w:pPr>
        <w:jc w:val="right"/>
      </w:pPr>
      <w:r>
        <w:t>تو روشنی جو آتی ہے سورج سے وہ ہمارے لیے مصیبت بن جائے</w:t>
      </w:r>
    </w:p>
    <w:p>
      <w:r>
        <w:rPr>
          <w:b/>
        </w:rPr>
        <w:t xml:space="preserve">[21:12] </w:t>
      </w:r>
      <w:r>
        <w:t>to yeh janne ke liye insaan ko bohat dinon tak sochna parega sochna pada bohat dinon tak</w:t>
      </w:r>
    </w:p>
    <w:p>
      <w:pPr>
        <w:jc w:val="right"/>
      </w:pPr>
      <w:r>
        <w:t>تو یہ جاننے کے لیے انسان کو بہت دنوں تک سوچنا پڑے گا سوچنا پڑا بہت دنوں تک</w:t>
      </w:r>
    </w:p>
    <w:p>
      <w:r>
        <w:rPr>
          <w:b/>
        </w:rPr>
        <w:t xml:space="preserve">[21:19] </w:t>
      </w:r>
      <w:r>
        <w:t>discovery karni pari tab ja kar jana insaan ne ke mere aur suraj ke beech mein ozone layer</w:t>
      </w:r>
    </w:p>
    <w:p>
      <w:pPr>
        <w:jc w:val="right"/>
      </w:pPr>
      <w:r>
        <w:t>discovery کرنی پڑی تب جا کر جانا انسان نے کہ میرے اور سورج کے بیچ میں اوزون ریئر</w:t>
      </w:r>
    </w:p>
    <w:p>
      <w:r>
        <w:rPr>
          <w:b/>
        </w:rPr>
        <w:t xml:space="preserve">[21:27] </w:t>
      </w:r>
      <w:r>
        <w:t>hai</w:t>
      </w:r>
    </w:p>
    <w:p>
      <w:pPr>
        <w:jc w:val="right"/>
      </w:pPr>
      <w:r>
        <w:t>ہے</w:t>
      </w:r>
    </w:p>
    <w:p>
      <w:r>
        <w:rPr>
          <w:b/>
        </w:rPr>
        <w:t xml:space="preserve">[21:30] </w:t>
      </w:r>
      <w:r>
        <w:t>to suraj se roshni mil rahi hai to us ko us ke liye kisi yani intellectual development ki zaroorat nahi ke suraj se roshni mil rahi hai wo to har aadmi jaan sakta hai lekin suraj ke aur hamare beech mein ozone layer hai is ke liye zaroorat hai bohat ziyada prepared mind tab jaan payenge aap</w:t>
      </w:r>
    </w:p>
    <w:p>
      <w:pPr>
        <w:jc w:val="right"/>
      </w:pPr>
      <w:r>
        <w:t>تو سورج سے روشنی مل رہی ہے تو اس کو اس کے لیے کسی یعنی intellectual development کی ضرورت نہیں کہ سورج سے روشنی مل رہی ہے وہ تو ہر آدمی جان سکتا ہے لیکن سورج کے اور ہمارے بیچ میں اوزون ریئر ہے اس کے لیے ضرورت ہے بہت زیادہ prepared mind تب جان پائیں گے آپ</w:t>
      </w:r>
    </w:p>
    <w:p>
      <w:r>
        <w:rPr>
          <w:b/>
        </w:rPr>
        <w:t xml:space="preserve">[21:59] </w:t>
      </w:r>
      <w:r>
        <w:t>is tarah se aadmi chahta tha ke hawa mein saans lena hum bhi jante thay bachpan mein hawa</w:t>
      </w:r>
    </w:p>
    <w:p>
      <w:pPr>
        <w:jc w:val="right"/>
      </w:pPr>
      <w:r>
        <w:t>اس طرح سے آدمی چاہتا تھا کہ ہوا میں سانس لینا ہم بھی جانتے تھے بچپن میں ہوا</w:t>
      </w:r>
    </w:p>
    <w:p>
      <w:r>
        <w:rPr>
          <w:b/>
        </w:rPr>
        <w:t xml:space="preserve">[22:04] </w:t>
      </w:r>
      <w:r>
        <w:t>mein saans lena</w:t>
      </w:r>
    </w:p>
    <w:p>
      <w:pPr>
        <w:jc w:val="right"/>
      </w:pPr>
      <w:r>
        <w:t>میں سانس لینا</w:t>
      </w:r>
    </w:p>
    <w:p>
      <w:r>
        <w:rPr>
          <w:b/>
        </w:rPr>
        <w:t xml:space="preserve">[22:06] </w:t>
      </w:r>
      <w:r>
        <w:t>lekin darakhton mein photosynthesis ka amal hota hai is se oxygen</w:t>
      </w:r>
    </w:p>
    <w:p>
      <w:pPr>
        <w:jc w:val="right"/>
      </w:pPr>
      <w:r>
        <w:t>لیکن درختوں میں photosynthesis کا عمل ہوتا ہے اس سے آکسیجن</w:t>
      </w:r>
    </w:p>
    <w:p>
      <w:r>
        <w:rPr>
          <w:b/>
        </w:rPr>
        <w:t xml:space="preserve">[22:12] </w:t>
      </w:r>
      <w:r>
        <w:t>ki ek factory hoti hai is se aap ko oxygen supply hota hai yeh to aap ne bohat</w:t>
      </w:r>
    </w:p>
    <w:p>
      <w:pPr>
        <w:jc w:val="right"/>
      </w:pPr>
      <w:r>
        <w:t>کی ایک factory ہوتی ہے اس سے آپ کو آکسیجن supply ہوتا ہے یہ تو آپ نے بہت</w:t>
      </w:r>
    </w:p>
    <w:p>
      <w:r>
        <w:rPr>
          <w:b/>
        </w:rPr>
        <w:t xml:space="preserve">[22:16] </w:t>
      </w:r>
      <w:r>
        <w:t>baat ki hai na jab study kiya tab</w:t>
      </w:r>
    </w:p>
    <w:p>
      <w:pPr>
        <w:jc w:val="right"/>
      </w:pPr>
      <w:r>
        <w:t>بات کی ہے نا جب study کیا تب</w:t>
      </w:r>
    </w:p>
    <w:p>
      <w:r>
        <w:rPr>
          <w:b/>
        </w:rPr>
        <w:t xml:space="preserve">[22:22] </w:t>
      </w:r>
      <w:r>
        <w:t>to aap ko agar</w:t>
      </w:r>
    </w:p>
    <w:p>
      <w:pPr>
        <w:jc w:val="right"/>
      </w:pPr>
      <w:r>
        <w:t>تو آپ کو اگر</w:t>
      </w:r>
    </w:p>
    <w:p>
      <w:r>
        <w:rPr>
          <w:b/>
        </w:rPr>
        <w:t xml:space="preserve">[22:25] </w:t>
      </w:r>
      <w:r>
        <w:t>marifat wala banna hai wisdom wala banna hai gehri samajh wala banna hai to is ke liye aap</w:t>
      </w:r>
    </w:p>
    <w:p>
      <w:pPr>
        <w:jc w:val="right"/>
      </w:pPr>
      <w:r>
        <w:t>معرفت والا بننا ہے wisdom والا بننا ہے گہری سمجھ والا بننا ہے تو اس کے لیے آپ</w:t>
      </w:r>
    </w:p>
    <w:p>
      <w:r>
        <w:rPr>
          <w:b/>
        </w:rPr>
        <w:t xml:space="preserve">[22:31] </w:t>
      </w:r>
      <w:r>
        <w:t>ko apne aap ko prepared mind banna parega kyunke woh to wahi bikhra hua hai wisdom to</w:t>
      </w:r>
    </w:p>
    <w:p>
      <w:pPr>
        <w:jc w:val="right"/>
      </w:pPr>
      <w:r>
        <w:t>کو اپنے آپ کو prepared mind بننا پڑے گا کیونکہ وہ تو وہی بکھرا ہوا ہے wisdom تو</w:t>
      </w:r>
    </w:p>
    <w:p>
      <w:r>
        <w:rPr>
          <w:b/>
        </w:rPr>
        <w:t xml:space="preserve">[22:38] </w:t>
      </w:r>
      <w:r>
        <w:t>bikhri hui hai just like nectar</w:t>
      </w:r>
    </w:p>
    <w:p>
      <w:pPr>
        <w:jc w:val="right"/>
      </w:pPr>
      <w:r>
        <w:t>بکھری ہوئی ہے just like nectar</w:t>
      </w:r>
    </w:p>
    <w:p>
      <w:r>
        <w:rPr>
          <w:b/>
        </w:rPr>
        <w:t xml:space="preserve">[22:42] </w:t>
      </w:r>
      <w:r>
        <w:t>wisdom jo hai woh just like nectar bikhri</w:t>
      </w:r>
    </w:p>
    <w:p>
      <w:pPr>
        <w:jc w:val="right"/>
      </w:pPr>
      <w:r>
        <w:t>wisdom جو ہے وہ just like nectar بکھری</w:t>
      </w:r>
    </w:p>
    <w:p>
      <w:r>
        <w:rPr>
          <w:b/>
        </w:rPr>
        <w:t xml:space="preserve">[22:44] </w:t>
      </w:r>
      <w:r>
        <w:t>hui hai mamla jo hai grasp karne ka hai us ko pakadne ka hai us ko lene ka hai</w:t>
      </w:r>
    </w:p>
    <w:p>
      <w:pPr>
        <w:jc w:val="right"/>
      </w:pPr>
      <w:r>
        <w:t>ہوئی ہے معاملہ جو ہے grasp کرنے کا ہے اس کو پکڑنے کا ہے اس کو لینے کا ہے</w:t>
      </w:r>
    </w:p>
    <w:p>
      <w:r>
        <w:rPr>
          <w:b/>
        </w:rPr>
        <w:t xml:space="preserve">[22:58] </w:t>
      </w:r>
      <w:r>
        <w:t>to agar aap chahte hain ke sahib marifat banna agar aap chahte hain ke mind of wisdom banna agar aap chahte hain Allah wale banna</w:t>
      </w:r>
    </w:p>
    <w:p>
      <w:pPr>
        <w:jc w:val="right"/>
      </w:pPr>
      <w:r>
        <w:t>تو اگر آپ چاہتے ہیں کہ صاحب معرفت بننا اگر آپ چاہتے ہیں کہ mind of wisdom بننا اگر آپ چاہتے ہیں اللہ والے بننا</w:t>
      </w:r>
    </w:p>
    <w:p>
      <w:r>
        <w:rPr>
          <w:b/>
        </w:rPr>
        <w:t xml:space="preserve">[23:11] </w:t>
      </w:r>
      <w:r>
        <w:t>to ye chahne se nahi banega</w:t>
      </w:r>
    </w:p>
    <w:p>
      <w:pPr>
        <w:jc w:val="right"/>
      </w:pPr>
      <w:r>
        <w:t>تو یہ چاہنے سے نہیں بنے گا</w:t>
      </w:r>
    </w:p>
    <w:p>
      <w:r>
        <w:rPr>
          <w:b/>
        </w:rPr>
        <w:t xml:space="preserve">[23:16] </w:t>
      </w:r>
      <w:r>
        <w:t>is ke items sab bikhre hue hain charon taraf</w:t>
      </w:r>
    </w:p>
    <w:p>
      <w:pPr>
        <w:jc w:val="right"/>
      </w:pPr>
      <w:r>
        <w:t>اس کے items سب بکھرے ہوئے ہیں چاروں طرف</w:t>
      </w:r>
    </w:p>
    <w:p>
      <w:r>
        <w:rPr>
          <w:b/>
        </w:rPr>
        <w:t xml:space="preserve">[23:25] </w:t>
      </w:r>
      <w:r>
        <w:t>to marifat ke items bikhre hue hain just like nectar</w:t>
      </w:r>
    </w:p>
    <w:p>
      <w:pPr>
        <w:jc w:val="right"/>
      </w:pPr>
      <w:r>
        <w:t>تو معرفت کے items بکھرے ہوئے ہیں just like nectar</w:t>
      </w:r>
    </w:p>
    <w:p>
      <w:r>
        <w:rPr>
          <w:b/>
        </w:rPr>
        <w:t xml:space="preserve">[23:32] </w:t>
      </w:r>
      <w:r>
        <w:t>aap apne ko bohat ziyada prepare kijiye taake us ko foran daryaft kar lein aap</w:t>
      </w:r>
    </w:p>
    <w:p>
      <w:pPr>
        <w:jc w:val="right"/>
      </w:pPr>
      <w:r>
        <w:t>آپ اپنے کو بہت زیادہ prepare کیجیے تاکہ اس کو فوراً دریافت کر لیں آپ</w:t>
      </w:r>
    </w:p>
    <w:p>
      <w:r>
        <w:rPr>
          <w:b/>
        </w:rPr>
        <w:t xml:space="preserve">[23:44] </w:t>
      </w:r>
      <w:r>
        <w:t>ek qissa mein ne bataya tha aap ko is se pehle phir dohrata hoon us ko ke dilli mein do sahib the ek the ram ratan kapla ek sahib the wo moti lal moti lal dono dost the rozana jaya karte the morning walk par</w:t>
      </w:r>
    </w:p>
    <w:p>
      <w:pPr>
        <w:jc w:val="right"/>
      </w:pPr>
      <w:r>
        <w:t>ایک قصہ میں نے بتایا تھا آپ کو اس سے پہلے پھر دہراتا ہوں اس کو کہ دلی میں دو صاحب تھے ایک تھے رام رتن کپلا ایک صاحب تھے وہ موتی لال موتی لال دونوں دوست تھے روزانہ جایا کرتے تھے morning walk پر</w:t>
      </w:r>
    </w:p>
    <w:p>
      <w:r>
        <w:rPr>
          <w:b/>
        </w:rPr>
        <w:t xml:space="preserve">[24:12] </w:t>
      </w:r>
      <w:r>
        <w:t>to ek jagah un ko kuch cheezein chamakti hui dikhai dein to wahan khare ho gaye wo to moti lal wo.</w:t>
      </w:r>
    </w:p>
    <w:p>
      <w:pPr>
        <w:jc w:val="right"/>
      </w:pPr>
      <w:r>
        <w:t>تو ایک جگہ ان کو کچھ چیزیں چمکتی ہوئی دکھائی دیں تو وہاں کھڑے ہو گئے وہ تو موتی لال وہ.</w:t>
      </w:r>
    </w:p>
    <w:p>
      <w:r>
        <w:rPr>
          <w:b/>
        </w:rPr>
        <w:t xml:space="preserve">[24:25] </w:t>
      </w:r>
      <w:r>
        <w:t>to woh jo thay ram ratan kapla ne is ko samjha ke aisi koi cheez hai mamooli cheez</w:t>
      </w:r>
    </w:p>
    <w:p>
      <w:pPr>
        <w:jc w:val="right"/>
      </w:pPr>
      <w:r>
        <w:t>تو وہ جو تھے رام رتن کپلا نے اس کو سمجھا کہ ایسی کوئی چیز ہے معمولی چیز</w:t>
      </w:r>
    </w:p>
    <w:p>
      <w:r>
        <w:rPr>
          <w:b/>
        </w:rPr>
        <w:t xml:space="preserve">[24:31] </w:t>
      </w:r>
      <w:r>
        <w:t>samjha moti lal ne kaha arey yeh to heere ka tukra hai kyunke woh saraf thay</w:t>
      </w:r>
    </w:p>
    <w:p>
      <w:pPr>
        <w:jc w:val="right"/>
      </w:pPr>
      <w:r>
        <w:t>سمجھا موتی لال نے کہا ارے یہ تو ہیرے کا ٹکڑا ہے کیونکہ وہ سراف تھے</w:t>
      </w:r>
    </w:p>
    <w:p>
      <w:r>
        <w:rPr>
          <w:b/>
        </w:rPr>
        <w:t xml:space="preserve">[24:38] </w:t>
      </w:r>
      <w:r>
        <w:t>jeweller thay woh</w:t>
      </w:r>
    </w:p>
    <w:p>
      <w:pPr>
        <w:jc w:val="right"/>
      </w:pPr>
      <w:r>
        <w:t>جولر تھے وہ</w:t>
      </w:r>
    </w:p>
    <w:p>
      <w:r>
        <w:rPr>
          <w:b/>
        </w:rPr>
        <w:t xml:space="preserve">[24:41] </w:t>
      </w:r>
      <w:r>
        <w:t>moti lal saraf jo thay woh jeweller thay dekhte hi is ki chamak different thi agar woh shishe</w:t>
      </w:r>
    </w:p>
    <w:p>
      <w:pPr>
        <w:jc w:val="right"/>
      </w:pPr>
      <w:r>
        <w:t>موتی لال سراف جو تھے وہ جولر تھے دیکھتے ہی اس کی چمک different تھی اگر وہ شیشے</w:t>
      </w:r>
    </w:p>
    <w:p>
      <w:r>
        <w:rPr>
          <w:b/>
        </w:rPr>
        <w:t xml:space="preserve">[24:48] </w:t>
      </w:r>
      <w:r>
        <w:t>ka tukra hota is ki chamak aur hoti lekin jab woh diamond tukra ho to is ki chamak</w:t>
      </w:r>
    </w:p>
    <w:p>
      <w:pPr>
        <w:jc w:val="right"/>
      </w:pPr>
      <w:r>
        <w:t>کا ٹکڑا ہوتا اس کی چمک اور ہوتی لیکن جب وہ diamond ٹکڑا ہو تو اس کی چمک</w:t>
      </w:r>
    </w:p>
    <w:p>
      <w:r>
        <w:rPr>
          <w:b/>
        </w:rPr>
        <w:t xml:space="preserve">[24:53] </w:t>
      </w:r>
      <w:r>
        <w:t>aur hoti hai</w:t>
      </w:r>
    </w:p>
    <w:p>
      <w:pPr>
        <w:jc w:val="right"/>
      </w:pPr>
      <w:r>
        <w:t>اور ہوتی ہے</w:t>
      </w:r>
    </w:p>
    <w:p>
      <w:r>
        <w:rPr>
          <w:b/>
        </w:rPr>
        <w:t xml:space="preserve">[24:55] </w:t>
      </w:r>
      <w:r>
        <w:t>is ki chamak se pakad liya unhon ne yeh shishe ka tukra nahi hai yeh to diamond tukra</w:t>
      </w:r>
    </w:p>
    <w:p>
      <w:pPr>
        <w:jc w:val="right"/>
      </w:pPr>
      <w:r>
        <w:t>اس کی چمک سے پکڑ لیا انہوں نے یہ شیشے کا ٹکڑا نہیں ہے یہ تو diamond ٹکڑا</w:t>
      </w:r>
    </w:p>
    <w:p>
      <w:r>
        <w:rPr>
          <w:b/>
        </w:rPr>
        <w:t xml:space="preserve">[25:00] </w:t>
      </w:r>
      <w:r>
        <w:t>hai</w:t>
      </w:r>
    </w:p>
    <w:p>
      <w:pPr>
        <w:jc w:val="right"/>
      </w:pPr>
      <w:r>
        <w:t>ہے</w:t>
      </w:r>
    </w:p>
    <w:p>
      <w:r>
        <w:rPr>
          <w:b/>
        </w:rPr>
        <w:t xml:space="preserve">[25:05] </w:t>
      </w:r>
      <w:r>
        <w:t>isi tarah aap ko apne andar wo cheez paida karni paregi power of grasp taake jahan marifat ka wisdom ka nectar ho jaldi se aap us ko jaan lein aur us ko hasil karein</w:t>
      </w:r>
    </w:p>
    <w:p>
      <w:pPr>
        <w:jc w:val="right"/>
      </w:pPr>
      <w:r>
        <w:t>اسی طرح آپ کو اپنے اندر وہ چیز پیدا کرنی پڑے گی power of grasp تاکہ جہاں معرفت کا wisdom کا nectar ہو جلدی سے آپ اس کو جان لیں اور اس کو حاصل کریں</w:t>
      </w:r>
    </w:p>
    <w:p>
      <w:r>
        <w:rPr>
          <w:b/>
        </w:rPr>
        <w:t xml:space="preserve">[25:28] </w:t>
      </w:r>
      <w:r>
        <w:t>to yeh ek process hai yeh ek preparation ki baat hai</w:t>
      </w:r>
    </w:p>
    <w:p>
      <w:pPr>
        <w:jc w:val="right"/>
      </w:pPr>
      <w:r>
        <w:t>تو یہ ایک process ہے یہ ایک preparation کی بات ہے</w:t>
      </w:r>
    </w:p>
    <w:p>
      <w:r>
        <w:rPr>
          <w:b/>
        </w:rPr>
        <w:t xml:space="preserve">[25:33] </w:t>
      </w:r>
      <w:r>
        <w:t>yeh ek study ki baat hai aise nahi ke bas</w:t>
      </w:r>
    </w:p>
    <w:p>
      <w:pPr>
        <w:jc w:val="right"/>
      </w:pPr>
      <w:r>
        <w:t>یہ ایک study کی بات ہے ایسے نہیں کہ بس</w:t>
      </w:r>
    </w:p>
    <w:p>
      <w:r>
        <w:rPr>
          <w:b/>
        </w:rPr>
        <w:t xml:space="preserve">[25:37] </w:t>
      </w:r>
      <w:r>
        <w:t>koi list likha hua aap ko de de is mein list mein janne ki yeh yeh hoti hai</w:t>
      </w:r>
    </w:p>
    <w:p>
      <w:pPr>
        <w:jc w:val="right"/>
      </w:pPr>
      <w:r>
        <w:t>کوئی list لکھا ہوا آپ کو دے دے اس میں list میں جاننے کی یہ یہ ہوتی ہے</w:t>
      </w:r>
    </w:p>
    <w:p>
      <w:r>
        <w:rPr>
          <w:b/>
        </w:rPr>
        <w:t xml:space="preserve">[25:42] </w:t>
      </w:r>
      <w:r>
        <w:t>woh list le kar har jagah apply karein is ko</w:t>
      </w:r>
    </w:p>
    <w:p>
      <w:pPr>
        <w:jc w:val="right"/>
      </w:pPr>
      <w:r>
        <w:t>وہ list لے کر ہر جگہ apply کریں اس کو</w:t>
      </w:r>
    </w:p>
    <w:p>
      <w:r>
        <w:rPr>
          <w:b/>
        </w:rPr>
        <w:t xml:space="preserve">[25:45] </w:t>
      </w:r>
      <w:r>
        <w:t>list ki baat nahi hai yeh yeh apne aap ko prepare karne ki baat hai</w:t>
      </w:r>
    </w:p>
    <w:p>
      <w:pPr>
        <w:jc w:val="right"/>
      </w:pPr>
      <w:r>
        <w:t>list کی بات نہیں ہے یہ یہ اپنے آپ کو prepare کرنے کی بات ہے</w:t>
      </w:r>
    </w:p>
    <w:p>
      <w:r>
        <w:rPr>
          <w:b/>
        </w:rPr>
        <w:t xml:space="preserve">[25:51] </w:t>
      </w:r>
      <w:r>
        <w:t>jaise aaj hi mein kisi se keh raha tha</w:t>
      </w:r>
    </w:p>
    <w:p>
      <w:pPr>
        <w:jc w:val="right"/>
      </w:pPr>
      <w:r>
        <w:t>جیسے آج ہی میں کسی سے کہہ رہا تھا</w:t>
      </w:r>
    </w:p>
    <w:p>
      <w:r>
        <w:rPr>
          <w:b/>
        </w:rPr>
        <w:t xml:space="preserve">[25:54] </w:t>
      </w:r>
      <w:r>
        <w:t>ke japan ko</w:t>
      </w:r>
    </w:p>
    <w:p>
      <w:pPr>
        <w:jc w:val="right"/>
      </w:pPr>
      <w:r>
        <w:t>کہ جاپان کو</w:t>
      </w:r>
    </w:p>
    <w:p>
      <w:r>
        <w:rPr>
          <w:b/>
        </w:rPr>
        <w:t xml:space="preserve">[25:57] </w:t>
      </w:r>
      <w:r>
        <w:t>history mein jitna</w:t>
      </w:r>
    </w:p>
    <w:p>
      <w:pPr>
        <w:jc w:val="right"/>
      </w:pPr>
      <w:r>
        <w:t>history میں جتنا</w:t>
      </w:r>
    </w:p>
    <w:p>
      <w:r>
        <w:rPr>
          <w:b/>
        </w:rPr>
        <w:t xml:space="preserve">[26:00] </w:t>
      </w:r>
      <w:r>
        <w:t>bara shock laga kisi ko nahi laga tha do atom bomb waghera diye gaye poori history mein aisa</w:t>
      </w:r>
    </w:p>
    <w:p>
      <w:pPr>
        <w:jc w:val="right"/>
      </w:pPr>
      <w:r>
        <w:t>بڑا شاک لگا کسی کو نہیں لگا تھا دو ایٹم بم وغیرہ دیے گئے پوری history میں ایسا</w:t>
      </w:r>
    </w:p>
    <w:p>
      <w:r>
        <w:rPr>
          <w:b/>
        </w:rPr>
        <w:t xml:space="preserve">[26:07] </w:t>
      </w:r>
      <w:r>
        <w:t>koi shock kisi report nahi hua kahin bhi</w:t>
      </w:r>
    </w:p>
    <w:p>
      <w:pPr>
        <w:jc w:val="right"/>
      </w:pPr>
      <w:r>
        <w:t>کوئی شاک کسی رپورٹ نہیں ہوا کہیں بھی</w:t>
      </w:r>
    </w:p>
    <w:p>
      <w:r>
        <w:rPr>
          <w:b/>
        </w:rPr>
        <w:t xml:space="preserve">[26:14] </w:t>
      </w:r>
      <w:r>
        <w:t>magar aap jante hain ke is itne bare shock se phir ubhra hai japan phir ubhra hai</w:t>
      </w:r>
    </w:p>
    <w:p>
      <w:pPr>
        <w:jc w:val="right"/>
      </w:pPr>
      <w:r>
        <w:t>مگر آپ جانتے ہیں کہ اس اتنے بڑے شاک سے پھر ابھرا ہے جاپان پھر ابھرا ہے</w:t>
      </w:r>
    </w:p>
    <w:p>
      <w:r>
        <w:rPr>
          <w:b/>
        </w:rPr>
        <w:t xml:space="preserve">[26:22] </w:t>
      </w:r>
      <w:r>
        <w:t>aur sirf tees saal ke andar history badal gayi japan economic upar super power ban gaya</w:t>
      </w:r>
    </w:p>
    <w:p>
      <w:pPr>
        <w:jc w:val="right"/>
      </w:pPr>
      <w:r>
        <w:t>اور صرف تیس سال کے اندر history بدل گئی جاپان economic اوپر super power بن گیا</w:t>
      </w:r>
    </w:p>
    <w:p>
      <w:r>
        <w:rPr>
          <w:b/>
        </w:rPr>
        <w:t xml:space="preserve">[26:36] </w:t>
      </w:r>
      <w:r>
        <w:t>kyun aisa hua us ne apni thinking ko active kiya ek hota hai ke negative sochna ghussa hona complaint karna shikayat karna revenge ki baatein karna is se wo apne ko upar uthaya us ne</w:t>
      </w:r>
    </w:p>
    <w:p>
      <w:pPr>
        <w:jc w:val="right"/>
      </w:pPr>
      <w:r>
        <w:t>کیوں ایسا ہوا اس نے اپنی thinking کو active کیا ایک ہوتا ہے کہ negative سوچنا غصہ ہونا complaint کرنا شکایت کرنا revenge کی باتیں کرنا اس سے وہ اپنے کو اوپر اٹھایا اس نے</w:t>
      </w:r>
    </w:p>
    <w:p>
      <w:r>
        <w:rPr>
          <w:b/>
        </w:rPr>
        <w:t xml:space="preserve">[27:00] </w:t>
      </w:r>
      <w:r>
        <w:t>aur us ke side by side ek aur jo cheez maujood thi wo us ko daryaft kiya wo thi replanning</w:t>
      </w:r>
    </w:p>
    <w:p>
      <w:pPr>
        <w:jc w:val="right"/>
      </w:pPr>
      <w:r>
        <w:t>اور اس کے side by side ایک اور جو چیز موجود تھی وہ اس کو دریافت کیا وہ تھی replanning</w:t>
      </w:r>
    </w:p>
    <w:p>
      <w:r>
        <w:rPr>
          <w:b/>
        </w:rPr>
        <w:t xml:space="preserve">[27:13] </w:t>
      </w:r>
      <w:r>
        <w:t>yaani to yeh is ki beginning kahan se hui pehli planning jo thi second world war ki shakal</w:t>
      </w:r>
    </w:p>
    <w:p>
      <w:pPr>
        <w:jc w:val="right"/>
      </w:pPr>
      <w:r>
        <w:t>یعنی تو یہ اس کی beginning کہاں سے ہوئی پہلی planning جو تھی سیکنڈ ورلڈ وار کی شکل</w:t>
      </w:r>
    </w:p>
    <w:p>
      <w:r>
        <w:rPr>
          <w:b/>
        </w:rPr>
        <w:t xml:space="preserve">[27:20] </w:t>
      </w:r>
      <w:r>
        <w:t>mein is mein japan fail ho gaya</w:t>
      </w:r>
    </w:p>
    <w:p>
      <w:pPr>
        <w:jc w:val="right"/>
      </w:pPr>
      <w:r>
        <w:t>میں اس میں جاپان فیل ہو گیا</w:t>
      </w:r>
    </w:p>
    <w:p>
      <w:r>
        <w:rPr>
          <w:b/>
        </w:rPr>
        <w:t xml:space="preserve">[27:24] </w:t>
      </w:r>
      <w:r>
        <w:t>to sab se pehle is ne yeh mana</w:t>
      </w:r>
    </w:p>
    <w:p>
      <w:pPr>
        <w:jc w:val="right"/>
      </w:pPr>
      <w:r>
        <w:t>تو سب سے پہلے اس نے یہ مانا</w:t>
      </w:r>
    </w:p>
    <w:p>
      <w:r>
        <w:rPr>
          <w:b/>
        </w:rPr>
        <w:t xml:space="preserve">[27:27] </w:t>
      </w:r>
      <w:r>
        <w:t>ke my first planning was wrong</w:t>
      </w:r>
    </w:p>
    <w:p>
      <w:pPr>
        <w:jc w:val="right"/>
      </w:pPr>
      <w:r>
        <w:t>کہ my first planning was wrong</w:t>
      </w:r>
    </w:p>
    <w:p>
      <w:r>
        <w:rPr>
          <w:b/>
        </w:rPr>
        <w:t xml:space="preserve">[27:32] </w:t>
      </w:r>
      <w:r>
        <w:t>yeh mana bohat hi zyada gehrai ke sath ke my first planning was wrong</w:t>
      </w:r>
    </w:p>
    <w:p>
      <w:pPr>
        <w:jc w:val="right"/>
      </w:pPr>
      <w:r>
        <w:t>یہ مانا بہت ہی زیادہ گہرائی کے ساتھ کہ my first planning was wrong</w:t>
      </w:r>
    </w:p>
    <w:p>
      <w:r>
        <w:rPr>
          <w:b/>
        </w:rPr>
        <w:t xml:space="preserve">[27:41] </w:t>
      </w:r>
      <w:r>
        <w:t>tab is ne socha ke phir se replan karna chahiye</w:t>
      </w:r>
    </w:p>
    <w:p>
      <w:pPr>
        <w:jc w:val="right"/>
      </w:pPr>
      <w:r>
        <w:t>تب اس نے سوچا کہ پھر سے replan کرنا چاہیے</w:t>
      </w:r>
    </w:p>
    <w:p>
      <w:r>
        <w:rPr>
          <w:b/>
        </w:rPr>
        <w:t xml:space="preserve">[27:47] </w:t>
      </w:r>
      <w:r>
        <w:t>jab tak aap yeh na manen ke my first planning was wrong tab tak kuch hone wala nahi</w:t>
      </w:r>
    </w:p>
    <w:p>
      <w:pPr>
        <w:jc w:val="right"/>
      </w:pPr>
      <w:r>
        <w:t>جب تک آپ یہ نہ مانیں کہ my first planning was wrong تب تک کچھ ہونے والا نہیں</w:t>
      </w:r>
    </w:p>
    <w:p>
      <w:r>
        <w:rPr>
          <w:b/>
        </w:rPr>
        <w:t xml:space="preserve">[27:52] </w:t>
      </w:r>
      <w:r>
        <w:t>hai</w:t>
      </w:r>
    </w:p>
    <w:p>
      <w:pPr>
        <w:jc w:val="right"/>
      </w:pPr>
      <w:r>
        <w:t>ہے</w:t>
      </w:r>
    </w:p>
    <w:p>
      <w:r>
        <w:rPr>
          <w:b/>
        </w:rPr>
        <w:t xml:space="preserve">[27:56] </w:t>
      </w:r>
      <w:r>
        <w:t>tab tak kuch hone wala nahi hai</w:t>
      </w:r>
    </w:p>
    <w:p>
      <w:pPr>
        <w:jc w:val="right"/>
      </w:pPr>
      <w:r>
        <w:t>تب تک کچھ ہونے والا نہیں ہے</w:t>
      </w:r>
    </w:p>
    <w:p>
      <w:r>
        <w:rPr>
          <w:b/>
        </w:rPr>
        <w:t xml:space="preserve">[28:00] </w:t>
      </w:r>
      <w:r>
        <w:t>is soch ke liye aap ko bhulana padta hai badi badi baaton ko bhulana padta hai yani do do atom bomb giraye gaye gira diye gaye lekin japan ne us ko bhulaya to ye process hai pehle aap bhlaten hain phir sochte hain phir baatein discover hoti hain phir aap yahan pohnchte hain ke my first planning was wrong</w:t>
      </w:r>
    </w:p>
    <w:p>
      <w:pPr>
        <w:jc w:val="right"/>
      </w:pPr>
      <w:r>
        <w:t>اس سوچ کے لیے آپ کو بھلانا پڑتا ہے بڑی بڑی باتوں کو بھلانا پڑتا ہے یعنی دو دو ایٹم بم گرائے گئے گرا دیے گئے لیکن جاپان نے اس کو بھلایا تو یہ process ہے پہلے آپ بھلاتے ہیں پھر سوچتے ہیں پھر باتیں discover ہوتی ہیں پھر آپ یہاں پہنچتے ہیں کہ my first planning was wrong</w:t>
      </w:r>
    </w:p>
    <w:p>
      <w:r>
        <w:rPr>
          <w:b/>
        </w:rPr>
        <w:t xml:space="preserve">[28:28] </w:t>
      </w:r>
      <w:r>
        <w:t>to aaj ke musalmanon ka haal hai ke lar rahe hain lar rahe hain lar rahe hain do</w:t>
      </w:r>
    </w:p>
    <w:p>
      <w:pPr>
        <w:jc w:val="right"/>
      </w:pPr>
      <w:r>
        <w:t>تو آج کے مسلمانوں کا حال ہے کہ لڑ رہے ہیں لڑ رہے ہیں لڑ رہے ہیں دو</w:t>
      </w:r>
    </w:p>
    <w:p>
      <w:r>
        <w:rPr>
          <w:b/>
        </w:rPr>
        <w:t xml:space="preserve">[28:31] </w:t>
      </w:r>
      <w:r>
        <w:t>so saal se</w:t>
      </w:r>
    </w:p>
    <w:p>
      <w:pPr>
        <w:jc w:val="right"/>
      </w:pPr>
      <w:r>
        <w:t>سو سال سے</w:t>
      </w:r>
    </w:p>
    <w:p>
      <w:r>
        <w:rPr>
          <w:b/>
        </w:rPr>
        <w:t xml:space="preserve">[28:34] </w:t>
      </w:r>
      <w:r>
        <w:t>is raaz ko nahi jana inhon ne ke hamein ab time to replanning ka hai</w:t>
      </w:r>
    </w:p>
    <w:p>
      <w:pPr>
        <w:jc w:val="right"/>
      </w:pPr>
      <w:r>
        <w:t>اس راز کو نہیں جانا انہوں نے کہ ہمیں اب ٹائم تو replanning کا ہے</w:t>
      </w:r>
    </w:p>
    <w:p>
      <w:r>
        <w:rPr>
          <w:b/>
        </w:rPr>
        <w:t xml:space="preserve">[28:39] </w:t>
      </w:r>
      <w:r>
        <w:t>ladte rehne ka nahi hai</w:t>
      </w:r>
    </w:p>
    <w:p>
      <w:pPr>
        <w:jc w:val="right"/>
      </w:pPr>
      <w:r>
        <w:t>لڑتے رہنے کا نہیں ہے</w:t>
      </w:r>
    </w:p>
    <w:p>
      <w:r>
        <w:rPr>
          <w:b/>
        </w:rPr>
        <w:t xml:space="preserve">[28:42] </w:t>
      </w:r>
      <w:r>
        <w:t>ab aisa nahi ke larai ko continue rakha jaye woh waqt nahi hai</w:t>
      </w:r>
    </w:p>
    <w:p>
      <w:pPr>
        <w:jc w:val="right"/>
      </w:pPr>
      <w:r>
        <w:t>اب ایسا نہیں کہ لڑائی کو continue رکھا جائے وہ وقت نہیں ہے</w:t>
      </w:r>
    </w:p>
    <w:p>
      <w:r>
        <w:rPr>
          <w:b/>
        </w:rPr>
        <w:t xml:space="preserve">[28:48] </w:t>
      </w:r>
      <w:r>
        <w:t>pehlay nafrat ki inhon ne phir tashaddud kiya inhon ne phir war kiya inhon ne phir suicide bombing</w:t>
      </w:r>
    </w:p>
    <w:p>
      <w:pPr>
        <w:jc w:val="right"/>
      </w:pPr>
      <w:r>
        <w:t>پہلے نفرت کی انہوں نے پھر تشدد کیا انہوں نے پھر وار کیا انہوں نے پھر suicide bombing</w:t>
      </w:r>
    </w:p>
    <w:p>
      <w:r>
        <w:rPr>
          <w:b/>
        </w:rPr>
        <w:t xml:space="preserve">[28:55] </w:t>
      </w:r>
      <w:r>
        <w:t>shuru kar diya ek ke baad ek ke baad ek ke baad aur jo karna tha asal mein</w:t>
      </w:r>
    </w:p>
    <w:p>
      <w:pPr>
        <w:jc w:val="right"/>
      </w:pPr>
      <w:r>
        <w:t>شروع کر دیا ایک کے بعد ایک کے بعد ایک کے بعد اور جو کرنا تھا اصل میں</w:t>
      </w:r>
    </w:p>
    <w:p>
      <w:r>
        <w:rPr>
          <w:b/>
        </w:rPr>
        <w:t xml:space="preserve">[29:00] </w:t>
      </w:r>
      <w:r>
        <w:t>woh kahin kahe hi nahi woh yeh tha ke ailan kare khul kar ke we were wrong</w:t>
      </w:r>
    </w:p>
    <w:p>
      <w:pPr>
        <w:jc w:val="right"/>
      </w:pPr>
      <w:r>
        <w:t>وہ کہیں کہے ہی نہیں وہ یہ تھا کہ اعلان کرے کھل کر کہ we were wrong</w:t>
      </w:r>
    </w:p>
    <w:p>
      <w:r>
        <w:rPr>
          <w:b/>
        </w:rPr>
        <w:t xml:space="preserve">[29:08] </w:t>
      </w:r>
      <w:r>
        <w:t>hamari violent activism jo thi woh wrong thi hamein karna chahiye peaceful</w:t>
      </w:r>
    </w:p>
    <w:p>
      <w:pPr>
        <w:jc w:val="right"/>
      </w:pPr>
      <w:r>
        <w:t>ہماری violent activism جو تھی وہ wrong تھی ہمیں کرنا چاہیے peaceful</w:t>
      </w:r>
    </w:p>
    <w:p>
      <w:r>
        <w:rPr>
          <w:b/>
        </w:rPr>
        <w:t xml:space="preserve">[29:13] </w:t>
      </w:r>
      <w:r>
        <w:t>activism here is the beginning sari duniya ke musalmanon mein shayad ek musalman nahi hai jo khul kar yeh kahe khul kar ke sari ghalati hamare andar thi sari ghalati khud hamare andar thi</w:t>
      </w:r>
    </w:p>
    <w:p>
      <w:pPr>
        <w:jc w:val="right"/>
      </w:pPr>
      <w:r>
        <w:t>activism here is the beginning ساری دنیا کے مسلمانوں میں شاید ایک مسلمان نہیں ہے جو کھل کر یہ کہے کھل کر کہ ساری غلطی ہمارے اندر تھی ساری غلطی خود ہمارے اندر تھی</w:t>
      </w:r>
    </w:p>
    <w:p>
      <w:r>
        <w:rPr>
          <w:b/>
        </w:rPr>
        <w:t xml:space="preserve">[29:34] </w:t>
      </w:r>
      <w:r>
        <w:t>ke time tha peaceful opportunities ko le kar planning karne ka hum ne kiya kar diya hai gun bomb gun culture aur bomb culture chala diye ulta</w:t>
      </w:r>
    </w:p>
    <w:p>
      <w:pPr>
        <w:jc w:val="right"/>
      </w:pPr>
      <w:r>
        <w:t>کہ ٹائم تھا peaceful opportunities کو لے کر planning کرنے کا ہم نے کیا کر دیا ہے گن بم گن کلچر اور بم کلچر چلا دیے الٹا</w:t>
      </w:r>
    </w:p>
    <w:p>
      <w:r>
        <w:rPr>
          <w:b/>
        </w:rPr>
        <w:t xml:space="preserve">[29:52] </w:t>
      </w:r>
      <w:r>
        <w:t>to thori si muddat mein japan rise kar gaya aur do so saal ke andar bhi musalman dobara</w:t>
      </w:r>
    </w:p>
    <w:p>
      <w:pPr>
        <w:jc w:val="right"/>
      </w:pPr>
      <w:r>
        <w:t>تو تھوڑی سی مدت میں جاپان rise کر گیا اور دو سو سال کے اندر بھی مسلمان دوبارہ</w:t>
      </w:r>
    </w:p>
    <w:p>
      <w:r>
        <w:rPr>
          <w:b/>
        </w:rPr>
        <w:t xml:space="preserve">[29:58] </w:t>
      </w:r>
      <w:r>
        <w:t>rise nahi kar sake is ki wajah yahi hai</w:t>
      </w:r>
    </w:p>
    <w:p>
      <w:pPr>
        <w:jc w:val="right"/>
      </w:pPr>
      <w:r>
        <w:t>rise نہیں کر سکے اس کی وجہ یہی ہے</w:t>
      </w:r>
    </w:p>
    <w:p>
      <w:r>
        <w:rPr>
          <w:b/>
        </w:rPr>
        <w:t xml:space="preserve">[30:01] </w:t>
      </w:r>
      <w:r>
        <w:t>apni ghalti ko manen ge tab replanning aati hai ab musalmanon ne manni hai apni ghalti ko</w:t>
      </w:r>
    </w:p>
    <w:p>
      <w:pPr>
        <w:jc w:val="right"/>
      </w:pPr>
      <w:r>
        <w:t>اپنی غلطی کو مانیں گے تب replanning آتی ہے اب مسلمانوں نے ماننی ہے اپنی غلطی کو</w:t>
      </w:r>
    </w:p>
    <w:p>
      <w:r>
        <w:rPr>
          <w:b/>
        </w:rPr>
        <w:t xml:space="preserve">[30:08] </w:t>
      </w:r>
      <w:r>
        <w:t>inhon ne kya nikal rakha hai islamophobia</w:t>
      </w:r>
    </w:p>
    <w:p>
      <w:pPr>
        <w:jc w:val="right"/>
      </w:pPr>
      <w:r>
        <w:t>انہوں نے کیا نکال رکھا ہے islamophobia</w:t>
      </w:r>
    </w:p>
    <w:p>
      <w:r>
        <w:rPr>
          <w:b/>
        </w:rPr>
        <w:t xml:space="preserve">[30:13] </w:t>
      </w:r>
      <w:r>
        <w:t>sab log hamare dushman hain sab log hamare khilaf sazish kar rahe hain</w:t>
      </w:r>
    </w:p>
    <w:p>
      <w:pPr>
        <w:jc w:val="right"/>
      </w:pPr>
      <w:r>
        <w:t>سب لوگ ہمارے دشمن ہیں سب لوگ ہمارے خلاف سازش کر رہے ہیں</w:t>
      </w:r>
    </w:p>
    <w:p>
      <w:r>
        <w:rPr>
          <w:b/>
        </w:rPr>
        <w:t xml:space="preserve">[30:17] </w:t>
      </w:r>
      <w:r>
        <w:t>yeh koi discovery nahi hai yeh yeh to reaction hai</w:t>
      </w:r>
    </w:p>
    <w:p>
      <w:pPr>
        <w:jc w:val="right"/>
      </w:pPr>
      <w:r>
        <w:t>یہ کوئی discovery نہیں ہے یہ یہ تو reaction ہے</w:t>
      </w:r>
    </w:p>
    <w:p>
      <w:r>
        <w:rPr>
          <w:b/>
        </w:rPr>
        <w:t xml:space="preserve">[30:23] </w:t>
      </w:r>
      <w:r>
        <w:t>yeh reaction hai discovery nahi hai</w:t>
      </w:r>
    </w:p>
    <w:p>
      <w:pPr>
        <w:jc w:val="right"/>
      </w:pPr>
      <w:r>
        <w:t>یہ reaction ہے discovery نہیں ہے</w:t>
      </w:r>
    </w:p>
    <w:p>
      <w:r>
        <w:rPr>
          <w:b/>
        </w:rPr>
        <w:t xml:space="preserve">[30:27] </w:t>
      </w:r>
      <w:r>
        <w:t>sare musalman dunya bhar ke musalman shayad one to all sirf reaction mein jee rahe hain</w:t>
      </w:r>
    </w:p>
    <w:p>
      <w:pPr>
        <w:jc w:val="right"/>
      </w:pPr>
      <w:r>
        <w:t>سارے مسلمان دنیا بھر کے مسلمان شاید one to all صرف reaction میں جی رہے ہیں</w:t>
      </w:r>
    </w:p>
    <w:p>
      <w:r>
        <w:rPr>
          <w:b/>
        </w:rPr>
        <w:t xml:space="preserve">[30:36] </w:t>
      </w:r>
      <w:r>
        <w:t>discovery tak koi musalman pohncha hi nahi is liye nai beginning bhi nahi hui</w:t>
      </w:r>
    </w:p>
    <w:p>
      <w:pPr>
        <w:jc w:val="right"/>
      </w:pPr>
      <w:r>
        <w:t>discovery تک کوئی مسلمان پہنچا ہی نہیں اس لیے نئی beginning بھی نہیں ہوئی</w:t>
      </w:r>
    </w:p>
    <w:p>
      <w:r>
        <w:rPr>
          <w:b/>
        </w:rPr>
        <w:t xml:space="preserve">[30:47] </w:t>
      </w:r>
      <w:r>
        <w:t>to it requires a prepared mind</w:t>
      </w:r>
    </w:p>
    <w:p>
      <w:pPr>
        <w:jc w:val="right"/>
      </w:pPr>
      <w:r>
        <w:t>تو it requires a prepared mind</w:t>
      </w:r>
    </w:p>
    <w:p>
      <w:r>
        <w:rPr>
          <w:b/>
        </w:rPr>
        <w:t xml:space="preserve">[30:53] </w:t>
      </w:r>
      <w:r>
        <w:t>kabhi bhi aap ko koi nai beginning is waqt hoti hai jab aap ek prepared mind hon baton ko gehrai ke sath janiye aur yeh kehne mein aap ko zara bhi woh na ho ke we are wrong</w:t>
      </w:r>
    </w:p>
    <w:p>
      <w:pPr>
        <w:jc w:val="right"/>
      </w:pPr>
      <w:r>
        <w:t>کبھی بھی آپ کو کوئی نئی beginning اس وقت ہوتی ہے جب آپ ایک prepared mind ہوں باتوں کو گہرائی کے ساتھ جانیں اور یہ کہنے میں آپ کو ذرا بھی وہ نہ ہو کہ we are wrong</w:t>
      </w:r>
    </w:p>
    <w:p>
      <w:r>
        <w:rPr>
          <w:b/>
        </w:rPr>
        <w:t xml:space="preserve">[31:12] </w:t>
      </w:r>
      <w:r>
        <w:t>balkay aap ko yeh kaha jaye ke are you blind then tab ja kar ek shuruaat hoti hai nai</w:t>
      </w:r>
    </w:p>
    <w:p>
      <w:pPr>
        <w:jc w:val="right"/>
      </w:pPr>
      <w:r>
        <w:t>بلکہ آپ کو یہ کہا جائے کہ are you blind then تب جا کر ایک شروعات ہوتی ہے نئی</w:t>
      </w:r>
    </w:p>
    <w:p>
      <w:r>
        <w:rPr>
          <w:b/>
        </w:rPr>
        <w:t xml:space="preserve">[31:26] </w:t>
      </w:r>
      <w:r>
        <w:t>to sare musalmanon ka haal hai ke marifat ke baray mein koi khabar hi nahi woh jante nahi</w:t>
      </w:r>
    </w:p>
    <w:p>
      <w:pPr>
        <w:jc w:val="right"/>
      </w:pPr>
      <w:r>
        <w:t>تو سارے مسلمانوں کا حال ہے کہ معرفت کے بارے میں کوئی خبر ہی نہیں وہ جانتے نہیں</w:t>
      </w:r>
    </w:p>
    <w:p>
      <w:r>
        <w:rPr>
          <w:b/>
        </w:rPr>
        <w:t xml:space="preserve">[31:30] </w:t>
      </w:r>
      <w:r>
        <w:t>keh marifat kya hai wisdom kya hai hikmat kya hai</w:t>
      </w:r>
    </w:p>
    <w:p>
      <w:pPr>
        <w:jc w:val="right"/>
      </w:pPr>
      <w:r>
        <w:t>کہ معرفت کیا ہے wisdom کیا ہے حکمت کیا ہے</w:t>
      </w:r>
    </w:p>
    <w:p>
      <w:r>
        <w:rPr>
          <w:b/>
        </w:rPr>
        <w:t xml:space="preserve">[31:35] </w:t>
      </w:r>
      <w:r>
        <w:t>kyunkeh woh toh jee rahe hain shikayat mein complaint mein</w:t>
      </w:r>
    </w:p>
    <w:p>
      <w:pPr>
        <w:jc w:val="right"/>
      </w:pPr>
      <w:r>
        <w:t>کیونکہ وہ تو جی رہے ہیں شکایت میں complaint میں</w:t>
      </w:r>
    </w:p>
    <w:p>
      <w:r>
        <w:rPr>
          <w:b/>
        </w:rPr>
        <w:t xml:space="preserve">[31:41] </w:t>
      </w:r>
      <w:r>
        <w:t>violence mein inteqaam mein toh they are not prepared mind</w:t>
      </w:r>
    </w:p>
    <w:p>
      <w:pPr>
        <w:jc w:val="right"/>
      </w:pPr>
      <w:r>
        <w:t>violence میں انتقام میں تو they are not prepared mind</w:t>
      </w:r>
    </w:p>
    <w:p>
      <w:r>
        <w:rPr>
          <w:b/>
        </w:rPr>
        <w:t xml:space="preserve">[31:49] </w:t>
      </w:r>
      <w:r>
        <w:t>musalman prepared mind hi nahi hai keh woh cheezon ko daryaft karein</w:t>
      </w:r>
    </w:p>
    <w:p>
      <w:pPr>
        <w:jc w:val="right"/>
      </w:pPr>
      <w:r>
        <w:t>مسلمان prepared mind ہی نہیں ہے کہ وہ چیزوں کو دریافت کریں</w:t>
      </w:r>
    </w:p>
    <w:p>
      <w:r>
        <w:rPr>
          <w:b/>
        </w:rPr>
        <w:t xml:space="preserve">[31:54] </w:t>
      </w:r>
      <w:r>
        <w:t>jaise scientist ne kaha tha</w:t>
      </w:r>
    </w:p>
    <w:p>
      <w:pPr>
        <w:jc w:val="right"/>
      </w:pPr>
      <w:r>
        <w:t>جیسے سائنسدان نے کہا تھا</w:t>
      </w:r>
    </w:p>
    <w:p>
      <w:r>
        <w:rPr>
          <w:b/>
        </w:rPr>
        <w:t xml:space="preserve">[31:58] </w:t>
      </w:r>
      <w:r>
        <w:t>keh yeh sahi hai keh discoveries jo hain woh hidden roop mein nature mein maujood hain har jagah</w:t>
      </w:r>
    </w:p>
    <w:p>
      <w:pPr>
        <w:jc w:val="right"/>
      </w:pPr>
      <w:r>
        <w:t>کہ یہ صحیح ہے کہ discoveries جو ہیں وہ hidden روپ میں nature میں موجود ہیں ہر جگہ</w:t>
      </w:r>
    </w:p>
    <w:p>
      <w:r>
        <w:rPr>
          <w:b/>
        </w:rPr>
        <w:t xml:space="preserve">[32:07] </w:t>
      </w:r>
      <w:r>
        <w:t>lekin is ko discover karne ke liye mind chahiye</w:t>
      </w:r>
    </w:p>
    <w:p>
      <w:pPr>
        <w:jc w:val="right"/>
      </w:pPr>
      <w:r>
        <w:t>لیکن اس کو discover کرنے کے لیے mind چاہیے</w:t>
      </w:r>
    </w:p>
    <w:p>
      <w:r>
        <w:rPr>
          <w:b/>
        </w:rPr>
        <w:t xml:space="preserve">[32:11] </w:t>
      </w:r>
      <w:r>
        <w:t>agar prepared</w:t>
      </w:r>
    </w:p>
    <w:p>
      <w:pPr>
        <w:jc w:val="right"/>
      </w:pPr>
      <w:r>
        <w:t>اگر prepared</w:t>
      </w:r>
    </w:p>
    <w:p>
      <w:r>
        <w:rPr>
          <w:b/>
        </w:rPr>
        <w:t xml:space="preserve">[32:12] </w:t>
      </w:r>
      <w:r>
        <w:t>mind hai prepared mind nahi hai to discovery bhi nahi hogi jis tarah hazaron saal tak nahi hui</w:t>
      </w:r>
    </w:p>
    <w:p>
      <w:pPr>
        <w:jc w:val="right"/>
      </w:pPr>
      <w:r>
        <w:t>mind ہے prepared mind نہیں ہے تو discovery بھی نہیں ہوگی جس طرح ہزاروں سال تک نہیں ہوئی</w:t>
      </w:r>
    </w:p>
    <w:p>
      <w:r>
        <w:rPr>
          <w:b/>
        </w:rPr>
        <w:t xml:space="preserve">[32:28] </w:t>
      </w:r>
      <w:r>
        <w:t>to hamein logon ko yeh batana hai ke doosron ko shikayat karne se koi faida nahi hoga doosron ko blame dene se koi faida nahi hoga</w:t>
      </w:r>
    </w:p>
    <w:p>
      <w:pPr>
        <w:jc w:val="right"/>
      </w:pPr>
      <w:r>
        <w:t>تو ہمیں لوگوں کو یہ بتانا ہے کہ دوسروں کو شکایت کرنے سے کوئی فائدہ نہیں ہوگا دوسروں کو blame دینے سے کوئی فائدہ نہیں ہوگا</w:t>
      </w:r>
    </w:p>
    <w:p>
      <w:r>
        <w:rPr>
          <w:b/>
        </w:rPr>
        <w:t xml:space="preserve">[32:41] </w:t>
      </w:r>
      <w:r>
        <w:t>doosron ke khilaaf gun bomb chalane se koi faida nahi hoga</w:t>
      </w:r>
    </w:p>
    <w:p>
      <w:pPr>
        <w:jc w:val="right"/>
      </w:pPr>
      <w:r>
        <w:t>دوسروں کے خلاف گن بم چلانے سے کوئی فائدہ نہیں ہوگا</w:t>
      </w:r>
    </w:p>
    <w:p>
      <w:r>
        <w:rPr>
          <w:b/>
        </w:rPr>
        <w:t xml:space="preserve">[32:47] </w:t>
      </w:r>
      <w:r>
        <w:t>apni ghalti ko daryaft kijiye</w:t>
      </w:r>
    </w:p>
    <w:p>
      <w:pPr>
        <w:jc w:val="right"/>
      </w:pPr>
      <w:r>
        <w:t>اپنی غلطی کو دریافت کیجیے</w:t>
      </w:r>
    </w:p>
    <w:p>
      <w:r>
        <w:rPr>
          <w:b/>
        </w:rPr>
        <w:t xml:space="preserve">[32:51] </w:t>
      </w:r>
      <w:r>
        <w:t>mawaqe ko samjhiye opportunities ko janiye aur replanning kijiye</w:t>
      </w:r>
    </w:p>
    <w:p>
      <w:pPr>
        <w:jc w:val="right"/>
      </w:pPr>
      <w:r>
        <w:t>مواقع کو سمجھئے opportunities کو جانیے اور replanning کیجیے</w:t>
      </w:r>
    </w:p>
    <w:p>
      <w:r>
        <w:rPr>
          <w:b/>
        </w:rPr>
        <w:t xml:space="preserve">[32:58] </w:t>
      </w:r>
      <w:r>
        <w:t>tab naya future aap ke liye khulega</w:t>
      </w:r>
    </w:p>
    <w:p>
      <w:pPr>
        <w:jc w:val="right"/>
      </w:pPr>
      <w:r>
        <w:t>تب نیا future آپ کے لیے کھلے گا</w:t>
      </w:r>
    </w:p>
    <w:p>
      <w:r>
        <w:rPr>
          <w:b/>
        </w:rPr>
        <w:t xml:space="preserve">[33:16] </w:t>
      </w:r>
      <w:r>
        <w:t>aaj subah mein jab bahar baitha tha suraj nikla yeh mere mind mein aya ke suraj har din nikalta hai ek message le kar ek le kar</w:t>
      </w:r>
    </w:p>
    <w:p>
      <w:pPr>
        <w:jc w:val="right"/>
      </w:pPr>
      <w:r>
        <w:t>آج صبح میں جب باہر بیٹھا تھا سورج نکلا یہ میرے mind میں آیا کہ سورج ہر دن نکلتا ہے ایک message لے کر ایک لے کر</w:t>
      </w:r>
    </w:p>
    <w:p>
      <w:r>
        <w:rPr>
          <w:b/>
        </w:rPr>
        <w:t xml:space="preserve">[33:35] </w:t>
      </w:r>
      <w:r>
        <w:t>ke andhera temporary hai ujala permanent hai</w:t>
      </w:r>
    </w:p>
    <w:p>
      <w:pPr>
        <w:jc w:val="right"/>
      </w:pPr>
      <w:r>
        <w:t>کہ اندھیرا temporary ہے اجالا permanent ہے</w:t>
      </w:r>
    </w:p>
    <w:p>
      <w:r>
        <w:rPr>
          <w:b/>
        </w:rPr>
        <w:t xml:space="preserve">[33:44] </w:t>
      </w:r>
      <w:r>
        <w:t>failure temporary hai success permanent hai</w:t>
      </w:r>
    </w:p>
    <w:p>
      <w:pPr>
        <w:jc w:val="right"/>
      </w:pPr>
      <w:r>
        <w:t>failure temporary ہے success permanent ہے</w:t>
      </w:r>
    </w:p>
    <w:p>
      <w:r>
        <w:rPr>
          <w:b/>
        </w:rPr>
        <w:t xml:space="preserve">[33:52] </w:t>
      </w:r>
      <w:r>
        <w:t>har din subah ko suraj nikal kar bolta hai scientist language mein ke aye insan dekho</w:t>
      </w:r>
    </w:p>
    <w:p>
      <w:pPr>
        <w:jc w:val="right"/>
      </w:pPr>
      <w:r>
        <w:t>ہر دن صبح کو سورج نکل کر بولتا ہے scientist language میں کہ اے انسان دیکھو</w:t>
      </w:r>
    </w:p>
    <w:p>
      <w:r>
        <w:rPr>
          <w:b/>
        </w:rPr>
        <w:t xml:space="preserve">[34:05] </w:t>
      </w:r>
      <w:r>
        <w:t>raat full stop nahi hai koi bhi raat full stop nahi hai har raat ke baad kaba laga hua hai har subah ko suraj yahi paigham deta hai aye insan</w:t>
      </w:r>
    </w:p>
    <w:p>
      <w:pPr>
        <w:jc w:val="right"/>
      </w:pPr>
      <w:r>
        <w:t>رات full stop نہیں ہے کوئی بھی رات full stop نہیں ہے ہر رات کے بعد کعبہ لگا ہوا ہے ہر صبح کو سورج یہی پیغام دیتا ہے اے انسان</w:t>
      </w:r>
    </w:p>
    <w:p>
      <w:r>
        <w:rPr>
          <w:b/>
        </w:rPr>
        <w:t xml:space="preserve">[34:21] </w:t>
      </w:r>
      <w:r>
        <w:t>isi raat koi raat aisi nahi jo full stop ho har raat par kaba hai har raat par kaba laga hua hai</w:t>
      </w:r>
    </w:p>
    <w:p>
      <w:pPr>
        <w:jc w:val="right"/>
      </w:pPr>
      <w:r>
        <w:t>اسی رات کوئی رات ایسی نہیں جو full stop ہو ہر رات پر کعبہ ہے ہر رات پر کعبہ لگا ہوا ہے</w:t>
      </w:r>
    </w:p>
    <w:p>
      <w:r>
        <w:rPr>
          <w:b/>
        </w:rPr>
        <w:t xml:space="preserve">[34:31] </w:t>
      </w:r>
      <w:r>
        <w:t>kaisa ajeeb paigham hai suraj ka lekin</w:t>
      </w:r>
    </w:p>
    <w:p>
      <w:pPr>
        <w:jc w:val="right"/>
      </w:pPr>
      <w:r>
        <w:t>کیسا عجیب پیغام ہے سورج کا لیکن</w:t>
      </w:r>
    </w:p>
    <w:p>
      <w:r>
        <w:rPr>
          <w:b/>
        </w:rPr>
        <w:t xml:space="preserve">[34:37] </w:t>
      </w:r>
      <w:r>
        <w:t>koi is ko janta nahi</w:t>
      </w:r>
    </w:p>
    <w:p>
      <w:pPr>
        <w:jc w:val="right"/>
      </w:pPr>
      <w:r>
        <w:t>کوئی اس کو جانتا نہیں</w:t>
      </w:r>
    </w:p>
    <w:p>
      <w:r>
        <w:rPr>
          <w:b/>
        </w:rPr>
        <w:t xml:space="preserve">[34:42] </w:t>
      </w:r>
      <w:r>
        <w:t>sooraj bohat zabardast roshni ka</w:t>
      </w:r>
    </w:p>
    <w:p>
      <w:pPr>
        <w:jc w:val="right"/>
      </w:pPr>
      <w:r>
        <w:t>سورج بہت زبردست روشنی کا</w:t>
      </w:r>
    </w:p>
    <w:p>
      <w:r>
        <w:rPr>
          <w:b/>
        </w:rPr>
        <w:t xml:space="preserve">[34:49] </w:t>
      </w:r>
      <w:r>
        <w:t>bhandaar hai woh hamare saamne</w:t>
      </w:r>
    </w:p>
    <w:p>
      <w:pPr>
        <w:jc w:val="right"/>
      </w:pPr>
      <w:r>
        <w:t>بھنڈار ہے وہ ہمارے سامنے</w:t>
      </w:r>
    </w:p>
    <w:p>
      <w:r>
        <w:rPr>
          <w:b/>
        </w:rPr>
        <w:t xml:space="preserve">[34:54] </w:t>
      </w:r>
      <w:r>
        <w:t>woh nikalta hai aur saare</w:t>
      </w:r>
    </w:p>
    <w:p>
      <w:pPr>
        <w:jc w:val="right"/>
      </w:pPr>
      <w:r>
        <w:t>وہ نکلتا ہے اور سارے</w:t>
      </w:r>
    </w:p>
    <w:p>
      <w:r>
        <w:rPr>
          <w:b/>
        </w:rPr>
        <w:t xml:space="preserve">[34:58] </w:t>
      </w:r>
      <w:r>
        <w:t>aakash ko roshan karta hai</w:t>
      </w:r>
    </w:p>
    <w:p>
      <w:pPr>
        <w:jc w:val="right"/>
      </w:pPr>
      <w:r>
        <w:t>آکاش کو روشن کرتا ہے</w:t>
      </w:r>
    </w:p>
    <w:p>
      <w:r>
        <w:rPr>
          <w:b/>
        </w:rPr>
        <w:t xml:space="preserve">[35:01] </w:t>
      </w:r>
      <w:r>
        <w:t>is tarah yeh batata hai keh is se pehle raat thi ab din aagaya is ka matlab hai</w:t>
      </w:r>
    </w:p>
    <w:p>
      <w:pPr>
        <w:jc w:val="right"/>
      </w:pPr>
      <w:r>
        <w:t>اس طرح یہ بتاتا ہے کہ اس سے پہلے رات تھی اب دن آگیا اس کا معنی ہے</w:t>
      </w:r>
    </w:p>
    <w:p>
      <w:r>
        <w:rPr>
          <w:b/>
        </w:rPr>
        <w:t xml:space="preserve">[35:07] </w:t>
      </w:r>
      <w:r>
        <w:t>keh raat par full stop nahi hai</w:t>
      </w:r>
    </w:p>
    <w:p>
      <w:pPr>
        <w:jc w:val="right"/>
      </w:pPr>
      <w:r>
        <w:t>کہ رات پر full stop نہیں ہے</w:t>
      </w:r>
    </w:p>
    <w:p>
      <w:r>
        <w:rPr>
          <w:b/>
        </w:rPr>
        <w:t xml:space="preserve">[35:11] </w:t>
      </w:r>
      <w:r>
        <w:t>raat par kaba hai</w:t>
      </w:r>
    </w:p>
    <w:p>
      <w:pPr>
        <w:jc w:val="right"/>
      </w:pPr>
      <w:r>
        <w:t>رات پر کعبہ ہے</w:t>
      </w:r>
    </w:p>
    <w:p>
      <w:r>
        <w:rPr>
          <w:b/>
        </w:rPr>
        <w:t xml:space="preserve">[35:15] </w:t>
      </w:r>
      <w:r>
        <w:t>is ko jano matam mat karo matam karna chodo</w:t>
      </w:r>
    </w:p>
    <w:p>
      <w:pPr>
        <w:jc w:val="right"/>
      </w:pPr>
      <w:r>
        <w:t>اس کو جانو ماتم مت کرو ماتم کرنا چھوڑو</w:t>
      </w:r>
    </w:p>
    <w:p>
      <w:r>
        <w:rPr>
          <w:b/>
        </w:rPr>
        <w:t xml:space="preserve">[35:22] </w:t>
      </w:r>
      <w:r>
        <w:t>shikayat karna chodo doosre ko blame dena chodo</w:t>
      </w:r>
    </w:p>
    <w:p>
      <w:pPr>
        <w:jc w:val="right"/>
      </w:pPr>
      <w:r>
        <w:t>شکایت کرنا چھوڑو دوسرے کو blame دینا چھوڑو</w:t>
      </w:r>
    </w:p>
    <w:p>
      <w:r>
        <w:rPr>
          <w:b/>
        </w:rPr>
        <w:t xml:space="preserve">[35:31] </w:t>
      </w:r>
      <w:r>
        <w:t>apni aqal ko barhao apni samajh ko barhao</w:t>
      </w:r>
    </w:p>
    <w:p>
      <w:pPr>
        <w:jc w:val="right"/>
      </w:pPr>
      <w:r>
        <w:t>اپنی عقل کو بڑھاؤ اپنی سمجھ کو بڑھاؤ</w:t>
      </w:r>
    </w:p>
    <w:p>
      <w:r>
        <w:rPr>
          <w:b/>
        </w:rPr>
        <w:t xml:space="preserve">[35:39] </w:t>
      </w:r>
      <w:r>
        <w:t>raat agar khoi gayi toh din toh hai din ko avail karo</w:t>
      </w:r>
    </w:p>
    <w:p>
      <w:pPr>
        <w:jc w:val="right"/>
      </w:pPr>
      <w:r>
        <w:t>رات اگر کھوئی گئی تو دن تو ہے دن کو avail کرو</w:t>
      </w:r>
    </w:p>
    <w:p>
      <w:r>
        <w:rPr>
          <w:b/>
        </w:rPr>
        <w:t xml:space="preserve">[35:44] </w:t>
      </w:r>
      <w:r>
        <w:t>sooraj har din yeh bata raha hai keh raat agar khoi gayi toh kho jaane do phir toh</w:t>
      </w:r>
    </w:p>
    <w:p>
      <w:pPr>
        <w:jc w:val="right"/>
      </w:pPr>
      <w:r>
        <w:t>سورج ہر دن یہ بتا رہا ہے کہ رات اگر کھوئی گئی تو کھو جانے دو پھر تو</w:t>
      </w:r>
    </w:p>
    <w:p>
      <w:r>
        <w:rPr>
          <w:b/>
        </w:rPr>
        <w:t xml:space="preserve">[35:50] </w:t>
      </w:r>
      <w:r>
        <w:t>din aagaya din ko avail karo</w:t>
      </w:r>
    </w:p>
    <w:p>
      <w:pPr>
        <w:jc w:val="right"/>
      </w:pPr>
      <w:r>
        <w:t>دن آگیا دن کو avail کرو</w:t>
      </w:r>
    </w:p>
    <w:p>
      <w:r>
        <w:rPr>
          <w:b/>
        </w:rPr>
        <w:t xml:space="preserve">[35:53] </w:t>
      </w:r>
      <w:r>
        <w:t>thought of this day yeh tha keh sooraj jab buland hua aur roshni phail gayi</w:t>
      </w:r>
    </w:p>
    <w:p>
      <w:pPr>
        <w:jc w:val="right"/>
      </w:pPr>
      <w:r>
        <w:t>thought of this day یہ تھا کہ سورج جب بلند ہوا اور روشنی پھیل گئی</w:t>
      </w:r>
    </w:p>
    <w:p>
      <w:r>
        <w:rPr>
          <w:b/>
        </w:rPr>
        <w:t xml:space="preserve">[36:00] </w:t>
      </w:r>
      <w:r>
        <w:t>toh maine suna keh scientist language mein ek ailaan kar raha hai</w:t>
      </w:r>
    </w:p>
    <w:p>
      <w:pPr>
        <w:jc w:val="right"/>
      </w:pPr>
      <w:r>
        <w:t>تو میں نے سنا کہ scientist language میں ایک اعلان کر رہا ہے</w:t>
      </w:r>
    </w:p>
    <w:p>
      <w:r>
        <w:rPr>
          <w:b/>
        </w:rPr>
        <w:t xml:space="preserve">[36:06] </w:t>
      </w:r>
      <w:r>
        <w:t>ae insaan</w:t>
      </w:r>
    </w:p>
    <w:p>
      <w:pPr>
        <w:jc w:val="right"/>
      </w:pPr>
      <w:r>
        <w:t>اے انسان</w:t>
      </w:r>
    </w:p>
    <w:p>
      <w:r>
        <w:rPr>
          <w:b/>
        </w:rPr>
        <w:t xml:space="preserve">[36:13] </w:t>
      </w:r>
      <w:r>
        <w:t>raat aayi thi aayi thi lekin ab to raat to nahi hai woh ek message de gayi ke koi bhi raat full stop nahi hai har raat par kaba laga hua hai phir se replanning karo</w:t>
      </w:r>
    </w:p>
    <w:p>
      <w:pPr>
        <w:jc w:val="right"/>
      </w:pPr>
      <w:r>
        <w:t>رات آئی تھی آئی تھی لیکن اب تو رات تو نہیں ہے وہ ایک message دے گئی کہ کوئی بھی رات full stop نہیں ہے ہر رات پر کعبہ لگا ہوا ہے پھر سے replanning کرو</w:t>
      </w:r>
    </w:p>
    <w:p>
      <w:r>
        <w:rPr>
          <w:b/>
        </w:rPr>
        <w:t xml:space="preserve">[36:32] </w:t>
      </w:r>
      <w:r>
        <w:t>aur replanning ki shart yeh hai ke yeh mano ke</w:t>
      </w:r>
    </w:p>
    <w:p>
      <w:pPr>
        <w:jc w:val="right"/>
      </w:pPr>
      <w:r>
        <w:t>اور replanning کی شرط یہ ہے کہ یہ مانو کہ</w:t>
      </w:r>
    </w:p>
    <w:p>
      <w:r>
        <w:rPr>
          <w:b/>
        </w:rPr>
        <w:t xml:space="preserve">[36:38] </w:t>
      </w:r>
      <w:r>
        <w:t>tum ne raat ko raat nahi samjha raat ko din samajh liya</w:t>
      </w:r>
    </w:p>
    <w:p>
      <w:pPr>
        <w:jc w:val="right"/>
      </w:pPr>
      <w:r>
        <w:t>تم نے رات کو رات نہیں سمجھا رات کو دن سمجھ لیا</w:t>
      </w:r>
    </w:p>
    <w:p>
      <w:r>
        <w:rPr>
          <w:b/>
        </w:rPr>
        <w:t xml:space="preserve">[36:46] </w:t>
      </w:r>
      <w:r>
        <w:t>ab phir se jano ke raat raat hai din din hai</w:t>
      </w:r>
    </w:p>
    <w:p>
      <w:pPr>
        <w:jc w:val="right"/>
      </w:pPr>
      <w:r>
        <w:t>اب پھر سے جانو کہ رات رات ہے دن دن ہے</w:t>
      </w:r>
    </w:p>
    <w:p>
      <w:r>
        <w:rPr>
          <w:b/>
        </w:rPr>
        <w:t xml:space="preserve">[36:54] </w:t>
      </w:r>
      <w:r>
        <w:t>to meri dua hai ke Allah taala hum ko aur aap ko tofeeq de ke hum fitrat ke is raaz ko samjhein is laf nature ko samjhein</w:t>
      </w:r>
    </w:p>
    <w:p>
      <w:pPr>
        <w:jc w:val="right"/>
      </w:pPr>
      <w:r>
        <w:t>تو میری دعا ہے کہ اللہ تعالیٰ ہم کو اور آپ کو توفیق دے کہ ہم فطرت کے اس راز کو سمجھیں اس لاف نیچر کو سمجھیں</w:t>
      </w:r>
    </w:p>
    <w:p>
      <w:r>
        <w:rPr>
          <w:b/>
        </w:rPr>
        <w:t xml:space="preserve">[37:10] </w:t>
      </w:r>
      <w:r>
        <w:t>nechar mein chupi hui is wisdom ko samjhein</w:t>
      </w:r>
    </w:p>
    <w:p>
      <w:pPr>
        <w:jc w:val="right"/>
      </w:pPr>
      <w:r>
        <w:t>نیچر میں چھپی ہوئی اس wisdom کو سمجھیں</w:t>
      </w:r>
    </w:p>
    <w:p>
      <w:r>
        <w:rPr>
          <w:b/>
        </w:rPr>
        <w:t xml:space="preserve">[37:15] </w:t>
      </w:r>
      <w:r>
        <w:t>aur is ko avail karein is ke mutabiq apni zindagi ki planning karein</w:t>
      </w:r>
    </w:p>
    <w:p>
      <w:pPr>
        <w:jc w:val="right"/>
      </w:pPr>
      <w:r>
        <w:t>اور اس کو avail کریں اس کے مطابق اپنی زندگی کی planning کریں</w:t>
      </w:r>
    </w:p>
    <w:p>
      <w:r>
        <w:rPr>
          <w:b/>
        </w:rPr>
        <w:t xml:space="preserve">[37:24] </w:t>
      </w:r>
      <w:r>
        <w:t>to meri dua hai ke Allah taala hum ko aur aap ko tofeeq de ke hum</w:t>
      </w:r>
    </w:p>
    <w:p>
      <w:pPr>
        <w:jc w:val="right"/>
      </w:pPr>
      <w:r>
        <w:t>تو میری دعا ہے کہ اللہ تعالیٰ ہم کو اور آپ کو توفیق دے کہ ہم</w:t>
      </w:r>
    </w:p>
    <w:p>
      <w:r>
        <w:rPr>
          <w:b/>
        </w:rPr>
        <w:t xml:space="preserve">[37:34] </w:t>
      </w:r>
      <w:r>
        <w:t>isi raat ko full stop na samjhein har raat ko kaba samjhein</w:t>
      </w:r>
    </w:p>
    <w:p>
      <w:pPr>
        <w:jc w:val="right"/>
      </w:pPr>
      <w:r>
        <w:t>اسی رات کو full stop نہ سمجھیں ہر رات کو کعبہ سمجھیں</w:t>
      </w:r>
    </w:p>
    <w:p>
      <w:r>
        <w:rPr>
          <w:b/>
        </w:rPr>
        <w:t xml:space="preserve">[37:43] </w:t>
      </w:r>
      <w:r>
        <w:t>yeh is the beginning jab aap. yeh baat individuals ke liye bhi hai qomon ke liye bhi hai poori nation ke liye bhi hai individual ke liye community ke liye poori nation ke liye yeh baat hai sab ke liye yeh yeh universal wisdom hai yeh ek universal wisdom hai</w:t>
      </w:r>
    </w:p>
    <w:p>
      <w:pPr>
        <w:jc w:val="right"/>
      </w:pPr>
      <w:r>
        <w:t>یہ is the beginning جب آپ. یہ بات individuals کے لیے بھی ہے قوموں کے لیے بھی ہے پوری nation کے لیے بھی ہے individual کے لیے community کے لیے پوری nation کے لیے یہ بات ہے سب کے لیے یہ یہ universal wisdom ہے یہ ایک universal wisdom ہے</w:t>
      </w:r>
    </w:p>
    <w:p>
      <w:r>
        <w:rPr>
          <w:b/>
        </w:rPr>
        <w:t xml:space="preserve">[38:13] </w:t>
      </w:r>
      <w:r>
        <w:t>sectarial wisdom nahi hai universal wisdom</w:t>
      </w:r>
    </w:p>
    <w:p>
      <w:pPr>
        <w:jc w:val="right"/>
      </w:pPr>
      <w:r>
        <w:t>سیکٹیریل wisdom نہیں ہے universal wisdom</w:t>
      </w:r>
    </w:p>
    <w:p>
      <w:r>
        <w:rPr>
          <w:b/>
        </w:rPr>
        <w:t xml:space="preserve">[38:22] </w:t>
      </w:r>
      <w:r>
        <w:t>is baat ko janiye is baat ko pakriye aur is baat ke advocate baniye logon ko bataiye taake log niklein andhere se aur ujale mein apna safar shuru karein</w:t>
      </w:r>
    </w:p>
    <w:p>
      <w:pPr>
        <w:jc w:val="right"/>
      </w:pPr>
      <w:r>
        <w:t>اس بات کو جانیے اس بات کو پکڑیئے اور اس بات کے advocate بنیئے لوگوں کو بتائیئے تاکہ لوگ نکلیں اندھیرے سے اور اجالے میں اپنا سفر شروع کریں</w:t>
      </w:r>
    </w:p>
    <w:p>
      <w:r>
        <w:rPr>
          <w:b/>
        </w:rPr>
        <w:t xml:space="preserve">[38:43] </w:t>
      </w:r>
      <w:r>
        <w:t>to meri dua hai ke Allah taala hum ko aur aap ko tofeeq de ke hum zindagi ke is raaz ko zindagi ke is secret ko samjhein</w:t>
      </w:r>
    </w:p>
    <w:p>
      <w:pPr>
        <w:jc w:val="right"/>
      </w:pPr>
      <w:r>
        <w:t>تو میری دعا ہے کہ اللہ تعالیٰ ہم کو اور آپ کو توفیق دے کہ ہم زندگی کے اس راز کو زندگی کے اس secret کو سمجھیں</w:t>
      </w:r>
    </w:p>
    <w:p>
      <w:r>
        <w:rPr>
          <w:b/>
        </w:rPr>
        <w:t xml:space="preserve">[39:02] </w:t>
      </w:r>
      <w:r>
        <w:t>har girne ke baad uthein har nuqsan ke baad dobara planning karein</w:t>
      </w:r>
    </w:p>
    <w:p>
      <w:pPr>
        <w:jc w:val="right"/>
      </w:pPr>
      <w:r>
        <w:t>ہر گرنے کے بعد اٹھیں ہر نقصان کے بعد دوبارہ planning کریں</w:t>
      </w:r>
    </w:p>
    <w:p>
      <w:r>
        <w:rPr>
          <w:b/>
        </w:rPr>
        <w:t xml:space="preserve">[39:14] </w:t>
      </w:r>
      <w:r>
        <w:t>kabhi mayoos na hon islam mein mayoosi ko kufr bataya gaya hai kufr to mein sochta tha mayoosi kufr kyun hai kyunke mayoosi naam hai andhe pan ka</w:t>
      </w:r>
    </w:p>
    <w:p>
      <w:pPr>
        <w:jc w:val="right"/>
      </w:pPr>
      <w:r>
        <w:t>کبھی مایوس نہ ہوں اسلام میں مایوسی کو کفر بتایا گیا ہے کفر تو میں سوچتا تھا مایوسی کفر کیوں ہے کیونکہ مایوسی نام ہے اندھے پن کا</w:t>
      </w:r>
    </w:p>
    <w:p>
      <w:r>
        <w:rPr>
          <w:b/>
        </w:rPr>
        <w:t xml:space="preserve">[39:34] </w:t>
      </w:r>
      <w:r>
        <w:t>mayoosi naam hai andhe pan ka jab matter of fact yeh hai ke is duniya mein kabhi full stop nahi aata hamesha kaba laga rehta hai to aap ke liye mayoosi jaiz kaise ho sakti hai</w:t>
      </w:r>
    </w:p>
    <w:p>
      <w:pPr>
        <w:jc w:val="right"/>
      </w:pPr>
      <w:r>
        <w:t>مایوسی نام ہے اندھے پن کا جب matter of fact یہ ہے کہ اس دنیا میں کبھی full stop نہیں آتا ہمیشہ کعبہ لگا رہتا ہے تو آپ کے لیے مایوسی جائز کیسے ہو سکتی ہے</w:t>
      </w:r>
    </w:p>
    <w:p>
      <w:r>
        <w:rPr>
          <w:b/>
        </w:rPr>
        <w:t xml:space="preserve">[39:54] </w:t>
      </w:r>
      <w:r>
        <w:t>jab banane wale ne duniya ko is tarah banaya hai ke yahan kabhi full stop na lage hamesha kaba kaba kaba to is ko haq hai ke woh mayoosi kufr hone ka elaan kare kufr ka matlab hai ke Allah ka inkar Allah ko na manna</w:t>
      </w:r>
    </w:p>
    <w:p>
      <w:pPr>
        <w:jc w:val="right"/>
      </w:pPr>
      <w:r>
        <w:t>جب بنانے والے نے دنیا کو اس طرح بنایا ہے کہ یہاں کبھی full stop نہ لگے ہمیشہ کعبہ کعبہ کعبہ تو اس کو حق ہے کہ وہ مایوسی کفر ہونے کا اعلان کرے کفر کا مطلب ہے کہ اللہ کا انکار اللہ کو نہ ماننا</w:t>
      </w:r>
    </w:p>
    <w:p>
      <w:r>
        <w:rPr>
          <w:b/>
        </w:rPr>
        <w:t xml:space="preserve">[40:16] </w:t>
      </w:r>
      <w:r>
        <w:t>Allah par blame dalna kufr ka matlab hai blame jo aa raha hai mere upar mein is ko daal doon Allah ke upar</w:t>
      </w:r>
    </w:p>
    <w:p>
      <w:pPr>
        <w:jc w:val="right"/>
      </w:pPr>
      <w:r>
        <w:t>اللہ پر blame ڈالنا کفر کا مطلب ہے blame جو آ رہا ہے میرے اوپر میں اس کو ڈال دوں اللہ کے اوپر</w:t>
      </w:r>
    </w:p>
    <w:p>
      <w:r>
        <w:rPr>
          <w:b/>
        </w:rPr>
        <w:t xml:space="preserve">[40:26] </w:t>
      </w:r>
      <w:r>
        <w:t>yeh matlab hai is ka</w:t>
      </w:r>
    </w:p>
    <w:p>
      <w:pPr>
        <w:jc w:val="right"/>
      </w:pPr>
      <w:r>
        <w:t>یہ مطلب ہے اس کا</w:t>
      </w:r>
    </w:p>
    <w:p>
      <w:r>
        <w:rPr>
          <w:b/>
        </w:rPr>
        <w:t xml:space="preserve">[40:35] </w:t>
      </w:r>
      <w:r>
        <w:t>to yeh tha aaj ka thought of the day aur mein samjhta hoon ke aap ne zaroor is ko pakra hoga aap khud is ko apnainge aur doosron ko is raaz ko batainge</w:t>
      </w:r>
    </w:p>
    <w:p>
      <w:pPr>
        <w:jc w:val="right"/>
      </w:pPr>
      <w:r>
        <w:t>تو یہ تھا آج کا thought of the day اور میں سمجھتا ہوں کہ آپ نے ضرور اس کو پکڑا ہوگا آپ خود اس کو اپنائیں گے اور دوسروں کو اس راز کو بتائیں گے</w:t>
      </w:r>
    </w:p>
    <w:p>
      <w:r>
        <w:rPr>
          <w:b/>
        </w:rPr>
        <w:t xml:space="preserve">[41:01] </w:t>
      </w:r>
      <w:r>
        <w:t>jis tarah se kisi achhi baat ko pakadna zaroori hai is tarah is ko yeh bhi zaroori hai ke is ko doosron ko bataya jaye dono cheezein sath sath chalti hain</w:t>
      </w:r>
    </w:p>
    <w:p>
      <w:pPr>
        <w:jc w:val="right"/>
      </w:pPr>
      <w:r>
        <w:t>جس طرح سے کسی اچھی بات کو پکڑنا ضروری ہے اس طرح اس کو یہ بھی ضروری ہے کہ اس کو دوسروں کو بتایا جائے دونوں چیزیں ساتھ ساتھ چلتی ہیں</w:t>
      </w:r>
    </w:p>
    <w:p>
      <w:r>
        <w:rPr>
          <w:b/>
        </w:rPr>
        <w:t xml:space="preserve">[41:16] </w:t>
      </w:r>
      <w:r>
        <w:t>khud follow karna aur doosron ko batana</w:t>
      </w:r>
    </w:p>
    <w:p>
      <w:pPr>
        <w:jc w:val="right"/>
      </w:pPr>
      <w:r>
        <w:t>خود follow کرنا اور دوسروں کو بتانا</w:t>
      </w:r>
    </w:p>
    <w:p>
      <w:r>
        <w:rPr>
          <w:b/>
        </w:rPr>
        <w:t xml:space="preserve">[41:22] </w:t>
      </w:r>
      <w:r>
        <w:t>donon cheezain saath saath chalti hain</w:t>
      </w:r>
    </w:p>
    <w:p>
      <w:pPr>
        <w:jc w:val="right"/>
      </w:pPr>
      <w:r>
        <w:t>دونوں چیزیں ساتھ ساتھ چلتی ہیں</w:t>
      </w:r>
    </w:p>
    <w:p>
      <w:r>
        <w:rPr>
          <w:b/>
        </w:rPr>
        <w:t xml:space="preserve">[41:25] </w:t>
      </w:r>
      <w:r>
        <w:t>jab aap follow karte hain to aap follower hote hain jab batate hain aap to aap mind of</w:t>
      </w:r>
    </w:p>
    <w:p>
      <w:pPr>
        <w:jc w:val="right"/>
      </w:pPr>
      <w:r>
        <w:t>جب آپ follow کرتے ہیں تو آپ follower ہوتے ہیں جب بتاتے ہیں آپ تو آپ mind of</w:t>
      </w:r>
    </w:p>
    <w:p>
      <w:r>
        <w:rPr>
          <w:b/>
        </w:rPr>
        <w:t xml:space="preserve">[41:30] </w:t>
      </w:r>
      <w:r>
        <w:t>mission ban jaate hain</w:t>
      </w:r>
    </w:p>
    <w:p>
      <w:pPr>
        <w:jc w:val="right"/>
      </w:pPr>
      <w:r>
        <w:t>mission بن جاتے ہیں</w:t>
      </w:r>
    </w:p>
    <w:p>
      <w:r>
        <w:rPr>
          <w:b/>
        </w:rPr>
        <w:t xml:space="preserve">[41:33] </w:t>
      </w:r>
      <w:r>
        <w:t>ek achhi baat ko agar aap follow karen to aap follower hain</w:t>
      </w:r>
    </w:p>
    <w:p>
      <w:pPr>
        <w:jc w:val="right"/>
      </w:pPr>
      <w:r>
        <w:t>ایک اچھی بات کو اگر آپ follow کریں تو آپ follower ہیں</w:t>
      </w:r>
    </w:p>
    <w:p>
      <w:r>
        <w:rPr>
          <w:b/>
        </w:rPr>
        <w:t xml:space="preserve">[41:39] </w:t>
      </w:r>
      <w:r>
        <w:t>aur agar aap</w:t>
      </w:r>
    </w:p>
    <w:p>
      <w:pPr>
        <w:jc w:val="right"/>
      </w:pPr>
      <w:r>
        <w:t>اور اگر آپ</w:t>
      </w:r>
    </w:p>
    <w:p>
      <w:r>
        <w:rPr>
          <w:b/>
        </w:rPr>
        <w:t xml:space="preserve">[41:42] </w:t>
      </w:r>
      <w:r>
        <w:t>achhi baat ko</w:t>
      </w:r>
    </w:p>
    <w:p>
      <w:pPr>
        <w:jc w:val="right"/>
      </w:pPr>
      <w:r>
        <w:t>اچھی بات کو</w:t>
      </w:r>
    </w:p>
    <w:p>
      <w:r>
        <w:rPr>
          <w:b/>
        </w:rPr>
        <w:t xml:space="preserve">[41:45] </w:t>
      </w:r>
      <w:r>
        <w:t>phailayen batayen logon ko to aap mind of mission ban jaate hain</w:t>
      </w:r>
    </w:p>
    <w:p>
      <w:pPr>
        <w:jc w:val="right"/>
      </w:pPr>
      <w:r>
        <w:t>پھیلائیں بتائیں لوگوں کو تو آپ mind of mission بن جاتے ہیں</w:t>
      </w:r>
    </w:p>
    <w:p>
      <w:r>
        <w:rPr>
          <w:b/>
        </w:rPr>
        <w:t xml:space="preserve">[41:52] </w:t>
      </w:r>
      <w:r>
        <w:t>to follower bhi baniye</w:t>
      </w:r>
    </w:p>
    <w:p>
      <w:pPr>
        <w:jc w:val="right"/>
      </w:pPr>
      <w:r>
        <w:t>تو follower بھی بنیئے</w:t>
      </w:r>
    </w:p>
    <w:p>
      <w:r>
        <w:rPr>
          <w:b/>
        </w:rPr>
        <w:t xml:space="preserve">[41:55] </w:t>
      </w:r>
      <w:r>
        <w:t>follower bhi baniye aur mind of mission bhi baniye</w:t>
      </w:r>
    </w:p>
    <w:p>
      <w:pPr>
        <w:jc w:val="right"/>
      </w:pPr>
      <w:r>
        <w:t>follower بھی بنیئے اور mind of mission بھی بنیئے</w:t>
      </w:r>
    </w:p>
    <w:p>
      <w:r>
        <w:rPr>
          <w:b/>
        </w:rPr>
        <w:t xml:space="preserve">[42:04] </w:t>
      </w:r>
      <w:r>
        <w:t>follower bhi baniye aur mind of mission bhi baniye</w:t>
      </w:r>
    </w:p>
    <w:p>
      <w:pPr>
        <w:jc w:val="right"/>
      </w:pPr>
      <w:r>
        <w:t>follower بھی بنیئے اور mind of mission بھی بنیئے</w:t>
      </w:r>
    </w:p>
    <w:p>
      <w:r>
        <w:rPr>
          <w:b/>
        </w:rPr>
        <w:t xml:space="preserve">[42:10] </w:t>
      </w:r>
      <w:r>
        <w:t>taake aap ka sawab barhe aur dekhiye mind of mission banne se sirf doosron ko nahi milta aap ko khud hi milta hai yeh mutual learning ka mamla hai jab aap doosron ko dete hain to aap ko khud hi milta hai aap ki aql mein izafa hota hai aap ki spirit mein izafa hota hai</w:t>
      </w:r>
    </w:p>
    <w:p>
      <w:pPr>
        <w:jc w:val="right"/>
      </w:pPr>
      <w:r>
        <w:t>تاکہ آپ کا ثواب بڑھے اور دیکھئے mind of mission بننے سے صرف دوسروں کو نہیں ملتا آپ کو خود ہی ملتا ہے یہ mutual learning کا معاملہ ہے جب آپ دوسروں کو دیتے ہیں تو آپ کو خود ہی ملتا ہے آپ کی عقل میں اضافہ ہوتا ہے آپ کی spirit میں اضافہ ہوتا ہے</w:t>
      </w:r>
    </w:p>
    <w:p>
      <w:r>
        <w:rPr>
          <w:b/>
        </w:rPr>
        <w:t xml:space="preserve">[42:38] </w:t>
      </w:r>
      <w:r>
        <w:t>har dene mein pana bhi hai in giving that we receive in giving that we receive har dene mein pana hai</w:t>
      </w:r>
    </w:p>
    <w:p>
      <w:pPr>
        <w:jc w:val="right"/>
      </w:pPr>
      <w:r>
        <w:t>ہر دینے میں پانا بھی ہے in giving that we receive in giving that we receive ہر دینے میں پانا ہے</w:t>
      </w:r>
    </w:p>
    <w:p>
      <w:r>
        <w:rPr>
          <w:b/>
        </w:rPr>
        <w:t xml:space="preserve">[42:57] </w:t>
      </w:r>
      <w:r>
        <w:t>dena sirf dena nahi hai jitna aap ne diya hai shayad is se zyada aap ko khud mil jata hai</w:t>
      </w:r>
    </w:p>
    <w:p>
      <w:pPr>
        <w:jc w:val="right"/>
      </w:pPr>
      <w:r>
        <w:t>دینا صرف دینا نہیں ہے جتنا آپ نے دیا ہے شاید اس سے زیادہ آپ کو خود مل جاتا ہے</w:t>
      </w:r>
    </w:p>
    <w:p>
      <w:r>
        <w:rPr>
          <w:b/>
        </w:rPr>
        <w:t xml:space="preserve">[43:11] </w:t>
      </w:r>
      <w:r>
        <w:t>yeh sab wisdom ki baatein hain</w:t>
      </w:r>
    </w:p>
    <w:p>
      <w:pPr>
        <w:jc w:val="right"/>
      </w:pPr>
      <w:r>
        <w:t>یہ سب wisdom کی باتیں ہیں</w:t>
      </w:r>
    </w:p>
    <w:p>
      <w:r>
        <w:rPr>
          <w:b/>
        </w:rPr>
        <w:t xml:space="preserve">[43:16] </w:t>
      </w:r>
      <w:r>
        <w:t>yeh sab wisdom ki baatein hain</w:t>
      </w:r>
    </w:p>
    <w:p>
      <w:pPr>
        <w:jc w:val="right"/>
      </w:pPr>
      <w:r>
        <w:t>یہ سب wisdom کی باتیں ہیں</w:t>
      </w:r>
    </w:p>
    <w:p>
      <w:r>
        <w:rPr>
          <w:b/>
        </w:rPr>
        <w:t xml:space="preserve">[43:22] </w:t>
      </w:r>
      <w:r>
        <w:t>to shikayat aap karenge to kuch nahin mila</w:t>
      </w:r>
    </w:p>
    <w:p>
      <w:pPr>
        <w:jc w:val="right"/>
      </w:pPr>
      <w:r>
        <w:t>تو شکایت آپ کریں گے تو کچھ نہیں ملا</w:t>
      </w:r>
    </w:p>
    <w:p>
      <w:r>
        <w:rPr>
          <w:b/>
        </w:rPr>
        <w:t xml:space="preserve">[43:26] </w:t>
      </w:r>
      <w:r>
        <w:t>protest karenge to kuch nahin mila tashaddud karenge to kuch nahin mila bam marenge to</w:t>
      </w:r>
    </w:p>
    <w:p>
      <w:pPr>
        <w:jc w:val="right"/>
      </w:pPr>
      <w:r>
        <w:t>protest کریں گے تو کچھ نہیں ملا تشدد کریں گے تو کچھ نہیں ملا بم ماریں گے تو</w:t>
      </w:r>
    </w:p>
    <w:p>
      <w:r>
        <w:rPr>
          <w:b/>
        </w:rPr>
        <w:t xml:space="preserve">[43:32] </w:t>
      </w:r>
      <w:r>
        <w:t>kuch nahin mila</w:t>
      </w:r>
    </w:p>
    <w:p>
      <w:pPr>
        <w:jc w:val="right"/>
      </w:pPr>
      <w:r>
        <w:t>کچھ نہیں ملا</w:t>
      </w:r>
    </w:p>
    <w:p>
      <w:r>
        <w:rPr>
          <w:b/>
        </w:rPr>
        <w:t xml:space="preserve">[43:34] </w:t>
      </w:r>
      <w:r>
        <w:t>lekin sachai ko discover karenge sachai ko follow karenge sachai ko logon ko batayenge to</w:t>
      </w:r>
    </w:p>
    <w:p>
      <w:pPr>
        <w:jc w:val="right"/>
      </w:pPr>
      <w:r>
        <w:t>لیکن سچائی کو discover کریں گے سچائی کو follow کریں گے سچائی کو لوگوں کو بتائیں گے تو</w:t>
      </w:r>
    </w:p>
    <w:p>
      <w:r>
        <w:rPr>
          <w:b/>
        </w:rPr>
        <w:t xml:space="preserve">[43:42] </w:t>
      </w:r>
      <w:r>
        <w:t>aap ne bahut kuch pa liya</w:t>
      </w:r>
    </w:p>
    <w:p>
      <w:pPr>
        <w:jc w:val="right"/>
      </w:pPr>
      <w:r>
        <w:t>آپ نے بہت کچھ پا لیا</w:t>
      </w:r>
    </w:p>
    <w:p>
      <w:r>
        <w:rPr>
          <w:b/>
        </w:rPr>
        <w:t xml:space="preserve">[43:45] </w:t>
      </w:r>
      <w:r>
        <w:t>bahut kuch gain kar liya</w:t>
      </w:r>
    </w:p>
    <w:p>
      <w:pPr>
        <w:jc w:val="right"/>
      </w:pPr>
      <w:r>
        <w:t>بہت کچھ gain کر لیا</w:t>
      </w:r>
    </w:p>
    <w:p>
      <w:r>
        <w:rPr>
          <w:b/>
        </w:rPr>
        <w:t xml:space="preserve">[43:48] </w:t>
      </w:r>
      <w:r>
        <w:t>to yaad rakhiye har dene mein paana hai</w:t>
      </w:r>
    </w:p>
    <w:p>
      <w:pPr>
        <w:jc w:val="right"/>
      </w:pPr>
      <w:r>
        <w:t>تو یاد رکھیے ہر دینے میں پانا ہے</w:t>
      </w:r>
    </w:p>
    <w:p>
      <w:r>
        <w:rPr>
          <w:b/>
        </w:rPr>
        <w:t xml:space="preserve">[43:53] </w:t>
      </w:r>
      <w:r>
        <w:t>har dene mein paana hai har dene mein paana hai assalam o alaikum wa rehmatullah</w:t>
      </w:r>
    </w:p>
    <w:p>
      <w:pPr>
        <w:jc w:val="right"/>
      </w:pPr>
      <w:r>
        <w:t>ہر دینے میں پانا ہے ہر دینے میں پانا ہے السلام علیکم ورحمتہ اللہ</w:t>
      </w:r>
    </w:p>
    <w:p>
      <w:r>
        <w:rPr>
          <w:b/>
        </w:rPr>
        <w:t xml:space="preserve">[44:11] </w:t>
      </w:r>
      <w:r>
        <w:t>okay so we will be starting with the question answer session</w:t>
      </w:r>
    </w:p>
    <w:p>
      <w:pPr>
        <w:jc w:val="right"/>
      </w:pPr>
      <w:r>
        <w:t>Okay so we will be starting with the question answer session</w:t>
      </w:r>
    </w:p>
    <w:p>
      <w:r>
        <w:rPr>
          <w:b/>
        </w:rPr>
        <w:t xml:space="preserve">[44:15] </w:t>
      </w:r>
      <w:r>
        <w:t>now all the online viewers are requested to send their questions on info@cpsglobal.org</w:t>
      </w:r>
    </w:p>
    <w:p>
      <w:pPr>
        <w:jc w:val="right"/>
      </w:pPr>
      <w:r>
        <w:t>now all the online viewers are requested to send their questions on info@cpsglobal.org</w:t>
      </w:r>
    </w:p>
    <w:p>
      <w:r>
        <w:rPr>
          <w:b/>
        </w:rPr>
        <w:t xml:space="preserve">[44:24] </w:t>
      </w:r>
      <w:r>
        <w:t>people who are watching this live on facebook can mention their comments or question in the comment section</w:t>
      </w:r>
    </w:p>
    <w:p>
      <w:pPr>
        <w:jc w:val="right"/>
      </w:pPr>
      <w:r>
        <w:t>people who are watching this live on facebook can mention their comments or question in the comment section</w:t>
      </w:r>
    </w:p>
    <w:p>
      <w:r>
        <w:rPr>
          <w:b/>
        </w:rPr>
        <w:t xml:space="preserve">[44:31] </w:t>
      </w:r>
      <w:r>
        <w:t>please also mention your location when you send in your questions</w:t>
      </w:r>
    </w:p>
    <w:p>
      <w:pPr>
        <w:jc w:val="right"/>
      </w:pPr>
      <w:r>
        <w:t>please also mention your location when you send in your questions</w:t>
      </w:r>
    </w:p>
    <w:p>
      <w:r>
        <w:rPr>
          <w:b/>
        </w:rPr>
        <w:t xml:space="preserve">[44:35] </w:t>
      </w:r>
      <w:r>
        <w:t>maulana sawal lene se pehle aa kuch comments padhna chahenge</w:t>
      </w:r>
    </w:p>
    <w:p>
      <w:pPr>
        <w:jc w:val="right"/>
      </w:pPr>
      <w:r>
        <w:t>مولانا سوال لینے سے پہلے آ کچھ comments پڑھنا چاہیں گے</w:t>
      </w:r>
    </w:p>
    <w:p>
      <w:r>
        <w:rPr>
          <w:b/>
        </w:rPr>
        <w:t xml:space="preserve">[44:41] </w:t>
      </w:r>
      <w:r>
        <w:t>chennai se maulana iqbal umri sahib ne likha hai</w:t>
      </w:r>
    </w:p>
    <w:p>
      <w:pPr>
        <w:jc w:val="right"/>
      </w:pPr>
      <w:r>
        <w:t>چنئی سے مولانا اقبال عمری صاحب نے لکھا ہے</w:t>
      </w:r>
    </w:p>
    <w:p>
      <w:r>
        <w:rPr>
          <w:b/>
        </w:rPr>
        <w:t xml:space="preserve">[44:46] </w:t>
      </w:r>
      <w:r>
        <w:t>maulana hadith ke bare mein aap ne jo kaha ke hikmat ka khazana hai yeh sahi baat hai</w:t>
      </w:r>
    </w:p>
    <w:p>
      <w:pPr>
        <w:jc w:val="right"/>
      </w:pPr>
      <w:r>
        <w:t>مولانا حدیث کے بارے میں آپ نے جو کہا کہ حکمت کا خزانہ ہے یہ صحیح بات ہے</w:t>
      </w:r>
    </w:p>
    <w:p>
      <w:r>
        <w:rPr>
          <w:b/>
        </w:rPr>
        <w:t xml:space="preserve">[44:54] </w:t>
      </w:r>
      <w:r>
        <w:t>jo hadith ka maqam aur zaroorat ko batati hai jazak allah abdul basit umri sahib ne doha qatar se</w:t>
      </w:r>
    </w:p>
    <w:p>
      <w:pPr>
        <w:jc w:val="right"/>
      </w:pPr>
      <w:r>
        <w:t>جو حدیث کا مقام اور ضرورت کو بتاتی ہے جزاک اللہ عبدالباسط عمری صاحب نے دوحہ قطر سے</w:t>
      </w:r>
    </w:p>
    <w:p>
      <w:r>
        <w:rPr>
          <w:b/>
        </w:rPr>
        <w:t xml:space="preserve">[45:02] </w:t>
      </w:r>
      <w:r>
        <w:t>likha hai maulana sahib kal aap ne lecture mein rasool allah ke bare mein jo baat kahi</w:t>
      </w:r>
    </w:p>
    <w:p>
      <w:pPr>
        <w:jc w:val="right"/>
      </w:pPr>
      <w:r>
        <w:t>لکھا ہے مولانا صاحب کل آپ نے lecture میں رسول اللہ کے بارے میں جو بات کہی</w:t>
      </w:r>
    </w:p>
    <w:p>
      <w:r>
        <w:rPr>
          <w:b/>
        </w:rPr>
        <w:t xml:space="preserve">[45:10] </w:t>
      </w:r>
      <w:r>
        <w:t>keh raat ke aakhri pehar uth kar aasman ko dekhte aur tadabbur karte</w:t>
      </w:r>
    </w:p>
    <w:p>
      <w:pPr>
        <w:jc w:val="right"/>
      </w:pPr>
      <w:r>
        <w:t>کہ رات کے آخری پہر اٹھ کر آسمان کو دیکھتے اور تدبر کرتے</w:t>
      </w:r>
    </w:p>
    <w:p>
      <w:r>
        <w:rPr>
          <w:b/>
        </w:rPr>
        <w:t xml:space="preserve">[45:16] </w:t>
      </w:r>
      <w:r>
        <w:t>to main chaunk gaya is baat ko main jaanta tha keh rasool Allah ke amal ke taur par</w:t>
      </w:r>
    </w:p>
    <w:p>
      <w:pPr>
        <w:jc w:val="right"/>
      </w:pPr>
      <w:r>
        <w:t>تو میں چونک گیا اس بات کو میں جانتا تھا کہ رسول اللہ کے عمل کے طور پر</w:t>
      </w:r>
    </w:p>
    <w:p>
      <w:r>
        <w:rPr>
          <w:b/>
        </w:rPr>
        <w:t xml:space="preserve">[45:23] </w:t>
      </w:r>
      <w:r>
        <w:t>lekin aap ne jab marifat ke zimn mein jab yeh hawala diya to main chaunk pada</w:t>
      </w:r>
    </w:p>
    <w:p>
      <w:pPr>
        <w:jc w:val="right"/>
      </w:pPr>
      <w:r>
        <w:t>لیکن آپ نے جب معرفت کے ضمن میں جب یہ حوالہ دیا تو میں چونک پڑا</w:t>
      </w:r>
    </w:p>
    <w:p>
      <w:r>
        <w:rPr>
          <w:b/>
        </w:rPr>
        <w:t xml:space="preserve">[45:30] </w:t>
      </w:r>
      <w:r>
        <w:t>jazak Allah khaira Maulana keh aap marifat ki nisbat se aik aik baat ko batate hain aur hamari</w:t>
      </w:r>
    </w:p>
    <w:p>
      <w:pPr>
        <w:jc w:val="right"/>
      </w:pPr>
      <w:r>
        <w:t>جزاک اللہ خیرہ مولانا کہ آپ معرفت کی نسبت سے ایک ایک بات کو بتاتے ہیں اور ہماری</w:t>
      </w:r>
    </w:p>
    <w:p>
      <w:r>
        <w:rPr>
          <w:b/>
        </w:rPr>
        <w:t xml:space="preserve">[45:37] </w:t>
      </w:r>
      <w:r>
        <w:t>tarbiyat karte hain taake hum Khuda se sargoshiyan karne ke qabil ho saken Allah aap ko lambi umar</w:t>
      </w:r>
    </w:p>
    <w:p>
      <w:pPr>
        <w:jc w:val="right"/>
      </w:pPr>
      <w:r>
        <w:t>تربیت کرتے ہیں تاکہ ہم خدا سے سرگوشیاں کرنے کے قابل ہو سکیں اللہ آپ کو لمبی عمر</w:t>
      </w:r>
    </w:p>
    <w:p>
      <w:r>
        <w:rPr>
          <w:b/>
        </w:rPr>
        <w:t xml:space="preserve">[45:45] </w:t>
      </w:r>
      <w:r>
        <w:t>de aur hamein aap se khoob khoob seekhne ki tofeeq de aameen</w:t>
      </w:r>
    </w:p>
    <w:p>
      <w:pPr>
        <w:jc w:val="right"/>
      </w:pPr>
      <w:r>
        <w:t>دے اور ہمیں آپ سے خوب خوب سیکھنے کی توفیق دے آمین</w:t>
      </w:r>
    </w:p>
    <w:p>
      <w:r>
        <w:rPr>
          <w:b/>
        </w:rPr>
        <w:t xml:space="preserve">[45:51] </w:t>
      </w:r>
      <w:r>
        <w:t>Muhammad Irfan Rashidi sahib ne Nagpur se bheja hai failure</w:t>
      </w:r>
    </w:p>
    <w:p>
      <w:pPr>
        <w:jc w:val="right"/>
      </w:pPr>
      <w:r>
        <w:t>محمد عرفان رشیدی صاحب نے ناکپور سے بھیجا ہے failure</w:t>
      </w:r>
    </w:p>
    <w:p>
      <w:r>
        <w:rPr>
          <w:b/>
        </w:rPr>
        <w:t xml:space="preserve">[45:56] </w:t>
      </w:r>
      <w:r>
        <w:t>is temporary success is permanent jazak Allah Maulana sahib</w:t>
      </w:r>
    </w:p>
    <w:p>
      <w:pPr>
        <w:jc w:val="right"/>
      </w:pPr>
      <w:r>
        <w:t>is temporary success is permanent جزاک اللہ مولانا صاحب</w:t>
      </w:r>
    </w:p>
    <w:p>
      <w:r>
        <w:rPr>
          <w:b/>
        </w:rPr>
        <w:t xml:space="preserve">[46:03] </w:t>
      </w:r>
      <w:r>
        <w:t>Maulana ab sawal lena chahenge pehla sawal bheja hai Miss Shabana Ansari ne Pakistan se unhon ne</w:t>
      </w:r>
    </w:p>
    <w:p>
      <w:pPr>
        <w:jc w:val="right"/>
      </w:pPr>
      <w:r>
        <w:t>مولانا اب سوال لینا چاہیں گے پہلا سوال بھیجا ہے مس شبانہ انصاری نے پاکستان سے انہوں نے</w:t>
      </w:r>
    </w:p>
    <w:p>
      <w:r>
        <w:rPr>
          <w:b/>
        </w:rPr>
        <w:t xml:space="preserve">[46:12] </w:t>
      </w:r>
      <w:r>
        <w:t>likha hai keh al hikmat zalim al momin se kya murad hai is ke baray mein batayen</w:t>
      </w:r>
    </w:p>
    <w:p>
      <w:pPr>
        <w:jc w:val="right"/>
      </w:pPr>
      <w:r>
        <w:t>لکھا ہے کہ الحکمت ظالم المومن سے کیا مراد ہے اس کے بارے میں بتائیں</w:t>
      </w:r>
    </w:p>
    <w:p>
      <w:r>
        <w:rPr>
          <w:b/>
        </w:rPr>
        <w:t xml:space="preserve">[46:28] </w:t>
      </w:r>
      <w:r>
        <w:t>is ka matlab yeh hai ke wisdom momin ka khoya hua saman hai yani yeh jo log logon ke andar hai ke apne logon se koi baat mile to lete hain wahi baat doosron se aave to nahi lenge</w:t>
      </w:r>
    </w:p>
    <w:p>
      <w:pPr>
        <w:jc w:val="right"/>
      </w:pPr>
      <w:r>
        <w:t>اس کا مطلب یہ ہے کہ wisdom مومن کا کھویا ہوا سامان ہے یعنی یہ جو لوگ لوگوں کے اندر ہے کہ اپنے لوگوں سے کوئی بات ملے تو لیتے ہیں وہی بات دوسروں سے آوے تو نہیں لیں گے</w:t>
      </w:r>
    </w:p>
    <w:p>
      <w:r>
        <w:rPr>
          <w:b/>
        </w:rPr>
        <w:t xml:space="preserve">[46:51] </w:t>
      </w:r>
      <w:r>
        <w:t>yeh galat mizaj hai taassub ka mizaj hai taassub ka koi achi baat chahe Israel se aa rahi hai America se aa rahi hai kahin se aa rahi hai is ko liijiye is ko achi baat apne aap mein achi baat hai kahin se aa rahi hai yeh is ka lehaz nahi karna hai</w:t>
      </w:r>
    </w:p>
    <w:p>
      <w:pPr>
        <w:jc w:val="right"/>
      </w:pPr>
      <w:r>
        <w:t>یہ غلط مزاج ہے تعصب کا مزاج ہے تعصب کا کوئی اچھی بات چاہے اسرائیل سے آ رہی ہے امریکہ سے آ رہی ہے کہیں سے آ رہی ہے اس کو لیجیے اس کو اچھی بات اپنے آپ میں اچھی بات ہے کہیں سے آ رہی ہے یہ اس کا لحاظ نہیں کرنا ہے</w:t>
      </w:r>
    </w:p>
    <w:p>
      <w:r>
        <w:rPr>
          <w:b/>
        </w:rPr>
        <w:t xml:space="preserve">[47:12] </w:t>
      </w:r>
      <w:r>
        <w:t>matlab ke momin ka mizaj bataya gaya hai is mein momin ka mizaj</w:t>
      </w:r>
    </w:p>
    <w:p>
      <w:pPr>
        <w:jc w:val="right"/>
      </w:pPr>
      <w:r>
        <w:t>مطلب کہ مومن کا مزاج بتایا گیا ہے اس میں مومن کا مزاج</w:t>
      </w:r>
    </w:p>
    <w:p>
      <w:r>
        <w:rPr>
          <w:b/>
        </w:rPr>
        <w:t xml:space="preserve">[47:20] </w:t>
      </w:r>
      <w:r>
        <w:t>momin ka mizaj keh momin ke mizaj mein taassub nahi hota</w:t>
      </w:r>
    </w:p>
    <w:p>
      <w:pPr>
        <w:jc w:val="right"/>
      </w:pPr>
      <w:r>
        <w:t>مومن کا مزاج کہ مومن کے مزاج میں تعصب نہیں ہوتا</w:t>
      </w:r>
    </w:p>
    <w:p>
      <w:r>
        <w:rPr>
          <w:b/>
        </w:rPr>
        <w:t xml:space="preserve">[47:24] </w:t>
      </w:r>
      <w:r>
        <w:t>momin ke mizaj mein apne aur ghair ka concept nahi hota momin ke mizaj mein universality hoti hai</w:t>
      </w:r>
    </w:p>
    <w:p>
      <w:pPr>
        <w:jc w:val="right"/>
      </w:pPr>
      <w:r>
        <w:t>مومن کے مزاج میں اپنے اور غیر کا concept نہیں ہوتا مومن کے مزاج میں universality ہوتی ہے</w:t>
      </w:r>
    </w:p>
    <w:p>
      <w:r>
        <w:rPr>
          <w:b/>
        </w:rPr>
        <w:t xml:space="preserve">[47:34] </w:t>
      </w:r>
      <w:r>
        <w:t>wo cheezon ko dekhte hi apna leta hai koi taassub is ke liye rukawat nahi banta yeh matlab</w:t>
      </w:r>
    </w:p>
    <w:p>
      <w:pPr>
        <w:jc w:val="right"/>
      </w:pPr>
      <w:r>
        <w:t>وہ چیزوں کو دیکھتے ہی اپنا لیتا ہے کوئی تعصب اس کے لیے رکاوٹ نہیں بنتا یہ مطلب</w:t>
      </w:r>
    </w:p>
    <w:p>
      <w:r>
        <w:rPr>
          <w:b/>
        </w:rPr>
        <w:t xml:space="preserve">[47:42] </w:t>
      </w:r>
      <w:r>
        <w:t>hai Maulana un ka aik aur sawal hai unhon ne aap se poocha hai keh Maulana sahib how</w:t>
      </w:r>
    </w:p>
    <w:p>
      <w:pPr>
        <w:jc w:val="right"/>
      </w:pPr>
      <w:r>
        <w:t>ہے مولانا ان کا ایک اور سوال ہے انہوں نے آپ سے پوچھا ہے کہ مولانا صاحب how</w:t>
      </w:r>
    </w:p>
    <w:p>
      <w:r>
        <w:rPr>
          <w:b/>
        </w:rPr>
        <w:t xml:space="preserve">[47:50] </w:t>
      </w:r>
      <w:r>
        <w:t>to increase the grasping power on daily basis is ke bare mein batayen power of grasp yun kahiye</w:t>
      </w:r>
    </w:p>
    <w:p>
      <w:pPr>
        <w:jc w:val="right"/>
      </w:pPr>
      <w:r>
        <w:t>to increase the grasping power on daily basis اس کے بارے میں بتائیں power of grasp یوں کہیے</w:t>
      </w:r>
    </w:p>
    <w:p>
      <w:r>
        <w:rPr>
          <w:b/>
        </w:rPr>
        <w:t xml:space="preserve">[47:58] </w:t>
      </w:r>
      <w:r>
        <w:t>ji yeh lafz ulta ho gaya ji yani power of grasp ko kaise barhayen yeh hona</w:t>
      </w:r>
    </w:p>
    <w:p>
      <w:pPr>
        <w:jc w:val="right"/>
      </w:pPr>
      <w:r>
        <w:t>جی یہ لفظ الٹا ہو گیا جی یعنی power of grasp کو کیسے بڑھائیں یہ ہونا</w:t>
      </w:r>
    </w:p>
    <w:p>
      <w:r>
        <w:rPr>
          <w:b/>
        </w:rPr>
        <w:t xml:space="preserve">[48:05] </w:t>
      </w:r>
      <w:r>
        <w:t>chahiye ji hain ji sahi hai Maulana power of grasp is ko urdu mein kahenge azkh karne ki taqat</w:t>
      </w:r>
    </w:p>
    <w:p>
      <w:pPr>
        <w:jc w:val="right"/>
      </w:pPr>
      <w:r>
        <w:t>چاہیے جی ہیں جی صحیح ہے مولانا power of grasp اس کو اردو میں کہیں گے اخذ کرنے کی طاقت</w:t>
      </w:r>
    </w:p>
    <w:p>
      <w:r>
        <w:rPr>
          <w:b/>
        </w:rPr>
        <w:t xml:space="preserve">[48:19] </w:t>
      </w:r>
      <w:r>
        <w:t>to dekhiye is mein aik hi cheez hai</w:t>
      </w:r>
    </w:p>
    <w:p>
      <w:pPr>
        <w:jc w:val="right"/>
      </w:pPr>
      <w:r>
        <w:t>تو دیکھیے اس میں ایک ہی چیز ہے</w:t>
      </w:r>
    </w:p>
    <w:p>
      <w:r>
        <w:rPr>
          <w:b/>
        </w:rPr>
        <w:t xml:space="preserve">[48:24] </w:t>
      </w:r>
      <w:r>
        <w:t>jitna zyada aadmi bachayega apne aap ko distraction se utna hi is ka grasp ka power barhega</w:t>
      </w:r>
    </w:p>
    <w:p>
      <w:pPr>
        <w:jc w:val="right"/>
      </w:pPr>
      <w:r>
        <w:t>جتنا زیادہ آدمی بچائے گا اپنے آپ کو distraction سے اتنا ہی اس کا grasp کا power بڑھے</w:t>
      </w:r>
    </w:p>
    <w:p>
      <w:r>
        <w:rPr>
          <w:b/>
        </w:rPr>
        <w:t xml:space="preserve">[48:31] </w:t>
      </w:r>
      <w:r>
        <w:t>sara mamla yeh hai keh aadmi</w:t>
      </w:r>
    </w:p>
    <w:p>
      <w:pPr>
        <w:jc w:val="right"/>
      </w:pPr>
      <w:r>
        <w:t>گا سارا معاملہ یہ ہے کہ آدمی</w:t>
      </w:r>
    </w:p>
    <w:p>
      <w:r>
        <w:rPr>
          <w:b/>
        </w:rPr>
        <w:t xml:space="preserve">[48:36] </w:t>
      </w:r>
      <w:r>
        <w:t>distraction mein jeena chore</w:t>
      </w:r>
    </w:p>
    <w:p>
      <w:pPr>
        <w:jc w:val="right"/>
      </w:pPr>
      <w:r>
        <w:t>distraction میں جینا چھوڑے</w:t>
      </w:r>
    </w:p>
    <w:p>
      <w:r>
        <w:rPr>
          <w:b/>
        </w:rPr>
        <w:t xml:space="preserve">[48:40] </w:t>
      </w:r>
      <w:r>
        <w:t>sab se buri cheez hai distraction</w:t>
      </w:r>
    </w:p>
    <w:p>
      <w:pPr>
        <w:jc w:val="right"/>
      </w:pPr>
      <w:r>
        <w:t>سب سے بری چیز ہے distraction</w:t>
      </w:r>
    </w:p>
    <w:p>
      <w:r>
        <w:rPr>
          <w:b/>
        </w:rPr>
        <w:t xml:space="preserve">[48:46] </w:t>
      </w:r>
      <w:r>
        <w:t>azaadi khud hi aa sakti hai keh kahan main distract ho raha hoon kahan main bhatak raha hoon</w:t>
      </w:r>
    </w:p>
    <w:p>
      <w:pPr>
        <w:jc w:val="right"/>
      </w:pPr>
      <w:r>
        <w:t>آزادی خود ہی آ سکتی ہے کہ کہاں میں distract ہو رہا ہوں کہاں میں بھٹک رہا ہوں</w:t>
      </w:r>
    </w:p>
    <w:p>
      <w:r>
        <w:rPr>
          <w:b/>
        </w:rPr>
        <w:t xml:space="preserve">[48:53] </w:t>
      </w:r>
      <w:r>
        <w:t>yeh aadmi khud janega doosra aadmi point out nahi kar sakta</w:t>
      </w:r>
    </w:p>
    <w:p>
      <w:pPr>
        <w:jc w:val="right"/>
      </w:pPr>
      <w:r>
        <w:t>یہ آدمی خود جانے گا دوسرا آدمی point out نہیں کر سکتا</w:t>
      </w:r>
    </w:p>
    <w:p>
      <w:r>
        <w:rPr>
          <w:b/>
        </w:rPr>
        <w:t xml:space="preserve">[49:00] </w:t>
      </w:r>
      <w:r>
        <w:t>to jitna zyada aap ke andar focused thinking hogi</w:t>
      </w:r>
    </w:p>
    <w:p>
      <w:pPr>
        <w:jc w:val="right"/>
      </w:pPr>
      <w:r>
        <w:t>تو جتنا زیادہ آپ کے اندر focused thinking ہوگی</w:t>
      </w:r>
    </w:p>
    <w:p>
      <w:r>
        <w:rPr>
          <w:b/>
        </w:rPr>
        <w:t xml:space="preserve">[49:04] </w:t>
      </w:r>
      <w:r>
        <w:t>jitna zyada yeh</w:t>
      </w:r>
    </w:p>
    <w:p>
      <w:pPr>
        <w:jc w:val="right"/>
      </w:pPr>
      <w:r>
        <w:t>جتنا زیادہ یہ</w:t>
      </w:r>
    </w:p>
    <w:p>
      <w:r>
        <w:rPr>
          <w:b/>
        </w:rPr>
        <w:t xml:space="preserve">[49:05] </w:t>
      </w:r>
      <w:r>
        <w:t>baat hogi keh aap cheezon ko sugar nahi banayen</w:t>
      </w:r>
    </w:p>
    <w:p>
      <w:pPr>
        <w:jc w:val="right"/>
      </w:pPr>
      <w:r>
        <w:t>بات ہوگی کہ آپ چیزوں کو sugar نہیں بنائیں</w:t>
      </w:r>
    </w:p>
    <w:p>
      <w:r>
        <w:rPr>
          <w:b/>
        </w:rPr>
        <w:t xml:space="preserve">[49:09] </w:t>
      </w:r>
      <w:r>
        <w:t>non important ko sugar nahi banaye tab ja kar yeh baat aye gi aap ke andar</w:t>
      </w:r>
    </w:p>
    <w:p>
      <w:pPr>
        <w:jc w:val="right"/>
      </w:pPr>
      <w:r>
        <w:t>non important کو sugar نہیں بنائیں تب جا کر یہ بات آئے گی آپ کے اندر</w:t>
      </w:r>
    </w:p>
    <w:p>
      <w:r>
        <w:rPr>
          <w:b/>
        </w:rPr>
        <w:t xml:space="preserve">[49:16] </w:t>
      </w:r>
      <w:r>
        <w:t>ji molana agla sawal dilli se bheja hai miss naghma siddiqui ne unho ne likha hai the sun</w:t>
      </w:r>
    </w:p>
    <w:p>
      <w:pPr>
        <w:jc w:val="right"/>
      </w:pPr>
      <w:r>
        <w:t>جی مولانا اگلا سوال دلی سے بھیجا ہے مس نغمہ صدیقی نے انہوں نے لکھا ہے the sun</w:t>
      </w:r>
    </w:p>
    <w:p>
      <w:r>
        <w:rPr>
          <w:b/>
        </w:rPr>
        <w:t xml:space="preserve">[49:24] </w:t>
      </w:r>
      <w:r>
        <w:t>is such a big blessing of god almighty but we don't realize it all the time and take</w:t>
      </w:r>
    </w:p>
    <w:p>
      <w:pPr>
        <w:jc w:val="right"/>
      </w:pPr>
      <w:r>
        <w:t>is such a big blessing of god almighty but we don't realize it all the time and take</w:t>
      </w:r>
    </w:p>
    <w:p>
      <w:r>
        <w:rPr>
          <w:b/>
        </w:rPr>
        <w:t xml:space="preserve">[49:32] </w:t>
      </w:r>
      <w:r>
        <w:t>this and the blessings of god for granted</w:t>
      </w:r>
    </w:p>
    <w:p>
      <w:pPr>
        <w:jc w:val="right"/>
      </w:pPr>
      <w:r>
        <w:t>this and the blessings of god for granted</w:t>
      </w:r>
    </w:p>
    <w:p>
      <w:r>
        <w:rPr>
          <w:b/>
        </w:rPr>
        <w:t xml:space="preserve">[49:36] </w:t>
      </w:r>
      <w:r>
        <w:t>how can we always be aware of god's blessings</w:t>
      </w:r>
    </w:p>
    <w:p>
      <w:pPr>
        <w:jc w:val="right"/>
      </w:pPr>
      <w:r>
        <w:t>how can we always be aware of god's blessings</w:t>
      </w:r>
    </w:p>
    <w:p>
      <w:r>
        <w:rPr>
          <w:b/>
        </w:rPr>
        <w:t xml:space="preserve">[49:42] </w:t>
      </w:r>
      <w:r>
        <w:t>dekhiye chahe sun yani suraj ka mamla ho kisi aur doosri cheez ka</w:t>
      </w:r>
    </w:p>
    <w:p>
      <w:pPr>
        <w:jc w:val="right"/>
      </w:pPr>
      <w:r>
        <w:t>دیکھیے چاہے sun یعنی سورج کا معاملہ ہو کسی اور دوسری چیز کا</w:t>
      </w:r>
    </w:p>
    <w:p>
      <w:r>
        <w:rPr>
          <w:b/>
        </w:rPr>
        <w:t xml:space="preserve">[49:50] </w:t>
      </w:r>
      <w:r>
        <w:t>cheezon ko is tarah dekhen jaise ke us ko aap pehli bar dekh rahe hon pehli bar cheezon ko suna is tarah jaise ke aap pehli bar sun rahe hain</w:t>
      </w:r>
    </w:p>
    <w:p>
      <w:pPr>
        <w:jc w:val="right"/>
      </w:pPr>
      <w:r>
        <w:t>چیزوں کو اس طرح دیکھیں جیسے کہ اس کو آپ پہلی بار دیکھ رہے ہوں پہلی بار چیزوں کو سنا اس طرح جیسے کہ آپ پہلی بار سن رہے ہیں</w:t>
      </w:r>
    </w:p>
    <w:p>
      <w:r>
        <w:rPr>
          <w:b/>
        </w:rPr>
        <w:t xml:space="preserve">[50:05] </w:t>
      </w:r>
      <w:r>
        <w:t>agar aap ko yeh lage ke are bhai to hota hai class mein repetition hota hai cheezein repeat</w:t>
      </w:r>
    </w:p>
    <w:p>
      <w:pPr>
        <w:jc w:val="right"/>
      </w:pPr>
      <w:r>
        <w:t>اگر آپ کو یہ لگے کہ ارے بھائی تو ہوتا ہے کلاس میں repetition ہوتا ہے چیزیں repeat</w:t>
      </w:r>
    </w:p>
    <w:p>
      <w:r>
        <w:rPr>
          <w:b/>
        </w:rPr>
        <w:t xml:space="preserve">[50:12] </w:t>
      </w:r>
      <w:r>
        <w:t>ho rahi hain to aap se zyada nadan aur koi nahi</w:t>
      </w:r>
    </w:p>
    <w:p>
      <w:pPr>
        <w:jc w:val="right"/>
      </w:pPr>
      <w:r>
        <w:t>ہو رہی ہیں تو آپ سے زیادہ نادان اور کوئی نہیں</w:t>
      </w:r>
    </w:p>
    <w:p>
      <w:r>
        <w:rPr>
          <w:b/>
        </w:rPr>
        <w:t xml:space="preserve">[50:17] </w:t>
      </w:r>
      <w:r>
        <w:t>aap quran mein dekhein quran mein tadad repetition hai quran bhara hua hai repetition se to kya allah</w:t>
      </w:r>
    </w:p>
    <w:p>
      <w:pPr>
        <w:jc w:val="right"/>
      </w:pPr>
      <w:r>
        <w:t>آپ قرآن میں دیکھیں قرآن میں تعداد repetition ہے قرآن بھرا ہوا ہے repetition سے تو کیا اللہ</w:t>
      </w:r>
    </w:p>
    <w:p>
      <w:r>
        <w:rPr>
          <w:b/>
        </w:rPr>
        <w:t xml:space="preserve">[50:23] </w:t>
      </w:r>
      <w:r>
        <w:t>taala ki baatein kab thi</w:t>
      </w:r>
    </w:p>
    <w:p>
      <w:pPr>
        <w:jc w:val="right"/>
      </w:pPr>
      <w:r>
        <w:t>تعالیٰ کی باتیں کب تھیں</w:t>
      </w:r>
    </w:p>
    <w:p>
      <w:r>
        <w:rPr>
          <w:b/>
        </w:rPr>
        <w:t xml:space="preserve">[50:26] </w:t>
      </w:r>
      <w:r>
        <w:t>jo log repetition ki boli bolte hain wo unho ne a b c bhi a b c d</w:t>
      </w:r>
    </w:p>
    <w:p>
      <w:pPr>
        <w:jc w:val="right"/>
      </w:pPr>
      <w:r>
        <w:t>جو لوگ repetition کی بولی بولتے ہیں وہ انہوں نے اے بی سی بھی اے بی سی ڈی</w:t>
      </w:r>
    </w:p>
    <w:p>
      <w:r>
        <w:rPr>
          <w:b/>
        </w:rPr>
        <w:t xml:space="preserve">[50:32] </w:t>
      </w:r>
      <w:r>
        <w:t>bhi nahi jana wisdom ki kuch nahi jana</w:t>
      </w:r>
    </w:p>
    <w:p>
      <w:pPr>
        <w:jc w:val="right"/>
      </w:pPr>
      <w:r>
        <w:t>بھی نہیں جانا wisdom کی کچھ نہیں جانا</w:t>
      </w:r>
    </w:p>
    <w:p>
      <w:r>
        <w:rPr>
          <w:b/>
        </w:rPr>
        <w:t xml:space="preserve">[50:36] </w:t>
      </w:r>
      <w:r>
        <w:t>aap cheezon ko</w:t>
      </w:r>
    </w:p>
    <w:p>
      <w:pPr>
        <w:jc w:val="right"/>
      </w:pPr>
      <w:r>
        <w:t>آپ چیزوں کو</w:t>
      </w:r>
    </w:p>
    <w:p>
      <w:r>
        <w:rPr>
          <w:b/>
        </w:rPr>
        <w:t xml:space="preserve">[50:39] </w:t>
      </w:r>
      <w:r>
        <w:t>is tarah dekhenge jaise aap pehli baar dekh rahe hon is ko suraj ko aap ne hazaron</w:t>
      </w:r>
    </w:p>
    <w:p>
      <w:pPr>
        <w:jc w:val="right"/>
      </w:pPr>
      <w:r>
        <w:t>اس طرح دیکھیں گے جیسے آپ پہلی بار دیکھ رہے ہوں اس کو سورج کو آپ نے ہزاروں</w:t>
      </w:r>
    </w:p>
    <w:p>
      <w:r>
        <w:rPr>
          <w:b/>
        </w:rPr>
        <w:t xml:space="preserve">[50:42] </w:t>
      </w:r>
      <w:r>
        <w:t>bar dekha hoga lekin jab suraj nikle subah ko to is tarah dekhein jaise aap pehli baar dekh</w:t>
      </w:r>
    </w:p>
    <w:p>
      <w:pPr>
        <w:jc w:val="right"/>
      </w:pPr>
      <w:r>
        <w:t>بار دیکھا ہوگا لیکن جب سورج نکلے صبح کو تو اس طرح دیکھیں جیسے آپ پہلی بار دیکھ</w:t>
      </w:r>
    </w:p>
    <w:p>
      <w:r>
        <w:rPr>
          <w:b/>
        </w:rPr>
        <w:t xml:space="preserve">[50:47] </w:t>
      </w:r>
      <w:r>
        <w:t>rahe hain tab aap ke andar wisdom aye gi</w:t>
      </w:r>
    </w:p>
    <w:p>
      <w:pPr>
        <w:jc w:val="right"/>
      </w:pPr>
      <w:r>
        <w:t>رہے ہیں تب آپ کے اندر wisdom آئے گی</w:t>
      </w:r>
    </w:p>
    <w:p>
      <w:r>
        <w:rPr>
          <w:b/>
        </w:rPr>
        <w:t xml:space="preserve">[50:52] </w:t>
      </w:r>
      <w:r>
        <w:t>nahi</w:t>
      </w:r>
    </w:p>
    <w:p>
      <w:pPr>
        <w:jc w:val="right"/>
      </w:pPr>
      <w:r>
        <w:t>نہیں</w:t>
      </w:r>
    </w:p>
    <w:p>
      <w:r>
        <w:rPr>
          <w:b/>
        </w:rPr>
        <w:t xml:space="preserve">[50:52] </w:t>
      </w:r>
      <w:r>
        <w:t>to nahi</w:t>
      </w:r>
    </w:p>
    <w:p>
      <w:pPr>
        <w:jc w:val="right"/>
      </w:pPr>
      <w:r>
        <w:t>تو نہیں</w:t>
      </w:r>
    </w:p>
    <w:p>
      <w:r>
        <w:rPr>
          <w:b/>
        </w:rPr>
        <w:t xml:space="preserve">[50:55] </w:t>
      </w:r>
      <w:r>
        <w:t>molana agla sawal miss fardous shareef ne kiya hai unho ne location nahi likhi hai apni un ka</w:t>
      </w:r>
    </w:p>
    <w:p>
      <w:pPr>
        <w:jc w:val="right"/>
      </w:pPr>
      <w:r>
        <w:t>مولانا اگلا سوال مس فردوش شریف نے کیا ہے انہوں نے location نہیں لکھی ہے اپنی ان کا</w:t>
      </w:r>
    </w:p>
    <w:p>
      <w:r>
        <w:rPr>
          <w:b/>
        </w:rPr>
        <w:t xml:space="preserve">[51:00] </w:t>
      </w:r>
      <w:r>
        <w:t>sawal yeh hai molana sahib mein bohat gham mein hoon char chote bachon ki akele taleem aur tarbiyat</w:t>
      </w:r>
    </w:p>
    <w:p>
      <w:pPr>
        <w:jc w:val="right"/>
      </w:pPr>
      <w:r>
        <w:t>سوال یہ ہے مولانا صاحب میں بہت غم میں ہوں چار چھوٹے بچوں کی اکیلے تعلیم اور تربیت</w:t>
      </w:r>
    </w:p>
    <w:p>
      <w:r>
        <w:rPr>
          <w:b/>
        </w:rPr>
        <w:t xml:space="preserve">[51:09] </w:t>
      </w:r>
      <w:r>
        <w:t>ki jab kuch sukoon mila to do bachhe ek sath allah ne bula liye ab is gham se</w:t>
      </w:r>
    </w:p>
    <w:p>
      <w:pPr>
        <w:jc w:val="right"/>
      </w:pPr>
      <w:r>
        <w:t>کی جب کچھ سکون ملا تو دو بچے ایک ساتھ اللہ نے بلا لیے اب اس غم سے</w:t>
      </w:r>
    </w:p>
    <w:p>
      <w:r>
        <w:rPr>
          <w:b/>
        </w:rPr>
        <w:t xml:space="preserve">[51:17] </w:t>
      </w:r>
      <w:r>
        <w:t>kaise niklun mere charon bachhe bohat naik aur farmanbardar the ab do bachhon ke sath hoon</w:t>
      </w:r>
    </w:p>
    <w:p>
      <w:pPr>
        <w:jc w:val="right"/>
      </w:pPr>
      <w:r>
        <w:t>کیسے نکلوں میرے چاروں بچے بہت نیک اور فرمانبردار تھے اب دو بچوں کے ساتھ ہوں</w:t>
      </w:r>
    </w:p>
    <w:p>
      <w:r>
        <w:rPr>
          <w:b/>
        </w:rPr>
        <w:t xml:space="preserve">[51:26] </w:t>
      </w:r>
      <w:r>
        <w:t>jo aap khud hi keh rahe hain ke allah ne bula liye tab bhi gham aap ko</w:t>
      </w:r>
    </w:p>
    <w:p>
      <w:pPr>
        <w:jc w:val="right"/>
      </w:pPr>
      <w:r>
        <w:t>جو آپ خود ہی کہہ رہے ہیں کہ اللہ نے بلا لیے تب بھی غم آپ کو</w:t>
      </w:r>
    </w:p>
    <w:p>
      <w:r>
        <w:rPr>
          <w:b/>
        </w:rPr>
        <w:t xml:space="preserve">[51:30] </w:t>
      </w:r>
      <w:r>
        <w:t>yani bulane wala jo khuda hai to to khush hona chahiye gham kyu</w:t>
      </w:r>
    </w:p>
    <w:p>
      <w:pPr>
        <w:jc w:val="right"/>
      </w:pPr>
      <w:r>
        <w:t>یعنی بلانے والا جو خدا ہے تو تو خوش ہونا چاہیے غم کیوں</w:t>
      </w:r>
    </w:p>
    <w:p>
      <w:r>
        <w:rPr>
          <w:b/>
        </w:rPr>
        <w:t xml:space="preserve">[51:37] </w:t>
      </w:r>
      <w:r>
        <w:t>contradiction zara dekhiye ek taraf to aap keh rahe hain ke Allah ne bula hai doosri taraf gham</w:t>
      </w:r>
    </w:p>
    <w:p>
      <w:pPr>
        <w:jc w:val="right"/>
      </w:pPr>
      <w:r>
        <w:t>contradiction ذرا دیکھیے ایک طرف تو آپ کہہ رہے ہیں کہ اللہ نے بلا ہے دوسری طرف غم</w:t>
      </w:r>
    </w:p>
    <w:p>
      <w:r>
        <w:rPr>
          <w:b/>
        </w:rPr>
        <w:t xml:space="preserve">[51:45] </w:t>
      </w:r>
      <w:r>
        <w:t>khula hua contradiction hai</w:t>
      </w:r>
    </w:p>
    <w:p>
      <w:pPr>
        <w:jc w:val="right"/>
      </w:pPr>
      <w:r>
        <w:t>کھلا ہوا contradiction ہے</w:t>
      </w:r>
    </w:p>
    <w:p>
      <w:r>
        <w:rPr>
          <w:b/>
        </w:rPr>
        <w:t xml:space="preserve">[51:48] </w:t>
      </w:r>
      <w:r>
        <w:t>contradiction nahi hai to munafiqat hai</w:t>
      </w:r>
    </w:p>
    <w:p>
      <w:pPr>
        <w:jc w:val="right"/>
      </w:pPr>
      <w:r>
        <w:t>contradiction نہیں ہے تو منافقت ہے</w:t>
      </w:r>
    </w:p>
    <w:p>
      <w:r>
        <w:rPr>
          <w:b/>
        </w:rPr>
        <w:t xml:space="preserve">[51:51] </w:t>
      </w:r>
      <w:r>
        <w:t>baat to yeh hai ke dil mein ke bete mar gaye lekin keh rahe hain ke khuda ne</w:t>
      </w:r>
    </w:p>
    <w:p>
      <w:pPr>
        <w:jc w:val="right"/>
      </w:pPr>
      <w:r>
        <w:t>بات تو یہ ہے کہ دل میں کہ بیٹے مر گئے لیکن کہہ رہے ہیں کہ خدا نے</w:t>
      </w:r>
    </w:p>
    <w:p>
      <w:r>
        <w:rPr>
          <w:b/>
        </w:rPr>
        <w:t xml:space="preserve">[51:55] </w:t>
      </w:r>
      <w:r>
        <w:t>bila lia yeh to munafiqat ki baat hai</w:t>
      </w:r>
    </w:p>
    <w:p>
      <w:pPr>
        <w:jc w:val="right"/>
      </w:pPr>
      <w:r>
        <w:t>بلا لیا یہ تو منافقت کی بات ہے</w:t>
      </w:r>
    </w:p>
    <w:p>
      <w:r>
        <w:rPr>
          <w:b/>
        </w:rPr>
        <w:t xml:space="preserve">[51:59] </w:t>
      </w:r>
      <w:r>
        <w:t>to aap kam se kam is se nikliye munafqat se wahi kahiye jo aap ke dil mein hai</w:t>
      </w:r>
    </w:p>
    <w:p>
      <w:pPr>
        <w:jc w:val="right"/>
      </w:pPr>
      <w:r>
        <w:t>تو آپ کم سے کم اس سے نکلیے منافقت سے وہی کہیے جو آپ کے دل میں ہے</w:t>
      </w:r>
    </w:p>
    <w:p>
      <w:r>
        <w:rPr>
          <w:b/>
        </w:rPr>
        <w:t xml:space="preserve">[52:07] </w:t>
      </w:r>
      <w:r>
        <w:t>aap agar aap ke dil mein yeh hai ke Allah ne bila lia to gham mat kijiye</w:t>
      </w:r>
    </w:p>
    <w:p>
      <w:pPr>
        <w:jc w:val="right"/>
      </w:pPr>
      <w:r>
        <w:t>آپ اگر آپ کے دل میں یہ ہے کہ اللہ نے بلا لیا تو غم مت کیجیے</w:t>
      </w:r>
    </w:p>
    <w:p>
      <w:r>
        <w:rPr>
          <w:b/>
        </w:rPr>
        <w:t xml:space="preserve">[52:13] </w:t>
      </w:r>
      <w:r>
        <w:t>agar yeh dil mein nahi hai to kahiye ke mar gaye yeh kyun kehte hain ke bila lia</w:t>
      </w:r>
    </w:p>
    <w:p>
      <w:pPr>
        <w:jc w:val="right"/>
      </w:pPr>
      <w:r>
        <w:t>اگر یہ دل میں نہیں ہے تو کہیے کہ مر گئے یہ کیوں کہتے ہیں کہ بلا لیا</w:t>
      </w:r>
    </w:p>
    <w:p>
      <w:r>
        <w:rPr>
          <w:b/>
        </w:rPr>
        <w:t xml:space="preserve">[52:19] </w:t>
      </w:r>
      <w:r>
        <w:t>sab se pehle apni islaah kijiye</w:t>
      </w:r>
    </w:p>
    <w:p>
      <w:pPr>
        <w:jc w:val="right"/>
      </w:pPr>
      <w:r>
        <w:t>سب سے پہلے اپنی اصلاح کیجیے</w:t>
      </w:r>
    </w:p>
    <w:p>
      <w:r>
        <w:rPr>
          <w:b/>
        </w:rPr>
        <w:t xml:space="preserve">[52:25] </w:t>
      </w:r>
      <w:r>
        <w:t>Maulana agla sawal lene se pehle ek comment padhna chahenge jo Aamir Mori ne Srinagar se bheja hai unhone likha hai only a honey bee is able to extract nectar because it does it with prepared mind</w:t>
      </w:r>
    </w:p>
    <w:p>
      <w:pPr>
        <w:jc w:val="right"/>
      </w:pPr>
      <w:r>
        <w:t>مولانا اگلا سوال لینے سے پہلے ایک comment پڑھنا چاہیں گے جو عامر موری نے سری نگر سے بھیجا ہے انہوں نے لکھا ہے only a honey bee is able to extract nectar because it does it with prepared mind</w:t>
      </w:r>
    </w:p>
    <w:p>
      <w:r>
        <w:rPr>
          <w:b/>
        </w:rPr>
        <w:t xml:space="preserve">[52:42] </w:t>
      </w:r>
      <w:r>
        <w:t>same is expected of human being to extract the best of wisdom wherever and whenever he finds in all the things thank you Maulana sahib for such a lovely and enlightening piece of advice it makes our day</w:t>
      </w:r>
    </w:p>
    <w:p>
      <w:pPr>
        <w:jc w:val="right"/>
      </w:pPr>
      <w:r>
        <w:t>same is expected of human being to extract the best of wisdom wherever and whenever he finds in all the things thank you مولانا صاحب for such a lovely and enlightening piece of advice it makes our day</w:t>
      </w:r>
    </w:p>
    <w:p>
      <w:r>
        <w:rPr>
          <w:b/>
        </w:rPr>
        <w:t xml:space="preserve">[52:59] </w:t>
      </w:r>
      <w:r>
        <w:t>maulana agla sawal bheja hai miss ansa choudhry ne pakistan se unhon ne likha hai maulana sahib i</w:t>
      </w:r>
    </w:p>
    <w:p>
      <w:pPr>
        <w:jc w:val="right"/>
      </w:pPr>
      <w:r>
        <w:t>مولانا اگلا سوال بھیجا ہے مس انصا چوہدری نے پاکستان سے انہوں نے لکھا ہے مولانا صاحب آئی</w:t>
      </w:r>
    </w:p>
    <w:p>
      <w:r>
        <w:rPr>
          <w:b/>
        </w:rPr>
        <w:t xml:space="preserve">[53:07] </w:t>
      </w:r>
      <w:r>
        <w:t>am ansa from islamabad pakistan i also volunteered for national book foundation</w:t>
      </w:r>
    </w:p>
    <w:p>
      <w:pPr>
        <w:jc w:val="right"/>
      </w:pPr>
      <w:r>
        <w:t>ایم انصا from اسلام آباد پاکستان آئی also volunteered for national book foundation</w:t>
      </w:r>
    </w:p>
    <w:p>
      <w:r>
        <w:rPr>
          <w:b/>
        </w:rPr>
        <w:t xml:space="preserve">[53:14] </w:t>
      </w:r>
      <w:r>
        <w:t>i loved it and i will inshallah take it as a mission my question is that i feel</w:t>
      </w:r>
    </w:p>
    <w:p>
      <w:pPr>
        <w:jc w:val="right"/>
      </w:pPr>
      <w:r>
        <w:t>آئی loved it and آئی will انشاءاللہ take it as a mission my question is that آئی feel</w:t>
      </w:r>
    </w:p>
    <w:p>
      <w:r>
        <w:rPr>
          <w:b/>
        </w:rPr>
        <w:t xml:space="preserve">[53:19] </w:t>
      </w:r>
      <w:r>
        <w:t>difficulty in tafakkur and tadabbur</w:t>
      </w:r>
    </w:p>
    <w:p>
      <w:pPr>
        <w:jc w:val="right"/>
      </w:pPr>
      <w:r>
        <w:t>difficulty in تفکر and تدبر</w:t>
      </w:r>
    </w:p>
    <w:p>
      <w:r>
        <w:rPr>
          <w:b/>
        </w:rPr>
        <w:t xml:space="preserve">[53:23] </w:t>
      </w:r>
      <w:r>
        <w:t>kindly guide me how can i improve myself</w:t>
      </w:r>
    </w:p>
    <w:p>
      <w:pPr>
        <w:jc w:val="right"/>
      </w:pPr>
      <w:r>
        <w:t>kindly guide me how can آئی improve myself</w:t>
      </w:r>
    </w:p>
    <w:p>
      <w:r>
        <w:rPr>
          <w:b/>
        </w:rPr>
        <w:t xml:space="preserve">[53:30] </w:t>
      </w:r>
      <w:r>
        <w:t>bas apne ko distraction se bachaiye</w:t>
      </w:r>
    </w:p>
    <w:p>
      <w:pPr>
        <w:jc w:val="right"/>
      </w:pPr>
      <w:r>
        <w:t>بس اپنے کو distraction سے بچائیے</w:t>
      </w:r>
    </w:p>
    <w:p>
      <w:r>
        <w:rPr>
          <w:b/>
        </w:rPr>
        <w:t xml:space="preserve">[53:34] </w:t>
      </w:r>
      <w:r>
        <w:t>sab se aasan cheez hai tafakkur</w:t>
      </w:r>
    </w:p>
    <w:p>
      <w:pPr>
        <w:jc w:val="right"/>
      </w:pPr>
      <w:r>
        <w:t>سب سے آسان چیز ہے تفکر</w:t>
      </w:r>
    </w:p>
    <w:p>
      <w:r>
        <w:rPr>
          <w:b/>
        </w:rPr>
        <w:t xml:space="preserve">[53:37] </w:t>
      </w:r>
      <w:r>
        <w:t>lekin agar aap ne distraction jeeta ho bachon mein ghar mein fashion mein kapde mein khane mein doston</w:t>
      </w:r>
    </w:p>
    <w:p>
      <w:pPr>
        <w:jc w:val="right"/>
      </w:pPr>
      <w:r>
        <w:t>لیکن اگر آپ نے distraction جیتا ہو بچوں میں گھر میں fashion میں کپڑے میں کھانے میں دوستوں</w:t>
      </w:r>
    </w:p>
    <w:p>
      <w:r>
        <w:rPr>
          <w:b/>
        </w:rPr>
        <w:t xml:space="preserve">[53:45] </w:t>
      </w:r>
      <w:r>
        <w:t>mein that is distraction to mushkil hogi is ko to agar aap chahte hain tafakkur ek ibadat hai</w:t>
      </w:r>
    </w:p>
    <w:p>
      <w:pPr>
        <w:jc w:val="right"/>
      </w:pPr>
      <w:r>
        <w:t>میں that is distraction تو مشکل ہوگی اس کو تو اگر آپ چاہتے ہیں تفکر ایک عبادت ہے</w:t>
      </w:r>
    </w:p>
    <w:p>
      <w:r>
        <w:rPr>
          <w:b/>
        </w:rPr>
        <w:t xml:space="preserve">[53:55] </w:t>
      </w:r>
      <w:r>
        <w:t>ibadat tafakkur ki ibadat mein jeena to apne ko distraction se bachaiye</w:t>
      </w:r>
    </w:p>
    <w:p>
      <w:pPr>
        <w:jc w:val="right"/>
      </w:pPr>
      <w:r>
        <w:t>عبادت تفکر کی عبادت میں جینا تو اپنے کو distraction سے بچائیے</w:t>
      </w:r>
    </w:p>
    <w:p>
      <w:r>
        <w:rPr>
          <w:b/>
        </w:rPr>
        <w:t xml:space="preserve">[54:03] </w:t>
      </w:r>
      <w:r>
        <w:t>apna focus badliye focus</w:t>
      </w:r>
    </w:p>
    <w:p>
      <w:pPr>
        <w:jc w:val="right"/>
      </w:pPr>
      <w:r>
        <w:t>اپنا focus بدلیے focus</w:t>
      </w:r>
    </w:p>
    <w:p>
      <w:r>
        <w:rPr>
          <w:b/>
        </w:rPr>
        <w:t xml:space="preserve">[54:06] </w:t>
      </w:r>
      <w:r>
        <w:t>aur koi is mein doosra raaz nahi hai</w:t>
      </w:r>
    </w:p>
    <w:p>
      <w:pPr>
        <w:jc w:val="right"/>
      </w:pPr>
      <w:r>
        <w:t>اور کوئی اس میں دوسرا راز نہیں ہے</w:t>
      </w:r>
    </w:p>
    <w:p>
      <w:r>
        <w:rPr>
          <w:b/>
        </w:rPr>
        <w:t xml:space="preserve">[54:10] </w:t>
      </w:r>
      <w:r>
        <w:t>srinagar se aa muhammad saleem mir sahib ne sawal kiya hai unhon</w:t>
      </w:r>
    </w:p>
    <w:p>
      <w:pPr>
        <w:jc w:val="right"/>
      </w:pPr>
      <w:r>
        <w:t>سری نگر سے آ محمد سلیم میر صاحب نے سوال کیا ہے انہوں</w:t>
      </w:r>
    </w:p>
    <w:p>
      <w:r>
        <w:rPr>
          <w:b/>
        </w:rPr>
        <w:t xml:space="preserve">[54:15] </w:t>
      </w:r>
      <w:r>
        <w:t>unhone unhone aap se poocha hai ke can we consider sayings of companions as the indirect sayings of profit which we must follow in our life</w:t>
      </w:r>
    </w:p>
    <w:p>
      <w:pPr>
        <w:jc w:val="right"/>
      </w:pPr>
      <w:r>
        <w:t>نے انہوں نے آپ سے پوچھا ہے کہ can we consider sayings of companions as the indirect sayings of profit which we must follow in our life</w:t>
      </w:r>
    </w:p>
    <w:p>
      <w:r>
        <w:rPr>
          <w:b/>
        </w:rPr>
        <w:t xml:space="preserve">[54:27] </w:t>
      </w:r>
      <w:r>
        <w:t>kindly guide us in this regard yeh hamesha nahi hota kuch un ki apni baatein bhi hoti hain</w:t>
      </w:r>
    </w:p>
    <w:p>
      <w:pPr>
        <w:jc w:val="right"/>
      </w:pPr>
      <w:r>
        <w:t>kindly guide us in this regard یہ ہمیشہ نہیں ہوتا کچھ ان کی اپنی باتیں بھی ہوتی ہیں</w:t>
      </w:r>
    </w:p>
    <w:p>
      <w:r>
        <w:rPr>
          <w:b/>
        </w:rPr>
        <w:t xml:space="preserve">[54:33] </w:t>
      </w:r>
      <w:r>
        <w:t>aap ko study kar ke jaan na padega ke bohat si baatein wahi hoti hain ke jo</w:t>
      </w:r>
    </w:p>
    <w:p>
      <w:pPr>
        <w:jc w:val="right"/>
      </w:pPr>
      <w:r>
        <w:t>آپ کو study کر کے جاننا پڑے گا کہ بہت سی باتیں وہی ہوتی ہیں کہ جو</w:t>
      </w:r>
    </w:p>
    <w:p>
      <w:r>
        <w:rPr>
          <w:b/>
        </w:rPr>
        <w:t xml:space="preserve">[54:40] </w:t>
      </w:r>
      <w:r>
        <w:t>hoti hain rasool Allah ki lekin is darr se ke kahin hum pakad mein na aa jayein to</w:t>
      </w:r>
    </w:p>
    <w:p>
      <w:pPr>
        <w:jc w:val="right"/>
      </w:pPr>
      <w:r>
        <w:t>ہوتی ہیں رسول اللہ کی لیکن اس ڈر سے کہ کہیں ہم پکڑ میں نہ آ جائیں تو</w:t>
      </w:r>
    </w:p>
    <w:p>
      <w:r>
        <w:rPr>
          <w:b/>
        </w:rPr>
        <w:t xml:space="preserve">[54:46] </w:t>
      </w:r>
      <w:r>
        <w:t>is ko keh dete hain general andaaz mein apni aql ko apply kar ke aap jaan sakte hain</w:t>
      </w:r>
    </w:p>
    <w:p>
      <w:pPr>
        <w:jc w:val="right"/>
      </w:pPr>
      <w:r>
        <w:t>اس کو کہہ دیتے ہیں جنرل انداز میں اپنی عقل کو اپلائی کر کے آپ جان سکتے ہیں</w:t>
      </w:r>
    </w:p>
    <w:p>
      <w:r>
        <w:rPr>
          <w:b/>
        </w:rPr>
        <w:t xml:space="preserve">[54:53] </w:t>
      </w:r>
      <w:r>
        <w:t>is maamle ko</w:t>
      </w:r>
    </w:p>
    <w:p>
      <w:pPr>
        <w:jc w:val="right"/>
      </w:pPr>
      <w:r>
        <w:t>اس معاملے کو</w:t>
      </w:r>
    </w:p>
    <w:p>
      <w:r>
        <w:rPr>
          <w:b/>
        </w:rPr>
        <w:t xml:space="preserve">[54:57] </w:t>
      </w:r>
      <w:r>
        <w:t>Maulana agla sawal Imran Khalid sahib ne Lahore se kiya hai unhone poocha hai ke can an ordinary muslim who is not a scholar achieve highest level of paradise</w:t>
      </w:r>
    </w:p>
    <w:p>
      <w:pPr>
        <w:jc w:val="right"/>
      </w:pPr>
      <w:r>
        <w:t>مولانا اگلا سوال عمران خالد صاحب نے لاہور سے کیا ہے انہوں نے پوچھا ہے کہ can an ordinary مسلم who is not a scholar achieve highest level of paradise</w:t>
      </w:r>
    </w:p>
    <w:p>
      <w:r>
        <w:rPr>
          <w:b/>
        </w:rPr>
        <w:t xml:space="preserve">[55:10] </w:t>
      </w:r>
      <w:r>
        <w:t>if yes then how what are the things that a person needs to do to get to the highest level of jannat</w:t>
      </w:r>
    </w:p>
    <w:p>
      <w:pPr>
        <w:jc w:val="right"/>
      </w:pPr>
      <w:r>
        <w:t>if yes then how what are the things that a person needs to do to get to the highest level of جنت</w:t>
      </w:r>
    </w:p>
    <w:p>
      <w:r>
        <w:rPr>
          <w:b/>
        </w:rPr>
        <w:t xml:space="preserve">[55:21] </w:t>
      </w:r>
      <w:r>
        <w:t>highest level ke maani hain highest marifat highest level of thinking to is ka talluq degree se nahi hai degree se is ka talluq nahi hai is ka talluq yeh hai ke aap dua karein study karein apni soch ko barhaayein khoob khoob dua karein is ka talluq kuch bhi degree se nahi hai</w:t>
      </w:r>
    </w:p>
    <w:p>
      <w:pPr>
        <w:jc w:val="right"/>
      </w:pPr>
      <w:r>
        <w:t>highest level کے معنی ہیں highest معرفت highest level of thinking تو اس کا تعلق degree سے نہیں ہے degree سے اس کا تعلق نہیں ہے اس کا تعلق یہ ہے کہ آپ دعا کریں study کریں اپنی سوچ کو بڑھائیں خوب خوب دعا کریں اس کا تعلق کچھ بھی degree سے نہیں ہے</w:t>
      </w:r>
    </w:p>
    <w:p>
      <w:r>
        <w:rPr>
          <w:b/>
        </w:rPr>
        <w:t xml:space="preserve">[55:49] </w:t>
      </w:r>
      <w:r>
        <w:t>maulana kolkata se aaftab alam sahib ne sawal bheja hai unhon ne likha hai ke jis tarah machhar</w:t>
      </w:r>
    </w:p>
    <w:p>
      <w:pPr>
        <w:jc w:val="right"/>
      </w:pPr>
      <w:r>
        <w:t>مولانا کلکتہ سے آفتاب عالم صاحب نے سوال بھیجا ہے انہوں نے لکھا ہے کہ جس طرح مچھر</w:t>
      </w:r>
    </w:p>
    <w:p>
      <w:r>
        <w:rPr>
          <w:b/>
        </w:rPr>
        <w:t xml:space="preserve">[55:55] </w:t>
      </w:r>
      <w:r>
        <w:t>lakh koshish kare aur apne aap ko prepared mind kar le tab bhi woh nectar hasil nahi kar</w:t>
      </w:r>
    </w:p>
    <w:p>
      <w:pPr>
        <w:jc w:val="right"/>
      </w:pPr>
      <w:r>
        <w:t>لاکھ کوشش کرے اور اپنے آپ کو prepared mind کر لے تب بھی وہ nectar حاصل نہیں کر</w:t>
      </w:r>
    </w:p>
    <w:p>
      <w:r>
        <w:rPr>
          <w:b/>
        </w:rPr>
        <w:t xml:space="preserve">[56:02] </w:t>
      </w:r>
      <w:r>
        <w:t>sakta kyunke is kaam ke liye honey bee muqarrar hai phir insan معرفت ya wisdom ko hasil karne</w:t>
      </w:r>
    </w:p>
    <w:p>
      <w:pPr>
        <w:jc w:val="right"/>
      </w:pPr>
      <w:r>
        <w:t>سکتا کیونکہ اس کام کے لیے honey bee مقرر ہے پھر انسان معرفت یا wisdom کو حاصل کرنے</w:t>
      </w:r>
    </w:p>
    <w:p>
      <w:r>
        <w:rPr>
          <w:b/>
        </w:rPr>
        <w:t xml:space="preserve">[56:10] </w:t>
      </w:r>
      <w:r>
        <w:t>ke liye kis tarah khud ko prepared mind kare is ke bare mein bataein</w:t>
      </w:r>
    </w:p>
    <w:p>
      <w:pPr>
        <w:jc w:val="right"/>
      </w:pPr>
      <w:r>
        <w:t>کے لیے کس طرح خود کو prepared mind کرے اس کے بارے میں بتائیں</w:t>
      </w:r>
    </w:p>
    <w:p>
      <w:r>
        <w:rPr>
          <w:b/>
        </w:rPr>
        <w:t xml:space="preserve">[56:17] </w:t>
      </w:r>
      <w:r>
        <w:t>bhai machhar ki misaal maine past tense mein di thi baqi insan to bohat hi bari cheez</w:t>
      </w:r>
    </w:p>
    <w:p>
      <w:pPr>
        <w:jc w:val="right"/>
      </w:pPr>
      <w:r>
        <w:t>بھئی مچھر کی مثال میں نے پاسٹ ٹینس میں دی تھی باقی انسان تو بہت ہی بڑی چیز</w:t>
      </w:r>
    </w:p>
    <w:p>
      <w:r>
        <w:rPr>
          <w:b/>
        </w:rPr>
        <w:t xml:space="preserve">[56:22] </w:t>
      </w:r>
      <w:r>
        <w:t>hai insan mind jo hai insan ka woh to universal capacity rakhta hai</w:t>
      </w:r>
    </w:p>
    <w:p>
      <w:pPr>
        <w:jc w:val="right"/>
      </w:pPr>
      <w:r>
        <w:t>ہے انسان mind جو ہے انسان کا وہ تو universal capacity رکھتا ہے</w:t>
      </w:r>
    </w:p>
    <w:p>
      <w:r>
        <w:rPr>
          <w:b/>
        </w:rPr>
        <w:t xml:space="preserve">[56:29] </w:t>
      </w:r>
      <w:r>
        <w:t>sirf ek cheez ek hi cheez se bachaein log apne ko distraction se kyunke</w:t>
      </w:r>
    </w:p>
    <w:p>
      <w:pPr>
        <w:jc w:val="right"/>
      </w:pPr>
      <w:r>
        <w:t>صرف ایک چیز ایک ہی چیز سے بچائیں لوگ اپنے کو distraction سے کیونکہ</w:t>
      </w:r>
    </w:p>
    <w:p>
      <w:r>
        <w:rPr>
          <w:b/>
        </w:rPr>
        <w:t xml:space="preserve">[56:35] </w:t>
      </w:r>
      <w:r>
        <w:t>har aadmi superman hai sirf ek hi kaam karna hai distraction se bachana to nature jab aap distraction se bachate hain to nature zinda ho jata hai nature alive ho jata hai phir sab kuch pa lete hain aap maulana agla sawal irfan sahib ne kiya hai bhopal se unhone likha hai maulana sahib most of the people get conditioned in life and form habits as they grow old</w:t>
      </w:r>
    </w:p>
    <w:p>
      <w:pPr>
        <w:jc w:val="right"/>
      </w:pPr>
      <w:r>
        <w:t>ہر آدمی superman ہے صرف ایک ہی کام کرنا ہے distraction سے بچانا تو nature جب آپ distraction سے بچاتے ہیں تو nature زندہ ہو جاتا ہے nature alive ہو جاتا ہے پھر سب کچھ پا لیتے ہیں آپ مولانا اگلا سوال عرفان صاحب نے کیا ہے بھوپال سے انہوں نے لکھا ہے مولانا صاحب most of the people get conditioned in life and form habits as they grow old</w:t>
      </w:r>
    </w:p>
    <w:p>
      <w:r>
        <w:rPr>
          <w:b/>
        </w:rPr>
        <w:t xml:space="preserve">[57:04] </w:t>
      </w:r>
      <w:r>
        <w:t>my question is can a person who is forty years old or more still be able to decondition himself or can he increase the power of grasp that you mentioned today if yes how can he do that so he becomes a prepared mind like you advised in today's talk</w:t>
      </w:r>
    </w:p>
    <w:p>
      <w:pPr>
        <w:jc w:val="right"/>
      </w:pPr>
      <w:r>
        <w:t>my question is can a person who is forty years old or more still be able to decondition himself or can he increase the power of grasp that you mentioned today if yes how can he do that so he becomes a prepared mind like you advised in today's talk</w:t>
      </w:r>
    </w:p>
    <w:p>
      <w:r>
        <w:rPr>
          <w:b/>
        </w:rPr>
        <w:t xml:space="preserve">[57:30] </w:t>
      </w:r>
      <w:r>
        <w:t>dekhiye</w:t>
      </w:r>
    </w:p>
    <w:p>
      <w:pPr>
        <w:jc w:val="right"/>
      </w:pPr>
      <w:r>
        <w:t>دیکھیے</w:t>
      </w:r>
    </w:p>
    <w:p>
      <w:r>
        <w:rPr>
          <w:b/>
        </w:rPr>
        <w:t xml:space="preserve">[57:34] </w:t>
      </w:r>
      <w:r>
        <w:t>zindagi mein koi late nahi hota haan it's never too late</w:t>
      </w:r>
    </w:p>
    <w:p>
      <w:pPr>
        <w:jc w:val="right"/>
      </w:pPr>
      <w:r>
        <w:t>زندگی میں کوئی late نہیں ہوتا ہاں it's never too late</w:t>
      </w:r>
    </w:p>
    <w:p>
      <w:r>
        <w:rPr>
          <w:b/>
        </w:rPr>
        <w:t xml:space="preserve">[57:40] </w:t>
      </w:r>
      <w:r>
        <w:t>is insan ka mind itna alive hai itna itna zyada bari capacity is ke andar hai ke late</w:t>
      </w:r>
    </w:p>
    <w:p>
      <w:pPr>
        <w:jc w:val="right"/>
      </w:pPr>
      <w:r>
        <w:t>اس انسان کا mind اتنا alive ہے اتنا اتنا زیادہ بڑی capacity اس کے اندر ہے کہ late</w:t>
      </w:r>
    </w:p>
    <w:p>
      <w:r>
        <w:rPr>
          <w:b/>
        </w:rPr>
        <w:t xml:space="preserve">[57:48] </w:t>
      </w:r>
      <w:r>
        <w:t>koi cheez nahi jab bhi aap zinda kar lein apne mind ko jab bhi tayyar kar lein to</w:t>
      </w:r>
    </w:p>
    <w:p>
      <w:pPr>
        <w:jc w:val="right"/>
      </w:pPr>
      <w:r>
        <w:t>کوئی چیز نہیں جب بھی آپ زندہ کر لیں اپنے mind کو جب بھی تیار کر لیں تو</w:t>
      </w:r>
    </w:p>
    <w:p>
      <w:r>
        <w:rPr>
          <w:b/>
        </w:rPr>
        <w:t xml:space="preserve">[57:54] </w:t>
      </w:r>
      <w:r>
        <w:t>bas shuru ho gaya</w:t>
      </w:r>
    </w:p>
    <w:p>
      <w:pPr>
        <w:jc w:val="right"/>
      </w:pPr>
      <w:r>
        <w:t>بس شروع ہو گیا</w:t>
      </w:r>
    </w:p>
    <w:p>
      <w:r>
        <w:rPr>
          <w:b/>
        </w:rPr>
        <w:t xml:space="preserve">[57:57] </w:t>
      </w:r>
      <w:r>
        <w:t>yaani excuse lete rehte hain log mein bara tajurba yeh hai ke log khwamkhwah excuse lete hain excuse</w:t>
      </w:r>
    </w:p>
    <w:p>
      <w:pPr>
        <w:jc w:val="right"/>
      </w:pPr>
      <w:r>
        <w:t>یعنی excuse لیتے رہتے ہیں لوگ میں بڑا تجربہ یہ ہے کہ لوگ خوامخواہ excuse لیتے ہیں excuse</w:t>
      </w:r>
    </w:p>
    <w:p>
      <w:r>
        <w:rPr>
          <w:b/>
        </w:rPr>
        <w:t xml:space="preserve">[58:03] </w:t>
      </w:r>
      <w:r>
        <w:t>jisko dekhein woh excuse leta hai</w:t>
      </w:r>
    </w:p>
    <w:p>
      <w:pPr>
        <w:jc w:val="right"/>
      </w:pPr>
      <w:r>
        <w:t>جس کو دیکھیں وہ excuse لیتا ہے</w:t>
      </w:r>
    </w:p>
    <w:p>
      <w:r>
        <w:rPr>
          <w:b/>
        </w:rPr>
        <w:t xml:space="preserve">[58:06] </w:t>
      </w:r>
      <w:r>
        <w:t>is liye pehli baat yeh hai ke aap is ko pakrein ke if you have good excuse don't</w:t>
      </w:r>
    </w:p>
    <w:p>
      <w:pPr>
        <w:jc w:val="right"/>
      </w:pPr>
      <w:r>
        <w:t>اس لیے پہلی بات یہ ہے کہ آپ اس کو پکڑیں کہ if you have good excuse don't</w:t>
      </w:r>
    </w:p>
    <w:p>
      <w:r>
        <w:rPr>
          <w:b/>
        </w:rPr>
        <w:t xml:space="preserve">[58:11] </w:t>
      </w:r>
      <w:r>
        <w:t>use it</w:t>
      </w:r>
    </w:p>
    <w:p>
      <w:pPr>
        <w:jc w:val="right"/>
      </w:pPr>
      <w:r>
        <w:t>use it</w:t>
      </w:r>
    </w:p>
    <w:p>
      <w:r>
        <w:rPr>
          <w:b/>
        </w:rPr>
        <w:t xml:space="preserve">[58:13] </w:t>
      </w:r>
      <w:r>
        <w:t>agar aap chahte hain bari taraqqi to is ko pakad lejiye ke if you have good excuse dont use it</w:t>
      </w:r>
    </w:p>
    <w:p>
      <w:pPr>
        <w:jc w:val="right"/>
      </w:pPr>
      <w:r>
        <w:t>اگر آپ چاہتے ہیں بڑی ترقی تو اس کو پکڑ لیجیے کہ if you have good excuse don't use it</w:t>
      </w:r>
    </w:p>
    <w:p>
      <w:r>
        <w:rPr>
          <w:b/>
        </w:rPr>
        <w:t xml:space="preserve">[58:22] </w:t>
      </w:r>
      <w:r>
        <w:t>phir koi rukawat nahi rahegi</w:t>
      </w:r>
    </w:p>
    <w:p>
      <w:pPr>
        <w:jc w:val="right"/>
      </w:pPr>
      <w:r>
        <w:t>پھر کوئی رکاوٹ نہیں رہے گی</w:t>
      </w:r>
    </w:p>
    <w:p>
      <w:r>
        <w:rPr>
          <w:b/>
        </w:rPr>
        <w:t xml:space="preserve">[58:28] </w:t>
      </w:r>
      <w:r>
        <w:t>maulana agla sawal furqan sahib ne lucknow se bheja hai unhone likha hai maulana today you gave a wonderful example of japan by explaining the importance of replanning replanning comes with wisdom so my question is how to ensure that the second planning also does not fail</w:t>
      </w:r>
    </w:p>
    <w:p>
      <w:pPr>
        <w:jc w:val="right"/>
      </w:pPr>
      <w:r>
        <w:t>مولانا اگلا سوال فرقان صاحب نے لکھنؤ سے بھیجا ہے انہوں نے لکھا ہے مولانا today you gave a wonderful example of Japan by explaining the importance of replanning replanning comes with wisdom so my question is how to ensure that the second planning also does not fail</w:t>
      </w:r>
    </w:p>
    <w:p>
      <w:r>
        <w:rPr>
          <w:b/>
        </w:rPr>
        <w:t xml:space="preserve">[58:52] </w:t>
      </w:r>
      <w:r>
        <w:t>i have understood that the beginning is done by accepting ones mistake but maulana sahib please tell us what else is required besides accepting ones mistake so that our second planning becomes successful</w:t>
      </w:r>
    </w:p>
    <w:p>
      <w:pPr>
        <w:jc w:val="right"/>
      </w:pPr>
      <w:r>
        <w:t>I have understood that the beginning is done by accepting one's mistake but مولانا صاحب please tell us what else is required besides accepting one's mistake so that our second planning becomes successful</w:t>
      </w:r>
    </w:p>
    <w:p>
      <w:r>
        <w:rPr>
          <w:b/>
        </w:rPr>
        <w:t xml:space="preserve">[59:09] </w:t>
      </w:r>
      <w:r>
        <w:t>dekhiye koi bhi shakhs yeh nahi kahega ke second planning hamesha right planning hoti hai yeh koi</w:t>
      </w:r>
    </w:p>
    <w:p>
      <w:pPr>
        <w:jc w:val="right"/>
      </w:pPr>
      <w:r>
        <w:t>دیکھیے کوئی بھی شخص یہ نہیں کہے گا کہ سیکنڈ پلاننگ ہمیشہ رائٹ پلاننگ ہوتی ہے یہ کوئی</w:t>
      </w:r>
    </w:p>
    <w:p>
      <w:r>
        <w:rPr>
          <w:b/>
        </w:rPr>
        <w:t xml:space="preserve">[59:16] </w:t>
      </w:r>
      <w:r>
        <w:t>bhi nahi kahega</w:t>
      </w:r>
    </w:p>
    <w:p>
      <w:pPr>
        <w:jc w:val="right"/>
      </w:pPr>
      <w:r>
        <w:t>بھی نہیں کہے گا</w:t>
      </w:r>
    </w:p>
    <w:p>
      <w:r>
        <w:rPr>
          <w:b/>
        </w:rPr>
        <w:t xml:space="preserve">[59:19] </w:t>
      </w:r>
      <w:r>
        <w:t>jitne bare bare log hain unhone second planning ki third planning ki fourth planning ki tab bare</w:t>
      </w:r>
    </w:p>
    <w:p>
      <w:pPr>
        <w:jc w:val="right"/>
      </w:pPr>
      <w:r>
        <w:t>جتنے بڑے بڑے لوگ ہیں انہوں نے سیکنڈ پلاننگ کی تھرڈ پلاننگ کی فورتھ پلاننگ کی تب بڑے</w:t>
      </w:r>
    </w:p>
    <w:p>
      <w:r>
        <w:rPr>
          <w:b/>
        </w:rPr>
        <w:t xml:space="preserve">[59:24] </w:t>
      </w:r>
      <w:r>
        <w:t>aadmi bane to yeh kaha tha try try try again</w:t>
      </w:r>
    </w:p>
    <w:p>
      <w:pPr>
        <w:jc w:val="right"/>
      </w:pPr>
      <w:r>
        <w:t>آدمی بنے تو یہ کہا تھا try try try again</w:t>
      </w:r>
    </w:p>
    <w:p>
      <w:r>
        <w:rPr>
          <w:b/>
        </w:rPr>
        <w:t xml:space="preserve">[59:29] </w:t>
      </w:r>
      <w:r>
        <w:t>to mein yeh koshish yeh nahi kar sakta ke second planning hamesha</w:t>
      </w:r>
    </w:p>
    <w:p>
      <w:pPr>
        <w:jc w:val="right"/>
      </w:pPr>
      <w:r>
        <w:t>تو میں یہ کوشش یہ نہیں کر سکتا کہ سیکنڈ پلاننگ ہمیشہ</w:t>
      </w:r>
    </w:p>
    <w:p>
      <w:r>
        <w:rPr>
          <w:b/>
        </w:rPr>
        <w:t xml:space="preserve">[59:35] </w:t>
      </w:r>
      <w:r>
        <w:t>successful hoti hai is mein kuch ghalati hogi is ka experience lijiye aur phir agle agle</w:t>
      </w:r>
    </w:p>
    <w:p>
      <w:pPr>
        <w:jc w:val="right"/>
      </w:pPr>
      <w:r>
        <w:t>successful ہوتی ہے اس میں کچھ غلطی ہوگی اس کا experience لیجیے اور پھر اگلے اگلے</w:t>
      </w:r>
    </w:p>
    <w:p>
      <w:r>
        <w:rPr>
          <w:b/>
        </w:rPr>
        <w:t xml:space="preserve">[59:42] </w:t>
      </w:r>
      <w:r>
        <w:t>stage par is ko usay usay usay sabak lijiye</w:t>
      </w:r>
    </w:p>
    <w:p>
      <w:pPr>
        <w:jc w:val="right"/>
      </w:pPr>
      <w:r>
        <w:t>stage پر اس کو اسے اسے سبق لیجیے</w:t>
      </w:r>
    </w:p>
    <w:p>
      <w:r>
        <w:rPr>
          <w:b/>
        </w:rPr>
        <w:t xml:space="preserve">[59:47] </w:t>
      </w:r>
      <w:r>
        <w:t>to replan phir phir replanning kijiye</w:t>
      </w:r>
    </w:p>
    <w:p>
      <w:pPr>
        <w:jc w:val="right"/>
      </w:pPr>
      <w:r>
        <w:t>تو replan پھر پھر replanning کیجیے</w:t>
      </w:r>
    </w:p>
    <w:p>
      <w:r>
        <w:rPr>
          <w:b/>
        </w:rPr>
        <w:t xml:space="preserve">[59:52] </w:t>
      </w:r>
      <w:r>
        <w:t>jaise Abraham Blinken jo tha</w:t>
      </w:r>
    </w:p>
    <w:p>
      <w:pPr>
        <w:jc w:val="right"/>
      </w:pPr>
      <w:r>
        <w:t>جیسے ابراہم بلنکن جو تھا</w:t>
      </w:r>
    </w:p>
    <w:p>
      <w:r>
        <w:rPr>
          <w:b/>
        </w:rPr>
        <w:t xml:space="preserve">[59:54] </w:t>
      </w:r>
      <w:r>
        <w:t>America ka us ne us ko president banne ka shauq tha to das baar woh election mein gaya</w:t>
      </w:r>
    </w:p>
    <w:p>
      <w:pPr>
        <w:jc w:val="right"/>
      </w:pPr>
      <w:r>
        <w:t>امریکہ کا اس نے اس کو president بننے کا شوق تھا تو دس بار وہ election میں گیا</w:t>
      </w:r>
    </w:p>
    <w:p>
      <w:r>
        <w:rPr>
          <w:b/>
        </w:rPr>
        <w:t xml:space="preserve">[1:00:04] </w:t>
      </w:r>
      <w:r>
        <w:t>das baar daswein baar ja kar jeeta woh Abraham Blinken</w:t>
      </w:r>
    </w:p>
    <w:p>
      <w:pPr>
        <w:jc w:val="right"/>
      </w:pPr>
      <w:r>
        <w:t>دس بار دسویں بار جا کر جیتا وہ ابراہم بلنکن</w:t>
      </w:r>
    </w:p>
    <w:p>
      <w:r>
        <w:rPr>
          <w:b/>
        </w:rPr>
        <w:t xml:space="preserve">[1:00:10] </w:t>
      </w:r>
      <w:r>
        <w:t>to kaha das baar ki planning karni pari us ko yeh to hota hai Maulana agla sawal bheja</w:t>
      </w:r>
    </w:p>
    <w:p>
      <w:pPr>
        <w:jc w:val="right"/>
      </w:pPr>
      <w:r>
        <w:t>تو کہا دس بار کی پلاننگ کرنی پڑی اس کو یہ تو ہوتا ہے مولانا اگلا سوال بھیجا</w:t>
      </w:r>
    </w:p>
    <w:p>
      <w:r>
        <w:rPr>
          <w:b/>
        </w:rPr>
        <w:t xml:space="preserve">[1:00:18] </w:t>
      </w:r>
      <w:r>
        <w:t>hai abu dhabi se ameer qureshi sahib ne aur unhon ne aap se poocha hai ke maulana sahib</w:t>
      </w:r>
    </w:p>
    <w:p>
      <w:pPr>
        <w:jc w:val="right"/>
      </w:pPr>
      <w:r>
        <w:t>ہے ابو دھابی سے امیر قریشی صاحب نے اور انہوں نے آپ سے پوچھا ہے کہ مولانا صاحب</w:t>
      </w:r>
    </w:p>
    <w:p>
      <w:r>
        <w:rPr>
          <w:b/>
        </w:rPr>
        <w:t xml:space="preserve">[1:00:25] </w:t>
      </w:r>
      <w:r>
        <w:t>why the day of judgement will be so hard</w:t>
      </w:r>
    </w:p>
    <w:p>
      <w:pPr>
        <w:jc w:val="right"/>
      </w:pPr>
      <w:r>
        <w:t>why the day of judgement will be so hard</w:t>
      </w:r>
    </w:p>
    <w:p>
      <w:r>
        <w:rPr>
          <w:b/>
        </w:rPr>
        <w:t xml:space="preserve">[1:00:29] </w:t>
      </w:r>
      <w:r>
        <w:t>even good and pious people will be there as well</w:t>
      </w:r>
    </w:p>
    <w:p>
      <w:pPr>
        <w:jc w:val="right"/>
      </w:pPr>
      <w:r>
        <w:t>even good and pious people will be there as well</w:t>
      </w:r>
    </w:p>
    <w:p>
      <w:r>
        <w:rPr>
          <w:b/>
        </w:rPr>
        <w:t xml:space="preserve">[1:00:36] </w:t>
      </w:r>
      <w:r>
        <w:t>hamari kitab hai aakhirat ka safar is ko parhiye aap aakhirat ka safar choti si kitab hai is ko parhiye okay so we will end this session now we will be back next sunday same time thank you.</w:t>
      </w:r>
    </w:p>
    <w:p>
      <w:pPr>
        <w:jc w:val="right"/>
      </w:pPr>
      <w:r>
        <w:t>ہماری کتاب ہے آخرت کا سفر اس کو پڑھیے آپ آخرت کا سفر چھوٹی سی کتاب ہے اس کو پڑھیے اوکے so we will end this session now we will be back next Sunday same time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