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Politics November 17, 2013</w:t>
      </w:r>
    </w:p>
    <w:p>
      <w:r>
        <w:t>https://www.youtube.com/watch?v=2MiJJ1QzDRY</w:t>
      </w:r>
    </w:p>
    <w:p>
      <w:r>
        <w:rPr>
          <w:b/>
        </w:rPr>
        <w:t xml:space="preserve">[00:14] </w:t>
      </w:r>
      <w:r>
        <w:t>bismillah rahman rahim wasallahu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november 2013 ki 17 tareekh hai.</w:t>
      </w:r>
    </w:p>
    <w:p>
      <w:pPr>
        <w:jc w:val="right"/>
      </w:pPr>
      <w:r>
        <w:t>آج نومبر 2013 کی 17 تاریخ ہے۔</w:t>
      </w:r>
    </w:p>
    <w:p>
      <w:r>
        <w:rPr>
          <w:b/>
        </w:rPr>
        <w:t xml:space="preserve">[00:42] </w:t>
      </w:r>
      <w:r>
        <w:t>kal ek arab scholar mujh se milne ke liye aaye, un ka talluq misr tha.</w:t>
      </w:r>
    </w:p>
    <w:p>
      <w:pPr>
        <w:jc w:val="right"/>
      </w:pPr>
      <w:r>
        <w:t>کل ایک عرب اسکالر مجھ سے ملنے کے لیے آئے، ان کا تعلق مصر تھا۔</w:t>
      </w:r>
    </w:p>
    <w:p>
      <w:r>
        <w:rPr>
          <w:b/>
        </w:rPr>
        <w:t xml:space="preserve">[00:52] </w:t>
      </w:r>
      <w:r>
        <w:t>woh cairo mein rehte hain. to un se bohat lambi baat cheet hui, mein ke do ghante se zyada.</w:t>
      </w:r>
    </w:p>
    <w:p>
      <w:pPr>
        <w:jc w:val="right"/>
      </w:pPr>
      <w:r>
        <w:t>وہ قاہرہ میں رہتے ہیں۔ تو ان سے بہت لمبی بات چیت ہوئی، میں کہ دو گھنٹے سے زیادہ۔</w:t>
      </w:r>
    </w:p>
    <w:p>
      <w:r>
        <w:rPr>
          <w:b/>
        </w:rPr>
        <w:t xml:space="preserve">[01:04] </w:t>
      </w:r>
      <w:r>
        <w:t>subject tha islam aur politics.</w:t>
      </w:r>
    </w:p>
    <w:p>
      <w:pPr>
        <w:jc w:val="right"/>
      </w:pPr>
      <w:r>
        <w:t>سبجیکٹ تھا اسلام اور پولیٹکس۔</w:t>
      </w:r>
    </w:p>
    <w:p>
      <w:r>
        <w:rPr>
          <w:b/>
        </w:rPr>
        <w:t xml:space="preserve">[01:10] </w:t>
      </w:r>
      <w:r>
        <w:t>to aaj ka yahi subject hai, islam and politics.</w:t>
      </w:r>
    </w:p>
    <w:p>
      <w:pPr>
        <w:jc w:val="right"/>
      </w:pPr>
      <w:r>
        <w:t>تو آج کا یہی سبجیکٹ ہے، اسلام اینڈ پولیٹکس۔</w:t>
      </w:r>
    </w:p>
    <w:p>
      <w:r>
        <w:rPr>
          <w:b/>
        </w:rPr>
        <w:t xml:space="preserve">[01:18] </w:t>
      </w:r>
      <w:r>
        <w:t>un ki baat cheet se mujhe yeh baat wazeh hui ke kya wajah hai ke sari dunya ke musalman, mere janne ke mutabiq, widd out any exception,</w:t>
      </w:r>
    </w:p>
    <w:p>
      <w:pPr>
        <w:jc w:val="right"/>
      </w:pPr>
      <w:r>
        <w:t>ان کی بات چیت سے مجھے یہ بات واضح ہوئی کہ کیا وجہ ہے کہ ساری دنیا کے مسلمان، میرے جاننے کے مطابق، وِد آؤٹ اینی ایکسیپشن،</w:t>
      </w:r>
    </w:p>
    <w:p>
      <w:r>
        <w:rPr>
          <w:b/>
        </w:rPr>
        <w:t xml:space="preserve">[01:35] </w:t>
      </w:r>
      <w:r>
        <w:t>violent ho rahe hain. sab ke sab. yani koi active violence mein mubtala hai, koi passive violence mein.</w:t>
      </w:r>
    </w:p>
    <w:p>
      <w:pPr>
        <w:jc w:val="right"/>
      </w:pPr>
      <w:r>
        <w:t>وائلنٹ ہو رہے ہیں۔ سب کے سب۔ یعنی کوئی ایکٹیو وائلنس میں مبتلا ہے، کوئی پیسو وائلنس میں۔</w:t>
      </w:r>
    </w:p>
    <w:p>
      <w:r>
        <w:rPr>
          <w:b/>
        </w:rPr>
        <w:t xml:space="preserve">[01:49] </w:t>
      </w:r>
      <w:r>
        <w:t>active violence kya hai? ladna bhirna, gun aur bomb chalana. passive violence kya hai? heat, nafrat.</w:t>
      </w:r>
    </w:p>
    <w:p>
      <w:pPr>
        <w:jc w:val="right"/>
      </w:pPr>
      <w:r>
        <w:t>ایکٹیو وائلنس کیا ہے؟ لڑنا بھڑنا، گن اور بم چلانا۔ پیسو وائلنس کیا ہے؟ ہیٹ، نفرت۔</w:t>
      </w:r>
    </w:p>
    <w:p>
      <w:r>
        <w:rPr>
          <w:b/>
        </w:rPr>
        <w:t xml:space="preserve">[02:00] </w:t>
      </w:r>
      <w:r>
        <w:t>to main ne bohat safar kiya hai, india mein bhi, bahar bhi. mere janne mein, hamara jo CPS ka halqa hai, us ke bahar koi ek shakhs bhi main nahin janta, main apne ilm ke mutabiq, jo violence mein na jeeta ho.</w:t>
      </w:r>
    </w:p>
    <w:p>
      <w:pPr>
        <w:jc w:val="right"/>
      </w:pPr>
      <w:r>
        <w:t>تو میں نے بہت سفر کیا ہے، انڈیا میں بھی، باہر بھی۔ میرے جاننے میں، ہمارا جو سی پی ایس کا حلقہ ہے، اس کے باہر کوئی ایک شخص بھی میں نہیں جانتا، میں اپنے علم کے مطابق، جو وائلنس میں نہ جیتا ہو۔</w:t>
      </w:r>
    </w:p>
    <w:p>
      <w:r>
        <w:rPr>
          <w:b/>
        </w:rPr>
        <w:t xml:space="preserve">[02:20] </w:t>
      </w:r>
      <w:r>
        <w:t>violence ka matlab main dono le raha hoon, active violence aur passive violence. yani ya to woh gun culture aur bomb culture chala raha hai, ya phir woh hate karta hai, sari dunya se.</w:t>
      </w:r>
    </w:p>
    <w:p>
      <w:pPr>
        <w:jc w:val="right"/>
      </w:pPr>
      <w:r>
        <w:t>وائلنس کا مطلب میں دونوں لے رہا ہوں، ایکٹیو وائلنس اور پیسو وائلنس۔ یعنی یا تو وہ گن کلچر اور بم کلچر چلا رہا ہے، یا پھر وہ ہیٹ کرتا ہے، ساری دنیا سے۔</w:t>
      </w:r>
    </w:p>
    <w:p>
      <w:r>
        <w:rPr>
          <w:b/>
        </w:rPr>
        <w:t xml:space="preserve">[02:37] </w:t>
      </w:r>
      <w:r>
        <w:t>to yeh ek aisi baat hai jis ka agar koi inkar kare to main samajhta hoon ke</w:t>
      </w:r>
    </w:p>
    <w:p>
      <w:pPr>
        <w:jc w:val="right"/>
      </w:pPr>
      <w:r>
        <w:t>تو یہ ایک ایسی بات ہے جس کا اگر کوئی انکار کرے تو میں سمجھتا ہوں کہ</w:t>
      </w:r>
    </w:p>
    <w:p>
      <w:r>
        <w:rPr>
          <w:b/>
        </w:rPr>
        <w:t xml:space="preserve">[02:46] </w:t>
      </w:r>
      <w:r>
        <w:t>us ke paas koi daleel nahin hogi inkar karne ki. koi jo inkar kare woh khud bhi violence mein mubtala hoga, nafrat mein.</w:t>
      </w:r>
    </w:p>
    <w:p>
      <w:pPr>
        <w:jc w:val="right"/>
      </w:pPr>
      <w:r>
        <w:t>اس کے پاس کوئی دلیل نہیں ہوگی انکار کرنے کی۔ کوئی جو انکار کرے وہ خود بھی وائلنس میں مبتلا ہوگا، نفرت میں۔</w:t>
      </w:r>
    </w:p>
    <w:p>
      <w:r>
        <w:rPr>
          <w:b/>
        </w:rPr>
        <w:t xml:space="preserve">[02:59] </w:t>
      </w:r>
      <w:r>
        <w:t>to un ki baat cheet jo itni lambi choori un se meri hui, woh Egypt ke ek top ke scholar the. to meri samajh mein aya ke is ki wajah kya hai.</w:t>
      </w:r>
    </w:p>
    <w:p>
      <w:pPr>
        <w:jc w:val="right"/>
      </w:pPr>
      <w:r>
        <w:t>تو ان کی بات چیت جو اتنی لمبی چوڑی ان سے میری ہوئی، وہ ایجپٹ کے ایک ٹاپ کے اسکالر تھے۔ تو میری سمجھ میں آیا کہ اس کی وجہ کیا ہے۔</w:t>
      </w:r>
    </w:p>
    <w:p>
      <w:r>
        <w:rPr>
          <w:b/>
        </w:rPr>
        <w:t xml:space="preserve">[03:13] </w:t>
      </w:r>
      <w:r>
        <w:t>yani yeh musalmanon mein jo yeh jo culture aa gaya hai, is culture ka sabab kya hai.</w:t>
      </w:r>
    </w:p>
    <w:p>
      <w:pPr>
        <w:jc w:val="right"/>
      </w:pPr>
      <w:r>
        <w:t>یعنی یہ مسلمانوں میں جو یہ جو کلچر آ گیا ہے، اس کلچر کا سبب کیا ہے۔</w:t>
      </w:r>
    </w:p>
    <w:p>
      <w:r>
        <w:rPr>
          <w:b/>
        </w:rPr>
        <w:t xml:space="preserve">[03:26] </w:t>
      </w:r>
      <w:r>
        <w:t>is ka sabab hai Islam ko</w:t>
      </w:r>
    </w:p>
    <w:p>
      <w:pPr>
        <w:jc w:val="right"/>
      </w:pPr>
      <w:r>
        <w:t>اس کا سبب ہے اسلام کو</w:t>
      </w:r>
    </w:p>
    <w:p>
      <w:r>
        <w:rPr>
          <w:b/>
        </w:rPr>
        <w:t xml:space="preserve">[03:31] </w:t>
      </w:r>
      <w:r>
        <w:t>mukammal Islam batana, including political system. yahi is ka sabab hai. is zamane mein, yeh na Quran mein hai, na hadith mein hai,</w:t>
      </w:r>
    </w:p>
    <w:p>
      <w:pPr>
        <w:jc w:val="right"/>
      </w:pPr>
      <w:r>
        <w:t>مکمل اسلام بتانا، انکلوڈنگ پولیٹیکل سسٹم۔ یہی اس کا سبب ہے۔ اس زمانے میں، یہ نہ قرآن میں ہے، نہ حدیث میں ہے،</w:t>
      </w:r>
    </w:p>
    <w:p>
      <w:r>
        <w:rPr>
          <w:b/>
        </w:rPr>
        <w:t xml:space="preserve">[03:47] </w:t>
      </w:r>
      <w:r>
        <w:t>na is ke baad Islam ki tareekh mein yeh term use hua, Islam ek mukammal nizam hai. kyunke aaj kal jo hai, sari dunya mein hi halat bolte hain log.</w:t>
      </w:r>
    </w:p>
    <w:p>
      <w:pPr>
        <w:jc w:val="right"/>
      </w:pPr>
      <w:r>
        <w:t>نہ اس کے بعد اسلام کی تاریخ میں یہ ٹرم یوز ہوا، اسلام ایک مکمل نظام ہے۔ کیونکہ آج کل جو ہے، ساری دنیا میں ہی حلت بولتے ہیں لوگ۔</w:t>
      </w:r>
    </w:p>
    <w:p>
      <w:r>
        <w:rPr>
          <w:b/>
        </w:rPr>
        <w:t xml:space="preserve">[04:00] </w:t>
      </w:r>
      <w:r>
        <w:t>arab kahenge ke Islam deen kamil o shamil hai.</w:t>
      </w:r>
    </w:p>
    <w:p>
      <w:pPr>
        <w:jc w:val="right"/>
      </w:pPr>
      <w:r>
        <w:t>عرب کہیں گے کہ اسلام دین کامل و شامل ہے۔</w:t>
      </w:r>
    </w:p>
    <w:p>
      <w:r>
        <w:rPr>
          <w:b/>
        </w:rPr>
        <w:t xml:space="preserve">[04:06] </w:t>
      </w:r>
      <w:r>
        <w:t>aur yeh jo Indian subcontinent hai, is mein kahenge ke Islam mukammal nizam hai. aap maghrib mein jayen to wahan ke musalman kahenge ke Islam ek complete system hai.</w:t>
      </w:r>
    </w:p>
    <w:p>
      <w:pPr>
        <w:jc w:val="right"/>
      </w:pPr>
      <w:r>
        <w:t>اور یہ جو انڈین سب کو ایڈینٹ ہے، اس میں کہیں گے کہ اسلام مکمل نظام ہے۔ آپ مغرب میں جائیں تو وہاں کے مسلمان کہیں گے کہ اسلام ایک کمپلیٹ سسٹم ہے۔</w:t>
      </w:r>
    </w:p>
    <w:p>
      <w:r>
        <w:rPr>
          <w:b/>
        </w:rPr>
        <w:t xml:space="preserve">[04:20] </w:t>
      </w:r>
      <w:r>
        <w:t>yahi woh cheez hai jis ne sari dunya ke musalmanon ko violent bana diya hai. yeh meri samajh mein aya.</w:t>
      </w:r>
    </w:p>
    <w:p>
      <w:pPr>
        <w:jc w:val="right"/>
      </w:pPr>
      <w:r>
        <w:t>یہی وہ چیز ہے جس نے ساری دنیا کے مسلمانوں کو وائلنٹ بنا دیا ہے۔ یہ میری سمجھ میں آیا۔</w:t>
      </w:r>
    </w:p>
    <w:p>
      <w:r>
        <w:rPr>
          <w:b/>
        </w:rPr>
        <w:t xml:space="preserve">[04:30] </w:t>
      </w:r>
      <w:r>
        <w:t>aur kitni yani super evil hai main samajhta hoon, violence mein jeena. chahe woh active violence ho ya passive violence ho, dono mere dekh super evil hain.</w:t>
      </w:r>
    </w:p>
    <w:p>
      <w:pPr>
        <w:jc w:val="right"/>
      </w:pPr>
      <w:r>
        <w:t>اور کتنی یعنی سپر ایول ہے میں سمجھتا ہوں، وائلنس میں جینا۔ چاہے وہ ایکٹیو وائلنس ہو یا پیسو وائلنس ہو، دونوں میرے دیکھ سپر ایول ہیں۔</w:t>
      </w:r>
    </w:p>
    <w:p>
      <w:r>
        <w:rPr>
          <w:b/>
        </w:rPr>
        <w:t xml:space="preserve">[04:44] </w:t>
      </w:r>
      <w:r>
        <w:t>kyun? jahan</w:t>
      </w:r>
    </w:p>
    <w:p>
      <w:pPr>
        <w:jc w:val="right"/>
      </w:pPr>
      <w:r>
        <w:t>کیوں؟ جہاں</w:t>
      </w:r>
    </w:p>
    <w:p>
      <w:r>
        <w:rPr>
          <w:b/>
        </w:rPr>
        <w:t xml:space="preserve">[04:49] </w:t>
      </w:r>
      <w:r>
        <w:t>yeh culture aya, wahan marifat rokhsat ho gayi. yani Allah se mohabbat, Allah ki marifat, deen ka gehri samajh, yeh sab rokhsat ho gayi.</w:t>
      </w:r>
    </w:p>
    <w:p>
      <w:pPr>
        <w:jc w:val="right"/>
      </w:pPr>
      <w:r>
        <w:t>یہ کلچر آیا، وہاں معرفت رخصت ہو گئی۔ یعنی اللہ سے محبت، اللہ کی معرفت، دین کا گہری سمجھ، یہ سب رخصت ہو گئی۔</w:t>
      </w:r>
    </w:p>
    <w:p>
      <w:r>
        <w:rPr>
          <w:b/>
        </w:rPr>
        <w:t xml:space="preserve">[05:01] </w:t>
      </w:r>
      <w:r>
        <w:t>aur yahi musalmanon ka haal ho raha hai is zamane mein. dekhen is ka raaz kya hai.</w:t>
      </w:r>
    </w:p>
    <w:p>
      <w:pPr>
        <w:jc w:val="right"/>
      </w:pPr>
      <w:r>
        <w:t>اور یہی مسلمانوں کا حال ہو رہا ہے اس زمانے میں۔ دیکھیں اس کا راز کیا ہے۔</w:t>
      </w:r>
    </w:p>
    <w:p>
      <w:r>
        <w:rPr>
          <w:b/>
        </w:rPr>
        <w:t xml:space="preserve">[05:10] </w:t>
      </w:r>
      <w:r>
        <w:t>ek hoti hai aadmi ki apni private zindagi, ek hoti hai social ya political life.</w:t>
      </w:r>
    </w:p>
    <w:p>
      <w:pPr>
        <w:jc w:val="right"/>
      </w:pPr>
      <w:r>
        <w:t>ایک ہوتی ہے آدمی کی اپنی پرائیویٹ زندگی، ایک ہوتی ہے سوشل یا پولیٹیکل لائف۔</w:t>
      </w:r>
    </w:p>
    <w:p>
      <w:r>
        <w:rPr>
          <w:b/>
        </w:rPr>
        <w:t xml:space="preserve">[05:19] </w:t>
      </w:r>
      <w:r>
        <w:t>to aadmi ki apni zindagi jo hai, wahan to kisi se aap ko poochna nahin hai. aap jaise chahen waise apne ghar mein rahen.</w:t>
      </w:r>
    </w:p>
    <w:p>
      <w:pPr>
        <w:jc w:val="right"/>
      </w:pPr>
      <w:r>
        <w:t>تو آدمی کی اپنی زندگی جو ہے، وہاں تو کسی سے آپ کو پوچھنا نہیں ہے۔ آپ جیسے چاہیں ویسے اپنے گھر میں رہیں۔</w:t>
      </w:r>
    </w:p>
    <w:p>
      <w:r>
        <w:rPr>
          <w:b/>
        </w:rPr>
        <w:t xml:space="preserve">[05:30] </w:t>
      </w:r>
      <w:r>
        <w:t>yani Allah ko aap ek manen to kisi se aap ko poochna nahin hai. aap namaz padhen, aap Quran padhen, aap marifat hasil karne ki koshish karen, aap tadabbur aur tafakkur karen.</w:t>
      </w:r>
    </w:p>
    <w:p>
      <w:pPr>
        <w:jc w:val="right"/>
      </w:pPr>
      <w:r>
        <w:t>یعنی اللہ کو آپ ایک مانیں تو کسی سے آپ کو پوچھنا نہیں ہے۔ آپ نماز پڑھیں، آپ قرآن پڑھیں، آپ معرفت حاصل کرنے کی کوشش کریں، آپ تدبر اور تفکر کریں۔</w:t>
      </w:r>
    </w:p>
    <w:p>
      <w:r>
        <w:rPr>
          <w:b/>
        </w:rPr>
        <w:t xml:space="preserve">[05:45] </w:t>
      </w:r>
      <w:r>
        <w:t>aap insanon ki hidayat ke liye duayen karen, apne liye Allah se hidayat mangen. to is mein aap ko kisi se takrana nahin hai.</w:t>
      </w:r>
    </w:p>
    <w:p>
      <w:pPr>
        <w:jc w:val="right"/>
      </w:pPr>
      <w:r>
        <w:t>آپ انسانوں کی ہدایت کے لیے دعائیں کریں، اپنے لیے اللہ سے ہدایت مانگیں۔ تو اس میں آپ کو کسی سے ٹکرانا نہیں ہے۔</w:t>
      </w:r>
    </w:p>
    <w:p>
      <w:r>
        <w:rPr>
          <w:b/>
        </w:rPr>
        <w:t xml:space="preserve">[05:56] </w:t>
      </w:r>
      <w:r>
        <w:t>apne ghar mein is deen ko aap ikhtiyar kar sakte hain. aur iqamat e deen yahi hai. Quran majeed mein jo lafz aya hai iqamat e deen to is ka matlab yahi hai ke apne aap ko deen e khuda wandi par qaim karo.</w:t>
      </w:r>
    </w:p>
    <w:p>
      <w:pPr>
        <w:jc w:val="right"/>
      </w:pPr>
      <w:r>
        <w:t>اپنے گھر میں اس دین کو آپ اختیار کر سکتے ہیں۔ اور اقامت الدین یہی ہے۔ قرآن مجید میں جو لفظ آیا ہے اقامت الدین تو اس کا مطلب یہی ہے کہ اپنے آپ کو دین خداوندی پر قائم کرو۔</w:t>
      </w:r>
    </w:p>
    <w:p>
      <w:r>
        <w:rPr>
          <w:b/>
        </w:rPr>
        <w:t xml:space="preserve">[06:12] </w:t>
      </w:r>
      <w:r>
        <w:t>yeh iqamat e deen haqeeqat mein aadmi ki apni zaati zindagi ke liye hai. ke aap ko Allah ki daryaft ho, Allah se mohabbat ho aap ko, Allah se khauf karen aap.</w:t>
      </w:r>
    </w:p>
    <w:p>
      <w:pPr>
        <w:jc w:val="right"/>
      </w:pPr>
      <w:r>
        <w:t>یہ اقامت الدین حقیقت میں آدمی کی اپنی ذاتی زندگی کے لیے ہے۔ کہ آپ کو اللہ کی دریافت ہو، اللہ سے محبت ہو آپ کو، اللہ سے خوف کریں آپ۔</w:t>
      </w:r>
    </w:p>
    <w:p>
      <w:r>
        <w:rPr>
          <w:b/>
        </w:rPr>
        <w:t xml:space="preserve">[06:25] </w:t>
      </w:r>
      <w:r>
        <w:t>aap jannat o jahannum ke baray mein sochen. aap acha akhlaq ikhtiyar karen, logon ke liye khair khwah hon. apni zindagi mein aap amant dari ikhtiyar karen, sach bolen.</w:t>
      </w:r>
    </w:p>
    <w:p>
      <w:pPr>
        <w:jc w:val="right"/>
      </w:pPr>
      <w:r>
        <w:t>آپ جنت و جہنم کے بارے میں سوچیں۔ آپ اچھا اخلاق اختیار کریں، لوگوں کے لیے خیر خواہ ہوں۔ اپنی زندگی میں آپ امانت داری اختیار کریں، سچ بولیں۔</w:t>
      </w:r>
    </w:p>
    <w:p>
      <w:r>
        <w:rPr>
          <w:b/>
        </w:rPr>
        <w:t xml:space="preserve">[06:41] </w:t>
      </w:r>
      <w:r>
        <w:t>yeh sari chezen jo hain iqamat-e-deen hain. is mein aap ko kisi se takrana hai, na kisi se nafrat karna hai, na koi aap se larne ke liye aye ga.</w:t>
      </w:r>
    </w:p>
    <w:p>
      <w:pPr>
        <w:jc w:val="right"/>
      </w:pPr>
      <w:r>
        <w:t>یہ ساری چیزیں جو ہیں اقامت الدین ہیں۔ اس میں آپ کو کسی سے ٹکرانا ہے، نہ کسی سے نفرت کرنا ہے، نہ کوئی آپ سے لڑنے کے لیے آئے گا۔</w:t>
      </w:r>
    </w:p>
    <w:p>
      <w:r>
        <w:rPr>
          <w:b/>
        </w:rPr>
        <w:t xml:space="preserve">[06:56] </w:t>
      </w:r>
      <w:r>
        <w:t>private life har aadmi guzar raha hai baghair is ke ke us ko kisi se ladna paray.</w:t>
      </w:r>
    </w:p>
    <w:p>
      <w:pPr>
        <w:jc w:val="right"/>
      </w:pPr>
      <w:r>
        <w:t>پرائیویٹ لائف ہر آدمی گزار رہا ہے بغیر اس کے کہ اس کو کسی سے لڑنا پڑے۔</w:t>
      </w:r>
    </w:p>
    <w:p>
      <w:r>
        <w:rPr>
          <w:b/>
        </w:rPr>
        <w:t xml:space="preserve">[07:03] </w:t>
      </w:r>
      <w:r>
        <w:t>chahe secular life ho ya religious life ho. lekin jab aap system ki baat karte hain to foran takrao shuru ho jata hai.</w:t>
      </w:r>
    </w:p>
    <w:p>
      <w:pPr>
        <w:jc w:val="right"/>
      </w:pPr>
      <w:r>
        <w:t>چاہے سیکولر لائف ہو یا ریلیجس لائف ہو۔ لیکن جب آپ سسٹم کی بات کرتے ہیں تو فوراً ٹکراؤ شروع ہو جاتا ہے۔</w:t>
      </w:r>
    </w:p>
    <w:p>
      <w:r>
        <w:rPr>
          <w:b/>
        </w:rPr>
        <w:t xml:space="preserve">[07:13] </w:t>
      </w:r>
      <w:r>
        <w:t>kyun ke aap jis mulk mein rahen wahan par aik system hoga. India ka aik system, Sri Lanka ka aik system, Britain, Germany, France, Africa ka system, har jagah aik system hai.</w:t>
      </w:r>
    </w:p>
    <w:p>
      <w:pPr>
        <w:jc w:val="right"/>
      </w:pPr>
      <w:r>
        <w:t>کیونکہ آپ جس ملک میں رہیں وہاں پر ایک سسٹم ہوگا۔ انڈیا کا ایک سسٹم، سری لنکا کا ایک سسٹم، برٹن، جرمنی، فرانس، افریقہ کا سسٹم، ہر جگہ ایک سسٹم ہے۔</w:t>
      </w:r>
    </w:p>
    <w:p>
      <w:r>
        <w:rPr>
          <w:b/>
        </w:rPr>
        <w:t xml:space="preserve">[07:29] </w:t>
      </w:r>
      <w:r>
        <w:t>dunya mein taqreeban 200 countries hain to har jagah ka aik system aik hai. ab aap agar yeh aqeedah bana len ke mujhe system ko Islamize karna hai to foran takrao shuru ho.</w:t>
      </w:r>
    </w:p>
    <w:p>
      <w:pPr>
        <w:jc w:val="right"/>
      </w:pPr>
      <w:r>
        <w:t>دنیا میں تقریباً 200 کنٹریز ہیں تو ہر جگہ کا ایک سسٹم ایک ہے۔ اب آپ اگر یہ عقیدہ بنا لیں کہ مجھے سسٹم کو اسلامائز کرنا ہے تو فوراً ٹکراؤ شروع ہو۔</w:t>
      </w:r>
    </w:p>
    <w:p>
      <w:r>
        <w:rPr>
          <w:b/>
        </w:rPr>
        <w:t xml:space="preserve">[07:45] </w:t>
      </w:r>
      <w:r>
        <w:t>agar aap ka aqeedah yeh ho ke mujhe apne aap ko Islamize karna hai to koi takrao nahin. iqamat-e-deen ka matlab hai apne aap ko Islamize karo.</w:t>
      </w:r>
    </w:p>
    <w:p>
      <w:pPr>
        <w:jc w:val="right"/>
      </w:pPr>
      <w:r>
        <w:t>اگر آپ کا عقیدہ یہ ہو کہ مجھے اپنے آپ کو اسلامائز کرنا ہے تو کوئی ٹکراؤ نہیں۔ اقامت الدین کا مطلب ہے اپنے آپ کو اسلامائز کرو۔</w:t>
      </w:r>
    </w:p>
    <w:p>
      <w:r>
        <w:rPr>
          <w:b/>
        </w:rPr>
        <w:t xml:space="preserve">[07:56] </w:t>
      </w:r>
      <w:r>
        <w:t>lekin jab aap mukammal deen aur system ki baaten karen, political Islam ki baat karen to kya hoga? aap jis mulk mein hain wahin aap dekhen ke aik mukhtalif type ka wahan par system qaim hai.</w:t>
      </w:r>
    </w:p>
    <w:p>
      <w:pPr>
        <w:jc w:val="right"/>
      </w:pPr>
      <w:r>
        <w:t>لیکن جب آپ مکمل دین اور سسٹم کی باتیں کریں، پولیٹیکل اسلام کی بات کریں تو کیا ہوگا؟ آپ جس ملک میں ہیں وہیں آپ دیکھیں کہ ایک مختلف ٹائپ کا وہاں پر سسٹم قائم ہے۔</w:t>
      </w:r>
    </w:p>
    <w:p>
      <w:r>
        <w:rPr>
          <w:b/>
        </w:rPr>
        <w:t xml:space="preserve">[08:12] </w:t>
      </w:r>
      <w:r>
        <w:t>aik nizam qaim hai. to apne aqeeday ke rooh se aap zaroor samjhen ge ke mein is system ko badlun. is nizam ko badlun. to kya hai?</w:t>
      </w:r>
    </w:p>
    <w:p>
      <w:pPr>
        <w:jc w:val="right"/>
      </w:pPr>
      <w:r>
        <w:t>ایک نظام قائم ہے۔ تو اپنے عقیدے کے روح سے آپ ضرور سمجھیں گے کہ میں اس سسٹم کو بدلوں۔ اس نظام کو بدلوں۔ تو کیا ہے؟</w:t>
      </w:r>
    </w:p>
    <w:p>
      <w:r>
        <w:rPr>
          <w:b/>
        </w:rPr>
        <w:t xml:space="preserve">[08:22] </w:t>
      </w:r>
      <w:r>
        <w:t>kya woh aadmi kahe ga haan aap badal do? zahir hai ke woh resist kare ga. jab resist kare ga to takrao shuru ho jaye ga. yahi wajah hai ke sari dunya mein musalmanon ka zehan jo hai violent ban gaya.</w:t>
      </w:r>
    </w:p>
    <w:p>
      <w:pPr>
        <w:jc w:val="right"/>
      </w:pPr>
      <w:r>
        <w:t>کیا وہ آدمی کہے گا ہاں آپ بدل دو؟ ظاہر ہے کہ وہ ریزسٹ کرے گا۔ جب ریزسٹ کرے گا تو ٹکراؤ شروع ہو جائے گا۔ یہی وجہ ہے کہ ساری دنیا میں مسلمانوں کا ذہن جو ہے وائلنٹ بن گیا۔</w:t>
      </w:r>
    </w:p>
    <w:p>
      <w:r>
        <w:rPr>
          <w:b/>
        </w:rPr>
        <w:t xml:space="preserve">[08:36] </w:t>
      </w:r>
      <w:r>
        <w:t>takrao ka zehan. is bomb marte hain, gun marte hain. kyun ke unhein system ko badalna hai. hatta ke jo Muslim countries hain wahan bhi woh gun marte hain, bomb marte hain.</w:t>
      </w:r>
    </w:p>
    <w:p>
      <w:pPr>
        <w:jc w:val="right"/>
      </w:pPr>
      <w:r>
        <w:t>ٹکراؤ کا ذہن۔ اس بم مارتے ہیں، گن مارتے ہیں۔ کیونکہ انہیں سسٹم کو بدلنا ہے۔ حتیٰ کہ جو مسلم کنٹریز ہیں وہاں بھی وہ گن مارتے ہیں، بم مارتے ہیں۔</w:t>
      </w:r>
    </w:p>
    <w:p>
      <w:r>
        <w:rPr>
          <w:b/>
        </w:rPr>
        <w:t xml:space="preserve">[08:47] </w:t>
      </w:r>
      <w:r>
        <w:t>kyun ke wahan bhi unhein system ko badalna hai. wahan bhi jo system hai Muslim countries mein wahan bhi sochte hain ke yeh to in ka jo apna model hai Islamic system ka us ke khilaf dikhai deta hai in ko.</w:t>
      </w:r>
    </w:p>
    <w:p>
      <w:pPr>
        <w:jc w:val="right"/>
      </w:pPr>
      <w:r>
        <w:t>کیونکہ وہاں بھی انہیں سسٹم کو بدلنا ہے۔ وہاں بھی جو سسٹم ہے مسلم کنٹریز میں وہاں بھی سوچتے ہیں کہ یہ تو ان کا جو اپنا ماڈل ہے اسلامک سسٹم کا اس کے خلاف دکھائی دیتا ہے ان کو۔</w:t>
      </w:r>
    </w:p>
    <w:p>
      <w:r>
        <w:rPr>
          <w:b/>
        </w:rPr>
        <w:t xml:space="preserve">[09:03] </w:t>
      </w:r>
      <w:r>
        <w:t>to is ko badalne ke liye wahan un se matanfir ho gaye hain aur un ke khilaf bhi karwai karte hain. to dekhen sab se bari evil jo is waqt musalmanon par masallat hai woh hai yeh tasawwur ke Islam mukammal nizam hai, Islam complete system hai,</w:t>
      </w:r>
    </w:p>
    <w:p>
      <w:pPr>
        <w:jc w:val="right"/>
      </w:pPr>
      <w:r>
        <w:t>تو اس کو بدلنے کے لیے وہاں ان سے متنفر ہو گئے ہیں اور ان کے خلاف بھی کارروائی کرتے ہیں۔ تو دیکھیں سب سے بڑی ایول جو اس وقت مسلمانوں پر مسلط ہے وہ ہے یہ تصور کہ اسلام مکمل نظام ہے، اسلام کمپلیٹ سسٹم ہے،</w:t>
      </w:r>
    </w:p>
    <w:p>
      <w:r>
        <w:rPr>
          <w:b/>
        </w:rPr>
        <w:t xml:space="preserve">[09:25] </w:t>
      </w:r>
      <w:r>
        <w:t>Islam deen shamil o kamil ka tasawwur jo hai yeh hai.</w:t>
      </w:r>
    </w:p>
    <w:p>
      <w:pPr>
        <w:jc w:val="right"/>
      </w:pPr>
      <w:r>
        <w:t>اسلام دین شامل و کامل کا تصور جو ہے یہ ہے۔</w:t>
      </w:r>
    </w:p>
    <w:p>
      <w:r>
        <w:rPr>
          <w:b/>
        </w:rPr>
        <w:t xml:space="preserve">[09:33] </w:t>
      </w:r>
      <w:r>
        <w:t>yeh tazeen yaani yeh yeh shaitan ki tazeen hai. mein samajhta hoon ke shaitan ne bohat si tazeenen ki hain dunya mein.</w:t>
      </w:r>
    </w:p>
    <w:p>
      <w:pPr>
        <w:jc w:val="right"/>
      </w:pPr>
      <w:r>
        <w:t>یہ تزین یعنی یہ یہ شیطان کی تزین ہے۔ میں سمجھتا ہوں کہ شیطان نے بہت سی تزینیں کی ہیں دنیا میں۔</w:t>
      </w:r>
    </w:p>
    <w:p>
      <w:r>
        <w:rPr>
          <w:b/>
        </w:rPr>
        <w:t xml:space="preserve">[09:43] </w:t>
      </w:r>
      <w:r>
        <w:t>Adam ko bhi is ne tazeen mein mubtala kiya. lekin super tazeen ghaleban yahi hai Islam ka political interpretation.</w:t>
      </w:r>
    </w:p>
    <w:p>
      <w:pPr>
        <w:jc w:val="right"/>
      </w:pPr>
      <w:r>
        <w:t>آدم کو بھی اس نے تزین میں مبتلا کیا۔ لیکن سپر تزین غالباً یہی ہے اسلام کا پولیٹیکل انٹرپریٹیشن۔</w:t>
      </w:r>
    </w:p>
    <w:p>
      <w:r>
        <w:rPr>
          <w:b/>
        </w:rPr>
        <w:t xml:space="preserve">[09:52] </w:t>
      </w:r>
      <w:r>
        <w:t>super tazeen hai yeh. poori history mein itni bari tazeen shaitan nahin kar paya tha jitni bari aaj kya hai. kyun ke yeh bohat beautiful lafz hai.</w:t>
      </w:r>
    </w:p>
    <w:p>
      <w:pPr>
        <w:jc w:val="right"/>
      </w:pPr>
      <w:r>
        <w:t>سپر تزین ہے یہ۔ پوری ہسٹری میں اتنی بڑی تزین شیطان نہیں کر پایا تھا جتنی بڑی آج کیا ہے۔ کیونکہ یہ بہت بیوٹی فل لفظ ہے۔</w:t>
      </w:r>
    </w:p>
    <w:p>
      <w:r>
        <w:rPr>
          <w:b/>
        </w:rPr>
        <w:t xml:space="preserve">[10:02] </w:t>
      </w:r>
      <w:r>
        <w:t>bohat hi beautiful term hai yeh. lekin woh beautiful term sari evil ki jar hai.</w:t>
      </w:r>
    </w:p>
    <w:p>
      <w:pPr>
        <w:jc w:val="right"/>
      </w:pPr>
      <w:r>
        <w:t>بہت ہی بیوٹی فل ٹرم ہے یہ۔ لیکن وہ بیوٹی فل ٹرم ساری ایول کی جڑ ہے۔</w:t>
      </w:r>
    </w:p>
    <w:p>
      <w:r>
        <w:rPr>
          <w:b/>
        </w:rPr>
        <w:t xml:space="preserve">[10:14] </w:t>
      </w:r>
      <w:r>
        <w:t>to Islam ne kya tasawwur diya hai? Islam ne yeh tasawwur diya hai ke bohat hi practical tasawwur hai Islam ka.</w:t>
      </w:r>
    </w:p>
    <w:p>
      <w:pPr>
        <w:jc w:val="right"/>
      </w:pPr>
      <w:r>
        <w:t>تو اسلام نے کیا تصور دیا ہے؟ اسلام نے یہ تصور دیا ہے کہ بہت ہی پریکٹیکل تصور ہے اسلام کا۔</w:t>
      </w:r>
    </w:p>
    <w:p>
      <w:r>
        <w:rPr>
          <w:b/>
        </w:rPr>
        <w:t xml:space="preserve">[10:24] </w:t>
      </w:r>
      <w:r>
        <w:t>bohat practical.</w:t>
      </w:r>
    </w:p>
    <w:p>
      <w:pPr>
        <w:jc w:val="right"/>
      </w:pPr>
      <w:r>
        <w:t>بہت پریکٹیکل۔</w:t>
      </w:r>
    </w:p>
    <w:p>
      <w:r>
        <w:rPr>
          <w:b/>
        </w:rPr>
        <w:t xml:space="preserve">[10:28] </w:t>
      </w:r>
      <w:r>
        <w:t>apni zaat ke maamle mein iqamat-e-deen, system ke maamle mein usool o khair.</w:t>
      </w:r>
    </w:p>
    <w:p>
      <w:pPr>
        <w:jc w:val="right"/>
      </w:pPr>
      <w:r>
        <w:t>اپنی ذات کے معاملے میں اقامت الدین، سسٹم کے معاملے میں اصول و خیر۔</w:t>
      </w:r>
    </w:p>
    <w:p>
      <w:r>
        <w:rPr>
          <w:b/>
        </w:rPr>
        <w:t xml:space="preserve">[10:39] </w:t>
      </w:r>
      <w:r>
        <w:t>apni zaat ke maamle mein usool kis se karen ge aap? kisi aur hoga us se usool karen ge? deen ki iqamat to apne aap par karna hai. lekin jab usool ki baat hogi to doosre se hogi woh.</w:t>
      </w:r>
    </w:p>
    <w:p>
      <w:pPr>
        <w:jc w:val="right"/>
      </w:pPr>
      <w:r>
        <w:t>اپنی ذات کے معاملے میں اصول کس سے کریں گے آپ؟ کسی اور ہوگا اس سے اصول کریں گے؟ دین کی اقامت تو اپنے آپ پر کرنا ہے۔ لیکن جب اصول کی بات ہوگی تو دوسرے سے ہوگی وہ۔</w:t>
      </w:r>
    </w:p>
    <w:p>
      <w:r>
        <w:rPr>
          <w:b/>
        </w:rPr>
        <w:t xml:space="preserve">[10:52] </w:t>
      </w:r>
      <w:r>
        <w:t>to Quran ne jo tasawwur diya hai woh hai apni zaat ke maamle mein iqamat-e-deen aur system ke maamle mein usool o khair. yaani is ko agar lafz badlun mein kahoon to mein kahoon ga ke apni zaat ke maamle mein idealism,</w:t>
      </w:r>
    </w:p>
    <w:p>
      <w:pPr>
        <w:jc w:val="right"/>
      </w:pPr>
      <w:r>
        <w:t>تو قرآن نے جو تصور دیا ہے وہ ہے اپنی ذات کے معاملے میں اقامت الدین اور سسٹم کے معاملے میں اصول و خیر۔ یعنی اس کو اگر لفظ بدلوں میں کہوں تو میں کہوں گا کہ اپنی ذات کے معاملے میں آئیڈیلزم،</w:t>
      </w:r>
    </w:p>
    <w:p>
      <w:r>
        <w:rPr>
          <w:b/>
        </w:rPr>
        <w:t xml:space="preserve">[11:10] </w:t>
      </w:r>
      <w:r>
        <w:t>apni zaat ke maamle mein idealism aur system ke maamle mein status quoism.</w:t>
      </w:r>
    </w:p>
    <w:p>
      <w:pPr>
        <w:jc w:val="right"/>
      </w:pPr>
      <w:r>
        <w:t>اپنی ذات کے معاملے میں آئیڈیلزم اور سسٹم کے معاملے میں اسٹیٹس کوئزم۔</w:t>
      </w:r>
    </w:p>
    <w:p>
      <w:r>
        <w:rPr>
          <w:b/>
        </w:rPr>
        <w:t xml:space="preserve">[11:20] </w:t>
      </w:r>
      <w:r>
        <w:t>yaani jo kisi mulk mein system hai us ko maan lo.</w:t>
      </w:r>
    </w:p>
    <w:p>
      <w:pPr>
        <w:jc w:val="right"/>
      </w:pPr>
      <w:r>
        <w:t>یعنی جو کسی ملک میں سسٹم ہے اس کو مان لو۔</w:t>
      </w:r>
    </w:p>
    <w:p>
      <w:r>
        <w:rPr>
          <w:b/>
        </w:rPr>
        <w:t xml:space="preserve">[11:27] </w:t>
      </w:r>
      <w:r>
        <w:t>jab aap maan lenge to aap ko koi koi problem nahin hoga. jahan bhi musalmanon ka takrao hai to jhoota yani force ground par hai, force ground par ke woh zulm karte hain.</w:t>
      </w:r>
    </w:p>
    <w:p>
      <w:pPr>
        <w:jc w:val="right"/>
      </w:pPr>
      <w:r>
        <w:t>جب آپ مان لیں گے تو آپ کو کوئی کوئی پرابلم نہیں ہوگا۔ جہاں بھی مسلمانوں کا ٹکراؤ ہے تو جھوٹا یعنی فورس گراؤنڈ پر ہے، فورس گراؤنڈ پر کہ وہ ظلم کرتے ہیں۔</w:t>
      </w:r>
    </w:p>
    <w:p>
      <w:r>
        <w:rPr>
          <w:b/>
        </w:rPr>
        <w:t xml:space="preserve">[11:42] </w:t>
      </w:r>
      <w:r>
        <w:t>zulm koi nahin karta. jab aap is system ko todna chahte hain jo hakim ho us ko, us ko overthrow karna chahte hain ya aap takht par qabza karna chahte hain to phir woh aap ka dushman ho jata hai.</w:t>
      </w:r>
    </w:p>
    <w:p>
      <w:pPr>
        <w:jc w:val="right"/>
      </w:pPr>
      <w:r>
        <w:t>ظلم کوئی نہیں کرتا۔ جب آپ اس سسٹم کو توڑنا چاہتے ہیں جو حاکم ہو اس کو، اس کو اوور تھرو کرنا چاہتے ہیں یا آپ تخت پر قبضہ کرنا چاہتے ہیں تو پھر وہ آپ کا دشمن ہو جاتا ہے۔</w:t>
      </w:r>
    </w:p>
    <w:p>
      <w:r>
        <w:rPr>
          <w:b/>
        </w:rPr>
        <w:t xml:space="preserve">[11:57] </w:t>
      </w:r>
      <w:r>
        <w:t>woh aap ko marta peetta hai. agar aap system ke bare mein status quo ban jayen to kahin aap ko koi pakar dakkar nahin hai.</w:t>
      </w:r>
    </w:p>
    <w:p>
      <w:pPr>
        <w:jc w:val="right"/>
      </w:pPr>
      <w:r>
        <w:t>وہ آپ کو مارتا پیٹتا ہے۔ اگر آپ سسٹم کے بارے میں اسٹیٹس کوئزم بن جائیں تو کہیں آپ کو کوئی پکڑ دکڑ نہیں ہے۔</w:t>
      </w:r>
    </w:p>
    <w:p>
      <w:r>
        <w:rPr>
          <w:b/>
        </w:rPr>
        <w:t xml:space="preserve">[12:07] </w:t>
      </w:r>
      <w:r>
        <w:t>jaise hum dekhen India mein hain. bahut se logon ko India ke sakht shikayat hain. yahan tak ke hain aise log jo isi mulk mein jo kehte hain ke India musalmanon ke liye enemy country hai.</w:t>
      </w:r>
    </w:p>
    <w:p>
      <w:pPr>
        <w:jc w:val="right"/>
      </w:pPr>
      <w:r>
        <w:t>جیسے ہم دیکھیں انڈیا میں ہیں۔ بہت سے لوگوں کو انڈیا کے سخت شکایت ہیں۔ یہاں تک کہ ہیں ایسے لوگ جو اسی ملک میں جو کہتے ہیں کہ انڈیا مسلمانوں کے لیے اینمی کنٹری ہے۔</w:t>
      </w:r>
    </w:p>
    <w:p>
      <w:r>
        <w:rPr>
          <w:b/>
        </w:rPr>
        <w:t xml:space="preserve">[12:19] </w:t>
      </w:r>
      <w:r>
        <w:t>yeh chupa hua. India mein musalman siege mein hain. India mein musalmanon ko skirt plastic se baandh diya gaya hai.</w:t>
      </w:r>
    </w:p>
    <w:p>
      <w:pPr>
        <w:jc w:val="right"/>
      </w:pPr>
      <w:r>
        <w:t>یہ چھپا ہوا۔ انڈیا میں مسلمان سیج میں ہیں۔ انڈیا میں مسلمانوں کو سکرٹ پلاسٹک سے باندھ دیا گیا ہے۔</w:t>
      </w:r>
    </w:p>
    <w:p>
      <w:r>
        <w:rPr>
          <w:b/>
        </w:rPr>
        <w:t xml:space="preserve">[12:30] </w:t>
      </w:r>
      <w:r>
        <w:t>India mein musalmanon ke khilaf bahut zabardast conspiracy ho rahi hai ke un ko un ki deeni pehchan ko khatm kar diya jaye. ek se ek barh kar khayalat logon ke hain.</w:t>
      </w:r>
    </w:p>
    <w:p>
      <w:pPr>
        <w:jc w:val="right"/>
      </w:pPr>
      <w:r>
        <w:t>انڈیا میں مسلمانوں کے خلاف بہت زبردست کانسپریسی ہو رہی ہے کہ ان کو ان کی دینی پہچان کو ختم کر دیا جائے۔ ایک سے ایک بڑھ کر خیالات لوگوں کے ہیں۔</w:t>
      </w:r>
    </w:p>
    <w:p>
      <w:r>
        <w:rPr>
          <w:b/>
        </w:rPr>
        <w:t xml:space="preserve">[12:41] </w:t>
      </w:r>
      <w:r>
        <w:t>yeh ke hamein kuch bhi nahin. kyun woh khayalat? kyun ke woh system ko chahte hain Islamize karna. hamein koi problem nahin India mein.</w:t>
      </w:r>
    </w:p>
    <w:p>
      <w:pPr>
        <w:jc w:val="right"/>
      </w:pPr>
      <w:r>
        <w:t>یہ کہ ہمیں کچھ بھی نہیں۔ کیوں وہ خیالات؟ کیوں کہ وہ سسٹم کو چاہتے ہیں اسلامائز کرنا۔ ہمیں کوئی پرابلم نہیں انڈیا میں۔</w:t>
      </w:r>
    </w:p>
    <w:p>
      <w:r>
        <w:rPr>
          <w:b/>
        </w:rPr>
        <w:t xml:space="preserve">[12:50] </w:t>
      </w:r>
      <w:r>
        <w:t>hum to ja ke buree tarah se comfortable hain. koi problem hi nahin humein. hamein koi hate nahin. koi hamein shikayat nahin.</w:t>
      </w:r>
    </w:p>
    <w:p>
      <w:pPr>
        <w:jc w:val="right"/>
      </w:pPr>
      <w:r>
        <w:t>ہم تو جا کے بری طرح سے کمفرٹیبل ہیں۔ کوئی پرابلم ہی نہیں ہمیں۔ ہمیں کوئی ہیٹ نہیں۔ کوئی ہمیں شکایت نہیں۔</w:t>
      </w:r>
    </w:p>
    <w:p>
      <w:r>
        <w:rPr>
          <w:b/>
        </w:rPr>
        <w:t xml:space="preserve">[13:03] </w:t>
      </w:r>
      <w:r>
        <w:t>sara raaz yeh hai ke aap system ko shamil kar len apne deeni aqeeda ke tor par.</w:t>
      </w:r>
    </w:p>
    <w:p>
      <w:pPr>
        <w:jc w:val="right"/>
      </w:pPr>
      <w:r>
        <w:t>سارا راز یہ ہے کہ آپ سسٹم کو شامل کر لیں اپنے دینی عقیدہ کے طور پر۔</w:t>
      </w:r>
    </w:p>
    <w:p>
      <w:r>
        <w:rPr>
          <w:b/>
        </w:rPr>
        <w:t xml:space="preserve">[13:14] </w:t>
      </w:r>
      <w:r>
        <w:t>yani aap ko aap yeh kahein ke hum ko apne aap ko aur pure system ko, poori hukoomat ko Islamize karna hai.</w:t>
      </w:r>
    </w:p>
    <w:p>
      <w:pPr>
        <w:jc w:val="right"/>
      </w:pPr>
      <w:r>
        <w:t>یعنی آپ کو آپ یہ کہیں کہ ہم کو اپنے آپ کو اور پورے سسٹم کو، پوری حکومت کو اسلامائز کرنا ہے۔</w:t>
      </w:r>
    </w:p>
    <w:p>
      <w:r>
        <w:rPr>
          <w:b/>
        </w:rPr>
        <w:t xml:space="preserve">[13:26] </w:t>
      </w:r>
      <w:r>
        <w:t>yehi jar hai fasad ki. aur shaitan ki super tazeen yeh hai. tazeen ka matlab hai beautify karna. Quran mein bataya gaya hai ke iblis ka jo kaam hai, jo bakata hai woh is ka tareeqa hai tazeen.</w:t>
      </w:r>
    </w:p>
    <w:p>
      <w:pPr>
        <w:jc w:val="right"/>
      </w:pPr>
      <w:r>
        <w:t>یہی جڑ ہے فساد کی۔ اور شیطان کی سپر تزین یہ ہے۔ تزین کا مطلب ہے بیوٹی فائی کرنا۔ قرآن میں بتایا گیا ہے کہ ابلیس کا جو کام ہے، جو باکاتہ ہے وہ اس کا طریقہ ہے تزین۔</w:t>
      </w:r>
    </w:p>
    <w:p>
      <w:r>
        <w:rPr>
          <w:b/>
        </w:rPr>
        <w:t xml:space="preserve">[13:41] </w:t>
      </w:r>
      <w:r>
        <w:t>yani ghalat kaam ko beautify kar ke acha batana. Quran mein bar bar yeh baat kahi gayi hai ke zayyanallahu lish shayateen a'maalhum.</w:t>
      </w:r>
    </w:p>
    <w:p>
      <w:pPr>
        <w:jc w:val="right"/>
      </w:pPr>
      <w:r>
        <w:t>یعنی غلط کام کو بیوٹی فائی کر کے اچھا بتانا۔ قرآن میں بار بار یہ بات کہی گئی ہے کہ زین اللہ الشیطان اعمال۔</w:t>
      </w:r>
    </w:p>
    <w:p>
      <w:r>
        <w:rPr>
          <w:b/>
        </w:rPr>
        <w:t xml:space="preserve">[13:53] </w:t>
      </w:r>
      <w:r>
        <w:t>shaitan ne un ke amal ko un ke liye beautify kar rakha hai. yani ek bure kaam ko acha bana rakha hai. yehi to hai acha banana.</w:t>
      </w:r>
    </w:p>
    <w:p>
      <w:pPr>
        <w:jc w:val="right"/>
      </w:pPr>
      <w:r>
        <w:t>شیطان نے ان کے عمل کو ان کے لیے بیوٹی فائی کر رکھا ہے۔ یعنی ایک برے کام کو اچھا بنا رکھا ہے۔ یہی تو ہے اچھا بنانا۔</w:t>
      </w:r>
    </w:p>
    <w:p>
      <w:r>
        <w:rPr>
          <w:b/>
        </w:rPr>
        <w:t xml:space="preserve">[14:03] </w:t>
      </w:r>
      <w:r>
        <w:t>ke ek aisi cheez jis se nafrat paida hoti hai, jis se virus paida hota hai, jis se sari duniya ko aap ghair samajhne lagte hain.</w:t>
      </w:r>
    </w:p>
    <w:p>
      <w:pPr>
        <w:jc w:val="right"/>
      </w:pPr>
      <w:r>
        <w:t>کہ ایک ایسی چیز جس سے نفرت پیدا ہوتی ہے، جس سے وائرس پیدا ہوتا ہے، جس سے ساری دنیا کو آپ غیر سمجھنے لگتے ہیں۔</w:t>
      </w:r>
    </w:p>
    <w:p>
      <w:r>
        <w:rPr>
          <w:b/>
        </w:rPr>
        <w:t xml:space="preserve">[14:14] </w:t>
      </w:r>
      <w:r>
        <w:t>aur us ko shaitan ne keh diya ke sahib yeh to Islam ka mukammal Islam ka juz hai yeh. to yehi to beautification hai.</w:t>
      </w:r>
    </w:p>
    <w:p>
      <w:pPr>
        <w:jc w:val="right"/>
      </w:pPr>
      <w:r>
        <w:t>اور اس کو شیطان نے کہہ دیا کہ صاحب یہ تو اسلام کا مکمل اسلام کا جز ہے یہ۔ تو یہی تو بیوٹی فیکیشن ہے۔</w:t>
      </w:r>
    </w:p>
    <w:p>
      <w:r>
        <w:rPr>
          <w:b/>
        </w:rPr>
        <w:t xml:space="preserve">[14:27] </w:t>
      </w:r>
      <w:r>
        <w:t>to yeh main samajhta hoon ke sab se bara kaam yeh hai islaah ummat ka ke musalmanon ko is shaitani tazeen se bahar nikala jaye.</w:t>
      </w:r>
    </w:p>
    <w:p>
      <w:pPr>
        <w:jc w:val="right"/>
      </w:pPr>
      <w:r>
        <w:t>تو یہ میں سمجھتا ہوں کہ سب سے بڑا کام یہ ہے اصلاح امت کا کہ مسلمانوں کو اس شیطانی تزین سے باہر نکالا جائے۔</w:t>
      </w:r>
    </w:p>
    <w:p>
      <w:r>
        <w:rPr>
          <w:b/>
        </w:rPr>
        <w:t xml:space="preserve">[14:41] </w:t>
      </w:r>
      <w:r>
        <w:t>is se bahar nikala jaye. ab dekhen maine un se kaha jo kal tashreef laye the Arab scholar ke aap Quran o Hadees ka mutala kijiye to kya payenge aap?</w:t>
      </w:r>
    </w:p>
    <w:p>
      <w:pPr>
        <w:jc w:val="right"/>
      </w:pPr>
      <w:r>
        <w:t>اس سے باہر نکالا جائے۔ اب دیکھیں میں نے ان سے کہا جو کل تشریف لائے تھے عرب اسکالر کہ آپ قرآن و حدیث کا مطالعہ کیجئے تو کیا پائیں گے آپ؟</w:t>
      </w:r>
    </w:p>
    <w:p>
      <w:r>
        <w:rPr>
          <w:b/>
        </w:rPr>
        <w:t xml:space="preserve">[14:57] </w:t>
      </w:r>
      <w:r>
        <w:t>dekhen in Islam there is a well defined description of ideology but there is no structured model of system in Islam.</w:t>
      </w:r>
    </w:p>
    <w:p>
      <w:pPr>
        <w:jc w:val="right"/>
      </w:pPr>
      <w:r>
        <w:t>دیکھیں ان اسلام there is a well defined description of ideology but there is no structured model of system in اسلام۔</w:t>
      </w:r>
    </w:p>
    <w:p>
      <w:r>
        <w:rPr>
          <w:b/>
        </w:rPr>
        <w:t xml:space="preserve">[15:18] </w:t>
      </w:r>
      <w:r>
        <w:t>yani Quran o Hadees ka mutala aap ek so bar kar daliye to aap payenge ke Quran o Hadees mein nazariya ya ideology ka to bohat hi well defined description hai.</w:t>
      </w:r>
    </w:p>
    <w:p>
      <w:pPr>
        <w:jc w:val="right"/>
      </w:pPr>
      <w:r>
        <w:t>یعنی قرآن و حدیث کا مطالعہ آپ ایک سو بار کر ڈالیے تو آپ پائیں گے کہ قرآن و حدیث میں نظریہ یا ideology کا تو بہت ہی well defined description ہے۔</w:t>
      </w:r>
    </w:p>
    <w:p>
      <w:r>
        <w:rPr>
          <w:b/>
        </w:rPr>
        <w:t xml:space="preserve">[15:33] </w:t>
      </w:r>
      <w:r>
        <w:t>achi tarah bataya gaya hai ke kya hai aqeeda, kya hai akhlaq, kya hai ibadat.</w:t>
      </w:r>
    </w:p>
    <w:p>
      <w:pPr>
        <w:jc w:val="right"/>
      </w:pPr>
      <w:r>
        <w:t>اچھی طرح بتایا گیا ہے کہ کیا ہے عقیدہ، کیا ہے اخلاق، کیا ہے عبادت۔</w:t>
      </w:r>
    </w:p>
    <w:p>
      <w:r>
        <w:rPr>
          <w:b/>
        </w:rPr>
        <w:t xml:space="preserve">[15:43] </w:t>
      </w:r>
      <w:r>
        <w:t>yeh sab baaten batayi gayi hain. lekin jahan tak mamla system ka hai koi bhi well structured system is mein nahin hai.</w:t>
      </w:r>
    </w:p>
    <w:p>
      <w:pPr>
        <w:jc w:val="right"/>
      </w:pPr>
      <w:r>
        <w:t>یہ سب باتیں بتائی گئی ہیں۔ لیکن جہاں تک معاملہ سسٹم کا ہے کوئی بھی well structured سسٹم اس میں نہیں ہے۔</w:t>
      </w:r>
    </w:p>
    <w:p>
      <w:r>
        <w:rPr>
          <w:b/>
        </w:rPr>
        <w:t xml:space="preserve">[15:56] </w:t>
      </w:r>
      <w:r>
        <w:t>maine un ko misaal di Syed Qutb jo bohat champion mane jate hain is nazariye ke.</w:t>
      </w:r>
    </w:p>
    <w:p>
      <w:pPr>
        <w:jc w:val="right"/>
      </w:pPr>
      <w:r>
        <w:t>میں نے ان کو مثال دی سید قطب جو بہت چیمپئن مانے جاتے ہیں اس نظریے کے۔</w:t>
      </w:r>
    </w:p>
    <w:p>
      <w:r>
        <w:rPr>
          <w:b/>
        </w:rPr>
        <w:t xml:space="preserve">[16:05] </w:t>
      </w:r>
      <w:r>
        <w:t>un ki bohat mashhoor kitab hai Al Adala Al Ijtima'iya fi Al Islam. yani</w:t>
      </w:r>
    </w:p>
    <w:p>
      <w:pPr>
        <w:jc w:val="right"/>
      </w:pPr>
      <w:r>
        <w:t>ان کی بہت مشہور کتاب ہے العدالۃ الاجتماعیہ فی الاسلام۔ یعنی</w:t>
      </w:r>
    </w:p>
    <w:p>
      <w:r>
        <w:rPr>
          <w:b/>
        </w:rPr>
        <w:t xml:space="preserve">[16:15] </w:t>
      </w:r>
      <w:r>
        <w:t>social justice in Islam. to woh parh likhe the, Arab the. woh kitab bhi parh rakhi thi unhon ne. to maine kaha dekhen woh kitab bazahir to bohat achi kitab hai.</w:t>
      </w:r>
    </w:p>
    <w:p>
      <w:pPr>
        <w:jc w:val="right"/>
      </w:pPr>
      <w:r>
        <w:t>social justice in اسلام۔ تو وہ پڑھ لکھے تھے، عرب تھے۔ وہ کتاب بھی پڑھ رکھی تھی انہوں نے۔ تو میں نے کہا دیکھیں وہ کتاب بظاہر تو بہت اچھی کتاب ہے۔</w:t>
      </w:r>
    </w:p>
    <w:p>
      <w:r>
        <w:rPr>
          <w:b/>
        </w:rPr>
        <w:t xml:space="preserve">[16:27] </w:t>
      </w:r>
      <w:r>
        <w:t>lekin is kitab mein naam to is ka hai justice ka nizam. lekin is kitab mein koi bhi well structured system of justice nahin hai.</w:t>
      </w:r>
    </w:p>
    <w:p>
      <w:pPr>
        <w:jc w:val="right"/>
      </w:pPr>
      <w:r>
        <w:t>لیکن اس کتاب میں نام تو اس کا ہے justice کا نظام۔ لیکن اس کتاب میں کوئی بھی well structured system of justice نہیں ہے۔</w:t>
      </w:r>
    </w:p>
    <w:p>
      <w:r>
        <w:rPr>
          <w:b/>
        </w:rPr>
        <w:t xml:space="preserve">[16:42] </w:t>
      </w:r>
      <w:r>
        <w:t>kuchh waqiat hain ke hazrat umar ne yeh adl kiya, hazrat ali ne yeh adl kiya. to is ka naam nahin hai jo system hai. yaani unhon ne kuchh infradi character ko system ke maani mein le liya hai.</w:t>
      </w:r>
    </w:p>
    <w:p>
      <w:pPr>
        <w:jc w:val="right"/>
      </w:pPr>
      <w:r>
        <w:t>کچھ واقعات ہیں کہ حضرت عمر نے یہ عدل کیا، حضرت علی نے یہ عدل کیا۔ تو اس کا نام نہیں ہے جو سسٹم ہے۔ یعنی انہوں نے کچھ انفرادی character کو سسٹم کے معنی میں لے لیا ہے۔</w:t>
      </w:r>
    </w:p>
    <w:p>
      <w:r>
        <w:rPr>
          <w:b/>
        </w:rPr>
        <w:t xml:space="preserve">[17:00] </w:t>
      </w:r>
      <w:r>
        <w:t>system mein ek aur cheez hoti hai. to main ne kaha ke is kitaab mein koi well structured system nahin hai</w:t>
      </w:r>
    </w:p>
    <w:p>
      <w:pPr>
        <w:jc w:val="right"/>
      </w:pPr>
      <w:r>
        <w:t>سسٹم میں ایک اور چیز ہوتی ہے۔ تو میں نے کہا کہ اس کتاب میں کوئی well structured سسٹم نہیں ہے</w:t>
      </w:r>
    </w:p>
    <w:p>
      <w:r>
        <w:rPr>
          <w:b/>
        </w:rPr>
        <w:t xml:space="preserve">[17:13] </w:t>
      </w:r>
      <w:r>
        <w:t>islami adl ka, islami nizaam ka. unhon ne maana is baat ko. balkeh unhon ne add karte hue kaha ke un ki jo doosri kitaab hai wahan bhi un ki is kitaab ke ilawa jo doosri kitaabein un ki hain is mein bhi koi well structured system model nahin paaya tha.</w:t>
      </w:r>
    </w:p>
    <w:p>
      <w:pPr>
        <w:jc w:val="right"/>
      </w:pPr>
      <w:r>
        <w:t>اسلامی عدل کا، اسلامی نظام کا۔ انہوں نے مانا اس بات کو۔ بلکہ انہوں نے add کرتے ہوئے کہا کہ ان کی جو دوسری کتاب ہے وہاں بھی ان کی اس کتاب کے علاوہ جو دوسری کتابیں ان کی ہیں اس میں بھی کوئی well structured سسٹم ماڈل نہیں پایا تھا۔</w:t>
      </w:r>
    </w:p>
    <w:p>
      <w:r>
        <w:rPr>
          <w:b/>
        </w:rPr>
        <w:t xml:space="preserve">[17:36] </w:t>
      </w:r>
      <w:r>
        <w:t>yeh angrezi ka bahut achha lafz hai well structured model nahin paaya tha. yeh maana unhon ne. bas haan bayania andaaz mein log bolte hain islam mukammal nizaam, mukammal nizaam.</w:t>
      </w:r>
    </w:p>
    <w:p>
      <w:pPr>
        <w:jc w:val="right"/>
      </w:pPr>
      <w:r>
        <w:t>یہ انگریزی کا بہت اچھا لفظ ہے well structured ماڈل نہیں پایا تھا۔ یہ مانا انہوں نے۔ بس ہاں بیانیہ انداز میں لوگ بولتے ہیں اسلام مکمل نظام، مکمل نظام۔</w:t>
      </w:r>
    </w:p>
    <w:p>
      <w:r>
        <w:rPr>
          <w:b/>
        </w:rPr>
        <w:t xml:space="preserve">[17:50] </w:t>
      </w:r>
      <w:r>
        <w:t>aaj tak kisi ne nahin bataya ke woh mukammal nizaam kya hai. jo jo log is tarah ki baatein karte hain un ki kisi bhi kitaab mein main aap se kehta hoon aap agle itwaar ko mujhe bataiye ke falan kitaab mein well structured system hai is mein is kitaab mein.</w:t>
      </w:r>
    </w:p>
    <w:p>
      <w:pPr>
        <w:jc w:val="right"/>
      </w:pPr>
      <w:r>
        <w:t>آج تک کسی نے نہیں بتایا کہ وہ مکمل نظام کیا ہے۔ جو جو لوگ اس طرح کی باتیں کرتے ہیں ان کی کسی بھی کتاب میں میں آپ سے کہتا ہوں آپ اگلے اتوار کو مجھے بتائیے کہ فلاں کتاب میں well structured سسٹم ہے اس میں اس کتاب میں۔</w:t>
      </w:r>
    </w:p>
    <w:p>
      <w:r>
        <w:rPr>
          <w:b/>
        </w:rPr>
        <w:t xml:space="preserve">[18:13] </w:t>
      </w:r>
      <w:r>
        <w:t>urdu mein, english mein, arabi mein, parshian mein aap bataiye kisi kitaab mein. ek bhi kitaab aisi nahin hai.</w:t>
      </w:r>
    </w:p>
    <w:p>
      <w:pPr>
        <w:jc w:val="right"/>
      </w:pPr>
      <w:r>
        <w:t>اردو میں، انگلش میں، عربی میں، پرشین میں آپ بتائیے کسی کتاب میں۔ ایک بھی کتاب ایسی نہیں ہے۔</w:t>
      </w:r>
    </w:p>
    <w:p>
      <w:r>
        <w:rPr>
          <w:b/>
        </w:rPr>
        <w:t xml:space="preserve">[18:22] </w:t>
      </w:r>
      <w:r>
        <w:t>to yeh saada baat nahin hai. main samajhta hoon ke yeh islam ka bahut bada contribution hai insani tareekh ke liye. yeh jo baat hai quran aur hadith mein ke ideology to bahut hi mukammal soorat mein bata di gayi hai.</w:t>
      </w:r>
    </w:p>
    <w:p>
      <w:pPr>
        <w:jc w:val="right"/>
      </w:pPr>
      <w:r>
        <w:t>تو یہ سادہ بات نہیں ہے۔ میں سمجھتا ہوں کہ یہ اسلام کا بہت بڑا contribution ہے انسانی تاریخ کے لیے۔ یہ جو بات ہے قرآن اور حدیث میں کہ ideology تو بہت ہی مکمل صورت میں بتا دی گئی ہے۔</w:t>
      </w:r>
    </w:p>
    <w:p>
      <w:r>
        <w:rPr>
          <w:b/>
        </w:rPr>
        <w:t xml:space="preserve">[18:42] </w:t>
      </w:r>
      <w:r>
        <w:t>system nahin bataya gaya hai. to yeh koi kami ki baat nahin hai. yeh islam ka ek bahut bada contribution hai insaan ki history mein.</w:t>
      </w:r>
    </w:p>
    <w:p>
      <w:pPr>
        <w:jc w:val="right"/>
      </w:pPr>
      <w:r>
        <w:t>سسٹم نہیں بتایا گیا ہے۔ تو یہ کوئی کمی کی بات نہیں ہے۔ یہ اسلام کا ایک بہت بڑا contribution ہے انسان کی history میں۔</w:t>
      </w:r>
    </w:p>
    <w:p>
      <w:r>
        <w:rPr>
          <w:b/>
        </w:rPr>
        <w:t xml:space="preserve">[18:58] </w:t>
      </w:r>
      <w:r>
        <w:t>kya hai? is liye ke saari tareekh mein isi ladaaiyan hoti rahi hain. ke logon ne chaha ke un ka un ke zehan mein jo nizaam hai us ko woh precize karein, us ko socialize karein,</w:t>
      </w:r>
    </w:p>
    <w:p>
      <w:pPr>
        <w:jc w:val="right"/>
      </w:pPr>
      <w:r>
        <w:t>کیا ہے؟ اس لیے کہ ساری تاریخ میں اسی لڑائیاں ہوتی رہی ہیں۔ کہ لوگوں نے چاہا کہ ان کا ان کے ذہن میں جو نظام ہے اس کو وہ precize کریں، اس کو socialize کریں،</w:t>
      </w:r>
    </w:p>
    <w:p>
      <w:r>
        <w:rPr>
          <w:b/>
        </w:rPr>
        <w:t xml:space="preserve">[19:12] </w:t>
      </w:r>
      <w:r>
        <w:t>us ko implement karein poori ijtamai zindagi mein. is liye ladaai hoti rahi baar baar.</w:t>
      </w:r>
    </w:p>
    <w:p>
      <w:pPr>
        <w:jc w:val="right"/>
      </w:pPr>
      <w:r>
        <w:t>اس کو implement کریں پوری اجتماعی زندگی میں۔ اس لیے لڑائی ہوتی رہی بار بار۔</w:t>
      </w:r>
    </w:p>
    <w:p>
      <w:r>
        <w:rPr>
          <w:b/>
        </w:rPr>
        <w:t xml:space="preserve">[19:23] </w:t>
      </w:r>
      <w:r>
        <w:t>poori tareekh mein jo mufakkir hain, jo thinkers hain, jo reformers hain woh sab khud aur un ke followers heet mein jeete rahe, ladaai mein jeete rahe.</w:t>
      </w:r>
    </w:p>
    <w:p>
      <w:pPr>
        <w:jc w:val="right"/>
      </w:pPr>
      <w:r>
        <w:t>پوری تاریخ میں جو مفکرین ہیں، جو thinkers ہیں، جو reformers ہیں وہ سب خود اور ان کے followers ہیٹ میں جیتے رہے، لڑائی میں جیتے رہے۔</w:t>
      </w:r>
    </w:p>
    <w:p>
      <w:r>
        <w:rPr>
          <w:b/>
        </w:rPr>
        <w:t xml:space="preserve">[19:35] </w:t>
      </w:r>
      <w:r>
        <w:t>isi liye ke woh chahte the system ko apne nazariye ke mutabiq dhalna. to system to ek already hota hai.</w:t>
      </w:r>
    </w:p>
    <w:p>
      <w:pPr>
        <w:jc w:val="right"/>
      </w:pPr>
      <w:r>
        <w:t>اسی لیے کہ وہ چاہتے تھے سسٹم کو اپنے نظریے کے مطابق ڈھالنا۔ تو سسٹم تو ایک already ہوتا ہے۔</w:t>
      </w:r>
    </w:p>
    <w:p>
      <w:r>
        <w:rPr>
          <w:b/>
        </w:rPr>
        <w:t xml:space="preserve">[19:44] </w:t>
      </w:r>
      <w:r>
        <w:t>jab ek hota hai to woh resist karega. woh apne ko bachane ke liye ladega aap se. to islam ne bahut zabardast taur par ek islaahi naqsha bataya jeene ka.</w:t>
      </w:r>
    </w:p>
    <w:p>
      <w:pPr>
        <w:jc w:val="right"/>
      </w:pPr>
      <w:r>
        <w:t>جب ایک ہوتا ہے تو وہ resist کرے گا۔ وہ اپنے کو بچانے کے لیے لڑے گا آپ سے۔ تو اسلام نے بہت زبردست طور پر ایک اصلاحی نقشہ بتایا جینے کا۔</w:t>
      </w:r>
    </w:p>
    <w:p>
      <w:r>
        <w:rPr>
          <w:b/>
        </w:rPr>
        <w:t xml:space="preserve">[19:59] </w:t>
      </w:r>
      <w:r>
        <w:t>woh kya hai? ke tumhara jo nazariya hai, tum ne jis cheez ko discover kiya hai, us ko apni zindagi mein follow karo.</w:t>
      </w:r>
    </w:p>
    <w:p>
      <w:pPr>
        <w:jc w:val="right"/>
      </w:pPr>
      <w:r>
        <w:t>وہ کیا ہے؟ کہ تمہارا جو نظریہ ہے، تم نے جس چیز کو discover کیا ہے، اس کو اپنی زندگی میں follow کرو۔</w:t>
      </w:r>
    </w:p>
    <w:p>
      <w:r>
        <w:rPr>
          <w:b/>
        </w:rPr>
        <w:t xml:space="preserve">[20:12] </w:t>
      </w:r>
      <w:r>
        <w:t>aap ne deen ko discover kiya hai to deen par khud ko aap qaim kar lein. apni zindagi mein us ko follow karein.</w:t>
      </w:r>
    </w:p>
    <w:p>
      <w:pPr>
        <w:jc w:val="right"/>
      </w:pPr>
      <w:r>
        <w:t>آپ نے دین کو discover کیا ہے تو دین پر خود کو آپ قائم کر لیں۔ اپنی زندگی میں اس کو follow کریں۔</w:t>
      </w:r>
    </w:p>
    <w:p>
      <w:r>
        <w:rPr>
          <w:b/>
        </w:rPr>
        <w:t xml:space="preserve">[20:22] </w:t>
      </w:r>
      <w:r>
        <w:t>lekin jahan tak system ki baat hai, social system, political system ki baat hai, is mein aap status ko woh maan lein.</w:t>
      </w:r>
    </w:p>
    <w:p>
      <w:pPr>
        <w:jc w:val="right"/>
      </w:pPr>
      <w:r>
        <w:t>لیکن جہاں تک سسٹم کی بات ہے، social سسٹم، political سسٹم کی بات ہے، اس میں آپ اسٹیٹس کو وہ مان لیں۔</w:t>
      </w:r>
    </w:p>
    <w:p>
      <w:r>
        <w:rPr>
          <w:b/>
        </w:rPr>
        <w:t xml:space="preserve">[20:35] </w:t>
      </w:r>
      <w:r>
        <w:t>status ko maan lein to kya hoga? aap ko jo political power se bahar jo opportunities hain woh sab aap ke liye khul jayengi.</w:t>
      </w:r>
    </w:p>
    <w:p>
      <w:pPr>
        <w:jc w:val="right"/>
      </w:pPr>
      <w:r>
        <w:t>اسٹیٹس کو مان لیں تو کیا ہوگا؟ آپ کو جو political power سے باہر جو opportunities ہیں وہ سب آپ کے لیے کھل جائیں گی۔</w:t>
      </w:r>
    </w:p>
    <w:p>
      <w:r>
        <w:rPr>
          <w:b/>
        </w:rPr>
        <w:t xml:space="preserve">[20:50] </w:t>
      </w:r>
      <w:r>
        <w:t>dekhein zindagi mein less than one percent dakhal hai politics ka aur more than ninety-nine percent jo hai woh politics ke bahar hai.</w:t>
      </w:r>
    </w:p>
    <w:p>
      <w:pPr>
        <w:jc w:val="right"/>
      </w:pPr>
      <w:r>
        <w:t>دیکھیں زندگی میں less than one percent دخل ہے politics کا اور more than ninety-nine percent جو ہے وہ politics کے باہر ہے۔</w:t>
      </w:r>
    </w:p>
    <w:p>
      <w:r>
        <w:rPr>
          <w:b/>
        </w:rPr>
        <w:t xml:space="preserve">[21:05] </w:t>
      </w:r>
      <w:r>
        <w:t>abhi aaj ke akhbaar mein padh raha tha main shchin tadolkar ka itna tha ke akhbaar bhara hua tha isi se.</w:t>
      </w:r>
    </w:p>
    <w:p>
      <w:pPr>
        <w:jc w:val="right"/>
      </w:pPr>
      <w:r>
        <w:t>ابھی آج کے اخبار میں پڑھ رہا تھا میں شچین تدولکر کا اتنا تھا کہ اخبار بھرا ہوا تھا اسی سے۔</w:t>
      </w:r>
    </w:p>
    <w:p>
      <w:r>
        <w:rPr>
          <w:b/>
        </w:rPr>
        <w:t xml:space="preserve">[21:15] </w:t>
      </w:r>
      <w:r>
        <w:t>to kya koi political yaani political position ki wajah se hai? yaani shchin tadolkar ko itna jo maqam mila hai ke is mein main ne radio mein suna ke kal jab woh jeete hain apna aakhri match to prime minister un ko dena chahte the mubarakbaad.</w:t>
      </w:r>
    </w:p>
    <w:p>
      <w:pPr>
        <w:jc w:val="right"/>
      </w:pPr>
      <w:r>
        <w:t>تو کیا کوئی political یعنی political position کی وجہ سے ہے؟ یعنی شچین تدولکر کو اتنا جو مقام ملا ہے کہ اس میں میں نے radio میں سنا کہ کل جب وہ جیتے ہیں اپنا آخری match تو prime minister ان کو دینا چاہتے تھے مبارکباد۔</w:t>
      </w:r>
    </w:p>
    <w:p>
      <w:r>
        <w:rPr>
          <w:b/>
        </w:rPr>
        <w:t xml:space="preserve">[21:36] </w:t>
      </w:r>
      <w:r>
        <w:t>telephone jab kiya prime minister sahib ne to prime minister ko line mein rukna pada. yaani doosre telephone baat kar rahe the shchin.</w:t>
      </w:r>
    </w:p>
    <w:p>
      <w:pPr>
        <w:jc w:val="right"/>
      </w:pPr>
      <w:r>
        <w:t>ٹیلی فون جب کیا prime minister صاحب نے تو prime minister کو لائن میں رکنا پڑا۔ یعنی دوسرے ٹیلی فون بات کر رہے تھے شچین۔</w:t>
      </w:r>
    </w:p>
    <w:p>
      <w:r>
        <w:rPr>
          <w:b/>
        </w:rPr>
        <w:t xml:space="preserve">[21:47] </w:t>
      </w:r>
      <w:r>
        <w:t>yaani itni zabardast rush tha mubarakbaad dene walon ka ke prime minister ko bhi line mein khada hona pada. lekin kaun sa karmana un ka hai?</w:t>
      </w:r>
    </w:p>
    <w:p>
      <w:pPr>
        <w:jc w:val="right"/>
      </w:pPr>
      <w:r>
        <w:t>یعنی اتنی زبردست rush تھا مبارکباد دینے والوں کا کہ prime minister کو بھی لائن میں کھڑا ہونا پڑا۔ لیکن کون سا کارنامہ ان کا ہے؟</w:t>
      </w:r>
    </w:p>
    <w:p>
      <w:r>
        <w:rPr>
          <w:b/>
        </w:rPr>
        <w:t xml:space="preserve">[21:58] </w:t>
      </w:r>
      <w:r>
        <w:t>kya india ke woh political head the? ruler the india ke? politics koi matlab hi nahin un ka nahin. cricket ki duniya mein unhon ne chaubis saal saal cricket khela, wahan karname dikhaye to un ko aitmaad darja mil gaya.</w:t>
      </w:r>
    </w:p>
    <w:p>
      <w:pPr>
        <w:jc w:val="right"/>
      </w:pPr>
      <w:r>
        <w:t>کیا انڈیا کے وہ political head تھے؟ Ruler تھے انڈیا کے؟ Politics کوئی مطلب ہی نہیں ان کا نہیں۔ کرکٹ کی دنیا میں انہوں نے چوبیس سال سال کرکٹ کھیلے، وہاں کارنامے دکھائے تو ان کو اعتماد درجہ مل گیا۔</w:t>
      </w:r>
    </w:p>
    <w:p>
      <w:r>
        <w:rPr>
          <w:b/>
        </w:rPr>
        <w:t xml:space="preserve">[22:17] </w:t>
      </w:r>
      <w:r>
        <w:t>woh bahar darthan banaye gaye aur pata nahin kya kya un ko aezazat diye gaye. to yeh sab politics ke bahar. is baat ko islam ne is ki point out kiya is cheez ko ke politics ke bahar to sab kuch hai.</w:t>
      </w:r>
    </w:p>
    <w:p>
      <w:pPr>
        <w:jc w:val="right"/>
      </w:pPr>
      <w:r>
        <w:t>وہ باہر ڈرتھن بنائے گئے اور پتہ نہیں کیا کیا ان کو اعزازات دیے گئے۔ تو یہ سب politics کے باہر۔ اس بات کو اسلام نے اس کی point out کیا اس چیز کو کہ politics کے باہر تو سب کچھ ہے۔</w:t>
      </w:r>
    </w:p>
    <w:p>
      <w:r>
        <w:rPr>
          <w:b/>
        </w:rPr>
        <w:t xml:space="preserve">[22:32] </w:t>
      </w:r>
      <w:r>
        <w:t>politics to bahut thoda sa hai.</w:t>
      </w:r>
    </w:p>
    <w:p>
      <w:pPr>
        <w:jc w:val="right"/>
      </w:pPr>
      <w:r>
        <w:t>Politics تو بہت تھوڑا سا ہے۔</w:t>
      </w:r>
    </w:p>
    <w:p>
      <w:r>
        <w:rPr>
          <w:b/>
        </w:rPr>
        <w:t xml:space="preserve">[22:37] </w:t>
      </w:r>
      <w:r>
        <w:t>to is ka formula adjustment ka yeh bataya islam ne ke apni zaat ke mamle mein tum apna jo nazariya hai us ko ikhtiyar kar lo.</w:t>
      </w:r>
    </w:p>
    <w:p>
      <w:pPr>
        <w:jc w:val="right"/>
      </w:pPr>
      <w:r>
        <w:t>تو اس کا فارمولا adjustment کا یہ بتایا اسلام نے کہ اپنی ذات کے معاملے میں تم اپنا جو نظریہ ہے اس کو اختیار کر لو۔</w:t>
      </w:r>
    </w:p>
    <w:p>
      <w:r>
        <w:rPr>
          <w:b/>
        </w:rPr>
        <w:t xml:space="preserve">[22:45] </w:t>
      </w:r>
      <w:r>
        <w:t>apni zaat ke mamle mein tum idealist ban jao. aur jahan tak mamla social life aur political life ka hai wahan par jo status quo hai us ko maan lo.</w:t>
      </w:r>
    </w:p>
    <w:p>
      <w:pPr>
        <w:jc w:val="right"/>
      </w:pPr>
      <w:r>
        <w:t>اپنی ذات کے معاملے میں تم idealist بن جاؤ۔ اور جہاں تک معاملہ social life اور political life کا ہے وہاں پر جو status quo ہے اس کو مان لو۔</w:t>
      </w:r>
    </w:p>
    <w:p>
      <w:r>
        <w:rPr>
          <w:b/>
        </w:rPr>
        <w:t xml:space="preserve">[22:57] </w:t>
      </w:r>
      <w:r>
        <w:t>to shchin tudulkar ne jo status quo tha india mein us ko maan liya. yahan nahi unhon ne chalaya ke haan system yeh badlo woh badlo. is system mein is tarah ke changes lao.</w:t>
      </w:r>
    </w:p>
    <w:p>
      <w:pPr>
        <w:jc w:val="right"/>
      </w:pPr>
      <w:r>
        <w:t>تو شچین تدولکر نے جو status quo تھا انڈیا میں اس کو مان لیا۔ یہاں نہیں انہوں نے چلایا کہ ہاں سسٹم یہ بدلو وہ بدلو۔ اس سسٹم میں اس طرح کے changes لاؤ۔</w:t>
      </w:r>
    </w:p>
    <w:p>
      <w:r>
        <w:rPr>
          <w:b/>
        </w:rPr>
        <w:t xml:space="preserve">[23:11] </w:t>
      </w:r>
      <w:r>
        <w:t>is liye kabhi nahi shchin ne aisa kiya. system ko jo jo bhi hai us ko maankar ke yani us ke bare mein status quo ko ikhtiyar kar ke apne cricket ke maidan mein woh unhon ne yahan khud hi keh diya ke bara to adara tha yani baees gaz ki dunya.</w:t>
      </w:r>
    </w:p>
    <w:p>
      <w:pPr>
        <w:jc w:val="right"/>
      </w:pPr>
      <w:r>
        <w:t>اس لیے کبھی نہیں شچین نے ایسا کیا۔ سسٹم کو جو جو بھی ہے اس کو مان کر کے یعنی اس کے بارے میں status quo کو اختیار کر کے اپنے کرکٹ کے میدان میں وہ انہوں نے یہاں خود ہی کہہ دیا کہ بڑا تو ادارہ تھا یعنی بائیس گز کی دنیا۔</w:t>
      </w:r>
    </w:p>
    <w:p>
      <w:r>
        <w:rPr>
          <w:b/>
        </w:rPr>
        <w:t xml:space="preserve">[23:33] </w:t>
      </w:r>
      <w:r>
        <w:t>shayad pich baees gaz ka hota hai? ji ji twenty two gaz ka. ji twenty two jo pich</w:t>
      </w:r>
    </w:p>
    <w:p>
      <w:pPr>
        <w:jc w:val="right"/>
      </w:pPr>
      <w:r>
        <w:t>شاید پچھ بائیس گز کا ہوتا ہے؟ جی جی ٹوئنٹی ٹو گز کا۔ جی ٹوئنٹی ٹو جو پچھ</w:t>
      </w:r>
    </w:p>
    <w:p>
      <w:r>
        <w:rPr>
          <w:b/>
        </w:rPr>
        <w:t xml:space="preserve">[23:41] </w:t>
      </w:r>
      <w:r>
        <w:t>. woh jo khel ka jo maidan hota hai woh shayad baees gaz ka hota hoga. to unhon ne kaha tha meri to wahi dunya thi. to kitna zabardast misal hai ke agar aap sazish jhagde na karen sazish ke bare mein status quo ban jayen to sara maidan khula hua hai aap ka.</w:t>
      </w:r>
    </w:p>
    <w:p>
      <w:pPr>
        <w:jc w:val="right"/>
      </w:pPr>
      <w:r>
        <w:t>۔ وہ جو کھیل کا جو میدان ہوتا ہے وہ شاید بائیس گز کا ہوتا ہوگا۔ تو انہوں نے کہا تھا میری تو وہی دنیا تھی۔ تو کتنا زبردست مثال ہے کہ اگر آپ سازش جھگڑے نہ کریں سازش کے بارے میں status quo بن جائیں تو سارا میدان کھلا ہوا ہے آپ کا۔</w:t>
      </w:r>
    </w:p>
    <w:p>
      <w:r>
        <w:rPr>
          <w:b/>
        </w:rPr>
        <w:t xml:space="preserve">[24:00] </w:t>
      </w:r>
      <w:r>
        <w:t>yani prime minister se bhi aage barh sakte hain aap. kaisi ajeeb baat hai. yeh allah taala ne goya ek demonstration diya hai ke tum</w:t>
      </w:r>
    </w:p>
    <w:p>
      <w:pPr>
        <w:jc w:val="right"/>
      </w:pPr>
      <w:r>
        <w:t>یعنی prime minister سے بھی آگے بڑھ سکتے ہیں آپ۔ کیسی عجیب بات ہے۔ یہ اللہ تعالی نے گویا ایک demonstration دیا ہے کہ تم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