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Islah e Ummat August 10, 2014</w:t>
      </w:r>
    </w:p>
    <w:p>
      <w:r>
        <w:t>https://www.youtube.com/watch?v=a7ohKq4Xf0Y</w:t>
      </w:r>
    </w:p>
    <w:p>
      <w:r>
        <w:rPr>
          <w:b/>
        </w:rPr>
        <w:t xml:space="preserve">[00:14] </w:t>
      </w:r>
      <w:r>
        <w:t>bismillah rahman rahim. wasalli allah ala nabiyil karim.</w:t>
      </w:r>
    </w:p>
    <w:p>
      <w:pPr>
        <w:jc w:val="right"/>
      </w:pPr>
      <w:r>
        <w:t>بسم اللہ الرحمن الرحیم. وصلی اللہ علی النبی الکریم.</w:t>
      </w:r>
    </w:p>
    <w:p>
      <w:r>
        <w:rPr>
          <w:b/>
        </w:rPr>
        <w:t xml:space="preserve">[00:22] </w:t>
      </w:r>
      <w:r>
        <w:t>rab ishrah li sadri wa yassir li amri. wahlu qadatan min lisani yafqahu qawli.</w:t>
      </w:r>
    </w:p>
    <w:p>
      <w:pPr>
        <w:jc w:val="right"/>
      </w:pPr>
      <w:r>
        <w:t>رب اشرح لی صدری ویسر لی امری. واحل العقدۃ من لسانی یفقہ قولی.</w:t>
      </w:r>
    </w:p>
    <w:p>
      <w:r>
        <w:rPr>
          <w:b/>
        </w:rPr>
        <w:t xml:space="preserve">[00:36] </w:t>
      </w:r>
      <w:r>
        <w:t>das agast do hazar choda.</w:t>
      </w:r>
    </w:p>
    <w:p>
      <w:pPr>
        <w:jc w:val="right"/>
      </w:pPr>
      <w:r>
        <w:t>دس اگست دو ہزار چودہ.</w:t>
      </w:r>
    </w:p>
    <w:p>
      <w:r>
        <w:rPr>
          <w:b/>
        </w:rPr>
        <w:t xml:space="preserve">[00:44] </w:t>
      </w:r>
      <w:r>
        <w:t>aaj ke</w:t>
      </w:r>
    </w:p>
    <w:p>
      <w:pPr>
        <w:jc w:val="right"/>
      </w:pPr>
      <w:r>
        <w:t>آج کے</w:t>
      </w:r>
    </w:p>
    <w:p>
      <w:r>
        <w:rPr>
          <w:b/>
        </w:rPr>
        <w:t xml:space="preserve">[00:48] </w:t>
      </w:r>
      <w:r>
        <w:t>talk ka unwan hai</w:t>
      </w:r>
    </w:p>
    <w:p>
      <w:pPr>
        <w:jc w:val="right"/>
      </w:pPr>
      <w:r>
        <w:t>ٹاک کا عنوان ہے</w:t>
      </w:r>
    </w:p>
    <w:p>
      <w:r>
        <w:rPr>
          <w:b/>
        </w:rPr>
        <w:t xml:space="preserve">[00:53] </w:t>
      </w:r>
      <w:r>
        <w:t>islah ummat.</w:t>
      </w:r>
    </w:p>
    <w:p>
      <w:pPr>
        <w:jc w:val="right"/>
      </w:pPr>
      <w:r>
        <w:t>اصلاح امت.</w:t>
      </w:r>
    </w:p>
    <w:p>
      <w:r>
        <w:rPr>
          <w:b/>
        </w:rPr>
        <w:t xml:space="preserve">[00:59] </w:t>
      </w:r>
      <w:r>
        <w:t>mein bohat din se ek hadith ko le kar sunta tha kyunke kitabon mein is ki kojat maujood nahi hain.</w:t>
      </w:r>
    </w:p>
    <w:p>
      <w:pPr>
        <w:jc w:val="right"/>
      </w:pPr>
      <w:r>
        <w:t>میں بہت دن سے ایک حدیث کو لے کر سنتا تھا کیونکہ کتابوں میں اس کی کوجات موجود نہیں ہیں۔</w:t>
      </w:r>
    </w:p>
    <w:p>
      <w:r>
        <w:rPr>
          <w:b/>
        </w:rPr>
        <w:t xml:space="preserve">[01:10] </w:t>
      </w:r>
      <w:r>
        <w:t>woh hadith hai: "latatbauna sunan man kan qablakum shibran bishibrin wa dhira'an bidhira'in hatta walaw dakhalu jaradib ladakhaltumuh." is hadith ka transition yeh hai ke</w:t>
      </w:r>
    </w:p>
    <w:p>
      <w:pPr>
        <w:jc w:val="right"/>
      </w:pPr>
      <w:r>
        <w:t>وہ حدیث ہے: "لتتبعونا سنا من کان قبلکم شبر بشبر وذراع بذراع حتیٰ ولو دخلوا جرذب لدخلتموه." اس حدیث کا ٹرانزیشن یہ ہے کہ</w:t>
      </w:r>
    </w:p>
    <w:p>
      <w:r>
        <w:rPr>
          <w:b/>
        </w:rPr>
        <w:t xml:space="preserve">[01:40] </w:t>
      </w:r>
      <w:r>
        <w:t>tum yani ummat muslima zaroor hi follow karoge pichli ummaton ki</w:t>
      </w:r>
    </w:p>
    <w:p>
      <w:pPr>
        <w:jc w:val="right"/>
      </w:pPr>
      <w:r>
        <w:t>تم یعنی امت مسلمہ ضرور ہی فالو کرو گے پچھلی امتوں کی</w:t>
      </w:r>
    </w:p>
    <w:p>
      <w:r>
        <w:rPr>
          <w:b/>
        </w:rPr>
        <w:t xml:space="preserve">[01:55] </w:t>
      </w:r>
      <w:r>
        <w:t>qadam ba qadam. yahan tak ke agar woh kisi go ke bil mein ghase hain to tum wahan bhi ghus jaoge.</w:t>
      </w:r>
    </w:p>
    <w:p>
      <w:pPr>
        <w:jc w:val="right"/>
      </w:pPr>
      <w:r>
        <w:t>قدم بقدم۔ یہاں تک کہ اگر وہ کسی گو کے بل میں گھسے ہیں تو تم وہاں بھی گھس جاؤ گے۔</w:t>
      </w:r>
    </w:p>
    <w:p>
      <w:r>
        <w:rPr>
          <w:b/>
        </w:rPr>
        <w:t xml:space="preserve">[02:07] </w:t>
      </w:r>
      <w:r>
        <w:t>to yeh aisa kaise hota hai ke peghambar akhir-uz-zaman ki ummat pichli ummaton ki pairwi karne lagti hai?</w:t>
      </w:r>
    </w:p>
    <w:p>
      <w:pPr>
        <w:jc w:val="right"/>
      </w:pPr>
      <w:r>
        <w:t>تو یہ ایسا کیسے ہوتا ہے کہ پیغمبر آخر الزماں کی امت پچھلی امتوں کی پیروی کرنے لگتی ہے؟</w:t>
      </w:r>
    </w:p>
    <w:p>
      <w:r>
        <w:rPr>
          <w:b/>
        </w:rPr>
        <w:t xml:space="preserve">[02:18] </w:t>
      </w:r>
      <w:r>
        <w:t>kyunke aap jante hain ke peghambar akhir-uz-zaman ki ummat ka jo mind set hota hai woh yeh hota hai ke hum aakhri ummat hain, hum final ummat hain aur pichle log to mansookh ho chuke hain.</w:t>
      </w:r>
    </w:p>
    <w:p>
      <w:pPr>
        <w:jc w:val="right"/>
      </w:pPr>
      <w:r>
        <w:t>کیونکہ آپ جانتے ہیں کہ پیغمبر آخر الزماں کی امت کا جو مائنڈ سیٹ ہوتا ہے وہ یہ ہوتا ہے کہ ہم آخری امت ہیں، ہم فائنل امت ہیں اور پچھلے لوگ تو منسوخ ہو چکے ہیں۔</w:t>
      </w:r>
    </w:p>
    <w:p>
      <w:r>
        <w:rPr>
          <w:b/>
        </w:rPr>
        <w:t xml:space="preserve">[02:34] </w:t>
      </w:r>
      <w:r>
        <w:t>yani mansookh ki pairwi. yani sare musalman yeh mante hain ke pichli ummat ab mansookh ho chuki hai.</w:t>
      </w:r>
    </w:p>
    <w:p>
      <w:pPr>
        <w:jc w:val="right"/>
      </w:pPr>
      <w:r>
        <w:t>یعنی منسوخ کی پیروی۔ یعنی سارے مسلمان یہ مانتے ہیں کہ پچھلی امت اب منسوخ ہو چکی ہے۔</w:t>
      </w:r>
    </w:p>
    <w:p>
      <w:r>
        <w:rPr>
          <w:b/>
        </w:rPr>
        <w:t xml:space="preserve">[02:44] </w:t>
      </w:r>
      <w:r>
        <w:t>to kaise aisa hota hai?</w:t>
      </w:r>
    </w:p>
    <w:p>
      <w:pPr>
        <w:jc w:val="right"/>
      </w:pPr>
      <w:r>
        <w:t>تو کیسے ایسا ہوتا ہے؟</w:t>
      </w:r>
    </w:p>
    <w:p>
      <w:r>
        <w:rPr>
          <w:b/>
        </w:rPr>
        <w:t xml:space="preserve">[02:49] </w:t>
      </w:r>
      <w:r>
        <w:t>yeh ek sawal tha mere zehn mein ke aisa kaise hota hai? to is ka jawab mere samne yeh aya ke aisa hota hai mass conversion ki wajah se.</w:t>
      </w:r>
    </w:p>
    <w:p>
      <w:pPr>
        <w:jc w:val="right"/>
      </w:pPr>
      <w:r>
        <w:t>یہ ایک سوال تھا میرے ذہن میں کہ ایسا کیسے ہوتا ہے؟ تو اس کا جواب میرے سامنے یہ آیا کہ ایسا ہوتا ہے ماس کنورژن کی وجہ سے۔</w:t>
      </w:r>
    </w:p>
    <w:p>
      <w:r>
        <w:rPr>
          <w:b/>
        </w:rPr>
        <w:t xml:space="preserve">[03:08] </w:t>
      </w:r>
      <w:r>
        <w:t>lekin mass conversion ka waqia basically do ummaton mein hua yani christian mein aur musalman mein.</w:t>
      </w:r>
    </w:p>
    <w:p>
      <w:pPr>
        <w:jc w:val="right"/>
      </w:pPr>
      <w:r>
        <w:t>لیکن ماس کنورژن کا واقعہ بیسکلی دو امتوں میں ہوا یعنی کرسچن میں اور مسلمان میں۔</w:t>
      </w:r>
    </w:p>
    <w:p>
      <w:r>
        <w:rPr>
          <w:b/>
        </w:rPr>
        <w:t xml:space="preserve">[03:19] </w:t>
      </w:r>
      <w:r>
        <w:t>christian mein aap jante hain ke</w:t>
      </w:r>
    </w:p>
    <w:p>
      <w:pPr>
        <w:jc w:val="right"/>
      </w:pPr>
      <w:r>
        <w:t>کرسچن میں آپ جانتے ہیں کہ</w:t>
      </w:r>
    </w:p>
    <w:p>
      <w:r>
        <w:rPr>
          <w:b/>
        </w:rPr>
        <w:t xml:space="preserve">[03:28] </w:t>
      </w:r>
      <w:r>
        <w:t>chauthi sadi isvi mein</w:t>
      </w:r>
    </w:p>
    <w:p>
      <w:pPr>
        <w:jc w:val="right"/>
      </w:pPr>
      <w:r>
        <w:t>چوتھی صدی عیسوی میں</w:t>
      </w:r>
    </w:p>
    <w:p>
      <w:r>
        <w:rPr>
          <w:b/>
        </w:rPr>
        <w:t xml:space="preserve">[03:34] </w:t>
      </w:r>
      <w:r>
        <w:t>europe ka jo badshah tha constantine first</w:t>
      </w:r>
    </w:p>
    <w:p>
      <w:pPr>
        <w:jc w:val="right"/>
      </w:pPr>
      <w:r>
        <w:t>یورپ کا جو بادشاہ تھا کانسٹائن فرسٹ</w:t>
      </w:r>
    </w:p>
    <w:p>
      <w:r>
        <w:rPr>
          <w:b/>
        </w:rPr>
        <w:t xml:space="preserve">[03:43] </w:t>
      </w:r>
      <w:r>
        <w:t>to wo is ne christianity qabool kar liya. to poore europe mein christianity phail gayi.</w:t>
      </w:r>
    </w:p>
    <w:p>
      <w:pPr>
        <w:jc w:val="right"/>
      </w:pPr>
      <w:r>
        <w:t>تو وہ اس نے کرسچینٹی قبول کر لیا۔ تو پورے یورپ میں کرسچینٹی پھیل گئی۔</w:t>
      </w:r>
    </w:p>
    <w:p>
      <w:r>
        <w:rPr>
          <w:b/>
        </w:rPr>
        <w:t xml:space="preserve">[03:54] </w:t>
      </w:r>
      <w:r>
        <w:t>that was first case of mass conversion. is ke baad islam mein hua ke jab rome aur iran ki saltanatein fateh huin to musalmanon mein mass conversion hua.</w:t>
      </w:r>
    </w:p>
    <w:p>
      <w:pPr>
        <w:jc w:val="right"/>
      </w:pPr>
      <w:r>
        <w:t>دیٹ واز فرسٹ کیس آف ماس کنورژن۔ اس کے بعد اسلام میں ہوا کہ جب روم اور ایران کی سلطنتیں فتح ہوئیں تو مسلمانوں میں ماس کنورژن ہوا۔</w:t>
      </w:r>
    </w:p>
    <w:p>
      <w:r>
        <w:rPr>
          <w:b/>
        </w:rPr>
        <w:t xml:space="preserve">[04:13] </w:t>
      </w:r>
      <w:r>
        <w:t>to ye ye hai mass conversion ka phenomenon. wo is tarah se ke jo log فوج dar فوج apna mazhab badal kar naye mazhab mein aate hain to wo kya hota hai?</w:t>
      </w:r>
    </w:p>
    <w:p>
      <w:pPr>
        <w:jc w:val="right"/>
      </w:pPr>
      <w:r>
        <w:t>تو یہ یہ ہے ماس کنورژن کا فینامینا۔ وہ اس طرح سے کہ جو لوگ فوج در فوج اپنا مذہب بدل کر نئے مذہب میں آتے ہیں تو وہ کیا ہوتا ہے؟</w:t>
      </w:r>
    </w:p>
    <w:p>
      <w:r>
        <w:rPr>
          <w:b/>
        </w:rPr>
        <w:t xml:space="preserve">[04:30] </w:t>
      </w:r>
      <w:r>
        <w:t>jaise musalmanon mein kya hua ke kalma padh kar islam mein dakhil ho gaye. lekin jo mindset chala raha tha sadiyon se wo to is se badalta nahin.</w:t>
      </w:r>
    </w:p>
    <w:p>
      <w:pPr>
        <w:jc w:val="right"/>
      </w:pPr>
      <w:r>
        <w:t>جیسے مسلمانوں میں کیا ہوا کہ کلمہ پڑھ کر اسلام میں داخل ہو گئے۔ لیکن جو مائنڈ سیٹ چلا رہا تھا صدیوں سے وہ تو اس سے بدلتا نہیں۔</w:t>
      </w:r>
    </w:p>
    <w:p>
      <w:r>
        <w:rPr>
          <w:b/>
        </w:rPr>
        <w:t xml:space="preserve">[04:42] </w:t>
      </w:r>
      <w:r>
        <w:t>is ke liye to zaroorat hai training ki, tarbiyat ki, taleem ki. to pehle zamane mein is ka koi intezam nahin tha.</w:t>
      </w:r>
    </w:p>
    <w:p>
      <w:pPr>
        <w:jc w:val="right"/>
      </w:pPr>
      <w:r>
        <w:t>اس کے لیے تو ضرورت ہے ٹریننگ کی، تربیت کی، تعلیم کی۔ تو پہلے زمانے میں اس کا کوئی انتظام نہیں تھا۔</w:t>
      </w:r>
    </w:p>
    <w:p>
      <w:r>
        <w:rPr>
          <w:b/>
        </w:rPr>
        <w:t xml:space="preserve">[04:52] </w:t>
      </w:r>
      <w:r>
        <w:t>ab aap jante hain ke jab se printing press aaya hai tab se education phail gayi hai. printing press ka bahut bada dakhal hai education ko phailane mein.</w:t>
      </w:r>
    </w:p>
    <w:p>
      <w:pPr>
        <w:jc w:val="right"/>
      </w:pPr>
      <w:r>
        <w:t>اب آپ جانتے ہیں کہ جب سے پرنٹنگ پریس آیا ہے تب سے ایجوکیشن پھیل گئی ہے۔ پرنٹنگ پریس کا بہت بڑا دخل ہے ایجوکیشن کو پھیلانے میں۔</w:t>
      </w:r>
    </w:p>
    <w:p>
      <w:r>
        <w:rPr>
          <w:b/>
        </w:rPr>
        <w:t xml:space="preserve">[05:05] </w:t>
      </w:r>
      <w:r>
        <w:t>is se pehle education bahut hi limited dayre mein hua karti thi.</w:t>
      </w:r>
    </w:p>
    <w:p>
      <w:pPr>
        <w:jc w:val="right"/>
      </w:pPr>
      <w:r>
        <w:t>اس سے پہلے ایجوکیشن بہت ہی لمیٹڈ دائرے میں ہوا کرتی تھی۔</w:t>
      </w:r>
    </w:p>
    <w:p>
      <w:r>
        <w:rPr>
          <w:b/>
        </w:rPr>
        <w:t xml:space="preserve">[05:12] </w:t>
      </w:r>
      <w:r>
        <w:t>to kahan kaise un ka zehn kaise badalta? to ye log jo hain jo pichhle mindset ko le kar ke islam mein dakhil hue wo isi mindset ke mutabiq unhon ne islam ko dhal diya.</w:t>
      </w:r>
    </w:p>
    <w:p>
      <w:pPr>
        <w:jc w:val="right"/>
      </w:pPr>
      <w:r>
        <w:t>تو کہاں کیسے ان کا ذہن کیسے بدلتا؟ تو یہ لوگ جو ہیں جو پچھلے مائنڈ سیٹ کو لے کر کے اسلام میں داخل ہوئے وہ اسی مائنڈ سیٹ کے مطابق انہوں نے اسلام کو ڈھال دیا۔</w:t>
      </w:r>
    </w:p>
    <w:p>
      <w:r>
        <w:rPr>
          <w:b/>
        </w:rPr>
        <w:t xml:space="preserve">[05:29] </w:t>
      </w:r>
      <w:r>
        <w:t>hua ye ke ye hota hai ke wo jab mass conversion hua to phir bahut se logon ne arabi zaban padhi.</w:t>
      </w:r>
    </w:p>
    <w:p>
      <w:pPr>
        <w:jc w:val="right"/>
      </w:pPr>
      <w:r>
        <w:t>ہوا یہ کہ یہ ہوتا ہے کہ وہ جب ماس کنورژن ہوا تو پھر بہت سے لوگوں نے عربی زبان پڑھی۔</w:t>
      </w:r>
    </w:p>
    <w:p>
      <w:r>
        <w:rPr>
          <w:b/>
        </w:rPr>
        <w:t xml:space="preserve">[05:40] </w:t>
      </w:r>
      <w:r>
        <w:t>arabi padh padh kar ke wo aalim ban gaye. wo imam ban gaye, wo mujtahid ban gaye. ye saare log jo the aap ghor kijiye mujhe yahan se clue mila ke wo saare log jin ko hum kehte hain imam, mujtahid aur shakh al islam aur bade bade laqab de rakhe hain hum ne wo un mein wo kaun the?</w:t>
      </w:r>
    </w:p>
    <w:p>
      <w:pPr>
        <w:jc w:val="right"/>
      </w:pPr>
      <w:r>
        <w:t>عربی پڑھ پڑھ کر کے وہ عالم بن گئے۔ وہ امام بن گئے، وہ مجتہد بن گئے۔ یہ سارے لوگ جو تھے آپ غور کیجئے مجھے یہاں سے کلو ملا کہ وہ سارے لوگ جن کو ہم کہتے ہیں امام، مجتہد اور شاخ الاسلام اور بڑے بڑے القاب دے رکھے ہیں ہم نے وہ ان میں وہ کون تھے؟</w:t>
      </w:r>
    </w:p>
    <w:p>
      <w:r>
        <w:rPr>
          <w:b/>
        </w:rPr>
        <w:t xml:space="preserve">[06:06] </w:t>
      </w:r>
      <w:r>
        <w:t>wo wo arab nahin the wo. wo sab yahi the. ajami log the. jo romi saltanat aur bait al din saltanat ke fateh ke baad mass conversion jo hua isi mein se nikle ye log.</w:t>
      </w:r>
    </w:p>
    <w:p>
      <w:pPr>
        <w:jc w:val="right"/>
      </w:pPr>
      <w:r>
        <w:t>وہ وہ عرب نہیں تھے وہ۔ وہ سب یہی تھے۔ عجمی لوگ تھے۔ جو رومی سلطنت اور بیت الدین سلطنت کے فتح کے بعد ماس کنورژن جو ہوا اسی میں سے نکلے یہ لوگ۔</w:t>
      </w:r>
    </w:p>
    <w:p>
      <w:r>
        <w:rPr>
          <w:b/>
        </w:rPr>
        <w:t xml:space="preserve">[06:26] </w:t>
      </w:r>
      <w:r>
        <w:t>to arab log jo the wo rasool Allah se barah e rast unhon ne tarbiyat pai thi. un ka zehn doosra tha. lekin jo baad ko jo islam mein dakhil hue wo to sab ajami log the wo.</w:t>
      </w:r>
    </w:p>
    <w:p>
      <w:pPr>
        <w:jc w:val="right"/>
      </w:pPr>
      <w:r>
        <w:t>تو عرب لوگ جو تھے وہ رسول اللہ سے براہ راست انہوں نے تربیت پائی تھی۔ ان کا ذہن دوسرا تھا۔ لیکن جو بعد کو جو اسلام میں داخل ہوئے وہ تو سب عجمی لوگ تھے وہ۔</w:t>
      </w:r>
    </w:p>
    <w:p>
      <w:r>
        <w:rPr>
          <w:b/>
        </w:rPr>
        <w:t xml:space="preserve">[06:45] </w:t>
      </w:r>
      <w:r>
        <w:t>to apne is mindset ki bina par jo mindset banaya tha un ke andar isi mein islam ko dhal diya unhon ne.</w:t>
      </w:r>
    </w:p>
    <w:p>
      <w:pPr>
        <w:jc w:val="right"/>
      </w:pPr>
      <w:r>
        <w:t>تو اپنے اس مائنڈ سیٹ کی بنا پر جو مائنڈ سیٹ بنایا تھا ان کے اندر اسی میں اسلام کو ڈھال دیا انہوں نے۔</w:t>
      </w:r>
    </w:p>
    <w:p>
      <w:r>
        <w:rPr>
          <w:b/>
        </w:rPr>
        <w:t xml:space="preserve">[06:55] </w:t>
      </w:r>
      <w:r>
        <w:t>ab mein aap ko doosri baat arz karta hoon.</w:t>
      </w:r>
    </w:p>
    <w:p>
      <w:pPr>
        <w:jc w:val="right"/>
      </w:pPr>
      <w:r>
        <w:t>اب میں آپ کو دوسری بات عرض کرتا ہوں۔</w:t>
      </w:r>
    </w:p>
    <w:p>
      <w:r>
        <w:rPr>
          <w:b/>
        </w:rPr>
        <w:t xml:space="preserve">[06:59] </w:t>
      </w:r>
      <w:r>
        <w:t>pichhle hazar saal mein jo arabi kitaben likhi gayi hain islam ke bare mein</w:t>
      </w:r>
    </w:p>
    <w:p>
      <w:pPr>
        <w:jc w:val="right"/>
      </w:pPr>
      <w:r>
        <w:t>پچھلے ہزار سال میں جو عربی کتابیں لکھی گئی ہیں اسلام کے بارے میں</w:t>
      </w:r>
    </w:p>
    <w:p>
      <w:r>
        <w:rPr>
          <w:b/>
        </w:rPr>
        <w:t xml:space="preserve">[07:07] </w:t>
      </w:r>
      <w:r>
        <w:t>pehle to woh manuscript hua karta tha makhtoota ab woh chhap chhap kar har library mein maujood hai</w:t>
      </w:r>
    </w:p>
    <w:p>
      <w:pPr>
        <w:jc w:val="right"/>
      </w:pPr>
      <w:r>
        <w:t>پہلے تو وہ منسکریٹ ہوا کرتا تھا مخطوطہ اب وہ چھپ چھپ کر ہر لائبریری میں موجود ہے</w:t>
      </w:r>
    </w:p>
    <w:p>
      <w:r>
        <w:rPr>
          <w:b/>
        </w:rPr>
        <w:t xml:space="preserve">[07:15] </w:t>
      </w:r>
      <w:r>
        <w:t>balkeh woh ab jo</w:t>
      </w:r>
    </w:p>
    <w:p>
      <w:pPr>
        <w:jc w:val="right"/>
      </w:pPr>
      <w:r>
        <w:t>بلکہ وہ اب جو</w:t>
      </w:r>
    </w:p>
    <w:p>
      <w:r>
        <w:rPr>
          <w:b/>
        </w:rPr>
        <w:t xml:space="preserve">[07:19] </w:t>
      </w:r>
      <w:r>
        <w:t>smart phone aaya hai to aap ki jeeb mein maujood hai woh har kitab aap ki jeeb mein</w:t>
      </w:r>
    </w:p>
    <w:p>
      <w:pPr>
        <w:jc w:val="right"/>
      </w:pPr>
      <w:r>
        <w:t>اسمارٹ فون آیا ہے تو آپ کی جیب میں موجود ہے وہ ہر کتاب آپ کی جیب میں</w:t>
      </w:r>
    </w:p>
    <w:p>
      <w:r>
        <w:rPr>
          <w:b/>
        </w:rPr>
        <w:t xml:space="preserve">[07:25] </w:t>
      </w:r>
      <w:r>
        <w:t>maujood hai aap padh lijiye.</w:t>
      </w:r>
    </w:p>
    <w:p>
      <w:pPr>
        <w:jc w:val="right"/>
      </w:pPr>
      <w:r>
        <w:t>موجود ہے آپ پڑھ لیجئے۔</w:t>
      </w:r>
    </w:p>
    <w:p>
      <w:r>
        <w:rPr>
          <w:b/>
        </w:rPr>
        <w:t xml:space="preserve">[07:30] </w:t>
      </w:r>
      <w:r>
        <w:t>in saari kitabon ka khulasa ye hai ke wo amalan islam ko do pehluon islam ke do pehluon ko batati hai fazail aur masail bas zyada tar fazail aur masail to masail kya hain?</w:t>
      </w:r>
    </w:p>
    <w:p>
      <w:pPr>
        <w:jc w:val="right"/>
      </w:pPr>
      <w:r>
        <w:t>ان ساری کتابوں کا خلاصہ یہ ہے کہ وہ عملاً اسلام کو دو پہلوؤں اسلام کے دو پہلوؤں کو بتاتی ہے فضائل اور مسائل بس زیادہ تر فضائل اور مسائل تو مسائل کیا ہیں؟</w:t>
      </w:r>
    </w:p>
    <w:p>
      <w:r>
        <w:rPr>
          <w:b/>
        </w:rPr>
        <w:t xml:space="preserve">[07:56] </w:t>
      </w:r>
      <w:r>
        <w:t>yani form ki tafseel masail saare form ke bare mein hote hain masail kabhi bhi spirit ke bare mein nahin hote form ke bare mein aur</w:t>
      </w:r>
    </w:p>
    <w:p>
      <w:pPr>
        <w:jc w:val="right"/>
      </w:pPr>
      <w:r>
        <w:t>یعنی فارم کی تفصیل مسائل سارے فارم کے بارے میں ہوتے ہیں مسائل کبھی بھی اسپرٹ کے بارے میں نہیں ہوتے فارم کے بارے میں اور</w:t>
      </w:r>
    </w:p>
    <w:p>
      <w:r>
        <w:rPr>
          <w:b/>
        </w:rPr>
        <w:t xml:space="preserve">[08:09] </w:t>
      </w:r>
      <w:r>
        <w:t>fazail jo hain to kuch logon ko maan lega ke ye bade the to un ke fazail bayan karna is mein paighambar bhi shamil hain</w:t>
      </w:r>
    </w:p>
    <w:p>
      <w:pPr>
        <w:jc w:val="right"/>
      </w:pPr>
      <w:r>
        <w:t>فضائل جو ہیں تو کچھ لوگوں کو مان لے گا کہ یہ بڑے تھے تو ان کے فضائل بیان کرنا اس میں پیغمبر بھی شامل ہیں</w:t>
      </w:r>
    </w:p>
    <w:p>
      <w:r>
        <w:rPr>
          <w:b/>
        </w:rPr>
        <w:t xml:space="preserve">[08:23] </w:t>
      </w:r>
      <w:r>
        <w:t>to fazail aur masail masail kya hain main aap ko ek misaal deta hoon maslan ek bade aalim se meri mulaqat hui to unhon ne kaha ke musalman jo namazein padhte hain to un ki majority aisi hai jin ki namazein durust nahin hoti</w:t>
      </w:r>
    </w:p>
    <w:p>
      <w:pPr>
        <w:jc w:val="right"/>
      </w:pPr>
      <w:r>
        <w:t>تو فضائل اور مسائل مسائل کیا ہیں میں آپ کو ایک مثال دیتا ہوں مثلاً ایک بڑے عالم سے میری ملاقات ہوئی تو انہوں نے کہا کہ مسلمان جو نمازیں پڑھتے ہیں تو ان کی میجورٹی ایسی ہے جن کی نمازیں درست نہیں ہوتی</w:t>
      </w:r>
    </w:p>
    <w:p>
      <w:r>
        <w:rPr>
          <w:b/>
        </w:rPr>
        <w:t xml:space="preserve">[08:51] </w:t>
      </w:r>
      <w:r>
        <w:t>yani majority jo namaziyon ki hai un ki namazein durust nahin hoti wo kaise unhon ne kaha ke jo masail fiqh hain is ke mutabiq namaz nahin padhte wo</w:t>
      </w:r>
    </w:p>
    <w:p>
      <w:pPr>
        <w:jc w:val="right"/>
      </w:pPr>
      <w:r>
        <w:t>یعنی میجورٹی جو نمازیوں کی ہے ان کی نمازیں درست نہیں ہوتی وہ کیسے انہوں نے کہا کہ جو مسائل فقہ ہیں اس کے مطابق نماز نہیں پڑھتے وہ</w:t>
      </w:r>
    </w:p>
    <w:p>
      <w:r>
        <w:rPr>
          <w:b/>
        </w:rPr>
        <w:t xml:space="preserve">[09:06] </w:t>
      </w:r>
      <w:r>
        <w:t>maslan unhon ne is ko bataya is tarike se maslan aadmi kya karta hai ke sab se pehle Allahu Akbar keh kar ke wo namaz mein dakhil hota hai to unhon ne bataya ke Allahu Akbar kehne ke baad jab hath uthate hain to hamara hath kaisa hona chahiye?</w:t>
      </w:r>
    </w:p>
    <w:p>
      <w:pPr>
        <w:jc w:val="right"/>
      </w:pPr>
      <w:r>
        <w:t>مثلاً انہوں نے اس کو بتایا اس طریقے سے مثلاً آدمی کیا کرتا ہے کہ سب سے پہلے اللہ اکبر کہہ کر کے وہ نماز میں داخل ہوتا ہے تو انہوں نے بتایا کہ اللہ اکبر کہنے کے بعد جب ہاتھ اٹھاتے ہیں تو ہمارا ہاتھ کیسا ہونا چاہیے؟</w:t>
      </w:r>
    </w:p>
    <w:p>
      <w:r>
        <w:rPr>
          <w:b/>
        </w:rPr>
        <w:t xml:space="preserve">[09:25] </w:t>
      </w:r>
      <w:r>
        <w:t>ungliyan bilkul aasman ki taraf, angotha kan ki taraf ek bilkul ek kan ki shakal mein angotha ho aasman ki shakal mein ungliyan hon to aap bataiye kitne log is ka ehtimam karte hain?</w:t>
      </w:r>
    </w:p>
    <w:p>
      <w:pPr>
        <w:jc w:val="right"/>
      </w:pPr>
      <w:r>
        <w:t>انگلیاں بالکل آسمان کی طرف، انگوٹھا کان کی طرف ایک بالکل ایک کان کی شکل میں انگوٹھا ہو آسمان کی شکل میں انگلیاں ہوں تو آپ بتائیے کتنے لوگ اس کا اہتمام کرتے ہیں؟</w:t>
      </w:r>
    </w:p>
    <w:p>
      <w:r>
        <w:rPr>
          <w:b/>
        </w:rPr>
        <w:t xml:space="preserve">[09:42] </w:t>
      </w:r>
      <w:r>
        <w:t>phir niyat bandhna hai to unhon ne kaha niyat is tarah bandhna chahiye ke do ungli aise hon teen ungli aise hon aur ye aise ho to aisa itna zabardast kaun karta hai?</w:t>
      </w:r>
    </w:p>
    <w:p>
      <w:pPr>
        <w:jc w:val="right"/>
      </w:pPr>
      <w:r>
        <w:t>پھر نیت باندھنا ہے تو انہوں نے کہا نیت اس طرح باندھنا چاہیے کہ دو انگلی ایسے ہوں تین انگلی ایسے ہوں اور یہ ایسے ہو تو ایسا اتنا زبردست کون کرتا ہے؟</w:t>
      </w:r>
    </w:p>
    <w:p>
      <w:r>
        <w:rPr>
          <w:b/>
        </w:rPr>
        <w:t xml:space="preserve">[09:54] </w:t>
      </w:r>
      <w:r>
        <w:t>phir unhon ne kaha ke jab ruku mein jaate hain to peeth bilkul seedhi honi chahiye yani kamar se sar tak bilkul seedha ye kaun karta hai?</w:t>
      </w:r>
    </w:p>
    <w:p>
      <w:pPr>
        <w:jc w:val="right"/>
      </w:pPr>
      <w:r>
        <w:t>پھر انہوں نے کہا کہ جب رکوع میں جاتے ہیں تو پیٹھ بالکل سیدھی ہونی چاہیے یعنی کمر سے سر تک بالکل سیدھا یہ کون کرتا ہے؟</w:t>
      </w:r>
    </w:p>
    <w:p>
      <w:r>
        <w:rPr>
          <w:b/>
        </w:rPr>
        <w:t xml:space="preserve">[10:05] </w:t>
      </w:r>
      <w:r>
        <w:t>aise hi jab aap khade hote hain aap ruku ke baad to unhon ne bataya ke wo bilkul sajde par nazar honi chahiye jahan aap sajda karenge to usi par nazar honi chahiye is tarah ki bahut sari baatein hain to main ne kaha ke aap namaz ko aap log sarkash samajhte hain namaz ko sarkash bana diya unhon ne to ye hai masail wali wala deen</w:t>
      </w:r>
    </w:p>
    <w:p>
      <w:pPr>
        <w:jc w:val="right"/>
      </w:pPr>
      <w:r>
        <w:t>ایسے ہی جب آپ کھڑے ہوتے ہیں آپ رکوع کے بعد تو انہوں نے بتایا کہ وہ بالکل سجدے پر نظر ہونی چاہیے جہاں آپ سجدہ کریں گے تو اسی پر نظر ہونی چاہیے اس طرح کی بہت ساری باتیں ہیں تو میں نے کہا کہ آپ نماز کو آپ لوگ سرکش سمجھتے ہیں نماز کو سرکش بنا دیا انہوں نے تو یہ ہے مسائل والی والا دین</w:t>
      </w:r>
    </w:p>
    <w:p>
      <w:r>
        <w:rPr>
          <w:b/>
        </w:rPr>
        <w:t xml:space="preserve">[10:33] </w:t>
      </w:r>
      <w:r>
        <w:t>to masail wala deen kya hai? haqeeqat mein woh reduced form of islam hai</w:t>
      </w:r>
    </w:p>
    <w:p>
      <w:pPr>
        <w:jc w:val="right"/>
      </w:pPr>
      <w:r>
        <w:t>تو مسائل والا دین کیا ہے؟ حقیقت میں وہ ریڈیوسڈ فارم آف اسلام ہے</w:t>
      </w:r>
    </w:p>
    <w:p>
      <w:r>
        <w:rPr>
          <w:b/>
        </w:rPr>
        <w:t xml:space="preserve">[10:42] </w:t>
      </w:r>
      <w:r>
        <w:t>masail wala deen jo hai woh reduced form of islam hai</w:t>
      </w:r>
    </w:p>
    <w:p>
      <w:pPr>
        <w:jc w:val="right"/>
      </w:pPr>
      <w:r>
        <w:t>مسائل والا دین جو ہے وہ ریڈیوسڈ فارم آف اسلام ہے</w:t>
      </w:r>
    </w:p>
    <w:p>
      <w:r>
        <w:rPr>
          <w:b/>
        </w:rPr>
        <w:t xml:space="preserve">[10:46] </w:t>
      </w:r>
      <w:r>
        <w:t>ab jo doosra aala deen hai</w:t>
      </w:r>
    </w:p>
    <w:p>
      <w:pPr>
        <w:jc w:val="right"/>
      </w:pPr>
      <w:r>
        <w:t>اب جو دوسرا اعلیٰ دین ہے</w:t>
      </w:r>
    </w:p>
    <w:p>
      <w:r>
        <w:rPr>
          <w:b/>
        </w:rPr>
        <w:t xml:space="preserve">[10:50] </w:t>
      </w:r>
      <w:r>
        <w:t>jo higher version of deen hai woh fazail ke khane mein chala gaya</w:t>
      </w:r>
    </w:p>
    <w:p>
      <w:pPr>
        <w:jc w:val="right"/>
      </w:pPr>
      <w:r>
        <w:t>جو ہائر ورژن آف دین ہے وہ فضائل کے خانے میں چلا گیا</w:t>
      </w:r>
    </w:p>
    <w:p>
      <w:r>
        <w:rPr>
          <w:b/>
        </w:rPr>
        <w:t xml:space="preserve">[10:55] </w:t>
      </w:r>
      <w:r>
        <w:t>yani anbiya hain</w:t>
      </w:r>
    </w:p>
    <w:p>
      <w:pPr>
        <w:jc w:val="right"/>
      </w:pPr>
      <w:r>
        <w:t>یعنی انبیاء ہیں</w:t>
      </w:r>
    </w:p>
    <w:p>
      <w:r>
        <w:rPr>
          <w:b/>
        </w:rPr>
        <w:t xml:space="preserve">[10:58] </w:t>
      </w:r>
      <w:r>
        <w:t>sahaba hain bas un ke khane mein chala gaya</w:t>
      </w:r>
    </w:p>
    <w:p>
      <w:pPr>
        <w:jc w:val="right"/>
      </w:pPr>
      <w:r>
        <w:t>صحابہ ہیں بس ان کے خانے میں چلا گیا</w:t>
      </w:r>
    </w:p>
    <w:p>
      <w:r>
        <w:rPr>
          <w:b/>
        </w:rPr>
        <w:t xml:space="preserve">[11:03] </w:t>
      </w:r>
      <w:r>
        <w:t>to jo higher form of islam hai woh hamare aap ke hisse mein nahi aata woh to un</w:t>
      </w:r>
    </w:p>
    <w:p>
      <w:pPr>
        <w:jc w:val="right"/>
      </w:pPr>
      <w:r>
        <w:t>تو جو ہائر فارم آف اسلام ہے وہ ہمارے آپ کے حصے میں نہیں آتا وہ تو ان</w:t>
      </w:r>
    </w:p>
    <w:p>
      <w:r>
        <w:rPr>
          <w:b/>
        </w:rPr>
        <w:t xml:space="preserve">[11:09] </w:t>
      </w:r>
      <w:r>
        <w:t>ke hisse mein chala gaya hamare aap ke hisse mein aata hai wahi form wala islam jo reduced</w:t>
      </w:r>
    </w:p>
    <w:p>
      <w:pPr>
        <w:jc w:val="right"/>
      </w:pPr>
      <w:r>
        <w:t>کے حصے میں چلا گیا ہمارے آپ کے حصے میں آتا ہے وہی فارم والا اسلام جو ریڈیوسڈ</w:t>
      </w:r>
    </w:p>
    <w:p>
      <w:r>
        <w:rPr>
          <w:b/>
        </w:rPr>
        <w:t xml:space="preserve">[11:17] </w:t>
      </w:r>
      <w:r>
        <w:t>version of islam hai</w:t>
      </w:r>
    </w:p>
    <w:p>
      <w:pPr>
        <w:jc w:val="right"/>
      </w:pPr>
      <w:r>
        <w:t>ورژن آف اسلام ہے</w:t>
      </w:r>
    </w:p>
    <w:p>
      <w:r>
        <w:rPr>
          <w:b/>
        </w:rPr>
        <w:t xml:space="preserve">[11:20] </w:t>
      </w:r>
      <w:r>
        <w:t>yeh kis ne kiya?</w:t>
      </w:r>
    </w:p>
    <w:p>
      <w:pPr>
        <w:jc w:val="right"/>
      </w:pPr>
      <w:r>
        <w:t>یہ کس نے کیا؟</w:t>
      </w:r>
    </w:p>
    <w:p>
      <w:r>
        <w:rPr>
          <w:b/>
        </w:rPr>
        <w:t xml:space="preserve">[11:22] </w:t>
      </w:r>
      <w:r>
        <w:t>yeh islam ka edition jo hai kis ne tayyar kiya? ek converter musalmanon ne kyunke jis mazhab se nikal kar aaye the woh yahi sa mazhab tha jis mazhab se nikal kar aaye the wahan yahi concept tha mazhab ka to wahi unhone islam mein induct kar diya</w:t>
      </w:r>
    </w:p>
    <w:p>
      <w:pPr>
        <w:jc w:val="right"/>
      </w:pPr>
      <w:r>
        <w:t>یہ اسلام کا ایڈیشن جو ہے کس نے تیار کیا؟ ایک کنورٹر مسلمانوں میں نے کیونکہ جس مذہب سے نکل کر آئے تھے وہ یہی سا مذہب تھا جس مذہب سے نکل کر آئے تھے وہاں یہی کانسیپٹ تھا مذہب کا تو وہی انہوں نے اسلام میں انڈکٹ کر دیا</w:t>
      </w:r>
    </w:p>
    <w:p>
      <w:r>
        <w:rPr>
          <w:b/>
        </w:rPr>
        <w:t xml:space="preserve">[11:47] </w:t>
      </w:r>
      <w:r>
        <w:t>ab mein aap ko ek bohat hi</w:t>
      </w:r>
    </w:p>
    <w:p>
      <w:pPr>
        <w:jc w:val="right"/>
      </w:pPr>
      <w:r>
        <w:t>اب میں آپ کو ایک بہت ہی</w:t>
      </w:r>
    </w:p>
    <w:p>
      <w:r>
        <w:rPr>
          <w:b/>
        </w:rPr>
        <w:t xml:space="preserve">[11:51] </w:t>
      </w:r>
      <w:r>
        <w:t>jo mein ek bohat hi yani set aspect hai is masle ka woh yeh hai ke jitne bare bare islam ke bare bare jo badi badi baatein jo hain woh sab fazail ke khane mein hain sab fazail ke khane mein hain</w:t>
      </w:r>
    </w:p>
    <w:p>
      <w:pPr>
        <w:jc w:val="right"/>
      </w:pPr>
      <w:r>
        <w:t>جو میں ایک بہت ہی یعنی سیٹ آسپیکٹ ہے اس مسئلے کا وہ یہ ہے کہ جتنے بڑے بڑے اسلام کے بڑے بڑے جو بڑی بڑی باتیں جو ہیں وہ سب فضائل کے خانے میں ہیں سب فضائل کے خانے میں ہیں</w:t>
      </w:r>
    </w:p>
    <w:p>
      <w:r>
        <w:rPr>
          <w:b/>
        </w:rPr>
        <w:t xml:space="preserve">[12:16] </w:t>
      </w:r>
      <w:r>
        <w:t>woh sab fazail ke khane mein hain misaal ke taur par dekhiye</w:t>
      </w:r>
    </w:p>
    <w:p>
      <w:pPr>
        <w:jc w:val="right"/>
      </w:pPr>
      <w:r>
        <w:t>وہ سب فضائل کے خانے میں ہیں مثال کے طور پر دیکھئے</w:t>
      </w:r>
    </w:p>
    <w:p>
      <w:r>
        <w:rPr>
          <w:b/>
        </w:rPr>
        <w:t xml:space="preserve">[12:24] </w:t>
      </w:r>
      <w:r>
        <w:t>rasool Allah salallaho alaihi wasallam ke bare mein aaya hai ke warzuq rabbak khair woh aap ka</w:t>
      </w:r>
    </w:p>
    <w:p>
      <w:pPr>
        <w:jc w:val="right"/>
      </w:pPr>
      <w:r>
        <w:t>رسول اللہ صلی اللہ علیہ وسلم کے بارے میں آیا ہے کہ ورزق ربک خیر وہ آپ کا</w:t>
      </w:r>
    </w:p>
    <w:p>
      <w:r>
        <w:rPr>
          <w:b/>
        </w:rPr>
        <w:t xml:space="preserve">[12:30] </w:t>
      </w:r>
      <w:r>
        <w:t>ke Allah ki taraf se un ko ek rizq milta tha jo bohat hi aala hota tha woh</w:t>
      </w:r>
    </w:p>
    <w:p>
      <w:pPr>
        <w:jc w:val="right"/>
      </w:pPr>
      <w:r>
        <w:t>کہ اللہ کی طرف سے ان کو ایک رزق ملتا تھا جو بہت ہی اعلیٰ ہوتا تھا وہ</w:t>
      </w:r>
    </w:p>
    <w:p>
      <w:r>
        <w:rPr>
          <w:b/>
        </w:rPr>
        <w:t xml:space="preserve">[12:37] </w:t>
      </w:r>
      <w:r>
        <w:t>yeh rizq se murad food nahi hai yeh hai spiritual rizq</w:t>
      </w:r>
    </w:p>
    <w:p>
      <w:pPr>
        <w:jc w:val="right"/>
      </w:pPr>
      <w:r>
        <w:t>یہ رزق سے مراد فوڈ نہیں ہے یہ ہے اسپرچوئل رزق</w:t>
      </w:r>
    </w:p>
    <w:p>
      <w:r>
        <w:rPr>
          <w:b/>
        </w:rPr>
        <w:t xml:space="preserve">[12:44] </w:t>
      </w:r>
      <w:r>
        <w:t>isko daal diya unhon ne rasool Allah ke khane mein hamare aap ke hisse mein kuch nahi</w:t>
      </w:r>
    </w:p>
    <w:p>
      <w:pPr>
        <w:jc w:val="right"/>
      </w:pPr>
      <w:r>
        <w:t>اس کو ڈال دیا انہوں نے رسول اللہ کے خانے میں ہمارے آپ کے حصے میں کچھ نہیں</w:t>
      </w:r>
    </w:p>
    <w:p>
      <w:r>
        <w:rPr>
          <w:b/>
        </w:rPr>
        <w:t xml:space="preserve">[12:48] </w:t>
      </w:r>
      <w:r>
        <w:t>hai hamare aap ke hisse mein wahi hai form wala islam yani reduced form to warzuq rabb jo</w:t>
      </w:r>
    </w:p>
    <w:p>
      <w:pPr>
        <w:jc w:val="right"/>
      </w:pPr>
      <w:r>
        <w:t>ہے ہمارے آپ کے حصے میں وہی ہے فارم والا اسلام یعنی ریڈیوسڈ فارم تو ورزق رب جو</w:t>
      </w:r>
    </w:p>
    <w:p>
      <w:r>
        <w:rPr>
          <w:b/>
        </w:rPr>
        <w:t xml:space="preserve">[12:55] </w:t>
      </w:r>
      <w:r>
        <w:t>hai jo higher form of islam hai woh paighambar ke khane mein chala gaya hamare aap ke hisse</w:t>
      </w:r>
    </w:p>
    <w:p>
      <w:pPr>
        <w:jc w:val="right"/>
      </w:pPr>
      <w:r>
        <w:t>ہے جو ہائر فارم آف اسلام ہے وہ پیغمبر کے خانے میں چلا گیا ہمارے آپ کے حصے</w:t>
      </w:r>
    </w:p>
    <w:p>
      <w:r>
        <w:rPr>
          <w:b/>
        </w:rPr>
        <w:t xml:space="preserve">[13:03] </w:t>
      </w:r>
      <w:r>
        <w:t>mein nahi aaya woh aap hadith kitabon mein yeh sab baatein padhiye to fazail nabuwat</w:t>
      </w:r>
    </w:p>
    <w:p>
      <w:pPr>
        <w:jc w:val="right"/>
      </w:pPr>
      <w:r>
        <w:t>میں نہیں آیا وہ آپ حدیث کتابوں میں یہ سب باتیں پڑھئے تو فضائل نبوت</w:t>
      </w:r>
    </w:p>
    <w:p>
      <w:r>
        <w:rPr>
          <w:b/>
        </w:rPr>
        <w:t xml:space="preserve">[13:10] </w:t>
      </w:r>
      <w:r>
        <w:t>ke</w:t>
      </w:r>
    </w:p>
    <w:p>
      <w:pPr>
        <w:jc w:val="right"/>
      </w:pPr>
      <w:r>
        <w:t>کے</w:t>
      </w:r>
    </w:p>
    <w:p>
      <w:r>
        <w:rPr>
          <w:b/>
        </w:rPr>
        <w:t xml:space="preserve">[13:10] </w:t>
      </w:r>
      <w:r>
        <w:t>toor par zikr rahega is ka to mein ne jo is par research ki to mujhe samajh aaya ke rasool allah jo the un ke bare mein yeh ayat sahi case batati hai rasool allah kya kya cheez hote the to yeh ayat hai ke</w:t>
      </w:r>
    </w:p>
    <w:p>
      <w:pPr>
        <w:jc w:val="right"/>
      </w:pPr>
      <w:r>
        <w:t>طور پر ذکر رہے گا اس کا تو میں نے جو اس پر ریسرچ کی تو مجھے سمجھ آیا کہ رسول اللہ جو تھے ان کے بارے میں یہ آیت صحیح کیس بتاتی ہے رسول اللہ کیا کیا چیز ہوتے تھے تو یہ آیت ہے کہ</w:t>
      </w:r>
    </w:p>
    <w:p>
      <w:r>
        <w:rPr>
          <w:b/>
        </w:rPr>
        <w:t xml:space="preserve">[13:34] </w:t>
      </w:r>
      <w:r>
        <w:t>ma ana basharun mishrakum yuha ilayya annama ilahu ilahukum ilahu wahiun yani peghambar ne kaha ke main to</w:t>
      </w:r>
    </w:p>
    <w:p>
      <w:pPr>
        <w:jc w:val="right"/>
      </w:pPr>
      <w:r>
        <w:t>مَا أَنَا بَشَرٌ مِشْرُكُمْ يُهَا إِلَيَّ أَنَّمَا إِلَهُ إِلَهُكُمْ إِلَهُ وَحِيٌّ یعنی پیغمبر نے کہا کہ میں تو</w:t>
      </w:r>
    </w:p>
    <w:p>
      <w:r>
        <w:rPr>
          <w:b/>
        </w:rPr>
        <w:t xml:space="preserve">[13:42] </w:t>
      </w:r>
      <w:r>
        <w:t>sirf ek insan hoon</w:t>
      </w:r>
    </w:p>
    <w:p>
      <w:pPr>
        <w:jc w:val="right"/>
      </w:pPr>
      <w:r>
        <w:t>صرف ایک انسان ہوں</w:t>
      </w:r>
    </w:p>
    <w:p>
      <w:r>
        <w:rPr>
          <w:b/>
        </w:rPr>
        <w:t xml:space="preserve">[13:45] </w:t>
      </w:r>
      <w:r>
        <w:t>jo spirituality hai wo sirf yeh hai ke mere par wahi aati hai</w:t>
      </w:r>
    </w:p>
    <w:p>
      <w:pPr>
        <w:jc w:val="right"/>
      </w:pPr>
      <w:r>
        <w:t>جو اسپرچوئلٹی ہے وہ صرف یہ ہے کہ میرے پر وحی آتی ہے</w:t>
      </w:r>
    </w:p>
    <w:p>
      <w:r>
        <w:rPr>
          <w:b/>
        </w:rPr>
        <w:t xml:space="preserve">[13:51] </w:t>
      </w:r>
      <w:r>
        <w:t>is ka matlab kya hua hai</w:t>
      </w:r>
    </w:p>
    <w:p>
      <w:pPr>
        <w:jc w:val="right"/>
      </w:pPr>
      <w:r>
        <w:t>اس کا مطلب کیا ہوا ہے</w:t>
      </w:r>
    </w:p>
    <w:p>
      <w:r>
        <w:rPr>
          <w:b/>
        </w:rPr>
        <w:t xml:space="preserve">[13:53] </w:t>
      </w:r>
      <w:r>
        <w:t>ke peghambar par farishte ke zariye jo wahi aati thi us mein hum hamara hum ne hissa liya</w:t>
      </w:r>
    </w:p>
    <w:p>
      <w:pPr>
        <w:jc w:val="right"/>
      </w:pPr>
      <w:r>
        <w:t>کہ پیغمبر پر فرشتے کے ذریعے جو وحی آتی تھی اس میں ہم ہمارا ہم نے حصہ لیا</w:t>
      </w:r>
    </w:p>
    <w:p>
      <w:r>
        <w:rPr>
          <w:b/>
        </w:rPr>
        <w:t xml:space="preserve">[14:01] </w:t>
      </w:r>
      <w:r>
        <w:t>hamara hissa is mein nahi kuch hai yani hamare par farishta nahi aayega wahi nahi aayegi</w:t>
      </w:r>
    </w:p>
    <w:p>
      <w:pPr>
        <w:jc w:val="right"/>
      </w:pPr>
      <w:r>
        <w:t>ہمارا حصہ اس میں نہیں کچھ ہے یعنی ہمارے پر فرشتہ نہیں آئے گا وحی نہیں آئے گی</w:t>
      </w:r>
    </w:p>
    <w:p>
      <w:r>
        <w:rPr>
          <w:b/>
        </w:rPr>
        <w:t xml:space="preserve">[14:08] </w:t>
      </w:r>
      <w:r>
        <w:t>to peghambar ki jo spirituality hai wo wahi ki spirituality hai</w:t>
      </w:r>
    </w:p>
    <w:p>
      <w:pPr>
        <w:jc w:val="right"/>
      </w:pPr>
      <w:r>
        <w:t>تو پیغمبر کی جو اسپرچوئلٹی ہے وہ وحی کی اسپرچوئلٹی ہے</w:t>
      </w:r>
    </w:p>
    <w:p>
      <w:r>
        <w:rPr>
          <w:b/>
        </w:rPr>
        <w:t xml:space="preserve">[14:14] </w:t>
      </w:r>
      <w:r>
        <w:t>wahi ke mamle mein hum aur peghambar common nahi hain</w:t>
      </w:r>
    </w:p>
    <w:p>
      <w:pPr>
        <w:jc w:val="right"/>
      </w:pPr>
      <w:r>
        <w:t>وحی کے معاملے میں ہم اور پیغمبر کامن نہیں ہیں</w:t>
      </w:r>
    </w:p>
    <w:p>
      <w:r>
        <w:rPr>
          <w:b/>
        </w:rPr>
        <w:t xml:space="preserve">[14:19] </w:t>
      </w:r>
      <w:r>
        <w:t>baqi sab</w:t>
      </w:r>
    </w:p>
    <w:p>
      <w:pPr>
        <w:jc w:val="right"/>
      </w:pPr>
      <w:r>
        <w:t>باقی سب</w:t>
      </w:r>
    </w:p>
    <w:p>
      <w:r>
        <w:rPr>
          <w:b/>
        </w:rPr>
        <w:t xml:space="preserve">[14:19] </w:t>
      </w:r>
      <w:r>
        <w:t>jo hai woh uswa hai sab kuch uswa hai warzuq rabb bhi uswa hai yani hamein koshish karni chahiye ke hum bhi is iman ko payein jis mein hamein warzuq rabb wasool hone lage warzuq rabb kya hai?</w:t>
      </w:r>
    </w:p>
    <w:p>
      <w:pPr>
        <w:jc w:val="right"/>
      </w:pPr>
      <w:r>
        <w:t>جو ہے وہ اسوہ ہے سب کچھ اسوہ ہے ورزق رب بھی اسوہ ہے یعنی ہمیں کوشش کرنی چاہیے کہ ہم بھی اس ایمان کو پائیں جس میں ہمیں ورزق رب وصول ہونے لگے ورزق رب کیا ہے؟</w:t>
      </w:r>
    </w:p>
    <w:p>
      <w:r>
        <w:rPr>
          <w:b/>
        </w:rPr>
        <w:t xml:space="preserve">[14:36] </w:t>
      </w:r>
      <w:r>
        <w:t>warzuq rabb koi mysterious cheez nahi hai</w:t>
      </w:r>
    </w:p>
    <w:p>
      <w:pPr>
        <w:jc w:val="right"/>
      </w:pPr>
      <w:r>
        <w:t>ورزق رب کوئی مسٹیریس چیز نہیں ہے</w:t>
      </w:r>
    </w:p>
    <w:p>
      <w:r>
        <w:rPr>
          <w:b/>
        </w:rPr>
        <w:t xml:space="preserve">[14:41] </w:t>
      </w:r>
      <w:r>
        <w:t>spiritual experience allah ka inspiration mukhtalif cheezon ko point of reference bana kar ke us se marifat ki ghiza hasil karna intellectual development isi ka naam warzuq rabb hai</w:t>
      </w:r>
    </w:p>
    <w:p>
      <w:pPr>
        <w:jc w:val="right"/>
      </w:pPr>
      <w:r>
        <w:t>اسپرچوئل ایکسپیرینس اللہ کا انسپیریشن مختلف چیزوں کو پوائنٹ آف ریفرنس بنا کر کے اس سے معرفت کی غذا حاصل کرنا انٹلیکچوئل ڈیولپمنٹ اسی کا نام ورزق رب ہے</w:t>
      </w:r>
    </w:p>
    <w:p>
      <w:r>
        <w:rPr>
          <w:b/>
        </w:rPr>
        <w:t xml:space="preserve">[14:59] </w:t>
      </w:r>
      <w:r>
        <w:t>to jab aap tadabbur karte hain jab aap toham ki salahiyat paida karte hain jab aap gehra mutala</w:t>
      </w:r>
    </w:p>
    <w:p>
      <w:pPr>
        <w:jc w:val="right"/>
      </w:pPr>
      <w:r>
        <w:t>تو جب آپ تدبر کرتے ہیں جب آپ توہم کی صلاحیت پیدا کرتے ہیں جب آپ گہرا مطالعہ</w:t>
      </w:r>
    </w:p>
    <w:p>
      <w:r>
        <w:rPr>
          <w:b/>
        </w:rPr>
        <w:t xml:space="preserve">[15:05] </w:t>
      </w:r>
      <w:r>
        <w:t>karte hain quran ka aur takhleeq ka to aap ko warzaq e rabb milne lagta hai</w:t>
      </w:r>
    </w:p>
    <w:p>
      <w:pPr>
        <w:jc w:val="right"/>
      </w:pPr>
      <w:r>
        <w:t>کرتے ہیں قرآن کا اور تخلیق کا تو آپ کو ورزق رب ملنے لگتا ہے</w:t>
      </w:r>
    </w:p>
    <w:p>
      <w:r>
        <w:rPr>
          <w:b/>
        </w:rPr>
        <w:t xml:space="preserve">[15:12] </w:t>
      </w:r>
      <w:r>
        <w:t>warzaq e rabb jo hai peghambar ke</w:t>
      </w:r>
    </w:p>
    <w:p>
      <w:pPr>
        <w:jc w:val="right"/>
      </w:pPr>
      <w:r>
        <w:t>ورزق رب جو ہے پیغمبر کے</w:t>
      </w:r>
    </w:p>
    <w:p>
      <w:r>
        <w:rPr>
          <w:b/>
        </w:rPr>
        <w:t xml:space="preserve">[15:16] </w:t>
      </w:r>
      <w:r>
        <w:t>infiradi khusoosiyat nahi hai wo peghambar ka uswa hai</w:t>
      </w:r>
    </w:p>
    <w:p>
      <w:pPr>
        <w:jc w:val="right"/>
      </w:pPr>
      <w:r>
        <w:t>انفرادی خصوصیت نہیں ہے وہ پیغمبر کا اسوہ ہے</w:t>
      </w:r>
    </w:p>
    <w:p>
      <w:r>
        <w:rPr>
          <w:b/>
        </w:rPr>
        <w:t xml:space="preserve">[15:21] </w:t>
      </w:r>
      <w:r>
        <w:t>wo bhi ek namuna hai peghambar ka ke aap agar is tareeqe se jiyen jaise peghambar jeeta tha</w:t>
      </w:r>
    </w:p>
    <w:p>
      <w:pPr>
        <w:jc w:val="right"/>
      </w:pPr>
      <w:r>
        <w:t>وہ بھی ایک نمونہ ہے پیغمبر کا کہ آپ اگر اس طریقے سے جیئیں جیسے پیغمبر جیتا تھا</w:t>
      </w:r>
    </w:p>
    <w:p>
      <w:r>
        <w:rPr>
          <w:b/>
        </w:rPr>
        <w:t xml:space="preserve">[15:30] </w:t>
      </w:r>
      <w:r>
        <w:t>to aap ko bhi warzaq e rabb milne lagega</w:t>
      </w:r>
    </w:p>
    <w:p>
      <w:pPr>
        <w:jc w:val="right"/>
      </w:pPr>
      <w:r>
        <w:t>تو آپ کو بھی ورزق رب ملنے لگے گا</w:t>
      </w:r>
    </w:p>
    <w:p>
      <w:r>
        <w:rPr>
          <w:b/>
        </w:rPr>
        <w:t xml:space="preserve">[15:34] </w:t>
      </w:r>
      <w:r>
        <w:t>to sari kitabon se yeh samajh mein aata hai ke yeh sab to fazail e nubowat hain</w:t>
      </w:r>
    </w:p>
    <w:p>
      <w:pPr>
        <w:jc w:val="right"/>
      </w:pPr>
      <w:r>
        <w:t>تو ساری کتابوں سے یہ سمجھ میں آتا ہے کہ یہ سب تو فضائل نبوت ہیں</w:t>
      </w:r>
    </w:p>
    <w:p>
      <w:r>
        <w:rPr>
          <w:b/>
        </w:rPr>
        <w:t xml:space="preserve">[15:43] </w:t>
      </w:r>
      <w:r>
        <w:t>hamare hisse mein nahi hai wo</w:t>
      </w:r>
    </w:p>
    <w:p>
      <w:pPr>
        <w:jc w:val="right"/>
      </w:pPr>
      <w:r>
        <w:t>ہمارے حصے میں نہیں ہے وہ</w:t>
      </w:r>
    </w:p>
    <w:p>
      <w:r>
        <w:rPr>
          <w:b/>
        </w:rPr>
        <w:t xml:space="preserve">[15:46] </w:t>
      </w:r>
      <w:r>
        <w:t>to yeh main is ko bilkul galat samajhta hoon</w:t>
      </w:r>
    </w:p>
    <w:p>
      <w:pPr>
        <w:jc w:val="right"/>
      </w:pPr>
      <w:r>
        <w:t>تو یہ میں اس کو بالکل غلط سمجھتا ہوں</w:t>
      </w:r>
    </w:p>
    <w:p>
      <w:r>
        <w:rPr>
          <w:b/>
        </w:rPr>
        <w:t xml:space="preserve">[15:50] </w:t>
      </w:r>
      <w:r>
        <w:t>main samajhta hoon ke sirf ek hi cheez hai jis mein hum aur peghambar common nahi hain wo</w:t>
      </w:r>
    </w:p>
    <w:p>
      <w:pPr>
        <w:jc w:val="right"/>
      </w:pPr>
      <w:r>
        <w:t>میں سمجھتا ہوں کہ صرف ایک ہی چیز ہے جس میں ہم اور پیغمبر کامن نہیں ہیں وہ</w:t>
      </w:r>
    </w:p>
    <w:p>
      <w:r>
        <w:rPr>
          <w:b/>
        </w:rPr>
        <w:t xml:space="preserve">[15:55] </w:t>
      </w:r>
      <w:r>
        <w:t>hai wahi baqi jo peghambar se hai wo sab sab ka sab uswa hai</w:t>
      </w:r>
    </w:p>
    <w:p>
      <w:pPr>
        <w:jc w:val="right"/>
      </w:pPr>
      <w:r>
        <w:t>ہے وحی باقی جو پیغمبر سے ہے وہ سب سب کا سب اسوہ ہے</w:t>
      </w:r>
    </w:p>
    <w:p>
      <w:r>
        <w:rPr>
          <w:b/>
        </w:rPr>
        <w:t xml:space="preserve">[16:04] </w:t>
      </w:r>
      <w:r>
        <w:t>uswa hota hai yani</w:t>
      </w:r>
    </w:p>
    <w:p>
      <w:pPr>
        <w:jc w:val="right"/>
      </w:pPr>
      <w:r>
        <w:t>اسوہ ہوتا ہے یعنی</w:t>
      </w:r>
    </w:p>
    <w:p>
      <w:r>
        <w:rPr>
          <w:b/>
        </w:rPr>
        <w:t xml:space="preserve">[16:08] </w:t>
      </w:r>
      <w:r>
        <w:t>hum qabil e ittaba hamare liye</w:t>
      </w:r>
    </w:p>
    <w:p>
      <w:pPr>
        <w:jc w:val="right"/>
      </w:pPr>
      <w:r>
        <w:t>ہم قابل اتباع ہمارے لیے</w:t>
      </w:r>
    </w:p>
    <w:p>
      <w:r>
        <w:rPr>
          <w:b/>
        </w:rPr>
        <w:t xml:space="preserve">[16:13] </w:t>
      </w:r>
      <w:r>
        <w:t>jaise misal ke taur par rasool Allah jab the</w:t>
      </w:r>
    </w:p>
    <w:p>
      <w:pPr>
        <w:jc w:val="right"/>
      </w:pPr>
      <w:r>
        <w:t>جیسے مثال کے طور پر رسول اللہ جب تھے</w:t>
      </w:r>
    </w:p>
    <w:p>
      <w:r>
        <w:rPr>
          <w:b/>
        </w:rPr>
        <w:t xml:space="preserve">[16:16] </w:t>
      </w:r>
      <w:r>
        <w:t>ghar</w:t>
      </w:r>
    </w:p>
    <w:p>
      <w:pPr>
        <w:jc w:val="right"/>
      </w:pPr>
      <w:r>
        <w:t>غار</w:t>
      </w:r>
    </w:p>
    <w:p>
      <w:r>
        <w:rPr>
          <w:b/>
        </w:rPr>
        <w:t xml:space="preserve">[16:17] </w:t>
      </w:r>
      <w:r>
        <w:t>e thor mein hijrat ke baad to aap ne abubakar se farmaya tha jab ek khaas lamha paida hua</w:t>
      </w:r>
    </w:p>
    <w:p>
      <w:pPr>
        <w:jc w:val="right"/>
      </w:pPr>
      <w:r>
        <w:t>ثور میں ہجرت کے بعد تو آپ نے ابوبکر سے فرمایا تھا جب ایک خاص لمحہ پیدا ہوا</w:t>
      </w:r>
    </w:p>
    <w:p>
      <w:r>
        <w:rPr>
          <w:b/>
        </w:rPr>
        <w:t xml:space="preserve">[16:25] </w:t>
      </w:r>
      <w:r>
        <w:t>tha wahan par dar ka</w:t>
      </w:r>
    </w:p>
    <w:p>
      <w:pPr>
        <w:jc w:val="right"/>
      </w:pPr>
      <w:r>
        <w:t>تھا وہاں پر ڈر کا</w:t>
      </w:r>
    </w:p>
    <w:p>
      <w:r>
        <w:rPr>
          <w:b/>
        </w:rPr>
        <w:t xml:space="preserve">[16:28] </w:t>
      </w:r>
      <w:r>
        <w:t>to aap ne farmaya tha ke ya abubakar ma azannuka bi ithnayn allahu thalithuhuma</w:t>
      </w:r>
    </w:p>
    <w:p>
      <w:pPr>
        <w:jc w:val="right"/>
      </w:pPr>
      <w:r>
        <w:t>تو آپ نے فرمایا تھا کہ یا ابوبکر مَا أَظَنُّكَ بِاثْنَيْنِ اللَّهُ ثَالِثُهُمَا</w:t>
      </w:r>
    </w:p>
    <w:p>
      <w:r>
        <w:rPr>
          <w:b/>
        </w:rPr>
        <w:t xml:space="preserve">[16:35] </w:t>
      </w:r>
      <w:r>
        <w:t>ae abubakar tumhara kya khayal hai in do ke bare mein jin ka sath teesra Allah ho ye</w:t>
      </w:r>
    </w:p>
    <w:p>
      <w:pPr>
        <w:jc w:val="right"/>
      </w:pPr>
      <w:r>
        <w:t>اے ابوبکر تمہارا کیا خیال ہے ان دو کے بارے میں جن کا ساتھ تیسرا اللہ ہو یہ</w:t>
      </w:r>
    </w:p>
    <w:p>
      <w:r>
        <w:rPr>
          <w:b/>
        </w:rPr>
        <w:t xml:space="preserve">[16:44] </w:t>
      </w:r>
      <w:r>
        <w:t>fazail nabuwat nahin hai ye ye iswa hai</w:t>
      </w:r>
    </w:p>
    <w:p>
      <w:pPr>
        <w:jc w:val="right"/>
      </w:pPr>
      <w:r>
        <w:t>فضائل نبوت نہیں ہے یہ یہ اسوہ ہے</w:t>
      </w:r>
    </w:p>
    <w:p>
      <w:r>
        <w:rPr>
          <w:b/>
        </w:rPr>
        <w:t xml:space="preserve">[16:51] </w:t>
      </w:r>
      <w:r>
        <w:t>hum aap par bhi aise alamat guzre hain to hamara iman itna qawi hona chahiye hamari marifat itni</w:t>
      </w:r>
    </w:p>
    <w:p>
      <w:pPr>
        <w:jc w:val="right"/>
      </w:pPr>
      <w:r>
        <w:t>ہم آپ پر بھی ایسے علامات گزرے ہیں تو ہمارا ایمان اتنا قوی ہونا چاہیے ہماری معرفت اتنی</w:t>
      </w:r>
    </w:p>
    <w:p>
      <w:r>
        <w:rPr>
          <w:b/>
        </w:rPr>
        <w:t xml:space="preserve">[16:57] </w:t>
      </w:r>
      <w:r>
        <w:t>buland honi chahiye hamara intellectual development itna ooncha hona chahiye ke hamein bhi yahi</w:t>
      </w:r>
    </w:p>
    <w:p>
      <w:pPr>
        <w:jc w:val="right"/>
      </w:pPr>
      <w:r>
        <w:t>بلند ہونی چاہیے ہمارا انٹلیکچوئل ڈیولپمنٹ اتنا اونچا ہونا چاہیے کہ ہمیں بھی یہی</w:t>
      </w:r>
    </w:p>
    <w:p>
      <w:r>
        <w:rPr>
          <w:b/>
        </w:rPr>
        <w:t xml:space="preserve">[17:05] </w:t>
      </w:r>
      <w:r>
        <w:t>hamare andar bhi yahi soch aaye hamein bhi jab ye soch aayegi to hum par Allah taala</w:t>
      </w:r>
    </w:p>
    <w:p>
      <w:pPr>
        <w:jc w:val="right"/>
      </w:pPr>
      <w:r>
        <w:t>ہمارے اندر بھی یہی سوچ آئے ہمیں بھی جب یہ سوچ آئے گی تو ہم پر اللہ تعالیٰ</w:t>
      </w:r>
    </w:p>
    <w:p>
      <w:r>
        <w:rPr>
          <w:b/>
        </w:rPr>
        <w:t xml:space="preserve">[17:09] </w:t>
      </w:r>
      <w:r>
        <w:t>ki inspiration aayegi Allah taala ki rehmat nazil hogi ye iswa hai</w:t>
      </w:r>
    </w:p>
    <w:p>
      <w:pPr>
        <w:jc w:val="right"/>
      </w:pPr>
      <w:r>
        <w:t>کی انسپیریشن آئے گی اللہ تعالیٰ کی رحمت نازل ہوگی یہ اسوہ ہے</w:t>
      </w:r>
    </w:p>
    <w:p>
      <w:r>
        <w:rPr>
          <w:b/>
        </w:rPr>
        <w:t xml:space="preserve">[17:17] </w:t>
      </w:r>
      <w:r>
        <w:t>ye koi</w:t>
      </w:r>
    </w:p>
    <w:p>
      <w:pPr>
        <w:jc w:val="right"/>
      </w:pPr>
      <w:r>
        <w:t>یہ کوئی</w:t>
      </w:r>
    </w:p>
    <w:p>
      <w:r>
        <w:rPr>
          <w:b/>
        </w:rPr>
        <w:t xml:space="preserve">[17:22] </w:t>
      </w:r>
      <w:r>
        <w:t>aisa nahi ke bas ek ek ek shakhs tha usi ke liye allah taala ne aisa kiya baqi sare insan jo hain is se yani un ka is mein koi hissa nahi hai to sari kitabein jo likhi gayi hain woh isi pattern mein likhi gayi hain ke kuch cheezein fazail khane mein daal diya aur kuch masail ke khane mein aur masail kya hain?</w:t>
      </w:r>
    </w:p>
    <w:p>
      <w:pPr>
        <w:jc w:val="right"/>
      </w:pPr>
      <w:r>
        <w:t>ایسا نہیں کہ بس ایک ایک ایک شخص تھا اسی کے لیے اللہ تعالیٰ نے ایسا کیا باقی سارے انسان جو ہیں اس سے یعنی ان کا اس میں کوئی حصہ نہیں ہے تو ساری کتابیں جو لکھی گئی ہیں وہ اسی پیٹرن میں لکھی گئی ہیں کہ کچھ چیزیں فضائل خانے میں ڈال دیا اور کچھ مسائل کے خانے میں اور مسائل کیا ہیں؟</w:t>
      </w:r>
    </w:p>
    <w:p>
      <w:r>
        <w:rPr>
          <w:b/>
        </w:rPr>
        <w:t xml:space="preserve">[17:45] </w:t>
      </w:r>
      <w:r>
        <w:t>reduced form of islam</w:t>
      </w:r>
    </w:p>
    <w:p>
      <w:pPr>
        <w:jc w:val="right"/>
      </w:pPr>
      <w:r>
        <w:t>ریڈیوسڈ فارم آف اسلام</w:t>
      </w:r>
    </w:p>
    <w:p>
      <w:r>
        <w:rPr>
          <w:b/>
        </w:rPr>
        <w:t xml:space="preserve">[17:47] </w:t>
      </w:r>
      <w:r>
        <w:t>reduced version of islam to aala jo deen hai fazail wala ke khane mein chala gaya woh</w:t>
      </w:r>
    </w:p>
    <w:p>
      <w:pPr>
        <w:jc w:val="right"/>
      </w:pPr>
      <w:r>
        <w:t>ریڈیوسڈ ورژن آف اسلام تو اعلیٰ جو دین ہے فضائل والا کے خانے میں چلا گیا وہ</w:t>
      </w:r>
    </w:p>
    <w:p>
      <w:r>
        <w:rPr>
          <w:b/>
        </w:rPr>
        <w:t xml:space="preserve">[17:59] </w:t>
      </w:r>
      <w:r>
        <w:t>aise hi mein aap ko ek misaal deta hoon hazrat umar ki</w:t>
      </w:r>
    </w:p>
    <w:p>
      <w:pPr>
        <w:jc w:val="right"/>
      </w:pPr>
      <w:r>
        <w:t>ایسے ہی میں آپ کو ایک مثال دیتا ہوں حضرت عمر کی</w:t>
      </w:r>
    </w:p>
    <w:p>
      <w:r>
        <w:rPr>
          <w:b/>
        </w:rPr>
        <w:t xml:space="preserve">[18:06] </w:t>
      </w:r>
      <w:r>
        <w:t>hazrat umar ke bare mein ek hadith hai</w:t>
      </w:r>
    </w:p>
    <w:p>
      <w:pPr>
        <w:jc w:val="right"/>
      </w:pPr>
      <w:r>
        <w:t>حضرت عمر کے بارے میں ایک حدیث ہے</w:t>
      </w:r>
    </w:p>
    <w:p>
      <w:r>
        <w:rPr>
          <w:b/>
        </w:rPr>
        <w:t xml:space="preserve">[18:10] </w:t>
      </w:r>
      <w:r>
        <w:t>rasool Allah sal Allah aleh wasallam ne farmaya</w:t>
      </w:r>
    </w:p>
    <w:p>
      <w:pPr>
        <w:jc w:val="right"/>
      </w:pPr>
      <w:r>
        <w:t>رسول اللہ صلی اللہ علیہ وسلم نے فرمایا</w:t>
      </w:r>
    </w:p>
    <w:p>
      <w:r>
        <w:rPr>
          <w:b/>
        </w:rPr>
        <w:t xml:space="preserve">[18:13] </w:t>
      </w:r>
      <w:r>
        <w:t>ke umar ye riwayat bukhari mein hai aur doosri kitabon mein aayi hai ke umar jis rastay se</w:t>
      </w:r>
    </w:p>
    <w:p>
      <w:pPr>
        <w:jc w:val="right"/>
      </w:pPr>
      <w:r>
        <w:t>کہ عمر یہ روایت بخاری میں ہے اور دوسری کتابوں میں آئی ہے کہ عمر جس راستے سے</w:t>
      </w:r>
    </w:p>
    <w:p>
      <w:r>
        <w:rPr>
          <w:b/>
        </w:rPr>
        <w:t xml:space="preserve">[18:21] </w:t>
      </w:r>
      <w:r>
        <w:t>chalte hain to shaitan apna rasta badal deta hai</w:t>
      </w:r>
    </w:p>
    <w:p>
      <w:pPr>
        <w:jc w:val="right"/>
      </w:pPr>
      <w:r>
        <w:t>چلتے ہیں تو شیطان اپنا راستہ بدل دیتا ہے</w:t>
      </w:r>
    </w:p>
    <w:p>
      <w:r>
        <w:rPr>
          <w:b/>
        </w:rPr>
        <w:t xml:space="preserve">[18:28] </w:t>
      </w:r>
      <w:r>
        <w:t>idhar shaitan aa raha hai idhar umar ja rahe hain to shaitan rasta badal dega</w:t>
      </w:r>
    </w:p>
    <w:p>
      <w:pPr>
        <w:jc w:val="right"/>
      </w:pPr>
      <w:r>
        <w:t>ادھر شیطان آ رہا ہے ادھر عمر جا رہے ہیں تو شیطان راستہ بدل دے گا</w:t>
      </w:r>
    </w:p>
    <w:p>
      <w:r>
        <w:rPr>
          <w:b/>
        </w:rPr>
        <w:t xml:space="preserve">[18:36] </w:t>
      </w:r>
      <w:r>
        <w:t>to is se hota hai ke ye fazilat umar hai</w:t>
      </w:r>
    </w:p>
    <w:p>
      <w:pPr>
        <w:jc w:val="right"/>
      </w:pPr>
      <w:r>
        <w:t>تو اس سے ہوتا ہے کہ یہ فضیلت عمر ہے</w:t>
      </w:r>
    </w:p>
    <w:p>
      <w:r>
        <w:rPr>
          <w:b/>
        </w:rPr>
        <w:t xml:space="preserve">[18:40] </w:t>
      </w:r>
      <w:r>
        <w:t>tamam kitabon mein tamam sharon mein tamam jo commentaries hain sab mein ye bataya hai ke ye fazilat</w:t>
      </w:r>
    </w:p>
    <w:p>
      <w:pPr>
        <w:jc w:val="right"/>
      </w:pPr>
      <w:r>
        <w:t>تمام کتابوں میں تمام شرحوں میں تمام جو کمنٹریز ہیں سب میں یہ بتایا ہے کہ یہ فضیلت</w:t>
      </w:r>
    </w:p>
    <w:p>
      <w:r>
        <w:rPr>
          <w:b/>
        </w:rPr>
        <w:t xml:space="preserve">[18:46] </w:t>
      </w:r>
      <w:r>
        <w:t>umar hai umar</w:t>
      </w:r>
    </w:p>
    <w:p>
      <w:pPr>
        <w:jc w:val="right"/>
      </w:pPr>
      <w:r>
        <w:t>عمر ہے عمر</w:t>
      </w:r>
    </w:p>
    <w:p>
      <w:r>
        <w:rPr>
          <w:b/>
        </w:rPr>
        <w:t xml:space="preserve">[18:49] </w:t>
      </w:r>
      <w:r>
        <w:t>mein kehta hoon ke hargiz nahin ye</w:t>
      </w:r>
    </w:p>
    <w:p>
      <w:pPr>
        <w:jc w:val="right"/>
      </w:pPr>
      <w:r>
        <w:t>میں کہتا ہوں کہ ہرگز نہیں یہ</w:t>
      </w:r>
    </w:p>
    <w:p>
      <w:r>
        <w:rPr>
          <w:b/>
        </w:rPr>
        <w:t xml:space="preserve">[18:52] </w:t>
      </w:r>
      <w:r>
        <w:t>fazilat insan hai</w:t>
      </w:r>
    </w:p>
    <w:p>
      <w:pPr>
        <w:jc w:val="right"/>
      </w:pPr>
      <w:r>
        <w:t>فضیلت انسان ہے</w:t>
      </w:r>
    </w:p>
    <w:p>
      <w:r>
        <w:rPr>
          <w:b/>
        </w:rPr>
        <w:t xml:space="preserve">[18:56] </w:t>
      </w:r>
      <w:r>
        <w:t>yeh insan hai koi bhi insan agar apne andar aala iman paida kare aala marifat paida kare woh tadabbur kare toh sab kare quran mein aur sunnat mein apne aap ko ghark kare to woh bhi aise hi ban jayega</w:t>
      </w:r>
    </w:p>
    <w:p>
      <w:pPr>
        <w:jc w:val="right"/>
      </w:pPr>
      <w:r>
        <w:t>یہ انسان ہے کوئی بھی انسان اگر اپنے اندر اعلیٰ ایمان پیدا کرے اعلیٰ معرفت پیدا کرے وہ تدبر کرے توصب کرے قرآن میں اور سنت میں اپنے آپ کو غرق کرے تو وہ بھی ایسے ہی بن جائے گا</w:t>
      </w:r>
    </w:p>
    <w:p>
      <w:r>
        <w:rPr>
          <w:b/>
        </w:rPr>
        <w:t xml:space="preserve">[19:20] </w:t>
      </w:r>
      <w:r>
        <w:t>aur dekhiye yeh tamseel ki zaban mein hai yani yeh symbolic language hai aisa nahi hai ke idhar se woh ja rahe hain idhar se woh aa rahe hain to rasta badal diya nahi</w:t>
      </w:r>
    </w:p>
    <w:p>
      <w:pPr>
        <w:jc w:val="right"/>
      </w:pPr>
      <w:r>
        <w:t>اور دیکھئے یہ تمثیل کی زبان میں ہے یعنی یہ سمبالک لینگویج ہے ایسا نہیں ہے کہ ادھر سے وہ جا رہے ہیں ادھر سے وہ آ رہے ہیں تو راستہ بدل دیا نہیں</w:t>
      </w:r>
    </w:p>
    <w:p>
      <w:r>
        <w:rPr>
          <w:b/>
        </w:rPr>
        <w:t xml:space="preserve">[19:36] </w:t>
      </w:r>
      <w:r>
        <w:t>is ka mein samajhta hoon ke is hadees ko samajhne ke liye aap ek quran ki ek ayat par ghaur kijiye quran ki ayat hai izaa mathum ta'afu min shaitani tazakkaru faiza hum absarun</w:t>
      </w:r>
    </w:p>
    <w:p>
      <w:pPr>
        <w:jc w:val="right"/>
      </w:pPr>
      <w:r>
        <w:t>اس کا میں سمجھتا ہوں کہ اس حدیث کو سمجھنے کے لیے آپ ایک قرآن کی ایک آیت پر غور کیجئے قرآن کی آیت ہے اِذَا مَثْهُمْ تَعَافُوا مِنْ شَيْطَانِ تَذَكَّرُوا فَإِذَا هُمْ أَبْصُرُونَ</w:t>
      </w:r>
    </w:p>
    <w:p>
      <w:r>
        <w:rPr>
          <w:b/>
        </w:rPr>
        <w:t xml:space="preserve">[19:56] </w:t>
      </w:r>
      <w:r>
        <w:t>is ka raaz hai tazkir is ayat ke mutabiq</w:t>
      </w:r>
    </w:p>
    <w:p>
      <w:pPr>
        <w:jc w:val="right"/>
      </w:pPr>
      <w:r>
        <w:t>اس کا راز ہے تذکر اس آیت کے مطابق</w:t>
      </w:r>
    </w:p>
    <w:p>
      <w:r>
        <w:rPr>
          <w:b/>
        </w:rPr>
        <w:t xml:space="preserve">[20:01] </w:t>
      </w:r>
      <w:r>
        <w:t>tazkir ka matlab hota hai to remember yaad karna</w:t>
      </w:r>
    </w:p>
    <w:p>
      <w:pPr>
        <w:jc w:val="right"/>
      </w:pPr>
      <w:r>
        <w:t>تذکر کا مطلب ہوتا ہے ٹو ریممبر یاد کرنا</w:t>
      </w:r>
    </w:p>
    <w:p>
      <w:r>
        <w:rPr>
          <w:b/>
        </w:rPr>
        <w:t xml:space="preserve">[20:06] </w:t>
      </w:r>
      <w:r>
        <w:t>ke jab shaitan</w:t>
      </w:r>
    </w:p>
    <w:p>
      <w:pPr>
        <w:jc w:val="right"/>
      </w:pPr>
      <w:r>
        <w:t>کہ جب شیطان</w:t>
      </w:r>
    </w:p>
    <w:p>
      <w:r>
        <w:rPr>
          <w:b/>
        </w:rPr>
        <w:t xml:space="preserve">[20:08] </w:t>
      </w:r>
      <w:r>
        <w:t>un ko miss karta hai touch karta hai</w:t>
      </w:r>
    </w:p>
    <w:p>
      <w:pPr>
        <w:jc w:val="right"/>
      </w:pPr>
      <w:r>
        <w:t>ان کو مس کرتا ہے ٹچ کرتا ہے</w:t>
      </w:r>
    </w:p>
    <w:p>
      <w:r>
        <w:rPr>
          <w:b/>
        </w:rPr>
        <w:t xml:space="preserve">[20:12] </w:t>
      </w:r>
      <w:r>
        <w:t>jab shaitan ko touch karta hai to achaanak wo ba khabar ho jate hain</w:t>
      </w:r>
    </w:p>
    <w:p>
      <w:pPr>
        <w:jc w:val="right"/>
      </w:pPr>
      <w:r>
        <w:t>جب شیطان کو ٹچ کرتا ہے تو اچانک وہ باخبر ہو جاتے ہیں</w:t>
      </w:r>
    </w:p>
    <w:p>
      <w:r>
        <w:rPr>
          <w:b/>
        </w:rPr>
        <w:t xml:space="preserve">[20:20] </w:t>
      </w:r>
      <w:r>
        <w:t>aur phir un ke andar Allah ki yaad aati hai aur phir wo</w:t>
      </w:r>
    </w:p>
    <w:p>
      <w:pPr>
        <w:jc w:val="right"/>
      </w:pPr>
      <w:r>
        <w:t>اور پھر ان کے اندر اللہ کی یاد آتی ہے اور پھر وہ</w:t>
      </w:r>
    </w:p>
    <w:p>
      <w:r>
        <w:rPr>
          <w:b/>
        </w:rPr>
        <w:t xml:space="preserve">[20:27] </w:t>
      </w:r>
      <w:r>
        <w:t>is se bach jate hain shaitan ke is se yahi matlab hai is ka</w:t>
      </w:r>
    </w:p>
    <w:p>
      <w:pPr>
        <w:jc w:val="right"/>
      </w:pPr>
      <w:r>
        <w:t>اس سے بچ جاتے ہیں شیطان کے اس سے یہی مطلب ہے اس کا</w:t>
      </w:r>
    </w:p>
    <w:p>
      <w:r>
        <w:rPr>
          <w:b/>
        </w:rPr>
        <w:t xml:space="preserve">[20:32] </w:t>
      </w:r>
      <w:r>
        <w:t>to hazrat umar jo thay wo un ka imaan</w:t>
      </w:r>
    </w:p>
    <w:p>
      <w:pPr>
        <w:jc w:val="right"/>
      </w:pPr>
      <w:r>
        <w:t>تو حضرت عمر جو تھے وہ ان کا ایمان</w:t>
      </w:r>
    </w:p>
    <w:p>
      <w:r>
        <w:rPr>
          <w:b/>
        </w:rPr>
        <w:t xml:space="preserve">[20:37] </w:t>
      </w:r>
      <w:r>
        <w:t>un ka un ki marifat</w:t>
      </w:r>
    </w:p>
    <w:p>
      <w:pPr>
        <w:jc w:val="right"/>
      </w:pPr>
      <w:r>
        <w:t>ان کا ان کی معرفت</w:t>
      </w:r>
    </w:p>
    <w:p>
      <w:r>
        <w:rPr>
          <w:b/>
        </w:rPr>
        <w:t xml:space="preserve">[20:41] </w:t>
      </w:r>
      <w:r>
        <w:t>yeh sab itna barha hua tha itna barha hua tha ke shaitan jab koi waswasa dalta tha shaitan</w:t>
      </w:r>
    </w:p>
    <w:p>
      <w:pPr>
        <w:jc w:val="right"/>
      </w:pPr>
      <w:r>
        <w:t>یہ سب اتنا بڑھا ہوا تھا اتنا بڑھا ہوا تھا کہ شیطان جب کوئی وسوسہ ڈالتا تھا شیطان</w:t>
      </w:r>
    </w:p>
    <w:p>
      <w:r>
        <w:rPr>
          <w:b/>
        </w:rPr>
        <w:t xml:space="preserve">[20:47] </w:t>
      </w:r>
      <w:r>
        <w:t>ko in ko koi kahein touch karta touch karne ka matlab waswasa dalna</w:t>
      </w:r>
    </w:p>
    <w:p>
      <w:pPr>
        <w:jc w:val="right"/>
      </w:pPr>
      <w:r>
        <w:t>کوئی ان کو کوئی کہیں ٹچ کرتا ٹچ کرنے کا معنی وسوسہ ڈالنا</w:t>
      </w:r>
    </w:p>
    <w:p>
      <w:r>
        <w:rPr>
          <w:b/>
        </w:rPr>
        <w:t xml:space="preserve">[20:54] </w:t>
      </w:r>
      <w:r>
        <w:t>تو فوراً وہ اس کو پہچان لیتے تھے اور اس کو analyse کر کے اس کو diffuse کر</w:t>
      </w:r>
    </w:p>
    <w:p>
      <w:pPr>
        <w:jc w:val="right"/>
      </w:pPr>
      <w:r>
        <w:t>تو فوراً وہ اس کو پہچان لیتے تھے اور اس کو انیسس کر کے اس کو ڈیفیوز کر</w:t>
      </w:r>
    </w:p>
    <w:p>
      <w:r>
        <w:rPr>
          <w:b/>
        </w:rPr>
        <w:t xml:space="preserve">[21:01] </w:t>
      </w:r>
      <w:r>
        <w:t>dete thay yeh matlab hai is ka</w:t>
      </w:r>
    </w:p>
    <w:p>
      <w:pPr>
        <w:jc w:val="right"/>
      </w:pPr>
      <w:r>
        <w:t>دیتے تھے یہ مطلب ہے اس کا</w:t>
      </w:r>
    </w:p>
    <w:p>
      <w:r>
        <w:rPr>
          <w:b/>
        </w:rPr>
        <w:t xml:space="preserve">[21:06] </w:t>
      </w:r>
      <w:r>
        <w:t>to koi bhi shakhs agar apne andar woh sifat paida kare to woh use woh bhi aise hi</w:t>
      </w:r>
    </w:p>
    <w:p>
      <w:pPr>
        <w:jc w:val="right"/>
      </w:pPr>
      <w:r>
        <w:t>تو کوئی بھی شخص اگر اپنے اندر وہ صفات پیدا کرے تو وہ اسے وہ بھی ایسے ہی</w:t>
      </w:r>
    </w:p>
    <w:p>
      <w:r>
        <w:rPr>
          <w:b/>
        </w:rPr>
        <w:t xml:space="preserve">[21:11] </w:t>
      </w:r>
      <w:r>
        <w:t>kar paye ga</w:t>
      </w:r>
    </w:p>
    <w:p>
      <w:pPr>
        <w:jc w:val="right"/>
      </w:pPr>
      <w:r>
        <w:t>کر پائے گا</w:t>
      </w:r>
    </w:p>
    <w:p>
      <w:r>
        <w:rPr>
          <w:b/>
        </w:rPr>
        <w:t xml:space="preserve">[21:14] </w:t>
      </w:r>
      <w:r>
        <w:t>jaise</w:t>
      </w:r>
    </w:p>
    <w:p>
      <w:pPr>
        <w:jc w:val="right"/>
      </w:pPr>
      <w:r>
        <w:t>جیسے</w:t>
      </w:r>
    </w:p>
    <w:p>
      <w:r>
        <w:rPr>
          <w:b/>
        </w:rPr>
        <w:t xml:space="preserve">[21:14] </w:t>
      </w:r>
      <w:r>
        <w:t>mein aap ko misaal deta hoon</w:t>
      </w:r>
    </w:p>
    <w:p>
      <w:pPr>
        <w:jc w:val="right"/>
      </w:pPr>
      <w:r>
        <w:t>میں آپ کو مثال دیتا ہوں</w:t>
      </w:r>
    </w:p>
    <w:p>
      <w:r>
        <w:rPr>
          <w:b/>
        </w:rPr>
        <w:t xml:space="preserve">[21:17] </w:t>
      </w:r>
      <w:r>
        <w:t>ke is ka matlab kya hai</w:t>
      </w:r>
    </w:p>
    <w:p>
      <w:pPr>
        <w:jc w:val="right"/>
      </w:pPr>
      <w:r>
        <w:t>کہ اس کا مطلب کیا ہے</w:t>
      </w:r>
    </w:p>
    <w:p>
      <w:r>
        <w:rPr>
          <w:b/>
        </w:rPr>
        <w:t xml:space="preserve">[21:20] </w:t>
      </w:r>
      <w:r>
        <w:t>hazrat umar ke baray mein aik waqia aata hai</w:t>
      </w:r>
    </w:p>
    <w:p>
      <w:pPr>
        <w:jc w:val="right"/>
      </w:pPr>
      <w:r>
        <w:t>حضرت عمر کے بارے میں ایک واقعہ آتا ہے</w:t>
      </w:r>
    </w:p>
    <w:p>
      <w:r>
        <w:rPr>
          <w:b/>
        </w:rPr>
        <w:t xml:space="preserve">[21:25] </w:t>
      </w:r>
      <w:r>
        <w:t>jab woh khalifa thay</w:t>
      </w:r>
    </w:p>
    <w:p>
      <w:pPr>
        <w:jc w:val="right"/>
      </w:pPr>
      <w:r>
        <w:t>جب وہ خلیفہ تھے</w:t>
      </w:r>
    </w:p>
    <w:p>
      <w:r>
        <w:rPr>
          <w:b/>
        </w:rPr>
        <w:t xml:space="preserve">[21:28] </w:t>
      </w:r>
      <w:r>
        <w:t>madina mein khalifa thay woh</w:t>
      </w:r>
    </w:p>
    <w:p>
      <w:pPr>
        <w:jc w:val="right"/>
      </w:pPr>
      <w:r>
        <w:t>مدینہ میں خلیفہ تھے وہ</w:t>
      </w:r>
    </w:p>
    <w:p>
      <w:r>
        <w:rPr>
          <w:b/>
        </w:rPr>
        <w:t xml:space="preserve">[21:32] </w:t>
      </w:r>
      <w:r>
        <w:t>rasool Allah ke baad</w:t>
      </w:r>
    </w:p>
    <w:p>
      <w:pPr>
        <w:jc w:val="right"/>
      </w:pPr>
      <w:r>
        <w:t>رسول اللہ کے بعد</w:t>
      </w:r>
    </w:p>
    <w:p>
      <w:r>
        <w:rPr>
          <w:b/>
        </w:rPr>
        <w:t xml:space="preserve">[21:35] </w:t>
      </w:r>
      <w:r>
        <w:t>to aik din jab aap ke khilaf khalifa ke isi se apne maqam par bethe hue thay aur</w:t>
      </w:r>
    </w:p>
    <w:p>
      <w:pPr>
        <w:jc w:val="right"/>
      </w:pPr>
      <w:r>
        <w:t>تو ایک دن جب آپ کے خلاف خلیفہ کے اسی سے اپنے مقام پر بیٹھے ہوئے تھے اور</w:t>
      </w:r>
    </w:p>
    <w:p>
      <w:r>
        <w:rPr>
          <w:b/>
        </w:rPr>
        <w:t xml:space="preserve">[21:40] </w:t>
      </w:r>
      <w:r>
        <w:t>bhi log thay wahan par</w:t>
      </w:r>
    </w:p>
    <w:p>
      <w:pPr>
        <w:jc w:val="right"/>
      </w:pPr>
      <w:r>
        <w:t>بھی لوگ تھے وہاں پر</w:t>
      </w:r>
    </w:p>
    <w:p>
      <w:r>
        <w:rPr>
          <w:b/>
        </w:rPr>
        <w:t xml:space="preserve">[21:42] </w:t>
      </w:r>
      <w:r>
        <w:t>to aik shakhs aaya is ka naam tha ayna</w:t>
      </w:r>
    </w:p>
    <w:p>
      <w:pPr>
        <w:jc w:val="right"/>
      </w:pPr>
      <w:r>
        <w:t>تو ایک شخص آیا اس کا نام تھا عینہ</w:t>
      </w:r>
    </w:p>
    <w:p>
      <w:r>
        <w:rPr>
          <w:b/>
        </w:rPr>
        <w:t xml:space="preserve">[21:47] </w:t>
      </w:r>
      <w:r>
        <w:t>to aa kar ke seedhe kya kehta hai woh ke aye umar tum na hum ko kuch dete</w:t>
      </w:r>
    </w:p>
    <w:p>
      <w:pPr>
        <w:jc w:val="right"/>
      </w:pPr>
      <w:r>
        <w:t>تو آ کر کے سیدھے کیا کہتا ہے وہ کہ اے عمر تم نہ ہم کو کچھ دیتے</w:t>
      </w:r>
    </w:p>
    <w:p>
      <w:r>
        <w:rPr>
          <w:b/>
        </w:rPr>
        <w:t xml:space="preserve">[21:54] </w:t>
      </w:r>
      <w:r>
        <w:t>ho aur na insaaf karte ho yani seedhe seedhe khalifa ko kehta hai woh ke</w:t>
      </w:r>
    </w:p>
    <w:p>
      <w:pPr>
        <w:jc w:val="right"/>
      </w:pPr>
      <w:r>
        <w:t>ہو اور نہ انصاف کرتے ہو یعنی سیدھے سیدھے خلیفہ کو کہتا ہے وہ کہ</w:t>
      </w:r>
    </w:p>
    <w:p>
      <w:r>
        <w:rPr>
          <w:b/>
        </w:rPr>
        <w:t xml:space="preserve">[21:59] </w:t>
      </w:r>
      <w:r>
        <w:t>aye umar tum ko na kuch dete ho</w:t>
      </w:r>
    </w:p>
    <w:p>
      <w:pPr>
        <w:jc w:val="right"/>
      </w:pPr>
      <w:r>
        <w:t>اے عمر تم کو نہ کچھ دیتے ہو</w:t>
      </w:r>
    </w:p>
    <w:p>
      <w:r>
        <w:rPr>
          <w:b/>
        </w:rPr>
        <w:t xml:space="preserve">[22:04] </w:t>
      </w:r>
      <w:r>
        <w:t>aur na hamare sath justice karte ho</w:t>
      </w:r>
    </w:p>
    <w:p>
      <w:pPr>
        <w:jc w:val="right"/>
      </w:pPr>
      <w:r>
        <w:t>اور نہ ہمارے ساتھ جسٹس کرتے ہو</w:t>
      </w:r>
    </w:p>
    <w:p>
      <w:r>
        <w:rPr>
          <w:b/>
        </w:rPr>
        <w:t xml:space="preserve">[22:08] </w:t>
      </w:r>
      <w:r>
        <w:t>to riwayat mein hai ke hazrat umar ghussa aa gaye un ko ghazabnak ho gaye aur uthe jhapte us ki</w:t>
      </w:r>
    </w:p>
    <w:p>
      <w:pPr>
        <w:jc w:val="right"/>
      </w:pPr>
      <w:r>
        <w:t>تو روایت میں ہے کہ حضرت عمر غصہ آگئے ان کو غضبناک ہوگئے اور اٹھے جھپٹے اس کی</w:t>
      </w:r>
    </w:p>
    <w:p>
      <w:r>
        <w:rPr>
          <w:b/>
        </w:rPr>
        <w:t xml:space="preserve">[22:18] </w:t>
      </w:r>
      <w:r>
        <w:t>taraf us mein hamak ka lafz hai hamak ka matlab hai us ki taraf qasd kiya us ki</w:t>
      </w:r>
    </w:p>
    <w:p>
      <w:pPr>
        <w:jc w:val="right"/>
      </w:pPr>
      <w:r>
        <w:t>طرف اس میں حمک کا لفظ ہے حمک کا مطلب ہے اس کی طرف قصد کیا اس کی</w:t>
      </w:r>
    </w:p>
    <w:p>
      <w:r>
        <w:rPr>
          <w:b/>
        </w:rPr>
        <w:t xml:space="preserve">[22:25] </w:t>
      </w:r>
      <w:r>
        <w:t>taraf lapke</w:t>
      </w:r>
    </w:p>
    <w:p>
      <w:pPr>
        <w:jc w:val="right"/>
      </w:pPr>
      <w:r>
        <w:t>طرف لپکے</w:t>
      </w:r>
    </w:p>
    <w:p>
      <w:r>
        <w:rPr>
          <w:b/>
        </w:rPr>
        <w:t xml:space="preserve">[22:30] </w:t>
      </w:r>
      <w:r>
        <w:t>matlab us ko saza dein ya kuch bhi karein</w:t>
      </w:r>
    </w:p>
    <w:p>
      <w:pPr>
        <w:jc w:val="right"/>
      </w:pPr>
      <w:r>
        <w:t>مطلب اس کو سزا دیں یا کچھ بھی کریں</w:t>
      </w:r>
    </w:p>
    <w:p>
      <w:r>
        <w:rPr>
          <w:b/>
        </w:rPr>
        <w:t xml:space="preserve">[22:37] </w:t>
      </w:r>
      <w:r>
        <w:t>to wahan par aik sahabi thay</w:t>
      </w:r>
    </w:p>
    <w:p>
      <w:pPr>
        <w:jc w:val="right"/>
      </w:pPr>
      <w:r>
        <w:t>تو وہاں پر ایک صحابی تھے</w:t>
      </w:r>
    </w:p>
    <w:p>
      <w:r>
        <w:rPr>
          <w:b/>
        </w:rPr>
        <w:t xml:space="preserve">[22:42] </w:t>
      </w:r>
      <w:r>
        <w:t>unhon ne kaha ke aye Umar</w:t>
      </w:r>
    </w:p>
    <w:p>
      <w:pPr>
        <w:jc w:val="right"/>
      </w:pPr>
      <w:r>
        <w:t>انہوں نے کہا کہ اے عمر</w:t>
      </w:r>
    </w:p>
    <w:p>
      <w:r>
        <w:rPr>
          <w:b/>
        </w:rPr>
        <w:t xml:space="preserve">[22:48] </w:t>
      </w:r>
      <w:r>
        <w:t>unhon ne Quran ki aik aayat yaad dila di Hazrat Umar ko un sahabi ka naam tha Hurr bin Qais</w:t>
      </w:r>
    </w:p>
    <w:p>
      <w:pPr>
        <w:jc w:val="right"/>
      </w:pPr>
      <w:r>
        <w:t>انہوں نے قرآن کی ایک آیت یاد دلا دی حضرت عمر کو ان صحابی کا نام تھا حر ابن قیس</w:t>
      </w:r>
    </w:p>
    <w:p>
      <w:r>
        <w:rPr>
          <w:b/>
        </w:rPr>
        <w:t xml:space="preserve">[22:59] </w:t>
      </w:r>
      <w:r>
        <w:t>to Hurr bin Qais ne kaha ke aye Umar Khuda ne kaha hai aik aayat hai وَعَرِضَ عَلَى الْجَاهِلِينَ</w:t>
      </w:r>
    </w:p>
    <w:p>
      <w:pPr>
        <w:jc w:val="right"/>
      </w:pPr>
      <w:r>
        <w:t>تو حر ابن قیس نے کہا کہ اے عمر خدا نے کہا ہے ایک آیت ہے وَعَرِضَ لِلْجَاهِلِينَ</w:t>
      </w:r>
    </w:p>
    <w:p>
      <w:r>
        <w:rPr>
          <w:b/>
        </w:rPr>
        <w:t xml:space="preserve">[23:11] </w:t>
      </w:r>
      <w:r>
        <w:t>jahil ke matlab hote hain nadan</w:t>
      </w:r>
    </w:p>
    <w:p>
      <w:pPr>
        <w:jc w:val="right"/>
      </w:pPr>
      <w:r>
        <w:t>جاہل کے معنی ہوتے ہیں نادان</w:t>
      </w:r>
    </w:p>
    <w:p>
      <w:r>
        <w:rPr>
          <w:b/>
        </w:rPr>
        <w:t xml:space="preserve">[23:15] </w:t>
      </w:r>
      <w:r>
        <w:t>nadan se earaaz karo avoid karo</w:t>
      </w:r>
    </w:p>
    <w:p>
      <w:pPr>
        <w:jc w:val="right"/>
      </w:pPr>
      <w:r>
        <w:t>نادان سے اعراض کرو اوائڈ کرو</w:t>
      </w:r>
    </w:p>
    <w:p>
      <w:r>
        <w:rPr>
          <w:b/>
        </w:rPr>
        <w:t xml:space="preserve">[23:21] </w:t>
      </w:r>
      <w:r>
        <w:t>matlab nadan koi nadani ki baat kar de ga</w:t>
      </w:r>
    </w:p>
    <w:p>
      <w:pPr>
        <w:jc w:val="right"/>
      </w:pPr>
      <w:r>
        <w:t>مطلب نادان کوئی نادانی کی بات کر دے گا</w:t>
      </w:r>
    </w:p>
    <w:p>
      <w:r>
        <w:rPr>
          <w:b/>
        </w:rPr>
        <w:t xml:space="preserve">[23:24] </w:t>
      </w:r>
      <w:r>
        <w:t>to us ko saza mat do us ko avoid karo</w:t>
      </w:r>
    </w:p>
    <w:p>
      <w:pPr>
        <w:jc w:val="right"/>
      </w:pPr>
      <w:r>
        <w:t>تو اس کو سزا مت دو اس کو اوائڈ کرو</w:t>
      </w:r>
    </w:p>
    <w:p>
      <w:r>
        <w:rPr>
          <w:b/>
        </w:rPr>
        <w:t xml:space="preserve">[23:28] </w:t>
      </w:r>
      <w:r>
        <w:t>to jaise hi unhon ne ayat parhi</w:t>
      </w:r>
    </w:p>
    <w:p>
      <w:pPr>
        <w:jc w:val="right"/>
      </w:pPr>
      <w:r>
        <w:t>تو جیسے ہی انہوں نے آیت پڑھی</w:t>
      </w:r>
    </w:p>
    <w:p>
      <w:r>
        <w:rPr>
          <w:b/>
        </w:rPr>
        <w:t xml:space="preserve">[23:32] </w:t>
      </w:r>
      <w:r>
        <w:t>umar fi alfor khare hue yani jhapta ke ja rahe the us ki taraf khare ho gaye</w:t>
      </w:r>
    </w:p>
    <w:p>
      <w:pPr>
        <w:jc w:val="right"/>
      </w:pPr>
      <w:r>
        <w:t>عمر فی الفور کھڑے ہوئے یعنی جھپٹ کے جا رہے تھے اس کی طرف کھڑے ہوگئے</w:t>
      </w:r>
    </w:p>
    <w:p>
      <w:r>
        <w:rPr>
          <w:b/>
        </w:rPr>
        <w:t xml:space="preserve">[23:40] </w:t>
      </w:r>
      <w:r>
        <w:t>hadith mein aata hai ke wa kaafir in dayn kitaab allaha ke quran ki ayat parh diya to bilkul</w:t>
      </w:r>
    </w:p>
    <w:p>
      <w:pPr>
        <w:jc w:val="right"/>
      </w:pPr>
      <w:r>
        <w:t>حدیث میں آتا ہے کہ وَكَافَرِ إِنْ دَيْنَ كِتَابِ اللَّهِ کہ قرآن کی آیت پڑھ دیا تو بالکل</w:t>
      </w:r>
    </w:p>
    <w:p>
      <w:r>
        <w:rPr>
          <w:b/>
        </w:rPr>
        <w:t xml:space="preserve">[23:46] </w:t>
      </w:r>
      <w:r>
        <w:t>uthe aa jate the</w:t>
      </w:r>
    </w:p>
    <w:p>
      <w:pPr>
        <w:jc w:val="right"/>
      </w:pPr>
      <w:r>
        <w:t>اٹھے آ جاتے تھے</w:t>
      </w:r>
    </w:p>
    <w:p>
      <w:r>
        <w:rPr>
          <w:b/>
        </w:rPr>
        <w:t xml:space="preserve">[23:50] </w:t>
      </w:r>
      <w:r>
        <w:t>ab dekhiye yahan par kya hua</w:t>
      </w:r>
    </w:p>
    <w:p>
      <w:pPr>
        <w:jc w:val="right"/>
      </w:pPr>
      <w:r>
        <w:t>اب دیکھئے یہاں پر کیا ہوا</w:t>
      </w:r>
    </w:p>
    <w:p>
      <w:r>
        <w:rPr>
          <w:b/>
        </w:rPr>
        <w:t xml:space="preserve">[23:53] </w:t>
      </w:r>
      <w:r>
        <w:t>yeh bhi koi mysterious baat nahi hai</w:t>
      </w:r>
    </w:p>
    <w:p>
      <w:pPr>
        <w:jc w:val="right"/>
      </w:pPr>
      <w:r>
        <w:t>یہ بھی کوئی مسٹیریس بات نہیں ہے</w:t>
      </w:r>
    </w:p>
    <w:p>
      <w:r>
        <w:rPr>
          <w:b/>
        </w:rPr>
        <w:t xml:space="preserve">[23:57] </w:t>
      </w:r>
      <w:r>
        <w:t>is ka matlab yeh hai</w:t>
      </w:r>
    </w:p>
    <w:p>
      <w:pPr>
        <w:jc w:val="right"/>
      </w:pPr>
      <w:r>
        <w:t>اس کا مطلب یہ ہے</w:t>
      </w:r>
    </w:p>
    <w:p>
      <w:r>
        <w:rPr>
          <w:b/>
        </w:rPr>
        <w:t xml:space="preserve">[24:00] </w:t>
      </w:r>
      <w:r>
        <w:t>ke jab woh ghusse mein the to unhon ne samajh liya tha ke is ka case jo hai</w:t>
      </w:r>
    </w:p>
    <w:p>
      <w:pPr>
        <w:jc w:val="right"/>
      </w:pPr>
      <w:r>
        <w:t>کہ جب وہ غصے میں تھے تو انہوں نے سمجھ لیا تھا کہ اس کا کیس جو ہے</w:t>
      </w:r>
    </w:p>
    <w:p>
      <w:r>
        <w:rPr>
          <w:b/>
        </w:rPr>
        <w:t xml:space="preserve">[24:06] </w:t>
      </w:r>
      <w:r>
        <w:t>sarkashi ka case hai yani punishable case hai is ko saza dene ki zaroorat hai</w:t>
      </w:r>
    </w:p>
    <w:p>
      <w:pPr>
        <w:jc w:val="right"/>
      </w:pPr>
      <w:r>
        <w:t>سرکشی کا کیس ہے یعنی پنشبل کیس ہے اس کو سزا دینے کی ضرورت ہے</w:t>
      </w:r>
    </w:p>
    <w:p>
      <w:r>
        <w:rPr>
          <w:b/>
        </w:rPr>
        <w:t xml:space="preserve">[24:13] </w:t>
      </w:r>
      <w:r>
        <w:t>lekin jab ayat parh di gayi to un ko ayat ne remind kiya</w:t>
      </w:r>
    </w:p>
    <w:p>
      <w:pPr>
        <w:jc w:val="right"/>
      </w:pPr>
      <w:r>
        <w:t>لیکن جب آیت پڑھ دی گئی تو ان کو آیت نے ریمائنڈ کیا</w:t>
      </w:r>
    </w:p>
    <w:p>
      <w:r>
        <w:rPr>
          <w:b/>
        </w:rPr>
        <w:t xml:space="preserve">[24:20] </w:t>
      </w:r>
      <w:r>
        <w:t>ke yeh ho sakta hai ke sarkashi case na ho nadani case ho</w:t>
      </w:r>
    </w:p>
    <w:p>
      <w:pPr>
        <w:jc w:val="right"/>
      </w:pPr>
      <w:r>
        <w:t>کہ یہ ہو سکتا ہے کہ سرکشی کیس نہ ہو نادانی کیس ہو</w:t>
      </w:r>
    </w:p>
    <w:p>
      <w:r>
        <w:rPr>
          <w:b/>
        </w:rPr>
        <w:t xml:space="preserve">[24:25] </w:t>
      </w:r>
      <w:r>
        <w:t>nadan aadmi uthe baat kar deta hai</w:t>
      </w:r>
    </w:p>
    <w:p>
      <w:pPr>
        <w:jc w:val="right"/>
      </w:pPr>
      <w:r>
        <w:t>نادان آدمی اٹھے بات کر دیتا ہے</w:t>
      </w:r>
    </w:p>
    <w:p>
      <w:r>
        <w:rPr>
          <w:b/>
        </w:rPr>
        <w:t xml:space="preserve">[24:30] </w:t>
      </w:r>
      <w:r>
        <w:t>to pehle woh samajh rahe the un ko ke yeh mujrim hai sarkash hai qabil</w:t>
      </w:r>
    </w:p>
    <w:p>
      <w:pPr>
        <w:jc w:val="right"/>
      </w:pPr>
      <w:r>
        <w:t>تو پہلے وہ سمجھ رہے تھے ان کو کہ یہ مجرم ہے سرکش ہے قابل</w:t>
      </w:r>
    </w:p>
    <w:p>
      <w:r>
        <w:rPr>
          <w:b/>
        </w:rPr>
        <w:t xml:space="preserve">[24:36] </w:t>
      </w:r>
      <w:r>
        <w:t>e saza hai punishable hai ab aayat ne jab un ko remind kiya to unhon ne socha ke nahi yeh meri ghalti hai is ka case nadan aadmi ka case hai</w:t>
      </w:r>
    </w:p>
    <w:p>
      <w:pPr>
        <w:jc w:val="right"/>
      </w:pPr>
      <w:r>
        <w:t>سزا ہے پنشبل ہے اب آیت نے جب ان کو ریمائنڈ کیا تو انہوں نے سوچا کہ نہیں یہ میری غلطی ہے اس کا کیس نادان آدمی کا کیس ہے</w:t>
      </w:r>
    </w:p>
    <w:p>
      <w:r>
        <w:rPr>
          <w:b/>
        </w:rPr>
        <w:t xml:space="preserve">[24:52] </w:t>
      </w:r>
      <w:r>
        <w:t>established aadmi ka case hai to woh ja kar apni jagah baith gaye yeh matlab hai ke shaitan rasta badal deta hai ke apne barhay hue imaan apni barhi hui marifat apne barhay hue intellectual development ki wajah se is qabil thay ke woh analyse kar sakein analyse kar ke us ko diffuse kar dein</w:t>
      </w:r>
    </w:p>
    <w:p>
      <w:pPr>
        <w:jc w:val="right"/>
      </w:pPr>
      <w:r>
        <w:t>اسٹیبلڈ آدمی کا کیس ہے تو وہ جا کر اپنی جگہ بیٹھ گئے یہ مطلب ہے کہ شیطان راستہ بدل دیتا ہے کہ اپنے بڑھے ہوئے ایمان اپنی بڑھے ہوئی معرفت اپنے بڑھے ہوئے انٹلیکچوئل ڈیولپمنٹ کی وجہ سے اس قابل تھے کہ وہ انیسس کر سکیں انیسس کر کے اس کو ڈیفیوز کر دیں</w:t>
      </w:r>
    </w:p>
    <w:p>
      <w:r>
        <w:rPr>
          <w:b/>
        </w:rPr>
        <w:t xml:space="preserve">[25:20] </w:t>
      </w:r>
      <w:r>
        <w:t>jaise bomb hota hai kahin bomb para hua ho to hum aap us ko diffuse nahi kar sakte lekin jo expert hotay hain woh us ko diffuse kar sakte hain</w:t>
      </w:r>
    </w:p>
    <w:p>
      <w:pPr>
        <w:jc w:val="right"/>
      </w:pPr>
      <w:r>
        <w:t>جیسے بم ہوتا ہے کہیں بم پڑا ہوا ہو تو ہم آپ اس کو ڈیفیوز نہیں کر سکتے لیکن جو ایکسپرٹ ہوتے ہیں وہ اس کو ڈیفیوز کر سکتے ہیں</w:t>
      </w:r>
    </w:p>
    <w:p>
      <w:r>
        <w:rPr>
          <w:b/>
        </w:rPr>
        <w:t xml:space="preserve">[25:36] </w:t>
      </w:r>
      <w:r>
        <w:t>to aap is mein jo baat kahi gayi hai woh fazilat umar nahi hai woh fazilat marifat hai</w:t>
      </w:r>
    </w:p>
    <w:p>
      <w:pPr>
        <w:jc w:val="right"/>
      </w:pPr>
      <w:r>
        <w:t>تو آپ اس میں جو بات کہی گئی ہے وہ فضیلت عمر نہیں ہے وہ فضیلت معرفت ہے</w:t>
      </w:r>
    </w:p>
    <w:p>
      <w:r>
        <w:rPr>
          <w:b/>
        </w:rPr>
        <w:t xml:space="preserve">[25:43] </w:t>
      </w:r>
      <w:r>
        <w:t>is riwayat se jo baat nikalti hai woh fazilat umar nahi balke fazilat marifat nikalti hai</w:t>
      </w:r>
    </w:p>
    <w:p>
      <w:pPr>
        <w:jc w:val="right"/>
      </w:pPr>
      <w:r>
        <w:t>اس روایت سے جو بات نکلتی ہے وہ فضیلت عمر نہیں بلکہ فضیلت معرفت نکلتی ہے</w:t>
      </w:r>
    </w:p>
    <w:p>
      <w:r>
        <w:rPr>
          <w:b/>
        </w:rPr>
        <w:t xml:space="preserve">[25:50] </w:t>
      </w:r>
      <w:r>
        <w:t>yani apne apne soch ko apne</w:t>
      </w:r>
    </w:p>
    <w:p>
      <w:pPr>
        <w:jc w:val="right"/>
      </w:pPr>
      <w:r>
        <w:t>یعنی اپنے اپنے سوچ کو اپنے</w:t>
      </w:r>
    </w:p>
    <w:p>
      <w:r>
        <w:rPr>
          <w:b/>
        </w:rPr>
        <w:t xml:space="preserve">[25:57] </w:t>
      </w:r>
      <w:r>
        <w:t>intellectual development ko apni marifat ko itna barhao itna barhao ke tum is cheezon ko</w:t>
      </w:r>
    </w:p>
    <w:p>
      <w:pPr>
        <w:jc w:val="right"/>
      </w:pPr>
      <w:r>
        <w:t>انٹلیکچوئل ڈیولپمنٹ کو اپنی معرفت کو اتنا بڑھاؤ اتنا بڑھاؤ کہ تم اس چیزوں کو</w:t>
      </w:r>
    </w:p>
    <w:p>
      <w:r>
        <w:rPr>
          <w:b/>
        </w:rPr>
        <w:t xml:space="preserve">[26:03] </w:t>
      </w:r>
      <w:r>
        <w:t>انیسس کر سکو انیسس کر سکو diffuse کر سکو تو شیطان تمہارے لیے ineffective ہو جائے گا</w:t>
      </w:r>
    </w:p>
    <w:p>
      <w:pPr>
        <w:jc w:val="right"/>
      </w:pPr>
      <w:r>
        <w:t>انیسس کر سکو انیسس کر سکو ڈیفیوز کر سکو تو شیطان تمہارے لیے ان ایفیکٹیو ہو جائے گا</w:t>
      </w:r>
    </w:p>
    <w:p>
      <w:r>
        <w:rPr>
          <w:b/>
        </w:rPr>
        <w:t xml:space="preserve">[26:13] </w:t>
      </w:r>
      <w:r>
        <w:t>yeh aise nikalta hai</w:t>
      </w:r>
    </w:p>
    <w:p>
      <w:pPr>
        <w:jc w:val="right"/>
      </w:pPr>
      <w:r>
        <w:t>یہ ایسے نکلتا ہے</w:t>
      </w:r>
    </w:p>
    <w:p>
      <w:r>
        <w:rPr>
          <w:b/>
        </w:rPr>
        <w:t xml:space="preserve">[26:16] </w:t>
      </w:r>
      <w:r>
        <w:t>to yeh na koi mysterious ki baat hai na fazilat umar ki baat</w:t>
      </w:r>
    </w:p>
    <w:p>
      <w:pPr>
        <w:jc w:val="right"/>
      </w:pPr>
      <w:r>
        <w:t>تو یہ نہ کوئی مسٹیریس کی بات ہے نہ فضیلت عمر کی بات</w:t>
      </w:r>
    </w:p>
    <w:p>
      <w:r>
        <w:rPr>
          <w:b/>
        </w:rPr>
        <w:t xml:space="preserve">[26:21] </w:t>
      </w:r>
      <w:r>
        <w:t>hai yeh baat hai marifat ki fazilat ki</w:t>
      </w:r>
    </w:p>
    <w:p>
      <w:pPr>
        <w:jc w:val="right"/>
      </w:pPr>
      <w:r>
        <w:t>ہے یہ بات ہے معرفت کی فضیلت کی</w:t>
      </w:r>
    </w:p>
    <w:p>
      <w:r>
        <w:rPr>
          <w:b/>
        </w:rPr>
        <w:t xml:space="preserve">[26:28] </w:t>
      </w:r>
      <w:r>
        <w:t>aise hi dekhiye aik aur mein waqia batata hoon aik sahabi ka aik sahabi thay un ka naam tha Abu Dharr</w:t>
      </w:r>
    </w:p>
    <w:p>
      <w:pPr>
        <w:jc w:val="right"/>
      </w:pPr>
      <w:r>
        <w:t>ایسے ہی دیکھئے ایک اور میں واقعہ بتاتا ہوں ایک صحابی کا ایک صحابی تھے ان کا نام تھا ابوذر</w:t>
      </w:r>
    </w:p>
    <w:p>
      <w:r>
        <w:rPr>
          <w:b/>
        </w:rPr>
        <w:t xml:space="preserve">[26:41] </w:t>
      </w:r>
      <w:r>
        <w:t>dosre sahabi the un ka naam tha bilal</w:t>
      </w:r>
    </w:p>
    <w:p>
      <w:pPr>
        <w:jc w:val="right"/>
      </w:pPr>
      <w:r>
        <w:t>دوسرے صحابی تھے ان کا نام تھا بلال</w:t>
      </w:r>
    </w:p>
    <w:p>
      <w:r>
        <w:rPr>
          <w:b/>
        </w:rPr>
        <w:t xml:space="preserve">[26:44] </w:t>
      </w:r>
      <w:r>
        <w:t>to bilal jo the woh</w:t>
      </w:r>
    </w:p>
    <w:p>
      <w:pPr>
        <w:jc w:val="right"/>
      </w:pPr>
      <w:r>
        <w:t>تو بلال جو تھے وہ</w:t>
      </w:r>
    </w:p>
    <w:p>
      <w:r>
        <w:rPr>
          <w:b/>
        </w:rPr>
        <w:t xml:space="preserve">[26:47] </w:t>
      </w:r>
      <w:r>
        <w:t>yani siyah faam the yani black the woh abu zar the woh safed faam the yani white the</w:t>
      </w:r>
    </w:p>
    <w:p>
      <w:pPr>
        <w:jc w:val="right"/>
      </w:pPr>
      <w:r>
        <w:t>یعنی سیاہ فام تھے یعنی بلیک تھے وہ ابوذر تھے وہ سفید فام تھے یعنی وائٹ تھے</w:t>
      </w:r>
    </w:p>
    <w:p>
      <w:r>
        <w:rPr>
          <w:b/>
        </w:rPr>
        <w:t xml:space="preserve">[26:57] </w:t>
      </w:r>
      <w:r>
        <w:t>tu aik martaba do ram mein kuch kisi baat par</w:t>
      </w:r>
    </w:p>
    <w:p>
      <w:pPr>
        <w:jc w:val="right"/>
      </w:pPr>
      <w:r>
        <w:t>تو ایک مرتبہ دو رم میں کچھ کسی بات پر</w:t>
      </w:r>
    </w:p>
    <w:p>
      <w:r>
        <w:rPr>
          <w:b/>
        </w:rPr>
        <w:t xml:space="preserve">[27:02] </w:t>
      </w:r>
      <w:r>
        <w:t>kuch takrar ho gayi</w:t>
      </w:r>
    </w:p>
    <w:p>
      <w:pPr>
        <w:jc w:val="right"/>
      </w:pPr>
      <w:r>
        <w:t>کچھ تکرار ہوگئی</w:t>
      </w:r>
    </w:p>
    <w:p>
      <w:r>
        <w:rPr>
          <w:b/>
        </w:rPr>
        <w:t xml:space="preserve">[27:06] </w:t>
      </w:r>
      <w:r>
        <w:t>tu abu zar ki zuban se nikla yabna al-sawdah</w:t>
      </w:r>
    </w:p>
    <w:p>
      <w:pPr>
        <w:jc w:val="right"/>
      </w:pPr>
      <w:r>
        <w:t>تو ابوذر کی زبان سے نکلا یَبْنَ السَّوْدَةِ</w:t>
      </w:r>
    </w:p>
    <w:p>
      <w:r>
        <w:rPr>
          <w:b/>
        </w:rPr>
        <w:t xml:space="preserve">[27:13] </w:t>
      </w:r>
      <w:r>
        <w:t>aye kali yani aye black maa ke betay يَا ابْنَ السَّوْدَاءِ ka matlab hai aye black maa ke betay</w:t>
      </w:r>
    </w:p>
    <w:p>
      <w:pPr>
        <w:jc w:val="right"/>
      </w:pPr>
      <w:r>
        <w:t>اے کالی یعنی اے بلیک ماں کے بیٹے یَبْنَ السَّوْدَةِ کا مطلب ہے اے بلیک ماں کے بیٹے</w:t>
      </w:r>
    </w:p>
    <w:p>
      <w:r>
        <w:rPr>
          <w:b/>
        </w:rPr>
        <w:t xml:space="preserve">[27:26] </w:t>
      </w:r>
      <w:r>
        <w:t>to Rasool Allah ko jab yeh maloom hua aap ne farmaya Abu Dharr se أَنْتَ امْرُؤٌ فِيهِ جَاهِلِيَّةٌ aye Abu Dharr tumharay andar abhi tak jahiliyat baqi hai</w:t>
      </w:r>
    </w:p>
    <w:p>
      <w:pPr>
        <w:jc w:val="right"/>
      </w:pPr>
      <w:r>
        <w:t>تو رسول اللہ کو جب یہ معلوم ہوا آپ نے فرمایا ابوذر سے انتَمْ رَوْنٌ فِيهِ كَالْجَاهِلِينَ اے ابوذر تمہارے اندر ابھی تک جاہلیت باقی ہے</w:t>
      </w:r>
    </w:p>
    <w:p>
      <w:r>
        <w:rPr>
          <w:b/>
        </w:rPr>
        <w:t xml:space="preserve">[27:41] </w:t>
      </w:r>
      <w:r>
        <w:t>to foran un ko ehsaas ho gaya ke mein ne ghalti ki ghalti yeh ki ke insaan ko black and white mein banta mein ne insaan sab insaan hotay hain yeh taqseem ki safaid faam aur siyah faam mein farq hai black mein aur white mein farq hai yeh meri ghalt soch thi woh sab color Allah ke diye hue hain</w:t>
      </w:r>
    </w:p>
    <w:p>
      <w:pPr>
        <w:jc w:val="right"/>
      </w:pPr>
      <w:r>
        <w:t>تو فوراً ان کو احساس ہوگیا کہ میں نے غلطی کی غلطی یہ کی کہ انسان کو بلیک اینڈ وائٹ میں بانٹا میں نے انسان سب انسان ہوتے ہیں یہ تقسیم کی سفید فام اور سیاہ فام میں فرق ہے بلیک میں اور وائٹ میں فرق ہے یہ میری غلط سوچ تھی وہ سب کلر اللہ کے دیئے ہوئے ہیں</w:t>
      </w:r>
    </w:p>
    <w:p>
      <w:r>
        <w:rPr>
          <w:b/>
        </w:rPr>
        <w:t xml:space="preserve">[28:10] </w:t>
      </w:r>
      <w:r>
        <w:t>color aadmi ne khud nahi banaya hai</w:t>
      </w:r>
    </w:p>
    <w:p>
      <w:pPr>
        <w:jc w:val="right"/>
      </w:pPr>
      <w:r>
        <w:t>کلر آدمی نے خود نہیں بنایا ہے</w:t>
      </w:r>
    </w:p>
    <w:p>
      <w:r>
        <w:rPr>
          <w:b/>
        </w:rPr>
        <w:t xml:space="preserve">[28:14] </w:t>
      </w:r>
      <w:r>
        <w:t>jo kisi ka bhi jo color hai woh to Allah ki creation hai to is mein humein kehne ka haq nahi hai ke humein yeh haq nahi hai ke hum samjhein ke yeh afzal hai woh ghair afzal hai yeh chota hai woh bara hai sab insaan hain sab insaan hain to jab Rasool Allah ne yaad dilaya to is tarah un ke zehan ne socha</w:t>
      </w:r>
    </w:p>
    <w:p>
      <w:pPr>
        <w:jc w:val="right"/>
      </w:pPr>
      <w:r>
        <w:t>جو کسی کا بھی جو کلر ہے وہ تو اللہ کی کریشن ہے تو اس میں ہمیں کہنے کا حق نہیں ہے کہ ہمیں یہ حق نہیں ہے کہ ہم سمجھیں کہ یہ افضل ہے وہ غیر افضل ہے یہ چھوٹا ہے وہ بڑا ہے سب انسان ہیں سب انسان ہیں تو جب رسول اللہ نے یاد دلایا تو اس طرح ان کے ذہن نے سوچا</w:t>
      </w:r>
    </w:p>
    <w:p>
      <w:r>
        <w:rPr>
          <w:b/>
        </w:rPr>
        <w:t xml:space="preserve">[28:40] </w:t>
      </w:r>
      <w:r>
        <w:t>is tarah zehan ne socha unhon ne</w:t>
      </w:r>
    </w:p>
    <w:p>
      <w:pPr>
        <w:jc w:val="right"/>
      </w:pPr>
      <w:r>
        <w:t>اس طرح ذہن نے سوچا انہوں نے</w:t>
      </w:r>
    </w:p>
    <w:p>
      <w:r>
        <w:rPr>
          <w:b/>
        </w:rPr>
        <w:t xml:space="preserve">[28:46] </w:t>
      </w:r>
      <w:r>
        <w:t>aur phir un ka poora matlab badal gaya aik riwayat mein aata hai ke woh lait gaye</w:t>
      </w:r>
    </w:p>
    <w:p>
      <w:pPr>
        <w:jc w:val="right"/>
      </w:pPr>
      <w:r>
        <w:t>اور پھر ان کا پورا معنی بدل گیا ایک روایت میں آتا ہے کہ وہ لیٹ گئے</w:t>
      </w:r>
    </w:p>
    <w:p>
      <w:r>
        <w:rPr>
          <w:b/>
        </w:rPr>
        <w:t xml:space="preserve">[29:00] </w:t>
      </w:r>
      <w:r>
        <w:t>woh lait gaye aur bilal se kaha</w:t>
      </w:r>
    </w:p>
    <w:p>
      <w:pPr>
        <w:jc w:val="right"/>
      </w:pPr>
      <w:r>
        <w:t>وہ لیٹ گئے اور بلال سے کہا</w:t>
      </w:r>
    </w:p>
    <w:p>
      <w:r>
        <w:rPr>
          <w:b/>
        </w:rPr>
        <w:t xml:space="preserve">[29:09] </w:t>
      </w:r>
      <w:r>
        <w:t>tum apna paon mere face par rakho yaani apna paon yahan rakho</w:t>
      </w:r>
    </w:p>
    <w:p>
      <w:pPr>
        <w:jc w:val="right"/>
      </w:pPr>
      <w:r>
        <w:t>تم اپنا پاؤں میرے فیس پر رکھو یعنی اپنا پاؤں یہاں رکھو</w:t>
      </w:r>
    </w:p>
    <w:p>
      <w:r>
        <w:rPr>
          <w:b/>
        </w:rPr>
        <w:t xml:space="preserve">[29:16] </w:t>
      </w:r>
      <w:r>
        <w:t>tab meri ghalti ki talafi hogi</w:t>
      </w:r>
    </w:p>
    <w:p>
      <w:pPr>
        <w:jc w:val="right"/>
      </w:pPr>
      <w:r>
        <w:t>تب میری غلطی کی تلافی ہوگی</w:t>
      </w:r>
    </w:p>
    <w:p>
      <w:r>
        <w:rPr>
          <w:b/>
        </w:rPr>
        <w:t xml:space="preserve">[29:24] </w:t>
      </w:r>
      <w:r>
        <w:t>to yeh tha is tarah se unhon ne is ko diffuse kiya to shaitan un ke liye ineffective ho gaya yaani pehle shaitan ne un ko yeh ehsas dilaya ke tum white race se ho woh black race se hai woh siyah faam hai tum safed faam ho yeh shaitan ne dala tha</w:t>
      </w:r>
    </w:p>
    <w:p>
      <w:pPr>
        <w:jc w:val="right"/>
      </w:pPr>
      <w:r>
        <w:t>تو یہ تھا اس طرح سے انہوں نے اس کو ڈیفیوز کیا تو شیطان ان کے لیے ان ایفیکٹیو ہوگیا یعنی پہلے شیطان نے ان کو یہ احساس دلایا کہ تم وائٹ ریس سے ہو وہ بلیک ریس سے ہے وہ سیاہ فام ہے تم سفید فام ہو یہ شیطان نے ڈالا تھا</w:t>
      </w:r>
    </w:p>
    <w:p>
      <w:r>
        <w:rPr>
          <w:b/>
        </w:rPr>
        <w:t xml:space="preserve">[29:50] </w:t>
      </w:r>
      <w:r>
        <w:t>lekin jab un ko rasool Allah ne yaad dilaya to yeh baat rasool Allah ki nahi ke koi bhi insan yaad dilaye to aap ko foran rukna chahiye yeh matlab hai ke peghambar ho woh bhi yaad dilaye tab to aap is ka asar lein warna asar na lein koi bhi insan aap ko yaad dila de to aap ko foran chakar dalna chahiye</w:t>
      </w:r>
    </w:p>
    <w:p>
      <w:pPr>
        <w:jc w:val="right"/>
      </w:pPr>
      <w:r>
        <w:t>لیکن جب ان کو رسول اللہ نے یاد دلایا تو یہ بات رسول اللہ کی نہیں کہ کوئی بھی انسان یاد دلائے تو آپ کو فوراً رکنا چاہیے یہ مطلب ہے کہ پیغمبر ہو وہ بھی یاد دلائے تب تو آپ اس کا اثر لیں ورنہ اثر نہ لیں کوئی بھی انسان آپ کو یاد دلا دے تو آپ کو فوراً چکر ڈالنا چاہیے</w:t>
      </w:r>
    </w:p>
    <w:p>
      <w:r>
        <w:rPr>
          <w:b/>
        </w:rPr>
        <w:t xml:space="preserve">[30:15] </w:t>
      </w:r>
      <w:r>
        <w:t>to unhon ne is ki dahani ko foran pakda aur phir sochne lage woh yeh siyah faam aur safed faam kya hai yeh to Allah ki dein hai</w:t>
      </w:r>
    </w:p>
    <w:p>
      <w:pPr>
        <w:jc w:val="right"/>
      </w:pPr>
      <w:r>
        <w:t>تو انہوں نے اس کی دہانی کو فوراً پکڑا اور پھر سوچنے لگے وہ یہ سیاہ فام اور سفید فام کیا ہے یہ تو اللہ کی دین ہے</w:t>
      </w:r>
    </w:p>
    <w:p>
      <w:r>
        <w:rPr>
          <w:b/>
        </w:rPr>
        <w:t xml:space="preserve">[30:34] </w:t>
      </w:r>
      <w:r>
        <w:t>jaise rasool Allah ne ailan kiya tha hajja al wida mein la fazda lil arbiina ala al ajmiina wa la la fazda ala al ahmar yaani white ko black par koi fazilat nahi hai</w:t>
      </w:r>
    </w:p>
    <w:p>
      <w:pPr>
        <w:jc w:val="right"/>
      </w:pPr>
      <w:r>
        <w:t>جیسے رسول اللہ نے اعلان کیا تھا حجۃ الوداع میں لَا فَزْدَ لِلْعَرَبِينَ عَلَى الْعَجَبِينَ وَلَا لَا فَزْدَ عَلَى الْأَحْمَرَ یعنی وائٹ کو بلیک پر کوئی فضیلت نہیں ہے</w:t>
      </w:r>
    </w:p>
    <w:p>
      <w:r>
        <w:rPr>
          <w:b/>
        </w:rPr>
        <w:t xml:space="preserve">[30:55] </w:t>
      </w:r>
      <w:r>
        <w:t>to dekhye is hadith mein jo baat hai ke umar ke rastay mein agar shaitan aata hai to shaitan hat jata hai yaani doosra rasta ikhtiyar kar leta hai yeh yeh ek symbolic language hai</w:t>
      </w:r>
    </w:p>
    <w:p>
      <w:pPr>
        <w:jc w:val="right"/>
      </w:pPr>
      <w:r>
        <w:t>تو دیکھئے اس حدیث میں جو بات ہے کہ عمر کے راستے میں اگر شیطان آتا ہے تو شیطان ہٹ جاتا ہے یعنی دوسرا راستہ اختیار کر لیتا ہے یہ یہ ایک سمبالک لینگویج ہے</w:t>
      </w:r>
    </w:p>
    <w:p>
      <w:r>
        <w:rPr>
          <w:b/>
        </w:rPr>
        <w:t xml:space="preserve">[31:13] </w:t>
      </w:r>
      <w:r>
        <w:t>aur un ke intellectual awakening ki baat is mein batai gayi hai un ki aala marifat ki baat</w:t>
      </w:r>
    </w:p>
    <w:p>
      <w:pPr>
        <w:jc w:val="right"/>
      </w:pPr>
      <w:r>
        <w:t>اور ان کے انٹلیکچوئل اویکننگ کی بات اس میں بتائی گئی ہے ان کی اعلیٰ معرفت کی بات</w:t>
      </w:r>
    </w:p>
    <w:p>
      <w:r>
        <w:rPr>
          <w:b/>
        </w:rPr>
        <w:t xml:space="preserve">[31:19] </w:t>
      </w:r>
      <w:r>
        <w:t>batai gayi hai is lihaz se wo iswa hai hamare aap ke liye bhi</w:t>
      </w:r>
    </w:p>
    <w:p>
      <w:pPr>
        <w:jc w:val="right"/>
      </w:pPr>
      <w:r>
        <w:t>بتائی گئی ہے اس لحاظ سے وہ اسوہ ہے ہمارے آپ کے لیے بھی</w:t>
      </w:r>
    </w:p>
    <w:p>
      <w:r>
        <w:rPr>
          <w:b/>
        </w:rPr>
        <w:t xml:space="preserve">[31:24] </w:t>
      </w:r>
      <w:r>
        <w:t>ye fazilat nahi hai</w:t>
      </w:r>
    </w:p>
    <w:p>
      <w:pPr>
        <w:jc w:val="right"/>
      </w:pPr>
      <w:r>
        <w:t>یہ فضیلت نہیں ہے</w:t>
      </w:r>
    </w:p>
    <w:p>
      <w:r>
        <w:rPr>
          <w:b/>
        </w:rPr>
        <w:t xml:space="preserve">[31:26] </w:t>
      </w:r>
      <w:r>
        <w:t>tamam kitabon mein yahi likha hua hai ke fazilat umar fazilat umar</w:t>
      </w:r>
    </w:p>
    <w:p>
      <w:pPr>
        <w:jc w:val="right"/>
      </w:pPr>
      <w:r>
        <w:t>تمام کتابوں میں یہی لکھا ہوا ہے کہ فضیلت عمر فضیلت عمر</w:t>
      </w:r>
    </w:p>
    <w:p>
      <w:r>
        <w:rPr>
          <w:b/>
        </w:rPr>
        <w:t xml:space="preserve">[31:31] </w:t>
      </w:r>
      <w:r>
        <w:t>har giz nahi hum aap ko aap ko bhi isi tarike se apne ko apna asar zehni irtaqa karna</w:t>
      </w:r>
    </w:p>
    <w:p>
      <w:pPr>
        <w:jc w:val="right"/>
      </w:pPr>
      <w:r>
        <w:t>ہرگز نہیں ہم آپ کو آپ کو بھی اسی طریقے سے اپنے کو اپنا اثر ذہنی ارتقاء کرنا</w:t>
      </w:r>
    </w:p>
    <w:p>
      <w:r>
        <w:rPr>
          <w:b/>
        </w:rPr>
        <w:t xml:space="preserve">[31:37] </w:t>
      </w:r>
      <w:r>
        <w:t>chahiye ye marifat paida karni chahiye ke hum isi tarah se access kar sakein isi tarah se hum</w:t>
      </w:r>
    </w:p>
    <w:p>
      <w:pPr>
        <w:jc w:val="right"/>
      </w:pPr>
      <w:r>
        <w:t>چاہیے یہ معرفت پیدا کرنی چاہیے کہ ہم اسی طرح سے انیسس کر سکیں اسی طرح سے ہم</w:t>
      </w:r>
    </w:p>
    <w:p>
      <w:r>
        <w:rPr>
          <w:b/>
        </w:rPr>
        <w:t xml:space="preserve">[31:43] </w:t>
      </w:r>
      <w:r>
        <w:t>diffuse kar sakein tu ye</w:t>
      </w:r>
    </w:p>
    <w:p>
      <w:pPr>
        <w:jc w:val="right"/>
      </w:pPr>
      <w:r>
        <w:t>ڈیفیوز کر سکیں تو یہ</w:t>
      </w:r>
    </w:p>
    <w:p>
      <w:r>
        <w:rPr>
          <w:b/>
        </w:rPr>
        <w:t xml:space="preserve">[31:48] </w:t>
      </w:r>
      <w:r>
        <w:t>jo baad ke zamane mein jo zawal aata hai us ki wajah ye hai</w:t>
      </w:r>
    </w:p>
    <w:p>
      <w:pPr>
        <w:jc w:val="right"/>
      </w:pPr>
      <w:r>
        <w:t>جو بعد کے زمانے میں جو زوال آتا ہے اس کی وجہ یہ ہے</w:t>
      </w:r>
    </w:p>
    <w:p>
      <w:r>
        <w:rPr>
          <w:b/>
        </w:rPr>
        <w:t xml:space="preserve">[31:53] </w:t>
      </w:r>
      <w:r>
        <w:t>ke ye jo convert hue hain convert log jo deen</w:t>
      </w:r>
    </w:p>
    <w:p>
      <w:pPr>
        <w:jc w:val="right"/>
      </w:pPr>
      <w:r>
        <w:t>کہ یہ جو کنورٹ ہوئے ہیں کنورٹ لوگ جو دین</w:t>
      </w:r>
    </w:p>
    <w:p>
      <w:r>
        <w:rPr>
          <w:b/>
        </w:rPr>
        <w:t xml:space="preserve">[31:59] </w:t>
      </w:r>
      <w:r>
        <w:t>ki tadween karte hain is ka nateeja yeh hota hai ke aur jo top ke log hain un ko daal dete hain fazilat khane mein to hamein yeh hamare andar yeh zehan aata hi nahi ke hum in ka in ko follow karein doosra jo follow wala tabqa jo reduced version hota hai islam ka woh hamare liye reh jata hai yeh nateeja is sabab hai zawal ka</w:t>
      </w:r>
    </w:p>
    <w:p>
      <w:pPr>
        <w:jc w:val="right"/>
      </w:pPr>
      <w:r>
        <w:t>کی تدوین کرتے ہیں اس کا نتیجہ یہ ہوتا ہے کہ اور جو ٹاپ کے لوگ ہیں ان کو ڈال دیتے ہیں فضیلت خانے میں تو ہمیں یہ ہمارے اندر یہ ذہن آتا ہی نہیں کہ ہم ان کا ان کو فالو کریں دوسرا جو فالو والا طبقہ جو ریڈیوسڈ ورژن ہوتا ہے اسلام کا وہ ہمارے لیے رہ جاتا ہے یہ نتیجہ اس سبب ہے زوال کا</w:t>
      </w:r>
    </w:p>
    <w:p>
      <w:r>
        <w:rPr>
          <w:b/>
        </w:rPr>
        <w:t xml:space="preserve">[32:28] </w:t>
      </w:r>
      <w:r>
        <w:t>umat ke samne jab ye ho nishana ke hamein in bare bare maqamat tak pahunchna hai</w:t>
      </w:r>
    </w:p>
    <w:p>
      <w:pPr>
        <w:jc w:val="right"/>
      </w:pPr>
      <w:r>
        <w:t>امت کے سامنے جب یہ ہو نشانہ کہ ہمیں ان بڑے بڑے مقامات تک پہنچنا ہے</w:t>
      </w:r>
    </w:p>
    <w:p>
      <w:r>
        <w:rPr>
          <w:b/>
        </w:rPr>
        <w:t xml:space="preserve">[32:38] </w:t>
      </w:r>
      <w:r>
        <w:t>hamein wo jo bare bare log hain jo anbiya hain ya sahaba hain unhein hum follow karna hai</w:t>
      </w:r>
    </w:p>
    <w:p>
      <w:pPr>
        <w:jc w:val="right"/>
      </w:pPr>
      <w:r>
        <w:t>ہمیں وہ جو بڑے بڑے لوگ ہیں جو انبیاء ہیں یا صحابہ ہیں انہیں ہم فالو کرنا ہے</w:t>
      </w:r>
    </w:p>
    <w:p>
      <w:r>
        <w:rPr>
          <w:b/>
        </w:rPr>
        <w:t xml:space="preserve">[32:47] </w:t>
      </w:r>
      <w:r>
        <w:t>un ke case fazail ka un ka case afzaliyat ka case nahi hai balke follow karne ka case</w:t>
      </w:r>
    </w:p>
    <w:p>
      <w:pPr>
        <w:jc w:val="right"/>
      </w:pPr>
      <w:r>
        <w:t>ان کے کیس فضائل کا ان کا کیس افضلیت کا کیس نہیں ہے بلکہ فالو کرنے کا کیس</w:t>
      </w:r>
    </w:p>
    <w:p>
      <w:r>
        <w:rPr>
          <w:b/>
        </w:rPr>
        <w:t xml:space="preserve">[32:54] </w:t>
      </w:r>
      <w:r>
        <w:t>hai tu phir wo barhte rehte hain barhte rehte hain barhte rehte hain lekin jab ye aa jata</w:t>
      </w:r>
    </w:p>
    <w:p>
      <w:pPr>
        <w:jc w:val="right"/>
      </w:pPr>
      <w:r>
        <w:t>ہے تو پھر وہ بڑھتے رہتے ہیں بڑھتے رہتے ہیں بڑھتے رہتے ہیں لیکن جب یہ آ جاتا</w:t>
      </w:r>
    </w:p>
    <w:p>
      <w:r>
        <w:rPr>
          <w:b/>
        </w:rPr>
        <w:t xml:space="preserve">[33:00] </w:t>
      </w:r>
      <w:r>
        <w:t>hai ke wo tu wo tu fazilat kuch khas logon ke liye hai hamare liye tu ye.</w:t>
      </w:r>
    </w:p>
    <w:p>
      <w:pPr>
        <w:jc w:val="right"/>
      </w:pPr>
      <w:r>
        <w:t>ہے کہ وہ تو وہ تو فضیلت کچھ خاص لوگوں کے لیے ہے ہمارے لیے تو یہ.</w:t>
      </w:r>
    </w:p>
    <w:p>
      <w:r>
        <w:rPr>
          <w:b/>
        </w:rPr>
        <w:t xml:space="preserve">[33:06] </w:t>
      </w:r>
      <w:r>
        <w:t>to apne hissay mein reh jata hai sirf reduced form islam ka</w:t>
      </w:r>
    </w:p>
    <w:p>
      <w:pPr>
        <w:jc w:val="right"/>
      </w:pPr>
      <w:r>
        <w:t>تو اپنے حصے میں رہ جاتا ہے صرف ریڈیوسڈ فارم اسلام کا</w:t>
      </w:r>
    </w:p>
    <w:p>
      <w:r>
        <w:rPr>
          <w:b/>
        </w:rPr>
        <w:t xml:space="preserve">[33:12] </w:t>
      </w:r>
      <w:r>
        <w:t>jo masses hain un ke hissay mein reh jata hai reduced form islam ka to is ka isi nateeja hota hai zawal aik martaba mein</w:t>
      </w:r>
    </w:p>
    <w:p>
      <w:pPr>
        <w:jc w:val="right"/>
      </w:pPr>
      <w:r>
        <w:t>جو ماسز ہیں ان کے حصے میں رہ جاتا ہے ریڈیوسڈ فارم اسلام کا تو اس کا اسی نتیجہ ہوتا ہے زوال ایک مرتبہ میں</w:t>
      </w:r>
    </w:p>
    <w:p>
      <w:r>
        <w:rPr>
          <w:b/>
        </w:rPr>
        <w:t xml:space="preserve">[33:28] </w:t>
      </w:r>
      <w:r>
        <w:t>aik tu aik sahib milne aaye hum se wo bohat hi conservative qism ke aadmi the wo</w:t>
      </w:r>
    </w:p>
    <w:p>
      <w:pPr>
        <w:jc w:val="right"/>
      </w:pPr>
      <w:r>
        <w:t>ایک تو ایک صاحب ملنے آئے ہم سے وہ بہت ہی کنزرویٹیو قسم کے آدمی تھے وہ</w:t>
      </w:r>
    </w:p>
    <w:p>
      <w:r>
        <w:rPr>
          <w:b/>
        </w:rPr>
        <w:t xml:space="preserve">[33:36] </w:t>
      </w:r>
      <w:r>
        <w:t>tu khane ka waqt tha tu un ke liye khana mangaya gaya aik mez tha khana mez par</w:t>
      </w:r>
    </w:p>
    <w:p>
      <w:pPr>
        <w:jc w:val="right"/>
      </w:pPr>
      <w:r>
        <w:t>تو کھانے کا وقت تھا تو ان کے لیے کھانا منگایا گیا ایک میز تھا کھانا میز پر</w:t>
      </w:r>
    </w:p>
    <w:p>
      <w:r>
        <w:rPr>
          <w:b/>
        </w:rPr>
        <w:t xml:space="preserve">[33:41] </w:t>
      </w:r>
      <w:r>
        <w:t>rakh diya gaya</w:t>
      </w:r>
    </w:p>
    <w:p>
      <w:pPr>
        <w:jc w:val="right"/>
      </w:pPr>
      <w:r>
        <w:t>رکھ دیا گیا</w:t>
      </w:r>
    </w:p>
    <w:p>
      <w:r>
        <w:rPr>
          <w:b/>
        </w:rPr>
        <w:t xml:space="preserve">[33:44] </w:t>
      </w:r>
      <w:r>
        <w:t>yani khana la kar ke mez par rakh diya gaya tu un se kaha gaya ke</w:t>
      </w:r>
    </w:p>
    <w:p>
      <w:pPr>
        <w:jc w:val="right"/>
      </w:pPr>
      <w:r>
        <w:t>یعنی کھانا لا کر کے میز پر رکھ دیا گیا تو ان سے کہا گیا کہ</w:t>
      </w:r>
    </w:p>
    <w:p>
      <w:r>
        <w:rPr>
          <w:b/>
        </w:rPr>
        <w:t xml:space="preserve">[33:50] </w:t>
      </w:r>
      <w:r>
        <w:t>nosh farmaye tu wo baithte nahi the baithte nahi the baithte nahi the tu mein ne poocha ke</w:t>
      </w:r>
    </w:p>
    <w:p>
      <w:pPr>
        <w:jc w:val="right"/>
      </w:pPr>
      <w:r>
        <w:t>نوش فرمائیے تو وہ بیٹھتے نہیں تھے بیٹھتے نہیں تھے بیٹھتے نہیں تھے تو میں نے پوچھا کہ</w:t>
      </w:r>
    </w:p>
    <w:p>
      <w:r>
        <w:rPr>
          <w:b/>
        </w:rPr>
        <w:t xml:space="preserve">[33:56] </w:t>
      </w:r>
      <w:r>
        <w:t>aap kyu nahi baith rahe hain aap khana khaiye</w:t>
      </w:r>
    </w:p>
    <w:p>
      <w:pPr>
        <w:jc w:val="right"/>
      </w:pPr>
      <w:r>
        <w:t>آپ کیوں نہیں بیٹھ رہے ہیں آپ کھانا کھائیے</w:t>
      </w:r>
    </w:p>
    <w:p>
      <w:r>
        <w:rPr>
          <w:b/>
        </w:rPr>
        <w:t xml:space="preserve">[34:00] </w:t>
      </w:r>
      <w:r>
        <w:t>tu unho ne kaha ke wo mez par khana tu sunnat ke khilaf hai</w:t>
      </w:r>
    </w:p>
    <w:p>
      <w:pPr>
        <w:jc w:val="right"/>
      </w:pPr>
      <w:r>
        <w:t>تو انہوں نے کہا کہ وہ میز پر کھانا تو سنت کے خلاف ہے</w:t>
      </w:r>
    </w:p>
    <w:p>
      <w:r>
        <w:rPr>
          <w:b/>
        </w:rPr>
        <w:t xml:space="preserve">[34:07] </w:t>
      </w:r>
      <w:r>
        <w:t>tu ghraz ye ke wo is par adamant the itna zyada ke phir charhai mangai gayi charhai par</w:t>
      </w:r>
    </w:p>
    <w:p>
      <w:pPr>
        <w:jc w:val="right"/>
      </w:pPr>
      <w:r>
        <w:t>تو غرض یہ کہ وہ اس پر ایڈمنٹ تھے اتنا زیادہ کہ پھر چڑھائی منگائی گئی چڑھائی پر</w:t>
      </w:r>
    </w:p>
    <w:p>
      <w:r>
        <w:rPr>
          <w:b/>
        </w:rPr>
        <w:t xml:space="preserve">[34:12] </w:t>
      </w:r>
      <w:r>
        <w:t>bethe to unhon</w:t>
      </w:r>
    </w:p>
    <w:p>
      <w:pPr>
        <w:jc w:val="right"/>
      </w:pPr>
      <w:r>
        <w:t>بیٹھے تو انہوں</w:t>
      </w:r>
    </w:p>
    <w:p>
      <w:r>
        <w:rPr>
          <w:b/>
        </w:rPr>
        <w:t xml:space="preserve">[34:13] </w:t>
      </w:r>
      <w:r>
        <w:t>ne khana khaya</w:t>
      </w:r>
    </w:p>
    <w:p>
      <w:pPr>
        <w:jc w:val="right"/>
      </w:pPr>
      <w:r>
        <w:t>نے کھانا کھایا</w:t>
      </w:r>
    </w:p>
    <w:p>
      <w:r>
        <w:rPr>
          <w:b/>
        </w:rPr>
        <w:t xml:space="preserve">[34:16] </w:t>
      </w:r>
      <w:r>
        <w:t>ab dekhiye ye ye ye hai reduced form jo kehta hoon main islam ka yani khane ko dekh</w:t>
      </w:r>
    </w:p>
    <w:p>
      <w:pPr>
        <w:jc w:val="right"/>
      </w:pPr>
      <w:r>
        <w:t>اب دیکھئے یہ یہ یہ ہے ریڈیوسڈ فارم جو کہتا ہوں میں اسلام کا یعنی کھانے کو دیکھ</w:t>
      </w:r>
    </w:p>
    <w:p>
      <w:r>
        <w:rPr>
          <w:b/>
        </w:rPr>
        <w:t xml:space="preserve">[34:22] </w:t>
      </w:r>
      <w:r>
        <w:t>kar sochna chahiye aadmi ko allah ki nemat kaisa ajeeb khuda hai kehti hai azmat wala hai ke</w:t>
      </w:r>
    </w:p>
    <w:p>
      <w:pPr>
        <w:jc w:val="right"/>
      </w:pPr>
      <w:r>
        <w:t>کر سوچنا چاہیے آدمی کو اللہ کی نعمت کیسا عجیب خدا ہے کہتی ہے عظمت والا ہے کہ</w:t>
      </w:r>
    </w:p>
    <w:p>
      <w:r>
        <w:rPr>
          <w:b/>
        </w:rPr>
        <w:t xml:space="preserve">[34:32] </w:t>
      </w:r>
      <w:r>
        <w:t>matti ke andar se ghalla nikla</w:t>
      </w:r>
    </w:p>
    <w:p>
      <w:pPr>
        <w:jc w:val="right"/>
      </w:pPr>
      <w:r>
        <w:t>مٹی کے اندر سے غلہ نکلا</w:t>
      </w:r>
    </w:p>
    <w:p>
      <w:r>
        <w:rPr>
          <w:b/>
        </w:rPr>
        <w:t xml:space="preserve">[34:36] </w:t>
      </w:r>
      <w:r>
        <w:t>is ke andar se gehoon aur chawal bana zameen matti to hai isi matti ke andar se aap</w:t>
      </w:r>
    </w:p>
    <w:p>
      <w:pPr>
        <w:jc w:val="right"/>
      </w:pPr>
      <w:r>
        <w:t>اس کے اندر سے گیہوں اور چاول بنا زمین مٹی تو ہے اسی مٹی کے اندر سے آپ</w:t>
      </w:r>
    </w:p>
    <w:p>
      <w:r>
        <w:rPr>
          <w:b/>
        </w:rPr>
        <w:t xml:space="preserve">[34:43] </w:t>
      </w:r>
      <w:r>
        <w:t>ghalla nikalta hai</w:t>
      </w:r>
    </w:p>
    <w:p>
      <w:pPr>
        <w:jc w:val="right"/>
      </w:pPr>
      <w:r>
        <w:t>غلہ نکلتا ہے</w:t>
      </w:r>
    </w:p>
    <w:p>
      <w:r>
        <w:rPr>
          <w:b/>
        </w:rPr>
        <w:t xml:space="preserve">[34:46] </w:t>
      </w:r>
      <w:r>
        <w:t>yani gehoon nikla chawal nikla sabzi nikli</w:t>
      </w:r>
    </w:p>
    <w:p>
      <w:pPr>
        <w:jc w:val="right"/>
      </w:pPr>
      <w:r>
        <w:t>یعنی گیہوں نکلا چاول نکلا سبزی نکلی</w:t>
      </w:r>
    </w:p>
    <w:p>
      <w:r>
        <w:rPr>
          <w:b/>
        </w:rPr>
        <w:t xml:space="preserve">[34:51] </w:t>
      </w:r>
      <w:r>
        <w:t>har cheez to aadmi ko khana dekh kar ke ye sab aana chahiye</w:t>
      </w:r>
    </w:p>
    <w:p>
      <w:pPr>
        <w:jc w:val="right"/>
      </w:pPr>
      <w:r>
        <w:t>ہر چیز تو آدمی کو کھانا دیکھ کر کہ یہ سب آنا چاہیے</w:t>
      </w:r>
    </w:p>
    <w:p>
      <w:r>
        <w:rPr>
          <w:b/>
        </w:rPr>
        <w:t xml:space="preserve">[34:57] </w:t>
      </w:r>
      <w:r>
        <w:t>un ko kya aa raha hai ke</w:t>
      </w:r>
    </w:p>
    <w:p>
      <w:pPr>
        <w:jc w:val="right"/>
      </w:pPr>
      <w:r>
        <w:t>ان کو کیا آ رہا ہے کہ</w:t>
      </w:r>
    </w:p>
    <w:p>
      <w:r>
        <w:rPr>
          <w:b/>
        </w:rPr>
        <w:t xml:space="preserve">[34:58] </w:t>
      </w:r>
      <w:r>
        <w:t>hum mez par khayein to sunnat ke khilaf hoga is tarah hum charhai par khana chahiye hum ko yaani form spirit ka un ke dimagh se nikal gaya bas form hi form hai isi ka naam hai zawal</w:t>
      </w:r>
    </w:p>
    <w:p>
      <w:pPr>
        <w:jc w:val="right"/>
      </w:pPr>
      <w:r>
        <w:t>ہم میز پر کھائیں تو سنت کے خلاف ہوگا اس طرح ہم چڑھائی پر کھانا چاہیے ہم کو یعنی فارم اسپیریٹ کا ان کے دماغ سے نکل گیا بس فارم ہی فارم ہے اسی کا نام ہے زوال</w:t>
      </w:r>
    </w:p>
    <w:p>
      <w:r>
        <w:rPr>
          <w:b/>
        </w:rPr>
        <w:t xml:space="preserve">[35:14] </w:t>
      </w:r>
      <w:r>
        <w:t>jab aap ko pani dekh kar ke khana dekh kar ke Allah ka zabardast qudrat aap ke samnay aajaye Allah ki azmat samnay aajaye to aap ke andar spirit jaage gi Allah se muhabbat paida hogi Allah se khauf paida hoga</w:t>
      </w:r>
    </w:p>
    <w:p>
      <w:pPr>
        <w:jc w:val="right"/>
      </w:pPr>
      <w:r>
        <w:t>جب آپ کو پانی دیکھ کر کے کھانا دیکھ کر کے اللہ کا زبردست قدرت آپ کے سامنے آجائے اللہ کی عظمت سامنے آجائے تو آپ کے اندر اسپیریٹ جاگے گی اللہ سے محبت پیدا ہوگی اللہ سے خوف پیدا ہوگا</w:t>
      </w:r>
    </w:p>
    <w:p>
      <w:r>
        <w:rPr>
          <w:b/>
        </w:rPr>
        <w:t xml:space="preserve">[35:37] </w:t>
      </w:r>
      <w:r>
        <w:t>aap ki marifat mein izafa hoga to jab yeh soch aap ki ho tab is woh waqt tak umat zinda rahe gi lekin jab yeh sab aajaye soch ke mujhe mez par nahi khana mujhe charhai par khana hai aik arab ne aik waqia likha apna pehle ab to arbon mein ghhaliban aisa nahi hai</w:t>
      </w:r>
    </w:p>
    <w:p>
      <w:pPr>
        <w:jc w:val="right"/>
      </w:pPr>
      <w:r>
        <w:t>آپ کی معرفت میں اضافہ ہوگا تو جب یہ سوچ آپ کی ہو تب اس وہ وقت تک امت زندہ رہے گی لیکن جب یہ سب آجائے سوچ کہ مجھے میز پر نہیں کھانا مجھے چڑھائی پر کھانا ہے ایک عرب نے ایک واقعہ لکھا اپنا پہلے اب تو عربوں میں غالباً ایسا نہیں ہے</w:t>
      </w:r>
    </w:p>
    <w:p>
      <w:r>
        <w:rPr>
          <w:b/>
        </w:rPr>
        <w:t xml:space="preserve">[36:06] </w:t>
      </w:r>
      <w:r>
        <w:t>to aik khane mein bethay hue thay kai arab shaikh thay wahan par to yeh chamche se khane lage</w:t>
      </w:r>
    </w:p>
    <w:p>
      <w:pPr>
        <w:jc w:val="right"/>
      </w:pPr>
      <w:r>
        <w:t>تو ایک کھانے میں بیٹھے ہوئے تھے کئی عرب شیوخ تھے وہاں پر تو یہ چمچے سے کھانے لگے</w:t>
      </w:r>
    </w:p>
    <w:p>
      <w:r>
        <w:rPr>
          <w:b/>
        </w:rPr>
        <w:t xml:space="preserve">[36:21] </w:t>
      </w:r>
      <w:r>
        <w:t>doosre shuyukh jo the hath se kha rahe the</w:t>
      </w:r>
    </w:p>
    <w:p>
      <w:pPr>
        <w:jc w:val="right"/>
      </w:pPr>
      <w:r>
        <w:t>دوسرے شیوخ جو تھے ہاتھ سے کھا رہے تھے</w:t>
      </w:r>
    </w:p>
    <w:p>
      <w:r>
        <w:rPr>
          <w:b/>
        </w:rPr>
        <w:t xml:space="preserve">[36:24] </w:t>
      </w:r>
      <w:r>
        <w:t>to saare shuyukh un ko lage bohat hi yani stranger jaise samajh lein un ko kuch ajeeb kaam</w:t>
      </w:r>
    </w:p>
    <w:p>
      <w:pPr>
        <w:jc w:val="right"/>
      </w:pPr>
      <w:r>
        <w:t>تو سارے شیوخ ان کو لگے بہت ہی یعنی اسٹرینجر جیسے سمجھ لیں ان کو کچھ عجیب کام</w:t>
      </w:r>
    </w:p>
    <w:p>
      <w:r>
        <w:rPr>
          <w:b/>
        </w:rPr>
        <w:t xml:space="preserve">[36:31] </w:t>
      </w:r>
      <w:r>
        <w:t>ye kar rahe hain chamche se kha rahe hain</w:t>
      </w:r>
    </w:p>
    <w:p>
      <w:pPr>
        <w:jc w:val="right"/>
      </w:pPr>
      <w:r>
        <w:t>یہ کر رہے ہیں چمچے سے کھا رہے ہیں</w:t>
      </w:r>
    </w:p>
    <w:p>
      <w:r>
        <w:rPr>
          <w:b/>
        </w:rPr>
        <w:t xml:space="preserve">[36:34] </w:t>
      </w:r>
      <w:r>
        <w:t>to dekhte dekhte ek shakhs ek shaikh ne un se kaha ke ya shaikh qul kama taakulun naas</w:t>
      </w:r>
    </w:p>
    <w:p>
      <w:pPr>
        <w:jc w:val="right"/>
      </w:pPr>
      <w:r>
        <w:t>تو دیکھتے دیکھتے ایک شخص ایک شیخ نے ان سے کہا کہ یا شیخ قُلْ كَمَا تَآكَلُوا النَّاسُ</w:t>
      </w:r>
    </w:p>
    <w:p>
      <w:r>
        <w:rPr>
          <w:b/>
        </w:rPr>
        <w:t xml:space="preserve">[36:43] </w:t>
      </w:r>
      <w:r>
        <w:t>ya shaikh qul kama taakulun naas jaise log kha rahe hain waise hi aap bhi khaiye matlab ye</w:t>
      </w:r>
    </w:p>
    <w:p>
      <w:pPr>
        <w:jc w:val="right"/>
      </w:pPr>
      <w:r>
        <w:t>یا شیخ قُلْ كَمَا تَآكَلُوا النَّاسُ جیسے لوگ کھا رہے ہیں ویسے ہی آپ بھی کھائیے مطلب یہ</w:t>
      </w:r>
    </w:p>
    <w:p>
      <w:r>
        <w:rPr>
          <w:b/>
        </w:rPr>
        <w:t xml:space="preserve">[36:48] </w:t>
      </w:r>
      <w:r>
        <w:t>shuyukh jis tarah kha rahe hain hath se aap bhi hath se khaiye chamche se kyun khaate hain</w:t>
      </w:r>
    </w:p>
    <w:p>
      <w:pPr>
        <w:jc w:val="right"/>
      </w:pPr>
      <w:r>
        <w:t>شیوخ جس طرح کھا رہے ہیں ہاتھ سے آپ بھی ہاتھ سے کھائیے چمچے سے کیوں کھاتے ہیں</w:t>
      </w:r>
    </w:p>
    <w:p>
      <w:r>
        <w:rPr>
          <w:b/>
        </w:rPr>
        <w:t xml:space="preserve">[36:52] </w:t>
      </w:r>
      <w:r>
        <w:t>aap ab wahan par dekhiye jab mez par wahan par</w:t>
      </w:r>
    </w:p>
    <w:p>
      <w:pPr>
        <w:jc w:val="right"/>
      </w:pPr>
      <w:r>
        <w:t>آپ اب وہاں پر دیکھئے جب میز پر وہاں پر</w:t>
      </w:r>
    </w:p>
    <w:p>
      <w:r>
        <w:rPr>
          <w:b/>
        </w:rPr>
        <w:t xml:space="preserve">[36:58] </w:t>
      </w:r>
      <w:r>
        <w:t>arbon ke dastar khwan par aap jante hain bohat khane ka saman hota hai is ko dekh kar aap</w:t>
      </w:r>
    </w:p>
    <w:p>
      <w:pPr>
        <w:jc w:val="right"/>
      </w:pPr>
      <w:r>
        <w:t>عربوں کے دسترخوان پر آپ جانتے ہیں بہت کھانے کا سامان ہوتا ہے اس کو دیکھ کر آپ</w:t>
      </w:r>
    </w:p>
    <w:p>
      <w:r>
        <w:rPr>
          <w:b/>
        </w:rPr>
        <w:t xml:space="preserve">[37:03] </w:t>
      </w:r>
      <w:r>
        <w:t>ko allah ki nemat yaad</w:t>
      </w:r>
    </w:p>
    <w:p>
      <w:pPr>
        <w:jc w:val="right"/>
      </w:pPr>
      <w:r>
        <w:t>کو اللہ کی نعمت یاد</w:t>
      </w:r>
    </w:p>
    <w:p>
      <w:r>
        <w:rPr>
          <w:b/>
        </w:rPr>
        <w:t xml:space="preserve">[37:06] </w:t>
      </w:r>
      <w:r>
        <w:t>aana chahiye Allah ki qudrat yaad aana chahiye Allah ki azmat yaad aana chahiye kaise Allah ne yeh sab cheezein paida kar dein mujhe yaad kiya aa raha hai ke chamche se nahi khana hath se khana hai yeh isi ko batata hoon ke reduced form jo islam ka hai woh reh gaya hamare hissay mein aur jo higher form hai woh un ke hissay mein daal diya gaya jo jo jin ko afzal darja hasil hai un ka</w:t>
      </w:r>
    </w:p>
    <w:p>
      <w:pPr>
        <w:jc w:val="right"/>
      </w:pPr>
      <w:r>
        <w:t>آنا چاہیے اللہ کی قدرت یاد آنا چاہیے اللہ کی عظمت یاد آنا چاہیے کیسے اللہ نے یہ سب چیزیں پیدا کر دیں مجھے یاد کیا آ رہا ہے کہ چمچے سے نہیں کھانا ہاتھ سے کھانا ہے یہ اسی کو بتاتا ہوں کہ ریڈیوسڈ فارم جو اسلام کا ہے وہ رہ گیا ہمارے حصے میں اور جو ہائیر فارم ہے وہ ان کے حصے میں ڈال دیا گیا جو جو جن کو افضل درجہ حاصل ہے ان کا</w:t>
      </w:r>
    </w:p>
    <w:p>
      <w:r>
        <w:rPr>
          <w:b/>
        </w:rPr>
        <w:t xml:space="preserve">[37:35] </w:t>
      </w:r>
      <w:r>
        <w:t>yahi woh cheez hai jo umaton mein zawal lati hai</w:t>
      </w:r>
    </w:p>
    <w:p>
      <w:pPr>
        <w:jc w:val="right"/>
      </w:pPr>
      <w:r>
        <w:t>یہی وہ چیز ہے جو امتوں میں زوال لاتی ہے</w:t>
      </w:r>
    </w:p>
    <w:p>
      <w:r>
        <w:rPr>
          <w:b/>
        </w:rPr>
        <w:t xml:space="preserve">[37:42] </w:t>
      </w:r>
      <w:r>
        <w:t>to jarr wahan hai ke masses ka inversion hua log islam mein kalma parh parh ke dakhil ho gaye</w:t>
      </w:r>
    </w:p>
    <w:p>
      <w:pPr>
        <w:jc w:val="right"/>
      </w:pPr>
      <w:r>
        <w:t>تو جڑ وہاں ہے کہ ماسک کا انورژن ہوا لوگ اسلام میں کلمہ پڑھ پڑھ کے داخل ہوگئے</w:t>
      </w:r>
    </w:p>
    <w:p>
      <w:r>
        <w:rPr>
          <w:b/>
        </w:rPr>
        <w:t xml:space="preserve">[37:54] </w:t>
      </w:r>
      <w:r>
        <w:t>aur is ke baad un ki tarbiyat taleem hui nahi</w:t>
      </w:r>
    </w:p>
    <w:p>
      <w:pPr>
        <w:jc w:val="right"/>
      </w:pPr>
      <w:r>
        <w:t>اور اس کے بعد ان کی تربیت تعلیم ہوئی نہیں</w:t>
      </w:r>
    </w:p>
    <w:p>
      <w:r>
        <w:rPr>
          <w:b/>
        </w:rPr>
        <w:t xml:space="preserve">[38:00] </w:t>
      </w:r>
      <w:r>
        <w:t>to woh mindset un ka baqi raha is mindset ko le kar ke unhon ne wahi chala diya islam ke andar</w:t>
      </w:r>
    </w:p>
    <w:p>
      <w:pPr>
        <w:jc w:val="right"/>
      </w:pPr>
      <w:r>
        <w:t>تو وہ مائنڈ سیٹ ان کا باقی رہا اس مائنڈ سیٹ کو لے کر کے انہوں نے وہی چلا دیا اسلام کے اندر</w:t>
      </w:r>
    </w:p>
    <w:p>
      <w:r>
        <w:rPr>
          <w:b/>
        </w:rPr>
        <w:t xml:space="preserve">[38:12] </w:t>
      </w:r>
      <w:r>
        <w:t>ye lambe process ke tehat ye sab hota hai muddaton ye sab chalta rehta hai chalta rehta hai</w:t>
      </w:r>
    </w:p>
    <w:p>
      <w:pPr>
        <w:jc w:val="right"/>
      </w:pPr>
      <w:r>
        <w:t>یہ لمبے پراسیس کے تحت یہ سب ہوتا ہے مدتوں یہ سب چلتا رہتا ہے چلتا رہتا ہے</w:t>
      </w:r>
    </w:p>
    <w:p>
      <w:r>
        <w:rPr>
          <w:b/>
        </w:rPr>
        <w:t xml:space="preserve">[38:18] </w:t>
      </w:r>
      <w:r>
        <w:t>yahan tak ke islam ka wahi version jo hai asli version ban jata hai jo</w:t>
      </w:r>
    </w:p>
    <w:p>
      <w:pPr>
        <w:jc w:val="right"/>
      </w:pPr>
      <w:r>
        <w:t>یہاں تک کہ اسلام کا وہی ورژن جو ہے اصلی ورژن بن جاتا ہے جو</w:t>
      </w:r>
    </w:p>
    <w:p>
      <w:r>
        <w:rPr>
          <w:b/>
        </w:rPr>
        <w:t xml:space="preserve">[38:25] </w:t>
      </w:r>
      <w:r>
        <w:t>jis ko main kehta hoon ke</w:t>
      </w:r>
    </w:p>
    <w:p>
      <w:pPr>
        <w:jc w:val="right"/>
      </w:pPr>
      <w:r>
        <w:t>جس کو میں کہتا ہوں کہ</w:t>
      </w:r>
    </w:p>
    <w:p>
      <w:r>
        <w:rPr>
          <w:b/>
        </w:rPr>
        <w:t xml:space="preserve">[38:28] </w:t>
      </w:r>
      <w:r>
        <w:t>reduced version aaj kal aap dekhiye masjidon mein madrason mein dhoom hai</w:t>
      </w:r>
    </w:p>
    <w:p>
      <w:pPr>
        <w:jc w:val="right"/>
      </w:pPr>
      <w:r>
        <w:t>ریڈیوسڈ ورژن آج کل آپ دیکھئے مسجدوں میں مدرسوں میں دھوم ہے</w:t>
      </w:r>
    </w:p>
    <w:p>
      <w:r>
        <w:rPr>
          <w:b/>
        </w:rPr>
        <w:t xml:space="preserve">[38:37] </w:t>
      </w:r>
      <w:r>
        <w:t>lekin wahi dhoom kis form ki dhoom hai abhi meri mulaqat ek sahab se hui wo up</w:t>
      </w:r>
    </w:p>
    <w:p>
      <w:pPr>
        <w:jc w:val="right"/>
      </w:pPr>
      <w:r>
        <w:t>لیکن وہی دھوم کس فارم کی دھوم ہے ابھی میری ملاقات ایک صاحب سے ہوئی وہ یو پی</w:t>
      </w:r>
    </w:p>
    <w:p>
      <w:r>
        <w:rPr>
          <w:b/>
        </w:rPr>
        <w:t xml:space="preserve">[38:44] </w:t>
      </w:r>
      <w:r>
        <w:t>ke kai ilaqon mein gaye the wahan par bade bade madarse</w:t>
      </w:r>
    </w:p>
    <w:p>
      <w:pPr>
        <w:jc w:val="right"/>
      </w:pPr>
      <w:r>
        <w:t>کے کئی علاقوں میں گئے تھے وہاں پر بڑے بڑے مدرسے</w:t>
      </w:r>
    </w:p>
    <w:p>
      <w:r>
        <w:rPr>
          <w:b/>
        </w:rPr>
        <w:t xml:space="preserve">[38:48] </w:t>
      </w:r>
      <w:r>
        <w:t>qaim hogaye idhar udhar kuch dinon ke andar bohat bade se masjidain bani hain</w:t>
      </w:r>
    </w:p>
    <w:p>
      <w:pPr>
        <w:jc w:val="right"/>
      </w:pPr>
      <w:r>
        <w:t>قائم ہوگئے ادھر ادھر کچھ دنوں کے اندر بہت بڑے سے مسجدیں بنی ہیں</w:t>
      </w:r>
    </w:p>
    <w:p>
      <w:r>
        <w:rPr>
          <w:b/>
        </w:rPr>
        <w:t xml:space="preserve">[38:55] </w:t>
      </w:r>
      <w:r>
        <w:t>to un ka daura kiya tha unhon ne to</w:t>
      </w:r>
    </w:p>
    <w:p>
      <w:pPr>
        <w:jc w:val="right"/>
      </w:pPr>
      <w:r>
        <w:t>تو ان کا دورہ کیا تھا انہوں نے تو</w:t>
      </w:r>
    </w:p>
    <w:p>
      <w:r>
        <w:rPr>
          <w:b/>
        </w:rPr>
        <w:t xml:space="preserve">[38:57] </w:t>
      </w:r>
      <w:r>
        <w:t>batane lage woh ke falan jagah mein gaya wahan itna bada madrassa wahan itna bada madrassa wahan itna</w:t>
      </w:r>
    </w:p>
    <w:p>
      <w:pPr>
        <w:jc w:val="right"/>
      </w:pPr>
      <w:r>
        <w:t>بتانے لگے وہ کہ فلاں جگہ میں گیا وہاں اتنا بڑا مدرسہ وہاں اتنا بڑا مدرسہ وہاں اتنا</w:t>
      </w:r>
    </w:p>
    <w:p>
      <w:r>
        <w:rPr>
          <w:b/>
        </w:rPr>
        <w:t xml:space="preserve">[39:02] </w:t>
      </w:r>
      <w:r>
        <w:t>bada madrassa to madarson ki</w:t>
      </w:r>
    </w:p>
    <w:p>
      <w:pPr>
        <w:jc w:val="right"/>
      </w:pPr>
      <w:r>
        <w:t>بڑا مدرسہ تو مدرسوں کی</w:t>
      </w:r>
    </w:p>
    <w:p>
      <w:r>
        <w:rPr>
          <w:b/>
        </w:rPr>
        <w:t xml:space="preserve">[39:07] </w:t>
      </w:r>
      <w:r>
        <w:t>jo dhoom hai woh batane lage woh</w:t>
      </w:r>
    </w:p>
    <w:p>
      <w:pPr>
        <w:jc w:val="right"/>
      </w:pPr>
      <w:r>
        <w:t>جو دھوم ہے وہ بتانے لگے وہ</w:t>
      </w:r>
    </w:p>
    <w:p>
      <w:r>
        <w:rPr>
          <w:b/>
        </w:rPr>
        <w:t xml:space="preserve">[39:10] </w:t>
      </w:r>
      <w:r>
        <w:t>to sunte sunte maine un se aakhir mein kaha ke kya aap kisi madarse mein</w:t>
      </w:r>
    </w:p>
    <w:p>
      <w:pPr>
        <w:jc w:val="right"/>
      </w:pPr>
      <w:r>
        <w:t>تو سنتے سنتے میں نے ان سے آخر میں کہا کہ کیا آپ کسی مدرسے میں</w:t>
      </w:r>
    </w:p>
    <w:p>
      <w:r>
        <w:rPr>
          <w:b/>
        </w:rPr>
        <w:t xml:space="preserve">[39:18] </w:t>
      </w:r>
      <w:r>
        <w:t>aap ne Allah ki mohabbat aakhirat ka khauf yeh bhi suna wahan</w:t>
      </w:r>
    </w:p>
    <w:p>
      <w:pPr>
        <w:jc w:val="right"/>
      </w:pPr>
      <w:r>
        <w:t>آپ نے اللہ کی محبت آخرت کا خوف یہ بھی سنا وہاں</w:t>
      </w:r>
    </w:p>
    <w:p>
      <w:r>
        <w:rPr>
          <w:b/>
        </w:rPr>
        <w:t xml:space="preserve">[39:24] </w:t>
      </w:r>
      <w:r>
        <w:t>ke buildingon ke charche buildingon ke mushahide yahi sab dekha aap ne</w:t>
      </w:r>
    </w:p>
    <w:p>
      <w:pPr>
        <w:jc w:val="right"/>
      </w:pPr>
      <w:r>
        <w:t>کہ بلڈنگوں کے چرچے بلڈنگوں کے مشاہدے یہی سب دیکھا آپ نے</w:t>
      </w:r>
    </w:p>
    <w:p>
      <w:r>
        <w:rPr>
          <w:b/>
        </w:rPr>
        <w:t xml:space="preserve">[39:32] </w:t>
      </w:r>
      <w:r>
        <w:t>to chup hogaye</w:t>
      </w:r>
    </w:p>
    <w:p>
      <w:pPr>
        <w:jc w:val="right"/>
      </w:pPr>
      <w:r>
        <w:t>تو چپ ہوگئے</w:t>
      </w:r>
    </w:p>
    <w:p>
      <w:r>
        <w:rPr>
          <w:b/>
        </w:rPr>
        <w:t xml:space="preserve">[39:35] </w:t>
      </w:r>
      <w:r>
        <w:t>yani khoob dhoom se bata rahe the woh ke itni buildingen hain itna</w:t>
      </w:r>
    </w:p>
    <w:p>
      <w:pPr>
        <w:jc w:val="right"/>
      </w:pPr>
      <w:r>
        <w:t>یعنی خوب دھوم سے بتا رہے تھے وہ کہ اتنی بلڈنگیں ہیں اتنا</w:t>
      </w:r>
    </w:p>
    <w:p>
      <w:r>
        <w:rPr>
          <w:b/>
        </w:rPr>
        <w:t xml:space="preserve">[39:40] </w:t>
      </w:r>
      <w:r>
        <w:t>bada iska raqba hai aur itne</w:t>
      </w:r>
    </w:p>
    <w:p>
      <w:pPr>
        <w:jc w:val="right"/>
      </w:pPr>
      <w:r>
        <w:t>بڑا اس کا رقبہ ہے اور اتنے</w:t>
      </w:r>
    </w:p>
    <w:p>
      <w:r>
        <w:rPr>
          <w:b/>
        </w:rPr>
        <w:t xml:space="preserve">[39:42] </w:t>
      </w:r>
      <w:r>
        <w:t>kamre hain itne yeh yeh sab khoob tafseel se bata rahe the woh</w:t>
      </w:r>
    </w:p>
    <w:p>
      <w:pPr>
        <w:jc w:val="right"/>
      </w:pPr>
      <w:r>
        <w:t>کمرے ہیں اتنے یہ یہ سب خوب تفصیل سے بتا رہے تھے وہ</w:t>
      </w:r>
    </w:p>
    <w:p>
      <w:r>
        <w:rPr>
          <w:b/>
        </w:rPr>
        <w:t xml:space="preserve">[39:49] </w:t>
      </w:r>
      <w:r>
        <w:t>to maine un se poocha ke bhai yeh sab jo aap bata rahe hain yeh bataiye ke wahan par allah ki mohabbat akhirat ka khauf aur jannat jahannum ka chircha yeh bhi suna aap ne to chup ho gaye jab maine izhaar kiya tab batate hain ke woh to nahi tha</w:t>
      </w:r>
    </w:p>
    <w:p>
      <w:pPr>
        <w:jc w:val="right"/>
      </w:pPr>
      <w:r>
        <w:t>تو میں نے ان سے پوچھا کہ بھئی یہ سب جو آپ بتا رہے ہیں یہ بتائیے کہ وہاں پر اللہ کی محبت آخرت کا خوف اور جنت جہنم کا چرچہ یہ بھی سنا آپ نے تو چپ ہوگئے جب میں نے اظہار کیا تب بتاتے ہیں کہ وہ تو نہیں تھا</w:t>
      </w:r>
    </w:p>
    <w:p>
      <w:r>
        <w:rPr>
          <w:b/>
        </w:rPr>
        <w:t xml:space="preserve">[40:14] </w:t>
      </w:r>
      <w:r>
        <w:t>to yeh yeh yeh jo process chalta hai mask ka inversion ke zariye se isi se islam ka ek reduced form tayyar hota hai</w:t>
      </w:r>
    </w:p>
    <w:p>
      <w:pPr>
        <w:jc w:val="right"/>
      </w:pPr>
      <w:r>
        <w:t>تو یہ یہ یہ جو پراسیس چلتا ہے ماسک کا انورژن کے ذریعے سے اسی سے اسلام کا ایک ریڈیوسڈ فارم تیار ہوتا ہے</w:t>
      </w:r>
    </w:p>
    <w:p>
      <w:r>
        <w:rPr>
          <w:b/>
        </w:rPr>
        <w:t xml:space="preserve">[40:26] </w:t>
      </w:r>
      <w:r>
        <w:t>reduced version aur wahi wahi dheere dheere jab ummat is par qaim ho jati hai to isi ka naam hota hai zawal</w:t>
      </w:r>
    </w:p>
    <w:p>
      <w:pPr>
        <w:jc w:val="right"/>
      </w:pPr>
      <w:r>
        <w:t>ریڈیوسڈ ورژن اور وہی وہی دھیرے دھیرے جب امت اس پر قائم ہو جاتی ہے تو اسی کا نام ہوتا ہے زوال</w:t>
      </w:r>
    </w:p>
    <w:p>
      <w:r>
        <w:rPr>
          <w:b/>
        </w:rPr>
        <w:t xml:space="preserve">[40:40] </w:t>
      </w:r>
      <w:r>
        <w:t>isi liye imam malik ne bahut gehri baat kahi thi</w:t>
      </w:r>
    </w:p>
    <w:p>
      <w:pPr>
        <w:jc w:val="right"/>
      </w:pPr>
      <w:r>
        <w:t>اسی لیے امام مالک نے بہت گہری بات کہی تھی</w:t>
      </w:r>
    </w:p>
    <w:p>
      <w:r>
        <w:rPr>
          <w:b/>
        </w:rPr>
        <w:t xml:space="preserve">[40:46] </w:t>
      </w:r>
      <w:r>
        <w:t>unhone kaha tha ke</w:t>
      </w:r>
    </w:p>
    <w:p>
      <w:pPr>
        <w:jc w:val="right"/>
      </w:pPr>
      <w:r>
        <w:t>انہوں نے کہا تھا کہ</w:t>
      </w:r>
    </w:p>
    <w:p>
      <w:r>
        <w:rPr>
          <w:b/>
        </w:rPr>
        <w:t xml:space="preserve">[40:52] </w:t>
      </w:r>
      <w:r>
        <w:t>lan yasruhu aakhiru hathihi al-ummah illa wama saruha bayya awwaluha</w:t>
      </w:r>
    </w:p>
    <w:p>
      <w:pPr>
        <w:jc w:val="right"/>
      </w:pPr>
      <w:r>
        <w:t>لَنْ يَصْرُحَ آخِرُ هَذِهِ الْأُمَّةِ إِلَّا وَمَا صَرُحَ بَيْ أَوَّلُهَا</w:t>
      </w:r>
    </w:p>
    <w:p>
      <w:r>
        <w:rPr>
          <w:b/>
        </w:rPr>
        <w:t xml:space="preserve">[40:58] </w:t>
      </w:r>
      <w:r>
        <w:t>is ummat ke baad ke logon ki islaah bhi isi tarah hogi jis tarah pehle zamane ke logon</w:t>
      </w:r>
    </w:p>
    <w:p>
      <w:pPr>
        <w:jc w:val="right"/>
      </w:pPr>
      <w:r>
        <w:t>اس امت کے بعد کے لوگوں کی اصلاح بھی اسی طرح ہوگی جس طرح پہلے زمانے کے لوگوں</w:t>
      </w:r>
    </w:p>
    <w:p>
      <w:r>
        <w:rPr>
          <w:b/>
        </w:rPr>
        <w:t xml:space="preserve">[41:04] </w:t>
      </w:r>
      <w:r>
        <w:t>ki islaah hui thi</w:t>
      </w:r>
    </w:p>
    <w:p>
      <w:pPr>
        <w:jc w:val="right"/>
      </w:pPr>
      <w:r>
        <w:t>کی اصلاح ہوئی تھی</w:t>
      </w:r>
    </w:p>
    <w:p>
      <w:r>
        <w:rPr>
          <w:b/>
        </w:rPr>
        <w:t xml:space="preserve">[41:07] </w:t>
      </w:r>
      <w:r>
        <w:t>is ka matlab kya hai is ka matlab yeh hai ke jab mask ka inversion hoga aur is</w:t>
      </w:r>
    </w:p>
    <w:p>
      <w:pPr>
        <w:jc w:val="right"/>
      </w:pPr>
      <w:r>
        <w:t>اس کا مطلب کیا ہے اس کا مطلب یہ ہے کہ جب ماسک کا انورژن ہوگا اور اس</w:t>
      </w:r>
    </w:p>
    <w:p>
      <w:r>
        <w:rPr>
          <w:b/>
        </w:rPr>
        <w:t xml:space="preserve">[41:12] </w:t>
      </w:r>
      <w:r>
        <w:t>ke nateejay mein logon ke andar zawaal aayega is ke andar ek reduced version is tarah ka</w:t>
      </w:r>
    </w:p>
    <w:p>
      <w:pPr>
        <w:jc w:val="right"/>
      </w:pPr>
      <w:r>
        <w:t>کے نتیجے میں لوگوں کے اندر زوال آئے گا اس کے اندر ایک ریڈیوسڈ ورژن اس طرح کا</w:t>
      </w:r>
    </w:p>
    <w:p>
      <w:r>
        <w:rPr>
          <w:b/>
        </w:rPr>
        <w:t xml:space="preserve">[41:16] </w:t>
      </w:r>
      <w:r>
        <w:t>ban jayega aur log is par qaim ho jayenge</w:t>
      </w:r>
    </w:p>
    <w:p>
      <w:pPr>
        <w:jc w:val="right"/>
      </w:pPr>
      <w:r>
        <w:t>بن جائے گا اور لوگ اس پر قائم ہو جائیں گے</w:t>
      </w:r>
    </w:p>
    <w:p>
      <w:r>
        <w:rPr>
          <w:b/>
        </w:rPr>
        <w:t xml:space="preserve">[41:19] </w:t>
      </w:r>
      <w:r>
        <w:t>to ab in ka ehya in ka revival</w:t>
      </w:r>
    </w:p>
    <w:p>
      <w:pPr>
        <w:jc w:val="right"/>
      </w:pPr>
      <w:r>
        <w:t>تو اب ان کا احیاء ان کا ریوائیول</w:t>
      </w:r>
    </w:p>
    <w:p>
      <w:r>
        <w:rPr>
          <w:b/>
        </w:rPr>
        <w:t xml:space="preserve">[41:24] </w:t>
      </w:r>
      <w:r>
        <w:t>ki shakal yeh hogi ke unhein lotaya jaye lotaya jaye yani rasool aur sahaba rasool ke zamane mein</w:t>
      </w:r>
    </w:p>
    <w:p>
      <w:pPr>
        <w:jc w:val="right"/>
      </w:pPr>
      <w:r>
        <w:t>کی شکل یہ ہوگی کہ انہیں لوٹایا جائے لوٹایا جائے یعنی رسول اور صحابہ رسول کے زمانے میں</w:t>
      </w:r>
    </w:p>
    <w:p>
      <w:r>
        <w:rPr>
          <w:b/>
        </w:rPr>
        <w:t xml:space="preserve">[41:29] </w:t>
      </w:r>
      <w:r>
        <w:t>jo pattern tha wahan lotaya jaye un ko</w:t>
      </w:r>
    </w:p>
    <w:p>
      <w:pPr>
        <w:jc w:val="right"/>
      </w:pPr>
      <w:r>
        <w:t>جو پیٹرن تھا وہاں لوٹایا جائے ان کو</w:t>
      </w:r>
    </w:p>
    <w:p>
      <w:r>
        <w:rPr>
          <w:b/>
        </w:rPr>
        <w:t xml:space="preserve">[41:38] </w:t>
      </w:r>
      <w:r>
        <w:t>yani woh is taraf jahan jahan ke form ki dhoom nahi thi balki spirit ki dhoom thi</w:t>
      </w:r>
    </w:p>
    <w:p>
      <w:pPr>
        <w:jc w:val="right"/>
      </w:pPr>
      <w:r>
        <w:t>یعنی وہ اس طرف جہاں جہاں کہ فارم کی دھوم نہیں تھی بلکہ اسپیریٹ کی دھوم تھی</w:t>
      </w:r>
    </w:p>
    <w:p>
      <w:r>
        <w:rPr>
          <w:b/>
        </w:rPr>
        <w:t xml:space="preserve">[41:49] </w:t>
      </w:r>
      <w:r>
        <w:t>yani zawal ki dhoom nahi thi haqeeqat ki dhoom thi is ko wahan lautaya jaye</w:t>
      </w:r>
    </w:p>
    <w:p>
      <w:pPr>
        <w:jc w:val="right"/>
      </w:pPr>
      <w:r>
        <w:t>یعنی زوال کی دھوم نہیں تھی حقیقت کی دھوم تھی اس کو وہاں لوٹایا جائے</w:t>
      </w:r>
    </w:p>
    <w:p>
      <w:r>
        <w:rPr>
          <w:b/>
        </w:rPr>
        <w:t xml:space="preserve">[41:58] </w:t>
      </w:r>
      <w:r>
        <w:t>to is par aap ghaur karein to aap samajh payenge ke ummat ka urooj ka zamana kaun sa hota hai aur kyun hota hai aur zawal ka zamana kaun sa hota hai aur kyun hota hai agar hum chahte hain ke ummat ko dobara zawal se urooj ki taraf le jayein to is ka tareeqa kya hai</w:t>
      </w:r>
    </w:p>
    <w:p>
      <w:pPr>
        <w:jc w:val="right"/>
      </w:pPr>
      <w:r>
        <w:t>تو اس پر آپ غور کریں تو آپ سمجھ پائیں گے کہ امت کا عروج کا زمانہ کون سا ہوتا ہے اور کیوں ہوتا ہے اور زوال کا زمانہ کون سا ہوتا ہے اور کیوں ہوتا ہے اگر ہم چاہتے ہیں کہ امت کو دوبارہ زوال سے عروج کی طرف لے جائیں تو اس کا طریقہ کیا ہے</w:t>
      </w:r>
    </w:p>
    <w:p>
      <w:r>
        <w:rPr>
          <w:b/>
        </w:rPr>
        <w:t xml:space="preserve">[42:24] </w:t>
      </w:r>
      <w:r>
        <w:t>to moajza haalat jo hai yahi</w:t>
      </w:r>
    </w:p>
    <w:p>
      <w:pPr>
        <w:jc w:val="right"/>
      </w:pPr>
      <w:r>
        <w:t>تو معجزہ حالت جو ہے یہی</w:t>
      </w:r>
    </w:p>
    <w:p>
      <w:r>
        <w:rPr>
          <w:b/>
        </w:rPr>
        <w:t xml:space="preserve">[42:29] </w:t>
      </w:r>
      <w:r>
        <w:t>is waqt jo hum jis haal mein hain woh yahi haalat hai</w:t>
      </w:r>
    </w:p>
    <w:p>
      <w:pPr>
        <w:jc w:val="right"/>
      </w:pPr>
      <w:r>
        <w:t>اس وقت جو ہم جس حال میں ہیں وہ یہی حالت ہے</w:t>
      </w:r>
    </w:p>
    <w:p>
      <w:r>
        <w:rPr>
          <w:b/>
        </w:rPr>
        <w:t xml:space="preserve">[42:34] </w:t>
      </w:r>
      <w:r>
        <w:t>امت جو ہے وہی reduced form جو اسلام کا میں عرض کرتا ہوں reduced version of Islam اس</w:t>
      </w:r>
    </w:p>
    <w:p>
      <w:pPr>
        <w:jc w:val="right"/>
      </w:pPr>
      <w:r>
        <w:t>امت جو ہے وہی ریڈیوسڈ فارم جو اسلام کا میں عرض کرتا ہوں ریڈیوسڈ ورژن آف اسلام اس</w:t>
      </w:r>
    </w:p>
    <w:p>
      <w:r>
        <w:rPr>
          <w:b/>
        </w:rPr>
        <w:t xml:space="preserve">[42:41] </w:t>
      </w:r>
      <w:r>
        <w:t>par aagayi hai</w:t>
      </w:r>
    </w:p>
    <w:p>
      <w:pPr>
        <w:jc w:val="right"/>
      </w:pPr>
      <w:r>
        <w:t>پر آگئی ہے</w:t>
      </w:r>
    </w:p>
    <w:p>
      <w:r>
        <w:rPr>
          <w:b/>
        </w:rPr>
        <w:t xml:space="preserve">[42:44] </w:t>
      </w:r>
      <w:r>
        <w:t>yani form par ab hamein spirit wale Islam par le jana hai jo rasool Allah ka aur sahaba</w:t>
      </w:r>
    </w:p>
    <w:p>
      <w:pPr>
        <w:jc w:val="right"/>
      </w:pPr>
      <w:r>
        <w:t>یعنی فارم پر اب ہمیں اسپیریٹ والے اسلام پر لے جانا ہے جو رسول اللہ کا اور صحابہ</w:t>
      </w:r>
    </w:p>
    <w:p>
      <w:r>
        <w:rPr>
          <w:b/>
        </w:rPr>
        <w:t xml:space="preserve">[42:51] </w:t>
      </w:r>
      <w:r>
        <w:t>ke zamane mein tha aur yeh yeh is is</w:t>
      </w:r>
    </w:p>
    <w:p>
      <w:pPr>
        <w:jc w:val="right"/>
      </w:pPr>
      <w:r>
        <w:t>کے زمانے میں تھا اور یہ یہ اس اس</w:t>
      </w:r>
    </w:p>
    <w:p>
      <w:r>
        <w:rPr>
          <w:b/>
        </w:rPr>
        <w:t xml:space="preserve">[42:56] </w:t>
      </w:r>
      <w:r>
        <w:t>is is abstraction se bahar lana hai is abstraction se is abstraction se bahar lana hai ke hamare</w:t>
      </w:r>
    </w:p>
    <w:p>
      <w:pPr>
        <w:jc w:val="right"/>
      </w:pPr>
      <w:r>
        <w:t>اس اس ابسٹرکشن سے باہر لانا ہے اس ابسٹرکشن سے اس ابسٹرکشن سے باہر لانا ہے کہ ہمارے</w:t>
      </w:r>
    </w:p>
    <w:p>
      <w:r>
        <w:rPr>
          <w:b/>
        </w:rPr>
        <w:t xml:space="preserve">[43:03] </w:t>
      </w:r>
      <w:r>
        <w:t>to misaal wala islam hai in ke liye fazail wala islam tha</w:t>
      </w:r>
    </w:p>
    <w:p>
      <w:pPr>
        <w:jc w:val="right"/>
      </w:pPr>
      <w:r>
        <w:t>تو مثال والا اسلام ہے ان کے لیے فضائل والا اسلام تھا</w:t>
      </w:r>
    </w:p>
    <w:p>
      <w:r>
        <w:rPr>
          <w:b/>
        </w:rPr>
        <w:t xml:space="preserve">[43:08] </w:t>
      </w:r>
      <w:r>
        <w:t>is abstraction se bahar lana hai</w:t>
      </w:r>
    </w:p>
    <w:p>
      <w:pPr>
        <w:jc w:val="right"/>
      </w:pPr>
      <w:r>
        <w:t>اس ابسٹرکشن سے باہر لانا ہے</w:t>
      </w:r>
    </w:p>
    <w:p>
      <w:r>
        <w:rPr>
          <w:b/>
        </w:rPr>
        <w:t xml:space="preserve">[43:11] </w:t>
      </w:r>
      <w:r>
        <w:t>to</w:t>
      </w:r>
    </w:p>
    <w:p>
      <w:pPr>
        <w:jc w:val="right"/>
      </w:pPr>
      <w:r>
        <w:t>تو</w:t>
      </w:r>
    </w:p>
    <w:p>
      <w:r>
        <w:rPr>
          <w:b/>
        </w:rPr>
        <w:t xml:space="preserve">[43:11] </w:t>
      </w:r>
      <w:r>
        <w:t>main dua karta hoon ke allah taala mujh ko aur aap ko tofeeq de ke hum</w:t>
      </w:r>
    </w:p>
    <w:p>
      <w:pPr>
        <w:jc w:val="right"/>
      </w:pPr>
      <w:r>
        <w:t>میں دعا کرتا ہوں کہ اللہ تعالیٰ مجھ کو اور آپ کو توفیق دے کہ ہم</w:t>
      </w:r>
    </w:p>
    <w:p>
      <w:r>
        <w:rPr>
          <w:b/>
        </w:rPr>
        <w:t xml:space="preserve">[43:21] </w:t>
      </w:r>
      <w:r>
        <w:t>apni islaah karein aur logon ki bhi sahi nich par islaah ke liye koshish karein allah taala meri aur aap ki madad farmaye assalam o alaikum wa rehmatullah.</w:t>
      </w:r>
    </w:p>
    <w:p>
      <w:pPr>
        <w:jc w:val="right"/>
      </w:pPr>
      <w:r>
        <w:t>اپنی اصلاح کریں اور لوگوں کی بھی صحیح نچ پر اصلاح کے لیے کوشش کریں اللہ تعالیٰ میری اور آپ کی مدد فرمائے السلام علیکم ورحمتہ اللہ۔</w:t>
      </w:r>
    </w:p>
    <w:p>
      <w:r>
        <w:rPr>
          <w:b/>
        </w:rPr>
        <w:t xml:space="preserve">[43:45] </w:t>
      </w:r>
      <w:r>
        <w:t>umri ne kiya hai aur woh aapse janna chahte hain ke ilham, wahi aur rizq ke rab mein kya farq hai is ke bare mein batayein.</w:t>
      </w:r>
    </w:p>
    <w:p>
      <w:pPr>
        <w:jc w:val="right"/>
      </w:pPr>
      <w:r>
        <w:t>عمری نے کیا ہے اور وہ آپ سے جاننا چاہتے ہیں کہ الہام، وحی اور رزق کے رب میں کیا فرق ہے اس کے بارے میں بتائیں۔</w:t>
      </w:r>
    </w:p>
    <w:p>
      <w:r>
        <w:rPr>
          <w:b/>
        </w:rPr>
        <w:t xml:space="preserve">[44:02] </w:t>
      </w:r>
      <w:r>
        <w:t>dekhiye wahi to wahi cheez hai jis ko hum kehte hain english mein revelation yani allah ki taraf se farishta jab literal koi message le kar aata hai literal taur par ke wahi jo allah ka message hai unhi alfaz mein hum tak pahuncha to woh hai wahi</w:t>
      </w:r>
    </w:p>
    <w:p>
      <w:pPr>
        <w:jc w:val="right"/>
      </w:pPr>
      <w:r>
        <w:t>دیکھئے وحی تو وہی چیز ہے جس کو ہم کہتے ہیں انگلش میں ریویلیشن یعنی اللہ کی طرف سے فرشتہ جب لٹرل کوئی میسج لے کر آتا ہے لٹرل طور پر کہ وحی جو اللہ کا میسج ہے انہی الفاظ میں ہم تک پہنچا تو وہ ہے وحی</w:t>
      </w:r>
    </w:p>
    <w:p>
      <w:r>
        <w:rPr>
          <w:b/>
        </w:rPr>
        <w:t xml:space="preserve">[44:27] </w:t>
      </w:r>
      <w:r>
        <w:t>bilkul literal taur par</w:t>
      </w:r>
    </w:p>
    <w:p>
      <w:pPr>
        <w:jc w:val="right"/>
      </w:pPr>
      <w:r>
        <w:t>بالکل لٹرل طور پر</w:t>
      </w:r>
    </w:p>
    <w:p>
      <w:r>
        <w:rPr>
          <w:b/>
        </w:rPr>
        <w:t xml:space="preserve">[44:32] </w:t>
      </w:r>
      <w:r>
        <w:t>yani alhamdulillah rabbil alameen jo hai woh tarjuma nahi hai wahi hai jo allah ki taraf se farishton ko mila tha aur farishton ne rasool allah tak pahunchaya</w:t>
      </w:r>
    </w:p>
    <w:p>
      <w:pPr>
        <w:jc w:val="right"/>
      </w:pPr>
      <w:r>
        <w:t>یعنی الحمدللہ رب العالمین جو ہے وہ ترجمہ نہیں ہے وہی ہے جو اللہ کی طرف سے فرشتوں کو ملا تھا اور فرشتوں نے رسول اللہ تک پہنچایا</w:t>
      </w:r>
    </w:p>
    <w:p>
      <w:r>
        <w:rPr>
          <w:b/>
        </w:rPr>
        <w:t xml:space="preserve">[44:44] </w:t>
      </w:r>
      <w:r>
        <w:t>to wahi jo hai woh revelation ka naam hai aur wahi peghambar ke liye khaas hoti hai wahi ke muamle mein peghambar aur doosron ka koi</w:t>
      </w:r>
    </w:p>
    <w:p>
      <w:pPr>
        <w:jc w:val="right"/>
      </w:pPr>
      <w:r>
        <w:t>تو وحی جو ہے وہ ریویلیشن کا نام ہے اور وحی پیغمبر کے لیے خاص ہوتی ہے وحی کے معاملے میں پیغمبر اور دوسروں کا کوئی</w:t>
      </w:r>
    </w:p>
    <w:p>
      <w:r>
        <w:rPr>
          <w:b/>
        </w:rPr>
        <w:t xml:space="preserve">[45:00] </w:t>
      </w:r>
      <w:r>
        <w:t>yani hissa nahi doosre logon ka hissa nahi is mein woh sirf peghambar ke liye hai ilham jis cheez ko hum kehte hain woh wahi hai jis ko hum angrezi mein kaha jata hai inspiration yeh inspiration literal nahi hota yani maani ke aitbar se hota hai</w:t>
      </w:r>
    </w:p>
    <w:p>
      <w:pPr>
        <w:jc w:val="right"/>
      </w:pPr>
      <w:r>
        <w:t>یعنی حصہ نہیں دوسرے لوگوں کا حصہ نہیں اس میں وہ صرف پیغمبر کے لیے ہے الہام جس چیز کو ہم کہتے ہیں وہ وہی ہے جس کو ہم انگریزی میں کہا جاتا ہے انسپیریشن یہ انسپیریشن لٹرل نہیں ہوتا یعنی معنی کے اعتبار سے ہوتا ہے</w:t>
      </w:r>
    </w:p>
    <w:p>
      <w:r>
        <w:rPr>
          <w:b/>
        </w:rPr>
        <w:t xml:space="preserve">[45:26] </w:t>
      </w:r>
      <w:r>
        <w:t>yani alfaaz woh farishte ke nahi hote lekin hum maani ke aitbaar se is ko receive karte hain</w:t>
      </w:r>
    </w:p>
    <w:p>
      <w:pPr>
        <w:jc w:val="right"/>
      </w:pPr>
      <w:r>
        <w:t>یعنی الفاظ وہ فرشتے کے نہیں ہوتے لیکن ہم معنی کے اعتبار سے اس کو ریسیو کرتے ہیں</w:t>
      </w:r>
    </w:p>
    <w:p>
      <w:r>
        <w:rPr>
          <w:b/>
        </w:rPr>
        <w:t xml:space="preserve">[45:34] </w:t>
      </w:r>
      <w:r>
        <w:t>to woh hai ilhaam</w:t>
      </w:r>
    </w:p>
    <w:p>
      <w:pPr>
        <w:jc w:val="right"/>
      </w:pPr>
      <w:r>
        <w:t>تو وہ ہے الہام</w:t>
      </w:r>
    </w:p>
    <w:p>
      <w:r>
        <w:rPr>
          <w:b/>
        </w:rPr>
        <w:t xml:space="preserve">[45:37] </w:t>
      </w:r>
      <w:r>
        <w:t>to ilhaam har insaan ko</w:t>
      </w:r>
    </w:p>
    <w:p>
      <w:pPr>
        <w:jc w:val="right"/>
      </w:pPr>
      <w:r>
        <w:t>تو الہام ہر انسان کو</w:t>
      </w:r>
    </w:p>
    <w:p>
      <w:r>
        <w:rPr>
          <w:b/>
        </w:rPr>
        <w:t xml:space="preserve">[45:40] </w:t>
      </w:r>
      <w:r>
        <w:t>pohanchta hai is ka talluq peghambaron se nahi hai</w:t>
      </w:r>
    </w:p>
    <w:p>
      <w:pPr>
        <w:jc w:val="right"/>
      </w:pPr>
      <w:r>
        <w:t>پہنچتا ہے اس کا تعلق پیغمبروں سے نہیں ہے</w:t>
      </w:r>
    </w:p>
    <w:p>
      <w:r>
        <w:rPr>
          <w:b/>
        </w:rPr>
        <w:t xml:space="preserve">[45:45] </w:t>
      </w:r>
      <w:r>
        <w:t>ulama mein bohat bara darja hai</w:t>
      </w:r>
    </w:p>
    <w:p>
      <w:pPr>
        <w:jc w:val="right"/>
      </w:pPr>
      <w:r>
        <w:t>علماء میں بہت بڑا درجہ ہے</w:t>
      </w:r>
    </w:p>
    <w:p>
      <w:r>
        <w:rPr>
          <w:b/>
        </w:rPr>
        <w:t xml:space="preserve">[45:49] </w:t>
      </w:r>
      <w:r>
        <w:t>shah waliullah dehlvi ka un ki kitaab hai hujjat al-da'wah al-balighah unhon ne apne baare mein likha</w:t>
      </w:r>
    </w:p>
    <w:p>
      <w:pPr>
        <w:jc w:val="right"/>
      </w:pPr>
      <w:r>
        <w:t>شاہ ولی اللہ دہلوی کا ان کی کتاب ہے حجت الدعا البالغہ انہوں نے اپنے بارے میں لکھا</w:t>
      </w:r>
    </w:p>
    <w:p>
      <w:r>
        <w:rPr>
          <w:b/>
        </w:rPr>
        <w:t xml:space="preserve">[45:55] </w:t>
      </w:r>
      <w:r>
        <w:t>hai ke ilhamni rabbi</w:t>
      </w:r>
    </w:p>
    <w:p>
      <w:pPr>
        <w:jc w:val="right"/>
      </w:pPr>
      <w:r>
        <w:t>ہے کہ الہمنی ربی</w:t>
      </w:r>
    </w:p>
    <w:p>
      <w:r>
        <w:rPr>
          <w:b/>
        </w:rPr>
        <w:t xml:space="preserve">[45:59] </w:t>
      </w:r>
      <w:r>
        <w:t>Allah ne mujh par ilhaam kiya</w:t>
      </w:r>
    </w:p>
    <w:p>
      <w:pPr>
        <w:jc w:val="right"/>
      </w:pPr>
      <w:r>
        <w:t>اللہ نے مجھ پر الہام کیا</w:t>
      </w:r>
    </w:p>
    <w:p>
      <w:r>
        <w:rPr>
          <w:b/>
        </w:rPr>
        <w:t xml:space="preserve">[46:03] </w:t>
      </w:r>
      <w:r>
        <w:t>ilhamni rabbi to ilhaam jo hai shah waliullah sahib ko hua tha un ki khaas cheez thi</w:t>
      </w:r>
    </w:p>
    <w:p>
      <w:pPr>
        <w:jc w:val="right"/>
      </w:pPr>
      <w:r>
        <w:t>الہمنی ربی تو الہام جو ہے شاہ ولی اللہ صاحب کو ہوا تھا ان کی خاص چیز تھی</w:t>
      </w:r>
    </w:p>
    <w:p>
      <w:r>
        <w:rPr>
          <w:b/>
        </w:rPr>
        <w:t xml:space="preserve">[46:10] </w:t>
      </w:r>
      <w:r>
        <w:t>to har ek par ilhaam ho sakta hai ilhaam maani inspiration</w:t>
      </w:r>
    </w:p>
    <w:p>
      <w:pPr>
        <w:jc w:val="right"/>
      </w:pPr>
      <w:r>
        <w:t>تو ہر ایک پر الہام ہو سکتا ہے الہام بمعنی انسپیریشن</w:t>
      </w:r>
    </w:p>
    <w:p>
      <w:r>
        <w:rPr>
          <w:b/>
        </w:rPr>
        <w:t xml:space="preserve">[46:17] </w:t>
      </w:r>
      <w:r>
        <w:t>to yahan shah waliullah ne jo kaha hai woh inspiration hi ke maani mein hai literal maani</w:t>
      </w:r>
    </w:p>
    <w:p>
      <w:pPr>
        <w:jc w:val="right"/>
      </w:pPr>
      <w:r>
        <w:t>تو یہاں شاہ ولی اللہ نے جو کہا ہے وہ انسپیریشن ہی کے معنی میں ہے لٹرل معنی</w:t>
      </w:r>
    </w:p>
    <w:p>
      <w:r>
        <w:rPr>
          <w:b/>
        </w:rPr>
        <w:t xml:space="preserve">[46:21] </w:t>
      </w:r>
      <w:r>
        <w:t>mein nahi hai to shah waliullah sahib ko jis tarah se ilhaam maani inspiration hua wohi hum</w:t>
      </w:r>
    </w:p>
    <w:p>
      <w:pPr>
        <w:jc w:val="right"/>
      </w:pPr>
      <w:r>
        <w:t>میں نہیں ہے تو شاہ ولی اللہ صاحب کو جس طرح سے الہام بمعنی انسپیریشن ہوا وہی ہم</w:t>
      </w:r>
    </w:p>
    <w:p>
      <w:r>
        <w:rPr>
          <w:b/>
        </w:rPr>
        <w:t xml:space="preserve">[46:29] </w:t>
      </w:r>
      <w:r>
        <w:t>aap ko bhi ho sakta hai</w:t>
      </w:r>
    </w:p>
    <w:p>
      <w:pPr>
        <w:jc w:val="right"/>
      </w:pPr>
      <w:r>
        <w:t>آپ کو بھی ہو سکتا ہے</w:t>
      </w:r>
    </w:p>
    <w:p>
      <w:r>
        <w:rPr>
          <w:b/>
        </w:rPr>
        <w:t xml:space="preserve">[46:31] </w:t>
      </w:r>
      <w:r>
        <w:t>is mein hum sab hum aap sab common hain is mein</w:t>
      </w:r>
    </w:p>
    <w:p>
      <w:pPr>
        <w:jc w:val="right"/>
      </w:pPr>
      <w:r>
        <w:t>اس میں ہم سب ہم آپ سب کامن ہیں اس میں</w:t>
      </w:r>
    </w:p>
    <w:p>
      <w:r>
        <w:rPr>
          <w:b/>
        </w:rPr>
        <w:t xml:space="preserve">[46:36] </w:t>
      </w:r>
      <w:r>
        <w:t>baqi jo rizq ka rabb jo hai woh hai yani</w:t>
      </w:r>
    </w:p>
    <w:p>
      <w:pPr>
        <w:jc w:val="right"/>
      </w:pPr>
      <w:r>
        <w:t>باقی جو رزق کا رب جو ہے وہ ہے یعنی</w:t>
      </w:r>
    </w:p>
    <w:p>
      <w:r>
        <w:rPr>
          <w:b/>
        </w:rPr>
        <w:t xml:space="preserve">[46:44] </w:t>
      </w:r>
      <w:r>
        <w:t>woh main samajhta hoon ke woh is ka zariya hai tosum jab aap tadabbur karte hain jab aap sochte hain to aap ke andar tosum ki salahiyat paida hoti hai yani cheezon se akhaz karne ki draw karne ki</w:t>
      </w:r>
    </w:p>
    <w:p>
      <w:pPr>
        <w:jc w:val="right"/>
      </w:pPr>
      <w:r>
        <w:t>وہ میں سمجھتا ہوں کہ وہ اس کا ذریعہ ہے توسم جب آپ تدبر کرتے ہیں جب آپ سوچتے ہیں تو آپ کے اندر توسم کی صلاحیت پیدا ہوتی ہے یعنی چیزوں سے اخذ کرنے کی ڈرا کرنے کی</w:t>
      </w:r>
    </w:p>
    <w:p>
      <w:r>
        <w:rPr>
          <w:b/>
        </w:rPr>
        <w:t xml:space="preserve">[47:03] </w:t>
      </w:r>
      <w:r>
        <w:t>to wohi isi ko rizq ka rabb kaha jaye to</w:t>
      </w:r>
    </w:p>
    <w:p>
      <w:pPr>
        <w:jc w:val="right"/>
      </w:pPr>
      <w:r>
        <w:t>تو وہی اسی کو رزق کا رب کہا جائے تو</w:t>
      </w:r>
    </w:p>
    <w:p>
      <w:r>
        <w:rPr>
          <w:b/>
        </w:rPr>
        <w:t xml:space="preserve">[47:09] </w:t>
      </w:r>
      <w:r>
        <w:t>rizq ka rabb bazariya tawasul haasil hota hai hum ko se</w:t>
      </w:r>
    </w:p>
    <w:p>
      <w:pPr>
        <w:jc w:val="right"/>
      </w:pPr>
      <w:r>
        <w:t>رزق کا رب بذریعہ توسم حاصل ہوتا ہے ہم کو سے</w:t>
      </w:r>
    </w:p>
    <w:p>
      <w:r>
        <w:rPr>
          <w:b/>
        </w:rPr>
        <w:t xml:space="preserve">[47:15] </w:t>
      </w:r>
      <w:r>
        <w:t>to koi bhi aap tajurba guzre koi bhi aap ko mushahida ho koi bhi cheez aap padhein</w:t>
      </w:r>
    </w:p>
    <w:p>
      <w:pPr>
        <w:jc w:val="right"/>
      </w:pPr>
      <w:r>
        <w:t>تو کوئی بھی آپ تجربہ گزرے کوئی بھی آپ کو مشاہدہ ہو کوئی بھی چیز آپ پڑھیں</w:t>
      </w:r>
    </w:p>
    <w:p>
      <w:r>
        <w:rPr>
          <w:b/>
        </w:rPr>
        <w:t xml:space="preserve">[47:22] </w:t>
      </w:r>
      <w:r>
        <w:t>to is se aap ko</w:t>
      </w:r>
    </w:p>
    <w:p>
      <w:pPr>
        <w:jc w:val="right"/>
      </w:pPr>
      <w:r>
        <w:t>تو اس سے آپ کو</w:t>
      </w:r>
    </w:p>
    <w:p>
      <w:r>
        <w:rPr>
          <w:b/>
        </w:rPr>
        <w:t xml:space="preserve">[47:25] </w:t>
      </w:r>
      <w:r>
        <w:t>ek marifat ka jo</w:t>
      </w:r>
    </w:p>
    <w:p>
      <w:pPr>
        <w:jc w:val="right"/>
      </w:pPr>
      <w:r>
        <w:t>ایک معرفت کا جو</w:t>
      </w:r>
    </w:p>
    <w:p>
      <w:r>
        <w:rPr>
          <w:b/>
        </w:rPr>
        <w:t xml:space="preserve">[47:29] </w:t>
      </w:r>
      <w:r>
        <w:t>marifat ka ek</w:t>
      </w:r>
    </w:p>
    <w:p>
      <w:pPr>
        <w:jc w:val="right"/>
      </w:pPr>
      <w:r>
        <w:t>معرفت کا ایک</w:t>
      </w:r>
    </w:p>
    <w:p>
      <w:r>
        <w:rPr>
          <w:b/>
        </w:rPr>
        <w:t xml:space="preserve">[47:32] </w:t>
      </w:r>
      <w:r>
        <w:t>ek</w:t>
      </w:r>
    </w:p>
    <w:p>
      <w:pPr>
        <w:jc w:val="right"/>
      </w:pPr>
      <w:r>
        <w:t>ایک</w:t>
      </w:r>
    </w:p>
    <w:p>
      <w:r>
        <w:rPr>
          <w:b/>
        </w:rPr>
        <w:t xml:space="preserve">[47:35] </w:t>
      </w:r>
      <w:r>
        <w:t>ma'rifat wali baat aap ke mind mein aajaye to wahi hai rizq ka rab</w:t>
      </w:r>
    </w:p>
    <w:p>
      <w:pPr>
        <w:jc w:val="right"/>
      </w:pPr>
      <w:r>
        <w:t>معرفت والی بات آپ کے مائنڈ میں آجائے تو وہی ہے رزق کا رب</w:t>
      </w:r>
    </w:p>
    <w:p>
      <w:r>
        <w:rPr>
          <w:b/>
        </w:rPr>
        <w:t xml:space="preserve">[47:42] </w:t>
      </w:r>
      <w:r>
        <w:t>hazrat maryam ko bhi isi ma'ni mein rizq ka rab mila tha rasool Allah ko bhi isi ma'ni</w:t>
      </w:r>
    </w:p>
    <w:p>
      <w:pPr>
        <w:jc w:val="right"/>
      </w:pPr>
      <w:r>
        <w:t>حضرت مریم کو بھی اسی معنی میں رزق کا رب ملا تھا رسول اللہ کو بھی اسی معنی</w:t>
      </w:r>
    </w:p>
    <w:p>
      <w:r>
        <w:rPr>
          <w:b/>
        </w:rPr>
        <w:t xml:space="preserve">[47:46] </w:t>
      </w:r>
      <w:r>
        <w:t>mein rizq milta tha aur yeh har sahib-e-imaan ke liye</w:t>
      </w:r>
    </w:p>
    <w:p>
      <w:pPr>
        <w:jc w:val="right"/>
      </w:pPr>
      <w:r>
        <w:t>میں رزق ملتا تھا اور یہ ہر صاحب ایمان کے لیے</w:t>
      </w:r>
    </w:p>
    <w:p>
      <w:r>
        <w:rPr>
          <w:b/>
        </w:rPr>
        <w:t xml:space="preserve">[47:51] </w:t>
      </w:r>
      <w:r>
        <w:t>muqaddar hai bashart-e-ke woh in is ko paida kare wahi ya'ni wahi tadabbur wahi imaan wahi tosam to</w:t>
      </w:r>
    </w:p>
    <w:p>
      <w:pPr>
        <w:jc w:val="right"/>
      </w:pPr>
      <w:r>
        <w:t>مقدر ہے بشرطیکہ وہ ان اس کو پیدا کرے وہی یعنی وہی تدبر وہی ایمان وہی توسم تو</w:t>
      </w:r>
    </w:p>
    <w:p>
      <w:r>
        <w:rPr>
          <w:b/>
        </w:rPr>
        <w:t xml:space="preserve">[48:01] </w:t>
      </w:r>
      <w:r>
        <w:t>phir us ko rizq ka rab milne laga</w:t>
      </w:r>
    </w:p>
    <w:p>
      <w:pPr>
        <w:jc w:val="right"/>
      </w:pPr>
      <w:r>
        <w:t>پھر اس کو رزق کا رب ملنے لگا</w:t>
      </w:r>
    </w:p>
    <w:p>
      <w:r>
        <w:rPr>
          <w:b/>
        </w:rPr>
        <w:t xml:space="preserve">[48:06] </w:t>
      </w:r>
      <w:r>
        <w:t>to wahi to bilkul alag cheez hai lekin ilham alag cheez nahi hai woh har ek ko ho sakta hai jis tarah ke shah wali Allah sahib ne kaha ke ilhamni rabbi aur rizq ka rab bhi har ek ko pahunch sakta hai jahan tak maine samjha hai mamla yahi hai</w:t>
      </w:r>
    </w:p>
    <w:p>
      <w:pPr>
        <w:jc w:val="right"/>
      </w:pPr>
      <w:r>
        <w:t>تو وحی تو بالکل الگ چیز ہے لیکن الہام الگ چیز نہیں ہے وہ ہر ایک کو ہو سکتا ہے جس طرح کہ شاہ ولی اللہ صاحب نے کہا کہ الہمنی ربی اور رزق کا رب بھی ہر ایک کو پہنچ سکتا ہے جہاں تک میں نے سمجھا ہے معاملہ یہی ہے</w:t>
      </w:r>
    </w:p>
    <w:p>
      <w:r>
        <w:rPr>
          <w:b/>
        </w:rPr>
        <w:t xml:space="preserve">[48:30] </w:t>
      </w:r>
      <w:r>
        <w:t>maulana agla sawal dilli se kya hai shah nawaz zafar sahib ne aur unhon ne likha hai surah</w:t>
      </w:r>
    </w:p>
    <w:p>
      <w:pPr>
        <w:jc w:val="right"/>
      </w:pPr>
      <w:r>
        <w:t>مولانا اگلا سوال دلی سے کیا ہے شاہ نواز ظفر صاحب نے اور انہوں نے لکھا ہے سورہ</w:t>
      </w:r>
    </w:p>
    <w:p>
      <w:r>
        <w:rPr>
          <w:b/>
        </w:rPr>
        <w:t xml:space="preserve">[48:38] </w:t>
      </w:r>
      <w:r>
        <w:t>furqan ki ayat number 30 mein Allah pak farmate hain aur isi tarah hum ne mujrimon mein se</w:t>
      </w:r>
    </w:p>
    <w:p>
      <w:pPr>
        <w:jc w:val="right"/>
      </w:pPr>
      <w:r>
        <w:t>فرقان کی آیت نمبر 30 میں اللہ پاک فرماتے ہیں اور اسی طرح ہم نے مجرموں میں سے</w:t>
      </w:r>
    </w:p>
    <w:p>
      <w:r>
        <w:rPr>
          <w:b/>
        </w:rPr>
        <w:t xml:space="preserve">[48:46] </w:t>
      </w:r>
      <w:r>
        <w:t>har nabi ka dushman banaya</w:t>
      </w:r>
    </w:p>
    <w:p>
      <w:pPr>
        <w:jc w:val="right"/>
      </w:pPr>
      <w:r>
        <w:t>ہر نبی کا دشمن بنایا</w:t>
      </w:r>
    </w:p>
    <w:p>
      <w:r>
        <w:rPr>
          <w:b/>
        </w:rPr>
        <w:t xml:space="preserve">[48:49] </w:t>
      </w:r>
      <w:r>
        <w:t>tazkir-ul-quran mein is ayat ke liye koi khusoosi comment nahi hai meharbani kar ke wazahat karein ke</w:t>
      </w:r>
    </w:p>
    <w:p>
      <w:pPr>
        <w:jc w:val="right"/>
      </w:pPr>
      <w:r>
        <w:t>تذکر القرآن میں اس آیت کے لیے کوئی خصوصی کمنٹ نہیں ہے مہربانی کر کے وضاحت کریں کہ</w:t>
      </w:r>
    </w:p>
    <w:p>
      <w:r>
        <w:rPr>
          <w:b/>
        </w:rPr>
        <w:t xml:space="preserve">[48:56] </w:t>
      </w:r>
      <w:r>
        <w:t>is ayat mein Allah kya kehna chah rahe hain</w:t>
      </w:r>
    </w:p>
    <w:p>
      <w:pPr>
        <w:jc w:val="right"/>
      </w:pPr>
      <w:r>
        <w:t>اس آیت میں اللہ کیا کہنا چاہ رہے ہیں</w:t>
      </w:r>
    </w:p>
    <w:p>
      <w:r>
        <w:rPr>
          <w:b/>
        </w:rPr>
        <w:t xml:space="preserve">[49:04] </w:t>
      </w:r>
      <w:r>
        <w:t>dekhiye is ka matlab yeh hai ke jab bhi koi shakhs</w:t>
      </w:r>
    </w:p>
    <w:p>
      <w:pPr>
        <w:jc w:val="right"/>
      </w:pPr>
      <w:r>
        <w:t>دیکھئے اس کا مطلب یہ ہے کہ جب بھی کوئی شخص</w:t>
      </w:r>
    </w:p>
    <w:p>
      <w:r>
        <w:rPr>
          <w:b/>
        </w:rPr>
        <w:t xml:space="preserve">[49:11] </w:t>
      </w:r>
      <w:r>
        <w:t>be-amez dawat le kar uthta hai Allah ki</w:t>
      </w:r>
    </w:p>
    <w:p>
      <w:pPr>
        <w:jc w:val="right"/>
      </w:pPr>
      <w:r>
        <w:t>بے آمیز دعوت لے کر اٹھتا ہے اللہ کی</w:t>
      </w:r>
    </w:p>
    <w:p>
      <w:r>
        <w:rPr>
          <w:b/>
        </w:rPr>
        <w:t xml:space="preserve">[49:16] </w:t>
      </w:r>
      <w:r>
        <w:t>Allah ki jo be-amez dawat hai</w:t>
      </w:r>
    </w:p>
    <w:p>
      <w:pPr>
        <w:jc w:val="right"/>
      </w:pPr>
      <w:r>
        <w:t>اللہ کی جو بے آمیز دعوت ہے</w:t>
      </w:r>
    </w:p>
    <w:p>
      <w:r>
        <w:rPr>
          <w:b/>
        </w:rPr>
        <w:t xml:space="preserve">[49:21] </w:t>
      </w:r>
      <w:r>
        <w:t>to hamesha shaitan ko log khada karte hain is ko mukhalifat karne ke liye hum aap ho tab</w:t>
      </w:r>
    </w:p>
    <w:p>
      <w:pPr>
        <w:jc w:val="right"/>
      </w:pPr>
      <w:r>
        <w:t>تو ہمیشہ شیطان کو لوگ کھڑا کرتے ہیں اس کو مخالفت کرنے کے لیے ہم آپ ہو تب</w:t>
      </w:r>
    </w:p>
    <w:p>
      <w:r>
        <w:rPr>
          <w:b/>
        </w:rPr>
        <w:t xml:space="preserve">[49:26] </w:t>
      </w:r>
      <w:r>
        <w:t>bhi khada karega aur peghambar ho tab bhi khada karega</w:t>
      </w:r>
    </w:p>
    <w:p>
      <w:pPr>
        <w:jc w:val="right"/>
      </w:pPr>
      <w:r>
        <w:t>بھی کھڑا کرے گا اور پیغمبر ہو تب بھی کھڑا کرے گا</w:t>
      </w:r>
    </w:p>
    <w:p>
      <w:r>
        <w:rPr>
          <w:b/>
        </w:rPr>
        <w:t xml:space="preserve">[49:31] </w:t>
      </w:r>
      <w:r>
        <w:t>shaitan jo hai agar log</w:t>
      </w:r>
    </w:p>
    <w:p>
      <w:pPr>
        <w:jc w:val="right"/>
      </w:pPr>
      <w:r>
        <w:t>شیطان جو ہے اگر لوگ</w:t>
      </w:r>
    </w:p>
    <w:p>
      <w:r>
        <w:rPr>
          <w:b/>
        </w:rPr>
        <w:t xml:space="preserve">[49:34] </w:t>
      </w:r>
      <w:r>
        <w:t>shirk par hon log milawat mazhab par hon logon ne gustakhana ka version bana rakha ho Islam ka</w:t>
      </w:r>
    </w:p>
    <w:p>
      <w:pPr>
        <w:jc w:val="right"/>
      </w:pPr>
      <w:r>
        <w:t>شرک پر ہوں لوگ ملاوٹ مذہب پر ہوں لوگوں نے گستاختا کا ورژن بنا رکھا ہو اسلام کا</w:t>
      </w:r>
    </w:p>
    <w:p>
      <w:r>
        <w:rPr>
          <w:b/>
        </w:rPr>
        <w:t xml:space="preserve">[49:42] </w:t>
      </w:r>
      <w:r>
        <w:t>to shaitan aap ke peeche nahi padega</w:t>
      </w:r>
    </w:p>
    <w:p>
      <w:pPr>
        <w:jc w:val="right"/>
      </w:pPr>
      <w:r>
        <w:t>تو شیطان آپ کے پیچھے نہیں پڑے گا</w:t>
      </w:r>
    </w:p>
    <w:p>
      <w:r>
        <w:rPr>
          <w:b/>
        </w:rPr>
        <w:t xml:space="preserve">[49:48] </w:t>
      </w:r>
      <w:r>
        <w:t>lekin jab aap</w:t>
      </w:r>
    </w:p>
    <w:p>
      <w:pPr>
        <w:jc w:val="right"/>
      </w:pPr>
      <w:r>
        <w:t>لیکن جب آپ</w:t>
      </w:r>
    </w:p>
    <w:p>
      <w:r>
        <w:rPr>
          <w:b/>
        </w:rPr>
        <w:t xml:space="preserve">[49:51] </w:t>
      </w:r>
      <w:r>
        <w:t>jo asli Islam hai jo Allah ka utara hua Islam hai</w:t>
      </w:r>
    </w:p>
    <w:p>
      <w:pPr>
        <w:jc w:val="right"/>
      </w:pPr>
      <w:r>
        <w:t>جو اصلی اسلام ہے جو اللہ کا اتارا ہوا اسلام ہے</w:t>
      </w:r>
    </w:p>
    <w:p>
      <w:r>
        <w:rPr>
          <w:b/>
        </w:rPr>
        <w:t xml:space="preserve">[49:56] </w:t>
      </w:r>
      <w:r>
        <w:t>ya'ni jo jis mein koi milawat nahi hai is Islam ko le kar khada honge to zaroor</w:t>
      </w:r>
    </w:p>
    <w:p>
      <w:pPr>
        <w:jc w:val="right"/>
      </w:pPr>
      <w:r>
        <w:t>یعنی جو جس میں کوئی ملاوٹ نہیں ہے اس اسلام کو لے کر کھڑا ہوں گے تو ضرور</w:t>
      </w:r>
    </w:p>
    <w:p>
      <w:r>
        <w:rPr>
          <w:b/>
        </w:rPr>
        <w:t xml:space="preserve">[50:03] </w:t>
      </w:r>
      <w:r>
        <w:t>shaitan is ka dushman ban jayega to shaitan khud to samne aata nahi</w:t>
      </w:r>
    </w:p>
    <w:p>
      <w:pPr>
        <w:jc w:val="right"/>
      </w:pPr>
      <w:r>
        <w:t>شیطان اس کا دشمن بن جائے گا تو شیطان خود تو سامنے آتا نہیں</w:t>
      </w:r>
    </w:p>
    <w:p>
      <w:r>
        <w:rPr>
          <w:b/>
        </w:rPr>
        <w:t xml:space="preserve">[50:10] </w:t>
      </w:r>
      <w:r>
        <w:t>kuch logon ko khada kar deta hai</w:t>
      </w:r>
    </w:p>
    <w:p>
      <w:pPr>
        <w:jc w:val="right"/>
      </w:pPr>
      <w:r>
        <w:t>کچھ لوگوں کو کھڑا کر دیتا ہے</w:t>
      </w:r>
    </w:p>
    <w:p>
      <w:r>
        <w:rPr>
          <w:b/>
        </w:rPr>
        <w:t xml:space="preserve">[50:14] </w:t>
      </w:r>
      <w:r>
        <w:t>woh wahi mukhalifana baatein karte hain badnaam karte hain ilzam lagate hain</w:t>
      </w:r>
    </w:p>
    <w:p>
      <w:pPr>
        <w:jc w:val="right"/>
      </w:pPr>
      <w:r>
        <w:t>وہ وہی مخالفانہ باتیں کرتے ہیں بدنام کرتے ہیں الزام لگاتے ہیں</w:t>
      </w:r>
    </w:p>
    <w:p>
      <w:r>
        <w:rPr>
          <w:b/>
        </w:rPr>
        <w:t xml:space="preserve">[50:22] </w:t>
      </w:r>
      <w:r>
        <w:t>tarah tarah se is ko character association karte hain</w:t>
      </w:r>
    </w:p>
    <w:p>
      <w:pPr>
        <w:jc w:val="right"/>
      </w:pPr>
      <w:r>
        <w:t>طرح طرح سے اس کو کریکٹر ایسوسیشن کرتے ہیں</w:t>
      </w:r>
    </w:p>
    <w:p>
      <w:r>
        <w:rPr>
          <w:b/>
        </w:rPr>
        <w:t xml:space="preserve">[50:27] </w:t>
      </w:r>
      <w:r>
        <w:t>taake woh down karna chahte hain is mission ko yeh yeh bhi peghambar</w:t>
      </w:r>
    </w:p>
    <w:p>
      <w:pPr>
        <w:jc w:val="right"/>
      </w:pPr>
      <w:r>
        <w:t>تاکہ وہ ڈاؤن کرنا چاہتے ہیں اس مشن کو یہ یہ بھی پیغمبر</w:t>
      </w:r>
    </w:p>
    <w:p>
      <w:r>
        <w:rPr>
          <w:b/>
        </w:rPr>
        <w:t xml:space="preserve">[50:34] </w:t>
      </w:r>
      <w:r>
        <w:t>ki yeh cheez hi nazdeek paighambar ki sunnat hai jo insan bhi paighambar ke namune par dawat Allah ke kaam khaas andaaz mein le kar uthega zaroor us ke dushman ban jayenge log shaitan log kuch logon ke dimagh mein daalega ke is ko down karo bas yeh matlab hai is ayat ka</w:t>
      </w:r>
    </w:p>
    <w:p>
      <w:pPr>
        <w:jc w:val="right"/>
      </w:pPr>
      <w:r>
        <w:t>کی یہ چیز ہی نزدیک پیغمبر کی سنت ہے جو انسان بھی پیغمبر کے نمونے پر دعوت اللہ کے کام خاص انداز میں لے کر اٹھے گا ضرور اس کے دشمن بن جائیں گے لوگ شیطان لوگ کچھ لوگوں کے دماغ میں ڈالے گا کہ اس کو ڈاؤن کرو بس یہ مطلب ہے اس آیت کا</w:t>
      </w:r>
    </w:p>
    <w:p>
      <w:r>
        <w:rPr>
          <w:b/>
        </w:rPr>
        <w:t xml:space="preserve">[51:01] </w:t>
      </w:r>
      <w:r>
        <w:t>maulana agla sawal lene se pehle ek comment parhna chahenge jo doctor safina tabassum ne bheja hai</w:t>
      </w:r>
    </w:p>
    <w:p>
      <w:pPr>
        <w:jc w:val="right"/>
      </w:pPr>
      <w:r>
        <w:t>مولانا اگلا سوال لینے سے پہلے ایک کمنٹ پڑھنا چاہیں گے جو ڈاکٹر سفینہ تبسم نے بھیجا ہے</w:t>
      </w:r>
    </w:p>
    <w:p>
      <w:r>
        <w:rPr>
          <w:b/>
        </w:rPr>
        <w:t xml:space="preserve">[51:08] </w:t>
      </w:r>
      <w:r>
        <w:t>اجمیر سے اور انہوں نے لکھا ہے مولانا صاحب I must congratulate you as today you have really</w:t>
      </w:r>
    </w:p>
    <w:p>
      <w:pPr>
        <w:jc w:val="right"/>
      </w:pPr>
      <w:r>
        <w:t>اجمیر سے اور انہوں نے لکھا ہے مولانا صاحب آئی مسٹ کنگریچولیٹ یو ایس ٹوڈے یو ہیو ریلی</w:t>
      </w:r>
    </w:p>
    <w:p>
      <w:r>
        <w:rPr>
          <w:b/>
        </w:rPr>
        <w:t xml:space="preserve">[51:15] </w:t>
      </w:r>
      <w:r>
        <w:t>made clear the basics of degeneration and method of Islah for a community</w:t>
      </w:r>
    </w:p>
    <w:p>
      <w:pPr>
        <w:jc w:val="right"/>
      </w:pPr>
      <w:r>
        <w:t>میڈ کلیئر دا بیسکس آف ڈی جنریشن اینڈ میتھڈ آف اصلاح فار ا کمیونٹی</w:t>
      </w:r>
    </w:p>
    <w:p>
      <w:r>
        <w:rPr>
          <w:b/>
        </w:rPr>
        <w:t xml:space="preserve">[51:23] </w:t>
      </w:r>
      <w:r>
        <w:t>Now I think it is a duty to work accordingly for the reform within the Muslims please.</w:t>
      </w:r>
    </w:p>
    <w:p>
      <w:pPr>
        <w:jc w:val="right"/>
      </w:pPr>
      <w:r>
        <w:t>ناؤ آئی تھنک اٹ از ا ڈیوٹی ٹو ورک اکارڈنگلی فار دا ریفارم ود ان دا مسلمز پلیز</w:t>
      </w:r>
    </w:p>
    <w:p>
      <w:r>
        <w:rPr>
          <w:b/>
        </w:rPr>
        <w:t xml:space="preserve">[51:29] </w:t>
      </w:r>
      <w:r>
        <w:t>pari far all of us</w:t>
      </w:r>
    </w:p>
    <w:p>
      <w:pPr>
        <w:jc w:val="right"/>
      </w:pPr>
      <w:r>
        <w:t>پری فار آل آف اس</w:t>
      </w:r>
    </w:p>
    <w:p>
      <w:r>
        <w:rPr>
          <w:b/>
        </w:rPr>
        <w:t xml:space="preserve">[51:31] </w:t>
      </w:r>
      <w:r>
        <w:t>molana agla sawal hai ans sahib ka dilli se aur unhone likha hai ke dawa work require the same kind of spirit like that of earlier prophets molana how can we develop prophetic type of spirit please advise us</w:t>
      </w:r>
    </w:p>
    <w:p>
      <w:pPr>
        <w:jc w:val="right"/>
      </w:pPr>
      <w:r>
        <w:t>مولانا اگلا سوال ہے انس صاحب کا دلی سے اور انہوں نے لکھا ہے کہ دعویٰ ورک ریکوائر دی سیم کائنڈ آف سپرٹ لائک دیٹ آف ارلیئر پرافٹس مولانا ہاؤ کین وی ڈیویلپ پروفیتک ٹائپ آف سپرٹ پلیز ایڈوائز اس</w:t>
      </w:r>
    </w:p>
    <w:p>
      <w:r>
        <w:rPr>
          <w:b/>
        </w:rPr>
        <w:t xml:space="preserve">[51:52] </w:t>
      </w:r>
      <w:r>
        <w:t>dekhiye yeh koi serious baat nahi hai is ka tareeqa bilkul simple hai Quran ko tadabbur ke sath padhna</w:t>
      </w:r>
    </w:p>
    <w:p>
      <w:pPr>
        <w:jc w:val="right"/>
      </w:pPr>
      <w:r>
        <w:t>دیکھئے یہ کوئی سیریس بات نہیں ہے اس کا طریقہ بالکل سمپل ہے قرآن کو تدبر کے ساتھ پڑھنا</w:t>
      </w:r>
    </w:p>
    <w:p>
      <w:r>
        <w:rPr>
          <w:b/>
        </w:rPr>
        <w:t xml:space="preserve">[52:09] </w:t>
      </w:r>
      <w:r>
        <w:t>aur apna introspection karna apne ko distraction se bachana aur jab bhi koi baat batane wala bataye to foran surrender karna yeh nahi ke apni rawaish ko aap lage justify karne</w:t>
      </w:r>
    </w:p>
    <w:p>
      <w:pPr>
        <w:jc w:val="right"/>
      </w:pPr>
      <w:r>
        <w:t>اور اپنا انٹرسپیکشن کرنا اپنے کو ڈسٹریشن سے بچانا اور جب بھی کوئی بات بتانے والا بتائے تو فوراً سرینڈر کرنا یہ نہیں کہ اپنی روش کو آپ لگے جسٹیفائی کرنی</w:t>
      </w:r>
    </w:p>
    <w:p>
      <w:r>
        <w:rPr>
          <w:b/>
        </w:rPr>
        <w:t xml:space="preserve">[52:31] </w:t>
      </w:r>
      <w:r>
        <w:t>jab bhi koi batane wala bataye to jaldi surrender kijiye</w:t>
      </w:r>
    </w:p>
    <w:p>
      <w:pPr>
        <w:jc w:val="right"/>
      </w:pPr>
      <w:r>
        <w:t>جب بھی کوئی بتانے والا بتائے تو جلدی سرینڈر کیجئے</w:t>
      </w:r>
    </w:p>
    <w:p>
      <w:r>
        <w:rPr>
          <w:b/>
        </w:rPr>
        <w:t xml:space="preserve">[52:36] </w:t>
      </w:r>
      <w:r>
        <w:t>is mamle mein hazrat umar rz ka itna zyada woh hassas thay</w:t>
      </w:r>
    </w:p>
    <w:p>
      <w:pPr>
        <w:jc w:val="right"/>
      </w:pPr>
      <w:r>
        <w:t>اس معاملے میں حضرت عمر رضی اللہ عنہ کا اتنا زیادہ وہ حساس تھے</w:t>
      </w:r>
    </w:p>
    <w:p>
      <w:r>
        <w:rPr>
          <w:b/>
        </w:rPr>
        <w:t xml:space="preserve">[52:41] </w:t>
      </w:r>
      <w:r>
        <w:t>ke kai baar aisa hua kisi ne batane wale ne bataya to woh keh padte thay ke lola</w:t>
      </w:r>
    </w:p>
    <w:p>
      <w:pPr>
        <w:jc w:val="right"/>
      </w:pPr>
      <w:r>
        <w:t>کہ کئی بار ایسا ہوا کسی نے بتانے والے نے بتایا تو وہ کہہ پڑتے تھے کہ لولا</w:t>
      </w:r>
    </w:p>
    <w:p>
      <w:r>
        <w:rPr>
          <w:b/>
        </w:rPr>
        <w:t xml:space="preserve">[52:47] </w:t>
      </w:r>
      <w:r>
        <w:t>falan lahlik umar</w:t>
      </w:r>
    </w:p>
    <w:p>
      <w:pPr>
        <w:jc w:val="right"/>
      </w:pPr>
      <w:r>
        <w:t>فلان لہلک عمر</w:t>
      </w:r>
    </w:p>
    <w:p>
      <w:r>
        <w:rPr>
          <w:b/>
        </w:rPr>
        <w:t xml:space="preserve">[52:51] </w:t>
      </w:r>
      <w:r>
        <w:t>یعنی اس کے بتانے کا اتنا بڑا acknowledge کرتے تھے کہ تم نے اگر نہ بتایا تو میں</w:t>
      </w:r>
    </w:p>
    <w:p>
      <w:pPr>
        <w:jc w:val="right"/>
      </w:pPr>
      <w:r>
        <w:t>یعنی اس کے بتانے کا اتنا بڑا اکنالج کرتے تھے کہ تم نے اگر نہ بتایا تو میں</w:t>
      </w:r>
    </w:p>
    <w:p>
      <w:r>
        <w:rPr>
          <w:b/>
        </w:rPr>
        <w:t xml:space="preserve">[52:57] </w:t>
      </w:r>
      <w:r>
        <w:t>to halak ho gaya tha lola falan lahlik umar falan shakhs agar na hota to mein to halak</w:t>
      </w:r>
    </w:p>
    <w:p>
      <w:pPr>
        <w:jc w:val="right"/>
      </w:pPr>
      <w:r>
        <w:t>تو ہلاک ہو گیا تھا لولا فلان لہلک عمر فلاں شخص اگر نہ ہوتا تو میں تو ہلاک</w:t>
      </w:r>
    </w:p>
    <w:p>
      <w:r>
        <w:rPr>
          <w:b/>
        </w:rPr>
        <w:t xml:space="preserve">[53:03] </w:t>
      </w:r>
      <w:r>
        <w:t>ہو گیا تھا تو یہ اتنا بڑا درجہ acknowledge کرنے کا</w:t>
      </w:r>
    </w:p>
    <w:p>
      <w:pPr>
        <w:jc w:val="right"/>
      </w:pPr>
      <w:r>
        <w:t>ہو گیا تھا تو یہ اتنا بڑا درجہ اکنالج کرنے کا</w:t>
      </w:r>
    </w:p>
    <w:p>
      <w:r>
        <w:rPr>
          <w:b/>
        </w:rPr>
        <w:t xml:space="preserve">[53:12] </w:t>
      </w:r>
      <w:r>
        <w:t>jaise aap kahein ke koi baat aap ko yaad dilaye de haan haan haan theek theek kai logon ko maine paaye gaye aise kehte hain haan theek theek yeh yeh mujrimana kalma hai haan theek aap kahiye seedhi seedhi ke galti hui</w:t>
      </w:r>
    </w:p>
    <w:p>
      <w:pPr>
        <w:jc w:val="right"/>
      </w:pPr>
      <w:r>
        <w:t>جیسے آپ کہیں کہ کوئی بات آپ کو یاد دلائے دے ہاں ہاں ہاں ٹھیک ٹھیک کئی لوگوں کو میں نے پائے گئے ایسے کہتے ہیں ہاں ٹھیک ٹھیک یہ یہ مجرمانہ کلمہ ہے ہاں ٹھیک آپ کہیے سیدھی سیدھی کہ غلطی ہوئی</w:t>
      </w:r>
    </w:p>
    <w:p>
      <w:r>
        <w:rPr>
          <w:b/>
        </w:rPr>
        <w:t xml:space="preserve">[53:29] </w:t>
      </w:r>
      <w:r>
        <w:t>maine kai logon ko bataya dekha ke jab koi ghalti unko batayi jaye to kahengay</w:t>
      </w:r>
    </w:p>
    <w:p>
      <w:pPr>
        <w:jc w:val="right"/>
      </w:pPr>
      <w:r>
        <w:t>میں نے کئی لوگوں کو بتایا دیکھا کہ جب کوئی غلطی ان کو بتائی جائے تو کہیں گے</w:t>
      </w:r>
    </w:p>
    <w:p>
      <w:r>
        <w:rPr>
          <w:b/>
        </w:rPr>
        <w:t xml:space="preserve">[53:34] </w:t>
      </w:r>
      <w:r>
        <w:t>haan theek theek mein is ko jurm samajhta hoon balkay yeh bhi koi yani yeh itna kehna bhi</w:t>
      </w:r>
    </w:p>
    <w:p>
      <w:pPr>
        <w:jc w:val="right"/>
      </w:pPr>
      <w:r>
        <w:t>ہاں ٹھیک ٹھیک میں اس کو جرم سمجھتا ہوں بلکہ یہ بھی کوئی یعنی یہ اتنا کہنا بھی</w:t>
      </w:r>
    </w:p>
    <w:p>
      <w:r>
        <w:rPr>
          <w:b/>
        </w:rPr>
        <w:t xml:space="preserve">[53:40] </w:t>
      </w:r>
      <w:r>
        <w:t>kafi nahi ke mein ghalti par tha kai kaha computer blunder</w:t>
      </w:r>
    </w:p>
    <w:p>
      <w:pPr>
        <w:jc w:val="right"/>
      </w:pPr>
      <w:r>
        <w:t>کافی نہیں کہ میں غلطی پر تھا کئی کہا کمپیوٹر بلنڈر</w:t>
      </w:r>
    </w:p>
    <w:p>
      <w:r>
        <w:rPr>
          <w:b/>
        </w:rPr>
        <w:t xml:space="preserve">[53:46] </w:t>
      </w:r>
      <w:r>
        <w:t>it was a blunder</w:t>
      </w:r>
    </w:p>
    <w:p>
      <w:pPr>
        <w:jc w:val="right"/>
      </w:pPr>
      <w:r>
        <w:t>اٹ واز ا بلنڈر</w:t>
      </w:r>
    </w:p>
    <w:p>
      <w:r>
        <w:rPr>
          <w:b/>
        </w:rPr>
        <w:t xml:space="preserve">[53:50] </w:t>
      </w:r>
      <w:r>
        <w:t>حضرت اکبر کہتے تھے لولا فلان لہلک عمر جب تک آدمی کے اندر یہ spirit نہ ہو اس</w:t>
      </w:r>
    </w:p>
    <w:p>
      <w:pPr>
        <w:jc w:val="right"/>
      </w:pPr>
      <w:r>
        <w:t>حضرت اکبر کہتے تھے لولا فلان لہلک عمر جب تک آدمی کے اندر یہ سپرٹ نہ ہو اس</w:t>
      </w:r>
    </w:p>
    <w:p>
      <w:r>
        <w:rPr>
          <w:b/>
        </w:rPr>
        <w:t xml:space="preserve">[53:58] </w:t>
      </w:r>
      <w:r>
        <w:t>par na to marfat ke darwaze khulenge na uska intellectual development hoga</w:t>
      </w:r>
    </w:p>
    <w:p>
      <w:pPr>
        <w:jc w:val="right"/>
      </w:pPr>
      <w:r>
        <w:t>پر نہ تو معرفت کے دروازے کھلیں گے نہ اس کا انٹیلیچوئل ڈیولپمنٹ ہوگا</w:t>
      </w:r>
    </w:p>
    <w:p>
      <w:r>
        <w:rPr>
          <w:b/>
        </w:rPr>
        <w:t xml:space="preserve">[54:05] </w:t>
      </w:r>
      <w:r>
        <w:t>aur na is ko</w:t>
      </w:r>
    </w:p>
    <w:p>
      <w:pPr>
        <w:jc w:val="right"/>
      </w:pPr>
      <w:r>
        <w:t>اور نہ اس کو</w:t>
      </w:r>
    </w:p>
    <w:p>
      <w:r>
        <w:rPr>
          <w:b/>
        </w:rPr>
        <w:t xml:space="preserve">[54:07] </w:t>
      </w:r>
      <w:r>
        <w:t>yani nabiyon wala jo andaaz tha is andaaz par kaam karne ki tofeeq milegi</w:t>
      </w:r>
    </w:p>
    <w:p>
      <w:pPr>
        <w:jc w:val="right"/>
      </w:pPr>
      <w:r>
        <w:t>یعنی نبیوں والا جو انداز تھا اس انداز پر کام کرنے کی توفیق ملے گی</w:t>
      </w:r>
    </w:p>
    <w:p>
      <w:r>
        <w:rPr>
          <w:b/>
        </w:rPr>
        <w:t xml:space="preserve">[54:14] </w:t>
      </w:r>
      <w:r>
        <w:t>mein samajhta</w:t>
      </w:r>
    </w:p>
    <w:p>
      <w:pPr>
        <w:jc w:val="right"/>
      </w:pPr>
      <w:r>
        <w:t>میں سمجھتا</w:t>
      </w:r>
    </w:p>
    <w:p>
      <w:r>
        <w:rPr>
          <w:b/>
        </w:rPr>
        <w:t xml:space="preserve">[54:14] </w:t>
      </w:r>
      <w:r>
        <w:t>hoon ke yeh bahut hi yani bahut hi zyada zaroori hai ke logon ke andar yeh mizaj aaye acknowledge karne ka mizaj Hazrat Akbar jis tarah acknowledge karte the baghair is mizaj ke koi</w:t>
      </w:r>
    </w:p>
    <w:p>
      <w:pPr>
        <w:jc w:val="right"/>
      </w:pPr>
      <w:r>
        <w:t>ہوں کہ یہ بہت ہی یعنی بہت ہی زیادہ ضروری ہے کہ لوگوں کے اندر یہ مزاج آئے اکنالج کرنے کا مزاج حضرت اکبر جس طرح اکنالج کرتے تھے بغیر اس مزاج کے کوئی</w:t>
      </w:r>
    </w:p>
    <w:p>
      <w:r>
        <w:rPr>
          <w:b/>
        </w:rPr>
        <w:t xml:space="preserve">[54:37] </w:t>
      </w:r>
      <w:r>
        <w:t>koi aala taraqqi nahi ho sakti</w:t>
      </w:r>
    </w:p>
    <w:p>
      <w:pPr>
        <w:jc w:val="right"/>
      </w:pPr>
      <w:r>
        <w:t>کوئی اعلیٰ ترقی نہیں ہو سکتی</w:t>
      </w:r>
    </w:p>
    <w:p>
      <w:r>
        <w:rPr>
          <w:b/>
        </w:rPr>
        <w:t xml:space="preserve">[54:45] </w:t>
      </w:r>
      <w:r>
        <w:t>molana agla sawal aaya hai Pakistan se Tariq Badar sahib ka aur unhone likha hai ke I am from Pakistan where if you tell people something about from CPS learning or literature they always ask who said that</w:t>
      </w:r>
    </w:p>
    <w:p>
      <w:pPr>
        <w:jc w:val="right"/>
      </w:pPr>
      <w:r>
        <w:t>مولانا اگلا سوال آیا ہے پاکستان سے طارق بدر صاحب کا اور انہوں نے لکھا ہے کہ آئی ایم فرام پاکستان ویر اف یو ٹیل پیپل سمتھنگ اباؤٹ فرام سی پی ایس لرننگ اور لٹریچر دے آلویز اسک ہو سیڈ دیٹ</w:t>
      </w:r>
    </w:p>
    <w:p>
      <w:r>
        <w:rPr>
          <w:b/>
        </w:rPr>
        <w:t xml:space="preserve">[55:03] </w:t>
      </w:r>
      <w:r>
        <w:t>I learned here in Pakistan that people are more concerned on who is saying rather than what is being said although in other learnings of science management etcetera they only see what is said and not who is saying molana sahib how can I address this issue as this is a major hurdle in spreading CPS message in Pakistan</w:t>
      </w:r>
    </w:p>
    <w:p>
      <w:pPr>
        <w:jc w:val="right"/>
      </w:pPr>
      <w:r>
        <w:t>آئی لرنڈ ہیر ان پاکستان دیٹ پیپل آر مور کنسرنڈ آن ہو از سینگ رادر دین واٹ از بینگ سیڈ آل دو ان ادر لرننگز آف سائنس مینجمنٹ ایٹسیٹرا دے آنلی سی واٹ از سیڈ اینڈ ناٹ ہو از سینگ مولانا صاحب ہاؤ کین آئی ایڈریس دس ایشو ایز دس از ا میجر ہرڈل ان سپریڈنگ سی پی ایس میسج ان پاکستان</w:t>
      </w:r>
    </w:p>
    <w:p>
      <w:r>
        <w:rPr>
          <w:b/>
        </w:rPr>
        <w:t xml:space="preserve">[55:29] </w:t>
      </w:r>
      <w:r>
        <w:t>nahi dekhiye major hurdle nahi manta is ko mein</w:t>
      </w:r>
    </w:p>
    <w:p>
      <w:pPr>
        <w:jc w:val="right"/>
      </w:pPr>
      <w:r>
        <w:t>نہیں دیکھئے میجر ہرڈل نہیں مانتا اس کو میں</w:t>
      </w:r>
    </w:p>
    <w:p>
      <w:r>
        <w:rPr>
          <w:b/>
        </w:rPr>
        <w:t xml:space="preserve">[55:33] </w:t>
      </w:r>
      <w:r>
        <w:t>jin logon ke darmiyan aap ne kaam kiya un ka yeh mizaj hai</w:t>
      </w:r>
    </w:p>
    <w:p>
      <w:pPr>
        <w:jc w:val="right"/>
      </w:pPr>
      <w:r>
        <w:t>جن لوگوں کے درمیان آپ نے کام کیا ان کا یہ مزاج ہے</w:t>
      </w:r>
    </w:p>
    <w:p>
      <w:r>
        <w:rPr>
          <w:b/>
        </w:rPr>
        <w:t xml:space="preserve">[55:38] </w:t>
      </w:r>
      <w:r>
        <w:t>isi pakistan mein doosron ke mojood hain</w:t>
      </w:r>
    </w:p>
    <w:p>
      <w:pPr>
        <w:jc w:val="right"/>
      </w:pPr>
      <w:r>
        <w:t>اسی پاکستان میں دوسروں کے موجود ہیں</w:t>
      </w:r>
    </w:p>
    <w:p>
      <w:r>
        <w:rPr>
          <w:b/>
        </w:rPr>
        <w:t xml:space="preserve">[55:42] </w:t>
      </w:r>
      <w:r>
        <w:t>aap inhi ke peeche kyun zyada</w:t>
      </w:r>
    </w:p>
    <w:p>
      <w:pPr>
        <w:jc w:val="right"/>
      </w:pPr>
      <w:r>
        <w:t>آپ انہی کے پیچھے کیوں زیادہ</w:t>
      </w:r>
    </w:p>
    <w:p>
      <w:r>
        <w:rPr>
          <w:b/>
        </w:rPr>
        <w:t xml:space="preserve">[55:45] </w:t>
      </w:r>
      <w:r>
        <w:t>parhein jo obsession mein jeetay hain</w:t>
      </w:r>
    </w:p>
    <w:p>
      <w:pPr>
        <w:jc w:val="right"/>
      </w:pPr>
      <w:r>
        <w:t>پڑھیں جو آپسیشن میں جیتے ہیں</w:t>
      </w:r>
    </w:p>
    <w:p>
      <w:r>
        <w:rPr>
          <w:b/>
        </w:rPr>
        <w:t xml:space="preserve">[55:50] </w:t>
      </w:r>
      <w:r>
        <w:t>obsession mein jeetay hain jo khulay mind ke hain un mein</w:t>
      </w:r>
    </w:p>
    <w:p>
      <w:pPr>
        <w:jc w:val="right"/>
      </w:pPr>
      <w:r>
        <w:t>آپسیشن میں جیتے ہیں جو کھلے مائنڈ کے ہیں ان میں</w:t>
      </w:r>
    </w:p>
    <w:p>
      <w:r>
        <w:rPr>
          <w:b/>
        </w:rPr>
        <w:t xml:space="preserve">[55:55] </w:t>
      </w:r>
      <w:r>
        <w:t>un mein kaam kijiye</w:t>
      </w:r>
    </w:p>
    <w:p>
      <w:pPr>
        <w:jc w:val="right"/>
      </w:pPr>
      <w:r>
        <w:t>ان میں کام کیجئے</w:t>
      </w:r>
    </w:p>
    <w:p>
      <w:r>
        <w:rPr>
          <w:b/>
        </w:rPr>
        <w:t xml:space="preserve">[55:58] </w:t>
      </w:r>
      <w:r>
        <w:t>jaise mere paas pakistan ke ek sahab aaye jo wahan</w:t>
      </w:r>
    </w:p>
    <w:p>
      <w:pPr>
        <w:jc w:val="right"/>
      </w:pPr>
      <w:r>
        <w:t>جیسے میرے پاس پاکستان کے ایک صاحب آئے جو وہاں</w:t>
      </w:r>
    </w:p>
    <w:p>
      <w:r>
        <w:rPr>
          <w:b/>
        </w:rPr>
        <w:t xml:space="preserve">[56:03] </w:t>
      </w:r>
      <w:r>
        <w:t>kisi university mein parhate hain woh to</w:t>
      </w:r>
    </w:p>
    <w:p>
      <w:pPr>
        <w:jc w:val="right"/>
      </w:pPr>
      <w:r>
        <w:t>کسی یونیورسٹی میں پڑھاتے ہیں وہ تو</w:t>
      </w:r>
    </w:p>
    <w:p>
      <w:r>
        <w:rPr>
          <w:b/>
        </w:rPr>
        <w:t xml:space="preserve">[56:08] </w:t>
      </w:r>
      <w:r>
        <w:t>der tak hamare paas rahe</w:t>
      </w:r>
    </w:p>
    <w:p>
      <w:pPr>
        <w:jc w:val="right"/>
      </w:pPr>
      <w:r>
        <w:t>دیر تک ہمارے پاس رہے</w:t>
      </w:r>
    </w:p>
    <w:p>
      <w:r>
        <w:rPr>
          <w:b/>
        </w:rPr>
        <w:t xml:space="preserve">[56:11] </w:t>
      </w:r>
      <w:r>
        <w:t>to bohat zyada ittifaq karte thay hamari baton se</w:t>
      </w:r>
    </w:p>
    <w:p>
      <w:pPr>
        <w:jc w:val="right"/>
      </w:pPr>
      <w:r>
        <w:t>تو بہت زیادہ اتفاق کرتے تھے ہماری باتوں سے</w:t>
      </w:r>
    </w:p>
    <w:p>
      <w:r>
        <w:rPr>
          <w:b/>
        </w:rPr>
        <w:t xml:space="preserve">[56:16] </w:t>
      </w:r>
      <w:r>
        <w:t>to unhon ne kaha ke aap ki jo writing hai</w:t>
      </w:r>
    </w:p>
    <w:p>
      <w:pPr>
        <w:jc w:val="right"/>
      </w:pPr>
      <w:r>
        <w:t>تو انہوں نے کہا کہ آپ کی جو رائٹنگ ہے</w:t>
      </w:r>
    </w:p>
    <w:p>
      <w:r>
        <w:rPr>
          <w:b/>
        </w:rPr>
        <w:t xml:space="preserve">[56:21] </w:t>
      </w:r>
      <w:r>
        <w:t>woh bohat achhi hai lekin is mein aik kami hai</w:t>
      </w:r>
    </w:p>
    <w:p>
      <w:pPr>
        <w:jc w:val="right"/>
      </w:pPr>
      <w:r>
        <w:t>وہ بہت اچھی ہے لیکن اس میں ایک کمی ہے</w:t>
      </w:r>
    </w:p>
    <w:p>
      <w:r>
        <w:rPr>
          <w:b/>
        </w:rPr>
        <w:t xml:space="preserve">[56:26] </w:t>
      </w:r>
      <w:r>
        <w:t>aik kami hai toh mein mein</w:t>
      </w:r>
    </w:p>
    <w:p>
      <w:pPr>
        <w:jc w:val="right"/>
      </w:pPr>
      <w:r>
        <w:t>ایک کمی ہے تو میں میں</w:t>
      </w:r>
    </w:p>
    <w:p>
      <w:r>
        <w:rPr>
          <w:b/>
        </w:rPr>
        <w:t xml:space="preserve">[56:30] </w:t>
      </w:r>
      <w:r>
        <w:t>mein ne poocha ke bataiye kya kami hai</w:t>
      </w:r>
    </w:p>
    <w:p>
      <w:pPr>
        <w:jc w:val="right"/>
      </w:pPr>
      <w:r>
        <w:t>میں نے پوچھا کہ بتائیے کیا کمی ہے</w:t>
      </w:r>
    </w:p>
    <w:p>
      <w:r>
        <w:rPr>
          <w:b/>
        </w:rPr>
        <w:t xml:space="preserve">[56:34] </w:t>
      </w:r>
      <w:r>
        <w:t>toh unhon ne kaha ke yeh hai ke aap ki</w:t>
      </w:r>
    </w:p>
    <w:p>
      <w:pPr>
        <w:jc w:val="right"/>
      </w:pPr>
      <w:r>
        <w:t>تو انہوں نے کہا کہ یہ ہے کہ آپ کی</w:t>
      </w:r>
    </w:p>
    <w:p>
      <w:r>
        <w:rPr>
          <w:b/>
        </w:rPr>
        <w:t xml:space="preserve">[56:37] </w:t>
      </w:r>
      <w:r>
        <w:t>kitabon ko parhne ke baad kisi aur ki kitab parhne ka jee nahi chahta</w:t>
      </w:r>
    </w:p>
    <w:p>
      <w:pPr>
        <w:jc w:val="right"/>
      </w:pPr>
      <w:r>
        <w:t>کتابوں کو پڑھنے کے بعد کسی اور کی کتاب پڑھنے کا جی نہیں چاہتا</w:t>
      </w:r>
    </w:p>
    <w:p>
      <w:r>
        <w:rPr>
          <w:b/>
        </w:rPr>
        <w:t xml:space="preserve">[56:42] </w:t>
      </w:r>
      <w:r>
        <w:t>yeh university ke ustaad thay</w:t>
      </w:r>
    </w:p>
    <w:p>
      <w:pPr>
        <w:jc w:val="right"/>
      </w:pPr>
      <w:r>
        <w:t>یہ یونیورسٹی کے استاد تھے</w:t>
      </w:r>
    </w:p>
    <w:p>
      <w:r>
        <w:rPr>
          <w:b/>
        </w:rPr>
        <w:t xml:space="preserve">[56:46] </w:t>
      </w:r>
      <w:r>
        <w:t>aap ki kitabon ko parhne ke baad kisi aur ki kitab parhne ka jee nahi chahta toh aise</w:t>
      </w:r>
    </w:p>
    <w:p>
      <w:pPr>
        <w:jc w:val="right"/>
      </w:pPr>
      <w:r>
        <w:t>آپ کی کتابوں کو پڑھنے کے بعد کسی اور کی کتاب پڑھنے کا جی نہیں چاہتا تو ایسے</w:t>
      </w:r>
    </w:p>
    <w:p>
      <w:r>
        <w:rPr>
          <w:b/>
        </w:rPr>
        <w:t xml:space="preserve">[56:50] </w:t>
      </w:r>
      <w:r>
        <w:t>bhi Pakistan mein hain</w:t>
      </w:r>
    </w:p>
    <w:p>
      <w:pPr>
        <w:jc w:val="right"/>
      </w:pPr>
      <w:r>
        <w:t>بھی پاکستان میں ہیں</w:t>
      </w:r>
    </w:p>
    <w:p>
      <w:r>
        <w:rPr>
          <w:b/>
        </w:rPr>
        <w:t xml:space="preserve">[56:53] </w:t>
      </w:r>
      <w:r>
        <w:t>dikhye dawat ka kaam jo hai woh aik hunting process hai un logon ko dhoondna</w:t>
      </w:r>
    </w:p>
    <w:p>
      <w:pPr>
        <w:jc w:val="right"/>
      </w:pPr>
      <w:r>
        <w:t>دیکھئے دعوت کا کام جو ہے وہ ایک ہنٹنگ پراسیس ہے ان لوگوں کو ڈھونڈنا</w:t>
      </w:r>
    </w:p>
    <w:p>
      <w:r>
        <w:rPr>
          <w:b/>
        </w:rPr>
        <w:t xml:space="preserve">[57:00] </w:t>
      </w:r>
      <w:r>
        <w:t>jo jo</w:t>
      </w:r>
    </w:p>
    <w:p>
      <w:pPr>
        <w:jc w:val="right"/>
      </w:pPr>
      <w:r>
        <w:t>جو جو</w:t>
      </w:r>
    </w:p>
    <w:p>
      <w:r>
        <w:rPr>
          <w:b/>
        </w:rPr>
        <w:t xml:space="preserve">[57:04] </w:t>
      </w:r>
      <w:r>
        <w:t>seeker hain jin ke andar objectivity hai jin ke andar opinions hai jo mutala karne ka tayyar ke liye tayyar ho jate hain foran to un ko dhoondhiye un mein kaam kijiye kuch log agar is tarah ke hain band zehan wale to aap un ko un ke liye dua kijiye</w:t>
      </w:r>
    </w:p>
    <w:p>
      <w:pPr>
        <w:jc w:val="right"/>
      </w:pPr>
      <w:r>
        <w:t>سیکھر ہیں جن کے اندر ابجیکٹیوٹی ہے جن کے اندر اوپیننس ہے جو مطالعہ کرنے کا تیار کے لیے تیار ہو جاتے ہیں فوراً تو ان کو ڈھونڈئے ان میں کام کیجئے کچھ لوگ اگر اس طرح کے ہیں بند ذہن والے تو آپ ان کو ان کے لیے دعا کیجئے</w:t>
      </w:r>
    </w:p>
    <w:p>
      <w:r>
        <w:rPr>
          <w:b/>
        </w:rPr>
        <w:t xml:space="preserve">[57:34] </w:t>
      </w:r>
      <w:r>
        <w:t>maulana agla sawal lene se pehle aik comment parhna chahenge jo srinagar kashmir se aaya hai</w:t>
      </w:r>
    </w:p>
    <w:p>
      <w:pPr>
        <w:jc w:val="right"/>
      </w:pPr>
      <w:r>
        <w:t>مولانا اگلا سوال لینے سے پہلے ایک کمنٹ پڑھنا چاہیں گے جو سری نگر کشمیر سے آیا ہے</w:t>
      </w:r>
    </w:p>
    <w:p>
      <w:r>
        <w:rPr>
          <w:b/>
        </w:rPr>
        <w:t xml:space="preserve">[57:40] </w:t>
      </w:r>
      <w:r>
        <w:t>aur Mohammad Sami Sadat sahab ne bheja hai. Unhone likha hai ke I am a regular reader.</w:t>
      </w:r>
    </w:p>
    <w:p>
      <w:pPr>
        <w:jc w:val="right"/>
      </w:pPr>
      <w:r>
        <w:t>اور محمد سمیع سادات صاحب نے بھیجا ہے انہوں نے لکھا ہے کہ آئی ایم ا ریگولر ریڈر</w:t>
      </w:r>
    </w:p>
    <w:p>
      <w:r>
        <w:rPr>
          <w:b/>
        </w:rPr>
        <w:t xml:space="preserve">[57:47] </w:t>
      </w:r>
      <w:r>
        <w:t>of Al-Risala for the last twelve years with the grace of Allah and dua of Maulana sahib I</w:t>
      </w:r>
    </w:p>
    <w:p>
      <w:pPr>
        <w:jc w:val="right"/>
      </w:pPr>
      <w:r>
        <w:t>آف الرسالہ فار دا لاسٹ ٹویلو ایئرز ود دا گریس آف اللہ اینڈ دعا آف مولانا صاحب آئی</w:t>
      </w:r>
    </w:p>
    <w:p>
      <w:r>
        <w:rPr>
          <w:b/>
        </w:rPr>
        <w:t xml:space="preserve">[57:55] </w:t>
      </w:r>
      <w:r>
        <w:t>I think the writings of Maulana sahib has changed the course of my life as I have got the</w:t>
      </w:r>
    </w:p>
    <w:p>
      <w:pPr>
        <w:jc w:val="right"/>
      </w:pPr>
      <w:r>
        <w:t>تھنک دی رائٹنگز آف مولانا صاحب ہیز چینج دی کورس آف مائی لائف ایز آئی ہیو گاٹ دا</w:t>
      </w:r>
    </w:p>
    <w:p>
      <w:r>
        <w:rPr>
          <w:b/>
        </w:rPr>
        <w:t xml:space="preserve">[58:02] </w:t>
      </w:r>
      <w:r>
        <w:t>purpose of my life maulana sahib please make dua for me</w:t>
      </w:r>
    </w:p>
    <w:p>
      <w:pPr>
        <w:jc w:val="right"/>
      </w:pPr>
      <w:r>
        <w:t>پرپس آف مائی لائف مولانا صاحب پلیز میک دعا فار می</w:t>
      </w:r>
    </w:p>
    <w:p>
      <w:r>
        <w:rPr>
          <w:b/>
        </w:rPr>
        <w:t xml:space="preserve">[58:08] </w:t>
      </w:r>
      <w:r>
        <w:t>maulana jo agla sawal aaya hai woh kanpur se aaya hai aur aa muhammad moazzam ali sahib ne</w:t>
      </w:r>
    </w:p>
    <w:p>
      <w:pPr>
        <w:jc w:val="right"/>
      </w:pPr>
      <w:r>
        <w:t>مولانا جو اگلا سوال آیا ہے وہ کانپور سے آیا ہے اور آ محمد معظم علی صاحب نے</w:t>
      </w:r>
    </w:p>
    <w:p>
      <w:r>
        <w:rPr>
          <w:b/>
        </w:rPr>
        <w:t xml:space="preserve">[58:15] </w:t>
      </w:r>
      <w:r>
        <w:t>بھیجا ہے انہوں نے لکھا ہے کہ I am a</w:t>
      </w:r>
    </w:p>
    <w:p>
      <w:pPr>
        <w:jc w:val="right"/>
      </w:pPr>
      <w:r>
        <w:t>بھیجا ہے انہوں نے لکھا ہے کہ آئی ایم ا</w:t>
      </w:r>
    </w:p>
    <w:p>
      <w:r>
        <w:rPr>
          <w:b/>
        </w:rPr>
        <w:t xml:space="preserve">[58:19] </w:t>
      </w:r>
      <w:r>
        <w:t>very small worker of the mission of CPS I am trying to do all that is possible for me however personally I am failing to perform the namaz</w:t>
      </w:r>
    </w:p>
    <w:p>
      <w:pPr>
        <w:jc w:val="right"/>
      </w:pPr>
      <w:r>
        <w:t>ویری سمال ورکر آف دا مشن آف سی پی ایس آئی ایم ٹرائنگ ٹو ڈو آل دیٹ از پوسیبل فار می ہاؤ ایور پرسنلی آئی ایم فیلنگ ٹو پرفارم دی نماز</w:t>
      </w:r>
    </w:p>
    <w:p>
      <w:r>
        <w:rPr>
          <w:b/>
        </w:rPr>
        <w:t xml:space="preserve">[58:32] </w:t>
      </w:r>
      <w:r>
        <w:t>maulana please pray for me and also tell me how can i devote myself for namaz</w:t>
      </w:r>
    </w:p>
    <w:p>
      <w:pPr>
        <w:jc w:val="right"/>
      </w:pPr>
      <w:r>
        <w:t>مولانا پلیز پری فار می اینڈ آل سو ٹیل می ہاؤ کین آئی ڈیووٹ مائی سیلف فار نماز</w:t>
      </w:r>
    </w:p>
    <w:p>
      <w:r>
        <w:rPr>
          <w:b/>
        </w:rPr>
        <w:t xml:space="preserve">[58:41] </w:t>
      </w:r>
      <w:r>
        <w:t>dikhye yeh sawal ki baat nahi hai yeh toh aap kitabein parhiye maslan hamari kitab hai saum o</w:t>
      </w:r>
    </w:p>
    <w:p>
      <w:pPr>
        <w:jc w:val="right"/>
      </w:pPr>
      <w:r>
        <w:t>دیکھئے یہ سوال کی بات نہیں ہے یہ تو آپ کتابیں پڑھئے مثلاً ہماری کتاب ہے صوم و</w:t>
      </w:r>
    </w:p>
    <w:p>
      <w:r>
        <w:rPr>
          <w:b/>
        </w:rPr>
        <w:t xml:space="preserve">[58:49] </w:t>
      </w:r>
      <w:r>
        <w:t>salaat aap is ko parhiye aur bhi doosri kitabein hain</w:t>
      </w:r>
    </w:p>
    <w:p>
      <w:pPr>
        <w:jc w:val="right"/>
      </w:pPr>
      <w:r>
        <w:t>صلاۃ آپ اس کو پڑھئے اور بھی دوسری کتابیں ہیں</w:t>
      </w:r>
    </w:p>
    <w:p>
      <w:r>
        <w:rPr>
          <w:b/>
        </w:rPr>
        <w:t xml:space="preserve">[58:54] </w:t>
      </w:r>
      <w:r>
        <w:t>mutala barhaiye toh yeh cheez aap ki theek ho jaye gi</w:t>
      </w:r>
    </w:p>
    <w:p>
      <w:pPr>
        <w:jc w:val="right"/>
      </w:pPr>
      <w:r>
        <w:t>مطالعہ بڑھائیے تو یہ چیز آپ کی ٹھیک ہو جائے گی</w:t>
      </w:r>
    </w:p>
    <w:p>
      <w:r>
        <w:rPr>
          <w:b/>
        </w:rPr>
        <w:t xml:space="preserve">[58:58] </w:t>
      </w:r>
      <w:r>
        <w:t>maulana agla sawal delhi se hai</w:t>
      </w:r>
    </w:p>
    <w:p>
      <w:pPr>
        <w:jc w:val="right"/>
      </w:pPr>
      <w:r>
        <w:t>مولانا اگلا سوال دلی سے ہے</w:t>
      </w:r>
    </w:p>
    <w:p>
      <w:r>
        <w:rPr>
          <w:b/>
        </w:rPr>
        <w:t xml:space="preserve">[59:02] </w:t>
      </w:r>
      <w:r>
        <w:t>aa shahab haider sahib ka hai unhon ne bheja hai</w:t>
      </w:r>
    </w:p>
    <w:p>
      <w:pPr>
        <w:jc w:val="right"/>
      </w:pPr>
      <w:r>
        <w:t>آ شاہب حیدر صاحب کا ہے انہوں نے بھیجا ہے</w:t>
      </w:r>
    </w:p>
    <w:p>
      <w:r>
        <w:rPr>
          <w:b/>
        </w:rPr>
        <w:t xml:space="preserve">[59:07] </w:t>
      </w:r>
      <w:r>
        <w:t>No doubt your teaching is based on Nizam-e-Mustafa.</w:t>
      </w:r>
    </w:p>
    <w:p>
      <w:pPr>
        <w:jc w:val="right"/>
      </w:pPr>
      <w:r>
        <w:t>نو ڈاؤٹ یور ٹیچنگ از بیسڈ آن نظام مصطفی</w:t>
      </w:r>
    </w:p>
    <w:p>
      <w:r>
        <w:rPr>
          <w:b/>
        </w:rPr>
        <w:t xml:space="preserve">[59:11] </w:t>
      </w:r>
      <w:r>
        <w:t>i appreciate you but i want to know to increase my knowledge is there any islamic weapon akhlaqi hathyar to counter the dangers and threats for true muslims</w:t>
      </w:r>
    </w:p>
    <w:p>
      <w:pPr>
        <w:jc w:val="right"/>
      </w:pPr>
      <w:r>
        <w:t>ٰ آئی ایپریشیٹ یو بٹ آئی وانٹ ٹو نو ٹو انکریز مائی نالج از دیر اینی اسلامک ویپن اخلاقی ہتھیار ٹو کاؤنٹر دا ڈینجرز اینڈ تھریٹس فار ٹرو مسلمز</w:t>
      </w:r>
    </w:p>
    <w:p>
      <w:r>
        <w:rPr>
          <w:b/>
        </w:rPr>
        <w:t xml:space="preserve">[59:27] </w:t>
      </w:r>
      <w:r>
        <w:t>yeh nizam e mustafa concept mera mera hai nahi yeh mera concept nahi hai yeh toh mein is ko</w:t>
      </w:r>
    </w:p>
    <w:p>
      <w:pPr>
        <w:jc w:val="right"/>
      </w:pPr>
      <w:r>
        <w:t>یہ نظام مصطفیٰ کانسیپٹ میرا میرا ہے نہیں یہ میرا کانسیپٹ نہیں ہے یہ تو میں اس کو</w:t>
      </w:r>
    </w:p>
    <w:p>
      <w:r>
        <w:rPr>
          <w:b/>
        </w:rPr>
        <w:t xml:space="preserve">[59:33] </w:t>
      </w:r>
      <w:r>
        <w:t>bidat samajhta hoon rasool Allah ne sahaba ne tabeen ne yeh Allah ne istemal nahi kiya nizam e mustafa</w:t>
      </w:r>
    </w:p>
    <w:p>
      <w:pPr>
        <w:jc w:val="right"/>
      </w:pPr>
      <w:r>
        <w:t>بدعت سمجھتا ہوں رسول اللہ نے صحابہ نے تابعین نے یہ اللہ نے استعمال نہیں کیا نظام مصطفیٰ</w:t>
      </w:r>
    </w:p>
    <w:p>
      <w:r>
        <w:rPr>
          <w:b/>
        </w:rPr>
        <w:t xml:space="preserve">[59:40] </w:t>
      </w:r>
      <w:r>
        <w:t>yeh toh aaj kal banaya gaya hai toh mein toh is term ko aik mubtadana term samajhta hoon</w:t>
      </w:r>
    </w:p>
    <w:p>
      <w:pPr>
        <w:jc w:val="right"/>
      </w:pPr>
      <w:r>
        <w:t>یہ تو آج کل بنایا گیا ہے تو میں تو اس ٹرم کو ایک مبتدانہ ٹرم سمجھتا ہوں</w:t>
      </w:r>
    </w:p>
    <w:p>
      <w:r>
        <w:rPr>
          <w:b/>
        </w:rPr>
        <w:t xml:space="preserve">[59:47] </w:t>
      </w:r>
      <w:r>
        <w:t>bidat samajhta hoon baqi jo baat hai woh aap mutala kijiye</w:t>
      </w:r>
    </w:p>
    <w:p>
      <w:pPr>
        <w:jc w:val="right"/>
      </w:pPr>
      <w:r>
        <w:t>بدعت سمجھتا ہوں باقی جو بات ہے وہ آپ مطالعہ کیجئے</w:t>
      </w:r>
    </w:p>
    <w:p>
      <w:r>
        <w:rPr>
          <w:b/>
        </w:rPr>
        <w:t xml:space="preserve">[59:53] </w:t>
      </w:r>
      <w:r>
        <w:t>aap study kijiye is se baat clear ho jaye gi</w:t>
      </w:r>
    </w:p>
    <w:p>
      <w:pPr>
        <w:jc w:val="right"/>
      </w:pPr>
      <w:r>
        <w:t>آپ اسٹڈی کیجئے اس سے بات کلیئر ہو جائے گی</w:t>
      </w:r>
    </w:p>
    <w:p>
      <w:r>
        <w:rPr>
          <w:b/>
        </w:rPr>
        <w:t xml:space="preserve">[1:00:02] </w:t>
      </w:r>
      <w:r>
        <w:t>molana agla sawal kya hai mr my bhatt ne delhi se aur woh aap se janna chahte hain ke is there any possibility for achieving spirituality out side the domain of islam</w:t>
      </w:r>
    </w:p>
    <w:p>
      <w:pPr>
        <w:jc w:val="right"/>
      </w:pPr>
      <w:r>
        <w:t>مولانا اگلا سوال کیا ہے مسٹر ایم وائی بھٹ نے دلی سے اور وہ آپ سے جاننا چاہتے ہیں کہ از دیر اینی پوسیبلیٹی فار اچیونگ سپرچویلٹی آؤٹ سائیڈ دی ڈومین آف اسلام</w:t>
      </w:r>
    </w:p>
    <w:p>
      <w:r>
        <w:rPr>
          <w:b/>
        </w:rPr>
        <w:t xml:space="preserve">[1:00:19] </w:t>
      </w:r>
      <w:r>
        <w:t>dikhye islam ke</w:t>
      </w:r>
    </w:p>
    <w:p>
      <w:pPr>
        <w:jc w:val="right"/>
      </w:pPr>
      <w:r>
        <w:t>دیکھئے اسلام کے</w:t>
      </w:r>
    </w:p>
    <w:p>
      <w:r>
        <w:rPr>
          <w:b/>
        </w:rPr>
        <w:t xml:space="preserve">[1:00:24] </w:t>
      </w:r>
      <w:r>
        <w:t>domain ki baat nahi hai yeh</w:t>
      </w:r>
    </w:p>
    <w:p>
      <w:pPr>
        <w:jc w:val="right"/>
      </w:pPr>
      <w:r>
        <w:t>ڈومین کی بات نہیں ہے یہ</w:t>
      </w:r>
    </w:p>
    <w:p>
      <w:r>
        <w:rPr>
          <w:b/>
        </w:rPr>
        <w:t xml:space="preserve">[1:00:27] </w:t>
      </w:r>
      <w:r>
        <w:t>yeh aadmi ki apni sincerity ki baat hai</w:t>
      </w:r>
    </w:p>
    <w:p>
      <w:pPr>
        <w:jc w:val="right"/>
      </w:pPr>
      <w:r>
        <w:t>یہ آدمی کی اپنی سنسیرٹی کی بات ہے</w:t>
      </w:r>
    </w:p>
    <w:p>
      <w:r>
        <w:rPr>
          <w:b/>
        </w:rPr>
        <w:t xml:space="preserve">[1:00:32] </w:t>
      </w:r>
      <w:r>
        <w:t>aisa nahi ke jo musalman hai us ko specially mil jaye gi aisa kuch nahi hai</w:t>
      </w:r>
    </w:p>
    <w:p>
      <w:pPr>
        <w:jc w:val="right"/>
      </w:pPr>
      <w:r>
        <w:t>ایسا نہیں کہ جو مسلمان ہے اس کو اسپیشلی مل جائے گی ایسا کچھ نہیں ہے</w:t>
      </w:r>
    </w:p>
    <w:p>
      <w:r>
        <w:rPr>
          <w:b/>
        </w:rPr>
        <w:t xml:space="preserve">[1:00:39] </w:t>
      </w:r>
      <w:r>
        <w:t>har cheez ka taluq behraal hota hai sincerity se</w:t>
      </w:r>
    </w:p>
    <w:p>
      <w:pPr>
        <w:jc w:val="right"/>
      </w:pPr>
      <w:r>
        <w:t>ہر چیز کا تعلق بہرحال ہوتا ہے سنسیرٹی سے</w:t>
      </w:r>
    </w:p>
    <w:p>
      <w:r>
        <w:rPr>
          <w:b/>
        </w:rPr>
        <w:t xml:space="preserve">[1:00:43] </w:t>
      </w:r>
      <w:r>
        <w:t>agar aadmi sincere ho to woh study karega</w:t>
      </w:r>
    </w:p>
    <w:p>
      <w:pPr>
        <w:jc w:val="right"/>
      </w:pPr>
      <w:r>
        <w:t>اگر آدمی سنسیر ہو تو وہ اسٹڈی کرے گا</w:t>
      </w:r>
    </w:p>
    <w:p>
      <w:r>
        <w:rPr>
          <w:b/>
        </w:rPr>
        <w:t xml:space="preserve">[1:00:47] </w:t>
      </w:r>
      <w:r>
        <w:t>woh baaton par gehrai ke sath sochega</w:t>
      </w:r>
    </w:p>
    <w:p>
      <w:pPr>
        <w:jc w:val="right"/>
      </w:pPr>
      <w:r>
        <w:t>وہ باتوں پر گہرائی کے ساتھ سوچے گا</w:t>
      </w:r>
    </w:p>
    <w:p>
      <w:r>
        <w:rPr>
          <w:b/>
        </w:rPr>
        <w:t xml:space="preserve">[1:00:53] </w:t>
      </w:r>
      <w:r>
        <w:t>تو پھر دھیرے دھیرے وہ پہنچے گا میں سمجھتا ہوں کہ speciality</w:t>
      </w:r>
    </w:p>
    <w:p>
      <w:pPr>
        <w:jc w:val="right"/>
      </w:pPr>
      <w:r>
        <w:t>تو پھر دھیرے دھیرے وہ پہنچے گا میں سمجھتا ہوں کہ اسپیشلٹی</w:t>
      </w:r>
    </w:p>
    <w:p>
      <w:r>
        <w:rPr>
          <w:b/>
        </w:rPr>
        <w:t xml:space="preserve">[1:00:58] </w:t>
      </w:r>
      <w:r>
        <w:t>aur sachai yeh self discovered cheez hoti hai</w:t>
      </w:r>
    </w:p>
    <w:p>
      <w:pPr>
        <w:jc w:val="right"/>
      </w:pPr>
      <w:r>
        <w:t>اور سچائی یہ سیلف ڈسکورڈ چیز ہوتی ہے</w:t>
      </w:r>
    </w:p>
    <w:p>
      <w:r>
        <w:rPr>
          <w:b/>
        </w:rPr>
        <w:t xml:space="preserve">[1:01:03] </w:t>
      </w:r>
      <w:r>
        <w:t>yeh koi</w:t>
      </w:r>
    </w:p>
    <w:p>
      <w:pPr>
        <w:jc w:val="right"/>
      </w:pPr>
      <w:r>
        <w:t>یہ کوئی</w:t>
      </w:r>
    </w:p>
    <w:p>
      <w:r>
        <w:rPr>
          <w:b/>
        </w:rPr>
        <w:t xml:space="preserve">[1:01:04] </w:t>
      </w:r>
      <w:r>
        <w:t>domain ki baat nahi hai yeh self discovery ki baat hai jis ko dilchaspi ho speciality se woh study kare mutala kare apni soch ko develop kare yahi tareeqa hai</w:t>
      </w:r>
    </w:p>
    <w:p>
      <w:pPr>
        <w:jc w:val="right"/>
      </w:pPr>
      <w:r>
        <w:t>ڈومین کی بات نہیں ہے یہ سیلف ڈسکوری کی بات ہے جس کو دلچسپی ہو اسپیشلٹی سے وہ اسٹڈی کرے مطالعہ کرے اپنی سوچ کو ڈیویلپ کرے یہی طریقہ ہے</w:t>
      </w:r>
    </w:p>
    <w:p>
      <w:r>
        <w:rPr>
          <w:b/>
        </w:rPr>
        <w:t xml:space="preserve">[1:01:24] </w:t>
      </w:r>
      <w:r>
        <w:t>molana agla sawal himachal pradesh se muhammad ashique elahi sahib ne kiya hai aur unho ne likha hai ke marifat ka darja samajh mein aata hai lekin itba rasool aur sunnat rasool ka islam mein kya darja hai sunnat rasool ka talluq fazail se hai ya masail se is ke bary mein batayein</w:t>
      </w:r>
    </w:p>
    <w:p>
      <w:pPr>
        <w:jc w:val="right"/>
      </w:pPr>
      <w:r>
        <w:t>مولانا اگلا سوال ہماچل پردیس سے محمد عاشق الہی صاحب نے کیا ہے اور انہوں نے لکھا ہے کہ معرفت کا درجہ سمجھ میں آتا ہے لیکن اتباع رسول اور سنت رسول کا اسلام میں کیا درجہ ہے سنت رسول کا تعلق فضائل سے ہے یا مسائل سے اس کے بارے میں بتائیں</w:t>
      </w:r>
    </w:p>
    <w:p>
      <w:r>
        <w:rPr>
          <w:b/>
        </w:rPr>
        <w:t xml:space="preserve">[1:01:50] </w:t>
      </w:r>
      <w:r>
        <w:t>aap hamara ek abhi chupa hai</w:t>
      </w:r>
    </w:p>
    <w:p>
      <w:pPr>
        <w:jc w:val="right"/>
      </w:pPr>
      <w:r>
        <w:t>آپ ہمارا ایک ابھی چھپا ہے</w:t>
      </w:r>
    </w:p>
    <w:p>
      <w:r>
        <w:rPr>
          <w:b/>
        </w:rPr>
        <w:t xml:space="preserve">[1:01:54] </w:t>
      </w:r>
      <w:r>
        <w:t>ek number hadith par aur ek aur number chupa hai quran o hadith is ka unwan hai</w:t>
      </w:r>
    </w:p>
    <w:p>
      <w:pPr>
        <w:jc w:val="right"/>
      </w:pPr>
      <w:r>
        <w:t>ایک نمبر حدیث پر اور ایک اور نمبر چھپا ہے قرآن و حدیث اس کا عنوان ہے</w:t>
      </w:r>
    </w:p>
    <w:p>
      <w:r>
        <w:rPr>
          <w:b/>
        </w:rPr>
        <w:t xml:space="preserve">[1:02:02] </w:t>
      </w:r>
      <w:r>
        <w:t>do parche is ko parhiye aap abhi do char mahine ke andar andar dono parche chappe hain to</w:t>
      </w:r>
    </w:p>
    <w:p>
      <w:pPr>
        <w:jc w:val="right"/>
      </w:pPr>
      <w:r>
        <w:t>دو پرچے اس کو پڑھئے آپ ابھی دو چار مہینے کے اندر اندر دونوں پرچے چھپے ہیں تو</w:t>
      </w:r>
    </w:p>
    <w:p>
      <w:r>
        <w:rPr>
          <w:b/>
        </w:rPr>
        <w:t xml:space="preserve">[1:02:09] </w:t>
      </w:r>
      <w:r>
        <w:t>is mein is par tafseel se baat aayi hai is ko parhiye aur parhne ke baad phir koi</w:t>
      </w:r>
    </w:p>
    <w:p>
      <w:pPr>
        <w:jc w:val="right"/>
      </w:pPr>
      <w:r>
        <w:t>اس میں اس پر تفصیل سے بات آئی ہے اس کو پڑھئے اور پڑھنے کے بعد پھر کوئی</w:t>
      </w:r>
    </w:p>
    <w:p>
      <w:r>
        <w:rPr>
          <w:b/>
        </w:rPr>
        <w:t xml:space="preserve">[1:02:16] </w:t>
      </w:r>
      <w:r>
        <w:t>nuqta aap clear na ho to woh sawal kijiye aap</w:t>
      </w:r>
    </w:p>
    <w:p>
      <w:pPr>
        <w:jc w:val="right"/>
      </w:pPr>
      <w:r>
        <w:t>نقطہ آپ کلیئر نہ ہو تو وہ سوال کیجئے آپ</w:t>
      </w:r>
    </w:p>
    <w:p>
      <w:r>
        <w:rPr>
          <w:b/>
        </w:rPr>
        <w:t xml:space="preserve">[1:02:24] </w:t>
      </w:r>
      <w:r>
        <w:t>abhi chand mahine ke andar yeh dono mazmoon aaye hain aik hadith par hai aik aik quran par dono sach poochein to yani hadith quran par hai aur is ka mozu yahi hai is ko aap parhiye aur phir is ko parhne ke baad aap apne sawal ko dobara likhiye</w:t>
      </w:r>
    </w:p>
    <w:p>
      <w:pPr>
        <w:jc w:val="right"/>
      </w:pPr>
      <w:r>
        <w:t>ابھی چند مہینے کے اندر یہ دونوں مضمون آئے ہیں ایک حدیث پر ہے ایک ایک قرآن پر دونوں سچ پوچھیں تو یعنی حدیث قرآنی پر ہے اور اس کا موضوع یہی ہے اس کو آپ پڑھئے اور پھر اس کو پڑھنے کے بعد آپ اپنے سوال کو دوبارہ لکھئے</w:t>
      </w:r>
    </w:p>
    <w:p>
      <w:r>
        <w:rPr>
          <w:b/>
        </w:rPr>
        <w:t xml:space="preserve">[1:02:51] </w:t>
      </w:r>
      <w:r>
        <w:t>molana agla sawal pune se hai aur aamir sahib ne kiya hai aur unho ne likha hai ke people often complaint about everything in their daily life molana you have always advised us of living in a complaint free culture</w:t>
      </w:r>
    </w:p>
    <w:p>
      <w:pPr>
        <w:jc w:val="right"/>
      </w:pPr>
      <w:r>
        <w:t>مولانا اگلا سوال پونے سے ہے اور عامر صاحب نے کیا ہے اور انہوں نے لکھا ہے کہ پیپل آفن کمپلینٹ اباؤٹ ایوری تھنگ ان دیر ڈیلی لائف مولانا یو ہیو آلویز ایڈوائزڈ اس آف لیونگ ان ا کمپلینٹ فری کلچر</w:t>
      </w:r>
    </w:p>
    <w:p>
      <w:r>
        <w:rPr>
          <w:b/>
        </w:rPr>
        <w:t xml:space="preserve">[1:03:09] </w:t>
      </w:r>
      <w:r>
        <w:t>my question is how to develop this complaint free culture</w:t>
      </w:r>
    </w:p>
    <w:p>
      <w:pPr>
        <w:jc w:val="right"/>
      </w:pPr>
      <w:r>
        <w:t>مائی کوئسچن از ہاؤ ٹو ڈیویلپ دس کمپلینٹ فری کلچر</w:t>
      </w:r>
    </w:p>
    <w:p>
      <w:r>
        <w:rPr>
          <w:b/>
        </w:rPr>
        <w:t xml:space="preserve">[1:03:17] </w:t>
      </w:r>
      <w:r>
        <w:t>dekhye complaint kis ke khilaf hota hai insan ke khilaf hota hai koi suraj ke khilaf to complaint karta nahi koi galaxy ke khilaf to complaint karta nahi hatta ke koi tiger aur elephant ke khilaf bhi complaint nahi karta insan ke khilaf to sirf aik baat agar aap soch lein to bas sari complaint khatam kyun ke insan ne jo kuch kiya woh allah ki di</w:t>
      </w:r>
    </w:p>
    <w:p>
      <w:pPr>
        <w:jc w:val="right"/>
      </w:pPr>
      <w:r>
        <w:t>دیکھئے کمپلینٹ کس کے خلاف ہوتا ہے انسان کے خلاف ہوتا ہے کوئی سورج کے خلاف تو کمپلینٹ کرتا نہیں کوئی گلیکسی کے خلاف تو کمپلینٹ کرتا نہیں حتیٰ کہ کوئی ٹائیگر اور ایلیفنٹ کے خلاف بھی کمپلینٹ نہیں کرتا انسان کے خلاف تو صرف ایک بات اگر آپ سوچ لیں تو بس ساری کمپلینٹ ختم کیونکہ انسان نے جو کچھ کیا وہ اللہ کی 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