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Ramadan a Month of Study of Quran August 23, 2009</w:t>
      </w:r>
    </w:p>
    <w:p>
      <w:r>
        <w:t>https://www.youtube.com/watch?v=8z-v68n7WuA</w:t>
      </w:r>
    </w:p>
    <w:p>
      <w:r>
        <w:rPr>
          <w:b/>
        </w:rPr>
        <w:t xml:space="preserve">[00:12] </w:t>
      </w:r>
      <w:r>
        <w:t>bismillah rahman rahim. wasalli allah ala nabi al kareem. rab ishrah li sadri wa yassir li amri wah 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[00:34] </w:t>
      </w:r>
      <w:r>
        <w:t>aaj ramzan chaudah so tees yani fourteen hundred thirty hijri ki pehli tareekh hai.</w:t>
      </w:r>
    </w:p>
    <w:p>
      <w:pPr>
        <w:jc w:val="right"/>
      </w:pPr>
      <w:r>
        <w:t>آج رمضان چودہ سو تیس یعنی Fourteen Hundred Thirty ہجری کی پہلی تاریخ ہے۔</w:t>
      </w:r>
    </w:p>
    <w:p>
      <w:r>
        <w:rPr>
          <w:b/>
        </w:rPr>
        <w:t xml:space="preserve">[00:50] </w:t>
      </w:r>
      <w:r>
        <w:t>aaj pehla ramzan ka roza hai. is liye aaj mein roze ke bary mein kuch baatein kahoon ga.</w:t>
      </w:r>
    </w:p>
    <w:p>
      <w:pPr>
        <w:jc w:val="right"/>
      </w:pPr>
      <w:r>
        <w:t>آج پہلا رمضان کا روزہ ہے۔ اس لیے آج میں روزے کے بارے میں کچھ باتیں کہوں گا۔</w:t>
      </w:r>
    </w:p>
    <w:p>
      <w:r>
        <w:rPr>
          <w:b/>
        </w:rPr>
        <w:t xml:space="preserve">[01:05] </w:t>
      </w:r>
      <w:r>
        <w:t>yeh baatein quran par</w:t>
      </w:r>
    </w:p>
    <w:p>
      <w:pPr>
        <w:jc w:val="right"/>
      </w:pPr>
      <w:r>
        <w:t>یہ باتیں قرآن پر</w:t>
      </w:r>
    </w:p>
    <w:p>
      <w:r>
        <w:rPr>
          <w:b/>
        </w:rPr>
        <w:t xml:space="preserve">[01:09] </w:t>
      </w:r>
      <w:r>
        <w:t>quran ko le kar hongi. quran mein surah baqarah mein roze ke bary mein detail ke sath aaya hai.</w:t>
      </w:r>
    </w:p>
    <w:p>
      <w:pPr>
        <w:jc w:val="right"/>
      </w:pPr>
      <w:r>
        <w:t>قرآن کو لے کر ہوں گی۔ قرآن میں سورۃ البقرہ میں روزے کے بارے میں detail کے ساتھ آیا ہے۔</w:t>
      </w:r>
    </w:p>
    <w:p>
      <w:r>
        <w:rPr>
          <w:b/>
        </w:rPr>
        <w:t xml:space="preserve">[01:23] </w:t>
      </w:r>
      <w:r>
        <w:t>is se mein ne kuch points arz kiye hain. isi ki roshni mein mein roze ke bary mein kuch kehna chahoon ga.</w:t>
      </w:r>
    </w:p>
    <w:p>
      <w:pPr>
        <w:jc w:val="right"/>
      </w:pPr>
      <w:r>
        <w:t>اس سے میں نے کچھ points عرض کیے ہیں۔ اسی کی روشنی میں میں روزے کے بارے میں کچھ کہنا چاہوں گا۔</w:t>
      </w:r>
    </w:p>
    <w:p>
      <w:r>
        <w:rPr>
          <w:b/>
        </w:rPr>
        <w:t xml:space="preserve">[01:34] </w:t>
      </w:r>
      <w:r>
        <w:t>dekhain pehli baat yeh hai ke roze ko quran mein som kaha gaya hai. som arabic word hai rukna restraint.</w:t>
      </w:r>
    </w:p>
    <w:p>
      <w:pPr>
        <w:jc w:val="right"/>
      </w:pPr>
      <w:r>
        <w:t>دیکھیں پہلی بات یہ ہے کہ روزہ کو قرآن میں صوم کہا گیا ہے۔ صوم Arabic word ہے رکنا restraint۔</w:t>
      </w:r>
    </w:p>
    <w:p>
      <w:r>
        <w:rPr>
          <w:b/>
        </w:rPr>
        <w:t xml:space="preserve">[01:53] </w:t>
      </w:r>
      <w:r>
        <w:t>rukna kis cheez se? khane peene se aur doosri cheezon se sath sath bolne se bhi.</w:t>
      </w:r>
    </w:p>
    <w:p>
      <w:pPr>
        <w:jc w:val="right"/>
      </w:pPr>
      <w:r>
        <w:t>رکنا کس چیز سے؟ کھانے پینے سے اور دوسری چیزوں سے ساتھ ساتھ بولنے سے بھی۔</w:t>
      </w:r>
    </w:p>
    <w:p>
      <w:r>
        <w:rPr>
          <w:b/>
        </w:rPr>
        <w:t xml:space="preserve">[02:03] </w:t>
      </w:r>
      <w:r>
        <w:t>dekhain pichli shariat mein yani yahood ki shariat mein som sukoot hota tha. chup ka roza. woh islami shariat mein bhi maujood hai.</w:t>
      </w:r>
    </w:p>
    <w:p>
      <w:pPr>
        <w:jc w:val="right"/>
      </w:pPr>
      <w:r>
        <w:t>دیکھیں پچھلی شریعت میں یعنی یہود کی شریعت میں صوم سکوت ہوتا تھا۔ چپ کا روزہ۔ وہ اسلامی شریعت میں بھی موجود ہے۔</w:t>
      </w:r>
    </w:p>
    <w:p>
      <w:r>
        <w:rPr>
          <w:b/>
        </w:rPr>
        <w:t xml:space="preserve">[02:15] </w:t>
      </w:r>
      <w:r>
        <w:t>is farq ke sath ke pehle tha som sukoot ab hai qillat e kalam. kam bolna ab bhi roze ka integral part hai.</w:t>
      </w:r>
    </w:p>
    <w:p>
      <w:pPr>
        <w:jc w:val="right"/>
      </w:pPr>
      <w:r>
        <w:t>اس فرق کے ساتھ کہ پہلے تھا صوم سکوت اب ہے قلت کلام۔ کم بولنا اب بھی روزے کا integral part ہے۔</w:t>
      </w:r>
    </w:p>
    <w:p>
      <w:r>
        <w:rPr>
          <w:b/>
        </w:rPr>
        <w:t xml:space="preserve">[02:30] </w:t>
      </w:r>
      <w:r>
        <w:t>jo log roza rakh kar khoob bohat ziyada bolein unho ne roza nahi rakha.</w:t>
      </w:r>
    </w:p>
    <w:p>
      <w:pPr>
        <w:jc w:val="right"/>
      </w:pPr>
      <w:r>
        <w:t>جو لوگ روزہ رکھ کر خوب بہت زیادہ بولیں انہوں نے روزہ نہیں رکھا۔</w:t>
      </w:r>
    </w:p>
    <w:p>
      <w:r>
        <w:rPr>
          <w:b/>
        </w:rPr>
        <w:t xml:space="preserve">[02:40] </w:t>
      </w:r>
      <w:r>
        <w:t>kyun? yani som yani abstinence kyun? abstinence fida se ka abstinence nahi.</w:t>
      </w:r>
    </w:p>
    <w:p>
      <w:pPr>
        <w:jc w:val="right"/>
      </w:pPr>
      <w:r>
        <w:t>کیوں؟ یعنی صوم یعنی abstinence کیوں؟ Abstinence فدسے کا abstinence نہیں۔</w:t>
      </w:r>
    </w:p>
    <w:p>
      <w:r>
        <w:rPr>
          <w:b/>
        </w:rPr>
        <w:t xml:space="preserve">[02:50] </w:t>
      </w:r>
      <w:r>
        <w:t>abstinence fida se ka abstinence nahi yani rukna fida se ka rukna nahi. rukne ka matlab kya hai? worldly cheezon mein apne involvement ko kam karna.</w:t>
      </w:r>
    </w:p>
    <w:p>
      <w:pPr>
        <w:jc w:val="right"/>
      </w:pPr>
      <w:r>
        <w:t>Abstinence فدسے کا abstinence نہیں یعنی رکنا فدسے کا رکنا نہیں۔ رکنے کا مطلب کیا ہے؟ Worldly چیزوں میں اپنے involvement کو کم کرنا۔</w:t>
      </w:r>
    </w:p>
    <w:p>
      <w:r>
        <w:rPr>
          <w:b/>
        </w:rPr>
        <w:t xml:space="preserve">[03:07] </w:t>
      </w:r>
      <w:r>
        <w:t>aadmi apni daily life mein worldly cheezon mein phansa rehta hai. to roze ka mahina is liye hai ke worldly cheezon mein apni involvement ko aap kam karein.</w:t>
      </w:r>
    </w:p>
    <w:p>
      <w:pPr>
        <w:jc w:val="right"/>
      </w:pPr>
      <w:r>
        <w:t>آدمی اپنی daily life میں worldly چیزوں میں پھنسا رہتا ہے۔ تو روزے کا مہینہ اس لیے ہے کہ worldly چیزوں میں اپنی involvement کو آپ کم کریں۔</w:t>
      </w:r>
    </w:p>
    <w:p>
      <w:r>
        <w:rPr>
          <w:b/>
        </w:rPr>
        <w:t xml:space="preserve">[03:20] </w:t>
      </w:r>
      <w:r>
        <w:t>misalan khana aap raat ko khayen din ko na khayen. to ramzan mein khana chhora nahi jata.</w:t>
      </w:r>
    </w:p>
    <w:p>
      <w:pPr>
        <w:jc w:val="right"/>
      </w:pPr>
      <w:r>
        <w:t>مثلاً کھانا آپ رات کو کھائیں دن کو نہ کھائیں۔ تو رمضان میں کھانا چھوڑا نہیں جاتا۔</w:t>
      </w:r>
    </w:p>
    <w:p>
      <w:r>
        <w:rPr>
          <w:b/>
        </w:rPr>
        <w:t xml:space="preserve">[03:29] </w:t>
      </w:r>
      <w:r>
        <w:t>khana kam kiya jata hai. yani din ko aap nahi khate rat ko khate hain. isi tarah se aram mein kami hoti hai.</w:t>
      </w:r>
    </w:p>
    <w:p>
      <w:pPr>
        <w:jc w:val="right"/>
      </w:pPr>
      <w:r>
        <w:t>کھانا کم کیا جاتا ہے۔ یعنی دن کو آپ نہیں کھاتے رات کو کھاتے ہیں۔ اسی طرح سے آرام میں کمی ہوتی ہے۔</w:t>
      </w:r>
    </w:p>
    <w:p>
      <w:r>
        <w:rPr>
          <w:b/>
        </w:rPr>
        <w:t xml:space="preserve">[03:41] </w:t>
      </w:r>
      <w:r>
        <w:t>routine totta hai aadmi ka. isi tarike se bolna bhi kam hota hai. kyunke aap bolenge to sochenge nahi.</w:t>
      </w:r>
    </w:p>
    <w:p>
      <w:pPr>
        <w:jc w:val="right"/>
      </w:pPr>
      <w:r>
        <w:t>Routine ٹوٹتا ہے آدمی کا۔ اسی طریقے سے بولنا بھی کم ہوتا ہے۔ کیونکہ آپ بولیں گے تو سوچیں گے نہیں۔</w:t>
      </w:r>
    </w:p>
    <w:p>
      <w:r>
        <w:rPr>
          <w:b/>
        </w:rPr>
        <w:t xml:space="preserve">[03:52] </w:t>
      </w:r>
      <w:r>
        <w:t>kisi ne kaha hai ke when i am speaking i am not thinking. to roza is liye hai ke aap zyada sochen. to bohat bolenge to aap sochenge kahan se.</w:t>
      </w:r>
    </w:p>
    <w:p>
      <w:pPr>
        <w:jc w:val="right"/>
      </w:pPr>
      <w:r>
        <w:t>کسی نے کہا ہے کہ When I am speaking I am not thinking۔ تو روزہ اس لیے ہے کہ آپ زیادہ سوچیں۔ تو بہت بولیں گے تو آپ سوچیں گے کہاں سے۔</w:t>
      </w:r>
    </w:p>
    <w:p>
      <w:r>
        <w:rPr>
          <w:b/>
        </w:rPr>
        <w:t xml:space="preserve">[04:06] </w:t>
      </w:r>
      <w:r>
        <w:t>quran mein dekhiye surah maryam jo hai yani chapter number nineteen is mein hazrat maryam yani hazrat masih ki walida ke bare mein zikr hai ke unhon ne roza rakha.</w:t>
      </w:r>
    </w:p>
    <w:p>
      <w:pPr>
        <w:jc w:val="right"/>
      </w:pPr>
      <w:r>
        <w:t>قرآن میں دیکھیے سورۃ مریم جو ہے یعنی Chapter Number Nineteen اس میں حضرت مریم یعنی حضرت مسیح کی والدہ کے بارے میں ذکر ہے کہ انہوں نے روزہ رکھا۔</w:t>
      </w:r>
    </w:p>
    <w:p>
      <w:r>
        <w:rPr>
          <w:b/>
        </w:rPr>
        <w:t xml:space="preserve">[04:19] </w:t>
      </w:r>
      <w:r>
        <w:t>to farmaya ke inni nazratun lirrahmani sawma falan ukallimal yawma insiyan.</w:t>
      </w:r>
    </w:p>
    <w:p>
      <w:pPr>
        <w:jc w:val="right"/>
      </w:pPr>
      <w:r>
        <w:t>تو فرمایا کہ انی نظرۃ للرحمن الصوم فلن اکلم اليوم انسیا۔</w:t>
      </w:r>
    </w:p>
    <w:p>
      <w:r>
        <w:rPr>
          <w:b/>
        </w:rPr>
        <w:t xml:space="preserve">[04:30] </w:t>
      </w:r>
      <w:r>
        <w:t>iska matlab kya hua? i have kept</w:t>
      </w:r>
    </w:p>
    <w:p>
      <w:pPr>
        <w:jc w:val="right"/>
      </w:pPr>
      <w:r>
        <w:t>اس کا مطلب کیا ہوا؟ I have kept</w:t>
      </w:r>
    </w:p>
    <w:p>
      <w:r>
        <w:rPr>
          <w:b/>
        </w:rPr>
        <w:t xml:space="preserve">[04:37] </w:t>
      </w:r>
      <w:r>
        <w:t>silent fast. main ne aaj chup ka roza rakha hai.</w:t>
      </w:r>
    </w:p>
    <w:p>
      <w:pPr>
        <w:jc w:val="right"/>
      </w:pPr>
      <w:r>
        <w:t>silent fast۔ میں نے آج چپ کا روزہ رکھا ہے۔</w:t>
      </w:r>
    </w:p>
    <w:p>
      <w:r>
        <w:rPr>
          <w:b/>
        </w:rPr>
        <w:t xml:space="preserve">[04:49] </w:t>
      </w:r>
      <w:r>
        <w:t>i have kept</w:t>
      </w:r>
    </w:p>
    <w:p>
      <w:pPr>
        <w:jc w:val="right"/>
      </w:pPr>
      <w:r>
        <w:t>I have kept</w:t>
      </w:r>
    </w:p>
    <w:p>
      <w:r>
        <w:rPr>
          <w:b/>
        </w:rPr>
        <w:t xml:space="preserve">[04:54] </w:t>
      </w:r>
      <w:r>
        <w:t>fast of silence today. to yeh hai qillat-e-ta'am aur qillat-e-kalam.</w:t>
      </w:r>
    </w:p>
    <w:p>
      <w:pPr>
        <w:jc w:val="right"/>
      </w:pPr>
      <w:r>
        <w:t>fast of silence today۔ تو یہ ہے قلت طعام اور قلت کلام۔</w:t>
      </w:r>
    </w:p>
    <w:p>
      <w:r>
        <w:rPr>
          <w:b/>
        </w:rPr>
        <w:t xml:space="preserve">[05:05] </w:t>
      </w:r>
      <w:r>
        <w:t>qillat-e-aram. har cheez mein kami karna. kyunke agar kami nahi karenge to aap kami ka matlab kya hai?</w:t>
      </w:r>
    </w:p>
    <w:p>
      <w:pPr>
        <w:jc w:val="right"/>
      </w:pPr>
      <w:r>
        <w:t>قلت آرام۔ ہر چیز میں کمی کرنا۔ کیونکہ اگر کمی نہیں کریں گے تو آپ کمی کا مطلب کیا ہے؟</w:t>
      </w:r>
    </w:p>
    <w:p>
      <w:r>
        <w:rPr>
          <w:b/>
        </w:rPr>
        <w:t xml:space="preserve">[05:13] </w:t>
      </w:r>
      <w:r>
        <w:t>jo distract hote rehte hain hum rozana. worldly cheezon mein. is distraction ko kam kar ke apne aap ko lagana zyada se zyada Allah ki yaad mein.</w:t>
      </w:r>
    </w:p>
    <w:p>
      <w:pPr>
        <w:jc w:val="right"/>
      </w:pPr>
      <w:r>
        <w:t>جو distract ہوتے رہتے ہیں ہم روزانہ۔ Worldly چیزوں میں۔ اس distraction کو کم کر کے اپنے آپ کو لگانا زیادہ سے زیادہ اللہ کی یاد میں۔</w:t>
      </w:r>
    </w:p>
    <w:p>
      <w:r>
        <w:rPr>
          <w:b/>
        </w:rPr>
        <w:t xml:space="preserve">[05:28] </w:t>
      </w:r>
      <w:r>
        <w:t>to dekhiye quran mein jo jahan yeh ahkam aaye hain roze ke to wahan sab se pehla jo word hai woh hai ya ayyuhallazina amanu kutiba alaikumus siyam kama kutiba alallazina min qablikum la'allakum tattaqun.</w:t>
      </w:r>
    </w:p>
    <w:p>
      <w:pPr>
        <w:jc w:val="right"/>
      </w:pPr>
      <w:r>
        <w:t>تو دیکھیے قرآن میں جو جہاں یہ احکام آئے ہیں روزے کے تو وہاں سب سے پہلا جو word ہے وہ ہے یا ایہا الذین آمنوا کتب علیکم الصیام کما کتب علی الذین من قبلکم لعلكم تتقون۔</w:t>
      </w:r>
    </w:p>
    <w:p>
      <w:r>
        <w:rPr>
          <w:b/>
        </w:rPr>
        <w:t xml:space="preserve">[05:43] </w:t>
      </w:r>
      <w:r>
        <w:t>to dekhiye yeh ayat jo hai ahle iman ko address karti hai. aye iman walo.</w:t>
      </w:r>
    </w:p>
    <w:p>
      <w:pPr>
        <w:jc w:val="right"/>
      </w:pPr>
      <w:r>
        <w:t>تو دیکھیے یہ آیت جو ہے اہل ایمان کو address کرتی ہے۔ اے ایمان والو۔</w:t>
      </w:r>
    </w:p>
    <w:p>
      <w:r>
        <w:rPr>
          <w:b/>
        </w:rPr>
        <w:t xml:space="preserve">[05:51] </w:t>
      </w:r>
      <w:r>
        <w:t>to iman walon ko yani believers ko address kar rahi hai. believers kaun hain? believers woh nahi hain jo ittefaq se paida ho gaye kisi muslim family mein ya unhon ne recite kar liya kalma nahi.</w:t>
      </w:r>
    </w:p>
    <w:p>
      <w:pPr>
        <w:jc w:val="right"/>
      </w:pPr>
      <w:r>
        <w:t>تو ایمان والوں کو یعنی believers کو address کر رہی ہے۔ Believers کون ہیں؟ Believers وہ نہیں ہیں جو اتفاق سے پیدا ہو گئے کسی مسلم family میں یا انہوں نے recite کر لیا کلمہ نہیں۔</w:t>
      </w:r>
    </w:p>
    <w:p>
      <w:r>
        <w:rPr>
          <w:b/>
        </w:rPr>
        <w:t xml:space="preserve">[06:10] </w:t>
      </w:r>
      <w:r>
        <w:t>woh hain ashab-e-ma'rifat. iman ka matlab hai ma'rifat. yani one who realizes god.</w:t>
      </w:r>
    </w:p>
    <w:p>
      <w:pPr>
        <w:jc w:val="right"/>
      </w:pPr>
      <w:r>
        <w:t>وہ ہیں اصحاب معرفت۔ ایمان کا مطلب ہے معرفت۔ یعنی One who realizes God۔</w:t>
      </w:r>
    </w:p>
    <w:p>
      <w:r>
        <w:rPr>
          <w:b/>
        </w:rPr>
        <w:t xml:space="preserve">[06:18] </w:t>
      </w:r>
      <w:r>
        <w:t>one who discovers god. he is a momin. aaj main soch raha tha ek baat ke Allah taala ne</w:t>
      </w:r>
    </w:p>
    <w:p>
      <w:pPr>
        <w:jc w:val="right"/>
      </w:pPr>
      <w:r>
        <w:t>One who discovers God۔ He is a مومن۔ آج میں سوچ رہا تھا ایک بات کہ اللہ تعالی نے</w:t>
      </w:r>
    </w:p>
    <w:p>
      <w:r>
        <w:rPr>
          <w:b/>
        </w:rPr>
        <w:t xml:space="preserve">[06:30] </w:t>
      </w:r>
      <w:r>
        <w:t>ek taraf to yeh dunya jo banai to pandrah billion saal mein ja kar ke dunya bani. yani matter ko convert kiya Allah ne life mein to pandrah billion saal lag gaye.</w:t>
      </w:r>
    </w:p>
    <w:p>
      <w:pPr>
        <w:jc w:val="right"/>
      </w:pPr>
      <w:r>
        <w:t>ایک طرف تو یہ دنیا جو بنائی تو پندرہ بلین سال میں جا کر کے دنیا بنی۔ یعنی matter کو convert کیا اللہ نے life میں تو پندرہ بلین سال لگ گئے۔</w:t>
      </w:r>
    </w:p>
    <w:p>
      <w:r>
        <w:rPr>
          <w:b/>
        </w:rPr>
        <w:t xml:space="preserve">[06:45] </w:t>
      </w:r>
      <w:r>
        <w:t>dunya pehle matter thi bohat dinon tak. phir woh life mein convert hui insan bana. is mein pandrah billion saal lag gaye.</w:t>
      </w:r>
    </w:p>
    <w:p>
      <w:pPr>
        <w:jc w:val="right"/>
      </w:pPr>
      <w:r>
        <w:t>دنیا پہلے matter تھی بہت دنوں تک۔ پھر وہ life میں convert ہوئی انسان بنا۔ اس میں پندرہ بلین سال لگ گئے۔</w:t>
      </w:r>
    </w:p>
    <w:p>
      <w:r>
        <w:rPr>
          <w:b/>
        </w:rPr>
        <w:t xml:space="preserve">[06:55] </w:t>
      </w:r>
      <w:r>
        <w:t>hazrat musa ko ek mo'jaza diya gaya tha ke unki jo laathi thi woh saanp ban gayi. yani matter convert ho gaya life mein.</w:t>
      </w:r>
    </w:p>
    <w:p>
      <w:pPr>
        <w:jc w:val="right"/>
      </w:pPr>
      <w:r>
        <w:t>حضرت موسیٰ کو ایک معجزہ دیا گیا تھا کہ ان کی جو لاٹھی تھی وہ سانپ بن گئی۔ یعنی matter convert ہو گیا life میں۔</w:t>
      </w:r>
    </w:p>
    <w:p>
      <w:r>
        <w:rPr>
          <w:b/>
        </w:rPr>
        <w:t xml:space="preserve">[07:06] </w:t>
      </w:r>
      <w:r>
        <w:t>woh to instantly hua. to why this difference? kyun hazrat musa ke zamane mein ek matter instantly life mein convert ho gaya?</w:t>
      </w:r>
    </w:p>
    <w:p>
      <w:pPr>
        <w:jc w:val="right"/>
      </w:pPr>
      <w:r>
        <w:t>وہ تو instantly ہوا۔ تو Why this difference؟ کیوں حضرت موسیٰ کے زمانے میں ایک matter instantly life میں convert ہو گیا؟</w:t>
      </w:r>
    </w:p>
    <w:p>
      <w:r>
        <w:rPr>
          <w:b/>
        </w:rPr>
        <w:t xml:space="preserve">[07:19] </w:t>
      </w:r>
      <w:r>
        <w:t>to aise hi Khuda kar sakta tha ke sari universe jo hai achaanak ban jaye. Allah taala ko qudrat hai, ikhtiyar hai, power hai ke woh achaanak hi sari dunya bana de.</w:t>
      </w:r>
    </w:p>
    <w:p>
      <w:pPr>
        <w:jc w:val="right"/>
      </w:pPr>
      <w:r>
        <w:t>تو ایسے ہی خدا کر سکتا تھا کہ ساری universe جو ہے اچانک بن جائے۔ اللہ تعالی کو قدرت ہے، اختیار ہے، power ہے کہ وہ اچانک ہی ساری دنیا بنا دے۔</w:t>
      </w:r>
    </w:p>
    <w:p>
      <w:r>
        <w:rPr>
          <w:b/>
        </w:rPr>
        <w:t xml:space="preserve">[07:33] </w:t>
      </w:r>
      <w:r>
        <w:t>aisa nahi kiya kyun? woh is liye ke hum sochen. agar dunya achaanak ban jaye to is mein hum kya sochenge? musa ke a'sab par koi sochne ka wahan par nahi tha saman.</w:t>
      </w:r>
    </w:p>
    <w:p>
      <w:pPr>
        <w:jc w:val="right"/>
      </w:pPr>
      <w:r>
        <w:t>ایسا نہیں کیا کیوں؟ وہ اس لیے کہ ہم سوچیں۔ اگر دنیا اچانک بن جائے تو اس میں ہم کیا سوچیں گے؟ موسیٰ کے اعصاب پر کوئی سوچنے کا وہاں پر نہیں تھا سامان۔</w:t>
      </w:r>
    </w:p>
    <w:p>
      <w:r>
        <w:rPr>
          <w:b/>
        </w:rPr>
        <w:t xml:space="preserve">[07:48] </w:t>
      </w:r>
      <w:r>
        <w:t>lekin yeh jo dunya bani hai pandrah saal mein, pandrah billion saal mein to sara laws hai yahan se wahan tak. is in laws ko jo hum kehte hain laws of nature.</w:t>
      </w:r>
    </w:p>
    <w:p>
      <w:pPr>
        <w:jc w:val="right"/>
      </w:pPr>
      <w:r>
        <w:t>لیکن یہ جو دنیا بنی ہے پندرہ سال میں، پندرہ بلین سال میں تو سارا لاز ہے یہاں سے وہاں تک۔ اس ان لاز کو جو ہم کہتے ہیں لاز آف نیچر۔</w:t>
      </w:r>
    </w:p>
    <w:p>
      <w:r>
        <w:rPr>
          <w:b/>
        </w:rPr>
        <w:t xml:space="preserve">[08:00] </w:t>
      </w:r>
      <w:r>
        <w:t>isko insan ne discover kiya. hazaron saal se insan soch raha tha. aur phir jo aaj kal jo science ka zamana aaya hai newton se to pichhle char sau saal mein bohat zyada socha gaya.</w:t>
      </w:r>
    </w:p>
    <w:p>
      <w:pPr>
        <w:jc w:val="right"/>
      </w:pPr>
      <w:r>
        <w:t>اس کو انسان نے discover کیا۔ ہزاروں سال سے انسان سوچ رہا تھا۔ اور پھر جو آج کل جو سائنس کا زمانہ آیا ہے نیوٹن سے تو پچھلے چار سو سال میں بہت زیادہ سوچا گیا۔</w:t>
      </w:r>
    </w:p>
    <w:p>
      <w:r>
        <w:rPr>
          <w:b/>
        </w:rPr>
        <w:t xml:space="preserve">[08:13] </w:t>
      </w:r>
      <w:r>
        <w:t>to insaan ki soch ko activate karne ke liye. to to pandrah billion saal mein khuda ne banaya kyun insaan ki soch ko activate karne ke liye?</w:t>
      </w:r>
    </w:p>
    <w:p>
      <w:pPr>
        <w:jc w:val="right"/>
      </w:pPr>
      <w:r>
        <w:t>تو انسان کی سوچ کو activate کرنے کے لیے۔ تو تو پندرہ بلین سال میں خدا نے بنایا کیوں انسان کی سوچ کو activate کرنے کے لیے؟</w:t>
      </w:r>
    </w:p>
    <w:p>
      <w:r>
        <w:rPr>
          <w:b/>
        </w:rPr>
        <w:t xml:space="preserve">[08:26] </w:t>
      </w:r>
      <w:r>
        <w:t>wohi aap na karein. wahi aap na karein to is maani hai ke aap ne kuch bhi nahi kiya. to saal bhar aap ko yeh karna chahiye ke aap is silsile mein roza rakhein.</w:t>
      </w:r>
    </w:p>
    <w:p>
      <w:pPr>
        <w:jc w:val="right"/>
      </w:pPr>
      <w:r>
        <w:t>وہی آپ نہ کریں۔ وہی آپ نہ کریں تو اس معنی ہے کہ آپ نے کچھ بھی نہیں کیا۔ تو سال بھر آپ کو یہ کرنا چاہیے کہ آپ اس سلسلے میں روزہ رکھیں۔</w:t>
      </w:r>
    </w:p>
    <w:p>
      <w:r>
        <w:rPr>
          <w:b/>
        </w:rPr>
        <w:t xml:space="preserve">[08:37] </w:t>
      </w:r>
      <w:r>
        <w:t>yaani sochein. distraction se apne aap ko bachayein. yeh to saal bhar karna hai. lekin kam se kam yeh minimum hai.</w:t>
      </w:r>
    </w:p>
    <w:p>
      <w:pPr>
        <w:jc w:val="right"/>
      </w:pPr>
      <w:r>
        <w:t>یعنی سوچیں۔ Distraction سے اپنے آپ کو بچائیں۔ یہ تو سال بھر کرنا ہے۔ لیکن کم سے کم یہ minimum ہے۔</w:t>
      </w:r>
    </w:p>
    <w:p>
      <w:r>
        <w:rPr>
          <w:b/>
        </w:rPr>
        <w:t xml:space="preserve">[08:48] </w:t>
      </w:r>
      <w:r>
        <w:t>yeh minimum hai. maximum to yeh hai ke aap saal bhar roza rakhein yaani sochein. roza asal mein sochne ka naam hai.</w:t>
      </w:r>
    </w:p>
    <w:p>
      <w:pPr>
        <w:jc w:val="right"/>
      </w:pPr>
      <w:r>
        <w:t>یہ minimum ہے۔ Maximum تو یہ ہے کہ آپ سال بھر روزہ رکھیں یعنی سوچیں۔ روزہ اصل میں سوچنے کا نام ہے۔</w:t>
      </w:r>
    </w:p>
    <w:p>
      <w:r>
        <w:rPr>
          <w:b/>
        </w:rPr>
        <w:t xml:space="preserve">[08:58] </w:t>
      </w:r>
      <w:r>
        <w:t>alag ho kar sochna. rasool Allah sal Allah alaih wasallam jaate the jab ghare hira mein to woh kya tha? kaha jata hai ke roza rakhte the. wahan bhi kya karte the aap?</w:t>
      </w:r>
    </w:p>
    <w:p>
      <w:pPr>
        <w:jc w:val="right"/>
      </w:pPr>
      <w:r>
        <w:t>الگ ہو کر سوچنا۔ رسول اللہ صلی اللہ علیہ وسلم جاتے تھے جب غار حرا میں تو وہ کیا تھا؟ کہا جاتا ہے کہ روزہ رکھتے تھے۔ وہاں بھی کیا کرتے تھے آپ؟</w:t>
      </w:r>
    </w:p>
    <w:p>
      <w:r>
        <w:rPr>
          <w:b/>
        </w:rPr>
        <w:t xml:space="preserve">[09:07] </w:t>
      </w:r>
      <w:r>
        <w:t>contemplation tha woh. sochna tha woh. lekin saal ka ek mahina ramzan ka mahina jo hai is mein to specially aap ko bilkul apne ko dedicate kar dena chahiye isi kaam mein.</w:t>
      </w:r>
    </w:p>
    <w:p>
      <w:pPr>
        <w:jc w:val="right"/>
      </w:pPr>
      <w:r>
        <w:t>Contemplation تھا وہ۔ سوچنا تھا وہ۔ لیکن سال کا ایک مہینہ رمضان کا مہینہ جو ہے اس میں تو specially آپ کو بالکل اپنے کو dedicate کر دینا چاہیے اسی کام میں۔</w:t>
      </w:r>
    </w:p>
    <w:p>
      <w:r>
        <w:rPr>
          <w:b/>
        </w:rPr>
        <w:t xml:space="preserve">[09:23] </w:t>
      </w:r>
      <w:r>
        <w:t>to dekhiye jo starting point hai woh yeh hai ke aap ko khuda ki discovery ho. khuda ka realization ho. tab ja kar aap momin banenge.</w:t>
      </w:r>
    </w:p>
    <w:p>
      <w:pPr>
        <w:jc w:val="right"/>
      </w:pPr>
      <w:r>
        <w:t>تو دیکھیے جو starting point ہے وہ یہ ہے کہ آپ کو خدا کی discovery ہو۔ خدا کا realization ہو۔ تب جا کر آپ مومن بنیں گے۔</w:t>
      </w:r>
    </w:p>
    <w:p>
      <w:r>
        <w:rPr>
          <w:b/>
        </w:rPr>
        <w:t xml:space="preserve">[09:35] </w:t>
      </w:r>
      <w:r>
        <w:t>tab aap ko marifat hasil ho gi. yahin se shuru hoga agla mamla. yaani agar aap ko imaan in the sense of marifat na mila hua ho.</w:t>
      </w:r>
    </w:p>
    <w:p>
      <w:pPr>
        <w:jc w:val="right"/>
      </w:pPr>
      <w:r>
        <w:t>تب آپ کو معرفت حاصل ہو گی۔ یہیں سے شروع ہو گا اگلا معاملہ۔ یعنی اگر آپ کو ایمان in the sense of معرفت نہ ملا ہوا ہو۔</w:t>
      </w:r>
    </w:p>
    <w:p>
      <w:r>
        <w:rPr>
          <w:b/>
        </w:rPr>
        <w:t xml:space="preserve">[09:47] </w:t>
      </w:r>
      <w:r>
        <w:t>aap roza rakhein to kya hoga woh roza? woh kuch bhi nahi hoga. aaj maine urdu paper mein padha aaj subah ke dilli mein roza aate hi roze ki sargarmian shuru ho gayi.</w:t>
      </w:r>
    </w:p>
    <w:p>
      <w:pPr>
        <w:jc w:val="right"/>
      </w:pPr>
      <w:r>
        <w:t>آپ روزہ رکھیں تو کیا ہو گا وہ روزہ؟ وہ کچھ بھی نہیں ہو گا۔ آج میں نے اردو paper میں پڑھا آج صبح کہ دلی میں روزہ آتے ہی روزے کی سرگرمیاں شروع ہو گئیں۔</w:t>
      </w:r>
    </w:p>
    <w:p>
      <w:r>
        <w:rPr>
          <w:b/>
        </w:rPr>
        <w:t xml:space="preserve">[10:00] </w:t>
      </w:r>
      <w:r>
        <w:t>aaj ke paper mein aap urdu ke paper padh sakte hain aap. is mein kya tha? masjidon mein roshniyan ho rahi hain. aur dukano par khoob khajoor aur falan khane ke items bik rahe hain.</w:t>
      </w:r>
    </w:p>
    <w:p>
      <w:pPr>
        <w:jc w:val="right"/>
      </w:pPr>
      <w:r>
        <w:t>آج کے paper میں آپ اردو کے paper پڑھ سکتے ہیں آپ۔ اس میں کیا تھا؟ مسجدوں میں روشنیاں ہو رہی ہیں۔ اور دکانوں پر خوب کھجور اور فلاں کھانے کے items بک رہے ہیں۔</w:t>
      </w:r>
    </w:p>
    <w:p>
      <w:r>
        <w:rPr>
          <w:b/>
        </w:rPr>
        <w:t xml:space="preserve">[10:12] </w:t>
      </w:r>
      <w:r>
        <w:t>aur log ek doosre ko mubarakbad de rahe hain. isi tarah ki cheezein. yaani worldly sargarmion ka mahina bana diya roze ko.</w:t>
      </w:r>
    </w:p>
    <w:p>
      <w:pPr>
        <w:jc w:val="right"/>
      </w:pPr>
      <w:r>
        <w:t>اور لوگ ایک دوسرے کو مبارکباد دے رہے ہیں۔ اسی طرح کی چیزیں۔ یعنی worldly سرگرمیوں کا مہینہ بنا دیا روزے کو۔</w:t>
      </w:r>
    </w:p>
    <w:p>
      <w:r>
        <w:rPr>
          <w:b/>
        </w:rPr>
        <w:t xml:space="preserve">[10:23] </w:t>
      </w:r>
      <w:r>
        <w:t>kisi shayar ne kaha tha ke tan parwari khalq fazu shud zar riyazat juz garmi iftar nadarat ramzan hai.</w:t>
      </w:r>
    </w:p>
    <w:p>
      <w:pPr>
        <w:jc w:val="right"/>
      </w:pPr>
      <w:r>
        <w:t>کسی شاعر نے کہا تھا کہ تن پروری خلق فضو شد ذر ریاضت جز گرمی افطار ندارت رمضان ہے۔</w:t>
      </w:r>
    </w:p>
    <w:p>
      <w:r>
        <w:rPr>
          <w:b/>
        </w:rPr>
        <w:t xml:space="preserve">[10:34] </w:t>
      </w:r>
      <w:r>
        <w:t>to yeh yeh roze ki sargarmian nahi hain. ke log khoob bol rahe hain. naat khwaniyan ho rahi hain masjidon mein. taqreerein ho rahi hain.</w:t>
      </w:r>
    </w:p>
    <w:p>
      <w:pPr>
        <w:jc w:val="right"/>
      </w:pPr>
      <w:r>
        <w:t>تو یہ یہ روزے کی سرگرمیاں نہیں ہیں۔ کہ لوگ خوب بول رہے ہیں۔ نعت خوانیاں ہو رہی ہیں مسجدوں میں۔ تقریریں ہو رہی ہیں۔</w:t>
      </w:r>
    </w:p>
    <w:p>
      <w:r>
        <w:rPr>
          <w:b/>
        </w:rPr>
        <w:t xml:space="preserve">[10:45] </w:t>
      </w:r>
      <w:r>
        <w:t>loudspeaker ka shor macha hua hai. yeh roza nahi hai. roza hai ke aap ke andar</w:t>
      </w:r>
    </w:p>
    <w:p>
      <w:pPr>
        <w:jc w:val="right"/>
      </w:pPr>
      <w:r>
        <w:t>لاؤڈ سپیکر کا شور مچا ہوا ہے۔ یہ روزہ نہیں ہے۔ روزہ ہے کہ آپ کے اندر</w:t>
      </w:r>
    </w:p>
    <w:p>
      <w:r>
        <w:rPr>
          <w:b/>
        </w:rPr>
        <w:t xml:space="preserve">[10:56] </w:t>
      </w:r>
      <w:r>
        <w:t>soch barhe aap ki soch barhe. sachaiyon ko janne ke liye aap gehre tareeqe se sochein.</w:t>
      </w:r>
    </w:p>
    <w:p>
      <w:pPr>
        <w:jc w:val="right"/>
      </w:pPr>
      <w:r>
        <w:t>سوچ بڑھے آپ کی سوچ بڑھے۔ سچائیوں کو جاننے کے لیے آپ گہرے طریقے سے سوچیں۔</w:t>
      </w:r>
    </w:p>
    <w:p>
      <w:r>
        <w:rPr>
          <w:b/>
        </w:rPr>
        <w:t xml:space="preserve">[11:06] </w:t>
      </w:r>
      <w:r>
        <w:t>aur is ayat mein dekha hai ke ke pehle pichli ummaton ko bhi roza farz kiya gaya tha. kutiba alaikumus siyam kama kutiba alal lazeena min qablikum.</w:t>
      </w:r>
    </w:p>
    <w:p>
      <w:pPr>
        <w:jc w:val="right"/>
      </w:pPr>
      <w:r>
        <w:t>اور اس آیت میں دیکھیا ہے کہ کہ پہلے پچھلی امتوں کو بھی روزہ فرض کیا گیا تھا۔ کتب علیکم الصیام کما کتب علی الذین من قبلکم۔</w:t>
      </w:r>
    </w:p>
    <w:p>
      <w:r>
        <w:rPr>
          <w:b/>
        </w:rPr>
        <w:t xml:space="preserve">[11:20] </w:t>
      </w:r>
      <w:r>
        <w:t>is ke maani hain ke yeh roze ka jo tareeqa hai woh hamesha raha hai aasmani shariaton mein. maine kuch logon ko yeh kehti hui suna ke arab mein chuki desert hua karta tha wahan khane peene ka saman bohat kam milta tha.</w:t>
      </w:r>
    </w:p>
    <w:p>
      <w:pPr>
        <w:jc w:val="right"/>
      </w:pPr>
      <w:r>
        <w:t>اس کے معنی ہیں کہ یہ روزہ کا جو طریقہ ہے وہ ہمیشہ رہا ہے آسمانی شریعتوں میں۔ میں نے کچھ لوگوں کو یہ کہتی ہوئی سنا کہ عرب میں چونکہ desert ہوا کرتا تھا وہاں کھانے پینے کا سامان بہت کم ملتا تھا۔</w:t>
      </w:r>
    </w:p>
    <w:p>
      <w:r>
        <w:rPr>
          <w:b/>
        </w:rPr>
        <w:t xml:space="preserve">[11:41] </w:t>
      </w:r>
      <w:r>
        <w:t>to keh diya ke roza rakh lo. yeh bilkul hi stupid baat hai. baseless baat hai. roze ka taluq desert se nahi hai.</w:t>
      </w:r>
    </w:p>
    <w:p>
      <w:pPr>
        <w:jc w:val="right"/>
      </w:pPr>
      <w:r>
        <w:t>تو کہہ دیا کہ روزہ رکھ لو۔ یہ بالکل ہی stupid بات ہے۔ Baseless بات ہے۔ روزے کا تعلق desert سے نہیں ہے۔</w:t>
      </w:r>
    </w:p>
    <w:p>
      <w:r>
        <w:rPr>
          <w:b/>
        </w:rPr>
        <w:t xml:space="preserve">[11:52] </w:t>
      </w:r>
      <w:r>
        <w:t>kuch nahi hai. woh har jagah matloob hai. kyunke masla bhooke rehne ka nahi hai. masla apne ko worldly distraction se bachane ka hai.</w:t>
      </w:r>
    </w:p>
    <w:p>
      <w:pPr>
        <w:jc w:val="right"/>
      </w:pPr>
      <w:r>
        <w:t>کچھ نہیں ہے۔ وہ ہر جگہ مطلوب ہے۔ کیونکہ مسئلہ بھوکے رہنے کا نہیں ہے۔ مسئلہ اپنے کو worldly distraction سے بچانے کا ہے۔</w:t>
      </w:r>
    </w:p>
    <w:p>
      <w:r>
        <w:rPr>
          <w:b/>
        </w:rPr>
        <w:t xml:space="preserve">[12:04] </w:t>
      </w:r>
      <w:r>
        <w:t>khuda mein zyada soch bichar karne ka hai. khuda ki discovery mein gum hone ka hai. khuda ki marifat ko barhane ka hai. is ke liye roze mein apne ko aadmi alag karta hai worldly involvement se.</w:t>
      </w:r>
    </w:p>
    <w:p>
      <w:pPr>
        <w:jc w:val="right"/>
      </w:pPr>
      <w:r>
        <w:t>خدا میں زیادہ سوچ بچار کرنے کا ہے۔ خدا کی discovery میں گم ہونے کا ہے۔ خدا کی معرفت کو بڑھانے کا ہے۔ اس کے لیے روزے میں اپنے کو آدمی الگ کرتا ہے worldly involvement سے۔</w:t>
      </w:r>
    </w:p>
    <w:p>
      <w:r>
        <w:rPr>
          <w:b/>
        </w:rPr>
        <w:t xml:space="preserve">[12:18] </w:t>
      </w:r>
      <w:r>
        <w:t>worldly activities se. to farmaya ke la allakum tattaqun taake tumhare andar taqwa paida ho.</w:t>
      </w:r>
    </w:p>
    <w:p>
      <w:pPr>
        <w:jc w:val="right"/>
      </w:pPr>
      <w:r>
        <w:t>Worldly activities سے۔ تو فرمایا کہ لعلکم تتقون تاکہ تمہارے اندر تقویٰ پیدا ہو۔</w:t>
      </w:r>
    </w:p>
    <w:p>
      <w:r>
        <w:rPr>
          <w:b/>
        </w:rPr>
        <w:t xml:space="preserve">[12:32] </w:t>
      </w:r>
      <w:r>
        <w:t>yeh quran ki ayat hai. taqwa ka matlab kya hai? literal meaning hai taqwa ka bachna. jaise ke farz ki jiye ke yeh bohat jal raha ho.</w:t>
      </w:r>
    </w:p>
    <w:p>
      <w:pPr>
        <w:jc w:val="right"/>
      </w:pPr>
      <w:r>
        <w:t>یہ قرآن کی آیت ہے۔ تقویٰ کا مطلب کیا ہے؟ Literal meaning ہے تقویٰ کا بچنا۔ جیسے کہ فرض کیجیے کہ یہ بہت جل رہا ہو۔</w:t>
      </w:r>
    </w:p>
    <w:p>
      <w:r>
        <w:rPr>
          <w:b/>
        </w:rPr>
        <w:t xml:space="preserve">[12:43] </w:t>
      </w:r>
      <w:r>
        <w:t>aur main hath paas le jaon to jalte hue jaldi se hath hata loon. to yeh taqwa hua. ke jalti hui cheez se main apne hath ko hata liya maine.</w:t>
      </w:r>
    </w:p>
    <w:p>
      <w:pPr>
        <w:jc w:val="right"/>
      </w:pPr>
      <w:r>
        <w:t>اور میں ہاتھ پاس لے جاؤں تو جلتے ہوئے جلدی سے ہاتھ ہٹا لوں۔ تو یہ تقویٰ ہوا۔ کہ جلتی ہوئی چیز سے میں اپنے ہاتھ کو ہٹا لیا میں نے۔</w:t>
      </w:r>
    </w:p>
    <w:p>
      <w:r>
        <w:rPr>
          <w:b/>
        </w:rPr>
        <w:t xml:space="preserve">[12:51] </w:t>
      </w:r>
      <w:r>
        <w:t>to yeh taqwa hua. bachana. to is ko aap yun keh sakte hain ke ehtiyat.</w:t>
      </w:r>
    </w:p>
    <w:p>
      <w:pPr>
        <w:jc w:val="right"/>
      </w:pPr>
      <w:r>
        <w:t>تو یہ تقویٰ ہوا۔ بچانا۔ تو اس کو آپ یوں کہہ سکتے ہیں کہ احتیاط۔</w:t>
      </w:r>
    </w:p>
    <w:p>
      <w:r>
        <w:rPr>
          <w:b/>
        </w:rPr>
        <w:t xml:space="preserve">[13:00] </w:t>
      </w:r>
      <w:r>
        <w:t>to mutaqqi ko isi tarjuma kuch logon ne kiya hai mindful. mahfooz. ehtiyat. yaani in cheezon se apne ko bachana.</w:t>
      </w:r>
    </w:p>
    <w:p>
      <w:pPr>
        <w:jc w:val="right"/>
      </w:pPr>
      <w:r>
        <w:t>تو متقی کو اسی ترجمہ کچھ لوگوں نے کیا ہے mindful۔ محتاط۔ احتیاط۔ یعنی ان چیزوں سے اپنے کو بچانا۔</w:t>
      </w:r>
    </w:p>
    <w:p>
      <w:r>
        <w:rPr>
          <w:b/>
        </w:rPr>
        <w:t xml:space="preserve">[13:10] </w:t>
      </w:r>
      <w:r>
        <w:t>ehtiyat karna. jin ko aap samajhte hain ke is mein yeh hamare liye harmful hain. to harmful sirf material chezen nahin hoti hain.</w:t>
      </w:r>
    </w:p>
    <w:p>
      <w:pPr>
        <w:jc w:val="right"/>
      </w:pPr>
      <w:r>
        <w:t>احتیاط کرنا۔ جن کو آپ سمجھتے ہیں کہ اس میں یہ ہمارے لیے harmful ہیں۔ تو harmful صرف material چیزیں نہیں ہوتی ہیں۔</w:t>
      </w:r>
    </w:p>
    <w:p>
      <w:r>
        <w:rPr>
          <w:b/>
        </w:rPr>
        <w:t xml:space="preserve">[13:20] </w:t>
      </w:r>
      <w:r>
        <w:t>dusri chezen bhi hoti hain. yani aisi soch se bachana. aise jazbat se bachana. aise nafsiyat se bachana.</w:t>
      </w:r>
    </w:p>
    <w:p>
      <w:pPr>
        <w:jc w:val="right"/>
      </w:pPr>
      <w:r>
        <w:t>دوسری چیزیں بھی ہوتی ہیں۔ یعنی ایسی سوچ سے بچانا۔ ایسے جذبات سے بچانا۔ ایسے نفسیات سے بچانا۔</w:t>
      </w:r>
    </w:p>
    <w:p>
      <w:r>
        <w:rPr>
          <w:b/>
        </w:rPr>
        <w:t xml:space="preserve">[13:31] </w:t>
      </w:r>
      <w:r>
        <w:t>jo aap ke liye harmful hon. woh sab taqwa mein shamil ho jayega. woh sab ehtiyat ke yani ehtiyat ke wasee tar mafhoom mein woh sab aa jayega.</w:t>
      </w:r>
    </w:p>
    <w:p>
      <w:pPr>
        <w:jc w:val="right"/>
      </w:pPr>
      <w:r>
        <w:t>جو آپ کے لیے harmful ہوں۔ وہ سب تقویٰ میں شامل ہو جائے گا۔ وہ سب احتیاط کے یعنی احتیاط کے وسیع تر مفہوم میں وہ سب آ جائے گا۔</w:t>
      </w:r>
    </w:p>
    <w:p>
      <w:r>
        <w:rPr>
          <w:b/>
        </w:rPr>
        <w:t xml:space="preserve">[13:47] </w:t>
      </w:r>
      <w:r>
        <w:t>is ke baad dekhiye quran mein hai ke sh Ramadan allazi anzal fi alquran</w:t>
      </w:r>
    </w:p>
    <w:p>
      <w:pPr>
        <w:jc w:val="right"/>
      </w:pPr>
      <w:r>
        <w:t>اس کے بعد دیکھیے قرآن میں ہے کہ شر رمضان الذی انزل فی القرآن</w:t>
      </w:r>
    </w:p>
    <w:p>
      <w:r>
        <w:rPr>
          <w:b/>
        </w:rPr>
        <w:t xml:space="preserve">[13:57] </w:t>
      </w:r>
      <w:r>
        <w:t>yani yeh farmaya hai ke Ramadan ka jo mahina hai isi mahine mein quran utra tha. yani rasool Allah sal Allah alaihi wasallam wahan par hira pahad ke cave mein the ghar hira mein.</w:t>
      </w:r>
    </w:p>
    <w:p>
      <w:pPr>
        <w:jc w:val="right"/>
      </w:pPr>
      <w:r>
        <w:t>یعنی یہ فرمایا ہے کہ رمضان کا جو مہینہ ہے اسی مہینے میں قرآن اترا تھا۔ یعنی رسول اللہ صلی اللہ علیہ وسلم وہاں پر حرا پہاڑ کے cave میں تھے غار حرا میں۔</w:t>
      </w:r>
    </w:p>
    <w:p>
      <w:r>
        <w:rPr>
          <w:b/>
        </w:rPr>
        <w:t xml:space="preserve">[14:11] </w:t>
      </w:r>
      <w:r>
        <w:t>is waqt jibril aaye. aur woh Ramadan ka aakhri tareekh thi.</w:t>
      </w:r>
    </w:p>
    <w:p>
      <w:pPr>
        <w:jc w:val="right"/>
      </w:pPr>
      <w:r>
        <w:t>اس وقت جبرائیل آئے۔ اور وہ رمضان کا آخری تاریخیں تھیں۔</w:t>
      </w:r>
    </w:p>
    <w:p>
      <w:r>
        <w:rPr>
          <w:b/>
        </w:rPr>
        <w:t xml:space="preserve">[14:22] </w:t>
      </w:r>
      <w:r>
        <w:t>kaha jata hai ke woh satayees tareekh thi. to yeh Ramadan shuru yani quran shuru hua utarna.</w:t>
      </w:r>
    </w:p>
    <w:p>
      <w:pPr>
        <w:jc w:val="right"/>
      </w:pPr>
      <w:r>
        <w:t>کہا جاتا ہے کہ وہ ستائیس تاریخ تھی۔ تو یہ رمضان شروع یعنی قرآن شروع ہوا اترنا۔</w:t>
      </w:r>
    </w:p>
    <w:p>
      <w:r>
        <w:rPr>
          <w:b/>
        </w:rPr>
        <w:t xml:space="preserve">[14:32] </w:t>
      </w:r>
      <w:r>
        <w:t>yani Ramadan ke mahine mein quran ka revelation shuru hua. is sense mein kaha gaya hai quran utra is mahine mein. to quran ka kya taqaza hum se hai?</w:t>
      </w:r>
    </w:p>
    <w:p>
      <w:pPr>
        <w:jc w:val="right"/>
      </w:pPr>
      <w:r>
        <w:t>یعنی رمضان کے مہینے میں قرآن کا revelation شروع ہوا۔ اس sense میں کہا گیا ہے قرآن اترا اس مہینے میں۔ تو قرآن کا کیا تقاضا ہم سے ہے؟</w:t>
      </w:r>
    </w:p>
    <w:p>
      <w:r>
        <w:rPr>
          <w:b/>
        </w:rPr>
        <w:t xml:space="preserve">[14:45] </w:t>
      </w:r>
      <w:r>
        <w:t>quran kis liye utra hai? Recitation ke liye nahin hai. be samjhe bujhe tilawat ke liye nahin utra. woh utra hai study ke liye.</w:t>
      </w:r>
    </w:p>
    <w:p>
      <w:pPr>
        <w:jc w:val="right"/>
      </w:pPr>
      <w:r>
        <w:t>قرآن کس لیے اترا ہے؟ Recitation کے لیے نہیں ہے۔ بے سمجھے بوجھے تلاوت کے لیے نہیں اترا۔ وہ اترا ہے study کے لیے۔</w:t>
      </w:r>
    </w:p>
    <w:p>
      <w:r>
        <w:rPr>
          <w:b/>
        </w:rPr>
        <w:t xml:space="preserve">[14:55] </w:t>
      </w:r>
      <w:r>
        <w:t>Study ke liye utra hai. ke quran par socho. quran mein Khuda ne sachaiyon ko khola hai. jo creation plan of God hai us ko bataya hai.</w:t>
      </w:r>
    </w:p>
    <w:p>
      <w:pPr>
        <w:jc w:val="right"/>
      </w:pPr>
      <w:r>
        <w:t>Study کے لیے اترا ہے۔ کہ قرآن پر سوچو۔ قرآن میں خدا نے سچائیوں کو کھولا ہے۔ جو creation plan of God ہے اس کو بتایا ہے۔</w:t>
      </w:r>
    </w:p>
    <w:p>
      <w:r>
        <w:rPr>
          <w:b/>
        </w:rPr>
        <w:t xml:space="preserve">[15:10] </w:t>
      </w:r>
      <w:r>
        <w:t>unseen world ke bare mein hamein khabrein di hain. to hum sochen sochen taake hum is ko discover karen. to Ramadan ka mahina ko Khuda ne bana diya study of the quran ka mahina.</w:t>
      </w:r>
    </w:p>
    <w:p>
      <w:pPr>
        <w:jc w:val="right"/>
      </w:pPr>
      <w:r>
        <w:t>unseen world کے بارے میں ہمیں خبریں دی ہیں۔ تو ہم سوچیں سوچیں تاکہ ہم اس کو discover کریں۔ تو رمضان کا مہینہ کو خدا نے بنا دیا study of the قرآن کا مہینہ۔</w:t>
      </w:r>
    </w:p>
    <w:p>
      <w:r>
        <w:rPr>
          <w:b/>
        </w:rPr>
        <w:t xml:space="preserve">[15:27] </w:t>
      </w:r>
      <w:r>
        <w:t>ke is mahine mein ko yaadgar bana diya Allah taala ne. ke ab mahina ek yaadgar mahina hai. Memorable mahina hai. jis mein quran utra tha.</w:t>
      </w:r>
    </w:p>
    <w:p>
      <w:pPr>
        <w:jc w:val="right"/>
      </w:pPr>
      <w:r>
        <w:t>کہ اس مہینے میں کو یادگار بنا دیا اللہ تعالی نے۔ کہ اب مہینہ ایک یادگار مہینہ ہے۔ Memorable مہینہ ہے۔ جس میں قرآن اترا تھا۔</w:t>
      </w:r>
    </w:p>
    <w:p>
      <w:r>
        <w:rPr>
          <w:b/>
        </w:rPr>
        <w:t xml:space="preserve">[15:37] </w:t>
      </w:r>
      <w:r>
        <w:t>is ko month of quran ke taur par karo. is ko month of quran. yani month of the study of the quran.</w:t>
      </w:r>
    </w:p>
    <w:p>
      <w:pPr>
        <w:jc w:val="right"/>
      </w:pPr>
      <w:r>
        <w:t>اس کو month of قرآن کے طور پر کرو۔ اس کو month of قرآن۔ یعنی month of the study of the قرآن۔</w:t>
      </w:r>
    </w:p>
    <w:p>
      <w:r>
        <w:rPr>
          <w:b/>
        </w:rPr>
        <w:t xml:space="preserve">[15:46] </w:t>
      </w:r>
      <w:r>
        <w:t>to jab quran par aap sochenge ghor karenge to aap ko baaten is mein milengi. is mein farmaya ke bayyinat min alhuda wal furqan ke quran mein bayyinat hain.</w:t>
      </w:r>
    </w:p>
    <w:p>
      <w:pPr>
        <w:jc w:val="right"/>
      </w:pPr>
      <w:r>
        <w:t>تو جب قرآن پر آپ سوچیں گے غور کریں گے تو آپ کو باتیں اس میں ملیں گی۔ اس میں فرمایا کہ بینات من الہدی والفرقان کہ قرآن میں بینات ہیں۔</w:t>
      </w:r>
    </w:p>
    <w:p>
      <w:r>
        <w:rPr>
          <w:b/>
        </w:rPr>
        <w:t xml:space="preserve">[16:01] </w:t>
      </w:r>
      <w:r>
        <w:t>bayyinat yani khule dalail. is se kya nikla ke quran jo hai woh reason based hai is ki teaching.</w:t>
      </w:r>
    </w:p>
    <w:p>
      <w:pPr>
        <w:jc w:val="right"/>
      </w:pPr>
      <w:r>
        <w:t>بینات یعنی کھلے دلائل۔ اس سے کیا نکلا کہ قرآن جو ہے وہ reason based ہے اس کی teaching۔</w:t>
      </w:r>
    </w:p>
    <w:p>
      <w:r>
        <w:rPr>
          <w:b/>
        </w:rPr>
        <w:t xml:space="preserve">[16:11] </w:t>
      </w:r>
      <w:r>
        <w:t>quran ki jo talimat hain quran ki jo teachings hain woh sab reason based hain. is mein koi mysterious mysterious chezen nahin hain is ke andar.</w:t>
      </w:r>
    </w:p>
    <w:p>
      <w:pPr>
        <w:jc w:val="right"/>
      </w:pPr>
      <w:r>
        <w:t>قرآن کی جو تعلیمات ہیں قرآن کی جو teachings ہیں وہ سب reason based ہیں۔ اس میں کوئی mysterious mysterious چیزیں نہیں ہیں اس کے اندر۔</w:t>
      </w:r>
    </w:p>
    <w:p>
      <w:r>
        <w:rPr>
          <w:b/>
        </w:rPr>
        <w:t xml:space="preserve">[16:22] </w:t>
      </w:r>
      <w:r>
        <w:t>na koi expression is ke andar hai. Reason based hain sari baaten. aap aql ko istemal karen. apni soch ko istemal karen. to in baaton ko aap discover karenge.</w:t>
      </w:r>
    </w:p>
    <w:p>
      <w:pPr>
        <w:jc w:val="right"/>
      </w:pPr>
      <w:r>
        <w:t>نہ کوئی expression اس کے اندر ہے۔ Reason based ہیں ساری باتیں۔ آپ عقل کو استعمال کریں۔ اپنی سوچ کو استعمال کریں۔ تو ان باتوں کو آپ discover کریں گے۔</w:t>
      </w:r>
    </w:p>
    <w:p>
      <w:r>
        <w:rPr>
          <w:b/>
        </w:rPr>
        <w:t xml:space="preserve">[16:34] </w:t>
      </w:r>
      <w:r>
        <w:t>aur jab aap discover karenge tabhi to is ki gehraiyon ko payenge aap. to yeh bohat hi zaroori baat hai janna ke quran ki talimat sab ki sab reason based hain.</w:t>
      </w:r>
    </w:p>
    <w:p>
      <w:pPr>
        <w:jc w:val="right"/>
      </w:pPr>
      <w:r>
        <w:t>اور جب آپ discover کریں گے تبھی تو اس کی گہرائیوں کو پائیں گے آپ۔ تو یہ بہت ہی ضروری بات ہے جاننا کہ قرآن کی تعلیمات سب کی سب reason based ہیں۔</w:t>
      </w:r>
    </w:p>
    <w:p>
      <w:r>
        <w:rPr>
          <w:b/>
        </w:rPr>
        <w:t xml:space="preserve">[16:49] </w:t>
      </w:r>
      <w:r>
        <w:t>to yani bayyinat min alhuda yani woh huda par bayyinat hain yani yeh keh sakte hain aap ke clear proof of guidance.</w:t>
      </w:r>
    </w:p>
    <w:p>
      <w:pPr>
        <w:jc w:val="right"/>
      </w:pPr>
      <w:r>
        <w:t>تو یعنی بینات من الہدی یعنی وہ ہدیٰ پر بینات ہیں یعنی یہ کہہ سکتے ہیں آپ کہ clear proof of guidance۔</w:t>
      </w:r>
    </w:p>
    <w:p>
      <w:r>
        <w:rPr>
          <w:b/>
        </w:rPr>
        <w:t xml:space="preserve">[17:04] </w:t>
      </w:r>
      <w:r>
        <w:t>jo guidance quran majeed mein hai us ke sath proof bhi juda hua hai. is ki reason bhi judi hui hai. yani sab ke sab rational basis par hain sab ke sab.</w:t>
      </w:r>
    </w:p>
    <w:p>
      <w:pPr>
        <w:jc w:val="right"/>
      </w:pPr>
      <w:r>
        <w:t>جو guidance قرآن مجید میں ہے اس کے ساتھ proof بھی جڑا ہوا ہے۔ اس کی reason بھی جڑی ہوئی ہے۔ یعنی سب کے سب rational basis پر ہیں سب کے سب۔</w:t>
      </w:r>
    </w:p>
    <w:p>
      <w:r>
        <w:rPr>
          <w:b/>
        </w:rPr>
        <w:t xml:space="preserve">[17:15] </w:t>
      </w:r>
      <w:r>
        <w:t>aisa nahin hai ke bas yoon hi hain. to sab ke sab rational teachings hain quran majeed mein. lekin woh kab aap jaan payenge ke is ko jab aap is ko sochen.</w:t>
      </w:r>
    </w:p>
    <w:p>
      <w:pPr>
        <w:jc w:val="right"/>
      </w:pPr>
      <w:r>
        <w:t>ایسا نہیں ہے کہ بس یوں ہی ہیں۔ تو سب کے سب rational teachings ہیں قرآن مجید میں۔ لیکن وہ کب آپ جان پائیں کہ اس کو جب آپ اس کو سوچیں۔</w:t>
      </w:r>
    </w:p>
    <w:p>
      <w:r>
        <w:rPr>
          <w:b/>
        </w:rPr>
        <w:t xml:space="preserve">[17:31] </w:t>
      </w:r>
      <w:r>
        <w:t>agar aap sochenge nahin to jaan bhi nahin payenge.</w:t>
      </w:r>
    </w:p>
    <w:p>
      <w:pPr>
        <w:jc w:val="right"/>
      </w:pPr>
      <w:r>
        <w:t>اگر آپ سوچیں گے نہیں تو جان بھی نہیں پائیں گے۔</w:t>
      </w:r>
    </w:p>
    <w:p>
      <w:r>
        <w:rPr>
          <w:b/>
        </w:rPr>
        <w:t xml:space="preserve">[17:36] </w:t>
      </w:r>
      <w:r>
        <w:t>to reason based hona quran ki taleemat ka quran ki teaching ka yeh hamein invite karta hai ke</w:t>
      </w:r>
    </w:p>
    <w:p>
      <w:pPr>
        <w:jc w:val="right"/>
      </w:pPr>
      <w:r>
        <w:t>تو reason based ہونا قرآن کی تعلیمات کا قرآن کی teaching کا یہ ہمیں invite کرتا ہے کہ</w:t>
      </w:r>
    </w:p>
    <w:p>
      <w:r>
        <w:rPr>
          <w:b/>
        </w:rPr>
        <w:t xml:space="preserve">[17:43] </w:t>
      </w:r>
      <w:r>
        <w:t>hum is ko sochein</w:t>
      </w:r>
    </w:p>
    <w:p>
      <w:pPr>
        <w:jc w:val="right"/>
      </w:pPr>
      <w:r>
        <w:t>ہم اس کو سوچیں۔</w:t>
      </w:r>
    </w:p>
    <w:p>
      <w:r>
        <w:rPr>
          <w:b/>
        </w:rPr>
        <w:t xml:space="preserve">[17:45] </w:t>
      </w:r>
      <w:r>
        <w:t>isi liye hadith mein aata hai ke lill aayat min haa zaher o batin</w:t>
      </w:r>
    </w:p>
    <w:p>
      <w:pPr>
        <w:jc w:val="right"/>
      </w:pPr>
      <w:r>
        <w:t>اسی لیے حدیث میں آتا ہے کہ لکل آیت منہا ظہر وبطن</w:t>
      </w:r>
    </w:p>
    <w:p>
      <w:r>
        <w:rPr>
          <w:b/>
        </w:rPr>
        <w:t xml:space="preserve">[17:51] </w:t>
      </w:r>
      <w:r>
        <w:t>yani quran ka ek</w:t>
      </w:r>
    </w:p>
    <w:p>
      <w:pPr>
        <w:jc w:val="right"/>
      </w:pPr>
      <w:r>
        <w:t>یعنی قرآن کا ایک</w:t>
      </w:r>
    </w:p>
    <w:p>
      <w:r>
        <w:rPr>
          <w:b/>
        </w:rPr>
        <w:t xml:space="preserve">[17:56] </w:t>
      </w:r>
      <w:r>
        <w:t>line mein hai ek between the line jo baatein line mein hain yani is ko aap parh kar</w:t>
      </w:r>
    </w:p>
    <w:p>
      <w:pPr>
        <w:jc w:val="right"/>
      </w:pPr>
      <w:r>
        <w:t>لائن میں ہے ایک between the لائن جو باتیں لائن میں ہیں یعنی اس کو آپ پڑھ کر</w:t>
      </w:r>
    </w:p>
    <w:p>
      <w:r>
        <w:rPr>
          <w:b/>
        </w:rPr>
        <w:t xml:space="preserve">[18:03] </w:t>
      </w:r>
      <w:r>
        <w:t>jaan lenge lekin jo between the line hai is par aap ko sochna parega</w:t>
      </w:r>
    </w:p>
    <w:p>
      <w:pPr>
        <w:jc w:val="right"/>
      </w:pPr>
      <w:r>
        <w:t>جان لیں گے لیکن جو between the لائن ہے اس پر آپ کو سوچنا پڑے گا۔</w:t>
      </w:r>
    </w:p>
    <w:p>
      <w:r>
        <w:rPr>
          <w:b/>
        </w:rPr>
        <w:t xml:space="preserve">[18:07] </w:t>
      </w:r>
      <w:r>
        <w:t>to quran ka ek pehlu woh hai jo bilkul literal taur par samne aata hai. doosra pehlu woh hai jo soch kar maloom hota hai. to yeh karna padega hamein.</w:t>
      </w:r>
    </w:p>
    <w:p>
      <w:pPr>
        <w:jc w:val="right"/>
      </w:pPr>
      <w:r>
        <w:t>تو قرآن کا ایک پہلو وہ ہے جو بالکل literal طور پر سامنے آتا ہے۔ دوسرا پہلو وہ ہے جو سوچ کر معلوم ہوتا ہے۔ تو یہ کرنا پڑے گا ہمیں۔</w:t>
      </w:r>
    </w:p>
    <w:p>
      <w:r>
        <w:rPr>
          <w:b/>
        </w:rPr>
        <w:t xml:space="preserve">[18:22] </w:t>
      </w:r>
      <w:r>
        <w:t>ek mein ek misaal deta hoon aap ko.</w:t>
      </w:r>
    </w:p>
    <w:p>
      <w:pPr>
        <w:jc w:val="right"/>
      </w:pPr>
      <w:r>
        <w:t>ایک میں ایک مثال دیتا ہوں آپ کو۔</w:t>
      </w:r>
    </w:p>
    <w:p>
      <w:r>
        <w:rPr>
          <w:b/>
        </w:rPr>
        <w:t xml:space="preserve">[18:29] </w:t>
      </w:r>
      <w:r>
        <w:t>keh quran mein hai keh jab quran ki ayaten padhi jati hain to wajalat quloobuhum logon ke dil dahal uthte hain.</w:t>
      </w:r>
    </w:p>
    <w:p>
      <w:pPr>
        <w:jc w:val="right"/>
      </w:pPr>
      <w:r>
        <w:t>کہ قرآن میں ہے کہ جب قرآن کی آیتیں پڑھی جاتی ہیں تو وجلت قلوبہم لوگوں کے دل دہل اٹھتے ہیں۔</w:t>
      </w:r>
    </w:p>
    <w:p>
      <w:r>
        <w:rPr>
          <w:b/>
        </w:rPr>
        <w:t xml:space="preserve">[18:45] </w:t>
      </w:r>
      <w:r>
        <w:t>al-lazina iza zukir-Allahu wajalat quloobuhum jab Allah ka zikr kiya jaye Allah ki baaten samne layi jayen Allah ke kalam ko padha jaye to wajalat quloobuhum un ke dil dahal uthte hain.</w:t>
      </w:r>
    </w:p>
    <w:p>
      <w:pPr>
        <w:jc w:val="right"/>
      </w:pPr>
      <w:r>
        <w:t>الذین اذا ذکر اللہ وجلت قلوبہم جب اللہ کا ذکر کیا جائے اللہ کی باتیں سامنے لائی جائیں اللہ کے کلام کو پڑھا جائے تو وجلت قلوبہم ان کے دل دہل اٹھتے ہیں۔</w:t>
      </w:r>
    </w:p>
    <w:p>
      <w:r>
        <w:rPr>
          <w:b/>
        </w:rPr>
        <w:t xml:space="preserve">[19:01] </w:t>
      </w:r>
      <w:r>
        <w:t>ab sochen keh dil kaise dahal uthenge? Dil dahal uthna hai sirf aap recite karen to dil nahin dahal uthega aap ka. Jab sochen tab aisa ho ga keh aap ka dil dahal uthe.</w:t>
      </w:r>
    </w:p>
    <w:p>
      <w:pPr>
        <w:jc w:val="right"/>
      </w:pPr>
      <w:r>
        <w:t>اب سوچیں کہ دل کیسے دہل اٹھیں گے؟ دل دہل اٹھنا ہے صرف آپ recite کریں تو دل نہیں دہل اٹھے گا آپ کا۔ جب سوچیں تب ایسا ہو گا کہ آپ کا دل دہل اٹھے۔</w:t>
      </w:r>
    </w:p>
    <w:p>
      <w:r>
        <w:rPr>
          <w:b/>
        </w:rPr>
        <w:t xml:space="preserve">[19:14] </w:t>
      </w:r>
      <w:r>
        <w:t>jaise misaal ke taur par</w:t>
      </w:r>
    </w:p>
    <w:p>
      <w:pPr>
        <w:jc w:val="right"/>
      </w:pPr>
      <w:r>
        <w:t>جیسے مثال کے طور پر</w:t>
      </w:r>
    </w:p>
    <w:p>
      <w:r>
        <w:rPr>
          <w:b/>
        </w:rPr>
        <w:t xml:space="preserve">[19:16] </w:t>
      </w:r>
      <w:r>
        <w:t>quran mein ek aayat hai ke</w:t>
      </w:r>
    </w:p>
    <w:p>
      <w:pPr>
        <w:jc w:val="right"/>
      </w:pPr>
      <w:r>
        <w:t>قرآن میں ایک آیت ہے کہ</w:t>
      </w:r>
    </w:p>
    <w:p>
      <w:r>
        <w:rPr>
          <w:b/>
        </w:rPr>
        <w:t xml:space="preserve">[19:20] </w:t>
      </w:r>
      <w:r>
        <w:t>allah ne aasman ko buland kiya is tarah ke bina amadin tarawunaha</w:t>
      </w:r>
    </w:p>
    <w:p>
      <w:pPr>
        <w:jc w:val="right"/>
      </w:pPr>
      <w:r>
        <w:t>اللہ نے آسمان کو بلند کیا اس طرح کہ بغیر آمدن تراونہا</w:t>
      </w:r>
    </w:p>
    <w:p>
      <w:r>
        <w:rPr>
          <w:b/>
        </w:rPr>
        <w:t xml:space="preserve">[19:29] </w:t>
      </w:r>
      <w:r>
        <w:t>yani ek poori kainat hai</w:t>
      </w:r>
    </w:p>
    <w:p>
      <w:pPr>
        <w:jc w:val="right"/>
      </w:pPr>
      <w:r>
        <w:t>یعنی ایک پوری کائنات ہے</w:t>
      </w:r>
    </w:p>
    <w:p>
      <w:r>
        <w:rPr>
          <w:b/>
        </w:rPr>
        <w:t xml:space="preserve">[19:32] </w:t>
      </w:r>
      <w:r>
        <w:t>jis ko hum aasman kehte hain to bina amadin tarawunaha is ka koi is ka koi</w:t>
      </w:r>
    </w:p>
    <w:p>
      <w:pPr>
        <w:jc w:val="right"/>
      </w:pPr>
      <w:r>
        <w:t>جس کو ہم آسمان کہتے ہیں تو بغیر آمدن تراونہا اس کا کوئی اس کا کوئی</w:t>
      </w:r>
    </w:p>
    <w:p>
      <w:r>
        <w:rPr>
          <w:b/>
        </w:rPr>
        <w:t xml:space="preserve">[19:39] </w:t>
      </w:r>
      <w:r>
        <w:t>satoon nahi is ka koi pillars nahi yani itni bari kainat khari hui hai bina pillars ke</w:t>
      </w:r>
    </w:p>
    <w:p>
      <w:pPr>
        <w:jc w:val="right"/>
      </w:pPr>
      <w:r>
        <w:t>ستون نہیں اس کا کوئی pillars نہیں یعنی اتنی بڑی کائنات کھڑی ہوئی ہے بغیر pillars کے۔</w:t>
      </w:r>
    </w:p>
    <w:p>
      <w:r>
        <w:rPr>
          <w:b/>
        </w:rPr>
        <w:t xml:space="preserve">[19:46] </w:t>
      </w:r>
      <w:r>
        <w:t>is par aap sochen. To ab jo dekhiye jo pehle insan is ko ek aqide ke taur par janta tha.</w:t>
      </w:r>
    </w:p>
    <w:p>
      <w:pPr>
        <w:jc w:val="right"/>
      </w:pPr>
      <w:r>
        <w:t>اس پر آپ سوچیے۔ تو اب جو دیکھیے جو پہلے انسان اس کو ایک عقیدے کے طور پر جانتا تھا۔</w:t>
      </w:r>
    </w:p>
    <w:p>
      <w:r>
        <w:rPr>
          <w:b/>
        </w:rPr>
        <w:t xml:space="preserve">[19:56] </w:t>
      </w:r>
      <w:r>
        <w:t>ab science ne is ko ek waqe ke taur par bata diya hai. Keh jab se insan ne telescope discover ki telescope to insan ko ke liye mumkin ho gaya keh bohat door tak dekhe.</w:t>
      </w:r>
    </w:p>
    <w:p>
      <w:pPr>
        <w:jc w:val="right"/>
      </w:pPr>
      <w:r>
        <w:t>اب سائنس نے اس کو ایک واقعے کے طور پر بتا دیا ہے۔ کہ جب سے انسان نے ٹیلیسکوپ discover کی ٹیلیسکوپ تو انسان کو کے لیے ممکن ہو گیا کہ بہت دور تک دیکھے۔</w:t>
      </w:r>
    </w:p>
    <w:p>
      <w:r>
        <w:rPr>
          <w:b/>
        </w:rPr>
        <w:t xml:space="preserve">[20:15] </w:t>
      </w:r>
      <w:r>
        <w:t>phir telescope aisi banayi gayin jis mein keh camera lage hue the. Aise satellite banaye gaye keh upar gaye upar ja kar unhon ne photo liya.</w:t>
      </w:r>
    </w:p>
    <w:p>
      <w:pPr>
        <w:jc w:val="right"/>
      </w:pPr>
      <w:r>
        <w:t>پھر ٹیلیسکوپ ایسی بنائی گئی جس میں کہ کیمرے لگے ہوئے تھے۔ ایسے سیٹلائٹ بنائے گئے کہ اوپر گئے اوپر جا کر انہوں نے فوٹو لیا۔</w:t>
      </w:r>
    </w:p>
    <w:p>
      <w:r>
        <w:rPr>
          <w:b/>
        </w:rPr>
        <w:t xml:space="preserve">[20:25] </w:t>
      </w:r>
      <w:r>
        <w:t>to bohat door tak insan ne dekha. To maloom hua keh kainat jo hai bohat hi bari hai. Yaani space abhi tak space ke koi limit nahin maloom hum ko.</w:t>
      </w:r>
    </w:p>
    <w:p>
      <w:pPr>
        <w:jc w:val="right"/>
      </w:pPr>
      <w:r>
        <w:t>تو بہت دور تک انسان نے دیکھا۔ تو معلوم ہوا کہ کائنات جو ہے بہت ہی بڑی ہے۔ یعنی سپیس ابھی تک سپیس کے کوئی limit نہیں معلوم ہم کو۔</w:t>
      </w:r>
    </w:p>
    <w:p>
      <w:r>
        <w:rPr>
          <w:b/>
        </w:rPr>
        <w:t xml:space="preserve">[20:36] </w:t>
      </w:r>
      <w:r>
        <w:t>is ke space ke andar kya hain galaxies hain bohat hi bari bari. Million billion sitare ek ek galaxy mein hain.</w:t>
      </w:r>
    </w:p>
    <w:p>
      <w:pPr>
        <w:jc w:val="right"/>
      </w:pPr>
      <w:r>
        <w:t>اس کے سپیس کے اندر کیا ہے galaxies ہیں بہت ہی بڑی بڑی۔ ملین بلین ستارے ایک ایک galaxy میں ہیں۔</w:t>
      </w:r>
    </w:p>
    <w:p>
      <w:r>
        <w:rPr>
          <w:b/>
        </w:rPr>
        <w:t xml:space="preserve">[20:47] </w:t>
      </w:r>
      <w:r>
        <w:t>stars hain planets hain. Ab bohat hi door tak phailaye hue hain. In ki duriyan itni zyada hain keh hum is tarah nahin nap sakte jis tarah hum napte hain shaharoon ko.</w:t>
      </w:r>
    </w:p>
    <w:p>
      <w:pPr>
        <w:jc w:val="right"/>
      </w:pPr>
      <w:r>
        <w:t>Stars ہیں planets ہیں۔ اب بہت ہی دور تک پھیلے ہوئے ہیں۔ ان کی دوریاں اتنی زیادہ ہیں کہ ہم اس طرح نہیں ناپ سکتے جس طرح ہم ناپتے ہیں شہروں کو۔</w:t>
      </w:r>
    </w:p>
    <w:p>
      <w:r>
        <w:rPr>
          <w:b/>
        </w:rPr>
        <w:t xml:space="preserve">[20:58] </w:t>
      </w:r>
      <w:r>
        <w:t>keh hum kehte hain keh Dilli se Kolkata itne miles hain. Aisa hum nahin keh paate. To wahan par light years ko istemal kiya jata hai.</w:t>
      </w:r>
    </w:p>
    <w:p>
      <w:pPr>
        <w:jc w:val="right"/>
      </w:pPr>
      <w:r>
        <w:t>کہ ہم کہتے ہیں کہ دلی سے کلکتہ اتنے مائل ہیں۔ ایسا ہم نہیں کہہ پاتے۔ تو وہاں پر light years کو استعمال کیا جاتا ہے۔</w:t>
      </w:r>
    </w:p>
    <w:p>
      <w:r>
        <w:rPr>
          <w:b/>
        </w:rPr>
        <w:t xml:space="preserve">[21:08] </w:t>
      </w:r>
      <w:r>
        <w:t>light years ko istemal kar ke aata hai is distance ko batane ke liye jo universe mein hai. Aur yeh sara space mein hai. Aisa nahin hai keh jaise koi koi koi koi koi cheez ho is par khada hua ho.</w:t>
      </w:r>
    </w:p>
    <w:p>
      <w:pPr>
        <w:jc w:val="right"/>
      </w:pPr>
      <w:r>
        <w:t>Light years کو استعمال کر کے آتا ہے اس distance کو بتانے کے لیے جو universe میں ہے۔ اور یہ سارا سپیس میں ہے۔ ایسا نہیں ہے کہ جیسے کوئی کوئی کوئی کوئی کوئی چیز ہو اس پر کھڑا ہوا ہو۔</w:t>
      </w:r>
    </w:p>
    <w:p>
      <w:r>
        <w:rPr>
          <w:b/>
        </w:rPr>
        <w:t xml:space="preserve">[21:24] </w:t>
      </w:r>
      <w:r>
        <w:t>jaise yeh building jo hai ek zameen par khadi hui hai. Yeh building ek zameen par khadi hui hai. Lekin itni bari jo space mein jo itni bari duniya hai kainat woh kisi se khadi nahin hui hai.</w:t>
      </w:r>
    </w:p>
    <w:p>
      <w:pPr>
        <w:jc w:val="right"/>
      </w:pPr>
      <w:r>
        <w:t>جیسے یہ بلڈنگ جو ہے ایک زمین پر کھڑی ہوئی ہے۔ یہ بلڈنگ ایک زمین پر کھڑی ہوئی ہے۔ لیکن اتنی بڑی جو سپیس میں جو اتنی بڑی دنیا ہے کائنات وہ کسی سے کھڑی نہیں ہوئی ہے۔</w:t>
      </w:r>
    </w:p>
    <w:p>
      <w:r>
        <w:rPr>
          <w:b/>
        </w:rPr>
        <w:t xml:space="preserve">[21:36] </w:t>
      </w:r>
      <w:r>
        <w:t>space mein moallaq hai. Space mein move kar rahi hai. Baghair amadan tarawnuha ab aap sochen keh itni bari kainat jis ki distance ko napne ke liye hum ko light years istemal karna padta hai.</w:t>
      </w:r>
    </w:p>
    <w:p>
      <w:pPr>
        <w:jc w:val="right"/>
      </w:pPr>
      <w:r>
        <w:t>سپیس میں معلق ہے۔ سپیس میں move کر رہی ہے۔ بغیر آمدن تراونہا اب آپ سوچیں کہ اتنی بڑی کائنات جس کی distance کو ناپنے کے لیے ہم کو light years استعمال کرنا پڑتا ہے۔</w:t>
      </w:r>
    </w:p>
    <w:p>
      <w:r>
        <w:rPr>
          <w:b/>
        </w:rPr>
        <w:t xml:space="preserve">[21:51] </w:t>
      </w:r>
      <w:r>
        <w:t>to aap bilkul tharthari aa jayegi tharthari. Keh itni bari itni bari kainat baghair sutoon ke khadi hai.</w:t>
      </w:r>
    </w:p>
    <w:p>
      <w:pPr>
        <w:jc w:val="right"/>
      </w:pPr>
      <w:r>
        <w:t>تو آپ بالکل تھرتھری آ جائے گی تھرتھری۔ کہ اتنی بڑی اتنی بڑی کائنات بغیر ستون کے کھڑی ہے۔</w:t>
      </w:r>
    </w:p>
    <w:p>
      <w:r>
        <w:rPr>
          <w:b/>
        </w:rPr>
        <w:t xml:space="preserve">[22:01] </w:t>
      </w:r>
      <w:r>
        <w:t>baghair pillars ke khadi hai. Baghair kisi kisi base ke khadi hui hai. Hawa mein hai space mein hai.</w:t>
      </w:r>
    </w:p>
    <w:p>
      <w:pPr>
        <w:jc w:val="right"/>
      </w:pPr>
      <w:r>
        <w:t>بغیر pillars کے کھڑی ہے۔ بغیر کسی کسی base کے کھڑی ہوئی ہے۔ ہوا میں ہے سپیس میں ہے۔</w:t>
      </w:r>
    </w:p>
    <w:p>
      <w:r>
        <w:rPr>
          <w:b/>
        </w:rPr>
        <w:t xml:space="preserve">[22:12] </w:t>
      </w:r>
      <w:r>
        <w:t>to phir aap ko bilkul thartharahat ho jayegi aap ko. Isi ko kaha gaya keh wajalat quloobuhum un ka dil dahal uthe ga. To yeh kab ho ga jab aap sochen ge.</w:t>
      </w:r>
    </w:p>
    <w:p>
      <w:pPr>
        <w:jc w:val="right"/>
      </w:pPr>
      <w:r>
        <w:t>تو پھر آپ کو بالکل تھرتھراہٹ ہو جائے گی آپ کو۔ اسی کو کہا گیا کہ وجلت قلوبہم ان کا دل دہل اٹھے گا۔ تو یہ کب ہو گا جب آپ سوچیں گے۔</w:t>
      </w:r>
    </w:p>
    <w:p>
      <w:r>
        <w:rPr>
          <w:b/>
        </w:rPr>
        <w:t xml:space="preserve">[22:23] </w:t>
      </w:r>
      <w:r>
        <w:t>jab aap sochen ge. Sochen ge baghair nahin ho sakta hai. Yeh Allah taala ne jo farmaya keh Ramadan mein quran utra is raat yaani quran ke mutabiq woh raat ka waqt tha.</w:t>
      </w:r>
    </w:p>
    <w:p>
      <w:pPr>
        <w:jc w:val="right"/>
      </w:pPr>
      <w:r>
        <w:t>جب آپ سوچیں گے۔ سوچیں گے بغیر نہیں ہو سکتا ہے۔ یہ اللہ تعالی نے جو فرمایا کہ رمضان میں قرآن اترا اس رات یعنی قرآن کے مطابق وہ رات کا وقت تھا۔</w:t>
      </w:r>
    </w:p>
    <w:p>
      <w:r>
        <w:rPr>
          <w:b/>
        </w:rPr>
        <w:t xml:space="preserve">[22:39] </w:t>
      </w:r>
      <w:r>
        <w:t>jab quran utarna shuru hua to woh raat ka waqt tha. Ramadan ke mahine ki koi aakhri date thi aur waqt tha raat ka.</w:t>
      </w:r>
    </w:p>
    <w:p>
      <w:pPr>
        <w:jc w:val="right"/>
      </w:pPr>
      <w:r>
        <w:t>جب قرآن اترنا شروع ہوا تو وہ رات کا وقت تھا۔ رمضان کے مہینے کی کوئی آخری date تھی اور وقت تھا رات کا۔</w:t>
      </w:r>
    </w:p>
    <w:p>
      <w:r>
        <w:rPr>
          <w:b/>
        </w:rPr>
        <w:t xml:space="preserve">[22:48] </w:t>
      </w:r>
      <w:r>
        <w:t>is waqt Jibrael aaye. Is raat ko quran mein Lailat-ul-Qadr kaha gaya hai.</w:t>
      </w:r>
    </w:p>
    <w:p>
      <w:pPr>
        <w:jc w:val="right"/>
      </w:pPr>
      <w:r>
        <w:t>اس وقت جبرائیل آئے۔ اس رات کو قرآن میں لیلۃ القدر کہا گیا ہے۔</w:t>
      </w:r>
    </w:p>
    <w:p>
      <w:r>
        <w:rPr>
          <w:b/>
        </w:rPr>
        <w:t xml:space="preserve">[22:57] </w:t>
      </w:r>
      <w:r>
        <w:t>Inna anzalnahu fi Lailat-ul-Qadr to Lailat-ul-Qadr ki bohat ahmiyat hai. Khairun min alf shahr kaha gaya is ko. Hazar mahinon se behtar hai.</w:t>
      </w:r>
    </w:p>
    <w:p>
      <w:pPr>
        <w:jc w:val="right"/>
      </w:pPr>
      <w:r>
        <w:t>انا انزلنا فی لیلۃ القدر تو لیلۃ القدر کی بہت اہمیت ہے۔ خارب من الف شہر کہا گیا اس کو۔ ہزار مہینوں سے بہتر ہے۔</w:t>
      </w:r>
    </w:p>
    <w:p>
      <w:r>
        <w:rPr>
          <w:b/>
        </w:rPr>
        <w:t xml:space="preserve">[23:09] </w:t>
      </w:r>
      <w:r>
        <w:t>to chunanche log Ramadan ke aakhri mahinon mein Lailat-ul-Qadr ko pane ke liye ibadaten karte hain.</w:t>
      </w:r>
    </w:p>
    <w:p>
      <w:pPr>
        <w:jc w:val="right"/>
      </w:pPr>
      <w:r>
        <w:t>تو چنانچہ لوگ رمضان کے آخری مہینوں میں لیلۃ القدر کو پانے کے لیے عبادتیں کرتے ہیں۔</w:t>
      </w:r>
    </w:p>
    <w:p>
      <w:r>
        <w:rPr>
          <w:b/>
        </w:rPr>
        <w:t xml:space="preserve">[23:20] </w:t>
      </w:r>
      <w:r>
        <w:t>Hazrat Aisha ne Rasool Allah se poocha keh agar main Lailat-ul-Qadr ko pa jaon jis ko hum Shab-e-Qadr kehte hain</w:t>
      </w:r>
    </w:p>
    <w:p>
      <w:pPr>
        <w:jc w:val="right"/>
      </w:pPr>
      <w:r>
        <w:t>حضرت عائشہ نے رسول اللہ سے پوچھا کہ اگر میں لیلۃ القدر کو پا جاؤں جس کو ہم شب قدر کہتے ہیں</w:t>
      </w:r>
    </w:p>
    <w:p>
      <w:r>
        <w:rPr>
          <w:b/>
        </w:rPr>
        <w:t xml:space="preserve">[23:29] </w:t>
      </w:r>
      <w:r>
        <w:t>night of destiny to main kya karoon? To Rasool Allah ne farmaya keh tum yeh dua karo.</w:t>
      </w:r>
    </w:p>
    <w:p>
      <w:pPr>
        <w:jc w:val="right"/>
      </w:pPr>
      <w:r>
        <w:t>night of destiny تو میں کیا کروں؟ تو رسول اللہ نے فرمایا کہ تم یہ دعا کرو۔</w:t>
      </w:r>
    </w:p>
    <w:p>
      <w:r>
        <w:rPr>
          <w:b/>
        </w:rPr>
        <w:t xml:space="preserve">[23:40] </w:t>
      </w:r>
      <w:r>
        <w:t>Allahumma anta Afuwwun tuhibbul afwa fa'afu anni Allahumma anta Afuwwun tuhibbul afwa fa'afu anni aye Allah</w:t>
      </w:r>
    </w:p>
    <w:p>
      <w:pPr>
        <w:jc w:val="right"/>
      </w:pPr>
      <w:r>
        <w:t>اللہم انت عفو تحب العفو فاعفو انی اللہم انت عفو تحب العفو فاعفو انی اے اللہ</w:t>
      </w:r>
    </w:p>
    <w:p>
      <w:r>
        <w:rPr>
          <w:b/>
        </w:rPr>
        <w:t xml:space="preserve">[23:53] </w:t>
      </w:r>
      <w:r>
        <w:t>tu boht maaf karne wala hai. tu maafii ko pasand karta hai. tu mujh ko bhi maaf kar de.</w:t>
      </w:r>
    </w:p>
    <w:p>
      <w:pPr>
        <w:jc w:val="right"/>
      </w:pPr>
      <w:r>
        <w:t>تو بہت معاف کرنے والا ہے۔ تو معافی کو پسند کرتا ہے۔ تو مجھ کو بھی معاف کر دے۔</w:t>
      </w:r>
    </w:p>
    <w:p>
      <w:r>
        <w:rPr>
          <w:b/>
        </w:rPr>
        <w:t xml:space="preserve">[24:04] </w:t>
      </w:r>
      <w:r>
        <w:t>is dua mein aap ne kya baat farmaii? yeh alfaaz nahi hain aap ke in alfaaz ko na samjhen ke bas yeh alfaaz dohra diye aap ne to bas kaam ho gaya aap ka.</w:t>
      </w:r>
    </w:p>
    <w:p>
      <w:pPr>
        <w:jc w:val="right"/>
      </w:pPr>
      <w:r>
        <w:t>اس دعا میں آپ نے کیا بات فرمائی؟ یہ الفاظ نہیں ہیں آپ کے ان الفاظ کو نہ سمجھیں کہ بس یہ الفاظ دہرا دیے آپ نے تو بس کام ہو گیا آپ کا۔</w:t>
      </w:r>
    </w:p>
    <w:p>
      <w:r>
        <w:rPr>
          <w:b/>
        </w:rPr>
        <w:t xml:space="preserve">[24:13] </w:t>
      </w:r>
      <w:r>
        <w:t>yeh matlab nahi hai. is ka matlab yeh hai ke shab qadr jo hai aap ne yeh batana hai is ke zariye bataya ke shab qadr mein kya cheez mangna chahiye?</w:t>
      </w:r>
    </w:p>
    <w:p>
      <w:pPr>
        <w:jc w:val="right"/>
      </w:pPr>
      <w:r>
        <w:t>یہ مطلب نہیں ہے۔ اس کا مطلب یہ ہے کہ شب قدر جو ہے آپ نے یہ بتانا ہے اس کے ذریعے بتایا کہ شب قدر میں کیا چیز مانگنا چاہیے؟</w:t>
      </w:r>
    </w:p>
    <w:p>
      <w:r>
        <w:rPr>
          <w:b/>
        </w:rPr>
        <w:t xml:space="preserve">[24:26] </w:t>
      </w:r>
      <w:r>
        <w:t>shab qadr milti hai aap ko to kya cheez mangna chahiye? aap aulaad mangen aur buildingen mangen aur paisa mangen business mangen is ke liye shab qadr nahi hai.</w:t>
      </w:r>
    </w:p>
    <w:p>
      <w:pPr>
        <w:jc w:val="right"/>
      </w:pPr>
      <w:r>
        <w:t>شب قدر ملتی ہے آپ کو تو کیا چیز مانگنا چاہیے؟ آپ اولاد مانگیں اور بلڈنگیں مانگیں اور پیسہ مانگیں business مانگیں اس کے لیے شب قدر نہیں ہے۔</w:t>
      </w:r>
    </w:p>
    <w:p>
      <w:r>
        <w:rPr>
          <w:b/>
        </w:rPr>
        <w:t xml:space="preserve">[24:42] </w:t>
      </w:r>
      <w:r>
        <w:t>shab qadr is liye ke aap Allah ki maghfirat mangen.</w:t>
      </w:r>
    </w:p>
    <w:p>
      <w:pPr>
        <w:jc w:val="right"/>
      </w:pPr>
      <w:r>
        <w:t>شب قدر اس لیے کہ آپ اللہ کی مغفرت مانگیں۔</w:t>
      </w:r>
    </w:p>
    <w:p>
      <w:r>
        <w:rPr>
          <w:b/>
        </w:rPr>
        <w:t xml:space="preserve">[24:47] </w:t>
      </w:r>
      <w:r>
        <w:t>ae Allah tu boht maaf karne wala hai maafii ko pasand karta hai tu tu mujhe mujhe maaf farma de. tu sab se bari mangne ki cheez Allah taala se yeh hai.</w:t>
      </w:r>
    </w:p>
    <w:p>
      <w:pPr>
        <w:jc w:val="right"/>
      </w:pPr>
      <w:r>
        <w:t>اے اللہ تو بہت معاف کرنے والا ہے معافی کو پسند کرتا ہے تو تو مجھے مجھے معاف فرما دے۔ تو سب سے بڑی مانگنے کی چیز اللہ تعالی سے یہ ہے۔</w:t>
      </w:r>
    </w:p>
    <w:p>
      <w:r>
        <w:rPr>
          <w:b/>
        </w:rPr>
        <w:t xml:space="preserve">[24:58] </w:t>
      </w:r>
      <w:r>
        <w:t>is dua ke zariye aap ne yeh sabak diya ke mangne ki cheez kya hai?</w:t>
      </w:r>
    </w:p>
    <w:p>
      <w:pPr>
        <w:jc w:val="right"/>
      </w:pPr>
      <w:r>
        <w:t>اس دعا کے ذریعے آپ نے یہ سبق دیا کہ مانگنے کی چیز کیا ہے؟</w:t>
      </w:r>
    </w:p>
    <w:p>
      <w:r>
        <w:rPr>
          <w:b/>
        </w:rPr>
        <w:t xml:space="preserve">[25:05] </w:t>
      </w:r>
      <w:r>
        <w:t>ek masla halaal ka hai yeh boht zyada har saal is par bahsen hoti hain ke chand dekha jaye tab roza mun</w:t>
      </w:r>
    </w:p>
    <w:p>
      <w:pPr>
        <w:jc w:val="right"/>
      </w:pPr>
      <w:r>
        <w:t>ایک مسئلہ حلال کا ہے یہ بہت زیادہ ہر سال اس پر بحثیں ہوتی ہیں کہ چاند دیکھا جائے تب روزہ من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