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Wisdom | August 24, 2014</w:t>
      </w:r>
    </w:p>
    <w:p>
      <w:r>
        <w:t>https://www.youtube.com/watch?v=ZVPLm7fV0t0</w:t>
      </w:r>
    </w:p>
    <w:p>
      <w:r>
        <w:rPr>
          <w:b/>
        </w:rPr>
        <w:t xml:space="preserve">[00:14] </w:t>
      </w:r>
      <w:r>
        <w:t>bismillah rahman rahim, wa salli allah ala nabiyyil karim.</w:t>
      </w:r>
    </w:p>
    <w:p>
      <w:pPr>
        <w:jc w:val="right"/>
      </w:pPr>
      <w:r>
        <w:t>بسم اللہ الرحمن الرحیم، وصلی اللہ علی النبی الکریم۔</w:t>
      </w:r>
    </w:p>
    <w:p>
      <w:r>
        <w:rPr>
          <w:b/>
        </w:rPr>
        <w:t xml:space="preserve">[00:24]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[00:35] </w:t>
      </w:r>
      <w:r>
        <w:t>aaj ki jo baat hai woh is mozu par hai ke</w:t>
      </w:r>
    </w:p>
    <w:p>
      <w:pPr>
        <w:jc w:val="right"/>
      </w:pPr>
      <w:r>
        <w:t>آج کی جو بات ہے وہ اس موضوع پر ہے کہ</w:t>
      </w:r>
    </w:p>
    <w:p>
      <w:r>
        <w:rPr>
          <w:b/>
        </w:rPr>
        <w:t xml:space="preserve">[00:45] </w:t>
      </w:r>
      <w:r>
        <w:t>zindagi mein wisdom ki ahmiyat kitni zyada hai.</w:t>
      </w:r>
    </w:p>
    <w:p>
      <w:pPr>
        <w:jc w:val="right"/>
      </w:pPr>
      <w:r>
        <w:t>زندگی میں wisdom کی اہمیت کتنی زیادہ ہے۔</w:t>
      </w:r>
    </w:p>
    <w:p>
      <w:r>
        <w:rPr>
          <w:b/>
        </w:rPr>
        <w:t xml:space="preserve">[00:51] </w:t>
      </w:r>
      <w:r>
        <w:t>dekhiye, al-tirmidhi mein ek hadith hai ke faqihun wahidun ashadddu alaa shaitani min alf abidin.</w:t>
      </w:r>
    </w:p>
    <w:p>
      <w:pPr>
        <w:jc w:val="right"/>
      </w:pPr>
      <w:r>
        <w:t>دیکھیے، الترمذی میں ایک حدیث ہے کہ فقیہ واحد اشد علی الشیطان من الف عابدین۔</w:t>
      </w:r>
    </w:p>
    <w:p>
      <w:r>
        <w:rPr>
          <w:b/>
        </w:rPr>
        <w:t xml:space="preserve">[00:57] </w:t>
      </w:r>
      <w:r>
        <w:t>ek faqih shaitan ke upar bhari hai hazar abid se.</w:t>
      </w:r>
    </w:p>
    <w:p>
      <w:pPr>
        <w:jc w:val="right"/>
      </w:pPr>
      <w:r>
        <w:t>ایک فقیہ شیطان کے اوپر بھاری ہے ہزار عابد سے۔</w:t>
      </w:r>
    </w:p>
    <w:p>
      <w:r>
        <w:rPr>
          <w:b/>
        </w:rPr>
        <w:t xml:space="preserve">[01:03] </w:t>
      </w:r>
      <w:r>
        <w:t>to is hadith par bohat jaraah ki gayi hai.</w:t>
      </w:r>
    </w:p>
    <w:p>
      <w:pPr>
        <w:jc w:val="right"/>
      </w:pPr>
      <w:r>
        <w:t>تو اس حدیث پر بہت جرح کی گئی ہے۔</w:t>
      </w:r>
    </w:p>
    <w:p>
      <w:r>
        <w:rPr>
          <w:b/>
        </w:rPr>
        <w:t xml:space="preserve">[01:09] </w:t>
      </w:r>
      <w:r>
        <w:t>koi munkir kehta hai, koi zaeef kehta hai,</w:t>
      </w:r>
    </w:p>
    <w:p>
      <w:pPr>
        <w:jc w:val="right"/>
      </w:pPr>
      <w:r>
        <w:t>کوئی منکر کہتا ہے، کوئی ضعیف کہتا ہے،</w:t>
      </w:r>
    </w:p>
    <w:p>
      <w:r>
        <w:rPr>
          <w:b/>
        </w:rPr>
        <w:t xml:space="preserve">[01:16] </w:t>
      </w:r>
      <w:r>
        <w:t>koi mauzu kehta hai.</w:t>
      </w:r>
    </w:p>
    <w:p>
      <w:pPr>
        <w:jc w:val="right"/>
      </w:pPr>
      <w:r>
        <w:t>کوئی موضوع کہتا ہے۔</w:t>
      </w:r>
    </w:p>
    <w:p>
      <w:r>
        <w:rPr>
          <w:b/>
        </w:rPr>
        <w:t xml:space="preserve">[01:21] </w:t>
      </w:r>
      <w:r>
        <w:t>lekin mein samajhta hoon ke ma'nawi yeh bilkul sahi hai.</w:t>
      </w:r>
    </w:p>
    <w:p>
      <w:pPr>
        <w:jc w:val="right"/>
      </w:pPr>
      <w:r>
        <w:t>لیکن میں سمجھتا ہوں کہ معنوی یہ بالکل صحیح ہے۔</w:t>
      </w:r>
    </w:p>
    <w:p>
      <w:r>
        <w:rPr>
          <w:b/>
        </w:rPr>
        <w:t xml:space="preserve">[01:26] </w:t>
      </w:r>
      <w:r>
        <w:t>sanadan chahe jaisi bhi ho, woh ma'nawi bilkul sahi hai.</w:t>
      </w:r>
    </w:p>
    <w:p>
      <w:pPr>
        <w:jc w:val="right"/>
      </w:pPr>
      <w:r>
        <w:t>سنداً چاہے جیسی بھی ہو، وہ معنوی بالکل صحیح ہے۔</w:t>
      </w:r>
    </w:p>
    <w:p>
      <w:r>
        <w:rPr>
          <w:b/>
        </w:rPr>
        <w:t xml:space="preserve">[01:31] </w:t>
      </w:r>
      <w:r>
        <w:t>is liye ke aaj mein soch raha tha is mozu par ke aaj duniya mein abid ki itni</w:t>
      </w:r>
    </w:p>
    <w:p>
      <w:pPr>
        <w:jc w:val="right"/>
      </w:pPr>
      <w:r>
        <w:t>اس لیے کہ آج میں سوچ رہا تھا اس موضوع پر کہ آج دنیا میں عابد کی اتنی</w:t>
      </w:r>
    </w:p>
    <w:p>
      <w:r>
        <w:rPr>
          <w:b/>
        </w:rPr>
        <w:t xml:space="preserve">[01:36] </w:t>
      </w:r>
      <w:r>
        <w:t>kasrat hai ke jis masjid mein jayen bheed lagi hui hai.</w:t>
      </w:r>
    </w:p>
    <w:p>
      <w:pPr>
        <w:jc w:val="right"/>
      </w:pPr>
      <w:r>
        <w:t>کثرت ہے کہ جس مسجد میں جائیں بھیڑ لگی ہوئی ہے۔</w:t>
      </w:r>
    </w:p>
    <w:p>
      <w:r>
        <w:rPr>
          <w:b/>
        </w:rPr>
        <w:t xml:space="preserve">[01:41] </w:t>
      </w:r>
      <w:r>
        <w:t>aap madina makka jayen to hum haram mein bheed lagi hui hai.</w:t>
      </w:r>
    </w:p>
    <w:p>
      <w:pPr>
        <w:jc w:val="right"/>
      </w:pPr>
      <w:r>
        <w:t>آپ مدینہ مکہ جائیں تو ہم حرم میں بھیڑ لگی ہوئی ہے۔</w:t>
      </w:r>
    </w:p>
    <w:p>
      <w:r>
        <w:rPr>
          <w:b/>
        </w:rPr>
        <w:t xml:space="preserve">[01:46] </w:t>
      </w:r>
      <w:r>
        <w:t>to abid ki kasrat itni zyada hai ke unki ginti karna mushkil hai.</w:t>
      </w:r>
    </w:p>
    <w:p>
      <w:pPr>
        <w:jc w:val="right"/>
      </w:pPr>
      <w:r>
        <w:t>تو عباد کی کثرت اتنی زیادہ ہے کہ ان کی گنتی کرنا مشکل ہے۔</w:t>
      </w:r>
    </w:p>
    <w:p>
      <w:r>
        <w:rPr>
          <w:b/>
        </w:rPr>
        <w:t xml:space="preserve">[01:50] </w:t>
      </w:r>
      <w:r>
        <w:t>lekin aql se khali hai.</w:t>
      </w:r>
    </w:p>
    <w:p>
      <w:pPr>
        <w:jc w:val="right"/>
      </w:pPr>
      <w:r>
        <w:t>لیکن عقل سے خالی ہے۔</w:t>
      </w:r>
    </w:p>
    <w:p>
      <w:r>
        <w:rPr>
          <w:b/>
        </w:rPr>
        <w:t xml:space="preserve">[01:54] </w:t>
      </w:r>
      <w:r>
        <w:t>puri ummat aql se khali hai.</w:t>
      </w:r>
    </w:p>
    <w:p>
      <w:pPr>
        <w:jc w:val="right"/>
      </w:pPr>
      <w:r>
        <w:t>پوری امت عقل سے خالی ہے۔</w:t>
      </w:r>
    </w:p>
    <w:p>
      <w:r>
        <w:rPr>
          <w:b/>
        </w:rPr>
        <w:t xml:space="preserve">[01:58] </w:t>
      </w:r>
      <w:r>
        <w:t>puri puri ummat aql se khali hai.</w:t>
      </w:r>
    </w:p>
    <w:p>
      <w:pPr>
        <w:jc w:val="right"/>
      </w:pPr>
      <w:r>
        <w:t>پوری پوری امت عقل سے خالی ہے۔</w:t>
      </w:r>
    </w:p>
    <w:p>
      <w:r>
        <w:rPr>
          <w:b/>
        </w:rPr>
        <w:t xml:space="preserve">[02:01] </w:t>
      </w:r>
      <w:r>
        <w:t>to yeh hadith jo hai sanad ke aitbar se jaisi bhi ho, lekin ma'nawi ke aitbar se woh</w:t>
      </w:r>
    </w:p>
    <w:p>
      <w:pPr>
        <w:jc w:val="right"/>
      </w:pPr>
      <w:r>
        <w:t>تو یہ حدیث جو ہے سند کے اعتبار سے جیسی بھی ہو، لیکن معنوی کے اعتبار سے وہ</w:t>
      </w:r>
    </w:p>
    <w:p>
      <w:r>
        <w:rPr>
          <w:b/>
        </w:rPr>
        <w:t xml:space="preserve">[02:05] </w:t>
      </w:r>
      <w:r>
        <w:t>bilkul durust hai.</w:t>
      </w:r>
    </w:p>
    <w:p>
      <w:pPr>
        <w:jc w:val="right"/>
      </w:pPr>
      <w:r>
        <w:t>بالکل درست ہے۔</w:t>
      </w:r>
    </w:p>
    <w:p>
      <w:r>
        <w:rPr>
          <w:b/>
        </w:rPr>
        <w:t xml:space="preserve">[02:09] </w:t>
      </w:r>
      <w:r>
        <w:t>mein aap ko aik misaal deta hoon.</w:t>
      </w:r>
    </w:p>
    <w:p>
      <w:pPr>
        <w:jc w:val="right"/>
      </w:pPr>
      <w:r>
        <w:t>میں آپ کو ایک مثال دیتا ہوں۔</w:t>
      </w:r>
    </w:p>
    <w:p>
      <w:r>
        <w:rPr>
          <w:b/>
        </w:rPr>
        <w:t xml:space="preserve">[02:13] </w:t>
      </w:r>
      <w:r>
        <w:t>dekhiye, tamam musalman jo hai</w:t>
      </w:r>
    </w:p>
    <w:p>
      <w:pPr>
        <w:jc w:val="right"/>
      </w:pPr>
      <w:r>
        <w:t>دیکھیے، تمام مسلمان جو ہے</w:t>
      </w:r>
    </w:p>
    <w:p>
      <w:r>
        <w:rPr>
          <w:b/>
        </w:rPr>
        <w:t xml:space="preserve">[02:16] </w:t>
      </w:r>
      <w:r>
        <w:t>fakhar karte hain ke rasool Allah sallallahu alaihi wasallam ki sunnat mukammal namuna hai. sab fakhar ke sath kehte hain mukammal namuna hai. lekin sawal yeh hai ke kya kahani ke liye yeh baat hai? mukammal namuna yeh sirf kahani ki baat hai? karne ki baat nahi hai? misaal ke taur par dekhiye, farar bhi ek sunnat rasool hai. yani ret</w:t>
      </w:r>
    </w:p>
    <w:p>
      <w:pPr>
        <w:jc w:val="right"/>
      </w:pPr>
      <w:r>
        <w:t>فخر کرتے ہیں کہ رسول اللہ صلی اللہ علیہ وسلم کی سنت مکمل نمونہ ہے۔ سب فخر کے ساتھ کہتے ہیں مکمل نمونہ ہے۔ لیکن سوال یہ ہے کہ کیا کہانی کے لیے یہ بات ہے؟ مکمل نمونہ یہ صرف کہانی کی بات ہے؟ کرنے کی بات نہیں ہے؟ مثال کے طور پر دیکھیے، فرار بھی ایک سنت رسول ہے۔ یعنی ret</w:t>
      </w:r>
    </w:p>
    <w:p>
      <w:r>
        <w:rPr>
          <w:b/>
        </w:rPr>
        <w:t xml:space="preserve">[02:46] </w:t>
      </w:r>
      <w:r>
        <w:t>reat, peechay hatna.</w:t>
      </w:r>
    </w:p>
    <w:p>
      <w:pPr>
        <w:jc w:val="right"/>
      </w:pPr>
      <w:r>
        <w:t>reat، پیچھے ہٹنا۔</w:t>
      </w:r>
    </w:p>
    <w:p>
      <w:r>
        <w:rPr>
          <w:b/>
        </w:rPr>
        <w:t xml:space="preserve">[02:53] </w:t>
      </w:r>
      <w:r>
        <w:t>koi musalman aisa milega aap ko jo farar ko sunnat-e-rasool bataye? Sab iqdamaat ko, aagay barhnay</w:t>
      </w:r>
    </w:p>
    <w:p>
      <w:pPr>
        <w:jc w:val="right"/>
      </w:pPr>
      <w:r>
        <w:t>کوئی مسلمان ایسا ملے گا آپ کو جو فرار کو سنت رسول بتائے؟ سب اقدام کو، آگے بڑھنے</w:t>
      </w:r>
    </w:p>
    <w:p>
      <w:r>
        <w:rPr>
          <w:b/>
        </w:rPr>
        <w:t xml:space="preserve">[02:59] </w:t>
      </w:r>
      <w:r>
        <w:t>ko, jang karnay ko, takrao ko isi ko kehtay hain ke sunnat-e-rasool hai.</w:t>
      </w:r>
    </w:p>
    <w:p>
      <w:pPr>
        <w:jc w:val="right"/>
      </w:pPr>
      <w:r>
        <w:t>کو، جنگ کرنے کو، ٹکراؤ کو اسی کو سمجھتے ہیں کہ سنت رسول ہے۔</w:t>
      </w:r>
    </w:p>
    <w:p>
      <w:r>
        <w:rPr>
          <w:b/>
        </w:rPr>
        <w:t xml:space="preserve">[03:06] </w:t>
      </w:r>
      <w:r>
        <w:t>dekhiye, sanh aath hijri mein aik ghazwa hua tha jis ko kehtay hain ghazwa-e-bootah.</w:t>
      </w:r>
    </w:p>
    <w:p>
      <w:pPr>
        <w:jc w:val="right"/>
      </w:pPr>
      <w:r>
        <w:t>دیکھیے، سنہ آٹھ ہجری میں ایک غزوہ ہوا تھا جس کو کہتے ہیں غزوہ بوتہ۔</w:t>
      </w:r>
    </w:p>
    <w:p>
      <w:r>
        <w:rPr>
          <w:b/>
        </w:rPr>
        <w:t xml:space="preserve">[03:12] </w:t>
      </w:r>
      <w:r>
        <w:t>yeh room ki sarhad par hua tha.</w:t>
      </w:r>
    </w:p>
    <w:p>
      <w:pPr>
        <w:jc w:val="right"/>
      </w:pPr>
      <w:r>
        <w:t>یہ روم کی سرحد پر ہوا تھا۔</w:t>
      </w:r>
    </w:p>
    <w:p>
      <w:r>
        <w:rPr>
          <w:b/>
        </w:rPr>
        <w:t xml:space="preserve">[03:19] </w:t>
      </w:r>
      <w:r>
        <w:t>is mein kai sahaba shaheed ho gaye thay.</w:t>
      </w:r>
    </w:p>
    <w:p>
      <w:pPr>
        <w:jc w:val="right"/>
      </w:pPr>
      <w:r>
        <w:t>اس میں کئی صحابہ شہید ہو گئے تھے۔</w:t>
      </w:r>
    </w:p>
    <w:p>
      <w:r>
        <w:rPr>
          <w:b/>
        </w:rPr>
        <w:t xml:space="preserve">[03:24] </w:t>
      </w:r>
      <w:r>
        <w:t>aur kai sardar bhi shaheed ho gaye thay.</w:t>
      </w:r>
    </w:p>
    <w:p>
      <w:pPr>
        <w:jc w:val="right"/>
      </w:pPr>
      <w:r>
        <w:t>اور کئی سردار بھی شہید ہو گئے تھے۔</w:t>
      </w:r>
    </w:p>
    <w:p>
      <w:r>
        <w:rPr>
          <w:b/>
        </w:rPr>
        <w:t xml:space="preserve">[03:29] </w:t>
      </w:r>
      <w:r>
        <w:t>aakhir mein sardar banaye gaye Khalid bin Waleed.</w:t>
      </w:r>
    </w:p>
    <w:p>
      <w:pPr>
        <w:jc w:val="right"/>
      </w:pPr>
      <w:r>
        <w:t>آخر میں سردار بنائے گئے خالد بن الولید۔</w:t>
      </w:r>
    </w:p>
    <w:p>
      <w:r>
        <w:rPr>
          <w:b/>
        </w:rPr>
        <w:t xml:space="preserve">[03:34] </w:t>
      </w:r>
      <w:r>
        <w:t>to unhon ne dekha ke hamari tadad kam hai aur roomiyon ki tadad ziyada hai.</w:t>
      </w:r>
    </w:p>
    <w:p>
      <w:pPr>
        <w:jc w:val="right"/>
      </w:pPr>
      <w:r>
        <w:t>تو انہوں نے دیکھا کہ ہماری تعداد کم ہے اور رومیوں کی تعداد زیادہ ہے۔</w:t>
      </w:r>
    </w:p>
    <w:p>
      <w:r>
        <w:rPr>
          <w:b/>
        </w:rPr>
        <w:t xml:space="preserve">[03:40] </w:t>
      </w:r>
      <w:r>
        <w:t>aur jang agar hum jaari rakhein ge to siwaye is ke ke hamara nuqsan barhay aur kuch faida</w:t>
      </w:r>
    </w:p>
    <w:p>
      <w:pPr>
        <w:jc w:val="right"/>
      </w:pPr>
      <w:r>
        <w:t>اور جنگ اگر ہم جاری رکھیں گے تو سوائے اس کے کہ ہمارا نقصان بڑھے اور کچھ فائدہ</w:t>
      </w:r>
    </w:p>
    <w:p>
      <w:r>
        <w:rPr>
          <w:b/>
        </w:rPr>
        <w:t xml:space="preserve">[03:45] </w:t>
      </w:r>
      <w:r>
        <w:t>honay wala nahi hai.</w:t>
      </w:r>
    </w:p>
    <w:p>
      <w:pPr>
        <w:jc w:val="right"/>
      </w:pPr>
      <w:r>
        <w:t>ہونے والا نہیں ہے۔</w:t>
      </w:r>
    </w:p>
    <w:p>
      <w:r>
        <w:rPr>
          <w:b/>
        </w:rPr>
        <w:t xml:space="preserve">[03:50] </w:t>
      </w:r>
      <w:r>
        <w:t>yani bohat se log shaheed ho chukay hain aur mazeed kuch aur shaheed honge.</w:t>
      </w:r>
    </w:p>
    <w:p>
      <w:pPr>
        <w:jc w:val="right"/>
      </w:pPr>
      <w:r>
        <w:t>یعنی بہت سے لوگ شہید ہو چکے ہیں اور مزید کچھ اور شہید ہوں گے۔</w:t>
      </w:r>
    </w:p>
    <w:p>
      <w:r>
        <w:rPr>
          <w:b/>
        </w:rPr>
        <w:t xml:space="preserve">[03:56] </w:t>
      </w:r>
      <w:r>
        <w:t>kyun ke tadad jo hai bohat mein bohat farq tha dono ke is mein.</w:t>
      </w:r>
    </w:p>
    <w:p>
      <w:pPr>
        <w:jc w:val="right"/>
      </w:pPr>
      <w:r>
        <w:t>کیونکہ تعداد جو ہے بہت میں بہت فرق تھا دونوں کے اس میں۔</w:t>
      </w:r>
    </w:p>
    <w:p>
      <w:r>
        <w:rPr>
          <w:b/>
        </w:rPr>
        <w:t xml:space="preserve">[04:02] </w:t>
      </w:r>
      <w:r>
        <w:t>bohat hi kam thay sahaba aur bohat ziyada thay roomi.</w:t>
      </w:r>
    </w:p>
    <w:p>
      <w:pPr>
        <w:jc w:val="right"/>
      </w:pPr>
      <w:r>
        <w:t>بہت ہی کم تھے صحابہ اور بہت زیادہ تھے رومی۔</w:t>
      </w:r>
    </w:p>
    <w:p>
      <w:r>
        <w:rPr>
          <w:b/>
        </w:rPr>
        <w:t xml:space="preserve">[04:08] </w:t>
      </w:r>
      <w:r>
        <w:t>to unhon ne faisla kiya ke hum wapas chale jayen Madinah.</w:t>
      </w:r>
    </w:p>
    <w:p>
      <w:pPr>
        <w:jc w:val="right"/>
      </w:pPr>
      <w:r>
        <w:t>تو انہوں نے فیصلہ کیا کہ ہم واپس چلے جائیں مدینہ۔</w:t>
      </w:r>
    </w:p>
    <w:p>
      <w:r>
        <w:rPr>
          <w:b/>
        </w:rPr>
        <w:t xml:space="preserve">[04:14] </w:t>
      </w:r>
      <w:r>
        <w:t>jis ko kehtay hain aik istilaah hai, aik term hai tact</w:t>
      </w:r>
    </w:p>
    <w:p>
      <w:pPr>
        <w:jc w:val="right"/>
      </w:pPr>
      <w:r>
        <w:t>جس کو کہتے ہیں ایک اصطلاح ہے، ایک term ہے tact</w:t>
      </w:r>
    </w:p>
    <w:p>
      <w:r>
        <w:rPr>
          <w:b/>
        </w:rPr>
        <w:t xml:space="preserve">[04:20] </w:t>
      </w:r>
      <w:r>
        <w:t>ical retreat. wapas jana. to boht hi hikmat ke sath unhon ne wapsi ka faisla kiya. aur jo sahaba bache the un ko le kar madina wapas aa gaye. jab madina wapas aaye to logon ne istiqbal kiya un ka yeh keh kar ke ya farar. farartum min sabilillah. farar ke</w:t>
      </w:r>
    </w:p>
    <w:p>
      <w:pPr>
        <w:jc w:val="right"/>
      </w:pPr>
      <w:r>
        <w:t>ical retreat۔ واپس جانا۔ تو بہت ہی حکمت کے ساتھ انہوں نے واپسی کا فیصلہ کیا۔ اور جو صحابہ بچے تھے ان کو لے کر مدینہ واپس آ گئے۔ جب مدینہ واپس آئے تو لوگوں نے استقبال کیا ان کا یہ کہہ کر کہ یا فرار۔ فرارتم من سبیل اللہ۔ فرار کے</w:t>
      </w:r>
    </w:p>
    <w:p>
      <w:r>
        <w:rPr>
          <w:b/>
        </w:rPr>
        <w:t xml:space="preserve">[04:50] </w:t>
      </w:r>
      <w:r>
        <w:t>ma'ni hote hain bhagne wale. ae bhagne walon! Allah ke raste se to bhag ke chale aao. yeh sab namaz parhne wale log the. abid log the. jinhon ne yeh kaha tha ke ya farar. yeh sab ke sab abid log the. namaz roza karne wale log the. lekin yeh case jab rasool Allah sallallahu alaihi wasallam ke samne aaya to aap ne kya jawab diya? aap ne kaha laisu bil farar. yeh</w:t>
      </w:r>
    </w:p>
    <w:p>
      <w:pPr>
        <w:jc w:val="right"/>
      </w:pPr>
      <w:r>
        <w:t>معنی ہوتے ہیں بھاگنے والے۔ اے بھاگنے والوں! اللہ کے راستے سے تو بھاگ کے چلے آئے۔ یہ سب نماز پڑھنے والے لوگ تھے۔ عابد لوگ تھے۔ جنہوں نے یہ کہا تھا کہ یا فرار۔ یہ سب کے سب عابد لوگ تھے۔ نماز روزہ کرنے والے لوگ تھے۔ لیکن یہ case جب رسول اللہ صلی اللہ علیہ وسلم کے سامنے آیا تو آپ نے کیا جواب دیا؟ آپ نے کہا لیسو بالفرار۔ یہ</w:t>
      </w:r>
    </w:p>
    <w:p>
      <w:r>
        <w:rPr>
          <w:b/>
        </w:rPr>
        <w:t xml:space="preserve">[05:20] </w:t>
      </w:r>
      <w:r>
        <w:t>bohat hi ajeeb ghareeb sunnat-e-rasool hai.</w:t>
      </w:r>
    </w:p>
    <w:p>
      <w:pPr>
        <w:jc w:val="right"/>
      </w:pPr>
      <w:r>
        <w:t>بہت ہی عجیب غریب سنت رسول ہے۔</w:t>
      </w:r>
    </w:p>
    <w:p>
      <w:r>
        <w:rPr>
          <w:b/>
        </w:rPr>
        <w:t xml:space="preserve">[05:24] </w:t>
      </w:r>
      <w:r>
        <w:t>ke baaz log to yeh kehtay thay ke yeh farar ka case hai.</w:t>
      </w:r>
    </w:p>
    <w:p>
      <w:pPr>
        <w:jc w:val="right"/>
      </w:pPr>
      <w:r>
        <w:t>کہ بعض لوگ تو یہ کہتے تھے کہ یہ فرار کا case ہے۔</w:t>
      </w:r>
    </w:p>
    <w:p>
      <w:r>
        <w:rPr>
          <w:b/>
        </w:rPr>
        <w:t xml:space="preserve">[05:28] </w:t>
      </w:r>
      <w:r>
        <w:t>Rasool Allah (SAW) jo Allah Ta'ala ne jo bohat ziyada aap ko samajh di thi,</w:t>
      </w:r>
    </w:p>
    <w:p>
      <w:pPr>
        <w:jc w:val="right"/>
      </w:pPr>
      <w:r>
        <w:t>رسول اللہ صلی اللہ علیہ وسلم جو اللہ تعالیٰ نے جو بہت زیادہ آپ کو سمجھ دی تھی،</w:t>
      </w:r>
    </w:p>
    <w:p>
      <w:r>
        <w:rPr>
          <w:b/>
        </w:rPr>
        <w:t xml:space="preserve">[05:32] </w:t>
      </w:r>
      <w:r>
        <w:t>aql di thi.</w:t>
      </w:r>
    </w:p>
    <w:p>
      <w:pPr>
        <w:jc w:val="right"/>
      </w:pPr>
      <w:r>
        <w:t>عقل دی تھی۔</w:t>
      </w:r>
    </w:p>
    <w:p>
      <w:r>
        <w:rPr>
          <w:b/>
        </w:rPr>
        <w:t xml:space="preserve">[05:36] </w:t>
      </w:r>
      <w:r>
        <w:t>aap ne farmaya ke las tum bil farar.</w:t>
      </w:r>
    </w:p>
    <w:p>
      <w:pPr>
        <w:jc w:val="right"/>
      </w:pPr>
      <w:r>
        <w:t>آپ نے فرمایا کہ لیسو بالفرار۔</w:t>
      </w:r>
    </w:p>
    <w:p>
      <w:r>
        <w:rPr>
          <w:b/>
        </w:rPr>
        <w:t xml:space="preserve">[05:39] </w:t>
      </w:r>
      <w:r>
        <w:t>walakin hum al-qarar insha Allah Ta'ala.</w:t>
      </w:r>
    </w:p>
    <w:p>
      <w:pPr>
        <w:jc w:val="right"/>
      </w:pPr>
      <w:r>
        <w:t>ولکنہم القرار انشاء اللہ تعالیٰ۔</w:t>
      </w:r>
    </w:p>
    <w:p>
      <w:r>
        <w:rPr>
          <w:b/>
        </w:rPr>
        <w:t xml:space="preserve">[05:43] </w:t>
      </w:r>
      <w:r>
        <w:t>wo bhagnay walay log nahi hain balkay iqdamaat karnay walay hain.</w:t>
      </w:r>
    </w:p>
    <w:p>
      <w:pPr>
        <w:jc w:val="right"/>
      </w:pPr>
      <w:r>
        <w:t>وہ بھاگنے والے لوگ نہیں ہیں بلکہ اقدام کرنے والے ہیں۔</w:t>
      </w:r>
    </w:p>
    <w:p>
      <w:r>
        <w:rPr>
          <w:b/>
        </w:rPr>
        <w:t xml:space="preserve">[05:47] </w:t>
      </w:r>
      <w:r>
        <w:t>aap ghhor kijiye, waqea to farar hi ka tha.</w:t>
      </w:r>
    </w:p>
    <w:p>
      <w:pPr>
        <w:jc w:val="right"/>
      </w:pPr>
      <w:r>
        <w:t>آپ غور کیجیے، واقعہ تو فرار ہی کا تھا۔</w:t>
      </w:r>
    </w:p>
    <w:p>
      <w:r>
        <w:rPr>
          <w:b/>
        </w:rPr>
        <w:t xml:space="preserve">[05:51] </w:t>
      </w:r>
      <w:r>
        <w:t>retreat ka tha. advancement ka nahi tha. lekin aap ne yeh keh diya ke yeh farar nahi, yeh iqdam hai. kehte hain ajib baat hai ke retreat ke waqeye ko advancement ka waqea bata diya hai. yeh hai wisdom. jo abid log aur namaz roze wale log jis cheez ko farar samajhte the, us ko rasool Allah sallallahu alaihi wasallam ne apni bas</w:t>
      </w:r>
    </w:p>
    <w:p>
      <w:pPr>
        <w:jc w:val="right"/>
      </w:pPr>
      <w:r>
        <w:t>Retreat کا تھا۔ Advancement کا نہیں تھا۔ لیکن آپ نے یہ کہہ دیا کہ یہ فرار نہیں، یہ اقدام ہے۔ کہتے ہیں عجیب بات ہے کہ retreat کے واقعے کو advancement کا واقعہ بتا دیا ہے۔ یہ ہے wisdom۔ جو عابد لوگ اور نماز روزے والے لوگ جس چیز کو فرار سمجھتے تھے، اس کو رسول اللہ صلی اللہ علیہ وسلم نے اپنی بص</w:t>
      </w:r>
    </w:p>
    <w:p>
      <w:r>
        <w:rPr>
          <w:b/>
        </w:rPr>
        <w:t xml:space="preserve">[06:21] </w:t>
      </w:r>
      <w:r>
        <w:t>yrat se, apni wisdom samjha ke nahin.</w:t>
      </w:r>
    </w:p>
    <w:p>
      <w:pPr>
        <w:jc w:val="right"/>
      </w:pPr>
      <w:r>
        <w:t>یرت سے، اپنی wisdom سمجھا کہ نہیں۔</w:t>
      </w:r>
    </w:p>
    <w:p>
      <w:r>
        <w:rPr>
          <w:b/>
        </w:rPr>
        <w:t xml:space="preserve">[06:25] </w:t>
      </w:r>
      <w:r>
        <w:t>yeh to iqdam ka waqea hai.</w:t>
      </w:r>
    </w:p>
    <w:p>
      <w:pPr>
        <w:jc w:val="right"/>
      </w:pPr>
      <w:r>
        <w:t>یہ تو اقدام کا واقعہ ہے۔</w:t>
      </w:r>
    </w:p>
    <w:p>
      <w:r>
        <w:rPr>
          <w:b/>
        </w:rPr>
        <w:t xml:space="preserve">[06:30] </w:t>
      </w:r>
      <w:r>
        <w:t>woh kaise? is waqt jo hikmat thi matloob ke jo bache hue log hain, un ko bachaya jaye.</w:t>
      </w:r>
    </w:p>
    <w:p>
      <w:pPr>
        <w:jc w:val="right"/>
      </w:pPr>
      <w:r>
        <w:t>وہ کیسے؟ اس وقت جو حکمت تھی مطلوب کہ جو بچے ہوئے لوگ ہیں، ان کو بچایا جائے۔</w:t>
      </w:r>
    </w:p>
    <w:p>
      <w:r>
        <w:rPr>
          <w:b/>
        </w:rPr>
        <w:t xml:space="preserve">[06:34] </w:t>
      </w:r>
      <w:r>
        <w:t>un ko bhi kab marwaya jaye? jo shaheed ho gaye, woh to shaheed ho gaye.</w:t>
      </w:r>
    </w:p>
    <w:p>
      <w:pPr>
        <w:jc w:val="right"/>
      </w:pPr>
      <w:r>
        <w:t>ان کو بھی کب مروایا جائے؟ جو شہید ہو گئے، وہ تو شہید ہو گئے۔</w:t>
      </w:r>
    </w:p>
    <w:p>
      <w:r>
        <w:rPr>
          <w:b/>
        </w:rPr>
        <w:t xml:space="preserve">[06:38] </w:t>
      </w:r>
      <w:r>
        <w:t>lekin jo abhi bache hue hain, un ko wapas le ke chalen, hum madina chalen.</w:t>
      </w:r>
    </w:p>
    <w:p>
      <w:pPr>
        <w:jc w:val="right"/>
      </w:pPr>
      <w:r>
        <w:t>لیکن جو ابھی بچے ہوئے ہیں، ان کو واپس لے کے چلیں، ہم مدینہ چلیں۔</w:t>
      </w:r>
    </w:p>
    <w:p>
      <w:r>
        <w:rPr>
          <w:b/>
        </w:rPr>
        <w:t xml:space="preserve">[06:42] </w:t>
      </w:r>
      <w:r>
        <w:t>aur mazeed tayari karen.</w:t>
      </w:r>
    </w:p>
    <w:p>
      <w:pPr>
        <w:jc w:val="right"/>
      </w:pPr>
      <w:r>
        <w:t>اور مزید تیاری کریں۔</w:t>
      </w:r>
    </w:p>
    <w:p>
      <w:r>
        <w:rPr>
          <w:b/>
        </w:rPr>
        <w:t xml:space="preserve">[06:47] </w:t>
      </w:r>
      <w:r>
        <w:t>mazeed tayari kar ke phir hum</w:t>
      </w:r>
    </w:p>
    <w:p>
      <w:pPr>
        <w:jc w:val="right"/>
      </w:pPr>
      <w:r>
        <w:t>مزید تیاری کر کے پھر ہم</w:t>
      </w:r>
    </w:p>
    <w:p>
      <w:r>
        <w:rPr>
          <w:b/>
        </w:rPr>
        <w:t xml:space="preserve">[06:51] </w:t>
      </w:r>
      <w:r>
        <w:t>iqdam karen ge.</w:t>
      </w:r>
    </w:p>
    <w:p>
      <w:pPr>
        <w:jc w:val="right"/>
      </w:pPr>
      <w:r>
        <w:t>اقدام کریں گے۔</w:t>
      </w:r>
    </w:p>
    <w:p>
      <w:r>
        <w:rPr>
          <w:b/>
        </w:rPr>
        <w:t xml:space="preserve">[06:55] </w:t>
      </w:r>
      <w:r>
        <w:t>aur baad ko aisa hua, baad ko iqdam kiya gaya, woh jeet hui musalmanon ki.</w:t>
      </w:r>
    </w:p>
    <w:p>
      <w:pPr>
        <w:jc w:val="right"/>
      </w:pPr>
      <w:r>
        <w:t>اور بعد کو ایسا ہوا، بعد کو اقدام کیا گیا، وہ جیت ہوئی مسلمانوں کی۔</w:t>
      </w:r>
    </w:p>
    <w:p>
      <w:r>
        <w:rPr>
          <w:b/>
        </w:rPr>
        <w:t xml:space="preserve">[07:00] </w:t>
      </w:r>
      <w:r>
        <w:t>to aap is misaal mein dekh lijeye ke woh hadith kehti hai sahih hai ke ek faqih hazar</w:t>
      </w:r>
    </w:p>
    <w:p>
      <w:pPr>
        <w:jc w:val="right"/>
      </w:pPr>
      <w:r>
        <w:t>تو آپ اس مثال میں دیکھ لیجیے کہ وہ حدیث کہتی ہے صحیح ہے کہ ایک فقیہ ہزار</w:t>
      </w:r>
    </w:p>
    <w:p>
      <w:r>
        <w:rPr>
          <w:b/>
        </w:rPr>
        <w:t xml:space="preserve">[07:04] </w:t>
      </w:r>
      <w:r>
        <w:t>aabid par ziyada bhari hai shaitan ke liye.</w:t>
      </w:r>
    </w:p>
    <w:p>
      <w:pPr>
        <w:jc w:val="right"/>
      </w:pPr>
      <w:r>
        <w:t>عابد پر زیادہ بھاری ہے شیطان کے لیے۔</w:t>
      </w:r>
    </w:p>
    <w:p>
      <w:r>
        <w:rPr>
          <w:b/>
        </w:rPr>
        <w:t xml:space="preserve">[07:09] </w:t>
      </w:r>
      <w:r>
        <w:t>koi shaitan yeh chahta hai ke sab larr kar mar jayen.</w:t>
      </w:r>
    </w:p>
    <w:p>
      <w:pPr>
        <w:jc w:val="right"/>
      </w:pPr>
      <w:r>
        <w:t>کوئی شیطان یہ چاہتا ہے کہ سب لڑ کر مر جائیں۔</w:t>
      </w:r>
    </w:p>
    <w:p>
      <w:r>
        <w:rPr>
          <w:b/>
        </w:rPr>
        <w:t xml:space="preserve">[07:13] </w:t>
      </w:r>
      <w:r>
        <w:t>koi bachne na paye.</w:t>
      </w:r>
    </w:p>
    <w:p>
      <w:pPr>
        <w:jc w:val="right"/>
      </w:pPr>
      <w:r>
        <w:t>کوئی بچنے نہ پائے۔</w:t>
      </w:r>
    </w:p>
    <w:p>
      <w:r>
        <w:rPr>
          <w:b/>
        </w:rPr>
        <w:t xml:space="preserve">[07:17] </w:t>
      </w:r>
      <w:r>
        <w:t>yeh shaitan chahta hai.</w:t>
      </w:r>
    </w:p>
    <w:p>
      <w:pPr>
        <w:jc w:val="right"/>
      </w:pPr>
      <w:r>
        <w:t>یہ شیطان چاہتا ہے۔</w:t>
      </w:r>
    </w:p>
    <w:p>
      <w:r>
        <w:rPr>
          <w:b/>
        </w:rPr>
        <w:t xml:space="preserve">[07:22] </w:t>
      </w:r>
      <w:r>
        <w:t>lekin aqal jo hai, woh aap istemal kar ke aap apne logon ko bacha lete hain.</w:t>
      </w:r>
    </w:p>
    <w:p>
      <w:pPr>
        <w:jc w:val="right"/>
      </w:pPr>
      <w:r>
        <w:t>لیکن عقل جو ہے، وہ آپ استعمال کر کے آپ اپنے لوگوں کو بچا لیتے ہیں۔</w:t>
      </w:r>
    </w:p>
    <w:p>
      <w:r>
        <w:rPr>
          <w:b/>
        </w:rPr>
        <w:t xml:space="preserve">[07:28] </w:t>
      </w:r>
      <w:r>
        <w:t>to main samajhta hoon ke tirmazi ki jo hadith hai, us par log bohat ziyada jarh kiya logon ne.</w:t>
      </w:r>
    </w:p>
    <w:p>
      <w:pPr>
        <w:jc w:val="right"/>
      </w:pPr>
      <w:r>
        <w:t>تو میں سمجھتا ہوں کہ ترمذی کی جو حدیث ہے، اس پر لوگ بہت زیادہ جرح کیا لوگوں نے۔</w:t>
      </w:r>
    </w:p>
    <w:p>
      <w:r>
        <w:rPr>
          <w:b/>
        </w:rPr>
        <w:t xml:space="preserve">[07:34] </w:t>
      </w:r>
      <w:r>
        <w:t>lekin sanad ke aitbar se woh hadith jaisi bhi ho, maanwi ke aitbar se bilkul durust hai.</w:t>
      </w:r>
    </w:p>
    <w:p>
      <w:pPr>
        <w:jc w:val="right"/>
      </w:pPr>
      <w:r>
        <w:t>لیکن سند کے اعتبار سے وہ حدیث جیسی بھی ہو، معنوی کے اعتبار سے بالکل درست ہے۔</w:t>
      </w:r>
    </w:p>
    <w:p>
      <w:r>
        <w:rPr>
          <w:b/>
        </w:rPr>
        <w:t xml:space="preserve">[07:41] </w:t>
      </w:r>
      <w:r>
        <w:t>bohat bari baat hai is ke andar.</w:t>
      </w:r>
    </w:p>
    <w:p>
      <w:pPr>
        <w:jc w:val="right"/>
      </w:pPr>
      <w:r>
        <w:t>بہت بڑی بات ہے اس کے اندر۔</w:t>
      </w:r>
    </w:p>
    <w:p>
      <w:r>
        <w:rPr>
          <w:b/>
        </w:rPr>
        <w:t xml:space="preserve">[07:47] </w:t>
      </w:r>
      <w:r>
        <w:t>is zamane ke musalman jo hain, woh bohat bari misaal hain is ka</w:t>
      </w:r>
    </w:p>
    <w:p>
      <w:pPr>
        <w:jc w:val="right"/>
      </w:pPr>
      <w:r>
        <w:t>اس زمانے کے مسلمان جو ہیں، وہ بہت بڑی مثال ہیں اس کا</w:t>
      </w:r>
    </w:p>
    <w:p>
      <w:r>
        <w:rPr>
          <w:b/>
        </w:rPr>
        <w:t xml:space="preserve">[07:53] </w:t>
      </w:r>
      <w:r>
        <w:t>ke aqal se mehroom hain yeh log.</w:t>
      </w:r>
    </w:p>
    <w:p>
      <w:pPr>
        <w:jc w:val="right"/>
      </w:pPr>
      <w:r>
        <w:t>کہ عقل سے محروم ہیں یہ لوگ۔</w:t>
      </w:r>
    </w:p>
    <w:p>
      <w:r>
        <w:rPr>
          <w:b/>
        </w:rPr>
        <w:t xml:space="preserve">[07:58] </w:t>
      </w:r>
      <w:r>
        <w:t>kyun ke aap dekhiye, jitne muhaaz jahan musalman larr rahe hain, har muhaaz ko dekhiye, wahi to ho raha</w:t>
      </w:r>
    </w:p>
    <w:p>
      <w:pPr>
        <w:jc w:val="right"/>
      </w:pPr>
      <w:r>
        <w:t>کیونکہ آپ دیکھیے، جتنے محاذ جہاں مسلمان لڑ رہے ہیں، ہر محاذ کو دیکھیے، وہی تو ہو رہا</w:t>
      </w:r>
    </w:p>
    <w:p>
      <w:r>
        <w:rPr>
          <w:b/>
        </w:rPr>
        <w:t xml:space="preserve">[08:03] </w:t>
      </w:r>
      <w:r>
        <w:t>hai ke log mare ja rahe hain ek tarafah.</w:t>
      </w:r>
    </w:p>
    <w:p>
      <w:pPr>
        <w:jc w:val="right"/>
      </w:pPr>
      <w:r>
        <w:t>ہے کہ لوگ مارے جا رہے ہیں ایک طرفہ۔</w:t>
      </w:r>
    </w:p>
    <w:p>
      <w:r>
        <w:rPr>
          <w:b/>
        </w:rPr>
        <w:t xml:space="preserve">[08:09] </w:t>
      </w:r>
      <w:r>
        <w:t>ek tarafah mare ja rahe hain, phir bhi log datte hue hain.</w:t>
      </w:r>
    </w:p>
    <w:p>
      <w:pPr>
        <w:jc w:val="right"/>
      </w:pPr>
      <w:r>
        <w:t>ایک طرفہ مارے جا رہے ہیں، پھر بھی لوگ ڈٹے ہوئے ہیں۔</w:t>
      </w:r>
    </w:p>
    <w:p>
      <w:r>
        <w:rPr>
          <w:b/>
        </w:rPr>
        <w:t xml:space="preserve">[08:14] </w:t>
      </w:r>
      <w:r>
        <w:t>koi bhi hazrat khalid ki jo sunnat, jis ko tasdeeq kiya tha rasool Allah sallallahu alaihi wasallam</w:t>
      </w:r>
    </w:p>
    <w:p>
      <w:pPr>
        <w:jc w:val="right"/>
      </w:pPr>
      <w:r>
        <w:t>کوئی بھی حضرت خالد کی جو سنت، جس کو کنفرم کیا تھا رسول اللہ صلی اللہ علیہ وسلم</w:t>
      </w:r>
    </w:p>
    <w:p>
      <w:r>
        <w:rPr>
          <w:b/>
        </w:rPr>
        <w:t xml:space="preserve">[08:19] </w:t>
      </w:r>
      <w:r>
        <w:t>ne, is tarah woh sunnat-e-rasool ho gayi.</w:t>
      </w:r>
    </w:p>
    <w:p>
      <w:pPr>
        <w:jc w:val="right"/>
      </w:pPr>
      <w:r>
        <w:t>نے، اس طرح وہ سنت رسول ہو گئی۔</w:t>
      </w:r>
    </w:p>
    <w:p>
      <w:r>
        <w:rPr>
          <w:b/>
        </w:rPr>
        <w:t xml:space="preserve">[08:24] </w:t>
      </w:r>
      <w:r>
        <w:t>kyunke aap jante hain ke hadees ki tareef ki jati hai ke jis cheez ko rasool Allah sallallahu</w:t>
      </w:r>
    </w:p>
    <w:p>
      <w:pPr>
        <w:jc w:val="right"/>
      </w:pPr>
      <w:r>
        <w:t>کیونکہ آپ جانتے ہیں کہ حدیث کی تعریف کی جاتی ہے کہ جس چیز کو رسول اللہ صلی</w:t>
      </w:r>
    </w:p>
    <w:p>
      <w:r>
        <w:rPr>
          <w:b/>
        </w:rPr>
        <w:t xml:space="preserve">[08:30] </w:t>
      </w:r>
      <w:r>
        <w:t>alaihi wasallam ke ilm mein aaye, aur aap is ko confirm kar dein to woh bhi hadees hai.</w:t>
      </w:r>
    </w:p>
    <w:p>
      <w:pPr>
        <w:jc w:val="right"/>
      </w:pPr>
      <w:r>
        <w:t>اللہ علیہ وسلم کے علم میں آئے، اور آپ اس کو کنفرم کر دیں تو وہ بھی حدیث ہے۔</w:t>
      </w:r>
    </w:p>
    <w:p>
      <w:r>
        <w:rPr>
          <w:b/>
        </w:rPr>
        <w:t xml:space="preserve">[08:36] </w:t>
      </w:r>
      <w:r>
        <w:t>hadees rasool hai, sunnat-e-rasool hai.</w:t>
      </w:r>
    </w:p>
    <w:p>
      <w:pPr>
        <w:jc w:val="right"/>
      </w:pPr>
      <w:r>
        <w:t>حدیث رسول ہے، سنت رسول ہے۔</w:t>
      </w:r>
    </w:p>
    <w:p>
      <w:r>
        <w:rPr>
          <w:b/>
        </w:rPr>
        <w:t xml:space="preserve">[08:42] </w:t>
      </w:r>
      <w:r>
        <w:t>to rasool Allah sallallahu alaihi wasallam ne confirm kar diya Hazrat Khalid ke usway ko, to woh</w:t>
      </w:r>
    </w:p>
    <w:p>
      <w:pPr>
        <w:jc w:val="right"/>
      </w:pPr>
      <w:r>
        <w:t>تو رسول اللہ صلی اللہ علیہ وسلم نے کنفرم کر دیا حضرت خالد کے اسوے کو، تو وہ</w:t>
      </w:r>
    </w:p>
    <w:p>
      <w:r>
        <w:rPr>
          <w:b/>
        </w:rPr>
        <w:t xml:space="preserve">[08:48] </w:t>
      </w:r>
      <w:r>
        <w:t>to sunnat-e-saabitah ho gayi.</w:t>
      </w:r>
    </w:p>
    <w:p>
      <w:pPr>
        <w:jc w:val="right"/>
      </w:pPr>
      <w:r>
        <w:t>تو سنت ثابتہ ہو گئی۔</w:t>
      </w:r>
    </w:p>
    <w:p>
      <w:r>
        <w:rPr>
          <w:b/>
        </w:rPr>
        <w:t xml:space="preserve">[08:54] </w:t>
      </w:r>
      <w:r>
        <w:t>to yeh yeh hadees jo hai, yeh rasool Allah sallallahu alaihi wasallam ka yeh muamla aaj kya</w:t>
      </w:r>
    </w:p>
    <w:p>
      <w:pPr>
        <w:jc w:val="right"/>
      </w:pPr>
      <w:r>
        <w:t>تو یہ یہ حدیث جو ہے، یہ رسول اللہ صلی اللہ علیہ وسلم کا یہ معاملہ آج کیا</w:t>
      </w:r>
    </w:p>
    <w:p>
      <w:r>
        <w:rPr>
          <w:b/>
        </w:rPr>
        <w:t xml:space="preserve">[08:58] </w:t>
      </w:r>
      <w:r>
        <w:t>keh raha hai? Sab log retreat karein, sab peeche hatein.</w:t>
      </w:r>
    </w:p>
    <w:p>
      <w:pPr>
        <w:jc w:val="right"/>
      </w:pPr>
      <w:r>
        <w:t>کہہ رہا ہے؟ سب لوگ retreat کریں، سب پیچھے ہٹو۔</w:t>
      </w:r>
    </w:p>
    <w:p>
      <w:r>
        <w:rPr>
          <w:b/>
        </w:rPr>
        <w:t xml:space="preserve">[09:03] </w:t>
      </w:r>
      <w:r>
        <w:t>sab iqdamaat band karo.</w:t>
      </w:r>
    </w:p>
    <w:p>
      <w:pPr>
        <w:jc w:val="right"/>
      </w:pPr>
      <w:r>
        <w:t>سب اقدام بند کرو۔</w:t>
      </w:r>
    </w:p>
    <w:p>
      <w:r>
        <w:rPr>
          <w:b/>
        </w:rPr>
        <w:t xml:space="preserve">[09:07] </w:t>
      </w:r>
      <w:r>
        <w:t>chahe woh Kashmir ka muhaaz ho, chahe Falasteen ka muhaaz ho, chahe Iraq ka muhaaz ho, chahe Afghanistan</w:t>
      </w:r>
    </w:p>
    <w:p>
      <w:pPr>
        <w:jc w:val="right"/>
      </w:pPr>
      <w:r>
        <w:t>چاہے وہ کشمیر کا محاذ ہو، چاہے فلسطین کا محاذ ہو، چاہے عراق کا محاذ ہو، چاہے افغانستان</w:t>
      </w:r>
    </w:p>
    <w:p>
      <w:r>
        <w:rPr>
          <w:b/>
        </w:rPr>
        <w:t xml:space="preserve">[09:11] </w:t>
      </w:r>
      <w:r>
        <w:t>ka muhaaz ho.</w:t>
      </w:r>
    </w:p>
    <w:p>
      <w:pPr>
        <w:jc w:val="right"/>
      </w:pPr>
      <w:r>
        <w:t>کا محاذ ہو۔</w:t>
      </w:r>
    </w:p>
    <w:p>
      <w:r>
        <w:rPr>
          <w:b/>
        </w:rPr>
        <w:t xml:space="preserve">[09:16] </w:t>
      </w:r>
      <w:r>
        <w:t>jahan jahan Musalman lad rahe hain, har jagah sab log jante hain ke har jagah yak-tarfa taur par</w:t>
      </w:r>
    </w:p>
    <w:p>
      <w:pPr>
        <w:jc w:val="right"/>
      </w:pPr>
      <w:r>
        <w:t>جہاں جہاں مسلمان لڑ رہے ہیں، ہر جگہ سب لوگ جانتے ہیں کہ ہر جگہ یکطرفہ طور پر</w:t>
      </w:r>
    </w:p>
    <w:p>
      <w:r>
        <w:rPr>
          <w:b/>
        </w:rPr>
        <w:t xml:space="preserve">[09:20] </w:t>
      </w:r>
      <w:r>
        <w:t>unhi ka nuqsaan ho raha hai. Fareeq</w:t>
      </w:r>
    </w:p>
    <w:p>
      <w:pPr>
        <w:jc w:val="right"/>
      </w:pPr>
      <w:r>
        <w:t>انہی کا نقصان ہو رہا ہے۔ فریق</w:t>
      </w:r>
    </w:p>
    <w:p>
      <w:r>
        <w:rPr>
          <w:b/>
        </w:rPr>
        <w:t xml:space="preserve">[09:24] </w:t>
      </w:r>
      <w:r>
        <w:t>e-saani ka koi nuqsaan nahi ho raha.</w:t>
      </w:r>
    </w:p>
    <w:p>
      <w:pPr>
        <w:jc w:val="right"/>
      </w:pPr>
      <w:r>
        <w:t>ثانی کا کوئی نقصان نہیں ہو رہا۔</w:t>
      </w:r>
    </w:p>
    <w:p>
      <w:r>
        <w:rPr>
          <w:b/>
        </w:rPr>
        <w:t xml:space="preserve">[09:30] </w:t>
      </w:r>
      <w:r>
        <w:t>yak-tarfa taur par unhi ko nuqsaan hai.</w:t>
      </w:r>
    </w:p>
    <w:p>
      <w:pPr>
        <w:jc w:val="right"/>
      </w:pPr>
      <w:r>
        <w:t>یکطرفہ طور پر انہی کو نقصان ہے۔</w:t>
      </w:r>
    </w:p>
    <w:p>
      <w:r>
        <w:rPr>
          <w:b/>
        </w:rPr>
        <w:t xml:space="preserve">[09:35] </w:t>
      </w:r>
      <w:r>
        <w:t>jahan jahan lad rahe hain.</w:t>
      </w:r>
    </w:p>
    <w:p>
      <w:pPr>
        <w:jc w:val="right"/>
      </w:pPr>
      <w:r>
        <w:t>جہاں جہاں لڑ رہے ہیں۔</w:t>
      </w:r>
    </w:p>
    <w:p>
      <w:r>
        <w:rPr>
          <w:b/>
        </w:rPr>
        <w:t xml:space="preserve">[09:40] </w:t>
      </w:r>
      <w:r>
        <w:t>to is ke maani yeh hain ke woh waqt aa gaya hai ke Hazrat Khalid sallallahu alaihi wasallam</w:t>
      </w:r>
    </w:p>
    <w:p>
      <w:pPr>
        <w:jc w:val="right"/>
      </w:pPr>
      <w:r>
        <w:t>تو اس کے معنی یہ ہیں کہ وہ وقت آگیا ہے کہ حضرت خالد صلی اللہ علیہ وسلم</w:t>
      </w:r>
    </w:p>
    <w:p>
      <w:r>
        <w:rPr>
          <w:b/>
        </w:rPr>
        <w:t xml:space="preserve">[09:45] </w:t>
      </w:r>
      <w:r>
        <w:t>ki is sunnat ko zindah kiya jaye, jis ko confirm kiya tha rasool Allah sallallahu alaihi wasallam ne.</w:t>
      </w:r>
    </w:p>
    <w:p>
      <w:pPr>
        <w:jc w:val="right"/>
      </w:pPr>
      <w:r>
        <w:t>کی اس سنت کو زندہ کیا جائے، جس کو کنفرم کیا تھا رسول اللہ صلی اللہ علیہ وسلم نے۔</w:t>
      </w:r>
    </w:p>
    <w:p>
      <w:r>
        <w:rPr>
          <w:b/>
        </w:rPr>
        <w:t xml:space="preserve">[09:51] </w:t>
      </w:r>
      <w:r>
        <w:t>yaani peeche hatna, peeche hatna, peeche hatna. To jo</w:t>
      </w:r>
    </w:p>
    <w:p>
      <w:pPr>
        <w:jc w:val="right"/>
      </w:pPr>
      <w:r>
        <w:t>یعنی پیچھے ہٹنا، پیچھے ہٹنا، پیچھے ہٹنا۔ تو جو</w:t>
      </w:r>
    </w:p>
    <w:p>
      <w:r>
        <w:rPr>
          <w:b/>
        </w:rPr>
        <w:t xml:space="preserve">[09:56] </w:t>
      </w:r>
      <w:r>
        <w:t>jin logon ke paas baseerat nahi thi, jo bas ibadat guzari ko samajhte the deen, unhon ne kaha jaye ke tum ne to farar kiya. lekin rasool allah صلی اللہ علیہ وسلم ne farmaya ke nahi, yeh farar nahi hai, yeh to iqdam hai. kaisi ajeeb baat hai. kisi se agar yeh kahiye ke rasool allah صلی اللہ علیہ وسلم ki sunnat mukammal sunnat nahi hai, to aap se lad jayega aap se. aap ko qatl karne ki daudega ke aap gustakhi kar rahe</w:t>
      </w:r>
    </w:p>
    <w:p>
      <w:pPr>
        <w:jc w:val="right"/>
      </w:pPr>
      <w:r>
        <w:t>جن لوگوں کے پاس بصیرت نہیں تھی، جو بس عبادت گزاری کو سمجھتے تھے دین، انہوں نے کہا جائے کہ تم نے تو فرار کیا۔ لیکن رسول اللہ صلی اللہ علیہ وسلم نے فرمایا کہ نہیں، یہ فرار نہیں ہے، یہ تو اقدام ہے۔ کیسی عجیب بات ہے۔ کسی سے اگر یہ کہیے کہ رسول اللہ صلی اللہ علیہ وسلم کی سنت مکمل سنت نہیں ہے، تو آپ سے لڑ جائے گا آپ سے۔ آپ کو قتل کرنے کی دوڑے گا کہ آپ گستاخی کر رہے</w:t>
      </w:r>
    </w:p>
    <w:p>
      <w:r>
        <w:rPr>
          <w:b/>
        </w:rPr>
        <w:t xml:space="preserve">[10:26] </w:t>
      </w:r>
      <w:r>
        <w:t>hain rasool Allah sallallahu alaihi wasallam ki shaan mein.</w:t>
      </w:r>
    </w:p>
    <w:p>
      <w:pPr>
        <w:jc w:val="right"/>
      </w:pPr>
      <w:r>
        <w:t>ہیں رسول اللہ صلی اللہ علیہ وسلم کی شان میں۔</w:t>
      </w:r>
    </w:p>
    <w:p>
      <w:r>
        <w:rPr>
          <w:b/>
        </w:rPr>
        <w:t xml:space="preserve">[10:30] </w:t>
      </w:r>
      <w:r>
        <w:t>rasool Allah sallallahu alaihi wasallam ki sunnat mukammal sunnat nahi hai, agar aap keh diye kisi se,</w:t>
      </w:r>
    </w:p>
    <w:p>
      <w:pPr>
        <w:jc w:val="right"/>
      </w:pPr>
      <w:r>
        <w:t>رسول اللہ صلی اللہ علیہ وسلم کی سنت مکمل سنت نہیں ہے، اگر آپ کہہ دیئے کسی سے،</w:t>
      </w:r>
    </w:p>
    <w:p>
      <w:r>
        <w:rPr>
          <w:b/>
        </w:rPr>
        <w:t xml:space="preserve">[10:35] </w:t>
      </w:r>
      <w:r>
        <w:t>to aap se ladne ko tayyar ho jayega woh.</w:t>
      </w:r>
    </w:p>
    <w:p>
      <w:pPr>
        <w:jc w:val="right"/>
      </w:pPr>
      <w:r>
        <w:t>تو آپ سے لڑنے کو تیار ہو جائے گا وہ۔</w:t>
      </w:r>
    </w:p>
    <w:p>
      <w:r>
        <w:rPr>
          <w:b/>
        </w:rPr>
        <w:t xml:space="preserve">[10:39] </w:t>
      </w:r>
      <w:r>
        <w:t>lekin amal ko dekhein to sab yahi kar rahe hain ke sunnat-e-rasool ko koi kaha ke naoozub</w:t>
      </w:r>
    </w:p>
    <w:p>
      <w:pPr>
        <w:jc w:val="right"/>
      </w:pPr>
      <w:r>
        <w:t>لیکن عمل کو دیکھیں تو سب یہی کر رہے ہیں کہ سنت رسول کو کوئی کہا کہ نعوذ</w:t>
      </w:r>
    </w:p>
    <w:p>
      <w:r>
        <w:rPr>
          <w:b/>
        </w:rPr>
        <w:t xml:space="preserve">[10:44] </w:t>
      </w:r>
      <w:r>
        <w:t>billah naaqis hai woh.</w:t>
      </w:r>
    </w:p>
    <w:p>
      <w:pPr>
        <w:jc w:val="right"/>
      </w:pPr>
      <w:r>
        <w:t>باللہ ناقص ہے وہ۔</w:t>
      </w:r>
    </w:p>
    <w:p>
      <w:r>
        <w:rPr>
          <w:b/>
        </w:rPr>
        <w:t xml:space="preserve">[10:48] </w:t>
      </w:r>
      <w:r>
        <w:t>is muamle mein rasool Allah sallallahu alaihi wasallam ne koi humein tareeqa nahi bataya.</w:t>
      </w:r>
    </w:p>
    <w:p>
      <w:pPr>
        <w:jc w:val="right"/>
      </w:pPr>
      <w:r>
        <w:t>اس معاملے میں رسول اللہ صلی اللہ علیہ وسلم نے کوئی ہمیں طریقہ نہیں بتایا۔</w:t>
      </w:r>
    </w:p>
    <w:p>
      <w:r>
        <w:rPr>
          <w:b/>
        </w:rPr>
        <w:t xml:space="preserve">[10:52] </w:t>
      </w:r>
      <w:r>
        <w:t>keh jab laren, aap laren aur yak tarfa aap hi ka nuqsan ho,</w:t>
      </w:r>
    </w:p>
    <w:p>
      <w:pPr>
        <w:jc w:val="right"/>
      </w:pPr>
      <w:r>
        <w:t>کہ جب لڑیں، آپ لڑیں اور یکطرفہ آپ ہی کا نقصان ہو،</w:t>
      </w:r>
    </w:p>
    <w:p>
      <w:r>
        <w:rPr>
          <w:b/>
        </w:rPr>
        <w:t xml:space="preserve">[10:57] </w:t>
      </w:r>
      <w:r>
        <w:t>is waqt rasool Allah sal Allah alih wasalam ne koi nahi bataya kiya karna chahiye.</w:t>
      </w:r>
    </w:p>
    <w:p>
      <w:pPr>
        <w:jc w:val="right"/>
      </w:pPr>
      <w:r>
        <w:t>اس وقت رسول اللہ صلی اللہ علیہ وسلم نے کوئی نہیں بتایا کیا کرنا چاہیے۔</w:t>
      </w:r>
    </w:p>
    <w:p>
      <w:r>
        <w:rPr>
          <w:b/>
        </w:rPr>
        <w:t xml:space="preserve">[11:03] </w:t>
      </w:r>
      <w:r>
        <w:t>apne amal se yeh dikha rahe hain.</w:t>
      </w:r>
    </w:p>
    <w:p>
      <w:pPr>
        <w:jc w:val="right"/>
      </w:pPr>
      <w:r>
        <w:t>اپنے عمل سے یہ دکھا رہے ہیں۔</w:t>
      </w:r>
    </w:p>
    <w:p>
      <w:r>
        <w:rPr>
          <w:b/>
        </w:rPr>
        <w:t xml:space="preserve">[11:09] </w:t>
      </w:r>
      <w:r>
        <w:t>to is waqt jitne mahaz par, is waqt nahi balkeh do sau saal se jitne mahaz par musalman</w:t>
      </w:r>
    </w:p>
    <w:p>
      <w:pPr>
        <w:jc w:val="right"/>
      </w:pPr>
      <w:r>
        <w:t>تو اس وقت جتنے محاذ پر، اس وقت نہیں بلکہ دو سو سال سے جتنے محاذ پر مسلمان</w:t>
      </w:r>
    </w:p>
    <w:p>
      <w:r>
        <w:rPr>
          <w:b/>
        </w:rPr>
        <w:t xml:space="preserve">[11:15] </w:t>
      </w:r>
      <w:r>
        <w:t>lad rahe hain, balkeh sultan tipu ke zamane se, yani 1799 mein sultan tipu ne ladai ki thi</w:t>
      </w:r>
    </w:p>
    <w:p>
      <w:pPr>
        <w:jc w:val="right"/>
      </w:pPr>
      <w:r>
        <w:t>لڑ رہے ہیں، بلکہ سلطان ٹیپو کے زمانے سے، یعنی 1799 میں سلطان ٹیپو نے لڑائی کی تھی</w:t>
      </w:r>
    </w:p>
    <w:p>
      <w:r>
        <w:rPr>
          <w:b/>
        </w:rPr>
        <w:t xml:space="preserve">[11:21] </w:t>
      </w:r>
      <w:r>
        <w:t>british se, woh un ki army mari gayi thi.</w:t>
      </w:r>
    </w:p>
    <w:p>
      <w:pPr>
        <w:jc w:val="right"/>
      </w:pPr>
      <w:r>
        <w:t>برٹش سے، وہ ان کی آرمی ماری گئی تھی۔</w:t>
      </w:r>
    </w:p>
    <w:p>
      <w:r>
        <w:rPr>
          <w:b/>
        </w:rPr>
        <w:t xml:space="preserve">[11:27] </w:t>
      </w:r>
      <w:r>
        <w:t>is waqt se yahi ho raha hai.</w:t>
      </w:r>
    </w:p>
    <w:p>
      <w:pPr>
        <w:jc w:val="right"/>
      </w:pPr>
      <w:r>
        <w:t>اس وقت سے یہی ہو رہا ہے۔</w:t>
      </w:r>
    </w:p>
    <w:p>
      <w:r>
        <w:rPr>
          <w:b/>
        </w:rPr>
        <w:t xml:space="preserve">[11:31] </w:t>
      </w:r>
      <w:r>
        <w:t>yak tarfa nuqsan, yak tarfa nuqsan, yak tarfa nuqsan.</w:t>
      </w:r>
    </w:p>
    <w:p>
      <w:pPr>
        <w:jc w:val="right"/>
      </w:pPr>
      <w:r>
        <w:t>یکطرفہ نقصان، یکطرفہ نقصان، یکطرفہ نقصان۔</w:t>
      </w:r>
    </w:p>
    <w:p>
      <w:r>
        <w:rPr>
          <w:b/>
        </w:rPr>
        <w:t xml:space="preserve">[11:36] </w:t>
      </w:r>
      <w:r>
        <w:t>lekin is poori muddat mein koi shakhs yeh nahi kehta ke tum ko woh sunnat par amal karna</w:t>
      </w:r>
    </w:p>
    <w:p>
      <w:pPr>
        <w:jc w:val="right"/>
      </w:pPr>
      <w:r>
        <w:t>لیکن اس پوری مدت میں کوئی شخص یہ نہیں کہتا کہ تم کو وہ سنت پر عمل کرنا</w:t>
      </w:r>
    </w:p>
    <w:p>
      <w:r>
        <w:rPr>
          <w:b/>
        </w:rPr>
        <w:t xml:space="preserve">[11:40] </w:t>
      </w:r>
      <w:r>
        <w:t>chahiye jo hazrat khalid sal Allah alih wasalam ne ikhtiyar kiya tha aur rasool Allah sal Allah alih</w:t>
      </w:r>
    </w:p>
    <w:p>
      <w:pPr>
        <w:jc w:val="right"/>
      </w:pPr>
      <w:r>
        <w:t>چاہیے جو حضرت خالد صلی اللہ علیہ وسلم نے اختیار کیا تھا اور رسول اللہ صلی اللہ علیہ</w:t>
      </w:r>
    </w:p>
    <w:p>
      <w:r>
        <w:rPr>
          <w:b/>
        </w:rPr>
        <w:t xml:space="preserve">[11:44] </w:t>
      </w:r>
      <w:r>
        <w:t>wasalam ne is ko confirm kiya tha.</w:t>
      </w:r>
    </w:p>
    <w:p>
      <w:pPr>
        <w:jc w:val="right"/>
      </w:pPr>
      <w:r>
        <w:t>وسلم نے اس کو کنفرم کیا تھا۔</w:t>
      </w:r>
    </w:p>
    <w:p>
      <w:r>
        <w:rPr>
          <w:b/>
        </w:rPr>
        <w:t xml:space="preserve">[11:49] </w:t>
      </w:r>
      <w:r>
        <w:t>is tarah woh sunnat rasool ban gayi.</w:t>
      </w:r>
    </w:p>
    <w:p>
      <w:pPr>
        <w:jc w:val="right"/>
      </w:pPr>
      <w:r>
        <w:t>اس طرح وہ سنت رسول بن گئی۔</w:t>
      </w:r>
    </w:p>
    <w:p>
      <w:r>
        <w:rPr>
          <w:b/>
        </w:rPr>
        <w:t xml:space="preserve">[11:53] </w:t>
      </w:r>
      <w:r>
        <w:t>keh mahaz jang se wapas lotto aur tayyari karo.</w:t>
      </w:r>
    </w:p>
    <w:p>
      <w:pPr>
        <w:jc w:val="right"/>
      </w:pPr>
      <w:r>
        <w:t>کہ محاذ جنگ سے واپس لوٹو اور تیاری کرو۔</w:t>
      </w:r>
    </w:p>
    <w:p>
      <w:r>
        <w:rPr>
          <w:b/>
        </w:rPr>
        <w:t xml:space="preserve">[11:57] </w:t>
      </w:r>
      <w:r>
        <w:t>tayyari kiya hai? Yeh bhi samajh lijiye.</w:t>
      </w:r>
    </w:p>
    <w:p>
      <w:pPr>
        <w:jc w:val="right"/>
      </w:pPr>
      <w:r>
        <w:t>تیاری کیا ہے؟ یہ بھی سمجھ لیجیے۔</w:t>
      </w:r>
    </w:p>
    <w:p>
      <w:r>
        <w:rPr>
          <w:b/>
        </w:rPr>
        <w:t xml:space="preserve">[12:01] </w:t>
      </w:r>
      <w:r>
        <w:t>tayyari ka mani yeh nahi ke hathyar.</w:t>
      </w:r>
    </w:p>
    <w:p>
      <w:pPr>
        <w:jc w:val="right"/>
      </w:pPr>
      <w:r>
        <w:t>تیاری کا معنی یہ نہیں کہ ہتھیار۔</w:t>
      </w:r>
    </w:p>
    <w:p>
      <w:r>
        <w:rPr>
          <w:b/>
        </w:rPr>
        <w:t xml:space="preserve">[12:05] </w:t>
      </w:r>
      <w:r>
        <w:t>is zamane mein hathyar jo hai, sakarni cheez ban gayi hai.</w:t>
      </w:r>
    </w:p>
    <w:p>
      <w:pPr>
        <w:jc w:val="right"/>
      </w:pPr>
      <w:r>
        <w:t>اس زمانے میں ہتھیار جو ہے، سکرنی چیز بن گئی ہے۔</w:t>
      </w:r>
    </w:p>
    <w:p>
      <w:r>
        <w:rPr>
          <w:b/>
        </w:rPr>
        <w:t xml:space="preserve">[12:09] </w:t>
      </w:r>
      <w:r>
        <w:t>woh tribal age tha jabke hathyar number ek samjhate the.</w:t>
      </w:r>
    </w:p>
    <w:p>
      <w:pPr>
        <w:jc w:val="right"/>
      </w:pPr>
      <w:r>
        <w:t>وہ ٹرائبل ایج تھا جبکہ ہتھیار نمبر ایک سمجھاتے تھے۔</w:t>
      </w:r>
    </w:p>
    <w:p>
      <w:r>
        <w:rPr>
          <w:b/>
        </w:rPr>
        <w:t xml:space="preserve">[12:13] </w:t>
      </w:r>
      <w:r>
        <w:t>tribal age ab scientific age hai.</w:t>
      </w:r>
    </w:p>
    <w:p>
      <w:pPr>
        <w:jc w:val="right"/>
      </w:pPr>
      <w:r>
        <w:t>ٹرائبل ایج اب سائنٹیفک ایج ہے۔</w:t>
      </w:r>
    </w:p>
    <w:p>
      <w:r>
        <w:rPr>
          <w:b/>
        </w:rPr>
        <w:t xml:space="preserve">[12:17] </w:t>
      </w:r>
      <w:r>
        <w:t>ab tribal age nahi hai.</w:t>
      </w:r>
    </w:p>
    <w:p>
      <w:pPr>
        <w:jc w:val="right"/>
      </w:pPr>
      <w:r>
        <w:t>اب ٹرائبل ایج نہیں ہے۔</w:t>
      </w:r>
    </w:p>
    <w:p>
      <w:r>
        <w:rPr>
          <w:b/>
        </w:rPr>
        <w:t xml:space="preserve">[12:20] </w:t>
      </w:r>
      <w:r>
        <w:t>ab scientific age hai.</w:t>
      </w:r>
    </w:p>
    <w:p>
      <w:pPr>
        <w:jc w:val="right"/>
      </w:pPr>
      <w:r>
        <w:t>اب سائنٹیفک ایج ہے۔</w:t>
      </w:r>
    </w:p>
    <w:p>
      <w:r>
        <w:rPr>
          <w:b/>
        </w:rPr>
        <w:t xml:space="preserve">[12:24] </w:t>
      </w:r>
      <w:r>
        <w:t>ab ahmiyat hai science ki, education ki,</w:t>
      </w:r>
    </w:p>
    <w:p>
      <w:pPr>
        <w:jc w:val="right"/>
      </w:pPr>
      <w:r>
        <w:t>اب اہمیت ہے سائنس کی، ایجوکیشن کی،</w:t>
      </w:r>
    </w:p>
    <w:p>
      <w:r>
        <w:rPr>
          <w:b/>
        </w:rPr>
        <w:t xml:space="preserve">[12:28] </w:t>
      </w:r>
      <w:r>
        <w:t>learning ki.</w:t>
      </w:r>
    </w:p>
    <w:p>
      <w:pPr>
        <w:jc w:val="right"/>
      </w:pPr>
      <w:r>
        <w:t>لرننگ کی۔</w:t>
      </w:r>
    </w:p>
    <w:p>
      <w:r>
        <w:rPr>
          <w:b/>
        </w:rPr>
        <w:t xml:space="preserve">[12:33] </w:t>
      </w:r>
      <w:r>
        <w:t>is ki ahmiyat hai, is ki tayyari.</w:t>
      </w:r>
    </w:p>
    <w:p>
      <w:pPr>
        <w:jc w:val="right"/>
      </w:pPr>
      <w:r>
        <w:t>اس کی اہمیت ہے، اس کی تیاری۔</w:t>
      </w:r>
    </w:p>
    <w:p>
      <w:r>
        <w:rPr>
          <w:b/>
        </w:rPr>
        <w:t xml:space="preserve">[12:38] </w:t>
      </w:r>
      <w:r>
        <w:t>mein aap ko ek misaal deta hoon keh second world war mein japan ko shikast hui. Shikast hui.</w:t>
      </w:r>
    </w:p>
    <w:p>
      <w:pPr>
        <w:jc w:val="right"/>
      </w:pPr>
      <w:r>
        <w:t>میں آپ کو ایک مثال دیتا ہوں کہ سیکنڈ ورلڈ وار میں جاپان کو شکست ہوئی۔ شکست ہوئی۔</w:t>
      </w:r>
    </w:p>
    <w:p>
      <w:r>
        <w:rPr>
          <w:b/>
        </w:rPr>
        <w:t xml:space="preserve">[12:43] </w:t>
      </w:r>
      <w:r>
        <w:t>america ne un par bomb gira diya.</w:t>
      </w:r>
    </w:p>
    <w:p>
      <w:pPr>
        <w:jc w:val="right"/>
      </w:pPr>
      <w:r>
        <w:t>امریکہ نے ان پر بمب گرا دیا۔</w:t>
      </w:r>
    </w:p>
    <w:p>
      <w:r>
        <w:rPr>
          <w:b/>
        </w:rPr>
        <w:t xml:space="preserve">[12:48] </w:t>
      </w:r>
      <w:r>
        <w:t>boht zabardast shikast hui in ki.</w:t>
      </w:r>
    </w:p>
    <w:p>
      <w:pPr>
        <w:jc w:val="right"/>
      </w:pPr>
      <w:r>
        <w:t>بہت زبردست شکست ہوئی ان کی۔</w:t>
      </w:r>
    </w:p>
    <w:p>
      <w:r>
        <w:rPr>
          <w:b/>
        </w:rPr>
        <w:t xml:space="preserve">[12:53] </w:t>
      </w:r>
      <w:r>
        <w:t>to unhon ne wahi kiya jo jis ko hazrat khalid (SAW) ne kaha tha.</w:t>
      </w:r>
    </w:p>
    <w:p>
      <w:pPr>
        <w:jc w:val="right"/>
      </w:pPr>
      <w:r>
        <w:t>تو انہوں نے وہی کیا جو جس کو حضرت خالد صلی اللہ علیہ وسلم نے کہا تھا۔</w:t>
      </w:r>
    </w:p>
    <w:p>
      <w:r>
        <w:rPr>
          <w:b/>
        </w:rPr>
        <w:t xml:space="preserve">[12:58] </w:t>
      </w:r>
      <w:r>
        <w:t>Retreat, wapsi.</w:t>
      </w:r>
    </w:p>
    <w:p>
      <w:pPr>
        <w:jc w:val="right"/>
      </w:pPr>
      <w:r>
        <w:t>Retreat، واپسی۔</w:t>
      </w:r>
    </w:p>
    <w:p>
      <w:r>
        <w:rPr>
          <w:b/>
        </w:rPr>
        <w:t xml:space="preserve">[13:03] </w:t>
      </w:r>
      <w:r>
        <w:t>jang ke maidan se wapsi.</w:t>
      </w:r>
    </w:p>
    <w:p>
      <w:pPr>
        <w:jc w:val="right"/>
      </w:pPr>
      <w:r>
        <w:t>جنگ کے میدان سے واپسی۔</w:t>
      </w:r>
    </w:p>
    <w:p>
      <w:r>
        <w:rPr>
          <w:b/>
        </w:rPr>
        <w:t xml:space="preserve">[13:07] </w:t>
      </w:r>
      <w:r>
        <w:t>lekin unhon ne wapas ho kar kiya kiya? yeh nahi ke hathyar banaein.</w:t>
      </w:r>
    </w:p>
    <w:p>
      <w:pPr>
        <w:jc w:val="right"/>
      </w:pPr>
      <w:r>
        <w:t>لیکن انہوں نے واپس ہو کر کیا کیا؟ یہ نہیں کہ ہتھیار بنائیں۔</w:t>
      </w:r>
    </w:p>
    <w:p>
      <w:r>
        <w:rPr>
          <w:b/>
        </w:rPr>
        <w:t xml:space="preserve">[13:11] </w:t>
      </w:r>
      <w:r>
        <w:t>japan ne retreat ka tareeqa ikhtiyar kiya lekin is liye nahi ke hathyar banaein.</w:t>
      </w:r>
    </w:p>
    <w:p>
      <w:pPr>
        <w:jc w:val="right"/>
      </w:pPr>
      <w:r>
        <w:t>جاپان نے retreat کا طریقہ اختیار کیا لیکن اس لیے نہیں کہ ہتھیار بنائیں۔</w:t>
      </w:r>
    </w:p>
    <w:p>
      <w:r>
        <w:rPr>
          <w:b/>
        </w:rPr>
        <w:t xml:space="preserve">[13:16] </w:t>
      </w:r>
      <w:r>
        <w:t>balkeh education, learning, scientific taleem.</w:t>
      </w:r>
    </w:p>
    <w:p>
      <w:pPr>
        <w:jc w:val="right"/>
      </w:pPr>
      <w:r>
        <w:t>بلکہ ایجوکیشن، لرننگ، سائنٹیفک تعلیم۔</w:t>
      </w:r>
    </w:p>
    <w:p>
      <w:r>
        <w:rPr>
          <w:b/>
        </w:rPr>
        <w:t xml:space="preserve">[13:20] </w:t>
      </w:r>
      <w:r>
        <w:t>yeh sab is ke liye.</w:t>
      </w:r>
    </w:p>
    <w:p>
      <w:pPr>
        <w:jc w:val="right"/>
      </w:pPr>
      <w:r>
        <w:t>یہ سب اس کے لیے۔</w:t>
      </w:r>
    </w:p>
    <w:p>
      <w:r>
        <w:rPr>
          <w:b/>
        </w:rPr>
        <w:t xml:space="preserve">[13:24] </w:t>
      </w:r>
      <w:r>
        <w:t>aur unhon ne 30 saal ka aik plan banaya education ke liye.</w:t>
      </w:r>
    </w:p>
    <w:p>
      <w:pPr>
        <w:jc w:val="right"/>
      </w:pPr>
      <w:r>
        <w:t>اور انہوں نے 30 سال کا ایک پلان بنایا ایجوکیشن کے لیے۔</w:t>
      </w:r>
    </w:p>
    <w:p>
      <w:r>
        <w:rPr>
          <w:b/>
        </w:rPr>
        <w:t xml:space="preserve">[13:29] </w:t>
      </w:r>
      <w:r>
        <w:t>30 saal ka plan banaya education.</w:t>
      </w:r>
    </w:p>
    <w:p>
      <w:pPr>
        <w:jc w:val="right"/>
      </w:pPr>
      <w:r>
        <w:t>30 سال کا پلان بنایا ایجوکیشن۔</w:t>
      </w:r>
    </w:p>
    <w:p>
      <w:r>
        <w:rPr>
          <w:b/>
        </w:rPr>
        <w:t xml:space="preserve">[13:34] </w:t>
      </w:r>
      <w:r>
        <w:t>aur jab yeh plan poora hua to aap jante hain ke aik naya emergency aa gaya japan mein.</w:t>
      </w:r>
    </w:p>
    <w:p>
      <w:pPr>
        <w:jc w:val="right"/>
      </w:pPr>
      <w:r>
        <w:t>اور جب یہ پلان پورا ہوا تو آپ جانتے ہیں کہ ایک نیا ایمرجنسی آگیا جاپان میں۔</w:t>
      </w:r>
    </w:p>
    <w:p>
      <w:r>
        <w:rPr>
          <w:b/>
        </w:rPr>
        <w:t xml:space="preserve">[13:39] </w:t>
      </w:r>
      <w:r>
        <w:t>yani woh aik economic superpower ban gaya.</w:t>
      </w:r>
    </w:p>
    <w:p>
      <w:pPr>
        <w:jc w:val="right"/>
      </w:pPr>
      <w:r>
        <w:t>یعنی وہ ایک اکانومک سپر پاور بن گیا۔</w:t>
      </w:r>
    </w:p>
    <w:p>
      <w:r>
        <w:rPr>
          <w:b/>
        </w:rPr>
        <w:t xml:space="preserve">[13:44] </w:t>
      </w:r>
      <w:r>
        <w:t>japan jo hai, aik economic superpower ban gaya.</w:t>
      </w:r>
    </w:p>
    <w:p>
      <w:pPr>
        <w:jc w:val="right"/>
      </w:pPr>
      <w:r>
        <w:t>جاپان جو ہے، ایک اکانومک سپر پاور بن گیا۔</w:t>
      </w:r>
    </w:p>
    <w:p>
      <w:r>
        <w:rPr>
          <w:b/>
        </w:rPr>
        <w:t xml:space="preserve">[13:49] </w:t>
      </w:r>
      <w:r>
        <w:t>is zamane ki retreat yeh hai.</w:t>
      </w:r>
    </w:p>
    <w:p>
      <w:pPr>
        <w:jc w:val="right"/>
      </w:pPr>
      <w:r>
        <w:t>اس زمانے کی retreat یہ ہے۔</w:t>
      </w:r>
    </w:p>
    <w:p>
      <w:r>
        <w:rPr>
          <w:b/>
        </w:rPr>
        <w:t xml:space="preserve">[13:54] </w:t>
      </w:r>
      <w:r>
        <w:t>tribal age mein retreat ka matlab tha ke wapas ja kar</w:t>
      </w:r>
    </w:p>
    <w:p>
      <w:pPr>
        <w:jc w:val="right"/>
      </w:pPr>
      <w:r>
        <w:t>ٹرائبل ایج میں retreat کا مطلب تھا کہ واپس جا کر</w:t>
      </w:r>
    </w:p>
    <w:p>
      <w:r>
        <w:rPr>
          <w:b/>
        </w:rPr>
        <w:t xml:space="preserve">[13:59] </w:t>
      </w:r>
      <w:r>
        <w:t>aur hathyar banao aur hathyar tayyar karo.</w:t>
      </w:r>
    </w:p>
    <w:p>
      <w:pPr>
        <w:jc w:val="right"/>
      </w:pPr>
      <w:r>
        <w:t>اور ہتھیار بناؤ اور ہتھیار تیار کرو۔</w:t>
      </w:r>
    </w:p>
    <w:p>
      <w:r>
        <w:rPr>
          <w:b/>
        </w:rPr>
        <w:t xml:space="preserve">[14:05] </w:t>
      </w:r>
      <w:r>
        <w:t>aaj woh, woh aaj, aaj ki retreat is ke liye nahi hogi.</w:t>
      </w:r>
    </w:p>
    <w:p>
      <w:pPr>
        <w:jc w:val="right"/>
      </w:pPr>
      <w:r>
        <w:t>آج وہ، وہ آج، آج کی retreat اس کے لیے نہیں ہوگی۔</w:t>
      </w:r>
    </w:p>
    <w:p>
      <w:r>
        <w:rPr>
          <w:b/>
        </w:rPr>
        <w:t xml:space="preserve">[14:11] </w:t>
      </w:r>
      <w:r>
        <w:t>aaj ki retreat hogi education, science, scientific learning.</w:t>
      </w:r>
    </w:p>
    <w:p>
      <w:pPr>
        <w:jc w:val="right"/>
      </w:pPr>
      <w:r>
        <w:t>آج کی retreat ہوگی ایجوکیشن، سائنس، سائنٹیفک لرننگ۔</w:t>
      </w:r>
    </w:p>
    <w:p>
      <w:r>
        <w:rPr>
          <w:b/>
        </w:rPr>
        <w:t xml:space="preserve">[14:17] </w:t>
      </w:r>
      <w:r>
        <w:t>modern age kiya hai, is ko samajhna.</w:t>
      </w:r>
    </w:p>
    <w:p>
      <w:pPr>
        <w:jc w:val="right"/>
      </w:pPr>
      <w:r>
        <w:t>ماڈرن ایج کیا ہے، اس کو سمجھنا۔</w:t>
      </w:r>
    </w:p>
    <w:p>
      <w:r>
        <w:rPr>
          <w:b/>
        </w:rPr>
        <w:t xml:space="preserve">[14:23] </w:t>
      </w:r>
      <w:r>
        <w:t>to aaj ka jo musalman hai, is ko khabar hi nahi ke modern age kiya hai. to yahan</w:t>
      </w:r>
    </w:p>
    <w:p>
      <w:pPr>
        <w:jc w:val="right"/>
      </w:pPr>
      <w:r>
        <w:t>تو آج کا جو مسلمان ہے، اس کو خبر ہی نہیں کہ ماڈرن ایج کیا ہے۔ تو یہاں</w:t>
      </w:r>
    </w:p>
    <w:p>
      <w:r>
        <w:rPr>
          <w:b/>
        </w:rPr>
        <w:t xml:space="preserve">[14:29] </w:t>
      </w:r>
      <w:r>
        <w:t>retreat ka mani hai ke wapas ladaai bhadaai chhod kar yahan aao, ladne ke maidan mein.</w:t>
      </w:r>
    </w:p>
    <w:p>
      <w:pPr>
        <w:jc w:val="right"/>
      </w:pPr>
      <w:r>
        <w:t>retreat کا معنی ہے کہ واپس لڑائی بھڑائی چھوڑ کر یہاں آؤ، لڑنے کے میدان میں۔</w:t>
      </w:r>
    </w:p>
    <w:p>
      <w:r>
        <w:rPr>
          <w:b/>
        </w:rPr>
        <w:t xml:space="preserve">[14:34] </w:t>
      </w:r>
      <w:r>
        <w:t>fighting ke maidan ko chhod kar ladne ke maidan mein aao.</w:t>
      </w:r>
    </w:p>
    <w:p>
      <w:pPr>
        <w:jc w:val="right"/>
      </w:pPr>
      <w:r>
        <w:t>فائٹنگ کے میدان کو چھوڑ کر لڑنے کے میدان میں آؤ۔</w:t>
      </w:r>
    </w:p>
    <w:p>
      <w:r>
        <w:rPr>
          <w:b/>
        </w:rPr>
        <w:t xml:space="preserve">[14:39] </w:t>
      </w:r>
      <w:r>
        <w:t>yeh hai is zamane ki retreat.</w:t>
      </w:r>
    </w:p>
    <w:p>
      <w:pPr>
        <w:jc w:val="right"/>
      </w:pPr>
      <w:r>
        <w:t>یہ ہے اس زمانے کی retreat۔</w:t>
      </w:r>
    </w:p>
    <w:p>
      <w:r>
        <w:rPr>
          <w:b/>
        </w:rPr>
        <w:t xml:space="preserve">[14:44] </w:t>
      </w:r>
      <w:r>
        <w:t>yeh nahi ke fighting ke baad wapas aa kar surang khodo, tunnel khodo.</w:t>
      </w:r>
    </w:p>
    <w:p>
      <w:pPr>
        <w:jc w:val="right"/>
      </w:pPr>
      <w:r>
        <w:t>یہ نہیں کہ فائٹنگ کے بعد واپس آ کر سرنگ کھودو، ٹنل کھودو۔</w:t>
      </w:r>
    </w:p>
    <w:p>
      <w:r>
        <w:rPr>
          <w:b/>
        </w:rPr>
        <w:t xml:space="preserve">[14:49] </w:t>
      </w:r>
      <w:r>
        <w:t>yeh to mazeed suicide hai.</w:t>
      </w:r>
    </w:p>
    <w:p>
      <w:pPr>
        <w:jc w:val="right"/>
      </w:pPr>
      <w:r>
        <w:t>یہ تو مزید suicide ہے۔</w:t>
      </w:r>
    </w:p>
    <w:p>
      <w:r>
        <w:rPr>
          <w:b/>
        </w:rPr>
        <w:t xml:space="preserve">[14:54] </w:t>
      </w:r>
      <w:r>
        <w:t>aaj mein ek radio par ek commentary</w:t>
      </w:r>
    </w:p>
    <w:p>
      <w:pPr>
        <w:jc w:val="right"/>
      </w:pPr>
      <w:r>
        <w:t>آج میں ایک ریڈیو پر ایک کمنٹری</w:t>
      </w:r>
    </w:p>
    <w:p>
      <w:r>
        <w:rPr>
          <w:b/>
        </w:rPr>
        <w:t xml:space="preserve">[14:59] </w:t>
      </w:r>
      <w:r>
        <w:t>sun raha tha.</w:t>
      </w:r>
    </w:p>
    <w:p>
      <w:pPr>
        <w:jc w:val="right"/>
      </w:pPr>
      <w:r>
        <w:t>سن رہا تھا۔</w:t>
      </w:r>
    </w:p>
    <w:p>
      <w:r>
        <w:rPr>
          <w:b/>
        </w:rPr>
        <w:t xml:space="preserve">[15:03] </w:t>
      </w:r>
      <w:r>
        <w:t>aap ne suna hoga akhbaron mein ke ke naye naye musalman nikale hain.</w:t>
      </w:r>
    </w:p>
    <w:p>
      <w:pPr>
        <w:jc w:val="right"/>
      </w:pPr>
      <w:r>
        <w:t>آپ نے سنا ہوگا اخباروں میں کہ کہ نئے نئے مسلمان نکالے ہیں۔</w:t>
      </w:r>
    </w:p>
    <w:p>
      <w:r>
        <w:rPr>
          <w:b/>
        </w:rPr>
        <w:t xml:space="preserve">[15:07] </w:t>
      </w:r>
      <w:r>
        <w:t>sering khod kar hathiyar pahunchana.</w:t>
      </w:r>
    </w:p>
    <w:p>
      <w:pPr>
        <w:jc w:val="right"/>
      </w:pPr>
      <w:r>
        <w:t>سرنگ کھود کر ہتھیار پہنچانا۔</w:t>
      </w:r>
    </w:p>
    <w:p>
      <w:r>
        <w:rPr>
          <w:b/>
        </w:rPr>
        <w:t xml:space="preserve">[15:10] </w:t>
      </w:r>
      <w:r>
        <w:t>yani border par sering khod kar ke, yani tunnel, border par tunnel khod kar ke hathiyar le jana.</w:t>
      </w:r>
    </w:p>
    <w:p>
      <w:pPr>
        <w:jc w:val="right"/>
      </w:pPr>
      <w:r>
        <w:t>یعنی بارڈر پر سرنگ کھود کر کے، یعنی ٹنل، بارڈر پر ٹنل کھود کر کے ہتھیار لے جانا۔</w:t>
      </w:r>
    </w:p>
    <w:p>
      <w:r>
        <w:rPr>
          <w:b/>
        </w:rPr>
        <w:t xml:space="preserve">[15:14] </w:t>
      </w:r>
      <w:r>
        <w:t>to is ke liye term istemal kiya tha unhon ne.</w:t>
      </w:r>
    </w:p>
    <w:p>
      <w:pPr>
        <w:jc w:val="right"/>
      </w:pPr>
      <w:r>
        <w:t>تو اس کے لیے ٹرم استعمال کیا تھا انہوں نے۔</w:t>
      </w:r>
    </w:p>
    <w:p>
      <w:r>
        <w:rPr>
          <w:b/>
        </w:rPr>
        <w:t xml:space="preserve">[15:18] </w:t>
      </w:r>
      <w:r>
        <w:t>underground proxy war.</w:t>
      </w:r>
    </w:p>
    <w:p>
      <w:pPr>
        <w:jc w:val="right"/>
      </w:pPr>
      <w:r>
        <w:t>انڈر گراؤنڈ پروکسی وار۔</w:t>
      </w:r>
    </w:p>
    <w:p>
      <w:r>
        <w:rPr>
          <w:b/>
        </w:rPr>
        <w:t xml:space="preserve">[15:22] </w:t>
      </w:r>
      <w:r>
        <w:t>ke naye naye tareeqe, underground proxy war nikal rakha hai.</w:t>
      </w:r>
    </w:p>
    <w:p>
      <w:pPr>
        <w:jc w:val="right"/>
      </w:pPr>
      <w:r>
        <w:t>کہ نئے نئے طریقے، انڈر گراؤنڈ پروکسی وار نکال رکھا ہے۔</w:t>
      </w:r>
    </w:p>
    <w:p>
      <w:r>
        <w:rPr>
          <w:b/>
        </w:rPr>
        <w:t xml:space="preserve">[15:25] </w:t>
      </w:r>
      <w:r>
        <w:t>lekin sawal yeh hai ke nati</w:t>
      </w:r>
    </w:p>
    <w:p>
      <w:pPr>
        <w:jc w:val="right"/>
      </w:pPr>
      <w:r>
        <w:t>لیکن سوال یہ ہے کہ نتی</w:t>
      </w:r>
    </w:p>
    <w:p>
      <w:r>
        <w:rPr>
          <w:b/>
        </w:rPr>
        <w:t xml:space="preserve">[15:29] </w:t>
      </w:r>
      <w:r>
        <w:t>ja kya ho raha hai? yani itna zyada badhaya takrao ki policy ko, ladne ki policy ko. underground proxy war chala diya. lekin nateeja kya hai? nateeja hai yak tarfa nuqsan. musalman hi mare ja rahe hain har jagah. to kya hai? aql se mehroom hain, sochne</w:t>
      </w:r>
    </w:p>
    <w:p>
      <w:pPr>
        <w:jc w:val="right"/>
      </w:pPr>
      <w:r>
        <w:t>جہ کیا ہو رہا ہے؟ یعنی اتنا زیادہ بڑھایا ٹکراؤ کی پالیسی کو، لڑنے کی پالیسی کو۔ انڈر گراؤنڈ پروکسی وار چلا دیا۔ لیکن نتیجہ کیا ہے؟ نتیجہ ہے یکطرفہ نقصان۔ مسلمان ہی مارے جا رہے ہیں ہر جگہ۔ تو کیا ہے؟ عقل سے محروم ہیں، سوچنے</w:t>
      </w:r>
    </w:p>
    <w:p>
      <w:r>
        <w:rPr>
          <w:b/>
        </w:rPr>
        <w:t xml:space="preserve">[15:59] </w:t>
      </w:r>
      <w:r>
        <w:t>ki taqat nahi. kal sham ko main apne office mein tha. hamare guard ne aa kar bataya ke do professor sahiban milne ke liye aaye hain. do professor sahiban. to main neeche utra, jahan main mulaqat karta hoon. to wahan do senior muslim professor wahan baithe</w:t>
      </w:r>
    </w:p>
    <w:p>
      <w:pPr>
        <w:jc w:val="right"/>
      </w:pPr>
      <w:r>
        <w:t>کی طاقت نہیں۔ کل شام کو میں اپنے آفس میں تھا۔ ہمارے گارڈ نے آ کر بتایا کہ دو پروفیسر صاحبان ملنے کے لیے آئے ہیں۔ دو پروفیسر صاحبان۔ تو میں نیچے اترا، جہاں میں ملاقات کرتا ہوں۔ تو وہاں دو سینئر مسلم پروفیسر وہاں بیٹھے</w:t>
      </w:r>
    </w:p>
    <w:p>
      <w:r>
        <w:rPr>
          <w:b/>
        </w:rPr>
        <w:t xml:space="preserve">[16:29] </w:t>
      </w:r>
      <w:r>
        <w:t>hue the. senior.</w:t>
      </w:r>
    </w:p>
    <w:p>
      <w:pPr>
        <w:jc w:val="right"/>
      </w:pPr>
      <w:r>
        <w:t>ہوئے تھے۔ سینئر۔</w:t>
      </w:r>
    </w:p>
    <w:p>
      <w:r>
        <w:rPr>
          <w:b/>
        </w:rPr>
        <w:t xml:space="preserve">[16:33] </w:t>
      </w:r>
      <w:r>
        <w:t>un se mulaqat hui.</w:t>
      </w:r>
    </w:p>
    <w:p>
      <w:pPr>
        <w:jc w:val="right"/>
      </w:pPr>
      <w:r>
        <w:t>ان سے ملاقات ہوئی۔</w:t>
      </w:r>
    </w:p>
    <w:p>
      <w:r>
        <w:rPr>
          <w:b/>
        </w:rPr>
        <w:t xml:space="preserve">[16:38] </w:t>
      </w:r>
      <w:r>
        <w:t>yeh kal sham ka waqia hai.</w:t>
      </w:r>
    </w:p>
    <w:p>
      <w:pPr>
        <w:jc w:val="right"/>
      </w:pPr>
      <w:r>
        <w:t>یہ کل شام کا واقعہ ہے۔</w:t>
      </w:r>
    </w:p>
    <w:p>
      <w:r>
        <w:rPr>
          <w:b/>
        </w:rPr>
        <w:t xml:space="preserve">[16:42] </w:t>
      </w:r>
      <w:r>
        <w:t>to unhon ne bataya ke hum bohat dinon se risala monthly jo hai, us ko parhte hain.</w:t>
      </w:r>
    </w:p>
    <w:p>
      <w:pPr>
        <w:jc w:val="right"/>
      </w:pPr>
      <w:r>
        <w:t>تو انہوں نے بتایا کہ ہم بہت دنوں سے رسالہ منتھلی جو ہے، اس کو پڑھتے ہیں۔</w:t>
      </w:r>
    </w:p>
    <w:p>
      <w:r>
        <w:rPr>
          <w:b/>
        </w:rPr>
        <w:t xml:space="preserve">[16:46] </w:t>
      </w:r>
      <w:r>
        <w:t>aur kisi wajah se hamara Dilli aana hua tha.</w:t>
      </w:r>
    </w:p>
    <w:p>
      <w:pPr>
        <w:jc w:val="right"/>
      </w:pPr>
      <w:r>
        <w:t>اور کسی وجہ سے ہمارا دلی آنا ہوا تھا۔</w:t>
      </w:r>
    </w:p>
    <w:p>
      <w:r>
        <w:rPr>
          <w:b/>
        </w:rPr>
        <w:t xml:space="preserve">[16:50] </w:t>
      </w:r>
      <w:r>
        <w:t>to unhon ne chaha ke aap se mulaqat karen.</w:t>
      </w:r>
    </w:p>
    <w:p>
      <w:pPr>
        <w:jc w:val="right"/>
      </w:pPr>
      <w:r>
        <w:t>تو انہوں نے چاہا کہ آپ سے ملاقات کریں۔</w:t>
      </w:r>
    </w:p>
    <w:p>
      <w:r>
        <w:rPr>
          <w:b/>
        </w:rPr>
        <w:t xml:space="preserve">[16:55] </w:t>
      </w:r>
      <w:r>
        <w:t>phir jab baat cheet hui.</w:t>
      </w:r>
    </w:p>
    <w:p>
      <w:pPr>
        <w:jc w:val="right"/>
      </w:pPr>
      <w:r>
        <w:t>پھر جب بات چیت ہوئی۔</w:t>
      </w:r>
    </w:p>
    <w:p>
      <w:r>
        <w:rPr>
          <w:b/>
        </w:rPr>
        <w:t xml:space="preserve">[16:59] </w:t>
      </w:r>
      <w:r>
        <w:t>to unhon ne poocha ke aap kuch apna, apne khayalat bataiye.</w:t>
      </w:r>
    </w:p>
    <w:p>
      <w:pPr>
        <w:jc w:val="right"/>
      </w:pPr>
      <w:r>
        <w:t>تو انہوں نے پوچھا کہ آپ کچھ اپنا، اپنے خیالات بتائیے۔</w:t>
      </w:r>
    </w:p>
    <w:p>
      <w:r>
        <w:rPr>
          <w:b/>
        </w:rPr>
        <w:t xml:space="preserve">[17:03] </w:t>
      </w:r>
      <w:r>
        <w:t>to pehli baat jo unhon ne kahi, woh yeh thi ke India mein ek fascist party power mein aa gayi hai.</w:t>
      </w:r>
    </w:p>
    <w:p>
      <w:pPr>
        <w:jc w:val="right"/>
      </w:pPr>
      <w:r>
        <w:t>تو پہلی بات جو انہوں نے کہی، وہ یہ تھی کہ انڈیا میں ایک فاشسٹ پارٹی پاور میں آگئی ہے۔</w:t>
      </w:r>
    </w:p>
    <w:p>
      <w:r>
        <w:rPr>
          <w:b/>
        </w:rPr>
        <w:t xml:space="preserve">[17:08] </w:t>
      </w:r>
      <w:r>
        <w:t>to sare musalman is ki wajah se chentit hain.</w:t>
      </w:r>
    </w:p>
    <w:p>
      <w:pPr>
        <w:jc w:val="right"/>
      </w:pPr>
      <w:r>
        <w:t>تو سارے مسلمان اس کی وجہ سے چینتیت ہیں۔</w:t>
      </w:r>
    </w:p>
    <w:p>
      <w:r>
        <w:rPr>
          <w:b/>
        </w:rPr>
        <w:t xml:space="preserve">[17:13] </w:t>
      </w:r>
      <w:r>
        <w:t>yani chentit ka lafz unhon ne nahi bola tha, matlab fikrmand hain.</w:t>
      </w:r>
    </w:p>
    <w:p>
      <w:pPr>
        <w:jc w:val="right"/>
      </w:pPr>
      <w:r>
        <w:t>یعنی چینتیت کا لفظ انہوں نے نہیں بولا تھا، مطلب فکرمند ہیں۔</w:t>
      </w:r>
    </w:p>
    <w:p>
      <w:r>
        <w:rPr>
          <w:b/>
        </w:rPr>
        <w:t xml:space="preserve">[17:18] </w:t>
      </w:r>
      <w:r>
        <w:t>yeh yeh un ka kehna tha, pehli baat.</w:t>
      </w:r>
    </w:p>
    <w:p>
      <w:pPr>
        <w:jc w:val="right"/>
      </w:pPr>
      <w:r>
        <w:t>یہ یہ ان کا کہنا تھا، پہلی بات۔</w:t>
      </w:r>
    </w:p>
    <w:p>
      <w:r>
        <w:rPr>
          <w:b/>
        </w:rPr>
        <w:t xml:space="preserve">[17:23] </w:t>
      </w:r>
      <w:r>
        <w:t>ke India mein ek ek fascist party power mein aa gayi hai.</w:t>
      </w:r>
    </w:p>
    <w:p>
      <w:pPr>
        <w:jc w:val="right"/>
      </w:pPr>
      <w:r>
        <w:t>کہ انڈیا میں ایک ایک فاشسٹ پارٹی پاور میں آگئی ہے۔</w:t>
      </w:r>
    </w:p>
    <w:p>
      <w:r>
        <w:rPr>
          <w:b/>
        </w:rPr>
        <w:t xml:space="preserve">[17:28] </w:t>
      </w:r>
      <w:r>
        <w:t>to sare musalman is par fikrmand hain.</w:t>
      </w:r>
    </w:p>
    <w:p>
      <w:pPr>
        <w:jc w:val="right"/>
      </w:pPr>
      <w:r>
        <w:t>تو سارے مسلمان اس پر فکرمند ہیں۔</w:t>
      </w:r>
    </w:p>
    <w:p>
      <w:r>
        <w:rPr>
          <w:b/>
        </w:rPr>
        <w:t xml:space="preserve">[17:34] </w:t>
      </w:r>
      <w:r>
        <w:t>aur samajhte hain ke in ka mustaqbil kya hai.</w:t>
      </w:r>
    </w:p>
    <w:p>
      <w:pPr>
        <w:jc w:val="right"/>
      </w:pPr>
      <w:r>
        <w:t>اور سمجھتے ہیں کہ ان کا مستقبل کیا ہے۔</w:t>
      </w:r>
    </w:p>
    <w:p>
      <w:r>
        <w:rPr>
          <w:b/>
        </w:rPr>
        <w:t xml:space="preserve">[17:38] </w:t>
      </w:r>
      <w:r>
        <w:t>to is ke baray mein kuch bataiye.</w:t>
      </w:r>
    </w:p>
    <w:p>
      <w:pPr>
        <w:jc w:val="right"/>
      </w:pPr>
      <w:r>
        <w:t>تو اس کے بارے میں کچھ بتائیے۔</w:t>
      </w:r>
    </w:p>
    <w:p>
      <w:r>
        <w:rPr>
          <w:b/>
        </w:rPr>
        <w:t xml:space="preserve">[17:42] </w:t>
      </w:r>
      <w:r>
        <w:t>to mein ne kaha ke dekhiye.</w:t>
      </w:r>
    </w:p>
    <w:p>
      <w:pPr>
        <w:jc w:val="right"/>
      </w:pPr>
      <w:r>
        <w:t>تو میں نے کہا کہ دیکھیے۔</w:t>
      </w:r>
    </w:p>
    <w:p>
      <w:r>
        <w:rPr>
          <w:b/>
        </w:rPr>
        <w:t xml:space="preserve">[17:45] </w:t>
      </w:r>
      <w:r>
        <w:t>aap al risala ke qari, mein aap ko nahi manta.</w:t>
      </w:r>
    </w:p>
    <w:p>
      <w:pPr>
        <w:jc w:val="right"/>
      </w:pPr>
      <w:r>
        <w:t>آپ الرسالہ کے قاری، میں آپ کو نہیں مانتا۔</w:t>
      </w:r>
    </w:p>
    <w:p>
      <w:r>
        <w:rPr>
          <w:b/>
        </w:rPr>
        <w:t xml:space="preserve">[17:49] </w:t>
      </w:r>
      <w:r>
        <w:t>bas parh lete honge.</w:t>
      </w:r>
    </w:p>
    <w:p>
      <w:pPr>
        <w:jc w:val="right"/>
      </w:pPr>
      <w:r>
        <w:t>بس پڑھ لیتے ہوں گے۔</w:t>
      </w:r>
    </w:p>
    <w:p>
      <w:r>
        <w:rPr>
          <w:b/>
        </w:rPr>
        <w:t xml:space="preserve">[17:53] </w:t>
      </w:r>
      <w:r>
        <w:t>interest, jis ko kehte hain angrezi mein, interest reading.</w:t>
      </w:r>
    </w:p>
    <w:p>
      <w:pPr>
        <w:jc w:val="right"/>
      </w:pPr>
      <w:r>
        <w:t>انٹرسٹ، جس کو کہتے ہیں انگریزی میں، انٹرسٹ ریڈنگ۔</w:t>
      </w:r>
    </w:p>
    <w:p>
      <w:r>
        <w:rPr>
          <w:b/>
        </w:rPr>
        <w:t xml:space="preserve">[17:57] </w:t>
      </w:r>
      <w:r>
        <w:t>interest reading ke liye aap parh lete honge.</w:t>
      </w:r>
    </w:p>
    <w:p>
      <w:pPr>
        <w:jc w:val="right"/>
      </w:pPr>
      <w:r>
        <w:t>انٹرسٹ ریڈنگ کے لیے آپ پڑھ لیتے ہوں گے۔</w:t>
      </w:r>
    </w:p>
    <w:p>
      <w:r>
        <w:rPr>
          <w:b/>
        </w:rPr>
        <w:t xml:space="preserve">[18:01] </w:t>
      </w:r>
      <w:r>
        <w:t>lekin abhi aap ne risala ki fikr ko samjhana hai.</w:t>
      </w:r>
    </w:p>
    <w:p>
      <w:pPr>
        <w:jc w:val="right"/>
      </w:pPr>
      <w:r>
        <w:t>لیکن ابھی آپ نے رسالہ کی فکر کو سمجھانا ہے۔</w:t>
      </w:r>
    </w:p>
    <w:p>
      <w:r>
        <w:rPr>
          <w:b/>
        </w:rPr>
        <w:t xml:space="preserve">[18:05] </w:t>
      </w:r>
      <w:r>
        <w:t>aur mera tajruba yeh hai ke jo log baqayda risala ko bar bar padhen, kitabon ko bar bar padhen, lecture ko bar bar sunein, tab ja kar woh samajh paate hain ke hamara mission kya hai. warna samajh nahi paate. to main ne kaha, pehli baat to yeh hai ke fascist lafz jo bole aap, main is ko haram samajhta hoon. is mauqe par. kyun? yeh to tanbih bil luqab hai. jis ko aap keh rahe the fascist party, kya is ne apna naam to yeh rakha nahi hai? ya aap ne, aap ne is ka naam,</w:t>
      </w:r>
    </w:p>
    <w:p>
      <w:pPr>
        <w:jc w:val="right"/>
      </w:pPr>
      <w:r>
        <w:t>اور میرا تجربہ یہ ہے کہ جو لوگ باقاعدہ رسالہ کو بار بار پڑھیں، کتابوں کو بار بار پڑھیں، لیکچر کو بار بار سنیں، تب جا کر وہ سمجھ پاتے ہیں کہ ہمارا مشن کیا ہے۔ ورنہ سمجھ نہیں پاتے۔ تو میں نے کہا، پہلی بات تو یہ ہے کہ فاشسٹ لفظ جو بولے آپ، میں اس کو حرام سمجھتا ہوں۔ اس موقع پر۔ کیوں؟ یہ تو تنبیہ باللقاب ہے۔ جس کو آپ کہہ رہے تھے فاشسٹ پارٹی، کیا اس نے اپنا نام تو یہ رکھا نہیں ہے؟ یا آپ نے، آپ نے اس کا نام،</w:t>
      </w:r>
    </w:p>
    <w:p>
      <w:r>
        <w:rPr>
          <w:b/>
        </w:rPr>
        <w:t xml:space="preserve">[18:35] </w:t>
      </w:r>
      <w:r>
        <w:t>aap ne is ko yeh title diya hai ke woh fascist party hai? kisi ne apna jo naam</w:t>
      </w:r>
    </w:p>
    <w:p>
      <w:pPr>
        <w:jc w:val="right"/>
      </w:pPr>
      <w:r>
        <w:t>آپ نے اس کو یہ ٹائٹل دیا ہے کہ وہ فاشسٹ پارٹی ہے؟ کسی نے اپنا جو نام</w:t>
      </w:r>
    </w:p>
    <w:p>
      <w:r>
        <w:rPr>
          <w:b/>
        </w:rPr>
        <w:t xml:space="preserve">[18:40] </w:t>
      </w:r>
      <w:r>
        <w:t>rakha ho, usi naam se is ko pukariye.</w:t>
      </w:r>
    </w:p>
    <w:p>
      <w:pPr>
        <w:jc w:val="right"/>
      </w:pPr>
      <w:r>
        <w:t>رکھا ہو، اسی نام سے اس کو پکاریے۔</w:t>
      </w:r>
    </w:p>
    <w:p>
      <w:r>
        <w:rPr>
          <w:b/>
        </w:rPr>
        <w:t xml:space="preserve">[18:45] </w:t>
      </w:r>
      <w:r>
        <w:t>agar aap kisi aur naam se pukarte hain to woh tanbih bil luqab hai.</w:t>
      </w:r>
    </w:p>
    <w:p>
      <w:pPr>
        <w:jc w:val="right"/>
      </w:pPr>
      <w:r>
        <w:t>اگر آپ کسی اور نام سے پکارتے ہیں تو وہ تنبیہ باللقاب ہے۔</w:t>
      </w:r>
    </w:p>
    <w:p>
      <w:r>
        <w:rPr>
          <w:b/>
        </w:rPr>
        <w:t xml:space="preserve">[18:50] </w:t>
      </w:r>
      <w:r>
        <w:t>woh haram hai islam mein.</w:t>
      </w:r>
    </w:p>
    <w:p>
      <w:pPr>
        <w:jc w:val="right"/>
      </w:pPr>
      <w:r>
        <w:t>وہ حرام ہے اسلام میں۔</w:t>
      </w:r>
    </w:p>
    <w:p>
      <w:r>
        <w:rPr>
          <w:b/>
        </w:rPr>
        <w:t xml:space="preserve">[18:55] </w:t>
      </w:r>
      <w:r>
        <w:t>to mein ne kaha ke hum risala imam ke khilaf bohat ziyada likh chuke hain.</w:t>
      </w:r>
    </w:p>
    <w:p>
      <w:pPr>
        <w:jc w:val="right"/>
      </w:pPr>
      <w:r>
        <w:t>تو میں نے کہا کہ ہم رسالہ امام کے خلاف بہت زیادہ لکھ چکے ہیں۔</w:t>
      </w:r>
    </w:p>
    <w:p>
      <w:r>
        <w:rPr>
          <w:b/>
        </w:rPr>
        <w:t xml:space="preserve">[19:00] </w:t>
      </w:r>
      <w:r>
        <w:t>ke yeh tareeqa galat hai. p</w:t>
      </w:r>
    </w:p>
    <w:p>
      <w:pPr>
        <w:jc w:val="right"/>
      </w:pPr>
      <w:r>
        <w:t>کہ یہ طریقہ غلط ہے۔ پ</w:t>
      </w:r>
    </w:p>
    <w:p>
      <w:r>
        <w:rPr>
          <w:b/>
        </w:rPr>
        <w:t xml:space="preserve">[19:06] </w:t>
      </w:r>
      <w:r>
        <w:t>har mein ne kaha ke dekhiye.</w:t>
      </w:r>
    </w:p>
    <w:p>
      <w:pPr>
        <w:jc w:val="right"/>
      </w:pPr>
      <w:r>
        <w:t>ھر میں نے کہا کہ دیکھیے۔</w:t>
      </w:r>
    </w:p>
    <w:p>
      <w:r>
        <w:rPr>
          <w:b/>
        </w:rPr>
        <w:t xml:space="preserve">[19:09] </w:t>
      </w:r>
      <w:r>
        <w:t>doosri baat yeh hai.</w:t>
      </w:r>
    </w:p>
    <w:p>
      <w:pPr>
        <w:jc w:val="right"/>
      </w:pPr>
      <w:r>
        <w:t>دوسری بات یہ ہے۔</w:t>
      </w:r>
    </w:p>
    <w:p>
      <w:r>
        <w:rPr>
          <w:b/>
        </w:rPr>
        <w:t xml:space="preserve">[19:12] </w:t>
      </w:r>
      <w:r>
        <w:t>ke musalman spirit of the age ko bilkul hi nahi jante.</w:t>
      </w:r>
    </w:p>
    <w:p>
      <w:pPr>
        <w:jc w:val="right"/>
      </w:pPr>
      <w:r>
        <w:t>کہ مسلمان اسپرٹ آف دی ایج کو بالکل ہی نہیں جانتے۔</w:t>
      </w:r>
    </w:p>
    <w:p>
      <w:r>
        <w:rPr>
          <w:b/>
        </w:rPr>
        <w:t xml:space="preserve">[19:16] </w:t>
      </w:r>
      <w:r>
        <w:t>abc de nahi jante is ki.</w:t>
      </w:r>
    </w:p>
    <w:p>
      <w:pPr>
        <w:jc w:val="right"/>
      </w:pPr>
      <w:r>
        <w:t>اے بی سی ڈی نہیں جانتے اس کی۔</w:t>
      </w:r>
    </w:p>
    <w:p>
      <w:r>
        <w:rPr>
          <w:b/>
        </w:rPr>
        <w:t xml:space="preserve">[19:19] </w:t>
      </w:r>
      <w:r>
        <w:t>na molvi ko khabar hai, na mister ko khabar hai.</w:t>
      </w:r>
    </w:p>
    <w:p>
      <w:pPr>
        <w:jc w:val="right"/>
      </w:pPr>
      <w:r>
        <w:t>نہ مولوی کو خبر ہے، نہ مسٹر کو خبر ہے۔</w:t>
      </w:r>
    </w:p>
    <w:p>
      <w:r>
        <w:rPr>
          <w:b/>
        </w:rPr>
        <w:t xml:space="preserve">[19:23] </w:t>
      </w:r>
      <w:r>
        <w:t>na madrasay walon ko khabar hai, na university walon ko khabar hai.</w:t>
      </w:r>
    </w:p>
    <w:p>
      <w:pPr>
        <w:jc w:val="right"/>
      </w:pPr>
      <w:r>
        <w:t>نہ مدرسے والوں کو خبر ہے، نہ یونیورسٹی والوں کو خبر ہے۔</w:t>
      </w:r>
    </w:p>
    <w:p>
      <w:r>
        <w:rPr>
          <w:b/>
        </w:rPr>
        <w:t xml:space="preserve">[19:26] </w:t>
      </w:r>
      <w:r>
        <w:t>yani modern age kya hai, modern democracy kya hai, yeh sab se bilkul bekhabar hai.</w:t>
      </w:r>
    </w:p>
    <w:p>
      <w:pPr>
        <w:jc w:val="right"/>
      </w:pPr>
      <w:r>
        <w:t>یعنی ماڈرن ایج کیا ہے، ماڈرن ڈیموکریسی کیا ہے، یہ سب سے بالکل بے خبر ہے۔</w:t>
      </w:r>
    </w:p>
    <w:p>
      <w:r>
        <w:rPr>
          <w:b/>
        </w:rPr>
        <w:t xml:space="preserve">[19:30] </w:t>
      </w:r>
      <w:r>
        <w:t>to mein ne kaha, dekhiye.</w:t>
      </w:r>
    </w:p>
    <w:p>
      <w:pPr>
        <w:jc w:val="right"/>
      </w:pPr>
      <w:r>
        <w:t>تو میں نے کہا، دیکھیے۔</w:t>
      </w:r>
    </w:p>
    <w:p>
      <w:r>
        <w:rPr>
          <w:b/>
        </w:rPr>
        <w:t xml:space="preserve">[19:33] </w:t>
      </w:r>
      <w:r>
        <w:t>india mein democracy hai.</w:t>
      </w:r>
    </w:p>
    <w:p>
      <w:pPr>
        <w:jc w:val="right"/>
      </w:pPr>
      <w:r>
        <w:t>انڈیا میں ڈیموکریسی ہے۔</w:t>
      </w:r>
    </w:p>
    <w:p>
      <w:r>
        <w:rPr>
          <w:b/>
        </w:rPr>
        <w:t xml:space="preserve">[19:36] </w:t>
      </w:r>
      <w:r>
        <w:t>india mein koi kingship nahi hai.</w:t>
      </w:r>
    </w:p>
    <w:p>
      <w:pPr>
        <w:jc w:val="right"/>
      </w:pPr>
      <w:r>
        <w:t>انڈیا میں کوئی کنگ شپ نہیں ہے۔</w:t>
      </w:r>
    </w:p>
    <w:p>
      <w:r>
        <w:rPr>
          <w:b/>
        </w:rPr>
        <w:t xml:space="preserve">[19:41] </w:t>
      </w:r>
      <w:r>
        <w:t>jo aata hai election mein jeet kar ke, woh paanch saal ke liye aata hai.</w:t>
      </w:r>
    </w:p>
    <w:p>
      <w:pPr>
        <w:jc w:val="right"/>
      </w:pPr>
      <w:r>
        <w:t>جو آتا ہے الیکشن میں جیت کر کے، وہ پانچ سال کے لیے آتا ہے۔</w:t>
      </w:r>
    </w:p>
    <w:p>
      <w:r>
        <w:rPr>
          <w:b/>
        </w:rPr>
        <w:t xml:space="preserve">[19:46] </w:t>
      </w:r>
      <w:r>
        <w:t>bas paanch saal ke liye chala jata hai woh.</w:t>
      </w:r>
    </w:p>
    <w:p>
      <w:pPr>
        <w:jc w:val="right"/>
      </w:pPr>
      <w:r>
        <w:t>بس پانچ سال کے لیے چلا جاتا ہے وہ۔</w:t>
      </w:r>
    </w:p>
    <w:p>
      <w:r>
        <w:rPr>
          <w:b/>
        </w:rPr>
        <w:t xml:space="preserve">[19:51] </w:t>
      </w:r>
      <w:r>
        <w:t>to woh constitution ke mutabiq rule kar sakta hai.</w:t>
      </w:r>
    </w:p>
    <w:p>
      <w:pPr>
        <w:jc w:val="right"/>
      </w:pPr>
      <w:r>
        <w:t>تو وہ کانسٹیٹیوشن کے مطابق رول کر سکتا ہے۔</w:t>
      </w:r>
    </w:p>
    <w:p>
      <w:r>
        <w:rPr>
          <w:b/>
        </w:rPr>
        <w:t xml:space="preserve">[19:57] </w:t>
      </w:r>
      <w:r>
        <w:t>woh kya hai? constitution jo hai, democracy par base karta hai.</w:t>
      </w:r>
    </w:p>
    <w:p>
      <w:pPr>
        <w:jc w:val="right"/>
      </w:pPr>
      <w:r>
        <w:t>وہ کیا ہے؟ کانسٹیٹیوشن جو ہے، ڈیموکریسی پر بیس کرتا ہے۔</w:t>
      </w:r>
    </w:p>
    <w:p>
      <w:r>
        <w:rPr>
          <w:b/>
        </w:rPr>
        <w:t xml:space="preserve">[20:02] </w:t>
      </w:r>
      <w:r>
        <w:t>yahan, yahan jo government hai, woh democratic govern</w:t>
      </w:r>
    </w:p>
    <w:p>
      <w:pPr>
        <w:jc w:val="right"/>
      </w:pPr>
      <w:r>
        <w:t>یہاں، یہاں جو گورنمنٹ ہے، وہ ڈیموکریٹک گورن</w:t>
      </w:r>
    </w:p>
    <w:p>
      <w:r>
        <w:rPr>
          <w:b/>
        </w:rPr>
        <w:t xml:space="preserve">[20:07] </w:t>
      </w:r>
      <w:r>
        <w:t>ment hai.</w:t>
      </w:r>
    </w:p>
    <w:p>
      <w:pPr>
        <w:jc w:val="right"/>
      </w:pPr>
      <w:r>
        <w:t>منٹ ہے۔</w:t>
      </w:r>
    </w:p>
    <w:p>
      <w:r>
        <w:rPr>
          <w:b/>
        </w:rPr>
        <w:t xml:space="preserve">[20:13] </w:t>
      </w:r>
      <w:r>
        <w:t>aur naya jo concept hai politics ka, uske mutabiq yeh hai.</w:t>
      </w:r>
    </w:p>
    <w:p>
      <w:pPr>
        <w:jc w:val="right"/>
      </w:pPr>
      <w:r>
        <w:t>اور نیا جو کانسیپٹ ہے پولیٹکس کا، اس کے مطابق یہ ہے۔</w:t>
      </w:r>
    </w:p>
    <w:p>
      <w:r>
        <w:rPr>
          <w:b/>
        </w:rPr>
        <w:t xml:space="preserve">[20:19] </w:t>
      </w:r>
      <w:r>
        <w:t>ke government ka role sirf administration ki had tak hai. administration, intezamiya.</w:t>
      </w:r>
    </w:p>
    <w:p>
      <w:pPr>
        <w:jc w:val="right"/>
      </w:pPr>
      <w:r>
        <w:t>کہ گورنمنٹ کا رول صرف ایڈمنسٹریشن کی حد تک ہے۔ ایڈمنسٹریشن، انتظامیہ۔</w:t>
      </w:r>
    </w:p>
    <w:p>
      <w:r>
        <w:rPr>
          <w:b/>
        </w:rPr>
        <w:t xml:space="preserve">[20:25] </w:t>
      </w:r>
      <w:r>
        <w:t>jo ke less than 50 percent hota hai.</w:t>
      </w:r>
    </w:p>
    <w:p>
      <w:pPr>
        <w:jc w:val="right"/>
      </w:pPr>
      <w:r>
        <w:t>جو کہ لیس دین 50 فیصد ہوتا ہے۔</w:t>
      </w:r>
    </w:p>
    <w:p>
      <w:r>
        <w:rPr>
          <w:b/>
        </w:rPr>
        <w:t xml:space="preserve">[20:31] </w:t>
      </w:r>
      <w:r>
        <w:t>baqi more than 50 percent jo hai, woh sara ka sara institu</w:t>
      </w:r>
    </w:p>
    <w:p>
      <w:pPr>
        <w:jc w:val="right"/>
      </w:pPr>
      <w:r>
        <w:t>باقی مور دین 50 فیصد جو ہے، وہ سارا کا سارا انسٹیٹیو</w:t>
      </w:r>
    </w:p>
    <w:p>
      <w:r>
        <w:rPr>
          <w:b/>
        </w:rPr>
        <w:t xml:space="preserve">[20:37] </w:t>
      </w:r>
      <w:r>
        <w:t>tion ke hissay mein ka role hota hai.</w:t>
      </w:r>
    </w:p>
    <w:p>
      <w:pPr>
        <w:jc w:val="right"/>
      </w:pPr>
      <w:r>
        <w:t>شن کے حصے میں کا رول ہوتا ہے۔</w:t>
      </w:r>
    </w:p>
    <w:p>
      <w:r>
        <w:rPr>
          <w:b/>
        </w:rPr>
        <w:t xml:space="preserve">[20:42] </w:t>
      </w:r>
      <w:r>
        <w:t>democracy mein institution ka role more than 50 percent hai.</w:t>
      </w:r>
    </w:p>
    <w:p>
      <w:pPr>
        <w:jc w:val="right"/>
      </w:pPr>
      <w:r>
        <w:t>ڈیموکریسی میں انسٹیٹیوشن کا رول مور دین 50 فیصد ہے۔</w:t>
      </w:r>
    </w:p>
    <w:p>
      <w:r>
        <w:rPr>
          <w:b/>
        </w:rPr>
        <w:t xml:space="preserve">[20:47] </w:t>
      </w:r>
      <w:r>
        <w:t>aur administration ka role less than 50 percent hai.</w:t>
      </w:r>
    </w:p>
    <w:p>
      <w:pPr>
        <w:jc w:val="right"/>
      </w:pPr>
      <w:r>
        <w:t>اور ایڈمنسٹریشن کا رول لیس دین 50 فیصد ہے۔</w:t>
      </w:r>
    </w:p>
    <w:p>
      <w:r>
        <w:rPr>
          <w:b/>
        </w:rPr>
        <w:t xml:space="preserve">[20:52] </w:t>
      </w:r>
      <w:r>
        <w:t>toh aap ko pareshani kya hai? jo aaya hai, paanch saal ke liye aaya hai.</w:t>
      </w:r>
    </w:p>
    <w:p>
      <w:pPr>
        <w:jc w:val="right"/>
      </w:pPr>
      <w:r>
        <w:t>تو آپ کو پریشانی کیا ہے؟ جو آیا ہے، پانچ سال کے لیے آیا ہے۔</w:t>
      </w:r>
    </w:p>
    <w:p>
      <w:r>
        <w:rPr>
          <w:b/>
        </w:rPr>
        <w:t xml:space="preserve">[20:58] </w:t>
      </w:r>
      <w:r>
        <w:t>ab paanch saal ki limited power uske paas rahegi.</w:t>
      </w:r>
    </w:p>
    <w:p>
      <w:pPr>
        <w:jc w:val="right"/>
      </w:pPr>
      <w:r>
        <w:t>اب پانچ سال کی لمیٹڈ پاور اس کے پاس رہے گی۔</w:t>
      </w:r>
    </w:p>
    <w:p>
      <w:r>
        <w:rPr>
          <w:b/>
        </w:rPr>
        <w:t xml:space="preserve">[21:03] </w:t>
      </w:r>
      <w:r>
        <w:t>toh is mein aap ko pareshani ki baat kya hai? iske alawa ek bohat hi ek mehdood power,</w:t>
      </w:r>
    </w:p>
    <w:p>
      <w:pPr>
        <w:jc w:val="right"/>
      </w:pPr>
      <w:r>
        <w:t>تو اس میں آپ کو پریشانی کی بات کیا ہے؟ اس کے علاوہ ایک بہت ہی ایک محدود پاور،</w:t>
      </w:r>
    </w:p>
    <w:p>
      <w:r>
        <w:rPr>
          <w:b/>
        </w:rPr>
        <w:t xml:space="preserve">[21:08] </w:t>
      </w:r>
      <w:r>
        <w:t>uske bahar toh sab kuch aap hi ke ikhtiyar mein hai.</w:t>
      </w:r>
    </w:p>
    <w:p>
      <w:pPr>
        <w:jc w:val="right"/>
      </w:pPr>
      <w:r>
        <w:t>اس کے باہر تو سب کچھ آپ ہی کے اختیار میں ہے۔</w:t>
      </w:r>
    </w:p>
    <w:p>
      <w:r>
        <w:rPr>
          <w:b/>
        </w:rPr>
        <w:t xml:space="preserve">[21:13] </w:t>
      </w:r>
      <w:r>
        <w:t>aap masjid chalaiye, madarse chalaiye, dawah ka kaam kijiye.</w:t>
      </w:r>
    </w:p>
    <w:p>
      <w:pPr>
        <w:jc w:val="right"/>
      </w:pPr>
      <w:r>
        <w:t>آپ مسجد چلائیے، مدرسے چلائیے، دعوت کا کام کیجیے۔</w:t>
      </w:r>
    </w:p>
    <w:p>
      <w:r>
        <w:rPr>
          <w:b/>
        </w:rPr>
        <w:t xml:space="preserve">[21:18] </w:t>
      </w:r>
      <w:r>
        <w:t>school kholiye, college kholiye, industry chalaiye, business chalaiye, yeh sab khula hua hai.</w:t>
      </w:r>
    </w:p>
    <w:p>
      <w:pPr>
        <w:jc w:val="right"/>
      </w:pPr>
      <w:r>
        <w:t>اسکول کھولیے، کالج کھولیے، انڈسٹری چلائیے، بزنس چلائیے، یہ سب کھلا ہوا ہے۔</w:t>
      </w:r>
    </w:p>
    <w:p>
      <w:r>
        <w:rPr>
          <w:b/>
        </w:rPr>
        <w:t xml:space="preserve">[21:23] </w:t>
      </w:r>
      <w:r>
        <w:t>woh sab institution ke daire ki cheezein hain.</w:t>
      </w:r>
    </w:p>
    <w:p>
      <w:pPr>
        <w:jc w:val="right"/>
      </w:pPr>
      <w:r>
        <w:t>وہ سب انسٹیٹیوشن کے دائرے کی چیزیں ہیں۔</w:t>
      </w:r>
    </w:p>
    <w:p>
      <w:r>
        <w:rPr>
          <w:b/>
        </w:rPr>
        <w:t xml:space="preserve">[21:28] </w:t>
      </w:r>
      <w:r>
        <w:t>toh pareshani kya hai aap ko? phir maine kaha ke dekhiye.</w:t>
      </w:r>
    </w:p>
    <w:p>
      <w:pPr>
        <w:jc w:val="right"/>
      </w:pPr>
      <w:r>
        <w:t>تو پریشانی کیا ہے آپ کو؟ پھر میں نے کہا کہ دیکھیے۔</w:t>
      </w:r>
    </w:p>
    <w:p>
      <w:r>
        <w:rPr>
          <w:b/>
        </w:rPr>
        <w:t xml:space="preserve">[21:33] </w:t>
      </w:r>
      <w:r>
        <w:t>15 august ko jo</w:t>
      </w:r>
    </w:p>
    <w:p>
      <w:pPr>
        <w:jc w:val="right"/>
      </w:pPr>
      <w:r>
        <w:t>15 اگست کو جو</w:t>
      </w:r>
    </w:p>
    <w:p>
      <w:r>
        <w:rPr>
          <w:b/>
        </w:rPr>
        <w:t xml:space="preserve">[21:38] </w:t>
      </w:r>
      <w:r>
        <w:t>Pradhan Mantri ji hain, us waqt unki poori taqreer maine suni thi.</w:t>
      </w:r>
    </w:p>
    <w:p>
      <w:pPr>
        <w:jc w:val="right"/>
      </w:pPr>
      <w:r>
        <w:t>پرಧಾನ منٹری جی ہیں، اس وقت ان کی پوری تقریر میں نے سنی تھی۔</w:t>
      </w:r>
    </w:p>
    <w:p>
      <w:r>
        <w:rPr>
          <w:b/>
        </w:rPr>
        <w:t xml:space="preserve">[21:43] </w:t>
      </w:r>
      <w:r>
        <w:t>us result tak.</w:t>
      </w:r>
    </w:p>
    <w:p>
      <w:pPr>
        <w:jc w:val="right"/>
      </w:pPr>
      <w:r>
        <w:t>اس رزلٹ تک۔</w:t>
      </w:r>
    </w:p>
    <w:p>
      <w:r>
        <w:rPr>
          <w:b/>
        </w:rPr>
        <w:t xml:space="preserve">[21:47] </w:t>
      </w:r>
      <w:r>
        <w:t>woh poori taqreer 65 minute ki thi. 65 minute.</w:t>
      </w:r>
    </w:p>
    <w:p>
      <w:pPr>
        <w:jc w:val="right"/>
      </w:pPr>
      <w:r>
        <w:t>وہ پوری تقریر 65 منٹ کی تھی۔ 65 منٹ۔</w:t>
      </w:r>
    </w:p>
    <w:p>
      <w:r>
        <w:rPr>
          <w:b/>
        </w:rPr>
        <w:t xml:space="preserve">[21:51] </w:t>
      </w:r>
      <w:r>
        <w:t>toh jis cheez se musalman khaufzda hain, ke unko teen issue kahe jaate hain.</w:t>
      </w:r>
    </w:p>
    <w:p>
      <w:pPr>
        <w:jc w:val="right"/>
      </w:pPr>
      <w:r>
        <w:t>تو جس چیز سے مسلمان خائف ہیں، کہ ان کو تین ایشو کہے جاتے ہیں۔</w:t>
      </w:r>
    </w:p>
    <w:p>
      <w:r>
        <w:rPr>
          <w:b/>
        </w:rPr>
        <w:t xml:space="preserve">[21:56] </w:t>
      </w:r>
      <w:r>
        <w:t>Ram mandir ki taameer.</w:t>
      </w:r>
    </w:p>
    <w:p>
      <w:pPr>
        <w:jc w:val="right"/>
      </w:pPr>
      <w:r>
        <w:t>رام مندر کی تعمیر۔</w:t>
      </w:r>
    </w:p>
    <w:p>
      <w:r>
        <w:rPr>
          <w:b/>
        </w:rPr>
        <w:t xml:space="preserve">[22:00] </w:t>
      </w:r>
      <w:r>
        <w:t>aur common civil court.</w:t>
      </w:r>
    </w:p>
    <w:p>
      <w:pPr>
        <w:jc w:val="right"/>
      </w:pPr>
      <w:r>
        <w:t>اور کامن سول کورٹ۔</w:t>
      </w:r>
    </w:p>
    <w:p>
      <w:r>
        <w:rPr>
          <w:b/>
        </w:rPr>
        <w:t xml:space="preserve">[22:04] </w:t>
      </w:r>
      <w:r>
        <w:t>aur article 370. yeh</w:t>
      </w:r>
    </w:p>
    <w:p>
      <w:pPr>
        <w:jc w:val="right"/>
      </w:pPr>
      <w:r>
        <w:t>اور آرٹیکل 370۔ یہ</w:t>
      </w:r>
    </w:p>
    <w:p>
      <w:r>
        <w:rPr>
          <w:b/>
        </w:rPr>
        <w:t xml:space="preserve">[22:09] </w:t>
      </w:r>
      <w:r>
        <w:t>teen se musalman khauf zada hain. to maine kaha, aaj poori taqreer mein unhon ne in mein se kisi cheez ka na direct, na indirect reference diya. kuch bhi is ka zikr hi nahi. sara zikr national development ka. to agar mulk mein national development hota hai, to to musalmanon ko bhi faida pohnchta is ka. musalmanon ko bhi is ka faida pohnche ga. misaal ke taur par unhon ne kaha ke bahir ke log ayen, yahan par factoryan lag</w:t>
      </w:r>
    </w:p>
    <w:p>
      <w:pPr>
        <w:jc w:val="right"/>
      </w:pPr>
      <w:r>
        <w:t>تین سے مسلمان خائف ہیں۔ تو میں نے کہا، آج پوری تقریر میں انہوں نے ان میں سے کسی چیز کا نہ ڈائریکٹ، نہ ان ڈائریکٹ ریفرنس دیا۔ کچھ بھی اس کا ذکر ہی نہیں۔ سارا ذکر نیشنل ڈیولپمنٹ کا۔ تو اگر ملک میں نیشنل ڈیولپمنٹ ہوتا ہے، تو تو مسلمانوں کو بھی فائدہ پہنچتا اس کا۔ مسلمانوں کو بھی اس کا فائدہ پہنچے گا۔ مثلاً انہوں نے کہا کہ باہر کے لوگ آئیں، یہاں پر فیکٹریاں ل</w:t>
      </w:r>
    </w:p>
    <w:p>
      <w:r>
        <w:rPr>
          <w:b/>
        </w:rPr>
        <w:t xml:space="preserve">[22:39] </w:t>
      </w:r>
      <w:r>
        <w:t>ayen, yahan investment karen. to bahir ke log ayen ge, yahan par factoryan lagayen ge, apne office kholen ge, to musalmanon ko bhi job mile gi. jahan ke mila hua. aap kisi bhi multinational company mein chale jaiye. bohat si multinational companiyan India mein kaam kar rahi hain. har jagah musalman dikhai den ge aap ko. to pareshani kya hai aap ko? unhon ne baat ki development ki. national development</w:t>
      </w:r>
    </w:p>
    <w:p>
      <w:pPr>
        <w:jc w:val="right"/>
      </w:pPr>
      <w:r>
        <w:t>گائیں، یہاں انویسٹمنٹ کریں۔ تو باہر کے لوگ آئیں گے، یہاں پر فیکٹریاں لگائیں گے، اپنے آفس کھولیں گے، تو مسلمانوں کو بھی جاب ملے گی۔ جہاں کہ ملا ہوا۔ آپ کسی بھی ملٹی نیشنل کمپنی میں چلے جائیے۔ بہت سی ملٹی نیشنل کمپنیاں انڈیا میں کام کر رہی ہیں۔ ہر جگہ مسلمان دکھائی دیں گے آپ کو۔ تو پریشانی کیا ہے آپ کو؟ انہوں نے بات کی ڈیولپمنٹ کی۔ نیشنل ڈیولپمن</w:t>
      </w:r>
    </w:p>
    <w:p>
      <w:r>
        <w:rPr>
          <w:b/>
        </w:rPr>
        <w:t xml:space="preserve">[23:09] </w:t>
      </w:r>
      <w:r>
        <w:t>t.</w:t>
      </w:r>
    </w:p>
    <w:p>
      <w:pPr>
        <w:jc w:val="right"/>
      </w:pPr>
      <w:r>
        <w:t>ٹ۔</w:t>
      </w:r>
    </w:p>
    <w:p>
      <w:r>
        <w:rPr>
          <w:b/>
        </w:rPr>
        <w:t xml:space="preserve">[23:13] </w:t>
      </w:r>
      <w:r>
        <w:t>to woh agar india mein development hota to musalmanon ko hissa milega.</w:t>
      </w:r>
    </w:p>
    <w:p>
      <w:pPr>
        <w:jc w:val="right"/>
      </w:pPr>
      <w:r>
        <w:t>تو وہ اگر انڈیا میں ڈیولپمنٹ ہوتا تو مسلمانوں کو حصہ ملے گا۔</w:t>
      </w:r>
    </w:p>
    <w:p>
      <w:r>
        <w:rPr>
          <w:b/>
        </w:rPr>
        <w:t xml:space="preserve">[23:17] </w:t>
      </w:r>
      <w:r>
        <w:t>aur jo teen unke agenda tha pehle, to woh to chhod chuke hain isko.</w:t>
      </w:r>
    </w:p>
    <w:p>
      <w:pPr>
        <w:jc w:val="right"/>
      </w:pPr>
      <w:r>
        <w:t>اور جو تین ان کے ایجنڈا تھا پہلے، تو وہ تو چھوڑ چکے ہیں اس کو۔</w:t>
      </w:r>
    </w:p>
    <w:p>
      <w:r>
        <w:rPr>
          <w:b/>
        </w:rPr>
        <w:t xml:space="preserve">[23:22] </w:t>
      </w:r>
      <w:r>
        <w:t>bohat pehle chhod chuke hain. ko.</w:t>
      </w:r>
    </w:p>
    <w:p>
      <w:pPr>
        <w:jc w:val="right"/>
      </w:pPr>
      <w:r>
        <w:t>بہت پہلے چھوڑ چکے ہیں۔ کو۔</w:t>
      </w:r>
    </w:p>
    <w:p>
      <w:r>
        <w:rPr>
          <w:b/>
        </w:rPr>
        <w:t xml:space="preserve">[23:26] </w:t>
      </w:r>
      <w:r>
        <w:t>to musalmanon ke andar art of thinking nahi hai.</w:t>
      </w:r>
    </w:p>
    <w:p>
      <w:pPr>
        <w:jc w:val="right"/>
      </w:pPr>
      <w:r>
        <w:t>تو مسلمانوں کے اندر آرٹ آف تھنکنگ نہیں ہے۔</w:t>
      </w:r>
    </w:p>
    <w:p>
      <w:r>
        <w:rPr>
          <w:b/>
        </w:rPr>
        <w:t xml:space="preserve">[23:30] </w:t>
      </w:r>
      <w:r>
        <w:t>art of thinking nahi hai.</w:t>
      </w:r>
    </w:p>
    <w:p>
      <w:pPr>
        <w:jc w:val="right"/>
      </w:pPr>
      <w:r>
        <w:t>آرٹ آف تھنکنگ نہیں ہے۔</w:t>
      </w:r>
    </w:p>
    <w:p>
      <w:r>
        <w:rPr>
          <w:b/>
        </w:rPr>
        <w:t xml:space="preserve">[23:35] </w:t>
      </w:r>
      <w:r>
        <w:t>aur sab se bari kami yeh hai</w:t>
      </w:r>
    </w:p>
    <w:p>
      <w:pPr>
        <w:jc w:val="right"/>
      </w:pPr>
      <w:r>
        <w:t>اور سب سے بڑی کمی یہ ہے</w:t>
      </w:r>
    </w:p>
    <w:p>
      <w:r>
        <w:rPr>
          <w:b/>
        </w:rPr>
        <w:t xml:space="preserve">[23:39] </w:t>
      </w:r>
      <w:r>
        <w:t>kisi bhi community ke liye ke is ke andar thinking power na ho. aur main jahan tak Islam ka ta'alluq hai, ek bohat ajeeb cheez main mehsoos karta hoon. ke Allah taala ne har cheez ki misalen qaim kar di hain. taake hamari aankh khule. har cheez ki misalen qaim kar di hain. taake hamari aankh khule. aankh kholne ke liye. is</w:t>
      </w:r>
    </w:p>
    <w:p>
      <w:pPr>
        <w:jc w:val="right"/>
      </w:pPr>
      <w:r>
        <w:t>کسی بھی کمیونٹی کے لیے کہ اس کے اندر تھنکنگ پاور نہ ہو۔ اور میں جہاں تک اسلام کا تعلق ہے، ایک بہت عجیب چیز میں محسوس کرتا ہوں۔ کہ اللہ تعالیٰ نے ہر چیز کی مثالیں قائم کر دی ہیں۔ تاکہ ہماری آنکھ کھلے۔ ہر چیز کی مثالیں قائم کر دی ہیں۔ تاکہ ہماری آنکھ کھلے۔ آںکھ کھولنے کے لیے۔ اس</w:t>
      </w:r>
    </w:p>
    <w:p>
      <w:r>
        <w:rPr>
          <w:b/>
        </w:rPr>
        <w:t xml:space="preserve">[24:09] </w:t>
      </w:r>
      <w:r>
        <w:t>ki ek misaal mein deta hoon aap ko.</w:t>
      </w:r>
    </w:p>
    <w:p>
      <w:pPr>
        <w:jc w:val="right"/>
      </w:pPr>
      <w:r>
        <w:t>کی ایک مثال میں دیتا ہوں آپ کو۔</w:t>
      </w:r>
    </w:p>
    <w:p>
      <w:r>
        <w:rPr>
          <w:b/>
        </w:rPr>
        <w:t xml:space="preserve">[24:13] </w:t>
      </w:r>
      <w:r>
        <w:t>یعنی دور اول میں جو واقعات ہوئے ہیں، اس کو لوگ لڑائی وغیرہ کے، اس کو لوگ declarations</w:t>
      </w:r>
    </w:p>
    <w:p>
      <w:pPr>
        <w:jc w:val="right"/>
      </w:pPr>
      <w:r>
        <w:t>یعنی دور اول میں جو واقعات ہوئے ہیں، اس کو لوگ لڑائی وغیرہ کے، اس کو لوگ ڈیکریشنز</w:t>
      </w:r>
    </w:p>
    <w:p>
      <w:r>
        <w:rPr>
          <w:b/>
        </w:rPr>
        <w:t xml:space="preserve">[24:16] </w:t>
      </w:r>
      <w:r>
        <w:t>mein lete hain.</w:t>
      </w:r>
    </w:p>
    <w:p>
      <w:pPr>
        <w:jc w:val="right"/>
      </w:pPr>
      <w:r>
        <w:t>میں لیتے ہیں۔</w:t>
      </w:r>
    </w:p>
    <w:p>
      <w:r>
        <w:rPr>
          <w:b/>
        </w:rPr>
        <w:t xml:space="preserve">[24:20] </w:t>
      </w:r>
      <w:r>
        <w:t>mein is ko positive sense mein leta hoon.</w:t>
      </w:r>
    </w:p>
    <w:p>
      <w:pPr>
        <w:jc w:val="right"/>
      </w:pPr>
      <w:r>
        <w:t>میں اس کو پازیٹو سینس میں لیتا ہوں۔</w:t>
      </w:r>
    </w:p>
    <w:p>
      <w:r>
        <w:rPr>
          <w:b/>
        </w:rPr>
        <w:t xml:space="preserve">[24:24] </w:t>
      </w:r>
      <w:r>
        <w:t>woh Allah taala ne misalein qaim kar di hain taake hum sochein, is se sabak lein.</w:t>
      </w:r>
    </w:p>
    <w:p>
      <w:pPr>
        <w:jc w:val="right"/>
      </w:pPr>
      <w:r>
        <w:t>وہ اللہ تعالیٰ نے مثالیں قائم کر دی ہیں تاکہ ہم سوچیں، اس سے سبق لیں۔</w:t>
      </w:r>
    </w:p>
    <w:p>
      <w:r>
        <w:rPr>
          <w:b/>
        </w:rPr>
        <w:t xml:space="preserve">[24:28] </w:t>
      </w:r>
      <w:r>
        <w:t>woh positive waqiat hain.</w:t>
      </w:r>
    </w:p>
    <w:p>
      <w:pPr>
        <w:jc w:val="right"/>
      </w:pPr>
      <w:r>
        <w:t>وہ پازیٹو واقعات ہیں۔</w:t>
      </w:r>
    </w:p>
    <w:p>
      <w:r>
        <w:rPr>
          <w:b/>
        </w:rPr>
        <w:t xml:space="preserve">[24:32] </w:t>
      </w:r>
      <w:r>
        <w:t>misaal ke taur par dekhiye.</w:t>
      </w:r>
    </w:p>
    <w:p>
      <w:pPr>
        <w:jc w:val="right"/>
      </w:pPr>
      <w:r>
        <w:t>مثال کے طور پر دیکھیے۔</w:t>
      </w:r>
    </w:p>
    <w:p>
      <w:r>
        <w:rPr>
          <w:b/>
        </w:rPr>
        <w:t xml:space="preserve">[24:35] </w:t>
      </w:r>
      <w:r>
        <w:t>ek jang hui thi,</w:t>
      </w:r>
    </w:p>
    <w:p>
      <w:pPr>
        <w:jc w:val="right"/>
      </w:pPr>
      <w:r>
        <w:t>ایک جنگ ہوئی تھی،</w:t>
      </w:r>
    </w:p>
    <w:p>
      <w:r>
        <w:rPr>
          <w:b/>
        </w:rPr>
        <w:t xml:space="preserve">[24:39] </w:t>
      </w:r>
      <w:r>
        <w:t>jang Siffin.</w:t>
      </w:r>
    </w:p>
    <w:p>
      <w:pPr>
        <w:jc w:val="right"/>
      </w:pPr>
      <w:r>
        <w:t>جنگ صفین۔</w:t>
      </w:r>
    </w:p>
    <w:p>
      <w:r>
        <w:rPr>
          <w:b/>
        </w:rPr>
        <w:t xml:space="preserve">[24:45] </w:t>
      </w:r>
      <w:r>
        <w:t>hazrat Usman ki khilafat ke baad. jang Siffin.</w:t>
      </w:r>
    </w:p>
    <w:p>
      <w:pPr>
        <w:jc w:val="right"/>
      </w:pPr>
      <w:r>
        <w:t>حضرت عثمان کی خلافت کے بعد۔ جنگ صفین۔</w:t>
      </w:r>
    </w:p>
    <w:p>
      <w:r>
        <w:rPr>
          <w:b/>
        </w:rPr>
        <w:t xml:space="preserve">[24:51] </w:t>
      </w:r>
      <w:r>
        <w:t>kal maine Al-Bidayah wa Al-Nihayah mein is ke baray mein parha.</w:t>
      </w:r>
    </w:p>
    <w:p>
      <w:pPr>
        <w:jc w:val="right"/>
      </w:pPr>
      <w:r>
        <w:t>کل میں نے البدایہ والنہائے میں اس کے بارے میں پڑھا۔</w:t>
      </w:r>
    </w:p>
    <w:p>
      <w:r>
        <w:rPr>
          <w:b/>
        </w:rPr>
        <w:t xml:space="preserve">[24:57] </w:t>
      </w:r>
      <w:r>
        <w:t>to jang Siffin mein Al-Bidayah wa Al-Nihayah ke jo musannif hain, Ibn Kathir, woh likhte hain ke jang Siffin</w:t>
      </w:r>
    </w:p>
    <w:p>
      <w:pPr>
        <w:jc w:val="right"/>
      </w:pPr>
      <w:r>
        <w:t>تو جنگ صفین میں البدایہ والنہائے کے جو مصنف ہیں، ابن کثیر، وہ لکھتے ہیں کہ جنگ صفین</w:t>
      </w:r>
    </w:p>
    <w:p>
      <w:r>
        <w:rPr>
          <w:b/>
        </w:rPr>
        <w:t xml:space="preserve">[25:03] </w:t>
      </w:r>
      <w:r>
        <w:t>mein 70 hazar aadmi mare gaye.</w:t>
      </w:r>
    </w:p>
    <w:p>
      <w:pPr>
        <w:jc w:val="right"/>
      </w:pPr>
      <w:r>
        <w:t>میں 70 ہزار آدمی مارے گئے۔</w:t>
      </w:r>
    </w:p>
    <w:p>
      <w:r>
        <w:rPr>
          <w:b/>
        </w:rPr>
        <w:t xml:space="preserve">[25:09] </w:t>
      </w:r>
      <w:r>
        <w:t>70 hazar.</w:t>
      </w:r>
    </w:p>
    <w:p>
      <w:pPr>
        <w:jc w:val="right"/>
      </w:pPr>
      <w:r>
        <w:t>70 ہزار۔</w:t>
      </w:r>
    </w:p>
    <w:p>
      <w:r>
        <w:rPr>
          <w:b/>
        </w:rPr>
        <w:t xml:space="preserve">[25:13] </w:t>
      </w:r>
      <w:r>
        <w:t>woh kaun thay? wohi thay jo Rasool Allah Salallaho Alaihe Wasallam ko dekha tha.</w:t>
      </w:r>
    </w:p>
    <w:p>
      <w:pPr>
        <w:jc w:val="right"/>
      </w:pPr>
      <w:r>
        <w:t>وہ کون تھے؟ وہی تھے جو رسول اللہ صلی اللہ علیہ وسلم کو دیکھا تھا۔</w:t>
      </w:r>
    </w:p>
    <w:p>
      <w:r>
        <w:rPr>
          <w:b/>
        </w:rPr>
        <w:t xml:space="preserve">[25:17] </w:t>
      </w:r>
      <w:r>
        <w:t>jinhon ne Sahaba ko dekha tha.</w:t>
      </w:r>
    </w:p>
    <w:p>
      <w:pPr>
        <w:jc w:val="right"/>
      </w:pPr>
      <w:r>
        <w:t>جنہوں نے صحابہ کو دیکھا تھا۔</w:t>
      </w:r>
    </w:p>
    <w:p>
      <w:r>
        <w:rPr>
          <w:b/>
        </w:rPr>
        <w:t xml:space="preserve">[25:20] </w:t>
      </w:r>
      <w:r>
        <w:t>is zamane ke log, yeh sab ke sab.</w:t>
      </w:r>
    </w:p>
    <w:p>
      <w:pPr>
        <w:jc w:val="right"/>
      </w:pPr>
      <w:r>
        <w:t>اس زمانے کے لوگ، یہ سب کے سب۔</w:t>
      </w:r>
    </w:p>
    <w:p>
      <w:r>
        <w:rPr>
          <w:b/>
        </w:rPr>
        <w:t xml:space="preserve">[25:24] </w:t>
      </w:r>
      <w:r>
        <w:t>ya to Rasool Allah Salallaho Alaihe Wasallam ko dekhne walay thay ya Sahaba ko dekhne walay.</w:t>
      </w:r>
    </w:p>
    <w:p>
      <w:pPr>
        <w:jc w:val="right"/>
      </w:pPr>
      <w:r>
        <w:t>یا تو رسول اللہ صلی اللہ علیہ وسلم کو دیکھنے والے تھے یا صحابہ کو دیکھنے والے۔</w:t>
      </w:r>
    </w:p>
    <w:p>
      <w:r>
        <w:rPr>
          <w:b/>
        </w:rPr>
        <w:t xml:space="preserve">[25:28] </w:t>
      </w:r>
      <w:r>
        <w:t>wohi dour hi tha woh.</w:t>
      </w:r>
    </w:p>
    <w:p>
      <w:pPr>
        <w:jc w:val="right"/>
      </w:pPr>
      <w:r>
        <w:t>وہی دور ہی تھا وہ۔</w:t>
      </w:r>
    </w:p>
    <w:p>
      <w:r>
        <w:rPr>
          <w:b/>
        </w:rPr>
        <w:t xml:space="preserve">[25:32] </w:t>
      </w:r>
      <w:r>
        <w:t>to apas yeh sol war thi.</w:t>
      </w:r>
    </w:p>
    <w:p>
      <w:pPr>
        <w:jc w:val="right"/>
      </w:pPr>
      <w:r>
        <w:t>تو آپس یہ سول وار تھی۔</w:t>
      </w:r>
    </w:p>
    <w:p>
      <w:r>
        <w:rPr>
          <w:b/>
        </w:rPr>
        <w:t xml:space="preserve">[25:36] </w:t>
      </w:r>
      <w:r>
        <w:t>islam ki tareekh mein yeh pehli sol war kahi jati hai.</w:t>
      </w:r>
    </w:p>
    <w:p>
      <w:pPr>
        <w:jc w:val="right"/>
      </w:pPr>
      <w:r>
        <w:t>اسلام کی تاریخ میں یہ پہلی سول وار کہی جاتی ہے۔</w:t>
      </w:r>
    </w:p>
    <w:p>
      <w:r>
        <w:rPr>
          <w:b/>
        </w:rPr>
        <w:t xml:space="preserve">[25:39] </w:t>
      </w:r>
      <w:r>
        <w:t>apas ki larai.</w:t>
      </w:r>
    </w:p>
    <w:p>
      <w:pPr>
        <w:jc w:val="right"/>
      </w:pPr>
      <w:r>
        <w:t>آپس کی لڑائی۔</w:t>
      </w:r>
    </w:p>
    <w:p>
      <w:r>
        <w:rPr>
          <w:b/>
        </w:rPr>
        <w:t xml:space="preserve">[25:43] </w:t>
      </w:r>
      <w:r>
        <w:t>to musalman ne musalman ko mara.</w:t>
      </w:r>
    </w:p>
    <w:p>
      <w:pPr>
        <w:jc w:val="right"/>
      </w:pPr>
      <w:r>
        <w:t>تو مسلمان نے مسلمان کو مارا۔</w:t>
      </w:r>
    </w:p>
    <w:p>
      <w:r>
        <w:rPr>
          <w:b/>
        </w:rPr>
        <w:t xml:space="preserve">[25:46] </w:t>
      </w:r>
      <w:r>
        <w:t>aur 70 hazar aadmi mar gaye.</w:t>
      </w:r>
    </w:p>
    <w:p>
      <w:pPr>
        <w:jc w:val="right"/>
      </w:pPr>
      <w:r>
        <w:t>اور 70 ہزار آدمی مر گئے۔</w:t>
      </w:r>
    </w:p>
    <w:p>
      <w:r>
        <w:rPr>
          <w:b/>
        </w:rPr>
        <w:t xml:space="preserve">[25:49] </w:t>
      </w:r>
      <w:r>
        <w:t>is mein jo mein kehta hoon ke allah taala ne misaal qaim ki, woh kyun mein kehta hoon?</w:t>
      </w:r>
    </w:p>
    <w:p>
      <w:pPr>
        <w:jc w:val="right"/>
      </w:pPr>
      <w:r>
        <w:t>اس میں جو میں کہتا ہوں کہ اللہ تعالیٰ نے مثال قائم کی، وہ کیوں میں کہتا ہوں؟</w:t>
      </w:r>
    </w:p>
    <w:p>
      <w:r>
        <w:rPr>
          <w:b/>
        </w:rPr>
        <w:t xml:space="preserve">[25:53] </w:t>
      </w:r>
      <w:r>
        <w:t>aap kitabon mein parhiye.</w:t>
      </w:r>
    </w:p>
    <w:p>
      <w:pPr>
        <w:jc w:val="right"/>
      </w:pPr>
      <w:r>
        <w:t>آپ کتابوں میں پڑھیے۔</w:t>
      </w:r>
    </w:p>
    <w:p>
      <w:r>
        <w:rPr>
          <w:b/>
        </w:rPr>
        <w:t xml:space="preserve">[25:56] </w:t>
      </w:r>
      <w:r>
        <w:t>ek bohat hi ajeeb cheez parhenge aap.</w:t>
      </w:r>
    </w:p>
    <w:p>
      <w:pPr>
        <w:jc w:val="right"/>
      </w:pPr>
      <w:r>
        <w:t>ایک بہت ہی عجیب چیز پڑھیں گے آپ۔</w:t>
      </w:r>
    </w:p>
    <w:p>
      <w:r>
        <w:rPr>
          <w:b/>
        </w:rPr>
        <w:t xml:space="preserve">[25:59] </w:t>
      </w:r>
      <w:r>
        <w:t>ke yeh log jo apas mein lade thay, ek doosre ko qatal kiya tha, in ka haal kya</w:t>
      </w:r>
    </w:p>
    <w:p>
      <w:pPr>
        <w:jc w:val="right"/>
      </w:pPr>
      <w:r>
        <w:t>کہ یہ لوگ جو آپس میں لڑے تھے، ایک دوسرے کو قتل کیا تھا، ان کا حال کیا</w:t>
      </w:r>
    </w:p>
    <w:p>
      <w:r>
        <w:rPr>
          <w:b/>
        </w:rPr>
        <w:t xml:space="preserve">[26:03] </w:t>
      </w:r>
      <w:r>
        <w:t>tha? din ko woh ladte thay.</w:t>
      </w:r>
    </w:p>
    <w:p>
      <w:pPr>
        <w:jc w:val="right"/>
      </w:pPr>
      <w:r>
        <w:t>تھا؟ دن کو وہ لڑتے تھے۔</w:t>
      </w:r>
    </w:p>
    <w:p>
      <w:r>
        <w:rPr>
          <w:b/>
        </w:rPr>
        <w:t xml:space="preserve">[26:06] </w:t>
      </w:r>
      <w:r>
        <w:t>din ko woh ek doosre</w:t>
      </w:r>
    </w:p>
    <w:p>
      <w:pPr>
        <w:jc w:val="right"/>
      </w:pPr>
      <w:r>
        <w:t>دن کو وہ ایک دوسر</w:t>
      </w:r>
    </w:p>
    <w:p>
      <w:r>
        <w:rPr>
          <w:b/>
        </w:rPr>
        <w:t xml:space="preserve">[26:09] </w:t>
      </w:r>
      <w:r>
        <w:t>ke khilaf ladte thay. talwar chalate thay. aur shaam ko jo lashain hoti theen, un ko ikattha kar ke namaz e janaza parhte thay un ki. aur un ko dafan karte thay mil kar ke. kaisi ajeeb baat hai. yani wohi log jo aapas mein lad rahe hain din ko, talwar chala rahe hain, wohi log ikattha ho kar ke jo maqtoolin thay, un ki namaz</w:t>
      </w:r>
    </w:p>
    <w:p>
      <w:pPr>
        <w:jc w:val="right"/>
      </w:pPr>
      <w:r>
        <w:t>ے کے خلاف لڑتے تھے۔ تلوار چلاتے تھے۔ اور شام کو جو لاشیں ہوتی تھیں، ان کو اکٹھا کر کے نماز جنازہ پڑھتے تھے ان کی۔ اور ان کو تصویر کرتے تھے مل کر کے۔ کیسی عجیب بات ہے۔ یعنی وہی لوگ جو آپس میں لڑ رہے ہیں دن کو، تلوار چلا رہے ہیں، وہی لوگ اکٹھا ہو کر کے جو مقتولین تھے، ان کی نماز</w:t>
      </w:r>
    </w:p>
    <w:p>
      <w:r>
        <w:rPr>
          <w:b/>
        </w:rPr>
        <w:t xml:space="preserve">[26:39] </w:t>
      </w:r>
      <w:r>
        <w:t>e janaza parhte thay ikattha ho kar ke. aur un ko izzat ke sath dafan kar dete hain. is se kya nikla? is se kya nikla? woh log, un ke ikhlas mein koi shakk nahi. jo lade, woh bohat mخلص log thay. apne ikhlas ki bina par un ke andar nafrat bhi aati thi. ek doosre ke khilaf. to ek taraf woh ikhlas ke power thay.</w:t>
      </w:r>
    </w:p>
    <w:p>
      <w:pPr>
        <w:jc w:val="right"/>
      </w:pPr>
      <w:r>
        <w:t>جنازہ پڑھتے تھے اکٹھا ہو کر کے۔ اور ان کو عزت کے ساتھ دفن کر دیتے ہیں۔ اس سے کیا نکلا؟ اس سے کیا نکلا؟ وہ لوگ، ان کے اخلاص میں کوئی شک نہیں۔ جو لڑے، وہ بہت مخلص لوگ تھے۔ اپنے اخلاص کی بنا پر ان کے اندر نفرت بھی آتی تھی۔ ایک دوسرے کے خلاف۔ تو ایک طرف وہ اخلاص کے پاور تھے۔</w:t>
      </w:r>
    </w:p>
    <w:p>
      <w:r>
        <w:rPr>
          <w:b/>
        </w:rPr>
        <w:t xml:space="preserve">[27:09] </w:t>
      </w:r>
      <w:r>
        <w:t>aur doosri taraf lad lad ke marte rahe ek doosre ko. is par maine socha. ke kaisa ajeeb waqea hai ke wohi log jo aapas mein lad kar ek doosre ki gardanen maar rahe hain. din ke waqt. wohi log shaam ko ikattha kar ke maqtoolin ko un ki namaz e janaza parh rahe hain. aur un ko izzat ke sath dafan kar rahe hain. yeh aap parh lijiye, kitabon mein likha hua hai yeh waqea.</w:t>
      </w:r>
    </w:p>
    <w:p>
      <w:pPr>
        <w:jc w:val="right"/>
      </w:pPr>
      <w:r>
        <w:t>اور دوسری طرف لڑ لڑ کے مارتے رہے ایک دوسرے کو۔ اس پر میں نے سوچا۔ کہ کیسا عجیب واقعہ ہے کہ وہی لوگ جو آپس میں لڑ کر ایک دوسرے کی گردنیں مار رہے ہیں۔ دن کے وقت۔ وہی لوگ شام کو اکٹھا کر کے مقتولین کو ان کی نماز جنازہ پڑھ رہے ہیں۔ اور ان کو عزت کے ساتھ دفن کر رہے ہیں۔ یہ آپ پڑھ لیجیے، کتابوں میں لکھا ہوا ہے یہ واقعہ۔</w:t>
      </w:r>
    </w:p>
    <w:p>
      <w:r>
        <w:rPr>
          <w:b/>
        </w:rPr>
        <w:t xml:space="preserve">[27:39] </w:t>
      </w:r>
      <w:r>
        <w:t>to is par mein ne bohat socha.</w:t>
      </w:r>
    </w:p>
    <w:p>
      <w:pPr>
        <w:jc w:val="right"/>
      </w:pPr>
      <w:r>
        <w:t>تو اس پر میں نے بہت سوچا۔</w:t>
      </w:r>
    </w:p>
    <w:p>
      <w:r>
        <w:rPr>
          <w:b/>
        </w:rPr>
        <w:t xml:space="preserve">[27:44] </w:t>
      </w:r>
      <w:r>
        <w:t>is se mein ne socha ke dekhiye.</w:t>
      </w:r>
    </w:p>
    <w:p>
      <w:pPr>
        <w:jc w:val="right"/>
      </w:pPr>
      <w:r>
        <w:t>اس سے میں نے سوچا کہ دیکھیے۔</w:t>
      </w:r>
    </w:p>
    <w:p>
      <w:r>
        <w:rPr>
          <w:b/>
        </w:rPr>
        <w:t xml:space="preserve">[27:48] </w:t>
      </w:r>
      <w:r>
        <w:t>islam mein jo log aayenge.</w:t>
      </w:r>
    </w:p>
    <w:p>
      <w:pPr>
        <w:jc w:val="right"/>
      </w:pPr>
      <w:r>
        <w:t>اسلام میں جو لوگ آئیں گے۔</w:t>
      </w:r>
    </w:p>
    <w:p>
      <w:r>
        <w:rPr>
          <w:b/>
        </w:rPr>
        <w:t xml:space="preserve">[27:53] </w:t>
      </w:r>
      <w:r>
        <w:t>تو ایک وہ لوگ ہوں گے جو اپنے اچھے نیچر کی وجہ سے، good nature کی وجہ سے آئیں گے۔ good nature۔</w:t>
      </w:r>
    </w:p>
    <w:p>
      <w:pPr>
        <w:jc w:val="right"/>
      </w:pPr>
      <w:r>
        <w:t>تو ایک وہ لوگ ہوں گے جو اپنے اچھے نیچر کی وجہ سے، گڈ نیچر کی وجہ سے آئیں گے۔ گڈ نیچر۔</w:t>
      </w:r>
    </w:p>
    <w:p>
      <w:r>
        <w:rPr>
          <w:b/>
        </w:rPr>
        <w:t xml:space="preserve">[27:57] </w:t>
      </w:r>
      <w:r>
        <w:t>un ki fitrat zinda hogi.</w:t>
      </w:r>
    </w:p>
    <w:p>
      <w:pPr>
        <w:jc w:val="right"/>
      </w:pPr>
      <w:r>
        <w:t>ان کی فطرت زندہ ہوگی۔</w:t>
      </w:r>
    </w:p>
    <w:p>
      <w:r>
        <w:rPr>
          <w:b/>
        </w:rPr>
        <w:t xml:space="preserve">[28:01] </w:t>
      </w:r>
      <w:r>
        <w:t>un ki fitrat sahi hogi.</w:t>
      </w:r>
    </w:p>
    <w:p>
      <w:pPr>
        <w:jc w:val="right"/>
      </w:pPr>
      <w:r>
        <w:t>ان کی فطرت صحیح ہوگی۔</w:t>
      </w:r>
    </w:p>
    <w:p>
      <w:r>
        <w:rPr>
          <w:b/>
        </w:rPr>
        <w:t xml:space="preserve">[28:06] </w:t>
      </w:r>
      <w:r>
        <w:t>وہ چیز attract کر کے ان کو اور اسلام میں داخل ہو جائیں گے وہ۔</w:t>
      </w:r>
    </w:p>
    <w:p>
      <w:pPr>
        <w:jc w:val="right"/>
      </w:pPr>
      <w:r>
        <w:t>وہ چیز اٹریکٹ کر کے ان کو اور اسلام میں داخل ہو جائیں گے وہ۔</w:t>
      </w:r>
    </w:p>
    <w:p>
      <w:r>
        <w:rPr>
          <w:b/>
        </w:rPr>
        <w:t xml:space="preserve">[28:10] </w:t>
      </w:r>
      <w:r>
        <w:t>تو ان کے good nature نے ان کو اسلام میں داخل کر دیا۔</w:t>
      </w:r>
    </w:p>
    <w:p>
      <w:pPr>
        <w:jc w:val="right"/>
      </w:pPr>
      <w:r>
        <w:t>تو ان کے گڈ نیچر نے ان کو اسلام میں داخل کر دیا۔</w:t>
      </w:r>
    </w:p>
    <w:p>
      <w:r>
        <w:rPr>
          <w:b/>
        </w:rPr>
        <w:t xml:space="preserve">[28:14] </w:t>
      </w:r>
      <w:r>
        <w:t>lekin ek aur cheez mafqood thi.</w:t>
      </w:r>
    </w:p>
    <w:p>
      <w:pPr>
        <w:jc w:val="right"/>
      </w:pPr>
      <w:r>
        <w:t>لیکن ایک اور چیز مفقود تھی۔</w:t>
      </w:r>
    </w:p>
    <w:p>
      <w:r>
        <w:rPr>
          <w:b/>
        </w:rPr>
        <w:t xml:space="preserve">[28:17] </w:t>
      </w:r>
      <w:r>
        <w:t>وہ تھی developed mind. Developed mind.</w:t>
      </w:r>
    </w:p>
    <w:p>
      <w:pPr>
        <w:jc w:val="right"/>
      </w:pPr>
      <w:r>
        <w:t>وہ تھی ڈیولپڈ مائنڈ۔ ڈیولپڈ مائنڈ۔</w:t>
      </w:r>
    </w:p>
    <w:p>
      <w:r>
        <w:rPr>
          <w:b/>
        </w:rPr>
        <w:t xml:space="preserve">[28:21] </w:t>
      </w:r>
      <w:r>
        <w:t>یہ سارے لوگ جو تھے، ان کے پاس good nature تھی۔</w:t>
      </w:r>
    </w:p>
    <w:p>
      <w:pPr>
        <w:jc w:val="right"/>
      </w:pPr>
      <w:r>
        <w:t>یہ سارے لوگ جو تھے، ان کے پاس گڈ نیچر تھی۔</w:t>
      </w:r>
    </w:p>
    <w:p>
      <w:r>
        <w:rPr>
          <w:b/>
        </w:rPr>
        <w:t xml:space="preserve">[28:24] </w:t>
      </w:r>
      <w:r>
        <w:t>nabil log thay woh.</w:t>
      </w:r>
    </w:p>
    <w:p>
      <w:pPr>
        <w:jc w:val="right"/>
      </w:pPr>
      <w:r>
        <w:t>نابل لوگ تھے وہ۔</w:t>
      </w:r>
    </w:p>
    <w:p>
      <w:r>
        <w:rPr>
          <w:b/>
        </w:rPr>
        <w:t xml:space="preserve">[28:28] </w:t>
      </w:r>
      <w:r>
        <w:t>bohat hi shareef log thay.</w:t>
      </w:r>
    </w:p>
    <w:p>
      <w:pPr>
        <w:jc w:val="right"/>
      </w:pPr>
      <w:r>
        <w:t>بہت ہی شریف لوگ تھے۔</w:t>
      </w:r>
    </w:p>
    <w:p>
      <w:r>
        <w:rPr>
          <w:b/>
        </w:rPr>
        <w:t xml:space="preserve">[28:31] </w:t>
      </w:r>
      <w:r>
        <w:t>bohat hi achhe log thay.</w:t>
      </w:r>
    </w:p>
    <w:p>
      <w:pPr>
        <w:jc w:val="right"/>
      </w:pPr>
      <w:r>
        <w:t>بہت ہی اچھے لوگ تھے۔</w:t>
      </w:r>
    </w:p>
    <w:p>
      <w:r>
        <w:rPr>
          <w:b/>
        </w:rPr>
        <w:t xml:space="preserve">[28:35] </w:t>
      </w:r>
      <w:r>
        <w:t>bohat nice log thay.</w:t>
      </w:r>
    </w:p>
    <w:p>
      <w:pPr>
        <w:jc w:val="right"/>
      </w:pPr>
      <w:r>
        <w:t>بہت نائس لوگ تھے۔</w:t>
      </w:r>
    </w:p>
    <w:p>
      <w:r>
        <w:rPr>
          <w:b/>
        </w:rPr>
        <w:t xml:space="preserve">[28:38] </w:t>
      </w:r>
      <w:r>
        <w:t>لیکن developed mind nahi tha unke paas.</w:t>
      </w:r>
    </w:p>
    <w:p>
      <w:pPr>
        <w:jc w:val="right"/>
      </w:pPr>
      <w:r>
        <w:t>لیکن ڈیولپڈ مائنڈ نہیں تھا ان کے پاس۔</w:t>
      </w:r>
    </w:p>
    <w:p>
      <w:r>
        <w:rPr>
          <w:b/>
        </w:rPr>
        <w:t xml:space="preserve">[28:42] </w:t>
      </w:r>
      <w:r>
        <w:t>kyun? mein keh raha hoon aisa.</w:t>
      </w:r>
    </w:p>
    <w:p>
      <w:pPr>
        <w:jc w:val="right"/>
      </w:pPr>
      <w:r>
        <w:t>کیوں؟ میں کہہ رہا ہوں ایسا۔</w:t>
      </w:r>
    </w:p>
    <w:p>
      <w:r>
        <w:rPr>
          <w:b/>
        </w:rPr>
        <w:t xml:space="preserve">[28:46] </w:t>
      </w:r>
      <w:r>
        <w:t>woh sochte hain ke yeh 70 hazar aadmi jo hain, ek se ek badhkar surma tha.</w:t>
      </w:r>
    </w:p>
    <w:p>
      <w:pPr>
        <w:jc w:val="right"/>
      </w:pPr>
      <w:r>
        <w:t>وہ سوچتے ہیں کہ یہ 70 ہزار آدمی جو ہیں، ایک سے ایک بڑھ کر سورما تھا۔</w:t>
      </w:r>
    </w:p>
    <w:p>
      <w:r>
        <w:rPr>
          <w:b/>
        </w:rPr>
        <w:t xml:space="preserve">[28:50] </w:t>
      </w:r>
      <w:r>
        <w:t>ek se ek badhkar ke taqatwar tha.</w:t>
      </w:r>
    </w:p>
    <w:p>
      <w:pPr>
        <w:jc w:val="right"/>
      </w:pPr>
      <w:r>
        <w:t>ایک سے ایک بڑھ کر کے طاقتور تھا۔</w:t>
      </w:r>
    </w:p>
    <w:p>
      <w:r>
        <w:rPr>
          <w:b/>
        </w:rPr>
        <w:t xml:space="preserve">[28:55] </w:t>
      </w:r>
      <w:r>
        <w:t>mein ne ek waqia suna, parha kitaab mein inhi logon ka.</w:t>
      </w:r>
    </w:p>
    <w:p>
      <w:pPr>
        <w:jc w:val="right"/>
      </w:pPr>
      <w:r>
        <w:t>میں نے ایک واقعہ سنا، پڑھا کتاب میں انہی لوگوں کا۔</w:t>
      </w:r>
    </w:p>
    <w:p>
      <w:r>
        <w:rPr>
          <w:b/>
        </w:rPr>
        <w:t xml:space="preserve">[28:59] </w:t>
      </w:r>
      <w:r>
        <w:t>ke jab safain ki laraai ho rahi thi.</w:t>
      </w:r>
    </w:p>
    <w:p>
      <w:pPr>
        <w:jc w:val="right"/>
      </w:pPr>
      <w:r>
        <w:t>کہ جب صفین کی لڑائی ہو رہی تھی۔</w:t>
      </w:r>
    </w:p>
    <w:p>
      <w:r>
        <w:rPr>
          <w:b/>
        </w:rPr>
        <w:t xml:space="preserve">[29:03] </w:t>
      </w:r>
      <w:r>
        <w:t>to ek fareeq saani ka ek aadmi ghoṛe par sawaar saamne aaya.</w:t>
      </w:r>
    </w:p>
    <w:p>
      <w:pPr>
        <w:jc w:val="right"/>
      </w:pPr>
      <w:r>
        <w:t>تو ایک فریق ثانی کا ایک آدمی گھوڑے پر سوار سامنے آیا۔</w:t>
      </w:r>
    </w:p>
    <w:p>
      <w:r>
        <w:rPr>
          <w:b/>
        </w:rPr>
        <w:t xml:space="preserve">[29:07] </w:t>
      </w:r>
      <w:r>
        <w:t>to idhar ka jo aadmi hai, woh bhi ghoṛe par sawaar</w:t>
      </w:r>
    </w:p>
    <w:p>
      <w:pPr>
        <w:jc w:val="right"/>
      </w:pPr>
      <w:r>
        <w:t>تو ادھر کا جو آدمی ہے، وہ بھی گھوڑے پر سوار</w:t>
      </w:r>
    </w:p>
    <w:p>
      <w:r>
        <w:rPr>
          <w:b/>
        </w:rPr>
        <w:t xml:space="preserve">[29:12] </w:t>
      </w:r>
      <w:r>
        <w:t>tha. yeh dono ghore par sawaar thay. to is aadmi ne ghore ki dum pakar liya. aap ghaur kijiye, main to soch nahi sakta ke main kisi ki dum pakar loon aur ghoda na bhag sake. yani ghore ki dum pakar liya aur ghoda bhag nahi saka woh. ghore ki dum pakar kar is aadmi ko giraya. yeh kitne taqatwar log thay woh. ghore</w:t>
      </w:r>
    </w:p>
    <w:p>
      <w:pPr>
        <w:jc w:val="right"/>
      </w:pPr>
      <w:r>
        <w:t>تھا۔ یہ دونوں گھوڑے پر سوار تھے۔ تو اس آدمی نے گھوڑے کی دم پکڑ لیا۔ آپ غور کیجیے، میں تو سوچ نہیں سکتا کہ میں کسی کی دم پکڑ لوں اور گھوڑا نہ بھاگ سکے۔ یعنی گھوڑے کی دم پکڑ لیا اور گھوڑا بھاگ نہیں سکا وہ۔ گھوڑے کی دم پکڑ کر اس آدمی کو گرایا۔ یہ کتنے طاقتور لوگ تھے وہ۔ گھو</w:t>
      </w:r>
    </w:p>
    <w:p>
      <w:r>
        <w:rPr>
          <w:b/>
        </w:rPr>
        <w:t xml:space="preserve">[29:42] </w:t>
      </w:r>
      <w:r>
        <w:t>ki dum pakarna bohat mushkil kaam hai. ghoda bohat taqatwar hota hai. to ain jang ki halat mein un ka ghoda samne aa gaya, un ka ghoda wahan pohnch gaya. to unhon ne ghore ki, yani fareeq e sani ke ghore ki dum pakar li. aur us ko rok diya aage barhne se. aur is ke baad kya kiya? ke is aadmi ko utha kar apne peechay bitha liya. kitne taqat</w:t>
      </w:r>
    </w:p>
    <w:p>
      <w:pPr>
        <w:jc w:val="right"/>
      </w:pPr>
      <w:r>
        <w:t>ڑے کی دم پکڑنا بہت مشکل کام ہے۔ گھوڑا بہت طاقتور ہوتا ہے۔ تو آئین جنگ کی حالت میں ان کا گھوڑا سامنے آ گیا، ان کا گھوڑا وہاں پہنچ گیا۔ تو انہوں نے گھوڑے کی، یعنی فریق ثانی کے گھوڑے کی دم پکڑ لی۔ اور اس کو روک دیا آگے بڑھنے سے۔ اور اس کے بعد کیا کیا؟ کہ اس آدمی کو اٹھا کر اپنے پیچھے بٹھا لیا۔ کتنے طاق</w:t>
      </w:r>
    </w:p>
    <w:p>
      <w:r>
        <w:rPr>
          <w:b/>
        </w:rPr>
        <w:t xml:space="preserve">[30:12] </w:t>
      </w:r>
      <w:r>
        <w:t>tor log thay woh.</w:t>
      </w:r>
    </w:p>
    <w:p>
      <w:pPr>
        <w:jc w:val="right"/>
      </w:pPr>
      <w:r>
        <w:t>تور لوگ تھے وہ۔</w:t>
      </w:r>
    </w:p>
    <w:p>
      <w:r>
        <w:rPr>
          <w:b/>
        </w:rPr>
        <w:t xml:space="preserve">[30:15] </w:t>
      </w:r>
      <w:r>
        <w:t>yaani ghoṛe ki dum pakṛ kar ke us ko aap utha kar apne peechay bitha laen.</w:t>
      </w:r>
    </w:p>
    <w:p>
      <w:pPr>
        <w:jc w:val="right"/>
      </w:pPr>
      <w:r>
        <w:t>یعنی گھوڑے کی دم پکڑ کر کے اس کو آپ اٹھا کر اپنے پیچھے بٹھا لیں۔</w:t>
      </w:r>
    </w:p>
    <w:p>
      <w:r>
        <w:rPr>
          <w:b/>
        </w:rPr>
        <w:t xml:space="preserve">[30:19] </w:t>
      </w:r>
      <w:r>
        <w:t>aur phir le ke chalay jaaen.</w:t>
      </w:r>
    </w:p>
    <w:p>
      <w:pPr>
        <w:jc w:val="right"/>
      </w:pPr>
      <w:r>
        <w:t>اور پھر لے کے چلے جائیں۔</w:t>
      </w:r>
    </w:p>
    <w:p>
      <w:r>
        <w:rPr>
          <w:b/>
        </w:rPr>
        <w:t xml:space="preserve">[30:23] </w:t>
      </w:r>
      <w:r>
        <w:t>aagay kiya kiya unhon ne us ko maar daala ke kiya kiya yeh pata nahin.</w:t>
      </w:r>
    </w:p>
    <w:p>
      <w:pPr>
        <w:jc w:val="right"/>
      </w:pPr>
      <w:r>
        <w:t>آگے کیا کیا انہوں نے اس کو مار ڈالا کہ کیا کیا یہ پتہ نہیں۔</w:t>
      </w:r>
    </w:p>
    <w:p>
      <w:r>
        <w:rPr>
          <w:b/>
        </w:rPr>
        <w:t xml:space="preserve">[30:27] </w:t>
      </w:r>
      <w:r>
        <w:t>itna zikr hai tareekh mein.</w:t>
      </w:r>
    </w:p>
    <w:p>
      <w:pPr>
        <w:jc w:val="right"/>
      </w:pPr>
      <w:r>
        <w:t>اتنا ذکر ہے تاریخ میں۔</w:t>
      </w:r>
    </w:p>
    <w:p>
      <w:r>
        <w:rPr>
          <w:b/>
        </w:rPr>
        <w:t xml:space="preserve">[30:31] </w:t>
      </w:r>
      <w:r>
        <w:t>aisay aisay taaqatwar log, aisay aisay bahadur log.</w:t>
      </w:r>
    </w:p>
    <w:p>
      <w:pPr>
        <w:jc w:val="right"/>
      </w:pPr>
      <w:r>
        <w:t>ایسے ایسے طاقتور لوگ، ایسے ایسے بہادر لوگ۔</w:t>
      </w:r>
    </w:p>
    <w:p>
      <w:r>
        <w:rPr>
          <w:b/>
        </w:rPr>
        <w:t xml:space="preserve">[30:34] </w:t>
      </w:r>
      <w:r>
        <w:t>yaani woh mukhlis bhi thay, bahadur bhi thay.</w:t>
      </w:r>
    </w:p>
    <w:p>
      <w:pPr>
        <w:jc w:val="right"/>
      </w:pPr>
      <w:r>
        <w:t>یعنی وہ مخلص بھی تھے، بہادر بھی تھے۔</w:t>
      </w:r>
    </w:p>
    <w:p>
      <w:r>
        <w:rPr>
          <w:b/>
        </w:rPr>
        <w:t xml:space="preserve">[30:38] </w:t>
      </w:r>
      <w:r>
        <w:t>mukhlis bhi thay, bahadur bhi thay. sirf ek</w:t>
      </w:r>
    </w:p>
    <w:p>
      <w:pPr>
        <w:jc w:val="right"/>
      </w:pPr>
      <w:r>
        <w:t>مخلص بھی تھے، بہادر بھی تھے۔ صرف ایک</w:t>
      </w:r>
    </w:p>
    <w:p>
      <w:r>
        <w:rPr>
          <w:b/>
        </w:rPr>
        <w:t xml:space="preserve">[30:42] </w:t>
      </w:r>
      <w:r>
        <w:t>کمی تھی کہ they were not intellectually developed persons.</w:t>
      </w:r>
    </w:p>
    <w:p>
      <w:pPr>
        <w:jc w:val="right"/>
      </w:pPr>
      <w:r>
        <w:t>کمی تھی کہ they were not intellectually developed person۔</w:t>
      </w:r>
    </w:p>
    <w:p>
      <w:r>
        <w:rPr>
          <w:b/>
        </w:rPr>
        <w:t xml:space="preserve">[30:46] </w:t>
      </w:r>
      <w:r>
        <w:t>yaani zehni irtiqaa ke aitbaar se un mein kami thi.</w:t>
      </w:r>
    </w:p>
    <w:p>
      <w:pPr>
        <w:jc w:val="right"/>
      </w:pPr>
      <w:r>
        <w:t>یعنی ذہنی ارتقاء کے اعتبار سے ان میں کمی تھی۔</w:t>
      </w:r>
    </w:p>
    <w:p>
      <w:r>
        <w:rPr>
          <w:b/>
        </w:rPr>
        <w:t xml:space="preserve">[30:51] </w:t>
      </w:r>
      <w:r>
        <w:t>ke sochtay hain ke un ko maaren kyon? Peechay hatt jaate hain.</w:t>
      </w:r>
    </w:p>
    <w:p>
      <w:pPr>
        <w:jc w:val="right"/>
      </w:pPr>
      <w:r>
        <w:t>کہ سوچتے ہیں کہ ان کو ماریں کیوں؟ پیچھے ہٹ جاتے ہیں۔</w:t>
      </w:r>
    </w:p>
    <w:p>
      <w:r>
        <w:rPr>
          <w:b/>
        </w:rPr>
        <w:t xml:space="preserve">[30:55] </w:t>
      </w:r>
      <w:r>
        <w:t>khaalid khuld ke mutabiq.</w:t>
      </w:r>
    </w:p>
    <w:p>
      <w:pPr>
        <w:jc w:val="right"/>
      </w:pPr>
      <w:r>
        <w:t>خالد خلد کے مطابق۔</w:t>
      </w:r>
    </w:p>
    <w:p>
      <w:r>
        <w:rPr>
          <w:b/>
        </w:rPr>
        <w:t xml:space="preserve">[30:59] </w:t>
      </w:r>
      <w:r>
        <w:t>peechay hatt jaate hain.</w:t>
      </w:r>
    </w:p>
    <w:p>
      <w:pPr>
        <w:jc w:val="right"/>
      </w:pPr>
      <w:r>
        <w:t>پیچھے ہٹ جاتے ہیں۔</w:t>
      </w:r>
    </w:p>
    <w:p>
      <w:r>
        <w:rPr>
          <w:b/>
        </w:rPr>
        <w:t xml:space="preserve">[31:04] </w:t>
      </w:r>
      <w:r>
        <w:t>yeh to baray baray kaam karen ge yeh log.</w:t>
      </w:r>
    </w:p>
    <w:p>
      <w:pPr>
        <w:jc w:val="right"/>
      </w:pPr>
      <w:r>
        <w:t>یہ تو بڑے بڑے کام کریں گے یہ لوگ۔</w:t>
      </w:r>
    </w:p>
    <w:p>
      <w:r>
        <w:rPr>
          <w:b/>
        </w:rPr>
        <w:t xml:space="preserve">[31:08] </w:t>
      </w:r>
      <w:r>
        <w:t>lekin yeh dekhiye. Aql ka</w:t>
      </w:r>
    </w:p>
    <w:p>
      <w:pPr>
        <w:jc w:val="right"/>
      </w:pPr>
      <w:r>
        <w:t>لیکن یہ دیکھیے۔ عقل کا</w:t>
      </w:r>
    </w:p>
    <w:p>
      <w:r>
        <w:rPr>
          <w:b/>
        </w:rPr>
        <w:t xml:space="preserve">[31:12] </w:t>
      </w:r>
      <w:r>
        <w:t>سب سے زیادہ امتحان ہوتا ہے اس وقت جب کوئی crisis ہو۔ Crisis۔</w:t>
      </w:r>
    </w:p>
    <w:p>
      <w:pPr>
        <w:jc w:val="right"/>
      </w:pPr>
      <w:r>
        <w:t>سب سے زیادہ امتحان ہوتا ہے اس وقت جب کوئی کرائسس ہو۔ کرائسس۔</w:t>
      </w:r>
    </w:p>
    <w:p>
      <w:r>
        <w:rPr>
          <w:b/>
        </w:rPr>
        <w:t xml:space="preserve">[31:16] </w:t>
      </w:r>
      <w:r>
        <w:t>crisis ko manage karna, yeh sab bari aql hoti hai.</w:t>
      </w:r>
    </w:p>
    <w:p>
      <w:pPr>
        <w:jc w:val="right"/>
      </w:pPr>
      <w:r>
        <w:t>کرائسس کو مینج کرنا، یہ سب بڑی عقل ہوتی ہے۔</w:t>
      </w:r>
    </w:p>
    <w:p>
      <w:r>
        <w:rPr>
          <w:b/>
        </w:rPr>
        <w:t xml:space="preserve">[31:20] </w:t>
      </w:r>
      <w:r>
        <w:t>sab se bari aql jo hai woh yeh hai ke aadmi crisis ke waqt aaye aur crisis ko</w:t>
      </w:r>
    </w:p>
    <w:p>
      <w:pPr>
        <w:jc w:val="right"/>
      </w:pPr>
      <w:r>
        <w:t>سب سے بڑی عقل جو ہے وہ یہ ہے کہ آدمی کرائسس کے وقت آئے اور کرائسس کو</w:t>
      </w:r>
    </w:p>
    <w:p>
      <w:r>
        <w:rPr>
          <w:b/>
        </w:rPr>
        <w:t xml:space="preserve">[31:24] </w:t>
      </w:r>
      <w:r>
        <w:t>manage kar le woh.</w:t>
      </w:r>
    </w:p>
    <w:p>
      <w:pPr>
        <w:jc w:val="right"/>
      </w:pPr>
      <w:r>
        <w:t>مینج کر لے وہ۔</w:t>
      </w:r>
    </w:p>
    <w:p>
      <w:r>
        <w:rPr>
          <w:b/>
        </w:rPr>
        <w:t xml:space="preserve">[31:28] </w:t>
      </w:r>
      <w:r>
        <w:t>sab se bari hoti hai.</w:t>
      </w:r>
    </w:p>
    <w:p>
      <w:pPr>
        <w:jc w:val="right"/>
      </w:pPr>
      <w:r>
        <w:t>سب سے بڑی ہوتی ہے۔</w:t>
      </w:r>
    </w:p>
    <w:p>
      <w:r>
        <w:rPr>
          <w:b/>
        </w:rPr>
        <w:t xml:space="preserve">[31:31] </w:t>
      </w:r>
      <w:r>
        <w:t>woh lamha hota hai.</w:t>
      </w:r>
    </w:p>
    <w:p>
      <w:pPr>
        <w:jc w:val="right"/>
      </w:pPr>
      <w:r>
        <w:t>وہ لمحہ ہوتا ہے۔</w:t>
      </w:r>
    </w:p>
    <w:p>
      <w:r>
        <w:rPr>
          <w:b/>
        </w:rPr>
        <w:t xml:space="preserve">[31:35] </w:t>
      </w:r>
      <w:r>
        <w:t>crisis ko manage karna, sab se bara imtehaan hota hai aql ka yahi.</w:t>
      </w:r>
    </w:p>
    <w:p>
      <w:pPr>
        <w:jc w:val="right"/>
      </w:pPr>
      <w:r>
        <w:t>کرائسس کو مینج کرنا، سب سے بڑا امتحان ہوتا ہے عقل کا یہی۔</w:t>
      </w:r>
    </w:p>
    <w:p>
      <w:r>
        <w:rPr>
          <w:b/>
        </w:rPr>
        <w:t xml:space="preserve">[31:39] </w:t>
      </w:r>
      <w:r>
        <w:t>to us waqt yeh nahin soch nahin sakay</w:t>
      </w:r>
    </w:p>
    <w:p>
      <w:pPr>
        <w:jc w:val="right"/>
      </w:pPr>
      <w:r>
        <w:t>تو اس وقت یہ نہیں سوچ نہیں سکے</w:t>
      </w:r>
    </w:p>
    <w:p>
      <w:r>
        <w:rPr>
          <w:b/>
        </w:rPr>
        <w:t xml:space="preserve">[31:43] </w:t>
      </w:r>
      <w:r>
        <w:t>keh itne taqatwar logon ko maarne ki kya zaroorat hai? Chalo peechhe hat jaate hain.</w:t>
      </w:r>
    </w:p>
    <w:p>
      <w:pPr>
        <w:jc w:val="right"/>
      </w:pPr>
      <w:r>
        <w:t>کہ اتنے طاقتور لوگوں کو مارنے کی کیا ضرورت ہے؟ چلو پیچھے ہٹ جاتے ہیں۔</w:t>
      </w:r>
    </w:p>
    <w:p>
      <w:r>
        <w:rPr>
          <w:b/>
        </w:rPr>
        <w:t xml:space="preserve">[31:46] </w:t>
      </w:r>
      <w:r>
        <w:t>Inhi ko jeetne do.</w:t>
      </w:r>
    </w:p>
    <w:p>
      <w:pPr>
        <w:jc w:val="right"/>
      </w:pPr>
      <w:r>
        <w:t>انہی کو جیتنے دو۔</w:t>
      </w:r>
    </w:p>
    <w:p>
      <w:r>
        <w:rPr>
          <w:b/>
        </w:rPr>
        <w:t xml:space="preserve">[31:50] </w:t>
      </w:r>
      <w:r>
        <w:t>Wo bhi musalman hain.</w:t>
      </w:r>
    </w:p>
    <w:p>
      <w:pPr>
        <w:jc w:val="right"/>
      </w:pPr>
      <w:r>
        <w:t>وہ بھی مسلمان ہیں۔</w:t>
      </w:r>
    </w:p>
    <w:p>
      <w:r>
        <w:rPr>
          <w:b/>
        </w:rPr>
        <w:t xml:space="preserve">[31:53] </w:t>
      </w:r>
      <w:r>
        <w:t>Bade bade kaam anjaam denge.</w:t>
      </w:r>
    </w:p>
    <w:p>
      <w:pPr>
        <w:jc w:val="right"/>
      </w:pPr>
      <w:r>
        <w:t>بڑے بڑے کام انجام دیں گے۔</w:t>
      </w:r>
    </w:p>
    <w:p>
      <w:r>
        <w:rPr>
          <w:b/>
        </w:rPr>
        <w:t xml:space="preserve">[31:56] </w:t>
      </w:r>
      <w:r>
        <w:t>Yaani jin ko hum maar rahe hain, wo bhi musalman hain.</w:t>
      </w:r>
    </w:p>
    <w:p>
      <w:pPr>
        <w:jc w:val="right"/>
      </w:pPr>
      <w:r>
        <w:t>یعنی جن کو ہم مار رہے ہیں، وہ بھی مسلمان ہیں۔</w:t>
      </w:r>
    </w:p>
    <w:p>
      <w:r>
        <w:rPr>
          <w:b/>
        </w:rPr>
        <w:t xml:space="preserve">[32:00] </w:t>
      </w:r>
      <w:r>
        <w:t>Aur mukhlis hain, namaz roze wale hain.</w:t>
      </w:r>
    </w:p>
    <w:p>
      <w:pPr>
        <w:jc w:val="right"/>
      </w:pPr>
      <w:r>
        <w:t>اور مخلص ہیں، نماز روزے والے ہیں۔</w:t>
      </w:r>
    </w:p>
    <w:p>
      <w:r>
        <w:rPr>
          <w:b/>
        </w:rPr>
        <w:t xml:space="preserve">[32:03] </w:t>
      </w:r>
      <w:r>
        <w:t>To chalo hum peechhe hat jaate hain.</w:t>
      </w:r>
    </w:p>
    <w:p>
      <w:pPr>
        <w:jc w:val="right"/>
      </w:pPr>
      <w:r>
        <w:t>تو چلو ہم پیچھے ہٹ جاتے ہیں۔</w:t>
      </w:r>
    </w:p>
    <w:p>
      <w:r>
        <w:rPr>
          <w:b/>
        </w:rPr>
        <w:t xml:space="preserve">[32:06] </w:t>
      </w:r>
      <w:r>
        <w:t>Wo jab zinda rahenge to bade bade kaam anjaam denge.</w:t>
      </w:r>
    </w:p>
    <w:p>
      <w:pPr>
        <w:jc w:val="right"/>
      </w:pPr>
      <w:r>
        <w:t>وہ جب زندہ رہیں گے تو بڑے بڑے کام انجام دیں گے۔</w:t>
      </w:r>
    </w:p>
    <w:p>
      <w:r>
        <w:rPr>
          <w:b/>
        </w:rPr>
        <w:t xml:space="preserve">[32:10] </w:t>
      </w:r>
      <w:r>
        <w:t>Yeh hikmat nahi dikha sake wo. Allah ta</w:t>
      </w:r>
    </w:p>
    <w:p>
      <w:pPr>
        <w:jc w:val="right"/>
      </w:pPr>
      <w:r>
        <w:t>یہ حکمت نہیں دکھا سکے وہ۔ اللہ تع</w:t>
      </w:r>
    </w:p>
    <w:p>
      <w:r>
        <w:rPr>
          <w:b/>
        </w:rPr>
        <w:t xml:space="preserve">[32:13] </w:t>
      </w:r>
      <w:r>
        <w:t>ali ne yeh misaal qaim kar di ke baad ke musalman soch saken.</w:t>
      </w:r>
    </w:p>
    <w:p>
      <w:pPr>
        <w:jc w:val="right"/>
      </w:pPr>
      <w:r>
        <w:t>الیٰ نے یہ مثال قائم کر دی کہ بعد کے مسلمان سوچ سکیں۔</w:t>
      </w:r>
    </w:p>
    <w:p>
      <w:r>
        <w:rPr>
          <w:b/>
        </w:rPr>
        <w:t xml:space="preserve">[32:17] </w:t>
      </w:r>
      <w:r>
        <w:t>Ke ikhlas kaafi nahi hai.</w:t>
      </w:r>
    </w:p>
    <w:p>
      <w:pPr>
        <w:jc w:val="right"/>
      </w:pPr>
      <w:r>
        <w:t>کہ اخلاص کافی نہیں ہے۔</w:t>
      </w:r>
    </w:p>
    <w:p>
      <w:r>
        <w:rPr>
          <w:b/>
        </w:rPr>
        <w:t xml:space="preserve">[32:22] </w:t>
      </w:r>
      <w:r>
        <w:t>Aap achhe nature aap ke andar hai, wo kaafi nahi hai.</w:t>
      </w:r>
    </w:p>
    <w:p>
      <w:pPr>
        <w:jc w:val="right"/>
      </w:pPr>
      <w:r>
        <w:t>آپ اچھے نیچر آپ کے اندر ہے، وہ کافی نہیں ہے۔</w:t>
      </w:r>
    </w:p>
    <w:p>
      <w:r>
        <w:rPr>
          <w:b/>
        </w:rPr>
        <w:t xml:space="preserve">[32:26] </w:t>
      </w:r>
      <w:r>
        <w:t>you have to develop your mind۔</w:t>
      </w:r>
    </w:p>
    <w:p>
      <w:pPr>
        <w:jc w:val="right"/>
      </w:pPr>
      <w:r>
        <w:t>you have to develop your mind۔</w:t>
      </w:r>
    </w:p>
    <w:p>
      <w:r>
        <w:rPr>
          <w:b/>
        </w:rPr>
        <w:t xml:space="preserve">[32:30] </w:t>
      </w:r>
      <w:r>
        <w:t>Ke itni badi taqat ko fana kar diya.</w:t>
      </w:r>
    </w:p>
    <w:p>
      <w:pPr>
        <w:jc w:val="right"/>
      </w:pPr>
      <w:r>
        <w:t>کہ اتنی بڑی طاقت کو فنا کر دیا۔</w:t>
      </w:r>
    </w:p>
    <w:p>
      <w:r>
        <w:rPr>
          <w:b/>
        </w:rPr>
        <w:t xml:space="preserve">[32:34] </w:t>
      </w:r>
      <w:r>
        <w:t>Kyun? Soch nahi paaye.</w:t>
      </w:r>
    </w:p>
    <w:p>
      <w:pPr>
        <w:jc w:val="right"/>
      </w:pPr>
      <w:r>
        <w:t>کیوں؟ سوچ نہیں پائے۔</w:t>
      </w:r>
    </w:p>
    <w:p>
      <w:r>
        <w:rPr>
          <w:b/>
        </w:rPr>
        <w:t xml:space="preserve">[32:39] </w:t>
      </w:r>
      <w:r>
        <w:t>70 hazaar pahaad ko maswaar kar</w:t>
      </w:r>
    </w:p>
    <w:p>
      <w:pPr>
        <w:jc w:val="right"/>
      </w:pPr>
      <w:r>
        <w:t>70 ہزار پہاڑ کو مسوار کر</w:t>
      </w:r>
    </w:p>
    <w:p>
      <w:r>
        <w:rPr>
          <w:b/>
        </w:rPr>
        <w:t xml:space="preserve">[32:43] </w:t>
      </w:r>
      <w:r>
        <w:t>diya.</w:t>
      </w:r>
    </w:p>
    <w:p>
      <w:pPr>
        <w:jc w:val="right"/>
      </w:pPr>
      <w:r>
        <w:t>دیا۔</w:t>
      </w:r>
    </w:p>
    <w:p>
      <w:r>
        <w:rPr>
          <w:b/>
        </w:rPr>
        <w:t xml:space="preserve">[32:47] </w:t>
      </w:r>
      <w:r>
        <w:t>Is zamane mein yahi ho raha hai.</w:t>
      </w:r>
    </w:p>
    <w:p>
      <w:pPr>
        <w:jc w:val="right"/>
      </w:pPr>
      <w:r>
        <w:t>اس زمانے میں یہی ہو رہا ہے۔</w:t>
      </w:r>
    </w:p>
    <w:p>
      <w:r>
        <w:rPr>
          <w:b/>
        </w:rPr>
        <w:t xml:space="preserve">[32:51] </w:t>
      </w:r>
      <w:r>
        <w:t>Main sochta hoon ke wo musalman jin mein kitne bahadur honge, jo surang khod kar dushman ke</w:t>
      </w:r>
    </w:p>
    <w:p>
      <w:pPr>
        <w:jc w:val="right"/>
      </w:pPr>
      <w:r>
        <w:t>میں سوچتا ہوں کہ وہ مسلمان جن میں کتنے بہادر ہوں گے، جو سرنگ کھود کر دشمن کے</w:t>
      </w:r>
    </w:p>
    <w:p>
      <w:r>
        <w:rPr>
          <w:b/>
        </w:rPr>
        <w:t xml:space="preserve">[32:54] </w:t>
      </w:r>
      <w:r>
        <w:t>mulk mein dakhil ho rahe hain.</w:t>
      </w:r>
    </w:p>
    <w:p>
      <w:pPr>
        <w:jc w:val="right"/>
      </w:pPr>
      <w:r>
        <w:t>ملک میں داخل ہو رہے ہیں۔</w:t>
      </w:r>
    </w:p>
    <w:p>
      <w:r>
        <w:rPr>
          <w:b/>
        </w:rPr>
        <w:t xml:space="preserve">[32:58] </w:t>
      </w:r>
      <w:r>
        <w:t>Upar se, yaani surface movement nahi hai.</w:t>
      </w:r>
    </w:p>
    <w:p>
      <w:pPr>
        <w:jc w:val="right"/>
      </w:pPr>
      <w:r>
        <w:t>اوپر سے، یعنی سرفیس موومنٹ نہیں ہے۔</w:t>
      </w:r>
    </w:p>
    <w:p>
      <w:r>
        <w:rPr>
          <w:b/>
        </w:rPr>
        <w:t xml:space="preserve">[33:02] </w:t>
      </w:r>
      <w:r>
        <w:t>Surface movement ka mauqa nahi hai.</w:t>
      </w:r>
    </w:p>
    <w:p>
      <w:pPr>
        <w:jc w:val="right"/>
      </w:pPr>
      <w:r>
        <w:t>سرفیس موومنٹ کا موقع نہیں ہے۔</w:t>
      </w:r>
    </w:p>
    <w:p>
      <w:r>
        <w:rPr>
          <w:b/>
        </w:rPr>
        <w:t xml:space="preserve">[33:06] </w:t>
      </w:r>
      <w:r>
        <w:t>Surface movement ka mauqa nahi hai, yeh to tunnel khod kar ke dushman ke mulk mein dakhil ho rahe hain.</w:t>
      </w:r>
    </w:p>
    <w:p>
      <w:pPr>
        <w:jc w:val="right"/>
      </w:pPr>
      <w:r>
        <w:t>سرفیس موومنٹ کا موقع نہیں ہے، یہ تو ٹنل کھود کر کے دشمن کے ملک میں داخل ہو رہے ہیں۔</w:t>
      </w:r>
    </w:p>
    <w:p>
      <w:r>
        <w:rPr>
          <w:b/>
        </w:rPr>
        <w:t xml:space="preserve">[33:09] </w:t>
      </w:r>
      <w:r>
        <w:t>To bohat hi mun</w:t>
      </w:r>
    </w:p>
    <w:p>
      <w:pPr>
        <w:jc w:val="right"/>
      </w:pPr>
      <w:r>
        <w:t>تو بہت ہی من</w:t>
      </w:r>
    </w:p>
    <w:p>
      <w:r>
        <w:rPr>
          <w:b/>
        </w:rPr>
        <w:t xml:space="preserve">[33:13] </w:t>
      </w:r>
      <w:r>
        <w:t>ko bhi kehta hoon, bohat jare log hain yeh.</w:t>
      </w:r>
    </w:p>
    <w:p>
      <w:pPr>
        <w:jc w:val="right"/>
      </w:pPr>
      <w:r>
        <w:t>کو بھی کہتا ہوں، بہت جری لوگ ہیں یہ۔</w:t>
      </w:r>
    </w:p>
    <w:p>
      <w:r>
        <w:rPr>
          <w:b/>
        </w:rPr>
        <w:t xml:space="preserve">[33:17] </w:t>
      </w:r>
      <w:r>
        <w:t>aur bhi namaz roze wale log hain.</w:t>
      </w:r>
    </w:p>
    <w:p>
      <w:pPr>
        <w:jc w:val="right"/>
      </w:pPr>
      <w:r>
        <w:t>اور بھی نماز روزے والے لوگ ہیں۔</w:t>
      </w:r>
    </w:p>
    <w:p>
      <w:r>
        <w:rPr>
          <w:b/>
        </w:rPr>
        <w:t xml:space="preserve">[33:22] </w:t>
      </w:r>
      <w:r>
        <w:t>main ne parha, tasweer bhi dekhi main ne ke gun leya hua aadmi namaz ka waqt aaya to</w:t>
      </w:r>
    </w:p>
    <w:p>
      <w:pPr>
        <w:jc w:val="right"/>
      </w:pPr>
      <w:r>
        <w:t>میں نے پڑھا، تصویر بھی دیکھی میں نے کہ گن لیا ہوا آدمی نماز کا وقت آیا تو</w:t>
      </w:r>
    </w:p>
    <w:p>
      <w:r>
        <w:rPr>
          <w:b/>
        </w:rPr>
        <w:t xml:space="preserve">[33:26] </w:t>
      </w:r>
      <w:r>
        <w:t>gun rakhi yahan aur niyat baandh kar khara ho gaya, namaz parh raha hai.</w:t>
      </w:r>
    </w:p>
    <w:p>
      <w:pPr>
        <w:jc w:val="right"/>
      </w:pPr>
      <w:r>
        <w:t>گن رکھی یہاں اور نیت باندھ کر کھڑا ہو گیا، نماز پڑھ رہا ہے۔</w:t>
      </w:r>
    </w:p>
    <w:p>
      <w:r>
        <w:rPr>
          <w:b/>
        </w:rPr>
        <w:t xml:space="preserve">[33:30] </w:t>
      </w:r>
      <w:r>
        <w:t>yani yeh log jo hain, ibadat guzar bhi hain, mukhlis bhi hain, bahadur bhi hain.</w:t>
      </w:r>
    </w:p>
    <w:p>
      <w:pPr>
        <w:jc w:val="right"/>
      </w:pPr>
      <w:r>
        <w:t>یعنی یہ لوگ جو ہیں، عبادت گزار بھی ہیں، مخلص بھی ہیں، بہادر بھی ہیں۔</w:t>
      </w:r>
    </w:p>
    <w:p>
      <w:r>
        <w:rPr>
          <w:b/>
        </w:rPr>
        <w:t xml:space="preserve">[33:35] </w:t>
      </w:r>
      <w:r>
        <w:t>lekin aqal nahi hai.</w:t>
      </w:r>
    </w:p>
    <w:p>
      <w:pPr>
        <w:jc w:val="right"/>
      </w:pPr>
      <w:r>
        <w:t>لیکن عقل نہیں ہے۔</w:t>
      </w:r>
    </w:p>
    <w:p>
      <w:r>
        <w:rPr>
          <w:b/>
        </w:rPr>
        <w:t xml:space="preserve">[33:39] </w:t>
      </w:r>
      <w:r>
        <w:t>ke agar tum ko itni zabardast, tumhare paas taqat hai ke tum tunnel khod kar ghus rahe ho,</w:t>
      </w:r>
    </w:p>
    <w:p>
      <w:pPr>
        <w:jc w:val="right"/>
      </w:pPr>
      <w:r>
        <w:t>کہ اگر تم کو اتنی زبردست، تمہارے پاس طاقت ہے کہ تم ٹنل کھود کر گھس رہے ہو،</w:t>
      </w:r>
    </w:p>
    <w:p>
      <w:r>
        <w:rPr>
          <w:b/>
        </w:rPr>
        <w:t xml:space="preserve">[33:43] </w:t>
      </w:r>
      <w:r>
        <w:t>to surface par to mawaqe khule, wahan wahi karo.</w:t>
      </w:r>
    </w:p>
    <w:p>
      <w:pPr>
        <w:jc w:val="right"/>
      </w:pPr>
      <w:r>
        <w:t>تو سرفیس پر تو مواقع کھلے، وہاں وہی کرو۔</w:t>
      </w:r>
    </w:p>
    <w:p>
      <w:r>
        <w:rPr>
          <w:b/>
        </w:rPr>
        <w:t xml:space="preserve">[33:47] </w:t>
      </w:r>
      <w:r>
        <w:t>hum dawat-e-ilahi ka kaam kar rahe hain, to hum surface par harkat kar rahe hain.</w:t>
      </w:r>
    </w:p>
    <w:p>
      <w:pPr>
        <w:jc w:val="right"/>
      </w:pPr>
      <w:r>
        <w:t>ہم دعوت الہیٰ کا کام کر رہے ہیں، تو ہم سرفیس پر حرکت کر رہے ہیں۔</w:t>
      </w:r>
    </w:p>
    <w:p>
      <w:r>
        <w:rPr>
          <w:b/>
        </w:rPr>
        <w:t xml:space="preserve">[33:51] </w:t>
      </w:r>
      <w:r>
        <w:t>koi rukawat nahi hai.</w:t>
      </w:r>
    </w:p>
    <w:p>
      <w:pPr>
        <w:jc w:val="right"/>
      </w:pPr>
      <w:r>
        <w:t>کوئی رکاوٹ نہیں ہے۔</w:t>
      </w:r>
    </w:p>
    <w:p>
      <w:r>
        <w:rPr>
          <w:b/>
        </w:rPr>
        <w:t xml:space="preserve">[33:55] </w:t>
      </w:r>
      <w:r>
        <w:t>parman, yani peaceful dawat ke liye aap surface par harkat kijiye, koi rukawat nahi hai.</w:t>
      </w:r>
    </w:p>
    <w:p>
      <w:pPr>
        <w:jc w:val="right"/>
      </w:pPr>
      <w:r>
        <w:t>پرامن، یعنی پیس فل دعوت کے لیے آپ سرفیس پر حرکت کیجیے، کوئی رکاوٹ نہیں ہے۔</w:t>
      </w:r>
    </w:p>
    <w:p>
      <w:r>
        <w:rPr>
          <w:b/>
        </w:rPr>
        <w:t xml:space="preserve">[33:59] </w:t>
      </w:r>
      <w:r>
        <w:t>yeh to maar kaat ke liye rukawatein hain.</w:t>
      </w:r>
    </w:p>
    <w:p>
      <w:pPr>
        <w:jc w:val="right"/>
      </w:pPr>
      <w:r>
        <w:t>یہ تو مار کاٹ کے لیے رکاوٹیں ہیں۔</w:t>
      </w:r>
    </w:p>
    <w:p>
      <w:r>
        <w:rPr>
          <w:b/>
        </w:rPr>
        <w:t xml:space="preserve">[34:03] </w:t>
      </w:r>
      <w:r>
        <w:t>aap gun ko phenk dijiye.</w:t>
      </w:r>
    </w:p>
    <w:p>
      <w:pPr>
        <w:jc w:val="right"/>
      </w:pPr>
      <w:r>
        <w:t>آپ گن کو پھینک دیجیے۔</w:t>
      </w:r>
    </w:p>
    <w:p>
      <w:r>
        <w:rPr>
          <w:b/>
        </w:rPr>
        <w:t xml:space="preserve">[34:07] </w:t>
      </w:r>
      <w:r>
        <w:t>bomb ko phenk dijiye.</w:t>
      </w:r>
    </w:p>
    <w:p>
      <w:pPr>
        <w:jc w:val="right"/>
      </w:pPr>
      <w:r>
        <w:t>بم کو پھینک دیجیے۔</w:t>
      </w:r>
    </w:p>
    <w:p>
      <w:r>
        <w:rPr>
          <w:b/>
        </w:rPr>
        <w:t xml:space="preserve">[34:11] </w:t>
      </w:r>
      <w:r>
        <w:t>quran leeye hath mein.</w:t>
      </w:r>
    </w:p>
    <w:p>
      <w:pPr>
        <w:jc w:val="right"/>
      </w:pPr>
      <w:r>
        <w:t>قرآن لیجیے ہاتھ میں۔</w:t>
      </w:r>
    </w:p>
    <w:p>
      <w:r>
        <w:rPr>
          <w:b/>
        </w:rPr>
        <w:t xml:space="preserve">[34:15] </w:t>
      </w:r>
      <w:r>
        <w:t>gun ko phenk kar quran hath mein leeye.</w:t>
      </w:r>
    </w:p>
    <w:p>
      <w:pPr>
        <w:jc w:val="right"/>
      </w:pPr>
      <w:r>
        <w:t>گن کو پھینک کر قرآن ہاتھ میں لیجیے۔</w:t>
      </w:r>
    </w:p>
    <w:p>
      <w:r>
        <w:rPr>
          <w:b/>
        </w:rPr>
        <w:t xml:space="preserve">[34:19] </w:t>
      </w:r>
      <w:r>
        <w:t>aur yeh waqia kahan ho raha hai? isi sarzameen mein jis ke bare mein muhqqiqeen ne yeh likha</w:t>
      </w:r>
    </w:p>
    <w:p>
      <w:pPr>
        <w:jc w:val="right"/>
      </w:pPr>
      <w:r>
        <w:t>اور یہ واقعہ کہاں ہو رہا ہے؟ اسی سرزمین میں جس کے بارے میں محققین نے یہ لکھا</w:t>
      </w:r>
    </w:p>
    <w:p>
      <w:r>
        <w:rPr>
          <w:b/>
        </w:rPr>
        <w:t xml:space="preserve">[34:23] </w:t>
      </w:r>
      <w:r>
        <w:t>hai ke is ko musalmanon ne talwar se fateh nahi kiya tha, quran ke zariye fateh hui thi.</w:t>
      </w:r>
    </w:p>
    <w:p>
      <w:pPr>
        <w:jc w:val="right"/>
      </w:pPr>
      <w:r>
        <w:t>ہے کہ اس کو مسلمانوں نے تلوار سے فتح نہیں کیا تھا، قرآن کے ذریعے فتح ہوئی تھی۔</w:t>
      </w:r>
    </w:p>
    <w:p>
      <w:r>
        <w:rPr>
          <w:b/>
        </w:rPr>
        <w:t xml:space="preserve">[34:28] </w:t>
      </w:r>
      <w:r>
        <w:t>yani misr ke ilaqa.</w:t>
      </w:r>
    </w:p>
    <w:p>
      <w:pPr>
        <w:jc w:val="right"/>
      </w:pPr>
      <w:r>
        <w:t>یعنی مصر کے علاقہ۔</w:t>
      </w:r>
    </w:p>
    <w:p>
      <w:r>
        <w:rPr>
          <w:b/>
        </w:rPr>
        <w:t xml:space="preserve">[34:32] </w:t>
      </w:r>
      <w:r>
        <w:t>is zamane mein misr mein libya bhi shamil tha.</w:t>
      </w:r>
    </w:p>
    <w:p>
      <w:pPr>
        <w:jc w:val="right"/>
      </w:pPr>
      <w:r>
        <w:t>اس زمانے میں مصر میں لیبیا بھی شامل تھا۔</w:t>
      </w:r>
    </w:p>
    <w:p>
      <w:r>
        <w:rPr>
          <w:b/>
        </w:rPr>
        <w:t xml:space="preserve">[34:37] </w:t>
      </w:r>
      <w:r>
        <w:t>yeh sare ilaqe shamil the misr mein.</w:t>
      </w:r>
    </w:p>
    <w:p>
      <w:pPr>
        <w:jc w:val="right"/>
      </w:pPr>
      <w:r>
        <w:t>یہ سارے علاقے شامل تھے مصر میں۔</w:t>
      </w:r>
    </w:p>
    <w:p>
      <w:r>
        <w:rPr>
          <w:b/>
        </w:rPr>
        <w:t xml:space="preserve">[34:41] </w:t>
      </w:r>
      <w:r>
        <w:t>to is se pehle main ne aap ko bataya tha ke asrar-e-turkiyat ne, jo</w:t>
      </w:r>
    </w:p>
    <w:p>
      <w:pPr>
        <w:jc w:val="right"/>
      </w:pPr>
      <w:r>
        <w:t>تو اس سے پہلے میں نے آپ کو بتایا تھا کہ اسرار ترکیت نے، جو</w:t>
      </w:r>
    </w:p>
    <w:p>
      <w:r>
        <w:rPr>
          <w:b/>
        </w:rPr>
        <w:t xml:space="preserve">[34:45] </w:t>
      </w:r>
      <w:r>
        <w:t>misriyat ka mahir hai, us ne likha hai ke the Egyptians were conquered not by the sword but</w:t>
      </w:r>
    </w:p>
    <w:p>
      <w:pPr>
        <w:jc w:val="right"/>
      </w:pPr>
      <w:r>
        <w:t>مصریات کا ماہر ہے، اس نے لکھا ہے کہ the Egyptians were conquered not by the sword but</w:t>
      </w:r>
    </w:p>
    <w:p>
      <w:r>
        <w:rPr>
          <w:b/>
        </w:rPr>
        <w:t xml:space="preserve">[34:50] </w:t>
      </w:r>
      <w:r>
        <w:t>by the quran.</w:t>
      </w:r>
    </w:p>
    <w:p>
      <w:pPr>
        <w:jc w:val="right"/>
      </w:pPr>
      <w:r>
        <w:t>by the قرآن۔</w:t>
      </w:r>
    </w:p>
    <w:p>
      <w:r>
        <w:rPr>
          <w:b/>
        </w:rPr>
        <w:t xml:space="preserve">[34:55] </w:t>
      </w:r>
      <w:r>
        <w:t>isi ilaqe mein us waqt ho raha hai.</w:t>
      </w:r>
    </w:p>
    <w:p>
      <w:pPr>
        <w:jc w:val="right"/>
      </w:pPr>
      <w:r>
        <w:t>اسی علاقے میں اس وقت ہو رہا ہے۔</w:t>
      </w:r>
    </w:p>
    <w:p>
      <w:r>
        <w:rPr>
          <w:b/>
        </w:rPr>
        <w:t xml:space="preserve">[35:00] </w:t>
      </w:r>
      <w:r>
        <w:t>to woh yeh ab yahan aqal ki zaroorat hai, woh yeh soch rahe hain ke hamein tunnel kholne</w:t>
      </w:r>
    </w:p>
    <w:p>
      <w:pPr>
        <w:jc w:val="right"/>
      </w:pPr>
      <w:r>
        <w:t>تو وہ یہ اب یہاں عقل کی ضرورت ہے، وہ یہ سوچ رہے ہیں کہ ہمیں ٹنل کھولنے</w:t>
      </w:r>
    </w:p>
    <w:p>
      <w:r>
        <w:rPr>
          <w:b/>
        </w:rPr>
        <w:t xml:space="preserve">[35:06] </w:t>
      </w:r>
      <w:r>
        <w:t>ki kya zaroorat hai? surface par harkat karo, phenko gun ko, phenko bomb ko, quran le kar utho.</w:t>
      </w:r>
    </w:p>
    <w:p>
      <w:pPr>
        <w:jc w:val="right"/>
      </w:pPr>
      <w:r>
        <w:t>کی کیا ضرورت ہے؟ سرفیس پر حرکت کرو، پھینکو گن کو، پھینکو بم کو، قرآن لے کر اٹھو۔</w:t>
      </w:r>
    </w:p>
    <w:p>
      <w:r>
        <w:rPr>
          <w:b/>
        </w:rPr>
        <w:t xml:space="preserve">[35:11] </w:t>
      </w:r>
      <w:r>
        <w:t>abhi hamare saathi gaye thay isi isi mulk mein jis se lar rahe hain log.</w:t>
      </w:r>
    </w:p>
    <w:p>
      <w:pPr>
        <w:jc w:val="right"/>
      </w:pPr>
      <w:r>
        <w:t>ابھی ہمارے ساتھی گئے تھے اسی اسی ملک میں جس سے لڑ رہے ہیں لوگ۔</w:t>
      </w:r>
    </w:p>
    <w:p>
      <w:r>
        <w:rPr>
          <w:b/>
        </w:rPr>
        <w:t xml:space="preserve">[35:16] </w:t>
      </w:r>
      <w:r>
        <w:t>israel ke mulk mein.</w:t>
      </w:r>
    </w:p>
    <w:p>
      <w:pPr>
        <w:jc w:val="right"/>
      </w:pPr>
      <w:r>
        <w:t>اسرائیل کے ملک میں۔</w:t>
      </w:r>
    </w:p>
    <w:p>
      <w:r>
        <w:rPr>
          <w:b/>
        </w:rPr>
        <w:t xml:space="preserve">[35:19] </w:t>
      </w:r>
      <w:r>
        <w:t>wahan book stall lagaya.</w:t>
      </w:r>
    </w:p>
    <w:p>
      <w:pPr>
        <w:jc w:val="right"/>
      </w:pPr>
      <w:r>
        <w:t>وہاں بک اسٹار لگایا۔</w:t>
      </w:r>
    </w:p>
    <w:p>
      <w:r>
        <w:rPr>
          <w:b/>
        </w:rPr>
        <w:t xml:space="preserve">[35:23] </w:t>
      </w:r>
      <w:r>
        <w:t>israeli naujawanon ne wahan baqayda સહયોગ kiya.</w:t>
      </w:r>
    </w:p>
    <w:p>
      <w:pPr>
        <w:jc w:val="right"/>
      </w:pPr>
      <w:r>
        <w:t>اسرائیلی نوجوانوں نے وہاں باقاعدہ تعاون کیا۔</w:t>
      </w:r>
    </w:p>
    <w:p>
      <w:r>
        <w:rPr>
          <w:b/>
        </w:rPr>
        <w:t xml:space="preserve">[35:27] </w:t>
      </w:r>
      <w:r>
        <w:t>aur quran ko logon tak khoob taqseem karne mein saath diya unhon ne.</w:t>
      </w:r>
    </w:p>
    <w:p>
      <w:pPr>
        <w:jc w:val="right"/>
      </w:pPr>
      <w:r>
        <w:t>اور قرآن کو لوگوں تک خوب تقسیم کرنے میں ساتھ دیا انہوں نے۔</w:t>
      </w:r>
    </w:p>
    <w:p>
      <w:r>
        <w:rPr>
          <w:b/>
        </w:rPr>
        <w:t xml:space="preserve">[35:31] </w:t>
      </w:r>
      <w:r>
        <w:t>to yahan aql ke sawal hain.</w:t>
      </w:r>
    </w:p>
    <w:p>
      <w:pPr>
        <w:jc w:val="right"/>
      </w:pPr>
      <w:r>
        <w:t>تو یہاں عقل کے سوال ہیں۔</w:t>
      </w:r>
    </w:p>
    <w:p>
      <w:r>
        <w:rPr>
          <w:b/>
        </w:rPr>
        <w:t xml:space="preserve">[35:34] </w:t>
      </w:r>
      <w:r>
        <w:t>ke hum tunnel khod kar ke dushman ke mulk mein dakhil ho rahe hain.</w:t>
      </w:r>
    </w:p>
    <w:p>
      <w:pPr>
        <w:jc w:val="right"/>
      </w:pPr>
      <w:r>
        <w:t>کہ ہم ٹنل کھود کر کے دشمن کے ملک میں داخل ہو رہے ہیں۔</w:t>
      </w:r>
    </w:p>
    <w:p>
      <w:r>
        <w:rPr>
          <w:b/>
        </w:rPr>
        <w:t xml:space="preserve">[35:38] </w:t>
      </w:r>
      <w:r>
        <w:t>da'wat ka kaam karo, peaceful da'wat ho.</w:t>
      </w:r>
    </w:p>
    <w:p>
      <w:pPr>
        <w:jc w:val="right"/>
      </w:pPr>
      <w:r>
        <w:t>دعوت کا کام کرو، پیس فل دعوت ہو۔</w:t>
      </w:r>
    </w:p>
    <w:p>
      <w:r>
        <w:rPr>
          <w:b/>
        </w:rPr>
        <w:t xml:space="preserve">[35:42] </w:t>
      </w:r>
      <w:r>
        <w:t>surface par hum chal phir ke pohnch sakte hain un ke haan.</w:t>
      </w:r>
    </w:p>
    <w:p>
      <w:pPr>
        <w:jc w:val="right"/>
      </w:pPr>
      <w:r>
        <w:t>سرفیس پر ہم چل پھر کے پہنچ سکتے ہیں ان کے ہاں۔</w:t>
      </w:r>
    </w:p>
    <w:p>
      <w:r>
        <w:rPr>
          <w:b/>
        </w:rPr>
        <w:t xml:space="preserve">[35:46] </w:t>
      </w:r>
      <w:r>
        <w:t>koi rukawat nahi hai.</w:t>
      </w:r>
    </w:p>
    <w:p>
      <w:pPr>
        <w:jc w:val="right"/>
      </w:pPr>
      <w:r>
        <w:t>کوئی رکاوٹ نہیں ہے۔</w:t>
      </w:r>
    </w:p>
    <w:p>
      <w:r>
        <w:rPr>
          <w:b/>
        </w:rPr>
        <w:t xml:space="preserve">[35:49] </w:t>
      </w:r>
      <w:r>
        <w:t>to yeh bohat ziyada sochne ki baat hai. to yeh waqt aa gaya hai ke aap retreat karen. yeh waqt aa gaya hai ke aap gun ko, bomb ko phenken samundaron mein. yeh waqt aa gaya hai ke aap tunnel khodne ke bajaye aap surface par jo harkat ke mawaqe hain, us ko istemal karen. quran ke zareeye se. ek hi kaam sirf musalmanon ne karna hai, sirf ek</w:t>
      </w:r>
    </w:p>
    <w:p>
      <w:pPr>
        <w:jc w:val="right"/>
      </w:pPr>
      <w:r>
        <w:t>تو یہ بہت زیادہ سوچنے کی بات ہے۔ تو یہ وقت آگیا ہے کہ آپ ریٹریٹ کریں۔ یہ وقت آگیا ہے کہ آپ گن کو، بم کو پھینکیں سمندروں میں۔ یہ وقت آگیا ہے کہ آپ ٹنل کھودنے کے بجائے آپ سرفیس پر جو حرکت کے مواقع ہیں، اس کو استعمال کریں۔ قرآن کے ذریعے سے۔ ایک ہی کام صرف مسلمانوں نے کرنا ہے، صرف ایک</w:t>
      </w:r>
    </w:p>
    <w:p>
      <w:r>
        <w:rPr>
          <w:b/>
        </w:rPr>
        <w:t xml:space="preserve">[36:19] </w:t>
      </w:r>
      <w:r>
        <w:t>kaam.</w:t>
      </w:r>
    </w:p>
    <w:p>
      <w:pPr>
        <w:jc w:val="right"/>
      </w:pPr>
      <w:r>
        <w:t>کام۔</w:t>
      </w:r>
    </w:p>
    <w:p>
      <w:r>
        <w:rPr>
          <w:b/>
        </w:rPr>
        <w:t xml:space="preserve">[36:23] </w:t>
      </w:r>
      <w:r>
        <w:t>warz chhod dein, takrao chhod dein, bomb aur gun samundaron mein phenk dein.</w:t>
      </w:r>
    </w:p>
    <w:p>
      <w:pPr>
        <w:jc w:val="right"/>
      </w:pPr>
      <w:r>
        <w:t>وارنز چھوڑ دیں، ٹکراؤ چھوڑ دیں، بم اور گن سمندروں میں پھینک دیں۔</w:t>
      </w:r>
    </w:p>
    <w:p>
      <w:r>
        <w:rPr>
          <w:b/>
        </w:rPr>
        <w:t xml:space="preserve">[36:27] </w:t>
      </w:r>
      <w:r>
        <w:t>bas quran ko haath mein lein aur sari zabanon mein is ke tarjume karein.</w:t>
      </w:r>
    </w:p>
    <w:p>
      <w:pPr>
        <w:jc w:val="right"/>
      </w:pPr>
      <w:r>
        <w:t>بس قرآن کو ہاتھ میں لیں اور ساری زبانوں میں اس کے ترجمے کریں۔</w:t>
      </w:r>
    </w:p>
    <w:p>
      <w:r>
        <w:rPr>
          <w:b/>
        </w:rPr>
        <w:t xml:space="preserve">[36:31] </w:t>
      </w:r>
      <w:r>
        <w:t>aur is ko le kar uthein.</w:t>
      </w:r>
    </w:p>
    <w:p>
      <w:pPr>
        <w:jc w:val="right"/>
      </w:pPr>
      <w:r>
        <w:t>اور اس کو لے کر اٹھیں۔</w:t>
      </w:r>
    </w:p>
    <w:p>
      <w:r>
        <w:rPr>
          <w:b/>
        </w:rPr>
        <w:t xml:space="preserve">[36:35] </w:t>
      </w:r>
      <w:r>
        <w:t>to sara mulk unhi ka hai.</w:t>
      </w:r>
    </w:p>
    <w:p>
      <w:pPr>
        <w:jc w:val="right"/>
      </w:pPr>
      <w:r>
        <w:t>تو سارا ملک انہی کا ہے۔</w:t>
      </w:r>
    </w:p>
    <w:p>
      <w:r>
        <w:rPr>
          <w:b/>
        </w:rPr>
        <w:t xml:space="preserve">[36:38] </w:t>
      </w:r>
      <w:r>
        <w:t>sare rastay un ke liye khule hue hain.</w:t>
      </w:r>
    </w:p>
    <w:p>
      <w:pPr>
        <w:jc w:val="right"/>
      </w:pPr>
      <w:r>
        <w:t>سارے راستے ان کے لیے کھلے ہوئے ہیں۔</w:t>
      </w:r>
    </w:p>
    <w:p>
      <w:r>
        <w:rPr>
          <w:b/>
        </w:rPr>
        <w:t xml:space="preserve">[36:42] </w:t>
      </w:r>
      <w:r>
        <w:t>koi surang ki zaroorat nahi hai.</w:t>
      </w:r>
    </w:p>
    <w:p>
      <w:pPr>
        <w:jc w:val="right"/>
      </w:pPr>
      <w:r>
        <w:t>کوئی سرنگ کی ضرورت نہیں ہے۔</w:t>
      </w:r>
    </w:p>
    <w:p>
      <w:r>
        <w:rPr>
          <w:b/>
        </w:rPr>
        <w:t xml:space="preserve">[36:46] </w:t>
      </w:r>
      <w:r>
        <w:t>koi tunnel khodne ki zaroorat nahi hai.</w:t>
      </w:r>
    </w:p>
    <w:p>
      <w:pPr>
        <w:jc w:val="right"/>
      </w:pPr>
      <w:r>
        <w:t>کوئی ٹنل کھودنے کی ضرورت نہیں ہے۔</w:t>
      </w:r>
    </w:p>
    <w:p>
      <w:r>
        <w:rPr>
          <w:b/>
        </w:rPr>
        <w:t xml:space="preserve">[36:50] </w:t>
      </w:r>
      <w:r>
        <w:t>to jo sunnat hazrat khalid ki hai, jis ko confirm kiya rasool Allah sal Allah alaihi wasallam ne. aap jante hain ke hadith, teen cheezon ko hadith kaha jata hai. qaul, amal, taqreer. teen cheezein hadith hain. qaul ke ma'ne rasool Allah sal Allah alaihi wasallam ne jo farmaya lafzon mein, woh hadith hai. amal ka matlab jo aap ne kiya aur sahaba ne bataya ke rasool</w:t>
      </w:r>
    </w:p>
    <w:p>
      <w:pPr>
        <w:jc w:val="right"/>
      </w:pPr>
      <w:r>
        <w:t>تو جو سنت حضرت خالد کی ہے، جس کو کنفرم کیا رسول اللہ صلی اللہ علیہ وسلم نے۔ آپ جانتے ہیں کہ حدیث، تین چیزوں کو حدیث کہا جاتا ہے۔ قول، عمل، تقریر۔ تین چیزیں حدیث ہیں۔ قول کے معنی رسول اللہ صلی اللہ علیہ وسلم نے جو فرمایا لفظوں میں، وہ حدیث ہے۔ عمل کا مطلب جو آپ نے کیا اور صحابہ نے بتایا کہ رسول</w:t>
      </w:r>
    </w:p>
    <w:p>
      <w:r>
        <w:rPr>
          <w:b/>
        </w:rPr>
        <w:t xml:space="preserve">[37:20] </w:t>
      </w:r>
      <w:r>
        <w:t>Allah sal Allah alaihi wasallam ne kiya tha, woh bhi hadith sunnat hai. aur taqreer ka matlab yeh hai ke aap ne dekha aur dekh kar us ko aap ne is ki confirm kiya. confirm kiya us ko. to woh taqreer hai. to hazrat khalid jo kuch kiya tha, us ko rasool Allah sal Allah alaihi wasallam ne sirf baqayda us ko tahseen ki is ki. yeh to farar nahi hai, yeh to iqdam hai. leso bil farar walakinnahu bil</w:t>
      </w:r>
    </w:p>
    <w:p>
      <w:pPr>
        <w:jc w:val="right"/>
      </w:pPr>
      <w:r>
        <w:t>اللہ صلی اللہ علیہ وسلم نے کیا تھا، وہ بھی حدیث سنت ہے۔ اور تقریر کا مطلب یہ ہے کہ آپ نے دیکھا اور دیکھ کر اس کو آپ نے اس کی کنفرم کیا۔ کنفرم کیا اس کو۔ تو وہ تقریر ہے۔ تو حضرت خالد جو کچھ کیا تھا، اس کو رسول اللہ صلی اللہ علیہ وسلم نے صرف باقاعدہ اس کو تحسین کی اس کی۔ یہ تو فرار نہیں ہے، یہ تو اقدام ہے۔ لیسو بالفرار ولكنه بال</w:t>
      </w:r>
    </w:p>
    <w:p>
      <w:r>
        <w:rPr>
          <w:b/>
        </w:rPr>
        <w:t xml:space="preserve">[37:50] </w:t>
      </w:r>
      <w:r>
        <w:t>qarar inshallah tha.</w:t>
      </w:r>
    </w:p>
    <w:p>
      <w:pPr>
        <w:jc w:val="right"/>
      </w:pPr>
      <w:r>
        <w:t>قرار ان شاء اللہ تھا۔</w:t>
      </w:r>
    </w:p>
    <w:p>
      <w:r>
        <w:rPr>
          <w:b/>
        </w:rPr>
        <w:t xml:space="preserve">[37:55] </w:t>
      </w:r>
      <w:r>
        <w:t>to aaj ke halaat mein agar main kahoon ke agar musalman yeh faisla karein ke hamein bomb aur</w:t>
      </w:r>
    </w:p>
    <w:p>
      <w:pPr>
        <w:jc w:val="right"/>
      </w:pPr>
      <w:r>
        <w:t>تو آج کے حالات میں اگر میں کہوں کہ اگر مسلمان یہ فیصلہ کریں کہ ہمیں بم اور</w:t>
      </w:r>
    </w:p>
    <w:p>
      <w:r>
        <w:rPr>
          <w:b/>
        </w:rPr>
        <w:t xml:space="preserve">[38:00] </w:t>
      </w:r>
      <w:r>
        <w:t>gun ko samundaron mein phenk dena hai.</w:t>
      </w:r>
    </w:p>
    <w:p>
      <w:pPr>
        <w:jc w:val="right"/>
      </w:pPr>
      <w:r>
        <w:t>گن کو سمندروں میں پھینک دینا ہے۔</w:t>
      </w:r>
    </w:p>
    <w:p>
      <w:r>
        <w:rPr>
          <w:b/>
        </w:rPr>
        <w:t xml:space="preserve">[38:05] </w:t>
      </w:r>
      <w:r>
        <w:t>hamein jo hum ne tunnel khodi hai, sab ko paat dena hai.</w:t>
      </w:r>
    </w:p>
    <w:p>
      <w:pPr>
        <w:jc w:val="right"/>
      </w:pPr>
      <w:r>
        <w:t>ہمیں جو ہم نے ٹنل کھودی ہے، سب کو پاٹ دینا ہے۔</w:t>
      </w:r>
    </w:p>
    <w:p>
      <w:r>
        <w:rPr>
          <w:b/>
        </w:rPr>
        <w:t xml:space="preserve">[38:10] </w:t>
      </w:r>
      <w:r>
        <w:t>aur hamein phir se dushman ko, jis ko hum kehte thay, us ko apna dost samajhna hai.</w:t>
      </w:r>
    </w:p>
    <w:p>
      <w:pPr>
        <w:jc w:val="right"/>
      </w:pPr>
      <w:r>
        <w:t>اور ہمیں پھر سے دشمن کو، جس کو ہم کہتے تھے، اس کو اپنا دوست سمجھنا ہے۔</w:t>
      </w:r>
    </w:p>
    <w:p>
      <w:r>
        <w:rPr>
          <w:b/>
        </w:rPr>
        <w:t xml:space="preserve">[38:15] </w:t>
      </w:r>
      <w:r>
        <w:t>aur phir quran le kar uthna hai.</w:t>
      </w:r>
    </w:p>
    <w:p>
      <w:pPr>
        <w:jc w:val="right"/>
      </w:pPr>
      <w:r>
        <w:t>اور پھر قرآن لے کر اٹھنا ہے۔</w:t>
      </w:r>
    </w:p>
    <w:p>
      <w:r>
        <w:rPr>
          <w:b/>
        </w:rPr>
        <w:t xml:space="preserve">[38:21] </w:t>
      </w:r>
      <w:r>
        <w:t>har zabaan mein quran, har jagah pahunchna hai.</w:t>
      </w:r>
    </w:p>
    <w:p>
      <w:pPr>
        <w:jc w:val="right"/>
      </w:pPr>
      <w:r>
        <w:t>ہر زبان میں قرآن، ہر جگہ پہنچنا ہے۔</w:t>
      </w:r>
    </w:p>
    <w:p>
      <w:r>
        <w:rPr>
          <w:b/>
        </w:rPr>
        <w:t xml:space="preserve">[38:25] </w:t>
      </w:r>
      <w:r>
        <w:t>to koi agar kahe ke yeh to retreat kiya inhon ne, to main kahunga nahi, yahi to</w:t>
      </w:r>
    </w:p>
    <w:p>
      <w:pPr>
        <w:jc w:val="right"/>
      </w:pPr>
      <w:r>
        <w:t>تو کوئی اگر کہے کہ یہ تو ریٹریٹ کیا انہوں نے، تو میں کہوں گا نہیں، یہی تو</w:t>
      </w:r>
    </w:p>
    <w:p>
      <w:r>
        <w:rPr>
          <w:b/>
        </w:rPr>
        <w:t xml:space="preserve">[38:29] </w:t>
      </w:r>
      <w:r>
        <w:t>hai jo rasool Allah sal Allah alaihi wasallam ne farmaya tha.</w:t>
      </w:r>
    </w:p>
    <w:p>
      <w:pPr>
        <w:jc w:val="right"/>
      </w:pPr>
      <w:r>
        <w:t>ہے جو رسول اللہ صلی اللہ علیہ وسلم نے فرمایا تھا۔</w:t>
      </w:r>
    </w:p>
    <w:p>
      <w:r>
        <w:rPr>
          <w:b/>
        </w:rPr>
        <w:t xml:space="preserve">[38:34] </w:t>
      </w:r>
      <w:r>
        <w:t>laisoo bil farar walakinnahu bil qarar.</w:t>
      </w:r>
    </w:p>
    <w:p>
      <w:pPr>
        <w:jc w:val="right"/>
      </w:pPr>
      <w:r>
        <w:t>لیسو بالفرار ولكنه بالقرار۔</w:t>
      </w:r>
    </w:p>
    <w:p>
      <w:r>
        <w:rPr>
          <w:b/>
        </w:rPr>
        <w:t xml:space="preserve">[38:38] </w:t>
      </w:r>
      <w:r>
        <w:t>ab quran le kar uthe hain woh, jis ka sari dunya intezar kar rahi hai.</w:t>
      </w:r>
    </w:p>
    <w:p>
      <w:pPr>
        <w:jc w:val="right"/>
      </w:pPr>
      <w:r>
        <w:t>اب قرآن لے کر اٹھے ہیں وہ، جس کا ساری دنیا انتظار کر رہی ہے۔</w:t>
      </w:r>
    </w:p>
    <w:p>
      <w:r>
        <w:rPr>
          <w:b/>
        </w:rPr>
        <w:t xml:space="preserve">[38:43] </w:t>
      </w:r>
      <w:r>
        <w:t>dunya mein koi nahi hai jo bomb aur gun ka intezar kar raha ho.</w:t>
      </w:r>
    </w:p>
    <w:p>
      <w:pPr>
        <w:jc w:val="right"/>
      </w:pPr>
      <w:r>
        <w:t>دنیا میں کوئی نہیں ہے جو بم اور گن کا انتظار کر رہا ہو۔</w:t>
      </w:r>
    </w:p>
    <w:p>
      <w:r>
        <w:rPr>
          <w:b/>
        </w:rPr>
        <w:t xml:space="preserve">[38:47] </w:t>
      </w:r>
      <w:r>
        <w:t>kyun ke quran ka intezar to sare log kar rahe hain.</w:t>
      </w:r>
    </w:p>
    <w:p>
      <w:pPr>
        <w:jc w:val="right"/>
      </w:pPr>
      <w:r>
        <w:t>کیونکہ قرآن کا انتظار تو سارے لوگ کر رہے ہیں۔</w:t>
      </w:r>
    </w:p>
    <w:p>
      <w:r>
        <w:rPr>
          <w:b/>
        </w:rPr>
        <w:t xml:space="preserve">[38:52] </w:t>
      </w:r>
      <w:r>
        <w:t>hamare sathiyon dekhe jate hain idhar udhar, jahan bhi jate hain, jab kisi ko dete hain.</w:t>
      </w:r>
    </w:p>
    <w:p>
      <w:pPr>
        <w:jc w:val="right"/>
      </w:pPr>
      <w:r>
        <w:t>ہمارے ساتھی دیکھے جاتے ہیں ادھر ادھر، جہاں بھی جاتے ہیں، جب کسی کو دیتے ہیں۔</w:t>
      </w:r>
    </w:p>
    <w:p>
      <w:r>
        <w:rPr>
          <w:b/>
        </w:rPr>
        <w:t xml:space="preserve">[38:56] </w:t>
      </w:r>
      <w:r>
        <w:t>arey bhai, to chahta tha ke mujhe quran kahin mile, parhoon main is ko.</w:t>
      </w:r>
    </w:p>
    <w:p>
      <w:pPr>
        <w:jc w:val="right"/>
      </w:pPr>
      <w:r>
        <w:t>ارے بھائی، تو چاہتا تھا کہ مجھے قرآن کہیں ملے، پڑھوں میں اس کو۔</w:t>
      </w:r>
    </w:p>
    <w:p>
      <w:r>
        <w:rPr>
          <w:b/>
        </w:rPr>
        <w:t xml:space="preserve">[39:01] </w:t>
      </w:r>
      <w:r>
        <w:t>airport par, conferenceon mein, raston mein, kahin bhi jate hain, book fair mein.</w:t>
      </w:r>
    </w:p>
    <w:p>
      <w:pPr>
        <w:jc w:val="right"/>
      </w:pPr>
      <w:r>
        <w:t>ایئرپورٹ پر، کانفرنسوں میں، راستوں میں، کہیں بھی جاتے ہیں، بک فیئر میں۔</w:t>
      </w:r>
    </w:p>
    <w:p>
      <w:r>
        <w:rPr>
          <w:b/>
        </w:rPr>
        <w:t xml:space="preserve">[39:05] </w:t>
      </w:r>
      <w:r>
        <w:t>to log kehte hain ke acha, yeh quran aap mujhe de rahe hain.</w:t>
      </w:r>
    </w:p>
    <w:p>
      <w:pPr>
        <w:jc w:val="right"/>
      </w:pPr>
      <w:r>
        <w:t>تو لوگ کہتے ہیں کہ اچھا، یہ قرآن آپ مجھے دے رہے ہیں۔</w:t>
      </w:r>
    </w:p>
    <w:p>
      <w:r>
        <w:rPr>
          <w:b/>
        </w:rPr>
        <w:t xml:space="preserve">[39:09] </w:t>
      </w:r>
      <w:r>
        <w:t>main to bohat dinon se chahta tha ke mujhe quran mile, is ko main parhoon.</w:t>
      </w:r>
    </w:p>
    <w:p>
      <w:pPr>
        <w:jc w:val="right"/>
      </w:pPr>
      <w:r>
        <w:t>میں تو بہت دنوں سے چاہتا تھا کہ مجھے قرآن ملے، اس کو میں پڑھوں۔</w:t>
      </w:r>
    </w:p>
    <w:p>
      <w:r>
        <w:rPr>
          <w:b/>
        </w:rPr>
        <w:t xml:space="preserve">[39:13] </w:t>
      </w:r>
      <w:r>
        <w:t>to ghor kijiye.</w:t>
      </w:r>
    </w:p>
    <w:p>
      <w:pPr>
        <w:jc w:val="right"/>
      </w:pPr>
      <w:r>
        <w:t>تو غور کیجیے۔</w:t>
      </w:r>
    </w:p>
    <w:p>
      <w:r>
        <w:rPr>
          <w:b/>
        </w:rPr>
        <w:t xml:space="preserve">[39:18] </w:t>
      </w:r>
      <w:r>
        <w:t>kya dunya mein koi insan hai jo aap ke gun aur bomb ka intezar kar raha ho?</w:t>
      </w:r>
    </w:p>
    <w:p>
      <w:pPr>
        <w:jc w:val="right"/>
      </w:pPr>
      <w:r>
        <w:t>کیا دنیا میں کوئی انسان ہے جو آپ کے گن اور بم کا انتظار کر رہا ہو؟</w:t>
      </w:r>
    </w:p>
    <w:p>
      <w:r>
        <w:rPr>
          <w:b/>
        </w:rPr>
        <w:t xml:space="preserve">[39:22] </w:t>
      </w:r>
      <w:r>
        <w:t>kisi ko bata sakte hain aap? ke aap ke gun aur bomb ka intezar kar raha ho? koi</w:t>
      </w:r>
    </w:p>
    <w:p>
      <w:pPr>
        <w:jc w:val="right"/>
      </w:pPr>
      <w:r>
        <w:t>کسی کو بتا سکتے ہیں آپ؟ کہ آپ کے گن اور بم کا انتظار کر رہا ہو؟ کوئی</w:t>
      </w:r>
    </w:p>
    <w:p>
      <w:r>
        <w:rPr>
          <w:b/>
        </w:rPr>
        <w:t xml:space="preserve">[39:28] </w:t>
      </w:r>
      <w:r>
        <w:t>intezar kar raha ho ke aap tunnel khod kar ghusein is ke andar aur bomb marein wahan ja</w:t>
      </w:r>
    </w:p>
    <w:p>
      <w:pPr>
        <w:jc w:val="right"/>
      </w:pPr>
      <w:r>
        <w:t>انتظار کر رہا ہو کہ آپ ٹنل کھود کر گھسیں اس کے اندر اور بم ماریں وہاں جا</w:t>
      </w:r>
    </w:p>
    <w:p>
      <w:r>
        <w:rPr>
          <w:b/>
        </w:rPr>
        <w:t xml:space="preserve">[39:34] </w:t>
      </w:r>
      <w:r>
        <w:t>kar ke? koi is ka intezar kar raha hai? lekin sari dunya quran ka intezar kar rahi hai.</w:t>
      </w:r>
    </w:p>
    <w:p>
      <w:pPr>
        <w:jc w:val="right"/>
      </w:pPr>
      <w:r>
        <w:t>کر کے؟ کوئی اس کا انتظار کر رہا ہے؟ لیکن ساری دنیا قرآن کا انتظار کر رہی ہے۔</w:t>
      </w:r>
    </w:p>
    <w:p>
      <w:r>
        <w:rPr>
          <w:b/>
        </w:rPr>
        <w:t xml:space="preserve">[39:40] </w:t>
      </w:r>
      <w:r>
        <w:t>kaisi anokhi baat hai yeh.</w:t>
      </w:r>
    </w:p>
    <w:p>
      <w:pPr>
        <w:jc w:val="right"/>
      </w:pPr>
      <w:r>
        <w:t>کیسی انوکھی بات ہے یہ۔</w:t>
      </w:r>
    </w:p>
    <w:p>
      <w:r>
        <w:rPr>
          <w:b/>
        </w:rPr>
        <w:t xml:space="preserve">[39:46] </w:t>
      </w:r>
      <w:r>
        <w:t>jo cheez logon ke liye unwanted item hai, woh to aap de rahe hain un ko.</w:t>
      </w:r>
    </w:p>
    <w:p>
      <w:pPr>
        <w:jc w:val="right"/>
      </w:pPr>
      <w:r>
        <w:t>جو چیز لوگوں کے لیے انوانٹڈ آئٹم ہے، وہ تو آپ دے رہے ہیں ان کو۔</w:t>
      </w:r>
    </w:p>
    <w:p>
      <w:r>
        <w:rPr>
          <w:b/>
        </w:rPr>
        <w:t xml:space="preserve">[39:53] </w:t>
      </w:r>
      <w:r>
        <w:t>aur jo un ki wanted item hai, us ko nahi de rahe.</w:t>
      </w:r>
    </w:p>
    <w:p>
      <w:pPr>
        <w:jc w:val="right"/>
      </w:pPr>
      <w:r>
        <w:t>اور جو ان کی وانٹڈ آئٹم ہے، اس کو نہیں دے رہے۔</w:t>
      </w:r>
    </w:p>
    <w:p>
      <w:r>
        <w:rPr>
          <w:b/>
        </w:rPr>
        <w:t xml:space="preserve">[39:59] </w:t>
      </w:r>
      <w:r>
        <w:t>yeh sari dunya ke liye unwanted item hai. war zones, gun aur bomb, woh to aap de rahe hain. underground tunnel, yeh sab unwanted item hain. lekin jo wanted item hai, woh Allah ki kitab, woh quran. aap jante hain ke mukhtalif wajuhat se is zamane mein quran news mein hai. har jagah quran news mein</w:t>
      </w:r>
    </w:p>
    <w:p>
      <w:pPr>
        <w:jc w:val="right"/>
      </w:pPr>
      <w:r>
        <w:t>یہ ساری دنیا کے لیے انوانٹڈ آئٹم ہے۔ وارنز، گن اور بم، وہ تو آپ دے رہے ہیں۔ انڈر گراؤنڈ ٹنل، یہ سب انوانٹڈ آئٹم ہیں۔ لیکن جو وانٹڈ آئٹم ہے، وہ اللہ کی کتاب، وہ قرآن۔ آپ جانتے ہیں کہ مختلف وجوہات سے اس زمانے میں قرآن نیوز میں ہے۔ ہر جگہ قرآن نیوز میں</w:t>
      </w:r>
    </w:p>
    <w:p>
      <w:r>
        <w:rPr>
          <w:b/>
        </w:rPr>
        <w:t xml:space="preserve">[40:29] </w:t>
      </w:r>
      <w:r>
        <w:t>hai.</w:t>
      </w:r>
    </w:p>
    <w:p>
      <w:pPr>
        <w:jc w:val="right"/>
      </w:pPr>
      <w:r>
        <w:t>ہے۔</w:t>
      </w:r>
    </w:p>
    <w:p>
      <w:r>
        <w:rPr>
          <w:b/>
        </w:rPr>
        <w:t xml:space="preserve">[40:33] </w:t>
      </w:r>
      <w:r>
        <w:t>news mein hone ki wajah se sab log chahte hain ke bhai quran kya hai, parho is ko.</w:t>
      </w:r>
    </w:p>
    <w:p>
      <w:pPr>
        <w:jc w:val="right"/>
      </w:pPr>
      <w:r>
        <w:t>نیوز میں ہونے کی وجہ سے سب لوگ چاہتے ہیں کہ بھئی قرآن کیا ہے، پڑھو اس کو۔</w:t>
      </w:r>
    </w:p>
    <w:p>
      <w:r>
        <w:rPr>
          <w:b/>
        </w:rPr>
        <w:t xml:space="preserve">[40:38] </w:t>
      </w:r>
      <w:r>
        <w:t>abhi aik mulk se hamare paas telephone aaya, wahan par aik sahib ne hotelon mein mil kar</w:t>
      </w:r>
    </w:p>
    <w:p>
      <w:pPr>
        <w:jc w:val="right"/>
      </w:pPr>
      <w:r>
        <w:t>ابھی ایک ملک سے ہمارے پاس ٹیلی فون آیا، وہاں پر ایک صاحب نے ہوٹلوں میں مل کر</w:t>
      </w:r>
    </w:p>
    <w:p>
      <w:r>
        <w:rPr>
          <w:b/>
        </w:rPr>
        <w:t xml:space="preserve">[40:42] </w:t>
      </w:r>
      <w:r>
        <w:t>kaha ke bhai hotelon mein aap quran rakhiye, log aaj tourist aate hain, woh is ko padhenge.</w:t>
      </w:r>
    </w:p>
    <w:p>
      <w:pPr>
        <w:jc w:val="right"/>
      </w:pPr>
      <w:r>
        <w:t>کہا کہ بھئی ہوٹلوں میں آپ قرآن رکھیے، لوگ آج ٹورسٹ آتے ہیں، وہ اس کو پڑھیں گے۔</w:t>
      </w:r>
    </w:p>
    <w:p>
      <w:r>
        <w:rPr>
          <w:b/>
        </w:rPr>
        <w:t xml:space="preserve">[40:47] </w:t>
      </w:r>
      <w:r>
        <w:t>bade shauq se is ne qabool kar liya.</w:t>
      </w:r>
    </w:p>
    <w:p>
      <w:pPr>
        <w:jc w:val="right"/>
      </w:pPr>
      <w:r>
        <w:t>بڑے شوق سے اس نے قبول کر لیا۔</w:t>
      </w:r>
    </w:p>
    <w:p>
      <w:r>
        <w:rPr>
          <w:b/>
        </w:rPr>
        <w:t xml:space="preserve">[40:52] </w:t>
      </w:r>
      <w:r>
        <w:t>wo kaha ke abhi aap 300 quran laiye, hum ko dijiye.</w:t>
      </w:r>
    </w:p>
    <w:p>
      <w:pPr>
        <w:jc w:val="right"/>
      </w:pPr>
      <w:r>
        <w:t>وہ کہا کہ ابھی آپ 300 قرآن لائیے، ہم کو دیجیے۔</w:t>
      </w:r>
    </w:p>
    <w:p>
      <w:r>
        <w:rPr>
          <w:b/>
        </w:rPr>
        <w:t xml:space="preserve">[40:56] </w:t>
      </w:r>
      <w:r>
        <w:t>translation english zaban ki.</w:t>
      </w:r>
    </w:p>
    <w:p>
      <w:pPr>
        <w:jc w:val="right"/>
      </w:pPr>
      <w:r>
        <w:t>ٹرانسلیشن انگلش زبان کی۔</w:t>
      </w:r>
    </w:p>
    <w:p>
      <w:r>
        <w:rPr>
          <w:b/>
        </w:rPr>
        <w:t xml:space="preserve">[41:01] </w:t>
      </w:r>
      <w:r>
        <w:t>to sari dunya intezar kar rahi hai ke is ko quran koi la kar de.</w:t>
      </w:r>
    </w:p>
    <w:p>
      <w:pPr>
        <w:jc w:val="right"/>
      </w:pPr>
      <w:r>
        <w:t>تو ساری دنیا انتظار کر رہی ہے کہ اس کو قرآن کوئی لا کر دے۔</w:t>
      </w:r>
    </w:p>
    <w:p>
      <w:r>
        <w:rPr>
          <w:b/>
        </w:rPr>
        <w:t xml:space="preserve">[41:07] </w:t>
      </w:r>
      <w:r>
        <w:t>to main samajhta hoon ke is waqt sari dunya ke musalmanon ko sunnat khalid par amal karna hai.</w:t>
      </w:r>
    </w:p>
    <w:p>
      <w:pPr>
        <w:jc w:val="right"/>
      </w:pPr>
      <w:r>
        <w:t>تو میں سمجھتا ہوں کہ اس وقت ساری دنیا کے مسلمانوں کو سنت خالد پر عمل کرنا ہے۔</w:t>
      </w:r>
    </w:p>
    <w:p>
      <w:r>
        <w:rPr>
          <w:b/>
        </w:rPr>
        <w:t xml:space="preserve">[41:13] </w:t>
      </w:r>
      <w:r>
        <w:t>wo hai retreat.</w:t>
      </w:r>
    </w:p>
    <w:p>
      <w:pPr>
        <w:jc w:val="right"/>
      </w:pPr>
      <w:r>
        <w:t>وہ ہے ریٹریٹ۔</w:t>
      </w:r>
    </w:p>
    <w:p>
      <w:r>
        <w:rPr>
          <w:b/>
        </w:rPr>
        <w:t xml:space="preserve">[41:19] </w:t>
      </w:r>
      <w:r>
        <w:t>sunnat khalid, jis ko confirm kiya rasool allah salallaho alaihi wasallam ne.</w:t>
      </w:r>
    </w:p>
    <w:p>
      <w:pPr>
        <w:jc w:val="right"/>
      </w:pPr>
      <w:r>
        <w:t>سنت خالد، جس کو کنفرم کیا رسول اللہ صلی اللہ علیہ وسلم نے۔</w:t>
      </w:r>
    </w:p>
    <w:p>
      <w:r>
        <w:rPr>
          <w:b/>
        </w:rPr>
        <w:t xml:space="preserve">[41:25] </w:t>
      </w:r>
      <w:r>
        <w:t>jis ko ke na samajhne walon ne farar kaha tha.</w:t>
      </w:r>
    </w:p>
    <w:p>
      <w:pPr>
        <w:jc w:val="right"/>
      </w:pPr>
      <w:r>
        <w:t>جس کو کہ نہ سمجھنے والوں نے فرار کہا تھا۔</w:t>
      </w:r>
    </w:p>
    <w:p>
      <w:r>
        <w:rPr>
          <w:b/>
        </w:rPr>
        <w:t xml:space="preserve">[41:31] </w:t>
      </w:r>
      <w:r>
        <w:t>aur rasool Allah sal Allah alaihi wasallam ne kaha ke nahi, yeh to advancement hai. lekin log samajh kyun nahi paate? logon ke paas hikmat nahi hai. namaz hai, roza hai, hajj hai, zakat hai, sab kuch hai logon ke paas. quran ki tilawat hai, lekin hikmat nahi hai. ikhlas bhi hai, lekin yaad rakhi</w:t>
      </w:r>
    </w:p>
    <w:p>
      <w:pPr>
        <w:jc w:val="right"/>
      </w:pPr>
      <w:r>
        <w:t>اور رسول اللہ صلی اللہ علیہ وسلم نے کہا کہ نہیں، یہ تو ایڈوانسمنٹ ہے۔ لیکن لوگ سمجھ کیوں نہیں پاتے؟ لوگوں کے پاس حکمت نہیں ہے۔ نماز ہے، روزہ ہے، حج ہے، زکوٰۃ ہے، سب کچھ ہے لوگوں کے پاس۔ قرآن کی تلاوت ہے، لیکن حکمت نہیں ہے۔ اخلاص بھی ہے، لیکن یاد رکھی</w:t>
      </w:r>
    </w:p>
    <w:p>
      <w:r>
        <w:rPr>
          <w:b/>
        </w:rPr>
        <w:t xml:space="preserve">[42:01] </w:t>
      </w:r>
      <w:r>
        <w:t>e, ikhlas hargiz kafi nahi hai. ikhlas ke bawajood aap 70 hazar aadmi ko mar dalen ge. kaisa ajeeb o ghareeb hai ke ikhlas ka aap pahaad honge aur 70 hazar qeemti musalmanon ko mar dalen ge. to mein yeh soch raha tha, to mein ne socha ke hamara jo mission hai, hamari jo team hai, us ko mein kahoon ke aap logon ko bhi is maamle mein sochna chahiye. ke aap jo jama hue hain is mission mein</w:t>
      </w:r>
    </w:p>
    <w:p>
      <w:pPr>
        <w:jc w:val="right"/>
      </w:pPr>
      <w:r>
        <w:t>ے، اخلاص ہرگز کافی نہیں ہے۔ اخلاص کے باوجود آپ 70 ہزار آدمی کو مار ڈالیں گے۔ کیسا عجیب و غریب ہے کہ اخلاص کا آپ پہاڑ ہوں گے اور 70 ہزار قیمتی مسلمانوں کو مار ڈالیں گے۔ تو میں یہ سوچ رہا تھا، تو میں نے سوچا کہ ہمارا جو مشن ہے، ہماری جو ٹیم ہے، اس کو میں کہوں کہ آپ لوگوں کو بھی اس معاملے میں سوچنا چاہیے۔ کہ آپ جو جمع ہوئے ہیں اس مشن میں</w:t>
      </w:r>
    </w:p>
    <w:p>
      <w:r>
        <w:rPr>
          <w:b/>
        </w:rPr>
        <w:t xml:space="preserve">[42:31] </w:t>
      </w:r>
      <w:r>
        <w:t>, agar aap sirf is liye jama hue hain ke aap ke pas ikhlas hai, acha nature hai,</w:t>
      </w:r>
    </w:p>
    <w:p>
      <w:pPr>
        <w:jc w:val="right"/>
      </w:pPr>
      <w:r>
        <w:t>، اگر آپ صرف اس لیے جمع ہوئے ہیں کہ آپ کے پاس اخلاص ہے، اچھا نیچر ہے،</w:t>
      </w:r>
    </w:p>
    <w:p>
      <w:r>
        <w:rPr>
          <w:b/>
        </w:rPr>
        <w:t xml:space="preserve">[42:36] </w:t>
      </w:r>
      <w:r>
        <w:t>aap ke pas namaz roza hai, to that is not enough, wo kafi nahi hai.</w:t>
      </w:r>
    </w:p>
    <w:p>
      <w:pPr>
        <w:jc w:val="right"/>
      </w:pPr>
      <w:r>
        <w:t>آپ کے پاس نماز روزہ ہے، تو that is not enough، وہ کافی نہیں ہے۔</w:t>
      </w:r>
    </w:p>
    <w:p>
      <w:r>
        <w:rPr>
          <w:b/>
        </w:rPr>
        <w:t xml:space="preserve">[42:42] </w:t>
      </w:r>
      <w:r>
        <w:t>jaise hi koi crisis aye ga, aap bikhir jayenge.</w:t>
      </w:r>
    </w:p>
    <w:p>
      <w:pPr>
        <w:jc w:val="right"/>
      </w:pPr>
      <w:r>
        <w:t>جیسے ہی کوئی کرائسس آئے گا، آپ بکھر جائیں گے۔</w:t>
      </w:r>
    </w:p>
    <w:p>
      <w:r>
        <w:rPr>
          <w:b/>
        </w:rPr>
        <w:t xml:space="preserve">[42:47] </w:t>
      </w:r>
      <w:r>
        <w:t>aap ka namaz roza ka kaam nahi aye ga.</w:t>
      </w:r>
    </w:p>
    <w:p>
      <w:pPr>
        <w:jc w:val="right"/>
      </w:pPr>
      <w:r>
        <w:t>آپ کا نماز روزہ کا کام نہیں آئے گا۔</w:t>
      </w:r>
    </w:p>
    <w:p>
      <w:r>
        <w:rPr>
          <w:b/>
        </w:rPr>
        <w:t xml:space="preserve">[42:53] </w:t>
      </w:r>
      <w:r>
        <w:t>jab sahaba bikhir gaye to aap kyun nahi bikhirenge? to hikmat chahiye.</w:t>
      </w:r>
    </w:p>
    <w:p>
      <w:pPr>
        <w:jc w:val="right"/>
      </w:pPr>
      <w:r>
        <w:t>جب صحابہ بکھر گئے تو آپ کیوں نہیں بکھریں گے؟ تو حکمت چاہیے۔</w:t>
      </w:r>
    </w:p>
    <w:p>
      <w:r>
        <w:rPr>
          <w:b/>
        </w:rPr>
        <w:t xml:space="preserve">[42:58] </w:t>
      </w:r>
      <w:r>
        <w:t>isi liye rasool allah salallaho alaihi wasallam ne farmaya ke ek faqih</w:t>
      </w:r>
    </w:p>
    <w:p>
      <w:pPr>
        <w:jc w:val="right"/>
      </w:pPr>
      <w:r>
        <w:t>اسی لیے رسول اللہ صلی اللہ علیہ وسلم نے فرمایا کہ ایک فقیہ</w:t>
      </w:r>
    </w:p>
    <w:p>
      <w:r>
        <w:rPr>
          <w:b/>
        </w:rPr>
        <w:t xml:space="preserve">[43:04] </w:t>
      </w:r>
      <w:r>
        <w:t>shaitan ke upar ek hazar aabi sipahi hain.</w:t>
      </w:r>
    </w:p>
    <w:p>
      <w:pPr>
        <w:jc w:val="right"/>
      </w:pPr>
      <w:r>
        <w:t>شیطان کے اوپر ایک ہزار آبی سپاہی ہیں۔</w:t>
      </w:r>
    </w:p>
    <w:p>
      <w:r>
        <w:rPr>
          <w:b/>
        </w:rPr>
        <w:t xml:space="preserve">[43:08] </w:t>
      </w:r>
      <w:r>
        <w:t>to hamare log aktha hue hain jo agar ikhlas ke tehat aktha hue hain, namaz roze ke tehat</w:t>
      </w:r>
    </w:p>
    <w:p>
      <w:pPr>
        <w:jc w:val="right"/>
      </w:pPr>
      <w:r>
        <w:t>تو ہمارے لوگ اکٹھا ہوئے ہیں جو اگر اخلاص کے تحت اکٹھا ہوئے ہیں، نماز روزے کے تحت</w:t>
      </w:r>
    </w:p>
    <w:p>
      <w:r>
        <w:rPr>
          <w:b/>
        </w:rPr>
        <w:t xml:space="preserve">[43:12] </w:t>
      </w:r>
      <w:r>
        <w:t>aktha hue hain, dindari ke jazbe ke tehat aktha hue hain, to main kahunga ke that is</w:t>
      </w:r>
    </w:p>
    <w:p>
      <w:pPr>
        <w:jc w:val="right"/>
      </w:pPr>
      <w:r>
        <w:t>اکٹھا ہوئے ہیں، دینداری کے جذبے کے تحت اکٹھا ہوئے ہیں، تو میں کہوں گا کہ that is</w:t>
      </w:r>
    </w:p>
    <w:p>
      <w:r>
        <w:rPr>
          <w:b/>
        </w:rPr>
        <w:t xml:space="preserve">[43:17] </w:t>
      </w:r>
      <w:r>
        <w:t>not enough, wo kafi nahi hai.</w:t>
      </w:r>
    </w:p>
    <w:p>
      <w:pPr>
        <w:jc w:val="right"/>
      </w:pPr>
      <w:r>
        <w:t>not enough، وہ کافی نہیں ہے۔</w:t>
      </w:r>
    </w:p>
    <w:p>
      <w:r>
        <w:rPr>
          <w:b/>
        </w:rPr>
        <w:t xml:space="preserve">[43:21] </w:t>
      </w:r>
      <w:r>
        <w:t>koi bhi crisis aye ga to aap bikhir jayenge.</w:t>
      </w:r>
    </w:p>
    <w:p>
      <w:pPr>
        <w:jc w:val="right"/>
      </w:pPr>
      <w:r>
        <w:t>کوئی بھی کرائسس آئے گا تو آپ بکھر جائیں گے۔</w:t>
      </w:r>
    </w:p>
    <w:p>
      <w:r>
        <w:rPr>
          <w:b/>
        </w:rPr>
        <w:t xml:space="preserve">[43:25] </w:t>
      </w:r>
      <w:r>
        <w:t>ye bohat hi khatarnak baat hai.</w:t>
      </w:r>
    </w:p>
    <w:p>
      <w:pPr>
        <w:jc w:val="right"/>
      </w:pPr>
      <w:r>
        <w:t>یہ بہت ہی خطرناک بات ہے۔</w:t>
      </w:r>
    </w:p>
    <w:p>
      <w:r>
        <w:rPr>
          <w:b/>
        </w:rPr>
        <w:t xml:space="preserve">[43:30] </w:t>
      </w:r>
      <w:r>
        <w:t>aap mein se har</w:t>
      </w:r>
    </w:p>
    <w:p>
      <w:pPr>
        <w:jc w:val="right"/>
      </w:pPr>
      <w:r>
        <w:t>آپ میں سے ہر</w:t>
      </w:r>
    </w:p>
    <w:p>
      <w:r>
        <w:rPr>
          <w:b/>
        </w:rPr>
        <w:t xml:space="preserve">[43:34] </w:t>
      </w:r>
      <w:r>
        <w:t>ایک کو develop mind کا، اپنے مائنڈ کو develop کرنا ہے۔</w:t>
      </w:r>
    </w:p>
    <w:p>
      <w:pPr>
        <w:jc w:val="right"/>
      </w:pPr>
      <w:r>
        <w:t>ایک کو ڈویلپ مائنڈ کا، اپنے مائنڈ کو ڈویلپ کرنا ہے۔</w:t>
      </w:r>
    </w:p>
    <w:p>
      <w:r>
        <w:rPr>
          <w:b/>
        </w:rPr>
        <w:t xml:space="preserve">[43:38] </w:t>
      </w:r>
      <w:r>
        <w:t>acha nature kafi nahi.</w:t>
      </w:r>
    </w:p>
    <w:p>
      <w:pPr>
        <w:jc w:val="right"/>
      </w:pPr>
      <w:r>
        <w:t>اچھا نیچر کافی نہیں۔</w:t>
      </w:r>
    </w:p>
    <w:p>
      <w:r>
        <w:rPr>
          <w:b/>
        </w:rPr>
        <w:t xml:space="preserve">[43:42] </w:t>
      </w:r>
      <w:r>
        <w:t>aap bohat acha nature aap ka hai, bohat shareef hain, aap ek mukhlis hain, aap namaz roze wale</w:t>
      </w:r>
    </w:p>
    <w:p>
      <w:pPr>
        <w:jc w:val="right"/>
      </w:pPr>
      <w:r>
        <w:t>آپ بہت اچھا نیچر آپ کا ہے، بہت شریف ہیں، آپ ایک مخلص ہیں، آپ نماز روزے والے</w:t>
      </w:r>
    </w:p>
    <w:p>
      <w:r>
        <w:rPr>
          <w:b/>
        </w:rPr>
        <w:t xml:space="preserve">[43:47] </w:t>
      </w:r>
      <w:r>
        <w:t>hain, dindar hain, ye kafi nahi.</w:t>
      </w:r>
    </w:p>
    <w:p>
      <w:pPr>
        <w:jc w:val="right"/>
      </w:pPr>
      <w:r>
        <w:t>ہیں، دیندار ہیں، یہ کافی نہیں۔</w:t>
      </w:r>
    </w:p>
    <w:p>
      <w:r>
        <w:rPr>
          <w:b/>
        </w:rPr>
        <w:t xml:space="preserve">[43:51] </w:t>
      </w:r>
      <w:r>
        <w:t>آپ میں سے ہر شخص کو اپنے mind کو develop کرنا ہے۔</w:t>
      </w:r>
    </w:p>
    <w:p>
      <w:pPr>
        <w:jc w:val="right"/>
      </w:pPr>
      <w:r>
        <w:t>آپ میں سے ہر شخص کو اپنے مائنڈ کو ڈویلپ کرنا ہے۔</w:t>
      </w:r>
    </w:p>
    <w:p>
      <w:r>
        <w:rPr>
          <w:b/>
        </w:rPr>
        <w:t xml:space="preserve">[43:55] </w:t>
      </w:r>
      <w:r>
        <w:t>is ki shakal ye hai ke hamara jo monthly magazine hai, is ko bar bar padhiye.</w:t>
      </w:r>
    </w:p>
    <w:p>
      <w:pPr>
        <w:jc w:val="right"/>
      </w:pPr>
      <w:r>
        <w:t>اس کی شکل یہ ہے کہ ہمارا جو منتھلی میگزین ہے، اس کو بار بار پڑھیے۔</w:t>
      </w:r>
    </w:p>
    <w:p>
      <w:r>
        <w:rPr>
          <w:b/>
        </w:rPr>
        <w:t xml:space="preserve">[44:00] </w:t>
      </w:r>
      <w:r>
        <w:t>hamari kitabein jo hain, bar bar padhiye.</w:t>
      </w:r>
    </w:p>
    <w:p>
      <w:pPr>
        <w:jc w:val="right"/>
      </w:pPr>
      <w:r>
        <w:t>ہماری کتابیں جو ہیں، بار بار پڑھیے۔</w:t>
      </w:r>
    </w:p>
    <w:p>
      <w:r>
        <w:rPr>
          <w:b/>
        </w:rPr>
        <w:t xml:space="preserve">[44:04] </w:t>
      </w:r>
      <w:r>
        <w:t>yeh lecture jo hai, woh bhi aik baar na suniye, is ko baar baar suniye.</w:t>
      </w:r>
    </w:p>
    <w:p>
      <w:pPr>
        <w:jc w:val="right"/>
      </w:pPr>
      <w:r>
        <w:t>یہ لیکچر جو ہے، وہ بھی ایک بار نہ سنیے، اس کو بار بار سنیے۔</w:t>
      </w:r>
    </w:p>
    <w:p>
      <w:r>
        <w:rPr>
          <w:b/>
        </w:rPr>
        <w:t xml:space="preserve">[44:08] </w:t>
      </w:r>
      <w:r>
        <w:t>yehi aik hi tareeqa hai apnay mind ko develop kernay ka.</w:t>
      </w:r>
    </w:p>
    <w:p>
      <w:pPr>
        <w:jc w:val="right"/>
      </w:pPr>
      <w:r>
        <w:t>یہی ایک ہی طریقہ ہے اپنے مائنڈ کو ڈویلپ کرنے کا۔</w:t>
      </w:r>
    </w:p>
    <w:p>
      <w:r>
        <w:rPr>
          <w:b/>
        </w:rPr>
        <w:t xml:space="preserve">[44:13] </w:t>
      </w:r>
      <w:r>
        <w:t>jaisay ke kal aik saahib aaye, woh baqaaida risalah parhtay hain saalon saalon se, lekin bas aik baar</w:t>
      </w:r>
    </w:p>
    <w:p>
      <w:pPr>
        <w:jc w:val="right"/>
      </w:pPr>
      <w:r>
        <w:t>جیسے کہ کل ایک صاحب آئے، وہ باقاعدہ رسالہ پڑھتے ہیں سالوں سالوں سے، لیکن بس ایک بار</w:t>
      </w:r>
    </w:p>
    <w:p>
      <w:r>
        <w:rPr>
          <w:b/>
        </w:rPr>
        <w:t xml:space="preserve">[44:17] </w:t>
      </w:r>
      <w:r>
        <w:t>parh letay hain.</w:t>
      </w:r>
    </w:p>
    <w:p>
      <w:pPr>
        <w:jc w:val="right"/>
      </w:pPr>
      <w:r>
        <w:t>پڑھ لیتے ہیں۔</w:t>
      </w:r>
    </w:p>
    <w:p>
      <w:r>
        <w:rPr>
          <w:b/>
        </w:rPr>
        <w:t xml:space="preserve">[44:21] </w:t>
      </w:r>
      <w:r>
        <w:t>aur yeh lecture nahi suntay hain woh.</w:t>
      </w:r>
    </w:p>
    <w:p>
      <w:pPr>
        <w:jc w:val="right"/>
      </w:pPr>
      <w:r>
        <w:t>اور یہ لیکچر نہیں سنتے ہیں وہ۔</w:t>
      </w:r>
    </w:p>
    <w:p>
      <w:r>
        <w:rPr>
          <w:b/>
        </w:rPr>
        <w:t xml:space="preserve">[44:26] </w:t>
      </w:r>
      <w:r>
        <w:t>تو آپ دیکھیے کہ اس کو وہ، اس کو وہ explain نہیں کر سکے کہ انڈیا میں کیا ہوگا اب۔</w:t>
      </w:r>
    </w:p>
    <w:p>
      <w:pPr>
        <w:jc w:val="right"/>
      </w:pPr>
      <w:r>
        <w:t>تو آپ دیکھیے کہ اس کو وہ، اس کو وہ ایکسپلین نہیں کر سکے کہ انڈیا میں کیا ہوگا اب۔</w:t>
      </w:r>
    </w:p>
    <w:p>
      <w:r>
        <w:rPr>
          <w:b/>
        </w:rPr>
        <w:t xml:space="preserve">[44:30] </w:t>
      </w:r>
      <w:r>
        <w:t>india mein kuch bhi nahi hoga. yeh,</w:t>
      </w:r>
    </w:p>
    <w:p>
      <w:pPr>
        <w:jc w:val="right"/>
      </w:pPr>
      <w:r>
        <w:t>انڈیا میں کچھ بھی نہیں ہوگا۔ یہ،</w:t>
      </w:r>
    </w:p>
    <w:p>
      <w:r>
        <w:rPr>
          <w:b/>
        </w:rPr>
        <w:t xml:space="preserve">[44:34] </w:t>
      </w:r>
      <w:r>
        <w:t>yeh, yeh, yeh jhoota, yaani yeh woh hai.</w:t>
      </w:r>
    </w:p>
    <w:p>
      <w:pPr>
        <w:jc w:val="right"/>
      </w:pPr>
      <w:r>
        <w:t>یہ، یہ، یہ جھوٹا، یعنی یہ وہ ہے۔</w:t>
      </w:r>
    </w:p>
    <w:p>
      <w:r>
        <w:rPr>
          <w:b/>
        </w:rPr>
        <w:t xml:space="preserve">[44:38] </w:t>
      </w:r>
      <w:r>
        <w:t>jhoota khatrah hai.</w:t>
      </w:r>
    </w:p>
    <w:p>
      <w:pPr>
        <w:jc w:val="right"/>
      </w:pPr>
      <w:r>
        <w:t>جھوٹا خطرہ ہے۔</w:t>
      </w:r>
    </w:p>
    <w:p>
      <w:r>
        <w:rPr>
          <w:b/>
        </w:rPr>
        <w:t xml:space="preserve">[44:42] </w:t>
      </w:r>
      <w:r>
        <w:t>to mein dua karta hoon ke Allah taala mujh ko aur aap ko tofeeq de ke hum tareekh</w:t>
      </w:r>
    </w:p>
    <w:p>
      <w:pPr>
        <w:jc w:val="right"/>
      </w:pPr>
      <w:r>
        <w:t>تو میں دعا کرتا ہوں کہ اللہ تعالیٰ مجھ کو اور آپ کو توفیق دے کہ ہم تاریخ</w:t>
      </w:r>
    </w:p>
    <w:p>
      <w:r>
        <w:rPr>
          <w:b/>
        </w:rPr>
        <w:t xml:space="preserve">[44:45] </w:t>
      </w:r>
      <w:r>
        <w:t>waqeaat se sabaq lain.</w:t>
      </w:r>
    </w:p>
    <w:p>
      <w:pPr>
        <w:jc w:val="right"/>
      </w:pPr>
      <w:r>
        <w:t>واقعات سے سبق لیں۔</w:t>
      </w:r>
    </w:p>
    <w:p>
      <w:r>
        <w:rPr>
          <w:b/>
        </w:rPr>
        <w:t xml:space="preserve">[44:49] </w:t>
      </w:r>
      <w:r>
        <w:t>rasool Allah sal Allah alaihi wasallam ki sunnat se sabaq lain.</w:t>
      </w:r>
    </w:p>
    <w:p>
      <w:pPr>
        <w:jc w:val="right"/>
      </w:pPr>
      <w:r>
        <w:t>رسول اللہ صلی اللہ علیہ وسلم کی سنت سے سبق لیں۔</w:t>
      </w:r>
    </w:p>
    <w:p>
      <w:r>
        <w:rPr>
          <w:b/>
        </w:rPr>
        <w:t xml:space="preserve">[44:53] </w:t>
      </w:r>
      <w:r>
        <w:t>aur apnay aap ko tayyar karen.</w:t>
      </w:r>
    </w:p>
    <w:p>
      <w:pPr>
        <w:jc w:val="right"/>
      </w:pPr>
      <w:r>
        <w:t>اور اپنے آپ کو تیار کریں۔</w:t>
      </w:r>
    </w:p>
    <w:p>
      <w:r>
        <w:rPr>
          <w:b/>
        </w:rPr>
        <w:t xml:space="preserve">[44:57] </w:t>
      </w:r>
      <w:r>
        <w:t>aur musalmanon ko bhi hum tayyar karen.</w:t>
      </w:r>
    </w:p>
    <w:p>
      <w:pPr>
        <w:jc w:val="right"/>
      </w:pPr>
      <w:r>
        <w:t>اور مسلمانوں کو بھی ہم تیار کریں۔</w:t>
      </w:r>
    </w:p>
    <w:p>
      <w:r>
        <w:rPr>
          <w:b/>
        </w:rPr>
        <w:t xml:space="preserve">[45:00] </w:t>
      </w:r>
      <w:r>
        <w:t>taake hum Allah ta</w:t>
      </w:r>
    </w:p>
    <w:p>
      <w:pPr>
        <w:jc w:val="right"/>
      </w:pPr>
      <w:r>
        <w:t>تاکہ ہم اللہ تع</w:t>
      </w:r>
    </w:p>
    <w:p>
      <w:r>
        <w:rPr>
          <w:b/>
        </w:rPr>
        <w:t xml:space="preserve">[45:04] </w:t>
      </w:r>
      <w:r>
        <w:t>aala ki nasrat ke mustahiq hon.</w:t>
      </w:r>
    </w:p>
    <w:p>
      <w:pPr>
        <w:jc w:val="right"/>
      </w:pPr>
      <w:r>
        <w:t>الیٰ کی نصرت کے مستحق ہوں۔</w:t>
      </w:r>
    </w:p>
    <w:p>
      <w:r>
        <w:rPr>
          <w:b/>
        </w:rPr>
        <w:t xml:space="preserve">[45:09] </w:t>
      </w:r>
      <w:r>
        <w:t>assalam o alaikum wa rehmatullah.</w:t>
      </w:r>
    </w:p>
    <w:p>
      <w:pPr>
        <w:jc w:val="right"/>
      </w:pPr>
      <w:r>
        <w:t>السلام علیکم ورحمتہ اللہ۔</w:t>
      </w:r>
    </w:p>
    <w:p>
      <w:r>
        <w:rPr>
          <w:b/>
        </w:rPr>
        <w:t xml:space="preserve">[45:14] </w:t>
      </w:r>
      <w:r>
        <w:t>okay, we'll be starting with the question answer session now.</w:t>
      </w:r>
    </w:p>
    <w:p>
      <w:pPr>
        <w:jc w:val="right"/>
      </w:pPr>
      <w:r>
        <w:t>اوکے، ویل بی سٹارٹنگ ود دی کوئسچن انسر سیشن ناو۔</w:t>
      </w:r>
    </w:p>
    <w:p>
      <w:r>
        <w:rPr>
          <w:b/>
        </w:rPr>
        <w:t xml:space="preserve">[45:19] </w:t>
      </w:r>
      <w:r>
        <w:t>all the online viewers are requested to send the questions on info at cps global</w:t>
      </w:r>
    </w:p>
    <w:p>
      <w:pPr>
        <w:jc w:val="right"/>
      </w:pPr>
      <w:r>
        <w:t>آل دی آن لائن ویورز آر ریکویسٹڈ ٹو سینڈ دی کوئسچنز آن انفو ایٹ سی پی ایس گلوبل</w:t>
      </w:r>
    </w:p>
    <w:p>
      <w:r>
        <w:rPr>
          <w:b/>
        </w:rPr>
        <w:t xml:space="preserve">[45:24] </w:t>
      </w:r>
      <w:r>
        <w:t>dot org.</w:t>
      </w:r>
    </w:p>
    <w:p>
      <w:pPr>
        <w:jc w:val="right"/>
      </w:pPr>
      <w:r>
        <w:t>ڈاٹ او آر جی۔</w:t>
      </w:r>
    </w:p>
    <w:p>
      <w:r>
        <w:rPr>
          <w:b/>
        </w:rPr>
        <w:t xml:space="preserve">[45:29] </w:t>
      </w:r>
      <w:r>
        <w:t>maulana, yeh sawal</w:t>
      </w:r>
    </w:p>
    <w:p>
      <w:pPr>
        <w:jc w:val="right"/>
      </w:pPr>
      <w:r>
        <w:t>مولانا، یہ سوال</w:t>
      </w:r>
    </w:p>
    <w:p>
      <w:r>
        <w:rPr>
          <w:b/>
        </w:rPr>
        <w:t xml:space="preserve">[45:34] </w:t>
      </w:r>
      <w:r>
        <w:t>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p>
    <w:p>
      <w:pPr>
        <w:jc w:val="right"/>
      </w:pPr>
      <w:r>
        <w:t>پونے سے آیا ہے اور اعجاز صاحب نے پوچھا ہے یہ سوال۔ وہ آپ سے یہ جاننا چاہتے ہیں کہ ہاؤ کین ون ڈسکور اور آئیڈینٹیفائی ونز نیگیٹیو پوائنٹ سو دیٹ اٹ کین بی کریکٹڈ؟ میں تو سمجھتا ہوں کہ بہت ہی آسان ہے۔ ریزلٹ سے پہچانیے آپ۔ کیونکہ جب بھی آپ کے اندر نیگیٹیو پوائنٹ رہے گا تو دوسروں سے آپ کو نفرت پیدا ہو جائے گی</w:t>
      </w:r>
    </w:p>
    <w:p>
      <w:r>
        <w:rPr>
          <w:b/>
        </w:rPr>
        <w:t xml:space="preserve">[46:04] </w:t>
      </w:r>
      <w:r>
        <w:t>.</w:t>
      </w:r>
    </w:p>
    <w:p>
      <w:pPr>
        <w:jc w:val="right"/>
      </w:pPr>
      <w:r>
        <w:t>۔</w:t>
      </w:r>
    </w:p>
    <w:p>
      <w:r>
        <w:rPr>
          <w:b/>
        </w:rPr>
        <w:t xml:space="preserve">[46:09] </w:t>
      </w:r>
      <w:r>
        <w:t>doosron se shikayat paida ho jaye gi.</w:t>
      </w:r>
    </w:p>
    <w:p>
      <w:pPr>
        <w:jc w:val="right"/>
      </w:pPr>
      <w:r>
        <w:t>دوسروں سے شکایت پیدا ہو جائے گی۔</w:t>
      </w:r>
    </w:p>
    <w:p>
      <w:r>
        <w:rPr>
          <w:b/>
        </w:rPr>
        <w:t xml:space="preserve">[46:13] </w:t>
      </w:r>
      <w:r>
        <w:t>doosron se complaint paida ho jaye gi.</w:t>
      </w:r>
    </w:p>
    <w:p>
      <w:pPr>
        <w:jc w:val="right"/>
      </w:pPr>
      <w:r>
        <w:t>دوسروں سے کمپلینٹ پیدا ہو جائے گی۔</w:t>
      </w:r>
    </w:p>
    <w:p>
      <w:r>
        <w:rPr>
          <w:b/>
        </w:rPr>
        <w:t xml:space="preserve">[46:17] </w:t>
      </w:r>
      <w:r>
        <w:t>sab se acha jo pehchanne ka jo zariya hai, woh hai shikayati zehn.</w:t>
      </w:r>
    </w:p>
    <w:p>
      <w:pPr>
        <w:jc w:val="right"/>
      </w:pPr>
      <w:r>
        <w:t>سب سے اچھا جو پہچاننے کا جو ذریعہ ہے، وہ ہے شکایتی ذہن۔</w:t>
      </w:r>
    </w:p>
    <w:p>
      <w:r>
        <w:rPr>
          <w:b/>
        </w:rPr>
        <w:t xml:space="preserve">[46:21] </w:t>
      </w:r>
      <w:r>
        <w:t>jaisay hi aap ke andar shikayati zehn paida ho to samajhye ke aap ke andar negative thinking aa gayi hai.</w:t>
      </w:r>
    </w:p>
    <w:p>
      <w:pPr>
        <w:jc w:val="right"/>
      </w:pPr>
      <w:r>
        <w:t>جیسے ہی آپ کے اندر شکایتی ذہن پیدا ہو تو سمجھئے کہ آپ کے اندر نیگیٹیو تھنکنگ آ گئی ہے۔</w:t>
      </w:r>
    </w:p>
    <w:p>
      <w:r>
        <w:rPr>
          <w:b/>
        </w:rPr>
        <w:t xml:space="preserve">[46:26] </w:t>
      </w:r>
      <w:r>
        <w:t>yahi mumkin hai ke aap ke andar negative thinking ho aur shikayat na paida ho.</w:t>
      </w:r>
    </w:p>
    <w:p>
      <w:pPr>
        <w:jc w:val="right"/>
      </w:pPr>
      <w:r>
        <w:t>یہی ممکن ہے کہ آپ کے اندر نیگیٹیو تھنکنگ ہو اور شکایت نہ پیدا ہو۔</w:t>
      </w:r>
    </w:p>
    <w:p>
      <w:r>
        <w:rPr>
          <w:b/>
        </w:rPr>
        <w:t xml:space="preserve">[46:30] </w:t>
      </w:r>
      <w:r>
        <w:t>shikayat aur negative thinking dono sath ساتھ chalte hain. bohat go</w:t>
      </w:r>
    </w:p>
    <w:p>
      <w:pPr>
        <w:jc w:val="right"/>
      </w:pPr>
      <w:r>
        <w:t>شکایت اور نیگیٹیو تھنکنگ دونوں ساتھ ساتھ چلتے ہیں۔ بہت گو</w:t>
      </w:r>
    </w:p>
    <w:p>
      <w:r>
        <w:rPr>
          <w:b/>
        </w:rPr>
        <w:t xml:space="preserve">[46:34] </w:t>
      </w:r>
      <w:r>
        <w:t>together.</w:t>
      </w:r>
    </w:p>
    <w:p>
      <w:pPr>
        <w:jc w:val="right"/>
      </w:pPr>
      <w:r>
        <w:t>ٹوگیدر۔</w:t>
      </w:r>
    </w:p>
    <w:p>
      <w:r>
        <w:rPr>
          <w:b/>
        </w:rPr>
        <w:t xml:space="preserve">[46:38] </w:t>
      </w:r>
      <w:r>
        <w:t>jahan shikayat hai, wahan negative thinking hai.</w:t>
      </w:r>
    </w:p>
    <w:p>
      <w:pPr>
        <w:jc w:val="right"/>
      </w:pPr>
      <w:r>
        <w:t>جہاں شکایت ہے، وہاں نیگیٹیو تھنکنگ ہے۔</w:t>
      </w:r>
    </w:p>
    <w:p>
      <w:r>
        <w:rPr>
          <w:b/>
        </w:rPr>
        <w:t xml:space="preserve">[46:42] </w:t>
      </w:r>
      <w:r>
        <w:t>jahan negative thinking hai, wahan shikayat hai.</w:t>
      </w:r>
    </w:p>
    <w:p>
      <w:pPr>
        <w:jc w:val="right"/>
      </w:pPr>
      <w:r>
        <w:t>جہاں نیگیٹیو تھنکنگ ہے، وہاں شکایت ہے۔</w:t>
      </w:r>
    </w:p>
    <w:p>
      <w:r>
        <w:rPr>
          <w:b/>
        </w:rPr>
        <w:t xml:space="preserve">[46:46] </w:t>
      </w:r>
      <w:r>
        <w:t>bilkul seedhi pehchan hai.</w:t>
      </w:r>
    </w:p>
    <w:p>
      <w:pPr>
        <w:jc w:val="right"/>
      </w:pPr>
      <w:r>
        <w:t>بالکل سیدھی پہچان ہے۔</w:t>
      </w:r>
    </w:p>
    <w:p>
      <w:r>
        <w:rPr>
          <w:b/>
        </w:rPr>
        <w:t xml:space="preserve">[46:49] </w:t>
      </w:r>
      <w:r>
        <w:t>jahan shikayat ho, samjhiye ke zaroor wahan negative thinking maujood hai.</w:t>
      </w:r>
    </w:p>
    <w:p>
      <w:pPr>
        <w:jc w:val="right"/>
      </w:pPr>
      <w:r>
        <w:t>جہاں شکایت ہو، سمجھئے کہ ضرور وہاں نیگیٹیو تھنکنگ موجود ہے۔</w:t>
      </w:r>
    </w:p>
    <w:p>
      <w:r>
        <w:rPr>
          <w:b/>
        </w:rPr>
        <w:t xml:space="preserve">[46:53] </w:t>
      </w:r>
      <w:r>
        <w:t>jahan negative thinking ho, samjhiye ke wahan zaroor shikayat maujood hogi.</w:t>
      </w:r>
    </w:p>
    <w:p>
      <w:pPr>
        <w:jc w:val="right"/>
      </w:pPr>
      <w:r>
        <w:t>جہاں نیگیٹیو تھنکنگ ہو، سمجھئے کہ وہاں ضرور شکایت موجود ہوگی۔</w:t>
      </w:r>
    </w:p>
    <w:p>
      <w:r>
        <w:rPr>
          <w:b/>
        </w:rPr>
        <w:t xml:space="preserve">[46:57] </w:t>
      </w:r>
      <w:r>
        <w:t>aur is ko call kijiye.</w:t>
      </w:r>
    </w:p>
    <w:p>
      <w:pPr>
        <w:jc w:val="right"/>
      </w:pPr>
      <w:r>
        <w:t>اور اس کو کل کیجیے۔</w:t>
      </w:r>
    </w:p>
    <w:p>
      <w:r>
        <w:rPr>
          <w:b/>
        </w:rPr>
        <w:t xml:space="preserve">[47:01] </w:t>
      </w:r>
      <w:r>
        <w:t>maulana, yeh sawal Dilli se aaya hai aur shariq hussain</w:t>
      </w:r>
    </w:p>
    <w:p>
      <w:pPr>
        <w:jc w:val="right"/>
      </w:pPr>
      <w:r>
        <w:t>مولانا، یہ سوال دلی سے آیا ہے اور شارق حسین</w:t>
      </w:r>
    </w:p>
    <w:p>
      <w:r>
        <w:rPr>
          <w:b/>
        </w:rPr>
        <w:t xml:space="preserve">[47:04] </w:t>
      </w:r>
      <w:r>
        <w:t>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p>
    <w:p>
      <w:pPr>
        <w:jc w:val="right"/>
      </w:pPr>
      <w:r>
        <w:t>صاحب نے کیا ہے۔ انہوں نے لکھا ہے کہ ایک شخص کو حکمت کے حصول کے لیے کیا کرنا چاہیے جس سے وہ خود کو کرائسس میں ٹوٹنے سے بچا سکے؟ اس کے بارے میں بتائیں۔ بھئی، میں اپنا تجربہ عرض کروں گا کہ آپ ہماری کتابیں پڑھیے۔ عملی تجربہ یہی ہے میرا۔ کیونکہ جو کتابیں پڑھتا ہوں، دوسروں کی کئی حکمت ہوتی نہیں۔ میں</w:t>
      </w:r>
    </w:p>
    <w:p>
      <w:r>
        <w:rPr>
          <w:b/>
        </w:rPr>
        <w:t xml:space="preserve">[47:34] </w:t>
      </w:r>
      <w:r>
        <w:t>ne bohat parha, bohat parha.</w:t>
      </w:r>
    </w:p>
    <w:p>
      <w:pPr>
        <w:jc w:val="right"/>
      </w:pPr>
      <w:r>
        <w:t>نے بہت پڑھا، بہت پڑھا۔</w:t>
      </w:r>
    </w:p>
    <w:p>
      <w:r>
        <w:rPr>
          <w:b/>
        </w:rPr>
        <w:t xml:space="preserve">[47:40] </w:t>
      </w:r>
      <w:r>
        <w:t>yani English mein, Arabic mein, Urdu mein, Farsi mein aur Hindi mein bhi kitni kitaben parh dali.</w:t>
      </w:r>
    </w:p>
    <w:p>
      <w:pPr>
        <w:jc w:val="right"/>
      </w:pPr>
      <w:r>
        <w:t>یعنی انگلش میں، عربی میں، اردو میں، فارسی میں اور ہندی میں بھی کتنی کتابیں پڑھ ڈالی۔</w:t>
      </w:r>
    </w:p>
    <w:p>
      <w:r>
        <w:rPr>
          <w:b/>
        </w:rPr>
        <w:t xml:space="preserve">[47:47] </w:t>
      </w:r>
      <w:r>
        <w:t>ek zamanay mein mera yeh haal tha ke main sarak par chalta tha, Adab Garh mein, rastay mein</w:t>
      </w:r>
    </w:p>
    <w:p>
      <w:pPr>
        <w:jc w:val="right"/>
      </w:pPr>
      <w:r>
        <w:t>ایک زمانے میں میرا یہ حال تھا کہ میں سڑک پر چلتا تھا، آدب گڑھ میں، راستے میں</w:t>
      </w:r>
    </w:p>
    <w:p>
      <w:r>
        <w:rPr>
          <w:b/>
        </w:rPr>
        <w:t xml:space="preserve">[47:53] </w:t>
      </w:r>
      <w:r>
        <w:t>koi parha hua tha waraq, utha kar parhne laga.</w:t>
      </w:r>
    </w:p>
    <w:p>
      <w:pPr>
        <w:jc w:val="right"/>
      </w:pPr>
      <w:r>
        <w:t>کوئی پڑا ہوا تھا ورق، اٹھا کر پڑھنے لگا۔</w:t>
      </w:r>
    </w:p>
    <w:p>
      <w:r>
        <w:rPr>
          <w:b/>
        </w:rPr>
        <w:t xml:space="preserve">[47:59] </w:t>
      </w:r>
      <w:r>
        <w:t>library mein jata tha, main Mahtab library mein, wahan gard pari hoti. khol</w:t>
      </w:r>
    </w:p>
    <w:p>
      <w:pPr>
        <w:jc w:val="right"/>
      </w:pPr>
      <w:r>
        <w:t>لائبریری میں جاتا تھا، میں مہتاب لائبریری میں، وہاں گرد پڑی ہوتی۔ کھول</w:t>
      </w:r>
    </w:p>
    <w:p>
      <w:r>
        <w:rPr>
          <w:b/>
        </w:rPr>
        <w:t xml:space="preserve">[48:05] </w:t>
      </w:r>
      <w:r>
        <w:t>khol kar gard hata kar kitaben parhta tha.</w:t>
      </w:r>
    </w:p>
    <w:p>
      <w:pPr>
        <w:jc w:val="right"/>
      </w:pPr>
      <w:r>
        <w:t>کھول کر گرد ہٹا کر کتابیں پڑھتا تھا۔</w:t>
      </w:r>
    </w:p>
    <w:p>
      <w:r>
        <w:rPr>
          <w:b/>
        </w:rPr>
        <w:t xml:space="preserve">[48:09] </w:t>
      </w:r>
      <w:r>
        <w:t>Shibli masjid mein parhta tha, main subah jata tha aur sham ko nikalta tha.</w:t>
      </w:r>
    </w:p>
    <w:p>
      <w:pPr>
        <w:jc w:val="right"/>
      </w:pPr>
      <w:r>
        <w:t>شبلی مسجد میں پڑھتا تھا، میں صبح جاتا تھا اور شام کو نکلتا تھا۔</w:t>
      </w:r>
    </w:p>
    <w:p>
      <w:r>
        <w:rPr>
          <w:b/>
        </w:rPr>
        <w:t xml:space="preserve">[48:13] </w:t>
      </w:r>
      <w:r>
        <w:t>lekin apne tajrube mein kahoon ke koi ek kitab mujhe nahi mili jis ke jo mein kahoon ke</w:t>
      </w:r>
    </w:p>
    <w:p>
      <w:pPr>
        <w:jc w:val="right"/>
      </w:pPr>
      <w:r>
        <w:t>لیکن اپنے تجربے میں کہوں کہ کوئی ایک کتاب مجھے نہیں ملی جس کے جو میں کہوں کہ</w:t>
      </w:r>
    </w:p>
    <w:p>
      <w:r>
        <w:rPr>
          <w:b/>
        </w:rPr>
        <w:t xml:space="preserve">[48:17] </w:t>
      </w:r>
      <w:r>
        <w:t>wo book of hikmat hai, wo mujhe nahi mili.</w:t>
      </w:r>
    </w:p>
    <w:p>
      <w:pPr>
        <w:jc w:val="right"/>
      </w:pPr>
      <w:r>
        <w:t>وہ بک آف حکمت ہے، وہ مجھے نہیں ملی۔</w:t>
      </w:r>
    </w:p>
    <w:p>
      <w:r>
        <w:rPr>
          <w:b/>
        </w:rPr>
        <w:t xml:space="preserve">[48:22] </w:t>
      </w:r>
      <w:r>
        <w:t>aap ko agar mili hai to aap bataiye, main is ka pata.</w:t>
      </w:r>
    </w:p>
    <w:p>
      <w:pPr>
        <w:jc w:val="right"/>
      </w:pPr>
      <w:r>
        <w:t>آپ کو اگر ملی ہے تو آپ بتائیے، میں اس کا پتہ۔</w:t>
      </w:r>
    </w:p>
    <w:p>
      <w:r>
        <w:rPr>
          <w:b/>
        </w:rPr>
        <w:t xml:space="preserve">[48:26] </w:t>
      </w:r>
      <w:r>
        <w:t>to main yahi kahoon ke hamari jo kitab hai, is ko parhiye.</w:t>
      </w:r>
    </w:p>
    <w:p>
      <w:pPr>
        <w:jc w:val="right"/>
      </w:pPr>
      <w:r>
        <w:t>تو میں یہی کہوں کہ ہماری جو کتاب ہے، اس کو پڑھیے۔</w:t>
      </w:r>
    </w:p>
    <w:p>
      <w:r>
        <w:rPr>
          <w:b/>
        </w:rPr>
        <w:t xml:space="preserve">[48:30] </w:t>
      </w:r>
      <w:r>
        <w:t>bar bar parhiye, bar bar parhiye, bar bar parhiye. aur</w:t>
      </w:r>
    </w:p>
    <w:p>
      <w:pPr>
        <w:jc w:val="right"/>
      </w:pPr>
      <w:r>
        <w:t>بار بار پڑھیے، بار بار پڑھیے، بار بار پڑھیے۔ اور</w:t>
      </w:r>
    </w:p>
    <w:p>
      <w:r>
        <w:rPr>
          <w:b/>
        </w:rPr>
        <w:t xml:space="preserve">[48:35] </w:t>
      </w:r>
      <w:r>
        <w:t>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p>
    <w:p>
      <w:pPr>
        <w:jc w:val="right"/>
      </w:pPr>
      <w:r>
        <w:t>میرے تجربے میں حکمت کو جاننے کا کوئی دوسرا ذریعہ موجود نہیں ہے۔ اگر کسی کو ہے، کسی کا نزدیک تو وہ مجھے اس کا پتہ بتائے۔ ابھی کل میں نے ایک بہت بڑے آدمی کا ایک لمبا مقالہ پڑھا۔ بہت لمبا، پتہ نہیں کتنے صفحات کا تھا۔ یعنی وہ مسلمانوں کی جو لٹری ہسٹری ہے، پورے ہزار سال کی، اس پر تبصرہ تھا وہ۔ یعنی مس</w:t>
      </w:r>
    </w:p>
    <w:p>
      <w:r>
        <w:rPr>
          <w:b/>
        </w:rPr>
        <w:t xml:space="preserve">[49:05] </w:t>
      </w:r>
      <w:r>
        <w:t>Musalmanon ki hazar saala literature history par.</w:t>
      </w:r>
    </w:p>
    <w:p>
      <w:pPr>
        <w:jc w:val="right"/>
      </w:pPr>
      <w:r>
        <w:t>لمانوں کی ہزار سالہ لٹری ہسٹری پر۔</w:t>
      </w:r>
    </w:p>
    <w:p>
      <w:r>
        <w:rPr>
          <w:b/>
        </w:rPr>
        <w:t xml:space="preserve">[49:09] </w:t>
      </w:r>
      <w:r>
        <w:t>aur ek bhi is mein hikmat ki baat nahi.</w:t>
      </w:r>
    </w:p>
    <w:p>
      <w:pPr>
        <w:jc w:val="right"/>
      </w:pPr>
      <w:r>
        <w:t>اور ایک بھی اس میں حکمت کی بات نہیں۔</w:t>
      </w:r>
    </w:p>
    <w:p>
      <w:r>
        <w:rPr>
          <w:b/>
        </w:rPr>
        <w:t xml:space="preserve">[49:13] </w:t>
      </w:r>
      <w:r>
        <w:t>sab maslay, misaal, maslay, misaal, maslay, misaal.</w:t>
      </w:r>
    </w:p>
    <w:p>
      <w:pPr>
        <w:jc w:val="right"/>
      </w:pPr>
      <w:r>
        <w:t>سب مسئلے، مثال، مسئلے، مثال، مسئلے، مثال۔</w:t>
      </w:r>
    </w:p>
    <w:p>
      <w:r>
        <w:rPr>
          <w:b/>
        </w:rPr>
        <w:t xml:space="preserve">[49:18] </w:t>
      </w:r>
      <w:r>
        <w:t>to mein kya karoon? mein yahi mashwara de sakta hoon ke aap hamari kitabein parhiye, bar bar parhiye.</w:t>
      </w:r>
    </w:p>
    <w:p>
      <w:pPr>
        <w:jc w:val="right"/>
      </w:pPr>
      <w:r>
        <w:t>تو میں کیا کروں؟ میں یہی مشورہ دے سکتا ہوں کہ آپ ہماری کتابیں پڑھیے، بار بار پڑھیے۔</w:t>
      </w:r>
    </w:p>
    <w:p>
      <w:r>
        <w:rPr>
          <w:b/>
        </w:rPr>
        <w:t xml:space="preserve">[49:22] </w:t>
      </w:r>
      <w:r>
        <w:t>aap english wale hain to aap spirit of islam parhiye.</w:t>
      </w:r>
    </w:p>
    <w:p>
      <w:pPr>
        <w:jc w:val="right"/>
      </w:pPr>
      <w:r>
        <w:t>آپ انگلش والے ہیں تو آپ اسپریٹ آف اسلام پڑھیے۔</w:t>
      </w:r>
    </w:p>
    <w:p>
      <w:r>
        <w:rPr>
          <w:b/>
        </w:rPr>
        <w:t xml:space="preserve">[49:26] </w:t>
      </w:r>
      <w:r>
        <w:t>urdu wale hain to risala monthly parhiye.</w:t>
      </w:r>
    </w:p>
    <w:p>
      <w:pPr>
        <w:jc w:val="right"/>
      </w:pPr>
      <w:r>
        <w:t>اردو والے ہیں تو رسالہ منتھلی پڑھیے۔</w:t>
      </w:r>
    </w:p>
    <w:p>
      <w:r>
        <w:rPr>
          <w:b/>
        </w:rPr>
        <w:t xml:space="preserve">[49:31] </w:t>
      </w:r>
      <w:r>
        <w:t>yeh mashwara de sakta hoon.</w:t>
      </w:r>
    </w:p>
    <w:p>
      <w:pPr>
        <w:jc w:val="right"/>
      </w:pPr>
      <w:r>
        <w:t>یہ مشورہ دے سکتا ہوں۔</w:t>
      </w:r>
    </w:p>
    <w:p>
      <w:r>
        <w:rPr>
          <w:b/>
        </w:rPr>
        <w:t xml:space="preserve">[49:35] </w:t>
      </w:r>
      <w:r>
        <w:t>apne tajrube ki roshni mein koi doosra mashwara mere paas nahi hai.</w:t>
      </w:r>
    </w:p>
    <w:p>
      <w:pPr>
        <w:jc w:val="right"/>
      </w:pPr>
      <w:r>
        <w:t>اپنے تجربے کی روشنی میں کوئی دوسرا مشورہ میرے پاس نہیں ہے۔</w:t>
      </w:r>
    </w:p>
    <w:p>
      <w:r>
        <w:rPr>
          <w:b/>
        </w:rPr>
        <w:t xml:space="preserve">[49:39] </w:t>
      </w:r>
      <w:r>
        <w:t>maulana, agla sawal dilli se hai aur shahab haider sahib ne kiya hai.</w:t>
      </w:r>
    </w:p>
    <w:p>
      <w:pPr>
        <w:jc w:val="right"/>
      </w:pPr>
      <w:r>
        <w:t>مولانا، اگلا سوال دلی سے ہے اور شہاب حیدر صاحب نے کیا ہے۔</w:t>
      </w:r>
    </w:p>
    <w:p>
      <w:r>
        <w:rPr>
          <w:b/>
        </w:rPr>
        <w:t xml:space="preserve">[49:45] </w:t>
      </w:r>
      <w:r>
        <w:t>unhone likha hai ke yes, i agree with you that the muslims should forsake and reject arms</w:t>
      </w:r>
    </w:p>
    <w:p>
      <w:pPr>
        <w:jc w:val="right"/>
      </w:pPr>
      <w:r>
        <w:t>انہوں نے لکھا ہے کہ یس، آئی ایگری ود یو دیٹ دا مسلمز شوڈ فورسیک اینڈ ریجیکٹ آرمز</w:t>
      </w:r>
    </w:p>
    <w:p>
      <w:r>
        <w:rPr>
          <w:b/>
        </w:rPr>
        <w:t xml:space="preserve">[49:51] </w:t>
      </w:r>
      <w:r>
        <w:t>and violence, and they should accept and embrace quran.</w:t>
      </w:r>
    </w:p>
    <w:p>
      <w:pPr>
        <w:jc w:val="right"/>
      </w:pPr>
      <w:r>
        <w:t>اینڈ وائلنس، اینڈ دے شوڈ ایکسیپٹ اینڈ ایمبریس قرآن۔</w:t>
      </w:r>
    </w:p>
    <w:p>
      <w:r>
        <w:rPr>
          <w:b/>
        </w:rPr>
        <w:t xml:space="preserve">[49:58] </w:t>
      </w:r>
      <w:r>
        <w:t>maulana, my question is that the people in gaza are surrounded by mahasra.</w:t>
      </w:r>
    </w:p>
    <w:p>
      <w:pPr>
        <w:jc w:val="right"/>
      </w:pPr>
      <w:r>
        <w:t>مولانا، مائی کوئسچن از دیٹ دا پیپل ان غازہ آر سراؤنڈڈ بائے محاصرہ۔</w:t>
      </w:r>
    </w:p>
    <w:p>
      <w:r>
        <w:rPr>
          <w:b/>
        </w:rPr>
        <w:t xml:space="preserve">[50:04] </w:t>
      </w:r>
      <w:r>
        <w:t>what should they do? what is your advice? ek kitab hai, uska naam hai "afred bits of history".</w:t>
      </w:r>
    </w:p>
    <w:p>
      <w:pPr>
        <w:jc w:val="right"/>
      </w:pPr>
      <w:r>
        <w:t>واٹ شوڈ دے ڈو؟ واٹ از یور ایڈوائس؟ ایک کتاب ہے، اس کا نام ہے "افرڈ بٹس آف ہسٹری"۔</w:t>
      </w:r>
    </w:p>
    <w:p>
      <w:r>
        <w:rPr>
          <w:b/>
        </w:rPr>
        <w:t xml:space="preserve">[50:10] </w:t>
      </w:r>
      <w:r>
        <w:t>bahut dilchasp kitab hai.</w:t>
      </w:r>
    </w:p>
    <w:p>
      <w:pPr>
        <w:jc w:val="right"/>
      </w:pPr>
      <w:r>
        <w:t>بہت دلچسپ کتاب ہے۔</w:t>
      </w:r>
    </w:p>
    <w:p>
      <w:r>
        <w:rPr>
          <w:b/>
        </w:rPr>
        <w:t xml:space="preserve">[50:14] </w:t>
      </w:r>
      <w:r>
        <w:t>aap bhi isi mein phanse hue hain.</w:t>
      </w:r>
    </w:p>
    <w:p>
      <w:pPr>
        <w:jc w:val="right"/>
      </w:pPr>
      <w:r>
        <w:t>آپ بھی اسی میں پھنسے ہوئے ہیں۔</w:t>
      </w:r>
    </w:p>
    <w:p>
      <w:r>
        <w:rPr>
          <w:b/>
        </w:rPr>
        <w:t xml:space="preserve">[50:18] </w:t>
      </w:r>
      <w:r>
        <w:t>ek "afred bit" laga kar ke baat ko khatam kar dete hain.</w:t>
      </w:r>
    </w:p>
    <w:p>
      <w:pPr>
        <w:jc w:val="right"/>
      </w:pPr>
      <w:r>
        <w:t>ایک "افرڈ بٹ" لگا کر کے بات کو ختم کر دیتے ہیں۔</w:t>
      </w:r>
    </w:p>
    <w:p>
      <w:r>
        <w:rPr>
          <w:b/>
        </w:rPr>
        <w:t xml:space="preserve">[50:23] </w:t>
      </w:r>
      <w:r>
        <w:t>yani aapne sachai ko mana aur phir "afred bit" laga kar khatam kar diya isko.</w:t>
      </w:r>
    </w:p>
    <w:p>
      <w:pPr>
        <w:jc w:val="right"/>
      </w:pPr>
      <w:r>
        <w:t>یعنی آپ نے سچائی کو مانا اور پھر "افرڈ بٹ" لگا کر ختم کر دیا اس کو۔</w:t>
      </w:r>
    </w:p>
    <w:p>
      <w:r>
        <w:rPr>
          <w:b/>
        </w:rPr>
        <w:t xml:space="preserve">[50:27] </w:t>
      </w:r>
      <w:r>
        <w:t>abhi mera article chapa hai times of india mein.</w:t>
      </w:r>
    </w:p>
    <w:p>
      <w:pPr>
        <w:jc w:val="right"/>
      </w:pPr>
      <w:r>
        <w:t>ابھی میرا آرٹیکل چھپا ہے ٹائمز آف انڈیا میں۔</w:t>
      </w:r>
    </w:p>
    <w:p>
      <w:r>
        <w:rPr>
          <w:b/>
        </w:rPr>
        <w:t xml:space="preserve">[50:31] </w:t>
      </w:r>
      <w:r>
        <w:t>maine ismein likha hai ke filastiniyon ke teen pocket hain.</w:t>
      </w:r>
    </w:p>
    <w:p>
      <w:pPr>
        <w:jc w:val="right"/>
      </w:pPr>
      <w:r>
        <w:t>میں نے اس میں لکھا ہے کہ فلسطینیوں کے تین پاکٹ ہیں۔</w:t>
      </w:r>
    </w:p>
    <w:p>
      <w:r>
        <w:rPr>
          <w:b/>
        </w:rPr>
        <w:t xml:space="preserve">[50:36] </w:t>
      </w:r>
      <w:r>
        <w:t>ek hai khud israel mein jo filastini hain, kafi hain wahan bhi. doosra jo</w:t>
      </w:r>
    </w:p>
    <w:p>
      <w:pPr>
        <w:jc w:val="right"/>
      </w:pPr>
      <w:r>
        <w:t>ایک ہے خود اسرائیل میں جو فلسطینی ہیں، کافی ہیں وہاں بھی۔ دوسرا جو</w:t>
      </w:r>
    </w:p>
    <w:p>
      <w:r>
        <w:rPr>
          <w:b/>
        </w:rPr>
        <w:t xml:space="preserve">[50:40] </w:t>
      </w:r>
      <w:r>
        <w:t>west bank hai, wahan bhi filastini kafi hain.</w:t>
      </w:r>
    </w:p>
    <w:p>
      <w:pPr>
        <w:jc w:val="right"/>
      </w:pPr>
      <w:r>
        <w:t>ویسٹ بینک ہے، وہاں بھی فلسطینی کافی ہیں۔</w:t>
      </w:r>
    </w:p>
    <w:p>
      <w:r>
        <w:rPr>
          <w:b/>
        </w:rPr>
        <w:t xml:space="preserve">[50:44] </w:t>
      </w:r>
      <w:r>
        <w:t>aur teesra gaza.</w:t>
      </w:r>
    </w:p>
    <w:p>
      <w:pPr>
        <w:jc w:val="right"/>
      </w:pPr>
      <w:r>
        <w:t>اور تیسرا غزہ۔</w:t>
      </w:r>
    </w:p>
    <w:p>
      <w:r>
        <w:rPr>
          <w:b/>
        </w:rPr>
        <w:t xml:space="preserve">[50:48] </w:t>
      </w:r>
      <w:r>
        <w:t>to do pocket mein woh peaceful tareeqe se reh rahe hain.</w:t>
      </w:r>
    </w:p>
    <w:p>
      <w:pPr>
        <w:jc w:val="right"/>
      </w:pPr>
      <w:r>
        <w:t>تو دو پاکٹ میں وہ پیس فل طریقے سے رہ رہے ہیں۔</w:t>
      </w:r>
    </w:p>
    <w:p>
      <w:r>
        <w:rPr>
          <w:b/>
        </w:rPr>
        <w:t xml:space="preserve">[50:53] </w:t>
      </w:r>
      <w:r>
        <w:t>to aap compare kijiye inka empire, that you understand.</w:t>
      </w:r>
    </w:p>
    <w:p>
      <w:pPr>
        <w:jc w:val="right"/>
      </w:pPr>
      <w:r>
        <w:t>تو آپ کمپیئر کیجیے ان کا امپیرئیر، دیٹ یو انڈرسٹینڈ۔</w:t>
      </w:r>
    </w:p>
    <w:p>
      <w:r>
        <w:rPr>
          <w:b/>
        </w:rPr>
        <w:t xml:space="preserve">[50:57] </w:t>
      </w:r>
      <w:r>
        <w:t>kyunki do pocket mein peaceful tareeqe se reh rahe hain, ek hi jagah kyun aisa hai? ek</w:t>
      </w:r>
    </w:p>
    <w:p>
      <w:pPr>
        <w:jc w:val="right"/>
      </w:pPr>
      <w:r>
        <w:t>کیونکہ دو پاکٹ میں پیس فل طریقے سے رہ رہے ہیں، ایک ہی جگہ کیوں ایسا ہے؟ ایک</w:t>
      </w:r>
    </w:p>
    <w:p>
      <w:r>
        <w:rPr>
          <w:b/>
        </w:rPr>
        <w:t xml:space="preserve">[51:01] </w:t>
      </w:r>
      <w:r>
        <w:t>hi jagah kyun aisa hai? isliye ke woh aqal ka kaam nahi karte.</w:t>
      </w:r>
    </w:p>
    <w:p>
      <w:pPr>
        <w:jc w:val="right"/>
      </w:pPr>
      <w:r>
        <w:t>ہی جگہ کیوں ایسا ہے؟ اس لیے کہ وہ عقل کا کام نہیں کرتے۔</w:t>
      </w:r>
    </w:p>
    <w:p>
      <w:r>
        <w:rPr>
          <w:b/>
        </w:rPr>
        <w:t xml:space="preserve">[51:06] </w:t>
      </w:r>
      <w:r>
        <w:t>aapko pata hai ke teen soldier ko naujawan pakad laye, ek israeli, aur usko zabah kar diya.</w:t>
      </w:r>
    </w:p>
    <w:p>
      <w:pPr>
        <w:jc w:val="right"/>
      </w:pPr>
      <w:r>
        <w:t>آپ کو پتہ ہے کہ تین سولجر کو نوجوان پکڑ لائے، ایک اسرائیلی، اور اس کو ذبح کر دیا۔</w:t>
      </w:r>
    </w:p>
    <w:p>
      <w:r>
        <w:rPr>
          <w:b/>
        </w:rPr>
        <w:t xml:space="preserve">[51:10] </w:t>
      </w:r>
      <w:r>
        <w:t>phir bhadak uthe, yeh kyun karte hain? retaliate kiya israel ne? aur peeche agar jayein to 1948 mein</w:t>
      </w:r>
    </w:p>
    <w:p>
      <w:pPr>
        <w:jc w:val="right"/>
      </w:pPr>
      <w:r>
        <w:t>پھر بھڑک اٹھے، یہ کیوں کرتے ہیں؟ ریٹیلیٹ کیا اسرائیل نے؟ اور پیچھے اگر جائیں تو 1948 میں</w:t>
      </w:r>
    </w:p>
    <w:p>
      <w:r>
        <w:rPr>
          <w:b/>
        </w:rPr>
        <w:t xml:space="preserve">[51:18] </w:t>
      </w:r>
      <w:r>
        <w:t>jab balfour ke tehat partition hua tha aur taqreeban half mila tha falastiniyon ko, half mila tha yahudiyon</w:t>
      </w:r>
    </w:p>
    <w:p>
      <w:pPr>
        <w:jc w:val="right"/>
      </w:pPr>
      <w:r>
        <w:t>جب بالفور کے تحت پارٹیشن ہوا تھا اور تقریباً ہاف ملا تھا فلسطینیوں کو، ہاف ملا تھا یہودیوں</w:t>
      </w:r>
    </w:p>
    <w:p>
      <w:r>
        <w:rPr>
          <w:b/>
        </w:rPr>
        <w:t xml:space="preserve">[51:25] </w:t>
      </w:r>
      <w:r>
        <w:t>ko, to yeh arabi thay jinhon ne jang chhori.</w:t>
      </w:r>
    </w:p>
    <w:p>
      <w:pPr>
        <w:jc w:val="right"/>
      </w:pPr>
      <w:r>
        <w:t>کو، تو یہ عربی تھے جنہوں نے جنگ چھوڑی۔</w:t>
      </w:r>
    </w:p>
    <w:p>
      <w:r>
        <w:rPr>
          <w:b/>
        </w:rPr>
        <w:t xml:space="preserve">[51:33] </w:t>
      </w:r>
      <w:r>
        <w:t>aur jo muqaddas aadmi thay us zamane mein, hasan binna, unhon ne shuru kar diya.</w:t>
      </w:r>
    </w:p>
    <w:p>
      <w:pPr>
        <w:jc w:val="right"/>
      </w:pPr>
      <w:r>
        <w:t>اور جو مقدس آدمی تھے اس زمانے میں، حسن بننا، انہوں نے شروع کر دیا۔</w:t>
      </w:r>
    </w:p>
    <w:p>
      <w:r>
        <w:rPr>
          <w:b/>
        </w:rPr>
        <w:t xml:space="preserve">[51:40] </w:t>
      </w:r>
      <w:r>
        <w:t>bhai, un ko ehsas karna chahiye tha halaat ka ke hum kiya larr kar jeet sakte hain? Rasool Allah Sal Allah Alaihi Wasallam ke paas baqayda department tha, barabar bhejte rehte the. fareeqe saani ki taqat kiya hai, us ka andaza karne ke liye. taqat ka andaza karne ke liye. yeh nahin ke bas larr le, khare ho jaen. misaal ke taur par dekhiye, ek ek ek ghazwa aata hai, us mein Rasool Allah Sal Allah Alaihi Wasallam ko pata chala ke idhar se</w:t>
      </w:r>
    </w:p>
    <w:p>
      <w:pPr>
        <w:jc w:val="right"/>
      </w:pPr>
      <w:r>
        <w:t>بھئی، ان کو احساس کرنا چاہیے تھا حالات کا کہ ہم کیا لڑ کر جیت سکتے ہیں؟ رسول اللہ صلی اللہ علیہ وسلم کے پاس باقاعدہ ڈیپارٹمنٹ تھا، برابر بھیجتے رہتے تھے۔ فریق ثانی کی طاقت کیا ہے، اس کا اندازہ کرنے کے لیے۔ طاقت کا اندازہ کرنے کے لیے۔ یہ نہیں کہ بس لڑ لے، کھڑے ہو جائیں۔ مثلاً دیکھیں، ایک ایک ایک غزوہ آتا ہے، اس میں رسول اللہ صلی اللہ علیہ وسلم کو پتہ چلا کہ ادھر سے</w:t>
      </w:r>
    </w:p>
    <w:p>
      <w:r>
        <w:rPr>
          <w:b/>
        </w:rPr>
        <w:t xml:space="preserve">[52:10] </w:t>
      </w:r>
      <w:r>
        <w:t>fareeqe sani ek ek fauj le chala aa raha hai.</w:t>
      </w:r>
    </w:p>
    <w:p>
      <w:pPr>
        <w:jc w:val="right"/>
      </w:pPr>
      <w:r>
        <w:t>فریق ثانی ایک ایک فوج لے چلا آ رہا ہے۔</w:t>
      </w:r>
    </w:p>
    <w:p>
      <w:r>
        <w:rPr>
          <w:b/>
        </w:rPr>
        <w:t xml:space="preserve">[52:15] </w:t>
      </w:r>
      <w:r>
        <w:t>rasool Allah salallaho alaihe wasallam ne bheja kuch logon ko pata karo ke kitne log hain, kaise hain.</w:t>
      </w:r>
    </w:p>
    <w:p>
      <w:pPr>
        <w:jc w:val="right"/>
      </w:pPr>
      <w:r>
        <w:t>رسول اللہ صلی اللہ علیہ وسلم نے بھیجا کچھ لوگوں کو پتہ کرو کہ کتنے لوگ ہیں، کیسے ہیں۔</w:t>
      </w:r>
    </w:p>
    <w:p>
      <w:r>
        <w:rPr>
          <w:b/>
        </w:rPr>
        <w:t xml:space="preserve">[52:19] </w:t>
      </w:r>
      <w:r>
        <w:t>maloom hua ke bohat yani taqat wale log hain.</w:t>
      </w:r>
    </w:p>
    <w:p>
      <w:pPr>
        <w:jc w:val="right"/>
      </w:pPr>
      <w:r>
        <w:t>معلوم ہوا کہ بہت یعنی طاقت والے لوگ ہیں۔</w:t>
      </w:r>
    </w:p>
    <w:p>
      <w:r>
        <w:rPr>
          <w:b/>
        </w:rPr>
        <w:t xml:space="preserve">[52:23] </w:t>
      </w:r>
      <w:r>
        <w:t>to aap ne logon se kaha ke rasta badlo.</w:t>
      </w:r>
    </w:p>
    <w:p>
      <w:pPr>
        <w:jc w:val="right"/>
      </w:pPr>
      <w:r>
        <w:t>تو آپ نے لوگوں سے کہا کہ راستہ بدلو۔</w:t>
      </w:r>
    </w:p>
    <w:p>
      <w:r>
        <w:rPr>
          <w:b/>
        </w:rPr>
        <w:t xml:space="preserve">[52:27] </w:t>
      </w:r>
      <w:r>
        <w:t>to jo jo jis ko kehte hain mohtat rasta, jo bana hua rasta tha, us par woh aa</w:t>
      </w:r>
    </w:p>
    <w:p>
      <w:pPr>
        <w:jc w:val="right"/>
      </w:pPr>
      <w:r>
        <w:t>تو جو جو جس کو کہتے ہیں محتاط راستہ، جو بنا ہوا راستہ تھا، اس پر وہ آ</w:t>
      </w:r>
    </w:p>
    <w:p>
      <w:r>
        <w:rPr>
          <w:b/>
        </w:rPr>
        <w:t xml:space="preserve">[52:32] </w:t>
      </w:r>
      <w:r>
        <w:t>rahe thay, woh log isi par yeh bhi ja rahe thay.</w:t>
      </w:r>
    </w:p>
    <w:p>
      <w:pPr>
        <w:jc w:val="right"/>
      </w:pPr>
      <w:r>
        <w:t>رہے تھے، وہ لوگ اسی پر یہ بھی جا رہے تھے۔</w:t>
      </w:r>
    </w:p>
    <w:p>
      <w:r>
        <w:rPr>
          <w:b/>
        </w:rPr>
        <w:t xml:space="preserve">[52:36] </w:t>
      </w:r>
      <w:r>
        <w:t>kuch door ja kar takrao ho jata. rasta bad</w:t>
      </w:r>
    </w:p>
    <w:p>
      <w:pPr>
        <w:jc w:val="right"/>
      </w:pPr>
      <w:r>
        <w:t>کچھ دور جا کر ٹکراؤ ہو جاتا۔ راستہ بد</w:t>
      </w:r>
    </w:p>
    <w:p>
      <w:r>
        <w:rPr>
          <w:b/>
        </w:rPr>
        <w:t xml:space="preserve">[52:40] </w:t>
      </w:r>
      <w:r>
        <w:t>al diya aap ne.</w:t>
      </w:r>
    </w:p>
    <w:p>
      <w:pPr>
        <w:jc w:val="right"/>
      </w:pPr>
      <w:r>
        <w:t>ل دیا آپ نے۔</w:t>
      </w:r>
    </w:p>
    <w:p>
      <w:r>
        <w:rPr>
          <w:b/>
        </w:rPr>
        <w:t xml:space="preserve">[52:45] </w:t>
      </w:r>
      <w:r>
        <w:t>bohat hi ooncha, seedha, gadbad rasta, janglat, pahad, idhar se nikal gaye.</w:t>
      </w:r>
    </w:p>
    <w:p>
      <w:pPr>
        <w:jc w:val="right"/>
      </w:pPr>
      <w:r>
        <w:t>بہت ہی اونچا، سیدھا، گڑبڑ راستہ، جنگل، پہاڑ، ادھر سے نکل گئے۔</w:t>
      </w:r>
    </w:p>
    <w:p>
      <w:r>
        <w:rPr>
          <w:b/>
        </w:rPr>
        <w:t xml:space="preserve">[52:49] </w:t>
      </w:r>
      <w:r>
        <w:t>woh idhar se chale gaye.</w:t>
      </w:r>
    </w:p>
    <w:p>
      <w:pPr>
        <w:jc w:val="right"/>
      </w:pPr>
      <w:r>
        <w:t>وہ ادھر سے چلے گئے۔</w:t>
      </w:r>
    </w:p>
    <w:p>
      <w:r>
        <w:rPr>
          <w:b/>
        </w:rPr>
        <w:t xml:space="preserve">[52:54] </w:t>
      </w:r>
      <w:r>
        <w:t>to hasan binna ne kyun nahi aisa kiya ke woh sochte ke hum larenge to jeet sakte</w:t>
      </w:r>
    </w:p>
    <w:p>
      <w:pPr>
        <w:jc w:val="right"/>
      </w:pPr>
      <w:r>
        <w:t>تو حسن بننا نے کیوں نہیں ایسا کیا کہ وہ سوچتے کہ ہم لڑیں گے تو جیت سکتے</w:t>
      </w:r>
    </w:p>
    <w:p>
      <w:r>
        <w:rPr>
          <w:b/>
        </w:rPr>
        <w:t xml:space="preserve">[52:59] </w:t>
      </w:r>
      <w:r>
        <w:t>nahi? rasta badlo, accept karo.</w:t>
      </w:r>
    </w:p>
    <w:p>
      <w:pPr>
        <w:jc w:val="right"/>
      </w:pPr>
      <w:r>
        <w:t>نہیں؟ راستہ بدلو، ایکسیپٹ کرو۔</w:t>
      </w:r>
    </w:p>
    <w:p>
      <w:r>
        <w:rPr>
          <w:b/>
        </w:rPr>
        <w:t xml:space="preserve">[53:03] </w:t>
      </w:r>
      <w:r>
        <w:t>yeh koi tareeqa hai ke aap apne hisse ka jo hai, us ka to zikr hi na karein.</w:t>
      </w:r>
    </w:p>
    <w:p>
      <w:pPr>
        <w:jc w:val="right"/>
      </w:pPr>
      <w:r>
        <w:t>یہ کوئی طریقہ ہے کہ آپ اپنے حصے کا جو ہے، اس کا تو ذکر ہی نہ کریں۔</w:t>
      </w:r>
    </w:p>
    <w:p>
      <w:r>
        <w:rPr>
          <w:b/>
        </w:rPr>
        <w:t xml:space="preserve">[53:08] </w:t>
      </w:r>
      <w:r>
        <w:t>aur sirf doosra jo aadmi jo kar raha hai, jo retaliate kar raha hai, usi ka zikr karein.</w:t>
      </w:r>
    </w:p>
    <w:p>
      <w:pPr>
        <w:jc w:val="right"/>
      </w:pPr>
      <w:r>
        <w:t>اور صرف دوسرا جو آدمی جو کر رہا ہے، جو ریٹیلیٹ کر رہا ہے، اسی کا ذکر کریں۔</w:t>
      </w:r>
    </w:p>
    <w:p>
      <w:r>
        <w:rPr>
          <w:b/>
        </w:rPr>
        <w:t xml:space="preserve">[53:12] </w:t>
      </w:r>
      <w:r>
        <w:t>is mein mujhe is mein zara bhi shaq nahi ke is mein inhi hazrat ki ghalati hai jin</w:t>
      </w:r>
    </w:p>
    <w:p>
      <w:pPr>
        <w:jc w:val="right"/>
      </w:pPr>
      <w:r>
        <w:t>اس میں مجھے اس میں ذرا بھی شک نہیں کہ اس میں انہی حضرات کی غلطی ہے جن</w:t>
      </w:r>
    </w:p>
    <w:p>
      <w:r>
        <w:rPr>
          <w:b/>
        </w:rPr>
        <w:t xml:space="preserve">[53:16] </w:t>
      </w:r>
      <w:r>
        <w:t>ko aap log justify karte hain.</w:t>
      </w:r>
    </w:p>
    <w:p>
      <w:pPr>
        <w:jc w:val="right"/>
      </w:pPr>
      <w:r>
        <w:t>کو آپ لوگ جسٹیفائی کرتے ہیں۔</w:t>
      </w:r>
    </w:p>
    <w:p>
      <w:r>
        <w:rPr>
          <w:b/>
        </w:rPr>
        <w:t xml:space="preserve">[53:20] </w:t>
      </w:r>
      <w:r>
        <w:t>aaj bhi maine jis ka arz kiya, dekhiye aap, aap jaiye Israel mein, aaj bhi wahan arab</w:t>
      </w:r>
    </w:p>
    <w:p>
      <w:pPr>
        <w:jc w:val="right"/>
      </w:pPr>
      <w:r>
        <w:t>آج بھی میں نے جس کا عرض کیا، دیکھیے آپ، آپ جائیے اسرائیل میں، آج بھی وہاں عرب</w:t>
      </w:r>
    </w:p>
    <w:p>
      <w:r>
        <w:rPr>
          <w:b/>
        </w:rPr>
        <w:t xml:space="preserve">[53:23] </w:t>
      </w:r>
      <w:r>
        <w:t>bohat sukoon ke sath reh rahe hain.</w:t>
      </w:r>
    </w:p>
    <w:p>
      <w:pPr>
        <w:jc w:val="right"/>
      </w:pPr>
      <w:r>
        <w:t>بہت سکون کے ساتھ رہ رہے ہیں۔</w:t>
      </w:r>
    </w:p>
    <w:p>
      <w:r>
        <w:rPr>
          <w:b/>
        </w:rPr>
        <w:t xml:space="preserve">[53:27] </w:t>
      </w:r>
      <w:r>
        <w:t>aap West Bank jaiye, wahan bhi arab sukoon ke sath reh rahe hain.</w:t>
      </w:r>
    </w:p>
    <w:p>
      <w:pPr>
        <w:jc w:val="right"/>
      </w:pPr>
      <w:r>
        <w:t>آپ ویسٹ بینک جائیے، وہاں بھی عرب سکون کے ساتھ رہ رہے ہیں۔</w:t>
      </w:r>
    </w:p>
    <w:p>
      <w:r>
        <w:rPr>
          <w:b/>
        </w:rPr>
        <w:t xml:space="preserve">[53:31] </w:t>
      </w:r>
      <w:r>
        <w:t>woh woh sab Falasteen ka hissa hai.</w:t>
      </w:r>
    </w:p>
    <w:p>
      <w:pPr>
        <w:jc w:val="right"/>
      </w:pPr>
      <w:r>
        <w:t>وہ وہ سب فلسطین کا حصہ ہے۔</w:t>
      </w:r>
    </w:p>
    <w:p>
      <w:r>
        <w:rPr>
          <w:b/>
        </w:rPr>
        <w:t xml:space="preserve">[53:35] </w:t>
      </w:r>
      <w:r>
        <w:t>jo kuch qissa hai, woh ghazab hai.</w:t>
      </w:r>
    </w:p>
    <w:p>
      <w:pPr>
        <w:jc w:val="right"/>
      </w:pPr>
      <w:r>
        <w:t>جو کچھ قصہ ہے، وہ غضب ہے۔</w:t>
      </w:r>
    </w:p>
    <w:p>
      <w:r>
        <w:rPr>
          <w:b/>
        </w:rPr>
        <w:t xml:space="preserve">[53:39] </w:t>
      </w:r>
      <w:r>
        <w:t>aur ghazab is liye hai ke woh yani tilen khod khod kar hathiyar le aate hain, wahan bam</w:t>
      </w:r>
    </w:p>
    <w:p>
      <w:pPr>
        <w:jc w:val="right"/>
      </w:pPr>
      <w:r>
        <w:t>اور غضب اس لیے ہے کہ وہ یعنی ٹلیں کھود کھود کر ہتھیار لے آتے ہیں، وہاں بم</w:t>
      </w:r>
    </w:p>
    <w:p>
      <w:r>
        <w:rPr>
          <w:b/>
        </w:rPr>
        <w:t xml:space="preserve">[53:42] </w:t>
      </w:r>
      <w:r>
        <w:t>marte hain, woh gun marte hain.</w:t>
      </w:r>
    </w:p>
    <w:p>
      <w:pPr>
        <w:jc w:val="right"/>
      </w:pPr>
      <w:r>
        <w:t>مارتے ہیں، وہ گن مارتے ہیں۔</w:t>
      </w:r>
    </w:p>
    <w:p>
      <w:r>
        <w:rPr>
          <w:b/>
        </w:rPr>
        <w:t xml:space="preserve">[53:48] </w:t>
      </w:r>
      <w:r>
        <w:t>to zahir hai ke woh woh bhi retaliet karenge.</w:t>
      </w:r>
    </w:p>
    <w:p>
      <w:pPr>
        <w:jc w:val="right"/>
      </w:pPr>
      <w:r>
        <w:t>تو ظاہر ہے کہ وہ وہ بھی ریٹیلیٹ کریں گے۔</w:t>
      </w:r>
    </w:p>
    <w:p>
      <w:r>
        <w:rPr>
          <w:b/>
        </w:rPr>
        <w:t xml:space="preserve">[53:55] </w:t>
      </w:r>
      <w:r>
        <w:t>arabi mein kaha jata hai ke jo shuru kare, woh hi zalim hai.</w:t>
      </w:r>
    </w:p>
    <w:p>
      <w:pPr>
        <w:jc w:val="right"/>
      </w:pPr>
      <w:r>
        <w:t>عربی میں کہا جاتا ہے کہ جو شروع کرے، وہ ہی ظالم ہے۔</w:t>
      </w:r>
    </w:p>
    <w:p>
      <w:r>
        <w:rPr>
          <w:b/>
        </w:rPr>
        <w:t xml:space="preserve">[54:01] </w:t>
      </w:r>
      <w:r>
        <w:t>yeh koi tareeqa nahi hai jo aap hazrat ne nikaal rakha hai ke ek baat na kehna, doosri baat kehna.</w:t>
      </w:r>
    </w:p>
    <w:p>
      <w:pPr>
        <w:jc w:val="right"/>
      </w:pPr>
      <w:r>
        <w:t>یہ کوئی طریقہ نہیں ہے جو آپ حضرات نے نکال رکھا ہے کہ ایک بات نہ کہنا، دوسری بات کہنا۔</w:t>
      </w:r>
    </w:p>
    <w:p>
      <w:r>
        <w:rPr>
          <w:b/>
        </w:rPr>
        <w:t xml:space="preserve">[54:07] </w:t>
      </w:r>
      <w:r>
        <w:t>aadhi baat na kehna, aadhi baat kehna, yeh to islam ke bilkul khilaf baat hai. yeh</w:t>
      </w:r>
    </w:p>
    <w:p>
      <w:pPr>
        <w:jc w:val="right"/>
      </w:pPr>
      <w:r>
        <w:t>آدھی بات نہ کہنا، آدھی بات کہنا، یہ تو اسلام کے بالکل خلاف بات ہے۔ یہ</w:t>
      </w:r>
    </w:p>
    <w:p>
      <w:r>
        <w:rPr>
          <w:b/>
        </w:rPr>
        <w:t xml:space="preserve">[54:13] </w:t>
      </w:r>
      <w:r>
        <w:t>is waqt musalmanon par farz ke tehat zaroori hai ke fe فور saara violence band kar dein. fe فور.</w:t>
      </w:r>
    </w:p>
    <w:p>
      <w:pPr>
        <w:jc w:val="right"/>
      </w:pPr>
      <w:r>
        <w:t>اس وقت مسلمانوں پر فرض کے تحت ضروری ہے کہ فی الفور سارا وائیلنس بند کر دیں۔ فی الفور۔</w:t>
      </w:r>
    </w:p>
    <w:p>
      <w:r>
        <w:rPr>
          <w:b/>
        </w:rPr>
        <w:t xml:space="preserve">[54:18] </w:t>
      </w:r>
      <w:r>
        <w:t>kyunke violence ulta pad raha hai.</w:t>
      </w:r>
    </w:p>
    <w:p>
      <w:pPr>
        <w:jc w:val="right"/>
      </w:pPr>
      <w:r>
        <w:t>کیونکہ وائیلنس الٹا پڑ رہا ہے۔</w:t>
      </w:r>
    </w:p>
    <w:p>
      <w:r>
        <w:rPr>
          <w:b/>
        </w:rPr>
        <w:t xml:space="preserve">[54:23] </w:t>
      </w:r>
      <w:r>
        <w:t>جس کو کہتے ہیں انگریزی میں counterproductive.</w:t>
      </w:r>
    </w:p>
    <w:p>
      <w:pPr>
        <w:jc w:val="right"/>
      </w:pPr>
      <w:r>
        <w:t>جس کو کہتے ہیں انگریزی میں کاؤنٹر پروڈکٹو۔</w:t>
      </w:r>
    </w:p>
    <w:p>
      <w:r>
        <w:rPr>
          <w:b/>
        </w:rPr>
        <w:t xml:space="preserve">[54:28] </w:t>
      </w:r>
      <w:r>
        <w:t>جب آپ کا violence الٹا پڑ رہا ہو تو فی الفور بند کیجیے۔</w:t>
      </w:r>
    </w:p>
    <w:p>
      <w:pPr>
        <w:jc w:val="right"/>
      </w:pPr>
      <w:r>
        <w:t>جب آپ کا وائیلنس الٹا پڑ رہا ہو تو فی الفور بند کیجیے۔</w:t>
      </w:r>
    </w:p>
    <w:p>
      <w:r>
        <w:rPr>
          <w:b/>
        </w:rPr>
        <w:t xml:space="preserve">[54:33] </w:t>
      </w:r>
      <w:r>
        <w:t>ek second intezar mat kijiye.</w:t>
      </w:r>
    </w:p>
    <w:p>
      <w:pPr>
        <w:jc w:val="right"/>
      </w:pPr>
      <w:r>
        <w:t>ایک سیکنڈ انتظار مت کیجیے۔</w:t>
      </w:r>
    </w:p>
    <w:p>
      <w:r>
        <w:rPr>
          <w:b/>
        </w:rPr>
        <w:t xml:space="preserve">[54:39] </w:t>
      </w:r>
      <w:r>
        <w:t>aur agar musalman band kar dein to fareeqe saani bhi abhi band kar dega.</w:t>
      </w:r>
    </w:p>
    <w:p>
      <w:pPr>
        <w:jc w:val="right"/>
      </w:pPr>
      <w:r>
        <w:t>اور اگر مسلمان بند کر دیں تو فریق ثانی بھی ابھی بند کر دے گا۔</w:t>
      </w:r>
    </w:p>
    <w:p>
      <w:r>
        <w:rPr>
          <w:b/>
        </w:rPr>
        <w:t xml:space="preserve">[54:44] </w:t>
      </w:r>
      <w:r>
        <w:t>abhi bhi aap jante hain ke in ki sab se bari shart kya hai ke non governmental agencies</w:t>
      </w:r>
    </w:p>
    <w:p>
      <w:pPr>
        <w:jc w:val="right"/>
      </w:pPr>
      <w:r>
        <w:t>ابھی بھی آپ جانتے ہیں کہ ان کی سب سے بڑی شرط کیا ہے کہ نان گورنمنٹل ایجنسیز</w:t>
      </w:r>
    </w:p>
    <w:p>
      <w:r>
        <w:rPr>
          <w:b/>
        </w:rPr>
        <w:t xml:space="preserve">[54:47] </w:t>
      </w:r>
      <w:r>
        <w:t>jo hain falasteen mein, in ko disarm karo.</w:t>
      </w:r>
    </w:p>
    <w:p>
      <w:pPr>
        <w:jc w:val="right"/>
      </w:pPr>
      <w:r>
        <w:t>جو ہیں فلسطین میں، ان کو ڈسارم کرو۔</w:t>
      </w:r>
    </w:p>
    <w:p>
      <w:r>
        <w:rPr>
          <w:b/>
        </w:rPr>
        <w:t xml:space="preserve">[54:51] </w:t>
      </w:r>
      <w:r>
        <w:t>hum sab khatam kar denge.</w:t>
      </w:r>
    </w:p>
    <w:p>
      <w:pPr>
        <w:jc w:val="right"/>
      </w:pPr>
      <w:r>
        <w:t>ہم سب ختم کر دیں گے۔</w:t>
      </w:r>
    </w:p>
    <w:p>
      <w:r>
        <w:rPr>
          <w:b/>
        </w:rPr>
        <w:t xml:space="preserve">[54:55] </w:t>
      </w:r>
      <w:r>
        <w:t>saara operation hamara khatam ho jayega.</w:t>
      </w:r>
    </w:p>
    <w:p>
      <w:pPr>
        <w:jc w:val="right"/>
      </w:pPr>
      <w:r>
        <w:t>سارا آپریشن ہمارا ختم ہو جائے گا۔</w:t>
      </w:r>
    </w:p>
    <w:p>
      <w:r>
        <w:rPr>
          <w:b/>
        </w:rPr>
        <w:t xml:space="preserve">[54:59] </w:t>
      </w:r>
      <w:r>
        <w:t>aap jante hain ke wahan par ek to hai government aur ek hai in ka jo jamaatein bani</w:t>
      </w:r>
    </w:p>
    <w:p>
      <w:pPr>
        <w:jc w:val="right"/>
      </w:pPr>
      <w:r>
        <w:t>آپ جانتے ہیں کہ وہاں پر ایک تو ہے گورنمنٹ اور ایک ہے ان کا جو جماعتیں بنی</w:t>
      </w:r>
    </w:p>
    <w:p>
      <w:r>
        <w:rPr>
          <w:b/>
        </w:rPr>
        <w:t xml:space="preserve">[55:02] </w:t>
      </w:r>
      <w:r>
        <w:t>hui hain, ngos.</w:t>
      </w:r>
    </w:p>
    <w:p>
      <w:pPr>
        <w:jc w:val="right"/>
      </w:pPr>
      <w:r>
        <w:t>ہوئی ہیں، این جی اوز۔</w:t>
      </w:r>
    </w:p>
    <w:p>
      <w:r>
        <w:rPr>
          <w:b/>
        </w:rPr>
        <w:t xml:space="preserve">[55:06] </w:t>
      </w:r>
      <w:r>
        <w:t>to in ka ek hi mutalba hai ke ngos ko aap disarm kar dijiye.</w:t>
      </w:r>
    </w:p>
    <w:p>
      <w:pPr>
        <w:jc w:val="right"/>
      </w:pPr>
      <w:r>
        <w:t>تو ان کا ایک ہی مطالبہ ہے کہ این جی اوز کو آپ ڈسارم کر دیجیے۔</w:t>
      </w:r>
    </w:p>
    <w:p>
      <w:r>
        <w:rPr>
          <w:b/>
        </w:rPr>
        <w:t xml:space="preserve">[55:10] </w:t>
      </w:r>
      <w:r>
        <w:t>hum abhi sab karwai ro</w:t>
      </w:r>
    </w:p>
    <w:p>
      <w:pPr>
        <w:jc w:val="right"/>
      </w:pPr>
      <w:r>
        <w:t>ہم ابھی سب کارروائی رو</w:t>
      </w:r>
    </w:p>
    <w:p>
      <w:r>
        <w:rPr>
          <w:b/>
        </w:rPr>
        <w:t xml:space="preserve">[55:14] </w:t>
      </w:r>
      <w:r>
        <w:t>k dete hain.</w:t>
      </w:r>
    </w:p>
    <w:p>
      <w:pPr>
        <w:jc w:val="right"/>
      </w:pPr>
      <w:r>
        <w:t>ک دیتے ہیں۔</w:t>
      </w:r>
    </w:p>
    <w:p>
      <w:r>
        <w:rPr>
          <w:b/>
        </w:rPr>
        <w:t xml:space="preserve">[55:18] </w:t>
      </w:r>
      <w:r>
        <w:t>to aap disarm kijiye in ko.</w:t>
      </w:r>
    </w:p>
    <w:p>
      <w:pPr>
        <w:jc w:val="right"/>
      </w:pPr>
      <w:r>
        <w:t>تو آپ ڈسارم کیجیے ان کو۔</w:t>
      </w:r>
    </w:p>
    <w:p>
      <w:r>
        <w:rPr>
          <w:b/>
        </w:rPr>
        <w:t xml:space="preserve">[55:23] </w:t>
      </w:r>
      <w:r>
        <w:t>agar aap peace chahte hain to disarm kijiye.</w:t>
      </w:r>
    </w:p>
    <w:p>
      <w:pPr>
        <w:jc w:val="right"/>
      </w:pPr>
      <w:r>
        <w:t>اگر آپ پیس چاہتے ہیں تو ڈسارم کیجیے۔</w:t>
      </w:r>
    </w:p>
    <w:p>
      <w:r>
        <w:rPr>
          <w:b/>
        </w:rPr>
        <w:t xml:space="preserve">[55:27] </w:t>
      </w:r>
      <w:r>
        <w:t>kal mujh se ek sahab se baat ho rahi thi.</w:t>
      </w:r>
    </w:p>
    <w:p>
      <w:pPr>
        <w:jc w:val="right"/>
      </w:pPr>
      <w:r>
        <w:t>کل مجھ سے ایک صاحب سے بات ہو رہی تھی۔</w:t>
      </w:r>
    </w:p>
    <w:p>
      <w:r>
        <w:rPr>
          <w:b/>
        </w:rPr>
        <w:t xml:space="preserve">[55:32] </w:t>
      </w:r>
      <w:r>
        <w:t>to main ne kaha ke jo log yeh kehte hain ke musalmanon par zulm ho raha hai, woh</w:t>
      </w:r>
    </w:p>
    <w:p>
      <w:pPr>
        <w:jc w:val="right"/>
      </w:pPr>
      <w:r>
        <w:t>تو میں نے کہا کہ جو لوگ یہ کہتے ہیں کہ مسلمانوں پر ظلم ہو رہا ہے، وہ</w:t>
      </w:r>
    </w:p>
    <w:p>
      <w:r>
        <w:rPr>
          <w:b/>
        </w:rPr>
        <w:t xml:space="preserve">[55:36] </w:t>
      </w:r>
      <w:r>
        <w:t>bohat bara gunah kar rahe hain.</w:t>
      </w:r>
    </w:p>
    <w:p>
      <w:pPr>
        <w:jc w:val="right"/>
      </w:pPr>
      <w:r>
        <w:t>بہت بڑا گناہ کر رہے ہیں۔</w:t>
      </w:r>
    </w:p>
    <w:p>
      <w:r>
        <w:rPr>
          <w:b/>
        </w:rPr>
        <w:t xml:space="preserve">[55:41] </w:t>
      </w:r>
      <w:r>
        <w:t>woh gunah kya hai? quran mein likha hua hai ke kaana haqqan alaina nasr al momineen.</w:t>
      </w:r>
    </w:p>
    <w:p>
      <w:pPr>
        <w:jc w:val="right"/>
      </w:pPr>
      <w:r>
        <w:t>وہ گناہ کیا ہے؟ قرآن میں لکھا ہوا ہے کہ کان حقاً علینا نصر المومنین۔</w:t>
      </w:r>
    </w:p>
    <w:p>
      <w:r>
        <w:rPr>
          <w:b/>
        </w:rPr>
        <w:t xml:space="preserve">[55:46] </w:t>
      </w:r>
      <w:r>
        <w:t>allah ne farmaya ke ahl e iman ki madad karna hamare par farz hai.</w:t>
      </w:r>
    </w:p>
    <w:p>
      <w:pPr>
        <w:jc w:val="right"/>
      </w:pPr>
      <w:r>
        <w:t>اللہ نے فرمایا کہ اہل ایمان کی مدد کرنا ہمارے پر فرض ہے۔</w:t>
      </w:r>
    </w:p>
    <w:p>
      <w:r>
        <w:rPr>
          <w:b/>
        </w:rPr>
        <w:t xml:space="preserve">[55:53] </w:t>
      </w:r>
      <w:r>
        <w:t>kan haqan alayna nasr al momineen</w:t>
      </w:r>
    </w:p>
    <w:p>
      <w:pPr>
        <w:jc w:val="right"/>
      </w:pPr>
      <w:r>
        <w:t>کان حقاً علینا نصر المومنین۔</w:t>
      </w:r>
    </w:p>
    <w:p>
      <w:r>
        <w:rPr>
          <w:b/>
        </w:rPr>
        <w:t xml:space="preserve">[56:01] </w:t>
      </w:r>
      <w:r>
        <w:t>yeh quran mein hai ke ahle iman ki madad karna Allah ke upar farz hai</w:t>
      </w:r>
    </w:p>
    <w:p>
      <w:pPr>
        <w:jc w:val="right"/>
      </w:pPr>
      <w:r>
        <w:t>یہ قرآن میں ہے کہ اہل ایمان کی مدد کرنا اللہ کے اوپر فرض ہے۔</w:t>
      </w:r>
    </w:p>
    <w:p>
      <w:r>
        <w:rPr>
          <w:b/>
        </w:rPr>
        <w:t xml:space="preserve">[56:09] </w:t>
      </w:r>
      <w:r>
        <w:t>to quran mein ek ayat hai ke Khuda ko na neend aati hai na ongh aati hai</w:t>
      </w:r>
    </w:p>
    <w:p>
      <w:pPr>
        <w:jc w:val="right"/>
      </w:pPr>
      <w:r>
        <w:t>تو قرآن میں ایک آیت ہے کہ خدا کو نہ نیند آتی ہے نہ اونگھ آتی ہے۔</w:t>
      </w:r>
    </w:p>
    <w:p>
      <w:r>
        <w:rPr>
          <w:b/>
        </w:rPr>
        <w:t xml:space="preserve">[56:17] </w:t>
      </w:r>
      <w:r>
        <w:t>to ya to aap maaniye ke naoozubillah, naoozubillah, Khuda ko neend aa gayi hai, is liye woh apna farz bhool gaya hai, yeh to maaniye. ya doosri baat maaniye ke Musalmanon ne yaani nusrat ka istehqaaq kho diya hai. Allah Taala jin sharton par kisi ki madad karta hai, woh shart aap aap se khoi gayi hai. yaani istehqaaq n</w:t>
      </w:r>
    </w:p>
    <w:p>
      <w:pPr>
        <w:jc w:val="right"/>
      </w:pPr>
      <w:r>
        <w:t>تو یا تو آپ مانیے کہ نعوذ باللہ، نعوذ باللہ، خدا کو نیند آ گئی ہے، اس لیے وہ اپنا فرض بھول گیا ہے، یہ تو مانیے۔ یا دوسری بات مانیے کہ مسلمانوں نے یعنی نصرت کا استحقاق کھو دیا ہے۔ اللہ تعالیٰ جن شرطوں پر کسی کی مدد کرتا ہے، وہ شرط آپ آپ سے کھوئی گئی ہے۔ یعنی استحقاق ن</w:t>
      </w:r>
    </w:p>
    <w:p>
      <w:r>
        <w:rPr>
          <w:b/>
        </w:rPr>
        <w:t xml:space="preserve">[56:47] </w:t>
      </w:r>
      <w:r>
        <w:t>sirat kho diya hai</w:t>
      </w:r>
    </w:p>
    <w:p>
      <w:pPr>
        <w:jc w:val="right"/>
      </w:pPr>
      <w:r>
        <w:t>صرت کھو دیا ہے۔</w:t>
      </w:r>
    </w:p>
    <w:p>
      <w:r>
        <w:rPr>
          <w:b/>
        </w:rPr>
        <w:t xml:space="preserve">[56:51] </w:t>
      </w:r>
      <w:r>
        <w:t>warna aap ko yeh manna parega ke quran ki ayat naoozubillah galat hai ya Allah taala</w:t>
      </w:r>
    </w:p>
    <w:p>
      <w:pPr>
        <w:jc w:val="right"/>
      </w:pPr>
      <w:r>
        <w:t>ورنہ آپ کو یہ ماننا پڑے گا کہ قرآن کی آیت نعوذ باللہ غلط ہے یا اللہ تعالیٰ</w:t>
      </w:r>
    </w:p>
    <w:p>
      <w:r>
        <w:rPr>
          <w:b/>
        </w:rPr>
        <w:t xml:space="preserve">[56:56] </w:t>
      </w:r>
      <w:r>
        <w:t>naoozubillah neend aa gayi hai Allah taala ko</w:t>
      </w:r>
    </w:p>
    <w:p>
      <w:pPr>
        <w:jc w:val="right"/>
      </w:pPr>
      <w:r>
        <w:t>نعوذ باللہ نیند آ گئی ہے اللہ تعالیٰ کو۔</w:t>
      </w:r>
    </w:p>
    <w:p>
      <w:r>
        <w:rPr>
          <w:b/>
        </w:rPr>
        <w:t xml:space="preserve">[57:00] </w:t>
      </w:r>
      <w:r>
        <w:t>la ta khuzuhu sinatun wala nawm, yeh quran mein hai</w:t>
      </w:r>
    </w:p>
    <w:p>
      <w:pPr>
        <w:jc w:val="right"/>
      </w:pPr>
      <w:r>
        <w:t>لا تاخذه سنة ولا نوم، یہ قرآن میں ہے۔</w:t>
      </w:r>
    </w:p>
    <w:p>
      <w:r>
        <w:rPr>
          <w:b/>
        </w:rPr>
        <w:t xml:space="preserve">[57:04] </w:t>
      </w:r>
      <w:r>
        <w:t>na is ko ongh aati hai na neend aati hai</w:t>
      </w:r>
    </w:p>
    <w:p>
      <w:pPr>
        <w:jc w:val="right"/>
      </w:pPr>
      <w:r>
        <w:t>نہ اس کو اونگھ آتی ہے نہ نیند آتی ہے۔</w:t>
      </w:r>
    </w:p>
    <w:p>
      <w:r>
        <w:rPr>
          <w:b/>
        </w:rPr>
        <w:t xml:space="preserve">[57:09] </w:t>
      </w:r>
      <w:r>
        <w:t>to kuch manna parega aap ko</w:t>
      </w:r>
    </w:p>
    <w:p>
      <w:pPr>
        <w:jc w:val="right"/>
      </w:pPr>
      <w:r>
        <w:t>تو کچھ ماننا پڑے گا آپ کو۔</w:t>
      </w:r>
    </w:p>
    <w:p>
      <w:r>
        <w:rPr>
          <w:b/>
        </w:rPr>
        <w:t xml:space="preserve">[57:13] </w:t>
      </w:r>
      <w:r>
        <w:t>warna kan haqan alayna nasr al momineen, yeh</w:t>
      </w:r>
    </w:p>
    <w:p>
      <w:pPr>
        <w:jc w:val="right"/>
      </w:pPr>
      <w:r>
        <w:t>ورنہ کان حقاً علینا نصر المومنین، یہ</w:t>
      </w:r>
    </w:p>
    <w:p>
      <w:r>
        <w:rPr>
          <w:b/>
        </w:rPr>
        <w:t xml:space="preserve">[57:18] </w:t>
      </w:r>
      <w:r>
        <w:t>kyun aisa nahi ho raha hai? kyun Allah ki madad nahi aa rahi hai? aur bohat si ayatein</w:t>
      </w:r>
    </w:p>
    <w:p>
      <w:pPr>
        <w:jc w:val="right"/>
      </w:pPr>
      <w:r>
        <w:t>کیوں ایسا نہیں ہو رہا ہے؟ کیوں اللہ کی مدد نہیں آ رہی ہے؟ اور بہت سی آیتیں</w:t>
      </w:r>
    </w:p>
    <w:p>
      <w:r>
        <w:rPr>
          <w:b/>
        </w:rPr>
        <w:t xml:space="preserve">[57:23] </w:t>
      </w:r>
      <w:r>
        <w:t>hain, yahi ek ayat nahi hai</w:t>
      </w:r>
    </w:p>
    <w:p>
      <w:pPr>
        <w:jc w:val="right"/>
      </w:pPr>
      <w:r>
        <w:t>ہیں، یہی ایک آیت نہیں ہے۔</w:t>
      </w:r>
    </w:p>
    <w:p>
      <w:r>
        <w:rPr>
          <w:b/>
        </w:rPr>
        <w:t xml:space="preserve">[57:28] </w:t>
      </w:r>
      <w:r>
        <w:t>to is waqt Allah taala ka jo cheez matloob hai musalmanon se, woh hai sunnat Khalid</w:t>
      </w:r>
    </w:p>
    <w:p>
      <w:pPr>
        <w:jc w:val="right"/>
      </w:pPr>
      <w:r>
        <w:t>تو اس وقت اللہ تعالیٰ کا جو چیز مطلوب ہے مسلمانوں سے، وہ ہے سنت خالد۔</w:t>
      </w:r>
    </w:p>
    <w:p>
      <w:r>
        <w:rPr>
          <w:b/>
        </w:rPr>
        <w:t xml:space="preserve">[57:33] </w:t>
      </w:r>
      <w:r>
        <w:t>retreat karen, wapas jayen, band karen jang</w:t>
      </w:r>
    </w:p>
    <w:p>
      <w:pPr>
        <w:jc w:val="right"/>
      </w:pPr>
      <w:r>
        <w:t>ریٹریٹ کریں، واپس جائیں، بند کریں جنگ۔</w:t>
      </w:r>
    </w:p>
    <w:p>
      <w:r>
        <w:rPr>
          <w:b/>
        </w:rPr>
        <w:t xml:space="preserve">[57:38] </w:t>
      </w:r>
      <w:r>
        <w:t>ab woh jang chidi hui hai, to madad kaise ayegi? Maulana, agla sawal lene se pehle ek</w:t>
      </w:r>
    </w:p>
    <w:p>
      <w:pPr>
        <w:jc w:val="right"/>
      </w:pPr>
      <w:r>
        <w:t>اب وہ جنگ چھڑی ہوئی ہے، تو مدد کیسے آئے گی؟ مولانا، اگلا سوال لینے سے پہلے ایک</w:t>
      </w:r>
    </w:p>
    <w:p>
      <w:r>
        <w:rPr>
          <w:b/>
        </w:rPr>
        <w:t xml:space="preserve">[57:43] </w:t>
      </w:r>
      <w:r>
        <w:t>comment padhna chahenge jo</w:t>
      </w:r>
    </w:p>
    <w:p>
      <w:pPr>
        <w:jc w:val="right"/>
      </w:pPr>
      <w:r>
        <w:t>کمنٹ پڑھنا چاہیں گے جو</w:t>
      </w:r>
    </w:p>
    <w:p>
      <w:r>
        <w:rPr>
          <w:b/>
        </w:rPr>
        <w:t xml:space="preserve">[57:48] </w:t>
      </w:r>
      <w:r>
        <w:t>Muhammad Anas sahab ne bheja hai Delhi se</w:t>
      </w:r>
    </w:p>
    <w:p>
      <w:pPr>
        <w:jc w:val="right"/>
      </w:pPr>
      <w:r>
        <w:t>محمد انس صاحب نے بھیجا ہے دلی سے۔</w:t>
      </w:r>
    </w:p>
    <w:p>
      <w:r>
        <w:rPr>
          <w:b/>
        </w:rPr>
        <w:t xml:space="preserve">[57:54] </w:t>
      </w:r>
      <w:r>
        <w:t>اور انہوں نے لکھا ہے: مولانا، one of my Christian friends always used to use negative language about</w:t>
      </w:r>
    </w:p>
    <w:p>
      <w:pPr>
        <w:jc w:val="right"/>
      </w:pPr>
      <w:r>
        <w:t>اور انہوں نے لکھا ہے: مولانا، ون آف مائی کرسچن فرینڈز آلویز یوز ٹو یوز نیگیٹیو لینگویج اباؤٹ</w:t>
      </w:r>
    </w:p>
    <w:p>
      <w:r>
        <w:rPr>
          <w:b/>
        </w:rPr>
        <w:t xml:space="preserve">[58:00] </w:t>
      </w:r>
      <w:r>
        <w:t>Islam due to the perception that many Muslims have created</w:t>
      </w:r>
    </w:p>
    <w:p>
      <w:pPr>
        <w:jc w:val="right"/>
      </w:pPr>
      <w:r>
        <w:t>اسلام ڈیو ٹو دی پرسیپشن دیٹ مینی مسلمز ہیو کریٹڈ۔</w:t>
      </w:r>
    </w:p>
    <w:p>
      <w:r>
        <w:rPr>
          <w:b/>
        </w:rPr>
        <w:t xml:space="preserve">[58:06] </w:t>
      </w:r>
      <w:r>
        <w:t>He always used to make allegations about Islam and Prophet of Islam.</w:t>
      </w:r>
    </w:p>
    <w:p>
      <w:pPr>
        <w:jc w:val="right"/>
      </w:pPr>
      <w:r>
        <w:t>ہی آلویز یوز ٹو میک ایلیگیشنز اباؤٹ اسلام اینڈ پرافٹ آف اسلام۔</w:t>
      </w:r>
    </w:p>
    <w:p>
      <w:r>
        <w:rPr>
          <w:b/>
        </w:rPr>
        <w:t xml:space="preserve">[58:12] </w:t>
      </w:r>
      <w:r>
        <w:t>But as you always give us the formula and the principle of ignoring</w:t>
      </w:r>
    </w:p>
    <w:p>
      <w:pPr>
        <w:jc w:val="right"/>
      </w:pPr>
      <w:r>
        <w:t>بٹ ایز یو آلویز گیو اس دی فارمولا اینڈ دا پرنسپل آف اگنورنگ</w:t>
      </w:r>
    </w:p>
    <w:p>
      <w:r>
        <w:rPr>
          <w:b/>
        </w:rPr>
        <w:t xml:space="preserve">[58:18] </w:t>
      </w:r>
      <w:r>
        <w:t>provocative language and to be a well-wisher, I want to share with you that I experienced the</w:t>
      </w:r>
    </w:p>
    <w:p>
      <w:pPr>
        <w:jc w:val="right"/>
      </w:pPr>
      <w:r>
        <w:t>پرووکیٹیو لینگویج اینڈ ٹو بی اے ویل وشر، آئی وانٹ ٹو شیئر ود یو دیٹ آئی ایکسپیرینس دا</w:t>
      </w:r>
    </w:p>
    <w:p>
      <w:r>
        <w:rPr>
          <w:b/>
        </w:rPr>
        <w:t xml:space="preserve">[58:23] </w:t>
      </w:r>
      <w:r>
        <w:t>wisdom behind this formula</w:t>
      </w:r>
    </w:p>
    <w:p>
      <w:pPr>
        <w:jc w:val="right"/>
      </w:pPr>
      <w:r>
        <w:t>وزڈم بیہائنڈ دس فارمولا۔</w:t>
      </w:r>
    </w:p>
    <w:p>
      <w:r>
        <w:rPr>
          <w:b/>
        </w:rPr>
        <w:t xml:space="preserve">[58:28] </w:t>
      </w:r>
      <w:r>
        <w:t>as today my Christian friend apologizes to me</w:t>
      </w:r>
    </w:p>
    <w:p>
      <w:pPr>
        <w:jc w:val="right"/>
      </w:pPr>
      <w:r>
        <w:t>ایز ٹوڈے مائی کرسچن فرینڈ اپولوجائز ٹو می۔</w:t>
      </w:r>
    </w:p>
    <w:p>
      <w:r>
        <w:rPr>
          <w:b/>
        </w:rPr>
        <w:t xml:space="preserve">[58:33] </w:t>
      </w:r>
      <w:r>
        <w:t>مولانا، I want to thank you for teaching and giving this unbeatable formula of ignoring provocation and being</w:t>
      </w:r>
    </w:p>
    <w:p>
      <w:pPr>
        <w:jc w:val="right"/>
      </w:pPr>
      <w:r>
        <w:t>مولانا، آئی وانٹ ٹو تھینک یو فار ٹیچنگ اینڈ گیونگ دس انبیٹیبل فارمولا آف اگنورنگ پرووکیشن اینڈ بینگ</w:t>
      </w:r>
    </w:p>
    <w:p>
      <w:r>
        <w:rPr>
          <w:b/>
        </w:rPr>
        <w:t xml:space="preserve">[58:38] </w:t>
      </w:r>
      <w:r>
        <w:t>a well wisher of Madhu</w:t>
      </w:r>
    </w:p>
    <w:p>
      <w:pPr>
        <w:jc w:val="right"/>
      </w:pPr>
      <w:r>
        <w:t>اے ویل وشر آف مدو۔</w:t>
      </w:r>
    </w:p>
    <w:p>
      <w:r>
        <w:rPr>
          <w:b/>
        </w:rPr>
        <w:t xml:space="preserve">[58:43] </w:t>
      </w:r>
      <w:r>
        <w:t>And I would like to share the message that my Christian friends sent to me in the morning.</w:t>
      </w:r>
    </w:p>
    <w:p>
      <w:pPr>
        <w:jc w:val="right"/>
      </w:pPr>
      <w:r>
        <w:t>اینڈ آئی ووڈ لائک ٹو شیئر دی میسج دیٹ مائی کرسچن فرینڈز سینڈ ٹو می ان دا مارننگ۔</w:t>
      </w:r>
    </w:p>
    <w:p>
      <w:r>
        <w:rPr>
          <w:b/>
        </w:rPr>
        <w:t xml:space="preserve">[58:48] </w:t>
      </w:r>
      <w:r>
        <w:t>The message was: I am so sorry that I had abused your sentiments so much.</w:t>
      </w:r>
    </w:p>
    <w:p>
      <w:pPr>
        <w:jc w:val="right"/>
      </w:pPr>
      <w:r>
        <w:t>دا میسج واز: آئی ایم سو سوری دیٹ آئی ہیڈ ابیوزڈ یور سینٹیمنٹس سو مچ۔</w:t>
      </w:r>
    </w:p>
    <w:p>
      <w:r>
        <w:rPr>
          <w:b/>
        </w:rPr>
        <w:t xml:space="preserve">[58:53] </w:t>
      </w:r>
      <w:r>
        <w:t>Actually, Muslims like you are rarest of rare.</w:t>
      </w:r>
    </w:p>
    <w:p>
      <w:pPr>
        <w:jc w:val="right"/>
      </w:pPr>
      <w:r>
        <w:t>ایکچولی، مسلمز لائک یو آر ریئریسٹ آف ریئر۔</w:t>
      </w:r>
    </w:p>
    <w:p>
      <w:r>
        <w:rPr>
          <w:b/>
        </w:rPr>
        <w:t xml:space="preserve">[58:59] </w:t>
      </w:r>
      <w:r>
        <w:t>you are really a very nice person</w:t>
      </w:r>
    </w:p>
    <w:p>
      <w:pPr>
        <w:jc w:val="right"/>
      </w:pPr>
      <w:r>
        <w:t>یو آر ریلی اے ویری نائس پرسن۔</w:t>
      </w:r>
    </w:p>
    <w:p>
      <w:r>
        <w:rPr>
          <w:b/>
        </w:rPr>
        <w:t xml:space="preserve">[59:04] </w:t>
      </w:r>
      <w:r>
        <w:t>Maulana, agla sawal</w:t>
      </w:r>
    </w:p>
    <w:p>
      <w:pPr>
        <w:jc w:val="right"/>
      </w:pPr>
      <w:r>
        <w:t>مولانا، اگلا سوال۔</w:t>
      </w:r>
    </w:p>
    <w:p>
      <w:r>
        <w:rPr>
          <w:b/>
        </w:rPr>
        <w:t xml:space="preserve">[59:09] </w:t>
      </w:r>
      <w:r>
        <w:t>masla ek Muslim ka nahi hai, is Muslim ka hai jo quran ko follow kar raha hai</w:t>
      </w:r>
    </w:p>
    <w:p>
      <w:pPr>
        <w:jc w:val="right"/>
      </w:pPr>
      <w:r>
        <w:t>مسئلہ ایک مسلم کا نہیں ہے، اس مسلم کا ہے جو قرآن کو فالو کر رہا ہے۔</w:t>
      </w:r>
    </w:p>
    <w:p>
      <w:r>
        <w:rPr>
          <w:b/>
        </w:rPr>
        <w:t xml:space="preserve">[59:14] </w:t>
      </w:r>
      <w:r>
        <w:t>unhon ne jo kaha, to un se yeh kahiye ke ek musalman ka masla nahi hai,</w:t>
      </w:r>
    </w:p>
    <w:p>
      <w:pPr>
        <w:jc w:val="right"/>
      </w:pPr>
      <w:r>
        <w:t>انہوں نے جو کہا، تو ان سے یہ کہیے کہ ایک مسلمان کا مسئلہ نہیں ہے،</w:t>
      </w:r>
    </w:p>
    <w:p>
      <w:r>
        <w:rPr>
          <w:b/>
        </w:rPr>
        <w:t xml:space="preserve">[59:19] </w:t>
      </w:r>
      <w:r>
        <w:t>is musalman ka masla hai jo quran ko follow kar raha hai.</w:t>
      </w:r>
    </w:p>
    <w:p>
      <w:pPr>
        <w:jc w:val="right"/>
      </w:pPr>
      <w:r>
        <w:t>اس مسلمان کا مسئلہ ہے جو قرآن کو فالو کر رہا ہے۔</w:t>
      </w:r>
    </w:p>
    <w:p>
      <w:r>
        <w:rPr>
          <w:b/>
        </w:rPr>
        <w:t xml:space="preserve">[59:25] </w:t>
      </w:r>
      <w:r>
        <w:t>jo quran ko follow karega, woh aise hi musalman hoga.</w:t>
      </w:r>
    </w:p>
    <w:p>
      <w:pPr>
        <w:jc w:val="right"/>
      </w:pPr>
      <w:r>
        <w:t>جو قرآن کو فالو کرے گا، وہ ایسے ہی مسلمان ہوگا۔</w:t>
      </w:r>
    </w:p>
    <w:p>
      <w:r>
        <w:rPr>
          <w:b/>
        </w:rPr>
        <w:t xml:space="preserve">[59:31] </w:t>
      </w:r>
      <w:r>
        <w:t>maulana, agla sawal ajmer se hai doctor safina tabassum ka.</w:t>
      </w:r>
    </w:p>
    <w:p>
      <w:pPr>
        <w:jc w:val="right"/>
      </w:pPr>
      <w:r>
        <w:t>مولانا، اگلا سوال اجمیر سے ہے ڈاکٹر سفینہ تبسم کا۔</w:t>
      </w:r>
    </w:p>
    <w:p>
      <w:r>
        <w:rPr>
          <w:b/>
        </w:rPr>
        <w:t xml:space="preserve">[59:37] </w:t>
      </w:r>
      <w:r>
        <w:t>اور انہوں نے لکھا ہے کہ: Sometimes I feel that the level of my iman is decreasing.</w:t>
      </w:r>
    </w:p>
    <w:p>
      <w:pPr>
        <w:jc w:val="right"/>
      </w:pPr>
      <w:r>
        <w:t>اور انہوں نے لکھا ہے کہ: سم ٹائمز آئی فیل دیٹ دا لیول آف مائی ایمان از ڈکریزنگ۔</w:t>
      </w:r>
    </w:p>
    <w:p>
      <w:r>
        <w:rPr>
          <w:b/>
        </w:rPr>
        <w:t xml:space="preserve">[59:43] </w:t>
      </w:r>
      <w:r>
        <w:t>مولانا صاحب، please tell me how can I always grow my iman? دیکھیں، یہ کوئی پریشانی کی بات نہیں ہے۔</w:t>
      </w:r>
    </w:p>
    <w:p>
      <w:pPr>
        <w:jc w:val="right"/>
      </w:pPr>
      <w:r>
        <w:t>مولانا صاحب، پلیز ٹیل می ہاؤ کین آئی آلویز گرو مائی ایمان؟ دیکھیں، یہ کوئی پریشانی کی بات نہیں ہے۔</w:t>
      </w:r>
    </w:p>
    <w:p>
      <w:r>
        <w:rPr>
          <w:b/>
        </w:rPr>
        <w:t xml:space="preserve">[59:49] </w:t>
      </w:r>
      <w:r>
        <w:t>ek waqia aata hai, woh main aap ko sunana chahta hoon ke ek sahabi the, un ka naam tha hanzala. to madine mein woh ek martaba ghar se nikle aur ja rahe the rasool Allah sal Allah aleh wasallam ke paas. to hazrat umar se mulaqat hui. to hazrat umar ne poocha: kahan ja rahe ho? to unhone kaha ke: naafiq hanzala. apne bar</w:t>
      </w:r>
    </w:p>
    <w:p>
      <w:pPr>
        <w:jc w:val="right"/>
      </w:pPr>
      <w:r>
        <w:t>ایک واقعہ آتا ہے، وہ میں آپ کو سنانا چاہتا ہوں کہ ایک صحابی تھے، ان کا نام تھا حنظلہ۔ تو مدینے میں وہ ایک مرتبہ گھر سے نکلے اور جا رہے تھے رسول اللہ صلی اللہ علیہ وسلم کے پاس۔ تو حضرت عمر سے ملاقات ہوئی۔ تو حضرت عمر نے پوچھا: کہاں جا رہے ہو؟ تو انہوں نے کہا کہ: نافق حنظلہ۔ اپنے بار</w:t>
      </w:r>
    </w:p>
    <w:p>
      <w:r>
        <w:rPr>
          <w:b/>
        </w:rPr>
        <w:t xml:space="preserve">[1:00:19] </w:t>
      </w:r>
      <w:r>
        <w:t>mein kaha ke: mein to munafiq ho gaya. nafiq hanzala.</w:t>
      </w:r>
    </w:p>
    <w:p>
      <w:pPr>
        <w:jc w:val="right"/>
      </w:pPr>
      <w:r>
        <w:t>ے میں کہا کہ: میں تو منافق ہو گیا۔ نافق حنظلہ۔</w:t>
      </w:r>
    </w:p>
    <w:p>
      <w:r>
        <w:rPr>
          <w:b/>
        </w:rPr>
        <w:t xml:space="preserve">[1:00:25] </w:t>
      </w:r>
      <w:r>
        <w:t>to hazrat umar ne poocha ke: aisa kyun hai? kaha ke: hum rasool Allah salallahu alaihi wasallam</w:t>
      </w:r>
    </w:p>
    <w:p>
      <w:pPr>
        <w:jc w:val="right"/>
      </w:pPr>
      <w:r>
        <w:t>تو حضرت عمر نے پوچھا کہ: ایسا کیوں ہے؟ کہا کہ: ہم رسول اللہ صلی اللہ علیہ وسلم</w:t>
      </w:r>
    </w:p>
    <w:p>
      <w:r>
        <w:rPr>
          <w:b/>
        </w:rPr>
        <w:t xml:space="preserve">[1:00:31] </w:t>
      </w:r>
      <w:r>
        <w:t>ke paas jab hote hain, Allah aur rasool ki baatein sunte hain, to hamare dil mein imaan hota hai.</w:t>
      </w:r>
    </w:p>
    <w:p>
      <w:pPr>
        <w:jc w:val="right"/>
      </w:pPr>
      <w:r>
        <w:t>کے پاس جب ہوتے ہیں، اللہ اور رسول کی باتیں سنتے ہیں، تو ہمارے دل میں ایمان ہوتا ہے۔</w:t>
      </w:r>
    </w:p>
    <w:p>
      <w:r>
        <w:rPr>
          <w:b/>
        </w:rPr>
        <w:t xml:space="preserve">[1:00:38] </w:t>
      </w:r>
      <w:r>
        <w:t>ab bahar jaate hain, ghar baar mein mashgool hote hain, to woh rooh nahi maujood rehti.</w:t>
      </w:r>
    </w:p>
    <w:p>
      <w:pPr>
        <w:jc w:val="right"/>
      </w:pPr>
      <w:r>
        <w:t>اب باہر جاتے ہیں، گھر بار میں مشغول ہوتے ہیں، تو وہ روح نہیں موجود رہتی۔</w:t>
      </w:r>
    </w:p>
    <w:p>
      <w:r>
        <w:rPr>
          <w:b/>
        </w:rPr>
        <w:t xml:space="preserve">[1:00:44] </w:t>
      </w:r>
      <w:r>
        <w:t>to hazrat umar ne kaha: woh to mera bhi haal hai.</w:t>
      </w:r>
    </w:p>
    <w:p>
      <w:pPr>
        <w:jc w:val="right"/>
      </w:pPr>
      <w:r>
        <w:t>تو حضرت عمر نے کہا: وہ تو میرا بھی حال ہے۔</w:t>
      </w:r>
    </w:p>
    <w:p>
      <w:r>
        <w:rPr>
          <w:b/>
        </w:rPr>
        <w:t xml:space="preserve">[1:00:50] </w:t>
      </w:r>
      <w:r>
        <w:t>unhone kaha: nafiq umar.</w:t>
      </w:r>
    </w:p>
    <w:p>
      <w:pPr>
        <w:jc w:val="right"/>
      </w:pPr>
      <w:r>
        <w:t>انہوں نے کہا: نافق عمر۔</w:t>
      </w:r>
    </w:p>
    <w:p>
      <w:r>
        <w:rPr>
          <w:b/>
        </w:rPr>
        <w:t xml:space="preserve">[1:00:54] </w:t>
      </w:r>
      <w:r>
        <w:t>unhone kaha: nafiq hanzala.</w:t>
      </w:r>
    </w:p>
    <w:p>
      <w:pPr>
        <w:jc w:val="right"/>
      </w:pPr>
      <w:r>
        <w:t>انہوں نے کہا: نافق حنظلہ۔</w:t>
      </w:r>
    </w:p>
    <w:p>
      <w:r>
        <w:rPr>
          <w:b/>
        </w:rPr>
        <w:t xml:space="preserve">[1:00:59] </w:t>
      </w:r>
      <w:r>
        <w:t>unhone kaha: nafiq umar.</w:t>
      </w:r>
    </w:p>
    <w:p>
      <w:pPr>
        <w:jc w:val="right"/>
      </w:pPr>
      <w:r>
        <w:t>انہوں نے کہا: نافق عمر۔</w:t>
      </w:r>
    </w:p>
    <w:p>
      <w:r>
        <w:rPr>
          <w:b/>
        </w:rPr>
        <w:t xml:space="preserve">[1:01:03] </w:t>
      </w:r>
      <w:r>
        <w:t>to gaye rasool Allah salallahu alaihi wasallam ke paas.</w:t>
      </w:r>
    </w:p>
    <w:p>
      <w:pPr>
        <w:jc w:val="right"/>
      </w:pPr>
      <w:r>
        <w:t>تو گئے رسول اللہ صلی اللہ علیہ وسلم کے پاس۔</w:t>
      </w:r>
    </w:p>
    <w:p>
      <w:r>
        <w:rPr>
          <w:b/>
        </w:rPr>
        <w:t xml:space="preserve">[1:01:07] </w:t>
      </w:r>
      <w:r>
        <w:t>unhone apna qissa bataya.</w:t>
      </w:r>
    </w:p>
    <w:p>
      <w:pPr>
        <w:jc w:val="right"/>
      </w:pPr>
      <w:r>
        <w:t>انہوں نے اپنا قصہ بتایا۔</w:t>
      </w:r>
    </w:p>
    <w:p>
      <w:r>
        <w:rPr>
          <w:b/>
        </w:rPr>
        <w:t xml:space="preserve">[1:01:12] </w:t>
      </w:r>
      <w:r>
        <w:t>to rasool Allah salallahu alaihi wasallam ne kaha ke: yeh yeh nifaq ki baat nahi hai.</w:t>
      </w:r>
    </w:p>
    <w:p>
      <w:pPr>
        <w:jc w:val="right"/>
      </w:pPr>
      <w:r>
        <w:t>تو رسول اللہ صلی اللہ علیہ وسلم نے کہا کہ: یہ یہ نفاق کی بات نہیں ہے۔</w:t>
      </w:r>
    </w:p>
    <w:p>
      <w:r>
        <w:rPr>
          <w:b/>
        </w:rPr>
        <w:t xml:space="preserve">[1:01:16] </w:t>
      </w:r>
      <w:r>
        <w:t>yeh to hota hi hai, har ek andar hi aisa hota hai. aur ajeeb</w:t>
      </w:r>
    </w:p>
    <w:p>
      <w:pPr>
        <w:jc w:val="right"/>
      </w:pPr>
      <w:r>
        <w:t>یہ تو ہوتا ہی ہے، ہر ایک اندر ہی ایسا ہوتا ہے۔ اور عجیب</w:t>
      </w:r>
    </w:p>
    <w:p>
      <w:r>
        <w:rPr>
          <w:b/>
        </w:rPr>
        <w:t xml:space="preserve">[1:01:20] </w:t>
      </w:r>
      <w:r>
        <w:t>baat yeh hai ke rasool Allah salallahu alaihi wasallam ne apne bare mein khud farmaya ke: mere</w:t>
      </w:r>
    </w:p>
    <w:p>
      <w:pPr>
        <w:jc w:val="right"/>
      </w:pPr>
      <w:r>
        <w:t>بات یہ ہے کہ رسول اللہ صلی اللہ علیہ وسلم نے اپنے بارے میں خود فرمایا کہ: میرے</w:t>
      </w:r>
    </w:p>
    <w:p>
      <w:r>
        <w:rPr>
          <w:b/>
        </w:rPr>
        <w:t xml:space="preserve">[1:01:26] </w:t>
      </w:r>
      <w:r>
        <w:t>upar bhi kaifiyat taari hoti hai.</w:t>
      </w:r>
    </w:p>
    <w:p>
      <w:pPr>
        <w:jc w:val="right"/>
      </w:pPr>
      <w:r>
        <w:t>اوپر بھی کیفیت طاری ہوتی ہے۔</w:t>
      </w:r>
    </w:p>
    <w:p>
      <w:r>
        <w:rPr>
          <w:b/>
        </w:rPr>
        <w:t xml:space="preserve">[1:01:32] </w:t>
      </w:r>
      <w:r>
        <w:t>yeh to dunya ki zindagi ke mamlaat hain.</w:t>
      </w:r>
    </w:p>
    <w:p>
      <w:pPr>
        <w:jc w:val="right"/>
      </w:pPr>
      <w:r>
        <w:t>یہ تو دنیا کی زندگی کے معاملات ہیں۔</w:t>
      </w:r>
    </w:p>
    <w:p>
      <w:r>
        <w:rPr>
          <w:b/>
        </w:rPr>
        <w:t xml:space="preserve">[1:01:39] </w:t>
      </w:r>
      <w:r>
        <w:t>aap ka shaoor agar zinda hai to shaoor criterion hai.</w:t>
      </w:r>
    </w:p>
    <w:p>
      <w:pPr>
        <w:jc w:val="right"/>
      </w:pPr>
      <w:r>
        <w:t>آپ کا شعور اگر زندہ ہے تو شعور کرائیٹیرین ہے۔</w:t>
      </w:r>
    </w:p>
    <w:p>
      <w:r>
        <w:rPr>
          <w:b/>
        </w:rPr>
        <w:t xml:space="preserve">[1:01:45] </w:t>
      </w:r>
      <w:r>
        <w:t>yaani ehsas ki satah par ya</w:t>
      </w:r>
    </w:p>
    <w:p>
      <w:pPr>
        <w:jc w:val="right"/>
      </w:pPr>
      <w:r>
        <w:t>یعنی احساس کی سطح پر یا</w:t>
      </w:r>
    </w:p>
    <w:p>
      <w:r>
        <w:rPr>
          <w:b/>
        </w:rPr>
        <w:t xml:space="preserve">[1:01:51] </w:t>
      </w:r>
      <w:r>
        <w:t>feeling ki satah par kami peshi ho to is mein koi pareshani ki baat nahi hai.</w:t>
      </w:r>
    </w:p>
    <w:p>
      <w:pPr>
        <w:jc w:val="right"/>
      </w:pPr>
      <w:r>
        <w:t>فیلنگ کی سطح پر کمی پیشی ہو تو اس میں کوئی پریشانی کی بات نہیں ہے۔</w:t>
      </w:r>
    </w:p>
    <w:p>
      <w:r>
        <w:rPr>
          <w:b/>
        </w:rPr>
        <w:t xml:space="preserve">[1:01:56] </w:t>
      </w:r>
      <w:r>
        <w:t>ek hai level of consciousness, ek hai level of feeling.</w:t>
      </w:r>
    </w:p>
    <w:p>
      <w:pPr>
        <w:jc w:val="right"/>
      </w:pPr>
      <w:r>
        <w:t>ایک ہے لیول آف کانشیسنس، ایک ہے لیول آف فیلنگ۔</w:t>
      </w:r>
    </w:p>
    <w:p>
      <w:r>
        <w:rPr>
          <w:b/>
        </w:rPr>
        <w:t xml:space="preserve">[1:02:01] </w:t>
      </w:r>
      <w:r>
        <w:t>to level of consciousness agar is mein koi kami nahi aayi hai, maslan ek conviction aap ka baqi</w:t>
      </w:r>
    </w:p>
    <w:p>
      <w:pPr>
        <w:jc w:val="right"/>
      </w:pPr>
      <w:r>
        <w:t>تو لیول آف کانشیسنس اگر اس میں کوئی کمی نہیں آئی ہے، مثلاً ایک کنوکشن آپ کا باقی</w:t>
      </w:r>
    </w:p>
    <w:p>
      <w:r>
        <w:rPr>
          <w:b/>
        </w:rPr>
        <w:t xml:space="preserve">[1:02:06] </w:t>
      </w:r>
      <w:r>
        <w:t>hai, Allah ke wajood par conviction aap ka baqi hai, rasool Allah salallahu alaihi wasallam ki sadaqat</w:t>
      </w:r>
    </w:p>
    <w:p>
      <w:pPr>
        <w:jc w:val="right"/>
      </w:pPr>
      <w:r>
        <w:t>ہے، اللہ کے وجود پر کنوکشن آپ کا باقی ہے، رسول اللہ صلی اللہ علیہ وسلم کی صداقت</w:t>
      </w:r>
    </w:p>
    <w:p>
      <w:r>
        <w:rPr>
          <w:b/>
        </w:rPr>
        <w:t xml:space="preserve">[1:02:11] </w:t>
      </w:r>
      <w:r>
        <w:t>par aap ka conviction baqi hai, to that is the level of consciousness.</w:t>
      </w:r>
    </w:p>
    <w:p>
      <w:pPr>
        <w:jc w:val="right"/>
      </w:pPr>
      <w:r>
        <w:t>پر آپ کا کنوکشن باقی ہے، تو دیٹ از دی لیول آف کانشیسنس۔</w:t>
      </w:r>
    </w:p>
    <w:p>
      <w:r>
        <w:rPr>
          <w:b/>
        </w:rPr>
        <w:t xml:space="preserve">[1:02:16] </w:t>
      </w:r>
      <w:r>
        <w:t>to level of consciousness jo hai,</w:t>
      </w:r>
    </w:p>
    <w:p>
      <w:pPr>
        <w:jc w:val="right"/>
      </w:pPr>
      <w:r>
        <w:t>تو لیول آف کانشیسنس جو ہے،</w:t>
      </w:r>
    </w:p>
    <w:p>
      <w:r>
        <w:rPr>
          <w:b/>
        </w:rPr>
        <w:t xml:space="preserve">[1:02:21] </w:t>
      </w:r>
      <w:r>
        <w:t>agar is mein erosion nahi hai aur level of feeling mein kami, yaani kabhi hoti hai, kabhi zyada hota hai, kabhi kabhi, kabhi zyada, to is mein koi koi pareshani ki baat nahi hai. it is but natural, yeh to hoga. Maulana, agla sawal Pennsylvania USA se Khwaja Kaleemuddin sahib ne kiya hai. unhone likha hai ke: Maulana sahib, Muslims are so much charged about the pa</w:t>
      </w:r>
    </w:p>
    <w:p>
      <w:pPr>
        <w:jc w:val="right"/>
      </w:pPr>
      <w:r>
        <w:t>اگر اس میں ایروژن نہیں ہے اور لیول آف فیلنگ میں کمی، یعنی کبھی ہوتی ہے، کبھی زیادہ ہوتا ہے، کبھی کبھی، کبھی زیادہ، تو اس میں کوئی کوئی پریشانی کی بات نہیں ہے۔ اٹ از بٹ نیچرل، یہ تو ہوگا۔ مولانا، اگلا سوال پینسلوینیا یو ایس اے سے خواجہ کلیم الدین صاحب نے کیا ہے۔ انہوں نے لکھا ہے کہ: مولانا صاحب، مسلمز آر سو مچ چارجڈ اباؤٹ دا پ</w:t>
      </w:r>
    </w:p>
    <w:p>
      <w:r>
        <w:rPr>
          <w:b/>
        </w:rPr>
        <w:t xml:space="preserve">[1:02:51] </w:t>
      </w:r>
      <w:r>
        <w:t>Palestinian issue that it has become impossible to express the view that the Palestinian stance is completely against</w:t>
      </w:r>
    </w:p>
    <w:p>
      <w:pPr>
        <w:jc w:val="right"/>
      </w:pPr>
      <w:r>
        <w:t>یلسٹینین ایشو دیٹ اٹ ہیز بیکم امپوسیبل ٹو ایکسپریس دا ویو دیٹ دا پیلسٹینین سٹینس از کمپلیٹلی اگینسٹ</w:t>
      </w:r>
    </w:p>
    <w:p>
      <w:r>
        <w:rPr>
          <w:b/>
        </w:rPr>
        <w:t xml:space="preserve">[1:02:56] </w:t>
      </w:r>
      <w:r>
        <w:t>the sunnah of prophet Muhammad.</w:t>
      </w:r>
    </w:p>
    <w:p>
      <w:pPr>
        <w:jc w:val="right"/>
      </w:pPr>
      <w:r>
        <w:t>دی سنہ آف پرافٹ محمد۔</w:t>
      </w:r>
    </w:p>
    <w:p>
      <w:r>
        <w:rPr>
          <w:b/>
        </w:rPr>
        <w:t xml:space="preserve">[1:03:01] </w:t>
      </w:r>
      <w:r>
        <w:t>what should we do in this regard? yeh to sahi hai, yeh to koi nai baat nahi hai.</w:t>
      </w:r>
    </w:p>
    <w:p>
      <w:pPr>
        <w:jc w:val="right"/>
      </w:pPr>
      <w:r>
        <w:t>واٹ شوڈ وی ڈو ان دس ریگارڈ؟ یہ تو صحیح ہے، یہ تو کوئی نئی بات نہیں ہے۔</w:t>
      </w:r>
    </w:p>
    <w:p>
      <w:r>
        <w:rPr>
          <w:b/>
        </w:rPr>
        <w:t xml:space="preserve">[1:03:06] </w:t>
      </w:r>
      <w:r>
        <w:t>hamesha aisa hota hai.</w:t>
      </w:r>
    </w:p>
    <w:p>
      <w:pPr>
        <w:jc w:val="right"/>
      </w:pPr>
      <w:r>
        <w:t>ہمیشہ ایسا ہوتا ہے۔</w:t>
      </w:r>
    </w:p>
    <w:p>
      <w:r>
        <w:rPr>
          <w:b/>
        </w:rPr>
        <w:t xml:space="preserve">[1:03:11] </w:t>
      </w:r>
      <w:r>
        <w:t>jo maine qissa bataya aap ko, Siffin ka, woh Hazrat Usman ke qatl par, woh tha, woh</w:t>
      </w:r>
    </w:p>
    <w:p>
      <w:pPr>
        <w:jc w:val="right"/>
      </w:pPr>
      <w:r>
        <w:t>جو میں نے قصہ بتایا آپ کو، صفین کا، وہ حضرت عثمان کے قتل پر، وہ تھا، وہ</w:t>
      </w:r>
    </w:p>
    <w:p>
      <w:r>
        <w:rPr>
          <w:b/>
        </w:rPr>
        <w:t xml:space="preserve">[1:03:17] </w:t>
      </w:r>
      <w:r>
        <w:t>jo Hazrat Usman ko unhon ne qatl kar diya tha, to dam Usman ka masla paida hua tha.</w:t>
      </w:r>
    </w:p>
    <w:p>
      <w:pPr>
        <w:jc w:val="right"/>
      </w:pPr>
      <w:r>
        <w:t>جو حضرت عثمان کو انہوں نے قتل کر دیا تھا، تو دم عثمان کا مسئلہ پیدا ہوا تھا۔</w:t>
      </w:r>
    </w:p>
    <w:p>
      <w:r>
        <w:rPr>
          <w:b/>
        </w:rPr>
        <w:t xml:space="preserve">[1:03:22] </w:t>
      </w:r>
      <w:r>
        <w:t>is par charge thay, woh charge thay, tabhi to mar gaye satar hazar aadmi maar dala ya aapas</w:t>
      </w:r>
    </w:p>
    <w:p>
      <w:pPr>
        <w:jc w:val="right"/>
      </w:pPr>
      <w:r>
        <w:t>اس پر چارج تھے، وہ چارج تھے، تبھی تو مر گئے ستر ہزار آدمی مار ڈالا یا آپس</w:t>
      </w:r>
    </w:p>
    <w:p>
      <w:r>
        <w:rPr>
          <w:b/>
        </w:rPr>
        <w:t xml:space="preserve">[1:03:27] </w:t>
      </w:r>
      <w:r>
        <w:t>mein aik doosre ko.</w:t>
      </w:r>
    </w:p>
    <w:p>
      <w:pPr>
        <w:jc w:val="right"/>
      </w:pPr>
      <w:r>
        <w:t>میں ایک دوسرے کو۔</w:t>
      </w:r>
    </w:p>
    <w:p>
      <w:r>
        <w:rPr>
          <w:b/>
        </w:rPr>
        <w:t xml:space="preserve">[1:03:32] </w:t>
      </w:r>
      <w:r>
        <w:t>to tareekh mein aise waqiat paish aate hain ke log charge hotay hain kisi baat ko le kar ke.</w:t>
      </w:r>
    </w:p>
    <w:p>
      <w:pPr>
        <w:jc w:val="right"/>
      </w:pPr>
      <w:r>
        <w:t>تو تاریخ میں ایسے واقعات پیش آتے ہیں کہ لوگ چارج ہوتے ہیں کسی بات کو لے کر کے۔</w:t>
      </w:r>
    </w:p>
    <w:p>
      <w:r>
        <w:rPr>
          <w:b/>
        </w:rPr>
        <w:t xml:space="preserve">[1:03:37] </w:t>
      </w:r>
      <w:r>
        <w:t>Hazrat Aisha nikal padin ke mujhe Usman ke khoon ka badla lena hai.</w:t>
      </w:r>
    </w:p>
    <w:p>
      <w:pPr>
        <w:jc w:val="right"/>
      </w:pPr>
      <w:r>
        <w:t>حضرت عائشہ نکل پڑیں کہ مجھے عثمان کے خون کا بدلہ لینا ہے۔</w:t>
      </w:r>
    </w:p>
    <w:p>
      <w:r>
        <w:rPr>
          <w:b/>
        </w:rPr>
        <w:t xml:space="preserve">[1:03:42] </w:t>
      </w:r>
      <w:r>
        <w:t>itna zyada un ke andar josh aa gaya Hazrat Aisha ke andar ke dekhiye, literally taur par qaum</w:t>
      </w:r>
    </w:p>
    <w:p>
      <w:pPr>
        <w:jc w:val="right"/>
      </w:pPr>
      <w:r>
        <w:t>اتنا زیادہ ان کے اندر جوش آ گیا حضرت عائشہ کے اندر کہ دیکھیے، لٹرل طور پر قوم</w:t>
      </w:r>
    </w:p>
    <w:p>
      <w:r>
        <w:rPr>
          <w:b/>
        </w:rPr>
        <w:t xml:space="preserve">[1:03:47] </w:t>
      </w:r>
      <w:r>
        <w:t>mein likha hua tha ke</w:t>
      </w:r>
    </w:p>
    <w:p>
      <w:pPr>
        <w:jc w:val="right"/>
      </w:pPr>
      <w:r>
        <w:t>میں لکھا ہوا تھا کہ</w:t>
      </w:r>
    </w:p>
    <w:p>
      <w:r>
        <w:rPr>
          <w:b/>
        </w:rPr>
        <w:t xml:space="preserve">[1:03:53] </w:t>
      </w:r>
      <w:r>
        <w:t>gharron mein thehro, yani Ummahat ul Momineen ke baray mein.</w:t>
      </w:r>
    </w:p>
    <w:p>
      <w:pPr>
        <w:jc w:val="right"/>
      </w:pPr>
      <w:r>
        <w:t>گھروں میں ٹھہرو، یعنی امہات المومنین کے بارے میں۔</w:t>
      </w:r>
    </w:p>
    <w:p>
      <w:r>
        <w:rPr>
          <w:b/>
        </w:rPr>
        <w:t xml:space="preserve">[1:03:57] </w:t>
      </w:r>
      <w:r>
        <w:t>ae azwaj e Rasool, tum log gharron mein thehro.</w:t>
      </w:r>
    </w:p>
    <w:p>
      <w:pPr>
        <w:jc w:val="right"/>
      </w:pPr>
      <w:r>
        <w:t>اے ازواج رسول، تم لوگ گھروں میں ٹھہرو۔</w:t>
      </w:r>
    </w:p>
    <w:p>
      <w:r>
        <w:rPr>
          <w:b/>
        </w:rPr>
        <w:t xml:space="preserve">[1:04:01] </w:t>
      </w:r>
      <w:r>
        <w:t>lekin woh nikal padin.</w:t>
      </w:r>
    </w:p>
    <w:p>
      <w:pPr>
        <w:jc w:val="right"/>
      </w:pPr>
      <w:r>
        <w:t>لیکن وہ نکل پڑیں۔</w:t>
      </w:r>
    </w:p>
    <w:p>
      <w:r>
        <w:rPr>
          <w:b/>
        </w:rPr>
        <w:t xml:space="preserve">[1:04:06] </w:t>
      </w:r>
      <w:r>
        <w:t>to wahi to hai ke itna charge ho gaye thay log dam Usman ke maslay par, khoon ka</w:t>
      </w:r>
    </w:p>
    <w:p>
      <w:pPr>
        <w:jc w:val="right"/>
      </w:pPr>
      <w:r>
        <w:t>تو وہی تو ہے کہ اتنا چارج ہو گئے تھے لوگ دم عثمان کے مسئلے پر، خون کا</w:t>
      </w:r>
    </w:p>
    <w:p>
      <w:r>
        <w:rPr>
          <w:b/>
        </w:rPr>
        <w:t xml:space="preserve">[1:04:10] </w:t>
      </w:r>
      <w:r>
        <w:t>badla lena hai, khoon Usman ka.</w:t>
      </w:r>
    </w:p>
    <w:p>
      <w:pPr>
        <w:jc w:val="right"/>
      </w:pPr>
      <w:r>
        <w:t>بدلہ لینا ہے، خون عثمان کا۔</w:t>
      </w:r>
    </w:p>
    <w:p>
      <w:r>
        <w:rPr>
          <w:b/>
        </w:rPr>
        <w:t xml:space="preserve">[1:04:15] </w:t>
      </w:r>
      <w:r>
        <w:t>to aise waqiat tareekh mein bar bar paish aate hain.</w:t>
      </w:r>
    </w:p>
    <w:p>
      <w:pPr>
        <w:jc w:val="right"/>
      </w:pPr>
      <w:r>
        <w:t>تو ایسے واقعات تاریخ میں بار بار پیش آتے ہیں۔</w:t>
      </w:r>
    </w:p>
    <w:p>
      <w:r>
        <w:rPr>
          <w:b/>
        </w:rPr>
        <w:t xml:space="preserve">[1:04:19] </w:t>
      </w:r>
      <w:r>
        <w:t>to hamein yahi karna hai ke in ke jazbat ko thanda karein</w:t>
      </w:r>
    </w:p>
    <w:p>
      <w:pPr>
        <w:jc w:val="right"/>
      </w:pPr>
      <w:r>
        <w:t>تو ہمیں یہی کرنا ہے کہ ان کے جذبات کو ٹھنڈا کریں</w:t>
      </w:r>
    </w:p>
    <w:p>
      <w:r>
        <w:rPr>
          <w:b/>
        </w:rPr>
        <w:t xml:space="preserve">[1:04:23] </w:t>
      </w:r>
      <w:r>
        <w:t>aur in ko aqal dein.</w:t>
      </w:r>
    </w:p>
    <w:p>
      <w:pPr>
        <w:jc w:val="right"/>
      </w:pPr>
      <w:r>
        <w:t>اور ان کو عقل دیں۔</w:t>
      </w:r>
    </w:p>
    <w:p>
      <w:r>
        <w:rPr>
          <w:b/>
        </w:rPr>
        <w:t xml:space="preserve">[1:04:28] </w:t>
      </w:r>
      <w:r>
        <w:t>aur main samajhta hoon ke poori ummat jo hai, woh is ke is ke paas ikhlas hai, ibadat</w:t>
      </w:r>
    </w:p>
    <w:p>
      <w:pPr>
        <w:jc w:val="right"/>
      </w:pPr>
      <w:r>
        <w:t>اور میں سمجھتا ہوں کہ پوری امت جو ہے، وہ اس کے اس کے پاس اخلاص ہے، عبادت</w:t>
      </w:r>
    </w:p>
    <w:p>
      <w:r>
        <w:rPr>
          <w:b/>
        </w:rPr>
        <w:t xml:space="preserve">[1:04:33] </w:t>
      </w:r>
      <w:r>
        <w:t>hai, lekin wisdom nahi hai.</w:t>
      </w:r>
    </w:p>
    <w:p>
      <w:pPr>
        <w:jc w:val="right"/>
      </w:pPr>
      <w:r>
        <w:t>ہے، لیکن وزڈم نہیں ہے۔</w:t>
      </w:r>
    </w:p>
    <w:p>
      <w:r>
        <w:rPr>
          <w:b/>
        </w:rPr>
        <w:t xml:space="preserve">[1:04:39] </w:t>
      </w:r>
      <w:r>
        <w:t>har jagah, chahe America ke log hon, chahe India ke hon ya Pakistan ke hon, wisdom se maroof hain.</w:t>
      </w:r>
    </w:p>
    <w:p>
      <w:pPr>
        <w:jc w:val="right"/>
      </w:pPr>
      <w:r>
        <w:t>ہر جگہ، چاہے امریکہ کے لوگ ہوں، چاہے انڈیا کے ہوں یا پاکستان کے ہوں، وزڈم سے معروف ہیں۔</w:t>
      </w:r>
    </w:p>
    <w:p>
      <w:r>
        <w:rPr>
          <w:b/>
        </w:rPr>
        <w:t xml:space="preserve">[1:04:44] </w:t>
      </w:r>
      <w:r>
        <w:t>mujhe koi wisdom wala aadmi milta nahi, na hamare ulama ne logon ko wisdom sikhaya.</w:t>
      </w:r>
    </w:p>
    <w:p>
      <w:pPr>
        <w:jc w:val="right"/>
      </w:pPr>
      <w:r>
        <w:t>مجھے کوئی وزڈم والا آدمی ملتا نہیں، نہ ہمارے علماء نے لوگوں کو وزڈم سکھایا۔</w:t>
      </w:r>
    </w:p>
    <w:p>
      <w:r>
        <w:rPr>
          <w:b/>
        </w:rPr>
        <w:t xml:space="preserve">[1:04:49] </w:t>
      </w:r>
      <w:r>
        <w:t>to wisdom ko logon ko logon ke andar aqal ke sath sochna</w:t>
      </w:r>
    </w:p>
    <w:p>
      <w:pPr>
        <w:jc w:val="right"/>
      </w:pPr>
      <w:r>
        <w:t>تو وزڈم کو لوگوں کو لوگوں کے اندر عقل کے ساتھ سوچنا</w:t>
      </w:r>
    </w:p>
    <w:p>
      <w:r>
        <w:rPr>
          <w:b/>
        </w:rPr>
        <w:t xml:space="preserve">[1:04:54] </w:t>
      </w:r>
      <w:r>
        <w:t>sikhana parega humein.</w:t>
      </w:r>
    </w:p>
    <w:p>
      <w:pPr>
        <w:jc w:val="right"/>
      </w:pPr>
      <w:r>
        <w:t>سکھانا پڑے گا ہمیں۔</w:t>
      </w:r>
    </w:p>
    <w:p>
      <w:r>
        <w:rPr>
          <w:b/>
        </w:rPr>
        <w:t xml:space="preserve">[1:04:58] </w:t>
      </w:r>
      <w:r>
        <w:t>to is ke liye lambi muddat darkar hai.</w:t>
      </w:r>
    </w:p>
    <w:p>
      <w:pPr>
        <w:jc w:val="right"/>
      </w:pPr>
      <w:r>
        <w:t>تو اس کے لیے لمبی مدت درکار ہے۔</w:t>
      </w:r>
    </w:p>
    <w:p>
      <w:r>
        <w:rPr>
          <w:b/>
        </w:rPr>
        <w:t xml:space="preserve">[1:05:03] </w:t>
      </w:r>
      <w:r>
        <w:t>jab tak log logon ke andar aql aur basirat ke sath sochna nahi aye ga, is tarah ke</w:t>
      </w:r>
    </w:p>
    <w:p>
      <w:pPr>
        <w:jc w:val="right"/>
      </w:pPr>
      <w:r>
        <w:t>جب تک لوگ لوگوں کے اندر عقل اور بصیرت کے ساتھ سوچنا نہیں آئے گا، اس طرح کے</w:t>
      </w:r>
    </w:p>
    <w:p>
      <w:r>
        <w:rPr>
          <w:b/>
        </w:rPr>
        <w:t xml:space="preserve">[1:05:07] </w:t>
      </w:r>
      <w:r>
        <w:t>waqiat hote rahen ge.</w:t>
      </w:r>
    </w:p>
    <w:p>
      <w:pPr>
        <w:jc w:val="right"/>
      </w:pPr>
      <w:r>
        <w:t>واقعات ہوتے رہیں گے۔</w:t>
      </w:r>
    </w:p>
    <w:p>
      <w:r>
        <w:rPr>
          <w:b/>
        </w:rPr>
        <w:t xml:space="preserve">[1:05:12] </w:t>
      </w:r>
      <w:r>
        <w:t>yani kitni khuli hui baat hai ke jab yaktarfa tabahi ho rahi hai to ladai jari rakhne ka</w:t>
      </w:r>
    </w:p>
    <w:p>
      <w:pPr>
        <w:jc w:val="right"/>
      </w:pPr>
      <w:r>
        <w:t>یعنی کتنی کھلی ہوئی بات ہے کہ جب یکطرفہ تباہی ہو رہی ہے تو لڑائی جاری رکھنے کا</w:t>
      </w:r>
    </w:p>
    <w:p>
      <w:r>
        <w:rPr>
          <w:b/>
        </w:rPr>
        <w:t xml:space="preserve">[1:05:16] </w:t>
      </w:r>
      <w:r>
        <w:t>kya matlab hai? kis liye ladai? jab yaktarfa tabahi ho rahi hai, yani ek tarfa tor par arab</w:t>
      </w:r>
    </w:p>
    <w:p>
      <w:pPr>
        <w:jc w:val="right"/>
      </w:pPr>
      <w:r>
        <w:t>کیا مطلب ہے؟ کس لئے لڑائی؟ جب یکطرفہ تباہی ہو رہی ہے، یعنی ایک طرفہ طور پر عرب</w:t>
      </w:r>
    </w:p>
    <w:p>
      <w:r>
        <w:rPr>
          <w:b/>
        </w:rPr>
        <w:t xml:space="preserve">[1:05:21] </w:t>
      </w:r>
      <w:r>
        <w:t>tabah ho rahe hain, to ladai jari rakhne ka matlab kya hai?</w:t>
      </w:r>
    </w:p>
    <w:p>
      <w:pPr>
        <w:jc w:val="right"/>
      </w:pPr>
      <w:r>
        <w:t>تباہ ہو رہے ہیں، تو لڑائی جاری رکھنے کا مطلب کیا ہے؟</w:t>
      </w:r>
    </w:p>
    <w:p>
      <w:r>
        <w:rPr>
          <w:b/>
        </w:rPr>
        <w:t xml:space="preserve">[1:05:25] </w:t>
      </w:r>
      <w:r>
        <w:t>lekin log jazbat mein hain, sunte nahi. to wahan bhi jazbat mein the. Hazrat Khalid loote the to madine ke musalmanon ne kaha tha ke: ya farar! to rasool Allah sal Allah aleh wasallam ne un ko thanda kiya. to beharhaal logon ke andar art of thinking laani padegi. logon ke andar aql laana padegi. logon ke andar baseerat laana padegi. jo hadith mein aata hai ke</w:t>
      </w:r>
    </w:p>
    <w:p>
      <w:pPr>
        <w:jc w:val="right"/>
      </w:pPr>
      <w:r>
        <w:t>لیکن لوگ جذبات میں ہیں، سنتے نہیں۔ تو وہاں بھی جذبات میں تھے۔ حضرت خالد لوٹے تھے تو مدینے کے مسلمانوں نے کہا تھا کہ: یا فرار! تو رسول اللہ صلی اللہ علیہ وسلم نے ان کو ٹھنڈا کیا۔ تو بہرحال لوگوں کے اندر آرٹ آف تھنکنگ لانی پڑے گی۔ لوگوں کے اندر عقل لانا پڑے گا۔ لوگوں کے اندر بصیرت لانا پڑے گا۔ جو حدیث میں آتا ہے کہ</w:t>
      </w:r>
    </w:p>
    <w:p>
      <w:r>
        <w:rPr>
          <w:b/>
        </w:rPr>
        <w:t xml:space="preserve">[1:05:55] </w:t>
      </w:r>
      <w:r>
        <w:t>momin ki ek sifat yeh hai ke: in yakun basiran be zamana.</w:t>
      </w:r>
    </w:p>
    <w:p>
      <w:pPr>
        <w:jc w:val="right"/>
      </w:pPr>
      <w:r>
        <w:t>مومن کی ایک صفت یہ ہے کہ: ان یکون بصیراً بے زمانہ۔</w:t>
      </w:r>
    </w:p>
    <w:p>
      <w:r>
        <w:rPr>
          <w:b/>
        </w:rPr>
        <w:t xml:space="preserve">[1:05:59] </w:t>
      </w:r>
      <w:r>
        <w:t>aur is par time lage ga.</w:t>
      </w:r>
    </w:p>
    <w:p>
      <w:pPr>
        <w:jc w:val="right"/>
      </w:pPr>
      <w:r>
        <w:t>اور اس پر ٹائم لگے گا۔</w:t>
      </w:r>
    </w:p>
    <w:p>
      <w:r>
        <w:rPr>
          <w:b/>
        </w:rPr>
        <w:t xml:space="preserve">[1:06:04] </w:t>
      </w:r>
      <w:r>
        <w:t>lekin mujhe kal kuch logon ke waqiat maloom hue aur arbon ke.</w:t>
      </w:r>
    </w:p>
    <w:p>
      <w:pPr>
        <w:jc w:val="right"/>
      </w:pPr>
      <w:r>
        <w:t>لیکن مجھے کل کچھ لوگوں کے واقعات معلوم ہوئے اور عربوں کے۔</w:t>
      </w:r>
    </w:p>
    <w:p>
      <w:r>
        <w:rPr>
          <w:b/>
        </w:rPr>
        <w:t xml:space="preserve">[1:06:08] </w:t>
      </w:r>
      <w:r>
        <w:t>to arbon mein ek nai thinking bhi aa rahi hai, yeh bhi sahi hai.</w:t>
      </w:r>
    </w:p>
    <w:p>
      <w:pPr>
        <w:jc w:val="right"/>
      </w:pPr>
      <w:r>
        <w:t>تو عربوں میں ایک نئی تھنکنگ بھی آ رہی ہے، یہ بھی صحیح ہے۔</w:t>
      </w:r>
    </w:p>
    <w:p>
      <w:r>
        <w:rPr>
          <w:b/>
        </w:rPr>
        <w:t xml:space="preserve">[1:06:12] </w:t>
      </w:r>
      <w:r>
        <w:t>ek sahib gaye the Kuwait aur Dubai, woh arbon se un ki mulaqat hui.</w:t>
      </w:r>
    </w:p>
    <w:p>
      <w:pPr>
        <w:jc w:val="right"/>
      </w:pPr>
      <w:r>
        <w:t>ایک صاحب گئے تھے کویت اور دبئی، وہ عربوں سے ان کی ملاقات ہوئی۔</w:t>
      </w:r>
    </w:p>
    <w:p>
      <w:r>
        <w:rPr>
          <w:b/>
        </w:rPr>
        <w:t xml:space="preserve">[1:06:17] </w:t>
      </w:r>
      <w:r>
        <w:t>to nojawan arbon se.</w:t>
      </w:r>
    </w:p>
    <w:p>
      <w:pPr>
        <w:jc w:val="right"/>
      </w:pPr>
      <w:r>
        <w:t>تو نوجوان عربوں سے۔</w:t>
      </w:r>
    </w:p>
    <w:p>
      <w:r>
        <w:rPr>
          <w:b/>
        </w:rPr>
        <w:t xml:space="preserve">[1:06:21] </w:t>
      </w:r>
      <w:r>
        <w:t>to arab mein nojawan</w:t>
      </w:r>
    </w:p>
    <w:p>
      <w:pPr>
        <w:jc w:val="right"/>
      </w:pPr>
      <w:r>
        <w:t>تو عرب میں نوجوان</w:t>
      </w:r>
    </w:p>
    <w:p>
      <w:r>
        <w:rPr>
          <w:b/>
        </w:rPr>
        <w:t xml:space="preserve">[1:06:25] </w:t>
      </w:r>
      <w:r>
        <w:t>on ka ek tabqa hai jo kehta hai: nayi thinking aa rahi hai, yeh is ko badness samajhta hai is policy ko. kal hi mujhe maloom hua. to aisa nahi hai ke sab log, yaani one to all, sab ke sab isi mein beh gaye hon. isi mein aise log nikal rahe hain. ek ek yaani ek naya process shuru ho gaya hai. khud Arabon mein ek naya process shuru ho gaya hai. balkeh unhone bata rahe the woh telephone par ke unhone ke</w:t>
      </w:r>
    </w:p>
    <w:p>
      <w:pPr>
        <w:jc w:val="right"/>
      </w:pPr>
      <w:r>
        <w:t>وں کا ایک طبقہ ہے جو کہتا ہے: نئی تھنکنگ آ رہی ہے، یہ اس کو بیڈنس سمجھتا ہے اس پالیسی کو۔ کل ہی مجھے معلوم ہوا۔ تو ایسا نہیں ہے کہ سب لوگ، یعنی ون ٹو آل، سب کے سب اسی میں بہہ گئے ہوں۔ اسی میں ایسے لوگ نکل رہے ہیں۔ ایک ایک یعنی ایک نیا پراسیس شروع ہو گیا ہے۔ خود عربوں میں ایک نیا پراسیس شروع ہو گیا ہے۔ بلکہ انہوں نے بتا رہے تھے وہ ٹیلی فون پر کہ انہوں نے کہ</w:t>
      </w:r>
    </w:p>
    <w:p>
      <w:r>
        <w:rPr>
          <w:b/>
        </w:rPr>
        <w:t xml:space="preserve">[1:06:55] </w:t>
      </w:r>
      <w:r>
        <w:t>a mere bare mein.</w:t>
      </w:r>
    </w:p>
    <w:p>
      <w:pPr>
        <w:jc w:val="right"/>
      </w:pPr>
      <w:r>
        <w:t>ا میرے بارے میں۔</w:t>
      </w:r>
    </w:p>
    <w:p>
      <w:r>
        <w:rPr>
          <w:b/>
        </w:rPr>
        <w:t xml:space="preserve">[1:06:59] </w:t>
      </w:r>
      <w:r>
        <w:t>to unhon ne kaha ke hum to un ki chezen parhte hain download kar ke aur hum</w:t>
      </w:r>
    </w:p>
    <w:p>
      <w:pPr>
        <w:jc w:val="right"/>
      </w:pPr>
      <w:r>
        <w:t>تو انہوں نے کہا کہ ہم تو ان کی چیزیں پڑھتے ہیں ڈاؤن لوڈ کر کے اور ہم</w:t>
      </w:r>
    </w:p>
    <w:p>
      <w:r>
        <w:rPr>
          <w:b/>
        </w:rPr>
        <w:t xml:space="preserve">[1:07:03] </w:t>
      </w:r>
      <w:r>
        <w:t>is se milna chahte hain.</w:t>
      </w:r>
    </w:p>
    <w:p>
      <w:pPr>
        <w:jc w:val="right"/>
      </w:pPr>
      <w:r>
        <w:t>اس سے ملنا چاہتے ہیں۔</w:t>
      </w:r>
    </w:p>
    <w:p>
      <w:r>
        <w:rPr>
          <w:b/>
        </w:rPr>
        <w:t xml:space="preserve">[1:07:07] </w:t>
      </w:r>
      <w:r>
        <w:t>to is mein shaq nahi ke majority is waqt jazbat mein hai, lekin ek naya process bhi shuru</w:t>
      </w:r>
    </w:p>
    <w:p>
      <w:pPr>
        <w:jc w:val="right"/>
      </w:pPr>
      <w:r>
        <w:t>تو اس میں شک نہیں کہ میجورٹی اس وقت جذبات میں ہے، لیکن ایک نیا پراسیس بھی شروع</w:t>
      </w:r>
    </w:p>
    <w:p>
      <w:r>
        <w:rPr>
          <w:b/>
        </w:rPr>
        <w:t xml:space="preserve">[1:07:10] </w:t>
      </w:r>
      <w:r>
        <w:t>ho gaya hai.</w:t>
      </w:r>
    </w:p>
    <w:p>
      <w:pPr>
        <w:jc w:val="right"/>
      </w:pPr>
      <w:r>
        <w:t>ہو گیا ہے۔</w:t>
      </w:r>
    </w:p>
    <w:p>
      <w:r>
        <w:rPr>
          <w:b/>
        </w:rPr>
        <w:t xml:space="preserve">[1:07:14] </w:t>
      </w:r>
      <w:r>
        <w:t>aur aise afraad, khas tor par arab nojawanon mein paida ho rahe hain jo is ko badness samajhte hain.</w:t>
      </w:r>
    </w:p>
    <w:p>
      <w:pPr>
        <w:jc w:val="right"/>
      </w:pPr>
      <w:r>
        <w:t>اور ایسے افراد، خاص طور پر عرب نوجوانوں میں پیدا ہو رہے ہیں جو اس کو بیڈنس سمجھتے ہیں۔</w:t>
      </w:r>
    </w:p>
    <w:p>
      <w:r>
        <w:rPr>
          <w:b/>
        </w:rPr>
        <w:t xml:space="preserve">[1:07:18] </w:t>
      </w:r>
      <w:r>
        <w:t>woh chahte hain ke nai policy ikhtiyar ki jaye.</w:t>
      </w:r>
    </w:p>
    <w:p>
      <w:pPr>
        <w:jc w:val="right"/>
      </w:pPr>
      <w:r>
        <w:t>وہ چاہتے ہیں کہ نئی پالیسی اختیار کی جائے۔</w:t>
      </w:r>
    </w:p>
    <w:p>
      <w:r>
        <w:rPr>
          <w:b/>
        </w:rPr>
        <w:t xml:space="preserve">[1:07:22] </w:t>
      </w:r>
      <w:r>
        <w:t>maulana, agla sawal lene se pehle ek comment parhna chahen ge jo</w:t>
      </w:r>
    </w:p>
    <w:p>
      <w:pPr>
        <w:jc w:val="right"/>
      </w:pPr>
      <w:r>
        <w:t>مولانا، اگلا سوال لینے سے پہلے ایک کمنٹ پڑھنا چاہیں گے جو</w:t>
      </w:r>
    </w:p>
    <w:p>
      <w:r>
        <w:rPr>
          <w:b/>
        </w:rPr>
        <w:t xml:space="preserve">[1:07:26] </w:t>
      </w:r>
      <w:r>
        <w:t>Bangalore se bheja hai abrar mudassir sahib ne.</w:t>
      </w:r>
    </w:p>
    <w:p>
      <w:pPr>
        <w:jc w:val="right"/>
      </w:pPr>
      <w:r>
        <w:t>بنگلور سے بھیجا ہے ابرار مدثر صاحب نے۔</w:t>
      </w:r>
    </w:p>
    <w:p>
      <w:r>
        <w:rPr>
          <w:b/>
        </w:rPr>
        <w:t xml:space="preserve">[1:07:32] </w:t>
      </w:r>
      <w:r>
        <w:t>unhon ne likha hai: maulana uswa e kamila ke naam par hum jo jante the, woh sirf fiqhi masail hain.</w:t>
      </w:r>
    </w:p>
    <w:p>
      <w:pPr>
        <w:jc w:val="right"/>
      </w:pPr>
      <w:r>
        <w:t>انہوں نے لکھا ہے: مولانا اسوہ کاملہ کے نام پر ہم جو جانتے تھے، وہ صرف فقہی مسائل ہیں۔</w:t>
      </w:r>
    </w:p>
    <w:p>
      <w:r>
        <w:rPr>
          <w:b/>
        </w:rPr>
        <w:t xml:space="preserve">[1:07:38] </w:t>
      </w:r>
      <w:r>
        <w:t>is liye fiqhi deen ki pabandi har mauqe par kar lete hain.</w:t>
      </w:r>
    </w:p>
    <w:p>
      <w:pPr>
        <w:jc w:val="right"/>
      </w:pPr>
      <w:r>
        <w:t>اس لیے فقہی دین کی پابندی ہر موقع پر کر لیتے ہیں۔</w:t>
      </w:r>
    </w:p>
    <w:p>
      <w:r>
        <w:rPr>
          <w:b/>
        </w:rPr>
        <w:t xml:space="preserve">[1:07:44] </w:t>
      </w:r>
      <w:r>
        <w:t>magar sirf ar risala mission hai jo haqeeqi ma'non mein uswa-e-kamilah par khara hai.</w:t>
      </w:r>
    </w:p>
    <w:p>
      <w:pPr>
        <w:jc w:val="right"/>
      </w:pPr>
      <w:r>
        <w:t>مگر صرف الرسالہ مشن ہے جو حقیقی معنی میں اسوہ کاملہ پر کھڑا ہے۔</w:t>
      </w:r>
    </w:p>
    <w:p>
      <w:r>
        <w:rPr>
          <w:b/>
        </w:rPr>
        <w:t xml:space="preserve">[1:07:50] </w:t>
      </w:r>
      <w:r>
        <w:t>jo zindagi ke har mor par hamein batata hai ke rasool ka uswa ab ki halat mein</w:t>
      </w:r>
    </w:p>
    <w:p>
      <w:pPr>
        <w:jc w:val="right"/>
      </w:pPr>
      <w:r>
        <w:t>جو زندگی کے ہر موڑ پر ہمیں بتاتا ہے کہ رسول کا اسوہ اب کی حالت میں</w:t>
      </w:r>
    </w:p>
    <w:p>
      <w:r>
        <w:rPr>
          <w:b/>
        </w:rPr>
        <w:t xml:space="preserve">[1:07:56] </w:t>
      </w:r>
      <w:r>
        <w:t>hamare liye kya hai.</w:t>
      </w:r>
    </w:p>
    <w:p>
      <w:pPr>
        <w:jc w:val="right"/>
      </w:pPr>
      <w:r>
        <w:t>ہمارے لیے کیا ہے۔</w:t>
      </w:r>
    </w:p>
    <w:p>
      <w:r>
        <w:rPr>
          <w:b/>
        </w:rPr>
        <w:t xml:space="preserve">[1:08:00] </w:t>
      </w:r>
      <w:r>
        <w:t>jazak Allah khair.</w:t>
      </w:r>
    </w:p>
    <w:p>
      <w:pPr>
        <w:jc w:val="right"/>
      </w:pPr>
      <w:r>
        <w:t>جزاک اللہ خیر۔</w:t>
      </w:r>
    </w:p>
    <w:p>
      <w:r>
        <w:rPr>
          <w:b/>
        </w:rPr>
        <w:t xml:space="preserve">[1:08:05] </w:t>
      </w:r>
      <w:r>
        <w:t>maulana, agla sawal idrees sahib ne kiya hai raipur se.</w:t>
      </w:r>
    </w:p>
    <w:p>
      <w:pPr>
        <w:jc w:val="right"/>
      </w:pPr>
      <w:r>
        <w:t>مولانا، اگلا سوال ادریس صاحب نے کیا ہے رائے پور سے۔</w:t>
      </w:r>
    </w:p>
    <w:p>
      <w:r>
        <w:rPr>
          <w:b/>
        </w:rPr>
        <w:t xml:space="preserve">[1:08:09] </w:t>
      </w:r>
      <w:r>
        <w:t>aur unhon ne likha hai ke: today lecture had one of the most precious lesson to learn.</w:t>
      </w:r>
    </w:p>
    <w:p>
      <w:pPr>
        <w:jc w:val="right"/>
      </w:pPr>
      <w:r>
        <w:t>اور انہوں نے لکھا ہے کہ: ٹوڈے لیکچر ہیڈ ون آف دا موسٹ پریشیس لیسن ٹو لرن۔</w:t>
      </w:r>
    </w:p>
    <w:p>
      <w:r>
        <w:rPr>
          <w:b/>
        </w:rPr>
        <w:t xml:space="preserve">[1:08:13] </w:t>
      </w:r>
      <w:r>
        <w:t>dekhein, fiqah ka lafzi matlab to hai aalim.</w:t>
      </w:r>
    </w:p>
    <w:p>
      <w:pPr>
        <w:jc w:val="right"/>
      </w:pPr>
      <w:r>
        <w:t>دیکھیں، فقیہ کا لفظی مطلب تو ہے عالم۔</w:t>
      </w:r>
    </w:p>
    <w:p>
      <w:r>
        <w:rPr>
          <w:b/>
        </w:rPr>
        <w:t xml:space="preserve">[1:08:18] </w:t>
      </w:r>
      <w:r>
        <w:t>lekin yeh aalim se zyada is mein mafhoom hota hai.</w:t>
      </w:r>
    </w:p>
    <w:p>
      <w:pPr>
        <w:jc w:val="right"/>
      </w:pPr>
      <w:r>
        <w:t>لیکن یہ عالم سے زیادہ اس میں مفہوم ہوتا ہے۔</w:t>
      </w:r>
    </w:p>
    <w:p>
      <w:r>
        <w:rPr>
          <w:b/>
        </w:rPr>
        <w:t xml:space="preserve">[1:08:22] </w:t>
      </w:r>
      <w:r>
        <w:t>aalim ma'ni to sirf hota hai janne wala. lekin fiqah</w:t>
      </w:r>
    </w:p>
    <w:p>
      <w:pPr>
        <w:jc w:val="right"/>
      </w:pPr>
      <w:r>
        <w:t>عالم معنی تو صرف ہوتا ہے جاننے والا۔ لیکن فقیہ</w:t>
      </w:r>
    </w:p>
    <w:p>
      <w:r>
        <w:rPr>
          <w:b/>
        </w:rPr>
        <w:t xml:space="preserve">[1:08:27] </w:t>
      </w:r>
      <w:r>
        <w:t>mein ilm ke sath sath wisdom shamil hai.</w:t>
      </w:r>
    </w:p>
    <w:p>
      <w:pPr>
        <w:jc w:val="right"/>
      </w:pPr>
      <w:r>
        <w:t>میں علم کے ساتھ ساتھ وزڈم شامل ہے۔</w:t>
      </w:r>
    </w:p>
    <w:p>
      <w:r>
        <w:rPr>
          <w:b/>
        </w:rPr>
        <w:t xml:space="preserve">[1:08:30] </w:t>
      </w:r>
      <w:r>
        <w:t>yani wise aalim.</w:t>
      </w:r>
    </w:p>
    <w:p>
      <w:pPr>
        <w:jc w:val="right"/>
      </w:pPr>
      <w:r>
        <w:t>یعنی وائز عالم۔</w:t>
      </w:r>
    </w:p>
    <w:p>
      <w:r>
        <w:rPr>
          <w:b/>
        </w:rPr>
        <w:t xml:space="preserve">[1:08:33] </w:t>
      </w:r>
      <w:r>
        <w:t>fiqah ka matlab hoga wise aalim.</w:t>
      </w:r>
    </w:p>
    <w:p>
      <w:pPr>
        <w:jc w:val="right"/>
      </w:pPr>
      <w:r>
        <w:t>فقیہ کا مطلب ہوگا وائز عالم۔</w:t>
      </w:r>
    </w:p>
    <w:p>
      <w:r>
        <w:rPr>
          <w:b/>
        </w:rPr>
        <w:t xml:space="preserve">[1:08:37] </w:t>
      </w:r>
      <w:r>
        <w:t>aaj kal rawaji tor par jo fiqah is ko kehte hain jo masail masail jaane.</w:t>
      </w:r>
    </w:p>
    <w:p>
      <w:pPr>
        <w:jc w:val="right"/>
      </w:pPr>
      <w:r>
        <w:t>آج کل رواجی طور پر جو فقیہ اس کو کہتے ہیں جو مسئلے مسائل جانے۔</w:t>
      </w:r>
    </w:p>
    <w:p>
      <w:r>
        <w:rPr>
          <w:b/>
        </w:rPr>
        <w:t xml:space="preserve">[1:08:40] </w:t>
      </w:r>
      <w:r>
        <w:t>to masla masail janne wala jo hai, sahi ma'non mein fiqah nahi hai.</w:t>
      </w:r>
    </w:p>
    <w:p>
      <w:pPr>
        <w:jc w:val="right"/>
      </w:pPr>
      <w:r>
        <w:t>تو مسئلہ مسائل جاننے والا جو ہے، صحیح معنوں میں فقیہ نہیں ہے۔</w:t>
      </w:r>
    </w:p>
    <w:p>
      <w:r>
        <w:rPr>
          <w:b/>
        </w:rPr>
        <w:t xml:space="preserve">[1:08:43] </w:t>
      </w:r>
      <w:r>
        <w:t>fiqah woh hai jo wise aalim ho.</w:t>
      </w:r>
    </w:p>
    <w:p>
      <w:pPr>
        <w:jc w:val="right"/>
      </w:pPr>
      <w:r>
        <w:t>فقیہ وہ ہے جو وائز عالم ہو۔</w:t>
      </w:r>
    </w:p>
    <w:p>
      <w:r>
        <w:rPr>
          <w:b/>
        </w:rPr>
        <w:t xml:space="preserve">[1:08:47] </w:t>
      </w:r>
      <w:r>
        <w:t>yani ilm-e-deen ke sath sath is ko wisdom bhi hasil ho.</w:t>
      </w:r>
    </w:p>
    <w:p>
      <w:pPr>
        <w:jc w:val="right"/>
      </w:pPr>
      <w:r>
        <w:t>یعنی علم دین کے ساتھ ساتھ اس کو وزڈم بھی حاصل ہو۔</w:t>
      </w:r>
    </w:p>
    <w:p>
      <w:r>
        <w:rPr>
          <w:b/>
        </w:rPr>
        <w:t xml:space="preserve">[1:08:50] </w:t>
      </w:r>
      <w:r>
        <w:t>woh fiqah hai.</w:t>
      </w:r>
    </w:p>
    <w:p>
      <w:pPr>
        <w:jc w:val="right"/>
      </w:pPr>
      <w:r>
        <w:t>وہ فقیہ ہے۔</w:t>
      </w:r>
    </w:p>
    <w:p>
      <w:r>
        <w:rPr>
          <w:b/>
        </w:rPr>
        <w:t xml:space="preserve">[1:08:53] </w:t>
      </w:r>
      <w:r>
        <w:t>masla masail tak mehdood to kar diya logon ne.</w:t>
      </w:r>
    </w:p>
    <w:p>
      <w:pPr>
        <w:jc w:val="right"/>
      </w:pPr>
      <w:r>
        <w:t>مسئلہ مسائل تک محدود تو کر دیا لوگوں نے۔</w:t>
      </w:r>
    </w:p>
    <w:p>
      <w:r>
        <w:rPr>
          <w:b/>
        </w:rPr>
        <w:t xml:space="preserve">[1:08:57] </w:t>
      </w:r>
      <w:r>
        <w:t>woh sahi nahi hai.</w:t>
      </w:r>
    </w:p>
    <w:p>
      <w:pPr>
        <w:jc w:val="right"/>
      </w:pPr>
      <w:r>
        <w:t>وہ صحیح نہیں ہے۔</w:t>
      </w:r>
    </w:p>
    <w:p>
      <w:r>
        <w:rPr>
          <w:b/>
        </w:rPr>
        <w:t xml:space="preserve">[1:09:02] </w:t>
      </w:r>
      <w:r>
        <w:t>maulana, dilli se mr. sunil sharma ne sawal kiya hai.</w:t>
      </w:r>
    </w:p>
    <w:p>
      <w:pPr>
        <w:jc w:val="right"/>
      </w:pPr>
      <w:r>
        <w:t>مولانا، دلی سے مسٹر سنیل شرما نے سوال کیا ہے۔</w:t>
      </w:r>
    </w:p>
    <w:p>
      <w:r>
        <w:rPr>
          <w:b/>
        </w:rPr>
        <w:t xml:space="preserve">[1:09:07] </w:t>
      </w:r>
      <w:r>
        <w:t>aur unhon ne likha hai ke: dhara 370 aur islam mein kya takrao hai? kyon hum is dhara</w:t>
      </w:r>
    </w:p>
    <w:p>
      <w:pPr>
        <w:jc w:val="right"/>
      </w:pPr>
      <w:r>
        <w:t>اور انہوں نے لکھا ہے کہ: دھارا 370 اور اسلام میں کیا ٹکراؤ ہے؟ کیوں ہم اس دھارا</w:t>
      </w:r>
    </w:p>
    <w:p>
      <w:r>
        <w:rPr>
          <w:b/>
        </w:rPr>
        <w:t xml:space="preserve">[1:09:12] </w:t>
      </w:r>
      <w:r>
        <w:t>ko hatane ka samarthan nahi kar sakte? is ke bare mein.</w:t>
      </w:r>
    </w:p>
    <w:p>
      <w:pPr>
        <w:jc w:val="right"/>
      </w:pPr>
      <w:r>
        <w:t>کو ہٹانے کا سمर्थن نہیں کر سکتے؟ اس کے بارے میں۔</w:t>
      </w:r>
    </w:p>
    <w:p>
      <w:r>
        <w:rPr>
          <w:b/>
        </w:rPr>
        <w:t xml:space="preserve">[1:09:17] </w:t>
      </w:r>
      <w:r>
        <w:t>bhai, yeh to siyasi masla hai.</w:t>
      </w:r>
    </w:p>
    <w:p>
      <w:pPr>
        <w:jc w:val="right"/>
      </w:pPr>
      <w:r>
        <w:t>بھئی، یہ تو سیاسی مسئلہ ہے۔</w:t>
      </w:r>
    </w:p>
    <w:p>
      <w:r>
        <w:rPr>
          <w:b/>
        </w:rPr>
        <w:t xml:space="preserve">[1:09:22] </w:t>
      </w:r>
      <w:r>
        <w:t>is ka islam se kya taluq? islam se koi taluq nahi, siyasi masla hai.</w:t>
      </w:r>
    </w:p>
    <w:p>
      <w:pPr>
        <w:jc w:val="right"/>
      </w:pPr>
      <w:r>
        <w:t>اس کا اسلام سے کیا تعلق؟ اسلام سے کوئی تعلق نہیں، سیاسی مسئلہ ہے۔</w:t>
      </w:r>
    </w:p>
    <w:p>
      <w:r>
        <w:rPr>
          <w:b/>
        </w:rPr>
        <w:t xml:space="preserve">[1:09:27] </w:t>
      </w:r>
      <w:r>
        <w:t>lekin is masle mein dekhein, jazbati taur par kuch bhi nahi hoga. jabai taur par jo kuch kiya jayega, woh ulta hoga. kyunke aap constitution ko padhein. yeh saada baat nahi ke bhai ek ek dhara hai, ek dafa hai. nahi, is ki ek history hai. is zamane mein Sheikh Abdullah aur dheron se baatein hoti thin. aur is zamane mein g</w:t>
      </w:r>
    </w:p>
    <w:p>
      <w:pPr>
        <w:jc w:val="right"/>
      </w:pPr>
      <w:r>
        <w:t>لیکن اس مسئلے میں دیکھیں، جذباتی طور پر کچھ بھی نہیں ہوگا۔ جبائی طور پر جو کچھ کیا جائے گا، وہ الٹا ہوگا۔ کیونکہ آپ کانسٹیٹیوشن کو پڑھئے۔ یہ سادہ بات نہیں کہ بھئی ایک ایک دھارا ہے، ایک دفعہ ہے۔ نہیں، اس کی ایک ہسٹری ہے۔ اس زمانے میں شیخ عبداللہ اور ڈھیروں سے باتیں ہوتی تھیں۔ اور اس زمانے میں غ</w:t>
      </w:r>
    </w:p>
    <w:p>
      <w:r>
        <w:rPr>
          <w:b/>
        </w:rPr>
        <w:t xml:space="preserve">[1:09:57] </w:t>
      </w:r>
      <w:r>
        <w:t>awar kiya gaya. phir constitution bana. India mein ek constitution assembly bani, is mein sare India ke log chune gaye. India ke bahut hi top ke log is mein shamil the. to constitution assembly ke samne poora jo constitution banaya tha Dr. Ambedkar ne, woh behas hua is par. to constitution assembly ne behas kar ke is ko shamil kiya. is mein to aisa thodi hai ke aap road par khade ho kar kahein ke dhara ko band karo. dhara ko khatam karo</w:t>
      </w:r>
    </w:p>
    <w:p>
      <w:pPr>
        <w:jc w:val="right"/>
      </w:pPr>
      <w:r>
        <w:t>ور کیا گیا۔ پھر کانسٹیٹیوشن بنا۔ انڈیا میں ایک کانسٹیٹیوشن اسمبلی بنی، اس میں سارے انڈیا کے لوگ چنے گئے۔ انڈیا کے بہت ہی ٹاپ کے لوگ اس میں شامل تھے۔ تو کانسٹیٹیوشن اسمبلی کے سامنے پورا جو کانسٹیٹیوشن بنایا تھا ڈاکٹر امبدکر نے، وہ بحث ہوا اس پر۔ تو کانسٹیٹیوشن اسمبلی نے بحث کر کے اس کو شامل کیا۔ اس میں تو ایسا تھوڑی ہے کہ آپ روڈ پر کھڑے ہو کر کہیں کہ دھارا کو بند کرو۔ دھارا کو ختم کرو</w:t>
      </w:r>
    </w:p>
    <w:p>
      <w:r>
        <w:rPr>
          <w:b/>
        </w:rPr>
        <w:t xml:space="preserve">[1:10:27] </w:t>
      </w:r>
      <w:r>
        <w:t>—</w:t>
      </w:r>
    </w:p>
    <w:p>
      <w:pPr>
        <w:jc w:val="right"/>
      </w:pPr>
      <w:r>
        <w:t>۔</w:t>
      </w:r>
    </w:p>
    <w:p>
      <w:r>
        <w:rPr>
          <w:b/>
        </w:rPr>
        <w:t xml:space="preserve">[1:10:31] </w:t>
      </w:r>
      <w:r>
        <w:t>aisa nahi ho sakta.</w:t>
      </w:r>
    </w:p>
    <w:p>
      <w:pPr>
        <w:jc w:val="right"/>
      </w:pPr>
      <w:r>
        <w:t>ایسا نہیں ہو سکتا۔</w:t>
      </w:r>
    </w:p>
    <w:p>
      <w:r>
        <w:rPr>
          <w:b/>
        </w:rPr>
        <w:t xml:space="preserve">[1:10:34] </w:t>
      </w:r>
      <w:r>
        <w:t>constitution ke kisi daf'ay ko constitution hi ke tareeqay par khatm kar sakte hain aap.</w:t>
      </w:r>
    </w:p>
    <w:p>
      <w:pPr>
        <w:jc w:val="right"/>
      </w:pPr>
      <w:r>
        <w:t>کانسٹیٹیوشن کے کسی دفعہ کو کانسٹیٹیوشن ہی کے طریقے پر ختم کر سکتے ہیں آپ۔</w:t>
      </w:r>
    </w:p>
    <w:p>
      <w:r>
        <w:rPr>
          <w:b/>
        </w:rPr>
        <w:t xml:space="preserve">[1:10:38] </w:t>
      </w:r>
      <w:r>
        <w:t>to sarak par jo taqreerein karte hain, woh nahi jante ke yeh yeh aik constitutional issue hai.</w:t>
      </w:r>
    </w:p>
    <w:p>
      <w:pPr>
        <w:jc w:val="right"/>
      </w:pPr>
      <w:r>
        <w:t>تو سڑک پر جو تقریریں کرتے ہیں، وہ نہیں جانتے کہ یہ یہ ایک کانسٹیٹیوشنل ایشو ہے۔</w:t>
      </w:r>
    </w:p>
    <w:p>
      <w:r>
        <w:rPr>
          <w:b/>
        </w:rPr>
        <w:t xml:space="preserve">[1:10:42] </w:t>
      </w:r>
      <w:r>
        <w:t>aur constitutional issue ko constitution hi ke zariye se khatm kar sakte hain.</w:t>
      </w:r>
    </w:p>
    <w:p>
      <w:pPr>
        <w:jc w:val="right"/>
      </w:pPr>
      <w:r>
        <w:t>اور کانسٹیٹیوشنل ایشو کو کانسٹیٹیوشن ہی کے ذریعے سے ختم کر سکتے ہیں۔</w:t>
      </w:r>
    </w:p>
    <w:p>
      <w:r>
        <w:rPr>
          <w:b/>
        </w:rPr>
        <w:t xml:space="preserve">[1:10:46] </w:t>
      </w:r>
      <w:r>
        <w:t>stage activism aur street activism se is ko khatm nahi kiya ja sakta.</w:t>
      </w:r>
    </w:p>
    <w:p>
      <w:pPr>
        <w:jc w:val="right"/>
      </w:pPr>
      <w:r>
        <w:t>اسٹیج ایکٹیوزم اور اسٹریٹ ایکٹیوزم سے اس کو ختم نہیں کیا سکتا۔</w:t>
      </w:r>
    </w:p>
    <w:p>
      <w:r>
        <w:rPr>
          <w:b/>
        </w:rPr>
        <w:t xml:space="preserve">[1:10:49] </w:t>
      </w:r>
      <w:r>
        <w:t>aur naye naye masail paida honge.</w:t>
      </w:r>
    </w:p>
    <w:p>
      <w:pPr>
        <w:jc w:val="right"/>
      </w:pPr>
      <w:r>
        <w:t>اور نئے نئے مسائل پیدا ہوں گے۔</w:t>
      </w:r>
    </w:p>
    <w:p>
      <w:r>
        <w:rPr>
          <w:b/>
        </w:rPr>
        <w:t xml:space="preserve">[1:10:53] </w:t>
      </w:r>
      <w:r>
        <w:t>baqi islam se</w:t>
      </w:r>
    </w:p>
    <w:p>
      <w:pPr>
        <w:jc w:val="right"/>
      </w:pPr>
      <w:r>
        <w:t>باقی اسلام سے</w:t>
      </w:r>
    </w:p>
    <w:p>
      <w:r>
        <w:rPr>
          <w:b/>
        </w:rPr>
        <w:t xml:space="preserve">[1:10:57] </w:t>
      </w:r>
      <w:r>
        <w:t>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p>
    <w:p>
      <w:pPr>
        <w:jc w:val="right"/>
      </w:pPr>
      <w:r>
        <w:t>اس کا کوئی تعلق نہیں ہے۔ یہ ایک سیاسی ایشو ہے۔ کانسٹیٹیوشن کا ایک ایک مسئلہ ہے۔ مولانا، اگلا سوال منصور ترمذی صاحب نے پوچھا ہے۔ انہوں نے اپنی لوکیشن نہیں بتائی ہے۔ ان کا سوال یہ ہے کہ: مولانا، از دیر اینی تھنگ ان دی حدیث لٹریچر دیٹ میکس دیینگ جنریشن باؤنڈ ٹو اوبے دیر پیرنٹس آرڈر اور دیر ایلڈر سبلنگز اور کلوز ریلیٹوز؟ بھئی،</w:t>
      </w:r>
    </w:p>
    <w:p>
      <w:r>
        <w:rPr>
          <w:b/>
        </w:rPr>
        <w:t xml:space="preserve">[1:11:27] </w:t>
      </w:r>
      <w:r>
        <w:t>is mein hadith ki kya zaroorat hai? hadith hai bhi, lekin is mein barhon ko nahi manenge</w:t>
      </w:r>
    </w:p>
    <w:p>
      <w:pPr>
        <w:jc w:val="right"/>
      </w:pPr>
      <w:r>
        <w:t>اس میں حدیث کی کیا ضرورت ہے؟ حدیث ہے بھی، لیکن اس میں بڑوں کو نہیں مانیں گے</w:t>
      </w:r>
    </w:p>
    <w:p>
      <w:r>
        <w:rPr>
          <w:b/>
        </w:rPr>
        <w:t xml:space="preserve">[1:11:31] </w:t>
      </w:r>
      <w:r>
        <w:t>to aap barhon ke paas experience hota hai.</w:t>
      </w:r>
    </w:p>
    <w:p>
      <w:pPr>
        <w:jc w:val="right"/>
      </w:pPr>
      <w:r>
        <w:t>تو آپ بڑوں کے پاس ایکسپیرینس ہوتا ہے۔</w:t>
      </w:r>
    </w:p>
    <w:p>
      <w:r>
        <w:rPr>
          <w:b/>
        </w:rPr>
        <w:t xml:space="preserve">[1:11:36] </w:t>
      </w:r>
      <w:r>
        <w:t>aap ke paas to is se jazba hota hai.</w:t>
      </w:r>
    </w:p>
    <w:p>
      <w:pPr>
        <w:jc w:val="right"/>
      </w:pPr>
      <w:r>
        <w:t>آپ کے پاس تو اس سے جذبہ ہوتا ہے۔</w:t>
      </w:r>
    </w:p>
    <w:p>
      <w:r>
        <w:rPr>
          <w:b/>
        </w:rPr>
        <w:t xml:space="preserve">[1:11:41] </w:t>
      </w:r>
      <w:r>
        <w:t>yeh maujooda zamanay ki sab se bari kami hai ke jo nai generation hai, woh is baat ko</w:t>
      </w:r>
    </w:p>
    <w:p>
      <w:pPr>
        <w:jc w:val="right"/>
      </w:pPr>
      <w:r>
        <w:t>یہ موجودہ زمانے کی سب سے بڑی کمی ہے کہ جو نئی جنریشن ہے، وہ اس بات کو</w:t>
      </w:r>
    </w:p>
    <w:p>
      <w:r>
        <w:rPr>
          <w:b/>
        </w:rPr>
        <w:t xml:space="preserve">[1:11:45] </w:t>
      </w:r>
      <w:r>
        <w:t>jante nahi ke pichlay log jo hain, senior log hain, un ke paas experience hai.</w:t>
      </w:r>
    </w:p>
    <w:p>
      <w:pPr>
        <w:jc w:val="right"/>
      </w:pPr>
      <w:r>
        <w:t>جانتے نہیں کہ پچھلے لوگ جو ہیں، سینئر لوگ ہیں، ان کے پاس ایکسپیرینس ہے۔</w:t>
      </w:r>
    </w:p>
    <w:p>
      <w:r>
        <w:rPr>
          <w:b/>
        </w:rPr>
        <w:t xml:space="preserve">[1:11:50] </w:t>
      </w:r>
      <w:r>
        <w:t>un ke experience se hamein seekhna chahiye.</w:t>
      </w:r>
    </w:p>
    <w:p>
      <w:pPr>
        <w:jc w:val="right"/>
      </w:pPr>
      <w:r>
        <w:t>ان کے ایکسپیرینس سے ہمیں سیکھنا چاہیے۔</w:t>
      </w:r>
    </w:p>
    <w:p>
      <w:r>
        <w:rPr>
          <w:b/>
        </w:rPr>
        <w:t xml:space="preserve">[1:11:54] </w:t>
      </w:r>
      <w:r>
        <w:t>yeh jo yani</w:t>
      </w:r>
    </w:p>
    <w:p>
      <w:pPr>
        <w:jc w:val="right"/>
      </w:pPr>
      <w:r>
        <w:t>یہ جو یعنی</w:t>
      </w:r>
    </w:p>
    <w:p>
      <w:r>
        <w:rPr>
          <w:b/>
        </w:rPr>
        <w:t xml:space="preserve">[1:11:59] </w:t>
      </w:r>
      <w:r>
        <w:t>agli generation, naujawanon mein aur senior logon mein jo doori ho gayi hai, woh saada baat nahi hai. is ka maene yeh hai ke naujawan jo hain, pichle logon ke experience se kuch faida nahi utha rahe hain. hadith bhi yeh hai jo aap farma rahe hain ke jo baron ki izzat na kare, woh hum mein se nahi. lekin main samajhta hoon ke is ke liye aap ke aqli kaafi hai janne ke liye ke naujawanon ke paas kabhi bhi exper</w:t>
      </w:r>
    </w:p>
    <w:p>
      <w:pPr>
        <w:jc w:val="right"/>
      </w:pPr>
      <w:r>
        <w:t>اگلی جنریشن، نوجوانوں میں اور سینئر لوگوں میں جو دوری ہو گئی ہے، وہ سادہ بات نہیں ہے۔ اس کا معنی یہ ہے کہ نوجوان جو ہیں، پچھلے لوگوں کے ایکسپیرینس سے کچھ فائدہ نہیں اٹھا رہے ہیں۔ حدیث بھی یہ ہے جو آپ فرما رہے ہیں کہ جو بڑوں کی عزت نہ کرے، وہ ہم میں سے نہیں۔ لیکن میں سمجھتا ہوں کہ اس کے لیے آپ کے عقلی کافی ہے جاننے کے لیے کہ نوجوانوں کے پاس کبھی بھی ایکسپیر</w:t>
      </w:r>
    </w:p>
    <w:p>
      <w:r>
        <w:rPr>
          <w:b/>
        </w:rPr>
        <w:t xml:space="preserve">[1:12:29] </w:t>
      </w:r>
      <w:r>
        <w:t>yence nahi hoga.</w:t>
      </w:r>
    </w:p>
    <w:p>
      <w:pPr>
        <w:jc w:val="right"/>
      </w:pPr>
      <w:r>
        <w:t>ینس نہیں ہوگا۔</w:t>
      </w:r>
    </w:p>
    <w:p>
      <w:r>
        <w:rPr>
          <w:b/>
        </w:rPr>
        <w:t xml:space="preserve">[1:12:33] </w:t>
      </w:r>
      <w:r>
        <w:t>aur jo senior log hain, un ke paas experience hoga.</w:t>
      </w:r>
    </w:p>
    <w:p>
      <w:pPr>
        <w:jc w:val="right"/>
      </w:pPr>
      <w:r>
        <w:t>اور جو سینئر لوگ ہیں، ان کے پاس ایکسپیرینس ہوگا۔</w:t>
      </w:r>
    </w:p>
    <w:p>
      <w:r>
        <w:rPr>
          <w:b/>
        </w:rPr>
        <w:t xml:space="preserve">[1:12:37] </w:t>
      </w:r>
      <w:r>
        <w:t>to un ke experience ko lijiye un se taake zyada achi tarah aap apni zindagi ki planning kar saken.</w:t>
      </w:r>
    </w:p>
    <w:p>
      <w:pPr>
        <w:jc w:val="right"/>
      </w:pPr>
      <w:r>
        <w:t>تو ان کے ایکسپیرینس کو لیجئے ان سے تاکہ زیادہ اچھی طرح آپ اپنی زندگی کی پلاننگ کر سکیں۔</w:t>
      </w:r>
    </w:p>
    <w:p>
      <w:r>
        <w:rPr>
          <w:b/>
        </w:rPr>
        <w:t xml:space="preserve">[1:12:42] </w:t>
      </w:r>
      <w:r>
        <w:t>yeh koi aqeeday ka masla nahi hai, yeh to aql ka masla hai.</w:t>
      </w:r>
    </w:p>
    <w:p>
      <w:pPr>
        <w:jc w:val="right"/>
      </w:pPr>
      <w:r>
        <w:t>یہ کوئی عقیدے کا مسئلہ نہیں ہے، یہ تو عقل کا مسئلہ ہے۔</w:t>
      </w:r>
    </w:p>
    <w:p>
      <w:r>
        <w:rPr>
          <w:b/>
        </w:rPr>
        <w:t xml:space="preserve">[1:12:46] </w:t>
      </w:r>
      <w:r>
        <w:t>maulana, agla sawal dilli se hai miss sathi malhotra ka.</w:t>
      </w:r>
    </w:p>
    <w:p>
      <w:pPr>
        <w:jc w:val="right"/>
      </w:pPr>
      <w:r>
        <w:t>مولانا، اگلا سوال دلی سے ہے مس ستی ملہوترا کا۔</w:t>
      </w:r>
    </w:p>
    <w:p>
      <w:r>
        <w:rPr>
          <w:b/>
        </w:rPr>
        <w:t xml:space="preserve">[1:12:50] </w:t>
      </w:r>
      <w:r>
        <w:t>Aur unhone aapse pucha hai ke: It is mentioned that if man will not, if people</w:t>
      </w:r>
    </w:p>
    <w:p>
      <w:pPr>
        <w:jc w:val="right"/>
      </w:pPr>
      <w:r>
        <w:t>اور انہوں نے آپ سے پوچھا ہے کہ: اٹ از مینشن دیٹ اف مین ول ناٹ، اف پیپل</w:t>
      </w:r>
    </w:p>
    <w:p>
      <w:r>
        <w:rPr>
          <w:b/>
        </w:rPr>
        <w:t xml:space="preserve">[1:12:55] </w:t>
      </w:r>
      <w:r>
        <w:t>will not speak, then stones will</w:t>
      </w:r>
    </w:p>
    <w:p>
      <w:pPr>
        <w:jc w:val="right"/>
      </w:pPr>
      <w:r>
        <w:t>ول ناٹ سپیک، دین سٹونز ول</w:t>
      </w:r>
    </w:p>
    <w:p>
      <w:r>
        <w:rPr>
          <w:b/>
        </w:rPr>
        <w:t xml:space="preserve">[1:12:59] </w:t>
      </w:r>
      <w:r>
        <w:t>speak.</w:t>
      </w:r>
    </w:p>
    <w:p>
      <w:pPr>
        <w:jc w:val="right"/>
      </w:pPr>
      <w:r>
        <w:t>سپیک۔</w:t>
      </w:r>
    </w:p>
    <w:p>
      <w:r>
        <w:rPr>
          <w:b/>
        </w:rPr>
        <w:t xml:space="preserve">[1:13:03] </w:t>
      </w:r>
      <w:r>
        <w:t>maulana, can you elaborate on this? dekhen, yeh allegorical language hai, yani tamseel ki zaban hai.</w:t>
      </w:r>
    </w:p>
    <w:p>
      <w:pPr>
        <w:jc w:val="right"/>
      </w:pPr>
      <w:r>
        <w:t>مولانا، کین یو ایلیبریٹ آن دس؟ دیکھیں، یہ الیگوریکل لینگویج ہے، یعنی تمثیل کی زبان ہے۔</w:t>
      </w:r>
    </w:p>
    <w:p>
      <w:r>
        <w:rPr>
          <w:b/>
        </w:rPr>
        <w:t xml:space="preserve">[1:13:08] </w:t>
      </w:r>
      <w:r>
        <w:t>yani woh bolne wale pathar nahi honge, woh bhi insan hi honge.</w:t>
      </w:r>
    </w:p>
    <w:p>
      <w:pPr>
        <w:jc w:val="right"/>
      </w:pPr>
      <w:r>
        <w:t>یعنی وہ بولنے والے پتھر نہیں ہوں گے، وہ بھی انسان ہی ہوں گے۔</w:t>
      </w:r>
    </w:p>
    <w:p>
      <w:r>
        <w:rPr>
          <w:b/>
        </w:rPr>
        <w:t xml:space="preserve">[1:13:12] </w:t>
      </w:r>
      <w:r>
        <w:t>matlab jin logon ko samjha jata hai ke yeh to barhe log hain, woh na bolen to chote</w:t>
      </w:r>
    </w:p>
    <w:p>
      <w:pPr>
        <w:jc w:val="right"/>
      </w:pPr>
      <w:r>
        <w:t>مطلب جن لوگوں کو سمجھا جاتا ہے کہ یہ تو بڑے لوگ ہیں، وہ نہ بولیں تو چھوٹے</w:t>
      </w:r>
    </w:p>
    <w:p>
      <w:r>
        <w:rPr>
          <w:b/>
        </w:rPr>
        <w:t xml:space="preserve">[1:13:16] </w:t>
      </w:r>
      <w:r>
        <w:t>log bolenge.</w:t>
      </w:r>
    </w:p>
    <w:p>
      <w:pPr>
        <w:jc w:val="right"/>
      </w:pPr>
      <w:r>
        <w:t>لوگ بولیں گے۔</w:t>
      </w:r>
    </w:p>
    <w:p>
      <w:r>
        <w:rPr>
          <w:b/>
        </w:rPr>
        <w:t xml:space="preserve">[1:13:21] </w:t>
      </w:r>
      <w:r>
        <w:t>Allah unhein tofeeq dega bolne ki.</w:t>
      </w:r>
    </w:p>
    <w:p>
      <w:pPr>
        <w:jc w:val="right"/>
      </w:pPr>
      <w:r>
        <w:t>اللہ انہیں توفیق دے گا بولنے کی۔</w:t>
      </w:r>
    </w:p>
    <w:p>
      <w:r>
        <w:rPr>
          <w:b/>
        </w:rPr>
        <w:t xml:space="preserve">[1:13:25] </w:t>
      </w:r>
      <w:r>
        <w:t>Yeh matlab hai is ka.</w:t>
      </w:r>
    </w:p>
    <w:p>
      <w:pPr>
        <w:jc w:val="right"/>
      </w:pPr>
      <w:r>
        <w:t>یہ مطلب ہے اس کا۔</w:t>
      </w:r>
    </w:p>
    <w:p>
      <w:r>
        <w:rPr>
          <w:b/>
        </w:rPr>
        <w:t xml:space="preserve">[1:13:30] </w:t>
      </w:r>
      <w:r>
        <w:t>quran mein hai: matlab ek giroh jo hai, agar apni duty poori nahi karega, Allah ka kaam nahi karega, to Allah doosre giroh ko uthaye ga. woh kaam karenge, kaam rukega nahi. yeh matlab hai is ka. Maulana, agla sawal dilli se hai Ms. Naghma Siddiqui ka. unhon ne likha hai ke: how import</w:t>
      </w:r>
    </w:p>
    <w:p>
      <w:pPr>
        <w:jc w:val="right"/>
      </w:pPr>
      <w:r>
        <w:t>قرآن میں ہے: مطلب ایک گروہ جو ہے، اگر اپنی ڈیوٹی پوری نہیں کرے گا، اللہ کا کام نہیں کرے گا، تو اللہ دوسرے گروہ کو اٹھائے گا۔ وہ کام کریں گے، کام رکے گا نہیں۔ یہ مطلب ہے اس کا۔ مولانا، اگلا سوال دلی سے ہے مس نغمہ صدیقی کا۔ انہوں نے لکھا ہے کہ: ہاؤ امپورٹ</w:t>
      </w:r>
    </w:p>
    <w:p>
      <w:r>
        <w:rPr>
          <w:b/>
        </w:rPr>
        <w:t xml:space="preserve">[1:14:00] </w:t>
      </w:r>
      <w:r>
        <w:t>Is it for these of mission to rise above the level of Ikhlas to develop their mind?</w:t>
      </w:r>
    </w:p>
    <w:p>
      <w:pPr>
        <w:jc w:val="right"/>
      </w:pPr>
      <w:r>
        <w:t>نٹ از اٹ فار دائیز آف مشن ٹو رائز ابو دی لیول آف اخلاص ٹو ڈویلپ دیر مائنڈ؟</w:t>
      </w:r>
    </w:p>
    <w:p>
      <w:r>
        <w:rPr>
          <w:b/>
        </w:rPr>
        <w:t xml:space="preserve">[1:14:06] </w:t>
      </w:r>
      <w:r>
        <w:t>Yeh to mein samajhta hoon ke farz hai apne ko bachane ke liye.</w:t>
      </w:r>
    </w:p>
    <w:p>
      <w:pPr>
        <w:jc w:val="right"/>
      </w:pPr>
      <w:r>
        <w:t>یہ تو میں سمجھتا ہوں کہ فرض ہے اپنے کو بچانے کے لیے۔</w:t>
      </w:r>
    </w:p>
    <w:p>
      <w:r>
        <w:rPr>
          <w:b/>
        </w:rPr>
        <w:t xml:space="preserve">[1:14:12] </w:t>
      </w:r>
      <w:r>
        <w:t>Kyunke agar jo aadmi aisa nahi karega, to bohat bara risk le raha hai woh.</w:t>
      </w:r>
    </w:p>
    <w:p>
      <w:pPr>
        <w:jc w:val="right"/>
      </w:pPr>
      <w:r>
        <w:t>کیونکہ اگر جو آدمی ایسا نہیں کرے گا، تو بہت بڑا رسک لے رہا ہے وہ۔</w:t>
      </w:r>
    </w:p>
    <w:p>
      <w:r>
        <w:rPr>
          <w:b/>
        </w:rPr>
        <w:t xml:space="preserve">[1:14:18] </w:t>
      </w:r>
      <w:r>
        <w:t>Koi crisis aaye aur woh phir garhe mein doob jaye.</w:t>
      </w:r>
    </w:p>
    <w:p>
      <w:pPr>
        <w:jc w:val="right"/>
      </w:pPr>
      <w:r>
        <w:t>کوئی کراشس آئے اور وہ پھر گڑھے میں ڈوب جائے۔</w:t>
      </w:r>
    </w:p>
    <w:p>
      <w:r>
        <w:rPr>
          <w:b/>
        </w:rPr>
        <w:t xml:space="preserve">[1:14:24] </w:t>
      </w:r>
      <w:r>
        <w:t>Aise bohat misaalain hain ke log mukhlis thay, shareef thay,</w:t>
      </w:r>
    </w:p>
    <w:p>
      <w:pPr>
        <w:jc w:val="right"/>
      </w:pPr>
      <w:r>
        <w:t>ایسے بہت مثالیں ہیں کہ لوگ مخلص تھے، شریف تھے،</w:t>
      </w:r>
    </w:p>
    <w:p>
      <w:r>
        <w:rPr>
          <w:b/>
        </w:rPr>
        <w:t xml:space="preserve">[1:14:31] </w:t>
      </w:r>
      <w:r>
        <w:t>Namaz roze wale thay.</w:t>
      </w:r>
    </w:p>
    <w:p>
      <w:pPr>
        <w:jc w:val="right"/>
      </w:pPr>
      <w:r>
        <w:t>نماز روزے والے تھے۔</w:t>
      </w:r>
    </w:p>
    <w:p>
      <w:r>
        <w:rPr>
          <w:b/>
        </w:rPr>
        <w:t xml:space="preserve">[1:14:35] </w:t>
      </w:r>
      <w:r>
        <w:t>Crisis aaya to bilkul woh apne ko tabah kar liya unhon ne.</w:t>
      </w:r>
    </w:p>
    <w:p>
      <w:pPr>
        <w:jc w:val="right"/>
      </w:pPr>
      <w:r>
        <w:t>کراشس آیا تو بالکل وہ اپنے کو تباہ کر لیا انہوں نے۔</w:t>
      </w:r>
    </w:p>
    <w:p>
      <w:r>
        <w:rPr>
          <w:b/>
        </w:rPr>
        <w:t xml:space="preserve">[1:14:39] </w:t>
      </w:r>
      <w:r>
        <w:t>Bohat misaalain hain tareekh mein.</w:t>
      </w:r>
    </w:p>
    <w:p>
      <w:pPr>
        <w:jc w:val="right"/>
      </w:pPr>
      <w:r>
        <w:t>بہت مثالیں ہیں تاریخ میں۔</w:t>
      </w:r>
    </w:p>
    <w:p>
      <w:r>
        <w:rPr>
          <w:b/>
        </w:rPr>
        <w:t xml:space="preserve">[1:14:42] </w:t>
      </w:r>
      <w:r>
        <w:t>To hamare jo sathi hain, woh ek bara mission le ke khare hue hain.</w:t>
      </w:r>
    </w:p>
    <w:p>
      <w:pPr>
        <w:jc w:val="right"/>
      </w:pPr>
      <w:r>
        <w:t>تو ہمارے جو ساتھی ہیں، وہ ایک بڑا مشن لے کے کھڑے ہوئے ہیں۔</w:t>
      </w:r>
    </w:p>
    <w:p>
      <w:r>
        <w:rPr>
          <w:b/>
        </w:rPr>
        <w:t xml:space="preserve">[1:14:46] </w:t>
      </w:r>
      <w:r>
        <w:t>To aur is mission mein jab team banegi to ijtimaeyat aayegi.</w:t>
      </w:r>
    </w:p>
    <w:p>
      <w:pPr>
        <w:jc w:val="right"/>
      </w:pPr>
      <w:r>
        <w:t>تو اور اس مشن میں جب ٹیم بنے گی تو اجتماعیت آئے گی۔</w:t>
      </w:r>
    </w:p>
    <w:p>
      <w:r>
        <w:rPr>
          <w:b/>
        </w:rPr>
        <w:t xml:space="preserve">[1:14:50] </w:t>
      </w:r>
      <w:r>
        <w:t>Ijtimaeyat aayegi to ikhtilafat paida honge.</w:t>
      </w:r>
    </w:p>
    <w:p>
      <w:pPr>
        <w:jc w:val="right"/>
      </w:pPr>
      <w:r>
        <w:t>اجتماعیت آئے گی تو اختلافات پیدا ہوں گے۔</w:t>
      </w:r>
    </w:p>
    <w:p>
      <w:r>
        <w:rPr>
          <w:b/>
        </w:rPr>
        <w:t xml:space="preserve">[1:14:54] </w:t>
      </w:r>
      <w:r>
        <w:t>To yeh to bohat ziyada is baat ka khatra hai ke woh ek masla paida ho, koi crisis,</w:t>
      </w:r>
    </w:p>
    <w:p>
      <w:pPr>
        <w:jc w:val="right"/>
      </w:pPr>
      <w:r>
        <w:t>تو یہ تو بہت زیادہ اس بات کا خطرہ ہے کہ وہ ایک مسئلہ پیدا ہو، کوئی کراشس،</w:t>
      </w:r>
    </w:p>
    <w:p>
      <w:r>
        <w:rPr>
          <w:b/>
        </w:rPr>
        <w:t xml:space="preserve">[1:14:58] </w:t>
      </w:r>
      <w:r>
        <w:t>Aur isi mein aap</w:t>
      </w:r>
    </w:p>
    <w:p>
      <w:pPr>
        <w:jc w:val="right"/>
      </w:pPr>
      <w:r>
        <w:t>اور اسی میں آپ</w:t>
      </w:r>
    </w:p>
    <w:p>
      <w:r>
        <w:rPr>
          <w:b/>
        </w:rPr>
        <w:t xml:space="preserve">[1:15:02] </w:t>
      </w:r>
      <w:r>
        <w:t>Fail ho jayein aur apne ko tabah kar lein.</w:t>
      </w:r>
    </w:p>
    <w:p>
      <w:pPr>
        <w:jc w:val="right"/>
      </w:pPr>
      <w:r>
        <w:t>فیل ہو جائیں اور اپنے کو تباہ کر لیں۔</w:t>
      </w:r>
    </w:p>
    <w:p>
      <w:r>
        <w:rPr>
          <w:b/>
        </w:rPr>
        <w:t xml:space="preserve">[1:15:07] </w:t>
      </w:r>
      <w:r>
        <w:t>To ikhlas aur sharafat aur yeh bohat acha good nature hona, yeh kafi har giz nahi hai.</w:t>
      </w:r>
    </w:p>
    <w:p>
      <w:pPr>
        <w:jc w:val="right"/>
      </w:pPr>
      <w:r>
        <w:t>تو اخلاص اور شرافت اور یہ بہت اچھا گڈ نیچر ہونا، یہ کافی ہرگز نہیں ہے۔</w:t>
      </w:r>
    </w:p>
    <w:p>
      <w:r>
        <w:rPr>
          <w:b/>
        </w:rPr>
        <w:t xml:space="preserve">[1:15:12] </w:t>
      </w:r>
      <w:r>
        <w:t>Akele aap ghar mein rahein to theek hai, akele ghar mein rahiye, namaz roza kijiye.</w:t>
      </w:r>
    </w:p>
    <w:p>
      <w:pPr>
        <w:jc w:val="right"/>
      </w:pPr>
      <w:r>
        <w:t>اکیلے آپ گھر میں رہیں تو ٹھیک ہے، اکیلے گھر میں رہیے، نماز روزہ کیجئے۔</w:t>
      </w:r>
    </w:p>
    <w:p>
      <w:r>
        <w:rPr>
          <w:b/>
        </w:rPr>
        <w:t xml:space="preserve">[1:15:17] </w:t>
      </w:r>
      <w:r>
        <w:t>Lekin aap jab ijtimaei zindagi mein aate hain to har giz har giz yeh kafi nahi ke aap mukhlis hain,</w:t>
      </w:r>
    </w:p>
    <w:p>
      <w:pPr>
        <w:jc w:val="right"/>
      </w:pPr>
      <w:r>
        <w:t>لیکن آپ جب اجتماعی زندگی میں آتے ہیں تو ہرگز ہرگز یہ کافی نہیں کہ آپ مخلص ہیں،</w:t>
      </w:r>
    </w:p>
    <w:p>
      <w:r>
        <w:rPr>
          <w:b/>
        </w:rPr>
        <w:t xml:space="preserve">[1:15:22] </w:t>
      </w:r>
      <w:r>
        <w:t>Aap shareef hain, aap namaz roze wale hain.</w:t>
      </w:r>
    </w:p>
    <w:p>
      <w:pPr>
        <w:jc w:val="right"/>
      </w:pPr>
      <w:r>
        <w:t>آپ شریف ہیں، آپ نماز روزے والے ہیں۔</w:t>
      </w:r>
    </w:p>
    <w:p>
      <w:r>
        <w:rPr>
          <w:b/>
        </w:rPr>
        <w:t xml:space="preserve">[1:15:28] </w:t>
      </w:r>
      <w:r>
        <w:t>Tab aap ko aql chahiye, aql. Taake jo</w:t>
      </w:r>
    </w:p>
    <w:p>
      <w:pPr>
        <w:jc w:val="right"/>
      </w:pPr>
      <w:r>
        <w:t>تب آپ کو عقل چاہیے، عقل۔ تاکہ جو</w:t>
      </w:r>
    </w:p>
    <w:p>
      <w:r>
        <w:rPr>
          <w:b/>
        </w:rPr>
        <w:t xml:space="preserve">[1:15:33] </w:t>
      </w:r>
      <w:r>
        <w:t>Jo situation create hoti hai, jo crisis aata hai, us ko aap manage kar sakein, us ko explain</w:t>
      </w:r>
    </w:p>
    <w:p>
      <w:pPr>
        <w:jc w:val="right"/>
      </w:pPr>
      <w:r>
        <w:t>جو سچوئیشن کریٹ ہوتی ہے، جو کراشس آتا ہے، اس کو آپ مینج کر سکیں، اس کو ایکسپلین</w:t>
      </w:r>
    </w:p>
    <w:p>
      <w:r>
        <w:rPr>
          <w:b/>
        </w:rPr>
        <w:t xml:space="preserve">[1:15:38] </w:t>
      </w:r>
      <w:r>
        <w:t>Kar sakein, us ko samajh sakein.</w:t>
      </w:r>
    </w:p>
    <w:p>
      <w:pPr>
        <w:jc w:val="right"/>
      </w:pPr>
      <w:r>
        <w:t>کر سکیں، اس کو سمجھ سکیں۔</w:t>
      </w:r>
    </w:p>
    <w:p>
      <w:r>
        <w:rPr>
          <w:b/>
        </w:rPr>
        <w:t xml:space="preserve">[1:15:43] </w:t>
      </w:r>
      <w:r>
        <w:t>Warna wahi hoga ke satar hazar ko qadar kar lenge to mukhlis hote bhi.</w:t>
      </w:r>
    </w:p>
    <w:p>
      <w:pPr>
        <w:jc w:val="right"/>
      </w:pPr>
      <w:r>
        <w:t>ورنہ وہی ہوگا کہ ستر ہزار کو قدر کر لیں گے تو مخلص ہوتے بھی۔</w:t>
      </w:r>
    </w:p>
    <w:p>
      <w:r>
        <w:rPr>
          <w:b/>
        </w:rPr>
        <w:t xml:space="preserve">[1:15:48] </w:t>
      </w:r>
      <w:r>
        <w:t>Woh sab ke sab mukhlis thay woh.</w:t>
      </w:r>
    </w:p>
    <w:p>
      <w:pPr>
        <w:jc w:val="right"/>
      </w:pPr>
      <w:r>
        <w:t>وہ سب کے سب مخلص تھے وہ۔</w:t>
      </w:r>
    </w:p>
    <w:p>
      <w:r>
        <w:rPr>
          <w:b/>
        </w:rPr>
        <w:t xml:space="preserve">[1:15:53] </w:t>
      </w:r>
      <w:r>
        <w:t>Is ke baad satar hazar aadmi mare gaye.</w:t>
      </w:r>
    </w:p>
    <w:p>
      <w:pPr>
        <w:jc w:val="right"/>
      </w:pPr>
      <w:r>
        <w:t>اس کے بعد ستر ہزار آدمی مارے گئے۔</w:t>
      </w:r>
    </w:p>
    <w:p>
      <w:r>
        <w:rPr>
          <w:b/>
        </w:rPr>
        <w:t xml:space="preserve">[1:15:58] </w:t>
      </w:r>
      <w:r>
        <w:t>abhi british dor mein dekhen jin ko shaheedan kaha jata hai, Maulana Ismail Shaheed aur Maulana Syed Ahmed Shaheed,</w:t>
      </w:r>
    </w:p>
    <w:p>
      <w:pPr>
        <w:jc w:val="right"/>
      </w:pPr>
      <w:r>
        <w:t>ابھی برٹش دور میں دیکھیں جن کو شہیدان کہا جاتا ہے، مولانا اسماعیل شہید اور مولانا سید احمد شہید،</w:t>
      </w:r>
    </w:p>
    <w:p>
      <w:r>
        <w:rPr>
          <w:b/>
        </w:rPr>
        <w:t xml:space="preserve">[1:16:03] </w:t>
      </w:r>
      <w:r>
        <w:t>yeh log Balakot mein larnay ke liye pohanch gaye, is se Ranjeet se.</w:t>
      </w:r>
    </w:p>
    <w:p>
      <w:pPr>
        <w:jc w:val="right"/>
      </w:pPr>
      <w:r>
        <w:t>یہ لوگ بالاکوٹ میں لڑنے کے لیے پہنچ گئے، اس سے رنجیت سے۔</w:t>
      </w:r>
    </w:p>
    <w:p>
      <w:r>
        <w:rPr>
          <w:b/>
        </w:rPr>
        <w:t xml:space="preserve">[1:16:07] </w:t>
      </w:r>
      <w:r>
        <w:t>woh sab ke sab maray gaye.</w:t>
      </w:r>
    </w:p>
    <w:p>
      <w:pPr>
        <w:jc w:val="right"/>
      </w:pPr>
      <w:r>
        <w:t>وہ سب کے سب مارے گئے۔</w:t>
      </w:r>
    </w:p>
    <w:p>
      <w:r>
        <w:rPr>
          <w:b/>
        </w:rPr>
        <w:t xml:space="preserve">[1:16:12] </w:t>
      </w:r>
      <w:r>
        <w:t>Balakot mein sab khatam ho gaye woh.</w:t>
      </w:r>
    </w:p>
    <w:p>
      <w:pPr>
        <w:jc w:val="right"/>
      </w:pPr>
      <w:r>
        <w:t>بالاکوٹ میں سب ختم ہو گئے وہ۔</w:t>
      </w:r>
    </w:p>
    <w:p>
      <w:r>
        <w:rPr>
          <w:b/>
        </w:rPr>
        <w:t xml:space="preserve">[1:16:16] </w:t>
      </w:r>
      <w:r>
        <w:t>kyun? wisdom nahi thi.</w:t>
      </w:r>
    </w:p>
    <w:p>
      <w:pPr>
        <w:jc w:val="right"/>
      </w:pPr>
      <w:r>
        <w:t>کیوں؟ وزڈم نہیں تھی۔</w:t>
      </w:r>
    </w:p>
    <w:p>
      <w:r>
        <w:rPr>
          <w:b/>
        </w:rPr>
        <w:t xml:space="preserve">[1:16:20] </w:t>
      </w:r>
      <w:r>
        <w:t>is par kitab chhapi hai Ghulam Rasool Mehr ki, is ko aap parhiye.</w:t>
      </w:r>
    </w:p>
    <w:p>
      <w:pPr>
        <w:jc w:val="right"/>
      </w:pPr>
      <w:r>
        <w:t>اس پر کتاب چھپی ہے غلام رسول بحر کی، اس کو آپ پڑھئے۔</w:t>
      </w:r>
    </w:p>
    <w:p>
      <w:r>
        <w:rPr>
          <w:b/>
        </w:rPr>
        <w:t xml:space="preserve">[1:16:24] </w:t>
      </w:r>
      <w:r>
        <w:t>in logon ko yeh khabar hi nahi thi ke Maharaj Ranjeet ki taqat kya hai, hamari taqat kya hai.</w:t>
      </w:r>
    </w:p>
    <w:p>
      <w:pPr>
        <w:jc w:val="right"/>
      </w:pPr>
      <w:r>
        <w:t>ان لوگوں کو یہ خبر ہی نہیں تھی کہ مہاراج رنجیت کی طاقت کیا ہے، ہماری طاقت کیا ہے۔</w:t>
      </w:r>
    </w:p>
    <w:p>
      <w:r>
        <w:rPr>
          <w:b/>
        </w:rPr>
        <w:t xml:space="preserve">[1:16:29] </w:t>
      </w:r>
      <w:r>
        <w:t>in ke paas mamooli qisam ke hathiyar thay, riwayati qisam ke.</w:t>
      </w:r>
    </w:p>
    <w:p>
      <w:pPr>
        <w:jc w:val="right"/>
      </w:pPr>
      <w:r>
        <w:t>ان کے پاس معمولی قسم کے ہتھیار تھے، روایتی قسم کے۔</w:t>
      </w:r>
    </w:p>
    <w:p>
      <w:r>
        <w:rPr>
          <w:b/>
        </w:rPr>
        <w:t xml:space="preserve">[1:16:33] </w:t>
      </w:r>
      <w:r>
        <w:t>aur Ranjeet jo tha, us ke paas topkhana tha.</w:t>
      </w:r>
    </w:p>
    <w:p>
      <w:pPr>
        <w:jc w:val="right"/>
      </w:pPr>
      <w:r>
        <w:t>اور رنجیت جو تھا، اس کے پاس توپخانہ تھا۔</w:t>
      </w:r>
    </w:p>
    <w:p>
      <w:r>
        <w:rPr>
          <w:b/>
        </w:rPr>
        <w:t xml:space="preserve">[1:16:38] </w:t>
      </w:r>
      <w:r>
        <w:t>us ne France ke retired generalon ko bula kar apni fauj ko train kiya tha.</w:t>
      </w:r>
    </w:p>
    <w:p>
      <w:pPr>
        <w:jc w:val="right"/>
      </w:pPr>
      <w:r>
        <w:t>اس نے فرانس کے ریٹائرڈ جنرلوں کو بلا کر اپنی فوج کو ٹرین کیا تھا۔</w:t>
      </w:r>
    </w:p>
    <w:p>
      <w:r>
        <w:rPr>
          <w:b/>
        </w:rPr>
        <w:t xml:space="preserve">[1:16:43] </w:t>
      </w:r>
      <w:r>
        <w:t>us ke kya lartay yeh? is se lad sakte thay yeh? yeh koi ladai nahi hai yeh.</w:t>
      </w:r>
    </w:p>
    <w:p>
      <w:pPr>
        <w:jc w:val="right"/>
      </w:pPr>
      <w:r>
        <w:t>اس کے کیا لڑتے یہ؟ اس سے لڑ سکتے تھے یہ؟ یہ کوئی لڑائی نہیں ہے یہ۔</w:t>
      </w:r>
    </w:p>
    <w:p>
      <w:r>
        <w:rPr>
          <w:b/>
        </w:rPr>
        <w:t xml:space="preserve">[1:16:48] </w:t>
      </w:r>
      <w:r>
        <w:t>Qur'an mein hai ke pehle adad, phir us ke baad muqabla.</w:t>
      </w:r>
    </w:p>
    <w:p>
      <w:pPr>
        <w:jc w:val="right"/>
      </w:pPr>
      <w:r>
        <w:t>قرآن میں ہے کہ پہلے اعداد، پھر اس کے بعد مقابلہ۔</w:t>
      </w:r>
    </w:p>
    <w:p>
      <w:r>
        <w:rPr>
          <w:b/>
        </w:rPr>
        <w:t xml:space="preserve">[1:16:53] </w:t>
      </w:r>
      <w:r>
        <w:t>adad quwwat pehle hai.</w:t>
      </w:r>
    </w:p>
    <w:p>
      <w:pPr>
        <w:jc w:val="right"/>
      </w:pPr>
      <w:r>
        <w:t>اعداد قوت پہلے ہے۔</w:t>
      </w:r>
    </w:p>
    <w:p>
      <w:r>
        <w:rPr>
          <w:b/>
        </w:rPr>
        <w:t xml:space="preserve">[1:16:58] </w:t>
      </w:r>
      <w:r>
        <w:t>yeh lad jana yeh koi Islam mein nahi hai.</w:t>
      </w:r>
    </w:p>
    <w:p>
      <w:pPr>
        <w:jc w:val="right"/>
      </w:pPr>
      <w:r>
        <w:t>یہ لڑ جانا یہ کوئی اسلام میں نہیں ہے۔</w:t>
      </w:r>
    </w:p>
    <w:p>
      <w:r>
        <w:rPr>
          <w:b/>
        </w:rPr>
        <w:t xml:space="preserve">[1:17:04] </w:t>
      </w:r>
      <w:r>
        <w:t>lekin logon ke andar sochne ki taqat nahi hai.</w:t>
      </w:r>
    </w:p>
    <w:p>
      <w:pPr>
        <w:jc w:val="right"/>
      </w:pPr>
      <w:r>
        <w:t>لیکن لوگوں کے اندر سوچنے کی طاقت نہیں ہے۔</w:t>
      </w:r>
    </w:p>
    <w:p>
      <w:r>
        <w:rPr>
          <w:b/>
        </w:rPr>
        <w:t xml:space="preserve">[1:17:07] </w:t>
      </w:r>
      <w:r>
        <w:t>art of thinking nahi hai.</w:t>
      </w:r>
    </w:p>
    <w:p>
      <w:pPr>
        <w:jc w:val="right"/>
      </w:pPr>
      <w:r>
        <w:t>آرٹ آف تھنکنگ نہیں ہے۔</w:t>
      </w:r>
    </w:p>
    <w:p>
      <w:r>
        <w:rPr>
          <w:b/>
        </w:rPr>
        <w:t xml:space="preserve">[1:17:10] </w:t>
      </w:r>
      <w:r>
        <w:t>toh main samajhta hoon ke farz ke darjay mein zaroori hai ke aap is ko samjhein ke is</w:t>
      </w:r>
    </w:p>
    <w:p>
      <w:pPr>
        <w:jc w:val="right"/>
      </w:pPr>
      <w:r>
        <w:t>تو میں سمجھتا ہوں کہ فرض کے درجے میں ضروری ہے کہ آپ اس کو سمجھیں کہ اس</w:t>
      </w:r>
    </w:p>
    <w:p>
      <w:r>
        <w:rPr>
          <w:b/>
        </w:rPr>
        <w:t xml:space="preserve">[1:17:14] </w:t>
      </w:r>
      <w:r>
        <w:t>se ikhlas har giz kafi nahi hai.</w:t>
      </w:r>
    </w:p>
    <w:p>
      <w:pPr>
        <w:jc w:val="right"/>
      </w:pPr>
      <w:r>
        <w:t>سے اخلاص ہرگز کافی نہیں ہے۔</w:t>
      </w:r>
    </w:p>
    <w:p>
      <w:r>
        <w:rPr>
          <w:b/>
        </w:rPr>
        <w:t xml:space="preserve">[1:17:17] </w:t>
      </w:r>
      <w:r>
        <w:t>aql honi chahiye aap ke paas, baseerat honi chahiye aap ke paas.</w:t>
      </w:r>
    </w:p>
    <w:p>
      <w:pPr>
        <w:jc w:val="right"/>
      </w:pPr>
      <w:r>
        <w:t>عقل ہونی چاہیے آپ کے پاس، بصیرت ہونی چاہیے آپ کے پاس۔</w:t>
      </w:r>
    </w:p>
    <w:p>
      <w:r>
        <w:rPr>
          <w:b/>
        </w:rPr>
        <w:t xml:space="preserve">[1:17:20] </w:t>
      </w:r>
      <w:r>
        <w:t>warna kahin kis garhay mein gir jayen ge aur samjhen ge ke main toh bohat mukhlis hoon.</w:t>
      </w:r>
    </w:p>
    <w:p>
      <w:pPr>
        <w:jc w:val="right"/>
      </w:pPr>
      <w:r>
        <w:t>ورنہ کہیں کس گڑھے میں گر جائیں گے اور سمجھیں گے کہ میں تو بہت مخلص ہوں۔</w:t>
      </w:r>
    </w:p>
    <w:p>
      <w:r>
        <w:rPr>
          <w:b/>
        </w:rPr>
        <w:t xml:space="preserve">[1:17:24] </w:t>
      </w:r>
      <w:r>
        <w:t>aur gir ke apne ko tabah kar len ge.</w:t>
      </w:r>
    </w:p>
    <w:p>
      <w:pPr>
        <w:jc w:val="right"/>
      </w:pPr>
      <w:r>
        <w:t>اور گر کے اپنے کو تباہ کر لیں گے۔</w:t>
      </w:r>
    </w:p>
    <w:p>
      <w:r>
        <w:rPr>
          <w:b/>
        </w:rPr>
        <w:t xml:space="preserve">[1:17:27] </w:t>
      </w:r>
      <w:r>
        <w:t>Qur'an mein hai nahi ke: antahabat a'maal ko balad tantum la tashroon.</w:t>
      </w:r>
    </w:p>
    <w:p>
      <w:pPr>
        <w:jc w:val="right"/>
      </w:pPr>
      <w:r>
        <w:t>قرآن میں ہے نہیں کہ: انتہبت اعمال کو بلد تانتم لا تشرون۔</w:t>
      </w:r>
    </w:p>
    <w:p>
      <w:r>
        <w:rPr>
          <w:b/>
        </w:rPr>
        <w:t xml:space="preserve">[1:17:30] </w:t>
      </w:r>
      <w:r>
        <w:t>toh woh a'maal h</w:t>
      </w:r>
    </w:p>
    <w:p>
      <w:pPr>
        <w:jc w:val="right"/>
      </w:pPr>
      <w:r>
        <w:t>تو وہ اعمال ہ</w:t>
      </w:r>
    </w:p>
    <w:p>
      <w:r>
        <w:rPr>
          <w:b/>
        </w:rPr>
        <w:t xml:space="preserve">[1:17:34] </w:t>
      </w:r>
      <w:r>
        <w:t>bat ho jayen aur tum ja rahe bhi nahi ke aisa ho gaya.</w:t>
      </w:r>
    </w:p>
    <w:p>
      <w:pPr>
        <w:jc w:val="right"/>
      </w:pPr>
      <w:r>
        <w:t>بط ہو جائیں اور تم جا رہے بھی نہیں کہ ایسا ہو گیا۔</w:t>
      </w:r>
    </w:p>
    <w:p>
      <w:r>
        <w:rPr>
          <w:b/>
        </w:rPr>
        <w:t xml:space="preserve">[1:17:37] </w:t>
      </w:r>
      <w:r>
        <w:t>antahabat a'maal ko balad tantum la tashroon.</w:t>
      </w:r>
    </w:p>
    <w:p>
      <w:pPr>
        <w:jc w:val="right"/>
      </w:pPr>
      <w:r>
        <w:t>انتہبت اعمال کو بلد تانتم لا تشرون۔</w:t>
      </w:r>
    </w:p>
    <w:p>
      <w:r>
        <w:rPr>
          <w:b/>
        </w:rPr>
        <w:t xml:space="preserve">[1:17:41] </w:t>
      </w:r>
      <w:r>
        <w:t>yahi to matlab is ka hai.</w:t>
      </w:r>
    </w:p>
    <w:p>
      <w:pPr>
        <w:jc w:val="right"/>
      </w:pPr>
      <w:r>
        <w:t>یہی تو مطلب اس کا ہے۔</w:t>
      </w:r>
    </w:p>
    <w:p>
      <w:r>
        <w:rPr>
          <w:b/>
        </w:rPr>
        <w:t xml:space="preserve">[1:17:45] </w:t>
      </w:r>
      <w:r>
        <w:t>is ayat par ghor kijiyega.</w:t>
      </w:r>
    </w:p>
    <w:p>
      <w:pPr>
        <w:jc w:val="right"/>
      </w:pPr>
      <w:r>
        <w:t>اس آیت پر غور کیجئے۔</w:t>
      </w:r>
    </w:p>
    <w:p>
      <w:r>
        <w:rPr>
          <w:b/>
        </w:rPr>
        <w:t xml:space="preserve">[1:17:49] </w:t>
      </w:r>
      <w:r>
        <w:t>yeh bohat zabardast ayat hai quran majeed mein.</w:t>
      </w:r>
    </w:p>
    <w:p>
      <w:pPr>
        <w:jc w:val="right"/>
      </w:pPr>
      <w:r>
        <w:t>یہ بہت زبردست آیت ہے قرآن مجید میں۔</w:t>
      </w:r>
    </w:p>
    <w:p>
      <w:r>
        <w:rPr>
          <w:b/>
        </w:rPr>
        <w:t xml:space="preserve">[1:17:52] </w:t>
      </w:r>
      <w:r>
        <w:t>do jagah is ka zikr hai ke tum samjho bhi nahi aur tumhare aamal habat bhi ho jayen.</w:t>
      </w:r>
    </w:p>
    <w:p>
      <w:pPr>
        <w:jc w:val="right"/>
      </w:pPr>
      <w:r>
        <w:t>دو جگہ اس کا ذکر ہے کہ تم سمجھو بھی نہیں اور تمہارے اعمال ہبط بھی ہو جائیں۔</w:t>
      </w:r>
    </w:p>
    <w:p>
      <w:r>
        <w:rPr>
          <w:b/>
        </w:rPr>
        <w:t xml:space="preserve">[1:17:56] </w:t>
      </w:r>
      <w:r>
        <w:t>intabhat aamal ko balad tan tum la tashroon.</w:t>
      </w:r>
    </w:p>
    <w:p>
      <w:pPr>
        <w:jc w:val="right"/>
      </w:pPr>
      <w:r>
        <w:t>انتہبت اعمال کو بلد تانتم لا تشرون۔</w:t>
      </w:r>
    </w:p>
    <w:p>
      <w:r>
        <w:rPr>
          <w:b/>
        </w:rPr>
        <w:t xml:space="preserve">[1:18:00] </w:t>
      </w:r>
      <w:r>
        <w:t>is ka matlab kya hai? intellectual development na hone ki wajah se aap ka shaoor is qabil</w:t>
      </w:r>
    </w:p>
    <w:p>
      <w:pPr>
        <w:jc w:val="right"/>
      </w:pPr>
      <w:r>
        <w:t>اس کا مطلب کیا ہے؟ انٹلیکچوئل ڈویلپمنٹ نہ ہونے کی وجہ سے آپ کا شعور اس قابل</w:t>
      </w:r>
    </w:p>
    <w:p>
      <w:r>
        <w:rPr>
          <w:b/>
        </w:rPr>
        <w:t xml:space="preserve">[1:18:04] </w:t>
      </w:r>
      <w:r>
        <w:t>na hoga ke aap samjhen baton ko.</w:t>
      </w:r>
    </w:p>
    <w:p>
      <w:pPr>
        <w:jc w:val="right"/>
      </w:pPr>
      <w:r>
        <w:t>نہ ہوگا کہ آپ سمجھیں باتوں کو۔</w:t>
      </w:r>
    </w:p>
    <w:p>
      <w:r>
        <w:rPr>
          <w:b/>
        </w:rPr>
        <w:t xml:space="preserve">[1:18:09] </w:t>
      </w:r>
      <w:r>
        <w:t>aur phir bhi aap ikhlas ke bawajood aap ke aamal habat ho jayen.</w:t>
      </w:r>
    </w:p>
    <w:p>
      <w:pPr>
        <w:jc w:val="right"/>
      </w:pPr>
      <w:r>
        <w:t>اور پھر بھی آپ اخلاص کے باوجود آپ کے اعمال ہبط ہو جائیں۔</w:t>
      </w:r>
    </w:p>
    <w:p>
      <w:r>
        <w:rPr>
          <w:b/>
        </w:rPr>
        <w:t xml:space="preserve">[1:18:14] </w:t>
      </w:r>
      <w:r>
        <w:t>yeh ayat batati hai ke ikhlas hargiz kafi nahi hai.</w:t>
      </w:r>
    </w:p>
    <w:p>
      <w:pPr>
        <w:jc w:val="right"/>
      </w:pPr>
      <w:r>
        <w:t>یہ آیت بتاتی ہے کہ اخلاص ہرگز کافی نہیں ہے۔</w:t>
      </w:r>
    </w:p>
    <w:p>
      <w:r>
        <w:rPr>
          <w:b/>
        </w:rPr>
        <w:t xml:space="preserve">[1:18:19] </w:t>
      </w:r>
      <w:r>
        <w:t>develop shaoor chahiye, develop mind chahiye.</w:t>
      </w:r>
    </w:p>
    <w:p>
      <w:pPr>
        <w:jc w:val="right"/>
      </w:pPr>
      <w:r>
        <w:t>ڈویلپ شعور چاہیے، ڈویلپ مائنڈ چاہیے۔</w:t>
      </w:r>
    </w:p>
    <w:p>
      <w:r>
        <w:rPr>
          <w:b/>
        </w:rPr>
        <w:t xml:space="preserve">[1:18:24] </w:t>
      </w:r>
      <w:r>
        <w:t>yeh to bohat zyada important baat hai ke is par log sochen.</w:t>
      </w:r>
    </w:p>
    <w:p>
      <w:pPr>
        <w:jc w:val="right"/>
      </w:pPr>
      <w:r>
        <w:t>یہ تو بہت زیادہ امپورٹنٹ بات ہے کہ اس پر لوگ سوچیں۔</w:t>
      </w:r>
    </w:p>
    <w:p>
      <w:r>
        <w:rPr>
          <w:b/>
        </w:rPr>
        <w:t xml:space="preserve">[1:18:29] </w:t>
      </w:r>
      <w:r>
        <w:t>maulana, agla sawal maulana iqbal umri ka hai</w:t>
      </w:r>
    </w:p>
    <w:p>
      <w:pPr>
        <w:jc w:val="right"/>
      </w:pPr>
      <w:r>
        <w:t>مولانا، اگلا سوال مولانا اقبال عمری کا ہے</w:t>
      </w:r>
    </w:p>
    <w:p>
      <w:r>
        <w:rPr>
          <w:b/>
        </w:rPr>
        <w:t xml:space="preserve">[1:18:34] </w:t>
      </w:r>
      <w:r>
        <w:t>chennai se.</w:t>
      </w:r>
    </w:p>
    <w:p>
      <w:pPr>
        <w:jc w:val="right"/>
      </w:pPr>
      <w:r>
        <w:t>چنئی سے۔</w:t>
      </w:r>
    </w:p>
    <w:p>
      <w:r>
        <w:rPr>
          <w:b/>
        </w:rPr>
        <w:t xml:space="preserve">[1:18:39] </w:t>
      </w:r>
      <w:r>
        <w:t>unhon ne likha hai ke: kya ikhlas aur wisdom mein farq nateeje ko samne rakh kar hoga? maulana,</w:t>
      </w:r>
    </w:p>
    <w:p>
      <w:pPr>
        <w:jc w:val="right"/>
      </w:pPr>
      <w:r>
        <w:t>انہوں نے لکھا ہے کہ: کیا اخلاص اور وزڈم میں فرق نتیجے کو سامنے رکھ کر ہوگا؟ مولانا،</w:t>
      </w:r>
    </w:p>
    <w:p>
      <w:r>
        <w:rPr>
          <w:b/>
        </w:rPr>
        <w:t xml:space="preserve">[1:18:44] </w:t>
      </w:r>
      <w:r>
        <w:t>yeh workable ikhlas kya hai? workable ikhlas? ji.</w:t>
      </w:r>
    </w:p>
    <w:p>
      <w:pPr>
        <w:jc w:val="right"/>
      </w:pPr>
      <w:r>
        <w:t>یہ ورکیبل اخلاص کیا ہے؟ ورکیبل اخلاص؟ جی۔</w:t>
      </w:r>
    </w:p>
    <w:p>
      <w:r>
        <w:rPr>
          <w:b/>
        </w:rPr>
        <w:t xml:space="preserve">[1:18:50] </w:t>
      </w:r>
      <w:r>
        <w:t>main samjha nahi ke workable ikhlas ka matlab kya hai.</w:t>
      </w:r>
    </w:p>
    <w:p>
      <w:pPr>
        <w:jc w:val="right"/>
      </w:pPr>
      <w:r>
        <w:t>میں سمجھا نہیں کہ ورکیبل اخلاص کا مطلب کیا ہے۔</w:t>
      </w:r>
    </w:p>
    <w:p>
      <w:r>
        <w:rPr>
          <w:b/>
        </w:rPr>
        <w:t xml:space="preserve">[1:18:55] </w:t>
      </w:r>
      <w:r>
        <w:t>maulana, jo pehla hissa hai un ke sawal ka.</w:t>
      </w:r>
    </w:p>
    <w:p>
      <w:pPr>
        <w:jc w:val="right"/>
      </w:pPr>
      <w:r>
        <w:t>مولانا، جو پہلا حصہ ہے ان کے سوال کا۔</w:t>
      </w:r>
    </w:p>
    <w:p>
      <w:r>
        <w:rPr>
          <w:b/>
        </w:rPr>
        <w:t xml:space="preserve">[1:19:00] </w:t>
      </w:r>
      <w:r>
        <w:t>dekhen, sahi baat yeh hai ji ke ikhlas hai ek shakhsi sifat.</w:t>
      </w:r>
    </w:p>
    <w:p>
      <w:pPr>
        <w:jc w:val="right"/>
      </w:pPr>
      <w:r>
        <w:t>دیکھیں، صحیح بات یہ ہے جی کہ اخلاص ہے ایک شخصی صفت۔</w:t>
      </w:r>
    </w:p>
    <w:p>
      <w:r>
        <w:rPr>
          <w:b/>
        </w:rPr>
        <w:t xml:space="preserve">[1:19:06] </w:t>
      </w:r>
      <w:r>
        <w:t>yani individual quality hai ikhlas. lekin jab aap rahen logon ke sath jamaati zindagi mein to ikhlas harghiz kafi nahi hai. kyunke phir differences honge, ikhtilafat honge, tarah tarah ke issues khare honge. to wahan aap ikhlas le kar khud padhenge ke main to haq par hoon. aur aap pe jo hai: antahbat aamal ko balad tanantum la tashroon ka misdaq ban jayen aap. to i</w:t>
      </w:r>
    </w:p>
    <w:p>
      <w:pPr>
        <w:jc w:val="right"/>
      </w:pPr>
      <w:r>
        <w:t>یعنی انڈیویجول کوالٹی ہے اخلاص۔ لیکن جب آپ رہیں لوگوں کے ساتھ جماعتی زندگی میں تو اخلاص ہرگز کافی نہیں ہے۔ کیونکہ پھر ڈیفرنسز ہوں گے، اختلاف ہوں گے، طرح طرح کے ایشوز کھڑے ہوں گے۔ تو وہاں آپ اخلاص لے کر خود پڑھیں گے کہ میں تو حق پر ہوں۔ اور آپ پہ جو ہے: انتہبت اعمال کو بلد تانتم لا تشرون کا مصداق بن جائیں آپ۔ تو ا</w:t>
      </w:r>
    </w:p>
    <w:p>
      <w:r>
        <w:rPr>
          <w:b/>
        </w:rPr>
        <w:t xml:space="preserve">[1:19:36] </w:t>
      </w:r>
      <w:r>
        <w:t>khlas jo farq hai ke ikhlas indivdual sifat hai. aur jo jis ko main keh raha hoon aqal, us ki zaroorat padti hai ijtimaai zindagi mein. ijtimaai zindagi mein aap us ko samajh nahi paate masle ki noiyat ko. aur apne ko gadhe mein dhak kar dete hain. to antahbat aamal ko balad tanantum la tashroon ka misdaq ban jate hain. agar aap ijtimaai zindagi mein na jayen, aap ka taaluq doosron se na ho, sirf</w:t>
      </w:r>
    </w:p>
    <w:p>
      <w:pPr>
        <w:jc w:val="right"/>
      </w:pPr>
      <w:r>
        <w:t>صل جو فرق ہے کہ اخلاص انفرادی صفت ہے۔ اور جو جس کو میں کہہ رہا ہوں عقل، اس کی ضرورت پڑتی ہے اجتماعی زندگی میں۔ اجتماعی زندگی میں آپ اس کو سمجھ نہیں پاتے مسئلے کی نوعیت کو۔ اور اپنے کو گڑھے میں ڈھک کر دیتے ہیں۔ تو انتہبت اعمال کو بلد تانتم لا تشرون کا مصداق بن جاتے ہیں۔ اگر آپ اجتماعی زندگی میں نہ جائیں، آپ کا تعلق دوسروں سے نہ ہو، صرف</w:t>
      </w:r>
    </w:p>
    <w:p>
      <w:r>
        <w:rPr>
          <w:b/>
        </w:rPr>
        <w:t xml:space="preserve">[1:20:06] </w:t>
      </w:r>
      <w:r>
        <w:t>ghar mein rehte hon aap akele, to wahan par zarorat nahi wisdom ki aap ko.</w:t>
      </w:r>
    </w:p>
    <w:p>
      <w:pPr>
        <w:jc w:val="right"/>
      </w:pPr>
      <w:r>
        <w:t>گھر میں رہتے ہوں آپ اکیلے، تو وہاں پر ضرورت نہیں وزڈم کی آپ کو۔</w:t>
      </w:r>
    </w:p>
    <w:p>
      <w:r>
        <w:rPr>
          <w:b/>
        </w:rPr>
        <w:t xml:space="preserve">[1:20:10] </w:t>
      </w:r>
      <w:r>
        <w:t>phir namaz roza kafi hai.</w:t>
      </w:r>
    </w:p>
    <w:p>
      <w:pPr>
        <w:jc w:val="right"/>
      </w:pPr>
      <w:r>
        <w:t>پھر نماز روزہ کافی ہے۔</w:t>
      </w:r>
    </w:p>
    <w:p>
      <w:r>
        <w:rPr>
          <w:b/>
        </w:rPr>
        <w:t xml:space="preserve">[1:20:14] </w:t>
      </w:r>
      <w:r>
        <w:t>lekin aap ko bohat hi sakht ek hadith hai ke Allah taala ne farishton se kaha ke jao</w:t>
      </w:r>
    </w:p>
    <w:p>
      <w:pPr>
        <w:jc w:val="right"/>
      </w:pPr>
      <w:r>
        <w:t>لیکن آپ کو بہت ہی سخت ایک حدیث ہے کہ اللہ تعالیٰ نے فرشتوں سے کہا کہ جاؤ</w:t>
      </w:r>
    </w:p>
    <w:p>
      <w:r>
        <w:rPr>
          <w:b/>
        </w:rPr>
        <w:t xml:space="preserve">[1:20:18] </w:t>
      </w:r>
      <w:r>
        <w:t>falan basti ko ult do.</w:t>
      </w:r>
    </w:p>
    <w:p>
      <w:pPr>
        <w:jc w:val="right"/>
      </w:pPr>
      <w:r>
        <w:t>فلاں بستی کو الٹ دو۔</w:t>
      </w:r>
    </w:p>
    <w:p>
      <w:r>
        <w:rPr>
          <w:b/>
        </w:rPr>
        <w:t xml:space="preserve">[1:20:23] </w:t>
      </w:r>
      <w:r>
        <w:t>jitne log hain, us ko talpat kar do, use dab ke mar jayen.</w:t>
      </w:r>
    </w:p>
    <w:p>
      <w:pPr>
        <w:jc w:val="right"/>
      </w:pPr>
      <w:r>
        <w:t>جتنے لوگ ہیں، اس کو تلپٹ کر دو، اسے دب کے مر جائیں۔</w:t>
      </w:r>
    </w:p>
    <w:p>
      <w:r>
        <w:rPr>
          <w:b/>
        </w:rPr>
        <w:t xml:space="preserve">[1:20:27] </w:t>
      </w:r>
      <w:r>
        <w:t>to farishton ne kaha ke khuda ya!</w:t>
      </w:r>
    </w:p>
    <w:p>
      <w:pPr>
        <w:jc w:val="right"/>
      </w:pPr>
      <w:r>
        <w:t>تو فرشتوں نے کہا کہ خدایا!</w:t>
      </w:r>
    </w:p>
    <w:p>
      <w:r>
        <w:rPr>
          <w:b/>
        </w:rPr>
        <w:t xml:space="preserve">[1:20:31] </w:t>
      </w:r>
      <w:r>
        <w:t>wahan ek buzurg hain jo raat din ibadat karte hain.</w:t>
      </w:r>
    </w:p>
    <w:p>
      <w:pPr>
        <w:jc w:val="right"/>
      </w:pPr>
      <w:r>
        <w:t>وہاں ایک بزرگ ہیں جو رات دن عبادت کرتے ہیں۔</w:t>
      </w:r>
    </w:p>
    <w:p>
      <w:r>
        <w:rPr>
          <w:b/>
        </w:rPr>
        <w:t xml:space="preserve">[1:20:36] </w:t>
      </w:r>
      <w:r>
        <w:t>aur woh unhon ne koi burai nahi ki hai, ibadat hi mein zindagi guzarte hain woh.</w:t>
      </w:r>
    </w:p>
    <w:p>
      <w:pPr>
        <w:jc w:val="right"/>
      </w:pPr>
      <w:r>
        <w:t>اور وہ انہوں نے کوئی برائی نہیں کی ہے، عبادت ہی میں زندگی گزارتے ہیں وہ۔</w:t>
      </w:r>
    </w:p>
    <w:p>
      <w:r>
        <w:rPr>
          <w:b/>
        </w:rPr>
        <w:t xml:space="preserve">[1:20:41] </w:t>
      </w:r>
      <w:r>
        <w:t>to Allah taala ne kaha in ke samait ult do.</w:t>
      </w:r>
    </w:p>
    <w:p>
      <w:pPr>
        <w:jc w:val="right"/>
      </w:pPr>
      <w:r>
        <w:t>تو اللہ تعالیٰ نے کہا ان کے سمیت الٹ دو۔</w:t>
      </w:r>
    </w:p>
    <w:p>
      <w:r>
        <w:rPr>
          <w:b/>
        </w:rPr>
        <w:t xml:space="preserve">[1:20:46] </w:t>
      </w:r>
      <w:r>
        <w:t>yeh bohat hi ajeeb o ghareeb sochne ki baat hai yeh ke aisa buzurg jo raat din ibadat</w:t>
      </w:r>
    </w:p>
    <w:p>
      <w:pPr>
        <w:jc w:val="right"/>
      </w:pPr>
      <w:r>
        <w:t>یہ بہت ہی عجیب و غریب سوچنے کی بات ہے یہ کہ ایسا بزرگ جو رات دن عبادت</w:t>
      </w:r>
    </w:p>
    <w:p>
      <w:r>
        <w:rPr>
          <w:b/>
        </w:rPr>
        <w:t xml:space="preserve">[1:20:51] </w:t>
      </w:r>
      <w:r>
        <w:t>hi kar raha hai, us ke samait basti ult di gai.</w:t>
      </w:r>
    </w:p>
    <w:p>
      <w:pPr>
        <w:jc w:val="right"/>
      </w:pPr>
      <w:r>
        <w:t>ہی کر رہا ہے، اس کے سمیت بستی الٹ دی گئی۔</w:t>
      </w:r>
    </w:p>
    <w:p>
      <w:r>
        <w:rPr>
          <w:b/>
        </w:rPr>
        <w:t xml:space="preserve">[1:20:56] </w:t>
      </w:r>
      <w:r>
        <w:t>kyunke woh ikhlas tha lekin aqal nahi thi is ke paas.</w:t>
      </w:r>
    </w:p>
    <w:p>
      <w:pPr>
        <w:jc w:val="right"/>
      </w:pPr>
      <w:r>
        <w:t>کیونکہ وہ اخلاص تھا لیکن عقل نہیں تھی اس کے پاس۔</w:t>
      </w:r>
    </w:p>
    <w:p>
      <w:r>
        <w:rPr>
          <w:b/>
        </w:rPr>
        <w:t xml:space="preserve">[1:21:01] </w:t>
      </w:r>
      <w:r>
        <w:t>to yeh bohat si</w:t>
      </w:r>
    </w:p>
    <w:p>
      <w:pPr>
        <w:jc w:val="right"/>
      </w:pPr>
      <w:r>
        <w:t>تو یہ بہت سی</w:t>
      </w:r>
    </w:p>
    <w:p>
      <w:r>
        <w:rPr>
          <w:b/>
        </w:rPr>
        <w:t xml:space="preserve">[1:21:06] </w:t>
      </w:r>
      <w:r>
        <w:t>rais baat hai, is ko samjhiye ke aap agar yeh samjhein ke mere paas to ikhlas hai aur</w:t>
      </w:r>
    </w:p>
    <w:p>
      <w:pPr>
        <w:jc w:val="right"/>
      </w:pPr>
      <w:r>
        <w:t>ریس بات ہے، اس کو سمجھئے کہ آپ اگر یہ سمجھیں کہ میرے پاس تو اخلاص ہے اور</w:t>
      </w:r>
    </w:p>
    <w:p>
      <w:r>
        <w:rPr>
          <w:b/>
        </w:rPr>
        <w:t xml:space="preserve">[1:21:10] </w:t>
      </w:r>
      <w:r>
        <w:t>mere paas to namaz roza hai, to hargiz hargiz yeh kafi nahi hai.</w:t>
      </w:r>
    </w:p>
    <w:p>
      <w:pPr>
        <w:jc w:val="right"/>
      </w:pPr>
      <w:r>
        <w:t>میرے پاس تو نماز روزہ ہے، تو ہرگز ہرگز یہ کافی نہیں ہے۔</w:t>
      </w:r>
    </w:p>
    <w:p>
      <w:r>
        <w:rPr>
          <w:b/>
        </w:rPr>
        <w:t xml:space="preserve">[1:21:14] </w:t>
      </w:r>
      <w:r>
        <w:t>agar aap ijtamai zindagi mein hon, haan agar aap akele kisi kamre mein rehte hon to theek hai,</w:t>
      </w:r>
    </w:p>
    <w:p>
      <w:pPr>
        <w:jc w:val="right"/>
      </w:pPr>
      <w:r>
        <w:t>اگر آپ اجتماعی زندگی میں ہوں، ہاں اگر آپ اکیلے کسی کمرے میں رہتے ہوں تو ٹھیک ہے،</w:t>
      </w:r>
    </w:p>
    <w:p>
      <w:r>
        <w:rPr>
          <w:b/>
        </w:rPr>
        <w:t xml:space="preserve">[1:21:19] </w:t>
      </w:r>
      <w:r>
        <w:t>tab to woh kafi hai, phir to koi harj nahi hai.</w:t>
      </w:r>
    </w:p>
    <w:p>
      <w:pPr>
        <w:jc w:val="right"/>
      </w:pPr>
      <w:r>
        <w:t>تب تو وہ کافی ہے، پھر تو کوئی حرج نہیں ہے۔</w:t>
      </w:r>
    </w:p>
    <w:p>
      <w:r>
        <w:rPr>
          <w:b/>
        </w:rPr>
        <w:t xml:space="preserve">[1:21:23] </w:t>
      </w:r>
      <w:r>
        <w:t>jaise aap ijtamai zindagi mein aayenge, zaroor crashs paida hoga aur crashs mein aap fail ho jayen</w:t>
      </w:r>
    </w:p>
    <w:p>
      <w:pPr>
        <w:jc w:val="right"/>
      </w:pPr>
      <w:r>
        <w:t>جیسے آپ اجتماعی زندگی میں آئیں گے، ضرور کراشس پیدا ہوگا اور کراشس میں آپ فیل ہو جائیں</w:t>
      </w:r>
    </w:p>
    <w:p>
      <w:r>
        <w:rPr>
          <w:b/>
        </w:rPr>
        <w:t xml:space="preserve">[1:21:27] </w:t>
      </w:r>
      <w:r>
        <w:t>ge, agar aap ke paas aqal nahi hai to.</w:t>
      </w:r>
    </w:p>
    <w:p>
      <w:pPr>
        <w:jc w:val="right"/>
      </w:pPr>
      <w:r>
        <w:t>گے، اگر آپ کے پاس عقل نہیں ہے تو۔</w:t>
      </w:r>
    </w:p>
    <w:p>
      <w:r>
        <w:rPr>
          <w:b/>
        </w:rPr>
        <w:t xml:space="preserve">[1:21:31] </w:t>
      </w:r>
      <w:r>
        <w:t>agar aap ke paas aqal nahi hai to crashs mein aap fail ho jayen</w:t>
      </w:r>
    </w:p>
    <w:p>
      <w:pPr>
        <w:jc w:val="right"/>
      </w:pPr>
      <w:r>
        <w:t>اگر آپ کے پاس عقل نہیں ہے تو کراشس میں آپ فیل ہو جائیں</w:t>
      </w:r>
    </w:p>
    <w:p>
      <w:r>
        <w:rPr>
          <w:b/>
        </w:rPr>
        <w:t xml:space="preserve">[1:21:36] </w:t>
      </w:r>
      <w:r>
        <w:t>ge. aur fail ho kar apne ko tabah kar lenge. is waqt sare musalman jo hain, crisis mein thay aur crisis ko manage nahi kar sake, to kya hai? ek taraf aap apne ko tabah kar rahe hain. jahan chahiye musalman tabah ho rahe hain. okay, so we will end the session now.</w:t>
      </w:r>
    </w:p>
    <w:p>
      <w:pPr>
        <w:jc w:val="right"/>
      </w:pPr>
      <w:r>
        <w:t>گے۔ اور فیل ہو کر اپنے کو تباہ کر لیں گے۔ اس وقت سارے مسلمان جو ہیں، کراشس میں تھے اور کراشس کو مینج نہیں کر سکے، تو کیا ہے؟ ایک طرف آپ اپنے کو تباہ کر رہے ہیں۔ جہاں چاہیے مسلمان تباہ ہو رہے ہیں۔ اوکے، سو وی ویل اینڈ دی سیشن ناو۔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