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Focused Thinking March 7, 2010 Maulana Wahiduddin Khan</w:t>
      </w:r>
    </w:p>
    <w:p>
      <w:r>
        <w:t>https://www.youtube.com/watch?v=eD4bs3E5WHE</w:t>
      </w:r>
    </w:p>
    <w:p>
      <w:r>
        <w:rPr>
          <w:b/>
        </w:rPr>
        <w:t xml:space="preserve">[00:14] </w:t>
      </w:r>
      <w:r>
        <w:t>bismillah ir rehman ir rahim</w:t>
      </w:r>
    </w:p>
    <w:p>
      <w:pPr>
        <w:jc w:val="right"/>
      </w:pPr>
      <w:r>
        <w:t>بسم اللہ الرحمن الرحیم</w:t>
      </w:r>
    </w:p>
    <w:p>
      <w:r>
        <w:rPr>
          <w:b/>
        </w:rPr>
        <w:t xml:space="preserve">[00:18] </w:t>
      </w:r>
      <w:r>
        <w:t>wa salla Allahu ala an nabiyyi al karim</w:t>
      </w:r>
    </w:p>
    <w:p>
      <w:pPr>
        <w:jc w:val="right"/>
      </w:pPr>
      <w:r>
        <w:t>وصلی اللہ علی النبی الکریم</w:t>
      </w:r>
    </w:p>
    <w:p>
      <w:r>
        <w:rPr>
          <w:b/>
        </w:rPr>
        <w:t xml:space="preserve">[00:21] </w:t>
      </w:r>
      <w:r>
        <w:t>rab ishrah li sadri wa yassir li amri</w:t>
      </w:r>
    </w:p>
    <w:p>
      <w:pPr>
        <w:jc w:val="right"/>
      </w:pPr>
      <w:r>
        <w:t>رب اشرح لی صدری ویسر لی امری</w:t>
      </w:r>
    </w:p>
    <w:p>
      <w:r>
        <w:rPr>
          <w:b/>
        </w:rPr>
        <w:t xml:space="preserve">[00:26] </w:t>
      </w:r>
      <w:r>
        <w:t>wa uhallul uqdatan min lisani yafqahu qawli aaj ka topic hai</w:t>
      </w:r>
    </w:p>
    <w:p>
      <w:pPr>
        <w:jc w:val="right"/>
      </w:pPr>
      <w:r>
        <w:t>واحل العقدۃ من لسانی یفقہ قولی آج کا ٹاپک ہے</w:t>
      </w:r>
    </w:p>
    <w:p>
      <w:r>
        <w:rPr>
          <w:b/>
        </w:rPr>
        <w:t xml:space="preserve">[00:33] </w:t>
      </w:r>
      <w:r>
        <w:t>"The Importance of Focused Thinking"</w:t>
      </w:r>
    </w:p>
    <w:p>
      <w:pPr>
        <w:jc w:val="right"/>
      </w:pPr>
      <w:r>
        <w:t>"The Importance of Focused Thinking"</w:t>
      </w:r>
    </w:p>
    <w:p>
      <w:r>
        <w:rPr>
          <w:b/>
        </w:rPr>
        <w:t xml:space="preserve">[00:38] </w:t>
      </w:r>
      <w:r>
        <w:t>yani tarkizi andaaz mein sochne ki ahmiyat.</w:t>
      </w:r>
    </w:p>
    <w:p>
      <w:pPr>
        <w:jc w:val="right"/>
      </w:pPr>
      <w:r>
        <w:t>یعنی ترکیزی انداز میں سوچنے کی اہمیت۔</w:t>
      </w:r>
    </w:p>
    <w:p>
      <w:r>
        <w:rPr>
          <w:b/>
        </w:rPr>
        <w:t xml:space="preserve">[00:45] </w:t>
      </w:r>
      <w:r>
        <w:t>The Importance of Focused Thinking dekhen yeh tamam psychology ke jo log hain woh mante hain ke sab se bari cheez jo super achievement ke liye zaroori hai woh hai focused thinking.</w:t>
      </w:r>
    </w:p>
    <w:p>
      <w:pPr>
        <w:jc w:val="right"/>
      </w:pPr>
      <w:r>
        <w:t>The Importance of Focused Thinking دیکھیں یہ تمام سائیکالوجی کے جو لوگ ہیں وہ مانتے ہیں کہ سب سے بڑی چیز جو سپر اچیومنٹ کے لیے ضروری ہے وہ ہے فوکسڈ تھنکنگ۔</w:t>
      </w:r>
    </w:p>
    <w:p>
      <w:r>
        <w:rPr>
          <w:b/>
        </w:rPr>
        <w:t xml:space="preserve">[01:08] </w:t>
      </w:r>
      <w:r>
        <w:t>yani</w:t>
      </w:r>
    </w:p>
    <w:p>
      <w:pPr>
        <w:jc w:val="right"/>
      </w:pPr>
      <w:r>
        <w:t>یعنی</w:t>
      </w:r>
    </w:p>
    <w:p>
      <w:r>
        <w:rPr>
          <w:b/>
        </w:rPr>
        <w:t xml:space="preserve">[01:12] </w:t>
      </w:r>
      <w:r>
        <w:t>concentration ke sath sochna, idhar udhar na bhatakna.</w:t>
      </w:r>
    </w:p>
    <w:p>
      <w:pPr>
        <w:jc w:val="right"/>
      </w:pPr>
      <w:r>
        <w:t>کنسنٹریشن کے ساتھ سوچنا، ادھر ادھر نہ بھٹکنا۔</w:t>
      </w:r>
    </w:p>
    <w:p>
      <w:r>
        <w:rPr>
          <w:b/>
        </w:rPr>
        <w:t xml:space="preserve">[01:20] </w:t>
      </w:r>
      <w:r>
        <w:t>is par soch raha tha is subject par to mujhe samajh mein aaya ke sab se bara jo is zamane mein rukawat hai woh mobile hai.</w:t>
      </w:r>
    </w:p>
    <w:p>
      <w:pPr>
        <w:jc w:val="right"/>
      </w:pPr>
      <w:r>
        <w:t>اس پر سوچ رہا تھا اس سبجیکٹ پر تو مجھے سمجھ میں آیا کہ سب سے بڑا جو اس زمانے میں رکاوٹ ہے وہ موبائل ہے۔</w:t>
      </w:r>
    </w:p>
    <w:p>
      <w:r>
        <w:rPr>
          <w:b/>
        </w:rPr>
        <w:t xml:space="preserve">[01:32] </w:t>
      </w:r>
      <w:r>
        <w:t>meri samajh hai ke mobile har waqt ke liye rehte hain log. kya matlab hai is ka, kya sense hai is ka? pehle zamane mein telephone office mein hota tha, ab jeeb mein liye phirte.</w:t>
      </w:r>
    </w:p>
    <w:p>
      <w:pPr>
        <w:jc w:val="right"/>
      </w:pPr>
      <w:r>
        <w:t>میری سمجھ ہے کہ موبائل ہر وقت کے لیے رہتے ہیں لوگ۔ کیا مطلب ہے اس کا، کیا سینس ہے اس کا؟ پہلے زمانے میں ٹیلی فون آفس میں ہوتا تھا، اب جیب میں لیے پھرتے۔</w:t>
      </w:r>
    </w:p>
    <w:p>
      <w:r>
        <w:rPr>
          <w:b/>
        </w:rPr>
        <w:t xml:space="preserve">[01:46] </w:t>
      </w:r>
      <w:r>
        <w:t>yeh to bohat hi zyada yani aisi habit hai jo color hai, color. Meri samajh mein aya ke log kyun is ki importance nahi samajhte, importance.</w:t>
      </w:r>
    </w:p>
    <w:p>
      <w:pPr>
        <w:jc w:val="right"/>
      </w:pPr>
      <w:r>
        <w:t>یہ تو بہت ہی زیادہ یعنی ایسی ہیبٹ ہے جو کلر ہے، کلر۔ میری سمجھ میں آیا کہ لوگ کیوں اس کی امپورٹنس نہیں سمجھتے، امپورٹنس۔</w:t>
      </w:r>
    </w:p>
    <w:p>
      <w:r>
        <w:rPr>
          <w:b/>
        </w:rPr>
        <w:t xml:space="preserve">[02:00] </w:t>
      </w:r>
      <w:r>
        <w:t>ke agar aap chahte hain truth ko paana, Khuda ko paana to aap ko is qism ke distraction se bachna hoga.</w:t>
      </w:r>
    </w:p>
    <w:p>
      <w:pPr>
        <w:jc w:val="right"/>
      </w:pPr>
      <w:r>
        <w:t>کہ اگر آپ چاہتے ہیں ٹروتھ کو پانا، خدا کو پانا تو آپ کو اس قسم کے ڈسٹریکشن سے بچنا ہوگا۔</w:t>
      </w:r>
    </w:p>
    <w:p>
      <w:r>
        <w:rPr>
          <w:b/>
        </w:rPr>
        <w:t xml:space="preserve">[02:09] </w:t>
      </w:r>
      <w:r>
        <w:t>kya matlab hai har waqt liye phirte hain log mobile? Yeh bohat bara dhoka hai jis mein log jee rahe hain.</w:t>
      </w:r>
    </w:p>
    <w:p>
      <w:pPr>
        <w:jc w:val="right"/>
      </w:pPr>
      <w:r>
        <w:t>کیا مطلب ہے ہر وقت لیے پھرتے ہیں لوگ موبائل؟ یہ بہت بڑا دھوکہ ہے جس میں لوگ جی رہے ہیں۔</w:t>
      </w:r>
    </w:p>
    <w:p>
      <w:r>
        <w:rPr>
          <w:b/>
        </w:rPr>
        <w:t xml:space="preserve">[02:22] </w:t>
      </w:r>
      <w:r>
        <w:t>main aksar kaha karta hoon ke ek cheez ko paane ke liye doosri cheez ko chhodna padta hai. Agar aap ko Khuda ko paana hai to mobile ko chhodna padega.</w:t>
      </w:r>
    </w:p>
    <w:p>
      <w:pPr>
        <w:jc w:val="right"/>
      </w:pPr>
      <w:r>
        <w:t>میں اکثر کہا کرتا ہوں کہ ایک چیز کو پانے کے لیے دوسری چیز کو چھوڑنا پڑتا ہے۔ اگر آپ کو خدا کو پانا ہے تو موبائل کو چھوڑنا پڑے گا۔</w:t>
      </w:r>
    </w:p>
    <w:p>
      <w:r>
        <w:rPr>
          <w:b/>
        </w:rPr>
        <w:t xml:space="preserve">[02:33] </w:t>
      </w:r>
      <w:r>
        <w:t>nahi chhodte hain to phir Khuda ko paane se maarooj rahiye, isi mein mar jaiye. Aur marne ke baad sochiye ke bhai kya hamakat mein pada hua tha. Ek taraf mobile tha, ek taraf Khuda tha.</w:t>
      </w:r>
    </w:p>
    <w:p>
      <w:pPr>
        <w:jc w:val="right"/>
      </w:pPr>
      <w:r>
        <w:t>نہیں چھوڑتے ہیں تو پھر خدا کو پانے سے معروض رہیے، اسی میں مر جائیے۔ اور مرنے کے بعد سوچیے کہ بھئی کیا حماقت میں پڑا ہوا تھا۔ ایک طرف موبائل تھا، ایک طرف خدا تھا۔</w:t>
      </w:r>
    </w:p>
    <w:p>
      <w:r>
        <w:rPr>
          <w:b/>
        </w:rPr>
        <w:t xml:space="preserve">[02:44] </w:t>
      </w:r>
      <w:r>
        <w:t>main ne Khuda ko chhora, ab mobile ko liye phira. Beh-haal yeh bohat hi zyada</w:t>
      </w:r>
    </w:p>
    <w:p>
      <w:pPr>
        <w:jc w:val="right"/>
      </w:pPr>
      <w:r>
        <w:t>میں نے خدا کو چھوڑا، اب موبائل کو لیے پھرا۔ بہرحال یہ بہت ہی زیادہ</w:t>
      </w:r>
    </w:p>
    <w:p>
      <w:r>
        <w:rPr>
          <w:b/>
        </w:rPr>
        <w:t xml:space="preserve">[02:54] </w:t>
      </w:r>
      <w:r>
        <w:t>harmful habit hai jis mein log mubtala hain. To main to yahi kahunga ke main ne Khuda ke fazl se kabhi bhi is ko ikhtiyar nahi kiya.</w:t>
      </w:r>
    </w:p>
    <w:p>
      <w:pPr>
        <w:jc w:val="right"/>
      </w:pPr>
      <w:r>
        <w:t>ہارم فل ہیبٹ ہے جس میں لوگ مبتلا ہیں۔ تو میں تو یہی کہوں گا کہ میں نے خدا کے فضل سے کبھی بھی اس کو اختیار نہیں کیا۔</w:t>
      </w:r>
    </w:p>
    <w:p>
      <w:r>
        <w:rPr>
          <w:b/>
        </w:rPr>
        <w:t xml:space="preserve">[03:05] </w:t>
      </w:r>
      <w:r>
        <w:t>aaj bhi mujhe na to apne mobile ka telephone number yaad hai, na landline mere paas hai, is ka koi number yaad nahi hai, kuch bhi yaad nahi hai.</w:t>
      </w:r>
    </w:p>
    <w:p>
      <w:pPr>
        <w:jc w:val="right"/>
      </w:pPr>
      <w:r>
        <w:t>آج بھی مجھے نہ تو اپنے موبائل کا ٹیلی فون نمبر یاد ہے، نہ لینڈ لائن میرے پاس ہے، اس کا کوئی نمبر یاد نہیں ہے، کچھ بھی یاد نہیں ہے۔</w:t>
      </w:r>
    </w:p>
    <w:p>
      <w:r>
        <w:rPr>
          <w:b/>
        </w:rPr>
        <w:t xml:space="preserve">[03:16] </w:t>
      </w:r>
      <w:r>
        <w:t>aur is ka faida mujhe kitna bara mila woh batata hoon main aap ko. Apne aap ko main ne bachaya in cheezon se.</w:t>
      </w:r>
    </w:p>
    <w:p>
      <w:pPr>
        <w:jc w:val="right"/>
      </w:pPr>
      <w:r>
        <w:t>اور اس کا فائدہ مجھے کتنا بڑا ملا وہ بتاتا ہوں میں آپ کو۔ اپنے آپ کو میں نے بچایا ان چیزوں سے۔</w:t>
      </w:r>
    </w:p>
    <w:p>
      <w:r>
        <w:rPr>
          <w:b/>
        </w:rPr>
        <w:t xml:space="preserve">[03:25] </w:t>
      </w:r>
      <w:r>
        <w:t>sab se pehle main aap ko ek ayat yaad dilaoonga. Yeh ajeeb baat hai ke Quran mein sari baatein maujood hain. Kal main kisi se keh raha tha ke Quran mein bohat hi ajeeb baat hai ke sari baatein maujood hain, is sense mein nahi ke is ke andar chemistry hui hai aur medical science bhi hai, is sense mein nahi.</w:t>
      </w:r>
    </w:p>
    <w:p>
      <w:pPr>
        <w:jc w:val="right"/>
      </w:pPr>
      <w:r>
        <w:t>سب سے پہلے میں آپ کو ایک آیت یاد دلاؤں گا۔ یہ عجیب بات ہے کہ قرآن میں ساری باتیں موجود ہیں۔ کل میں کسی سے کہہ رہا تھا کہ قرآن میں بہت ہی عجیب بات ہے کہ ساری باتیں موجود ہیں، اس سینس میں نہیں کہ اس کے اندر کیمسٹری ہوئی ہے اور میڈیکل سائنس بھی ہے، اس سینس میں نہیں۔</w:t>
      </w:r>
    </w:p>
    <w:p>
      <w:r>
        <w:rPr>
          <w:b/>
        </w:rPr>
        <w:t xml:space="preserve">[03:46] </w:t>
      </w:r>
      <w:r>
        <w:t>insaan ki guidance ke liye, Khuda ko paane ke liye, sachai ko discover karne ke liye jo baatein zaroori hain woh sab maujood hain Quran majeed mein.</w:t>
      </w:r>
    </w:p>
    <w:p>
      <w:pPr>
        <w:jc w:val="right"/>
      </w:pPr>
      <w:r>
        <w:t>انسان کی گائیڈنس کے لیے، خدا کو پانے کے لیے، سچائی کو ڈسکور کرنے کے لیے جو باتیں ضروری ہیں وہ سب موجود ہیں قرآن مجید میں۔</w:t>
      </w:r>
    </w:p>
    <w:p>
      <w:r>
        <w:rPr>
          <w:b/>
        </w:rPr>
        <w:t xml:space="preserve">[04:01] </w:t>
      </w:r>
      <w:r>
        <w:t>to agar aap sach much truth seeker hain to Quran ko bar bar padhein to aap ko har baat Quran mein milti rahegi. Yeh bhi is Quran mein hai.</w:t>
      </w:r>
    </w:p>
    <w:p>
      <w:pPr>
        <w:jc w:val="right"/>
      </w:pPr>
      <w:r>
        <w:t>تو اگر آپ سچ مچ ٹروتھ سیکھر ہیں تو قرآن کو بار بار پڑھیں تو آپ کو ہر بات قرآن میں ملتی رہے گی۔ یہ بھی اس قرآن میں ہے۔</w:t>
      </w:r>
    </w:p>
    <w:p>
      <w:r>
        <w:rPr>
          <w:b/>
        </w:rPr>
        <w:t xml:space="preserve">[04:14] </w:t>
      </w:r>
      <w:r>
        <w:t>Quran ki ek surah hai, is ka naam hai Hood. Is ka number hai 11. Is ki ayat 113.</w:t>
      </w:r>
    </w:p>
    <w:p>
      <w:pPr>
        <w:jc w:val="right"/>
      </w:pPr>
      <w:r>
        <w:t>قرآن کی ایک سورہ ہے، اس کا نام ہے ہود۔ اس کا نمبر ہے 11۔ اس کی آیت 113۔</w:t>
      </w:r>
    </w:p>
    <w:p>
      <w:r>
        <w:rPr>
          <w:b/>
        </w:rPr>
        <w:t xml:space="preserve">[04:24] </w:t>
      </w:r>
      <w:r>
        <w:t>yani 11, 113 ki ek ayat hai. Wala terkanu ila allatheena thalamu famasakku bill naar.</w:t>
      </w:r>
    </w:p>
    <w:p>
      <w:pPr>
        <w:jc w:val="right"/>
      </w:pPr>
      <w:r>
        <w:t>یعنی 11، 113 کی ایک آیت ہے۔ ولا تركنوا الی الذین ظلموا فتمسکوا بالنار۔</w:t>
      </w:r>
    </w:p>
    <w:p>
      <w:r>
        <w:rPr>
          <w:b/>
        </w:rPr>
        <w:t xml:space="preserve">[04:37] </w:t>
      </w:r>
      <w:r>
        <w:t>Don't incline towards those who do wrong. Lest you, lest the fire will touch you.</w:t>
      </w:r>
    </w:p>
    <w:p>
      <w:pPr>
        <w:jc w:val="right"/>
      </w:pPr>
      <w:r>
        <w:t>ڈونٹ انکلائن ٹورڈز دوز ہو ڈو رونگ۔ لیس یو، لیس دا فائر ول ٹچ یو۔</w:t>
      </w:r>
    </w:p>
    <w:p>
      <w:r>
        <w:rPr>
          <w:b/>
        </w:rPr>
        <w:t xml:space="preserve">[04:50] </w:t>
      </w:r>
      <w:r>
        <w:t>Lest the fire touch you. Don't incline towards those who</w:t>
      </w:r>
    </w:p>
    <w:p>
      <w:pPr>
        <w:jc w:val="right"/>
      </w:pPr>
      <w:r>
        <w:t>لیس دا فائر ٹچ یو۔ ڈونٹ انکلائن ٹورڈز دوز ہو</w:t>
      </w:r>
    </w:p>
    <w:p>
      <w:r>
        <w:rPr>
          <w:b/>
        </w:rPr>
        <w:t xml:space="preserve">[05:04] </w:t>
      </w:r>
      <w:r>
        <w:t>do wrong. Lest the fire touch you. In logon ki taraf na jhuko jo galat kar hain, warna tum ko aag pakad legi.</w:t>
      </w:r>
    </w:p>
    <w:p>
      <w:pPr>
        <w:jc w:val="right"/>
      </w:pPr>
      <w:r>
        <w:t>ڈو رونگ۔ لیس دا فائل ٹچ یو۔ ان لوگوں کی طرف نہ جھکو جو غلط کار ہیں، ورنہ تم کو آگ پکڑ لے گی۔</w:t>
      </w:r>
    </w:p>
    <w:p>
      <w:r>
        <w:rPr>
          <w:b/>
        </w:rPr>
        <w:t xml:space="preserve">[05:19] </w:t>
      </w:r>
      <w:r>
        <w:t>yeh is mein jo lafz istemal hua hai rukoon, rukoon ka matlab kya hai? Tilt, to incline, to lean.</w:t>
      </w:r>
    </w:p>
    <w:p>
      <w:pPr>
        <w:jc w:val="right"/>
      </w:pPr>
      <w:r>
        <w:t>یہ اس میں جو لفظ استعمال ہوا ہے رکون، رکون کا معنی کیا ہے؟ ٹلٹ، ٹو انکلائن، ٹو لین۔</w:t>
      </w:r>
    </w:p>
    <w:p>
      <w:r>
        <w:rPr>
          <w:b/>
        </w:rPr>
        <w:t xml:space="preserve">[05:29] </w:t>
      </w:r>
      <w:r>
        <w:t>yani ek jo straight path hai us se jhukna, idhar jhukna, udhar jhukna. To Rasool Allah aur Sahaba se kaha gaya ke tum jhukao mat karo, isi par lage raho, ek hi ek hi point par.</w:t>
      </w:r>
    </w:p>
    <w:p>
      <w:pPr>
        <w:jc w:val="right"/>
      </w:pPr>
      <w:r>
        <w:t>یعنی ایک جو سٹریٹ پاتھ ہے اس سے جھکنا، ادھر جھکنا، ادھر جھکنا۔ تو رسول اللہ اور صحابہ سے کہا گیا کہ تم جھکاؤ مت کرو، اسی پر لگے رہو، ایک ہی ایک ہی پوائنٹ پر۔</w:t>
      </w:r>
    </w:p>
    <w:p>
      <w:r>
        <w:rPr>
          <w:b/>
        </w:rPr>
        <w:t xml:space="preserve">[05:46] </w:t>
      </w:r>
      <w:r>
        <w:t>to yahan par dekhein jo hai ke aag pakad legi to ek akhirat ke aitbaar se hai, lekin duniya ke aitbaar se bhi hai ke to bhatak jao ge, sachai ko se mehroom ho jao ge.</w:t>
      </w:r>
    </w:p>
    <w:p>
      <w:pPr>
        <w:jc w:val="right"/>
      </w:pPr>
      <w:r>
        <w:t>تو یہاں پر دیکھیں جو ہے کہ آگ پکڑ لے گی تو ایک آخرت کے اعتبار سے ہے، لیکن دنیا کے اعتبار سے بھی ہے کہ تو بھٹک جاؤ گے، سچائی کو سے محروم ہو جاؤ گے۔</w:t>
      </w:r>
    </w:p>
    <w:p>
      <w:r>
        <w:rPr>
          <w:b/>
        </w:rPr>
        <w:t xml:space="preserve">[06:03] </w:t>
      </w:r>
      <w:r>
        <w:t>yeh matlab hai is ka. To yeh sab rukoon hai jis mein aap log pade hue hain.</w:t>
      </w:r>
    </w:p>
    <w:p>
      <w:pPr>
        <w:jc w:val="right"/>
      </w:pPr>
      <w:r>
        <w:t>یہ مطلب ہے اس کا۔ تو یہ سب رکون ہے جس میں آپ لوگ پڑے ہوئے ہیں۔</w:t>
      </w:r>
    </w:p>
    <w:p>
      <w:r>
        <w:rPr>
          <w:b/>
        </w:rPr>
        <w:t xml:space="preserve">[06:11] </w:t>
      </w:r>
      <w:r>
        <w:t>yani ek point par focus nahi karte, idhar udhar bhatakte rehte hain. Isi liye yeh saare log jo hain koi bara kaam jab jab mobile nahi tha tabhi bare bare scientist paida hue, bare bare scientist, bare bare mufakkir.</w:t>
      </w:r>
    </w:p>
    <w:p>
      <w:pPr>
        <w:jc w:val="right"/>
      </w:pPr>
      <w:r>
        <w:t>یعنی ایک پوائنٹ پر فوکس نہیں کرتے، ادھر ادھر بھٹکتے رہتے ہیں۔ اسی لیے یہ سارے لوگ جو ہیں کوئی بڑا کام جب جب موبائل نہیں تھا تبھی بڑے بڑے سائنٹسٹ پیدا ہوئے، بڑے بڑے سائنٹسٹ، بڑے بڑے مفکر۔</w:t>
      </w:r>
    </w:p>
    <w:p>
      <w:r>
        <w:rPr>
          <w:b/>
        </w:rPr>
        <w:t xml:space="preserve">[06:24] </w:t>
      </w:r>
      <w:r>
        <w:t>aaj kaun paida ho raha hai? Aaj kaun paida ho raha hai? Jab mobile nahi tha tabhi log paida hue.</w:t>
      </w:r>
    </w:p>
    <w:p>
      <w:pPr>
        <w:jc w:val="right"/>
      </w:pPr>
      <w:r>
        <w:t>آج کون پیدا ہو رہا ہے؟ آج کون پیدا ہو رہا ہے؟ جب موبائل نہیں تھا تبھی لوگ پیدا ہوئے۔</w:t>
      </w:r>
    </w:p>
    <w:p>
      <w:r>
        <w:rPr>
          <w:b/>
        </w:rPr>
        <w:t xml:space="preserve">[06:35] </w:t>
      </w:r>
      <w:r>
        <w:t>dekhein saare scientist jo the woh kya the? Un ke andar focused thinking thi.</w:t>
      </w:r>
    </w:p>
    <w:p>
      <w:pPr>
        <w:jc w:val="right"/>
      </w:pPr>
      <w:r>
        <w:t>دیکھیں سارے سائنٹسٹ جو تھے وہ کیا تھے؟ ان کے اندر فوکسڈ تھنکنگ تھی۔</w:t>
      </w:r>
    </w:p>
    <w:p>
      <w:r>
        <w:rPr>
          <w:b/>
        </w:rPr>
        <w:t xml:space="preserve">[06:45] </w:t>
      </w:r>
      <w:r>
        <w:t>ek focus par dhyan laga kar sochna.</w:t>
      </w:r>
    </w:p>
    <w:p>
      <w:pPr>
        <w:jc w:val="right"/>
      </w:pPr>
      <w:r>
        <w:t>ایک فوکس پر دھیان لگا کر سوچنا۔</w:t>
      </w:r>
    </w:p>
    <w:p>
      <w:r>
        <w:rPr>
          <w:b/>
        </w:rPr>
        <w:t xml:space="preserve">[06:50] </w:t>
      </w:r>
      <w:r>
        <w:t>misal ke taur par dekhen newton jo founder of modern science mana jata hai, to us ke bare mein kaha jata hai ke bachpan mein jab wo tha to us ko kehte thay wool gatherer.</w:t>
      </w:r>
    </w:p>
    <w:p>
      <w:pPr>
        <w:jc w:val="right"/>
      </w:pPr>
      <w:r>
        <w:t>مثال کے طور پر دیکھیں نیوٹن جو فاؤنڈر آف ماڈرن سائنس مانا جاتا ہے، تو اس کے بارے میں کہا جاتا ہے کہ بچپن میں جب وہ تھا تو اس کو کہتے تھے وول گیدرر۔</w:t>
      </w:r>
    </w:p>
    <w:p>
      <w:r>
        <w:rPr>
          <w:b/>
        </w:rPr>
        <w:t xml:space="preserve">[07:04] </w:t>
      </w:r>
      <w:r>
        <w:t>wool gatherer ka matlab hota hai khoya hua, khoya hua. kam bolna, idhar udhar na bhatakna, us ko kehte hain khoya hua.</w:t>
      </w:r>
    </w:p>
    <w:p>
      <w:pPr>
        <w:jc w:val="right"/>
      </w:pPr>
      <w:r>
        <w:t>وول گیدرر کا مطلب ہوتا ہے کھویا ہوا، کھویا ہوا۔ کم بولنا، ادھر ادھر نہ بھٹکنا، اس کو کہتے ہیں کھویا ہوا۔</w:t>
      </w:r>
    </w:p>
    <w:p>
      <w:r>
        <w:rPr>
          <w:b/>
        </w:rPr>
        <w:t xml:space="preserve">[07:15] </w:t>
      </w:r>
      <w:r>
        <w:t>to baad ko jab jab newton school mein pohncha tab pata chala ke yeh wool gatherer jo tha wo to wo bohat bari quality us ke andar thi.</w:t>
      </w:r>
    </w:p>
    <w:p>
      <w:pPr>
        <w:jc w:val="right"/>
      </w:pPr>
      <w:r>
        <w:t>تو بعد کو جب جب نیوٹن اسکول میں پہنچا تب پتہ چلا کہ یہ وول گیدرر جو تھا وہ تو وہ بہت بڑی کوالٹی اس کے اندر تھی۔</w:t>
      </w:r>
    </w:p>
    <w:p>
      <w:r>
        <w:rPr>
          <w:b/>
        </w:rPr>
        <w:t xml:space="preserve">[07:29] </w:t>
      </w:r>
      <w:r>
        <w:t>yani he was able to concentrate at a single point.</w:t>
      </w:r>
    </w:p>
    <w:p>
      <w:pPr>
        <w:jc w:val="right"/>
      </w:pPr>
      <w:r>
        <w:t>یعنی ہی واز ایبل ٹو کنسنٹریٹ ایٹ ا سنگل پوائنٹ۔</w:t>
      </w:r>
    </w:p>
    <w:p>
      <w:r>
        <w:rPr>
          <w:b/>
        </w:rPr>
        <w:t xml:space="preserve">[07:37] </w:t>
      </w:r>
      <w:r>
        <w:t>chunanche baad ko jab us ne bari bari discoveries kin to us se poocha gaya us ke bare mein to us ne kaha ke i have no special signisity, only the power of patient thought.</w:t>
      </w:r>
    </w:p>
    <w:p>
      <w:pPr>
        <w:jc w:val="right"/>
      </w:pPr>
      <w:r>
        <w:t>چنانچہ بعد کو جب اس نے بڑی بڑی ڈسکوریز کیں تو اس سے پوچھا گیا اس کے بارے میں تو اس نے کہا کہ آئی ہیو نو اسپیشل سگنسیٹی، اونلی دا پاور آف پیشنٹ تھاٹ۔</w:t>
      </w:r>
    </w:p>
    <w:p>
      <w:r>
        <w:rPr>
          <w:b/>
        </w:rPr>
        <w:t xml:space="preserve">[07:54] </w:t>
      </w:r>
      <w:r>
        <w:t>mere andar koi special baat nahi hai. yahi baat hai ke main bohat hi sabr ke sath, istiqamat ke sath aik hi point par sochta rehta hoon.</w:t>
      </w:r>
    </w:p>
    <w:p>
      <w:pPr>
        <w:jc w:val="right"/>
      </w:pPr>
      <w:r>
        <w:t>میرے اندر کوئی اسپیشل بات نہیں ہے۔ یہی بات ہے کہ میں بہت ہی صبر کے ساتھ، استقامت کے ساتھ ایک ہی پوائنٹ پر سوچتا رہتا ہوں۔</w:t>
      </w:r>
    </w:p>
    <w:p>
      <w:r>
        <w:rPr>
          <w:b/>
        </w:rPr>
        <w:t xml:space="preserve">[08:06] </w:t>
      </w:r>
      <w:r>
        <w:t>i have no special signisity, only the power of patient thought.</w:t>
      </w:r>
    </w:p>
    <w:p>
      <w:pPr>
        <w:jc w:val="right"/>
      </w:pPr>
      <w:r>
        <w:t>آئی ہیو نو اسپیشل سگنسیٹی، اونلی دا پاور آف پیشنٹ تھاٹ۔</w:t>
      </w:r>
    </w:p>
    <w:p>
      <w:r>
        <w:rPr>
          <w:b/>
        </w:rPr>
        <w:t xml:space="preserve">[08:15] </w:t>
      </w:r>
      <w:r>
        <w:t>yeh jitne bhi dunya mein super achievers hain kisi bhi line ke, un sab mein yeh baat hai ke wo apna dhyan hatate nahi, idhar udhar hatate nahi.</w:t>
      </w:r>
    </w:p>
    <w:p>
      <w:pPr>
        <w:jc w:val="right"/>
      </w:pPr>
      <w:r>
        <w:t>یہ جتنے بھی دنیا میں سپر اچیورز ہیں کسی بھی لائن کے، ان سب میں یہ بات ہے کہ وہ اپنا دھیان ہٹاتے نہیں، ادھر ادھر ہٹاتے نہیں۔</w:t>
      </w:r>
    </w:p>
    <w:p>
      <w:r>
        <w:rPr>
          <w:b/>
        </w:rPr>
        <w:t xml:space="preserve">[08:28] </w:t>
      </w:r>
      <w:r>
        <w:t>to is dunya mein insan aya hai, dekhen phir to loot kar ana nahi hai,</w:t>
      </w:r>
    </w:p>
    <w:p>
      <w:pPr>
        <w:jc w:val="right"/>
      </w:pPr>
      <w:r>
        <w:t>تو اس دنیا میں انسان آیا ہے، دیکھیں پھر تو لوٹ کر آنا نہیں ہے،</w:t>
      </w:r>
    </w:p>
    <w:p>
      <w:r>
        <w:rPr>
          <w:b/>
        </w:rPr>
        <w:t xml:space="preserve">[08:38] </w:t>
      </w:r>
      <w:r>
        <w:t>phir kisi ki zindagi mein milne wale nahi hain. yeh super super opportunity hai life.</w:t>
      </w:r>
    </w:p>
    <w:p>
      <w:pPr>
        <w:jc w:val="right"/>
      </w:pPr>
      <w:r>
        <w:t>پھر کسی کی زندگی میں ملنے والے نہیں ہیں۔ یہ سپر سپر اپرچونیٹی ہے لائف۔</w:t>
      </w:r>
    </w:p>
    <w:p>
      <w:r>
        <w:rPr>
          <w:b/>
        </w:rPr>
        <w:t xml:space="preserve">[08:48] </w:t>
      </w:r>
      <w:r>
        <w:t>people fail to discover life as a super opportunity.</w:t>
      </w:r>
    </w:p>
    <w:p>
      <w:pPr>
        <w:jc w:val="right"/>
      </w:pPr>
      <w:r>
        <w:t>پیپل فیل ٹو ڈسکور لائف ایز ا سپر اپرچونیٹی۔</w:t>
      </w:r>
    </w:p>
    <w:p>
      <w:r>
        <w:rPr>
          <w:b/>
        </w:rPr>
        <w:t xml:space="preserve">[08:55] </w:t>
      </w:r>
      <w:r>
        <w:t>asal baat yeh hai yeh life jo hai, us ko aap ne daryaft hi nahi kiya ke yeh bohat bari opportunity hai jo aap ko pachas, sath, sattar saal ke liye mili hai.</w:t>
      </w:r>
    </w:p>
    <w:p>
      <w:pPr>
        <w:jc w:val="right"/>
      </w:pPr>
      <w:r>
        <w:t>اصل بات یہ ہے یہ لائف جو ہے، اس کو آپ نے دریافت ہی نہیں کیا کہ یہ بہت بڑی اپرچونیٹی ہے جو آپ کو پچاس، ساٹھ، ستر سال کے لیے ملی ہے۔</w:t>
      </w:r>
    </w:p>
    <w:p>
      <w:r>
        <w:rPr>
          <w:b/>
        </w:rPr>
        <w:t xml:space="preserve">[09:08] </w:t>
      </w:r>
      <w:r>
        <w:t>is liye log apne ko kho rahe hain. agar aap jaan len kal aik sahib aye thay mere pas kal ya parson to pehli baat unhon ne mujh se yahi man ki ke you have to discover yourself.</w:t>
      </w:r>
    </w:p>
    <w:p>
      <w:pPr>
        <w:jc w:val="right"/>
      </w:pPr>
      <w:r>
        <w:t>اس لیے لوگ اپنے کو کھو رہے ہیں۔ اگر آپ جان لیں کل ایک صاحب آئے تھے میرے پاس کل یا پرسوں تو پہلی بات انہوں نے مجھ سے یہی منع کی کہ یو ہیو ٹو ڈسکور یور سیلف۔</w:t>
      </w:r>
    </w:p>
    <w:p>
      <w:r>
        <w:rPr>
          <w:b/>
        </w:rPr>
        <w:t xml:space="preserve">[09:27] </w:t>
      </w:r>
      <w:r>
        <w:t>apne aap ko jano. yahi this is the only starting point. apne aap ko jano, you have to discover yourself.</w:t>
      </w:r>
    </w:p>
    <w:p>
      <w:pPr>
        <w:jc w:val="right"/>
      </w:pPr>
      <w:r>
        <w:t>اپنے آپ کو جانو۔ یہی دس از دی اونلی سٹارٹنگ پوائنٹ۔ اپنے آپ کو جانو، یو ہیو ٹو ڈسکور یور سیلف۔</w:t>
      </w:r>
    </w:p>
    <w:p>
      <w:r>
        <w:rPr>
          <w:b/>
        </w:rPr>
        <w:t xml:space="preserve">[09:40] </w:t>
      </w:r>
      <w:r>
        <w:t>tab koi bara kaam aap kar painge. bara kaam karne ka aghaz yahan se hota hai ke aap apne aap ko discover karen aur apne aap ko bachayen har qism ke distraction se aur aik focus aap ka ho, us focus par aap lage hue hon.</w:t>
      </w:r>
    </w:p>
    <w:p>
      <w:pPr>
        <w:jc w:val="right"/>
      </w:pPr>
      <w:r>
        <w:t>تب کوئی بڑا کام آپ کر پائیں گے۔ بڑا کام کرنے کا آغاز یہاں سے ہوتا ہے کہ آپ اپنے آپ کو ڈسکور کریں اور اپنے آپ کو بچائیں ہر قسم کے ڈسٹریکشن سے اور ایک فوکس آپ کا ہو، اس فوکس پر آپ لگے ہوئے ہوں۔</w:t>
      </w:r>
    </w:p>
    <w:p>
      <w:r>
        <w:rPr>
          <w:b/>
        </w:rPr>
        <w:t xml:space="preserve">[10:02] </w:t>
      </w:r>
      <w:r>
        <w:t>to us ki main aap ko aaj ki aik misal deta hoon. aaj ki yeh mere pas english akhbar hai, aaj ka yani march seven ka jo top most akhbar hai india ka.</w:t>
      </w:r>
    </w:p>
    <w:p>
      <w:pPr>
        <w:jc w:val="right"/>
      </w:pPr>
      <w:r>
        <w:t>تو اس کی میں آپ کو آج کی ایک مثال دیتا ہوں۔ آج کی یہ میرے پاس انگلش اخبار ہے، آج کا یعنی مارچ سیون کا جو ٹاپ موسٹ اخبار ہے انڈیا کا۔</w:t>
      </w:r>
    </w:p>
    <w:p>
      <w:r>
        <w:rPr>
          <w:b/>
        </w:rPr>
        <w:t xml:space="preserve">[10:21] </w:t>
      </w:r>
      <w:r>
        <w:t>is mein aaj jo hai meri aik kitab ka review chapa hai, us ka violence is islamic.</w:t>
      </w:r>
    </w:p>
    <w:p>
      <w:pPr>
        <w:jc w:val="right"/>
      </w:pPr>
      <w:r>
        <w:t>اس میں آج جو ہے میری ایک کتاب کا ریویو چھپا ہے، اس کا وائلنس از ان اسلامک۔</w:t>
      </w:r>
    </w:p>
    <w:p>
      <w:r>
        <w:rPr>
          <w:b/>
        </w:rPr>
        <w:t xml:space="preserve">[10:37] </w:t>
      </w:r>
      <w:r>
        <w:t>ya abhi meri aik kitab chapi hai penguin se, us ka naam hai the prophet of peace.</w:t>
      </w:r>
    </w:p>
    <w:p>
      <w:pPr>
        <w:jc w:val="right"/>
      </w:pPr>
      <w:r>
        <w:t>یا ابھی میری ایک کتاب چھپی ہے پینگوئن سے، اس کا نام ہے دا پرافٹ آف پیس۔</w:t>
      </w:r>
    </w:p>
    <w:p>
      <w:r>
        <w:rPr>
          <w:b/>
        </w:rPr>
        <w:t xml:space="preserve">[10:53] </w:t>
      </w:r>
      <w:r>
        <w:t>main ne apni sari zindagi bitai hai rasool Allah salallahu alaihi wasallam ki zindagi ko parhne mein, quran aur aur seerat. bas yahi mera asal subject hai.</w:t>
      </w:r>
    </w:p>
    <w:p>
      <w:pPr>
        <w:jc w:val="right"/>
      </w:pPr>
      <w:r>
        <w:t>میں نے اپنی ساری زندگی بتائی ہے رسول اللہ صلی اللہ علیہ وسلم کی زندگی کو پڑھنے میں، قرآن اور اور سیرت۔ بس یہی میرا اصل سبجیکٹ ہے۔</w:t>
      </w:r>
    </w:p>
    <w:p>
      <w:r>
        <w:rPr>
          <w:b/>
        </w:rPr>
        <w:t xml:space="preserve">[11:02] </w:t>
      </w:r>
      <w:r>
        <w:t>baqi to sab jo parhta hoon main wo sach poochhen to isi ko samajhne ke liye, science bhi parhta hoon to isi ko samajhne ke liye. to aaj kal aap jante hain ke rasool Allah ko dikhaya jata hai ke prophet of violence, prophet of war,</w:t>
      </w:r>
    </w:p>
    <w:p>
      <w:pPr>
        <w:jc w:val="right"/>
      </w:pPr>
      <w:r>
        <w:t>باقی تو سب جو پڑھتا ہوں میں وہ سچ پوچھیں تو اسی کو سمجھنے کے لیے، سائنس بھی پڑھتا ہوں تو اسی کو سمجھنے کے لیے۔ تو آج کل آپ جانتے ہیں کہ رسول اللہ کو دکھایا جاتا ہے کہ پرافٹ آف وائلنس، پرافٹ آف وار،</w:t>
      </w:r>
    </w:p>
    <w:p>
      <w:r>
        <w:rPr>
          <w:b/>
        </w:rPr>
        <w:t xml:space="preserve">[11:24] </w:t>
      </w:r>
      <w:r>
        <w:t>is aise se dikhaya jata hai. to bohat se article chhapay, bohat si kitaben chhapin, jaisay denmark ka cartoon ya salma rizvi ki kitab, bohat sara.</w:t>
      </w:r>
    </w:p>
    <w:p>
      <w:pPr>
        <w:jc w:val="right"/>
      </w:pPr>
      <w:r>
        <w:t>اس ایسے سے دکھایا جاتا ہے۔ تو بہت سے آرٹیکل چھپے، بہت سی کتابیں چھپیں، جیسے ڈنمارک کا کارٹون یا سلمہ رضوی کی کتاب، بہت سارا۔</w:t>
      </w:r>
    </w:p>
    <w:p>
      <w:r>
        <w:rPr>
          <w:b/>
        </w:rPr>
        <w:t xml:space="preserve">[11:38] </w:t>
      </w:r>
      <w:r>
        <w:t>to log kya karte hain? log kehte hain protest karte hain, log kehte hain in ko maro, us ko kato. main Allah ke fazal se is is qism ki soch par hi nahi hoon.</w:t>
      </w:r>
    </w:p>
    <w:p>
      <w:pPr>
        <w:jc w:val="right"/>
      </w:pPr>
      <w:r>
        <w:t>تو لوگ کیا کرتے ہیں؟ لوگ کہتے ہیں پروٹیسٹ کرتے ہیں، لوگ کہتے ہیں ان کو مارو، اس کو کاٹو۔ میں اللہ کے فضل سے اس اس قسم کی سوچ پر ہی نہیں ہوں۔</w:t>
      </w:r>
    </w:p>
    <w:p>
      <w:r>
        <w:rPr>
          <w:b/>
        </w:rPr>
        <w:t xml:space="preserve">[11:49] </w:t>
      </w:r>
      <w:r>
        <w:t>to main ne decide kiya ke main rasool Allah salallahu alaihi wasallam ki zindagi ko peace ke peghambar ke taur par pesh karoon, jaisa ke haqiqatan hai.</w:t>
      </w:r>
    </w:p>
    <w:p>
      <w:pPr>
        <w:jc w:val="right"/>
      </w:pPr>
      <w:r>
        <w:t>تو میں نے ڈیسائیڈ کیا کہ میں رسول اللہ صلی اللہ علیہ وسلم کی زندگی کو پیس کے پیغمبر کے طور پر پیش کروں، جیسا کہ حقیقتاً ہے۔</w:t>
      </w:r>
    </w:p>
    <w:p>
      <w:r>
        <w:rPr>
          <w:b/>
        </w:rPr>
        <w:t xml:space="preserve">[11:59] </w:t>
      </w:r>
      <w:r>
        <w:t>to bohat dinon ki study ke baad main ne aik kitab likhi, the prophet of peace. acha, jab yeh kitab tayar ho gayi to aik aik senior writer hamare pas aye,</w:t>
      </w:r>
    </w:p>
    <w:p>
      <w:pPr>
        <w:jc w:val="right"/>
      </w:pPr>
      <w:r>
        <w:t>تو بہت دنوں کی اسٹڈی کے بعد میں نے ایک کتاب لکھی، دا پرافٹ آف پیس۔ اچھا، جب یہ کتاب تیار ہوگئی تو ایک ایک سینئر رائٹر ہمارے پاس آئے،</w:t>
      </w:r>
    </w:p>
    <w:p>
      <w:r>
        <w:rPr>
          <w:b/>
        </w:rPr>
        <w:t xml:space="preserve">[12:17] </w:t>
      </w:r>
      <w:r>
        <w:t>un ko main ne bataya ke main ne is kitab tayar ki hai. to unhon ne jante hain kya kaha? yeh title flop ho jayega.</w:t>
      </w:r>
    </w:p>
    <w:p>
      <w:pPr>
        <w:jc w:val="right"/>
      </w:pPr>
      <w:r>
        <w:t>ان کو میں نے بتایا کہ میں نے اس کتاب تیار کی ہے۔ تو انہوں نے جانتے ہیں کیا کہا؟ یہ ٹائٹل فلاپ ہو جائے گا۔</w:t>
      </w:r>
    </w:p>
    <w:p>
      <w:r>
        <w:rPr>
          <w:b/>
        </w:rPr>
        <w:t xml:space="preserve">[12:29] </w:t>
      </w:r>
      <w:r>
        <w:t>jo kitab chhapegi da profit of peace ke naam se, woh marketable nahin hogi, koi is ko dhyan nahin dega.</w:t>
      </w:r>
    </w:p>
    <w:p>
      <w:pPr>
        <w:jc w:val="right"/>
      </w:pPr>
      <w:r>
        <w:t>جو کتاب چھپے گی دا پرافٹ آف پیس کے نام سے، وہ مارکیٹیبل نہیں ہوگی، کوئی اس کو دھیان نہیں دے گا۔</w:t>
      </w:r>
    </w:p>
    <w:p>
      <w:r>
        <w:rPr>
          <w:b/>
        </w:rPr>
        <w:t xml:space="preserve">[12:39] </w:t>
      </w:r>
      <w:r>
        <w:t>un ka kya suggestion tha ke aap is kitab ko thoda sa rearrange kar ke likhein aur is ka title likhiye, why bin laden was wrong.</w:t>
      </w:r>
    </w:p>
    <w:p>
      <w:pPr>
        <w:jc w:val="right"/>
      </w:pPr>
      <w:r>
        <w:t>ان کا کیا سجیشن تھا کہ آپ اس کتاب کو تھوڑا سا ری ارینج کر کے لکھیں اور اس کا ٹائٹل لکھیے، وائی بن لادن واز رونگ۔</w:t>
      </w:r>
    </w:p>
    <w:p>
      <w:r>
        <w:rPr>
          <w:b/>
        </w:rPr>
        <w:t xml:space="preserve">[12:53] </w:t>
      </w:r>
      <w:r>
        <w:t>why bin laden was wrong. dekhein, mera kya hai? islam ka key study mein negative response nahin kar sakta.</w:t>
      </w:r>
    </w:p>
    <w:p>
      <w:pPr>
        <w:jc w:val="right"/>
      </w:pPr>
      <w:r>
        <w:t>وائی بن لادن واز رونگ۔ دیکھیں، میرا کیا ہے؟ اسلام کا کی اسٹڈی میں نیگیٹیو ریسپنس نہیں کر سکتا۔</w:t>
      </w:r>
    </w:p>
    <w:p>
      <w:r>
        <w:rPr>
          <w:b/>
        </w:rPr>
        <w:t xml:space="preserve">[13:03] </w:t>
      </w:r>
      <w:r>
        <w:t>bin laden ek negative personality hai, bin laden negativity ka badshah hai. to mera dil yeh gawara nahin karta ke main kisi negative point of reference ko le kar ke islam ka mutala karoon.</w:t>
      </w:r>
    </w:p>
    <w:p>
      <w:pPr>
        <w:jc w:val="right"/>
      </w:pPr>
      <w:r>
        <w:t>بن لادن ایک نیگیٹیو پرسنیلٹی ہے، بن لادن نیگیٹیوٹی کا بادشاہ ہے۔ تو میرا دل یہ گوارا نہیں کرتا کہ میں کسی نیگیٹیو پوائنٹ آف ریفرنس کو لے کر کے اسلام کا مطالعہ کروں۔</w:t>
      </w:r>
    </w:p>
    <w:p>
      <w:r>
        <w:rPr>
          <w:b/>
        </w:rPr>
        <w:t xml:space="preserve">[13:21] </w:t>
      </w:r>
      <w:r>
        <w:t>bin laden ko le kar agar main likhoon rasool Allah par to that is negative point of reference. main to is ko gawara nahin karta.</w:t>
      </w:r>
    </w:p>
    <w:p>
      <w:pPr>
        <w:jc w:val="right"/>
      </w:pPr>
      <w:r>
        <w:t>بن لادن کو لے کر اگر میں لکھوں رسول اللہ پر تو دیٹ از نیگیٹیو پوائنٹ آف ریفرنس۔ میں تو اس کو گوارا نہیں کرتا۔</w:t>
      </w:r>
    </w:p>
    <w:p>
      <w:r>
        <w:rPr>
          <w:b/>
        </w:rPr>
        <w:t xml:space="preserve">[13:30] </w:t>
      </w:r>
      <w:r>
        <w:t>main to ek saal tak kitab rakhi rahi kyunke mera jo focus tha woh sirf ek cheez par tha, rasool Allah ki seerat actual jo hai, us ko logon ke samne lana.</w:t>
      </w:r>
    </w:p>
    <w:p>
      <w:pPr>
        <w:jc w:val="right"/>
      </w:pPr>
      <w:r>
        <w:t>میں تو ایک سال تک کتاب رکھی رہی کیونکہ میرا جو فوکس تھا وہ صرف ایک چیز پر تھا، رسول اللہ کی سیرت ایکچول جو ہے، اس کو لوگوں کے سامنے لانا۔</w:t>
      </w:r>
    </w:p>
    <w:p>
      <w:r>
        <w:rPr>
          <w:b/>
        </w:rPr>
        <w:t xml:space="preserve">[13:43] </w:t>
      </w:r>
      <w:r>
        <w:t>yeh rukon tha ke main ab unhon ne jo kaha media ko le kar ke ke media mein bin laden chhaya hua hai, bin laden ne mein media bohat hi un ko flash karta hai, bin laden ko.</w:t>
      </w:r>
    </w:p>
    <w:p>
      <w:pPr>
        <w:jc w:val="right"/>
      </w:pPr>
      <w:r>
        <w:t>یہ رکون تھا کہ میں اب انہوں نے جو کہا میڈیا کو لے کر کے کہ میڈیا میں بن لادن چھایا ہوا ہے، بن لادن نے میں میڈیا بہت ہی ان کو فلیش کرتا ہے، بن لادن کو۔</w:t>
      </w:r>
    </w:p>
    <w:p>
      <w:r>
        <w:rPr>
          <w:b/>
        </w:rPr>
        <w:t xml:space="preserve">[13:57] </w:t>
      </w:r>
      <w:r>
        <w:t>to bin laden jo hai, already ek non personality ban gaya hai ke islam ko represent karne ke liye. to us ko le kar ke aap bolenge, aap jaldi se log padhenge.</w:t>
      </w:r>
    </w:p>
    <w:p>
      <w:pPr>
        <w:jc w:val="right"/>
      </w:pPr>
      <w:r>
        <w:t>تو بن لادن جو ہے، الریڈی ایک نان پرسنیلٹی بن گیا ہے کہ اسلام کو ریپریزنٹ کرنے کے لیے۔ تو اس کو لے کر کے آپ بولیں گے، آپ جلدی سے لوگ پڑھیں گے۔</w:t>
      </w:r>
    </w:p>
    <w:p>
      <w:r>
        <w:rPr>
          <w:b/>
        </w:rPr>
        <w:t xml:space="preserve">[14:10] </w:t>
      </w:r>
      <w:r>
        <w:t>lekin mera dil gawara nahin kiya ke main rasool Allah ki seerat ko bin laden ke reference se padhoon. ek negative, ek negative reference hai.</w:t>
      </w:r>
    </w:p>
    <w:p>
      <w:pPr>
        <w:jc w:val="right"/>
      </w:pPr>
      <w:r>
        <w:t>لیکن میرا دل گوارا نہیں کیا کہ میں رسول اللہ کی سیرت کو بن لادن کے ریفرنس سے پڑھوں۔ ایک نیگیٹیو، ایک نیگیٹیو ریفرنس ہے۔</w:t>
      </w:r>
    </w:p>
    <w:p>
      <w:r>
        <w:rPr>
          <w:b/>
        </w:rPr>
        <w:t xml:space="preserve">[14:20] </w:t>
      </w:r>
      <w:r>
        <w:t>profit of islam was a positive personality in complete sense of the world. to us ko main ek negative personality ke reference se padhoon, yeh mera dil gawara nahin karta tha.</w:t>
      </w:r>
    </w:p>
    <w:p>
      <w:pPr>
        <w:jc w:val="right"/>
      </w:pPr>
      <w:r>
        <w:t>پرافٹ آف اسلام واز ا پوزیٹیو پرسنیلٹی ان کمپلیٹ سینس آف دا ورلڈ۔ تو اس کو میں ایک نیگیٹیو پرسنیلٹی کے ریفرنس سے پڑھوں، یہ میرا دل گوارا نہیں کرتا تھا۔</w:t>
      </w:r>
    </w:p>
    <w:p>
      <w:r>
        <w:rPr>
          <w:b/>
        </w:rPr>
        <w:t xml:space="preserve">[14:33] </w:t>
      </w:r>
      <w:r>
        <w:t>that was rukon for me.</w:t>
      </w:r>
    </w:p>
    <w:p>
      <w:pPr>
        <w:jc w:val="right"/>
      </w:pPr>
      <w:r>
        <w:t>دیٹ واز رکون فار می۔</w:t>
      </w:r>
    </w:p>
    <w:p>
      <w:r>
        <w:rPr>
          <w:b/>
        </w:rPr>
        <w:t xml:space="preserve">[14:39] </w:t>
      </w:r>
      <w:r>
        <w:t>to ek saal tak kitab rakhi rahi. ab dekhein kya hota hai. dekhein, jab aap insan ko chhodte hain to khuda ko mil jata, khuda aap pa lete hain, aap khuda ko pa lete hain.</w:t>
      </w:r>
    </w:p>
    <w:p>
      <w:pPr>
        <w:jc w:val="right"/>
      </w:pPr>
      <w:r>
        <w:t>تو ایک سال تک کتاب رکھی رہی۔ اب دیکھیں کیا ہوتا ہے۔ دیکھیں، جب آپ انسان کو چھوڑتے ہیں تو خدا کو مل جاتا، خدا آپ پا لیتے ہیں، آپ خدا کو پا لیتے ہیں۔</w:t>
      </w:r>
    </w:p>
    <w:p>
      <w:r>
        <w:rPr>
          <w:b/>
        </w:rPr>
        <w:t xml:space="preserve">[14:51] </w:t>
      </w:r>
      <w:r>
        <w:t>is raat ko nahin samajhte log,</w:t>
      </w:r>
    </w:p>
    <w:p>
      <w:pPr>
        <w:jc w:val="right"/>
      </w:pPr>
      <w:r>
        <w:t>اس رات کو نہیں سمجھتے لوگ،</w:t>
      </w:r>
    </w:p>
    <w:p>
      <w:r>
        <w:rPr>
          <w:b/>
        </w:rPr>
        <w:t xml:space="preserve">[14:56] </w:t>
      </w:r>
      <w:r>
        <w:t>is raat ko nahin samajhte log. khuda isi waqt milta hai jab insan ko aap chhod chuke hon. agar main atka rehta hoon media mein, bin laden mein to khuda ki rehmat meri taraf nahin aati.</w:t>
      </w:r>
    </w:p>
    <w:p>
      <w:pPr>
        <w:jc w:val="right"/>
      </w:pPr>
      <w:r>
        <w:t>اس رات کو نہیں سمجھتے لوگ۔ خدا اسی وقت ملتا ہے جب انسان کو آپ چھوڑ چکے ہوں۔ اگر میں اٹکا رہتا ہوں میڈیا میں، بن لادن میں تو خدا کی رحمت میری طرف نہیں آتی۔</w:t>
      </w:r>
    </w:p>
    <w:p>
      <w:r>
        <w:rPr>
          <w:b/>
        </w:rPr>
        <w:t xml:space="preserve">[15:11] </w:t>
      </w:r>
      <w:r>
        <w:t>yeh bohat hi important point hai ke khuda ko aap is waqt paate hain jab insan ko chhod chuke hon. aap to main ne chhod diya media, kuch bhi kahe, bin laden ka mamla, kuch bhi, hamein is se koi matlab nahin.</w:t>
      </w:r>
    </w:p>
    <w:p>
      <w:pPr>
        <w:jc w:val="right"/>
      </w:pPr>
      <w:r>
        <w:t>یہ بہت ہی امپورٹنٹ پوائنٹ ہے کہ خدا کو آپ اس وقت پاتے ہیں جب انسان کو چھوڑ چکے ہوں۔ آپ تو میں نے چھوڑ دیا میڈیا، کچھ بھی کہے، بن لادن کا معاملہ، کچھ بھی، ہمیں اس سے کوئی مطلب نہیں۔</w:t>
      </w:r>
    </w:p>
    <w:p>
      <w:r>
        <w:rPr>
          <w:b/>
        </w:rPr>
        <w:t xml:space="preserve">[15:28] </w:t>
      </w:r>
      <w:r>
        <w:t>ek saal tak kitab padhi rahi, is ke baad achhanak telephone aata hai, penguin ka jo dilib jo incharge hai, ek lady, us ka telephone aata hai.</w:t>
      </w:r>
    </w:p>
    <w:p>
      <w:pPr>
        <w:jc w:val="right"/>
      </w:pPr>
      <w:r>
        <w:t>ایک سال تک کتاب پڑھی رہی، اس کے بعد اچانک ٹیلی فون آتا ہے، پینگوئن کا جو دلیب جو انچارج ہے، ایک لیڈی، اس کا ٹیلی فون آتا ہے۔</w:t>
      </w:r>
    </w:p>
    <w:p>
      <w:r>
        <w:rPr>
          <w:b/>
        </w:rPr>
        <w:t xml:space="preserve">[15:43] </w:t>
      </w:r>
      <w:r>
        <w:t>ab kahan kahan se is ko mera reference mila? bahar kahin, kisi bahar ke mulk mein, ke woh ek aadmi dil india mein hai, us ko is se milo.</w:t>
      </w:r>
    </w:p>
    <w:p>
      <w:pPr>
        <w:jc w:val="right"/>
      </w:pPr>
      <w:r>
        <w:t>اب کہاں کہاں سے اس کو میرا ریفرنس ملا؟ باہر کہیں، کسی باہر کے દેશ میں، کہ وہ ایک آدمی دل انڈیا میں ہے، اس کو اس سے ملو۔</w:t>
      </w:r>
    </w:p>
    <w:p>
      <w:r>
        <w:rPr>
          <w:b/>
        </w:rPr>
        <w:t xml:space="preserve">[15:54] </w:t>
      </w:r>
      <w:r>
        <w:t>to woh lady aayi mere paas, to main ne aise hi bas ek ek ek zikr kar diya.</w:t>
      </w:r>
    </w:p>
    <w:p>
      <w:pPr>
        <w:jc w:val="right"/>
      </w:pPr>
      <w:r>
        <w:t>تو وہ لیڈی آئی میرے پاس، تو میں نے ایسے ہی بس ایک ایک ایک ذکر کر دیا۔</w:t>
      </w:r>
    </w:p>
    <w:p>
      <w:r>
        <w:rPr>
          <w:b/>
        </w:rPr>
        <w:t xml:space="preserve">[16:07] </w:t>
      </w:r>
      <w:r>
        <w:t>woh to aayi thi ek courtesy visit ke liye, yahi hamare office mein, Nizamuddin mein, woh courtesy visit ke liye aayi thi.</w:t>
      </w:r>
    </w:p>
    <w:p>
      <w:pPr>
        <w:jc w:val="right"/>
      </w:pPr>
      <w:r>
        <w:t>وہ تو آئی تھی ایک کٹسی وزٹ کے لیے، یہی ہمارے آفس میں، نظام الدین میں، وہ کٹسی وزٹ کے لیے آئی تھی۔</w:t>
      </w:r>
    </w:p>
    <w:p>
      <w:r>
        <w:rPr>
          <w:b/>
        </w:rPr>
        <w:t xml:space="preserve">[16:17] </w:t>
      </w:r>
      <w:r>
        <w:t>woh kyunke kisi ne mere bare mein kaha tha ke woh ek aadmi milne qabil hai, to main ne zikr kar diya ke main ne ek kitab likhi hai, us ka title yeh hai, the prophet of peace.</w:t>
      </w:r>
    </w:p>
    <w:p>
      <w:pPr>
        <w:jc w:val="right"/>
      </w:pPr>
      <w:r>
        <w:t>وہ کیونکہ کسی نے میرے بارے میں کہا تھا کہ وہ ایک آدمی ملنے قابل ہے، تو میں نے ذکر کر دیا کہ میں نے ایک کتاب لکھی ہے، اس کا ٹائٹل یہ ہے، دا پرافٹ آف پیس۔</w:t>
      </w:r>
    </w:p>
    <w:p>
      <w:r>
        <w:rPr>
          <w:b/>
        </w:rPr>
        <w:t xml:space="preserve">[16:32] </w:t>
      </w:r>
      <w:r>
        <w:t>to us ne kaha ke achha mujhe dijiye, main dekhoongi. us ko hum ne hamare paas us ka jo draft tha, woh de diya, typed le gayi.</w:t>
      </w:r>
    </w:p>
    <w:p>
      <w:pPr>
        <w:jc w:val="right"/>
      </w:pPr>
      <w:r>
        <w:t>تو اس نے کہا کہ اچھا مجھے دیجیے، میں دیکھوں گی۔ اس کو ہم نے ہمارے پاس اس کا جو ڈرافٹ تھا، وہ دے دیا، ٹائپڈ لے گئی۔</w:t>
      </w:r>
    </w:p>
    <w:p>
      <w:r>
        <w:rPr>
          <w:b/>
        </w:rPr>
        <w:t xml:space="preserve">[16:45] </w:t>
      </w:r>
      <w:r>
        <w:t>woh chand hi din ke baad padhne ke baad us ka telephone aaya ke hum is ko chhapne ke raazi hain. unexpected ly, without any request, without any application, without any lobbying,</w:t>
      </w:r>
    </w:p>
    <w:p>
      <w:pPr>
        <w:jc w:val="right"/>
      </w:pPr>
      <w:r>
        <w:t>وہ چند ہی دن کے بعد پڑھنے کے بعد اس کا ٹیلی فون آیا کہ ہم اس کو چھاپنے کے راضی ہیں۔ ان ایکسپیکٹڈلی، ودا آؤٹ اینی ریکویسٹ، ودا آؤٹ اینی ایپلیکیشن، ودا آؤٹ اینی لابنگ،</w:t>
      </w:r>
    </w:p>
    <w:p>
      <w:r>
        <w:rPr>
          <w:b/>
        </w:rPr>
        <w:t xml:space="preserve">[17:00] </w:t>
      </w:r>
      <w:r>
        <w:t>kuch bhi nahin, kuch bhi nahin. phir us ne accept kiya, hamare log, hamari team ke log us se mile aur use kaha ke hum is ko chhapenge.</w:t>
      </w:r>
    </w:p>
    <w:p>
      <w:pPr>
        <w:jc w:val="right"/>
      </w:pPr>
      <w:r>
        <w:t>کچھ بھی نہیں، کچھ بھی نہیں۔ پھر اس نے ایکسیپٹ کیا، ہمارے لوگ، ہماری ٹیم کے لوگ اس سے ملے اور اسے کہا کہ ہم اس کو چھاپیں گے۔</w:t>
      </w:r>
    </w:p>
    <w:p>
      <w:r>
        <w:rPr>
          <w:b/>
        </w:rPr>
        <w:t xml:space="preserve">[17:18] </w:t>
      </w:r>
      <w:r>
        <w:t>aur woh chhap kar ke aa chuki hai. yahan aap dekh sakte hain, hamare office mein mil rahi hai. woh aap us ko chahein to le sakte hain, yeh neeche ke office mein jo hai.</w:t>
      </w:r>
    </w:p>
    <w:p>
      <w:pPr>
        <w:jc w:val="right"/>
      </w:pPr>
      <w:r>
        <w:t>اور وہ چھپ کر کے آ چکی ہے۔ یہاں آپ دیکھ سکتے ہیں، ہمارے آفس میں مل رہی ہے۔ وہ آپ اس کو چاہیں تو لے سکتے ہیں، یہ نیچے کے آفس میں جو ہے۔</w:t>
      </w:r>
    </w:p>
    <w:p>
      <w:r>
        <w:rPr>
          <w:b/>
        </w:rPr>
        <w:t xml:space="preserve">[17:28] </w:t>
      </w:r>
      <w:r>
        <w:t>to penguin se pehli baar, penguin matlab kisi international publishers, aaj ke kai international publishers jo bohat hi well known hain, to pehli baar kisi aalim ki kitab chhapi hai.</w:t>
      </w:r>
    </w:p>
    <w:p>
      <w:pPr>
        <w:jc w:val="right"/>
      </w:pPr>
      <w:r>
        <w:t>تو پینگوئن سے پہلی بار، پینگوئن مطلب کسی انٹرنیشنل پبلشرز، آج کے کئی انٹرنیشنل پبلشرز جو بہت ہی ویل نون ہیں، تو پہلی بار کسی عالم کی کتاب چھپی ہے۔</w:t>
      </w:r>
    </w:p>
    <w:p>
      <w:r>
        <w:rPr>
          <w:b/>
        </w:rPr>
        <w:t xml:space="preserve">[17:41] </w:t>
      </w:r>
      <w:r>
        <w:t>is mein aap aaj tak kabhi aisa nahi hua, kisi aisa aisa aadmi jo islam ko yaani kisi aur dhang se pesh kare, to is ka to chupa hoga,</w:t>
      </w:r>
    </w:p>
    <w:p>
      <w:pPr>
        <w:jc w:val="right"/>
      </w:pPr>
      <w:r>
        <w:t>اس میں آپ آج تک کبھی ایسا نہیں ہوا، کسی ایسا ایسا آدمی جو اسلام کو یعنی کسی اور ڈھنگ سے پیش کرے، تو اس کا تو چھپا ہوگا،</w:t>
      </w:r>
    </w:p>
    <w:p>
      <w:r>
        <w:rPr>
          <w:b/>
        </w:rPr>
        <w:t xml:space="preserve">[17:56] </w:t>
      </w:r>
      <w:r>
        <w:t>lekin pure islam ko pesh kare, koi pure islam, to aaj tak koi kitaab kisi international publisher ne nahi chhapi. yeh pehli kitaab hai,</w:t>
      </w:r>
    </w:p>
    <w:p>
      <w:pPr>
        <w:jc w:val="right"/>
      </w:pPr>
      <w:r>
        <w:t>لیکن پیور اسلام کو پیش کرے، کوئی پیور اسلام، تو آج تک کوئی کتاب کسی انٹرنیشنل پبلشر نے نہیں چھاپی۔ یہ پہلی کتاب ہے،</w:t>
      </w:r>
    </w:p>
    <w:p>
      <w:r>
        <w:rPr>
          <w:b/>
        </w:rPr>
        <w:t xml:space="preserve">[18:09] </w:t>
      </w:r>
      <w:r>
        <w:t>is mein kuch bhi islam se yaani writers hata nahi hai, bilkul quran ka reference, hadith ka reference jo hai, islam wahi original islam.</w:t>
      </w:r>
    </w:p>
    <w:p>
      <w:pPr>
        <w:jc w:val="right"/>
      </w:pPr>
      <w:r>
        <w:t>اس میں کچھ بھی اسلام سے یعنی رائٹرز ہٹا نہیں ہے، بالکل قرآن کا ریفرنس، حدیث کا ریفرنس جو ہے، اسلام وہی اوریجنل اسلام۔</w:t>
      </w:r>
    </w:p>
    <w:p>
      <w:r>
        <w:rPr>
          <w:b/>
        </w:rPr>
        <w:t xml:space="preserve">[18:25] </w:t>
      </w:r>
      <w:r>
        <w:t>to aap batayein ke ek international publisher ne is ko chhapa, woh kaise hua? agar hum focus hata dete ke bhai theek hai, media ko dekho, woh bin laden bohat hi well known ban gaya, is ko dekho,</w:t>
      </w:r>
    </w:p>
    <w:p>
      <w:pPr>
        <w:jc w:val="right"/>
      </w:pPr>
      <w:r>
        <w:t>تو آپ بتائیں کہ ایک انٹرنیشنل پبلشر نے اس کو چھاپا، وہ کیسے ہوا؟ اگر ہم فوکس ہٹا دیتے کہ بھئی ٹھیک ہے، میڈیا کو دیکھو، وہ بن لادن بہت ہی ویل نون بن گیا، اس کو دیکھو،</w:t>
      </w:r>
    </w:p>
    <w:p>
      <w:r>
        <w:rPr>
          <w:b/>
        </w:rPr>
        <w:t xml:space="preserve">[18:40] </w:t>
      </w:r>
      <w:r>
        <w:t>to kya hota? aap khuda ki rehmat se door ho jaate, bhaad mein jao tum, jao insano ke peeche daudo, mere farishte to papa nahi jayenge.</w:t>
      </w:r>
    </w:p>
    <w:p>
      <w:pPr>
        <w:jc w:val="right"/>
      </w:pPr>
      <w:r>
        <w:t>تو کیا ہوتا؟ آپ خدا کی رحمت سے دور ہو جاتے، بھاڑ میں جاؤ تم، جاؤ انسانوں کے پیچھے دوڑو، میرے فرشتے تو پاپا نہیں جائیں گے۔</w:t>
      </w:r>
    </w:p>
    <w:p>
      <w:r>
        <w:rPr>
          <w:b/>
        </w:rPr>
        <w:t xml:space="preserve">[18:53] </w:t>
      </w:r>
      <w:r>
        <w:t>yeh main ek shayari nahi kar raha hoon, yaad rakhiye, aap ko sachai baat bata raha hoon</w:t>
      </w:r>
    </w:p>
    <w:p>
      <w:pPr>
        <w:jc w:val="right"/>
      </w:pPr>
      <w:r>
        <w:t>یہ میں ایک شاعری نہیں کر رہا ہوں، یاد رکھیے، آپ کو سچائی بات بتا رہا ہوں</w:t>
      </w:r>
    </w:p>
    <w:p>
      <w:r>
        <w:rPr>
          <w:b/>
        </w:rPr>
        <w:t xml:space="preserve">[19:01] </w:t>
      </w:r>
      <w:r>
        <w:t>ke agar main yeh karta ke bin laden ke peeche daudta, media ki baaton ko le kar ke sochta, woh jo writer sahib aaye the, hum ko un ki rai ko le kar daudta, to that was recon, that was deviation, that was distraction.</w:t>
      </w:r>
    </w:p>
    <w:p>
      <w:pPr>
        <w:jc w:val="right"/>
      </w:pPr>
      <w:r>
        <w:t>کہ اگر میں یہ کرتا کہ بن لادن کے پیچھے دوڑتا، میڈیا کی باتوں کو لے کر کے سوچتا، وہ جو رائٹر صاحب آئے تھے، ہم کو ان کی رائے کو لے کر دوڑتا، تو دیٹ واز رکون، دیٹ واز ڈیوی ایشن، دیٹ واز ڈسٹریکشن۔</w:t>
      </w:r>
    </w:p>
    <w:p>
      <w:r>
        <w:rPr>
          <w:b/>
        </w:rPr>
        <w:t xml:space="preserve">[19:22] </w:t>
      </w:r>
      <w:r>
        <w:t>to phir khuda kehta farishton se ke is ke paas nahi jaana hai, bhaad bhaad mein jaane do is ko, insano ke peeche daudne do is ko. lekin jab maine aisa nahi kiya to allah taala ne is lady ke mind mein dala yeh baat,</w:t>
      </w:r>
    </w:p>
    <w:p>
      <w:pPr>
        <w:jc w:val="right"/>
      </w:pPr>
      <w:r>
        <w:t>تو پھر خدا کہتا فرشتوں سے کہ اس کے پاس نہیں جانا ہے، بھاڑ بھاڑ میں جانے دو اس کو، انسانوں کے پیچھے دوڑنے دو اس کو۔ لیکن جب میں نے ایسا نہیں کیا تو اللہ تعالی نے اس لیڈی کے مائنڈ میں ڈالا یہ بات،</w:t>
      </w:r>
    </w:p>
    <w:p>
      <w:r>
        <w:rPr>
          <w:b/>
        </w:rPr>
        <w:t xml:space="preserve">[19:40] </w:t>
      </w:r>
      <w:r>
        <w:t>woh khud aayi, khud khud hi request kiya, us ne hamari kisi labien ke baghair, hamari kisi application ke baghair, woh chhap kar ke hamari yehi duniya bhar mein kahin bhi aap is ko publisher ke in logon ke to bohat infrastructure bohat hote hain,</w:t>
      </w:r>
    </w:p>
    <w:p>
      <w:pPr>
        <w:jc w:val="right"/>
      </w:pPr>
      <w:r>
        <w:t>وہ خود آئی، خود خود ہی ریکویسٹ کیا، اس نے ہماری کسی لابین کے بغیر، ہماری کسی ایپلیکیشن کے بغیر، وہ چھپ کر کے ہماری یہیں دنیا بھر میں کہیں بھی آپ اس کو پبلشر کہ ان لوگوں کے تو بہت انفراسٹرکچر بہت ہوتے ہیں،</w:t>
      </w:r>
    </w:p>
    <w:p>
      <w:r>
        <w:rPr>
          <w:b/>
        </w:rPr>
        <w:t xml:space="preserve">[19:59] </w:t>
      </w:r>
      <w:r>
        <w:t>aap airport par hain, kahin bhi aap is ko paa sakte hain, is kitaab ko. to yeh hai, dekhiye, apni zindagi ka ek focus banaiye, is focus se hatiye mat, is se hatiye mat,</w:t>
      </w:r>
    </w:p>
    <w:p>
      <w:pPr>
        <w:jc w:val="right"/>
      </w:pPr>
      <w:r>
        <w:t>آپ ایئرپورٹ پر ہیں، کہیں بھی آپ اس کو پا سکتے ہیں، اس کتاب کو۔ تو یہ ہے، دیکھیے، اپنی زندگی کا ایک فوکس بنائیے، اس فوکس سے ہٹیے مت، اس سے ہٹیے مت،</w:t>
      </w:r>
    </w:p>
    <w:p>
      <w:r>
        <w:rPr>
          <w:b/>
        </w:rPr>
        <w:t xml:space="preserve">[20:15] </w:t>
      </w:r>
      <w:r>
        <w:t>hatenge to kya hoga? bas khuda se aap door ho jayenge. khuda ko apna focus banaiye, khuda ko apna soul consent banaiye,</w:t>
      </w:r>
    </w:p>
    <w:p>
      <w:pPr>
        <w:jc w:val="right"/>
      </w:pPr>
      <w:r>
        <w:t>ہٹیں گے تو کیا ہوگا؟ بس خدا سے آپ دور ہو جائیں گے۔ خدا کو اپنا فوکس بنائیے، خدا کو اپنا سول کنسنٹ بنائیے،</w:t>
      </w:r>
    </w:p>
    <w:p>
      <w:r>
        <w:rPr>
          <w:b/>
        </w:rPr>
        <w:t xml:space="preserve">[20:30] </w:t>
      </w:r>
      <w:r>
        <w:t>khuda par concentrate kijiye.</w:t>
      </w:r>
    </w:p>
    <w:p>
      <w:pPr>
        <w:jc w:val="right"/>
      </w:pPr>
      <w:r>
        <w:t>خدا پر کنسنٹریٹ کیجئے۔</w:t>
      </w:r>
    </w:p>
    <w:p>
      <w:r>
        <w:rPr>
          <w:b/>
        </w:rPr>
        <w:t xml:space="preserve">[20:34] </w:t>
      </w:r>
      <w:r>
        <w:t>baqi to apne aap hoga, farishte karenge, baqi to angel karenge, sab</w:t>
      </w:r>
    </w:p>
    <w:p>
      <w:pPr>
        <w:jc w:val="right"/>
      </w:pPr>
      <w:r>
        <w:t>باقی تو اپنے آپ ہوگا، فرشتے کریں گے، باقی تو اینجل کریں گے، سب</w:t>
      </w:r>
    </w:p>
    <w:p>
      <w:r>
        <w:rPr>
          <w:b/>
        </w:rPr>
        <w:t xml:space="preserve">[20:44] </w:t>
      </w:r>
      <w:r>
        <w:t>baqi to sab kuch angel karenge.</w:t>
      </w:r>
    </w:p>
    <w:p>
      <w:pPr>
        <w:jc w:val="right"/>
      </w:pPr>
      <w:r>
        <w:t>باقی تو سب کچھ اینجل کریں گے۔</w:t>
      </w:r>
    </w:p>
    <w:p>
      <w:r>
        <w:rPr>
          <w:b/>
        </w:rPr>
        <w:t xml:space="preserve">[20:51] </w:t>
      </w:r>
      <w:r>
        <w:t>lekin log chuki sochte nahi, sochte nahi, sochte nahi,</w:t>
      </w:r>
    </w:p>
    <w:p>
      <w:pPr>
        <w:jc w:val="right"/>
      </w:pPr>
      <w:r>
        <w:t>لیکن لوگ چونکہ سوچتے نہیں، سوچتے نہیں، سوچتے نہیں،</w:t>
      </w:r>
    </w:p>
    <w:p>
      <w:r>
        <w:rPr>
          <w:b/>
        </w:rPr>
        <w:t xml:space="preserve">[20:59] </w:t>
      </w:r>
      <w:r>
        <w:t>itni bari hadith mein aata hai ke allah taala har subah ko zameen walon ki taraf tawajjuh karta hai aur pukarta hai, hai koi</w:t>
      </w:r>
    </w:p>
    <w:p>
      <w:pPr>
        <w:jc w:val="right"/>
      </w:pPr>
      <w:r>
        <w:t>اتنی بڑی حدیث میں آتا ہے کہ اللہ تعالی ہر صبح کو زمین والوں کی طرف توجہ کرتا ہے اور پکارتا ہے، ہے کوئی</w:t>
      </w:r>
    </w:p>
    <w:p>
      <w:r>
        <w:rPr>
          <w:b/>
        </w:rPr>
        <w:t xml:space="preserve">[21:12] </w:t>
      </w:r>
      <w:r>
        <w:t>mujh se mangne wala jis ko main doon? to mangne wala kaun hai? mangne wala woh nahi hai jo doosri doosri cheezon ko daude,</w:t>
      </w:r>
    </w:p>
    <w:p>
      <w:pPr>
        <w:jc w:val="right"/>
      </w:pPr>
      <w:r>
        <w:t>مجھ سے مانگنے والا جس کو میں دوں؟ تو مانگنے والا کون ہے؟ مانگنے والا وہ نہیں ہے جو دوسری دوسری چیزوں کو دوڑے،</w:t>
      </w:r>
    </w:p>
    <w:p>
      <w:r>
        <w:rPr>
          <w:b/>
        </w:rPr>
        <w:t xml:space="preserve">[21:27] </w:t>
      </w:r>
      <w:r>
        <w:t>doosri cheezon se katna padta hai, tab aap khuda ke mangne wale bante hain. aaj kal kya hai? duaen rat lete hain, kitaben chhapi hui hain, dua ki kitaben chhapi hui hain, is ko rat lete hain, rat kar padhte hain, woh dua nahi hai, woh that is nothing.</w:t>
      </w:r>
    </w:p>
    <w:p>
      <w:pPr>
        <w:jc w:val="right"/>
      </w:pPr>
      <w:r>
        <w:t>دوسری چیزوں سے کٹنا پڑتا ہے، تب آپ خدا کے مانگنے والے بنتے ہیں۔ آج کل کیا ہے؟ دعائیں رٹ لیتے ہیں، کتابیں چھپی ہوئی ہیں، دعا کی کتابیں چھپی ہوئی ہیں، اس کو رٹ لیتے ہیں، رٹ کر پڑھتے ہیں، وہ دعا نہیں ہے، وہ دیٹ از نتھنگ۔</w:t>
      </w:r>
    </w:p>
    <w:p>
      <w:r>
        <w:rPr>
          <w:b/>
        </w:rPr>
        <w:t xml:space="preserve">[21:45] </w:t>
      </w:r>
      <w:r>
        <w:t>dua woh hai jis mein aap ki zindagi judi hui ho.</w:t>
      </w:r>
    </w:p>
    <w:p>
      <w:pPr>
        <w:jc w:val="right"/>
      </w:pPr>
      <w:r>
        <w:t>دعا وہ ہے جس میں آپ کی زندگی جڑی ہوئی ہو۔</w:t>
      </w:r>
    </w:p>
    <w:p>
      <w:r>
        <w:rPr>
          <w:b/>
        </w:rPr>
        <w:t xml:space="preserve">[21:53] </w:t>
      </w:r>
      <w:r>
        <w:t>aap ki zindagi jab dua mein dhal jati hai, tab woh dua hoti hai. aap ki yeh real life hai, real life jab woh dhal jati hai dua mein, tab woh dua hoti hai,</w:t>
      </w:r>
    </w:p>
    <w:p>
      <w:pPr>
        <w:jc w:val="right"/>
      </w:pPr>
      <w:r>
        <w:t>آپ کی زندگی جب دعا میں ڈھل جاتی ہے، تب وہ دعا ہوتی ہے۔ آپ کی یہ ریل لائف ہے، ریل لائف جب وہ ڈھل جاتی ہے دعا میں، تب وہ دعا ہوتی ہے،</w:t>
      </w:r>
    </w:p>
    <w:p>
      <w:r>
        <w:rPr>
          <w:b/>
        </w:rPr>
        <w:t xml:space="preserve">[22:13] </w:t>
      </w:r>
      <w:r>
        <w:t>aur phir woh dua qabooli ho kar rehti hai.</w:t>
      </w:r>
    </w:p>
    <w:p>
      <w:pPr>
        <w:jc w:val="right"/>
      </w:pPr>
      <w:r>
        <w:t>اور پھر وہ دعا قبولی ہو کر رہتی ہے۔</w:t>
      </w:r>
    </w:p>
    <w:p>
      <w:r>
        <w:rPr>
          <w:b/>
        </w:rPr>
        <w:t xml:space="preserve">[22:20] </w:t>
      </w:r>
      <w:r>
        <w:t>ab main aap ko yeh yeh arz karna chahunga ke yeh how to develop focus thinking, how to develop focus thinking, yeh kaise develop kiya jaye?</w:t>
      </w:r>
    </w:p>
    <w:p>
      <w:pPr>
        <w:jc w:val="right"/>
      </w:pPr>
      <w:r>
        <w:t>اب میں آپ کو یہ یہ عرض کرنا چاہوں گا کہ یہ ہاؤ ٹو ڈیولپ فوکس تھنکنگ، ہاؤ ٹو ڈیولپ فوکس تھنکنگ، یہ کیسے ڈیولپ کیا جائے؟</w:t>
      </w:r>
    </w:p>
    <w:p>
      <w:r>
        <w:rPr>
          <w:b/>
        </w:rPr>
        <w:t xml:space="preserve">[22:35] </w:t>
      </w:r>
      <w:r>
        <w:t>is ke liye main aap ko chand ek waqia bataunga. yeh aisi cheez hai, aap ko is ko develop karna padta hai, aisa apna aap nahi ho jata kisi ko.</w:t>
      </w:r>
    </w:p>
    <w:p>
      <w:pPr>
        <w:jc w:val="right"/>
      </w:pPr>
      <w:r>
        <w:t>اس کے لیے میں آپ کو چند ایک واقعہ بتاؤں گا۔ یہ ایسی چیز ہے، آپ کو اس کو ڈیولپ کرنا پڑتا ہے، ایسا اپنا آپ نہیں ہو جاتا کسی کو۔</w:t>
      </w:r>
    </w:p>
    <w:p>
      <w:r>
        <w:rPr>
          <w:b/>
        </w:rPr>
        <w:t xml:space="preserve">[22:50] </w:t>
      </w:r>
      <w:r>
        <w:t>dekhein, main chand ek waqie arz karunga.</w:t>
      </w:r>
    </w:p>
    <w:p>
      <w:pPr>
        <w:jc w:val="right"/>
      </w:pPr>
      <w:r>
        <w:t>دیکھیں، میں چند ایک واقعے عرض کروں گا۔</w:t>
      </w:r>
    </w:p>
    <w:p>
      <w:r>
        <w:rPr>
          <w:b/>
        </w:rPr>
        <w:t xml:space="preserve">[22:57] </w:t>
      </w:r>
      <w:r>
        <w:t>hazrat umar farooq ko aap jante hain ke top ke sahabi the.</w:t>
      </w:r>
    </w:p>
    <w:p>
      <w:pPr>
        <w:jc w:val="right"/>
      </w:pPr>
      <w:r>
        <w:t>حضرت عمر فاروق کو آپ جانتے ہیں کہ ٹاپ کے صحابی تھے۔</w:t>
      </w:r>
    </w:p>
    <w:p>
      <w:r>
        <w:rPr>
          <w:b/>
        </w:rPr>
        <w:t xml:space="preserve">[23:04] </w:t>
      </w:r>
      <w:r>
        <w:t>to kya hua? rasool Allah sal Allah alaihi wasallam 610 hijri mein aap ne mission shuru kiya makka mein, 13 saal tak wahan rahe, phir wahan bohat ziyada hospitality aa gayi, to aap ne migrate kiya aur madina chale gaye, jis ko kehte hain hijrat.</w:t>
      </w:r>
    </w:p>
    <w:p>
      <w:pPr>
        <w:jc w:val="right"/>
      </w:pPr>
      <w:r>
        <w:t>تو کیا ہوا؟ رسول اللہ صلی اللہ علیہ وسلم 610 ہجری میں آپ نے مشن شروع کیا مکہ میں، 13 سال تک وہاں رہے، پھر وہاں بہت زیادہ ہاسٹیلٹی آ گئی، تو آپ نے مائیگریٹ کیا اور مدینہ چلے گئے، جس کو کہتے ہیں ہجرت۔</w:t>
      </w:r>
    </w:p>
    <w:p>
      <w:r>
        <w:rPr>
          <w:b/>
        </w:rPr>
        <w:t xml:space="preserve">[23:25] </w:t>
      </w:r>
      <w:r>
        <w:t>13 saal ke baad aap ne hijrat ki, to hijrat mein bohat se sahabi jo thay, jo Islam qabool kar chukay thay, yani majority to abhi nahi Islam mein aayi thi, lekin kuch log to aaye thay, woh chale gaye madina.</w:t>
      </w:r>
    </w:p>
    <w:p>
      <w:pPr>
        <w:jc w:val="right"/>
      </w:pPr>
      <w:r>
        <w:t>13 سال کے بعد آپ نے ہجرت کی، تو ہجرت میں بہت سے صحابی جو تھے، جو اسلام قبول کر چکے تھے، یعنی میجورٹی تو ابھی نہیں اسلام میں آئی تھی، لیکن کچھ لوگ تو آئے تھے، وہ چلے گئے مدینہ۔</w:t>
      </w:r>
    </w:p>
    <w:p>
      <w:r>
        <w:rPr>
          <w:b/>
        </w:rPr>
        <w:t xml:space="preserve">[23:40] </w:t>
      </w:r>
      <w:r>
        <w:t>to ek sahab thay jo imaan la chukay thay, un ki maa rehti thi makka mein, abhi bhi yeh chale gaye madina. to maa, aap jantay hain ke maon ka sab se bari kamzori hai ke woh laad piyar ko mohabbat samajhti hain.</w:t>
      </w:r>
    </w:p>
    <w:p>
      <w:pPr>
        <w:jc w:val="right"/>
      </w:pPr>
      <w:r>
        <w:t>تو ایک صاحب تھے جو ایمان لا چکے تھے، ان کی ماں رہتی تھی مکہ میں، ابھی بھی یہ چلے گئے مدینہ۔ تو ماں، آپ جانتے ہیں کہ ماؤں کا سب سے بڑی کمزوری ہے کہ وہ لاڈ پیار کو محبت سمجھتی ہیں۔</w:t>
      </w:r>
    </w:p>
    <w:p>
      <w:r>
        <w:rPr>
          <w:b/>
        </w:rPr>
        <w:t xml:space="preserve">[23:56] </w:t>
      </w:r>
      <w:r>
        <w:t>laad piyar ko, jis ko kehte hain pampering, pampering ko woh love samajhti hain, halankay pampering jo hai to enmity hai, dushmani hai.</w:t>
      </w:r>
    </w:p>
    <w:p>
      <w:pPr>
        <w:jc w:val="right"/>
      </w:pPr>
      <w:r>
        <w:t>لاڈ پیار کو، جس کو کہتے ہیں پیمپرنگ، پیمپرنگ کو وہ لو سمجھتی ہیں، حالانکہ پیمپرنگ جو ہے تو ان اینمیٹی ہے، دشمنی ہے۔</w:t>
      </w:r>
    </w:p>
    <w:p>
      <w:r>
        <w:rPr>
          <w:b/>
        </w:rPr>
        <w:t xml:space="preserve">[24:07] </w:t>
      </w:r>
      <w:r>
        <w:t>to kya hua ke is ki maa ne ek message bheja makka se madina, aur ja ke is aadmi se kaha, ja ke kaho is se ke tumhari maa tumhari yaad mein rehti hai har waqt, aur us ne qasam khai hai ke woh saaye mein nahi jayegi,</w:t>
      </w:r>
    </w:p>
    <w:p>
      <w:pPr>
        <w:jc w:val="right"/>
      </w:pPr>
      <w:r>
        <w:t>تو کیا ہوا کہ اس کی ماں نے ایک میسج بھیجا مکہ سے مدینہ، اور جا کے اس آدمی سے کہا، جا کے کہو اس سے کہ تمہاری ماں تمہاری یاد میں رہتی ہے ہر وقت، اور اس نے قسم کھائی ہے کہ وہ سائے میں نہیں جائے گی،</w:t>
      </w:r>
    </w:p>
    <w:p>
      <w:r>
        <w:rPr>
          <w:b/>
        </w:rPr>
        <w:t xml:space="preserve">[24:29] </w:t>
      </w:r>
      <w:r>
        <w:t>aur balon ko kanghi nahi karegi. ek aadmi ne ja kar yeh message pohanchaya un ko ke tumhari maa ne qasam khai hai ke jab tak tum lotoge nahi, lot kar apni maa ke paas nahi jaoge makka, tab tak woh dhoop mein pari rahegi,</w:t>
      </w:r>
    </w:p>
    <w:p>
      <w:pPr>
        <w:jc w:val="right"/>
      </w:pPr>
      <w:r>
        <w:t>اور بالوں کو کنگھی نہیں کرے گی۔ ایک آدمی نے جا کر یہ میسج پہنچایا ان کو کہ تمہاری ماں نے قسم کھائی ہے کہ جب تک تم لوٹو گے نہیں، لوٹ کر اپنی ماں کے پاس نہیں جاؤ گے مکہ، تب تک وہ دھوپ میں پڑی رہے گی،</w:t>
      </w:r>
    </w:p>
    <w:p>
      <w:r>
        <w:rPr>
          <w:b/>
        </w:rPr>
        <w:t xml:space="preserve">[24:47] </w:t>
      </w:r>
      <w:r>
        <w:t>saaye mein nahi jayegi, tab tak woh woh nahi karegi kanghi, chahe joen kaat te rahen. ab yeh jo message pohancha madine mein un ke bete sahab ko, woh pareshan ho gaye, are meri maa, haye meri maa,</w:t>
      </w:r>
    </w:p>
    <w:p>
      <w:pPr>
        <w:jc w:val="right"/>
      </w:pPr>
      <w:r>
        <w:t>سائے میں نہیں جائے گی، تب تک وہ وہ نہیں کرے گی کنگھی، چاہے جوئیں کاٹتے رہیں۔ اب یہ جو میسج پہنچا مدینے میں ان کے بیٹے صاحب کو، وہ پریشان ہو گئے، ارے میری ماں، ہائے میری ماں،</w:t>
      </w:r>
    </w:p>
    <w:p>
      <w:r>
        <w:rPr>
          <w:b/>
        </w:rPr>
        <w:t xml:space="preserve">[25:04] </w:t>
      </w:r>
      <w:r>
        <w:t>to woh tayyar ho gaye wapas jane ke liye.</w:t>
      </w:r>
    </w:p>
    <w:p>
      <w:pPr>
        <w:jc w:val="right"/>
      </w:pPr>
      <w:r>
        <w:t>تو وہ تیار ہو گئے واپس جانے کے لیے۔</w:t>
      </w:r>
    </w:p>
    <w:p>
      <w:r>
        <w:rPr>
          <w:b/>
        </w:rPr>
        <w:t xml:space="preserve">[25:09] </w:t>
      </w:r>
      <w:r>
        <w:t>to Hazrat Umar ne kaha ke mana kiya un ko, bach jao. Hazrat Umar ne kaha ke bach jao.</w:t>
      </w:r>
    </w:p>
    <w:p>
      <w:pPr>
        <w:jc w:val="right"/>
      </w:pPr>
      <w:r>
        <w:t>تو حضرت عمر نے کہا کہ منع کیا ان کو، بچ جاؤ۔ حضرت عمر نے کہا کہ بچ جاؤ۔</w:t>
      </w:r>
    </w:p>
    <w:p>
      <w:r>
        <w:rPr>
          <w:b/>
        </w:rPr>
        <w:t xml:space="preserve">[25:17] </w:t>
      </w:r>
      <w:r>
        <w:t>us waqt bohat zabardast baat kahi thi unhon ne, bohat zabardast baat kahi thi. unhon ne kaha ke yeh sab kehne ki baaten hain, makka garmi.</w:t>
      </w:r>
    </w:p>
    <w:p>
      <w:pPr>
        <w:jc w:val="right"/>
      </w:pPr>
      <w:r>
        <w:t>اس وقت بہت زبردست بات کہی تھی انہوں نے، بہت زبردست بات کہی تھی۔ انہوں نے کہا کہ یہ سب کہنے کی باتیں ہیں، مکے گرمی۔</w:t>
      </w:r>
    </w:p>
    <w:p>
      <w:r>
        <w:rPr>
          <w:b/>
        </w:rPr>
        <w:t xml:space="preserve">[25:27] </w:t>
      </w:r>
      <w:r>
        <w:t>satayegi, us ko zaroor sahab jayegi. woh makka mein garmi bohat hoti hai, makka mein garmi bohat parti hai, kyun ke desert ka area hai.</w:t>
      </w:r>
    </w:p>
    <w:p>
      <w:pPr>
        <w:jc w:val="right"/>
      </w:pPr>
      <w:r>
        <w:t>ستائے گی، اس کو ضرور صاحب جائے گی۔ وہ مکہ میں گرمی بہت ہوتی ہے، مکہ میں گرمی بہت پڑتی ہے، کیونکہ ڈیزرٹ کا ایریا ہے۔</w:t>
      </w:r>
    </w:p>
    <w:p>
      <w:r>
        <w:rPr>
          <w:b/>
        </w:rPr>
        <w:t xml:space="preserve">[25:38] </w:t>
      </w:r>
      <w:r>
        <w:t>woh to unhon ne kaha ke makka garmi jab satayegi to zaroor jayegi woh saaye mein, us ke sar ki joen jab kaategi, zaroor kanghi karegi.</w:t>
      </w:r>
    </w:p>
    <w:p>
      <w:pPr>
        <w:jc w:val="right"/>
      </w:pPr>
      <w:r>
        <w:t>وہ تو انہوں نے کہا کہ مکہ گرمی جب ستائے گی تو ضرور جائے گی وہ سائے میں، اس کے سر کی جوئیں جب کاٹے گی، ضرور کنگھی کرے گی۔</w:t>
      </w:r>
    </w:p>
    <w:p>
      <w:r>
        <w:rPr>
          <w:b/>
        </w:rPr>
        <w:t xml:space="preserve">[25:48] </w:t>
      </w:r>
      <w:r>
        <w:t>woh</w:t>
      </w:r>
    </w:p>
    <w:p>
      <w:pPr>
        <w:jc w:val="right"/>
      </w:pPr>
      <w:r>
        <w:t>وہ</w:t>
      </w:r>
    </w:p>
    <w:p>
      <w:r>
        <w:rPr>
          <w:b/>
        </w:rPr>
        <w:t xml:space="preserve">[25:52] </w:t>
      </w:r>
      <w:r>
        <w:t>woh sahabzaday nahi maane, chale gaye, aur maa ne apni apne laad piyar aur pampering ke zariye unhein raazi kar liya.</w:t>
      </w:r>
    </w:p>
    <w:p>
      <w:pPr>
        <w:jc w:val="right"/>
      </w:pPr>
      <w:r>
        <w:t>وہ صاحبزادے نہیں مانے، چلے گئے، اور ماں نے اپنی اپنے لاڈ پیار اور پیمپرنگ کے ذریعے انہیں راضی کر لیا۔</w:t>
      </w:r>
    </w:p>
    <w:p>
      <w:r>
        <w:rPr>
          <w:b/>
        </w:rPr>
        <w:t xml:space="preserve">[26:02] </w:t>
      </w:r>
      <w:r>
        <w:t>woh dobara Islam se laut gaye. ab dekhen, Hazrat Umar aisa kahin keh paye, koi kaise aisa keh paye, kyun ke Hazrat Umar bohat sochne walay aadmi thay, bohat sochne walay aadmi thay, to woh cheezon ko sort out kar sakte thay.</w:t>
      </w:r>
    </w:p>
    <w:p>
      <w:pPr>
        <w:jc w:val="right"/>
      </w:pPr>
      <w:r>
        <w:t>وہ دوبارہ اسلام سے لوٹ گئے۔ اب دیکھیں، حضرت عمر ایسا کہیں کہہ پائے، کوئی کیسے کوئی ایسا کہہ پائے، کیونکہ حضرت عمر بہت سوچنے والے آدمی تھے، بہت سوچنے والے آدمی تھے، تو وہ چیزوں کو سارٹ آؤٹ کر سکتے تھے۔</w:t>
      </w:r>
    </w:p>
    <w:p>
      <w:r>
        <w:rPr>
          <w:b/>
        </w:rPr>
        <w:t xml:space="preserve">[26:21] </w:t>
      </w:r>
      <w:r>
        <w:t>unhon ne yahan compare kiya is ke bol ko aur nature ko. mujh se to boli hai ke main nahi jaungi saaye mein, lekin nature kya hai?</w:t>
      </w:r>
    </w:p>
    <w:p>
      <w:pPr>
        <w:jc w:val="right"/>
      </w:pPr>
      <w:r>
        <w:t>انہوں نے یہاں کمپیئر کیا اس کے بول کو اور نیچر کو۔ مجھ سے تو بولی ہے کہ میں نہیں جاؤں گی سائے میں، لیکن نیچر کیا ہے؟</w:t>
      </w:r>
    </w:p>
    <w:p>
      <w:r>
        <w:rPr>
          <w:b/>
        </w:rPr>
        <w:t xml:space="preserve">[26:32] </w:t>
      </w:r>
      <w:r>
        <w:t>nature to bardasht nahi kar sakta garmi ko. ek had ke baad ek had tak bardasht karega, us ke baad kaise bardasht karega? to unhon ne kaha, unhon ne socha ke woh munh se chahe bol diya ho us ne ke nature to badal nahi sakti.</w:t>
      </w:r>
    </w:p>
    <w:p>
      <w:pPr>
        <w:jc w:val="right"/>
      </w:pPr>
      <w:r>
        <w:t>نیچر تو برداشت نہیں کر سکتا گرمی کو۔ ایک حد کے بعد ایک حد تک برداشت کرے گا، اس کے بعد کیسے برداشت کرے گا؟ تو انہوں نے کہا، انہوں نے سوچا کہ وہ منہ سے چاہے بول دیا ہو اس نے کہ نیچر تو بدل نہیں سکتی۔</w:t>
      </w:r>
    </w:p>
    <w:p>
      <w:r>
        <w:rPr>
          <w:b/>
        </w:rPr>
        <w:t xml:space="preserve">[26:48] </w:t>
      </w:r>
      <w:r>
        <w:t>woh nature kaise badlegi? woh nature to creator ne us ko bana kar diya hai. to unhon ne compare kiya ke ek hai is ka munh ka apna bol,</w:t>
      </w:r>
    </w:p>
    <w:p>
      <w:pPr>
        <w:jc w:val="right"/>
      </w:pPr>
      <w:r>
        <w:t>وہ نیچر کیسے بدلے گی؟ وہ نیچر تو کریٹر نے اس کو بنا کر دیا ہے۔ تو انہوں نے کمپیئر کیا کہ ایک ہے اس کا منہ کا اپنا بول،</w:t>
      </w:r>
    </w:p>
    <w:p>
      <w:r>
        <w:rPr>
          <w:b/>
        </w:rPr>
        <w:t xml:space="preserve">[27:02] </w:t>
      </w:r>
      <w:r>
        <w:t>ek hai woh body jo nature ne us ko diya hai. to kuch bhi munh se bole, nature kaha ke is surrender karna padega. us ko munh se kuch bhi bole, woh lekin nature kaha ke is surrender karna padega.</w:t>
      </w:r>
    </w:p>
    <w:p>
      <w:pPr>
        <w:jc w:val="right"/>
      </w:pPr>
      <w:r>
        <w:t>ایک ہے وہ باڈی جو نیچر نے اس کو دیا ہے۔ تو کچھ بھی منہ سے بولے، نیچر کہا کہ اس سرنڈر کرنا پڑے گا۔ اس کو منہ سے کچھ بھی بولے، وہ لیکن نیچر کہا کہ اس سرنڈر کرنا پڑے گا۔</w:t>
      </w:r>
    </w:p>
    <w:p>
      <w:r>
        <w:rPr>
          <w:b/>
        </w:rPr>
        <w:t xml:space="preserve">[27:15] </w:t>
      </w:r>
      <w:r>
        <w:t>us ko</w:t>
      </w:r>
    </w:p>
    <w:p>
      <w:pPr>
        <w:jc w:val="right"/>
      </w:pPr>
      <w:r>
        <w:t>اس کو</w:t>
      </w:r>
    </w:p>
    <w:p>
      <w:r>
        <w:rPr>
          <w:b/>
        </w:rPr>
        <w:t xml:space="preserve">[27:20] </w:t>
      </w:r>
      <w:r>
        <w:t>chunanche yahi hua. jab woh pohanche to woh sab khatam kar chuki thi, woh kyun ke wahan garmi itni sakht hoti hai ke ke is mein ghabra kar andar chali gayi, saaye mein chali gayi, aur joen pehle zamanay mein jo hua karte thay.</w:t>
      </w:r>
    </w:p>
    <w:p>
      <w:pPr>
        <w:jc w:val="right"/>
      </w:pPr>
      <w:r>
        <w:t>چنانچہ یہی ہوا۔ جب وہ پہنچے تو وہ سب ختم کر چکی تھی، وہ کیونکہ وہاں گرمی اتنی سخت ہوتی ہے کہ کہ اس میں گھبرا کر اندر چلی گئی، سائے میں چلی گئی، اور جوئیں پہلے زمانے میں جو ہوا کرتے تھے۔</w:t>
      </w:r>
    </w:p>
    <w:p>
      <w:r>
        <w:rPr>
          <w:b/>
        </w:rPr>
        <w:t xml:space="preserve">[27:36] </w:t>
      </w:r>
      <w:r>
        <w:t>ab to bohat si cheezen nikli hain, shampoo waghera pehle nahi hota tha, yeh sab to kanghi bhi kiya us ne.</w:t>
      </w:r>
    </w:p>
    <w:p>
      <w:pPr>
        <w:jc w:val="right"/>
      </w:pPr>
      <w:r>
        <w:t>اب تو بہت سی چیزیں نکلی ہیں، شیمپو وغیرہ پہلے نہیں ہوتا تھا، یہ سب تو کنگھی بھی کیا اس نے۔</w:t>
      </w:r>
    </w:p>
    <w:p>
      <w:r>
        <w:rPr>
          <w:b/>
        </w:rPr>
        <w:t xml:space="preserve">[27:46] </w:t>
      </w:r>
      <w:r>
        <w:t>yeh hai aap ke andar is is is yeh yeh yeh salahiyat develop karen aap, aap soch saken.</w:t>
      </w:r>
    </w:p>
    <w:p>
      <w:pPr>
        <w:jc w:val="right"/>
      </w:pPr>
      <w:r>
        <w:t>یہ ہے آپ کے اندر اس اس اس یہ یہ یہ صلاحیت ڈیولپ کریں آپ، آپ سوچ سکیں۔</w:t>
      </w:r>
    </w:p>
    <w:p>
      <w:r>
        <w:rPr>
          <w:b/>
        </w:rPr>
        <w:t xml:space="preserve">[27:59] </w:t>
      </w:r>
      <w:r>
        <w:t>log chunke jeete hain distraction mein to soch nahi paate. woh chunke bohat ziyada apne aap ko ek hi dhyan un ka hota tha, ek hi focus un ka hua karta tha,</w:t>
      </w:r>
    </w:p>
    <w:p>
      <w:pPr>
        <w:jc w:val="right"/>
      </w:pPr>
      <w:r>
        <w:t>لوگ چونکہ جیتے ہیں ڈسٹریکشن میں تو سوچ نہیں پاتے۔ وہ چونکہ بہت زیادہ اپنے آپ کو ایک ہی دھیان ان کا ہوتا تھا، ایک ہی فوکس ان کا ہوا کرتا تھا،</w:t>
      </w:r>
    </w:p>
    <w:p>
      <w:r>
        <w:rPr>
          <w:b/>
        </w:rPr>
        <w:t xml:space="preserve">[28:14] </w:t>
      </w:r>
      <w:r>
        <w:t>to woh is qabil thay ke soch saken ke munh se kuch bhi bole, nature ko badal nahi sakti. woh</w:t>
      </w:r>
    </w:p>
    <w:p>
      <w:pPr>
        <w:jc w:val="right"/>
      </w:pPr>
      <w:r>
        <w:t>تو وہ اس قابل تھے کہ سوچ سکیں کہ منہ سے کچھ بھی بولے، نیچر کو بدل نہیں سکتی۔ وہ</w:t>
      </w:r>
    </w:p>
    <w:p>
      <w:r>
        <w:rPr>
          <w:b/>
        </w:rPr>
        <w:t xml:space="preserve">[28:23] </w:t>
      </w:r>
      <w:r>
        <w:t>muh se kuch bhi bolay, nature kaise badlay gi? woh</w:t>
      </w:r>
    </w:p>
    <w:p>
      <w:pPr>
        <w:jc w:val="right"/>
      </w:pPr>
      <w:r>
        <w:t>منہ سے کچھ بھی بولے، نیچر کیسے بدلے گی؟ وہ</w:t>
      </w:r>
    </w:p>
    <w:p>
      <w:r>
        <w:rPr>
          <w:b/>
        </w:rPr>
        <w:t xml:space="preserve">[28:28] </w:t>
      </w:r>
      <w:r>
        <w:t>mein wahan aaj kal nahi gaya tha, to garmi ka zamana tha, to mein is mein haram mein tha, saaye mein to nikal kar bahar jana tha, to road par aana tha, to kuch hissa open tha.</w:t>
      </w:r>
    </w:p>
    <w:p>
      <w:pPr>
        <w:jc w:val="right"/>
      </w:pPr>
      <w:r>
        <w:t>میں وہاں آج کل نہیں گیا تھا، تو گرمی کا زمانہ تھا، تو میں اس میں حرم میں تھا، سائے میں تو نکل کر باہر جانا تھا، تو روڈ پر آنا تھا، تو کچھ حصہ اوپن تھا۔</w:t>
      </w:r>
    </w:p>
    <w:p>
      <w:r>
        <w:rPr>
          <w:b/>
        </w:rPr>
        <w:t xml:space="preserve">[28:47] </w:t>
      </w:r>
      <w:r>
        <w:t>woh to mein josh mein keh mein aise ja sakta hoon baghair joote ke ya moze ke, to aisi yani mein paon mein joota nahi tha, moza bhi nahi tha us waqt.</w:t>
      </w:r>
    </w:p>
    <w:p>
      <w:pPr>
        <w:jc w:val="right"/>
      </w:pPr>
      <w:r>
        <w:t>وہ تو میں جوش میں کہ میں ایسے جا سکتا ہوں بغیر جوتے کے یا موزے کے، تو ایسی یعنی میں پاؤں میں جوتا نہیں تھا، موزہ بھی نہیں تھا اس وقت۔</w:t>
      </w:r>
    </w:p>
    <w:p>
      <w:r>
        <w:rPr>
          <w:b/>
        </w:rPr>
        <w:t xml:space="preserve">[29:00] </w:t>
      </w:r>
      <w:r>
        <w:t>zahir hai haram mein tha mein, to mein nikla bahar, lekin jaise hi bahar aaya, mein aik dam paon jalnay laga, jaldi se loot gaya andar.</w:t>
      </w:r>
    </w:p>
    <w:p>
      <w:pPr>
        <w:jc w:val="right"/>
      </w:pPr>
      <w:r>
        <w:t>ظاہر ہے حرم میں تھا میں، تو میں نکلا باہر، لیکن جیسے ہی باہر آیا، میں ایک دم پاؤں جلنے لگا، جلدی سے لوٹ گیا اندر۔</w:t>
      </w:r>
    </w:p>
    <w:p>
      <w:r>
        <w:rPr>
          <w:b/>
        </w:rPr>
        <w:t xml:space="preserve">[29:12] </w:t>
      </w:r>
      <w:r>
        <w:t>to aap ko</w:t>
      </w:r>
    </w:p>
    <w:p>
      <w:pPr>
        <w:jc w:val="right"/>
      </w:pPr>
      <w:r>
        <w:t>تو آپ کو</w:t>
      </w:r>
    </w:p>
    <w:p>
      <w:r>
        <w:rPr>
          <w:b/>
        </w:rPr>
        <w:t xml:space="preserve">[29:17] </w:t>
      </w:r>
      <w:r>
        <w:t>is qabil hona chahiye ke aap soch sakein ke muh se koi kuch bhi bolay, nature ko badal nahi sakta hai. woh tab aap log sort out kar painge, tab aap gehrai baaton ko samajh painge.</w:t>
      </w:r>
    </w:p>
    <w:p>
      <w:pPr>
        <w:jc w:val="right"/>
      </w:pPr>
      <w:r>
        <w:t>اس قابل ہونا چاہیے کہ آپ سوچ سکیں کہ منہ سے کوئی کچھ بھی بولے، نیچر کو بدل نہیں سکتا ہے۔ وہ تب آپ لوگ سارٹ آؤٹ کر پائیں گے، تب آپ گہرائی باتوں کو سمجھ پائیں گے۔</w:t>
      </w:r>
    </w:p>
    <w:p>
      <w:r>
        <w:rPr>
          <w:b/>
        </w:rPr>
        <w:t xml:space="preserve">[29:34] </w:t>
      </w:r>
      <w:r>
        <w:t>to aik cheez ko focus bana kar ke sochna aap ko wisdom ko barhata hai, aap ko aik wise aadmi banata hai, wise person. jo focus na karein, woh bewakoof bewakoof rehte hain,</w:t>
      </w:r>
    </w:p>
    <w:p>
      <w:pPr>
        <w:jc w:val="right"/>
      </w:pPr>
      <w:r>
        <w:t>تو ایک چیز کو فوکس بنا کر کے سوچنا آپ کو وزڈم کو بڑھاتا ہے، آپ کو ایک وائز آدمی بناتا ہے، وائز پرسن۔ جو فوکس نہ کریں، وہ بیوقوف بیوقوف رہتے ہیں،</w:t>
      </w:r>
    </w:p>
    <w:p>
      <w:r>
        <w:rPr>
          <w:b/>
        </w:rPr>
        <w:t xml:space="preserve">[29:49] </w:t>
      </w:r>
      <w:r>
        <w:t>zindagi mein bewakoofi mein jeete hain, bewakoofi mein marte hain. aise hi dekhiye, Hazrat Umar ki mein aik aur misaal deta hoon.</w:t>
      </w:r>
    </w:p>
    <w:p>
      <w:pPr>
        <w:jc w:val="right"/>
      </w:pPr>
      <w:r>
        <w:t>زندگی میں بیوقوفی میں جیتے ہیں، بیوقوفی میں مرتے ہیں۔ ایسے ہی دیکھیے، حضرت عمر کی میں ایک اور مثال دیتا ہوں۔</w:t>
      </w:r>
    </w:p>
    <w:p>
      <w:r>
        <w:rPr>
          <w:b/>
        </w:rPr>
        <w:t xml:space="preserve">[30:02] </w:t>
      </w:r>
      <w:r>
        <w:t>Hazrat Umar ke zamane mein aik doosre sahabi thay, Hazrat Muawiya, woh Sham ke governor thay.</w:t>
      </w:r>
    </w:p>
    <w:p>
      <w:pPr>
        <w:jc w:val="right"/>
      </w:pPr>
      <w:r>
        <w:t>حضرت عمر کے زمانے میں ایک دوسرے صحابی تھے، حضرت معاویہ، وہ شام کے گورنر تھے۔</w:t>
      </w:r>
    </w:p>
    <w:p>
      <w:r>
        <w:rPr>
          <w:b/>
        </w:rPr>
        <w:t xml:space="preserve">[30:10] </w:t>
      </w:r>
      <w:r>
        <w:t>jab Khalifa Hazrat Umar jab Khalifa hue to woh Sham ke governor thay. woh to woh zara royal mizaj tha un ka, matlab achhe kapde pehanna aur achhe is tareeqay se rehna.</w:t>
      </w:r>
    </w:p>
    <w:p>
      <w:pPr>
        <w:jc w:val="right"/>
      </w:pPr>
      <w:r>
        <w:t>جب خلیفہ حضرت عمر جب خلیفہ ہوئے تو وہ شام کے گورنر تھے۔ وہ تو وہ ذرا رائل مزاج تھا ان کا، مطلب اچھے کپڑے پہننا اور اچھے اس طریقے سے رہنا۔</w:t>
      </w:r>
    </w:p>
    <w:p>
      <w:r>
        <w:rPr>
          <w:b/>
        </w:rPr>
        <w:t xml:space="preserve">[30:26] </w:t>
      </w:r>
      <w:r>
        <w:t>to royalty yani royal lifestyle arbon ko pasand nahi tha, to un ke baray mein shikayatein aayin Hazrat Umar ko.</w:t>
      </w:r>
    </w:p>
    <w:p>
      <w:pPr>
        <w:jc w:val="right"/>
      </w:pPr>
      <w:r>
        <w:t>تو رائلٹی یعنی رائل لائف اسٹائل عربوں کو پسند نہیں تھا، تو ان کے بارے میں شکایتیں آئیں حضرت عمر کو۔</w:t>
      </w:r>
    </w:p>
    <w:p>
      <w:r>
        <w:rPr>
          <w:b/>
        </w:rPr>
        <w:t xml:space="preserve">[30:39] </w:t>
      </w:r>
      <w:r>
        <w:t>aur doosri taraf Khalid thay, Khalid bohat hi bahadur thay, un ke baray mein shikayatein aayin. to do aadmi thay jo Hazrat Umar ke zamane mein, Khalid jo thay woh military general thay aur Muawiya jo thay woh Sham ke governor thay.</w:t>
      </w:r>
    </w:p>
    <w:p>
      <w:pPr>
        <w:jc w:val="right"/>
      </w:pPr>
      <w:r>
        <w:t>اور دوسری طرف خالد تھے، خالد بہت ہی بہادر تھے، ان کے بارے میں شکایتیں آئیں۔ تو دو آدمی تھے جو حضرت عمر کے زمانے میں، خالد جو تھے وہ ملٹری جنرل تھے اور معاویہ جو تھے وہ شام کے گورنر تھے۔</w:t>
      </w:r>
    </w:p>
    <w:p>
      <w:r>
        <w:rPr>
          <w:b/>
        </w:rPr>
        <w:t xml:space="preserve">[30:55] </w:t>
      </w:r>
      <w:r>
        <w:t>donon ke baray mein shikayatein aayin un ko jab Khalifa thay. woh ab aap dekhiye ke Hazrat Umar ne Khalid ko maazool kar diya aur Muawiya ko maazool nahi kiya.</w:t>
      </w:r>
    </w:p>
    <w:p>
      <w:pPr>
        <w:jc w:val="right"/>
      </w:pPr>
      <w:r>
        <w:t>دونوں کے بارے میں شکایتیں آئیں ان کو جب خلیفہ تھے۔ وہ اب آپ دیکھیے کہ حضرت عمر نے خالد کو معذول کر دیا اور معاویہ کو معذول نہیں کیا۔</w:t>
      </w:r>
    </w:p>
    <w:p>
      <w:r>
        <w:rPr>
          <w:b/>
        </w:rPr>
        <w:t xml:space="preserve">[31:11] </w:t>
      </w:r>
      <w:r>
        <w:t>yani Khalid ko unhon ne general jo thay woh to maazool kar ke unhon ne aik aam sipahi bana diya aur Muawiya ko maazool nahi kiya. aakhir waqt tak yeh kya tha?</w:t>
      </w:r>
    </w:p>
    <w:p>
      <w:pPr>
        <w:jc w:val="right"/>
      </w:pPr>
      <w:r>
        <w:t>یعنی خالد کو انہوں نے جنرل جو تھے وہ تو معذول کر کے انہوں نے ایک عام سپاہی بنا دیا اور معاویہ کو معذول نہیں کیا۔ آخر وقت تک یہ کیا تھا؟</w:t>
      </w:r>
    </w:p>
    <w:p>
      <w:r>
        <w:rPr>
          <w:b/>
        </w:rPr>
        <w:t xml:space="preserve">[31:24] </w:t>
      </w:r>
      <w:r>
        <w:t>woh bohat hi un ke andar yani at least unbiased thinking. agar aap chahte hain ke aap ke andar woh woh soch aaye yani focus kar ke sochna aur concentrate kar ke sochna,</w:t>
      </w:r>
    </w:p>
    <w:p>
      <w:pPr>
        <w:jc w:val="right"/>
      </w:pPr>
      <w:r>
        <w:t>وہ بہت ہی ان کے اندر یعنی ایٹ لیسٹ ان بائس تھنکنگ۔ اگر آپ چاہتے ہیں کہ آپ کے اندر وہ وہ سوچ آئے یعنی فوکس کر کے سوچنا اور کنسنٹریٹ کر کے سوچنا،</w:t>
      </w:r>
    </w:p>
    <w:p>
      <w:r>
        <w:rPr>
          <w:b/>
        </w:rPr>
        <w:t xml:space="preserve">[31:43] </w:t>
      </w:r>
      <w:r>
        <w:t>jisko arabi mein kehte hain markaz e etdaal mein sochna, to aap ko bohat zyada ta'assubat se bahar nikalna paray ga, bias se bahar nikalna paray ga.</w:t>
      </w:r>
    </w:p>
    <w:p>
      <w:pPr>
        <w:jc w:val="right"/>
      </w:pPr>
      <w:r>
        <w:t>جس کو عربی میں کہتے ہیں مرکز اعداد میں سوچنا، تو آپ کو بہت زیادہ تعصبات سے باہر نکلنا پڑے گا، بائس سے باہر نکلنا پڑے گا۔</w:t>
      </w:r>
    </w:p>
    <w:p>
      <w:r>
        <w:rPr>
          <w:b/>
        </w:rPr>
        <w:t xml:space="preserve">[31:56] </w:t>
      </w:r>
      <w:r>
        <w:t>tab samajh painge aap. to Hazrat Umar ne dekhiye, chounke is se niklay hue thay woh, to unhon ne analysis kiya, donon comparison kiya.</w:t>
      </w:r>
    </w:p>
    <w:p>
      <w:pPr>
        <w:jc w:val="right"/>
      </w:pPr>
      <w:r>
        <w:t>تب سمجھ پائیں گے آپ۔ تو حضرت عمر نے دیکھیے، چونکہ اس سے نکلے ہوئے تھے وہ، تو انہوں نے انالیسز کیا، دونوں کمپیریزن کیا۔</w:t>
      </w:r>
    </w:p>
    <w:p>
      <w:r>
        <w:rPr>
          <w:b/>
        </w:rPr>
        <w:t xml:space="preserve">[32:06] </w:t>
      </w:r>
      <w:r>
        <w:t>to unhon ne paya ke Muawiya ko agar mein maazool karunga</w:t>
      </w:r>
    </w:p>
    <w:p>
      <w:pPr>
        <w:jc w:val="right"/>
      </w:pPr>
      <w:r>
        <w:t>تو انہوں نے پایا کہ معاویہ کو اگر میں معذول کروں گا</w:t>
      </w:r>
    </w:p>
    <w:p>
      <w:r>
        <w:rPr>
          <w:b/>
        </w:rPr>
        <w:t xml:space="preserve">[32:12] </w:t>
      </w:r>
      <w:r>
        <w:t>to aik problem create ho jaye ga. Khalid ko karunga to koi problem create honay wali nahi. kyun? Khalid aik shakhs ka naam tha, un ke peechay koi taqatwar qabeela nahi tha aur Muawiya aik shakhs ka naam nahi tha.</w:t>
      </w:r>
    </w:p>
    <w:p>
      <w:pPr>
        <w:jc w:val="right"/>
      </w:pPr>
      <w:r>
        <w:t>تو ایک پرابلم کریٹ ہو جائے گا۔ خالد کو کروں گا تو کوئی پرابلم کریٹ ہونے والی نہیں۔ کیوں؟ خالد ایک شخص کا نام تھا، ان کے پیچھے کوئی طاقتور قبیلہ نہیں تھا اور معاویہ ایک شخص کا نام نہیں تھا۔</w:t>
      </w:r>
    </w:p>
    <w:p>
      <w:r>
        <w:rPr>
          <w:b/>
        </w:rPr>
        <w:t xml:space="preserve">[32:27] </w:t>
      </w:r>
      <w:r>
        <w:t>sirf un ke peechay Bani Umayya ka zabardast qabeela tha yani Bani Umayya se takkar lainay ka hum ma'ni tha.</w:t>
      </w:r>
    </w:p>
    <w:p>
      <w:pPr>
        <w:jc w:val="right"/>
      </w:pPr>
      <w:r>
        <w:t>صرف ان کے پیچھے بنو امیہ کا زبردست قبیلہ تھا یعنی بنو امیہ سے ٹکر لینے کا ہم معنی تھا۔</w:t>
      </w:r>
    </w:p>
    <w:p>
      <w:r>
        <w:rPr>
          <w:b/>
        </w:rPr>
        <w:t xml:space="preserve">[32:36] </w:t>
      </w:r>
      <w:r>
        <w:t>agar Muawiya ko hataya jaye ohday se, is ka matlab hai ke Bani Umayya se takkar liya jaye jo un ki pusht par khara hua tha.</w:t>
      </w:r>
    </w:p>
    <w:p>
      <w:pPr>
        <w:jc w:val="right"/>
      </w:pPr>
      <w:r>
        <w:t>اگر معاویہ کو ہٹایا جائے عہدے سے، اس کا مطلب ہے کہ بنو امیہ سے ٹکر لیا جائے جو ان کی پشت پر کھڑا ہوا تھا۔</w:t>
      </w:r>
    </w:p>
    <w:p>
      <w:r>
        <w:rPr>
          <w:b/>
        </w:rPr>
        <w:t xml:space="preserve">[32:46] </w:t>
      </w:r>
      <w:r>
        <w:t>woh tijarti log thay, Bani Umayya jo tijarti log thay, paisa un ke paas hota tha is zamane mein. Khalid jo thay, is un ki yeh position nahi thi.</w:t>
      </w:r>
    </w:p>
    <w:p>
      <w:pPr>
        <w:jc w:val="right"/>
      </w:pPr>
      <w:r>
        <w:t>وہ تجارتی لوگ تھے، بنو امیہ جو تجارتی لوگ تھے، پیسہ ان کے پاس ہوتا تھا اس زمانے میں۔ خالد جو تھے، اس ان کی یہ پوزیشن نہیں تھی۔</w:t>
      </w:r>
    </w:p>
    <w:p>
      <w:r>
        <w:rPr>
          <w:b/>
        </w:rPr>
        <w:t xml:space="preserve">[32:56] </w:t>
      </w:r>
      <w:r>
        <w:t>aik shakhs ke hissay se, aik individual ke hissay se bohat zabardast se woh aadmi lekin koi aisa strong qabeela un ki pusht par nahi tha jo Khalid ko maazool kar diya.</w:t>
      </w:r>
    </w:p>
    <w:p>
      <w:pPr>
        <w:jc w:val="right"/>
      </w:pPr>
      <w:r>
        <w:t>ایک شخص کے حصے سے، ایک انڈیویجول کے حصے سے بہت زبردست سے وہ آدمی لیکن کوئی ایسا اسٹرانگ قبیلہ ان کی پشت پر نہیں تھا جو خالد کو معذول کر دیا۔</w:t>
      </w:r>
    </w:p>
    <w:p>
      <w:r>
        <w:rPr>
          <w:b/>
        </w:rPr>
        <w:t xml:space="preserve">[33:07] </w:t>
      </w:r>
      <w:r>
        <w:t>unhon ne manaxip kar liya maazooli ko.</w:t>
      </w:r>
    </w:p>
    <w:p>
      <w:pPr>
        <w:jc w:val="right"/>
      </w:pPr>
      <w:r>
        <w:t>انہوں نے مناکسپ کر لیا معذولی کو۔</w:t>
      </w:r>
    </w:p>
    <w:p>
      <w:r>
        <w:rPr>
          <w:b/>
        </w:rPr>
        <w:t xml:space="preserve">[33:13] </w:t>
      </w:r>
      <w:r>
        <w:t>maazooli ke baad kuch log gaye, un se</w:t>
      </w:r>
    </w:p>
    <w:p>
      <w:pPr>
        <w:jc w:val="right"/>
      </w:pPr>
      <w:r>
        <w:t>معذولی کے بعد کچھ لوگ گئے، ان سے</w:t>
      </w:r>
    </w:p>
    <w:p>
      <w:r>
        <w:rPr>
          <w:b/>
        </w:rPr>
        <w:t xml:space="preserve">[33:20] </w:t>
      </w:r>
      <w:r>
        <w:t>un ke paas mile, un se kuch kaha to unhon ne is ki parwah nahi ki. unhon ne kaha ke ani la awqat fi rabb umar.</w:t>
      </w:r>
    </w:p>
    <w:p>
      <w:pPr>
        <w:jc w:val="right"/>
      </w:pPr>
      <w:r>
        <w:t>ان کے پاس ملے، ان سے کچھ کہا تو انہوں نے اس کی پرواہ نہیں کی۔ انہوں نے کہا کہ انی لا اوقات فی رب عمر۔</w:t>
      </w:r>
    </w:p>
    <w:p>
      <w:r>
        <w:rPr>
          <w:b/>
        </w:rPr>
        <w:t xml:space="preserve">[33:33] </w:t>
      </w:r>
      <w:r>
        <w:t>to yeh jante thay ke un ka mizaj kya hai aur un ka mamla kya hai, un ki position kya hai. to khalid ko unhon ne ain us waqt maazool kar diya jab ke iran mein woh qadsia ki larai ho rahi thi aur kuch bhi nahi hua.</w:t>
      </w:r>
    </w:p>
    <w:p>
      <w:pPr>
        <w:jc w:val="right"/>
      </w:pPr>
      <w:r>
        <w:t>تو یہ جانتے تھے کہ ان کا مزاج کیا ہے اور ان کا معاملہ کیا ہے، ان کی پوزیشن کیا ہے۔ تو خالد کو انہوں نے عین اس وقت معذول کر دیا جب کہ ایران میں وہ قادسیہ کی لڑائی ہو رہی تھی اور کچھ بھی نہیں ہوا۔</w:t>
      </w:r>
    </w:p>
    <w:p>
      <w:r>
        <w:rPr>
          <w:b/>
        </w:rPr>
        <w:t xml:space="preserve">[33:51] </w:t>
      </w:r>
      <w:r>
        <w:t>aur hazrat muawiya ko baqi rakha. aur is ke baad dekhiye kya hua. hazrat ali jab khalifa hue to unhon ne foran un ko maazooli ka hukum jari kar diya.</w:t>
      </w:r>
    </w:p>
    <w:p>
      <w:pPr>
        <w:jc w:val="right"/>
      </w:pPr>
      <w:r>
        <w:t>اور حضرت معاویہ کو باقی رکھا۔ اور اس کے بعد دیکھیے کیا ہوا۔ حضرت علی جب خلیفہ ہوئے تو انہوں نے فوراً ان کو معذولی کا حکم جاری کر دیا۔</w:t>
      </w:r>
    </w:p>
    <w:p>
      <w:r>
        <w:rPr>
          <w:b/>
        </w:rPr>
        <w:t xml:space="preserve">[34:06] </w:t>
      </w:r>
      <w:r>
        <w:t>aur kya hua? is ke baad ali aur muawiya mein jang ho gayi. aap jante hain ke safin ki jang aur aur jamal ki jang, safin, jang jamal waghera, bohat log is mein ek pura khalfashar paida ho gaya.</w:t>
      </w:r>
    </w:p>
    <w:p>
      <w:pPr>
        <w:jc w:val="right"/>
      </w:pPr>
      <w:r>
        <w:t>اور کیا ہوا؟ اس کے بعد علی اور معاویہ میں جنگ ہو گئی۔ آپ جانتے ہیں کہ صفین کی جنگ اور اور جمل کی جنگ، صفین، جنگ جمل وغیرہ، بہت لوگ اس میں ایک پورا خلفشار پیدا ہو گیا۔</w:t>
      </w:r>
    </w:p>
    <w:p>
      <w:r>
        <w:rPr>
          <w:b/>
        </w:rPr>
        <w:t xml:space="preserve">[34:24] </w:t>
      </w:r>
      <w:r>
        <w:t>yeh hai focus kar ke sochna aur is ke faide. focus kar ke aap sochte hain yani focus yani aap ek concentrate kar ke sochte hain to aap ko intellectual development hota hai.</w:t>
      </w:r>
    </w:p>
    <w:p>
      <w:pPr>
        <w:jc w:val="right"/>
      </w:pPr>
      <w:r>
        <w:t>یہ ہے فوکس کر کے سوچنا اور اس کے فائدے۔ فوکس کر کے آپ سوچتے ہیں یعنی فوکس یعنی آپ ایک کنسنٹریٹ کر کے سوچتے ہیں تو آپ کو انٹلیکچول ڈیولپمنٹ ہوتا ہے۔</w:t>
      </w:r>
    </w:p>
    <w:p>
      <w:r>
        <w:rPr>
          <w:b/>
        </w:rPr>
        <w:t xml:space="preserve">[34:41] </w:t>
      </w:r>
      <w:r>
        <w:t>aap zyada deep mein ja kar ke baton ko samajh paate hain, zyada analysis karne ki power aap ke andar aa jati hai.</w:t>
      </w:r>
    </w:p>
    <w:p>
      <w:pPr>
        <w:jc w:val="right"/>
      </w:pPr>
      <w:r>
        <w:t>آپ زیادہ ڈیپ میں جا کر کے باتوں کو سمجھ پاتے ہیں، زیادہ انالیسز کرنے کی پاور آپ کے اندر آ جاتی ہے۔</w:t>
      </w:r>
    </w:p>
    <w:p>
      <w:r>
        <w:rPr>
          <w:b/>
        </w:rPr>
        <w:t xml:space="preserve">[34:52] </w:t>
      </w:r>
      <w:r>
        <w:t>aur ek bohat hi zabardast waqia mein batata hoon aap ko hazrat umar r.a. ka, bohat hi zabardast. aaj ke musalman agar jante hain is waqie ko to bohat zabardast faida uthate hain is se.</w:t>
      </w:r>
    </w:p>
    <w:p>
      <w:pPr>
        <w:jc w:val="right"/>
      </w:pPr>
      <w:r>
        <w:t>اور ایک بہت ہی زبردست واقعہ میں بتاتا ہوں آپ کو حضرت عمر رضی اللہ عنہ کا، بہت ہی زبردست۔ آج کے مسلمان اگر جانتے ہیں اس واقعے کو تو بہت زبردست فائدہ اٹھاتے ہیں اس سے۔</w:t>
      </w:r>
    </w:p>
    <w:p>
      <w:r>
        <w:rPr>
          <w:b/>
        </w:rPr>
        <w:t xml:space="preserve">[35:08] </w:t>
      </w:r>
      <w:r>
        <w:t>dekhiye, hazrat umar jab khalifa thay isi zamane mein falasteen fatah hua tha.</w:t>
      </w:r>
    </w:p>
    <w:p>
      <w:pPr>
        <w:jc w:val="right"/>
      </w:pPr>
      <w:r>
        <w:t>دیکھیے، حضرت عمر جب خلیفہ تھے اسی زمانے میں فلسطین فتح ہوا تھا۔</w:t>
      </w:r>
    </w:p>
    <w:p>
      <w:r>
        <w:rPr>
          <w:b/>
        </w:rPr>
        <w:t xml:space="preserve">[35:19] </w:t>
      </w:r>
      <w:r>
        <w:t>yarusalem falasteen ka ki rajdhani tha to wahan ke jo ruling class tha to wahan par unhon ne siege mein le liya is ke qale ko musalmanon mein.</w:t>
      </w:r>
    </w:p>
    <w:p>
      <w:pPr>
        <w:jc w:val="right"/>
      </w:pPr>
      <w:r>
        <w:t>یروشلم فلسطین کا کی راجدھانی تھا تو وہاں کے جو رولنگ کلاس تھا تو وہاں پر انہوں نے سیج میں لے لیا اس کے قلعے کو مسلمانوں میں۔</w:t>
      </w:r>
    </w:p>
    <w:p>
      <w:r>
        <w:rPr>
          <w:b/>
        </w:rPr>
        <w:t xml:space="preserve">[35:36] </w:t>
      </w:r>
      <w:r>
        <w:t>to unhon ne kaha ke hum surrender nahi karenge, haan agar tumhare khalifa khud aaye to hum us se surrender kar sakte hain aur us se hum yani agreement kar ke surrender kar denge.</w:t>
      </w:r>
    </w:p>
    <w:p>
      <w:pPr>
        <w:jc w:val="right"/>
      </w:pPr>
      <w:r>
        <w:t>تو انہوں نے کہا کہ ہم سرنڈر نہیں کریں گے، ہاں اگر تمہارے خلیفہ خود آئے تو ہم اس سے سرنڈر کر سکتے ہیں اور اس سے ہم یعنی ایگریمنٹ کر کے سرنڈر کر دیں گے۔</w:t>
      </w:r>
    </w:p>
    <w:p>
      <w:r>
        <w:rPr>
          <w:b/>
        </w:rPr>
        <w:t xml:space="preserve">[35:50] </w:t>
      </w:r>
      <w:r>
        <w:t>to hazrat umar ko paigham bheja gaya. madina mein thay woh, wahan se oont par charh kar wahan pohnche. to ek is mein bohat sare waqiat hain, bohat se qisse hain.</w:t>
      </w:r>
    </w:p>
    <w:p>
      <w:pPr>
        <w:jc w:val="right"/>
      </w:pPr>
      <w:r>
        <w:t>تو حضرت عمر کو پیغام بھیجا گیا۔ مدینہ میں تھے وہ، وہاں سے اونٹ پر چڑھ کر وہاں پہنچے۔ تو ایک اس میں بہت سارے واقعات ہیں، بہت سے قصے ہیں۔</w:t>
      </w:r>
    </w:p>
    <w:p>
      <w:r>
        <w:rPr>
          <w:b/>
        </w:rPr>
        <w:t xml:space="preserve">[36:02] </w:t>
      </w:r>
      <w:r>
        <w:t>ek qissa yeh hai ke hazrat umar ek ek kanisa, ek ek church mein gaye jise kehte hain kanist al qiyamah.</w:t>
      </w:r>
    </w:p>
    <w:p>
      <w:pPr>
        <w:jc w:val="right"/>
      </w:pPr>
      <w:r>
        <w:t>ایک قصہ یہ ہے کہ حضرت عمر ایک ایک کنیسہ، ایک ایک چرچ میں گئے جسے کہتے ہیں کنیست القیامہ۔</w:t>
      </w:r>
    </w:p>
    <w:p>
      <w:r>
        <w:rPr>
          <w:b/>
        </w:rPr>
        <w:t xml:space="preserve">[36:15] </w:t>
      </w:r>
      <w:r>
        <w:t>arabi mein kehte hain kanist al qiyamah aur angrezi mein kehte hain church of resurrection. abhi bhi woh hai, mein ne dekha hai is ko.</w:t>
      </w:r>
    </w:p>
    <w:p>
      <w:pPr>
        <w:jc w:val="right"/>
      </w:pPr>
      <w:r>
        <w:t>عربی میں کہتے ہیں کنیست القیامہ اور انگریزی میں کہتے ہیں چرچ آف ریزرکشن۔ ابھی بھی وہ ہے، میں نے دیکھا ہے اس کو۔</w:t>
      </w:r>
    </w:p>
    <w:p>
      <w:r>
        <w:rPr>
          <w:b/>
        </w:rPr>
        <w:t xml:space="preserve">[36:27] </w:t>
      </w:r>
      <w:r>
        <w:t>to wahin par negotiation hua tha jo wahan ka laot padri tha, wahan par isi se negotiation hua tha. to wahan par baat chal rahi thi.</w:t>
      </w:r>
    </w:p>
    <w:p>
      <w:pPr>
        <w:jc w:val="right"/>
      </w:pPr>
      <w:r>
        <w:t>تو وہیں پر نیگوشی ایشن ہوا تھا جو وہاں کا لاٹ پادری تھا، وہاں پر اسی سے نیگوشی ایشن ہوا تھا۔ تو وہاں پر بات چل رہی تھی۔</w:t>
      </w:r>
    </w:p>
    <w:p>
      <w:r>
        <w:rPr>
          <w:b/>
        </w:rPr>
        <w:t xml:space="preserve">[36:38] </w:t>
      </w:r>
      <w:r>
        <w:t>to asar ka waqt aa gaya. hazrat umar ne kaha ke mein namaz parhna chahta hoon.</w:t>
      </w:r>
    </w:p>
    <w:p>
      <w:pPr>
        <w:jc w:val="right"/>
      </w:pPr>
      <w:r>
        <w:t>تو عصر کا وقت آ گیا۔ حضرت عمر نے کہا کہ میں نماز پڑھنا چاہتا ہوں۔</w:t>
      </w:r>
    </w:p>
    <w:p>
      <w:r>
        <w:rPr>
          <w:b/>
        </w:rPr>
        <w:t xml:space="preserve">[36:48] </w:t>
      </w:r>
      <w:r>
        <w:t>to jo woh tha, jo bada father tha, padri, us ne kaha yahin padh lijiyey, aap church ke andar padh lijiyey.</w:t>
      </w:r>
    </w:p>
    <w:p>
      <w:pPr>
        <w:jc w:val="right"/>
      </w:pPr>
      <w:r>
        <w:t>تو جو وہ تھا، جو بڑا فادر تھا، پادری، اس نے کہا یہیں پڑھ لیجئے، آپ چرچ کے اندر پڑھ لیجئے۔</w:t>
      </w:r>
    </w:p>
    <w:p>
      <w:r>
        <w:rPr>
          <w:b/>
        </w:rPr>
        <w:t xml:space="preserve">[37:02] </w:t>
      </w:r>
      <w:r>
        <w:t>to unhon ne kaha ke nahi, mein yahan nahi parhoon ga.</w:t>
      </w:r>
    </w:p>
    <w:p>
      <w:pPr>
        <w:jc w:val="right"/>
      </w:pPr>
      <w:r>
        <w:t>تو انہوں نے کہا کہ نہیں، میں یہاں نہیں پڑھوں گا۔</w:t>
      </w:r>
    </w:p>
    <w:p>
      <w:r>
        <w:rPr>
          <w:b/>
        </w:rPr>
        <w:t xml:space="preserve">[37:08] </w:t>
      </w:r>
      <w:r>
        <w:t>unhon ne jo kaha angrezon ko kehte hain stones throw, yani ek pathar aap lein, zor se phenkein, jitni door jayega, us ko kehte hain stones throw.</w:t>
      </w:r>
    </w:p>
    <w:p>
      <w:pPr>
        <w:jc w:val="right"/>
      </w:pPr>
      <w:r>
        <w:t>انہوں نے جو کہا انگریزوں کو کہتے ہیں اسٹونز تھرو، یعنی ایک پتھر آپ لیں، زور سے پھینکیں، جتنی دور جائے گا، اس کو کہتے ہیں اسٹونز تھرو۔</w:t>
      </w:r>
    </w:p>
    <w:p>
      <w:r>
        <w:rPr>
          <w:b/>
        </w:rPr>
        <w:t xml:space="preserve">[37:18] </w:t>
      </w:r>
      <w:r>
        <w:t>itni dori par ja kar mein namaz parhoon ga. kyun? unhon ne wajah batai. yani dekhiye, woh jo aadmi apne aap ko is se hatata hai, deviation yani distraction se hatata hai aur focus kar ke sochna ki salahiyat us ke andar aa jati hai, to uska mind itna develop ho jata hai, itna develop ke baton ko woh bohat door tak soch sakta hai,</w:t>
      </w:r>
    </w:p>
    <w:p>
      <w:pPr>
        <w:jc w:val="right"/>
      </w:pPr>
      <w:r>
        <w:t>اتنی دوری پر جا کر میں نماز پڑھوں گا۔ کیوں؟ انہوں نے وجہ بتائی۔ یعنی دیکھیے، وہ جو آدمی اپنے آپ کو اس سے ہٹاتا ہے، ڈیوی ایشن یعنی ڈسٹریکشن سے ہٹاتا ہے اور فوکس کر کے سوچنا کی صلاحیت اس کے اندر آ جاتی ہے، تو اس کا مائنڈ اتنا ڈیولپ ہو جاتا ہے، اتنا ڈیولپ کہ باتوں کو وہ بہت دور تک سوچ سکتا ہے،</w:t>
      </w:r>
    </w:p>
    <w:p>
      <w:r>
        <w:rPr>
          <w:b/>
        </w:rPr>
        <w:t xml:space="preserve">[37:46] </w:t>
      </w:r>
      <w:r>
        <w:t>bohat door tak. to unhon ne kaha ke agar mein yahan namaz parh loon church of resurrection ke andar to kya hoga?</w:t>
      </w:r>
    </w:p>
    <w:p>
      <w:pPr>
        <w:jc w:val="right"/>
      </w:pPr>
      <w:r>
        <w:t>بہت دور تک۔ تو انہوں نے کہا کہ اگر میں یہاں نماز پڑھ لوں چرچ آف ریزرکشن کے اندر تو کیا ہوگا؟</w:t>
      </w:r>
    </w:p>
    <w:p>
      <w:r>
        <w:rPr>
          <w:b/>
        </w:rPr>
        <w:t xml:space="preserve">[37:55] </w:t>
      </w:r>
      <w:r>
        <w:t>mere baad jo musalman aayenge, woh kahenge ke haan hum ne salallahu alaihi wasallam umar, yahan hamare khalifa ne namaz padhi hai, yani is church ke andar hamare khalifa ne namaz padhi hai, to hum yahan masjid banayenge.</w:t>
      </w:r>
    </w:p>
    <w:p>
      <w:pPr>
        <w:jc w:val="right"/>
      </w:pPr>
      <w:r>
        <w:t>میرے بعد جو مسلمان آئیں گے، وہ کہیں گے کہ ہاں ہم نے صلی اللہ علیہ وسلم عمر، یہاں ہمارے خلیفہ نے نماز پڑھی ہے، یعنی اس چرچ کے اندر ہمارے خلیفہ نے نماز پڑھی ہے، تو ہم یہاں مسجد بنائیں گے۔</w:t>
      </w:r>
    </w:p>
    <w:p>
      <w:r>
        <w:rPr>
          <w:b/>
        </w:rPr>
        <w:t xml:space="preserve">[38:13] </w:t>
      </w:r>
      <w:r>
        <w:t>ab bhai, zahir hai ek jhagda hoga, church ke andar masjid, jhagda hoga.</w:t>
      </w:r>
    </w:p>
    <w:p>
      <w:pPr>
        <w:jc w:val="right"/>
      </w:pPr>
      <w:r>
        <w:t>اب بھئی، ظاہر ہے ایک جھگڑا ہوگا، چرچ کے اندر مسجد، جھگڑا ہوگا۔</w:t>
      </w:r>
    </w:p>
    <w:p>
      <w:r>
        <w:rPr>
          <w:b/>
        </w:rPr>
        <w:t xml:space="preserve">[38:21] </w:t>
      </w:r>
      <w:r>
        <w:t>to is liye mein door namaz parhoon ga aur mein teen bar gaya hoon falasteen, mein ne dekha hai ke waqatan yahi hua. baad ko</w:t>
      </w:r>
    </w:p>
    <w:p>
      <w:pPr>
        <w:jc w:val="right"/>
      </w:pPr>
      <w:r>
        <w:t>تو اس لیے میں دور نماز پڑھوں گا اور میں تین بار گیا ہوں فلسطین، میں نے دیکھا ہے کہ واقعتا یہی ہوا۔ بعد کو</w:t>
      </w:r>
    </w:p>
    <w:p>
      <w:r>
        <w:rPr>
          <w:b/>
        </w:rPr>
        <w:t xml:space="preserve">[38:33] </w:t>
      </w:r>
      <w:r>
        <w:t>jo hai ghaleban bani umaya ke zamane mein theek yahi waqia hua ke wahan par musalman gaye to jab unhein pata chala ke yahan namaz padhi thi hazrat umar ne, to jahan namaz padhi thi wahin masjid banai unhon ne.</w:t>
      </w:r>
    </w:p>
    <w:p>
      <w:pPr>
        <w:jc w:val="right"/>
      </w:pPr>
      <w:r>
        <w:t>جو ہے غالباً بنو امیہ کے زمانے میں ٹھیک یہی واقعہ ہوا کہ وہاں پر مسلمان گئے تو جب انہیں پتہ چلا کہ یہاں نماز پڑھی تھی حضرت عمر نے، تو جہاں نماز پڑھی تھی وہیں مسجد بنائی انہوں نے۔</w:t>
      </w:r>
    </w:p>
    <w:p>
      <w:r>
        <w:rPr>
          <w:b/>
        </w:rPr>
        <w:t xml:space="preserve">[38:51] </w:t>
      </w:r>
      <w:r>
        <w:t>is ka naam hai masjid umar, mein ne wahan namaz padhi hai is masjid umar mein. woh hai is se bahar, church se bahar.</w:t>
      </w:r>
    </w:p>
    <w:p>
      <w:pPr>
        <w:jc w:val="right"/>
      </w:pPr>
      <w:r>
        <w:t>اس کا نام ہے مسجد عمر، میں نے وہاں نماز پڑھی ہے اس مسجد عمر میں۔ وہ ہے اس سے باہر، چرچ سے باہر۔</w:t>
      </w:r>
    </w:p>
    <w:p>
      <w:r>
        <w:rPr>
          <w:b/>
        </w:rPr>
        <w:t xml:space="preserve">[39:03] </w:t>
      </w:r>
      <w:r>
        <w:t>to church ke andar agar banti, woh church ke andar agar woh namaz padhte, wohin par masjid banate musalman, to aap sochiye kitna jhagda hota.</w:t>
      </w:r>
    </w:p>
    <w:p>
      <w:pPr>
        <w:jc w:val="right"/>
      </w:pPr>
      <w:r>
        <w:t>تو چرچ کے اندر اگر بنتی، وہ چرچ کے اندر اگر وہ نماز پڑھتے، وہیں پر مسجد بناتے مسلمان، تو آپ سوچیے کتنا جھگڑا ہوتا۔</w:t>
      </w:r>
    </w:p>
    <w:p>
      <w:r>
        <w:rPr>
          <w:b/>
        </w:rPr>
        <w:t xml:space="preserve">[39:16] </w:t>
      </w:r>
      <w:r>
        <w:t>yani musalmanon mein christian mein kitni ladai hoti.</w:t>
      </w:r>
    </w:p>
    <w:p>
      <w:pPr>
        <w:jc w:val="right"/>
      </w:pPr>
      <w:r>
        <w:t>یعنی مسلمانوں میں کرسچن میں کتنی لڑائی ہوتی۔</w:t>
      </w:r>
    </w:p>
    <w:p>
      <w:r>
        <w:rPr>
          <w:b/>
        </w:rPr>
        <w:t xml:space="preserve">[39:23] </w:t>
      </w:r>
      <w:r>
        <w:t>to woh bahar door ja kar, bada door ja kar namaz masjid bani to koi jhagda nahi, kuch bhi nahi.</w:t>
      </w:r>
    </w:p>
    <w:p>
      <w:pPr>
        <w:jc w:val="right"/>
      </w:pPr>
      <w:r>
        <w:t>تو وہ باہر دور جا کر، بڑا دور جا کر نماز مسجد بنی تو کوئی جھگڑا نہیں، کچھ بھی نہیں۔</w:t>
      </w:r>
    </w:p>
    <w:p>
      <w:r>
        <w:rPr>
          <w:b/>
        </w:rPr>
        <w:t xml:space="preserve">[39:33] </w:t>
      </w:r>
      <w:r>
        <w:t>aaj bhi woh masjid maujood hai, choti masjid, koi badi masjid nahi hai, lekin woh masjid hai, is mein namaz hoti hai. maine khud is mein namaz padhi hai.</w:t>
      </w:r>
    </w:p>
    <w:p>
      <w:pPr>
        <w:jc w:val="right"/>
      </w:pPr>
      <w:r>
        <w:t>آج بھی وہ مسجد موجود ہے، چھوٹی مسجد، کوئی بڑی مسجد نہیں ہے، لیکن وہ مسجد ہے، اس میں نماز ہوتی ہے۔ میں نے خود اس میں نماز پڑھی ہے۔</w:t>
      </w:r>
    </w:p>
    <w:p>
      <w:r>
        <w:rPr>
          <w:b/>
        </w:rPr>
        <w:t xml:space="preserve">[39:44] </w:t>
      </w:r>
      <w:r>
        <w:t>ab dekhiye, ab bawari masjid ko liye. bawari masjid ka qissa kya hai? bawari mein qissa yeh nahi hai ke hinduo ne zulm kiya, nahi nahi, musalmano ne bewakoofi ki.</w:t>
      </w:r>
    </w:p>
    <w:p>
      <w:pPr>
        <w:jc w:val="right"/>
      </w:pPr>
      <w:r>
        <w:t>اب دیکھیے، اب باوری مسجد کو لیے۔ باوری مسجد کا قصہ کیا ہے؟ باوری میں قصہ یہ نہیں ہے کہ ہندوؤں نے ظلم کیا، نہیں نہیں، مسلمانوں نے بیوقوفی کی۔</w:t>
      </w:r>
    </w:p>
    <w:p>
      <w:r>
        <w:rPr>
          <w:b/>
        </w:rPr>
        <w:t xml:space="preserve">[39:59] </w:t>
      </w:r>
      <w:r>
        <w:t>yeh hai qissa is ka. bawari masjid jo hai, woh musalmano ki bewakoofi ka namuna hai, hinduo ke zulm ka namuna nahi hai.</w:t>
      </w:r>
    </w:p>
    <w:p>
      <w:pPr>
        <w:jc w:val="right"/>
      </w:pPr>
      <w:r>
        <w:t>یہ ہے قصہ اس کا۔ باوری مسجد جو ہے، وہ مسلمانوں کی بیوقوفی کا نمونہ ہے، ہندوؤں کے ظلم کا نمونہ نہیں ہے۔</w:t>
      </w:r>
    </w:p>
    <w:p>
      <w:r>
        <w:rPr>
          <w:b/>
        </w:rPr>
        <w:t xml:space="preserve">[40:13] </w:t>
      </w:r>
      <w:r>
        <w:t>maine khud namaz padhi hai wahan par azadi se pehle, main khud wahan gaya hoon, wahan dekha hai. to main wahan sunta tha is zamane mein, nawajwani ke zamane mein ke achhiya mein ek masjid hai,</w:t>
      </w:r>
    </w:p>
    <w:p>
      <w:pPr>
        <w:jc w:val="right"/>
      </w:pPr>
      <w:r>
        <w:t>میں نے خود نماز پڑھی ہے وہاں پر آزادی سے پہلے، میں خود وہاں گیا ہوں، وہاں دیکھا ہے۔ تو میں وہاں سنتا تھا اس زمانے میں، نوجوانی کے زمانے میں کہ اچھیہ میں ایک مسجد ہے،</w:t>
      </w:r>
    </w:p>
    <w:p>
      <w:r>
        <w:rPr>
          <w:b/>
        </w:rPr>
        <w:t xml:space="preserve">[40:28] </w:t>
      </w:r>
      <w:r>
        <w:t>is ke sath mandir bhi hai. achhiya mein ek masjid hai, is ke sath mandir bhi hai. yeh sunta tha is zamane mein. to ek martaba main gaya wahan par faiz abad, to achhiya gaya yahi dekhne ke liye ke kya mamla hai.</w:t>
      </w:r>
    </w:p>
    <w:p>
      <w:pPr>
        <w:jc w:val="right"/>
      </w:pPr>
      <w:r>
        <w:t>اس کے ساتھ مندر بھی ہے۔ اچھیہ میں ایک مسجد ہے، اس کے ساتھ مندر بھی ہے۔ یہ سنتا تھا اس زمانے میں۔ تو ایک مرتبہ میں گیا وہاں پر فیض آباد، تو اچھیہ گیا یہی دیکھنے کے لیے کہ کیا معاملہ ہے۔</w:t>
      </w:r>
    </w:p>
    <w:p>
      <w:r>
        <w:rPr>
          <w:b/>
        </w:rPr>
        <w:t xml:space="preserve">[40:45] </w:t>
      </w:r>
      <w:r>
        <w:t>to dekha, wahan par wahan namaz padhi maine. to qissa yeh tha ke char sau saal pehle wahan par mir baki, ek ek babar ke zamane mein ek general the, wahan par mir baki.</w:t>
      </w:r>
    </w:p>
    <w:p>
      <w:pPr>
        <w:jc w:val="right"/>
      </w:pPr>
      <w:r>
        <w:t>تو دیکھا، وہاں پر وہاں نماز پڑھی میں نے۔ تو قصہ یہ تھا کہ چار سو سال پہلے وہاں پر میر باقی، ایک ایک بابر کے زمانے میں ایک جنرل تھے، وہاں پر میر باقی۔</w:t>
      </w:r>
    </w:p>
    <w:p>
      <w:r>
        <w:rPr>
          <w:b/>
        </w:rPr>
        <w:t xml:space="preserve">[41:05] </w:t>
      </w:r>
      <w:r>
        <w:t>to woh ek buzurg raha karte the wahan par, woh buzurg ka murid tha, woh mir baki. to mir baki, woh buzurg jo the, woh parhe likhe nahi the, alam nahi the, woh seedhe sadhe the.</w:t>
      </w:r>
    </w:p>
    <w:p>
      <w:pPr>
        <w:jc w:val="right"/>
      </w:pPr>
      <w:r>
        <w:t>تو وہ ایک بزرگ رہا کرتے تھے وہاں پر، وہ بزرگ کا مرید تھا، وہ میر باقی۔ تو میر باقی، وہ بزرگ جو تھے، وہ پڑھے لکھے نہیں تھے، عالم نہیں تھے، وہ سیدھے سادھے تھے۔</w:t>
      </w:r>
    </w:p>
    <w:p>
      <w:r>
        <w:rPr>
          <w:b/>
        </w:rPr>
        <w:t xml:space="preserve">[41:20] </w:t>
      </w:r>
      <w:r>
        <w:t>woh to unho ne kaha ke dekho, yahan par hindu, woh hindu aate the, us waqt woh tha pehle se. woh woh mandir nahi tha, woh ek ram chabutra kehte the, ram chabutra, lekin woh muqaddas thi, hinduo ki muqaddas jagah.</w:t>
      </w:r>
    </w:p>
    <w:p>
      <w:pPr>
        <w:jc w:val="right"/>
      </w:pPr>
      <w:r>
        <w:t>وہ تو انہوں نے کہا کہ دیکھو، یہاں پر ہندو، وہ ہندو آتے تھے، اس وقت وہ تھا پہلے سے۔ وہ وہ مندر نہیں تھا، وہ ایک رام چبوترا کہتے تھے، رام چبوترا، لیکن وہ مقدس تھی، ہندوؤں کی مقدس جگہ۔</w:t>
      </w:r>
    </w:p>
    <w:p>
      <w:r>
        <w:rPr>
          <w:b/>
        </w:rPr>
        <w:t xml:space="preserve">[41:36] </w:t>
      </w:r>
      <w:r>
        <w:t>to us ne kaha ke dekho, yahan par hindu aate hain, badi achhi baat hai, to tum ek masjid bana do. to hindu masjid, hindu musalman, dono hindu apni ibadat karenge, musalman apni ibadat karenge.</w:t>
      </w:r>
    </w:p>
    <w:p>
      <w:pPr>
        <w:jc w:val="right"/>
      </w:pPr>
      <w:r>
        <w:t>تو اس نے کہا کہ دیکھو، یہاں پر ہندو آتے ہیں، بڑی اچھی بات ہے، تو تم ایک مسجد بنا دو۔ تو ہندو مسجد، ہندو مسلمان، دونوں ہندو اپنی عبادت کریں گے، مسلمان اپنی عبادت کریں گے۔</w:t>
      </w:r>
    </w:p>
    <w:p>
      <w:r>
        <w:rPr>
          <w:b/>
        </w:rPr>
        <w:t xml:space="preserve">[41:49] </w:t>
      </w:r>
      <w:r>
        <w:t>to us ram chabootre se bilkul deewar se deewar mila kar ke unho ne masjid bana di.</w:t>
      </w:r>
    </w:p>
    <w:p>
      <w:pPr>
        <w:jc w:val="right"/>
      </w:pPr>
      <w:r>
        <w:t>تو اس رام چبوترے سے بالکل دیوار سے دیوار ملا کر کے انہوں نے مسجد بنا دی۔</w:t>
      </w:r>
    </w:p>
    <w:p>
      <w:r>
        <w:rPr>
          <w:b/>
        </w:rPr>
        <w:t xml:space="preserve">[42:00] </w:t>
      </w:r>
      <w:r>
        <w:t>to dekhiye, is zamane mein to musalmano ki hukumat thi aur aap is zamane mein aaj kal ke tareeqe se fantasism bhi nahi tha.</w:t>
      </w:r>
    </w:p>
    <w:p>
      <w:pPr>
        <w:jc w:val="right"/>
      </w:pPr>
      <w:r>
        <w:t>تو دیکھیے، اس زمانے میں تو مسلمانوں کی حکومت تھی اور آپ اس زمانے میں آج کل کے طریقے سے فینٹاسزم بھی نہیں تھا۔</w:t>
      </w:r>
    </w:p>
    <w:p>
      <w:r>
        <w:rPr>
          <w:b/>
        </w:rPr>
        <w:t xml:space="preserve">[42:10] </w:t>
      </w:r>
      <w:r>
        <w:t>chanaanche masjid ban, bawari masjid banne ke baad wahan par tulsi das gaye hain, wahan thehre hain woh aur unho ne likha hai apne is mein ke mang ke khebo, masjid mein soibo.</w:t>
      </w:r>
    </w:p>
    <w:p>
      <w:pPr>
        <w:jc w:val="right"/>
      </w:pPr>
      <w:r>
        <w:t>چنانچہ مسجد بن، باوری مسجد بننے کے بعد وہاں پر تلسی داد گئے ہیں، وہاں ٹھہرے ہیں وہ اور انہوں نے لکھا ہے اپنے اس میں کہ مانگ کے کھیبو، مسجد میں سوئیبو۔</w:t>
      </w:r>
    </w:p>
    <w:p>
      <w:r>
        <w:rPr>
          <w:b/>
        </w:rPr>
        <w:t xml:space="preserve">[42:28] </w:t>
      </w:r>
      <w:r>
        <w:t>yeh achhiya mein jab the woh to mang kar khate the aur bawari masjid mein jate the. ek ek hi masjid thi us waqt sirf aur koi doosri masjid nahi thi.</w:t>
      </w:r>
    </w:p>
    <w:p>
      <w:pPr>
        <w:jc w:val="right"/>
      </w:pPr>
      <w:r>
        <w:t>یہ اچھیہ میں جب تھے وہ تو مانگ کر کھاتے تھے اور باوری مسجد میں جاتے تھے۔ ایک ایک ہی مسجد تھی اس وقت صرف اور کوئی دوسری مسجد نہیں تھی۔</w:t>
      </w:r>
    </w:p>
    <w:p>
      <w:r>
        <w:rPr>
          <w:b/>
        </w:rPr>
        <w:t xml:space="preserve">[42:39] </w:t>
      </w:r>
      <w:r>
        <w:t>to mang ke khebo, masjid, masjid matlab masjid, mang ke khebo, masjid mein soibo. lekin zamana to badalta hai, phir muslim rule khatam hua, phir british rule khatam hua, phir national rule aaya india mein aur phir nationalism aaya aur aur sari baatein aayin.</w:t>
      </w:r>
    </w:p>
    <w:p>
      <w:pPr>
        <w:jc w:val="right"/>
      </w:pPr>
      <w:r>
        <w:t>تو مانگ کے کھیبو، مسجد، مسجد مطلب مسجد، مانگ کے کھیبو، مسجد میں سوئیبو۔ لیکن زمانہ تو بدلتا ہے، پھر مسلم رول ختم ہوا، پھر برٹش رول ختم ہوا، پھر نیشنل رول آیا انڈیا میں اور پھر نیشنلزم آیا اور اور ساری باتیں آئیں۔</w:t>
      </w:r>
    </w:p>
    <w:p>
      <w:r>
        <w:rPr>
          <w:b/>
        </w:rPr>
        <w:t xml:space="preserve">[43:01] </w:t>
      </w:r>
      <w:r>
        <w:t>tab uth raha woh ke sahib yeh galat hai, hum is ko todenge is ko. to agar in logo ne yeh kiya hota ke hazrat umar ke tareeqe ko pakda hota ke nahi bhai, masjid se mandir door door banana padega kyunke abad khana jhagde ki jar hota hai.</w:t>
      </w:r>
    </w:p>
    <w:p>
      <w:pPr>
        <w:jc w:val="right"/>
      </w:pPr>
      <w:r>
        <w:t>تب اٹھ رہا وہ کہ صاحب یہ غلط ہے، ہم اس کو توڑیں گے اس کو۔ تو اگر ان لوگوں نے یہ کیا ہوتا کہ حضرت عمر کے طریقے کو پکڑا ہوتا کہ نہیں بھئی، مسجد سے مندر دور دور بنانا پڑے گا کیونکہ آباد خانہ جھگڑے کی جڑ ہوتا ہے۔</w:t>
      </w:r>
    </w:p>
    <w:p>
      <w:r>
        <w:rPr>
          <w:b/>
        </w:rPr>
        <w:t xml:space="preserve">[43:24] </w:t>
      </w:r>
      <w:r>
        <w:t>abad khana jhagde ki jar hota hai to mandir se door hum masjid banayenge to kuch bhi na hota, kuch bhi na hota, kuch bhi na hota.</w:t>
      </w:r>
    </w:p>
    <w:p>
      <w:pPr>
        <w:jc w:val="right"/>
      </w:pPr>
      <w:r>
        <w:t>آباد خانہ جھگڑے کی جڑ ہوتا ہے تو مندر سے دور ہم مسجد بنائیں گے تو کچھ بھی نہ ہوتا، کچھ بھی نہ ہوتا، کچھ بھی نہ ہوتا۔</w:t>
      </w:r>
    </w:p>
    <w:p>
      <w:r>
        <w:rPr>
          <w:b/>
        </w:rPr>
        <w:t xml:space="preserve">[43:33] </w:t>
      </w:r>
      <w:r>
        <w:t>khoob mel milap rehta, khoob daawti kaam hota, khoob islam ko phailane ka mauqa rehta. ab kya hai, lad rahe hain, jhagad rahe hain, aaj tak nafratein maujood hain.</w:t>
      </w:r>
    </w:p>
    <w:p>
      <w:pPr>
        <w:jc w:val="right"/>
      </w:pPr>
      <w:r>
        <w:t>خوب میل ملاپ رہتا، خوب دعوتی کام ہوتا، خوب اسلام کو پھیلانے کا موقع رہتا۔ اب کیا ہے، لڑ رہے ہیں، جھگڑ رہے ہیں، آج تک نفرتیں موجود ہیں۔</w:t>
      </w:r>
    </w:p>
    <w:p>
      <w:r>
        <w:rPr>
          <w:b/>
        </w:rPr>
        <w:t xml:space="preserve">[43:46] </w:t>
      </w:r>
      <w:r>
        <w:t>kyun? hazrat umar is is tarah ke mind, hazrat umar ka matlab kya hai, waisa mind banana. hazrat umar koi yani miserious shakhsiyat nahi thi, yeh samjhein koi miserious cheez the.</w:t>
      </w:r>
    </w:p>
    <w:p>
      <w:pPr>
        <w:jc w:val="right"/>
      </w:pPr>
      <w:r>
        <w:t>کیوں؟ حضرت عمر اس اس طرح کے مائنڈ، حضرت عمر کا مطلب کیا ہے، ویسا مائنڈ بنانا۔ حضرت عمر کوئی یعنی مسریس شخصیت نہیں تھی، یہ سمجھیں کوئی مسریس چیز تھے۔</w:t>
      </w:r>
    </w:p>
    <w:p>
      <w:r>
        <w:rPr>
          <w:b/>
        </w:rPr>
        <w:t xml:space="preserve">[44:00] </w:t>
      </w:r>
      <w:r>
        <w:t>woh</w:t>
      </w:r>
    </w:p>
    <w:p>
      <w:pPr>
        <w:jc w:val="right"/>
      </w:pPr>
      <w:r>
        <w:t>وہ</w:t>
      </w:r>
    </w:p>
    <w:p>
      <w:r>
        <w:rPr>
          <w:b/>
        </w:rPr>
        <w:t xml:space="preserve">[44:03] </w:t>
      </w:r>
      <w:r>
        <w:t>apne mind ko banaya, unho ne apna intellectual intellectual development kiya, apna apne andar thinking power paida kiya.</w:t>
      </w:r>
    </w:p>
    <w:p>
      <w:pPr>
        <w:jc w:val="right"/>
      </w:pPr>
      <w:r>
        <w:t>اپنے مائنڈ کو بنایا، انہوں نے اپنا انٹلیکچول انٹلیکچول ڈیولپمنٹ کیا، اپنا اپنے اندر تھنکنگ پاور پیدا کیا۔</w:t>
      </w:r>
    </w:p>
    <w:p>
      <w:r>
        <w:rPr>
          <w:b/>
        </w:rPr>
        <w:t xml:space="preserve">[44:13] </w:t>
      </w:r>
      <w:r>
        <w:t>thinking power, aaj bhi aap thinking power paida kar sakte hain. aisa nahi ke allah taala ne aap ko dimagh nahi diya hai, aap ko wahi dimagh diya hai jo hazrat umar ko dimagh diya tha.</w:t>
      </w:r>
    </w:p>
    <w:p>
      <w:pPr>
        <w:jc w:val="right"/>
      </w:pPr>
      <w:r>
        <w:t>تھنکنگ پاور، آج بھی آپ تھنکنگ پاور پیدا کر سکتے ہیں۔ ایسا نہیں کہ اللہ تعالی نے آپ کو دماغ نہیں دیا ہے، آپ کو وہی دماغ دیا ہے جو حضرت عمر کو دماغ دیا تھا۔</w:t>
      </w:r>
    </w:p>
    <w:p>
      <w:r>
        <w:rPr>
          <w:b/>
        </w:rPr>
        <w:t xml:space="preserve">[44:25] </w:t>
      </w:r>
      <w:r>
        <w:t>allah taala ne, allah taala ke in justice nahi hota hai, allah taala ke in justice nahi hai. lekin cheez kya hai ke is potential ko actual banane ke liye to aap ko karna hai.</w:t>
      </w:r>
    </w:p>
    <w:p>
      <w:pPr>
        <w:jc w:val="right"/>
      </w:pPr>
      <w:r>
        <w:t>اللہ تعالی نے، اللہ تعالی کے ان جسٹس نہیں ہوتا ہے، اللہ تعالی کے ان جسٹس نہیں ہے۔ لیکن چیز کیا ہے کہ اس پوٹینشل کو ایکچول بنانے کے لیے تو آپ کو کرنا ہے۔</w:t>
      </w:r>
    </w:p>
    <w:p>
      <w:r>
        <w:rPr>
          <w:b/>
        </w:rPr>
        <w:t xml:space="preserve">[44:43] </w:t>
      </w:r>
      <w:r>
        <w:t>hazrat umar ne is apne potential ko actual banaya to woh super thinker ban gaye. aap ab kar hi rahe hain apne potential ko actual bana hi rahe hain, aap to aap kuch bhi nahi ban paate, isi mein jeete hain.</w:t>
      </w:r>
    </w:p>
    <w:p>
      <w:pPr>
        <w:jc w:val="right"/>
      </w:pPr>
      <w:r>
        <w:t>حضرت عمر نے اس اپنے پوٹینشل کو ایکچول بنایا تو وہ سپر تھنکر بن گئے۔ آپ اب کر ہی رہے ہیں اپنے پوٹینشل کو ایکچول بنا ہی رہے ہیں، آپ تو آپ کچھ بھی نہیں بن پاتے، اسی میں جیتے ہیں۔</w:t>
      </w:r>
    </w:p>
    <w:p>
      <w:r>
        <w:rPr>
          <w:b/>
        </w:rPr>
        <w:t xml:space="preserve">[44:58] </w:t>
      </w:r>
      <w:r>
        <w:t>aap har waqt distraction mein jeete hain.</w:t>
      </w:r>
    </w:p>
    <w:p>
      <w:pPr>
        <w:jc w:val="right"/>
      </w:pPr>
      <w:r>
        <w:t>آپ ہر وقت ڈسٹریشن میں جیتے ہیں۔</w:t>
      </w:r>
    </w:p>
    <w:p>
      <w:r>
        <w:rPr>
          <w:b/>
        </w:rPr>
        <w:t xml:space="preserve">[45:05] </w:t>
      </w:r>
      <w:r>
        <w:t>to woh jo ayat maine padhi aap ke samne ke rukoon ya ya tilt ya to incline, yeh to yeh jo hai, is mein jeena kya hota hai?</w:t>
      </w:r>
    </w:p>
    <w:p>
      <w:pPr>
        <w:jc w:val="right"/>
      </w:pPr>
      <w:r>
        <w:t>تو وہ جو آیت میں نے پڑھی آپ کے سامنے کہ رکون یا یا ٹلٹ یا ٹو انکلائن، یہ تو یہ جو ہے، اس میں جینا کیا ہوتا ہے؟</w:t>
      </w:r>
    </w:p>
    <w:p>
      <w:r>
        <w:rPr>
          <w:b/>
        </w:rPr>
        <w:t xml:space="preserve">[45:18] </w:t>
      </w:r>
      <w:r>
        <w:t>jeene ka matlab aakhirat ke aitbaar se to keh diya gaya hai ke is mein ke tum aag ka khatra tumhare liye paida ho jayega. is duniya mein tum bewakoof ban jaoge, unwise aadmi ban jaoge.</w:t>
      </w:r>
    </w:p>
    <w:p>
      <w:pPr>
        <w:jc w:val="right"/>
      </w:pPr>
      <w:r>
        <w:t>جینے کا مطلب آخرت کے اعتبار سے تو کہہ دیا گیا ہے کہ اس میں کہ تم آگ کا خطرہ تمہارے لیے پیدا ہو جائے گا۔ اس دنیا میں تم بیوقوف بن جاؤ گے، انوائز آدمی بن جاؤ گے۔</w:t>
      </w:r>
    </w:p>
    <w:p>
      <w:r>
        <w:rPr>
          <w:b/>
        </w:rPr>
        <w:t xml:space="preserve">[45:31] </w:t>
      </w:r>
      <w:r>
        <w:t>cheezon mein right decision lene ki salahiyat nahi rahegi tumhare andar. yeh matlab hai duniya ke aitbaar se jo aadmi yeh karega ke uska focus banta hua ho, uska haal yahi ho jayega.</w:t>
      </w:r>
    </w:p>
    <w:p>
      <w:pPr>
        <w:jc w:val="right"/>
      </w:pPr>
      <w:r>
        <w:t>چیزوں میں رائٹ ڈیسیژن لینے کی صلاحیت نہیں رہے گی تمہارے اندر۔ یہ مطلب ہے دنیا کے اعتبار سے جو آدمی یہ کرے گا کہ اس کا فوکس بٹا ہوا ہو، اس کا حال یہی ہو جائے گا۔</w:t>
      </w:r>
    </w:p>
    <w:p>
      <w:r>
        <w:rPr>
          <w:b/>
        </w:rPr>
        <w:t xml:space="preserve">[45:46] </w:t>
      </w:r>
      <w:r>
        <w:t>agar aap ne kabhi torch, aaj kal torch riwaj nahi hai. mere mere pehle torch ka riwaj har ghar mein torch hua karti thi.</w:t>
      </w:r>
    </w:p>
    <w:p>
      <w:pPr>
        <w:jc w:val="right"/>
      </w:pPr>
      <w:r>
        <w:t>اگر آپ نے کبھی ٹارچ، آج کل ٹارچ رواج نہیں ہے۔ میرے میرے پہلے ٹارچ کا رواج ہر گھر میں ٹارچ ہوا کرتی تھی۔</w:t>
      </w:r>
    </w:p>
    <w:p>
      <w:r>
        <w:rPr>
          <w:b/>
        </w:rPr>
        <w:t xml:space="preserve">[45:55] </w:t>
      </w:r>
      <w:r>
        <w:t>pehley hamare ghar mein torch hoti thi jab bijli nahi hoti thi to to torch mein focus hota hai.</w:t>
      </w:r>
    </w:p>
    <w:p>
      <w:pPr>
        <w:jc w:val="right"/>
      </w:pPr>
      <w:r>
        <w:t>پہلے ہمارے گھر میں ٹارچ ہوتی تھی جب بجلی نہیں ہوتی تھی تو تو ٹارچ میں فوکس ہوتا ہے۔</w:t>
      </w:r>
    </w:p>
    <w:p>
      <w:r>
        <w:rPr>
          <w:b/>
        </w:rPr>
        <w:t xml:space="preserve">[46:04] </w:t>
      </w:r>
      <w:r>
        <w:t>isko aise ghumate hain to focus badhta hai, ghattata hai. focus ghattata hai, badhta hai.</w:t>
      </w:r>
    </w:p>
    <w:p>
      <w:pPr>
        <w:jc w:val="right"/>
      </w:pPr>
      <w:r>
        <w:t>اس کو ایسے گھماتے ہیں تو فوکس بڑھتا ہے، گھٹتا ہے۔ فوکس گھٹتا ہے، بڑھتا ہے۔</w:t>
      </w:r>
    </w:p>
    <w:p>
      <w:r>
        <w:rPr>
          <w:b/>
        </w:rPr>
        <w:t xml:space="preserve">[46:14] </w:t>
      </w:r>
      <w:r>
        <w:t>to is se bohat acha aap samajh sakte hain ke focused thinking kya cheez hai. torch bohat achi tarah batati hai aap ko focused thinking, kyunke agar aap is ke focus ko phaila dein to bohat cheezein dikhai dengi, lekin haqeeqat mein kuch bhi nahi dikhai dega.</w:t>
      </w:r>
    </w:p>
    <w:p>
      <w:pPr>
        <w:jc w:val="right"/>
      </w:pPr>
      <w:r>
        <w:t>تو اس سے بہت اچھا آپ سمجھ سکتے ہیں کہ فوکسڈ تھنکنگ کیا چیز ہے۔ ٹارچ بہت اچھی طرح بتاتی ہے آپ کو فوکسڈ تھنکنگ، کیونکہ اگر آپ اس کے فوکس کو پھیلا دیں تو بہت چیزیں دکھائی دیں گی، لیکن حقیقت میں کچھ بھی نہیں دکھائی دے گا۔</w:t>
      </w:r>
    </w:p>
    <w:p>
      <w:r>
        <w:rPr>
          <w:b/>
        </w:rPr>
        <w:t xml:space="preserve">[46:36] </w:t>
      </w:r>
      <w:r>
        <w:t>yeh focus aap badha dein torch mein to bohat si cheezein dikhai dengi, lekin poori tarah ek bhi cheez nahi dikhai degi. jab aap focus ghatate hain, ghatate hain to koi ek cheez pe late hain is ko to khoob achi tarah dikhai deta hai.</w:t>
      </w:r>
    </w:p>
    <w:p>
      <w:pPr>
        <w:jc w:val="right"/>
      </w:pPr>
      <w:r>
        <w:t>یہ فوکس آپ بڑھا دیں ٹارچ میں تو بہت سی چیزیں دکھائی دیں گی، لیکن پوری طرح ایک بھی چیز نہیں دکھائی دے گی۔ جب آپ فوکس گھٹاتے ہیں، گھٹاتے ہیں تو کوئی ایک چیز پہ لاتے ہیں اس کو تو خوب اچھی طرح دکھائی دیتا ہے۔</w:t>
      </w:r>
    </w:p>
    <w:p>
      <w:r>
        <w:rPr>
          <w:b/>
        </w:rPr>
        <w:t xml:space="preserve">[46:50] </w:t>
      </w:r>
      <w:r>
        <w:t>woh</w:t>
      </w:r>
    </w:p>
    <w:p>
      <w:pPr>
        <w:jc w:val="right"/>
      </w:pPr>
      <w:r>
        <w:t>وہ</w:t>
      </w:r>
    </w:p>
    <w:p>
      <w:r>
        <w:rPr>
          <w:b/>
        </w:rPr>
        <w:t xml:space="preserve">[46:53] </w:t>
      </w:r>
      <w:r>
        <w:t>to yahi hai focused thinking.</w:t>
      </w:r>
    </w:p>
    <w:p>
      <w:pPr>
        <w:jc w:val="right"/>
      </w:pPr>
      <w:r>
        <w:t>تو یہی ہے فوکسڈ تھنکنگ۔</w:t>
      </w:r>
    </w:p>
    <w:p>
      <w:r>
        <w:rPr>
          <w:b/>
        </w:rPr>
        <w:t xml:space="preserve">[46:58] </w:t>
      </w:r>
      <w:r>
        <w:t>yeh logon ka haal kya hai? ab mujhe ek adh aur waqeye yaad aate hain ke log jo hain, saare crowd based thinking logon ke andar hain.</w:t>
      </w:r>
    </w:p>
    <w:p>
      <w:pPr>
        <w:jc w:val="right"/>
      </w:pPr>
      <w:r>
        <w:t>یہ لوگوں کا حال کیا ہے؟ اب مجھے ایک ادھ اور واقعے یاد آتے ہیں کہ لوگ جو ہیں، سارے کراؤڈ بیسڈ تھنکنگ لوگوں کے اندر ہیں۔</w:t>
      </w:r>
    </w:p>
    <w:p>
      <w:r>
        <w:rPr>
          <w:b/>
        </w:rPr>
        <w:t xml:space="preserve">[47:08] </w:t>
      </w:r>
      <w:r>
        <w:t>apne focus ko badhaye hue hain. yeh koi bhi dekhiye, ek crowd based thinking logon ke andar hai. to individual un ke un ki nigah mein nahi aata, halanke koi bhi movement jo hai,</w:t>
      </w:r>
    </w:p>
    <w:p>
      <w:pPr>
        <w:jc w:val="right"/>
      </w:pPr>
      <w:r>
        <w:t>اپنے فوکس کو بڑھائے ہوئے ہیں۔ یہ کوئی بھی دیکھیے، ایک کراؤڈ بیسڈ تھنکنگ لوگوں کے اندر ہے۔ تو انڈیویجول ان کے ان کی نگاہ میں نہیں آتا، حالانکہ کوئی بھی موومنٹ جو ہے،</w:t>
      </w:r>
    </w:p>
    <w:p>
      <w:r>
        <w:rPr>
          <w:b/>
        </w:rPr>
        <w:t xml:space="preserve">[47:24] </w:t>
      </w:r>
      <w:r>
        <w:t>individual shuru hoti hai, lekin har aadmi apni apni apni movement ko shuru karta hai crowd se. aap ghor kijiye ke hazaron hazar tehrikein chali, movements chali.</w:t>
      </w:r>
    </w:p>
    <w:p>
      <w:pPr>
        <w:jc w:val="right"/>
      </w:pPr>
      <w:r>
        <w:t>انڈیویجول شروع ہوتی ہے، لیکن ہر آدمی اپنی اپنی اپنی موومنٹ کو شروع کرتا ہے کراؤڈ سے۔ آپ غور کیجئے کہ ہزاروں ہزار تحریکیں چلیں، موومنٹس چلیں۔</w:t>
      </w:r>
    </w:p>
    <w:p>
      <w:r>
        <w:rPr>
          <w:b/>
        </w:rPr>
        <w:t xml:space="preserve">[47:42] </w:t>
      </w:r>
      <w:r>
        <w:t>meri poori zindagi jo hai, movements ko dekhti hui guzri hai. har jagah tehrikein hain, har jagah movements, lekin result in terms, in terms of result kuch bhi nahi.</w:t>
      </w:r>
    </w:p>
    <w:p>
      <w:pPr>
        <w:jc w:val="right"/>
      </w:pPr>
      <w:r>
        <w:t>میری پوری زندگی جو ہے، موومنٹس کو دیکھتی ہوئی گزری ہے۔ ہر جگہ تحریکیں ہیں، ہر جگہ موومنٹس، لیکن رزلٹ ان ٹرمز، ان ٹرمز آف رزلٹ کچھ بھی نہیں۔</w:t>
      </w:r>
    </w:p>
    <w:p>
      <w:r>
        <w:rPr>
          <w:b/>
        </w:rPr>
        <w:t xml:space="preserve">[47:57] </w:t>
      </w:r>
      <w:r>
        <w:t>result kuch bhi nahi. real matlab kya hai? aap ka target poora ho to target kahan poora ho raha hai?</w:t>
      </w:r>
    </w:p>
    <w:p>
      <w:pPr>
        <w:jc w:val="right"/>
      </w:pPr>
      <w:r>
        <w:t>رزلٹ کچھ بھی نہیں۔ ریئل مطلب کیا ہے؟ آپ کا ٹارگٹ پورا ہو تو ٹارگٹ کہاں پورا ہو رہا ہے؟</w:t>
      </w:r>
    </w:p>
    <w:p>
      <w:r>
        <w:rPr>
          <w:b/>
        </w:rPr>
        <w:t xml:space="preserve">[48:11] </w:t>
      </w:r>
      <w:r>
        <w:t>target poora hi nahi ho raha hai. poora hota hai to shikayat kyun karte hain? aap har aadmi shikayatein kar raha hai, har aadmi protest kar raha hai, har aadmi takrao ke liye tayyar hai. is mani ke aap ko jo target tha, woh poora nahi hua.</w:t>
      </w:r>
    </w:p>
    <w:p>
      <w:pPr>
        <w:jc w:val="right"/>
      </w:pPr>
      <w:r>
        <w:t>ٹارگٹ پورا ہی نہیں ہو رہا ہے۔ پورا ہوتا ہے تو شکایت کیوں کرتے ہیں؟ آپ ہر آدمی شکایتیں کر رہا ہے، ہر آدمی پروٹیسٹ کر رہا ہے، ہر آدمی ٹکراؤ کے لیے تیار ہے۔ اس معنی کہ آپ کو جو ٹارگٹ تھا، وہ پورا نہیں ہوا۔</w:t>
      </w:r>
    </w:p>
    <w:p>
      <w:r>
        <w:rPr>
          <w:b/>
        </w:rPr>
        <w:t xml:space="preserve">[48:24] </w:t>
      </w:r>
      <w:r>
        <w:t>to kyun log apne focus mein poora crowd diye rehte hain? hamesha jo individual dikhaya jata hai, individual ke mind ko padh nahi paate.</w:t>
      </w:r>
    </w:p>
    <w:p>
      <w:pPr>
        <w:jc w:val="right"/>
      </w:pPr>
      <w:r>
        <w:t>تو کیوں لوگ اپنے فوکس میں پورا کراؤڈ دیے رہتے ہیں؟ ہمیشہ جو انڈیویجول دکھایا جاتا ہے، انڈیویجول کے مائنڈ کو پڑھ نہیں پاتے۔</w:t>
      </w:r>
    </w:p>
    <w:p>
      <w:r>
        <w:rPr>
          <w:b/>
        </w:rPr>
        <w:t xml:space="preserve">[48:32] </w:t>
      </w:r>
      <w:r>
        <w:t>individual ke mind ko address nahi kar paate, bas crowd ko address kar rahe hain.</w:t>
      </w:r>
    </w:p>
    <w:p>
      <w:pPr>
        <w:jc w:val="right"/>
      </w:pPr>
      <w:r>
        <w:t>انڈیویجول کے مائنڈ کو ایڈریس نہیں کر پاتے، بس کراؤڈ کو ایڈریس کر رہے ہیں۔</w:t>
      </w:r>
    </w:p>
    <w:p>
      <w:r>
        <w:rPr>
          <w:b/>
        </w:rPr>
        <w:t xml:space="preserve">[48:41] </w:t>
      </w:r>
      <w:r>
        <w:t>yeh manzar mein aaj se nahi, apne naujawani ke umar se dekh raha hoon. hamare is naujawani ke zamane mein mein kai jalson mein gaya hoon, jahan crowd hi crowd hota tha.</w:t>
      </w:r>
    </w:p>
    <w:p>
      <w:pPr>
        <w:jc w:val="right"/>
      </w:pPr>
      <w:r>
        <w:t>یہ منظر میں آج سے نہیں، اپنے نوجوانی کے عمر سے دیکھ رہا ہوں۔ ہمارے اس نوجوانی کے زمانے میں میں کئی جلسوں میں گیا ہوں، جہاں کراؤڈ ہی کراؤڈ ہوتا تھا۔</w:t>
      </w:r>
    </w:p>
    <w:p>
      <w:r>
        <w:rPr>
          <w:b/>
        </w:rPr>
        <w:t xml:space="preserve">[48:54] </w:t>
      </w:r>
      <w:r>
        <w:t>misal ke taur par hum ek martaba bahu mein jalsa tha jawaharlal nehru ka, to hum wahan gaye. wahan pahunche to jangli thi, insanon ka jangal tha.</w:t>
      </w:r>
    </w:p>
    <w:p>
      <w:pPr>
        <w:jc w:val="right"/>
      </w:pPr>
      <w:r>
        <w:t>مثلاً ہم ایک مرتبہ بہو میں جلسہ تھا جوالہ نہرو کا، تو ہم وہاں گئے۔ وہاں پہنچے تو جنگلی تھی، انسانوں کا جنگل تھا۔</w:t>
      </w:r>
    </w:p>
    <w:p>
      <w:r>
        <w:rPr>
          <w:b/>
        </w:rPr>
        <w:t xml:space="preserve">[49:08] </w:t>
      </w:r>
      <w:r>
        <w:t>nehru ji ko sirf hum ek jhalak dekh paate the, un ki awaz to kuch bhi nahi, kyunke is zamane mein loud speaker to hota nahi tha. jo paas ho, wahi sun sakta tha, jo paas nahi hai, woh sun bhi nahi sakta.</w:t>
      </w:r>
    </w:p>
    <w:p>
      <w:pPr>
        <w:jc w:val="right"/>
      </w:pPr>
      <w:r>
        <w:t>نہرو جی کو صرف ہم ایک جھلک دیکھ پاتے تھے، ان کی آواز تو کچھ بھی نہیں، کیونکہ اس زمانے میں لاؤڈ سپیکر تو ہوتا نہیں تھا۔ جو پاس ہو، وہی سن سکتا تھا، جو پاس نہیں ہے، وہ سن بھی نہیں سکتا۔</w:t>
      </w:r>
    </w:p>
    <w:p>
      <w:r>
        <w:rPr>
          <w:b/>
        </w:rPr>
        <w:t xml:space="preserve">[49:18] </w:t>
      </w:r>
      <w:r>
        <w:t>woh to aap ab in to jab aap crowd ko ka focus kiye hue hon to aap ko individual kahan dikhai dega?</w:t>
      </w:r>
    </w:p>
    <w:p>
      <w:pPr>
        <w:jc w:val="right"/>
      </w:pPr>
      <w:r>
        <w:t>وہ تو آپ اب ان تو جب آپ کراؤڈ کو کا فوکس کیے ہوئے ہوں تو آپ کو انڈیویجول کہاں دکھائی دے گا؟</w:t>
      </w:r>
    </w:p>
    <w:p>
      <w:r>
        <w:rPr>
          <w:b/>
        </w:rPr>
        <w:t xml:space="preserve">[49:27] </w:t>
      </w:r>
      <w:r>
        <w:t>aap ko individual ki soch, individual ki mind, individual ke ke problem ke kaise ek individual mind ko address karein?</w:t>
      </w:r>
    </w:p>
    <w:p>
      <w:pPr>
        <w:jc w:val="right"/>
      </w:pPr>
      <w:r>
        <w:t>آپ کو انڈیویجول کی سوچ، انڈیویجول کی مائنڈ، انڈیویجول کے کے پرابلم کہ کیسے ایک انڈیویجول مائنڈ کو ایڈریس کریں؟</w:t>
      </w:r>
    </w:p>
    <w:p>
      <w:r>
        <w:rPr>
          <w:b/>
        </w:rPr>
        <w:t xml:space="preserve">[49:38] </w:t>
      </w:r>
      <w:r>
        <w:t>yeh aap yeh yeh art hi nahi aata aap ko. to saare tareeqay ko focus kiye hue hain crowd ko. aur crowd kya hai?</w:t>
      </w:r>
    </w:p>
    <w:p>
      <w:pPr>
        <w:jc w:val="right"/>
      </w:pPr>
      <w:r>
        <w:t>یہ آپ یہ یہ آرٹ ہی نہیں آتا آپ کو۔ تو سارے طریقے کو فوکس کیے ہوئے ہیں کراؤڈ کو۔ اور کراؤڈ کیا ہے؟</w:t>
      </w:r>
    </w:p>
    <w:p>
      <w:r>
        <w:rPr>
          <w:b/>
        </w:rPr>
        <w:t xml:space="preserve">[49:49] </w:t>
      </w:r>
      <w:r>
        <w:t>crowd jo hai, collection of individuals ka naam hai. last mein to individual hai, fard hai. to fard ko banaya nahi aap ne, crowd ko focus karte rahe to ek bhi aadmi nahi bana, kuch bhi nahi bana.</w:t>
      </w:r>
    </w:p>
    <w:p>
      <w:pPr>
        <w:jc w:val="right"/>
      </w:pPr>
      <w:r>
        <w:t>کراؤڈ جو ہے، کلیکشن آف انڈیویجولز کا نام ہے۔ لاسٹ میں تو انڈیویجول ہے، فرد ہے۔ تو فرد کو بنایا نہیں آپ نے، کراؤڈ کو فوکس کرتے رہے تو ایک بھی آدمی نہیں بنا، کچھ بھی نہیں بنا۔</w:t>
      </w:r>
    </w:p>
    <w:p>
      <w:r>
        <w:rPr>
          <w:b/>
        </w:rPr>
        <w:t xml:space="preserve">[50:07] </w:t>
      </w:r>
      <w:r>
        <w:t>hum Khuda ke fazal se yahan par individual ko focus karte hain, crowd ko nahi. itne bade bade jalsay hotay thay is zamanay mein aur koi kuch bhi nahi hua.</w:t>
      </w:r>
    </w:p>
    <w:p>
      <w:pPr>
        <w:jc w:val="right"/>
      </w:pPr>
      <w:r>
        <w:t>ہم خدا کے فضل سے یہاں پر انڈیویجول کو فوکس کرتے ہیں، کراؤڈ کو نہیں۔ اتنے بڑے بڑے جلسے ہوتے تھے اس زمانے میں اور کوئی کچھ بھی نہیں ہوا۔</w:t>
      </w:r>
    </w:p>
    <w:p>
      <w:r>
        <w:rPr>
          <w:b/>
        </w:rPr>
        <w:t xml:space="preserve">[50:22] </w:t>
      </w:r>
      <w:r>
        <w:t>is zamanay mein jo angrezon ki hukumat thi to corruption ka koi sawal hi nahi tha. wahan par rishwat, kuch bhi sawal nahi tha. saare kaam baghair rishwat ke hotay thay aur aaj rishwat ke baghair koi kaam nahi hota.</w:t>
      </w:r>
    </w:p>
    <w:p>
      <w:pPr>
        <w:jc w:val="right"/>
      </w:pPr>
      <w:r>
        <w:t>اس زمانے میں جو انگریزوں کی حکومت تھی تو کرپشن کا کوئی سوال ہی نہیں تھا۔ وہاں پر رشوت، کچھ بھی سوال نہیں تھا۔ سارے کام بغیر رشوت کے ہوتے تھے اور آج رشوت کے بغیر کوئی کام نہیں ہوتا۔</w:t>
      </w:r>
    </w:p>
    <w:p>
      <w:r>
        <w:rPr>
          <w:b/>
        </w:rPr>
        <w:t xml:space="preserve">[50:36] </w:t>
      </w:r>
      <w:r>
        <w:t>to kahan gaya woh? woh jo jalsay hotay thay, itne bade bade, is ka result kahan gaya? hamare leader jo hain, jitnay leader hain, sab bade bade jalsay kiya karte thay, bade bade jalsay.</w:t>
      </w:r>
    </w:p>
    <w:p>
      <w:pPr>
        <w:jc w:val="right"/>
      </w:pPr>
      <w:r>
        <w:t>تو کہاں گیا وہ؟ وہ جو جلسے ہوتے تھے، اتنے بڑے بڑے، اس کا رزلٹ کہاں گیا؟ ہمارے لیڈر جو ہیں، جتنے لیڈر ہیں، سب بڑے بڑے جلسے کیا کرتے تھے، بڑے بڑے جلسے۔</w:t>
      </w:r>
    </w:p>
    <w:p>
      <w:r>
        <w:rPr>
          <w:b/>
        </w:rPr>
        <w:t xml:space="preserve">[50:49] </w:t>
      </w:r>
      <w:r>
        <w:t>to result kahan gaya? India corrupt India kyun bana?</w:t>
      </w:r>
    </w:p>
    <w:p>
      <w:pPr>
        <w:jc w:val="right"/>
      </w:pPr>
      <w:r>
        <w:t>تو رزلٹ کہاں گیا؟ انڈیا کرپٹ انڈیا کیوں بنا؟</w:t>
      </w:r>
    </w:p>
    <w:p>
      <w:r>
        <w:rPr>
          <w:b/>
        </w:rPr>
        <w:t xml:space="preserve">[50:57] </w:t>
      </w:r>
      <w:r>
        <w:t>aise hi hum Shahbaz Chandan Bose ka jalsa hua tha wahan par Phoolpur mein. hamare ek town hai Adam Garh mein, wahan bhi mein gaya tha.</w:t>
      </w:r>
    </w:p>
    <w:p>
      <w:pPr>
        <w:jc w:val="right"/>
      </w:pPr>
      <w:r>
        <w:t>ایسے ہی ہم شہباز چاندن بوس کا جلسہ ہوا تھا وہاں پر پھول پور میں۔ ہمارے ایک ٹاؤن ہے آدم گڑھ میں، وہاں بھی میں گیا تھا۔</w:t>
      </w:r>
    </w:p>
    <w:p>
      <w:r>
        <w:rPr>
          <w:b/>
        </w:rPr>
        <w:t xml:space="preserve">[51:10] </w:t>
      </w:r>
      <w:r>
        <w:t>mein to wahan itni bheed to nahi thi, itni bheed Jawaharlal Nehru ki is mein thi, lekin phir bhi wahan bhi achi khasi thi. to wahan bhi hum Shahbaz Chandan Bose ko dekh sakay.</w:t>
      </w:r>
    </w:p>
    <w:p>
      <w:pPr>
        <w:jc w:val="right"/>
      </w:pPr>
      <w:r>
        <w:t>میں تو وہاں اتنی بھیڑ تو نہیں تھی، اتنی بھیڑ جوال نہرو کی اس میں تھی، لیکن پھر بھی وہاں بھی اچھی خاصی تھی۔ تو وہاں بھی ہم شہباز چاندن بوس کو دیکھ سکے۔</w:t>
      </w:r>
    </w:p>
    <w:p>
      <w:r>
        <w:rPr>
          <w:b/>
        </w:rPr>
        <w:t xml:space="preserve">[51:20] </w:t>
      </w:r>
      <w:r>
        <w:t>bas ab baqi kya kaha unhon ne, kuch sunai nahi diya, kyunke loud speaker nahi hota tha.</w:t>
      </w:r>
    </w:p>
    <w:p>
      <w:pPr>
        <w:jc w:val="right"/>
      </w:pPr>
      <w:r>
        <w:t>بس اب باقی کیا کہا انہوں نے، کچھ سنائی نہیں دیا، کیونکہ لاؤڈ سپیکر نہیں ہوتا تھا۔</w:t>
      </w:r>
    </w:p>
    <w:p>
      <w:r>
        <w:rPr>
          <w:b/>
        </w:rPr>
        <w:t xml:space="preserve">[51:29] </w:t>
      </w:r>
      <w:r>
        <w:t>aise hi hamare khud shehar mein Adam Garh mein aaye thay, Jay Prakash Narayan is zamanay mein. wahan bhi bheed thi. to bas door se dekha un ko aur.</w:t>
      </w:r>
    </w:p>
    <w:p>
      <w:pPr>
        <w:jc w:val="right"/>
      </w:pPr>
      <w:r>
        <w:t>ایسے ہی ہمارے خود شہر میں آدم گڑھ میں آئے تھے، جے پکاش نارائن اس زمانے میں۔ وہاں بھی بھیڑ تھی۔ تو بس دور سے دیکھا ان کو اور۔</w:t>
      </w:r>
    </w:p>
    <w:p>
      <w:r>
        <w:rPr>
          <w:b/>
        </w:rPr>
        <w:t xml:space="preserve">[51:41] </w:t>
      </w:r>
      <w:r>
        <w:t>to yeh yeh crowd based jo soch hai, is mein individual jo hai, woh hadaf ho jata hai.</w:t>
      </w:r>
    </w:p>
    <w:p>
      <w:pPr>
        <w:jc w:val="right"/>
      </w:pPr>
      <w:r>
        <w:t>تو یہ یہ کراؤڈ بیسڈ جو سوچ ہے، اس میں انڈیویجول جو ہے، وہ ہدف ہو جاتا ہے۔</w:t>
      </w:r>
    </w:p>
    <w:p>
      <w:r>
        <w:rPr>
          <w:b/>
        </w:rPr>
        <w:t xml:space="preserve">[51:53] </w:t>
      </w:r>
      <w:r>
        <w:t>to saare saare leader, saare rehnuma, chahe woh Muslim hon ya non Muslim hon, woh crowd ko focus kiye rehte hain.</w:t>
      </w:r>
    </w:p>
    <w:p>
      <w:pPr>
        <w:jc w:val="right"/>
      </w:pPr>
      <w:r>
        <w:t>تو سارے سارے لیڈر، سارے رہنما، چاہے وہ مسلم ہوں یا نان مسلم ہوں، وہ کراؤڈ کو فوکس کیے رہتے ہیں۔</w:t>
      </w:r>
    </w:p>
    <w:p>
      <w:r>
        <w:rPr>
          <w:b/>
        </w:rPr>
        <w:t xml:space="preserve">[52:02] </w:t>
      </w:r>
      <w:r>
        <w:t>to fard kuch na samajh paate hain, na fard ko address kar paate hain. isi liye kuch ho nahi raha hai, no result at all.</w:t>
      </w:r>
    </w:p>
    <w:p>
      <w:pPr>
        <w:jc w:val="right"/>
      </w:pPr>
      <w:r>
        <w:t>تو فرد کچھ نہ سمجھ پاتے ہیں، نہ فرد کو ایڈریس کر پاتے ہیں۔ اسی لیے کچھ ہو نہیں رہا ہے، نو رزلٹ ایٹ آل۔</w:t>
      </w:r>
    </w:p>
    <w:p>
      <w:r>
        <w:rPr>
          <w:b/>
        </w:rPr>
        <w:t xml:space="preserve">[52:13] </w:t>
      </w:r>
      <w:r>
        <w:t>hamara jo bashar hai, Khuda ke fazal se, hum hamein crowd se koi lena dena nahi hai. hum individual ko read karte hain, individual mind ko parhte hain, individual ki thinking ko janne ki koshish karte hain.</w:t>
      </w:r>
    </w:p>
    <w:p>
      <w:pPr>
        <w:jc w:val="right"/>
      </w:pPr>
      <w:r>
        <w:t>ہمارا جو بشر ہے، خدا کے فضل سے، ہم ہمیں کراؤڈ سے کوئی لینا دینا نہیں ہے۔ ہم انڈیویجول کو ریڈ کرتے ہیں، انڈیویجول مائنڈ کو پڑھتے ہیں، انڈیویجول کی تھنکنگ کو جاننے کی کوشش کرتے ہیں۔</w:t>
      </w:r>
    </w:p>
    <w:p>
      <w:r>
        <w:rPr>
          <w:b/>
        </w:rPr>
        <w:t xml:space="preserve">[52:25] </w:t>
      </w:r>
      <w:r>
        <w:t>phir hum individual mind ko address karte hain. har aadmi samajhta hai ke mujhe kuch baat batai ja rahi hai.</w:t>
      </w:r>
    </w:p>
    <w:p>
      <w:pPr>
        <w:jc w:val="right"/>
      </w:pPr>
      <w:r>
        <w:t>پھر ہم انڈیویجول مائنڈ کو ایڈریس کرتے ہیں۔ ہر آدمی سمجھتا ہے کہ مجھے کچھ بات بتائی جا رہی ہے۔</w:t>
      </w:r>
    </w:p>
    <w:p>
      <w:r>
        <w:rPr>
          <w:b/>
        </w:rPr>
        <w:t xml:space="preserve">[52:35] </w:t>
      </w:r>
      <w:r>
        <w:t>ab dekhen, jo bade bade jalsay jo laate hain log, chahe Musalman ka ho, Muslim ka ho ya non Muslim ka, mein un se poochta hoon ke bhai kya le kar aaye? matlab take away kya tha?</w:t>
      </w:r>
    </w:p>
    <w:p>
      <w:pPr>
        <w:jc w:val="right"/>
      </w:pPr>
      <w:r>
        <w:t>اب دیکھیں، جو بڑے بڑے جلسے جو لاتے ہیں لوگ، چاہے مسلمان کا ہو، مسلم کا ہو یا نان مسلم کا، میں ان سے پوچھتا ہوں کہ بھئی کیا لے کر آئے؟ مطلب ٹیک اوے کیا تھا؟</w:t>
      </w:r>
    </w:p>
    <w:p>
      <w:r>
        <w:rPr>
          <w:b/>
        </w:rPr>
        <w:t xml:space="preserve">[52:49] </w:t>
      </w:r>
      <w:r>
        <w:t>mujhe yani keh sakta hoon mein ke kabhi bhi kisi shakhs ne yeh nahi bataya ke hum yeh le cheez wahan se le kar aaye hain, yeh wisdom ki baat ya falan bohat bara lesson ya falan bohat bara aisi koi cheez, koi take away nahi hai.</w:t>
      </w:r>
    </w:p>
    <w:p>
      <w:pPr>
        <w:jc w:val="right"/>
      </w:pPr>
      <w:r>
        <w:t>مجھے یعنی کہہ سکتا ہوں میں کہ کبھی بھی کسی شخص نے یہ نہیں بتایا کہ ہم یہ لی چیز وہاں سے لے کر آئے ہیں، یہ وزڈم کی بات یا فلاں بہت بڑا لیسن یا فلاں بہت بڑا ایسی کوئی چیز، کوئی ٹیک اوے نہیں ہے۔</w:t>
      </w:r>
    </w:p>
    <w:p>
      <w:r>
        <w:rPr>
          <w:b/>
        </w:rPr>
        <w:t xml:space="preserve">[53:04] </w:t>
      </w:r>
      <w:r>
        <w:t>lekin hamare haan se jo log aate hain, har aadmi se poochhen, aap kuch na kuch us ke paas take away hoga ke aaj yeh baat suni, aaj yeh baat maloom hui.</w:t>
      </w:r>
    </w:p>
    <w:p>
      <w:pPr>
        <w:jc w:val="right"/>
      </w:pPr>
      <w:r>
        <w:t>لیکن ہمارے ہاں سے جو لوگ آتے ہیں، ہر آدمی سے پوچھیں، آپ کچھ نہ کچھ اس کے پاس ٹیک اوے ہوگا کہ آج یہ بات سنی، آج یہ بات معلوم ہوئی۔</w:t>
      </w:r>
    </w:p>
    <w:p>
      <w:r>
        <w:rPr>
          <w:b/>
        </w:rPr>
        <w:t xml:space="preserve">[53:14] </w:t>
      </w:r>
      <w:r>
        <w:t>to kyun? woh logon ka focus mein hamesha crowd hota hai. to to individual ke focus mein hota hi nahi.</w:t>
      </w:r>
    </w:p>
    <w:p>
      <w:pPr>
        <w:jc w:val="right"/>
      </w:pPr>
      <w:r>
        <w:t>تو کیوں؟ وہ لوگوں کا فوکس میں ہمیشہ کراؤڈ ہوتا ہے۔ تو تو انڈیویجول کے فوکس میں ہوتا ہی نہیں۔</w:t>
      </w:r>
    </w:p>
    <w:p>
      <w:r>
        <w:rPr>
          <w:b/>
        </w:rPr>
        <w:t xml:space="preserve">[53:23] </w:t>
      </w:r>
      <w:r>
        <w:t>woh apne torch ka bashara focus barhaye rehte hain. woh hum apne torch ka focus ghataye rehte hain. isi liye aap samajh paate hain ke ek ek ek fard kya sochta hai, ek fard ki ko mind ko kaise address kar sakte hain.</w:t>
      </w:r>
    </w:p>
    <w:p>
      <w:pPr>
        <w:jc w:val="right"/>
      </w:pPr>
      <w:r>
        <w:t>وہ اپنے ٹارچ کا بشرہ فوکس بڑھائے رہتے ہیں۔ وہ ہم اپنے ٹارچ کا فوکس گھٹائے رہتے ہیں۔ اسی لیے آپ سمجھ پاتے ہیں کہ ایک ایک ایک فرد کیا سوچتا ہے، ایک فرد کی کو مائنڈ کو کیسے ایڈریس کر سکتے ہیں۔</w:t>
      </w:r>
    </w:p>
    <w:p>
      <w:r>
        <w:rPr>
          <w:b/>
        </w:rPr>
        <w:t xml:space="preserve">[53:38] </w:t>
      </w:r>
      <w:r>
        <w:t>hum is andaaz mein koshish karte hain bolne ki.</w:t>
      </w:r>
    </w:p>
    <w:p>
      <w:pPr>
        <w:jc w:val="right"/>
      </w:pPr>
      <w:r>
        <w:t>ہم اس انداز میں کوشش کرتے ہیں بولنے کی۔</w:t>
      </w:r>
    </w:p>
    <w:p>
      <w:r>
        <w:rPr>
          <w:b/>
        </w:rPr>
        <w:t xml:space="preserve">[53:45] </w:t>
      </w:r>
      <w:r>
        <w:t>to dekhiye, focus thinking jis ko kaha jata hai,</w:t>
      </w:r>
    </w:p>
    <w:p>
      <w:pPr>
        <w:jc w:val="right"/>
      </w:pPr>
      <w:r>
        <w:t>تو دیکھیے، فوکس تھنکنگ جس کو کہا جاتا ہے،</w:t>
      </w:r>
    </w:p>
    <w:p>
      <w:r>
        <w:rPr>
          <w:b/>
        </w:rPr>
        <w:t xml:space="preserve">[53:50] </w:t>
      </w:r>
      <w:r>
        <w:t>is ke beshumar faiday hain har aitbaar se. har aitbaar se, in terms of marifat, in terms of intellectual development,</w:t>
      </w:r>
    </w:p>
    <w:p>
      <w:pPr>
        <w:jc w:val="right"/>
      </w:pPr>
      <w:r>
        <w:t>اس کے بے شمار فائدے ہیں ہر اعتبار سے۔ ہر اعتبار سے، ان ٹرمز آف معرفت، ان ٹرمز آف انٹلیکچول ڈیولپمنٹ،</w:t>
      </w:r>
    </w:p>
    <w:p>
      <w:r>
        <w:rPr>
          <w:b/>
        </w:rPr>
        <w:t xml:space="preserve">[54:05] </w:t>
      </w:r>
      <w:r>
        <w:t>in terms of spiritual development, in terms of wise planning, jis aitbaar se aap dekhen.</w:t>
      </w:r>
    </w:p>
    <w:p>
      <w:pPr>
        <w:jc w:val="right"/>
      </w:pPr>
      <w:r>
        <w:t>ان ٹرمز آف اسپریچول ڈیولپمنٹ، ان ٹرمز آف وائز پلاننگ، جس اعتبار سے آپ دیکھیں۔</w:t>
      </w:r>
    </w:p>
    <w:p>
      <w:r>
        <w:rPr>
          <w:b/>
        </w:rPr>
        <w:t xml:space="preserve">[54:17] </w:t>
      </w:r>
      <w:r>
        <w:t>to lekin woh kab hoga? jab aap apne aap ko train karenge isi line par. train karenge.</w:t>
      </w:r>
    </w:p>
    <w:p>
      <w:pPr>
        <w:jc w:val="right"/>
      </w:pPr>
      <w:r>
        <w:t>تو لیکن وہ کب ہوگا؟ جب آپ اپنے آپ کو ٹرین کریں گے اسی لائن پر۔ ٹرین کریں گے۔</w:t>
      </w:r>
    </w:p>
    <w:p>
      <w:r>
        <w:rPr>
          <w:b/>
        </w:rPr>
        <w:t xml:space="preserve">[54:26] </w:t>
      </w:r>
      <w:r>
        <w:t>agar train nahi karengay to kuch bhi samajh mein nahi aye ga. wahi focus phaila rahe ga. mein chounkay torch ke zamanay mein kuch dekha hai, mein ne jana hai, to mujhe pata hai</w:t>
      </w:r>
    </w:p>
    <w:p>
      <w:pPr>
        <w:jc w:val="right"/>
      </w:pPr>
      <w:r>
        <w:t>اگر ٹرین نہیں کریں گے تو کچھ بھی سمجھ میں نہیں آئے گا۔ وہی فوکس پھلا رہے گا۔ میں چونکہ ٹارچ کے زمانے میں کچھ دیکھا ہے، میں نے جانا ہے، تو مجھے پتہ ہے</w:t>
      </w:r>
    </w:p>
    <w:p>
      <w:r>
        <w:rPr>
          <w:b/>
        </w:rPr>
        <w:t xml:space="preserve">[54:42] </w:t>
      </w:r>
      <w:r>
        <w:t>ke focus barha diya jaye to kya haal hota hai? focus ghata diya jaye to kya haal hota hai? isi liye koi aadmi mujhe maloom hi nahi jis ne baaton ko samjha ho gehrai ke sath.</w:t>
      </w:r>
    </w:p>
    <w:p>
      <w:pPr>
        <w:jc w:val="right"/>
      </w:pPr>
      <w:r>
        <w:t>کہ فوکس بڑھا دیا جائے تو کیا حال ہوتا ہے؟ فوکس گھٹا دیا جائے تو کیا حال ہوتا ہے؟ اسی لیے کوئی آدمی مجھے معلوم ہی نہیں جس نے باتوں کو سمجھا ہو گہرائی کے ساتھ۔</w:t>
      </w:r>
    </w:p>
    <w:p>
      <w:r>
        <w:rPr>
          <w:b/>
        </w:rPr>
        <w:t xml:space="preserve">[54:56] </w:t>
      </w:r>
      <w:r>
        <w:t>jaise mein aap ko chand ek misaal deta hoon. hum jahan rehte thay, adam garh ke jis area mein, us area mein 1901 mein railway line bichai gayi thi.</w:t>
      </w:r>
    </w:p>
    <w:p>
      <w:pPr>
        <w:jc w:val="right"/>
      </w:pPr>
      <w:r>
        <w:t>جیسے میں آپ کو چند ایک مثال دیتا ہوں۔ ہم جہاں رہتے تھے، آدم گڑھ کے جس ایریا میں، اس ایریا میں 1901 میں ریلوے لائن بچھائی گئی تھی۔</w:t>
      </w:r>
    </w:p>
    <w:p>
      <w:r>
        <w:rPr>
          <w:b/>
        </w:rPr>
        <w:t xml:space="preserve">[55:09] </w:t>
      </w:r>
      <w:r>
        <w:t>1901 mein, yaani hamare baap ke zamanay mein. phir woh railway line hamare gaon se hoti hui jati thi shehar adam garh.</w:t>
      </w:r>
    </w:p>
    <w:p>
      <w:pPr>
        <w:jc w:val="right"/>
      </w:pPr>
      <w:r>
        <w:t>1901 میں، یعنی ہمارے باپ کے زمانے میں۔ پھر وہ ریلوے لائن ہمارے گاؤں سے ہوتی ہوئی جاتی تھی شہر آدم گڑھ۔</w:t>
      </w:r>
    </w:p>
    <w:p>
      <w:r>
        <w:rPr>
          <w:b/>
        </w:rPr>
        <w:t xml:space="preserve">[55:24] </w:t>
      </w:r>
      <w:r>
        <w:t>to mein is se safar karta tha, mein bhi. to ek din aisa tha ke mein apne gaon se, hamara nearest station tha fareeha.</w:t>
      </w:r>
    </w:p>
    <w:p>
      <w:pPr>
        <w:jc w:val="right"/>
      </w:pPr>
      <w:r>
        <w:t>تو میں اس سے سفر کرتا تھا، میں بھی۔ تو ایک دن ایسا تھا کہ میں اپنے گاؤں سے، ہمارا نیئرسٹ اسٹیشن تھا فریحہ۔</w:t>
      </w:r>
    </w:p>
    <w:p>
      <w:r>
        <w:rPr>
          <w:b/>
        </w:rPr>
        <w:t xml:space="preserve">[55:33] </w:t>
      </w:r>
      <w:r>
        <w:t>mein fareeha se baitha adam garh jane ke liye. to ek aadmi aur is mein baitha hua tha. to us ne kaha, woh boorha aadmi tha, yaani woh 1901 se pehle ke zamanay ko dekha tha.</w:t>
      </w:r>
    </w:p>
    <w:p>
      <w:pPr>
        <w:jc w:val="right"/>
      </w:pPr>
      <w:r>
        <w:t>میں فریحہ سے بیٹھا آدم گڑھ جانے کے لیے۔ تو ایک آدمی اور اس میں بیٹھا ہوا تھا۔ تو اس نے کہا، وہ بوڑھا آدمی تھا، یعنی وہ 1901 سے پہلے کے زمانے کو دیکھا تھا۔</w:t>
      </w:r>
    </w:p>
    <w:p>
      <w:r>
        <w:rPr>
          <w:b/>
        </w:rPr>
        <w:t xml:space="preserve">[55:49] </w:t>
      </w:r>
      <w:r>
        <w:t>us ne boorha aadmi tha woh. to us ne kaha mujh se, mujh ko babu keh kar ke babu, mein ne woh zamanah bhi dekha hai 1901 se pehle ka ke yahan par rail nahi thi.</w:t>
      </w:r>
    </w:p>
    <w:p>
      <w:pPr>
        <w:jc w:val="right"/>
      </w:pPr>
      <w:r>
        <w:t>اس نے بوڑھا آدمی تھا وہ۔ تو اس نے کہا مجھ سے، مجھ کو بابو کہہ کر کہ بابو، میں نے وہ زمانہ بھی دیکھا ہے 1901 سے پہلے کا کہ یہاں پر ریل نہیں تھی۔</w:t>
      </w:r>
    </w:p>
    <w:p>
      <w:r>
        <w:rPr>
          <w:b/>
        </w:rPr>
        <w:t xml:space="preserve">[56:04] </w:t>
      </w:r>
      <w:r>
        <w:t>bari museebaton se hum jatay thay shehar adam garh.</w:t>
      </w:r>
    </w:p>
    <w:p>
      <w:pPr>
        <w:jc w:val="right"/>
      </w:pPr>
      <w:r>
        <w:t>بڑی مصیبتوں سے ہم جاتے تھے شہر آدم گڑھ۔</w:t>
      </w:r>
    </w:p>
    <w:p>
      <w:r>
        <w:rPr>
          <w:b/>
        </w:rPr>
        <w:t xml:space="preserve">[56:11] </w:t>
      </w:r>
      <w:r>
        <w:t>ab dekhiye, kehti hain aasani ho gayi hai, rail ho gayi hai, kitni aasani hai. yahan baithe hain, utar gaye. acha, us waqt mein samajh nahi paya tha.</w:t>
      </w:r>
    </w:p>
    <w:p>
      <w:pPr>
        <w:jc w:val="right"/>
      </w:pPr>
      <w:r>
        <w:t>اب دیکھیے، کہتی ہیں آسانی ہو گئی ہے، ریل ہو گئی ہے، کتنی آسانی ہے۔ یہاں بیٹھے ہیں، اتر گئے۔ اچھا، اس وقت میں سمجھ نہیں پایا تھا۔</w:t>
      </w:r>
    </w:p>
    <w:p>
      <w:r>
        <w:rPr>
          <w:b/>
        </w:rPr>
        <w:t xml:space="preserve">[56:22] </w:t>
      </w:r>
      <w:r>
        <w:t>phir mein ne parha jawaharlal nehru ki jo kitab chhapi thi urdu mein, us zamanay mein urdu mein parh sakta tha. meri kahani is mein likha tha unhon ne ke india mein angrezon ne jo railway line bichai hai, to woh railway line hai, woh lohay ki zanjeerein hain jis se hum india ko jakarna chahte hain, ghulami ki zanjeeron mein jakarnay ke liye.</w:t>
      </w:r>
    </w:p>
    <w:p>
      <w:pPr>
        <w:jc w:val="right"/>
      </w:pPr>
      <w:r>
        <w:t>پھر میں نے پڑھا جوال نہرو کی جو کتاب چھپی تھی اردو میں، اس زمانے میں اردو میں پڑھ سکتا تھا۔ میری کہانی اس میں لکھا تھا انہوں نے کہ انڈیا میں انگریزوں نے جو ریلوے لائن بچھائی ہے، تو وہ ریلوے لائن ہے، وہ لوہے کی زنجیریں ہیں جس سے ہم انڈیا کو جکڑنا چاہتے ہیں، غلامی کی زنجیروں میں جکڑنے کے لیے۔</w:t>
      </w:r>
    </w:p>
    <w:p>
      <w:r>
        <w:rPr>
          <w:b/>
        </w:rPr>
        <w:t xml:space="preserve">[56:45] </w:t>
      </w:r>
      <w:r>
        <w:t>us waqt mein is ka analysis nahi kar sakta tha. ab mein sochta hoon ke is boorhay aadmi ne kyun aisa kaha? to us ne railway ko in terms of facility dekha,</w:t>
      </w:r>
    </w:p>
    <w:p>
      <w:pPr>
        <w:jc w:val="right"/>
      </w:pPr>
      <w:r>
        <w:t>اس وقت میں اس کا انالیسز نہیں کر سکتا تھا۔ اب میں سوچتا ہوں کہ اس بوڑھے آدمی نے کیوں ایسا کہا؟ تو اس نے ریلوے کو ان ٹرمز آف فیسلیٹی دیکھا،</w:t>
      </w:r>
    </w:p>
    <w:p>
      <w:r>
        <w:rPr>
          <w:b/>
        </w:rPr>
        <w:t xml:space="preserve">[56:58] </w:t>
      </w:r>
      <w:r>
        <w:t>in terms of change nahi dekha. india mein railway ka aana, direct india mein mughal rajaon ka daur tha, tab railway nahi aayi.</w:t>
      </w:r>
    </w:p>
    <w:p>
      <w:pPr>
        <w:jc w:val="right"/>
      </w:pPr>
      <w:r>
        <w:t>ان ٹرمز آف چینج نہیں دیکھا۔ انڈیا میں ریلوے کا آنا، ڈائریکٹ انڈیا میں مغل راجاؤں کا دور تھا، تب ریلوے نہیں آئی۔</w:t>
      </w:r>
    </w:p>
    <w:p>
      <w:r>
        <w:rPr>
          <w:b/>
        </w:rPr>
        <w:t xml:space="preserve">[57:08] </w:t>
      </w:r>
      <w:r>
        <w:t>mughal daur tha, tab bhi railway nahi aayi. british period aaya, tab railway india mein aayi. to railway jo thi, woh ek exchange ka ek alamat thi ke dunya mein exchange aaya hai, industrial change, industrial revolution.</w:t>
      </w:r>
    </w:p>
    <w:p>
      <w:pPr>
        <w:jc w:val="right"/>
      </w:pPr>
      <w:r>
        <w:t>مغل دور تھا، تب بھی ریلوے نہیں آئی۔ برٹش پیریڈ آیا، تب ریلوے انڈیا میں آئی۔ تو ریلوے جو تھی، وہ ایک ایکسچینج کا ایک علامت تھی کہ دنیا میں ایکسچینج آیا ہے، انڈسٹریل چینج، انڈسٹریل ریولوشن۔</w:t>
      </w:r>
    </w:p>
    <w:p>
      <w:r>
        <w:rPr>
          <w:b/>
        </w:rPr>
        <w:t xml:space="preserve">[57:26] </w:t>
      </w:r>
      <w:r>
        <w:t>jabke insaan ne pani ko steam power mein tabdeel kar diya hai. pani ko steam power mein tabdeel kar diya.</w:t>
      </w:r>
    </w:p>
    <w:p>
      <w:pPr>
        <w:jc w:val="right"/>
      </w:pPr>
      <w:r>
        <w:t>جبکہ انسان نے پانی کو اسٹیم پاور میں تبدیل کر دیا ہے۔ پانی کو اسٹیم پاور میں تبدیل کر دیا۔</w:t>
      </w:r>
    </w:p>
    <w:p>
      <w:r>
        <w:rPr>
          <w:b/>
        </w:rPr>
        <w:t xml:space="preserve">[57:36] </w:t>
      </w:r>
      <w:r>
        <w:t>railway line mein kya hai? engine mein pani bhara jata hai, us ko garam kiya jata hai. to pani jo hai, convert ho kar steam power ban jata hai.</w:t>
      </w:r>
    </w:p>
    <w:p>
      <w:pPr>
        <w:jc w:val="right"/>
      </w:pPr>
      <w:r>
        <w:t>ریلوے لائن میں کیا ہے؟ انجن میں پانی بھرا جاتا ہے، اس کو گرم کیا جاتا ہے۔ تو پانی جو ہے، کنورٹ ہو کر اسٹیم پاور بن جاتا ہے۔</w:t>
      </w:r>
    </w:p>
    <w:p>
      <w:r>
        <w:rPr>
          <w:b/>
        </w:rPr>
        <w:t xml:space="preserve">[57:48] </w:t>
      </w:r>
      <w:r>
        <w:t>yeh insaan nahi janta tha pehle. to railway line jo hai, woh bata rahi thi ke dekho, pani ko steam power mein convert karna mumkin hai.</w:t>
      </w:r>
    </w:p>
    <w:p>
      <w:pPr>
        <w:jc w:val="right"/>
      </w:pPr>
      <w:r>
        <w:t>یہ انسان نہیں جانتا تھا پہلے۔ تو ریلوے لائن جو ہے، وہ بتا رہی تھی کہ دیکھو، پانی کو اسٹیم پاور میں کنورٹ کرنا ممکن ہے۔</w:t>
      </w:r>
    </w:p>
    <w:p>
      <w:r>
        <w:rPr>
          <w:b/>
        </w:rPr>
        <w:t xml:space="preserve">[57:59] </w:t>
      </w:r>
      <w:r>
        <w:t>that was change. lekin us ko sab log, jis ko mein janta tha, us ke sath mein aata tha, jata tha, us ko sirf facility ke roop mein dekhte thay, aasani ke roop mein.</w:t>
      </w:r>
    </w:p>
    <w:p>
      <w:pPr>
        <w:jc w:val="right"/>
      </w:pPr>
      <w:r>
        <w:t>دیٹ واز چینج۔ لیکن اس کو سب لوگ، جس کو میں جانتا تھا، اس کے ساتھ میں آتا تھا، جاتا تھا، اس کو صرف فیسلیٹی کے روپ میں دیکھتے تھے، آسانی کے روپ میں۔</w:t>
      </w:r>
    </w:p>
    <w:p>
      <w:r>
        <w:rPr>
          <w:b/>
        </w:rPr>
        <w:t xml:space="preserve">[58:11] </w:t>
      </w:r>
      <w:r>
        <w:t>bari bari aasani ho gayi hai, bari aasani ho gayi hai. ticket le ke baitho, wahan utar jao. to jis waqayay ko dekhna chahiye tha exchange ke roop mein, tabdeeli ke roop mein, us ko sirf aasani ke roop mein dekha unhon ne.</w:t>
      </w:r>
    </w:p>
    <w:p>
      <w:pPr>
        <w:jc w:val="right"/>
      </w:pPr>
      <w:r>
        <w:t>بڑی بڑی آسانی ہو گئی ہے، بڑی آسانی ہو گئی ہے۔ ٹکٹ لے کے بیٹھو، وہاں اتر جاؤ۔ تو جس واقعے کو دیکھنا چاہیے تھا ایکسچینج کے روپ میں، تبدیلی کے روپ میں، اس کو صرف آسانی کے روپ میں دیکھا انہوں نے۔</w:t>
      </w:r>
    </w:p>
    <w:p>
      <w:r>
        <w:rPr>
          <w:b/>
        </w:rPr>
        <w:t xml:space="preserve">[58:30] </w:t>
      </w:r>
      <w:r>
        <w:t>yeh thinking nahi thi, thinking nahi thi.</w:t>
      </w:r>
    </w:p>
    <w:p>
      <w:pPr>
        <w:jc w:val="right"/>
      </w:pPr>
      <w:r>
        <w:t>یہ تھنکنگ نہیں تھی، تھنکنگ نہیں تھی۔</w:t>
      </w:r>
    </w:p>
    <w:p>
      <w:r>
        <w:rPr>
          <w:b/>
        </w:rPr>
        <w:t xml:space="preserve">[58:36] </w:t>
      </w:r>
      <w:r>
        <w:t>kyunke log apna focus phailaye rehte hain, idhar udhar, idhar udhar, idhar udhar. mein Khuda ke fazl se bachpan se mera mizaj yeh tha ke mein mein destruction se bacha rehta tha.</w:t>
      </w:r>
    </w:p>
    <w:p>
      <w:pPr>
        <w:jc w:val="right"/>
      </w:pPr>
      <w:r>
        <w:t>کیونکہ لوگ اپنا فوکس پھیلائے رہتے ہیں، ادھر ادھر، ادھر ادھر، ادھر ادھر۔ میں خدا کے فضل سے بچپن سے میرا مزاج یہ تھا کہ میں میں ڈسٹرکشن سے بچا رہتا تھا۔</w:t>
      </w:r>
    </w:p>
    <w:p>
      <w:r>
        <w:rPr>
          <w:b/>
        </w:rPr>
        <w:t xml:space="preserve">[58:49] </w:t>
      </w:r>
      <w:r>
        <w:t>abhi Mr. Khalid ne bataya, woh yeh ke koi research aayi hai ke dhoop mein baithna ya dhoop mein rehna, is se aadmi ki memory jo hai, mehfooz rehti hai, mind jo hai, mehfooz rehta hai.</w:t>
      </w:r>
    </w:p>
    <w:p>
      <w:pPr>
        <w:jc w:val="right"/>
      </w:pPr>
      <w:r>
        <w:t>ابھی مسٹر خالد نے بتایا، وہ یہ کہ کوئی ریسرچ آئی ہے کہ دھوپ میں بیٹھنا یا دھوپ میں رہنا، اس سے آدمی کی میموری جو ہے، محفوظ رہتی ہے، مائنڈ جو ہے، محفوظ رہتا ہے۔</w:t>
      </w:r>
    </w:p>
    <w:p>
      <w:r>
        <w:rPr>
          <w:b/>
        </w:rPr>
        <w:t xml:space="preserve">[59:02] </w:t>
      </w:r>
      <w:r>
        <w:t>to mein bachpan se aisa hi karta raha hoon. dhoop mein baithna, baghon mein jana, khuli jagah rehna, yeh bachpan se yeh by nature tha mujhe.</w:t>
      </w:r>
    </w:p>
    <w:p>
      <w:pPr>
        <w:jc w:val="right"/>
      </w:pPr>
      <w:r>
        <w:t>تو میں بچپن سے ایسا ہی کرتا رہا ہوں۔ دھوپ میں بیٹھنا، باغوں میں جانا، کھلی جگہ رہنا، یہ بچپن سے یہ بائی نیچر تھا مجھے۔</w:t>
      </w:r>
    </w:p>
    <w:p>
      <w:r>
        <w:rPr>
          <w:b/>
        </w:rPr>
        <w:t xml:space="preserve">[59:13] </w:t>
      </w:r>
      <w:r>
        <w:t>ab woh Mr. Nasir, Mr. Khalid ne bataya ke woh to, woh to research hui hai ke yahi sab se bari cheez hai. natural life style jo hai, wahi sab se bari cheez hai.</w:t>
      </w:r>
    </w:p>
    <w:p>
      <w:pPr>
        <w:jc w:val="right"/>
      </w:pPr>
      <w:r>
        <w:t>اب وہ مسٹر ناصر، مسٹر خالد نے بتایا کہ وہ تو، وہ تو ریسرچ ہوئی ہے کہ یہی سب سے بڑی چیز ہے۔ نیچرل لائف اسٹائل جو ہے، وہی سب سے بڑی چیز ہے۔</w:t>
      </w:r>
    </w:p>
    <w:p>
      <w:r>
        <w:rPr>
          <w:b/>
        </w:rPr>
        <w:t xml:space="preserve">[59:26] </w:t>
      </w:r>
      <w:r>
        <w:t>to mujhe hamesha Asia mein kabhi mein nahi reh sakta. Asia allergic hoon mein, Asia allergic. koi bhi jo facilities hain, us se allergic hoon mein.</w:t>
      </w:r>
    </w:p>
    <w:p>
      <w:pPr>
        <w:jc w:val="right"/>
      </w:pPr>
      <w:r>
        <w:t>تو مجھے ہمیشہ ایشیا میں کبھی میں نہیں رہ سکتا۔ ایشیا الرجک ہوں میں، ایشیا الرجک۔ کوئی بھی جو فیسلیٹیز ہیں، اس سے الرجک ہوں میں۔</w:t>
      </w:r>
    </w:p>
    <w:p>
      <w:r>
        <w:rPr>
          <w:b/>
        </w:rPr>
        <w:t xml:space="preserve">[59:36] </w:t>
      </w:r>
      <w:r>
        <w:t>my nature mein acha lagta hai mujh ko. to Allah taala ne mujhe aisa banaya ke mera focus jo hai, idhar udhar nahi hua.</w:t>
      </w:r>
    </w:p>
    <w:p>
      <w:pPr>
        <w:jc w:val="right"/>
      </w:pPr>
      <w:r>
        <w:t>مائی نیچر میں اچھا لگتا ہے مجھ کو۔ تو اللہ تعالی نے مجھے ایسا بنایا کہ میرا فوکس جو ہے، ادھر ادھر نہیں ہوا۔</w:t>
      </w:r>
    </w:p>
    <w:p>
      <w:r>
        <w:rPr>
          <w:b/>
        </w:rPr>
        <w:t xml:space="preserve">[59:47] </w:t>
      </w:r>
      <w:r>
        <w:t>is se mere andar woh thinking aayi, focused thinking. to cheezon ko main samajh saka. itne dinon ke baad main samajh paya hai ke logon ne railway ko dekha tha kis sense mein?</w:t>
      </w:r>
    </w:p>
    <w:p>
      <w:pPr>
        <w:jc w:val="right"/>
      </w:pPr>
      <w:r>
        <w:t>اس سے میرے اندر وہ تھنکنگ آئی، فوکسڈ تھنکنگ۔ تو چیزوں کو میں سمجھ سکا۔ اتنے دنوں کے بعد میں سمجھ پایا ہے کہ لوگوں نے ریلوے کو دیکھا تھا کس سینس میں؟</w:t>
      </w:r>
    </w:p>
    <w:p>
      <w:r>
        <w:rPr>
          <w:b/>
        </w:rPr>
        <w:t xml:space="preserve">[59:59] </w:t>
      </w:r>
      <w:r>
        <w:t>facility ke sense mein. halankay thi woh change ka alamat. to main chahta hoon ke aap log jo hai, yeh baat samjhein aur apnay mind ko train karein.</w:t>
      </w:r>
    </w:p>
    <w:p>
      <w:pPr>
        <w:jc w:val="right"/>
      </w:pPr>
      <w:r>
        <w:t>فیسلیٹی کے سینس میں۔ حالانکہ تھی وہ چینج کا علامت۔ تو میں چاہتا ہوں کہ آپ لوگ جو ہے، یہ بات سمجھیں اور اپنے مائنڈ کو ٹرین کریں۔</w:t>
      </w:r>
    </w:p>
    <w:p>
      <w:r>
        <w:rPr>
          <w:b/>
        </w:rPr>
        <w:t xml:space="preserve">[1:00:11] </w:t>
      </w:r>
      <w:r>
        <w:t>isi mein aap achhi zindagi jee sakte hain aur isi mein achhe da'wati kaam kar sakte hain. aqool qawli haza wastaghfirullah li'amlikum ajma'een.</w:t>
      </w:r>
    </w:p>
    <w:p>
      <w:pPr>
        <w:jc w:val="right"/>
      </w:pPr>
      <w:r>
        <w:t>اسی میں آپ اچھی زندگی جی سکتے ہیں اور اسی میں اچھے دعوتی کام کر سکتے ہیں۔ اقول قولیھذا واستغفراللہ لعملکم اجمعین۔</w:t>
      </w:r>
    </w:p>
    <w:p>
      <w:r>
        <w:rPr>
          <w:b/>
        </w:rPr>
        <w:t xml:space="preserve">[1:00:32] </w:t>
      </w:r>
      <w:r>
        <w:t>This question is from Mr. Muhammad Asif Riaz from Delhi. In Hadith, it has been mentioned that don't say it would not have happened if he would have done so and so.</w:t>
      </w:r>
    </w:p>
    <w:p>
      <w:pPr>
        <w:jc w:val="right"/>
      </w:pPr>
      <w:r>
        <w:t>This question is from Mr. Muhammad Asif Riaz from Delhi. In Hadith, it has been mentioned that don't say it would not have happened if he would have done so and so.</w:t>
      </w:r>
    </w:p>
    <w:p>
      <w:r>
        <w:rPr>
          <w:b/>
        </w:rPr>
        <w:t xml:space="preserve">[1:00:49] </w:t>
      </w:r>
      <w:r>
        <w:t>Say it is from Allah</w:t>
      </w:r>
    </w:p>
    <w:p>
      <w:pPr>
        <w:jc w:val="right"/>
      </w:pPr>
      <w:r>
        <w:t>Say it is from Allah</w:t>
      </w:r>
    </w:p>
    <w:p>
      <w:r>
        <w:rPr>
          <w:b/>
        </w:rPr>
        <w:t xml:space="preserve">[1:00:52] </w:t>
      </w:r>
      <w:r>
        <w:t>. My question is, what is muhasabah? phir muhasabah ka matlab wohi hai jo ke hum kehte hain introspection.</w:t>
      </w:r>
    </w:p>
    <w:p>
      <w:pPr>
        <w:jc w:val="right"/>
      </w:pPr>
      <w:r>
        <w:t>. My question is, what is محاسبہ؟ پھر محاسبہ کا مطلب وہی ہے جو کہ ہم کہتے ہیں انٹراسپیکشن۔</w:t>
      </w:r>
    </w:p>
    <w:p>
      <w:r>
        <w:rPr>
          <w:b/>
        </w:rPr>
        <w:t xml:space="preserve">[1:01:03] </w:t>
      </w:r>
      <w:r>
        <w:t>introspection. apnay apna jaiza lena, apna reassessment karna, apnay ko revise karna.</w:t>
      </w:r>
    </w:p>
    <w:p>
      <w:pPr>
        <w:jc w:val="right"/>
      </w:pPr>
      <w:r>
        <w:t>انٹراسپیکشن۔ اپنے اپنا جائزہ لینا، اپنا ری اسیسمنٹ کرنا، اپنے کو ریوائز کرنا۔</w:t>
      </w:r>
    </w:p>
    <w:p>
      <w:r>
        <w:rPr>
          <w:b/>
        </w:rPr>
        <w:t xml:space="preserve">[1:01:19] </w:t>
      </w:r>
      <w:r>
        <w:t>yeh introspection, usay kehte hain muhasabah.</w:t>
      </w:r>
    </w:p>
    <w:p>
      <w:pPr>
        <w:jc w:val="right"/>
      </w:pPr>
      <w:r>
        <w:t>یہ انٹراسپیکشن، اسے کہتے ہیں محاسبہ۔</w:t>
      </w:r>
    </w:p>
    <w:p>
      <w:r>
        <w:rPr>
          <w:b/>
        </w:rPr>
        <w:t xml:space="preserve">[1:01:25] </w:t>
      </w:r>
      <w:r>
        <w:t>baqi jo hadith mein hai, la taqool Allah to fan Allah min amal shaitan.</w:t>
      </w:r>
    </w:p>
    <w:p>
      <w:pPr>
        <w:jc w:val="right"/>
      </w:pPr>
      <w:r>
        <w:t>باقی جو حدیث میں ہے، لا تقول اللہ تو فن اللہ من عمل شیطان۔</w:t>
      </w:r>
    </w:p>
    <w:p>
      <w:r>
        <w:rPr>
          <w:b/>
        </w:rPr>
        <w:t xml:space="preserve">[1:01:36] </w:t>
      </w:r>
      <w:r>
        <w:t>dekhein, is ka jo matlab hai woh yeh hai ke Allah taala ki marzi hai ke insaan jo hai, halaat ke halaat se mutabiqat karte hue apni planning kare.</w:t>
      </w:r>
    </w:p>
    <w:p>
      <w:pPr>
        <w:jc w:val="right"/>
      </w:pPr>
      <w:r>
        <w:t>دیکھیں، اس کا جو مطلب ہے وہ یہ ہے کہ اللہ تعالی کی مرضی ہے کہ انسان جو ہے، حالات کے حالات سے مطابقت کرتے ہوئے اپنی پلاننگ کرے۔</w:t>
      </w:r>
    </w:p>
    <w:p>
      <w:r>
        <w:rPr>
          <w:b/>
        </w:rPr>
        <w:t xml:space="preserve">[1:01:53] </w:t>
      </w:r>
      <w:r>
        <w:t>is ka matlab yeh hai ke agar yeh, agar aap yeh sochte rahein ke yeh hua to galat hua, woh hua to theek nahi hua, yeh sab sochte hain to halaat se mutabiqat ka ek planning nahi kar sakein ge aap.</w:t>
      </w:r>
    </w:p>
    <w:p>
      <w:pPr>
        <w:jc w:val="right"/>
      </w:pPr>
      <w:r>
        <w:t>اس کا مطلب یہ ہے کہ اگر یہ، اگر آپ یہ سوچتے رہیں کہ یہ ہوا تو غلط ہوا، وہ ہوا تو ٹھیک نہیں ہوا، یہ سب سوچتے ہیں تو حالات سے مطابقت کا ایک پلاننگ نہیں کر سکیں گے آپ۔</w:t>
      </w:r>
    </w:p>
    <w:p>
      <w:r>
        <w:rPr>
          <w:b/>
        </w:rPr>
        <w:t xml:space="preserve">[1:02:05] </w:t>
      </w:r>
      <w:r>
        <w:t>jabke Allah taala ki takhleeq ki jo jo creation plan hai, us ke mutabiq har aadmi ko azadi di hai Allah taala ne, har ek ko azadi di hai. to aap jab is tarah sochenge to kaha doosri azadi ko aap cutal karna chahte hain.</w:t>
      </w:r>
    </w:p>
    <w:p>
      <w:pPr>
        <w:jc w:val="right"/>
      </w:pPr>
      <w:r>
        <w:t>جبکہ اللہ تعالی کی تخلیق کی جو جو کریشن پلان ہے، اس کے مطابق ہر آدمی کو آزادی دی ہے اللہ تعالی نے، ہر ایک کو آزادی دی ہے۔ تو آپ جب اس طرح سوچیں گے تو کہا دوسری آزادی کو آپ کٹل کرنا چاہتے ہیں۔</w:t>
      </w:r>
    </w:p>
    <w:p>
      <w:r>
        <w:rPr>
          <w:b/>
        </w:rPr>
        <w:t xml:space="preserve">[1:02:19] </w:t>
      </w:r>
      <w:r>
        <w:t>to Allah taala ka mansha yeh hai ke aap al-khair feema waqa ka zehn aap ka ho ke jo hua, us ko accept kar ke apni planning karna, us ko deny kar ke planning karna nahi.</w:t>
      </w:r>
    </w:p>
    <w:p>
      <w:pPr>
        <w:jc w:val="right"/>
      </w:pPr>
      <w:r>
        <w:t>تو اللہ تعالی کا منشا یہ ہے کہ آپ الخیر فیما وقع کا ذہن آپ کا ہو کہ جو ہوا، اس کو ایکسیپٹ کر کے اپنی پلاننگ کرنا، اس کو ڈینائی کر کے پلاننگ کرنا نہیں۔</w:t>
      </w:r>
    </w:p>
    <w:p>
      <w:r>
        <w:rPr>
          <w:b/>
        </w:rPr>
        <w:t xml:space="preserve">[1:02:33] </w:t>
      </w:r>
      <w:r>
        <w:t>aksar logon ka haal yeh hota hai, 99 percent logon ka haal hai ke jo kuch hai un ke aas paas, us ko deny kar ke chahte hain aap planning karna. yeh galat hai, woh sahi hai, yeh na hota to woh na hota.</w:t>
      </w:r>
    </w:p>
    <w:p>
      <w:pPr>
        <w:jc w:val="right"/>
      </w:pPr>
      <w:r>
        <w:t>اکثر لوگوں کا حال یہ ہوتا ہے، 99 پرسنٹ لوگوں کا حال ہے کہ جو کچھ ہے ان کے آس پاس، اس کو ڈینائی کر کے چاہتے ہیں آپ پلاننگ کرنا۔ یہ غلط ہے، وہ صحیح ہے، یہ نہ ہوتا تو وہ نہ ہوتا۔</w:t>
      </w:r>
    </w:p>
    <w:p>
      <w:r>
        <w:rPr>
          <w:b/>
        </w:rPr>
        <w:t xml:space="preserve">[1:02:45] </w:t>
      </w:r>
      <w:r>
        <w:t>kuch nahi, jo bhi available opportunities hain, jo bhi existing situation hai, us ko parhiye aur us se adjust karte hue apni planning kijiye.</w:t>
      </w:r>
    </w:p>
    <w:p>
      <w:pPr>
        <w:jc w:val="right"/>
      </w:pPr>
      <w:r>
        <w:t>کچھ نہیں، جو بھی اویلیبل اپرچونیٹیز ہیں، جو بھی ایگزسٹنگ سچویشن ہے، اس کو پڑھیے اور اس سے ایڈجسٹ کرتے ہوئے اپنی پلاننگ کیجئے۔</w:t>
      </w:r>
    </w:p>
    <w:p>
      <w:r>
        <w:rPr>
          <w:b/>
        </w:rPr>
        <w:t xml:space="preserve">[1:02:59] </w:t>
      </w:r>
      <w:r>
        <w:t>yeh hai kamyabi ka raaz, yeh matlab hai is hadith ka.</w:t>
      </w:r>
    </w:p>
    <w:p>
      <w:pPr>
        <w:jc w:val="right"/>
      </w:pPr>
      <w:r>
        <w:t>یہ ہے کامیابی کا راز، یہ مطلب ہے اس حدیث کا۔</w:t>
      </w:r>
    </w:p>
    <w:p>
      <w:r>
        <w:rPr>
          <w:b/>
        </w:rPr>
        <w:t xml:space="preserve">[1:03:08] </w:t>
      </w:r>
      <w:r>
        <w:t>This question is from Mr. Mazar from Delhi. kya Rasool, kya Rasool Allah aaj bhi hum sab ko dekh rahe honge?</w:t>
      </w:r>
    </w:p>
    <w:p>
      <w:pPr>
        <w:jc w:val="right"/>
      </w:pPr>
      <w:r>
        <w:t>This question is from Mr. Mazar from Delhi. کیا رسول، کیا رسول اللہ آج بھی ہم سب کو دیکھ رہے ہوں گے؟</w:t>
      </w:r>
    </w:p>
    <w:p>
      <w:r>
        <w:rPr>
          <w:b/>
        </w:rPr>
        <w:t xml:space="preserve">[1:03:19] </w:t>
      </w:r>
      <w:r>
        <w:t>Khuda ki tarah un ki bhi nigahein kya hum sab par rehti hain? aur achhe bure kamon ko kya Allah ki tarah Huzoor Pak bhi jante hain ya nahi?</w:t>
      </w:r>
    </w:p>
    <w:p>
      <w:pPr>
        <w:jc w:val="right"/>
      </w:pPr>
      <w:r>
        <w:t>خدا کی طرح ان کی بھی نگاہیں کیا ہم سب پر رہتی ہیں؟ اور اچھے برے کاموں کو کیا اللہ کی طرح حضور پاک بھی جانتے ہیں یا نہیں؟</w:t>
      </w:r>
    </w:p>
    <w:p>
      <w:r>
        <w:rPr>
          <w:b/>
        </w:rPr>
        <w:t xml:space="preserve">[1:03:33] </w:t>
      </w:r>
      <w:r>
        <w:t>is ke baray mein Islam ne kuch bataya hai, roshni daliye. yani aisa kuch nahi, Islam se koi ta'alluq is ka nahi hai. yeh sab bid'at hai.</w:t>
      </w:r>
    </w:p>
    <w:p>
      <w:pPr>
        <w:jc w:val="right"/>
      </w:pPr>
      <w:r>
        <w:t>اس کے بارے میں اسلام نے کچھ بتایا ہے، روشنی ڈالیے۔ یعنی ایسا کچھ نہیں، اسلام سے کوئی تعلق اس کا نہیں ہے۔ یہ سب بدعت ہے۔</w:t>
      </w:r>
    </w:p>
    <w:p>
      <w:r>
        <w:rPr>
          <w:b/>
        </w:rPr>
        <w:t xml:space="preserve">[1:03:44] </w:t>
      </w:r>
      <w:r>
        <w:t>yani Quran mein hadith jo kuch hai, us ke parallel ek deen bana liya hai, parallel. yeh sab baatein nikal rakhi hain is mein. kyunke har mazhab mein dekhein kya hua, apnay paighambar ko unhon ne Khuda bana liya.</w:t>
      </w:r>
    </w:p>
    <w:p>
      <w:pPr>
        <w:jc w:val="right"/>
      </w:pPr>
      <w:r>
        <w:t>یعنی قرآن میں حدیث جو کچھ ہے، اس کے پیرلل ایک دین بنا لیا ہے، پیرلل۔ یہ سب باتیں نکال رکھی ہیں اس میں۔ کیونکہ ہر مذہب میں دیکھیں کیا ہوا، اپنے پیغمبر کو انہوں نے خدا بنا لیا۔</w:t>
      </w:r>
    </w:p>
    <w:p>
      <w:r>
        <w:rPr>
          <w:b/>
        </w:rPr>
        <w:t xml:space="preserve">[1:03:58] </w:t>
      </w:r>
      <w:r>
        <w:t>isi ko lage barha charha kar poojne.</w:t>
      </w:r>
    </w:p>
    <w:p>
      <w:pPr>
        <w:jc w:val="right"/>
      </w:pPr>
      <w:r>
        <w:t>اسی کو لگے بڑھا چڑھا کر پوجنے۔</w:t>
      </w:r>
    </w:p>
    <w:p>
      <w:r>
        <w:rPr>
          <w:b/>
        </w:rPr>
        <w:t xml:space="preserve">[1:04:03] </w:t>
      </w:r>
      <w:r>
        <w:t>isi ko poojne lagay. jis mazhab ko dekhein aap, wahan jo un ke reformer thay, jo un ke paighambar thay, isi ko pooj rahe hain barha charha kar ke.</w:t>
      </w:r>
    </w:p>
    <w:p>
      <w:pPr>
        <w:jc w:val="right"/>
      </w:pPr>
      <w:r>
        <w:t>اسی کو پوجنے لگے۔ جس مذہب کو دیکھیں آپ، وہاں جو ان کے ریفارمر تھے، جو ان کے پیغمبر تھے، اسی کو پوج رہے ہیں بڑھا چڑھا کر کے۔</w:t>
      </w:r>
    </w:p>
    <w:p>
      <w:r>
        <w:rPr>
          <w:b/>
        </w:rPr>
        <w:t xml:space="preserve">[1:04:11] </w:t>
      </w:r>
      <w:r>
        <w:t>to yeh bas unhon ne kiya hai ke Rasool Allah ko paighambar bana diya. haan, wohi jo mustawa arsh tha, Khuda ho kar utar para hai, Madina Mustafa ho kar.</w:t>
      </w:r>
    </w:p>
    <w:p>
      <w:pPr>
        <w:jc w:val="right"/>
      </w:pPr>
      <w:r>
        <w:t>تو یہ بس انہوں نے کیا ہے کہ رسول اللہ کو پیغمبر بنا دیا۔ ہاں، وہی جو مستوی عرش تھا، خدا ہو کر اتر پڑا ہے، مدینہ مصطفی ہو کر۔</w:t>
      </w:r>
    </w:p>
    <w:p>
      <w:r>
        <w:rPr>
          <w:b/>
        </w:rPr>
        <w:t xml:space="preserve">[1:04:21] </w:t>
      </w:r>
      <w:r>
        <w:t>yeh sab bilkul baseless baatein hain, ka is Quran hadith koi ta'alluq nahi hai. yeh sab us ko kehte hain Quran mein mudahat, doosri qaumon ki boli bolna.</w:t>
      </w:r>
    </w:p>
    <w:p>
      <w:pPr>
        <w:jc w:val="right"/>
      </w:pPr>
      <w:r>
        <w:t>یہ سب بالکل بیسلیس باتیں ہیں، کا اس قرآن حدیث کوئی تعلق نہیں ہے۔ یہ سب اس کو کہتے ہیں قرآن میں مضاحات، دوسرے قوموں کی بولی بولنا۔</w:t>
      </w:r>
    </w:p>
    <w:p>
      <w:r>
        <w:rPr>
          <w:b/>
        </w:rPr>
        <w:t xml:space="preserve">[1:04:32] </w:t>
      </w:r>
      <w:r>
        <w:t>yeh mudahat hain yeh ke doosri qaumon ne apnay buzurgon ko, apnay barhon ko Khuda bana rakha hai, devta bana rakha hai.</w:t>
      </w:r>
    </w:p>
    <w:p>
      <w:pPr>
        <w:jc w:val="right"/>
      </w:pPr>
      <w:r>
        <w:t>یہ مضاحات ہیں یہ کہ دوسری قوموں نے اپنے بزرگوں کو، اپنے بڑوں کو خدا بنا رکھا ہے، دیوتا بنا رکھا ہے۔</w:t>
      </w:r>
    </w:p>
    <w:p>
      <w:r>
        <w:rPr>
          <w:b/>
        </w:rPr>
        <w:t xml:space="preserve">[1:04:43] </w:t>
      </w:r>
      <w:r>
        <w:t>to musalmanon ne bhi bana rakha hai, bana liya apne rasool Allah ko bana liya aur idhar gaon mein jo buzurg hain, un ko bana liya. yeh sab bidat hai, is ka Islam se koi talluq nahi hai.</w:t>
      </w:r>
    </w:p>
    <w:p>
      <w:pPr>
        <w:jc w:val="right"/>
      </w:pPr>
      <w:r>
        <w:t>تو مسلمانوں نے بھی بنا رکھا ہے، بنا لیا اپنے رسول اللہ کو بنا لیا اور ادھر گاؤں میں جو بزرگ ہیں، ان کو بنا لیا۔ یہ سب بدعت ہے، اس کا اسلام سے کوئی تعلق نہیں ہے۔</w:t>
      </w:r>
    </w:p>
    <w:p>
      <w:r>
        <w:rPr>
          <w:b/>
        </w:rPr>
        <w:t xml:space="preserve">[1:04:58] </w:t>
      </w:r>
      <w:r>
        <w:t>aur kuch bhi talluq nahi, bilkul baseless baatein hain.</w:t>
      </w:r>
    </w:p>
    <w:p>
      <w:pPr>
        <w:jc w:val="right"/>
      </w:pPr>
      <w:r>
        <w:t>اور کچھ بھی تعلق نہیں، بالکل بیسلیس باتیں ہیں۔</w:t>
      </w:r>
    </w:p>
    <w:p>
      <w:r>
        <w:rPr>
          <w:b/>
        </w:rPr>
        <w:t xml:space="preserve">[1:05:06] </w:t>
      </w:r>
      <w:r>
        <w:t>This question is from Mr. Ashu from Delhi. jab hum Allah se dua mangein to kya yeh keh sakte hain ke ya Allah, meri yeh duaen Huzoor Pak Rasool sadqa tofail mein qabool kar?</w:t>
      </w:r>
    </w:p>
    <w:p>
      <w:pPr>
        <w:jc w:val="right"/>
      </w:pPr>
      <w:r>
        <w:t>This question is from Mr. Ashu from Delhi. جب ہم اللہ سے دعا مانگیں تو کیا یہ کہہ سکتے ہیں کہ یا اللہ، میری یہ دعائیں حضور پاک رسول صدقہ طفیل میں قبول کر؟</w:t>
      </w:r>
    </w:p>
    <w:p>
      <w:r>
        <w:rPr>
          <w:b/>
        </w:rPr>
        <w:t xml:space="preserve">[1:05:25] </w:t>
      </w:r>
      <w:r>
        <w:t>kya yahan sadqa word istemal kar sakte hain? dekhein, basic baat yeh hai ke ek tabai ne kaha ke al-qudwah hum, yani sahaba jo hain, wahi qudwah hain.</w:t>
      </w:r>
    </w:p>
    <w:p>
      <w:pPr>
        <w:jc w:val="right"/>
      </w:pPr>
      <w:r>
        <w:t>کیا یہاں صدقہ ورڈ استعمال کر سکتے ہیں؟ دیکھیں، بیسک بات یہ ہے کہ ایک تابعی نے کہا کہ القدوۃہم، یعنی صحابہ جو ہیں، وہی قدوہ ہیں۔</w:t>
      </w:r>
    </w:p>
    <w:p>
      <w:r>
        <w:rPr>
          <w:b/>
        </w:rPr>
        <w:t xml:space="preserve">[1:05:39] </w:t>
      </w:r>
      <w:r>
        <w:t>qudwah means model. to kisi sahabi ne is tarah dua nahi ki. dekhein, hum ko model lena hai Rasool Allah ka aur ashaab-e-Rasool ka.</w:t>
      </w:r>
    </w:p>
    <w:p>
      <w:pPr>
        <w:jc w:val="right"/>
      </w:pPr>
      <w:r>
        <w:t>قدوہ مینز ماڈل۔ تو کسی صحابی نے اس طرح دعا نہیں کی۔ دیکھیں، ہم کو ماڈل لینا ہے رسول اللہ کا اور اصحاب رسول کا۔</w:t>
      </w:r>
    </w:p>
    <w:p>
      <w:r>
        <w:rPr>
          <w:b/>
        </w:rPr>
        <w:t xml:space="preserve">[1:05:51] </w:t>
      </w:r>
      <w:r>
        <w:t>is ke siwa jo hai, woh gumrahi hai. jo kuch bhi hai, gumrahi hai. yeh to dua ka tareeqa hai, yeh sab baat ko nikla hai.</w:t>
      </w:r>
    </w:p>
    <w:p>
      <w:pPr>
        <w:jc w:val="right"/>
      </w:pPr>
      <w:r>
        <w:t>اس کے سوا جو ہے، وہ گمراہی ہے۔ جو کچھ بھی ہے، گمراہی ہے۔ یہ تو دعا کا طریقہ ہے، یہ سب بات کو نکلا ہے۔</w:t>
      </w:r>
    </w:p>
    <w:p>
      <w:r>
        <w:rPr>
          <w:b/>
        </w:rPr>
        <w:t xml:space="preserve">[1:06:00] </w:t>
      </w:r>
      <w:r>
        <w:t>abhi bhi yeh India mein hai, yeh abhi bhi bahar nahi hai, yeh sab. yeh sab hindoozada Islam hai, yeh yeh sab hindoozada Islam hai.</w:t>
      </w:r>
    </w:p>
    <w:p>
      <w:pPr>
        <w:jc w:val="right"/>
      </w:pPr>
      <w:r>
        <w:t>ابھی بھی یہ انڈیا میں ہے، یہ ابھی بھی باہر نہیں ہے، یہ سب۔ یہ سب ہندوازد اسلام ہے، یہ یہ سب ہندوازد اسلام ہے۔</w:t>
      </w:r>
    </w:p>
    <w:p>
      <w:r>
        <w:rPr>
          <w:b/>
        </w:rPr>
        <w:t xml:space="preserve">[1:06:10] </w:t>
      </w:r>
      <w:r>
        <w:t>abhi Arab jayen to aaj tak koi dua nahi karta wahan. to baharhaal main yeh kahunga ke ek principle ki baat ke Quran ko padhiye, Hadees ko padhiye aur ashaab-e-Rasool ki seerat ko padhiye.</w:t>
      </w:r>
    </w:p>
    <w:p>
      <w:pPr>
        <w:jc w:val="right"/>
      </w:pPr>
      <w:r>
        <w:t>ابھی عرب جائیں تو آج تک کوئی دعا نہیں کرتا وہاں۔ تو بہرحال میں یہ کہوں گا کہ ایک پرنسپل کی بات کہ قرآن کو پڑھیے، حدیث کو پڑھیے اور اصحاب رسول کی سیرتوں کو پڑھیے۔</w:t>
      </w:r>
    </w:p>
    <w:p>
      <w:r>
        <w:rPr>
          <w:b/>
        </w:rPr>
        <w:t xml:space="preserve">[1:06:25] </w:t>
      </w:r>
      <w:r>
        <w:t>wahan jo deen mile, bas wahi deen hai, baqi jo hai, woh kuch bhi nahi, woh gumrahi hai woh. aur yeh sab, yeh sab cheezein hain. na Quran mein hain, na Hadees mein hain, na sahaba ki ki seerat mein hain.</w:t>
      </w:r>
    </w:p>
    <w:p>
      <w:pPr>
        <w:jc w:val="right"/>
      </w:pPr>
      <w:r>
        <w:t>وہاں جو دین ملے، بس وہی دین ہے، باقی جو ہے، وہ کچھ بھی نہیں، وہ گمراہی ہے وہ۔ اور یہ سب، یہ سب چیزیں ہیں۔ نہ قرآن میں ہیں، نہ حدیث میں ہیں، نہ صحابہ کی کی سیرتوں میں ہیں۔</w:t>
      </w:r>
    </w:p>
    <w:p>
      <w:r>
        <w:rPr>
          <w:b/>
        </w:rPr>
        <w:t xml:space="preserve">[1:06:37] </w:t>
      </w:r>
      <w:r>
        <w:t>yeh to baad ko logon ne nikal rakha hai. ke Before I move on to the next question, I would like to read a comment which has come from Mr.</w:t>
      </w:r>
    </w:p>
    <w:p>
      <w:pPr>
        <w:jc w:val="right"/>
      </w:pPr>
      <w:r>
        <w:t>یہ تو بعد کو لوگوں نے نکال رکھا ہے۔ کہ Before I move on to the next question, I would like to read a comment which has come from Mr.</w:t>
      </w:r>
    </w:p>
    <w:p>
      <w:r>
        <w:rPr>
          <w:b/>
        </w:rPr>
        <w:t xml:space="preserve">[1:06:46] </w:t>
      </w:r>
      <w:r>
        <w:t>Mubeen Khan, who is from Jamia University.</w:t>
      </w:r>
    </w:p>
    <w:p>
      <w:pPr>
        <w:jc w:val="right"/>
      </w:pPr>
      <w:r>
        <w:t>Mubeen Khan, who is from Jamia University.</w:t>
      </w:r>
    </w:p>
    <w:p>
      <w:r>
        <w:rPr>
          <w:b/>
        </w:rPr>
        <w:t xml:space="preserve">[1:06:50] </w:t>
      </w:r>
      <w:r>
        <w:t>He has written, "This is my first lecture and now I can understand where should I focus my concentration and my life ambition." Masha Allah, bohat acha.</w:t>
      </w:r>
    </w:p>
    <w:p>
      <w:pPr>
        <w:jc w:val="right"/>
      </w:pPr>
      <w:r>
        <w:t>He has written, "This is my first lecture and now I can understand where should I focus my concentration and my life ambition." ماشاءاللہ، بہت اچھا۔</w:t>
      </w:r>
    </w:p>
    <w:p>
      <w:r>
        <w:rPr>
          <w:b/>
        </w:rPr>
        <w:t xml:space="preserve">[1:07:03] </w:t>
      </w:r>
      <w:r>
        <w:t>This question is from Mr. Ravi Kumar from New Delhi. main ek software engineer hoon lekin job na milne ki wajah se aaj kal main na khud pe, na hi apne career pe aur na hi Islam pe concentrate kar pa raha hoon.</w:t>
      </w:r>
    </w:p>
    <w:p>
      <w:pPr>
        <w:jc w:val="right"/>
      </w:pPr>
      <w:r>
        <w:t>This question is from Mr. Ravi Kumar from New Delhi. میں ایک سافٹ ویئر انجینئر ہوں لیکن جاب نہ ملنے کی وجہ سے آج کل میں نہ خود پہ، نہ ہی اپنے کیریئر پہ اور نہ ہی اسلام پہ concentrate کر پا رہا ہوں۔</w:t>
      </w:r>
    </w:p>
    <w:p>
      <w:r>
        <w:rPr>
          <w:b/>
        </w:rPr>
        <w:t xml:space="preserve">[1:07:22] </w:t>
      </w:r>
      <w:r>
        <w:t>Maulana ji, please mujhe suggest kijiye ke mujhe kya karna chahiye.</w:t>
      </w:r>
    </w:p>
    <w:p>
      <w:pPr>
        <w:jc w:val="right"/>
      </w:pPr>
      <w:r>
        <w:t>مولانا جی، پلیز مجھے suggest کیجئے کہ مجھے کیا کرنا چاہیے۔</w:t>
      </w:r>
    </w:p>
    <w:p>
      <w:r>
        <w:rPr>
          <w:b/>
        </w:rPr>
        <w:t xml:space="preserve">[1:07:30] </w:t>
      </w:r>
      <w:r>
        <w:t>karna chahiye ke shukr karna chahiye. abhi bhi aap ko subah shaam khana mil raha hoga, tab to aap jeewat hain. main rozana kehta hoon aap ke ghar, apne aap pooch lein, aapas mein pooch leejiy jo hamare saath rehti hain ke subah shaam khana mil raha hai to wahi kafi hai shukr karne ke liye.</w:t>
      </w:r>
    </w:p>
    <w:p>
      <w:pPr>
        <w:jc w:val="right"/>
      </w:pPr>
      <w:r>
        <w:t>کرنا چاہیے کہ شکر کرنا چاہیے۔ ابھی بھی آپ کو صبح شام کھانا مل رہا ہوگا، تب تو آپ جیوت ہیں۔ میں روزانہ کہتا ہوں آپ کے گھر، اپنے آپ پوچھ لیں، آپس میں پوچھ لیجئے جو ہمارے ساتھ رہتی ہیں کہ صبح شام کھانا مل رہا ہے تو وہی کافی ہے شکر کرنے کے لیے۔</w:t>
      </w:r>
    </w:p>
    <w:p>
      <w:r>
        <w:rPr>
          <w:b/>
        </w:rPr>
        <w:t xml:space="preserve">[1:07:49] </w:t>
      </w:r>
      <w:r>
        <w:t>bas baqi chhod do future par. dekhein, kabhi aisa nahi ho sakta ke aap hamesha ke liye permanently aap be rozgar rahen.</w:t>
      </w:r>
    </w:p>
    <w:p>
      <w:pPr>
        <w:jc w:val="right"/>
      </w:pPr>
      <w:r>
        <w:t>بس باقی چھوڑ دو فیوچر پر۔ دیکھیں، کبھی ایسا نہیں ہو سکتا کہ آپ ہمیشہ کے لیے پرماننٹلی آپ بے روزگار رہیں۔</w:t>
      </w:r>
    </w:p>
    <w:p>
      <w:r>
        <w:rPr>
          <w:b/>
        </w:rPr>
        <w:t xml:space="preserve">[1:08:03] </w:t>
      </w:r>
      <w:r>
        <w:t>rozgar mil kar rahe ga aap ko, aaj nahi to kal karani pad sakti. to yeh jo period hai, is ko aap waiting period samjhein. waiting period. mujhe aaj tak duniya mein koi aisa aadmi nahi mila hai jo bas be rozgari mein mar jaye.</w:t>
      </w:r>
    </w:p>
    <w:p>
      <w:pPr>
        <w:jc w:val="right"/>
      </w:pPr>
      <w:r>
        <w:t>روزگار مل کر رہے گا آپ کو، آج نہیں تو کل کرنی پڑ سکتی۔ تو یہ جو پیریڈ ہے، اس کو آپ ویٹنگ پیریڈ سمجھئے۔ ویٹنگ پیریڈ۔ مجھے آج تک دنیا میں کوئی ایسا آدمی نہیں ملا ہے جو بس بے روزگاری میں مر جائے۔</w:t>
      </w:r>
    </w:p>
    <w:p>
      <w:r>
        <w:rPr>
          <w:b/>
        </w:rPr>
        <w:t xml:space="preserve">[1:08:19] </w:t>
      </w:r>
      <w:r>
        <w:t>aap yeh kijiye, do to point formula. number one, is par shukr ki jiye ke Allah taala ne aap ko abhi bhi jism diya hai, abhi bhi health diya hai, abhi bhi subah shaam khane ko mil raha hai.</w:t>
      </w:r>
    </w:p>
    <w:p>
      <w:pPr>
        <w:jc w:val="right"/>
      </w:pPr>
      <w:r>
        <w:t>آپ یہ کیجئے، دو ٹو پوائنٹ فارمولا۔ نمبر ون، اس پر شکر کیجئے کہ اللہ تعالی نے آپ کو ابھی بھی جسم دیا ہے، ابھی بھی ہیلتھ دیا ہے، ابھی بھی صبح شام کھانے کو مل رہا ہے۔</w:t>
      </w:r>
    </w:p>
    <w:p>
      <w:r>
        <w:rPr>
          <w:b/>
        </w:rPr>
        <w:t xml:space="preserve">[1:08:31] </w:t>
      </w:r>
      <w:r>
        <w:t>to shukr kijiye. doosra yeh hai ke apni skill ko badhaiye. skill ko badhaiye. maslan yeh ke agar aap ki English kamzor hai to aap English mein speaking power badhaiye.</w:t>
      </w:r>
    </w:p>
    <w:p>
      <w:pPr>
        <w:jc w:val="right"/>
      </w:pPr>
      <w:r>
        <w:t>تو شکر کیجئے۔ دوسرا یہ ہے کہ اپنی سکل کو بڑھائیے۔ سکل کو بڑھائیے۔ مثلاً یہ کہ اگر آپ کی انگلش کمزور ہے تو آپ انگلش میں اسپیکنگ پاور بڑھائیے۔</w:t>
      </w:r>
    </w:p>
    <w:p>
      <w:r>
        <w:rPr>
          <w:b/>
        </w:rPr>
        <w:t xml:space="preserve">[1:08:46] </w:t>
      </w:r>
      <w:r>
        <w:t>koi aur aap ki engineering mein bohat sare pehlu hain, is ko is mein aap ne expertise paida kijiye. yeh yeh hai interm period ke aap ko baharhaal mile gi ek na ek time ja kar ke service.</w:t>
      </w:r>
    </w:p>
    <w:p>
      <w:pPr>
        <w:jc w:val="right"/>
      </w:pPr>
      <w:r>
        <w:t>کوئی اور آپ کی انجینئرنگ میں بہت سارے پہلو ہیں، اس کو اس میں آپ نے ایکسپرٹیز پیدا کیجئے۔ یہ یہ ہے انٹرم پیریڈ کہ آپ کو بہرحال ملے گی ایک نہ ایک ٹائم جا کر کے سروس۔</w:t>
      </w:r>
    </w:p>
    <w:p>
      <w:r>
        <w:rPr>
          <w:b/>
        </w:rPr>
        <w:t xml:space="preserve">[1:09:03] </w:t>
      </w:r>
      <w:r>
        <w:t>is se pehle ka jo time hai, us ke liye main two point formula bata raha hoon aap ko ke aap apne aaj par shukr kijiye, apne aaj par. aur kal ke liye apne aap ko aur zyada skill badhaiye, apni skill badhaiye, skill badhaiye.</w:t>
      </w:r>
    </w:p>
    <w:p>
      <w:pPr>
        <w:jc w:val="right"/>
      </w:pPr>
      <w:r>
        <w:t>اس سے پہلے کا جو ٹائم ہے، اس کے لیے میں ٹو پوائنٹ فارمولا بتا رہا ہوں آپ کو کہ آپ اپنے آج پر شکر کیجئے، اپنے آج پر۔ اور کل کے لیے اپنے آپ کو اور زیادہ سکل بڑھائیے، اپنی سکل بڑھائیے، سکل بڑھائیے۔</w:t>
      </w:r>
    </w:p>
    <w:p>
      <w:r>
        <w:rPr>
          <w:b/>
        </w:rPr>
        <w:t xml:space="preserve">[1:09:17] </w:t>
      </w:r>
      <w:r>
        <w:t>bas is ke baad aap dekhein ke aap bilkul kamyab hain aur kamyabi mein mujhe is mein zyada shakk nahi ke aap kamyab ho kar rahen ge.</w:t>
      </w:r>
    </w:p>
    <w:p>
      <w:pPr>
        <w:jc w:val="right"/>
      </w:pPr>
      <w:r>
        <w:t>بس اس کے بعد آپ دیکھیں کہ آپ بالکل کامیاب ہیں اور کامیابی میں مجھے اس میں زیادہ شک نہیں کہ آپ کامیاب ہو کر رہیں گے۔</w:t>
      </w:r>
    </w:p>
    <w:p>
      <w:r>
        <w:rPr>
          <w:b/>
        </w:rPr>
        <w:t xml:space="preserve">[1:09:27] </w:t>
      </w:r>
      <w:r>
        <w:t>koi zara zara bhi shakk nahi hai is bande mein. to apne dil se tension ko nikaliye, frustration ko nikaliye, mayoosi ko nikaliye.</w:t>
      </w:r>
    </w:p>
    <w:p>
      <w:pPr>
        <w:jc w:val="right"/>
      </w:pPr>
      <w:r>
        <w:t>کوئی ذرا ذرا بھی شک نہیں ہے اس بندے میں۔ تو اپنے دل سے ٹینشن کو نکالیے، فرسٹریشن کو نکالیے، مایوسی کو نکالیے۔</w:t>
      </w:r>
    </w:p>
    <w:p>
      <w:r>
        <w:rPr>
          <w:b/>
        </w:rPr>
        <w:t xml:space="preserve">[1:09:37] </w:t>
      </w:r>
      <w:r>
        <w:t>tabhi aap zyada achi tarah soch payenge, zyada achi tarah se aap ka development hoga aap ki thinking ka. aur</w:t>
      </w:r>
    </w:p>
    <w:p>
      <w:pPr>
        <w:jc w:val="right"/>
      </w:pPr>
      <w:r>
        <w:t>تبھی آپ زیادہ اچھی طرح سوچ پائیں گے، زیادہ اچھی طرح سے آپ کا ڈیولپمنٹ ہوگا آپ کی تھنکنگ کا۔ اور</w:t>
      </w:r>
    </w:p>
    <w:p>
      <w:r>
        <w:rPr>
          <w:b/>
        </w:rPr>
        <w:t xml:space="preserve">[1:09:49] </w:t>
      </w:r>
      <w:r>
        <w:t>yani jab aap ko woh chance aaye ga ke jab ke aap ko ek rozgar mil gaya to us se pehle aap ne kyun halak karen? aap apni sehat kharab kar lein, apne ko tension mein daal lein, apni health bigaad lein, yeh sab kyun karen?</w:t>
      </w:r>
    </w:p>
    <w:p>
      <w:pPr>
        <w:jc w:val="right"/>
      </w:pPr>
      <w:r>
        <w:t>یعنی جب آپ کو وہ چانس آئے گا کہ جب کہ آپ کو ایک روزگار مل گیا تو اس سے پہلے آپ نے کیوں ہلاک کریں؟ آپ اپنی صحت خراب کر لیں، اپنے کو ٹینشن میں ڈال لیں، اپنی ہیلتھ بگاڑ لیں، یہ سب کیوں کریں؟</w:t>
      </w:r>
    </w:p>
    <w:p>
      <w:r>
        <w:rPr>
          <w:b/>
        </w:rPr>
        <w:t xml:space="preserve">[1:10:02] </w:t>
      </w:r>
      <w:r>
        <w:t>woh to hone wala hai ke aap ko aik na aik din service mile gi. dekhen, mein aap ko bataon, mein is se pehle rehta tha purani dilli mein. purani dilli mein rehta tha mein, jamiat building mein.</w:t>
      </w:r>
    </w:p>
    <w:p>
      <w:pPr>
        <w:jc w:val="right"/>
      </w:pPr>
      <w:r>
        <w:t>وہ تو ہونے والا ہے کہ آپ کو ایک نہ ایک دن سروس ملے گی۔ دیکھیں، میں آپ کو بتاؤں، میں اس سے پہلے رہتا تھا پرانی دہلی میں۔ پرانی دہلی میں رہتا تھا میں، جمعیت بلڈنگ میں۔</w:t>
      </w:r>
    </w:p>
    <w:p>
      <w:r>
        <w:rPr>
          <w:b/>
        </w:rPr>
        <w:t xml:space="preserve">[1:10:16] </w:t>
      </w:r>
      <w:r>
        <w:t>to aik muslim naujawan mere paas aaye, yeh yahi kaha unhon ne ke sahib mujhe koi service nahi mil rahi hai. mein ne mb kiya hai, english se mb kiya tha unhon ne.</w:t>
      </w:r>
    </w:p>
    <w:p>
      <w:pPr>
        <w:jc w:val="right"/>
      </w:pPr>
      <w:r>
        <w:t>تو ایک مسلم نوجوان میرے پاس آئے، یہ یہی کہا انہوں نے کہ صاحب مجھے کوئی سروس نہیں مل رہی ہے۔ میں نے ایم بی کیا ہے، انگلش سے ایم بی کیا تھا انہوں نے۔</w:t>
      </w:r>
    </w:p>
    <w:p>
      <w:r>
        <w:rPr>
          <w:b/>
        </w:rPr>
        <w:t xml:space="preserve">[1:10:24] </w:t>
      </w:r>
      <w:r>
        <w:t>mb kiya hai lekin mujhe koi service nahi mil rahi. to mein ne kaha acha mere paas rahiye aap, aap khana peena jayen mere paas khai pijie.</w:t>
      </w:r>
    </w:p>
    <w:p>
      <w:pPr>
        <w:jc w:val="right"/>
      </w:pPr>
      <w:r>
        <w:t>ایم بی کیا ہے لیکن مجھے کوئی سروس نہیں مل رہی۔ تو میں نے کہا اچھا میرے پاس رہیے آپ، آپ کھانا پینا جائیں میرے پاس کھائی پیجئے۔</w:t>
      </w:r>
    </w:p>
    <w:p>
      <w:r>
        <w:rPr>
          <w:b/>
        </w:rPr>
        <w:t xml:space="preserve">[1:10:34] </w:t>
      </w:r>
      <w:r>
        <w:t>aur yeh mein ne kaha skill barhaiye apni skill. to teen saal lag gaye, teen saal. mere paas woh teen saal tak rahe.</w:t>
      </w:r>
    </w:p>
    <w:p>
      <w:pPr>
        <w:jc w:val="right"/>
      </w:pPr>
      <w:r>
        <w:t>اور یہ میں نے کہا سکل بڑھائیے اپنی سکل۔ تو تین سال لگ گئے، تین سال۔ میرے پاس وہ تین سال تک رہے۔</w:t>
      </w:r>
    </w:p>
    <w:p>
      <w:r>
        <w:rPr>
          <w:b/>
        </w:rPr>
        <w:t xml:space="preserve">[1:10:46] </w:t>
      </w:r>
      <w:r>
        <w:t>is ke baad unhon ko isi dilli mein aik bohat achhe college mein un ko lectureship mili, isi mein barabar rahe woh, paisa kamaya aur isi dilli mein ghar apna khud ghar bana ke rehte hain woh ab.</w:t>
      </w:r>
    </w:p>
    <w:p>
      <w:pPr>
        <w:jc w:val="right"/>
      </w:pPr>
      <w:r>
        <w:t>اس کے بعد انہوں کو اسی دہلی میں ایک بہت اچھے کالج میں ان کو لیکچرر شپ ملی، اسی میں برابر رہے وہ، پیسہ کمایا اور اسی دہلی میں گھر اپنا خود گھر بنا کے رہتے ہیں وہ اب۔</w:t>
      </w:r>
    </w:p>
    <w:p>
      <w:r>
        <w:rPr>
          <w:b/>
        </w:rPr>
        <w:t xml:space="preserve">[1:11:01] </w:t>
      </w:r>
      <w:r>
        <w:t>to kuch wait kijiye, kuch sahib himmat laiye apne andar. kamyabi to chali aa rahi hai aap ke aap ki taraf daudti hui, lekin kuch time to lage ga.</w:t>
      </w:r>
    </w:p>
    <w:p>
      <w:pPr>
        <w:jc w:val="right"/>
      </w:pPr>
      <w:r>
        <w:t>تو کچھ ویٹ کیجئے، کچھ صاحب شیرت لائیے اپنے اندر۔ کامیابی تو چلی آ رہی ہے آپ کے آپ کی طرف دوڑتی ہوئی، لیکن کچھ ٹائم تو لگے گا۔</w:t>
      </w:r>
    </w:p>
    <w:p>
      <w:r>
        <w:rPr>
          <w:b/>
        </w:rPr>
        <w:t xml:space="preserve">[1:11:18] </w:t>
      </w:r>
      <w:r>
        <w:t>This question is from Mr. Nafees Shiraz from Delhi. mere aik mutar ka kehna hai ke koi bhi shakhs sufi sadi insan nahi ban sakta jab tak ke woh islam dharm ko follow na kare.</w:t>
      </w:r>
    </w:p>
    <w:p>
      <w:pPr>
        <w:jc w:val="right"/>
      </w:pPr>
      <w:r>
        <w:t>This question is from Mr. Nafees Shiraz from Delhi. میرے ایک متر کا کہنا ہے کہ کوئی بھی شخص صوفی صدی انسان نہیں بن سکتا جب تک کہ وہ اسلام دھرم کو فالو نہ کرے۔</w:t>
      </w:r>
    </w:p>
    <w:p>
      <w:r>
        <w:rPr>
          <w:b/>
        </w:rPr>
        <w:t xml:space="preserve">[1:11:36] </w:t>
      </w:r>
      <w:r>
        <w:t>maulana sahib is ko explain kijiye. dharm ko palan kar ke bhi sufi nahi banega, yeh to koi baat nahi hui.</w:t>
      </w:r>
    </w:p>
    <w:p>
      <w:pPr>
        <w:jc w:val="right"/>
      </w:pPr>
      <w:r>
        <w:t>مولانا صاحب اس کو ایکسپلین کیجئے۔ دھرم کو پالن کر کے بھی صوفی نہیں بنے گا، یہ تو کوئی بات نہیں ہوئی۔</w:t>
      </w:r>
    </w:p>
    <w:p>
      <w:r>
        <w:rPr>
          <w:b/>
        </w:rPr>
        <w:t xml:space="preserve">[1:11:47] </w:t>
      </w:r>
      <w:r>
        <w:t>yeh to koi baat nahi, koi aadmi sufi insan ban nahi sakta is duniya mein. yeh to koi baat hi nahi hai. yeh koi baat nahi.</w:t>
      </w:r>
    </w:p>
    <w:p>
      <w:pPr>
        <w:jc w:val="right"/>
      </w:pPr>
      <w:r>
        <w:t>یہ تو کوئی بات نہیں، کوئی آدمی صوفی انسان بن نہیں سکتا اس دنیا میں۔ یہ تو کوئی بات ہی نہیں ہے۔ یہ کوئی بات نہیں۔</w:t>
      </w:r>
    </w:p>
    <w:p>
      <w:r>
        <w:rPr>
          <w:b/>
        </w:rPr>
        <w:t xml:space="preserve">[1:11:57] </w:t>
      </w:r>
      <w:r>
        <w:t>imam hassan basri jo hain, tabai the, unhon ne satar sahaba ko dekha tha. sahaba jo top ke muslim kahe jate hain.</w:t>
      </w:r>
    </w:p>
    <w:p>
      <w:pPr>
        <w:jc w:val="right"/>
      </w:pPr>
      <w:r>
        <w:t>امام حسن بصری جو ہیں، تابعی تھے، انہوں نے ستر صحابہ کو دیکھا تھا۔ صحابہ جو ٹاپ کے مسلم کہے جاتے ہیں۔</w:t>
      </w:r>
    </w:p>
    <w:p>
      <w:r>
        <w:rPr>
          <w:b/>
        </w:rPr>
        <w:t xml:space="preserve">[1:12:08] </w:t>
      </w:r>
      <w:r>
        <w:t>to imam hassan basri kehte hain ke satar sahaba ko mein ne dekha, har ek ko is ehsas mein paya mein ne ke mein munafiq ho gaya hoon. matlab mujh se kami aa gayi hai.</w:t>
      </w:r>
    </w:p>
    <w:p>
      <w:pPr>
        <w:jc w:val="right"/>
      </w:pPr>
      <w:r>
        <w:t>تو امام حسن بصری کہتے ہیں کہ ستر صحابہ کو میں نے دیکھا، ہر ایک کو اس احساس میں پایا میں نے کہ میں منافق ہو گیا ہوں۔ مطلب میں سے کمی آ گئی ہے۔</w:t>
      </w:r>
    </w:p>
    <w:p>
      <w:r>
        <w:rPr>
          <w:b/>
        </w:rPr>
        <w:t xml:space="preserve">[1:12:19] </w:t>
      </w:r>
      <w:r>
        <w:t>to yeh bilkul yeh yeh soch ghalat hai. yeh bilkul yeh soch hi ghalat hai, bilkul. aap ko sirf koshish karna hai, sachai par apne ko qaim rakhna hai.</w:t>
      </w:r>
    </w:p>
    <w:p>
      <w:pPr>
        <w:jc w:val="right"/>
      </w:pPr>
      <w:r>
        <w:t>تو یہ بالکل یہ یہ سوچ غلط ہے۔ یہ بالکل یہ سوچ ہی غلط ہے، بالکل۔ آپ کو صرف کوشش کرنا ہے، سچائی پر اپنے کو قائم رکھنا ہے۔</w:t>
      </w:r>
    </w:p>
    <w:p>
      <w:r>
        <w:rPr>
          <w:b/>
        </w:rPr>
        <w:t xml:space="preserve">[1:12:31] </w:t>
      </w:r>
      <w:r>
        <w:t>bas baqi hai ke aap hundred percent ban jayenge, yeh bilkul hi baseless baat hai, koi hundred percent hota nahi hai is duniya mein. that is impossible.</w:t>
      </w:r>
    </w:p>
    <w:p>
      <w:pPr>
        <w:jc w:val="right"/>
      </w:pPr>
      <w:r>
        <w:t>بس باقی ہے کہ آپ ہنڈرڈ پرسنٹ بن جائیں گے، یہ بالکل ہی بیسلیس بات ہے، کوئی ہنڈرڈ پرسنٹ ہوتا نہیں ہے اس دنیا میں۔ دیٹ از امپاسیبل۔</w:t>
      </w:r>
    </w:p>
    <w:p>
      <w:r>
        <w:rPr>
          <w:b/>
        </w:rPr>
        <w:t xml:space="preserve">[1:12:44] </w:t>
      </w:r>
      <w:r>
        <w:t>This question is from Maulana Zakwan Nadvi from Delhi. Asiya bint Muzahim was the wife of the Pharaoh.</w:t>
      </w:r>
    </w:p>
    <w:p>
      <w:pPr>
        <w:jc w:val="right"/>
      </w:pPr>
      <w:r>
        <w:t>This question is from مولانا زکوان ندوی from Delhi. آسیہ بنت مزاحم was the wife of the Pharaoh.</w:t>
      </w:r>
    </w:p>
    <w:p>
      <w:r>
        <w:rPr>
          <w:b/>
        </w:rPr>
        <w:t xml:space="preserve">[1:12:54] </w:t>
      </w:r>
      <w:r>
        <w:t>Her story is mentioned in the Quran. What is the significance of her story and what is the lesson one can derive from it?</w:t>
      </w:r>
    </w:p>
    <w:p>
      <w:pPr>
        <w:jc w:val="right"/>
      </w:pPr>
      <w:r>
        <w:t>Her story is mentioned in the Quran. What is the significance of her story and what is the lesson one can derive from it?</w:t>
      </w:r>
    </w:p>
    <w:p>
      <w:r>
        <w:rPr>
          <w:b/>
        </w:rPr>
        <w:t xml:space="preserve">[1:13:13] </w:t>
      </w:r>
      <w:r>
        <w:t>mein to samajhta hoon ke kyunke is story mein</w:t>
      </w:r>
    </w:p>
    <w:p>
      <w:pPr>
        <w:jc w:val="right"/>
      </w:pPr>
      <w:r>
        <w:t>میں تو سمجھتا ہوں کہ کیونکہ اس سٹوری میں</w:t>
      </w:r>
    </w:p>
    <w:p>
      <w:r>
        <w:rPr>
          <w:b/>
        </w:rPr>
        <w:t xml:space="preserve">[1:13:22] </w:t>
      </w:r>
      <w:r>
        <w:t>lesson yeh hai ke un ka shohar jo tha woh king tha misr ka. un ke zamane mein hazrat musa aaye wahan par, unhon ne paigham diya.</w:t>
      </w:r>
    </w:p>
    <w:p>
      <w:pPr>
        <w:jc w:val="right"/>
      </w:pPr>
      <w:r>
        <w:t>لیسن یہ ہے کہ ان کا شوہر جو تھا وہ کنگ تھا مصر کا۔ ان کے زمانے میں حضرت موسیٰ آئے وہاں پر، انہوں نے پیغام دیا۔</w:t>
      </w:r>
    </w:p>
    <w:p>
      <w:r>
        <w:rPr>
          <w:b/>
        </w:rPr>
        <w:t xml:space="preserve">[1:13:34] </w:t>
      </w:r>
      <w:r>
        <w:t>to king jo tha, un ka jo husband, us ne nahi mana. aur asiya jo thi, unhon ne maan liya un ke message ko</w:t>
      </w:r>
    </w:p>
    <w:p>
      <w:pPr>
        <w:jc w:val="right"/>
      </w:pPr>
      <w:r>
        <w:t>تو کنگ جو تھا، ان کا جو ہسبینڈ، اس نے نہیں مانا۔ اور آسیہ جو تھی، انہوں نے مان لیا ان کے میسج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