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Fragments of a CPS Mind | April 24, 2011</w:t>
      </w:r>
    </w:p>
    <w:p>
      <w:r>
        <w:t>https://www.youtube.com/watch?v=cBf7U4Qggyw</w:t>
      </w:r>
    </w:p>
    <w:p>
      <w:r>
        <w:rPr>
          <w:b/>
        </w:rPr>
        <w:t xml:space="preserve">[00:14] </w:t>
      </w:r>
      <w:r>
        <w:t>bismillah hir rahman nir rahim.</w:t>
      </w:r>
    </w:p>
    <w:p>
      <w:pPr>
        <w:jc w:val="right"/>
      </w:pPr>
      <w:r>
        <w:t>بسم اللہ الرحمن الرحیم۔</w:t>
      </w:r>
    </w:p>
    <w:p>
      <w:r>
        <w:rPr>
          <w:b/>
        </w:rPr>
        <w:t xml:space="preserve">[00:19] </w:t>
      </w:r>
      <w:r>
        <w:t>wasalli Allahu alal nabiyyil karim.</w:t>
      </w:r>
    </w:p>
    <w:p>
      <w:pPr>
        <w:jc w:val="right"/>
      </w:pPr>
      <w:r>
        <w:t>وصلی اللہ علی النبی الکریم۔</w:t>
      </w:r>
    </w:p>
    <w:p>
      <w:r>
        <w:rPr>
          <w:b/>
        </w:rPr>
        <w:t xml:space="preserve">[00:24] </w:t>
      </w:r>
      <w:r>
        <w:t>rab ishrah li sadri.</w:t>
      </w:r>
    </w:p>
    <w:p>
      <w:pPr>
        <w:jc w:val="right"/>
      </w:pPr>
      <w:r>
        <w:t>رب اشرح لی صدری۔</w:t>
      </w:r>
    </w:p>
    <w:p>
      <w:r>
        <w:rPr>
          <w:b/>
        </w:rPr>
        <w:t xml:space="preserve">[00:29] </w:t>
      </w:r>
      <w:r>
        <w:t>wa yassir li amri.</w:t>
      </w:r>
    </w:p>
    <w:p>
      <w:pPr>
        <w:jc w:val="right"/>
      </w:pPr>
      <w:r>
        <w:t>ویسر لی امری۔</w:t>
      </w:r>
    </w:p>
    <w:p>
      <w:r>
        <w:rPr>
          <w:b/>
        </w:rPr>
        <w:t xml:space="preserve">[00:34] </w:t>
      </w:r>
      <w:r>
        <w:t>wahlul uqdatan min lisani yafqahu qawli.</w:t>
      </w:r>
    </w:p>
    <w:p>
      <w:pPr>
        <w:jc w:val="right"/>
      </w:pPr>
      <w:r>
        <w:t>واحل العقدۃ من لسانی یفقہ قولی۔</w:t>
      </w:r>
    </w:p>
    <w:p>
      <w:r>
        <w:rPr>
          <w:b/>
        </w:rPr>
        <w:t xml:space="preserve">[00:39] </w:t>
      </w:r>
      <w:r>
        <w:t>aaj ke liye koi ek topic nahi hai balke mutafar</w:t>
      </w:r>
    </w:p>
    <w:p>
      <w:pPr>
        <w:jc w:val="right"/>
      </w:pPr>
      <w:r>
        <w:t>آج کے لیے کوئی ایک topic نہیں ہے بلکہ متفر</w:t>
      </w:r>
    </w:p>
    <w:p>
      <w:r>
        <w:rPr>
          <w:b/>
        </w:rPr>
        <w:t xml:space="preserve">[00:44] </w:t>
      </w:r>
      <w:r>
        <w:t>riq baatein kuch inshallah karne ki koshish karunga.</w:t>
      </w:r>
    </w:p>
    <w:p>
      <w:pPr>
        <w:jc w:val="right"/>
      </w:pPr>
      <w:r>
        <w:t>ق باتیں کچھ انشاءاللہ کرنے کی کوشش کروں گا۔</w:t>
      </w:r>
    </w:p>
    <w:p>
      <w:r>
        <w:rPr>
          <w:b/>
        </w:rPr>
        <w:t xml:space="preserve">[00:52] </w:t>
      </w:r>
      <w:r>
        <w:t>mujhe yaad aata hai ke doctor Ram Ron Lohia jo India ke mashhoor socialist leader the, bohat parhe</w:t>
      </w:r>
    </w:p>
    <w:p>
      <w:pPr>
        <w:jc w:val="right"/>
      </w:pPr>
      <w:r>
        <w:t>مجھے یاد آتا ہے کہ ڈاکٹر رام رون لہیہ جو انڈیا کے مشہور سوشلسٹ لیڈر تھے، بہت پڑھے</w:t>
      </w:r>
    </w:p>
    <w:p>
      <w:r>
        <w:rPr>
          <w:b/>
        </w:rPr>
        <w:t xml:space="preserve">[00:59] </w:t>
      </w:r>
      <w:r>
        <w:t>likhe aadmi the.</w:t>
      </w:r>
    </w:p>
    <w:p>
      <w:pPr>
        <w:jc w:val="right"/>
      </w:pPr>
      <w:r>
        <w:t>لکھے آدمی تھے۔</w:t>
      </w:r>
    </w:p>
    <w:p>
      <w:r>
        <w:rPr>
          <w:b/>
        </w:rPr>
        <w:t xml:space="preserve">[01:07] </w:t>
      </w:r>
      <w:r>
        <w:t>to un ke</w:t>
      </w:r>
    </w:p>
    <w:p>
      <w:pPr>
        <w:jc w:val="right"/>
      </w:pPr>
      <w:r>
        <w:t>تو ان کے</w:t>
      </w:r>
    </w:p>
    <w:p>
      <w:r>
        <w:rPr>
          <w:b/>
        </w:rPr>
        <w:t xml:space="preserve">[01:14] </w:t>
      </w:r>
      <w:r>
        <w:t>death ke baad un ke kuch speeches ya writing ka ek collection chhapa gaya.</w:t>
      </w:r>
    </w:p>
    <w:p>
      <w:pPr>
        <w:jc w:val="right"/>
      </w:pPr>
      <w:r>
        <w:t>death کے بعد ان کے کچھ speeches یا writing کا ایک collection چھاپا گیا۔</w:t>
      </w:r>
    </w:p>
    <w:p>
      <w:r>
        <w:rPr>
          <w:b/>
        </w:rPr>
        <w:t xml:space="preserve">[01:24] </w:t>
      </w:r>
      <w:r>
        <w:t>to is ka title tha "Fragments of a World Mine".</w:t>
      </w:r>
    </w:p>
    <w:p>
      <w:pPr>
        <w:jc w:val="right"/>
      </w:pPr>
      <w:r>
        <w:t>تو اس کا title تھا "Fragments of a World Mine"۔</w:t>
      </w:r>
    </w:p>
    <w:p>
      <w:r>
        <w:rPr>
          <w:b/>
        </w:rPr>
        <w:t xml:space="preserve">[01:35] </w:t>
      </w:r>
      <w:r>
        <w:t>to aaj ka topic bas samajhta hoon yeh shayad behtar ho ke "Fragments of a CPS Mine"۔</w:t>
      </w:r>
    </w:p>
    <w:p>
      <w:pPr>
        <w:jc w:val="right"/>
      </w:pPr>
      <w:r>
        <w:t>تو آج کا topic بس سمجھتا ہوں یہ شاید بہتر ہو کہ "Fragments of a CPS Mine"۔</w:t>
      </w:r>
    </w:p>
    <w:p>
      <w:r>
        <w:rPr>
          <w:b/>
        </w:rPr>
        <w:t xml:space="preserve">[01:45] </w:t>
      </w:r>
      <w:r>
        <w:t>"Fragments of a CPS Mine". aaj ki baat ko mein shuru karunga aik aisi baat se jo khud jahan se insan ki tareekh shuru hoti hai. dekhen aap jante hain ke pehla insan jo hai woh adam the. adam se insan ki history shuru hoti hai. to</w:t>
      </w:r>
    </w:p>
    <w:p>
      <w:pPr>
        <w:jc w:val="right"/>
      </w:pPr>
      <w:r>
        <w:t>"Fragments of a CPS Mine"۔ آج کی بات کو میں شروع کروں گا ایک ایسی بات سے جو خود جہاں سے انسان کی تاریخ شروع ہوتی ہے۔ دیکھیں آپ جانتے ہیں کہ پہلا انسان جو ہے وہ آدم تھے۔ آدم سے انسان کی history شروع ہوتی ہے۔ تو</w:t>
      </w:r>
    </w:p>
    <w:p>
      <w:r>
        <w:rPr>
          <w:b/>
        </w:rPr>
        <w:t xml:space="preserve">[02:15] </w:t>
      </w:r>
      <w:r>
        <w:t>quran mein bataya gaya hai aur bible mein bhi yahi kahani hai thode farq ke sath ke adam ko jab allah taala ne paida kiya to un ko jannat mein rakha aur kaha ke jannat mein tum aaram se raho aur yahan jo tumhare liye sab cheezein hain rahat ki un se enjoy karo. lekin un par sirf aik</w:t>
      </w:r>
    </w:p>
    <w:p>
      <w:pPr>
        <w:jc w:val="right"/>
      </w:pPr>
      <w:r>
        <w:t>قرآن میں بتایا گیا ہے اور بائبل میں بھی یہی کہانی ہے تھوڑے فرق کے ساتھ کہ آدم کو جب اللہ تعالیٰ نے پیدا کیا تو ان کو جنت میں رکھا اور کہا کہ جنت میں تم آرام سے رہو اور یہاں جو تمہارے لیے سب چیزیں ہیں راحت کی ان سے enjoy کرو۔ لیکن ان پر صرف ایک</w:t>
      </w:r>
    </w:p>
    <w:p>
      <w:r>
        <w:rPr>
          <w:b/>
        </w:rPr>
        <w:t xml:space="preserve">[02:45] </w:t>
      </w:r>
      <w:r>
        <w:t>restriction tha woh tha "ولا تقرب أحد الشجر"۔</w:t>
      </w:r>
    </w:p>
    <w:p>
      <w:pPr>
        <w:jc w:val="right"/>
      </w:pPr>
      <w:r>
        <w:t>restriction تھا وہ تھا "ولا تقرب أحد الشجر"۔</w:t>
      </w:r>
    </w:p>
    <w:p>
      <w:r>
        <w:rPr>
          <w:b/>
        </w:rPr>
        <w:t xml:space="preserve">[02:50] </w:t>
      </w:r>
      <w:r>
        <w:t>Don't approach to this tree۔</w:t>
      </w:r>
    </w:p>
    <w:p>
      <w:pPr>
        <w:jc w:val="right"/>
      </w:pPr>
      <w:r>
        <w:t>Don't approach to this tree۔</w:t>
      </w:r>
    </w:p>
    <w:p>
      <w:r>
        <w:rPr>
          <w:b/>
        </w:rPr>
        <w:t xml:space="preserve">[02:55] </w:t>
      </w:r>
      <w:r>
        <w:t>Don't approach this tree۔</w:t>
      </w:r>
    </w:p>
    <w:p>
      <w:pPr>
        <w:jc w:val="right"/>
      </w:pPr>
      <w:r>
        <w:t>Don't approach this tree۔</w:t>
      </w:r>
    </w:p>
    <w:p>
      <w:r>
        <w:rPr>
          <w:b/>
        </w:rPr>
        <w:t xml:space="preserve">[03:00] </w:t>
      </w:r>
      <w:r>
        <w:t>wohan par ek drakht tha jis ko kaha jata hai "الشجر الممنوعہ" ya "forbidden tree"۔</w:t>
      </w:r>
    </w:p>
    <w:p>
      <w:pPr>
        <w:jc w:val="right"/>
      </w:pPr>
      <w:r>
        <w:t>وہاں پر ایک درخت تھا جس کو کہا جاتا ہے "الشجر الممنوعہ" یا "forbidden tree"۔</w:t>
      </w:r>
    </w:p>
    <w:p>
      <w:r>
        <w:rPr>
          <w:b/>
        </w:rPr>
        <w:t xml:space="preserve">[03:06] </w:t>
      </w:r>
      <w:r>
        <w:t>to is ke paas mat jana, is ka phall na khana۔</w:t>
      </w:r>
    </w:p>
    <w:p>
      <w:pPr>
        <w:jc w:val="right"/>
      </w:pPr>
      <w:r>
        <w:t>تو اس کے پاس مت جانا، اس کا پھل نہ کھانا۔</w:t>
      </w:r>
    </w:p>
    <w:p>
      <w:r>
        <w:rPr>
          <w:b/>
        </w:rPr>
        <w:t xml:space="preserve">[03:11] </w:t>
      </w:r>
      <w:r>
        <w:t>quran mein yeh nahi bataya gaya hai ke woh phall woh drakht kis cheez ka tha۔</w:t>
      </w:r>
    </w:p>
    <w:p>
      <w:pPr>
        <w:jc w:val="right"/>
      </w:pPr>
      <w:r>
        <w:t>قرآن میں یہ نہیں بتایا گیا ہے کہ وہ پھل وہ درخت کس چیز کا تھا۔</w:t>
      </w:r>
    </w:p>
    <w:p>
      <w:r>
        <w:rPr>
          <w:b/>
        </w:rPr>
        <w:t xml:space="preserve">[03:16] </w:t>
      </w:r>
      <w:r>
        <w:t>albatta Christian tradition ke mutabiq woh gehoon ka drakht tha۔</w:t>
      </w:r>
    </w:p>
    <w:p>
      <w:pPr>
        <w:jc w:val="right"/>
      </w:pPr>
      <w:r>
        <w:t>البتہ Christian tradition کے مطابق وہ گیہوں کا درخت تھا۔</w:t>
      </w:r>
    </w:p>
    <w:p>
      <w:r>
        <w:rPr>
          <w:b/>
        </w:rPr>
        <w:t xml:space="preserve">[03:26] </w:t>
      </w:r>
      <w:r>
        <w:t>mein nahi keh sakta ke kon sa drakht tha woh lekin behraal woh ek forbidden tree tha۔</w:t>
      </w:r>
    </w:p>
    <w:p>
      <w:pPr>
        <w:jc w:val="right"/>
      </w:pPr>
      <w:r>
        <w:t>میں نہیں کہہ سکتا کہ کون سا درخت تھا وہ لیکن بہرحال وہ ایک forbidden tree تھا۔</w:t>
      </w:r>
    </w:p>
    <w:p>
      <w:r>
        <w:rPr>
          <w:b/>
        </w:rPr>
        <w:t xml:space="preserve">[03:36] </w:t>
      </w:r>
      <w:r>
        <w:t>to kya hua ke kuch din tak to adam is se door rahe phir</w:t>
      </w:r>
    </w:p>
    <w:p>
      <w:pPr>
        <w:jc w:val="right"/>
      </w:pPr>
      <w:r>
        <w:t>تو کیا ہوا کہ کچھ دن تک تو آدم اس سے دور رہے۔ پھر</w:t>
      </w:r>
    </w:p>
    <w:p>
      <w:r>
        <w:rPr>
          <w:b/>
        </w:rPr>
        <w:t xml:space="preserve">[03:47] </w:t>
      </w:r>
      <w:r>
        <w:t>un ko khayal aaya ke shayad yeh koi bohat khaas cheez hai jis se mujhe roka gaya hai۔</w:t>
      </w:r>
    </w:p>
    <w:p>
      <w:pPr>
        <w:jc w:val="right"/>
      </w:pPr>
      <w:r>
        <w:t>ان کو خیال آیا کہ شاید یہ کوئی بہت خاص چیز ہے جس سے مجھے روکا گیا ہے۔</w:t>
      </w:r>
    </w:p>
    <w:p>
      <w:r>
        <w:rPr>
          <w:b/>
        </w:rPr>
        <w:t xml:space="preserve">[03:53] </w:t>
      </w:r>
      <w:r>
        <w:t>agar mein is drakht ka phall kha loon to mujhe koi bohat bari cheez jo abhi mujhe nahi</w:t>
      </w:r>
    </w:p>
    <w:p>
      <w:pPr>
        <w:jc w:val="right"/>
      </w:pPr>
      <w:r>
        <w:t>اگر میں اس درخت کا پھل کھا لوں تو مجھے کوئی بہت بڑی چیز جو ابھی مجھے نہیں</w:t>
      </w:r>
    </w:p>
    <w:p>
      <w:r>
        <w:rPr>
          <w:b/>
        </w:rPr>
        <w:t xml:space="preserve">[03:59] </w:t>
      </w:r>
      <w:r>
        <w:t>mili hai woh mil jayegi۔</w:t>
      </w:r>
    </w:p>
    <w:p>
      <w:pPr>
        <w:jc w:val="right"/>
      </w:pPr>
      <w:r>
        <w:t>ملی ہے وہ مل جائے گی۔</w:t>
      </w:r>
    </w:p>
    <w:p>
      <w:r>
        <w:rPr>
          <w:b/>
        </w:rPr>
        <w:t xml:space="preserve">[04:05] </w:t>
      </w:r>
      <w:r>
        <w:t>chunancha woh gaye, is drakht ka phall kha liya unhon ne۔</w:t>
      </w:r>
    </w:p>
    <w:p>
      <w:pPr>
        <w:jc w:val="right"/>
      </w:pPr>
      <w:r>
        <w:t>چنانچہ وہ گئے، اس درخت کا پھل کھا لیا انہوں نے۔</w:t>
      </w:r>
    </w:p>
    <w:p>
      <w:r>
        <w:rPr>
          <w:b/>
        </w:rPr>
        <w:t xml:space="preserve">[04:11] </w:t>
      </w:r>
      <w:r>
        <w:t>is ke baad kya hua? woh jannat se nikal diye gaye aur</w:t>
      </w:r>
    </w:p>
    <w:p>
      <w:pPr>
        <w:jc w:val="right"/>
      </w:pPr>
      <w:r>
        <w:t>اس کے بعد کیا ہوا؟ وہ جنت سے نکال دیے گئے اور</w:t>
      </w:r>
    </w:p>
    <w:p>
      <w:r>
        <w:rPr>
          <w:b/>
        </w:rPr>
        <w:t xml:space="preserve">[04:17] </w:t>
      </w:r>
      <w:r>
        <w:t>is zameen par unhein basne ke liye kaha gaya. dekhein is mein aik sochne ki baat yeh hai ke woh jo drakht tha "forbidden tree" woh koi khanzir nahi tha, koi sharab nahi tha. woh to aik jaiz cheez thi. agar is ko gehoon ka drakht mana jaye to zahir hai ke gehoon jaiz tha un ke liye. to koi bhi aisi cheez thi woh jo aam halaat mein insan ke liye jaiz hoti</w:t>
      </w:r>
    </w:p>
    <w:p>
      <w:pPr>
        <w:jc w:val="right"/>
      </w:pPr>
      <w:r>
        <w:t>اس زمین پر انہیں بسنے کے لیے کہا گیا۔ دیکھیں اس میں ایک سوچنے کی بات یہ ہے کہ وہ جو درخت تھا "forbidden tree" وہ کوئی خنزیر نہیں تھا، کوئی شراب نہیں تھا۔ وہ تو ایک جائز چیز تھی۔ اگر اس کو گیہوں کا درخت مانا جائے تو ظاہر ہے کہ گیہوں جائز تھا ان کے لیے۔ تو کوئی بھی ایسی چیز تھی وہ جو عام حالات میں انسان کے لیے جائز ہوتی</w:t>
      </w:r>
    </w:p>
    <w:p>
      <w:r>
        <w:rPr>
          <w:b/>
        </w:rPr>
        <w:t xml:space="preserve">[04:47] </w:t>
      </w:r>
      <w:r>
        <w:t>hai۔</w:t>
      </w:r>
    </w:p>
    <w:p>
      <w:pPr>
        <w:jc w:val="right"/>
      </w:pPr>
      <w:r>
        <w:t>ہے۔</w:t>
      </w:r>
    </w:p>
    <w:p>
      <w:r>
        <w:rPr>
          <w:b/>
        </w:rPr>
        <w:t xml:space="preserve">[04:52] </w:t>
      </w:r>
      <w:r>
        <w:t>to gaya ke unhein jaiz cheez se roka gaya۔</w:t>
      </w:r>
    </w:p>
    <w:p>
      <w:pPr>
        <w:jc w:val="right"/>
      </w:pPr>
      <w:r>
        <w:t>تو گیا کہ انہیں جائز چیز سے روکا گیا۔</w:t>
      </w:r>
    </w:p>
    <w:p>
      <w:r>
        <w:rPr>
          <w:b/>
        </w:rPr>
        <w:t xml:space="preserve">[04:57] </w:t>
      </w:r>
      <w:r>
        <w:t>mein samajhta hoon ke yeh pehla lesson tha jo insan ko diya gaya۔</w:t>
      </w:r>
    </w:p>
    <w:p>
      <w:pPr>
        <w:jc w:val="right"/>
      </w:pPr>
      <w:r>
        <w:t>میں سمجھتا ہوں کہ یہ پہلا lesson تھا جو انسان کو دیا گیا۔</w:t>
      </w:r>
    </w:p>
    <w:p>
      <w:r>
        <w:rPr>
          <w:b/>
        </w:rPr>
        <w:t xml:space="preserve">[05:02] </w:t>
      </w:r>
      <w:r>
        <w:t>insan ki jo history shuru hui us waqt jo lesson diya gaya us ko yeh is mein se</w:t>
      </w:r>
    </w:p>
    <w:p>
      <w:pPr>
        <w:jc w:val="right"/>
      </w:pPr>
      <w:r>
        <w:t>انسان کی جو history شروع ہوئی اس وقت جو lesson دیا گیا اس کو یہ اس میں سے</w:t>
      </w:r>
    </w:p>
    <w:p>
      <w:r>
        <w:rPr>
          <w:b/>
        </w:rPr>
        <w:t xml:space="preserve">[05:07] </w:t>
      </w:r>
      <w:r>
        <w:t>ek lesson yeh tha۔</w:t>
      </w:r>
    </w:p>
    <w:p>
      <w:pPr>
        <w:jc w:val="right"/>
      </w:pPr>
      <w:r>
        <w:t>ایک lesson یہ تھا۔</w:t>
      </w:r>
    </w:p>
    <w:p>
      <w:r>
        <w:rPr>
          <w:b/>
        </w:rPr>
        <w:t xml:space="preserve">[05:12] </w:t>
      </w:r>
      <w:r>
        <w:t>is mein kya baat hai? is mein baat yeh hai ke</w:t>
      </w:r>
    </w:p>
    <w:p>
      <w:pPr>
        <w:jc w:val="right"/>
      </w:pPr>
      <w:r>
        <w:t>اس میں کیا بات ہے؟ اس میں بات یہ ہے کہ</w:t>
      </w:r>
    </w:p>
    <w:p>
      <w:r>
        <w:rPr>
          <w:b/>
        </w:rPr>
        <w:t xml:space="preserve">[05:17] </w:t>
      </w:r>
      <w:r>
        <w:t>insan ke liye jo fatal cheezein hain, jo halakat wali cheezein hain woh sirf woh nahi hain jo haram hain۔</w:t>
      </w:r>
    </w:p>
    <w:p>
      <w:pPr>
        <w:jc w:val="right"/>
      </w:pPr>
      <w:r>
        <w:t>انسان کے لیے جو fatal چیزیں ہیں، جو ہلاکت والی چیزیں ہیں وہ صرف وہ نہیں ہیں جو حرام ہیں۔</w:t>
      </w:r>
    </w:p>
    <w:p>
      <w:r>
        <w:rPr>
          <w:b/>
        </w:rPr>
        <w:t xml:space="preserve">[05:23] </w:t>
      </w:r>
      <w:r>
        <w:t>haram to do char hain, khanzir haram hai, sharab haram hai۔</w:t>
      </w:r>
    </w:p>
    <w:p>
      <w:pPr>
        <w:jc w:val="right"/>
      </w:pPr>
      <w:r>
        <w:t>حرام تو دو چار ہیں، خنزیر حرام ہے، شراب حرام ہے۔</w:t>
      </w:r>
    </w:p>
    <w:p>
      <w:r>
        <w:rPr>
          <w:b/>
        </w:rPr>
        <w:t xml:space="preserve">[05:30] </w:t>
      </w:r>
      <w:r>
        <w:t>woh cheez sab se bari halakat nahi hai۔</w:t>
      </w:r>
    </w:p>
    <w:p>
      <w:pPr>
        <w:jc w:val="right"/>
      </w:pPr>
      <w:r>
        <w:t>وہ چیز سب سے بڑی ہلاکت نہیں ہے۔</w:t>
      </w:r>
    </w:p>
    <w:p>
      <w:r>
        <w:rPr>
          <w:b/>
        </w:rPr>
        <w:t xml:space="preserve">[05:36] </w:t>
      </w:r>
      <w:r>
        <w:t>sab se bari halakat woh cheezein hain jo bazahir haram nahi hain aur insan subah shaam is mein</w:t>
      </w:r>
    </w:p>
    <w:p>
      <w:pPr>
        <w:jc w:val="right"/>
      </w:pPr>
      <w:r>
        <w:t>سب سے بڑی ہلاکت وہ چیزیں ہیں جو بظاہر حرام نہیں ہیں اور انسان صبح شام اس میں</w:t>
      </w:r>
    </w:p>
    <w:p>
      <w:r>
        <w:rPr>
          <w:b/>
        </w:rPr>
        <w:t xml:space="preserve">[05:43] </w:t>
      </w:r>
      <w:r>
        <w:t>phanstā rehtā hai.</w:t>
      </w:r>
    </w:p>
    <w:p>
      <w:pPr>
        <w:jc w:val="right"/>
      </w:pPr>
      <w:r>
        <w:t>پھنستا رہتا ہے۔</w:t>
      </w:r>
    </w:p>
    <w:p>
      <w:r>
        <w:rPr>
          <w:b/>
        </w:rPr>
        <w:t xml:space="preserve">[05:50] </w:t>
      </w:r>
      <w:r>
        <w:t>aur woh jo cheezein harām nahīñ hain bazāhir woh itnā ziyādah mohlak ho saktī hain, itnā ziyādah fatal</w:t>
      </w:r>
    </w:p>
    <w:p>
      <w:pPr>
        <w:jc w:val="right"/>
      </w:pPr>
      <w:r>
        <w:t>اور وہ جو چیزیں حرام نہیں ہیں بظاہر وہ اتنا زیادہ مہلک ہو سکتی ہیں، اتنا زیادہ fatal</w:t>
      </w:r>
    </w:p>
    <w:p>
      <w:r>
        <w:rPr>
          <w:b/>
        </w:rPr>
        <w:t xml:space="preserve">[05:57] </w:t>
      </w:r>
      <w:r>
        <w:t>ho saktī hain ke ādmī jantī se ma'rūf ho ja'e.</w:t>
      </w:r>
    </w:p>
    <w:p>
      <w:pPr>
        <w:jc w:val="right"/>
      </w:pPr>
      <w:r>
        <w:t>ہو سکتی ہیں کہ آدمی جنتی سے معروف ہو جائے۔</w:t>
      </w:r>
    </w:p>
    <w:p>
      <w:r>
        <w:rPr>
          <w:b/>
        </w:rPr>
        <w:t xml:space="preserve">[06:05] </w:t>
      </w:r>
      <w:r>
        <w:t>jaisā ke ādam ko jannat se nikāl diyā gayā.</w:t>
      </w:r>
    </w:p>
    <w:p>
      <w:pPr>
        <w:jc w:val="right"/>
      </w:pPr>
      <w:r>
        <w:t>جیسا کہ آدم کو جنت سے نکال دیا گیا۔</w:t>
      </w:r>
    </w:p>
    <w:p>
      <w:r>
        <w:rPr>
          <w:b/>
        </w:rPr>
        <w:t xml:space="preserve">[06:12] </w:t>
      </w:r>
      <w:r>
        <w:t>is par maiñ ne sochā ke ākhir kyā bāt hai ke ghair harām cheez</w:t>
      </w:r>
    </w:p>
    <w:p>
      <w:pPr>
        <w:jc w:val="right"/>
      </w:pPr>
      <w:r>
        <w:t>اس پر میں نے سوچا کہ آخر کیا بات ہے کہ غیر حرام چیز</w:t>
      </w:r>
    </w:p>
    <w:p>
      <w:r>
        <w:rPr>
          <w:b/>
        </w:rPr>
        <w:t xml:space="preserve">[06:20] </w:t>
      </w:r>
      <w:r>
        <w:t>itnā ziyādah serious ban gaī ke jannat se mahrumī kā sabab ho gaī woh.</w:t>
      </w:r>
    </w:p>
    <w:p>
      <w:pPr>
        <w:jc w:val="right"/>
      </w:pPr>
      <w:r>
        <w:t>اتنی زیادہ serious بن گئی کہ جنت سے محرومی کا سبب ہو گئی وہ۔</w:t>
      </w:r>
    </w:p>
    <w:p>
      <w:r>
        <w:rPr>
          <w:b/>
        </w:rPr>
        <w:t xml:space="preserve">[06:28] </w:t>
      </w:r>
      <w:r>
        <w:t>kyā mu'āmalah hai yeh? bahut ziyādah sochne kī bāt hai ke ek ghair harām cheez itnā ziyādah serious</w:t>
      </w:r>
    </w:p>
    <w:p>
      <w:pPr>
        <w:jc w:val="right"/>
      </w:pPr>
      <w:r>
        <w:t>کیا معاملہ ہے یہ؟ بہت زیادہ سوچنے کی بات ہے کہ ایک غیر حرام چیز اتنا زیادہ serious</w:t>
      </w:r>
    </w:p>
    <w:p>
      <w:r>
        <w:rPr>
          <w:b/>
        </w:rPr>
        <w:t xml:space="preserve">[06:35] </w:t>
      </w:r>
      <w:r>
        <w:t>ban jātī hai ke woh insān ko jannat se mahrum kar detī hai.</w:t>
      </w:r>
    </w:p>
    <w:p>
      <w:pPr>
        <w:jc w:val="right"/>
      </w:pPr>
      <w:r>
        <w:t>بن جاتی ہے کہ وہ انسان کو جنت سے محروم کر دیتی ہے۔</w:t>
      </w:r>
    </w:p>
    <w:p>
      <w:r>
        <w:rPr>
          <w:b/>
        </w:rPr>
        <w:t xml:space="preserve">[06:43] </w:t>
      </w:r>
      <w:r>
        <w:t>maiñ ne yeh samjhā hai</w:t>
      </w:r>
    </w:p>
    <w:p>
      <w:pPr>
        <w:jc w:val="right"/>
      </w:pPr>
      <w:r>
        <w:t>میں نے یہ سمجھا ہے</w:t>
      </w:r>
    </w:p>
    <w:p>
      <w:r>
        <w:rPr>
          <w:b/>
        </w:rPr>
        <w:t xml:space="preserve">[06:50] </w:t>
      </w:r>
      <w:r>
        <w:t>ke is se murad hain aadatein. aadatein aadmi ko distract karti hain. kam az kam yahi agar kal pehlu na ho to is ka aik pehlu yeh hai. har aadmi ki kuch aadatein hoti hain, wohi aadatein us ko tabah karti hain. yeh aadaton ka muamla kya hai? kuch dinon ke baad woh aadatein</w:t>
      </w:r>
    </w:p>
    <w:p>
      <w:pPr>
        <w:jc w:val="right"/>
      </w:pPr>
      <w:r>
        <w:t>کہ اس سے مراد ہے عادتیں۔ عادتیں آدمی کو distract کرتی ہیں۔ کم از کم یہی اگر کل پہلو نہ ہو تو اس کا ایک پہلو یہ ہے۔ ہر آدمی کی کچھ عادتیں ہوتی ہیں، وہی عادتیں اس کو تباہ کرتی ہیں۔ یہ عادتوں کا معاملہ کیا ہے؟ کچھ دنوں کے بعد وہ عادتیں</w:t>
      </w:r>
    </w:p>
    <w:p>
      <w:r>
        <w:rPr>
          <w:b/>
        </w:rPr>
        <w:t xml:space="preserve">[07:20] </w:t>
      </w:r>
      <w:r>
        <w:t>ādmī ko itnā ziyādah dimāgh meñ rach bas jātī hain ke woh soche bhī nahīñ ke is se</w:t>
      </w:r>
    </w:p>
    <w:p>
      <w:pPr>
        <w:jc w:val="right"/>
      </w:pPr>
      <w:r>
        <w:t>آدمی کو اتنا زیادہ دماغ میں رچ بس جاتی ہیں کہ وہ سوچتا بھی نہیں کہ اس سے</w:t>
      </w:r>
    </w:p>
    <w:p>
      <w:r>
        <w:rPr>
          <w:b/>
        </w:rPr>
        <w:t xml:space="preserve">[07:26] </w:t>
      </w:r>
      <w:r>
        <w:t>merā koī nuqsān ho rahā hai.</w:t>
      </w:r>
    </w:p>
    <w:p>
      <w:pPr>
        <w:jc w:val="right"/>
      </w:pPr>
      <w:r>
        <w:t>میرا کوئی نقصان ہو رہا ہے۔</w:t>
      </w:r>
    </w:p>
    <w:p>
      <w:r>
        <w:rPr>
          <w:b/>
        </w:rPr>
        <w:t xml:space="preserve">[07:32] </w:t>
      </w:r>
      <w:r>
        <w:t>dekhīñ angrezī meñ do lafz hain "habit" aur "addiction".</w:t>
      </w:r>
    </w:p>
    <w:p>
      <w:pPr>
        <w:jc w:val="right"/>
      </w:pPr>
      <w:r>
        <w:t>دیکھیں انگریزی میں دو لفظ ہیں "habit" اور "addiction"۔</w:t>
      </w:r>
    </w:p>
    <w:p>
      <w:r>
        <w:rPr>
          <w:b/>
        </w:rPr>
        <w:t xml:space="preserve">[07:38] </w:t>
      </w:r>
      <w:r>
        <w:t>urdo meñ is ko kehte hain "ādat" aur "lat".</w:t>
      </w:r>
    </w:p>
    <w:p>
      <w:pPr>
        <w:jc w:val="right"/>
      </w:pPr>
      <w:r>
        <w:t>اردو میں اس کو کہتے ہیں "عادت" اور "لعت"۔</w:t>
      </w:r>
    </w:p>
    <w:p>
      <w:r>
        <w:rPr>
          <w:b/>
        </w:rPr>
        <w:t xml:space="preserve">[07:44] </w:t>
      </w:r>
      <w:r>
        <w:t>to koī bhī habit, koī bhī habit dhīre dhīre addiction ban jātī hai.</w:t>
      </w:r>
    </w:p>
    <w:p>
      <w:pPr>
        <w:jc w:val="right"/>
      </w:pPr>
      <w:r>
        <w:t>تو کوئی بھی habit، کوئی بھی habit دھیرے دھیرے addiction بن جاتی ہے۔</w:t>
      </w:r>
    </w:p>
    <w:p>
      <w:r>
        <w:rPr>
          <w:b/>
        </w:rPr>
        <w:t xml:space="preserve">[07:50] </w:t>
      </w:r>
      <w:r>
        <w:t>addiction banne ke bād woh mohlak ho jātī hai.</w:t>
      </w:r>
    </w:p>
    <w:p>
      <w:pPr>
        <w:jc w:val="right"/>
      </w:pPr>
      <w:r>
        <w:t>Addiction بننے کے بعد وہ مہلک ہو جاتی ہے۔</w:t>
      </w:r>
    </w:p>
    <w:p>
      <w:r>
        <w:rPr>
          <w:b/>
        </w:rPr>
        <w:t xml:space="preserve">[07:56] </w:t>
      </w:r>
      <w:r>
        <w:t>jaise ek ṣāḥib se mulāqāt huī merī jaldī to woh rozānah har khāne ke sāth gosht zarūr khāte the.</w:t>
      </w:r>
    </w:p>
    <w:p>
      <w:pPr>
        <w:jc w:val="right"/>
      </w:pPr>
      <w:r>
        <w:t>جیسے ایک صاحب سے ملاقات ہوئی میری جلدی تو وہ روزانہ ہر کھانے کے ساتھ گوشت ضرور کھاتے تھے۔</w:t>
      </w:r>
    </w:p>
    <w:p>
      <w:r>
        <w:rPr>
          <w:b/>
        </w:rPr>
        <w:t xml:space="preserve">[08:02] </w:t>
      </w:r>
      <w:r>
        <w:t>agar gosht na ho khāne meñ to sāre ghar par bars paṛte the, ghusṣah hote the.</w:t>
      </w:r>
    </w:p>
    <w:p>
      <w:pPr>
        <w:jc w:val="right"/>
      </w:pPr>
      <w:r>
        <w:t>اگر گوشت نہ ہو کھانے میں تو سارے گھر پر برس پڑتے تھے، غصہ ہوتے تھے۔</w:t>
      </w:r>
    </w:p>
    <w:p>
      <w:r>
        <w:rPr>
          <w:b/>
        </w:rPr>
        <w:t xml:space="preserve">[08:08] </w:t>
      </w:r>
      <w:r>
        <w:t>maiñ nahīñ khāūñ gā.</w:t>
      </w:r>
    </w:p>
    <w:p>
      <w:pPr>
        <w:jc w:val="right"/>
      </w:pPr>
      <w:r>
        <w:t>میں نہیں کھاؤں گا۔</w:t>
      </w:r>
    </w:p>
    <w:p>
      <w:r>
        <w:rPr>
          <w:b/>
        </w:rPr>
        <w:t xml:space="preserve">[08:14] </w:t>
      </w:r>
      <w:r>
        <w:t>kyūñ? woh gosht ke liye addict ho ga'e the. shurū' shurū'</w:t>
      </w:r>
    </w:p>
    <w:p>
      <w:pPr>
        <w:jc w:val="right"/>
      </w:pPr>
      <w:r>
        <w:t>کیوں؟ وہ گوشت کے لیے addict ہو گئے تھے۔ شروع شروع</w:t>
      </w:r>
    </w:p>
    <w:p>
      <w:r>
        <w:rPr>
          <w:b/>
        </w:rPr>
        <w:t xml:space="preserve">[08:20] </w:t>
      </w:r>
      <w:r>
        <w:t>meñ gosht khāyā hogā, unhoñ ne achhā lagā hogā.</w:t>
      </w:r>
    </w:p>
    <w:p>
      <w:pPr>
        <w:jc w:val="right"/>
      </w:pPr>
      <w:r>
        <w:t>میں گوشت کھایا ہوگا، انہوں نے اچھا لگا ہوگا۔</w:t>
      </w:r>
    </w:p>
    <w:p>
      <w:r>
        <w:rPr>
          <w:b/>
        </w:rPr>
        <w:t xml:space="preserve">[08:24] </w:t>
      </w:r>
      <w:r>
        <w:t>phir khāte khāte un ko addiction ho gayā.</w:t>
      </w:r>
    </w:p>
    <w:p>
      <w:pPr>
        <w:jc w:val="right"/>
      </w:pPr>
      <w:r>
        <w:t>پھر کھاتے کھاتے ان کو addiction ہو گیا۔</w:t>
      </w:r>
    </w:p>
    <w:p>
      <w:r>
        <w:rPr>
          <w:b/>
        </w:rPr>
        <w:t xml:space="preserve">[08:28] </w:t>
      </w:r>
      <w:r>
        <w:t>ke ab agar woh dāl roṭī khāeñ, chāwal khāeñ, sabzī khāeñ to unheñ lage gā ke abhī maiñ</w:t>
      </w:r>
    </w:p>
    <w:p>
      <w:pPr>
        <w:jc w:val="right"/>
      </w:pPr>
      <w:r>
        <w:t>کہ اب اگر وہ دال روٹی کھائیں، چاول کھائیں، سبزی کھائیں تو انہیں لگے گا کہ ابھی میں</w:t>
      </w:r>
    </w:p>
    <w:p>
      <w:r>
        <w:rPr>
          <w:b/>
        </w:rPr>
        <w:t xml:space="preserve">[08:32] </w:t>
      </w:r>
      <w:r>
        <w:t>ne khānā hī nahīñ khāyā.</w:t>
      </w:r>
    </w:p>
    <w:p>
      <w:pPr>
        <w:jc w:val="right"/>
      </w:pPr>
      <w:r>
        <w:t>نے کھانا ہی نہیں کھایا۔</w:t>
      </w:r>
    </w:p>
    <w:p>
      <w:r>
        <w:rPr>
          <w:b/>
        </w:rPr>
        <w:t xml:space="preserve">[08:36] </w:t>
      </w:r>
      <w:r>
        <w:t>un ko taskīn nahīñ hogī.</w:t>
      </w:r>
    </w:p>
    <w:p>
      <w:pPr>
        <w:jc w:val="right"/>
      </w:pPr>
      <w:r>
        <w:t>ان کو تسکین نہیں ہوگی۔</w:t>
      </w:r>
    </w:p>
    <w:p>
      <w:r>
        <w:rPr>
          <w:b/>
        </w:rPr>
        <w:t xml:space="preserve">[08:39] </w:t>
      </w:r>
      <w:r>
        <w:t>to ādat baṛhte baṛhte addiction ban jātī hai.</w:t>
      </w:r>
    </w:p>
    <w:p>
      <w:pPr>
        <w:jc w:val="right"/>
      </w:pPr>
      <w:r>
        <w:t>تو عادت بڑھتے بڑھتے addiction بن جاتی ہے۔</w:t>
      </w:r>
    </w:p>
    <w:p>
      <w:r>
        <w:rPr>
          <w:b/>
        </w:rPr>
        <w:t xml:space="preserve">[08:43] </w:t>
      </w:r>
      <w:r>
        <w:t>jab addiction ban jaye to is ke baghair aadmi reh nahi sakta.</w:t>
      </w:r>
    </w:p>
    <w:p>
      <w:pPr>
        <w:jc w:val="right"/>
      </w:pPr>
      <w:r>
        <w:t>جب addiction بن جائے تو اس کے بغیر آدمی رہ نہیں سکتا۔</w:t>
      </w:r>
    </w:p>
    <w:p>
      <w:r>
        <w:rPr>
          <w:b/>
        </w:rPr>
        <w:t xml:space="preserve">[08:47] </w:t>
      </w:r>
      <w:r>
        <w:t>is ka nuqsan kya hota hai?</w:t>
      </w:r>
    </w:p>
    <w:p>
      <w:pPr>
        <w:jc w:val="right"/>
      </w:pPr>
      <w:r>
        <w:t>اس کا نقصان کیا ہوتا ہے؟</w:t>
      </w:r>
    </w:p>
    <w:p>
      <w:r>
        <w:rPr>
          <w:b/>
        </w:rPr>
        <w:t xml:space="preserve">[08:51] </w:t>
      </w:r>
      <w:r>
        <w:t>ke zindagi ke jo bohat sare kaam hain jo zyada important hain is mein kami ho jati hai.</w:t>
      </w:r>
    </w:p>
    <w:p>
      <w:pPr>
        <w:jc w:val="right"/>
      </w:pPr>
      <w:r>
        <w:t>کہ زندگی کے جو بہت سارے کام ہیں جو زیادہ important ہیں اس میں کمی ہو جاتی ہے۔</w:t>
      </w:r>
    </w:p>
    <w:p>
      <w:r>
        <w:rPr>
          <w:b/>
        </w:rPr>
        <w:t xml:space="preserve">[08:56] </w:t>
      </w:r>
      <w:r>
        <w:t>jitna idhar aap apne ko engage karenge utni idhar kami ho jayegi.</w:t>
      </w:r>
    </w:p>
    <w:p>
      <w:pPr>
        <w:jc w:val="right"/>
      </w:pPr>
      <w:r>
        <w:t>جتنا ادھر آپ اپنے کو engage کریں گے اتنی ادھر کمی ہو جائے گی۔</w:t>
      </w:r>
    </w:p>
    <w:p>
      <w:r>
        <w:rPr>
          <w:b/>
        </w:rPr>
        <w:t xml:space="preserve">[09:01] </w:t>
      </w:r>
      <w:r>
        <w:t>jaise misaal ke taur par ek safar mein mere sath ek sahab the, bahar ke safar mein.</w:t>
      </w:r>
    </w:p>
    <w:p>
      <w:pPr>
        <w:jc w:val="right"/>
      </w:pPr>
      <w:r>
        <w:t>جیسے مثال کے طور پر ایک سفر میں میرے ساتھ ایک صاحب تھے، باہر کے سفر میں۔</w:t>
      </w:r>
    </w:p>
    <w:p>
      <w:r>
        <w:rPr>
          <w:b/>
        </w:rPr>
        <w:t xml:space="preserve">[09:06] </w:t>
      </w:r>
      <w:r>
        <w:t>to un ki wajah se main aksar program mein late ho jata tha.</w:t>
      </w:r>
    </w:p>
    <w:p>
      <w:pPr>
        <w:jc w:val="right"/>
      </w:pPr>
      <w:r>
        <w:t>تو ان کی وجہ سے میں اکثر پروگرام میں late ہو جاتا تھا۔</w:t>
      </w:r>
    </w:p>
    <w:p>
      <w:r>
        <w:rPr>
          <w:b/>
        </w:rPr>
        <w:t xml:space="preserve">[09:12] </w:t>
      </w:r>
      <w:r>
        <w:t>halankey mera mizaj ye hai ke main kabhi late na hon, time par pahunchna.</w:t>
      </w:r>
    </w:p>
    <w:p>
      <w:pPr>
        <w:jc w:val="right"/>
      </w:pPr>
      <w:r>
        <w:t>حالانکہ میرا مزاج یہ ہے کہ میں کبھی late نہ ہوں، ٹائم پر پہنچنا۔</w:t>
      </w:r>
    </w:p>
    <w:p>
      <w:r>
        <w:rPr>
          <w:b/>
        </w:rPr>
        <w:t xml:space="preserve">[09:17] </w:t>
      </w:r>
      <w:r>
        <w:t>un ki wajah se main late ho jata tha. kyun?</w:t>
      </w:r>
    </w:p>
    <w:p>
      <w:pPr>
        <w:jc w:val="right"/>
      </w:pPr>
      <w:r>
        <w:t>ان کی وجہ سے میں late ہو جاتا تھا۔ کیوں؟</w:t>
      </w:r>
    </w:p>
    <w:p>
      <w:r>
        <w:rPr>
          <w:b/>
        </w:rPr>
        <w:t xml:space="preserve">[09:22] </w:t>
      </w:r>
      <w:r>
        <w:t>hum hotel mein kai jagah gaye the to har jagah hotel mein theherty the.</w:t>
      </w:r>
    </w:p>
    <w:p>
      <w:pPr>
        <w:jc w:val="right"/>
      </w:pPr>
      <w:r>
        <w:t>ہم ہوٹل میں کئی جگہ گئے تھے تو ہر جگہ ہوٹل میں ٹھہرتے تھے۔</w:t>
      </w:r>
    </w:p>
    <w:p>
      <w:r>
        <w:rPr>
          <w:b/>
        </w:rPr>
        <w:t xml:space="preserve">[09:28] </w:t>
      </w:r>
      <w:r>
        <w:t>to wo kya karte the ke har din unhein kapra dhula hua ho aur use press kiya hua ho.</w:t>
      </w:r>
    </w:p>
    <w:p>
      <w:pPr>
        <w:jc w:val="right"/>
      </w:pPr>
      <w:r>
        <w:t>تو وہ کیا کرتے تھے کہ ہر دن انہیں کپڑا دھلا ہوا ہو اور اسے press کیا ہوا ہو۔</w:t>
      </w:r>
    </w:p>
    <w:p>
      <w:r>
        <w:rPr>
          <w:b/>
        </w:rPr>
        <w:t xml:space="preserve">[09:34] </w:t>
      </w:r>
      <w:r>
        <w:t>ye un ka mizaj tha.</w:t>
      </w:r>
    </w:p>
    <w:p>
      <w:pPr>
        <w:jc w:val="right"/>
      </w:pPr>
      <w:r>
        <w:t>یہ ان کا مزاج تھا۔</w:t>
      </w:r>
    </w:p>
    <w:p>
      <w:r>
        <w:rPr>
          <w:b/>
        </w:rPr>
        <w:t xml:space="preserve">[09:41] </w:t>
      </w:r>
      <w:r>
        <w:t>to rozana wo dete the sham ko ke mujhe dhula hua kapra subah tak press kar ke milna chahiye.</w:t>
      </w:r>
    </w:p>
    <w:p>
      <w:pPr>
        <w:jc w:val="right"/>
      </w:pPr>
      <w:r>
        <w:t>تو روزانہ وہ دیتے تھے شام کو کہ مجھے دھلا ہوا کپڑا صبح تک press کر کے ملنا چاہیے۔</w:t>
      </w:r>
    </w:p>
    <w:p>
      <w:r>
        <w:rPr>
          <w:b/>
        </w:rPr>
        <w:t xml:space="preserve">[09:47] </w:t>
      </w:r>
      <w:r>
        <w:t>lekin aksar wo kya hota tha ke wo</w:t>
      </w:r>
    </w:p>
    <w:p>
      <w:pPr>
        <w:jc w:val="right"/>
      </w:pPr>
      <w:r>
        <w:t>لیکن اکثر وہ کیا ہوتا تھا کہ وہ</w:t>
      </w:r>
    </w:p>
    <w:p>
      <w:r>
        <w:rPr>
          <w:b/>
        </w:rPr>
        <w:t xml:space="preserve">[09:53] </w:t>
      </w:r>
      <w:r>
        <w:t>press karne mein der ho jati thi. isi ke intezar mein hum baithe rehte thay. jab kapra milta tha tab hum jatay thay aur program mein late ho jatay thay. to woh addict ho gaye thay press ke liye. baghair press ke kapra samajhte thay ke hum ne kapra hi nahi pehna. baghair press ke agar kapra pehna to goya pehna hi nahi hum ne. to yeh har aadmi kisi na kisi cheez ki adat dalta hai aur dhire dhire</w:t>
      </w:r>
    </w:p>
    <w:p>
      <w:pPr>
        <w:jc w:val="right"/>
      </w:pPr>
      <w:r>
        <w:t>press کرنے میں دیر ہو جاتی تھی۔ اسی کے انتظار میں ہم بیٹھے رہتے تھے۔ جب کپڑا ملتا تھا تب ہم جاتے تھے اور پروگرام میں late ہو جاتے تھے۔ تو وہ addict ہو گئے تھے press کے لیے۔ بغیر press کے کپڑا سمجھتے تھے کہ ہم نے کپڑا ہی نہیں پہنا۔ بغیر press کے اگر کپڑا پہنا تو گویا پہنا ہی نہیں ہم نے۔ تو یہ ہر آدمی کسی نہ کسی چیز کی عادت ڈالتا ہے اور دھیرے دھیرے</w:t>
      </w:r>
    </w:p>
    <w:p>
      <w:r>
        <w:rPr>
          <w:b/>
        </w:rPr>
        <w:t xml:space="preserve">[10:23] </w:t>
      </w:r>
      <w:r>
        <w:t>addiction ho jata hai, addict ho jata hai wo.</w:t>
      </w:r>
    </w:p>
    <w:p>
      <w:pPr>
        <w:jc w:val="right"/>
      </w:pPr>
      <w:r>
        <w:t>addiction ہو جاتا ہے، addict ہو جاتا ہے وہ۔</w:t>
      </w:r>
    </w:p>
    <w:p>
      <w:r>
        <w:rPr>
          <w:b/>
        </w:rPr>
        <w:t xml:space="preserve">[10:28] </w:t>
      </w:r>
      <w:r>
        <w:t>aur phir kya hota hai ke wo doosre kamon mein hissa le nahi pata.</w:t>
      </w:r>
    </w:p>
    <w:p>
      <w:pPr>
        <w:jc w:val="right"/>
      </w:pPr>
      <w:r>
        <w:t>اور پھر کیا ہوتا ہے کہ وہ دوسرے کاموں میں حصہ لے نہیں پاتا۔</w:t>
      </w:r>
    </w:p>
    <w:p>
      <w:r>
        <w:rPr>
          <w:b/>
        </w:rPr>
        <w:t xml:space="preserve">[10:32] </w:t>
      </w:r>
      <w:r>
        <w:t>misal ke taur par ek aam baat hai, bohat zyada aam baat hai ke log aadi hain sham</w:t>
      </w:r>
    </w:p>
    <w:p>
      <w:pPr>
        <w:jc w:val="right"/>
      </w:pPr>
      <w:r>
        <w:t>مثال کے طور پر ایک عام بات ہے، بہت زیادہ عام بات ہے کہ لوگ عادی ہیں شام</w:t>
      </w:r>
    </w:p>
    <w:p>
      <w:r>
        <w:rPr>
          <w:b/>
        </w:rPr>
        <w:t xml:space="preserve">[10:36] </w:t>
      </w:r>
      <w:r>
        <w:t>ko der tak baatein karne ke.</w:t>
      </w:r>
    </w:p>
    <w:p>
      <w:pPr>
        <w:jc w:val="right"/>
      </w:pPr>
      <w:r>
        <w:t>کو دیر تک باتیں کرنے کے۔</w:t>
      </w:r>
    </w:p>
    <w:p>
      <w:r>
        <w:rPr>
          <w:b/>
        </w:rPr>
        <w:t xml:space="preserve">[10:40] </w:t>
      </w:r>
      <w:r>
        <w:t>bohat der tak chaye piyenge, baatein karenge, bohat der mein khana khayenge.</w:t>
      </w:r>
    </w:p>
    <w:p>
      <w:pPr>
        <w:jc w:val="right"/>
      </w:pPr>
      <w:r>
        <w:t>بہت دیر تک چائے پیئیں گے، باتیں کریں گے، بہت دیر میں کھانا کھائیں گے۔</w:t>
      </w:r>
    </w:p>
    <w:p>
      <w:r>
        <w:rPr>
          <w:b/>
        </w:rPr>
        <w:t xml:space="preserve">[10:45] </w:t>
      </w:r>
      <w:r>
        <w:t>to kya hoga? subah ko der mein uthenge.</w:t>
      </w:r>
    </w:p>
    <w:p>
      <w:pPr>
        <w:jc w:val="right"/>
      </w:pPr>
      <w:r>
        <w:t>تو کیا ہوگا؟ صبح کو دیر میں اٹھیں گے۔</w:t>
      </w:r>
    </w:p>
    <w:p>
      <w:r>
        <w:rPr>
          <w:b/>
        </w:rPr>
        <w:t xml:space="preserve">[10:49] </w:t>
      </w:r>
      <w:r>
        <w:t>yani ye bhi ek addiction hai ke raat ko aap der tak jaagein</w:t>
      </w:r>
    </w:p>
    <w:p>
      <w:pPr>
        <w:jc w:val="right"/>
      </w:pPr>
      <w:r>
        <w:t>یعنی یہ بھی ایک addiction ہے کہ رات کو آپ دیر تک جاگیں</w:t>
      </w:r>
    </w:p>
    <w:p>
      <w:r>
        <w:rPr>
          <w:b/>
        </w:rPr>
        <w:t xml:space="preserve">[10:53] </w:t>
      </w:r>
      <w:r>
        <w:t>idhar udhar ki baaton mein aur der mein soyein to subah ka waqt kho dein aap.</w:t>
      </w:r>
    </w:p>
    <w:p>
      <w:pPr>
        <w:jc w:val="right"/>
      </w:pPr>
      <w:r>
        <w:t>ادھر ادھر کی باتوں میں اور دیر میں سوئیں تو صبح کا وقت کھو دیں آپ۔</w:t>
      </w:r>
    </w:p>
    <w:p>
      <w:r>
        <w:rPr>
          <w:b/>
        </w:rPr>
        <w:t xml:space="preserve">[10:58] </w:t>
      </w:r>
      <w:r>
        <w:t>aur der mein uthein.</w:t>
      </w:r>
    </w:p>
    <w:p>
      <w:pPr>
        <w:jc w:val="right"/>
      </w:pPr>
      <w:r>
        <w:t>اور دیر میں اٹھیں۔</w:t>
      </w:r>
    </w:p>
    <w:p>
      <w:r>
        <w:rPr>
          <w:b/>
        </w:rPr>
        <w:t xml:space="preserve">[11:03] </w:t>
      </w:r>
      <w:r>
        <w:t>to dekhein ye jo addiction hai is se kya mahroomi hui? ke sab se acha waqt jo hai</w:t>
      </w:r>
    </w:p>
    <w:p>
      <w:pPr>
        <w:jc w:val="right"/>
      </w:pPr>
      <w:r>
        <w:t>تو دیکھیں یہ جو addiction ہے اس سے کیا محرومی ہوئی؟ کہ سب سے اچھا وقت جو ہے</w:t>
      </w:r>
    </w:p>
    <w:p>
      <w:r>
        <w:rPr>
          <w:b/>
        </w:rPr>
        <w:t xml:space="preserve">[11:09] </w:t>
      </w:r>
      <w:r>
        <w:t>wo subah ka is ko aap ne kho diya.</w:t>
      </w:r>
    </w:p>
    <w:p>
      <w:pPr>
        <w:jc w:val="right"/>
      </w:pPr>
      <w:r>
        <w:t>وہ صبح کا اس کو آپ نے کھو دیا۔</w:t>
      </w:r>
    </w:p>
    <w:p>
      <w:r>
        <w:rPr>
          <w:b/>
        </w:rPr>
        <w:t xml:space="preserve">[11:14] </w:t>
      </w:r>
      <w:r>
        <w:t>aaj subah ko batata hoon main, aaj hi subah sawere mein utha.</w:t>
      </w:r>
    </w:p>
    <w:p>
      <w:pPr>
        <w:jc w:val="right"/>
      </w:pPr>
      <w:r>
        <w:t>آج صبح کو بتاتا ہوں میں، آج ہی صبح سویرے میں اٹھا۔</w:t>
      </w:r>
    </w:p>
    <w:p>
      <w:r>
        <w:rPr>
          <w:b/>
        </w:rPr>
        <w:t xml:space="preserve">[11:19] </w:t>
      </w:r>
      <w:r>
        <w:t>to kafi sawairay.</w:t>
      </w:r>
    </w:p>
    <w:p>
      <w:pPr>
        <w:jc w:val="right"/>
      </w:pPr>
      <w:r>
        <w:t>تو کافی سویرے۔</w:t>
      </w:r>
    </w:p>
    <w:p>
      <w:r>
        <w:rPr>
          <w:b/>
        </w:rPr>
        <w:t xml:space="preserve">[11:24] </w:t>
      </w:r>
      <w:r>
        <w:t>phir subah subah mein namaz ke baad apne samnay jo barjah hai hamaray, lamba barjah hai wahan par</w:t>
      </w:r>
    </w:p>
    <w:p>
      <w:pPr>
        <w:jc w:val="right"/>
      </w:pPr>
      <w:r>
        <w:t>پھر صبح صبح میں نماز کے بعد اپنے سامنے جو بارجہ ہے ہمارے، لمبا بارجہ ہے وہاں پر</w:t>
      </w:r>
    </w:p>
    <w:p>
      <w:r>
        <w:rPr>
          <w:b/>
        </w:rPr>
        <w:t xml:space="preserve">[11:29] </w:t>
      </w:r>
      <w:r>
        <w:t>walk karnay laga.</w:t>
      </w:r>
    </w:p>
    <w:p>
      <w:pPr>
        <w:jc w:val="right"/>
      </w:pPr>
      <w:r>
        <w:t>واک کرنے لگا۔</w:t>
      </w:r>
    </w:p>
    <w:p>
      <w:r>
        <w:rPr>
          <w:b/>
        </w:rPr>
        <w:t xml:space="preserve">[11:34] </w:t>
      </w:r>
      <w:r>
        <w:t>akela tha us waqt, koi nahi tha.</w:t>
      </w:r>
    </w:p>
    <w:p>
      <w:pPr>
        <w:jc w:val="right"/>
      </w:pPr>
      <w:r>
        <w:t>اکیلا تھا اس وقت، کوئی نہیں تھا۔</w:t>
      </w:r>
    </w:p>
    <w:p>
      <w:r>
        <w:rPr>
          <w:b/>
        </w:rPr>
        <w:t xml:space="preserve">[11:39] </w:t>
      </w:r>
      <w:r>
        <w:t>aur woh bohat hi suhana samaan tha.</w:t>
      </w:r>
    </w:p>
    <w:p>
      <w:pPr>
        <w:jc w:val="right"/>
      </w:pPr>
      <w:r>
        <w:t>اور وہ بہت ہی سہانا سماں تھا۔</w:t>
      </w:r>
    </w:p>
    <w:p>
      <w:r>
        <w:rPr>
          <w:b/>
        </w:rPr>
        <w:t xml:space="preserve">[11:44] </w:t>
      </w:r>
      <w:r>
        <w:t>sooraj abhi bas nikalnay wala tha, halki roshni aa chuki thi.</w:t>
      </w:r>
    </w:p>
    <w:p>
      <w:pPr>
        <w:jc w:val="right"/>
      </w:pPr>
      <w:r>
        <w:t>سورج ابھی بس نکلنے والا تھا، ہلکی روشنی آ چکی تھی۔</w:t>
      </w:r>
    </w:p>
    <w:p>
      <w:r>
        <w:rPr>
          <w:b/>
        </w:rPr>
        <w:t xml:space="preserve">[11:49] </w:t>
      </w:r>
      <w:r>
        <w:t>to halki roshni, bohat</w:t>
      </w:r>
    </w:p>
    <w:p>
      <w:pPr>
        <w:jc w:val="right"/>
      </w:pPr>
      <w:r>
        <w:t>تو ہلکی روشنی، بہت</w:t>
      </w:r>
    </w:p>
    <w:p>
      <w:r>
        <w:rPr>
          <w:b/>
        </w:rPr>
        <w:t xml:space="preserve">[11:54] </w:t>
      </w:r>
      <w:r>
        <w:t>taza fresh hawa, chiryan urr rahi hain. har taraf darakhton ke, sar sabz darakhton ka manzar hai. is mein walk kar raha tha mein. to aik moment ke liye mujhe aisa laga ke mein garden mein walk kar raha hoon, ke mein paradise mein walk kar raha hoon. are dil mein aaya ke paradise bhi to aisi hogi? mein similar to this</w:t>
      </w:r>
    </w:p>
    <w:p>
      <w:pPr>
        <w:jc w:val="right"/>
      </w:pPr>
      <w:r>
        <w:t>تازہ fresh ہوا، چڑیاں اڑ رہی ہیں۔ ہر طرف درختوں کے، سرسبز درختوں کا منظر ہے۔ اس میں واک کر رہا تھا میں۔ تو ایک moment کے لیے مجھے ایسا لگا کہ میں garden میں walk کر رہا ہوں، کہ میں paradise میں walk کر رہا ہوں۔ ارے دل میں آیا کہ paradise بھی تو ایسی ہوگی؟ میں similar to this</w:t>
      </w:r>
    </w:p>
    <w:p>
      <w:r>
        <w:rPr>
          <w:b/>
        </w:rPr>
        <w:t xml:space="preserve">[12:24] </w:t>
      </w:r>
      <w:r>
        <w:t>situation hogi? kyunkay Quran mein khud hai ke paradise is dunya ke mutashabeh hai, similar to this world hai.</w:t>
      </w:r>
    </w:p>
    <w:p>
      <w:pPr>
        <w:jc w:val="right"/>
      </w:pPr>
      <w:r>
        <w:t>situation ہوگی؟ کیونکہ قرآن میں خود ہے کہ paradise اس دنیا کے متشابہ ہے، similar to this world ہے۔</w:t>
      </w:r>
    </w:p>
    <w:p>
      <w:r>
        <w:rPr>
          <w:b/>
        </w:rPr>
        <w:t xml:space="preserve">[12:30] </w:t>
      </w:r>
      <w:r>
        <w:t>ab aik ajeeb o ghareeb tajurba hua ke mein khud Khuda ki jannat mein walk kar raha hoon.</w:t>
      </w:r>
    </w:p>
    <w:p>
      <w:pPr>
        <w:jc w:val="right"/>
      </w:pPr>
      <w:r>
        <w:t>اب ایک عجیب و غریب تجربہ ہوا کہ میں خود خدا کی جنت میں walk کر رہا ہوں۔</w:t>
      </w:r>
    </w:p>
    <w:p>
      <w:r>
        <w:rPr>
          <w:b/>
        </w:rPr>
        <w:t xml:space="preserve">[12:37] </w:t>
      </w:r>
      <w:r>
        <w:t>ab shukr ka aik athaa samandar mere dil mein umda.</w:t>
      </w:r>
    </w:p>
    <w:p>
      <w:pPr>
        <w:jc w:val="right"/>
      </w:pPr>
      <w:r>
        <w:t>اب شکر کا ایک اथा سمندر میرے دل میں امڈا۔</w:t>
      </w:r>
    </w:p>
    <w:p>
      <w:r>
        <w:rPr>
          <w:b/>
        </w:rPr>
        <w:t xml:space="preserve">[12:43] </w:t>
      </w:r>
      <w:r>
        <w:t>us waqt mujhe aik ayat samajh mein aayi.</w:t>
      </w:r>
    </w:p>
    <w:p>
      <w:pPr>
        <w:jc w:val="right"/>
      </w:pPr>
      <w:r>
        <w:t>اس وقت مجھے ایک آیت سمجھ میں آئی۔</w:t>
      </w:r>
    </w:p>
    <w:p>
      <w:r>
        <w:rPr>
          <w:b/>
        </w:rPr>
        <w:t xml:space="preserve">[12:49] </w:t>
      </w:r>
      <w:r>
        <w:t>Quran ki aik ayat hai: "</w:t>
      </w:r>
    </w:p>
    <w:p>
      <w:pPr>
        <w:jc w:val="right"/>
      </w:pPr>
      <w:r>
        <w:t>قرآن کی ایک آیت ہے: "</w:t>
      </w:r>
    </w:p>
    <w:p>
      <w:r>
        <w:rPr>
          <w:b/>
        </w:rPr>
        <w:t xml:space="preserve">[12:56] </w:t>
      </w:r>
      <w:r>
        <w:t>Allah un ko jannat mein dakhil kare ga jis ki unhein pehchan kara di hai." goya pehchan jo hai woh jannat ka certificate hai. to pehchan ka yeh waqt to hai sab se acha waqt. sab se acha waqt jannat ko pehchanne ka subah ka hota hai. subah ka waqt wahi mahol hota hai. aap kisi park mein chale jayein, aap kisi darya kin</w:t>
      </w:r>
    </w:p>
    <w:p>
      <w:pPr>
        <w:jc w:val="right"/>
      </w:pPr>
      <w:r>
        <w:t>اللہ ان کو جنت میں داخل کرے گا جس کی انہیں پہچان کرا دی ہے۔" گویا پہچان جو ہے وہ جنت کا certificate ہے۔ تو پہچان کا یہ وقت تو ہے سب سے اچھا وقت۔ سب سے اچھا وقت جنت کو پہچاننے کا صبح کا ہوتا ہے۔ صبح کا وقت وہی ماحول ہوتا ہے۔ آپ کسی park میں چلے جائیں، آپ کسی دریا کن</w:t>
      </w:r>
    </w:p>
    <w:p>
      <w:r>
        <w:rPr>
          <w:b/>
        </w:rPr>
        <w:t xml:space="preserve">[13:26] </w:t>
      </w:r>
      <w:r>
        <w:t>aray chalay jayen.</w:t>
      </w:r>
    </w:p>
    <w:p>
      <w:pPr>
        <w:jc w:val="right"/>
      </w:pPr>
      <w:r>
        <w:t>ارے چلے جائیں۔</w:t>
      </w:r>
    </w:p>
    <w:p>
      <w:r>
        <w:rPr>
          <w:b/>
        </w:rPr>
        <w:t xml:space="preserve">[13:31] </w:t>
      </w:r>
      <w:r>
        <w:t>aap kisi bhi khuli jagah par chalay jayen jahan nature ka mahol ho.</w:t>
      </w:r>
    </w:p>
    <w:p>
      <w:pPr>
        <w:jc w:val="right"/>
      </w:pPr>
      <w:r>
        <w:t>آپ کسی بھی کھلی جگہ پر چلے جائیں جہاں nature کا ماحول ہو۔</w:t>
      </w:r>
    </w:p>
    <w:p>
      <w:r>
        <w:rPr>
          <w:b/>
        </w:rPr>
        <w:t xml:space="preserve">[13:36] </w:t>
      </w:r>
      <w:r>
        <w:t>aur wahan par subah subah ke waqt aap walk karen.</w:t>
      </w:r>
    </w:p>
    <w:p>
      <w:pPr>
        <w:jc w:val="right"/>
      </w:pPr>
      <w:r>
        <w:t>اور وہاں پر صبح صبح کے وقت آپ walk کریں۔</w:t>
      </w:r>
    </w:p>
    <w:p>
      <w:r>
        <w:rPr>
          <w:b/>
        </w:rPr>
        <w:t xml:space="preserve">[13:41] </w:t>
      </w:r>
      <w:r>
        <w:t>to ajeeb inspiration hota hai.</w:t>
      </w:r>
    </w:p>
    <w:p>
      <w:pPr>
        <w:jc w:val="right"/>
      </w:pPr>
      <w:r>
        <w:t>تو عجیب inspiration ہوتا ہے۔</w:t>
      </w:r>
    </w:p>
    <w:p>
      <w:r>
        <w:rPr>
          <w:b/>
        </w:rPr>
        <w:t xml:space="preserve">[13:46] </w:t>
      </w:r>
      <w:r>
        <w:t>bilkul jaisa lagta hai ke aap Khuda ko dekh rahay hain.</w:t>
      </w:r>
    </w:p>
    <w:p>
      <w:pPr>
        <w:jc w:val="right"/>
      </w:pPr>
      <w:r>
        <w:t>بالکل جیسا لگتا ہے کہ آپ خدا کو دیکھ رہے ہیں۔</w:t>
      </w:r>
    </w:p>
    <w:p>
      <w:r>
        <w:rPr>
          <w:b/>
        </w:rPr>
        <w:t xml:space="preserve">[13:51] </w:t>
      </w:r>
      <w:r>
        <w:t>jannat ka experience kar rahay hain.</w:t>
      </w:r>
    </w:p>
    <w:p>
      <w:pPr>
        <w:jc w:val="right"/>
      </w:pPr>
      <w:r>
        <w:t>جنت کا experience کر رہے ہیں۔</w:t>
      </w:r>
    </w:p>
    <w:p>
      <w:r>
        <w:rPr>
          <w:b/>
        </w:rPr>
        <w:t xml:space="preserve">[13:57] </w:t>
      </w:r>
      <w:r>
        <w:t>to jo log is tarah ka experience karein, is tarah jannat ko pa lein isi dunya mein. wohi woh log hain jo akhirat mein jannat ko payein ge. goya dunya mein hum ko imperfect jannat ko pana hai, akhirat mein hamein perfect jannat mile gi. dunya mein hum ko temporary jannat ko pana hai, akhirat mein hamein eternal jannat mile gi. akhirat mein hamein dunya mein</w:t>
      </w:r>
    </w:p>
    <w:p>
      <w:pPr>
        <w:jc w:val="right"/>
      </w:pPr>
      <w:r>
        <w:t>تو جو لوگ اس طرح کا experience کریں، اس طرح جنت کو پا لیں اسی دنیا میں۔ وہی وہ لوگ ہیں جو آخرت میں جنت کو پائیں گے۔ گویا دنیا میں ہم کو imperfect جنت کو پانا ہے، آخرت میں ہمیں perfect جنت ملے گی۔ دنیا میں ہمیں temporary جنت کو پانا ہے، آخرت میں ہمیں eternal جنت ملے گی۔ آخرت میں ہمیں دنیا میں</w:t>
      </w:r>
    </w:p>
    <w:p>
      <w:r>
        <w:rPr>
          <w:b/>
        </w:rPr>
        <w:t xml:space="preserve">[14:27] </w:t>
      </w:r>
      <w:r>
        <w:t>humain less than ideal jannat ko paana hai, aakhirat mein humain ideal jannat milegi.</w:t>
      </w:r>
    </w:p>
    <w:p>
      <w:pPr>
        <w:jc w:val="right"/>
      </w:pPr>
      <w:r>
        <w:t>ہمیں less than ideal جنت کو پانا ہے، آخرت میں ہمیں ideal جنت ملے گی۔</w:t>
      </w:r>
    </w:p>
    <w:p>
      <w:r>
        <w:rPr>
          <w:b/>
        </w:rPr>
        <w:t xml:space="preserve">[14:34] </w:t>
      </w:r>
      <w:r>
        <w:t>yeh dunya jo hai yeh kya hai? yeh imperfect version hai jannat ka? aap dekhen aap khuli jagah</w:t>
      </w:r>
    </w:p>
    <w:p>
      <w:pPr>
        <w:jc w:val="right"/>
      </w:pPr>
      <w:r>
        <w:t>یہ دنیا جو ہے یہ کیا ہے؟ یہ imperfect version ہے جنت کا؟ آپ دیکھیں آپ کھلی جگہ</w:t>
      </w:r>
    </w:p>
    <w:p>
      <w:r>
        <w:rPr>
          <w:b/>
        </w:rPr>
        <w:t xml:space="preserve">[14:42] </w:t>
      </w:r>
      <w:r>
        <w:t>chalay jayen jahan darya beh raha ho, sabza uga hua ho.</w:t>
      </w:r>
    </w:p>
    <w:p>
      <w:pPr>
        <w:jc w:val="right"/>
      </w:pPr>
      <w:r>
        <w:t>چلے جائیں جہاں دریا بہہ رہا ہو، سبزہ اگا ہوا ہو۔</w:t>
      </w:r>
    </w:p>
    <w:p>
      <w:r>
        <w:rPr>
          <w:b/>
        </w:rPr>
        <w:t xml:space="preserve">[14:49] </w:t>
      </w:r>
      <w:r>
        <w:t>darakht aasman mein apni shakhain phailai hui hon, chiriyan urr rahi hon.</w:t>
      </w:r>
    </w:p>
    <w:p>
      <w:pPr>
        <w:jc w:val="right"/>
      </w:pPr>
      <w:r>
        <w:t>درخت آسمان میں اپنی شاخیں پھیلا ہوئی ہوں، چڑیاں اڑ رہی ہوں۔</w:t>
      </w:r>
    </w:p>
    <w:p>
      <w:r>
        <w:rPr>
          <w:b/>
        </w:rPr>
        <w:t xml:space="preserve">[14:57] </w:t>
      </w:r>
      <w:r>
        <w:t>aasman par badalon ki tikriyan chal rahi hon, sooraj ki sunhari kirnein aa rahi hon.</w:t>
      </w:r>
    </w:p>
    <w:p>
      <w:pPr>
        <w:jc w:val="right"/>
      </w:pPr>
      <w:r>
        <w:t>آسمان پر بادلوں کی ٹکڑیاں چل رہی ہوں، سورج کی سنہری کرنیں آ رہی ہوں۔</w:t>
      </w:r>
    </w:p>
    <w:p>
      <w:r>
        <w:rPr>
          <w:b/>
        </w:rPr>
        <w:t xml:space="preserve">[15:02] </w:t>
      </w:r>
      <w:r>
        <w:t>fresh oxygen mil raha ho aap ko.</w:t>
      </w:r>
    </w:p>
    <w:p>
      <w:pPr>
        <w:jc w:val="right"/>
      </w:pPr>
      <w:r>
        <w:t>fresh oxygen مل رہا ہو آپ کو۔</w:t>
      </w:r>
    </w:p>
    <w:p>
      <w:r>
        <w:rPr>
          <w:b/>
        </w:rPr>
        <w:t xml:space="preserve">[15:07] </w:t>
      </w:r>
      <w:r>
        <w:t>peace ho, sukoon ho.</w:t>
      </w:r>
    </w:p>
    <w:p>
      <w:pPr>
        <w:jc w:val="right"/>
      </w:pPr>
      <w:r>
        <w:t>Peace ہو، سکون ہو۔</w:t>
      </w:r>
    </w:p>
    <w:p>
      <w:r>
        <w:rPr>
          <w:b/>
        </w:rPr>
        <w:t xml:space="preserve">[15:12] </w:t>
      </w:r>
      <w:r>
        <w:t>jis ko hum kehte hain nature.</w:t>
      </w:r>
    </w:p>
    <w:p>
      <w:pPr>
        <w:jc w:val="right"/>
      </w:pPr>
      <w:r>
        <w:t>جس کو ہم کہتے ہیں nature۔</w:t>
      </w:r>
    </w:p>
    <w:p>
      <w:r>
        <w:rPr>
          <w:b/>
        </w:rPr>
        <w:t xml:space="preserve">[15:17] </w:t>
      </w:r>
      <w:r>
        <w:t>har jagah nature hai.</w:t>
      </w:r>
    </w:p>
    <w:p>
      <w:pPr>
        <w:jc w:val="right"/>
      </w:pPr>
      <w:r>
        <w:t>ہر جگہ nature ہے۔</w:t>
      </w:r>
    </w:p>
    <w:p>
      <w:r>
        <w:rPr>
          <w:b/>
        </w:rPr>
        <w:t xml:space="preserve">[15:22] </w:t>
      </w:r>
      <w:r>
        <w:t>aap apne ghar se bahar nikliye, thoda sa bahar chale jayen to nature hi nature hai aap ko har jagah.</w:t>
      </w:r>
    </w:p>
    <w:p>
      <w:pPr>
        <w:jc w:val="right"/>
      </w:pPr>
      <w:r>
        <w:t>آپ اپنے گھر سے باہر نکلیے، تھوڑا سا باہر چلے جائیں تو nature ہی nature ہے آپ کو ہر جگہ۔</w:t>
      </w:r>
    </w:p>
    <w:p>
      <w:r>
        <w:rPr>
          <w:b/>
        </w:rPr>
        <w:t xml:space="preserve">[15:27] </w:t>
      </w:r>
      <w:r>
        <w:t>to nature jo hai wo khuda se mulaqat ka maqam hai.</w:t>
      </w:r>
    </w:p>
    <w:p>
      <w:pPr>
        <w:jc w:val="right"/>
      </w:pPr>
      <w:r>
        <w:t>تو nature جو ہے وہ خدا سے ملاقات کا مقام ہے۔</w:t>
      </w:r>
    </w:p>
    <w:p>
      <w:r>
        <w:rPr>
          <w:b/>
        </w:rPr>
        <w:t xml:space="preserve">[15:32] </w:t>
      </w:r>
      <w:r>
        <w:t>aap is se mehroom ho jate hain.</w:t>
      </w:r>
    </w:p>
    <w:p>
      <w:pPr>
        <w:jc w:val="right"/>
      </w:pPr>
      <w:r>
        <w:t>آپ اس سے محروم ہو جاتے ہیں۔</w:t>
      </w:r>
    </w:p>
    <w:p>
      <w:r>
        <w:rPr>
          <w:b/>
        </w:rPr>
        <w:t xml:space="preserve">[15:37] </w:t>
      </w:r>
      <w:r>
        <w:t>beshtar log is se mehroom hain.</w:t>
      </w:r>
    </w:p>
    <w:p>
      <w:pPr>
        <w:jc w:val="right"/>
      </w:pPr>
      <w:r>
        <w:t>بیشتر لوگ اس سے محروم ہیں۔</w:t>
      </w:r>
    </w:p>
    <w:p>
      <w:r>
        <w:rPr>
          <w:b/>
        </w:rPr>
        <w:t xml:space="preserve">[15:42] </w:t>
      </w:r>
      <w:r>
        <w:t>kyun? der mein soyenge, der mein uthenge.</w:t>
      </w:r>
    </w:p>
    <w:p>
      <w:pPr>
        <w:jc w:val="right"/>
      </w:pPr>
      <w:r>
        <w:t>کیوں؟ دیر میں سوئیں گے، دیر میں اٹھیں گے۔</w:t>
      </w:r>
    </w:p>
    <w:p>
      <w:r>
        <w:rPr>
          <w:b/>
        </w:rPr>
        <w:t xml:space="preserve">[15:47] </w:t>
      </w:r>
      <w:r>
        <w:t>jab uthenge to waqt hi nikal chuka hoga.</w:t>
      </w:r>
    </w:p>
    <w:p>
      <w:pPr>
        <w:jc w:val="right"/>
      </w:pPr>
      <w:r>
        <w:t>جب اٹھیں گے تو وقت ہی نکل چکا ہوگا۔</w:t>
      </w:r>
    </w:p>
    <w:p>
      <w:r>
        <w:rPr>
          <w:b/>
        </w:rPr>
        <w:t xml:space="preserve">[15:52] </w:t>
      </w:r>
      <w:r>
        <w:t>jannat mein walk karne ka waqt nikal chuka hoga.</w:t>
      </w:r>
    </w:p>
    <w:p>
      <w:pPr>
        <w:jc w:val="right"/>
      </w:pPr>
      <w:r>
        <w:t>جنت میں walk کرنے کا وقت نکل چکا ہوگا۔</w:t>
      </w:r>
    </w:p>
    <w:p>
      <w:r>
        <w:rPr>
          <w:b/>
        </w:rPr>
        <w:t xml:space="preserve">[15:57] </w:t>
      </w:r>
      <w:r>
        <w:t>ab bataiye wo wo moment, wo lamha jab ke aap jannat ka taaruf hasil kar sakte hain.</w:t>
      </w:r>
    </w:p>
    <w:p>
      <w:pPr>
        <w:jc w:val="right"/>
      </w:pPr>
      <w:r>
        <w:t>اب بتائیے وہ وہ moment، وہ لمحہ جب کہ آپ جنت کا تعارف حاصل کر سکتے ہیں۔</w:t>
      </w:r>
    </w:p>
    <w:p>
      <w:r>
        <w:rPr>
          <w:b/>
        </w:rPr>
        <w:t xml:space="preserve">[16:02] </w:t>
      </w:r>
      <w:r>
        <w:t>jannat wala experience le sakte hain.</w:t>
      </w:r>
    </w:p>
    <w:p>
      <w:pPr>
        <w:jc w:val="right"/>
      </w:pPr>
      <w:r>
        <w:t>جنت والا experience لے سکتے ہیں۔</w:t>
      </w:r>
    </w:p>
    <w:p>
      <w:r>
        <w:rPr>
          <w:b/>
        </w:rPr>
        <w:t xml:space="preserve">[16:08] </w:t>
      </w:r>
      <w:r>
        <w:t>jannat jaise fizaon mein saans le sakte hain.</w:t>
      </w:r>
    </w:p>
    <w:p>
      <w:pPr>
        <w:jc w:val="right"/>
      </w:pPr>
      <w:r>
        <w:t>جنت جیسے فضاؤں میں سانس لے سکتے ہیں۔</w:t>
      </w:r>
    </w:p>
    <w:p>
      <w:r>
        <w:rPr>
          <w:b/>
        </w:rPr>
        <w:t xml:space="preserve">[16:14] </w:t>
      </w:r>
      <w:r>
        <w:t>to is mein kya hota hai? dekhen is waqt jo shukr ubalta hai wahi shukr to jannat ki qeemat hai.</w:t>
      </w:r>
    </w:p>
    <w:p>
      <w:pPr>
        <w:jc w:val="right"/>
      </w:pPr>
      <w:r>
        <w:t>تو اس میں کیا ہوتا ہے؟ دیکھیں اس وقت جو شکر ابلتا ہے وہی شکر تو جنت کی قیمت ہے۔</w:t>
      </w:r>
    </w:p>
    <w:p>
      <w:r>
        <w:rPr>
          <w:b/>
        </w:rPr>
        <w:t xml:space="preserve">[16:20] </w:t>
      </w:r>
      <w:r>
        <w:t>yani jannat ko in logon ke liye bataya gaya ke jin logon ko jannat ka taaruf dunya mein</w:t>
      </w:r>
    </w:p>
    <w:p>
      <w:pPr>
        <w:jc w:val="right"/>
      </w:pPr>
      <w:r>
        <w:t>یعنی جنت کو ان لوگوں کے لیے بتایا گیا کہ جن لوگوں کو جنت کا تعارف دنیا میں</w:t>
      </w:r>
    </w:p>
    <w:p>
      <w:r>
        <w:rPr>
          <w:b/>
        </w:rPr>
        <w:t xml:space="preserve">[16:26] </w:t>
      </w:r>
      <w:r>
        <w:t>ho jaye to kya matlab hai? jab aap ko dunya mein jannat</w:t>
      </w:r>
    </w:p>
    <w:p>
      <w:pPr>
        <w:jc w:val="right"/>
      </w:pPr>
      <w:r>
        <w:t>ہو جائے تو کیا مطلب ہے؟ جب آپ کو دنیا میں جنت</w:t>
      </w:r>
    </w:p>
    <w:p>
      <w:r>
        <w:rPr>
          <w:b/>
        </w:rPr>
        <w:t xml:space="preserve">[16:33] </w:t>
      </w:r>
      <w:r>
        <w:t>wala experience hoga to aap khoob duaen niklengi aap ki. ajeeb ghareeb qism ki duaen niklengi. jaise mujhe jab maine mehsoos kiya ke main jannat mein walk kar raha hoon to main ne dua kiya ke Allah taala to ne mujhe dunya ki jannat mein ka tajurba karaya. ab to aakhirat ki jannat mein bhi mujhe</w:t>
      </w:r>
    </w:p>
    <w:p>
      <w:pPr>
        <w:jc w:val="right"/>
      </w:pPr>
      <w:r>
        <w:t>والا experience ہوگا تو آپ خوب دعائیں نکلیں گی آپ کی۔ عجیب غریب قسم کی دعائیں نکلیں گی۔ جیسے مجھے جب میں نے محسوس کیا کہ میں جنت میں walk کر رہا ہوں تو میں نے دعا کیا کہ اللہ تعالیٰ تو نے مجھے دنیا کی جنت میں کا تجربہ کرا دیا۔ اب تو آخرت کی جنت میں بھی مجھے</w:t>
      </w:r>
    </w:p>
    <w:p>
      <w:r>
        <w:rPr>
          <w:b/>
        </w:rPr>
        <w:t xml:space="preserve">[17:03] </w:t>
      </w:r>
      <w:r>
        <w:t>dakhil kar de.</w:t>
      </w:r>
    </w:p>
    <w:p>
      <w:pPr>
        <w:jc w:val="right"/>
      </w:pPr>
      <w:r>
        <w:t>داخل کر دے۔</w:t>
      </w:r>
    </w:p>
    <w:p>
      <w:r>
        <w:rPr>
          <w:b/>
        </w:rPr>
        <w:t xml:space="preserve">[17:08] </w:t>
      </w:r>
      <w:r>
        <w:t>is tajrube ki buniyad ek aur ayat samajh mein aayi.</w:t>
      </w:r>
    </w:p>
    <w:p>
      <w:pPr>
        <w:jc w:val="right"/>
      </w:pPr>
      <w:r>
        <w:t>اس تجربے کی بنیاد ایک اور آیت سمجھ میں آئی۔</w:t>
      </w:r>
    </w:p>
    <w:p>
      <w:r>
        <w:rPr>
          <w:b/>
        </w:rPr>
        <w:t xml:space="preserve">[17:13] </w:t>
      </w:r>
      <w:r>
        <w:t>quran mein likhi hai ke: "rabana atina fid dunya hasanah wa fil akhirati hasanah wa qina azabannar".</w:t>
      </w:r>
    </w:p>
    <w:p>
      <w:pPr>
        <w:jc w:val="right"/>
      </w:pPr>
      <w:r>
        <w:t>قرآن میں لکھی ہے کہ: "ربنا آتنا فی الدنیا حسنہ وفی الآخرة حسنہ وقنا عذاب النار"۔</w:t>
      </w:r>
    </w:p>
    <w:p>
      <w:r>
        <w:rPr>
          <w:b/>
        </w:rPr>
        <w:t xml:space="preserve">[17:18] </w:t>
      </w:r>
      <w:r>
        <w:t>ae hamare rab!</w:t>
      </w:r>
    </w:p>
    <w:p>
      <w:pPr>
        <w:jc w:val="right"/>
      </w:pPr>
      <w:r>
        <w:t>اے ہمارے رب!</w:t>
      </w:r>
    </w:p>
    <w:p>
      <w:r>
        <w:rPr>
          <w:b/>
        </w:rPr>
        <w:t xml:space="preserve">[17:23] </w:t>
      </w:r>
      <w:r>
        <w:t>hum ko dunya ka hasanah de de aur akhirat ka hasanah de de.</w:t>
      </w:r>
    </w:p>
    <w:p>
      <w:pPr>
        <w:jc w:val="right"/>
      </w:pPr>
      <w:r>
        <w:t>ہم کو دنیا کا حسنہ دے دے اور آخرت کا حسنہ دے دے۔</w:t>
      </w:r>
    </w:p>
    <w:p>
      <w:r>
        <w:rPr>
          <w:b/>
        </w:rPr>
        <w:t xml:space="preserve">[17:28] </w:t>
      </w:r>
      <w:r>
        <w:t>ab is mein dekhen main sochne laga ke dunya ka hasanah to mila hua hai</w:t>
      </w:r>
    </w:p>
    <w:p>
      <w:pPr>
        <w:jc w:val="right"/>
      </w:pPr>
      <w:r>
        <w:t>اب اس میں دیکھیں میں سوچنے لگا کہ دنیا کا حسنہ تو ملا ہوا ہے</w:t>
      </w:r>
    </w:p>
    <w:p>
      <w:r>
        <w:rPr>
          <w:b/>
        </w:rPr>
        <w:t xml:space="preserve">[17:33] </w:t>
      </w:r>
      <w:r>
        <w:t>already, mangne ka kya matlab hai? dunya ka hasanah already mila hua hai.</w:t>
      </w:r>
    </w:p>
    <w:p>
      <w:pPr>
        <w:jc w:val="right"/>
      </w:pPr>
      <w:r>
        <w:t>already، مانگنے کا کیا مطلب ہے؟ دنیا کا حسنہ already ملا ہوا ہے۔</w:t>
      </w:r>
    </w:p>
    <w:p>
      <w:r>
        <w:rPr>
          <w:b/>
        </w:rPr>
        <w:t xml:space="preserve">[17:39] </w:t>
      </w:r>
      <w:r>
        <w:t>dekhen yeh yeh paradise, yeh planet earth jo hai bilkul unique hai, exceptional.</w:t>
      </w:r>
    </w:p>
    <w:p>
      <w:pPr>
        <w:jc w:val="right"/>
      </w:pPr>
      <w:r>
        <w:t>دیکھیں یہ یہ paradise، یہ planet earth جو ہے بالکل unique ہے، exceptional۔</w:t>
      </w:r>
    </w:p>
    <w:p>
      <w:r>
        <w:rPr>
          <w:b/>
        </w:rPr>
        <w:t xml:space="preserve">[17:45] </w:t>
      </w:r>
      <w:r>
        <w:t>puri kainaat mein ek exception hai.</w:t>
      </w:r>
    </w:p>
    <w:p>
      <w:pPr>
        <w:jc w:val="right"/>
      </w:pPr>
      <w:r>
        <w:t>پوری کائنات میں ایک exception ہے۔</w:t>
      </w:r>
    </w:p>
    <w:p>
      <w:r>
        <w:rPr>
          <w:b/>
        </w:rPr>
        <w:t xml:space="preserve">[17:51] </w:t>
      </w:r>
      <w:r>
        <w:t>life support system yahan par hai.</w:t>
      </w:r>
    </w:p>
    <w:p>
      <w:pPr>
        <w:jc w:val="right"/>
      </w:pPr>
      <w:r>
        <w:t>Life support system یہاں پر ہے۔</w:t>
      </w:r>
    </w:p>
    <w:p>
      <w:r>
        <w:rPr>
          <w:b/>
        </w:rPr>
        <w:t xml:space="preserve">[17:57] </w:t>
      </w:r>
      <w:r>
        <w:t>sara saman hai jis se aap enjoy kar sakte hain.</w:t>
      </w:r>
    </w:p>
    <w:p>
      <w:pPr>
        <w:jc w:val="right"/>
      </w:pPr>
      <w:r>
        <w:t>سارا سامان ہے جس سے آپ enjoy کر سکتے ہیں۔</w:t>
      </w:r>
    </w:p>
    <w:p>
      <w:r>
        <w:rPr>
          <w:b/>
        </w:rPr>
        <w:t xml:space="preserve">[18:03] </w:t>
      </w:r>
      <w:r>
        <w:t>to already dunya ka hasna mila hua hai.</w:t>
      </w:r>
    </w:p>
    <w:p>
      <w:pPr>
        <w:jc w:val="right"/>
      </w:pPr>
      <w:r>
        <w:t>تو already دنیا کا حسنہ ملا ہوا ہے۔</w:t>
      </w:r>
    </w:p>
    <w:p>
      <w:r>
        <w:rPr>
          <w:b/>
        </w:rPr>
        <w:t xml:space="preserve">[18:07] </w:t>
      </w:r>
      <w:r>
        <w:t>phir kya matlab hai ke aye khuda!</w:t>
      </w:r>
    </w:p>
    <w:p>
      <w:pPr>
        <w:jc w:val="right"/>
      </w:pPr>
      <w:r>
        <w:t>پھر کیا مطلب ہے کہ اے خدا!</w:t>
      </w:r>
    </w:p>
    <w:p>
      <w:r>
        <w:rPr>
          <w:b/>
        </w:rPr>
        <w:t xml:space="preserve">[18:12] </w:t>
      </w:r>
      <w:r>
        <w:t>humein dunya ka hasna de de.</w:t>
      </w:r>
    </w:p>
    <w:p>
      <w:pPr>
        <w:jc w:val="right"/>
      </w:pPr>
      <w:r>
        <w:t>ہمیں دنیا کا حسنہ دے دے۔</w:t>
      </w:r>
    </w:p>
    <w:p>
      <w:r>
        <w:rPr>
          <w:b/>
        </w:rPr>
        <w:t xml:space="preserve">[18:16] </w:t>
      </w:r>
      <w:r>
        <w:t>yeh sochne ki baat hai.</w:t>
      </w:r>
    </w:p>
    <w:p>
      <w:pPr>
        <w:jc w:val="right"/>
      </w:pPr>
      <w:r>
        <w:t>یہ سوچنے کی بات ہے۔</w:t>
      </w:r>
    </w:p>
    <w:p>
      <w:r>
        <w:rPr>
          <w:b/>
        </w:rPr>
        <w:t xml:space="preserve">[18:20] </w:t>
      </w:r>
      <w:r>
        <w:t>main samajhta hoon ke is ka matlab yeh hai ke: "Rabbana qad aatitana al-hasana fi ad-dunya".</w:t>
      </w:r>
    </w:p>
    <w:p>
      <w:pPr>
        <w:jc w:val="right"/>
      </w:pPr>
      <w:r>
        <w:t>میں سمجھتا ہوں کہ اس کا مطلب یہ ہے کہ: "ربنا قد آتیتنا الحسنہ فی الدنیا"۔</w:t>
      </w:r>
    </w:p>
    <w:p>
      <w:r>
        <w:rPr>
          <w:b/>
        </w:rPr>
        <w:t xml:space="preserve">[18:25] </w:t>
      </w:r>
      <w:r>
        <w:t>yani aye rab!</w:t>
      </w:r>
    </w:p>
    <w:p>
      <w:pPr>
        <w:jc w:val="right"/>
      </w:pPr>
      <w:r>
        <w:t>یعنی اے رب!</w:t>
      </w:r>
    </w:p>
    <w:p>
      <w:r>
        <w:rPr>
          <w:b/>
        </w:rPr>
        <w:t xml:space="preserve">[18:29] </w:t>
      </w:r>
      <w:r>
        <w:t>tu ne humein dunya ka hasna de diya.</w:t>
      </w:r>
    </w:p>
    <w:p>
      <w:pPr>
        <w:jc w:val="right"/>
      </w:pPr>
      <w:r>
        <w:t>تو نے ہمیں دنیا کا حسنہ دے دیا۔</w:t>
      </w:r>
    </w:p>
    <w:p>
      <w:r>
        <w:rPr>
          <w:b/>
        </w:rPr>
        <w:t xml:space="preserve">[18:34] </w:t>
      </w:r>
      <w:r>
        <w:t>to phir banda is ka etiraf karte hue kehta hai ke isi tarah Khudaaya mujhe aakhirat ka hasana bhi de de. is ayat ka matlab yeh hai ke Quran mein yeh dua batai gayi hai ke: "aey Khuda! to ne mujhe dunya ka hasana de diya". ab is ka hawala de kar ke, us ko point of reference bana kar ke banda kehta hai ke: "aey Khuda! to isi tarah mujhe aakhirat ka hasana bhi de de". to jannat ka taaruf jo kaha</w:t>
      </w:r>
    </w:p>
    <w:p>
      <w:pPr>
        <w:jc w:val="right"/>
      </w:pPr>
      <w:r>
        <w:t>تو پھر بندہ اس کا اعتراف کرتے ہوئے کہتا ہے کہ اسی طرح خدایا مجھے آخرت کا حسنہ بھی دے دے۔ اس آیت کا مطلب یہ ہے کہ قرآن میں یہ دعا بتائی گئی ہے کہ: "اے خدا! تو نے مجھے دنیا کا حسنہ دے دیا"۔ اب اس کا حوالہ دے کر کے، اس کو point of reference بنا کر کے بندہ کہتا ہے کہ: "اے خدا! تو اسی طرح مجھے آخرت کا حسنہ بھی دے دے"۔ تو جنت کا تعارف جو کہا</w:t>
      </w:r>
    </w:p>
    <w:p>
      <w:r>
        <w:rPr>
          <w:b/>
        </w:rPr>
        <w:t xml:space="preserve">[19:04] </w:t>
      </w:r>
      <w:r>
        <w:t>gaya Quran majeed mein to us se yeh aisi duaen nikalti hain. woh saada baat nahi hai. yeh jo Quran majeed mein hai ke: "yut hulu bi jannat ar rafa'ilun". to is ka matlab hai woh saada na samjhen us ko. kyunke jab taaruf hoga to duaen niklengi. taaruf hoga to shukr niklega. taaruf hoga to r</w:t>
      </w:r>
    </w:p>
    <w:p>
      <w:pPr>
        <w:jc w:val="right"/>
      </w:pPr>
      <w:r>
        <w:t>گیا قرآن مجید میں تو اس سے یہ ایسی دعائیں نکلتی ہیں۔ وہ سادہ بات نہیں ہے۔ یہ جو قرآن مجید میں ہے کہ: "یُطْهِلُوا بِجَنْتَ الرَّفَاعِلُونَ"۔ تو اس کا مطلب ہے وہ سادہ نہ سمجھیں اس کو۔ کیونکہ جب تعارف ہوگا تو دعائیں نکلیں گی۔ تعارف ہوگا تو شکر نکلے گا۔ تعارف ہوگا تو ر</w:t>
      </w:r>
    </w:p>
    <w:p>
      <w:r>
        <w:rPr>
          <w:b/>
        </w:rPr>
        <w:t xml:space="preserve">[19:34] </w:t>
      </w:r>
      <w:r>
        <w:t>bani jazbat umden ge andar insan ke.</w:t>
      </w:r>
    </w:p>
    <w:p>
      <w:pPr>
        <w:jc w:val="right"/>
      </w:pPr>
      <w:r>
        <w:t>بانی جذبات امڈیں گے اندر انسان کے۔</w:t>
      </w:r>
    </w:p>
    <w:p>
      <w:r>
        <w:rPr>
          <w:b/>
        </w:rPr>
        <w:t xml:space="preserve">[19:39] </w:t>
      </w:r>
      <w:r>
        <w:t>yeh sab hoga.</w:t>
      </w:r>
    </w:p>
    <w:p>
      <w:pPr>
        <w:jc w:val="right"/>
      </w:pPr>
      <w:r>
        <w:t>یہ سب ہوگا۔</w:t>
      </w:r>
    </w:p>
    <w:p>
      <w:r>
        <w:rPr>
          <w:b/>
        </w:rPr>
        <w:t xml:space="preserve">[19:44] </w:t>
      </w:r>
      <w:r>
        <w:t>wo cheez hai jo aadmi ko jannat ke qabil banaye gi.</w:t>
      </w:r>
    </w:p>
    <w:p>
      <w:pPr>
        <w:jc w:val="right"/>
      </w:pPr>
      <w:r>
        <w:t>وہ چیز ہے جو آدمی کو جنت کے قابل بنائے گی۔</w:t>
      </w:r>
    </w:p>
    <w:p>
      <w:r>
        <w:rPr>
          <w:b/>
        </w:rPr>
        <w:t xml:space="preserve">[19:49] </w:t>
      </w:r>
      <w:r>
        <w:t>jannat mein dakhle ke qabil banaye gi.</w:t>
      </w:r>
    </w:p>
    <w:p>
      <w:pPr>
        <w:jc w:val="right"/>
      </w:pPr>
      <w:r>
        <w:t>جنت میں داخلے کے قابل بنائے گی۔</w:t>
      </w:r>
    </w:p>
    <w:p>
      <w:r>
        <w:rPr>
          <w:b/>
        </w:rPr>
        <w:t xml:space="preserve">[19:54] </w:t>
      </w:r>
      <w:r>
        <w:t>ab dekhein kis tarah se insan apne aap ko itni bari nemat se mehroom ki hui hai.</w:t>
      </w:r>
    </w:p>
    <w:p>
      <w:pPr>
        <w:jc w:val="right"/>
      </w:pPr>
      <w:r>
        <w:t>اب دیکھیں کس طرح سے انسان اپنے آپ کو اتنی بڑی نعمت سے محروم کی ہوئی ہے۔</w:t>
      </w:r>
    </w:p>
    <w:p>
      <w:r>
        <w:rPr>
          <w:b/>
        </w:rPr>
        <w:t xml:space="preserve">[19:59] </w:t>
      </w:r>
      <w:r>
        <w:t>wo subah ki walk, subah ko nature mein ja kar ke Allah ko</w:t>
      </w:r>
    </w:p>
    <w:p>
      <w:pPr>
        <w:jc w:val="right"/>
      </w:pPr>
      <w:r>
        <w:t>وہ صبح کی walk، صبح کو nature میں جا کر کے اللہ کو</w:t>
      </w:r>
    </w:p>
    <w:p>
      <w:r>
        <w:rPr>
          <w:b/>
        </w:rPr>
        <w:t xml:space="preserve">[20:04] </w:t>
      </w:r>
      <w:r>
        <w:t>yaad karna. yeh nature poori zameen mein phaila hua hai, har jagah hai. aap ke ghar ke paas nahi to aap thodi door chale jaiye. koi park mil jayega, koi khuli jagah mil jayegi. wahan jannat nature hai wahan par. wahan par walk kijiye wahan par. to yeh kyun hota hai? aadat. raat ko der tak jaagna, fazooliyat baaten karna idhar udhar ki. woh hota hai aadmi ko shuru mein aadat hoti hai, baad mein addiction</w:t>
      </w:r>
    </w:p>
    <w:p>
      <w:pPr>
        <w:jc w:val="right"/>
      </w:pPr>
      <w:r>
        <w:t>یاد کرنا۔ یہ nature پوری زمین میں پھیلا ہوا ہے، ہر جگہ ہے۔ آپ کے گھر کے پاس نہیں تو آپ تھوڑی دور چلے جائیے۔ کوئی park مل جائے گا، کوئی کھلی جگہ مل جائے گی۔ وہاں جنت nature ہے وہاں پر۔ وہاں پر walk کیجیے وہاں پر۔ تو یہ کیوں ہوتا ہے؟ عادت۔ رات کو دیر تک جاگنا، فضولیات باتیں کرنا ادھر ادھر کی۔ وہ ہوتا ہے آدمی کو شروع میں عادت ہوتی ہے، بعد میں addiction</w:t>
      </w:r>
    </w:p>
    <w:p>
      <w:r>
        <w:rPr>
          <w:b/>
        </w:rPr>
        <w:t xml:space="preserve">[20:34] </w:t>
      </w:r>
      <w:r>
        <w:t>ho jata hai. Addiction.</w:t>
      </w:r>
    </w:p>
    <w:p>
      <w:pPr>
        <w:jc w:val="right"/>
      </w:pPr>
      <w:r>
        <w:t>ہو جاتا ہے۔ Addiction۔</w:t>
      </w:r>
    </w:p>
    <w:p>
      <w:r>
        <w:rPr>
          <w:b/>
        </w:rPr>
        <w:t xml:space="preserve">[20:37] </w:t>
      </w:r>
      <w:r>
        <w:t>ke is ke baghair chain nahi aata.</w:t>
      </w:r>
    </w:p>
    <w:p>
      <w:pPr>
        <w:jc w:val="right"/>
      </w:pPr>
      <w:r>
        <w:t>کہ اس کے بغیر چین نہیں آتا۔</w:t>
      </w:r>
    </w:p>
    <w:p>
      <w:r>
        <w:rPr>
          <w:b/>
        </w:rPr>
        <w:t xml:space="preserve">[20:40] </w:t>
      </w:r>
      <w:r>
        <w:t>is ke baghair aadmi chala jaye bistar par to neend nahi aayegi.</w:t>
      </w:r>
    </w:p>
    <w:p>
      <w:pPr>
        <w:jc w:val="right"/>
      </w:pPr>
      <w:r>
        <w:t>اس کے بغیر آدمی چلا جائے بستر پر تو نیند نہیں آئے گی۔</w:t>
      </w:r>
    </w:p>
    <w:p>
      <w:r>
        <w:rPr>
          <w:b/>
        </w:rPr>
        <w:t xml:space="preserve">[20:43] </w:t>
      </w:r>
      <w:r>
        <w:t>kyun? Addiction ki wajah se.</w:t>
      </w:r>
    </w:p>
    <w:p>
      <w:pPr>
        <w:jc w:val="right"/>
      </w:pPr>
      <w:r>
        <w:t>کیوں؟ Addiction کی وجہ سے۔</w:t>
      </w:r>
    </w:p>
    <w:p>
      <w:r>
        <w:rPr>
          <w:b/>
        </w:rPr>
        <w:t xml:space="preserve">[20:46] </w:t>
      </w:r>
      <w:r>
        <w:t>aadmi kahega: "bhai!</w:t>
      </w:r>
    </w:p>
    <w:p>
      <w:pPr>
        <w:jc w:val="right"/>
      </w:pPr>
      <w:r>
        <w:t>آدمی کہے گا: "بھائی!</w:t>
      </w:r>
    </w:p>
    <w:p>
      <w:r>
        <w:rPr>
          <w:b/>
        </w:rPr>
        <w:t xml:space="preserve">[20:49] </w:t>
      </w:r>
      <w:r>
        <w:t>mujhe to neend hi nahi aati".</w:t>
      </w:r>
    </w:p>
    <w:p>
      <w:pPr>
        <w:jc w:val="right"/>
      </w:pPr>
      <w:r>
        <w:t>مجھے تو نیند ہی نہیں آتی"۔</w:t>
      </w:r>
    </w:p>
    <w:p>
      <w:r>
        <w:rPr>
          <w:b/>
        </w:rPr>
        <w:t xml:space="preserve">[20:52] </w:t>
      </w:r>
      <w:r>
        <w:t>ghalat kaha is ne.</w:t>
      </w:r>
    </w:p>
    <w:p>
      <w:pPr>
        <w:jc w:val="right"/>
      </w:pPr>
      <w:r>
        <w:t>غلط کہا اس نے۔</w:t>
      </w:r>
    </w:p>
    <w:p>
      <w:r>
        <w:rPr>
          <w:b/>
        </w:rPr>
        <w:t xml:space="preserve">[20:56] </w:t>
      </w:r>
      <w:r>
        <w:t>tum addict ho gaye ho ge fazool baaton ke.</w:t>
      </w:r>
    </w:p>
    <w:p>
      <w:pPr>
        <w:jc w:val="right"/>
      </w:pPr>
      <w:r>
        <w:t>تم addict ہو گئے ہو گے فضول باتوں کے۔</w:t>
      </w:r>
    </w:p>
    <w:p>
      <w:r>
        <w:rPr>
          <w:b/>
        </w:rPr>
        <w:t xml:space="preserve">[20:59] </w:t>
      </w:r>
      <w:r>
        <w:t>to fazool baatein jab kar lete ho tab tum ko neend aati hai.</w:t>
      </w:r>
    </w:p>
    <w:p>
      <w:pPr>
        <w:jc w:val="right"/>
      </w:pPr>
      <w:r>
        <w:t>تو فضول باتیں جب کر لیتے ہو تب تم کو نیند آتی ہے۔</w:t>
      </w:r>
    </w:p>
    <w:p>
      <w:r>
        <w:rPr>
          <w:b/>
        </w:rPr>
        <w:t xml:space="preserve">[21:02] </w:t>
      </w:r>
      <w:r>
        <w:t>اب اس عادت کو ختم کرو، اس عادت کو kill karo.</w:t>
      </w:r>
    </w:p>
    <w:p>
      <w:pPr>
        <w:jc w:val="right"/>
      </w:pPr>
      <w:r>
        <w:t>اب اس عادت کو ختم کرو، اس عادت کو kill کرو۔</w:t>
      </w:r>
    </w:p>
    <w:p>
      <w:r>
        <w:rPr>
          <w:b/>
        </w:rPr>
        <w:t xml:space="preserve">[21:05] </w:t>
      </w:r>
      <w:r>
        <w:t>to yeh main samajh paya hoon is ayat se ke apni adat ko addiction na banao.</w:t>
      </w:r>
    </w:p>
    <w:p>
      <w:pPr>
        <w:jc w:val="right"/>
      </w:pPr>
      <w:r>
        <w:t>تو یہ میں سمجھ پایا ہوں اس آیت سے کہ اپنی عادت کو addiction نہ بناؤ۔</w:t>
      </w:r>
    </w:p>
    <w:p>
      <w:r>
        <w:rPr>
          <w:b/>
        </w:rPr>
        <w:t xml:space="preserve">[21:09] </w:t>
      </w:r>
      <w:r>
        <w:t>Addiction banaoge to phir jannat se mehroomi ho jayegi tumhein.</w:t>
      </w:r>
    </w:p>
    <w:p>
      <w:pPr>
        <w:jc w:val="right"/>
      </w:pPr>
      <w:r>
        <w:t>Addiction بناؤ گے تو پھر جنت سے محرومی ہو جائے گی تمہیں۔</w:t>
      </w:r>
    </w:p>
    <w:p>
      <w:r>
        <w:rPr>
          <w:b/>
        </w:rPr>
        <w:t xml:space="preserve">[21:13] </w:t>
      </w:r>
      <w:r>
        <w:t>kyun ke doosre kaam jo karne hain.</w:t>
      </w:r>
    </w:p>
    <w:p>
      <w:pPr>
        <w:jc w:val="right"/>
      </w:pPr>
      <w:r>
        <w:t>کیونکہ دوسرے کام جو کرنے ہیں۔</w:t>
      </w:r>
    </w:p>
    <w:p>
      <w:r>
        <w:rPr>
          <w:b/>
        </w:rPr>
        <w:t xml:space="preserve">[21:18] </w:t>
      </w:r>
      <w:r>
        <w:t>lekin woh khud woh kaam itna bura nahi hota hai jiska aadmi aadi ho gaya ho.</w:t>
      </w:r>
    </w:p>
    <w:p>
      <w:pPr>
        <w:jc w:val="right"/>
      </w:pPr>
      <w:r>
        <w:t>لیکن وہ خود وہ کام اتنا برا نہیں ہوتا ہے جس کا آدمی عادی ہو گیا ہو۔</w:t>
      </w:r>
    </w:p>
    <w:p>
      <w:r>
        <w:rPr>
          <w:b/>
        </w:rPr>
        <w:t xml:space="preserve">[21:22] </w:t>
      </w:r>
      <w:r>
        <w:t>cheez yeh hai ke woh kaam aap ko rokta hai doosre zaroori kaamon se.</w:t>
      </w:r>
    </w:p>
    <w:p>
      <w:pPr>
        <w:jc w:val="right"/>
      </w:pPr>
      <w:r>
        <w:t>چیز یہ ہے کہ وہ کام آپ کو روکتا ہے دوسرے ضروری کاموں سے۔</w:t>
      </w:r>
    </w:p>
    <w:p>
      <w:r>
        <w:rPr>
          <w:b/>
        </w:rPr>
        <w:t xml:space="preserve">[21:26] </w:t>
      </w:r>
      <w:r>
        <w:t>kyunke aadmi ke paas time bohat kam hai.</w:t>
      </w:r>
    </w:p>
    <w:p>
      <w:pPr>
        <w:jc w:val="right"/>
      </w:pPr>
      <w:r>
        <w:t>کیونکہ آدمی کے پاس time بہت کم ہے۔</w:t>
      </w:r>
    </w:p>
    <w:p>
      <w:r>
        <w:rPr>
          <w:b/>
        </w:rPr>
        <w:t xml:space="preserve">[21:31] </w:t>
      </w:r>
      <w:r>
        <w:t>aap ka time,</w:t>
      </w:r>
    </w:p>
    <w:p>
      <w:pPr>
        <w:jc w:val="right"/>
      </w:pPr>
      <w:r>
        <w:t>آپ کا time,</w:t>
      </w:r>
    </w:p>
    <w:p>
      <w:r>
        <w:rPr>
          <w:b/>
        </w:rPr>
        <w:t xml:space="preserve">[21:35] </w:t>
      </w:r>
      <w:r>
        <w:t>aap ki energy sab kuch bahut limited hai. bahut limited hai. to aap kisi aur cheez mein phans gaye, us mein waqt lagane lage aap. to is ka maani kya hoga? doosri zaroori cheezon mein aap ka waqt jo hai nahi lagega. jise main ne arz kiya ke raat ko der tak soyenge to subah ki walk aap ko nahi milegi. to log aam taur par yeh sochte hain ke bhai hum to kh</w:t>
      </w:r>
    </w:p>
    <w:p>
      <w:pPr>
        <w:jc w:val="right"/>
      </w:pPr>
      <w:r>
        <w:t>آپ کی energy سب کچھ بہت limited ہے۔ بہت limited ہے۔ تو آپ کسی اور چیز میں پھنس گئے، اس میں وقت لگانے لگے آپ۔ تو اس کا معنی کیا ہوگا؟ دوسری ضروری چیزوں میں آپ کا وقت جو ہے نہیں لگے گا۔ جسے میں نے عرض کیا کہ رات کو دیر تک سوئیں گے تو صبح کی walk آپ کو نہیں ملے گی۔ تو لوگ عام طور پر یہ سوچتے ہیں کہ بھئی ہم تو خ</w:t>
      </w:r>
    </w:p>
    <w:p>
      <w:r>
        <w:rPr>
          <w:b/>
        </w:rPr>
        <w:t xml:space="preserve">[22:05] </w:t>
      </w:r>
      <w:r>
        <w:t>nazeer nahi khate, hum toh sharab nahi peete.</w:t>
      </w:r>
    </w:p>
    <w:p>
      <w:pPr>
        <w:jc w:val="right"/>
      </w:pPr>
      <w:r>
        <w:t>نزیر نہیں کھاتے، ہم تو شراب نہیں پیتے۔</w:t>
      </w:r>
    </w:p>
    <w:p>
      <w:r>
        <w:rPr>
          <w:b/>
        </w:rPr>
        <w:t xml:space="preserve">[22:11] </w:t>
      </w:r>
      <w:r>
        <w:t>lekin wahi log ghalat aadaton mein pade rehte hain, ghalat aadaton mein pade hone ki wajah se bohat</w:t>
      </w:r>
    </w:p>
    <w:p>
      <w:pPr>
        <w:jc w:val="right"/>
      </w:pPr>
      <w:r>
        <w:t>لیکن وہی لوگ غلط عادتوں میں پڑے رہتے ہیں، غلط عادتوں میں پڑے ہونے کی وجہ سے بہت</w:t>
      </w:r>
    </w:p>
    <w:p>
      <w:r>
        <w:rPr>
          <w:b/>
        </w:rPr>
        <w:t xml:space="preserve">[22:17] </w:t>
      </w:r>
      <w:r>
        <w:t>zyada mehroomi ka shikar rehte hain, hatta ke mar jaate hain.</w:t>
      </w:r>
    </w:p>
    <w:p>
      <w:pPr>
        <w:jc w:val="right"/>
      </w:pPr>
      <w:r>
        <w:t>زیادہ محرومی کا شکار رہتے ہیں، حتیٰ کہ مر جاتے ہیں۔</w:t>
      </w:r>
    </w:p>
    <w:p>
      <w:r>
        <w:rPr>
          <w:b/>
        </w:rPr>
        <w:t xml:space="preserve">[22:23] </w:t>
      </w:r>
      <w:r>
        <w:t>isi tarah dekhein aaj subah mein kisi se keh raha tha ke kyun har aadmi tension mein jeeta</w:t>
      </w:r>
    </w:p>
    <w:p>
      <w:pPr>
        <w:jc w:val="right"/>
      </w:pPr>
      <w:r>
        <w:t>اسی طرح دیکھیں آج صبح میں کسی سے کہہ رہا تھا کہ کیوں ہر آدمی tension میں جیتا</w:t>
      </w:r>
    </w:p>
    <w:p>
      <w:r>
        <w:rPr>
          <w:b/>
        </w:rPr>
        <w:t xml:space="preserve">[22:29] </w:t>
      </w:r>
      <w:r>
        <w:t>hai? har aadmi ko tension, har aadmi ko tension</w:t>
      </w:r>
    </w:p>
    <w:p>
      <w:pPr>
        <w:jc w:val="right"/>
      </w:pPr>
      <w:r>
        <w:t>ہے؟ ہر آدمی کو tension، ہر آدمی کو tension</w:t>
      </w:r>
    </w:p>
    <w:p>
      <w:r>
        <w:rPr>
          <w:b/>
        </w:rPr>
        <w:t xml:space="preserve">[22:35] </w:t>
      </w:r>
      <w:r>
        <w:t>． wajah kya hai? wajah hai more and more ki hiras. aur zyada aur zyada aur zyada ki hiras. to main ne kaha ke dekhen do cheezen hain. you have to differentiate between the two. dekhen ek hai jis ko main kahunga alternative aur ek hai progress and development. log hamesha alternative ki</w:t>
      </w:r>
    </w:p>
    <w:p>
      <w:pPr>
        <w:jc w:val="right"/>
      </w:pPr>
      <w:r>
        <w:t>۔ وجہ کیا ہے؟ وجہ ہے more and more کی حرص۔ اور زیادہ اور زیادہ اور زیادہ کی حرص۔ تو میں نے کہا کہ دیکھیں دو چیزیں ہیں۔ You have to differentiate between the two۔ دیکھیں ایک ہے جس کو میں کہوں گا alternative اور ایک ہے progress and development۔ لوگ ہمیشہ alternative کی</w:t>
      </w:r>
    </w:p>
    <w:p>
      <w:r>
        <w:rPr>
          <w:b/>
        </w:rPr>
        <w:t xml:space="preserve">[23:05] </w:t>
      </w:r>
      <w:r>
        <w:t>talash mein rehte hain. ek job kar rahe hain, doosra job. ek business kar rahe hain, doosra business. ek jagah rahen, doosri jagah ja kar ke kaam karna. yeh alternative. to main ne kaha ke dekhen alternative ki talash jo log karte hain to hamesha woh tension mein rahenge. woh nahi, aap jahan hain, jo halaat aap ke hain usi mein apni progress ki planning kijiye. apni development ki planning kijiye. usi</w:t>
      </w:r>
    </w:p>
    <w:p>
      <w:pPr>
        <w:jc w:val="right"/>
      </w:pPr>
      <w:r>
        <w:t>تلاش میں رہتے ہیں۔ ایک جاب کر رہے ہیں، دوسرا جاب۔ ایک business کر رہے ہیں، دوسرا business۔ ایک جگہ رہیں، دوسری جگہ جا کر کے کام کرنا۔ یہ alternative۔ تو میں نے کہا کہ دیکھیں alternative کی تلاش جو لوگ کرتے ہیں تو ہمیشہ وہ tension میں رہیں گے۔ وہ نہیں، آپ جہاں ہیں، جو حالات آپ کے ہیں اسی میں اپنی progress کی planning کیجیے۔ اپنی development کی planning کیجیے۔ اسی</w:t>
      </w:r>
    </w:p>
    <w:p>
      <w:r>
        <w:rPr>
          <w:b/>
        </w:rPr>
        <w:t xml:space="preserve">[23:35] </w:t>
      </w:r>
      <w:r>
        <w:t>mein. aam taur par yeh mizaj hai ke jis job mein aaye, dharas khata hai aadmi ke us ko badal kar ke ek aur job le. aaj ek jagah kaam kar raha hai, us ko chhod kar doosre mulk mein chala jaye kaam karne ke liye. yeh hai alternative, mubadal. aisa aadmi hamesha pareshan rehta hai. Khuda ne jahan aap ko paida kiya hai, wahin aap ka rizq bhi maujood hai. to apne</w:t>
      </w:r>
    </w:p>
    <w:p>
      <w:pPr>
        <w:jc w:val="right"/>
      </w:pPr>
      <w:r>
        <w:t>میں۔ عام طور پر یہ مزاج ہے کہ جس جاب میں آئے، دھڑس کھاتا ہے آدمی کہ اس کو بدل کر کے ایک اور جاب لے۔ آج ایک جگہ کام کر رہا ہے، اس کو چھوڑ کر دوسرے ملک میں چلا جائے کام کرنے کے لیے۔ یہ ہے alternative، متبادل۔ ایسا آدمی ہمیشہ پریشان رہتا ہے۔ خدا نے جہاں آپ کو پیدا کیا ہے، وہیں آپ کا رزق بھی موجود ہے۔ تو اپنے</w:t>
      </w:r>
    </w:p>
    <w:p>
      <w:r>
        <w:rPr>
          <w:b/>
        </w:rPr>
        <w:t xml:space="preserve">[24:05] </w:t>
      </w:r>
      <w:r>
        <w:t>qareebi halaat ke lehaz se apni planning kijiye.</w:t>
      </w:r>
    </w:p>
    <w:p>
      <w:pPr>
        <w:jc w:val="right"/>
      </w:pPr>
      <w:r>
        <w:t>قریبی حالات کے لحاظ سے اپنی planning کیجیے۔</w:t>
      </w:r>
    </w:p>
    <w:p>
      <w:r>
        <w:rPr>
          <w:b/>
        </w:rPr>
        <w:t xml:space="preserve">[24:10] </w:t>
      </w:r>
      <w:r>
        <w:t>aur ek baat dekhein yeh hai jo is se pehle bhi mein keh chuka hoon ke favor se</w:t>
      </w:r>
    </w:p>
    <w:p>
      <w:pPr>
        <w:jc w:val="right"/>
      </w:pPr>
      <w:r>
        <w:t>اور ایک بات دیکھیں یہ ہے جو اس سے پہلے بھی میں کہہ چکا ہوں کہ favor سے</w:t>
      </w:r>
    </w:p>
    <w:p>
      <w:r>
        <w:rPr>
          <w:b/>
        </w:rPr>
        <w:t xml:space="preserve">[24:15] </w:t>
      </w:r>
      <w:r>
        <w:t>kabhi kisi ki taraqqi nahi hoti.</w:t>
      </w:r>
    </w:p>
    <w:p>
      <w:pPr>
        <w:jc w:val="right"/>
      </w:pPr>
      <w:r>
        <w:t>کبھی کسی کی ترقی نہیں ہوتی۔</w:t>
      </w:r>
    </w:p>
    <w:p>
      <w:r>
        <w:rPr>
          <w:b/>
        </w:rPr>
        <w:t xml:space="preserve">[24:20] </w:t>
      </w:r>
      <w:r>
        <w:t>aam taur par log jo hain favor ki koshish karte rehte hain.</w:t>
      </w:r>
    </w:p>
    <w:p>
      <w:pPr>
        <w:jc w:val="right"/>
      </w:pPr>
      <w:r>
        <w:t>عام طور پر لوگ جو ہیں favor کی کوشش کرتے رہتے ہیں۔</w:t>
      </w:r>
    </w:p>
    <w:p>
      <w:r>
        <w:rPr>
          <w:b/>
        </w:rPr>
        <w:t xml:space="preserve">[24:25] </w:t>
      </w:r>
      <w:r>
        <w:t>yaani maa baap bachon ko favor dene ki koshish karte hain.</w:t>
      </w:r>
    </w:p>
    <w:p>
      <w:pPr>
        <w:jc w:val="right"/>
      </w:pPr>
      <w:r>
        <w:t>یعنی ماں باپ بچوں کو favor دینے کی کوشش کرتے ہیں۔</w:t>
      </w:r>
    </w:p>
    <w:p>
      <w:r>
        <w:rPr>
          <w:b/>
        </w:rPr>
        <w:t xml:space="preserve">[24:30] </w:t>
      </w:r>
      <w:r>
        <w:t>iske alawa jo jo hamare reformers hain, so-called reformers woh bhi yahi karte hain.</w:t>
      </w:r>
    </w:p>
    <w:p>
      <w:pPr>
        <w:jc w:val="right"/>
      </w:pPr>
      <w:r>
        <w:t>اس کے علاوہ جو جو ہمارے reformers ہیں، so-called reformers وہ بھی یہی کرتے ہیں۔</w:t>
      </w:r>
    </w:p>
    <w:p>
      <w:r>
        <w:rPr>
          <w:b/>
        </w:rPr>
        <w:t xml:space="preserve">[24:35] </w:t>
      </w:r>
      <w:r>
        <w:t>jis ko kehte hain empowerment, women empowerment aur this empowerment, that empowerment, muslim empowerment sab chal raha hai. yeh sab bahas to kuch bhi nahi, nothing hai. kyunke woh favor dene ki koshish karte hain, favor. favor nahi, aap aadmi ke andar yeh salahiyat paida kijiye ke woh challenge ka samna kare. aaj ke aaj hi ke paper mein is silsile mein bahut hi ek sabak wali</w:t>
      </w:r>
    </w:p>
    <w:p>
      <w:pPr>
        <w:jc w:val="right"/>
      </w:pPr>
      <w:r>
        <w:t>جس کو کہتے ہیں empowerment، women empowerment اور this empowerment، that empowerment، مسلم empowerment سب چل رہا ہے۔ یہ سب بحث تو کچھ بھی نہیں، nothing ہے۔ کیونکہ وہ favor دینے کی کوشش کرتے ہیں، favor۔ favor نہیں، آپ آدمی کے اندر یہ صلاحیت پیدا کیجیے کہ وہ challenge کا سامنا کرے۔ آج کے آج ہی کے paper میں اس سلسلے میں بہت ہی ایک سبق والی</w:t>
      </w:r>
    </w:p>
    <w:p>
      <w:r>
        <w:rPr>
          <w:b/>
        </w:rPr>
        <w:t xml:space="preserve">[25:05] </w:t>
      </w:r>
      <w:r>
        <w:t>baat aayi hai.</w:t>
      </w:r>
    </w:p>
    <w:p>
      <w:pPr>
        <w:jc w:val="right"/>
      </w:pPr>
      <w:r>
        <w:t>بات آئی ہے۔</w:t>
      </w:r>
    </w:p>
    <w:p>
      <w:r>
        <w:rPr>
          <w:b/>
        </w:rPr>
        <w:t xml:space="preserve">[25:13] </w:t>
      </w:r>
      <w:r>
        <w:t>ahmedabad mein aap jante hain ke bohat hi prestigious idara ek hai, iim.</w:t>
      </w:r>
    </w:p>
    <w:p>
      <w:pPr>
        <w:jc w:val="right"/>
      </w:pPr>
      <w:r>
        <w:t>احمد آباد میں آپ جانتے ہیں کہ بہت ہی prestigious ادارہ ایک ہے، آئی آئی ایم۔</w:t>
      </w:r>
    </w:p>
    <w:p>
      <w:r>
        <w:rPr>
          <w:b/>
        </w:rPr>
        <w:t xml:space="preserve">[25:20] </w:t>
      </w:r>
      <w:r>
        <w:t>jo bohat hi prestigious, top ka hai india ka idara, management ke liye.</w:t>
      </w:r>
    </w:p>
    <w:p>
      <w:pPr>
        <w:jc w:val="right"/>
      </w:pPr>
      <w:r>
        <w:t>جو بہت ہی prestigious، top کا ہے انڈیا کا ادارہ، management کے لیے۔</w:t>
      </w:r>
    </w:p>
    <w:p>
      <w:r>
        <w:rPr>
          <w:b/>
        </w:rPr>
        <w:t xml:space="preserve">[25:28] </w:t>
      </w:r>
      <w:r>
        <w:t>toh wahan par ek ladke ne top kiya hai jo ke ek jo three wheeler hote hain, three whe</w:t>
      </w:r>
    </w:p>
    <w:p>
      <w:pPr>
        <w:jc w:val="right"/>
      </w:pPr>
      <w:r>
        <w:t>تو وہاں پر ایک لڑکے نے ٹاپ کیا ہے جو کہ ایک جو three wheeler ہوتے ہیں، three whe</w:t>
      </w:r>
    </w:p>
    <w:p>
      <w:r>
        <w:rPr>
          <w:b/>
        </w:rPr>
        <w:t xml:space="preserve">[25:36] </w:t>
      </w:r>
      <w:r>
        <w:t>eler chalata hai.</w:t>
      </w:r>
    </w:p>
    <w:p>
      <w:pPr>
        <w:jc w:val="right"/>
      </w:pPr>
      <w:r>
        <w:t>eler چلاتا ہے۔</w:t>
      </w:r>
    </w:p>
    <w:p>
      <w:r>
        <w:rPr>
          <w:b/>
        </w:rPr>
        <w:t xml:space="preserve">[25:40] </w:t>
      </w:r>
      <w:r>
        <w:t>auto rickshaw jo kehte hain.</w:t>
      </w:r>
    </w:p>
    <w:p>
      <w:pPr>
        <w:jc w:val="right"/>
      </w:pPr>
      <w:r>
        <w:t>آٹو رکشہ جو کہتے ہیں۔</w:t>
      </w:r>
    </w:p>
    <w:p>
      <w:r>
        <w:rPr>
          <w:b/>
        </w:rPr>
        <w:t xml:space="preserve">[25:44] </w:t>
      </w:r>
      <w:r>
        <w:t>aap jante hain ke auto rickshaw jo chalate hain jo log, woh woh toh ek mazdoor hote hain,</w:t>
      </w:r>
    </w:p>
    <w:p>
      <w:pPr>
        <w:jc w:val="right"/>
      </w:pPr>
      <w:r>
        <w:t>آپ جانتے ہیں کہ آٹو رکشہ جو چلاتے ہیں جو لوگ، وہ وہ تو ایک مزدور ہوتے ہیں،</w:t>
      </w:r>
    </w:p>
    <w:p>
      <w:r>
        <w:rPr>
          <w:b/>
        </w:rPr>
        <w:t xml:space="preserve">[25:48] </w:t>
      </w:r>
      <w:r>
        <w:t>goya ke mamooli aamdani wale log hote hain.</w:t>
      </w:r>
    </w:p>
    <w:p>
      <w:pPr>
        <w:jc w:val="right"/>
      </w:pPr>
      <w:r>
        <w:t>گویا کہ معمولی آمدنی والے لوگ ہوتے ہیں۔</w:t>
      </w:r>
    </w:p>
    <w:p>
      <w:r>
        <w:rPr>
          <w:b/>
        </w:rPr>
        <w:t xml:space="preserve">[25:53] </w:t>
      </w:r>
      <w:r>
        <w:t>unke bete ne ahmedabad ke is top ke station mein top kiya.</w:t>
      </w:r>
    </w:p>
    <w:p>
      <w:pPr>
        <w:jc w:val="right"/>
      </w:pPr>
      <w:r>
        <w:t>ان کے بیٹے نے احمد آباد کے اس ٹاپ کے station میں ٹاپ کیا۔</w:t>
      </w:r>
    </w:p>
    <w:p>
      <w:r>
        <w:rPr>
          <w:b/>
        </w:rPr>
        <w:t xml:space="preserve">[25:57] </w:t>
      </w:r>
      <w:r>
        <w:t>kaise? uske halaat jo the, uske challenge ban gaye.</w:t>
      </w:r>
    </w:p>
    <w:p>
      <w:pPr>
        <w:jc w:val="right"/>
      </w:pPr>
      <w:r>
        <w:t>کیسے؟ اس کے حالات جو تھے، اس کے challenge بن گئے۔</w:t>
      </w:r>
    </w:p>
    <w:p>
      <w:r>
        <w:rPr>
          <w:b/>
        </w:rPr>
        <w:t xml:space="preserve">[26:01] </w:t>
      </w:r>
      <w:r>
        <w:t>us ne socha ke main baqadr-e-mehnat</w:t>
      </w:r>
    </w:p>
    <w:p>
      <w:pPr>
        <w:jc w:val="right"/>
      </w:pPr>
      <w:r>
        <w:t>اس نے سوچا کہ میں بقدر محنت</w:t>
      </w:r>
    </w:p>
    <w:p>
      <w:r>
        <w:rPr>
          <w:b/>
        </w:rPr>
        <w:t xml:space="preserve">[26:06] </w:t>
      </w:r>
      <w:r>
        <w:t>nahi karunga to main aage nahi badhunga. kyunke is ka baap us ko favor nahi de sakta tha. us ke us ke baap ke paas koi bahut badi daulat nahi thi. bahut bada source nahi tha. bahut bade bade logon tak us ki pahunch nahi thi. to us ne socha ke baap to koi mujhe favor de nahi sakta. ab mujhe koi hard labor karna hai. ab gaur kijiye ke ek auto rickshaw chalane wala aadmi ka beta jo hai, Ahmedabad ke prestigious school</w:t>
      </w:r>
    </w:p>
    <w:p>
      <w:pPr>
        <w:jc w:val="right"/>
      </w:pPr>
      <w:r>
        <w:t>نہیں کروں گا تو میں آگے نہیں بڑھوں گا۔ کیونکہ اس کا باپ اس کو favor نہیں دے سکتا تھا۔ اس کے اس کے باپ کے پاس کوئی بہت بڑی دولت نہیں تھی۔ بہت بڑا source نہیں تھا۔ بہت بڑے بڑے لوگوں تک اس کی پہنچ نہیں تھی۔ تو اس نے سوچا کہ باپ تو کوئی مجھے favor دے نہیں سکتا۔ اب مجھے کوئی hard labor کرنا ہے۔ اب غور کیجیے کہ ایک آٹو رکشہ چلانے والا آدمی کا بیٹا جو ہے، احمد آباد کے prestigious school</w:t>
      </w:r>
    </w:p>
    <w:p>
      <w:r>
        <w:rPr>
          <w:b/>
        </w:rPr>
        <w:t xml:space="preserve">[26:36] </w:t>
      </w:r>
      <w:r>
        <w:t>mein top karta hoon.</w:t>
      </w:r>
    </w:p>
    <w:p>
      <w:pPr>
        <w:jc w:val="right"/>
      </w:pPr>
      <w:r>
        <w:t>میں ٹاپ کرتا ہے۔</w:t>
      </w:r>
    </w:p>
    <w:p>
      <w:r>
        <w:rPr>
          <w:b/>
        </w:rPr>
        <w:t xml:space="preserve">[26:39] </w:t>
      </w:r>
      <w:r>
        <w:t>jis ke ma'ni hain ke favors aik bari cheez hai, challenge.</w:t>
      </w:r>
    </w:p>
    <w:p>
      <w:pPr>
        <w:jc w:val="right"/>
      </w:pPr>
      <w:r>
        <w:t>جس کے معنی ہیں کہ favors ایک بڑی چیز ہے، challenge۔</w:t>
      </w:r>
    </w:p>
    <w:p>
      <w:r>
        <w:rPr>
          <w:b/>
        </w:rPr>
        <w:t xml:space="preserve">[26:43] </w:t>
      </w:r>
      <w:r>
        <w:t>jin logon ko favor milta hai, woh bilkul bekar ho kar reh jaate hain.</w:t>
      </w:r>
    </w:p>
    <w:p>
      <w:pPr>
        <w:jc w:val="right"/>
      </w:pPr>
      <w:r>
        <w:t>جن لوگوں کو favor ملتا ہے، وہ بالکل بیکار ہو کر رہ جاتے ہیں۔</w:t>
      </w:r>
    </w:p>
    <w:p>
      <w:r>
        <w:rPr>
          <w:b/>
        </w:rPr>
        <w:t xml:space="preserve">[26:47] </w:t>
      </w:r>
      <w:r>
        <w:t>worthless ho kar reh jaate hain.</w:t>
      </w:r>
    </w:p>
    <w:p>
      <w:pPr>
        <w:jc w:val="right"/>
      </w:pPr>
      <w:r>
        <w:t>Worthless ہو کر رہ جاتے ہیں۔</w:t>
      </w:r>
    </w:p>
    <w:p>
      <w:r>
        <w:rPr>
          <w:b/>
        </w:rPr>
        <w:t xml:space="preserve">[26:51] </w:t>
      </w:r>
      <w:r>
        <w:t>kal abhi times of india mein kal hi aik article aaya hai ke bill gates waghera bari bari</w:t>
      </w:r>
    </w:p>
    <w:p>
      <w:pPr>
        <w:jc w:val="right"/>
      </w:pPr>
      <w:r>
        <w:t>کل ابھی ٹائمز آف انڈیا میں کل ہی ایک آرٹیکل آیا ہے کہ بل گیٹ وغیرہ بڑی بڑی</w:t>
      </w:r>
    </w:p>
    <w:p>
      <w:r>
        <w:rPr>
          <w:b/>
        </w:rPr>
        <w:t xml:space="preserve">[26:54] </w:t>
      </w:r>
      <w:r>
        <w:t>raqamein de rahe hain is ke liye.</w:t>
      </w:r>
    </w:p>
    <w:p>
      <w:pPr>
        <w:jc w:val="right"/>
      </w:pPr>
      <w:r>
        <w:t>رقمیں دے رہے ہیں اس کے لیے۔</w:t>
      </w:r>
    </w:p>
    <w:p>
      <w:r>
        <w:rPr>
          <w:b/>
        </w:rPr>
        <w:t xml:space="preserve">[26:58] </w:t>
      </w:r>
      <w:r>
        <w:t>yani social welfare ke liye.</w:t>
      </w:r>
    </w:p>
    <w:p>
      <w:pPr>
        <w:jc w:val="right"/>
      </w:pPr>
      <w:r>
        <w:t>یعنی social welfare کے لیے۔</w:t>
      </w:r>
    </w:p>
    <w:p>
      <w:r>
        <w:rPr>
          <w:b/>
        </w:rPr>
        <w:t xml:space="preserve">[27:02] </w:t>
      </w:r>
      <w:r>
        <w:t>lekin is se kuch hone wala nahin</w:t>
      </w:r>
    </w:p>
    <w:p>
      <w:pPr>
        <w:jc w:val="right"/>
      </w:pPr>
      <w:r>
        <w:t>لیکن اس سے کچھ ہونے والا نہیں</w:t>
      </w:r>
    </w:p>
    <w:p>
      <w:r>
        <w:rPr>
          <w:b/>
        </w:rPr>
        <w:t xml:space="preserve">[27:06] </w:t>
      </w:r>
      <w:r>
        <w:t>hai. ek ek individual mein aap ko incentive bharna hoga. paise se kuch nahi hota hai. yeh baat Quran majeed mein is tarah alfaaz mein batai gayi hai ke: "inna malal 'uthra yuthra". yaani 'uthra ke sath yuthra hai. is ka matlab kya hai? ke jo log jo hain halaat ke aitbar se ghareeb family mein paida hue,</w:t>
      </w:r>
    </w:p>
    <w:p>
      <w:pPr>
        <w:jc w:val="right"/>
      </w:pPr>
      <w:r>
        <w:t>ہے۔ ایک ایک individual میں آپ کو incentive بھرنا ہوگا۔ پیسے سے کچھ نہیں ہوتا ہے۔ یہ بات قرآن مجید میں اس طرح الفاظ میں بتائی گئی ہے کہ: "إِنَّ مَالَ الْعُثْرَ يُثْرَى"۔ یعنی عُثْر کے ساتھ يُثْرَ ہے۔ اس کا مطلب کیا ہے؟ کہ جو لوگ جو ہیں حالات کے اعتبار سے غریب family میں پیدا ہوئے،</w:t>
      </w:r>
    </w:p>
    <w:p>
      <w:r>
        <w:rPr>
          <w:b/>
        </w:rPr>
        <w:t xml:space="preserve">[27:36] </w:t>
      </w:r>
      <w:r>
        <w:t>ma'mooli family mein paida hue to bazahir woh 'usr ke halaat mein paida hue.</w:t>
      </w:r>
    </w:p>
    <w:p>
      <w:pPr>
        <w:jc w:val="right"/>
      </w:pPr>
      <w:r>
        <w:t>معمولی family میں پیدا ہوئے تو بظاہر وہ عُثْر کے حالات میں پیدا ہوئے۔</w:t>
      </w:r>
    </w:p>
    <w:p>
      <w:r>
        <w:rPr>
          <w:b/>
        </w:rPr>
        <w:t xml:space="preserve">[27:40] </w:t>
      </w:r>
      <w:r>
        <w:t>lekin un ke liye aik yusr maqaddar hai, woh hai yeh incentive. Incentive.</w:t>
      </w:r>
    </w:p>
    <w:p>
      <w:pPr>
        <w:jc w:val="right"/>
      </w:pPr>
      <w:r>
        <w:t>لیکن ان کے لیے ایک يُثْرَ مقدر ہے، وہ ہے یہ incentive۔ Incentive۔</w:t>
      </w:r>
    </w:p>
    <w:p>
      <w:r>
        <w:rPr>
          <w:b/>
        </w:rPr>
        <w:t xml:space="preserve">[27:45] </w:t>
      </w:r>
      <w:r>
        <w:t>zyada mehnat karna.</w:t>
      </w:r>
    </w:p>
    <w:p>
      <w:pPr>
        <w:jc w:val="right"/>
      </w:pPr>
      <w:r>
        <w:t>زیادہ محنت کرنا۔</w:t>
      </w:r>
    </w:p>
    <w:p>
      <w:r>
        <w:rPr>
          <w:b/>
        </w:rPr>
        <w:t xml:space="preserve">[27:49] </w:t>
      </w:r>
      <w:r>
        <w:t>ab wohi log aap dekhein poori history batati hai ke aise logon ne mehnat kar ke bari bari</w:t>
      </w:r>
    </w:p>
    <w:p>
      <w:pPr>
        <w:jc w:val="right"/>
      </w:pPr>
      <w:r>
        <w:t>اب وہی لوگ آپ دیکھیں پوری history بتاتی ہے کہ ایسے لوگوں نے محنت کر کے بڑی بڑی</w:t>
      </w:r>
    </w:p>
    <w:p>
      <w:r>
        <w:rPr>
          <w:b/>
        </w:rPr>
        <w:t xml:space="preserve">[27:53] </w:t>
      </w:r>
      <w:r>
        <w:t>tarraqqiyan ki hain.</w:t>
      </w:r>
    </w:p>
    <w:p>
      <w:pPr>
        <w:jc w:val="right"/>
      </w:pPr>
      <w:r>
        <w:t>ترقیاں کی ہیں۔</w:t>
      </w:r>
    </w:p>
    <w:p>
      <w:r>
        <w:rPr>
          <w:b/>
        </w:rPr>
        <w:t xml:space="preserve">[27:58] </w:t>
      </w:r>
      <w:r>
        <w:t>jin ko favor diya gaya, unhon ne koi taraqqi nahin ki.</w:t>
      </w:r>
    </w:p>
    <w:p>
      <w:pPr>
        <w:jc w:val="right"/>
      </w:pPr>
      <w:r>
        <w:t>جن کو favor دیا گیا، انہوں نے کوئی ترقی نہیں کی۔</w:t>
      </w:r>
    </w:p>
    <w:p>
      <w:r>
        <w:rPr>
          <w:b/>
        </w:rPr>
        <w:t xml:space="preserve">[28:02] </w:t>
      </w:r>
      <w:r>
        <w:t>koi taraqqi nahin ki unhon ne.</w:t>
      </w:r>
    </w:p>
    <w:p>
      <w:pPr>
        <w:jc w:val="right"/>
      </w:pPr>
      <w:r>
        <w:t>کوئی ترقی نہیں کی انہوں نے۔</w:t>
      </w:r>
    </w:p>
    <w:p>
      <w:r>
        <w:rPr>
          <w:b/>
        </w:rPr>
        <w:t xml:space="preserve">[28:07] </w:t>
      </w:r>
      <w:r>
        <w:t>yeh sab baaten hain sochne ki. aadmi ko chahiye ke har cheez par soche, soche, soche. sochne se aap badi badi cheezen daryaft karenge. nahi sochenge to kuch samajh mein nahi aayega. insan ke bare mein kaha jata hai ke: "money is a thinking animal". dekhen aur jo animal hain doosre, woh apni instinct ke tehat chalte hain, apni jabalat ke tehat chalte hain. woh bilkul</w:t>
      </w:r>
    </w:p>
    <w:p>
      <w:pPr>
        <w:jc w:val="right"/>
      </w:pPr>
      <w:r>
        <w:t>یہ سب باتیں ہیں سوچنے کی۔ آدمی کو چاہیے کہ ہر چیز پر سوچے، سوچے، سوچے۔ سوچنے سے آپ بڑی بڑی چیزیں دریافت کریں گے۔ نہیں سوچیں گے تو کچھ سمجھ میں نہیں آئے گا۔ انسان کے بارے میں کہا جاتا ہے کہ: "Money is a thinking animal"۔ دیکھیں اور جو animal ہیں دوسرے، وہ اپنی instinct کے تحت چلتے ہیں، اپنی جبلت کے تحت چلتے ہیں۔ وہ بال</w:t>
      </w:r>
    </w:p>
    <w:p>
      <w:r>
        <w:rPr>
          <w:b/>
        </w:rPr>
        <w:t xml:space="preserve">[28:37] </w:t>
      </w:r>
      <w:r>
        <w:t>jaise kisi ko ke in ki ek programming hai nature se, woh isi par chalte rehte hain. un ki apni koi apni koi soch nahi hoti hai. insan ka maamla alag hai. insan ko Khuda ne mind diya hai, thinking power diya hai. woh soch kar apni planning karta hai. aur yeh bahut hi badi baat hai. is ki wajah se is ke andar creativity aati hai. is ke andar confidence aata hai. woh badi badi</w:t>
      </w:r>
    </w:p>
    <w:p>
      <w:pPr>
        <w:jc w:val="right"/>
      </w:pPr>
      <w:r>
        <w:t>کل جیسے کسی کو کہ ان کی ایک programming ہے nature سے، وہ اسی پر چلتے رہتے ہیں۔ ان کی اپنی کوئی اپنی کوئی سوچ نہیں ہوتی ہے۔ انسان کا معاملہ الگ ہے۔ انسان کو خدا نے mind دیا ہے، thinking power دیا ہے۔ وہ سوچ کر اپنی planning کرتا ہے۔ اور یہ بہت ہی بڑی بات ہے۔ اس کی وجہ سے اس کے اندر creativity آتی ہے۔ اس کے اندر confidence آتا ہے۔ وہ بڑی بڑی</w:t>
      </w:r>
    </w:p>
    <w:p>
      <w:r>
        <w:rPr>
          <w:b/>
        </w:rPr>
        <w:t xml:space="preserve">[29:07] </w:t>
      </w:r>
      <w:r>
        <w:t>discoveries karta hai.</w:t>
      </w:r>
    </w:p>
    <w:p>
      <w:pPr>
        <w:jc w:val="right"/>
      </w:pPr>
      <w:r>
        <w:t>discoveries کرتا ہے۔</w:t>
      </w:r>
    </w:p>
    <w:p>
      <w:r>
        <w:rPr>
          <w:b/>
        </w:rPr>
        <w:t xml:space="preserve">[29:10] </w:t>
      </w:r>
      <w:r>
        <w:t>is ke andar intellectual development hota hai.</w:t>
      </w:r>
    </w:p>
    <w:p>
      <w:pPr>
        <w:jc w:val="right"/>
      </w:pPr>
      <w:r>
        <w:t>اس کے اندر intellectual development ہوتا ہے۔</w:t>
      </w:r>
    </w:p>
    <w:p>
      <w:r>
        <w:rPr>
          <w:b/>
        </w:rPr>
        <w:t xml:space="preserve">[29:14] </w:t>
      </w:r>
      <w:r>
        <w:t>kisi sher ka ya hathi ka ya kisi bhi animal ka koi intellectual development nahin hota.</w:t>
      </w:r>
    </w:p>
    <w:p>
      <w:pPr>
        <w:jc w:val="right"/>
      </w:pPr>
      <w:r>
        <w:t>کسی شیر کا یا ہاتھی کا یا کسی بھی animal کا کوئی intellectual development نہیں ہوتا۔</w:t>
      </w:r>
    </w:p>
    <w:p>
      <w:r>
        <w:rPr>
          <w:b/>
        </w:rPr>
        <w:t xml:space="preserve">[29:18] </w:t>
      </w:r>
      <w:r>
        <w:t>jahan paida hote hain, wahin marte hain woh.</w:t>
      </w:r>
    </w:p>
    <w:p>
      <w:pPr>
        <w:jc w:val="right"/>
      </w:pPr>
      <w:r>
        <w:t>جہاں پیدا ہوتے ہیں، وہیں مرتے ہیں وہ۔</w:t>
      </w:r>
    </w:p>
    <w:p>
      <w:r>
        <w:rPr>
          <w:b/>
        </w:rPr>
        <w:t xml:space="preserve">[29:22] </w:t>
      </w:r>
      <w:r>
        <w:t>jis level par woh paida hue, usi level par marte hain woh.</w:t>
      </w:r>
    </w:p>
    <w:p>
      <w:pPr>
        <w:jc w:val="right"/>
      </w:pPr>
      <w:r>
        <w:t>جس level پر وہ پیدا ہوئے، اسی level پر مرتے ہیں وہ۔</w:t>
      </w:r>
    </w:p>
    <w:p>
      <w:r>
        <w:rPr>
          <w:b/>
        </w:rPr>
        <w:t xml:space="preserve">[29:26] </w:t>
      </w:r>
      <w:r>
        <w:t>koi animal kabhi.</w:t>
      </w:r>
    </w:p>
    <w:p>
      <w:pPr>
        <w:jc w:val="right"/>
      </w:pPr>
      <w:r>
        <w:t>کوئی animal کبھی۔</w:t>
      </w:r>
    </w:p>
    <w:p>
      <w:r>
        <w:rPr>
          <w:b/>
        </w:rPr>
        <w:t xml:space="preserve">[29:29] </w:t>
      </w:r>
      <w:r>
        <w:t>is ke haan yeh lafz hi applicable nahin hai ke intellectual development.</w:t>
      </w:r>
    </w:p>
    <w:p>
      <w:pPr>
        <w:jc w:val="right"/>
      </w:pPr>
      <w:r>
        <w:t>اس کے ہاں یہ لفظ ہی applicable نہیں ہے کہ intellectual development۔</w:t>
      </w:r>
    </w:p>
    <w:p>
      <w:r>
        <w:rPr>
          <w:b/>
        </w:rPr>
        <w:t xml:space="preserve">[29:33] </w:t>
      </w:r>
      <w:r>
        <w:t>yeh lafz sirf insan ke liye hai.</w:t>
      </w:r>
    </w:p>
    <w:p>
      <w:pPr>
        <w:jc w:val="right"/>
      </w:pPr>
      <w:r>
        <w:t>یہ لفظ صرف انسان کے لیے ہے۔</w:t>
      </w:r>
    </w:p>
    <w:p>
      <w:r>
        <w:rPr>
          <w:b/>
        </w:rPr>
        <w:t xml:space="preserve">[29:37] </w:t>
      </w:r>
      <w:r>
        <w:t>kyun ke insan sochta hai, challenge ka samna karta hai.</w:t>
      </w:r>
    </w:p>
    <w:p>
      <w:pPr>
        <w:jc w:val="right"/>
      </w:pPr>
      <w:r>
        <w:t>کیونکہ انسان سوچتا ہے، challenge کا سامنا کرتا ہے۔</w:t>
      </w:r>
    </w:p>
    <w:p>
      <w:r>
        <w:rPr>
          <w:b/>
        </w:rPr>
        <w:t xml:space="preserve">[29:42] </w:t>
      </w:r>
      <w:r>
        <w:t>Competition mein dakhil ho kar ke mehnatain karta hai.</w:t>
      </w:r>
    </w:p>
    <w:p>
      <w:pPr>
        <w:jc w:val="right"/>
      </w:pPr>
      <w:r>
        <w:t>Competition میں داخل ہو کر کے محنتیں کرتا ہے۔</w:t>
      </w:r>
    </w:p>
    <w:p>
      <w:r>
        <w:rPr>
          <w:b/>
        </w:rPr>
        <w:t xml:space="preserve">[29:48] </w:t>
      </w:r>
      <w:r>
        <w:t>Is se is ka intellectual development hota hai.</w:t>
      </w:r>
    </w:p>
    <w:p>
      <w:pPr>
        <w:jc w:val="right"/>
      </w:pPr>
      <w:r>
        <w:t>اس سے اس کا intellectual development ہوتا ہے۔</w:t>
      </w:r>
    </w:p>
    <w:p>
      <w:r>
        <w:rPr>
          <w:b/>
        </w:rPr>
        <w:t xml:space="preserve">[29:53] </w:t>
      </w:r>
      <w:r>
        <w:t>Yeh sab cheezain hain sochne ki.</w:t>
      </w:r>
    </w:p>
    <w:p>
      <w:pPr>
        <w:jc w:val="right"/>
      </w:pPr>
      <w:r>
        <w:t>یہ سب چیزیں ہیں سوچنے کی۔</w:t>
      </w:r>
    </w:p>
    <w:p>
      <w:r>
        <w:rPr>
          <w:b/>
        </w:rPr>
        <w:t xml:space="preserve">[29:59] </w:t>
      </w:r>
      <w:r>
        <w:t>To hamara jo mission hai, CPS mission, yeh goya aik lafz mein kahoon ga ke yeh</w:t>
      </w:r>
    </w:p>
    <w:p>
      <w:pPr>
        <w:jc w:val="right"/>
      </w:pPr>
      <w:r>
        <w:t>تو ہمارا جو mission ہے، سی پی ایس mission، یہ گویا ایک لفظ میں کہوں گا کہ یہ</w:t>
      </w:r>
    </w:p>
    <w:p>
      <w:r>
        <w:rPr>
          <w:b/>
        </w:rPr>
        <w:t xml:space="preserve">[30:04] </w:t>
      </w:r>
      <w:r>
        <w:t>mission jo hai, thinking ko develop karne ka mission hai.</w:t>
      </w:r>
    </w:p>
    <w:p>
      <w:pPr>
        <w:jc w:val="right"/>
      </w:pPr>
      <w:r>
        <w:t>mission جو ہے، thinking کو develop کرنے کا mission ہے۔</w:t>
      </w:r>
    </w:p>
    <w:p>
      <w:r>
        <w:rPr>
          <w:b/>
        </w:rPr>
        <w:t xml:space="preserve">[30:09] </w:t>
      </w:r>
      <w:r>
        <w:t>Soch ko taraqqi dene ka mission hai.</w:t>
      </w:r>
    </w:p>
    <w:p>
      <w:pPr>
        <w:jc w:val="right"/>
      </w:pPr>
      <w:r>
        <w:t>سوچ کو ترقی دینے کا mission ہے۔</w:t>
      </w:r>
    </w:p>
    <w:p>
      <w:r>
        <w:rPr>
          <w:b/>
        </w:rPr>
        <w:t xml:space="preserve">[30:14] </w:t>
      </w:r>
      <w:r>
        <w:t>Har aadmi sochne laga, sochne laga, sochne laga.</w:t>
      </w:r>
    </w:p>
    <w:p>
      <w:pPr>
        <w:jc w:val="right"/>
      </w:pPr>
      <w:r>
        <w:t>ہر آدمی سوچنے لگا، سوچنے لگا، سوچنے لگا۔</w:t>
      </w:r>
    </w:p>
    <w:p>
      <w:r>
        <w:rPr>
          <w:b/>
        </w:rPr>
        <w:t xml:space="preserve">[30:20] </w:t>
      </w:r>
      <w:r>
        <w:t>To hamara mission yeh hai ke hum chahte hain ke log jo hain, aik aik shakhs, aik individual</w:t>
      </w:r>
    </w:p>
    <w:p>
      <w:pPr>
        <w:jc w:val="right"/>
      </w:pPr>
      <w:r>
        <w:t>تو ہمارا mission یہ ہے کہ ہم چاہتے ہیں کہ لوگ جو ہیں، ایک ایک شخص، ایک individual</w:t>
      </w:r>
    </w:p>
    <w:p>
      <w:r>
        <w:rPr>
          <w:b/>
        </w:rPr>
        <w:t xml:space="preserve">[30:25] </w:t>
      </w:r>
      <w:r>
        <w:t>jo hai, hero ban jaye.</w:t>
      </w:r>
    </w:p>
    <w:p>
      <w:pPr>
        <w:jc w:val="right"/>
      </w:pPr>
      <w:r>
        <w:t>جو ہے، hero بن جائے۔</w:t>
      </w:r>
    </w:p>
    <w:p>
      <w:r>
        <w:rPr>
          <w:b/>
        </w:rPr>
        <w:t xml:space="preserve">[30:30] </w:t>
      </w:r>
      <w:r>
        <w:t>Hum kisi empowerment ke qail nahi hain.</w:t>
      </w:r>
    </w:p>
    <w:p>
      <w:pPr>
        <w:jc w:val="right"/>
      </w:pPr>
      <w:r>
        <w:t>ہم کسی empowerment کے قائل نہیں ہیں۔</w:t>
      </w:r>
    </w:p>
    <w:p>
      <w:r>
        <w:rPr>
          <w:b/>
        </w:rPr>
        <w:t xml:space="preserve">[30:35] </w:t>
      </w:r>
      <w:r>
        <w:t>Hum kisi favor ke qail nahi hain. Kuch nahi.</w:t>
      </w:r>
    </w:p>
    <w:p>
      <w:pPr>
        <w:jc w:val="right"/>
      </w:pPr>
      <w:r>
        <w:t>ہم کسی favor کے قائل نہیں ہیں۔ کچھ نہیں۔</w:t>
      </w:r>
    </w:p>
    <w:p>
      <w:r>
        <w:rPr>
          <w:b/>
        </w:rPr>
        <w:t xml:space="preserve">[30:40] </w:t>
      </w:r>
      <w:r>
        <w:t>Dekhein jin logon ne taraqqiyan ki hain, jaise west ne taraqqi ki hai, woh kisi favor ki wajah</w:t>
      </w:r>
    </w:p>
    <w:p>
      <w:pPr>
        <w:jc w:val="right"/>
      </w:pPr>
      <w:r>
        <w:t>دیکھیں جن لوگوں نے ترقیاں کی ہیں، جیسے west نے ترقی کی ہے، وہ کسی favor کی وجہ</w:t>
      </w:r>
    </w:p>
    <w:p>
      <w:r>
        <w:rPr>
          <w:b/>
        </w:rPr>
        <w:t xml:space="preserve">[30:44] </w:t>
      </w:r>
      <w:r>
        <w:t>se taraqqi nahi ki hai.</w:t>
      </w:r>
    </w:p>
    <w:p>
      <w:pPr>
        <w:jc w:val="right"/>
      </w:pPr>
      <w:r>
        <w:t>سے ترقی نہیں کی ہے۔</w:t>
      </w:r>
    </w:p>
    <w:p>
      <w:r>
        <w:rPr>
          <w:b/>
        </w:rPr>
        <w:t xml:space="preserve">[30:48] </w:t>
      </w:r>
      <w:r>
        <w:t>Abhi mein aik qissa parh raha tha.</w:t>
      </w:r>
    </w:p>
    <w:p>
      <w:pPr>
        <w:jc w:val="right"/>
      </w:pPr>
      <w:r>
        <w:t>ابھی میں ایک قصہ پڑھ رہا تھا۔</w:t>
      </w:r>
    </w:p>
    <w:p>
      <w:r>
        <w:rPr>
          <w:b/>
        </w:rPr>
        <w:t xml:space="preserve">[30:52] </w:t>
      </w:r>
      <w:r>
        <w:t>Yeh qissa hai ab se aik so das saal pehle ka.</w:t>
      </w:r>
    </w:p>
    <w:p>
      <w:pPr>
        <w:jc w:val="right"/>
      </w:pPr>
      <w:r>
        <w:t>یہ قصہ ہے اب سے ایک سو دس سال پہلے کا۔</w:t>
      </w:r>
    </w:p>
    <w:p>
      <w:r>
        <w:rPr>
          <w:b/>
        </w:rPr>
        <w:t xml:space="preserve">[30:55] </w:t>
      </w:r>
      <w:r>
        <w:t>Yaani 1901 ka.</w:t>
      </w:r>
    </w:p>
    <w:p>
      <w:pPr>
        <w:jc w:val="right"/>
      </w:pPr>
      <w:r>
        <w:t>یعنی انیس سو ایک کا۔</w:t>
      </w:r>
    </w:p>
    <w:p>
      <w:r>
        <w:rPr>
          <w:b/>
        </w:rPr>
        <w:t xml:space="preserve">[30:59] </w:t>
      </w:r>
      <w:r>
        <w:t>Das saal ka hoon, aik so das saal.</w:t>
      </w:r>
    </w:p>
    <w:p>
      <w:pPr>
        <w:jc w:val="right"/>
      </w:pPr>
      <w:r>
        <w:t>دس سال کا ہوں، ایک سو دس سال۔</w:t>
      </w:r>
    </w:p>
    <w:p>
      <w:r>
        <w:rPr>
          <w:b/>
        </w:rPr>
        <w:t xml:space="preserve">[31:03] </w:t>
      </w:r>
      <w:r>
        <w:t>Aik so das saal pehle ka qissa hai.</w:t>
      </w:r>
    </w:p>
    <w:p>
      <w:pPr>
        <w:jc w:val="right"/>
      </w:pPr>
      <w:r>
        <w:t>ایک سو دس سال پہلے کا قصہ ہے۔</w:t>
      </w:r>
    </w:p>
    <w:p>
      <w:r>
        <w:rPr>
          <w:b/>
        </w:rPr>
        <w:t xml:space="preserve">[31:07] </w:t>
      </w:r>
      <w:r>
        <w:t>England mein aik aadmi tha, Shackleton</w:t>
      </w:r>
    </w:p>
    <w:p>
      <w:pPr>
        <w:jc w:val="right"/>
      </w:pPr>
      <w:r>
        <w:t>انگلینڈ میں ایک آدمی تھا، شیکلٹن</w:t>
      </w:r>
    </w:p>
    <w:p>
      <w:r>
        <w:rPr>
          <w:b/>
        </w:rPr>
        <w:t xml:space="preserve">[31:11] </w:t>
      </w:r>
      <w:r>
        <w:t>Us ka naam tha.</w:t>
      </w:r>
    </w:p>
    <w:p>
      <w:pPr>
        <w:jc w:val="right"/>
      </w:pPr>
      <w:r>
        <w:t>اس کا نام تھا۔</w:t>
      </w:r>
    </w:p>
    <w:p>
      <w:r>
        <w:rPr>
          <w:b/>
        </w:rPr>
        <w:t xml:space="preserve">[31:18] </w:t>
      </w:r>
      <w:r>
        <w:t>Aik so das saal pehle is ne aik advertisement diya akhbar mein.</w:t>
      </w:r>
    </w:p>
    <w:p>
      <w:pPr>
        <w:jc w:val="right"/>
      </w:pPr>
      <w:r>
        <w:t>ایک سو دس سال پہلے اس نے ایک advertisement دیا اخبار میں۔</w:t>
      </w:r>
    </w:p>
    <w:p>
      <w:r>
        <w:rPr>
          <w:b/>
        </w:rPr>
        <w:t xml:space="preserve">[31:26] </w:t>
      </w:r>
      <w:r>
        <w:t>Is ko yeh tha ke woh chahta tha is mein aik campaign lena chahta tha.</w:t>
      </w:r>
    </w:p>
    <w:p>
      <w:pPr>
        <w:jc w:val="right"/>
      </w:pPr>
      <w:r>
        <w:t>اس کو یہ تھا کہ وہ چاہتا تھا اس میں ایک campaign لینا چاہتا تھا۔</w:t>
      </w:r>
    </w:p>
    <w:p>
      <w:r>
        <w:rPr>
          <w:b/>
        </w:rPr>
        <w:t xml:space="preserve">[31:33] </w:t>
      </w:r>
      <w:r>
        <w:t>Aur jo do jo pole hain zameen ke, jahan barfi jami hui hai, wahan pata karna hai ke wahan kya</w:t>
      </w:r>
    </w:p>
    <w:p>
      <w:pPr>
        <w:jc w:val="right"/>
      </w:pPr>
      <w:r>
        <w:t>اور جو دو جو پول ہیں زمین کے، جہاں برفی جمی ہوئی ہے، وہاں پتہ کرنا ہے کہ وہاں کیا</w:t>
      </w:r>
    </w:p>
    <w:p>
      <w:r>
        <w:rPr>
          <w:b/>
        </w:rPr>
        <w:t xml:space="preserve">[31:41] </w:t>
      </w:r>
      <w:r>
        <w:t>hai.</w:t>
      </w:r>
    </w:p>
    <w:p>
      <w:pPr>
        <w:jc w:val="right"/>
      </w:pPr>
      <w:r>
        <w:t>ہے۔</w:t>
      </w:r>
    </w:p>
    <w:p>
      <w:r>
        <w:rPr>
          <w:b/>
        </w:rPr>
        <w:t xml:space="preserve">[31:44] </w:t>
      </w:r>
      <w:r>
        <w:t>Aap jante hain ke South Pole aur North Pole jo hai, wahan barfi barf hai.</w:t>
      </w:r>
    </w:p>
    <w:p>
      <w:pPr>
        <w:jc w:val="right"/>
      </w:pPr>
      <w:r>
        <w:t>آپ جانتے ہیں کہ ساؤتھ پول اور نارتھ پول جو ہے، وہاں برفی برف ہے۔</w:t>
      </w:r>
    </w:p>
    <w:p>
      <w:r>
        <w:rPr>
          <w:b/>
        </w:rPr>
        <w:t xml:space="preserve">[31:48] </w:t>
      </w:r>
      <w:r>
        <w:t>is ko janna chahta hai ke woh kya cheez hai.</w:t>
      </w:r>
    </w:p>
    <w:p>
      <w:pPr>
        <w:jc w:val="right"/>
      </w:pPr>
      <w:r>
        <w:t>اس کو جاننا چاہتا ہے کہ وہ کیا چیز ہے۔</w:t>
      </w:r>
    </w:p>
    <w:p>
      <w:r>
        <w:rPr>
          <w:b/>
        </w:rPr>
        <w:t xml:space="preserve">[31:51] </w:t>
      </w:r>
      <w:r>
        <w:t>lekin yeh bohat mushkil kaam tha.</w:t>
      </w:r>
    </w:p>
    <w:p>
      <w:pPr>
        <w:jc w:val="right"/>
      </w:pPr>
      <w:r>
        <w:t>لیکن یہ بہت مشکل کام تھا۔</w:t>
      </w:r>
    </w:p>
    <w:p>
      <w:r>
        <w:rPr>
          <w:b/>
        </w:rPr>
        <w:t xml:space="preserve">[31:54] </w:t>
      </w:r>
      <w:r>
        <w:t>ab to bohat si aasaniyan bhi ho gayi hain.</w:t>
      </w:r>
    </w:p>
    <w:p>
      <w:pPr>
        <w:jc w:val="right"/>
      </w:pPr>
      <w:r>
        <w:t>اب تو بہت سی آسانیاں بھی ہو گئی ہیں۔</w:t>
      </w:r>
    </w:p>
    <w:p>
      <w:r>
        <w:rPr>
          <w:b/>
        </w:rPr>
        <w:t xml:space="preserve">[31:58] </w:t>
      </w:r>
      <w:r>
        <w:t>ek so das saal pehle bohat mushkil kaam tha.</w:t>
      </w:r>
    </w:p>
    <w:p>
      <w:pPr>
        <w:jc w:val="right"/>
      </w:pPr>
      <w:r>
        <w:t>ایک سو دس سال پہلے بہت مشکل کام تھا۔</w:t>
      </w:r>
    </w:p>
    <w:p>
      <w:r>
        <w:rPr>
          <w:b/>
        </w:rPr>
        <w:t xml:space="preserve">[32:01] </w:t>
      </w:r>
      <w:r>
        <w:t>to is ne akhbar mein ek advertisement diya.</w:t>
      </w:r>
    </w:p>
    <w:p>
      <w:pPr>
        <w:jc w:val="right"/>
      </w:pPr>
      <w:r>
        <w:t>تو اس نے اخبار میں ایک advertisement دیا۔</w:t>
      </w:r>
    </w:p>
    <w:p>
      <w:r>
        <w:rPr>
          <w:b/>
        </w:rPr>
        <w:t xml:space="preserve">[32:04] </w:t>
      </w:r>
      <w:r>
        <w:t>english akhbar mein, london ke.</w:t>
      </w:r>
    </w:p>
    <w:p>
      <w:pPr>
        <w:jc w:val="right"/>
      </w:pPr>
      <w:r>
        <w:t>انگلش اخبار میں، لندن کے۔</w:t>
      </w:r>
    </w:p>
    <w:p>
      <w:r>
        <w:rPr>
          <w:b/>
        </w:rPr>
        <w:t xml:space="preserve">[32:08] </w:t>
      </w:r>
      <w:r>
        <w:t>to is ko</w:t>
      </w:r>
    </w:p>
    <w:p>
      <w:pPr>
        <w:jc w:val="right"/>
      </w:pPr>
      <w:r>
        <w:t>تو اس کو</w:t>
      </w:r>
    </w:p>
    <w:p>
      <w:r>
        <w:rPr>
          <w:b/>
        </w:rPr>
        <w:t xml:space="preserve">[32:11] </w:t>
      </w:r>
      <w:r>
        <w:t>ek bohat hi bohat hi mukhtasar advertisement tha, bohat mukhtasar.</w:t>
      </w:r>
    </w:p>
    <w:p>
      <w:pPr>
        <w:jc w:val="right"/>
      </w:pPr>
      <w:r>
        <w:t>ایک بہت ہی بہت ہی مختصر advertisement تھا، بہت مختصر۔</w:t>
      </w:r>
    </w:p>
    <w:p>
      <w:r>
        <w:rPr>
          <w:b/>
        </w:rPr>
        <w:t xml:space="preserve">[32:22] </w:t>
      </w:r>
      <w:r>
        <w:t>اس کے الفاظ یہ ہوتے تھے کہ: "Men wanted for hazardous journey, small wages, bitter cold, long</w:t>
      </w:r>
    </w:p>
    <w:p>
      <w:pPr>
        <w:jc w:val="right"/>
      </w:pPr>
      <w:r>
        <w:t>اس کے الفاظ یہ ہوتے تھے کہ: "Men wanted for heather dust journey small wages bitter cold long</w:t>
      </w:r>
    </w:p>
    <w:p>
      <w:r>
        <w:rPr>
          <w:b/>
        </w:rPr>
        <w:t xml:space="preserve">[32:32] </w:t>
      </w:r>
      <w:r>
        <w:t>months of complete darkness constant danger</w:t>
      </w:r>
    </w:p>
    <w:p>
      <w:pPr>
        <w:jc w:val="right"/>
      </w:pPr>
      <w:r>
        <w:t>months of complete darkness constant danger</w:t>
      </w:r>
    </w:p>
    <w:p>
      <w:r>
        <w:rPr>
          <w:b/>
        </w:rPr>
        <w:t xml:space="preserve">[32:43] </w:t>
      </w:r>
      <w:r>
        <w:t>safe return doubtful honor and recognition in case of success". Bas itna tha. Aur kuch bataya nahi gaya tha ke kahan jana hai, kya karna hai. Yeh bohat hi mushkil tareen safar. Aur is mein maine parha ke itni zyada applications aayin ke Shackleton ko select karna pada, select chand ko lena pada. Bohat se logon ko chhod</w:t>
      </w:r>
    </w:p>
    <w:p>
      <w:pPr>
        <w:jc w:val="right"/>
      </w:pPr>
      <w:r>
        <w:t>safe return doubtful honor and recognition in case of success"۔ بس اتنا تھا۔ اور کچھ بتایا نہیں گیا تھا کہ کہاں جانا ہے، کیا کرنا ہے۔ یہ بہت ہی مشکل ترین سفر۔ اور اس میں میں نے پڑھا کہ اتنی زیادہ applications آئیں کہ شیکلٹن کو select کرنا پڑا، select چند کو لینا پڑا۔ بہت سے لوگوں کو چھوڑ</w:t>
      </w:r>
    </w:p>
    <w:p>
      <w:r>
        <w:rPr>
          <w:b/>
        </w:rPr>
        <w:t xml:space="preserve">[33:13] </w:t>
      </w:r>
      <w:r>
        <w:t>kar ke. Is tarah se woh ek campaign le kar gaya wahan. Is tarah ke hazaron waqiyat hain jis se ke western logon ne qurbaaniyan dein aur phir tarqqiyan huin. Aaj kal to Musalman jo hain, west ko sirf hate ki nazar se dekhte hain. Hate. Saare Musalman yahan se le kar aap kahin bhi chale jaiye, Arab mein, Ajab mein,</w:t>
      </w:r>
    </w:p>
    <w:p>
      <w:pPr>
        <w:jc w:val="right"/>
      </w:pPr>
      <w:r>
        <w:t>کر کے۔ اس طرح سے وہ ایک campaign لے کر گیا وہاں۔ اس طرح کے ہزاروں واقعات ہیں جس سے کہ western لوگوں نے قربانیاں دیں اور پھر ترقیاں ہوئیں۔ آج کل تو مسلمان جو ہیں، west کو صرف hate کی نظر سے دیکھتے ہیں۔ Hate۔ سارے مسلمان یہاں سے لے کر آپ کہیں بھی چلے جائیے، عرب میں، عجب میں،</w:t>
      </w:r>
    </w:p>
    <w:p>
      <w:r>
        <w:rPr>
          <w:b/>
        </w:rPr>
        <w:t xml:space="preserve">[33:43] </w:t>
      </w:r>
      <w:r>
        <w:t>Europe mein, America mein, jahan bhi Musalman ko milenge aap, har Musalman jo aap se hate ki baatein karega west ke khilaf. Halanke isi west ki wajah se hum tarqqiyan aati huin. Jitni bhi tarqqiyan aayin, communication ki tarqqi, yeh city development aur jitni bhi material comfort aap jis se aap enjoy karte hain, yeh sab kis ne diya hai? In</w:t>
      </w:r>
    </w:p>
    <w:p>
      <w:pPr>
        <w:jc w:val="right"/>
      </w:pPr>
      <w:r>
        <w:t>یورپ میں، امریکہ میں، جہاں بھی مسلمان کو ملیں گے آپ، ہر مسلمان جو آپ سے hate کی باتیں کرے گا west کے خلاف۔ حالانکہ اسی west کی وجہ سے ہم ترقیاں آتی ہوئیں۔ جتنی بھی ترقیاں آئیں، communication کی ترقی، یہ city development اور جتنی بھی material comfort آپ جس سے آپ enjoy کرتے ہیں، یہ سب کس نے دیا ہے؟ ان</w:t>
      </w:r>
    </w:p>
    <w:p>
      <w:r>
        <w:rPr>
          <w:b/>
        </w:rPr>
        <w:t xml:space="preserve">[34:13] </w:t>
      </w:r>
      <w:r>
        <w:t>he logon ne diya hai.</w:t>
      </w:r>
    </w:p>
    <w:p>
      <w:pPr>
        <w:jc w:val="right"/>
      </w:pPr>
      <w:r>
        <w:t>ہی لوگوں نے دیا ہے۔</w:t>
      </w:r>
    </w:p>
    <w:p>
      <w:r>
        <w:rPr>
          <w:b/>
        </w:rPr>
        <w:t xml:space="preserve">[34:18] </w:t>
      </w:r>
      <w:r>
        <w:t>surgery ka itna zabardast nai daryaften jo huin, unhi logon ne keen.</w:t>
      </w:r>
    </w:p>
    <w:p>
      <w:pPr>
        <w:jc w:val="right"/>
      </w:pPr>
      <w:r>
        <w:t>سرجری کا اتنا زبردست نئی دریافتیں جو ہوئیں، انہی لوگوں نے کیں۔</w:t>
      </w:r>
    </w:p>
    <w:p>
      <w:r>
        <w:rPr>
          <w:b/>
        </w:rPr>
        <w:t xml:space="preserve">[34:23] </w:t>
      </w:r>
      <w:r>
        <w:t>to unhon ne jo mehnatain keen, qurbaniyan dein.</w:t>
      </w:r>
    </w:p>
    <w:p>
      <w:pPr>
        <w:jc w:val="right"/>
      </w:pPr>
      <w:r>
        <w:t>تو انہوں نے جو محنتیں کیں، قربانیاں دیں۔</w:t>
      </w:r>
    </w:p>
    <w:p>
      <w:r>
        <w:rPr>
          <w:b/>
        </w:rPr>
        <w:t xml:space="preserve">[34:28] </w:t>
      </w:r>
      <w:r>
        <w:t>qurbani ka matlab hai gardan kuttwayi.</w:t>
      </w:r>
    </w:p>
    <w:p>
      <w:pPr>
        <w:jc w:val="right"/>
      </w:pPr>
      <w:r>
        <w:t>قربانی کا مطلب ہے گردن کٹوائی۔</w:t>
      </w:r>
    </w:p>
    <w:p>
      <w:r>
        <w:rPr>
          <w:b/>
        </w:rPr>
        <w:t xml:space="preserve">[34:33] </w:t>
      </w:r>
      <w:r>
        <w:t>gardan kuttwane ko log musalman qurbani samajhte hain.</w:t>
      </w:r>
    </w:p>
    <w:p>
      <w:pPr>
        <w:jc w:val="right"/>
      </w:pPr>
      <w:r>
        <w:t>گردن کٹوانے کو لوگ مسلمان قربانی سمجھتے ہیں۔</w:t>
      </w:r>
    </w:p>
    <w:p>
      <w:r>
        <w:rPr>
          <w:b/>
        </w:rPr>
        <w:t xml:space="preserve">[34:38] </w:t>
      </w:r>
      <w:r>
        <w:t>musalmanon ka lafz qurbani bola jaye to samjhein gardan kutwana.</w:t>
      </w:r>
    </w:p>
    <w:p>
      <w:pPr>
        <w:jc w:val="right"/>
      </w:pPr>
      <w:r>
        <w:t>مسلمانوں کا لفظ قربانی بولا جائے تو سمجھیں گردن کٹوانا۔</w:t>
      </w:r>
    </w:p>
    <w:p>
      <w:r>
        <w:rPr>
          <w:b/>
        </w:rPr>
        <w:t xml:space="preserve">[34:43] </w:t>
      </w:r>
      <w:r>
        <w:t>halankeh yeh to kuch bhi nahin.</w:t>
      </w:r>
    </w:p>
    <w:p>
      <w:pPr>
        <w:jc w:val="right"/>
      </w:pPr>
      <w:r>
        <w:t>حالانکہ یہ تو کچھ بھی نہیں۔</w:t>
      </w:r>
    </w:p>
    <w:p>
      <w:r>
        <w:rPr>
          <w:b/>
        </w:rPr>
        <w:t xml:space="preserve">[34:48] </w:t>
      </w:r>
      <w:r>
        <w:t>qurbani yeh hai ke aap apne jazbat ko sambhalein.</w:t>
      </w:r>
    </w:p>
    <w:p>
      <w:pPr>
        <w:jc w:val="right"/>
      </w:pPr>
      <w:r>
        <w:t>قربانی یہ ہے کہ آپ اپنے جذبات کو سنبھالیں۔</w:t>
      </w:r>
    </w:p>
    <w:p>
      <w:r>
        <w:rPr>
          <w:b/>
        </w:rPr>
        <w:t xml:space="preserve">[34:53] </w:t>
      </w:r>
      <w:r>
        <w:t>apne dimagh ko control karein.</w:t>
      </w:r>
    </w:p>
    <w:p>
      <w:pPr>
        <w:jc w:val="right"/>
      </w:pPr>
      <w:r>
        <w:t>اپنے دماغ کو کنٹرول کریں۔</w:t>
      </w:r>
    </w:p>
    <w:p>
      <w:r>
        <w:rPr>
          <w:b/>
        </w:rPr>
        <w:t xml:space="preserve">[34:58] </w:t>
      </w:r>
      <w:r>
        <w:t>apni khwahishon ko rokein.</w:t>
      </w:r>
    </w:p>
    <w:p>
      <w:pPr>
        <w:jc w:val="right"/>
      </w:pPr>
      <w:r>
        <w:t>اپنی خواہشوں کو روکیں۔</w:t>
      </w:r>
    </w:p>
    <w:p>
      <w:r>
        <w:rPr>
          <w:b/>
        </w:rPr>
        <w:t xml:space="preserve">[35:03] </w:t>
      </w:r>
      <w:r>
        <w:t>kam income ke bawajood is mein apne aap ko laga dein.</w:t>
      </w:r>
    </w:p>
    <w:p>
      <w:pPr>
        <w:jc w:val="right"/>
      </w:pPr>
      <w:r>
        <w:t>کم انکم کے باوجود اس میں اپنے آپ کو لگا دیں۔</w:t>
      </w:r>
    </w:p>
    <w:p>
      <w:r>
        <w:rPr>
          <w:b/>
        </w:rPr>
        <w:t xml:space="preserve">[35:08] </w:t>
      </w:r>
      <w:r>
        <w:t>zaati interest na hone ke bawajood aap qom ke liye, insan ke liye is mein apne aap ko</w:t>
      </w:r>
    </w:p>
    <w:p>
      <w:pPr>
        <w:jc w:val="right"/>
      </w:pPr>
      <w:r>
        <w:t>ذاتی interest نہ ہونے کے باوجود آپ قوم کے لیے، انسان کے لیے اس میں اپنے آپ کو</w:t>
      </w:r>
    </w:p>
    <w:p>
      <w:r>
        <w:rPr>
          <w:b/>
        </w:rPr>
        <w:t xml:space="preserve">[35:13] </w:t>
      </w:r>
      <w:r>
        <w:t>jhhonk dein.</w:t>
      </w:r>
    </w:p>
    <w:p>
      <w:pPr>
        <w:jc w:val="right"/>
      </w:pPr>
      <w:r>
        <w:t>جھونک دیں۔</w:t>
      </w:r>
    </w:p>
    <w:p>
      <w:r>
        <w:rPr>
          <w:b/>
        </w:rPr>
        <w:t xml:space="preserve">[35:17] </w:t>
      </w:r>
      <w:r>
        <w:t>yeh sab bari bari qurbaniyan hain.</w:t>
      </w:r>
    </w:p>
    <w:p>
      <w:pPr>
        <w:jc w:val="right"/>
      </w:pPr>
      <w:r>
        <w:t>یہ سب بڑی بڑی قربانیاں ہیں۔</w:t>
      </w:r>
    </w:p>
    <w:p>
      <w:r>
        <w:rPr>
          <w:b/>
        </w:rPr>
        <w:t xml:space="preserve">[35:21] </w:t>
      </w:r>
      <w:r>
        <w:t>yeh qurbaniyan dein in logon ne.</w:t>
      </w:r>
    </w:p>
    <w:p>
      <w:pPr>
        <w:jc w:val="right"/>
      </w:pPr>
      <w:r>
        <w:t>یہ قربانیاں دیں ان لوگوں نے۔</w:t>
      </w:r>
    </w:p>
    <w:p>
      <w:r>
        <w:rPr>
          <w:b/>
        </w:rPr>
        <w:t xml:space="preserve">[35:25] </w:t>
      </w:r>
      <w:r>
        <w:t>mein dekhta hoon logon ko aaj kal ke zamane mein har aadmi ki jeb mein mobile hai.</w:t>
      </w:r>
    </w:p>
    <w:p>
      <w:pPr>
        <w:jc w:val="right"/>
      </w:pPr>
      <w:r>
        <w:t>میں دیکھتا ہوں لوگوں کو آج کل کے زمانے میں ہر آدمی کی جیب میں موبائل ہے۔</w:t>
      </w:r>
    </w:p>
    <w:p>
      <w:r>
        <w:rPr>
          <w:b/>
        </w:rPr>
        <w:t xml:space="preserve">[35:29] </w:t>
      </w:r>
      <w:r>
        <w:t>main ne bohat se logon se baaten keen.</w:t>
      </w:r>
    </w:p>
    <w:p>
      <w:pPr>
        <w:jc w:val="right"/>
      </w:pPr>
      <w:r>
        <w:t>میں نے بہت سے لوگوں سے باتیں کیں۔</w:t>
      </w:r>
    </w:p>
    <w:p>
      <w:r>
        <w:rPr>
          <w:b/>
        </w:rPr>
        <w:t xml:space="preserve">[35:32] </w:t>
      </w:r>
      <w:r>
        <w:t>kisi ne kabhi socha nahi ke mobile jo hai yeh aik shukr ka item hai.</w:t>
      </w:r>
    </w:p>
    <w:p>
      <w:pPr>
        <w:jc w:val="right"/>
      </w:pPr>
      <w:r>
        <w:t>کسی نے کبھی سوچا نہیں کہ موبائل جو ہے یہ ایک شکر کا آئٹم ہے۔</w:t>
      </w:r>
    </w:p>
    <w:p>
      <w:r>
        <w:rPr>
          <w:b/>
        </w:rPr>
        <w:t xml:space="preserve">[35:36] </w:t>
      </w:r>
      <w:r>
        <w:t>shukr ka item hai.</w:t>
      </w:r>
    </w:p>
    <w:p>
      <w:pPr>
        <w:jc w:val="right"/>
      </w:pPr>
      <w:r>
        <w:t>شکر کا آئٹم ہے۔</w:t>
      </w:r>
    </w:p>
    <w:p>
      <w:r>
        <w:rPr>
          <w:b/>
        </w:rPr>
        <w:t xml:space="preserve">[35:40] </w:t>
      </w:r>
      <w:r>
        <w:t>kuch sochte hain nahi log?</w:t>
      </w:r>
    </w:p>
    <w:p>
      <w:pPr>
        <w:jc w:val="right"/>
      </w:pPr>
      <w:r>
        <w:t>کچھ سوچتے ہیں نہیں لوگ؟</w:t>
      </w:r>
    </w:p>
    <w:p>
      <w:r>
        <w:rPr>
          <w:b/>
        </w:rPr>
        <w:t xml:space="preserve">[35:44] </w:t>
      </w:r>
      <w:r>
        <w:t>na shukr un ke andar, un ke jazbe mein, un ke dil mein shukr na to west ke</w:t>
      </w:r>
    </w:p>
    <w:p>
      <w:pPr>
        <w:jc w:val="right"/>
      </w:pPr>
      <w:r>
        <w:t>نہ شکر ان کے اندر، ان کے جذبے میں، ان کے دل میں شکر نہ تو west کے</w:t>
      </w:r>
    </w:p>
    <w:p>
      <w:r>
        <w:rPr>
          <w:b/>
        </w:rPr>
        <w:t xml:space="preserve">[35:49] </w:t>
      </w:r>
      <w:r>
        <w:t>liye hai na Khuda ke liye.</w:t>
      </w:r>
    </w:p>
    <w:p>
      <w:pPr>
        <w:jc w:val="right"/>
      </w:pPr>
      <w:r>
        <w:t>لیے ہے نہ خدا کے لیے۔</w:t>
      </w:r>
    </w:p>
    <w:p>
      <w:r>
        <w:rPr>
          <w:b/>
        </w:rPr>
        <w:t xml:space="preserve">[35:54] </w:t>
      </w:r>
      <w:r>
        <w:t>bas ghanti baji aur kaan par lagaya aur baaten karne lagay.</w:t>
      </w:r>
    </w:p>
    <w:p>
      <w:pPr>
        <w:jc w:val="right"/>
      </w:pPr>
      <w:r>
        <w:t>بس گھنٹی بجی اور کان پر لگایا اور باتیں کرنے لگے۔</w:t>
      </w:r>
    </w:p>
    <w:p>
      <w:r>
        <w:rPr>
          <w:b/>
        </w:rPr>
        <w:t xml:space="preserve">[35:59] </w:t>
      </w:r>
      <w:r>
        <w:t>kuch aagay peechay na sochtay, na peechay sochtay.</w:t>
      </w:r>
    </w:p>
    <w:p>
      <w:pPr>
        <w:jc w:val="right"/>
      </w:pPr>
      <w:r>
        <w:t>کچھ آگے پیچھے نہ سوچتے، نہ پیچھے سوچتے۔</w:t>
      </w:r>
    </w:p>
    <w:p>
      <w:r>
        <w:rPr>
          <w:b/>
        </w:rPr>
        <w:t xml:space="preserve">[36:04] </w:t>
      </w:r>
      <w:r>
        <w:t>aisi zindagi bilkul just like animal hai.</w:t>
      </w:r>
    </w:p>
    <w:p>
      <w:pPr>
        <w:jc w:val="right"/>
      </w:pPr>
      <w:r>
        <w:t>ایسی زندگی بالکل just like animal ہے۔</w:t>
      </w:r>
    </w:p>
    <w:p>
      <w:r>
        <w:rPr>
          <w:b/>
        </w:rPr>
        <w:t xml:space="preserve">[36:09] </w:t>
      </w:r>
      <w:r>
        <w:t>quran mein aik Khuda ka kalam hai: "wo haiwan ki</w:t>
      </w:r>
    </w:p>
    <w:p>
      <w:pPr>
        <w:jc w:val="right"/>
      </w:pPr>
      <w:r>
        <w:t>قرآن میں ایک خدا کا کلام ہے: "وہ حیوان کی</w:t>
      </w:r>
    </w:p>
    <w:p>
      <w:r>
        <w:rPr>
          <w:b/>
        </w:rPr>
        <w:t xml:space="preserve">[36:14] </w:t>
      </w:r>
      <w:r>
        <w:t>manind hain".</w:t>
      </w:r>
    </w:p>
    <w:p>
      <w:pPr>
        <w:jc w:val="right"/>
      </w:pPr>
      <w:r>
        <w:t>مانند ہیں"۔</w:t>
      </w:r>
    </w:p>
    <w:p>
      <w:r>
        <w:rPr>
          <w:b/>
        </w:rPr>
        <w:t xml:space="preserve">[36:22] </w:t>
      </w:r>
      <w:r>
        <w:t>yaad rakhiye jo insan, jis ka jis insan ke andar sincerity na ho, honesty na ho, seriousness na</w:t>
      </w:r>
    </w:p>
    <w:p>
      <w:pPr>
        <w:jc w:val="right"/>
      </w:pPr>
      <w:r>
        <w:t>یاد رکھیے جو انسان، جس کا جس انسان کے اندر sincerity نہ ہو، honesty نہ ہو، seriousness نہ</w:t>
      </w:r>
    </w:p>
    <w:p>
      <w:r>
        <w:rPr>
          <w:b/>
        </w:rPr>
        <w:t xml:space="preserve">[36:30] </w:t>
      </w:r>
      <w:r>
        <w:t>ho, jis zindagi ka koi goal na ho, jis ke andar positive thinking na ho, wo animal hai, animal.</w:t>
      </w:r>
    </w:p>
    <w:p>
      <w:pPr>
        <w:jc w:val="right"/>
      </w:pPr>
      <w:r>
        <w:t>ہو، جس زندگی کا کوئی goal نہ ہو، جس کے اندر positive thinking نہ ہو، وہ animal ہے، animal۔</w:t>
      </w:r>
    </w:p>
    <w:p>
      <w:r>
        <w:rPr>
          <w:b/>
        </w:rPr>
        <w:t xml:space="preserve">[36:38] </w:t>
      </w:r>
      <w:r>
        <w:t>wo insan nahi hai.</w:t>
      </w:r>
    </w:p>
    <w:p>
      <w:pPr>
        <w:jc w:val="right"/>
      </w:pPr>
      <w:r>
        <w:t>وہ انسان نہیں ہے۔</w:t>
      </w:r>
    </w:p>
    <w:p>
      <w:r>
        <w:rPr>
          <w:b/>
        </w:rPr>
        <w:t xml:space="preserve">[36:46] </w:t>
      </w:r>
      <w:r>
        <w:t>yeh sab cheezen hain jo hum hamaray hamaray mission ka jo maqsad hai wo yeh hai ke logon</w:t>
      </w:r>
    </w:p>
    <w:p>
      <w:pPr>
        <w:jc w:val="right"/>
      </w:pPr>
      <w:r>
        <w:t>یہ سب چیزیں ہیں جو ہم ہمارے ہمارے mission کا جو مقصد ہے وہ یہ ہے کہ لوگوں</w:t>
      </w:r>
    </w:p>
    <w:p>
      <w:r>
        <w:rPr>
          <w:b/>
        </w:rPr>
        <w:t xml:space="preserve">[36:50] </w:t>
      </w:r>
      <w:r>
        <w:t>ke andar aik soch paida ho, soch.</w:t>
      </w:r>
    </w:p>
    <w:p>
      <w:pPr>
        <w:jc w:val="right"/>
      </w:pPr>
      <w:r>
        <w:t>کے اندر ایک سوچ پیدا ہو، سوچ۔</w:t>
      </w:r>
    </w:p>
    <w:p>
      <w:r>
        <w:rPr>
          <w:b/>
        </w:rPr>
        <w:t xml:space="preserve">[36:54] </w:t>
      </w:r>
      <w:r>
        <w:t>soch paida ho.</w:t>
      </w:r>
    </w:p>
    <w:p>
      <w:pPr>
        <w:jc w:val="right"/>
      </w:pPr>
      <w:r>
        <w:t>سوچ پیدا ہو۔</w:t>
      </w:r>
    </w:p>
    <w:p>
      <w:r>
        <w:rPr>
          <w:b/>
        </w:rPr>
        <w:t xml:space="preserve">[36:58] </w:t>
      </w:r>
      <w:r>
        <w:t>apnay time ko yani art of time management janaan.</w:t>
      </w:r>
    </w:p>
    <w:p>
      <w:pPr>
        <w:jc w:val="right"/>
      </w:pPr>
      <w:r>
        <w:t>اپنے ٹائم کو یعنی art of time management جانیں۔</w:t>
      </w:r>
    </w:p>
    <w:p>
      <w:r>
        <w:rPr>
          <w:b/>
        </w:rPr>
        <w:t xml:space="preserve">[37:02] </w:t>
      </w:r>
      <w:r>
        <w:t>art of habit management janaan.</w:t>
      </w:r>
    </w:p>
    <w:p>
      <w:pPr>
        <w:jc w:val="right"/>
      </w:pPr>
      <w:r>
        <w:t>Art of habit management جانیں۔</w:t>
      </w:r>
    </w:p>
    <w:p>
      <w:r>
        <w:rPr>
          <w:b/>
        </w:rPr>
        <w:t xml:space="preserve">[37:06] </w:t>
      </w:r>
      <w:r>
        <w:t>art of speech management janaan.</w:t>
      </w:r>
    </w:p>
    <w:p>
      <w:pPr>
        <w:jc w:val="right"/>
      </w:pPr>
      <w:r>
        <w:t>Art of speech management جانیں۔</w:t>
      </w:r>
    </w:p>
    <w:p>
      <w:r>
        <w:rPr>
          <w:b/>
        </w:rPr>
        <w:t xml:space="preserve">[37:10] </w:t>
      </w:r>
      <w:r>
        <w:t>yani har cheez ko bhi manage karna hai.</w:t>
      </w:r>
    </w:p>
    <w:p>
      <w:pPr>
        <w:jc w:val="right"/>
      </w:pPr>
      <w:r>
        <w:t>یعنی ہر چیز کو بھی manage کرنا ہے۔</w:t>
      </w:r>
    </w:p>
    <w:p>
      <w:r>
        <w:rPr>
          <w:b/>
        </w:rPr>
        <w:t xml:space="preserve">[37:14] </w:t>
      </w:r>
      <w:r>
        <w:t>har cheez ko manage karna hai.</w:t>
      </w:r>
    </w:p>
    <w:p>
      <w:pPr>
        <w:jc w:val="right"/>
      </w:pPr>
      <w:r>
        <w:t>ہر چیز کو manage کرنا ہے۔</w:t>
      </w:r>
    </w:p>
    <w:p>
      <w:r>
        <w:rPr>
          <w:b/>
        </w:rPr>
        <w:t xml:space="preserve">[37:18] </w:t>
      </w:r>
      <w:r>
        <w:t>wo janaan.</w:t>
      </w:r>
    </w:p>
    <w:p>
      <w:pPr>
        <w:jc w:val="right"/>
      </w:pPr>
      <w:r>
        <w:t>وہ جانیں۔</w:t>
      </w:r>
    </w:p>
    <w:p>
      <w:r>
        <w:rPr>
          <w:b/>
        </w:rPr>
        <w:t xml:space="preserve">[37:21] </w:t>
      </w:r>
      <w:r>
        <w:t>to is mission ka khulasa yahi hai ke aap jaisay Adam ka jo qissa hai wo manage nahi</w:t>
      </w:r>
    </w:p>
    <w:p>
      <w:pPr>
        <w:jc w:val="right"/>
      </w:pPr>
      <w:r>
        <w:t>تو اس mission کا خلاصہ یہی ہے کہ آپ جیسے آدم کا جو قصہ ہے وہ manage نہیں</w:t>
      </w:r>
    </w:p>
    <w:p>
      <w:r>
        <w:rPr>
          <w:b/>
        </w:rPr>
        <w:t xml:space="preserve">[37:25] </w:t>
      </w:r>
      <w:r>
        <w:t>kar sakay wo.</w:t>
      </w:r>
    </w:p>
    <w:p>
      <w:pPr>
        <w:jc w:val="right"/>
      </w:pPr>
      <w:r>
        <w:t>کر سکے وہ۔</w:t>
      </w:r>
    </w:p>
    <w:p>
      <w:r>
        <w:rPr>
          <w:b/>
        </w:rPr>
        <w:t xml:space="preserve">[37:28] </w:t>
      </w:r>
      <w:r>
        <w:t>yani he failed to manage his desires۔</w:t>
      </w:r>
    </w:p>
    <w:p>
      <w:pPr>
        <w:jc w:val="right"/>
      </w:pPr>
      <w:r>
        <w:t>یعنی he failed to manage his desires۔</w:t>
      </w:r>
    </w:p>
    <w:p>
      <w:r>
        <w:rPr>
          <w:b/>
        </w:rPr>
        <w:t xml:space="preserve">[37:32] </w:t>
      </w:r>
      <w:r>
        <w:t>un ke andar jo desire aayi thi ke main is drakht ke paas jaon aur khaon is ka woh۔</w:t>
      </w:r>
    </w:p>
    <w:p>
      <w:pPr>
        <w:jc w:val="right"/>
      </w:pPr>
      <w:r>
        <w:t>ان کے اندر جو desire آئی تھی کہ میں اس درخت کے پاس جاؤں اور کھاؤں اس کا وہ۔</w:t>
      </w:r>
    </w:p>
    <w:p>
      <w:r>
        <w:rPr>
          <w:b/>
        </w:rPr>
        <w:t xml:space="preserve">[37:36] </w:t>
      </w:r>
      <w:r>
        <w:t>to mujhe yeh faida ho, woh faida hoga۔</w:t>
      </w:r>
    </w:p>
    <w:p>
      <w:pPr>
        <w:jc w:val="right"/>
      </w:pPr>
      <w:r>
        <w:t>تو مجھے یہ فائدہ ہو، وہ فائدہ ہوگا۔</w:t>
      </w:r>
    </w:p>
    <w:p>
      <w:r>
        <w:rPr>
          <w:b/>
        </w:rPr>
        <w:t xml:space="preserve">[37:39] </w:t>
      </w:r>
      <w:r>
        <w:t>ek desire thi۔</w:t>
      </w:r>
    </w:p>
    <w:p>
      <w:pPr>
        <w:jc w:val="right"/>
      </w:pPr>
      <w:r>
        <w:t>ایک desire تھی۔</w:t>
      </w:r>
    </w:p>
    <w:p>
      <w:r>
        <w:rPr>
          <w:b/>
        </w:rPr>
        <w:t xml:space="preserve">[37:43] </w:t>
      </w:r>
      <w:r>
        <w:t>is desire ko manage karna chahiye tha unhein, manage۔</w:t>
      </w:r>
    </w:p>
    <w:p>
      <w:pPr>
        <w:jc w:val="right"/>
      </w:pPr>
      <w:r>
        <w:t>اس desire کو manage کرنا چاہیے تھا انہیں، manage۔</w:t>
      </w:r>
    </w:p>
    <w:p>
      <w:r>
        <w:rPr>
          <w:b/>
        </w:rPr>
        <w:t xml:space="preserve">[37:46] </w:t>
      </w:r>
      <w:r>
        <w:t>na ke is ko follow karne lage۔</w:t>
      </w:r>
    </w:p>
    <w:p>
      <w:pPr>
        <w:jc w:val="right"/>
      </w:pPr>
      <w:r>
        <w:t>نہ کہ اس کو follow کرنے لگے۔</w:t>
      </w:r>
    </w:p>
    <w:p>
      <w:r>
        <w:rPr>
          <w:b/>
        </w:rPr>
        <w:t xml:space="preserve">[37:50] </w:t>
      </w:r>
      <w:r>
        <w:t>Dekhein desire to zaroor aayenge aap ke dil mein. Khwahishein zaroor jaagegi. To desire ko follow mat kijiye. Desire ko manage kijiye. Desire ko aap follow mat kijiye. Desire ko manage kijiye. Ghussa aaye to ghussa ko follow mat kijiye. Ghussa ko manage kijiye. To poori zindagi sach poochhein to man</w:t>
      </w:r>
    </w:p>
    <w:p>
      <w:pPr>
        <w:jc w:val="right"/>
      </w:pPr>
      <w:r>
        <w:t>دیکھیں desire تو ضرور آئیں گے آپ کے دل میں۔ خواہشیں ضرور جاگیں گی۔ تو desire کو follow مت کیجیے۔ desire کو manage کیجیے۔ desire کو آپ follow مت کیجیے۔ desire کو manage کیجیے۔ غصہ آئے تو غصہ کو follow مت کیجیے۔ غصہ کو manage کیجیے۔ تو پوری زندگی سچ پوچھیں تو man</w:t>
      </w:r>
    </w:p>
    <w:p>
      <w:r>
        <w:rPr>
          <w:b/>
        </w:rPr>
        <w:t xml:space="preserve">[38:20] </w:t>
      </w:r>
      <w:r>
        <w:t>agement hai, poori zindagi۔</w:t>
      </w:r>
    </w:p>
    <w:p>
      <w:pPr>
        <w:jc w:val="right"/>
      </w:pPr>
      <w:r>
        <w:t>agement ہے، پوری زندگی۔</w:t>
      </w:r>
    </w:p>
    <w:p>
      <w:r>
        <w:rPr>
          <w:b/>
        </w:rPr>
        <w:t xml:space="preserve">[38:25] </w:t>
      </w:r>
      <w:r>
        <w:t>adam ke pehle hi qisse mein bata diya gaya ke tum ko art of management seekhna hoga۔</w:t>
      </w:r>
    </w:p>
    <w:p>
      <w:pPr>
        <w:jc w:val="right"/>
      </w:pPr>
      <w:r>
        <w:t>آدم کے پہلے ہی قصے میں بتا دیا گیا کہ تم کو art of management سیکھنا ہوگا۔</w:t>
      </w:r>
    </w:p>
    <w:p>
      <w:r>
        <w:rPr>
          <w:b/>
        </w:rPr>
        <w:t xml:space="preserve">[38:30] </w:t>
      </w:r>
      <w:r>
        <w:t>pehla to ibrahim, adam ki jo failure thi woh yeh nahi thi ke unhon ne haram cheez kha liya۔</w:t>
      </w:r>
    </w:p>
    <w:p>
      <w:pPr>
        <w:jc w:val="right"/>
      </w:pPr>
      <w:r>
        <w:t>پہلے تو ابراہیم، آدم کی جو failure تھی وہ یہ نہیں تھی کہ انہوں نے حرام چیز کھا لیا۔</w:t>
      </w:r>
    </w:p>
    <w:p>
      <w:r>
        <w:rPr>
          <w:b/>
        </w:rPr>
        <w:t xml:space="preserve">[38:35] </w:t>
      </w:r>
      <w:r>
        <w:t>woh apne desire ko manage nahi kar sake۔</w:t>
      </w:r>
    </w:p>
    <w:p>
      <w:pPr>
        <w:jc w:val="right"/>
      </w:pPr>
      <w:r>
        <w:t>وہ اپنے desire کو manage نہیں کر سکے۔</w:t>
      </w:r>
    </w:p>
    <w:p>
      <w:r>
        <w:rPr>
          <w:b/>
        </w:rPr>
        <w:t xml:space="preserve">[38:40] </w:t>
      </w:r>
      <w:r>
        <w:t>yahan par priority khoi gayi un se۔</w:t>
      </w:r>
    </w:p>
    <w:p>
      <w:pPr>
        <w:jc w:val="right"/>
      </w:pPr>
      <w:r>
        <w:t>یہاں پر priority کھوئی گئی ان سے۔</w:t>
      </w:r>
    </w:p>
    <w:p>
      <w:r>
        <w:rPr>
          <w:b/>
        </w:rPr>
        <w:t xml:space="preserve">[38:45] </w:t>
      </w:r>
      <w:r>
        <w:t>ab dekhiye hamare</w:t>
      </w:r>
    </w:p>
    <w:p>
      <w:pPr>
        <w:jc w:val="right"/>
      </w:pPr>
      <w:r>
        <w:t>اب دیکھیے ہمارے</w:t>
      </w:r>
    </w:p>
    <w:p>
      <w:r>
        <w:rPr>
          <w:b/>
        </w:rPr>
        <w:t xml:space="preserve">[38:50] </w:t>
      </w:r>
      <w:r>
        <w:t>kuch saathi kal gaye thay Aligarh. To ab Masha Allah hum aaj wapas aa gaye. To subah ko mein utha, subah panch baje yani jab Fajar ki azan hoti hai, us waqt maine haath se telephone kiya. Aur kaha ke aap log chal padein wahan se taake yahan par aap das baje jo class hoti hai us mein pahunch</w:t>
      </w:r>
    </w:p>
    <w:p>
      <w:pPr>
        <w:jc w:val="right"/>
      </w:pPr>
      <w:r>
        <w:t>کچھ ساتھی کل گئے تھے علی گڑھ۔ تو اب ماشاءاللہ ہم آج واپس آ گئے۔ تو صبح کو میں اٹھا، صبح پانچ بجے یعنی جب فجر کی آذان ہوتی ہے، اس وقت میں نے ہاتھ سے ٹیلی فون کیا۔ اور کہا کہ آپ لوگ چل پڑیے وہاں سے تاکہ یہاں پر آپ دس بجے جو کلاس ہوتی ہے اس میں پہنچ</w:t>
      </w:r>
    </w:p>
    <w:p>
      <w:r>
        <w:rPr>
          <w:b/>
        </w:rPr>
        <w:t xml:space="preserve">[39:20] </w:t>
      </w:r>
      <w:r>
        <w:t>jayen۔</w:t>
      </w:r>
    </w:p>
    <w:p>
      <w:pPr>
        <w:jc w:val="right"/>
      </w:pPr>
      <w:r>
        <w:t>جائیں۔</w:t>
      </w:r>
    </w:p>
    <w:p>
      <w:r>
        <w:rPr>
          <w:b/>
        </w:rPr>
        <w:t xml:space="preserve">[39:24] </w:t>
      </w:r>
      <w:r>
        <w:t>to woh chal pade۔</w:t>
      </w:r>
    </w:p>
    <w:p>
      <w:pPr>
        <w:jc w:val="right"/>
      </w:pPr>
      <w:r>
        <w:t>تو وہ چل پڑے۔</w:t>
      </w:r>
    </w:p>
    <w:p>
      <w:r>
        <w:rPr>
          <w:b/>
        </w:rPr>
        <w:t xml:space="preserve">[39:29] </w:t>
      </w:r>
      <w:r>
        <w:t>aur mashallah time par aa gaye, class mein shamil hain woh log۔</w:t>
      </w:r>
    </w:p>
    <w:p>
      <w:pPr>
        <w:jc w:val="right"/>
      </w:pPr>
      <w:r>
        <w:t>اور ماشاءاللہ ٹائم پر آ گئے، کلاس میں شامل ہیں وہ لوگ۔</w:t>
      </w:r>
    </w:p>
    <w:p>
      <w:r>
        <w:rPr>
          <w:b/>
        </w:rPr>
        <w:t xml:space="preserve">[39:33] </w:t>
      </w:r>
      <w:r>
        <w:t>ab jab pehle zamane mein, main ne socha pehle zamane mein passport nahi tha۔</w:t>
      </w:r>
    </w:p>
    <w:p>
      <w:pPr>
        <w:jc w:val="right"/>
      </w:pPr>
      <w:r>
        <w:t>اب جب پہلے زمانے میں، میں نے سوچا پہلے زمانے میں پاسپورٹ نہیں تھا۔</w:t>
      </w:r>
    </w:p>
    <w:p>
      <w:r>
        <w:rPr>
          <w:b/>
        </w:rPr>
        <w:t xml:space="preserve">[39:38] </w:t>
      </w:r>
      <w:r>
        <w:t>communication se pehle۔</w:t>
      </w:r>
    </w:p>
    <w:p>
      <w:pPr>
        <w:jc w:val="right"/>
      </w:pPr>
      <w:r>
        <w:t>کمیونیکیشن سے پہلے۔</w:t>
      </w:r>
    </w:p>
    <w:p>
      <w:r>
        <w:rPr>
          <w:b/>
        </w:rPr>
        <w:t xml:space="preserve">[39:42] </w:t>
      </w:r>
      <w:r>
        <w:t>isi duniya mein is se pehle main yeh nahi kar sakta tha ke apne kisi saathi ko dili</w:t>
      </w:r>
    </w:p>
    <w:p>
      <w:pPr>
        <w:jc w:val="right"/>
      </w:pPr>
      <w:r>
        <w:t>اسی دنیا میں اس سے پہلے میں یہ نہیں کر سکتا تھا کہ اپنے کسی ساتھی کو دلی</w:t>
      </w:r>
    </w:p>
    <w:p>
      <w:r>
        <w:rPr>
          <w:b/>
        </w:rPr>
        <w:t xml:space="preserve">[39:46] </w:t>
      </w:r>
      <w:r>
        <w:t>se ali garh ho, woh ali garh mein ho, main dili mein hoon aur us ko contact karon۔</w:t>
      </w:r>
    </w:p>
    <w:p>
      <w:pPr>
        <w:jc w:val="right"/>
      </w:pPr>
      <w:r>
        <w:t>سے علی گڑھ ہو، وہ علی گڑھ میں ہو، میں دلی میں ہوں اور اس کو contact کروں۔</w:t>
      </w:r>
    </w:p>
    <w:p>
      <w:r>
        <w:rPr>
          <w:b/>
        </w:rPr>
        <w:t xml:space="preserve">[39:51] </w:t>
      </w:r>
      <w:r>
        <w:t>use kahon ke chal pado wahan se۔</w:t>
      </w:r>
    </w:p>
    <w:p>
      <w:pPr>
        <w:jc w:val="right"/>
      </w:pPr>
      <w:r>
        <w:t>اسے کہوں کہ چل پڑو وہاں سے۔</w:t>
      </w:r>
    </w:p>
    <w:p>
      <w:r>
        <w:rPr>
          <w:b/>
        </w:rPr>
        <w:t xml:space="preserve">[39:55] </w:t>
      </w:r>
      <w:r>
        <w:t>Pehle na car thi, na telephone tha, na sarkein theen. Kuch mere bachpan mein sab nahi tha, mere bachpan mein. To yeh sab cheezein kitni bari nematein hain. Kitni bari nematein hain. Hadees mein hai ke: "Jo insan ka etraf nahi karega woh Khuda ka bhi etraf nahi karega." Agar aap west ka etraf nahi karenge to jante hain yeh mamooli baat nahi hai</w:t>
      </w:r>
    </w:p>
    <w:p>
      <w:pPr>
        <w:jc w:val="right"/>
      </w:pPr>
      <w:r>
        <w:t>پہلے نہ کار تھی، نہ ٹیلی فون تھا، نہ سڑکیں تھیں۔ کچھ میرے بچپن میں سب نہیں تھا، میرے بچپن میں۔ تو یہ سب چیزیں کتنی بڑی نعمتیں ہیں۔ کتنی بڑی نعمتیں ہیں۔ حدیث میں ہے کہ: "جو انسان کا اعتراف نہیں کرے گا وہ خدا کا بھی اعتراف نہیں کرے گا۔" اگر آپ west کا اعتراف نہیں کریں گے تو جانتے ہیں یہ معمولی بات نہیں ہے</w:t>
      </w:r>
    </w:p>
    <w:p>
      <w:r>
        <w:rPr>
          <w:b/>
        </w:rPr>
        <w:t xml:space="preserve">[40:25] </w:t>
      </w:r>
      <w:r>
        <w:t>ji۔</w:t>
      </w:r>
    </w:p>
    <w:p>
      <w:pPr>
        <w:jc w:val="right"/>
      </w:pPr>
      <w:r>
        <w:t>جی۔</w:t>
      </w:r>
    </w:p>
    <w:p>
      <w:r>
        <w:rPr>
          <w:b/>
        </w:rPr>
        <w:t xml:space="preserve">[40:30] </w:t>
      </w:r>
      <w:r>
        <w:t>yeh rizq hai, rizq۔</w:t>
      </w:r>
    </w:p>
    <w:p>
      <w:pPr>
        <w:jc w:val="right"/>
      </w:pPr>
      <w:r>
        <w:t>یہ رزق ہے، رزق۔</w:t>
      </w:r>
    </w:p>
    <w:p>
      <w:r>
        <w:rPr>
          <w:b/>
        </w:rPr>
        <w:t xml:space="preserve">[40:34] </w:t>
      </w:r>
      <w:r>
        <w:t>ke aap khuda ka itraaf karne wale bhi na ban saken۔</w:t>
      </w:r>
    </w:p>
    <w:p>
      <w:pPr>
        <w:jc w:val="right"/>
      </w:pPr>
      <w:r>
        <w:t>کہ آپ خدا کا اعتراف کرنے والے بھی نہ بن سکیں۔</w:t>
      </w:r>
    </w:p>
    <w:p>
      <w:r>
        <w:rPr>
          <w:b/>
        </w:rPr>
        <w:t xml:space="preserve">[40:39] </w:t>
      </w:r>
      <w:r>
        <w:t>western civilization ka agar itraaf na karen aap, is ko acknowledge na karen to aap rizq le rahe hain, rizq۔</w:t>
      </w:r>
    </w:p>
    <w:p>
      <w:pPr>
        <w:jc w:val="right"/>
      </w:pPr>
      <w:r>
        <w:t>western civilization کا اگر اعتراف نہ کریں آپ، اس کو acknowledge نہ کریں تو آپ رزق لے رہے ہیں، رزق۔</w:t>
      </w:r>
    </w:p>
    <w:p>
      <w:r>
        <w:rPr>
          <w:b/>
        </w:rPr>
        <w:t xml:space="preserve">[40:43] </w:t>
      </w:r>
      <w:r>
        <w:t>ke aap khuda ka ka shukr karne wale bhi nahi banen ge۔</w:t>
      </w:r>
    </w:p>
    <w:p>
      <w:pPr>
        <w:jc w:val="right"/>
      </w:pPr>
      <w:r>
        <w:t>کہ آپ خدا کا کا شکر کرنے والے بھی نہیں بنیں گے۔</w:t>
      </w:r>
    </w:p>
    <w:p>
      <w:r>
        <w:rPr>
          <w:b/>
        </w:rPr>
        <w:t xml:space="preserve">[40:47] </w:t>
      </w:r>
      <w:r>
        <w:t>khuda ka eteraaf karne wale bhi nahi banenge.</w:t>
      </w:r>
    </w:p>
    <w:p>
      <w:pPr>
        <w:jc w:val="right"/>
      </w:pPr>
      <w:r>
        <w:t>خدا کا اعتراف کرنے والے بھی نہیں بنیں گے۔</w:t>
      </w:r>
    </w:p>
    <w:p>
      <w:r>
        <w:rPr>
          <w:b/>
        </w:rPr>
        <w:t xml:space="preserve">[40:52] </w:t>
      </w:r>
      <w:r>
        <w:t>ab bataein ke kaun is ko afford kar sakta hai itni bari</w:t>
      </w:r>
    </w:p>
    <w:p>
      <w:pPr>
        <w:jc w:val="right"/>
      </w:pPr>
      <w:r>
        <w:t>اب بتائیں کہ کون اس کو afford کر سکتا ہے اتنی بڑی</w:t>
      </w:r>
    </w:p>
    <w:p>
      <w:r>
        <w:rPr>
          <w:b/>
        </w:rPr>
        <w:t xml:space="preserve">[40:56] </w:t>
      </w:r>
      <w:r>
        <w:t>cheez ko? to yeh sab baatein jab samajh mein aati hain jab aap is ko sochein.</w:t>
      </w:r>
    </w:p>
    <w:p>
      <w:pPr>
        <w:jc w:val="right"/>
      </w:pPr>
      <w:r>
        <w:t>چیز کو؟ تو یہ سب باتیں جب سمجھ میں آتی ہیں جب آپ اس کو سوچیں۔</w:t>
      </w:r>
    </w:p>
    <w:p>
      <w:r>
        <w:rPr>
          <w:b/>
        </w:rPr>
        <w:t xml:space="preserve">[41:03] </w:t>
      </w:r>
      <w:r>
        <w:t>sochein, sochein, sochein.</w:t>
      </w:r>
    </w:p>
    <w:p>
      <w:pPr>
        <w:jc w:val="right"/>
      </w:pPr>
      <w:r>
        <w:t>سوچیں، سوچیں، سوچیں۔</w:t>
      </w:r>
    </w:p>
    <w:p>
      <w:r>
        <w:rPr>
          <w:b/>
        </w:rPr>
        <w:t xml:space="preserve">[41:09] </w:t>
      </w:r>
      <w:r>
        <w:t>aaj subah mein utha to mug mein pani tha woh mere haath se chhoot ke gir gaya.</w:t>
      </w:r>
    </w:p>
    <w:p>
      <w:pPr>
        <w:jc w:val="right"/>
      </w:pPr>
      <w:r>
        <w:t>آج صبح میں اٹھا تو مگ میں پانی تھا وہ میرے ہاتھ سے چھوٹ کے گر گیا۔</w:t>
      </w:r>
    </w:p>
    <w:p>
      <w:r>
        <w:rPr>
          <w:b/>
        </w:rPr>
        <w:t xml:space="preserve">[41:16] </w:t>
      </w:r>
      <w:r>
        <w:t>aur kapra bheeg gaya.</w:t>
      </w:r>
    </w:p>
    <w:p>
      <w:pPr>
        <w:jc w:val="right"/>
      </w:pPr>
      <w:r>
        <w:t>اور کپڑا بھیگ گیا۔</w:t>
      </w:r>
    </w:p>
    <w:p>
      <w:r>
        <w:rPr>
          <w:b/>
        </w:rPr>
        <w:t xml:space="preserve">[41:22] </w:t>
      </w:r>
      <w:r>
        <w:t>pani bhi gir gaya.</w:t>
      </w:r>
    </w:p>
    <w:p>
      <w:pPr>
        <w:jc w:val="right"/>
      </w:pPr>
      <w:r>
        <w:t>پانی بھی گر گیا۔</w:t>
      </w:r>
    </w:p>
    <w:p>
      <w:r>
        <w:rPr>
          <w:b/>
        </w:rPr>
        <w:t xml:space="preserve">[41:28] </w:t>
      </w:r>
      <w:r>
        <w:t>to mujhe Hazrat Ali ka ek qaul yaad aaya ke: "maine Allah ko pehchana iradon ke tootne</w:t>
      </w:r>
    </w:p>
    <w:p>
      <w:pPr>
        <w:jc w:val="right"/>
      </w:pPr>
      <w:r>
        <w:t>تو مجھے حضرت علی کا ایک قول یاد آیا کہ: "میں نے اللہ کو پہچانا ارادوں کے ٹوٹنے</w:t>
      </w:r>
    </w:p>
    <w:p>
      <w:r>
        <w:rPr>
          <w:b/>
        </w:rPr>
        <w:t xml:space="preserve">[41:35] </w:t>
      </w:r>
      <w:r>
        <w:t>se." maine socha ke ek mug ko main nahi sambhal saka.</w:t>
      </w:r>
    </w:p>
    <w:p>
      <w:pPr>
        <w:jc w:val="right"/>
      </w:pPr>
      <w:r>
        <w:t>سے۔" میں نے سوچا کہ ایک مگ کو میں نہیں سنبھال سکا۔</w:t>
      </w:r>
    </w:p>
    <w:p>
      <w:r>
        <w:rPr>
          <w:b/>
        </w:rPr>
        <w:t xml:space="preserve">[41:41] </w:t>
      </w:r>
      <w:r>
        <w:t>aur Khuda itni bari duniya ko sambhali hui hai.</w:t>
      </w:r>
    </w:p>
    <w:p>
      <w:pPr>
        <w:jc w:val="right"/>
      </w:pPr>
      <w:r>
        <w:t>اور خدا اتنی بڑی دنیا کو سنبھالی ہوئی ہے۔</w:t>
      </w:r>
    </w:p>
    <w:p>
      <w:r>
        <w:rPr>
          <w:b/>
        </w:rPr>
        <w:t xml:space="preserve">[41:48] </w:t>
      </w:r>
      <w:r>
        <w:t>Numerous stars, numerous planets, numerous galaxies.</w:t>
      </w:r>
    </w:p>
    <w:p>
      <w:pPr>
        <w:jc w:val="right"/>
      </w:pPr>
      <w:r>
        <w:t>Numerous stars، numerous planets، numerous galaxies۔</w:t>
      </w:r>
    </w:p>
    <w:p>
      <w:r>
        <w:rPr>
          <w:b/>
        </w:rPr>
        <w:t xml:space="preserve">[41:54] </w:t>
      </w:r>
      <w:r>
        <w:t>Khuda is tarah sambhali hui hai ke un mein</w:t>
      </w:r>
    </w:p>
    <w:p>
      <w:pPr>
        <w:jc w:val="right"/>
      </w:pPr>
      <w:r>
        <w:t>خدا اس طرح سنبھالی ہوئی ہے کہ ان میں</w:t>
      </w:r>
    </w:p>
    <w:p>
      <w:r>
        <w:rPr>
          <w:b/>
        </w:rPr>
        <w:t xml:space="preserve">[42:01] </w:t>
      </w:r>
      <w:r>
        <w:t>ek ek ek baal ke barabar bhi koi farq nahi hota.</w:t>
      </w:r>
    </w:p>
    <w:p>
      <w:pPr>
        <w:jc w:val="right"/>
      </w:pPr>
      <w:r>
        <w:t>ایک ایک ایک بال کے برابر بھی کوئی فرق نہیں ہوتا۔</w:t>
      </w:r>
    </w:p>
    <w:p>
      <w:r>
        <w:rPr>
          <w:b/>
        </w:rPr>
        <w:t xml:space="preserve">[42:06] </w:t>
      </w:r>
      <w:r>
        <w:t>baal ke barabar bhi farq nahi hota.</w:t>
      </w:r>
    </w:p>
    <w:p>
      <w:pPr>
        <w:jc w:val="right"/>
      </w:pPr>
      <w:r>
        <w:t>بال کے برابر بھی فرق نہیں ہوتا۔</w:t>
      </w:r>
    </w:p>
    <w:p>
      <w:r>
        <w:rPr>
          <w:b/>
        </w:rPr>
        <w:t xml:space="preserve">[42:11] </w:t>
      </w:r>
      <w:r>
        <w:t>hum ek mamooli si cheez nahi sambhal sakte.</w:t>
      </w:r>
    </w:p>
    <w:p>
      <w:pPr>
        <w:jc w:val="right"/>
      </w:pPr>
      <w:r>
        <w:t>ہم ایک معمولی سی چیز نہیں سنبھال سکتے۔</w:t>
      </w:r>
    </w:p>
    <w:p>
      <w:r>
        <w:rPr>
          <w:b/>
        </w:rPr>
        <w:t xml:space="preserve">[42:16] </w:t>
      </w:r>
      <w:r>
        <w:t>to har yeh har tajrube mein aap ko, har har jo tajruba hota hai, har tajrube mein aap</w:t>
      </w:r>
    </w:p>
    <w:p>
      <w:pPr>
        <w:jc w:val="right"/>
      </w:pPr>
      <w:r>
        <w:t>تو ہر یہ ہر تجربے میں آپ کو، ہر ہر جو تجربہ ہوتا ہے، ہر تجربے میں آپ</w:t>
      </w:r>
    </w:p>
    <w:p>
      <w:r>
        <w:rPr>
          <w:b/>
        </w:rPr>
        <w:t xml:space="preserve">[42:21] </w:t>
      </w:r>
      <w:r>
        <w:t>ko koi bari baat seekhna hai.</w:t>
      </w:r>
    </w:p>
    <w:p>
      <w:pPr>
        <w:jc w:val="right"/>
      </w:pPr>
      <w:r>
        <w:t>کو کوئی بڑی بات سیکھنا ہے۔</w:t>
      </w:r>
    </w:p>
    <w:p>
      <w:r>
        <w:rPr>
          <w:b/>
        </w:rPr>
        <w:t xml:space="preserve">[42:26] </w:t>
      </w:r>
      <w:r>
        <w:t>Khuda ki azmat ko seekhna hai. Jannat ki</w:t>
      </w:r>
    </w:p>
    <w:p>
      <w:pPr>
        <w:jc w:val="right"/>
      </w:pPr>
      <w:r>
        <w:t>خدا کی عظمت کو سیکھنا ہے۔ جنت کی</w:t>
      </w:r>
    </w:p>
    <w:p>
      <w:r>
        <w:rPr>
          <w:b/>
        </w:rPr>
        <w:t xml:space="preserve">[42:31] </w:t>
      </w:r>
      <w:r>
        <w:t>jhalak dekhna hai. farishton ki sargoshiyan sunna hai. har tajrube mein, har tajrube mein, har tajrube mein. jo tajrubaat rozana guzarte hain aap ko, jo kuch aap dekhte hain, jo kuch aap sunte hain, jo kuch aap par beetta hai, unhi cheezon ke darmiyan references hote hain yaad ke. unhi cheezon ke darmiyan. kabhi aap ko khuda yaad dil</w:t>
      </w:r>
    </w:p>
    <w:p>
      <w:pPr>
        <w:jc w:val="right"/>
      </w:pPr>
      <w:r>
        <w:t>جھلک دیکھنا ہے۔ فرشتوں کی سرگوشیاں سننا ہے۔ ہر تجربے میں، ہر تجربے میں، ہر تجربے میں۔ جو تجربات روزانہ گزرتے ہیں آپ کو، جو کچھ آپ دیکھتے ہیں، جو کچھ آپ سنتے ہیں، جو کچھ آپ پر بیتتا ہے، انہی چیزوں کے درمیان references ہوتے ہیں یاد کے۔ انہی چیزوں کے درمیان۔ کبھی آپ کو خدا یاد دل</w:t>
      </w:r>
    </w:p>
    <w:p>
      <w:r>
        <w:rPr>
          <w:b/>
        </w:rPr>
        <w:t xml:space="preserve">[43:01] </w:t>
      </w:r>
      <w:r>
        <w:t>aane wale waqiat hote hain, kabhi jannat ko yaad dilane wale, kabhi farishton ko yaad dilane wale.</w:t>
      </w:r>
    </w:p>
    <w:p>
      <w:pPr>
        <w:jc w:val="right"/>
      </w:pPr>
      <w:r>
        <w:t>انے والے واقعات ہوتے ہیں، کبھی جنت کو یاد دلانے والے، کبھی فرشتوں کو یاد دلانے والے۔</w:t>
      </w:r>
    </w:p>
    <w:p>
      <w:r>
        <w:rPr>
          <w:b/>
        </w:rPr>
        <w:t xml:space="preserve">[43:07] </w:t>
      </w:r>
      <w:r>
        <w:t>phir jo log ghalat aadaton mein phanse hue hon, phir un ko sochne ka mauqa kahan hai? yaani</w:t>
      </w:r>
    </w:p>
    <w:p>
      <w:pPr>
        <w:jc w:val="right"/>
      </w:pPr>
      <w:r>
        <w:t>پھر جو لوگ غلط عادتوں میں پھنسے ہوئے ہوں، پھر ان کو سوچنے کا موقع کہاں ہے؟ یعنی</w:t>
      </w:r>
    </w:p>
    <w:p>
      <w:r>
        <w:rPr>
          <w:b/>
        </w:rPr>
        <w:t xml:space="preserve">[43:13] </w:t>
      </w:r>
      <w:r>
        <w:t>jis zamane mein Hazrat Adam ko fikr lagi hogi ke mujhe is darakht ka phal khana hai, ek</w:t>
      </w:r>
    </w:p>
    <w:p>
      <w:pPr>
        <w:jc w:val="right"/>
      </w:pPr>
      <w:r>
        <w:t>جس زمانے میں حضرت آدم کو فکر لگی ہوگی کہ مجھے اس درخت کا پھل کھانا ہے، ایک</w:t>
      </w:r>
    </w:p>
    <w:p>
      <w:r>
        <w:rPr>
          <w:b/>
        </w:rPr>
        <w:t xml:space="preserve">[43:19] </w:t>
      </w:r>
      <w:r>
        <w:t>din nahi hua hoga woh, mudatein guzri hongi.</w:t>
      </w:r>
    </w:p>
    <w:p>
      <w:pPr>
        <w:jc w:val="right"/>
      </w:pPr>
      <w:r>
        <w:t>دن نہیں ہوا ہوگا وہ، مدتیں گزری ہوں گی۔</w:t>
      </w:r>
    </w:p>
    <w:p>
      <w:r>
        <w:rPr>
          <w:b/>
        </w:rPr>
        <w:t xml:space="preserve">[43:26] </w:t>
      </w:r>
      <w:r>
        <w:t>bohat dinon tak unhon ne socha hoga.</w:t>
      </w:r>
    </w:p>
    <w:p>
      <w:pPr>
        <w:jc w:val="right"/>
      </w:pPr>
      <w:r>
        <w:t>بہت دنوں تک انہوں نے سوچا ہوگا۔</w:t>
      </w:r>
    </w:p>
    <w:p>
      <w:r>
        <w:rPr>
          <w:b/>
        </w:rPr>
        <w:t xml:space="preserve">[43:32] </w:t>
      </w:r>
      <w:r>
        <w:t>to un dinon mein jab ke woh soch rahe honge to doosre bohat se log na soch</w:t>
      </w:r>
    </w:p>
    <w:p>
      <w:pPr>
        <w:jc w:val="right"/>
      </w:pPr>
      <w:r>
        <w:t>تو ان دنوں میں جب کہ وہ سوچ رہے ہوں گے تو دوسرے بہت سے لوگ نہ سوچ</w:t>
      </w:r>
    </w:p>
    <w:p>
      <w:r>
        <w:rPr>
          <w:b/>
        </w:rPr>
        <w:t xml:space="preserve">[43:38] </w:t>
      </w:r>
      <w:r>
        <w:t>nahi soch rahe honge woh.</w:t>
      </w:r>
    </w:p>
    <w:p>
      <w:pPr>
        <w:jc w:val="right"/>
      </w:pPr>
      <w:r>
        <w:t>نہیں سوچ رہے ہوں گے وہ۔</w:t>
      </w:r>
    </w:p>
    <w:p>
      <w:r>
        <w:rPr>
          <w:b/>
        </w:rPr>
        <w:t xml:space="preserve">[43:44] </w:t>
      </w:r>
      <w:r>
        <w:t>yani ek ek cheez ki soch se doosri soch jo hai aap nahi kar paate.</w:t>
      </w:r>
    </w:p>
    <w:p>
      <w:pPr>
        <w:jc w:val="right"/>
      </w:pPr>
      <w:r>
        <w:t>یعنی ایک ایک چیز کی سوچ سے دوسری سوچ جو ہے آپ نہیں کر پاتے۔</w:t>
      </w:r>
    </w:p>
    <w:p>
      <w:r>
        <w:rPr>
          <w:b/>
        </w:rPr>
        <w:t xml:space="preserve">[43:50] </w:t>
      </w:r>
      <w:r>
        <w:t>to main ne socha ke Hazrat Adam jo hai jannat mein kya mahaul hoga? Jannat mein kaisi kaisi</w:t>
      </w:r>
    </w:p>
    <w:p>
      <w:pPr>
        <w:jc w:val="right"/>
      </w:pPr>
      <w:r>
        <w:t>تو میں نے سوچا کہ حضرت آدم جو ہے جنت میں کیا ماحول ہوگا؟ جنت میں کیسی کیسی</w:t>
      </w:r>
    </w:p>
    <w:p>
      <w:r>
        <w:rPr>
          <w:b/>
        </w:rPr>
        <w:t xml:space="preserve">[43:56] </w:t>
      </w:r>
      <w:r>
        <w:t>beauty hogi? Is ko soch kar ke jannat mein woh Khuda ki azmaton ko daryaft karte.</w:t>
      </w:r>
    </w:p>
    <w:p>
      <w:pPr>
        <w:jc w:val="right"/>
      </w:pPr>
      <w:r>
        <w:t>beauty ہوگی؟ اس کو سوچ کر کے جنت میں وہ خدا کی عظمتوں کو دریافت کرتے۔</w:t>
      </w:r>
    </w:p>
    <w:p>
      <w:r>
        <w:rPr>
          <w:b/>
        </w:rPr>
        <w:t xml:space="preserve">[44:02] </w:t>
      </w:r>
      <w:r>
        <w:t>firishton ke whisper hota hai un ka.</w:t>
      </w:r>
    </w:p>
    <w:p>
      <w:pPr>
        <w:jc w:val="right"/>
      </w:pPr>
      <w:r>
        <w:t>فرشتوں کے whisper ہوتا ہے ان کا۔</w:t>
      </w:r>
    </w:p>
    <w:p>
      <w:r>
        <w:rPr>
          <w:b/>
        </w:rPr>
        <w:t xml:space="preserve">[44:07] </w:t>
      </w:r>
      <w:r>
        <w:t>Is ke bajaye kya hua? Bas is drakht ke peeche pad gaya woh.</w:t>
      </w:r>
    </w:p>
    <w:p>
      <w:pPr>
        <w:jc w:val="right"/>
      </w:pPr>
      <w:r>
        <w:t>اس کے بجائے کیا ہوا؟ بس اس درخت کے پیچھے پڑ گیا وہ۔</w:t>
      </w:r>
    </w:p>
    <w:p>
      <w:r>
        <w:rPr>
          <w:b/>
        </w:rPr>
        <w:t xml:space="preserve">[44:12] </w:t>
      </w:r>
      <w:r>
        <w:t>Yahan tak ke us ko ja kar kha liya us ka phal.</w:t>
      </w:r>
    </w:p>
    <w:p>
      <w:pPr>
        <w:jc w:val="right"/>
      </w:pPr>
      <w:r>
        <w:t>یہاں تک کہ اس کو جا کر کھا لیا اس کا پھل۔</w:t>
      </w:r>
    </w:p>
    <w:p>
      <w:r>
        <w:rPr>
          <w:b/>
        </w:rPr>
        <w:t xml:space="preserve">[44:17] </w:t>
      </w:r>
      <w:r>
        <w:t>To ek cheez galat aadatein kya hoti hain? Aap ko ek cheez mein mashgool kar ke doosri cheez</w:t>
      </w:r>
    </w:p>
    <w:p>
      <w:pPr>
        <w:jc w:val="right"/>
      </w:pPr>
      <w:r>
        <w:t>تو ایک چیز غلط عادتیں کیا ہوتی ہیں؟ آپ کو ایک چیز میں مشغول کر کے دوسری چیز</w:t>
      </w:r>
    </w:p>
    <w:p>
      <w:r>
        <w:rPr>
          <w:b/>
        </w:rPr>
        <w:t xml:space="preserve">[44:22] </w:t>
      </w:r>
      <w:r>
        <w:t>mehroom kar deti hain.</w:t>
      </w:r>
    </w:p>
    <w:p>
      <w:pPr>
        <w:jc w:val="right"/>
      </w:pPr>
      <w:r>
        <w:t>محروم کر دیتی ہیں۔</w:t>
      </w:r>
    </w:p>
    <w:p>
      <w:r>
        <w:rPr>
          <w:b/>
        </w:rPr>
        <w:t xml:space="preserve">[44:27] </w:t>
      </w:r>
      <w:r>
        <w:t>Isi liye woh apne result</w:t>
      </w:r>
    </w:p>
    <w:p>
      <w:pPr>
        <w:jc w:val="right"/>
      </w:pPr>
      <w:r>
        <w:t>اسی لیے وہ اپنے result</w:t>
      </w:r>
    </w:p>
    <w:p>
      <w:r>
        <w:rPr>
          <w:b/>
        </w:rPr>
        <w:t xml:space="preserve">[44:33] </w:t>
      </w:r>
      <w:r>
        <w:t>ke aitbaar se itna hi nuksan hota hai un ka jitna ke haram cheezon ka.</w:t>
      </w:r>
    </w:p>
    <w:p>
      <w:pPr>
        <w:jc w:val="right"/>
      </w:pPr>
      <w:r>
        <w:t>کے اعتبار سے اتنا ہی نقصان ہوتا ہے ان کا جتنا کہ حرام چیزوں کا۔</w:t>
      </w:r>
    </w:p>
    <w:p>
      <w:r>
        <w:rPr>
          <w:b/>
        </w:rPr>
        <w:t xml:space="preserve">[44:37] </w:t>
      </w:r>
      <w:r>
        <w:t>Jo haram cheezein hain woh direct taur par un ka nuksan hai ke woh haram hain.</w:t>
      </w:r>
    </w:p>
    <w:p>
      <w:pPr>
        <w:jc w:val="right"/>
      </w:pPr>
      <w:r>
        <w:t>جو حرام چیزیں ہیں وہ direct طور پر ان کا نقصان ہے کہ وہ حرام ہیں۔</w:t>
      </w:r>
    </w:p>
    <w:p>
      <w:r>
        <w:rPr>
          <w:b/>
        </w:rPr>
        <w:t xml:space="preserve">[44:41] </w:t>
      </w:r>
      <w:r>
        <w:t>Un ko kha kar aadmi gunhegar banta hai.</w:t>
      </w:r>
    </w:p>
    <w:p>
      <w:pPr>
        <w:jc w:val="right"/>
      </w:pPr>
      <w:r>
        <w:t>ان کو کھا کر آدمی گنہگار بنتا ہے۔</w:t>
      </w:r>
    </w:p>
    <w:p>
      <w:r>
        <w:rPr>
          <w:b/>
        </w:rPr>
        <w:t xml:space="preserve">[44:46] </w:t>
      </w:r>
      <w:r>
        <w:t>Lekin woh cheezein jo bazahir haram nahi hain, is mein aap mashgool hote hain.</w:t>
      </w:r>
    </w:p>
    <w:p>
      <w:pPr>
        <w:jc w:val="right"/>
      </w:pPr>
      <w:r>
        <w:t>لیکن وہ چیزیں جو بظاہر حرام نہیں ہیں، اس میں آپ مشغول ہوتے ہیں۔</w:t>
      </w:r>
    </w:p>
    <w:p>
      <w:r>
        <w:rPr>
          <w:b/>
        </w:rPr>
        <w:t xml:space="preserve">[44:50] </w:t>
      </w:r>
      <w:r>
        <w:t>Aur addiction ho jata hai aap ko is ka.</w:t>
      </w:r>
    </w:p>
    <w:p>
      <w:pPr>
        <w:jc w:val="right"/>
      </w:pPr>
      <w:r>
        <w:t>اور addiction ہو جاتا ہے آپ کو اس کا۔</w:t>
      </w:r>
    </w:p>
    <w:p>
      <w:r>
        <w:rPr>
          <w:b/>
        </w:rPr>
        <w:t xml:space="preserve">[44:54] </w:t>
      </w:r>
      <w:r>
        <w:t>To kya hota hai? Woh aap ki tawanaai ko kill karenge.</w:t>
      </w:r>
    </w:p>
    <w:p>
      <w:pPr>
        <w:jc w:val="right"/>
      </w:pPr>
      <w:r>
        <w:t>تو کیا ہوتا ہے؟ وہ آپ کی توانائی کو kill کریں گے۔</w:t>
      </w:r>
    </w:p>
    <w:p>
      <w:r>
        <w:rPr>
          <w:b/>
        </w:rPr>
        <w:t xml:space="preserve">[44:59] </w:t>
      </w:r>
      <w:r>
        <w:t>Aap ki energy ko kill karenge.</w:t>
      </w:r>
    </w:p>
    <w:p>
      <w:pPr>
        <w:jc w:val="right"/>
      </w:pPr>
      <w:r>
        <w:t>آپ کی energy کو kill کریں گے۔</w:t>
      </w:r>
    </w:p>
    <w:p>
      <w:r>
        <w:rPr>
          <w:b/>
        </w:rPr>
        <w:t xml:space="preserve">[45:03] </w:t>
      </w:r>
      <w:r>
        <w:t>Aap ke time ko solve karenge.</w:t>
      </w:r>
    </w:p>
    <w:p>
      <w:pPr>
        <w:jc w:val="right"/>
      </w:pPr>
      <w:r>
        <w:t>آپ کے ٹائم کو solve کریں گے۔</w:t>
      </w:r>
    </w:p>
    <w:p>
      <w:r>
        <w:rPr>
          <w:b/>
        </w:rPr>
        <w:t xml:space="preserve">[45:09] </w:t>
      </w:r>
      <w:r>
        <w:t>To kitna bada nuksan hai yeh.</w:t>
      </w:r>
    </w:p>
    <w:p>
      <w:pPr>
        <w:jc w:val="right"/>
      </w:pPr>
      <w:r>
        <w:t>تو کتنا بڑا نقصان ہے یہ۔</w:t>
      </w:r>
    </w:p>
    <w:p>
      <w:r>
        <w:rPr>
          <w:b/>
        </w:rPr>
        <w:t xml:space="preserve">[45:15] </w:t>
      </w:r>
      <w:r>
        <w:t>Bahut hi bada nuksan hai.</w:t>
      </w:r>
    </w:p>
    <w:p>
      <w:pPr>
        <w:jc w:val="right"/>
      </w:pPr>
      <w:r>
        <w:t>بہت ہی بڑا نقصان ہے۔</w:t>
      </w:r>
    </w:p>
    <w:p>
      <w:r>
        <w:rPr>
          <w:b/>
        </w:rPr>
        <w:t xml:space="preserve">[45:21] </w:t>
      </w:r>
      <w:r>
        <w:t>Isi liye Quran mein dekhiye, aaj subah main ne Surah Aal-e-Imran ke aakhri ruku padha Fajr ki namaz mein.</w:t>
      </w:r>
    </w:p>
    <w:p>
      <w:pPr>
        <w:jc w:val="right"/>
      </w:pPr>
      <w:r>
        <w:t>اسی لیے قرآن میں دیکھیے، آج صبح میں نے سورہ آل عمران کے آخری رکوع پڑھا فجر کی نماز میں۔</w:t>
      </w:r>
    </w:p>
    <w:p>
      <w:r>
        <w:rPr>
          <w:b/>
        </w:rPr>
        <w:t xml:space="preserve">[45:27] </w:t>
      </w:r>
      <w:r>
        <w:t>To is mein dekhiye: "إن في خلق السماوات والأرض واختلاف</w:t>
      </w:r>
    </w:p>
    <w:p>
      <w:pPr>
        <w:jc w:val="right"/>
      </w:pPr>
      <w:r>
        <w:t>تو اس میں دیکھیے: "إن في خلق السماوات والأرض واختلاف</w:t>
      </w:r>
    </w:p>
    <w:p>
      <w:r>
        <w:rPr>
          <w:b/>
        </w:rPr>
        <w:t xml:space="preserve">[45:33] </w:t>
      </w:r>
      <w:r>
        <w:t>الليل والنهار لآيات لولي الألباب الذين يذكرون الله قيامًا وقعودًا وعلى جنوبهم ويتفكرون في خلق السماوات والأرض"۔</w:t>
      </w:r>
    </w:p>
    <w:p>
      <w:pPr>
        <w:jc w:val="right"/>
      </w:pPr>
      <w:r>
        <w:t>الليل والنهار لآيات لولي الألباب الذين يذكرون الله قيامًا وقعودًا وعلى جنوبهم ويتفكرون في خلق السماوات والأرض"۔</w:t>
      </w:r>
    </w:p>
    <w:p>
      <w:r>
        <w:rPr>
          <w:b/>
        </w:rPr>
        <w:t xml:space="preserve">[45:40] </w:t>
      </w:r>
      <w:r>
        <w:t>Tafakkur, tafakkur ka matlab hota hai contemplation, sochna.</w:t>
      </w:r>
    </w:p>
    <w:p>
      <w:pPr>
        <w:jc w:val="right"/>
      </w:pPr>
      <w:r>
        <w:t>تفکر، تفکر کا مطلب ہوتا ہے contemplation، سوچنا۔</w:t>
      </w:r>
    </w:p>
    <w:p>
      <w:r>
        <w:rPr>
          <w:b/>
        </w:rPr>
        <w:t xml:space="preserve">[45:46] </w:t>
      </w:r>
      <w:r>
        <w:t>Is ruku ko aap padhiye, Surah Aal-e-Imran ka aakhri ruku.</w:t>
      </w:r>
    </w:p>
    <w:p>
      <w:pPr>
        <w:jc w:val="right"/>
      </w:pPr>
      <w:r>
        <w:t>اس رکوع کو آپ پڑھیے، سورہ آل عمران کا آخری رکوع۔</w:t>
      </w:r>
    </w:p>
    <w:p>
      <w:r>
        <w:rPr>
          <w:b/>
        </w:rPr>
        <w:t xml:space="preserve">[45:52] </w:t>
      </w:r>
      <w:r>
        <w:t>Saari baatein isi mein maujood hain.</w:t>
      </w:r>
    </w:p>
    <w:p>
      <w:pPr>
        <w:jc w:val="right"/>
      </w:pPr>
      <w:r>
        <w:t>ساری باتیں اسی میں موجود ہیں۔</w:t>
      </w:r>
    </w:p>
    <w:p>
      <w:r>
        <w:rPr>
          <w:b/>
        </w:rPr>
        <w:t xml:space="preserve">[45:58] </w:t>
      </w:r>
      <w:r>
        <w:t>aur sab cheezain tafakkur se unfold ho rahi hain.</w:t>
      </w:r>
    </w:p>
    <w:p>
      <w:pPr>
        <w:jc w:val="right"/>
      </w:pPr>
      <w:r>
        <w:t>اور سب چیزیں تفکر سے unfold ہو رہی ہیں۔</w:t>
      </w:r>
    </w:p>
    <w:p>
      <w:r>
        <w:rPr>
          <w:b/>
        </w:rPr>
        <w:t xml:space="preserve">[46:05] </w:t>
      </w:r>
      <w:r>
        <w:t>yani sab kuch jo is mein aap ko inspiration mil raha hai, sab kuch jo unfold ho raha</w:t>
      </w:r>
    </w:p>
    <w:p>
      <w:pPr>
        <w:jc w:val="right"/>
      </w:pPr>
      <w:r>
        <w:t>یعنی سب کچھ جو اس میں آپ کو inspiration مل رہا ہے، سب کچھ جو unfold ہو رہا</w:t>
      </w:r>
    </w:p>
    <w:p>
      <w:r>
        <w:rPr>
          <w:b/>
        </w:rPr>
        <w:t xml:space="preserve">[46:10] </w:t>
      </w:r>
      <w:r>
        <w:t>hai, woh sara jo spiritual achievement hai, woh is mein jo ho raha hai, woh sab tafakkur ke zariye se.</w:t>
      </w:r>
    </w:p>
    <w:p>
      <w:pPr>
        <w:jc w:val="right"/>
      </w:pPr>
      <w:r>
        <w:t>ہے، وہ سارا جو spiritual achievement ہے، وہ اس میں جو ہو رہا ہے، وہ سب تفکر کے ذریعے سے۔</w:t>
      </w:r>
    </w:p>
    <w:p>
      <w:r>
        <w:rPr>
          <w:b/>
        </w:rPr>
        <w:t xml:space="preserve">[46:15] </w:t>
      </w:r>
      <w:r>
        <w:t>sochna, sochna, sochna, sochna.</w:t>
      </w:r>
    </w:p>
    <w:p>
      <w:pPr>
        <w:jc w:val="right"/>
      </w:pPr>
      <w:r>
        <w:t>سوچنا، سوچنا، سوچنا، سوچنا۔</w:t>
      </w:r>
    </w:p>
    <w:p>
      <w:r>
        <w:rPr>
          <w:b/>
        </w:rPr>
        <w:t xml:space="preserve">[46:20] </w:t>
      </w:r>
      <w:r>
        <w:t>to hamara mission jo hai CPS ka mission, woh aik lafz mein yeh hai ke aap</w:t>
      </w:r>
    </w:p>
    <w:p>
      <w:pPr>
        <w:jc w:val="right"/>
      </w:pPr>
      <w:r>
        <w:t>تو ہمارا mission جو ہے سی پی ایس کا mission، وہ ایک لفظ میں یہ ہے کہ آپ</w:t>
      </w:r>
    </w:p>
    <w:p>
      <w:r>
        <w:rPr>
          <w:b/>
        </w:rPr>
        <w:t xml:space="preserve">[46:26] </w:t>
      </w:r>
      <w:r>
        <w:t>har kaam soch kar karen.</w:t>
      </w:r>
    </w:p>
    <w:p>
      <w:pPr>
        <w:jc w:val="right"/>
      </w:pPr>
      <w:r>
        <w:t>ہر کام سوچ کر کریں۔</w:t>
      </w:r>
    </w:p>
    <w:p>
      <w:r>
        <w:rPr>
          <w:b/>
        </w:rPr>
        <w:t xml:space="preserve">[46:31] </w:t>
      </w:r>
      <w:r>
        <w:t>karne se pehle sochen.</w:t>
      </w:r>
    </w:p>
    <w:p>
      <w:pPr>
        <w:jc w:val="right"/>
      </w:pPr>
      <w:r>
        <w:t>کرنے سے پہلے سوچیں۔</w:t>
      </w:r>
    </w:p>
    <w:p>
      <w:r>
        <w:rPr>
          <w:b/>
        </w:rPr>
        <w:t xml:space="preserve">[46:36] </w:t>
      </w:r>
      <w:r>
        <w:t>har kaam ko soch kar karen.</w:t>
      </w:r>
    </w:p>
    <w:p>
      <w:pPr>
        <w:jc w:val="right"/>
      </w:pPr>
      <w:r>
        <w:t>ہر کام کو سوچ کر کریں۔</w:t>
      </w:r>
    </w:p>
    <w:p>
      <w:r>
        <w:rPr>
          <w:b/>
        </w:rPr>
        <w:t xml:space="preserve">[46:41] </w:t>
      </w:r>
      <w:r>
        <w:t>bolna hai tab bhi sochein ke mein kya bolun.</w:t>
      </w:r>
    </w:p>
    <w:p>
      <w:pPr>
        <w:jc w:val="right"/>
      </w:pPr>
      <w:r>
        <w:t>بولنا ہے تب بھی سوچیے کہ میں کیا بولوں۔</w:t>
      </w:r>
    </w:p>
    <w:p>
      <w:r>
        <w:rPr>
          <w:b/>
        </w:rPr>
        <w:t xml:space="preserve">[46:46] </w:t>
      </w:r>
      <w:r>
        <w:t>kuch karna hai tab bhi sochein ke mein yeh kaam karun ke na karun.</w:t>
      </w:r>
    </w:p>
    <w:p>
      <w:pPr>
        <w:jc w:val="right"/>
      </w:pPr>
      <w:r>
        <w:t>کچھ کرنا ہے تب بھی سوچیے کہ میں یہ کام کروں کہ نہ کروں۔</w:t>
      </w:r>
    </w:p>
    <w:p>
      <w:r>
        <w:rPr>
          <w:b/>
        </w:rPr>
        <w:t xml:space="preserve">[46:51] </w:t>
      </w:r>
      <w:r>
        <w:t>milna hai kisi se tab bhi sochein ke mein milun ke na milun.</w:t>
      </w:r>
    </w:p>
    <w:p>
      <w:pPr>
        <w:jc w:val="right"/>
      </w:pPr>
      <w:r>
        <w:t>ملنا ہے کسی سے تب بھی سوچیے کہ میں ملوں کہ نہ ملوں۔</w:t>
      </w:r>
    </w:p>
    <w:p>
      <w:r>
        <w:rPr>
          <w:b/>
        </w:rPr>
        <w:t xml:space="preserve">[46:56] </w:t>
      </w:r>
      <w:r>
        <w:t>kahin jana hai tab bhi sochein ke mein wahan jaon ke na jaon.</w:t>
      </w:r>
    </w:p>
    <w:p>
      <w:pPr>
        <w:jc w:val="right"/>
      </w:pPr>
      <w:r>
        <w:t>کہیں جانا ہے تب بھی سوچیے کہ میں وہاں جاؤں کہ نہ جاؤں۔</w:t>
      </w:r>
    </w:p>
    <w:p>
      <w:r>
        <w:rPr>
          <w:b/>
        </w:rPr>
        <w:t xml:space="preserve">[47:01] </w:t>
      </w:r>
      <w:r>
        <w:t>jab aap ki soch aap ko bataye ke yeh kaam theek hai, tab kijiye, nahi to mat</w:t>
      </w:r>
    </w:p>
    <w:p>
      <w:pPr>
        <w:jc w:val="right"/>
      </w:pPr>
      <w:r>
        <w:t>جب آپ کی سوچ آپ کو بتائے کہ یہ کام ٹھیک ہے، تب کیجیے، نہیں تو مت</w:t>
      </w:r>
    </w:p>
    <w:p>
      <w:r>
        <w:rPr>
          <w:b/>
        </w:rPr>
        <w:t xml:space="preserve">[47:06] </w:t>
      </w:r>
      <w:r>
        <w:t>kijiye.</w:t>
      </w:r>
    </w:p>
    <w:p>
      <w:pPr>
        <w:jc w:val="right"/>
      </w:pPr>
      <w:r>
        <w:t>کیجیے۔</w:t>
      </w:r>
    </w:p>
    <w:p>
      <w:r>
        <w:rPr>
          <w:b/>
        </w:rPr>
        <w:t xml:space="preserve">[47:11] </w:t>
      </w:r>
      <w:r>
        <w:t>sirf whim par, sirf desire par koi kaam hargiz mat kijiye.</w:t>
      </w:r>
    </w:p>
    <w:p>
      <w:pPr>
        <w:jc w:val="right"/>
      </w:pPr>
      <w:r>
        <w:t>صرف whim پر، صرف desire پر کوئی کام ہرگز مت کیجیے۔</w:t>
      </w:r>
    </w:p>
    <w:p>
      <w:r>
        <w:rPr>
          <w:b/>
        </w:rPr>
        <w:t xml:space="preserve">[47:15] </w:t>
      </w:r>
      <w:r>
        <w:t>yeh hai CPS ka mizaj, CPS ka culture.</w:t>
      </w:r>
    </w:p>
    <w:p>
      <w:pPr>
        <w:jc w:val="right"/>
      </w:pPr>
      <w:r>
        <w:t>یہ ہے سی پی ایس کا مزاج، سی پی ایس کا کلچر۔</w:t>
      </w:r>
    </w:p>
    <w:p>
      <w:r>
        <w:rPr>
          <w:b/>
        </w:rPr>
        <w:t xml:space="preserve">[47:20] </w:t>
      </w:r>
      <w:r>
        <w:t>beshtar log kya hota hai? Whim ke tehat chalte hain.</w:t>
      </w:r>
    </w:p>
    <w:p>
      <w:pPr>
        <w:jc w:val="right"/>
      </w:pPr>
      <w:r>
        <w:t>بیشتر لوگ کیا ہوتا ہے؟ Whim کے تحت چلتے ہیں۔</w:t>
      </w:r>
    </w:p>
    <w:p>
      <w:r>
        <w:rPr>
          <w:b/>
        </w:rPr>
        <w:t xml:space="preserve">[47:25] </w:t>
      </w:r>
      <w:r>
        <w:t>aik whim aa gayi bas us ko kar dala.</w:t>
      </w:r>
    </w:p>
    <w:p>
      <w:pPr>
        <w:jc w:val="right"/>
      </w:pPr>
      <w:r>
        <w:t>ایک whim آ گئی بس اس کو کر ڈالا۔</w:t>
      </w:r>
    </w:p>
    <w:p>
      <w:r>
        <w:rPr>
          <w:b/>
        </w:rPr>
        <w:t xml:space="preserve">[47:29] </w:t>
      </w:r>
      <w:r>
        <w:t>aik impulse aa gaya bas us ke peeche dorne lage.</w:t>
      </w:r>
    </w:p>
    <w:p>
      <w:pPr>
        <w:jc w:val="right"/>
      </w:pPr>
      <w:r>
        <w:t>ایک impulse آ گیا بس اس کے پیچھے دوڑنے لگے۔</w:t>
      </w:r>
    </w:p>
    <w:p>
      <w:r>
        <w:rPr>
          <w:b/>
        </w:rPr>
        <w:t xml:space="preserve">[47:34] </w:t>
      </w:r>
      <w:r>
        <w:t>aik desire aa gayi to bas usi ko follow karne lage.</w:t>
      </w:r>
    </w:p>
    <w:p>
      <w:pPr>
        <w:jc w:val="right"/>
      </w:pPr>
      <w:r>
        <w:t>ایک desire آ گئی تو بس اسی کو follow کرنے لگے۔</w:t>
      </w:r>
    </w:p>
    <w:p>
      <w:r>
        <w:rPr>
          <w:b/>
        </w:rPr>
        <w:t xml:space="preserve">[47:38] </w:t>
      </w:r>
      <w:r>
        <w:t>to hamara mission jo hai woh kya hai? Control your desire, control your whims.</w:t>
      </w:r>
    </w:p>
    <w:p>
      <w:pPr>
        <w:jc w:val="right"/>
      </w:pPr>
      <w:r>
        <w:t>تو ہمارا mission جو ہے وہ کیا ہے؟ Control your desire، control your whims۔</w:t>
      </w:r>
    </w:p>
    <w:p>
      <w:r>
        <w:rPr>
          <w:b/>
        </w:rPr>
        <w:t xml:space="preserve">[47:45] </w:t>
      </w:r>
      <w:r>
        <w:t>apne aap ko control kijiye.</w:t>
      </w:r>
    </w:p>
    <w:p>
      <w:pPr>
        <w:jc w:val="right"/>
      </w:pPr>
      <w:r>
        <w:t>اپنے آپ کو کنٹرول کیجیے۔</w:t>
      </w:r>
    </w:p>
    <w:p>
      <w:r>
        <w:rPr>
          <w:b/>
        </w:rPr>
        <w:t xml:space="preserve">[47:52] </w:t>
      </w:r>
      <w:r>
        <w:t>yani self-disciplined life banaiye apni.</w:t>
      </w:r>
    </w:p>
    <w:p>
      <w:pPr>
        <w:jc w:val="right"/>
      </w:pPr>
      <w:r>
        <w:t>یعنی self-disciplined life بنائیے اپنی۔</w:t>
      </w:r>
    </w:p>
    <w:p>
      <w:r>
        <w:rPr>
          <w:b/>
        </w:rPr>
        <w:t xml:space="preserve">[47:58] </w:t>
      </w:r>
      <w:r>
        <w:t>discipline mein rehna seekhiye.</w:t>
      </w:r>
    </w:p>
    <w:p>
      <w:pPr>
        <w:jc w:val="right"/>
      </w:pPr>
      <w:r>
        <w:t>Discipline میں رہنا سیکھیے۔</w:t>
      </w:r>
    </w:p>
    <w:p>
      <w:r>
        <w:rPr>
          <w:b/>
        </w:rPr>
        <w:t xml:space="preserve">[48:05] </w:t>
      </w:r>
      <w:r>
        <w:t>mein samajhta hoon ke discipline bohat hi acha lafz hai is mission ki khulasa ko batane ke liye.</w:t>
      </w:r>
    </w:p>
    <w:p>
      <w:pPr>
        <w:jc w:val="right"/>
      </w:pPr>
      <w:r>
        <w:t>میں سمجھتا ہوں کہ discipline بہت ہی اچھا لفظ ہے اس mission کی خلاصہ کو بتانے کے لیے۔</w:t>
      </w:r>
    </w:p>
    <w:p>
      <w:r>
        <w:rPr>
          <w:b/>
        </w:rPr>
        <w:t xml:space="preserve">[48:11] </w:t>
      </w:r>
      <w:r>
        <w:t>ek to dekhiye aaj kal ke zamane mein bohat ziyada aam hai ke log raaz-e-hayat ko nahi jante.</w:t>
      </w:r>
    </w:p>
    <w:p>
      <w:pPr>
        <w:jc w:val="right"/>
      </w:pPr>
      <w:r>
        <w:t>ایک تو دیکھیے آج کل کے زمانے میں بہت زیادہ عام ہے کہ لوگ راز حیات کو نہیں جانتے۔</w:t>
      </w:r>
    </w:p>
    <w:p>
      <w:r>
        <w:rPr>
          <w:b/>
        </w:rPr>
        <w:t xml:space="preserve">[48:16] </w:t>
      </w:r>
      <w:r>
        <w:t>Law of nature ko nahi jante.</w:t>
      </w:r>
    </w:p>
    <w:p>
      <w:pPr>
        <w:jc w:val="right"/>
      </w:pPr>
      <w:r>
        <w:t>Law of nature کو نہیں جانتے۔</w:t>
      </w:r>
    </w:p>
    <w:p>
      <w:r>
        <w:rPr>
          <w:b/>
        </w:rPr>
        <w:t xml:space="preserve">[48:20] </w:t>
      </w:r>
      <w:r>
        <w:t>Is ka saboot kya hai? Bas sahi o galat ki baat karte rehte hain.</w:t>
      </w:r>
    </w:p>
    <w:p>
      <w:pPr>
        <w:jc w:val="right"/>
      </w:pPr>
      <w:r>
        <w:t>اس کا ثبوت کیا ہے؟ بس صحیح و غلط کی بات کرتے رہتے ہیں۔</w:t>
      </w:r>
    </w:p>
    <w:p>
      <w:r>
        <w:rPr>
          <w:b/>
        </w:rPr>
        <w:t xml:space="preserve">[48:24] </w:t>
      </w:r>
      <w:r>
        <w:t>Yeh sahi hai o galat, yeh right hai ya wrong, aur is mein hi daurte rehte hain.</w:t>
      </w:r>
    </w:p>
    <w:p>
      <w:pPr>
        <w:jc w:val="right"/>
      </w:pPr>
      <w:r>
        <w:t>یہ صحیح ہے و غلط، یہright ہے یا wrong، اور اس میں ہی دوڑتے رہتے ہیں۔</w:t>
      </w:r>
    </w:p>
    <w:p>
      <w:r>
        <w:rPr>
          <w:b/>
        </w:rPr>
        <w:t xml:space="preserve">[48:29] </w:t>
      </w:r>
      <w:r>
        <w:t>Yeh nahi sochte ke kya possible hai, kya impossible hai.</w:t>
      </w:r>
    </w:p>
    <w:p>
      <w:pPr>
        <w:jc w:val="right"/>
      </w:pPr>
      <w:r>
        <w:t>یہ نہیں سوچتے کہ کیا possible ہے، کیا impossible ہے۔</w:t>
      </w:r>
    </w:p>
    <w:p>
      <w:r>
        <w:rPr>
          <w:b/>
        </w:rPr>
        <w:t xml:space="preserve">[48:33] </w:t>
      </w:r>
      <w:r>
        <w:t>Kya achievable hai, kya achievable nahi hai.</w:t>
      </w:r>
    </w:p>
    <w:p>
      <w:pPr>
        <w:jc w:val="right"/>
      </w:pPr>
      <w:r>
        <w:t>کیا achievable ہے، کیا achievable نہیں ہے۔</w:t>
      </w:r>
    </w:p>
    <w:p>
      <w:r>
        <w:rPr>
          <w:b/>
        </w:rPr>
        <w:t xml:space="preserve">[48:37] </w:t>
      </w:r>
      <w:r>
        <w:t>Be shumar jo</w:t>
      </w:r>
    </w:p>
    <w:p>
      <w:pPr>
        <w:jc w:val="right"/>
      </w:pPr>
      <w:r>
        <w:t>بے شمار جو</w:t>
      </w:r>
    </w:p>
    <w:p>
      <w:r>
        <w:rPr>
          <w:b/>
        </w:rPr>
        <w:t xml:space="preserve">[48:42] </w:t>
      </w:r>
      <w:r>
        <w:t>aaj kal jo hai street activism aur stage activism jo hai woh kya hai? media activism, yeh sab kya hai? bas ek issue le lenge, yeh sahi hai o galat, ab is par hungama khada karenge. yeh nahi sochenge ke yeh ho sakta hai ya nahi ho sakta. aakhir mein kya hai? frustration. jab aap yeh na karen ke cheezon ko un ke result ke aitbaar se dekhen. result. ke</w:t>
      </w:r>
    </w:p>
    <w:p>
      <w:pPr>
        <w:jc w:val="right"/>
      </w:pPr>
      <w:r>
        <w:t>آج کل جو ہے street activism اور stage activism جو ہے وہ کیا ہے؟ Media activism، یہ سب کیا ہے؟ بس ایک issue لے لیں گے، یہ صحیح ہے و غلط، اب اس پر ہنگامہ کھڑا کریں گے۔ یہ نہیں سوچیں گے کہ یہ ہو سکتا ہے یا نہیں ہو سکتا۔ آخر میں کیا ہے؟ Frustration۔ جب آپ یہ نہ کریں کہ چیزوں کو ان کے result کے اعتبار سے دیکھیں۔ Result۔ کہ</w:t>
      </w:r>
    </w:p>
    <w:p>
      <w:r>
        <w:rPr>
          <w:b/>
        </w:rPr>
        <w:t xml:space="preserve">[49:12] </w:t>
      </w:r>
      <w:r>
        <w:t>Jo possible hai is mein apne aap ko lagayein.</w:t>
      </w:r>
    </w:p>
    <w:p>
      <w:pPr>
        <w:jc w:val="right"/>
      </w:pPr>
      <w:r>
        <w:t>جو possible ہے اس میں اپنے آپ کو لگائیں۔</w:t>
      </w:r>
    </w:p>
    <w:p>
      <w:r>
        <w:rPr>
          <w:b/>
        </w:rPr>
        <w:t xml:space="preserve">[49:16] </w:t>
      </w:r>
      <w:r>
        <w:t>Jo possible nahi hai us se apne aap ko bachayein.</w:t>
      </w:r>
    </w:p>
    <w:p>
      <w:pPr>
        <w:jc w:val="right"/>
      </w:pPr>
      <w:r>
        <w:t>جو possible نہیں ہے اس سے اپنے آپ کو بچائیں۔</w:t>
      </w:r>
    </w:p>
    <w:p>
      <w:r>
        <w:rPr>
          <w:b/>
        </w:rPr>
        <w:t xml:space="preserve">[49:20] </w:t>
      </w:r>
      <w:r>
        <w:t>Agar aap aisa na karein to kya hoga? Aakhir mein frustration, frustration, despair.</w:t>
      </w:r>
    </w:p>
    <w:p>
      <w:pPr>
        <w:jc w:val="right"/>
      </w:pPr>
      <w:r>
        <w:t>اگر آپ ایسا نہ کریں تو کیا ہوگا؟ آخر میں frustration، frustration، despair۔</w:t>
      </w:r>
    </w:p>
    <w:p>
      <w:r>
        <w:rPr>
          <w:b/>
        </w:rPr>
        <w:t xml:space="preserve">[49:25] </w:t>
      </w:r>
      <w:r>
        <w:t>Kyunke kuch hoga, kuch payenge to nahi aap.</w:t>
      </w:r>
    </w:p>
    <w:p>
      <w:pPr>
        <w:jc w:val="right"/>
      </w:pPr>
      <w:r>
        <w:t>کیونکہ کچھ ہوگا، کچھ پائیں گے تو نہیں آپ۔</w:t>
      </w:r>
    </w:p>
    <w:p>
      <w:r>
        <w:rPr>
          <w:b/>
        </w:rPr>
        <w:t xml:space="preserve">[49:29] </w:t>
      </w:r>
      <w:r>
        <w:t>Nahi payenge to kya hoga? Despair mein pad jayenge, is se marenge.</w:t>
      </w:r>
    </w:p>
    <w:p>
      <w:pPr>
        <w:jc w:val="right"/>
      </w:pPr>
      <w:r>
        <w:t>نہیں پائیں گے تو کیا ہوگا؟ Despair میں پڑ جائیں گے، اس سے مریں گے۔</w:t>
      </w:r>
    </w:p>
    <w:p>
      <w:r>
        <w:rPr>
          <w:b/>
        </w:rPr>
        <w:t xml:space="preserve">[49:33] </w:t>
      </w:r>
      <w:r>
        <w:t>To yeh bohat bara formula jo hai jo maine Quran majeed se mutala kar ke paya hai</w:t>
      </w:r>
    </w:p>
    <w:p>
      <w:pPr>
        <w:jc w:val="right"/>
      </w:pPr>
      <w:r>
        <w:t>تو یہ بہت بڑا فارمولا جو ہے جو میں نے قرآن مجید سے مطالعہ کر کے پایا ہے</w:t>
      </w:r>
    </w:p>
    <w:p>
      <w:r>
        <w:rPr>
          <w:b/>
        </w:rPr>
        <w:t xml:space="preserve">[49:37] </w:t>
      </w:r>
      <w:r>
        <w:t>Ke sirf right aur</w:t>
      </w:r>
    </w:p>
    <w:p>
      <w:pPr>
        <w:jc w:val="right"/>
      </w:pPr>
      <w:r>
        <w:t>کہ صرفright اور</w:t>
      </w:r>
    </w:p>
    <w:p>
      <w:r>
        <w:rPr>
          <w:b/>
        </w:rPr>
        <w:t xml:space="preserve">[49:42] </w:t>
      </w:r>
      <w:r>
        <w:t>Wrong ko mat dekho.</w:t>
      </w:r>
    </w:p>
    <w:p>
      <w:pPr>
        <w:jc w:val="right"/>
      </w:pPr>
      <w:r>
        <w:t>wrong کو مت دیکھو۔</w:t>
      </w:r>
    </w:p>
    <w:p>
      <w:r>
        <w:rPr>
          <w:b/>
        </w:rPr>
        <w:t xml:space="preserve">[49:47] </w:t>
      </w:r>
      <w:r>
        <w:t>Possible aur impossible ko dekho.</w:t>
      </w:r>
    </w:p>
    <w:p>
      <w:pPr>
        <w:jc w:val="right"/>
      </w:pPr>
      <w:r>
        <w:t>Possible اور impossible کو دیکھو۔</w:t>
      </w:r>
    </w:p>
    <w:p>
      <w:r>
        <w:rPr>
          <w:b/>
        </w:rPr>
        <w:t xml:space="preserve">[49:52] </w:t>
      </w:r>
      <w:r>
        <w:t>Achievable aur non-achievable ko dekho.</w:t>
      </w:r>
    </w:p>
    <w:p>
      <w:pPr>
        <w:jc w:val="right"/>
      </w:pPr>
      <w:r>
        <w:t>Achievable اور non-achievable کو دیکھو۔</w:t>
      </w:r>
    </w:p>
    <w:p>
      <w:r>
        <w:rPr>
          <w:b/>
        </w:rPr>
        <w:t xml:space="preserve">[49:57] </w:t>
      </w:r>
      <w:r>
        <w:t>Yaani jo situation tumhari hai, jo energy tumhari hai, jo halaat tumhare hain, un halaat mein tum kya</w:t>
      </w:r>
    </w:p>
    <w:p>
      <w:pPr>
        <w:jc w:val="right"/>
      </w:pPr>
      <w:r>
        <w:t>یعنی جو situation تمہاری ہے، جو energy تمہاری ہے، جو حالات تمہارے ہیں، ان حالات میں تم کیا</w:t>
      </w:r>
    </w:p>
    <w:p>
      <w:r>
        <w:rPr>
          <w:b/>
        </w:rPr>
        <w:t xml:space="preserve">[50:02] </w:t>
      </w:r>
      <w:r>
        <w:t>Cheez achieve kar sakte ho, yeh dekho.</w:t>
      </w:r>
    </w:p>
    <w:p>
      <w:pPr>
        <w:jc w:val="right"/>
      </w:pPr>
      <w:r>
        <w:t>چیز achieve کر سکتے ہو، یہ دیکھو۔</w:t>
      </w:r>
    </w:p>
    <w:p>
      <w:r>
        <w:rPr>
          <w:b/>
        </w:rPr>
        <w:t xml:space="preserve">[50:08] </w:t>
      </w:r>
      <w:r>
        <w:t>Yeh nahi ke ek ek ek goal bana liya aur bas us ke peeche daud rahe hain.</w:t>
      </w:r>
    </w:p>
    <w:p>
      <w:pPr>
        <w:jc w:val="right"/>
      </w:pPr>
      <w:r>
        <w:t>یہ نہیں کہ ایک ایک ایک goal بنا لیا اور بس اس کے پیچھے دوڑ رہے ہیں۔</w:t>
      </w:r>
    </w:p>
    <w:p>
      <w:r>
        <w:rPr>
          <w:b/>
        </w:rPr>
        <w:t xml:space="preserve">[50:13] </w:t>
      </w:r>
      <w:r>
        <w:t>Sahi goal woh hai jo according to the law of nature ho.</w:t>
      </w:r>
    </w:p>
    <w:p>
      <w:pPr>
        <w:jc w:val="right"/>
      </w:pPr>
      <w:r>
        <w:t>صحیح goal وہ ہے جو according to the law of nature ہو۔</w:t>
      </w:r>
    </w:p>
    <w:p>
      <w:r>
        <w:rPr>
          <w:b/>
        </w:rPr>
        <w:t xml:space="preserve">[50:18] </w:t>
      </w:r>
      <w:r>
        <w:t>Dekhiye yeh duniya jo hai hum ne nahi banai hai.</w:t>
      </w:r>
    </w:p>
    <w:p>
      <w:pPr>
        <w:jc w:val="right"/>
      </w:pPr>
      <w:r>
        <w:t>دیکھیے یہ دنیا جو ہے ہم نے نہیں بنائی ہے۔</w:t>
      </w:r>
    </w:p>
    <w:p>
      <w:r>
        <w:rPr>
          <w:b/>
        </w:rPr>
        <w:t xml:space="preserve">[50:23] </w:t>
      </w:r>
      <w:r>
        <w:t>Is ka khaliq hamare ilawa doosra hai.</w:t>
      </w:r>
    </w:p>
    <w:p>
      <w:pPr>
        <w:jc w:val="right"/>
      </w:pPr>
      <w:r>
        <w:t>اس کا خالق ہمارے علاوہ دوسرا ہے۔</w:t>
      </w:r>
    </w:p>
    <w:p>
      <w:r>
        <w:rPr>
          <w:b/>
        </w:rPr>
        <w:t xml:space="preserve">[50:28] </w:t>
      </w:r>
      <w:r>
        <w:t>To us ne apne lehaz se banai hai duniya, hum se pooche baghair.</w:t>
      </w:r>
    </w:p>
    <w:p>
      <w:pPr>
        <w:jc w:val="right"/>
      </w:pPr>
      <w:r>
        <w:t>تو اس نے اپنے لحاظ سے بنائی ہے دنیا، ہم سے پوچھے بغیر۔</w:t>
      </w:r>
    </w:p>
    <w:p>
      <w:r>
        <w:rPr>
          <w:b/>
        </w:rPr>
        <w:t xml:space="preserve">[50:33] </w:t>
      </w:r>
      <w:r>
        <w:t>تو first of all you have to know what is the creation plan of God? First of all</w:t>
      </w:r>
    </w:p>
    <w:p>
      <w:pPr>
        <w:jc w:val="right"/>
      </w:pPr>
      <w:r>
        <w:t>تو first of all you have to know what is the creation plan of God؟ First of all</w:t>
      </w:r>
    </w:p>
    <w:p>
      <w:r>
        <w:rPr>
          <w:b/>
        </w:rPr>
        <w:t xml:space="preserve">[50:39] </w:t>
      </w:r>
      <w:r>
        <w:t>You have to know what is the law of nature</w:t>
      </w:r>
    </w:p>
    <w:p>
      <w:pPr>
        <w:jc w:val="right"/>
      </w:pPr>
      <w:r>
        <w:t>you have to know what is the law of nature</w:t>
      </w:r>
    </w:p>
    <w:p>
      <w:r>
        <w:rPr>
          <w:b/>
        </w:rPr>
        <w:t xml:space="preserve">[50:44] </w:t>
      </w:r>
      <w:r>
        <w:t>? sab se pehle khud hum ko koi cheez achhi lage, us se koi farq nahi padta.</w:t>
      </w:r>
    </w:p>
    <w:p>
      <w:pPr>
        <w:jc w:val="right"/>
      </w:pPr>
      <w:r>
        <w:t>؟ سب سے پہلے خود ہم کو کوئی چیز اچھی لگے، اس سے کوئی فرق نہیں پڑتا۔</w:t>
      </w:r>
    </w:p>
    <w:p>
      <w:r>
        <w:rPr>
          <w:b/>
        </w:rPr>
        <w:t xml:space="preserve">[50:49] </w:t>
      </w:r>
      <w:r>
        <w:t>hum ko koi cheez theek lage, us se nahi koi farq padta.</w:t>
      </w:r>
    </w:p>
    <w:p>
      <w:pPr>
        <w:jc w:val="right"/>
      </w:pPr>
      <w:r>
        <w:t>ہم کو کوئی چیز ٹھیک لگے، اس سے نہیں کوئی فرق پڑتا۔</w:t>
      </w:r>
    </w:p>
    <w:p>
      <w:r>
        <w:rPr>
          <w:b/>
        </w:rPr>
        <w:t xml:space="preserve">[50:54] </w:t>
      </w:r>
      <w:r>
        <w:t>agar woh law of nature muwafiq nahi kar raha to aap kya karenge? isi liye yani more</w:t>
      </w:r>
    </w:p>
    <w:p>
      <w:pPr>
        <w:jc w:val="right"/>
      </w:pPr>
      <w:r>
        <w:t>اگر وہ law of nature موافقت نہیں کر رہا تو آپ کیا کریں گے؟ اسی لیے یعنی more</w:t>
      </w:r>
    </w:p>
    <w:p>
      <w:r>
        <w:rPr>
          <w:b/>
        </w:rPr>
        <w:t xml:space="preserve">[50:59] </w:t>
      </w:r>
      <w:r>
        <w:t>than ninety-nine percent jo question logon ki hain woh be faida ho jati hain.</w:t>
      </w:r>
    </w:p>
    <w:p>
      <w:pPr>
        <w:jc w:val="right"/>
      </w:pPr>
      <w:r>
        <w:t>than ninety-nine percent جو question لوگوں کی ہیں وہ بے فائدہ ہو جاتی ہیں۔</w:t>
      </w:r>
    </w:p>
    <w:p>
      <w:r>
        <w:rPr>
          <w:b/>
        </w:rPr>
        <w:t xml:space="preserve">[51:04] </w:t>
      </w:r>
      <w:r>
        <w:t>kyun ke woh bas woh right aur wrong ko jante hain.</w:t>
      </w:r>
    </w:p>
    <w:p>
      <w:pPr>
        <w:jc w:val="right"/>
      </w:pPr>
      <w:r>
        <w:t>کیونکہ وہ بس وہright اور wrong کو جانتے ہیں۔</w:t>
      </w:r>
    </w:p>
    <w:p>
      <w:r>
        <w:rPr>
          <w:b/>
        </w:rPr>
        <w:t xml:space="preserve">[51:09] </w:t>
      </w:r>
      <w:r>
        <w:t>aur ek cheez ko</w:t>
      </w:r>
    </w:p>
    <w:p>
      <w:pPr>
        <w:jc w:val="right"/>
      </w:pPr>
      <w:r>
        <w:t>اور ایک چیز کو</w:t>
      </w:r>
    </w:p>
    <w:p>
      <w:r>
        <w:rPr>
          <w:b/>
        </w:rPr>
        <w:t xml:space="preserve">[51:14] </w:t>
      </w:r>
      <w:r>
        <w:t>apne dimagh se sahi samajh kar us ke peeche dorne lagte hain.</w:t>
      </w:r>
    </w:p>
    <w:p>
      <w:pPr>
        <w:jc w:val="right"/>
      </w:pPr>
      <w:r>
        <w:t>اپنے دماغ سے صحیح سمجھ کر اس کے پیچھے دوڑنے لگتے ہیں۔</w:t>
      </w:r>
    </w:p>
    <w:p>
      <w:r>
        <w:rPr>
          <w:b/>
        </w:rPr>
        <w:t xml:space="preserve">[51:19] </w:t>
      </w:r>
      <w:r>
        <w:t>yeh sochte nahi ke woh achievable hai ya nahi achievable hai.</w:t>
      </w:r>
    </w:p>
    <w:p>
      <w:pPr>
        <w:jc w:val="right"/>
      </w:pPr>
      <w:r>
        <w:t>یہ سوچتے نہیں کہ وہ achievable ہے یا نہیں achievable ہے۔</w:t>
      </w:r>
    </w:p>
    <w:p>
      <w:r>
        <w:rPr>
          <w:b/>
        </w:rPr>
        <w:t xml:space="preserve">[51:24] </w:t>
      </w:r>
      <w:r>
        <w:t>result niklega ya nahi niklega.</w:t>
      </w:r>
    </w:p>
    <w:p>
      <w:pPr>
        <w:jc w:val="right"/>
      </w:pPr>
      <w:r>
        <w:t>Result نکلے گا یا نہیں نکلے گا۔</w:t>
      </w:r>
    </w:p>
    <w:p>
      <w:r>
        <w:rPr>
          <w:b/>
        </w:rPr>
        <w:t xml:space="preserve">[51:29] </w:t>
      </w:r>
      <w:r>
        <w:t>yeh sochte nahi.</w:t>
      </w:r>
    </w:p>
    <w:p>
      <w:pPr>
        <w:jc w:val="right"/>
      </w:pPr>
      <w:r>
        <w:t>یہ سوچتے نہیں۔</w:t>
      </w:r>
    </w:p>
    <w:p>
      <w:r>
        <w:rPr>
          <w:b/>
        </w:rPr>
        <w:t xml:space="preserve">[51:34] </w:t>
      </w:r>
      <w:r>
        <w:t>hamare mission ka yeh bohat hi aham nuqta hai ke always see the result.</w:t>
      </w:r>
    </w:p>
    <w:p>
      <w:pPr>
        <w:jc w:val="right"/>
      </w:pPr>
      <w:r>
        <w:t>ہمارے mission کا یہ بہت ہی اہم نقطہ ہے کہ always see the result۔</w:t>
      </w:r>
    </w:p>
    <w:p>
      <w:r>
        <w:rPr>
          <w:b/>
        </w:rPr>
        <w:t xml:space="preserve">[51:39] </w:t>
      </w:r>
      <w:r>
        <w:t>koi bhi, yahan tak ke bolna bhi hai, sochna bhi hai.</w:t>
      </w:r>
    </w:p>
    <w:p>
      <w:pPr>
        <w:jc w:val="right"/>
      </w:pPr>
      <w:r>
        <w:t>کوئی بھی، یہاں تک کہ بولنا بھی ہے، سوچنا بھی ہے۔</w:t>
      </w:r>
    </w:p>
    <w:p>
      <w:r>
        <w:rPr>
          <w:b/>
        </w:rPr>
        <w:t xml:space="preserve">[51:45] </w:t>
      </w:r>
      <w:r>
        <w:t>agar farz kijiye ke aap ko kisi par ghussa aa gaya, aap usi ke khilaf soch rahe hain, usi ko ghusse mein andar khol rahe hain. us par bhi sochiye kya us ka koi faida koi hai? yaani ghusse mein kholta rahu main to us ka kya faida? kuch bhi faida nahi. behal nuksan hai. bolna hai. ab soch kar boliye. ek aadmi sadak par ja rah</w:t>
      </w:r>
    </w:p>
    <w:p>
      <w:pPr>
        <w:jc w:val="right"/>
      </w:pPr>
      <w:r>
        <w:t>اگر فرض کیجیے کہ آپ کو کسی پر غصہ آ گیا، آپ اسی کے خلاف سوچ رہے ہیں، اسی کو غصے میں اندر کھول رہے ہیں۔ اس پر بھی سوچیے کیا اس کا کوئی فائدہ کوئی ہے؟ یعنی غصے میں کھولتا رہوں میں تو اس کا کیا فائدہ؟ کچھ بھی فائدہ نہیں۔ بہرحال نقصان ہے۔ بولنا ہے۔ اب سوچ کر بولیے۔ ایک آدمی سڑک پر جا رہ</w:t>
      </w:r>
    </w:p>
    <w:p>
      <w:r>
        <w:rPr>
          <w:b/>
        </w:rPr>
        <w:t xml:space="preserve">[52:15] </w:t>
      </w:r>
      <w:r>
        <w:t>a hai aur us ko laga hai aap naseehat kar rahe hain aur woh sunne ke mood mein</w:t>
      </w:r>
    </w:p>
    <w:p>
      <w:pPr>
        <w:jc w:val="right"/>
      </w:pPr>
      <w:r>
        <w:t>ا ہے اور اس کو لگا ہے آپ نصیحت کر رہے ہیں اور وہ سننے کے موڈ میں</w:t>
      </w:r>
    </w:p>
    <w:p>
      <w:r>
        <w:rPr>
          <w:b/>
        </w:rPr>
        <w:t xml:space="preserve">[52:21] </w:t>
      </w:r>
      <w:r>
        <w:t>na ho to kya faida hoga? woh woh kahega tum tum se kya matlab? to sochna bhi</w:t>
      </w:r>
    </w:p>
    <w:p>
      <w:pPr>
        <w:jc w:val="right"/>
      </w:pPr>
      <w:r>
        <w:t>نہ ہو تو کیا فائدہ ہوگا؟ وہ وہ کہے گا تم تم سے کیا مطلب؟ تو سوچنا بھی</w:t>
      </w:r>
    </w:p>
    <w:p>
      <w:r>
        <w:rPr>
          <w:b/>
        </w:rPr>
        <w:t xml:space="preserve">[52:27] </w:t>
      </w:r>
      <w:r>
        <w:t>discipline ke tehat hona chahiye.</w:t>
      </w:r>
    </w:p>
    <w:p>
      <w:pPr>
        <w:jc w:val="right"/>
      </w:pPr>
      <w:r>
        <w:t>discipline کے تحت ہونا چاہیے۔</w:t>
      </w:r>
    </w:p>
    <w:p>
      <w:r>
        <w:rPr>
          <w:b/>
        </w:rPr>
        <w:t xml:space="preserve">[52:33] </w:t>
      </w:r>
      <w:r>
        <w:t>bolna bhi discipline ke tehat hona chahiye.</w:t>
      </w:r>
    </w:p>
    <w:p>
      <w:pPr>
        <w:jc w:val="right"/>
      </w:pPr>
      <w:r>
        <w:t>بولنا بھی discipline کے تحت ہونا چاہیے۔</w:t>
      </w:r>
    </w:p>
    <w:p>
      <w:r>
        <w:rPr>
          <w:b/>
        </w:rPr>
        <w:t xml:space="preserve">[52:39] </w:t>
      </w:r>
      <w:r>
        <w:t>karna bhi discipline ke sath hona chahiye.</w:t>
      </w:r>
    </w:p>
    <w:p>
      <w:pPr>
        <w:jc w:val="right"/>
      </w:pPr>
      <w:r>
        <w:t>کرنا بھی discipline کے ساتھ ہونا چاہیے۔</w:t>
      </w:r>
    </w:p>
    <w:p>
      <w:r>
        <w:rPr>
          <w:b/>
        </w:rPr>
        <w:t xml:space="preserve">[52:45] </w:t>
      </w:r>
      <w:r>
        <w:t>kabhi bhi aisa mat kijiye ke aap bas whim ke peeche dorne lagen.</w:t>
      </w:r>
    </w:p>
    <w:p>
      <w:pPr>
        <w:jc w:val="right"/>
      </w:pPr>
      <w:r>
        <w:t>کبھی بھی ایسا مت کیجیے کہ آپ بس whim کے پیچھے دوڑنے لگیں۔</w:t>
      </w:r>
    </w:p>
    <w:p>
      <w:r>
        <w:rPr>
          <w:b/>
        </w:rPr>
        <w:t xml:space="preserve">[52:51] </w:t>
      </w:r>
      <w:r>
        <w:t>kabhi aisa nahi karna chahiye. aaj main soch raha tha ke rasool Allah salallahu alaihi wasallam ne dekhiye makka mein jab aap ne dawat ka kaam shuru kiya to aap wahan kaba ke paas log ekhatta hote the, zyada tar woh wahan par woh assembly hoti thi. to wahan par aap ko audience milta tha. to wahan ja kar aap kehte the ke: "أيها الناس قولوا</w:t>
      </w:r>
    </w:p>
    <w:p>
      <w:pPr>
        <w:jc w:val="right"/>
      </w:pPr>
      <w:r>
        <w:t>کبھی ایسا نہیں کرنا چاہیے۔ آج میں سوچ رہا تھا کہ رسول اللہ صلی اللہ علیہ وسلم نے دیکھیے مکہ میں جب آپ نے دعوتی کام شروع کیا تو آپ وہاں کعبہ کے پاس لوگ اکٹھا ہوتے تھے، زیادہ تر وہ وہاں پر وہ assembly ہوتی تھی۔ تو وہاں پر آپ کو audience ملتا تھا۔ تو وہاں پر جا کر آپ کہتے تھے کہ: "أيها الناس قولوا</w:t>
      </w:r>
    </w:p>
    <w:p>
      <w:r>
        <w:rPr>
          <w:b/>
        </w:rPr>
        <w:t xml:space="preserve">[53:21] </w:t>
      </w:r>
      <w:r>
        <w:t>la ilaha illallah tuflihu".</w:t>
      </w:r>
    </w:p>
    <w:p>
      <w:pPr>
        <w:jc w:val="right"/>
      </w:pPr>
      <w:r>
        <w:t>لا إله إلا الله تفلحوا"۔</w:t>
      </w:r>
    </w:p>
    <w:p>
      <w:r>
        <w:rPr>
          <w:b/>
        </w:rPr>
        <w:t xml:space="preserve">[53:26] </w:t>
      </w:r>
      <w:r>
        <w:t>ae logon kaho ke Allah ke sath koi ailan nahi.</w:t>
      </w:r>
    </w:p>
    <w:p>
      <w:pPr>
        <w:jc w:val="right"/>
      </w:pPr>
      <w:r>
        <w:t>اے لوگوں کہو کہ اللہ کے ساتھ کوئی اعلان نہیں۔</w:t>
      </w:r>
    </w:p>
    <w:p>
      <w:r>
        <w:rPr>
          <w:b/>
        </w:rPr>
        <w:t xml:space="preserve">[53:31] </w:t>
      </w:r>
      <w:r>
        <w:t>aur tum kamyab ho gaye.</w:t>
      </w:r>
    </w:p>
    <w:p>
      <w:pPr>
        <w:jc w:val="right"/>
      </w:pPr>
      <w:r>
        <w:t>اور تم کامیاب ہو گئے۔</w:t>
      </w:r>
    </w:p>
    <w:p>
      <w:r>
        <w:rPr>
          <w:b/>
        </w:rPr>
        <w:t xml:space="preserve">[53:36] </w:t>
      </w:r>
      <w:r>
        <w:t>main ne socha ke dekhiye wahan par jo hai wahan par sainkaron but rakhe hue the kaba mein.</w:t>
      </w:r>
    </w:p>
    <w:p>
      <w:pPr>
        <w:jc w:val="right"/>
      </w:pPr>
      <w:r>
        <w:t>میں نے سوچا کہ دیکھیے وہاں پر جو ہے وہاں پر سینکڑوں بت رکھے ہوئے تھے کعبہ میں۔</w:t>
      </w:r>
    </w:p>
    <w:p>
      <w:r>
        <w:rPr>
          <w:b/>
        </w:rPr>
        <w:t xml:space="preserve">[53:42] </w:t>
      </w:r>
      <w:r>
        <w:t>sainkaron but kaba mein rakhe hue the.</w:t>
      </w:r>
    </w:p>
    <w:p>
      <w:pPr>
        <w:jc w:val="right"/>
      </w:pPr>
      <w:r>
        <w:t>سینکڑوں بت کعبہ میں رکھے ہوئے تھے۔</w:t>
      </w:r>
    </w:p>
    <w:p>
      <w:r>
        <w:rPr>
          <w:b/>
        </w:rPr>
        <w:t xml:space="preserve">[53:47] </w:t>
      </w:r>
      <w:r>
        <w:t>to aap yeh kehna chahiye the ke: "ae logon kaba ko buton se pak karo, tum ko falah milegi".</w:t>
      </w:r>
    </w:p>
    <w:p>
      <w:pPr>
        <w:jc w:val="right"/>
      </w:pPr>
      <w:r>
        <w:t>تو آپ یہ کہنا چاہیے تھے کہ: "اے لوگوں کعبہ کو بتوں سے پاک کرو، تم کو فلاح ملے گی"۔</w:t>
      </w:r>
    </w:p>
    <w:p>
      <w:r>
        <w:rPr>
          <w:b/>
        </w:rPr>
        <w:t xml:space="preserve">[53:52] </w:t>
      </w:r>
      <w:r>
        <w:t>aap ghor kijiye.</w:t>
      </w:r>
    </w:p>
    <w:p>
      <w:pPr>
        <w:jc w:val="right"/>
      </w:pPr>
      <w:r>
        <w:t>آپ غور کیجیے۔</w:t>
      </w:r>
    </w:p>
    <w:p>
      <w:r>
        <w:rPr>
          <w:b/>
        </w:rPr>
        <w:t xml:space="preserve">[53:57] </w:t>
      </w:r>
      <w:r>
        <w:t>yani wohin khare hue hain jahan kaba hai.</w:t>
      </w:r>
    </w:p>
    <w:p>
      <w:pPr>
        <w:jc w:val="right"/>
      </w:pPr>
      <w:r>
        <w:t>یعنی وہیں کھڑے ہوئے ہیں جہاں کعبہ ہے۔</w:t>
      </w:r>
    </w:p>
    <w:p>
      <w:r>
        <w:rPr>
          <w:b/>
        </w:rPr>
        <w:t xml:space="preserve">[54:02] </w:t>
      </w:r>
      <w:r>
        <w:t>wohin khare hue hain jahan ke kaba jaisi muqaddas jagah par sankaron but rakhe hue hain.</w:t>
      </w:r>
    </w:p>
    <w:p>
      <w:pPr>
        <w:jc w:val="right"/>
      </w:pPr>
      <w:r>
        <w:t>وہیں کھڑے ہوئے ہیں جہاں کہ کعبہ جیسی مقدس جگہ پر سینکڑوں بت رکھے ہوئے ہیں۔</w:t>
      </w:r>
    </w:p>
    <w:p>
      <w:r>
        <w:rPr>
          <w:b/>
        </w:rPr>
        <w:t xml:space="preserve">[54:07] </w:t>
      </w:r>
      <w:r>
        <w:t>jo ke tauheed ke liye banaya gaya tha.</w:t>
      </w:r>
    </w:p>
    <w:p>
      <w:pPr>
        <w:jc w:val="right"/>
      </w:pPr>
      <w:r>
        <w:t>جو کہ توحید کے لیے بنایا گیا تھا۔</w:t>
      </w:r>
    </w:p>
    <w:p>
      <w:r>
        <w:rPr>
          <w:b/>
        </w:rPr>
        <w:t xml:space="preserve">[54:12] </w:t>
      </w:r>
      <w:r>
        <w:t>wohin khare ho kar yeh keh rahe hain: "Ayyuha al-nas qulu la ilaha illallah tuflihu".</w:t>
      </w:r>
    </w:p>
    <w:p>
      <w:pPr>
        <w:jc w:val="right"/>
      </w:pPr>
      <w:r>
        <w:t>وہیں کھڑے ہو کر یہ کہہ رہے ہیں: "أيها الناس قولوا لا إله إلا الله تفلحوا"۔</w:t>
      </w:r>
    </w:p>
    <w:p>
      <w:r>
        <w:rPr>
          <w:b/>
        </w:rPr>
        <w:t xml:space="preserve">[54:17] </w:t>
      </w:r>
      <w:r>
        <w:t>yani keh rahe hain: "Ayyuha al-nas tahhiru al-kaba qabla al-islam taf</w:t>
      </w:r>
    </w:p>
    <w:p>
      <w:pPr>
        <w:jc w:val="right"/>
      </w:pPr>
      <w:r>
        <w:t>یعنی کہہ رہے ہیں: "أيها الناس طهروا الكعبة قبل الإسلام تف</w:t>
      </w:r>
    </w:p>
    <w:p>
      <w:r>
        <w:rPr>
          <w:b/>
        </w:rPr>
        <w:t xml:space="preserve">[54:22] </w:t>
      </w:r>
      <w:r>
        <w:t>lihu".</w:t>
      </w:r>
    </w:p>
    <w:p>
      <w:pPr>
        <w:jc w:val="right"/>
      </w:pPr>
      <w:r>
        <w:t>لحوا"۔</w:t>
      </w:r>
    </w:p>
    <w:p>
      <w:r>
        <w:rPr>
          <w:b/>
        </w:rPr>
        <w:t xml:space="preserve">[54:26] </w:t>
      </w:r>
      <w:r>
        <w:t>yani yeh keh rahe hain ke: "Ae logon kaho ke Allah ke siwa koi elaan nahi, tum ko</w:t>
      </w:r>
    </w:p>
    <w:p>
      <w:pPr>
        <w:jc w:val="right"/>
      </w:pPr>
      <w:r>
        <w:t>یعنی یہ کہہ رہے ہیں کہ: "اے لوگوں کہو کہ اللہ کے سوا کوئی اعلان نہیں، تم کو</w:t>
      </w:r>
    </w:p>
    <w:p>
      <w:r>
        <w:rPr>
          <w:b/>
        </w:rPr>
        <w:t xml:space="preserve">[54:29] </w:t>
      </w:r>
      <w:r>
        <w:t>falah mile gi".</w:t>
      </w:r>
    </w:p>
    <w:p>
      <w:pPr>
        <w:jc w:val="right"/>
      </w:pPr>
      <w:r>
        <w:t>فلاح ملے گی"۔</w:t>
      </w:r>
    </w:p>
    <w:p>
      <w:r>
        <w:rPr>
          <w:b/>
        </w:rPr>
        <w:t xml:space="preserve">[54:33] </w:t>
      </w:r>
      <w:r>
        <w:t>yeh nahi keh rahe hain ke: "Ae logon kaba ko buton se pak karo, tum ko falah mile gi".</w:t>
      </w:r>
    </w:p>
    <w:p>
      <w:pPr>
        <w:jc w:val="right"/>
      </w:pPr>
      <w:r>
        <w:t>یہ نہیں کہہ رہے ہیں کہ: "اے لوگوں کعبہ کو بتوں سے پاک کرو، تم کو فلاح ملے گی"۔</w:t>
      </w:r>
    </w:p>
    <w:p>
      <w:r>
        <w:rPr>
          <w:b/>
        </w:rPr>
        <w:t xml:space="preserve">[54:37] </w:t>
      </w:r>
      <w:r>
        <w:t>kyun ke woh mumkin nahi tha.</w:t>
      </w:r>
    </w:p>
    <w:p>
      <w:pPr>
        <w:jc w:val="right"/>
      </w:pPr>
      <w:r>
        <w:t>کیوں کہ وہ ممکن نہیں تھا۔</w:t>
      </w:r>
    </w:p>
    <w:p>
      <w:r>
        <w:rPr>
          <w:b/>
        </w:rPr>
        <w:t xml:space="preserve">[54:41] </w:t>
      </w:r>
      <w:r>
        <w:t>aaj aap kehte hain jhagda hota khali, mar peet hoti, larai hoti.</w:t>
      </w:r>
    </w:p>
    <w:p>
      <w:pPr>
        <w:jc w:val="right"/>
      </w:pPr>
      <w:r>
        <w:t>آج آپ کہتے ہیں جھگڑا ہوتا خالی، مار پیٹ ہوتی، لڑائی ہوتی۔</w:t>
      </w:r>
    </w:p>
    <w:p>
      <w:r>
        <w:rPr>
          <w:b/>
        </w:rPr>
        <w:t xml:space="preserve">[54:45] </w:t>
      </w:r>
      <w:r>
        <w:t>to main ne socha ke rasool Allah sal Allah alaihi wasallam bohat zabardast qism ka yani aap ka</w:t>
      </w:r>
    </w:p>
    <w:p>
      <w:pPr>
        <w:jc w:val="right"/>
      </w:pPr>
      <w:r>
        <w:t>تو میں نے سوچا کہ رسول اللہ صلی اللہ علیہ وسلم بہت زبردست قسم کا یعنی آپ کا</w:t>
      </w:r>
    </w:p>
    <w:p>
      <w:r>
        <w:rPr>
          <w:b/>
        </w:rPr>
        <w:t xml:space="preserve">[54:49] </w:t>
      </w:r>
      <w:r>
        <w:t>jo tha realistic approach tha.</w:t>
      </w:r>
    </w:p>
    <w:p>
      <w:pPr>
        <w:jc w:val="right"/>
      </w:pPr>
      <w:r>
        <w:t>جو تھا realistic approach تھا۔</w:t>
      </w:r>
    </w:p>
    <w:p>
      <w:r>
        <w:rPr>
          <w:b/>
        </w:rPr>
        <w:t xml:space="preserve">[54:52] </w:t>
      </w:r>
      <w:r>
        <w:t>bohat ziyada.</w:t>
      </w:r>
    </w:p>
    <w:p>
      <w:pPr>
        <w:jc w:val="right"/>
      </w:pPr>
      <w:r>
        <w:t>بہت زیادہ۔</w:t>
      </w:r>
    </w:p>
    <w:p>
      <w:r>
        <w:rPr>
          <w:b/>
        </w:rPr>
        <w:t xml:space="preserve">[54:57] </w:t>
      </w:r>
      <w:r>
        <w:t>aaj kal ka pur josh maseeh agar wahan hota to pehla nara is ka yeh hota ke: "Kaba se</w:t>
      </w:r>
    </w:p>
    <w:p>
      <w:pPr>
        <w:jc w:val="right"/>
      </w:pPr>
      <w:r>
        <w:t>آج کل کا پرجوش مسمار اگر وہاں ہوتا تو پہلا نعرہ اس کا یہ ہوتا کہ: "کعبہ سے</w:t>
      </w:r>
    </w:p>
    <w:p>
      <w:r>
        <w:rPr>
          <w:b/>
        </w:rPr>
        <w:t xml:space="preserve">[55:03] </w:t>
      </w:r>
      <w:r>
        <w:t>buton ko pak karo, nahi to tumhare nijatein bhi le ke tum ko".</w:t>
      </w:r>
    </w:p>
    <w:p>
      <w:pPr>
        <w:jc w:val="right"/>
      </w:pPr>
      <w:r>
        <w:t>بتوں کو پاک کرو، نہیں تو تمہارے نجاتیں بھی لے کے تم کو"۔</w:t>
      </w:r>
    </w:p>
    <w:p>
      <w:r>
        <w:rPr>
          <w:b/>
        </w:rPr>
        <w:t xml:space="preserve">[55:08] </w:t>
      </w:r>
      <w:r>
        <w:t>pehla nara is ka yeh hota.</w:t>
      </w:r>
    </w:p>
    <w:p>
      <w:pPr>
        <w:jc w:val="right"/>
      </w:pPr>
      <w:r>
        <w:t>پہلا نعرہ اس کا یہ ہوتا۔</w:t>
      </w:r>
    </w:p>
    <w:p>
      <w:r>
        <w:rPr>
          <w:b/>
        </w:rPr>
        <w:t xml:space="preserve">[55:13] </w:t>
      </w:r>
      <w:r>
        <w:t>main rasool Allah sal Allah alaihi wasallam terah saal tak wahan rahe aur kabhi aisi baat nahi bole aap.</w:t>
      </w:r>
    </w:p>
    <w:p>
      <w:pPr>
        <w:jc w:val="right"/>
      </w:pPr>
      <w:r>
        <w:t>میں رسول اللہ صلی اللہ علیہ وسلم تیرہ سال تک وہاں رہے اور کبھی ایسی بات نہیں بولے آپ۔</w:t>
      </w:r>
    </w:p>
    <w:p>
      <w:r>
        <w:rPr>
          <w:b/>
        </w:rPr>
        <w:t xml:space="preserve">[55:18] </w:t>
      </w:r>
      <w:r>
        <w:t>is se main ne ek principle nikala, ek sunnat rasool</w:t>
      </w:r>
    </w:p>
    <w:p>
      <w:pPr>
        <w:jc w:val="right"/>
      </w:pPr>
      <w:r>
        <w:t>اس سے میں نے ایک principle نکالا، ایک سنت رسول</w:t>
      </w:r>
    </w:p>
    <w:p>
      <w:r>
        <w:rPr>
          <w:b/>
        </w:rPr>
        <w:t xml:space="preserve">[55:23] </w:t>
      </w:r>
      <w:r>
        <w:t>ke har kaam se pehle socho.</w:t>
      </w:r>
    </w:p>
    <w:p>
      <w:pPr>
        <w:jc w:val="right"/>
      </w:pPr>
      <w:r>
        <w:t>کہ ہر کام سے پہلے سوچو۔</w:t>
      </w:r>
    </w:p>
    <w:p>
      <w:r>
        <w:rPr>
          <w:b/>
        </w:rPr>
        <w:t xml:space="preserve">[55:27] </w:t>
      </w:r>
      <w:r>
        <w:t>socho, har kaam se pehle socho.</w:t>
      </w:r>
    </w:p>
    <w:p>
      <w:pPr>
        <w:jc w:val="right"/>
      </w:pPr>
      <w:r>
        <w:t>سوچو، ہر کام سے پہلے سوچو۔</w:t>
      </w:r>
    </w:p>
    <w:p>
      <w:r>
        <w:rPr>
          <w:b/>
        </w:rPr>
        <w:t xml:space="preserve">[55:31] </w:t>
      </w:r>
      <w:r>
        <w:t>yani sochne se pehle bhi socho.</w:t>
      </w:r>
    </w:p>
    <w:p>
      <w:pPr>
        <w:jc w:val="right"/>
      </w:pPr>
      <w:r>
        <w:t>یعنی سوچنے سے پہلے بھی سوچو۔</w:t>
      </w:r>
    </w:p>
    <w:p>
      <w:r>
        <w:rPr>
          <w:b/>
        </w:rPr>
        <w:t xml:space="preserve">[55:35] </w:t>
      </w:r>
      <w:r>
        <w:t>sochne se pehle bhi socho.</w:t>
      </w:r>
    </w:p>
    <w:p>
      <w:pPr>
        <w:jc w:val="right"/>
      </w:pPr>
      <w:r>
        <w:t>سوچنے سے پہلے بھی سوچو۔</w:t>
      </w:r>
    </w:p>
    <w:p>
      <w:r>
        <w:rPr>
          <w:b/>
        </w:rPr>
        <w:t xml:space="preserve">[55:40] </w:t>
      </w:r>
      <w:r>
        <w:t>kisi ajeeb hai yeh Islam ki taleem.</w:t>
      </w:r>
    </w:p>
    <w:p>
      <w:pPr>
        <w:jc w:val="right"/>
      </w:pPr>
      <w:r>
        <w:t>کیسی عجیب ہے یہ اسلام کی تعلیم۔</w:t>
      </w:r>
    </w:p>
    <w:p>
      <w:r>
        <w:rPr>
          <w:b/>
        </w:rPr>
        <w:t xml:space="preserve">[55:44] </w:t>
      </w:r>
      <w:r>
        <w:t>yeh sochne se pehle bhi socho.</w:t>
      </w:r>
    </w:p>
    <w:p>
      <w:pPr>
        <w:jc w:val="right"/>
      </w:pPr>
      <w:r>
        <w:t>یہ سوچنے سے پہلے بھی سوچو۔</w:t>
      </w:r>
    </w:p>
    <w:p>
      <w:r>
        <w:rPr>
          <w:b/>
        </w:rPr>
        <w:t xml:space="preserve">[55:48] </w:t>
      </w:r>
      <w:r>
        <w:t>bolne se pehle bhi socho.</w:t>
      </w:r>
    </w:p>
    <w:p>
      <w:pPr>
        <w:jc w:val="right"/>
      </w:pPr>
      <w:r>
        <w:t>بولنے سے پہلے بھی سوچو۔</w:t>
      </w:r>
    </w:p>
    <w:p>
      <w:r>
        <w:rPr>
          <w:b/>
        </w:rPr>
        <w:t xml:space="preserve">[55:52] </w:t>
      </w:r>
      <w:r>
        <w:t>karne se pehle bhi socho.</w:t>
      </w:r>
    </w:p>
    <w:p>
      <w:pPr>
        <w:jc w:val="right"/>
      </w:pPr>
      <w:r>
        <w:t>کرنے سے پہلے بھی سوچو۔</w:t>
      </w:r>
    </w:p>
    <w:p>
      <w:r>
        <w:rPr>
          <w:b/>
        </w:rPr>
        <w:t xml:space="preserve">[55:56] </w:t>
      </w:r>
      <w:r>
        <w:t>yeh sunnat rasool hai yeh.</w:t>
      </w:r>
    </w:p>
    <w:p>
      <w:pPr>
        <w:jc w:val="right"/>
      </w:pPr>
      <w:r>
        <w:t>یہ سنت رسول ہے یہ۔</w:t>
      </w:r>
    </w:p>
    <w:p>
      <w:r>
        <w:rPr>
          <w:b/>
        </w:rPr>
        <w:t xml:space="preserve">[56:01] </w:t>
      </w:r>
      <w:r>
        <w:t>log samajhte hain ke sunnat rasool jo hai ke daadhi mein khizaab laga liya aur aisi kuch aur</w:t>
      </w:r>
    </w:p>
    <w:p>
      <w:pPr>
        <w:jc w:val="right"/>
      </w:pPr>
      <w:r>
        <w:t>لوگ سمجھتے ہیں کہ سنت رسول جو ہے کہ داڑھی میں خضاب لگا لیا اور ایسی کچھ اور</w:t>
      </w:r>
    </w:p>
    <w:p>
      <w:r>
        <w:rPr>
          <w:b/>
        </w:rPr>
        <w:t xml:space="preserve">[56:05] </w:t>
      </w:r>
      <w:r>
        <w:t>cheezein kar lein.</w:t>
      </w:r>
    </w:p>
    <w:p>
      <w:pPr>
        <w:jc w:val="right"/>
      </w:pPr>
      <w:r>
        <w:t>چیزیں کر لیں۔</w:t>
      </w:r>
    </w:p>
    <w:p>
      <w:r>
        <w:rPr>
          <w:b/>
        </w:rPr>
        <w:t xml:space="preserve">[56:10] </w:t>
      </w:r>
      <w:r>
        <w:t>toh woh sunnat rasool hai.</w:t>
      </w:r>
    </w:p>
    <w:p>
      <w:pPr>
        <w:jc w:val="right"/>
      </w:pPr>
      <w:r>
        <w:t>تو وہ سنت رسول ہے۔</w:t>
      </w:r>
    </w:p>
    <w:p>
      <w:r>
        <w:rPr>
          <w:b/>
        </w:rPr>
        <w:t xml:space="preserve">[56:15] </w:t>
      </w:r>
      <w:r>
        <w:t>yeh toh chhoti chhoti baatein hain.</w:t>
      </w:r>
    </w:p>
    <w:p>
      <w:pPr>
        <w:jc w:val="right"/>
      </w:pPr>
      <w:r>
        <w:t>یہ تو چھوٹی چھوٹی باتیں ہیں۔</w:t>
      </w:r>
    </w:p>
    <w:p>
      <w:r>
        <w:rPr>
          <w:b/>
        </w:rPr>
        <w:t xml:space="preserve">[56:19] </w:t>
      </w:r>
      <w:r>
        <w:t>zyada badi baatein jo hain woh is se log be khabar hain.</w:t>
      </w:r>
    </w:p>
    <w:p>
      <w:pPr>
        <w:jc w:val="right"/>
      </w:pPr>
      <w:r>
        <w:t>زیادہ بڑی باتیں جو ہیں وہ اس سے لوگ بے خبر ہیں۔</w:t>
      </w:r>
    </w:p>
    <w:p>
      <w:r>
        <w:rPr>
          <w:b/>
        </w:rPr>
        <w:t xml:space="preserve">[56:24] </w:t>
      </w:r>
      <w:r>
        <w:t>aur zyada badi baatein yahi hain.</w:t>
      </w:r>
    </w:p>
    <w:p>
      <w:pPr>
        <w:jc w:val="right"/>
      </w:pPr>
      <w:r>
        <w:t>اور زیادہ بڑی باتیں یہی ہیں۔</w:t>
      </w:r>
    </w:p>
    <w:p>
      <w:r>
        <w:rPr>
          <w:b/>
        </w:rPr>
        <w:t xml:space="preserve">[56:28] </w:t>
      </w:r>
      <w:r>
        <w:t>tafakkur, tadabbur, tabassum, tazakkur yeh hai sab se badi sunnat.</w:t>
      </w:r>
    </w:p>
    <w:p>
      <w:pPr>
        <w:jc w:val="right"/>
      </w:pPr>
      <w:r>
        <w:t>تفکر، تدبر، تبسم، تذکر یہ ہے سب سے بڑی سنت۔</w:t>
      </w:r>
    </w:p>
    <w:p>
      <w:r>
        <w:rPr>
          <w:b/>
        </w:rPr>
        <w:t xml:space="preserve">[56:33] </w:t>
      </w:r>
      <w:r>
        <w:t>is se badi koi sunnat nahi hai.</w:t>
      </w:r>
    </w:p>
    <w:p>
      <w:pPr>
        <w:jc w:val="right"/>
      </w:pPr>
      <w:r>
        <w:t>اس سے بڑی کوئی سنت نہیں ہے۔</w:t>
      </w:r>
    </w:p>
    <w:p>
      <w:r>
        <w:rPr>
          <w:b/>
        </w:rPr>
        <w:t xml:space="preserve">[56:38] </w:t>
      </w:r>
      <w:r>
        <w:t>agar lafz badlein hum toh kahenge: "Intellectual development" sab badi sunnat hai.</w:t>
      </w:r>
    </w:p>
    <w:p>
      <w:pPr>
        <w:jc w:val="right"/>
      </w:pPr>
      <w:r>
        <w:t>اگر لفظ بدلیں ہم تو کہیں گے: "Intellectual development" سب بڑی سنت ہے۔</w:t>
      </w:r>
    </w:p>
    <w:p>
      <w:r>
        <w:rPr>
          <w:b/>
        </w:rPr>
        <w:t xml:space="preserve">[56:43] </w:t>
      </w:r>
      <w:r>
        <w:t>kyunke aap sochenge toh kya hoga? Intellectual development hoga.</w:t>
      </w:r>
    </w:p>
    <w:p>
      <w:pPr>
        <w:jc w:val="right"/>
      </w:pPr>
      <w:r>
        <w:t>کیونکہ آپ سوچیں گے تو کیا ہوگا؟ Intellectual development ہوگا۔</w:t>
      </w:r>
    </w:p>
    <w:p>
      <w:r>
        <w:rPr>
          <w:b/>
        </w:rPr>
        <w:t xml:space="preserve">[56:48] </w:t>
      </w:r>
      <w:r>
        <w:t>kaisi ajeeb baat hai.</w:t>
      </w:r>
    </w:p>
    <w:p>
      <w:pPr>
        <w:jc w:val="right"/>
      </w:pPr>
      <w:r>
        <w:t>کیسی عجیب بات ہے۔</w:t>
      </w:r>
    </w:p>
    <w:p>
      <w:r>
        <w:rPr>
          <w:b/>
        </w:rPr>
        <w:t xml:space="preserve">[56:53] </w:t>
      </w:r>
      <w:r>
        <w:t>sunnat rasool ki bohat si kitaab</w:t>
      </w:r>
    </w:p>
    <w:p>
      <w:pPr>
        <w:jc w:val="right"/>
      </w:pPr>
      <w:r>
        <w:t>سنت رسول کی بہت سی کتاب</w:t>
      </w:r>
    </w:p>
    <w:p>
      <w:r>
        <w:rPr>
          <w:b/>
        </w:rPr>
        <w:t xml:space="preserve">[56:58] </w:t>
      </w:r>
      <w:r>
        <w:t>ein chupi hui hain. kisi mein yeh nahi likha hua ke rasool Allah sal Allah alaihi wasallam ki ek sunnat yeh bhi thi ke apne zehan ko develop karo. haalanke yeh sunnat rasool hai. to sunnat rasool ka koi mehdood mafhoom, koi limited mafhoom, limited mafhoo</w:t>
      </w:r>
    </w:p>
    <w:p>
      <w:pPr>
        <w:jc w:val="right"/>
      </w:pPr>
      <w:r>
        <w:t>یں چھپی ہوئی ہیں۔ کسی میں یہ نہیں لکھا ہوا کہ رسول اللہ صلی اللہ علیہ وسلم کی ایک سنت یہ بھی تھی کہ اپنے ذہن کو develop کرو۔ حالانکہ یہ سنت رسول ہے۔ تو سنت رسول کا کوئی محدود مفہوم، کوئی limited مفہوم، limited مفہ</w:t>
      </w:r>
    </w:p>
    <w:p>
      <w:r>
        <w:rPr>
          <w:b/>
        </w:rPr>
        <w:t xml:space="preserve">[57:28] </w:t>
      </w:r>
      <w:r>
        <w:t>wo agar diya jaye toh woh galat hoga, woh sahi nahi hoga.</w:t>
      </w:r>
    </w:p>
    <w:p>
      <w:pPr>
        <w:jc w:val="right"/>
      </w:pPr>
      <w:r>
        <w:t>وم اگر دیا جائے تو وہ غلط ہوگا، وہ صحیح نہیں ہوگا۔</w:t>
      </w:r>
    </w:p>
    <w:p>
      <w:r>
        <w:rPr>
          <w:b/>
        </w:rPr>
        <w:t xml:space="preserve">[57:36] </w:t>
      </w:r>
      <w:r>
        <w:t>wo bilkul sahi nahi hoga.</w:t>
      </w:r>
    </w:p>
    <w:p>
      <w:pPr>
        <w:jc w:val="right"/>
      </w:pPr>
      <w:r>
        <w:t>وہ بالکل صحیح نہیں ہوگا۔</w:t>
      </w:r>
    </w:p>
    <w:p>
      <w:r>
        <w:rPr>
          <w:b/>
        </w:rPr>
        <w:t xml:space="preserve">[57:43] </w:t>
      </w:r>
      <w:r>
        <w:t>rasool Allah sal Allah alaihi wasallam poori zindagi yaani musalman yeh bohat zyada kehte hain ke: "Sahib mukammal nizaam-e-hayaat".</w:t>
      </w:r>
    </w:p>
    <w:p>
      <w:pPr>
        <w:jc w:val="right"/>
      </w:pPr>
      <w:r>
        <w:t>رسول اللہ صلی اللہ علیہ وسلم پوری زندگی یعنی مسلمان یہ بہت زیادہ کہتے ہیں کہ: "صاحب مکمل نظام حیات"۔</w:t>
      </w:r>
    </w:p>
    <w:p>
      <w:r>
        <w:rPr>
          <w:b/>
        </w:rPr>
        <w:t xml:space="preserve">[57:51] </w:t>
      </w:r>
      <w:r>
        <w:t>mukammal nizaam-e-hayaat ke maani poocha ek kya hain? Toh amalan kya hai ke woh koda maar</w:t>
      </w:r>
    </w:p>
    <w:p>
      <w:pPr>
        <w:jc w:val="right"/>
      </w:pPr>
      <w:r>
        <w:t>مکمل نظام حیات کے معنی پوچھا ایک کیا ہیں؟ تو عملاً کیا ہے کہ وہ کوڑا مار</w:t>
      </w:r>
    </w:p>
    <w:p>
      <w:r>
        <w:rPr>
          <w:b/>
        </w:rPr>
        <w:t xml:space="preserve">[57:58] </w:t>
      </w:r>
      <w:r>
        <w:t>wo aur aur sazayein do logon ko? Yeh mukammal nizaam-e-hayaat in ke nazdeek hai.</w:t>
      </w:r>
    </w:p>
    <w:p>
      <w:pPr>
        <w:jc w:val="right"/>
      </w:pPr>
      <w:r>
        <w:t>و اور اور سزائیں دو لوگوں کو؟ یہ مکمل نظام حیات ان کے نزدیک ہے۔</w:t>
      </w:r>
    </w:p>
    <w:p>
      <w:r>
        <w:rPr>
          <w:b/>
        </w:rPr>
        <w:t xml:space="preserve">[58:04] </w:t>
      </w:r>
      <w:r>
        <w:t>mukammal nizaam-e-hayaat ka matlab hai ke sochne ko taabeh karo Islam ke.</w:t>
      </w:r>
    </w:p>
    <w:p>
      <w:pPr>
        <w:jc w:val="right"/>
      </w:pPr>
      <w:r>
        <w:t>مکمل نظام حیات کا مطلب ہے کہ سوچنے کو تابع کرو اسلام کے۔</w:t>
      </w:r>
    </w:p>
    <w:p>
      <w:r>
        <w:rPr>
          <w:b/>
        </w:rPr>
        <w:t xml:space="preserve">[58:10] </w:t>
      </w:r>
      <w:r>
        <w:t>bolne ko taabeh karo Islam ke.</w:t>
      </w:r>
    </w:p>
    <w:p>
      <w:pPr>
        <w:jc w:val="right"/>
      </w:pPr>
      <w:r>
        <w:t>بولنے کو تابع کرو اسلام کے۔</w:t>
      </w:r>
    </w:p>
    <w:p>
      <w:r>
        <w:rPr>
          <w:b/>
        </w:rPr>
        <w:t xml:space="preserve">[58:15] </w:t>
      </w:r>
      <w:r>
        <w:t>apni khwahishon ko taabeh karo Islam ke.</w:t>
      </w:r>
    </w:p>
    <w:p>
      <w:pPr>
        <w:jc w:val="right"/>
      </w:pPr>
      <w:r>
        <w:t>اپنی خواہشوں کو تابع کرو اسلام کے۔</w:t>
      </w:r>
    </w:p>
    <w:p>
      <w:r>
        <w:rPr>
          <w:b/>
        </w:rPr>
        <w:t xml:space="preserve">[58:21] </w:t>
      </w:r>
      <w:r>
        <w:t>yeh Hazrat Adam ne apni khwahish ko taabeh nahi kiya.</w:t>
      </w:r>
    </w:p>
    <w:p>
      <w:pPr>
        <w:jc w:val="right"/>
      </w:pPr>
      <w:r>
        <w:t>یہ حضرت آدم نے اپنی خواہش کو تابع نہیں کیا۔</w:t>
      </w:r>
    </w:p>
    <w:p>
      <w:r>
        <w:rPr>
          <w:b/>
        </w:rPr>
        <w:t xml:space="preserve">[58:26] </w:t>
      </w:r>
      <w:r>
        <w:t>balkeh kya hua ke jannat se mahroomi ho gayi.</w:t>
      </w:r>
    </w:p>
    <w:p>
      <w:pPr>
        <w:jc w:val="right"/>
      </w:pPr>
      <w:r>
        <w:t>بلکہ کیا ہوا کہ جنت سے محرومی ہو گئی۔</w:t>
      </w:r>
    </w:p>
    <w:p>
      <w:r>
        <w:rPr>
          <w:b/>
        </w:rPr>
        <w:t xml:space="preserve">[58:32] </w:t>
      </w:r>
      <w:r>
        <w:t>har cheez ko islam ke tabe karna, quran ke tabe karna, allah ke ahkam ke tabe karna.</w:t>
      </w:r>
    </w:p>
    <w:p>
      <w:pPr>
        <w:jc w:val="right"/>
      </w:pPr>
      <w:r>
        <w:t>ہر چیز کو اسلام کے تابع کرنا، قرآن کے تابع کرنا، اللہ کے احکام کے تابع کرنا۔</w:t>
      </w:r>
    </w:p>
    <w:p>
      <w:r>
        <w:rPr>
          <w:b/>
        </w:rPr>
        <w:t xml:space="preserve">[58:38] </w:t>
      </w:r>
      <w:r>
        <w:t>chahe woh sochna ho, chahe woh bolna ho, chahe karna ho.</w:t>
      </w:r>
    </w:p>
    <w:p>
      <w:pPr>
        <w:jc w:val="right"/>
      </w:pPr>
      <w:r>
        <w:t>چاہے وہ سوچنا ہو، چاہے وہ بولنا ہو، چاہے کرنا ہو۔</w:t>
      </w:r>
    </w:p>
    <w:p>
      <w:r>
        <w:rPr>
          <w:b/>
        </w:rPr>
        <w:t xml:space="preserve">[58:44] </w:t>
      </w:r>
      <w:r>
        <w:t>chahe uthna ho, baithna ho.</w:t>
      </w:r>
    </w:p>
    <w:p>
      <w:pPr>
        <w:jc w:val="right"/>
      </w:pPr>
      <w:r>
        <w:t>چاہے اٹھنا ہو، بیٹھنا ہو۔</w:t>
      </w:r>
    </w:p>
    <w:p>
      <w:r>
        <w:rPr>
          <w:b/>
        </w:rPr>
        <w:t xml:space="preserve">[58:50] </w:t>
      </w:r>
      <w:r>
        <w:t>to mein cps ke logon se yahi guzarish karunga ke Art of thinking apne andar develop kijiye.</w:t>
      </w:r>
    </w:p>
    <w:p>
      <w:pPr>
        <w:jc w:val="right"/>
      </w:pPr>
      <w:r>
        <w:t>تو میں سی پی ایس کے لوگوں سے یہی گزارش کروں گا کہ Art of thinking اپنے اندر develop کیجیے۔</w:t>
      </w:r>
    </w:p>
    <w:p>
      <w:r>
        <w:rPr>
          <w:b/>
        </w:rPr>
        <w:t xml:space="preserve">[58:57] </w:t>
      </w:r>
      <w:r>
        <w:t>Art of thinking</w:t>
      </w:r>
    </w:p>
    <w:p>
      <w:pPr>
        <w:jc w:val="right"/>
      </w:pPr>
      <w:r>
        <w:t>Art of thinking</w:t>
      </w:r>
    </w:p>
    <w:p>
      <w:r>
        <w:rPr>
          <w:b/>
        </w:rPr>
        <w:t xml:space="preserve">[59:03] </w:t>
      </w:r>
      <w:r>
        <w:t>apne andar develop kijiye.</w:t>
      </w:r>
    </w:p>
    <w:p>
      <w:pPr>
        <w:jc w:val="right"/>
      </w:pPr>
      <w:r>
        <w:t>اپنے اندر develop کیجیے۔</w:t>
      </w:r>
    </w:p>
    <w:p>
      <w:r>
        <w:rPr>
          <w:b/>
        </w:rPr>
        <w:t xml:space="preserve">[59:06] </w:t>
      </w:r>
      <w:r>
        <w:t>sab se bari sunnat rasool yahi hai.</w:t>
      </w:r>
    </w:p>
    <w:p>
      <w:pPr>
        <w:jc w:val="right"/>
      </w:pPr>
      <w:r>
        <w:t>سب سے بڑی سنت رسول یہی ہے۔</w:t>
      </w:r>
    </w:p>
    <w:p>
      <w:r>
        <w:rPr>
          <w:b/>
        </w:rPr>
        <w:t xml:space="preserve">[59:10] </w:t>
      </w:r>
      <w:r>
        <w:t>sab se bari quran ki taleem yahi hai.</w:t>
      </w:r>
    </w:p>
    <w:p>
      <w:pPr>
        <w:jc w:val="right"/>
      </w:pPr>
      <w:r>
        <w:t>سب سے بڑی قرآن کی تعلیم یہی ہے۔</w:t>
      </w:r>
    </w:p>
    <w:p>
      <w:r>
        <w:rPr>
          <w:b/>
        </w:rPr>
        <w:t xml:space="preserve">[59:13] </w:t>
      </w:r>
      <w:r>
        <w:t>kyunke yeh jar hai.</w:t>
      </w:r>
    </w:p>
    <w:p>
      <w:pPr>
        <w:jc w:val="right"/>
      </w:pPr>
      <w:r>
        <w:t>کیونکہ یہ جڑ ہے۔</w:t>
      </w:r>
    </w:p>
    <w:p>
      <w:r>
        <w:rPr>
          <w:b/>
        </w:rPr>
        <w:t xml:space="preserve">[59:16] </w:t>
      </w:r>
      <w:r>
        <w:t>yeh agaya to sab cheez agai.</w:t>
      </w:r>
    </w:p>
    <w:p>
      <w:pPr>
        <w:jc w:val="right"/>
      </w:pPr>
      <w:r>
        <w:t>یہ آگیا تو سب چیز آگئی۔</w:t>
      </w:r>
    </w:p>
    <w:p>
      <w:r>
        <w:rPr>
          <w:b/>
        </w:rPr>
        <w:t xml:space="preserve">[59:20] </w:t>
      </w:r>
      <w:r>
        <w:t>agar aap ne sach much Art of thinking apne andar develop kar liya to goya ke aap ke</w:t>
      </w:r>
    </w:p>
    <w:p>
      <w:pPr>
        <w:jc w:val="right"/>
      </w:pPr>
      <w:r>
        <w:t>اگر آپ نے سچ مچ Art of thinking اپنے اندر develop کر لیا تو گویا کہ آپ کے</w:t>
      </w:r>
    </w:p>
    <w:p>
      <w:r>
        <w:rPr>
          <w:b/>
        </w:rPr>
        <w:t xml:space="preserve">[59:23] </w:t>
      </w:r>
      <w:r>
        <w:t>andar sari baatein agai.</w:t>
      </w:r>
    </w:p>
    <w:p>
      <w:pPr>
        <w:jc w:val="right"/>
      </w:pPr>
      <w:r>
        <w:t>اندر ساری باتیں آگئیں۔</w:t>
      </w:r>
    </w:p>
    <w:p>
      <w:r>
        <w:rPr>
          <w:b/>
        </w:rPr>
        <w:t xml:space="preserve">[59:26] </w:t>
      </w:r>
      <w:r>
        <w:t>har khoobi agai, har khair agia, har bhalai agai.</w:t>
      </w:r>
    </w:p>
    <w:p>
      <w:pPr>
        <w:jc w:val="right"/>
      </w:pPr>
      <w:r>
        <w:t>ہر خوبی آگئی، ہر خیر آگیا، ہر بھلائی آگئی۔</w:t>
      </w:r>
    </w:p>
    <w:p>
      <w:r>
        <w:rPr>
          <w:b/>
        </w:rPr>
        <w:t xml:space="preserve">[59:30] </w:t>
      </w:r>
      <w:r>
        <w:t>kyunke sab kuch</w:t>
      </w:r>
    </w:p>
    <w:p>
      <w:pPr>
        <w:jc w:val="right"/>
      </w:pPr>
      <w:r>
        <w:t>کیونکہ سب کچھ</w:t>
      </w:r>
    </w:p>
    <w:p>
      <w:r>
        <w:rPr>
          <w:b/>
        </w:rPr>
        <w:t xml:space="preserve">[59:33] </w:t>
      </w:r>
      <w:r>
        <w:t>isi se niklega.</w:t>
      </w:r>
    </w:p>
    <w:p>
      <w:pPr>
        <w:jc w:val="right"/>
      </w:pPr>
      <w:r>
        <w:t>اسی سے نکلے گا۔</w:t>
      </w:r>
    </w:p>
    <w:p>
      <w:r>
        <w:rPr>
          <w:b/>
        </w:rPr>
        <w:t xml:space="preserve">[59:37] </w:t>
      </w:r>
      <w:r>
        <w:t>to cps ke logon ko mein yahi mashwara dunga.</w:t>
      </w:r>
    </w:p>
    <w:p>
      <w:pPr>
        <w:jc w:val="right"/>
      </w:pPr>
      <w:r>
        <w:t>تو سی پی ایس کے لوگوں کو میں یہی مشورہ دوں گا۔</w:t>
      </w:r>
    </w:p>
    <w:p>
      <w:r>
        <w:rPr>
          <w:b/>
        </w:rPr>
        <w:t xml:space="preserve">[59:42] </w:t>
      </w:r>
      <w:r>
        <w:t>yahi guzarish karunga, yahi naseehat karunga.</w:t>
      </w:r>
    </w:p>
    <w:p>
      <w:pPr>
        <w:jc w:val="right"/>
      </w:pPr>
      <w:r>
        <w:t>یہی گزارش کروں گا، یہی نصیحت کروں گا۔</w:t>
      </w:r>
    </w:p>
    <w:p>
      <w:r>
        <w:rPr>
          <w:b/>
        </w:rPr>
        <w:t xml:space="preserve">[59:46] </w:t>
      </w:r>
      <w:r>
        <w:t>ایک لفظ میں کہ اپنے اندر art of thinking develop کیجیے۔</w:t>
      </w:r>
    </w:p>
    <w:p>
      <w:pPr>
        <w:jc w:val="right"/>
      </w:pPr>
      <w:r>
        <w:t>ایک لفظ میں کہ اپنے اندر Art of thinking develop کیجیے۔</w:t>
      </w:r>
    </w:p>
    <w:p>
      <w:r>
        <w:rPr>
          <w:b/>
        </w:rPr>
        <w:t xml:space="preserve">[59:50] </w:t>
      </w:r>
      <w:r>
        <w:t>isi ka naam hai tafakkur.</w:t>
      </w:r>
    </w:p>
    <w:p>
      <w:pPr>
        <w:jc w:val="right"/>
      </w:pPr>
      <w:r>
        <w:t>اسی کا نام ہے تفکر۔</w:t>
      </w:r>
    </w:p>
    <w:p>
      <w:r>
        <w:rPr>
          <w:b/>
        </w:rPr>
        <w:t xml:space="preserve">[59:55] </w:t>
      </w:r>
      <w:r>
        <w:t>mein dua karta hoon ke allah taala mujh ko aur aap ko is sunnat rasool ki pairwi ata farmaye.</w:t>
      </w:r>
    </w:p>
    <w:p>
      <w:pPr>
        <w:jc w:val="right"/>
      </w:pPr>
      <w:r>
        <w:t>میں دعا کرتا ہوں کہ اللہ تعالیٰ مجھ کو اور آپ کو اس سنت رسول کی پیروی عطا فرمائے۔</w:t>
      </w:r>
    </w:p>
    <w:p>
      <w:r>
        <w:rPr>
          <w:b/>
        </w:rPr>
        <w:t xml:space="preserve">[59:59] </w:t>
      </w:r>
      <w:r>
        <w:t>aqool qooli haza wastaghfirullaha li wa</w:t>
      </w:r>
    </w:p>
    <w:p>
      <w:pPr>
        <w:jc w:val="right"/>
      </w:pPr>
      <w:r>
        <w:t>أقول قولي هذا واستغفراللہ لي و</w:t>
      </w:r>
    </w:p>
    <w:p>
      <w:r>
        <w:rPr>
          <w:b/>
        </w:rPr>
        <w:t xml:space="preserve">[1:00:03] </w:t>
      </w:r>
      <w:r>
        <w:t>lakum ajmaeen.</w:t>
      </w:r>
    </w:p>
    <w:p>
      <w:pPr>
        <w:jc w:val="right"/>
      </w:pPr>
      <w:r>
        <w:t>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