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Dajjal and Dajjalism | July 26, 2009</w:t>
      </w:r>
    </w:p>
    <w:p>
      <w:r>
        <w:t>https://www.youtube.com/watch?v=CrB6NhxHfTI</w:t>
      </w:r>
    </w:p>
    <w:p>
      <w:r>
        <w:rPr>
          <w:b/>
        </w:rPr>
        <w:t xml:space="preserve">[00:13] </w:t>
      </w:r>
      <w:r>
        <w:t>rab ishrah li sadri wayassir li amri wah lul uqdatan min lisani yafqahu qawli.</w:t>
      </w:r>
    </w:p>
    <w:p>
      <w:pPr>
        <w:jc w:val="right"/>
      </w:pPr>
      <w:r>
        <w:t>رب اشرح لی صدری ویسر لی امری واحل العقدۃ من لسانی یفقہ قولی۔</w:t>
      </w:r>
    </w:p>
    <w:p>
      <w:r>
        <w:rPr>
          <w:b/>
        </w:rPr>
        <w:t xml:space="preserve">[00:23] </w:t>
      </w:r>
      <w:r>
        <w:t>aaj ka topic hai dajjal and dajjalism.</w:t>
      </w:r>
    </w:p>
    <w:p>
      <w:pPr>
        <w:jc w:val="right"/>
      </w:pPr>
      <w:r>
        <w:t>آج کا ٹاپک ہے دجال and دجالزم۔</w:t>
      </w:r>
    </w:p>
    <w:p>
      <w:r>
        <w:rPr>
          <w:b/>
        </w:rPr>
        <w:t xml:space="preserve">[00:33] </w:t>
      </w:r>
      <w:r>
        <w:t>yani dajjal aur dajjalit.</w:t>
      </w:r>
    </w:p>
    <w:p>
      <w:pPr>
        <w:jc w:val="right"/>
      </w:pPr>
      <w:r>
        <w:t>یعنی دجال اور دجالیت۔</w:t>
      </w:r>
    </w:p>
    <w:p>
      <w:r>
        <w:rPr>
          <w:b/>
        </w:rPr>
        <w:t xml:space="preserve">[00:43] </w:t>
      </w:r>
      <w:r>
        <w:t>dajjal bohat hi mashhoor lafz hai, sab log jante hain is ko.</w:t>
      </w:r>
    </w:p>
    <w:p>
      <w:pPr>
        <w:jc w:val="right"/>
      </w:pPr>
      <w:r>
        <w:t>دجال بہت ہی مشہور لفظ ہے، سب لوگ جانتے ہیں اس کو۔</w:t>
      </w:r>
    </w:p>
    <w:p>
      <w:r>
        <w:rPr>
          <w:b/>
        </w:rPr>
        <w:t xml:space="preserve">[00:51] </w:t>
      </w:r>
      <w:r>
        <w:t>Lekin main samajhta hoon ke concept clear nahin hai is maamle mein.</w:t>
      </w:r>
    </w:p>
    <w:p>
      <w:pPr>
        <w:jc w:val="right"/>
      </w:pPr>
      <w:r>
        <w:t>لیکن میں سمجھتا ہوں کہ کانسیپٹ کلیئر نہیں ہے اس معاملے میں۔</w:t>
      </w:r>
    </w:p>
    <w:p>
      <w:r>
        <w:rPr>
          <w:b/>
        </w:rPr>
        <w:t xml:space="preserve">[00:58] </w:t>
      </w:r>
      <w:r>
        <w:t>is ko samajhne ke liye humein thoda sa ghor karna chahiye.</w:t>
      </w:r>
    </w:p>
    <w:p>
      <w:pPr>
        <w:jc w:val="right"/>
      </w:pPr>
      <w:r>
        <w:t>اس کو سمجھنے کے لیے ہمیں تھوڑا سا غور کرنا چاہیے۔</w:t>
      </w:r>
    </w:p>
    <w:p>
      <w:r>
        <w:rPr>
          <w:b/>
        </w:rPr>
        <w:t xml:space="preserve">[01:06] </w:t>
      </w:r>
      <w:r>
        <w:t>دیکھیں، دجال کا جو literal meaning ہے وہ ہے deceiving</w:t>
      </w:r>
    </w:p>
    <w:p>
      <w:pPr>
        <w:jc w:val="right"/>
      </w:pPr>
      <w:r>
        <w:t>دیکھیں، دجال کا جو لٹرل میننگ ہے وہ ہے ڈیسیونگ</w:t>
      </w:r>
    </w:p>
    <w:p>
      <w:r>
        <w:rPr>
          <w:b/>
        </w:rPr>
        <w:t xml:space="preserve">[01:13] </w:t>
      </w:r>
      <w:r>
        <w:t>۔ dajjal jo hai noun hai to is ka matlab hoga great deceiver. yaani is mein mubalgha bhi hai. to dajjal ka matlab hai great deceiver. dekhen, yeh jo deceiving ka kaam hai yeh shaitan ka kaam hai. aur hadee</w:t>
      </w:r>
    </w:p>
    <w:p>
      <w:pPr>
        <w:jc w:val="right"/>
      </w:pPr>
      <w:r>
        <w:t>۔ دجال جو ہے ناؤن ہے تو اس کا مطلب ہو گا گریٹ ڈیسیور۔ یعنی اس میں مبالغہ بھی ہے۔ تو دجال کا مطلب ہے گریٹ ڈیسیور۔ دیکھیں، یہ جو ڈیسیونگ کا کام ہے یہ شیطان کا کام ہے۔ اور حدی</w:t>
      </w:r>
    </w:p>
    <w:p>
      <w:r>
        <w:rPr>
          <w:b/>
        </w:rPr>
        <w:t xml:space="preserve">[01:43] </w:t>
      </w:r>
      <w:r>
        <w:t>sa mein aata hai ke surasoon dajaloon kazzaboon.</w:t>
      </w:r>
    </w:p>
    <w:p>
      <w:pPr>
        <w:jc w:val="right"/>
      </w:pPr>
      <w:r>
        <w:t>ث میں آتا ہے کہ سراسون دجالون کذابون۔</w:t>
      </w:r>
    </w:p>
    <w:p>
      <w:r>
        <w:rPr>
          <w:b/>
        </w:rPr>
        <w:t xml:space="preserve">[01:48] </w:t>
      </w:r>
      <w:r>
        <w:t>yani jo gumrah karne wale log hain, jo leader hon ya shaitan hon, un ka tareeqa yahi hai</w:t>
      </w:r>
    </w:p>
    <w:p>
      <w:pPr>
        <w:jc w:val="right"/>
      </w:pPr>
      <w:r>
        <w:t>یعنی جو گمراہ کرنے والے لوگ ہیں، جو لیڈر ہوں یا شیطان ہوں، ان کا طریقہ یہی ہے</w:t>
      </w:r>
    </w:p>
    <w:p>
      <w:r>
        <w:rPr>
          <w:b/>
        </w:rPr>
        <w:t xml:space="preserve">[01:53] </w:t>
      </w:r>
      <w:r>
        <w:t>ke woh dajal karte hain.</w:t>
      </w:r>
    </w:p>
    <w:p>
      <w:pPr>
        <w:jc w:val="right"/>
      </w:pPr>
      <w:r>
        <w:t>کہ وہ دجل کرتے ہیں۔</w:t>
      </w:r>
    </w:p>
    <w:p>
      <w:r>
        <w:rPr>
          <w:b/>
        </w:rPr>
        <w:t xml:space="preserve">[01:58] </w:t>
      </w:r>
      <w:r>
        <w:t>yani desieve karte hain.</w:t>
      </w:r>
    </w:p>
    <w:p>
      <w:pPr>
        <w:jc w:val="right"/>
      </w:pPr>
      <w:r>
        <w:t>یعنی ڈیسیو کرتے ہیں۔</w:t>
      </w:r>
    </w:p>
    <w:p>
      <w:r>
        <w:rPr>
          <w:b/>
        </w:rPr>
        <w:t xml:space="preserve">[02:03] </w:t>
      </w:r>
      <w:r>
        <w:t>to aap ghore kijiye to dajal ka kaam shuru ho gaya tha jab insan paida hua jabi se.</w:t>
      </w:r>
    </w:p>
    <w:p>
      <w:pPr>
        <w:jc w:val="right"/>
      </w:pPr>
      <w:r>
        <w:t>تو آپ غور کیجیے تو دجل کا کام شروع ہو گیا تھا جب انسان پیدا ہوا جبی سے۔</w:t>
      </w:r>
    </w:p>
    <w:p>
      <w:r>
        <w:rPr>
          <w:b/>
        </w:rPr>
        <w:t xml:space="preserve">[02:08] </w:t>
      </w:r>
      <w:r>
        <w:t>pehlay jo dajal hua, pehlay jo dajal hota tha woh</w:t>
      </w:r>
    </w:p>
    <w:p>
      <w:pPr>
        <w:jc w:val="right"/>
      </w:pPr>
      <w:r>
        <w:t>پہلے جو دجل ہوا، پہلے جو دجل ہوتا تھا وہ</w:t>
      </w:r>
    </w:p>
    <w:p>
      <w:r>
        <w:rPr>
          <w:b/>
        </w:rPr>
        <w:t xml:space="preserve">[02:13] </w:t>
      </w:r>
      <w:r>
        <w:t>bohat hi simple way mein hota tha.</w:t>
      </w:r>
    </w:p>
    <w:p>
      <w:pPr>
        <w:jc w:val="right"/>
      </w:pPr>
      <w:r>
        <w:t>بہت ہی سمپل وے میں ہوتا تھا۔</w:t>
      </w:r>
    </w:p>
    <w:p>
      <w:r>
        <w:rPr>
          <w:b/>
        </w:rPr>
        <w:t xml:space="preserve">[02:18] </w:t>
      </w:r>
      <w:r>
        <w:t>اس کو آپ simple deception کہہ سکتے ہیں۔</w:t>
      </w:r>
    </w:p>
    <w:p>
      <w:pPr>
        <w:jc w:val="right"/>
      </w:pPr>
      <w:r>
        <w:t>اس کو آپ سمپل ڈیسیپشن کہہ سکتے ہیں۔</w:t>
      </w:r>
    </w:p>
    <w:p>
      <w:r>
        <w:rPr>
          <w:b/>
        </w:rPr>
        <w:t xml:space="preserve">[02:23] </w:t>
      </w:r>
      <w:r>
        <w:t>baad ke zamanay mein jo hai bohat hi hoshiyari ke sath yeh kaam hone wala tha.</w:t>
      </w:r>
    </w:p>
    <w:p>
      <w:pPr>
        <w:jc w:val="right"/>
      </w:pPr>
      <w:r>
        <w:t>بعد کے زمانے میں جو ہے بہت ہی ہوشیاری کے ساتھ یہ کام ہونے والا تھا۔</w:t>
      </w:r>
    </w:p>
    <w:p>
      <w:r>
        <w:rPr>
          <w:b/>
        </w:rPr>
        <w:t xml:space="preserve">[02:29] </w:t>
      </w:r>
      <w:r>
        <w:t>جس کو آپ cunning deception کہہ سکتے ہیں۔</w:t>
      </w:r>
    </w:p>
    <w:p>
      <w:pPr>
        <w:jc w:val="right"/>
      </w:pPr>
      <w:r>
        <w:t>جس کو آپ کننگ ڈیسیپشن کہہ سکتے ہیں۔</w:t>
      </w:r>
    </w:p>
    <w:p>
      <w:r>
        <w:rPr>
          <w:b/>
        </w:rPr>
        <w:t xml:space="preserve">[02:34] </w:t>
      </w:r>
      <w:r>
        <w:t>to is ka matlab hai ke do age hain dajali ke.</w:t>
      </w:r>
    </w:p>
    <w:p>
      <w:pPr>
        <w:jc w:val="right"/>
      </w:pPr>
      <w:r>
        <w:t>تو اس کا معنی ہے کہ دو ایج ہیں دجالی کے۔</w:t>
      </w:r>
    </w:p>
    <w:p>
      <w:r>
        <w:rPr>
          <w:b/>
        </w:rPr>
        <w:t xml:space="preserve">[02:39] </w:t>
      </w:r>
      <w:r>
        <w:t>ek hai simple deception ka age aur doosra hai cunning deception ka age.</w:t>
      </w:r>
    </w:p>
    <w:p>
      <w:pPr>
        <w:jc w:val="right"/>
      </w:pPr>
      <w:r>
        <w:t>ایک ہے سمپل ڈیسیپشن کا ایج اور دوسرا ہے کننگ ڈیسیپشن کا ایج۔</w:t>
      </w:r>
    </w:p>
    <w:p>
      <w:r>
        <w:rPr>
          <w:b/>
        </w:rPr>
        <w:t xml:space="preserve">[02:44] </w:t>
      </w:r>
      <w:r>
        <w:t>to baad ke zamanay mein jabke dajal ka kaam ya dajali ka kaam bohat hi ziyada hoshiyari ke</w:t>
      </w:r>
    </w:p>
    <w:p>
      <w:pPr>
        <w:jc w:val="right"/>
      </w:pPr>
      <w:r>
        <w:t>تو بعد کے زمانے میں جبکہ دجل کا کام یا دجالی کا کام بہت ہی زیادہ ہوشیاری کے</w:t>
      </w:r>
    </w:p>
    <w:p>
      <w:r>
        <w:rPr>
          <w:b/>
        </w:rPr>
        <w:t xml:space="preserve">[02:48] </w:t>
      </w:r>
      <w:r>
        <w:t>sath kiya jaane wala tha.</w:t>
      </w:r>
    </w:p>
    <w:p>
      <w:pPr>
        <w:jc w:val="right"/>
      </w:pPr>
      <w:r>
        <w:t>ساتھ کیا جانے والا تھا۔</w:t>
      </w:r>
    </w:p>
    <w:p>
      <w:r>
        <w:rPr>
          <w:b/>
        </w:rPr>
        <w:t xml:space="preserve">[02:52] </w:t>
      </w:r>
      <w:r>
        <w:t>ziyada baray paimane par.</w:t>
      </w:r>
    </w:p>
    <w:p>
      <w:pPr>
        <w:jc w:val="right"/>
      </w:pPr>
      <w:r>
        <w:t>زیادہ بڑے پیمانے پر۔</w:t>
      </w:r>
    </w:p>
    <w:p>
      <w:r>
        <w:rPr>
          <w:b/>
        </w:rPr>
        <w:t xml:space="preserve">[02:57] </w:t>
      </w:r>
      <w:r>
        <w:t>to isi ko dajjal kaha gaya.</w:t>
      </w:r>
    </w:p>
    <w:p>
      <w:pPr>
        <w:jc w:val="right"/>
      </w:pPr>
      <w:r>
        <w:t>تو اسی کو دجال کہا گیا۔</w:t>
      </w:r>
    </w:p>
    <w:p>
      <w:r>
        <w:rPr>
          <w:b/>
        </w:rPr>
        <w:t xml:space="preserve">[03:01] </w:t>
      </w:r>
      <w:r>
        <w:t>warna dajal ka jo kaam hai woh to hamesha hota raha hai.</w:t>
      </w:r>
    </w:p>
    <w:p>
      <w:pPr>
        <w:jc w:val="right"/>
      </w:pPr>
      <w:r>
        <w:t>ورنہ دجل کا جو کام ہے وہ تو ہمیشہ ہوتا رہا ہے۔</w:t>
      </w:r>
    </w:p>
    <w:p>
      <w:r>
        <w:rPr>
          <w:b/>
        </w:rPr>
        <w:t xml:space="preserve">[03:05] </w:t>
      </w:r>
      <w:r>
        <w:t>yahan tak ke Hazrat Adam hi se shuru ho gaya woh.</w:t>
      </w:r>
    </w:p>
    <w:p>
      <w:pPr>
        <w:jc w:val="right"/>
      </w:pPr>
      <w:r>
        <w:t>یہاں تک کہ حضرت آدم ہی سے شروع ہو گیا وہ۔</w:t>
      </w:r>
    </w:p>
    <w:p>
      <w:r>
        <w:rPr>
          <w:b/>
        </w:rPr>
        <w:t xml:space="preserve">[03:10] </w:t>
      </w:r>
      <w:r>
        <w:t>dekhen, Adam jab</w:t>
      </w:r>
    </w:p>
    <w:p>
      <w:pPr>
        <w:jc w:val="right"/>
      </w:pPr>
      <w:r>
        <w:t>دیکھیں، آدم جب</w:t>
      </w:r>
    </w:p>
    <w:p>
      <w:r>
        <w:rPr>
          <w:b/>
        </w:rPr>
        <w:t xml:space="preserve">[03:14] </w:t>
      </w:r>
      <w:r>
        <w:t>paradise mein thay, jannat mein to wahan par ek tree tha, five burden tree.</w:t>
      </w:r>
    </w:p>
    <w:p>
      <w:pPr>
        <w:jc w:val="right"/>
      </w:pPr>
      <w:r>
        <w:t>پارڈائز میں تھے، جنت میں تو وہاں پر ایک ٹری تھا، فائیو برڈن ٹری۔</w:t>
      </w:r>
    </w:p>
    <w:p>
      <w:r>
        <w:rPr>
          <w:b/>
        </w:rPr>
        <w:t xml:space="preserve">[03:19] </w:t>
      </w:r>
      <w:r>
        <w:t>Allah taala ne kaha tha ke Adam se ke tum is ke paas na jao.</w:t>
      </w:r>
    </w:p>
    <w:p>
      <w:pPr>
        <w:jc w:val="right"/>
      </w:pPr>
      <w:r>
        <w:t>اللہ تعالیٰ نے کہا تھا کہ آدم سے کہ تم اس کے پاس نہ جاؤ۔</w:t>
      </w:r>
    </w:p>
    <w:p>
      <w:r>
        <w:rPr>
          <w:b/>
        </w:rPr>
        <w:t xml:space="preserve">[03:24] </w:t>
      </w:r>
      <w:r>
        <w:t>don't approach this tree.</w:t>
      </w:r>
    </w:p>
    <w:p>
      <w:pPr>
        <w:jc w:val="right"/>
      </w:pPr>
      <w:r>
        <w:t>ڈونٹ اپروچ دس ٹری۔</w:t>
      </w:r>
    </w:p>
    <w:p>
      <w:r>
        <w:rPr>
          <w:b/>
        </w:rPr>
        <w:t xml:space="preserve">[03:29] </w:t>
      </w:r>
      <w:r>
        <w:t>to shaitan ne behkaya.</w:t>
      </w:r>
    </w:p>
    <w:p>
      <w:pPr>
        <w:jc w:val="right"/>
      </w:pPr>
      <w:r>
        <w:t>تو شیطان نے بہکایا۔</w:t>
      </w:r>
    </w:p>
    <w:p>
      <w:r>
        <w:rPr>
          <w:b/>
        </w:rPr>
        <w:t xml:space="preserve">[03:34] </w:t>
      </w:r>
      <w:r>
        <w:t>shaitan ne kaha ke yeh jo peed hai yeh to tumhare liye bohat bari blessing hai.</w:t>
      </w:r>
    </w:p>
    <w:p>
      <w:pPr>
        <w:jc w:val="right"/>
      </w:pPr>
      <w:r>
        <w:t>شیطان نے کہا کہ یہ جو پیڑ ہے یہ تو تمہارے لیے بہت بڑی بلیسنگ ہے۔</w:t>
      </w:r>
    </w:p>
    <w:p>
      <w:r>
        <w:rPr>
          <w:b/>
        </w:rPr>
        <w:t xml:space="preserve">[03:39] </w:t>
      </w:r>
      <w:r>
        <w:t>agar tum ne is ka phal kha liya to tum ko</w:t>
      </w:r>
    </w:p>
    <w:p>
      <w:pPr>
        <w:jc w:val="right"/>
      </w:pPr>
      <w:r>
        <w:t>اگر تم نے اس کا پھل کھا لیا تو تم کو</w:t>
      </w:r>
    </w:p>
    <w:p>
      <w:r>
        <w:rPr>
          <w:b/>
        </w:rPr>
        <w:t xml:space="preserve">[03:44] </w:t>
      </w:r>
      <w:r>
        <w:t>eternity mil jayegi.</w:t>
      </w:r>
    </w:p>
    <w:p>
      <w:pPr>
        <w:jc w:val="right"/>
      </w:pPr>
      <w:r>
        <w:t>ایٹرنیٹی مل جائے گی۔</w:t>
      </w:r>
    </w:p>
    <w:p>
      <w:r>
        <w:rPr>
          <w:b/>
        </w:rPr>
        <w:t xml:space="preserve">[03:50] </w:t>
      </w:r>
      <w:r>
        <w:t>jiska matlab hai ke jo five burden tree tha us ko us ne tree of eternity bataya Adam ko.</w:t>
      </w:r>
    </w:p>
    <w:p>
      <w:pPr>
        <w:jc w:val="right"/>
      </w:pPr>
      <w:r>
        <w:t>جس کا معنی ہے کہ جو فائیو برڈن ٹری تھا اس کو اس نے ٹری آف ایٹرنیٹی بتایا آدم کو۔</w:t>
      </w:r>
    </w:p>
    <w:p>
      <w:r>
        <w:rPr>
          <w:b/>
        </w:rPr>
        <w:t xml:space="preserve">[03:56] </w:t>
      </w:r>
      <w:r>
        <w:t>keh is ko kha lo ge to tum ko eternal life mil jae gi.</w:t>
      </w:r>
    </w:p>
    <w:p>
      <w:pPr>
        <w:jc w:val="right"/>
      </w:pPr>
      <w:r>
        <w:t>کہ اس کو کھا لو گے تو تم کو ایٹرنل لائف مل جائے گی۔</w:t>
      </w:r>
    </w:p>
    <w:p>
      <w:r>
        <w:rPr>
          <w:b/>
        </w:rPr>
        <w:t xml:space="preserve">[04:02] </w:t>
      </w:r>
      <w:r>
        <w:t>hamesha ke liye paradise mil jae gi.</w:t>
      </w:r>
    </w:p>
    <w:p>
      <w:pPr>
        <w:jc w:val="right"/>
      </w:pPr>
      <w:r>
        <w:t>ہمیشہ کے لیے پارڈائز مل جائے گی۔</w:t>
      </w:r>
    </w:p>
    <w:p>
      <w:r>
        <w:rPr>
          <w:b/>
        </w:rPr>
        <w:t xml:space="preserve">[04:08] </w:t>
      </w:r>
      <w:r>
        <w:t>is tarah se unhon ne is five burden tree ka phal kha lia aur phir jannat se nikale gae.</w:t>
      </w:r>
    </w:p>
    <w:p>
      <w:pPr>
        <w:jc w:val="right"/>
      </w:pPr>
      <w:r>
        <w:t>اس طرح سے انہوں نے اس فائیو برڈن ٹری کا پھل کھا لیا اور پھر جنت سے نکالے گئے۔</w:t>
      </w:r>
    </w:p>
    <w:p>
      <w:r>
        <w:rPr>
          <w:b/>
        </w:rPr>
        <w:t xml:space="preserve">[04:14] </w:t>
      </w:r>
      <w:r>
        <w:t>yeh tha pehla case deceiving ka ya dajali ka.</w:t>
      </w:r>
    </w:p>
    <w:p>
      <w:pPr>
        <w:jc w:val="right"/>
      </w:pPr>
      <w:r>
        <w:t>یہ تھا پہلا کیس ڈیسیونگ کا یا دجالی کا۔</w:t>
      </w:r>
    </w:p>
    <w:p>
      <w:r>
        <w:rPr>
          <w:b/>
        </w:rPr>
        <w:t xml:space="preserve">[04:18] </w:t>
      </w:r>
      <w:r>
        <w:t>magar yeh bohat hi simple way mein tha.</w:t>
      </w:r>
    </w:p>
    <w:p>
      <w:pPr>
        <w:jc w:val="right"/>
      </w:pPr>
      <w:r>
        <w:t>مگر یہ بہت ہی سمپل وے میں تھا۔</w:t>
      </w:r>
    </w:p>
    <w:p>
      <w:r>
        <w:rPr>
          <w:b/>
        </w:rPr>
        <w:t xml:space="preserve">[04:23] </w:t>
      </w:r>
      <w:r>
        <w:t>is ko mein kahoon ga keh woh simple deception tha woh.</w:t>
      </w:r>
    </w:p>
    <w:p>
      <w:pPr>
        <w:jc w:val="right"/>
      </w:pPr>
      <w:r>
        <w:t>اس کو میں کہوں گا کہ وہ سمپل ڈیسیپشن تھا وہ۔</w:t>
      </w:r>
    </w:p>
    <w:p>
      <w:r>
        <w:rPr>
          <w:b/>
        </w:rPr>
        <w:t xml:space="preserve">[04:27] </w:t>
      </w:r>
      <w:r>
        <w:t>phir poori history mein chalta raha, chalta raha, chalta raha.</w:t>
      </w:r>
    </w:p>
    <w:p>
      <w:pPr>
        <w:jc w:val="right"/>
      </w:pPr>
      <w:r>
        <w:t>پھر پوری ہسٹری میں چلتا رہا، چلتا رہا، چلتا رہا۔</w:t>
      </w:r>
    </w:p>
    <w:p>
      <w:r>
        <w:rPr>
          <w:b/>
        </w:rPr>
        <w:t xml:space="preserve">[04:32] </w:t>
      </w:r>
      <w:r>
        <w:t>yeh modern age jis ko hum kehte hain.</w:t>
      </w:r>
    </w:p>
    <w:p>
      <w:pPr>
        <w:jc w:val="right"/>
      </w:pPr>
      <w:r>
        <w:t>یہ ماڈرن ایج جس کو ہم کہتے ہیں۔</w:t>
      </w:r>
    </w:p>
    <w:p>
      <w:r>
        <w:rPr>
          <w:b/>
        </w:rPr>
        <w:t xml:space="preserve">[04:36] </w:t>
      </w:r>
      <w:r>
        <w:t>modern age mein har cheez bohat hi articulate way mein ki jati hai.</w:t>
      </w:r>
    </w:p>
    <w:p>
      <w:pPr>
        <w:jc w:val="right"/>
      </w:pPr>
      <w:r>
        <w:t>ماڈرن ایج میں ہر چیز بہت ہی آرٹیکولیٹ وے میں کی جاتی ہے۔</w:t>
      </w:r>
    </w:p>
    <w:p>
      <w:r>
        <w:rPr>
          <w:b/>
        </w:rPr>
        <w:t xml:space="preserve">[04:41] </w:t>
      </w:r>
      <w:r>
        <w:t>bohat hi hoshiari ke sath ki jati hai. bohat hi</w:t>
      </w:r>
    </w:p>
    <w:p>
      <w:pPr>
        <w:jc w:val="right"/>
      </w:pPr>
      <w:r>
        <w:t>بہت ہی ہوشیاری کے ساتھ کی جاتی ہے۔ بہت ہی</w:t>
      </w:r>
    </w:p>
    <w:p>
      <w:r>
        <w:rPr>
          <w:b/>
        </w:rPr>
        <w:t xml:space="preserve">[04:45] </w:t>
      </w:r>
      <w:r>
        <w:t>aam insan samajh na pae keh yeh dhoka diya ja raha hai.</w:t>
      </w:r>
    </w:p>
    <w:p>
      <w:pPr>
        <w:jc w:val="right"/>
      </w:pPr>
      <w:r>
        <w:t>عام انسان سمجھ نہ پائے کہ یہ دھوکہ دیا جا رہا ہے۔</w:t>
      </w:r>
    </w:p>
    <w:p>
      <w:r>
        <w:rPr>
          <w:b/>
        </w:rPr>
        <w:t xml:space="preserve">[04:50] </w:t>
      </w:r>
      <w:r>
        <w:t>isi liye mein is ko cunning deception kahoon ga.</w:t>
      </w:r>
    </w:p>
    <w:p>
      <w:pPr>
        <w:jc w:val="right"/>
      </w:pPr>
      <w:r>
        <w:t>اسی لیے میں اس کو کننگ ڈیسیپشن کہوں گا۔</w:t>
      </w:r>
    </w:p>
    <w:p>
      <w:r>
        <w:rPr>
          <w:b/>
        </w:rPr>
        <w:t xml:space="preserve">[04:55] </w:t>
      </w:r>
      <w:r>
        <w:t>to yeh jo daur hai baad wala isi ke zamane mein paida hone wale jo jo mis lead</w:t>
      </w:r>
    </w:p>
    <w:p>
      <w:pPr>
        <w:jc w:val="right"/>
      </w:pPr>
      <w:r>
        <w:t>تو یہ جو دور ہے بعد والا اسی کے زمانے میں پیدا ہونے والے جو جو مس لیڈ</w:t>
      </w:r>
    </w:p>
    <w:p>
      <w:r>
        <w:rPr>
          <w:b/>
        </w:rPr>
        <w:t xml:space="preserve">[05:00] </w:t>
      </w:r>
      <w:r>
        <w:t>karen ge un ko dajjal kaha gaya hai.</w:t>
      </w:r>
    </w:p>
    <w:p>
      <w:pPr>
        <w:jc w:val="right"/>
      </w:pPr>
      <w:r>
        <w:t>کریں گے ان کو دجال کہا گیا ہے۔</w:t>
      </w:r>
    </w:p>
    <w:p>
      <w:r>
        <w:rPr>
          <w:b/>
        </w:rPr>
        <w:t xml:space="preserve">[05:05] </w:t>
      </w:r>
      <w:r>
        <w:t>is ko samjhiye.</w:t>
      </w:r>
    </w:p>
    <w:p>
      <w:pPr>
        <w:jc w:val="right"/>
      </w:pPr>
      <w:r>
        <w:t>اس کو سمجھیے۔</w:t>
      </w:r>
    </w:p>
    <w:p>
      <w:r>
        <w:rPr>
          <w:b/>
        </w:rPr>
        <w:t xml:space="preserve">[05:11] </w:t>
      </w:r>
      <w:r>
        <w:t>dosri baat mein yeh kahoon ga keh rasool Allah ne farmaya hadith mein keh Adam se le kar qayamat tak</w:t>
      </w:r>
    </w:p>
    <w:p>
      <w:pPr>
        <w:jc w:val="right"/>
      </w:pPr>
      <w:r>
        <w:t>دوسری بات میں یہ کہوں گا کہ رسول اللہ نے فرمایا حدیث میں کہ آدم سے لے کر قیامت تک</w:t>
      </w:r>
    </w:p>
    <w:p>
      <w:r>
        <w:rPr>
          <w:b/>
        </w:rPr>
        <w:t xml:space="preserve">[05:16] </w:t>
      </w:r>
      <w:r>
        <w:t>sab se bada jo khatra hai woh dajjal ka khatra hai. Adam se le kar qayamat tak sab se bada khatra dajjal ka khatra hai jo aadmi ko behkayega. aur aap ne yeh bhi farmaya rasool Allah sal Allah alaihi wasallam ne ke jitne bhi paighambar aaye Allah taala ki taraf se sab apne zamaney mein logon ko darate rahe ke dekho dajjal aane wala hai. to yeh itna bada khatra tha ke s</w:t>
      </w:r>
    </w:p>
    <w:p>
      <w:pPr>
        <w:jc w:val="right"/>
      </w:pPr>
      <w:r>
        <w:t>سب سے بڑا جو خطرہ ہے وہ دجال کا خطرہ ہے۔ آدم سے لے کر قیامت تک سب سے بڑا خطرہ دجال کا خطرہ ہے جو آدمی کو بہکائے گا۔ اور آپ نے یہ بھی فرمایا رسول اللہ صلی اللہ علیہ وسلم نے کہ جتنے بھی پیغمبر آئے اللہ تعالیٰ کی طرف سے سب اپنے زمانے میں لوگوں کو ڈراتے رہے کہ دیکھو دجال آنے والا ہے۔ تو یہ اتنا بڑا خطرہ تھا کہ س</w:t>
      </w:r>
    </w:p>
    <w:p>
      <w:r>
        <w:rPr>
          <w:b/>
        </w:rPr>
        <w:t xml:space="preserve">[05:46] </w:t>
      </w:r>
      <w:r>
        <w:t>are paighambaron ki zuban se Allah taala ne is ke baray mein logon ko daraya taake log hoshiyar rahen. aur phir hadees mein bahut baqayda tor par tafseer ke saath woh signs bataye gaye, signs yaani alamatain ke aap jaan len qayamat aayegi, qayamat se pehle yeh alamatain aayengi, phir dajjal aayega. to woh saari baatein agar aap sincere hon, sach much aap ko concerned ho</w:t>
      </w:r>
    </w:p>
    <w:p>
      <w:pPr>
        <w:jc w:val="right"/>
      </w:pPr>
      <w:r>
        <w:t>ارے پیغمبروں کی زبان سے اللہ تعالیٰ نے اس کے بارے میں لوگوں کو ڈرایا تاکہ لوگ ہوشیار رہیں۔ اور پھر حدیث میں بہت باقاعدہ طور پر تفسیر کے ساتھ وہ سائنز بتائے گئے، سائنز یعنی علامتیں کہ آپ جان لیں قیامت آئے گی، قیامت سے پہلے یہ علامتیں آئیں گی، پھر دجال آئے گا۔ تو وہ ساری باتیں اگر آپ سنسیئر ہوں، سچ مچ آپ کو کنسرنڈ ہو</w:t>
      </w:r>
    </w:p>
    <w:p>
      <w:r>
        <w:rPr>
          <w:b/>
        </w:rPr>
        <w:t xml:space="preserve">[06:16] </w:t>
      </w:r>
      <w:r>
        <w:t>is baat ko janne ka keh dajjal kiya hai, dajjalism kiya hai to undoubtedly aap samajh sakte</w:t>
      </w:r>
    </w:p>
    <w:p>
      <w:pPr>
        <w:jc w:val="right"/>
      </w:pPr>
      <w:r>
        <w:t>اس بات کو جاننے کا کہ دجال کیا ہے، دجالزم کیا ہے تو ان ڈاؤٹیڈلی آپ سمجھ سکتے</w:t>
      </w:r>
    </w:p>
    <w:p>
      <w:r>
        <w:rPr>
          <w:b/>
        </w:rPr>
        <w:t xml:space="preserve">[06:21] </w:t>
      </w:r>
      <w:r>
        <w:t>hain keh kiya dajali hai aur kiya dajjal hai aur kab aya hua hai, aya hua hai.</w:t>
      </w:r>
    </w:p>
    <w:p>
      <w:pPr>
        <w:jc w:val="right"/>
      </w:pPr>
      <w:r>
        <w:t>ہیں کہ کیا دجالی ہے اور کیا دجال ہے اور کب آیا ہوا ہے، آیا ہوا ہے۔</w:t>
      </w:r>
    </w:p>
    <w:p>
      <w:r>
        <w:rPr>
          <w:b/>
        </w:rPr>
        <w:t xml:space="preserve">[06:26] </w:t>
      </w:r>
      <w:r>
        <w:t>mein ne yahan tak parha hai dajjal ka zamana aa chuka hai.</w:t>
      </w:r>
    </w:p>
    <w:p>
      <w:pPr>
        <w:jc w:val="right"/>
      </w:pPr>
      <w:r>
        <w:t>میں نے یہاں تک پڑھا ہے دجال کا زمانہ آ چکا ہے۔</w:t>
      </w:r>
    </w:p>
    <w:p>
      <w:r>
        <w:rPr>
          <w:b/>
        </w:rPr>
        <w:t xml:space="preserve">[06:31] </w:t>
      </w:r>
      <w:r>
        <w:t>dajjal zahir ho chuka hai.</w:t>
      </w:r>
    </w:p>
    <w:p>
      <w:pPr>
        <w:jc w:val="right"/>
      </w:pPr>
      <w:r>
        <w:t>دجال ظاہر ہو چکا ہے۔</w:t>
      </w:r>
    </w:p>
    <w:p>
      <w:r>
        <w:rPr>
          <w:b/>
        </w:rPr>
        <w:t xml:space="preserve">[06:36] </w:t>
      </w:r>
      <w:r>
        <w:t>jo log abhi wait kar rahe hain to woh sirf qayamat ka wait kar rahe hain.</w:t>
      </w:r>
    </w:p>
    <w:p>
      <w:pPr>
        <w:jc w:val="right"/>
      </w:pPr>
      <w:r>
        <w:t>جو لوگ ابھی ویٹ کر رہے ہیں تو وہ صرف قیامت کا ویٹ کر رہے ہیں۔</w:t>
      </w:r>
    </w:p>
    <w:p>
      <w:r>
        <w:rPr>
          <w:b/>
        </w:rPr>
        <w:t xml:space="preserve">[06:41] </w:t>
      </w:r>
      <w:r>
        <w:t>un ke hisse mein sirf yeh ae ga keh israfel ka</w:t>
      </w:r>
    </w:p>
    <w:p>
      <w:pPr>
        <w:jc w:val="right"/>
      </w:pPr>
      <w:r>
        <w:t>ان کے حصے میں صرف یہ آئے گا کہ اسرافیل کا</w:t>
      </w:r>
    </w:p>
    <w:p>
      <w:r>
        <w:rPr>
          <w:b/>
        </w:rPr>
        <w:t xml:space="preserve">[06:46] </w:t>
      </w:r>
      <w:r>
        <w:t>soor phoonka jae aur un ko afsos karna ho keh dekho hum ne to kuch kiya nahi aur</w:t>
      </w:r>
    </w:p>
    <w:p>
      <w:pPr>
        <w:jc w:val="right"/>
      </w:pPr>
      <w:r>
        <w:t>سور پھونکا جائے اور ان کو افسوس کرنا ہو کہ دیکھو ہم نے تو کچھ کیا نہیں اور</w:t>
      </w:r>
    </w:p>
    <w:p>
      <w:r>
        <w:rPr>
          <w:b/>
        </w:rPr>
        <w:t xml:space="preserve">[06:50] </w:t>
      </w:r>
      <w:r>
        <w:t>qayamat aa gai.</w:t>
      </w:r>
    </w:p>
    <w:p>
      <w:pPr>
        <w:jc w:val="right"/>
      </w:pPr>
      <w:r>
        <w:t>قیامت آ گئی۔</w:t>
      </w:r>
    </w:p>
    <w:p>
      <w:r>
        <w:rPr>
          <w:b/>
        </w:rPr>
        <w:t xml:space="preserve">[06:55] </w:t>
      </w:r>
      <w:r>
        <w:t>to dajjal aa chuka hai, ane wala nahi hai.</w:t>
      </w:r>
    </w:p>
    <w:p>
      <w:pPr>
        <w:jc w:val="right"/>
      </w:pPr>
      <w:r>
        <w:t>تو دجال آ چکا ہے، آنے والا نہیں ہے۔</w:t>
      </w:r>
    </w:p>
    <w:p>
      <w:r>
        <w:rPr>
          <w:b/>
        </w:rPr>
        <w:t xml:space="preserve">[06:59] </w:t>
      </w:r>
      <w:r>
        <w:t>to hamein bohat ziyada hoshiyari ke sath is mamle mein jeena chahiye.</w:t>
      </w:r>
    </w:p>
    <w:p>
      <w:pPr>
        <w:jc w:val="right"/>
      </w:pPr>
      <w:r>
        <w:t>تو ہمیں بہت زیادہ ہوشیاری کے ساتھ اس معاملے میں جینا چاہیے۔</w:t>
      </w:r>
    </w:p>
    <w:p>
      <w:r>
        <w:rPr>
          <w:b/>
        </w:rPr>
        <w:t xml:space="preserve">[07:03] </w:t>
      </w:r>
      <w:r>
        <w:t>ab dekhen ke dajjal kya hai.</w:t>
      </w:r>
    </w:p>
    <w:p>
      <w:pPr>
        <w:jc w:val="right"/>
      </w:pPr>
      <w:r>
        <w:t>اب دیکھیں کہ دجال کیا ہے۔</w:t>
      </w:r>
    </w:p>
    <w:p>
      <w:r>
        <w:rPr>
          <w:b/>
        </w:rPr>
        <w:t xml:space="preserve">[07:08] </w:t>
      </w:r>
      <w:r>
        <w:t>main ne is par bohat ziyada ghor kiya to mujhe ek kulo mila, CLUE kulo.</w:t>
      </w:r>
    </w:p>
    <w:p>
      <w:pPr>
        <w:jc w:val="right"/>
      </w:pPr>
      <w:r>
        <w:t>میں نے اس پر بہت زیادہ غور کیا تو مجھے ایک کلو ملا، سی ایل یو ای کلو۔</w:t>
      </w:r>
    </w:p>
    <w:p>
      <w:r>
        <w:rPr>
          <w:b/>
        </w:rPr>
        <w:t xml:space="preserve">[07:12] </w:t>
      </w:r>
      <w:r>
        <w:t>wo kulo hadith mein tha.</w:t>
      </w:r>
    </w:p>
    <w:p>
      <w:pPr>
        <w:jc w:val="right"/>
      </w:pPr>
      <w:r>
        <w:t>وہ کلو حدیث میں تھا۔</w:t>
      </w:r>
    </w:p>
    <w:p>
      <w:r>
        <w:rPr>
          <w:b/>
        </w:rPr>
        <w:t xml:space="preserve">[07:16] </w:t>
      </w:r>
      <w:r>
        <w:t>hadith dekhen, hadith ki bohat si kitaben hain.</w:t>
      </w:r>
    </w:p>
    <w:p>
      <w:pPr>
        <w:jc w:val="right"/>
      </w:pPr>
      <w:r>
        <w:t>حدیث دیکھیں، حدیث کی بہت سی کتابیں ہیں۔</w:t>
      </w:r>
    </w:p>
    <w:p>
      <w:r>
        <w:rPr>
          <w:b/>
        </w:rPr>
        <w:t xml:space="preserve">[07:21] </w:t>
      </w:r>
      <w:r>
        <w:t>taqreeban sab kitabon mein dajjal ka zikr aaya hai.</w:t>
      </w:r>
    </w:p>
    <w:p>
      <w:pPr>
        <w:jc w:val="right"/>
      </w:pPr>
      <w:r>
        <w:t>تقریباً سب کتابوں میں دجال کا ذکر آیا ہے۔</w:t>
      </w:r>
    </w:p>
    <w:p>
      <w:r>
        <w:rPr>
          <w:b/>
        </w:rPr>
        <w:t xml:space="preserve">[07:25] </w:t>
      </w:r>
      <w:r>
        <w:t>quran mein dajjal ka word nahin hai.</w:t>
      </w:r>
    </w:p>
    <w:p>
      <w:pPr>
        <w:jc w:val="right"/>
      </w:pPr>
      <w:r>
        <w:t>قرآن میں دجال کا ورڈ نہیں ہے۔</w:t>
      </w:r>
    </w:p>
    <w:p>
      <w:r>
        <w:rPr>
          <w:b/>
        </w:rPr>
        <w:t xml:space="preserve">[07:29] </w:t>
      </w:r>
      <w:r>
        <w:t>quran mein dajjal ka zikr nahin hai.</w:t>
      </w:r>
    </w:p>
    <w:p>
      <w:pPr>
        <w:jc w:val="right"/>
      </w:pPr>
      <w:r>
        <w:t>قرآن میں دجال کا ذکر نہیں ہے۔</w:t>
      </w:r>
    </w:p>
    <w:p>
      <w:r>
        <w:rPr>
          <w:b/>
        </w:rPr>
        <w:t xml:space="preserve">[07:34] </w:t>
      </w:r>
      <w:r>
        <w:t>lekin hadith mein to bhari hui hain riwayaten.</w:t>
      </w:r>
    </w:p>
    <w:p>
      <w:pPr>
        <w:jc w:val="right"/>
      </w:pPr>
      <w:r>
        <w:t>لیکن حدیث میں تو بھری ہوئی ہیں روایتیں۔</w:t>
      </w:r>
    </w:p>
    <w:p>
      <w:r>
        <w:rPr>
          <w:b/>
        </w:rPr>
        <w:t xml:space="preserve">[07:38] </w:t>
      </w:r>
      <w:r>
        <w:t>to hadith mein aane se is ka darja kam nahin hua.</w:t>
      </w:r>
    </w:p>
    <w:p>
      <w:pPr>
        <w:jc w:val="right"/>
      </w:pPr>
      <w:r>
        <w:t>تو حدیث میں آنے سے اس کا درجہ کم نہیں ہوا۔</w:t>
      </w:r>
    </w:p>
    <w:p>
      <w:r>
        <w:rPr>
          <w:b/>
        </w:rPr>
        <w:t xml:space="preserve">[07:42] </w:t>
      </w:r>
      <w:r>
        <w:t>main samajhta hoon ke ab isi yaqeen ke sath hamein manna chahiye jis yaqeen ke sath</w:t>
      </w:r>
    </w:p>
    <w:p>
      <w:pPr>
        <w:jc w:val="right"/>
      </w:pPr>
      <w:r>
        <w:t>میں سمجھتا ہوں کہ اب اسی یقین کے ساتھ ہمیں ماننا چاہیے جس یقین کے ساتھ</w:t>
      </w:r>
    </w:p>
    <w:p>
      <w:r>
        <w:rPr>
          <w:b/>
        </w:rPr>
        <w:t xml:space="preserve">[07:46] </w:t>
      </w:r>
      <w:r>
        <w:t>quran ki kisi baat ko hum mante hain.</w:t>
      </w:r>
    </w:p>
    <w:p>
      <w:pPr>
        <w:jc w:val="right"/>
      </w:pPr>
      <w:r>
        <w:t>قرآن کی کسی بات کو ہم مانتے ہیں۔</w:t>
      </w:r>
    </w:p>
    <w:p>
      <w:r>
        <w:rPr>
          <w:b/>
        </w:rPr>
        <w:t xml:space="preserve">[07:50] </w:t>
      </w:r>
      <w:r>
        <w:t>kyun ke riwayaten bohat aayi hui hain.</w:t>
      </w:r>
    </w:p>
    <w:p>
      <w:pPr>
        <w:jc w:val="right"/>
      </w:pPr>
      <w:r>
        <w:t>کیونکہ روایتیں بہت آئی ہوئی ہیں۔</w:t>
      </w:r>
    </w:p>
    <w:p>
      <w:r>
        <w:rPr>
          <w:b/>
        </w:rPr>
        <w:t xml:space="preserve">[07:54] </w:t>
      </w:r>
      <w:r>
        <w:t>to bukhari ki ek riwayat mein mujhe ek kulo mila.</w:t>
      </w:r>
    </w:p>
    <w:p>
      <w:pPr>
        <w:jc w:val="right"/>
      </w:pPr>
      <w:r>
        <w:t>تو بخاری کی ایک روایت میں مجھے ایک کلو ملا۔</w:t>
      </w:r>
    </w:p>
    <w:p>
      <w:r>
        <w:rPr>
          <w:b/>
        </w:rPr>
        <w:t xml:space="preserve">[07:58] </w:t>
      </w:r>
      <w:r>
        <w:t>wo kulo yeh hai ke dajjal awar ho ga.</w:t>
      </w:r>
    </w:p>
    <w:p>
      <w:pPr>
        <w:jc w:val="right"/>
      </w:pPr>
      <w:r>
        <w:t>وہ کلو یہ ہے کہ دجال آور ہو گا۔</w:t>
      </w:r>
    </w:p>
    <w:p>
      <w:r>
        <w:rPr>
          <w:b/>
        </w:rPr>
        <w:t xml:space="preserve">[08:02] </w:t>
      </w:r>
      <w:r>
        <w:t>ALIF AIN WAO RAY awar.</w:t>
      </w:r>
    </w:p>
    <w:p>
      <w:pPr>
        <w:jc w:val="right"/>
      </w:pPr>
      <w:r>
        <w:t>الف عین واؤ رے آور۔</w:t>
      </w:r>
    </w:p>
    <w:p>
      <w:r>
        <w:rPr>
          <w:b/>
        </w:rPr>
        <w:t xml:space="preserve">[08:05] </w:t>
      </w:r>
      <w:r>
        <w:t>awar ka matlab hai one eyed, ek aankh wala.</w:t>
      </w:r>
    </w:p>
    <w:p>
      <w:pPr>
        <w:jc w:val="right"/>
      </w:pPr>
      <w:r>
        <w:t>آور کا مطلب ہے ون آئیڈ، ایک آنکھ والا۔</w:t>
      </w:r>
    </w:p>
    <w:p>
      <w:r>
        <w:rPr>
          <w:b/>
        </w:rPr>
        <w:t xml:space="preserve">[08:09] </w:t>
      </w:r>
      <w:r>
        <w:t>awar ke dajjal ek aankh wala ho ga.</w:t>
      </w:r>
    </w:p>
    <w:p>
      <w:pPr>
        <w:jc w:val="right"/>
      </w:pPr>
      <w:r>
        <w:t>آور کہ دجال ایک آنکھ والا ہو گا۔</w:t>
      </w:r>
    </w:p>
    <w:p>
      <w:r>
        <w:rPr>
          <w:b/>
        </w:rPr>
        <w:t xml:space="preserve">[08:13] </w:t>
      </w:r>
      <w:r>
        <w:t>aur riwayat mein yeh bhi hai ke is ki</w:t>
      </w:r>
    </w:p>
    <w:p>
      <w:pPr>
        <w:jc w:val="right"/>
      </w:pPr>
      <w:r>
        <w:t>اور روایت میں یہ بھی ہے کہ اس کی</w:t>
      </w:r>
    </w:p>
    <w:p>
      <w:r>
        <w:rPr>
          <w:b/>
        </w:rPr>
        <w:t xml:space="preserve">[08:17] </w:t>
      </w:r>
      <w:r>
        <w:t>dayen aankh nahin ho gi, bayen aankh ho gi.</w:t>
      </w:r>
    </w:p>
    <w:p>
      <w:pPr>
        <w:jc w:val="right"/>
      </w:pPr>
      <w:r>
        <w:t>دائیں آنکھ نہیں ہو گی، بائیں آنکھ ہو گی۔</w:t>
      </w:r>
    </w:p>
    <w:p>
      <w:r>
        <w:rPr>
          <w:b/>
        </w:rPr>
        <w:t xml:space="preserve">[08:23] </w:t>
      </w:r>
      <w:r>
        <w:t>is se mujhe kulo mila ke dajjal kya cheez hai.</w:t>
      </w:r>
    </w:p>
    <w:p>
      <w:pPr>
        <w:jc w:val="right"/>
      </w:pPr>
      <w:r>
        <w:t>اس سے مجھے کلو ملا کہ دجال کیا چیز ہے۔</w:t>
      </w:r>
    </w:p>
    <w:p>
      <w:r>
        <w:rPr>
          <w:b/>
        </w:rPr>
        <w:t xml:space="preserve">[08:29] </w:t>
      </w:r>
      <w:r>
        <w:t>dekhen, dajjal naam hai is baat ka ke one sided interpretation of things.</w:t>
      </w:r>
    </w:p>
    <w:p>
      <w:pPr>
        <w:jc w:val="right"/>
      </w:pPr>
      <w:r>
        <w:t>دیکھیں، دجال نام ہے اس بات کا کہ ون سائیڈڈ انٹرپریشن آف تھنگز۔</w:t>
      </w:r>
    </w:p>
    <w:p>
      <w:r>
        <w:rPr>
          <w:b/>
        </w:rPr>
        <w:t xml:space="preserve">[08:35] </w:t>
      </w:r>
      <w:r>
        <w:t>wo cheezon ka ek tarafah description de ga. ek tarafah.</w:t>
      </w:r>
    </w:p>
    <w:p>
      <w:pPr>
        <w:jc w:val="right"/>
      </w:pPr>
      <w:r>
        <w:t>وہ چیزوں کا ایک طرفہ ڈسکرپشن دے گا۔ ایک طرفہ۔</w:t>
      </w:r>
    </w:p>
    <w:p>
      <w:r>
        <w:rPr>
          <w:b/>
        </w:rPr>
        <w:t xml:space="preserve">[08:41] </w:t>
      </w:r>
      <w:r>
        <w:t>yani duniya ki baton ko highlight kare ga aur akhirat ki</w:t>
      </w:r>
    </w:p>
    <w:p>
      <w:pPr>
        <w:jc w:val="right"/>
      </w:pPr>
      <w:r>
        <w:t>یعنی دنیا کی باتوں کو ہائی لائٹ کرے گا اور آخرت کی</w:t>
      </w:r>
    </w:p>
    <w:p>
      <w:r>
        <w:rPr>
          <w:b/>
        </w:rPr>
        <w:t xml:space="preserve">[08:47] </w:t>
      </w:r>
      <w:r>
        <w:t>bato ko khatam kar de ga.</w:t>
      </w:r>
    </w:p>
    <w:p>
      <w:pPr>
        <w:jc w:val="right"/>
      </w:pPr>
      <w:r>
        <w:t>باتوں کو ختم کر دے گا۔</w:t>
      </w:r>
    </w:p>
    <w:p>
      <w:r>
        <w:rPr>
          <w:b/>
        </w:rPr>
        <w:t xml:space="preserve">[08:51] </w:t>
      </w:r>
      <w:r>
        <w:t>ayat mein socha hi nahi is ke bare mein.</w:t>
      </w:r>
    </w:p>
    <w:p>
      <w:pPr>
        <w:jc w:val="right"/>
      </w:pPr>
      <w:r>
        <w:t>آیت میں سوچا ہی نہیں اس کے بارے میں۔</w:t>
      </w:r>
    </w:p>
    <w:p>
      <w:r>
        <w:rPr>
          <w:b/>
        </w:rPr>
        <w:t xml:space="preserve">[08:54] </w:t>
      </w:r>
      <w:r>
        <w:t>yeh hai one sided interpretation of life.</w:t>
      </w:r>
    </w:p>
    <w:p>
      <w:pPr>
        <w:jc w:val="right"/>
      </w:pPr>
      <w:r>
        <w:t>یہ ہے ون سائیڈڈ انٹرپریشن آف لائف۔</w:t>
      </w:r>
    </w:p>
    <w:p>
      <w:r>
        <w:rPr>
          <w:b/>
        </w:rPr>
        <w:t xml:space="preserve">[08:58] </w:t>
      </w:r>
      <w:r>
        <w:t>ke aap dunya ke bare mein khoob sochen aur akhirat ke bare mein kuch na sochen.</w:t>
      </w:r>
    </w:p>
    <w:p>
      <w:pPr>
        <w:jc w:val="right"/>
      </w:pPr>
      <w:r>
        <w:t>کہ آپ دنیا کے بارے میں خوب سوچیں اور آخرت کے بارے میں کچھ نہ سوچیں۔</w:t>
      </w:r>
    </w:p>
    <w:p>
      <w:r>
        <w:rPr>
          <w:b/>
        </w:rPr>
        <w:t xml:space="preserve">[09:02] </w:t>
      </w:r>
      <w:r>
        <w:t>yeh karega woh.</w:t>
      </w:r>
    </w:p>
    <w:p>
      <w:pPr>
        <w:jc w:val="right"/>
      </w:pPr>
      <w:r>
        <w:t>یہ کرے گا وہ۔</w:t>
      </w:r>
    </w:p>
    <w:p>
      <w:r>
        <w:rPr>
          <w:b/>
        </w:rPr>
        <w:t xml:space="preserve">[09:06] </w:t>
      </w:r>
      <w:r>
        <w:t>isi ko mein keh raha hoon ke one sided interpretation of life.</w:t>
      </w:r>
    </w:p>
    <w:p>
      <w:pPr>
        <w:jc w:val="right"/>
      </w:pPr>
      <w:r>
        <w:t>اسی کو میں کہہ رہا ہوں کہ ون سائیڈڈ انٹرپریشن آف لائف۔</w:t>
      </w:r>
    </w:p>
    <w:p>
      <w:r>
        <w:rPr>
          <w:b/>
        </w:rPr>
        <w:t xml:space="preserve">[09:09] </w:t>
      </w:r>
      <w:r>
        <w:t>yeh mein is se samjha hoon ke shaitan ko kaha gaya hai ke woh jo ek aankh wala</w:t>
      </w:r>
    </w:p>
    <w:p>
      <w:pPr>
        <w:jc w:val="right"/>
      </w:pPr>
      <w:r>
        <w:t>یہ میں اس سے سمجھا ہوں کہ شیطان کو کہا گیا ہے کہ وہ جو ایک آنکھ والا</w:t>
      </w:r>
    </w:p>
    <w:p>
      <w:r>
        <w:rPr>
          <w:b/>
        </w:rPr>
        <w:t xml:space="preserve">[09:13] </w:t>
      </w:r>
      <w:r>
        <w:t>ho ga, one eyed ho ga, is ka matlab ho ga ke woh</w:t>
      </w:r>
    </w:p>
    <w:p>
      <w:pPr>
        <w:jc w:val="right"/>
      </w:pPr>
      <w:r>
        <w:t>ہو گا، ون آئیڈ ہو گا، اس کا مطلب ہو گا کہ وہ</w:t>
      </w:r>
    </w:p>
    <w:p>
      <w:r>
        <w:rPr>
          <w:b/>
        </w:rPr>
        <w:t xml:space="preserve">[09:17] </w:t>
      </w:r>
      <w:r>
        <w:t>one sided interpretation de ga life ka.</w:t>
      </w:r>
    </w:p>
    <w:p>
      <w:pPr>
        <w:jc w:val="right"/>
      </w:pPr>
      <w:r>
        <w:t>ون سائیڈڈ انٹرپریشن دے گا لائف کا۔</w:t>
      </w:r>
    </w:p>
    <w:p>
      <w:r>
        <w:rPr>
          <w:b/>
        </w:rPr>
        <w:t xml:space="preserve">[09:22] </w:t>
      </w:r>
      <w:r>
        <w:t>one sided description de ga zindagi ka.</w:t>
      </w:r>
    </w:p>
    <w:p>
      <w:pPr>
        <w:jc w:val="right"/>
      </w:pPr>
      <w:r>
        <w:t>ون سائیڈڈ ڈسکرپشن دے گا زندگی کا۔</w:t>
      </w:r>
    </w:p>
    <w:p>
      <w:r>
        <w:rPr>
          <w:b/>
        </w:rPr>
        <w:t xml:space="preserve">[09:27] </w:t>
      </w:r>
      <w:r>
        <w:t>ab mein ne is par aur mazeed ghor kiya to maloom hua ke yeh kab se shuru hua.</w:t>
      </w:r>
    </w:p>
    <w:p>
      <w:pPr>
        <w:jc w:val="right"/>
      </w:pPr>
      <w:r>
        <w:t>اب میں نے اس پر اور مزید غور کیا تو معلوم ہوا کہ یہ کب سے شروع ہوا۔</w:t>
      </w:r>
    </w:p>
    <w:p>
      <w:r>
        <w:rPr>
          <w:b/>
        </w:rPr>
        <w:t xml:space="preserve">[09:32] </w:t>
      </w:r>
      <w:r>
        <w:t>yeh shuru hua hai ab se pehle char sau saal pehle, taqreeban saade char sau saal pehle yeh</w:t>
      </w:r>
    </w:p>
    <w:p>
      <w:pPr>
        <w:jc w:val="right"/>
      </w:pPr>
      <w:r>
        <w:t>یہ شروع ہوا ہے اب سے پہلے چار سو سال پہلے، تقریباً ساڑھے چار سو سال پہلے یہ</w:t>
      </w:r>
    </w:p>
    <w:p>
      <w:r>
        <w:rPr>
          <w:b/>
        </w:rPr>
        <w:t xml:space="preserve">[09:37] </w:t>
      </w:r>
      <w:r>
        <w:t>Galileo se shuru hua.</w:t>
      </w:r>
    </w:p>
    <w:p>
      <w:pPr>
        <w:jc w:val="right"/>
      </w:pPr>
      <w:r>
        <w:t>گلیلیو سے شروع ہوا۔</w:t>
      </w:r>
    </w:p>
    <w:p>
      <w:r>
        <w:rPr>
          <w:b/>
        </w:rPr>
        <w:t xml:space="preserve">[09:42] </w:t>
      </w:r>
      <w:r>
        <w:t>Galileo ko aap</w:t>
      </w:r>
    </w:p>
    <w:p>
      <w:pPr>
        <w:jc w:val="right"/>
      </w:pPr>
      <w:r>
        <w:t>گلیلیو کو آپ</w:t>
      </w:r>
    </w:p>
    <w:p>
      <w:r>
        <w:rPr>
          <w:b/>
        </w:rPr>
        <w:t xml:space="preserve">[09:47] </w:t>
      </w:r>
      <w:r>
        <w:t>jante hain ke modern science ka woh finder mana jata hai, founder.</w:t>
      </w:r>
    </w:p>
    <w:p>
      <w:pPr>
        <w:jc w:val="right"/>
      </w:pPr>
      <w:r>
        <w:t>جانتے ہیں کہ ماڈرن سائنس کا وہ فائنڈر مانا جاتا ہے، فاؤنڈر۔</w:t>
      </w:r>
    </w:p>
    <w:p>
      <w:r>
        <w:rPr>
          <w:b/>
        </w:rPr>
        <w:t xml:space="preserve">[09:53] </w:t>
      </w:r>
      <w:r>
        <w:t>یعنی founder of modern science مانا جاتا ہے گلیلیو کو جو اٹلی کا بہت بڑا astronomer تھا جس</w:t>
      </w:r>
    </w:p>
    <w:p>
      <w:pPr>
        <w:jc w:val="right"/>
      </w:pPr>
      <w:r>
        <w:t>یعنی فاؤنڈر آف ماڈرن سائنس مانا جاتا ہے گلیلیو کو جو اٹلی کا بہت بڑا آسٹرانومر تھا جس</w:t>
      </w:r>
    </w:p>
    <w:p>
      <w:r>
        <w:rPr>
          <w:b/>
        </w:rPr>
        <w:t xml:space="preserve">[09:59] </w:t>
      </w:r>
      <w:r>
        <w:t>ne pehli baar telescope se aasman ko dekha.</w:t>
      </w:r>
    </w:p>
    <w:p>
      <w:pPr>
        <w:jc w:val="right"/>
      </w:pPr>
      <w:r>
        <w:t>نے پہلی بار ٹیلیسکوپ سے آسمان کو دیکھا۔</w:t>
      </w:r>
    </w:p>
    <w:p>
      <w:r>
        <w:rPr>
          <w:b/>
        </w:rPr>
        <w:t xml:space="preserve">[10:05] </w:t>
      </w:r>
      <w:r>
        <w:t>to is ko bohat bara darja mana jata hai science mein.</w:t>
      </w:r>
    </w:p>
    <w:p>
      <w:pPr>
        <w:jc w:val="right"/>
      </w:pPr>
      <w:r>
        <w:t>تو اس کو بہت بڑا درجہ مانا جاتا ہے سائنس میں۔</w:t>
      </w:r>
    </w:p>
    <w:p>
      <w:r>
        <w:rPr>
          <w:b/>
        </w:rPr>
        <w:t xml:space="preserve">[10:11] </w:t>
      </w:r>
      <w:r>
        <w:t>گلیلیو نے کیا کیا؟ اس نے اس کو وہ فلاسفی چلائی جس کو کہا جاتا ہے dualism۔</w:t>
      </w:r>
    </w:p>
    <w:p>
      <w:pPr>
        <w:jc w:val="right"/>
      </w:pPr>
      <w:r>
        <w:t>گلیلیو نے کیا کیا؟ اس نے اس کو وہ فلاسفی چلائی جس کو کہا جاتا ہے ڈوئلزم۔</w:t>
      </w:r>
    </w:p>
    <w:p>
      <w:r>
        <w:rPr>
          <w:b/>
        </w:rPr>
        <w:t xml:space="preserve">[10:17] </w:t>
      </w:r>
      <w:r>
        <w:t>dualism. tanasul.</w:t>
      </w:r>
    </w:p>
    <w:p>
      <w:pPr>
        <w:jc w:val="right"/>
      </w:pPr>
      <w:r>
        <w:t>ڈوئلزم۔ ثنویت۔</w:t>
      </w:r>
    </w:p>
    <w:p>
      <w:r>
        <w:rPr>
          <w:b/>
        </w:rPr>
        <w:t xml:space="preserve">[10:22] </w:t>
      </w:r>
      <w:r>
        <w:t>dualism ka matlab hai ke cheezon ko do mein bant dena.</w:t>
      </w:r>
    </w:p>
    <w:p>
      <w:pPr>
        <w:jc w:val="right"/>
      </w:pPr>
      <w:r>
        <w:t>ڈوئلزم کا مطلب ہے کہ چیزوں کو دو میں بانٹ دینا۔</w:t>
      </w:r>
    </w:p>
    <w:p>
      <w:r>
        <w:rPr>
          <w:b/>
        </w:rPr>
        <w:t xml:space="preserve">[10:28] </w:t>
      </w:r>
      <w:r>
        <w:t>yani is ne yeh kiya ke science ki jo study hai is ko is ne bataya ke science</w:t>
      </w:r>
    </w:p>
    <w:p>
      <w:pPr>
        <w:jc w:val="right"/>
      </w:pPr>
      <w:r>
        <w:t>یعنی اس نے یہ کیا کہ سائنس کی جو اسٹڈی ہے اس کو اس نے بتایا کہ سائنس</w:t>
      </w:r>
    </w:p>
    <w:p>
      <w:r>
        <w:rPr>
          <w:b/>
        </w:rPr>
        <w:t xml:space="preserve">[10:33] </w:t>
      </w:r>
      <w:r>
        <w:t>ki study in cheezon mein rahe gi jo measurable hain.</w:t>
      </w:r>
    </w:p>
    <w:p>
      <w:pPr>
        <w:jc w:val="right"/>
      </w:pPr>
      <w:r>
        <w:t>کی اسٹڈی ان چیزوں میں رہے گی جو میزیریبل ہیں۔</w:t>
      </w:r>
    </w:p>
    <w:p>
      <w:r>
        <w:rPr>
          <w:b/>
        </w:rPr>
        <w:t xml:space="preserve">[10:38] </w:t>
      </w:r>
      <w:r>
        <w:t>jo non measurable hain woh science ki study se bahar rahen gi.</w:t>
      </w:r>
    </w:p>
    <w:p>
      <w:pPr>
        <w:jc w:val="right"/>
      </w:pPr>
      <w:r>
        <w:t>جو نان میزیریبل ہیں وہ سائنس کی اسٹڈی سے باہر رہیں گی۔</w:t>
      </w:r>
    </w:p>
    <w:p>
      <w:r>
        <w:rPr>
          <w:b/>
        </w:rPr>
        <w:t xml:space="preserve">[10:43] </w:t>
      </w:r>
      <w:r>
        <w:t>yeh bohat hi bara ek naya</w:t>
      </w:r>
    </w:p>
    <w:p>
      <w:pPr>
        <w:jc w:val="right"/>
      </w:pPr>
      <w:r>
        <w:t>یہ بہت ہی بڑا ایک نیا</w:t>
      </w:r>
    </w:p>
    <w:p>
      <w:r>
        <w:rPr>
          <w:b/>
        </w:rPr>
        <w:t xml:space="preserve">[10:48] </w:t>
      </w:r>
      <w:r>
        <w:t>zamana aaya hai in history of thought mein.</w:t>
      </w:r>
    </w:p>
    <w:p>
      <w:pPr>
        <w:jc w:val="right"/>
      </w:pPr>
      <w:r>
        <w:t>زمانہ آیا ہے ان ہسٹری آف تھاٹ میں۔</w:t>
      </w:r>
    </w:p>
    <w:p>
      <w:r>
        <w:rPr>
          <w:b/>
        </w:rPr>
        <w:t xml:space="preserve">[10:52] </w:t>
      </w:r>
      <w:r>
        <w:t>Galileo se pehle yeh dualism maujood nahi tha.</w:t>
      </w:r>
    </w:p>
    <w:p>
      <w:pPr>
        <w:jc w:val="right"/>
      </w:pPr>
      <w:r>
        <w:t>گلیلیو سے پہلے یہ ڈوئلزم موجود نہیں تھا۔</w:t>
      </w:r>
    </w:p>
    <w:p>
      <w:r>
        <w:rPr>
          <w:b/>
        </w:rPr>
        <w:t xml:space="preserve">[10:56] </w:t>
      </w:r>
      <w:r>
        <w:t>cheezon ko log holistic way mein sochte the.</w:t>
      </w:r>
    </w:p>
    <w:p>
      <w:pPr>
        <w:jc w:val="right"/>
      </w:pPr>
      <w:r>
        <w:t>چیزوں کو لوگ ہولسٹک وے میں سوچتے تھے۔</w:t>
      </w:r>
    </w:p>
    <w:p>
      <w:r>
        <w:rPr>
          <w:b/>
        </w:rPr>
        <w:t xml:space="preserve">[10:59] </w:t>
      </w:r>
      <w:r>
        <w:t>holistic way mein.</w:t>
      </w:r>
    </w:p>
    <w:p>
      <w:pPr>
        <w:jc w:val="right"/>
      </w:pPr>
      <w:r>
        <w:t>ہولسٹک وے میں۔</w:t>
      </w:r>
    </w:p>
    <w:p>
      <w:r>
        <w:rPr>
          <w:b/>
        </w:rPr>
        <w:t xml:space="preserve">[11:03] </w:t>
      </w:r>
      <w:r>
        <w:t>lekin Galileo ne yeh kiya ke is ne cheezon ke qualitative aspect ko alag kar diya aur quantitative</w:t>
      </w:r>
    </w:p>
    <w:p>
      <w:pPr>
        <w:jc w:val="right"/>
      </w:pPr>
      <w:r>
        <w:t>لیکن گلیلیو نے یہ کیا کہ اس نے چیزوں کے کوالیٹیٹیو آسپیکٹ کو الگ کر دیا اور کوانٹیٹیٹیو</w:t>
      </w:r>
    </w:p>
    <w:p>
      <w:r>
        <w:rPr>
          <w:b/>
        </w:rPr>
        <w:t xml:space="preserve">[11:07] </w:t>
      </w:r>
      <w:r>
        <w:t>aspect ko alag kar diya.</w:t>
      </w:r>
    </w:p>
    <w:p>
      <w:pPr>
        <w:jc w:val="right"/>
      </w:pPr>
      <w:r>
        <w:t>آسپیکٹ کو الگ کر دیا۔</w:t>
      </w:r>
    </w:p>
    <w:p>
      <w:r>
        <w:rPr>
          <w:b/>
        </w:rPr>
        <w:t xml:space="preserve">[11:11] </w:t>
      </w:r>
      <w:r>
        <w:t>yani quality alag aur quantity alag.</w:t>
      </w:r>
    </w:p>
    <w:p>
      <w:pPr>
        <w:jc w:val="right"/>
      </w:pPr>
      <w:r>
        <w:t>یعنی کوالٹی الگ اور کوانٹیٹی الگ۔</w:t>
      </w:r>
    </w:p>
    <w:p>
      <w:r>
        <w:rPr>
          <w:b/>
        </w:rPr>
        <w:t xml:space="preserve">[11:15] </w:t>
      </w:r>
      <w:r>
        <w:t>jaise misaal ke taur par phool hai.</w:t>
      </w:r>
    </w:p>
    <w:p>
      <w:pPr>
        <w:jc w:val="right"/>
      </w:pPr>
      <w:r>
        <w:t>جیسے مثال کے طور پر پھول ہے۔</w:t>
      </w:r>
    </w:p>
    <w:p>
      <w:r>
        <w:rPr>
          <w:b/>
        </w:rPr>
        <w:t xml:space="preserve">[11:18] </w:t>
      </w:r>
      <w:r>
        <w:t>phool ki aik chemistry hoti hai. aik us ka fragrance hota hai. to us ne kaha ke fragrance science ki study ka subject nahin hai. us ki chemistry subject hai us ka. aisi sari cheezain. to quality ko quantity se alag kar diya gaya. yeh bohat seedhi si baat lagti hai lekin is mein sara mamla ult palat gaya. wohin se dajali shuru hui. yani khud sci</w:t>
      </w:r>
    </w:p>
    <w:p>
      <w:pPr>
        <w:jc w:val="right"/>
      </w:pPr>
      <w:r>
        <w:t>پھول کی ایک کیمسٹری ہوتی ہے۔ ایک اس کا فریگرنس ہوتا ہے۔ تو اس نے کہا کہ فریگرنس سائنس کی اسٹڈی کا سبجیکٹ نہیں ہے۔ اس کی کیمسٹری سبجیکٹ ہے اس کا۔ ایسی ساری چیزیں۔ تو کوالٹی کو کوانٹیٹی سے الگ کر دیا گیا۔ یہ بہت سیدھی سی بات لگتی ہے لیکن اس میں سارا معاملہ الٹ پلٹ گیا۔ وہیں سے دجالی شروع ہوئی۔ یعنی خود سائ</w:t>
      </w:r>
    </w:p>
    <w:p>
      <w:r>
        <w:rPr>
          <w:b/>
        </w:rPr>
        <w:t xml:space="preserve">[11:48] </w:t>
      </w:r>
      <w:r>
        <w:t>ence mein yeh kiya gaya ke science mein one sided study hui. yani cheezon ki jo cheezon mein jo meaning hai cheezon mein, jo quality hai cheezon mein us ki study science se bahar qarar de di gayi. aur is ka jo physical aspect hai ya chemical aspect tha us ki study science mein hone lagi. is tarah se is ka nateeja kya hua ke values</w:t>
      </w:r>
    </w:p>
    <w:p>
      <w:pPr>
        <w:jc w:val="right"/>
      </w:pPr>
      <w:r>
        <w:t>نس میں یہ کیا گیا کہ سائنس میں ون سائیڈڈ اسٹڈی ہوئی۔ یعنی چیزوں کی جو چیزوں میں جو میننگ ہے چیزوں میں، جو کوالٹی ہے چیزوں میں اس کی اسٹڈی سائنس سے باہر قرار دے دی گئی۔ اور اس کا جو فزیکل آسپیکٹ ہے یا کیمیکل آسپیکٹ تھا اس کی اسٹڈی سائنس میں ہونے لگی۔ اس طرح سے اس کا نتیجہ کیا ہوا کہ ویلیوز</w:t>
      </w:r>
    </w:p>
    <w:p>
      <w:r>
        <w:rPr>
          <w:b/>
        </w:rPr>
        <w:t xml:space="preserve">[12:18] </w:t>
      </w:r>
      <w:r>
        <w:t>khatm ho gayeen zindagi se.</w:t>
      </w:r>
    </w:p>
    <w:p>
      <w:pPr>
        <w:jc w:val="right"/>
      </w:pPr>
      <w:r>
        <w:t>ختم ہو گئیں زندگی سے۔</w:t>
      </w:r>
    </w:p>
    <w:p>
      <w:r>
        <w:rPr>
          <w:b/>
        </w:rPr>
        <w:t xml:space="preserve">[12:22] </w:t>
      </w:r>
      <w:r>
        <w:t>yani values khatm ho gayeen.</w:t>
      </w:r>
    </w:p>
    <w:p>
      <w:pPr>
        <w:jc w:val="right"/>
      </w:pPr>
      <w:r>
        <w:t>یعنی ویلیوز ختم ہو گئیں۔</w:t>
      </w:r>
    </w:p>
    <w:p>
      <w:r>
        <w:rPr>
          <w:b/>
        </w:rPr>
        <w:t xml:space="preserve">[12:26] </w:t>
      </w:r>
      <w:r>
        <w:t>is se pehle insaan mein yeh duality nahi thi.</w:t>
      </w:r>
    </w:p>
    <w:p>
      <w:pPr>
        <w:jc w:val="right"/>
      </w:pPr>
      <w:r>
        <w:t>اس سے پہلے انسان میں یہ ڈوئلٹی نہیں تھی۔</w:t>
      </w:r>
    </w:p>
    <w:p>
      <w:r>
        <w:rPr>
          <w:b/>
        </w:rPr>
        <w:t xml:space="preserve">[12:30] </w:t>
      </w:r>
      <w:r>
        <w:t>to values baqi theen.</w:t>
      </w:r>
    </w:p>
    <w:p>
      <w:pPr>
        <w:jc w:val="right"/>
      </w:pPr>
      <w:r>
        <w:t>تو ویلیوز باقی تھیں۔</w:t>
      </w:r>
    </w:p>
    <w:p>
      <w:r>
        <w:rPr>
          <w:b/>
        </w:rPr>
        <w:t xml:space="preserve">[12:33] </w:t>
      </w:r>
      <w:r>
        <w:t>insaan jo hai value conscious hua karta tha.</w:t>
      </w:r>
    </w:p>
    <w:p>
      <w:pPr>
        <w:jc w:val="right"/>
      </w:pPr>
      <w:r>
        <w:t>انسان جو ہے ویلیو کانشیس ہوا کرتا تھا۔</w:t>
      </w:r>
    </w:p>
    <w:p>
      <w:r>
        <w:rPr>
          <w:b/>
        </w:rPr>
        <w:t xml:space="preserve">[12:37] </w:t>
      </w:r>
      <w:r>
        <w:t>ab value conscious hona khatm ho gaya.</w:t>
      </w:r>
    </w:p>
    <w:p>
      <w:pPr>
        <w:jc w:val="right"/>
      </w:pPr>
      <w:r>
        <w:t>اب ویلیو کانشیس ہونا ختم ہو گیا۔</w:t>
      </w:r>
    </w:p>
    <w:p>
      <w:r>
        <w:rPr>
          <w:b/>
        </w:rPr>
        <w:t xml:space="preserve">[12:41] </w:t>
      </w:r>
      <w:r>
        <w:t>to pehle daur jo tha is mein dekhen haan mein yeh kahoon ga ke yeh dualism jo hai</w:t>
      </w:r>
    </w:p>
    <w:p>
      <w:pPr>
        <w:jc w:val="right"/>
      </w:pPr>
      <w:r>
        <w:t>تو پہلے دور جو تھا اس میں دیکھیں ہاں میں یہ کہوں گا کہ یہ ڈوئلزم جو ہے</w:t>
      </w:r>
    </w:p>
    <w:p>
      <w:r>
        <w:rPr>
          <w:b/>
        </w:rPr>
        <w:t xml:space="preserve">[12:45] </w:t>
      </w:r>
      <w:r>
        <w:t>dualism aik aaj aik</w:t>
      </w:r>
    </w:p>
    <w:p>
      <w:pPr>
        <w:jc w:val="right"/>
      </w:pPr>
      <w:r>
        <w:t>ڈوئلزم ایک آج ایک</w:t>
      </w:r>
    </w:p>
    <w:p>
      <w:r>
        <w:rPr>
          <w:b/>
        </w:rPr>
        <w:t xml:space="preserve">[12:48] </w:t>
      </w:r>
      <w:r>
        <w:t>poori philosophy hai.</w:t>
      </w:r>
    </w:p>
    <w:p>
      <w:pPr>
        <w:jc w:val="right"/>
      </w:pPr>
      <w:r>
        <w:t>پوری فلاسفی ہے۔</w:t>
      </w:r>
    </w:p>
    <w:p>
      <w:r>
        <w:rPr>
          <w:b/>
        </w:rPr>
        <w:t xml:space="preserve">[12:52] </w:t>
      </w:r>
      <w:r>
        <w:t>aap agar dekhen encyclopedia mein ya internet mein to aap ko maloom hoga ke dualism aik poori philosophy hai.</w:t>
      </w:r>
    </w:p>
    <w:p>
      <w:pPr>
        <w:jc w:val="right"/>
      </w:pPr>
      <w:r>
        <w:t>آپ اگر دیکھیں انسائیکلوپیڈیا میں یا انٹرنیٹ میں تو آپ کو معلوم ہو گا کہ ڈوئلزم ایک پوری فلاسفی ہے۔</w:t>
      </w:r>
    </w:p>
    <w:p>
      <w:r>
        <w:rPr>
          <w:b/>
        </w:rPr>
        <w:t xml:space="preserve">[12:56] </w:t>
      </w:r>
      <w:r>
        <w:t>yani zindagi ki cheezon ko do mein baantna.</w:t>
      </w:r>
    </w:p>
    <w:p>
      <w:pPr>
        <w:jc w:val="right"/>
      </w:pPr>
      <w:r>
        <w:t>یعنی زندگی کی چیزوں کو دو میں بانٹنا۔</w:t>
      </w:r>
    </w:p>
    <w:p>
      <w:r>
        <w:rPr>
          <w:b/>
        </w:rPr>
        <w:t xml:space="preserve">[13:00] </w:t>
      </w:r>
      <w:r>
        <w:t>do mein baantna.</w:t>
      </w:r>
    </w:p>
    <w:p>
      <w:pPr>
        <w:jc w:val="right"/>
      </w:pPr>
      <w:r>
        <w:t>دو میں بانٹنا۔</w:t>
      </w:r>
    </w:p>
    <w:p>
      <w:r>
        <w:rPr>
          <w:b/>
        </w:rPr>
        <w:t xml:space="preserve">[13:04] </w:t>
      </w:r>
      <w:r>
        <w:t>yani jo is ka physical aspect hai, chemical aspect hai ya ya material aspect jo hai us ko</w:t>
      </w:r>
    </w:p>
    <w:p>
      <w:pPr>
        <w:jc w:val="right"/>
      </w:pPr>
      <w:r>
        <w:t>یعنی جو اس کا فزیکل آسپیکٹ ہے، کیمیکل آسپیکٹ ہے یا یا مٹیریل آسپیکٹ جو ہے اس کو</w:t>
      </w:r>
    </w:p>
    <w:p>
      <w:r>
        <w:rPr>
          <w:b/>
        </w:rPr>
        <w:t xml:space="preserve">[13:07] </w:t>
      </w:r>
      <w:r>
        <w:t>lena aur is ka jo doosra aspect hai us ki meaning, us ki value, us ki quality us</w:t>
      </w:r>
    </w:p>
    <w:p>
      <w:pPr>
        <w:jc w:val="right"/>
      </w:pPr>
      <w:r>
        <w:t>لینا اور اس کا جو دوسرا آسپیکٹ ہے اس کی میننگ، اس کی ویلیو، اس کی کوالٹی اس</w:t>
      </w:r>
    </w:p>
    <w:p>
      <w:r>
        <w:rPr>
          <w:b/>
        </w:rPr>
        <w:t xml:space="preserve">[13:11] </w:t>
      </w:r>
      <w:r>
        <w:t>ko chhod dena.</w:t>
      </w:r>
    </w:p>
    <w:p>
      <w:pPr>
        <w:jc w:val="right"/>
      </w:pPr>
      <w:r>
        <w:t>کو چھوڑ دینا۔</w:t>
      </w:r>
    </w:p>
    <w:p>
      <w:r>
        <w:rPr>
          <w:b/>
        </w:rPr>
        <w:t xml:space="preserve">[13:15] </w:t>
      </w:r>
      <w:r>
        <w:t>poori aaj zindagi aap dekhen modern jo civilization hai</w:t>
      </w:r>
    </w:p>
    <w:p>
      <w:pPr>
        <w:jc w:val="right"/>
      </w:pPr>
      <w:r>
        <w:t>پوری آج زندگی آپ دیکھیں ماڈرن جو سویلائزیشن ہے</w:t>
      </w:r>
    </w:p>
    <w:p>
      <w:r>
        <w:rPr>
          <w:b/>
        </w:rPr>
        <w:t xml:space="preserve">[13:19] </w:t>
      </w:r>
      <w:r>
        <w:t>woh isi par chal rahi hai.</w:t>
      </w:r>
    </w:p>
    <w:p>
      <w:pPr>
        <w:jc w:val="right"/>
      </w:pPr>
      <w:r>
        <w:t>وہ اسی پر چل رہی ہے۔</w:t>
      </w:r>
    </w:p>
    <w:p>
      <w:r>
        <w:rPr>
          <w:b/>
        </w:rPr>
        <w:t xml:space="preserve">[13:24] </w:t>
      </w:r>
      <w:r>
        <w:t>yani is aspect ko modern insaan ne chhod diya.</w:t>
      </w:r>
    </w:p>
    <w:p>
      <w:pPr>
        <w:jc w:val="right"/>
      </w:pPr>
      <w:r>
        <w:t>یعنی اس آسپیکٹ کو ماڈرن انسان نے چھوڑ دیا۔</w:t>
      </w:r>
    </w:p>
    <w:p>
      <w:r>
        <w:rPr>
          <w:b/>
        </w:rPr>
        <w:t xml:space="preserve">[13:29] </w:t>
      </w:r>
      <w:r>
        <w:t>ab sirf yeh hai ke material enjoyment, material pleasure yahi is insaan ka sab kuch bana hua hai.</w:t>
      </w:r>
    </w:p>
    <w:p>
      <w:pPr>
        <w:jc w:val="right"/>
      </w:pPr>
      <w:r>
        <w:t>اب صرف یہ ہے کہ مٹیریل انجوائے منٹ، مٹیریل پلیژر یہی اس انسان کا سب کچھ بنا ہوا ہے۔</w:t>
      </w:r>
    </w:p>
    <w:p>
      <w:r>
        <w:rPr>
          <w:b/>
        </w:rPr>
        <w:t xml:space="preserve">[13:34] </w:t>
      </w:r>
      <w:r>
        <w:t>to yeh secular field mein hua aur religious field mein bhi yahi hua.</w:t>
      </w:r>
    </w:p>
    <w:p>
      <w:pPr>
        <w:jc w:val="right"/>
      </w:pPr>
      <w:r>
        <w:t>تو یہ سیکولر فیلڈ میں ہوا اور ریلیجس فیلڈ میں بھی یہی ہوا۔</w:t>
      </w:r>
    </w:p>
    <w:p>
      <w:r>
        <w:rPr>
          <w:b/>
        </w:rPr>
        <w:t xml:space="preserve">[13:39] </w:t>
      </w:r>
      <w:r>
        <w:t>mein chand aap ko is ka example deta hoon.</w:t>
      </w:r>
    </w:p>
    <w:p>
      <w:pPr>
        <w:jc w:val="right"/>
      </w:pPr>
      <w:r>
        <w:t>میں چند آپ کو اس کا ایگزامپل دیتا ہوں۔</w:t>
      </w:r>
    </w:p>
    <w:p>
      <w:r>
        <w:rPr>
          <w:b/>
        </w:rPr>
        <w:t xml:space="preserve">[13:44] </w:t>
      </w:r>
      <w:r>
        <w:t>daikhein yeh jo duality chalai gayi</w:t>
      </w:r>
    </w:p>
    <w:p>
      <w:pPr>
        <w:jc w:val="right"/>
      </w:pPr>
      <w:r>
        <w:t>دیکھیں یہ جو ڈوئلٹی چلائی گئی</w:t>
      </w:r>
    </w:p>
    <w:p>
      <w:r>
        <w:rPr>
          <w:b/>
        </w:rPr>
        <w:t xml:space="preserve">[13:49] </w:t>
      </w:r>
      <w:r>
        <w:t>تو اس میں ایک پورا فلاسفی بنی جس کو کہتے ہیں utilitarianism۔</w:t>
      </w:r>
    </w:p>
    <w:p>
      <w:pPr>
        <w:jc w:val="right"/>
      </w:pPr>
      <w:r>
        <w:t>تو اس میں ایک پورا فلاسفی بنی جس کو کہتے ہیں یوٹیلیٹیریاٹزم۔</w:t>
      </w:r>
    </w:p>
    <w:p>
      <w:r>
        <w:rPr>
          <w:b/>
        </w:rPr>
        <w:t xml:space="preserve">[13:55] </w:t>
      </w:r>
      <w:r>
        <w:t>jis ko ke bentham ne shuru kiya.</w:t>
      </w:r>
    </w:p>
    <w:p>
      <w:pPr>
        <w:jc w:val="right"/>
      </w:pPr>
      <w:r>
        <w:t>جس کو کہ بینتھم نے شروع کیا۔</w:t>
      </w:r>
    </w:p>
    <w:p>
      <w:r>
        <w:rPr>
          <w:b/>
        </w:rPr>
        <w:t xml:space="preserve">[14:01] </w:t>
      </w:r>
      <w:r>
        <w:t>macaulay ne is ko aagay barhaya.</w:t>
      </w:r>
    </w:p>
    <w:p>
      <w:pPr>
        <w:jc w:val="right"/>
      </w:pPr>
      <w:r>
        <w:t>میکیولی نے اس کو آگے بڑھایا۔</w:t>
      </w:r>
    </w:p>
    <w:p>
      <w:r>
        <w:rPr>
          <w:b/>
        </w:rPr>
        <w:t xml:space="preserve">[14:07] </w:t>
      </w:r>
      <w:r>
        <w:t>to utilitarianism yani faida, afadiyat jis mein faida hai woh lena, baqi faida is ko is ko chor dena.</w:t>
      </w:r>
    </w:p>
    <w:p>
      <w:pPr>
        <w:jc w:val="right"/>
      </w:pPr>
      <w:r>
        <w:t>تو یوٹیلیٹیریاٹزم یعنی فائدہ، افادیت جس میں فائدہ ہے وہ لینا، باقی فائدہ اس کو اس کو چھوڑ دینا۔</w:t>
      </w:r>
    </w:p>
    <w:p>
      <w:r>
        <w:rPr>
          <w:b/>
        </w:rPr>
        <w:t xml:space="preserve">[14:13] </w:t>
      </w:r>
      <w:r>
        <w:t>to yani material gain jis mein hai, material interest jis mein hai is ko lena bas.</w:t>
      </w:r>
    </w:p>
    <w:p>
      <w:pPr>
        <w:jc w:val="right"/>
      </w:pPr>
      <w:r>
        <w:t>تو یعنی مٹیریل گین جس میں ہے، مٹیریل انٹرسٹ جس میں ہے اس کو لینا بس۔</w:t>
      </w:r>
    </w:p>
    <w:p>
      <w:r>
        <w:rPr>
          <w:b/>
        </w:rPr>
        <w:t xml:space="preserve">[14:19] </w:t>
      </w:r>
      <w:r>
        <w:t>baqi jo value wali baaten hain, jo meaning ki baaten hain, jo quality wali baaten hain, jo religious baaten hain, jo spiritual baaten hain us ko chhod dena. yeh hai utilitarianism. yeh chha gaya insan ke upar. yeh dualistic aspect jo hai insan ke upar chha gaya. aaj jis ko dekhen agar aap se baat karain spirituality ki to us ko kahe ga woh to mere pas time nahin hai. aur material interest ki baat karen to khoob time is ke pas hota hai. dunya ki baat hai</w:t>
      </w:r>
    </w:p>
    <w:p>
      <w:pPr>
        <w:jc w:val="right"/>
      </w:pPr>
      <w:r>
        <w:t>باقی جو ویلیو والی باتیں ہیں، جو میننگ کی باتیں ہیں، جو کوالٹی والی باتیں ہیں، جو ریلیجس باتیں ہیں، جو اسپریچول باتیں ہیں اس کو چھوڑ دینا۔ یہ ہے یوٹیلیٹیریاٹزم۔ یہ چھا گیا انسان کے اوپر۔ یہ ڈوئلسٹک آسپیکٹ جو ہے انسان کے اوپر چھا گیا۔ آج جس کو دیکھیں اگر آپ سے بات کرائیں اسپریچولٹی کی تو اس کو کہے گا وہ تو میرے پاس ٹائم نہیں ہے۔ اور مٹیریل انٹرسٹ کی بات کریں تو خوب ٹائم اس کے پاس ہوتا ہے۔ دنیا کی بات ہے</w:t>
      </w:r>
    </w:p>
    <w:p>
      <w:r>
        <w:rPr>
          <w:b/>
        </w:rPr>
        <w:t xml:space="preserve">[14:49] </w:t>
      </w:r>
      <w:r>
        <w:t>ke yeh to khoob time is ke paas hai.</w:t>
      </w:r>
    </w:p>
    <w:p>
      <w:pPr>
        <w:jc w:val="right"/>
      </w:pPr>
      <w:r>
        <w:t>کہ یہ تو خوب ٹائم اس کے پاس ہے۔</w:t>
      </w:r>
    </w:p>
    <w:p>
      <w:r>
        <w:rPr>
          <w:b/>
        </w:rPr>
        <w:t xml:space="preserve">[14:53] </w:t>
      </w:r>
      <w:r>
        <w:t>aakhirat ki baat hai ke yeh to kisi ke paas time nahi hai.</w:t>
      </w:r>
    </w:p>
    <w:p>
      <w:pPr>
        <w:jc w:val="right"/>
      </w:pPr>
      <w:r>
        <w:t>آخرت کی بات ہے کہ یہ تو کسی کے پاس ٹائم نہیں ہے۔</w:t>
      </w:r>
    </w:p>
    <w:p>
      <w:r>
        <w:rPr>
          <w:b/>
        </w:rPr>
        <w:t xml:space="preserve">[14:58] </w:t>
      </w:r>
      <w:r>
        <w:t>yeh hai dualism.</w:t>
      </w:r>
    </w:p>
    <w:p>
      <w:pPr>
        <w:jc w:val="right"/>
      </w:pPr>
      <w:r>
        <w:t>یہ ہے ڈوئلزم۔</w:t>
      </w:r>
    </w:p>
    <w:p>
      <w:r>
        <w:rPr>
          <w:b/>
        </w:rPr>
        <w:t xml:space="preserve">[15:02] </w:t>
      </w:r>
      <w:r>
        <w:t>to yeh kaise dunya mein phaila mein chand misalein deta hoon aap ko.</w:t>
      </w:r>
    </w:p>
    <w:p>
      <w:pPr>
        <w:jc w:val="right"/>
      </w:pPr>
      <w:r>
        <w:t>تو یہ کیسے دنیا میں پھیلا میں چند مثالیں دیتا ہوں آپ کو۔</w:t>
      </w:r>
    </w:p>
    <w:p>
      <w:r>
        <w:rPr>
          <w:b/>
        </w:rPr>
        <w:t xml:space="preserve">[15:06] </w:t>
      </w:r>
      <w:r>
        <w:t>daikhein karl marx ko lejiye aap.</w:t>
      </w:r>
    </w:p>
    <w:p>
      <w:pPr>
        <w:jc w:val="right"/>
      </w:pPr>
      <w:r>
        <w:t>دیکھیں کارل مارکس کو لیجیے آپ۔</w:t>
      </w:r>
    </w:p>
    <w:p>
      <w:r>
        <w:rPr>
          <w:b/>
        </w:rPr>
        <w:t xml:space="preserve">[15:11] </w:t>
      </w:r>
      <w:r>
        <w:t>jo jis ko hum kehte hain yani socialism ya marxism ya communism is mein kya hai? karl marx</w:t>
      </w:r>
    </w:p>
    <w:p>
      <w:pPr>
        <w:jc w:val="right"/>
      </w:pPr>
      <w:r>
        <w:t>جو جس کو ہم کہتے ہیں یعنی سوشلزم یا مارکسزم یا کمیونزم اس میں کیا ہے؟ کارل مارکس</w:t>
      </w:r>
    </w:p>
    <w:p>
      <w:r>
        <w:rPr>
          <w:b/>
        </w:rPr>
        <w:t xml:space="preserve">[15:15] </w:t>
      </w:r>
      <w:r>
        <w:t>ne cheezon ko is tareeqay se paish kiya ke us ne kaha ke means of prod</w:t>
      </w:r>
    </w:p>
    <w:p>
      <w:pPr>
        <w:jc w:val="right"/>
      </w:pPr>
      <w:r>
        <w:t>نے چیزوں کو اس طریقے سے پیش کیا کہ اس نے کہا کہ مینز آف پروڈ</w:t>
      </w:r>
    </w:p>
    <w:p>
      <w:r>
        <w:rPr>
          <w:b/>
        </w:rPr>
        <w:t xml:space="preserve">[15:19] </w:t>
      </w:r>
      <w:r>
        <w:t>uction jo hai wohi asal hai.</w:t>
      </w:r>
    </w:p>
    <w:p>
      <w:pPr>
        <w:jc w:val="right"/>
      </w:pPr>
      <w:r>
        <w:t>کشن جو ہے وہی اصل ہے۔</w:t>
      </w:r>
    </w:p>
    <w:p>
      <w:r>
        <w:rPr>
          <w:b/>
        </w:rPr>
        <w:t xml:space="preserve">[15:24] </w:t>
      </w:r>
      <w:r>
        <w:t>means of production.</w:t>
      </w:r>
    </w:p>
    <w:p>
      <w:pPr>
        <w:jc w:val="right"/>
      </w:pPr>
      <w:r>
        <w:t>مینز آف پروڈکشن۔</w:t>
      </w:r>
    </w:p>
    <w:p>
      <w:r>
        <w:rPr>
          <w:b/>
        </w:rPr>
        <w:t xml:space="preserve">[15:28] </w:t>
      </w:r>
      <w:r>
        <w:t>insan ka mind, insan ki planning, insan ki soch is ko alag kar diya is ne.</w:t>
      </w:r>
    </w:p>
    <w:p>
      <w:pPr>
        <w:jc w:val="right"/>
      </w:pPr>
      <w:r>
        <w:t>انسان کا مائنڈ، انسان کی پلاننگ، انسان کی سوچ اس کو الگ کر دیا اس نے۔</w:t>
      </w:r>
    </w:p>
    <w:p>
      <w:r>
        <w:rPr>
          <w:b/>
        </w:rPr>
        <w:t xml:space="preserve">[15:32] </w:t>
      </w:r>
      <w:r>
        <w:t>means of production hi sab kuch hai woh.</w:t>
      </w:r>
    </w:p>
    <w:p>
      <w:pPr>
        <w:jc w:val="right"/>
      </w:pPr>
      <w:r>
        <w:t>مینز آف پروڈکشن ہی سب کچھ ہے وہ۔</w:t>
      </w:r>
    </w:p>
    <w:p>
      <w:r>
        <w:rPr>
          <w:b/>
        </w:rPr>
        <w:t xml:space="preserve">[15:37] </w:t>
      </w:r>
      <w:r>
        <w:t>is se insan aik maashi haiwan ban gaya. maashi haiwan.</w:t>
      </w:r>
    </w:p>
    <w:p>
      <w:pPr>
        <w:jc w:val="right"/>
      </w:pPr>
      <w:r>
        <w:t>اس سے انسان ایک معاشی حیوان بن گیا۔ معاشی حیوان۔</w:t>
      </w:r>
    </w:p>
    <w:p>
      <w:r>
        <w:rPr>
          <w:b/>
        </w:rPr>
        <w:t xml:space="preserve">[15:41] </w:t>
      </w:r>
      <w:r>
        <w:t>to aap jantay hain ke pachtar saal tak yeh baqayda rule karta raha yeh nazariya.</w:t>
      </w:r>
    </w:p>
    <w:p>
      <w:pPr>
        <w:jc w:val="right"/>
      </w:pPr>
      <w:r>
        <w:t>تو آپ جانتے ہیں کہ پچھتر سال تک یہ باقاعدہ رول کرتا رہا یہ نظریہ۔</w:t>
      </w:r>
    </w:p>
    <w:p>
      <w:r>
        <w:rPr>
          <w:b/>
        </w:rPr>
        <w:t xml:space="preserve">[15:45] </w:t>
      </w:r>
      <w:r>
        <w:t>ab is mein decline aaya hai.</w:t>
      </w:r>
    </w:p>
    <w:p>
      <w:pPr>
        <w:jc w:val="right"/>
      </w:pPr>
      <w:r>
        <w:t>اب اس میں ڈیکلائن آیا ہے۔</w:t>
      </w:r>
    </w:p>
    <w:p>
      <w:r>
        <w:rPr>
          <w:b/>
        </w:rPr>
        <w:t xml:space="preserve">[15:50] </w:t>
      </w:r>
      <w:r>
        <w:t>lekin is ka asar abhi tak baqi hai. to aik yeh aik yeh fikri dhara tha dualism ka ke means of production ko alag kar diya aur insan ki jo is mein contribution us ko alag kar diya to value khatam ho gayi, religion khatam ho gaya. lenin ne kaha tha ke religion is the opium of mind ke mazhab to dimaghi afyun hai. to sare value system khatam ho gaye. sa</w:t>
      </w:r>
    </w:p>
    <w:p>
      <w:pPr>
        <w:jc w:val="right"/>
      </w:pPr>
      <w:r>
        <w:t>لیکن اس کا اثر ابھی تک باقی ہے۔ تو ایک یہ ایک یہ فکری دھارا تھا ڈوئلزم کا کہ مینز آف پروڈکشن کو الگ کر دیا اور انسان کی جو اس میں کنٹریبیوشن اس کو الگ کر دیا تو ویلیو ختم ہو گئی، ریلیجن ختم ہو گیا۔ لینن نے کہا تھا کہ ریلیجن از دی اوپین آف مائنڈ کہ مذہب تو دماغی افیون ہے۔ تو سارے ویلیو سسٹم ختم ہو گیا۔ س</w:t>
      </w:r>
    </w:p>
    <w:p>
      <w:r>
        <w:rPr>
          <w:b/>
        </w:rPr>
        <w:t xml:space="preserve">[16:20] </w:t>
      </w:r>
      <w:r>
        <w:t>ara religion khatam ho gaya.</w:t>
      </w:r>
    </w:p>
    <w:p>
      <w:pPr>
        <w:jc w:val="right"/>
      </w:pPr>
      <w:r>
        <w:t>ارا ریلیجن ختم ہو گیا۔</w:t>
      </w:r>
    </w:p>
    <w:p>
      <w:r>
        <w:rPr>
          <w:b/>
        </w:rPr>
        <w:t xml:space="preserve">[16:23] </w:t>
      </w:r>
      <w:r>
        <w:t>spirituality khatam ho gayi.</w:t>
      </w:r>
    </w:p>
    <w:p>
      <w:pPr>
        <w:jc w:val="right"/>
      </w:pPr>
      <w:r>
        <w:t>اسپریچولٹی ختم ہو گئی۔</w:t>
      </w:r>
    </w:p>
    <w:p>
      <w:r>
        <w:rPr>
          <w:b/>
        </w:rPr>
        <w:t xml:space="preserve">[16:27] </w:t>
      </w:r>
      <w:r>
        <w:t>ab sook jo kuch hai woh sab means of production.</w:t>
      </w:r>
    </w:p>
    <w:p>
      <w:pPr>
        <w:jc w:val="right"/>
      </w:pPr>
      <w:r>
        <w:t>اب سوک جو کچھ ہے وہ سب مینز آف پروڈکشن۔</w:t>
      </w:r>
    </w:p>
    <w:p>
      <w:r>
        <w:rPr>
          <w:b/>
        </w:rPr>
        <w:t xml:space="preserve">[16:31] </w:t>
      </w:r>
      <w:r>
        <w:t>yani yani sari cheezon ko control mein de do state ko aur state hi run kare business ko,</w:t>
      </w:r>
    </w:p>
    <w:p>
      <w:pPr>
        <w:jc w:val="right"/>
      </w:pPr>
      <w:r>
        <w:t>یعنی یعنی ساری چیزوں کو کنٹرول میں دے دو اسٹیٹ کو اور اسٹیٹ ہی رن کرے بزنس کو،</w:t>
      </w:r>
    </w:p>
    <w:p>
      <w:r>
        <w:rPr>
          <w:b/>
        </w:rPr>
        <w:t xml:space="preserve">[16:35] </w:t>
      </w:r>
      <w:r>
        <w:t>run kare agriculture ko, run kare industry ko.</w:t>
      </w:r>
    </w:p>
    <w:p>
      <w:pPr>
        <w:jc w:val="right"/>
      </w:pPr>
      <w:r>
        <w:t>رن کرے ایگریکلچر کو، رن کرے انڈسٹری کو۔</w:t>
      </w:r>
    </w:p>
    <w:p>
      <w:r>
        <w:rPr>
          <w:b/>
        </w:rPr>
        <w:t xml:space="preserve">[16:38] </w:t>
      </w:r>
      <w:r>
        <w:t>to sara ult palat diya is ne.</w:t>
      </w:r>
    </w:p>
    <w:p>
      <w:pPr>
        <w:jc w:val="right"/>
      </w:pPr>
      <w:r>
        <w:t>تو سارا الٹ پلٹ دیا اس نے۔</w:t>
      </w:r>
    </w:p>
    <w:p>
      <w:r>
        <w:rPr>
          <w:b/>
        </w:rPr>
        <w:t xml:space="preserve">[16:42] </w:t>
      </w:r>
      <w:r>
        <w:t>is ke baad dekhen aap darwin ko dekhen.</w:t>
      </w:r>
    </w:p>
    <w:p>
      <w:pPr>
        <w:jc w:val="right"/>
      </w:pPr>
      <w:r>
        <w:t>اس کے بعد دیکھیں آپ ڈارون کو دیکھیں۔</w:t>
      </w:r>
    </w:p>
    <w:p>
      <w:r>
        <w:rPr>
          <w:b/>
        </w:rPr>
        <w:t xml:space="preserve">[16:46] </w:t>
      </w:r>
      <w:r>
        <w:t>darwin ne kya kiya? darwin ne yeh kiya ke insan ka</w:t>
      </w:r>
    </w:p>
    <w:p>
      <w:pPr>
        <w:jc w:val="right"/>
      </w:pPr>
      <w:r>
        <w:t>ڈارون نے کیا کیا؟ ڈارون نے یہ کیا کہ انسان کا</w:t>
      </w:r>
    </w:p>
    <w:p>
      <w:r>
        <w:rPr>
          <w:b/>
        </w:rPr>
        <w:t xml:space="preserve">[16:50] </w:t>
      </w:r>
      <w:r>
        <w:t>jo physical structure hai us ko liya bas.</w:t>
      </w:r>
    </w:p>
    <w:p>
      <w:pPr>
        <w:jc w:val="right"/>
      </w:pPr>
      <w:r>
        <w:t>جو فزیکل سٹرکچر ہے اس کو لیا بس۔</w:t>
      </w:r>
    </w:p>
    <w:p>
      <w:r>
        <w:rPr>
          <w:b/>
        </w:rPr>
        <w:t xml:space="preserve">[16:56] </w:t>
      </w:r>
      <w:r>
        <w:t>is ke siwa jo hai us ko chhod diya.</w:t>
      </w:r>
    </w:p>
    <w:p>
      <w:pPr>
        <w:jc w:val="right"/>
      </w:pPr>
      <w:r>
        <w:t>اس کے سوا جو ہے اس کو چھوڑ دیا۔</w:t>
      </w:r>
    </w:p>
    <w:p>
      <w:r>
        <w:rPr>
          <w:b/>
        </w:rPr>
        <w:t xml:space="preserve">[17:02] </w:t>
      </w:r>
      <w:r>
        <w:t>yani darwinism ya evolution theory kis ko explain karti hai? aap ke physical structure explain karti hai.</w:t>
      </w:r>
    </w:p>
    <w:p>
      <w:pPr>
        <w:jc w:val="right"/>
      </w:pPr>
      <w:r>
        <w:t>یعنی ڈارونزم یا ایولوشن تھیوری کس کو ایکسپلین کرتی ہے؟ آپ کے فزیکل سٹرکچر ایکسپلین کرتی ہے۔</w:t>
      </w:r>
    </w:p>
    <w:p>
      <w:r>
        <w:rPr>
          <w:b/>
        </w:rPr>
        <w:t xml:space="preserve">[17:08] </w:t>
      </w:r>
      <w:r>
        <w:t>ke kaise kaise anwa species bani? kaise chidiya bani? kaise fish bani? kaise goat bani? kaise bandar bana?</w:t>
      </w:r>
    </w:p>
    <w:p>
      <w:pPr>
        <w:jc w:val="right"/>
      </w:pPr>
      <w:r>
        <w:t>کہ کیسے کیسے انوا سپیشیز بنی؟ کیسے چڑیا بنی؟ کیسے فش بنی؟ کیسے گوٹ بنی؟ کیسے بندر بنا؟</w:t>
      </w:r>
    </w:p>
    <w:p>
      <w:r>
        <w:rPr>
          <w:b/>
        </w:rPr>
        <w:t xml:space="preserve">[17:14] </w:t>
      </w:r>
      <w:r>
        <w:t>kaise insan bana? yani is ka physical structure jo hai woh kaise bana? yeh batati hai. is ke</w:t>
      </w:r>
    </w:p>
    <w:p>
      <w:pPr>
        <w:jc w:val="right"/>
      </w:pPr>
      <w:r>
        <w:t>کیسے انسان بنا؟ یعنی اس کا فزیکل سٹرکچر جو ہے وہ کیسے بنا؟ یہ بتاتی ہے۔ اس کے</w:t>
      </w:r>
    </w:p>
    <w:p>
      <w:r>
        <w:rPr>
          <w:b/>
        </w:rPr>
        <w:t xml:space="preserve">[17:20] </w:t>
      </w:r>
      <w:r>
        <w:t>bahar jo cheez hai ke soch, insan ki soch woh kaise bani? yeh is ke is se bahar hai.</w:t>
      </w:r>
    </w:p>
    <w:p>
      <w:pPr>
        <w:jc w:val="right"/>
      </w:pPr>
      <w:r>
        <w:t>باہر جو چیز ہے کہ سوچ، انسان کی سوچ وہ کیسے بنی؟ یہ اس کے اس سے باہر ہے۔</w:t>
      </w:r>
    </w:p>
    <w:p>
      <w:r>
        <w:rPr>
          <w:b/>
        </w:rPr>
        <w:t xml:space="preserve">[17:27] </w:t>
      </w:r>
      <w:r>
        <w:t>yeh kitna bada ek ek farq aaya history mein ke insan naam hai mind ka, rooh ka, soch</w:t>
      </w:r>
    </w:p>
    <w:p>
      <w:pPr>
        <w:jc w:val="right"/>
      </w:pPr>
      <w:r>
        <w:t>یہ کتنا بڑا ایک ایک فرق آیا ہسٹری میں کہ انسان نام ہے مائنڈ کا، روح کا، سوچ</w:t>
      </w:r>
    </w:p>
    <w:p>
      <w:r>
        <w:rPr>
          <w:b/>
        </w:rPr>
        <w:t xml:space="preserve">[17:35] </w:t>
      </w:r>
      <w:r>
        <w:t>ka woh sab khatm is se.</w:t>
      </w:r>
    </w:p>
    <w:p>
      <w:pPr>
        <w:jc w:val="right"/>
      </w:pPr>
      <w:r>
        <w:t>کا وہ سب ختم اس سے۔</w:t>
      </w:r>
    </w:p>
    <w:p>
      <w:r>
        <w:rPr>
          <w:b/>
        </w:rPr>
        <w:t xml:space="preserve">[17:42] </w:t>
      </w:r>
      <w:r>
        <w:t>ab dekhen ke evolution se jo jo banti hai jis ko kehte hain yani natural selection</w:t>
      </w:r>
    </w:p>
    <w:p>
      <w:pPr>
        <w:jc w:val="right"/>
      </w:pPr>
      <w:r>
        <w:t>اب دیکھیں کہ ایولوشن سے جو جو بنتی ہے جس کو کہتے ہیں یعنی نیچرل سلیکشن</w:t>
      </w:r>
    </w:p>
    <w:p>
      <w:r>
        <w:rPr>
          <w:b/>
        </w:rPr>
        <w:t xml:space="preserve">[17:50] </w:t>
      </w:r>
      <w:r>
        <w:t>ya survival of the fittest woh sirf physical process hi tak mehdood hai woh.</w:t>
      </w:r>
    </w:p>
    <w:p>
      <w:pPr>
        <w:jc w:val="right"/>
      </w:pPr>
      <w:r>
        <w:t>یا سروائیول آف دی فٹسٹ وہ صرف فزیکل پروسیس ہی تک محدود ہے وہ۔</w:t>
      </w:r>
    </w:p>
    <w:p>
      <w:r>
        <w:rPr>
          <w:b/>
        </w:rPr>
        <w:t xml:space="preserve">[17:55] </w:t>
      </w:r>
      <w:r>
        <w:t>natural natural selection kya hai? physical process hai.</w:t>
      </w:r>
    </w:p>
    <w:p>
      <w:pPr>
        <w:jc w:val="right"/>
      </w:pPr>
      <w:r>
        <w:t>نیچرل نیچرل سلیکشن کیا ہے؟ فزیکل پروسیس ہے۔</w:t>
      </w:r>
    </w:p>
    <w:p>
      <w:r>
        <w:rPr>
          <w:b/>
        </w:rPr>
        <w:t xml:space="preserve">[18:00] </w:t>
      </w:r>
      <w:r>
        <w:t>survival of the fittest physical process hai.</w:t>
      </w:r>
    </w:p>
    <w:p>
      <w:pPr>
        <w:jc w:val="right"/>
      </w:pPr>
      <w:r>
        <w:t>سروائیول آف دی فٹسٹ فزیکل پروسیس ہے۔</w:t>
      </w:r>
    </w:p>
    <w:p>
      <w:r>
        <w:rPr>
          <w:b/>
        </w:rPr>
        <w:t xml:space="preserve">[18:05] </w:t>
      </w:r>
      <w:r>
        <w:t>lekin aur jo cheezen mein jo sochta hoon yeh kaise hua? meri jo pasand hai woh kaise aayi?</w:t>
      </w:r>
    </w:p>
    <w:p>
      <w:pPr>
        <w:jc w:val="right"/>
      </w:pPr>
      <w:r>
        <w:t>لیکن اور جو چیزیں میں جو سوچتا ہوں یہ کیسے ہوا؟ میری جو پسند ہے وہ کیسے آئی؟</w:t>
      </w:r>
    </w:p>
    <w:p>
      <w:r>
        <w:rPr>
          <w:b/>
        </w:rPr>
        <w:t xml:space="preserve">[18:10] </w:t>
      </w:r>
      <w:r>
        <w:t>mein ek cheez ko touch karta hoon to mujhe achha lagta hai yeh kaise aaya? mein dekhta hoon</w:t>
      </w:r>
    </w:p>
    <w:p>
      <w:pPr>
        <w:jc w:val="right"/>
      </w:pPr>
      <w:r>
        <w:t>میں ایک چیز کو ٹچ کرتا ہوں تو مجھے اچھا لگتا ہے یہ کیسے آیا؟ میں دیکھتا ہوں</w:t>
      </w:r>
    </w:p>
    <w:p>
      <w:r>
        <w:rPr>
          <w:b/>
        </w:rPr>
        <w:t xml:space="preserve">[18:15] </w:t>
      </w:r>
      <w:r>
        <w:t>to mujhe ek sarwar</w:t>
      </w:r>
    </w:p>
    <w:p>
      <w:pPr>
        <w:jc w:val="right"/>
      </w:pPr>
      <w:r>
        <w:t>تو مجھے ایک سرور</w:t>
      </w:r>
    </w:p>
    <w:p>
      <w:r>
        <w:rPr>
          <w:b/>
        </w:rPr>
        <w:t xml:space="preserve">[18:20] </w:t>
      </w:r>
      <w:r>
        <w:t>milta hai woh kaise aaya? yeh evolution theory se bahar hai.</w:t>
      </w:r>
    </w:p>
    <w:p>
      <w:pPr>
        <w:jc w:val="right"/>
      </w:pPr>
      <w:r>
        <w:t>ملتا ہے وہ کیسے آیا؟ یہ ایولوشن تھیوری سے باہر ہے۔</w:t>
      </w:r>
    </w:p>
    <w:p>
      <w:r>
        <w:rPr>
          <w:b/>
        </w:rPr>
        <w:t xml:space="preserve">[18:24] </w:t>
      </w:r>
      <w:r>
        <w:t>is ka explanation is ke haan maujood nahi hai.</w:t>
      </w:r>
    </w:p>
    <w:p>
      <w:pPr>
        <w:jc w:val="right"/>
      </w:pPr>
      <w:r>
        <w:t>اس کا ایکسپلینیشن اس کے ہاں موجود نہیں ہے۔</w:t>
      </w:r>
    </w:p>
    <w:p>
      <w:r>
        <w:rPr>
          <w:b/>
        </w:rPr>
        <w:t xml:space="preserve">[18:29] </w:t>
      </w:r>
      <w:r>
        <w:t>to kya evolution theory ne insan ke physical aspect ko alag kar diya? is ke intellectual aspect ko</w:t>
      </w:r>
    </w:p>
    <w:p>
      <w:pPr>
        <w:jc w:val="right"/>
      </w:pPr>
      <w:r>
        <w:t>تو کیا ایولوشن تھیوری نے انسان کے فزیکل آسپیکٹ کو الگ کر دیا؟ اس کے انٹلیکچول آسپیکٹ کو</w:t>
      </w:r>
    </w:p>
    <w:p>
      <w:r>
        <w:rPr>
          <w:b/>
        </w:rPr>
        <w:t xml:space="preserve">[18:33] </w:t>
      </w:r>
      <w:r>
        <w:t>alag kar diya? aur phir sari spirituality khatm ho gayi, value system khatm ho gaya.</w:t>
      </w:r>
    </w:p>
    <w:p>
      <w:pPr>
        <w:jc w:val="right"/>
      </w:pPr>
      <w:r>
        <w:t>الگ کر دیا؟ اور پھر ساری اسپریچولٹی ختم ہو گئی، ویلیو سسٹم ختم ہو گیا۔</w:t>
      </w:r>
    </w:p>
    <w:p>
      <w:r>
        <w:rPr>
          <w:b/>
        </w:rPr>
        <w:t xml:space="preserve">[18:37] </w:t>
      </w:r>
      <w:r>
        <w:t>yahi kaam har ek karta raha.</w:t>
      </w:r>
    </w:p>
    <w:p>
      <w:pPr>
        <w:jc w:val="right"/>
      </w:pPr>
      <w:r>
        <w:t>یہی کام ہر ایک کرتا رہا۔</w:t>
      </w:r>
    </w:p>
    <w:p>
      <w:r>
        <w:rPr>
          <w:b/>
        </w:rPr>
        <w:t xml:space="preserve">[18:41] </w:t>
      </w:r>
      <w:r>
        <w:t>jo bhi is daur mein uthe maslan freud ko lijie aap.</w:t>
      </w:r>
    </w:p>
    <w:p>
      <w:pPr>
        <w:jc w:val="right"/>
      </w:pPr>
      <w:r>
        <w:t>جو بھی اس دور میں اٹھے مثلاً فرائیڈ کو لیجیے آپ۔</w:t>
      </w:r>
    </w:p>
    <w:p>
      <w:r>
        <w:rPr>
          <w:b/>
        </w:rPr>
        <w:t xml:space="preserve">[18:46] </w:t>
      </w:r>
      <w:r>
        <w:t>insan ke andar ek hota hai desire</w:t>
      </w:r>
    </w:p>
    <w:p>
      <w:pPr>
        <w:jc w:val="right"/>
      </w:pPr>
      <w:r>
        <w:t>انسان کے اندر ایک ہوتا ہے ڈیزائر</w:t>
      </w:r>
    </w:p>
    <w:p>
      <w:r>
        <w:rPr>
          <w:b/>
        </w:rPr>
        <w:t xml:space="preserve">[18:50] </w:t>
      </w:r>
      <w:r>
        <w:t xml:space="preserve"> , aik hota hai us ka conscious aur principle. to us ne desire ko alag kar diya aur conscious ko alag kar diya. yani jo main chahun woh main karun. us ne yeh philosophy pesh ki ke agar aadmi par rok lagai jaye gi us ki us ki freedom par to us ka growth ruk jaye ga. to unlimited freedom ko jaiz kar diya hai. yeh aik aik shakhs ki baat nahin</w:t>
      </w:r>
    </w:p>
    <w:p>
      <w:pPr>
        <w:jc w:val="right"/>
      </w:pPr>
      <w:r>
        <w:t>، ایک ہوتا ہے اس کا کانشیس اور پرنسپل۔ تو اس نے ڈیزائر کو الگ کر دیا اور کانشیس کو الگ کر دیا۔ یعنی جو میں چاہوں وہ میں کروں۔ اس نے یہ فلاسفی پیش کی کہ اگر آدمی پر روک لگائی جائے گی اس کی اس کی فریڈم پر تو اس کا گروتھ رک جائے گا۔ تو ان لمیٹڈ فریڈم کو جائز کر دیا ہے۔ یہ ایک ایک شخص کی بات نہیں</w:t>
      </w:r>
    </w:p>
    <w:p>
      <w:r>
        <w:rPr>
          <w:b/>
        </w:rPr>
        <w:t xml:space="preserve">[19:20] </w:t>
      </w:r>
      <w:r>
        <w:t>hai, yeh sainkaron log paida hue jinhon ne yeh sab is philosophy ko parhaya.</w:t>
      </w:r>
    </w:p>
    <w:p>
      <w:pPr>
        <w:jc w:val="right"/>
      </w:pPr>
      <w:r>
        <w:t>ہے، یہ سینکڑوں لوگ پیدا ہوئے جنہوں نے یہ سب اس فلاسفی کو پڑھایا۔</w:t>
      </w:r>
    </w:p>
    <w:p>
      <w:r>
        <w:rPr>
          <w:b/>
        </w:rPr>
        <w:t xml:space="preserve">[19:24] </w:t>
      </w:r>
      <w:r>
        <w:t>To Sigmund Freud ki philosophy mein insan ka jo aspect hai desire ka, chah ka woh to sab</w:t>
      </w:r>
    </w:p>
    <w:p>
      <w:pPr>
        <w:jc w:val="right"/>
      </w:pPr>
      <w:r>
        <w:t>تو سگمنڈ فرائیڈ کی فلاسفی میں انسان کا جو آسپیکٹ ہے ڈیزائر کا، چاہ کا وہ تو سب</w:t>
      </w:r>
    </w:p>
    <w:p>
      <w:r>
        <w:rPr>
          <w:b/>
        </w:rPr>
        <w:t xml:space="preserve">[19:29] </w:t>
      </w:r>
      <w:r>
        <w:t>kuch ho gaya.</w:t>
      </w:r>
    </w:p>
    <w:p>
      <w:pPr>
        <w:jc w:val="right"/>
      </w:pPr>
      <w:r>
        <w:t>کچھ ہو گیا۔</w:t>
      </w:r>
    </w:p>
    <w:p>
      <w:r>
        <w:rPr>
          <w:b/>
        </w:rPr>
        <w:t xml:space="preserve">[19:33] </w:t>
      </w:r>
      <w:r>
        <w:t>Aur jo insan ke andar jo doosra hai conscious hai, soch hai, principle hai, value hai woh sab</w:t>
      </w:r>
    </w:p>
    <w:p>
      <w:pPr>
        <w:jc w:val="right"/>
      </w:pPr>
      <w:r>
        <w:t>اور جو انسان کے اندر جو دوسرا ہے کانشیس ہے، سوچ ہے، پرنسپل ہے، ویلیو ہے وہ سب</w:t>
      </w:r>
    </w:p>
    <w:p>
      <w:r>
        <w:rPr>
          <w:b/>
        </w:rPr>
        <w:t xml:space="preserve">[19:38] </w:t>
      </w:r>
      <w:r>
        <w:t>alag ho gaya.</w:t>
      </w:r>
    </w:p>
    <w:p>
      <w:pPr>
        <w:jc w:val="right"/>
      </w:pPr>
      <w:r>
        <w:t>الگ ہو گیا۔</w:t>
      </w:r>
    </w:p>
    <w:p>
      <w:r>
        <w:rPr>
          <w:b/>
        </w:rPr>
        <w:t xml:space="preserve">[19:42] </w:t>
      </w:r>
      <w:r>
        <w:t>Is ki koi is ki koi ahmiyat nahi rahi.</w:t>
      </w:r>
    </w:p>
    <w:p>
      <w:pPr>
        <w:jc w:val="right"/>
      </w:pPr>
      <w:r>
        <w:t>اس کی کوئی اس کی کوئی اہمیت نہیں رہی۔</w:t>
      </w:r>
    </w:p>
    <w:p>
      <w:r>
        <w:rPr>
          <w:b/>
        </w:rPr>
        <w:t xml:space="preserve">[19:46] </w:t>
      </w:r>
      <w:r>
        <w:t>Yeh hai duality.</w:t>
      </w:r>
    </w:p>
    <w:p>
      <w:pPr>
        <w:jc w:val="right"/>
      </w:pPr>
      <w:r>
        <w:t>یہ ہے ڈوئلٹی۔</w:t>
      </w:r>
    </w:p>
    <w:p>
      <w:r>
        <w:rPr>
          <w:b/>
        </w:rPr>
        <w:t xml:space="preserve">[19:51] </w:t>
      </w:r>
      <w:r>
        <w:t>To duality jo hai woh is daur mein chha gayi.</w:t>
      </w:r>
    </w:p>
    <w:p>
      <w:pPr>
        <w:jc w:val="right"/>
      </w:pPr>
      <w:r>
        <w:t>تو ڈوئلٹی جو ہے وہ اس دورے میں چھا گئی۔</w:t>
      </w:r>
    </w:p>
    <w:p>
      <w:r>
        <w:rPr>
          <w:b/>
        </w:rPr>
        <w:t xml:space="preserve">[19:54] </w:t>
      </w:r>
      <w:r>
        <w:t>Jis ko bhi dekhen woh is ka shikar hai.</w:t>
      </w:r>
    </w:p>
    <w:p>
      <w:pPr>
        <w:jc w:val="right"/>
      </w:pPr>
      <w:r>
        <w:t>جس کو بھی دیکھیں وہ اس کا شکار ہے۔</w:t>
      </w:r>
    </w:p>
    <w:p>
      <w:r>
        <w:rPr>
          <w:b/>
        </w:rPr>
        <w:t xml:space="preserve">[19:57] </w:t>
      </w:r>
      <w:r>
        <w:t>Chahay woh philosophy philosophy ka term mein na janta ho.</w:t>
      </w:r>
    </w:p>
    <w:p>
      <w:pPr>
        <w:jc w:val="right"/>
      </w:pPr>
      <w:r>
        <w:t>چاہے وہ فلاسفی فلاسفی کا ٹرم میں نہ جانتا ہو۔</w:t>
      </w:r>
    </w:p>
    <w:p>
      <w:r>
        <w:rPr>
          <w:b/>
        </w:rPr>
        <w:t xml:space="preserve">[20:01] </w:t>
      </w:r>
      <w:r>
        <w:t>Is mein na janta ho tab bhi.</w:t>
      </w:r>
    </w:p>
    <w:p>
      <w:pPr>
        <w:jc w:val="right"/>
      </w:pPr>
      <w:r>
        <w:t>اس میں نہ جانتا ہو تب بھی۔</w:t>
      </w:r>
    </w:p>
    <w:p>
      <w:r>
        <w:rPr>
          <w:b/>
        </w:rPr>
        <w:t xml:space="preserve">[20:04] </w:t>
      </w:r>
      <w:r>
        <w:t>Aap kisi bhi insan ko jo road par chal raha ho us ko pakriye, us se baat kijiye</w:t>
      </w:r>
    </w:p>
    <w:p>
      <w:pPr>
        <w:jc w:val="right"/>
      </w:pPr>
      <w:r>
        <w:t>آپ کسی بھی انسان کو جو روڈ پر چل رہا ہو اس کو پکڑیے، اس سے بات کیجیے</w:t>
      </w:r>
    </w:p>
    <w:p>
      <w:r>
        <w:rPr>
          <w:b/>
        </w:rPr>
        <w:t xml:space="preserve">[20:08] </w:t>
      </w:r>
      <w:r>
        <w:t>aakhirat ki, jannat ki to bohat jald woh kahega ke bhai hum mein ja raha hoon, office</w:t>
      </w:r>
    </w:p>
    <w:p>
      <w:pPr>
        <w:jc w:val="right"/>
      </w:pPr>
      <w:r>
        <w:t>آخرت کی، جنت کی تو بہت جلد وہ کہے گا کہ بھئی ہم میں جا رہا ہوں، آفس</w:t>
      </w:r>
    </w:p>
    <w:p>
      <w:r>
        <w:rPr>
          <w:b/>
        </w:rPr>
        <w:t xml:space="preserve">[20:11] </w:t>
      </w:r>
      <w:r>
        <w:t>ja raha hoon, mujhe itna time nahi hai.</w:t>
      </w:r>
    </w:p>
    <w:p>
      <w:pPr>
        <w:jc w:val="right"/>
      </w:pPr>
      <w:r>
        <w:t>جا رہا ہوں، مجھے اتنا ٹائم نہیں ہے۔</w:t>
      </w:r>
    </w:p>
    <w:p>
      <w:r>
        <w:rPr>
          <w:b/>
        </w:rPr>
        <w:t xml:space="preserve">[20:14] </w:t>
      </w:r>
      <w:r>
        <w:t>Usay sochna nahi hai is ke mamle mein.</w:t>
      </w:r>
    </w:p>
    <w:p>
      <w:pPr>
        <w:jc w:val="right"/>
      </w:pPr>
      <w:r>
        <w:t>اسے سوچنا نہیں ہے اس کے معاملے میں۔</w:t>
      </w:r>
    </w:p>
    <w:p>
      <w:r>
        <w:rPr>
          <w:b/>
        </w:rPr>
        <w:t xml:space="preserve">[20:18] </w:t>
      </w:r>
      <w:r>
        <w:t>Us ko apna</w:t>
      </w:r>
    </w:p>
    <w:p>
      <w:pPr>
        <w:jc w:val="right"/>
      </w:pPr>
      <w:r>
        <w:t>اس کو اپنا</w:t>
      </w:r>
    </w:p>
    <w:p>
      <w:r>
        <w:rPr>
          <w:b/>
        </w:rPr>
        <w:t xml:space="preserve">[20:21] </w:t>
      </w:r>
      <w:r>
        <w:t>apna business dekhna hai, apna job dekhna hai, apna material interest dekhna hai, paisa dekhna hai.</w:t>
      </w:r>
    </w:p>
    <w:p>
      <w:pPr>
        <w:jc w:val="right"/>
      </w:pPr>
      <w:r>
        <w:t>اپنا بزنس دیکھنا ہے، اپنا جاب دیکھنا ہے، اپنا مٹیریل انٹرسٹ دیکھنا ہے، پیسہ دیکھنا ہے۔</w:t>
      </w:r>
    </w:p>
    <w:p>
      <w:r>
        <w:rPr>
          <w:b/>
        </w:rPr>
        <w:t xml:space="preserve">[20:26] </w:t>
      </w:r>
      <w:r>
        <w:t>Is ke liye is par time hai.</w:t>
      </w:r>
    </w:p>
    <w:p>
      <w:pPr>
        <w:jc w:val="right"/>
      </w:pPr>
      <w:r>
        <w:t>اس کے لیے اس پر ٹائم ہے۔</w:t>
      </w:r>
    </w:p>
    <w:p>
      <w:r>
        <w:rPr>
          <w:b/>
        </w:rPr>
        <w:t xml:space="preserve">[20:31] </w:t>
      </w:r>
      <w:r>
        <w:t>Lekin aap agar baat karein us se values ki, us ki spirituality ki, Khuda ki, jannat ki, aakhirat</w:t>
      </w:r>
    </w:p>
    <w:p>
      <w:pPr>
        <w:jc w:val="right"/>
      </w:pPr>
      <w:r>
        <w:t>لیکن آپ اگر بات کریں اس سے ویلیوز کی، اس کی اسپریچولٹی کی، خدا کی، جنت کی، آخرت</w:t>
      </w:r>
    </w:p>
    <w:p>
      <w:r>
        <w:rPr>
          <w:b/>
        </w:rPr>
        <w:t xml:space="preserve">[20:36] </w:t>
      </w:r>
      <w:r>
        <w:t>ki, accountability ki to us ke paas time nahi in baton ko sochne ke liye.</w:t>
      </w:r>
    </w:p>
    <w:p>
      <w:pPr>
        <w:jc w:val="right"/>
      </w:pPr>
      <w:r>
        <w:t>کی، اکاؤنٹیبلٹی کی تو اس کے پاس ٹائم نہیں ان باتوں کو سوچنے کے لیے۔</w:t>
      </w:r>
    </w:p>
    <w:p>
      <w:r>
        <w:rPr>
          <w:b/>
        </w:rPr>
        <w:t xml:space="preserve">[20:41] </w:t>
      </w:r>
      <w:r>
        <w:t>Yeh hai duality.</w:t>
      </w:r>
    </w:p>
    <w:p>
      <w:pPr>
        <w:jc w:val="right"/>
      </w:pPr>
      <w:r>
        <w:t>یہ ہے ڈوئلٹی۔</w:t>
      </w:r>
    </w:p>
    <w:p>
      <w:r>
        <w:rPr>
          <w:b/>
        </w:rPr>
        <w:t xml:space="preserve">[20:46] </w:t>
      </w:r>
      <w:r>
        <w:t>To yeh chali thi yani wahan se yani Galileo se.</w:t>
      </w:r>
    </w:p>
    <w:p>
      <w:pPr>
        <w:jc w:val="right"/>
      </w:pPr>
      <w:r>
        <w:t>تو یہ چلی تھی یعنی وہاں سے یعنی گلیلیو سے۔</w:t>
      </w:r>
    </w:p>
    <w:p>
      <w:r>
        <w:rPr>
          <w:b/>
        </w:rPr>
        <w:t xml:space="preserve">[20:52] </w:t>
      </w:r>
      <w:r>
        <w:t>ab ab bilkul chha gayi wohi culture chha gaya. wohi isi culture ke tehat yeh kehte hain ke right here right now. matlab material jo interest hai, material jo enjoyment hai bas woh humein dekhna hai. bas kal parson mein aik aik aik aik mashhoor aik lady ka interview tha akhbar mein to us ne kaha ke mujhe to dunya mein enjoy karna hai.</w:t>
      </w:r>
    </w:p>
    <w:p>
      <w:pPr>
        <w:jc w:val="right"/>
      </w:pPr>
      <w:r>
        <w:t>اب اب بالکل چھا گئی وہی کلچر چھا گیا۔ وہی اسی کلچر کے تحت یہ کہتے ہیں کہ رائٹ ہیر رائٹ ناو۔ مطلب مٹیریل جو انٹرسٹ ہے، مٹیریل جو انجوائے منٹ ہے بس وہ ہمیں دیکھنا ہے۔ بس کل پرسوں میں ایک ایک ایک ایک مشہور ایک لیڈی کا انٹرویو تھا اخبار میں تو اس نے کہا کہ مجھے تو دنیا میں انجوائے کرنا ہے۔</w:t>
      </w:r>
    </w:p>
    <w:p>
      <w:r>
        <w:rPr>
          <w:b/>
        </w:rPr>
        <w:t xml:space="preserve">[21:22] </w:t>
      </w:r>
      <w:r>
        <w:t>میرے enjoyment میں اگر میرا spouse اگر اگر روک بنتا ہے تو اس کو میں dump کر دوں گی۔</w:t>
      </w:r>
    </w:p>
    <w:p>
      <w:pPr>
        <w:jc w:val="right"/>
      </w:pPr>
      <w:r>
        <w:t>میرے انجوائے منٹ میں اگر میرا اسپاؤز اگر اگر روک بنتا ہے تو اس کو میں ڈمپ کر دوں گی۔</w:t>
      </w:r>
    </w:p>
    <w:p>
      <w:r>
        <w:rPr>
          <w:b/>
        </w:rPr>
        <w:t xml:space="preserve">[21:27] </w:t>
      </w:r>
      <w:r>
        <w:t>Yaani agar us ne shadi ki hai, ek uska husband hai, agar record banta hai us ke</w:t>
      </w:r>
    </w:p>
    <w:p>
      <w:pPr>
        <w:jc w:val="right"/>
      </w:pPr>
      <w:r>
        <w:t>یعنی اگر اس نے شادی کی ہے، ایک اس کا ہسبینڈ ہے، اگر ریکارڈ بنتا ہے اس کے</w:t>
      </w:r>
    </w:p>
    <w:p>
      <w:r>
        <w:rPr>
          <w:b/>
        </w:rPr>
        <w:t xml:space="preserve">[21:32] </w:t>
      </w:r>
      <w:r>
        <w:t>enjoyment mein to husband ko hi gadhe mein daal degi woh.</w:t>
      </w:r>
    </w:p>
    <w:p>
      <w:pPr>
        <w:jc w:val="right"/>
      </w:pPr>
      <w:r>
        <w:t>انجوائے منٹ میں تو ہسبینڈ کو ہی گڑھے میں ڈال دے گی وہ۔</w:t>
      </w:r>
    </w:p>
    <w:p>
      <w:r>
        <w:rPr>
          <w:b/>
        </w:rPr>
        <w:t xml:space="preserve">[21:37] </w:t>
      </w:r>
      <w:r>
        <w:t>Yeh yeh daur jadeed ka ki soch hai ke mujhe apni apni chahat pe chalna hai, apni khwahish</w:t>
      </w:r>
    </w:p>
    <w:p>
      <w:pPr>
        <w:jc w:val="right"/>
      </w:pPr>
      <w:r>
        <w:t>یہ یہ دور جدید کا کی سوچ ہے کہ مجھے اپنی اپنی چاہت پہ چلنا ہے، اپنی خواہش</w:t>
      </w:r>
    </w:p>
    <w:p>
      <w:r>
        <w:rPr>
          <w:b/>
        </w:rPr>
        <w:t xml:space="preserve">[21:42] </w:t>
      </w:r>
      <w:r>
        <w:t>puri karna hai, apne interest par phir dorna hai.</w:t>
      </w:r>
    </w:p>
    <w:p>
      <w:pPr>
        <w:jc w:val="right"/>
      </w:pPr>
      <w:r>
        <w:t>پوری کرنا ہے، اپنے انٹرسٹ پر پھر دوڑنا ہے۔</w:t>
      </w:r>
    </w:p>
    <w:p>
      <w:r>
        <w:rPr>
          <w:b/>
        </w:rPr>
        <w:t xml:space="preserve">[21:47] </w:t>
      </w:r>
      <w:r>
        <w:t>baqi koi value mein ahmiyat nahi rakhti mere liye.</w:t>
      </w:r>
    </w:p>
    <w:p>
      <w:pPr>
        <w:jc w:val="right"/>
      </w:pPr>
      <w:r>
        <w:t>باقی کوئی ویلیو میں اہمیت نہیں رکھتی میرے لیے۔</w:t>
      </w:r>
    </w:p>
    <w:p>
      <w:r>
        <w:rPr>
          <w:b/>
        </w:rPr>
        <w:t xml:space="preserve">[21:52] </w:t>
      </w:r>
      <w:r>
        <w:t>kisi value ki koi ahmiyat nahi hai.</w:t>
      </w:r>
    </w:p>
    <w:p>
      <w:pPr>
        <w:jc w:val="right"/>
      </w:pPr>
      <w:r>
        <w:t>کسی ویلیو کی کوئی اہمیت نہیں ہے۔</w:t>
      </w:r>
    </w:p>
    <w:p>
      <w:r>
        <w:rPr>
          <w:b/>
        </w:rPr>
        <w:t xml:space="preserve">[21:56] </w:t>
      </w:r>
      <w:r>
        <w:t>khuda aur akhirat waghera yeh mujhe sochna nahi hai is ke bare mein.</w:t>
      </w:r>
    </w:p>
    <w:p>
      <w:pPr>
        <w:jc w:val="right"/>
      </w:pPr>
      <w:r>
        <w:t>خدا اور آخرت وغیرہ یہ مجھے سوچنا نہیں ہے اس کے بارے میں۔</w:t>
      </w:r>
    </w:p>
    <w:p>
      <w:r>
        <w:rPr>
          <w:b/>
        </w:rPr>
        <w:t xml:space="preserve">[22:00] </w:t>
      </w:r>
      <w:r>
        <w:t>to yeh duality jo hai, duality ke ka jo edge hai, edge of duality isi ke hero ka</w:t>
      </w:r>
    </w:p>
    <w:p>
      <w:pPr>
        <w:jc w:val="right"/>
      </w:pPr>
      <w:r>
        <w:t>تو یہ ڈوئلٹی جو ہے، ڈوئلٹی کے کا جو ایج ہے، ایج آف ڈوئلٹی اسی کے ہیرو کا</w:t>
      </w:r>
    </w:p>
    <w:p>
      <w:r>
        <w:rPr>
          <w:b/>
        </w:rPr>
        <w:t xml:space="preserve">[22:05] </w:t>
      </w:r>
      <w:r>
        <w:t>naam hai dajjal.</w:t>
      </w:r>
    </w:p>
    <w:p>
      <w:pPr>
        <w:jc w:val="right"/>
      </w:pPr>
      <w:r>
        <w:t>نام ہے دجال۔</w:t>
      </w:r>
    </w:p>
    <w:p>
      <w:r>
        <w:rPr>
          <w:b/>
        </w:rPr>
        <w:t xml:space="preserve">[22:09] </w:t>
      </w:r>
      <w:r>
        <w:t>isi ke champion ka naam dajjal hai.</w:t>
      </w:r>
    </w:p>
    <w:p>
      <w:pPr>
        <w:jc w:val="right"/>
      </w:pPr>
      <w:r>
        <w:t>اسی کے چیمپیئن کا نام دجال ہے۔</w:t>
      </w:r>
    </w:p>
    <w:p>
      <w:r>
        <w:rPr>
          <w:b/>
        </w:rPr>
        <w:t xml:space="preserve">[22:13] </w:t>
      </w:r>
      <w:r>
        <w:t>yani dajjal kisi yani aisa nahi ke koi anokhi ek cheez paida ho jaye gi dajjal.</w:t>
      </w:r>
    </w:p>
    <w:p>
      <w:pPr>
        <w:jc w:val="right"/>
      </w:pPr>
      <w:r>
        <w:t>یعنی دجال کسی یعنی ایسا نہیں کہ کوئی انوکھی ایک چیز پیدا ہو جائے گی دجال۔</w:t>
      </w:r>
    </w:p>
    <w:p>
      <w:r>
        <w:rPr>
          <w:b/>
        </w:rPr>
        <w:t xml:space="preserve">[22:17] </w:t>
      </w:r>
      <w:r>
        <w:t>bari bari sing is ki hongi, bare bare hath is ke honge, koi master</w:t>
      </w:r>
    </w:p>
    <w:p>
      <w:pPr>
        <w:jc w:val="right"/>
      </w:pPr>
      <w:r>
        <w:t>بڑی بڑی سینگ اس کی ہوں گی، بڑے بڑے ہاتھ اس کے ہوں گے، کوئی ماسٹر</w:t>
      </w:r>
    </w:p>
    <w:p>
      <w:r>
        <w:rPr>
          <w:b/>
        </w:rPr>
        <w:t xml:space="preserve">[22:22] </w:t>
      </w:r>
      <w:r>
        <w:t>type ka koi cheez hoga woh.</w:t>
      </w:r>
    </w:p>
    <w:p>
      <w:pPr>
        <w:jc w:val="right"/>
      </w:pPr>
      <w:r>
        <w:t>ٹائپ کا کوئی چیز ہوگا وہ۔</w:t>
      </w:r>
    </w:p>
    <w:p>
      <w:r>
        <w:rPr>
          <w:b/>
        </w:rPr>
        <w:t xml:space="preserve">[22:25] </w:t>
      </w:r>
      <w:r>
        <w:t>aisa nahi hai.</w:t>
      </w:r>
    </w:p>
    <w:p>
      <w:pPr>
        <w:jc w:val="right"/>
      </w:pPr>
      <w:r>
        <w:t>ایسا نہیں ہے۔</w:t>
      </w:r>
    </w:p>
    <w:p>
      <w:r>
        <w:rPr>
          <w:b/>
        </w:rPr>
        <w:t xml:space="preserve">[22:28] </w:t>
      </w:r>
      <w:r>
        <w:t>yehi insan jaise insan hain, aise hi insan.</w:t>
      </w:r>
    </w:p>
    <w:p>
      <w:pPr>
        <w:jc w:val="right"/>
      </w:pPr>
      <w:r>
        <w:t>یہی انسان جیسے انسان ہیں، ایسے ہی انسان۔</w:t>
      </w:r>
    </w:p>
    <w:p>
      <w:r>
        <w:rPr>
          <w:b/>
        </w:rPr>
        <w:t xml:space="preserve">[22:31] </w:t>
      </w:r>
      <w:r>
        <w:t>yeh ek process tha dajali ka jo adam se shuru ho gaya tha.</w:t>
      </w:r>
    </w:p>
    <w:p>
      <w:pPr>
        <w:jc w:val="right"/>
      </w:pPr>
      <w:r>
        <w:t>یہ ایک پروسیس تھا دجالی کا جو آدم سے شروع ہو گیا تھا۔</w:t>
      </w:r>
    </w:p>
    <w:p>
      <w:r>
        <w:rPr>
          <w:b/>
        </w:rPr>
        <w:t xml:space="preserve">[22:34] </w:t>
      </w:r>
      <w:r>
        <w:t>ab woh bohat zyada yani skillful tareeqe se kiya jane laga woh.</w:t>
      </w:r>
    </w:p>
    <w:p>
      <w:pPr>
        <w:jc w:val="right"/>
      </w:pPr>
      <w:r>
        <w:t>اب وہ بہت زیادہ یعنی اسکل فل طریقے سے کیا جانے لگا وہ۔</w:t>
      </w:r>
    </w:p>
    <w:p>
      <w:r>
        <w:rPr>
          <w:b/>
        </w:rPr>
        <w:t xml:space="preserve">[22:38] </w:t>
      </w:r>
      <w:r>
        <w:t>یعنی justified way میں کیا جانے لگا وہ۔</w:t>
      </w:r>
    </w:p>
    <w:p>
      <w:pPr>
        <w:jc w:val="right"/>
      </w:pPr>
      <w:r>
        <w:t>یعنی جسٹیفائیڈ وے میں کیا جانے لگا وہ۔</w:t>
      </w:r>
    </w:p>
    <w:p>
      <w:r>
        <w:rPr>
          <w:b/>
        </w:rPr>
        <w:t xml:space="preserve">[22:41] </w:t>
      </w:r>
      <w:r>
        <w:t>idealized way mein kiya jane laga woh.</w:t>
      </w:r>
    </w:p>
    <w:p>
      <w:pPr>
        <w:jc w:val="right"/>
      </w:pPr>
      <w:r>
        <w:t>آئیڈیالائزڈ وے میں کیا جانے لگا وہ۔</w:t>
      </w:r>
    </w:p>
    <w:p>
      <w:r>
        <w:rPr>
          <w:b/>
        </w:rPr>
        <w:t xml:space="preserve">[22:44] </w:t>
      </w:r>
      <w:r>
        <w:t>bas yehi farq hai.</w:t>
      </w:r>
    </w:p>
    <w:p>
      <w:pPr>
        <w:jc w:val="right"/>
      </w:pPr>
      <w:r>
        <w:t>بس یہی فرق ہے۔</w:t>
      </w:r>
    </w:p>
    <w:p>
      <w:r>
        <w:rPr>
          <w:b/>
        </w:rPr>
        <w:t xml:space="preserve">[22:47] </w:t>
      </w:r>
      <w:r>
        <w:t>ab is ka asar mazhab tak pohancha.</w:t>
      </w:r>
    </w:p>
    <w:p>
      <w:pPr>
        <w:jc w:val="right"/>
      </w:pPr>
      <w:r>
        <w:t>اب اس کا اثر مذہب تک پہنچا۔</w:t>
      </w:r>
    </w:p>
    <w:p>
      <w:r>
        <w:rPr>
          <w:b/>
        </w:rPr>
        <w:t xml:space="preserve">[22:50] </w:t>
      </w:r>
      <w:r>
        <w:t>mazhab mein dekhen jo political interpretation hai woh yehi cheez hai.</w:t>
      </w:r>
    </w:p>
    <w:p>
      <w:pPr>
        <w:jc w:val="right"/>
      </w:pPr>
      <w:r>
        <w:t>مذہب میں دیکھیں جو پولیٹیکل انٹرپریشن ہے وہ یہی چیز ہے۔</w:t>
      </w:r>
    </w:p>
    <w:p>
      <w:r>
        <w:rPr>
          <w:b/>
        </w:rPr>
        <w:t xml:space="preserve">[22:54] </w:t>
      </w:r>
      <w:r>
        <w:t>political interpretation ne kiya kiya? Islam ke sari woh values jo hain taqwa aur khushu aur khuzu aur</w:t>
      </w:r>
    </w:p>
    <w:p>
      <w:pPr>
        <w:jc w:val="right"/>
      </w:pPr>
      <w:r>
        <w:t>پولیٹیکل انٹرپریشن نے کیا کیا؟ اسلام کے ساری وہ ویلیوز جو ہیں تقویٰ اور خشوع اور خضوع اور</w:t>
      </w:r>
    </w:p>
    <w:p>
      <w:r>
        <w:rPr>
          <w:b/>
        </w:rPr>
        <w:t xml:space="preserve">[22:59] </w:t>
      </w:r>
      <w:r>
        <w:t>ikhbat aur khuda se mohabbat, khuda se khauf aur jannat waghera yeh sab secretary ban gayi.</w:t>
      </w:r>
    </w:p>
    <w:p>
      <w:pPr>
        <w:jc w:val="right"/>
      </w:pPr>
      <w:r>
        <w:t>اخبات اور خدا سے محبت، خدا سے خوف اور جنت وغیرہ یہ سب سیکرٹری بن گئی۔</w:t>
      </w:r>
    </w:p>
    <w:p>
      <w:r>
        <w:rPr>
          <w:b/>
        </w:rPr>
        <w:t xml:space="preserve">[23:04] </w:t>
      </w:r>
      <w:r>
        <w:t>aap in logon se kabhi bhi miliye jo political interpretation se influence hue hain to khoob baatein karenge</w:t>
      </w:r>
    </w:p>
    <w:p>
      <w:pPr>
        <w:jc w:val="right"/>
      </w:pPr>
      <w:r>
        <w:t>آپ ان لوگوں سے کبھی بھی ملیے جو پولیٹیکل انٹرپریشن سے انفلوئنس ہوئے ہیں تو خوب باتیں کریں</w:t>
      </w:r>
    </w:p>
    <w:p>
      <w:r>
        <w:rPr>
          <w:b/>
        </w:rPr>
        <w:t xml:space="preserve">[23:09] </w:t>
      </w:r>
      <w:r>
        <w:t>woh America zalim hai, Yahudi zalim hai, amiya karna hai, woh karna hai.</w:t>
      </w:r>
    </w:p>
    <w:p>
      <w:pPr>
        <w:jc w:val="right"/>
      </w:pPr>
      <w:r>
        <w:t>گے وہ امریکہ ظالم ہے، یہودی ظالم ہے، امیہ کرنا ہے، وہ کرنا ہے۔</w:t>
      </w:r>
    </w:p>
    <w:p>
      <w:r>
        <w:rPr>
          <w:b/>
        </w:rPr>
        <w:t xml:space="preserve">[23:14] </w:t>
      </w:r>
      <w:r>
        <w:t>khauf khuda ki koi baat nahi karenge.</w:t>
      </w:r>
    </w:p>
    <w:p>
      <w:pPr>
        <w:jc w:val="right"/>
      </w:pPr>
      <w:r>
        <w:t>خوف خدا کی کوئی بات نہیں کریں گے۔</w:t>
      </w:r>
    </w:p>
    <w:p>
      <w:r>
        <w:rPr>
          <w:b/>
        </w:rPr>
        <w:t xml:space="preserve">[23:19] </w:t>
      </w:r>
      <w:r>
        <w:t>khauf khuda ki koi baat hi nahi hai.</w:t>
      </w:r>
    </w:p>
    <w:p>
      <w:pPr>
        <w:jc w:val="right"/>
      </w:pPr>
      <w:r>
        <w:t>خوف خدا کی کوئی بات ہی نہیں ہے۔</w:t>
      </w:r>
    </w:p>
    <w:p>
      <w:r>
        <w:rPr>
          <w:b/>
        </w:rPr>
        <w:t xml:space="preserve">[23:24] </w:t>
      </w:r>
      <w:r>
        <w:t>ab jab chahen tajurba kar lijiye in logon se jo political interpretation ka shikar hain.</w:t>
      </w:r>
    </w:p>
    <w:p>
      <w:pPr>
        <w:jc w:val="right"/>
      </w:pPr>
      <w:r>
        <w:t>اب جب چاہیں تجربہ کر لیجیے ان لوگوں سے جو پولیٹیکل انٹرپریشن کا شکار ہیں۔</w:t>
      </w:r>
    </w:p>
    <w:p>
      <w:r>
        <w:rPr>
          <w:b/>
        </w:rPr>
        <w:t xml:space="preserve">[23:27] </w:t>
      </w:r>
      <w:r>
        <w:t>sab cheez secretary ban gayi hai in ke haan.</w:t>
      </w:r>
    </w:p>
    <w:p>
      <w:pPr>
        <w:jc w:val="right"/>
      </w:pPr>
      <w:r>
        <w:t>سب چیز سیکرٹری بن گئی ہے ان کے ہاں۔</w:t>
      </w:r>
    </w:p>
    <w:p>
      <w:r>
        <w:rPr>
          <w:b/>
        </w:rPr>
        <w:t xml:space="preserve">[23:31] </w:t>
      </w:r>
      <w:r>
        <w:t>yani wahi duality jo thi, wahi duality yahan bhi aa gayi ke unhon ne alag kar liya is</w:t>
      </w:r>
    </w:p>
    <w:p>
      <w:pPr>
        <w:jc w:val="right"/>
      </w:pPr>
      <w:r>
        <w:t>یعنی وہی ڈوئلٹی جو تھی، وہی ڈوئلٹی یہاں بھی آ گئی کہ انہوں نے الگ کر لیا اس</w:t>
      </w:r>
    </w:p>
    <w:p>
      <w:r>
        <w:rPr>
          <w:b/>
        </w:rPr>
        <w:t xml:space="preserve">[23:35] </w:t>
      </w:r>
      <w:r>
        <w:t>is aspect ko jo political aspect hai.</w:t>
      </w:r>
    </w:p>
    <w:p>
      <w:pPr>
        <w:jc w:val="right"/>
      </w:pPr>
      <w:r>
        <w:t>اس آسپیکٹ کو جو پولیٹیکل آسپیکٹ ہے۔</w:t>
      </w:r>
    </w:p>
    <w:p>
      <w:r>
        <w:rPr>
          <w:b/>
        </w:rPr>
        <w:t xml:space="preserve">[23:39] </w:t>
      </w:r>
      <w:r>
        <w:t>isi pe jee rahe hain.</w:t>
      </w:r>
    </w:p>
    <w:p>
      <w:pPr>
        <w:jc w:val="right"/>
      </w:pPr>
      <w:r>
        <w:t>اسی پہ جی رہے ہیں۔</w:t>
      </w:r>
    </w:p>
    <w:p>
      <w:r>
        <w:rPr>
          <w:b/>
        </w:rPr>
        <w:t xml:space="preserve">[23:43] </w:t>
      </w:r>
      <w:r>
        <w:t>is ke liye woh gun chala rahe hain, bomb chala rahe hain, suicide bombing kar rahe hain.</w:t>
      </w:r>
    </w:p>
    <w:p>
      <w:pPr>
        <w:jc w:val="right"/>
      </w:pPr>
      <w:r>
        <w:t>اس کے لیے وہ گن چلا رہے ہیں، بم چلا رہے ہیں، سوسائیڈ بمپنگ کر رہے ہیں۔</w:t>
      </w:r>
    </w:p>
    <w:p>
      <w:r>
        <w:rPr>
          <w:b/>
        </w:rPr>
        <w:t xml:space="preserve">[23:47] </w:t>
      </w:r>
      <w:r>
        <w:t>wahi un ke liye sab kuch bana hua hai.</w:t>
      </w:r>
    </w:p>
    <w:p>
      <w:pPr>
        <w:jc w:val="right"/>
      </w:pPr>
      <w:r>
        <w:t>وہی ان کے لیے سب کچھ بنا ہوا ہے۔</w:t>
      </w:r>
    </w:p>
    <w:p>
      <w:r>
        <w:rPr>
          <w:b/>
        </w:rPr>
        <w:t xml:space="preserve">[23:51] </w:t>
      </w:r>
      <w:r>
        <w:t>yeh hai dajali.</w:t>
      </w:r>
    </w:p>
    <w:p>
      <w:pPr>
        <w:jc w:val="right"/>
      </w:pPr>
      <w:r>
        <w:t>یہ ہے دجالی۔</w:t>
      </w:r>
    </w:p>
    <w:p>
      <w:r>
        <w:rPr>
          <w:b/>
        </w:rPr>
        <w:t xml:space="preserve">[23:54] </w:t>
      </w:r>
      <w:r>
        <w:t>کوئی دجالی نام ہے اس بات کا کہ انسان کو یعنی falsified evil میں پھنسا دیا جائے۔</w:t>
      </w:r>
    </w:p>
    <w:p>
      <w:pPr>
        <w:jc w:val="right"/>
      </w:pPr>
      <w:r>
        <w:t>کوئی دجالی نام ہے اس بات کا کہ انسان کو یعنی فریسیفائیڈ ایول میں پھنسا دیا جائے۔</w:t>
      </w:r>
    </w:p>
    <w:p>
      <w:r>
        <w:rPr>
          <w:b/>
        </w:rPr>
        <w:t xml:space="preserve">[23:58] </w:t>
      </w:r>
      <w:r>
        <w:t>idealized evil mein phansa diya jaye.</w:t>
      </w:r>
    </w:p>
    <w:p>
      <w:pPr>
        <w:jc w:val="right"/>
      </w:pPr>
      <w:r>
        <w:t>آئیڈیالائزڈ ایول میں پھنسا دیا جائے۔</w:t>
      </w:r>
    </w:p>
    <w:p>
      <w:r>
        <w:rPr>
          <w:b/>
        </w:rPr>
        <w:t xml:space="preserve">[24:02] </w:t>
      </w:r>
      <w:r>
        <w:t>justified evil میں پھنسا دیا جائے۔</w:t>
      </w:r>
    </w:p>
    <w:p>
      <w:pPr>
        <w:jc w:val="right"/>
      </w:pPr>
      <w:r>
        <w:t>جسٹیفائیڈ ایول میں پھنسا دیا جائے۔</w:t>
      </w:r>
    </w:p>
    <w:p>
      <w:r>
        <w:rPr>
          <w:b/>
        </w:rPr>
        <w:t xml:space="preserve">[24:06] </w:t>
      </w:r>
      <w:r>
        <w:t>aur aadmi woh kare aur samjhe ke hum to woh theek thaak kar rahe hain.</w:t>
      </w:r>
    </w:p>
    <w:p>
      <w:pPr>
        <w:jc w:val="right"/>
      </w:pPr>
      <w:r>
        <w:t>اور آدمی وہ کرے اور سمجھے کہ ہم تو وہ ٹھیک ٹھاک کر رہے ہیں۔</w:t>
      </w:r>
    </w:p>
    <w:p>
      <w:r>
        <w:rPr>
          <w:b/>
        </w:rPr>
        <w:t xml:space="preserve">[24:09] </w:t>
      </w:r>
      <w:r>
        <w:t>yeh zamana is ke culmination ka zamana hai.</w:t>
      </w:r>
    </w:p>
    <w:p>
      <w:pPr>
        <w:jc w:val="right"/>
      </w:pPr>
      <w:r>
        <w:t>یہ زمانہ اس کے کلمنیشن کا زمانہ ہے۔</w:t>
      </w:r>
    </w:p>
    <w:p>
      <w:r>
        <w:rPr>
          <w:b/>
        </w:rPr>
        <w:t xml:space="preserve">[24:13] </w:t>
      </w:r>
      <w:r>
        <w:t>hadees ke mutabiq dajjal aayega bilkul qayamat ke qareeb.</w:t>
      </w:r>
    </w:p>
    <w:p>
      <w:pPr>
        <w:jc w:val="right"/>
      </w:pPr>
      <w:r>
        <w:t>حدیث کے مطابق دجال آئے گا بالکل قیامت کے قریب۔</w:t>
      </w:r>
    </w:p>
    <w:p>
      <w:r>
        <w:rPr>
          <w:b/>
        </w:rPr>
        <w:t xml:space="preserve">[24:17] </w:t>
      </w:r>
      <w:r>
        <w:t>jab qayamat aane wali hogi to us waqt dajjal zahir hoga.</w:t>
      </w:r>
    </w:p>
    <w:p>
      <w:pPr>
        <w:jc w:val="right"/>
      </w:pPr>
      <w:r>
        <w:t>جب قیامت آنے والی ہوگی تو اس وقت دجال ظاہر ہوگا۔</w:t>
      </w:r>
    </w:p>
    <w:p>
      <w:r>
        <w:rPr>
          <w:b/>
        </w:rPr>
        <w:t xml:space="preserve">[24:21] </w:t>
      </w:r>
      <w:r>
        <w:t>to ab to saare sign jo hain</w:t>
      </w:r>
    </w:p>
    <w:p>
      <w:pPr>
        <w:jc w:val="right"/>
      </w:pPr>
      <w:r>
        <w:t>تو اب تو سارے سائن جو ہیں</w:t>
      </w:r>
    </w:p>
    <w:p>
      <w:r>
        <w:rPr>
          <w:b/>
        </w:rPr>
        <w:t xml:space="preserve">[24:25] </w:t>
      </w:r>
      <w:r>
        <w:t>qayamat ke hadeeson mein aaye woh to shuru ho chuke hain.</w:t>
      </w:r>
    </w:p>
    <w:p>
      <w:pPr>
        <w:jc w:val="right"/>
      </w:pPr>
      <w:r>
        <w:t>قیامت کے حدیثوں میں آئے وہ تو شروع ہو چکے ہیں۔</w:t>
      </w:r>
    </w:p>
    <w:p>
      <w:r>
        <w:rPr>
          <w:b/>
        </w:rPr>
        <w:t xml:space="preserve">[24:29] </w:t>
      </w:r>
      <w:r>
        <w:t>to main samajhta hoon ke woh jo ayat Quran majeed mein hai, surah anbiya mein yani chapter number 21 mein.</w:t>
      </w:r>
    </w:p>
    <w:p>
      <w:pPr>
        <w:jc w:val="right"/>
      </w:pPr>
      <w:r>
        <w:t>تو میں سمجھتا ہوں کہ وہ جو آیت قرآن مجید میں ہے، سورہ انبیاء میں یعنی چیپٹر نمبر 21 میں۔</w:t>
      </w:r>
    </w:p>
    <w:p>
      <w:r>
        <w:rPr>
          <w:b/>
        </w:rPr>
        <w:t xml:space="preserve">[24:33] </w:t>
      </w:r>
      <w:r>
        <w:t>iqtarab lillahi hisab fi ghaflat mawroon.</w:t>
      </w:r>
    </w:p>
    <w:p>
      <w:pPr>
        <w:jc w:val="right"/>
      </w:pPr>
      <w:r>
        <w:t>اقترب للہ سے حساب فی غفلت مورزون۔</w:t>
      </w:r>
    </w:p>
    <w:p>
      <w:r>
        <w:rPr>
          <w:b/>
        </w:rPr>
        <w:t xml:space="preserve">[24:38] </w:t>
      </w:r>
      <w:r>
        <w:t>is tarah ki bohat si ayatein Quran majeed mein hain.</w:t>
      </w:r>
    </w:p>
    <w:p>
      <w:pPr>
        <w:jc w:val="right"/>
      </w:pPr>
      <w:r>
        <w:t>اس طرح کی بہت سی آیتیں قرآن مجید میں ہیں۔</w:t>
      </w:r>
    </w:p>
    <w:p>
      <w:r>
        <w:rPr>
          <w:b/>
        </w:rPr>
        <w:t xml:space="preserve">[24:42] </w:t>
      </w:r>
      <w:r>
        <w:t>iqtarab lillahi hisab fi ghaflat mawroon.</w:t>
      </w:r>
    </w:p>
    <w:p>
      <w:pPr>
        <w:jc w:val="right"/>
      </w:pPr>
      <w:r>
        <w:t>اقترب للہ سے حساب فی غفلت مورزون۔</w:t>
      </w:r>
    </w:p>
    <w:p>
      <w:r>
        <w:rPr>
          <w:b/>
        </w:rPr>
        <w:t xml:space="preserve">[24:46] </w:t>
      </w:r>
      <w:r>
        <w:t>yani doomsday is very near.</w:t>
      </w:r>
    </w:p>
    <w:p>
      <w:pPr>
        <w:jc w:val="right"/>
      </w:pPr>
      <w:r>
        <w:t>یعنی ڈومز ڈے از ویری نیئر۔</w:t>
      </w:r>
    </w:p>
    <w:p>
      <w:r>
        <w:rPr>
          <w:b/>
        </w:rPr>
        <w:t xml:space="preserve">[24:51] </w:t>
      </w:r>
      <w:r>
        <w:t>and and and</w:t>
      </w:r>
    </w:p>
    <w:p>
      <w:pPr>
        <w:jc w:val="right"/>
      </w:pPr>
      <w:r>
        <w:t>اینڈ اینڈ اینڈ</w:t>
      </w:r>
    </w:p>
    <w:p>
      <w:r>
        <w:rPr>
          <w:b/>
        </w:rPr>
        <w:t xml:space="preserve">[24:55] </w:t>
      </w:r>
      <w:r>
        <w:t>aur koi sun koi sunne wala nahi hai.</w:t>
      </w:r>
    </w:p>
    <w:p>
      <w:pPr>
        <w:jc w:val="right"/>
      </w:pPr>
      <w:r>
        <w:t>اور کوئی سن کوئی سننے والا نہیں ہے۔</w:t>
      </w:r>
    </w:p>
    <w:p>
      <w:r>
        <w:rPr>
          <w:b/>
        </w:rPr>
        <w:t xml:space="preserve">[25:00] </w:t>
      </w:r>
      <w:r>
        <w:t>qayamat qareeb aa gayi aur koi sun nahi raha, sab araz kar rahe hain is se.</w:t>
      </w:r>
    </w:p>
    <w:p>
      <w:pPr>
        <w:jc w:val="right"/>
      </w:pPr>
      <w:r>
        <w:t>قیامت قریب آ گئی اور کوئی سن نہیں رہا، سب اعراض کر رہے ہیں اس سے۔</w:t>
      </w:r>
    </w:p>
    <w:p>
      <w:r>
        <w:rPr>
          <w:b/>
        </w:rPr>
        <w:t xml:space="preserve">[25:05] </w:t>
      </w:r>
      <w:r>
        <w:t>to main samajhta hoon ke agar aap gahaak ke sath dekhen to dajjal ka zamana aa chuka, dajjal</w:t>
      </w:r>
    </w:p>
    <w:p>
      <w:pPr>
        <w:jc w:val="right"/>
      </w:pPr>
      <w:r>
        <w:t>تو میں سمجھتا ہوں کہ اگر آپ گاہک کے ساتھ دیکھیں تو دجال کا زمانہ آ چکا، دجال</w:t>
      </w:r>
    </w:p>
    <w:p>
      <w:r>
        <w:rPr>
          <w:b/>
        </w:rPr>
        <w:t xml:space="preserve">[25:10] </w:t>
      </w:r>
      <w:r>
        <w:t>zahil ho chuka.</w:t>
      </w:r>
    </w:p>
    <w:p>
      <w:pPr>
        <w:jc w:val="right"/>
      </w:pPr>
      <w:r>
        <w:t>ظاہر ہو چکا۔</w:t>
      </w:r>
    </w:p>
    <w:p>
      <w:r>
        <w:rPr>
          <w:b/>
        </w:rPr>
        <w:t xml:space="preserve">[25:15] </w:t>
      </w:r>
      <w:r>
        <w:t>us ne insaan ko is tareeqe se aisi ideology mein phansaya ke woh Khuda se door ho gaya.</w:t>
      </w:r>
    </w:p>
    <w:p>
      <w:pPr>
        <w:jc w:val="right"/>
      </w:pPr>
      <w:r>
        <w:t>اس نے انسان کو اس طریقے سے ایسی آئیڈیالوجی میں پھنسایا کہ وہ خدا سے دور ہو گیا۔</w:t>
      </w:r>
    </w:p>
    <w:p>
      <w:r>
        <w:rPr>
          <w:b/>
        </w:rPr>
        <w:t xml:space="preserve">[25:20] </w:t>
      </w:r>
      <w:r>
        <w:t>jannat is ke liye soch</w:t>
      </w:r>
    </w:p>
    <w:p>
      <w:pPr>
        <w:jc w:val="right"/>
      </w:pPr>
      <w:r>
        <w:t>جنت اس کے لیے سوچ</w:t>
      </w:r>
    </w:p>
    <w:p>
      <w:r>
        <w:rPr>
          <w:b/>
        </w:rPr>
        <w:t xml:space="preserve">[25:25] </w:t>
      </w:r>
      <w:r>
        <w:t>ne ki cheez nahi rahi. accountability ke liye sochna is ke liye time nahi raha. yahan tak ke mein dekhta hoon jo namazein padhte hain, un ke haan bhi mein baithta hoon jab to koi khuda ka zikr nahi. khuda ka khauf ka koi zikr nahi. jannat ka koi zikr nahi. jo namazein padhte hain baqayda, woh bhi aik ritual set of rituals hain. hadith mein aata hai, mein samajhta hoon ke is zamane ke bare mein hai woh baat ke masajid do ma'amra woh kharab min al huda ke aik zamana aye ga</w:t>
      </w:r>
    </w:p>
    <w:p>
      <w:pPr>
        <w:jc w:val="right"/>
      </w:pPr>
      <w:r>
        <w:t>نے کی چیز نہیں رہی۔ اکاؤنٹیبلٹی کے لیے سوچنا اس کے لیے ٹائم نہیں رہا۔ یہاں تک کہ میں دیکھتا ہوں جو نمازیں پڑھتے ہیں، ان کے ہاں بھی میں بیٹھتا ہوں جب تو کوئی خدا کا ذکر نہیں۔ خدا کا خوف کا کوئی ذکر نہیں۔ جنت کا کوئی ذکر نہیں۔ جو نمازیں پڑھتے ہیں باقاعدہ، وہ بھی ایک ریچول سیٹ آف ریچولز ہیں۔ حدیث میں آتا ہے، میں سمجھتا ہوں کہ اس زمانے کے بارے میں ہے وہ بات کہ مساجد دو معامرا وہ خراب من الہدی کہ ایک زمانہ آئے گ</w:t>
      </w:r>
    </w:p>
    <w:p>
      <w:r>
        <w:rPr>
          <w:b/>
        </w:rPr>
        <w:t xml:space="preserve">[25:55] </w:t>
      </w:r>
      <w:r>
        <w:t>a jab masjidain bhari hui hongi aur is mein hidayat se khali hongi.</w:t>
      </w:r>
    </w:p>
    <w:p>
      <w:pPr>
        <w:jc w:val="right"/>
      </w:pPr>
      <w:r>
        <w:t>ا جب مسجدیں بھری ہوئی ہوں گی اور اس میں ہدایت سے خالی ہوں گی۔</w:t>
      </w:r>
    </w:p>
    <w:p>
      <w:r>
        <w:rPr>
          <w:b/>
        </w:rPr>
        <w:t xml:space="preserve">[25:59] </w:t>
      </w:r>
      <w:r>
        <w:t>woh ek zamana aaye ga jab masjidain bhari hui hongi aur hidayat se khali hongi.</w:t>
      </w:r>
    </w:p>
    <w:p>
      <w:pPr>
        <w:jc w:val="right"/>
      </w:pPr>
      <w:r>
        <w:t>وہ ایک زمانہ آئے گا جب مسجدیں بھری ہوئی ہوں گی اور ہدایت سے خالی ہوں گی۔</w:t>
      </w:r>
    </w:p>
    <w:p>
      <w:r>
        <w:rPr>
          <w:b/>
        </w:rPr>
        <w:t xml:space="preserve">[26:04] </w:t>
      </w:r>
      <w:r>
        <w:t>jab is mein hidayat na ho, jab wahan taqwa na ho.</w:t>
      </w:r>
    </w:p>
    <w:p>
      <w:pPr>
        <w:jc w:val="right"/>
      </w:pPr>
      <w:r>
        <w:t>جب اس میں ہدایت نہ ہو، جب وہاں تقویٰ نہ ہو۔</w:t>
      </w:r>
    </w:p>
    <w:p>
      <w:r>
        <w:rPr>
          <w:b/>
        </w:rPr>
        <w:t xml:space="preserve">[26:08] </w:t>
      </w:r>
      <w:r>
        <w:t>kyunke hadees mein likhi aata hai: "al-masajid buyoot al-muttaqeen".</w:t>
      </w:r>
    </w:p>
    <w:p>
      <w:pPr>
        <w:jc w:val="right"/>
      </w:pPr>
      <w:r>
        <w:t>کیونکہ حدیث میں لکھی آتا ہے: "المساجد بیوت المتقین"۔</w:t>
      </w:r>
    </w:p>
    <w:p>
      <w:r>
        <w:rPr>
          <w:b/>
        </w:rPr>
        <w:t xml:space="preserve">[26:12] </w:t>
      </w:r>
      <w:r>
        <w:t>masajid taqwa ka ghar hain.</w:t>
      </w:r>
    </w:p>
    <w:p>
      <w:pPr>
        <w:jc w:val="right"/>
      </w:pPr>
      <w:r>
        <w:t>مسجدیں تقویٰ کا گھر ہیں۔</w:t>
      </w:r>
    </w:p>
    <w:p>
      <w:r>
        <w:rPr>
          <w:b/>
        </w:rPr>
        <w:t xml:space="preserve">[26:17] </w:t>
      </w:r>
      <w:r>
        <w:t>masajid taqwa ka ghar hain.</w:t>
      </w:r>
    </w:p>
    <w:p>
      <w:pPr>
        <w:jc w:val="right"/>
      </w:pPr>
      <w:r>
        <w:t>مسجدیں تقویٰ کا گھر ہیں۔</w:t>
      </w:r>
    </w:p>
    <w:p>
      <w:r>
        <w:rPr>
          <w:b/>
        </w:rPr>
        <w:t xml:space="preserve">[26:21] </w:t>
      </w:r>
      <w:r>
        <w:t>yani yani taq</w:t>
      </w:r>
    </w:p>
    <w:p>
      <w:pPr>
        <w:jc w:val="right"/>
      </w:pPr>
      <w:r>
        <w:t>یعنی یعنی تق</w:t>
      </w:r>
    </w:p>
    <w:p>
      <w:r>
        <w:rPr>
          <w:b/>
        </w:rPr>
        <w:t xml:space="preserve">[26:25] </w:t>
      </w:r>
      <w:r>
        <w:t>wa ka center hain. to masjid mein agar taqwa paya jaye to woh namaz namaz hai, warna woh namaz namaz nahi hai. aaj ke masjidon mein aap kisi bhi masjid mein chale jaiye, kuch bhi wahan taqwa ki baat nahi. taqwa ka mahol nahi. taqwa ka koi wahan par charcha nahi. aik rituals hai, aik culture hai. namaz is zamane mein aik culture hai, culture hai. aik culture ke tor par ja ke ada kar liye log</w:t>
      </w:r>
    </w:p>
    <w:p>
      <w:pPr>
        <w:jc w:val="right"/>
      </w:pPr>
      <w:r>
        <w:t>ویٰ کا سینٹر ہیں۔ تو مسجد میں اگر تقویٰ پایا جائے تو وہ نماز نماز ہے، ورنہ وہ نماز نماز نہیں ہے۔ آج کے مسجدوں میں آپ کسی بھی مسجد میں چلے جائیے، کچھ بھی وہاں تقویٰ کی بات نہیں۔ تقویٰ کا ماحول نہیں۔ تقویٰ کا کوئی وہاں پر چرچا نہیں۔ ایک ریچولز ہے، ایک کلچر ہے۔ نماز اس زمانے میں ایک کلچر ہے، کلچر ہے۔ ایک کلچر کے طور پر جا کے ادا کر لیا لوگ</w:t>
      </w:r>
    </w:p>
    <w:p>
      <w:r>
        <w:rPr>
          <w:b/>
        </w:rPr>
        <w:t xml:space="preserve">[26:55] </w:t>
      </w:r>
      <w:r>
        <w:t>on ne aur us ke baad bahar chale aa rahe hain. ab mein aap ko aik hadith sunaoon ga jis mein jo bilkul clear hai ke qayamat qareeb aa gayi. qayamat qareeb aa gayi to dajjal bhi zahir ho chuka. jab qayamat qareeb aa gayi to dajjal kab aye ga? aik bohat hi clear hadith do do char ki taraf se. yeh bukhari yeh hadith jo hai, mein inshallah poori ki poori apne magazine mein chhapoon ga. bohat si</w:t>
      </w:r>
    </w:p>
    <w:p>
      <w:pPr>
        <w:jc w:val="right"/>
      </w:pPr>
      <w:r>
        <w:t>وں نے اور اس کے بعد باہر چلے آ رہے ہیں۔ اب میں آپ کو ایک حدیث سناؤں گا جس میں جو بالکل کلیئر ہے کہ قیامت قریب آ گئی۔ قیامت قریب آ گئی تو دجال بھی ظاہر ہو چکا۔ جب قیامت قریب آ گئی تو دجال کب آئے گا؟ ایک بہت ہی کلیئر حدیث دو دو چار کی طرف سے۔ یہ بخی یہ حدیث جو ہے، میں انشاءاللہ پوری کی پوری اپنے میگزین میں چھاپوں گا۔ بہت سی</w:t>
      </w:r>
    </w:p>
    <w:p>
      <w:r>
        <w:rPr>
          <w:b/>
        </w:rPr>
        <w:t xml:space="preserve">[27:25] </w:t>
      </w:r>
      <w:r>
        <w:t>hadeesain hain, mein is mein se ek bata raha hoon aap ko.</w:t>
      </w:r>
    </w:p>
    <w:p>
      <w:pPr>
        <w:jc w:val="right"/>
      </w:pPr>
      <w:r>
        <w:t>حدیثیں ہیں، میں اس میں سے ایک بتا رہا ہوں آپ کو۔</w:t>
      </w:r>
    </w:p>
    <w:p>
      <w:r>
        <w:rPr>
          <w:b/>
        </w:rPr>
        <w:t xml:space="preserve">[27:29] </w:t>
      </w:r>
      <w:r>
        <w:t>bohat si hadeesain hain.</w:t>
      </w:r>
    </w:p>
    <w:p>
      <w:pPr>
        <w:jc w:val="right"/>
      </w:pPr>
      <w:r>
        <w:t>بہت سی حدیثیں ہیں۔</w:t>
      </w:r>
    </w:p>
    <w:p>
      <w:r>
        <w:rPr>
          <w:b/>
        </w:rPr>
        <w:t xml:space="preserve">[27:33] </w:t>
      </w:r>
      <w:r>
        <w:t>is hadees mein hai ke rasool Allah sal Allah alayhi wasallam ne farmaya pani ke baray mein ke</w:t>
      </w:r>
    </w:p>
    <w:p>
      <w:pPr>
        <w:jc w:val="right"/>
      </w:pPr>
      <w:r>
        <w:t>اس حدیث میں ہے کہ رسول اللہ صلی اللہ علیہ وسلم نے فرمایا پانی کے بارے میں کہ</w:t>
      </w:r>
    </w:p>
    <w:p>
      <w:r>
        <w:rPr>
          <w:b/>
        </w:rPr>
        <w:t xml:space="preserve">[27:37] </w:t>
      </w:r>
      <w:r>
        <w:t>pani drought aaye ga, drought yani qahat.</w:t>
      </w:r>
    </w:p>
    <w:p>
      <w:pPr>
        <w:jc w:val="right"/>
      </w:pPr>
      <w:r>
        <w:t>پانی ڈراٹ آئے گا، ڈراٹ یعنی قہت۔</w:t>
      </w:r>
    </w:p>
    <w:p>
      <w:r>
        <w:rPr>
          <w:b/>
        </w:rPr>
        <w:t xml:space="preserve">[27:41] </w:t>
      </w:r>
      <w:r>
        <w:t>teen qahat aayenge.</w:t>
      </w:r>
    </w:p>
    <w:p>
      <w:pPr>
        <w:jc w:val="right"/>
      </w:pPr>
      <w:r>
        <w:t>تین قہت آئیں گے۔</w:t>
      </w:r>
    </w:p>
    <w:p>
      <w:r>
        <w:rPr>
          <w:b/>
        </w:rPr>
        <w:t xml:space="preserve">[27:45] </w:t>
      </w:r>
      <w:r>
        <w:t>qahat mein drought, sookha.</w:t>
      </w:r>
    </w:p>
    <w:p>
      <w:pPr>
        <w:jc w:val="right"/>
      </w:pPr>
      <w:r>
        <w:t>قہت مین ڈراٹ، سوکھا۔</w:t>
      </w:r>
    </w:p>
    <w:p>
      <w:r>
        <w:rPr>
          <w:b/>
        </w:rPr>
        <w:t xml:space="preserve">[27:49] </w:t>
      </w:r>
      <w:r>
        <w:t>toh teen sookha ke zamana aayenge.</w:t>
      </w:r>
    </w:p>
    <w:p>
      <w:pPr>
        <w:jc w:val="right"/>
      </w:pPr>
      <w:r>
        <w:t>تو تین سوکھا کے زمانہ آئے گا۔</w:t>
      </w:r>
    </w:p>
    <w:p>
      <w:r>
        <w:rPr>
          <w:b/>
        </w:rPr>
        <w:t xml:space="preserve">[27:53] </w:t>
      </w:r>
      <w:r>
        <w:t>pehlay sookha ke zamana mein ek third water khatam ho jaye ga.</w:t>
      </w:r>
    </w:p>
    <w:p>
      <w:pPr>
        <w:jc w:val="right"/>
      </w:pPr>
      <w:r>
        <w:t>پہلے سوکھے کے زمانے میں ایک سلز واٹر ختم ہو جائے گا۔</w:t>
      </w:r>
    </w:p>
    <w:p>
      <w:r>
        <w:rPr>
          <w:b/>
        </w:rPr>
        <w:t xml:space="preserve">[27:57] </w:t>
      </w:r>
      <w:r>
        <w:t>one third water khatam ho jaye ga. us ko aap suniye, bohat hi zyada dhyan ke sath. pehla jo sookha pare ga, pehla jo drought aye ga, is mein one third pani khatam ho jaye ga. nabatat khatam ho jayengi, sabziyan khatam ho jayengi. haiwan marne lagenge. phir doosra sookha pare ga, doosra drought aye ga. jab two third water khatam ho jaye ga,</w:t>
      </w:r>
    </w:p>
    <w:p>
      <w:pPr>
        <w:jc w:val="right"/>
      </w:pPr>
      <w:r>
        <w:t>ون تھرڈ واٹر ختم ہو جائے گا۔ اس کو آپ سنیے، بہت ہی زیادہ دھیان کے ساتھ۔ پہلا جو سوکھا پڑے گا، پہلا جو ڈراٹ آئے گا، اس میں ون تھرڈ پانی ختم ہو جائے گا۔ نباتات ختم ہو جائیں گی، سبزیاں ختم ہو جائیں گی۔ حیوان مرنے لگیں گے۔ پھر دوسرا سوکھا پڑے گا، دوسرا ڈراٹ آئے گا۔ جب ٹو تھرڈ واٹر ختم ہو جائے گا،</w:t>
      </w:r>
    </w:p>
    <w:p>
      <w:r>
        <w:rPr>
          <w:b/>
        </w:rPr>
        <w:t xml:space="preserve">[28:27] </w:t>
      </w:r>
      <w:r>
        <w:t>two third water, aur phir sabziyan khatam hongi, janwar, insan, sab pe asar padega is ka.</w:t>
      </w:r>
    </w:p>
    <w:p>
      <w:pPr>
        <w:jc w:val="right"/>
      </w:pPr>
      <w:r>
        <w:t>ٹو تھرڈ واٹر، اور پھر سبزیاں ختم ہوں گی، جانور، انسان، سب پہ اثر پڑے گا اس کا۔</w:t>
      </w:r>
    </w:p>
    <w:p>
      <w:r>
        <w:rPr>
          <w:b/>
        </w:rPr>
        <w:t xml:space="preserve">[28:32] </w:t>
      </w:r>
      <w:r>
        <w:t>phir teesra dobara aaye ga aur aur aur pani bilkul khatam ho jaye ga.</w:t>
      </w:r>
    </w:p>
    <w:p>
      <w:pPr>
        <w:jc w:val="right"/>
      </w:pPr>
      <w:r>
        <w:t>پھر تیسرا دوبارہ آئے گا اور اور اور پانی بالکل ختم ہو جائے گا۔</w:t>
      </w:r>
    </w:p>
    <w:p>
      <w:r>
        <w:rPr>
          <w:b/>
        </w:rPr>
        <w:t xml:space="preserve">[28:37] </w:t>
      </w:r>
      <w:r>
        <w:t>pehlay yeh teen period hain.</w:t>
      </w:r>
    </w:p>
    <w:p>
      <w:pPr>
        <w:jc w:val="right"/>
      </w:pPr>
      <w:r>
        <w:t>پہلے یہ تین پیریڈ ہیں۔</w:t>
      </w:r>
    </w:p>
    <w:p>
      <w:r>
        <w:rPr>
          <w:b/>
        </w:rPr>
        <w:t xml:space="preserve">[28:42] </w:t>
      </w:r>
      <w:r>
        <w:t>pehlay period mein one third water khatam ho jaye ga.</w:t>
      </w:r>
    </w:p>
    <w:p>
      <w:pPr>
        <w:jc w:val="right"/>
      </w:pPr>
      <w:r>
        <w:t>پہلے پیریڈ میں ون تھرڈ واٹر ختم ہو جائے گا۔</w:t>
      </w:r>
    </w:p>
    <w:p>
      <w:r>
        <w:rPr>
          <w:b/>
        </w:rPr>
        <w:t xml:space="preserve">[28:47] </w:t>
      </w:r>
      <w:r>
        <w:t>dosray period mein two third water khatam ho jaye ga.</w:t>
      </w:r>
    </w:p>
    <w:p>
      <w:pPr>
        <w:jc w:val="right"/>
      </w:pPr>
      <w:r>
        <w:t>دوسرے پیریڈ میں ٹو تھرڈ واٹر ختم ہو جائے گا۔</w:t>
      </w:r>
    </w:p>
    <w:p>
      <w:r>
        <w:rPr>
          <w:b/>
        </w:rPr>
        <w:t xml:space="preserve">[28:52] </w:t>
      </w:r>
      <w:r>
        <w:t>aur aakhri period mein no water ka zamana aaye ga aur sab khatam ho chuke honge. wohi qayamat</w:t>
      </w:r>
    </w:p>
    <w:p>
      <w:pPr>
        <w:jc w:val="right"/>
      </w:pPr>
      <w:r>
        <w:t>اور آخری پیریڈ میں نو واٹر کا زمانہ آئے گا اور سب ختم ہو چکے ہوں گے۔ وہی قیامت</w:t>
      </w:r>
    </w:p>
    <w:p>
      <w:r>
        <w:rPr>
          <w:b/>
        </w:rPr>
        <w:t xml:space="preserve">[28:57] </w:t>
      </w:r>
      <w:r>
        <w:t>shuru ho jaye gi.</w:t>
      </w:r>
    </w:p>
    <w:p>
      <w:pPr>
        <w:jc w:val="right"/>
      </w:pPr>
      <w:r>
        <w:t>شروع ہو جائے گی۔</w:t>
      </w:r>
    </w:p>
    <w:p>
      <w:r>
        <w:rPr>
          <w:b/>
        </w:rPr>
        <w:t xml:space="preserve">[29:00] </w:t>
      </w:r>
      <w:r>
        <w:t>yeh hadees hai, hadees.</w:t>
      </w:r>
    </w:p>
    <w:p>
      <w:pPr>
        <w:jc w:val="right"/>
      </w:pPr>
      <w:r>
        <w:t>یہ حدیث ہے، حدیث۔</w:t>
      </w:r>
    </w:p>
    <w:p>
      <w:r>
        <w:rPr>
          <w:b/>
        </w:rPr>
        <w:t xml:space="preserve">[29:04] </w:t>
      </w:r>
      <w:r>
        <w:t>ab aaj kya ho raha hai, dekhiye.</w:t>
      </w:r>
    </w:p>
    <w:p>
      <w:pPr>
        <w:jc w:val="right"/>
      </w:pPr>
      <w:r>
        <w:t>اب آج کیا ہو رہا ہے، دیکھیے۔</w:t>
      </w:r>
    </w:p>
    <w:p>
      <w:r>
        <w:rPr>
          <w:b/>
        </w:rPr>
        <w:t xml:space="preserve">[29:07] </w:t>
      </w:r>
      <w:r>
        <w:t>yeh sab log jante hain ke pani hi par hamari zindagi hai.</w:t>
      </w:r>
    </w:p>
    <w:p>
      <w:pPr>
        <w:jc w:val="right"/>
      </w:pPr>
      <w:r>
        <w:t>یہ سب لوگ جانتے ہیں کہ پانی ہی پر ہماری زندگی ہے۔</w:t>
      </w:r>
    </w:p>
    <w:p>
      <w:r>
        <w:rPr>
          <w:b/>
        </w:rPr>
        <w:t xml:space="preserve">[29:11] </w:t>
      </w:r>
      <w:r>
        <w:t>pani nahi to life nahi.</w:t>
      </w:r>
    </w:p>
    <w:p>
      <w:pPr>
        <w:jc w:val="right"/>
      </w:pPr>
      <w:r>
        <w:t>پانی نہیں تو لائف نہیں۔</w:t>
      </w:r>
    </w:p>
    <w:p>
      <w:r>
        <w:rPr>
          <w:b/>
        </w:rPr>
        <w:t xml:space="preserve">[29:14] </w:t>
      </w:r>
      <w:r>
        <w:t>sab log jante hain yeh.</w:t>
      </w:r>
    </w:p>
    <w:p>
      <w:pPr>
        <w:jc w:val="right"/>
      </w:pPr>
      <w:r>
        <w:t>سب لوگ جانتے ہیں یہ۔</w:t>
      </w:r>
    </w:p>
    <w:p>
      <w:r>
        <w:rPr>
          <w:b/>
        </w:rPr>
        <w:t xml:space="preserve">[29:17] </w:t>
      </w:r>
      <w:r>
        <w:t>پانی the life depend کرتی ہے پانی کے اوپر۔</w:t>
      </w:r>
    </w:p>
    <w:p>
      <w:pPr>
        <w:jc w:val="right"/>
      </w:pPr>
      <w:r>
        <w:t>پانی ڈپ لائف ڈیپینڈ کرتی ہے پانی کے اوپر۔</w:t>
      </w:r>
    </w:p>
    <w:p>
      <w:r>
        <w:rPr>
          <w:b/>
        </w:rPr>
        <w:t xml:space="preserve">[29:21] </w:t>
      </w:r>
      <w:r>
        <w:t>chahe plant hon, animal hon ya insan hon, pani par depend karte hain.</w:t>
      </w:r>
    </w:p>
    <w:p>
      <w:pPr>
        <w:jc w:val="right"/>
      </w:pPr>
      <w:r>
        <w:t>چاہے پلانٹ ہوں، اینیمل ہوں یا انسان ہوں، پانی پر ڈیپینڈ کرتے ہیں۔</w:t>
      </w:r>
    </w:p>
    <w:p>
      <w:r>
        <w:rPr>
          <w:b/>
        </w:rPr>
        <w:t xml:space="preserve">[29:24] </w:t>
      </w:r>
      <w:r>
        <w:t>paye nahi to sab khatam.</w:t>
      </w:r>
    </w:p>
    <w:p>
      <w:pPr>
        <w:jc w:val="right"/>
      </w:pPr>
      <w:r>
        <w:t>پائے نہیں تو سب ختم۔</w:t>
      </w:r>
    </w:p>
    <w:p>
      <w:r>
        <w:rPr>
          <w:b/>
        </w:rPr>
        <w:t xml:space="preserve">[29:28] </w:t>
      </w:r>
      <w:r>
        <w:t>rahim khan khana ne bohat sahi kaha tha ke: "rehman pani rakhiyo, bin pani sab son." rehman pani</w:t>
      </w:r>
    </w:p>
    <w:p>
      <w:pPr>
        <w:jc w:val="right"/>
      </w:pPr>
      <w:r>
        <w:t>رحیم خان خانہ نے بہت صحیح کہا تھا کہ: "رحمن پانی راکھیو، بن پانی سب سون۔" رحمن پانی</w:t>
      </w:r>
    </w:p>
    <w:p>
      <w:r>
        <w:rPr>
          <w:b/>
        </w:rPr>
        <w:t xml:space="preserve">[29:35] </w:t>
      </w:r>
      <w:r>
        <w:t>rakhiyo, bin pani sab son.</w:t>
      </w:r>
    </w:p>
    <w:p>
      <w:pPr>
        <w:jc w:val="right"/>
      </w:pPr>
      <w:r>
        <w:t>راکھیو، بن پانی سب سون۔</w:t>
      </w:r>
    </w:p>
    <w:p>
      <w:r>
        <w:rPr>
          <w:b/>
        </w:rPr>
        <w:t xml:space="preserve">[29:43] </w:t>
      </w:r>
      <w:r>
        <w:t>to aap jante hain ke sab kuch zindagi jo hai woh pani par base base karti hai.</w:t>
      </w:r>
    </w:p>
    <w:p>
      <w:pPr>
        <w:jc w:val="right"/>
      </w:pPr>
      <w:r>
        <w:t>تو آپ جانتے ہیں کہ سب کچھ زندگی جو ہے وہ پانی پر بیس بیس کرتی ہے۔</w:t>
      </w:r>
    </w:p>
    <w:p>
      <w:r>
        <w:rPr>
          <w:b/>
        </w:rPr>
        <w:t xml:space="preserve">[29:50] </w:t>
      </w:r>
      <w:r>
        <w:t>ab kya hai? global warming se kya ho raha hai? dekhiye, ek zamana tha ke jab pani sab</w:t>
      </w:r>
    </w:p>
    <w:p>
      <w:pPr>
        <w:jc w:val="right"/>
      </w:pPr>
      <w:r>
        <w:t>اب کیا ہے؟ گلوبل وارمنگ سے کیا ہو رہا ہے؟ دیکھیے، ایک زمانہ تھا کہ جب پانی سب</w:t>
      </w:r>
    </w:p>
    <w:p>
      <w:r>
        <w:rPr>
          <w:b/>
        </w:rPr>
        <w:t xml:space="preserve">[29:58] </w:t>
      </w:r>
      <w:r>
        <w:t>sab salty tha samundaron mein. sara sara pani salty tha. samundaron mein bhara hua tha. jab Allah taala ne jab paida kiya pani bohat pehle to pani samundaron mein bhar gaya aur sab salty tha. yani preservative ke tor par diya gaya tha. phir aap jante hain ke barish hui. rain ka aik universal process hai.</w:t>
      </w:r>
    </w:p>
    <w:p>
      <w:pPr>
        <w:jc w:val="right"/>
      </w:pPr>
      <w:r>
        <w:t>سب سالٹی تھا سمندروں میں۔ سارا سارا پانی سالٹی تھا۔ سمندروں میں بھرا ہوا تھا۔ جب اللہ تعالی نے جب پیدا کیا پانی بہت پہلے تو پانی سمندروں میں بھر گیا اور سب سالٹی تھا۔ یعنی پریزرویٹی کے طور پر دیا گیا تھا۔ پھر آپ جانتے ہیں کہ بارش ہوئی۔ رین کا ایک یونیورسل پروسیس ہے۔</w:t>
      </w:r>
    </w:p>
    <w:p>
      <w:r>
        <w:rPr>
          <w:b/>
        </w:rPr>
        <w:t xml:space="preserve">[30:28] </w:t>
      </w:r>
      <w:r>
        <w:t>woh process chalaya Allah taala ne aur desalination hua.</w:t>
      </w:r>
    </w:p>
    <w:p>
      <w:pPr>
        <w:jc w:val="right"/>
      </w:pPr>
      <w:r>
        <w:t>وہ پراسیس چلایا اللہ تعالی نے اور ڈی سیلینیشن ہوا۔</w:t>
      </w:r>
    </w:p>
    <w:p>
      <w:r>
        <w:rPr>
          <w:b/>
        </w:rPr>
        <w:t xml:space="preserve">[30:34] </w:t>
      </w:r>
      <w:r>
        <w:t>fresh water hum mein aya to fresh water nadiyon mein aya, talabon mein aya aur bohat bara is</w:t>
      </w:r>
    </w:p>
    <w:p>
      <w:pPr>
        <w:jc w:val="right"/>
      </w:pPr>
      <w:r>
        <w:t>فریش واٹر ہم میں آیا تو فریش واٹر ندیوں میں آیا، تالابوں میں آیا اور بہت بڑا اس</w:t>
      </w:r>
    </w:p>
    <w:p>
      <w:r>
        <w:rPr>
          <w:b/>
        </w:rPr>
        <w:t xml:space="preserve">[30:40] </w:t>
      </w:r>
      <w:r>
        <w:t>ka ek storage ho gaya paharon ke upar glacier ki shakal mein.</w:t>
      </w:r>
    </w:p>
    <w:p>
      <w:pPr>
        <w:jc w:val="right"/>
      </w:pPr>
      <w:r>
        <w:t>کا ایک اسٹوریج ہو گیا پہاڑوں کے اوپر گلیشیئر کی شکل میں۔</w:t>
      </w:r>
    </w:p>
    <w:p>
      <w:r>
        <w:rPr>
          <w:b/>
        </w:rPr>
        <w:t xml:space="preserve">[30:46] </w:t>
      </w:r>
      <w:r>
        <w:t>woh woh saal bhar dheere dheere beh kar ke chashmon ki shakal mein aata tha hamare khet mein, nadiyon mein.</w:t>
      </w:r>
    </w:p>
    <w:p>
      <w:pPr>
        <w:jc w:val="right"/>
      </w:pPr>
      <w:r>
        <w:t>وہ وہ سال بھر دھیرے دھیرے بہہ کر کے چشموں کی شکل میں آتا تھا ہمارے کھیتوں میں، ندیوں میں۔</w:t>
      </w:r>
    </w:p>
    <w:p>
      <w:r>
        <w:rPr>
          <w:b/>
        </w:rPr>
        <w:t xml:space="preserve">[30:52] </w:t>
      </w:r>
      <w:r>
        <w:t>yeh system chal raha tha. glob</w:t>
      </w:r>
    </w:p>
    <w:p>
      <w:pPr>
        <w:jc w:val="right"/>
      </w:pPr>
      <w:r>
        <w:t>یہ سسٹم چل رہا تھا۔ گلوب</w:t>
      </w:r>
    </w:p>
    <w:p>
      <w:r>
        <w:rPr>
          <w:b/>
        </w:rPr>
        <w:t xml:space="preserve">[30:58] </w:t>
      </w:r>
      <w:r>
        <w:t>l warming ne kya hua hai ke woh process tez ho gaya.</w:t>
      </w:r>
    </w:p>
    <w:p>
      <w:pPr>
        <w:jc w:val="right"/>
      </w:pPr>
      <w:r>
        <w:t>ل وارمنگ نے کیا ہوا ہے کہ وہ پراسیس تیز ہو گیا۔</w:t>
      </w:r>
    </w:p>
    <w:p>
      <w:r>
        <w:rPr>
          <w:b/>
        </w:rPr>
        <w:t xml:space="preserve">[31:02] </w:t>
      </w:r>
      <w:r>
        <w:t>yani glacier zyada melt hone lagay.</w:t>
      </w:r>
    </w:p>
    <w:p>
      <w:pPr>
        <w:jc w:val="right"/>
      </w:pPr>
      <w:r>
        <w:t>یعنی گلیشیئر زیادہ میلٹ ہونے لگے۔</w:t>
      </w:r>
    </w:p>
    <w:p>
      <w:r>
        <w:rPr>
          <w:b/>
        </w:rPr>
        <w:t xml:space="preserve">[31:07] </w:t>
      </w:r>
      <w:r>
        <w:t>melt hone, bohat melt hone lagay.</w:t>
      </w:r>
    </w:p>
    <w:p>
      <w:pPr>
        <w:jc w:val="right"/>
      </w:pPr>
      <w:r>
        <w:t>میلٹ ہونے، بہت میلٹ ہونے لگے۔</w:t>
      </w:r>
    </w:p>
    <w:p>
      <w:r>
        <w:rPr>
          <w:b/>
        </w:rPr>
        <w:t xml:space="preserve">[31:11] </w:t>
      </w:r>
      <w:r>
        <w:t>ab to bohat zyada melt ho chuke hain glacier.</w:t>
      </w:r>
    </w:p>
    <w:p>
      <w:pPr>
        <w:jc w:val="right"/>
      </w:pPr>
      <w:r>
        <w:t>اب تو بہت زیادہ میلٹ ہو چکے ہیں گلیشیئر۔</w:t>
      </w:r>
    </w:p>
    <w:p>
      <w:r>
        <w:rPr>
          <w:b/>
        </w:rPr>
        <w:t xml:space="preserve">[31:15] </w:t>
      </w:r>
      <w:r>
        <w:t>melt ho kar ke aate hain nadiyon mein, nadiyon mein jate hain aur is mein samandar mein.</w:t>
      </w:r>
    </w:p>
    <w:p>
      <w:pPr>
        <w:jc w:val="right"/>
      </w:pPr>
      <w:r>
        <w:t>میلٹ ہو کر کے آتے ہیں ندیوں میں، ندیوں میں جاتے ہیں اور اس میں سمندر میں۔</w:t>
      </w:r>
    </w:p>
    <w:p>
      <w:r>
        <w:rPr>
          <w:b/>
        </w:rPr>
        <w:t xml:space="preserve">[31:19] </w:t>
      </w:r>
      <w:r>
        <w:t>yani fresh water dobara salty water ban raha hai.</w:t>
      </w:r>
    </w:p>
    <w:p>
      <w:pPr>
        <w:jc w:val="right"/>
      </w:pPr>
      <w:r>
        <w:t>یعنی فریش واٹر دوبارہ سالٹی واٹر بن رہا ہے۔</w:t>
      </w:r>
    </w:p>
    <w:p>
      <w:r>
        <w:rPr>
          <w:b/>
        </w:rPr>
        <w:t xml:space="preserve">[31:24] </w:t>
      </w:r>
      <w:r>
        <w:t>aur din bad din woh storage khatam kam</w:t>
      </w:r>
    </w:p>
    <w:p>
      <w:pPr>
        <w:jc w:val="right"/>
      </w:pPr>
      <w:r>
        <w:t>اور دن بدن وہ اسٹوریج ختم کم</w:t>
      </w:r>
    </w:p>
    <w:p>
      <w:r>
        <w:rPr>
          <w:b/>
        </w:rPr>
        <w:t xml:space="preserve">[31:28] </w:t>
      </w:r>
      <w:r>
        <w:t>hota chala ja raha hai.</w:t>
      </w:r>
    </w:p>
    <w:p>
      <w:pPr>
        <w:jc w:val="right"/>
      </w:pPr>
      <w:r>
        <w:t>ہوتا چلا جا رہا ہے۔</w:t>
      </w:r>
    </w:p>
    <w:p>
      <w:r>
        <w:rPr>
          <w:b/>
        </w:rPr>
        <w:t xml:space="preserve">[31:34] </w:t>
      </w:r>
      <w:r>
        <w:t>glacier bohat hi kam ho chuke hain.</w:t>
      </w:r>
    </w:p>
    <w:p>
      <w:pPr>
        <w:jc w:val="right"/>
      </w:pPr>
      <w:r>
        <w:t>گلیشیئر بہت ہی کم ہو چکے ہیں۔</w:t>
      </w:r>
    </w:p>
    <w:p>
      <w:r>
        <w:rPr>
          <w:b/>
        </w:rPr>
        <w:t xml:space="preserve">[31:40] </w:t>
      </w:r>
      <w:r>
        <w:t>polar jo pole par jo ice gap hai woh pighal rahi hai.</w:t>
      </w:r>
    </w:p>
    <w:p>
      <w:pPr>
        <w:jc w:val="right"/>
      </w:pPr>
      <w:r>
        <w:t>پولر جو پول پر جو آئس گیپ ہے وہ پگھل رہی ہے۔</w:t>
      </w:r>
    </w:p>
    <w:p>
      <w:r>
        <w:rPr>
          <w:b/>
        </w:rPr>
        <w:t xml:space="preserve">[31:46] </w:t>
      </w:r>
      <w:r>
        <w:t>to yeh kaha jata hai ke shuru mein yeh tha ke sara pani salty tha.</w:t>
      </w:r>
    </w:p>
    <w:p>
      <w:pPr>
        <w:jc w:val="right"/>
      </w:pPr>
      <w:r>
        <w:t>تو یہ کہا جاتا ہے کہ شروع میں یہ تھا کہ سارا پانی سالٹی تھا۔</w:t>
      </w:r>
    </w:p>
    <w:p>
      <w:r>
        <w:rPr>
          <w:b/>
        </w:rPr>
        <w:t xml:space="preserve">[31:52] </w:t>
      </w:r>
      <w:r>
        <w:t>jo phir barish ke baad three percent pani jo aaya zameen par woh woh woh</w:t>
      </w:r>
    </w:p>
    <w:p>
      <w:pPr>
        <w:jc w:val="right"/>
      </w:pPr>
      <w:r>
        <w:t>جو پھر بارش کے بعد تھری پرسنٹ پانی جو آیا زمین پر وہ وہ وہ</w:t>
      </w:r>
    </w:p>
    <w:p>
      <w:r>
        <w:rPr>
          <w:b/>
        </w:rPr>
        <w:t xml:space="preserve">[31:58] </w:t>
      </w:r>
      <w:r>
        <w:t>fresh water tha.</w:t>
      </w:r>
    </w:p>
    <w:p>
      <w:pPr>
        <w:jc w:val="right"/>
      </w:pPr>
      <w:r>
        <w:t>فریش واٹر تھا۔</w:t>
      </w:r>
    </w:p>
    <w:p>
      <w:r>
        <w:rPr>
          <w:b/>
        </w:rPr>
        <w:t xml:space="preserve">[32:03] </w:t>
      </w:r>
      <w:r>
        <w:t>yani 97 percent water salty tha phir bhi.</w:t>
      </w:r>
    </w:p>
    <w:p>
      <w:pPr>
        <w:jc w:val="right"/>
      </w:pPr>
      <w:r>
        <w:t>یعنی 97 پرسنٹ واٹر سالٹی تھا پھر بھی۔</w:t>
      </w:r>
    </w:p>
    <w:p>
      <w:r>
        <w:rPr>
          <w:b/>
        </w:rPr>
        <w:t xml:space="preserve">[32:08] </w:t>
      </w:r>
      <w:r>
        <w:t>lalatst 97 water samundaron mein store tha aur is mein se three percent pani fresh water ban kar</w:t>
      </w:r>
    </w:p>
    <w:p>
      <w:pPr>
        <w:jc w:val="right"/>
      </w:pPr>
      <w:r>
        <w:t>لالٹسٹ 97 واٹر سمندروں میں اسٹور تھا اور اس میں سے تھری پرسنٹ پانی فریش واٹر بن کر</w:t>
      </w:r>
    </w:p>
    <w:p>
      <w:r>
        <w:rPr>
          <w:b/>
        </w:rPr>
        <w:t xml:space="preserve">[32:13] </w:t>
      </w:r>
      <w:r>
        <w:t>ke aaya hamare paas.</w:t>
      </w:r>
    </w:p>
    <w:p>
      <w:pPr>
        <w:jc w:val="right"/>
      </w:pPr>
      <w:r>
        <w:t>کے آیا ہمارے پاس۔</w:t>
      </w:r>
    </w:p>
    <w:p>
      <w:r>
        <w:rPr>
          <w:b/>
        </w:rPr>
        <w:t xml:space="preserve">[32:18] </w:t>
      </w:r>
      <w:r>
        <w:t>chashmon mein, nadiyon mein, zameen ke neeche.</w:t>
      </w:r>
    </w:p>
    <w:p>
      <w:pPr>
        <w:jc w:val="right"/>
      </w:pPr>
      <w:r>
        <w:t>چشموں میں، ندیوں میں، زمین کے نیچے۔</w:t>
      </w:r>
    </w:p>
    <w:p>
      <w:r>
        <w:rPr>
          <w:b/>
        </w:rPr>
        <w:t xml:space="preserve">[32:23] </w:t>
      </w:r>
      <w:r>
        <w:t>ab jo hai, abhi jo reporten aa rahi hain, aap jante hain ke Ganga ka pani aur Yamuna ka pani</w:t>
      </w:r>
    </w:p>
    <w:p>
      <w:pPr>
        <w:jc w:val="right"/>
      </w:pPr>
      <w:r>
        <w:t>اب جو ہے، ابھی جو رپورٹیں آ رہی ہیں، آپ جانتے ہیں کہ گنگا کا پانی اور جمنا کا پانی</w:t>
      </w:r>
    </w:p>
    <w:p>
      <w:r>
        <w:rPr>
          <w:b/>
        </w:rPr>
        <w:t xml:space="preserve">[32:28] </w:t>
      </w:r>
      <w:r>
        <w:t>adhay say ziada sokh chuka hai. isi dilli mein aap jaen to batkal lake aur suraj kund mein pani hua karta tha, sokh chukay hain woh. kitnay talab idhar udhar sab sokh chukay hain. pani kay naam par laraiyan ho rahi hain. abhi mein nay akhbar mein parha kay haiderabad mein aur bhopal mein baray baray talab banay thay nawab nay, woh sab sokh gay hain. dunya bhar mein yahi ho raha hai. isi isi building jahan aap bi</w:t>
      </w:r>
    </w:p>
    <w:p>
      <w:pPr>
        <w:jc w:val="right"/>
      </w:pPr>
      <w:r>
        <w:t>ادھے سے زیادہ سوکھ چکا ہے۔ اسی دلی میں آپ جائیں تو بتکل لیک اور سورج کن میں پانی ہوا کرتا تھا، سوکھ چکے ہیں وہ۔ کتنے تالاب ادھر ادھر سب سوکھ چکے ہیں۔ پانی کے نام پر لڑائیاں ہو رہی ہیں۔ ابھی میں نے اخبار میں پڑھا کہ حیدرآباد میں اور بھوپال میں بڑے بڑے تالاب بنائے تھے نواب نے، وہ سب سوکھ گئے ہیں۔ دنیا بھر میں یہی ہو رہا ہے۔ اسی اسی بلڈنگ جہاں آپ بی</w:t>
      </w:r>
    </w:p>
    <w:p>
      <w:r>
        <w:rPr>
          <w:b/>
        </w:rPr>
        <w:t xml:space="preserve">[32:58] </w:t>
      </w:r>
      <w:r>
        <w:t>thay huay hain, mein is ka qissa batata hoon aap ko. 25 saal pehlay yeh building banai gai thi. yahan par hum nay basement banwaya. basement mein pani aa gaya. yahan jahan neechay basement hai, woh pani bilkul bhar gaya jheel kay tareeqay say. to engineer bulaya gaya. engineer nay kaha kay yeh to aap ki building to floating state mein hai. sab pani pani neechay hai. pani kay oopar yeh building khari hui. kab tak rahay gi</w:t>
      </w:r>
    </w:p>
    <w:p>
      <w:pPr>
        <w:jc w:val="right"/>
      </w:pPr>
      <w:r>
        <w:t>ٹھے ہوئے ہیں، میں اس کا قصہ بتاتا ہوں آپ کو۔ 25 سال پہلے یہ بلڈنگ بنائی گئی تھی۔ یہاں پر ہم نے بیسمنٹ بنوایا۔ بیسمنٹ میں پانی آ گیا۔ یہاں جہاں نیچے بیسمنٹ ہے، وہ پانی بالکل بھر گیا جھیل کے طریقے سے۔ تو انجینئر بلایا گیا۔ انجینئر نے کہا کہ یہ تو آپ کی بلڈنگ تو فلوٹنگ اسٹیٹ میں ہے۔ سب پانی پانی نیچے ہے۔ پانی کے اوپر یہ بلڈنگ کھڑی ہوئی۔ کب تک رہے گ</w:t>
      </w:r>
    </w:p>
    <w:p>
      <w:r>
        <w:rPr>
          <w:b/>
        </w:rPr>
        <w:t xml:space="preserve">[33:28] </w:t>
      </w:r>
      <w:r>
        <w:t>ye ye? is ko phir se banana pare ga aap ko.</w:t>
      </w:r>
    </w:p>
    <w:p>
      <w:pPr>
        <w:jc w:val="right"/>
      </w:pPr>
      <w:r>
        <w:t>ی یہ؟ اس کو پھر سے بنانا پڑے گا آپ کو۔</w:t>
      </w:r>
    </w:p>
    <w:p>
      <w:r>
        <w:rPr>
          <w:b/>
        </w:rPr>
        <w:t xml:space="preserve">[33:32] </w:t>
      </w:r>
      <w:r>
        <w:t>ek basement jo tha, woh pani par tha bilkul.</w:t>
      </w:r>
    </w:p>
    <w:p>
      <w:pPr>
        <w:jc w:val="right"/>
      </w:pPr>
      <w:r>
        <w:t>ایک بیسمنٹ جو تھا، وہ پانی پر تھا بالکل۔</w:t>
      </w:r>
    </w:p>
    <w:p>
      <w:r>
        <w:rPr>
          <w:b/>
        </w:rPr>
        <w:t xml:space="preserve">[33:36] </w:t>
      </w:r>
      <w:r>
        <w:t>bhara hua tha pani isi basement mein.</w:t>
      </w:r>
    </w:p>
    <w:p>
      <w:pPr>
        <w:jc w:val="right"/>
      </w:pPr>
      <w:r>
        <w:t>بھرا ہوا تھا پانی اسی بیسمنٹ میں۔</w:t>
      </w:r>
    </w:p>
    <w:p>
      <w:r>
        <w:rPr>
          <w:b/>
        </w:rPr>
        <w:t xml:space="preserve">[33:40] </w:t>
      </w:r>
      <w:r>
        <w:t>motor se pani nikalna para humein.</w:t>
      </w:r>
    </w:p>
    <w:p>
      <w:pPr>
        <w:jc w:val="right"/>
      </w:pPr>
      <w:r>
        <w:t>موٹر سے پانی نکالنا پڑا ہمیں۔</w:t>
      </w:r>
    </w:p>
    <w:p>
      <w:r>
        <w:rPr>
          <w:b/>
        </w:rPr>
        <w:t xml:space="preserve">[33:43] </w:t>
      </w:r>
      <w:r>
        <w:t>aaj jante hain isi building ke neeche pani itna neeche ja chuka hai, itna neeche ke ab ek</w:t>
      </w:r>
    </w:p>
    <w:p>
      <w:pPr>
        <w:jc w:val="right"/>
      </w:pPr>
      <w:r>
        <w:t>آج جانتے ہیں اسی بلڈنگ کے نیچے پانی اتنا نیچے جا چکا ہے، اتنا نیچے کہ اب ایک</w:t>
      </w:r>
    </w:p>
    <w:p>
      <w:r>
        <w:rPr>
          <w:b/>
        </w:rPr>
        <w:t xml:space="preserve">[33:47] </w:t>
      </w:r>
      <w:r>
        <w:t>aur basement ban sakta hai yahan par.</w:t>
      </w:r>
    </w:p>
    <w:p>
      <w:pPr>
        <w:jc w:val="right"/>
      </w:pPr>
      <w:r>
        <w:t>اور بیسمنٹ بن سکتا ہے یہاں پر۔</w:t>
      </w:r>
    </w:p>
    <w:p>
      <w:r>
        <w:rPr>
          <w:b/>
        </w:rPr>
        <w:t xml:space="preserve">[33:51] </w:t>
      </w:r>
      <w:r>
        <w:t>yani do do basement neeche ban sakte hain is ke kyunke pani neeche chala gaya.</w:t>
      </w:r>
    </w:p>
    <w:p>
      <w:pPr>
        <w:jc w:val="right"/>
      </w:pPr>
      <w:r>
        <w:t>یعنی دو دو بیسمنٹ نیچے بن سکتے ہیں اس کے کیونکہ پانی نیچے چلا گیا۔</w:t>
      </w:r>
    </w:p>
    <w:p>
      <w:r>
        <w:rPr>
          <w:b/>
        </w:rPr>
        <w:t xml:space="preserve">[33:55] </w:t>
      </w:r>
      <w:r>
        <w:t>is ke mani ke one third se zyada pani dunya</w:t>
      </w:r>
    </w:p>
    <w:p>
      <w:pPr>
        <w:jc w:val="right"/>
      </w:pPr>
      <w:r>
        <w:t>اس کے معنی کہ ون تھرڈ سے زیادہ پانی دنیا</w:t>
      </w:r>
    </w:p>
    <w:p>
      <w:r>
        <w:rPr>
          <w:b/>
        </w:rPr>
        <w:t xml:space="preserve">[33:58] </w:t>
      </w:r>
      <w:r>
        <w:t>ka ja chuka hai samundaron mein.</w:t>
      </w:r>
    </w:p>
    <w:p>
      <w:pPr>
        <w:jc w:val="right"/>
      </w:pPr>
      <w:r>
        <w:t>کا جا چکا ہے سمندروں میں۔</w:t>
      </w:r>
    </w:p>
    <w:p>
      <w:r>
        <w:rPr>
          <w:b/>
        </w:rPr>
        <w:t xml:space="preserve">[34:03] </w:t>
      </w:r>
      <w:r>
        <w:t>hadees mein to yeh hai ke qahat pare ga, pani khatam ho jaye ga.</w:t>
      </w:r>
    </w:p>
    <w:p>
      <w:pPr>
        <w:jc w:val="right"/>
      </w:pPr>
      <w:r>
        <w:t>حدیث میں تو یہ ہے کہ قہت پڑے گا، پانی ختم ہو جائے گا۔</w:t>
      </w:r>
    </w:p>
    <w:p>
      <w:r>
        <w:rPr>
          <w:b/>
        </w:rPr>
        <w:t xml:space="preserve">[34:07] </w:t>
      </w:r>
      <w:r>
        <w:t>mein is baat pe aaya hoon ke is ka matlab yahi hai ke pani fresh water pighal kar</w:t>
      </w:r>
    </w:p>
    <w:p>
      <w:pPr>
        <w:jc w:val="right"/>
      </w:pPr>
      <w:r>
        <w:t>میں اس بات پہ آیا ہوں کہ اس کا مطلب یہی ہے کہ پانی فریش واٹر پگھل کر</w:t>
      </w:r>
    </w:p>
    <w:p>
      <w:r>
        <w:rPr>
          <w:b/>
        </w:rPr>
        <w:t xml:space="preserve">[34:12] </w:t>
      </w:r>
      <w:r>
        <w:t>jae ga aur samundaron mein mil jae ga dobara.</w:t>
      </w:r>
    </w:p>
    <w:p>
      <w:pPr>
        <w:jc w:val="right"/>
      </w:pPr>
      <w:r>
        <w:t>جائے گا اور سمندروں میں مل جائے گا دوبارہ۔</w:t>
      </w:r>
    </w:p>
    <w:p>
      <w:r>
        <w:rPr>
          <w:b/>
        </w:rPr>
        <w:t xml:space="preserve">[34:16] </w:t>
      </w:r>
      <w:r>
        <w:t>dobara salty water ban jae ga.</w:t>
      </w:r>
    </w:p>
    <w:p>
      <w:pPr>
        <w:jc w:val="right"/>
      </w:pPr>
      <w:r>
        <w:t>دوبارہ سالٹی واٹر بن جائے گا۔</w:t>
      </w:r>
    </w:p>
    <w:p>
      <w:r>
        <w:rPr>
          <w:b/>
        </w:rPr>
        <w:t xml:space="preserve">[34:21] </w:t>
      </w:r>
      <w:r>
        <w:t>to yaad rakhiye jo pehla jo hadees mein jo bataya gaya salts water wala zamana, woh to ho</w:t>
      </w:r>
    </w:p>
    <w:p>
      <w:pPr>
        <w:jc w:val="right"/>
      </w:pPr>
      <w:r>
        <w:t>تو یاد رکھیے جو پہلا جو حدیث میں جو بتایا گیا سلز واٹر والا زمانہ، وہ تو ہو</w:t>
      </w:r>
    </w:p>
    <w:p>
      <w:r>
        <w:rPr>
          <w:b/>
        </w:rPr>
        <w:t xml:space="preserve">[34:25] </w:t>
      </w:r>
      <w:r>
        <w:t>chuka, already ho chuka, woh beet chuka. woh</w:t>
      </w:r>
    </w:p>
    <w:p>
      <w:pPr>
        <w:jc w:val="right"/>
      </w:pPr>
      <w:r>
        <w:t>چکا، الریڈی ہو چکا، وہ بیت چکا۔ وہ</w:t>
      </w:r>
    </w:p>
    <w:p>
      <w:r>
        <w:rPr>
          <w:b/>
        </w:rPr>
        <w:t xml:space="preserve">[34:30] </w:t>
      </w:r>
      <w:r>
        <w:t>kay teen drought batay gay hain, teen drought. pehlay drought mein one third water khatam ho jay ga. dosray drought mein two third water khatam ho jay ga. teesray drought mein aik dam hi khatam ho jay ga. no water situation paida ho jay gi. to teen zamanon mein say aik zamanah ho chuka. aik zamanah guzar chuka, aik zamanah. teen period mein say aik period guzar chuka already. kyunkay one thir</w:t>
      </w:r>
    </w:p>
    <w:p>
      <w:pPr>
        <w:jc w:val="right"/>
      </w:pPr>
      <w:r>
        <w:t>کہ تین ڈراٹ بتائے گئے ہیں، تین ڈراٹ۔ پہلے ڈراٹ میں ون تھرڈ واٹر ختم ہو جائے گا۔ دوسرے ڈراٹ میں ٹو تھرڈ واٹر ختم ہو جائے گا۔ تیسرے ڈراٹ میں ایک دم ہی ختم ہو جائے گا۔ نو واٹر سچویشن پیدا ہو جائے گی۔ تو تین زمانوں میں سے ایک زمانہ ہو چکا۔ ایک زمانہ گزر چکا، ایک زمانہ۔ تین پیریڈ میں سے ایک پیریڈ گزر چکا الریڈی۔ کیونکہ ون تھر</w:t>
      </w:r>
    </w:p>
    <w:p>
      <w:r>
        <w:rPr>
          <w:b/>
        </w:rPr>
        <w:t xml:space="preserve">[35:00] </w:t>
      </w:r>
      <w:r>
        <w:t>d pani to khatam ho chuka hai, is one third say ziada. abhi aik seminar tha dilli mein, woh bechara bol raha tha, woh keh raha tha kay ganga ka pani more than 50 percent khatam ho chuka hai aur jamna sokh gai hai taqreeban. aisay dunya bhar mein haal ho raha hai. to jis cheez ko hadith mein drought kaha gaya hai, is ka matlab yeh hai kay fresh water pighal kar dobara samundaron mein chala jay</w:t>
      </w:r>
    </w:p>
    <w:p>
      <w:pPr>
        <w:jc w:val="right"/>
      </w:pPr>
      <w:r>
        <w:t>ڈ پانی تو ختم ہو چکا ہے، اس ون تھرڈ سے زیادہ۔ ابھی ایک سیمینار تھا دلی میں، وہ بیچارہ بول رہا تھا، وہ کہہ رہا تھا کہ گنگا کا پانی مور دین 50 پرسنٹ ختم ہو چکا ہے اور جمنا سوکھی گئی ہے تقریباً۔ ایسے دنیا بھر میں حال ہو رہا ہے۔ تو جس چیز کو حدیث میں ڈراٹ کہا گیا ہے، اس کا مطلب یہ ہے کہ فریش واٹر پگھل کر دوبارہ سمندروں میں چلا جائے</w:t>
      </w:r>
    </w:p>
    <w:p>
      <w:r>
        <w:rPr>
          <w:b/>
        </w:rPr>
        <w:t xml:space="preserve">[35:30] </w:t>
      </w:r>
      <w:r>
        <w:t>ga aur salty water ban jae ga.</w:t>
      </w:r>
    </w:p>
    <w:p>
      <w:pPr>
        <w:jc w:val="right"/>
      </w:pPr>
      <w:r>
        <w:t>گا اور سالٹی واٹر بن جائے گا۔</w:t>
      </w:r>
    </w:p>
    <w:p>
      <w:r>
        <w:rPr>
          <w:b/>
        </w:rPr>
        <w:t xml:space="preserve">[35:35] </w:t>
      </w:r>
      <w:r>
        <w:t>وہی ہو جائے گا جو جو Coleridge کے جو poem ہے: "Water, water, everywhere, not a drop</w:t>
      </w:r>
    </w:p>
    <w:p>
      <w:pPr>
        <w:jc w:val="right"/>
      </w:pPr>
      <w:r>
        <w:t>وہی ہو جائے گا جو جو کارگریج کے جو پویم ہے: "واٹر واٹر ایوری ویر، ناٹ ا ڈراپ</w:t>
      </w:r>
    </w:p>
    <w:p>
      <w:r>
        <w:rPr>
          <w:b/>
        </w:rPr>
        <w:t xml:space="preserve">[35:40] </w:t>
      </w:r>
      <w:r>
        <w:t>to drink." mein mein pani peeta hoon to aisa lagta hai ke Khuda agar pani khatam kar de</w:t>
      </w:r>
    </w:p>
    <w:p>
      <w:pPr>
        <w:jc w:val="right"/>
      </w:pPr>
      <w:r>
        <w:t>ٹو ڈرنک۔" میں میں پانی پیتا ہوں تو ایسا لگتا ہے کہ خدا اگر پانی ختم کر دے</w:t>
      </w:r>
    </w:p>
    <w:p>
      <w:r>
        <w:rPr>
          <w:b/>
        </w:rPr>
        <w:t xml:space="preserve">[35:45] </w:t>
      </w:r>
      <w:r>
        <w:t>to kya haal hoga hamara? aur khatam hua chala ja raha hai.</w:t>
      </w:r>
    </w:p>
    <w:p>
      <w:pPr>
        <w:jc w:val="right"/>
      </w:pPr>
      <w:r>
        <w:t>تو کیا حال ہوگا ہمارا؟ اور ختم ہوا چلا جا رہا ہے۔</w:t>
      </w:r>
    </w:p>
    <w:p>
      <w:r>
        <w:rPr>
          <w:b/>
        </w:rPr>
        <w:t xml:space="preserve">[35:50] </w:t>
      </w:r>
      <w:r>
        <w:t>hosh mein aane, hosh mein aane ki zaroorat hai.</w:t>
      </w:r>
    </w:p>
    <w:p>
      <w:pPr>
        <w:jc w:val="right"/>
      </w:pPr>
      <w:r>
        <w:t>ہوش میں آنے، ہوش میں آنے کی ضرورت ہے۔</w:t>
      </w:r>
    </w:p>
    <w:p>
      <w:r>
        <w:rPr>
          <w:b/>
        </w:rPr>
        <w:t xml:space="preserve">[35:55] </w:t>
      </w:r>
      <w:r>
        <w:t>wohi wahi aayat maine padhi aap ke samne:</w:t>
      </w:r>
    </w:p>
    <w:p>
      <w:pPr>
        <w:jc w:val="right"/>
      </w:pPr>
      <w:r>
        <w:t>وہی وہی آیت میں نے پڑھی آپ کے سامنے:</w:t>
      </w:r>
    </w:p>
    <w:p>
      <w:r>
        <w:rPr>
          <w:b/>
        </w:rPr>
        <w:t xml:space="preserve">[36:00] </w:t>
      </w:r>
      <w:r>
        <w:t>"ehtesab hisab waqt aa chuka." aa chuka waqt hisab ka aur log jo hai sun nahi rahe baaton ko.</w:t>
      </w:r>
    </w:p>
    <w:p>
      <w:pPr>
        <w:jc w:val="right"/>
      </w:pPr>
      <w:r>
        <w:t>"احتساب حساب وقت آ چکا۔" آ چکا وقت حساب کا اور لوگ جو ہے سن نہیں رہے باتوں کو۔</w:t>
      </w:r>
    </w:p>
    <w:p>
      <w:r>
        <w:rPr>
          <w:b/>
        </w:rPr>
        <w:t xml:space="preserve">[36:06] </w:t>
      </w:r>
      <w:r>
        <w:t>sun nahi rahe baaton ko.</w:t>
      </w:r>
    </w:p>
    <w:p>
      <w:pPr>
        <w:jc w:val="right"/>
      </w:pPr>
      <w:r>
        <w:t>سن نہیں رہے باتوں کو۔</w:t>
      </w:r>
    </w:p>
    <w:p>
      <w:r>
        <w:rPr>
          <w:b/>
        </w:rPr>
        <w:t xml:space="preserve">[36:12] </w:t>
      </w:r>
      <w:r>
        <w:t>hosh mein nahi aa rahe hain.</w:t>
      </w:r>
    </w:p>
    <w:p>
      <w:pPr>
        <w:jc w:val="right"/>
      </w:pPr>
      <w:r>
        <w:t>ہوش میں نہیں آ رہے ہیں۔</w:t>
      </w:r>
    </w:p>
    <w:p>
      <w:r>
        <w:rPr>
          <w:b/>
        </w:rPr>
        <w:t xml:space="preserve">[36:19] </w:t>
      </w:r>
      <w:r>
        <w:t>to yeh bilkul do do chaar ki tarah se soorat-e-haal paida ho chuki hai ke hadees mein bataya</w:t>
      </w:r>
    </w:p>
    <w:p>
      <w:pPr>
        <w:jc w:val="right"/>
      </w:pPr>
      <w:r>
        <w:t>تو یہ بالکل دو دو چار کی طرح سے صورتحال پیدا ہو چکی ہے کہ حدیث میں بتایا</w:t>
      </w:r>
    </w:p>
    <w:p>
      <w:r>
        <w:rPr>
          <w:b/>
        </w:rPr>
        <w:t xml:space="preserve">[36:25] </w:t>
      </w:r>
      <w:r>
        <w:t>gaya tha ke pani jis pe depend karti hai zindagi,</w:t>
      </w:r>
    </w:p>
    <w:p>
      <w:pPr>
        <w:jc w:val="right"/>
      </w:pPr>
      <w:r>
        <w:t>گیا تھا کہ پانی جس پہ ڈیپینڈ کرتی ہے زندگی،</w:t>
      </w:r>
    </w:p>
    <w:p>
      <w:r>
        <w:rPr>
          <w:b/>
        </w:rPr>
        <w:t xml:space="preserve">[36:31] </w:t>
      </w:r>
      <w:r>
        <w:t>wo teen period mein khatm ho jayega.</w:t>
      </w:r>
    </w:p>
    <w:p>
      <w:pPr>
        <w:jc w:val="right"/>
      </w:pPr>
      <w:r>
        <w:t>وہ تین پیریڈ میں ختم ہو جائے گا۔</w:t>
      </w:r>
    </w:p>
    <w:p>
      <w:r>
        <w:rPr>
          <w:b/>
        </w:rPr>
        <w:t xml:space="preserve">[36:36] </w:t>
      </w:r>
      <w:r>
        <w:t>to pehla period ho chuka, ab hum second period se guzar rahe hain aur iske baad third</w:t>
      </w:r>
    </w:p>
    <w:p>
      <w:pPr>
        <w:jc w:val="right"/>
      </w:pPr>
      <w:r>
        <w:t>تو پہلا پیریڈ ہو چکا، اب ہم سیکنڈ پیریڈ سے گزر رہے ہیں اور اس کے بعد تھرڈ</w:t>
      </w:r>
    </w:p>
    <w:p>
      <w:r>
        <w:rPr>
          <w:b/>
        </w:rPr>
        <w:t xml:space="preserve">[36:41] </w:t>
      </w:r>
      <w:r>
        <w:t>period jab aayega to khatm khatm qissa hai.</w:t>
      </w:r>
    </w:p>
    <w:p>
      <w:pPr>
        <w:jc w:val="right"/>
      </w:pPr>
      <w:r>
        <w:t>پیریڈ جب آئے گا تو ختم ختم قصہ ہے۔</w:t>
      </w:r>
    </w:p>
    <w:p>
      <w:r>
        <w:rPr>
          <w:b/>
        </w:rPr>
        <w:t xml:space="preserve">[36:46] </w:t>
      </w:r>
      <w:r>
        <w:t>to yahi woh zamana hai jis mein ke hadees mein aaya hai ke mehdi paida honge, maseeh</w:t>
      </w:r>
    </w:p>
    <w:p>
      <w:pPr>
        <w:jc w:val="right"/>
      </w:pPr>
      <w:r>
        <w:t>تو یہی وہ زمانہ ہے جس میں کہ حدیث میں آیا ہے کہ مہدی پیدا ہوں گے، مسیح</w:t>
      </w:r>
    </w:p>
    <w:p>
      <w:r>
        <w:rPr>
          <w:b/>
        </w:rPr>
        <w:t xml:space="preserve">[36:51] </w:t>
      </w:r>
      <w:r>
        <w:t>paida honge aur is mein hai ke dajjal ko qatl karenge.</w:t>
      </w:r>
    </w:p>
    <w:p>
      <w:pPr>
        <w:jc w:val="right"/>
      </w:pPr>
      <w:r>
        <w:t>پیدا ہوں گے اور اس میں ہے کہ دجال کو قتل کریں گے۔</w:t>
      </w:r>
    </w:p>
    <w:p>
      <w:r>
        <w:rPr>
          <w:b/>
        </w:rPr>
        <w:t xml:space="preserve">[36:56] </w:t>
      </w:r>
      <w:r>
        <w:t>mein hadees ek hadees hai ke "la mehdi illa eesa ibn maryam.</w:t>
      </w:r>
    </w:p>
    <w:p>
      <w:pPr>
        <w:jc w:val="right"/>
      </w:pPr>
      <w:r>
        <w:t>میں حدیث ایک حدیث ہے کہ "لا مہدی الا عیسی ابن مریم۔</w:t>
      </w:r>
    </w:p>
    <w:p>
      <w:r>
        <w:rPr>
          <w:b/>
        </w:rPr>
        <w:t xml:space="preserve">[37:01] </w:t>
      </w:r>
      <w:r>
        <w:t>" mein iske mutabiq hadees ke mutabiq samajhta hoon ke mehdi aur maseeh ek hi personality hain.</w:t>
      </w:r>
    </w:p>
    <w:p>
      <w:pPr>
        <w:jc w:val="right"/>
      </w:pPr>
      <w:r>
        <w:t>" میں اس کے مطابق حدیث کے مطابق سمجھتا ہوں کہ مہدی اور مسیح ایک ہی پرسنیلٹی ہیں۔</w:t>
      </w:r>
    </w:p>
    <w:p>
      <w:r>
        <w:rPr>
          <w:b/>
        </w:rPr>
        <w:t xml:space="preserve">[37:06] </w:t>
      </w:r>
      <w:r>
        <w:t>yeh hadees mein maujood hai, yeh hadees ke mehdi aur maseeh do alag personality nahi hain, ek hi hain.</w:t>
      </w:r>
    </w:p>
    <w:p>
      <w:pPr>
        <w:jc w:val="right"/>
      </w:pPr>
      <w:r>
        <w:t>یہ حدیث میں موجود ہے، یہ حدیث کہ مہدی اور مسیح دو الگ پرسنیلٹی نہیں ہیں، ایک ہی ہیں۔</w:t>
      </w:r>
    </w:p>
    <w:p>
      <w:r>
        <w:rPr>
          <w:b/>
        </w:rPr>
        <w:t xml:space="preserve">[37:11] </w:t>
      </w:r>
      <w:r>
        <w:t>to woh hai ke qatl karenge dajjal ko.</w:t>
      </w:r>
    </w:p>
    <w:p>
      <w:pPr>
        <w:jc w:val="right"/>
      </w:pPr>
      <w:r>
        <w:t>تو وہ ہے کہ قتل کریں گے دجال کو۔</w:t>
      </w:r>
    </w:p>
    <w:p>
      <w:r>
        <w:rPr>
          <w:b/>
        </w:rPr>
        <w:t xml:space="preserve">[37:16] </w:t>
      </w:r>
      <w:r>
        <w:t>mein samajhta hoon ke qatl ka matlab yeh nahi ke physically qatl karenge.</w:t>
      </w:r>
    </w:p>
    <w:p>
      <w:pPr>
        <w:jc w:val="right"/>
      </w:pPr>
      <w:r>
        <w:t>میں سمجھتا ہوں کہ قتل کا معنی یہ نہیں کہ فزیکلی قتل کریں گے۔</w:t>
      </w:r>
    </w:p>
    <w:p>
      <w:r>
        <w:rPr>
          <w:b/>
        </w:rPr>
        <w:t xml:space="preserve">[37:21] </w:t>
      </w:r>
      <w:r>
        <w:t>unko expose karenge.</w:t>
      </w:r>
    </w:p>
    <w:p>
      <w:pPr>
        <w:jc w:val="right"/>
      </w:pPr>
      <w:r>
        <w:t>ان کو ایکسپوز کریں گے۔</w:t>
      </w:r>
    </w:p>
    <w:p>
      <w:r>
        <w:rPr>
          <w:b/>
        </w:rPr>
        <w:t xml:space="preserve">[37:26] </w:t>
      </w:r>
      <w:r>
        <w:t>kyunke aap dekhiye, agar kisi ko physically qatl kiya jaye to woh to woh to</w:t>
      </w:r>
    </w:p>
    <w:p>
      <w:pPr>
        <w:jc w:val="right"/>
      </w:pPr>
      <w:r>
        <w:t>کیونکہ آپ دیکھیے، اگر کسی کو فزیکلی قتل کیا جائے تو وہ تو وہ تو</w:t>
      </w:r>
    </w:p>
    <w:p>
      <w:r>
        <w:rPr>
          <w:b/>
        </w:rPr>
        <w:t xml:space="preserve">[37:31] </w:t>
      </w:r>
      <w:r>
        <w:t>shaheed ho jata hai, martyr ho jata hai. woh to aik leader ko, yani dajjal ka concept jo hadith mein ata hai, aik leader hoga jis mein bohat saray log is kay sath ho jayen gay. yeh hadith mein aya hai, yeh baat kay dajjal kay sath aik crowd hoga. is ka maani kay woh leader hoga. aap leader ko agar physical qatal karain, physically to jantay hain kya hota hai? woh to shaheed ban jata hai, woh martyr ban jata hai. pakistan mein bh</w:t>
      </w:r>
    </w:p>
    <w:p>
      <w:pPr>
        <w:jc w:val="right"/>
      </w:pPr>
      <w:r>
        <w:t>شہید ہو جاتا ہے، مارٹائر ہو جاتا ہے۔ وہ تو ایک لیڈر کو، یعنی دجال کا کانسیپٹ جو حدیث میں آتا ہے، ایک لیڈر ہوگا جس میں بہت سارے لوگ اس کے ساتھ ہو جائیں گے۔ یہ حدیث میں آیا ہے، یہ بات کہ دجال کے ساتھ ایک کراؤڈ ہوگا۔ اس کا معنی کہ وہ لیڈر ہوگا۔ آپ لیڈر کو اگر فزیکل قتل کریں، فزیکلی تو جانتے ہیں کیا ہوتا ہے؟ وہ تو شہید بن جاتا ہے، وہ مارٹائر بن جاتا ہے۔ پاکستان میں بھ</w:t>
      </w:r>
    </w:p>
    <w:p>
      <w:r>
        <w:rPr>
          <w:b/>
        </w:rPr>
        <w:t xml:space="preserve">[38:01] </w:t>
      </w:r>
      <w:r>
        <w:t>two ko phansi di gayi to aur bada bhutto jo ban gaya, uski ladki bhutto super bhutto</w:t>
      </w:r>
    </w:p>
    <w:p>
      <w:pPr>
        <w:jc w:val="right"/>
      </w:pPr>
      <w:r>
        <w:t>ٹو کو پھانسی دی گئی تو اور بڑا بھٹو جو بن گیا، اس کی لڑکی بھٹو سپر بھٹو</w:t>
      </w:r>
    </w:p>
    <w:p>
      <w:r>
        <w:rPr>
          <w:b/>
        </w:rPr>
        <w:t xml:space="preserve">[38:07] </w:t>
      </w:r>
      <w:r>
        <w:t>ban gayi aur sab se badi party ban gayi pakistan mein isi ki.</w:t>
      </w:r>
    </w:p>
    <w:p>
      <w:pPr>
        <w:jc w:val="right"/>
      </w:pPr>
      <w:r>
        <w:t>بن گئی اور سب سے بڑی پارٹی بن گئی پاکستان میں اسی کی۔</w:t>
      </w:r>
    </w:p>
    <w:p>
      <w:r>
        <w:rPr>
          <w:b/>
        </w:rPr>
        <w:t xml:space="preserve">[38:12] </w:t>
      </w:r>
      <w:r>
        <w:t>jahan bhi kahin yaad rakhiye, leader ko jab qatl kiya gaya hai to super leader ban gaya hai.</w:t>
      </w:r>
    </w:p>
    <w:p>
      <w:pPr>
        <w:jc w:val="right"/>
      </w:pPr>
      <w:r>
        <w:t>جہاں بھی کہیں یاد رکھیے، لیڈر کو جب قتل کیا گیا ہے تو سپر لیڈر بن گیا ہے۔</w:t>
      </w:r>
    </w:p>
    <w:p>
      <w:r>
        <w:rPr>
          <w:b/>
        </w:rPr>
        <w:t xml:space="preserve">[38:17] </w:t>
      </w:r>
      <w:r>
        <w:t>woh mara hua leader super leader hota hai.</w:t>
      </w:r>
    </w:p>
    <w:p>
      <w:pPr>
        <w:jc w:val="right"/>
      </w:pPr>
      <w:r>
        <w:t>وہ مرا ہوا لیڈر سپر لیڈر ہوتا ہے۔</w:t>
      </w:r>
    </w:p>
    <w:p>
      <w:r>
        <w:rPr>
          <w:b/>
        </w:rPr>
        <w:t xml:space="preserve">[38:22] </w:t>
      </w:r>
      <w:r>
        <w:t>to dajjal ko physically qatl karne se ka koi matlab hi nahi hai.</w:t>
      </w:r>
    </w:p>
    <w:p>
      <w:pPr>
        <w:jc w:val="right"/>
      </w:pPr>
      <w:r>
        <w:t>تو دجال کو فزیکلی قتل کرنے سے کا کوئی مطلب ہی نہیں ہے۔</w:t>
      </w:r>
    </w:p>
    <w:p>
      <w:r>
        <w:rPr>
          <w:b/>
        </w:rPr>
        <w:t xml:space="preserve">[38:28] </w:t>
      </w:r>
      <w:r>
        <w:t>aur jab woh deceive karega to use deception ko qatl karna hai.</w:t>
      </w:r>
    </w:p>
    <w:p>
      <w:pPr>
        <w:jc w:val="right"/>
      </w:pPr>
      <w:r>
        <w:t>اور جب وہ ڈیسیو کرے گا تو اسے ڈیسیپشن کو قتل کرنا ہے۔</w:t>
      </w:r>
    </w:p>
    <w:p>
      <w:r>
        <w:rPr>
          <w:b/>
        </w:rPr>
        <w:t xml:space="preserve">[38:33] </w:t>
      </w:r>
      <w:r>
        <w:t>dajjal jo hai, woh koi military general nahi hoga. hadith mein yeh nahi bataya gaya kay military general hoga. woh woh deceive karay ga. deceive dajjal kay maani hotay hain great deceiver. to is kay is kay is kay is ka jo is ki jo deceiving ideology hai, us ko khatam karna paray ga aap ko. deceiving ideology. to mein samajhta hoon kay mehdi aur masih ka jo role hai, woh hai dajjal ko expose kar</w:t>
      </w:r>
    </w:p>
    <w:p>
      <w:pPr>
        <w:jc w:val="right"/>
      </w:pPr>
      <w:r>
        <w:t>دجال جو ہے، وہ کوئی ملٹری جنرل نہیں ہوگا۔ حدیث میں یہ نہیں بتایا گیا کہ ملٹری جنرل ہوگا۔ وہ وہ ڈیسیو کرے گا۔ ڈیسیو دجال کے معنی ہوتے ہیں گریٹ ڈیسیور۔ تو اس کے اس کے اس کے اس کا جو اس کی جو ڈیسیونگ آئیڈیالوجی ہے، اس کو ختم کرنا پڑے گا آپ کو۔ ڈیسیونگ آئیڈیالوجی۔ تو میں سمجھتا ہوں کہ مہدی اور مسیح کا جو رول ہے، وہ ہے دجال کو ایکسپوز کر</w:t>
      </w:r>
    </w:p>
    <w:p>
      <w:r>
        <w:rPr>
          <w:b/>
        </w:rPr>
        <w:t xml:space="preserve">[39:03] </w:t>
      </w:r>
      <w:r>
        <w:t>na aur edvarj ka level par is ko khatm karna.</w:t>
      </w:r>
    </w:p>
    <w:p>
      <w:pPr>
        <w:jc w:val="right"/>
      </w:pPr>
      <w:r>
        <w:t>نا اور ایڈورج کا لیول پر اس کو ختم کرنا۔</w:t>
      </w:r>
    </w:p>
    <w:p>
      <w:r>
        <w:rPr>
          <w:b/>
        </w:rPr>
        <w:t xml:space="preserve">[39:09] </w:t>
      </w:r>
      <w:r>
        <w:t>logon ke dimaghon se is ki ahmiyat ko nikalna, yeh hai is ka qatl.</w:t>
      </w:r>
    </w:p>
    <w:p>
      <w:pPr>
        <w:jc w:val="right"/>
      </w:pPr>
      <w:r>
        <w:t>لوگوں کے دماغوں سے اس کی اہمیت کو نکالنا، یہ ہے اس کا قتل۔</w:t>
      </w:r>
    </w:p>
    <w:p>
      <w:r>
        <w:rPr>
          <w:b/>
        </w:rPr>
        <w:t xml:space="preserve">[39:15] </w:t>
      </w:r>
      <w:r>
        <w:t>yeh sab baatein bohat zyada sochne ki hain.</w:t>
      </w:r>
    </w:p>
    <w:p>
      <w:pPr>
        <w:jc w:val="right"/>
      </w:pPr>
      <w:r>
        <w:t>یہ سب باتیں بہت زیادہ سوچنے کی ہیں۔</w:t>
      </w:r>
    </w:p>
    <w:p>
      <w:r>
        <w:rPr>
          <w:b/>
        </w:rPr>
        <w:t xml:space="preserve">[39:21] </w:t>
      </w:r>
      <w:r>
        <w:t>aap aisa mat kijiye ke aap intezar mein rahen, intezar mein rahen yahan tak israfel ka sur phoonka jaye.</w:t>
      </w:r>
    </w:p>
    <w:p>
      <w:pPr>
        <w:jc w:val="right"/>
      </w:pPr>
      <w:r>
        <w:t>آپ ایسا مت کیجیے کہ آپ انتظار میں رہیں، انتظار میں رہیں یہاں تک اسرافیل کا سور پھونک جائے۔</w:t>
      </w:r>
    </w:p>
    <w:p>
      <w:r>
        <w:rPr>
          <w:b/>
        </w:rPr>
        <w:t xml:space="preserve">[39:28] </w:t>
      </w:r>
      <w:r>
        <w:t>aisa nahi karna hai aap ko.</w:t>
      </w:r>
    </w:p>
    <w:p>
      <w:pPr>
        <w:jc w:val="right"/>
      </w:pPr>
      <w:r>
        <w:t>ایسا نہیں کرنا ہے آپ کو۔</w:t>
      </w:r>
    </w:p>
    <w:p>
      <w:r>
        <w:rPr>
          <w:b/>
        </w:rPr>
        <w:t xml:space="preserve">[39:34] </w:t>
      </w:r>
      <w:r>
        <w:t>ab mein aik baat aur kehna chahta hoon aap se ke hum log jo india mein paida kiya,</w:t>
      </w:r>
    </w:p>
    <w:p>
      <w:pPr>
        <w:jc w:val="right"/>
      </w:pPr>
      <w:r>
        <w:t>اب میں ایک بات اور کہنا چاہتا ہوں آپ سے کہ ہم لوگ جو انڈیا میں پیدا کیا،</w:t>
      </w:r>
    </w:p>
    <w:p>
      <w:r>
        <w:rPr>
          <w:b/>
        </w:rPr>
        <w:t xml:space="preserve">[39:39] </w:t>
      </w:r>
      <w:r>
        <w:t>allah taala ne mein samajhta hoon ke aap bari blesi hai allah taala ki.</w:t>
      </w:r>
    </w:p>
    <w:p>
      <w:pPr>
        <w:jc w:val="right"/>
      </w:pPr>
      <w:r>
        <w:t>اللہ تعالی نے میں سمجھتا ہوں کہ آپ بڑی بلیسی ہے اللہ تعالی کی۔</w:t>
      </w:r>
    </w:p>
    <w:p>
      <w:r>
        <w:rPr>
          <w:b/>
        </w:rPr>
        <w:t xml:space="preserve">[39:44] </w:t>
      </w:r>
      <w:r>
        <w:t>aaj subah mere paas telephone aya hai arab se aik sahib ka.</w:t>
      </w:r>
    </w:p>
    <w:p>
      <w:pPr>
        <w:jc w:val="right"/>
      </w:pPr>
      <w:r>
        <w:t>آج صبح میرے پاس ٹیلی فون آیا ہے عرب سے ایک صاحب کا۔</w:t>
      </w:r>
    </w:p>
    <w:p>
      <w:r>
        <w:rPr>
          <w:b/>
        </w:rPr>
        <w:t xml:space="preserve">[39:49] </w:t>
      </w:r>
      <w:r>
        <w:t>hamare saathi hain, woh india mein paida hue, ab woh arab mein rehte hain.</w:t>
      </w:r>
    </w:p>
    <w:p>
      <w:pPr>
        <w:jc w:val="right"/>
      </w:pPr>
      <w:r>
        <w:t>ہمارے ساتھی ہیں، وہ انڈیا میں پیدا ہوئے، اب وہ عرب میں رہتے ہیں۔</w:t>
      </w:r>
    </w:p>
    <w:p>
      <w:r>
        <w:rPr>
          <w:b/>
        </w:rPr>
        <w:t xml:space="preserve">[39:54] </w:t>
      </w:r>
      <w:r>
        <w:t>to unhon ne kaha ke wahan par arab mein bohat se pakistani, kai hazar pakistani jo hain, woh</w:t>
      </w:r>
    </w:p>
    <w:p>
      <w:pPr>
        <w:jc w:val="right"/>
      </w:pPr>
      <w:r>
        <w:t>تو انہوں نے کہا کہ وہاں پر عرب میں بہت سے پاکستانی، کئی ہزار پاکستانی جو ہیں، وہ</w:t>
      </w:r>
    </w:p>
    <w:p>
      <w:r>
        <w:rPr>
          <w:b/>
        </w:rPr>
        <w:t xml:space="preserve">[39:59] </w:t>
      </w:r>
      <w:r>
        <w:t>illegal reh rahe the</w:t>
      </w:r>
    </w:p>
    <w:p>
      <w:pPr>
        <w:jc w:val="right"/>
      </w:pPr>
      <w:r>
        <w:t>اللیگل رہ رہے تھے</w:t>
      </w:r>
    </w:p>
    <w:p>
      <w:r>
        <w:rPr>
          <w:b/>
        </w:rPr>
        <w:t xml:space="preserve">[40:04] </w:t>
      </w:r>
      <w:r>
        <w:t>wahan par. illegal. to wahan ki government nay unhein keh diya kay tum nikal jao, wapas jao. goya deport kiay janay walay thay woh saray log. unhonay wahan aik bohat bara kaam kiya jis ko kehtay hain istirham. istirham maani hotay hain yani reham chahna. yani to seek mercy. istirham kay maani hotay hain to seek mercy. to unhon</w:t>
      </w:r>
    </w:p>
    <w:p>
      <w:pPr>
        <w:jc w:val="right"/>
      </w:pPr>
      <w:r>
        <w:t>وہاں پر۔ اللیگل۔ تو وہاں کی گورنمنٹ نے انہیں کہہ دیا کہ تم نکل جاؤ، واپس جاؤ۔ گویا ڈیپورٹ کیے جانے والے تھے وہ سارے لوگ۔ انہوں نے وہاں ایک بہت بڑا کام کیا جس کو کہتے ہیں استرہام۔ استرہام معنی ہوتے ہیں یعنی رحم چاہنا۔ یعنی ٹو سیک برسی۔ استرہام کے معنی ہوتے ہیں ٹو سیک برسی۔ تو انہوں</w:t>
      </w:r>
    </w:p>
    <w:p>
      <w:r>
        <w:rPr>
          <w:b/>
        </w:rPr>
        <w:t xml:space="preserve">[40:34] </w:t>
      </w:r>
      <w:r>
        <w:t>ne istrahaam ka aik aik movement chalai baqayda government se ke aap in logon par barsi kijiye.</w:t>
      </w:r>
    </w:p>
    <w:p>
      <w:pPr>
        <w:jc w:val="right"/>
      </w:pPr>
      <w:r>
        <w:t>نے استرہام کا ایک ایک موومنٹ چلائی باقاعدہ گورنمنٹ سے کہ آپ ان لوگوں پر برسی کیجئے۔</w:t>
      </w:r>
    </w:p>
    <w:p>
      <w:r>
        <w:rPr>
          <w:b/>
        </w:rPr>
        <w:t xml:space="preserve">[40:39] </w:t>
      </w:r>
      <w:r>
        <w:t>yeh log jo hain wapas ayen, kya karenge? aur unhein ab dekhen, poora official level par unhon</w:t>
      </w:r>
    </w:p>
    <w:p>
      <w:pPr>
        <w:jc w:val="right"/>
      </w:pPr>
      <w:r>
        <w:t>یہ لوگ جو ہیں واپس آئیں، کیا کریں گے؟ اور انہیں اب دیکھیں، پورا افیشل لیول پر انہوں</w:t>
      </w:r>
    </w:p>
    <w:p>
      <w:r>
        <w:rPr>
          <w:b/>
        </w:rPr>
        <w:t xml:space="preserve">[40:44] </w:t>
      </w:r>
      <w:r>
        <w:t>ne aik koshish ki aur woh sab log wahan par le liye gaye.</w:t>
      </w:r>
    </w:p>
    <w:p>
      <w:pPr>
        <w:jc w:val="right"/>
      </w:pPr>
      <w:r>
        <w:t>نے ایک کوشش کی اور وہ سب لوگ وہاں پر لے لیے گئے۔</w:t>
      </w:r>
    </w:p>
    <w:p>
      <w:r>
        <w:rPr>
          <w:b/>
        </w:rPr>
        <w:t xml:space="preserve">[40:50] </w:t>
      </w:r>
      <w:r>
        <w:t>wapas nahi, deport nahi kiye gaye woh.</w:t>
      </w:r>
    </w:p>
    <w:p>
      <w:pPr>
        <w:jc w:val="right"/>
      </w:pPr>
      <w:r>
        <w:t>واپس نہیں، ڈیپورٹ نہیں کیے گئے وہ۔</w:t>
      </w:r>
    </w:p>
    <w:p>
      <w:r>
        <w:rPr>
          <w:b/>
        </w:rPr>
        <w:t xml:space="preserve">[40:55] </w:t>
      </w:r>
      <w:r>
        <w:t>to pakistan ka safir jo wahan par hai, us ne unhein bulaya aur kaha ke aap ne bohat</w:t>
      </w:r>
    </w:p>
    <w:p>
      <w:pPr>
        <w:jc w:val="right"/>
      </w:pPr>
      <w:r>
        <w:t>تو پاکستان کا سفیر جو وہاں پر ہے، اس نے انہیں بلایا اور کہا کہ آپ نے بہت</w:t>
      </w:r>
    </w:p>
    <w:p>
      <w:r>
        <w:rPr>
          <w:b/>
        </w:rPr>
        <w:t xml:space="preserve">[41:00] </w:t>
      </w:r>
      <w:r>
        <w:t>bara kaam kiya hai aur hum aap ko pakistan ki woh dete hain, eizazi shahriat</w:t>
      </w:r>
    </w:p>
    <w:p>
      <w:pPr>
        <w:jc w:val="right"/>
      </w:pPr>
      <w:r>
        <w:t>بڑا کام کیا ہے اور ہم آپ کو پاکستان کی وہ دیتے ہیں، اعزازی شہریت</w:t>
      </w:r>
    </w:p>
    <w:p>
      <w:r>
        <w:rPr>
          <w:b/>
        </w:rPr>
        <w:t xml:space="preserve">[41:05] </w:t>
      </w:r>
      <w:r>
        <w:t>۔</w:t>
      </w:r>
    </w:p>
    <w:p>
      <w:pPr>
        <w:jc w:val="right"/>
      </w:pPr>
      <w:r>
        <w:t>۔</w:t>
      </w:r>
    </w:p>
    <w:p>
      <w:r>
        <w:rPr>
          <w:b/>
        </w:rPr>
        <w:t xml:space="preserve">[41:08] </w:t>
      </w:r>
      <w:r>
        <w:t>yani citizenship.</w:t>
      </w:r>
    </w:p>
    <w:p>
      <w:pPr>
        <w:jc w:val="right"/>
      </w:pPr>
      <w:r>
        <w:t>یعنی سٹیزن شپ۔</w:t>
      </w:r>
    </w:p>
    <w:p>
      <w:r>
        <w:rPr>
          <w:b/>
        </w:rPr>
        <w:t xml:space="preserve">[41:12] </w:t>
      </w:r>
      <w:r>
        <w:t>eizazi shahriat, citizenship dete hain hum aap ko.</w:t>
      </w:r>
    </w:p>
    <w:p>
      <w:pPr>
        <w:jc w:val="right"/>
      </w:pPr>
      <w:r>
        <w:t>اعزازی شہریت، سٹیزن شپ دیتے ہیں ہم آپ کو۔</w:t>
      </w:r>
    </w:p>
    <w:p>
      <w:r>
        <w:rPr>
          <w:b/>
        </w:rPr>
        <w:t xml:space="preserve">[41:15] </w:t>
      </w:r>
      <w:r>
        <w:t>offer kiya is ne? to unhon ne kaha ke mujhe do condition meri hai.</w:t>
      </w:r>
    </w:p>
    <w:p>
      <w:pPr>
        <w:jc w:val="right"/>
      </w:pPr>
      <w:r>
        <w:t>آفر کیا اس نے؟ تو انہوں نے کہا کہ مجھے دو کنڈیشن میری ہے۔</w:t>
      </w:r>
    </w:p>
    <w:p>
      <w:r>
        <w:rPr>
          <w:b/>
        </w:rPr>
        <w:t xml:space="preserve">[41:18] </w:t>
      </w:r>
      <w:r>
        <w:t>ya yeh agar ho to mein maan lein to lene ki aap ka offer lene ko tayyar hoon.</w:t>
      </w:r>
    </w:p>
    <w:p>
      <w:pPr>
        <w:jc w:val="right"/>
      </w:pPr>
      <w:r>
        <w:t>یا یہ اگر ہو تو میں مان لیں تو لینے کی آپ کا آفر لینے کو تیار ہوں۔</w:t>
      </w:r>
    </w:p>
    <w:p>
      <w:r>
        <w:rPr>
          <w:b/>
        </w:rPr>
        <w:t xml:space="preserve">[41:22] </w:t>
      </w:r>
      <w:r>
        <w:t>unhon ne kaha ke woh kya? kaha ke india mein mein woh indian hain, rehte hain arab mein,</w:t>
      </w:r>
    </w:p>
    <w:p>
      <w:pPr>
        <w:jc w:val="right"/>
      </w:pPr>
      <w:r>
        <w:t>انہوں نے کہا کہ وہ کیا؟ کہا کہ انڈیا میں میں وہ انڈین ہیں، رہتے ہیں عرب میں،</w:t>
      </w:r>
    </w:p>
    <w:p>
      <w:r>
        <w:rPr>
          <w:b/>
        </w:rPr>
        <w:t xml:space="preserve">[41:25] </w:t>
      </w:r>
      <w:r>
        <w:t>hamare saathi hain.</w:t>
      </w:r>
    </w:p>
    <w:p>
      <w:pPr>
        <w:jc w:val="right"/>
      </w:pPr>
      <w:r>
        <w:t>ہمارے ساتھی ہیں۔</w:t>
      </w:r>
    </w:p>
    <w:p>
      <w:r>
        <w:rPr>
          <w:b/>
        </w:rPr>
        <w:t xml:space="preserve">[41:28] </w:t>
      </w:r>
      <w:r>
        <w:t>india mein mein mahatma gandhi par tanqeed kar sakta hoon.</w:t>
      </w:r>
    </w:p>
    <w:p>
      <w:pPr>
        <w:jc w:val="right"/>
      </w:pPr>
      <w:r>
        <w:t>انڈیا میں میں مہاتما گاندھی پر تنقید کر سکتا ہوں۔</w:t>
      </w:r>
    </w:p>
    <w:p>
      <w:r>
        <w:rPr>
          <w:b/>
        </w:rPr>
        <w:t xml:space="preserve">[41:32] </w:t>
      </w:r>
      <w:r>
        <w:t>india mein mein keh sakta hoon</w:t>
      </w:r>
    </w:p>
    <w:p>
      <w:pPr>
        <w:jc w:val="right"/>
      </w:pPr>
      <w:r>
        <w:t>انڈیا میں میں کہہ سکتا ہوں</w:t>
      </w:r>
    </w:p>
    <w:p>
      <w:r>
        <w:rPr>
          <w:b/>
        </w:rPr>
        <w:t xml:space="preserve">[41:35] </w:t>
      </w:r>
      <w:r>
        <w:t>keh mahatma gandhi ne jo kuch kiya, woh ek ko tha, woh revolution nahi tha.</w:t>
      </w:r>
    </w:p>
    <w:p>
      <w:pPr>
        <w:jc w:val="right"/>
      </w:pPr>
      <w:r>
        <w:t>کہ مہاتما گاندھی نے جو کچھ کیا، وہ ایک کو تھا، وہ ریولوشن نہیں تھا۔</w:t>
      </w:r>
    </w:p>
    <w:p>
      <w:r>
        <w:rPr>
          <w:b/>
        </w:rPr>
        <w:t xml:space="preserve">[41:40] </w:t>
      </w:r>
      <w:r>
        <w:t>aur meri koi pakar thakar nahi.</w:t>
      </w:r>
    </w:p>
    <w:p>
      <w:pPr>
        <w:jc w:val="right"/>
      </w:pPr>
      <w:r>
        <w:t>اور میری کوئی پکڑ تھکڑ نہیں۔</w:t>
      </w:r>
    </w:p>
    <w:p>
      <w:r>
        <w:rPr>
          <w:b/>
        </w:rPr>
        <w:t xml:space="preserve">[41:45] </w:t>
      </w:r>
      <w:r>
        <w:t>india jo mein raash pita hai, gandhi is mulk ke, aur is par hum tanqeed karte hain, hamari</w:t>
      </w:r>
    </w:p>
    <w:p>
      <w:pPr>
        <w:jc w:val="right"/>
      </w:pPr>
      <w:r>
        <w:t>انڈیا جو میں راش پتا ہے، گاندھی اس ملک کے، اور اس پر ہم تنقید کرتے ہیں، ہماری</w:t>
      </w:r>
    </w:p>
    <w:p>
      <w:r>
        <w:rPr>
          <w:b/>
        </w:rPr>
        <w:t xml:space="preserve">[41:51] </w:t>
      </w:r>
      <w:r>
        <w:t>koi pakar thakar nahi.</w:t>
      </w:r>
    </w:p>
    <w:p>
      <w:pPr>
        <w:jc w:val="right"/>
      </w:pPr>
      <w:r>
        <w:t>کوئی پکڑ تھکڑ نہیں۔</w:t>
      </w:r>
    </w:p>
    <w:p>
      <w:r>
        <w:rPr>
          <w:b/>
        </w:rPr>
        <w:t xml:space="preserve">[41:56] </w:t>
      </w:r>
      <w:r>
        <w:t>kya hum pakistan mein aap ke qaid-e-azam par tanqeed kar sakte hain? Kya hum keh sakte hain</w:t>
      </w:r>
    </w:p>
    <w:p>
      <w:pPr>
        <w:jc w:val="right"/>
      </w:pPr>
      <w:r>
        <w:t>کیا ہم پاکستان میں آپ کے قائد اعظم پر تنقید کر سکتے ہیں؟ کیا ہم کہہ سکتے ہیں</w:t>
      </w:r>
    </w:p>
    <w:p>
      <w:r>
        <w:rPr>
          <w:b/>
        </w:rPr>
        <w:t xml:space="preserve">[42:01] </w:t>
      </w:r>
      <w:r>
        <w:t>keh wahan qaid-e-azam, qaid-e-azam nahi thay, woh qaid-e-asghar thay? Yeh mein keh sakta hoon khule tareeqe se?</w:t>
      </w:r>
    </w:p>
    <w:p>
      <w:pPr>
        <w:jc w:val="right"/>
      </w:pPr>
      <w:r>
        <w:t>کہ وہاں قائد اعظم، قائد اعظم نہیں تھے، وہ قائد اصغر تھے؟ یہ میں کہہ سکتا ہوں کھلے طریقے سے؟</w:t>
      </w:r>
    </w:p>
    <w:p>
      <w:r>
        <w:rPr>
          <w:b/>
        </w:rPr>
        <w:t xml:space="preserve">[42:06] </w:t>
      </w:r>
      <w:r>
        <w:t>ijazat dain gay mujh ko aap? yani gandhi jo hai, india ka rashtrapita hai, us par hum tanqeed karta hoon, phir bhi mein india mein zinda hoon. aur aap kay mulk mein kya mein keh sakta hoon kay kay jinnah sahib jo hain, quaid e azam nahi thay, woh quaid e asghar thay? aap ijazat dain gay mujh ko wahan par? dosri baat unhonay kahi kay india mein aik shakhs nay aik magazine n</w:t>
      </w:r>
    </w:p>
    <w:p>
      <w:pPr>
        <w:jc w:val="right"/>
      </w:pPr>
      <w:r>
        <w:t>اجازت دیں گے مجھ کو آپ؟ یعنی گاندھی جو ہے، انڈیا کا راش پتا ہے، اس پر ہم تنقید کرتا ہوں، پھر بھی میں انڈیا میں زندہ ہوں۔ اور آپ کے ملک میں کیا میں کہہ سکتا ہوں کہ کہ جناح صاحب جو ہیں، قائد اعظم نہیں تھے، وہ قائد اصغر تھے؟ آپ اجازت دیں گے مجھ کو وہاں پر؟ دوسری بات انہوں نے کہی کہ انڈیا میں ایک شخص نے ایک میگزین ن</w:t>
      </w:r>
    </w:p>
    <w:p>
      <w:r>
        <w:rPr>
          <w:b/>
        </w:rPr>
        <w:t xml:space="preserve">[42:36] </w:t>
      </w:r>
      <w:r>
        <w:t>ikala jis ka naam tha muslim india. muslim india isi dilli say. kya aap wahan kay hinduo ko ijazat dain gay kay woh hindu pakistan, hindu pakistan nikalein? is naam say magazine. india mein aik musalman parcha niklata hai, is ka naam rakhta hai muslim pakistan, muslim india. kya aap is ki ijazat dain gay kay pakistan mein hindu aisa parcha nikale, aisa magazine jis ka naam ho hindu pakistan? to unhonay kaha yeh to nahi</w:t>
      </w:r>
    </w:p>
    <w:p>
      <w:pPr>
        <w:jc w:val="right"/>
      </w:pPr>
      <w:r>
        <w:t>کالا جس کا نام تھا مسلم انڈیا۔ مسلم انڈیا اسی دلی سے۔ کیا آپ وہاں کے ہندوؤں کو اجازت دیں گے کہ وہ ہندو پاکستان، ہندو پاکستان نکالیں؟ اس نام سے میگزین۔ انڈیا میں ایک مسلمان پرچہ نکالتا ہے، اس کا نام رکھتا ہے مسلم پاکستان، مسلم انڈیا۔ کیا آپ اس کی اجازت دیں گے کہ پاکستان میں ہندو ایسا پرچہ نکالے، ایسا میگزین جس کا نام ہو ہندو پاکستان؟ تو انہوں نے کہا یہ تو نہیں</w:t>
      </w:r>
    </w:p>
    <w:p>
      <w:r>
        <w:rPr>
          <w:b/>
        </w:rPr>
        <w:t xml:space="preserve">[43:06] </w:t>
      </w:r>
      <w:r>
        <w:t>ho sakta hai. yeh aik qissa bataya unhonay mujhe telephone par. to mein nay khuda ka shukr ada kiya kay hum log kitnay khush qismat hain kay india mein aap ko paida kiya allah taala nay. jahan azadi hai, jahan opportunities hain. yani hindu log yahan seminar kartay hain aur hum ko bulatay hain wahan kay aaiye, islam kay baray mein bataiye. hamaray literature hamaray saathi lag jatay hain, bantay hain wahan pay. koi rok tok nahi, kuch bhi ro</w:t>
      </w:r>
    </w:p>
    <w:p>
      <w:pPr>
        <w:jc w:val="right"/>
      </w:pPr>
      <w:r>
        <w:t>ہو سکتا ہے۔ یہ ایک قصہ بتایا انہوں نے مجھے ٹیلی فون پر۔ تو میں نے خدا کا شکر ادا کیا کہ ہم لوگ کتنے خوش قسمت ہیں کہ انڈیا میں آپ کو پیدا کیا اللہ تعالی نے۔ جہاں آزادی ہے، جہاں اپرچونیٹیز ہیں۔ یعنی ہندو لوگ یہاں سیمینار کرتے ہیں اور ہم کو بلاتے ہیں وہاں کہ آئیے، اسلام کے بارے میں بتائیے۔ ہمارے لٹریچر ہمارے ساتھی لگ جاتے ہیں، بانٹتے ہیں وہاں پہ۔ کوئی روک ٹوک نہیں، کچھ بھی رو</w:t>
      </w:r>
    </w:p>
    <w:p>
      <w:r>
        <w:rPr>
          <w:b/>
        </w:rPr>
        <w:t xml:space="preserve">[43:36] </w:t>
      </w:r>
      <w:r>
        <w:t>k tok nahi. to mein samajhta hoon kay yeh bohat bari hamari khush qismati hai kay hum india mein paida kiay gay. mein saray dunya mein gaya hoon taqreeban. koi dunya ka mulk aisa nahi hai hamaray liye daao work kay liye itna acha jitna kay india hai. zara bhi mujhe shakk nahi hai. aik hadith hai, rasool allah nay farmaya kay mein hind ki taraf say mujhe ilm ki</w:t>
      </w:r>
    </w:p>
    <w:p>
      <w:pPr>
        <w:jc w:val="right"/>
      </w:pPr>
      <w:r>
        <w:t>ک ٹوک نہیں۔ تو میں سمجھتا ہوں کہ یہ بہت بڑی ہماری خوش قسمتی ہے کہ ہم انڈیا میں پیدا کیے گئے۔ میں سارے دنیا میں گیا ہوں تقریباً۔ کوئی دنیا کا ملک ایسا نہیں ہے ہمارے لیے داؤ ورک کے لیے اتنا اچھا جتنا کہ انڈیا ہے۔ ذرا بھی مجھے شک نہیں ہے۔ ایک حدیث ہے، رسول اللہ نے فرمایا کہ میں ہند کی طرف سے مجھے علم کی</w:t>
      </w:r>
    </w:p>
    <w:p>
      <w:r>
        <w:rPr>
          <w:b/>
        </w:rPr>
        <w:t xml:space="preserve">[44:06] </w:t>
      </w:r>
      <w:r>
        <w:t>khushboo ati hai, ilm ki hawaen ati hain. ajdu reeh al ilmi min bilad al hind. ajdu reeh al ilmi min bilad al hind. yani hind ki taraf say, india ki taraf say mujhe ilm ki hawaen ati hain. is ka matlab mein yeh samjha hoon kay islam ki dawat jo aala ilmi satah par uthai jay gi, scientific door mein, jo modern age mein,</w:t>
      </w:r>
    </w:p>
    <w:p>
      <w:pPr>
        <w:jc w:val="right"/>
      </w:pPr>
      <w:r>
        <w:t>خوشبو آتی ہے، علم کی ہوائیں آتی ہیں۔ اجدو ریح العلم من بلاد ہند۔ اجدو ریح العلم من بلاد ہند۔ یعنی ہند کی طرف سے، انڈیا کی طرف سے مجھے علم کی ہوائیں آتی ہیں۔ اس کا مطلب میں یہ سمجھا ہوں کہ اسلام کی دعوت جو اعلیٰ علمی سطح پر اٹھائی جائے گی، سائنٹیفک دور میں، جو ماڈرن ایڈیم میں،</w:t>
      </w:r>
    </w:p>
    <w:p>
      <w:r>
        <w:rPr>
          <w:b/>
        </w:rPr>
        <w:t xml:space="preserve">[44:36] </w:t>
      </w:r>
      <w:r>
        <w:t>scientific age mein uthai jay gi, woh india mein hogi. woh kaam, woh india mein hoga. woh kaam. yani islam ki dawat qadeem zamanay mein traditional andaaz mein ki gai. door traditional door tha, woh ab door scientific door hai. to do age hain islam kay. aik hai scientific age, aik hai traditional age. to islam ka daawati kaam is say pehlay traditional age mein hua tha, traditional age mein hota tha. to rasool allah</w:t>
      </w:r>
    </w:p>
    <w:p>
      <w:pPr>
        <w:jc w:val="right"/>
      </w:pPr>
      <w:r>
        <w:t>سائنٹیفک ایڈیم میں اٹھائی جائے گی، وہ انڈیا میں ہوگی۔ وہ کام، وہ انڈیا میں ہوگا۔ وہ کام۔ یعنی اسلام کی دعوت قدیم زمانے میں ٹریڈیشنل انداز میں کی گئی۔ دور ٹریڈیشنل دور تھا، وہ اب دور سائنٹیفک دور ہے۔ تو دو ایج ہیں اسلام کے۔ ایک ہے سائنٹیفک ایج، ایک ہے ٹریڈیشنل ایج۔ تو اسلام کا دعوتی کام اس سے پہلے ٹریڈیشنل ایج میں ہوا تھا، ٹریڈیشنل ایڈیم میں ہوتا تھا۔ تو رسول اللہ</w:t>
      </w:r>
    </w:p>
    <w:p>
      <w:r>
        <w:rPr>
          <w:b/>
        </w:rPr>
        <w:t xml:space="preserve">[45:06] </w:t>
      </w:r>
      <w:r>
        <w:t>ne farmaya, mere nazdeek is ka matlab yeh hai keh jab science ka zamana aaye ga, is ki</w:t>
      </w:r>
    </w:p>
    <w:p>
      <w:pPr>
        <w:jc w:val="right"/>
      </w:pPr>
      <w:r>
        <w:t>نے فرمایا، میرے نزدیک اس کا مطلب یہ ہے کہ جب سائنس کا زمانہ آئے گا، اس کی</w:t>
      </w:r>
    </w:p>
    <w:p>
      <w:r>
        <w:rPr>
          <w:b/>
        </w:rPr>
        <w:t xml:space="preserve">[45:10] </w:t>
      </w:r>
      <w:r>
        <w:t>zarurat hogi keh scientific idiom mein islam ki dawat pahunchai jaye.</w:t>
      </w:r>
    </w:p>
    <w:p>
      <w:pPr>
        <w:jc w:val="right"/>
      </w:pPr>
      <w:r>
        <w:t>ضرورت ہوگی کہ سائنٹیفک ایڈیم میں اسلام کی دعوت پہنچائی جائے۔</w:t>
      </w:r>
    </w:p>
    <w:p>
      <w:r>
        <w:rPr>
          <w:b/>
        </w:rPr>
        <w:t xml:space="preserve">[45:14] </w:t>
      </w:r>
      <w:r>
        <w:t>woh india mein yeh kaam hoga.</w:t>
      </w:r>
    </w:p>
    <w:p>
      <w:pPr>
        <w:jc w:val="right"/>
      </w:pPr>
      <w:r>
        <w:t>وہ انڈیا میں یہ کام ہوگا۔</w:t>
      </w:r>
    </w:p>
    <w:p>
      <w:r>
        <w:rPr>
          <w:b/>
        </w:rPr>
        <w:t xml:space="preserve">[45:19] </w:t>
      </w:r>
      <w:r>
        <w:t>to yeh kitni bari nemat hai Allah taala ki keh hum ko Allah taala ne india mein paida</w:t>
      </w:r>
    </w:p>
    <w:p>
      <w:pPr>
        <w:jc w:val="right"/>
      </w:pPr>
      <w:r>
        <w:t>تو یہ کتنی بڑی نعمت ہے اللہ تعالی کی کہ ہم کو اللہ تعالی نے انڈیا میں پیدا</w:t>
      </w:r>
    </w:p>
    <w:p>
      <w:r>
        <w:rPr>
          <w:b/>
        </w:rPr>
        <w:t xml:space="preserve">[45:23] </w:t>
      </w:r>
      <w:r>
        <w:t>kiya, jahan freedom hai, jahan opportunities hain, jahan mawaqe hain.</w:t>
      </w:r>
    </w:p>
    <w:p>
      <w:pPr>
        <w:jc w:val="right"/>
      </w:pPr>
      <w:r>
        <w:t>کیا، جہاں فریڈم ہے، جہاں اپرچونیٹیز ہیں، جہاں مواقع ہیں۔</w:t>
      </w:r>
    </w:p>
    <w:p>
      <w:r>
        <w:rPr>
          <w:b/>
        </w:rPr>
        <w:t xml:space="preserve">[45:27] </w:t>
      </w:r>
      <w:r>
        <w:t>is ka shukr kijiye.</w:t>
      </w:r>
    </w:p>
    <w:p>
      <w:pPr>
        <w:jc w:val="right"/>
      </w:pPr>
      <w:r>
        <w:t>اس کا شکر کیجیے۔</w:t>
      </w:r>
    </w:p>
    <w:p>
      <w:r>
        <w:rPr>
          <w:b/>
        </w:rPr>
        <w:t xml:space="preserve">[45:32] </w:t>
      </w:r>
      <w:r>
        <w:t>is ka shukr kijiye. Mujhe mere</w:t>
      </w:r>
    </w:p>
    <w:p>
      <w:pPr>
        <w:jc w:val="right"/>
      </w:pPr>
      <w:r>
        <w:t>اس کا شکر کیجیے۔ مجھے میرے</w:t>
      </w:r>
    </w:p>
    <w:p>
      <w:r>
        <w:rPr>
          <w:b/>
        </w:rPr>
        <w:t xml:space="preserve">[45:36] </w:t>
      </w:r>
      <w:r>
        <w:t>ek saathi ne, jo hamari team ke yahan maujood hain, woh unhon ne mujhe ek baat batai, mujhe bohat hi khushi is par hui. unhon ne kaha ke bhai jo team hai yeh, is team mein ek ek nai cheez paida hui ke incentive jaag pada hai ke khud karne ka kaam. matlab ek hum kuch kahein ya na kahein, apne incentive se woh kaam karne ka. aur is ke maine kai namune dekhe ke mere kahe baghair log apne incentive</w:t>
      </w:r>
    </w:p>
    <w:p>
      <w:pPr>
        <w:jc w:val="right"/>
      </w:pPr>
      <w:r>
        <w:t>ایک ساتھی نے، جو ہماری ٹیم کے یہاں موجود ہیں، وہ انہوں نے مجھے ایک بات بتائی، مجھے بہت ہی خوشی اس پر ہوئی۔ انہوں نے کہا کہ بھائی جو ٹیم ہے یہ، اس ٹیم میں ایک ایک نئی چیز پیدا ہوئی کہ انسنٹیو جاگ پڑا ہے کہ خود کرنے کا کام۔ مطلب ایک ہم کچھ کہیں یا نہ کہیں، اپنے انسنٹیو سے وہ کام کرنے کا۔ اور اس کے میں نے کئی نمونے دیکھے کہ میرے کہے بغیر لوگ اپنے انسنٹیو</w:t>
      </w:r>
    </w:p>
    <w:p>
      <w:r>
        <w:rPr>
          <w:b/>
        </w:rPr>
        <w:t xml:space="preserve">[46:06] </w:t>
      </w:r>
      <w:r>
        <w:t>se daawti kaam kar rahe hain.</w:t>
      </w:r>
    </w:p>
    <w:p>
      <w:pPr>
        <w:jc w:val="right"/>
      </w:pPr>
      <w:r>
        <w:t>سے دعوتی کام کر رہے ہیں۔</w:t>
      </w:r>
    </w:p>
    <w:p>
      <w:r>
        <w:rPr>
          <w:b/>
        </w:rPr>
        <w:t xml:space="preserve">[46:12] </w:t>
      </w:r>
      <w:r>
        <w:t>yeh bohat hi bara phenomenon hai, bohat hi khushi ki baat hai.</w:t>
      </w:r>
    </w:p>
    <w:p>
      <w:pPr>
        <w:jc w:val="right"/>
      </w:pPr>
      <w:r>
        <w:t>یہ بہت ہی بڑا فیناومینا ہے، بہت ہی خوشی کی بات ہے۔</w:t>
      </w:r>
    </w:p>
    <w:p>
      <w:r>
        <w:rPr>
          <w:b/>
        </w:rPr>
        <w:t xml:space="preserve">[46:18] </w:t>
      </w:r>
      <w:r>
        <w:t>bohat pehle, bohat pehle arab mein mujh se poocha gaya tha keh aap bohat acha, aap ke paas</w:t>
      </w:r>
    </w:p>
    <w:p>
      <w:pPr>
        <w:jc w:val="right"/>
      </w:pPr>
      <w:r>
        <w:t>بہت پہلے، بہت پہلے عرب میں مجھ سے پوچھا گیا تھا کہ آپ بہت اچھا، آپ کے پاس</w:t>
      </w:r>
    </w:p>
    <w:p>
      <w:r>
        <w:rPr>
          <w:b/>
        </w:rPr>
        <w:t xml:space="preserve">[46:24] </w:t>
      </w:r>
      <w:r>
        <w:t>literature hai waghera, lekin aap program kya hai? Program.</w:t>
      </w:r>
    </w:p>
    <w:p>
      <w:pPr>
        <w:jc w:val="right"/>
      </w:pPr>
      <w:r>
        <w:t>لٹریچر ہے وغیرہ، لیکن آپ پروگرام کیا ہے؟ پروگرام۔</w:t>
      </w:r>
    </w:p>
    <w:p>
      <w:r>
        <w:rPr>
          <w:b/>
        </w:rPr>
        <w:t xml:space="preserve">[46:30] </w:t>
      </w:r>
      <w:r>
        <w:t>to mein ne kaha tha keh woh arabi mein wahan par baat cheet thi.</w:t>
      </w:r>
    </w:p>
    <w:p>
      <w:pPr>
        <w:jc w:val="right"/>
      </w:pPr>
      <w:r>
        <w:t>تو میں نے کہا تھا کہ وہ عربی میں وہاں پر بات چیت تھی۔</w:t>
      </w:r>
    </w:p>
    <w:p>
      <w:r>
        <w:rPr>
          <w:b/>
        </w:rPr>
        <w:t xml:space="preserve">[46:36] </w:t>
      </w:r>
      <w:r>
        <w:t>arabi mein program ko program kehte hain. Program.</w:t>
      </w:r>
    </w:p>
    <w:p>
      <w:pPr>
        <w:jc w:val="right"/>
      </w:pPr>
      <w:r>
        <w:t>عربی میں پروگرام کو برنامج کہتے ہیں۔ برنامج۔</w:t>
      </w:r>
    </w:p>
    <w:p>
      <w:r>
        <w:rPr>
          <w:b/>
        </w:rPr>
        <w:t xml:space="preserve">[46:42] </w:t>
      </w:r>
      <w:r>
        <w:t>to mein ne kaha keh program jo na hua, adad al-mubarmjeen.</w:t>
      </w:r>
    </w:p>
    <w:p>
      <w:pPr>
        <w:jc w:val="right"/>
      </w:pPr>
      <w:r>
        <w:t>تو میں نے کہا کہ برنامج جو نہ ہوا، اعداد المبرمجین۔</w:t>
      </w:r>
    </w:p>
    <w:p>
      <w:r>
        <w:rPr>
          <w:b/>
        </w:rPr>
        <w:t xml:space="preserve">[46:47] </w:t>
      </w:r>
      <w:r>
        <w:t>hamara program, program makers insan banana hai.</w:t>
      </w:r>
    </w:p>
    <w:p>
      <w:pPr>
        <w:jc w:val="right"/>
      </w:pPr>
      <w:r>
        <w:t>ہمارا پروگرام، پروگرام میکرز انسان بنانا ہے۔</w:t>
      </w:r>
    </w:p>
    <w:p>
      <w:r>
        <w:rPr>
          <w:b/>
        </w:rPr>
        <w:t xml:space="preserve">[46:52] </w:t>
      </w:r>
      <w:r>
        <w:t>aisa insan banana hai jo program makers ho, khud program banaye woh.</w:t>
      </w:r>
    </w:p>
    <w:p>
      <w:pPr>
        <w:jc w:val="right"/>
      </w:pPr>
      <w:r>
        <w:t>ایسا انسان بنانا ہے جو پروگرام میکرز ہو، خود پروگرام بنائیں وہ۔</w:t>
      </w:r>
    </w:p>
    <w:p>
      <w:r>
        <w:rPr>
          <w:b/>
        </w:rPr>
        <w:t xml:space="preserve">[46:57] </w:t>
      </w:r>
      <w:r>
        <w:t>to mujhe yeh jab yeh aaj kal jo hamare haan jo kaam kar rahe hain aap log, yeh</w:t>
      </w:r>
    </w:p>
    <w:p>
      <w:pPr>
        <w:jc w:val="right"/>
      </w:pPr>
      <w:r>
        <w:t>تو مجھے یہ جب یہ آج کل جو ہمارے ہاں جو کام کر رہے ہیں آپ لوگ، یہ</w:t>
      </w:r>
    </w:p>
    <w:p>
      <w:r>
        <w:rPr>
          <w:b/>
        </w:rPr>
        <w:t xml:space="preserve">[47:02] </w:t>
      </w:r>
      <w:r>
        <w:t>dekh ke bohat khushi hoti hai keh aap log waqai program maker Allah taala ne bana diya aap logon ko.</w:t>
      </w:r>
    </w:p>
    <w:p>
      <w:pPr>
        <w:jc w:val="right"/>
      </w:pPr>
      <w:r>
        <w:t>دیکھ کے بہت خوشی ہوتی ہے کہ آپ لوگ واقعی پروگرام میکر اللہ تعالی نے بنا دیا آپ لوگوں کو۔</w:t>
      </w:r>
    </w:p>
    <w:p>
      <w:r>
        <w:rPr>
          <w:b/>
        </w:rPr>
        <w:t xml:space="preserve">[47:07] </w:t>
      </w:r>
      <w:r>
        <w:t>ek ek hamari team ka ek ek fard khud sochta hai, khud is ko implement karta hai, khud</w:t>
      </w:r>
    </w:p>
    <w:p>
      <w:pPr>
        <w:jc w:val="right"/>
      </w:pPr>
      <w:r>
        <w:t>ایک ایک ہماری ٹیم کا ایک ایک فرد خود سوچتا ہے، خود اس کو امپلیمنٹ کرتا ہے، خود</w:t>
      </w:r>
    </w:p>
    <w:p>
      <w:r>
        <w:rPr>
          <w:b/>
        </w:rPr>
        <w:t xml:space="preserve">[47:12] </w:t>
      </w:r>
      <w:r>
        <w:t>is ko le kar ke aage badhata hai.</w:t>
      </w:r>
    </w:p>
    <w:p>
      <w:pPr>
        <w:jc w:val="right"/>
      </w:pPr>
      <w:r>
        <w:t>اس کو لے کر کے آگے بڑھاتا ہے۔</w:t>
      </w:r>
    </w:p>
    <w:p>
      <w:r>
        <w:rPr>
          <w:b/>
        </w:rPr>
        <w:t xml:space="preserve">[47:17] </w:t>
      </w:r>
      <w:r>
        <w:t>yeh ek bilkul ajeeb aur anokhi cheez hai yeh.</w:t>
      </w:r>
    </w:p>
    <w:p>
      <w:pPr>
        <w:jc w:val="right"/>
      </w:pPr>
      <w:r>
        <w:t>یہ ایک بالکل عجیب اور انوکھی چیز ہے یہ۔</w:t>
      </w:r>
    </w:p>
    <w:p>
      <w:r>
        <w:rPr>
          <w:b/>
        </w:rPr>
        <w:t xml:space="preserve">[47:22] </w:t>
      </w:r>
      <w:r>
        <w:t>to Allah taala ne aap ko, mujhe to kal kal mein yahan apne barje mein baitha hua tha,</w:t>
      </w:r>
    </w:p>
    <w:p>
      <w:pPr>
        <w:jc w:val="right"/>
      </w:pPr>
      <w:r>
        <w:t>تو اللہ تعالی نے آپ کو، مجھے تو کل کل میں یہاں اپنے بارجے میں بیٹھا ہوا تھا،</w:t>
      </w:r>
    </w:p>
    <w:p>
      <w:r>
        <w:rPr>
          <w:b/>
        </w:rPr>
        <w:t xml:space="preserve">[47:27] </w:t>
      </w:r>
      <w:r>
        <w:t>mere ghar ka jo barja hai, balcony.</w:t>
      </w:r>
    </w:p>
    <w:p>
      <w:pPr>
        <w:jc w:val="right"/>
      </w:pPr>
      <w:r>
        <w:t>میرے گھر کا جو بارجہ ہے، بالکنی۔</w:t>
      </w:r>
    </w:p>
    <w:p>
      <w:r>
        <w:rPr>
          <w:b/>
        </w:rPr>
        <w:t xml:space="preserve">[47:33] </w:t>
      </w:r>
      <w:r>
        <w:t>to main wahan soch raha tha aur dua kar raha tha ke khudaaya</w:t>
      </w:r>
    </w:p>
    <w:p>
      <w:pPr>
        <w:jc w:val="right"/>
      </w:pPr>
      <w:r>
        <w:t>تو میں وہاں سوچ رہا تھا اور دعا کر رہا تھا کہ خدایا</w:t>
      </w:r>
    </w:p>
    <w:p>
      <w:r>
        <w:rPr>
          <w:b/>
        </w:rPr>
        <w:t xml:space="preserve">[47:38] </w:t>
      </w:r>
      <w:r>
        <w:t>hamari yeh team hai, yeh is team ke liye jannat likh de.</w:t>
      </w:r>
    </w:p>
    <w:p>
      <w:pPr>
        <w:jc w:val="right"/>
      </w:pPr>
      <w:r>
        <w:t>ہماری یہ ٹیم ہے، یہ اس ٹیم کے لیے جنت لکھ دے۔</w:t>
      </w:r>
    </w:p>
    <w:p>
      <w:r>
        <w:rPr>
          <w:b/>
        </w:rPr>
        <w:t xml:space="preserve">[47:44] </w:t>
      </w:r>
      <w:r>
        <w:t>hum sab ko jannat mein ekhatta kar de.</w:t>
      </w:r>
    </w:p>
    <w:p>
      <w:pPr>
        <w:jc w:val="right"/>
      </w:pPr>
      <w:r>
        <w:t>ہم سب کو جنت میں اکٹھا کر دے۔</w:t>
      </w:r>
    </w:p>
    <w:p>
      <w:r>
        <w:rPr>
          <w:b/>
        </w:rPr>
        <w:t xml:space="preserve">[47:50] </w:t>
      </w:r>
      <w:r>
        <w:t>is waqt meri zuban se nikla ke khudaaya tere peghambar ne yeh bataya hai ke qayamat se pehle</w:t>
      </w:r>
    </w:p>
    <w:p>
      <w:pPr>
        <w:jc w:val="right"/>
      </w:pPr>
      <w:r>
        <w:t>اس وقت میری زبان سے نکلا کہ خدایا تیرے پیغمبر نے یہ بتایا ہے کہ قیامت سے پہلے</w:t>
      </w:r>
    </w:p>
    <w:p>
      <w:r>
        <w:rPr>
          <w:b/>
        </w:rPr>
        <w:t xml:space="preserve">[47:56] </w:t>
      </w:r>
      <w:r>
        <w:t>itkhaal e kalma hoga.</w:t>
      </w:r>
    </w:p>
    <w:p>
      <w:pPr>
        <w:jc w:val="right"/>
      </w:pPr>
      <w:r>
        <w:t>اتخال کلمہ ہوگا۔</w:t>
      </w:r>
    </w:p>
    <w:p>
      <w:r>
        <w:rPr>
          <w:b/>
        </w:rPr>
        <w:t xml:space="preserve">[48:02] </w:t>
      </w:r>
      <w:r>
        <w:t>la yabqa ala wajh al ard</w:t>
      </w:r>
    </w:p>
    <w:p>
      <w:pPr>
        <w:jc w:val="right"/>
      </w:pPr>
      <w:r>
        <w:t>لا یبق علی وجہ الارض</w:t>
      </w:r>
    </w:p>
    <w:p>
      <w:r>
        <w:rPr>
          <w:b/>
        </w:rPr>
        <w:t xml:space="preserve">[48:08] </w:t>
      </w:r>
      <w:r>
        <w:t>bait madr wa la wabr illa Allah kalimat al-Islam ke zameen par ek bhi ghar chota ya bara nahi bachega jahan word of God dakhil na ho jaye. word of God. to pehli bar history mein ek aisa Quran ka tarjuma chapa tayyar hua international language mein. English aaj ki international language mein. is mein bohat hi clear language mein, bohat hi sahi language mein, bohat hi simple</w:t>
      </w:r>
    </w:p>
    <w:p>
      <w:pPr>
        <w:jc w:val="right"/>
      </w:pPr>
      <w:r>
        <w:t>بیت مدر ولا وبر الا اللہ کلمۃ الاسلام کہ زمین پر ایک بھی گھر چھوٹا یا بڑا نہیں بچے گا جہاں ورڈ آف گاڈ داخل نہ ہو جائے۔ ورڈ آف گاڈ۔ تو پہلی بار ہسٹری میں ایک ایسا قرآن کا ترجمہ چھپا تیار ہوا انٹرنیشنل لینگویج میں۔ انگلش آج کی انٹرنیشنل لینگویج میں۔ اس میں بہت ہی کلیئر لینگویج میں، بہت ہی صحیح لینگویج میں، بہت ہی سمپل</w:t>
      </w:r>
    </w:p>
    <w:p>
      <w:r>
        <w:rPr>
          <w:b/>
        </w:rPr>
        <w:t xml:space="preserve">[48:38] </w:t>
      </w:r>
      <w:r>
        <w:t>language mein ke har aadmi is ko padhta jaye, padhta jaye, padhta jaye.</w:t>
      </w:r>
    </w:p>
    <w:p>
      <w:pPr>
        <w:jc w:val="right"/>
      </w:pPr>
      <w:r>
        <w:t>لینگویج میں کہ ہر آدمی اس کو پڑھتا جائے، پڑھتا جائے، پڑھتا جائے۔</w:t>
      </w:r>
    </w:p>
    <w:p>
      <w:r>
        <w:rPr>
          <w:b/>
        </w:rPr>
        <w:t xml:space="preserve">[48:42] </w:t>
      </w:r>
      <w:r>
        <w:t>wo tarjuma Khuda ke fazl se.</w:t>
      </w:r>
    </w:p>
    <w:p>
      <w:pPr>
        <w:jc w:val="right"/>
      </w:pPr>
      <w:r>
        <w:t>وہ ترجمہ خدا کے فضل سے۔</w:t>
      </w:r>
    </w:p>
    <w:p>
      <w:r>
        <w:rPr>
          <w:b/>
        </w:rPr>
        <w:t xml:space="preserve">[48:45] </w:t>
      </w:r>
      <w:r>
        <w:t>to main ne, main ne Allah taala se kaha ke dekh khudaaya tere kuch ajez bando ne yeh</w:t>
      </w:r>
    </w:p>
    <w:p>
      <w:pPr>
        <w:jc w:val="right"/>
      </w:pPr>
      <w:r>
        <w:t>تو میں نے، میں نے اللہ تعالی سے کہا کہ دیکھ خدایا تیرے کچھ عاجز بندوں نے یہ</w:t>
      </w:r>
    </w:p>
    <w:p>
      <w:r>
        <w:rPr>
          <w:b/>
        </w:rPr>
        <w:t xml:space="preserve">[48:49] </w:t>
      </w:r>
      <w:r>
        <w:t>tarjuma tayyar kiya, tere kuch ajez bando ne is ko chhapa, waqt ka jo aala standard hai chhapai</w:t>
      </w:r>
    </w:p>
    <w:p>
      <w:pPr>
        <w:jc w:val="right"/>
      </w:pPr>
      <w:r>
        <w:t>ترجمہ تیار کیا، تیرے کچھ عاجز بندوں نے اس کو چھاپا، وقت کا جو اعلیٰ اسٹینڈرڈ ہے چھپائی</w:t>
      </w:r>
    </w:p>
    <w:p>
      <w:r>
        <w:rPr>
          <w:b/>
        </w:rPr>
        <w:t xml:space="preserve">[48:53] </w:t>
      </w:r>
      <w:r>
        <w:t>ka, us par chhapa is ko.</w:t>
      </w:r>
    </w:p>
    <w:p>
      <w:pPr>
        <w:jc w:val="right"/>
      </w:pPr>
      <w:r>
        <w:t>کا، اس پر چھاپا اس کو۔</w:t>
      </w:r>
    </w:p>
    <w:p>
      <w:r>
        <w:rPr>
          <w:b/>
        </w:rPr>
        <w:t xml:space="preserve">[48:57] </w:t>
      </w:r>
      <w:r>
        <w:t>phir tere kuch bande is ko phaila rahe hain.</w:t>
      </w:r>
    </w:p>
    <w:p>
      <w:pPr>
        <w:jc w:val="right"/>
      </w:pPr>
      <w:r>
        <w:t>پھر تیرے کچھ بندے اس کو پھیلا رہے ہیں۔</w:t>
      </w:r>
    </w:p>
    <w:p>
      <w:r>
        <w:rPr>
          <w:b/>
        </w:rPr>
        <w:t xml:space="preserve">[49:00] </w:t>
      </w:r>
      <w:r>
        <w:t>to main ne kaha khudaaya un ki bohat is mein sirf madad farma.</w:t>
      </w:r>
    </w:p>
    <w:p>
      <w:pPr>
        <w:jc w:val="right"/>
      </w:pPr>
      <w:r>
        <w:t>تو میں نے کہا خدایا ان کی بہت اس میں صرف مدد فرما۔</w:t>
      </w:r>
    </w:p>
    <w:p>
      <w:r>
        <w:rPr>
          <w:b/>
        </w:rPr>
        <w:t xml:space="preserve">[49:04] </w:t>
      </w:r>
      <w:r>
        <w:t>kyun ke agar tu ne un ki madad nahi</w:t>
      </w:r>
    </w:p>
    <w:p>
      <w:pPr>
        <w:jc w:val="right"/>
      </w:pPr>
      <w:r>
        <w:t>کیونکہ اگر تو نے ان کی مدد نہیں</w:t>
      </w:r>
    </w:p>
    <w:p>
      <w:r>
        <w:rPr>
          <w:b/>
        </w:rPr>
        <w:t xml:space="preserve">[49:08] </w:t>
      </w:r>
      <w:r>
        <w:t>ki to tujh ko istighaal e kalma se pehle hi jannat qayamat lani pare gi.</w:t>
      </w:r>
    </w:p>
    <w:p>
      <w:pPr>
        <w:jc w:val="right"/>
      </w:pPr>
      <w:r>
        <w:t>کی تو تجھ کو استغال کلمہ سے پہلے ہی جنت قیامت لانی پڑے گی۔</w:t>
      </w:r>
    </w:p>
    <w:p>
      <w:r>
        <w:rPr>
          <w:b/>
        </w:rPr>
        <w:t xml:space="preserve">[49:14] </w:t>
      </w:r>
      <w:r>
        <w:t>qayamat to aani hai lekin qayamat se pehle itkhaal e kalma hona hai.</w:t>
      </w:r>
    </w:p>
    <w:p>
      <w:pPr>
        <w:jc w:val="right"/>
      </w:pPr>
      <w:r>
        <w:t>قیامت تو آنی ہے لیکن قیامت سے پہلے اتخال کلمہ ہونا ہے۔</w:t>
      </w:r>
    </w:p>
    <w:p>
      <w:r>
        <w:rPr>
          <w:b/>
        </w:rPr>
        <w:t xml:space="preserve">[49:20] </w:t>
      </w:r>
      <w:r>
        <w:t>word of god jo har ghar mein dakhil ho jaye.</w:t>
      </w:r>
    </w:p>
    <w:p>
      <w:pPr>
        <w:jc w:val="right"/>
      </w:pPr>
      <w:r>
        <w:t>ورڈ آف گاڈ جو ہر گھر میں داخل ہو جائے۔</w:t>
      </w:r>
    </w:p>
    <w:p>
      <w:r>
        <w:rPr>
          <w:b/>
        </w:rPr>
        <w:t xml:space="preserve">[49:26] </w:t>
      </w:r>
      <w:r>
        <w:t>main ne kaha koi doosri team uthne wali nahi nazar aati mujhe duniya mein.</w:t>
      </w:r>
    </w:p>
    <w:p>
      <w:pPr>
        <w:jc w:val="right"/>
      </w:pPr>
      <w:r>
        <w:t>میں نے کہا کوئی دوسری ٹیم اٹھنے والی نہیں نظر آتی مجھے دنیا میں۔</w:t>
      </w:r>
    </w:p>
    <w:p>
      <w:r>
        <w:rPr>
          <w:b/>
        </w:rPr>
        <w:t xml:space="preserve">[49:32] </w:t>
      </w:r>
      <w:r>
        <w:t>koi bhi team nahi, koi insaan nahi jo is ke liye tadapta ho.</w:t>
      </w:r>
    </w:p>
    <w:p>
      <w:pPr>
        <w:jc w:val="right"/>
      </w:pPr>
      <w:r>
        <w:t>کوئی بھی ٹیم نہیں، کوئی انسان نہیں جو اس کے لیے تڑپتا ہو۔</w:t>
      </w:r>
    </w:p>
    <w:p>
      <w:r>
        <w:rPr>
          <w:b/>
        </w:rPr>
        <w:t xml:space="preserve">[49:38] </w:t>
      </w:r>
      <w:r>
        <w:t>insano ke liye is ka dil, is ke dil mein insano ka dard ho.</w:t>
      </w:r>
    </w:p>
    <w:p>
      <w:pPr>
        <w:jc w:val="right"/>
      </w:pPr>
      <w:r>
        <w:t>انسانوں کے لیے اس کا دل، اس کے دل میں انسانوں کا درد ہو۔</w:t>
      </w:r>
    </w:p>
    <w:p>
      <w:r>
        <w:rPr>
          <w:b/>
        </w:rPr>
        <w:t xml:space="preserve">[49:43] </w:t>
      </w:r>
      <w:r>
        <w:t>jo tadapta ho ke logon ko hum bata dein Allah ki scheme, kursi plant of God, jannat aur</w:t>
      </w:r>
    </w:p>
    <w:p>
      <w:pPr>
        <w:jc w:val="right"/>
      </w:pPr>
      <w:r>
        <w:t>جو تڑپتا ہو کہ لوگوں کو ہم بتا دیں اللہ کی اسکیم، کرسی پلانٹ آف گاڈ، جنت اور</w:t>
      </w:r>
    </w:p>
    <w:p>
      <w:r>
        <w:rPr>
          <w:b/>
        </w:rPr>
        <w:t xml:space="preserve">[49:47] </w:t>
      </w:r>
      <w:r>
        <w:t>dozakh ka mamla.</w:t>
      </w:r>
    </w:p>
    <w:p>
      <w:pPr>
        <w:jc w:val="right"/>
      </w:pPr>
      <w:r>
        <w:t>دوزخ کا معاملہ۔</w:t>
      </w:r>
    </w:p>
    <w:p>
      <w:r>
        <w:rPr>
          <w:b/>
        </w:rPr>
        <w:t xml:space="preserve">[49:51] </w:t>
      </w:r>
      <w:r>
        <w:t>kuch nahi, koi tadapne wala nahi.</w:t>
      </w:r>
    </w:p>
    <w:p>
      <w:pPr>
        <w:jc w:val="right"/>
      </w:pPr>
      <w:r>
        <w:t>کچھ نہیں، کوئی تڑپنے والا نہیں۔</w:t>
      </w:r>
    </w:p>
    <w:p>
      <w:r>
        <w:rPr>
          <w:b/>
        </w:rPr>
        <w:t xml:space="preserve">[49:56] </w:t>
      </w:r>
      <w:r>
        <w:t>koi insanon ke liye tadapne wala nahi.</w:t>
      </w:r>
    </w:p>
    <w:p>
      <w:pPr>
        <w:jc w:val="right"/>
      </w:pPr>
      <w:r>
        <w:t>کوئی انسانوں کے لیے تڑپنے والا نہیں۔</w:t>
      </w:r>
    </w:p>
    <w:p>
      <w:r>
        <w:rPr>
          <w:b/>
        </w:rPr>
        <w:t xml:space="preserve">[50:00] </w:t>
      </w:r>
      <w:r>
        <w:t>kisi ke andar maine nahi paya is team ke bahar jo insaan ki mohabbat is ke dil mein ho.</w:t>
      </w:r>
    </w:p>
    <w:p>
      <w:pPr>
        <w:jc w:val="right"/>
      </w:pPr>
      <w:r>
        <w:t>کسی کے اندر میں نے نہیں پایا اس ٹیم کے باہر جو انسان کی محبت اس کے دل میں ہو۔</w:t>
      </w:r>
    </w:p>
    <w:p>
      <w:r>
        <w:rPr>
          <w:b/>
        </w:rPr>
        <w:t xml:space="preserve">[50:04] </w:t>
      </w:r>
      <w:r>
        <w:t>ke mohabbat nahi to aap daoti kaam kiya karenge?</w:t>
      </w:r>
    </w:p>
    <w:p>
      <w:pPr>
        <w:jc w:val="right"/>
      </w:pPr>
      <w:r>
        <w:t>کہ محبت نہیں تو آپ دعوتی کام کیا کریں گے؟</w:t>
      </w:r>
    </w:p>
    <w:p>
      <w:r>
        <w:rPr>
          <w:b/>
        </w:rPr>
        <w:t xml:space="preserve">[50:09] </w:t>
      </w:r>
      <w:r>
        <w:t>to ek deewangi ke alam mein meri zuban se nikla ke khudaaya is team ki agar aap ne</w:t>
      </w:r>
    </w:p>
    <w:p>
      <w:pPr>
        <w:jc w:val="right"/>
      </w:pPr>
      <w:r>
        <w:t>تو ایک دیوانگی کے عالم میں میری زبان سے نکلا کہ خدایا اس ٹیم کی اگر آپ نے</w:t>
      </w:r>
    </w:p>
    <w:p>
      <w:r>
        <w:rPr>
          <w:b/>
        </w:rPr>
        <w:t xml:space="preserve">[50:13] </w:t>
      </w:r>
      <w:r>
        <w:t>madad na ki aur yeh team agar yeh kaam anjam na de saki, itkhaal kalma wala, to aap</w:t>
      </w:r>
    </w:p>
    <w:p>
      <w:pPr>
        <w:jc w:val="right"/>
      </w:pPr>
      <w:r>
        <w:t>مدد نہ کی اور یہ ٹیم اگر یہ کام انجام نہ دے سکی، اتخال کلمہ والا، تو آپ</w:t>
      </w:r>
    </w:p>
    <w:p>
      <w:r>
        <w:rPr>
          <w:b/>
        </w:rPr>
        <w:t xml:space="preserve">[50:17] </w:t>
      </w:r>
      <w:r>
        <w:t>ko apni scheme badalni paregi, naooz billah.</w:t>
      </w:r>
    </w:p>
    <w:p>
      <w:pPr>
        <w:jc w:val="right"/>
      </w:pPr>
      <w:r>
        <w:t>کو اپنی اسکیم بدلنی پڑے گی، نعوذ باللہ۔</w:t>
      </w:r>
    </w:p>
    <w:p>
      <w:r>
        <w:rPr>
          <w:b/>
        </w:rPr>
        <w:t xml:space="preserve">[50:22] </w:t>
      </w:r>
      <w:r>
        <w:t>yani qayamat ko itkhaal kalma se pehle hi barpa karna parega.</w:t>
      </w:r>
    </w:p>
    <w:p>
      <w:pPr>
        <w:jc w:val="right"/>
      </w:pPr>
      <w:r>
        <w:t>یعنی قیامت کو اتخال کلمہ سے پہلے ہی برپا کرنا پڑے گا۔</w:t>
      </w:r>
    </w:p>
    <w:p>
      <w:r>
        <w:rPr>
          <w:b/>
        </w:rPr>
        <w:t xml:space="preserve">[50:26] </w:t>
      </w:r>
      <w:r>
        <w:t>kyunki koi uthne wala dikhai nahi padta.</w:t>
      </w:r>
    </w:p>
    <w:p>
      <w:pPr>
        <w:jc w:val="right"/>
      </w:pPr>
      <w:r>
        <w:t>کیونکہ کوئی اٹھنے والا دکھائی نہیں پڑتا۔</w:t>
      </w:r>
    </w:p>
    <w:p>
      <w:r>
        <w:rPr>
          <w:b/>
        </w:rPr>
        <w:t xml:space="preserve">[50:30] </w:t>
      </w:r>
      <w:r>
        <w:t>shayad duniya mein koi nahi nazar padta jo jo tadpe insaan ke liye.</w:t>
      </w:r>
    </w:p>
    <w:p>
      <w:pPr>
        <w:jc w:val="right"/>
      </w:pPr>
      <w:r>
        <w:t>شاید دنیا میں کوئی نہیں نظر پڑتا جو جو تڑپے انسان کے لیے۔</w:t>
      </w:r>
    </w:p>
    <w:p>
      <w:r>
        <w:rPr>
          <w:b/>
        </w:rPr>
        <w:t xml:space="preserve">[50:35] </w:t>
      </w:r>
      <w:r>
        <w:t>jo tadpe ke insaan jahannum mein</w:t>
      </w:r>
    </w:p>
    <w:p>
      <w:pPr>
        <w:jc w:val="right"/>
      </w:pPr>
      <w:r>
        <w:t>جو تڑپے کہ انسان جہنم میں</w:t>
      </w:r>
    </w:p>
    <w:p>
      <w:r>
        <w:rPr>
          <w:b/>
        </w:rPr>
        <w:t xml:space="preserve">[50:39] </w:t>
      </w:r>
      <w:r>
        <w:t>na jaane paye.</w:t>
      </w:r>
    </w:p>
    <w:p>
      <w:pPr>
        <w:jc w:val="right"/>
      </w:pPr>
      <w:r>
        <w:t>نہ جانے پائے۔</w:t>
      </w:r>
    </w:p>
    <w:p>
      <w:r>
        <w:rPr>
          <w:b/>
        </w:rPr>
        <w:t xml:space="preserve">[50:43] </w:t>
      </w:r>
      <w:r>
        <w:t>mujhe to koi nazar nahi aata.</w:t>
      </w:r>
    </w:p>
    <w:p>
      <w:pPr>
        <w:jc w:val="right"/>
      </w:pPr>
      <w:r>
        <w:t>مجھے تو کوئی نظر نہیں آتا۔</w:t>
      </w:r>
    </w:p>
    <w:p>
      <w:r>
        <w:rPr>
          <w:b/>
        </w:rPr>
        <w:t xml:space="preserve">[50:48] </w:t>
      </w:r>
      <w:r>
        <w:t>logon se poochta hoon ke agar aise insaan hain kahin to mujhe bataiye, un ka telephone number</w:t>
      </w:r>
    </w:p>
    <w:p>
      <w:pPr>
        <w:jc w:val="right"/>
      </w:pPr>
      <w:r>
        <w:t>لوگوں سے پوچھتا ہوں کہ اگر ایسے انسان ہیں کہیں تو مجھے بتائیے، ان کا ٹیلی فون نمبر</w:t>
      </w:r>
    </w:p>
    <w:p>
      <w:r>
        <w:rPr>
          <w:b/>
        </w:rPr>
        <w:t xml:space="preserve">[50:52] </w:t>
      </w:r>
      <w:r>
        <w:t>bataiye, un se main baat karunga.</w:t>
      </w:r>
    </w:p>
    <w:p>
      <w:pPr>
        <w:jc w:val="right"/>
      </w:pPr>
      <w:r>
        <w:t>بتائیے، ان سے میں بات کروں گا۔</w:t>
      </w:r>
    </w:p>
    <w:p>
      <w:r>
        <w:rPr>
          <w:b/>
        </w:rPr>
        <w:t xml:space="preserve">[50:56] </w:t>
      </w:r>
      <w:r>
        <w:t>to behal main zahiri taur par to yahi samajhta hoon ke dajjal zahir ho chuka.</w:t>
      </w:r>
    </w:p>
    <w:p>
      <w:pPr>
        <w:jc w:val="right"/>
      </w:pPr>
      <w:r>
        <w:t>تو بہرحال میں ظاہری طور پر تو یہی سمجھتا ہوں کہ دجال ظاہر ہو چکا۔</w:t>
      </w:r>
    </w:p>
    <w:p>
      <w:r>
        <w:rPr>
          <w:b/>
        </w:rPr>
        <w:t xml:space="preserve">[51:00] </w:t>
      </w:r>
      <w:r>
        <w:t>global warming ke zariye se jo pani khatm ho raha hai, sab samundaron mein chala ja raha hai.</w:t>
      </w:r>
    </w:p>
    <w:p>
      <w:pPr>
        <w:jc w:val="right"/>
      </w:pPr>
      <w:r>
        <w:t>گلوبل وارمنگ کے ذریعے سے جو پانی ختم ہو رہا ہے، سب سمندروں میں چلا جا رہا ہے۔</w:t>
      </w:r>
    </w:p>
    <w:p>
      <w:r>
        <w:rPr>
          <w:b/>
        </w:rPr>
        <w:t xml:space="preserve">[51:05] </w:t>
      </w:r>
      <w:r>
        <w:t>yeh is ka</w:t>
      </w:r>
    </w:p>
    <w:p>
      <w:pPr>
        <w:jc w:val="right"/>
      </w:pPr>
      <w:r>
        <w:t>یہ اس کا</w:t>
      </w:r>
    </w:p>
    <w:p>
      <w:r>
        <w:rPr>
          <w:b/>
        </w:rPr>
        <w:t xml:space="preserve">[51:09] </w:t>
      </w:r>
      <w:r>
        <w:t>sign zahir ho chuka.</w:t>
      </w:r>
    </w:p>
    <w:p>
      <w:pPr>
        <w:jc w:val="right"/>
      </w:pPr>
      <w:r>
        <w:t>سائن ظاہر ہو چکا۔</w:t>
      </w:r>
    </w:p>
    <w:p>
      <w:r>
        <w:rPr>
          <w:b/>
        </w:rPr>
        <w:t xml:space="preserve">[51:12] </w:t>
      </w:r>
      <w:r>
        <w:t>ab qayamat zyada door nahi hai.</w:t>
      </w:r>
    </w:p>
    <w:p>
      <w:pPr>
        <w:jc w:val="right"/>
      </w:pPr>
      <w:r>
        <w:t>اب قیامت زیادہ دور نہیں ہے۔</w:t>
      </w:r>
    </w:p>
    <w:p>
      <w:r>
        <w:rPr>
          <w:b/>
        </w:rPr>
        <w:t xml:space="preserve">[51:16] </w:t>
      </w:r>
      <w:r>
        <w:t>aap log jo yeh team hai, is team ko ab sab kuch apna jhonk dena hai isi kaam mein.</w:t>
      </w:r>
    </w:p>
    <w:p>
      <w:pPr>
        <w:jc w:val="right"/>
      </w:pPr>
      <w:r>
        <w:t>آپ لوگ جو یہ ٹیم ہے، اس ٹیم کو اب سب کچھ اپنا جھونک دینا ہے اسی کام میں۔</w:t>
      </w:r>
    </w:p>
    <w:p>
      <w:r>
        <w:rPr>
          <w:b/>
        </w:rPr>
        <w:t xml:space="preserve">[51:19] </w:t>
      </w:r>
      <w:r>
        <w:t>daoti kaam mein.</w:t>
      </w:r>
    </w:p>
    <w:p>
      <w:pPr>
        <w:jc w:val="right"/>
      </w:pPr>
      <w:r>
        <w:t>دعوتی کام میں۔</w:t>
      </w:r>
    </w:p>
    <w:p>
      <w:r>
        <w:rPr>
          <w:b/>
        </w:rPr>
        <w:t xml:space="preserve">[51:23] </w:t>
      </w:r>
      <w:r>
        <w:t>kyunki ab time nahi hai.</w:t>
      </w:r>
    </w:p>
    <w:p>
      <w:pPr>
        <w:jc w:val="right"/>
      </w:pPr>
      <w:r>
        <w:t>کیونکہ اب ٹائم نہیں ہے۔</w:t>
      </w:r>
    </w:p>
    <w:p>
      <w:r>
        <w:rPr>
          <w:b/>
        </w:rPr>
        <w:t xml:space="preserve">[51:26] </w:t>
      </w:r>
      <w:r>
        <w:t>ab time nahi hai.</w:t>
      </w:r>
    </w:p>
    <w:p>
      <w:pPr>
        <w:jc w:val="right"/>
      </w:pPr>
      <w:r>
        <w:t>اب ٹائم نہیں ہے۔</w:t>
      </w:r>
    </w:p>
    <w:p>
      <w:r>
        <w:rPr>
          <w:b/>
        </w:rPr>
        <w:t xml:space="preserve">[51:29] </w:t>
      </w:r>
      <w:r>
        <w:t>aur mujhe is mein zara bhi shakk nahi ke aap log jitna zyada is mein aage barhenge,</w:t>
      </w:r>
    </w:p>
    <w:p>
      <w:pPr>
        <w:jc w:val="right"/>
      </w:pPr>
      <w:r>
        <w:t>اور مجھے اس میں ذرا بھی شک نہیں کہ آپ لوگ جتنا زیادہ اس میں آگے بڑھیں گے،</w:t>
      </w:r>
    </w:p>
    <w:p>
      <w:r>
        <w:rPr>
          <w:b/>
        </w:rPr>
        <w:t xml:space="preserve">[51:33] </w:t>
      </w:r>
      <w:r>
        <w:t>utni Allah taala aap ki madad farmayenge.</w:t>
      </w:r>
    </w:p>
    <w:p>
      <w:pPr>
        <w:jc w:val="right"/>
      </w:pPr>
      <w:r>
        <w:t>اتنی اللہ تعالی آپ کی مدد فرمائیں گے۔</w:t>
      </w:r>
    </w:p>
    <w:p>
      <w:r>
        <w:rPr>
          <w:b/>
        </w:rPr>
        <w:t xml:space="preserve">[51:36] </w:t>
      </w:r>
      <w:r>
        <w:t>kyunki hadith mein aata hai ke</w:t>
      </w:r>
    </w:p>
    <w:p>
      <w:pPr>
        <w:jc w:val="right"/>
      </w:pPr>
      <w:r>
        <w:t>کیونکہ حدیث میں آتا ہے کہ</w:t>
      </w:r>
    </w:p>
    <w:p>
      <w:r>
        <w:rPr>
          <w:b/>
        </w:rPr>
        <w:t xml:space="preserve">[51:40] </w:t>
      </w:r>
      <w:r>
        <w:t>banda agar ek qadam aage badhta hai to Khuda us us ki taraf aur kai qadam aage badh</w:t>
      </w:r>
    </w:p>
    <w:p>
      <w:pPr>
        <w:jc w:val="right"/>
      </w:pPr>
      <w:r>
        <w:t>بندہ اگر ایک قدم آگے بڑھتا ہے تو خدا اس اس کی طرف اور کئی قدم آگے بڑھ</w:t>
      </w:r>
    </w:p>
    <w:p>
      <w:r>
        <w:rPr>
          <w:b/>
        </w:rPr>
        <w:t xml:space="preserve">[51:44] </w:t>
      </w:r>
      <w:r>
        <w:t>kar aata hai.</w:t>
      </w:r>
    </w:p>
    <w:p>
      <w:pPr>
        <w:jc w:val="right"/>
      </w:pPr>
      <w:r>
        <w:t>کر آتا ہے۔</w:t>
      </w:r>
    </w:p>
    <w:p>
      <w:r>
        <w:rPr>
          <w:b/>
        </w:rPr>
        <w:t xml:space="preserve">[51:48] </w:t>
      </w:r>
      <w:r>
        <w:t>banda agar dheere dheere chal kar aata hai Khuda ki taraf to Khuda tez chal kar us ki</w:t>
      </w:r>
    </w:p>
    <w:p>
      <w:pPr>
        <w:jc w:val="right"/>
      </w:pPr>
      <w:r>
        <w:t>بندہ اگر دھیرے دھیرے چل کر آتا ہے خدا کی طرف تو خدا تیز چل کر اس کی</w:t>
      </w:r>
    </w:p>
    <w:p>
      <w:r>
        <w:rPr>
          <w:b/>
        </w:rPr>
        <w:t xml:space="preserve">[51:53] </w:t>
      </w:r>
      <w:r>
        <w:t>taraf aata hai.</w:t>
      </w:r>
    </w:p>
    <w:p>
      <w:pPr>
        <w:jc w:val="right"/>
      </w:pPr>
      <w:r>
        <w:t>طرف آتا ہے۔</w:t>
      </w:r>
    </w:p>
    <w:p>
      <w:r>
        <w:rPr>
          <w:b/>
        </w:rPr>
        <w:t xml:space="preserve">[51:57] </w:t>
      </w:r>
      <w:r>
        <w:t>to agar aap is kaam mein apne aap ko jhooken.</w:t>
      </w:r>
    </w:p>
    <w:p>
      <w:pPr>
        <w:jc w:val="right"/>
      </w:pPr>
      <w:r>
        <w:t>تو اگر آپ اس کام میں اپنے آپ کو جھوکیں۔</w:t>
      </w:r>
    </w:p>
    <w:p>
      <w:r>
        <w:rPr>
          <w:b/>
        </w:rPr>
        <w:t xml:space="preserve">[52:01] </w:t>
      </w:r>
      <w:r>
        <w:t>jhoke ki lafz is liye bol raha hoon mein ke mujhe is se pehle mein ne ek qissa</w:t>
      </w:r>
    </w:p>
    <w:p>
      <w:pPr>
        <w:jc w:val="right"/>
      </w:pPr>
      <w:r>
        <w:t>جھوکے کی لفظ اس لیے بول رہا ہوں میں کہ مجھے اس سے پہلے میں نے ایک قصہ</w:t>
      </w:r>
    </w:p>
    <w:p>
      <w:r>
        <w:rPr>
          <w:b/>
        </w:rPr>
        <w:t xml:space="preserve">[52:05] </w:t>
      </w:r>
      <w:r>
        <w:t>bataya tha aap ko ke isi Dilli mein. Is</w:t>
      </w:r>
    </w:p>
    <w:p>
      <w:pPr>
        <w:jc w:val="right"/>
      </w:pPr>
      <w:r>
        <w:t>بتایا تھا آپ کو کہ اسی دلی میں۔ اس</w:t>
      </w:r>
    </w:p>
    <w:p>
      <w:r>
        <w:rPr>
          <w:b/>
        </w:rPr>
        <w:t xml:space="preserve">[52:10] </w:t>
      </w:r>
      <w:r>
        <w:t>Dilli mein ek Indira Gandhi ne ek zameen di thi Muslim Center ke liye.</w:t>
      </w:r>
    </w:p>
    <w:p>
      <w:pPr>
        <w:jc w:val="right"/>
      </w:pPr>
      <w:r>
        <w:t>دلی میں ایک اندرا گاندھی نے ایک زمین دی تھی مسلم سینٹر کے لیے۔</w:t>
      </w:r>
    </w:p>
    <w:p>
      <w:r>
        <w:rPr>
          <w:b/>
        </w:rPr>
        <w:t xml:space="preserve">[52:14] </w:t>
      </w:r>
      <w:r>
        <w:t>to woh padi hui thi bohat barson tak.</w:t>
      </w:r>
    </w:p>
    <w:p>
      <w:pPr>
        <w:jc w:val="right"/>
      </w:pPr>
      <w:r>
        <w:t>تو وہ پڑی ہوئی تھی بہت برسوں تک۔</w:t>
      </w:r>
    </w:p>
    <w:p>
      <w:r>
        <w:rPr>
          <w:b/>
        </w:rPr>
        <w:t xml:space="preserve">[52:17] </w:t>
      </w:r>
      <w:r>
        <w:t>wahan par kuch ban nahi paya tha.</w:t>
      </w:r>
    </w:p>
    <w:p>
      <w:pPr>
        <w:jc w:val="right"/>
      </w:pPr>
      <w:r>
        <w:t>وہاں پر کچھ بن نہیں پایا تھا۔</w:t>
      </w:r>
    </w:p>
    <w:p>
      <w:r>
        <w:rPr>
          <w:b/>
        </w:rPr>
        <w:t xml:space="preserve">[52:21] </w:t>
      </w:r>
      <w:r>
        <w:t>Teek sahib dakhil hue is mein.</w:t>
      </w:r>
    </w:p>
    <w:p>
      <w:pPr>
        <w:jc w:val="right"/>
      </w:pPr>
      <w:r>
        <w:t>تیک صاحب داخل ہوئے اس میں۔</w:t>
      </w:r>
    </w:p>
    <w:p>
      <w:r>
        <w:rPr>
          <w:b/>
        </w:rPr>
        <w:t xml:space="preserve">[52:25] </w:t>
      </w:r>
      <w:r>
        <w:t>انہوں نے کہا کہ I will throw myself in for this cause.</w:t>
      </w:r>
    </w:p>
    <w:p>
      <w:pPr>
        <w:jc w:val="right"/>
      </w:pPr>
      <w:r>
        <w:t>انہوں نے کہا کہ آئی ویل جھونک مائی سیلف ان فار دس کار۔</w:t>
      </w:r>
    </w:p>
    <w:p>
      <w:r>
        <w:rPr>
          <w:b/>
        </w:rPr>
        <w:t xml:space="preserve">[52:29] </w:t>
      </w:r>
      <w:r>
        <w:t>yeh lafz unhon ne istemal kiya tha.</w:t>
      </w:r>
    </w:p>
    <w:p>
      <w:pPr>
        <w:jc w:val="right"/>
      </w:pPr>
      <w:r>
        <w:t>یہ لفظ انہوں نے استعمال کیا تھا۔</w:t>
      </w:r>
    </w:p>
    <w:p>
      <w:r>
        <w:rPr>
          <w:b/>
        </w:rPr>
        <w:t xml:space="preserve">[52:33] </w:t>
      </w:r>
      <w:r>
        <w:t>I will jump myself for this cause.</w:t>
      </w:r>
    </w:p>
    <w:p>
      <w:pPr>
        <w:jc w:val="right"/>
      </w:pPr>
      <w:r>
        <w:t>آئی ویل جھونک مائی سیلف فار دس کار۔</w:t>
      </w:r>
    </w:p>
    <w:p>
      <w:r>
        <w:rPr>
          <w:b/>
        </w:rPr>
        <w:t xml:space="preserve">[52:36] </w:t>
      </w:r>
      <w:r>
        <w:t>aur aaj wahan par shandar building khadi hui hai.</w:t>
      </w:r>
    </w:p>
    <w:p>
      <w:pPr>
        <w:jc w:val="right"/>
      </w:pPr>
      <w:r>
        <w:t>اور آج وہاں پر شاندار بلڈنگ کھڑی ہوئی ہے۔</w:t>
      </w:r>
    </w:p>
    <w:p>
      <w:r>
        <w:rPr>
          <w:b/>
        </w:rPr>
        <w:t xml:space="preserve">[52:40] </w:t>
      </w:r>
      <w:r>
        <w:t>to aap logon ko is mein jhook dena hai isi kaam mein.</w:t>
      </w:r>
    </w:p>
    <w:p>
      <w:pPr>
        <w:jc w:val="right"/>
      </w:pPr>
      <w:r>
        <w:t>تو آپ لوگوں کو اس میں جھونک دینا ہے اسی کام میں۔</w:t>
      </w:r>
    </w:p>
    <w:p>
      <w:r>
        <w:rPr>
          <w:b/>
        </w:rPr>
        <w:t xml:space="preserve">[52:45] </w:t>
      </w:r>
      <w:r>
        <w:t>taake qayamat se pehle insanon tak is ka paigham pahunch jaye Allah taala ka.</w:t>
      </w:r>
    </w:p>
    <w:p>
      <w:pPr>
        <w:jc w:val="right"/>
      </w:pPr>
      <w:r>
        <w:t>تاکہ قیامت سے پہلے انسانوں تک اس کا پیغام پہنچ جائے اللہ تعالی کا۔</w:t>
      </w:r>
    </w:p>
    <w:p>
      <w:r>
        <w:rPr>
          <w:b/>
        </w:rPr>
        <w:t xml:space="preserve">[52:50] </w:t>
      </w:r>
      <w:r>
        <w:t>dekhen yeh process to rukne wala nahi hai ab.</w:t>
      </w:r>
    </w:p>
    <w:p>
      <w:pPr>
        <w:jc w:val="right"/>
      </w:pPr>
      <w:r>
        <w:t>دیکھیں یہ پروسیس تو رکنے والا نہیں ہے اب۔</w:t>
      </w:r>
    </w:p>
    <w:p>
      <w:r>
        <w:rPr>
          <w:b/>
        </w:rPr>
        <w:t xml:space="preserve">[52:55] </w:t>
      </w:r>
      <w:r>
        <w:t>tamam scientist yeh keh rahe hain ke aap is ko reverse direction mein nahi chala sakte global warming ko.</w:t>
      </w:r>
    </w:p>
    <w:p>
      <w:pPr>
        <w:jc w:val="right"/>
      </w:pPr>
      <w:r>
        <w:t>تمام سائنٹسٹ یہ کہہ رہے ہیں کہ آپ اس کو ریورس ڈائریکشن میں نہیں چلا سکتے گلوبل وارمنگ کو۔</w:t>
      </w:r>
    </w:p>
    <w:p>
      <w:r>
        <w:rPr>
          <w:b/>
        </w:rPr>
        <w:t xml:space="preserve">[53:01] </w:t>
      </w:r>
      <w:r>
        <w:t>tamam scientist, politician to boli bolte hain aisi.</w:t>
      </w:r>
    </w:p>
    <w:p>
      <w:pPr>
        <w:jc w:val="right"/>
      </w:pPr>
      <w:r>
        <w:t>تمام سائنٹسٹ، پولیٹیشن تو بولی بولتے ہیں ایسی۔</w:t>
      </w:r>
    </w:p>
    <w:p>
      <w:r>
        <w:rPr>
          <w:b/>
        </w:rPr>
        <w:t xml:space="preserve">[53:06] </w:t>
      </w:r>
      <w:r>
        <w:t>lekin koi scientist nahi boli bol raha hai aisa.</w:t>
      </w:r>
    </w:p>
    <w:p>
      <w:pPr>
        <w:jc w:val="right"/>
      </w:pPr>
      <w:r>
        <w:t>لیکن کوئی سائنٹسٹ نہیں بولی بول رہا ہے ایسا۔</w:t>
      </w:r>
    </w:p>
    <w:p>
      <w:r>
        <w:rPr>
          <w:b/>
        </w:rPr>
        <w:t xml:space="preserve">[53:11] </w:t>
      </w:r>
      <w:r>
        <w:t>dekhen ek farq hai.</w:t>
      </w:r>
    </w:p>
    <w:p>
      <w:pPr>
        <w:jc w:val="right"/>
      </w:pPr>
      <w:r>
        <w:t>دیکھیں ایک فرق ہے۔</w:t>
      </w:r>
    </w:p>
    <w:p>
      <w:r>
        <w:rPr>
          <w:b/>
        </w:rPr>
        <w:t xml:space="preserve">[53:14] </w:t>
      </w:r>
      <w:r>
        <w:t>ek hai politician ki boli.</w:t>
      </w:r>
    </w:p>
    <w:p>
      <w:pPr>
        <w:jc w:val="right"/>
      </w:pPr>
      <w:r>
        <w:t>ایک ہے پولیٹیشن کی بولی۔</w:t>
      </w:r>
    </w:p>
    <w:p>
      <w:r>
        <w:rPr>
          <w:b/>
        </w:rPr>
        <w:t xml:space="preserve">[53:17] </w:t>
      </w:r>
      <w:r>
        <w:t>ek hai scientist ki boli.</w:t>
      </w:r>
    </w:p>
    <w:p>
      <w:pPr>
        <w:jc w:val="right"/>
      </w:pPr>
      <w:r>
        <w:t>ایک ہے سائنٹسٹ کی بولی۔</w:t>
      </w:r>
    </w:p>
    <w:p>
      <w:r>
        <w:rPr>
          <w:b/>
        </w:rPr>
        <w:t xml:space="preserve">[53:21] </w:t>
      </w:r>
      <w:r>
        <w:t>global warming ke bare mein scientist kabhi bhi yeh nahi keh rahe ke hum is ko reverse direction</w:t>
      </w:r>
    </w:p>
    <w:p>
      <w:pPr>
        <w:jc w:val="right"/>
      </w:pPr>
      <w:r>
        <w:t>گلوبل وارمنگ کے بارے میں سائنٹسٹ کبھی بھی یہ نہیں کہہ رہے کہ ہم اس کو ریورس ڈائریکشن</w:t>
      </w:r>
    </w:p>
    <w:p>
      <w:r>
        <w:rPr>
          <w:b/>
        </w:rPr>
        <w:t xml:space="preserve">[53:24] </w:t>
      </w:r>
      <w:r>
        <w:t>mein chala sakte hain.</w:t>
      </w:r>
    </w:p>
    <w:p>
      <w:pPr>
        <w:jc w:val="right"/>
      </w:pPr>
      <w:r>
        <w:t>میں چلا سکتے ہیں۔</w:t>
      </w:r>
    </w:p>
    <w:p>
      <w:r>
        <w:rPr>
          <w:b/>
        </w:rPr>
        <w:t xml:space="preserve">[53:28] </w:t>
      </w:r>
      <w:r>
        <w:t>politician aisi boli bolte hain.</w:t>
      </w:r>
    </w:p>
    <w:p>
      <w:pPr>
        <w:jc w:val="right"/>
      </w:pPr>
      <w:r>
        <w:t>پولیٹیشن ایسی بولی بولتے ہیں۔</w:t>
      </w:r>
    </w:p>
    <w:p>
      <w:r>
        <w:rPr>
          <w:b/>
        </w:rPr>
        <w:t xml:space="preserve">[53:31] </w:t>
      </w:r>
      <w:r>
        <w:t>politician to expiator hote hain, un ki boli ka koi aitbaar nahi.</w:t>
      </w:r>
    </w:p>
    <w:p>
      <w:pPr>
        <w:jc w:val="right"/>
      </w:pPr>
      <w:r>
        <w:t>پولیٹیشن تو ایکسپائٹر ہوتے ہیں، ان کی بولی کا کوئی اعتبار نہیں۔</w:t>
      </w:r>
    </w:p>
    <w:p>
      <w:r>
        <w:rPr>
          <w:b/>
        </w:rPr>
        <w:t xml:space="preserve">[53:34] </w:t>
      </w:r>
      <w:r>
        <w:t>is mani mein ke jo process chal chuka hai, woh rukne wala nahi hai.</w:t>
      </w:r>
    </w:p>
    <w:p>
      <w:pPr>
        <w:jc w:val="right"/>
      </w:pPr>
      <w:r>
        <w:t>اس معنی میں کہ جو پروسیس چل چکا ہے، وہ رکنے والا نہیں ہے۔</w:t>
      </w:r>
    </w:p>
    <w:p>
      <w:r>
        <w:rPr>
          <w:b/>
        </w:rPr>
        <w:t xml:space="preserve">[53:38] </w:t>
      </w:r>
      <w:r>
        <w:t>rukne wala nahi hai yeh.</w:t>
      </w:r>
    </w:p>
    <w:p>
      <w:pPr>
        <w:jc w:val="right"/>
      </w:pPr>
      <w:r>
        <w:t>رکنے والا نہیں ہے یہ۔</w:t>
      </w:r>
    </w:p>
    <w:p>
      <w:r>
        <w:rPr>
          <w:b/>
        </w:rPr>
        <w:t xml:space="preserve">[53:41] </w:t>
      </w:r>
      <w:r>
        <w:t>to one third water khatm ho chuka.</w:t>
      </w:r>
    </w:p>
    <w:p>
      <w:pPr>
        <w:jc w:val="right"/>
      </w:pPr>
      <w:r>
        <w:t>تو ون تھرڈ واٹر ختم ہو چکا۔</w:t>
      </w:r>
    </w:p>
    <w:p>
      <w:r>
        <w:rPr>
          <w:b/>
        </w:rPr>
        <w:t xml:space="preserve">[53:45] </w:t>
      </w:r>
      <w:r>
        <w:t>two third water ab khatm hona shuru ho gaya.</w:t>
      </w:r>
    </w:p>
    <w:p>
      <w:pPr>
        <w:jc w:val="right"/>
      </w:pPr>
      <w:r>
        <w:t>ٹو تھرڈ واٹر اب ختم ہونا شروع ہو گیا۔</w:t>
      </w:r>
    </w:p>
    <w:p>
      <w:r>
        <w:rPr>
          <w:b/>
        </w:rPr>
        <w:t xml:space="preserve">[53:48] </w:t>
      </w:r>
      <w:r>
        <w:t>yeh paanch wahan tak pahunch chuka hai.</w:t>
      </w:r>
    </w:p>
    <w:p>
      <w:pPr>
        <w:jc w:val="right"/>
      </w:pPr>
      <w:r>
        <w:t>یہ پانچ وہاں تک پہنچ چکا ہے۔</w:t>
      </w:r>
    </w:p>
    <w:p>
      <w:r>
        <w:rPr>
          <w:b/>
        </w:rPr>
        <w:t xml:space="preserve">[53:51] </w:t>
      </w:r>
      <w:r>
        <w:t>aur is ke baad do water wala zamana aa jayega.</w:t>
      </w:r>
    </w:p>
    <w:p>
      <w:pPr>
        <w:jc w:val="right"/>
      </w:pPr>
      <w:r>
        <w:t>اور اس کے بعد دو واٹر والا زمانہ آ جائے گا۔</w:t>
      </w:r>
    </w:p>
    <w:p>
      <w:r>
        <w:rPr>
          <w:b/>
        </w:rPr>
        <w:t xml:space="preserve">[53:55] </w:t>
      </w:r>
      <w:r>
        <w:t>is ke baad qayamat aa jayegi.</w:t>
      </w:r>
    </w:p>
    <w:p>
      <w:pPr>
        <w:jc w:val="right"/>
      </w:pPr>
      <w:r>
        <w:t>اس کے بعد قیامت آ جائے گی۔</w:t>
      </w:r>
    </w:p>
    <w:p>
      <w:r>
        <w:rPr>
          <w:b/>
        </w:rPr>
        <w:t xml:space="preserve">[53:58] </w:t>
      </w:r>
      <w:r>
        <w:t>mein samajhta hoon ke yeh jo hadith hai, do do chaar ki tarah yeh batati hai ke woh</w:t>
      </w:r>
    </w:p>
    <w:p>
      <w:pPr>
        <w:jc w:val="right"/>
      </w:pPr>
      <w:r>
        <w:t>میں سمجھتا ہوں کہ یہ جو حدیث ہے، دو دو چار کی طرح یہ بتاتی ہے کہ وہ</w:t>
      </w:r>
    </w:p>
    <w:p>
      <w:r>
        <w:rPr>
          <w:b/>
        </w:rPr>
        <w:t xml:space="preserve">[54:01] </w:t>
      </w:r>
      <w:r>
        <w:t>process shuru ho chuka.</w:t>
      </w:r>
    </w:p>
    <w:p>
      <w:pPr>
        <w:jc w:val="right"/>
      </w:pPr>
      <w:r>
        <w:t>پروسیس شروع ہو چکا۔</w:t>
      </w:r>
    </w:p>
    <w:p>
      <w:r>
        <w:rPr>
          <w:b/>
        </w:rPr>
        <w:t xml:space="preserve">[54:05] </w:t>
      </w:r>
      <w:r>
        <w:t>ab hamein intezar nahi karna hai.</w:t>
      </w:r>
    </w:p>
    <w:p>
      <w:pPr>
        <w:jc w:val="right"/>
      </w:pPr>
      <w:r>
        <w:t>اب ہمیں انتظار نہیں کرنا ہے۔</w:t>
      </w:r>
    </w:p>
    <w:p>
      <w:r>
        <w:rPr>
          <w:b/>
        </w:rPr>
        <w:t xml:space="preserve">[54:08] </w:t>
      </w:r>
      <w:r>
        <w:t>ab hamein na dajjal ka intezar karna hai, na masihi</w:t>
      </w:r>
    </w:p>
    <w:p>
      <w:pPr>
        <w:jc w:val="right"/>
      </w:pPr>
      <w:r>
        <w:t>اب ہمیں نہ دجال کا انتظار کرنا ہے، نہ مادی م</w:t>
      </w:r>
    </w:p>
    <w:p>
      <w:r>
        <w:rPr>
          <w:b/>
        </w:rPr>
        <w:t xml:space="preserve">[54:11] </w:t>
      </w:r>
      <w:r>
        <w:t>masih ka intezar karna hai.</w:t>
      </w:r>
    </w:p>
    <w:p>
      <w:pPr>
        <w:jc w:val="right"/>
      </w:pPr>
      <w:r>
        <w:t>سیح کا انتظار کرنا ہے۔</w:t>
      </w:r>
    </w:p>
    <w:p>
      <w:r>
        <w:rPr>
          <w:b/>
        </w:rPr>
        <w:t xml:space="preserve">[54:15] </w:t>
      </w:r>
      <w:r>
        <w:t>bas apne aap ko jhonk dena hai da'wati kaam ke liye.</w:t>
      </w:r>
    </w:p>
    <w:p>
      <w:pPr>
        <w:jc w:val="right"/>
      </w:pPr>
      <w:r>
        <w:t>بس اپنے آپ کو جھونک دینا ہے دعوتی کام کے لیے۔</w:t>
      </w:r>
    </w:p>
    <w:p>
      <w:r>
        <w:rPr>
          <w:b/>
        </w:rPr>
        <w:t xml:space="preserve">[54:19] </w:t>
      </w:r>
      <w:r>
        <w:t>kyun ke aap ab time nahi hai.</w:t>
      </w:r>
    </w:p>
    <w:p>
      <w:pPr>
        <w:jc w:val="right"/>
      </w:pPr>
      <w:r>
        <w:t>کیونکہ آپ اب ٹائم نہیں ہے۔</w:t>
      </w:r>
    </w:p>
    <w:p>
      <w:r>
        <w:rPr>
          <w:b/>
        </w:rPr>
        <w:t xml:space="preserve">[54:23] </w:t>
      </w:r>
      <w:r>
        <w:t>is hadith ko agar aap chahein parhne ke liye to mere mere paas aaein mere office mein.</w:t>
      </w:r>
    </w:p>
    <w:p>
      <w:pPr>
        <w:jc w:val="right"/>
      </w:pPr>
      <w:r>
        <w:t>اس حدیث کو اگر آپ چاہیں پڑھنے کے لیے تو میرے میرے پاس آئیں میرے آفس میں۔</w:t>
      </w:r>
    </w:p>
    <w:p>
      <w:r>
        <w:rPr>
          <w:b/>
        </w:rPr>
        <w:t xml:space="preserve">[54:26] </w:t>
      </w:r>
      <w:r>
        <w:t>mein aap ko kitab mein dikhaunga yeh hadith.</w:t>
      </w:r>
    </w:p>
    <w:p>
      <w:pPr>
        <w:jc w:val="right"/>
      </w:pPr>
      <w:r>
        <w:t>میں آپ کو کتاب میں دکھاؤں گا یہ حدیث۔</w:t>
      </w:r>
    </w:p>
    <w:p>
      <w:r>
        <w:rPr>
          <w:b/>
        </w:rPr>
        <w:t xml:space="preserve">[54:30] </w:t>
      </w:r>
      <w:r>
        <w:t>aur bhi bohat sari hadith hain.</w:t>
      </w:r>
    </w:p>
    <w:p>
      <w:pPr>
        <w:jc w:val="right"/>
      </w:pPr>
      <w:r>
        <w:t>اور بھی بہت ساری حدیثیں ہیں۔</w:t>
      </w:r>
    </w:p>
    <w:p>
      <w:r>
        <w:rPr>
          <w:b/>
        </w:rPr>
        <w:t xml:space="preserve">[54:34] </w:t>
      </w:r>
      <w:r>
        <w:t>lekin yeh hadith to do do chaar ki tarah bilkul bata rahi hai.</w:t>
      </w:r>
    </w:p>
    <w:p>
      <w:pPr>
        <w:jc w:val="right"/>
      </w:pPr>
      <w:r>
        <w:t>لیکن یہ حدیث تو دو دو چار کی طرح بالکل بتا رہی ہے۔</w:t>
      </w:r>
    </w:p>
    <w:p>
      <w:r>
        <w:rPr>
          <w:b/>
        </w:rPr>
        <w:t xml:space="preserve">[54:38] </w:t>
      </w:r>
      <w:r>
        <w:t>ek third water</w:t>
      </w:r>
    </w:p>
    <w:p>
      <w:pPr>
        <w:jc w:val="right"/>
      </w:pPr>
      <w:r>
        <w:t>ایک سلث واٹر</w:t>
      </w:r>
    </w:p>
    <w:p>
      <w:r>
        <w:rPr>
          <w:b/>
        </w:rPr>
        <w:t xml:space="preserve">[54:42] </w:t>
      </w:r>
      <w:r>
        <w:t>pehlay khatam hoga. phir slothain khatam honge water ke. aur phir is ke baad baghair water ka zamana aa jayega. water nahi to life nahi. aap ghor kijiye. hadith mein aata hai ke qayamat se pehle ek hawa chalegi. ek hawa chalegi aur sare naik log jo hain woh khatam ho jayenge. qayamat se pehle ek hawa chaleg</w:t>
      </w:r>
    </w:p>
    <w:p>
      <w:pPr>
        <w:jc w:val="right"/>
      </w:pPr>
      <w:r>
        <w:t>پہلے ختم ہوگا۔ پھر سلثین ختم ہوں گے واٹر کے۔ اور پھر اس کے بعد بغیر واٹر کا زمانہ آ جائے گا۔ واٹر نہیں تو لائف نہیں۔ آپ غور کیجیے۔ حدیث میں آتا ہے کہ قیامت سے پہلے ایک ہوا چلے گی۔ ایک ہوا چلے گی اور سارے نیک لوگ جو ہیں وہ ختم ہو جائیں گے۔ قیامت سے پہلے ایک ہوا چلے گ</w:t>
      </w:r>
    </w:p>
    <w:p>
      <w:r>
        <w:rPr>
          <w:b/>
        </w:rPr>
        <w:t xml:space="preserve">[55:12] </w:t>
      </w:r>
      <w:r>
        <w:t>yeh is mein saare saare log khatm ho jayenge.</w:t>
      </w:r>
    </w:p>
    <w:p>
      <w:pPr>
        <w:jc w:val="right"/>
      </w:pPr>
      <w:r>
        <w:t>ی اس میں سارے سارے لوگ ختم ہو جائیں گے۔</w:t>
      </w:r>
    </w:p>
    <w:p>
      <w:r>
        <w:rPr>
          <w:b/>
        </w:rPr>
        <w:t xml:space="preserve">[55:17] </w:t>
      </w:r>
      <w:r>
        <w:t>is ke baad sirf shareer log baqi rahen ge, shareer, ashaar un naas.</w:t>
      </w:r>
    </w:p>
    <w:p>
      <w:pPr>
        <w:jc w:val="right"/>
      </w:pPr>
      <w:r>
        <w:t>اس کے بعد صرف شریر لوگ باقی رہیں گے، شریر، اشعار الناس۔</w:t>
      </w:r>
    </w:p>
    <w:p>
      <w:r>
        <w:rPr>
          <w:b/>
        </w:rPr>
        <w:t xml:space="preserve">[55:22] </w:t>
      </w:r>
      <w:r>
        <w:t>un ke oopar qayamat aayegi.</w:t>
      </w:r>
    </w:p>
    <w:p>
      <w:pPr>
        <w:jc w:val="right"/>
      </w:pPr>
      <w:r>
        <w:t>ان کے اوپر قیامت آئے گی۔</w:t>
      </w:r>
    </w:p>
    <w:p>
      <w:r>
        <w:rPr>
          <w:b/>
        </w:rPr>
        <w:t xml:space="preserve">[55:27] </w:t>
      </w:r>
      <w:r>
        <w:t>matlab woh jo zalzala hai, woh jo aakhri holnaki hai, woh is ko face karen ge woh log</w:t>
      </w:r>
    </w:p>
    <w:p>
      <w:pPr>
        <w:jc w:val="right"/>
      </w:pPr>
      <w:r>
        <w:t>مطلب وہ جو زلزلہ ہے، وہ جو آخری ہولناکی ہے، وہ اس کو فیس کریں گے وہ لوگ</w:t>
      </w:r>
    </w:p>
    <w:p>
      <w:r>
        <w:rPr>
          <w:b/>
        </w:rPr>
        <w:t xml:space="preserve">[55:33] </w:t>
      </w:r>
      <w:r>
        <w:t>jo jin ko ashaar kaha gaya hai hadees mein.</w:t>
      </w:r>
    </w:p>
    <w:p>
      <w:pPr>
        <w:jc w:val="right"/>
      </w:pPr>
      <w:r>
        <w:t>جو جن کو اشرار کہا گیا ہے حدیث میں۔</w:t>
      </w:r>
    </w:p>
    <w:p>
      <w:r>
        <w:rPr>
          <w:b/>
        </w:rPr>
        <w:t xml:space="preserve">[55:38] </w:t>
      </w:r>
      <w:r>
        <w:t>baqi jo saare naik log hain, jo paais log hain, un ko Allah taala peshgi khatm kar chuka hoga.</w:t>
      </w:r>
    </w:p>
    <w:p>
      <w:pPr>
        <w:jc w:val="right"/>
      </w:pPr>
      <w:r>
        <w:t>باقی جو سارے نیک لوگ ہیں، جو پائس لوگ ہیں، ان کو اللہ تعالی پیشگی ختم کر چکا ہوگا۔</w:t>
      </w:r>
    </w:p>
    <w:p>
      <w:r>
        <w:rPr>
          <w:b/>
        </w:rPr>
        <w:t xml:space="preserve">[55:43] </w:t>
      </w:r>
      <w:r>
        <w:t>to aap logon ko shakk ho is hadees par to aa kar kitaab mein dekhiye.</w:t>
      </w:r>
    </w:p>
    <w:p>
      <w:pPr>
        <w:jc w:val="right"/>
      </w:pPr>
      <w:r>
        <w:t>تو آپ لوگوں کو شک ہو اس حدیث پر تو آ کر کتاب میں دیکھیے۔</w:t>
      </w:r>
    </w:p>
    <w:p>
      <w:r>
        <w:rPr>
          <w:b/>
        </w:rPr>
        <w:t xml:space="preserve">[55:47] </w:t>
      </w:r>
      <w:r>
        <w:t>mere office mein aaiye aap dekhiye is hadees ko.</w:t>
      </w:r>
    </w:p>
    <w:p>
      <w:pPr>
        <w:jc w:val="right"/>
      </w:pPr>
      <w:r>
        <w:t>میرے آفس میں آئیے آپ دیکھیے اس حدیث کو۔</w:t>
      </w:r>
    </w:p>
    <w:p>
      <w:r>
        <w:rPr>
          <w:b/>
        </w:rPr>
        <w:t xml:space="preserve">[55:51] </w:t>
      </w:r>
      <w:r>
        <w:t>ke salath water, phir salathain water aur phir no water.</w:t>
      </w:r>
    </w:p>
    <w:p>
      <w:pPr>
        <w:jc w:val="right"/>
      </w:pPr>
      <w:r>
        <w:t>کہ سلث واٹر، پھر سلثین واٹر اور پھر نو واٹر۔</w:t>
      </w:r>
    </w:p>
    <w:p>
      <w:r>
        <w:rPr>
          <w:b/>
        </w:rPr>
        <w:t xml:space="preserve">[55:55] </w:t>
      </w:r>
      <w:r>
        <w:t>ke teen period guzre gaye.</w:t>
      </w:r>
    </w:p>
    <w:p>
      <w:pPr>
        <w:jc w:val="right"/>
      </w:pPr>
      <w:r>
        <w:t>کہ تین پیریڈ گزرے گئے۔</w:t>
      </w:r>
    </w:p>
    <w:p>
      <w:r>
        <w:rPr>
          <w:b/>
        </w:rPr>
        <w:t xml:space="preserve">[56:00] </w:t>
      </w:r>
      <w:r>
        <w:t>one third water pehle khatm hoga.</w:t>
      </w:r>
    </w:p>
    <w:p>
      <w:pPr>
        <w:jc w:val="right"/>
      </w:pPr>
      <w:r>
        <w:t>ون تھرڈ واٹر پہلے ختم ہوگا۔</w:t>
      </w:r>
    </w:p>
    <w:p>
      <w:r>
        <w:rPr>
          <w:b/>
        </w:rPr>
        <w:t xml:space="preserve">[56:04] </w:t>
      </w:r>
      <w:r>
        <w:t>phir two third water khatm hoga aur phir no water ki situation aa jayegi.</w:t>
      </w:r>
    </w:p>
    <w:p>
      <w:pPr>
        <w:jc w:val="right"/>
      </w:pPr>
      <w:r>
        <w:t>پھر ٹو تھرڈ واٹر ختم ہوگا اور پھر نو واٹر کی سچوئیشن آ جائے گی۔</w:t>
      </w:r>
    </w:p>
    <w:p>
      <w:r>
        <w:rPr>
          <w:b/>
        </w:rPr>
        <w:t xml:space="preserve">[56:08] </w:t>
      </w:r>
      <w:r>
        <w:t>to one third one water to khatm ho chuka.</w:t>
      </w:r>
    </w:p>
    <w:p>
      <w:pPr>
        <w:jc w:val="right"/>
      </w:pPr>
      <w:r>
        <w:t>تو ون تھرڈ ون واٹر تو ختم ہو چکا۔</w:t>
      </w:r>
    </w:p>
    <w:p>
      <w:r>
        <w:rPr>
          <w:b/>
        </w:rPr>
        <w:t xml:space="preserve">[56:12] </w:t>
      </w:r>
      <w:r>
        <w:t>ab to salathain ka zamana chal raha hai.</w:t>
      </w:r>
    </w:p>
    <w:p>
      <w:pPr>
        <w:jc w:val="right"/>
      </w:pPr>
      <w:r>
        <w:t>اب تو سلثین کا زمانہ چل رہا ہے۔</w:t>
      </w:r>
    </w:p>
    <w:p>
      <w:r>
        <w:rPr>
          <w:b/>
        </w:rPr>
        <w:t xml:space="preserve">[56:16] </w:t>
      </w:r>
      <w:r>
        <w:t>jaisa ke maine arz kiya ke abhi is dilli mein seminar hua tha ganga par.</w:t>
      </w:r>
    </w:p>
    <w:p>
      <w:pPr>
        <w:jc w:val="right"/>
      </w:pPr>
      <w:r>
        <w:t>جیسا کہ میں نے عرض کیا کہ ابھی اس دلی میں سیمینار ہوا تھا گنگا پر۔</w:t>
      </w:r>
    </w:p>
    <w:p>
      <w:r>
        <w:rPr>
          <w:b/>
        </w:rPr>
        <w:t xml:space="preserve">[56:21] </w:t>
      </w:r>
      <w:r>
        <w:t>to ganga itni badi nadi maani jaati thi india ki.</w:t>
      </w:r>
    </w:p>
    <w:p>
      <w:pPr>
        <w:jc w:val="right"/>
      </w:pPr>
      <w:r>
        <w:t>تو گنگا اتنی بڑی ندی مانی جاتی تھی انڈیا کی۔</w:t>
      </w:r>
    </w:p>
    <w:p>
      <w:r>
        <w:rPr>
          <w:b/>
        </w:rPr>
        <w:t xml:space="preserve">[56:26] </w:t>
      </w:r>
      <w:r>
        <w:t>aur bohat is par fakhr hota tha ganga ko logon ko.</w:t>
      </w:r>
    </w:p>
    <w:p>
      <w:pPr>
        <w:jc w:val="right"/>
      </w:pPr>
      <w:r>
        <w:t>اور بہت اس پر فخر ہوتا تھا گنگا کو لوگوں کو۔</w:t>
      </w:r>
    </w:p>
    <w:p>
      <w:r>
        <w:rPr>
          <w:b/>
        </w:rPr>
        <w:t xml:space="preserve">[56:31] </w:t>
      </w:r>
      <w:r>
        <w:t>ganga ka water is ne bataya ke fifty percent ziyada kam ho chuka hai.</w:t>
      </w:r>
    </w:p>
    <w:p>
      <w:pPr>
        <w:jc w:val="right"/>
      </w:pPr>
      <w:r>
        <w:t>گنگا کا واٹر اس نے بتایا کہ ففٹی پرسنٹ زیادہ کم ہو چکا ہے۔</w:t>
      </w:r>
    </w:p>
    <w:p>
      <w:r>
        <w:rPr>
          <w:b/>
        </w:rPr>
        <w:t xml:space="preserve">[56:36] </w:t>
      </w:r>
      <w:r>
        <w:t>kyun ke glacier se jo pani aata tha isi mein kami ho gayi hai.</w:t>
      </w:r>
    </w:p>
    <w:p>
      <w:pPr>
        <w:jc w:val="right"/>
      </w:pPr>
      <w:r>
        <w:t>کیونکہ گلیشیئر سے جو پانی آتا تھا اسی میں کمی ہو گئی ہے۔</w:t>
      </w:r>
    </w:p>
    <w:p>
      <w:r>
        <w:rPr>
          <w:b/>
        </w:rPr>
        <w:t xml:space="preserve">[56:41] </w:t>
      </w:r>
      <w:r>
        <w:t>glacier jo yaani jo</w:t>
      </w:r>
    </w:p>
    <w:p>
      <w:pPr>
        <w:jc w:val="right"/>
      </w:pPr>
      <w:r>
        <w:t>گلیشیئر جو یعنی جو</w:t>
      </w:r>
    </w:p>
    <w:p>
      <w:r>
        <w:rPr>
          <w:b/>
        </w:rPr>
        <w:t xml:space="preserve">[56:47] </w:t>
      </w:r>
      <w:r>
        <w:t>water ka jo woh store hai, woh pighalte pighalte ab itna kam ho chuka hai.</w:t>
      </w:r>
    </w:p>
    <w:p>
      <w:pPr>
        <w:jc w:val="right"/>
      </w:pPr>
      <w:r>
        <w:t>واٹر کا جو وہ اسٹور ہے، وہ پگھلتے پگھلتے اب اتنا کم ہو چکا ہے۔</w:t>
      </w:r>
    </w:p>
    <w:p>
      <w:r>
        <w:rPr>
          <w:b/>
        </w:rPr>
        <w:t xml:space="preserve">[56:51] </w:t>
      </w:r>
      <w:r>
        <w:t>himalia ka jo glacier hai ke ab woh wahan se jo chashma aata hai woh kam is ki</w:t>
      </w:r>
    </w:p>
    <w:p>
      <w:pPr>
        <w:jc w:val="right"/>
      </w:pPr>
      <w:r>
        <w:t>ہمالیہ کا جو گلیشیئر ہے کہ اب وہ وہاں سے جو چشمہ آتا ہے وہ کم اس کی</w:t>
      </w:r>
    </w:p>
    <w:p>
      <w:r>
        <w:rPr>
          <w:b/>
        </w:rPr>
        <w:t xml:space="preserve">[56:55] </w:t>
      </w:r>
      <w:r>
        <w:t>bohat kam ho chuka hai pehle ke muqable mein.</w:t>
      </w:r>
    </w:p>
    <w:p>
      <w:pPr>
        <w:jc w:val="right"/>
      </w:pPr>
      <w:r>
        <w:t>بہت کم ہو چکا ہے پہلے کے مقابلے میں۔</w:t>
      </w:r>
    </w:p>
    <w:p>
      <w:r>
        <w:rPr>
          <w:b/>
        </w:rPr>
        <w:t xml:space="preserve">[56:59] </w:t>
      </w:r>
      <w:r>
        <w:t>to pani kam aa raha hai jamna mein.</w:t>
      </w:r>
    </w:p>
    <w:p>
      <w:pPr>
        <w:jc w:val="right"/>
      </w:pPr>
      <w:r>
        <w:t>تو پانی کم آ رہا ہے جمنا میں۔</w:t>
      </w:r>
    </w:p>
    <w:p>
      <w:r>
        <w:rPr>
          <w:b/>
        </w:rPr>
        <w:t xml:space="preserve">[57:03] </w:t>
      </w:r>
      <w:r>
        <w:t>yeh saari nadiyon ka haal hai, saare taalab ka haal hai.</w:t>
      </w:r>
    </w:p>
    <w:p>
      <w:pPr>
        <w:jc w:val="right"/>
      </w:pPr>
      <w:r>
        <w:t>یہ ساری ندیوں کا حال ہے، سارے تالاب کا حال ہے۔</w:t>
      </w:r>
    </w:p>
    <w:p>
      <w:r>
        <w:rPr>
          <w:b/>
        </w:rPr>
        <w:t xml:space="preserve">[57:07] </w:t>
      </w:r>
      <w:r>
        <w:t>saare har jagah ka haal hai.</w:t>
      </w:r>
    </w:p>
    <w:p>
      <w:pPr>
        <w:jc w:val="right"/>
      </w:pPr>
      <w:r>
        <w:t>سارے ہر جگہ کا حال ہے۔</w:t>
      </w:r>
    </w:p>
    <w:p>
      <w:r>
        <w:rPr>
          <w:b/>
        </w:rPr>
        <w:t xml:space="preserve">[57:11] </w:t>
      </w:r>
      <w:r>
        <w:t>yahan isi tarah is ke jis building aap baithe hain us ke neeche is ke bhi ground water</w:t>
      </w:r>
    </w:p>
    <w:p>
      <w:pPr>
        <w:jc w:val="right"/>
      </w:pPr>
      <w:r>
        <w:t>یہاں اسی طرح اس کے جس بلڈنگ آپ بیٹھے ہیں اس کے نیچے اس کے بھی گراؤنڈ واٹر</w:t>
      </w:r>
    </w:p>
    <w:p>
      <w:r>
        <w:rPr>
          <w:b/>
        </w:rPr>
        <w:t xml:space="preserve">[57:15] </w:t>
      </w:r>
      <w:r>
        <w:t>ka haal yeh hai.</w:t>
      </w:r>
    </w:p>
    <w:p>
      <w:pPr>
        <w:jc w:val="right"/>
      </w:pPr>
      <w:r>
        <w:t>کا حال یہ ہے۔</w:t>
      </w:r>
    </w:p>
    <w:p>
      <w:r>
        <w:rPr>
          <w:b/>
        </w:rPr>
        <w:t xml:space="preserve">[57:19] </w:t>
      </w:r>
      <w:r>
        <w:t>to hum sab ko dekhiye quran ko parhna hai, hadith ko parhna hai, rasool Allah ke sab jo</w:t>
      </w:r>
    </w:p>
    <w:p>
      <w:pPr>
        <w:jc w:val="right"/>
      </w:pPr>
      <w:r>
        <w:t>تو ہم سب کو دیکھیے قرآن کو پڑھنا ہے، حدیث کو پڑھنا ہے، رسول اللہ کے سب جو</w:t>
      </w:r>
    </w:p>
    <w:p>
      <w:r>
        <w:rPr>
          <w:b/>
        </w:rPr>
        <w:t xml:space="preserve">[57:24] </w:t>
      </w:r>
      <w:r>
        <w:t>tanbihat hain is ko parhna hai.</w:t>
      </w:r>
    </w:p>
    <w:p>
      <w:pPr>
        <w:jc w:val="right"/>
      </w:pPr>
      <w:r>
        <w:t>تنبیہات ہیں اس کو پڑھنا ہے۔</w:t>
      </w:r>
    </w:p>
    <w:p>
      <w:r>
        <w:rPr>
          <w:b/>
        </w:rPr>
        <w:t xml:space="preserve">[57:29] </w:t>
      </w:r>
      <w:r>
        <w:t>aur apni zindagi ki ko reassess karna hai.</w:t>
      </w:r>
    </w:p>
    <w:p>
      <w:pPr>
        <w:jc w:val="right"/>
      </w:pPr>
      <w:r>
        <w:t>اور اپنی زندگی کی کو ری اسس کرنا ہے۔</w:t>
      </w:r>
    </w:p>
    <w:p>
      <w:r>
        <w:rPr>
          <w:b/>
        </w:rPr>
        <w:t xml:space="preserve">[57:34] </w:t>
      </w:r>
      <w:r>
        <w:t>hum ko re planning karni hai.</w:t>
      </w:r>
    </w:p>
    <w:p>
      <w:pPr>
        <w:jc w:val="right"/>
      </w:pPr>
      <w:r>
        <w:t>ہم کو ری پلاننگ کرنی ہے۔</w:t>
      </w:r>
    </w:p>
    <w:p>
      <w:r>
        <w:rPr>
          <w:b/>
        </w:rPr>
        <w:t xml:space="preserve">[57:39] </w:t>
      </w:r>
      <w:r>
        <w:t>اپنی priorities کو reset کرنا ہے۔</w:t>
      </w:r>
    </w:p>
    <w:p>
      <w:pPr>
        <w:jc w:val="right"/>
      </w:pPr>
      <w:r>
        <w:t>اپنی پرائرٹیز کو ری سیٹ کرنا ہے۔</w:t>
      </w:r>
    </w:p>
    <w:p>
      <w:r>
        <w:rPr>
          <w:b/>
        </w:rPr>
        <w:t xml:space="preserve">[57:44] </w:t>
      </w:r>
      <w:r>
        <w:t>is moamle mein ab</w:t>
      </w:r>
    </w:p>
    <w:p>
      <w:pPr>
        <w:jc w:val="right"/>
      </w:pPr>
      <w:r>
        <w:t>اس معاملے میں اب</w:t>
      </w:r>
    </w:p>
    <w:p>
      <w:r>
        <w:rPr>
          <w:b/>
        </w:rPr>
        <w:t xml:space="preserve">[57:49] </w:t>
      </w:r>
      <w:r>
        <w:t>کوئی excuse نہیں ہے کسی کے لیے۔</w:t>
      </w:r>
    </w:p>
    <w:p>
      <w:pPr>
        <w:jc w:val="right"/>
      </w:pPr>
      <w:r>
        <w:t>کوئی ایکسکیوز نہیں ہے کسی کے لیے۔</w:t>
      </w:r>
    </w:p>
    <w:p>
      <w:r>
        <w:rPr>
          <w:b/>
        </w:rPr>
        <w:t xml:space="preserve">[57:53] </w:t>
      </w:r>
      <w:r>
        <w:t>کسی کے لیے کوئی excuse نہیں ہے۔</w:t>
      </w:r>
    </w:p>
    <w:p>
      <w:pPr>
        <w:jc w:val="right"/>
      </w:pPr>
      <w:r>
        <w:t>کسی کے لیے کوئی ایکسکیوز نہیں ہے۔</w:t>
      </w:r>
    </w:p>
    <w:p>
      <w:r>
        <w:rPr>
          <w:b/>
        </w:rPr>
        <w:t xml:space="preserve">[57:56] </w:t>
      </w:r>
      <w:r>
        <w:t>excuse ka waqt khatm ho chuka.</w:t>
      </w:r>
    </w:p>
    <w:p>
      <w:pPr>
        <w:jc w:val="right"/>
      </w:pPr>
      <w:r>
        <w:t>ایکسکیوز کا وقت ختم ہو چکا۔</w:t>
      </w:r>
    </w:p>
    <w:p>
      <w:r>
        <w:rPr>
          <w:b/>
        </w:rPr>
        <w:t xml:space="preserve">[58:00] </w:t>
      </w:r>
      <w:r>
        <w:t>excuse ka waqt khatm ho chuka.</w:t>
      </w:r>
    </w:p>
    <w:p>
      <w:pPr>
        <w:jc w:val="right"/>
      </w:pPr>
      <w:r>
        <w:t>ایکسکیوز کا وقت ختم ہو چکا۔</w:t>
      </w:r>
    </w:p>
    <w:p>
      <w:r>
        <w:rPr>
          <w:b/>
        </w:rPr>
        <w:t xml:space="preserve">[58:04] </w:t>
      </w:r>
      <w:r>
        <w:t>aur Allah ta'ala ne aisa intezam kiya hai ke aaj kal musalsal hum logon ko bulaya ja raha hai.</w:t>
      </w:r>
    </w:p>
    <w:p>
      <w:pPr>
        <w:jc w:val="right"/>
      </w:pPr>
      <w:r>
        <w:t>اور اللہ تعالی نے ایسا انتظام کیا ہے کہ آج کل مسلسل ہم لوگوں کو بلایا جا رہا ہے۔</w:t>
      </w:r>
    </w:p>
    <w:p>
      <w:r>
        <w:rPr>
          <w:b/>
        </w:rPr>
        <w:t xml:space="preserve">[58:08] </w:t>
      </w:r>
      <w:r>
        <w:t>India ke andar, India ke bahar.</w:t>
      </w:r>
    </w:p>
    <w:p>
      <w:pPr>
        <w:jc w:val="right"/>
      </w:pPr>
      <w:r>
        <w:t>انڈیا کے اندر، انڈیا کے باہر۔</w:t>
      </w:r>
    </w:p>
    <w:p>
      <w:r>
        <w:rPr>
          <w:b/>
        </w:rPr>
        <w:t xml:space="preserve">[58:11] </w:t>
      </w:r>
      <w:r>
        <w:t>ek ek ek silsila laga hua hai.</w:t>
      </w:r>
    </w:p>
    <w:p>
      <w:pPr>
        <w:jc w:val="right"/>
      </w:pPr>
      <w:r>
        <w:t>ایک ایک ایک سلسلہ لگا ہوا ہے۔</w:t>
      </w:r>
    </w:p>
    <w:p>
      <w:r>
        <w:rPr>
          <w:b/>
        </w:rPr>
        <w:t xml:space="preserve">[58:15] </w:t>
      </w:r>
      <w:r>
        <w:t>wahan par hamare saathi jate hain kitab</w:t>
      </w:r>
    </w:p>
    <w:p>
      <w:pPr>
        <w:jc w:val="right"/>
      </w:pPr>
      <w:r>
        <w:t>وہاں پر ہمارے ساتھی جاتے ہیں کتاب</w:t>
      </w:r>
    </w:p>
    <w:p>
      <w:r>
        <w:rPr>
          <w:b/>
        </w:rPr>
        <w:t xml:space="preserve">[58:19] </w:t>
      </w:r>
      <w:r>
        <w:t>mein le kar ke quran ka tarjuma le kar ke aur wahan par phaila rahe hain.</w:t>
      </w:r>
    </w:p>
    <w:p>
      <w:pPr>
        <w:jc w:val="right"/>
      </w:pPr>
      <w:r>
        <w:t>میں لے کر کے قرآن کا ترجمہ لے کر کے اور وہاں پر پھیلا رہے ہیں۔</w:t>
      </w:r>
    </w:p>
    <w:p>
      <w:r>
        <w:rPr>
          <w:b/>
        </w:rPr>
        <w:t xml:space="preserve">[58:24] </w:t>
      </w:r>
      <w:r>
        <w:t>to kaha ke wohi wohi wohi process jari hai itkhaal e kalma wala.</w:t>
      </w:r>
    </w:p>
    <w:p>
      <w:pPr>
        <w:jc w:val="right"/>
      </w:pPr>
      <w:r>
        <w:t>تو کہا کہ وہی وہی وہی پروسیس جاری ہے اتخال کلمہ والا۔</w:t>
      </w:r>
    </w:p>
    <w:p>
      <w:r>
        <w:rPr>
          <w:b/>
        </w:rPr>
        <w:t xml:space="preserve">[58:29] </w:t>
      </w:r>
      <w:r>
        <w:t>ke sari dunya mein Allah ta'ala pahuncha rahe hain.</w:t>
      </w:r>
    </w:p>
    <w:p>
      <w:pPr>
        <w:jc w:val="right"/>
      </w:pPr>
      <w:r>
        <w:t>کہ ساری دنیا میں اللہ تعالی پہنچا رہے ہیں۔</w:t>
      </w:r>
    </w:p>
    <w:p>
      <w:r>
        <w:rPr>
          <w:b/>
        </w:rPr>
        <w:t xml:space="preserve">[58:34] </w:t>
      </w:r>
      <w:r>
        <w:t>ایک تو انٹرنیٹ پر آ چکا ہے یہ سارا dictation۔</w:t>
      </w:r>
    </w:p>
    <w:p>
      <w:pPr>
        <w:jc w:val="right"/>
      </w:pPr>
      <w:r>
        <w:t>ایک تو انٹرنیٹ پر آ چکا ہے یہ سارا ڈکٹیچر۔</w:t>
      </w:r>
    </w:p>
    <w:p>
      <w:r>
        <w:rPr>
          <w:b/>
        </w:rPr>
        <w:t xml:space="preserve">[58:39] </w:t>
      </w:r>
      <w:r>
        <w:t>aur har jagah ja ja kar ke diya ja raha hai printed form mein.</w:t>
      </w:r>
    </w:p>
    <w:p>
      <w:pPr>
        <w:jc w:val="right"/>
      </w:pPr>
      <w:r>
        <w:t>اور ہر جگہ جا جا کر کے دیا جا رہا ہے پرنٹڈ فارم میں۔</w:t>
      </w:r>
    </w:p>
    <w:p>
      <w:r>
        <w:rPr>
          <w:b/>
        </w:rPr>
        <w:t xml:space="preserve">[58:44] </w:t>
      </w:r>
      <w:r>
        <w:t>aur yeh jo mein is waqt bol raha hoon yeh bhi dunya bhar mein pahunch raha hai.</w:t>
      </w:r>
    </w:p>
    <w:p>
      <w:pPr>
        <w:jc w:val="right"/>
      </w:pPr>
      <w:r>
        <w:t>اور یہ جو میں اس وقت بول رہا ہوں یہ بھی دنیا بھر میں پہنچ رہا ہے۔</w:t>
      </w:r>
    </w:p>
    <w:p>
      <w:r>
        <w:rPr>
          <w:b/>
        </w:rPr>
        <w:t xml:space="preserve">[58:49] </w:t>
      </w:r>
      <w:r>
        <w:t>to Allah taala ne is process ko tez kar diya hai mein samajhta hoon. da'wa process ko tez kar diya hai. bohat hi clear lagta hai mujhe. da'wa process jo hai wo tez tar kar diya gaya hai.</w:t>
      </w:r>
    </w:p>
    <w:p>
      <w:pPr>
        <w:jc w:val="right"/>
      </w:pPr>
      <w:r>
        <w:t>تو اللہ تعالی نے اس پروسیس کو تیز کر دیا ہے میں سمجھتا ہوں۔ دعویٰ پراسیس کو تیز کر دیا ہے۔ بہت ہی کلیئر لگتا ہے مجھے۔ دعویٰ پراسیس جو ہے وہ تیز تر کر دیا گیا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