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Importance of Peace December 16, 2012</w:t>
      </w:r>
    </w:p>
    <w:p>
      <w:r>
        <w:t>https://youtu.be/nymyorYyEz4</w:t>
      </w:r>
    </w:p>
    <w:p>
      <w:r>
        <w:rPr>
          <w:b/>
        </w:rPr>
        <w:t xml:space="preserve">[00:28] </w:t>
      </w:r>
      <w:r>
        <w:t>wahal al-uqdatan min lisani, yafqahu qawli.</w:t>
      </w:r>
    </w:p>
    <w:p>
      <w:pPr>
        <w:jc w:val="right"/>
      </w:pPr>
      <w:r>
        <w:t>واحل العقدۃ من لسانی، یفقہ قولی۔</w:t>
      </w:r>
    </w:p>
    <w:p>
      <w:r>
        <w:rPr>
          <w:b/>
        </w:rPr>
        <w:t xml:space="preserve">[00:38] </w:t>
      </w:r>
      <w:r>
        <w:t>aaj ka topic hai:</w:t>
      </w:r>
    </w:p>
    <w:p>
      <w:pPr>
        <w:jc w:val="right"/>
      </w:pPr>
      <w:r>
        <w:t>آج کا ٹاپک ہے:</w:t>
      </w:r>
    </w:p>
    <w:p>
      <w:r>
        <w:rPr>
          <w:b/>
        </w:rPr>
        <w:t xml:space="preserve">[00:43] </w:t>
      </w:r>
      <w:r>
        <w:t>"the importance of peace", aman ki ahmiyat.</w:t>
      </w:r>
    </w:p>
    <w:p>
      <w:pPr>
        <w:jc w:val="right"/>
      </w:pPr>
      <w:r>
        <w:t>"دا امپورٹنس آف پیس"، امن کی اہمیت۔</w:t>
      </w:r>
    </w:p>
    <w:p>
      <w:r>
        <w:rPr>
          <w:b/>
        </w:rPr>
        <w:t xml:space="preserve">[00:52] </w:t>
      </w:r>
      <w:r>
        <w:t>Allah ke nazdeek aman ki ahmiyat bohat zyada hai, yaani is ko aap social—is ko aap yeh kehte hain ke social sense mein it gets good hai, yaani sum bonum.</w:t>
      </w:r>
    </w:p>
    <w:p>
      <w:pPr>
        <w:jc w:val="right"/>
      </w:pPr>
      <w:r>
        <w:t>اللہ کے نزدیک امن کی اہمیت بہت زیادہ ہے، یعنی اس کو آپ سوشل—اس کو آپ یہ کہتے ہیں کہ سوشل سینس میں وہ گیٹس گڈ ہے، یعنی سم بونم۔</w:t>
      </w:r>
    </w:p>
    <w:p>
      <w:r>
        <w:rPr>
          <w:b/>
        </w:rPr>
        <w:t xml:space="preserve">[01:15] </w:t>
      </w:r>
      <w:r>
        <w:t>social sum bonum.</w:t>
      </w:r>
    </w:p>
    <w:p>
      <w:pPr>
        <w:jc w:val="right"/>
      </w:pPr>
      <w:r>
        <w:t>سوشل سم بونم۔</w:t>
      </w:r>
    </w:p>
    <w:p>
      <w:r>
        <w:rPr>
          <w:b/>
        </w:rPr>
        <w:t xml:space="preserve">[01:19] </w:t>
      </w:r>
      <w:r>
        <w:t>is liye ke</w:t>
      </w:r>
    </w:p>
    <w:p>
      <w:pPr>
        <w:jc w:val="right"/>
      </w:pPr>
      <w:r>
        <w:t>اس لیے کہ</w:t>
      </w:r>
    </w:p>
    <w:p>
      <w:r>
        <w:rPr>
          <w:b/>
        </w:rPr>
        <w:t xml:space="preserve">[01:23] </w:t>
      </w:r>
      <w:r>
        <w:t>agar society mein ya logon ke beech mein aman ho, tabhi sare kaam theek se ho sakte hain. yaani peace is the only basis for all kind of development,</w:t>
      </w:r>
    </w:p>
    <w:p>
      <w:pPr>
        <w:jc w:val="right"/>
      </w:pPr>
      <w:r>
        <w:t>اگر سوسائٹی میں یا لوگوں کے بیچ میں امن ہو، تبھی سارے کام ٹھیک سے ہو سکتے ہیں۔ یعنی پیس از دا اونلی بیسس فار ال کائنڈ آف ڈیولپمنٹ،</w:t>
      </w:r>
    </w:p>
    <w:p>
      <w:r>
        <w:rPr>
          <w:b/>
        </w:rPr>
        <w:t xml:space="preserve">[01:38] </w:t>
      </w:r>
      <w:r>
        <w:t>religious and secular both.</w:t>
      </w:r>
    </w:p>
    <w:p>
      <w:pPr>
        <w:jc w:val="right"/>
      </w:pPr>
      <w:r>
        <w:t>ریلیجس اینڈ سیکولر بوتھ۔</w:t>
      </w:r>
    </w:p>
    <w:p>
      <w:r>
        <w:rPr>
          <w:b/>
        </w:rPr>
        <w:t xml:space="preserve">[01:44] </w:t>
      </w:r>
      <w:r>
        <w:t>yeh Allah ki shariyat mein hamesha se sab se zyada matloob cheez rahi hai, peace, jis ko salam ya aman kaha jata hai.</w:t>
      </w:r>
    </w:p>
    <w:p>
      <w:pPr>
        <w:jc w:val="right"/>
      </w:pPr>
      <w:r>
        <w:t>یہ اللہ کی شریعت میں ہمیشہ سے سب سے زیادہ مطلوب چیز رہی ہے، پیس، جس کو سلام یا امن کہا جاتا ہے۔</w:t>
      </w:r>
    </w:p>
    <w:p>
      <w:r>
        <w:rPr>
          <w:b/>
        </w:rPr>
        <w:t xml:space="preserve">[01:58] </w:t>
      </w:r>
      <w:r>
        <w:t>sab</w:t>
      </w:r>
    </w:p>
    <w:p>
      <w:pPr>
        <w:jc w:val="right"/>
      </w:pPr>
      <w:r>
        <w:t>سب</w:t>
      </w:r>
    </w:p>
    <w:p>
      <w:r>
        <w:rPr>
          <w:b/>
        </w:rPr>
        <w:t xml:space="preserve">[01:59] </w:t>
      </w:r>
      <w:r>
        <w:t>se pehle, jahan tak mein samajhta hoon, ke pehle—sab se pehli ayat jo utri, woh qadeem peghambar ke zamane mein, jo ghaliban pehle peghambar ke zamane mein,</w:t>
      </w:r>
    </w:p>
    <w:p>
      <w:pPr>
        <w:jc w:val="right"/>
      </w:pPr>
      <w:r>
        <w:t>سے پہلے، جہاں تک میں سمجھتا ہوں، کہ پہلے—سب سے پہلی آیت جو اتری، وہ قدیم پیغمبر کے زمانے میں، جو غالباً پہلے پیغمبر کے زمانے میں،</w:t>
      </w:r>
    </w:p>
    <w:p>
      <w:r>
        <w:rPr>
          <w:b/>
        </w:rPr>
        <w:t xml:space="preserve">[02:16] </w:t>
      </w:r>
      <w:r>
        <w:t>jab waqea hua tha ke Adam ke ek bete ne, yaani Qabeel ne, Habil ko qatl kar diya. ek controversy create hui, aur woh itni bari ke unhon ne qatl kar diya.</w:t>
      </w:r>
    </w:p>
    <w:p>
      <w:pPr>
        <w:jc w:val="right"/>
      </w:pPr>
      <w:r>
        <w:t>جب واقعہ ہوا تھا کہ آدم کے ایک بیٹے نے، یعنی قابیل نے، ہابیل کو قتل کر دیا۔ ایک کنٹروورسی کریٹ ہوئی، اور وہ اتنی بڑی کہ انہوں نے قتل کر دیا۔</w:t>
      </w:r>
    </w:p>
    <w:p>
      <w:r>
        <w:rPr>
          <w:b/>
        </w:rPr>
        <w:t xml:space="preserve">[02:29] </w:t>
      </w:r>
      <w:r>
        <w:t>to Quran mein hai ke us waqt ke peghambar ke upar yeh ayat utri</w:t>
      </w:r>
    </w:p>
    <w:p>
      <w:pPr>
        <w:jc w:val="right"/>
      </w:pPr>
      <w:r>
        <w:t>تو قرآن میں ہے کہ اس وقت کے پیغمبر کے اوپر یہ آیت اتری</w:t>
      </w:r>
    </w:p>
    <w:p>
      <w:r>
        <w:rPr>
          <w:b/>
        </w:rPr>
        <w:t xml:space="preserve">[02:36] </w:t>
      </w:r>
      <w:r>
        <w:t>ke "man qatala nafsan bighaira nafs aw fasad fil arz fakanama qatala nas jameea" .</w:t>
      </w:r>
    </w:p>
    <w:p>
      <w:pPr>
        <w:jc w:val="right"/>
      </w:pPr>
      <w:r>
        <w:t>کہ "من قتل نفسا بغیر نفس او فساد فی الارض فکانما قتلا ناس جمیعا" ۔</w:t>
      </w:r>
    </w:p>
    <w:p>
      <w:r>
        <w:rPr>
          <w:b/>
        </w:rPr>
        <w:t xml:space="preserve">[02:46] </w:t>
      </w:r>
      <w:r>
        <w:t>jis shakhs ne qatl kiya kisi insan ko</w:t>
      </w:r>
    </w:p>
    <w:p>
      <w:pPr>
        <w:jc w:val="right"/>
      </w:pPr>
      <w:r>
        <w:t>جس شخص نے قتل کیا کسی انسان کو</w:t>
      </w:r>
    </w:p>
    <w:p>
      <w:r>
        <w:rPr>
          <w:b/>
        </w:rPr>
        <w:t xml:space="preserve">[02:52] </w:t>
      </w:r>
      <w:r>
        <w:t>bighair kisi jaiz wajah ke, yaani wajah yeh hai ke woh us ne kisi ko qatl kiya ho, tab woh qabil-e-qatl banega, to us ne goya ke saare insanon ko maar dala.</w:t>
      </w:r>
    </w:p>
    <w:p>
      <w:pPr>
        <w:jc w:val="right"/>
      </w:pPr>
      <w:r>
        <w:t>بغیر کسی جینون وجہ کے، یعنی وجہ یہ ہے کہ وہ اس نے کسی کو قتل کیا ہو، تب وہ قابل قتل بنے گا، تو اس نے گویا کہ سارے انسانوں کو مار ڈالا۔</w:t>
      </w:r>
    </w:p>
    <w:p>
      <w:r>
        <w:rPr>
          <w:b/>
        </w:rPr>
        <w:t xml:space="preserve">[03:09] </w:t>
      </w:r>
      <w:r>
        <w:t>yaani Allah ke nazdeek qatl</w:t>
      </w:r>
    </w:p>
    <w:p>
      <w:pPr>
        <w:jc w:val="right"/>
      </w:pPr>
      <w:r>
        <w:t>یعنی اللہ کے نزدیک قتل</w:t>
      </w:r>
    </w:p>
    <w:p>
      <w:r>
        <w:rPr>
          <w:b/>
        </w:rPr>
        <w:t xml:space="preserve">[03:15] </w:t>
      </w:r>
      <w:r>
        <w:t>itni buri cheez hai ke ek insan ko marna saare insanon ko marne ke barabar hai.</w:t>
      </w:r>
    </w:p>
    <w:p>
      <w:pPr>
        <w:jc w:val="right"/>
      </w:pPr>
      <w:r>
        <w:t>اتنی بری چیز ہے کہ ایک انسان کو مارنا سارے انسانوں کو مارنے کے برابر ہے۔</w:t>
      </w:r>
    </w:p>
    <w:p>
      <w:r>
        <w:rPr>
          <w:b/>
        </w:rPr>
        <w:t xml:space="preserve">[03:25] </w:t>
      </w:r>
      <w:r>
        <w:t>to qatl kya hai? woh peace ko disturb karta hai, peace ko barham karta hai.</w:t>
      </w:r>
    </w:p>
    <w:p>
      <w:pPr>
        <w:jc w:val="right"/>
      </w:pPr>
      <w:r>
        <w:t>تو قتل کیا ہے؟ وہ پیس کو ڈسٹرب کرتا ہے، پیس کو برہم کرتا ہے۔</w:t>
      </w:r>
    </w:p>
    <w:p>
      <w:r>
        <w:rPr>
          <w:b/>
        </w:rPr>
        <w:t xml:space="preserve">[03:31] </w:t>
      </w:r>
      <w:r>
        <w:t>jahan qatl hoga, wahan ladai hogi. jahan ladai hogi, wahan peace nahi hoga,</w:t>
      </w:r>
    </w:p>
    <w:p>
      <w:pPr>
        <w:jc w:val="right"/>
      </w:pPr>
      <w:r>
        <w:t>جہاں قتل ہوگا، وہاں لڑائی ہوگی۔ جہاں لڑائی ہوگی، وہاں پیس نہیں ہوگا،</w:t>
      </w:r>
    </w:p>
    <w:p>
      <w:r>
        <w:rPr>
          <w:b/>
        </w:rPr>
        <w:t xml:space="preserve">[03:40] </w:t>
      </w:r>
      <w:r>
        <w:t>aur phir koi kaam nahi ho sakta, na mazhabi, na secular.</w:t>
      </w:r>
    </w:p>
    <w:p>
      <w:pPr>
        <w:jc w:val="right"/>
      </w:pPr>
      <w:r>
        <w:t>اور پھر کوئی کام نہیں ہو سکتا، نہ مذہبی، نہ سیکولر۔</w:t>
      </w:r>
    </w:p>
    <w:p>
      <w:r>
        <w:rPr>
          <w:b/>
        </w:rPr>
        <w:t xml:space="preserve">[03:49] </w:t>
      </w:r>
      <w:r>
        <w:t>peghambar sal-lal-lahu alaihi wasallam par jo,</w:t>
      </w:r>
    </w:p>
    <w:p>
      <w:pPr>
        <w:jc w:val="right"/>
      </w:pPr>
      <w:r>
        <w:t>پیغمبر صلی اللہ علیہ وسلم پر جو،</w:t>
      </w:r>
    </w:p>
    <w:p>
      <w:r>
        <w:rPr>
          <w:b/>
        </w:rPr>
        <w:t xml:space="preserve">[03:54] </w:t>
      </w:r>
      <w:r>
        <w:t>yaani Surah Al-Muddaththir mein ayat utri, jo ghaliban aap par utarne wali doosri surat thi, us mein hai ke "wa li rabbika fasbir" .</w:t>
      </w:r>
    </w:p>
    <w:p>
      <w:pPr>
        <w:jc w:val="right"/>
      </w:pPr>
      <w:r>
        <w:t>یعنی سورہ المدثر میں آیت اتری، جو غالباً آپ پر اترنے والی دوسری سورت تھی، اس میں ہے کہ "ولربك فاصبر" ۔</w:t>
      </w:r>
    </w:p>
    <w:p>
      <w:r>
        <w:rPr>
          <w:b/>
        </w:rPr>
        <w:t xml:space="preserve">[04:07] </w:t>
      </w:r>
      <w:r>
        <w:t>aur apne Rab ke liye sabr kar. is ka matlab kya hai?</w:t>
      </w:r>
    </w:p>
    <w:p>
      <w:pPr>
        <w:jc w:val="right"/>
      </w:pPr>
      <w:r>
        <w:t>اور اپنے رب کے لیے صبر کر۔ اس کا مطلب کیا ہے؟</w:t>
      </w:r>
    </w:p>
    <w:p>
      <w:r>
        <w:rPr>
          <w:b/>
        </w:rPr>
        <w:t xml:space="preserve">[04:14] </w:t>
      </w:r>
      <w:r>
        <w:t>sabr kar, sabr, yak-tarfa sabr kar ke aman ko qaim karo. maintain peace at the cost of unilateral patience.</w:t>
      </w:r>
    </w:p>
    <w:p>
      <w:pPr>
        <w:jc w:val="right"/>
      </w:pPr>
      <w:r>
        <w:t>صبر کر، صبر، یکطرفہ صبر کر کے امن کو قائم کرو۔ مینٹین پیس ایٹ دا کاسٹ آف انلیٹرل پیشنس۔</w:t>
      </w:r>
    </w:p>
    <w:p>
      <w:r>
        <w:rPr>
          <w:b/>
        </w:rPr>
        <w:t xml:space="preserve">[04:26] </w:t>
      </w:r>
      <w:r>
        <w:t>yeh matlab hai.</w:t>
      </w:r>
    </w:p>
    <w:p>
      <w:pPr>
        <w:jc w:val="right"/>
      </w:pPr>
      <w:r>
        <w:t>یہ مطلب ہے۔</w:t>
      </w:r>
    </w:p>
    <w:p>
      <w:r>
        <w:rPr>
          <w:b/>
        </w:rPr>
        <w:t xml:space="preserve">[04:30] </w:t>
      </w:r>
      <w:r>
        <w:t>sabr ka matlab, yaani bimari mein nahi hai. bimari mein ma'ni mein nahi hai sabr ka lafz yahan.</w:t>
      </w:r>
    </w:p>
    <w:p>
      <w:pPr>
        <w:jc w:val="right"/>
      </w:pPr>
      <w:r>
        <w:t>صبر کا مطلب، یعنی بمہم نہیں ہے۔ بم بم معنی میں نہیں ہے صبر کا لفظ یہاں۔</w:t>
      </w:r>
    </w:p>
    <w:p>
      <w:r>
        <w:rPr>
          <w:b/>
        </w:rPr>
        <w:t xml:space="preserve">[04:38] </w:t>
      </w:r>
      <w:r>
        <w:t>yaani har kisi bhi qeemat par, har qeemat par aman ko qaim karo. isi ko peace, isi ko sabr kaha gaya hai.</w:t>
      </w:r>
    </w:p>
    <w:p>
      <w:pPr>
        <w:jc w:val="right"/>
      </w:pPr>
      <w:r>
        <w:t>یعنی ہر کسی بھی قیمت پر، ہر قیمت پر امن کو قائم کرو۔ اسی کو پیس، اسی کو صبر کہا گیا ہے۔</w:t>
      </w:r>
    </w:p>
    <w:p>
      <w:r>
        <w:rPr>
          <w:b/>
        </w:rPr>
        <w:t xml:space="preserve">[04:48] </w:t>
      </w:r>
      <w:r>
        <w:t>to is ayat ka matlab hai ke maintain peace at the cost of unilateral patience.</w:t>
      </w:r>
    </w:p>
    <w:p>
      <w:pPr>
        <w:jc w:val="right"/>
      </w:pPr>
      <w:r>
        <w:t>تو اس آیت کا مطلب ہے کہ مینٹین پیس ایٹ دا کاسٹ آف انلیٹرل پیشنس۔</w:t>
      </w:r>
    </w:p>
    <w:p>
      <w:r>
        <w:rPr>
          <w:b/>
        </w:rPr>
        <w:t xml:space="preserve">[05:00] </w:t>
      </w:r>
      <w:r>
        <w:t>Quran mein hai ke "al-sulhu khair" . peace is the best.</w:t>
      </w:r>
    </w:p>
    <w:p>
      <w:pPr>
        <w:jc w:val="right"/>
      </w:pPr>
      <w:r>
        <w:t>قرآن میں ہے کہ "الصلح خیر" ۔ پیس از دا بیسٹ۔</w:t>
      </w:r>
    </w:p>
    <w:p>
      <w:r>
        <w:rPr>
          <w:b/>
        </w:rPr>
        <w:t xml:space="preserve">[05:07] </w:t>
      </w:r>
      <w:r>
        <w:t>isi tarah Quran mein hai ke Surah Yunus mein</w:t>
      </w:r>
    </w:p>
    <w:p>
      <w:pPr>
        <w:jc w:val="right"/>
      </w:pPr>
      <w:r>
        <w:t>اسی طرح قرآن میں ہے کہ سورہ یونس میں</w:t>
      </w:r>
    </w:p>
    <w:p>
      <w:r>
        <w:rPr>
          <w:b/>
        </w:rPr>
        <w:t xml:space="preserve">[05:16] </w:t>
      </w:r>
      <w:r>
        <w:t>"wallahu yad'u ila daris-salam" . Allah bulata hai aman ke ghar ki taraf. is ka matlab kya hai?</w:t>
      </w:r>
    </w:p>
    <w:p>
      <w:pPr>
        <w:jc w:val="right"/>
      </w:pPr>
      <w:r>
        <w:t>"واللهیدعو الی دار السلام" ۔ اللہ بلاتا ہے امن کے گھر کی طرف۔ اس کا مطلب کیا ہے؟</w:t>
      </w:r>
    </w:p>
    <w:p>
      <w:r>
        <w:rPr>
          <w:b/>
        </w:rPr>
        <w:t xml:space="preserve">[05:26] </w:t>
      </w:r>
      <w:r>
        <w:t>is ka matlab hai ke Allah taala ko jo sab se zyada</w:t>
      </w:r>
    </w:p>
    <w:p>
      <w:pPr>
        <w:jc w:val="right"/>
      </w:pPr>
      <w:r>
        <w:t>اس کا مطلب ہے کہ اللہ تعالیٰ کو جو سب سے زیادہ</w:t>
      </w:r>
    </w:p>
    <w:p>
      <w:r>
        <w:rPr>
          <w:b/>
        </w:rPr>
        <w:t xml:space="preserve">[05:32] </w:t>
      </w:r>
      <w:r>
        <w:t>pasandeeda cheez hai, woh hai peaceful society. peaceful society.</w:t>
      </w:r>
    </w:p>
    <w:p>
      <w:pPr>
        <w:jc w:val="right"/>
      </w:pPr>
      <w:r>
        <w:t>پسندیدہ چیز ہے، وہ ہے پیس فل سوسائٹی۔ پیس فل سوسائٹی۔</w:t>
      </w:r>
    </w:p>
    <w:p>
      <w:r>
        <w:rPr>
          <w:b/>
        </w:rPr>
        <w:t xml:space="preserve">[05:41] </w:t>
      </w:r>
      <w:r>
        <w:t>to Allah taala ko is dunya mein bhi peaceful society matloob hai, aur aakhirat mein, jannat mein bhi peace hi peace hoga.</w:t>
      </w:r>
    </w:p>
    <w:p>
      <w:pPr>
        <w:jc w:val="right"/>
      </w:pPr>
      <w:r>
        <w:t>تو اللہ تعالیٰ کو اس دنیا میں بھی پیس فل سوسائٹی مطلوب ہے، اور آخرت میں، جنت میں بھی پیس ہی پیس ہوگا۔</w:t>
      </w:r>
    </w:p>
    <w:p>
      <w:r>
        <w:rPr>
          <w:b/>
        </w:rPr>
        <w:t xml:space="preserve">[05:51] </w:t>
      </w:r>
      <w:r>
        <w:t>jaisa ke hai "ala qeela salaman salamaa" .</w:t>
      </w:r>
    </w:p>
    <w:p>
      <w:pPr>
        <w:jc w:val="right"/>
      </w:pPr>
      <w:r>
        <w:t>جیسا کہ ہے "الا قیلا سلاما سلاما" ۔</w:t>
      </w:r>
    </w:p>
    <w:p>
      <w:r>
        <w:rPr>
          <w:b/>
        </w:rPr>
        <w:t xml:space="preserve">[05:57] </w:t>
      </w:r>
      <w:r>
        <w:t>donon mein sirf ek farq hai ke duniya mein sirf yaad rakhiye, workable peace qaim ho sakta hai, ideal peace nahin.</w:t>
      </w:r>
    </w:p>
    <w:p>
      <w:pPr>
        <w:jc w:val="right"/>
      </w:pPr>
      <w:r>
        <w:t>دونوں میں صرف ایک فرق ہے کہ دنیا میں صرف یاد رکھیے، ورکیبل پیس قائم ہو سکتا ہے، آئیڈیل پیس نہیں۔</w:t>
      </w:r>
    </w:p>
    <w:p>
      <w:r>
        <w:rPr>
          <w:b/>
        </w:rPr>
        <w:t xml:space="preserve">[06:09] </w:t>
      </w:r>
      <w:r>
        <w:t>ideal peace sirf paradise mein qaim hoga. log is mein confuse karte hain. duniya hi mein woh ideal peace qaim karne ki koshish karne lagte hain.</w:t>
      </w:r>
    </w:p>
    <w:p>
      <w:pPr>
        <w:jc w:val="right"/>
      </w:pPr>
      <w:r>
        <w:t>آئیڈیل پیس صرف پیراڈائز میں قائم ہوگا۔ لوگ اس میں کنفیوز کرتے ہیں۔ دنیا ہی میں وہ آئیڈیل پیس قائم کرنے کی کوشش کرنے لگتے ہیں۔</w:t>
      </w:r>
    </w:p>
    <w:p>
      <w:r>
        <w:rPr>
          <w:b/>
        </w:rPr>
        <w:t xml:space="preserve">[06:20] </w:t>
      </w:r>
      <w:r>
        <w:t>is se peace to qaim nahin hota, ladai badhti hai.</w:t>
      </w:r>
    </w:p>
    <w:p>
      <w:pPr>
        <w:jc w:val="right"/>
      </w:pPr>
      <w:r>
        <w:t>اس سے پیس تو قائم نہیں ہوتا، لڑائی بڑھتی ہے۔</w:t>
      </w:r>
    </w:p>
    <w:p>
      <w:r>
        <w:rPr>
          <w:b/>
        </w:rPr>
        <w:t xml:space="preserve">[06:28] </w:t>
      </w:r>
      <w:r>
        <w:t>to you have to accept workable peace in this world . is duniya mein aap ko workable peace ko hi manna hai, usi par raazi hona hai.</w:t>
      </w:r>
    </w:p>
    <w:p>
      <w:pPr>
        <w:jc w:val="right"/>
      </w:pPr>
      <w:r>
        <w:t>تو you have to accept workable peace in this world ۔ اس دنیا میں آپ کو ورکیبل پیس کو ہی ماننا ہے، اسی پر راضی ہونا ہے۔</w:t>
      </w:r>
    </w:p>
    <w:p>
      <w:r>
        <w:rPr>
          <w:b/>
        </w:rPr>
        <w:t xml:space="preserve">[06:40] </w:t>
      </w:r>
      <w:r>
        <w:t>is duniya mein aap ko ideal peace ke peeche nahin daudna hai. ideal peace ke peeche daudna, invite karna hai ladai jhagde ko.</w:t>
      </w:r>
    </w:p>
    <w:p>
      <w:pPr>
        <w:jc w:val="right"/>
      </w:pPr>
      <w:r>
        <w:t>اس دنیا میں آپ کو آئیڈیل پیس کے پیچھے نہیں دوڑنا ہے۔ آئیڈیل پیس کے پیچھے دوڑنا، انوائٹ کرنا ہے لڑائی جھگڑے کو۔</w:t>
      </w:r>
    </w:p>
    <w:p>
      <w:r>
        <w:rPr>
          <w:b/>
        </w:rPr>
        <w:t xml:space="preserve">[06:52] </w:t>
      </w:r>
      <w:r>
        <w:t>ideal peace ka jo hamare mind mein concept bhara hua hai, woh jannat ke liye hai, duniya ke liye nahin hai.</w:t>
      </w:r>
    </w:p>
    <w:p>
      <w:pPr>
        <w:jc w:val="right"/>
      </w:pPr>
      <w:r>
        <w:t>آئیڈیل پیس کا جو ہمارے مائنڈ میں کانسیپٹ بھرا ہوا ہے، وہ جنت کے لیے ہے، دنیا کے لیے نہیں ہے۔</w:t>
      </w:r>
    </w:p>
    <w:p>
      <w:r>
        <w:rPr>
          <w:b/>
        </w:rPr>
        <w:t xml:space="preserve">[07:02] </w:t>
      </w:r>
      <w:r>
        <w:t>to quran mein yeh saari baatein jo kahi gayi hain, is ka matlab yeh hai ke duniya mein kisi bhi qeemat par workable peace qaim karo. workable ka matlab kya hai?</w:t>
      </w:r>
    </w:p>
    <w:p>
      <w:pPr>
        <w:jc w:val="right"/>
      </w:pPr>
      <w:r>
        <w:t>تو قرآن میں یہ ساری باتیں جو کہی گئی ہیں، اس کا مطلب یہ ہے کہ دنیا میں کسی بھی قیمت پر ورکیبل پیس قائم کرو۔ ورکیبل کا مطلب کیا ہے؟</w:t>
      </w:r>
    </w:p>
    <w:p>
      <w:r>
        <w:rPr>
          <w:b/>
        </w:rPr>
        <w:t xml:space="preserve">[07:13] </w:t>
      </w:r>
      <w:r>
        <w:t>is ka matlab yeh hai ke total peace nahin hoga, woh aisa nahin hai ke total sense mein peace ban jaye duniya mein.</w:t>
      </w:r>
    </w:p>
    <w:p>
      <w:pPr>
        <w:jc w:val="right"/>
      </w:pPr>
      <w:r>
        <w:t>اس کا مطلب یہ ہے کہ ٹوٹل پیس نہیں ہوگا، وہ ایسا نہیں ہے کہ ٹوٹل سینس میں پیس بن جائے دنیا میں۔</w:t>
      </w:r>
    </w:p>
    <w:p>
      <w:r>
        <w:rPr>
          <w:b/>
        </w:rPr>
        <w:t xml:space="preserve">[07:21] </w:t>
      </w:r>
      <w:r>
        <w:t>nahin, is sense mein ke logon ko azaadi hogi, kaam karne ke mawaqe khule hue honge, har aadmi apne apne dhang par kaam kar sakega.</w:t>
      </w:r>
    </w:p>
    <w:p>
      <w:pPr>
        <w:jc w:val="right"/>
      </w:pPr>
      <w:r>
        <w:t>نہیں، اس سینس میں کہ لوگوں کو آزادی ہوگی، کام کرنے کے مواقع کھلے ہوئے ہوں گے، ہر آدمی اپنے اپنے ڈھنگ پر کام کر سکے گا۔</w:t>
      </w:r>
    </w:p>
    <w:p>
      <w:r>
        <w:rPr>
          <w:b/>
        </w:rPr>
        <w:t xml:space="preserve">[07:36] </w:t>
      </w:r>
      <w:r>
        <w:t>agar woh khud se koi</w:t>
      </w:r>
    </w:p>
    <w:p>
      <w:pPr>
        <w:jc w:val="right"/>
      </w:pPr>
      <w:r>
        <w:t>اگر وہ خود سے کوئی</w:t>
      </w:r>
    </w:p>
    <w:p>
      <w:r>
        <w:rPr>
          <w:b/>
        </w:rPr>
        <w:t xml:space="preserve">[07:40] </w:t>
      </w:r>
      <w:r>
        <w:t>wajah create na kare, khud se logon ko koi excuse na de, khud se logon ko koi justification na de, to phir aman hi aman milega us ko.</w:t>
      </w:r>
    </w:p>
    <w:p>
      <w:pPr>
        <w:jc w:val="right"/>
      </w:pPr>
      <w:r>
        <w:t>وجہ کریٹ نہ کرے، خود سے لوگوں کو کوئی ایکسکیوز نہ دے، خود سے لوگوں کو کوئی جسٹیفیکیشن نہ دے، تو پھر امن ہی امن ملے گا اس کو۔</w:t>
      </w:r>
    </w:p>
    <w:p>
      <w:r>
        <w:rPr>
          <w:b/>
        </w:rPr>
        <w:t xml:space="preserve">[07:52] </w:t>
      </w:r>
      <w:r>
        <w:t>yaani individual level par aman yaqeeni taur par achievable ho jayega. albatt poore humankind ke level par ideal peace nahin qaim ho sakta hai duniya mein.</w:t>
      </w:r>
    </w:p>
    <w:p>
      <w:pPr>
        <w:jc w:val="right"/>
      </w:pPr>
      <w:r>
        <w:t>یعنی انڈیویجول لیول پر امن یقینی طور پر اچیوبل ہو جائے گا۔ البتہ پورے مین کائنڈ کے لیول پر آئیڈیل پیس نہیں قائم ہو سکتا ہے دنیا میں۔</w:t>
      </w:r>
    </w:p>
    <w:p>
      <w:r>
        <w:rPr>
          <w:b/>
        </w:rPr>
        <w:t xml:space="preserve">[08:05] </w:t>
      </w:r>
      <w:r>
        <w:t>kyun? insaan ko azaadi bhi mili hui hai. azaadi ko khuda abolish nahin kar sakta kabhi bhi. duniya mein jo peace qaim hoga, woh logon ki azaadi ko baqi rakhte hue hoga.</w:t>
      </w:r>
    </w:p>
    <w:p>
      <w:pPr>
        <w:jc w:val="right"/>
      </w:pPr>
      <w:r>
        <w:t>کیوں؟ انسان کو آزادی بھی ملی ہوئی ہے۔ آزادی کو خدا ابالش نہیں کر سکتا کبھی بھی۔ دنیا میں جو پیس قائم ہوگا، وہ لوگوں کی آزادی کو باقی رکھتے ہوئے ہوگا۔</w:t>
      </w:r>
    </w:p>
    <w:p>
      <w:r>
        <w:rPr>
          <w:b/>
        </w:rPr>
        <w:t xml:space="preserve">[08:21] </w:t>
      </w:r>
      <w:r>
        <w:t>azaadi ko khatm kar ke nahin hoga. isi liye main keh raha hoon ke duniya mein workable peace ban sakta hai, ideal peace nahin. to allah taala ka yeh nishana hai ke duniya mein workable peace har haal mein qaim ho jaye.</w:t>
      </w:r>
    </w:p>
    <w:p>
      <w:pPr>
        <w:jc w:val="right"/>
      </w:pPr>
      <w:r>
        <w:t>آزادی کو ختم کر کے نہیں ہوگا۔ اسی لیے میں کہہ رہا ہوں کہ دنیا میں ورکیبل پیس بن سکتا ہے، آئیڈیل پیس نہیں۔ تو اللہ تعالیٰ کا یہ نشانہ ہے کہ دنیا میں ورکیبل پیس ہر حال میں قائم ہو جائے۔</w:t>
      </w:r>
    </w:p>
    <w:p>
      <w:r>
        <w:rPr>
          <w:b/>
        </w:rPr>
        <w:t xml:space="preserve">[08:37] </w:t>
      </w:r>
      <w:r>
        <w:t>baqi jo ideal peace hai, woh to aakhirat mein, jannat mein milega hum ko. yeh kyun itna zyada hai?</w:t>
      </w:r>
    </w:p>
    <w:p>
      <w:pPr>
        <w:jc w:val="right"/>
      </w:pPr>
      <w:r>
        <w:t>باقی جو آئیڈیل پیس ہے، وہ تو آخرت میں، جنت میں ملے گا ہم کو۔ یہ کیوں اتنا زیادہ ہے؟</w:t>
      </w:r>
    </w:p>
    <w:p>
      <w:r>
        <w:rPr>
          <w:b/>
        </w:rPr>
        <w:t xml:space="preserve">[08:45] </w:t>
      </w:r>
      <w:r>
        <w:t>allah taala ko yeh matloob hai ke insaan duniya mein</w:t>
      </w:r>
    </w:p>
    <w:p>
      <w:pPr>
        <w:jc w:val="right"/>
      </w:pPr>
      <w:r>
        <w:t>اللہ تعالیٰ کو یہ مطلوب ہے کہ انسان دنیا میں</w:t>
      </w:r>
    </w:p>
    <w:p>
      <w:r>
        <w:rPr>
          <w:b/>
        </w:rPr>
        <w:t xml:space="preserve">[08:50] </w:t>
      </w:r>
      <w:r>
        <w:t>constructive kaam kare, duniya mein logon ko educate kiya jaye, aur sab se badh kar yeh ke allah ka jo message hai, jis ko hum dawat kehte hain, us ko phailane ke mawaqe khule hue hon.</w:t>
      </w:r>
    </w:p>
    <w:p>
      <w:pPr>
        <w:jc w:val="right"/>
      </w:pPr>
      <w:r>
        <w:t>کنسٹرکٹو کام کرے، دنیا میں لوگوں کو ایجوکیٹ کیا جائے، اور سب سے بڑھ کر یہ کہ اللہ کا جو مسج ہے، جس کو ہم دعوت کہتے ہیں، اس کو پھیلانے کے مواقع کھلے ہوئے ہوں۔</w:t>
      </w:r>
    </w:p>
    <w:p>
      <w:r>
        <w:rPr>
          <w:b/>
        </w:rPr>
        <w:t xml:space="preserve">[09:06] </w:t>
      </w:r>
      <w:r>
        <w:t>yaani peaceful da'wah work ke liye koi rukawat na ho.</w:t>
      </w:r>
    </w:p>
    <w:p>
      <w:pPr>
        <w:jc w:val="right"/>
      </w:pPr>
      <w:r>
        <w:t>یعنی پیس فل دعا ورک کے لیے کوئی رکاوٹ نہ ہو۔</w:t>
      </w:r>
    </w:p>
    <w:p>
      <w:r>
        <w:rPr>
          <w:b/>
        </w:rPr>
        <w:t xml:space="preserve">[09:13] </w:t>
      </w:r>
      <w:r>
        <w:t>yaad rakhiye, jab tak peace nahin hoga, koi bhi kaam nahin ho sakta, aur da'wah work bhi nahin ho sakta. lekin log is baat ko nahin samajhte ke duniya mein hamein workable peace par raazi hona hai.</w:t>
      </w:r>
    </w:p>
    <w:p>
      <w:pPr>
        <w:jc w:val="right"/>
      </w:pPr>
      <w:r>
        <w:t>یاد رکھیے، جب تک پیس نہیں ہوگا، کوئی بھی کام نہیں ہو سکتا، اور دعا ورک بھی نہیں ہو سکتا۔ لیکن لوگ اس رات کو نہیں سمجھتے کہ دنیا میں ہمیں ورکیبل پیس پر راضی ہونا ہے۔</w:t>
      </w:r>
    </w:p>
    <w:p>
      <w:r>
        <w:rPr>
          <w:b/>
        </w:rPr>
        <w:t xml:space="preserve">[09:28] </w:t>
      </w:r>
      <w:r>
        <w:t>ideal sense mein agar chahenge ke peace qaim karna hai, to phir nai ladai, nai ladai paida hogi.</w:t>
      </w:r>
    </w:p>
    <w:p>
      <w:pPr>
        <w:jc w:val="right"/>
      </w:pPr>
      <w:r>
        <w:t>آئیڈیل سینس میں اگر چاہیں گے کہ پیس قائم کرنا ہے، تو پھر نئی لڑائی، نئی لڑائی پیدا ہوگی۔</w:t>
      </w:r>
    </w:p>
    <w:p>
      <w:r>
        <w:rPr>
          <w:b/>
        </w:rPr>
        <w:t xml:space="preserve">[09:36] </w:t>
      </w:r>
      <w:r>
        <w:t>nai ladai paida hogi.</w:t>
      </w:r>
    </w:p>
    <w:p>
      <w:pPr>
        <w:jc w:val="right"/>
      </w:pPr>
      <w:r>
        <w:t>نئی لڑائی پیدا ہوگی۔</w:t>
      </w:r>
    </w:p>
    <w:p>
      <w:r>
        <w:rPr>
          <w:b/>
        </w:rPr>
        <w:t xml:space="preserve">[09:39] </w:t>
      </w:r>
      <w:r>
        <w:t>to islam ka, aur apne islam ka jo mission tha, us mein yeh baat shamil thi ke aap duniya mein peace qaim karen.</w:t>
      </w:r>
    </w:p>
    <w:p>
      <w:pPr>
        <w:jc w:val="right"/>
      </w:pPr>
      <w:r>
        <w:t>تو اسلام کا، اور اپنے اسلام کا جو مشن تھا، اس میں یہ بات شامل تھی کہ آپ دنیا میں پیس قائم کریں۔</w:t>
      </w:r>
    </w:p>
    <w:p>
      <w:r>
        <w:rPr>
          <w:b/>
        </w:rPr>
        <w:t xml:space="preserve">[09:51] </w:t>
      </w:r>
      <w:r>
        <w:t>to as a principle aap ne ailaan kiya peace ke bare mein, aur practical taur par bhi is ko aap ne initiate kiya, jis ke baad ek process chala tareekh mein,</w:t>
      </w:r>
    </w:p>
    <w:p>
      <w:pPr>
        <w:jc w:val="right"/>
      </w:pPr>
      <w:r>
        <w:t>تو ایز اے پرنسپل آپ نے اعلان کیا پیس کے بارے میں، اور پریکٹیکل طور پر بھی اس کو آپ نے انیشیٹ کیا، جس کے بعد ایک پراسیس چلا تاریخ میں،</w:t>
      </w:r>
    </w:p>
    <w:p>
      <w:r>
        <w:rPr>
          <w:b/>
        </w:rPr>
        <w:t xml:space="preserve">[10:06] </w:t>
      </w:r>
      <w:r>
        <w:t>aur baad mein woh culmination tak pahuncha.</w:t>
      </w:r>
    </w:p>
    <w:p>
      <w:pPr>
        <w:jc w:val="right"/>
      </w:pPr>
      <w:r>
        <w:t>اور بعد میں وہ کنولیشن تک پہنچا۔</w:t>
      </w:r>
    </w:p>
    <w:p>
      <w:r>
        <w:rPr>
          <w:b/>
        </w:rPr>
        <w:t xml:space="preserve">[10:11] </w:t>
      </w:r>
      <w:r>
        <w:t>to bator parinsipal ke, az a parinsipal aap ne quran mein aap par yeh ayat utari gayi ke allah pais ko pasand karta hai.</w:t>
      </w:r>
    </w:p>
    <w:p>
      <w:pPr>
        <w:jc w:val="right"/>
      </w:pPr>
      <w:r>
        <w:t>تو بطور پرنسپل کے، ایز اے پرنسپل آپ نے قرآن میں آپ پر یہ آیت اتاری گئی کہ اللہ پیس کو پسند کرتا ہے۔</w:t>
      </w:r>
    </w:p>
    <w:p>
      <w:r>
        <w:rPr>
          <w:b/>
        </w:rPr>
        <w:t xml:space="preserve">[10:24] </w:t>
      </w:r>
      <w:r>
        <w:t>allah ke nazdeek pais jo hai, woh sum bonam hai.</w:t>
      </w:r>
    </w:p>
    <w:p>
      <w:pPr>
        <w:jc w:val="right"/>
      </w:pPr>
      <w:r>
        <w:t>اللہ کے نزدیک پیس جو ہے، وہ سم بونم ہے۔</w:t>
      </w:r>
    </w:p>
    <w:p>
      <w:r>
        <w:rPr>
          <w:b/>
        </w:rPr>
        <w:t xml:space="preserve">[10:32] </w:t>
      </w:r>
      <w:r>
        <w:t>yeh sab utari gayi az a parinsipal.</w:t>
      </w:r>
    </w:p>
    <w:p>
      <w:pPr>
        <w:jc w:val="right"/>
      </w:pPr>
      <w:r>
        <w:t>یہ سب اتاری گئی ایز اے پرنسپل۔</w:t>
      </w:r>
    </w:p>
    <w:p>
      <w:r>
        <w:rPr>
          <w:b/>
        </w:rPr>
        <w:t xml:space="preserve">[10:37] </w:t>
      </w:r>
      <w:r>
        <w:t>phir rasool allah salallaho alaihi wasallam ke zamane mein pais ko amalan bhi qaim kiya gaya, workable sense mein qaim kiya gaya.</w:t>
      </w:r>
    </w:p>
    <w:p>
      <w:pPr>
        <w:jc w:val="right"/>
      </w:pPr>
      <w:r>
        <w:t>پھر رسول اللہ صلی اللہ علیہ وسلم کے زمانے میں پیس کو عملاً بھی قائم کیا گیا، ورکیبل سینس میں قائم کیا گیا۔</w:t>
      </w:r>
    </w:p>
    <w:p>
      <w:r>
        <w:rPr>
          <w:b/>
        </w:rPr>
        <w:t xml:space="preserve">[10:47] </w:t>
      </w:r>
      <w:r>
        <w:t>aap ne ek dua ki thi us zamane mein ke "allahumma antas salam wa minkas salam wa ilaikal yaus salam hina rabbana bis salam tabarak rabbana wa ta ala jalal wal ikram" .</w:t>
      </w:r>
    </w:p>
    <w:p>
      <w:pPr>
        <w:jc w:val="right"/>
      </w:pPr>
      <w:r>
        <w:t>آپ نے ایک دعا کی تھی اس زمانے میں کہ "اللهم انت السلام ومنک السلام والیک جو السلام حین ربنا بالسلام تبارک ربنا و تعالی جلال والاکرام" ۔</w:t>
      </w:r>
    </w:p>
    <w:p>
      <w:r>
        <w:rPr>
          <w:b/>
        </w:rPr>
        <w:t xml:space="preserve">[11:06] </w:t>
      </w:r>
      <w:r>
        <w:t>yani aye allah, tu pais hai, pais tujh se hai,</w:t>
      </w:r>
    </w:p>
    <w:p>
      <w:pPr>
        <w:jc w:val="right"/>
      </w:pPr>
      <w:r>
        <w:t>یعنی اے اللہ، تو پیس ہے، پیس تجھ سے ہے،</w:t>
      </w:r>
    </w:p>
    <w:p>
      <w:r>
        <w:rPr>
          <w:b/>
        </w:rPr>
        <w:t xml:space="preserve">[11:17] </w:t>
      </w:r>
      <w:r>
        <w:t>aur pais teri taraf lotati hai.</w:t>
      </w:r>
    </w:p>
    <w:p>
      <w:pPr>
        <w:jc w:val="right"/>
      </w:pPr>
      <w:r>
        <w:t>اور پیس تیری طرف لوٹتی ہے۔</w:t>
      </w:r>
    </w:p>
    <w:p>
      <w:r>
        <w:rPr>
          <w:b/>
        </w:rPr>
        <w:t xml:space="preserve">[11:21] </w:t>
      </w:r>
      <w:r>
        <w:t>pais taraf lotne ka matlab kya hai? ilaik ya jus salam ka matlab kya hai? yani tu sirf pais ko accept karta hai,</w:t>
      </w:r>
    </w:p>
    <w:p>
      <w:pPr>
        <w:jc w:val="right"/>
      </w:pPr>
      <w:r>
        <w:t>پیس طرف لوٹنے کا مطلب کیا ہے؟ الیک یا جو السلام کا مطلب کیا ہے؟ یعنی تو صرف پیس کو ایکسیپٹ کرتا ہے،</w:t>
      </w:r>
    </w:p>
    <w:p>
      <w:r>
        <w:rPr>
          <w:b/>
        </w:rPr>
        <w:t xml:space="preserve">[11:33] </w:t>
      </w:r>
      <w:r>
        <w:t>tu violence ko accept nahi karta.</w:t>
      </w:r>
    </w:p>
    <w:p>
      <w:pPr>
        <w:jc w:val="right"/>
      </w:pPr>
      <w:r>
        <w:t>تو وائیلنس کو ایکسیپٹ نہیں کرتا۔</w:t>
      </w:r>
    </w:p>
    <w:p>
      <w:r>
        <w:rPr>
          <w:b/>
        </w:rPr>
        <w:t xml:space="preserve">[11:38] </w:t>
      </w:r>
      <w:r>
        <w:t>tere creation plan mein sirf pais ko jagah hai, violence ke liye koi jagah nahi hai.</w:t>
      </w:r>
    </w:p>
    <w:p>
      <w:pPr>
        <w:jc w:val="right"/>
      </w:pPr>
      <w:r>
        <w:t>تیرے کریشن پلان میں صرف پیس کو جگہ ہے، وائیلنس کے لیے کوئی جگہ نہیں ہے۔</w:t>
      </w:r>
    </w:p>
    <w:p>
      <w:r>
        <w:rPr>
          <w:b/>
        </w:rPr>
        <w:t xml:space="preserve">[11:45] </w:t>
      </w:r>
      <w:r>
        <w:t>tu "allahumma antas salam wa minkas salam wa ilaikal yaus salam hina rabbana bis salam wa ittakhazna darak daras salam" .</w:t>
      </w:r>
    </w:p>
    <w:p>
      <w:pPr>
        <w:jc w:val="right"/>
      </w:pPr>
      <w:r>
        <w:t>تو "اللهم انت السلام ومنک السلام والیک جو السلام حین ربنا بالسلام واتخذنا دارک دار السلام" ۔</w:t>
      </w:r>
    </w:p>
    <w:p>
      <w:r>
        <w:rPr>
          <w:b/>
        </w:rPr>
        <w:t xml:space="preserve">[11:57] </w:t>
      </w:r>
      <w:r>
        <w:t>aye allah, tu pais hai, tujh se pais hai, pais teri taraf lotati hai, aur aye allah, hum ko pais wala ghar de,</w:t>
      </w:r>
    </w:p>
    <w:p>
      <w:pPr>
        <w:jc w:val="right"/>
      </w:pPr>
      <w:r>
        <w:t>اے اللہ، تو پیس ہے، تجھ سے پیس ہے، پیس تیری طرف لوٹتی ہے، اور اے اللہ، ہم کو پیس والا گھر دے،</w:t>
      </w:r>
    </w:p>
    <w:p>
      <w:r>
        <w:rPr>
          <w:b/>
        </w:rPr>
        <w:t xml:space="preserve">[12:07] </w:t>
      </w:r>
      <w:r>
        <w:t>humain darussalam de. yani dunya mein bhi pais mile humain, aur akhirat mein humain pais mile. yeh dua aap ne ki.</w:t>
      </w:r>
    </w:p>
    <w:p>
      <w:pPr>
        <w:jc w:val="right"/>
      </w:pPr>
      <w:r>
        <w:t>ہمیں دارالسلام دے۔ یعنی دنیا میں بھی پیس ملے ہمیں، اور آخرت میں ہمیں پیس ملے۔ یہ دعا آپ نے کی۔</w:t>
      </w:r>
    </w:p>
    <w:p>
      <w:r>
        <w:rPr>
          <w:b/>
        </w:rPr>
        <w:t xml:space="preserve">[12:22] </w:t>
      </w:r>
      <w:r>
        <w:t>to aap jante hain ke aap ka jo mission tha, woh aap se bohat pehle, yani seventh century ad ke first quarter mein aap ne shuru kiya apna mission, namely 610 ad mein.</w:t>
      </w:r>
    </w:p>
    <w:p>
      <w:pPr>
        <w:jc w:val="right"/>
      </w:pPr>
      <w:r>
        <w:t>تو آپ جانتے ہیں کہ آپ کا جو مشن تھا، وہ آپ سے بہت پہلے، یعنی سیونتھ سینچری اے ڈی کے فرسٹ کوارٹر میں آپ نے شروع کیا اپنا مشن، نیملی 610 اے ڈی میں۔</w:t>
      </w:r>
    </w:p>
    <w:p>
      <w:r>
        <w:rPr>
          <w:b/>
        </w:rPr>
        <w:t xml:space="preserve">[12:39] </w:t>
      </w:r>
      <w:r>
        <w:t>us zamane mein qabail ka daur tha, qabail mein war culture bohat aam tha. to kuch kai bar unhone aap se ladai chhirna chaha, lekin aap ne manage kiya ladai ko.</w:t>
      </w:r>
    </w:p>
    <w:p>
      <w:pPr>
        <w:jc w:val="right"/>
      </w:pPr>
      <w:r>
        <w:t>اس زمانے میں قبائل کا دور تھا، قبائل میں وار کلچر بہت عام تھا۔ تو کچھ کئی بار انہوں نے آپ سے لڑائی چھڑنا چاہا، لیکن آپ نے مینج کیا لڑائی کو۔</w:t>
      </w:r>
    </w:p>
    <w:p>
      <w:r>
        <w:rPr>
          <w:b/>
        </w:rPr>
        <w:t xml:space="preserve">[12:54] </w:t>
      </w:r>
      <w:r>
        <w:t>natija yeh hai ke full fledge war kabhi bhi nahi hui aap ke zamane mein, sirf kuch ek skirmishes kuch huin. bas yeh galat hai ke rasool allah salallaho alaihi wasallam ke zamane mein ladaiyan huin, skirmishes thin.</w:t>
      </w:r>
    </w:p>
    <w:p>
      <w:pPr>
        <w:jc w:val="right"/>
      </w:pPr>
      <w:r>
        <w:t>نتیجہ یہ ہے کہ فل فلیج وار کبھی بھی نہیں ہوئی آپ کے زمانے میں، صرف کچھ ایک اسکرمیشنز کچھ ہوئیں۔ بس یہ غلط ہے کہ رسول اللہ صلی اللہ علیہ وسلم کے زمانے میں لڑائیاں ہوئیں، اسکرمیشنز تھیں۔</w:t>
      </w:r>
    </w:p>
    <w:p>
      <w:r>
        <w:rPr>
          <w:b/>
        </w:rPr>
        <w:t xml:space="preserve">[13:06] </w:t>
      </w:r>
      <w:r>
        <w:t>woh</w:t>
      </w:r>
    </w:p>
    <w:p>
      <w:pPr>
        <w:jc w:val="right"/>
      </w:pPr>
      <w:r>
        <w:t>وہ</w:t>
      </w:r>
    </w:p>
    <w:p>
      <w:r>
        <w:rPr>
          <w:b/>
        </w:rPr>
        <w:t xml:space="preserve">[13:09] </w:t>
      </w:r>
      <w:r>
        <w:t>dusra jo dusri jo party thi, woh chahti thi aap ko uljhana ladai mein, kyunke woh to so so baras se ladte rehte the. to full fledge war kabhi bhi aap ki nahi pesh nahi aayi.</w:t>
      </w:r>
    </w:p>
    <w:p>
      <w:pPr>
        <w:jc w:val="right"/>
      </w:pPr>
      <w:r>
        <w:t>دوسرا جو دوسری جو پارٹی تھی، وہ چاہتی تھی آپ کو الجھانا لڑائی میں، کیونکہ وہ تو سو سو برس سے لڑتے رہتے تھے۔ تو فل فلیج وار کبھی بھی آپ کی نہیں پیش نہیں آئی۔</w:t>
      </w:r>
    </w:p>
    <w:p>
      <w:r>
        <w:rPr>
          <w:b/>
        </w:rPr>
        <w:t xml:space="preserve">[13:22] </w:t>
      </w:r>
      <w:r>
        <w:t>dekhiye, war ki jo definition hai, us mein yeh hai ke kam se kam chhe din tak war agar jari rahe, tab woh war hai, warna war nahi, woh jhadap hai.</w:t>
      </w:r>
    </w:p>
    <w:p>
      <w:pPr>
        <w:jc w:val="right"/>
      </w:pPr>
      <w:r>
        <w:t>دیکھیے، وار کی جو ڈیفینیشن ہے، اس میں یہ ہے کہ کم سے کم چھ دن تک وار اگر جاری رہے، تب وہ وار ہے، ورنہ وار نہیں، وہ جھڑپ ہے۔</w:t>
      </w:r>
    </w:p>
    <w:p>
      <w:r>
        <w:rPr>
          <w:b/>
        </w:rPr>
        <w:t xml:space="preserve">[13:32] </w:t>
      </w:r>
      <w:r>
        <w:t>to aap ke zinda mein koi war ek hi din se zyada rahi, bas is se zyada nahi.</w:t>
      </w:r>
    </w:p>
    <w:p>
      <w:pPr>
        <w:jc w:val="right"/>
      </w:pPr>
      <w:r>
        <w:t>تو آپ کے زندہ میں کوئی وار ایک ہی دن سے زیادہ رہی، بس اس سے زیادہ نہیں۔</w:t>
      </w:r>
    </w:p>
    <w:p>
      <w:r>
        <w:rPr>
          <w:b/>
        </w:rPr>
        <w:t xml:space="preserve">[13:38] </w:t>
      </w:r>
      <w:r>
        <w:t>to dusri party ne aap ko ladai mein uljhana chaha, lekin aap kabhi bhi full fledge war mein shamil nahi hue. chand skirmishes pesh aayin.</w:t>
      </w:r>
    </w:p>
    <w:p>
      <w:pPr>
        <w:jc w:val="right"/>
      </w:pPr>
      <w:r>
        <w:t>تو دوسری پارٹی نے آپ کو لڑائی میں الجھانا چاہا، لیکن آپ کبھی بھی فل فلیج وار میں شامل نہیں ہوئے۔ چند اسکرمیشنز پیش آئیں۔</w:t>
      </w:r>
    </w:p>
    <w:p>
      <w:r>
        <w:rPr>
          <w:b/>
        </w:rPr>
        <w:t xml:space="preserve">[13:51] </w:t>
      </w:r>
      <w:r>
        <w:t>phir aap ne kiya kiya? aap ne yak tarfa sabr ke zariye ek ek model qaim kiya, pais ka model.</w:t>
      </w:r>
    </w:p>
    <w:p>
      <w:pPr>
        <w:jc w:val="right"/>
      </w:pPr>
      <w:r>
        <w:t>پھر آپ نے کیا کیا؟ آپ نے یکطرفہ صبر کے ذریعے ایک ایک ماڈل قائم کیا، پیس کا ماڈل۔</w:t>
      </w:r>
    </w:p>
    <w:p>
      <w:r>
        <w:rPr>
          <w:b/>
        </w:rPr>
        <w:t xml:space="preserve">[14:01] </w:t>
      </w:r>
      <w:r>
        <w:t>jo hudaybiyah pais treaty hai, woh kya hai?</w:t>
      </w:r>
    </w:p>
    <w:p>
      <w:pPr>
        <w:jc w:val="right"/>
      </w:pPr>
      <w:r>
        <w:t>جو حدیبیہ پیس ٹریٹی ہے، وہ کیا ہے؟</w:t>
      </w:r>
    </w:p>
    <w:p>
      <w:r>
        <w:rPr>
          <w:b/>
        </w:rPr>
        <w:t xml:space="preserve">[14:05] </w:t>
      </w:r>
      <w:r>
        <w:t>woh kehna chahiye ke</w:t>
      </w:r>
    </w:p>
    <w:p>
      <w:pPr>
        <w:jc w:val="right"/>
      </w:pPr>
      <w:r>
        <w:t>وہ کہنا چاہیے کہ</w:t>
      </w:r>
    </w:p>
    <w:p>
      <w:r>
        <w:rPr>
          <w:b/>
        </w:rPr>
        <w:t xml:space="preserve">[14:11] </w:t>
      </w:r>
      <w:r>
        <w:t>first united nations thi, woh first tareekh mein. yani is mein</w:t>
      </w:r>
    </w:p>
    <w:p>
      <w:pPr>
        <w:jc w:val="right"/>
      </w:pPr>
      <w:r>
        <w:t>فرسٹ یونائٹڈ نیشنز تھیں، وہ فرسٹ تاریخ میں۔ یعنی اس میں</w:t>
      </w:r>
    </w:p>
    <w:p>
      <w:r>
        <w:rPr>
          <w:b/>
        </w:rPr>
        <w:t xml:space="preserve">[14:21] </w:t>
      </w:r>
      <w:r>
        <w:t>do fareeq thay shamil: aik thay musalman, doosray thay quraish, yeh to direct thay, aur teesray yahood thay, jo in direct thay.</w:t>
      </w:r>
    </w:p>
    <w:p>
      <w:pPr>
        <w:jc w:val="right"/>
      </w:pPr>
      <w:r>
        <w:t>دو فریق تھے شامل: ایک تھے مسلمان، دوسرے تھے قریش، یہ تو ڈائریکٹ تھے، اور تیسرے یہود تھے، جو ان ڈائریکٹ تھے۔</w:t>
      </w:r>
    </w:p>
    <w:p>
      <w:r>
        <w:rPr>
          <w:b/>
        </w:rPr>
        <w:t xml:space="preserve">[14:34] </w:t>
      </w:r>
      <w:r>
        <w:t>to teen qomon ka woh pact tha, woh teen qomon ka peace ke darmiyan peace qaim hua tha, is ke zariye se.</w:t>
      </w:r>
    </w:p>
    <w:p>
      <w:pPr>
        <w:jc w:val="right"/>
      </w:pPr>
      <w:r>
        <w:t>تو تین قوموں کا وہ پیک تھا، وہ تین قوموں کا پیس کے درمیان پیس قائم ہوا تھا، اس کے ذریعے سے۔</w:t>
      </w:r>
    </w:p>
    <w:p>
      <w:r>
        <w:rPr>
          <w:b/>
        </w:rPr>
        <w:t xml:space="preserve">[14:47] </w:t>
      </w:r>
      <w:r>
        <w:t>to yeh tha international peace ka pehla model, lekin woh workable peace tha, woh ideal peace kabhi na hua, na hoga.</w:t>
      </w:r>
    </w:p>
    <w:p>
      <w:pPr>
        <w:jc w:val="right"/>
      </w:pPr>
      <w:r>
        <w:t>تو یہ تھا انٹرنیشنل پیس کا پہلا ماڈل، لیکن وہ ورکیبل پیس تھا، وہ آئیڈیل پیس کبھی نہ ہوا، نہ ہوگا۔</w:t>
      </w:r>
    </w:p>
    <w:p>
      <w:r>
        <w:rPr>
          <w:b/>
        </w:rPr>
        <w:t xml:space="preserve">[14:58] </w:t>
      </w:r>
      <w:r>
        <w:t>to rasool Allah sal Allah alayh wasallam ne kya kiya? ke tareekh mein peace ko initiate kiya</w:t>
      </w:r>
    </w:p>
    <w:p>
      <w:pPr>
        <w:jc w:val="right"/>
      </w:pPr>
      <w:r>
        <w:t>تو رسول اللہ صلی اللہ علیہ وسلم نے کیا کیا؟ کہ تاریخ میں پیس کو انیشیٹ کیا</w:t>
      </w:r>
    </w:p>
    <w:p>
      <w:r>
        <w:rPr>
          <w:b/>
        </w:rPr>
        <w:t xml:space="preserve">[15:04] </w:t>
      </w:r>
      <w:r>
        <w:t>, peace ka process jari kiya, aur aap ke jo saathi thay, unhon ne bhi yahi kiya. phir yeh peace ka process chalta raha, chalta raha, mukhtalif marhalon se guzarte hue, woh pohancha league of nations tak.</w:t>
      </w:r>
    </w:p>
    <w:p>
      <w:pPr>
        <w:jc w:val="right"/>
      </w:pPr>
      <w:r>
        <w:t>، پیس کا پراسیس جاری کیا، اور آپ کے جو ساتھی تھے، انہوں نے بھی یہی کیا۔ پھر یہ پیس کا پراسیس چلتا رہا، چلتا رہا، مختلف مراحل سے گزرتے ہوئے، وہ پہنچا لیگ آف نیشنز تک۔</w:t>
      </w:r>
    </w:p>
    <w:p>
      <w:r>
        <w:rPr>
          <w:b/>
        </w:rPr>
        <w:t xml:space="preserve">[15:25] </w:t>
      </w:r>
      <w:r>
        <w:t>league of nations jo hai, woh bani thi 1920 mein,</w:t>
      </w:r>
    </w:p>
    <w:p>
      <w:pPr>
        <w:jc w:val="right"/>
      </w:pPr>
      <w:r>
        <w:t>لیگ آف نیشنز جو ہے، وہ بنی تھی 1920 میں،</w:t>
      </w:r>
    </w:p>
    <w:p>
      <w:r>
        <w:rPr>
          <w:b/>
        </w:rPr>
        <w:t xml:space="preserve">[15:30] </w:t>
      </w:r>
      <w:r>
        <w:t>is ke sixty to three nations is mein shamil theen. rasool Allah ke zamanay mein teen nations shamil theen, ab jo bana 1920 mein league of nations, to is mein sixty to three nations shamil theen,</w:t>
      </w:r>
    </w:p>
    <w:p>
      <w:pPr>
        <w:jc w:val="right"/>
      </w:pPr>
      <w:r>
        <w:t>اس کے سکس ٹو تھری نیشنز اس میں شامل تھیں۔ رسول اللہ کے زمانے میں تین نیشنز شامل تھیں، اب جو بنا 1920 میں لیگ آف نیشنز، تو اس میں سکس ٹو تھری نیشنز شامل تھیں،</w:t>
      </w:r>
    </w:p>
    <w:p>
      <w:r>
        <w:rPr>
          <w:b/>
        </w:rPr>
        <w:t xml:space="preserve">[15:47] </w:t>
      </w:r>
      <w:r>
        <w:t>lekin woh 1946 mein toot gayi. woh is ke baad doosri jo bani, woh is ko hum kehte hain united nations,</w:t>
      </w:r>
    </w:p>
    <w:p>
      <w:pPr>
        <w:jc w:val="right"/>
      </w:pPr>
      <w:r>
        <w:t>لیکن وہ 1946 میں ٹوٹ گئی۔ وہ اس کے بعد دوسری جو بنی، وہ اس کو ہم کہتے ہیں یونائٹڈ نیشنز،</w:t>
      </w:r>
    </w:p>
    <w:p>
      <w:r>
        <w:rPr>
          <w:b/>
        </w:rPr>
        <w:t xml:space="preserve">[16:00] </w:t>
      </w:r>
      <w:r>
        <w:t>jo bani 1965 mein, is ke members ki tadad 193 hai.</w:t>
      </w:r>
    </w:p>
    <w:p>
      <w:pPr>
        <w:jc w:val="right"/>
      </w:pPr>
      <w:r>
        <w:t>جو بنی 1965 میں، اس کے ممبروں کی تعداد 193 ہے۔</w:t>
      </w:r>
    </w:p>
    <w:p>
      <w:r>
        <w:rPr>
          <w:b/>
        </w:rPr>
        <w:t xml:space="preserve">[16:11] </w:t>
      </w:r>
      <w:r>
        <w:t>yani Hudaybiyah ke waqt teen nations shamil theen, league of nations mein 63 nations shamil theen, aur united nations mein ab jo chal rahi hai, is mein 193 nations shamil hain.</w:t>
      </w:r>
    </w:p>
    <w:p>
      <w:pPr>
        <w:jc w:val="right"/>
      </w:pPr>
      <w:r>
        <w:t>یعنی حدیبیہ کے وقت تین نیشنز شامل تھیں، لیگ آف نیشنز میں 63 نیشنز شامل تھیں، اور یونائٹڈ نیشنز میں اب جو چل رہی ہے، اس میں 193 نیشنز شامل ہیں۔</w:t>
      </w:r>
    </w:p>
    <w:p>
      <w:r>
        <w:rPr>
          <w:b/>
        </w:rPr>
        <w:t xml:space="preserve">[16:26] </w:t>
      </w:r>
      <w:r>
        <w:t>yeh hai silsila.</w:t>
      </w:r>
    </w:p>
    <w:p>
      <w:pPr>
        <w:jc w:val="right"/>
      </w:pPr>
      <w:r>
        <w:t>یہ ہے سلسلہ۔</w:t>
      </w:r>
    </w:p>
    <w:p>
      <w:r>
        <w:rPr>
          <w:b/>
        </w:rPr>
        <w:t xml:space="preserve">[16:30] </w:t>
      </w:r>
      <w:r>
        <w:t>to dekhiye, baat kya hai? asal mein</w:t>
      </w:r>
    </w:p>
    <w:p>
      <w:pPr>
        <w:jc w:val="right"/>
      </w:pPr>
      <w:r>
        <w:t>تو دیکھیے، بات کیا ہے؟ اصل میں</w:t>
      </w:r>
    </w:p>
    <w:p>
      <w:r>
        <w:rPr>
          <w:b/>
        </w:rPr>
        <w:t xml:space="preserve">[16:37] </w:t>
      </w:r>
      <w:r>
        <w:t>war and peace ya jang aur sulah ka pehle zamanay mein koi usool kaam mein nahi tha. international organization nahi thi, nahi thi is ke liye.</w:t>
      </w:r>
    </w:p>
    <w:p>
      <w:pPr>
        <w:jc w:val="right"/>
      </w:pPr>
      <w:r>
        <w:t>وار اینڈ پیس یا جنگ اور صلح کا پہلے زمانے میں کوئی اصول کام میں نہیں تھا۔ انٹرنیشنل ارگنائزیشن نہیں تھی، نہیں تھی اس کے لیے۔</w:t>
      </w:r>
    </w:p>
    <w:p>
      <w:r>
        <w:rPr>
          <w:b/>
        </w:rPr>
        <w:t xml:space="preserve">[16:48] </w:t>
      </w:r>
      <w:r>
        <w:t>pichlay zamanay mein jo badshahat ka zamana tha, to kisi saltanat mein jo mulk shamil hotay thay, unhi ke darmiyan hota tha peace.</w:t>
      </w:r>
    </w:p>
    <w:p>
      <w:pPr>
        <w:jc w:val="right"/>
      </w:pPr>
      <w:r>
        <w:t>پچھلے زمانے میں جو بادشاہت کا زمانہ تھا، تو کسی سلطنت میں جو ملک شامل ہوتے تھے، انہی کے درمیان ہوتا تھا پیس۔</w:t>
      </w:r>
    </w:p>
    <w:p>
      <w:r>
        <w:rPr>
          <w:b/>
        </w:rPr>
        <w:t xml:space="preserve">[17:03] </w:t>
      </w:r>
      <w:r>
        <w:t>to woh woh political peace tha, woh aaj kal ke sense mein peace nahi tha. woh yani aik hukoomat hai, us hukoomat ka dabdaba qaim hai kuch mulkon par, to un mulkon mein us ki wajah se peace qaim hai.</w:t>
      </w:r>
    </w:p>
    <w:p>
      <w:pPr>
        <w:jc w:val="right"/>
      </w:pPr>
      <w:r>
        <w:t>تو وہ وہ پولیٹیکل پیس تھا، وہ آج کل کے سینس میں پیس نہیں تھا۔ وہ یعنی ایک حکومت ہے، اس حکومت کا دبدبہ قائم ہے کچھ ملکوں پر، تو ان ملکوں میں اس کی وجہ سے پیس قائم ہے۔</w:t>
      </w:r>
    </w:p>
    <w:p>
      <w:r>
        <w:rPr>
          <w:b/>
        </w:rPr>
        <w:t xml:space="preserve">[17:20] </w:t>
      </w:r>
      <w:r>
        <w:t>to yeh concept pehle tha, lekin Allah taala ka matlab tha ke aik aur qadam aagay barhay tareekh, yani international organizations qaim hon peace ki buniyad par.</w:t>
      </w:r>
    </w:p>
    <w:p>
      <w:pPr>
        <w:jc w:val="right"/>
      </w:pPr>
      <w:r>
        <w:t>تو یہ کانسیپٹ پہلے تھا، لیکن اللہ تعالی کا مطلوب تھا کہ ایک اور قدم آگے بڑھے تاریخ، یعنی انٹرنیشنل ارگنائزیشنز قائم ہوں پیس کی بنیاد پر۔</w:t>
      </w:r>
    </w:p>
    <w:p>
      <w:r>
        <w:rPr>
          <w:b/>
        </w:rPr>
        <w:t xml:space="preserve">[17:35] </w:t>
      </w:r>
      <w:r>
        <w:t>hukoomat se azaad kiya jaye is ko, yani aik aik hukoomat, aik saltanat, aik empire, bohat si qomon par fouj ke zariye se qabza kare, phir un mein peace qaim kare.</w:t>
      </w:r>
    </w:p>
    <w:p>
      <w:pPr>
        <w:jc w:val="right"/>
      </w:pPr>
      <w:r>
        <w:t>حکومت سے آزاد کیا جائے اس کو، یعنی ایک ایک حکومت، ایک سلطنت، ایک ایمپائر، بہت سی قوموں پر فوج کے ذریعے سے قبضہ کرے، پھر ان میں پیس قائم کرے۔</w:t>
      </w:r>
    </w:p>
    <w:p>
      <w:r>
        <w:rPr>
          <w:b/>
        </w:rPr>
        <w:t xml:space="preserve">[17:49] </w:t>
      </w:r>
      <w:r>
        <w:t>is se aagay barhay tareekh, tareekh ko Allah taala ne chaha ke aur aagay barhay. to yeh jo koshishain hain, woh isi ki kadiyan hain.</w:t>
      </w:r>
    </w:p>
    <w:p>
      <w:pPr>
        <w:jc w:val="right"/>
      </w:pPr>
      <w:r>
        <w:t>اس سے آگے بڑھے تاریخ، تاریخ کو اللہ تعالی نے چاہا کہ اور آگے بڑھے۔ تو یہ جو کوششیں ہیں، وہ اسی کی کڑیاں ہیں۔</w:t>
      </w:r>
    </w:p>
    <w:p>
      <w:r>
        <w:rPr>
          <w:b/>
        </w:rPr>
        <w:t xml:space="preserve">[18:00] </w:t>
      </w:r>
      <w:r>
        <w:t>league of nations isi ki koshish thi, lekin woh ziyada kamyab nahi hui. is ke baad united nations jo hai, is ki agli koshish hai, is mein taqreeban sari hi qomein shamil hain.</w:t>
      </w:r>
    </w:p>
    <w:p>
      <w:pPr>
        <w:jc w:val="right"/>
      </w:pPr>
      <w:r>
        <w:t>لیگ آپریشنز اسی کی کوشش تھی، لیکن وہ زیادہ کامیاب نہیں ہوئی۔ اس کے بعد یونائٹڈ نیشنز جو ہے، اس کی اگلی کوشش ہے، اس میں تقریباً ساری ہی قومیں شامل ہیں۔</w:t>
      </w:r>
    </w:p>
    <w:p>
      <w:r>
        <w:rPr>
          <w:b/>
        </w:rPr>
        <w:t xml:space="preserve">[18:15] </w:t>
      </w:r>
      <w:r>
        <w:t>to yeh hai international organization peace ke liye. ab dunya mein aap dekhiye, aap ko maloom hai ke 1948 mein human rights declaration, universal declaration of human rights jari hua union ki taraf se.</w:t>
      </w:r>
    </w:p>
    <w:p>
      <w:pPr>
        <w:jc w:val="right"/>
      </w:pPr>
      <w:r>
        <w:t>تو یہ ہے انٹرنیشنل ارگنائزیشن پیس کے لیے۔ اب دنیا میں آپ دیکھیے، آپ کو معلوم ہے کہ 1948 میں ہیومن رائٹ ڈیکلریشن، یونیورسل ڈیکلریشن آف ہیومن رائٹ جاری ہوا یونین کی طرف سے۔</w:t>
      </w:r>
    </w:p>
    <w:p>
      <w:r>
        <w:rPr>
          <w:b/>
        </w:rPr>
        <w:t xml:space="preserve">[18:34] </w:t>
      </w:r>
      <w:r>
        <w:t>is mein pehli baar yeh usool muqarrar hue jang ke baray mein aur peace ke baray mein aur qomi taluqaat ke baray mein.</w:t>
      </w:r>
    </w:p>
    <w:p>
      <w:pPr>
        <w:jc w:val="right"/>
      </w:pPr>
      <w:r>
        <w:t>اس میں پہلی بار یہ اصول مقرر ہوئے جنگ کے بارے میں اور پیس کے بارے میں اور قومی تعلقات کے بارے میں۔</w:t>
      </w:r>
    </w:p>
    <w:p>
      <w:r>
        <w:rPr>
          <w:b/>
        </w:rPr>
        <w:t xml:space="preserve">[18:44] </w:t>
      </w:r>
      <w:r>
        <w:t>to kaha ke yeh aik aik naya daur tha tareekh mein. is se pehle sirf jo emperor hota tha, emperor set karta tha usool ko, jo chalta tha sirf us ke apnay empire mein, dunya bhar mein nahi.</w:t>
      </w:r>
    </w:p>
    <w:p>
      <w:pPr>
        <w:jc w:val="right"/>
      </w:pPr>
      <w:r>
        <w:t>تو کہا کہ یہ ایک ایک نیا دور تھا تاریخ میں۔ اس سے پہلے صرف جو ایمپرر ہوتا تھا، ایمپرر سیٹ کرتا تھا اصول کو، جو چلتا تھا صرف اس کے اپنے ایمپائر میں، دنیا بھر میں نہیں۔</w:t>
      </w:r>
    </w:p>
    <w:p>
      <w:r>
        <w:rPr>
          <w:b/>
        </w:rPr>
        <w:t xml:space="preserve">[19:01] </w:t>
      </w:r>
      <w:r>
        <w:t>to hukoomat ke dayray se bahar nikal kar ke yeh qaim hua. to ab jo hum, jis ab aaj hum jo dunya mein hain, woh united nations ki dunya hai.</w:t>
      </w:r>
    </w:p>
    <w:p>
      <w:pPr>
        <w:jc w:val="right"/>
      </w:pPr>
      <w:r>
        <w:t>تو حکومت کے دائرے سے باہر نکال کر کے یہ قائم ہوا۔ تو اب جو ہم، جس اب آج ہم جو دنیا میں ہیں، وہ یونائٹڈ نیشنز کی دنیا ہے۔</w:t>
      </w:r>
    </w:p>
    <w:p>
      <w:r>
        <w:rPr>
          <w:b/>
        </w:rPr>
        <w:t xml:space="preserve">[19:13] </w:t>
      </w:r>
      <w:r>
        <w:t>is mein yeh baat maan li gayi hai ke kisi qom ko yeh haq nahi hai ke doosri qom par attack kare. pehle zamanay mein is ka koi internationally accepted rule nahi tha,</w:t>
      </w:r>
    </w:p>
    <w:p>
      <w:pPr>
        <w:jc w:val="right"/>
      </w:pPr>
      <w:r>
        <w:t>اس میں یہ بات مان لی گئی ہے کہ کسی قوم کو یہ حق نہیں ہے کہ دوسری قوم پر واٹیک کرے۔ پہلے زمانے میں اس کا کوئی انٹرنیشنلی ایکسیپٹڈ رول نہیں تھا،</w:t>
      </w:r>
    </w:p>
    <w:p>
      <w:r>
        <w:rPr>
          <w:b/>
        </w:rPr>
        <w:t xml:space="preserve">[19:29] </w:t>
      </w:r>
      <w:r>
        <w:t>koi internationally accepted rule nahi tha is is baray mein ke border cross karne ke baray mein. to badshah log barabar border cross karte thay, is mulk ko, is mulk par hamla karte thay, woh</w:t>
      </w:r>
    </w:p>
    <w:p>
      <w:pPr>
        <w:jc w:val="right"/>
      </w:pPr>
      <w:r>
        <w:t>کوئی انٹرنیشنلی ایکسیپٹڈ رول نہیں تھا اس اس بارے میں کہ بارڈر کراس کرنے کے بارے میں۔ تو بادشاہ لوگ برابر بارڈر کراس کرتے تھے، اس ملک کو، اس ملک پر حملہ کرتے تھے، وہ</w:t>
      </w:r>
    </w:p>
    <w:p>
      <w:r>
        <w:rPr>
          <w:b/>
        </w:rPr>
        <w:t xml:space="preserve">[19:44] </w:t>
      </w:r>
      <w:r>
        <w:t>kyunke internationally accepted norm koi nahi tha is zamane mein peace ka. united nations mein pehli baar yeh hua ke baqayda taur par internationally accepted norm muqarrar ho gaya peace ka aur war ka.</w:t>
      </w:r>
    </w:p>
    <w:p>
      <w:pPr>
        <w:jc w:val="right"/>
      </w:pPr>
      <w:r>
        <w:t>کیونکہ انٹرنیشنلی ایکسیپٹڈ نارم کوئی نہیں تھا اس زمانے میں پیس کا۔ یونائٹڈ نیشنز میں پہلی بار یہ ہوا کہ باقاعدہ طور پر انٹرنیشنلی ایکسیپٹڈ نارم مقرر ہو گیا پیس کا اور وار کا۔</w:t>
      </w:r>
    </w:p>
    <w:p>
      <w:r>
        <w:rPr>
          <w:b/>
        </w:rPr>
        <w:t xml:space="preserve">[20:01] </w:t>
      </w:r>
      <w:r>
        <w:t>war ke liye yeh tay ho gaya ke koi country sirf us waqt defensive war lad sakta hai jab ke us par kisi ne attack kar diya ho.</w:t>
      </w:r>
    </w:p>
    <w:p>
      <w:pPr>
        <w:jc w:val="right"/>
      </w:pPr>
      <w:r>
        <w:t>وار کے لیے یہ طے ہو گیا کہ کوئی کنٹری صرف اس وقت ڈیفنسو وار لڑ سکتا ہے جب کہ اس پر کسی نے اٹیک کر دیا ہو۔</w:t>
      </w:r>
    </w:p>
    <w:p>
      <w:r>
        <w:rPr>
          <w:b/>
        </w:rPr>
        <w:t xml:space="preserve">[20:13] </w:t>
      </w:r>
      <w:r>
        <w:t>is ke baghair jang mein involve hona yeh international norm ke khilaaf hai. yeh usool muqarrar ho gaya aur isi par aaj duniya qaim hai.</w:t>
      </w:r>
    </w:p>
    <w:p>
      <w:pPr>
        <w:jc w:val="right"/>
      </w:pPr>
      <w:r>
        <w:t>اس کے بغیر جنگ میں انوالو ہونا یہ انٹرنیشنل نارم کے خلاف ہے۔ یہ اصول مقرر ہو گیا اور اسی پر آج دنیا قائم ہے۔</w:t>
      </w:r>
    </w:p>
    <w:p>
      <w:r>
        <w:rPr>
          <w:b/>
        </w:rPr>
        <w:t xml:space="preserve">[20:28] </w:t>
      </w:r>
      <w:r>
        <w:t>isi liye aap dekhte hain ke pehle zamane mein musalsal yeh hota tha ke badshah log yahi kaam hi karte the. kabhi mulk mein ghus gaye, kabhi us mulk mein ghus gaye.</w:t>
      </w:r>
    </w:p>
    <w:p>
      <w:pPr>
        <w:jc w:val="right"/>
      </w:pPr>
      <w:r>
        <w:t>اسی لیے آپ دیکھتے ہیں کہ پہلے زمانے میں مسلسل یہ ہوتا تھا کہ بادشاہ لوگ یہی کام ہی کرتے تھے۔ کبھی ملک میں گھس گئے، کبھی اس ملک میں گھس گئے۔</w:t>
      </w:r>
    </w:p>
    <w:p>
      <w:r>
        <w:rPr>
          <w:b/>
        </w:rPr>
        <w:t xml:space="preserve">[20:39] </w:t>
      </w:r>
      <w:r>
        <w:t>poori tareekh mein yahi jaari raha hai ke badshah log mulkon mein fauj le ke ghus jaate the aur qabza karte rehte the, empire banate the, apni poori saltanat banate the.</w:t>
      </w:r>
    </w:p>
    <w:p>
      <w:pPr>
        <w:jc w:val="right"/>
      </w:pPr>
      <w:r>
        <w:t>پوری تاریخ میں یہی جاری رہا ہے کہ بادشاہ لوگ ملکوں میں فوج لے کے گھس جاتے تھے اور قبضہ کرتے رہتے تھے، ایمپائر بناتے تھے، اپنی پوری سلطنت بناتے تھے۔</w:t>
      </w:r>
    </w:p>
    <w:p>
      <w:r>
        <w:rPr>
          <w:b/>
        </w:rPr>
        <w:t xml:space="preserve">[20:51] </w:t>
      </w:r>
      <w:r>
        <w:t>kyunke is zamane mein internationally accepted norm muqarrar nahi hue the jang aur sulah ke bare mein, ab muqarrar ho gaye. yeh ittefaq nahi hua hai.</w:t>
      </w:r>
    </w:p>
    <w:p>
      <w:pPr>
        <w:jc w:val="right"/>
      </w:pPr>
      <w:r>
        <w:t>کیونکہ اس زمانے میں انٹرنیشنلی ایکسیپٹڈ نارم مقرر نہیں ہوئے تھے جنگ اور صلح کے بارے میں، اب مقرر ہو گئے۔ یہ اتفاق نہیں ہوا ہے۔</w:t>
      </w:r>
    </w:p>
    <w:p>
      <w:r>
        <w:rPr>
          <w:b/>
        </w:rPr>
        <w:t xml:space="preserve">[21:03] </w:t>
      </w:r>
      <w:r>
        <w:t>Allah taala tareekh ko manage kar rahe hain.</w:t>
      </w:r>
    </w:p>
    <w:p>
      <w:pPr>
        <w:jc w:val="right"/>
      </w:pPr>
      <w:r>
        <w:t>اللہ تعالی تاریخ کو مینج کر رہے ہیں۔</w:t>
      </w:r>
    </w:p>
    <w:p>
      <w:r>
        <w:rPr>
          <w:b/>
        </w:rPr>
        <w:t xml:space="preserve">[21:08] </w:t>
      </w:r>
      <w:r>
        <w:t>dekhiye, Allah taala ek taraf poori ins ko manage kar raha hai. Allah taala rab as-samawati wa al-ard hai, woh lekin baqiye kainat mein determination ka principle hai.</w:t>
      </w:r>
    </w:p>
    <w:p>
      <w:pPr>
        <w:jc w:val="right"/>
      </w:pPr>
      <w:r>
        <w:t>دیکھیے، اللہ تعالی ایک طرف پوری انس کو مینج کر رہا ہے۔ اللہ تعالی رب السماوات وارض ہے، وہ لیکن بقیہ کائنات میں ڈیٹرمیشن کا پرنسپل ہے۔</w:t>
      </w:r>
    </w:p>
    <w:p>
      <w:r>
        <w:rPr>
          <w:b/>
        </w:rPr>
        <w:t xml:space="preserve">[21:21] </w:t>
      </w:r>
      <w:r>
        <w:t>yaani Allah ka qanoon ke mamle mein kisi ko koi choice nahi hai, yaani planet ko aur stars ko, galaxy ko, koi koi choice nahi hai, lekin insaan ko choice hai.</w:t>
      </w:r>
    </w:p>
    <w:p>
      <w:pPr>
        <w:jc w:val="right"/>
      </w:pPr>
      <w:r>
        <w:t>یعنی اللہ کا قانون کے معاملے میں کسی کو کوئی چوائس نہیں ہے، یعنی پلینٹ کو اور اسٹارز کو، گیلیکسی کو، کوئی کوئی چوائس نہیں ہے، لیکن انسان کو چوائس ہے۔</w:t>
      </w:r>
    </w:p>
    <w:p>
      <w:r>
        <w:rPr>
          <w:b/>
        </w:rPr>
        <w:t xml:space="preserve">[21:37] </w:t>
      </w:r>
      <w:r>
        <w:t>to do farq hain. yaani baqiye jo rest of the universe hai, us mein to Allah taala qanoon yaani bohat hi muhkam andaaz mein qaim hai.</w:t>
      </w:r>
    </w:p>
    <w:p>
      <w:pPr>
        <w:jc w:val="right"/>
      </w:pPr>
      <w:r>
        <w:t>تو دو فرق ہیں۔ یعنی بقیہ جو ریسٹ آف دا یونیورس ہے، اس میں تو اللہ تعالی قانون یعنی بہت ہی محکم انداز میں قائم ہے۔</w:t>
      </w:r>
    </w:p>
    <w:p>
      <w:r>
        <w:rPr>
          <w:b/>
        </w:rPr>
        <w:t xml:space="preserve">[21:47] </w:t>
      </w:r>
      <w:r>
        <w:t>insaan ke mamle mein chunke Allah taala ne azaadi di hai test ke liye, is liye yahan par Allah taala ka manage karne ka tareeqa doosra hai.</w:t>
      </w:r>
    </w:p>
    <w:p>
      <w:pPr>
        <w:jc w:val="right"/>
      </w:pPr>
      <w:r>
        <w:t>انسان کے معاملے میں چونکہ اللہ تعالی نے آزادی دی ہے ٹیسٹ کے لیے، اس لیے یہاں پر اللہ تعالی کا مینج کرنے کا طریقہ دوسرا ہے۔</w:t>
      </w:r>
    </w:p>
    <w:p>
      <w:r>
        <w:rPr>
          <w:b/>
        </w:rPr>
        <w:t xml:space="preserve">[21:57] </w:t>
      </w:r>
      <w:r>
        <w:t>yaani azaadi ko barqarar baqi rakhte hue manage karna. isi liye main kehta hoon ke insani zindagi mein sirf workable peace qaim ho sakti hai.</w:t>
      </w:r>
    </w:p>
    <w:p>
      <w:pPr>
        <w:jc w:val="right"/>
      </w:pPr>
      <w:r>
        <w:t>یعنی آزادی کو برقرار باقی رکھتے ہوئے مینج کرنا۔ اسی لیے میں کہتا ہوں کہ انسانی زندگی میں صرف ورکیبل پیس قائم ہو سکتی ہے۔</w:t>
      </w:r>
    </w:p>
    <w:p>
      <w:r>
        <w:rPr>
          <w:b/>
        </w:rPr>
        <w:t xml:space="preserve">[22:06] </w:t>
      </w:r>
      <w:r>
        <w:t>workable dekhiye, universe mein workable peace nahi hai, wahan to actual peace hai. aap dekhiye, space mein numerous stars hain, billions and trillions stars hain,</w:t>
      </w:r>
    </w:p>
    <w:p>
      <w:pPr>
        <w:jc w:val="right"/>
      </w:pPr>
      <w:r>
        <w:t>ورکیبل دیکھیے، یونیورس میں ورکیبل پیس نہیں ہے، وہاں تو ایکچول پیس ہے۔ آپ دیکھیے، اسپیس میں نیومرس اسٹارز ہیں، بلینز اینڈ ٹریلینز اسٹارز ہیں،</w:t>
      </w:r>
    </w:p>
    <w:p>
      <w:r>
        <w:rPr>
          <w:b/>
        </w:rPr>
        <w:t xml:space="preserve">[22:21] </w:t>
      </w:r>
      <w:r>
        <w:t>aur jitne stars hain, sab revolve kar rahe hain.</w:t>
      </w:r>
    </w:p>
    <w:p>
      <w:pPr>
        <w:jc w:val="right"/>
      </w:pPr>
      <w:r>
        <w:t>اور جتنے اسٹارز ہیں، سب ریوالو کر رہے ہیں۔</w:t>
      </w:r>
    </w:p>
    <w:p>
      <w:r>
        <w:rPr>
          <w:b/>
        </w:rPr>
        <w:t xml:space="preserve">[22:28] </w:t>
      </w:r>
      <w:r>
        <w:t>million and billion galaxies hain, har galaxy in mein million and billion stars hain, aur sab revolve kar rahe hain.</w:t>
      </w:r>
    </w:p>
    <w:p>
      <w:pPr>
        <w:jc w:val="right"/>
      </w:pPr>
      <w:r>
        <w:t>ملین اینڈ بلین گیلیکسیز ہیں، ہر گیلیکسی ان میں ملین اینڈ بلین اسٹارز ہیں، اور سب ریوالو کر رہے ہیں۔</w:t>
      </w:r>
    </w:p>
    <w:p>
      <w:r>
        <w:rPr>
          <w:b/>
        </w:rPr>
        <w:t xml:space="preserve">[22:35] </w:t>
      </w:r>
      <w:r>
        <w:t>hamara jo planet hai, is ke sath jo planet hain, jo hamara solar system hai, is mein bhi sab revolve kar rahe hain, tamam bodies.</w:t>
      </w:r>
    </w:p>
    <w:p>
      <w:pPr>
        <w:jc w:val="right"/>
      </w:pPr>
      <w:r>
        <w:t>ہمارا جو پلینٹ ہے، اس کے ساتھ جو پلینٹ ہیں، جو ہمارا سولر سسٹم ہے، اس میں بھی سب ریوالو کر رہے ہیں، تمام باڈیز۔</w:t>
      </w:r>
    </w:p>
    <w:p>
      <w:r>
        <w:rPr>
          <w:b/>
        </w:rPr>
        <w:t xml:space="preserve">[22:43] </w:t>
      </w:r>
      <w:r>
        <w:t>lekin takrao nahi hota, koi takrao nahi, koi clash nahi, kyunke bohat hi muhkam andaaz mein Allah taala ke law ko follow karta hai.</w:t>
      </w:r>
    </w:p>
    <w:p>
      <w:pPr>
        <w:jc w:val="right"/>
      </w:pPr>
      <w:r>
        <w:t>لیکن ٹکراؤ نہیں ہوتا، کوئی ٹکراؤ نہیں، کوئی کلیش نہیں، کیونکہ بہت ہی محکم انداز میں اللہ تعالی کے لاء کو فالو کرتا ہے۔</w:t>
      </w:r>
    </w:p>
    <w:p>
      <w:r>
        <w:rPr>
          <w:b/>
        </w:rPr>
        <w:t xml:space="preserve">[22:55] </w:t>
      </w:r>
      <w:r>
        <w:t>har body, har astronomical body, to wahan par total peace hai, total peace hai.</w:t>
      </w:r>
    </w:p>
    <w:p>
      <w:pPr>
        <w:jc w:val="right"/>
      </w:pPr>
      <w:r>
        <w:t>ہر باڈی، ہر اسٹرانومیکل باڈی، تو وہاں پر ٹوٹل پیس ہے، ٹوٹل پیس ہے۔</w:t>
      </w:r>
    </w:p>
    <w:p>
      <w:r>
        <w:rPr>
          <w:b/>
        </w:rPr>
        <w:t xml:space="preserve">[23:05] </w:t>
      </w:r>
      <w:r>
        <w:t>lekin insaan ki zindagi mein chunke mamla yeh hai ke Allah taala ne test ke liye, imtehan ke liye insaan ko azaadi di hai, total azaadi, lekin sath sath Allah taala ke matlab hai ke peace duniya mein qaim rahe.</w:t>
      </w:r>
    </w:p>
    <w:p>
      <w:pPr>
        <w:jc w:val="right"/>
      </w:pPr>
      <w:r>
        <w:t>لیکن انسان کی زندگی میں چونکہ معاملہ یہ ہے کہ اللہ تعالی نے ٹیسٹ کے لیے، امتحان کے لیے انسان کو آزادی دی ہے، ٹوٹل آزادی، لیکن ساتھ ساتھ اللہ تعالی کے مطلوب ہے کہ پیس دنیا میں قائم رہے۔</w:t>
      </w:r>
    </w:p>
    <w:p>
      <w:r>
        <w:rPr>
          <w:b/>
        </w:rPr>
        <w:t xml:space="preserve">[23:23] </w:t>
      </w:r>
      <w:r>
        <w:t>is liye Allah taala bohat hi hikmat ke sath, bohat super wisdom ke sath, insaan ki azaadi ko baqi rakhte hue maintain kar raha hai.</w:t>
      </w:r>
    </w:p>
    <w:p>
      <w:pPr>
        <w:jc w:val="right"/>
      </w:pPr>
      <w:r>
        <w:t>اس لیے اللہ تعالی بہت ہی حکمت کے ساتھ، بہت سپر وزڈم کے ساتھ، انسان کی آزادی کو باقی رکھتے ہوئے مینٹین کر رہا ہے۔</w:t>
      </w:r>
    </w:p>
    <w:p>
      <w:r>
        <w:rPr>
          <w:b/>
        </w:rPr>
        <w:t xml:space="preserve">[23:34] </w:t>
      </w:r>
      <w:r>
        <w:t>Allah taala angels ke zariye se to is se hamein workable peace mil jata hai. ab yahan par hamein kya karna hai? is hikmat ko samajhna hai.</w:t>
      </w:r>
    </w:p>
    <w:p>
      <w:pPr>
        <w:jc w:val="right"/>
      </w:pPr>
      <w:r>
        <w:t>اللہ تعالی انجیلز کے ذریعے سے تو اس سے ہمیں ورکیبل پیس مل جاتا ہے۔ اب یہاں پر ہمیں کیا کرنا ہے؟ اس حکمت کو سمجھنا ہے۔</w:t>
      </w:r>
    </w:p>
    <w:p>
      <w:r>
        <w:rPr>
          <w:b/>
        </w:rPr>
        <w:t xml:space="preserve">[23:44] </w:t>
      </w:r>
      <w:r>
        <w:t>na samajhne ki wajah se hum ladte rahenge, ladte rahenge, ladte rahenge,</w:t>
      </w:r>
    </w:p>
    <w:p>
      <w:pPr>
        <w:jc w:val="right"/>
      </w:pPr>
      <w:r>
        <w:t>نہ سمجھنے کی وجہ سے ہم لڑتے رہیں گے، لڑتے رہیں گے، لڑتے رہیں گے،</w:t>
      </w:r>
    </w:p>
    <w:p>
      <w:r>
        <w:rPr>
          <w:b/>
        </w:rPr>
        <w:t xml:space="preserve">[23:48] </w:t>
      </w:r>
      <w:r>
        <w:t>kyunke hum chahenge ke duniya mein hamein ideal peace mile, aur ideal peace milna nahi hai kabhi. to ek ke baad ek ke baad ek ke baad ladte rahenge.</w:t>
      </w:r>
    </w:p>
    <w:p>
      <w:pPr>
        <w:jc w:val="right"/>
      </w:pPr>
      <w:r>
        <w:t>کیونکہ ہم چاہیں گے کہ دنیا میں ہمیں آئیڈیل پیس ملے، اور آئیڈیل پیس ملنا نہیں ہے کبھی۔ تو ایک کے بعد ایک کے بعد ایک کے بعد لڑتے رہیں گے۔</w:t>
      </w:r>
    </w:p>
    <w:p>
      <w:r>
        <w:rPr>
          <w:b/>
        </w:rPr>
        <w:t xml:space="preserve">[23:57] </w:t>
      </w:r>
      <w:r>
        <w:t>aap kabhi bhi duniya mein peace qaim nahi ho sake ga, kyunke ideal peace qaim karne ke liye zaroori hai ke insaan ki azaadi ko abolish kar diya jaye.</w:t>
      </w:r>
    </w:p>
    <w:p>
      <w:pPr>
        <w:jc w:val="right"/>
      </w:pPr>
      <w:r>
        <w:t>آپ کبھی بھی دنیا میں پیس قائم نہیں ہو سکے گا، کیونکہ آئیڈیل پیس قائم کرنے کے لیے ضروری ہے کہ انسان کی آزادی کو آوارش کر دیا جائے۔</w:t>
      </w:r>
    </w:p>
    <w:p>
      <w:r>
        <w:rPr>
          <w:b/>
        </w:rPr>
        <w:t xml:space="preserve">[24:08] </w:t>
      </w:r>
      <w:r>
        <w:t>jis tarah planet ke aur stars ki abadi ko azaadi hasil nahi hai,</w:t>
      </w:r>
    </w:p>
    <w:p>
      <w:pPr>
        <w:jc w:val="right"/>
      </w:pPr>
      <w:r>
        <w:t>جس طرح پلینٹ کے اور اسٹارز کی آبادی کو آزادی حاصل نہیں ہے،</w:t>
      </w:r>
    </w:p>
    <w:p>
      <w:r>
        <w:rPr>
          <w:b/>
        </w:rPr>
        <w:t xml:space="preserve">[24:15] </w:t>
      </w:r>
      <w:r>
        <w:t>galaxy ko aur solar system ko kuch bhi azaadi nahi mili hui hai, woh 100 feesad tabe hain. Lekin insaan ka maamla aisa nahi hai.</w:t>
      </w:r>
    </w:p>
    <w:p>
      <w:pPr>
        <w:jc w:val="right"/>
      </w:pPr>
      <w:r>
        <w:t>گیلیکسی کو اور سولر سسٹم کو کچھ بھی آزادی نہیں ملی ہوئی ہے، وہ 100 فیصد تابع ہیں۔ لیکن انسان کا معاملہ ایسا نہیں ہے۔</w:t>
      </w:r>
    </w:p>
    <w:p>
      <w:r>
        <w:rPr>
          <w:b/>
        </w:rPr>
        <w:t xml:space="preserve">[24:26] </w:t>
      </w:r>
      <w:r>
        <w:t>Toh jab tak insaan ko azaadi mili hui hai, aap kaise yahan par ideal peace qaim karenge? Woh sirf jo cheez mumkin hai, us se workable peace hai.</w:t>
      </w:r>
    </w:p>
    <w:p>
      <w:pPr>
        <w:jc w:val="right"/>
      </w:pPr>
      <w:r>
        <w:t>تو جب تک انسان کو آزادی ملی ہوئی ہے، آپ کیسے یہاں پر آئیڈیل پیس قائم کریں گے؟ وہ صرف جو چیز ممکن ہے، اس سے ورکیبل پیس ہے۔</w:t>
      </w:r>
    </w:p>
    <w:p>
      <w:r>
        <w:rPr>
          <w:b/>
        </w:rPr>
        <w:t xml:space="preserve">[24:36] </w:t>
      </w:r>
      <w:r>
        <w:t>Is raat ko na samajhne ki wajah se log barabar ladte rehte hain, ladte rehte hain, ladte rehte hain, aur human rights ka jo concept hai, woh bhi mere nazdeek, main us se ittefaq nahi karta.</w:t>
      </w:r>
    </w:p>
    <w:p>
      <w:pPr>
        <w:jc w:val="right"/>
      </w:pPr>
      <w:r>
        <w:t>اس رات کو نہ سمجھنے کی وجہ سے لوگ برابر لڑتے رہتے ہیں، لڑتے رہتے ہیں، لڑتے رہتے ہیں، اور ہیومن رائٹس کا جو کانسیپٹ ہے، وہ بھی میرے نزدیک، میں اس سے اتفاق نہیں کرتا۔</w:t>
      </w:r>
    </w:p>
    <w:p>
      <w:r>
        <w:rPr>
          <w:b/>
        </w:rPr>
        <w:t xml:space="preserve">[24:48] </w:t>
      </w:r>
      <w:r>
        <w:t>Human rights ka concept jo hai, ideal right par qaim hai,</w:t>
      </w:r>
    </w:p>
    <w:p>
      <w:pPr>
        <w:jc w:val="right"/>
      </w:pPr>
      <w:r>
        <w:t>ہیومن رائٹس کا کانسیپٹ جو ہے، آئیڈیل رائٹ پر قائم ہے،</w:t>
      </w:r>
    </w:p>
    <w:p>
      <w:r>
        <w:rPr>
          <w:b/>
        </w:rPr>
        <w:t xml:space="preserve">[24:53] </w:t>
      </w:r>
      <w:r>
        <w:t>Is liye hamesha un ke paas complaint ki language hoti hai. Aaj subah main pooch sun raha tha ek human rights ke ek bohat bade advocate ki taqreer.</w:t>
      </w:r>
    </w:p>
    <w:p>
      <w:pPr>
        <w:jc w:val="right"/>
      </w:pPr>
      <w:r>
        <w:t>اس لیے ہمیشہ ان کے پاس کمپلینٹ کی لینگویج ہوتی ہے۔ آج صبح میں پوچھ سن رہا تھا ایک ہیومن رائٹس کے ایک بہت بڑے ایڈوکیٹ کی تقریر۔</w:t>
      </w:r>
    </w:p>
    <w:p>
      <w:r>
        <w:rPr>
          <w:b/>
        </w:rPr>
        <w:t xml:space="preserve">[25:03] </w:t>
      </w:r>
      <w:r>
        <w:t>Sab complaint ki language bolte thay. Jitne bhi human rights activist hain, sab complaint ki language bolte hain. Kyun? Woh hamesha un ke paas ideal yardstick hai,</w:t>
      </w:r>
    </w:p>
    <w:p>
      <w:pPr>
        <w:jc w:val="right"/>
      </w:pPr>
      <w:r>
        <w:t>سب کمپلینٹ کی لینگویج بولتے تھے۔ جتنے بھی ہیومن رائٹ ایکٹیوسٹ ہیں، سب کمپلینٹ کی لینگویج بولتے ہیں۔ کیوں؟ وہ ہمیشہ ان کے پاس آئیڈیل یارڈسٹک ہے،</w:t>
      </w:r>
    </w:p>
    <w:p>
      <w:r>
        <w:rPr>
          <w:b/>
        </w:rPr>
        <w:t xml:space="preserve">[25:17] </w:t>
      </w:r>
      <w:r>
        <w:t>Isi pe napte hain. Woh woh chahte hain ke human rights jo hain, ideal sense mein mile logon ko</w:t>
      </w:r>
    </w:p>
    <w:p>
      <w:pPr>
        <w:jc w:val="right"/>
      </w:pPr>
      <w:r>
        <w:t>اسی پہ ناپتے ہیں۔ وہ وہ چاہتے ہیں کہ ہیومن رائٹس جو ہیں، آئیڈیل سینس میں ملے لوگوں کو</w:t>
      </w:r>
    </w:p>
    <w:p>
      <w:r>
        <w:rPr>
          <w:b/>
        </w:rPr>
        <w:t xml:space="preserve">[25:22] </w:t>
      </w:r>
      <w:r>
        <w:t>. Yeh mil hi nahi sakte kabhi, impossible hai. Toh is duniya mein yaad rakhiye, workable peace milega, workable justice milegi, workable right milega.</w:t>
      </w:r>
    </w:p>
    <w:p>
      <w:pPr>
        <w:jc w:val="right"/>
      </w:pPr>
      <w:r>
        <w:t>۔ یہ مل ہی نہیں سکتے کبھی، امپاسیبل ہے۔ تو اس دنیا میں یاد رکھیے، ورکیبل پیس ملے گا، ورکیبل جسٹس ملے گی، ورکیبل رائٹ ملے گا۔</w:t>
      </w:r>
    </w:p>
    <w:p>
      <w:r>
        <w:rPr>
          <w:b/>
        </w:rPr>
        <w:t xml:space="preserve">[25:32] </w:t>
      </w:r>
      <w:r>
        <w:t>Ideal kabhi nahi milega. Magar is raaz ko human rights activist nahi samajhte. Khud musalmanon ke jo masle hain, aur thinker hain, leader hain, woh bhi nahi jaante is baat ko.</w:t>
      </w:r>
    </w:p>
    <w:p>
      <w:pPr>
        <w:jc w:val="right"/>
      </w:pPr>
      <w:r>
        <w:t>آئیڈیل کبھی نہیں ملے گا۔ مگر اس راز کو ہیومن رائٹس ایکٹیوسٹ نہیں سمجھتے۔ خود مسلمانوں کے جو مسئلے ہیں، اور تھنکر ہیں، لیڈر ہیں، وہ بھی نہیں جانتے اس بات کو۔</w:t>
      </w:r>
    </w:p>
    <w:p>
      <w:r>
        <w:rPr>
          <w:b/>
        </w:rPr>
        <w:t xml:space="preserve">[25:45] </w:t>
      </w:r>
      <w:r>
        <w:t>Is liye ladai chhidhi hui hain har jagah. Ab is ka nuqsan kya hai?</w:t>
      </w:r>
    </w:p>
    <w:p>
      <w:pPr>
        <w:jc w:val="right"/>
      </w:pPr>
      <w:r>
        <w:t>اس لیے لڑائی چھڑے ہوئی ہیں ہر جگہ۔ اب اس کا نقصان کیا ہے؟</w:t>
      </w:r>
    </w:p>
    <w:p>
      <w:r>
        <w:rPr>
          <w:b/>
        </w:rPr>
        <w:t xml:space="preserve">[25:51] </w:t>
      </w:r>
      <w:r>
        <w:t>Is ka nuqsan yeh hai ke jo asal scheme hai, wohi jeopardize ho rahi hai. Workable peace par raazi na hone ki wajah se yeh nuqsan ho raha hai ke insaan ko mauqa nahi mil raha hai ke woh marifat ka safar kare,</w:t>
      </w:r>
    </w:p>
    <w:p>
      <w:pPr>
        <w:jc w:val="right"/>
      </w:pPr>
      <w:r>
        <w:t>اس کا نقصان یہ ہے کہ جو اصل اسکیم ہے، وہی جیپرائز ہو رہی ہے۔ ورکیبل پیس پر راضی نہ ہونے کی وجہ سے یہ نقصان ہو رہا ہے کہ انسان کو موقع نہیں مل رہا ہے کہ وہ معرفت کا سفر کرے،</w:t>
      </w:r>
    </w:p>
    <w:p>
      <w:r>
        <w:rPr>
          <w:b/>
        </w:rPr>
        <w:t xml:space="preserve">[26:08] </w:t>
      </w:r>
      <w:r>
        <w:t>Woh tadabbur kare, woh apna personal development kare, woh mazboot halaat mein daawa work kare.</w:t>
      </w:r>
    </w:p>
    <w:p>
      <w:pPr>
        <w:jc w:val="right"/>
      </w:pPr>
      <w:r>
        <w:t>وہ تدبر کرے، وہ اپنا پرسنل ڈیولپمنٹ کرے، وہ مضبوط حالات میں دعویٰ ورک کرے۔</w:t>
      </w:r>
    </w:p>
    <w:p>
      <w:r>
        <w:rPr>
          <w:b/>
        </w:rPr>
        <w:t xml:space="preserve">[26:20] </w:t>
      </w:r>
      <w:r>
        <w:t>Yeh saare kaam jo hain, woh jeopardize ho rahe hain sirf is liye ke woh naara lagate hain ek ideal peace ka. Ideal peace ka is maamle mein human rights activist jo hain, woh bhi behad galat hain, aur jo musalmanon ke jo so called leader hain, woh bhi ghalati par hain ke dono ko yeh pata nahi hai ke is duniya mein ideal peace possible nahi hai.</w:t>
      </w:r>
    </w:p>
    <w:p>
      <w:pPr>
        <w:jc w:val="right"/>
      </w:pPr>
      <w:r>
        <w:t>یہ سارے کام جو ہیں، وہ جیپرائز ہو رہے ہیں صرف اس لیے کہ وہ نعرہ لگاتے ہیں ایک آئیڈیل پیس کا۔ آئیڈیل پیس کا اس معاملے میں ہیومن رائٹ ایکٹیوسٹ جو ہیں، وہ بھی بے حد غلط ہیں، اور جو مسلمانوں کے جو سو کالڈ لیڈر ہیں، وہ بھی غلطی پر ہیں کہ دونوں کو یہ پتہ نہیں ہے کہ اس دنیا میں آئیڈیل پیس پاسیبل نہیں ہے۔</w:t>
      </w:r>
    </w:p>
    <w:p>
      <w:r>
        <w:rPr>
          <w:b/>
        </w:rPr>
        <w:t xml:space="preserve">[26:43] </w:t>
      </w:r>
      <w:r>
        <w:t>Ideal rights mil nahi sakte kabhi, kyun ke insaan ko azaadi mili hui hai.</w:t>
      </w:r>
    </w:p>
    <w:p>
      <w:pPr>
        <w:jc w:val="right"/>
      </w:pPr>
      <w:r>
        <w:t>آئیڈیل رائٹس مل نہیں سکتے کبھی، کیونکہ انسان کو آزادی ملی ہوئی ہے۔</w:t>
      </w:r>
    </w:p>
    <w:p>
      <w:r>
        <w:rPr>
          <w:b/>
        </w:rPr>
        <w:t xml:space="preserve">[26:49] </w:t>
      </w:r>
      <w:r>
        <w:t>Toh sab se badi wisdom yeh hai, wisdom ke hum yeh jaanein ke is duniya mein koi bhi cheez sirf ideal sense mein nahi milegi, less than ideal hi milegi.</w:t>
      </w:r>
    </w:p>
    <w:p>
      <w:pPr>
        <w:jc w:val="right"/>
      </w:pPr>
      <w:r>
        <w:t>تو سب سے بڑی وزڈم یہ ہے، وزڈم کہ ہم یہ جانیں کہ اس دنیا میں کوئی بھی چیز صرف آئیڈیل سینس میں نہیں ملے گی، لیس دین آئیڈیل ہی ملے گی۔</w:t>
      </w:r>
    </w:p>
    <w:p>
      <w:r>
        <w:rPr>
          <w:b/>
        </w:rPr>
        <w:t xml:space="preserve">[27:03] </w:t>
      </w:r>
      <w:r>
        <w:t>Woh perfect tor par nahi milegi, imperfect tor par milegi. Jab aap raazi honge imperfection par, less than ideal par, toh kya hoga?</w:t>
      </w:r>
    </w:p>
    <w:p>
      <w:pPr>
        <w:jc w:val="right"/>
      </w:pPr>
      <w:r>
        <w:t>وہ پرفیکٹ طور پر نہیں ملے گی، امپرفیکٹ طور پر ملے گی۔ جب آپ راضی ہوں گے امپرفیکشن پر، لیس دین آئیڈیل پر، تو کیا ہوگا؟</w:t>
      </w:r>
    </w:p>
    <w:p>
      <w:r>
        <w:rPr>
          <w:b/>
        </w:rPr>
        <w:t xml:space="preserve">[27:14] </w:t>
      </w:r>
      <w:r>
        <w:t>Aap ko bohat bada faida hoga. Aap</w:t>
      </w:r>
    </w:p>
    <w:p>
      <w:pPr>
        <w:jc w:val="right"/>
      </w:pPr>
      <w:r>
        <w:t>آپ کو بہت بڑا فائدہ ہوگا۔ آپ</w:t>
      </w:r>
    </w:p>
    <w:p>
      <w:r>
        <w:rPr>
          <w:b/>
        </w:rPr>
        <w:t xml:space="preserve">[27:17] </w:t>
      </w:r>
      <w:r>
        <w:t>ko mauqa mil jayega ke positive thinking ka, marifat ke, marifat ka safar karne ka, aur peace aur daawa work karne ka,</w:t>
      </w:r>
    </w:p>
    <w:p>
      <w:pPr>
        <w:jc w:val="right"/>
      </w:pPr>
      <w:r>
        <w:t>کو موقع مل جائے گا کہ پازیٹیو تھنکنگ کا، معرفت کے، معرفت کا کا سفر کرنے کا، اور پیس اور دعویٰ ورک کرنے کا،</w:t>
      </w:r>
    </w:p>
    <w:p>
      <w:r>
        <w:rPr>
          <w:b/>
        </w:rPr>
        <w:t xml:space="preserve">[27:31] </w:t>
      </w:r>
      <w:r>
        <w:t>aur constitution work karne ka, education ka. In sab cheezon ka mauqa mil jayega aap ko. Toh ideal peace ke peeche daudne ka nateeja kya hai?</w:t>
      </w:r>
    </w:p>
    <w:p>
      <w:pPr>
        <w:jc w:val="right"/>
      </w:pPr>
      <w:r>
        <w:t>اور کانسٹیٹیو ورک کرنے کا، ایجوکیشن کا۔ ان سب چیزوں کا موقع مل جائے گا آپ کو۔ تو آئیڈیل پیس کے پیچھے دوڑنے کا نتیجہ کیا ہے؟</w:t>
      </w:r>
    </w:p>
    <w:p>
      <w:r>
        <w:rPr>
          <w:b/>
        </w:rPr>
        <w:t xml:space="preserve">[27:43] </w:t>
      </w:r>
      <w:r>
        <w:t>Yeh bhi nahi mil raha hai, jo milne wala hai, woh bhi nahi mil raha hai.</w:t>
      </w:r>
    </w:p>
    <w:p>
      <w:pPr>
        <w:jc w:val="right"/>
      </w:pPr>
      <w:r>
        <w:t>یہ بھی نہیں مل رہا ہے، جو ملنے والا ہے، وہ بھی نہیں مل رہا ہے۔</w:t>
      </w:r>
    </w:p>
    <w:p>
      <w:r>
        <w:rPr>
          <w:b/>
        </w:rPr>
        <w:t xml:space="preserve">[27:49] </w:t>
      </w:r>
      <w:r>
        <w:t>Is baat ko achi tarah samjhiye ke concept of peace Islam mein kya hai, aur concept of peace jo hai, woh human rights activist jo hain, un ke haan kya hai.</w:t>
      </w:r>
    </w:p>
    <w:p>
      <w:pPr>
        <w:jc w:val="right"/>
      </w:pPr>
      <w:r>
        <w:t>اس بات کو اچھی طرح سمجھیے کہ کانسیپٹ آف پیس اسلام میں کیا ہے، اور کانسیپٹ آف پیس جو ہے، وہ ہیومن رائٹ ایکٹیوسٹ جو ہیں، ان کے ہاں کیا ہے۔</w:t>
      </w:r>
    </w:p>
    <w:p>
      <w:r>
        <w:rPr>
          <w:b/>
        </w:rPr>
        <w:t xml:space="preserve">[27:58] </w:t>
      </w:r>
      <w:r>
        <w:t>Dono ka mukhtalif hai. Human rights activist jo hain, un ke haan peace ka concept hai, ideal peace. Ideal peace isi liye woh hamesha complaint lawa bolte hain, kyun ke ideal toh kabhi ideal can not be achieved.</w:t>
      </w:r>
    </w:p>
    <w:p>
      <w:pPr>
        <w:jc w:val="right"/>
      </w:pPr>
      <w:r>
        <w:t>دونوں کا مختلف ہے۔ ہیومن رائٹ ایکٹیوسٹ جو ہیں، ان کے ہاں پیس کا کانسیپٹ ہے، آئیڈیل پیس۔ آئیڈیل پیس اسی لیے وہ ہمیشہ کمپلیٹ لوا بولتے ہیں، کیونکہ آئیڈیل تو کبھی آئیڈیل کاٹ ناٹ بی اچیو۔</w:t>
      </w:r>
    </w:p>
    <w:p>
      <w:r>
        <w:rPr>
          <w:b/>
        </w:rPr>
        <w:t xml:space="preserve">[28:13] </w:t>
      </w:r>
      <w:r>
        <w:t>Ideal toh milta nahi kabhi,</w:t>
      </w:r>
    </w:p>
    <w:p>
      <w:pPr>
        <w:jc w:val="right"/>
      </w:pPr>
      <w:r>
        <w:t>آئیڈیل تو ملتا نہیں کبھی،</w:t>
      </w:r>
    </w:p>
    <w:p>
      <w:r>
        <w:rPr>
          <w:b/>
        </w:rPr>
        <w:t xml:space="preserve">[28:17] </w:t>
      </w:r>
      <w:r>
        <w:t>Lekin jo jo Islam ko jaanta ho, jis Islam ki study ki ho, jo Islam ko samajhta ho, woh zaroor is ko samjhega ke Islam mein jo concept hai, workable peace ka concept hai.</w:t>
      </w:r>
    </w:p>
    <w:p>
      <w:pPr>
        <w:jc w:val="right"/>
      </w:pPr>
      <w:r>
        <w:t>لیکن جو جو اسلام کو جانتا ہو، جس اسلام کی سٹڈی کی ہو، جو اسلام کو سمجھتا ہو، وہ ضرور اس کو سمجھے گا کہ اسلام میں جو کانسیپٹ ہے، ورکیبل پیس کا کانسیپٹ ہے۔</w:t>
      </w:r>
    </w:p>
    <w:p>
      <w:r>
        <w:rPr>
          <w:b/>
        </w:rPr>
        <w:t xml:space="preserve">[28:31] </w:t>
      </w:r>
      <w:r>
        <w:t>Toh workable peace hamesha aap ko mila hua rehta hai. Workable peace ki definition yeh hai ke aap ko individual level par kaam karne ka mauqa hasil rahe,</w:t>
      </w:r>
    </w:p>
    <w:p>
      <w:pPr>
        <w:jc w:val="right"/>
      </w:pPr>
      <w:r>
        <w:t>تو ورکیبل پیس ہمیشہ آپ کو ملا ہوا رہتا ہے۔ ورکیبل پیس کی ڈیفرینشن یہ ہے کہ آپ کو انڈیویجول لیول پر کام کرنے کا موقع حاصل رہے،</w:t>
      </w:r>
    </w:p>
    <w:p>
      <w:r>
        <w:rPr>
          <w:b/>
        </w:rPr>
        <w:t xml:space="preserve">[28:46] </w:t>
      </w:r>
      <w:r>
        <w:t>tadabbur ka mauqa, study ka mauqa, observation ka mauqa, daawa work ka mauqa, education ka mauqa.</w:t>
      </w:r>
    </w:p>
    <w:p>
      <w:pPr>
        <w:jc w:val="right"/>
      </w:pPr>
      <w:r>
        <w:t>تدبر کا موقع، اسٹڈی کا موقع، ابزرویشن کا موقع، دعویٰ ورک کا موقع، ایجوکیشن کا موقع۔</w:t>
      </w:r>
    </w:p>
    <w:p>
      <w:r>
        <w:rPr>
          <w:b/>
        </w:rPr>
        <w:t xml:space="preserve">[28:57] </w:t>
      </w:r>
      <w:r>
        <w:t>jaise aap India mein dekhiye, India mein bohat se rights ke right hote hain, ladaaiyan hoti hain, jhagde hote hain.</w:t>
      </w:r>
    </w:p>
    <w:p>
      <w:pPr>
        <w:jc w:val="right"/>
      </w:pPr>
      <w:r>
        <w:t>جیسے آپ انڈیا میں دیکھیے، انڈیا میں بہت سے رائٹس کے رائٹ ہوتے ہیں، لڑائیاں ہوتی ہیں، جھگڑے ہوتے ہیں۔</w:t>
      </w:r>
    </w:p>
    <w:p>
      <w:r>
        <w:rPr>
          <w:b/>
        </w:rPr>
        <w:t xml:space="preserve">[29:06] </w:t>
      </w:r>
      <w:r>
        <w:t>bohat news rozana akhbaron mein aati rehti hai news</w:t>
      </w:r>
    </w:p>
    <w:p>
      <w:pPr>
        <w:jc w:val="right"/>
      </w:pPr>
      <w:r>
        <w:t>بہت نیوز روزانہ اخباروں میں آتی رہتی ہے نیوز</w:t>
      </w:r>
    </w:p>
    <w:p>
      <w:r>
        <w:rPr>
          <w:b/>
        </w:rPr>
        <w:t xml:space="preserve">[29:10] </w:t>
      </w:r>
      <w:r>
        <w:t>lekin hum Allah ke fazl se hamare jo saathi hain, woh andha dhund lage hue hain daawa work mein. hamara saathi jitne bhi, ek ek shakhs hero bana hua hai, masha Allah, daawa work ke liye khud hi karta hai kaam.</w:t>
      </w:r>
    </w:p>
    <w:p>
      <w:pPr>
        <w:jc w:val="right"/>
      </w:pPr>
      <w:r>
        <w:t>، لیکن ہم اللہ کے فضل سے ہمارے جو ساتھی ہیں، وہ اندھا دھند لگے ہوئے ہیں دعویٰ ورک میں۔ ہمارا ساتھی جتنے بھی، ایک ایک شخص ہیرو بنا ہوا ہے، ماشاءاللہ، دعویٰ ورک کے لیے خود ہی کرتا ہے کام۔</w:t>
      </w:r>
    </w:p>
    <w:p>
      <w:r>
        <w:rPr>
          <w:b/>
        </w:rPr>
        <w:t xml:space="preserve">[29:25] </w:t>
      </w:r>
      <w:r>
        <w:t>koi in ko direction nahi diya tha, in ko kisi kisi qaide ke paband nahi rakha gaya hai. in ko apne self incentive, incentive se woh dawat ke kaam mein lage hue hain.</w:t>
      </w:r>
    </w:p>
    <w:p>
      <w:pPr>
        <w:jc w:val="right"/>
      </w:pPr>
      <w:r>
        <w:t>کوئی ان کو ڈائریکشن نہیں دیا تھا، ان کو کسی کسی قاعدے کے پابند نہیں رکھا گیا ہے۔ ان کو اپنے سیلف انسینٹو، انسینٹو سے وہ دعوت کے کام میں لگے ہوئے ہیں۔</w:t>
      </w:r>
    </w:p>
    <w:p>
      <w:r>
        <w:rPr>
          <w:b/>
        </w:rPr>
        <w:t xml:space="preserve">[29:40] </w:t>
      </w:r>
      <w:r>
        <w:t>subah shaam jitne hamare saathi hain, yahan se le kar America tak, halanki har jagah ladaai jhagda hai. kyun?</w:t>
      </w:r>
    </w:p>
    <w:p>
      <w:pPr>
        <w:jc w:val="right"/>
      </w:pPr>
      <w:r>
        <w:t>صبح شام جتنے ہمارے ساتھی ہیں، یہاں سے لے کر امریکہ تک، حالانکہ ہر جگہ لڑائی جھگڑا ہے۔ کیوں؟</w:t>
      </w:r>
    </w:p>
    <w:p>
      <w:r>
        <w:rPr>
          <w:b/>
        </w:rPr>
        <w:t xml:space="preserve">[29:49] </w:t>
      </w:r>
      <w:r>
        <w:t>hum ne is raat ko jaan liya hai ke asal cheez hai workable peace, aur workable peace to hamein mili hui hai. maslan aap ne kal dekha hoga akhbar mein ke America mein ek shakhs jo hai, ghus gaya ek school mein aur 27 aadmi ko maar dala.</w:t>
      </w:r>
    </w:p>
    <w:p>
      <w:pPr>
        <w:jc w:val="right"/>
      </w:pPr>
      <w:r>
        <w:t>ہم نے اس رات کو جان لیا ہے کہ اصل چیز ہے ورکیبل پیس، اور ورکیبل پیس تو ہمیں ملی ہوئی ہے۔ مثلاً آپ نے کل دیکھا ہوگا اخبار میں کہ امریکہ میں ایک شخص جو ہے، گھس گیا ایک اسکول میں اور 27 آدمی کو مار ڈالا۔</w:t>
      </w:r>
    </w:p>
    <w:p>
      <w:r>
        <w:rPr>
          <w:b/>
        </w:rPr>
        <w:t xml:space="preserve">[30:08] </w:t>
      </w:r>
      <w:r>
        <w:t>to is ke maarne ki wajah se aisa nahi hua ke hamare jo saathi wahan hain, un ka daawa work mutasir ho gaya ho. daawa work woh apna kar rahe hain, apni jagah par qaim hain.</w:t>
      </w:r>
    </w:p>
    <w:p>
      <w:pPr>
        <w:jc w:val="right"/>
      </w:pPr>
      <w:r>
        <w:t>تو اس کے مارنے کی وجہ سے ایسا نہیں ہوا کہ ہمارے جو ساتھی وہاں ہیں، ان کا دعویٰ ورک متاثر ہو گیا ہو۔ دعویٰ ورک وہ اپنا کر رہے ہیں، اپنی جگہ پر قائم ہیں۔</w:t>
      </w:r>
    </w:p>
    <w:p>
      <w:r>
        <w:rPr>
          <w:b/>
        </w:rPr>
        <w:t xml:space="preserve">[30:20] </w:t>
      </w:r>
      <w:r>
        <w:t>aisi aaj hi ki khabar mein kai jagah ki ladaaiyon ki khabrein thi, maar kaat ki. isi ko main kehta hoon ke duniya mein sirf work ke peace, workable peace mil sakta hai, nahi to phir ladte rahiye, jhagate rahiye, aur jo kaam asal karna hai, wohi nahi kar sakte.</w:t>
      </w:r>
    </w:p>
    <w:p>
      <w:pPr>
        <w:jc w:val="right"/>
      </w:pPr>
      <w:r>
        <w:t>ایسی آج ہی کی خبر میں کئی جگہ کی لڑائیوں کی خبریں تھیں، مار کاٹ کی۔ اسی کو میں کہتا ہوں کہ دنیا میں صرف ورک کے پیس، ورکیبل پیس مل سکتا ہے، نہیں تو پھر لڑتے رہیے، جھگڑتے رہیے، اور جو کام اصل کرنا ہے، وہی نہیں کر سکتے۔</w:t>
      </w:r>
    </w:p>
    <w:p>
      <w:r>
        <w:rPr>
          <w:b/>
        </w:rPr>
        <w:t xml:space="preserve">[30:35] </w:t>
      </w:r>
      <w:r>
        <w:t>aap</w:t>
      </w:r>
    </w:p>
    <w:p>
      <w:pPr>
        <w:jc w:val="right"/>
      </w:pPr>
      <w:r>
        <w:t>آپ</w:t>
      </w:r>
    </w:p>
    <w:p>
      <w:r>
        <w:rPr>
          <w:b/>
        </w:rPr>
        <w:t xml:space="preserve">[30:39] </w:t>
      </w:r>
      <w:r>
        <w:t>dekhiye, Allah taala ka jo creation plan hai, is ke baad is ke mutabiq aap ko do kaam karna hai. har insaan ko ek hai apna development, apna spiritual development, apna intellectual development,</w:t>
      </w:r>
    </w:p>
    <w:p>
      <w:pPr>
        <w:jc w:val="right"/>
      </w:pPr>
      <w:r>
        <w:t>دیکھیے، اللہ تعالی کا جو کریشن پلان ہے، اس کے بعد اس کے مطابق آپ کو دو کام کرنا ہے۔ ہر انسان کو ایک ہے اپنا ڈیولپمنٹ، اپنا اسپیریچول ڈیولپمنٹ، اپنا انٹلیکچول ڈیولپمنٹ،</w:t>
      </w:r>
    </w:p>
    <w:p>
      <w:r>
        <w:rPr>
          <w:b/>
        </w:rPr>
        <w:t xml:space="preserve">[30:58] </w:t>
      </w:r>
      <w:r>
        <w:t>marifat ke lehaz se apna development. to apni personality banana, woh personality jis ko Quran mein mudqqa kaha gaya hai,</w:t>
      </w:r>
    </w:p>
    <w:p>
      <w:pPr>
        <w:jc w:val="right"/>
      </w:pPr>
      <w:r>
        <w:t>معرفت کے لحاظ سے اپنا ڈیولپمنٹ۔ تو اپنی پرسنیلٹی بنانا، وہ پرسنیلٹی جس کو قرآن میں مدقہ کہا گیا ہے،</w:t>
      </w:r>
    </w:p>
    <w:p>
      <w:r>
        <w:rPr>
          <w:b/>
        </w:rPr>
        <w:t xml:space="preserve">[31:08] </w:t>
      </w:r>
      <w:r>
        <w:t>ek mudqqa personality, ek yeh kaam hai. doosra hai daawa, daawa work, dawat Allah, peaceful daawa work.</w:t>
      </w:r>
    </w:p>
    <w:p>
      <w:pPr>
        <w:jc w:val="right"/>
      </w:pPr>
      <w:r>
        <w:t>ایک مدقہ پرسنیلٹی، ایک یہ کام ہے۔ دوسرا ہے دعویٰ، دعویٰ ورک، دعوت اللہ، پیس فل دعویٰ ورک۔</w:t>
      </w:r>
    </w:p>
    <w:p>
      <w:r>
        <w:rPr>
          <w:b/>
        </w:rPr>
        <w:t xml:space="preserve">[31:17] </w:t>
      </w:r>
      <w:r>
        <w:t>to agar aap is wisdom ko jante hon to kabhi bhi aap mayoos nahi honge, kabhi aap complaint nahi karenge, kabhi aap protest nahi karenge.</w:t>
      </w:r>
    </w:p>
    <w:p>
      <w:pPr>
        <w:jc w:val="right"/>
      </w:pPr>
      <w:r>
        <w:t>تو اگر آپ اس وزڈم کو جانتے ہوں تو کبھی بھی آپ مایوس نہیں ہوں گے، کبھی آپ کمپلینٹ نہیں کریں گے، کبھی آپ پروٹیسٹ نہیں کریں گے۔</w:t>
      </w:r>
    </w:p>
    <w:p>
      <w:r>
        <w:rPr>
          <w:b/>
        </w:rPr>
        <w:t xml:space="preserve">[31:27] </w:t>
      </w:r>
      <w:r>
        <w:t>kyun? woh mauqa to aap ko hasil hai,</w:t>
      </w:r>
    </w:p>
    <w:p>
      <w:pPr>
        <w:jc w:val="right"/>
      </w:pPr>
      <w:r>
        <w:t>کیوں؟ وہ موقع تو آپ کو حاصل ہے،</w:t>
      </w:r>
    </w:p>
    <w:p>
      <w:r>
        <w:rPr>
          <w:b/>
        </w:rPr>
        <w:t xml:space="preserve">[31:34] </w:t>
      </w:r>
      <w:r>
        <w:t>jo aap ko jo aap ko karna hai, jo aap ka goal hai, jo aap ka nishaan hai, woh to hasil hai, is mein koi koi rukawat nahi hai.</w:t>
      </w:r>
    </w:p>
    <w:p>
      <w:pPr>
        <w:jc w:val="right"/>
      </w:pPr>
      <w:r>
        <w:t>جو آپ کو جو آپ کو کرنا ہے، جو آپ کا گول ہے، جو آپ کا نشان ہے، وہ تو حاصل ہے، اس میں کوئی کوئی رکاوٹ نہیں ہے۔</w:t>
      </w:r>
    </w:p>
    <w:p>
      <w:r>
        <w:rPr>
          <w:b/>
        </w:rPr>
        <w:t xml:space="preserve">[31:43] </w:t>
      </w:r>
      <w:r>
        <w:t>yeh bohat badi wisdom hai jis ko na janne ki wajah se log Islam ka jo concept hai, peace hai, us ko samjhe nahi. aur har aadmi daud raha hai, yaani nizam adl qaim karne ke liye, aur aisa system qaim karne ke liye jis mein har ek ko us ka, yaani haq mile.</w:t>
      </w:r>
    </w:p>
    <w:p>
      <w:pPr>
        <w:jc w:val="right"/>
      </w:pPr>
      <w:r>
        <w:t>یہ بہت بڑی وزڈم ہے جس کو نہ جاننے کی وجہ سے لوگ اسلام کا جو کانسیپٹ ہے، پیس ہے، اس کو سمجھے نہیں۔ اور ہر آدمی دوڑ رہا ہے، یعنی نظام عدل قائم کرنے کے لیے، اور ایسا سسٹم قائم کرنے کے لیے جس میں ہر ایک کو اس کا، یعنی حق ملے۔</w:t>
      </w:r>
    </w:p>
    <w:p>
      <w:r>
        <w:rPr>
          <w:b/>
        </w:rPr>
        <w:t xml:space="preserve">[32:09] </w:t>
      </w:r>
      <w:r>
        <w:t>yeh sab baatein bilkul romantic baatein hain, kyun ke Allah taala ke creation plan ke mutabiq nahi. jitne bhi reformer hain, jitne bhi leader hain, chahe woh religious hon ya secular hon, sab ideal ki boli bolte hain ke hamein justice qaim karna hai, hamein har ek,</w:t>
      </w:r>
    </w:p>
    <w:p>
      <w:pPr>
        <w:jc w:val="right"/>
      </w:pPr>
      <w:r>
        <w:t>یہ سب باتیں بالکل رومینٹک باتیں ہیں، کیونکہ اللہ تعالی کے کریشن پلان کے مطابق نہیں۔ جتنے بھی ریفارمر ہیں، جتنے بھی لیڈر ہیں، چاہے وہ ریلیجیس ہوں یا سیکولر ہوں، سب آئیڈیل کی بولی بولتے ہیں کہ ہمیں جسٹس قائم کرنا ہے، ہمیں ہر ایک،</w:t>
      </w:r>
    </w:p>
    <w:p>
      <w:r>
        <w:rPr>
          <w:b/>
        </w:rPr>
        <w:t xml:space="preserve">[32:30] </w:t>
      </w:r>
      <w:r>
        <w:t>har ek ko, ko right mile, aisa nizam qaim karna hai,</w:t>
      </w:r>
    </w:p>
    <w:p>
      <w:pPr>
        <w:jc w:val="right"/>
      </w:pPr>
      <w:r>
        <w:t>ہر ایک کو، کو رائٹ ملے، ایسا نظام قائم کرنا ہے،</w:t>
      </w:r>
    </w:p>
    <w:p>
      <w:r>
        <w:rPr>
          <w:b/>
        </w:rPr>
        <w:t xml:space="preserve">[32:40] </w:t>
      </w:r>
      <w:r>
        <w:t>hamein aisa system qaim karna hai jis mein koi koi ghareeb na rahe, koi mazloom na rahe, kisi ke upar koi haath na aaye, kisi ko koi saza sata na sake.</w:t>
      </w:r>
    </w:p>
    <w:p>
      <w:pPr>
        <w:jc w:val="right"/>
      </w:pPr>
      <w:r>
        <w:t>ہمیں ایسا سسٹم قائم کرنا ہے جس میں کوئی کوئی غریب نہ رہے، کوئی مظلوم نہ رہے، کسی کے اوپر کوئی ہاتھ نہ آئے، کسی کو کوئی سزا ستا نہ سکے۔</w:t>
      </w:r>
    </w:p>
    <w:p>
      <w:r>
        <w:rPr>
          <w:b/>
        </w:rPr>
        <w:t xml:space="preserve">[32:52] </w:t>
      </w:r>
      <w:r>
        <w:t>yeh sab hawai, bilkul endromentic baatein hain, kyun ke jab insaan azaad hai to kahin na kahin woh mamle ko jeopardize karta rehta hai, karta rahega.</w:t>
      </w:r>
    </w:p>
    <w:p>
      <w:pPr>
        <w:jc w:val="right"/>
      </w:pPr>
      <w:r>
        <w:t>یہ سب ہوائی، بالکل اینڈرومینٹک باتیں ہیں، کیونکہ جب انسان آزاد ہے تو کہیں نہ کہیں وہ معاملے کو جیپرائز کرتا رہتا ہے، کرتا رہے گا۔</w:t>
      </w:r>
    </w:p>
    <w:p>
      <w:r>
        <w:rPr>
          <w:b/>
        </w:rPr>
        <w:t xml:space="preserve">[33:04] </w:t>
      </w:r>
      <w:r>
        <w:t>to aap ko accept karna chahiye workable peace ko,</w:t>
      </w:r>
    </w:p>
    <w:p>
      <w:pPr>
        <w:jc w:val="right"/>
      </w:pPr>
      <w:r>
        <w:t>تو آپ کو ایکسیپٹ کرنا چاہیے ورکیبل پیس کو،</w:t>
      </w:r>
    </w:p>
    <w:p>
      <w:r>
        <w:rPr>
          <w:b/>
        </w:rPr>
        <w:t xml:space="preserve">[33:08] </w:t>
      </w:r>
      <w:r>
        <w:t>workable peace ko par apne aap ko raazi karna chahiye. bas zindagi phir aap yeh hain ke complaint mein, protest mein, negativity mein, chijhlahat mein, ghusse mein, anger mein, aur kuch kaam nahi kar sakenge.</w:t>
      </w:r>
    </w:p>
    <w:p>
      <w:pPr>
        <w:jc w:val="right"/>
      </w:pPr>
      <w:r>
        <w:t>ورکیبل پیس کو پر اپنے آپ کو راضی کرنا چاہیے۔ بس زندگی پھر آپ یہ ہیں کہ کمپلینٹ میں، پروٹیسٹ میں، نیگیٹیوٹی میں، چھجلاہٹ میں، غصے میں، اینگر میں، اور کچھ کام نہیں کر سکیں گے۔</w:t>
      </w:r>
    </w:p>
    <w:p>
      <w:r>
        <w:rPr>
          <w:b/>
        </w:rPr>
        <w:t xml:space="preserve">[33:24] </w:t>
      </w:r>
      <w:r>
        <w:t>yahi aaj ho raha hai, sari duniya mein yahi ho raha hai,</w:t>
      </w:r>
    </w:p>
    <w:p>
      <w:pPr>
        <w:jc w:val="right"/>
      </w:pPr>
      <w:r>
        <w:t>یہی آج ہو رہا ہے، ساری دنیا میں یہی ہو رہا ہے،</w:t>
      </w:r>
    </w:p>
    <w:p>
      <w:r>
        <w:rPr>
          <w:b/>
        </w:rPr>
        <w:t xml:space="preserve">[33:27] </w:t>
      </w:r>
      <w:r>
        <w:t>Muslim countries mein bhi, non Muslim countries mein, har jagah yahi ho raha hai ke kahin bhi koi sahi maano mein koi peaceful ka, koi kahin bhi constructive kaam nahi ho raha, kahin bhi sahi maano mein daawa work nahi ho raha,</w:t>
      </w:r>
    </w:p>
    <w:p>
      <w:pPr>
        <w:jc w:val="right"/>
      </w:pPr>
      <w:r>
        <w:t>مسلم کنٹریز میں بھی، نان مسلم کنٹریز میں، ہر جگہ یہی ہو رہا ہے کہ کہیں بھی کوئی صحیح معنوں میں کوئی پیس فل کا، کوئی کہیں بھی کانسٹرکٹو کام نہیں ہو رہا، کہیں بھی صحیح معنوں میں دعویٰ ورک نہیں ہو رہا،</w:t>
      </w:r>
    </w:p>
    <w:p>
      <w:r>
        <w:rPr>
          <w:b/>
        </w:rPr>
        <w:t xml:space="preserve">[33:40] </w:t>
      </w:r>
      <w:r>
        <w:t>kahin sahi ma'non mein ma'rifat ka kaam nahin ho raha, kyunke log lage hue hain nizaam qa'im karne, justice system qa'im karne ke liye, jo kabhi qa'im hone wala nahin.</w:t>
      </w:r>
    </w:p>
    <w:p>
      <w:pPr>
        <w:jc w:val="right"/>
      </w:pPr>
      <w:r>
        <w:t>کہیں صحیح معنوں میں معرفت کا کام نہیں ہو رہا، کیونکہ لوگ لگے ہوئے ہیں نظام قائم کرنے، جسٹس سسٹم قائم کرنے کے لیے، جو کبھی قائم ہونے والا نہیں۔</w:t>
      </w:r>
    </w:p>
    <w:p>
      <w:r>
        <w:rPr>
          <w:b/>
        </w:rPr>
        <w:t xml:space="preserve">[33:55] </w:t>
      </w:r>
      <w:r>
        <w:t>to yeh bohat bari hikmat hai ke aap jaanen ke Allah ke nazdeek concept of peace kya hai.</w:t>
      </w:r>
    </w:p>
    <w:p>
      <w:pPr>
        <w:jc w:val="right"/>
      </w:pPr>
      <w:r>
        <w:t>تو یہ بہت بڑی حکمت ہے کہ آپ جانیں کہ اللہ کے نزدیک کانسیپٹ آف پیس کیا ہے۔</w:t>
      </w:r>
    </w:p>
    <w:p>
      <w:r>
        <w:rPr>
          <w:b/>
        </w:rPr>
        <w:t xml:space="preserve">[34:06] </w:t>
      </w:r>
      <w:r>
        <w:t>human right activist ke paas nazdeek jo concept hai peace ka, woh alag hai bilkul. jo pacifist hain duniya mein, aap jante hain ke pacifism ek mustaqil discipline hai.</w:t>
      </w:r>
    </w:p>
    <w:p>
      <w:pPr>
        <w:jc w:val="right"/>
      </w:pPr>
      <w:r>
        <w:t>ہیومن رائٹ ایکٹیوسٹ کے پاس نزدیک جو کانسیپٹ ہے پیس کا، وہ الگ ہے بالکل۔ جو پیسیفسٹ ہیں دنیا میں، آپ جانتے ہیں کہ پیسیفزم ایک مستقل ڈسپلن ہے۔</w:t>
      </w:r>
    </w:p>
    <w:p>
      <w:r>
        <w:rPr>
          <w:b/>
        </w:rPr>
        <w:t xml:space="preserve">[34:20] </w:t>
      </w:r>
      <w:r>
        <w:t>to jo pacifist hain, ya'ni ya'ni woh aman pasand log, un ka jo nazariya hai, woh ideal based nazariya hai.</w:t>
      </w:r>
    </w:p>
    <w:p>
      <w:pPr>
        <w:jc w:val="right"/>
      </w:pPr>
      <w:r>
        <w:t>تو جو پیسیفسٹ ہیں، یعنی یعنی وہ امن پسند لوگ، ان کا جو نظریہ ہے، وہ آئیڈیل بیسڈ نظریہ ہے۔</w:t>
      </w:r>
    </w:p>
    <w:p>
      <w:r>
        <w:rPr>
          <w:b/>
        </w:rPr>
        <w:t xml:space="preserve">[34:34] </w:t>
      </w:r>
      <w:r>
        <w:t>woh ideal peace ke boli bolte hain, ideal peace ki taqreeren karte hain, ideal peace ke liye statement dete hain. woh woh to possible hi nahin hai kabhi.</w:t>
      </w:r>
    </w:p>
    <w:p>
      <w:pPr>
        <w:jc w:val="right"/>
      </w:pPr>
      <w:r>
        <w:t>وہ آئیڈیل پیس کے بولی بولتے ہیں، آئیڈیل پیس کی تقریریں کرتے ہیں، آئیڈیل پیس کے لیے سٹیٹمنٹ دیتے ہیں۔ وہ وہ تو پاسیبل ہی نہیں ہے کبھی۔</w:t>
      </w:r>
    </w:p>
    <w:p>
      <w:r>
        <w:rPr>
          <w:b/>
        </w:rPr>
        <w:t xml:space="preserve">[34:47] </w:t>
      </w:r>
      <w:r>
        <w:t>to workable peace possible hai, us ko koi mein samajhta hoon ke Aristotle se le kar aaj tak koi samjha nahin is raaz ko.</w:t>
      </w:r>
    </w:p>
    <w:p>
      <w:pPr>
        <w:jc w:val="right"/>
      </w:pPr>
      <w:r>
        <w:t>تو ورکیبل پیس پاسیبل ہے، اس کو کوئی میں سمجھتا ہوں کہ ارسٹوٹل سے لے کر آج تک کوئی سمجھا نہیں اس راز کو۔</w:t>
      </w:r>
    </w:p>
    <w:p>
      <w:r>
        <w:rPr>
          <w:b/>
        </w:rPr>
        <w:t xml:space="preserve">[34:58] </w:t>
      </w:r>
      <w:r>
        <w:t>to behal hamara jo mission hai, hamara mission jo hai, woh Allah taala ke is creation plan ko le kar chal raha hai ke insaan ki azaadi baqi rahe gi.</w:t>
      </w:r>
    </w:p>
    <w:p>
      <w:pPr>
        <w:jc w:val="right"/>
      </w:pPr>
      <w:r>
        <w:t>تو بہرحال ہمارا جو مشن ہے، ہمارا مشن جو ہے، وہ اللہ تعالی کے اس کریشن پلان کو لے کر چل رہا ہے کہ انسان کی آزادی باقی رہے گی۔</w:t>
      </w:r>
    </w:p>
    <w:p>
      <w:r>
        <w:rPr>
          <w:b/>
        </w:rPr>
        <w:t xml:space="preserve">[35:10] </w:t>
      </w:r>
      <w:r>
        <w:t>jab baqi baqi rahe gi to ideal peace bhi qa'im nahin ho sakta.</w:t>
      </w:r>
    </w:p>
    <w:p>
      <w:pPr>
        <w:jc w:val="right"/>
      </w:pPr>
      <w:r>
        <w:t>جب باقی باقی رہے گی تو آئیڈیل پیس بھی قائم نہیں ہو سکتا۔</w:t>
      </w:r>
    </w:p>
    <w:p>
      <w:r>
        <w:rPr>
          <w:b/>
        </w:rPr>
        <w:t xml:space="preserve">[35:15] </w:t>
      </w:r>
      <w:r>
        <w:t>to phir hamein kya karna hai? hamein work workable peace par raazi hona hai, kyunke hum is par raazi ho jayen ge to kya hoga? saare opportunities ko hum avail kar payen ge,</w:t>
      </w:r>
    </w:p>
    <w:p>
      <w:pPr>
        <w:jc w:val="right"/>
      </w:pPr>
      <w:r>
        <w:t>تو پھر ہمیں کیا کرنا ہے؟ ہمیں ورک ورکیبل پیس پر راضی ہونا ہے، کیونکہ ہم اس پر راضی ہو جائیں گے تو کیا ہوگا؟ سارے اپرچونیٹیز کو ہم اویل کر پائیں گے،</w:t>
      </w:r>
    </w:p>
    <w:p>
      <w:r>
        <w:rPr>
          <w:b/>
        </w:rPr>
        <w:t xml:space="preserve">[35:31] </w:t>
      </w:r>
      <w:r>
        <w:t>saari opportunities ko, ya'ni dawat ke maidan mein, education ke maidan mein, ma'rifat ke maidan mein, study ke maidan mein, personal development ke maidan mein, saari opportunities, opportunities ko hum avail kar payen ge.</w:t>
      </w:r>
    </w:p>
    <w:p>
      <w:pPr>
        <w:jc w:val="right"/>
      </w:pPr>
      <w:r>
        <w:t>ساری اپرچونیٹیز کو، یعنی دعوت کے میدان میں، ایجوکیشن کے میدان میں، معرفت کے میدان میں، اسٹڈی کے میدان میں، پرسنل ڈیولپمنٹ کے میدان میں، ساری اپرچونیٹیز، اپرچونیٹیز کو ہم اویل کر پائیں گے۔</w:t>
      </w:r>
    </w:p>
    <w:p>
      <w:r>
        <w:rPr>
          <w:b/>
        </w:rPr>
        <w:t xml:space="preserve">[35:51] </w:t>
      </w:r>
      <w:r>
        <w:t>kal mere paas ek sahib ka telephone aaya, ek ek parhe likhe aadmi ka, woh dawat, woh kuch dawat ka islah ka kaam kar rahe hain.</w:t>
      </w:r>
    </w:p>
    <w:p>
      <w:pPr>
        <w:jc w:val="right"/>
      </w:pPr>
      <w:r>
        <w:t>کل میرے پاس ایک صاحب کا ٹیلی فون آیا، ایک ایک پڑھے لکھے آدمی کا، وہ دعوت، وہ کچھ دعوت کا اصلاح کا کام کر رہے ہیں۔</w:t>
      </w:r>
    </w:p>
    <w:p>
      <w:r>
        <w:rPr>
          <w:b/>
        </w:rPr>
        <w:t xml:space="preserve">[36:01] </w:t>
      </w:r>
      <w:r>
        <w:t>to unhon ne kaha, "sahib, bohat mushkil maloom hota hai, masla logon ko dilchaspi nahin hai spirituality se aur islah-i kaam se aur ta'beer se aur dawat se." to main ne kaha ke dekhiye, aap ki jo mayoosi ki baat aap kar rahe hain, us ki wajah hai ke aap totality ko le kar sochte hain,</w:t>
      </w:r>
    </w:p>
    <w:p>
      <w:pPr>
        <w:jc w:val="right"/>
      </w:pPr>
      <w:r>
        <w:t>تو انہوں نے کہا، "صاحب، بہت مشکل معلوم ہوتا ہے، مسئلہ لوگوں کو دلچسپی نہیں ہے اسپیریچولیٹی سے اور اصلاحی کام سے اور تعبیر سے اور دعوت سے۔" تو میں نے کہا کہ دیکھیے، آپ کی جو مایوسی کی بات آپ کر رہے ہیں، اس کی وجہ ہے کہ آپ ٹوٹیلٹی کو لے کر سوچتے ہیں،</w:t>
      </w:r>
    </w:p>
    <w:p>
      <w:r>
        <w:rPr>
          <w:b/>
        </w:rPr>
        <w:t xml:space="preserve">[36:24] </w:t>
      </w:r>
      <w:r>
        <w:t>totality ya'ni poori society, poore humankind, poora majmooa jo hai, us ko le kar sochte hain,</w:t>
      </w:r>
    </w:p>
    <w:p>
      <w:pPr>
        <w:jc w:val="right"/>
      </w:pPr>
      <w:r>
        <w:t>ٹوٹیلٹی یعنی پوری سوسائٹی، پورے مین کائنڈ، پورا مجموعہ جو ہے، اس کو لے کر سوچتے ہیں،</w:t>
      </w:r>
    </w:p>
    <w:p>
      <w:r>
        <w:rPr>
          <w:b/>
        </w:rPr>
        <w:t xml:space="preserve">[36:30] </w:t>
      </w:r>
      <w:r>
        <w:t>poore system jo hai, us ko le kar sochte hain. aap aap individual ko le kar sochiye, pehle apne ko durust kijiye, phir logon mein seeker talash kijiye.</w:t>
      </w:r>
    </w:p>
    <w:p>
      <w:pPr>
        <w:jc w:val="right"/>
      </w:pPr>
      <w:r>
        <w:t>پورے سسٹم جو ہے، اس کو لے کر سوچتے ہیں۔ آپ آپ انڈیویجول کو لے کر سوچیے، پہلے اپنے کو درست کیجئے، پھر لوگوں میں سیکھر تلاش کیجئے۔</w:t>
      </w:r>
    </w:p>
    <w:p>
      <w:r>
        <w:rPr>
          <w:b/>
        </w:rPr>
        <w:t xml:space="preserve">[36:39] </w:t>
      </w:r>
      <w:r>
        <w:t>seeker hamesha baqi rehte hain,</w:t>
      </w:r>
    </w:p>
    <w:p>
      <w:pPr>
        <w:jc w:val="right"/>
      </w:pPr>
      <w:r>
        <w:t>سیکھر ہمیشہ باقی رہتے ہیں،</w:t>
      </w:r>
    </w:p>
    <w:p>
      <w:r>
        <w:rPr>
          <w:b/>
        </w:rPr>
        <w:t xml:space="preserve">[36:44] </w:t>
      </w:r>
      <w:r>
        <w:t>seeker ki duniya mein kabhi kami nahin rahi hai. misaal ke taur par dekhiye, musalmanon ki nazar mein yahoodi bohat bare buray log hain. aap kisi bhi musalman se poochen to yahudion ko samajhta hai ke yeh bohat buray log hain, yeh sab se ziyada buray hain.</w:t>
      </w:r>
    </w:p>
    <w:p>
      <w:pPr>
        <w:jc w:val="right"/>
      </w:pPr>
      <w:r>
        <w:t>سیکھر کی دنیا میں کبھی کمی نہیں رہی ہے۔ مثال کے طور پر دیکھیے، مسلمانوں کی فیس میں یہودی بہت بڑے برے لوگ ہیں۔ آپ کسی بھی مسلمان سے پوچھیں تو یہودیوں کو سمجھتا ہے کہ یہ بہت برے لوگ ہیں، یہ سب سے زیادہ برے ہیں۔</w:t>
      </w:r>
    </w:p>
    <w:p>
      <w:r>
        <w:rPr>
          <w:b/>
        </w:rPr>
        <w:t xml:space="preserve">[37:00] </w:t>
      </w:r>
      <w:r>
        <w:t>inhi yahudion mein kitne log Islam qabool kiya unhon ne poori tareekh mein? aur abhi 20 century mein aap dekhiye, ek top ke aadmi the,</w:t>
      </w:r>
    </w:p>
    <w:p>
      <w:pPr>
        <w:jc w:val="right"/>
      </w:pPr>
      <w:r>
        <w:t>انہی یہودیوں میں کتنے لوگ اسلام قبول کیا انہوں نے پوری تاریخ میں؟ اور ابھی 20 سینچری میں آپ دیکھیے، ایک ٹاپ کے آدمی تھے،</w:t>
      </w:r>
    </w:p>
    <w:p>
      <w:r>
        <w:rPr>
          <w:b/>
        </w:rPr>
        <w:t xml:space="preserve">[37:14] </w:t>
      </w:r>
      <w:r>
        <w:t>Mr. Mr. Leopold, jo Austria mein paida hue, unhon ne Islam qabool kiya aur apna naam Asad rakha, Leopold Asad.</w:t>
      </w:r>
    </w:p>
    <w:p>
      <w:pPr>
        <w:jc w:val="right"/>
      </w:pPr>
      <w:r>
        <w:t>مسٹر مسٹر لیوپولڈ، جو آسٹریا میں پیدا ہوئے، انہوں نے اسلام قبول کیا اور اپنا نام اسد رکھا، لیوپولڈ اسد۔</w:t>
      </w:r>
    </w:p>
    <w:p>
      <w:r>
        <w:rPr>
          <w:b/>
        </w:rPr>
        <w:t xml:space="preserve">[37:25] </w:t>
      </w:r>
      <w:r>
        <w:t>unhon ne Quran ki commentary likhi, kai kitaben un ki hain,</w:t>
      </w:r>
    </w:p>
    <w:p>
      <w:pPr>
        <w:jc w:val="right"/>
      </w:pPr>
      <w:r>
        <w:t>انہوں نے قرآن کی کمنٹری لکھی، کئی کتابیں ان کی ہیں،</w:t>
      </w:r>
    </w:p>
    <w:p>
      <w:r>
        <w:rPr>
          <w:b/>
        </w:rPr>
        <w:t xml:space="preserve">[37:29] </w:t>
      </w:r>
      <w:r>
        <w:t>bohat bara kaam kiya unhon ne. woh paida hue the Austria mein, un ki zuban German zuban thi, unhon ne Arabi zuban seekhi, baqayda Arabi Maryam se mulaqat bhi hui hai.</w:t>
      </w:r>
    </w:p>
    <w:p>
      <w:pPr>
        <w:jc w:val="right"/>
      </w:pPr>
      <w:r>
        <w:t>بہت بڑا کام کیا انہوں نے۔ وہ پیدا ہوئے تھے آسٹریا میں، ان کی زبان جرمن زبان تھی، انہوں نے عربی زبان سیکھی، باقاعدہ عربی مریم سے ملاقات بھی ہوئی ہے۔</w:t>
      </w:r>
    </w:p>
    <w:p>
      <w:r>
        <w:rPr>
          <w:b/>
        </w:rPr>
        <w:t xml:space="preserve">[37:43] </w:t>
      </w:r>
      <w:r>
        <w:t>ek baar achi tarah Arabi bolte the, woh</w:t>
      </w:r>
    </w:p>
    <w:p>
      <w:pPr>
        <w:jc w:val="right"/>
      </w:pPr>
      <w:r>
        <w:t>ایک بار اچھی طرح عربی بولتے تھے، وہ</w:t>
      </w:r>
    </w:p>
    <w:p>
      <w:r>
        <w:rPr>
          <w:b/>
        </w:rPr>
        <w:t xml:space="preserve">[37:49] </w:t>
      </w:r>
      <w:r>
        <w:t>ek conference mein mile the, woh ab to un ka intiqal ho chuka hai. woh yahudi family mein paida hui hai,</w:t>
      </w:r>
    </w:p>
    <w:p>
      <w:pPr>
        <w:jc w:val="right"/>
      </w:pPr>
      <w:r>
        <w:t>ایک کانفرنس میں ملے تھے، وہ اب تو ان کا انتقال ہو چکا ہے۔ وہ یہودی فیملی میں پیدا ہوئی ہے،</w:t>
      </w:r>
    </w:p>
    <w:p>
      <w:r>
        <w:rPr>
          <w:b/>
        </w:rPr>
        <w:t xml:space="preserve">[37:56] </w:t>
      </w:r>
      <w:r>
        <w:t>aisi hi Maryam Jameelah, woh America ki ek yahudi family mein paida aayi, un ka naam tha Margaret, unhon ne Islam qabool kiya, phir unhon ne kafi study ki Islam ki aur bohat si kitaben likhin.</w:t>
      </w:r>
    </w:p>
    <w:p>
      <w:pPr>
        <w:jc w:val="right"/>
      </w:pPr>
      <w:r>
        <w:t>ایسی ہی مریم جمیلہ، وہ امریکہ کی ایک یہودی فیملی میں پیدا آئیں، ان کا نام تھا مارگریٹ، انہوں نے اسلام قبول کیا، پھر انہوں نے کافی سٹڈی کی اسلام کی اور بہت سی کتابیں لکھیں۔</w:t>
      </w:r>
    </w:p>
    <w:p>
      <w:r>
        <w:rPr>
          <w:b/>
        </w:rPr>
        <w:t xml:space="preserve">[38:13] </w:t>
      </w:r>
      <w:r>
        <w:t>to dono yahudi family mein paida hui hain, lekin dono ne Islam ko accept kiya aur Islam ka baqayda kaam kiya unhon ne.</w:t>
      </w:r>
    </w:p>
    <w:p>
      <w:pPr>
        <w:jc w:val="right"/>
      </w:pPr>
      <w:r>
        <w:t>تو دونوں یہودی فیملی میں پیدا ہوئی ہیں، لیکن دونوں نے اسلام کو ایکسیپٹ کیا اور اسلام کا باقاعدہ کام کیا انہوں نے۔</w:t>
      </w:r>
    </w:p>
    <w:p>
      <w:r>
        <w:rPr>
          <w:b/>
        </w:rPr>
        <w:t xml:space="preserve">[38:25] </w:t>
      </w:r>
      <w:r>
        <w:t>to main ne un se kaha ke aap individual based soch thinking banaiye, aap majmoo'ay ko le kar sochte hain, is liye mayoosi aati hai aap ke andar.</w:t>
      </w:r>
    </w:p>
    <w:p>
      <w:pPr>
        <w:jc w:val="right"/>
      </w:pPr>
      <w:r>
        <w:t>تو میں نے ان سے کہا کہ آپ انڈیویجول بیسڈ سوچ تھنکنگ بنائیے، آپ مجموعے کو لے کر سوچتے ہیں، اس لیے مایوسی آتی ہے آپ کے اندر۔</w:t>
      </w:r>
    </w:p>
    <w:p>
      <w:r>
        <w:rPr>
          <w:b/>
        </w:rPr>
        <w:t xml:space="preserve">[38:38] </w:t>
      </w:r>
      <w:r>
        <w:t>phir mein un ko aik misaal di, dekhiye, aik misaal mein aap ko yeh batata hoon, dilli mein aakhri mughal ruler thay, bahadur zafar shah, un ke bete thay jawan bakht.</w:t>
      </w:r>
    </w:p>
    <w:p>
      <w:pPr>
        <w:jc w:val="right"/>
      </w:pPr>
      <w:r>
        <w:t>پھر میں ان کو ایک مثال دی، دیکھیے، ایک مثال میں آپ کو یہ بتاتا ہوں، دلی میں آخری مغل رولر تھے، بہادر ظفر شاہ، ان کے بیٹے تھے جواں بخت۔</w:t>
      </w:r>
    </w:p>
    <w:p>
      <w:r>
        <w:rPr>
          <w:b/>
        </w:rPr>
        <w:t xml:space="preserve">[38:55] </w:t>
      </w:r>
      <w:r>
        <w:t>jawan bakht ki shadi thi bare dhoom dham se, to is mein ghalib aur zaoq ne sehra likha tha, sehra. to zaoq, jo darobari shayar thay, unhon ne sehra likha,</w:t>
      </w:r>
    </w:p>
    <w:p>
      <w:pPr>
        <w:jc w:val="right"/>
      </w:pPr>
      <w:r>
        <w:t>جواں بخت کی شادی تھی بڑے دھوم دھام سے، تو اس میں غالب اور ذوق نے صحرا لکھا تھا، صحرا۔ تو ذوق، جو داروباری شاعر تھے، انہوں نے صحرا لکھا،</w:t>
      </w:r>
    </w:p>
    <w:p>
      <w:r>
        <w:rPr>
          <w:b/>
        </w:rPr>
        <w:t xml:space="preserve">[39:08] </w:t>
      </w:r>
      <w:r>
        <w:t>to is ka aik she'r tha ke "aik gohar bhi nahi, sat kani gohar mein chora, tera banwaya hai le le ke jo gohar sehra."</w:t>
      </w:r>
    </w:p>
    <w:p>
      <w:pPr>
        <w:jc w:val="right"/>
      </w:pPr>
      <w:r>
        <w:t>تو اس کا ایک شعر تھا کہ "ایک گوہر بھی نہیں، ست کانی گوہر میں چھوڑا، تیرا بنوایا ہے لے لے کے جو گوہر صحرا۔"</w:t>
      </w:r>
    </w:p>
    <w:p>
      <w:r>
        <w:rPr>
          <w:b/>
        </w:rPr>
        <w:t xml:space="preserve">[39:21] </w:t>
      </w:r>
      <w:r>
        <w:t>gohar kehte hain diamond ko, to sari dunya mein jitne diamond thay, sab ko ikatha kiya aur sab ko mila kar sehra banaya, aap ko pehna diya.</w:t>
      </w:r>
    </w:p>
    <w:p>
      <w:pPr>
        <w:jc w:val="right"/>
      </w:pPr>
      <w:r>
        <w:t>گوہر کہتے ہیں ڈائمنڈ کو، تو ساری دنیا میں جتنے ڈائمنڈ تھے، سب کو اکٹھا کیا اور سب کو ملا کر صحرا بنایا، آپ کو پہنا دیا۔</w:t>
      </w:r>
    </w:p>
    <w:p>
      <w:r>
        <w:rPr>
          <w:b/>
        </w:rPr>
        <w:t xml:space="preserve">[39:31] </w:t>
      </w:r>
      <w:r>
        <w:t>to ghalib ne kaha ke "tu kai ton ho jaye ga, doosre mein to shahzada mar jaye ga, sare diamond daal do ge tum us ke oopar.</w:t>
      </w:r>
    </w:p>
    <w:p>
      <w:pPr>
        <w:jc w:val="right"/>
      </w:pPr>
      <w:r>
        <w:t>تو غالب نے کہا کہ "تو کئی ٹن ہو جائے گا، دوسرے میں تو شاہزادہ مر جائے گا، سارے ڈائمنڈ ڈال دو گے تم اس کے اوپر۔</w:t>
      </w:r>
    </w:p>
    <w:p>
      <w:r>
        <w:rPr>
          <w:b/>
        </w:rPr>
        <w:t xml:space="preserve">[39:41] </w:t>
      </w:r>
      <w:r>
        <w:t>" to unhon ne doosra she'r kaha, unhon ne kaha ke "saat darya ke faraham kiye honge moti, tab bana hoga is adad ka gaz bhar sehra." yani pearl to sari jagah ki talash ke nikale gaye, lekin us waqt chanta gaya, selection hua aur select kar ke sirf aik gaz ka sehra banaya gaya, bohat hi selected pearls ka.</w:t>
      </w:r>
    </w:p>
    <w:p>
      <w:pPr>
        <w:jc w:val="right"/>
      </w:pPr>
      <w:r>
        <w:t>" تو انہوں نے دوسرا شعر کہا، انہوں نے کہا کہ "سات دریا کے فراہم کیے ہوں گے موتی، تب بنا ہوگا اس اعداد کا گز بھر صحرا۔" یعنی پرل تو ساری جگہ کی تلاش کے نکالے گئے، لیکن اس وقت چھانٹا گیا، سلیکشن ہوا اور سلیکٹ کر کے صرف ایک گز کا صحرا بنایا گیا، بہت ہی سلیکٹڈ پرلز کا۔</w:t>
      </w:r>
    </w:p>
    <w:p>
      <w:r>
        <w:rPr>
          <w:b/>
        </w:rPr>
        <w:t xml:space="preserve">[40:06] </w:t>
      </w:r>
      <w:r>
        <w:t>to Allah taala ka concern yahi hai,</w:t>
      </w:r>
    </w:p>
    <w:p>
      <w:pPr>
        <w:jc w:val="right"/>
      </w:pPr>
      <w:r>
        <w:t>تو اللہ تعالی کا کنسرن یہی ہے،</w:t>
      </w:r>
    </w:p>
    <w:p>
      <w:r>
        <w:rPr>
          <w:b/>
        </w:rPr>
        <w:t xml:space="preserve">[40:10] </w:t>
      </w:r>
      <w:r>
        <w:t>Allah taala ne jo jannat banai hai, woh jannat mein selected log jayen ge, poori mankind se, poori human history se, Allah taala select kare ga logon ko.</w:t>
      </w:r>
    </w:p>
    <w:p>
      <w:pPr>
        <w:jc w:val="right"/>
      </w:pPr>
      <w:r>
        <w:t>اللہ تعالی نے جو جنت بنائی ہے، وہ جنت میں سلیکٹڈ لوگ جائیں گے، پوری مین کائنڈ سے، پوری ہیومن ہسٹری سے، اللہ تعالی سلیکٹ کرے گا لوگوں کو۔</w:t>
      </w:r>
    </w:p>
    <w:p>
      <w:r>
        <w:rPr>
          <w:b/>
        </w:rPr>
        <w:t xml:space="preserve">[40:20] </w:t>
      </w:r>
      <w:r>
        <w:t>Allah ke farishtay har jagah hain, har insan ko wash kar rahe hain, har insan ke record tayyar kar rahe hain. to individual based selection hai Allah taala ka, yeh nahi ke aik qaum hai, chalo sari qaum ko jannat dakhil kar do,</w:t>
      </w:r>
    </w:p>
    <w:p>
      <w:pPr>
        <w:jc w:val="right"/>
      </w:pPr>
      <w:r>
        <w:t>اللہ کے فرشتے ہر جگہ ہیں، ہر انسان کو واش کر رہے ہیں، ہر انسان کے ریکارڈ تیار کر رہے ہیں۔ تو انڈیویجول بیسڈ سلیکشن ہے اللہ تعالی کا، یہ نہیں کہ ایک قوم ہے، چلو ساری قوم کو جنت داخل کر دو،</w:t>
      </w:r>
    </w:p>
    <w:p>
      <w:r>
        <w:rPr>
          <w:b/>
        </w:rPr>
        <w:t xml:space="preserve">[40:37] </w:t>
      </w:r>
      <w:r>
        <w:t>qaum ko le kar nahi, jannat jannat dakhle mile ga, kyun ke qaum poori qaum, poori ummat, poora giroh aisa nahi hoga. wahan par fard fard, yani aik aik person, aik aik individual ko dekha jaye ga.</w:t>
      </w:r>
    </w:p>
    <w:p>
      <w:pPr>
        <w:jc w:val="right"/>
      </w:pPr>
      <w:r>
        <w:t>قوم کو لے کر نہیں، جنت جنت داخلے ملے گا، کیونکہ قوم پوری قوم، پوری امت، پورا گروہ ایسا نہیں ہوگا۔ وہاں پر فرد فرد، یعنی ایک ایک پرسن، ایک ایک انڈیویجول کو دیکھا جائے گا۔</w:t>
      </w:r>
    </w:p>
    <w:p>
      <w:r>
        <w:rPr>
          <w:b/>
        </w:rPr>
        <w:t xml:space="preserve">[40:53] </w:t>
      </w:r>
      <w:r>
        <w:t>to Allah taala ke is scheme mein jo ahmiyat hai, woh fard ki hai, individual ki hai, majmooi ki nahi hai.</w:t>
      </w:r>
    </w:p>
    <w:p>
      <w:pPr>
        <w:jc w:val="right"/>
      </w:pPr>
      <w:r>
        <w:t>تو اللہ تعالی کے اس سکیم میں جو اہمیت ہے، وہ فرد کی ہے، انڈیویجول کی ہے، مجموعی کی نہیں ہے۔</w:t>
      </w:r>
    </w:p>
    <w:p>
      <w:r>
        <w:rPr>
          <w:b/>
        </w:rPr>
        <w:t xml:space="preserve">[41:02] </w:t>
      </w:r>
      <w:r>
        <w:t>is raat ko na samajhne ki wajah se log barish mein pade rehte hain.</w:t>
      </w:r>
    </w:p>
    <w:p>
      <w:pPr>
        <w:jc w:val="right"/>
      </w:pPr>
      <w:r>
        <w:t>اس رات کو نہ سمجھنے کی وجہ سے لوگ بارش میں پڑے رہتے ہیں۔</w:t>
      </w:r>
    </w:p>
    <w:p>
      <w:r>
        <w:rPr>
          <w:b/>
        </w:rPr>
        <w:t xml:space="preserve">[41:07] </w:t>
      </w:r>
      <w:r>
        <w:t>to do baaten mein ne arz keen, aik to yeh nahi samajh paate ke dunya mein insan ko Allah ne azadi di hai, azadi koi waris nahi kar sakta, azadi ki wajah se dunya mein kabhi bhi ideal peace nahi qaim ho sakta.</w:t>
      </w:r>
    </w:p>
    <w:p>
      <w:pPr>
        <w:jc w:val="right"/>
      </w:pPr>
      <w:r>
        <w:t>تو دو باتیں میں نے عرض کیں، ایک تو یہ نہیں سمجھ پاتے کہ دنیا میں انسان کو اللہ نے آزادی دی ہے، آزادی کوئی وارث نہیں کر سکتا، آزادی کی وجہ سے دنیا میں کبھی بھی آئیڈیل پیس نہیں قائم ہو سکتا۔</w:t>
      </w:r>
    </w:p>
    <w:p>
      <w:r>
        <w:rPr>
          <w:b/>
        </w:rPr>
        <w:t xml:space="preserve">[41:23] </w:t>
      </w:r>
      <w:r>
        <w:t>jab bhi qaim hoga, workable peace qaim hoga. to aap ko workable peace par razi hona chahiye. jab razi ho jayen ge aap, tab aap ke liye mumkin ho jaye ga ke aap opportunities ko avail kar saken.</w:t>
      </w:r>
    </w:p>
    <w:p>
      <w:pPr>
        <w:jc w:val="right"/>
      </w:pPr>
      <w:r>
        <w:t>جب بھی قائم ہوگا، ورکیبل پیس قائم ہوگا۔ تو آپ کو ورکیبل پیس پر راضی ہونا چاہیے۔ جب راضی ہو جائیں گے آپ، تب آپ کے لیے ممکن ہو جائے گا کہ آپ اپرچونیٹیز کو اویل کر سکیں۔</w:t>
      </w:r>
    </w:p>
    <w:p>
      <w:r>
        <w:rPr>
          <w:b/>
        </w:rPr>
        <w:t xml:space="preserve">[41:38] </w:t>
      </w:r>
      <w:r>
        <w:t>nahi to kya hai? complaint, protest, ladaai, jhagda, tashaddud, maar kaat, yeh chalta rahe ga.</w:t>
      </w:r>
    </w:p>
    <w:p>
      <w:pPr>
        <w:jc w:val="right"/>
      </w:pPr>
      <w:r>
        <w:t>نہیں تو کیا ہے؟ کمپلینٹ، پروٹیسٹ، لڑائی، جھگڑا، تشدد، مار کاٹ، یہ چلتا رہے گا۔</w:t>
      </w:r>
    </w:p>
    <w:p>
      <w:r>
        <w:rPr>
          <w:b/>
        </w:rPr>
        <w:t xml:space="preserve">[41:46] </w:t>
      </w:r>
      <w:r>
        <w:t>ab dekhiye, mein aik misaal deta hoon aap ko, is dunya mein aik nai cheez wajood mein aai hai jo pehle nahi thi, due to communication, woh hai global mobility, jis ko mein kehta hoon</w:t>
      </w:r>
    </w:p>
    <w:p>
      <w:pPr>
        <w:jc w:val="right"/>
      </w:pPr>
      <w:r>
        <w:t>اب دیکھیے، میں ایک مثال دیتا ہوں آپ کو، اس دنیا میں ایک نئی چیز وجود میں آئی ہے جو پہلے نہیں تھی، ڈیو ٹو کمیونیکیشن، وہ ہے گلوبل موبیلٹی، جس کو میں کہتا ہوں</w:t>
      </w:r>
    </w:p>
    <w:p>
      <w:r>
        <w:rPr>
          <w:b/>
        </w:rPr>
        <w:t xml:space="preserve">[42:02] </w:t>
      </w:r>
      <w:r>
        <w:t>global mobility. yani har mulk se doosre mulk mein log puhanch rahe hain, taajir puhanch rahe hain, tourist puhanch rahe hain, expert puhanch rahe hain, mukhtalif tareeqe se conferences hoti hain, is mein log jate hain, yahan se wahan, wahan se wahan.</w:t>
      </w:r>
    </w:p>
    <w:p>
      <w:pPr>
        <w:jc w:val="right"/>
      </w:pPr>
      <w:r>
        <w:t>گلوبل موبیلٹی۔ یعنی ہر ملک سے دوسرے ملک میں لوگ پہنچ رہے ہیں، تاجر پہنچ رہے ہیں، ٹورسٹ پہنچ رہے ہیں، ایکسپرٹ پہنچ رہے ہیں، مختلف طریقے سے کانفرنسیں ہوتی ہیں، اس میں لوگ جاتے ہیں، یہاں سے وہاں، وہاں سے وہاں۔</w:t>
      </w:r>
    </w:p>
    <w:p>
      <w:r>
        <w:rPr>
          <w:b/>
        </w:rPr>
        <w:t xml:space="preserve">[42:18] </w:t>
      </w:r>
      <w:r>
        <w:t>ab musalmanon ka haal kya hai? musalmanon ka haal yeh hai ke in sab ko dushman samajhte hain, dushman mulk ke log hain, yeh in ko nafrat ki nazar se dekhte hain.</w:t>
      </w:r>
    </w:p>
    <w:p>
      <w:pPr>
        <w:jc w:val="right"/>
      </w:pPr>
      <w:r>
        <w:t>اب مسلمانوں کا حال کیا ہے؟ مسلمانوں کا حال یہ ہے کہ ان سب کو دشمن سمجھتے ہیں، دشمن ملک کے لوگ ہیں، یہ ان کو نفرت کی نظر سے دیکھتے ہیں۔</w:t>
      </w:r>
    </w:p>
    <w:p>
      <w:r>
        <w:rPr>
          <w:b/>
        </w:rPr>
        <w:t xml:space="preserve">[42:27] </w:t>
      </w:r>
      <w:r>
        <w:t>kai jagah aap jante hain ke touriston ke center bomb mare hain, logon ne musalmanon ne bomb mare, halanke wahan par jo jama hote hain, woh agar aap ko mad'u samjhen to aik aap ko samjhen ke aik naya moqa khula hai dawat ka ke mad'u khud chal chal kar aa raha hai.</w:t>
      </w:r>
    </w:p>
    <w:p>
      <w:pPr>
        <w:jc w:val="right"/>
      </w:pPr>
      <w:r>
        <w:t>کئی جگہ آپ جانتے ہیں کہ ٹورسٹوں کے سینٹر بم مارے ہیں، لوگوں نے مسلمانوں نے بم مارے، حالانکہ وہاں پر جو جمع ہوتے ہیں، وہ اگر آپ کو مدعو سمجھیں تو ایک آپ کو سمجھیں کہ ایک نیا موقع کھلا ہے دعوت کا کہ مدعو خود چل چل کر آ رہا ہے۔</w:t>
      </w:r>
    </w:p>
    <w:p>
      <w:r>
        <w:rPr>
          <w:b/>
        </w:rPr>
        <w:t xml:space="preserve">[42:47] </w:t>
      </w:r>
      <w:r>
        <w:t>aap aik misaal lijiye, new york mein jo woh world trade center tha, jis jis mein nine eleven ko, jis mein jahaz takra kar tabah kar diya, us ko to dekhiye, mein khud us par dekha, mein us par charha hoon, wahan par bohat tourist ate thay, hazaron hazar log bheer lag rahi thi, tourist ki.</w:t>
      </w:r>
    </w:p>
    <w:p>
      <w:pPr>
        <w:jc w:val="right"/>
      </w:pPr>
      <w:r>
        <w:t>آپ ایک مثال لیجئے، نیویارک میں جو وہ ورلڈ ٹریڈ سینٹر تھا، جس جس میں نائن الیون کو، جس میں ہوا جہاز ٹکرا کر تباہ کر دیا، اس کو تو دیکھیے، میں خود اس پر دیکھا، میں اس پر چڑھا ہوں، وہاں پر بہت ٹورسٹ آتے تھے، ہزاروں ہزار لوگ بھیڑ لگ رہی تھی، ٹورسٹ کی۔</w:t>
      </w:r>
    </w:p>
    <w:p>
      <w:r>
        <w:rPr>
          <w:b/>
        </w:rPr>
        <w:t xml:space="preserve">[43:11] </w:t>
      </w:r>
      <w:r>
        <w:t>to agar aap ke andar da'wati mizaj hota to aap kabhi us ko na uthate, kyun ke uthane ke ma'ne kya hue?</w:t>
      </w:r>
    </w:p>
    <w:p>
      <w:pPr>
        <w:jc w:val="right"/>
      </w:pPr>
      <w:r>
        <w:t>تو اگر آپ کے اندر دعوتی مزاج ہوتا تو آپ کبھی اس کو نہ اٹھاتے، کیونکہ اٹھانے کے معنی کیا ہوئے؟</w:t>
      </w:r>
    </w:p>
    <w:p>
      <w:r>
        <w:rPr>
          <w:b/>
        </w:rPr>
        <w:t xml:space="preserve">[43:20] </w:t>
      </w:r>
      <w:r>
        <w:t>kya wahan tourist aana band ho gaya? mad'u aana band ho gaya? agar musalmanon mein da'wati mizaj hota, is raat ko samajhte ke workable peace hi mumkin hai is dunya mein, workable justice hi mumkin hai is dunya mein,</w:t>
      </w:r>
    </w:p>
    <w:p>
      <w:pPr>
        <w:jc w:val="right"/>
      </w:pPr>
      <w:r>
        <w:t>کیا وہاں ٹورسٹ آنا بند ہو گیا؟ مدعو آنا بند ہو گیا؟ اگر مسلمانوں میں دعوتی مزاج ہوتا، اس رات کو سمجھتے کہ ورکیبل پیس ہی ممکن ہے اس دنیا میں، ورکیبل جسٹس ہی ممکن ہے اس دنیا میں،</w:t>
      </w:r>
    </w:p>
    <w:p>
      <w:r>
        <w:rPr>
          <w:b/>
        </w:rPr>
        <w:t xml:space="preserve">[43:34] </w:t>
      </w:r>
      <w:r>
        <w:t>workable justice, workable peace mumkin hai,</w:t>
      </w:r>
    </w:p>
    <w:p>
      <w:pPr>
        <w:jc w:val="right"/>
      </w:pPr>
      <w:r>
        <w:t>ورکیبل جسٹس، ورکیبل پیس ممکن ہے،</w:t>
      </w:r>
    </w:p>
    <w:p>
      <w:r>
        <w:rPr>
          <w:b/>
        </w:rPr>
        <w:t xml:space="preserve">[43:38] </w:t>
      </w:r>
      <w:r>
        <w:t>ideal peace mumkin nahi hai, ideal justice mumkin nahi, to world trade center ko woh samajhte thay ke nemat hamare liye.</w:t>
      </w:r>
    </w:p>
    <w:p>
      <w:pPr>
        <w:jc w:val="right"/>
      </w:pPr>
      <w:r>
        <w:t>آئیڈیل پیس ممکن نہیں ہے، آئیڈیل جسٹس ممکن نہیں، تو ورلڈ ٹریڈ سینٹر کو وہ سمجھتے تھے کہ نعمت ہمارے لیے۔</w:t>
      </w:r>
    </w:p>
    <w:p>
      <w:r>
        <w:rPr>
          <w:b/>
        </w:rPr>
        <w:t xml:space="preserve">[43:48] </w:t>
      </w:r>
      <w:r>
        <w:t>isi ki wajah se itne itne tourist yahan ate hain daily. ab chalo un ko literature banto, un ko quran ke translation do, un se milo, un se baaten karo, un se interaction karo.</w:t>
      </w:r>
    </w:p>
    <w:p>
      <w:pPr>
        <w:jc w:val="right"/>
      </w:pPr>
      <w:r>
        <w:t>اسی کی وجہ سے اتنے اتنے ٹورسٹ یہاں آتے ہیں ڈیلی۔ اب چلو ان کو لیٹریچر بانٹو، ان کو قرآن کے ٹرانسلیشن دو، ان سے ملو، ان سے باتیں کرو، ان سے انٹریکشن کرو۔</w:t>
      </w:r>
    </w:p>
    <w:p>
      <w:r>
        <w:rPr>
          <w:b/>
        </w:rPr>
        <w:t xml:space="preserve">[44:00] </w:t>
      </w:r>
      <w:r>
        <w:t>to subah se sham tak wahan bheed lagi rehti thi.</w:t>
      </w:r>
    </w:p>
    <w:p>
      <w:pPr>
        <w:jc w:val="right"/>
      </w:pPr>
      <w:r>
        <w:t>تو صبح سے شام تک وہاں بھیڑ لگ رہتی تھی۔</w:t>
      </w:r>
    </w:p>
    <w:p>
      <w:r>
        <w:rPr>
          <w:b/>
        </w:rPr>
        <w:t xml:space="preserve">[44:05] </w:t>
      </w:r>
      <w:r>
        <w:t>to kitni bari nadani hai ke is ko utha diya aur fakhr karte hain is ke upar.</w:t>
      </w:r>
    </w:p>
    <w:p>
      <w:pPr>
        <w:jc w:val="right"/>
      </w:pPr>
      <w:r>
        <w:t>تو کتنی بڑی نادانی ہے کہ اس کو اٹھا دیا اور فخر کرتے ہیں اس کے اوپر۔</w:t>
      </w:r>
    </w:p>
    <w:p>
      <w:r>
        <w:rPr>
          <w:b/>
        </w:rPr>
        <w:t xml:space="preserve">[44:12] </w:t>
      </w:r>
      <w:r>
        <w:t>isi tarah sari dunya mein aise mauqe hain. abhi maine parha egypt ke bare mein. egypt mein aap jante hain ke aaj kal wahan par dhoom machi hui hai ke so called islam pasand log wahan par hukumat mein aa gaye hain.</w:t>
      </w:r>
    </w:p>
    <w:p>
      <w:pPr>
        <w:jc w:val="right"/>
      </w:pPr>
      <w:r>
        <w:t>اسی طرح ساری دنیا میں ایسے مواقع ہیں۔ ابھی میں نے پڑھا ایجپٹ کے بارے میں۔ ایجپٹ میں آپ جانتے ہیں کہ آج کل وہاں پر دھوم مچی ہوئی ہے کہ سو کالڈ اسلام پسند لوگ وہاں پر حکومت میں آگئے ہیں۔</w:t>
      </w:r>
    </w:p>
    <w:p>
      <w:r>
        <w:rPr>
          <w:b/>
        </w:rPr>
        <w:t xml:space="preserve">[44:30] </w:t>
      </w:r>
      <w:r>
        <w:t>so called mein is liye keh raha hon ke ye is is ke islam ke naam par jamaatein ban</w:t>
      </w:r>
    </w:p>
    <w:p>
      <w:pPr>
        <w:jc w:val="right"/>
      </w:pPr>
      <w:r>
        <w:t>سو کالڈ میں اس لیے کہہ رہا ہوں کہ یہ اس اس کے اسلام کے نام پر جماعتیں بن</w:t>
      </w:r>
    </w:p>
    <w:p>
      <w:r>
        <w:rPr>
          <w:b/>
        </w:rPr>
        <w:t xml:space="preserve">[44:34] </w:t>
      </w:r>
      <w:r>
        <w:t>aai jati hain, islam se in ka koi talluq nahi hota. ab wahan par kya mutalba maang ki ja rahi hai ke wahan par jo wo hain, pyramids hain, aur wahan par jo abu al-haul hai,</w:t>
      </w:r>
    </w:p>
    <w:p>
      <w:pPr>
        <w:jc w:val="right"/>
      </w:pPr>
      <w:r>
        <w:t>ائی جاتی ہیں، اسلام سے ان کا کوئی تعلق نہیں ہوتا۔ اب وہاں پر کیا مطالبہ مانگ کی جا رہی ہے کہ وہاں پر جو وہ ہیں، پیرامڈز ہیں، اور وہاں پر جو ابو الحول ہے،</w:t>
      </w:r>
    </w:p>
    <w:p>
      <w:r>
        <w:rPr>
          <w:b/>
        </w:rPr>
        <w:t xml:space="preserve">[44:48] </w:t>
      </w:r>
      <w:r>
        <w:t>is ko kehte hain ke shirk ki nishaniyan hain, is ko todo. main jab gaya tha qahira to maine dekha hai wahan par abu al-haul ko, aur aur ahram is ko kehte hain, pyramids ko.</w:t>
      </w:r>
    </w:p>
    <w:p>
      <w:pPr>
        <w:jc w:val="right"/>
      </w:pPr>
      <w:r>
        <w:t>اس کو کہتے ہیں کہ شرک کی نشانیاں ہیں، اس کو توڑو۔ میں جب گیا تھا قاہرے تو میں نے دیکھا ہے وہاں پر ابو الحول کو، اور اور احرام اس کو کہتے ہیں، پیرامڈز کو۔</w:t>
      </w:r>
    </w:p>
    <w:p>
      <w:r>
        <w:rPr>
          <w:b/>
        </w:rPr>
        <w:t xml:space="preserve">[45:01] </w:t>
      </w:r>
      <w:r>
        <w:t>bohat tourist aate hain wahan is ko dekhne ke liye.</w:t>
      </w:r>
    </w:p>
    <w:p>
      <w:pPr>
        <w:jc w:val="right"/>
      </w:pPr>
      <w:r>
        <w:t>بہت ٹورسٹ آتے ہیں وہاں اس کو دیکھنے کے لیے۔</w:t>
      </w:r>
    </w:p>
    <w:p>
      <w:r>
        <w:rPr>
          <w:b/>
        </w:rPr>
        <w:t xml:space="preserve">[45:05] </w:t>
      </w:r>
      <w:r>
        <w:t>touriston ka wo ek bohat bara attraction hai. wo abhi kehte hain is ko tod dalo. todne ke mani kya hue? ke tourist aana band ho jayega.</w:t>
      </w:r>
    </w:p>
    <w:p>
      <w:pPr>
        <w:jc w:val="right"/>
      </w:pPr>
      <w:r>
        <w:t>ٹورسٹوں کا وہ ایک بہت بڑا اٹریکشن ہے۔ وہ ابھی کہتے ہیں اس کو توڑ ڈالو۔ توڑنے کے معنی کیا ہوئے؟ کہ ٹورسٹ آنا بند ہو جائے گا۔</w:t>
      </w:r>
    </w:p>
    <w:p>
      <w:r>
        <w:rPr>
          <w:b/>
        </w:rPr>
        <w:t xml:space="preserve">[45:17] </w:t>
      </w:r>
      <w:r>
        <w:t>to ye log jo hain, jo is tarah ke maain kar rahe hain, in ka islam se koi talluq nahi. aur hangama bazi in ka nazdeek in ka islam hai, ghogha arai in ke nazdeek islam hai.</w:t>
      </w:r>
    </w:p>
    <w:p>
      <w:pPr>
        <w:jc w:val="right"/>
      </w:pPr>
      <w:r>
        <w:t>تو یہ لوگ جو ہیں، جو اس طرح کے مائیں کر رہے ہیں، ان کا اسلام سے کوئی تعلق نہیں۔ اور ہنگامہ بازی ان کا نزدیک ان کا اسلام ہے، غوغہ آرائی ان کے نزدیک اسلام ہے۔</w:t>
      </w:r>
    </w:p>
    <w:p>
      <w:r>
        <w:rPr>
          <w:b/>
        </w:rPr>
        <w:t xml:space="preserve">[45:29] </w:t>
      </w:r>
      <w:r>
        <w:t>agar wo sochein, agar to samjhein ke ye to hamare liye bohat qeemti hain,</w:t>
      </w:r>
    </w:p>
    <w:p>
      <w:pPr>
        <w:jc w:val="right"/>
      </w:pPr>
      <w:r>
        <w:t>اگر وہ سوچیں، اگر تو سمجھیں کہ یہ تو ہمارے لیے بہت قیمتی ہیں،</w:t>
      </w:r>
    </w:p>
    <w:p>
      <w:r>
        <w:rPr>
          <w:b/>
        </w:rPr>
        <w:t xml:space="preserve">[45:34] </w:t>
      </w:r>
      <w:r>
        <w:t>jaise new york ka, new york ka jo wo tha building qeemti thi ke wo tourist wahan aate thay.</w:t>
      </w:r>
    </w:p>
    <w:p>
      <w:pPr>
        <w:jc w:val="right"/>
      </w:pPr>
      <w:r>
        <w:t>جیسے نیویارک کا، نیویارک کا جو وہ تھا بلڈنگ قیمتی تھی کہ وہ ٹورسٹ وہاں آتے تھے۔</w:t>
      </w:r>
    </w:p>
    <w:p>
      <w:r>
        <w:rPr>
          <w:b/>
        </w:rPr>
        <w:t xml:space="preserve">[45:45] </w:t>
      </w:r>
      <w:r>
        <w:t>isi tarah se ye ahram bhi qeemti hain, ye abu al-haul bhi qeemti hai ke is ki wajah se bohat wahan par tourist aate hain. ek tourist ko maine parha tha ke dunya ghoom kar jab wo lauta,</w:t>
      </w:r>
    </w:p>
    <w:p>
      <w:pPr>
        <w:jc w:val="right"/>
      </w:pPr>
      <w:r>
        <w:t>اسی طرح سے یہ احرام بھی قیمتی ہیں، یہ ابو الحول بھی قیمتی ہے کہ اس کی وجہ سے بہت وہاں پر ٹورسٹ آتے ہیں۔ ایک ٹورسٹ کو میں نے پڑھا تھا کہ دنیا گھوم کر جب وہ لوٹا،</w:t>
      </w:r>
    </w:p>
    <w:p>
      <w:r>
        <w:rPr>
          <w:b/>
        </w:rPr>
        <w:t xml:space="preserve">[45:59] </w:t>
      </w:r>
      <w:r>
        <w:t>logon se us ne poocha ke tum ne dunya mein sab se ajeeb cheez kya dekhi?</w:t>
      </w:r>
    </w:p>
    <w:p>
      <w:pPr>
        <w:jc w:val="right"/>
      </w:pPr>
      <w:r>
        <w:t>لوگوں سے اس نے پوچھا کہ تم نے دنیا میں سب سے عجیب چیز کیا دیکھی؟</w:t>
      </w:r>
    </w:p>
    <w:p>
      <w:r>
        <w:rPr>
          <w:b/>
        </w:rPr>
        <w:t xml:space="preserve">[46:05] </w:t>
      </w:r>
      <w:r>
        <w:t>to us ne kaha ke abu al-haul ke aaza ka tanasub maine is ko dekha hai, waqai bohat hi bara hai, lekin us ne is ke jo aankh, naak, haath, sar, par, sab cheez hai to bohat hi,</w:t>
      </w:r>
    </w:p>
    <w:p>
      <w:pPr>
        <w:jc w:val="right"/>
      </w:pPr>
      <w:r>
        <w:t>تو اس نے کہا کہ ابو الحول کے اعضاء کا تناسب میں نے اس کو دیکھا ہے، واقعی بہت ہی بڑا ہے، لیکن اس نے اس کے جو آنکھ، ناک، ہاتھ، سر، پر، سب چیز ہے تو بہت ہی،</w:t>
      </w:r>
    </w:p>
    <w:p>
      <w:r>
        <w:rPr>
          <w:b/>
        </w:rPr>
        <w:t xml:space="preserve">[46:18] </w:t>
      </w:r>
      <w:r>
        <w:t>yani bohat hi right proportion mein ek cheez hai. itna bara hone ke baad bhi har cheez bohat right proportion mein. to us ne kaha ke abu al-haul ke aaza ka tanasub</w:t>
      </w:r>
    </w:p>
    <w:p>
      <w:pPr>
        <w:jc w:val="right"/>
      </w:pPr>
      <w:r>
        <w:t>یعنی بہت ہی رائٹ پروپورشن میں ایک چیز ہے۔ اتنا بڑا ہونے کے بعد بھی ہر چیز بہت رائٹ پروپورشن میں۔ تو اس نے کہا کہ ابو الحول کے اعضاء کا تناسب</w:t>
      </w:r>
    </w:p>
    <w:p>
      <w:r>
        <w:rPr>
          <w:b/>
        </w:rPr>
        <w:t xml:space="preserve">[46:29] </w:t>
      </w:r>
      <w:r>
        <w:t>to aap khud jate hain dekhne ke liye, kyun ke to hazaron saal pehle ki cheezein hain, ye sab hain. to tourist ke mani kya hain?</w:t>
      </w:r>
    </w:p>
    <w:p>
      <w:pPr>
        <w:jc w:val="right"/>
      </w:pPr>
      <w:r>
        <w:t>تو آپ خود جاتے ہیں دیکھنے کے لیے، کیونکہ تو ہزاروں سال پہلے کی چیزیں ہیں، یہ سب ہیں۔ تو ٹورسٹ کے معنی کیا ہیں؟</w:t>
      </w:r>
    </w:p>
    <w:p>
      <w:r>
        <w:rPr>
          <w:b/>
        </w:rPr>
        <w:t xml:space="preserve">[46:38] </w:t>
      </w:r>
      <w:r>
        <w:t>ke madu aap ke ghar aa raha hai, aap ko safar kar ke jaane ki zaroorat nahi hai. lekin chounke da'wati zehn nahi, chounke allah ke patient plant of god jo allah ka hai, us ko mante nahi, samajhte nahi, to bomb marte hain, tashaddud karte hain.</w:t>
      </w:r>
    </w:p>
    <w:p>
      <w:pPr>
        <w:jc w:val="right"/>
      </w:pPr>
      <w:r>
        <w:t>کہ مدعو آپ کے گھر آ رہا ہے، آپ کو سفر کر کے جانے کی ضرورت نہیں ہے۔ لیکن چونکہ دعوتی ذہن نہیں، چونکہ اللہ کے پیشنٹ پلانٹ آف گاڈ جو اللہ کا ہے، اس کو مانتے نہیں، سمجھتے نہیں، تو بم مارتے ہیں، تشدد کرتے ہیں۔</w:t>
      </w:r>
    </w:p>
    <w:p>
      <w:r>
        <w:rPr>
          <w:b/>
        </w:rPr>
        <w:t xml:space="preserve">[46:54] </w:t>
      </w:r>
      <w:r>
        <w:t>yani in ke zehn mein basa hua hai ke ideal peace ho, ideal justice ho, wo to kabhi hoga nahi. ab phir tod phod karte rahenge. aap afghanistan mein dekhiye, bamiyan ko tod dala,</w:t>
      </w:r>
    </w:p>
    <w:p>
      <w:pPr>
        <w:jc w:val="right"/>
      </w:pPr>
      <w:r>
        <w:t>یعنی ان کے ذہن میں بسا ہوا ہے کہ آئیڈیل پیس ہو، آئیڈیل جسٹس ہو، وہ تو کبھی ہوگا نہیں۔ اب پھر توڑ پھوڑ کرتے رہیں گے۔ آپ افغانستان میں دیکھیے، بامیان کو توڑ ڈالا،</w:t>
      </w:r>
    </w:p>
    <w:p>
      <w:r>
        <w:rPr>
          <w:b/>
        </w:rPr>
        <w:t xml:space="preserve">[47:08] </w:t>
      </w:r>
      <w:r>
        <w:t>is ki wajah se wahan tourist bohat kam ho gaye. wo bhi tourist center tha.</w:t>
      </w:r>
    </w:p>
    <w:p>
      <w:pPr>
        <w:jc w:val="right"/>
      </w:pPr>
      <w:r>
        <w:t>اس کی وجہ سے وہاں ٹورسٹ بہت کم ہو گئے۔ وہ بھی ٹورسٹ سینٹر تھا۔</w:t>
      </w:r>
    </w:p>
    <w:p>
      <w:r>
        <w:rPr>
          <w:b/>
        </w:rPr>
        <w:t xml:space="preserve">[47:16] </w:t>
      </w:r>
      <w:r>
        <w:t>to ye ye sara mamla is liye hai ke ye log islam ka naam lete hain, lekin wo jante hi nahi ke what is the creation plan of god.</w:t>
      </w:r>
    </w:p>
    <w:p>
      <w:pPr>
        <w:jc w:val="right"/>
      </w:pPr>
      <w:r>
        <w:t>تو یہ یہ سارا معاملہ اس لیے ہے کہ یہ لوگ اسلام کا نام لیتے ہیں، لیکن وہ جانتے ہی نہیں کہ واٹ از دا کرشن پلان آف گاڈ۔</w:t>
      </w:r>
    </w:p>
    <w:p>
      <w:r>
        <w:rPr>
          <w:b/>
        </w:rPr>
        <w:t xml:space="preserve">[47:25] </w:t>
      </w:r>
      <w:r>
        <w:t>jante hi nahi, bas islam ko bator slogan ke liye rakha unhon ne. slogan bator slogan ke liye rakha hai.</w:t>
      </w:r>
    </w:p>
    <w:p>
      <w:pPr>
        <w:jc w:val="right"/>
      </w:pPr>
      <w:r>
        <w:t>جانتے ہی نہیں، بس اسلام کو بطور سلوگن کے لیے رکھا انہوں نے۔ سلوگن بطور سلوگن کے لیے رکھا ہے۔</w:t>
      </w:r>
    </w:p>
    <w:p>
      <w:r>
        <w:rPr>
          <w:b/>
        </w:rPr>
        <w:t xml:space="preserve">[47:36] </w:t>
      </w:r>
      <w:r>
        <w:t>to ye allah taala ka, ye allah taala ka ye mansooba tha, allah taala ki ye scheme thi</w:t>
      </w:r>
    </w:p>
    <w:p>
      <w:pPr>
        <w:jc w:val="right"/>
      </w:pPr>
      <w:r>
        <w:t>تو یہ اللہ تعالی کا، یہ اللہ تعالی کا یہ منصوبہ تھا، اللہ تعالی کی یہ اسکیم تھی</w:t>
      </w:r>
    </w:p>
    <w:p>
      <w:r>
        <w:rPr>
          <w:b/>
        </w:rPr>
        <w:t xml:space="preserve">[47:43] </w:t>
      </w:r>
      <w:r>
        <w:t>ke dunya mein aisa ho ke dunya mein peace aaye, aur ye communication aaye, world mobility aaye, interaction barhe, printing press aaye.</w:t>
      </w:r>
    </w:p>
    <w:p>
      <w:pPr>
        <w:jc w:val="right"/>
      </w:pPr>
      <w:r>
        <w:t>کہ دنیا میں ایسا ہو کہ دنیا میں پیس آئے، اور یہ کمیونیکیشن آئے، ورلڈ موبیلٹی آئے، انٹریکشن بڑھے، پرنٹنگ پریس آئے۔</w:t>
      </w:r>
    </w:p>
    <w:p>
      <w:r>
        <w:rPr>
          <w:b/>
        </w:rPr>
        <w:t xml:space="preserve">[47:56] </w:t>
      </w:r>
      <w:r>
        <w:t>ye sari cheezein allah taala ke scheme ke mutabiq hain, is ko avail kijiye aap. lekin na samajhne ki wajah se kya hai?</w:t>
      </w:r>
    </w:p>
    <w:p>
      <w:pPr>
        <w:jc w:val="right"/>
      </w:pPr>
      <w:r>
        <w:t>یہ ساری چیزیں اللہ تعالی کے اسکیم کے مطابق ہیں، اس کو اویل کیجئے آپ۔ لیکن نہ سمجھنے کی وجہ سے کیا ہے؟</w:t>
      </w:r>
    </w:p>
    <w:p>
      <w:r>
        <w:rPr>
          <w:b/>
        </w:rPr>
        <w:t xml:space="preserve">[48:05] </w:t>
      </w:r>
      <w:r>
        <w:t>bomb marte hain, suicide bombing karte hain.</w:t>
      </w:r>
    </w:p>
    <w:p>
      <w:pPr>
        <w:jc w:val="right"/>
      </w:pPr>
      <w:r>
        <w:t>بم مارتے ہیں، سوسائیڈ بمبنگ کرتے ہیں۔</w:t>
      </w:r>
    </w:p>
    <w:p>
      <w:r>
        <w:rPr>
          <w:b/>
        </w:rPr>
        <w:t xml:space="preserve">[48:14] </w:t>
      </w:r>
      <w:r>
        <w:t>mein samajhta hoon ke insaan ko yeh dunya mein paida hone ke baad sab se pehle yahi janna chahiye ke what is the creation plan of God.</w:t>
      </w:r>
    </w:p>
    <w:p>
      <w:pPr>
        <w:jc w:val="right"/>
      </w:pPr>
      <w:r>
        <w:t>میں سمجھتا ہوں کہ انسان کو یہ دنیا میں پیدا ہونے کے بعد سب سے پہلے یہی جاننا چاہیے کہ واٹ از دا کرشن پلان آف گاڈ۔</w:t>
      </w:r>
    </w:p>
    <w:p>
      <w:r>
        <w:rPr>
          <w:b/>
        </w:rPr>
        <w:t xml:space="preserve">[48:25] </w:t>
      </w:r>
      <w:r>
        <w:t>mein aik aisi dunya mein aaya hoon jo dunya mein ne nahi banai hai, woh Allah ne banai hai. mein is mein koi change nahi la sakta, as it is.</w:t>
      </w:r>
    </w:p>
    <w:p>
      <w:pPr>
        <w:jc w:val="right"/>
      </w:pPr>
      <w:r>
        <w:t>میں ایک ایسی دنیا میں آیا ہوں جو دنیا میں نے نہیں بنائی ہے، وہ اللہ نے بنائی ہے۔ میں اس میں کوئی چینج نہیں لا سکتا، ایز اٹ از۔</w:t>
      </w:r>
    </w:p>
    <w:p>
      <w:r>
        <w:rPr>
          <w:b/>
        </w:rPr>
        <w:t xml:space="preserve">[48:37] </w:t>
      </w:r>
      <w:r>
        <w:t>mujhe is ko manna hai,</w:t>
      </w:r>
    </w:p>
    <w:p>
      <w:pPr>
        <w:jc w:val="right"/>
      </w:pPr>
      <w:r>
        <w:t>مجھے اس کو ماننا ہے،</w:t>
      </w:r>
    </w:p>
    <w:p>
      <w:r>
        <w:rPr>
          <w:b/>
        </w:rPr>
        <w:t xml:space="preserve">[48:41] </w:t>
      </w:r>
      <w:r>
        <w:t>as it</w:t>
      </w:r>
    </w:p>
    <w:p>
      <w:pPr>
        <w:jc w:val="right"/>
      </w:pPr>
      <w:r>
        <w:t>ایز اٹ</w:t>
      </w:r>
    </w:p>
    <w:p>
      <w:r>
        <w:rPr>
          <w:b/>
        </w:rPr>
        <w:t xml:space="preserve">[48:42] </w:t>
      </w:r>
      <w:r>
        <w:t>is manna hai. jab Allah ke nishane, Allah ke naqshe mein yeh hai nahi ke dunya mein ideal peace, ideal justice qaim ho to aap kaise qaim karenge?</w:t>
      </w:r>
    </w:p>
    <w:p>
      <w:pPr>
        <w:jc w:val="right"/>
      </w:pPr>
      <w:r>
        <w:t>از ماننا ہے۔ جب اللہ کے نشانے، اللہ کے نقشے میں یہ ہے نہیں کہ دنیا میں آئیڈیل پیس، آئیڈیل جسٹس قائم ہو تو آپ کیسے قائم کریں گے؟</w:t>
      </w:r>
    </w:p>
    <w:p>
      <w:r>
        <w:rPr>
          <w:b/>
        </w:rPr>
        <w:t xml:space="preserve">[48:52] </w:t>
      </w:r>
      <w:r>
        <w:t>yeh to Allah ke naqshe hi mein nahi hai ke yahan par ideal system bane, workable system banega, jo bhi banega.</w:t>
      </w:r>
    </w:p>
    <w:p>
      <w:pPr>
        <w:jc w:val="right"/>
      </w:pPr>
      <w:r>
        <w:t>یہ تو اللہ کے نقشے ہی میں نہیں ہے کہ یہاں پر آئیڈیل سسٹم بنے، ورکیبل سسٹم بنے گا، جو بھی بنے گا۔</w:t>
      </w:r>
    </w:p>
    <w:p>
      <w:r>
        <w:rPr>
          <w:b/>
        </w:rPr>
        <w:t xml:space="preserve">[49:04] </w:t>
      </w:r>
      <w:r>
        <w:t>to is raat ko aap jaan lenge to aap kya kya hoga? saare raaste aap ke liye khul jayenge,</w:t>
      </w:r>
    </w:p>
    <w:p>
      <w:pPr>
        <w:jc w:val="right"/>
      </w:pPr>
      <w:r>
        <w:t>تو اس رات کو آپ جان لیں گے تو آپ کیا کیا ہوگا؟ سارے راستے آپ کے لیے کھل جائیں گے،</w:t>
      </w:r>
    </w:p>
    <w:p>
      <w:r>
        <w:rPr>
          <w:b/>
        </w:rPr>
        <w:t xml:space="preserve">[49:13] </w:t>
      </w:r>
      <w:r>
        <w:t>negativity ka khatma ho jayega, tension ka khatma ho jayega, complaint ka khatma ho jayega, protest ka khatma ho jayega, tashaddud ka khatma ho jayega.</w:t>
      </w:r>
    </w:p>
    <w:p>
      <w:pPr>
        <w:jc w:val="right"/>
      </w:pPr>
      <w:r>
        <w:t>نیگیٹیوٹی کا خاتمہ ہو جائے گا، ٹینشن کا خاتمہ ہو جائے گا، کمپلینٹ کا خاتمہ ہو جائے گا، پروٹیسٹ کا خاتمہ ہو جائے گا، تشدد کا خاتمہ ہو جائے گا۔</w:t>
      </w:r>
    </w:p>
    <w:p>
      <w:r>
        <w:rPr>
          <w:b/>
        </w:rPr>
        <w:t xml:space="preserve">[49:23] </w:t>
      </w:r>
      <w:r>
        <w:t>yeh jo soch hai musalmanon ki ke yeh conspiracy, conspiracy kar rahe hain, woh dushmani kar rahe hain, yeh kar rahe hain, woh kar rahe hain, yeh sab sab khatam ho jaye</w:t>
      </w:r>
    </w:p>
    <w:p>
      <w:pPr>
        <w:jc w:val="right"/>
      </w:pPr>
      <w:r>
        <w:t>یہ جو سوچ ہے مسلمانوں کی کہ یہ کانسپریسی، کانسپریسی کر رہے ہیں، وہ دشمنی کر رہے ہیں، یہ کر رہے ہیں، وہ کر رہے ہیں، یہ سب سب ختم ہو جائے</w:t>
      </w:r>
    </w:p>
    <w:p>
      <w:r>
        <w:rPr>
          <w:b/>
        </w:rPr>
        <w:t xml:space="preserve">[49:33] </w:t>
      </w:r>
      <w:r>
        <w:t>ga. ab yeh sab isi liye hai ke logon ke mizaj, logon ke zehan mein basa hua hai ideal justice, workable justice ka tasawwur nahi jante woh.</w:t>
      </w:r>
    </w:p>
    <w:p>
      <w:pPr>
        <w:jc w:val="right"/>
      </w:pPr>
      <w:r>
        <w:t>گا۔ اب یہ سب اسی لیے ہے کہ لوگوں کے مزاج، لوگوں کے ذہن میں بسا ہوا ہے آئیڈیل جسٹس، ورکیبل جسٹس کا تصور نہیں جانتے وہ۔</w:t>
      </w:r>
    </w:p>
    <w:p>
      <w:r>
        <w:rPr>
          <w:b/>
        </w:rPr>
        <w:t xml:space="preserve">[49:48] </w:t>
      </w:r>
      <w:r>
        <w:t>to yeh bohat ahem nuqta hai jo back waqt do cheezon ka faida is mein milta hai aap ko</w:t>
      </w:r>
    </w:p>
    <w:p>
      <w:pPr>
        <w:jc w:val="right"/>
      </w:pPr>
      <w:r>
        <w:t>تو یہ بہت اہم نقطہ ہے جو بیک وقت دو چیزوں کا فائدہ اس میں ملتا ہے آپ کو</w:t>
      </w:r>
    </w:p>
    <w:p>
      <w:r>
        <w:rPr>
          <w:b/>
        </w:rPr>
        <w:t xml:space="preserve">[49:56] </w:t>
      </w:r>
      <w:r>
        <w:t>, yani apna personal development karna, marifat ki line par, aur doosra dawat il Allah karna, peaceful andaaz mein.</w:t>
      </w:r>
    </w:p>
    <w:p>
      <w:pPr>
        <w:jc w:val="right"/>
      </w:pPr>
      <w:r>
        <w:t>، یعنی اپنا پرسنل ڈیویلپمنٹ کرنا، معرفت کی لائن پر، اور دوسرا دعوت الی اللہ کرنا، پیس فل انداز میں۔</w:t>
      </w:r>
    </w:p>
    <w:p>
      <w:r>
        <w:rPr>
          <w:b/>
        </w:rPr>
        <w:t xml:space="preserve">[50:07] </w:t>
      </w:r>
      <w:r>
        <w:t>in sab ko karne ka zehan jab banega aap ke andar, jab aap jaan len ke Khuda ka, yani khalq ka, creator ka plan kya hai is dunya ke bare mein,</w:t>
      </w:r>
    </w:p>
    <w:p>
      <w:pPr>
        <w:jc w:val="right"/>
      </w:pPr>
      <w:r>
        <w:t>ان سب کو کرنے کا ذہن جب بنے گا آپ کے اندر، جب آپ جان لیں کہ خدا کا، یعنی خالق کا، کریٹر کا پلان کیا ہے اس دنیا کے بارے میں،</w:t>
      </w:r>
    </w:p>
    <w:p>
      <w:r>
        <w:rPr>
          <w:b/>
        </w:rPr>
        <w:t xml:space="preserve">[50:24] </w:t>
      </w:r>
      <w:r>
        <w:t>is dunya ke bare mein is ka plan kya hai.</w:t>
      </w:r>
    </w:p>
    <w:p>
      <w:pPr>
        <w:jc w:val="right"/>
      </w:pPr>
      <w:r>
        <w:t>اس دنیا کے بارے میں اس کا پلان کیا ہے۔</w:t>
      </w:r>
    </w:p>
    <w:p>
      <w:r>
        <w:rPr>
          <w:b/>
        </w:rPr>
        <w:t xml:space="preserve">[50:33] </w:t>
      </w:r>
      <w:r>
        <w:t>mein samajhta hoon ke isi wajah se maujood zamane mein musalman 200 baras se lad rahe hain aur kuch bhi nahi. abhi aap Egypt mein ladaiyan chal rahi hain, 60 baras se aaj tak koi constitutive kaam nahi hua</w:t>
      </w:r>
    </w:p>
    <w:p>
      <w:pPr>
        <w:jc w:val="right"/>
      </w:pPr>
      <w:r>
        <w:t>میں سمجھتا ہوں کہ اسی وجہ سے موجود زمانے میں مسلمان 200 برس سے لڑ رہے ہیں اور کچھ بھی نہیں۔ ابھی آپ ایجپٹ میں لڑائیاں چل رہی ہیں، 60 برس سے آج تک کوئی تب وہاں پر کانسٹیٹیٹیو کام نہیں ہوا</w:t>
      </w:r>
    </w:p>
    <w:p>
      <w:r>
        <w:rPr>
          <w:b/>
        </w:rPr>
        <w:t xml:space="preserve">[50:48] </w:t>
      </w:r>
      <w:r>
        <w:t>, aur abhi bhi mujhe umeed nahi lagti ke wahan par, kyunke wahan par jo power mein aaye hain to woh kya kar rahe hain? power aane ke baad bas jo Rasool Allah ko sajid kar rahe hain, us ko maro aur ehram ko todo, Abu al-Hawl ko todo.</w:t>
      </w:r>
    </w:p>
    <w:p>
      <w:pPr>
        <w:jc w:val="right"/>
      </w:pPr>
      <w:r>
        <w:t>، اور ابھی بھی مجھے امید نہیں لگتی کہ وہاں پر، کیونکہ وہاں پر جو پاور میں آئے ہیں تو وہ کیا کر رہے ہیں؟ پاور آنے کے بعد بس جو رسول اللہ کو ساجد کر رہے ہیں، اس کو مارو اور احرام کو توڑو، ابو الحول کو توڑو۔</w:t>
      </w:r>
    </w:p>
    <w:p>
      <w:r>
        <w:rPr>
          <w:b/>
        </w:rPr>
        <w:t xml:space="preserve">[51:04] </w:t>
      </w:r>
      <w:r>
        <w:t>in sab baton ko, yeh sab baatein karne ke mani hain ke woh jante nahi hain ke krishan plan Allah taala ka kya hai, us ki khabar nahi hai.</w:t>
      </w:r>
    </w:p>
    <w:p>
      <w:pPr>
        <w:jc w:val="right"/>
      </w:pPr>
      <w:r>
        <w:t>ان سب باتوں کو، یہ سب باتیں کرنے کے معنی ہیں کہ وہ جانتے نہیں ہیں کہ کرشن پلان اللہ تعالی کا کیا ہے، اس کی خبر نہیں ہے۔</w:t>
      </w:r>
    </w:p>
    <w:p>
      <w:r>
        <w:rPr>
          <w:b/>
        </w:rPr>
        <w:t xml:space="preserve">[51:13] </w:t>
      </w:r>
      <w:r>
        <w:t>unhein</w:t>
      </w:r>
    </w:p>
    <w:p>
      <w:pPr>
        <w:jc w:val="right"/>
      </w:pPr>
      <w:r>
        <w:t>انہیں</w:t>
      </w:r>
    </w:p>
    <w:p>
      <w:r>
        <w:rPr>
          <w:b/>
        </w:rPr>
        <w:t xml:space="preserve">[51:14] </w:t>
      </w:r>
      <w:r>
        <w:t>apne zehan mein bana rakha hai aik naqsha, is naqshe par chal rahe hain. to dekhiye, hamara hamara zehan thori dunya mein chalega, Allah ka zehan chalega.</w:t>
      </w:r>
    </w:p>
    <w:p>
      <w:pPr>
        <w:jc w:val="right"/>
      </w:pPr>
      <w:r>
        <w:t>اپنے ذہن میں بنا رکھا ہے ایک نقشہ، اس نقشے پر چل رہے ہیں۔ تو دیکھیے، ہمارا ہمارا ذہن تھوڑی دنیا میں چلے گا، اللہ کا ذہن چلے گا۔</w:t>
      </w:r>
    </w:p>
    <w:p>
      <w:r>
        <w:rPr>
          <w:b/>
        </w:rPr>
        <w:t xml:space="preserve">[51:25] </w:t>
      </w:r>
      <w:r>
        <w:t>agar hum chahein ke dunya mein woh ho jo hum chahte hain to kabhi aisa nahi hone wala hai. yeh dunya mein wahi hoga jo Allah ki marzi hai.</w:t>
      </w:r>
    </w:p>
    <w:p>
      <w:pPr>
        <w:jc w:val="right"/>
      </w:pPr>
      <w:r>
        <w:t>اگر ہم چاہیں کہ دنیا میں وہ ہو جو ہم چاہتے ہیں تو کبھی ایسا نہیں ہونے والا ہے۔ یہ دنیا میں وہی ہوگا جو اللہ کی مرضی ہے۔</w:t>
      </w:r>
    </w:p>
    <w:p>
      <w:r>
        <w:rPr>
          <w:b/>
        </w:rPr>
        <w:t xml:space="preserve">[51:37] </w:t>
      </w:r>
      <w:r>
        <w:t>to yeh bohat ahem nuqta hai jis ki wajah se ab musalmanon ki beshumar qurbaniyan bilkul, yani bilkul, yani be-natija ho rahi hain, result less ho rahi hain.</w:t>
      </w:r>
    </w:p>
    <w:p>
      <w:pPr>
        <w:jc w:val="right"/>
      </w:pPr>
      <w:r>
        <w:t>تو یہ بہت اہم نقطہ ہے جس کی وجہ سے اب مسلمانوں کی بے شمار قربانیاں بالکل، یعنی بالکل، یعنی بے نتیجہ ہو رہی ہیں، رزلٹ لیس ہو رہی ہیں۔</w:t>
      </w:r>
    </w:p>
    <w:p>
      <w:r>
        <w:rPr>
          <w:b/>
        </w:rPr>
        <w:t xml:space="preserve">[51:51] </w:t>
      </w:r>
      <w:r>
        <w:t>yeh jo jis ko hum kehte hain daur jadeed, 200 saal, 300 saal ka jo zamana hai, is mein musalmanon ne bohat qurbaniyan ki hain, jaan ki, maal ki, har cheez ki, lekin in terms of result kuch bhi nahi,</w:t>
      </w:r>
    </w:p>
    <w:p>
      <w:pPr>
        <w:jc w:val="right"/>
      </w:pPr>
      <w:r>
        <w:t>یہ جو جس کو ہم کہتے ہیں دور جدید، 200 سال، 300 سال کا جو زمانہ ہے، اس میں مسلمانوں نے بہت قربانیاں کی ہیں، جان کی، مال کی، ہر چیز کی، لیکن ان ٹرمز آف رزلٹ کچھ بھی نہیں،</w:t>
      </w:r>
    </w:p>
    <w:p>
      <w:r>
        <w:rPr>
          <w:b/>
        </w:rPr>
        <w:t xml:space="preserve">[52:07] </w:t>
      </w:r>
      <w:r>
        <w:t>kyunke in ka nishana hi galat tha. in ka nishana tha ideal system lana, to ideal system ban nahi sakta.</w:t>
      </w:r>
    </w:p>
    <w:p>
      <w:pPr>
        <w:jc w:val="right"/>
      </w:pPr>
      <w:r>
        <w:t>کیونکہ ان کا نشان ہی غلط تھا۔ ان کا نشان تھا آئیڈیل سسٹم لانا، تو آئیڈیل سسٹم بن نہیں سکتا۔</w:t>
      </w:r>
    </w:p>
    <w:p>
      <w:r>
        <w:rPr>
          <w:b/>
        </w:rPr>
        <w:t xml:space="preserve">[52:16] </w:t>
      </w:r>
      <w:r>
        <w:t>is liye kya hai? sirf ladte hain. ladne se jab kuch natija nahi milta to phir suicide bombing karte hain,</w:t>
      </w:r>
    </w:p>
    <w:p>
      <w:pPr>
        <w:jc w:val="right"/>
      </w:pPr>
      <w:r>
        <w:t>اس لیے کیا ہے؟ صرف لڑتے ہیں۔ لڑنے سے جب کچھ نتیجہ نہیں ملتا تو پھر سوسائیڈ بمبنگ کرتے ہیں،</w:t>
      </w:r>
    </w:p>
    <w:p>
      <w:r>
        <w:rPr>
          <w:b/>
        </w:rPr>
        <w:t xml:space="preserve">[52:26] </w:t>
      </w:r>
      <w:r>
        <w:t>suicide bombing karte hain.</w:t>
      </w:r>
    </w:p>
    <w:p>
      <w:pPr>
        <w:jc w:val="right"/>
      </w:pPr>
      <w:r>
        <w:t>سوسائیڈ بمبنگ کرتے ہیں۔</w:t>
      </w:r>
    </w:p>
    <w:p>
      <w:r>
        <w:rPr>
          <w:b/>
        </w:rPr>
        <w:t xml:space="preserve">[52:29] </w:t>
      </w:r>
      <w:r>
        <w:t>aik sahib jo bohat jihad ki baatein karte hain, aur un ke nazdeek dunya mein musalmanon ka sab ka kaam aik jihad kar ke sab ko khatam karein aur Islam ka ghalba qaim karein.</w:t>
      </w:r>
    </w:p>
    <w:p>
      <w:pPr>
        <w:jc w:val="right"/>
      </w:pPr>
      <w:r>
        <w:t>ایک صاحب جو بہت جہاد کی باتیں کرتے ہیں، اور ان کے نزدیک دنیا میں مسلمانوں کا سب کا کام ایک جہاد کر کے سب کو ختم کریں اور اسلام کا غلبہ قائم کریں۔</w:t>
      </w:r>
    </w:p>
    <w:p>
      <w:r>
        <w:rPr>
          <w:b/>
        </w:rPr>
        <w:t xml:space="preserve">[52:45] </w:t>
      </w:r>
      <w:r>
        <w:t>to mein ne un se poocha ke mujhe yeh bataiye, yeh jo philosophy banai hai aap ne, kya kabhi aisa kiya aap ne</w:t>
      </w:r>
    </w:p>
    <w:p>
      <w:pPr>
        <w:jc w:val="right"/>
      </w:pPr>
      <w:r>
        <w:t>تو میں نے ان سے پوچھا کہ مجھے یہ بتائیے، یہ جو فلاسفی بنائی ہے آپ نے، کیا کبھی ایسا کیا آپ نے</w:t>
      </w:r>
    </w:p>
    <w:p>
      <w:r>
        <w:rPr>
          <w:b/>
        </w:rPr>
        <w:t xml:space="preserve">[52:55] </w:t>
      </w:r>
      <w:r>
        <w:t>? kya aap namaz parh kar dua karte ke khudaaya mein sare Quran mein ko parhoon ga janne ke liye ke teri mansha kya hai?</w:t>
      </w:r>
    </w:p>
    <w:p>
      <w:pPr>
        <w:jc w:val="right"/>
      </w:pPr>
      <w:r>
        <w:t>؟ کیا آپ نماز پڑھ کر دعا کرتے کہ خدایا میں سارے قرآن میں کو پڑھوں گا جاننے کے لیے کہ تیری منشا کیا ہے؟</w:t>
      </w:r>
    </w:p>
    <w:p>
      <w:r>
        <w:rPr>
          <w:b/>
        </w:rPr>
        <w:t xml:space="preserve">[53:05] </w:t>
      </w:r>
      <w:r>
        <w:t>aisa kiya hai? aap ne dua kar ke Quran parhna shuru kiya aur poora Quran parh dala aap ne, aur phir Quran ko parh kar ke jo aap ko samajh mein aaya, us par chal rahe hain aap?</w:t>
      </w:r>
    </w:p>
    <w:p>
      <w:pPr>
        <w:jc w:val="right"/>
      </w:pPr>
      <w:r>
        <w:t>ایسا کیا ہے؟ آپ نے دعا کر کے قرآن پڑھنا شروع کیا اور پورا قرآن پڑھ ڈالا آپ نے، اور پھر قرآن کو پڑھ کر کے جو آپ کو سمجھ میں آیا، اس پر چل رہے ہیں آپ؟</w:t>
      </w:r>
    </w:p>
    <w:p>
      <w:r>
        <w:rPr>
          <w:b/>
        </w:rPr>
        <w:t xml:space="preserve">[53:19] </w:t>
      </w:r>
      <w:r>
        <w:t>aisa kiya hai aap ne? to unhone kaha aisa to</w:t>
      </w:r>
    </w:p>
    <w:p>
      <w:pPr>
        <w:jc w:val="right"/>
      </w:pPr>
      <w:r>
        <w:t>ایسا کیا ہے آپ نے؟ تو انہوں نے کہا ایسا تو</w:t>
      </w:r>
    </w:p>
    <w:p>
      <w:r>
        <w:rPr>
          <w:b/>
        </w:rPr>
        <w:t xml:space="preserve">[53:22] </w:t>
      </w:r>
      <w:r>
        <w:t>nahin kiya. to unhone kaha phir phir aap ke dimagh mein jo hai, kya usi ka naam Islam hai? Islam woh hai jo Quran mein likha hua hai.</w:t>
      </w:r>
    </w:p>
    <w:p>
      <w:pPr>
        <w:jc w:val="right"/>
      </w:pPr>
      <w:r>
        <w:t>نہیں کیا۔ تو انہوں نے کہا پھر پھر آپ کے دماغ میں جو ہے، کیا اسی کا نام اسلام ہے؟ اسلام وہ ہے جو قرآن میں لکھا ہوا ہے۔</w:t>
      </w:r>
    </w:p>
    <w:p>
      <w:r>
        <w:rPr>
          <w:b/>
        </w:rPr>
        <w:t xml:space="preserve">[53:31] </w:t>
      </w:r>
      <w:r>
        <w:t>aap ke dimagh mein jo vom hai aap ki, woh us ka naam Islam nahin hai.</w:t>
      </w:r>
    </w:p>
    <w:p>
      <w:pPr>
        <w:jc w:val="right"/>
      </w:pPr>
      <w:r>
        <w:t>آپ کے دماغ میں جو وم ہے آپ کی، وہ اس کا نام اسلام نہیں ہے۔</w:t>
      </w:r>
    </w:p>
    <w:p>
      <w:r>
        <w:rPr>
          <w:b/>
        </w:rPr>
        <w:t xml:space="preserve">[53:38] </w:t>
      </w:r>
      <w:r>
        <w:t>to aaj kal aap jante hain ke Islam ke naam pe hangame jari hain, lekin kisi se bhi poochein aap</w:t>
      </w:r>
    </w:p>
    <w:p>
      <w:pPr>
        <w:jc w:val="right"/>
      </w:pPr>
      <w:r>
        <w:t>تو آج کل آپ جانتے ہیں کہ اسلام کے نام پہ ہنگامے جاری ہیں، لیکن کسی سے بھی پوچھیں آپ</w:t>
      </w:r>
    </w:p>
    <w:p>
      <w:r>
        <w:rPr>
          <w:b/>
        </w:rPr>
        <w:t xml:space="preserve">[53:45] </w:t>
      </w:r>
      <w:r>
        <w:t>, mein ne bohat se logon se poocha, aik do nahin, ke yeh jo aap hangame kar rahe hain, jo aap jihad kar rahe hain, jo aap larai kar rahe hain, jo dunya bhar mein takrao ka mahol banaye hue hain, kya aap ne is tarah kiya hai is kaam ko ke Quran ka mutalea kiya isi kaam ke liye bilkul open mind ke sath, empty mind ke sath ke Quran mein kya likha hua?</w:t>
      </w:r>
    </w:p>
    <w:p>
      <w:pPr>
        <w:jc w:val="right"/>
      </w:pPr>
      <w:r>
        <w:t>، میں نے بہت سے لوگوں سے پوچھا، ایک دو نہیں، کہ یہ جو آپ ہنگامے کر رہے ہیں، جو آپ جہاد کر رہے ہیں، جو آپ لڑائی کر رہے ہیں، جو دنیا بھر میں ٹکراؤ کا ماحول بنائے ہوئے ہیں، کیا آپ نے اس طرح کیا ہے اس کام کو کہ قرآن کا مطالعہ کیا اسی کام کے لیے بالکل اوپن مائنڈ کے ساتھ، ایمپٹی مائنڈ کے ساتھ کہ قرآن میں کیا لکھا ہوا؟</w:t>
      </w:r>
    </w:p>
    <w:p>
      <w:r>
        <w:rPr>
          <w:b/>
        </w:rPr>
        <w:t xml:space="preserve">[54:10] </w:t>
      </w:r>
      <w:r>
        <w:t>phir jo aap ko us mein mila, woh us par aap chal rahe hain.</w:t>
      </w:r>
    </w:p>
    <w:p>
      <w:pPr>
        <w:jc w:val="right"/>
      </w:pPr>
      <w:r>
        <w:t>پھر جو آپ کو اس میں ملا، وہ اس پر آپ چل رہے ہیں۔</w:t>
      </w:r>
    </w:p>
    <w:p>
      <w:r>
        <w:rPr>
          <w:b/>
        </w:rPr>
        <w:t xml:space="preserve">[54:13] </w:t>
      </w:r>
      <w:r>
        <w:t>to mein keh sakta hoon ke mujhe aik shakhs bhi nahin mila jo yeh kahe mere apne janne mein ke haan hum ne aisa kiya hai. to kya kiya kiya value hai in in in hangamon ki?</w:t>
      </w:r>
    </w:p>
    <w:p>
      <w:pPr>
        <w:jc w:val="right"/>
      </w:pPr>
      <w:r>
        <w:t>تو میں کہہ سکتا ہوں کہ مجھے ایک شخص بھی نہیں ملا جو یہ کہے میرے اپنے جاننے میں کہ ہاں ہم نے ایسا کیا ہے۔ تو کیا کیا کیا ویلیو ہے ان ان ان ہنگاموں کی؟</w:t>
      </w:r>
    </w:p>
    <w:p>
      <w:r>
        <w:rPr>
          <w:b/>
        </w:rPr>
        <w:t xml:space="preserve">[54:28] </w:t>
      </w:r>
      <w:r>
        <w:t>is jo jo is ko mein kaha karta hoon ghoghai siyasat, kya value hai is ghoghai siyasat ki? is ghoghai siyasat ki value kya hai?</w:t>
      </w:r>
    </w:p>
    <w:p>
      <w:pPr>
        <w:jc w:val="right"/>
      </w:pPr>
      <w:r>
        <w:t>اس جو جو اس کو میں کہا کرتا ہوں غوغائی سیاست، کیا ویلیو ہے اس غوغائی سیاست کی؟ اس غوغائی سیاست کی ویلیو کیا ہے؟</w:t>
      </w:r>
    </w:p>
    <w:p>
      <w:r>
        <w:rPr>
          <w:b/>
        </w:rPr>
        <w:t xml:space="preserve">[54:41] </w:t>
      </w:r>
      <w:r>
        <w:t>yani Allah taala ke samne sab khare honge aik din hashar ke maidan mein, sab jama honge. to in logon se agar Allah pooche ke tum ne jo artist chalai thi, jo tum ne hangame kiye the, yeh batao ke kya tum ne Quran mein likha hua paya tha?</w:t>
      </w:r>
    </w:p>
    <w:p>
      <w:pPr>
        <w:jc w:val="right"/>
      </w:pPr>
      <w:r>
        <w:t>یعنی اللہ تعالی کے سامنے سب کھڑے ہوں گے ایک دن حشر کے میدان میں، سب جمع ہوں گے۔ تو ان لوگوں سے اگر اللہ پوچھے کہ تم نے جو آرٹسٹ چلائی تھی، جو تم نے ہنگامے کیے تھے، یہ بتاؤ کہ کیا تم نے قرآن میں لکھا ہوا پایا تھا؟</w:t>
      </w:r>
    </w:p>
    <w:p>
      <w:r>
        <w:rPr>
          <w:b/>
        </w:rPr>
        <w:t xml:space="preserve">[54:57] </w:t>
      </w:r>
      <w:r>
        <w:t>is ko abhi Misr mein agitation ho rahe hain,</w:t>
      </w:r>
    </w:p>
    <w:p>
      <w:pPr>
        <w:jc w:val="right"/>
      </w:pPr>
      <w:r>
        <w:t>اس کو ابھی مصر میں ایجیٹیشن ہو رہے ہیں،</w:t>
      </w:r>
    </w:p>
    <w:p>
      <w:r>
        <w:rPr>
          <w:b/>
        </w:rPr>
        <w:t xml:space="preserve">[55:03] </w:t>
      </w:r>
      <w:r>
        <w:t>yani yani is ko mein kaha karta hoon ke street activism, is ka naam mere nazdeek street activism, street activism dhoom se ho rahi hai.</w:t>
      </w:r>
    </w:p>
    <w:p>
      <w:pPr>
        <w:jc w:val="right"/>
      </w:pPr>
      <w:r>
        <w:t>یعنی یعنی اس کو میں کہا کرتا ہوں کہ اسٹریٹ ایکٹیوزم، اس کا نام میرے نزدیک اسٹریٹ ایکٹیوزم، اسٹریٹ ایکٹیوزم دھوم سے ہو رہی ہے۔</w:t>
      </w:r>
    </w:p>
    <w:p>
      <w:r>
        <w:rPr>
          <w:b/>
        </w:rPr>
        <w:t xml:space="preserve">[55:12] </w:t>
      </w:r>
      <w:r>
        <w:t>wahan par mein soch raha tha, mein ne socha kya in logon se poocha jaye ke street activism ka formula tumhein Quran mein mila hai? aap jo processes chala rahe hain, juloos nikal rahe hain, jhande aur nare chala rahe hain,</w:t>
      </w:r>
    </w:p>
    <w:p>
      <w:pPr>
        <w:jc w:val="right"/>
      </w:pPr>
      <w:r>
        <w:t>وہاں پر میں سوچ رہا تھا، میں نے سوچا کیا ان لوگوں سے پوچھا جائے کہ اسٹریٹ ایکٹیوزم کا فارمولا تمہیں قرآن میں ملا ہے؟ آپ جو پروسیسز چلا رہے ہیں، جلوس نکال رہے ہیں، جھنڈے اور نعرے چلا رہے ہیں،</w:t>
      </w:r>
    </w:p>
    <w:p>
      <w:r>
        <w:rPr>
          <w:b/>
        </w:rPr>
        <w:t xml:space="preserve">[55:29] </w:t>
      </w:r>
      <w:r>
        <w:t>street activism chala rahe hain, to kya aap ko Quran mein yeh mila hai? formula</w:t>
      </w:r>
    </w:p>
    <w:p>
      <w:pPr>
        <w:jc w:val="right"/>
      </w:pPr>
      <w:r>
        <w:t>اسٹریٹ ایکٹیوزم چلا رہے ہیں، تو کیا آپ کو قرآن میں یہ ملا ہے؟ فارمولا</w:t>
      </w:r>
    </w:p>
    <w:p>
      <w:r>
        <w:rPr>
          <w:b/>
        </w:rPr>
        <w:t xml:space="preserve">[55:34] </w:t>
      </w:r>
      <w:r>
        <w:t>mujhe yaqeen hai ke aik bhi shakhs nahin kahega ke kyunke Quran mein to hai hi nahin. street activism to Quran mein hai hi nahin, maujood hi nahin. misaal ke taur par Rasool Allah Sal Allahu Alaihi Wasallam ko dekhiye,</w:t>
      </w:r>
    </w:p>
    <w:p>
      <w:pPr>
        <w:jc w:val="right"/>
      </w:pPr>
      <w:r>
        <w:t>مجھے یقین ہے کہ ایک بھی شخص نہیں کہے گا کہ کیونکہ قرآن میں تو ہے ہی نہیں۔ اسٹریٹ ایکٹیوزم تو قرآن میں ہے ہی نہیں، موجود ہی نہیں۔ مثلاً رسول اللہ صلی اللہ علیہ وسلم کو دیکھیے،</w:t>
      </w:r>
    </w:p>
    <w:p>
      <w:r>
        <w:rPr>
          <w:b/>
        </w:rPr>
        <w:t xml:space="preserve">[55:48] </w:t>
      </w:r>
      <w:r>
        <w:t>Rasool Allah ke zamane mein kitna bara masla tha ke Kaba mein but sainkaron ki tadad mein. to kya aap ne muzahire kiye?</w:t>
      </w:r>
    </w:p>
    <w:p>
      <w:pPr>
        <w:jc w:val="right"/>
      </w:pPr>
      <w:r>
        <w:t>رسول اللہ کے زمانے میں کتنا بڑا مسئلہ تھا کہ کعبہ میں بت سینکڑوں کی تعداد میں۔ تو کیا آپ نے مظاہرے کیے؟</w:t>
      </w:r>
    </w:p>
    <w:p>
      <w:r>
        <w:rPr>
          <w:b/>
        </w:rPr>
        <w:t xml:space="preserve">[55:57] </w:t>
      </w:r>
      <w:r>
        <w:t>kya nare lagaye? woh kaam kiya jo aaj kal ho raha hai Muslim mulkon mein?</w:t>
      </w:r>
    </w:p>
    <w:p>
      <w:pPr>
        <w:jc w:val="right"/>
      </w:pPr>
      <w:r>
        <w:t>کیا نعرے لگائے؟ وہ کام کیا جو آج کل ہو رہا ہے مسلم ملکوں میں؟</w:t>
      </w:r>
    </w:p>
    <w:p>
      <w:r>
        <w:rPr>
          <w:b/>
        </w:rPr>
        <w:t xml:space="preserve">[56:07] </w:t>
      </w:r>
      <w:r>
        <w:t>aik ghair Muslim se meri mulaqat hui, parhe likhe the woh. to unhone kaha ke mein ne Quran Majeed ko bohat ghor se parha hai, poore Quran ko bohat ghor se parha hai.</w:t>
      </w:r>
    </w:p>
    <w:p>
      <w:pPr>
        <w:jc w:val="right"/>
      </w:pPr>
      <w:r>
        <w:t>ایک غیر مسلم سے میری ملاقات ہوئی، پڑھے لکھے تھے وہ۔ تو انہوں نے کہا کہ میں نے قرآن مجید کو بہت غور سے پڑھا ہے، پورے قرآن کو بہت غور سے پڑھا ہے۔</w:t>
      </w:r>
    </w:p>
    <w:p>
      <w:r>
        <w:rPr>
          <w:b/>
        </w:rPr>
        <w:t xml:space="preserve">[56:20] </w:t>
      </w:r>
      <w:r>
        <w:t>to unhone kaha ke aik baat meri samajh mein nahin aati ke unhone kaha ke mein ne Surah Juma</w:t>
      </w:r>
    </w:p>
    <w:p>
      <w:pPr>
        <w:jc w:val="right"/>
      </w:pPr>
      <w:r>
        <w:t>تو انہوں نے کہا کہ ایک بات میری سمجھ میں نہیں آتی کہ انہوں نے کہا کہ میں نے سورہ جمع</w:t>
      </w:r>
    </w:p>
    <w:p>
      <w:r>
        <w:rPr>
          <w:b/>
        </w:rPr>
        <w:t xml:space="preserve">[56:28] </w:t>
      </w:r>
      <w:r>
        <w:t>ko parha, Quran mein likha hai Surah Juma. to us mein yeh hai ayat ke faiza qadiyat-us-salatu fantashiru fil ardi.</w:t>
      </w:r>
    </w:p>
    <w:p>
      <w:pPr>
        <w:jc w:val="right"/>
      </w:pPr>
      <w:r>
        <w:t>ہ کو پڑھا، قرآن میں لکھا ہے سورہ الجمعہ۔ تو اس میں یہ ہے آیت کہ فیضا قضیۃ الصلوۃ فالتشرف فی الارض۔</w:t>
      </w:r>
    </w:p>
    <w:p>
      <w:r>
        <w:rPr>
          <w:b/>
        </w:rPr>
        <w:t xml:space="preserve">[56:40] </w:t>
      </w:r>
      <w:r>
        <w:t>faiza qadiyat-us-salatu fantashiru fil ardi min fadlillah. jab namaz khatam ho to tum phail jao zameen mein aur Allah ka rizq talash karo.</w:t>
      </w:r>
    </w:p>
    <w:p>
      <w:pPr>
        <w:jc w:val="right"/>
      </w:pPr>
      <w:r>
        <w:t>فیضا قضیۃ الصلوۃ فالتشرف فی الارض من فضل اللہ۔ جب نماز ختم ہو تو تم پھیل جاؤ زمین میں اور اللہ کا رزق تلاش کرو۔</w:t>
      </w:r>
    </w:p>
    <w:p>
      <w:r>
        <w:rPr>
          <w:b/>
        </w:rPr>
        <w:t xml:space="preserve">[56:56] </w:t>
      </w:r>
      <w:r>
        <w:t>to unhone kaha ke aaj kal kya hai Musalman Juma ke din khaas taur par kya hota hai? wahan bhadkao taqreerein karte hain aur us ka juloos nikalte hain.</w:t>
      </w:r>
    </w:p>
    <w:p>
      <w:pPr>
        <w:jc w:val="right"/>
      </w:pPr>
      <w:r>
        <w:t>تو انہوں نے کہا کہ آج کل کیا ہے مسلمان جمعہ کے دن خاص طور پر کیا ہوتا ہے؟ وہاں بھڑکاؤ تقریریں کرتے ہیں اور اس کا جلوس نکالتے ہیں۔</w:t>
      </w:r>
    </w:p>
    <w:p>
      <w:r>
        <w:rPr>
          <w:b/>
        </w:rPr>
        <w:t xml:space="preserve">[57:05] </w:t>
      </w:r>
      <w:r>
        <w:t>to quran to keh raha hai ke juma ki namaz parh kar chale jao wapas. yahan kya karte hain ke bharkao taqreeren kar ke in ko jaloos nikalte hain. in ka</w:t>
      </w:r>
    </w:p>
    <w:p>
      <w:pPr>
        <w:jc w:val="right"/>
      </w:pPr>
      <w:r>
        <w:t>تو قرآن تو کہہ رہا ہے کہ جمعہ کی نماز پڑھ کر چلے جاؤ واپس۔ یہاں کیا کرتے ہیں کہ بھڑکاؤ تقریریں کر کے ان کو جلوس نکالتے ہیں۔ ان کا</w:t>
      </w:r>
    </w:p>
    <w:p>
      <w:r>
        <w:rPr>
          <w:b/>
        </w:rPr>
        <w:t xml:space="preserve">[57:16] </w:t>
      </w:r>
      <w:r>
        <w:t>yeh kaun sa islam hai? is tareeqay se islam ko parha nahi logon ne, is tarah se quran ko parha nahi.</w:t>
      </w:r>
    </w:p>
    <w:p>
      <w:pPr>
        <w:jc w:val="right"/>
      </w:pPr>
      <w:r>
        <w:t>یہ کون سا اسلام ہے؟ اس طریقے سے اسلام کو پڑھا نہیں لوگوں نے، اس طرح سے قرآن کو پڑھا نہیں۔</w:t>
      </w:r>
    </w:p>
    <w:p>
      <w:r>
        <w:rPr>
          <w:b/>
        </w:rPr>
        <w:t xml:space="preserve">[57:23] </w:t>
      </w:r>
      <w:r>
        <w:t>unhon ne woh jo us ne parha tha, woh objective zehn se parha tha. us ne mujhe nahi maloom kisi mein kisi zaati taur par mein kisi musalman ko nahi janta jisay is tarah quran ko parha ho.</w:t>
      </w:r>
    </w:p>
    <w:p>
      <w:pPr>
        <w:jc w:val="right"/>
      </w:pPr>
      <w:r>
        <w:t>انہوں نے وہ جو اس نے پڑھا تھا، وہ ابجیکٹو ذہن سے پڑھا تھا۔ اس نے مجھے نہیں معلوم کسی میں کسی ذاتی طور پر میں کسی مسلمان کو نہیں جانتا جسے اس طرح قرآن کو پڑھا ہو۔</w:t>
      </w:r>
    </w:p>
    <w:p>
      <w:r>
        <w:rPr>
          <w:b/>
        </w:rPr>
        <w:t xml:space="preserve">[57:35] </w:t>
      </w:r>
      <w:r>
        <w:t>to to us ko atkega? woh bhi atkega ke bhai quran pe likha hua hai ke namaz parh kar chale jao wapas. hum namaz parh kar jaloos nikalte hain, nare lagate hain, taqreeren karte hain.</w:t>
      </w:r>
    </w:p>
    <w:p>
      <w:pPr>
        <w:jc w:val="right"/>
      </w:pPr>
      <w:r>
        <w:t>تو تو اس کو اٹکائے گا؟ وہ بھی اٹکائے گا کہ بھئی قرآن پہ لکھا ہوا ہے کہ نماز پڑھ کر چلے جاؤ واپس۔ ہم نماز پڑھ کر جلوس نکالتے ہیں، نعرے لگاتے ہیں، تقریریں کرتے ہیں۔</w:t>
      </w:r>
    </w:p>
    <w:p>
      <w:r>
        <w:rPr>
          <w:b/>
        </w:rPr>
        <w:t xml:space="preserve">[57:47] </w:t>
      </w:r>
      <w:r>
        <w:t>juma ke din ko hum misuse kar rahe hain.</w:t>
      </w:r>
    </w:p>
    <w:p>
      <w:pPr>
        <w:jc w:val="right"/>
      </w:pPr>
      <w:r>
        <w:t>جمعہ کے دن کو ہم مس یوز کر رہے ہیں۔</w:t>
      </w:r>
    </w:p>
    <w:p>
      <w:r>
        <w:rPr>
          <w:b/>
        </w:rPr>
        <w:t xml:space="preserve">[57:50] </w:t>
      </w:r>
      <w:r>
        <w:t>agar sach much koi parhe quran ko is zehn ke sath, khule zehn ke sath to woh chala uthega ke hum to quran ko, hum ne juma ke din ko misuse kiya.</w:t>
      </w:r>
    </w:p>
    <w:p>
      <w:pPr>
        <w:jc w:val="right"/>
      </w:pPr>
      <w:r>
        <w:t>اگر سچ مچ کوئی پڑھے قرآن کو اس ذہن کے ساتھ، کھلے ذہن کے ساتھ تو وہ چلا اٹھے گا کہ ہم تو قرآن کو، ہم نے جمعہ کے دن کو مس یوز کیا۔</w:t>
      </w:r>
    </w:p>
    <w:p>
      <w:r>
        <w:rPr>
          <w:b/>
        </w:rPr>
        <w:t xml:space="preserve">[58:04] </w:t>
      </w:r>
      <w:r>
        <w:t>khuda ke haan kya jawab denge hum? yeh sari dunya mein juma ke din ko misuse kiya ja raha hai.</w:t>
      </w:r>
    </w:p>
    <w:p>
      <w:pPr>
        <w:jc w:val="right"/>
      </w:pPr>
      <w:r>
        <w:t>خدا کے ہاں کیا جواب دیں گے ہم؟ یہ ساری دنیا میں جمعہ کے دن کو مس یوز کیا جا رہا ہے۔</w:t>
      </w:r>
    </w:p>
    <w:p>
      <w:r>
        <w:rPr>
          <w:b/>
        </w:rPr>
        <w:t xml:space="preserve">[58:12] </w:t>
      </w:r>
      <w:r>
        <w:t>chunki juma ke din log ate hain, yani weekly peerah jo hoti hai, us ke liye jo panch waqt ki namaz nahi parhta, woh bhi juma ke din ata hai.</w:t>
      </w:r>
    </w:p>
    <w:p>
      <w:pPr>
        <w:jc w:val="right"/>
      </w:pPr>
      <w:r>
        <w:t>چونکہ جمعہ کے دن لوگ آتے ہیں، یعنی ویکلی پیرہ جو ہوتی ہے، اس کے لیے جو پانچ وقت کی نماز نہیں پڑھتا، وہ بھی جمعہ کے دن آتا ہے۔</w:t>
      </w:r>
    </w:p>
    <w:p>
      <w:r>
        <w:rPr>
          <w:b/>
        </w:rPr>
        <w:t xml:space="preserve">[58:24] </w:t>
      </w:r>
      <w:r>
        <w:t>to musalmanon ki woh weekly gathering hoti hai, is weekly gathering ko istemal karte hain ghoghai shahadat ke liye.</w:t>
      </w:r>
    </w:p>
    <w:p>
      <w:pPr>
        <w:jc w:val="right"/>
      </w:pPr>
      <w:r>
        <w:t>تو مسلمانوں کی وہ ویکلی گیدرنگ ہوتی ہے، اس ویکلی گیدرنگ کو استعمال کرتے ہیں غوغائی شہادت کے لیے۔</w:t>
      </w:r>
    </w:p>
    <w:p>
      <w:r>
        <w:rPr>
          <w:b/>
        </w:rPr>
        <w:t xml:space="preserve">[58:36] </w:t>
      </w:r>
      <w:r>
        <w:t>yeh to khula hua islam ke khilaf hai, khula hua islam ke khilaf hai.</w:t>
      </w:r>
    </w:p>
    <w:p>
      <w:pPr>
        <w:jc w:val="right"/>
      </w:pPr>
      <w:r>
        <w:t>یہ تو کھلا ہوا اسلام کے خلاف ہے، کھلا ہوا اسلام کے خلاف ہے۔</w:t>
      </w:r>
    </w:p>
    <w:p>
      <w:r>
        <w:rPr>
          <w:b/>
        </w:rPr>
        <w:t xml:space="preserve">[58:44] </w:t>
      </w:r>
      <w:r>
        <w:t>to agar agar woh mutala karen quran majeed ka khule zehn ke sath to jagah jagah un ka zehn atkega ke bhai quran mein to yeh likha hua hai, hum to kuch aur kar rahe hain.</w:t>
      </w:r>
    </w:p>
    <w:p>
      <w:pPr>
        <w:jc w:val="right"/>
      </w:pPr>
      <w:r>
        <w:t>تو اگر اگر وہ مطالعہ کریں قرآن مجید کا کھلے ذہن کے ساتھ تو جگہ جگہ ان کا ذہن اٹکائے گا کہ بھئی قرآن میں تو یہ لکھا ہوا ہے، ہم تو کچھ اور کر رہے ہیں۔</w:t>
      </w:r>
    </w:p>
    <w:p>
      <w:r>
        <w:rPr>
          <w:b/>
        </w:rPr>
        <w:t xml:space="preserve">[58:57] </w:t>
      </w:r>
      <w:r>
        <w:t>quran mein to yeh likha hua hai, hum kuch aur kar rahe hain. tab aap apna introspection karenge,</w:t>
      </w:r>
    </w:p>
    <w:p>
      <w:pPr>
        <w:jc w:val="right"/>
      </w:pPr>
      <w:r>
        <w:t>قرآن میں تو یہ لکھا ہوا ہے، ہم کچھ اور کر رہے ہیں۔ تب آپ اپنا انٹراسپیکشن کریں گے،</w:t>
      </w:r>
    </w:p>
    <w:p>
      <w:r>
        <w:rPr>
          <w:b/>
        </w:rPr>
        <w:t xml:space="preserve">[59:04] </w:t>
      </w:r>
      <w:r>
        <w:t>tab aap apna muhasba karenge, tab rethinking karenge, apni priorities ko reset karenge, reassess karenge.</w:t>
      </w:r>
    </w:p>
    <w:p>
      <w:pPr>
        <w:jc w:val="right"/>
      </w:pPr>
      <w:r>
        <w:t>تب آپ اپنا محاسبہ کریں گے، تب ری تھنکنگ کریں گے، اپنی پرائرٹیز کو ری سیٹ کریں گے، ری ایسس کریں گے۔</w:t>
      </w:r>
    </w:p>
    <w:p>
      <w:r>
        <w:rPr>
          <w:b/>
        </w:rPr>
        <w:t xml:space="preserve">[59:17] </w:t>
      </w:r>
      <w:r>
        <w:t>to behal hum ko aap ko, yani is tareeqay se bachna hai, aur hum ko aap ko chahiye ke hum khud quran ko aur islam ko is ke sahi spirit ke sath samjhen.</w:t>
      </w:r>
    </w:p>
    <w:p>
      <w:pPr>
        <w:jc w:val="right"/>
      </w:pPr>
      <w:r>
        <w:t>تو بہرحال ہم کو آپ کو، یعنی اس طریقے سے بچنا ہے، اور ہم کو آپ کو چاہیے کہ ہم خود قرآن کو اور اسلام کو اس کے صحیح اسپیریٹ کے ساتھ سمجھیں۔</w:t>
      </w:r>
    </w:p>
    <w:p>
      <w:r>
        <w:rPr>
          <w:b/>
        </w:rPr>
        <w:t xml:space="preserve">[59:32] </w:t>
      </w:r>
      <w:r>
        <w:t>humein har shakhs ko chahiye ke har shakhs khud zimmedar hai, har shakhs ko chahiye ke woh apni zimmedari ko samjhe aur us ko ada kare.</w:t>
      </w:r>
    </w:p>
    <w:p>
      <w:pPr>
        <w:jc w:val="right"/>
      </w:pPr>
      <w:r>
        <w:t>ہمیں ہر شخص کو چاہیے کہ ہر شخص خود ذمہ دار ہے، ہر شخص کو چاہیے کہ وہ اپنی ذمہ داری کو سمجھے اور اس کو ادا کرے۔</w:t>
      </w:r>
    </w:p>
    <w:p>
      <w:r>
        <w:rPr>
          <w:b/>
        </w:rPr>
        <w:t xml:space="preserve">[59:43] </w:t>
      </w:r>
      <w:r>
        <w:t>jo us ki field hai, jo us ke bas mein hai, woh karna hai, aur jahan woh mehsoos kare ke mein helpless ho raha hoon to dua karna.</w:t>
      </w:r>
    </w:p>
    <w:p>
      <w:pPr>
        <w:jc w:val="right"/>
      </w:pPr>
      <w:r>
        <w:t>جو اس کی فیلڈ ہے، جو اس کے بس میں ہے، وہ کرنا ہے، اور جہاں وہ محسوس کرے کہ میں ہیلپ لیس ہو رہا ہوں تو دعا کرنا۔</w:t>
      </w:r>
    </w:p>
    <w:p>
      <w:r>
        <w:rPr>
          <w:b/>
        </w:rPr>
        <w:t xml:space="preserve">[59:53] </w:t>
      </w:r>
      <w:r>
        <w:t>mere pas abhi aaj subah ek telephone aya ek sahab ka bahar ke mulk se ke hum daawti kaam karte hain lekin bohat mushkilain ati hain.</w:t>
      </w:r>
    </w:p>
    <w:p>
      <w:pPr>
        <w:jc w:val="right"/>
      </w:pPr>
      <w:r>
        <w:t>میرے پاس ابھی آج صبح ایک ٹیلی فون آیا ایک صاحب کا باہر کے ملک سے کہ ہم دعوتی کام کرتے ہیں لیکن بہت مشکلیں آتی ہیں۔</w:t>
      </w:r>
    </w:p>
    <w:p>
      <w:r>
        <w:rPr>
          <w:b/>
        </w:rPr>
        <w:t xml:space="preserve">[1:00:01] </w:t>
      </w:r>
      <w:r>
        <w:t>to mein ne kaha kuch nahi, dawat ka formula sirf yahi hai ke apni koshish kijiye jahan aap ki koshish, yani aap jahan aap samjhen ke aap helpless hain, dua kijiye.</w:t>
      </w:r>
    </w:p>
    <w:p>
      <w:pPr>
        <w:jc w:val="right"/>
      </w:pPr>
      <w:r>
        <w:t>تو میں نے کہا کچھ نہیں، دعوت کا فارمولا صرف یہی ہے کہ اپنی کوشش کیجئے جہاں آپ کی کوشش، یعنی آپ جہاں آپ سمجھیں کہ آپ ہیلپ لیس ہیں، دعا کیجئے۔</w:t>
      </w:r>
    </w:p>
    <w:p>
      <w:r>
        <w:rPr>
          <w:b/>
        </w:rPr>
        <w:t xml:space="preserve">[1:00:16] </w:t>
      </w:r>
      <w:r>
        <w:t>peaceful tareeqay se daawti kaam kijiye, aur jahan rukawat mehsoos ho aap ko to wahan dua kijiye. bas to meri dua hai ke Allah taala mujh ko aur aap ko tofeeq de ke hum Allah ke rastay par qaim hon, aur dunya o akhirat mein hamein Allah ki nasrat milay.</w:t>
      </w:r>
    </w:p>
    <w:p>
      <w:pPr>
        <w:jc w:val="right"/>
      </w:pPr>
      <w:r>
        <w:t>پیس فل طریقے سے دعوتی کام کیجئے، اور جہاں رکاوٹ محسوس ہو آپ کو تو وہاں دعا کیجئے۔ بس تو میری دعا ہے کہ اللہ تعالی مجھ کو اور آپ کو توفیق دے کہ ہم اللہ کے راستے پر قائم ہوں، اور دنیا و آخرت میں ہمیں اللہ کی نصرت ملے۔</w:t>
      </w:r>
    </w:p>
    <w:p>
      <w:r>
        <w:rPr>
          <w:b/>
        </w:rPr>
        <w:t xml:space="preserve">[1:00:34] </w:t>
      </w:r>
      <w:r>
        <w:t>aqool qawlan wa astaghfirullaha li kulli wal mukminin.</w:t>
      </w:r>
    </w:p>
    <w:p>
      <w:pPr>
        <w:jc w:val="right"/>
      </w:pPr>
      <w:r>
        <w:t>اقول قول واستغفراللہ علی کل کونین۔</w:t>
      </w:r>
    </w:p>
    <w:p>
      <w:r>
        <w:rPr>
          <w:b/>
        </w:rPr>
        <w:t xml:space="preserve">[1:00:52] </w:t>
      </w:r>
      <w:r>
        <w:t>maulana, sab se pehle hum ek comment ke sath shuru karna chahenge jo mr. khwaja kaleemuddin ne bheja hai USA se.</w:t>
      </w:r>
    </w:p>
    <w:p>
      <w:pPr>
        <w:jc w:val="right"/>
      </w:pPr>
      <w:r>
        <w:t>مولانا، سب سے پہلے ہم ایک کمنٹ کے ساتھ شروع کرنا چاہیں گے جو مسٹر خواجہ کلیم الدین نے بھیجا ہے یو ایس اے سے۔</w:t>
      </w:r>
    </w:p>
    <w:p>
      <w:r>
        <w:rPr>
          <w:b/>
        </w:rPr>
        <w:t xml:space="preserve">[1:01:01] </w:t>
      </w:r>
      <w:r>
        <w:t>woh aur un ki jo poori US aur Canada ki team hai, woh is waqt yeh program dekh rahe hain, aur maulana, unhon ne yeh likha hai: "maulana sahib, i have read every bit of your published writings.</w:t>
      </w:r>
    </w:p>
    <w:p>
      <w:pPr>
        <w:jc w:val="right"/>
      </w:pPr>
      <w:r>
        <w:t>وہ اور ان کی جو پوری یو ایس اور کینیڈا کی ٹیم ہے، وہ اس وقت یہ پروگرام دیکھ رہے ہیں، اور مولانا، انہوں نے یہ لکھا ہے: "مولانا صاحب، آئی ہیو ریڈ ایوری بٹ آف یور پبلش رائٹنگز۔</w:t>
      </w:r>
    </w:p>
    <w:p>
      <w:r>
        <w:rPr>
          <w:b/>
        </w:rPr>
        <w:t xml:space="preserve">[1:01:15] </w:t>
      </w:r>
      <w:r>
        <w:t>also, i have listened to your recorded speeches to a greater extent, and i am still listening to them every day. i would say at this point, allah being my witness, that you have done your job of explaining the mission of islam to us to the fullest extent.</w:t>
      </w:r>
    </w:p>
    <w:p>
      <w:pPr>
        <w:jc w:val="right"/>
      </w:pPr>
      <w:r>
        <w:t>السو، آئی ہیو لسن ٹو یور ریکارڈڈ سپیچز ٹو ا گریٹر ایکسٹینٹ، اینڈ آئی ایم سٹل لسننگ ٹو دیم ایوری ڈے۔ آئی وڈ سے ایٹ دس پوائنٹ، اللہ بینگ مائی وٹنس، دیٹ یو ہیو ڈن یور جاب آف ایکسپلیننگ دا مشن آف اسلام ٹو اس ٹو دا فلست ایکسٹینٹ۔</w:t>
      </w:r>
    </w:p>
    <w:p>
      <w:r>
        <w:rPr>
          <w:b/>
        </w:rPr>
        <w:t xml:space="preserve">[1:01:35] </w:t>
      </w:r>
      <w:r>
        <w:t>you have made it fully comprehensible to us.</w:t>
      </w:r>
    </w:p>
    <w:p>
      <w:pPr>
        <w:jc w:val="right"/>
      </w:pPr>
      <w:r>
        <w:t>یو ہیو میڈ اٹ فلی کمپرہنسیبل ٹو اس۔</w:t>
      </w:r>
    </w:p>
    <w:p>
      <w:r>
        <w:rPr>
          <w:b/>
        </w:rPr>
        <w:t xml:space="preserve">[1:01:38] </w:t>
      </w:r>
      <w:r>
        <w:t>you have cleansed our hearts of negativity, and taught us to love humanity, the supreme concern of allah. now remains our duty to take this message to the people all over the world.</w:t>
      </w:r>
    </w:p>
    <w:p>
      <w:pPr>
        <w:jc w:val="right"/>
      </w:pPr>
      <w:r>
        <w:t>یو ہیو کلینزڈ اور ہارٹس آف نیگیٹیوٹی، اینڈ ٹاٹ اس ٹو لو ہیومینٹی، دا سپریم کنسرن آف اللہ۔ ناؤ ریمینز اور ڈیوٹی ٹو ٹیک دس میسج ٹو دا پیپل آل اوور دا ورلڈ۔</w:t>
      </w:r>
    </w:p>
    <w:p>
      <w:r>
        <w:rPr>
          <w:b/>
        </w:rPr>
        <w:t xml:space="preserve">[1:01:53] </w:t>
      </w:r>
      <w:r>
        <w:t>der for, Maulana, I and also in behalf of USA and Canadian team, declare in front of you and the audience listening at this time, our oath of allegiance to you and to your mission, that we will dedicate our sales to spread Allah message under Al Risalah mission, until our last breath, no matter what may come.</w:t>
      </w:r>
    </w:p>
    <w:p>
      <w:pPr>
        <w:jc w:val="right"/>
      </w:pPr>
      <w:r>
        <w:t>دیر فور، مولانا، آئی اینڈ السو ان بیہاف آف یو ایس اے اینڈ کینیڈین ٹیم، ڈیکلیئر ان فرنٹ آف یو اینڈ دی آڈینس لسننگ ایٹ دس ٹائم، اور اوتھ آف ایلیجنس ٹو یو اینڈ ٹو یور مشن، دیٹ وی ویل ڈیڈیکیٹ اور سیلز ٹو سپریڈ اللہ میسج انڈر الرسالہ مشن، انٹل اور لاسٹ بریتھ، نو میٹر واٹ می کم۔</w:t>
      </w:r>
    </w:p>
    <w:p>
      <w:r>
        <w:rPr>
          <w:b/>
        </w:rPr>
        <w:t xml:space="preserve">[1:02:18] </w:t>
      </w:r>
      <w:r>
        <w:t>May Allah and His angels be witness to this.</w:t>
      </w:r>
    </w:p>
    <w:p>
      <w:pPr>
        <w:jc w:val="right"/>
      </w:pPr>
      <w:r>
        <w:t>می اللہ اینڈ ہز اینجلز بی وٹنس ٹو دس۔</w:t>
      </w:r>
    </w:p>
    <w:p>
      <w:r>
        <w:rPr>
          <w:b/>
        </w:rPr>
        <w:t xml:space="preserve">[1:02:26] </w:t>
      </w:r>
      <w:r>
        <w:t>" Maulana, ab hum sawal lete hain jo Balochistan Pakistan area se aaya hai Munir Azad sahib ka. Unhon ne likha hai: "Maulana sahib, after reading your books and listening to your lectures,</w:t>
      </w:r>
    </w:p>
    <w:p>
      <w:pPr>
        <w:jc w:val="right"/>
      </w:pPr>
      <w:r>
        <w:t>" مولانا، اب ہم سوال لیتے ہیں جو بلوچستان پاکستان ایریا سے آیا ہے منیر آزاد صاحب کا۔ انہوں نے لکھا ہے: "مولانا صاحب، افٹر ریڈنگ یور بکس اینڈ لسننگ ٹو یور لیکچرز،</w:t>
      </w:r>
    </w:p>
    <w:p>
      <w:r>
        <w:rPr>
          <w:b/>
        </w:rPr>
        <w:t xml:space="preserve">[1:02:42] </w:t>
      </w:r>
      <w:r>
        <w:t>it has broad revolution in my thoughts, and I realized my responsibility towards my religion.</w:t>
      </w:r>
    </w:p>
    <w:p>
      <w:pPr>
        <w:jc w:val="right"/>
      </w:pPr>
      <w:r>
        <w:t>اٹ ہیز براڈ ریولیوشن ان مائی تھاٹس، اینڈ آئی ریلائزڈ مائی ریسپانسبیلٹی ٹورڈز مائی ریلیجن۔</w:t>
      </w:r>
    </w:p>
    <w:p>
      <w:r>
        <w:rPr>
          <w:b/>
        </w:rPr>
        <w:t xml:space="preserve">[1:02:49] </w:t>
      </w:r>
      <w:r>
        <w:t>So, I as an administrator of the largest school in my area, decided to devote school for Maulana sahib ideology.</w:t>
      </w:r>
    </w:p>
    <w:p>
      <w:pPr>
        <w:jc w:val="right"/>
      </w:pPr>
      <w:r>
        <w:t>سو، آئی ایز ا ایڈمنسٹریٹر آف دا لارجسٹ سکول ان مائی ایریا، ڈیسائیڈڈ ٹو ڈیوٹ سکول فار مولانا صاحب آئیڈیالوجی۔</w:t>
      </w:r>
    </w:p>
    <w:p>
      <w:r>
        <w:rPr>
          <w:b/>
        </w:rPr>
        <w:t xml:space="preserve">[1:02:58] </w:t>
      </w:r>
      <w:r>
        <w:t>I request you Maulana sahib to tell me the best way to avail the opportunity wisely."</w:t>
      </w:r>
    </w:p>
    <w:p>
      <w:pPr>
        <w:jc w:val="right"/>
      </w:pPr>
      <w:r>
        <w:t>آئی ریکویسٹ یو مولانا صاحب ٹو ٹیل می دا بیسٹ وے ٹو اویل دی اپرچونیٹی وائزلی۔"</w:t>
      </w:r>
    </w:p>
    <w:p>
      <w:r>
        <w:rPr>
          <w:b/>
        </w:rPr>
        <w:t xml:space="preserve">[1:03:07] </w:t>
      </w:r>
      <w:r>
        <w:t>Dekhiye, dawat ke mamle mein koi iska hard aur fast rule nahi hota.</w:t>
      </w:r>
    </w:p>
    <w:p>
      <w:pPr>
        <w:jc w:val="right"/>
      </w:pPr>
      <w:r>
        <w:t>دیکھیے، دعوت کے معاملے میں کوئی اس کا ہارڈ اور فاسٹ رول نہیں ہوتا۔</w:t>
      </w:r>
    </w:p>
    <w:p>
      <w:r>
        <w:rPr>
          <w:b/>
        </w:rPr>
        <w:t xml:space="preserve">[1:03:19] </w:t>
      </w:r>
      <w:r>
        <w:t>Iska sirf do hi formula hai, woh hai</w:t>
      </w:r>
    </w:p>
    <w:p>
      <w:pPr>
        <w:jc w:val="right"/>
      </w:pPr>
      <w:r>
        <w:t>اس کا صرف دو ہی فارمولا ہے، وہ ہے</w:t>
      </w:r>
    </w:p>
    <w:p>
      <w:r>
        <w:rPr>
          <w:b/>
        </w:rPr>
        <w:t xml:space="preserve">[1:03:27] </w:t>
      </w:r>
      <w:r>
        <w:t>yani isko Quran mein kaha gaya nasih hai. No sad hai, nasih ka matlab hota hai khair khwahi aur dua.</w:t>
      </w:r>
    </w:p>
    <w:p>
      <w:pPr>
        <w:jc w:val="right"/>
      </w:pPr>
      <w:r>
        <w:t>یعنی اس کو قرآن میں کہا گیا نصح ہے۔ نو صاد ہے، نسخ کا مطلب ہوتا ہے خیر خواہی اور دعا۔</w:t>
      </w:r>
    </w:p>
    <w:p>
      <w:r>
        <w:rPr>
          <w:b/>
        </w:rPr>
        <w:t xml:space="preserve">[1:03:40] </w:t>
      </w:r>
      <w:r>
        <w:t>Nasih aur dua</w:t>
      </w:r>
    </w:p>
    <w:p>
      <w:pPr>
        <w:jc w:val="right"/>
      </w:pPr>
      <w:r>
        <w:t>نسخ اور دعا</w:t>
      </w:r>
    </w:p>
    <w:p>
      <w:r>
        <w:rPr>
          <w:b/>
        </w:rPr>
        <w:t xml:space="preserve">[1:03:43] </w:t>
      </w:r>
      <w:r>
        <w:t>Aap ke dil mein agar madad ke liye khair khwahi ho, sachi khair khwahi, woh khair khwahi jo maa ke dil mein apne bete ke liye hoti hai, woh khair khwahi.</w:t>
      </w:r>
    </w:p>
    <w:p>
      <w:pPr>
        <w:jc w:val="right"/>
      </w:pPr>
      <w:r>
        <w:t>آپ کے دل میں اگر مدد کے لیے خیر خواہی ہو، سچی خیر خواہی، وہ خیر خواہی جو ماں کے دل میں اپنے بیٹے کے لیے ہوتی ہے، وہ خیر خواہی۔</w:t>
      </w:r>
    </w:p>
    <w:p>
      <w:r>
        <w:rPr>
          <w:b/>
        </w:rPr>
        <w:t xml:space="preserve">[1:03:56] </w:t>
      </w:r>
      <w:r>
        <w:t>Khair khwahi yani well wishing. Agar woh khair khwahi aap ke dil mein ho to aap khud hi rasta bana lenge.</w:t>
      </w:r>
    </w:p>
    <w:p>
      <w:pPr>
        <w:jc w:val="right"/>
      </w:pPr>
      <w:r>
        <w:t>خیر خواہی یعنی ویل وشنگ۔ اگر وہ خیر خواہی آپ کے دل میں ہو تو آپ خود ہی راستہ بنا لیں گے۔</w:t>
      </w:r>
    </w:p>
    <w:p>
      <w:r>
        <w:rPr>
          <w:b/>
        </w:rPr>
        <w:t xml:space="preserve">[1:04:05] </w:t>
      </w:r>
      <w:r>
        <w:t>Hum apne jo dil mein hamare saathi hain, barabar mein kehta hoon ke aap iska wait mat kijiye ke meri taraf se ya kisi taraf se aap ko koi direction diya jayega.</w:t>
      </w:r>
    </w:p>
    <w:p>
      <w:pPr>
        <w:jc w:val="right"/>
      </w:pPr>
      <w:r>
        <w:t>ہم اپنے جو دلی میں ہمارے ساتھی ہیں، برابر میں کہتا ہوں کہ آپ اس کا ویٹ مت کیجئے کہ میری طرف سے یا کسی طرف سے آپ کو کوئی ڈائریکشن دیا جائے گا۔</w:t>
      </w:r>
    </w:p>
    <w:p>
      <w:r>
        <w:rPr>
          <w:b/>
        </w:rPr>
        <w:t xml:space="preserve">[1:04:15] </w:t>
      </w:r>
      <w:r>
        <w:t>Kuch nahi, aap ko khud hi sochna hai, khud hi program banana hai, khud hi active hona hai.</w:t>
      </w:r>
    </w:p>
    <w:p>
      <w:pPr>
        <w:jc w:val="right"/>
      </w:pPr>
      <w:r>
        <w:t>کچھ نہیں، آپ کو خود ہی سوچنا ہے، خود ہی پروگرام بنانا ہے، خود ہی ایکٹیو ہونا ہے۔</w:t>
      </w:r>
    </w:p>
    <w:p>
      <w:r>
        <w:rPr>
          <w:b/>
        </w:rPr>
        <w:t xml:space="preserve">[1:04:25] </w:t>
      </w:r>
      <w:r>
        <w:t>To</w:t>
      </w:r>
    </w:p>
    <w:p>
      <w:pPr>
        <w:jc w:val="right"/>
      </w:pPr>
      <w:r>
        <w:t>تو</w:t>
      </w:r>
    </w:p>
    <w:p>
      <w:r>
        <w:rPr>
          <w:b/>
        </w:rPr>
        <w:t xml:space="preserve">[1:04:26] </w:t>
      </w:r>
      <w:r>
        <w:t>Is mein dekhiye, aap ki khair khwahi aur Allah se jo aap dua karte hain to Allah ki madad bas is ke siwa kisi teesri cheez ki zaroorat nahi.</w:t>
      </w:r>
    </w:p>
    <w:p>
      <w:pPr>
        <w:jc w:val="right"/>
      </w:pPr>
      <w:r>
        <w:t>اس میں دیکھیے، آپ کی خیر خواہی اور اللہ سے جو آپ دعا کرتے ہیں تو اللہ کی مدد بس اس کے سوا کسی تیسری چیز کی ضرورت نہیں۔</w:t>
      </w:r>
    </w:p>
    <w:p>
      <w:r>
        <w:rPr>
          <w:b/>
        </w:rPr>
        <w:t xml:space="preserve">[1:04:38] </w:t>
      </w:r>
      <w:r>
        <w:t>Isi ka ahتمام kijiye aur saare raaste inshallah khulte chale jayenge.</w:t>
      </w:r>
    </w:p>
    <w:p>
      <w:pPr>
        <w:jc w:val="right"/>
      </w:pPr>
      <w:r>
        <w:t>اسی کا اہتمام کیجئے اور سارے راستے انشاءاللہ کھلتے چلے جائیں گے۔</w:t>
      </w:r>
    </w:p>
    <w:p>
      <w:r>
        <w:rPr>
          <w:b/>
        </w:rPr>
        <w:t xml:space="preserve">[1:04:46] </w:t>
      </w:r>
      <w:r>
        <w:t>Maulana, agla sawal bhi Pakistan se hai Aamir bin Yusuf sahib ka</w:t>
      </w:r>
    </w:p>
    <w:p>
      <w:pPr>
        <w:jc w:val="right"/>
      </w:pPr>
      <w:r>
        <w:t>مولانا، اگلا سوال بھی پاکستان سے ہے عامر بن یوسف صاحب کا</w:t>
      </w:r>
    </w:p>
    <w:p>
      <w:r>
        <w:rPr>
          <w:b/>
        </w:rPr>
        <w:t xml:space="preserve">[1:04:51] </w:t>
      </w:r>
      <w:r>
        <w:t>. Unhon ne aapse poocha hai: "Agar har cheez imtehan hai to qanoon mukafaat-e-amal kya hai?" Is ke bare mein bataein.</w:t>
      </w:r>
    </w:p>
    <w:p>
      <w:pPr>
        <w:jc w:val="right"/>
      </w:pPr>
      <w:r>
        <w:t>۔ انہوں نے آپ سے پوچھا ہے: "اگر ہر چیز امتحان ہے تو قانون مکافات عمل کیا ہے؟" اس کے بارے میں بتائیں۔</w:t>
      </w:r>
    </w:p>
    <w:p>
      <w:r>
        <w:rPr>
          <w:b/>
        </w:rPr>
        <w:t xml:space="preserve">[1:05:05] </w:t>
      </w:r>
      <w:r>
        <w:t>Qanoon mukafaat-e-amal ek koi Quran Hadees to hai nahi, yeh to ek shayar ka sher hai. Yeh to koi al-mukafaat-e-amal ghafil mashhoor, yeh to ek sher hai.</w:t>
      </w:r>
    </w:p>
    <w:p>
      <w:pPr>
        <w:jc w:val="right"/>
      </w:pPr>
      <w:r>
        <w:t>قانون مکافات عمل ایک کوئی قرآن حدیث تو ہے نہیں، یہ تو ایک شاعر کا شعر ہے۔ یہ تو کوئی المکافات عمل غافل مشہور، یہ تو ایک شعر ہے۔</w:t>
      </w:r>
    </w:p>
    <w:p>
      <w:r>
        <w:rPr>
          <w:b/>
        </w:rPr>
        <w:t xml:space="preserve">[1:05:21] </w:t>
      </w:r>
      <w:r>
        <w:t>Dekhiye, Allah ka jo creation plan hai, jo Quran mein banaya gaya hai, us ke mutabiq dekhiye, is duniya mein insaan azaad hai.</w:t>
      </w:r>
    </w:p>
    <w:p>
      <w:pPr>
        <w:jc w:val="right"/>
      </w:pPr>
      <w:r>
        <w:t>دیکھیے، اللہ کا جو کریشن پلان ہے، جو قرآن میں بنایا گیا ہے، اس کے مطابق دیکھیے، اس دنیا میں انسان آزاد ہے۔</w:t>
      </w:r>
    </w:p>
    <w:p>
      <w:r>
        <w:rPr>
          <w:b/>
        </w:rPr>
        <w:t xml:space="preserve">[1:05:32] </w:t>
      </w:r>
      <w:r>
        <w:t>Is duniya mein Allah khara karein kisi ko, kahein kuch waqiyat hote hain, log kehte hain Allah ka azaab, is duniya mein Allah ka azaab nahi aayega kisi ke upar.</w:t>
      </w:r>
    </w:p>
    <w:p>
      <w:pPr>
        <w:jc w:val="right"/>
      </w:pPr>
      <w:r>
        <w:t>اس دنیا میں اللہ کھڑا کریں کسی کو، کہیں کچھ واقعات ہوتے ہیں، لوگ کہتے ہیں اللہ کا عذاب، اس دنیا میں اللہ کا عذاب نہیں آئے گا کسی کے اوپر۔</w:t>
      </w:r>
    </w:p>
    <w:p>
      <w:r>
        <w:rPr>
          <w:b/>
        </w:rPr>
        <w:t xml:space="preserve">[1:05:42] </w:t>
      </w:r>
      <w:r>
        <w:t>Woh warning hoti hai, itbaah hota hai.</w:t>
      </w:r>
    </w:p>
    <w:p>
      <w:pPr>
        <w:jc w:val="right"/>
      </w:pPr>
      <w:r>
        <w:t>وہ وارننگ ہوتی ہے، اتباع ہوتا ہے۔</w:t>
      </w:r>
    </w:p>
    <w:p>
      <w:r>
        <w:rPr>
          <w:b/>
        </w:rPr>
        <w:t xml:space="preserve">[1:05:45] </w:t>
      </w:r>
      <w:r>
        <w:t>Apni aql ko istemal kijiye aur is duniya mein aap ko nakami bhi hogi, kamyabi hogi, success bhi hoga, failure bhi hoga.</w:t>
      </w:r>
    </w:p>
    <w:p>
      <w:pPr>
        <w:jc w:val="right"/>
      </w:pPr>
      <w:r>
        <w:t>اپنی عقل کو استعمال کیجئے اور اس دنیا میں آپ کو ناکامی بھی ہوگی، کامیابی ہوگی، سکسیس بھی ہوگا، فیلیر بھی ہوگا۔</w:t>
      </w:r>
    </w:p>
    <w:p>
      <w:r>
        <w:rPr>
          <w:b/>
        </w:rPr>
        <w:t xml:space="preserve">[1:05:57] </w:t>
      </w:r>
      <w:r>
        <w:t>Woh hoga aap ki planning ke mutabiq. Planning galat hai to fail ho jayenge, aap planning sahi hai to aap kamyab honge. Yeh to duniya mein chalta rahega.</w:t>
      </w:r>
    </w:p>
    <w:p>
      <w:pPr>
        <w:jc w:val="right"/>
      </w:pPr>
      <w:r>
        <w:t>وہ ہوگا آپ کی پلاننگ کے مطابق۔ پلاننگ غلط ہے تو فیل ہو جائیں گے، آپ پلاننگ صحیح ہے تو آپ کامیاب ہوں گے۔ یہ تو دنیا میں چلتا رہے گا۔</w:t>
      </w:r>
    </w:p>
    <w:p>
      <w:r>
        <w:rPr>
          <w:b/>
        </w:rPr>
        <w:t xml:space="preserve">[1:06:10] </w:t>
      </w:r>
      <w:r>
        <w:t>jahan tak akhirat ka mamla hai to wo farishton ka jo record ho raha hai hum mein se har shakhs ke bare mein, to is record ki buniyad par Allah faisla karenge ke kaun is qabil ko jannat dakhil kiya jayega.</w:t>
      </w:r>
    </w:p>
    <w:p>
      <w:pPr>
        <w:jc w:val="right"/>
      </w:pPr>
      <w:r>
        <w:t>جہاں تک آخرت کا معاملہ ہے تو وہ فرشتوں کا جو ریکارڈ ہو رہا ہے ہم میں سے ہر شخص کے بارے میں، تو اس ریکارڈ کی بنیاد پر اللہ فیصلہ کریں گے کہ کون اس قابل کو جنت داخل کیا جائے۔</w:t>
      </w:r>
    </w:p>
    <w:p>
      <w:r>
        <w:rPr>
          <w:b/>
        </w:rPr>
        <w:t xml:space="preserve">[1:06:25] </w:t>
      </w:r>
      <w:r>
        <w:t>ye hai. baqi ye jo she'r hai, wo is ka main is ka zimmedar main nahi hoon.</w:t>
      </w:r>
    </w:p>
    <w:p>
      <w:pPr>
        <w:jc w:val="right"/>
      </w:pPr>
      <w:r>
        <w:t>یہ ہے۔ باقی یہ جو شعر ہے، وہ اس کا میں اس کا ذمہ دار میں نہیں ہوں۔</w:t>
      </w:r>
    </w:p>
    <w:p>
      <w:r>
        <w:rPr>
          <w:b/>
        </w:rPr>
        <w:t xml:space="preserve">[1:06:38] </w:t>
      </w:r>
      <w:r>
        <w:t>maulana, agla sawal kashmir se hai aamir jaan mori sahab ka. unhon ne likha hai: "The world we are living in is full of distractions.</w:t>
      </w:r>
    </w:p>
    <w:p>
      <w:pPr>
        <w:jc w:val="right"/>
      </w:pPr>
      <w:r>
        <w:t>مولانا، اگلا سوال کشمیر سے ہے عامر جان موری صاحب کا۔ انہوں نے لکھا ہے: "دا ورلڈ وی آر لیونگ ان از فل آف ڈسٹریکشنز۔</w:t>
      </w:r>
    </w:p>
    <w:p>
      <w:r>
        <w:rPr>
          <w:b/>
        </w:rPr>
        <w:t xml:space="preserve">[1:06:51] </w:t>
      </w:r>
      <w:r>
        <w:t>while refraining from these distractions, one still gets affected from few as they are present in every corner of this world."</w:t>
      </w:r>
    </w:p>
    <w:p>
      <w:pPr>
        <w:jc w:val="right"/>
      </w:pPr>
      <w:r>
        <w:t>وائل ریسٹریننگ فرام دیز ڈسٹریکشنز، ون سٹل گیٹس ایفیکٹڈ فرام فیو ایز دے آر پریزنٹ ان ایوری کارنر آف دس ورلڈ۔"</w:t>
      </w:r>
    </w:p>
    <w:p>
      <w:r>
        <w:rPr>
          <w:b/>
        </w:rPr>
        <w:t xml:space="preserve">[1:07:01] </w:t>
      </w:r>
      <w:r>
        <w:t>Maulana Sahab, mai question is: "How to be safe from all these distractions so that one can lead a pure and righteous life?" Maulana Sahab, kindly make a dua for me so that I can lead a purposeful life in this world.</w:t>
      </w:r>
    </w:p>
    <w:p>
      <w:pPr>
        <w:jc w:val="right"/>
      </w:pPr>
      <w:r>
        <w:t>مولانا صاحب، مائی کوئسچن از: "ہاؤ ٹو بی سیف فرام آل دیز ڈسٹریکشنز سو دیٹ ون کین لیڈ ا پیور اینڈ رائٹیس لائف؟" مولانا صاحب، کائنڈلی میک ا دعا فار می سو دیٹ آئی کین لیڈ ا پرپس فل لائف ان دس ورلڈ۔</w:t>
      </w:r>
    </w:p>
    <w:p>
      <w:r>
        <w:rPr>
          <w:b/>
        </w:rPr>
        <w:t xml:space="preserve">[1:07:18] </w:t>
      </w:r>
      <w:r>
        <w:t>dekhen, distraction to evil nahi hai, wo blessing hai. distraction ka matlab kya hai? intellectual challenge.</w:t>
      </w:r>
    </w:p>
    <w:p>
      <w:pPr>
        <w:jc w:val="right"/>
      </w:pPr>
      <w:r>
        <w:t>دیکھیں، ڈسٹریکشن تو ایول نہیں ہے، وہ بلیسنگ ہے۔ ڈسٹریکشن کا مطلب کیا ہے؟ انٹلیکچول چیلنج۔</w:t>
      </w:r>
    </w:p>
    <w:p>
      <w:r>
        <w:rPr>
          <w:b/>
        </w:rPr>
        <w:t xml:space="preserve">[1:07:29] </w:t>
      </w:r>
      <w:r>
        <w:t>agar chelenj na ho to duniya mein har taraqqi khatam ho jaye. is raaz ko arlin tair bhi ne samjha.</w:t>
      </w:r>
    </w:p>
    <w:p>
      <w:pPr>
        <w:jc w:val="right"/>
      </w:pPr>
      <w:r>
        <w:t>اگر چیلنج نہ ہو تو دنیا میں ہر ترقی ختم ہو جائے۔ اس راز کو ارلن ٹائر بھی نے سمجھا۔</w:t>
      </w:r>
    </w:p>
    <w:p>
      <w:r>
        <w:rPr>
          <w:b/>
        </w:rPr>
        <w:t xml:space="preserve">[1:07:37] </w:t>
      </w:r>
      <w:r>
        <w:t>is ne jo kitab likhi hai, bohat zabardast, to is mein jo dikhaya hai ke poori histri mein jo cheez kaam kar rahi hai, wo hai chelenj raspans mekanizm.</w:t>
      </w:r>
    </w:p>
    <w:p>
      <w:pPr>
        <w:jc w:val="right"/>
      </w:pPr>
      <w:r>
        <w:t>اس نے جو کتاب لکھی ہے، بہت زبردست، تو اس میں جو دکھایا ہے کہ پوری ہسٹری میں جو چیز کام کر رہی ہے، وہ ہے چیلنج ریسپانس میکنزم۔</w:t>
      </w:r>
    </w:p>
    <w:p>
      <w:r>
        <w:rPr>
          <w:b/>
        </w:rPr>
        <w:t xml:space="preserve">[1:07:50] </w:t>
      </w:r>
      <w:r>
        <w:t>yani chelenj aata hai, phir insan is ka raspans deta hai.</w:t>
      </w:r>
    </w:p>
    <w:p>
      <w:pPr>
        <w:jc w:val="right"/>
      </w:pPr>
      <w:r>
        <w:t>یعنی چیلنج آتا ہے، پھر انسان اس کا رسپانس دیتا ہے۔</w:t>
      </w:r>
    </w:p>
    <w:p>
      <w:r>
        <w:rPr>
          <w:b/>
        </w:rPr>
        <w:t xml:space="preserve">[1:07:58] </w:t>
      </w:r>
      <w:r>
        <w:t>is tarike se ek tisri cheez imarj karti hai, imarj karti hai. is ka kehna hai ke kisi se krritiiviti baqi rehti hai aap ki.</w:t>
      </w:r>
    </w:p>
    <w:p>
      <w:pPr>
        <w:jc w:val="right"/>
      </w:pPr>
      <w:r>
        <w:t>اس طریقے سے ایک تیسری چیز ایمرج کرتی ہے، ایمرج کرتی ہے۔ اس کا کہنا ہے کہ کسی سے کریٹیوٹی باقی رہتی ہے آپ کی۔</w:t>
      </w:r>
    </w:p>
    <w:p>
      <w:r>
        <w:rPr>
          <w:b/>
        </w:rPr>
        <w:t xml:space="preserve">[1:08:09] </w:t>
      </w:r>
      <w:r>
        <w:t>to distrekhshan ko aap evil ko samajhte hain. jab bhi koi distrekhshan samne aata hai to aap ko aata hai ke aap ri-think karen, ri-think karen, apne zehn ko phir se oiken karen,</w:t>
      </w:r>
    </w:p>
    <w:p>
      <w:pPr>
        <w:jc w:val="right"/>
      </w:pPr>
      <w:r>
        <w:t>تو ڈسٹریکشن کو آپ ایول کو سمجھتے ہیں۔ جب بھی کوئی ڈسٹریکشن سامنے آتا ہے تو آپ کو آتا ہے کہ آپ ری تھنک کریں، ری تھنک کریں، اپنے ذہن کو پھر سے اویکن کریں،</w:t>
      </w:r>
    </w:p>
    <w:p>
      <w:r>
        <w:rPr>
          <w:b/>
        </w:rPr>
        <w:t xml:space="preserve">[1:08:22] </w:t>
      </w:r>
      <w:r>
        <w:t>apni soch ko aur bedar karen.</w:t>
      </w:r>
    </w:p>
    <w:p>
      <w:pPr>
        <w:jc w:val="right"/>
      </w:pPr>
      <w:r>
        <w:t>اپنی سوچ کو اور بیدار کریں۔</w:t>
      </w:r>
    </w:p>
    <w:p>
      <w:r>
        <w:rPr>
          <w:b/>
        </w:rPr>
        <w:t xml:space="preserve">[1:08:27] </w:t>
      </w:r>
      <w:r>
        <w:t>main to subah sham raat din ye poori zindagi distrekhshan mein jeeta raha hoon, aur wo is ko hamesha main ne apni ghiza banaya hai.</w:t>
      </w:r>
    </w:p>
    <w:p>
      <w:pPr>
        <w:jc w:val="right"/>
      </w:pPr>
      <w:r>
        <w:t>میں تو صبح شام رات دن یہ پوری زندگی ڈسٹریکشن میں جیتا رہا ہوں، اور وہ اس کو ہمیشہ میں نے اپنی غذا بنایا ہے۔</w:t>
      </w:r>
    </w:p>
    <w:p>
      <w:r>
        <w:rPr>
          <w:b/>
        </w:rPr>
        <w:t xml:space="preserve">[1:08:38] </w:t>
      </w:r>
      <w:r>
        <w:t>hamesha jab koi nai baat samne aati hai to bas sochta hoon, sochta hoon. mere haan, mere meri tanqeed jo cheez ghalat hai, wo reaction hai. aap positive raspans dijiye, aap bajaye reaction ke positive raspans di</w:t>
      </w:r>
    </w:p>
    <w:p>
      <w:pPr>
        <w:jc w:val="right"/>
      </w:pPr>
      <w:r>
        <w:t>ہمیشہ جب کوئی نئی بات سامنے آتی ہے تو بس سوچتا ہوں، سوچتا ہوں۔ میرے ہاں، میرے میری تنقید جو چیز غلط ہے، وہ ری ایکشن ہے۔ آپ پازیٹیو رسپانس دیجئے، آپ بجائے ری ایکشن کے پازیٹیو رسپانس دی</w:t>
      </w:r>
    </w:p>
    <w:p>
      <w:r>
        <w:rPr>
          <w:b/>
        </w:rPr>
        <w:t xml:space="preserve">[1:08:53] </w:t>
      </w:r>
      <w:r>
        <w:t>jiye to har distrekhshan aap ko aap ko intellechual food ban jayega. aap ke liye, aap ke yani intellechual dvailpment, aap ko wo yani is is se aap ka intellechual dvailpment barabar badhta chala jayega.</w:t>
      </w:r>
    </w:p>
    <w:p>
      <w:pPr>
        <w:jc w:val="right"/>
      </w:pPr>
      <w:r>
        <w:t>جئے تو ہر ڈسٹریکشن آپ کو آپ کو انٹلیکچول فوڈ بن جائے گا۔ آپ کے لیے، آپ کے یعنی انٹلیکچول ڈیولپمنٹ، آپ کو وہ یعنی اس اس سے آپ کا انٹلیکچول ڈیولپمنٹ برابر بڑھتا چلا جائے گا۔</w:t>
      </w:r>
    </w:p>
    <w:p>
      <w:r>
        <w:rPr>
          <w:b/>
        </w:rPr>
        <w:t xml:space="preserve">[1:09:11] </w:t>
      </w:r>
      <w:r>
        <w:t>koi dusra rasta duniya mein nahi hai. aap chahen ke distrekhshan na ho to natija ke jante hain kya hai? stigneshn aa jayega.</w:t>
      </w:r>
    </w:p>
    <w:p>
      <w:pPr>
        <w:jc w:val="right"/>
      </w:pPr>
      <w:r>
        <w:t>کوئی دوسرا راستہ دنیا میں نہیں ہے۔ آپ چاہیں کہ ڈسٹریکشن نہ ہو تو نتیجہ کہ جانتے ہیں کیا ہے؟ اسٹیگنیشن آ جائے گا۔</w:t>
      </w:r>
    </w:p>
    <w:p>
      <w:r>
        <w:rPr>
          <w:b/>
        </w:rPr>
        <w:t xml:space="preserve">[1:09:21] </w:t>
      </w:r>
      <w:r>
        <w:t>yani jab distrekhshan nahi hoga to is ke nateeje mein jo jayegi, wo stigneshn hoga, jamood hoga.</w:t>
      </w:r>
    </w:p>
    <w:p>
      <w:pPr>
        <w:jc w:val="right"/>
      </w:pPr>
      <w:r>
        <w:t>یعنی جب ڈسٹریکشن نہیں ہوگا تو اس کے نتیجے میں جو جائے گی، وہ اسٹیگنیشن ہوگا، جمود ہوگا۔</w:t>
      </w:r>
    </w:p>
    <w:p>
      <w:r>
        <w:rPr>
          <w:b/>
        </w:rPr>
        <w:t xml:space="preserve">[1:09:32] </w:t>
      </w:r>
      <w:r>
        <w:t>to is ko aap positive sens mein lijiye, is ko evil mat samjhiye, is ko blaising samjhiye. to maloom hoga ke aap ye to Khuda ne aap ki aap ki taraqqi ke liye rakha hai, wo masla nahi hai, wo masla nahi hai, wo aap ki taraqqi ke liye zine hain.</w:t>
      </w:r>
    </w:p>
    <w:p>
      <w:pPr>
        <w:jc w:val="right"/>
      </w:pPr>
      <w:r>
        <w:t>تو اس کو آپ پازیٹیو سینس میں لیجئے، اس کو ایول مت سمجھئے، اس کو بلیسنگ سمجھئے۔ تو معلوم ہوگا کہ آپ یہ تو خدا نے آپ کی آپ کی ترقی کے لیے رکھا ہے، وہ مسئلہ نہیں ہے، وہ مسئلہ نہیں ہے، وہ آپ کی ترقی کے لیے زینے ہیں۔</w:t>
      </w:r>
    </w:p>
    <w:p>
      <w:r>
        <w:rPr>
          <w:b/>
        </w:rPr>
        <w:t xml:space="preserve">[1:09:54] </w:t>
      </w:r>
      <w:r>
        <w:t>maulana, agla sawal aligarh se hai doctor qamar khan sahab ka. unhon ne likha hai: "maulana sahab, jannvari 2013 ka al-risala parha, is se meri aankhen khul gayin.</w:t>
      </w:r>
    </w:p>
    <w:p>
      <w:pPr>
        <w:jc w:val="right"/>
      </w:pPr>
      <w:r>
        <w:t>مولانا، اگلا سوال علی گڑھ سے ہے ڈاکٹر قمر خان صاحب کا۔ انہوں نے لکھا ہے: "مولانا صاحب، جنوری 2013 کا الرسالہ پڑھا، اس سے میری آنکھیں کھل گئیں۔</w:t>
      </w:r>
    </w:p>
    <w:p>
      <w:r>
        <w:rPr>
          <w:b/>
        </w:rPr>
        <w:t xml:space="preserve">[1:10:08] </w:t>
      </w:r>
      <w:r>
        <w:t>ab domz de bilkul samne nazar aa raha hai. hamare saathi ye kveshchan kar rahe hain ke daba ke bare mein al-risala mein is se pehle maulana ki teen alag alag raayen aa chuki hain.</w:t>
      </w:r>
    </w:p>
    <w:p>
      <w:pPr>
        <w:jc w:val="right"/>
      </w:pPr>
      <w:r>
        <w:t>اب ڈومز ڈے بالکل سامنے نظر آ رہا ہے۔ ہمارے ساتھی یہ کوئسچن کر رہے ہیں کہ دابا کے بارے میں الرسالہ میں اس سے پہلے مولانا کی تین الگ الگ رائیں آ چکی ہیں۔</w:t>
      </w:r>
    </w:p>
    <w:p>
      <w:r>
        <w:rPr>
          <w:b/>
        </w:rPr>
        <w:t xml:space="preserve">[1:10:23] </w:t>
      </w:r>
      <w:r>
        <w:t>kya hum maujooda raay ko final samjhen ya saath saath is se pehle wali raay ko bhi sahi manen? pliz hamein gaid kijiye." dekhiye, daba jo hai,</w:t>
      </w:r>
    </w:p>
    <w:p>
      <w:pPr>
        <w:jc w:val="right"/>
      </w:pPr>
      <w:r>
        <w:t>کیا ہم موجودہ رائے کو فائنل سمجھیں یا ساتھ ساتھ اس سے پہلے والی رائے کو بھی صحیح مانیں؟ پلیز ہمیں گائیڈ کیجئے۔" دیکھیے، دابا جو ہے،</w:t>
      </w:r>
    </w:p>
    <w:p>
      <w:r>
        <w:rPr>
          <w:b/>
        </w:rPr>
        <w:t xml:space="preserve">[1:10:36] </w:t>
      </w:r>
      <w:r>
        <w:t>daba ka mamla ye hai ke Quran se ye sabit hota hai ke daba niklega. hadithon mein hai ke daba niklega,</w:t>
      </w:r>
    </w:p>
    <w:p>
      <w:pPr>
        <w:jc w:val="right"/>
      </w:pPr>
      <w:r>
        <w:t>دابا کا معاملہ یہ ہے کہ قرآن سے یہ ثابت ہوتا ہے کہ دابا نکلے گا۔ حدیثوں میں ہے کہ دابا نکلے گا،</w:t>
      </w:r>
    </w:p>
    <w:p>
      <w:r>
        <w:rPr>
          <w:b/>
        </w:rPr>
        <w:t xml:space="preserve">[1:10:47] </w:t>
      </w:r>
      <w:r>
        <w:t>lekin koi aadmi bilkul ta'ayyun ke sath nahi keh sakta ke daba kya cheez hai. hadith mein jo tafsilat hain, us ko muhaddiseen ne khud radd kar diya hai.</w:t>
      </w:r>
    </w:p>
    <w:p>
      <w:pPr>
        <w:jc w:val="right"/>
      </w:pPr>
      <w:r>
        <w:t>لیکن کوئی آدمی بالکل تعین کے ساتھ نہیں کہہ سکتا کہ دابا کیا چیز ہے۔ حدیث میں جو تفصیلات ہیں، اس کو محدثین نے خود رد کر دیا ہے۔</w:t>
      </w:r>
    </w:p>
    <w:p>
      <w:r>
        <w:rPr>
          <w:b/>
        </w:rPr>
        <w:t xml:space="preserve">[1:10:58] </w:t>
      </w:r>
      <w:r>
        <w:t>is se kahaniyan bohat sari hain daba ke bare mein. is ko jo raste ulama hain, wo nahi mante. to daba jo hai, ek ek ek explenation ka mozu hai.</w:t>
      </w:r>
    </w:p>
    <w:p>
      <w:pPr>
        <w:jc w:val="right"/>
      </w:pPr>
      <w:r>
        <w:t>اس سے کہانیاں بہت ساری ہیں دابا کے بارے میں۔ اس کو جو راستے علماء ہیں، وہ نہیں مانتے۔ تو دابا جو ہے، ایک ایک ایک ایکسپلینیشن کا موضوع ہے۔</w:t>
      </w:r>
    </w:p>
    <w:p>
      <w:r>
        <w:rPr>
          <w:b/>
        </w:rPr>
        <w:t xml:space="preserve">[1:11:12] </w:t>
      </w:r>
      <w:r>
        <w:t>wo aisa nahi hai ke ke hadith mein aaya hai ke panch waqt namaz padho to aap panch waqt namaz padhne lagen. to main ye manunga ke ab jo main ne likha hai, wahi wahi meri taza tehqeeq hai.</w:t>
      </w:r>
    </w:p>
    <w:p>
      <w:pPr>
        <w:jc w:val="right"/>
      </w:pPr>
      <w:r>
        <w:t>وہ ایسا نہیں ہے کہ کہ حدیث میں آیا ہے کہ پانچ وقت نماز پڑھو تو آپ پانچ وقت نماز پڑھنے لگیں۔ تو میں یہ مانوں گا کہ اب جو میں نے لکھا ہے، وہی وہی میری تازہ تحقیق ہے۔</w:t>
      </w:r>
    </w:p>
    <w:p>
      <w:r>
        <w:rPr>
          <w:b/>
        </w:rPr>
        <w:t xml:space="preserve">[1:11:26] </w:t>
      </w:r>
      <w:r>
        <w:t>ab jo likha hai maine, aur dekhein, is qism ke farq to hote hi hain. yani saare ulama ke haan, yeh saare ulama ke haan aisa hi hai.</w:t>
      </w:r>
    </w:p>
    <w:p>
      <w:pPr>
        <w:jc w:val="right"/>
      </w:pPr>
      <w:r>
        <w:t>اب جو لکھا ہے میں نے، اور دیکھیں، اس قسم کے فرق تو ہوتے ہی ہیں۔ یعنی سارے علماء کے ہاں، یہ سارے علماء کے ہاں ایسا ہی ہے۔</w:t>
      </w:r>
    </w:p>
    <w:p>
      <w:r>
        <w:rPr>
          <w:b/>
        </w:rPr>
        <w:t xml:space="preserve">[1:11:38] </w:t>
      </w:r>
      <w:r>
        <w:t>yani aap jante hain ke imam ghazali ki kitab hai "al-munqidh min al-zalal", gumrahi se nikalne wala. apne bare mein bataya ke main pehle gumrahi mein tha, ab nikal kar aaya hoon.</w:t>
      </w:r>
    </w:p>
    <w:p>
      <w:pPr>
        <w:jc w:val="right"/>
      </w:pPr>
      <w:r>
        <w:t>یعنی آپ جانتے ہیں کہ امام الغزالی کی کتاب ہے "المنقذ من الزلال"، گمراہی سے نکلنے والا۔ اپنے بارے میں بتایا کہ میں پہلے گمراہی میں تھا، اب نکل کر آیا ہوں۔</w:t>
      </w:r>
    </w:p>
    <w:p>
      <w:r>
        <w:rPr>
          <w:b/>
        </w:rPr>
        <w:t xml:space="preserve">[1:11:50] </w:t>
      </w:r>
      <w:r>
        <w:t>ek kitab hai baqayda "al-munqidh min al-zalal" ki. maulana saif nadvi ne baqayda ek mazmoon likha tha "rujoo aur eteraaf".</w:t>
      </w:r>
    </w:p>
    <w:p>
      <w:pPr>
        <w:jc w:val="right"/>
      </w:pPr>
      <w:r>
        <w:t>ایک کتاب ہے باقاعدہ "المنقذ من الزلال" کی۔ مولانا سیف ندوی نے باقاعدہ ایک مضمون لکھا تھا "رجوع اور اعتراف"۔</w:t>
      </w:r>
    </w:p>
    <w:p>
      <w:r>
        <w:rPr>
          <w:b/>
        </w:rPr>
        <w:t xml:space="preserve">[1:11:58] </w:t>
      </w:r>
      <w:r>
        <w:t>kuch cheezon ko unhon ne kaha tha ke main is ko rujoo karta hoon. jo main ne kaha tha, woh theek nahi tha.</w:t>
      </w:r>
    </w:p>
    <w:p>
      <w:pPr>
        <w:jc w:val="right"/>
      </w:pPr>
      <w:r>
        <w:t>کچھ چیزوں کو انہوں نے کہا تھا کہ میں اس کو رجوع کرتا ہوں۔ جو میں نے کہا تھا، وہ ٹھیک نہیں تھا۔</w:t>
      </w:r>
    </w:p>
    <w:p>
      <w:r>
        <w:rPr>
          <w:b/>
        </w:rPr>
        <w:t xml:space="preserve">[1:12:04] </w:t>
      </w:r>
      <w:r>
        <w:t>to yeh to ulama ka ek process hai. khud paighambaron ke haan bhi aisa hota hai. ab is wajah se ke paighambar jo hai, woh is se khali hai. rasool allah sallallahu alaihi wasallam ne se poocha gaya tha rasool allah sallallahu alaihi wasallam se ke mushrikeen ki aulad ka kya anjaam hoga aakhirat mein?</w:t>
      </w:r>
    </w:p>
    <w:p>
      <w:pPr>
        <w:jc w:val="right"/>
      </w:pPr>
      <w:r>
        <w:t>تو یہ تو علماء کا ایک پراسیس ہے۔ خود پیغمبروں کے ہاں بھی ایسا ہوتا ہے۔ اب اس وجہ سے کہ پیغمبر جو ہے، وہ اس سے خالی ہے۔ رسول اللہ صلی اللہ علیہ وسلم نے سے پوچھا گیا تھا رسول اللہ صلی اللہ علیہ وسلم سے کہ مشرکین کی اولاد کا کیا انجام ہوگا آخرت میں؟</w:t>
      </w:r>
    </w:p>
    <w:p>
      <w:r>
        <w:rPr>
          <w:b/>
        </w:rPr>
        <w:t xml:space="preserve">[1:12:19] </w:t>
      </w:r>
      <w:r>
        <w:t>aap ne farmaya ke "hum ma abahum", yani mushrikeen</w:t>
      </w:r>
    </w:p>
    <w:p>
      <w:pPr>
        <w:jc w:val="right"/>
      </w:pPr>
      <w:r>
        <w:t>آپ نے فرمایا کہ "ہم ما اباہم"، یعنی مشرکین</w:t>
      </w:r>
    </w:p>
    <w:p>
      <w:r>
        <w:rPr>
          <w:b/>
        </w:rPr>
        <w:t xml:space="preserve">[1:12:25] </w:t>
      </w:r>
      <w:r>
        <w:t>jo khud jahan jayenge, wohin un ke bachche bhi jayenge. baad ko aap ne kaha ke nahi, yeh farishte hamein yeh bataya hai, aisa nahi hoga.</w:t>
      </w:r>
    </w:p>
    <w:p>
      <w:pPr>
        <w:jc w:val="right"/>
      </w:pPr>
      <w:r>
        <w:t>جو خود جہاں جائیں گے، وہیں ان کے بچے بھی جائیں گے۔ بعد کو آپ نے کہا کہ نہیں، یہ فرشتے ہمیں یہ بتایا ہے، ایسا نہیں ہوگا۔</w:t>
      </w:r>
    </w:p>
    <w:p>
      <w:r>
        <w:rPr>
          <w:b/>
        </w:rPr>
        <w:t xml:space="preserve">[1:12:35] </w:t>
      </w:r>
      <w:r>
        <w:t>to phir aap ne bataya ke doosri baat kahi. aap ne unhon ne kaha ke "hum khadam ahl al-jannah",</w:t>
      </w:r>
    </w:p>
    <w:p>
      <w:pPr>
        <w:jc w:val="right"/>
      </w:pPr>
      <w:r>
        <w:t>تو پھر آپ نے بتایا کہ دوسری بات کہی۔ آپ نے انہوں نے کہا کہ "ہم خدم اہل الجنہ"،</w:t>
      </w:r>
    </w:p>
    <w:p>
      <w:r>
        <w:rPr>
          <w:b/>
        </w:rPr>
        <w:t xml:space="preserve">[1:12:45] </w:t>
      </w:r>
      <w:r>
        <w:t>ahl-e-jannat ke khadim ho gaye. to is se aap ko pareshani, pareshani kyun hoti hai? kai log mujhe aisa sawal karte hain, kyun pareshani hoti hai? aap logon ko yeh ghair-elmi baat hai. yeh pareshani jo hoti hai, woh ghair-elmi baat hai.</w:t>
      </w:r>
    </w:p>
    <w:p>
      <w:pPr>
        <w:jc w:val="right"/>
      </w:pPr>
      <w:r>
        <w:t>اہل جنت کے خادم ہو گئے۔ تو اس سے آپ کو پریشانی، پریشانی کیوں ہوتی ہے؟ کئی لوگ مجھے ایسا سوال کرتے ہیں، کیوں پریشانی ہوتی ہے؟ آپ لوگوں کو یہ غیر علمی بات ہے۔ یہ پریشانی جو ہوتی ہے، وہ غیر علمی بات ہے۔</w:t>
      </w:r>
    </w:p>
    <w:p>
      <w:r>
        <w:rPr>
          <w:b/>
        </w:rPr>
        <w:t xml:space="preserve">[1:12:56] </w:t>
      </w:r>
      <w:r>
        <w:t>aakhri baat ko aap baghair poochhe hue, aakhri baat ko aap le lijiye. yeh sawal kyun karte hain? aap</w:t>
      </w:r>
    </w:p>
    <w:p>
      <w:pPr>
        <w:jc w:val="right"/>
      </w:pPr>
      <w:r>
        <w:t>آخری بات کو آپ بغیر پوچھے ہوئے، آخری بات کو آپ لے لیجئے۔ یہ سوال کیوں کرتے ہیں؟ آپ</w:t>
      </w:r>
    </w:p>
    <w:p>
      <w:r>
        <w:rPr>
          <w:b/>
        </w:rPr>
        <w:t xml:space="preserve">[1:13:03] </w:t>
      </w:r>
      <w:r>
        <w:t>yeh sawal karna ghair-elmi zehan ki nishani hai. aakhri baat ko maan lijiye, bas baat khatam. jaise rasool allah sallallahu alaihi wasallam ke baad wale ban ko maan lijiye, aap us ke liye cook pass karte hain ke pehle koi aisa koi kaha tha.</w:t>
      </w:r>
    </w:p>
    <w:p>
      <w:pPr>
        <w:jc w:val="right"/>
      </w:pPr>
      <w:r>
        <w:t>یہ سوال کرنا غیر علمی ذہن کی نشانی ہے۔ آخری بات کو مان لیجئے، بس بات ختم۔ جیسے رسول اللہ صلی اللہ علیہ وسلم کے بعد والے بان کو مان لیجئے، آپ اس کے لیے کوک پاس کرتے ہیں کہ پہلے کوئی ایسا کوئی کہا تھا۔</w:t>
      </w:r>
    </w:p>
    <w:p>
      <w:r>
        <w:rPr>
          <w:b/>
        </w:rPr>
        <w:t xml:space="preserve">[1:13:18] </w:t>
      </w:r>
      <w:r>
        <w:t>yeh koi sahi "it is not good sign". kai log aise sawalat karte hain, aise aise nahi, nahi, nahi.</w:t>
      </w:r>
    </w:p>
    <w:p>
      <w:pPr>
        <w:jc w:val="right"/>
      </w:pPr>
      <w:r>
        <w:t>یہ کوئی صحیح "اٹ از ناٹ گڈ سائن"۔ کئی لوگ ایسے سوالات کرتے ہیں، ایسے ایسے نہیں، نہیں، نہیں۔</w:t>
      </w:r>
    </w:p>
    <w:p>
      <w:r>
        <w:rPr>
          <w:b/>
        </w:rPr>
        <w:t xml:space="preserve">[1:13:26] </w:t>
      </w:r>
      <w:r>
        <w:t>yeh kyun is mein uljhe rehte hain? un ke dimagh mein yeh samajh nahi aata.</w:t>
      </w:r>
    </w:p>
    <w:p>
      <w:pPr>
        <w:jc w:val="right"/>
      </w:pPr>
      <w:r>
        <w:t>یہ کیوں اس میں الجھے رہتے ہیں؟ ان کے دماغ میں یہ سمجھ نہیں آتا۔</w:t>
      </w:r>
    </w:p>
    <w:p>
      <w:r>
        <w:rPr>
          <w:b/>
        </w:rPr>
        <w:t xml:space="preserve">[1:13:33] </w:t>
      </w:r>
      <w:r>
        <w:t>maulana, agla sawal kashmir se hai shafi ahmed dar sahab ka. unhon ne likha hai: "maulana sahab, my question is about nasa prediction: will the world end on 21 december 2012 because the winter solstice is aligned with the milky way or because of the end of the mayan calendar?"</w:t>
      </w:r>
    </w:p>
    <w:p>
      <w:pPr>
        <w:jc w:val="right"/>
      </w:pPr>
      <w:r>
        <w:t>مولانا، اگلا سوال کشمیر سے ہے شفیع احمد ڈار صاحب کا۔ انہوں نے لکھا ہے: "مولانا صاحب، مائی کوئسچن از اباؤٹ ناسا پریڈکشن: ویل دی ورلڈ اینڈ ان 21 دسمبر 2012 بیکاز دا ونٹر سولسٹس از الائنڈ ود دا ملکی وے اور بیکاز اف دی اینڈ اف دی مائن کیلنڈر؟</w:t>
      </w:r>
    </w:p>
    <w:p>
      <w:r>
        <w:rPr>
          <w:b/>
        </w:rPr>
        <w:t xml:space="preserve">[1:13:58] </w:t>
      </w:r>
      <w:r>
        <w:t>is there any prediction in quran or hadith</w:t>
      </w:r>
    </w:p>
    <w:p>
      <w:pPr>
        <w:jc w:val="right"/>
      </w:pPr>
      <w:r>
        <w:t>از دیر اینی پریڈکشن ان قرآن اور حدیث</w:t>
      </w:r>
    </w:p>
    <w:p>
      <w:r>
        <w:rPr>
          <w:b/>
        </w:rPr>
        <w:t xml:space="preserve">[1:14:02] </w:t>
      </w:r>
      <w:r>
        <w:t>?" nahi, dekhein, yeh koi bhi shakhs is position mein nahi hai ke woh specific taur par date bata de ya year bata de.</w:t>
      </w:r>
    </w:p>
    <w:p>
      <w:pPr>
        <w:jc w:val="right"/>
      </w:pPr>
      <w:r>
        <w:t>؟" نہیں، دیکھیں، یہ کوئی بھی شخص اس پوزیشن میں نہیں ہے کہ وہ سپیسیفک طور پر ڈیٹ بتا دے یا ایئر بتا دے۔</w:t>
      </w:r>
    </w:p>
    <w:p>
      <w:r>
        <w:rPr>
          <w:b/>
        </w:rPr>
        <w:t xml:space="preserve">[1:14:14] </w:t>
      </w:r>
      <w:r>
        <w:t>quran mein dekhein, bohat saaf taur par hai ke "la tu'tikum illa ba'tah", yani qayamat achaanak hi aa jayegi.</w:t>
      </w:r>
    </w:p>
    <w:p>
      <w:pPr>
        <w:jc w:val="right"/>
      </w:pPr>
      <w:r>
        <w:t>قرآن میں دیکھیں، بہت صاف طور پر ہے کہ "لا تعطیکم الا بقتا"، یعنی قیامت اچانک ہی آ جائے گی۔</w:t>
      </w:r>
    </w:p>
    <w:p>
      <w:r>
        <w:rPr>
          <w:b/>
        </w:rPr>
        <w:t xml:space="preserve">[1:14:23] </w:t>
      </w:r>
      <w:r>
        <w:t>achaanak rasool allah ko bhi khabar nahi thi, sahaba ko khabar nahi thi. to koi aadmi jo date fix kare, woh woh main ne dekha ke galat karta hai.</w:t>
      </w:r>
    </w:p>
    <w:p>
      <w:pPr>
        <w:jc w:val="right"/>
      </w:pPr>
      <w:r>
        <w:t>اچانک رسول اللہ کو بھی خبر نہیں تھی، صحابہ کو خبر نہیں تھی۔ تو کوئی آدمی جو ڈیٹ فکس کرے، وہ وہ میں نے دیکھا کہ غلط کرتا ہے۔</w:t>
      </w:r>
    </w:p>
    <w:p>
      <w:r>
        <w:rPr>
          <w:b/>
        </w:rPr>
        <w:t xml:space="preserve">[1:14:34] </w:t>
      </w:r>
      <w:r>
        <w:t>kisi ko haq nahi koi date fix fix karne ka. jis tarah aap ab jo earthquake aate hain, koi is ki date fix nahi kar sakta hai.</w:t>
      </w:r>
    </w:p>
    <w:p>
      <w:pPr>
        <w:jc w:val="right"/>
      </w:pPr>
      <w:r>
        <w:t>کسی کو حق نہیں کوئی ڈیٹ فکس فکس کرنے کا۔ جس طرح آپ اب جو ارتھ کوئیک آتے ہیں، کوئی اس کی ڈیٹ فکس نہیں کر سکتا ہے۔</w:t>
      </w:r>
    </w:p>
    <w:p>
      <w:r>
        <w:rPr>
          <w:b/>
        </w:rPr>
        <w:t xml:space="preserve">[1:14:43] </w:t>
      </w:r>
      <w:r>
        <w:t>koi bhi nahi kar sakta date fix. aisi qayamat ki koi date fix nahi kar sakta hai. "la tu'tikum illa ba'tah", qayamat achaanak aayegi.</w:t>
      </w:r>
    </w:p>
    <w:p>
      <w:pPr>
        <w:jc w:val="right"/>
      </w:pPr>
      <w:r>
        <w:t>کوئی بھی نہیں کر سکتا ڈیٹ فکس۔ ایسی قیامت کی کوئی ڈیٹ فکس نہیں کر سکتا ہے۔ "لا تعطیکم الا بقتا"، قیامت اچانک آئے گی۔</w:t>
      </w:r>
    </w:p>
    <w:p>
      <w:r>
        <w:rPr>
          <w:b/>
        </w:rPr>
        <w:t xml:space="preserve">[1:14:52] </w:t>
      </w:r>
      <w:r>
        <w:t>sirf allah ke ilm mein hai ke kab aayegi. woh farishton ko bhi nahi maloom. allah jab hukum dega to farishte active ho jayenge.</w:t>
      </w:r>
    </w:p>
    <w:p>
      <w:pPr>
        <w:jc w:val="right"/>
      </w:pPr>
      <w:r>
        <w:t>صرف اللہ کے علم میں ہے کہ کب آئے گی۔ وہ فرشتوں کو بھی نہیں معلوم۔ اللہ جب حکم دے گا تو فرشتے ایکٹیو ہو جائیں گے۔</w:t>
      </w:r>
    </w:p>
    <w:p>
      <w:r>
        <w:rPr>
          <w:b/>
        </w:rPr>
        <w:t xml:space="preserve">[1:15:01] </w:t>
      </w:r>
      <w:r>
        <w:t>yeh meri rai is mamle mein hai. maulana, agla sawal tamil nadu se hai maulana iqbal umri ka.</w:t>
      </w:r>
    </w:p>
    <w:p>
      <w:pPr>
        <w:jc w:val="right"/>
      </w:pPr>
      <w:r>
        <w:t>یہ میری رائے اس معاملے میں ہے۔ مولانا، اگلا سوال تمل ناڈو سے ہے مولانا اقبال عمری کا۔</w:t>
      </w:r>
    </w:p>
    <w:p>
      <w:r>
        <w:rPr>
          <w:b/>
        </w:rPr>
        <w:t xml:space="preserve">[1:15:10] </w:t>
      </w:r>
      <w:r>
        <w:t>unhon ne likha hai: "maulana, complaint ko apna haq samajh kar musalman is ko har jagah istemal karte hain. yeh kahan tak workable hai?" workable to hai hi nahi.</w:t>
      </w:r>
    </w:p>
    <w:p>
      <w:pPr>
        <w:jc w:val="right"/>
      </w:pPr>
      <w:r>
        <w:t>انہوں نے لکھا ہے: "مولانا، کمپلین کو اپنا حق سمجھ کر مسلمان اس کو ہر جگہ استعمال کرتے ہیں۔ یہ کہاں تک ورکیبل ہے؟" ورکیبل تو ہے ہی نہیں۔</w:t>
      </w:r>
    </w:p>
    <w:p>
      <w:r>
        <w:rPr>
          <w:b/>
        </w:rPr>
        <w:t xml:space="preserve">[1:15:24] </w:t>
      </w:r>
      <w:r>
        <w:t>kahan work kar raha hai? kahan musalmanon ki complaint se kuch kaam ban rahe hain? un ke</w:t>
      </w:r>
    </w:p>
    <w:p>
      <w:pPr>
        <w:jc w:val="right"/>
      </w:pPr>
      <w:r>
        <w:t>کہاں ورک کر رہا ہے؟ کہاں مسلمانوں کی کمپلین سے کچھ کام بن رہے ہیں؟ ان کے</w:t>
      </w:r>
    </w:p>
    <w:p>
      <w:r>
        <w:rPr>
          <w:b/>
        </w:rPr>
        <w:t xml:space="preserve">[1:15:30] </w:t>
      </w:r>
      <w:r>
        <w:t>musalmanon ki shikayat aur complaint to yeh anbaar laga hua hai. is ka woh kaam ek bhi nahi ban raha hai. agar ban raha hota to complaint khatam ho jati.</w:t>
      </w:r>
    </w:p>
    <w:p>
      <w:pPr>
        <w:jc w:val="right"/>
      </w:pPr>
      <w:r>
        <w:t>مسلمانوں کی شکایت اور کمپلین تو یہ انبار لگا ہوا ہے۔ اس کا وہ کام ایک بھی نہیں بن رہا ہے۔ اگر بن رہا ہوتا تو کمپلین ختم ہو جاتی۔</w:t>
      </w:r>
    </w:p>
    <w:p>
      <w:r>
        <w:rPr>
          <w:b/>
        </w:rPr>
        <w:t xml:space="preserve">[1:15:43] </w:t>
      </w:r>
      <w:r>
        <w:t>to dekhen, do pehlu is ke hain. ek to yeh hai ke complain ka tareeqa sar-ta-sar, yaani result less tareeqa hai.</w:t>
      </w:r>
    </w:p>
    <w:p>
      <w:pPr>
        <w:jc w:val="right"/>
      </w:pPr>
      <w:r>
        <w:t>تو دیکھیں، دو پہلو اس کے ہیں۔ ایک تو یہ ہے کہ کمپلین کا طریقہ سرتا سر، یعنی رزلٹ لیس طریقہ ہے۔</w:t>
      </w:r>
    </w:p>
    <w:p>
      <w:r>
        <w:rPr>
          <w:b/>
        </w:rPr>
        <w:t xml:space="preserve">[1:15:52] </w:t>
      </w:r>
      <w:r>
        <w:t>is mein koi nateeja nikalne wala nahi hai. yeh Allah ke qanoon ke khilaaf hai ke aap ki complain se koi kaam banay. aap ka</w:t>
      </w:r>
    </w:p>
    <w:p>
      <w:pPr>
        <w:jc w:val="right"/>
      </w:pPr>
      <w:r>
        <w:t>اس میں کوئی نتیجہ نکلنے والا نہیں ہے۔ یہ اللہ کے قانون کے خلاف ہے کہ آپ کی کمپلین سے کوئی کام بن جائے۔ آپ کا</w:t>
      </w:r>
    </w:p>
    <w:p>
      <w:r>
        <w:rPr>
          <w:b/>
        </w:rPr>
        <w:t xml:space="preserve">[1:16:00] </w:t>
      </w:r>
      <w:r>
        <w:t>kabhi nahi banay ga, na bana hai. poori history mein kabhi bhi kisi ne complain kar ke kuch achieve nahi kiya hai, na aaj achieve kar sakta hai. to ek baat yeh hai.</w:t>
      </w:r>
    </w:p>
    <w:p>
      <w:pPr>
        <w:jc w:val="right"/>
      </w:pPr>
      <w:r>
        <w:t>کبھی نہیں بنے گا، نہ بنا ہے۔ پوری ہسٹری میں کبھی بھی کسی نے کمپلین کر کے کچھ اچیو نہیں کیا ہے، نہ آج اچیو کر سکتا ہے۔ تو ایک بات یہ ہے۔</w:t>
      </w:r>
    </w:p>
    <w:p>
      <w:r>
        <w:rPr>
          <w:b/>
        </w:rPr>
        <w:t xml:space="preserve">[1:16:09] </w:t>
      </w:r>
      <w:r>
        <w:t>doosri baat yeh hai ke complain se aap kuch gain to nahi karte, lose yaqeenan karte hain. kyunke jab complain karenge to aap ke andar negativity aye gi, tension aye ga, ghussa aye ga, anchor aye ga.</w:t>
      </w:r>
    </w:p>
    <w:p>
      <w:pPr>
        <w:jc w:val="right"/>
      </w:pPr>
      <w:r>
        <w:t>دوسری بات یہ ہے کہ کمپلین سے آپ کچھ گین تو نہیں کرتے، لوز یقینا کرتے ہیں۔ کیونکہ جب کمپلین کریں گے تو آپ کے اندر نیگیٹیوٹی آئے گی، ٹینشن آئے گا، غصہ آئے گا، اینکر آئے گا۔</w:t>
      </w:r>
    </w:p>
    <w:p>
      <w:r>
        <w:rPr>
          <w:b/>
        </w:rPr>
        <w:t xml:space="preserve">[1:16:25] </w:t>
      </w:r>
      <w:r>
        <w:t>to apna to nuqsan kar liya aap ne, aur doosre ka kuch doosre se koi le nahi paya. to complain ki language ko main bilkul ghair mehram haram samajhta hoon.</w:t>
      </w:r>
    </w:p>
    <w:p>
      <w:pPr>
        <w:jc w:val="right"/>
      </w:pPr>
      <w:r>
        <w:t>تو اپنا تو نقصان کر لیا آپ نے، اور دوسرے کا کچھ دوسرے سے کوئی لے نہیں پایا۔ تو کمپلین کی لینگویج کو میں بالکل غیر محرم حرام سمجھتا ہوں۔</w:t>
      </w:r>
    </w:p>
    <w:p>
      <w:r>
        <w:rPr>
          <w:b/>
        </w:rPr>
        <w:t xml:space="preserve">[1:16:37] </w:t>
      </w:r>
      <w:r>
        <w:t>matlab haram na kiya hua haram meri rai to nahi hai.</w:t>
      </w:r>
    </w:p>
    <w:p>
      <w:pPr>
        <w:jc w:val="right"/>
      </w:pPr>
      <w:r>
        <w:t>مطلب حرام نہ کیا ہوا حرام میری رائے تو نہیں ہے۔</w:t>
      </w:r>
    </w:p>
    <w:p>
      <w:r>
        <w:rPr>
          <w:b/>
        </w:rPr>
        <w:t xml:space="preserve">[1:16:43] </w:t>
      </w:r>
      <w:r>
        <w:t>Maulana, in ka ek aur sawal hai. unhon ne likha hai: "Maulana, aaj mujhe maloom hua ke dunya walon ko dar-us-salam ki taraf dawat dena hai, na ke dunya ko dar-us-salam banane ki nakaam koshish karna." Maulana, aksar speakers yeh kehte hain ke Islam se hi peace qaim hoga.</w:t>
      </w:r>
    </w:p>
    <w:p>
      <w:pPr>
        <w:jc w:val="right"/>
      </w:pPr>
      <w:r>
        <w:t>مولانا، ان کا ایک اور سوال ہے۔ انہوں نے لکھا ہے: "مولانا، آج مجھے معلوم ہوا کہ دنیا والوں کو دارالسلام کی طرف دعوت دینا ہے، نہ کہ دنیا کو دارالسلام بنانے کی ناکام کوشش کرنا۔" مولانا، اکثر سپیکرز یہ کہتے ہیں کہ اسلام سے ہی پیس قائم ہوگا۔</w:t>
      </w:r>
    </w:p>
    <w:p>
      <w:r>
        <w:rPr>
          <w:b/>
        </w:rPr>
        <w:t xml:space="preserve">[1:17:03] </w:t>
      </w:r>
      <w:r>
        <w:t>yeh kahan tak sahi hai? sahi kaha hai, bilkul absurd baat hai. kahan likha hua hai ke peace qaim hoga?</w:t>
      </w:r>
    </w:p>
    <w:p>
      <w:pPr>
        <w:jc w:val="right"/>
      </w:pPr>
      <w:r>
        <w:t>یہ کہاں تک صحیح ہے؟ صحیح کہا ہے، بالکل ابسورڈ بات ہے۔ کہاں لکھا ہوا ہے کہ پیس قائم ہوگا؟</w:t>
      </w:r>
    </w:p>
    <w:p>
      <w:r>
        <w:rPr>
          <w:b/>
        </w:rPr>
        <w:t xml:space="preserve">[1:17:13] </w:t>
      </w:r>
      <w:r>
        <w:t>yaani sankron saal se, kam az kam do sau saal se musalman yahi boli bol rahe hain. to qaim kyun nahi hoga? yeh bilkul alag baat hai.</w:t>
      </w:r>
    </w:p>
    <w:p>
      <w:pPr>
        <w:jc w:val="right"/>
      </w:pPr>
      <w:r>
        <w:t>یعنی سینکڑوں سال سے، کم از کم دو سو سال سے مسلمان یہی بولی بول رہے ہیں۔ تو قائم کیوں نہیں ہوگا؟ یہ بالکل الگ بات ہے۔</w:t>
      </w:r>
    </w:p>
    <w:p>
      <w:r>
        <w:rPr>
          <w:b/>
        </w:rPr>
        <w:t xml:space="preserve">[1:17:23] </w:t>
      </w:r>
      <w:r>
        <w:t>workable peace dunya mein aa sakta hai, sirf real ideal peace nahi. is raat ko nahi, koi ek shakhs bhi nahi samjha mere ilm ke upar, na ulama, na mufakkireen, na leader.</w:t>
      </w:r>
    </w:p>
    <w:p>
      <w:pPr>
        <w:jc w:val="right"/>
      </w:pPr>
      <w:r>
        <w:t>ورکیبل پیس دنیا میں آ سکتا ہے، صرف ریئل آئیڈیل پیس نہیں۔ اس رات کو نہیں، کوئی ایک شخص بھی نہیں سمجھا میرے علم کے اوپر، نہ علماء، نہ مفکرین، نہ لیڈر۔</w:t>
      </w:r>
    </w:p>
    <w:p>
      <w:r>
        <w:rPr>
          <w:b/>
        </w:rPr>
        <w:t xml:space="preserve">[1:17:35] </w:t>
      </w:r>
      <w:r>
        <w:t>har aadmi peace peace peace ki boli bolta hai.</w:t>
      </w:r>
    </w:p>
    <w:p>
      <w:pPr>
        <w:jc w:val="right"/>
      </w:pPr>
      <w:r>
        <w:t>ہر آدمی پیس پیس پیس کی بولی بولتا ہے۔</w:t>
      </w:r>
    </w:p>
    <w:p>
      <w:r>
        <w:rPr>
          <w:b/>
        </w:rPr>
        <w:t xml:space="preserve">[1:17:40] </w:t>
      </w:r>
      <w:r>
        <w:t>lekin is dunya mein Allah taala ke creation plan ki wajah se, Allah taala ka jo qanoon hai, us ki bana par kabhi bhi ideal peace qaim nahi hoga.</w:t>
      </w:r>
    </w:p>
    <w:p>
      <w:pPr>
        <w:jc w:val="right"/>
      </w:pPr>
      <w:r>
        <w:t>لیکن اس دنیا میں اللہ تعالی کے کریشن پلان کی وجہ سے، اللہ تعالی کا جو قانون ہے، اس کی بنا پر کبھی بھی آئیڈیل پیس قائم نہیں ہوگا۔</w:t>
      </w:r>
    </w:p>
    <w:p>
      <w:r>
        <w:rPr>
          <w:b/>
        </w:rPr>
        <w:t xml:space="preserve">[1:17:51] </w:t>
      </w:r>
      <w:r>
        <w:t>sirf workable peace qaim hoga. ideal justice nahi qaim hogi, sirf workable justice qaim hogi. is raat ko jo na jaane, woh andha jiye ga, andha mare ga.</w:t>
      </w:r>
    </w:p>
    <w:p>
      <w:pPr>
        <w:jc w:val="right"/>
      </w:pPr>
      <w:r>
        <w:t>صرف ورکیبل پیس قائم ہوگا۔ آئیڈیل جسٹس نہیں قائم ہوگی، صرف ورکیبل جسٹس قائم ہوگی۔ اس رات کو جو نہ جانے، وہ اندھا جیئے گا، اندھا مرے گا۔</w:t>
      </w:r>
    </w:p>
    <w:p>
      <w:r>
        <w:rPr>
          <w:b/>
        </w:rPr>
        <w:t xml:space="preserve">[1:18:00] </w:t>
      </w:r>
      <w:r>
        <w:t>main bohat sakht, bohat sakht rai meri is baray mein hai. jo is raat ko nahi jaane ga, woh sirf andhe pan mein jiye ga, andhe pan mein mare ga.</w:t>
      </w:r>
    </w:p>
    <w:p>
      <w:pPr>
        <w:jc w:val="right"/>
      </w:pPr>
      <w:r>
        <w:t>میں بہت سخت، بہت سخت رائے میری اس بارے میں ہے۔ جو اس رات کو نہیں جانے گا، وہ صرف اندھے پن میں جیئے گا، اندھے پن میں مرے گا۔</w:t>
      </w:r>
    </w:p>
    <w:p>
      <w:r>
        <w:rPr>
          <w:b/>
        </w:rPr>
        <w:t xml:space="preserve">[1:18:09] </w:t>
      </w:r>
      <w:r>
        <w:t>kyunke Allah taala ka qanoon yahi hai. is ko ignore kar ke aap kahan jayen ge, siwaye nakaami ke?</w:t>
      </w:r>
    </w:p>
    <w:p>
      <w:pPr>
        <w:jc w:val="right"/>
      </w:pPr>
      <w:r>
        <w:t>کیونکہ اللہ تعالی کا قانون یہی ہے۔ اس کو اگنور کر کے آپ کہاں جائیں گے، سوائے ناکامی کے؟</w:t>
      </w:r>
    </w:p>
    <w:p>
      <w:r>
        <w:rPr>
          <w:b/>
        </w:rPr>
        <w:t xml:space="preserve">[1:18:20] </w:t>
      </w:r>
      <w:r>
        <w:t>Maulana, agla sawal Miss Naghma Siddiqui ka hai Delhi se. unhon ne likha hai: "What is Islam's position on overthrowing of established governments as was done in Arab Spring</w:t>
      </w:r>
    </w:p>
    <w:p>
      <w:pPr>
        <w:jc w:val="right"/>
      </w:pPr>
      <w:r>
        <w:t>مولانا، اگلا سوال مس نغمہ صدیقی کا ہے دلی سے۔ انہوں نے لکھا ہے: "واٹ از اسلامز پوزیشن ان اوور تھروئنگ اف اسٹیبلش گورنمنٹس ایز واز ڈن ان عرب سپرنگ</w:t>
      </w:r>
    </w:p>
    <w:p>
      <w:r>
        <w:rPr>
          <w:b/>
        </w:rPr>
        <w:t xml:space="preserve">[1:18:34] </w:t>
      </w:r>
      <w:r>
        <w:t>?" dekhiye, is mamle mein Islam ka nuqta nazar jo hai, woh pragmatism par mabni hai. pragmatism yaani practical wisdom par.</w:t>
      </w:r>
    </w:p>
    <w:p>
      <w:pPr>
        <w:jc w:val="right"/>
      </w:pPr>
      <w:r>
        <w:t>؟" دیکھیے، اس معاملے میں اسلام کا نقطہ نظر جو ہے، وہ پرائیگمیٹزم پر مبنی ہے۔ پرائیگمیٹزم یعنی پریکٹیکل وزڈم پر۔</w:t>
      </w:r>
    </w:p>
    <w:p>
      <w:r>
        <w:rPr>
          <w:b/>
        </w:rPr>
        <w:t xml:space="preserve">[1:18:47] </w:t>
      </w:r>
      <w:r>
        <w:t>kyunke dekhen, hukoomaton ko overthrow karna is se kabhi bhi koi faida nahi milta, sirf nuqsan hi pohanchta hai. is daur mein bar bar musalmanon ne aisa kiya hai, kisi hukoomat ko overthrow kiya, us ko</w:t>
      </w:r>
    </w:p>
    <w:p>
      <w:pPr>
        <w:jc w:val="right"/>
      </w:pPr>
      <w:r>
        <w:t>کیونکہ دیکھیں، حکومتوں کو اوور تھرو کرنا اس سے کبھی بھی کوئی فائدہ نہیں ملتا، صرف نقصان ہی پہنچتا ہے۔ اس دور میں بار بار مسلمانوں نے ایسا کیا ہے، کسی حکومت کو اوور تھرو کیا، اس کو</w:t>
      </w:r>
    </w:p>
    <w:p>
      <w:r>
        <w:rPr>
          <w:b/>
        </w:rPr>
        <w:t xml:space="preserve">[1:19:02] </w:t>
      </w:r>
      <w:r>
        <w:t>ulta. lekin nateeja kya nikla? ek nayi tabahi, ek nayi tabahi, ek nayi tabahi.</w:t>
      </w:r>
    </w:p>
    <w:p>
      <w:pPr>
        <w:jc w:val="right"/>
      </w:pPr>
      <w:r>
        <w:t>الٹا۔ لیکن نتیجہ کیا نکلا؟ ایک نئی تباہی، ایک نئی تباہی، ایک نئی تباہی۔</w:t>
      </w:r>
    </w:p>
    <w:p>
      <w:r>
        <w:rPr>
          <w:b/>
        </w:rPr>
        <w:t xml:space="preserve">[1:19:11] </w:t>
      </w:r>
      <w:r>
        <w:t>is wajah se sahi tareeqa wahi jo hai jo Yusuf (AS) ne kiya tha ke hukoomat ko mante hue aap ne us ke tehat mawaqe ko istemal kiya.</w:t>
      </w:r>
    </w:p>
    <w:p>
      <w:pPr>
        <w:jc w:val="right"/>
      </w:pPr>
      <w:r>
        <w:t>اس وجہ سے صحیح طریقہ وہی جو ہے جو یوسف علیہ السلام نے کیا تھا کہ حکومت کو مانتے ہوئے آپ نے اس کے تحت مواقع کو استعمال کیا۔</w:t>
      </w:r>
    </w:p>
    <w:p>
      <w:r>
        <w:rPr>
          <w:b/>
        </w:rPr>
        <w:t xml:space="preserve">[1:19:23] </w:t>
      </w:r>
      <w:r>
        <w:t>yeh sahi model hai. isi ko Quran mein kaha hai ke asal al-qasas. asal al-qasas ka matlab behtareen model, behtareen ma</w:t>
      </w:r>
    </w:p>
    <w:p>
      <w:pPr>
        <w:jc w:val="right"/>
      </w:pPr>
      <w:r>
        <w:t>یہ صحیح ماڈل ہے۔ اسی کو قرآن میں کہا ہے کہ اصل القصص۔ اصل القصص کا معنی بہترین ماڈل، بہترین ما</w:t>
      </w:r>
    </w:p>
    <w:p>
      <w:r>
        <w:rPr>
          <w:b/>
        </w:rPr>
        <w:t xml:space="preserve">[1:19:31] </w:t>
      </w:r>
      <w:r>
        <w:t>dal. isi liye mera nazariya is se jo bana hai, woh yeh hai ke Islam mein political status quoism hai,</w:t>
      </w:r>
    </w:p>
    <w:p>
      <w:pPr>
        <w:jc w:val="right"/>
      </w:pPr>
      <w:r>
        <w:t>ڈل۔ اسی لیے میرا نظریہ اس سے جو بنا ہے، وہ یہ ہے کہ اسلام میں پولیٹیکل اسٹیٹس کوئزم ہے،</w:t>
      </w:r>
    </w:p>
    <w:p>
      <w:r>
        <w:rPr>
          <w:b/>
        </w:rPr>
        <w:t xml:space="preserve">[1:19:41] </w:t>
      </w:r>
      <w:r>
        <w:t>da'wah activism aur political status quoism. yaani peaceful da'wah ke liye aap amal karen ge, lekin jahan tak political power ki baat hai, wahan aap status quo ko maintain karen ge.</w:t>
      </w:r>
    </w:p>
    <w:p>
      <w:pPr>
        <w:jc w:val="right"/>
      </w:pPr>
      <w:r>
        <w:t>دعویٰ ایکٹیوزم اور پولیٹیکل اسٹیٹس کوئزم۔ یعنی پیس فل دعویٰ کے لیے آپ عمل کریں گے، لیکن جہاں تک پولیٹیکل پاور کی بات ہے، وہاں آپ اسٹیٹس کو مینٹین کریں گے۔</w:t>
      </w:r>
    </w:p>
    <w:p>
      <w:r>
        <w:rPr>
          <w:b/>
        </w:rPr>
        <w:t xml:space="preserve">[1:19:54] </w:t>
      </w:r>
      <w:r>
        <w:t>hazrat Yusuf ka jo usool tha, woh yahi hai. yaani political status quoism aur da'wah activism,</w:t>
      </w:r>
    </w:p>
    <w:p>
      <w:pPr>
        <w:jc w:val="right"/>
      </w:pPr>
      <w:r>
        <w:t>حضرت یوسف کا جو اصول تھا، وہ یہی ہے۔ یعنی پولیٹیکل اسٹیٹس کوئزم اور دعویٰ ایکٹیوزم،</w:t>
      </w:r>
    </w:p>
    <w:p>
      <w:r>
        <w:rPr>
          <w:b/>
        </w:rPr>
        <w:t xml:space="preserve">[1:20:02] </w:t>
      </w:r>
      <w:r>
        <w:t>yahi Islam hai. baqi jo log kar rahe hain kaam, woh Islam se koi is ka ta'alluq nahi hai. woh to sarakshi mein nazdeek hai. jo Muslim countries mein hukoomaton ko ultate palte hain, woh sarakshi karte hain.</w:t>
      </w:r>
    </w:p>
    <w:p>
      <w:pPr>
        <w:jc w:val="right"/>
      </w:pPr>
      <w:r>
        <w:t>یہی اسلام ہے۔ باقی جو لوگ کر رہے ہیں کام، وہ اسلام سے کوئی اس کا تعلق نہیں ہے۔ وہ تو سرکشی میں نزدیک ہے۔ جو مسلم کنٹریز میں حکومتوں کو الٹتے پلٹتے ہیں، وہ سرکشی کرتے ہیں۔</w:t>
      </w:r>
    </w:p>
    <w:p>
      <w:r>
        <w:rPr>
          <w:b/>
        </w:rPr>
        <w:t xml:space="preserve">[1:20:13] </w:t>
      </w:r>
      <w:r>
        <w:t>is ka islam se koi to nahin. islam ka naam le ke karen to is se islam nahin ban jayega. woh kyunke ek hadith yeh bhi hai, dekhiye ke rasool Allah ne farmaya tha ke baad ke zamane mein aisa hoga ke log sharab peene lagenge.</w:t>
      </w:r>
    </w:p>
    <w:p>
      <w:pPr>
        <w:jc w:val="right"/>
      </w:pPr>
      <w:r>
        <w:t>اس کا اسلام سے کوئی تو نہیں۔ اسلام کا نام لے کے کریں تو اس سے اسلام نہیں بن جائے گا۔ وہ کیونکہ ایک حدیث یہ بھی ہے، دیکھیے کہ رسول اللہ نے فرمایا تھا کہ بعد کے زمانے میں ایسا ہوگا کہ لوگ شراب پینے لگیں گے۔</w:t>
      </w:r>
    </w:p>
    <w:p>
      <w:r>
        <w:rPr>
          <w:b/>
        </w:rPr>
        <w:t xml:space="preserve">[1:20:30] </w:t>
      </w:r>
      <w:r>
        <w:t>to sahaba ne poocha ke aisa kaise karenge ke sharab piyenge? to aap ne farmaya ke baghair ism yuhalliluna, yaani is ka naam badal denge, naam badal ke is ko jaiz kar denge.</w:t>
      </w:r>
    </w:p>
    <w:p>
      <w:pPr>
        <w:jc w:val="right"/>
      </w:pPr>
      <w:r>
        <w:t>تو صحابہ نے پوچھا کہ ایسا کیسے کریں گے کہ شراب پیئیں گے؟ تو آپ نے فرمایا کہ بغیر اسم یحللونا، یعنی اس کا نام بدل دیں گے، نام بدل کے اس کو جائز کر دیں گے۔</w:t>
      </w:r>
    </w:p>
    <w:p>
      <w:r>
        <w:rPr>
          <w:b/>
        </w:rPr>
        <w:t xml:space="preserve">[1:20:45] </w:t>
      </w:r>
      <w:r>
        <w:t>to sharab ka lafz wahan par alamaati hai, alamaati hai. yeh sab isi mein shamil hai. kar rahe hain ek ek sarkashi ka kaam,</w:t>
      </w:r>
    </w:p>
    <w:p>
      <w:pPr>
        <w:jc w:val="right"/>
      </w:pPr>
      <w:r>
        <w:t>تو شراب کا لفظ وہاں پر علامتی ہے، علامتی ہے۔ یہ سب اسی میں شامل ہے۔ کر رہے ہیں ایک ایک سرکشی کا کام،</w:t>
      </w:r>
    </w:p>
    <w:p>
      <w:r>
        <w:rPr>
          <w:b/>
        </w:rPr>
        <w:t xml:space="preserve">[1:20:56] </w:t>
      </w:r>
      <w:r>
        <w:t>ek siyasat, yaani yaani ek ek siyasat bazi ka kaam, leadery ka kaam. lekin naam rakh rakha hai islam is ko, is ka naam hai islamization.</w:t>
      </w:r>
    </w:p>
    <w:p>
      <w:pPr>
        <w:jc w:val="right"/>
      </w:pPr>
      <w:r>
        <w:t>ایک سیاست، یعنی یعنی ایک ایک سیاست بازی کا کام، لیڈری کا کام۔ لیکن نام رکھ رکھا ہے اسلام اس کو، اس کا نام ہے اسلامائزیشن۔</w:t>
      </w:r>
    </w:p>
    <w:p>
      <w:r>
        <w:rPr>
          <w:b/>
        </w:rPr>
        <w:t xml:space="preserve">[1:21:07] </w:t>
      </w:r>
      <w:r>
        <w:t>yeh to hai baghair ism ya luna, is ka naam badal denge aur phir jaiz kar lenge. is ko yeh to shaitani siyasat hai.</w:t>
      </w:r>
    </w:p>
    <w:p>
      <w:pPr>
        <w:jc w:val="right"/>
      </w:pPr>
      <w:r>
        <w:t>یہ تو ہے بغیر اسم یا لونا، اس کا نام بدل دیں گے اور پھر جائز کر لیں گے۔ اس کو یہ تو شیطانی سیاست ہے۔</w:t>
      </w:r>
    </w:p>
    <w:p>
      <w:r>
        <w:rPr>
          <w:b/>
        </w:rPr>
        <w:t xml:space="preserve">[1:21:18] </w:t>
      </w:r>
      <w:r>
        <w:t>shaitan ne takra kiya tha Allah taala se, woh isi ki, isi wohi jari hai, wohi continue hai ab tak.</w:t>
      </w:r>
    </w:p>
    <w:p>
      <w:pPr>
        <w:jc w:val="right"/>
      </w:pPr>
      <w:r>
        <w:t>شیطان نے ٹکرا کیا تھا اللہ تعالی سے، وہ اسی کی، اسی وہی جاری ہے، وہی کنٹینیو ہے اب تک۔</w:t>
      </w:r>
    </w:p>
    <w:p>
      <w:r>
        <w:rPr>
          <w:b/>
        </w:rPr>
        <w:t xml:space="preserve">[1:21:27] </w:t>
      </w:r>
      <w:r>
        <w:t>yaani establishment se takrana, yeh islam nahin hai. yeh yeh yeh secular parties hain, yeh secular parties hain.</w:t>
      </w:r>
    </w:p>
    <w:p>
      <w:pPr>
        <w:jc w:val="right"/>
      </w:pPr>
      <w:r>
        <w:t>یعنی اسٹیبلشمنٹ سے ٹکرانا، یہ اسلام نہیں ہے۔ یہ یہ یہ سیٹرک پارٹیز ہیں، یہ سیٹرک پارٹیز ہیں۔</w:t>
      </w:r>
    </w:p>
    <w:p>
      <w:r>
        <w:rPr>
          <w:b/>
        </w:rPr>
        <w:t xml:space="preserve">[1:21:38] </w:t>
      </w:r>
      <w:r>
        <w:t>sab se pehli misaal qaim ki thi shaitan ne establishment se, yaani Allah taala se takraya tha. woh aaj tak wohi case case chala ja raha hai.</w:t>
      </w:r>
    </w:p>
    <w:p>
      <w:pPr>
        <w:jc w:val="right"/>
      </w:pPr>
      <w:r>
        <w:t>سب سے پہلی مثال قائم کی تھی شیطان نے اسٹیبلشمنٹ سے، یعنی اللہ تعالی سے ٹکرایا تھا۔ وہ آج تک وہی کیس کیس چلا جا رہا ہے۔</w:t>
      </w:r>
    </w:p>
    <w:p>
      <w:r>
        <w:rPr>
          <w:b/>
        </w:rPr>
        <w:t xml:space="preserve">[1:21:48] </w:t>
      </w:r>
      <w:r>
        <w:t>saaf dekhen, seedhi si baat hai ke aap in logon ko jo yeh jo kar rahe hain, aap aap jaanchen in ko in terms of result. result to kuch bhi nahin mila.</w:t>
      </w:r>
    </w:p>
    <w:p>
      <w:pPr>
        <w:jc w:val="right"/>
      </w:pPr>
      <w:r>
        <w:t>صاف دیکھیں، سیدھی سی بات ہے کہ آپ ان لوگوں کو جو یہ جو کر رہے ہیں، آپ آپ جانچیں ان کو ان ٹرمز آف رزلٹ۔ رزلٹ تو کچھ بھی نہیں ملے۔</w:t>
      </w:r>
    </w:p>
    <w:p>
      <w:r>
        <w:rPr>
          <w:b/>
        </w:rPr>
        <w:t xml:space="preserve">[1:22:00] </w:t>
      </w:r>
      <w:r>
        <w:t>aap Imam Nawawi ki jo sharah hai, Muslim mein aap is ko padh lijie. mere paas woh kitab maujood hai. Imam Nawawi bahut bade aalim hain, woh hadith ki sharah karte hue likhte hain ke is hadith ka matlab</w:t>
      </w:r>
    </w:p>
    <w:p>
      <w:pPr>
        <w:jc w:val="right"/>
      </w:pPr>
      <w:r>
        <w:t>آپ امام نبوی کی جو شرح ہے، مسلم میں آپ اس کو پڑھ لیجئے۔ میرے پاس وہ کتاب موجود ہے۔ امام نبوی بہت بڑے عالم ہیں، وہ حدیث کی شرح کرتے ہوئے لکھتے ہیں کہ اس حدیث کا مطلب</w:t>
      </w:r>
    </w:p>
    <w:p>
      <w:r>
        <w:rPr>
          <w:b/>
        </w:rPr>
        <w:t xml:space="preserve">[1:22:13] </w:t>
      </w:r>
      <w:r>
        <w:t>is mein likhte hain ke ek hukumat jo qaim hai, us ko hukumat ke khilaf baghavat, jis ko jis ko arab mein khurooj kaha jata hai, khurooj haram hai, haram hai bilkul.</w:t>
      </w:r>
    </w:p>
    <w:p>
      <w:pPr>
        <w:jc w:val="right"/>
      </w:pPr>
      <w:r>
        <w:t>اس میں لکھتے ہیں کہ ایک حکومت جو قائم ہے، اس کو حکومت کے خلاف بغاوت، جس کو جس کو عرب میں خروج کہا جاتا ہے، خروج حرام ہے، حرام ہے بالکل۔</w:t>
      </w:r>
    </w:p>
    <w:p>
      <w:r>
        <w:rPr>
          <w:b/>
        </w:rPr>
        <w:t xml:space="preserve">[1:22:27] </w:t>
      </w:r>
      <w:r>
        <w:t>baqayda likhte hain aur ijma is par ijma hai.</w:t>
      </w:r>
    </w:p>
    <w:p>
      <w:pPr>
        <w:jc w:val="right"/>
      </w:pPr>
      <w:r>
        <w:t>باقاعدہ لکھتے ہیں اور اجماع اس پر اجماع ہے۔</w:t>
      </w:r>
    </w:p>
    <w:p>
      <w:r>
        <w:rPr>
          <w:b/>
        </w:rPr>
        <w:t xml:space="preserve">[1:22:31] </w:t>
      </w:r>
      <w:r>
        <w:t>un ke alfaaz yeh hain ke agar aap ko ikhtilaf hai to person to person baat kijiye, yaani hakim se miliye, hakim mil ke us ko naseehat kijiye.</w:t>
      </w:r>
    </w:p>
    <w:p>
      <w:pPr>
        <w:jc w:val="right"/>
      </w:pPr>
      <w:r>
        <w:t>ان کے الفاظ یہ ہیں کہ اگر آپ کو اختلاف ہے تو پرسن ٹو پرسن بات کیجئے، یعنی حاکم سے ملیے، حاکم مل کے اس کو نصیحت کیجئے۔</w:t>
      </w:r>
    </w:p>
    <w:p>
      <w:r>
        <w:rPr>
          <w:b/>
        </w:rPr>
        <w:t xml:space="preserve">[1:22:43] </w:t>
      </w:r>
      <w:r>
        <w:t>person to person is mein lafz hai fima bain wa bainahu, fima bain wa bainahu ke matlab person to person baat karna.</w:t>
      </w:r>
    </w:p>
    <w:p>
      <w:pPr>
        <w:jc w:val="right"/>
      </w:pPr>
      <w:r>
        <w:t>پرسن ٹو پرسن اس میں لفظ ہے ففیما بینک وبینہ، ففیما بینک وبینہ کے مطلب پرسن ٹو پرسن بات کرنا۔</w:t>
      </w:r>
    </w:p>
    <w:p>
      <w:r>
        <w:rPr>
          <w:b/>
        </w:rPr>
        <w:t xml:space="preserve">[1:22:52] </w:t>
      </w:r>
      <w:r>
        <w:t>phir kehte hain ke wa in khurooj alaihim wa haram bi ijma al muslimeen walaw kanoo fasaqah walaw kanoo zaleemeen. aur jahan tak taluq hai in ko overthrow karne ka, khurooj ka to haram hai ijma se.</w:t>
      </w:r>
    </w:p>
    <w:p>
      <w:pPr>
        <w:jc w:val="right"/>
      </w:pPr>
      <w:r>
        <w:t>پھر کہتے ہیں کہ وان خروج علیہم و حرام بے اجباء المسلمین ولو کانو فسقہ ولو کانو ظالمین۔ اور جہاں تک تعلق ہے ان کو اوور تھرو کرنے کا، خروج کا تو حرام ہے اجماع سے۔</w:t>
      </w:r>
    </w:p>
    <w:p>
      <w:r>
        <w:rPr>
          <w:b/>
        </w:rPr>
        <w:t xml:space="preserve">[1:23:08] </w:t>
      </w:r>
      <w:r>
        <w:t>chahe aap ko fasiq nazar ayen, chahe woh aap ko aap ko zalim nazar ayen, tab bhi Imam Taymiyyah se poocha gaya ke aage sharab pi hai, tab bhi kya hum us ko yaani bardasht karen?</w:t>
      </w:r>
    </w:p>
    <w:p>
      <w:pPr>
        <w:jc w:val="right"/>
      </w:pPr>
      <w:r>
        <w:t>چاہے آپ کو فاسق نظر آئیں، چاہے وہ آپ کو آپ کو ظالم نظر آئیں، تب بھی امام تیمیہ سے پوچھا گیا کہ آگے شراب پی ہے، تب بھی کیا ہم اس کو یعنی برداشت کریں؟</w:t>
      </w:r>
    </w:p>
    <w:p>
      <w:r>
        <w:rPr>
          <w:b/>
        </w:rPr>
        <w:t xml:space="preserve">[1:23:22] </w:t>
      </w:r>
      <w:r>
        <w:t>to hum ne kaha wa in, tab bhi wa in. kyun? kyunke nateeja ulta nikalta hai hamesha.</w:t>
      </w:r>
    </w:p>
    <w:p>
      <w:pPr>
        <w:jc w:val="right"/>
      </w:pPr>
      <w:r>
        <w:t>تو ہم نے کہا وین، تب بھی وین۔ کیوں؟ کیونکہ نتیجہ الٹا نکلتا ہے ہمیشہ۔</w:t>
      </w:r>
    </w:p>
    <w:p>
      <w:r>
        <w:rPr>
          <w:b/>
        </w:rPr>
        <w:t xml:space="preserve">[1:23:33] </w:t>
      </w:r>
      <w:r>
        <w:t>us ko arib kehte hain counter productive.</w:t>
      </w:r>
    </w:p>
    <w:p>
      <w:pPr>
        <w:jc w:val="right"/>
      </w:pPr>
      <w:r>
        <w:t>اس کو عریب کہتے ہیں کاؤنٹر پروڈکٹو۔</w:t>
      </w:r>
    </w:p>
    <w:p>
      <w:r>
        <w:rPr>
          <w:b/>
        </w:rPr>
        <w:t xml:space="preserve">[1:23:36] </w:t>
      </w:r>
      <w:r>
        <w:t>to islam be nateeja kaam ke khilaf hai. man hasana al islam marruhu tarqu ma la yani yeh islam ka nuqta nazar hai.</w:t>
      </w:r>
    </w:p>
    <w:p>
      <w:pPr>
        <w:jc w:val="right"/>
      </w:pPr>
      <w:r>
        <w:t>تو اسلام بے نتیجہ کام کے خلاف ہے۔ من حسن اسلام مرے ترکہ مالا یعنی یہ اسلام کا نقطہ نظر ہے۔</w:t>
      </w:r>
    </w:p>
    <w:p>
      <w:r>
        <w:rPr>
          <w:b/>
        </w:rPr>
        <w:t xml:space="preserve">[1:23:49] </w:t>
      </w:r>
      <w:r>
        <w:t>molana, agla sawal Delhi se hai Ms. Toti Malhotra ka. unhon ne likha hai: "how important is it for a da'ee to be in peace with modern technology?" is ke bare mein batayen.</w:t>
      </w:r>
    </w:p>
    <w:p>
      <w:pPr>
        <w:jc w:val="right"/>
      </w:pPr>
      <w:r>
        <w:t>مولانا، اگلا سوال دلی سے ہے مس طوطی ملحوترا کا۔ انہوں نے لکھا ہے: "ہاؤ امپورٹنٹ از اٹ فار ا دائی ٹو بین پیس ود ماڈرن ٹیکنالوجی؟" اس کے بارے میں بتائیں۔</w:t>
      </w:r>
    </w:p>
    <w:p>
      <w:r>
        <w:rPr>
          <w:b/>
        </w:rPr>
        <w:t xml:space="preserve">[1:24:02] </w:t>
      </w:r>
      <w:r>
        <w:t>bahut zyada, bahut hi zyada. kyunke aap ko kaam karna hai aaj ke insan ke darmiyan, to aap ko aaj ka standard jo hai, woh ikhtiyar karna padega.</w:t>
      </w:r>
    </w:p>
    <w:p>
      <w:pPr>
        <w:jc w:val="right"/>
      </w:pPr>
      <w:r>
        <w:t>بہت زیادہ، بہت ہی زیادہ۔ کیونکہ آپ کو کام کرنا ہے آج کے انسان کے درمیان، تو آپ کو آج کا اسٹینڈرڈ جو ہے، وہ اختیار کرنا پڑے گا۔</w:t>
      </w:r>
    </w:p>
    <w:p>
      <w:r>
        <w:rPr>
          <w:b/>
        </w:rPr>
        <w:t xml:space="preserve">[1:24:14] </w:t>
      </w:r>
      <w:r>
        <w:t>masha Allah, hamare saathi kar rahe hain aisa. modern technology ke baghair aap aaj ki duniya mein islam ki dawat nahin phaila sakte, lekin peaceful tareeqe se.</w:t>
      </w:r>
    </w:p>
    <w:p>
      <w:pPr>
        <w:jc w:val="right"/>
      </w:pPr>
      <w:r>
        <w:t>ماشاءاللہ، ہمارے ساتھی کر رہے ہیں ایسا۔ ماڈرن ٹیکنالوجی کے بغیر آپ آج کی دنیا میں اسلام کی دعوت نہیں پھیلا سکتے، لیکن پیس فل طریقے سے۔</w:t>
      </w:r>
    </w:p>
    <w:p>
      <w:r>
        <w:rPr>
          <w:b/>
        </w:rPr>
        <w:t xml:space="preserve">[1:24:28] </w:t>
      </w:r>
      <w:r>
        <w:t>peace is the must.</w:t>
      </w:r>
    </w:p>
    <w:p>
      <w:pPr>
        <w:jc w:val="right"/>
      </w:pPr>
      <w:r>
        <w:t>پیس از دا مسٹ۔</w:t>
      </w:r>
    </w:p>
    <w:p>
      <w:r>
        <w:rPr>
          <w:b/>
        </w:rPr>
        <w:t xml:space="preserve">[1:24:30] </w:t>
      </w:r>
      <w:r>
        <w:t>har cheez istemal kijiye, lekin peaceful tareeqe se. peaceful ke ka matlab kya hain? bahut hi zyada yaani positive hona, bahut zyada valuation hona,</w:t>
      </w:r>
    </w:p>
    <w:p>
      <w:pPr>
        <w:jc w:val="right"/>
      </w:pPr>
      <w:r>
        <w:t>ہر چیز استعمال کیجئے، لیکن پیس فل طریقے سے۔ پیس فل کے کا معنی کیا ہیں؟ بہت ہی زیادہ یعنی پازیٹیو ہونا، بہت زیادہ ویلیوشن ہونا،</w:t>
      </w:r>
    </w:p>
    <w:p>
      <w:r>
        <w:rPr>
          <w:b/>
        </w:rPr>
        <w:t xml:space="preserve">[1:24:44] </w:t>
      </w:r>
      <w:r>
        <w:t>aur har qism ke violence se khali hona, direct ya indirect. to yeh ain islam hai, ain sawab hai, yahi jannat ka rasta hai.</w:t>
      </w:r>
    </w:p>
    <w:p>
      <w:pPr>
        <w:jc w:val="right"/>
      </w:pPr>
      <w:r>
        <w:t>اور ہر قسم کے وائیلنس سے خالی ہونا، ڈائریکٹ یا ان ڈائریکٹ۔ تو یہ عین اسلام ہے، عین ثواب ہے، یہی جنت کا راستہ ہے۔</w:t>
      </w:r>
    </w:p>
    <w:p>
      <w:r>
        <w:rPr>
          <w:b/>
        </w:rPr>
        <w:t xml:space="preserve">[1:24:59] </w:t>
      </w:r>
      <w:r>
        <w:t>maulana, agla sawal kashmir se hai muhammad saleem mir sahib ka. unhon ne aap se poocha hai: "maulana sahib, how to come out from active streetism adopted by the muslims of the world?" kindly comment.</w:t>
      </w:r>
    </w:p>
    <w:p>
      <w:pPr>
        <w:jc w:val="right"/>
      </w:pPr>
      <w:r>
        <w:t>مولانا، اگلا سوال کشمیر سے ہے محمد سلیم میر صاحب کا۔ انہوں نے آپ سے پوچھا ہے: "مولانا صاحب، ہاؤ ٹو کم آؤٹ فرام ایکٹیو سٹریٹزم اڈاپٹڈ بائی دا مسلمز آف دا ورلڈ؟" کائنڈلی کمنٹ۔</w:t>
      </w:r>
    </w:p>
    <w:p>
      <w:r>
        <w:rPr>
          <w:b/>
        </w:rPr>
        <w:t xml:space="preserve">[1:25:15] </w:t>
      </w:r>
      <w:r>
        <w:t>kya kya? how to? how to come out from active streetism? streetism acha hai ji. haan,</w:t>
      </w:r>
    </w:p>
    <w:p>
      <w:pPr>
        <w:jc w:val="right"/>
      </w:pPr>
      <w:r>
        <w:t>کیا کیا؟ ہاؤ ٹو؟ ہاؤ ٹو کم آؤٹ فرام ایکٹیو سٹریٹزم؟ سٹریٹزم اچھا ہے جی۔ ہاں،</w:t>
      </w:r>
    </w:p>
    <w:p>
      <w:r>
        <w:rPr>
          <w:b/>
        </w:rPr>
        <w:t xml:space="preserve">[1:25:25] </w:t>
      </w:r>
      <w:r>
        <w:t>dekhen, hum bata sakte hain logon ko. paighambar ne bhi sirf bataya, batane se adat aa gayi to us paighambar bhi nahi kar saka. lasta alaihim bimashiat quran majeed mein hai.</w:t>
      </w:r>
    </w:p>
    <w:p>
      <w:pPr>
        <w:jc w:val="right"/>
      </w:pPr>
      <w:r>
        <w:t>دیکھیں، ہم بتا سکتے ہیں لوگوں کو۔ پیغمبر نے بھی صرف بتایا، بتانے سے عادت آ گئی تو اس پیغمبر بھی نہیں کر سکا۔ لست علیہم بمشیت قرآن مجید میں ہے۔</w:t>
      </w:r>
    </w:p>
    <w:p>
      <w:r>
        <w:rPr>
          <w:b/>
        </w:rPr>
        <w:t xml:space="preserve">[1:25:36] </w:t>
      </w:r>
      <w:r>
        <w:t>to aap batate rahiye, batate rahiye, khud us ko amal na kijiye. yani aap khud in cheezon mein apne ko involve na kijiye aur doosron ko batate rahiye.</w:t>
      </w:r>
    </w:p>
    <w:p>
      <w:pPr>
        <w:jc w:val="right"/>
      </w:pPr>
      <w:r>
        <w:t>تو آپ بتاتے رہیے، بتاتے رہیے، خود اس کو عمل نہ کیجئے۔ یعنی آپ خود ان چیزوں میں اپنے کو انوالو نہ کیجئے اور دوسروں کو بتاتے رہیے۔</w:t>
      </w:r>
    </w:p>
    <w:p>
      <w:r>
        <w:rPr>
          <w:b/>
        </w:rPr>
        <w:t xml:space="preserve">[1:25:48] </w:t>
      </w:r>
      <w:r>
        <w:t>yahi paighambaron ka tareeqa tha, yahi aaj hamara tareeqa hai. aur aur dua karte rahiye aise logon ke liye. street activism aaj kal jo hai, human right activist walon ne is ko jaiz kar rakha hai.</w:t>
      </w:r>
    </w:p>
    <w:p>
      <w:pPr>
        <w:jc w:val="right"/>
      </w:pPr>
      <w:r>
        <w:t>یہی پیغمبروں کا طریقہ تھا، یہی آج ہمارا طریقہ ہے۔ اور اور دعا کرتے رہیے ایسے لوگوں کے لیے۔ اسٹریٹ ایکٹیوزم آج کل جو ہے، ہیومن رائٹ ایکٹیوسٹ والوں نے اس کو جائز کر رکھا ہے۔</w:t>
      </w:r>
    </w:p>
    <w:p>
      <w:r>
        <w:rPr>
          <w:b/>
        </w:rPr>
        <w:t xml:space="preserve">[1:26:02] </w:t>
      </w:r>
      <w:r>
        <w:t>sab badi musibat mein hai ke human right activism ka jo concept hai, yeh sari cheezen unhon ne jaiz kar rakhi hain. to is tarah se unhon ne justify kar rakha hai.</w:t>
      </w:r>
    </w:p>
    <w:p>
      <w:pPr>
        <w:jc w:val="right"/>
      </w:pPr>
      <w:r>
        <w:t>سب بڑی مصیبت میں ہے کہ ہیومن رائٹ ایکٹیوزم کا جو کانسیپٹ ہے، یہ ساری چیزیں انہوں نے جائز کر رکھی ہیں۔ تو اس طرح سے انہوں نے جسٹیفائی کر رکھا ہے۔</w:t>
      </w:r>
    </w:p>
    <w:p>
      <w:r>
        <w:rPr>
          <w:b/>
        </w:rPr>
        <w:t xml:space="preserve">[1:26:13] </w:t>
      </w:r>
      <w:r>
        <w:t>in logon ko justification milta hai quran o hadees se nahi, yeh human right ka jo concept hai, modern concept, is se un ko milta hai justification.</w:t>
      </w:r>
    </w:p>
    <w:p>
      <w:pPr>
        <w:jc w:val="right"/>
      </w:pPr>
      <w:r>
        <w:t>ان لوگوں کو جسٹیفیکیشن ملتا ہے قرآن و حدیث سے نہیں، یہ ہیومن رائٹ کا جو کانسیپٹ ہے، ماڈرن کانسیپٹ، اس سے ان کو ملتا ہے جسٹیفیکیشن۔</w:t>
      </w:r>
    </w:p>
    <w:p>
      <w:r>
        <w:rPr>
          <w:b/>
        </w:rPr>
        <w:t xml:space="preserve">[1:26:23] </w:t>
      </w:r>
      <w:r>
        <w:t>is liye main yeh human rights jo activist jo hote hain, main un ke baray mein achi library nahi hoon. yeh log masla barhate hain</w:t>
      </w:r>
    </w:p>
    <w:p>
      <w:pPr>
        <w:jc w:val="right"/>
      </w:pPr>
      <w:r>
        <w:t>اس لیے میں یہ ہیومن رائٹس جو ایکٹیوسٹ جو ہوتے ہیں، میں ان کے بارے میں اچھی لائبریری نہیں ہوں۔ یہ لوگ مسئلہ بڑھاتے ہیں</w:t>
      </w:r>
    </w:p>
    <w:p>
      <w:r>
        <w:rPr>
          <w:b/>
        </w:rPr>
        <w:t xml:space="preserve">[1:26:36] </w:t>
      </w:r>
      <w:r>
        <w:t>aur sa</w:t>
      </w:r>
    </w:p>
    <w:p>
      <w:pPr>
        <w:jc w:val="right"/>
      </w:pPr>
      <w:r>
        <w:t>اور ص</w:t>
      </w:r>
    </w:p>
    <w:p>
      <w:r>
        <w:rPr>
          <w:b/>
        </w:rPr>
        <w:t xml:space="preserve">[1:26:37] </w:t>
      </w:r>
      <w:r>
        <w:t>raf inhi ki wajah se log himmat parti hai ke yeh ghoghai saaz chalayen, sarak ke hangame karen, inhi ki wajah se.</w:t>
      </w:r>
    </w:p>
    <w:p>
      <w:pPr>
        <w:jc w:val="right"/>
      </w:pPr>
      <w:r>
        <w:t>رف انہی کی وجہ سے لوگ ہمت پڑتی ہے کہ یہ غوغائی ساز چلائیں، سڑک کے ہنگامے کریں، انہی کی وجہ سے۔</w:t>
      </w:r>
    </w:p>
    <w:p>
      <w:r>
        <w:rPr>
          <w:b/>
        </w:rPr>
        <w:t xml:space="preserve">[1:26:46] </w:t>
      </w:r>
      <w:r>
        <w:t>lekin beharhal islam mein is ki koi gunjaish nahi. to hamein is ko is se door rehna hai aur doosron ko use samjhate rehna hai aur dua karte rehna hai.</w:t>
      </w:r>
    </w:p>
    <w:p>
      <w:pPr>
        <w:jc w:val="right"/>
      </w:pPr>
      <w:r>
        <w:t>لیکن بہرحال اسلام میں اس کی کوئی گنجائش نہیں۔ تو ہمیں اس کو اس سے دور رہنا ہے اور دوسروں کو اسے سمجھاتے رہنا ہے اور دعا کرتے رہنا ہے۔</w:t>
      </w:r>
    </w:p>
    <w:p>
      <w:r>
        <w:rPr>
          <w:b/>
        </w:rPr>
        <w:t xml:space="preserve">[1:26:58] </w:t>
      </w:r>
      <w:r>
        <w:t>maulana, agla sawal shorapur karnataka se hai mehboob hasan</w:t>
      </w:r>
    </w:p>
    <w:p>
      <w:pPr>
        <w:jc w:val="right"/>
      </w:pPr>
      <w:r>
        <w:t>مولانا، اگلا سوال شورا پور کرناٹکا سے ہے محبوب حسان</w:t>
      </w:r>
    </w:p>
    <w:p>
      <w:r>
        <w:rPr>
          <w:b/>
        </w:rPr>
        <w:t xml:space="preserve">[1:27:04] </w:t>
      </w:r>
      <w:r>
        <w:t>sahib ka. unhon ne aap se poocha hai: "maulana, hamein apni islaah kaise karni chahiye?" is ke baray mein batayen. apni islaah kaise karni chahiye?</w:t>
      </w:r>
    </w:p>
    <w:p>
      <w:pPr>
        <w:jc w:val="right"/>
      </w:pPr>
      <w:r>
        <w:t>صاحب کا۔ انہوں نے آپ سے پوچھا ہے: "مولانا، ہمیں اپنی اصلاح کیسے کرنی چاہیے؟" اس کے بارے میں بتائیں۔ اپنی اصلاح کیسے کرنی چاہیے؟</w:t>
      </w:r>
    </w:p>
    <w:p>
      <w:r>
        <w:rPr>
          <w:b/>
        </w:rPr>
        <w:t xml:space="preserve">[1:27:16] </w:t>
      </w:r>
      <w:r>
        <w:t>khud hi khud karen ge aap, doosra kya batayega? dekhen, yeh koi main is ko sincere question nahi samajhta.</w:t>
      </w:r>
    </w:p>
    <w:p>
      <w:pPr>
        <w:jc w:val="right"/>
      </w:pPr>
      <w:r>
        <w:t>خود ہی خود کریں گے آپ، دوسرا کیا بتائے گا؟ دیکھیں، یہ کوئی میں اس کو سنسیئر کوئسچن نہیں سمجھتا۔</w:t>
      </w:r>
    </w:p>
    <w:p>
      <w:r>
        <w:rPr>
          <w:b/>
        </w:rPr>
        <w:t xml:space="preserve">[1:27:26] </w:t>
      </w:r>
      <w:r>
        <w:t>kya koi maa aap jante hain ke agar bachcha paida</w:t>
      </w:r>
    </w:p>
    <w:p>
      <w:pPr>
        <w:jc w:val="right"/>
      </w:pPr>
      <w:r>
        <w:t>کیا کوئی ماں آپ جانتے ہیں کہ اگر بچہ پیدا</w:t>
      </w:r>
    </w:p>
    <w:p>
      <w:r>
        <w:rPr>
          <w:b/>
        </w:rPr>
        <w:t xml:space="preserve">[1:27:31] </w:t>
      </w:r>
      <w:r>
        <w:t>hua to mohallay mein ghoom phor pooch rahi hai ke aap ne bachche ko kaise paaloon? main poori history mein aisi maa bata sakte hain aap koi ke beta paida hua tha, is se us ko ghoom ghoom rahi hai mohallay mein, main kaise us ko paaloon?</w:t>
      </w:r>
    </w:p>
    <w:p>
      <w:pPr>
        <w:jc w:val="right"/>
      </w:pPr>
      <w:r>
        <w:t>ہوا تو محلے میں گھوم پھور پوچھ رہی ہے کہ آپ نے بچے کو کیسے پالوں؟ میں پوری ہسٹری میں ایسی ماں بتا سکتے ہیں آپ کوئی کہ بیٹا پیدا ہوا تھا، اس سے اس کو گھوم گھوم رہی ہے محلے میں، میں کیسے اس کو پالوں؟</w:t>
      </w:r>
    </w:p>
    <w:p>
      <w:r>
        <w:rPr>
          <w:b/>
        </w:rPr>
        <w:t xml:space="preserve">[1:27:46] </w:t>
      </w:r>
      <w:r>
        <w:t>yeh question koi sincere question nahi. agar aap ke dil mein aag lagi hui hai ke mujhe yeh kaam karna hai to ab woh aag jo hai, wohi bata degi aap ko ke mujhe kya karna chahiye.</w:t>
      </w:r>
    </w:p>
    <w:p>
      <w:pPr>
        <w:jc w:val="right"/>
      </w:pPr>
      <w:r>
        <w:t>یہ کوئسچن کوئی سنسیئر کوئسچن نہیں۔ اگر آپ کے دل میں آگ لگی ہوئی ہے کہ مجھے یہ کام کرنا ہے تو اب وہ آگ جو ہے، وہی بتا دے گی آپ کو کہ مجھے کیا کرنا چاہیے۔</w:t>
      </w:r>
    </w:p>
    <w:p>
      <w:r>
        <w:rPr>
          <w:b/>
        </w:rPr>
        <w:t xml:space="preserve">[1:27:59] </w:t>
      </w:r>
      <w:r>
        <w:t>to maa ke dil mein aag lagi hoti hai ke mujhe apne bete ke liye karna hai, us ko paalna hai, us ko to bas us ko kisi ki advice ki zaroorat bhi nahi hai.</w:t>
      </w:r>
    </w:p>
    <w:p>
      <w:pPr>
        <w:jc w:val="right"/>
      </w:pPr>
      <w:r>
        <w:t>تو ماں کے دل میں آگ لگی ہوتی ہے کہ مجھے اپنے بیٹے کے لیے کرنا ہے، اس کو پالنا ہے، اس کو تو بس اس کو کسی کی ایڈوائس کی ضرورت بھی نہیں ہے۔</w:t>
      </w:r>
    </w:p>
    <w:p>
      <w:r>
        <w:rPr>
          <w:b/>
        </w:rPr>
        <w:t xml:space="preserve">[1:28:08] </w:t>
      </w:r>
      <w:r>
        <w:t>us ko aap apne dil mein aag lagaiye to aap ko poochne ki zaroorat nahi hogi.</w:t>
      </w:r>
    </w:p>
    <w:p>
      <w:pPr>
        <w:jc w:val="right"/>
      </w:pPr>
      <w:r>
        <w:t>اس کو آپ اپنے دل میں آگ لگائیے تو آپ کو پوچھنے کی ضرورت نہیں ہوگی۔</w:t>
      </w:r>
    </w:p>
    <w:p>
      <w:r>
        <w:rPr>
          <w:b/>
        </w:rPr>
        <w:t xml:space="preserve">[1:28:21] </w:t>
      </w:r>
      <w:r>
        <w:t>maulana, agla sawal lahore pakistan se hai miss salma ka</w:t>
      </w:r>
    </w:p>
    <w:p>
      <w:pPr>
        <w:jc w:val="right"/>
      </w:pPr>
      <w:r>
        <w:t>مولانا، اگلا سوال لاہور پاکستان سے ہے مس سلمہ کا</w:t>
      </w:r>
    </w:p>
    <w:p>
      <w:r>
        <w:rPr>
          <w:b/>
        </w:rPr>
        <w:t xml:space="preserve">[1:28:26] </w:t>
      </w:r>
      <w:r>
        <w:t>unhon ne likha hai: "main dawah work karti hoon, baaz log mujh se kehte hain ke aap kaam karte waqt ehtiyat se kaam kijiye kyunke yahan ke log bohat jazbati hain." maulana sahib, is ke baray mein aap kya kehna chahenge?</w:t>
      </w:r>
    </w:p>
    <w:p>
      <w:pPr>
        <w:jc w:val="right"/>
      </w:pPr>
      <w:r>
        <w:t>۔ انہوں نے لکھا ہے: "میں دعویٰ ورک کرتی ہوں، بعض لوگ مجھ سے کہتے ہیں کہ آپ کام کرتے وقت احتیاط سے کام کیجئے کیونکہ یہاں کے لوگ بہت جذباتی ہیں۔" مولانا صاحب، اس کے بارے میں آپ کیا کہنا چاہیں گے؟</w:t>
      </w:r>
    </w:p>
    <w:p>
      <w:r>
        <w:rPr>
          <w:b/>
        </w:rPr>
        <w:t xml:space="preserve">[1:28:42] </w:t>
      </w:r>
      <w:r>
        <w:t>jazbati sari duniya hai. is waqt zamanay sab jazbati thay. yeh to kehne ki baat hi nahi hai. kuch nahi, aap kaam karte rahiye apna.</w:t>
      </w:r>
    </w:p>
    <w:p>
      <w:pPr>
        <w:jc w:val="right"/>
      </w:pPr>
      <w:r>
        <w:t>جذباتی ساری دنیا ہے۔ اس وقت زمانے سب جذباتی تھے۔ یہ تو کہنے کی بات ہی نہیں ہے۔ کچھ نہیں، آپ کام کرتے رہیے اپنا۔</w:t>
      </w:r>
    </w:p>
    <w:p>
      <w:r>
        <w:rPr>
          <w:b/>
        </w:rPr>
        <w:t xml:space="preserve">[1:28:54] </w:t>
      </w:r>
      <w:r>
        <w:t>bhai, jazbati har zamanay mein log rahe hain. habil qabil jo tha, jazbati mein to unhon ne maar dala bhai ko. bhai ne maar dala. agar jazbati na hota qabil to apne bhai ko maar dalta.</w:t>
      </w:r>
    </w:p>
    <w:p>
      <w:pPr>
        <w:jc w:val="right"/>
      </w:pPr>
      <w:r>
        <w:t>بھئی، جذباتی ہر زمانے میں لوگ رہے ہیں۔ حابل قابل جو تھا، جذباتی میں تو انہوں نے مار ڈالا بھائی کو۔ بھائی نے مار ڈالا۔ اگر جذباتی نہ ہوتا قابل تو اپنے بھائی کو مار ڈالتا۔</w:t>
      </w:r>
    </w:p>
    <w:p>
      <w:r>
        <w:rPr>
          <w:b/>
        </w:rPr>
        <w:t xml:space="preserve">[1:29:06] </w:t>
      </w:r>
      <w:r>
        <w:t>wo to yahan ke wahan ki baat kya karte hain? aap jazbati log hotay hi hain. america mein bhi log jazbati hain.</w:t>
      </w:r>
    </w:p>
    <w:p>
      <w:pPr>
        <w:jc w:val="right"/>
      </w:pPr>
      <w:r>
        <w:t>وہ تو یہاں کے وہاں کی بات کیا کرتے ہیں؟ آپ جذباتی لوگ ہوتے ہی ہیں۔ امریکہ میں بھی لوگ جذباتی ہیں۔</w:t>
      </w:r>
    </w:p>
    <w:p>
      <w:r>
        <w:rPr>
          <w:b/>
        </w:rPr>
        <w:t xml:space="preserve">[1:29:18] </w:t>
      </w:r>
      <w:r>
        <w:t>abhi main ne ek maqala parha ek american ka ke nine eleven ke baad jo america ne operation kiya tha, us ne likha hai ke over reaction tha america ki taraf se.</w:t>
      </w:r>
    </w:p>
    <w:p>
      <w:pPr>
        <w:jc w:val="right"/>
      </w:pPr>
      <w:r>
        <w:t>ابھی میں نے ایک مقالہ پڑھا ایک امریکن کا کہ نائن الیون کے بعد جو امریکہ نے آپریشن کیا تھا، اس نے لکھا ہے کہ اوور ری ایکشن تھا امریکہ کی طرف سے۔</w:t>
      </w:r>
    </w:p>
    <w:p>
      <w:r>
        <w:rPr>
          <w:b/>
        </w:rPr>
        <w:t xml:space="preserve">[1:29:28] </w:t>
      </w:r>
      <w:r>
        <w:t>over reaction tha. yeh american keh raha hai. internet pe maqala maujood hai, aap dekh sakte hain ke nine eleven ke baad jo kiya america ne operation khaleej mein, us ko over reaction kehta hai.</w:t>
      </w:r>
    </w:p>
    <w:p>
      <w:pPr>
        <w:jc w:val="right"/>
      </w:pPr>
      <w:r>
        <w:t>اوور ری ایکشن تھا۔ یہ امریکن کہہ رہا ہے۔ انٹرنیٹ پہ مقالہ موجود ہے، آپ دیکھ سکتے ہیں کہ نائن الیون کے بعد جو کیا امریکہ نے آپریشن خلیج میں، اس کو اوور ری ایکشن کہتا ہے۔</w:t>
      </w:r>
    </w:p>
    <w:p>
      <w:r>
        <w:rPr>
          <w:b/>
        </w:rPr>
        <w:t xml:space="preserve">[1:29:43] </w:t>
      </w:r>
      <w:r>
        <w:t>woh toh jazbati sab log hotay hi hotay hain.</w:t>
      </w:r>
    </w:p>
    <w:p>
      <w:pPr>
        <w:jc w:val="right"/>
      </w:pPr>
      <w:r>
        <w:t>وہ تو جذباتی سب لوگ ہوتے ہی ہوتے ہیں۔</w:t>
      </w:r>
    </w:p>
    <w:p>
      <w:r>
        <w:rPr>
          <w:b/>
        </w:rPr>
        <w:t xml:space="preserve">[1:29:47] </w:t>
      </w:r>
      <w:r>
        <w:t>is ko sochna kya hai? aap apna kaam kartay rahiye, khud peaceful rahiye, khud aap provoke mat huiye, khud bharkiye mat, khud nafrat bhi mat kijiye.</w:t>
      </w:r>
    </w:p>
    <w:p>
      <w:pPr>
        <w:jc w:val="right"/>
      </w:pPr>
      <w:r>
        <w:t>اس کو سوچنا کیا ہے؟ آپ اپنا کام کرتے رہیے، خود پیس فل رہیے، خود آپ پرووک مت ہوئیے، خود بھڑکیے مت، خود نفرت بھی مت کیجئے۔</w:t>
      </w:r>
    </w:p>
    <w:p>
      <w:r>
        <w:rPr>
          <w:b/>
        </w:rPr>
        <w:t xml:space="preserve">[1:29:59] </w:t>
      </w:r>
      <w:r>
        <w:t>Allah se dua kijiye aur aur peaceful tareeqay se kaam kartay rahiye. bas. Maulana, agla sawal Tamil Nadu se hai Naseer Ullah Sah</w:t>
      </w:r>
    </w:p>
    <w:p>
      <w:pPr>
        <w:jc w:val="right"/>
      </w:pPr>
      <w:r>
        <w:t>اللہ سے دعا کیجئے اور اور پیس فل طریقے سے کام کرتے رہیے۔ بس۔ مولانا، اگلا سوال تمل ناڈو سے ہے نصیر اللہ صاح</w:t>
      </w:r>
    </w:p>
    <w:p>
      <w:r>
        <w:rPr>
          <w:b/>
        </w:rPr>
        <w:t xml:space="preserve">[1:30:10] </w:t>
      </w:r>
      <w:r>
        <w:t>b ka. unhon ne aap se poocha hai: "Maulana, jis dunya mein ideal log nahi hain, wahan ideal peace kaisay ho sakta hai?" toh hum ne kab kaha?</w:t>
      </w:r>
    </w:p>
    <w:p>
      <w:pPr>
        <w:jc w:val="right"/>
      </w:pPr>
      <w:r>
        <w:t>ب کا۔ انہوں نے آپ سے پوچھا ہے: "مولانا، جس دنیا میں آئیڈیل لوگ نہیں ہیں، وہاں آئیڈیل پیس کیسے ہو سکتا ہے؟" تو ہم نے کب کہا؟</w:t>
      </w:r>
    </w:p>
    <w:p>
      <w:r>
        <w:rPr>
          <w:b/>
        </w:rPr>
        <w:t xml:space="preserve">[1:30:21] </w:t>
      </w:r>
      <w:r>
        <w:t>hum ne yeh kaha nahi ke ideal peace banaiye dunya mein. yeh toh jahil leaderon ki zuban hai. yeh hamari zuban toh hai nahi. hum toh abhi behtareen bar bar repeatedly hum ne kaha ke dunya mein ideal peace ban nahi sakta.</w:t>
      </w:r>
    </w:p>
    <w:p>
      <w:pPr>
        <w:jc w:val="right"/>
      </w:pPr>
      <w:r>
        <w:t>ہم نے یہ کہا نہیں کہ آئیڈیل پیس بنائیے دنیا میں۔ یہ تو جاہل لیڈروں کی زبان ہے۔ یہ ہماری زبان تو ہے نہیں۔ ہم تو ابھی بہترین بار بار ریپیٹڈلی ہم نے کہا کہ دنیا میں آئیڈیل پیس بن نہیں سکتا۔</w:t>
      </w:r>
    </w:p>
    <w:p>
      <w:r>
        <w:rPr>
          <w:b/>
        </w:rPr>
        <w:t xml:space="preserve">[1:30:33] </w:t>
      </w:r>
      <w:r>
        <w:t>toh mujh se kyun keh rahe hain aap?</w:t>
      </w:r>
    </w:p>
    <w:p>
      <w:pPr>
        <w:jc w:val="right"/>
      </w:pPr>
      <w:r>
        <w:t>تو مجھ سے کیوں کہہ رہے ہیں آپ؟</w:t>
      </w:r>
    </w:p>
    <w:p>
      <w:r>
        <w:rPr>
          <w:b/>
        </w:rPr>
        <w:t xml:space="preserve">[1:30:38] </w:t>
      </w:r>
      <w:r>
        <w:t>yeh toh woh leader hain jo jantay nahi qanoon ilahi ko. woh aisay boli boltay hain jo aadmi boli bolay ideal peace dunya mein qaim karnay ki, woh samjhiye ke woh jahil hain.</w:t>
      </w:r>
    </w:p>
    <w:p>
      <w:pPr>
        <w:jc w:val="right"/>
      </w:pPr>
      <w:r>
        <w:t>یہ تو وہ لیڈر ہیں جو جانتے نہیں قانون الہی کو۔ وہ ایسے بولی بولتے ہیں جو آدمی بولی بولے آئیڈیل پیس دنیا میں قائم کرنے کی، وہ سمجھئے کہ وہ جاہل ہیں۔</w:t>
      </w:r>
    </w:p>
    <w:p>
      <w:r>
        <w:rPr>
          <w:b/>
        </w:rPr>
        <w:t xml:space="preserve">[1:30:47] </w:t>
      </w:r>
      <w:r>
        <w:t>woh is ke jahil honay mein koi shakk nahi hai. jahil is sense mein nahi ke is ne degree is ke paas nahi hai. yani Allah ka jo case plan hai, us se bekhabar hai.</w:t>
      </w:r>
    </w:p>
    <w:p>
      <w:pPr>
        <w:jc w:val="right"/>
      </w:pPr>
      <w:r>
        <w:t>وہ اس کے جاہل ہونے میں کوئی شک نہیں ہے۔ جاہل اس سینس میں نہیں کہ اس نے ڈگری اس کے پاس نہیں ہے۔ یعنی اللہ کا جو کیس پلان ہے، اس سے بے خبر ہے۔</w:t>
      </w:r>
    </w:p>
    <w:p>
      <w:r>
        <w:rPr>
          <w:b/>
        </w:rPr>
        <w:t xml:space="preserve">[1:30:58] </w:t>
      </w:r>
      <w:r>
        <w:t>woh yeh toh haan haan, hamara toh hi kehna aisa hai.</w:t>
      </w:r>
    </w:p>
    <w:p>
      <w:pPr>
        <w:jc w:val="right"/>
      </w:pPr>
      <w:r>
        <w:t>وہ یہ تو ہاں ہاں، ہمارا تو ہی کہنا ایسا ہے۔</w:t>
      </w:r>
    </w:p>
    <w:p>
      <w:r>
        <w:rPr>
          <w:b/>
        </w:rPr>
        <w:t xml:space="preserve">[1:31:04] </w:t>
      </w:r>
      <w:r>
        <w:t>Maulana, agla sawal Tamil Nadu se hai Maulana Iqbal Umri ka. unhon ne aap se poocha hai: "Maulana, unhon ne yeh likha hai ke aik secular aadmi se mulaqat hui, unhon ne kaha ke Darwin ne aur Marx ne dunya ko bohat kuch diya.</w:t>
      </w:r>
    </w:p>
    <w:p>
      <w:pPr>
        <w:jc w:val="right"/>
      </w:pPr>
      <w:r>
        <w:t>مولانا، اگلا سوال تمل ناڈو سے ہے مولانا اقبال عمری کا۔ انہوں نے آپ سے پوچھا ہے: "مولانا، انہوں نے یہ لکھا ہے کہ ایک سیکولر آدمی سے ملاقات ہوئی، انہوں نے کہا کہ ڈارون نے اور مارکس نے دنیا کو بہت کچھ دیا۔</w:t>
      </w:r>
    </w:p>
    <w:p>
      <w:r>
        <w:rPr>
          <w:b/>
        </w:rPr>
        <w:t xml:space="preserve">[1:31:22] </w:t>
      </w:r>
      <w:r>
        <w:t>Islam ne dunya ko kya diya?" us ke baray mein aap batayein. yeh toh daawa un ka hai. Marx ne kuch nahi diya</w:t>
      </w:r>
    </w:p>
    <w:p>
      <w:pPr>
        <w:jc w:val="right"/>
      </w:pPr>
      <w:r>
        <w:t>اسلام نے دنیا کو کیا دیا؟" اس کے بارے میں آپ بتائیں۔ یہ تو دعویٰ ان کا ہے۔ مارکس نے کچھ نہیں دیا</w:t>
      </w:r>
    </w:p>
    <w:p>
      <w:r>
        <w:rPr>
          <w:b/>
        </w:rPr>
        <w:t xml:space="preserve">[1:31:31] </w:t>
      </w:r>
      <w:r>
        <w:t>. Marx ke nazariye ko lay kar jo Russia mein inqilab aaya tha, toh wahan par 25 million insaan maar daalay gaye.</w:t>
      </w:r>
    </w:p>
    <w:p>
      <w:pPr>
        <w:jc w:val="right"/>
      </w:pPr>
      <w:r>
        <w:t>۔ مارکس کے نظریے کو لے کر جو روس میں انقلاب آیا تھا، تو وہاں پر 25 ملین انسان مار ڈالے گئے۔</w:t>
      </w:r>
    </w:p>
    <w:p>
      <w:r>
        <w:rPr>
          <w:b/>
        </w:rPr>
        <w:t xml:space="preserve">[1:31:40] </w:t>
      </w:r>
      <w:r>
        <w:t>ab mila kya? economy tabah ho gayi Russia ki. diya kya? yeh kahan kahan diya? 25 million insaan ko maar dala sirf is liye ke woh woh socialism economy qaim karnay ke liye,</w:t>
      </w:r>
    </w:p>
    <w:p>
      <w:pPr>
        <w:jc w:val="right"/>
      </w:pPr>
      <w:r>
        <w:t>اب ملا کیا؟ اکانومی تباہ ہو گئی روس کی۔ دیا کیا؟ یہ کہاں کہاں دیا؟ 25 ملین انسان کو مار ڈالا صرف اس لیے کہ وہ وہ سوشلزم اکانومی قائم کرنے کے لیے،</w:t>
      </w:r>
    </w:p>
    <w:p>
      <w:r>
        <w:rPr>
          <w:b/>
        </w:rPr>
        <w:t xml:space="preserve">[1:31:54] </w:t>
      </w:r>
      <w:r>
        <w:t>yani kisanon se zameen chheen nay ke liye. lekin mila kya?</w:t>
      </w:r>
    </w:p>
    <w:p>
      <w:pPr>
        <w:jc w:val="right"/>
      </w:pPr>
      <w:r>
        <w:t>یعنی کسانوں سے زمین چھیننے کے لیے۔ لیکن ملا کیا؟</w:t>
      </w:r>
    </w:p>
    <w:p>
      <w:r>
        <w:rPr>
          <w:b/>
        </w:rPr>
        <w:t xml:space="preserve">[1:32:01] </w:t>
      </w:r>
      <w:r>
        <w:t>mein khud gaya tha wahan us zamanay mein, roti nahi milti thi. woh yani kisanon se zameen chheen kar us ko state ki milkiyat de diya.</w:t>
      </w:r>
    </w:p>
    <w:p>
      <w:pPr>
        <w:jc w:val="right"/>
      </w:pPr>
      <w:r>
        <w:t>میں خود گیا تھا وہاں اس زمانے میں، روٹی نہیں ملتی تھی۔ وہ یعنی کسانوں سے زمین چھین کر اس کو اسٹیٹ کی ملکیت دے دیا۔</w:t>
      </w:r>
    </w:p>
    <w:p>
      <w:r>
        <w:rPr>
          <w:b/>
        </w:rPr>
        <w:t xml:space="preserve">[1:32:11] </w:t>
      </w:r>
      <w:r>
        <w:t>toh is se pehlay Russia gandum ko, yani gaon ko export karta tha. ab wahan gaon kehti hai kam hai, woh ki roti nahi milti.</w:t>
      </w:r>
    </w:p>
    <w:p>
      <w:pPr>
        <w:jc w:val="right"/>
      </w:pPr>
      <w:r>
        <w:t>تو اس سے پہلے روس گندم کو، یعنی گاؤں کو ایکسپورٹ کرتا تھا۔ اب وہاں گاؤں کہتی ہے کم ہے، وہ کی روٹی نہیں ملتی۔</w:t>
      </w:r>
    </w:p>
    <w:p>
      <w:r>
        <w:rPr>
          <w:b/>
        </w:rPr>
        <w:t xml:space="preserve">[1:32:20] </w:t>
      </w:r>
      <w:r>
        <w:t>lambe lambe line sarkon par lagi hui thi. toh diya kya? tabah kiya sirf. baqi jahan tak Darwin ka ta'alluq hai, toh yeh bhi ghalat baat hai.</w:t>
      </w:r>
    </w:p>
    <w:p>
      <w:pPr>
        <w:jc w:val="right"/>
      </w:pPr>
      <w:r>
        <w:t>لن بی لبی لائن سڑکوں پر لگی ہوئی تھی۔ تو دیا کیا؟ تباہ کیا صرف۔ باقی جہاں تک ڈارون کا تعلق ہے، تو یہ بھی غلط بات ہے۔</w:t>
      </w:r>
    </w:p>
    <w:p>
      <w:r>
        <w:rPr>
          <w:b/>
        </w:rPr>
        <w:t xml:space="preserve">[1:32:30] </w:t>
      </w:r>
      <w:r>
        <w:t>Darwin ne kuch nahi</w:t>
      </w:r>
    </w:p>
    <w:p>
      <w:pPr>
        <w:jc w:val="right"/>
      </w:pPr>
      <w:r>
        <w:t>ڈارون نے کچھ نہیں</w:t>
      </w:r>
    </w:p>
    <w:p>
      <w:r>
        <w:rPr>
          <w:b/>
        </w:rPr>
        <w:t xml:space="preserve">[1:32:31] </w:t>
      </w:r>
      <w:r>
        <w:t>diya. aik aik workable theory thi, elevation theory. workable, woh koi scientific theory nahi thi. khud Darwin mara frustration mein.</w:t>
      </w:r>
    </w:p>
    <w:p>
      <w:pPr>
        <w:jc w:val="right"/>
      </w:pPr>
      <w:r>
        <w:t>دیا۔ ایک ایک ورکیبل تھیوری تھی، ایلیویشن تھیوری۔ ورکیبل، وہ کوئی سائنٹیفک تھیوری نہیں تھی۔ خود ڈارون مرا فرسٹریشن میں۔</w:t>
      </w:r>
    </w:p>
    <w:p>
      <w:r>
        <w:rPr>
          <w:b/>
        </w:rPr>
        <w:t xml:space="preserve">[1:32:39] </w:t>
      </w:r>
      <w:r>
        <w:t>aap ko agar shauq ho toh Darwin ki life parh lijiye. us ko khud apnay baray mein woh tha ke mein ne sahi nahi kiya hai. khud parh lijiye aap us ka, yani aakhri dinon mein jo us ka haal tha Darwin ka.</w:t>
      </w:r>
    </w:p>
    <w:p>
      <w:pPr>
        <w:jc w:val="right"/>
      </w:pPr>
      <w:r>
        <w:t>آپ کو اگر شوق ہو تو ڈارون کی لائف پڑھ لیجئے۔ اس کو خود اپنے بارے میں وہ تھا کہ میں نے صحیح نہیں کیا ہے۔ خود پڑھ لیجئے آپ اس کا، یعنی آخری دنوں میں جو اس کا حال تھا ڈارون کا۔</w:t>
      </w:r>
    </w:p>
    <w:p>
      <w:r>
        <w:rPr>
          <w:b/>
        </w:rPr>
        <w:t xml:space="preserve">[1:32:52] </w:t>
      </w:r>
      <w:r>
        <w:t>diya kya us ne? aur Islam ne kya diya? us ko bari kitab parh lijiye. aap</w:t>
      </w:r>
    </w:p>
    <w:p>
      <w:pPr>
        <w:jc w:val="right"/>
      </w:pPr>
      <w:r>
        <w:t>دیا کیا اس نے؟ اور اسلام نے کیا دیا؟ اس کو بڑی کتاب پڑھ لیجئے۔ آپ</w:t>
      </w:r>
    </w:p>
    <w:p>
      <w:r>
        <w:rPr>
          <w:b/>
        </w:rPr>
        <w:t xml:space="preserve">[1:32:58] </w:t>
      </w:r>
      <w:r>
        <w:t>Islam the creator of modern age, us ko parh lijiye. aap Islam ne kya diya? creator of modern age mein tafseel parh sakte hain us ki.</w:t>
      </w:r>
    </w:p>
    <w:p>
      <w:pPr>
        <w:jc w:val="right"/>
      </w:pPr>
      <w:r>
        <w:t>اسلام دی کریٹر آف ماڈرن ایج، اس کو پڑھ لیجئے۔ آپ اسلام نے کیا دیا؟ کریٹر آف ماڈرن ایج میں تفصیل پڑھ سکتے ہیں اس کی۔</w:t>
      </w:r>
    </w:p>
    <w:p>
      <w:r>
        <w:rPr>
          <w:b/>
        </w:rPr>
        <w:t xml:space="preserve">[1:33:10] </w:t>
      </w:r>
      <w:r>
        <w:t>aap yeh toh aik aik daawa ki zuban hai. koi is misaal toh di hi nahi unhon ne. ji hmm. Maulana, agla sawal Roorkee se hai Sajid Anwar Sahab ka.</w:t>
      </w:r>
    </w:p>
    <w:p>
      <w:pPr>
        <w:jc w:val="right"/>
      </w:pPr>
      <w:r>
        <w:t>آپ یہ تو ایک ایک دعویٰ کی زبان ہے۔ کوئی اس مثال تو دی ہی نہیں انہوں نے۔ جی ہمم۔ مولانا، اگلا سوال روڑکی سے ہے ساجد انور صاحب کا۔</w:t>
      </w:r>
    </w:p>
    <w:p>
      <w:r>
        <w:rPr>
          <w:b/>
        </w:rPr>
        <w:t xml:space="preserve">[1:33:21] </w:t>
      </w:r>
      <w:r>
        <w:t>unhon ne likha hai: "Maulana, in the recent past, we have witness an increase of free Quran request from Muslims.</w:t>
      </w:r>
    </w:p>
    <w:p>
      <w:pPr>
        <w:jc w:val="right"/>
      </w:pPr>
      <w:r>
        <w:t>انہوں نے لکھا ہے: "مولانا، ان دا ریسنٹ پاسٹ، وی ہیو وٹنس اینڈ انکریز آف فری قرآن ریکویسٹ فرام مسلمز۔</w:t>
      </w:r>
    </w:p>
    <w:p>
      <w:r>
        <w:rPr>
          <w:b/>
        </w:rPr>
        <w:t xml:space="preserve">[1:33:30] </w:t>
      </w:r>
      <w:r>
        <w:t>Does this indicate that a new view of thinking is emerging among Muslims?</w:t>
      </w:r>
    </w:p>
    <w:p>
      <w:pPr>
        <w:jc w:val="right"/>
      </w:pPr>
      <w:r>
        <w:t>ڈز دس انڈیکیٹ دیٹ ا نیو ویو آف تھنکنگ از امرجنگ امنگ مسلمز؟"</w:t>
      </w:r>
    </w:p>
    <w:p>
      <w:r>
        <w:rPr>
          <w:b/>
        </w:rPr>
        <w:t xml:space="preserve">[1:33:38] </w:t>
      </w:r>
      <w:r>
        <w:t>haan, main to sochta hoon ke zaroor nai fikr paida hui hai is waqt mein, kyunke baqi saare formulay to aazma chuke hain.</w:t>
      </w:r>
    </w:p>
    <w:p>
      <w:pPr>
        <w:jc w:val="right"/>
      </w:pPr>
      <w:r>
        <w:t>ہاں، میں تو سوچتا ہوں کہ ضرور نئی فکر پیدا ہوئی ہے اس وقت میں، کیونکہ باقی سارے فارمولے تو آزما چکے ہیں۔</w:t>
      </w:r>
    </w:p>
    <w:p>
      <w:r>
        <w:rPr>
          <w:b/>
        </w:rPr>
        <w:t xml:space="preserve">[1:33:47] </w:t>
      </w:r>
      <w:r>
        <w:t>woh is mein siwaye nakami kuch bhi nahi hua.</w:t>
      </w:r>
    </w:p>
    <w:p>
      <w:pPr>
        <w:jc w:val="right"/>
      </w:pPr>
      <w:r>
        <w:t>وہ اس میں سوائے ناکامی کچھ بھی نہیں ہوا۔</w:t>
      </w:r>
    </w:p>
    <w:p>
      <w:r>
        <w:rPr>
          <w:b/>
        </w:rPr>
        <w:t xml:space="preserve">[1:33:51] </w:t>
      </w:r>
      <w:r>
        <w:t>to ab yani it is but natural ke woh soche ke bhai dawat ka rasta ikhtiyar karna chahiye.</w:t>
      </w:r>
    </w:p>
    <w:p>
      <w:pPr>
        <w:jc w:val="right"/>
      </w:pPr>
      <w:r>
        <w:t>تو اب یعنی اٹ از بٹ نیچرل کہ وہ سوچے کہ بھئی دعوت کا راستہ اختیار کرنا چاہیے۔</w:t>
      </w:r>
    </w:p>
    <w:p>
      <w:r>
        <w:rPr>
          <w:b/>
        </w:rPr>
        <w:t xml:space="preserve">[1:34:02] </w:t>
      </w:r>
      <w:r>
        <w:t>Maulana, agla sawal Tamil Nadu se hai Abu Rayan sahab ka. unhon ne likha hai: "Maulana, Allah taala se aap ka taalluq kaise hota hai?</w:t>
      </w:r>
    </w:p>
    <w:p>
      <w:pPr>
        <w:jc w:val="right"/>
      </w:pPr>
      <w:r>
        <w:t>مولانا، اگلا سوال تمل ناڈو سے ہے ابو ریان صاحب کا۔ انہوں نے لکھا ہے: "مولانا، اللہ تعالی سے آپ کا تعلق کیسے ہوتا ہے؟</w:t>
      </w:r>
    </w:p>
    <w:p>
      <w:r>
        <w:rPr>
          <w:b/>
        </w:rPr>
        <w:t xml:space="preserve">[1:34:13] </w:t>
      </w:r>
      <w:r>
        <w:t>is ka koi experience bataiye."</w:t>
      </w:r>
    </w:p>
    <w:p>
      <w:pPr>
        <w:jc w:val="right"/>
      </w:pPr>
      <w:r>
        <w:t>اس کا کوئی ایکسپیرینس بتائیے۔"</w:t>
      </w:r>
    </w:p>
    <w:p>
      <w:r>
        <w:rPr>
          <w:b/>
        </w:rPr>
        <w:t xml:space="preserve">[1:34:18] </w:t>
      </w:r>
      <w:r>
        <w:t>ji ji, is tarah thori is pe bataya jata hai.</w:t>
      </w:r>
    </w:p>
    <w:p>
      <w:pPr>
        <w:jc w:val="right"/>
      </w:pPr>
      <w:r>
        <w:t>جی جی، اس طرح تھوڑی اس پہ بتایا جاتا ہے۔</w:t>
      </w:r>
    </w:p>
    <w:p>
      <w:r>
        <w:rPr>
          <w:b/>
        </w:rPr>
        <w:t xml:space="preserve">[1:34:25] </w:t>
      </w:r>
      <w:r>
        <w:t>aap meri aap woh parh lijiye. meri kitab jo hai, kitab marifat. kitab marifat mein aap is ka jawab mil jayega, inshallah aap ko.</w:t>
      </w:r>
    </w:p>
    <w:p>
      <w:pPr>
        <w:jc w:val="right"/>
      </w:pPr>
      <w:r>
        <w:t>آپ میری آپ وہ پڑھ لیجئے۔ میری کتاب جو ہے، کتاب معرفت۔ کتاب معرفت میں آپ اس کا جواب مل جائے گا، انشاءاللہ آپ کو۔</w:t>
      </w:r>
    </w:p>
    <w:p>
      <w:r>
        <w:rPr>
          <w:b/>
        </w:rPr>
        <w:t xml:space="preserve">[1:34:39] </w:t>
      </w:r>
      <w:r>
        <w:t>Maulana, agla sawal Delhi se hai Dr. Fareeda Khanam ka</w:t>
      </w:r>
    </w:p>
    <w:p>
      <w:pPr>
        <w:jc w:val="right"/>
      </w:pPr>
      <w:r>
        <w:t>مولانا، اگلا سوال دلی سے ہے ڈاکٹر فریدہ خانم کا</w:t>
      </w:r>
    </w:p>
    <w:p>
      <w:r>
        <w:rPr>
          <w:b/>
        </w:rPr>
        <w:t xml:space="preserve">[1:34:43] </w:t>
      </w:r>
      <w:r>
        <w:t>. unhon ne likha hai: "What is the hallmark of a positive personality?" please comment.</w:t>
      </w:r>
    </w:p>
    <w:p>
      <w:pPr>
        <w:jc w:val="right"/>
      </w:pPr>
      <w:r>
        <w:t>۔ انہوں نے لکھا ہے: "واٹ از دی ہال مارک آف ا پوزیٹیو پرسنیلٹی؟" پلیز کمنٹ۔</w:t>
      </w:r>
    </w:p>
    <w:p>
      <w:r>
        <w:rPr>
          <w:b/>
        </w:rPr>
        <w:t xml:space="preserve">[1:34:53] </w:t>
      </w:r>
      <w:r>
        <w:t>kya matlab? matlab Maulana, positive personality ka kya symbol hai ya trademark hai ya sign hai? main to yeh samajhta hoon ke hate free hona,</w:t>
      </w:r>
    </w:p>
    <w:p>
      <w:pPr>
        <w:jc w:val="right"/>
      </w:pPr>
      <w:r>
        <w:t>کیا مطلب؟ مطلب مولانا، پوزیٹیو پرسنیلٹی کا کیا سمبل ہے یا ٹریڈ مارک ہے یا سائن ہے؟ میں تو یہ سمجھتا ہوں کہ ہیٹ فری ہونا،</w:t>
      </w:r>
    </w:p>
    <w:p>
      <w:r>
        <w:rPr>
          <w:b/>
        </w:rPr>
        <w:t xml:space="preserve">[1:35:06] </w:t>
      </w:r>
      <w:r>
        <w:t>hate na ho, reaction na ho, aur doosron ke bajaye apne aap apne bare mein soche, introspection kare, woh na ke doosron ko complaint aur protest karta rahe.</w:t>
      </w:r>
    </w:p>
    <w:p>
      <w:pPr>
        <w:jc w:val="right"/>
      </w:pPr>
      <w:r>
        <w:t>ہیٹ نہ ہو، ری ایکشن نہ ہو، اور ان دوسروں کے بجائے اپنے آپ اپنے بارے میں سوچے، انٹروسپیکشن کرے، وہ نہ کہ دوسروں کو کمپلینٹ اور پروٹیسٹ کرتا رہے۔</w:t>
      </w:r>
    </w:p>
    <w:p>
      <w:r>
        <w:rPr>
          <w:b/>
        </w:rPr>
        <w:t xml:space="preserve">[1:35:18] </w:t>
      </w:r>
      <w:r>
        <w:t>woh to ek lafz mein yahi hai ke hate free hona.</w:t>
      </w:r>
    </w:p>
    <w:p>
      <w:pPr>
        <w:jc w:val="right"/>
      </w:pPr>
      <w:r>
        <w:t>وہ تو ایک لفظ میں یہی ہے کہ ہیٹ فری ہونا۔</w:t>
      </w:r>
    </w:p>
    <w:p>
      <w:r>
        <w:rPr>
          <w:b/>
        </w:rPr>
        <w:t xml:space="preserve">[1:35:27] </w:t>
      </w:r>
      <w:r>
        <w:t>yani aadmi jab baat karta hai to foran pakar mein aata hai ke is ke andar hate hai ke nahi hai.</w:t>
      </w:r>
    </w:p>
    <w:p>
      <w:pPr>
        <w:jc w:val="right"/>
      </w:pPr>
      <w:r>
        <w:t>یعنی آدمی جب بات کرتا ہے تو فوراً پکڑ میں آتا ہے کہ اس کے اندر ہیٹ ہے کہ نہیں ہے۔</w:t>
      </w:r>
    </w:p>
    <w:p>
      <w:r>
        <w:rPr>
          <w:b/>
        </w:rPr>
        <w:t xml:space="preserve">[1:35:31] </w:t>
      </w:r>
      <w:r>
        <w:t>is ki is ki is ka lehja bata deta hai ke woh hate se bhara hua hai. kisi ka hate hai Israel ke khilaf, kisi ki RSS ke khilaf, kisi ka America ke khilaf.</w:t>
      </w:r>
    </w:p>
    <w:p>
      <w:pPr>
        <w:jc w:val="right"/>
      </w:pPr>
      <w:r>
        <w:t>اس کی اس کی اس کا لہجہ بتا دیتا ہے کہ وہ ہیٹ سے بھرا ہوا ہے۔ کسی کا ہیٹ ہے اسرائیل کے خلاف، کسی کی آر ایس ایس کے خلاف، کسی کا امریکہ کے خلاف۔</w:t>
      </w:r>
    </w:p>
    <w:p>
      <w:r>
        <w:rPr>
          <w:b/>
        </w:rPr>
        <w:t xml:space="preserve">[1:35:42] </w:t>
      </w:r>
      <w:r>
        <w:t>woh kahin nahi ke pakar pakar mein aa jata hai. to sab se bari peshani hai ke woh pure pure tareeqe se hate free ho, nafrat se khali ho.</w:t>
      </w:r>
    </w:p>
    <w:p>
      <w:pPr>
        <w:jc w:val="right"/>
      </w:pPr>
      <w:r>
        <w:t>وہ کہیں نہیں کہ پکڑ پکڑ میں آ جاتا ہے۔ تو سب سے بڑی پیشانی ہے کہ وہ پورے پورے طریقے سے ہیٹ فری ہو، نفرت سے خالی ہو۔</w:t>
      </w:r>
    </w:p>
    <w:p>
      <w:r>
        <w:rPr>
          <w:b/>
        </w:rPr>
        <w:t xml:space="preserve">[1:35:53] </w:t>
      </w:r>
      <w:r>
        <w:t>nafrat wista ke shaitani sifat hai.</w:t>
      </w:r>
    </w:p>
    <w:p>
      <w:pPr>
        <w:jc w:val="right"/>
      </w:pPr>
      <w:r>
        <w:t>نفرت وستہ کہ شیطانی صفت ہے۔</w:t>
      </w:r>
    </w:p>
    <w:p>
      <w:r>
        <w:rPr>
          <w:b/>
        </w:rPr>
        <w:t xml:space="preserve">[1:35:56] </w:t>
      </w:r>
      <w:r>
        <w:t>Shaitan ko nafrat hai insan se. isi ko chahta hai ke har har insan ke andar aa jaye. to Shaitan ki sab se bari sifat jo hai, nafrat.</w:t>
      </w:r>
    </w:p>
    <w:p>
      <w:pPr>
        <w:jc w:val="right"/>
      </w:pPr>
      <w:r>
        <w:t>شیطان کو نفرت ہے انسان سے۔ اسی کو چاہتا ہے کہ ہر ہر انسان کے اندر آ جائے۔ تو شیطان کی سب سے بڑی صفت جو ہے، نفرت۔</w:t>
      </w:r>
    </w:p>
    <w:p>
      <w:r>
        <w:rPr>
          <w:b/>
        </w:rPr>
        <w:t xml:space="preserve">[1:36:07] </w:t>
      </w:r>
      <w:r>
        <w:t>to yeh is se humein bohat zyada door rehna hai. sari kharabi ki jar hai hate.</w:t>
      </w:r>
    </w:p>
    <w:p>
      <w:pPr>
        <w:jc w:val="right"/>
      </w:pPr>
      <w:r>
        <w:t>تو یہ اس سے ہمیں بہت زیادہ دور رہنا ہے۔ ساری خرابی کی جڑ ہے ہیٹ۔</w:t>
      </w:r>
    </w:p>
    <w:p>
      <w:r>
        <w:rPr>
          <w:b/>
        </w:rPr>
        <w:t xml:space="preserve">[1:36:19] </w:t>
      </w:r>
      <w:r>
        <w:t>Maulana, agla ek comment parhna chahenge jo abhi abhi Doha Qatar se aaya hai Maulana Abdul Basit Umri ka. unhon ne likha hai: "Maulana, aaj pehli bar concept of peace ko shaoori taur par samjha aur yeh bhi samajh mein aaya ke Musalman age of peace mein rehte hue peace ki tehreek chala rahe hain jabke workable peace har jagah hai.</w:t>
      </w:r>
    </w:p>
    <w:p>
      <w:pPr>
        <w:jc w:val="right"/>
      </w:pPr>
      <w:r>
        <w:t>مولانا، اگلا ایک کمنٹ پڑھنا چاہیں گے جو ابھی ابھی دوحہ قطر سے آیا ہے مولانا عبدالباسط عمری کا۔ انہوں نے لکھا ہے: "مولانا، آج پہلی بار کانسیپٹ آف پیس کو شعوری طور پر سمجھا اور یہ بھی سمجھ میں آیا کہ مسلمان ایج آف پیس میں رہتے ہوئے پیس کی تحریک چلا رہے ہیں جبکہ ورکیبل پیس ہر جگہ ہے۔</w:t>
      </w:r>
    </w:p>
    <w:p>
      <w:r>
        <w:rPr>
          <w:b/>
        </w:rPr>
        <w:t xml:space="preserve">[1:36:45] </w:t>
      </w:r>
      <w:r>
        <w:t>yeh to hamara andha pan aur creation plan of God se bekhabri ki baat hui."</w:t>
      </w:r>
    </w:p>
    <w:p>
      <w:pPr>
        <w:jc w:val="right"/>
      </w:pPr>
      <w:r>
        <w:t>یہ تو ہمارا اندھا پن اور کریشن پلان آف گاڈ سے بے خبری کی بات ہوئی۔"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