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Babari Masjid of Ayodhya December 06, 2009</w:t>
      </w:r>
    </w:p>
    <w:p>
      <w:r>
        <w:t>https://www.youtube.com/watch?v=rpFygvWx6WY</w:t>
      </w:r>
    </w:p>
    <w:p>
      <w:r>
        <w:rPr>
          <w:b/>
        </w:rPr>
        <w:t xml:space="preserve">[00:12] </w:t>
      </w:r>
      <w:r>
        <w:t>wa sallallahu ala nabi al kareem. rab ishrah li sadri, wa yassir li amri, wahlul uqdatan min lisani, yafqahu qawli.</w:t>
      </w:r>
    </w:p>
    <w:p>
      <w:pPr>
        <w:jc w:val="right"/>
      </w:pPr>
      <w:r>
        <w:t>وصلی اللہ علی النبی الکریم. رب اشرح لی صدری، ویسر لی امری، واحل العقدۃ من لسانی، یفقہ قولی.</w:t>
      </w:r>
    </w:p>
    <w:p>
      <w:r>
        <w:rPr>
          <w:b/>
        </w:rPr>
        <w:t xml:space="preserve">[00:28] </w:t>
      </w:r>
      <w:r>
        <w:t>aaj ka topic hai Babri Masjid of Ajodhya, yani Ajodhya ki Babri Masjid.</w:t>
      </w:r>
    </w:p>
    <w:p>
      <w:pPr>
        <w:jc w:val="right"/>
      </w:pPr>
      <w:r>
        <w:t>آج کا ٹاپک ہے بابری مسجد آف اَجدیاء، یعنی اَجدیاء کی بابری مسجد۔</w:t>
      </w:r>
    </w:p>
    <w:p>
      <w:r>
        <w:rPr>
          <w:b/>
        </w:rPr>
        <w:t xml:space="preserve">[00:40] </w:t>
      </w:r>
      <w:r>
        <w:t>aap jante hain ke aaj 6 December hai, aur Babri Masjid jo hai wo 17 saal pehle, December 6, 1992 ko demolish ki gayi thi.</w:t>
      </w:r>
    </w:p>
    <w:p>
      <w:pPr>
        <w:jc w:val="right"/>
      </w:pPr>
      <w:r>
        <w:t>آپ جانتے ہیں کہ آج 6 دسمبر ہے، اور بابری مسجد جو ہے وہ 17 سال پہلے، دسمبر 6، 1992 کو ڈیمالش کی گئی تھی۔</w:t>
      </w:r>
    </w:p>
    <w:p>
      <w:r>
        <w:rPr>
          <w:b/>
        </w:rPr>
        <w:t xml:space="preserve">[00:55] </w:t>
      </w:r>
      <w:r>
        <w:t>to aaj wo din hai. aap jante hain ke 17 saal se har saal musalman India mein</w:t>
      </w:r>
    </w:p>
    <w:p>
      <w:pPr>
        <w:jc w:val="right"/>
      </w:pPr>
      <w:r>
        <w:t>تو آج وہ دن ہے۔ آپ جانتے ہیں کہ 17 سال سے ہر سال مسلمان انڈیا میں</w:t>
      </w:r>
    </w:p>
    <w:p>
      <w:r>
        <w:rPr>
          <w:b/>
        </w:rPr>
        <w:t xml:space="preserve">[01:08] </w:t>
      </w:r>
      <w:r>
        <w:t>dark day ke taur par manate hain. saare musalman nahi, lekin hamare jo so called leader hain wo aisi call dete hain, aur musalman ya to manate hain ya kam az kam is ko accept kiye hue hain ke 6 December hamare liye dark day hai.</w:t>
      </w:r>
    </w:p>
    <w:p>
      <w:pPr>
        <w:jc w:val="right"/>
      </w:pPr>
      <w:r>
        <w:t>ڈارک ڈے کے طور پر مناتے ہیں۔ سارے مسلمان نہیں، لیکن ہمارے جو سو کالڈ لیڈر ہیں وہ ایسی کال دیتے ہیں، اور مسلمان یا تو مناتے ہیں یا کم از کم اس کو ایکسیپٹ کیے ہوئے ہیں کہ 6 دسمبر ہمارے لیے ڈارک ڈے ہے۔</w:t>
      </w:r>
    </w:p>
    <w:p>
      <w:r>
        <w:rPr>
          <w:b/>
        </w:rPr>
        <w:t xml:space="preserve">[01:26] </w:t>
      </w:r>
      <w:r>
        <w:t>mein samajhta hoon ke ye bilkul hi un-Islamic kalma hai. sahi baat ye hai ke hum 6 December ko introspection day ke taur par manayein.</w:t>
      </w:r>
    </w:p>
    <w:p>
      <w:pPr>
        <w:jc w:val="right"/>
      </w:pPr>
      <w:r>
        <w:t>میں سمجھتا ہوں کہ یہ بالکل ہی ان اسلامک کلمہ ہے۔ صحیح بات یہ ہے کہ ہم 6 دسمبر کو انٹروسپیکشن ڈے کے طور پر منائیں۔</w:t>
      </w:r>
    </w:p>
    <w:p>
      <w:r>
        <w:rPr>
          <w:b/>
        </w:rPr>
        <w:t xml:space="preserve">[01:40] </w:t>
      </w:r>
      <w:r>
        <w:t>dark day Islam mein nahi hota. Rasool Allah salallahu alaihi wasallam ne kabhi kisi cheez ko, bohat sare waqiat hue us zamane mein, kabhi aap ne dark day nahi manaya.</w:t>
      </w:r>
    </w:p>
    <w:p>
      <w:pPr>
        <w:jc w:val="right"/>
      </w:pPr>
      <w:r>
        <w:t>ڈارک ڈے اسلام میں نہیں ہوتا۔ رسول اللہ صلی اللہ علیہ وسلم نے کبھی کسی چیز کو، بہت سارے واقعات ہوئے اس زمانے میں، کبھی آپ نے ڈارک ڈے نہیں منایا۔</w:t>
      </w:r>
    </w:p>
    <w:p>
      <w:r>
        <w:rPr>
          <w:b/>
        </w:rPr>
        <w:t xml:space="preserve">[01:53] </w:t>
      </w:r>
      <w:r>
        <w:t>hamesha wo kya karte the? muhasba karte the, sochte the. to ye gaya yom-e-muhasba ya introspection day hai 6 December.</w:t>
      </w:r>
    </w:p>
    <w:p>
      <w:pPr>
        <w:jc w:val="right"/>
      </w:pPr>
      <w:r>
        <w:t>ہمیشہ وہ کیا کرتے تھے؟ محاسبہ کرتے تھے، سوچتے تھے۔ تو یہ گیا یوم محاسبہ یا انٹروسپیکشن ڈے ہے 6 دسمبر۔</w:t>
      </w:r>
    </w:p>
    <w:p>
      <w:r>
        <w:rPr>
          <w:b/>
        </w:rPr>
        <w:t xml:space="preserve">[02:08] </w:t>
      </w:r>
      <w:r>
        <w:t>kyun? is ki bohat hi khuli hui wajah hai. wo ye hai ke quran mein kai baar aisa aaya hai, hadith mein bhi aaya hai ke koi bhi museebat jo aayegi tumhare upar wo kisi ke zulm ki wajah se nahi aayegi,</w:t>
      </w:r>
    </w:p>
    <w:p>
      <w:pPr>
        <w:jc w:val="right"/>
      </w:pPr>
      <w:r>
        <w:t>کیوں؟ اس کی بہت ہی کھلی ہوئی وجہ ہے۔ وہ یہ ہے کہ قرآن میں کئی بار ایسا آیا ہے، حدیث میں بھی آیا ہے کہ کوئی بھی مصیبت جو آئے گی تمہارے اوپر وہ کسی کے ظلم کی وجہ سے نہیں آئے گی،</w:t>
      </w:r>
    </w:p>
    <w:p>
      <w:r>
        <w:rPr>
          <w:b/>
        </w:rPr>
        <w:t xml:space="preserve">[02:28] </w:t>
      </w:r>
      <w:r>
        <w:t>kisi conspiracy ki wajah se nahi aayegi. wo aayegi tumhare apne kisi amal ki wajah se. ma asabakum min musibatin fabima qasabat aidikum.</w:t>
      </w:r>
    </w:p>
    <w:p>
      <w:pPr>
        <w:jc w:val="right"/>
      </w:pPr>
      <w:r>
        <w:t>کسی کانسپریسی کی وجہ سے نہیں آئے گی۔ وہ آئے گی تمہارے اپنے کسی عمل کی وجہ سے۔ مَا أَصَابَكُمْ مِن مُصِيبَةٍ فَبِمَا قَسَبَتْ أَيْدِيكُمْ۔</w:t>
      </w:r>
    </w:p>
    <w:p>
      <w:r>
        <w:rPr>
          <w:b/>
        </w:rPr>
        <w:t xml:space="preserve">[02:41] </w:t>
      </w:r>
      <w:r>
        <w:t>to is ka matlab hai koi bhi baat pade hamare khilaaf to hamein daudna chahiye quran o sunnat ki taraf, apni kami ko dhoondne ki taraf.</w:t>
      </w:r>
    </w:p>
    <w:p>
      <w:pPr>
        <w:jc w:val="right"/>
      </w:pPr>
      <w:r>
        <w:t>تو اس کا مطلب ہے کوئی بھی بات پڑے ہمارے خلاف تو ہمیں دوڑنا چاہیے قرآن و سنت کی طرف، اپنی کمی کو ڈھونڈنے کی طرف۔</w:t>
      </w:r>
    </w:p>
    <w:p>
      <w:r>
        <w:rPr>
          <w:b/>
        </w:rPr>
        <w:t xml:space="preserve">[02:51] </w:t>
      </w:r>
      <w:r>
        <w:t>is ki mein do misaal doonga aap ko. Rasool Allah salallahu alaihi wasallam ke zamane mein Ghazwa-e-Uhad hua jis mein bohat se sahaba shaheed ho gaye.</w:t>
      </w:r>
    </w:p>
    <w:p>
      <w:pPr>
        <w:jc w:val="right"/>
      </w:pPr>
      <w:r>
        <w:t>اس کی میں دو مثال دوں گا آپ کو۔ رسول اللہ صلی اللہ علیہ وسلم کے زمانے میں غزوہ احد ہوا جس میں بہت سے صحابہ شہید ہو گئے۔</w:t>
      </w:r>
    </w:p>
    <w:p>
      <w:r>
        <w:rPr>
          <w:b/>
        </w:rPr>
        <w:t xml:space="preserve">[03:05] </w:t>
      </w:r>
      <w:r>
        <w:t>ye bohat badi tragedy thi. to quran mein ye nahi kaha gaya ke dark day manao. nahi, is mein musalmanon ki apni apne bare mein sochne ko kaha gaya.</w:t>
      </w:r>
    </w:p>
    <w:p>
      <w:pPr>
        <w:jc w:val="right"/>
      </w:pPr>
      <w:r>
        <w:t>یہ بہت بڑی ٹریجڈی تھی۔ تو قرآن میں یہ نہیں کہا گیا کہ ڈارک ڈے مناؤ۔ نہیں، اس میں مسلمانوں کی اپنی اپنے بارے میں سوچنے کو کہا گیا۔</w:t>
      </w:r>
    </w:p>
    <w:p>
      <w:r>
        <w:rPr>
          <w:b/>
        </w:rPr>
        <w:t xml:space="preserve">[03:25] </w:t>
      </w:r>
      <w:r>
        <w:t>yani tum khud socho ke tum ne kya ghalti ki thi us din. wo ghalti thi niza', aapas mein ikhtilaf.</w:t>
      </w:r>
    </w:p>
    <w:p>
      <w:pPr>
        <w:jc w:val="right"/>
      </w:pPr>
      <w:r>
        <w:t>یعنی تم خود سوچو کہ تم نے کیا غلطی کی تھی اس دن۔ وہ غلطی تھی نزاع، آپس میں اختلاف۔</w:t>
      </w:r>
    </w:p>
    <w:p>
      <w:r>
        <w:rPr>
          <w:b/>
        </w:rPr>
        <w:t xml:space="preserve">[03:34] </w:t>
      </w:r>
      <w:r>
        <w:t>yani khud kaha gaya ke tum apni is kami ko socho jo us din tum se hui thi. is par ghaur karo aur aage is ki islaah karo.</w:t>
      </w:r>
    </w:p>
    <w:p>
      <w:pPr>
        <w:jc w:val="right"/>
      </w:pPr>
      <w:r>
        <w:t>یعنی خود کہا گیا کہ تم اپنی اس کمی کو سوچو جو اس دن تم سے ہوئی تھی۔ اس پر غور کرو اور آگے اس کی اصلاح کرو۔</w:t>
      </w:r>
    </w:p>
    <w:p>
      <w:r>
        <w:rPr>
          <w:b/>
        </w:rPr>
        <w:t xml:space="preserve">[03:44] </w:t>
      </w:r>
      <w:r>
        <w:t>aise hi dekhiye Hunain mein bhi musalmanon ko kaafi yani nuksan uthana pada tha Ghazwa-e-Hunain mein. wahan bhi dekhiye ye nahi kaha ke dark day ke taur par manao Ghazwa-e-Hunain ke din ko.</w:t>
      </w:r>
    </w:p>
    <w:p>
      <w:pPr>
        <w:jc w:val="right"/>
      </w:pPr>
      <w:r>
        <w:t>ایسے ہی دیکھئے حنین میں بھی مسلمانوں کو کافی یعنی نقصان اٹھانا پڑا تھا غزوہ حنین میں۔ وہاں بھی دیکھئے یہ نہیں کہا کہ ڈارک ڈے کے طور پر مناؤ غزوہ حنین کے دن کو۔</w:t>
      </w:r>
    </w:p>
    <w:p>
      <w:r>
        <w:rPr>
          <w:b/>
        </w:rPr>
        <w:t xml:space="preserve">[03:56] </w:t>
      </w:r>
      <w:r>
        <w:t>nahi.</w:t>
      </w:r>
    </w:p>
    <w:p>
      <w:pPr>
        <w:jc w:val="right"/>
      </w:pPr>
      <w:r>
        <w:t>نہیں۔</w:t>
      </w:r>
    </w:p>
    <w:p>
      <w:r>
        <w:rPr>
          <w:b/>
        </w:rPr>
        <w:t xml:space="preserve">[04:05] </w:t>
      </w:r>
      <w:r>
        <w:t>yani ye socho ke Hunain ke din tumhare andar ek baat aa gayi thi aur ajab, naaz aur pride, wo nahi aana chahiye.</w:t>
      </w:r>
    </w:p>
    <w:p>
      <w:pPr>
        <w:jc w:val="right"/>
      </w:pPr>
      <w:r>
        <w:t>یعنی یہ سوچو کہ حنین کے دن تمہارے اندر ایک بات آ گئی تھی اور عجب، ناز اور پریڈ، وہ نہیں آنا چاہیے۔</w:t>
      </w:r>
    </w:p>
    <w:p>
      <w:r>
        <w:rPr>
          <w:b/>
        </w:rPr>
        <w:t xml:space="preserve">[04:14] </w:t>
      </w:r>
      <w:r>
        <w:t>is par ghaur karo. to Islam ka tareeqa jo hai wo dark day manane ka nahi hai, introspection day manane ka hai.</w:t>
      </w:r>
    </w:p>
    <w:p>
      <w:pPr>
        <w:jc w:val="right"/>
      </w:pPr>
      <w:r>
        <w:t>اس پر غور کرو۔ تو اسلام کا طریقہ جو ہے وہ ڈارک ڈے منانے کا نہیں ہے، انٹروسپیکشن ڈے منانے کا ہے۔</w:t>
      </w:r>
    </w:p>
    <w:p>
      <w:r>
        <w:rPr>
          <w:b/>
        </w:rPr>
        <w:t xml:space="preserve">[04:26] </w:t>
      </w:r>
      <w:r>
        <w:t>yani ye sochna ke hamari kis kami se aisa hua. to ye bilkul Islam ke khilaaf baatein hain ye sab. Islam ke naam par Islam ke khilaaf.</w:t>
      </w:r>
    </w:p>
    <w:p>
      <w:pPr>
        <w:jc w:val="right"/>
      </w:pPr>
      <w:r>
        <w:t>یعنی یہ سوچنا کہ ہماری کس کمی سے ایسا ہوا۔ تو یہ بالکل اسلام کے خلاف باتیں ہیں یہ سب۔ اسلام کے نام پر اسلام کے خلاف۔</w:t>
      </w:r>
    </w:p>
    <w:p>
      <w:r>
        <w:rPr>
          <w:b/>
        </w:rPr>
        <w:t xml:space="preserve">[04:38] </w:t>
      </w:r>
      <w:r>
        <w:t>ab dekhiye agar aap quran ko padhein is zehan ko le kar ke quran mein Babri Masjid ke bare mein kya hai to is mein jawab mil jayega aap ko.</w:t>
      </w:r>
    </w:p>
    <w:p>
      <w:pPr>
        <w:jc w:val="right"/>
      </w:pPr>
      <w:r>
        <w:t>اب دیکھئے اگر آپ قرآن کو پڑھیں اس ذہن کو لے کر کہ قرآن میں بابری مسجد کے بارے میں کیا ہے تو اس میں جواب مل جائے گا آپ کو۔</w:t>
      </w:r>
    </w:p>
    <w:p>
      <w:r>
        <w:rPr>
          <w:b/>
        </w:rPr>
        <w:t xml:space="preserve">[04:52] </w:t>
      </w:r>
      <w:r>
        <w:t>aaj kal musalmanon ka haal ye hai ke sari duniya musalman bolte hain kya? Islam mukammal zabta-e-hayat hai.</w:t>
      </w:r>
    </w:p>
    <w:p>
      <w:pPr>
        <w:jc w:val="right"/>
      </w:pPr>
      <w:r>
        <w:t>آج کل مسلمانوں کا حال یہ ہے کہ ساری دنیا مسلمان بولتے ہیں کیا؟ اسلام مکمل ضابطہ حیات ہے۔</w:t>
      </w:r>
    </w:p>
    <w:p>
      <w:r>
        <w:rPr>
          <w:b/>
        </w:rPr>
        <w:t xml:space="preserve">[05:03] </w:t>
      </w:r>
      <w:r>
        <w:t>urdu mein kehte hain mukammal zabta-e-hayat hai Islam. Angrezi mein kehte hain Islam is complete system of life.</w:t>
      </w:r>
    </w:p>
    <w:p>
      <w:pPr>
        <w:jc w:val="right"/>
      </w:pPr>
      <w:r>
        <w:t>اردو میں کہتے ہیں مکمل ضابطہ حیات ہے اسلام۔ انگریزی میں کہتے ہیں اسلام از کمپلیٹ سسٹم آف لائف۔</w:t>
      </w:r>
    </w:p>
    <w:p>
      <w:r>
        <w:rPr>
          <w:b/>
        </w:rPr>
        <w:t xml:space="preserve">[05:14] </w:t>
      </w:r>
      <w:r>
        <w:t>arab log kehte hain Islam deen-e-shamil-o-kamil. To sawal yeh hai ke sari baat Islam mein maujood hai to aap Islam mein kyun nahin talash karte?</w:t>
      </w:r>
    </w:p>
    <w:p>
      <w:pPr>
        <w:jc w:val="right"/>
      </w:pPr>
      <w:r>
        <w:t>عرب لوگ کہتے ہیں اسلام دین شامل و کامل۔ تو سوال یہ ہے کہ ساری بات اسلام میں موجود ہے تو آپ اسلام میں کیوں نہیں تلاش کرتے؟</w:t>
      </w:r>
    </w:p>
    <w:p>
      <w:r>
        <w:rPr>
          <w:b/>
        </w:rPr>
        <w:t xml:space="preserve">[05:28] </w:t>
      </w:r>
      <w:r>
        <w:t>ek bhi waqea nahin hai aisa is sau do sau saal mein jabke Musalmanon ne kisi mamle mein jo pesh aaya to unhon ne Quran-o-Hadees mein talash kiya ho.</w:t>
      </w:r>
    </w:p>
    <w:p>
      <w:pPr>
        <w:jc w:val="right"/>
      </w:pPr>
      <w:r>
        <w:t>ایک بھی واقعہ نہیں ہے ایسا اس سو دو سو سال میں جبکہ مسلمانوں نے کسی معاملے میں جو پیش آیا تو انہوں نے قرآن و حدیث میں تلاش کیا ہو۔</w:t>
      </w:r>
    </w:p>
    <w:p>
      <w:r>
        <w:rPr>
          <w:b/>
        </w:rPr>
        <w:t xml:space="preserve">[05:40] </w:t>
      </w:r>
      <w:r>
        <w:t>sirf react karte hain, out of reaction. Palestine mein hua to wahan bhi Quran mein talash nahin kiya unhon ne, out of reaction khare ho gaye.</w:t>
      </w:r>
    </w:p>
    <w:p>
      <w:pPr>
        <w:jc w:val="right"/>
      </w:pPr>
      <w:r>
        <w:t>صرف ری ایکٹ کرتے ہیں، آؤٹ آف ری ایکشن۔ فلسطین میں ہوا تو وہاں بھی قرآن میں تلاش نہیں کیا انہوں نے، آؤٹ آف ری ایکشن کھڑے ہو گئے۔</w:t>
      </w:r>
    </w:p>
    <w:p>
      <w:r>
        <w:rPr>
          <w:b/>
        </w:rPr>
        <w:t xml:space="preserve">[05:49] </w:t>
      </w:r>
      <w:r>
        <w:t>Kashmir mein hua to Kashmir mein bhi Quran-o-Hadees mein talash nahin kiya, out of reaction khare ho gaye. Aise hi har jagah. Babri Masjid ka qissa pesh aaya to 17 saal mein ek baar bhi aisa nahin hua ke log baithein khule zehan ke sath aur nikalen Quran-o-Hadees mein ke kahan likha hua hai.</w:t>
      </w:r>
    </w:p>
    <w:p>
      <w:pPr>
        <w:jc w:val="right"/>
      </w:pPr>
      <w:r>
        <w:t>کشمیر میں ہوا تو کشمیر میں بھی قرآن و حدیث میں تلاش نہیں کیا، آؤٹ آف ری ایکشن کھڑے ہو گئے۔ ایسے ہی ہر جگہ۔ بابری مسجد کا قصہ پیش آیا تو 17 سال میں ایک بار بھی ایسا نہیں ہوا کہ لوگ بیٹھیں کھلے ذہن کے ساتھ اور نکالیں قرآن و حدیث میں کہ کہاں لکھا ہوا ہے۔</w:t>
      </w:r>
    </w:p>
    <w:p>
      <w:r>
        <w:rPr>
          <w:b/>
        </w:rPr>
        <w:t xml:space="preserve">[06:14] </w:t>
      </w:r>
      <w:r>
        <w:t>kyunki Quran mein hai ke ek aayat 'fihi zikrukum', Quran mein tumhari baat hai. To is mein talash karo. To main aap ko do aayaton ko batata hoon aap ja kar ghar dekhiye ga in aayaton ko.</w:t>
      </w:r>
    </w:p>
    <w:p>
      <w:pPr>
        <w:jc w:val="right"/>
      </w:pPr>
      <w:r>
        <w:t>کیونکہ قرآن میں ہے کہ ایک آیت فیہ ذکرکم، قرآن میں تمہاری بات ہے۔ تو اس میں تلاش کرو۔ تو میں آپ کو دو آیتوں کو بتاتا ہوں آپ جا کر گھر دیکھئے گا ان آیتوں کو۔</w:t>
      </w:r>
    </w:p>
    <w:p>
      <w:r>
        <w:rPr>
          <w:b/>
        </w:rPr>
        <w:t xml:space="preserve">[06:30] </w:t>
      </w:r>
      <w:r>
        <w:t>abhi likh lijiye aap. Quran ki do aayaton ko likh lijiye aur ghar ja kar aap Quran mein nikaliye ga ke is aayat mein khula khula bataya gaya hai.</w:t>
      </w:r>
    </w:p>
    <w:p>
      <w:pPr>
        <w:jc w:val="right"/>
      </w:pPr>
      <w:r>
        <w:t>ابھی لکھ لیجئے آپ۔ قرآن کی دو آیتوں کو لکھ لیجئے اور گھر جا کر آپ قرآن میں نکالیے گا کہ اس آیت میں کھلا کھلا بتایا گیا ہے۔</w:t>
      </w:r>
    </w:p>
    <w:p>
      <w:r>
        <w:rPr>
          <w:b/>
        </w:rPr>
        <w:t xml:space="preserve">[06:40] </w:t>
      </w:r>
      <w:r>
        <w:t>yeh dono aayaten Surah Hajj mein hain. Surah Hajj jo jiska number hai 22. Is ki aayat number 38 aur 40.</w:t>
      </w:r>
    </w:p>
    <w:p>
      <w:pPr>
        <w:jc w:val="right"/>
      </w:pPr>
      <w:r>
        <w:t>یہ دونوں آیتیں سورہ حج میں ہیں۔ سورہ حج جو جس کا نمبر ہے 22۔ اس کی آیت نمبر 38 اور 40۔</w:t>
      </w:r>
    </w:p>
    <w:p>
      <w:r>
        <w:rPr>
          <w:b/>
        </w:rPr>
        <w:t xml:space="preserve">[06:53] </w:t>
      </w:r>
      <w:r>
        <w:t>22 aur aayat number 38 aur 40. Do aayaten ja kar aap ghor kijiye aap ghar pahunch kar ke.</w:t>
      </w:r>
    </w:p>
    <w:p>
      <w:pPr>
        <w:jc w:val="right"/>
      </w:pPr>
      <w:r>
        <w:t>22 اور آیت نمبر 38 اور 40۔ دو آیتیں جا کر آپ غور کیجئے آپ گھر پہنچ کر کے۔</w:t>
      </w:r>
    </w:p>
    <w:p>
      <w:r>
        <w:rPr>
          <w:b/>
        </w:rPr>
        <w:t xml:space="preserve">[07:04] </w:t>
      </w:r>
      <w:r>
        <w:t>wo kya hai? Ek aayat mein farmaya ke</w:t>
      </w:r>
    </w:p>
    <w:p>
      <w:pPr>
        <w:jc w:val="right"/>
      </w:pPr>
      <w:r>
        <w:t>وہ کیا ہے؟ ایک آیت میں فرمایا کہ</w:t>
      </w:r>
    </w:p>
    <w:p>
      <w:r>
        <w:rPr>
          <w:b/>
        </w:rPr>
        <w:t xml:space="preserve">[07:28] </w:t>
      </w:r>
      <w:r>
        <w:t>is aayat ko dekhiye aap. Is mein kaha gaya hai ke Khuda agar dafa na kare, Khuda agar dafa na kare to ibadat khane utha diye jayen aur masjid bhi utha diye jayen.</w:t>
      </w:r>
    </w:p>
    <w:p>
      <w:pPr>
        <w:jc w:val="right"/>
      </w:pPr>
      <w:r>
        <w:t>اس آیت کو دیکھئے آپ۔ اس میں کہا گیا ہے کہ خدا اگر دفع نہ کرے، خدا اگر دفع نہ کرے تو عبادت خانے اٹھا دیئے جائیں اور مسجد بھی اٹھا دیئے جائیں۔</w:t>
      </w:r>
    </w:p>
    <w:p>
      <w:r>
        <w:rPr>
          <w:b/>
        </w:rPr>
        <w:t xml:space="preserve">[07:40] </w:t>
      </w:r>
      <w:r>
        <w:t>lafz masjid bhi maujood hai is ke andar. Dafa ke maani hote hain repel. Repel kehte hain hatana. Hatana, remove karna, door karna.</w:t>
      </w:r>
    </w:p>
    <w:p>
      <w:pPr>
        <w:jc w:val="right"/>
      </w:pPr>
      <w:r>
        <w:t>لفظ مسجد بھی موجود ہے اس کے اندر۔ دفع کے معنی ہوتے ہیں ریپل۔ ریپل کہتے ہیں ہٹانا۔ ہٹانا، ریموو کرنا، دور کرنا۔</w:t>
      </w:r>
    </w:p>
    <w:p>
      <w:r>
        <w:rPr>
          <w:b/>
        </w:rPr>
        <w:t xml:space="preserve">[07:54] </w:t>
      </w:r>
      <w:r>
        <w:t>to Khuda repel karta rehta hai. Agar repel na kare to kya ho? Ibadat khane utha diye jayen aur masjid bhi utha diye jayen. Yeh aayat hai Surah Hajj mein.</w:t>
      </w:r>
    </w:p>
    <w:p>
      <w:pPr>
        <w:jc w:val="right"/>
      </w:pPr>
      <w:r>
        <w:t>تو خدا ریپل کرتا رہتا ہے۔ اگر ریپل نہ کرے تو کیا ہو؟ عبادت خانے اٹھا دیئے جائیں اور مسجد بھی اٹھا دیئے جائیں۔ یہ آیت ہے سورہ حج میں۔</w:t>
      </w:r>
    </w:p>
    <w:p>
      <w:r>
        <w:rPr>
          <w:b/>
        </w:rPr>
        <w:t xml:space="preserve">[08:06] </w:t>
      </w:r>
      <w:r>
        <w:t>aap parhiye ja kar ke. Ke masjid utha diye jayen agar Khuda repel na kare. Phir isi Surah mein doosri aayat hai 'innallaha</w:t>
      </w:r>
    </w:p>
    <w:p>
      <w:pPr>
        <w:jc w:val="right"/>
      </w:pPr>
      <w:r>
        <w:t>آپ پڑھئے جا کر کے۔ کہ مسجد اٹھا دیئے جائیں اگر خدا ریپل نہ کرے۔ پھر اسی سورہ میں دوسری آیت ہے ان اللہ</w:t>
      </w:r>
    </w:p>
    <w:p>
      <w:r>
        <w:rPr>
          <w:b/>
        </w:rPr>
        <w:t xml:space="preserve">[08:20] </w:t>
      </w:r>
      <w:r>
        <w:t>Allah dafa karta hai, yaani repel karta hai ahl-e-Iman ki taraf se. Ek hi Surah mein dono aayaten hain. Ab ghor kijiye ke jab Khuda ne yeh farmaya ke Khuda repel karta hai, agar repel na kare to log masjidon ko utha den.</w:t>
      </w:r>
    </w:p>
    <w:p>
      <w:pPr>
        <w:jc w:val="right"/>
      </w:pPr>
      <w:r>
        <w:t>اللہ دفع کرتا ہے، یعنی ریپل کرتا ہے اہل ایمان کی طرف سے۔ ایک ہی سورہ میں دونوں آیتیں ہیں۔ اب غور کیجئے کہ جب خدا نے یہ فرمایا کہ خدا ریپل کرتا ہے، اگر ریپل نہ کرے تو لوگ مسجدوں کو اٹھا دیں۔</w:t>
      </w:r>
    </w:p>
    <w:p>
      <w:r>
        <w:rPr>
          <w:b/>
        </w:rPr>
        <w:t xml:space="preserve">[08:40] </w:t>
      </w:r>
      <w:r>
        <w:t>aur Khuda ahl-e-Iman ki taraf se dafa karta hai. Yahan lafz Iman aaya hai. Yaani Iman walon ke liye aisa karega Khuda.</w:t>
      </w:r>
    </w:p>
    <w:p>
      <w:pPr>
        <w:jc w:val="right"/>
      </w:pPr>
      <w:r>
        <w:t>اور خدا اہل ایمان کی طرف سے دفع کرتا ہے۔ یہاں لفظ ایمان آیا ہے۔ یعنی ایمان والوں کے لیے ایسا کرے گا خدا۔</w:t>
      </w:r>
    </w:p>
    <w:p>
      <w:r>
        <w:rPr>
          <w:b/>
        </w:rPr>
        <w:t xml:space="preserve">[08:52] </w:t>
      </w:r>
      <w:r>
        <w:t>Quran mein doosri jagah hai Surah Hujurat mein</w:t>
      </w:r>
    </w:p>
    <w:p>
      <w:pPr>
        <w:jc w:val="right"/>
      </w:pPr>
      <w:r>
        <w:t>قرآن میں دوسری جگہ ہے سورہ حجرات میں</w:t>
      </w:r>
    </w:p>
    <w:p>
      <w:r>
        <w:rPr>
          <w:b/>
        </w:rPr>
        <w:t xml:space="preserve">[09:02] </w:t>
      </w:r>
      <w:r>
        <w:t>ke aey Arab kehte hain ke hum Iman laye. Nahin tum ne Iman nahin laye. Kaho ke hum Islam, hum Muslim bane.</w:t>
      </w:r>
    </w:p>
    <w:p>
      <w:pPr>
        <w:jc w:val="right"/>
      </w:pPr>
      <w:r>
        <w:t>کہ اے اعراب کہتے ہیں کہ ہم ایمان لائے۔ نہیں تم نے ایمان نہیں لائے۔ کہو کہ ہم اسلام، ہم مسلم بنے۔</w:t>
      </w:r>
    </w:p>
    <w:p>
      <w:r>
        <w:rPr>
          <w:b/>
        </w:rPr>
        <w:t xml:space="preserve">[09:11] </w:t>
      </w:r>
      <w:r>
        <w:t>yaani lafz service se Iman nahin milega tum ko. Tum ko Islam ki taleemat ko, Islam ki teaching ko follow karna padega.</w:t>
      </w:r>
    </w:p>
    <w:p>
      <w:pPr>
        <w:jc w:val="right"/>
      </w:pPr>
      <w:r>
        <w:t>یعنی لفظ سروس سے ایمان نہیں ملے گا تم کو۔ تم کو اسلام کی تعلیمات کو، اسلام کی ٹیچنگ کو فالو کرنا پڑے گا۔</w:t>
      </w:r>
    </w:p>
    <w:p>
      <w:r>
        <w:rPr>
          <w:b/>
        </w:rPr>
        <w:t xml:space="preserve">[09:22] </w:t>
      </w:r>
      <w:r>
        <w:t>apne ko surrender karna padega. Tab tum tumhara Iman jo hai establish hoga ke tumhare andar Iman hai. Ab in aayaton ko parhiye aap.</w:t>
      </w:r>
    </w:p>
    <w:p>
      <w:pPr>
        <w:jc w:val="right"/>
      </w:pPr>
      <w:r>
        <w:t>اپنے کو سرنڈر کرنا پڑے گا۔ تب تم تمہارا ایمان جو ہے اسٹیبلش ہوگا کہ تمہارے اندر ایمان ہے۔ اب ان آیتوں کو پڑھئے آپ۔</w:t>
      </w:r>
    </w:p>
    <w:p>
      <w:r>
        <w:rPr>
          <w:b/>
        </w:rPr>
        <w:t xml:space="preserve">[09:32] </w:t>
      </w:r>
      <w:r>
        <w:t>jab Babri Masjid utha di gayi to aap ko sochna chahiye tha Quran ko le kar ke jab Quran mein saaf saaf likha hua hai ke Khuda repel karta hai, dafa karta hai, hatata hai,</w:t>
      </w:r>
    </w:p>
    <w:p>
      <w:pPr>
        <w:jc w:val="right"/>
      </w:pPr>
      <w:r>
        <w:t>جب بابری مسجد اٹھا دی گئی تو آپ کو سوچنا چاہیئے تھا قرآن کو لے کر کہ جب قرآن میں صاف صاف لکھا ہوا ہے کہ خدا ریپل کرتا ہے، دفع کرتا ہے، ہٹاتا ہے،</w:t>
      </w:r>
    </w:p>
    <w:p>
      <w:r>
        <w:rPr>
          <w:b/>
        </w:rPr>
        <w:t xml:space="preserve">[09:46] </w:t>
      </w:r>
      <w:r>
        <w:t>defense karta hai. Agar defense na kare to masjiden utha diye jayen. To kyun kiya is ki wajah se hua ke Khuda ne yahan par hamari taraf se repel nahin kiya?</w:t>
      </w:r>
    </w:p>
    <w:p>
      <w:pPr>
        <w:jc w:val="right"/>
      </w:pPr>
      <w:r>
        <w:t>ڈیفنس کرتا ہے۔ اگر ڈیفنس نہ کرے تو مسجدیں اٹھا دیئے جائیں۔ تو کیوں کیا اس کی وجہ سے ہوا کہ خدا نے یہاں پر ہماری طرف سے ریپل نہیں کیا؟</w:t>
      </w:r>
    </w:p>
    <w:p>
      <w:r>
        <w:rPr>
          <w:b/>
        </w:rPr>
        <w:t xml:space="preserve">[10:00] </w:t>
      </w:r>
      <w:r>
        <w:t>kyun? Jabke saaf saaf hai. To ahl-e-Iman ke liye bhi yahi hai.</w:t>
      </w:r>
    </w:p>
    <w:p>
      <w:pPr>
        <w:jc w:val="right"/>
      </w:pPr>
      <w:r>
        <w:t>کیوں؟ جبکہ صاف صاف ہے۔ تو اہل ایمان کے لیے بھی یہی ہے۔</w:t>
      </w:r>
    </w:p>
    <w:p>
      <w:r>
        <w:rPr>
          <w:b/>
        </w:rPr>
        <w:t xml:space="preserve">[10:11] </w:t>
      </w:r>
      <w:r>
        <w:t>to wahan par ab jawab milega aap ko ke logon ke andar lafz service wala Iman hai, Islam ke liye surrender karne wala Iman nahin. Yaani apne aap ko Islam, Khuda ke deen ke liye surrender kar dena.</w:t>
      </w:r>
    </w:p>
    <w:p>
      <w:pPr>
        <w:jc w:val="right"/>
      </w:pPr>
      <w:r>
        <w:t>تو وہاں پر اب جواب ملے گا آپ کو کہ لوگوں کے اندر لفظ سروس والا ایمان ہے، اسلام کے لیے سرنڈر کرنے والا ایمان نہیں۔ یعنی اپنے آپ کو اسلام، خدا کے دین کے لیے سرنڈر کر دینا۔</w:t>
      </w:r>
    </w:p>
    <w:p>
      <w:r>
        <w:rPr>
          <w:b/>
        </w:rPr>
        <w:t xml:space="preserve">[10:26] </w:t>
      </w:r>
      <w:r>
        <w:t>jo baaten kahi gayi hain Quran-o-Sunnat mein us ko follow karna. Yeh nahin hai. Jo karte hain out of reaction karte hain.</w:t>
      </w:r>
    </w:p>
    <w:p>
      <w:pPr>
        <w:jc w:val="right"/>
      </w:pPr>
      <w:r>
        <w:t>جو باتیں کہی گئی ہیں قرآن و سنت میں اس کو فالو کرنا۔ یہ نہیں ہے۔ جو کرتے ہیں آؤٹ آف ری ایکشن کرتے ہیں۔</w:t>
      </w:r>
    </w:p>
    <w:p>
      <w:r>
        <w:rPr>
          <w:b/>
        </w:rPr>
        <w:t xml:space="preserve">[10:37] </w:t>
      </w:r>
      <w:r>
        <w:t>jab koi baat pesh aati hai to aisa nahi hota ke quran mein dhoondhen. bas khare ho gaye taqreer karne ke liye, qalam le liya likhne ke liye, josheeli baatein,</w:t>
      </w:r>
    </w:p>
    <w:p>
      <w:pPr>
        <w:jc w:val="right"/>
      </w:pPr>
      <w:r>
        <w:t>جب کوئی بات پیش آتی ہے تو ایسا نہیں ہوتا کہ قرآن میں ڈھونڈیں۔ بس کھڑے ہو گئے تقریر کرنے کے لیے، قلم لے لیا لکھنے کے لیے، جوشیلی باتیں،</w:t>
      </w:r>
    </w:p>
    <w:p>
      <w:r>
        <w:rPr>
          <w:b/>
        </w:rPr>
        <w:t xml:space="preserve">[10:50] </w:t>
      </w:r>
      <w:r>
        <w:t>narah lagane wali baatein. to babri masjid ke silsile mein main aap ko batana chahta hoon ke is ke kai phases hain.</w:t>
      </w:r>
    </w:p>
    <w:p>
      <w:pPr>
        <w:jc w:val="right"/>
      </w:pPr>
      <w:r>
        <w:t>نعرہ لگانے والی باتیں۔ تو بابری مسجد کے سلسلے میں میں آپ کو بتانا چاہتا ہوں کہ اس کے کئی فیزز ہیں۔</w:t>
      </w:r>
    </w:p>
    <w:p>
      <w:r>
        <w:rPr>
          <w:b/>
        </w:rPr>
        <w:t xml:space="preserve">[11:00] </w:t>
      </w:r>
      <w:r>
        <w:t>har phase mein musalmanon ne is ke khilaf kiya hai. to jab khilaf kiya hai to khuda kyun reply karega?</w:t>
      </w:r>
    </w:p>
    <w:p>
      <w:pPr>
        <w:jc w:val="right"/>
      </w:pPr>
      <w:r>
        <w:t>ہر فیز میں مسلمانوں نے اس کے خلاف کیا ہے۔ تو جب خلاف کیا ہے تو خدا کیوں ریپل کرے گا؟</w:t>
      </w:r>
    </w:p>
    <w:p>
      <w:r>
        <w:rPr>
          <w:b/>
        </w:rPr>
        <w:t xml:space="preserve">[11:10] </w:t>
      </w:r>
      <w:r>
        <w:t>kyun reply karega? yaani musalmanon ne yeh saboot nahi diya babri masjid ke maamle mein ke woh khuda ki jo taleemat hain quran o sunnat mein us ko follow kar rahe hain.</w:t>
      </w:r>
    </w:p>
    <w:p>
      <w:pPr>
        <w:jc w:val="right"/>
      </w:pPr>
      <w:r>
        <w:t>کیوں ریپل کرے گا؟ یعنی مسلمانوں نے یہ ثبوت نہیں دیا بابری مسجد کے معاملے میں کہ وہ خدا کی جو تعلیمات ہیں قرآن و سنت میں اس کو فالو کر رہے ہیں۔</w:t>
      </w:r>
    </w:p>
    <w:p>
      <w:r>
        <w:rPr>
          <w:b/>
        </w:rPr>
        <w:t xml:space="preserve">[11:24] </w:t>
      </w:r>
      <w:r>
        <w:t>to khuda ne chhod diya is ko aap ke upar aur aap kar nahi sake. khuda aata to koi nahi is ko utha sakta tha.</w:t>
      </w:r>
    </w:p>
    <w:p>
      <w:pPr>
        <w:jc w:val="right"/>
      </w:pPr>
      <w:r>
        <w:t>تو خدا نے چھوڑ دیا اس کو آپ کے اوپر اور آپ کر نہیں سکے۔ خدا آتا تو کوئی نہیں اس کو اٹھا سکتا تھا۔</w:t>
      </w:r>
    </w:p>
    <w:p>
      <w:r>
        <w:rPr>
          <w:b/>
        </w:rPr>
        <w:t xml:space="preserve">[11:33] </w:t>
      </w:r>
      <w:r>
        <w:t>ya khuda nahi aaya to aap ke upar tha to aap to bebas ho gaye. yeh hai asal baat.</w:t>
      </w:r>
    </w:p>
    <w:p>
      <w:pPr>
        <w:jc w:val="right"/>
      </w:pPr>
      <w:r>
        <w:t>یا خدا نہیں آیا تو آپ کے اوپر تھا تو آپ تو بے بس ہو گئے۔ یہ ہے اصل بات۔</w:t>
      </w:r>
    </w:p>
    <w:p>
      <w:r>
        <w:rPr>
          <w:b/>
        </w:rPr>
        <w:t xml:space="preserve">[11:44] </w:t>
      </w:r>
      <w:r>
        <w:t>to main aap ko dawat deta hoon ke aap ghar par jaen aur surah hajj ko kholen, is ki in do aayaton ko mutala karen aap. aayat 38 aur aayat 40.</w:t>
      </w:r>
    </w:p>
    <w:p>
      <w:pPr>
        <w:jc w:val="right"/>
      </w:pPr>
      <w:r>
        <w:t>تو میں آپ کو دعوت دیتا ہوں کہ آپ گھر پر جائیں اور سورہ حج کو کھولیں، اس کی ان دو آیتوں کو مطالعہ کریں آپ۔ آیت 38 اور آیت 40۔</w:t>
      </w:r>
    </w:p>
    <w:p>
      <w:r>
        <w:rPr>
          <w:b/>
        </w:rPr>
        <w:t xml:space="preserve">[11:55] </w:t>
      </w:r>
      <w:r>
        <w:t>ab main aap ko batana chahta hoon ke kis tarah se musalmanon ne is maamle mein nazar andaaz kiya hai islam ki baaton ko. bilkul nazar andaaz kiya hai.</w:t>
      </w:r>
    </w:p>
    <w:p>
      <w:pPr>
        <w:jc w:val="right"/>
      </w:pPr>
      <w:r>
        <w:t>اب میں آپ کو بتانا چاہتا ہوں کہ کس طرح سے مسلمانوں نے اس معاملے میں نظر انداز کیا ہے اسلام کی باتوں کو۔ بالکل نظر انداز کیا ہے۔</w:t>
      </w:r>
    </w:p>
    <w:p>
      <w:r>
        <w:rPr>
          <w:b/>
        </w:rPr>
        <w:t xml:space="preserve">[12:06] </w:t>
      </w:r>
      <w:r>
        <w:t>dekhiye babri masjid jo hai kab bani thi? yeh bani hai 1528 mein. yaani</w:t>
      </w:r>
    </w:p>
    <w:p>
      <w:pPr>
        <w:jc w:val="right"/>
      </w:pPr>
      <w:r>
        <w:t>دیکھئے بابری مسجد جو ہے کب بنی تھی؟ یہ بنی ہے 1528 میں۔ یعنی</w:t>
      </w:r>
    </w:p>
    <w:p>
      <w:r>
        <w:rPr>
          <w:b/>
        </w:rPr>
        <w:t xml:space="preserve">[12:18] </w:t>
      </w:r>
      <w:r>
        <w:t>is zamane mein babar india mein aa chuka tha. babar india mein aa chuka tha aur awadh mein is ki hukoomat qaim ho chuki thi.</w:t>
      </w:r>
    </w:p>
    <w:p>
      <w:pPr>
        <w:jc w:val="right"/>
      </w:pPr>
      <w:r>
        <w:t>اس زمانے میں بابر انڈیا میں آ چکا تھا۔ بابر انڈیا میں آ چکا تھا اور اودھ میں اس کی حکومت قائم ہو چکی تھی۔</w:t>
      </w:r>
    </w:p>
    <w:p>
      <w:r>
        <w:rPr>
          <w:b/>
        </w:rPr>
        <w:t xml:space="preserve">[12:28] </w:t>
      </w:r>
      <w:r>
        <w:t>to awadh mein babar ki taraf se ek governor tha, is ka naam tha mir baqi. to babri masjid ko mir baqi ne banwaya.</w:t>
      </w:r>
    </w:p>
    <w:p>
      <w:pPr>
        <w:jc w:val="right"/>
      </w:pPr>
      <w:r>
        <w:t>تو اودھ میں بابر کی طرف سے ایک گورنر تھا، اس کا نام تھا میر باقی۔ تو بابری مسجد کو میر باقی نے بنوایا۔</w:t>
      </w:r>
    </w:p>
    <w:p>
      <w:r>
        <w:rPr>
          <w:b/>
        </w:rPr>
        <w:t xml:space="preserve">[12:40] </w:t>
      </w:r>
      <w:r>
        <w:t>babri masjid ko mir baqi ne banwaya 1528 mein.</w:t>
      </w:r>
    </w:p>
    <w:p>
      <w:pPr>
        <w:jc w:val="right"/>
      </w:pPr>
      <w:r>
        <w:t>بابری مسجد کو میر باقی نے بنوایا 1528 میں۔</w:t>
      </w:r>
    </w:p>
    <w:p>
      <w:r>
        <w:rPr>
          <w:b/>
        </w:rPr>
        <w:t xml:space="preserve">[12:49] </w:t>
      </w:r>
      <w:r>
        <w:t>yeh is ka qissa bohat tafseel se hai kitabon mein maujood. ayodhya mein us waqt jo hai ek sufi darwesh type raha karte the, aalim nahi the woh.</w:t>
      </w:r>
    </w:p>
    <w:p>
      <w:pPr>
        <w:jc w:val="right"/>
      </w:pPr>
      <w:r>
        <w:t>یہ اس کا قصہ بہت تفصیل سے ہے کتابوں میں موجود۔ آجودھیا میں اس وقت جو ہے ایک صوفی درویش ٹائپ رہا کرتے تھے، عالم نہیں تھے وہ۔</w:t>
      </w:r>
    </w:p>
    <w:p>
      <w:r>
        <w:rPr>
          <w:b/>
        </w:rPr>
        <w:t xml:space="preserve">[13:02] </w:t>
      </w:r>
      <w:r>
        <w:t>apna woh jaise hote hain taweez ganda dete hain, dua phoonkte hain, qalandar ke tareeqe se rehte hain. in ke haan hindu muslim dono aate the. is zamane mein aap jante hain ke bohat zyada aaj kal ke ta'assub nahi hua karta tha.</w:t>
      </w:r>
    </w:p>
    <w:p>
      <w:pPr>
        <w:jc w:val="right"/>
      </w:pPr>
      <w:r>
        <w:t>اپنا وہ جیسے ہوتے ہیں تعویذ گنڈا دیتے ہیں، دعا پھونکتے ہیں، قلندر کے طریقے سے رہتے ہیں۔ ان کے ہاں ہندو مسلم دونوں آتے تھے۔ اس زمانے میں آپ جانتے ہیں کہ بہت زیادہ آج کل کے تعصب نہیں ہوا کرتا تھا۔</w:t>
      </w:r>
    </w:p>
    <w:p>
      <w:r>
        <w:rPr>
          <w:b/>
        </w:rPr>
        <w:t xml:space="preserve">[13:18] </w:t>
      </w:r>
      <w:r>
        <w:t>to hindu muslim dono aate the is sufi sahab ke haan ayodhya mein. aur mir baqi jo tha woh bhi in ka murid tha. yaani murid matlab mo'taqid tha in ka, in ke paas aata tha.</w:t>
      </w:r>
    </w:p>
    <w:p>
      <w:pPr>
        <w:jc w:val="right"/>
      </w:pPr>
      <w:r>
        <w:t>تو ہندو مسلم دونوں آتے تھے اس صوفی صاحب کے ہاں آجودھیا میں۔ اور میر باقی جو تھا وہ بھی ان کا مرید تھا۔ یعنی مرید مطلب معتقد تھا ان کا، ان کے پاس آتا تھا۔</w:t>
      </w:r>
    </w:p>
    <w:p>
      <w:r>
        <w:rPr>
          <w:b/>
        </w:rPr>
        <w:t xml:space="preserve">[13:31] </w:t>
      </w:r>
      <w:r>
        <w:t>us waqt ayodhya mein koi masjid nahi thi. to mir baqi ne kaha ke main chahta hoon ke yahan par main ek masjid bana doon.</w:t>
      </w:r>
    </w:p>
    <w:p>
      <w:pPr>
        <w:jc w:val="right"/>
      </w:pPr>
      <w:r>
        <w:t>اس وقت آجودھیا میں کوئی مسجد نہیں تھی۔ تو میر باقی نے کہا کہ میں چاہتا ہوں کہ یہاں پر میں ایک مسجد بنا دوں۔</w:t>
      </w:r>
    </w:p>
    <w:p>
      <w:r>
        <w:rPr>
          <w:b/>
        </w:rPr>
        <w:t xml:space="preserve">[13:40] </w:t>
      </w:r>
      <w:r>
        <w:t>ek masjid bana doon. to muslim sufi jo the unhone kaha ke zaroor bana do. to unhone bilkul foran ek tajweez pesh kar di.</w:t>
      </w:r>
    </w:p>
    <w:p>
      <w:pPr>
        <w:jc w:val="right"/>
      </w:pPr>
      <w:r>
        <w:t>ایک مسجد بنا دوں۔ تو مسلم صوفی جو تھے انہوں نے کہا کہ ضرور بنا دو۔ تو انہوں نے بالکل فوراً ایک تجویز پیش کر دی۔</w:t>
      </w:r>
    </w:p>
    <w:p>
      <w:r>
        <w:rPr>
          <w:b/>
        </w:rPr>
        <w:t xml:space="preserve">[13:53] </w:t>
      </w:r>
      <w:r>
        <w:t>bilkul ek jis ko kehte hain naye aadmi ki tarah se ke dekho yahan par yeh ram shabutra hai, usi wohin us ke paas masjid bana do.</w:t>
      </w:r>
    </w:p>
    <w:p>
      <w:pPr>
        <w:jc w:val="right"/>
      </w:pPr>
      <w:r>
        <w:t>بالکل ایک جس کو کہتے ہیں نئے آدمی کی طرح سے کہ دیکھو یہاں پر یہ رام شبوترا ہے، اسی وہیں اس کے پاس مسجد بنا دو۔</w:t>
      </w:r>
    </w:p>
    <w:p>
      <w:r>
        <w:rPr>
          <w:b/>
        </w:rPr>
        <w:t xml:space="preserve">[14:03] </w:t>
      </w:r>
      <w:r>
        <w:t>to idhar hindu bhi apna pooja karen ge, idhar musalman bhi apna ibadat karen ge. bilkul foran unhone aisa kaha. woh woh bechare seedhe saade aadmi the.</w:t>
      </w:r>
    </w:p>
    <w:p>
      <w:pPr>
        <w:jc w:val="right"/>
      </w:pPr>
      <w:r>
        <w:t>تو ادھر ہندو بھی اپنا پوجا کریں گے، ادھر مسلمان بھی اپنا عبادت کریں گے۔ بالکل فوراً انہوں نے ایسا کہا۔ وہ وہ بیچارے سید سادھے آدمی تھے۔</w:t>
      </w:r>
    </w:p>
    <w:p>
      <w:r>
        <w:rPr>
          <w:b/>
        </w:rPr>
        <w:t xml:space="preserve">[14:15] </w:t>
      </w:r>
      <w:r>
        <w:t>to main ne khud 1947 se pehle, main sunta tha azadi se pehle ke ayodhya mein ek masjid hai, us ke andar mandir bhi hai.</w:t>
      </w:r>
    </w:p>
    <w:p>
      <w:pPr>
        <w:jc w:val="right"/>
      </w:pPr>
      <w:r>
        <w:t>تو میں نے خود 1947 سے پہلے، میں سنتا تھا آزادی سے پہلے کہ آجودھیا میں ایک مسجد ہے، اس کے اندر مندر بھی ہے۔</w:t>
      </w:r>
    </w:p>
    <w:p>
      <w:r>
        <w:rPr>
          <w:b/>
        </w:rPr>
        <w:t xml:space="preserve">[14:27] </w:t>
      </w:r>
      <w:r>
        <w:t>to mujhe shauq tha ke ja kar dekhon. to ek baar main khaas isi liye gaya ayodhya. wahan main ne namaz hi padhi babri masjid mein, nojawani ki umar mein.</w:t>
      </w:r>
    </w:p>
    <w:p>
      <w:pPr>
        <w:jc w:val="right"/>
      </w:pPr>
      <w:r>
        <w:t>تو مجھے شوق تھا کہ جا کر دیکھوں۔ تو ایک بار میں خاص اسی لیے گیا آجودھیا۔ وہاں میں نے نماز ہی پڑھی بابری مسجد میں، نوجوانی کی عمر میں۔</w:t>
      </w:r>
    </w:p>
    <w:p>
      <w:r>
        <w:rPr>
          <w:b/>
        </w:rPr>
        <w:t xml:space="preserve">[14:38] </w:t>
      </w:r>
      <w:r>
        <w:t>to qissa yeh tha ke masjid thi poori ek bari bani hui choone ki. aur masjid ke sath bilkul mila hua ek chabutara tha.</w:t>
      </w:r>
    </w:p>
    <w:p>
      <w:pPr>
        <w:jc w:val="right"/>
      </w:pPr>
      <w:r>
        <w:t>تو قصہ یہ تھا کہ مسجد تھی پوری ایک بڑی بنی ہوئی چونے کی۔ اور مسجد کے ساتھ بالکل ملا ہوا ایک چبوترا تھا۔</w:t>
      </w:r>
    </w:p>
    <w:p>
      <w:r>
        <w:rPr>
          <w:b/>
        </w:rPr>
        <w:t xml:space="preserve">[14:48] </w:t>
      </w:r>
      <w:r>
        <w:t>to wahan mandir nahi tha, yeh jo mashhoor kaha jata hai ke mandir tha aur mandir toda gaya, yeh galat hai bilkul. yeh tareekh se sabit nahi hota aisa. jo cheez sabit hoti hai woh sirf yeh hai ke wahan par ek chabutara tha.</w:t>
      </w:r>
    </w:p>
    <w:p>
      <w:pPr>
        <w:jc w:val="right"/>
      </w:pPr>
      <w:r>
        <w:t>تو وہاں مندر نہیں تھا، یہ جو مشہور کہا جاتا ہے کہ مندر تھا اور مندر توڑا گیا، یہ غلط ہے بالکل۔ یہ تاریخ سے ثابت نہیں ہوتا ایسا۔ جو چیز ثابت ہوتی ہے وہ صرف یہ ہے کہ وہاں پر ایک چبوترا تھا۔</w:t>
      </w:r>
    </w:p>
    <w:p>
      <w:r>
        <w:rPr>
          <w:b/>
        </w:rPr>
        <w:t xml:space="preserve">[15:00] </w:t>
      </w:r>
      <w:r>
        <w:t>to main ne dekha tha ke chabutare par kuch kuch cheezein rakhi hui thin, maslan salota tha wahan par, kharauon tha wahan par, is tarah ki cheezein.</w:t>
      </w:r>
    </w:p>
    <w:p>
      <w:pPr>
        <w:jc w:val="right"/>
      </w:pPr>
      <w:r>
        <w:t>تو میں نے دیکھا تھا کہ چبوترے پر کچھ کچھ چیزیں رکھی ہوئی تھیں، مثلاً سلوٹا تھا وہاں پر، کھڑاؤں تھا وہاں پر، اس طرح کی چیزیں۔</w:t>
      </w:r>
    </w:p>
    <w:p>
      <w:r>
        <w:rPr>
          <w:b/>
        </w:rPr>
        <w:t xml:space="preserve">[15:09] </w:t>
      </w:r>
      <w:r>
        <w:t>to yeh mashhoor tha ke yeh ram chabutara hai. is ka naam tha ram chabutara. yaani yeh yeh mashhoor tha hindu logon ke ram yahan paida hue aur sita herati theen, un ke liye rasoi banati theen.</w:t>
      </w:r>
    </w:p>
    <w:p>
      <w:pPr>
        <w:jc w:val="right"/>
      </w:pPr>
      <w:r>
        <w:t>تو یہ مشہور تھا کہ یہ رام چبوترا ہے۔ اس کا نام تھا رام چبوترا۔ یعنی یہ یہ مشہور تھا ہندو لوگوں کے رام یہاں پیدا ہوئے اور سیتا ہیراتی تھیں، ان کے لیے رسوئی بناتی تھیں۔</w:t>
      </w:r>
    </w:p>
    <w:p>
      <w:r>
        <w:rPr>
          <w:b/>
        </w:rPr>
        <w:t xml:space="preserve">[15:26] </w:t>
      </w:r>
      <w:r>
        <w:t>to ram aap jante hain koi tareekhi shanakht to hai nahi, lekin tareekhi tor par aisa un ke haan tha. to ek chabootra tha jis ke oopar ram ki kuch yaadgaarein rakhi hui theen.</w:t>
      </w:r>
    </w:p>
    <w:p>
      <w:pPr>
        <w:jc w:val="right"/>
      </w:pPr>
      <w:r>
        <w:t>تو رام آپ جانتے ہیں کوئی تاریخی شناخت تو ہے نہیں، لیکن تاریخی طور پر ایسا ان کے ہاں تھا۔ تو ایک چبوترا تھا جس کے اوپر رام کی کچھ یادگاریں رکھی ہوئی تھیں۔</w:t>
      </w:r>
    </w:p>
    <w:p>
      <w:r>
        <w:rPr>
          <w:b/>
        </w:rPr>
        <w:t xml:space="preserve">[15:37] </w:t>
      </w:r>
      <w:r>
        <w:t>kharaon aur salota jaisi cheez. to woh mir baki ne bilkul dono ko mila kar bana diya.</w:t>
      </w:r>
    </w:p>
    <w:p>
      <w:pPr>
        <w:jc w:val="right"/>
      </w:pPr>
      <w:r>
        <w:t>کھڑاؤں اور سلوٹا جیسی چیز۔ تو وہ میر باقی نے بالکل دونوں کو ملا کر بنا دیا۔</w:t>
      </w:r>
    </w:p>
    <w:p>
      <w:r>
        <w:rPr>
          <w:b/>
        </w:rPr>
        <w:t xml:space="preserve">[15:47] </w:t>
      </w:r>
      <w:r>
        <w:t>masjid aur woh dono. dekhiye yeh jo hai bilkul islam ke khilaf tha. ya yeh sofi thay, woh aalim nahi thay, woh islami tareekh nahi jante thay, warna woh aisa kabhi nahi karte.</w:t>
      </w:r>
    </w:p>
    <w:p>
      <w:pPr>
        <w:jc w:val="right"/>
      </w:pPr>
      <w:r>
        <w:t>مسجد اور وہ دونوں۔ دیکھئے یہ جو ہے بالکل اسلام کے خلاف تھا۔ یا یہ صوفی تھے، وہ عالم نہیں تھے، وہ اسلامی تاریخ نہیں جانتے تھے، ورنہ وہ ایسا کبھی نہیں کرتے۔</w:t>
      </w:r>
    </w:p>
    <w:p>
      <w:r>
        <w:rPr>
          <w:b/>
        </w:rPr>
        <w:t xml:space="preserve">[16:03] </w:t>
      </w:r>
      <w:r>
        <w:t>yani unhon ne samjha ke yeh agar masjid mandir akhathe banaya jaye ga to yeh ek acha meeting point banega hindu musalmanon ke liye.</w:t>
      </w:r>
    </w:p>
    <w:p>
      <w:pPr>
        <w:jc w:val="right"/>
      </w:pPr>
      <w:r>
        <w:t>یعنی انہوں نے سمجھا کہ یہ اگر مسجد مندر اکٹھے بنایا جائے گا تو یہ ایک اچھا میٹنگ پوائنٹ بنے گا ہندو مسلمانوں کے لیے۔</w:t>
      </w:r>
    </w:p>
    <w:p>
      <w:r>
        <w:rPr>
          <w:b/>
        </w:rPr>
        <w:t xml:space="preserve">[16:13] </w:t>
      </w:r>
      <w:r>
        <w:t>lekin amli tor par kya hone wala tha? woh tanazu point banne wala tha. mazhabi cheez agar akhatha banai jaye is tareeqay se to aakhir mein ja kar ke woh tanazu point ban jata hai.</w:t>
      </w:r>
    </w:p>
    <w:p>
      <w:pPr>
        <w:jc w:val="right"/>
      </w:pPr>
      <w:r>
        <w:t>لیکن عملی طور پر کیا ہونے والا تھا؟ وہ تنازع پوائنٹ بننے والا تھا۔ مذہبی چیز اگر اکٹھا بنائی جائے اس طریقے سے تو آخر میں جا کر کے وہ تنازع پوائنٹ بن جاتا ہے۔</w:t>
      </w:r>
    </w:p>
    <w:p>
      <w:r>
        <w:rPr>
          <w:b/>
        </w:rPr>
        <w:t xml:space="preserve">[16:25] </w:t>
      </w:r>
      <w:r>
        <w:t>yani takrao ka point. to yahi hua. to islam ki tareekh mein ek bohat hi zabardast ek waqea hai.</w:t>
      </w:r>
    </w:p>
    <w:p>
      <w:pPr>
        <w:jc w:val="right"/>
      </w:pPr>
      <w:r>
        <w:t>یعنی ٹکراؤ کا پوائنٹ۔ تو یہی ہوا۔ تو اسلام کی تاریخ میں ایک بہت ہی زبردست ایک واقعہ ہے۔</w:t>
      </w:r>
    </w:p>
    <w:p>
      <w:r>
        <w:rPr>
          <w:b/>
        </w:rPr>
        <w:t xml:space="preserve">[16:36] </w:t>
      </w:r>
      <w:r>
        <w:t>woh is ke khilaf kiya sofi sahib ne, woh mein batana chahta hoon aap ko. dekhiye 1636 mein mein falasteen mein musalman dakhil hue thay.</w:t>
      </w:r>
    </w:p>
    <w:p>
      <w:pPr>
        <w:jc w:val="right"/>
      </w:pPr>
      <w:r>
        <w:t>وہ اس کے خلاف کیا صوفی صاحب نے، وہ میں بتانا چاہتا ہوں آپ کو۔ دیکھئے 1636 میں میں فلسطین میں مسلمان داخل ہوئے تھے۔</w:t>
      </w:r>
    </w:p>
    <w:p>
      <w:r>
        <w:rPr>
          <w:b/>
        </w:rPr>
        <w:t xml:space="preserve">[16:52] </w:t>
      </w:r>
      <w:r>
        <w:t>to us waqt jab musalman dakhil hue wahan par to qale ko gher liya unhon ne. to wahan jo patriarch tha us ne kaha ke hum sulah karne ke liye tayyar hain lekin tumhara khalifa aaye tab sulah karein ge.</w:t>
      </w:r>
    </w:p>
    <w:p>
      <w:pPr>
        <w:jc w:val="right"/>
      </w:pPr>
      <w:r>
        <w:t>تو اس وقت جب مسلمان داخل ہوئے وہاں پر تو قلعے کو گھیر لیا انہوں نے۔ تو وہاں جو پیٹریارک تھا اس نے کہا کہ ہم صلح کرنے کے لیے تیار ہیں لیکن تمہارا خلیفہ آئے تب صلح کریں گے۔</w:t>
      </w:r>
    </w:p>
    <w:p>
      <w:r>
        <w:rPr>
          <w:b/>
        </w:rPr>
        <w:t xml:space="preserve">[17:13] </w:t>
      </w:r>
      <w:r>
        <w:t>tumhare jo muslim ka jo woh group tha wahan par us se nahi sulah karein ge woh. khalifa jo madine mein hai woh aaye to hum us ke sath sulah karein ge.</w:t>
      </w:r>
    </w:p>
    <w:p>
      <w:pPr>
        <w:jc w:val="right"/>
      </w:pPr>
      <w:r>
        <w:t>تمہارے جو مسلم کا جو وہ گروپ تھا وہاں پر اس سے نہیں صلح کریں گے وہ۔ خلیفہ جو مدینے میں ہے وہ آئے تو ہم اس کے ساتھ صلح کریں گے۔</w:t>
      </w:r>
    </w:p>
    <w:p>
      <w:r>
        <w:rPr>
          <w:b/>
        </w:rPr>
        <w:t xml:space="preserve">[17:23] </w:t>
      </w:r>
      <w:r>
        <w:t>to unhon ne paigham bheja wahan. to hazrat umar khalifa thay us waqt. woh madine se logon se mashwara kiya.</w:t>
      </w:r>
    </w:p>
    <w:p>
      <w:pPr>
        <w:jc w:val="right"/>
      </w:pPr>
      <w:r>
        <w:t>تو انہوں نے پیغام بھیجا وہاں۔ تو حضرت عمر خلیفہ تھے اس وقت۔ وہ مدینے سے لوگوں سے مشورہ کیا۔</w:t>
      </w:r>
    </w:p>
    <w:p>
      <w:r>
        <w:rPr>
          <w:b/>
        </w:rPr>
        <w:t xml:space="preserve">[17:32] </w:t>
      </w:r>
      <w:r>
        <w:t>mashwara kar ke hazrat ali ko unhon ne madine mein apni jagah par rakha aur madine se rawana hue oont par. to</w:t>
      </w:r>
    </w:p>
    <w:p>
      <w:pPr>
        <w:jc w:val="right"/>
      </w:pPr>
      <w:r>
        <w:t>مشورہ کر کے حضرت علی کو انہوں نے مدینے میں اپنی جگہ پر رکھا اور مدینے سے روانہ ہوئے اونٹ پر۔ تو</w:t>
      </w:r>
    </w:p>
    <w:p>
      <w:r>
        <w:rPr>
          <w:b/>
        </w:rPr>
        <w:t xml:space="preserve">[17:43] </w:t>
      </w:r>
      <w:r>
        <w:t>is ko is waqey ko unhon ne likha maulana shibli nomani ne ke aisa jab woh rawana hue falasteen se ke liye, yani madina se falasteen ke liye to aisa maloom hota tha ke markaz alam jumbish mein aa gaya hai.</w:t>
      </w:r>
    </w:p>
    <w:p>
      <w:pPr>
        <w:jc w:val="right"/>
      </w:pPr>
      <w:r>
        <w:t>اس کو اس واقعے کو انہوں نے لکھا مولانا شبلی نعمانی نے کہ ایسا جب وہ روانہ ہوئے فلسطین سے کے لیے، یعنی مدینہ سے فلسطین کے لیے تو ایسا معلوم ہوتا تھا کہ مرکز عالم جنبش میں آگیا ہے۔</w:t>
      </w:r>
    </w:p>
    <w:p>
      <w:r>
        <w:rPr>
          <w:b/>
        </w:rPr>
        <w:t xml:space="preserve">[18:01] </w:t>
      </w:r>
      <w:r>
        <w:t>markaz alam jumbish mein aa gaya hai. yeh to khair adabi andaaz un ka hai lekin mein aap ko ek tareekhi kitab ka hawala dena chahta hoon. khalis tareekhi kitab.</w:t>
      </w:r>
    </w:p>
    <w:p>
      <w:pPr>
        <w:jc w:val="right"/>
      </w:pPr>
      <w:r>
        <w:t>مرکز عالم جنبش میں آگیا ہے۔ یہ تو خیر ادبی انداز ان کا ہے لیکن میں آپ کو ایک تاریخی کتاب کا حوالہ دینا چاہتا ہوں۔ خالص تاریخی کتاب۔</w:t>
      </w:r>
    </w:p>
    <w:p>
      <w:r>
        <w:rPr>
          <w:b/>
        </w:rPr>
        <w:t xml:space="preserve">[18:12] </w:t>
      </w:r>
      <w:r>
        <w:t>to</w:t>
      </w:r>
    </w:p>
    <w:p>
      <w:pPr>
        <w:jc w:val="right"/>
      </w:pPr>
      <w:r>
        <w:t>تو</w:t>
      </w:r>
    </w:p>
    <w:p>
      <w:r>
        <w:rPr>
          <w:b/>
        </w:rPr>
        <w:t xml:space="preserve">[18:16] </w:t>
      </w:r>
      <w:r>
        <w:t>hazrat umar ke sath ek khadim tha un ka. do aadmi chale bas. woh khalifa thay aur bohat bara bohat wasee ilaqay par us waqt khilafat qaim thi.</w:t>
      </w:r>
    </w:p>
    <w:p>
      <w:pPr>
        <w:jc w:val="right"/>
      </w:pPr>
      <w:r>
        <w:t>حضرت عمر کے ساتھ ایک خادم تھا ان کا۔ دو آدمی چلے بس۔ وہ خلیفہ تھے اور بہت بڑا بہت وسیع علاقے پر اس وقت خلافت قائم تھی۔</w:t>
      </w:r>
    </w:p>
    <w:p>
      <w:r>
        <w:rPr>
          <w:b/>
        </w:rPr>
        <w:t xml:space="preserve">[18:28] </w:t>
      </w:r>
      <w:r>
        <w:t>to woh chale to na koi fouj, na koi na koi security, kuch nahi. sirf woh thay aur ek khadim tha, do aadmi. aur sirf woh ek oont par.</w:t>
      </w:r>
    </w:p>
    <w:p>
      <w:pPr>
        <w:jc w:val="right"/>
      </w:pPr>
      <w:r>
        <w:t>تو وہ چلے تو نہ کوئی فوج، نہ کوئی نہ کوئی سیکیورٹی، کچھ نہیں۔ صرف وہ تھے اور ایک خادم تھا، دو آدمی۔ اور صرف وہ ایک اونٹ پر۔</w:t>
      </w:r>
    </w:p>
    <w:p>
      <w:r>
        <w:rPr>
          <w:b/>
        </w:rPr>
        <w:t xml:space="preserve">[18:38] </w:t>
      </w:r>
      <w:r>
        <w:t>ek oont par chale woh. to woh qissa jo hai muslim tareekh ki kitabein jo hain us mein ek pehlu nahi tha, woh ek daryaft kiya hai ek ek arab aalim ne, un ka naam abdullah attal.</w:t>
      </w:r>
    </w:p>
    <w:p>
      <w:pPr>
        <w:jc w:val="right"/>
      </w:pPr>
      <w:r>
        <w:t>ایک اونٹ پر چلے وہ۔ تو وہ قصہ جو ہے مسلم تاریخ کی کتابیں جو ہیں اس میں ایک پہلو نہیں تھا، وہ ایک دریافت کیا ہے ایک ایک عرب عالم نے، ان کا نام عبداللہ عطل۔</w:t>
      </w:r>
    </w:p>
    <w:p>
      <w:r>
        <w:rPr>
          <w:b/>
        </w:rPr>
        <w:t xml:space="preserve">[18:55] </w:t>
      </w:r>
      <w:r>
        <w:t>abdullah attal yunani, yani yunani jante thay, yunani zaban. to yunani record mein is ka maujood tha bohat zabardast.</w:t>
      </w:r>
    </w:p>
    <w:p>
      <w:pPr>
        <w:jc w:val="right"/>
      </w:pPr>
      <w:r>
        <w:t>عبداللہ عطل یونانی، یعنی یونانی جانتے تھے، یونانی زبان۔ تو یونانی ریکارڈ میں اس کا موجود تھا بہت زبردست۔</w:t>
      </w:r>
    </w:p>
    <w:p>
      <w:r>
        <w:rPr>
          <w:b/>
        </w:rPr>
        <w:t xml:space="preserve">[19:06] </w:t>
      </w:r>
      <w:r>
        <w:t>unhon ne is ko liya, is ko tarjuma kar ke chhapaya. to mere pas jo kitab hai yeh hai tareekh falasteen al qadeem. yeh hai doctor zafar alam khan ki likhi hui, arabi mein hai.</w:t>
      </w:r>
    </w:p>
    <w:p>
      <w:pPr>
        <w:jc w:val="right"/>
      </w:pPr>
      <w:r>
        <w:t>انہوں نے اس کو لیا، اس کو ترجمہ کر کے چھاپا۔ تو میرے پاس جو کتاب ہے یہ ہے تاریخ فلسطین القدیم۔ یہ ہے ڈاکٹر ظفرالسلام خان کی لکھی ہوئی، عربی میں ہے۔</w:t>
      </w:r>
    </w:p>
    <w:p>
      <w:r>
        <w:rPr>
          <w:b/>
        </w:rPr>
        <w:t xml:space="preserve">[19:19] </w:t>
      </w:r>
      <w:r>
        <w:t>arabi kitab hai</w:t>
      </w:r>
    </w:p>
    <w:p>
      <w:pPr>
        <w:jc w:val="right"/>
      </w:pPr>
      <w:r>
        <w:t>عربی کتاب ہے</w:t>
      </w:r>
    </w:p>
    <w:p>
      <w:r>
        <w:rPr>
          <w:b/>
        </w:rPr>
        <w:t xml:space="preserve">[19:24] </w:t>
      </w:r>
      <w:r>
        <w:t>doctor zafar alam khan. is ka naam hai tareekh falasteen al qadeem. is kitab mein unhon ne is ko liya hai. yani yunani record se le kar ke abdullah attal ne tarjuma kiya aur kitab chhapayi.</w:t>
      </w:r>
    </w:p>
    <w:p>
      <w:pPr>
        <w:jc w:val="right"/>
      </w:pPr>
      <w:r>
        <w:t>ڈاکٹر ظفرالسلام خان۔ اس کا نام ہے تاریخ فلسطین القدیم۔ اس کتاب میں انہوں نے اس کو لیا ہے۔ یعنی یونانی ریکارڈ سے لے کر کے عبداللہ عطل نے ترجمہ کیا اور کتاب چھاپی۔</w:t>
      </w:r>
    </w:p>
    <w:p>
      <w:r>
        <w:rPr>
          <w:b/>
        </w:rPr>
        <w:t xml:space="preserve">[19:37] </w:t>
      </w:r>
      <w:r>
        <w:t>is ke baad unhon ne tehqeeq ki hai falasteen par doctor zafar alam khan ne. to is mein unhon ne is ko naqal kiya hai. yeh bohat zabardast baat hai yeh.</w:t>
      </w:r>
    </w:p>
    <w:p>
      <w:pPr>
        <w:jc w:val="right"/>
      </w:pPr>
      <w:r>
        <w:t>اس کے بعد انہوں نے تحقیق کی ہے فلسطین پر ڈاکٹر ظفرالسلام خان نے۔ تو اس میں انہوں نے اس کو نقل کیا ہے۔ یہ بہت زبردست بات ہے یہ۔</w:t>
      </w:r>
    </w:p>
    <w:p>
      <w:r>
        <w:rPr>
          <w:b/>
        </w:rPr>
        <w:t xml:space="preserve">[19:47] </w:t>
      </w:r>
      <w:r>
        <w:t>to</w:t>
      </w:r>
    </w:p>
    <w:p>
      <w:pPr>
        <w:jc w:val="right"/>
      </w:pPr>
      <w:r>
        <w:t>تو</w:t>
      </w:r>
    </w:p>
    <w:p>
      <w:r>
        <w:rPr>
          <w:b/>
        </w:rPr>
        <w:t xml:space="preserve">[19:51] </w:t>
      </w:r>
      <w:r>
        <w:t>yunani record mein hai ke umar bin al khattab jo hai khalifa sani jab chale madine se to ek oont tha aur do aadmi thay.</w:t>
      </w:r>
    </w:p>
    <w:p>
      <w:pPr>
        <w:jc w:val="right"/>
      </w:pPr>
      <w:r>
        <w:t>یونانی ریکارڈ میں ہے کہ عمر بن الخطاب جو ہے خلیفہ ثانی جب چلے مدینہ سے تو ایک اونٹ تھا اور دو آدمی تھے۔</w:t>
      </w:r>
    </w:p>
    <w:p>
      <w:r>
        <w:rPr>
          <w:b/>
        </w:rPr>
        <w:t xml:space="preserve">[20:01] </w:t>
      </w:r>
      <w:r>
        <w:t>aap aur khadim. to hazrat umar ne kaha ke dekho agar mein oont par baith kar yahan se wahan tak jaon to mein tumhare oopar zulm karon ga.</w:t>
      </w:r>
    </w:p>
    <w:p>
      <w:pPr>
        <w:jc w:val="right"/>
      </w:pPr>
      <w:r>
        <w:t>آپ اور خادم۔ تو حضرت عمر نے کہا کہ دیکھو اگر میں اونٹ پر بیٹھ کر یہاں سے وہاں تک جاؤں تو میں تمہارے اوپر ظلم کروں گا۔</w:t>
      </w:r>
    </w:p>
    <w:p>
      <w:r>
        <w:rPr>
          <w:b/>
        </w:rPr>
        <w:t xml:space="preserve">[20:15] </w:t>
      </w:r>
      <w:r>
        <w:t>agar main paidal chaloon tum ko bitha doon to tum mere oopar zulm karoge. agar hum dono baith jayen oont ke oopar to hum to oont par zulm karenge hum.</w:t>
      </w:r>
    </w:p>
    <w:p>
      <w:pPr>
        <w:jc w:val="right"/>
      </w:pPr>
      <w:r>
        <w:t>اگر میں پیدل چلوں تم کو بٹھا دوں تو تم میرے اوپر ظلم کرو گے۔ اگر ہم دونوں بیٹھ جائیں اونٹ کے اوپر تو ہم تو اونٹ پر ظلم کریں گے ہم۔</w:t>
      </w:r>
    </w:p>
    <w:p>
      <w:r>
        <w:rPr>
          <w:b/>
        </w:rPr>
        <w:t xml:space="preserve">[20:26] </w:t>
      </w:r>
      <w:r>
        <w:t>to to unhon ne musalhasatan is mein lafz aaya hai, musalhasatan teen bari lagai. ek baar khalifa baithe, woh utre.</w:t>
      </w:r>
    </w:p>
    <w:p>
      <w:pPr>
        <w:jc w:val="right"/>
      </w:pPr>
      <w:r>
        <w:t>تو تو انہوں نے مصالحصتاً اس میں لفظ آیا ہے، مصالحصتاً تین باری لگائی۔ ایک بار خلیفہ بیٹھے، وہ اترے۔</w:t>
      </w:r>
    </w:p>
    <w:p>
      <w:r>
        <w:rPr>
          <w:b/>
        </w:rPr>
        <w:t xml:space="preserve">[20:37] </w:t>
      </w:r>
      <w:r>
        <w:t>phir ghulam baithe, woh utre. phir ek baar oont khali chale. yaani ek mil woh, ek mil woh, ek mil khali. taake woh sasta le.</w:t>
      </w:r>
    </w:p>
    <w:p>
      <w:pPr>
        <w:jc w:val="right"/>
      </w:pPr>
      <w:r>
        <w:t>پھر غلام بیٹھے، وہ اترے۔ پھر ایک بار اونٹ خالی چلے۔ یعنی ایک میل وہ، ایک میل وہ، ایک میل خالی۔ تاکہ وہ سستا لے۔</w:t>
      </w:r>
    </w:p>
    <w:p>
      <w:r>
        <w:rPr>
          <w:b/>
        </w:rPr>
        <w:t xml:space="preserve">[20:47] </w:t>
      </w:r>
      <w:r>
        <w:t>is tarah madine se wahan tak ka safar hua. kaisi anokhi baat hai yeh, musalhasatan yeh safar hua. to hamari kitabon mein bhi hai lekin is mein is mein hai ke do bari thi, ek unki bari thi, ek khadim ki bari thi.</w:t>
      </w:r>
    </w:p>
    <w:p>
      <w:pPr>
        <w:jc w:val="right"/>
      </w:pPr>
      <w:r>
        <w:t>اس طرح مدینہ سے وہاں تک کا سفر ہوا۔ کیسی انوکھی بات ہے یہ، مصالحصتاً یہ سفر ہوا۔ تو ہماری کتابوں میں بھی ہے لیکن اس میں اس میں ہے کہ دو باری تھی، ایک ان کی باری تھی، ایک خادم کی باری تھی۔</w:t>
      </w:r>
    </w:p>
    <w:p>
      <w:r>
        <w:rPr>
          <w:b/>
        </w:rPr>
        <w:t xml:space="preserve">[21:03] </w:t>
      </w:r>
      <w:r>
        <w:t>lekin lekin yunani record mein hai ke teen bari thi. to is ko iqbal soheil sahab ne nazm kiya hai ke jab woh pahunche wahan par, yaani quds ke paas to woh khush hue ke ke jo huliya unhon ne padha tha apni kitabon mein fateh ka to woh huliya nahi tha oont ke oopar.</w:t>
      </w:r>
    </w:p>
    <w:p>
      <w:pPr>
        <w:jc w:val="right"/>
      </w:pPr>
      <w:r>
        <w:t>لیکن لیکن یونانی ریکارڈ میں ہے کہ تین باری تھی۔ تو اس کو اقبال سہیل صاحب نے نظم کیا ہے کہ جب وہ پہنچے وہاں پر، یعنی قدس کے پاس تو وہ خوش ہوئے کہ کہ جو حلیہ انہوں نے پڑھا تھا اپنی کتابوں میں فاتح کا تو وہ حلیہ نہیں تھا اونٹ کے اوپر۔</w:t>
      </w:r>
    </w:p>
    <w:p>
      <w:r>
        <w:rPr>
          <w:b/>
        </w:rPr>
        <w:t xml:space="preserve">[21:23] </w:t>
      </w:r>
      <w:r>
        <w:t>woh khadim baitha hua tha, yaani paas jab baithe to khadim tha. hazrat umar ne kaha ke tum nahi nahi main utar jata hoon aur tum baitho is par.</w:t>
      </w:r>
    </w:p>
    <w:p>
      <w:pPr>
        <w:jc w:val="right"/>
      </w:pPr>
      <w:r>
        <w:t>وہ خادم بیٹھا ہوا تھا، یعنی پاس جب بیٹھے تو خادم تھا۔ حضرت عمر نے کہا کہ تم نہیں نہیں میں اتر جاتا ہوں اور تم بیٹھو اس پر۔</w:t>
      </w:r>
    </w:p>
    <w:p>
      <w:r>
        <w:rPr>
          <w:b/>
        </w:rPr>
        <w:t xml:space="preserve">[21:33] </w:t>
      </w:r>
      <w:r>
        <w:t>unhon ne kaha nahi yeh ab sheher mein dakhil hona hai to main kaise baithoon? unhon ne kaha nahi. hazrat umar ne sheher mein dakhil hone se pehle israr kar ke khadim ko bithaya aur khud oont ki nakeel le kar chale.</w:t>
      </w:r>
    </w:p>
    <w:p>
      <w:pPr>
        <w:jc w:val="right"/>
      </w:pPr>
      <w:r>
        <w:t>انہوں نے کہا نہیں یہ اب شہر میں داخل ہونا ہے تو میں کیسے بیٹھوں؟ انہوں نے کہا نہیں۔ حضرت عمر نے شہر میں داخل ہونے سے پہلے اصرار کر کے خادم کو بٹھایا اور خود اونٹ کی نکیل لے کر چلے۔</w:t>
      </w:r>
    </w:p>
    <w:p>
      <w:r>
        <w:rPr>
          <w:b/>
        </w:rPr>
        <w:t xml:space="preserve">[21:47] </w:t>
      </w:r>
      <w:r>
        <w:t>yaani khalifa. to is par unhon ne she'r likha hai ke ae quds nasheenon shad ho kyun. yaani woh jo khush ho rahe the dekh kar ke yeh to fateh nahi kar sakta.</w:t>
      </w:r>
    </w:p>
    <w:p>
      <w:pPr>
        <w:jc w:val="right"/>
      </w:pPr>
      <w:r>
        <w:t>یعنی خلیفہ۔ تو اس پر انہوں نے شعر لکھا ہے کہ اے قدس نشینوں شاد ہو کیوں۔ یعنی وہ جو خوش ہو رہے تھے دیکھ کر کہ یہ تو فتح نہیں کر سکتا۔</w:t>
      </w:r>
    </w:p>
    <w:p>
      <w:r>
        <w:rPr>
          <w:b/>
        </w:rPr>
        <w:t xml:space="preserve">[22:00] </w:t>
      </w:r>
      <w:r>
        <w:t>jo huliya tha ke woh fateh hoga, woh huliya to is ka aaya nahi. to ae quds nasheenon shad ho kyun.</w:t>
      </w:r>
    </w:p>
    <w:p>
      <w:pPr>
        <w:jc w:val="right"/>
      </w:pPr>
      <w:r>
        <w:t>جو حلیہ تھا کہ وہ فاتح ہوگا، وہ حلیہ تو اس کا آیا نہیں۔ تو اے قدس نشینوں شاد ہو کیوں۔</w:t>
      </w:r>
    </w:p>
    <w:p>
      <w:r>
        <w:rPr>
          <w:b/>
        </w:rPr>
        <w:t xml:space="preserve">[22:12] </w:t>
      </w:r>
      <w:r>
        <w:t>yeh naqa sawaar ameer nahi.</w:t>
      </w:r>
    </w:p>
    <w:p>
      <w:pPr>
        <w:jc w:val="right"/>
      </w:pPr>
      <w:r>
        <w:t>یہ ناقہ سوار امیر نہیں۔</w:t>
      </w:r>
    </w:p>
    <w:p>
      <w:r>
        <w:rPr>
          <w:b/>
        </w:rPr>
        <w:t xml:space="preserve">[22:18] </w:t>
      </w:r>
      <w:r>
        <w:t>paband laga karta pehne fateh to peyada haram aaya.</w:t>
      </w:r>
    </w:p>
    <w:p>
      <w:pPr>
        <w:jc w:val="right"/>
      </w:pPr>
      <w:r>
        <w:t>پابند لگا کرتا پہنے فاتح تو پیادہ حرام آیا۔</w:t>
      </w:r>
    </w:p>
    <w:p>
      <w:r>
        <w:rPr>
          <w:b/>
        </w:rPr>
        <w:t xml:space="preserve">[22:25] </w:t>
      </w:r>
      <w:r>
        <w:t>unhon ne apni kitabon mein padha tha ke jo aadmi aayega us ke oopar paband lage kapdon ka karta hoga. paband laga hua karta hoga.</w:t>
      </w:r>
    </w:p>
    <w:p>
      <w:pPr>
        <w:jc w:val="right"/>
      </w:pPr>
      <w:r>
        <w:t>انہوں نے اپنی کتابوں میں پڑھا تھا کہ جو آدمی آئے گا اس کے اوپر پابند لگے کپڑوں کا کرتا ہوگا۔ پابند لگا ہوا کرتا ہوگا۔</w:t>
      </w:r>
    </w:p>
    <w:p>
      <w:r>
        <w:rPr>
          <w:b/>
        </w:rPr>
        <w:t xml:space="preserve">[22:34] </w:t>
      </w:r>
      <w:r>
        <w:t>aur khadim ke kapde hote hain un par paband laga hua nahi tha.</w:t>
      </w:r>
    </w:p>
    <w:p>
      <w:pPr>
        <w:jc w:val="right"/>
      </w:pPr>
      <w:r>
        <w:t>اور خادم کے کپڑے ہوتے ہیں ان پر پابند لگا ہوا نہیں تھا۔</w:t>
      </w:r>
    </w:p>
    <w:p>
      <w:r>
        <w:rPr>
          <w:b/>
        </w:rPr>
        <w:t xml:space="preserve">[22:40] </w:t>
      </w:r>
      <w:r>
        <w:t>to is mein likha hai ke hazrat umar jab dakhil hue us waqt oont par un ka khadim tha aur khud nakeel pakdi hui thi is ki. to unhon ne darwaza khol diya kyunke un ki kitabon mein yahi likha hua tha.</w:t>
      </w:r>
    </w:p>
    <w:p>
      <w:pPr>
        <w:jc w:val="right"/>
      </w:pPr>
      <w:r>
        <w:t>تو اس میں لکھا ہے کہ حضرت عمر جب داخل ہوئے اس وقت اونٹ پر ان کا خادم تھا اور خود نکیل پکڑی ہوئی تھی اس کی۔ تو انہوں نے دروازہ کھول دیا کیونکہ ان کی کتابوں میں یہی لکھا ہوا تھا۔</w:t>
      </w:r>
    </w:p>
    <w:p>
      <w:r>
        <w:rPr>
          <w:b/>
        </w:rPr>
        <w:t xml:space="preserve">[22:55] </w:t>
      </w:r>
      <w:r>
        <w:t>huliya jaisa bataya gaya hai is mein. to hazrat umar dakhil hue, unhon ne gate khol diya qile ka aur unhon ne maan li musalmanon ki baladasti.</w:t>
      </w:r>
    </w:p>
    <w:p>
      <w:pPr>
        <w:jc w:val="right"/>
      </w:pPr>
      <w:r>
        <w:t>حلیہ جیسا بتایا گیا ہے اس میں۔ تو حضرت عمر داخل ہوئے، انہوں نے گیٹ کھول دیا قلعے کا اور انہوں نے مان لی مسلمانوں کی بالادستی۔</w:t>
      </w:r>
    </w:p>
    <w:p>
      <w:r>
        <w:rPr>
          <w:b/>
        </w:rPr>
        <w:t xml:space="preserve">[23:07] </w:t>
      </w:r>
      <w:r>
        <w:t>aur ek ek ahad nama likha gaya, woh ahad nama hamari kitabon mein maujood hai, tareekh ki kitabon mein. to is mein jo khaas baat hai woh yeh hai ke jis waqt yeh ahad nama likha ja raha tha to hazrat umar us waqt church of resurrection mein the.</w:t>
      </w:r>
    </w:p>
    <w:p>
      <w:pPr>
        <w:jc w:val="right"/>
      </w:pPr>
      <w:r>
        <w:t>اور ایک ایک عہد نامہ لکھا گیا، وہ عہد نامہ ہماری کتابوں میں موجود ہے، تاریخ کی کتابوں میں۔ تو اس میں جو خاص بات ہے وہ یہ ہے کہ جس وقت یہ عہد نامہ لکھا جا رہا تھا تو حضرت عمر اس وقت چرچ آف ریزرکشن میں تھے۔</w:t>
      </w:r>
    </w:p>
    <w:p>
      <w:r>
        <w:rPr>
          <w:b/>
        </w:rPr>
        <w:t xml:space="preserve">[23:24] </w:t>
      </w:r>
      <w:r>
        <w:t>yaani jis ko kehte hain kanist al qiyamah. abhi bhi woh church hai, is ka naam hai kanist al qiyamah. yaani church of resurrection. to asar ka waqt ho gaya.</w:t>
      </w:r>
    </w:p>
    <w:p>
      <w:pPr>
        <w:jc w:val="right"/>
      </w:pPr>
      <w:r>
        <w:t>یعنی جس کو کہتے ہیں کنیست القیامہ۔ ابھی بھی وہ چرچ ہے، اس کا نام ہے کنیست القیامہ۔ یعنی چرچ آف ریزرکشن۔ تو عصر کا وقت ہو گیا۔</w:t>
      </w:r>
    </w:p>
    <w:p>
      <w:r>
        <w:rPr>
          <w:b/>
        </w:rPr>
        <w:t xml:space="preserve">[23:34] </w:t>
      </w:r>
      <w:r>
        <w:t>hazrat umar ne kaha ke mujhe namaz padhna hai. to patriarch ne kaha ke aap yahin padh lijiyey namaz. isi yaani church ke andar padh lijiyey.</w:t>
      </w:r>
    </w:p>
    <w:p>
      <w:pPr>
        <w:jc w:val="right"/>
      </w:pPr>
      <w:r>
        <w:t>حضرت عمر نے کہا کہ مجھے نماز پڑھنا ہے۔ تو پیٹریارک نے کہا کہ آپ یہیں پڑھ لیجئے نماز۔ اسی یعنی چرچ کے اندر پڑھ لیجئے۔</w:t>
      </w:r>
    </w:p>
    <w:p>
      <w:r>
        <w:rPr>
          <w:b/>
        </w:rPr>
        <w:t xml:space="preserve">[23:46] </w:t>
      </w:r>
      <w:r>
        <w:t>unhon ne kaha ke nahi main aisa nahi karunga. kyunke agar main yahan namaz padh loon to mere baad jo musalman aayenge woh kahenge ke huna salli umar.</w:t>
      </w:r>
    </w:p>
    <w:p>
      <w:pPr>
        <w:jc w:val="right"/>
      </w:pPr>
      <w:r>
        <w:t>انہوں نے کہا کہ نہیں میں ایسا نہیں کروں گا۔ کیونکہ اگر میں یہاں نماز پڑھ لوں تو میرے بعد جو مسلمان آئیں گے وہ کہیں گے کہ ہنا صلی اللہ عمر۔</w:t>
      </w:r>
    </w:p>
    <w:p>
      <w:r>
        <w:rPr>
          <w:b/>
        </w:rPr>
        <w:t xml:space="preserve">[23:57] </w:t>
      </w:r>
      <w:r>
        <w:t>yaani hamare khalifa ne yahan namaz padhi hai. to aap yahan masjid banayenge? to musalmanon mein isaiyon mein jhagda khada hoga. yaani tanazu point ban jayega woh.</w:t>
      </w:r>
    </w:p>
    <w:p>
      <w:pPr>
        <w:jc w:val="right"/>
      </w:pPr>
      <w:r>
        <w:t>یعنی ہمارے خلیفہ نے یہاں نماز پڑھی ہے۔ تو آپ یہاں مسجد بنائیں گے۔ تو مسلمانوں میں عیسائیوں میں جھگڑا کھڑا ہوگا۔ یعنی تنازع پوائنٹ بن جائے گا وہ۔</w:t>
      </w:r>
    </w:p>
    <w:p>
      <w:r>
        <w:rPr>
          <w:b/>
        </w:rPr>
        <w:t xml:space="preserve">[24:12] </w:t>
      </w:r>
      <w:r>
        <w:t>to unhon ne kaha ke main aisa karoon ke rami hajar, rami hajar ka matlab hai ek patthar ki doori par. jaise aap ek patthar len aur zor se phenkein to woh rami hajar hai.</w:t>
      </w:r>
    </w:p>
    <w:p>
      <w:pPr>
        <w:jc w:val="right"/>
      </w:pPr>
      <w:r>
        <w:t>تو انہوں نے کہا کہ میں ایسا کروں کہ رمی حجر، رمی حجر کا مطلب ہے ایک پتھر کی دوری پر۔ جیسے آپ ایک پتھر لیں اور زور سے پھینکیں تو وہ رمی حجر ہے۔</w:t>
      </w:r>
    </w:p>
    <w:p>
      <w:r>
        <w:rPr>
          <w:b/>
        </w:rPr>
        <w:t xml:space="preserve">[24:24] </w:t>
      </w:r>
      <w:r>
        <w:t>jis ko angrez mein kehte hain patthar phenkna. to patthar phenkne ki doori par main ja kar namaz padhunga. to unhon ne patthar phenka aur yeh door patthar gira, wahan ja kar namaz padhi unhon ne.</w:t>
      </w:r>
    </w:p>
    <w:p>
      <w:pPr>
        <w:jc w:val="right"/>
      </w:pPr>
      <w:r>
        <w:t>جس کو انگریز میں کہتے ہیں پتھر پھینکنا۔ تو پتھر پھینکنے کی دوری پر میں جا کر نماز پڑھوں گا۔ تو انہوں نے پتھر پھینکا اور یہ دور پتھر گرا، وہاں جا کر نماز پڑھی انہوں نے۔</w:t>
      </w:r>
    </w:p>
    <w:p>
      <w:r>
        <w:rPr>
          <w:b/>
        </w:rPr>
        <w:t xml:space="preserve">[24:36] </w:t>
      </w:r>
      <w:r>
        <w:t>aur waqatan aisa hi hua ke baad ko jo musalmanon ne jaana hai ke yahan par namaz padhi thi hazrat umar ne, wohin masjid banai unhon ne. aur main wahan gaya hoon falasteen aur main khud ja kar dekha hai aur main khud is masjid mein bhi namaz padhi main ne.</w:t>
      </w:r>
    </w:p>
    <w:p>
      <w:pPr>
        <w:jc w:val="right"/>
      </w:pPr>
      <w:r>
        <w:t>اور واقعتاً ایسا ہی ہوا کہ بعد کو جو مسلمانوں نے جانا ہے کہ یہاں پر نماز پڑھی تھی حضرت عمر نے، وہیں مسجد بنائی انہوں نے۔ اور میں وہاں گیا ہوں فلسطین اور میں خود جا کر دیکھا ہے اور میں خود اس مسجد میں بھی نماز پڑھی میں نے۔</w:t>
      </w:r>
    </w:p>
    <w:p>
      <w:r>
        <w:rPr>
          <w:b/>
        </w:rPr>
        <w:t xml:space="preserve">[24:49] </w:t>
      </w:r>
      <w:r>
        <w:t>jis ko masjid umar kaha jata hai aaj bhi. aaj bhi is ka naam masjid umar hai. wohin musalmanon ne namaz padhi. ab ghor kijiyey ke agar hazrat umar padh lete kunaisah mein to log kahenge ke hum yahan masjid banayenge.</w:t>
      </w:r>
    </w:p>
    <w:p>
      <w:pPr>
        <w:jc w:val="right"/>
      </w:pPr>
      <w:r>
        <w:t>جس کو مسجد عمر کہا جاتا ہے آج بھی۔ آج بھی اس کا نام مسجد عمر ہے۔ وہیں مسلمانوں نے نماز پڑھی۔ اب غور کیجئے کہ اگر حضرت عمر پڑھ لیتے کنیسہ میں تو لوگ کہتے ہیں کہ ہم یہاں مسجد بنائیں گے۔</w:t>
      </w:r>
    </w:p>
    <w:p>
      <w:r>
        <w:rPr>
          <w:b/>
        </w:rPr>
        <w:t xml:space="preserve">[25:04] </w:t>
      </w:r>
      <w:r>
        <w:t>kunaisah ke andar masjid banayenge. to kitni hikmat thi un logon mein ke door ja kar namaz padhi unhon ne aur waqatan yahi hua ke wahan logon ne masjid banai.</w:t>
      </w:r>
    </w:p>
    <w:p>
      <w:pPr>
        <w:jc w:val="right"/>
      </w:pPr>
      <w:r>
        <w:t>کنیسہ کے اندر مسجد بنائیں گے۔ تو کتنی حکمت تھی ان لوگوں میں کہ دور جا کر نماز پڑھی انہوں نے اور واقعتاً یہی ہوا کہ وہاں لوگوں نے مسجد بنائی۔</w:t>
      </w:r>
    </w:p>
    <w:p>
      <w:r>
        <w:rPr>
          <w:b/>
        </w:rPr>
        <w:t xml:space="preserve">[25:16] </w:t>
      </w:r>
      <w:r>
        <w:t>aur is ka naam rakh diya masjid umar. to yeh thi islam mein yani misaal.</w:t>
      </w:r>
    </w:p>
    <w:p>
      <w:pPr>
        <w:jc w:val="right"/>
      </w:pPr>
      <w:r>
        <w:t>اور اس کا نام رکھ دیا مسجد عمر۔ تو یہ تھی اسلام میں یعنی مثال۔</w:t>
      </w:r>
    </w:p>
    <w:p>
      <w:r>
        <w:rPr>
          <w:b/>
        </w:rPr>
        <w:t xml:space="preserve">[25:24] </w:t>
      </w:r>
      <w:r>
        <w:t>to unhon ne is ko ulta kiya ke ram ram ke janam ko le kar ke aik jo chabootra banaya gaya tha wahan.</w:t>
      </w:r>
    </w:p>
    <w:p>
      <w:pPr>
        <w:jc w:val="right"/>
      </w:pPr>
      <w:r>
        <w:t>تو انہوں نے اس کو الٹا کیا کہ رام رام کے جنم کو لے کر کے ایک جو چبوترا بنایا گیا تھا وہاں۔</w:t>
      </w:r>
    </w:p>
    <w:p>
      <w:r>
        <w:rPr>
          <w:b/>
        </w:rPr>
        <w:t xml:space="preserve">[25:34] </w:t>
      </w:r>
      <w:r>
        <w:t>woh chahe riwayati ho ya tareekhi ho, is se koi farq nahi padta. aqeeday mein yeh sab nahi chalta. woh ram chabootra chahe riwayati ho ya tareekhi ho, is se koi farq nahi padega.</w:t>
      </w:r>
    </w:p>
    <w:p>
      <w:pPr>
        <w:jc w:val="right"/>
      </w:pPr>
      <w:r>
        <w:t>وہ چاہے روایتی ہو یا تاریخی ہو، اس سے کوئی فرق نہیں پڑتا۔ عقیدے میں یہ سب نہیں چلتا۔ وہ رام چبوترا چاہے روایتی ہو یا تاریخی ہو، اس سے کوئی فرق نہیں پڑے گا۔</w:t>
      </w:r>
    </w:p>
    <w:p>
      <w:r>
        <w:rPr>
          <w:b/>
        </w:rPr>
        <w:t xml:space="preserve">[25:46] </w:t>
      </w:r>
      <w:r>
        <w:t>aqeedah to aqeedah hai. to mir baqi ne muslim soofi ne samjha ke yeh meeting point banega.</w:t>
      </w:r>
    </w:p>
    <w:p>
      <w:pPr>
        <w:jc w:val="right"/>
      </w:pPr>
      <w:r>
        <w:t>عقیدہ تو عقیدہ ہے۔ تو میر باقی نے مسلم صوفی نے سمجھا کہ یہ میٹنگ پوائنٹ بنے گا۔</w:t>
      </w:r>
    </w:p>
    <w:p>
      <w:r>
        <w:rPr>
          <w:b/>
        </w:rPr>
        <w:t xml:space="preserve">[25:56] </w:t>
      </w:r>
      <w:r>
        <w:t>halankeh woh agar un ko aqal hoti, woh aqal jo Hazrat Umar ko thi to woh tanaza point banne wala tha. wohi bana. ab dekhiye ke</w:t>
      </w:r>
    </w:p>
    <w:p>
      <w:pPr>
        <w:jc w:val="right"/>
      </w:pPr>
      <w:r>
        <w:t>حالانکہ وہ اگر ان کو عقل ہوتی، وہ عقل جو حضرت عمر کو تھی تو وہ تنازع پوائنٹ بننے والا تھا۔ وہی بنا۔ اب دیکھئے کہ</w:t>
      </w:r>
    </w:p>
    <w:p>
      <w:r>
        <w:rPr>
          <w:b/>
        </w:rPr>
        <w:t xml:space="preserve">[26:10] </w:t>
      </w:r>
      <w:r>
        <w:t>is waqt jab ke banaya tha, yeh banaya tha unhon ne, is waqt hindu musalman mein koi takrao nahi tha. bohat mil jul ke rehte the.</w:t>
      </w:r>
    </w:p>
    <w:p>
      <w:pPr>
        <w:jc w:val="right"/>
      </w:pPr>
      <w:r>
        <w:t>اس وقت جب کہ بنایا تھا، یہ بنایا تھا انہوں نے، اس وقت ہندو مسلمان میں کوئی ٹکراؤ نہیں تھا۔ بہت مل جل کے رہتے تھے۔</w:t>
      </w:r>
    </w:p>
    <w:p>
      <w:r>
        <w:rPr>
          <w:b/>
        </w:rPr>
        <w:t xml:space="preserve">[26:20] </w:t>
      </w:r>
      <w:r>
        <w:t>is ka mein aik saboot deta hoon aap ko ke tulsi das jo thay jinhon ne ram charitra likhi hai, to un ke zamanay mein masjid ban chuki thi.</w:t>
      </w:r>
    </w:p>
    <w:p>
      <w:pPr>
        <w:jc w:val="right"/>
      </w:pPr>
      <w:r>
        <w:t>اس کا میں ایک ثبوت دیتا ہوں آپ کو کہ تلسی داس جو تھے جنہوں نے رام چرتر لکھی ہے، تو ان کے زمانے میں مسجد بن چکی تھی۔</w:t>
      </w:r>
    </w:p>
    <w:p>
      <w:r>
        <w:rPr>
          <w:b/>
        </w:rPr>
        <w:t xml:space="preserve">[26:32] </w:t>
      </w:r>
      <w:r>
        <w:t>masjid bani hai 1528 mein aur tulsi das ka intiqal hua hai 1623 mein.</w:t>
      </w:r>
    </w:p>
    <w:p>
      <w:pPr>
        <w:jc w:val="right"/>
      </w:pPr>
      <w:r>
        <w:t>مسجد بنی ہے 1528 میں اور تلسی داس کا انتقال ہوا ہے 1623 میں۔</w:t>
      </w:r>
    </w:p>
    <w:p>
      <w:r>
        <w:rPr>
          <w:b/>
        </w:rPr>
        <w:t xml:space="preserve">[26:42] </w:t>
      </w:r>
      <w:r>
        <w:t>to un ki is waqt masjid ban chuki thi aur woh aaj wahan gaye thay, woh tulsi das. to tulsi das kehte hain apne is mein ke</w:t>
      </w:r>
    </w:p>
    <w:p>
      <w:pPr>
        <w:jc w:val="right"/>
      </w:pPr>
      <w:r>
        <w:t>تو ان کی اس وقت مسجد بن چکی تھی اور وہ آج وہاں گئے تھے، وہ تلسی داس۔ تو تلسی داس کہتے ہیں اپنے اس میں کہ</w:t>
      </w:r>
    </w:p>
    <w:p>
      <w:r>
        <w:rPr>
          <w:b/>
        </w:rPr>
        <w:t xml:space="preserve">[26:55] </w:t>
      </w:r>
      <w:r>
        <w:t>maang ke khebo masjid mein soiibo. masjid means masjid. maang ke khebo masjid mein soiibo.</w:t>
      </w:r>
    </w:p>
    <w:p>
      <w:pPr>
        <w:jc w:val="right"/>
      </w:pPr>
      <w:r>
        <w:t>مانگ کے کھیبو مسجد میں سوئیبو۔ مسجد مینز مسجد۔ مانگ کے کھیبو مسجد میں سوئیبو۔</w:t>
      </w:r>
    </w:p>
    <w:p>
      <w:r>
        <w:rPr>
          <w:b/>
        </w:rPr>
        <w:t xml:space="preserve">[27:04] </w:t>
      </w:r>
      <w:r>
        <w:t>yani mein maang kar khata hoon aur masjid mein so jata hoon. kyunke yeh log jo hain in ke haan yani jo jo peshwa log hotay hain un ko karobar nahi karna hai, un ko kuch kuch log khilaye dete hain, bas wohi un ka khana hota hai.</w:t>
      </w:r>
    </w:p>
    <w:p>
      <w:pPr>
        <w:jc w:val="right"/>
      </w:pPr>
      <w:r>
        <w:t>یعنی میں مانگ کر کھاتا ہوں اور مسجد میں سو جاتا ہوں۔ کیونکہ یہ لوگ جو ہیں ان کے ہاں یعنی جو جو پیشوا لوگ ہوتے ہیں ان کو کاروبار نہیں کرنا ہے، ان کو کچھ کچھ لوگ کھلائے دیتے ہیں، بس وہی ان کا کھانا ہوتا ہے۔</w:t>
      </w:r>
    </w:p>
    <w:p>
      <w:r>
        <w:rPr>
          <w:b/>
        </w:rPr>
        <w:t xml:space="preserve">[27:20] </w:t>
      </w:r>
      <w:r>
        <w:t>to apne baray mein kehte hain ke maang ke khebo masjid mein soiibo. matlab mein ayodhya mein hoon to ja kar idhar udhar kha leta hoon aur raat ko masjid mein so jata hoon, isi masjid mein.</w:t>
      </w:r>
    </w:p>
    <w:p>
      <w:pPr>
        <w:jc w:val="right"/>
      </w:pPr>
      <w:r>
        <w:t>تو اپنے بارے میں کہتے ہیں کہ مانگ کے کھیبو مسجد میں سوئیبو۔ مطلب میں ایودھیا میں ہوں تو جا کر ادھر ادھر کھا لیتا ہوں اور رات کو مسجد میں سو جاتا ہوں، اسی مسجد میں۔</w:t>
      </w:r>
    </w:p>
    <w:p>
      <w:r>
        <w:rPr>
          <w:b/>
        </w:rPr>
        <w:t xml:space="preserve">[27:35] </w:t>
      </w:r>
      <w:r>
        <w:t>yani masjid banne ke so saal baad un ka intiqal hua hai. un ki maut hui hai tulsi das ki. is ki is mein yeh nikalta hai ke is waqt jab ke banayi gayi masjid, is waqt hindu muslim mein koi takrao nahi tha.</w:t>
      </w:r>
    </w:p>
    <w:p>
      <w:pPr>
        <w:jc w:val="right"/>
      </w:pPr>
      <w:r>
        <w:t>یعنی مسجد بننے کے سو سال بعد ان کا انتقال ہوا ہے۔ ان کی موت ہوئی ہے تلسی داس کی۔ اس کی اس میں یہ نکلتا ہے کہ اس وقت جب کہ بنائی گئی مسجد، اس وقت ہندو مسلم میں کوئی ٹکراؤ نہیں تھا۔</w:t>
      </w:r>
    </w:p>
    <w:p>
      <w:r>
        <w:rPr>
          <w:b/>
        </w:rPr>
        <w:t xml:space="preserve">[27:50] </w:t>
      </w:r>
      <w:r>
        <w:t>lekin maujooda mein takrao na ho to aap ko mustaqbil ko dekhna chahiye. Hazrat Umar ne mustaqbil ko dekha. yeh koi baat nahi hai ke is waqt agar takrao nahi hai to aap kahain ke is waqt to takrao nahi tha.</w:t>
      </w:r>
    </w:p>
    <w:p>
      <w:pPr>
        <w:jc w:val="right"/>
      </w:pPr>
      <w:r>
        <w:t>لیکن موجودہ میں ٹکراؤ نہ ہو تو آپ کو مستقبل کو دیکھنا چاہیے۔ حضرت عمر نے مستقبل کو دیکھا۔ یہ کوئی بات نہیں ہے کہ اس وقت اگر ٹکراؤ نہیں ہے تو آپ کہیں کہ اس وقت تو ٹکراؤ نہیں تھا۔</w:t>
      </w:r>
    </w:p>
    <w:p>
      <w:r>
        <w:rPr>
          <w:b/>
        </w:rPr>
        <w:t xml:space="preserve">[28:01] </w:t>
      </w:r>
      <w:r>
        <w:t>nahi, Hazrat Umar ki misaal batati hai ke aap ko</w:t>
      </w:r>
    </w:p>
    <w:p>
      <w:pPr>
        <w:jc w:val="right"/>
      </w:pPr>
      <w:r>
        <w:t>نہیں، حضرت عمر کی مثال بتاتی ہے کہ آپ کو</w:t>
      </w:r>
    </w:p>
    <w:p>
      <w:r>
        <w:rPr>
          <w:b/>
        </w:rPr>
        <w:t xml:space="preserve">[28:08] </w:t>
      </w:r>
      <w:r>
        <w:t>mustaqbil dekhna chahiye aap ko. to is waqt agar mir baqi ne yeh kiya hota ke rami hajar ki dori par, yani woh wohi karta tha Hazrat Umar ne kiya tha ke zor se pathar phainkta.</w:t>
      </w:r>
    </w:p>
    <w:p>
      <w:pPr>
        <w:jc w:val="right"/>
      </w:pPr>
      <w:r>
        <w:t>مستقبل دیکھنا چاہیے آپ کو۔ تو اس وقت اگر میر باقی نے یہ کیا ہوتا کہ رمی حجر کی دوری پر، یعنی وہ وہ وہی کرتا تھا حضرت عمر نے کیا تھا کہ زور سے پتھر پھینکتا۔</w:t>
      </w:r>
    </w:p>
    <w:p>
      <w:r>
        <w:rPr>
          <w:b/>
        </w:rPr>
        <w:t xml:space="preserve">[28:24] </w:t>
      </w:r>
      <w:r>
        <w:t>jahan pathar ja kar girta wahan masjid banata woh. to koi jhagda nahi tha kuch. kuch bhi nahi jhagda tha. to khair dheere dheere yeh andar andar yeh yeh yeh andar andar yeh masla jo hai raha baqi hinduo ke andar.</w:t>
      </w:r>
    </w:p>
    <w:p>
      <w:pPr>
        <w:jc w:val="right"/>
      </w:pPr>
      <w:r>
        <w:t>جہاں پتھر جا کر گرتا وہاں مسجد بناتا وہ۔ تو کوئی جھگڑا نہیں تھا کچھ۔ کچھ بھی نہیں جھگڑا تھا۔ تو خیر دھیرے دھیرے یہ اندر اندر یہ یہ یہ اندر اندر یہ مسئلہ جو ہے رہا باقی ہندوؤں کے اندر۔</w:t>
      </w:r>
    </w:p>
    <w:p>
      <w:r>
        <w:rPr>
          <w:b/>
        </w:rPr>
        <w:t xml:space="preserve">[28:44] </w:t>
      </w:r>
      <w:r>
        <w:t>to nawab wajid ali shah ke zamanay mein aik jhagda khara hua pehli bar. audh mein jab nawab wajid ali shah ki hukumat thi british daur mein, wahan jhagda khara hua.</w:t>
      </w:r>
    </w:p>
    <w:p>
      <w:pPr>
        <w:jc w:val="right"/>
      </w:pPr>
      <w:r>
        <w:t>تو نواب واجد علی شاہ کے زمانے میں ایک جھگڑا کھڑا ہوا پہلی بار۔ اودھ میں جب نواب واجد علی شاہ کی حکومت تھی برٹش دور میں، وہاں جھگڑا کھڑا ہوا۔</w:t>
      </w:r>
    </w:p>
    <w:p>
      <w:r>
        <w:rPr>
          <w:b/>
        </w:rPr>
        <w:t xml:space="preserve">[28:56] </w:t>
      </w:r>
      <w:r>
        <w:t>is waqt hukumat ne is ko tabah kiya. phir tabah raha, tabah raha, tabah raha. yahan tak ke jab 1947 mein india azaad hua.</w:t>
      </w:r>
    </w:p>
    <w:p>
      <w:pPr>
        <w:jc w:val="right"/>
      </w:pPr>
      <w:r>
        <w:t>اس وقت حکومت نے اس کو تباہ کیا۔ پھر تباہ رہا، تباہ رہا، تباہ رہا۔ یہاں تک کہ جب 1947 میں انڈیا آزاد ہوا۔</w:t>
      </w:r>
    </w:p>
    <w:p>
      <w:r>
        <w:rPr>
          <w:b/>
        </w:rPr>
        <w:t xml:space="preserve">[29:06] </w:t>
      </w:r>
      <w:r>
        <w:t>india azaad hua to 1949 mein woh jhagda phir uth khara hua. yani kuch hinduo ne wahan teen woh ja kar but rakh diye masjid ke andar.</w:t>
      </w:r>
    </w:p>
    <w:p>
      <w:pPr>
        <w:jc w:val="right"/>
      </w:pPr>
      <w:r>
        <w:t>انڈیا آزاد ہوا تو 1949 میں وہ جھگڑا پھر اٹھ کھڑا ہوا۔ یعنی کچھ ہندوؤں نے وہاں تین وہ جا کر بت رکھ دیئے مسجد کے اندر۔</w:t>
      </w:r>
    </w:p>
    <w:p>
      <w:r>
        <w:rPr>
          <w:b/>
        </w:rPr>
        <w:t xml:space="preserve">[29:20] </w:t>
      </w:r>
      <w:r>
        <w:t>woh jo andar andar tha maujood ehsas pehle se. to unhon ne ja kar is ke andar teen but rakh diye.</w:t>
      </w:r>
    </w:p>
    <w:p>
      <w:pPr>
        <w:jc w:val="right"/>
      </w:pPr>
      <w:r>
        <w:t>وہ جو اندر اندر تھا موجود احساس پہلے سے۔ تو انہوں نے جا کر اس کے اندر تین بت رکھ دیئے۔</w:t>
      </w:r>
    </w:p>
    <w:p>
      <w:r>
        <w:rPr>
          <w:b/>
        </w:rPr>
        <w:t xml:space="preserve">[29:30] </w:t>
      </w:r>
      <w:r>
        <w:t>to ab ab dekhiye aik doosra marhala aata hai. pehle marhalay mein musalmano ne yeh ghalti ki thi ke Hazrat Umar ka aik khula hua namoona maujood tha, is ke khilaf chale woh.</w:t>
      </w:r>
    </w:p>
    <w:p>
      <w:pPr>
        <w:jc w:val="right"/>
      </w:pPr>
      <w:r>
        <w:t>تو اب اب دیکھئے ایک دوسرا مرحلہ آتا ہے۔ پہلے مرحلے میں مسلمانوں نے یہ غلطی کی تھی کہ حضرت عمر کا ایک کھلا ہوا نمونہ موجود تھا، اس کے خلاف چلے وہ۔</w:t>
      </w:r>
    </w:p>
    <w:p>
      <w:r>
        <w:rPr>
          <w:b/>
        </w:rPr>
        <w:t xml:space="preserve">[29:42] </w:t>
      </w:r>
      <w:r>
        <w:t>yani islam ki rehnumai Hazrat Umar ke amal ki shakal mein maujood thi ke masjid ko door banao. lekin unhon ne door nahi banaya.</w:t>
      </w:r>
    </w:p>
    <w:p>
      <w:pPr>
        <w:jc w:val="right"/>
      </w:pPr>
      <w:r>
        <w:t>یعنی اسلام کی رہنمائی حضرت عمر کے عمل کی شکل میں موجود تھی کہ مسجد کو دور بناؤ۔ لیکن انہوں نے دور نہیں بنایا۔</w:t>
      </w:r>
    </w:p>
    <w:p>
      <w:r>
        <w:rPr>
          <w:b/>
        </w:rPr>
        <w:t xml:space="preserve">[29:51] </w:t>
      </w:r>
      <w:r>
        <w:t>to yahan par musalmano ne khilaf warzi ki. ab dekhiye khilaf warzi doosri kya karte hain woh. aik hadith hai kunz ul ummal mein ke in Allah</w:t>
      </w:r>
    </w:p>
    <w:p>
      <w:pPr>
        <w:jc w:val="right"/>
      </w:pPr>
      <w:r>
        <w:t>تو یہاں پر مسلمانوں نے خلاف ورزی کی۔ اب دیکھئے خلاف ورزی دوسری کیا کرتے ہیں وہ۔ ایک حدیث ہے کنز العمال میں کہ ان اللہ</w:t>
      </w:r>
    </w:p>
    <w:p>
      <w:r>
        <w:rPr>
          <w:b/>
        </w:rPr>
        <w:t xml:space="preserve">[30:06] </w:t>
      </w:r>
      <w:r>
        <w:t>fitna soya hua hai. is par laanat hai jo is ko jagaye. fitna soya hua hai, is par laanat hai jo is ko jagaye.</w:t>
      </w:r>
    </w:p>
    <w:p>
      <w:pPr>
        <w:jc w:val="right"/>
      </w:pPr>
      <w:r>
        <w:t>فتنہ سویا ہوا ہے۔ اس پر لعنت ہے جو اس کو جگائے۔ فتنہ سویا ہوا ہے، اس پر لعنت ہے جو اس کو جگائے۔</w:t>
      </w:r>
    </w:p>
    <w:p>
      <w:r>
        <w:rPr>
          <w:b/>
        </w:rPr>
        <w:t xml:space="preserve">[30:15] </w:t>
      </w:r>
      <w:r>
        <w:t>to yeh fitna soya hua tha.</w:t>
      </w:r>
    </w:p>
    <w:p>
      <w:pPr>
        <w:jc w:val="right"/>
      </w:pPr>
      <w:r>
        <w:t>تو یہ فتنہ سویا ہوا تھا۔</w:t>
      </w:r>
    </w:p>
    <w:p>
      <w:r>
        <w:rPr>
          <w:b/>
        </w:rPr>
        <w:t xml:space="preserve">[30:20] </w:t>
      </w:r>
      <w:r>
        <w:t>yani is waqt se jab ke jab se masjid bani thi wahan par. ab 40 nawab wajid ali shah ke zamane mein thoda sa jaagi phir dab gayi.</w:t>
      </w:r>
    </w:p>
    <w:p>
      <w:pPr>
        <w:jc w:val="right"/>
      </w:pPr>
      <w:r>
        <w:t>یعنی اس وقت سے جب کہ جب سے مسجد بنی تھی وہاں پر۔ اب 40 نواب واجد علی شاہ کے زمانے میں تھوڑا سا جاگی پھر دب گیا۔</w:t>
      </w:r>
    </w:p>
    <w:p>
      <w:r>
        <w:rPr>
          <w:b/>
        </w:rPr>
        <w:t xml:space="preserve">[30:31] </w:t>
      </w:r>
      <w:r>
        <w:t>phir azadi ke baad jab yahan aksariyat ka hukm aa gaya india mein to phir 49 mein woh jaaga dobara. aur wahan par teen teen but rakh diye gaye masjid ke andar.</w:t>
      </w:r>
    </w:p>
    <w:p>
      <w:pPr>
        <w:jc w:val="right"/>
      </w:pPr>
      <w:r>
        <w:t>پھر آزادی کے بعد جب یہاں اکثریت کا حکم آگیا انڈیا میں تو پھر 49 میں وہ جاگا دوبارہ۔ اور وہاں پر تین تین بت رکھ دیئے گئے مسجد کے اندر۔</w:t>
      </w:r>
    </w:p>
    <w:p>
      <w:r>
        <w:rPr>
          <w:b/>
        </w:rPr>
        <w:t xml:space="preserve">[30:45] </w:t>
      </w:r>
      <w:r>
        <w:t>ab yahan par dekhiye fitna jaagne ki shakal paida ho rahi hai. ab aap ko kya karna tha? aap ko yeh karna tha ke poore maani mein pur aman ban jaate aap.</w:t>
      </w:r>
    </w:p>
    <w:p>
      <w:pPr>
        <w:jc w:val="right"/>
      </w:pPr>
      <w:r>
        <w:t>اب یہاں پر دیکھئے فتنہ جاگنے کی شکل پیدا ہو رہی ہے۔ اب آپ کو کیا کرنا تھا؟ آپ کو یہ کرنا تھا کہ پورے معنی میں پُرامن بن جاتے آپ۔</w:t>
      </w:r>
    </w:p>
    <w:p>
      <w:r>
        <w:rPr>
          <w:b/>
        </w:rPr>
        <w:t xml:space="preserve">[30:57] </w:t>
      </w:r>
      <w:r>
        <w:t>is hadith par amal karte jo hadith hai kaha hai ke rasool Allah sal Allah alaihi wasallam ke jab bhi koi aisa mauqa aata tha rasool Allah sal Allah alaihi wasallam par to aap aasan rasta lete the.</w:t>
      </w:r>
    </w:p>
    <w:p>
      <w:pPr>
        <w:jc w:val="right"/>
      </w:pPr>
      <w:r>
        <w:t>اس حدیث پر عمل کرتے جو حدیث ہے کہا ہے کہ رسول اللہ صلی اللہ علیہ وسلم کہ جب بھی کوئی ایسا موقع آتا تھا رسول اللہ صلی اللہ علیہ وسلم پر تو آپ آسان راستہ لیتے تھے۔</w:t>
      </w:r>
    </w:p>
    <w:p>
      <w:r>
        <w:rPr>
          <w:b/>
        </w:rPr>
        <w:t xml:space="preserve">[31:12] </w:t>
      </w:r>
      <w:r>
        <w:t>sakht rasta nahi lete the. aasan rasta lete the aap. sakht rasta nahi lete the aap. yeh riwayat bukhari mein maujood hai.</w:t>
      </w:r>
    </w:p>
    <w:p>
      <w:pPr>
        <w:jc w:val="right"/>
      </w:pPr>
      <w:r>
        <w:t>سخت راستہ نہیں لیتے تھے۔ آسان راستہ لیتے تھے آپ۔ سخت راستہ نہیں لیتے تھے آپ۔ یہ روایت بخاری میں موجود ہے۔</w:t>
      </w:r>
    </w:p>
    <w:p>
      <w:r>
        <w:rPr>
          <w:b/>
        </w:rPr>
        <w:t xml:space="preserve">[31:21] </w:t>
      </w:r>
      <w:r>
        <w:t>ab aap dekhiye ke is waqt kya tha aasan ka tha sakht ka. yani pur aman tareeqe se agar aap is masle ko chalate to woh aasan rasta tha.</w:t>
      </w:r>
    </w:p>
    <w:p>
      <w:pPr>
        <w:jc w:val="right"/>
      </w:pPr>
      <w:r>
        <w:t>اب آپ دیکھئے کہ اس وقت کیا تھا آسان کا تھا سخت کا۔ یعنی پُرامن طریقے سے اگر آپ اس مسئلے کو چلاتے تو وہ آسان راستہ تھا۔</w:t>
      </w:r>
    </w:p>
    <w:p>
      <w:r>
        <w:rPr>
          <w:b/>
        </w:rPr>
        <w:t xml:space="preserve">[31:33] </w:t>
      </w:r>
      <w:r>
        <w:t>lekin aap agar jalsa, juloos, naara, jhanda karein to woh yeh sakht rasta tha. lekin musalmanon ne is ko ek qiyadati masla bana liya.</w:t>
      </w:r>
    </w:p>
    <w:p>
      <w:pPr>
        <w:jc w:val="right"/>
      </w:pPr>
      <w:r>
        <w:t>لیکن آپ اگر جلسہ، جلوس، نعرہ، جھنڈا کریں تو وہ یہ سخت راستہ تھا۔ لیکن مسلمانوں نے اس کو ایک قیادتی مسئلہ بنا لیا۔</w:t>
      </w:r>
    </w:p>
    <w:p>
      <w:r>
        <w:rPr>
          <w:b/>
        </w:rPr>
        <w:t xml:space="preserve">[31:44] </w:t>
      </w:r>
      <w:r>
        <w:t>jalsay ho rahe hain, naare lag rahe hain, jhoot aur woh woh rally ho rahi hai. aur le kar aayenge aur dekh rahe hain ke yeh zabaan boli ja rahi hai.</w:t>
      </w:r>
    </w:p>
    <w:p>
      <w:pPr>
        <w:jc w:val="right"/>
      </w:pPr>
      <w:r>
        <w:t>جلسے ہو رہے ہیں، نعرے لگ رہے ہیں، جھوٹ اور وہ وہ ریلی ہو رہی ہے۔ اور لے کر آئیں گے اور دیکھ رہے ہیں کہ یہ زبان بولی جا رہی ہے۔</w:t>
      </w:r>
    </w:p>
    <w:p>
      <w:r>
        <w:rPr>
          <w:b/>
        </w:rPr>
        <w:t xml:space="preserve">[31:57] </w:t>
      </w:r>
      <w:r>
        <w:t>yeh hai fitne ko jagana. main samajhta hoon ke poore episode mein do aadmi ka role sahi role hai. baqi sab ka role galat hai. ek aadmi ayodhya ka ek bohat hi naamaloom aadmi, ek musalman.</w:t>
      </w:r>
    </w:p>
    <w:p>
      <w:pPr>
        <w:jc w:val="right"/>
      </w:pPr>
      <w:r>
        <w:t>یہ ہے فتنے کو جگانا۔ میں سمجھتا ہوں کہ پورے ایپی سوڈ میں دو آدمی کا رول صحیح رول ہے۔ باقی سب کا رول غلط ہے۔ ایک آدمی ایودھیا کا ایک بہت ہی نامعلوم آدمی، ایک مسلمان۔</w:t>
      </w:r>
    </w:p>
    <w:p>
      <w:r>
        <w:rPr>
          <w:b/>
        </w:rPr>
        <w:t xml:space="preserve">[32:12] </w:t>
      </w:r>
      <w:r>
        <w:t>49 mein jab is ke andar but rakh diye gaye to us ne saada kiya kiya ke wahan ki local adalat mein ek ek case daal diya.</w:t>
      </w:r>
    </w:p>
    <w:p>
      <w:pPr>
        <w:jc w:val="right"/>
      </w:pPr>
      <w:r>
        <w:t>49 میں جب اس کے اندر بت رکھ دیئے گئے تو اس نے سادہ کیا کیا کہ وہاں کی لوکل عدالت میں ایک ایک کیس ڈال دیا۔</w:t>
      </w:r>
    </w:p>
    <w:p>
      <w:r>
        <w:rPr>
          <w:b/>
        </w:rPr>
        <w:t xml:space="preserve">[32:23] </w:t>
      </w:r>
      <w:r>
        <w:t>woh pur aman rasta tha. lekin leader log idhar udhar se nikal pade. yani ayodhya ke bahar ke leader. ayodhya ka koi leader nahi hai jo is ne is ko jagaya ho, bharkaya ho is ko.</w:t>
      </w:r>
    </w:p>
    <w:p>
      <w:pPr>
        <w:jc w:val="right"/>
      </w:pPr>
      <w:r>
        <w:t>وہ پُرامن راستہ تھا۔ لیکن لیڈر لوگ ادھر ادھر سے نکل پڑے۔ یعنی ایودھیا کے باہر کے لیڈر۔ ایودھیا کا کوئی لیڈر نہیں ہے جو اس نے اس کو جگایا ہو، بھڑکایا ہو اس کو۔</w:t>
      </w:r>
    </w:p>
    <w:p>
      <w:r>
        <w:rPr>
          <w:b/>
        </w:rPr>
        <w:t xml:space="preserve">[32:35] </w:t>
      </w:r>
      <w:r>
        <w:t>sab bahar ke log the yeh. ayodhya ka aadmi jo tha us ne to adalat mein daakhil kar diya aur bas chup chap se us ki pairvi kar raha hai. bahar action committee bani aur bahar kya kya hua.</w:t>
      </w:r>
    </w:p>
    <w:p>
      <w:pPr>
        <w:jc w:val="right"/>
      </w:pPr>
      <w:r>
        <w:t>سب باہر کے لوگ تھے یہ۔ ایودھیا کا آدمی جو تھا اس نے تو عدالت میں داخل کر دیا اور بس چپ چاپ سے اس کی پیروی کر رہا ہے۔ باہر ایکشن کمیٹی بنی اور باہر کیا کیا ہوا۔</w:t>
      </w:r>
    </w:p>
    <w:p>
      <w:r>
        <w:rPr>
          <w:b/>
        </w:rPr>
        <w:t xml:space="preserve">[32:49] </w:t>
      </w:r>
      <w:r>
        <w:t>yeh jo hua babri masjid action committee bahar bani, ayodhya mein nahi bani. to bahar walon ne is ko khoob bharkaya.</w:t>
      </w:r>
    </w:p>
    <w:p>
      <w:pPr>
        <w:jc w:val="right"/>
      </w:pPr>
      <w:r>
        <w:t>یہ جو ہوا بابری مسجد ایکشن کمیٹی باہر بنی، ایودھیا میں نہیں بنی۔ تو باہر والوں نے اس کو خوب بھڑکایا۔</w:t>
      </w:r>
    </w:p>
    <w:p>
      <w:r>
        <w:rPr>
          <w:b/>
        </w:rPr>
        <w:t xml:space="preserve">[32:59] </w:t>
      </w:r>
      <w:r>
        <w:t>jalsay, juloos, naare, jhanday yeh sab hone lagay. zia ul haq sahib jo sadar the wahan ke, sadar zia ul haq ne ek bari achi baat kahi thi ke muzahire ka jo tareeqa hai woh rush zyada paida karta hai aur roshni kam.</w:t>
      </w:r>
    </w:p>
    <w:p>
      <w:pPr>
        <w:jc w:val="right"/>
      </w:pPr>
      <w:r>
        <w:t>جلسے، جلوس، نعرے، جھنڈے یہ سب ہونے لگے۔ ضیاء الحق صاحب جو صدر تھے وہاں کے، صدر ضیاء الحق نے ایک بڑی اچھی بات کہی تھی کہ مظاہرے کا جو طریقہ ہے وہ رش زیادہ پیدا کرتا ہے اور روشنی کم۔</w:t>
      </w:r>
    </w:p>
    <w:p>
      <w:r>
        <w:rPr>
          <w:b/>
        </w:rPr>
        <w:t xml:space="preserve">[33:16] </w:t>
      </w:r>
      <w:r>
        <w:t>muzahire ka tareeqa jo hai yani sarak par aa jana, muzahira dena, jalsa, juloos. to is ko unhone kaha tha ke woh rush zyada paida karta hai aur roshni kam.</w:t>
      </w:r>
    </w:p>
    <w:p>
      <w:pPr>
        <w:jc w:val="right"/>
      </w:pPr>
      <w:r>
        <w:t>مظاہرے کا طریقہ جو ہے یعنی سڑک پر آ جانا، مظاہرہ دینا، جلسہ، جلوس۔ تو اس کو انہوں نے کہا تھا کہ وہ رش زیادہ پیدا کرتا ہے اور روشنی کم۔</w:t>
      </w:r>
    </w:p>
    <w:p>
      <w:r>
        <w:rPr>
          <w:b/>
        </w:rPr>
        <w:t xml:space="preserve">[33:27] </w:t>
      </w:r>
      <w:r>
        <w:t>wohi hua. khoob rush paida hui. idhar se bhi, idhar se bhi. ab rush dono mein aayi. rush aayi.</w:t>
      </w:r>
    </w:p>
    <w:p>
      <w:pPr>
        <w:jc w:val="right"/>
      </w:pPr>
      <w:r>
        <w:t>وہی ہوا۔ خوب رش پیدا ہوئی۔ ادھر سے بھی، ادھر سے بھی۔ اب رش دونوں میں آئی۔ رش آئی۔</w:t>
      </w:r>
    </w:p>
    <w:p>
      <w:r>
        <w:rPr>
          <w:b/>
        </w:rPr>
        <w:t xml:space="preserve">[33:37] </w:t>
      </w:r>
      <w:r>
        <w:t>yani tanaza aaya, phir rush aayi, phir tashaddud aa gaya. aap jante hain ke das hazar aadmi bombay, maharashtra ke ilaqe mein mare gaye the jab 1993 mein.</w:t>
      </w:r>
    </w:p>
    <w:p>
      <w:pPr>
        <w:jc w:val="right"/>
      </w:pPr>
      <w:r>
        <w:t>یعنی تنازع آیا، پھر رش آئی، پھر تشدد آگیا۔ آپ جانتے ہیں کہ دس ہزار آدمی بمبئی، مہاراشٹر کے علاقے میں مارے گئے تھے جب 1993 میں۔</w:t>
      </w:r>
    </w:p>
    <w:p>
      <w:r>
        <w:rPr>
          <w:b/>
        </w:rPr>
        <w:t xml:space="preserve">[33:49] </w:t>
      </w:r>
      <w:r>
        <w:t>to woh kya tha nateeja? jaga diya gaya. wohi ek aadmi mujhe nazar aata hai jo ayodhya ka aadmi jo naamaloom tha bilkul.</w:t>
      </w:r>
    </w:p>
    <w:p>
      <w:pPr>
        <w:jc w:val="right"/>
      </w:pPr>
      <w:r>
        <w:t>تو وہ کیا تھا نتیجہ؟ جگا دیا گیا۔ وہی ایک آدمی مجھے نظر آتا ہے جو ایودھیا کا آدمی جو نامعلوم تھا بالکل۔</w:t>
      </w:r>
    </w:p>
    <w:p>
      <w:r>
        <w:rPr>
          <w:b/>
        </w:rPr>
        <w:t xml:space="preserve">[33:59] </w:t>
      </w:r>
      <w:r>
        <w:t>abhi bhi woh case wahan ki adalat mein hai ke us ne wohi amal kiya ke pur aman tareeqe se ja kar ke adalat mein daakhil kar diya. bas.</w:t>
      </w:r>
    </w:p>
    <w:p>
      <w:pPr>
        <w:jc w:val="right"/>
      </w:pPr>
      <w:r>
        <w:t>ابھی بھی وہ کیس وہاں کی عدالت میں ہے کہ اس نے وہی عمل کیا کہ پُرامن طریقے سے جا کر کے عدالت میں داخل کر دیا۔ بس۔</w:t>
      </w:r>
    </w:p>
    <w:p>
      <w:r>
        <w:rPr>
          <w:b/>
        </w:rPr>
        <w:t xml:space="preserve">[34:07] </w:t>
      </w:r>
      <w:r>
        <w:t>koi jalsa nahi kiya us ne, koi taqreer nahi ki, koi popularity baanta, kuch bhi nahi kiya. ab jab idhar se bhi juloos hai, idhar se bhi juloos hai, idhar se bhi naara hai, idhar se bhi naara hai.</w:t>
      </w:r>
    </w:p>
    <w:p>
      <w:pPr>
        <w:jc w:val="right"/>
      </w:pPr>
      <w:r>
        <w:t>کوئی جلسہ نہیں کیا اس نے، کوئی تقریر نہیں کی، کوئی پاپولرٹی بانٹا، کچھ بھی نہیں کیا۔ اب جب ادھر سے بھی جلوس ہے، ادھر سے بھی جلوس ہے، ادھر سے بھی نعرہ ہے، ادھر سے بھی نعرہ ہے۔</w:t>
      </w:r>
    </w:p>
    <w:p>
      <w:r>
        <w:rPr>
          <w:b/>
        </w:rPr>
        <w:t xml:space="preserve">[34:20] </w:t>
      </w:r>
      <w:r>
        <w:t>idhar se taqreer karne wale isi dilli mein bolte the ke babri masjid chho kar dekho. to unhone kaha ke hum babri masjid tod kar dikhayenge tum ko.</w:t>
      </w:r>
    </w:p>
    <w:p>
      <w:pPr>
        <w:jc w:val="right"/>
      </w:pPr>
      <w:r>
        <w:t>ادھر سے تقریر کرنے والے اسی دلی میں بولتے تھے کہ بابری مسجد چھو کر دیکھو۔ تو انہوں نے کہا کہ ہم بابری مسجد توڑ کر دکھائیں گے تم کو۔</w:t>
      </w:r>
    </w:p>
    <w:p>
      <w:r>
        <w:rPr>
          <w:b/>
        </w:rPr>
        <w:t xml:space="preserve">[34:29] </w:t>
      </w:r>
      <w:r>
        <w:t>isi dilli mein aisi taqreerein hui hain ke babri masjid chho kar dekho. to unhone kaha ke hum babri masjid tod kar dikhayenge tum ko. yeh hai soye hue fitne ko jagana.</w:t>
      </w:r>
    </w:p>
    <w:p>
      <w:pPr>
        <w:jc w:val="right"/>
      </w:pPr>
      <w:r>
        <w:t>اسی دلی میں ایسی تقریریں ہوئی ہیں کہ بابری مسجد چھو کر دیکھو۔ تو انہوں نے کہا کہ ہم بابری مسجد توڑ کر دکھائیں گے تم کو۔ یہ ہے سوئے ہوئے فتنے کو جگانا۔</w:t>
      </w:r>
    </w:p>
    <w:p>
      <w:r>
        <w:rPr>
          <w:b/>
        </w:rPr>
        <w:t xml:space="preserve">[34:42] </w:t>
      </w:r>
      <w:r>
        <w:t>in Allah ke fitna soya hua hai, is ko jagao mat. matlab aadmi ka ana hai, aadmi ka andar ka jo yani manfi jazbaat hain, andar ka ghussa hai, woh sleep halat mein rehta hai.</w:t>
      </w:r>
    </w:p>
    <w:p>
      <w:pPr>
        <w:jc w:val="right"/>
      </w:pPr>
      <w:r>
        <w:t>ان اللہ کہ فتنہ سویا ہوا ہے، اس کو جگاؤ مت۔ مطلب آدمی کا انا ہے، آدمی کا اندر کا جو یعنی منفی جذبات ہیں، اندر کا غصہ ہے، وہ سلیپ حالت میں رہتا ہے۔</w:t>
      </w:r>
    </w:p>
    <w:p>
      <w:r>
        <w:rPr>
          <w:b/>
        </w:rPr>
        <w:t xml:space="preserve">[35:01] </w:t>
      </w:r>
      <w:r>
        <w:t>lekin aap jab bharkayenge, ubhareinge to uth khada hoga woh. to uth khada hua.</w:t>
      </w:r>
    </w:p>
    <w:p>
      <w:pPr>
        <w:jc w:val="right"/>
      </w:pPr>
      <w:r>
        <w:t>لیکن آپ جب بھڑکائیں گے، اُبھاریں گے تو اُٹھ کھڑا ہوگا وہ۔ تو اُٹھ کھڑا ہوا۔</w:t>
      </w:r>
    </w:p>
    <w:p>
      <w:r>
        <w:rPr>
          <w:b/>
        </w:rPr>
        <w:t xml:space="preserve">[35:08] </w:t>
      </w:r>
      <w:r>
        <w:t>ab yahan tak ke 6 december 1992 ko masjid tod di gai. diwaliya kar di gai. yahan par main kahunga ke doosra jo sahi role tha woh narsimha rao ka tha.</w:t>
      </w:r>
    </w:p>
    <w:p>
      <w:pPr>
        <w:jc w:val="right"/>
      </w:pPr>
      <w:r>
        <w:t>اب یہاں تک کہ 6 دسمبر 1992 کو مسجد توڑ دی گئی۔ دیوالیہ کر دی گئی۔ یہاں پر میں کہوں گا کہ دوسرا جو صحیح رول تھا وہ نرسیبھراؤ کا تھا۔</w:t>
      </w:r>
    </w:p>
    <w:p>
      <w:r>
        <w:rPr>
          <w:b/>
        </w:rPr>
        <w:t xml:space="preserve">[35:24] </w:t>
      </w:r>
      <w:r>
        <w:t>aaj kal jab se lebanon commission ki report aai hai, sab log bura bhala keh rahe hain is ko. kyunke narsimha rao ko unhon ne bari kar diya hai.halanke poore episode mein do hi aadmi ka role sahi role tha.</w:t>
      </w:r>
    </w:p>
    <w:p>
      <w:pPr>
        <w:jc w:val="right"/>
      </w:pPr>
      <w:r>
        <w:t>آج کل جب سے لبنان کمیشن کی رپورٹ آئی ہے، سب لوگ برا بھلا کہہ رہے ہیں اس کو۔ کیونکہ نرسیبھراؤ کو انہوں نے بری کر دیا ہے۔ حالانکہ پورے ایپی سوڈ میں دو ہی آدمی کا رول صحیح رول تھا۔</w:t>
      </w:r>
    </w:p>
    <w:p>
      <w:r>
        <w:rPr>
          <w:b/>
        </w:rPr>
        <w:t xml:space="preserve">[35:36] </w:t>
      </w:r>
      <w:r>
        <w:t>ek is aadmi ka, ayodhya wala jo aadmi maine bataya aap ko, doosra narsimha rao ka. jo us waqt wazir e azam the. narsimha rao ne wazir e azam ke zamane mein ek bahut acha qanoon banaya tha, ek act.</w:t>
      </w:r>
    </w:p>
    <w:p>
      <w:pPr>
        <w:jc w:val="right"/>
      </w:pPr>
      <w:r>
        <w:t>ایک اس آدمی کا، ایودھیا والا جو آدمی میں نے بتایا آپ کو، دوسرا نرسیبھراؤ کا۔ جو اس وقت وزیر اعظم تھے۔ نرسیبھراؤ نے وزیر اعظم کے زمانے میں ایک بہت اچھا قانون بنایا تھا، ایک ایکٹ۔</w:t>
      </w:r>
    </w:p>
    <w:p>
      <w:r>
        <w:rPr>
          <w:b/>
        </w:rPr>
        <w:t xml:space="preserve">[35:50] </w:t>
      </w:r>
      <w:r>
        <w:t>is ka naam tha places of worship act. yeh narsimha rao ke jab wazir e azam the tab bana tha yeh act.</w:t>
      </w:r>
    </w:p>
    <w:p>
      <w:pPr>
        <w:jc w:val="right"/>
      </w:pPr>
      <w:r>
        <w:t>اس کا نام تھا پلیسز آف ورشپ ایکٹ۔ یہ نرسیبھراؤ کے جب وزیر اعظم تھے تب بنا تھا یہ ایکٹ۔</w:t>
      </w:r>
    </w:p>
    <w:p>
      <w:r>
        <w:rPr>
          <w:b/>
        </w:rPr>
        <w:t xml:space="preserve">[35:59] </w:t>
      </w:r>
      <w:r>
        <w:t>places of worship act. is mein yeh ek likha hua tha ke india mein jo ibadatgahain hain, mandir ho ya masjid ho, us ko us ke 1947 ke status par baqi rakha jayega.</w:t>
      </w:r>
    </w:p>
    <w:p>
      <w:pPr>
        <w:jc w:val="right"/>
      </w:pPr>
      <w:r>
        <w:t>پلیسز آف ورشپ ایکٹ۔ اس میں یہ ایک لکھا ہوا تھا کہ انڈیا میں جو عبادت گاہیں ہیں، مندر ہو یا مسجد ہو، اس کو اس کے 1947 کے آسٹریلسکوپ پر باقی رکھا جائے گا۔</w:t>
      </w:r>
    </w:p>
    <w:p>
      <w:r>
        <w:rPr>
          <w:b/>
        </w:rPr>
        <w:t xml:space="preserve">[36:16] </w:t>
      </w:r>
      <w:r>
        <w:t>yaani hukumat is baat ki paband hogi. yeh hukumat ki duty hogi ke jitni ibadatgahain hain, chahe masjid ho ya mandir ho, church ho ya gurdwara ho, 47 mein jo us ka status tha woh baqi rakha jayega.</w:t>
      </w:r>
    </w:p>
    <w:p>
      <w:pPr>
        <w:jc w:val="right"/>
      </w:pPr>
      <w:r>
        <w:t>یعنی حکومت اس بات کی پابند ہوگی۔ یہ حکومت کی ڈیوٹی ہوگی کہ جتنی عبادت گاہیں ہیں، چاہے مسجد ہو یا مندر ہو، چرچ ہو یا گوردوارہ ہو، 47 میں جو اس کا آسٹریلسکوپ تھا وہ باقی رکھا جائے گا۔</w:t>
      </w:r>
    </w:p>
    <w:p>
      <w:r>
        <w:rPr>
          <w:b/>
        </w:rPr>
        <w:t xml:space="preserve">[36:33] </w:t>
      </w:r>
      <w:r>
        <w:t>magar is mein yeh likha hua tha siwaye babri masjid ke. siwaye babri masjid ke. to is mein yeh tha ke babri masjid ka case chunke adalat mein ja chuka hai, aur jaisa ke maine bataya aap ko ke 49 mein ek aadmi ne case adalat mein daal diya tha.</w:t>
      </w:r>
    </w:p>
    <w:p>
      <w:pPr>
        <w:jc w:val="right"/>
      </w:pPr>
      <w:r>
        <w:t>مگر اس میں یہ لکھا ہوا تھا سوائے بابری مسجد کے۔ سوائے بابری مسجد کے۔ تو اس میں یہ تھا کہ بابری مسجد کا کیس چونکہ عدالت میں جا چکا ہے، اور جیسا کہ میں نے بتایا آپ کو کہ 49 میں ایک آدمی نے کیس عدالت میں ڈال دیا تھا۔</w:t>
      </w:r>
    </w:p>
    <w:p>
      <w:r>
        <w:rPr>
          <w:b/>
        </w:rPr>
        <w:t xml:space="preserve">[36:51] </w:t>
      </w:r>
      <w:r>
        <w:t>to adalat mein jab ek case ho to hukumat law nahi bana sakti. hamara jo aain hai us ke mutabiq ek case agar adalat mein ho to hukumat paband hai ke is ka inkar kare woh.</w:t>
      </w:r>
    </w:p>
    <w:p>
      <w:pPr>
        <w:jc w:val="right"/>
      </w:pPr>
      <w:r>
        <w:t>تو عدالت میں جب ایک کیس ہو تو حکومت لا نہیں بنا سکتی۔ ہمارا جو آئین ہے اس کے مطابق ایک کیس اگر عدالت میں ہو تو حکومت پابند ہے کہ اس کا انکار کرے وہ۔</w:t>
      </w:r>
    </w:p>
    <w:p>
      <w:r>
        <w:rPr>
          <w:b/>
        </w:rPr>
        <w:t xml:space="preserve">[37:04] </w:t>
      </w:r>
      <w:r>
        <w:t>woh nahi keh sakti ke case hai tab bhi ek act bana de. yeh nahi ho sakta. namumkin hai yeh. to kitni haqeeqat pasandana baat yeh thi ke baqi ke bare mein unhon ne keh diya ke hum is ko zimmedar hain is ko bachane ke.</w:t>
      </w:r>
    </w:p>
    <w:p>
      <w:pPr>
        <w:jc w:val="right"/>
      </w:pPr>
      <w:r>
        <w:t>وہ نہیں کہہ سکتی کہ کیس ہے تب بھی ایک ایکٹ بنا دے۔ یہ نہیں ہو سکتا۔ ناممکن ہے یہ۔ تو کتنی حقیقت پسندانہ بات یہ تھی کہ بقیہ کے بارے میں انہوں نے کہہ دیا کہ ہم اس کو ذمہ دار ہیں اس کو بچانے کے۔</w:t>
      </w:r>
    </w:p>
    <w:p>
      <w:r>
        <w:rPr>
          <w:b/>
        </w:rPr>
        <w:t xml:space="preserve">[37:16] </w:t>
      </w:r>
      <w:r>
        <w:t>lekin yeh case jo adalat mein hai to is par hum kuch nahi kar sakte. hamari pabandi hai ke hum is par nahi kuch nahi kar sakte. hamein inkar karna padega ke adalat kya faisla deti hai.</w:t>
      </w:r>
    </w:p>
    <w:p>
      <w:pPr>
        <w:jc w:val="right"/>
      </w:pPr>
      <w:r>
        <w:t>لیکن یہ کیس جو عدالت میں ہے تو اس پر ہم کچھ نہیں کر سکتے۔ ہماری پابندی ہے کہ ہم اس پر نہیں کچھ نہیں کر سکتے۔ ہمیں انکار کرنا پڑے گا کہ عدالت کیا فیصلہ دیتی ہے۔</w:t>
      </w:r>
    </w:p>
    <w:p>
      <w:r>
        <w:rPr>
          <w:b/>
        </w:rPr>
        <w:t xml:space="preserve">[37:26] </w:t>
      </w:r>
      <w:r>
        <w:t>ab musalmanon ko kya karna chahiye tha yahan par? ke is ko lein. is ke mukhalif ban gaye musalman. ke dekho is mein is ko maaf kar diya.</w:t>
      </w:r>
    </w:p>
    <w:p>
      <w:pPr>
        <w:jc w:val="right"/>
      </w:pPr>
      <w:r>
        <w:t>اب مسلمانوں کو کیا کرنا چاہیے تھا یہاں پر؟ کہ اس کو لیتے۔ اس کے مخالف بن گئے مسلمان۔ کہ دیکھو اس میں اس کو معاف کر دیا۔</w:t>
      </w:r>
    </w:p>
    <w:p>
      <w:r>
        <w:rPr>
          <w:b/>
        </w:rPr>
        <w:t xml:space="preserve">[37:37] </w:t>
      </w:r>
      <w:r>
        <w:t>maaf karne ke sath koi cheez mumkin nahi thi. koi mumkin nahi thi qanooni taur par. to musalmanon ko kya karna chahiye tha ke isi par qaim rehte ke bilkul theek hai bhai.</w:t>
      </w:r>
    </w:p>
    <w:p>
      <w:pPr>
        <w:jc w:val="right"/>
      </w:pPr>
      <w:r>
        <w:t>معاف کرنے کے ساتھ کوئی چیز ممکن نہیں تھی۔ کوئی ممکن نہیں تھی قانونی طور پر۔ تو مسلمانوں کو کیا کرنا چاہیے تھا کہ اسی پر قائم رہتے کہ بالکل ٹھیک ہے بھئی۔</w:t>
      </w:r>
    </w:p>
    <w:p>
      <w:r>
        <w:rPr>
          <w:b/>
        </w:rPr>
        <w:t xml:space="preserve">[37:50] </w:t>
      </w:r>
      <w:r>
        <w:t>dono fareeq jayen adalat mein, apni apni pairvi karen, apne apne kagazat pesh karen. aur jo adalat ka faisla ho woh maan liya jaye. yaani bahut zabardast taur par isi par qaim rehte woh.</w:t>
      </w:r>
    </w:p>
    <w:p>
      <w:pPr>
        <w:jc w:val="right"/>
      </w:pPr>
      <w:r>
        <w:t>دونوں فریق جائیں عدالت میں، اپنی اپنی پیروی کریں، اپنے اپنے کاغذات پیش کریں۔ اور جو عدالت کا فیصلہ ہو وہ مان لیا جائے۔ یعنی بہت زبردست طور پر اسی پر قائم رہتے وہ۔</w:t>
      </w:r>
    </w:p>
    <w:p>
      <w:r>
        <w:rPr>
          <w:b/>
        </w:rPr>
        <w:t xml:space="preserve">[38:02] </w:t>
      </w:r>
      <w:r>
        <w:t>aur na jalsa, na jaloos, na naara, na jhanda, na na kuch na kuch. khud bhi karte, doosron se bhi kehte ke tum bhi adalat ke bahar kuch nahi kar sakte. lekin khud musalmanon ne yahi kiya ke unhon ne jalsa jaloos ka hungama khada kiya.</w:t>
      </w:r>
    </w:p>
    <w:p>
      <w:pPr>
        <w:jc w:val="right"/>
      </w:pPr>
      <w:r>
        <w:t>اور نہ جلسہ، نہ جلوس، نہ نعرہ، نہ جھنڈا، نہ نہ کچھ نہ کچھ۔ خود بھی کرتے، دوسروں سے بھی کہتے کہ تم بھی عدالت کے باہر کچھ نہیں کر سکتے۔ لیکن خود مسلمانوں نے یہی کیا کہ انہوں نے جلسہ جلوس کا ہنگامہ کھڑا کیا۔</w:t>
      </w:r>
    </w:p>
    <w:p>
      <w:r>
        <w:rPr>
          <w:b/>
        </w:rPr>
        <w:t xml:space="preserve">[38:16] </w:t>
      </w:r>
      <w:r>
        <w:t>to unhon ne bhi khada kiya. yaani yeh ek bahut bari mauqa tha main samajhta hoon. yaani wazir e azam narsimha rao ne jo law banaya tha, jo jo jo act banaya tha, is act hamare liye bahut bari mauqa thi ke hum is ko yaani seemit rakhen, mahdood rakhen.</w:t>
      </w:r>
    </w:p>
    <w:p>
      <w:pPr>
        <w:jc w:val="right"/>
      </w:pPr>
      <w:r>
        <w:t>تو انہوں نے بھی کھڑا کیا۔ یعنی یہ ایک بہت بڑی موقع تھا میں سمجھتا ہوں۔ یعنی وزیر اعظم نرسیبھراؤ نے جو لا بنایا تھا، جو جو جو ایکٹ بنایا تھا، اس ایکٹ ہمارے لیے بہت بڑی موقع تھی کہ ہم اس کو یعنی سیمیت رکھیں، محدود رکھیں۔</w:t>
      </w:r>
    </w:p>
    <w:p>
      <w:r>
        <w:rPr>
          <w:b/>
        </w:rPr>
        <w:t xml:space="preserve">[38:36] </w:t>
      </w:r>
      <w:r>
        <w:t>is aman ke daire mein. ke adalat mein hai, dastawizat pesh karo tum apni tareekhi, woh apni tareekhi pesh karen, apni pairvi karo.</w:t>
      </w:r>
    </w:p>
    <w:p>
      <w:pPr>
        <w:jc w:val="right"/>
      </w:pPr>
      <w:r>
        <w:t>اس امن کے دائرے میں۔ کہ عدالت میں ہے، دستاویزات پیش کرو تم اپنی تاریخی، وہ اپنی تاریخی پیش کریں، اپنی پیروی کرو۔</w:t>
      </w:r>
    </w:p>
    <w:p>
      <w:r>
        <w:rPr>
          <w:b/>
        </w:rPr>
        <w:t xml:space="preserve">[38:47] </w:t>
      </w:r>
      <w:r>
        <w:t>aur jo adalat ka faisla ho us ko dono man len. lekin yeh musalmanon ne yeh mauqaf ikhtiyar nahi kiya. main akela tha yeh sab baatein kehta tha is zamane mein.</w:t>
      </w:r>
    </w:p>
    <w:p>
      <w:pPr>
        <w:jc w:val="right"/>
      </w:pPr>
      <w:r>
        <w:t>اور جو عدالت کا فیصلہ ہو اس کو دونوں مان لیں۔ لیکن یہ مسلمانوں نے یہ موقف اختیار نہیں کیا۔ میں اکیلا تھا یہ سب باتیں کہتا تھا اس زمانے میں۔</w:t>
      </w:r>
    </w:p>
    <w:p>
      <w:r>
        <w:rPr>
          <w:b/>
        </w:rPr>
        <w:t xml:space="preserve">[38:57] </w:t>
      </w:r>
      <w:r>
        <w:t>koi yeh baatein bolta nahi tha koi. har aadmi bas taqreeren karta tha stage par khada ho kar ke. mere siwa kisi ne yeh nahi kiya ke yeh baat kehta khade ho kar ke ke dekhiye jab adalat mein ja chuka hai case to bas isi ke faisle ka hamein intezar karna hai.</w:t>
      </w:r>
    </w:p>
    <w:p>
      <w:pPr>
        <w:jc w:val="right"/>
      </w:pPr>
      <w:r>
        <w:t>کوئی یہ باتیں بولتا نہیں تھا کوئی۔ ہر آدمی بس تقریریں کرتا تھا اسٹیج پر کھڑا ہو کر کے۔ میرے سوا کسی نے یہ نہیں کیا کہ یہ بات کہتا کھڑے ہو کر کے کہ دیکھئے جب عدالت میں جا چکا ہے کیس تو بس اسی کے فیصلے کا ہمیں انتظار کرنا ہے۔</w:t>
      </w:r>
    </w:p>
    <w:p>
      <w:r>
        <w:rPr>
          <w:b/>
        </w:rPr>
        <w:t xml:space="preserve">[39:15] </w:t>
      </w:r>
      <w:r>
        <w:t>aur kuch nahi karna hi nahi hai kuch.</w:t>
      </w:r>
    </w:p>
    <w:p>
      <w:pPr>
        <w:jc w:val="right"/>
      </w:pPr>
      <w:r>
        <w:t>اور کچھ نہیں کرنا ہی نہیں ہے کچھ۔</w:t>
      </w:r>
    </w:p>
    <w:p>
      <w:r>
        <w:rPr>
          <w:b/>
        </w:rPr>
        <w:t xml:space="preserve">[39:21] </w:t>
      </w:r>
      <w:r>
        <w:t>to khair kya hua ke ghalat aur siyasat ke nateeje mein babri masjid dha di gai 6 december ko.</w:t>
      </w:r>
    </w:p>
    <w:p>
      <w:pPr>
        <w:jc w:val="right"/>
      </w:pPr>
      <w:r>
        <w:t>تو خیر کیا ہوا کہ غلط اور سیاست کے نتیجے میں بابری مسجد ڈھا دی گئی 6 دسمبر کو۔</w:t>
      </w:r>
    </w:p>
    <w:p>
      <w:r>
        <w:rPr>
          <w:b/>
        </w:rPr>
        <w:t xml:space="preserve">[39:31] </w:t>
      </w:r>
      <w:r>
        <w:t>us waqt maine ek formula diya tha. maine kaha tha ke ek masjid par musalman chup ho jayen aur ek ke baad doosri masjidon par hindu chup ho jayen.</w:t>
      </w:r>
    </w:p>
    <w:p>
      <w:pPr>
        <w:jc w:val="right"/>
      </w:pPr>
      <w:r>
        <w:t>اس وقت میں نے ایک فارمولا دیا تھا۔ میں نے کہا تھا کہ ایک مسجد پر مسلمان چھپ ہو جائیں اور ایک کے بعد دوسری مسجدوں پر ہندو چھپ ہو جائیں۔</w:t>
      </w:r>
    </w:p>
    <w:p>
      <w:r>
        <w:rPr>
          <w:b/>
        </w:rPr>
        <w:t xml:space="preserve">[39:41] </w:t>
      </w:r>
      <w:r>
        <w:t>yeh formula diya tha maine us waqt. yeh jaan par khel ke us waqt log mere dushman ban gaye the. lekin yeh ek hi haqeeqat pasandana formula tha yeh.</w:t>
      </w:r>
    </w:p>
    <w:p>
      <w:pPr>
        <w:jc w:val="right"/>
      </w:pPr>
      <w:r>
        <w:t>یہ فارمولا دیا تھا میں نے اس وقت۔ یہ جان پر کھیل کے اس وقت لوگ میرے دشمن بن گئے تھے۔ لیکن یہ ایک ہی حقیقت پسندانہ فارمولا تھا یہ۔</w:t>
      </w:r>
    </w:p>
    <w:p>
      <w:r>
        <w:rPr>
          <w:b/>
        </w:rPr>
        <w:t xml:space="preserve">[39:50] </w:t>
      </w:r>
      <w:r>
        <w:t>koi doosra formula mumkin nahi tha. to maine kaha ke ek masjid par musalman chup ho jayen aur ek ke baad doosri masjidon par hindu chup ho jayen. kyunke jab babri masjid dha rahe the jo log to un ke pas aur masjidon ki fees maujood thi.</w:t>
      </w:r>
    </w:p>
    <w:p>
      <w:pPr>
        <w:jc w:val="right"/>
      </w:pPr>
      <w:r>
        <w:t>کوئی دوسرا فارمولا ممکن نہیں تھا۔ تو میں نے کہا کہ ایک مسجد پر مسلمان چھپ ہو جائیں اور ایک کے بعد دوسری مسجدوں پر ہندو چھپ ہو جائیں۔ کیونکہ جب بابری مسجد ڈھا رہے تھے جو لوگ تو ان کے پاس اور مسجدوں کی فیس موجود تھی۔</w:t>
      </w:r>
    </w:p>
    <w:p>
      <w:r>
        <w:rPr>
          <w:b/>
        </w:rPr>
        <w:t xml:space="preserve">[40:05] </w:t>
      </w:r>
      <w:r>
        <w:t>us waqt woh wahan yeh keh rahe the is dhate hue ke ayodhya to jhaanki hai, Kashi wa Mathura baqi hai.</w:t>
      </w:r>
    </w:p>
    <w:p>
      <w:pPr>
        <w:jc w:val="right"/>
      </w:pPr>
      <w:r>
        <w:t>اس وقت وہ وہاں یہ کہہ رہے تھے اس ڈھاتے ہوئے کہ ایودھیا تو جھانکی ہے، کاشی و مطہرہ باقی ہے۔</w:t>
      </w:r>
    </w:p>
    <w:p>
      <w:r>
        <w:rPr>
          <w:b/>
        </w:rPr>
        <w:t xml:space="preserve">[40:16] </w:t>
      </w:r>
      <w:r>
        <w:t>to maine yeh kaha ke us waqt full stop laga do. usi waqt full stop laga do. aage na badhen. to agerche us waqt mukhalifat ke logon ne hamari bahut zyada lekin aaj aap dekhiye to yahi yahi chal raha hai yeh formula.</w:t>
      </w:r>
    </w:p>
    <w:p>
      <w:pPr>
        <w:jc w:val="right"/>
      </w:pPr>
      <w:r>
        <w:t>تو میں نے یہ کہا کہ اس وقت فل اسٹاپ لگا دو۔ اسی وقت فل اسٹاپ لگا دو۔ آگے نہ بڑھیں۔ تو اگرچہ اس وقت مخالفت کے لوگوں نے ہماری بہت زیادہ لیکن آج آپ دیکھئے تو یہی یہی چل رہا ہے یہ فارمولا۔</w:t>
      </w:r>
    </w:p>
    <w:p>
      <w:r>
        <w:rPr>
          <w:b/>
        </w:rPr>
        <w:t xml:space="preserve">[40:32] </w:t>
      </w:r>
      <w:r>
        <w:t>yani ek masjid par full stop laga hua hai. is ke baad hinduoņ ne koi doosri masjid ke liye koi hungama nahi khada kiya. koi doosra yani jis tarah rath chala tha waisa mutharra rath aur kashi rath nahi chala.</w:t>
      </w:r>
    </w:p>
    <w:p>
      <w:pPr>
        <w:jc w:val="right"/>
      </w:pPr>
      <w:r>
        <w:t>یعنی ایک مسجد پر فل اسٹاپ لگا ہوا ہے۔ اس کے بعد ہندوؤں نے کوئی دوسری مسجد کے لیے کوئی ہنگامہ نہیں کھڑا کیا۔ کوئی دوسرا یعنی جس طرح رت چلا تھا ویسا مطہرہ رت اور کاشی رت نہیں چلا۔</w:t>
      </w:r>
    </w:p>
    <w:p>
      <w:r>
        <w:rPr>
          <w:b/>
        </w:rPr>
        <w:t xml:space="preserve">[40:48] </w:t>
      </w:r>
      <w:r>
        <w:t>hata ke jis siyasi party ne yeh is mein qiyadat ka role ada kiya tha dhane mein baad ke electiono mein is ne is ko mudda hi nahi banaya.</w:t>
      </w:r>
    </w:p>
    <w:p>
      <w:pPr>
        <w:jc w:val="right"/>
      </w:pPr>
      <w:r>
        <w:t>حتیٰ کہ جس سیاسی پارٹی نے یہ اس میں قیادت کا رول ادا کیا تھا ڈھانے میں بعد کے الیکشنوں میں اس نے اس کو مدعا ہی نہیں بنایا۔</w:t>
      </w:r>
    </w:p>
    <w:p>
      <w:r>
        <w:rPr>
          <w:b/>
        </w:rPr>
        <w:t xml:space="preserve">[41:01] </w:t>
      </w:r>
      <w:r>
        <w:t>yani 1992 ke baad jo election hue is mein is party ne khud bhi ram mandir ko murda nahi banaya. yani state bhi nahi banaya, center bhi nahi banaya.</w:t>
      </w:r>
    </w:p>
    <w:p>
      <w:pPr>
        <w:jc w:val="right"/>
      </w:pPr>
      <w:r>
        <w:t>یعنی 1992 کے بعد جو الیکشن ہوئے اس میں اس پارٹی نے خود بھی رام مندر کو مردہ نہیں بنایا۔ یعنی اسٹیٹ بھی نہیں بنایا، سینٹر بھی نہیں بنایا۔</w:t>
      </w:r>
    </w:p>
    <w:p>
      <w:r>
        <w:rPr>
          <w:b/>
        </w:rPr>
        <w:t xml:space="preserve">[41:12] </w:t>
      </w:r>
      <w:r>
        <w:t>is ka matlab hai ke woh maan chuke hain ke doosri masjidoņ par full stop lag chuka hai.</w:t>
      </w:r>
    </w:p>
    <w:p>
      <w:pPr>
        <w:jc w:val="right"/>
      </w:pPr>
      <w:r>
        <w:t>اس کا معنی ہے کہ وہ مان چکے ہیں کہ دوسری مسجدوں پر فل اسٹاپ لگ چکا ہے۔</w:t>
      </w:r>
    </w:p>
    <w:p>
      <w:r>
        <w:rPr>
          <w:b/>
        </w:rPr>
        <w:t xml:space="preserve">[41:19] </w:t>
      </w:r>
      <w:r>
        <w:t>lekin musalman jo hain wahan bhi full stop unhoņ ne amalan meri baat ko maan liya. kyunke aap dekhiye har saal musalmanoņ ke jo namnahad leader hain woh call dete hain.</w:t>
      </w:r>
    </w:p>
    <w:p>
      <w:pPr>
        <w:jc w:val="right"/>
      </w:pPr>
      <w:r>
        <w:t>لیکن مسلمان جو ہیں وہاں بھی فل اسٹاپ انہوں نے عملاً میری بات کو مان لیا۔ کیونکہ آپ دیکھئے ہر سال مسلمانوں کے جو نام نہاد لیڈر ہیں وہ کال دیتے ہیں۔</w:t>
      </w:r>
    </w:p>
    <w:p>
      <w:r>
        <w:rPr>
          <w:b/>
        </w:rPr>
        <w:t xml:space="preserve">[41:29] </w:t>
      </w:r>
      <w:r>
        <w:t>is saal bhi call diya hai ke tamam masjidoņ mein musalman ekatha hon aur black day manayeņ. lekin aap dekhiye koi masjid mein kuch nahi hone wala nahi hai.</w:t>
      </w:r>
    </w:p>
    <w:p>
      <w:pPr>
        <w:jc w:val="right"/>
      </w:pPr>
      <w:r>
        <w:t>اس سال بھی کال دیا ہے کہ تمام مسجدوں میں مسلمان اکٹھا ہوں اور بلیک ڈے منائیں۔ لیکن آپ دیکھئے کوئی مسجد میں کچھ نہیں ہونے والا نہیں ہے۔</w:t>
      </w:r>
    </w:p>
    <w:p>
      <w:r>
        <w:rPr>
          <w:b/>
        </w:rPr>
        <w:t xml:space="preserve">[41:39] </w:t>
      </w:r>
      <w:r>
        <w:t>do char aadmi aa jayeņ kuch taqreer de deņ ge lekin musalman bator majmooa black day manaye yeh namumkin hai.</w:t>
      </w:r>
    </w:p>
    <w:p>
      <w:pPr>
        <w:jc w:val="right"/>
      </w:pPr>
      <w:r>
        <w:t>دو چار آدمی آ جائیں کچھ تقریر دے دیں گے لیکن مسلمان بطور مجموعہ بلیک ڈے منائیں یہ ناممکن ہے۔</w:t>
      </w:r>
    </w:p>
    <w:p>
      <w:r>
        <w:rPr>
          <w:b/>
        </w:rPr>
        <w:t xml:space="preserve">[41:48] </w:t>
      </w:r>
      <w:r>
        <w:t>kyunke 17 saal ka record batata hai. 17 saal ka. yani 1993 mein jo agle saal jab aya tha 6 december ek saal ke baad to bombay mein all india muslim personal board ki meeting hui sare leader is mein ekatha the siwaye mujh ko chhod kar.</w:t>
      </w:r>
    </w:p>
    <w:p>
      <w:pPr>
        <w:jc w:val="right"/>
      </w:pPr>
      <w:r>
        <w:t>کیونکہ 17 سال کا ریکارڈ بتاتا ہے۔ 17 سال کا۔ یعنی 1993 میں جو اگلے سال جب آیا تھا 6 دسمبر ایک سال کے بعد تو بمبئی میں آل انڈیا مسلم پرسنل بورڈ کی میٹنگ ہوئی سارے لیڈر اس میں اکٹھا تھے سوائے مجھ کو چھوڑ کر۔</w:t>
      </w:r>
    </w:p>
    <w:p>
      <w:r>
        <w:rPr>
          <w:b/>
        </w:rPr>
        <w:t xml:space="preserve">[42:06] </w:t>
      </w:r>
      <w:r>
        <w:t>main in in cheezoņ ko bilkul be faida samajhta hoon. to main is mein shareek nahi tha. sare hi leader shareek the aur sab ne mil kar yeh call di ke musalman har saal 6 december ko youm babri masjid manayeņ.</w:t>
      </w:r>
    </w:p>
    <w:p>
      <w:pPr>
        <w:jc w:val="right"/>
      </w:pPr>
      <w:r>
        <w:t>میں ان ان چیزوں کو بالکل بے فائدہ سمجھتا ہوں۔ تو میں اس میں شریک نہیں تھا۔ سارے ہی لیڈر شریک تھے اور سب نے مل کر یہ کال دی کہ مسلمان ہر سال 6 دسمبر کو یوم بابری مسجد منائیں۔</w:t>
      </w:r>
    </w:p>
    <w:p>
      <w:r>
        <w:rPr>
          <w:b/>
        </w:rPr>
        <w:t xml:space="preserve">[42:22] </w:t>
      </w:r>
      <w:r>
        <w:t>aur na is saal hua na is ke baad ab tak kabhi hua. chand log idhar udhar kuch apna kuch poster chhapte hain kuch karte hain baqi kuch hota kuch bhi nahi.</w:t>
      </w:r>
    </w:p>
    <w:p>
      <w:pPr>
        <w:jc w:val="right"/>
      </w:pPr>
      <w:r>
        <w:t>اور نہ اس سال ہوا نہ اس کے بعد اب تک کبھی ہوا۔ چند لوگ ادھر ادھر کچھ اپنا کچھ پوسٹر چھاپتے ہیں کچھ کرتے ہیں باقی کچھ ہوتا کچھ بھی نہیں۔</w:t>
      </w:r>
    </w:p>
    <w:p>
      <w:r>
        <w:rPr>
          <w:b/>
        </w:rPr>
        <w:t xml:space="preserve">[42:32] </w:t>
      </w:r>
      <w:r>
        <w:t>to main ne jo formula diya tha ke ek masjid par musalman chup ho jayeņ ek ke baad masjidoņ par hindu chup ho jayeņ to amali taur par wohi ghalib aa raha hai.</w:t>
      </w:r>
    </w:p>
    <w:p>
      <w:pPr>
        <w:jc w:val="right"/>
      </w:pPr>
      <w:r>
        <w:t>تو میں نے جو فارمولا دیا تھا کہ ایک مسجد پر مسلمان چھپ ہو جائیں ایک کے بعد مسجدوں پر ہندو چھپ ہو جائیں تو عملی طور پر وہی غالب آ رہا ہے۔</w:t>
      </w:r>
    </w:p>
    <w:p>
      <w:r>
        <w:rPr>
          <w:b/>
        </w:rPr>
        <w:t xml:space="preserve">[42:42] </w:t>
      </w:r>
      <w:r>
        <w:t>amali taur par wohi mera formula ghalib aa raha hai.</w:t>
      </w:r>
    </w:p>
    <w:p>
      <w:pPr>
        <w:jc w:val="right"/>
      </w:pPr>
      <w:r>
        <w:t>عملی طور پر وہی میرا فارمولا غالب آ رہا ہے۔</w:t>
      </w:r>
    </w:p>
    <w:p>
      <w:r>
        <w:rPr>
          <w:b/>
        </w:rPr>
        <w:t xml:space="preserve">[42:48] </w:t>
      </w:r>
      <w:r>
        <w:t>ab main ek aur baat karna chahta hoon woh yeh hai woh quran majeed mein hai ke compromising attitude jo hai sab se acha attitude hai.</w:t>
      </w:r>
    </w:p>
    <w:p>
      <w:pPr>
        <w:jc w:val="right"/>
      </w:pPr>
      <w:r>
        <w:t>اب میں ایک اور بات کرنا چاہتا ہوں وہ یہ ہے وہ قرآن مجید میں ہے کہ کمپرومائزنگ ایٹیٹیوڈ جو ہے سب سے اچھا ایٹیٹیوڈ ہے۔</w:t>
      </w:r>
    </w:p>
    <w:p>
      <w:r>
        <w:rPr>
          <w:b/>
        </w:rPr>
        <w:t xml:space="preserve">[42:58] </w:t>
      </w:r>
      <w:r>
        <w:t>masla paida ho to jaldi se compromising formula talash karo. masle ko badhao nahi. jaldi se talash karo koi compromising formula.</w:t>
      </w:r>
    </w:p>
    <w:p>
      <w:pPr>
        <w:jc w:val="right"/>
      </w:pPr>
      <w:r>
        <w:t>مسئلہ پیدا ہو تو جلدی سے کمپرومائزنگ فارمولا تلاش کرو۔ مسئلے کو بڑھاؤ نہیں۔ جلدی سے تلاش کرو کوئی کمپرومائزنگ فارمولا۔</w:t>
      </w:r>
    </w:p>
    <w:p>
      <w:r>
        <w:rPr>
          <w:b/>
        </w:rPr>
        <w:t xml:space="preserve">[43:09] </w:t>
      </w:r>
      <w:r>
        <w:t>to main ne us waqt yeh kaha tha ke dekhiye is masle ko hamesha ke liye khatam karne ke liye ek acha tareeqa yeh hai ke aap is ko reliquate karne par razi ho jayeņ.</w:t>
      </w:r>
    </w:p>
    <w:p>
      <w:pPr>
        <w:jc w:val="right"/>
      </w:pPr>
      <w:r>
        <w:t>تو میں نے اس وقت یہ کہا تھا کہ دیکھئے اس مسئلے کو ہمیشہ کے لیے ختم کرنے کے لیے ایک اچھا طریقہ یہ ہے کہ آپ اس کو ری لیکویٹ کرنے پر راضی ہو جائیں۔</w:t>
      </w:r>
    </w:p>
    <w:p>
      <w:r>
        <w:rPr>
          <w:b/>
        </w:rPr>
        <w:t xml:space="preserve">[43:22] </w:t>
      </w:r>
      <w:r>
        <w:t>masjid ko reliquate karne par razi ho jayeņ. aur arab mein sankdoņ masjidें reliquate ki gayi hain. jo log jante hain unhe pata hai ke arab mein petrol dollar se pehle jagah jagah masjidें hua karti thiņ.</w:t>
      </w:r>
    </w:p>
    <w:p>
      <w:pPr>
        <w:jc w:val="right"/>
      </w:pPr>
      <w:r>
        <w:t>مسجد کو ری لیکویٹ کرنے پر راضی ہو جائیں۔ اور عرب میں سینکڑوں مسجدیں ری لیکویٹ کی گئی ہیں۔ جو لوگ جانتے ہیں انہیں پتہ ہے کہ عرب میں پیٹرول ڈالر سے پہلے جگہ جگہ مسجدیں ہوا کرتی تھیں۔</w:t>
      </w:r>
    </w:p>
    <w:p>
      <w:r>
        <w:rPr>
          <w:b/>
        </w:rPr>
        <w:t xml:space="preserve">[43:38] </w:t>
      </w:r>
      <w:r>
        <w:t>to jab petrol dollar aya aur unhoņ ne shehar ki mansooba bandi shuru ki phir se to shehar ki mansooba bandi mein kahin un ko road chaudi karna tha kahin un ko park banana tha kahin sabaq circular banana tha kahin hospital banana tha to dekha ke har jagah ek masjid khadi hui hai.</w:t>
      </w:r>
    </w:p>
    <w:p>
      <w:pPr>
        <w:jc w:val="right"/>
      </w:pPr>
      <w:r>
        <w:t>تو جب پیٹرول ڈالر آیا اور انہوں نے شہر کی منصوبہ بندی شروع کی پھر سے تو شہر کی منصوبہ بندی میں کہیں ان کو روڈ چوڑی کرنا تھا کہیں ان کو پارک بنانا تھا کہیں سابق سرکلر بنانا تھا کہیں ہاسپٹل بنانا تھا تو دیکھا کہ ہر جگہ ایک مسجد کھڑی ہوئی ہے۔</w:t>
      </w:r>
    </w:p>
    <w:p>
      <w:r>
        <w:rPr>
          <w:b/>
        </w:rPr>
        <w:t xml:space="preserve">[43:54] </w:t>
      </w:r>
      <w:r>
        <w:t>to baqayda wahan ke ulma ke ke fatwe ke mutabiq masjidें reliquate ki gayiņ. misaal ke taur par yahan masjid bilal agar hai aur yahan par hukumat ko sarak chaudi karna hai to masjid bilal ko wahan bana diya gaya.</w:t>
      </w:r>
    </w:p>
    <w:p>
      <w:pPr>
        <w:jc w:val="right"/>
      </w:pPr>
      <w:r>
        <w:t>تو باقاعدہ وہاں کے علماء کے کے فتوے کے مطابق مسجدیں ری لیکویٹ کی گئیں۔ مثال کے طور پر یہاں مسجد بلال اگر ہے اور یہاں پر حکومت کو سڑک چوڑی کرنا ہے تو مسجد بلال کو وہاں بنا دیا گیا۔</w:t>
      </w:r>
    </w:p>
    <w:p>
      <w:r>
        <w:rPr>
          <w:b/>
        </w:rPr>
        <w:t xml:space="preserve">[44:08] </w:t>
      </w:r>
      <w:r>
        <w:t>waise hi ek masjid bana kar ke us mein likh diya gaya masjid bilal. yeh hai relocation. to main ne kaha ke relocation agar arab dunya mein kiya gaya hai to wahi aap bhi kar li jiye.</w:t>
      </w:r>
    </w:p>
    <w:p>
      <w:pPr>
        <w:jc w:val="right"/>
      </w:pPr>
      <w:r>
        <w:t>ویسے ہی ایک مسجد بنا کر کے اس میں لکھ دیا گیا مسجد بلال۔ یہ ہے ری لوکیشن۔ تو میں نے کہا کہ ری لوکیشن اگر عرب دنیا میں کیا گیا ہے تو وہی آپ بھی کر لیجئے۔</w:t>
      </w:r>
    </w:p>
    <w:p>
      <w:r>
        <w:rPr>
          <w:b/>
        </w:rPr>
        <w:t xml:space="preserve">[44:22] </w:t>
      </w:r>
      <w:r>
        <w:t>maza ma maza jo ho chuka woh ho chuka. aap jo hua us ko aap lota nahi sakte.</w:t>
      </w:r>
    </w:p>
    <w:p>
      <w:pPr>
        <w:jc w:val="right"/>
      </w:pPr>
      <w:r>
        <w:t>مزہ ما مزہ جو ہو چکا وہ ہو چکا۔ آپ جو ہوا اس کو آپ لوٹا نہیں سکتے۔</w:t>
      </w:r>
    </w:p>
    <w:p>
      <w:r>
        <w:rPr>
          <w:b/>
        </w:rPr>
        <w:t xml:space="preserve">[44:33] </w:t>
      </w:r>
      <w:r>
        <w:t>namumkin hai 17 saal mein nahi lota sake aap. to musalmanoņ ki qiyadat kya kehti rahi ke masjid wahin banao. main kehta raha ke nahi masjid reliquate karo.</w:t>
      </w:r>
    </w:p>
    <w:p>
      <w:pPr>
        <w:jc w:val="right"/>
      </w:pPr>
      <w:r>
        <w:t>ناممکن ہے 17 سال میں نہیں لوٹا سکے آپ۔ تو مسلمانوں کی قیادت کیا کہتی رہی کہ مسجد وہیں بناؤ۔ میں کہتا رہا کہ نہیں مسجد ری لیکویٹ کرو۔</w:t>
      </w:r>
    </w:p>
    <w:p>
      <w:r>
        <w:rPr>
          <w:b/>
        </w:rPr>
        <w:t xml:space="preserve">[44:45] </w:t>
      </w:r>
      <w:r>
        <w:t>sare musalman bilkul yani yani is ka aqal se koi talluq nahi hai. hikmat se koi talluq nahi hai ke masjid wahin banao masjid wahin banao masjid wahin banao.</w:t>
      </w:r>
    </w:p>
    <w:p>
      <w:pPr>
        <w:jc w:val="right"/>
      </w:pPr>
      <w:r>
        <w:t>سارے مسلمان بالکل یعنی یعنی اس کا عقل سے کوئی تعلق نہیں ہے۔ حکمت سے کوئی تعلق نہیں ہے کہ مسجد وہیں بناؤ مسجد وہیں بناؤ مسجد وہیں بناؤ۔</w:t>
      </w:r>
    </w:p>
    <w:p>
      <w:r>
        <w:rPr>
          <w:b/>
        </w:rPr>
        <w:t xml:space="preserve">[44:53] </w:t>
      </w:r>
      <w:r>
        <w:t>to yeh namumkin hai. aap jante hain ke mashhoor masla hai ke siyasat mumkin hai. mumkin ki baat kareņ to woh woh woh siyasat hai.</w:t>
      </w:r>
    </w:p>
    <w:p>
      <w:pPr>
        <w:jc w:val="right"/>
      </w:pPr>
      <w:r>
        <w:t>تو یہ ناممکن ہے۔ آپ جانتے ہیں کہ مشہور مسئلہ ہے کہ سیاست ممکن ہے۔ ممکن کی بات کریں تو وہ وہ وہ سیاست ہے۔</w:t>
      </w:r>
    </w:p>
    <w:p>
      <w:r>
        <w:rPr>
          <w:b/>
        </w:rPr>
        <w:t xml:space="preserve">[45:04] </w:t>
      </w:r>
      <w:r>
        <w:t>namumkin ki baat kareņ to woh to ek astahkam hai woh. to log kehte rahe ke masjid wahin banao main ne kaha ke nahi aap masjid ko reliquate karne par razi ho jayeņ.</w:t>
      </w:r>
    </w:p>
    <w:p>
      <w:pPr>
        <w:jc w:val="right"/>
      </w:pPr>
      <w:r>
        <w:t>ناممکن کی بات کریں تو وہ تو ایک استحکام ہے وہ۔ تو لوگ کہتے رہے کہ مسجد وہیں بناؤ میں نے کہا کہ نہیں آپ مسجد کو ری لیکویٹ کرنے پر راضی ہو جائیے۔</w:t>
      </w:r>
    </w:p>
    <w:p>
      <w:r>
        <w:rPr>
          <w:b/>
        </w:rPr>
        <w:t xml:space="preserve">[45:16] </w:t>
      </w:r>
      <w:r>
        <w:t>jaise ke arab mein hua. lekin kisi ek shakhs ne saath nahi diya mujhe. main bohat se ulma se mila us zamane mein ke is par ittifaq kijiye aap.</w:t>
      </w:r>
    </w:p>
    <w:p>
      <w:pPr>
        <w:jc w:val="right"/>
      </w:pPr>
      <w:r>
        <w:t>جیسے کہ عرب میں ہوا۔ لیکن کسی ایک شخص نے ساتھ نہیں دیا مجھے۔ میں بہت سے علماء سے ملا اس زمانے میں کہ اس پر اتفاق کیجئے آپ۔</w:t>
      </w:r>
    </w:p>
    <w:p>
      <w:r>
        <w:rPr>
          <w:b/>
        </w:rPr>
        <w:t xml:space="preserve">[45:27] </w:t>
      </w:r>
      <w:r>
        <w:t>aur is waqt jo chief minister tha dilli mein woh UP mein is waqt jo usi party ka chief minister tha jis ne dhai thi masjid us ne kaha tha ke agar musalman yeh bilkul chhupa tha yeh akhbaron mein agar musalman masjid ko reliquid karne par raazi ho jayen to main apne sar par dhoun ga pathar is masjid ko banane ke liye.</w:t>
      </w:r>
    </w:p>
    <w:p>
      <w:pPr>
        <w:jc w:val="right"/>
      </w:pPr>
      <w:r>
        <w:t>اور اس وقت جو چیف منسٹر تھا دلی میں وہ یو پی میں اس وقت جو اسی پارٹی کا چیف منسٹر تھا جس نے ڈھائی تھی مسجد اس نے کہا تھا کہ اگر مسلمان یہ بالکل چھپا تھا یہ اخباروں میں اگر مسلمان مسجد کو ری لیکویٹ کرنے پر راضی ہو جائیں تو میں اپنے سر پر دھوؤں گا پتھر اس مسجد کو بنانے کے لیے۔</w:t>
      </w:r>
    </w:p>
    <w:p>
      <w:r>
        <w:rPr>
          <w:b/>
        </w:rPr>
        <w:t xml:space="preserve">[45:50] </w:t>
      </w:r>
      <w:r>
        <w:t>is se aur is se bari masjid jagah mein doon ga. woh chief minister bol raha tha chief minister UP ka ke musalman agar raazi ho jayen is par babri masjid ko reliquid kar diya jaye to is se bohat zyada bari masjid doosri doon ga main zyada bari jagah doon ga aur main khud yani eent pathar dhoun ga is ki taameer ke kaam ke liye.</w:t>
      </w:r>
    </w:p>
    <w:p>
      <w:pPr>
        <w:jc w:val="right"/>
      </w:pPr>
      <w:r>
        <w:t>اس سے اور اس سے بڑی مسجد جگہ میں دوں گا۔ وہ چیف منسٹر بول رہا تھا چیف منسٹر یو پی کا کہ مسلمان اگر راضی ہو جائیں اس پر بابری مسجد کو ری لیکویٹ کر دیا جائے تو اس سے بہت زیادہ بڑی مسجد دوسری دوں گا میں زیادہ بڑی جگہ دوں گا اور میں خود یعنی اینٹ پتھر دھوؤں گا اس کی تعمیر کے کام کے لیے۔</w:t>
      </w:r>
    </w:p>
    <w:p>
      <w:r>
        <w:rPr>
          <w:b/>
        </w:rPr>
        <w:t xml:space="preserve">[46:14] </w:t>
      </w:r>
      <w:r>
        <w:t>to ab musalman is mauqe ko miss chuke hain. ab koi dene wala nahi hai. ab musalman agar relocation par raazi hon tab bhi koi dene wala nahi hai. woh waqt khatam ho gaya.</w:t>
      </w:r>
    </w:p>
    <w:p>
      <w:pPr>
        <w:jc w:val="right"/>
      </w:pPr>
      <w:r>
        <w:t>تو اب مسلمان اس موقع کو مس کر چکے ہیں۔ اب کوئی دینے والا نہیں ہے۔ اب مسلمان اگر ری لوکیشن پر راضی ہوں تب بھی کوئی دینے والا نہیں ہے۔ وہ وقت ختم ہو گیا۔</w:t>
      </w:r>
    </w:p>
    <w:p>
      <w:r>
        <w:rPr>
          <w:b/>
        </w:rPr>
        <w:t xml:space="preserve">[46:26] </w:t>
      </w:r>
      <w:r>
        <w:t>to yani batayen ke yahan se wahan tak hikmat ka koi dakhal hi nahi. aap ko maine hadith sunayeen quran sunaya har har marhale mein musalmanon ne is ke khilaf kiya hai.</w:t>
      </w:r>
    </w:p>
    <w:p>
      <w:pPr>
        <w:jc w:val="right"/>
      </w:pPr>
      <w:r>
        <w:t>تو یعنی بتائیں کہ یہاں سے وہاں تک حکمت کا کوئی دخل ہی نہیں۔ آپ کو میں نے حدیثیں سنائیں قرآن سنایا ہر ہر مرحلے میں مسلمانوں نے اس کے خلاف کیا ہے۔</w:t>
      </w:r>
    </w:p>
    <w:p>
      <w:r>
        <w:rPr>
          <w:b/>
        </w:rPr>
        <w:t xml:space="preserve">[46:43] </w:t>
      </w:r>
      <w:r>
        <w:t>to sare musalman yeh bolte hain yahan se mashriq se le ke maghrib tak ke islam mukammal deen hai. islam mukammal nizam hai. islam deen shamil o kamil hai.</w:t>
      </w:r>
    </w:p>
    <w:p>
      <w:pPr>
        <w:jc w:val="right"/>
      </w:pPr>
      <w:r>
        <w:t>تو سارے مسلمان یہ بولتے ہیں یہاں سے مشرق سے لے کے مغرب تک کہ اسلام مکمل دین ہے۔ اسلام مکمل نظام ہے۔ اسلام دین شامل و کامل ہے۔</w:t>
      </w:r>
    </w:p>
    <w:p>
      <w:r>
        <w:rPr>
          <w:b/>
        </w:rPr>
        <w:t xml:space="preserve">[46:53] </w:t>
      </w:r>
      <w:r>
        <w:t>lekin amal koi nahi karta.</w:t>
      </w:r>
    </w:p>
    <w:p>
      <w:pPr>
        <w:jc w:val="right"/>
      </w:pPr>
      <w:r>
        <w:t>لیکن عمل کوئی نہیں کرتا۔</w:t>
      </w:r>
    </w:p>
    <w:p>
      <w:r>
        <w:rPr>
          <w:b/>
        </w:rPr>
        <w:t xml:space="preserve">[46:57] </w:t>
      </w:r>
      <w:r>
        <w:t>falasteen mein is ke khilaf kiya musalmanon ne? kashmir mein is ke khilaf kiya musalmanon ne? shang chiang mein is ke khilaf kiya musalmanon ne? arakan mein is ke khilaf kiya musalmanon ne?</w:t>
      </w:r>
    </w:p>
    <w:p>
      <w:pPr>
        <w:jc w:val="right"/>
      </w:pPr>
      <w:r>
        <w:t>فلسطین میں اس کے خلاف کیا مسلمانوں نے؟ کشمیر میں اس کے خلاف کیا مسلمانوں نے؟ شنگ چیانگ میں اس کے خلاف کیا مسلمانوں نے؟ اراکان میں اس کے خلاف کیا مسلمانوں نے؟</w:t>
      </w:r>
    </w:p>
    <w:p>
      <w:r>
        <w:rPr>
          <w:b/>
        </w:rPr>
        <w:t xml:space="preserve">[47:07] </w:t>
      </w:r>
      <w:r>
        <w:t>afghanistan mein is ke khilaf kar rahe hain musalman. pakistan mein is ke khilaf kar rahe hain musalman. to yeh bohat fakhr ke bolte hain. bohat fakhr ke bolte hain.</w:t>
      </w:r>
    </w:p>
    <w:p>
      <w:pPr>
        <w:jc w:val="right"/>
      </w:pPr>
      <w:r>
        <w:t>افغانستان میں اس کے خلاف کر رہے ہیں مسلمان۔ پاکستان میں اس کے خلاف کر رہے ہیں مسلمان۔ تو یہ بہت فخر کے بولتے ہیں۔ بہت فخر کے بولتے ہیں۔</w:t>
      </w:r>
    </w:p>
    <w:p>
      <w:r>
        <w:rPr>
          <w:b/>
        </w:rPr>
        <w:t xml:space="preserve">[47:17] </w:t>
      </w:r>
      <w:r>
        <w:t>hamara deen mukammal deen hai. yeh in ka aik fakhr ka naarah hai. to is par amal kyun nahi karte? amal kyun nahi karte?</w:t>
      </w:r>
    </w:p>
    <w:p>
      <w:pPr>
        <w:jc w:val="right"/>
      </w:pPr>
      <w:r>
        <w:t>ہمارا دین مکمل دین ہے۔ یہ ان کا ایک فخر کا نعرہ ہے۔ تو اس پر عمل کیوں نہیں کرتے؟ عمل کیوں نہیں کرتے؟</w:t>
      </w:r>
    </w:p>
    <w:p>
      <w:r>
        <w:rPr>
          <w:b/>
        </w:rPr>
        <w:t xml:space="preserve">[47:26] </w:t>
      </w:r>
      <w:r>
        <w:t>jab quran kehta hai ke asal o yani masjid behtareen tareeqa hai to aap kyun nahi is par amal karte?</w:t>
      </w:r>
    </w:p>
    <w:p>
      <w:pPr>
        <w:jc w:val="right"/>
      </w:pPr>
      <w:r>
        <w:t>جب قرآن کہتا ہے کہ اصل و یعنی مسجد بہترین طریقہ ہے تو آپ کیوں نہیں اس پر عمل کرتے؟</w:t>
      </w:r>
    </w:p>
    <w:p>
      <w:r>
        <w:rPr>
          <w:b/>
        </w:rPr>
        <w:t xml:space="preserve">[47:37] </w:t>
      </w:r>
      <w:r>
        <w:t>qurbani ka attitude behtareen attitude hai is par amal kyun nahi karte aap? bas khare ho jayen aik reaction mein lagen jazbati taqreeren kar rahe hain.</w:t>
      </w:r>
    </w:p>
    <w:p>
      <w:pPr>
        <w:jc w:val="right"/>
      </w:pPr>
      <w:r>
        <w:t>قربانی کا ایٹیٹیوڈ بہترین ایٹیٹیوڈ ہے اس پر عمل کیوں نہیں کرتے آپ؟ بس کھڑے ہو جائیں ایک ری ایکشن میں لگیں جذبائی تقریریں کر رہے ہیں۔</w:t>
      </w:r>
    </w:p>
    <w:p>
      <w:r>
        <w:rPr>
          <w:b/>
        </w:rPr>
        <w:t xml:space="preserve">[47:46] </w:t>
      </w:r>
      <w:r>
        <w:t>kahein ke islam mukammal deen hai. to islam mein to kahin likha hi nahi hai aisa. islam ke mutabiq aap ko dark day nahi manana chahiye balkeh introspection day manana chahiye.</w:t>
      </w:r>
    </w:p>
    <w:p>
      <w:pPr>
        <w:jc w:val="right"/>
      </w:pPr>
      <w:r>
        <w:t>کہیں کہ اسلام مکمل دین ہے۔ تو اسلام میں تو کہیں لکھا ہی نہیں ہے ایسا۔ اسلام کے مطابق آپ کو ڈارک ڈے نہیں منانا چاہیے بلکہ انٹروسپیکشن ڈے منانا چاہیے۔</w:t>
      </w:r>
    </w:p>
    <w:p>
      <w:r>
        <w:rPr>
          <w:b/>
        </w:rPr>
        <w:t xml:space="preserve">[48:00] </w:t>
      </w:r>
      <w:r>
        <w:t>jaisa ke rasool Allah salallahu alaihi wasallam ne kiya sahaba ne kiya. to babri masjid jo hai main samajhta hoon ke aik test thi. log is ko kehte hain ke zulm.</w:t>
      </w:r>
    </w:p>
    <w:p>
      <w:pPr>
        <w:jc w:val="right"/>
      </w:pPr>
      <w:r>
        <w:t>جیسا کہ رسول اللہ صلی اللہ علیہ وسلم نے کیا صحابہ نے کیا۔ تو بابری مسجد جو ہے میں سمجھتا ہوں کہ ایک ٹیسٹ تھی۔ لوگ اس کو کہتے ہیں کہ ظلم۔</w:t>
      </w:r>
    </w:p>
    <w:p>
      <w:r>
        <w:rPr>
          <w:b/>
        </w:rPr>
        <w:t xml:space="preserve">[48:10] </w:t>
      </w:r>
      <w:r>
        <w:t>main kehta hoon woh test kehta hoon main. test. dekhiye surah quran majeed mein aik bohat hi ahem ayat hai woh surah hadid mein.</w:t>
      </w:r>
    </w:p>
    <w:p>
      <w:pPr>
        <w:jc w:val="right"/>
      </w:pPr>
      <w:r>
        <w:t>میں کہتا ہوں وہ ٹیسٹ کہتا ہوں میں۔ ٹیسٹ۔ دیکھئے سورہ قرآن مجید میں ایک بہت ہی اہم آیت ہے وہ سورہ حدید میں۔</w:t>
      </w:r>
    </w:p>
    <w:p>
      <w:r>
        <w:rPr>
          <w:b/>
        </w:rPr>
        <w:t xml:space="preserve">[48:23] </w:t>
      </w:r>
      <w:r>
        <w:t>surah hadid mein hai ke jo museebaten padti hain ya achhe din aate hain to woh kis liye hote hain? imtehan ke liye test ke liye.</w:t>
      </w:r>
    </w:p>
    <w:p>
      <w:pPr>
        <w:jc w:val="right"/>
      </w:pPr>
      <w:r>
        <w:t>سورہ حدید میں ہے کہ جو مصیبتیں پڑتی ہیں یا اچھے دن آتے ہیں تو وہ کس لئے ہوتے ہیں؟ امتحان کے لیے ٹیسٹ کے لیے۔</w:t>
      </w:r>
    </w:p>
    <w:p>
      <w:r>
        <w:rPr>
          <w:b/>
        </w:rPr>
        <w:t xml:space="preserve">[48:32] </w:t>
      </w:r>
      <w:r>
        <w:t>woh kya test hai?</w:t>
      </w:r>
    </w:p>
    <w:p>
      <w:pPr>
        <w:jc w:val="right"/>
      </w:pPr>
      <w:r>
        <w:t>وہ کیا ٹیسٹ ہے؟</w:t>
      </w:r>
    </w:p>
    <w:p>
      <w:r>
        <w:rPr>
          <w:b/>
        </w:rPr>
        <w:t xml:space="preserve">[48:39] </w:t>
      </w:r>
      <w:r>
        <w:t>yeh ayat surah hadid mein hai aap dekh sakte hain ja kar ke ke quran mein bataya gaya hai ke zindagi mein museebat aati hai aur kabhi kamyabi bhi hoti hai.</w:t>
      </w:r>
    </w:p>
    <w:p>
      <w:pPr>
        <w:jc w:val="right"/>
      </w:pPr>
      <w:r>
        <w:t>یہ آیت سورہ حدید میں ہے آپ دیکھ سکتے ہیں جا کر کے کہ قرآن میں بتایا گیا ہے کہ زندگی میں مصیبت آتی ہے اور کبھی کامیابی بھی ہوتی ہے۔</w:t>
      </w:r>
    </w:p>
    <w:p>
      <w:r>
        <w:rPr>
          <w:b/>
        </w:rPr>
        <w:t xml:space="preserve">[48:48] </w:t>
      </w:r>
      <w:r>
        <w:t>yeh dono test hote hain. dono test hote hain. woh kis baat ka test?</w:t>
      </w:r>
    </w:p>
    <w:p>
      <w:pPr>
        <w:jc w:val="right"/>
      </w:pPr>
      <w:r>
        <w:t>یہ دونوں ٹیسٹ ہوتے ہیں۔ دونوں ٹیسٹ ہوتے ہیں۔ وہ کس بات کا ٹیسٹ؟</w:t>
      </w:r>
    </w:p>
    <w:p>
      <w:r>
        <w:rPr>
          <w:b/>
        </w:rPr>
        <w:t xml:space="preserve">[48:58] </w:t>
      </w:r>
      <w:r>
        <w:t>yani tum agar tum par museebat aaye tum mayoos na pado. mayoos ka matlab hai ke mayoos na pado. aur kamyabi ho to tum mein na tum koi fakhr na aa jaye.</w:t>
      </w:r>
    </w:p>
    <w:p>
      <w:pPr>
        <w:jc w:val="right"/>
      </w:pPr>
      <w:r>
        <w:t>یعنی تم اگر تم پر مصیبت آئے تم مایوس نہ پڑو۔ مایوس کا مطلب ہے کہ مایوس نہ پڑو۔ اور کامیابی ہو تو تم میں نہ تم کوئی فخر نہ آ جائے۔</w:t>
      </w:r>
    </w:p>
    <w:p>
      <w:r>
        <w:rPr>
          <w:b/>
        </w:rPr>
        <w:t xml:space="preserve">[49:13] </w:t>
      </w:r>
      <w:r>
        <w:t>matlab yani fakhr karo. na to mayoosi mein pad jao aur na fakhr karo. na mayoosi mein pad jao aur na fakhr mein pado.</w:t>
      </w:r>
    </w:p>
    <w:p>
      <w:pPr>
        <w:jc w:val="right"/>
      </w:pPr>
      <w:r>
        <w:t>مطلب یعنی فخر کرو۔ نہ تو مایوسی میں پڑ جاؤ اور نہ فخر کرو۔ نہ مایوسی میں پڑ جاؤ اور نہ فخر میں پڑو۔</w:t>
      </w:r>
    </w:p>
    <w:p>
      <w:r>
        <w:rPr>
          <w:b/>
        </w:rPr>
        <w:t xml:space="preserve">[49:22] </w:t>
      </w:r>
      <w:r>
        <w:t>is baat ka test hota hai.</w:t>
      </w:r>
    </w:p>
    <w:p>
      <w:pPr>
        <w:jc w:val="right"/>
      </w:pPr>
      <w:r>
        <w:t>اس بات کا ٹیسٹ ہوتا ہے۔</w:t>
      </w:r>
    </w:p>
    <w:p>
      <w:r>
        <w:rPr>
          <w:b/>
        </w:rPr>
        <w:t xml:space="preserve">[49:26] </w:t>
      </w:r>
      <w:r>
        <w:t>to main samajhta hoon ke yani quran ko le kar ke ke yeh jo log kehte hain ke sahib yeh zulm hai aur yeh waghera yeh bilkul galat hai.</w:t>
      </w:r>
    </w:p>
    <w:p>
      <w:pPr>
        <w:jc w:val="right"/>
      </w:pPr>
      <w:r>
        <w:t>تو میں سمجھتا ہوں کہ یعنی قرآن کو لے کر کے کہ یہ جو لوگ کہتے ہیں کہ صاحب یہ ظلم ہے اور یہ وغیرہ یہ بالکل غلط ہے۔</w:t>
      </w:r>
    </w:p>
    <w:p>
      <w:r>
        <w:rPr>
          <w:b/>
        </w:rPr>
        <w:t xml:space="preserve">[49:37] </w:t>
      </w:r>
      <w:r>
        <w:t>yeh test tha musalmanon ka babri masjid ka aur sare musalman is mein fail ho gaye. yahan se le kar maghrib tak america tak sab musalman fail ho gaye.</w:t>
      </w:r>
    </w:p>
    <w:p>
      <w:pPr>
        <w:jc w:val="right"/>
      </w:pPr>
      <w:r>
        <w:t>یہ ٹیسٹ تھا مسلمانوں کا بابری مسجد کا اور سارے مسلمان اس میں فیل ہو گئے۔ یہاں سے لے کر مغرب تک امریکہ تک سب مسلمان فیل ہو گئے۔</w:t>
      </w:r>
    </w:p>
    <w:p>
      <w:r>
        <w:rPr>
          <w:b/>
        </w:rPr>
        <w:t xml:space="preserve">[49:45] </w:t>
      </w:r>
      <w:r>
        <w:t>wohi sab boli bolte hain wohi sab ke sab. aik hi boli hai jo sariyon ko boli jati hai. kuch log aise bane hue hain kuch log active bane hue hain itna hi farq hai.</w:t>
      </w:r>
    </w:p>
    <w:p>
      <w:pPr>
        <w:jc w:val="right"/>
      </w:pPr>
      <w:r>
        <w:t>وہی سب بولی بولتے ہیں وہی سب کے سب۔ ایک ہی بولی ہے جو ساریوں کو بولی جاتی ہے۔ کچھ لوگ ایسے بنے ہوئے ہیں کچھ لوگ ایکٹیو بنے ہوئے ہیں اتنا ہی فرق ہے۔</w:t>
      </w:r>
    </w:p>
    <w:p>
      <w:r>
        <w:rPr>
          <w:b/>
        </w:rPr>
        <w:t xml:space="preserve">[49:56] </w:t>
      </w:r>
      <w:r>
        <w:t>boli sab ki aik hi hai. yeh koi yeh nahi kehta aik bhi shakhs mujhe bhijwa dijiye jo kehta ho ke quran o sunnat ko apply karo ayodhya ke masle par.</w:t>
      </w:r>
    </w:p>
    <w:p>
      <w:pPr>
        <w:jc w:val="right"/>
      </w:pPr>
      <w:r>
        <w:t>بولی سب کی ایک ہی ہے۔ یہ کوئی یہ نہیں کہتا ایک بھی شخص مجھے بھجوا دیجئے جو کہتا ہو کہ قرآن و سنت کو اپلائی کرو ایودھیا کے مسئلے پر۔</w:t>
      </w:r>
    </w:p>
    <w:p>
      <w:r>
        <w:rPr>
          <w:b/>
        </w:rPr>
        <w:t xml:space="preserve">[50:06] </w:t>
      </w:r>
      <w:r>
        <w:t>kon kehta hai mujhe bataen is ka naam bata dijiye. poore muslim dunya mein aik bhi shakhs nahin hai aik billion se zyada musalman hain jo yeh kahe ke babri masjid ka masla jo hai is mein quran o sunnat se talash karo ke is mein kya likha hua hai aur phir us ko wahan apply karo.</w:t>
      </w:r>
    </w:p>
    <w:p>
      <w:pPr>
        <w:jc w:val="right"/>
      </w:pPr>
      <w:r>
        <w:t>کون کہتا ہے مجھے بتائیں اس کا نام بتا دیجئے۔ پورے مسلم دنیا میں ایک بھی شخص نہیں ہے ایک بلین سے زیادہ مسلمان ہیں جو یہ کہے کہ بابری مسجد کا مسئلہ جو ہے اس میں قرآن و سنت سے تلاش کرو کہ اس میں کیا لکھا ہوا ہے اور پھر اس کو وہاں اپلائی کرو۔</w:t>
      </w:r>
    </w:p>
    <w:p>
      <w:r>
        <w:rPr>
          <w:b/>
        </w:rPr>
        <w:t xml:space="preserve">[50:22] </w:t>
      </w:r>
      <w:r>
        <w:t>koi bhi nahin kehta. to daawa to yeh hai ke islam mukammal deen hai lekin koi quran ko hukum ko talash nahin karta apne masail mein.</w:t>
      </w:r>
    </w:p>
    <w:p>
      <w:pPr>
        <w:jc w:val="right"/>
      </w:pPr>
      <w:r>
        <w:t>کوئی بھی نہیں کہتا۔ تو دعویٰ تو یہ ہے کہ اسلام مکمل دین ہے لیکن کوئی قرآن کو حکم کو تلاش نہیں کرتا اپنے مسائل میں۔</w:t>
      </w:r>
    </w:p>
    <w:p>
      <w:r>
        <w:rPr>
          <w:b/>
        </w:rPr>
        <w:t xml:space="preserve">[50:35] </w:t>
      </w:r>
      <w:r>
        <w:t>to is mein sirf aik fakhr ke liye bolte hain boli. baqi jo kuch karte hain woh bahar se reaction karte hain bas.</w:t>
      </w:r>
    </w:p>
    <w:p>
      <w:pPr>
        <w:jc w:val="right"/>
      </w:pPr>
      <w:r>
        <w:t>تو اس میں صرف ایک فخر کے لیے بولتے ہیں بولی۔ باقی جو کچھ کرتے ہیں وہ باہر سے ری ایکشن کرتے ہیں بس۔</w:t>
      </w:r>
    </w:p>
    <w:p>
      <w:r>
        <w:rPr>
          <w:b/>
        </w:rPr>
        <w:t xml:space="preserve">[50:45] </w:t>
      </w:r>
      <w:r>
        <w:t>to yeh bohat zyada sochne ki baat hai. 6 december ko hamein introspection day ke taur par manana chahiye na ke na ke black day ke taur par.</w:t>
      </w:r>
    </w:p>
    <w:p>
      <w:pPr>
        <w:jc w:val="right"/>
      </w:pPr>
      <w:r>
        <w:t>تو یہ بہت زیادہ سوچنے کی بات ہے۔ 6 دسمبر کو ہمیں انٹروسپیکشن ڈے کے طور پر منانا چاہیے نہ کہ نہ کہ بلیک ڈے کے طور پر۔</w:t>
      </w:r>
    </w:p>
    <w:p>
      <w:r>
        <w:rPr>
          <w:b/>
        </w:rPr>
        <w:t xml:space="preserve">[50:58] </w:t>
      </w:r>
      <w:r>
        <w:t>aur har jagah jahan bhi chahe falasteen ho chahe afghanistan ho ya pakistan ho ya ya kashmir ho ya shang chiang ho ya arakan ho jahan jahan masail musalmanon ke sath hain har jagah yahi hai ke musalmanon ne islam ke usool ko apnaya nahin.</w:t>
      </w:r>
    </w:p>
    <w:p>
      <w:pPr>
        <w:jc w:val="right"/>
      </w:pPr>
      <w:r>
        <w:t>اور ہر جگہ جہاں بھی چاہے فلسطین ہو چاہے افغانستان ہو یا پاکستان ہو یا یا کشمیر ہو یا شنگ چیانگ ہو یا اراکان ہو جہاں جہاں مسائل مسلمانوں کے ساتھ ہیں ہر جگہ یہی ہے کہ مسلمانوں نے اسلام کے اصول کو اپنایا نہیں۔</w:t>
      </w:r>
    </w:p>
    <w:p>
      <w:r>
        <w:rPr>
          <w:b/>
        </w:rPr>
        <w:t xml:space="preserve">[51:15] </w:t>
      </w:r>
      <w:r>
        <w:t>mein in sab baaton par likh chuka hoon tafseel se apne jo magazine hamara nikalta hai. har jagah musalmanon ne yeh kiya hai ke fakhr ke taur par to kehte hain ke islam mukammal deen hai lekin apply kahin nahin karte is ko.</w:t>
      </w:r>
    </w:p>
    <w:p>
      <w:pPr>
        <w:jc w:val="right"/>
      </w:pPr>
      <w:r>
        <w:t>میں ان سب باتوں پر لکھ چکا ہوں تفصیل سے اپنے جو میگزین ہمارا نکلتا ہے۔ ہر جگہ مسلمانوں نے یہ کیا ہے کہ فخر کے طور پر تو کہتے ہیں کہ اسلام مکمل دین ہے لیکن اپلائی کہیں نہیں کرتے اس کو۔</w:t>
      </w:r>
    </w:p>
    <w:p>
      <w:r>
        <w:rPr>
          <w:b/>
        </w:rPr>
        <w:t xml:space="preserve">[51:29] </w:t>
      </w:r>
      <w:r>
        <w:t>kahin bhi apply nahin karte.</w:t>
      </w:r>
    </w:p>
    <w:p>
      <w:pPr>
        <w:jc w:val="right"/>
      </w:pPr>
      <w:r>
        <w:t>کہیں بھی اپلائی نہیں کرتے۔</w:t>
      </w:r>
    </w:p>
    <w:p>
      <w:r>
        <w:rPr>
          <w:b/>
        </w:rPr>
        <w:t xml:space="preserve">[51:34] </w:t>
      </w:r>
      <w:r>
        <w:t>ab jahan hum khare hue hain hum ko re assess karna chahiye. mein samajhta hoon ke ab aakhri waqt aa gaya hai ke hum re assess karen.</w:t>
      </w:r>
    </w:p>
    <w:p>
      <w:pPr>
        <w:jc w:val="right"/>
      </w:pPr>
      <w:r>
        <w:t>اب جہاں ہم کھڑے ہوئے ہیں ہم کو ری ایسس کرنا چاہیے۔ میں سمجھتا ہوں کہ اب آخری وقت آگیا ہے کہ ہم ری ایسس کریں۔</w:t>
      </w:r>
    </w:p>
    <w:p>
      <w:r>
        <w:rPr>
          <w:b/>
        </w:rPr>
        <w:t xml:space="preserve">[51:45] </w:t>
      </w:r>
      <w:r>
        <w:t>abhi aaj bhi maine dekha akhbaron mein isi qism ki baaten aa rahi hain. jo jo baaten 1992 ke baad ki ja rahi theen.</w:t>
      </w:r>
    </w:p>
    <w:p>
      <w:pPr>
        <w:jc w:val="right"/>
      </w:pPr>
      <w:r>
        <w:t>ابھی آج بھی میں نے دیکھا اخباروں میں اسی قسم کی باتیں آ رہی ہیں۔ جو جو باتیں 1992 کے بعد کی جا رہی تھیں۔</w:t>
      </w:r>
    </w:p>
    <w:p>
      <w:r>
        <w:rPr>
          <w:b/>
        </w:rPr>
        <w:t xml:space="preserve">[51:54] </w:t>
      </w:r>
      <w:r>
        <w:t>ke 17 saal guzar gaye abhi wohi baaten kar rahe hain. misaal ke taur par musalmanon ki shikayat hai ke lebanon commission mein unhon ne woh narasimha rao ko bari kar diya hai.</w:t>
      </w:r>
    </w:p>
    <w:p>
      <w:pPr>
        <w:jc w:val="right"/>
      </w:pPr>
      <w:r>
        <w:t>کہ 17 سال گزر گئے ابھی وہی باتیں کر رہے ہیں۔ مثال کے طور پر مسلمانوں کی شکایت ہے کہ لبنان کمیشن میں انہوں نے وہ نرسمہ راؤ کو بری کر دیا ہے۔</w:t>
      </w:r>
    </w:p>
    <w:p>
      <w:r>
        <w:rPr>
          <w:b/>
        </w:rPr>
        <w:t xml:space="preserve">[52:09] </w:t>
      </w:r>
      <w:r>
        <w:t>to narasimha rao ka sab se sab se misbat role to isi ka tha kyun na bari karen ge woh. poore episode mein do hi aadmiyon ka misbat role hai.</w:t>
      </w:r>
    </w:p>
    <w:p>
      <w:pPr>
        <w:jc w:val="right"/>
      </w:pPr>
      <w:r>
        <w:t>تو نرسمہ راؤ کا سب سے سب سے مثبت رول تو اسی کا تھا کیوں نہ بری کریں گے وہ۔ پورے ایپی سوڈ میں دو ہی آدمیوں کا مثبت رول ہے۔</w:t>
      </w:r>
    </w:p>
    <w:p>
      <w:r>
        <w:rPr>
          <w:b/>
        </w:rPr>
        <w:t xml:space="preserve">[52:19] </w:t>
      </w:r>
      <w:r>
        <w:t>aik is is an unknown musalman ka jo ayodhya ka tha aur doosra woh prime minister narasimha rao. itna acha act hai is ko aap padhiye is par maine poora article likha tha is zamane mein.</w:t>
      </w:r>
    </w:p>
    <w:p>
      <w:pPr>
        <w:jc w:val="right"/>
      </w:pPr>
      <w:r>
        <w:t>ایک اس اس ان نون مسلمان کا جو ایودھیا کا تھا اور دوسرا وہ پرائم منسٹر نرسمہ راؤ۔ اتنا اچھا ایکٹ ہے اس کو آپ پڑھئے اس پر میں نے پورا آرٹیکل لکھا تھا اس زمانے میں۔</w:t>
      </w:r>
    </w:p>
    <w:p>
      <w:r>
        <w:rPr>
          <w:b/>
        </w:rPr>
        <w:t xml:space="preserve">[52:32] </w:t>
      </w:r>
      <w:r>
        <w:t>off is se zyada haqeeqat pasandana baat nahin ho sakti koi. ke sari jo ibadat gahen hain masjid un ko 47 ke status ko par baqi rakha jaye.</w:t>
      </w:r>
    </w:p>
    <w:p>
      <w:pPr>
        <w:jc w:val="right"/>
      </w:pPr>
      <w:r>
        <w:t>آف اس سے زیادہ حقیقت پسندانہ بات نہیں ہو سکتی کوئی۔ کہ ساری جو عبادت گاہیں ہیں مسجد ان کو 47 کے اسٹیٹس کو پر باقی رکھا جائے۔</w:t>
      </w:r>
    </w:p>
    <w:p>
      <w:r>
        <w:rPr>
          <w:b/>
        </w:rPr>
        <w:t xml:space="preserve">[52:45] </w:t>
      </w:r>
      <w:r>
        <w:t>woh status ko barqarar rakha jaye. aur ayodhya ka mamla hai is ko court tak ke faisle ka intezar kiya jaye. ab musalman ko yahi karna tha ke khud bhi is ko dil se mante aur hindu se bhi kehte ke tum bhi mano.</w:t>
      </w:r>
    </w:p>
    <w:p>
      <w:pPr>
        <w:jc w:val="right"/>
      </w:pPr>
      <w:r>
        <w:t>وہ اسٹیٹس کو برقرار رکھا جائے۔ اور ایودھیا کا معاملہ ہے اس کو کورٹ تک کے فیصلے کا انتظار کیا جائے۔ اب مسلمان کو یہی کرنا تھا کہ خود بھی اس کو دل سے مانتے اور ہندو سے بھی کہتے کہ تم بھی مانو۔</w:t>
      </w:r>
    </w:p>
    <w:p>
      <w:r>
        <w:rPr>
          <w:b/>
        </w:rPr>
        <w:t xml:space="preserve">[53:00] </w:t>
      </w:r>
      <w:r>
        <w:t>hum dono court mein chalte hain to apni baat kaho hum apni baat kahen ge. jo court ka jo jo faisla kare gi woh hum dono man len ge is ko.</w:t>
      </w:r>
    </w:p>
    <w:p>
      <w:pPr>
        <w:jc w:val="right"/>
      </w:pPr>
      <w:r>
        <w:t>ہم دونوں کورٹ میں چلتے ہیں تو اپنی بات کہو ہم اپنی بات کہیں گے۔ جو کورٹ کا جو جو فیصلہ کرے گی وہ ہم دونوں مان لیں گے اس کو۔</w:t>
      </w:r>
    </w:p>
    <w:p>
      <w:r>
        <w:rPr>
          <w:b/>
        </w:rPr>
        <w:t xml:space="preserve">[53:11] </w:t>
      </w:r>
      <w:r>
        <w:t>yeh hai asal o khair. lekin kya nahin is par amal? amal nahin kiya to ab inaam kaun de bataiye.</w:t>
      </w:r>
    </w:p>
    <w:p>
      <w:pPr>
        <w:jc w:val="right"/>
      </w:pPr>
      <w:r>
        <w:t>یہ ہے اصل و خیر۔ لیکن کیا نہیں اس پر عمل؟ عمل نہیں کیا تو اب انعام کون دے بتائیے۔</w:t>
      </w:r>
    </w:p>
    <w:p>
      <w:r>
        <w:rPr>
          <w:b/>
        </w:rPr>
        <w:t xml:space="preserve">[53:22] </w:t>
      </w:r>
      <w:r>
        <w:t>jab aap sachai se haten ge aap haqeeqat se haten ge to inaam kaun de ga doosra nahin de ga aap hi ko inaam deni pare gi. to jo kuch ho raha hai woh hum apni hi yani apni hi ghalati ka inaam de rahe hain aur kuch nahin.</w:t>
      </w:r>
    </w:p>
    <w:p>
      <w:pPr>
        <w:jc w:val="right"/>
      </w:pPr>
      <w:r>
        <w:t>جب آپ سچائی سے ہٹیں گے آپ حقیقت سے ہٹیں گے تو انعام کون دے گا دوسرا نہیں دے گا آپ ہی کو انعام دینی پڑے گی۔ تو جو کچھ ہو رہا ہے وہ ہم اپنی ہی یعنی اپنی ہی غلطی کا انعام دے رہے ہیں اور کچھ نہیں۔</w:t>
      </w:r>
    </w:p>
    <w:p>
      <w:r>
        <w:rPr>
          <w:b/>
        </w:rPr>
        <w:t xml:space="preserve">[53:39] </w:t>
      </w:r>
      <w:r>
        <w:t>is ke siwa aur kuch nahin hai. to mein yeh chahoon ga ke aap log jo aayaten hain maine jin ke hawale diye hain un ko le kar aap sochein.</w:t>
      </w:r>
    </w:p>
    <w:p>
      <w:pPr>
        <w:jc w:val="right"/>
      </w:pPr>
      <w:r>
        <w:t>اس کے سوا اور کچھ نہیں ہے۔ تو میں یہ چاہوں گا کہ آپ لوگ جو آیتیں ہیں میں نے جن کے حوالے دیے ہیں ان کو لے کر آپ سوچیں۔</w:t>
      </w:r>
    </w:p>
    <w:p>
      <w:r>
        <w:rPr>
          <w:b/>
        </w:rPr>
        <w:t xml:space="preserve">[53:50] </w:t>
      </w:r>
      <w:r>
        <w:t>aur ab apne zehan ko yani phir se apni apni apni soch ko phir se banaen.</w:t>
      </w:r>
    </w:p>
    <w:p>
      <w:pPr>
        <w:jc w:val="right"/>
      </w:pPr>
      <w:r>
        <w:t>اور اب اپنے ذہن کو یعنی پھر سے اپنی اپنی اپنی سوچ کو پھر سے بنائیں۔</w:t>
      </w:r>
    </w:p>
    <w:p>
      <w:r>
        <w:rPr>
          <w:b/>
        </w:rPr>
        <w:t xml:space="preserve">[54:01] </w:t>
      </w:r>
      <w:r>
        <w:t>apni hikmat e amli ko phir se banaen.</w:t>
      </w:r>
    </w:p>
    <w:p>
      <w:pPr>
        <w:jc w:val="right"/>
      </w:pPr>
      <w:r>
        <w:t>اپنی حکمت عملی کو پھر سے بنائیں۔</w:t>
      </w:r>
    </w:p>
    <w:p>
      <w:r>
        <w:rPr>
          <w:b/>
        </w:rPr>
        <w:t xml:space="preserve">[54:06] </w:t>
      </w:r>
      <w:r>
        <w:t>aur bohat kam waqt reh gaya hai hamare liye soch ka. kal ke akhbar mein bohat anokhi baat aayi hai. two degrees away to doomsday.</w:t>
      </w:r>
    </w:p>
    <w:p>
      <w:pPr>
        <w:jc w:val="right"/>
      </w:pPr>
      <w:r>
        <w:t>اور بہت کم وقت رہ گیا ہے ہمارے لیے سوچ کا۔ کل کے اخبار میں بہت انوکھی بات آئی ہے۔ ٹو ڈگریز آوے ٹو ڈومز ڈے۔</w:t>
      </w:r>
    </w:p>
    <w:p>
      <w:r>
        <w:rPr>
          <w:b/>
        </w:rPr>
        <w:t xml:space="preserve">[54:18] </w:t>
      </w:r>
      <w:r>
        <w:t>two degrees away to doomsday yani jo global warming ho rahi hai do degree aur barh jaye to doomsday aa jayega.</w:t>
      </w:r>
    </w:p>
    <w:p>
      <w:pPr>
        <w:jc w:val="right"/>
      </w:pPr>
      <w:r>
        <w:t>ٹو ڈگریز آوے ٹو ڈومز ڈے یعنی جو گلوبل وارمنگ ہو رہی ہے دو ڈگری اور بڑھ جائے تو ڈومز ڈے آجائے گا۔</w:t>
      </w:r>
    </w:p>
    <w:p>
      <w:r>
        <w:rPr>
          <w:b/>
        </w:rPr>
        <w:t xml:space="preserve">[54:29] </w:t>
      </w:r>
      <w:r>
        <w:t>kaise yani kitna zyada qareeb aa gaya hai waqt ke ab hum introspection karen apna. kitna qareeb aa gaya hai waqt.</w:t>
      </w:r>
    </w:p>
    <w:p>
      <w:pPr>
        <w:jc w:val="right"/>
      </w:pPr>
      <w:r>
        <w:t>کیسے یعنی کتنا زیادہ قریب آگیا ہے وقت کہ اب ہم انٹروسپیکشن کریں اپنا۔ کتنا قریب آگیا ہے وقت۔</w:t>
      </w:r>
    </w:p>
    <w:p>
      <w:r>
        <w:rPr>
          <w:b/>
        </w:rPr>
        <w:t xml:space="preserve">[54:39] </w:t>
      </w:r>
      <w:r>
        <w:t>ke global warming aap jante hain ke barabar barh rahi hai barabar barh rahi hai barabar barh rahi hai. glacier jo hain pighal rahe hain. ice cap jo south pole aur north pole woh toot kar beh rahi hai.</w:t>
      </w:r>
    </w:p>
    <w:p>
      <w:pPr>
        <w:jc w:val="right"/>
      </w:pPr>
      <w:r>
        <w:t>کہ گلوبل وارمنگ آپ جانتے ہیں کہ برابر بڑھ رہی ہے برابر بڑھ رہی ہے برابر بڑھ رہی ہے۔ گلیشیئر جو ہیں پگھل رہے ہیں۔ آئس کیپ جو ساؤتھ پول اور نارتھ پول وہ ٹوٹ کر بہہ رہی ہے۔</w:t>
      </w:r>
    </w:p>
    <w:p>
      <w:r>
        <w:rPr>
          <w:b/>
        </w:rPr>
        <w:t xml:space="preserve">[54:53] </w:t>
      </w:r>
      <w:r>
        <w:t>ice berg jo the bare be tode woh toot kar beh rahe hain. aur samundaron ka level barh raha hai. pehle hi barh chuka hai samundaron ka level. agar global warming jo hai do degree aur zyada ho jaye to sab to hawala ho jayega aasman ka.</w:t>
      </w:r>
    </w:p>
    <w:p>
      <w:pPr>
        <w:jc w:val="right"/>
      </w:pPr>
      <w:r>
        <w:t>آئس برگ جو تھے بڑے بے تودے وہ ٹوٹ کر بہہ رہے ہیں۔ اور سمندروں کا لیول بڑھ رہا ہے۔ پہلے ہی بڑھ چکا ہے سمندروں کا لیول۔ اگر گلوبل وارمنگ جو ہے دو ڈگری اور زیادہ ہو جائے تو سب تو حوالہ ہو جائے گا آسمان کا۔</w:t>
      </w:r>
    </w:p>
    <w:p>
      <w:r>
        <w:rPr>
          <w:b/>
        </w:rPr>
        <w:t xml:space="preserve">[55:09] </w:t>
      </w:r>
      <w:r>
        <w:t>yani pani chalaye ga samandar mein. jo fresh water hai jo glacier jo hai ya ice berg jo hain ya north pole aur south pole mein jo barf hai woh sab kya hai woh fresh water ke ke store hain store.</w:t>
      </w:r>
    </w:p>
    <w:p>
      <w:pPr>
        <w:jc w:val="right"/>
      </w:pPr>
      <w:r>
        <w:t>یعنی پانی چلائے گا سمندر میں۔ جو فریش واٹر ہے جو گلیشیئر جو ہے یا آئس برگ جو ہیں یا نارتھ پول اور ساؤتھ پول میں جو برف ہے وہ سب کیا ہے وہ فریش واٹر کے کے اسٹور ہیں اسٹور۔</w:t>
      </w:r>
    </w:p>
    <w:p>
      <w:r>
        <w:rPr>
          <w:b/>
        </w:rPr>
        <w:t xml:space="preserve">[55:24] </w:t>
      </w:r>
      <w:r>
        <w:t>woh sab store chala ja raha hai samandar mein. woh ja ke woh namkeen water ban raha hai. ke ek waqt aaye ga ke wahi water water har jagah na rahe peene ke liye.</w:t>
      </w:r>
    </w:p>
    <w:p>
      <w:pPr>
        <w:jc w:val="right"/>
      </w:pPr>
      <w:r>
        <w:t>وہ سب اسٹور چلا جا رہا ہے سمندر میں۔ وہ جا کے وہ نمکین واٹر بن رہا ہے۔ کہ ایک وقت آئے گا کہ وہی واٹر واٹر ہر جگہ نہ رہے پینے کے لیے۔</w:t>
      </w:r>
    </w:p>
    <w:p>
      <w:r>
        <w:rPr>
          <w:b/>
        </w:rPr>
        <w:t xml:space="preserve">[55:37] </w:t>
      </w:r>
      <w:r>
        <w:t>aur is ki nateeja mein kya ho raha hai ke bohat se janwar to mar chuke hain khatam ho chuke hain. aur maray chalay ja rahay hain. tarah tarah ki bimariyan paida ho rahi hain.</w:t>
      </w:r>
    </w:p>
    <w:p>
      <w:pPr>
        <w:jc w:val="right"/>
      </w:pPr>
      <w:r>
        <w:t>اور اس کی نتیجہ میں کیا ہو رہا ہے کہ بہت سے جانور تو مر چکے ہیں ختم ہو چکے ہیں۔ اور مرے چلے جا رہے ہیں۔ طرح طرح کی بیماریاں پیدا ہو رہی ہیں۔</w:t>
      </w:r>
    </w:p>
    <w:p>
      <w:r>
        <w:rPr>
          <w:b/>
        </w:rPr>
        <w:t xml:space="preserve">[55:47] </w:t>
      </w:r>
      <w:r>
        <w:t>kitnay shehron ke liye doobnay ka khatra paida ho gaya hai. bohat se masail ek do nahi hain. abhi copenhagen mein aap jantay hain ke isi maslay par conference shayad aaj hi shuru ho rahi hai.</w:t>
      </w:r>
    </w:p>
    <w:p>
      <w:pPr>
        <w:jc w:val="right"/>
      </w:pPr>
      <w:r>
        <w:t>کتنے شہروں کے لیے ڈوبنے کا خطرہ پیدا ہو گیا ہے۔ بہت سے مسائل ایک دو نہیں ہیں۔ ابھی کوپن ہیگن میں آپ جانتے ہیں کہ اسی مسئلے پر کانفرنس شاید آج ہی شروع ہو رہی ہے۔</w:t>
      </w:r>
    </w:p>
    <w:p>
      <w:r>
        <w:rPr>
          <w:b/>
        </w:rPr>
        <w:t xml:space="preserve">[55:59] </w:t>
      </w:r>
      <w:r>
        <w:t>aaj ke to aaj shuru ho rahi hai? ji. copenhagen mein. saray dunya ke jo yani baray baray log hain woh wahan akhatta ho rahay hain copenhagen mein.</w:t>
      </w:r>
    </w:p>
    <w:p>
      <w:pPr>
        <w:jc w:val="right"/>
      </w:pPr>
      <w:r>
        <w:t>آج کہ تو آج شروع ہو رہی ہے؟ جی۔ کوپن ہیگن میں۔ سارے دنیا کے جو یعنی بڑے بڑے لوگ ہیں وہ وہاں اکٹھا ہو رہے ہیں کوپن ہیگن میں۔</w:t>
      </w:r>
    </w:p>
    <w:p>
      <w:r>
        <w:rPr>
          <w:b/>
        </w:rPr>
        <w:t xml:space="preserve">[56:09] </w:t>
      </w:r>
      <w:r>
        <w:t>lekin hoga kuch bhi nahi. kyunke carbon emission ko ghatao is par koi amal hi nahi kar raha hai. har ek keh raha hai doosray ko tum hatao.</w:t>
      </w:r>
    </w:p>
    <w:p>
      <w:pPr>
        <w:jc w:val="right"/>
      </w:pPr>
      <w:r>
        <w:t>لیکن ہوگا کچھ بھی نہیں۔ کیونکہ کاربن ایمیشن کو گھٹاؤ اس پر کوئی عمل ہی نہیں کر رہا ہے۔ ہر ایک کہہ رہا ہے دوسرے کو تم ہٹاؤ۔</w:t>
      </w:r>
    </w:p>
    <w:p>
      <w:r>
        <w:rPr>
          <w:b/>
        </w:rPr>
        <w:t xml:space="preserve">[56:19] </w:t>
      </w:r>
      <w:r>
        <w:t>har ek doosray se keh raha hai ke tum hatao. tum kam karo. yani carbon emission kam hum nahi karein ge tum karo. to is maani mein ke wahan pe kuch honay wala nahi hai.</w:t>
      </w:r>
    </w:p>
    <w:p>
      <w:pPr>
        <w:jc w:val="right"/>
      </w:pPr>
      <w:r>
        <w:t>ہر ایک دوسرے سے کہہ رہا ہے کہ تم ہٹاؤ۔ تم کم کرو۔ یعنی کاربن ایمیشن کم ہم نہیں کریں گے تم کرو۔ تو اس معنی میں کہ وہاں پہ کچھ ہونے والا نہیں ہے۔</w:t>
      </w:r>
    </w:p>
    <w:p>
      <w:r>
        <w:rPr>
          <w:b/>
        </w:rPr>
        <w:t xml:space="preserve">[56:30] </w:t>
      </w:r>
      <w:r>
        <w:t>kyunke is ka taluq jura hua hai lifestyle se. carbon emission jo itna barh gaya hai greenhouse gases ka jo masla paida hua global warming ka woh barah e rast jura hua hai hamari lifestyle se.</w:t>
      </w:r>
    </w:p>
    <w:p>
      <w:pPr>
        <w:jc w:val="right"/>
      </w:pPr>
      <w:r>
        <w:t>کیونکہ اس کا تعلق جڑا ہوا ہے لائف اسٹائل سے۔ کاربن ایمیشن جو اتنا بڑھ گیا ہے گرین ہاؤس گیسز کا جو مسئلہ پیدا ہوا گلوبل وارمنگ کا وہ براہ راست جڑا ہوا ہے ہماری لائف اسٹائل سے۔</w:t>
      </w:r>
    </w:p>
    <w:p>
      <w:r>
        <w:rPr>
          <w:b/>
        </w:rPr>
        <w:t xml:space="preserve">[56:45] </w:t>
      </w:r>
      <w:r>
        <w:t>to lifestyle mein hum kabhi kami karne ko tayyar nahi hain. aur industrial jo hamara sara jo phailao hai is mein hum kami karne ko tayyar nahi hain.</w:t>
      </w:r>
    </w:p>
    <w:p>
      <w:pPr>
        <w:jc w:val="right"/>
      </w:pPr>
      <w:r>
        <w:t>تو لائف اسٹائل میں ہم کبھی کمی کرنے کو تیار نہیں ہیں۔ اور انڈسٹریل جو ہمارا سارا جو پھیلاؤ ہے اس میں ہم کمی کرنے کو تیار نہیں ہیں۔</w:t>
      </w:r>
    </w:p>
    <w:p>
      <w:r>
        <w:rPr>
          <w:b/>
        </w:rPr>
        <w:t xml:space="preserve">[56:55] </w:t>
      </w:r>
      <w:r>
        <w:t>to barhta jaye ga. abhi to har din barh raha hai har din barh raha hai. agarche conferencein ho rahi hain. is sawa scientist logon ke koi bhi kisi kisi ko bhi koi change nahi.</w:t>
      </w:r>
    </w:p>
    <w:p>
      <w:pPr>
        <w:jc w:val="right"/>
      </w:pPr>
      <w:r>
        <w:t>تو بڑھتا جائے گا۔ ابھی تو ہر دن بڑھ رہا ہے ہر دن بڑھ رہا ہے۔ اگرچہ کانفرنسیں ہو رہی ہیں۔ اس سوا سائنسدان لوگوں کے کوئی بھی کسی کسی کو بھی کوئی چینج نہیں۔</w:t>
      </w:r>
    </w:p>
    <w:p>
      <w:r>
        <w:rPr>
          <w:b/>
        </w:rPr>
        <w:t xml:space="preserve">[57:09] </w:t>
      </w:r>
      <w:r>
        <w:t>kisi ko koi change nahi hai. scientist log zaroor bohat ziyada yani fikarmand hain. musalman to samajhtay hain ke abhi to dajjal nahi aya abhi to madhi nahi aye abhi masih nahi aye abhi kahan qayamat aye gi.</w:t>
      </w:r>
    </w:p>
    <w:p>
      <w:pPr>
        <w:jc w:val="right"/>
      </w:pPr>
      <w:r>
        <w:t>کسی کو کوئی چینج نہیں ہے۔ سائنسدان لوگ ضرور بہت زیادہ یعنی فکرمند ہیں۔ مسلمان تو سمجھتے ہیں کہ ابھی تو دجال نہیں آیا ابھی تو مادی نہیں آئے ابھی مسیح نہیں آئے ابھی کہاں قیامت آئے گی۔</w:t>
      </w:r>
    </w:p>
    <w:p>
      <w:r>
        <w:rPr>
          <w:b/>
        </w:rPr>
        <w:t xml:space="preserve">[57:23] </w:t>
      </w:r>
      <w:r>
        <w:t>yeh sochna chahiye ke ab jab aisa ho raha hai ke aglay bees saal mein dunya khatam ho sakti hai to aa chuke honge woh log. socho ke kahan hain woh.</w:t>
      </w:r>
    </w:p>
    <w:p>
      <w:pPr>
        <w:jc w:val="right"/>
      </w:pPr>
      <w:r>
        <w:t>یہ سوچنا چاہیے کہ اب جب ایسا ہو رہا ہے کہ اگلے بیس سال میں دنیا ختم ہو سکتی ہے تو آ چکے ہوں گے وہ لوگ۔ سوچو کہ کہاں ہیں وہ۔</w:t>
      </w:r>
    </w:p>
    <w:p>
      <w:r>
        <w:rPr>
          <w:b/>
        </w:rPr>
        <w:t xml:space="preserve">[57:34] </w:t>
      </w:r>
      <w:r>
        <w:t>jab scientific study bata rahi hai ke 2030 tak dunya rehne ke qabil nahi rahe gi. to aap ko sochna chahiye ke phir to dajjal aa chuka phir madhi aa chukay phir masih aa chuka.</w:t>
      </w:r>
    </w:p>
    <w:p>
      <w:pPr>
        <w:jc w:val="right"/>
      </w:pPr>
      <w:r>
        <w:t>جب سائنٹیفک اسٹڈی بتا رہی ہے کہ 2030 تک دنیا رہنے کے قابل نہیں رہے گی۔ تو آپ کو سوچنا چاہیے کہ پھر تو دجال آ چکا پھر مادی آ چکے پھر مسیح آ چکا۔</w:t>
      </w:r>
    </w:p>
    <w:p>
      <w:r>
        <w:rPr>
          <w:b/>
        </w:rPr>
        <w:t xml:space="preserve">[57:46] </w:t>
      </w:r>
      <w:r>
        <w:t>ab dhoondo kahan hain woh. kaisa anokha yani koi soch hai yeh. jab israel ka suraj phook jaye ga tab kya aanay wala koi aye ga.</w:t>
      </w:r>
    </w:p>
    <w:p>
      <w:pPr>
        <w:jc w:val="right"/>
      </w:pPr>
      <w:r>
        <w:t>اب ڈھونڈو کہاں ہیں وہ۔ کیسا انوکھا یعنی کوئی سوچ ہے یہ۔ جب اسرائیل کا سورج پھوک جائے گا تب کیا آنے والا کوئی آئے گا۔</w:t>
      </w:r>
    </w:p>
    <w:p>
      <w:r>
        <w:rPr>
          <w:b/>
        </w:rPr>
        <w:t xml:space="preserve">[58:01] </w:t>
      </w:r>
      <w:r>
        <w:t>kuch log apni madi jo unhein hasil hai is mein magan hain. musalman is mein magan hain ke abhi to abhi to madhi masih aaye nahi. lekin scientist scientific community jo hai bohat pareshan hai.</w:t>
      </w:r>
    </w:p>
    <w:p>
      <w:pPr>
        <w:jc w:val="right"/>
      </w:pPr>
      <w:r>
        <w:t>کچھ لوگ اپنی مادی جو انہیں حاصل ہے اس میں مگن ہیں۔ مسلمان اس میں مگن ہیں کہ ابھی تو ابھی تو مادی مسیح آئے نہیں۔ لیکن سائنسدان سائنٹیفک کمیونٹی جو ہے بہت پریشان ہے۔</w:t>
      </w:r>
    </w:p>
    <w:p>
      <w:r>
        <w:rPr>
          <w:b/>
        </w:rPr>
        <w:t xml:space="preserve">[58:14] </w:t>
      </w:r>
      <w:r>
        <w:t>koi scientific community dekh rahi hai ke yeh to bilkul chala aa raha hai chala aa raha hai chala aa raha hai. bilkul samnay doom se aata hua dikhai deta hai scientific community ko.</w:t>
      </w:r>
    </w:p>
    <w:p>
      <w:pPr>
        <w:jc w:val="right"/>
      </w:pPr>
      <w:r>
        <w:t>کوئی سائنٹیفک کمیونٹی دیکھ رہی ہے کہ یہ تو بالکل چلا آ رہا ہے چلا آ رہا ہے چلا آ رہا ہے۔ بالکل سامنے ڈوم سے آتا ہوا دکھائی دیتا ہے سائنٹیفک کمیونٹی کو۔</w:t>
      </w:r>
    </w:p>
    <w:p>
      <w:r>
        <w:rPr>
          <w:b/>
        </w:rPr>
        <w:t xml:space="preserve">[58:25] </w:t>
      </w:r>
      <w:r>
        <w:t>dobara waqt bohat kam reh gaya hai ke hum reassess karein revise karein replanning karein apni is soch ko badalein.</w:t>
      </w:r>
    </w:p>
    <w:p>
      <w:pPr>
        <w:jc w:val="right"/>
      </w:pPr>
      <w:r>
        <w:t>دوبارہ وقت بہت کم رہ گیا ہے کہ ہم ری ایسس کریں ریوائز کریں ری پلاننگ کریں اپنی اس سوچ کو بدلیں۔</w:t>
      </w:r>
    </w:p>
    <w:p>
      <w:r>
        <w:rPr>
          <w:b/>
        </w:rPr>
        <w:t xml:space="preserve">[58:35] </w:t>
      </w:r>
      <w:r>
        <w:t>aur sach mach quran ko follow karne walay banein. quran ko fakhar ke liye liye hue hain hum woh khatam karein. abhi tak musalman quran ko fakhar ke taur par liye hue hain.</w:t>
      </w:r>
    </w:p>
    <w:p>
      <w:pPr>
        <w:jc w:val="right"/>
      </w:pPr>
      <w:r>
        <w:t>اور سچ مچ قرآن کو فالو کرنے والے بنیں۔ قرآن کو فخر کے لیے لیے ہوئے ہیں ہم وہ ختم کریں۔ ابھی تک مسلمان قرآن کو فخر کے طور پر لیے ہوئے ہیں۔</w:t>
      </w:r>
    </w:p>
    <w:p>
      <w:r>
        <w:rPr>
          <w:b/>
        </w:rPr>
        <w:t xml:space="preserve">[58:47] </w:t>
      </w:r>
      <w:r>
        <w:t>to allah taala hum sab ko tofeeq de ke hum quran ko phir se parhein aur quran ko phir se samjhein aur quran ko follow karne walay banein.</w:t>
      </w:r>
    </w:p>
    <w:p>
      <w:pPr>
        <w:jc w:val="right"/>
      </w:pPr>
      <w:r>
        <w:t>تو اللہ تعالیٰ ہم سب کو توفیق دے کہ ہم قرآن کو پھر سے پڑھیں اور قرآن کو پھر سے سمجھیں اور قرآن کو فالو کرنے والے بنیں۔</w:t>
      </w:r>
    </w:p>
    <w:p>
      <w:r>
        <w:rPr>
          <w:b/>
        </w:rPr>
        <w:t xml:space="preserve">[58:57] </w:t>
      </w:r>
      <w:r>
        <w:t>aqool qooli haza wastaghfirullah li walakum ajmaeen.</w:t>
      </w:r>
    </w:p>
    <w:p>
      <w:pPr>
        <w:jc w:val="right"/>
      </w:pPr>
      <w:r>
        <w:t>اقول قولی هذا واستغفراللہ لی ولکم اجمعین۔</w:t>
      </w:r>
    </w:p>
    <w:p>
      <w:r>
        <w:rPr>
          <w:b/>
        </w:rPr>
        <w:t xml:space="preserve">[59:10] </w:t>
      </w:r>
      <w:r>
        <w:t>zindagi from Delhi with so many groups, sects, and organizations present in the Muslim world today, how can all of them be made to understand the importance of spreading the Quran?</w:t>
      </w:r>
    </w:p>
    <w:p>
      <w:pPr>
        <w:jc w:val="right"/>
      </w:pPr>
      <w:r>
        <w:t>زندگی from Delhi with so many groups, sects, and organizations present in the Muslim world today, how can all of them be made to understand the importance of spreading the Quran?</w:t>
      </w:r>
    </w:p>
    <w:p>
      <w:r>
        <w:rPr>
          <w:b/>
        </w:rPr>
        <w:t xml:space="preserve">[59:31] </w:t>
      </w:r>
      <w:r>
        <w:t>dekhein yeh to ek process hai ke dunya mein bigar ata hai phir bana hota hai. agar na ho to dawat o work kaisay ho?</w:t>
      </w:r>
    </w:p>
    <w:p>
      <w:pPr>
        <w:jc w:val="right"/>
      </w:pPr>
      <w:r>
        <w:t>دیکھیں یہ تو ایک process ہے کہ دنیا میں بگاڑ آتا ہے پھر بنا ہوتا ہے۔ اگر نہ ہو تو دعوت و ورک کیسے ہو؟</w:t>
      </w:r>
    </w:p>
    <w:p>
      <w:r>
        <w:rPr>
          <w:b/>
        </w:rPr>
        <w:t xml:space="preserve">[59:42] </w:t>
      </w:r>
      <w:r>
        <w:t>yeh to opportunity ke taur par dekhein aap is ko. agar dunya mein yeh sab na ho differences na hon bigar na ho to aap dawat o work kahan karein ge?</w:t>
      </w:r>
    </w:p>
    <w:p>
      <w:pPr>
        <w:jc w:val="right"/>
      </w:pPr>
      <w:r>
        <w:t>یہ تو opportunity کے طور پر دیکھیں آپ اس کو۔ اگر دنیا میں یہ سب نہ ہو differences نہ ہوں بگاڑ نہ ہو تو آپ دعوت و ورک کہاں کریں گے؟</w:t>
      </w:r>
    </w:p>
    <w:p>
      <w:r>
        <w:rPr>
          <w:b/>
        </w:rPr>
        <w:t xml:space="preserve">[59:56] </w:t>
      </w:r>
      <w:r>
        <w:t>koi island mein to nahi kar sakte aap dawat o work. to allah taala ne yeh nizam rakha hai ke insan ko azadi diya hai. azadi ko mehsoos kare ga aadmi.</w:t>
      </w:r>
    </w:p>
    <w:p>
      <w:pPr>
        <w:jc w:val="right"/>
      </w:pPr>
      <w:r>
        <w:t>کوئی آئی لینڈ میں تو نہیں کر سکتے آپ دعوت و ورک۔ تو اللہ تعالیٰ نے یہ نظام رکھا ہے کہ انسان کو آزادی دیا ہے۔ آزادی کو محسوس کرے گا آدمی۔</w:t>
      </w:r>
    </w:p>
    <w:p>
      <w:r>
        <w:rPr>
          <w:b/>
        </w:rPr>
        <w:t xml:space="preserve">[1:00:05] </w:t>
      </w:r>
      <w:r>
        <w:t>differences ayein ge masail ayein ge bigar aye ga. to daai log uthein ge reformers uthein ge maslay uthein ge woh kaam karte rahein ge.</w:t>
      </w:r>
    </w:p>
    <w:p>
      <w:pPr>
        <w:jc w:val="right"/>
      </w:pPr>
      <w:r>
        <w:t>differences آئیں گے مسائل آئیں گے بگاڑ آئے گا۔ تو داعی لوگ اٹھیں گے reformers اٹھیں گے مسئلے اٹھیں گے وہ کام کرتے رہیں گے۔</w:t>
      </w:r>
    </w:p>
    <w:p>
      <w:r>
        <w:rPr>
          <w:b/>
        </w:rPr>
        <w:t xml:space="preserve">[1:00:15] </w:t>
      </w:r>
      <w:r>
        <w:t>yeh aik process hai jo adam se le kar dooms day tak chalta rahe ga. to take it as an opportunity not as a problem.</w:t>
      </w:r>
    </w:p>
    <w:p>
      <w:pPr>
        <w:jc w:val="right"/>
      </w:pPr>
      <w:r>
        <w:t>یہ ایک process ہے جو آدم سے لے کر ڈومز ڈے تک چلتا رہے گا۔ تو take it as an opportunity not as a problem۔</w:t>
      </w:r>
    </w:p>
    <w:p>
      <w:r>
        <w:rPr>
          <w:b/>
        </w:rPr>
        <w:t xml:space="preserve">[1:00:27] </w:t>
      </w:r>
      <w:r>
        <w:t>is soorat-e-haal ko jo aap dekh rahe hain dunya mein is ko aik opportunity ke taur par lijiye ke hamein mauqa hai ke Allah taala ka inaam hasil karein hum dawati kaam kar ke.</w:t>
      </w:r>
    </w:p>
    <w:p>
      <w:pPr>
        <w:jc w:val="right"/>
      </w:pPr>
      <w:r>
        <w:t>اس صورتحال کو جو آپ دیکھ رہے ہیں دنیا میں اس کو ایک opportunity کے طور پر لیجئے کہ ہمیں موقع ہے کہ اللہ تعالیٰ کا انعام حاصل کریں ہم دعوتی کام کر کے۔</w:t>
      </w:r>
    </w:p>
    <w:p>
      <w:r>
        <w:rPr>
          <w:b/>
        </w:rPr>
        <w:t xml:space="preserve">[1:00:40] </w:t>
      </w:r>
      <w:r>
        <w:t>hum to is ko opportunity ke taur par dekhte hain hum masle ke taur par nahi dekhte. yeh maamla angle of vision ka hai saara maamla sach much angle of vision ka hai.</w:t>
      </w:r>
    </w:p>
    <w:p>
      <w:pPr>
        <w:jc w:val="right"/>
      </w:pPr>
      <w:r>
        <w:t>ہم تو اس کو opportunity کے طور پر دیکھتے ہیں ہم مسئلے کے طور پر نہیں دیکھتے۔ یہ معاملہ angle of vision کا ہے سارا معاملہ سچ مچ angle of vision کا ہے۔</w:t>
      </w:r>
    </w:p>
    <w:p>
      <w:r>
        <w:rPr>
          <w:b/>
        </w:rPr>
        <w:t xml:space="preserve">[1:00:52] </w:t>
      </w:r>
      <w:r>
        <w:t>angle of vision sahi ho to cheezein theek nazar aati hain. angle of vision galat ho jaye to cheezein ulti nazar aati hain.</w:t>
      </w:r>
    </w:p>
    <w:p>
      <w:pPr>
        <w:jc w:val="right"/>
      </w:pPr>
      <w:r>
        <w:t>angle of vision صحیح ہو تو چیزیں ٹھیک نظر آتی ہیں۔ angle of vision غلط ہو جائے تو چیزیں الٹی نظر آتی ہیں۔</w:t>
      </w:r>
    </w:p>
    <w:p>
      <w:r>
        <w:rPr>
          <w:b/>
        </w:rPr>
        <w:t xml:space="preserve">[1:01:01] </w:t>
      </w:r>
      <w:r>
        <w:t>har maamle mein.</w:t>
      </w:r>
    </w:p>
    <w:p>
      <w:pPr>
        <w:jc w:val="right"/>
      </w:pPr>
      <w:r>
        <w:t>ہر معاملے میں۔</w:t>
      </w:r>
    </w:p>
    <w:p>
      <w:r>
        <w:rPr>
          <w:b/>
        </w:rPr>
        <w:t xml:space="preserve">[1:01:06] </w:t>
      </w:r>
      <w:r>
        <w:t>maulana shaikh has another question. is it possible to arrange for an interactive session with some muslim leaders for babri masjid issue?</w:t>
      </w:r>
    </w:p>
    <w:p>
      <w:pPr>
        <w:jc w:val="right"/>
      </w:pPr>
      <w:r>
        <w:t>مولانا شیخ has another question۔ Is it possible to arrange for an interactive session with some Muslim leaders for Babri مسجد issue؟</w:t>
      </w:r>
    </w:p>
    <w:p>
      <w:r>
        <w:rPr>
          <w:b/>
        </w:rPr>
        <w:t xml:space="preserve">[1:01:18] </w:t>
      </w:r>
      <w:r>
        <w:t>haan karna chahiye lekin mein kar chuka hoon bohat ziyada. aur kuch faida nahi hua kyunke jitne leader hain woh sab yaani ab bhi leader ko khona padta hai inhain.</w:t>
      </w:r>
    </w:p>
    <w:p>
      <w:pPr>
        <w:jc w:val="right"/>
      </w:pPr>
      <w:r>
        <w:t>ہاں کرنا چاہیے لیکن میں کر چکا ہوں بہت زیادہ۔ اور کچھ فائدہ نہیں ہوا کیونکہ جتنے لیڈر ہیں وہ سب یعنی اب بھی لیڈر کو کھونا پڑتا ہے انہیں۔</w:t>
      </w:r>
    </w:p>
    <w:p>
      <w:r>
        <w:rPr>
          <w:b/>
        </w:rPr>
        <w:t xml:space="preserve">[1:01:33] </w:t>
      </w:r>
      <w:r>
        <w:t>jo leader hota hai woh sab se aakhir mein sunta hai baat ko yaad rakhiye. jo leader hota hai woh sab se aakhir mein baat sunta hai. kyunke is ke maan'ne ke maani koi leader hi khoye.</w:t>
      </w:r>
    </w:p>
    <w:p>
      <w:pPr>
        <w:jc w:val="right"/>
      </w:pPr>
      <w:r>
        <w:t>جو لیڈر ہوتا ہے وہ سب سے آخر میں سنتا ہے بات کو یاد رکھیے۔ جو لیڈر ہوتا ہے وہ سب سے آخر میں بات سنتا ہے۔ کیونکہ اس کے ماننے کے معنی کوئی لیڈر ہی کھوئے۔</w:t>
      </w:r>
    </w:p>
    <w:p>
      <w:r>
        <w:rPr>
          <w:b/>
        </w:rPr>
        <w:t xml:space="preserve">[1:01:43] </w:t>
      </w:r>
      <w:r>
        <w:t>keh ke i was wrong.</w:t>
      </w:r>
    </w:p>
    <w:p>
      <w:pPr>
        <w:jc w:val="right"/>
      </w:pPr>
      <w:r>
        <w:t>کہے کہ I was wrong۔</w:t>
      </w:r>
    </w:p>
    <w:p>
      <w:r>
        <w:rPr>
          <w:b/>
        </w:rPr>
        <w:t xml:space="preserve">[1:01:45] </w:t>
      </w:r>
      <w:r>
        <w:t>to i was wrong kaun kehta hai bataiye. jitne leader hain sab ke sab ghalati mein paray. ghalati ke maani reaction mein paray. aik bhi exception nahi hai.</w:t>
      </w:r>
    </w:p>
    <w:p>
      <w:pPr>
        <w:jc w:val="right"/>
      </w:pPr>
      <w:r>
        <w:t>تو I was wrong کون کہتا ہے بتائیے۔ جتنے لیڈر ہیں سب کے سب غلطی میں پڑے۔ غلطی کے معنی ری ایکشن میں پڑے۔ ایک بھی ایکسپشن نہیں ہے۔</w:t>
      </w:r>
    </w:p>
    <w:p>
      <w:r>
        <w:rPr>
          <w:b/>
        </w:rPr>
        <w:t xml:space="preserve">[1:01:59] </w:t>
      </w:r>
      <w:r>
        <w:t>na arab mein na non arab mein. na east mein na west mein. ke jo reaction se bach kar ke is ne apna misbat soch banai ho.</w:t>
      </w:r>
    </w:p>
    <w:p>
      <w:pPr>
        <w:jc w:val="right"/>
      </w:pPr>
      <w:r>
        <w:t>نہ عرب میں نہ نان عرب میں۔ نہ ایسٹ میں نہ ویسٹ میں۔ کہ جو ری ایکشن سے بچ کر کے اس نے اپنا مثبت سوچ بنائی ہو۔</w:t>
      </w:r>
    </w:p>
    <w:p>
      <w:r>
        <w:rPr>
          <w:b/>
        </w:rPr>
        <w:t xml:space="preserve">[1:02:09] </w:t>
      </w:r>
      <w:r>
        <w:t>barah-e-raast quran o hadees mein lambe study karne ke baad. to unhein maanna padega ke i was wrong. to kaun yeh maanta hai. is wajah se hum yeh yeh yeh nahi dekhte ke leader hai ke kaun leader woh hai.</w:t>
      </w:r>
    </w:p>
    <w:p>
      <w:pPr>
        <w:jc w:val="right"/>
      </w:pPr>
      <w:r>
        <w:t>براہ راست قرآن و حدیث میں لمبے اسٹڈی کرنے کے بعد۔ تو انہیں ماننا پڑے گا کہ I was wrong۔ تو کون یہ مانتا ہے۔ اس وجہ سے ہم یہ یہ یہ نہیں دیکھتے کہ لیڈر ہے کہ کون لیڈر وہ ہے۔</w:t>
      </w:r>
    </w:p>
    <w:p>
      <w:r>
        <w:rPr>
          <w:b/>
        </w:rPr>
        <w:t xml:space="preserve">[1:02:23] </w:t>
      </w:r>
      <w:r>
        <w:t>hum sochte hain ke seeker kaun hai. hamara jo mission hai woh seeker ko talash karne ka hai. leader ko nahi.</w:t>
      </w:r>
    </w:p>
    <w:p>
      <w:pPr>
        <w:jc w:val="right"/>
      </w:pPr>
      <w:r>
        <w:t>ہم سوچتے ہیں کہ سیکھر کون ہے۔ ہمارا جو مشن ہے وہ سیکھر کو تلاش کرنے کا ہے۔ لیڈر کو نہیں۔</w:t>
      </w:r>
    </w:p>
    <w:p>
      <w:r>
        <w:rPr>
          <w:b/>
        </w:rPr>
        <w:t xml:space="preserve">[1:02:33] </w:t>
      </w:r>
      <w:r>
        <w:t>baqi dawat to hum sab ko denge. dete hi hain. baat sab tak pahunchana hai. lekin mein samajhta hoon ke jo seeker hoga wahi baat ko samjhega wahi maane ga.</w:t>
      </w:r>
    </w:p>
    <w:p>
      <w:pPr>
        <w:jc w:val="right"/>
      </w:pPr>
      <w:r>
        <w:t>باقی دعوت تو ہم سب کو دیں گے۔ دیتے ہی ہیں۔ بات سب تک پہنچانا ہے۔ لیکن میں سمجھتا ہوں کہ جو سیکھر ہوگا وہی بات کو سمجھے گا وہی مانے گا۔</w:t>
      </w:r>
    </w:p>
    <w:p>
      <w:r>
        <w:rPr>
          <w:b/>
        </w:rPr>
        <w:t xml:space="preserve">[1:02:47] </w:t>
      </w:r>
      <w:r>
        <w:t>to baat sab tak pahunchaiye lekin sab se ziyada aap dhyan dijiye un logon par jo seeker hon. jo sachche hon.</w:t>
      </w:r>
    </w:p>
    <w:p>
      <w:pPr>
        <w:jc w:val="right"/>
      </w:pPr>
      <w:r>
        <w:t>تو بات سب تک پہنچائیے لیکن سب سے زیادہ آپ دھیان دیجئے ان لوگوں پر جو سیکھر ہوں۔ جو سچے ہوں۔</w:t>
      </w:r>
    </w:p>
    <w:p>
      <w:r>
        <w:rPr>
          <w:b/>
        </w:rPr>
        <w:t xml:space="preserve">[1:02:56] </w:t>
      </w:r>
      <w:r>
        <w:t>jo sochein. jin mein yeh hosla ho ke woh keh sakein ke i was wrong.</w:t>
      </w:r>
    </w:p>
    <w:p>
      <w:pPr>
        <w:jc w:val="right"/>
      </w:pPr>
      <w:r>
        <w:t>جو سوچیں۔ جن میں یہ حوصلہ ہو کہ وہ کہہ سکیں کہ I was wrong۔</w:t>
      </w:r>
    </w:p>
    <w:p>
      <w:r>
        <w:rPr>
          <w:b/>
        </w:rPr>
        <w:t xml:space="preserve">[1:03:06] </w:t>
      </w:r>
      <w:r>
        <w:t>this question is from dr. farida khanam from delhi. why are muslims unable to deal with any situation wisely?</w:t>
      </w:r>
    </w:p>
    <w:p>
      <w:pPr>
        <w:jc w:val="right"/>
      </w:pPr>
      <w:r>
        <w:t>This question is from Dr. Farida Khanam from Delhi۔ Why are Muslims unable to deal with any situation wisely؟</w:t>
      </w:r>
    </w:p>
    <w:p>
      <w:r>
        <w:rPr>
          <w:b/>
        </w:rPr>
        <w:t xml:space="preserve">[1:03:16] </w:t>
      </w:r>
      <w:r>
        <w:t>the saying "fools rush in where angels fear to tread" applies to the muslims of today. kindly give your comments.</w:t>
      </w:r>
    </w:p>
    <w:p>
      <w:pPr>
        <w:jc w:val="right"/>
      </w:pPr>
      <w:r>
        <w:t>The saying "Fools rush in where angels fear to tread" applies to the Muslims of today. Kindly give your comments.</w:t>
      </w:r>
    </w:p>
    <w:p>
      <w:r>
        <w:rPr>
          <w:b/>
        </w:rPr>
        <w:t xml:space="preserve">[1:03:27] </w:t>
      </w:r>
      <w:r>
        <w:t>mein is ko maanta hoon. ke "fools rush in where angels fear to tread" ka case hai musalmanon ka. har jagah yeh ho raha hai aap dekhein har jagah. ghus padenge aur bhage jayenge ghus padenge aur bhage jayenge.</w:t>
      </w:r>
    </w:p>
    <w:p>
      <w:pPr>
        <w:jc w:val="right"/>
      </w:pPr>
      <w:r>
        <w:t>میں اس کو مانتا ہوں۔ کہ "Fools rush in where angels fear to tread" کا کیس ہے مسلمانوں کا۔ ہر جگہ یہ ہو رہا ہے آپ دیکھیں ہر جگہ۔ گھس پڑیں گے اور بھاگے جائیں گے گھس پڑیں گے اور بھاگے جائیں گے۔</w:t>
      </w:r>
    </w:p>
    <w:p>
      <w:r>
        <w:rPr>
          <w:b/>
        </w:rPr>
        <w:t xml:space="preserve">[1:03:41] </w:t>
      </w:r>
      <w:r>
        <w:t>wajah kya hai ke musalman abhi apne maazi se bahar nahi aa pa rahe hain. maazi se murad hai siyasi zaroorat.</w:t>
      </w:r>
    </w:p>
    <w:p>
      <w:pPr>
        <w:jc w:val="right"/>
      </w:pPr>
      <w:r>
        <w:t>وجہ کیا ہے کہ مسلمان ابھی اپنے ماضی سے باہر نہیں آ پا رہے ہیں۔ ماضی سے مراد ہے سیاسی ضروری۔</w:t>
      </w:r>
    </w:p>
    <w:p>
      <w:r>
        <w:rPr>
          <w:b/>
        </w:rPr>
        <w:t xml:space="preserve">[1:03:50] </w:t>
      </w:r>
      <w:r>
        <w:t>har aadmi one to all mein samajhta hoon ke barah-e-raast ya in-barah-raast siyasi zaroorat mein jee raha hai.</w:t>
      </w:r>
    </w:p>
    <w:p>
      <w:pPr>
        <w:jc w:val="right"/>
      </w:pPr>
      <w:r>
        <w:t>ہر آدمی one to all میں سمجھتا ہوں کہ براہ راست یا ان براہ راست سیاسی ضروری میں جی رہا ہے۔</w:t>
      </w:r>
    </w:p>
    <w:p>
      <w:r>
        <w:rPr>
          <w:b/>
        </w:rPr>
        <w:t xml:space="preserve">[1:03:59] </w:t>
      </w:r>
      <w:r>
        <w:t>quran o hadees mein kaun jee raha hai hum to nahi jaante koi quran o hadees mein jee raha hai. bas siyasi zaroorat. aur yeh log itna ziyada is mein gum hain ke yeh bhi nahi jaante ke abhi bhi hamare siyasi maani mein 57 muslim mumalik hain jahan musalmanon ki hukoomat hai.</w:t>
      </w:r>
    </w:p>
    <w:p>
      <w:pPr>
        <w:jc w:val="right"/>
      </w:pPr>
      <w:r>
        <w:t>قرآن و حدیث میں کون جی رہا ہے ہم تو نہیں جانتے کوئی قرآن و حدیث میں جی رہا ہے۔ بس سیاسی ضروری۔ اور یہ لوگ اتنا زیادہ اس میں گم ہیں کہ یہ بھی نہیں جانتے کہ ابھی بھی ہمارے سیاسی معنی میں 57 مسلم ممالک ہیں جہاں مسلمانوں کی حکومت ہے۔</w:t>
      </w:r>
    </w:p>
    <w:p>
      <w:r>
        <w:rPr>
          <w:b/>
        </w:rPr>
        <w:t xml:space="preserve">[1:04:19] </w:t>
      </w:r>
      <w:r>
        <w:t>aaj bhi musalmanon ki hukoomatein 57 hain dunya bhar mein. lekin chunke empire nahi hai.</w:t>
      </w:r>
    </w:p>
    <w:p>
      <w:pPr>
        <w:jc w:val="right"/>
      </w:pPr>
      <w:r>
        <w:t>آج بھی مسلمانوں کی حکومتیں 57 ہیں دنیا بھر میں۔ لیکن چونکہ ایمپائر نہیں ہے۔</w:t>
      </w:r>
    </w:p>
    <w:p>
      <w:r>
        <w:rPr>
          <w:b/>
        </w:rPr>
        <w:t xml:space="preserve">[1:04:30] </w:t>
      </w:r>
      <w:r>
        <w:t>empire nahi hai is liye samajhte hain ke hamare paas siyasi taqat bhi nahi hai. to mujhe aik qissa shayad mein ne is se suna hai is se pehle aap ko.</w:t>
      </w:r>
    </w:p>
    <w:p>
      <w:pPr>
        <w:jc w:val="right"/>
      </w:pPr>
      <w:r>
        <w:t>ایمپائر نہیں ہے اس لیے سمجھتے ہیں کہ ہمارے پاس سیاسی طاقت بھی نہیں ہے۔ تو مجھے ایک قصہ شاید میں نے اس سے سنا ہے اس سے پہلے آپ کو۔</w:t>
      </w:r>
    </w:p>
    <w:p>
      <w:r>
        <w:rPr>
          <w:b/>
        </w:rPr>
        <w:t xml:space="preserve">[1:04:38] </w:t>
      </w:r>
      <w:r>
        <w:t>aik saal mein bataya tha mujhe ke lucknow mein nakhhas ke chorahay par aik boodhi khatoon keh rahi thi koi mutanjan khila de.</w:t>
      </w:r>
    </w:p>
    <w:p>
      <w:pPr>
        <w:jc w:val="right"/>
      </w:pPr>
      <w:r>
        <w:t>ایک سال میں بتایا تھا مجھے کہ لکھنو میں نخاس کے چوراہے پر ایک بوڑھی خاتون کہہ رہی تھی کوئی متنجن کھلا دے۔</w:t>
      </w:r>
    </w:p>
    <w:p>
      <w:r>
        <w:rPr>
          <w:b/>
        </w:rPr>
        <w:t xml:space="preserve">[1:04:50] </w:t>
      </w:r>
      <w:r>
        <w:t>koi mutanjan khila de yeh awaz laga rahi thi woh. aur us ke hath mein ek plate thi. to unhon ne kaha ke main qareeb gaya aur dekha ke is mein mutanjan tha pehle hi.</w:t>
      </w:r>
    </w:p>
    <w:p>
      <w:pPr>
        <w:jc w:val="right"/>
      </w:pPr>
      <w:r>
        <w:t>کوئی متنجن کھلا دے یہ آواز لگا رہی تھی وہ۔ اور اس کے ہاتھ میں ایک پلیٹ تھی۔ تو انہوں نے کہا کہ میں قریب گیا اور دیکھا کہ اس میں متنجن تھا پہلے ہی۔</w:t>
      </w:r>
    </w:p>
    <w:p>
      <w:r>
        <w:rPr>
          <w:b/>
        </w:rPr>
        <w:t xml:space="preserve">[1:05:02] </w:t>
      </w:r>
      <w:r>
        <w:t>mutanjan kehte hain jo meetha pulao banate hain na us ko. to kaha bibi ji to wahan to mutanjan khud hi hai to mutanjan khila to kyun keh rahi ho.</w:t>
      </w:r>
    </w:p>
    <w:p>
      <w:pPr>
        <w:jc w:val="right"/>
      </w:pPr>
      <w:r>
        <w:t>متنجن کہتے ہیں جو میٹھا پلاؤ بناتے ہیں نا اس کو۔ تو کہا بی بی جی تو وہاں تو متنجن خود ہی ہے تو متنجن کھلا تو کیوں کہہ رہی ہو۔</w:t>
      </w:r>
    </w:p>
    <w:p>
      <w:r>
        <w:rPr>
          <w:b/>
        </w:rPr>
        <w:t xml:space="preserve">[1:05:14] </w:t>
      </w:r>
      <w:r>
        <w:t>to kehti hai ke mujhe yeh zaban hai Lucknow ki kya mutanjan balai ke baghair bhi khaya jata hai. to musalman itna zyada itna zyada yani maaf kijiye ga yani andhe ho chuke hain ke empire nahi hai to samajhte hain ke siyasi taqat bhi nahi hai.</w:t>
      </w:r>
    </w:p>
    <w:p>
      <w:pPr>
        <w:jc w:val="right"/>
      </w:pPr>
      <w:r>
        <w:t>تو کہتی ہے کہ مجھے یہ زبان ہے لکھنو کی کیا متنجن بالائی کے بغیر بھی کھایا جاتا ہے۔ تو مسلمان اتنا زیادہ اتنا زیادہ یعنی معاف کیجئے گا یعنی اندھے ہو چکے ہیں کہ ایمپائر نہیں ہے تو سمجھتے ہیں کہ سیاسی طاقت بھی نہیں ہے۔</w:t>
      </w:r>
    </w:p>
    <w:p>
      <w:r>
        <w:rPr>
          <w:b/>
        </w:rPr>
        <w:t xml:space="preserve">[1:05:32] </w:t>
      </w:r>
      <w:r>
        <w:t>mutanjan hai apne hath mein. ek balai nahi hai. phir 57 muslim mumalik hain un ki sab se bari tadad quwam mutahida mein un ki hai musalmanon ki.</w:t>
      </w:r>
    </w:p>
    <w:p>
      <w:pPr>
        <w:jc w:val="right"/>
      </w:pPr>
      <w:r>
        <w:t>متنجن ہے اپنے ہاتھ میں۔ ایک بالائی نہیں ہے۔ پھر 57 مسلم ممالک ہیں ان کی سب سے بڑی تعداد اقوام متحدہ میں ان کی ہے مسلمانوں کی۔</w:t>
      </w:r>
    </w:p>
    <w:p>
      <w:r>
        <w:rPr>
          <w:b/>
        </w:rPr>
        <w:t xml:space="preserve">[1:05:44] </w:t>
      </w:r>
      <w:r>
        <w:t>general assembly jo wahan ki hai is mein sab se zyada tadad unhi logon ki musalmanon ki hai. tab bhi ro rahe hain isi ka. kyun ke siyasi empire nahi hai. to musalman itna zyada be khabar ho chuke hain ke bas siyasi empire ho to siyasi taqat hai to nahi hai.</w:t>
      </w:r>
    </w:p>
    <w:p>
      <w:pPr>
        <w:jc w:val="right"/>
      </w:pPr>
      <w:r>
        <w:t>جنرل اسمبلی جو وہاں کی ہے اس میں سب سے زیادہ تعداد انہی لوگوں کی مسلمانوں کی ہے۔ تب بھی رو رہے ہیں اسی کا۔ کیوں کہ سیاسی ایمپائر نہیں ہے۔ تو مسلمان اتنا زیادہ بے خبر ہو چکے ہیں کہ بس سیاسی ایمپائر ہو تو سیاسی طاقت ہے تو نہیں ہے۔</w:t>
      </w:r>
    </w:p>
    <w:p>
      <w:r>
        <w:rPr>
          <w:b/>
        </w:rPr>
        <w:t xml:space="preserve">[1:06:01] </w:t>
      </w:r>
      <w:r>
        <w:t>abhi jo 57 muslim mumalik hain un ko un ko taraqqi do. un ka ek wafaq banao. wafaq banao to phir ek empire ban jayega. agar un ka wafaq ban sake to abhi bhi ek siyasi empire ban jayega dobara.</w:t>
      </w:r>
    </w:p>
    <w:p>
      <w:pPr>
        <w:jc w:val="right"/>
      </w:pPr>
      <w:r>
        <w:t>ابھی جو 57 مسلم ممالک ہیں ان کو ان کو ترقی دو۔ ان کا ایک وفاق بناؤ۔ وفاق بناؤ تو پھر ایک ایمپائر بن جائے گا۔ اگر ان کا وفاق بن سکے تو ابھی بھی ایک سیاسی ایمپائر بن جائے گا دوبارہ۔</w:t>
      </w:r>
    </w:p>
    <w:p>
      <w:r>
        <w:rPr>
          <w:b/>
        </w:rPr>
        <w:t xml:space="preserve">[1:06:23] </w:t>
      </w:r>
      <w:r>
        <w:t>to yeh sab baat kyun hai logon ke andar soch hi nahi hai bilkul. tarz soch ka koi wajood hi nahi hai. sirf jazbat ko jante hain.</w:t>
      </w:r>
    </w:p>
    <w:p>
      <w:pPr>
        <w:jc w:val="right"/>
      </w:pPr>
      <w:r>
        <w:t>تو یہ سب بات کیوں ہے لوگوں کے اندر سوچ ہی نہیں ہے بالکل۔ طرز سوچ کا کوئی وجود ہی نہیں ہے۔ صرف جذبات کو جانتے ہیں۔</w:t>
      </w:r>
    </w:p>
    <w:p>
      <w:r>
        <w:rPr>
          <w:b/>
        </w:rPr>
        <w:t xml:space="preserve">[1:06:32] </w:t>
      </w:r>
      <w:r>
        <w:t>kyun jo aadmi bhi yaad rakhiye mazi ki zaroorat mein jiye ga is ka haal yahi hoga. aap khandan bhi dekh lein kisi khandan mein koi bara aadmi ho gaya ho to un ke bete pote isi mein jeete hain.</w:t>
      </w:r>
    </w:p>
    <w:p>
      <w:pPr>
        <w:jc w:val="right"/>
      </w:pPr>
      <w:r>
        <w:t>کیوں جو آدمی بھی یاد رکھیے ماضی کی ضروری میں جیئے گا اس کا حال یہی ہوگا۔ آپ خاندان بھی دیکھ لیں کسی خاندان میں کوئی بڑا آدمی ہو گیا ہو تو ان کے بیٹے پوتے اسی میں جیتے ہیں۔</w:t>
      </w:r>
    </w:p>
    <w:p>
      <w:r>
        <w:rPr>
          <w:b/>
        </w:rPr>
        <w:t xml:space="preserve">[1:06:42] </w:t>
      </w:r>
      <w:r>
        <w:t>mere baap yeh the mere baap woh the. to jo aadmi peechay ki zaroorat mein jeeta ho wo aagay ki soch ke andha ho jata hai.</w:t>
      </w:r>
    </w:p>
    <w:p>
      <w:pPr>
        <w:jc w:val="right"/>
      </w:pPr>
      <w:r>
        <w:t>میرے باپ یہ تھے میرے باپ وہ تھے۔ تو جو آدمی پیچھے کی ضروری میں جیتا ہو وہ آگے کی سوچ کے اندھا ہو جاتا ہے۔</w:t>
      </w:r>
    </w:p>
    <w:p>
      <w:r>
        <w:rPr>
          <w:b/>
        </w:rPr>
        <w:t xml:space="preserve">[1:06:55] </w:t>
      </w:r>
      <w:r>
        <w:t>to musalman yani andar compression khate kamate hain lekin un ki soch jo hai soch bilkul musbat soch nahi hai.</w:t>
      </w:r>
    </w:p>
    <w:p>
      <w:pPr>
        <w:jc w:val="right"/>
      </w:pPr>
      <w:r>
        <w:t>تو مسلمان یعنی اندر کمپریشن کھاتے کماتے ہیں لیکن ان کی سوچ جو ہے سوچ بالکل مثبت سوچ نہیں ہے۔</w:t>
      </w:r>
    </w:p>
    <w:p>
      <w:r>
        <w:rPr>
          <w:b/>
        </w:rPr>
        <w:t xml:space="preserve">[1:07:04] </w:t>
      </w:r>
      <w:r>
        <w:t>haqiqat pasandana soch nahi hai un ke andar. to ab ya hum log yahi kaam karna hai. hum Khuda ke fazal se yahi kaam kar rahe hain.</w:t>
      </w:r>
    </w:p>
    <w:p>
      <w:pPr>
        <w:jc w:val="right"/>
      </w:pPr>
      <w:r>
        <w:t>حقیقت پسندانہ سوچ نہیں ہے ان کے اندر۔ تو اب یا ہم لوگ یہی کام کرنا ہے۔ ہم خدا کے فضل سے یہی کام کر رہے ہیں۔</w:t>
      </w:r>
    </w:p>
    <w:p>
      <w:r>
        <w:rPr>
          <w:b/>
        </w:rPr>
        <w:t xml:space="preserve">[1:07:14] </w:t>
      </w:r>
      <w:r>
        <w:t>musalmanon ki halat ko tod rahe hain. musalmanon ki halat ko tod rahe hain yeh kaam hum kar rahe hain aur har din Khuda ke fazal se kuch na kuch log milte hain.</w:t>
      </w:r>
    </w:p>
    <w:p>
      <w:pPr>
        <w:jc w:val="right"/>
      </w:pPr>
      <w:r>
        <w:t>مسلمانوں کی حالت کو توڑ رہے ہیں۔ مسلمانوں کی حالت کو توڑ رہے ہیں یہ کام ہم کر رہے ہیں اور ہر دن خدا کے فضل سے کچھ نہ کچھ لوگ ملتے ہیں۔</w:t>
      </w:r>
    </w:p>
    <w:p>
      <w:r>
        <w:rPr>
          <w:b/>
        </w:rPr>
        <w:t xml:space="preserve">[1:07:23] </w:t>
      </w:r>
      <w:r>
        <w:t>telephone aata hai khat aata hai ke aap ke khatoot parh kar ke hamein hamari aankh khul gayi ab tak hum bohat bhari bhool mein thay. to yeh surat e haal jo hai yeh jo surat e haal hai wo sirf is ka yeh woh hai ke hum apne dawati kaam ko aur barha dein aur barha dein aur barha dein.</w:t>
      </w:r>
    </w:p>
    <w:p>
      <w:pPr>
        <w:jc w:val="right"/>
      </w:pPr>
      <w:r>
        <w:t>ٹیلی فون آتا ہے خط آتا ہے کہ آپ کے خطوط پڑھ کر کے ہمیں ہماری آنکھ کھل گئی اب تک ہم بہت بھاری بھول میں تھے۔ تو یہ صورتحال جو ہے یہ جو صورتحال ہے وہ صرف اس کا یہ وہ ہے کہ ہم اپنے دعوتی کام کو اور بڑھا دیں اور بڑھا دیں اور بڑھا دیں۔</w:t>
      </w:r>
    </w:p>
    <w:p>
      <w:r>
        <w:rPr>
          <w:b/>
        </w:rPr>
        <w:t xml:space="preserve">[1:07:45] </w:t>
      </w:r>
      <w:r>
        <w:t>This question is from Maulana Zikwan Nadvi from Delhi. At the time of Jews a Babylonian king Nebuchadnezzar destroyed the temple of Solomon in Palestine around 586 BC which was the historical mosque of Jews.</w:t>
      </w:r>
    </w:p>
    <w:p>
      <w:pPr>
        <w:jc w:val="right"/>
      </w:pPr>
      <w:r>
        <w:t>This question is from مولانا زکوان ندوی from Delhi۔ At the time of Jews a Babylonian king Nebuchadnezzar destroyed the temple of Solomon in Palestine around 586 BC which was the historical mosque of Jews.</w:t>
      </w:r>
    </w:p>
    <w:p>
      <w:r>
        <w:rPr>
          <w:b/>
        </w:rPr>
        <w:t xml:space="preserve">[1:08:05] </w:t>
      </w:r>
      <w:r>
        <w:t>At that time the Jewish leaders told that others were doing zulm on them. The prophet at that time was Jeremiah who told the Jews that this was the outcome of your own deeds for which you should do introspection.</w:t>
      </w:r>
    </w:p>
    <w:p>
      <w:pPr>
        <w:jc w:val="right"/>
      </w:pPr>
      <w:r>
        <w:t>At that time the Jewish leaders told that others were doing ظلم on them. The prophet at that time was Jeremiah who told the Jews that this was the outcome of your own deeds for which you should do introspection.</w:t>
      </w:r>
    </w:p>
    <w:p>
      <w:r>
        <w:rPr>
          <w:b/>
        </w:rPr>
        <w:t xml:space="preserve">[1:08:24] </w:t>
      </w:r>
      <w:r>
        <w:t>But the Jews did not listen to him and were ready to kill prophet Jeremiah. Maulana kindly comment on this. bohat hi sahi hai.</w:t>
      </w:r>
    </w:p>
    <w:p>
      <w:pPr>
        <w:jc w:val="right"/>
      </w:pPr>
      <w:r>
        <w:t>But the Jews did not listen to him and were ready to kill prophet Jeremiah. مولانا kindly comment on this. بہت ہی صحیح ہے۔</w:t>
      </w:r>
    </w:p>
    <w:p>
      <w:r>
        <w:rPr>
          <w:b/>
        </w:rPr>
        <w:t xml:space="preserve">[1:08:34] </w:t>
      </w:r>
      <w:r>
        <w:t>dekhein yeh jo kitab ek chapter hai Jeremiah ek chapter hai Bible ka. aur yeh ek paighambar ki baat hai is mein jo Israeli paighambar thay.</w:t>
      </w:r>
    </w:p>
    <w:p>
      <w:pPr>
        <w:jc w:val="right"/>
      </w:pPr>
      <w:r>
        <w:t>دیکھیں یہ جو کتاب ایک چیپٹر ہے یہیرمیاہ ایک چیپٹر ہے بائبل کا۔ اور یہ ایک پیغمبر کی بات ہے اس میں جو اسرائیلی پیغمبر تھے۔</w:t>
      </w:r>
    </w:p>
    <w:p>
      <w:r>
        <w:rPr>
          <w:b/>
        </w:rPr>
        <w:t xml:space="preserve">[1:08:46] </w:t>
      </w:r>
      <w:r>
        <w:t>tareekh daan kehte hain ke bohat hi sahi kitab hai yeh. agarche woh tarjuma hai lekin is ke jo baatein hain jo mawad is ka hai wo sahi hai wo. to wo jo hai ek aise qaum ko khitab kar rahe hain jo zawal jis ko aa chuka tha.</w:t>
      </w:r>
    </w:p>
    <w:p>
      <w:pPr>
        <w:jc w:val="right"/>
      </w:pPr>
      <w:r>
        <w:t>تاریخ دان کہتے ہیں کہ بہت ہی صحیح کتاب ہے یہ۔ اگرچہ وہ ترجمہ ہے لیکن اس کے جو باتیں ہیں جو مواد اس کا ہے وہ صحیح ہے وہ۔ تو وہ جو ہے ایک ایسے قوم کو خطاب کر رہے ہیں جو زوال جس کو آ چکا تھا۔</w:t>
      </w:r>
    </w:p>
    <w:p>
      <w:r>
        <w:rPr>
          <w:b/>
        </w:rPr>
        <w:t xml:space="preserve">[1:09:00] </w:t>
      </w:r>
      <w:r>
        <w:t>is ka degeneration ho chuka tha. to degenerated Yahudi ko mukhatib kar rahe hain wo. to wo bilkul laagu hoti hai musalmanon ke upar aaj ke.</w:t>
      </w:r>
    </w:p>
    <w:p>
      <w:pPr>
        <w:jc w:val="right"/>
      </w:pPr>
      <w:r>
        <w:t>اس کا ڈی جنریشن ہو چکا تھا۔ تو ڈی جنریٹڈ یہودی کو مخاطب کر رہے ہیں وہ۔ تو وہ بالکل لاگو ہوتی ہے مسلمانوں کے اوپر آج کے۔</w:t>
      </w:r>
    </w:p>
    <w:p>
      <w:r>
        <w:rPr>
          <w:b/>
        </w:rPr>
        <w:t xml:space="preserve">[1:09:10] </w:t>
      </w:r>
      <w:r>
        <w:t>agar aap is ko parhein to aap ko ajeeb ghareeb is mein yani sabaq mile ga. lagta hai ke aaj ke musalmanon ke liye wo wo kitab mehfooz rakhi thi Allah taala ne.</w:t>
      </w:r>
    </w:p>
    <w:p>
      <w:pPr>
        <w:jc w:val="right"/>
      </w:pPr>
      <w:r>
        <w:t>اگر آپ اس کو پڑھیں تو آپ کو عجیب غریب اس میں یعنی سبق ملے گا۔ لگتا ہے کہ آج کے مسلمانوں کے لیے وہ وہ کتاب محفوظ رکھی تھی اللہ تعالیٰ نے۔</w:t>
      </w:r>
    </w:p>
    <w:p>
      <w:r>
        <w:rPr>
          <w:b/>
        </w:rPr>
        <w:t xml:space="preserve">[1:09:22] </w:t>
      </w:r>
      <w:r>
        <w:t>Bible mein kai chapter hain. is chapter ke baray mein tareekh daan kehte hain ke yeh mehfooz hai. tarjume ke taur par asal to nahi hai.</w:t>
      </w:r>
    </w:p>
    <w:p>
      <w:pPr>
        <w:jc w:val="right"/>
      </w:pPr>
      <w:r>
        <w:t>بائبل میں کئی چیپٹر ہیں۔ اس چیپٹر کے بارے میں تاریخ دان کہتے ہیں کہ یہ محفوظ ہے۔ ترجمے کے طور پر اصل تو نہیں ہے۔</w:t>
      </w:r>
    </w:p>
    <w:p>
      <w:r>
        <w:rPr>
          <w:b/>
        </w:rPr>
        <w:t xml:space="preserve">[1:09:31] </w:t>
      </w:r>
      <w:r>
        <w:t>wo bilkul musalmanon par laagu hoti hai wo. is mein wo kehte hain jo us waqt ke jo paighambar thay Jeremiah ke siyasi takht tum se cheen liya gaya hai.</w:t>
      </w:r>
    </w:p>
    <w:p>
      <w:pPr>
        <w:jc w:val="right"/>
      </w:pPr>
      <w:r>
        <w:t>وہ بالکل مسلمانوں پر لاگو ہوتی ہے وہ۔ اس میں وہ کہتے ہیں جو اس وقت کے جو پیغمبر تھےیرمیاہ کہ سیاسی تخت تم سے چھین لیا گیا ہے۔</w:t>
      </w:r>
    </w:p>
    <w:p>
      <w:r>
        <w:rPr>
          <w:b/>
        </w:rPr>
        <w:t xml:space="preserve">[1:09:45] </w:t>
      </w:r>
      <w:r>
        <w:t>ab chup chap baitho. matlab yeh hai ke ghair siyasi maidan mein kaam karo. ek to yahi baat keh rahe hain wo.</w:t>
      </w:r>
    </w:p>
    <w:p>
      <w:pPr>
        <w:jc w:val="right"/>
      </w:pPr>
      <w:r>
        <w:t>اب چپ چاپ بیٹھو۔ مطلب یہ ہے کہ غیر سیاسی میدان میں کام کرو۔ ایک تو یہی بات کہہ رہے ہیں وہ۔</w:t>
      </w:r>
    </w:p>
    <w:p>
      <w:r>
        <w:rPr>
          <w:b/>
        </w:rPr>
        <w:t xml:space="preserve">[1:09:54] </w:t>
      </w:r>
      <w:r>
        <w:t>ke siyasi empire nahi bana sakte to wo wo to chhin chuka. lekin ghair siyasi maidan mein kaam karne ke mawaqe hain is ko karo is ko hasil karo.</w:t>
      </w:r>
    </w:p>
    <w:p>
      <w:pPr>
        <w:jc w:val="right"/>
      </w:pPr>
      <w:r>
        <w:t>کہ سیاسی ایمپائر نہیں بنا سکتے تو وہ وہ تو چھن چکا۔ لیکن غیر سیاسی میدان میں کام کرنے کے مواقع ہیں اس کو کرو اس کو حاصل کرو۔</w:t>
      </w:r>
    </w:p>
    <w:p>
      <w:r>
        <w:rPr>
          <w:b/>
        </w:rPr>
        <w:t xml:space="preserve">[1:10:05] </w:t>
      </w:r>
      <w:r>
        <w:t>yeh theek wahi baat jo hum aaj kal kehte hain aaj kal ke musalmanon se. main samajhta hoon ke Jeremiah jo kitab hai ab be tahasha is ko parhna chahiye Bible mein. Bible aap jante hain ke har zaban mein hai Arabic mein Farsi mein Urdu mein English mein har zaban mein Hindi mein.</w:t>
      </w:r>
    </w:p>
    <w:p>
      <w:pPr>
        <w:jc w:val="right"/>
      </w:pPr>
      <w:r>
        <w:t>یہ ٹھیک وہی بات جو ہم آج کل کہتے ہیں آج کل کے مسلمانوں سے۔ میں سمجھتا ہوں کہیرمیاہ جو کتاب ہے اب بے تحاشہ اس کو پڑھنا چاہیے بائبل میں۔ بائبل آپ جانتے ہیں کہ ہر زبان میں ہے عربک میں فارسی میں اردو میں انگلش میں ہر زبان میں ہندی میں۔</w:t>
      </w:r>
    </w:p>
    <w:p>
      <w:r>
        <w:rPr>
          <w:b/>
        </w:rPr>
        <w:t xml:space="preserve">[1:10:21] </w:t>
      </w:r>
      <w:r>
        <w:t>to is ka jo chapter hai yeh yani purane ahadname ka yeh purane ahadname mein hai yeirmah. is ko zaroor parhna chahiye.</w:t>
      </w:r>
    </w:p>
    <w:p>
      <w:pPr>
        <w:jc w:val="right"/>
      </w:pPr>
      <w:r>
        <w:t>تو اس کا جو چیپٹر ہے یہ یعنی پرانے عہدنامے کا یہ پرانے عہدنامے میں ہے یہیرمیاہ۔ اس کو ضرور پڑھنا چاہیے۔</w:t>
      </w:r>
    </w:p>
    <w:p>
      <w:r>
        <w:rPr>
          <w:b/>
        </w:rPr>
        <w:t xml:space="preserve">[1:10:32] </w:t>
      </w:r>
      <w:r>
        <w:t>This question is from Dr. ایم آئی پردھان from Delhi. Maulana what is the main reason most Muslims are not thinking logically and according to قرآن and حدیث?</w:t>
      </w:r>
    </w:p>
    <w:p>
      <w:pPr>
        <w:jc w:val="right"/>
      </w:pPr>
      <w:r>
        <w:t>This question is from Dr. ایم آئی پردھان from Delhi۔ مولانا what is the main reason most Muslims are not thinking logically and according to قرآن and حدیث؟</w:t>
      </w:r>
    </w:p>
    <w:p>
      <w:r>
        <w:rPr>
          <w:b/>
        </w:rPr>
        <w:t xml:space="preserve">[1:10:49] </w:t>
      </w:r>
      <w:r>
        <w:t>woh to wohi jo main ne arz kiya ke jab bahar se radd-e-amal aap lagenge sochne to wajah khatam ho jayegi. tab ghussa aur nafrat aur inteqam aur jhanjhlahat rehta hai.</w:t>
      </w:r>
    </w:p>
    <w:p>
      <w:pPr>
        <w:jc w:val="right"/>
      </w:pPr>
      <w:r>
        <w:t>وہ تو وہی جو میں نے عرض کیا کہ جب باہر سے ردعمل آپ لگیں گے سوچنے تو وجہ ختم ہو جائے گی۔ تب غصہ اور نفرت اور انتقام اور جھنجھلاہٹ رہتا ہے۔</w:t>
      </w:r>
    </w:p>
    <w:p>
      <w:r>
        <w:rPr>
          <w:b/>
        </w:rPr>
        <w:t xml:space="preserve">[1:11:00] </w:t>
      </w:r>
      <w:r>
        <w:t>aap soch lijiye agar aap road par chal rahe hain. aap ki gaadi doosri gaadi se takkar ho gayi. agar aap thande dil se sochen to woh alag soch rahegi aap ki.</w:t>
      </w:r>
    </w:p>
    <w:p>
      <w:pPr>
        <w:jc w:val="right"/>
      </w:pPr>
      <w:r>
        <w:t>آپ سوچ لیجئے اگر آپ روڈ پر چل رہے ہیں۔ آپ کی گاڑی دوسری گاڑی سے ٹکر ہو گئی۔ اگر آپ ٹھنڈے دل سے سوچیں تو وہ الگ سوچ رہے گی آپ کی۔</w:t>
      </w:r>
    </w:p>
    <w:p>
      <w:r>
        <w:rPr>
          <w:b/>
        </w:rPr>
        <w:t xml:space="preserve">[1:11:12] </w:t>
      </w:r>
      <w:r>
        <w:t>agar ghusse mein aajayen tum kaun ho tum ko yeh kar doonga tum ko woh kar doonga to wohi bolega aise hi. to wajah khatam ho jayegi mantiq khatam ho jayegi. Japan mein ek riwayat hai bohat achhi riwayat ke agar do gaadiyan takkar ho gayi.</w:t>
      </w:r>
    </w:p>
    <w:p>
      <w:pPr>
        <w:jc w:val="right"/>
      </w:pPr>
      <w:r>
        <w:t>اگر غصے میں آجائیں تم کون ہو تم کو یہ کر دوں گا تم کو وہ کر دوں گا تو وہی بولے گا ایسے ہی۔ تو وجہ ختم ہو جائے گی منطق ختم ہو جائے گی۔ جاپان میں ایک روایت ہے بہت اچھی روایت کہ اگر دو گاڑیاں ٹکر ہو گئی۔</w:t>
      </w:r>
    </w:p>
    <w:p>
      <w:r>
        <w:rPr>
          <w:b/>
        </w:rPr>
        <w:t xml:space="preserve">[1:11:27] </w:t>
      </w:r>
      <w:r>
        <w:t>kitni achhi riwayat un ki yeh un ki riwayat mein shamil hai yeh. ke dono niklenge aur sar jhuka den aise hi.</w:t>
      </w:r>
    </w:p>
    <w:p>
      <w:pPr>
        <w:jc w:val="right"/>
      </w:pPr>
      <w:r>
        <w:t>کتنی اچھی روایت ان کی یہ ان کی روایت میں شامل ہے یہ۔ کہ دونوں نکلیں گے اور سر جھکا دیں ایسے ہی۔</w:t>
      </w:r>
    </w:p>
    <w:p>
      <w:r>
        <w:rPr>
          <w:b/>
        </w:rPr>
        <w:t xml:space="preserve">[1:11:38] </w:t>
      </w:r>
      <w:r>
        <w:t>yani bolenge kuch nahi woh un ke aage sar jhuka dega woh un ke aage sar jhuka dega. phir woh okay woh okay kahega okay kar ke chale jayenge.</w:t>
      </w:r>
    </w:p>
    <w:p>
      <w:pPr>
        <w:jc w:val="right"/>
      </w:pPr>
      <w:r>
        <w:t>یعنی بولیں گے کچھ نہیں وہ ان کے آگے سر جھکا دے گا وہ ان کے آگے سر جھکا دے گا۔ پھر وہ اوکے وہ اوکے کہے گا اوکے کر کے چلے جائیں گے۔</w:t>
      </w:r>
    </w:p>
    <w:p>
      <w:r>
        <w:rPr>
          <w:b/>
        </w:rPr>
        <w:t xml:space="preserve">[1:11:48] </w:t>
      </w:r>
      <w:r>
        <w:t>yeh ek riwayat hai wahan par. to aap aql khote nahi woh. yahan aap dekhte honge sadkon par log ladte jhagadte hain.</w:t>
      </w:r>
    </w:p>
    <w:p>
      <w:pPr>
        <w:jc w:val="right"/>
      </w:pPr>
      <w:r>
        <w:t>یہ ایک روایت ہے وہاں پر۔ تو آپ عقل کھوتے نہیں وہ۔ یہاں آپ دیکھتے ہوں گے سڑکوں پر لوگ لڑتے جھگڑتے ہیں۔</w:t>
      </w:r>
    </w:p>
    <w:p>
      <w:r>
        <w:rPr>
          <w:b/>
        </w:rPr>
        <w:t xml:space="preserve">[1:11:57] </w:t>
      </w:r>
      <w:r>
        <w:t>to jab bhi aap radd-e-amal karenge. jab bhi aap ghusse mein aajayenge. jab bhi aap bhadak uthenge. aql chhin jayegi.</w:t>
      </w:r>
    </w:p>
    <w:p>
      <w:pPr>
        <w:jc w:val="right"/>
      </w:pPr>
      <w:r>
        <w:t>تو جب بھی آپ ردعمل کریں گے۔ جب بھی آپ غصے میں آجائیں گے۔ جب بھی آپ بھڑک اٹھیں گے۔ عقل چھن جائے گی۔</w:t>
      </w:r>
    </w:p>
    <w:p>
      <w:r>
        <w:rPr>
          <w:b/>
        </w:rPr>
        <w:t xml:space="preserve">[1:12:08] </w:t>
      </w:r>
      <w:r>
        <w:t>yehi Musalmanon ka haal hai. sare Musalman jhanjhlai hue hain. sare Musalmanon ki soch kya hai. hum hamare sath silence ho rahi hai hamare upar zulm ho raha hai.</w:t>
      </w:r>
    </w:p>
    <w:p>
      <w:pPr>
        <w:jc w:val="right"/>
      </w:pPr>
      <w:r>
        <w:t>یہی مسلمانوں کا حال ہے۔ سارے مسلمان جھنجھلائے ہوئے ہیں۔ سارے مسلمانوں کی سوچ کیا ہے۔ ہم ہمارے ساتھ سائلنس ہو رہی ہے ہمارے اوپر ظلم ہو رہا ہے۔</w:t>
      </w:r>
    </w:p>
    <w:p>
      <w:r>
        <w:rPr>
          <w:b/>
        </w:rPr>
        <w:t xml:space="preserve">[1:12:17] </w:t>
      </w:r>
      <w:r>
        <w:t>hum ek masoos community ban gaye hain yeh hai woh hai. aisi halat mein musbatiyat kahan se aa sakti hai. is liye hum bohat zyada zor dete hain is par ke ignore the problem avail the opportunities.</w:t>
      </w:r>
    </w:p>
    <w:p>
      <w:pPr>
        <w:jc w:val="right"/>
      </w:pPr>
      <w:r>
        <w:t>ہم ایک مخصوص کمیونٹی بن گئے ہیں یہ ہے وہ ہے۔ ایسی حالت میں مثبتیت کہاں سے آ سکتی ہے۔ اس لیے ہم بہت زیادہ زور دیتے ہیں اس پر کہ ignore the problem avail the opportunities۔</w:t>
      </w:r>
    </w:p>
    <w:p>
      <w:r>
        <w:rPr>
          <w:b/>
        </w:rPr>
        <w:t xml:space="preserve">[1:12:32] </w:t>
      </w:r>
      <w:r>
        <w:t>masle ko bhulao taake tumhare andar musbat soch aaye. mantiqi soch aaye aqli soch aaye. jab tak radd-e-amal se bahar nahi aayenge tab tak yahi aise hi rahega baqi.</w:t>
      </w:r>
    </w:p>
    <w:p>
      <w:pPr>
        <w:jc w:val="right"/>
      </w:pPr>
      <w:r>
        <w:t>مسئلے کو بھلاؤ تاکہ تمہارے اندر مثبت سوچ آئے۔ منطقی سوچ آئے عقلی سوچ آئے۔ جب تک ردعمل سے باہر نہیں آئیں گے تب تک یہی ایسے ہی رہے گا باقی۔</w:t>
      </w:r>
    </w:p>
    <w:p>
      <w:r>
        <w:rPr>
          <w:b/>
        </w:rPr>
        <w:t xml:space="preserve">[1:12:48] </w:t>
      </w:r>
      <w:r>
        <w:t>This question is from Mr. Khaja Kalimuddin from Pennsylvania. Maulana sahib why is it that only in the eastern countries people are so impatient while in the western countries they are not.</w:t>
      </w:r>
    </w:p>
    <w:p>
      <w:pPr>
        <w:jc w:val="right"/>
      </w:pPr>
      <w:r>
        <w:t>This question is from Mr. Khaja Kalimuddin from Pennsylvania۔ مولانا صاحب why is it that only in the eastern countries people are so impatient while in the western countries they are not۔</w:t>
      </w:r>
    </w:p>
    <w:p>
      <w:r>
        <w:rPr>
          <w:b/>
        </w:rPr>
        <w:t xml:space="preserve">[1:13:03] </w:t>
      </w:r>
      <w:r>
        <w:t>People in the west settle their disputes in the courts. The biggest example of their patience is seen in America when the election dispute arose between George Bush and Al Gore in the year 2000.</w:t>
      </w:r>
    </w:p>
    <w:p>
      <w:pPr>
        <w:jc w:val="right"/>
      </w:pPr>
      <w:r>
        <w:t>People in the west settle their disputes in the courts۔ The biggest example of their patience is seen in America when the election dispute arose between George Bush and Al Gore in the year 2000۔</w:t>
      </w:r>
    </w:p>
    <w:p>
      <w:r>
        <w:rPr>
          <w:b/>
        </w:rPr>
        <w:t xml:space="preserve">[1:13:19] </w:t>
      </w:r>
      <w:r>
        <w:t>No group during this time staged any kind of protest while each of the parties thought that they won the elections legitimately.</w:t>
      </w:r>
    </w:p>
    <w:p>
      <w:pPr>
        <w:jc w:val="right"/>
      </w:pPr>
      <w:r>
        <w:t>No group during this time staged any kind of protest while each of the parties thought that they won the elections legitimately۔</w:t>
      </w:r>
    </w:p>
    <w:p>
      <w:r>
        <w:rPr>
          <w:b/>
        </w:rPr>
        <w:t xml:space="preserve">[1:13:29] </w:t>
      </w:r>
      <w:r>
        <w:t>Everyone wrote extensively in the newspapers and then accepted the decision of the Supreme Court wholeheartedly. My question to you is that what is wrong with the people in the eastern countries in general and Muslims in particular?</w:t>
      </w:r>
    </w:p>
    <w:p>
      <w:pPr>
        <w:jc w:val="right"/>
      </w:pPr>
      <w:r>
        <w:t>Everyone wrote extensively in the newspapers and then accepted the decision of the Supreme Court wholeheartedly۔ My question to you is that what is wrong with the people in the eastern countries in general and Muslims in particular؟</w:t>
      </w:r>
    </w:p>
    <w:p>
      <w:r>
        <w:rPr>
          <w:b/>
        </w:rPr>
        <w:t xml:space="preserve">[1:13:47] </w:t>
      </w:r>
      <w:r>
        <w:t>dekhen yeh yeh aap jo credit dena chahte hain maghrib ke Musalmanon ko woh un ko credit nahi milta. is sab ko andar compression ho raha hai. Europe mein aur America mein compression hai.</w:t>
      </w:r>
    </w:p>
    <w:p>
      <w:pPr>
        <w:jc w:val="right"/>
      </w:pPr>
      <w:r>
        <w:t>دیکھیں یہ یہ آپ جو کریڈٹ دینا چاہتے ہیں مغرب کے مسلمانوں کو وہ ان کو کریڈٹ نہیں ملتا۔ اس سب کو اندر کمپریشن ہو رہا ہے۔ یورپ میں اور امریکہ میں کمپریشن ہے۔</w:t>
      </w:r>
    </w:p>
    <w:p>
      <w:r>
        <w:rPr>
          <w:b/>
        </w:rPr>
        <w:t xml:space="preserve">[1:14:00] </w:t>
      </w:r>
      <w:r>
        <w:t>wahan kuch karen to kar nahi payenge. wahan ki riwayat wahan ki police wahan ke halat itna compressive aap ko kehte hain ke aise hi karo.</w:t>
      </w:r>
    </w:p>
    <w:p>
      <w:pPr>
        <w:jc w:val="right"/>
      </w:pPr>
      <w:r>
        <w:t>وہاں کچھ کریں تو کر نہیں پائیں گے۔ وہاں کی روایت وہاں کی پولیس وہاں کے حالات اتنا کمپریسیولی آپ کو کہتے ہیں کہ ایسے ہی کرو۔</w:t>
      </w:r>
    </w:p>
    <w:p>
      <w:r>
        <w:rPr>
          <w:b/>
        </w:rPr>
        <w:t xml:space="preserve">[1:14:12] </w:t>
      </w:r>
      <w:r>
        <w:t>jo karna hai aman se karo warna kuch nahi kar sakte. jaise main ek misal batata hoon aap ko. Salman Rushdie ki jo kitaab chhapi thi na Satanic Verses.</w:t>
      </w:r>
    </w:p>
    <w:p>
      <w:pPr>
        <w:jc w:val="right"/>
      </w:pPr>
      <w:r>
        <w:t>جو کرنا ہے امن سے کرو ورنہ کچھ نہیں کر سکتے۔ جیسے میں ایک مثال بتاتا ہوں آپ کو۔ سلمان اجدری کی جو کتاب چھپی تھی نا سینیٹک ورسز۔</w:t>
      </w:r>
    </w:p>
    <w:p>
      <w:r>
        <w:rPr>
          <w:b/>
        </w:rPr>
        <w:t xml:space="preserve">[1:14:23] </w:t>
      </w:r>
      <w:r>
        <w:t>to Britain mein is ke khilaf woh hue the ehtejaj kuch khirki shishe waghera tode the. is waqt wahan ka jo wazir tha cultural wazir us ne taqreer ki TV par ke jo log bahar se aaye hain yeh sab Musalman the karne wale sab.</w:t>
      </w:r>
    </w:p>
    <w:p>
      <w:pPr>
        <w:jc w:val="right"/>
      </w:pPr>
      <w:r>
        <w:t>تو برٹن میں اس کے خلاف وہ ہوئے تھے احتجاج کچھ کھڑکی شیشے وغیرہ توڑے تھے۔ اس وقت وہاں کا جو وزیر تھا کلچرل وزیر اس نے تقریر کی ٹی وی پر کہ جو لوگ باہر سے آئے ہیں یہ سب مسلمان تھے کرنے والے سب۔</w:t>
      </w:r>
    </w:p>
    <w:p>
      <w:r>
        <w:rPr>
          <w:b/>
        </w:rPr>
        <w:t xml:space="preserve">[1:14:44] </w:t>
      </w:r>
      <w:r>
        <w:t>un ko hamare culture par rehna padega nahi to abhi chhod ke chale jao wahan se hamare dars ko chhod do. ek dafa chup ho gaye sab log phir koi ehtejaj nahi.</w:t>
      </w:r>
    </w:p>
    <w:p>
      <w:pPr>
        <w:jc w:val="right"/>
      </w:pPr>
      <w:r>
        <w:t>ان کو ہمارے کلچر پر رہنا پڑے گا نہیں تو ابھی چھوڑ کے چلے جاؤ وہاں سے ہمارے درس کو چھوڑ دو۔ ایک دفعہ چپ ہو گئے سب لوگ پھر کوئی احتجاج نہیں۔</w:t>
      </w:r>
    </w:p>
    <w:p>
      <w:r>
        <w:rPr>
          <w:b/>
        </w:rPr>
        <w:t xml:space="preserve">[1:14:55] </w:t>
      </w:r>
      <w:r>
        <w:t>wahan par chuki bahar hain wahan par immigrant hain woh. wahan par woh majboor hain ke un ke chacha baba ko dekhen. bator immigrant wahan par hain woh kuch kar nahi sakte warna mein bohat mila hoon Europe America mein raha hoon is liye dil mein sab ke wohi baat hai.</w:t>
      </w:r>
    </w:p>
    <w:p>
      <w:pPr>
        <w:jc w:val="right"/>
      </w:pPr>
      <w:r>
        <w:t>وہاں پر چونکہ باہر ہیں وہاں پر امیگرینٹ ہیں وہ۔ وہاں پر وہ مجبور ہیں کہ ان کے چچا بابا کو دیکھیں۔ بطور امیگرینٹ وہاں پر ہیں وہ کچھ کر نہیں سکتے ورنہ میں بہت ملا ہوں یورپ امریکہ میں رہا ہوں اس لیے دل میں سب کے وہی بات ہے۔</w:t>
      </w:r>
    </w:p>
    <w:p>
      <w:r>
        <w:rPr>
          <w:b/>
        </w:rPr>
        <w:t xml:space="preserve">[1:15:14] </w:t>
      </w:r>
      <w:r>
        <w:t>woh munfa'il taur par wohi hain jo doosre fa'il taur par hain. mashriq mein jo Musalman jo hain fa'il taur par hain wahan par munfa'il taur par hain. agar compression na ho.</w:t>
      </w:r>
    </w:p>
    <w:p>
      <w:pPr>
        <w:jc w:val="right"/>
      </w:pPr>
      <w:r>
        <w:t>وہ منفعل طور پر وہی ہیں جو دوسرے فعال طور پر ہیں۔ مشرق میں جو مسلمان جو ہیں فعال طور پر ہیں وہاں پر منفعل طور پر ہیں۔ اگر کمپریشن نہ ہو۔</w:t>
      </w:r>
    </w:p>
    <w:p>
      <w:r>
        <w:rPr>
          <w:b/>
        </w:rPr>
        <w:t xml:space="preserve">[1:15:25] </w:t>
      </w:r>
      <w:r>
        <w:t>jo aaj wohi log jab yahan aate hain to yahan bhi wohi sab tamasha banate hain jo wahan rehte hain. un ka rawaiyya nahi badla un ki soch nahi badli hai. sirf compression ki wajah se wahan par woh fa'il taur par bane rehte hain.</w:t>
      </w:r>
    </w:p>
    <w:p>
      <w:pPr>
        <w:jc w:val="right"/>
      </w:pPr>
      <w:r>
        <w:t>جو آج وہی لوگ جب یہاں آتے ہیں تو یہاں بھی وہی سب تماشہ بناتے ہیں جو وہاں رہتے ہیں۔ ان کا رویہ نہیں بدلا ان کی سوچ نہیں بدلی ہے۔ صرف کمپریشن کی وجہ سے وہاں پر وہ فعال طور پر بنے رہتے ہیں۔</w:t>
      </w:r>
    </w:p>
    <w:p>
      <w:r>
        <w:rPr>
          <w:b/>
        </w:rPr>
        <w:t xml:space="preserve">[1:15:39] </w:t>
      </w:r>
      <w:r>
        <w:t>kisi se baat kijiye aap main ne bohat baat ki logon se wohi America mein jo rehte hain jo log andar un ka rawaiyya bara bhara hua hai. is ki ek misal dekhiye hai September 11 ko jo waqea hua tha New York mein.</w:t>
      </w:r>
    </w:p>
    <w:p>
      <w:pPr>
        <w:jc w:val="right"/>
      </w:pPr>
      <w:r>
        <w:t>کسی سے بات کیجئے آپ میں نے بہت بات کی لوگوں سے وہی امریکہ میں جو رہتے ہیں جو لوگ اندر ان کا رویہ بڑا بھرا ہوا ہے۔ اس کی ایک مثال دیکھیجئے ہے ستمبر 11 کو جو واقعہ ہوا تھا نیویارک میں۔</w:t>
      </w:r>
    </w:p>
    <w:p>
      <w:r>
        <w:rPr>
          <w:b/>
        </w:rPr>
        <w:t xml:space="preserve">[1:15:53] </w:t>
      </w:r>
      <w:r>
        <w:t>kisi bhi amreeka ke ek bhi musalman ne is ke khilaaf khul kar ghunda kiya is ko. maine sirf ghunda kiya akele. saare amreeka ka ek musalman nahi tha jo khul kar ghunda kare is ko.</w:t>
      </w:r>
    </w:p>
    <w:p>
      <w:pPr>
        <w:jc w:val="right"/>
      </w:pPr>
      <w:r>
        <w:t>کسی بھی امریکہ کے ایک بھی مسلمان نے اس کے خلاف کھل کر غنڈہ کیا اس کو۔ میں نے صرف غنڈہ کیا اکیلے۔ سارے امریکہ کا ایک مسلمان نہیں تھا جو کھل کر غنڈہ کرے اس کو۔</w:t>
      </w:r>
    </w:p>
    <w:p>
      <w:r>
        <w:rPr>
          <w:b/>
        </w:rPr>
        <w:t xml:space="preserve">[1:16:05] </w:t>
      </w:r>
      <w:r>
        <w:t>kyun woh andar rawaiyya liya hua hai. lekin bahar sarkon par nahi aa sakte kyunke sark ka tareeqa wahan hai hi nahi. wahan yeh hai hi nahi.</w:t>
      </w:r>
    </w:p>
    <w:p>
      <w:pPr>
        <w:jc w:val="right"/>
      </w:pPr>
      <w:r>
        <w:t>کیوں وہ اندر رویہ لیا ہوا ہے۔ لیکن باہر سڑکوں پر نہیں آ سکتے کیونکہ سڑک کا طریقہ وہاں ہے ہی نہیں۔ وہاں یہ ہے ہی نہیں۔</w:t>
      </w:r>
    </w:p>
    <w:p>
      <w:r>
        <w:rPr>
          <w:b/>
        </w:rPr>
        <w:t xml:space="preserve">[1:16:14] </w:t>
      </w:r>
      <w:r>
        <w:t>wahan ki police jo hai us ko aap rishwat nahi de sakte. wahan wahan loyalty nahi hai wahan par. yahan par loyalty hai wahan police ko rishwat de sakte hain.</w:t>
      </w:r>
    </w:p>
    <w:p>
      <w:pPr>
        <w:jc w:val="right"/>
      </w:pPr>
      <w:r>
        <w:t>وہاں کی پولیس جو ہے اس کو آپ رشوت نہیں دے سکتے۔ وہاں وہاں لائلنس نہیں ہے وہاں پر۔ یہاں پر لائلنس ہے وہاں پولیس کو رشوت دے سکتے ہیں۔</w:t>
      </w:r>
    </w:p>
    <w:p>
      <w:r>
        <w:rPr>
          <w:b/>
        </w:rPr>
        <w:t xml:space="preserve">[1:16:24] </w:t>
      </w:r>
      <w:r>
        <w:t>yahan par kuch bhi kar sakte hain aap. wahan par yeh sab nahi chalta. toh wahan ki chuki nizam o zabt hai wahan ki police bohat hi ziyada فعال rehti hai.</w:t>
      </w:r>
    </w:p>
    <w:p>
      <w:pPr>
        <w:jc w:val="right"/>
      </w:pPr>
      <w:r>
        <w:t>یہاں پر کچھ بھی کر سکتے ہیں آپ۔ وہاں پر یہ سب نہیں چلتا۔ تو وہاں کی چونکہ نظم و ضبط ہے وہاں کی پولیس بہت ہی زیادہ فعال رہتی ہے۔</w:t>
      </w:r>
    </w:p>
    <w:p>
      <w:r>
        <w:rPr>
          <w:b/>
        </w:rPr>
        <w:t xml:space="preserve">[1:16:34] </w:t>
      </w:r>
      <w:r>
        <w:t>wahan ke halaat bohat hi comparatively aap ko aman se rehne par majboor karte hain. aisa kar rahe hain. maine saare amreeka mein ek do musalman aise honge maine sab ke sab wohi hain.</w:t>
      </w:r>
    </w:p>
    <w:p>
      <w:pPr>
        <w:jc w:val="right"/>
      </w:pPr>
      <w:r>
        <w:t>وہاں کے حالات بہت ہی کمپریسیولی آپ کو امن سے رہنے پر مجبور کرتے ہیں۔ ایسا کر رہے ہیں۔ میں نے سارے امریکہ میں ایک دو مسلمان ایسے ہوں گے میں نے سب کے سب وہی ہیں۔</w:t>
      </w:r>
    </w:p>
    <w:p>
      <w:r>
        <w:rPr>
          <w:b/>
        </w:rPr>
        <w:t xml:space="preserve">[1:16:48] </w:t>
      </w:r>
      <w:r>
        <w:t>sirf yeh ke woh munfa'il tor par hain aur yahan par fa'il tor par hain yeh yeh farq hai bas.</w:t>
      </w:r>
    </w:p>
    <w:p>
      <w:pPr>
        <w:jc w:val="right"/>
      </w:pPr>
      <w:r>
        <w:t>صرف یہی کہ وہ منفعل طور پر ہیں اور یہاں پر فعال طور پر ہیں یہ یہ فرق ہے بس۔</w:t>
      </w:r>
    </w:p>
    <w:p>
      <w:r>
        <w:rPr>
          <w:b/>
        </w:rPr>
        <w:t xml:space="preserve">[1:16:58] </w:t>
      </w:r>
      <w:r>
        <w:t>aur koi farq mein nahi jaanta.</w:t>
      </w:r>
    </w:p>
    <w:p>
      <w:pPr>
        <w:jc w:val="right"/>
      </w:pPr>
      <w:r>
        <w:t>اور کوئی فرق میں نہیں جانتا۔</w:t>
      </w:r>
    </w:p>
    <w:p>
      <w:r>
        <w:rPr>
          <w:b/>
        </w:rPr>
        <w:t xml:space="preserve">[1:17:02] </w:t>
      </w:r>
      <w:r>
        <w:t>main ek waqia bataoon aap ko amreeka hi ka. koi credit nahi milta musalmanon ko wahan. ek sahib ne khud mujhe bataya ek islami markaz ke sadar bane woh.</w:t>
      </w:r>
    </w:p>
    <w:p>
      <w:pPr>
        <w:jc w:val="right"/>
      </w:pPr>
      <w:r>
        <w:t>میں ایک واقعہ بتاؤں آپ کو امریکہ ہی کا۔ کوئی کریڈٹ نہیں ملتا مسلمانوں کو وہاں۔ ایک صاحب نے خود مجھے بتایا ایک اسلامی مرکز کے صدر بنے وہ۔</w:t>
      </w:r>
    </w:p>
    <w:p>
      <w:r>
        <w:rPr>
          <w:b/>
        </w:rPr>
        <w:t xml:space="preserve">[1:17:14] </w:t>
      </w:r>
      <w:r>
        <w:t>toh us ke baad unhone taqreer ki. toh paanch hazar musalman the us waqt american musalman. yaani immigrants. toh apni taqreer mein unhone keh diya ke main fakhr se kehta hoon ke main american muslim hoon.</w:t>
      </w:r>
    </w:p>
    <w:p>
      <w:pPr>
        <w:jc w:val="right"/>
      </w:pPr>
      <w:r>
        <w:t>تو اس کے بعد انہوں نے تقریر کی۔ تو پانچ ہزار مسلمان تھے اس وقت امریکن مسلمان۔ یعنی امیگرینٹس۔ تو اپنی تقریر میں انہوں نے کہہ دیا کہ میں فخر سے کہتا ہوں کہ میں امریکن مسلم ہوں۔</w:t>
      </w:r>
    </w:p>
    <w:p>
      <w:r>
        <w:rPr>
          <w:b/>
        </w:rPr>
        <w:t xml:space="preserve">[1:17:28] </w:t>
      </w:r>
      <w:r>
        <w:t>main fakhr se kehta hoon ke main american muslim hoon. sab pul pade hain in ke upar ke maar dalenge in ko aisa kyun kehte ho. amreeka toh is nizam ka dushman hai.</w:t>
      </w:r>
    </w:p>
    <w:p>
      <w:pPr>
        <w:jc w:val="right"/>
      </w:pPr>
      <w:r>
        <w:t>میں فخر سے کہتا ہوں کہ میں امریکن مسلم ہوں۔ سب پل پڑے ہیں ان کے اوپر کہ مار ڈالیں گے ان کو ایسا کیوں کہتے ہو۔ امریکہ تو اس نظام کا دشمن ہے۔</w:t>
      </w:r>
    </w:p>
    <w:p>
      <w:r>
        <w:rPr>
          <w:b/>
        </w:rPr>
        <w:t xml:space="preserve">[1:17:39] </w:t>
      </w:r>
      <w:r>
        <w:t>aur abhi bhi main jaanta hoon ke apne andar wohi yahi sab karte hain woh. lekin woh un ke office mein jahan kaam karte hain jahan jo un ka kaam ki jagah hai wahan us ki himmat nahi parti un ko karne ki.</w:t>
      </w:r>
    </w:p>
    <w:p>
      <w:pPr>
        <w:jc w:val="right"/>
      </w:pPr>
      <w:r>
        <w:t>اور ابھی بھی میں جانتا ہوں کہ اپنے اندر وہی یہی سب کرتے ہیں وہ۔ لیکن وہ ان کے آفس میں جہاں کام کرتے ہیں جہاں جو ان کا کام کی جگہ ہے وہاں اس کی ہمت نہیں پڑتی ان کو کرنے کی۔</w:t>
      </w:r>
    </w:p>
    <w:p>
      <w:r>
        <w:rPr>
          <w:b/>
        </w:rPr>
        <w:t xml:space="preserve">[1:17:50] </w:t>
      </w:r>
      <w:r>
        <w:t>toh yeh andar compression ho raha hai. yahan bhi jab compression tha jaise emergency thi india mein thi toh woh ek dam bilkul chup chap the log emergency ke maamle mein.</w:t>
      </w:r>
    </w:p>
    <w:p>
      <w:pPr>
        <w:jc w:val="right"/>
      </w:pPr>
      <w:r>
        <w:t>تو یہ اندر کمپریشن ہو رہا ہے۔ یہاں بھی جب کمپریشن تھا جیسے ایمرجنسی تھی انڈیا میں تھی تو وہ ایک دم بالکل چپ چاپ تھے لوگ ایمرجنسی کے معاملے میں۔</w:t>
      </w:r>
    </w:p>
    <w:p>
      <w:r>
        <w:rPr>
          <w:b/>
        </w:rPr>
        <w:t xml:space="preserve">[1:18:02] </w:t>
      </w:r>
      <w:r>
        <w:t>arab mumalik mein amriyyat hai toh wahan par bilkul chup chap rehte hain log. toh andar se wohi hain. lekin andar jahan compression hai wahan theek thaak rehte hain jahan compression nahi hai wahan par woh hangama karte hain.</w:t>
      </w:r>
    </w:p>
    <w:p>
      <w:pPr>
        <w:jc w:val="right"/>
      </w:pPr>
      <w:r>
        <w:t>عرب ممالک میں آمریت ہے تو وہاں پر بالکل چپ چاپ رہتے ہیں لوگ۔ تو اندر سے وہی ہیں۔ لیکن اندر جہاں کمپریشن ہے وہاں ٹھیک ٹھاک رہتے ہیں جہاں کمپریشن نہیں ہے وہاں پر وہ ہنگامہ کرتے ہیں۔</w:t>
      </w:r>
    </w:p>
    <w:p>
      <w:r>
        <w:rPr>
          <w:b/>
        </w:rPr>
        <w:t xml:space="preserve">[1:18:23] </w:t>
      </w:r>
      <w:r>
        <w:t>maulana this question is from mr. idris from singapore. is mehdi name of a person or is it name of an ideology or a group</w:t>
      </w:r>
    </w:p>
    <w:p>
      <w:pPr>
        <w:jc w:val="right"/>
      </w:pPr>
      <w:r>
        <w:t>مولانا this question is from Mr. Idris from Singapore۔ Is Mehdi name of a person or is it name of an ideology or a group</w:t>
      </w:r>
    </w:p>
    <w:p>
      <w:r>
        <w:rPr>
          <w:b/>
        </w:rPr>
        <w:t xml:space="preserve">[1:18:34] </w:t>
      </w:r>
      <w:r>
        <w:t>agar yeh naam hai kisi shakhs ka toh kya woh jaanega ke woh mehdi hai? dekhiye mehdi</w:t>
      </w:r>
    </w:p>
    <w:p>
      <w:pPr>
        <w:jc w:val="right"/>
      </w:pPr>
      <w:r>
        <w:t>؟ If it is the name of a person will he know that he is Mehdi؟ دیکھیں Mehdi</w:t>
      </w:r>
    </w:p>
    <w:p>
      <w:r>
        <w:rPr>
          <w:b/>
        </w:rPr>
        <w:t xml:space="preserve">[1:18:46] </w:t>
      </w:r>
      <w:r>
        <w:t>ke liye ek hi lafz nahi aaya hai jaise sahih muslim mein rajul al momin aaya hai wahan mehdi nahi hai. rajul al momin.</w:t>
      </w:r>
    </w:p>
    <w:p>
      <w:pPr>
        <w:jc w:val="right"/>
      </w:pPr>
      <w:r>
        <w:t>کے لیے ایک ہی لفظ نہیں آیا ہے جیسے صحیح مسلم میں رجل المومن آیا ہے وہاں Mehdi نہیں ہے۔ رجل المومن۔</w:t>
      </w:r>
    </w:p>
    <w:p>
      <w:r>
        <w:rPr>
          <w:b/>
        </w:rPr>
        <w:t xml:space="preserve">[1:18:55] </w:t>
      </w:r>
      <w:r>
        <w:t>abu dawood mein mehdi ka lafz aaya hai. toh main samajhta hoon ek shakhs toh zaroor bada tha is mein. ek shakhs hoga kyunke wahan par rajul al momin hai.</w:t>
      </w:r>
    </w:p>
    <w:p>
      <w:pPr>
        <w:jc w:val="right"/>
      </w:pPr>
      <w:r>
        <w:t>ابو داؤد میں Mehdi کا لفظ آیا ہے۔ تو میں سمجھتا ہوں ایک شخص تو ضرور بڑا تھا اس میں۔ ایک شخص ہوگا کیونکہ وہاں پر رجل المومن ہے۔</w:t>
      </w:r>
    </w:p>
    <w:p>
      <w:r>
        <w:rPr>
          <w:b/>
        </w:rPr>
        <w:t xml:space="preserve">[1:19:05] </w:t>
      </w:r>
      <w:r>
        <w:t>wahan lafz mehdi hai. yaani jahan bhi aaya hai woh wahid aaya hai jama nahi aaya hai. toh lekin main ek kirdaar samajhta hoon is ko.</w:t>
      </w:r>
    </w:p>
    <w:p>
      <w:pPr>
        <w:jc w:val="right"/>
      </w:pPr>
      <w:r>
        <w:t>وہاں لفظ Mehdi ہے۔ یعنی جہاں بھی آیا ہے وہ واحد آیا ہے جمع نہیں آیا ہے۔ تو لیکن میں ایک کردار سمجھتا ہوں اس کو۔</w:t>
      </w:r>
    </w:p>
    <w:p>
      <w:r>
        <w:rPr>
          <w:b/>
        </w:rPr>
        <w:t xml:space="preserve">[1:19:17] </w:t>
      </w:r>
      <w:r>
        <w:t>group nahi hoga balkeh ek shakhs hoga woh kirdaar karega woh mehdi ka kirdaar. masih ko ek kirdaar samajhta hoon. mehdi aur masih dono ko main ek kirdaar ke taur par leta hoon.</w:t>
      </w:r>
    </w:p>
    <w:p>
      <w:pPr>
        <w:jc w:val="right"/>
      </w:pPr>
      <w:r>
        <w:t>گروپ نہیں ہوگا بلکہ ایک شخص ہوگا وہ کردار کرے گا وہ Mehdi کا کردار۔ مسیح کو ایک کردار سمجھتا ہوں۔ Mehdi اور مسیح دونوں کو میں ایک کردار کے طور پر لیتا ہوں۔</w:t>
      </w:r>
    </w:p>
    <w:p>
      <w:r>
        <w:rPr>
          <w:b/>
        </w:rPr>
        <w:t xml:space="preserve">[1:19:30] </w:t>
      </w:r>
      <w:r>
        <w:t>aur hadith ke mutabiq toh main yeh bhi manta hoon ke la mehdi illa isa ibn maryam. yaani mehdi aur masih do shakhsiyatain nahi hain. ek hi kirdaar ke ek hi shakhs ke do kirdaar hain bas.</w:t>
      </w:r>
    </w:p>
    <w:p>
      <w:pPr>
        <w:jc w:val="right"/>
      </w:pPr>
      <w:r>
        <w:t>اور حدیث کے مطابق تو میں یہ بھی مانتا ہوں کہ لا مہدی الا عیسی ابن مریم۔ یعنی Mehdi اور مسیح دو شخصیتیں نہیں ہیں۔ ایک ہی کردار کے ایک ہی شخص کے دو کردار ہیں بس۔</w:t>
      </w:r>
    </w:p>
    <w:p>
      <w:r>
        <w:rPr>
          <w:b/>
        </w:rPr>
        <w:t xml:space="preserve">[1:19:46] </w:t>
      </w:r>
      <w:r>
        <w:t>baqi yeh hai ke dekhiye is dunya mein sirf peghambar ko yeh haq hai ke woh kahe ke ana al nabiyyu la kadhib.</w:t>
      </w:r>
    </w:p>
    <w:p>
      <w:pPr>
        <w:jc w:val="right"/>
      </w:pPr>
      <w:r>
        <w:t>باقی یہ ہے کہ دیکھیں اس دنیا میں صرف پیغمبر کو یہ حق ہے کہ وہ کہے کہ انا النبی لا کذب۔</w:t>
      </w:r>
    </w:p>
    <w:p>
      <w:r>
        <w:rPr>
          <w:b/>
        </w:rPr>
        <w:t xml:space="preserve">[1:19:55] </w:t>
      </w:r>
      <w:r>
        <w:t>jaise Allah ne farmaya tha ana al nabiyyu la kadhib ana ibn abdul muttalib. kisi doosre ko haq nahi hai woh.</w:t>
      </w:r>
    </w:p>
    <w:p>
      <w:pPr>
        <w:jc w:val="right"/>
      </w:pPr>
      <w:r>
        <w:t>جیسے اللہ نے فرمایا تھا انا النبی لا کذب انا ابن عبدالمطلب۔ کسی دوسرے کو حق نہیں ہے وہ۔</w:t>
      </w:r>
    </w:p>
    <w:p>
      <w:r>
        <w:rPr>
          <w:b/>
        </w:rPr>
        <w:t xml:space="preserve">[1:20:04] </w:t>
      </w:r>
      <w:r>
        <w:t>ke kahe ke main mehdi hoon main masih hoon yeh haq nahi hai kisi ko. jin logon ne yeh daawa kiya ke main masih hoon main mehdi hoon woh bilkul main is ko yaani jhoot samajhta hoon jhoot.</w:t>
      </w:r>
    </w:p>
    <w:p>
      <w:pPr>
        <w:jc w:val="right"/>
      </w:pPr>
      <w:r>
        <w:t>کہ کہے کہ میں Mehdi ہوں میں مسیح ہوں یہ حق نہیں ہے کسی کو۔ جن لوگوں نے یہ دعویٰ کیا کہ میں مسیح ہوں میں Mehdi ہوں وہ بالکل میں اس کو یعنی جھوٹ سمجھتا ہوں جھوٹ۔</w:t>
      </w:r>
    </w:p>
    <w:p>
      <w:r>
        <w:rPr>
          <w:b/>
        </w:rPr>
        <w:t xml:space="preserve">[1:20:16] </w:t>
      </w:r>
      <w:r>
        <w:t>kyunke nabuwwat ke siwa koi mansab aisa nahi jo daawa ke saath shuru kare aadmi. peghambar ko hukum hota hai ke tu ailaan kar ke main nabi hoon.</w:t>
      </w:r>
    </w:p>
    <w:p>
      <w:pPr>
        <w:jc w:val="right"/>
      </w:pPr>
      <w:r>
        <w:t>کیونکہ نبوت کے سوا کوئی منصب ایسا نہیں جو دعوٰی کے ساتھ شروع کرے آدمی۔ پیغمبر کو حکم ہوتا ہے کہ تو اعلان کر کہ میں نبی ہوں۔</w:t>
      </w:r>
    </w:p>
    <w:p>
      <w:r>
        <w:rPr>
          <w:b/>
        </w:rPr>
        <w:t xml:space="preserve">[1:20:29] </w:t>
      </w:r>
      <w:r>
        <w:t>Khuda ke hukum se woh ailaan karta hai woh. jo peghambar hota hai jis par yeh wahi aati hai jis par jibril aate hain us par yeh us par yeh Khuda ki taraf se aata hai hukum ke kaho ja kar ke main nabi hoon.</w:t>
      </w:r>
    </w:p>
    <w:p>
      <w:pPr>
        <w:jc w:val="right"/>
      </w:pPr>
      <w:r>
        <w:t>خدا کے حکم سے وہ اعلان کرتا ہے وہ۔ جو پیغمبر ہوتا ہے جس پر یہ وحی آتی ہے جس پر جبرائیل آتے ہیں اس پر یہ اس پر یہ خدا کی طرف سے آتا ہے حکم کہ کہو جا کر کہ میں نبی ہوں۔</w:t>
      </w:r>
    </w:p>
    <w:p>
      <w:r>
        <w:rPr>
          <w:b/>
        </w:rPr>
        <w:t xml:space="preserve">[1:20:43] </w:t>
      </w:r>
      <w:r>
        <w:t>doosra kaun keh sakta hai doosre ke zariye aisi wahi aati hai. main yeh manta hoon ke koi shakhs woh kirdaar to zaroor karega lekin woh ailaan ke saath nahi kar sakta.</w:t>
      </w:r>
    </w:p>
    <w:p>
      <w:pPr>
        <w:jc w:val="right"/>
      </w:pPr>
      <w:r>
        <w:t>دوسرا کون کہہ سکتا ہے دوسرے کے ذریعے ایسی وحی آتی ہے۔ میں یہ مانتا ہوں کہ کوئی شخص وہ کردار تو ضرور کرے گا لیکن وہ اعلان کے ساتھ نہیں کر سکتا۔</w:t>
      </w:r>
    </w:p>
    <w:p>
      <w:r>
        <w:rPr>
          <w:b/>
        </w:rPr>
        <w:t xml:space="preserve">[1:20:53] </w:t>
      </w:r>
      <w:r>
        <w:t>ailaan ka haq nahi kisi ko diya Khuda ne. is se murad group nahi hai is se murad jamaat nahi hai is se murad shakhs hai.</w:t>
      </w:r>
    </w:p>
    <w:p>
      <w:pPr>
        <w:jc w:val="right"/>
      </w:pPr>
      <w:r>
        <w:t>اعلان کا حق نہیں کسی کو دیا خدا نے۔ اس سے مراد گروپ نہیں ہے اس سے مراد جماعت نہیں ہے اس سے مراد شخص ہے۔</w:t>
      </w:r>
    </w:p>
    <w:p>
      <w:r>
        <w:rPr>
          <w:b/>
        </w:rPr>
        <w:t xml:space="preserve">[1:21:02] </w:t>
      </w:r>
      <w:r>
        <w:t>lekin shakhs ko yeh haq nahi ke woh ailaan kare. This question is from Dr. Farida Khanam from Delhi.</w:t>
      </w:r>
    </w:p>
    <w:p>
      <w:pPr>
        <w:jc w:val="right"/>
      </w:pPr>
      <w:r>
        <w:t>لیکن شخص کو یہ حق نہیں کہ وہ اعلان کرے۔ This question is from Dr. Farida Khanam from Delhi۔</w:t>
      </w:r>
    </w:p>
    <w:p>
      <w:r>
        <w:rPr>
          <w:b/>
        </w:rPr>
        <w:t xml:space="preserve">[1:21:11] </w:t>
      </w:r>
      <w:r>
        <w:t>What is the reason for such healthy traditions in the western countries</w:t>
      </w:r>
    </w:p>
    <w:p>
      <w:pPr>
        <w:jc w:val="right"/>
      </w:pPr>
      <w:r>
        <w:t>What is the reason for such healthy traditions in the western countries</w:t>
      </w:r>
    </w:p>
    <w:p>
      <w:r>
        <w:rPr>
          <w:b/>
        </w:rPr>
        <w:t xml:space="preserve">[1:21:16] </w:t>
      </w:r>
      <w:r>
        <w:t>? Is this due to the education? dekhen Europe aur America mein jo</w:t>
      </w:r>
    </w:p>
    <w:p>
      <w:pPr>
        <w:jc w:val="right"/>
      </w:pPr>
      <w:r>
        <w:t>؟ Is this due to the education؟ دیکھیں یورپ اور امریکہ میں جو</w:t>
      </w:r>
    </w:p>
    <w:p>
      <w:r>
        <w:rPr>
          <w:b/>
        </w:rPr>
        <w:t xml:space="preserve">[1:21:28] </w:t>
      </w:r>
      <w:r>
        <w:t>nash-a-e-sania hui thi Renaissance Renaissance ke baad wahan par kya hua education education education. saari ki saari yaani mulk-e-maghrib ke education par chal pade is mein sainsi education mazhabi nahi.</w:t>
      </w:r>
    </w:p>
    <w:p>
      <w:pPr>
        <w:jc w:val="right"/>
      </w:pPr>
      <w:r>
        <w:t>نشاۃ ثانیہ ہوئی تھی رینیساں رینیساں کے بعد وہاں پر کیا ہوا education education education۔ ساری کی ساری یعنی ملک مغرب کے education پر چل پڑے اس میں سائنسی education مذہبی نہیں۔</w:t>
      </w:r>
    </w:p>
    <w:p>
      <w:r>
        <w:rPr>
          <w:b/>
        </w:rPr>
        <w:t xml:space="preserve">[1:21:44] </w:t>
      </w:r>
      <w:r>
        <w:t>mazhabi education hoti tab bhi kuch na hota. sainsi education. to dekhen sainsi education ka matlab kya hai. sainsi se meri murad hai exact sciences ki taleem.</w:t>
      </w:r>
    </w:p>
    <w:p>
      <w:pPr>
        <w:jc w:val="right"/>
      </w:pPr>
      <w:r>
        <w:t>مذہبی education ہوتی تب بھی کچھ نہ ہوتا۔ سائنسی education۔ تو دیکھیں سائنسی education کا مطلب کیا ہے۔ سائنسی سے میری مراد ہے exact sciences کی تعلیم۔</w:t>
      </w:r>
    </w:p>
    <w:p>
      <w:r>
        <w:rPr>
          <w:b/>
        </w:rPr>
        <w:t xml:space="preserve">[1:22:00] </w:t>
      </w:r>
      <w:r>
        <w:t>exact sciences ki taleem. jaise physics hai chemistry hai biology hai astronomy hai yeh sab exact sciences maani jaati hain. exact sciences se exact thinking aati hai.</w:t>
      </w:r>
    </w:p>
    <w:p>
      <w:pPr>
        <w:jc w:val="right"/>
      </w:pPr>
      <w:r>
        <w:t>exact sciences کی تعلیم۔ جیسے فزکس ہے کیمسٹری ہے بیالوجی ہے آسٹرانومی ہے یہ سب exact sciences مانی جاتی ہیں۔ exact sciences سے exact thinking آتی ہے۔</w:t>
      </w:r>
    </w:p>
    <w:p>
      <w:r>
        <w:rPr>
          <w:b/>
        </w:rPr>
        <w:t xml:space="preserve">[1:22:13] </w:t>
      </w:r>
      <w:r>
        <w:t>yeh main manta hoon. agar aap objective na hon to aap science ke maidan mein kuch bhi nahi jaan sakte.</w:t>
      </w:r>
    </w:p>
    <w:p>
      <w:pPr>
        <w:jc w:val="right"/>
      </w:pPr>
      <w:r>
        <w:t>یہ میں مانتا ہوں۔ اگر آپ objective نہ ہوں تو آپ سائنس کے میدان میں کچھ بھی نہیں جان سکتے۔</w:t>
      </w:r>
    </w:p>
    <w:p>
      <w:r>
        <w:rPr>
          <w:b/>
        </w:rPr>
        <w:t xml:space="preserve">[1:22:22] </w:t>
      </w:r>
      <w:r>
        <w:t>bohat hi mathematical precision darkaar hai science mein koi development karne ke liye. to jab aap ka aap ka jo nazm-o-zabt hai woh aapse kehta hai ke tum bilkul precise way mein sochna padega tum ko.</w:t>
      </w:r>
    </w:p>
    <w:p>
      <w:pPr>
        <w:jc w:val="right"/>
      </w:pPr>
      <w:r>
        <w:t>بہت ہی mathematical precision درکار ہے سائنس میں کوئی development کرنے کے لیے۔ تو جب آپ کا آپ کا جو نظم و ضبط ہے وہ آپ سے کہتا ہے کہ تم بالکل precise way میں سوچنا پڑے گا تم کو۔</w:t>
      </w:r>
    </w:p>
    <w:p>
      <w:r>
        <w:rPr>
          <w:b/>
        </w:rPr>
        <w:t xml:space="preserve">[1:22:37] </w:t>
      </w:r>
      <w:r>
        <w:t>bilkul mathematical way mein sochna padega nahi to kuch tum discovery kuch bhi nahi hogi tum ko. to un ki training jo hoti hai un ki training woh Islam mein hoti hai.</w:t>
      </w:r>
    </w:p>
    <w:p>
      <w:pPr>
        <w:jc w:val="right"/>
      </w:pPr>
      <w:r>
        <w:t>بالکل mathematical way میں سوچنا پڑے گا نہیں تو کچھ تم discovery کچھ بھی نہیں ہوگی تم کو۔ تو ان کی ٹریننگ جو ہوتی ہے ان کی ٹریننگ وہ اسلام میں ہوتی ہے۔</w:t>
      </w:r>
    </w:p>
    <w:p>
      <w:r>
        <w:rPr>
          <w:b/>
        </w:rPr>
        <w:t xml:space="preserve">[1:22:48] </w:t>
      </w:r>
      <w:r>
        <w:t>Renaissance ke baad Europe mein main ne parha tha kisi kitaab mein aisa hua tha ke har ghar mein laboratory har ghar mein koi na koi kuch lakri aur loha rakh kar ke kuch na kuch tajruba kar rahe hain.</w:t>
      </w:r>
    </w:p>
    <w:p>
      <w:pPr>
        <w:jc w:val="right"/>
      </w:pPr>
      <w:r>
        <w:t>رینیساں کے بعد یورپ میں میں نے پڑھا تھا کسی کتاب میں ایسا ہوا تھا کہ ہر گھر میں لیبارٹری ہر گھر میں کوئی نہ کوئی کچھ لکڑی اور لوہا رکھ کر کے کچھ نہ کچھ تجربہ کر رہے ہیں۔</w:t>
      </w:r>
    </w:p>
    <w:p>
      <w:r>
        <w:rPr>
          <w:b/>
        </w:rPr>
        <w:t xml:space="preserve">[1:23:02] </w:t>
      </w:r>
      <w:r>
        <w:t>to ek daur tha poora poora jis mein woh log science ke maidan mein aa gaye. to science ke maidan mein jaane se un ki exactness aayi objectivity aayi aur yahan par kya hua is ka ulta yahan par siyasat siyasat siyasat to siyasat to naam hai yaani jazbati sargarmiyon ka.</w:t>
      </w:r>
    </w:p>
    <w:p>
      <w:pPr>
        <w:jc w:val="right"/>
      </w:pPr>
      <w:r>
        <w:t>تو ایک دور تھا پورا پورا جس میں وہ لوگ سائنس کے میدان میں آ گئے۔ تو سائنس کے میدان میں جانے سے ان کی exactness آئی objectivity آئی اور یہاں پر کیا ہوا اس کا الٹا یہاں پر سیاست سیاست سیاست تو سیاست تو نام ہے یعنی جذباتی سرگرمیوں کا۔</w:t>
      </w:r>
    </w:p>
    <w:p>
      <w:r>
        <w:rPr>
          <w:b/>
        </w:rPr>
        <w:t xml:space="preserve">[1:23:24] </w:t>
      </w:r>
      <w:r>
        <w:t>to mashriqi mumalik mein siyasat ne tabah kiya aur maghribi mumalik mein science ne un ko tabahi se bachaya. yaani yahan aayi jazbati soch wahan aayi exact soch yeh main samajh paya hoon.</w:t>
      </w:r>
    </w:p>
    <w:p>
      <w:pPr>
        <w:jc w:val="right"/>
      </w:pPr>
      <w:r>
        <w:t>تو مشرقی ممالک میں سیاست نے تباہ کیا اور مغربی ممالک میں سائنس نے ان کو تباہی سے بچایا۔ یعنی یہاں آئی جذباتی سوچ وہاں آئی exact سوچ یہ میں سمجھ پایا ہوں۔</w:t>
      </w:r>
    </w:p>
    <w:p>
      <w:r>
        <w:rPr>
          <w:b/>
        </w:rPr>
        <w:t xml:space="preserve">[1:23:44] </w:t>
      </w:r>
      <w:r>
        <w:t>This question is from Mr. Owais Siddiqui from Delhi. Maulana in Quran there is a prayer mentioned of Prophet Nuh who said to God in his prayer if you leave any of them they will misguide your servants and they will beget none but sinners and deniers of truth.</w:t>
      </w:r>
    </w:p>
    <w:p>
      <w:pPr>
        <w:jc w:val="right"/>
      </w:pPr>
      <w:r>
        <w:t>This question is from Mr. اویس صدیقی from Delhi۔ مولانا ان قرآن there is a prayer mentioned of Prophet نوحہ who said to God in his prayer if you leave any of them they will misguide your servants and they will beget none but sinners and deniers of truth۔</w:t>
      </w:r>
    </w:p>
    <w:p>
      <w:r>
        <w:rPr>
          <w:b/>
        </w:rPr>
        <w:t xml:space="preserve">[1:24:07] </w:t>
      </w:r>
      <w:r>
        <w:t>It is also said in the Quran about Prophet Ibrahim who inhabited his son in the desert because the rest of the world was full of polytheism.</w:t>
      </w:r>
    </w:p>
    <w:p>
      <w:pPr>
        <w:jc w:val="right"/>
      </w:pPr>
      <w:r>
        <w:t>It is also said in the قرآن about Prophet ابراہیم who inhabited his son in the desert because the rest of the world was full of polytheism۔</w:t>
      </w:r>
    </w:p>
    <w:p>
      <w:r>
        <w:rPr>
          <w:b/>
        </w:rPr>
        <w:t xml:space="preserve">[1:24:19] </w:t>
      </w:r>
      <w:r>
        <w:t>My question is how much a person is himself responsible for his not being righteous if he is born in a society which deserves termination because no one born in that can be a believer or a righteous person.</w:t>
      </w:r>
    </w:p>
    <w:p>
      <w:pPr>
        <w:jc w:val="right"/>
      </w:pPr>
      <w:r>
        <w:t>My question is how much a person is himself responsible for his not being righteous if he is born in a society which deserves termination because no one born in that can be a believer or a righteous person۔</w:t>
      </w:r>
    </w:p>
    <w:p>
      <w:r>
        <w:rPr>
          <w:b/>
        </w:rPr>
        <w:t xml:space="preserve">[1:24:36] </w:t>
      </w:r>
      <w:r>
        <w:t>Your comments.</w:t>
      </w:r>
    </w:p>
    <w:p>
      <w:pPr>
        <w:jc w:val="right"/>
      </w:pPr>
      <w:r>
        <w:t>Your comments۔</w:t>
      </w:r>
    </w:p>
    <w:p>
      <w:r>
        <w:rPr>
          <w:b/>
        </w:rPr>
        <w:t xml:space="preserve">[1:24:40] </w:t>
      </w:r>
      <w:r>
        <w:t>nahi dekhen yeh galat hai yeh baat hai insaan jo hai itna zabardast is ke andar Allah Ta'ala ne bind diya hai ke apne mahol ke khilaaf soch sakta hai.</w:t>
      </w:r>
    </w:p>
    <w:p>
      <w:pPr>
        <w:jc w:val="right"/>
      </w:pPr>
      <w:r>
        <w:t>نہیں دیکھیں یہ غلط ہے یہ بات ہے انسان جو ہے اتنا زبردست اس کے اندر اللہ تعالیٰ نے بائنڈ دیا ہے کہ اپنے ماحول کے خلاف سوچ سکتا ہے۔</w:t>
      </w:r>
    </w:p>
    <w:p>
      <w:r>
        <w:rPr>
          <w:b/>
        </w:rPr>
        <w:t xml:space="preserve">[1:24:51] </w:t>
      </w:r>
      <w:r>
        <w:t>main apne bare mein kahoon ke mera poora mahol is se alag tha jo ke us waqt sochta tha. jaise kal main kisi ko bata raha tha ke main jab gaon mein tha apne din bhar hum log bait baazi karte the.</w:t>
      </w:r>
    </w:p>
    <w:p>
      <w:pPr>
        <w:jc w:val="right"/>
      </w:pPr>
      <w:r>
        <w:t>میں اپنے بارے میں کہوں کہ میرا پورا ماحول اس سے الگ تھا جو کہ اس وقت سوچتا ہوں۔ جیسے کل میں کسی کو بتا رہا تھا کہ میں جب گاؤں میں تھا اپنے دن بھر ہم لوگ بیعت بازی کرتے تھے۔</w:t>
      </w:r>
    </w:p>
    <w:p>
      <w:r>
        <w:rPr>
          <w:b/>
        </w:rPr>
        <w:t xml:space="preserve">[1:25:05] </w:t>
      </w:r>
      <w:r>
        <w:t>bait baazi. main khud shayari karta tha. main jab likhna shuru kiya to main adabi mazmoon likha karta tha.</w:t>
      </w:r>
    </w:p>
    <w:p>
      <w:pPr>
        <w:jc w:val="right"/>
      </w:pPr>
      <w:r>
        <w:t>بیعت بازی۔ میں خود شاعری کرتا تھا۔ میں جب لکھنا شروع کیا تو میں ادبی مضمون لکھا کرتا تھا۔</w:t>
      </w:r>
    </w:p>
    <w:p>
      <w:r>
        <w:rPr>
          <w:b/>
        </w:rPr>
        <w:t xml:space="preserve">[1:25:14] </w:t>
      </w:r>
      <w:r>
        <w:t>mere mazameen chhape the us zamane mein adab-e-lateef mein shayar mein nigar mein chhapte the. to mera zawq bilkul adabi tha shayarana tha romani tha bilkul main romani tha us zamane mein.</w:t>
      </w:r>
    </w:p>
    <w:p>
      <w:pPr>
        <w:jc w:val="right"/>
      </w:pPr>
      <w:r>
        <w:t>میرے مضامین چھپے تھے اس زمانے میں ادب لطیف میں شاعر میں نگار میں چھپتے تھے۔ تو میرا ذوق بالکل ادبی تھا شاعرانہ تھا رومانوی تھا بالکل میں رومانوی تھا اس زمانے میں۔</w:t>
      </w:r>
    </w:p>
    <w:p>
      <w:r>
        <w:rPr>
          <w:b/>
        </w:rPr>
        <w:t xml:space="preserve">[1:25:27] </w:t>
      </w:r>
      <w:r>
        <w:t>ek dam romani. raat ko main sota tha jab apne haan to hamare baagh the wahan par is mein belay aur chameli ke darakht the.</w:t>
      </w:r>
    </w:p>
    <w:p>
      <w:pPr>
        <w:jc w:val="right"/>
      </w:pPr>
      <w:r>
        <w:t>ایک دم رومانوی۔ رات کو میں سوتا تھا جب اپنے ہاں تو ہمارے باغ تھے وہاں پر اس میں بیلے اور چمیلی کے درخت تھے۔</w:t>
      </w:r>
    </w:p>
    <w:p>
      <w:r>
        <w:rPr>
          <w:b/>
        </w:rPr>
        <w:t xml:space="preserve">[1:25:37] </w:t>
      </w:r>
      <w:r>
        <w:t>shaam ko jata tha main kaliyan todta tha kaliyan. aur mera bistar jo bichhta tha aangan mein to apne takiye ke sarhane mein woh kaliyan rakhta tha.</w:t>
      </w:r>
    </w:p>
    <w:p>
      <w:pPr>
        <w:jc w:val="right"/>
      </w:pPr>
      <w:r>
        <w:t>شام کو جاتا تھا میں کلیاں توڑتا تھا کلیاں۔ اور میرا بستر جو بچھتا تھا آنگن میں تو اپنے تکیے کے سرانے میں وہ کلیاں رکھتا تھا۔</w:t>
      </w:r>
    </w:p>
    <w:p>
      <w:r>
        <w:rPr>
          <w:b/>
        </w:rPr>
        <w:t xml:space="preserve">[1:25:47] </w:t>
      </w:r>
      <w:r>
        <w:t>to woh raat mein apne aap khil kar ke phool ban jaati thin. yeh ek romani duniya mein jeeta tha main. yahan tak ke main jab parha main ne Alauddin woh woh jo kitaab hai woh Alf Laila jis mein jis mein woh dikhaya gaya Alauddin ka charagh lamp of Ali Din to main sach much samajhta tha ke ek lamp koi aisa hai main kisi din mujhe mil jayega aur main bhi usi moajza dikhaunga.</w:t>
      </w:r>
    </w:p>
    <w:p>
      <w:pPr>
        <w:jc w:val="right"/>
      </w:pPr>
      <w:r>
        <w:t>تو وہ رات میں اپنے آپ کھل کر کے پھول بن جاتی تھیں۔ یہ ایک رومانوی دنیا میں جیتا تھا میں۔ یہاں تک کہ میں جب پڑھا میں نے علاؤالدین وہ وہ جو کتاب ہے وہ الف لیلیٰ جس میں جس میں وہ دکھایا گیا علاؤالدین کا چراغ لیمپ آف علی دین تو میں سچ مچ سمجھتا تھا کہ ایک لیمپ کوئی ایسا ہے میں کسی دن مجھے مل جائے گا اور میں بھی اسی معجزہ دکھاؤں گا۔</w:t>
      </w:r>
    </w:p>
    <w:p>
      <w:r>
        <w:rPr>
          <w:b/>
        </w:rPr>
        <w:t xml:space="preserve">[1:26:17] </w:t>
      </w:r>
      <w:r>
        <w:t>yeh sach much samajhta tha mein. aur mein intezar karta tha ke kab mujhe woh mujhe woh lamp mil jaye. lekin mein is se nikla bahar.</w:t>
      </w:r>
    </w:p>
    <w:p>
      <w:pPr>
        <w:jc w:val="right"/>
      </w:pPr>
      <w:r>
        <w:t>یہ سچ مچ سمجھتا تھا میں۔ اور میں انتظار کرتا تھا کہ کب مجھے وہ مجھے وہ لیمپ مل جائے۔ لیکن میں اس سے نکلا باہر۔</w:t>
      </w:r>
    </w:p>
    <w:p>
      <w:r>
        <w:rPr>
          <w:b/>
        </w:rPr>
        <w:t xml:space="preserve">[1:26:27] </w:t>
      </w:r>
      <w:r>
        <w:t>mein ne is ko toda bilkul is ko apni de conditioning ki. woh saare khala thay is ko mein bilkul yaani de malish kar diya.</w:t>
      </w:r>
    </w:p>
    <w:p>
      <w:pPr>
        <w:jc w:val="right"/>
      </w:pPr>
      <w:r>
        <w:t>میں نے اس کو توڑا بالکل اس کو اپنی ڈی کنڈیشننگ کی۔ وہ سارے خلا تھے اس کو میں بالکل یعنی ڈی مالش کر دیا۔</w:t>
      </w:r>
    </w:p>
    <w:p>
      <w:r>
        <w:rPr>
          <w:b/>
        </w:rPr>
        <w:t xml:space="preserve">[1:26:36] </w:t>
      </w:r>
      <w:r>
        <w:t>aaj mein ek naya insaan apne ko pata hoon. yeh koi bahana nahi hai. kuch bhi bahana nahi hai. mein zinda saboot hoon koi bahana nahi hai.</w:t>
      </w:r>
    </w:p>
    <w:p>
      <w:pPr>
        <w:jc w:val="right"/>
      </w:pPr>
      <w:r>
        <w:t>آج میں ایک نیا انسان اپنے کو پاتا ہوں۔ یہ کوئی بہانہ نہیں ہے۔ کچھ بھی بہانہ نہیں ہے۔ میں زندہ ثبوت ہوں کوئی بہانہ نہیں ہے۔</w:t>
      </w:r>
    </w:p>
    <w:p>
      <w:r>
        <w:rPr>
          <w:b/>
        </w:rPr>
        <w:t xml:space="preserve">[1:26:46] </w:t>
      </w:r>
      <w:r>
        <w:t>ek misaal mein deta hoon aap ko. ke mere gaon ke kinare railway line thi. railway line.</w:t>
      </w:r>
    </w:p>
    <w:p>
      <w:pPr>
        <w:jc w:val="right"/>
      </w:pPr>
      <w:r>
        <w:t>ایک مثال میں دیتا ہوں آپ کو۔ کہ میرے گاؤں کے کنارے ریلوے لائن تھی۔ ریلوے لائن۔</w:t>
      </w:r>
    </w:p>
    <w:p>
      <w:r>
        <w:rPr>
          <w:b/>
        </w:rPr>
        <w:t xml:space="preserve">[1:26:56] </w:t>
      </w:r>
      <w:r>
        <w:t>is railway line ke bare mein mein batata hoon aap ko. is zamane mein mein sirf urdu cheezein parhta tha tab itni english nahi aati thi mujh ko.</w:t>
      </w:r>
    </w:p>
    <w:p>
      <w:pPr>
        <w:jc w:val="right"/>
      </w:pPr>
      <w:r>
        <w:t>اس ریلوے لائن کے بارے میں میں بتاتا ہوں آپ کو۔ اس زمانے میں میں صرف اردو چیزیں پڑھتا تھا تب اتنی انگلش نہیں آتی تھی مجھ کو۔</w:t>
      </w:r>
    </w:p>
    <w:p>
      <w:r>
        <w:rPr>
          <w:b/>
        </w:rPr>
        <w:t xml:space="preserve">[1:27:07] </w:t>
      </w:r>
      <w:r>
        <w:t>toh jo halat naru ki kitaab chhapi thi meri kahani ke naam se un ki biography urdu mein woh mein ne parha tha woh is zamane mein.</w:t>
      </w:r>
    </w:p>
    <w:p>
      <w:pPr>
        <w:jc w:val="right"/>
      </w:pPr>
      <w:r>
        <w:t>تو جو حالت نارو کی کتاب چھپی تھی میری کہانی کے نام سے ان کی بائیوگرافی اردو میں وہ میں نے پڑھا تھا وہ اس زمانے میں۔</w:t>
      </w:r>
    </w:p>
    <w:p>
      <w:r>
        <w:rPr>
          <w:b/>
        </w:rPr>
        <w:t xml:space="preserve">[1:27:16] </w:t>
      </w:r>
      <w:r>
        <w:t>is mein unhon ne likha tha ke angrezon ne jo railway line bichhai hai yeh lohe ki zanjeerein hain jo hindustaniyon ko jakadne ke liye banai gayi hain.</w:t>
      </w:r>
    </w:p>
    <w:p>
      <w:pPr>
        <w:jc w:val="right"/>
      </w:pPr>
      <w:r>
        <w:t>اس میں انہوں نے لکھا تھا کہ انگریزوں نے جو ریلوے لائن بچھائی ہے یہ لوہے کی زنجیریں ہیں جو ہندوستانیوں کو جکڑنے کے لیے بنائی گئی ہیں۔</w:t>
      </w:r>
    </w:p>
    <w:p>
      <w:r>
        <w:rPr>
          <w:b/>
        </w:rPr>
        <w:t xml:space="preserve">[1:27:27] </w:t>
      </w:r>
      <w:r>
        <w:t>yaani railway line ke bare mein yeh tasawwur. yaani woh internal communication nahi bataya kisi ne mujhe. mein jahan madrasay mein parhta tha wahi ek railway line ke kinare tha.</w:t>
      </w:r>
    </w:p>
    <w:p>
      <w:pPr>
        <w:jc w:val="right"/>
      </w:pPr>
      <w:r>
        <w:t>یعنی ریلوے لائن کے بارے میں یہ تصور۔ یعنی وہ انٹرنل کمیونیکیشن نہیں بتایا کسی نے مجھے۔ میں جہاں مدرسے میں پڑھتا تھا وہی ایک ریلوے لائن کے کنارے تھا۔</w:t>
      </w:r>
    </w:p>
    <w:p>
      <w:r>
        <w:rPr>
          <w:b/>
        </w:rPr>
        <w:t xml:space="preserve">[1:27:39] </w:t>
      </w:r>
      <w:r>
        <w:t>toh mujhe yaad hai ek din hum parh rahe thay toh wahan seeti ki awaz aayi srimari station se. toh hamare ustad shayar thay unhon ne kya kaha pooch se seeti diya aur chal pari rail gadi rail gadi rail gadi rail gadi.</w:t>
      </w:r>
    </w:p>
    <w:p>
      <w:pPr>
        <w:jc w:val="right"/>
      </w:pPr>
      <w:r>
        <w:t>تو مجھے یاد ہے ایک دن ہم پڑھ رہے تھے تو وہاں سیٹی کی آواز آئی سرائمری اسٹیشن سے۔ تو ہمارے استاد شاعر تھے انہوں نے کیا کہا پوچھ سے سیٹی دیا اور چل پڑی ریل گڑی ریل گڑی ریل گڑی ریل گڑی۔</w:t>
      </w:r>
    </w:p>
    <w:p>
      <w:r>
        <w:rPr>
          <w:b/>
        </w:rPr>
        <w:t xml:space="preserve">[1:27:55] </w:t>
      </w:r>
      <w:r>
        <w:t>yeh mahaul tha is mein. ke railway line ko internal communication mein discover nahi kar paya tha. ek mazak samajhta tha is ko. phir mein ne khud discover kiya ke woh yaani communication hai na ke lohe ki zanjeerein hain.</w:t>
      </w:r>
    </w:p>
    <w:p>
      <w:pPr>
        <w:jc w:val="right"/>
      </w:pPr>
      <w:r>
        <w:t>یہ ماحول تھا اس میں۔ کہ ریلوے لائن کو انٹرنل کمیونیکیشن میں ڈسکور نہیں کر پایا تھا۔ ایک مذاق سمجھتا تھا اس کو۔ پھر میں نے خود ڈسکور کیا کہ وہ یعنی کمیونیکیشن ہے نہ کہ لوہے کی زنجیریں ہیں۔</w:t>
      </w:r>
    </w:p>
    <w:p>
      <w:r>
        <w:rPr>
          <w:b/>
        </w:rPr>
        <w:t xml:space="preserve">[1:28:10] </w:t>
      </w:r>
      <w:r>
        <w:t>toh aap sab aisa kijiye. aise mein hazar misalein de sakta hoon ke mein ne de malish kiya apne pichle khayalat ko.</w:t>
      </w:r>
    </w:p>
    <w:p>
      <w:pPr>
        <w:jc w:val="right"/>
      </w:pPr>
      <w:r>
        <w:t>تو آپ سب ایسا کیجیے۔ ایسے میں ہزار مثالیں دے سکتا ہوں کہ میں نے ڈی مالش کیا اپنے پچھلے خیالات کو۔</w:t>
      </w:r>
    </w:p>
    <w:p>
      <w:r>
        <w:rPr>
          <w:b/>
        </w:rPr>
        <w:t xml:space="preserve">[1:28:19] </w:t>
      </w:r>
      <w:r>
        <w:t>phir mein ek naya insaan bana. aap bhi de malish kijiye. agar mein kar sakta hoon toh aap bhi kar sakte hain.</w:t>
      </w:r>
    </w:p>
    <w:p>
      <w:pPr>
        <w:jc w:val="right"/>
      </w:pPr>
      <w:r>
        <w:t>پھر میں ایک نیا انسان بنا۔ آپ بھی ڈی مالش کیجیے۔ اگر میں کر سکتا ہوں تو آپ بھی کر سکتے ہیں۔</w:t>
      </w:r>
    </w:p>
    <w:p>
      <w:r>
        <w:rPr>
          <w:b/>
        </w:rPr>
        <w:t xml:space="preserve">[1:28:28] </w:t>
      </w:r>
      <w:r>
        <w:t>This question is from Maulana Zikwan Nadvi from Delhi. Generally it is believed that if you criticize someone you should be equally learned person like the one whom you criticize.</w:t>
      </w:r>
    </w:p>
    <w:p>
      <w:pPr>
        <w:jc w:val="right"/>
      </w:pPr>
      <w:r>
        <w:t>This question is from مولانا زکوان ندوی from Delhi۔ Generally it is believed that if you criticize someone you should be equally learned person like the one whom you criticize۔</w:t>
      </w:r>
    </w:p>
    <w:p>
      <w:r>
        <w:rPr>
          <w:b/>
        </w:rPr>
        <w:t xml:space="preserve">[1:28:43] </w:t>
      </w:r>
      <w:r>
        <w:t>Maulana how far this belief is true?</w:t>
      </w:r>
    </w:p>
    <w:p>
      <w:pPr>
        <w:jc w:val="right"/>
      </w:pPr>
      <w:r>
        <w:t>مولانا how far this belief is true؟</w:t>
      </w:r>
    </w:p>
    <w:p>
      <w:r>
        <w:rPr>
          <w:b/>
        </w:rPr>
        <w:t xml:space="preserve">[1:28:46] </w:t>
      </w:r>
      <w:r>
        <w:t>yeh toh absurd baatein hain. mein toh ek chote bachay se bhi sunta hoon ke woh bhi koi aisi baat keh sakta hai jo jis mein mujhe aql mil jaye.</w:t>
      </w:r>
    </w:p>
    <w:p>
      <w:pPr>
        <w:jc w:val="right"/>
      </w:pPr>
      <w:r>
        <w:t>یہ تو absurd باتیں ہیں۔ میں تو ایک چھوٹے بچے سے بھی سنتا ہوں کہ وہ بھی کوئی ایسی بات کہہ سکتا ہے جو جس میں مجھے عقل مل جائے۔</w:t>
      </w:r>
    </w:p>
    <w:p>
      <w:r>
        <w:rPr>
          <w:b/>
        </w:rPr>
        <w:t xml:space="preserve">[1:28:57] </w:t>
      </w:r>
      <w:r>
        <w:t>aql mil jaye is se. anmol ko mein dekhta hoon ke anmol se mujhe aql mil sakti hai is ko tweet karta hoon is ke.</w:t>
      </w:r>
    </w:p>
    <w:p>
      <w:pPr>
        <w:jc w:val="right"/>
      </w:pPr>
      <w:r>
        <w:t>عقل مل جائے اس سے۔ انول کو میں دیکھتا ہوں کہ انول سے مجھے عقل مل سکتی ہے اس کو ٹویٹ کرتا ہوں اس کے۔</w:t>
      </w:r>
    </w:p>
    <w:p>
      <w:r>
        <w:rPr>
          <w:b/>
        </w:rPr>
        <w:t xml:space="preserve">[1:29:08] </w:t>
      </w:r>
      <w:r>
        <w:t>yeh toh bilkul bekar baatein hain yeh sab yeh sab yaani jin ke andar yaani sifat na ho jin ke andar seekhne ka mood na ho ladne ka shauk na ho woh aisi shartein lagate hain.</w:t>
      </w:r>
    </w:p>
    <w:p>
      <w:pPr>
        <w:jc w:val="right"/>
      </w:pPr>
      <w:r>
        <w:t>یہ تو بالکل بیکار باتیں ہیں یہ سب یہ سب یعنی جو جن کے اندر یعنی صفت نہ ہو جن کے اندر سیکھنے کا موڈ نہ ہو لڑنے کا شوق نہ ہو وہ ایسی شرطیں لگاتے ہیں۔</w:t>
      </w:r>
    </w:p>
    <w:p>
      <w:r>
        <w:rPr>
          <w:b/>
        </w:rPr>
        <w:t xml:space="preserve">[1:29:21] </w:t>
      </w:r>
      <w:r>
        <w:t>hazrat umar ke bare mein dekhein kaha tha ke kaana yata'allam min kulli ahad har ek se lad nahi karte thay. yaani ke bohat bara scholar hai toh us se lad nahi kar rahe hain nahi toh kahin nahi toh us ko ignore kar rahe hain.</w:t>
      </w:r>
    </w:p>
    <w:p>
      <w:pPr>
        <w:jc w:val="right"/>
      </w:pPr>
      <w:r>
        <w:t>حضرت عمر کے بارے میں دیکھیں کہا تھا کہ کانا یتعلم من کل احد ہر ایک سے لڑ نہیں کرتے تھے۔ یعنی کہ بہت بڑا اسکالر ہے تو اس سے لڑ نہیں کر رہے ہیں نہیں تو کہیں نہیں تو اس کو اگنور کر رہے ہیں۔</w:t>
      </w:r>
    </w:p>
    <w:p>
      <w:r>
        <w:rPr>
          <w:b/>
        </w:rPr>
        <w:t xml:space="preserve">[1:29:35] </w:t>
      </w:r>
      <w:r>
        <w:t>koi bhi mil gaya us se baatein kar rahe hain us se kuch unhein seekh milti thi. toh kamy ladne ke shauk mein hai. learned aadmi kaun learned aadmi bataiye mujhe toh koi bhi learned dikhai nahi deta.</w:t>
      </w:r>
    </w:p>
    <w:p>
      <w:pPr>
        <w:jc w:val="right"/>
      </w:pPr>
      <w:r>
        <w:t>کوئی بھی مل گیا اس سے باتیں کر رہے ہیں اس سے کچھ انہیں سیکھ ملتی تھی۔ تو کمی لڑنے کے شوق میں ہے۔ Learned آدمی کون learned آدمی بتائیے مجھے تو کوئی بھی learned دکھائی نہیں دیتا۔</w:t>
      </w:r>
    </w:p>
    <w:p>
      <w:r>
        <w:rPr>
          <w:b/>
        </w:rPr>
        <w:t xml:space="preserve">[1:29:49] </w:t>
      </w:r>
      <w:r>
        <w:t>aap kisi ka naam lijiye mein bhi bataoon ke is mein woh kuch nahi janta woh. koi learned nahi hai yeh bilkul bekar baatein hain.</w:t>
      </w:r>
    </w:p>
    <w:p>
      <w:pPr>
        <w:jc w:val="right"/>
      </w:pPr>
      <w:r>
        <w:t>آپ کسی کا نام لیجیے میں بھی بتاؤں کہ اس میں وہ کچھ نہیں جانتا وہ۔ کوئی learned نہیں ہے یہ بالکل بیکار باتیں ہیں۔</w:t>
      </w:r>
    </w:p>
    <w:p>
      <w:r>
        <w:rPr>
          <w:b/>
        </w:rPr>
        <w:t xml:space="preserve">[1:30:01] </w:t>
      </w:r>
      <w:r>
        <w:t>aap ko apne andar ladne ka shauk paida karna hai. bas. koi learned aadmi ab kuch nahi de sakta aap ko.</w:t>
      </w:r>
    </w:p>
    <w:p>
      <w:pPr>
        <w:jc w:val="right"/>
      </w:pPr>
      <w:r>
        <w:t>آپ کو اپنے اندر لڑنے کا شوق پیدا کرنا ہے۔ بس۔ کوئی learned آدمی اب کچھ نہیں دے سکتا آپ کو۔</w:t>
      </w:r>
    </w:p>
    <w:p>
      <w:r>
        <w:rPr>
          <w:b/>
        </w:rPr>
        <w:t xml:space="preserve">[1:30:13] </w:t>
      </w:r>
      <w:r>
        <w:t>yaani kal kal ki baat batata hoon aap ko. ek magazine hamare paas aaya. hamari jo grand daughter hai sadia english mein magazine tha.</w:t>
      </w:r>
    </w:p>
    <w:p>
      <w:pPr>
        <w:jc w:val="right"/>
      </w:pPr>
      <w:r>
        <w:t>یعنی کل کل کی بات بتاتا ہوں آپ کو۔ ایک میگزین ہمارے پاس آیا۔ ہماری جو گرینڈ ڈاٹر ہے سعدیہ انگلش میں میگزین تھا۔</w:t>
      </w:r>
    </w:p>
    <w:p>
      <w:r>
        <w:rPr>
          <w:b/>
        </w:rPr>
        <w:t xml:space="preserve">[1:30:22] </w:t>
      </w:r>
      <w:r>
        <w:t>ek top ke journalist ka woh tha. interview do top ke journalist ki baat cheet thi. india ke do zinda journalist jo top ke maane jaate hain senior un ki aapas ki baat cheet thi.</w:t>
      </w:r>
    </w:p>
    <w:p>
      <w:pPr>
        <w:jc w:val="right"/>
      </w:pPr>
      <w:r>
        <w:t>ایک ٹاپ کے جرنلسٹ کا وہ تھا۔ انٹرویو دو ٹاپ کے جرنلسٹ کی بات چیت تھی۔ انڈیا کے دو زندہ جرنلسٹ جو ٹاپ کے مانے جاتے ہیں سینئر ان کی آپس کی بات چیت تھی۔</w:t>
      </w:r>
    </w:p>
    <w:p>
      <w:r>
        <w:rPr>
          <w:b/>
        </w:rPr>
        <w:t xml:space="preserve">[1:30:36] </w:t>
      </w:r>
      <w:r>
        <w:t>is ko mein ne parh ke sunao. mein ne poocha ke kya haqeeqat hai ke meri samajh mein kuch bhi nahi aaya. halankay woh achi english janti hai woh. toh learned kaun hai?</w:t>
      </w:r>
    </w:p>
    <w:p>
      <w:pPr>
        <w:jc w:val="right"/>
      </w:pPr>
      <w:r>
        <w:t>اس کو میں نے پڑھ کے سناؤ۔ میں نے پوچھا کہ کیا حقیقت ہے کہ میری سمجھ میں کچھ بھی نہیں آیا۔ حالانکہ وہ اچھی انگلش جانتی ہے وہ۔ تو learned کون ہے؟</w:t>
      </w:r>
    </w:p>
    <w:p>
      <w:r>
        <w:rPr>
          <w:b/>
        </w:rPr>
        <w:t xml:space="preserve">[1:30:47] </w:t>
      </w:r>
      <w:r>
        <w:t>kaun learned hai? aap ko apne andar yeh rooh jagana hoga ke receptivity ki rooh cheezon ko lene ki rooh cheezon ko yaani woh sabak lene ki rooh asal cheez yeh hai asal cheez yeh nahi ke doosra learned hai ke nahi learned aap ke andar yeh rooh kitni hai seekhne ki.</w:t>
      </w:r>
    </w:p>
    <w:p>
      <w:pPr>
        <w:jc w:val="right"/>
      </w:pPr>
      <w:r>
        <w:t>کون learned ہے؟ آپ کو اپنے اندر یہ روح جگانا ہوگا کہ ریسیپٹیوٹی کی روح چیزوں کو لینے کی روح چیزوں کو یعنی وہ سبق لینے کی روح اصل چیز یہ ہے اصل چیز یہ نہیں کہ دوسرا learned ہے کہ نہیں learned آپ کے اندر یہ روح کتنی ہے سیکھنے کی۔</w:t>
      </w:r>
    </w:p>
    <w:p>
      <w:r>
        <w:rPr>
          <w:b/>
        </w:rPr>
        <w:t xml:space="preserve">[1:31:12] </w:t>
      </w:r>
      <w:r>
        <w:t>to apne andar learning rooh paida kijiye. sari duniya se aap ko faida mile ga sari duniya se aap ko faida mile ga. yeh na sochein ke woh tanqeed kar raha hai ke kya kar raha hai.</w:t>
      </w:r>
    </w:p>
    <w:p>
      <w:pPr>
        <w:jc w:val="right"/>
      </w:pPr>
      <w:r>
        <w:t>تو اپنے اندر لرننگ روح پیدا کیجیے۔ ساری دنیا سے آپ کو فائدہ ملے گا ساری دنیا سے آپ کو فائدہ ملے گا۔ یہ نہ سوچیں کہ وہ تنقید کر رہا ہے کہ کیا کر رہا ہے۔</w:t>
      </w:r>
    </w:p>
    <w:p>
      <w:r>
        <w:rPr>
          <w:b/>
        </w:rPr>
        <w:t xml:space="preserve">[1:31:23] </w:t>
      </w:r>
      <w:r>
        <w:t>is ko bilkul ghair mutalliq bana dijiye. tanqeed kar raha hai tab bhi ya tanqeed nahi kar raha tab bhi dono halaton mein us ki baat ko suniye.</w:t>
      </w:r>
    </w:p>
    <w:p>
      <w:pPr>
        <w:jc w:val="right"/>
      </w:pPr>
      <w:r>
        <w:t>اس کو بالکل غیر متعلقہ بنا دیجیے۔ تنقید کر رہا ہے تب بھی یا تنقید نہیں کر رہا تب بھی دونوں حالتوں میں اس کی بات کو سنیے۔</w:t>
      </w:r>
    </w:p>
    <w:p>
      <w:r>
        <w:rPr>
          <w:b/>
        </w:rPr>
        <w:t xml:space="preserve">[1:31:34] </w:t>
      </w:r>
      <w:r>
        <w:t>tab aap ko har cheez mein larani hi larani hone lage gi. This question is from Miss Tuti from Delhi.</w:t>
      </w:r>
    </w:p>
    <w:p>
      <w:pPr>
        <w:jc w:val="right"/>
      </w:pPr>
      <w:r>
        <w:t>تب آپ کو ہر چیز میں لڑنی ہی لڑنی ہونے لگے گی۔ This question is from Miss Tuti from Delhi۔</w:t>
      </w:r>
    </w:p>
    <w:p>
      <w:r>
        <w:rPr>
          <w:b/>
        </w:rPr>
        <w:t xml:space="preserve">[1:31:46] </w:t>
      </w:r>
      <w:r>
        <w:t>Maulana how do we know that the problem overcoming a person is due to Satan troubling or is it being part of the test?</w:t>
      </w:r>
    </w:p>
    <w:p>
      <w:pPr>
        <w:jc w:val="right"/>
      </w:pPr>
      <w:r>
        <w:t>مولانا how do we know that the problem overcoming a person is due to Satan troubling or is it being part of the test؟</w:t>
      </w:r>
    </w:p>
    <w:p>
      <w:r>
        <w:rPr>
          <w:b/>
        </w:rPr>
        <w:t xml:space="preserve">[1:31:57] </w:t>
      </w:r>
      <w:r>
        <w:t>donon ek hi hain koi alag alag nahi hain. woh bhi test hai. aur shaitan to sab mein shamil rehta hai. to woh alag alag nahi hain.</w:t>
      </w:r>
    </w:p>
    <w:p>
      <w:pPr>
        <w:jc w:val="right"/>
      </w:pPr>
      <w:r>
        <w:t>دونوں ایک ہی ہیں کوئی الگ الگ نہیں ہیں۔ وہ بھی ٹیسٹ ہے۔ اور شیطان تو سب میں شامل رہتا ہے۔ تو وہ الگ الگ نہیں ہیں۔</w:t>
      </w:r>
    </w:p>
    <w:p>
      <w:r>
        <w:rPr>
          <w:b/>
        </w:rPr>
        <w:t xml:space="preserve">[1:32:09] </w:t>
      </w:r>
      <w:r>
        <w:t>mein samajhta hoon ke donon ko alag karna koi alag nahi kar sakte aap.</w:t>
      </w:r>
    </w:p>
    <w:p>
      <w:pPr>
        <w:jc w:val="right"/>
      </w:pPr>
      <w:r>
        <w:t>میں سمجھتا ہوں کہ دونوں کو الگ کرنا کوئی الگ نہیں کر سکتے آپ۔</w:t>
      </w:r>
    </w:p>
    <w:p>
      <w:r>
        <w:rPr>
          <w:b/>
        </w:rPr>
        <w:t xml:space="preserve">[1:32:18] </w:t>
      </w:r>
      <w:r>
        <w:t>aap ko to sirf yeh hai ke apne andar woh apne andar woh yani sahi soch paida karein ke aap faisla kar sakein.</w:t>
      </w:r>
    </w:p>
    <w:p>
      <w:pPr>
        <w:jc w:val="right"/>
      </w:pPr>
      <w:r>
        <w:t>آپ کو تو صرف یہ ہے کہ اپنے اندر وہ اپنے اندر وہ یعنی صحیح سوچ پیدا کریں کہ آپ فیصلہ کر سکیں۔</w:t>
      </w:r>
    </w:p>
    <w:p>
      <w:r>
        <w:rPr>
          <w:b/>
        </w:rPr>
        <w:t xml:space="preserve">[1:32:28] </w:t>
      </w:r>
      <w:r>
        <w:t>bas. sahi soch paida karein. ke aap ko pehchan sakein ke yahan par yeh kya mera yani kis hawale se mera test liya ja raha hai.</w:t>
      </w:r>
    </w:p>
    <w:p>
      <w:pPr>
        <w:jc w:val="right"/>
      </w:pPr>
      <w:r>
        <w:t>بس۔ صحیح سوچ پیدا کریں۔ کہ آپ کو پہچان سکیں کہ یہاں پر یہ کیا میرا یعنی کس حوالے سے میرا ٹیسٹ لیا جا رہا ہے۔</w:t>
      </w:r>
    </w:p>
    <w:p>
      <w:r>
        <w:rPr>
          <w:b/>
        </w:rPr>
        <w:t xml:space="preserve">[1:32:45] </w:t>
      </w:r>
      <w:r>
        <w:t>jaise maine qisse bataye aap ko yeh aaj kal ke musalmanon ke. to woh test is baat ka tha ke woh rad-e-amal dete hain ke nahi rad-e-amal dete hain.</w:t>
      </w:r>
    </w:p>
    <w:p>
      <w:pPr>
        <w:jc w:val="right"/>
      </w:pPr>
      <w:r>
        <w:t>جیسے میں نے قصے بتائے آپ کو یہ آج کل کے مسلمانوں کے۔ تو وہ ٹیسٹ اس بات کا تھا کہ وہ ردعمل دیتے ہیں کہ نہیں ردعمل دیتے ہیں۔</w:t>
      </w:r>
    </w:p>
    <w:p>
      <w:r>
        <w:rPr>
          <w:b/>
        </w:rPr>
        <w:t xml:space="preserve">[1:32:58] </w:t>
      </w:r>
      <w:r>
        <w:t>yani mukhtalif sooraton mein un ke samne laai gayi ke is se fakhr ka</w:t>
      </w:r>
    </w:p>
    <w:p>
      <w:pPr>
        <w:jc w:val="right"/>
      </w:pPr>
      <w:r>
        <w:t>یعنی مختلف صورتحال میں ان کے سامنے لائی گئی کہ اس سے فخر کا</w:t>
      </w:r>
    </w:p>
    <w:p>
      <w:r>
        <w:rPr>
          <w:b/>
        </w:rPr>
        <w:t xml:space="preserve">[1:33:08] </w:t>
      </w:r>
      <w:r>
        <w:t>yani ki ghiza lete hain ya is ki ghiza lete hain yani yani mayoosi ki. agar mayoosi ka aap ko khana mil raha hai to is mani mein ke aap fail ho gaye.</w:t>
      </w:r>
    </w:p>
    <w:p>
      <w:pPr>
        <w:jc w:val="right"/>
      </w:pPr>
      <w:r>
        <w:t>یعنی کی غذا لیتے ہیں یا اس کی غذا لیتے ہیں یعنی یعنی مایوسی کی۔ اگر مایوسی کا آپ کو کھانا مل رہا ہے تو اس معنی میں کہ آپ فیل ہو گئے۔</w:t>
      </w:r>
    </w:p>
    <w:p>
      <w:r>
        <w:rPr>
          <w:b/>
        </w:rPr>
        <w:t xml:space="preserve">[1:33:25] </w:t>
      </w:r>
      <w:r>
        <w:t>aur fakhr mila tab bhi tab bhi fail ho gaye. na mayoosi mein jayein na fakhr mein jayein. balke har cheez se sabak lein har cheez mein aap ko ek nai learning ho yeh hona chahiye.</w:t>
      </w:r>
    </w:p>
    <w:p>
      <w:pPr>
        <w:jc w:val="right"/>
      </w:pPr>
      <w:r>
        <w:t>اور فخر ملا تب بھی تب بھی فیل ہو گئے۔ نہ مایوسی میں جائیں نہ فخر میں جائیں۔ بلکہ ہر چیز سے سبق لیں ہر چیز میں آپ کو ایک نئی لرننگ ہو یہ ہونا چاہیے۔</w:t>
      </w:r>
    </w:p>
    <w:p>
      <w:r>
        <w:rPr>
          <w:b/>
        </w:rPr>
        <w:t xml:space="preserve">[1:33:43] </w:t>
      </w:r>
      <w:r>
        <w:t>This question is from Miss Sadia from Delhi. Once an English lady was ill.</w:t>
      </w:r>
    </w:p>
    <w:p>
      <w:pPr>
        <w:jc w:val="right"/>
      </w:pPr>
      <w:r>
        <w:t>This question is from Miss Sadia from Delhi۔ Once an English lady was ill۔</w:t>
      </w:r>
    </w:p>
    <w:p>
      <w:r>
        <w:rPr>
          <w:b/>
        </w:rPr>
        <w:t xml:space="preserve">[1:33:50] </w:t>
      </w:r>
      <w:r>
        <w:t>She was confined to bed. Then she wanted to read something while she was recuperating. She found a copy of the Quran in her grandmother's library.</w:t>
      </w:r>
    </w:p>
    <w:p>
      <w:pPr>
        <w:jc w:val="right"/>
      </w:pPr>
      <w:r>
        <w:t>She was confined to bed۔ Then she wanted to read something while she was recuperating۔ She found a copy of the Quran in her grandmother's library۔</w:t>
      </w:r>
    </w:p>
    <w:p>
      <w:r>
        <w:rPr>
          <w:b/>
        </w:rPr>
        <w:t xml:space="preserve">[1:34:02] </w:t>
      </w:r>
      <w:r>
        <w:t>So she read it and was so impressed that she entered the fold of Islam. So isn't it possible that sometimes those who are given the Quran might not read it immediately but probably later in life they would?</w:t>
      </w:r>
    </w:p>
    <w:p>
      <w:pPr>
        <w:jc w:val="right"/>
      </w:pPr>
      <w:r>
        <w:t>So she read it and was so impressed that she entered the fold of Islam۔ So isn't it possible that sometimes those who are given the Quran might not read it immediately but probably later in life they would؟</w:t>
      </w:r>
    </w:p>
    <w:p>
      <w:r>
        <w:rPr>
          <w:b/>
        </w:rPr>
        <w:t xml:space="preserve">[1:34:20] </w:t>
      </w:r>
      <w:r>
        <w:t>haan yeh bohat sahi baat hai. khud mere sath aisa hua madrasay mein parha tha maine. hum ne jis madrasay mein parha tha us ki khas khusoosiyat batai jati hai ke wahan Quran parhaya jata hai shuru se akhir tak.</w:t>
      </w:r>
    </w:p>
    <w:p>
      <w:pPr>
        <w:jc w:val="right"/>
      </w:pPr>
      <w:r>
        <w:t>ہاں یہ بہت صحیح بات ہے۔ خود میرے ساتھ ایسا ہوا مدرسے میں پڑھا تھا میں نے۔ ہم نے جس مدرسے میں پڑھا تھا اس کی خاص خصوصیت بتائی جاتی ہے کہ وہاں قرآن پڑھایا جاتا ہے شروع سے آخر تک۔</w:t>
      </w:r>
    </w:p>
    <w:p>
      <w:r>
        <w:rPr>
          <w:b/>
        </w:rPr>
        <w:t xml:space="preserve">[1:34:34] </w:t>
      </w:r>
      <w:r>
        <w:t>aur madrason mein poora poora Quran nahi parhate kahin bhi nahi. kahin bhi nahi parhate. misaal ke taur par Deoband mein parhaya jata hai Jalalain tafseer ki kitab.</w:t>
      </w:r>
    </w:p>
    <w:p>
      <w:pPr>
        <w:jc w:val="right"/>
      </w:pPr>
      <w:r>
        <w:t>اور مدرسوں میں پورا پورا قرآن نہیں پڑھاتے کہیں بھی نہیں۔ کہیں بھی نہیں پڑھاتے۔ مثلاً دیوبند میں پڑھایا جاتا ہے جلالین تفسیر کی کتاب۔</w:t>
      </w:r>
    </w:p>
    <w:p>
      <w:r>
        <w:rPr>
          <w:b/>
        </w:rPr>
        <w:t xml:space="preserve">[1:34:46] </w:t>
      </w:r>
      <w:r>
        <w:t>aur Jalalain ka matan Quran se bhi kam hai. Jalalain ek kitab hai ek tafseer ki commentary ki.</w:t>
      </w:r>
    </w:p>
    <w:p>
      <w:pPr>
        <w:jc w:val="right"/>
      </w:pPr>
      <w:r>
        <w:t>اور جلالین کا متن قرآن سے بھی کم ہے۔ جلالین ایک کتاب ہے ایک تفسیر کی کمنٹری کی۔</w:t>
      </w:r>
    </w:p>
    <w:p>
      <w:r>
        <w:rPr>
          <w:b/>
        </w:rPr>
        <w:t xml:space="preserve">[1:34:57] </w:t>
      </w:r>
      <w:r>
        <w:t>to is ka matan Quran se bhi kam hai aap samajhte hain ki si commentary hogi woh. wohi parhate hain wahan par. mein jis madrasay mein parha wahan shuru se akhir tak Quran parhaya jata hai.</w:t>
      </w:r>
    </w:p>
    <w:p>
      <w:pPr>
        <w:jc w:val="right"/>
      </w:pPr>
      <w:r>
        <w:t>تو اس کا متن قرآن سے بھی کم ہے آپ سمجھتے ہیں کیسی کمنٹری ہوگی وہ۔ وہی پڑھاتے ہیں وہاں پر۔ میں جس مدرسے میں پڑھا وہاں شروع سے آخر تک قرآن پڑھایا جاتا ہے۔</w:t>
      </w:r>
    </w:p>
    <w:p>
      <w:r>
        <w:rPr>
          <w:b/>
        </w:rPr>
        <w:t xml:space="preserve">[1:35:08] </w:t>
      </w:r>
      <w:r>
        <w:t>poora poora Quran. lekin is ke bawajood mein Quran se yani be khabar tha.</w:t>
      </w:r>
    </w:p>
    <w:p>
      <w:pPr>
        <w:jc w:val="right"/>
      </w:pPr>
      <w:r>
        <w:t>پورا پورا قرآن۔ لیکن اس کے باوجود میں قرآن سے یعنی بے خبر تھا۔</w:t>
      </w:r>
    </w:p>
    <w:p>
      <w:r>
        <w:rPr>
          <w:b/>
        </w:rPr>
        <w:t xml:space="preserve">[1:35:15] </w:t>
      </w:r>
      <w:r>
        <w:t>baad ki in baad ke adwar mein maine dobara Quran parha. to yeh to hota hai har ek ke sath hota hai. apne apne andaz se.</w:t>
      </w:r>
    </w:p>
    <w:p>
      <w:pPr>
        <w:jc w:val="right"/>
      </w:pPr>
      <w:r>
        <w:t>بعد کی ان بعد کے ادوار میں میں نے دوبارہ قرآن پڑھا۔ تو یہ تو ہوتا ہے ہر ایک کے ساتھ ہوتا ہے۔ اپنے اپنے انداز سے۔</w:t>
      </w:r>
    </w:p>
    <w:p>
      <w:r>
        <w:rPr>
          <w:b/>
        </w:rPr>
        <w:t xml:space="preserve">[1:35:25] </w:t>
      </w:r>
      <w:r>
        <w:t>is wajah se hamein bas kaam karte rehna hai karte rehna hai karte rehna hai. kya maloom kab is ka waqt aa jaye ke woh baat ko samajh sakein. ek sher mujhe bohat pasand hai ke khabar nahi ke gire hain kahan kahan aansu kidhar kidhar se uthe ga dhuan nahi maloom.</w:t>
      </w:r>
    </w:p>
    <w:p>
      <w:pPr>
        <w:jc w:val="right"/>
      </w:pPr>
      <w:r>
        <w:t>اس وجہ سے ہمیں بس کام کرتے رہنا ہے کرتے رہنا ہے کرتے رہنا ہے۔ کیا معلوم کب اس کا وقت آجائے کہ وہ بات کو سمجھ سکیں۔ ایک شعر مجھے بہت پسند ہے کہ خبر نہیں کہ گرے ہیں کہاں کہاں آنسو کدھر کدھر سے اٹھے گا دھواں نہیں معلوم۔</w:t>
      </w:r>
    </w:p>
    <w:p>
      <w:r>
        <w:rPr>
          <w:b/>
        </w:rPr>
        <w:t xml:space="preserve">[1:35:51] </w:t>
      </w:r>
      <w:r>
        <w:t>This question is from Mr. Mustafa Umri from Delhi. Kya yeh mumkin hai ke iman walon ki koshish ke baghair Allah un ki taraf se difa kare ga?</w:t>
      </w:r>
    </w:p>
    <w:p>
      <w:pPr>
        <w:jc w:val="right"/>
      </w:pPr>
      <w:r>
        <w:t>This question is from Mr. Mustafa Umri from Delhi۔ کیا یہ ممکن ہے کہ ایمان والوں کی کوشش کے بغیر اللہ ان کی طرف سے دفاع کرے گا؟</w:t>
      </w:r>
    </w:p>
    <w:p>
      <w:r>
        <w:rPr>
          <w:b/>
        </w:rPr>
        <w:t xml:space="preserve">[1:36:04] </w:t>
      </w:r>
      <w:r>
        <w:t>nahi aisa kabhi nahi ho sakta. ke ahl-e-iman ko ya to koshish karna hai ya dua karna hai. sach much dua sach much dua jo dil ki tarap se nikalti hai.</w:t>
      </w:r>
    </w:p>
    <w:p>
      <w:pPr>
        <w:jc w:val="right"/>
      </w:pPr>
      <w:r>
        <w:t>نہیں ایسا کبھی نہیں ہو سکتا۔ کہ اہل ایمان کو یا تو کوشش کرنا ہے یا دعا کرنا ہے۔ سچ مچ دعا سچ مچ دعا جو دل کی تڑپ سے نکلتی ہے۔</w:t>
      </w:r>
    </w:p>
    <w:p>
      <w:r>
        <w:rPr>
          <w:b/>
        </w:rPr>
        <w:t xml:space="preserve">[1:36:16] </w:t>
      </w:r>
      <w:r>
        <w:t>jahan momin be bas ho jaye wahan woh dua kare to Khuda zaroor madad kare ga. lekin aap be bas nahi hain aur kuch kar nahi rahe to Khuda chhod de ga aap ko.</w:t>
      </w:r>
    </w:p>
    <w:p>
      <w:pPr>
        <w:jc w:val="right"/>
      </w:pPr>
      <w:r>
        <w:t>جہاں مومن بے بس ہو جائے وہاں وہ دعا کرے تو خدا ضرور مدد کرے گا۔ لیکن آپ بے بس نہیں ہیں اور کچھ کر نہیں رہے تو خدا چھوڑ دے گا آپ کو۔</w:t>
      </w:r>
    </w:p>
    <w:p>
      <w:r>
        <w:rPr>
          <w:b/>
        </w:rPr>
        <w:t xml:space="preserve">[1:36:32] </w:t>
      </w:r>
      <w:r>
        <w:t>to do mein se aik karna hai. ya to aap dastiyab</w:t>
      </w:r>
    </w:p>
    <w:p>
      <w:pPr>
        <w:jc w:val="right"/>
      </w:pPr>
      <w:r>
        <w:t>تو دو میں سے ایک کرنا ہے۔ یا تو آپ دستیاب</w:t>
      </w:r>
    </w:p>
    <w:p>
      <w:r>
        <w:rPr>
          <w:b/>
        </w:rPr>
        <w:t xml:space="preserve">[1:36:42] </w:t>
      </w:r>
      <w:r>
        <w:t>jo wasail hain dastiyab wasail ke mutabiq apni salahiyat ke mutabiq amal karna. kyunke quran mein hai ke la allah ila jitni aap ke bas mein hai woh karna hi karna hai.</w:t>
      </w:r>
    </w:p>
    <w:p>
      <w:pPr>
        <w:jc w:val="right"/>
      </w:pPr>
      <w:r>
        <w:t>جو وسائل ہیں دستیاب وسائل کے مطابق اپنی صلاحیت کے مطابق عمل کرنا۔ کیونکہ قرآن میں ہے کہ لا اللہ الا جتنی آپ کے بس میں ہے وہ کرنا ہی کرنا ہے۔</w:t>
      </w:r>
    </w:p>
    <w:p>
      <w:r>
        <w:rPr>
          <w:b/>
        </w:rPr>
        <w:t xml:space="preserve">[1:36:55] </w:t>
      </w:r>
      <w:r>
        <w:t>is mein is mein chhoot nahi hai. lekin jab yeh aisa ho jaye ke aap bebas ho jayen to phir dua karna hai. to</w:t>
      </w:r>
    </w:p>
    <w:p>
      <w:pPr>
        <w:jc w:val="right"/>
      </w:pPr>
      <w:r>
        <w:t>اس میں اس میں چھوٹ نہیں ہے۔ لیکن جب یہ ایسا ہو جائے کہ آپ بے بس ہو جائیں تو پھر دعا کرنا ہے۔ تو</w:t>
      </w:r>
    </w:p>
    <w:p>
      <w:r>
        <w:rPr>
          <w:b/>
        </w:rPr>
        <w:t xml:space="preserve">[1:37:10] </w:t>
      </w:r>
      <w:r>
        <w:t>ke agar aadmi bebas ho jaye to sirf dua se bhi kaam ban jata hai. yeh ayat quran majeed ki hai.</w:t>
      </w:r>
    </w:p>
    <w:p>
      <w:pPr>
        <w:jc w:val="right"/>
      </w:pPr>
      <w:r>
        <w:t>کہ اگر آدمی بے بس ہو جائے تو صرف دعا سے بھی کام بن جاتا ہے۔ یہ آیت قرآن مجید کی ہے۔</w:t>
      </w:r>
    </w:p>
    <w:p>
      <w:r>
        <w:rPr>
          <w:b/>
        </w:rPr>
        <w:t xml:space="preserve">[1:37:21] </w:t>
      </w:r>
      <w:r>
        <w:t>ke jab aadmi bebas ho jaye yani sach mein bebas yani sach mein bebas ho jaye to sirf dua se bhi kaam ban jata hai is ka. lekin bebas nahi hai to phir kaam to karna pare ga.</w:t>
      </w:r>
    </w:p>
    <w:p>
      <w:pPr>
        <w:jc w:val="right"/>
      </w:pPr>
      <w:r>
        <w:t>کہ جب آدمی بے بس ہو جائے یعنی سچ مچ بے بس یعنی سچ مچ بے بس ہو جائے تو صرف دعا سے بھی کام بن جاتا ہے اس کا۔ لیکن بے بس نہیں ہے تو پھر کام تو کرنا پڑے گا۔</w:t>
      </w:r>
    </w:p>
    <w:p>
      <w:r>
        <w:rPr>
          <w:b/>
        </w:rPr>
        <w:t xml:space="preserve">[1:37:38] </w:t>
      </w:r>
      <w:r>
        <w:t>This question is from Mr. Nafeez Shiraz from Delhi. gheebat ko le kar mere dimagh mein kuch uljhan hai. gheebat kise kehte hain?</w:t>
      </w:r>
    </w:p>
    <w:p>
      <w:pPr>
        <w:jc w:val="right"/>
      </w:pPr>
      <w:r>
        <w:t>This question is from Mr. Nafeez Shiraz from Delhi۔ غیبت کو لے کر میرے دماغ میں کچھ الجھن ہے۔ غیبت کسے کہتے ہیں؟</w:t>
      </w:r>
    </w:p>
    <w:p>
      <w:r>
        <w:rPr>
          <w:b/>
        </w:rPr>
        <w:t xml:space="preserve">[1:37:49] </w:t>
      </w:r>
      <w:r>
        <w:t>baraye karam misaal de kar samjhayein. hadith mein aata hai. is ka jawab.</w:t>
      </w:r>
    </w:p>
    <w:p>
      <w:pPr>
        <w:jc w:val="right"/>
      </w:pPr>
      <w:r>
        <w:t>برائے کرم مثال دے کر سمجھائیں۔ حدیث میں آتا ہے۔ اس کا جواب۔</w:t>
      </w:r>
    </w:p>
    <w:p>
      <w:r>
        <w:rPr>
          <w:b/>
        </w:rPr>
        <w:t xml:space="preserve">[1:38:00] </w:t>
      </w:r>
      <w:r>
        <w:t>ke rasool Allah sal Allah alih e wasalam se ek shakhs ne poocha ke agar mein kisi ki burai karoon woh burai us ke andar maujood ho us ke na hone par us ke yani gheebat mein yani kisi ki gheebat mein us ki woh burai bayan karoon jo waqai us ke andar hai to kya yeh gheebat hai?</w:t>
      </w:r>
    </w:p>
    <w:p>
      <w:pPr>
        <w:jc w:val="right"/>
      </w:pPr>
      <w:r>
        <w:t>کہ رسول اللہ صلی اللہ علیہ وسلم سے ایک شخص نے پوچھا کہ اگر میں کسی کی برائی کروں وہ برائی اس کے اندر موجود ہو اس کے نہ ہونے پر اس کے یعنی غیبت میں یعنی کسی کی غیبت میں اس کی وہ برائی بیان کروں جو واقعی اس کے اندر ہے تو کیا یہ غیبت ہے؟</w:t>
      </w:r>
    </w:p>
    <w:p>
      <w:r>
        <w:rPr>
          <w:b/>
        </w:rPr>
        <w:t xml:space="preserve">[1:38:21] </w:t>
      </w:r>
      <w:r>
        <w:t>to aap ne kaha yeh to gheebat hai. kyunke agar nahi hai tab to woh buhtan ban jaye ga.</w:t>
      </w:r>
    </w:p>
    <w:p>
      <w:pPr>
        <w:jc w:val="right"/>
      </w:pPr>
      <w:r>
        <w:t>تو آپ نے کہا یہ تو غیبت ہے۔ کیونکہ اگر نہیں ہے تب تو وہ بہتان بن جائے گا۔</w:t>
      </w:r>
    </w:p>
    <w:p>
      <w:r>
        <w:rPr>
          <w:b/>
        </w:rPr>
        <w:t xml:space="preserve">[1:38:29] </w:t>
      </w:r>
      <w:r>
        <w:t>yani kisi ki gheebat mein us ki waqai burai ko bayan karna yeh gheebat hai. aur agar woh woh woh burai us ke andar na ho to woh buhtan hai woh bohat buri cheez hai woh.</w:t>
      </w:r>
    </w:p>
    <w:p>
      <w:pPr>
        <w:jc w:val="right"/>
      </w:pPr>
      <w:r>
        <w:t>یعنی کسی کی غیبت میں اس کی واقعی برائی کو بیان کرنا یہ غیبت ہے۔ اور اگر وہ وہ وہ برائی اس کے اندر نہ ہو تو وہ بہتان ہے وہ بہت بری چیز ہے وہ۔</w:t>
      </w:r>
    </w:p>
    <w:p>
      <w:r>
        <w:rPr>
          <w:b/>
        </w:rPr>
        <w:t xml:space="preserve">[1:38:43] </w:t>
      </w:r>
      <w:r>
        <w:t>to dekhiye gheebat ek aisi cheez hai jis se koi aadmi bach nahi sakta. matlab kahin na kahin munh se nikal jaye ga. ek to yeh hai ke aap bohat ziyada bachein is se ke kisi ka yani kisi ko kisi ke bare mein kuch bolein to manfi baat na bolein us ke bare mein.</w:t>
      </w:r>
    </w:p>
    <w:p>
      <w:pPr>
        <w:jc w:val="right"/>
      </w:pPr>
      <w:r>
        <w:t>تو دیکھیے غیبت ایک ایسی چیز ہے جس سے کوئی آدمی بچ نہیں سکتا۔ مطلب کہیں نہ کہیں منہ سے نکل جائے گا۔ ایک تو یہ ہے کہ آپ بہت زیادہ بچیں اس سے کہ کسی کا یعنی کسی کو کسی کے بارے میں کچھ بولیں تو منفی بات نہ بولیں اس کے بارے میں۔</w:t>
      </w:r>
    </w:p>
    <w:p>
      <w:r>
        <w:rPr>
          <w:b/>
        </w:rPr>
        <w:t xml:space="preserve">[1:39:02] </w:t>
      </w:r>
      <w:r>
        <w:t>chup rahein. agar munh se nikal jaye kuch to foran yeh kijiye ke us ke liye dua kijiye.</w:t>
      </w:r>
    </w:p>
    <w:p>
      <w:pPr>
        <w:jc w:val="right"/>
      </w:pPr>
      <w:r>
        <w:t>چپ رہیں۔ اگر منہ سے نکل جائے کچھ تو فوراً یہ کیجیے کہ اس کے لیے دعا کیجیے۔</w:t>
      </w:r>
    </w:p>
    <w:p>
      <w:r>
        <w:rPr>
          <w:b/>
        </w:rPr>
        <w:t xml:space="preserve">[1:39:11] </w:t>
      </w:r>
      <w:r>
        <w:t>yani yani aadat agar ban gayi kisi ki aadat aaj kal aadat bani hui hai logon ki aam taur par log baithein ge to kya karein ge manfi nikal kar bayan karein ge is ko.</w:t>
      </w:r>
    </w:p>
    <w:p>
      <w:pPr>
        <w:jc w:val="right"/>
      </w:pPr>
      <w:r>
        <w:t>یعنی یعنی عادت اگر بن گئی کسی کی عادت آج کل عادت بنی ہوئی ہے لوگوں کی عام طور پر لوگ بیٹھیں گے تو کیا کریں گے منفی نکال کر بیان کریں گے اس کو۔</w:t>
      </w:r>
    </w:p>
    <w:p>
      <w:r>
        <w:rPr>
          <w:b/>
        </w:rPr>
        <w:t xml:space="preserve">[1:39:21] </w:t>
      </w:r>
      <w:r>
        <w:t>yeh aam 99% logon mein hai yeh baat. chahe aurtein hon ya mard hon. yani musbat baat kisi ko bayan hi nahi karte log sirf manfi baat bayan karte hain.</w:t>
      </w:r>
    </w:p>
    <w:p>
      <w:pPr>
        <w:jc w:val="right"/>
      </w:pPr>
      <w:r>
        <w:t>یہ عام 99% لوگوں میں ہے یہ بات۔ چاہے عورتیں ہوں یا مرد ہوں۔ یعنی مثبت بات کسی کو بیان ہی نہیں کرتے لوگ صرف منفی بات بیان کرتے ہیں۔</w:t>
      </w:r>
    </w:p>
    <w:p>
      <w:r>
        <w:rPr>
          <w:b/>
        </w:rPr>
        <w:t xml:space="preserve">[1:39:37] </w:t>
      </w:r>
      <w:r>
        <w:t>mein khud isi ka shikar hoon. to isi ka naam hai gheebat. doosron ki manfi baat aap bolein us ki gheebat mein yeh gheebat hai.</w:t>
      </w:r>
    </w:p>
    <w:p>
      <w:pPr>
        <w:jc w:val="right"/>
      </w:pPr>
      <w:r>
        <w:t>میں خود اسی کا شکار ہوں۔ تو اسی کا نام ہے غیبت۔ دوسروں کی منفی بات آپ بولیں اس کی غیبت میں یہ غیبت ہے۔</w:t>
      </w:r>
    </w:p>
    <w:p>
      <w:r>
        <w:rPr>
          <w:b/>
        </w:rPr>
        <w:t xml:space="preserve">[1:39:50] </w:t>
      </w:r>
      <w:r>
        <w:t>to agar aap ki aadat ban jaye tab to sarr e se haram hai bilkul haram hai woh. yani aap ki aadat ban jaye ke aap jab bhi kisi ka charcha karein to us ki manfi baaton ko bayan karein to yeh haram hai bilkul is mein koi shakk nahi.</w:t>
      </w:r>
    </w:p>
    <w:p>
      <w:pPr>
        <w:jc w:val="right"/>
      </w:pPr>
      <w:r>
        <w:t>تو اگر آپ کی عادت بن جائے تب تو سرے سے حرام ہے بالکل حرام ہے وہ۔ یعنی آپ کی عادت بن جائے کہ آپ جب بھی کسی کا چرچہ کریں تو اس کی منفی باتوں کو بیان کریں تو یہ حرام ہے بالکل اس میں کوئی شک نہیں۔</w:t>
      </w:r>
    </w:p>
    <w:p>
      <w:r>
        <w:rPr>
          <w:b/>
        </w:rPr>
        <w:t xml:space="preserve">[1:40:04] </w:t>
      </w:r>
      <w:r>
        <w:t>haan ittifaqan nikal jaye jaise quran mein hai ke illa al-lumam. to us waqt kya hai jaldi se aap toba karein us aadmi ki dua e khair karein to us ki talafi ho jaye gi.</w:t>
      </w:r>
    </w:p>
    <w:p>
      <w:pPr>
        <w:jc w:val="right"/>
      </w:pPr>
      <w:r>
        <w:t>ہاں اتفاقاً نکل جائے جیسے قرآن میں ہے کہ الا اللمم۔ تو اس وقت کیا ہے جلدی سے آپ توبہ کریں اس آدمی کی دعائے خیر کریں تو اس کی تلافی ہو جائے گی۔</w:t>
      </w:r>
    </w:p>
    <w:p>
      <w:r>
        <w:rPr>
          <w:b/>
        </w:rPr>
        <w:t xml:space="preserve">[1:40:19] </w:t>
      </w:r>
      <w:r>
        <w:t>bas yahi do tareeqe hain. aur jahan tak buhtan ki baat hai ke us aadmi ke andar woh cheez hai hi nahi aap bayan karein. to doosra khula hua buhtan hai.</w:t>
      </w:r>
    </w:p>
    <w:p>
      <w:pPr>
        <w:jc w:val="right"/>
      </w:pPr>
      <w:r>
        <w:t>بس یہی دو طریقے ہیں۔ اور جہاں تک بہتان کی بات ہے کہ اس آدمی کے اندر وہ چیز ہے ہی نہیں آپ بیان کریں۔ تو دوسرا کھلا ہوا بہتان ہے۔</w:t>
      </w:r>
    </w:p>
    <w:p>
      <w:r>
        <w:rPr>
          <w:b/>
        </w:rPr>
        <w:t xml:space="preserve">[1:40:32] </w:t>
      </w:r>
      <w:r>
        <w:t>mere bare mein to buhtan ka ek yani ek ek ek lamba silsila hai ke mein ginti bhi nahi kar sakta woh. jo baatein mere andar nahi hain us ko bayan karte hain log.</w:t>
      </w:r>
    </w:p>
    <w:p>
      <w:pPr>
        <w:jc w:val="right"/>
      </w:pPr>
      <w:r>
        <w:t>میرے بارے میں تو بہتان کا ایک یعنی ایک ایک ایک لمبا سلسلہ ہے کہ میں گنتی بھی نہیں کر سکتا وہ۔ جو باتیں میرے اندر نہیں ہیں اس کو بیان کرتے ہیں لوگ۔</w:t>
      </w:r>
    </w:p>
    <w:p>
      <w:r>
        <w:rPr>
          <w:b/>
        </w:rPr>
        <w:t xml:space="preserve">[1:40:44] </w:t>
      </w:r>
      <w:r>
        <w:t>bohat hi ziyada yani جسارت ke sath mere khilaf aisi ulti baatein bayan karte hain. jaise mein aap ko bataoon aisi ahmaqana baatein karte hain ahmaqana guftagu us ko us ko radd karne ke liye kafi hai.</w:t>
      </w:r>
    </w:p>
    <w:p>
      <w:pPr>
        <w:jc w:val="right"/>
      </w:pPr>
      <w:r>
        <w:t>بہت ہی زیادہ یعنی جسارت کے ساتھ میرے خلاف ایسی الٹی باتیں بیان کرتے ہیں۔ جیسے میں آپ کو بتاؤں ایسی احمقانہ باتیں کرتے ہیں احمقانہ گفتگو اس کو اس کو رد کرنے کے لیے کافی ہے۔</w:t>
      </w:r>
    </w:p>
    <w:p>
      <w:r>
        <w:rPr>
          <w:b/>
        </w:rPr>
        <w:t xml:space="preserve">[1:41:01] </w:t>
      </w:r>
      <w:r>
        <w:t>mein ne is ko hukoomat mein woh badbushan ka khitab diya tha. mein ne kabhi na socha na kuch wahan se card aya to chala gaya.</w:t>
      </w:r>
    </w:p>
    <w:p>
      <w:pPr>
        <w:jc w:val="right"/>
      </w:pPr>
      <w:r>
        <w:t>میں نے اس کو حکومت میں وہ بدبوشن کا خطاب دیا تھا۔ میں نے کبھی نہ سوچا نہ کچھ وہاں سے کارڈ آیا تو چلا گیا۔</w:t>
      </w:r>
    </w:p>
    <w:p>
      <w:r>
        <w:rPr>
          <w:b/>
        </w:rPr>
        <w:t xml:space="preserve">[1:41:14] </w:t>
      </w:r>
      <w:r>
        <w:t>to hamare khilaf mashhoor kiya hai ek sahib ne ke wahan par gaye ek us zamane mein ek bjp ke wazir the un ke gaye un ke paon par gir pade ke bhai mujhe kuch dilao.</w:t>
      </w:r>
    </w:p>
    <w:p>
      <w:pPr>
        <w:jc w:val="right"/>
      </w:pPr>
      <w:r>
        <w:t>تو ہمارے خلاف مشہور کیا ہے ایک صاحب نے کہ وہاں پر گئے ایک اس زمانے میں ایک بی جے پی کے وزیر تھے ان کے گئے ان کے پاؤں پر گر پڑے کہ بھئی مجھے کچھ دلاؤ۔</w:t>
      </w:r>
    </w:p>
    <w:p>
      <w:r>
        <w:rPr>
          <w:b/>
        </w:rPr>
        <w:t xml:space="preserve">[1:41:27] </w:t>
      </w:r>
      <w:r>
        <w:t>aur ja ke roye dhoye to use badbushan dila diya. yeh us us ka jhoot se bhi barh kar jhoot hai yeh. na mein ne koi tamanna ki na mein koi likhta bhi nahi mein koi khwahish bhi nahi is ki.</w:t>
      </w:r>
    </w:p>
    <w:p>
      <w:pPr>
        <w:jc w:val="right"/>
      </w:pPr>
      <w:r>
        <w:t>اور جا کے روئے دھوئے تو اسے بدبوشن دلا دیا۔ یہ اس اس کا جھوٹ سے بھی بڑھ کر جھوٹ ہے یہ۔ نہ میں نے کوئی تمنا کی نہ میں کوئی لکھتا بھی نہیں میں کوئی خواہش بھی نہیں اس کی۔</w:t>
      </w:r>
    </w:p>
    <w:p>
      <w:r>
        <w:rPr>
          <w:b/>
        </w:rPr>
        <w:t xml:space="preserve">[1:41:45] </w:t>
      </w:r>
      <w:r>
        <w:t>to yeh is tarah ke buhtan mere bare mein bohat ziyada hain bohat ziyada hain bohat ziyada hain. to yaad rakhiye jahan tak kisi ki gheebat mein us ki burai karne ki baat hai agar aap ko aadat pad gayi hai to woh to bilkul haram hai us ko us ko aaj hi se khatam kar dijiye aaj se.</w:t>
      </w:r>
    </w:p>
    <w:p>
      <w:pPr>
        <w:jc w:val="right"/>
      </w:pPr>
      <w:r>
        <w:t>تو یہ اس طرح کے بہتان میرے بارے میں بہت زیادہ ہیں بہت زیادہ ہیں بہت زیادہ ہیں۔ تو یاد رکھیے جہاں تک کسی کی غیبت میں اس کی برائی کرنے کی بات ہے اگر آپ کو عادت پڑ گئی ہے تو وہ تو بالکل حرام ہے اس کو اس کو آج ہی سے ختم کر دیجیے آج سے۔</w:t>
      </w:r>
    </w:p>
    <w:p>
      <w:r>
        <w:rPr>
          <w:b/>
        </w:rPr>
        <w:t xml:space="preserve">[1:42:07] </w:t>
      </w:r>
      <w:r>
        <w:t>agar ittifaqan kabhi munh se nikal jati hai aisi baat to jaldi se toba kijiye aur us ke liye achhi duaen kijiye. aur jahan tak buhtan ki baat hai is ka woh us aadmi ke andar woh baat hai hi nahi aap bayan kar rahe hain woh to super haram hai us ke to haram hone mein koi shakk hi nahi.</w:t>
      </w:r>
    </w:p>
    <w:p>
      <w:pPr>
        <w:jc w:val="right"/>
      </w:pPr>
      <w:r>
        <w:t>اگر اتفاقاً کبھی منہ سے نکل جاتی ہے ایسی بات تو جلدی سے توبہ کیجیے اور اس کے لیے اچھی دعائیں کیجیے۔ اور جہاں تک بہتان کی بات ہے اس کا وہ اس آدمی کے اندر وہ بات ہے ہی نہیں آپ بیان کر رہے ہیں وہ تو سپر حرام ہے اس کے تو حرام ہونے میں کوئی شک ہی نہیں۔</w:t>
      </w:r>
    </w:p>
    <w:p>
      <w:r>
        <w:rPr>
          <w:b/>
        </w:rPr>
        <w:t xml:space="preserve">[1:42:28] </w:t>
      </w:r>
      <w:r>
        <w:t>This question is from Mr. Saleem from Bangalore. Who was Imam Ghazali and what was his role and contribution for Islam</w:t>
      </w:r>
    </w:p>
    <w:p>
      <w:pPr>
        <w:jc w:val="right"/>
      </w:pPr>
      <w:r>
        <w:t>This question is from Mr. Saleem from Bangalore۔ Who was Imam Ghazali and what was his role and contribution for Islam</w:t>
      </w:r>
    </w:p>
    <w:p>
      <w:r>
        <w:rPr>
          <w:b/>
        </w:rPr>
        <w:t xml:space="preserve">[1:42:38] </w:t>
      </w:r>
      <w:r>
        <w:t>? dekhiye imam ghazali pehle mutakallim the aur falsafi the. pehle zamane mein falsafa jo tha woh pehle zamane mein jo ilm-ul-kalaam tha ilm-ul-kalaam woh buniyad rakhta tha falsafe par.</w:t>
      </w:r>
    </w:p>
    <w:p>
      <w:pPr>
        <w:jc w:val="right"/>
      </w:pPr>
      <w:r>
        <w:t>؟ دیکھیے امام غزالی پہلے متکلم تھے اور فلسفی تھے۔ پہلے زمانے میں فلسفہ جو تھا وہ پہلے زمانے میں جو علم الکلام تھا علم الکلام وہ بنیاد رکھتا تھا فلسفے پر۔</w:t>
      </w:r>
    </w:p>
    <w:p>
      <w:r>
        <w:rPr>
          <w:b/>
        </w:rPr>
        <w:t xml:space="preserve">[1:42:53] </w:t>
      </w:r>
      <w:r>
        <w:t>har mutakallim falsafi hua karta tha. to imam ghazali shuru mein wahi the yaani falsafi the aur mutakallim the. baad ko soofi ban gaye woh aur unhon ne kitaab likhi al-munqidh min al-dalal.</w:t>
      </w:r>
    </w:p>
    <w:p>
      <w:pPr>
        <w:jc w:val="right"/>
      </w:pPr>
      <w:r>
        <w:t>ہر متکلم فلسفی ہوا کرتا تھا۔ تو امام غزالی شروع میں وہی تھے یعنی فلسفی تھے اور متکلم تھے۔ بعد کو صوفی بن گئے وہ اور انہوں نے کتاب لکھی المنقذ من الضلال۔</w:t>
      </w:r>
    </w:p>
    <w:p>
      <w:r>
        <w:rPr>
          <w:b/>
        </w:rPr>
        <w:t xml:space="preserve">[1:43:06] </w:t>
      </w:r>
      <w:r>
        <w:t>falsafe se aur kalaam se bahar jab aaye to unhon ne kitaab likhi al-munqidh min al-dalal yaani gumrahi se nikal aane wala. to soofi ban gaye.</w:t>
      </w:r>
    </w:p>
    <w:p>
      <w:pPr>
        <w:jc w:val="right"/>
      </w:pPr>
      <w:r>
        <w:t>فلسفے سے اور کلام سے باہر جب آئے تو انہوں نے کتاب لکھی المنقذ من الضلال یعنی گمراہی سے نکل آنے والا۔ تو صوفی بن گئے۔</w:t>
      </w:r>
    </w:p>
    <w:p>
      <w:r>
        <w:rPr>
          <w:b/>
        </w:rPr>
        <w:t xml:space="preserve">[1:43:17] </w:t>
      </w:r>
      <w:r>
        <w:t>lekin jahan tak mera apna ehsaas hai woh yaani un ka jo un ka jo doosra daur hai soofi ka daur woh</w:t>
      </w:r>
    </w:p>
    <w:p>
      <w:pPr>
        <w:jc w:val="right"/>
      </w:pPr>
      <w:r>
        <w:t>لیکن جہاں تک میرا اپنا احساس ہے وہ یعنی ان کا جو ان کا جو دوسرا دور ہے صوفی کا دور وہ</w:t>
      </w:r>
    </w:p>
    <w:p>
      <w:r>
        <w:rPr>
          <w:b/>
        </w:rPr>
        <w:t xml:space="preserve">[1:43:31] </w:t>
      </w:r>
      <w:r>
        <w:t>is mein mere nazdeek ek bhaari kami hai ke unhon ne dalal se nikal kar ke jo cheez paai woh tasawwuf tha woh dawat nahi thi woh.</w:t>
      </w:r>
    </w:p>
    <w:p>
      <w:pPr>
        <w:jc w:val="right"/>
      </w:pPr>
      <w:r>
        <w:t>اس میں میرے نزدیک ایک بھاری کمی ہے کہ انہوں نے ضلال سے نکل کر کے جو چیز پائی وہ تصوف تھا وہ دعوت نہیں تھی وہ۔</w:t>
      </w:r>
    </w:p>
    <w:p>
      <w:r>
        <w:rPr>
          <w:b/>
        </w:rPr>
        <w:t xml:space="preserve">[1:43:42] </w:t>
      </w:r>
      <w:r>
        <w:t>un ki kitaab hai mislan ihya ulum al-din bahut mashhoor kitaab hai ihya ulum al-din is mein saare abwab hain lekin dawat ka bab nahi hai. to falsafe se ilm-ul-kalaam se nikal kar aaye idhar to tasawwuf to mila un ko lekin phir bhi dawat nahi mili un ko dawat ki baat nahi kar sake woh apni kitaabon mein.</w:t>
      </w:r>
    </w:p>
    <w:p>
      <w:pPr>
        <w:jc w:val="right"/>
      </w:pPr>
      <w:r>
        <w:t>ان کی کتاب ہے مثلاً ایاء علوم الدین بہت مشہور کتاب ہے ایاء علوم الدین اس میں سارے ابواب ہیں لیکن دعوت کا باب نہیں ہے۔ تو فلسفے سے علم الکلام سے نکل کر آئے ادھر تو تصوف تو ملا ان کو لیکن پھر بھی دعوت نہیں ملی ان کو دعوت کی بات نہیں کر سکے وہ اپنی کتابوں میں۔</w:t>
      </w:r>
    </w:p>
    <w:p>
      <w:r>
        <w:rPr>
          <w:b/>
        </w:rPr>
        <w:t xml:space="preserve">[1:44:04] </w:t>
      </w:r>
      <w:r>
        <w:t>to baaz bahut buzurg aadmi the bahut nek aadmi the bahut achhe aadmi the wah</w:t>
      </w:r>
    </w:p>
    <w:p>
      <w:pPr>
        <w:jc w:val="right"/>
      </w:pPr>
      <w:r>
        <w:t>تو بعض بہت بزرگ آدمی تھے بہت نیک آدمی تھے بہت اچھے آدمی تھے واہ</w:t>
      </w:r>
    </w:p>
    <w:p>
      <w:r>
        <w:rPr>
          <w:b/>
        </w:rPr>
        <w:t xml:space="preserve">[1:44:09] </w:t>
      </w:r>
      <w:r>
        <w:t>lekin islam ka jo woh pehlu hai dawat ka pehlu is ko woh daryaft nahi kar sake. un ke bare mein bahut kitaabein hain aap padh sakte hain.</w:t>
      </w:r>
    </w:p>
    <w:p>
      <w:pPr>
        <w:jc w:val="right"/>
      </w:pPr>
      <w:r>
        <w:t>لیکن اسلام کا جو وہ پہلو ہے دعوت کا پہلو اس کو وہ دریافت نہیں کر سکے۔ ان کے بارے میں بہت کتابیں ہیں آپ پڑھ سکتے ہیں۔</w:t>
      </w:r>
    </w:p>
    <w:p>
      <w:r>
        <w:rPr>
          <w:b/>
        </w:rPr>
        <w:t xml:space="preserve">[1:44:21] </w:t>
      </w:r>
      <w:r>
        <w:t>This question is from Maulana Zikwan Nadwi from Delhi. In Quran there is a lot of emphasis on treating the yateem with kindness.</w:t>
      </w:r>
    </w:p>
    <w:p>
      <w:pPr>
        <w:jc w:val="right"/>
      </w:pPr>
      <w:r>
        <w:t>This question is from مولانا زکوان ندوی from Delhi۔ In Quran there is a lot of emphasis on treating the یتیم with kindness۔</w:t>
      </w:r>
    </w:p>
    <w:p>
      <w:r>
        <w:rPr>
          <w:b/>
        </w:rPr>
        <w:t xml:space="preserve">[1:44:33] </w:t>
      </w:r>
      <w:r>
        <w:t>What is the reason behind this?</w:t>
      </w:r>
    </w:p>
    <w:p>
      <w:pPr>
        <w:jc w:val="right"/>
      </w:pPr>
      <w:r>
        <w:t>What is the reason behind this؟</w:t>
      </w:r>
    </w:p>
    <w:p>
      <w:r>
        <w:rPr>
          <w:b/>
        </w:rPr>
        <w:t xml:space="preserve">[1:44:36] </w:t>
      </w:r>
      <w:r>
        <w:t>Is it only on the basis of akhlaq aur is there some other reason behind it? dekhiye quran mein hai ke yateem ko jhidko mat.</w:t>
      </w:r>
    </w:p>
    <w:p>
      <w:pPr>
        <w:jc w:val="right"/>
      </w:pPr>
      <w:r>
        <w:t>Is it only on the basis of اخلاق اور is there some other reason behind it؟ دیکھیے قرآن میں ہے کہ یتیم کو جھڑکو مت۔</w:t>
      </w:r>
    </w:p>
    <w:p>
      <w:r>
        <w:rPr>
          <w:b/>
        </w:rPr>
        <w:t xml:space="preserve">[1:44:50] </w:t>
      </w:r>
      <w:r>
        <w:t>yateem ko jhidko mat yateem ke saath narm sulook karo. to yeh yeh yeh baat mujhe ek aur aayat se samajh mein aai.</w:t>
      </w:r>
    </w:p>
    <w:p>
      <w:pPr>
        <w:jc w:val="right"/>
      </w:pPr>
      <w:r>
        <w:t>یتیم کو جھڑکو مت یتیم کے ساتھ نرم سلوک کرو۔ تو یہ یہ یہ بات مجھے ایک اور آیت سے سمجھ میں آئی۔</w:t>
      </w:r>
    </w:p>
    <w:p>
      <w:r>
        <w:rPr>
          <w:b/>
        </w:rPr>
        <w:t xml:space="preserve">[1:45:04] </w:t>
      </w:r>
      <w:r>
        <w:t>woh yateem kisi ko dete hain jo kuch dete hain aur un ka dil kaanp raha hota hai. to main ne socha ke aakhir dil kaanpta kyun hai?</w:t>
      </w:r>
    </w:p>
    <w:p>
      <w:pPr>
        <w:jc w:val="right"/>
      </w:pPr>
      <w:r>
        <w:t>وہ یتیم کسی کو دیتے ہیں جو کچھ دیتے ہیں اور ان کا دل کانپ رہا ہوتا ہے۔ تو میں نے سوچا کہ آخر دل کانپتا کیوں ہے؟</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