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Importance of Non Confrontational Method, | August 29, 2010</w:t>
      </w:r>
    </w:p>
    <w:p>
      <w:r>
        <w:t>https://www.youtube.com/watch?v=8ZGB0tWQtg8</w:t>
      </w:r>
    </w:p>
    <w:p>
      <w:r>
        <w:rPr>
          <w:b/>
        </w:rPr>
        <w:t xml:space="preserve">[00:13] </w:t>
      </w:r>
      <w:r>
        <w:t>bismillah hir rahman nir rahim. wa sallallahu ala nabiyyi al-karim. rab ishrah li sadri, wa yassir li amri, wah-lul uqdatan min lisani, yafqahu qawli. aaj ka topic hai: The importance of non-confront</w:t>
      </w:r>
    </w:p>
    <w:p>
      <w:pPr>
        <w:jc w:val="right"/>
      </w:pPr>
      <w:r>
        <w:t>بسم اللہ الرحمن الرحیم۔ وصلی اللہ علی النبی الکریم۔ رب اشرح لی صدری، ویسر لی امری، واحل العقدۃ من لسانی، یفقہ قولی۔ آج کا ٹاپک ہے: The importance of non-confront</w:t>
      </w:r>
    </w:p>
    <w:p>
      <w:r>
        <w:rPr>
          <w:b/>
        </w:rPr>
        <w:t xml:space="preserve">[00:43] </w:t>
      </w:r>
      <w:r>
        <w:t>ational approach.</w:t>
      </w:r>
    </w:p>
    <w:p>
      <w:pPr>
        <w:jc w:val="right"/>
      </w:pPr>
      <w:r>
        <w:t>ational approach۔</w:t>
      </w:r>
    </w:p>
    <w:p>
      <w:r>
        <w:rPr>
          <w:b/>
        </w:rPr>
        <w:t xml:space="preserve">[00:49] </w:t>
      </w:r>
      <w:r>
        <w:t>yani takrao na karne ka faida.</w:t>
      </w:r>
    </w:p>
    <w:p>
      <w:pPr>
        <w:jc w:val="right"/>
      </w:pPr>
      <w:r>
        <w:t>یعنی ٹکراؤ نہ کرنے کا فائدہ۔</w:t>
      </w:r>
    </w:p>
    <w:p>
      <w:r>
        <w:rPr>
          <w:b/>
        </w:rPr>
        <w:t xml:space="preserve">[00:55] </w:t>
      </w:r>
      <w:r>
        <w:t>quran majeed mein ek ayat hai: "alsulh khair".</w:t>
      </w:r>
    </w:p>
    <w:p>
      <w:pPr>
        <w:jc w:val="right"/>
      </w:pPr>
      <w:r>
        <w:t>قرآن مجید میں ایک آیت ہے: "الصلح خیر"۔</w:t>
      </w:r>
    </w:p>
    <w:p>
      <w:r>
        <w:rPr>
          <w:b/>
        </w:rPr>
        <w:t xml:space="preserve">[01:01] </w:t>
      </w:r>
      <w:r>
        <w:t>sulh behtar hai.</w:t>
      </w:r>
    </w:p>
    <w:p>
      <w:pPr>
        <w:jc w:val="right"/>
      </w:pPr>
      <w:r>
        <w:t>صلح بہتر ہے۔</w:t>
      </w:r>
    </w:p>
    <w:p>
      <w:r>
        <w:rPr>
          <w:b/>
        </w:rPr>
        <w:t xml:space="preserve">[01:07] </w:t>
      </w:r>
      <w:r>
        <w:t>sulh behtar hai kyun? jab aap lafz bad</w:t>
      </w:r>
    </w:p>
    <w:p>
      <w:pPr>
        <w:jc w:val="right"/>
      </w:pPr>
      <w:r>
        <w:t>صلح بہتر ہے کیوں؟ جب آپ لفظ بد</w:t>
      </w:r>
    </w:p>
    <w:p>
      <w:r>
        <w:rPr>
          <w:b/>
        </w:rPr>
        <w:t xml:space="preserve">[01:13] </w:t>
      </w:r>
      <w:r>
        <w:t>lein tab samajh aata hai ke sulh kyun behtar hai.</w:t>
      </w:r>
    </w:p>
    <w:p>
      <w:pPr>
        <w:jc w:val="right"/>
      </w:pPr>
      <w:r>
        <w:t>لیں تب سمجھ آتا ہے کہ صلح کیوں بہتر ہے۔</w:t>
      </w:r>
    </w:p>
    <w:p>
      <w:r>
        <w:rPr>
          <w:b/>
        </w:rPr>
        <w:t xml:space="preserve">[01:21] </w:t>
      </w:r>
      <w:r>
        <w:t>lafz badle baghair is ki gehrai tak aadmi nahi pahunchta.</w:t>
      </w:r>
    </w:p>
    <w:p>
      <w:pPr>
        <w:jc w:val="right"/>
      </w:pPr>
      <w:r>
        <w:t>لفظ بدلے بغیر اس کی گہرائی تک آدمی نہیں پہنچتا۔</w:t>
      </w:r>
    </w:p>
    <w:p>
      <w:r>
        <w:rPr>
          <w:b/>
        </w:rPr>
        <w:t xml:space="preserve">[01:29] </w:t>
      </w:r>
      <w:r>
        <w:t>to sulh behtar hai ka matlab yahi hai ke non-confrontational approach behtar hai.</w:t>
      </w:r>
    </w:p>
    <w:p>
      <w:pPr>
        <w:jc w:val="right"/>
      </w:pPr>
      <w:r>
        <w:t>تو صلح بہتر ہے کا مطلب یہی ہے کہ non-confrontational approach بہتر ہے۔</w:t>
      </w:r>
    </w:p>
    <w:p>
      <w:r>
        <w:rPr>
          <w:b/>
        </w:rPr>
        <w:t xml:space="preserve">[01:37] </w:t>
      </w:r>
      <w:r>
        <w:t>takrao na kar ke apna kaam karna, yeh zyada behtar hai.</w:t>
      </w:r>
    </w:p>
    <w:p>
      <w:pPr>
        <w:jc w:val="right"/>
      </w:pPr>
      <w:r>
        <w:t>ٹکراؤ نہ کر کے اپنا کام کرنا، یہ زیادہ بہتر ہے۔</w:t>
      </w:r>
    </w:p>
    <w:p>
      <w:r>
        <w:rPr>
          <w:b/>
        </w:rPr>
        <w:t xml:space="preserve">[01:46] </w:t>
      </w:r>
      <w:r>
        <w:t>kyun? is mein aap ko foran hi starting point mil jata hai. nuqta aaghaz.</w:t>
      </w:r>
    </w:p>
    <w:p>
      <w:pPr>
        <w:jc w:val="right"/>
      </w:pPr>
      <w:r>
        <w:t>کیوں؟ اس میں آپ کو فوراً ہی starting point مل جاتا ہے۔ نقطہ آغاز۔</w:t>
      </w:r>
    </w:p>
    <w:p>
      <w:r>
        <w:rPr>
          <w:b/>
        </w:rPr>
        <w:t xml:space="preserve">[01:52] </w:t>
      </w:r>
      <w:r>
        <w:t>mein aap ko aik misaal, bohat saada si misaal doon ke abhi mein apne ghar se yahan office</w:t>
      </w:r>
    </w:p>
    <w:p>
      <w:pPr>
        <w:jc w:val="right"/>
      </w:pPr>
      <w:r>
        <w:t>میں آپ کو ایک مثال، بہت سادہ سی مثال دوں کہ ابھی میں اپنے گھر سے یہاں آفس</w:t>
      </w:r>
    </w:p>
    <w:p>
      <w:r>
        <w:rPr>
          <w:b/>
        </w:rPr>
        <w:t xml:space="preserve">[01:58] </w:t>
      </w:r>
      <w:r>
        <w:t>mein aaya hoon.</w:t>
      </w:r>
    </w:p>
    <w:p>
      <w:pPr>
        <w:jc w:val="right"/>
      </w:pPr>
      <w:r>
        <w:t>میں آیا ہوں۔</w:t>
      </w:r>
    </w:p>
    <w:p>
      <w:r>
        <w:rPr>
          <w:b/>
        </w:rPr>
        <w:t xml:space="preserve">[02:04] </w:t>
      </w:r>
      <w:r>
        <w:t>rastay mein bohat si gariyan hain, bohat se aadmi hain, bohat se problems hain.</w:t>
      </w:r>
    </w:p>
    <w:p>
      <w:pPr>
        <w:jc w:val="right"/>
      </w:pPr>
      <w:r>
        <w:t>راستے میں بہت سی گاڑیاں ہیں، بہت سے آدمی ہیں، بہت سے problems ہیں۔</w:t>
      </w:r>
    </w:p>
    <w:p>
      <w:r>
        <w:rPr>
          <w:b/>
        </w:rPr>
        <w:t xml:space="preserve">[02:10] </w:t>
      </w:r>
      <w:r>
        <w:t>ab agar mein</w:t>
      </w:r>
    </w:p>
    <w:p>
      <w:pPr>
        <w:jc w:val="right"/>
      </w:pPr>
      <w:r>
        <w:t>اب اگر میں</w:t>
      </w:r>
    </w:p>
    <w:p>
      <w:r>
        <w:rPr>
          <w:b/>
        </w:rPr>
        <w:t xml:space="preserve">[02:16] </w:t>
      </w:r>
      <w:r>
        <w:t>yeh sochta ke rastay se tamam gariyan hat jayen, tamam aadmi hat jayen, har cheez rastay se hata</w:t>
      </w:r>
    </w:p>
    <w:p>
      <w:pPr>
        <w:jc w:val="right"/>
      </w:pPr>
      <w:r>
        <w:t>یہ سوچتا کہ راستے سے تمام گاڑیاں ہٹ جائیں، تمام آدمی ہٹ جائیں، ہر چیز راستے سے ہٹا</w:t>
      </w:r>
    </w:p>
    <w:p>
      <w:r>
        <w:rPr>
          <w:b/>
        </w:rPr>
        <w:t xml:space="preserve">[02:22] </w:t>
      </w:r>
      <w:r>
        <w:t>di jaye, tab mein office jaon ga, is se pehle nahi jaon ga.</w:t>
      </w:r>
    </w:p>
    <w:p>
      <w:pPr>
        <w:jc w:val="right"/>
      </w:pPr>
      <w:r>
        <w:t>دی جائے، تب میں آفس جاؤں گا، اس سے پہلے نہیں جاؤں گا۔</w:t>
      </w:r>
    </w:p>
    <w:p>
      <w:r>
        <w:rPr>
          <w:b/>
        </w:rPr>
        <w:t xml:space="preserve">[02:29] </w:t>
      </w:r>
      <w:r>
        <w:t>to subah se sham tak mein isi mein laga rehta aur rasta phir bhi saaf na hota.</w:t>
      </w:r>
    </w:p>
    <w:p>
      <w:pPr>
        <w:jc w:val="right"/>
      </w:pPr>
      <w:r>
        <w:t>تو صبح سے شام تک میں اسی میں لگا رہتا اور راستہ پھر بھی صاف نہ ہوتا۔</w:t>
      </w:r>
    </w:p>
    <w:p>
      <w:r>
        <w:rPr>
          <w:b/>
        </w:rPr>
        <w:t xml:space="preserve">[02:35] </w:t>
      </w:r>
      <w:r>
        <w:t>to yahan pohnch nahi pata mein.</w:t>
      </w:r>
    </w:p>
    <w:p>
      <w:pPr>
        <w:jc w:val="right"/>
      </w:pPr>
      <w:r>
        <w:t>تو یہاں پہنچ نہیں پاتا میں۔</w:t>
      </w:r>
    </w:p>
    <w:p>
      <w:r>
        <w:rPr>
          <w:b/>
        </w:rPr>
        <w:t xml:space="preserve">[02:42] </w:t>
      </w:r>
      <w:r>
        <w:t>goya ke mein safar shuru karne ka aaghaz hi mujhe na milta.</w:t>
      </w:r>
    </w:p>
    <w:p>
      <w:pPr>
        <w:jc w:val="right"/>
      </w:pPr>
      <w:r>
        <w:t>گویا کہ میں سفر شروع کرنے کا آغاز ہی مجھے نہ ملتا۔</w:t>
      </w:r>
    </w:p>
    <w:p>
      <w:r>
        <w:rPr>
          <w:b/>
        </w:rPr>
        <w:t xml:space="preserve">[02:48] </w:t>
      </w:r>
      <w:r>
        <w:t>aur mein ne yeh socha bhi nahi, ghar se nikal kar yahan chala aaya to foran ke foran</w:t>
      </w:r>
    </w:p>
    <w:p>
      <w:pPr>
        <w:jc w:val="right"/>
      </w:pPr>
      <w:r>
        <w:t>اور میں نے یہ سوچا بھی نہیں، گھر سے نکل کر یہاں چلا آیا تو فوراً کے فوراً</w:t>
      </w:r>
    </w:p>
    <w:p>
      <w:r>
        <w:rPr>
          <w:b/>
        </w:rPr>
        <w:t xml:space="preserve">[02:55] </w:t>
      </w:r>
      <w:r>
        <w:t>mera safar shuru ho gaya.</w:t>
      </w:r>
    </w:p>
    <w:p>
      <w:pPr>
        <w:jc w:val="right"/>
      </w:pPr>
      <w:r>
        <w:t>میرا سفر شروع ہو گیا۔</w:t>
      </w:r>
    </w:p>
    <w:p>
      <w:r>
        <w:rPr>
          <w:b/>
        </w:rPr>
        <w:t xml:space="preserve">[03:01] </w:t>
      </w:r>
      <w:r>
        <w:t>to non-confrontational approach ka faida yeh hai ke aap ko foran ke foran nuqta aaghaz mil jata hai.</w:t>
      </w:r>
    </w:p>
    <w:p>
      <w:pPr>
        <w:jc w:val="right"/>
      </w:pPr>
      <w:r>
        <w:t>تو non-confrontational approach کا فائدہ یہ ہے کہ آپ کو فوراً کے فوراً نقطہ آغاز مل جاتا ہے۔</w:t>
      </w:r>
    </w:p>
    <w:p>
      <w:r>
        <w:rPr>
          <w:b/>
        </w:rPr>
        <w:t xml:space="preserve">[03:07] </w:t>
      </w:r>
      <w:r>
        <w:t>yani starting point mil jata hai.</w:t>
      </w:r>
    </w:p>
    <w:p>
      <w:pPr>
        <w:jc w:val="right"/>
      </w:pPr>
      <w:r>
        <w:t>یعنی starting point مل جاتا ہے۔</w:t>
      </w:r>
    </w:p>
    <w:p>
      <w:r>
        <w:rPr>
          <w:b/>
        </w:rPr>
        <w:t xml:space="preserve">[03:13] </w:t>
      </w:r>
      <w:r>
        <w:t>mein aap ko misaal deta hoon.</w:t>
      </w:r>
    </w:p>
    <w:p>
      <w:pPr>
        <w:jc w:val="right"/>
      </w:pPr>
      <w:r>
        <w:t>میں آپ کو مثال دیتا ہوں۔</w:t>
      </w:r>
    </w:p>
    <w:p>
      <w:r>
        <w:rPr>
          <w:b/>
        </w:rPr>
        <w:t xml:space="preserve">[03:20] </w:t>
      </w:r>
      <w:r>
        <w:t>falasteen ka masla lijiyye.</w:t>
      </w:r>
    </w:p>
    <w:p>
      <w:pPr>
        <w:jc w:val="right"/>
      </w:pPr>
      <w:r>
        <w:t>فلسطین کا مسئلہ لیجیے۔</w:t>
      </w:r>
    </w:p>
    <w:p>
      <w:r>
        <w:rPr>
          <w:b/>
        </w:rPr>
        <w:t xml:space="preserve">[03:26] </w:t>
      </w:r>
      <w:r>
        <w:t>kal parson mere paas aik telephone aaya ke sab se zyada burning issue jo hai musalmanon mein,</w:t>
      </w:r>
    </w:p>
    <w:p>
      <w:pPr>
        <w:jc w:val="right"/>
      </w:pPr>
      <w:r>
        <w:t>کل پرسوں میرے پاس ایک ٹیلی فون آیا کہ سب سے زیادہ burning issue جو ہے مسلمانوں میں،</w:t>
      </w:r>
    </w:p>
    <w:p>
      <w:r>
        <w:rPr>
          <w:b/>
        </w:rPr>
        <w:t xml:space="preserve">[03:32] </w:t>
      </w:r>
      <w:r>
        <w:t>falasteen ka masla hai, is ke liye aap kya sochte hain? to aap ghor kijiye ke hai kyun</w:t>
      </w:r>
    </w:p>
    <w:p>
      <w:pPr>
        <w:jc w:val="right"/>
      </w:pPr>
      <w:r>
        <w:t>فلسطین کا مسئلہ ہے، اس کے لیے آپ کیا سوچتے ہیں؟ تو آپ غور کیجیے کہ ہے کیوں</w:t>
      </w:r>
    </w:p>
    <w:p>
      <w:r>
        <w:rPr>
          <w:b/>
        </w:rPr>
        <w:t xml:space="preserve">[03:39] </w:t>
      </w:r>
      <w:r>
        <w:t>yeh masla? is liye ke arbon ne starting point liya nahi.</w:t>
      </w:r>
    </w:p>
    <w:p>
      <w:pPr>
        <w:jc w:val="right"/>
      </w:pPr>
      <w:r>
        <w:t>یہ مسئلہ؟ اس لیے کہ عربوں نے starting point لیا نہیں۔</w:t>
      </w:r>
    </w:p>
    <w:p>
      <w:r>
        <w:rPr>
          <w:b/>
        </w:rPr>
        <w:t xml:space="preserve">[03:45] </w:t>
      </w:r>
      <w:r>
        <w:t>yani 1948 mein, 1948 mein,</w:t>
      </w:r>
    </w:p>
    <w:p>
      <w:pPr>
        <w:jc w:val="right"/>
      </w:pPr>
      <w:r>
        <w:t>یعنی 1948 میں، 1948 میں،</w:t>
      </w:r>
    </w:p>
    <w:p>
      <w:r>
        <w:rPr>
          <w:b/>
        </w:rPr>
        <w:t xml:space="preserve">[03:51] </w:t>
      </w:r>
      <w:r>
        <w:t>balfour commission ne aik verdict diya.</w:t>
      </w:r>
    </w:p>
    <w:p>
      <w:pPr>
        <w:jc w:val="right"/>
      </w:pPr>
      <w:r>
        <w:t>بالفور کمیشن نے ایک verdict دیا۔</w:t>
      </w:r>
    </w:p>
    <w:p>
      <w:r>
        <w:rPr>
          <w:b/>
        </w:rPr>
        <w:t xml:space="preserve">[03:55] </w:t>
      </w:r>
      <w:r>
        <w:t>is mein unhon ne falasteen ko taqseem kar diya.</w:t>
      </w:r>
    </w:p>
    <w:p>
      <w:pPr>
        <w:jc w:val="right"/>
      </w:pPr>
      <w:r>
        <w:t>اس میں انہوں نے فلسطین کو تقسیم کر دیا۔</w:t>
      </w:r>
    </w:p>
    <w:p>
      <w:r>
        <w:rPr>
          <w:b/>
        </w:rPr>
        <w:t xml:space="preserve">[04:00] </w:t>
      </w:r>
      <w:r>
        <w:t>jaise india taqseem hua isi 1947 mein.</w:t>
      </w:r>
    </w:p>
    <w:p>
      <w:pPr>
        <w:jc w:val="right"/>
      </w:pPr>
      <w:r>
        <w:t>جیسے انڈیا تقسیم ہوا اسی 1947 میں۔</w:t>
      </w:r>
    </w:p>
    <w:p>
      <w:r>
        <w:rPr>
          <w:b/>
        </w:rPr>
        <w:t xml:space="preserve">[04:04] </w:t>
      </w:r>
      <w:r>
        <w:t>to roughly aadha diya yahudiyon ko, aadha diya arbon ko.</w:t>
      </w:r>
    </w:p>
    <w:p>
      <w:pPr>
        <w:jc w:val="right"/>
      </w:pPr>
      <w:r>
        <w:t>تو roughly آدھا دیا یہودیوں کو، آدھا دیا عربوں کو۔</w:t>
      </w:r>
    </w:p>
    <w:p>
      <w:r>
        <w:rPr>
          <w:b/>
        </w:rPr>
        <w:t xml:space="preserve">[04:08] </w:t>
      </w:r>
      <w:r>
        <w:t>aur best part jo tha woh sab arbon ko mila.</w:t>
      </w:r>
    </w:p>
    <w:p>
      <w:pPr>
        <w:jc w:val="right"/>
      </w:pPr>
      <w:r>
        <w:t>اور best part جو تھا وہ سب عربوں کو ملا۔</w:t>
      </w:r>
    </w:p>
    <w:p>
      <w:r>
        <w:rPr>
          <w:b/>
        </w:rPr>
        <w:t xml:space="preserve">[04:12] </w:t>
      </w:r>
      <w:r>
        <w:t>Best part falasteen ka.</w:t>
      </w:r>
    </w:p>
    <w:p>
      <w:pPr>
        <w:jc w:val="right"/>
      </w:pPr>
      <w:r>
        <w:t>Best part فلسطین کا۔</w:t>
      </w:r>
    </w:p>
    <w:p>
      <w:r>
        <w:rPr>
          <w:b/>
        </w:rPr>
        <w:t xml:space="preserve">[04:17] </w:t>
      </w:r>
      <w:r>
        <w:t>Toh agar pala</w:t>
      </w:r>
    </w:p>
    <w:p>
      <w:pPr>
        <w:jc w:val="right"/>
      </w:pPr>
      <w:r>
        <w:t>تو اگر فلسط</w:t>
      </w:r>
    </w:p>
    <w:p>
      <w:r>
        <w:rPr>
          <w:b/>
        </w:rPr>
        <w:t xml:space="preserve">[04:21] </w:t>
      </w:r>
      <w:r>
        <w:t>steeni jo hain, falasteeniyon ne kya kiya? Ke sab se pehle yahoodi niklein falasteen se tab hum apna</w:t>
      </w:r>
    </w:p>
    <w:p>
      <w:pPr>
        <w:jc w:val="right"/>
      </w:pPr>
      <w:r>
        <w:t>ینی جو ہیں، فلسطینیوں نے کیا کیا؟ کہ سب سے پہلے یہودی نکلیں فلسطین سے تب ہم اپنا</w:t>
      </w:r>
    </w:p>
    <w:p>
      <w:r>
        <w:rPr>
          <w:b/>
        </w:rPr>
        <w:t xml:space="preserve">[04:26] </w:t>
      </w:r>
      <w:r>
        <w:t>kaam shuru karein ge.</w:t>
      </w:r>
    </w:p>
    <w:p>
      <w:pPr>
        <w:jc w:val="right"/>
      </w:pPr>
      <w:r>
        <w:t>کام شروع کریں گے۔</w:t>
      </w:r>
    </w:p>
    <w:p>
      <w:r>
        <w:rPr>
          <w:b/>
        </w:rPr>
        <w:t xml:space="preserve">[04:31] </w:t>
      </w:r>
      <w:r>
        <w:t>Sab se pehla kaam yahoodiyon ko nikalna.</w:t>
      </w:r>
    </w:p>
    <w:p>
      <w:pPr>
        <w:jc w:val="right"/>
      </w:pPr>
      <w:r>
        <w:t>سب سے پہلا کام یہودیوں کو نکالنا۔</w:t>
      </w:r>
    </w:p>
    <w:p>
      <w:r>
        <w:rPr>
          <w:b/>
        </w:rPr>
        <w:t xml:space="preserve">[04:37] </w:t>
      </w:r>
      <w:r>
        <w:t>Toh isi mein lag gaye, aaj tak unhein starting point nahi mila.</w:t>
      </w:r>
    </w:p>
    <w:p>
      <w:pPr>
        <w:jc w:val="right"/>
      </w:pPr>
      <w:r>
        <w:t>تو اسی میں لگ گئے، آج تک انہیں starting point نہیں ملا۔</w:t>
      </w:r>
    </w:p>
    <w:p>
      <w:r>
        <w:rPr>
          <w:b/>
        </w:rPr>
        <w:t xml:space="preserve">[04:42] </w:t>
      </w:r>
      <w:r>
        <w:t>Aur tabahi barhti hai, barhti ja rahi hai.</w:t>
      </w:r>
    </w:p>
    <w:p>
      <w:pPr>
        <w:jc w:val="right"/>
      </w:pPr>
      <w:r>
        <w:t>اور تباہی بڑھتی ہے، بڑھتی جا رہی ہے۔</w:t>
      </w:r>
    </w:p>
    <w:p>
      <w:r>
        <w:rPr>
          <w:b/>
        </w:rPr>
        <w:t xml:space="preserve">[04:47] </w:t>
      </w:r>
      <w:r>
        <w:t>Achha agar yeh karte ke accept kar lo, accept the reality,</w:t>
      </w:r>
    </w:p>
    <w:p>
      <w:pPr>
        <w:jc w:val="right"/>
      </w:pPr>
      <w:r>
        <w:t>اچھا اگر یہ کرتے کہ accept کر لو، accept the reality،</w:t>
      </w:r>
    </w:p>
    <w:p>
      <w:r>
        <w:rPr>
          <w:b/>
        </w:rPr>
        <w:t xml:space="preserve">[04:52] </w:t>
      </w:r>
      <w:r>
        <w:t>toh kya hota? Foran hi starting point mil jata.</w:t>
      </w:r>
    </w:p>
    <w:p>
      <w:pPr>
        <w:jc w:val="right"/>
      </w:pPr>
      <w:r>
        <w:t>تو کیا ہوتا؟ فوراً ہی starting point مل جاتا۔</w:t>
      </w:r>
    </w:p>
    <w:p>
      <w:r>
        <w:rPr>
          <w:b/>
        </w:rPr>
        <w:t xml:space="preserve">[04:57] </w:t>
      </w:r>
      <w:r>
        <w:t>Starting point ka matlab kya hai? Education ke field mein kaam karte ho, agriculture ke field mein kaam</w:t>
      </w:r>
    </w:p>
    <w:p>
      <w:pPr>
        <w:jc w:val="right"/>
      </w:pPr>
      <w:r>
        <w:t>starting point کا مطلب کیا ہے؟ education کے field میں کام کرتے ہو، agriculture کے field میں کام</w:t>
      </w:r>
    </w:p>
    <w:p>
      <w:r>
        <w:rPr>
          <w:b/>
        </w:rPr>
        <w:t xml:space="preserve">[05:02] </w:t>
      </w:r>
      <w:r>
        <w:t>karte ho, horticulture ke field mein kaam karte ho, industry ke field mein kaam karte ho, bahri tijarat</w:t>
      </w:r>
    </w:p>
    <w:p>
      <w:pPr>
        <w:jc w:val="right"/>
      </w:pPr>
      <w:r>
        <w:t>کرتے ہو، horticulture کے field میں کام کرتے ہو، industry کے field میں کام کرتے ہو، بحری تجارت</w:t>
      </w:r>
    </w:p>
    <w:p>
      <w:r>
        <w:rPr>
          <w:b/>
        </w:rPr>
        <w:t xml:space="preserve">[05:07] </w:t>
      </w:r>
      <w:r>
        <w:t>ke field mein kaam karte ho.</w:t>
      </w:r>
    </w:p>
    <w:p>
      <w:pPr>
        <w:jc w:val="right"/>
      </w:pPr>
      <w:r>
        <w:t>کے field میں کام کرتے ہو۔</w:t>
      </w:r>
    </w:p>
    <w:p>
      <w:r>
        <w:rPr>
          <w:b/>
        </w:rPr>
        <w:t xml:space="preserve">[05:12] </w:t>
      </w:r>
      <w:r>
        <w:t>Aur sab se bada yeh hai ke dawat ke field mein kaam karte ho.</w:t>
      </w:r>
    </w:p>
    <w:p>
      <w:pPr>
        <w:jc w:val="right"/>
      </w:pPr>
      <w:r>
        <w:t>اور سب سے بڑا یہ ہے کہ دعوت کے field میں کام کرتے ہو۔</w:t>
      </w:r>
    </w:p>
    <w:p>
      <w:r>
        <w:rPr>
          <w:b/>
        </w:rPr>
        <w:t xml:space="preserve">[05:17] </w:t>
      </w:r>
      <w:r>
        <w:t>Toh saath saal se zyada ho</w:t>
      </w:r>
    </w:p>
    <w:p>
      <w:pPr>
        <w:jc w:val="right"/>
      </w:pPr>
      <w:r>
        <w:t>تو ساٹھ سال سے زیادہ ہو</w:t>
      </w:r>
    </w:p>
    <w:p>
      <w:r>
        <w:rPr>
          <w:b/>
        </w:rPr>
        <w:t xml:space="preserve">[05:22] </w:t>
      </w:r>
      <w:r>
        <w:t>chuke hain is muddat mein, falasteen jo hai kahan se kahan pahunch jata.</w:t>
      </w:r>
    </w:p>
    <w:p>
      <w:pPr>
        <w:jc w:val="right"/>
      </w:pPr>
      <w:r>
        <w:t>چکے ہیں اس مدت میں، فلسطین جو ہے کہاں سے کہاں پہنچ جاتا۔</w:t>
      </w:r>
    </w:p>
    <w:p>
      <w:r>
        <w:rPr>
          <w:b/>
        </w:rPr>
        <w:t xml:space="preserve">[05:27] </w:t>
      </w:r>
      <w:r>
        <w:t>Lekin unhein, unhon ne kahan se start liya? Yahoodiyon ko nikalo.</w:t>
      </w:r>
    </w:p>
    <w:p>
      <w:pPr>
        <w:jc w:val="right"/>
      </w:pPr>
      <w:r>
        <w:t>لیکن انہیں، انہوں نے کہاں سے start لیا؟ یہودیوں کو نکالو۔</w:t>
      </w:r>
    </w:p>
    <w:p>
      <w:r>
        <w:rPr>
          <w:b/>
        </w:rPr>
        <w:t xml:space="preserve">[05:32] </w:t>
      </w:r>
      <w:r>
        <w:t>Nahi, start yeh tha ke yahoodiyon se takrao mat karo.</w:t>
      </w:r>
    </w:p>
    <w:p>
      <w:pPr>
        <w:jc w:val="right"/>
      </w:pPr>
      <w:r>
        <w:t>نہیں، start یہ تھا کہ یہودیوں سے ٹکراؤ مت کرو۔</w:t>
      </w:r>
    </w:p>
    <w:p>
      <w:r>
        <w:rPr>
          <w:b/>
        </w:rPr>
        <w:t xml:space="preserve">[05:37] </w:t>
      </w:r>
      <w:r>
        <w:t>Accept the reality ka formula pakdo.</w:t>
      </w:r>
    </w:p>
    <w:p>
      <w:pPr>
        <w:jc w:val="right"/>
      </w:pPr>
      <w:r>
        <w:t>accept the reality کا فارمولا پکڑو۔</w:t>
      </w:r>
    </w:p>
    <w:p>
      <w:r>
        <w:rPr>
          <w:b/>
        </w:rPr>
        <w:t xml:space="preserve">[05:42] </w:t>
      </w:r>
      <w:r>
        <w:t>Aur hamein jo karna hai woh karna shuru karte hain hum.</w:t>
      </w:r>
    </w:p>
    <w:p>
      <w:pPr>
        <w:jc w:val="right"/>
      </w:pPr>
      <w:r>
        <w:t>اور ہمیں جو کرنا ہے وہ کرنا شروع کرتے ہیں ہم۔</w:t>
      </w:r>
    </w:p>
    <w:p>
      <w:r>
        <w:rPr>
          <w:b/>
        </w:rPr>
        <w:t xml:space="preserve">[05:47] </w:t>
      </w:r>
      <w:r>
        <w:t>Toh un ko foran ke foran,</w:t>
      </w:r>
    </w:p>
    <w:p>
      <w:pPr>
        <w:jc w:val="right"/>
      </w:pPr>
      <w:r>
        <w:t>تو ان کو فوراً کے فوراً،</w:t>
      </w:r>
    </w:p>
    <w:p>
      <w:r>
        <w:rPr>
          <w:b/>
        </w:rPr>
        <w:t xml:space="preserve">[05:52] </w:t>
      </w:r>
      <w:r>
        <w:t>instantly, starting point mil jata.</w:t>
      </w:r>
    </w:p>
    <w:p>
      <w:pPr>
        <w:jc w:val="right"/>
      </w:pPr>
      <w:r>
        <w:t>instantly، starting point مل جاتا۔</w:t>
      </w:r>
    </w:p>
    <w:p>
      <w:r>
        <w:rPr>
          <w:b/>
        </w:rPr>
        <w:t xml:space="preserve">[05:57] </w:t>
      </w:r>
      <w:r>
        <w:t>Yeh hai faida is ka.</w:t>
      </w:r>
    </w:p>
    <w:p>
      <w:pPr>
        <w:jc w:val="right"/>
      </w:pPr>
      <w:r>
        <w:t>یہ ہے فائدہ اس کا۔</w:t>
      </w:r>
    </w:p>
    <w:p>
      <w:r>
        <w:rPr>
          <w:b/>
        </w:rPr>
        <w:t xml:space="preserve">[06:02] </w:t>
      </w:r>
      <w:r>
        <w:t>Al-sulhu khairun ka.</w:t>
      </w:r>
    </w:p>
    <w:p>
      <w:pPr>
        <w:jc w:val="right"/>
      </w:pPr>
      <w:r>
        <w:t>الصلح خیر کا۔</w:t>
      </w:r>
    </w:p>
    <w:p>
      <w:r>
        <w:rPr>
          <w:b/>
        </w:rPr>
        <w:t xml:space="preserve">[06:07] </w:t>
      </w:r>
      <w:r>
        <w:t>Ya non-confrontational approach ka.</w:t>
      </w:r>
    </w:p>
    <w:p>
      <w:pPr>
        <w:jc w:val="right"/>
      </w:pPr>
      <w:r>
        <w:t>یا non-confrontational approach کا۔</w:t>
      </w:r>
    </w:p>
    <w:p>
      <w:r>
        <w:rPr>
          <w:b/>
        </w:rPr>
        <w:t xml:space="preserve">[06:12] </w:t>
      </w:r>
      <w:r>
        <w:t>Isi liye hadith mein aata hai ke: "Inna Allaha yu'ti al-rifqa ma'na yu'ti al-rifqa".</w:t>
      </w:r>
    </w:p>
    <w:p>
      <w:pPr>
        <w:jc w:val="right"/>
      </w:pPr>
      <w:r>
        <w:t>اسی لیے حدیث میں آتا ہے کہ: "إن الله يؤتي الرفق معنى يؤتي الرفق"۔</w:t>
      </w:r>
    </w:p>
    <w:p>
      <w:r>
        <w:rPr>
          <w:b/>
        </w:rPr>
        <w:t xml:space="preserve">[06:17] </w:t>
      </w:r>
      <w:r>
        <w:t>yani lafzi tarjuma to yeh hai ke yani</w:t>
      </w:r>
    </w:p>
    <w:p>
      <w:pPr>
        <w:jc w:val="right"/>
      </w:pPr>
      <w:r>
        <w:t>یعنی لفظی ترجمہ تو یہ ہے کہ یعنی</w:t>
      </w:r>
    </w:p>
    <w:p>
      <w:r>
        <w:rPr>
          <w:b/>
        </w:rPr>
        <w:t xml:space="preserve">[06:22] </w:t>
      </w:r>
      <w:r>
        <w:t>narmi par Khuda woh deta hai jo sakhti par nahi deta.</w:t>
      </w:r>
    </w:p>
    <w:p>
      <w:pPr>
        <w:jc w:val="right"/>
      </w:pPr>
      <w:r>
        <w:t>نرمی پر خدا وہ دیتا ہے جو سختی پر نہیں دیتا۔</w:t>
      </w:r>
    </w:p>
    <w:p>
      <w:r>
        <w:rPr>
          <w:b/>
        </w:rPr>
        <w:t xml:space="preserve">[06:27] </w:t>
      </w:r>
      <w:r>
        <w:t>to narmi kya cheez hai? narmi yahi hai ke takrao na karna.</w:t>
      </w:r>
    </w:p>
    <w:p>
      <w:pPr>
        <w:jc w:val="right"/>
      </w:pPr>
      <w:r>
        <w:t>تو نرمی کیا چیز ہے؟ نرمی یہی ہے کہ ٹکراؤ نہ کرنا۔</w:t>
      </w:r>
    </w:p>
    <w:p>
      <w:r>
        <w:rPr>
          <w:b/>
        </w:rPr>
        <w:t xml:space="preserve">[06:33] </w:t>
      </w:r>
      <w:r>
        <w:t>sakhti kya hai? takrao karna.</w:t>
      </w:r>
    </w:p>
    <w:p>
      <w:pPr>
        <w:jc w:val="right"/>
      </w:pPr>
      <w:r>
        <w:t>سختی کیا ہے؟ ٹکراؤ کرنا۔</w:t>
      </w:r>
    </w:p>
    <w:p>
      <w:r>
        <w:rPr>
          <w:b/>
        </w:rPr>
        <w:t xml:space="preserve">[06:38] </w:t>
      </w:r>
      <w:r>
        <w:t>to be takrao ki policy ek hoti hai.</w:t>
      </w:r>
    </w:p>
    <w:p>
      <w:pPr>
        <w:jc w:val="right"/>
      </w:pPr>
      <w:r>
        <w:t>تو بے ٹکراؤ کی پالیسی ایک ہوتی ہے۔</w:t>
      </w:r>
    </w:p>
    <w:p>
      <w:r>
        <w:rPr>
          <w:b/>
        </w:rPr>
        <w:t xml:space="preserve">[06:43] </w:t>
      </w:r>
      <w:r>
        <w:t>ek hai takrao wali policy.</w:t>
      </w:r>
    </w:p>
    <w:p>
      <w:pPr>
        <w:jc w:val="right"/>
      </w:pPr>
      <w:r>
        <w:t>ایک ہے ٹکراؤ والی پالیسی۔</w:t>
      </w:r>
    </w:p>
    <w:p>
      <w:r>
        <w:rPr>
          <w:b/>
        </w:rPr>
        <w:t xml:space="preserve">[06:48] </w:t>
      </w:r>
      <w:r>
        <w:t>sari, jitna bhi, jahan bhi dekhiye aap, problem kyun hai? takrao ki policy. to</w:t>
      </w:r>
    </w:p>
    <w:p>
      <w:pPr>
        <w:jc w:val="right"/>
      </w:pPr>
      <w:r>
        <w:t>ساری، جتنا بھی، جہاں بھی دیکھیے آپ، problem کیوں ہے؟ ٹکراؤ کی پالیسی۔ تو</w:t>
      </w:r>
    </w:p>
    <w:p>
      <w:r>
        <w:rPr>
          <w:b/>
        </w:rPr>
        <w:t xml:space="preserve">[06:53] </w:t>
      </w:r>
      <w:r>
        <w:t>non-confrontational approach ka matlab hai: no problem approach.</w:t>
      </w:r>
    </w:p>
    <w:p>
      <w:pPr>
        <w:jc w:val="right"/>
      </w:pPr>
      <w:r>
        <w:t>non-confrontational approach کا مطلب ہے: no problem approach۔</w:t>
      </w:r>
    </w:p>
    <w:p>
      <w:r>
        <w:rPr>
          <w:b/>
        </w:rPr>
        <w:t xml:space="preserve">[06:57] </w:t>
      </w:r>
      <w:r>
        <w:t>koi problem nahi.</w:t>
      </w:r>
    </w:p>
    <w:p>
      <w:pPr>
        <w:jc w:val="right"/>
      </w:pPr>
      <w:r>
        <w:t>کوئی problem نہیں۔</w:t>
      </w:r>
    </w:p>
    <w:p>
      <w:r>
        <w:rPr>
          <w:b/>
        </w:rPr>
        <w:t xml:space="preserve">[07:01] </w:t>
      </w:r>
      <w:r>
        <w:t>bhai jaise ke main ghar se chal kar yahan aaya, ab maine yeh nahi socha maine</w:t>
      </w:r>
    </w:p>
    <w:p>
      <w:pPr>
        <w:jc w:val="right"/>
      </w:pPr>
      <w:r>
        <w:t>بھئی جیسے کہ میں گھر سے چل کر یہاں آیا، اب میں نے یہ نہیں سوچا میں نے</w:t>
      </w:r>
    </w:p>
    <w:p>
      <w:r>
        <w:rPr>
          <w:b/>
        </w:rPr>
        <w:t xml:space="preserve">[07:05] </w:t>
      </w:r>
      <w:r>
        <w:t>ke gadiyan hatein, aadmi hatein, rukawatein hatein.</w:t>
      </w:r>
    </w:p>
    <w:p>
      <w:pPr>
        <w:jc w:val="right"/>
      </w:pPr>
      <w:r>
        <w:t>کہ گاڑیاں ہٹیں، آدمی ہٹیں، رکاوٹیں ہٹیں۔</w:t>
      </w:r>
    </w:p>
    <w:p>
      <w:r>
        <w:rPr>
          <w:b/>
        </w:rPr>
        <w:t xml:space="preserve">[07:10] </w:t>
      </w:r>
      <w:r>
        <w:t>to kuch nahi.</w:t>
      </w:r>
    </w:p>
    <w:p>
      <w:pPr>
        <w:jc w:val="right"/>
      </w:pPr>
      <w:r>
        <w:t>تو کچھ نہیں۔</w:t>
      </w:r>
    </w:p>
    <w:p>
      <w:r>
        <w:rPr>
          <w:b/>
        </w:rPr>
        <w:t xml:space="preserve">[07:14] </w:t>
      </w:r>
      <w:r>
        <w:t>bas utha aur chala aaya.</w:t>
      </w:r>
    </w:p>
    <w:p>
      <w:pPr>
        <w:jc w:val="right"/>
      </w:pPr>
      <w:r>
        <w:t>بس اٹھا اور چلا آیا۔</w:t>
      </w:r>
    </w:p>
    <w:p>
      <w:r>
        <w:rPr>
          <w:b/>
        </w:rPr>
        <w:t xml:space="preserve">[07:18] </w:t>
      </w:r>
      <w:r>
        <w:t>lekin aap dekhiye Kashmir mein, Palestine mein, Chechnya mein, Bosnia mein, Xinjiang mein, Fil</w:t>
      </w:r>
    </w:p>
    <w:p>
      <w:pPr>
        <w:jc w:val="right"/>
      </w:pPr>
      <w:r>
        <w:t>لیکن آپ دیکھیے کشمیر میں، فلسطین میں، چیچنیا میں، بوسنیا میں، شنکیانگ میں، فل</w:t>
      </w:r>
    </w:p>
    <w:p>
      <w:r>
        <w:rPr>
          <w:b/>
        </w:rPr>
        <w:t xml:space="preserve">[07:23] </w:t>
      </w:r>
      <w:r>
        <w:t>paine mein, Burma mein, har jagah Musalman kya kar rahe hain? takrao, takrao, takrao, takrao.</w:t>
      </w:r>
    </w:p>
    <w:p>
      <w:pPr>
        <w:jc w:val="right"/>
      </w:pPr>
      <w:r>
        <w:t>پائن میں، برما میں، ہر جگہ مسلمان کیا کر رہے ہیں؟ ٹکراؤ، ٹکراؤ، ٹکراؤ، ٹکراؤ۔</w:t>
      </w:r>
    </w:p>
    <w:p>
      <w:r>
        <w:rPr>
          <w:b/>
        </w:rPr>
        <w:t xml:space="preserve">[07:28] </w:t>
      </w:r>
      <w:r>
        <w:t>yani pehle ek suppose kar lete hain ke yeh hai problem, is ko to khatam karna hai pehle.</w:t>
      </w:r>
    </w:p>
    <w:p>
      <w:pPr>
        <w:jc w:val="right"/>
      </w:pPr>
      <w:r>
        <w:t>یعنی پہلے ایک suppose کر لیتے ہیں کہ یہ ہے problem، اس کو تو ختم کرنا ہے پہلے۔</w:t>
      </w:r>
    </w:p>
    <w:p>
      <w:r>
        <w:rPr>
          <w:b/>
        </w:rPr>
        <w:t xml:space="preserve">[07:33] </w:t>
      </w:r>
      <w:r>
        <w:t>phir hum apna kaam shuru karenge.</w:t>
      </w:r>
    </w:p>
    <w:p>
      <w:pPr>
        <w:jc w:val="right"/>
      </w:pPr>
      <w:r>
        <w:t>پھر ہم اپنا کام شروع کریں گے۔</w:t>
      </w:r>
    </w:p>
    <w:p>
      <w:r>
        <w:rPr>
          <w:b/>
        </w:rPr>
        <w:t xml:space="preserve">[07:38] </w:t>
      </w:r>
      <w:r>
        <w:t>jo constructive kaam hai, jo taameeri kaam hai, jo dawat ka kaam hai, tab shuru karenge jab</w:t>
      </w:r>
    </w:p>
    <w:p>
      <w:pPr>
        <w:jc w:val="right"/>
      </w:pPr>
      <w:r>
        <w:t>جو constructive کام ہے، جو تعمیری کام ہے، جو دعوت کا کام ہے، تب شروع کریں گے جب</w:t>
      </w:r>
    </w:p>
    <w:p>
      <w:r>
        <w:rPr>
          <w:b/>
        </w:rPr>
        <w:t xml:space="preserve">[07:43] </w:t>
      </w:r>
      <w:r>
        <w:t>ke yeh rukawatein door ho jayen.</w:t>
      </w:r>
    </w:p>
    <w:p>
      <w:pPr>
        <w:jc w:val="right"/>
      </w:pPr>
      <w:r>
        <w:t>کہ یہ رکاوٹیں دور ہو جائیں۔</w:t>
      </w:r>
    </w:p>
    <w:p>
      <w:r>
        <w:rPr>
          <w:b/>
        </w:rPr>
        <w:t xml:space="preserve">[07:48] </w:t>
      </w:r>
      <w:r>
        <w:t>to rukawatein door hoti nahi.</w:t>
      </w:r>
    </w:p>
    <w:p>
      <w:pPr>
        <w:jc w:val="right"/>
      </w:pPr>
      <w:r>
        <w:t>تو رکاوٹیں دور ہوتی نہیں۔</w:t>
      </w:r>
    </w:p>
    <w:p>
      <w:r>
        <w:rPr>
          <w:b/>
        </w:rPr>
        <w:t xml:space="preserve">[07:53] </w:t>
      </w:r>
      <w:r>
        <w:t>to sari duniya ke haal yeh hai ke logon ko starting point mila hi nahi hai.</w:t>
      </w:r>
    </w:p>
    <w:p>
      <w:pPr>
        <w:jc w:val="right"/>
      </w:pPr>
      <w:r>
        <w:t>تو ساری دنیا کے حال یہ ہے کہ لوگوں کو starting point ملا ہی نہیں ہے۔</w:t>
      </w:r>
    </w:p>
    <w:p>
      <w:r>
        <w:rPr>
          <w:b/>
        </w:rPr>
        <w:t xml:space="preserve">[07:57] </w:t>
      </w:r>
      <w:r>
        <w:t>to yeh faida hai as-sulhu khair.</w:t>
      </w:r>
    </w:p>
    <w:p>
      <w:pPr>
        <w:jc w:val="right"/>
      </w:pPr>
      <w:r>
        <w:t>تو یہ فائدہ ہے الصلح خیر۔</w:t>
      </w:r>
    </w:p>
    <w:p>
      <w:r>
        <w:rPr>
          <w:b/>
        </w:rPr>
        <w:t xml:space="preserve">[08:01] </w:t>
      </w:r>
      <w:r>
        <w:t>dekhiye is ki ahmiyat itni zyada hai ke Allah taala ne teen paighambar isi ke liye bhejhe.</w:t>
      </w:r>
    </w:p>
    <w:p>
      <w:pPr>
        <w:jc w:val="right"/>
      </w:pPr>
      <w:r>
        <w:t>دیکھیے اس کی اہمیت اتنی زیادہ ہے کہ اللہ تعالیٰ نے تین پیغمبر اسی کے لیے بھیجے۔</w:t>
      </w:r>
    </w:p>
    <w:p>
      <w:r>
        <w:rPr>
          <w:b/>
        </w:rPr>
        <w:t xml:space="preserve">[08:06] </w:t>
      </w:r>
      <w:r>
        <w:t>koi doosra kaam in ka paighambaron ka nahi tha, jahan tak main samajhta hoon.</w:t>
      </w:r>
    </w:p>
    <w:p>
      <w:pPr>
        <w:jc w:val="right"/>
      </w:pPr>
      <w:r>
        <w:t>کوئی دوسرا کام ان کا پیغمبروں کا نہیں تھا، جہاں تک میں سمجھتا ہوں۔</w:t>
      </w:r>
    </w:p>
    <w:p>
      <w:r>
        <w:rPr>
          <w:b/>
        </w:rPr>
        <w:t xml:space="preserve">[08:10] </w:t>
      </w:r>
      <w:r>
        <w:t>bahut anokhi baat hai.</w:t>
      </w:r>
    </w:p>
    <w:p>
      <w:pPr>
        <w:jc w:val="right"/>
      </w:pPr>
      <w:r>
        <w:t>بہت انوکھی بات ہے۔</w:t>
      </w:r>
    </w:p>
    <w:p>
      <w:r>
        <w:rPr>
          <w:b/>
        </w:rPr>
        <w:t xml:space="preserve">[08:14] </w:t>
      </w:r>
      <w:r>
        <w:t>yeh meri aik discovery hai jo arz kar raha hoon.</w:t>
      </w:r>
    </w:p>
    <w:p>
      <w:pPr>
        <w:jc w:val="right"/>
      </w:pPr>
      <w:r>
        <w:t>یہ میری ایک discovery ہے جو عرض کر رہا ہوں۔</w:t>
      </w:r>
    </w:p>
    <w:p>
      <w:r>
        <w:rPr>
          <w:b/>
        </w:rPr>
        <w:t xml:space="preserve">[08:19] </w:t>
      </w:r>
      <w:r>
        <w:t>yeh kitabon mein likha hua</w:t>
      </w:r>
    </w:p>
    <w:p>
      <w:pPr>
        <w:jc w:val="right"/>
      </w:pPr>
      <w:r>
        <w:t>یہ کتابوں میں لکھا ہوا</w:t>
      </w:r>
    </w:p>
    <w:p>
      <w:r>
        <w:rPr>
          <w:b/>
        </w:rPr>
        <w:t xml:space="preserve">[08:23] </w:t>
      </w:r>
      <w:r>
        <w:t>nahi hai.</w:t>
      </w:r>
    </w:p>
    <w:p>
      <w:pPr>
        <w:jc w:val="right"/>
      </w:pPr>
      <w:r>
        <w:t>نہیں ہے۔</w:t>
      </w:r>
    </w:p>
    <w:p>
      <w:r>
        <w:rPr>
          <w:b/>
        </w:rPr>
        <w:t xml:space="preserve">[08:28] </w:t>
      </w:r>
      <w:r>
        <w:t>mein bohat din sochta tha, bohat din se, ke teen peghambar aisay hain ke jin ka koi daawati</w:t>
      </w:r>
    </w:p>
    <w:p>
      <w:pPr>
        <w:jc w:val="right"/>
      </w:pPr>
      <w:r>
        <w:t>میں بہت دن سوچتا تھا، بہت دن سے، کہ تین پیغمبر ایسے ہیں کہ جن کا کوئی دعوتی</w:t>
      </w:r>
    </w:p>
    <w:p>
      <w:r>
        <w:rPr>
          <w:b/>
        </w:rPr>
        <w:t xml:space="preserve">[08:33] </w:t>
      </w:r>
      <w:r>
        <w:t>role Quran mein bayan nahi kiya gaya hai.</w:t>
      </w:r>
    </w:p>
    <w:p>
      <w:pPr>
        <w:jc w:val="right"/>
      </w:pPr>
      <w:r>
        <w:t>role قرآن میں بیان نہیں کیا گیا ہے۔</w:t>
      </w:r>
    </w:p>
    <w:p>
      <w:r>
        <w:rPr>
          <w:b/>
        </w:rPr>
        <w:t xml:space="preserve">[08:38] </w:t>
      </w:r>
      <w:r>
        <w:t>dekhiye Hazrat Daud, Hazrat Sulaiman, Hazrat Yusuf, teeno peghambar thay.</w:t>
      </w:r>
    </w:p>
    <w:p>
      <w:pPr>
        <w:jc w:val="right"/>
      </w:pPr>
      <w:r>
        <w:t>دیکھیے حضرت داؤد، حضرت سلیمان، حضرت یوسف، تینوں پیغمبر تھے۔</w:t>
      </w:r>
    </w:p>
    <w:p>
      <w:r>
        <w:rPr>
          <w:b/>
        </w:rPr>
        <w:t xml:space="preserve">[08:43] </w:t>
      </w:r>
      <w:r>
        <w:t>inka koi bhi daawati role Quran mein bataya nahi gaya hai.</w:t>
      </w:r>
    </w:p>
    <w:p>
      <w:pPr>
        <w:jc w:val="right"/>
      </w:pPr>
      <w:r>
        <w:t>ان کا کوئی بھی دعوتی role قرآن میں بتایا نہیں گیا ہے۔</w:t>
      </w:r>
    </w:p>
    <w:p>
      <w:r>
        <w:rPr>
          <w:b/>
        </w:rPr>
        <w:t xml:space="preserve">[08:48] </w:t>
      </w:r>
      <w:r>
        <w:t>halankay doosray jitnay peghambar hain, sab ka daawati role hai.</w:t>
      </w:r>
    </w:p>
    <w:p>
      <w:pPr>
        <w:jc w:val="right"/>
      </w:pPr>
      <w:r>
        <w:t>حالانکہ دوسرے جتنے پیغمبر ہیں، سب کا دعوتی role ہے۔</w:t>
      </w:r>
    </w:p>
    <w:p>
      <w:r>
        <w:rPr>
          <w:b/>
        </w:rPr>
        <w:t xml:space="preserve">[08:53] </w:t>
      </w:r>
      <w:r>
        <w:t>jitnay peghambar hain, Hazrat Nuh hain, Hazrat Ibrahim hain, Hazrat Musa hain, Hazrat Isa hain, jitnay bhi hain,</w:t>
      </w:r>
    </w:p>
    <w:p>
      <w:pPr>
        <w:jc w:val="right"/>
      </w:pPr>
      <w:r>
        <w:t>جتنے پیغمبر ہیں، حضرت نوح ہیں، حضرت ابراہیم ہیں، حضرت موسیٰ ہیں، حضرت عیسیٰ ہیں، جتنے بھی ہیں،</w:t>
      </w:r>
    </w:p>
    <w:p>
      <w:r>
        <w:rPr>
          <w:b/>
        </w:rPr>
        <w:t xml:space="preserve">[08:58] </w:t>
      </w:r>
      <w:r>
        <w:t>Quran Majeed mein unke daawati role bataye gaye hain.</w:t>
      </w:r>
    </w:p>
    <w:p>
      <w:pPr>
        <w:jc w:val="right"/>
      </w:pPr>
      <w:r>
        <w:t>قرآن مجید میں ان کے دعوتی role بتائے گئے ہیں۔</w:t>
      </w:r>
    </w:p>
    <w:p>
      <w:r>
        <w:rPr>
          <w:b/>
        </w:rPr>
        <w:t xml:space="preserve">[09:03] </w:t>
      </w:r>
      <w:r>
        <w:t>yeh teen peghambar aisay hain inka koi daawati role hi nahi.</w:t>
      </w:r>
    </w:p>
    <w:p>
      <w:pPr>
        <w:jc w:val="right"/>
      </w:pPr>
      <w:r>
        <w:t>یہ تین پیغمبر ایسے ہیں ان کا کوئی دعوتی role ہی نہیں۔</w:t>
      </w:r>
    </w:p>
    <w:p>
      <w:r>
        <w:rPr>
          <w:b/>
        </w:rPr>
        <w:t xml:space="preserve">[09:08] </w:t>
      </w:r>
      <w:r>
        <w:t>aik zara sa, aik thora sa waqia hai Hazrat Yusuf ka ke jail mein jo qadi tha us</w:t>
      </w:r>
    </w:p>
    <w:p>
      <w:pPr>
        <w:jc w:val="right"/>
      </w:pPr>
      <w:r>
        <w:t>ایک ذرا سا، ایک تھوڑا سا واقعہ ہے حضرت یوسف کا کہ جیل میں جو قیدی تھا اس</w:t>
      </w:r>
    </w:p>
    <w:p>
      <w:r>
        <w:rPr>
          <w:b/>
        </w:rPr>
        <w:t xml:space="preserve">[09:13] </w:t>
      </w:r>
      <w:r>
        <w:t>se unhon ne aik baat cheet ki.</w:t>
      </w:r>
    </w:p>
    <w:p>
      <w:pPr>
        <w:jc w:val="right"/>
      </w:pPr>
      <w:r>
        <w:t>سے انہوں نے ایک بات چیت کی۔</w:t>
      </w:r>
    </w:p>
    <w:p>
      <w:r>
        <w:rPr>
          <w:b/>
        </w:rPr>
        <w:t xml:space="preserve">[09:18] </w:t>
      </w:r>
      <w:r>
        <w:t>to woh koi daawati role nahi kaha jayega.</w:t>
      </w:r>
    </w:p>
    <w:p>
      <w:pPr>
        <w:jc w:val="right"/>
      </w:pPr>
      <w:r>
        <w:t>تو وہ کوئی دعوتی role نہیں کہا جائے گا۔</w:t>
      </w:r>
    </w:p>
    <w:p>
      <w:r>
        <w:rPr>
          <w:b/>
        </w:rPr>
        <w:t xml:space="preserve">[09:23] </w:t>
      </w:r>
      <w:r>
        <w:t>to mein bohat din sochta tha ke aakhir teen peghambar jin ka zikr Quran mein aaya unka</w:t>
      </w:r>
    </w:p>
    <w:p>
      <w:pPr>
        <w:jc w:val="right"/>
      </w:pPr>
      <w:r>
        <w:t>تو میں بہت دن سوچتا تھا کہ آخر تین پیغمبر جن کا ذکر قرآن میں آیا ان کا</w:t>
      </w:r>
    </w:p>
    <w:p>
      <w:r>
        <w:rPr>
          <w:b/>
        </w:rPr>
        <w:t xml:space="preserve">[09:28] </w:t>
      </w:r>
      <w:r>
        <w:t>koi daawati role bataya nahi gaya.</w:t>
      </w:r>
    </w:p>
    <w:p>
      <w:pPr>
        <w:jc w:val="right"/>
      </w:pPr>
      <w:r>
        <w:t>کوئی دعوتی role بتایا نہیں گیا۔</w:t>
      </w:r>
    </w:p>
    <w:p>
      <w:r>
        <w:rPr>
          <w:b/>
        </w:rPr>
        <w:t xml:space="preserve">[09:32] </w:t>
      </w:r>
      <w:r>
        <w:t>to kis liye bheje gaye thay yeh peghambar? Isi liye bheje gaye thay.</w:t>
      </w:r>
    </w:p>
    <w:p>
      <w:pPr>
        <w:jc w:val="right"/>
      </w:pPr>
      <w:r>
        <w:t>تو کس لیے بھیجے گئے تھے یہ پیغمبر؟ اسی لیے بھیجے گئے تھے۔</w:t>
      </w:r>
    </w:p>
    <w:p>
      <w:r>
        <w:rPr>
          <w:b/>
        </w:rPr>
        <w:t xml:space="preserve">[09:37] </w:t>
      </w:r>
      <w:r>
        <w:t>yeh batane ke liye ke dawat, pachaas, Islam mein fifty percent dawat hai, fifty percent jo hai method</w:t>
      </w:r>
    </w:p>
    <w:p>
      <w:pPr>
        <w:jc w:val="right"/>
      </w:pPr>
      <w:r>
        <w:t>یہ بتانے کے لیے کہ دعوت، پچاس، اسلام میں fifty percent دعوت ہے، fifty percent جو ہے method</w:t>
      </w:r>
    </w:p>
    <w:p>
      <w:r>
        <w:rPr>
          <w:b/>
        </w:rPr>
        <w:t xml:space="preserve">[09:41] </w:t>
      </w:r>
      <w:r>
        <w:t>ka mamla hai.</w:t>
      </w:r>
    </w:p>
    <w:p>
      <w:pPr>
        <w:jc w:val="right"/>
      </w:pPr>
      <w:r>
        <w:t>کا معاملہ ہے۔</w:t>
      </w:r>
    </w:p>
    <w:p>
      <w:r>
        <w:rPr>
          <w:b/>
        </w:rPr>
        <w:t xml:space="preserve">[09:45] </w:t>
      </w:r>
      <w:r>
        <w:t>jo base karta hai sabr par.</w:t>
      </w:r>
    </w:p>
    <w:p>
      <w:pPr>
        <w:jc w:val="right"/>
      </w:pPr>
      <w:r>
        <w:t>جو base کرتا ہے صبر پر۔</w:t>
      </w:r>
    </w:p>
    <w:p>
      <w:r>
        <w:rPr>
          <w:b/>
        </w:rPr>
        <w:t xml:space="preserve">[09:50] </w:t>
      </w:r>
      <w:r>
        <w:t>takrao na karne par.</w:t>
      </w:r>
    </w:p>
    <w:p>
      <w:pPr>
        <w:jc w:val="right"/>
      </w:pPr>
      <w:r>
        <w:t>ٹکراؤ نہ کرنے پر۔</w:t>
      </w:r>
    </w:p>
    <w:p>
      <w:r>
        <w:rPr>
          <w:b/>
        </w:rPr>
        <w:t xml:space="preserve">[09:54] </w:t>
      </w:r>
      <w:r>
        <w:t>adjust karne par. Ji haan.</w:t>
      </w:r>
    </w:p>
    <w:p>
      <w:pPr>
        <w:jc w:val="right"/>
      </w:pPr>
      <w:r>
        <w:t>adjust کرنے پر۔ جی ہاں۔</w:t>
      </w:r>
    </w:p>
    <w:p>
      <w:r>
        <w:rPr>
          <w:b/>
        </w:rPr>
        <w:t xml:space="preserve">[09:59] </w:t>
      </w:r>
      <w:r>
        <w:t>yani non-confrontational approach ki ahmiyat batane ke liye teen peghambar Allah ne bheje.</w:t>
      </w:r>
    </w:p>
    <w:p>
      <w:pPr>
        <w:jc w:val="right"/>
      </w:pPr>
      <w:r>
        <w:t>یعنی non-confrontational approach کی اہمیت بتانے کے لیے تین پیغمبر اللہ نے بھیجے۔</w:t>
      </w:r>
    </w:p>
    <w:p>
      <w:r>
        <w:rPr>
          <w:b/>
        </w:rPr>
        <w:t xml:space="preserve">[10:04] </w:t>
      </w:r>
      <w:r>
        <w:t>woh kaise? Dekhiye.</w:t>
      </w:r>
    </w:p>
    <w:p>
      <w:pPr>
        <w:jc w:val="right"/>
      </w:pPr>
      <w:r>
        <w:t>وہ کیسے؟ دیکھیے۔</w:t>
      </w:r>
    </w:p>
    <w:p>
      <w:r>
        <w:rPr>
          <w:b/>
        </w:rPr>
        <w:t xml:space="preserve">[10:09] </w:t>
      </w:r>
      <w:r>
        <w:t>sab se pehle to Hazrat Daud ke zariye Allah Ta'ala ne yeh bataya ke yeh ibtila ke liye</w:t>
      </w:r>
    </w:p>
    <w:p>
      <w:pPr>
        <w:jc w:val="right"/>
      </w:pPr>
      <w:r>
        <w:t>سب سے پہلے تو حضرت داؤد کے ذریعے اللہ تعالیٰ نے یہ بتایا کہ یہ ابتلا کے لیے</w:t>
      </w:r>
    </w:p>
    <w:p>
      <w:r>
        <w:rPr>
          <w:b/>
        </w:rPr>
        <w:t xml:space="preserve">[10:13] </w:t>
      </w:r>
      <w:r>
        <w:t>hota hai iqtadar.</w:t>
      </w:r>
    </w:p>
    <w:p>
      <w:pPr>
        <w:jc w:val="right"/>
      </w:pPr>
      <w:r>
        <w:t>ہوتا ہے اقتدار۔</w:t>
      </w:r>
    </w:p>
    <w:p>
      <w:r>
        <w:rPr>
          <w:b/>
        </w:rPr>
        <w:t xml:space="preserve">[10:18] </w:t>
      </w:r>
      <w:r>
        <w:t>takra kar ke, lad kar ke tum iqtadar hasil bhi kar lo, tab bhi kya hai woh? tum</w:t>
      </w:r>
    </w:p>
    <w:p>
      <w:pPr>
        <w:jc w:val="right"/>
      </w:pPr>
      <w:r>
        <w:t>ٹکرا کر کے، لڑ کر کے تم اقتدار حاصل بھی کر لو، تب بھی کیا ہے وہ؟ تم</w:t>
      </w:r>
    </w:p>
    <w:p>
      <w:r>
        <w:rPr>
          <w:b/>
        </w:rPr>
        <w:t xml:space="preserve">[10:23] </w:t>
      </w:r>
      <w:r>
        <w:t>ne ek test paper hasil kiya.</w:t>
      </w:r>
    </w:p>
    <w:p>
      <w:pPr>
        <w:jc w:val="right"/>
      </w:pPr>
      <w:r>
        <w:t>نے ایک test paper حاصل کیا۔</w:t>
      </w:r>
    </w:p>
    <w:p>
      <w:r>
        <w:rPr>
          <w:b/>
        </w:rPr>
        <w:t xml:space="preserve">[10:27] </w:t>
      </w:r>
      <w:r>
        <w:t>hazrat daud ne farmaya ke yeh mujhe hukumat jo di gayi hai, ibtila ke liye di gayi hai.</w:t>
      </w:r>
    </w:p>
    <w:p>
      <w:pPr>
        <w:jc w:val="right"/>
      </w:pPr>
      <w:r>
        <w:t>حضرت داؤد نے فرمایا کہ یہ مجھے حکومت جو دی گئی ہے، ابتلا کے لیے دی گئی ہے۔</w:t>
      </w:r>
    </w:p>
    <w:p>
      <w:r>
        <w:rPr>
          <w:b/>
        </w:rPr>
        <w:t xml:space="preserve">[10:33] </w:t>
      </w:r>
      <w:r>
        <w:t>azmaish ke liye di gayi hai, test ke liye di gayi hai.</w:t>
      </w:r>
    </w:p>
    <w:p>
      <w:pPr>
        <w:jc w:val="right"/>
      </w:pPr>
      <w:r>
        <w:t>آزمائش کے لیے دی گئی ہے، ٹیسٹ کے لیے دی گئی ہے۔</w:t>
      </w:r>
    </w:p>
    <w:p>
      <w:r>
        <w:rPr>
          <w:b/>
        </w:rPr>
        <w:t xml:space="preserve">[10:39] </w:t>
      </w:r>
      <w:r>
        <w:t>is tarah ek paighambar ke zariye se practical tor par ke un ko power mil gaya, un ko</w:t>
      </w:r>
    </w:p>
    <w:p>
      <w:pPr>
        <w:jc w:val="right"/>
      </w:pPr>
      <w:r>
        <w:t>اس طرح ایک پیغمبر کے ذریعے سے practical طور پر کہ ان کو power مل گیا، ان کو</w:t>
      </w:r>
    </w:p>
    <w:p>
      <w:r>
        <w:rPr>
          <w:b/>
        </w:rPr>
        <w:t xml:space="preserve">[10:45] </w:t>
      </w:r>
      <w:r>
        <w:t>iqtadar mil gaya, un ko hukumat mil gayi, to kehte kya hain? ke ek test paper hi to mila.</w:t>
      </w:r>
    </w:p>
    <w:p>
      <w:pPr>
        <w:jc w:val="right"/>
      </w:pPr>
      <w:r>
        <w:t>اقتدار مل گیا، ان کو حکومت مل گئی، تو کہتے کیا ہیں؟ کہ ایک ٹیسٹ پیپر ہی تو ملا۔</w:t>
      </w:r>
    </w:p>
    <w:p>
      <w:r>
        <w:rPr>
          <w:b/>
        </w:rPr>
        <w:t xml:space="preserve">[10:52] </w:t>
      </w:r>
      <w:r>
        <w:t>ke political power jo hai woh kya hai</w:t>
      </w:r>
    </w:p>
    <w:p>
      <w:pPr>
        <w:jc w:val="right"/>
      </w:pPr>
      <w:r>
        <w:t>کہ political power جو ہے وہ کیا ہے</w:t>
      </w:r>
    </w:p>
    <w:p>
      <w:r>
        <w:rPr>
          <w:b/>
        </w:rPr>
        <w:t xml:space="preserve">[10:58] </w:t>
      </w:r>
      <w:r>
        <w:t>? sirf ek test paper hai.</w:t>
      </w:r>
    </w:p>
    <w:p>
      <w:pPr>
        <w:jc w:val="right"/>
      </w:pPr>
      <w:r>
        <w:t>؟ صرف ایک ٹیسٹ پیپر ہے۔</w:t>
      </w:r>
    </w:p>
    <w:p>
      <w:r>
        <w:rPr>
          <w:b/>
        </w:rPr>
        <w:t xml:space="preserve">[11:03] </w:t>
      </w:r>
      <w:r>
        <w:t>le bilwani, quran majeed mein aata hai ke le bilwani.</w:t>
      </w:r>
    </w:p>
    <w:p>
      <w:pPr>
        <w:jc w:val="right"/>
      </w:pPr>
      <w:r>
        <w:t>لے بلوانی، قرآن مجید میں آتا ہے کہ لے بلوانی۔</w:t>
      </w:r>
    </w:p>
    <w:p>
      <w:r>
        <w:rPr>
          <w:b/>
        </w:rPr>
        <w:t xml:space="preserve">[11:08] </w:t>
      </w:r>
      <w:r>
        <w:t>taake khuda mujhe azmaye.</w:t>
      </w:r>
    </w:p>
    <w:p>
      <w:pPr>
        <w:jc w:val="right"/>
      </w:pPr>
      <w:r>
        <w:t>تاکہ خدا مجھے آزمائے۔</w:t>
      </w:r>
    </w:p>
    <w:p>
      <w:r>
        <w:rPr>
          <w:b/>
        </w:rPr>
        <w:t xml:space="preserve">[11:13] </w:t>
      </w:r>
      <w:r>
        <w:t>yeh bataya gaya ek paighambar ke zariye se amli tor par.</w:t>
      </w:r>
    </w:p>
    <w:p>
      <w:pPr>
        <w:jc w:val="right"/>
      </w:pPr>
      <w:r>
        <w:t>یہ بتایا گیا ایک پیغمبر کے ذریعے سے عملی طور پر۔</w:t>
      </w:r>
    </w:p>
    <w:p>
      <w:r>
        <w:rPr>
          <w:b/>
        </w:rPr>
        <w:t xml:space="preserve">[11:18] </w:t>
      </w:r>
      <w:r>
        <w:t>yani un ko is par bithakar, ek power par bithakar.</w:t>
      </w:r>
    </w:p>
    <w:p>
      <w:pPr>
        <w:jc w:val="right"/>
      </w:pPr>
      <w:r>
        <w:t>یعنی ان کو اس پر بٹھا کر، ایک power پر بٹھا کر۔</w:t>
      </w:r>
    </w:p>
    <w:p>
      <w:r>
        <w:rPr>
          <w:b/>
        </w:rPr>
        <w:t xml:space="preserve">[11:23] </w:t>
      </w:r>
      <w:r>
        <w:t>power par bithakar bataya gaya ke hum, hum kahein hamare paas koi power nahi to is ki val</w:t>
      </w:r>
    </w:p>
    <w:p>
      <w:pPr>
        <w:jc w:val="right"/>
      </w:pPr>
      <w:r>
        <w:t>power پر بٹھا کر بتایا گیا کہ ہم، ہم کہیں ہمارے پاس کوئی power نہیں تو اس کی val</w:t>
      </w:r>
    </w:p>
    <w:p>
      <w:r>
        <w:rPr>
          <w:b/>
        </w:rPr>
        <w:t xml:space="preserve">[11:28] </w:t>
      </w:r>
      <w:r>
        <w:t>ue nahi hoti zyada hogi.</w:t>
      </w:r>
    </w:p>
    <w:p>
      <w:pPr>
        <w:jc w:val="right"/>
      </w:pPr>
      <w:r>
        <w:t>ue نہیں ہوتی زیادہ ہوگی۔</w:t>
      </w:r>
    </w:p>
    <w:p>
      <w:r>
        <w:rPr>
          <w:b/>
        </w:rPr>
        <w:t xml:space="preserve">[11:32] </w:t>
      </w:r>
      <w:r>
        <w:t>lekin ek shakhs jo power par baitha hua hai, jis ko political power mila hua hai, woh keh</w:t>
      </w:r>
    </w:p>
    <w:p>
      <w:pPr>
        <w:jc w:val="right"/>
      </w:pPr>
      <w:r>
        <w:t>لیکن ایک شخص جو power پر بیٹھا ہوا ہے، جس کو political power ملا ہوا ہے، وہ کہہ</w:t>
      </w:r>
    </w:p>
    <w:p>
      <w:r>
        <w:rPr>
          <w:b/>
        </w:rPr>
        <w:t xml:space="preserve">[11:36] </w:t>
      </w:r>
      <w:r>
        <w:t>raha hai ke dekh lo yeh ibtila ke liye hai.</w:t>
      </w:r>
    </w:p>
    <w:p>
      <w:pPr>
        <w:jc w:val="right"/>
      </w:pPr>
      <w:r>
        <w:t>رہا ہے کہ دیکھ لو یہ ابتلا کے لیے ہے۔</w:t>
      </w:r>
    </w:p>
    <w:p>
      <w:r>
        <w:rPr>
          <w:b/>
        </w:rPr>
        <w:t xml:space="preserve">[11:41] </w:t>
      </w:r>
      <w:r>
        <w:t>test ke liye hai.</w:t>
      </w:r>
    </w:p>
    <w:p>
      <w:pPr>
        <w:jc w:val="right"/>
      </w:pPr>
      <w:r>
        <w:t>ٹیسٹ کے لیے ہے۔</w:t>
      </w:r>
    </w:p>
    <w:p>
      <w:r>
        <w:rPr>
          <w:b/>
        </w:rPr>
        <w:t xml:space="preserve">[11:45] </w:t>
      </w:r>
      <w:r>
        <w:t>to yeh allah taala ne ek cheez batayi logon ko ke jis liye tum ladte ho, lad kar</w:t>
      </w:r>
    </w:p>
    <w:p>
      <w:pPr>
        <w:jc w:val="right"/>
      </w:pPr>
      <w:r>
        <w:t>تو یہ اللہ تعالیٰ نے ایک چیز بتائی لوگوں کو کہ جس لیے تم لڑتے ہو، لڑ کر</w:t>
      </w:r>
    </w:p>
    <w:p>
      <w:r>
        <w:rPr>
          <w:b/>
        </w:rPr>
        <w:t xml:space="preserve">[11:49] </w:t>
      </w:r>
      <w:r>
        <w:t>ke tum hasil bhi kar lo to kya paoge? ek test paper paoge bas.</w:t>
      </w:r>
    </w:p>
    <w:p>
      <w:pPr>
        <w:jc w:val="right"/>
      </w:pPr>
      <w:r>
        <w:t>کے تم حاصل بھی کر لو تو کیا پاؤ گے؟ ایک ٹیسٹ پیپر پاؤ گے بس۔</w:t>
      </w:r>
    </w:p>
    <w:p>
      <w:r>
        <w:rPr>
          <w:b/>
        </w:rPr>
        <w:t xml:space="preserve">[11:54] </w:t>
      </w:r>
      <w:r>
        <w:t>yani zimmedari, liability.</w:t>
      </w:r>
    </w:p>
    <w:p>
      <w:pPr>
        <w:jc w:val="right"/>
      </w:pPr>
      <w:r>
        <w:t>یعنی ذمہ داری، liability۔</w:t>
      </w:r>
    </w:p>
    <w:p>
      <w:r>
        <w:rPr>
          <w:b/>
        </w:rPr>
        <w:t xml:space="preserve">[11:58] </w:t>
      </w:r>
      <w:r>
        <w:t>ek baat yeh hai jo establish ki gayi hazrat daud ke zariye se.</w:t>
      </w:r>
    </w:p>
    <w:p>
      <w:pPr>
        <w:jc w:val="right"/>
      </w:pPr>
      <w:r>
        <w:t>ایک بات یہ ہے جو establish کی گئی حضرت داؤد کے ذریعے سے۔</w:t>
      </w:r>
    </w:p>
    <w:p>
      <w:r>
        <w:rPr>
          <w:b/>
        </w:rPr>
        <w:t xml:space="preserve">[12:02] </w:t>
      </w:r>
      <w:r>
        <w:t>hazrat suleman ke zariye kya establish ki gayi? koi daawati role hazrat suleman ke quran majeed mein bayan</w:t>
      </w:r>
    </w:p>
    <w:p>
      <w:pPr>
        <w:jc w:val="right"/>
      </w:pPr>
      <w:r>
        <w:t>حضرت سلیمان کے ذریعے کیا establish کی گئی؟ کوئی دعوتی role حضرت سلیمان کے قرآن مجید میں بیان</w:t>
      </w:r>
    </w:p>
    <w:p>
      <w:r>
        <w:rPr>
          <w:b/>
        </w:rPr>
        <w:t xml:space="preserve">[12:06] </w:t>
      </w:r>
      <w:r>
        <w:t>nahi hua hai.</w:t>
      </w:r>
    </w:p>
    <w:p>
      <w:pPr>
        <w:jc w:val="right"/>
      </w:pPr>
      <w:r>
        <w:t>نہیں ہوا ہے۔</w:t>
      </w:r>
    </w:p>
    <w:p>
      <w:r>
        <w:rPr>
          <w:b/>
        </w:rPr>
        <w:t xml:space="preserve">[12:10] </w:t>
      </w:r>
      <w:r>
        <w:t>kuch bhi nahi.</w:t>
      </w:r>
    </w:p>
    <w:p>
      <w:pPr>
        <w:jc w:val="right"/>
      </w:pPr>
      <w:r>
        <w:t>کچھ بھی نہیں۔</w:t>
      </w:r>
    </w:p>
    <w:p>
      <w:r>
        <w:rPr>
          <w:b/>
        </w:rPr>
        <w:t xml:space="preserve">[12:14] </w:t>
      </w:r>
      <w:r>
        <w:t>lekin aik bohat bari cheez batai gai.</w:t>
      </w:r>
    </w:p>
    <w:p>
      <w:pPr>
        <w:jc w:val="right"/>
      </w:pPr>
      <w:r>
        <w:t>لیکن ایک بہت بڑی چیز بتائی گئی۔</w:t>
      </w:r>
    </w:p>
    <w:p>
      <w:r>
        <w:rPr>
          <w:b/>
        </w:rPr>
        <w:t xml:space="preserve">[12:17] </w:t>
      </w:r>
      <w:r>
        <w:t>woh aik, aik, aik, aik hakim bhi ke zariye ho sakti thi.</w:t>
      </w:r>
    </w:p>
    <w:p>
      <w:pPr>
        <w:jc w:val="right"/>
      </w:pPr>
      <w:r>
        <w:t>وہ ایک، ایک، ایک، ایک حاکم بھی کے ذریعے ہو سکتی تھی۔</w:t>
      </w:r>
    </w:p>
    <w:p>
      <w:r>
        <w:rPr>
          <w:b/>
        </w:rPr>
        <w:t xml:space="preserve">[12:21] </w:t>
      </w:r>
      <w:r>
        <w:t>aik badshah ke zariye se.</w:t>
      </w:r>
    </w:p>
    <w:p>
      <w:pPr>
        <w:jc w:val="right"/>
      </w:pPr>
      <w:r>
        <w:t>ایک بادشاہ کے ذریعے سے۔</w:t>
      </w:r>
    </w:p>
    <w:p>
      <w:r>
        <w:rPr>
          <w:b/>
        </w:rPr>
        <w:t xml:space="preserve">[12:25] </w:t>
      </w:r>
      <w:r>
        <w:t>woh yeh ke in ke zamane mein yaman ke ilaqe mein aik qaum thi Saba.</w:t>
      </w:r>
    </w:p>
    <w:p>
      <w:pPr>
        <w:jc w:val="right"/>
      </w:pPr>
      <w:r>
        <w:t>وہ یہ کہ ان کے زمانے میںیمن کے علاقے میں ایک قوم تھی صبا۔</w:t>
      </w:r>
    </w:p>
    <w:p>
      <w:r>
        <w:rPr>
          <w:b/>
        </w:rPr>
        <w:t xml:space="preserve">[12:29] </w:t>
      </w:r>
      <w:r>
        <w:t>to woh samandari tijarat karti thi, bohat maldar log thay.</w:t>
      </w:r>
    </w:p>
    <w:p>
      <w:pPr>
        <w:jc w:val="right"/>
      </w:pPr>
      <w:r>
        <w:t>تو وہ سمندری تجارت کرتی تھی، بہت مالدار لوگ تھے۔</w:t>
      </w:r>
    </w:p>
    <w:p>
      <w:r>
        <w:rPr>
          <w:b/>
        </w:rPr>
        <w:t xml:space="preserve">[12:35] </w:t>
      </w:r>
      <w:r>
        <w:t>to Hazrat Suleman ne un ko challenge diya ke tum surrender karo.</w:t>
      </w:r>
    </w:p>
    <w:p>
      <w:pPr>
        <w:jc w:val="right"/>
      </w:pPr>
      <w:r>
        <w:t>تو حضرت سلیمان نے ان کو challenge دیا کہ تم surrender کرو۔</w:t>
      </w:r>
    </w:p>
    <w:p>
      <w:r>
        <w:rPr>
          <w:b/>
        </w:rPr>
        <w:t xml:space="preserve">[12:42] </w:t>
      </w:r>
      <w:r>
        <w:t>tum surrender karo.</w:t>
      </w:r>
    </w:p>
    <w:p>
      <w:pPr>
        <w:jc w:val="right"/>
      </w:pPr>
      <w:r>
        <w:t>تم surrender کرو۔</w:t>
      </w:r>
    </w:p>
    <w:p>
      <w:r>
        <w:rPr>
          <w:b/>
        </w:rPr>
        <w:t xml:space="preserve">[12:48] </w:t>
      </w:r>
      <w:r>
        <w:t>to wahan us waqt aik queen hukumat karti thi, malika Saba.</w:t>
      </w:r>
    </w:p>
    <w:p>
      <w:pPr>
        <w:jc w:val="right"/>
      </w:pPr>
      <w:r>
        <w:t>تو وہاں اس وقت ایک queen حکومت کرتی تھی، ملکہ صبا۔</w:t>
      </w:r>
    </w:p>
    <w:p>
      <w:r>
        <w:rPr>
          <w:b/>
        </w:rPr>
        <w:t xml:space="preserve">[12:55] </w:t>
      </w:r>
      <w:r>
        <w:t>us ne apne darbariyon se mashwara kiya, mujhe unhon ne kaha ke nahi hum larenge.</w:t>
      </w:r>
    </w:p>
    <w:p>
      <w:pPr>
        <w:jc w:val="right"/>
      </w:pPr>
      <w:r>
        <w:t>اس نے اپنے درباریوں سے مشورہ کیا، مجھے انہوں نے کہا کہ نہیں ہم لڑیں گے۔</w:t>
      </w:r>
    </w:p>
    <w:p>
      <w:r>
        <w:rPr>
          <w:b/>
        </w:rPr>
        <w:t xml:space="preserve">[13:01] </w:t>
      </w:r>
      <w:r>
        <w:t>darbariyon ne kaha ke hum ladenge. to is malika Saba ne kaha ke nahi. "inna al-muluk idha dakhlu qaryatan afsaduha wa ja'alu ahluha adillah. wa kadhalika yaf'alun". matlab ladenge to kya hoga? counter productive. jaan maal ki tabahi. to is se acha hai ke sulah kar lo. to unhon ne ladai na kar ke sulah kar li. is se un ke</w:t>
      </w:r>
    </w:p>
    <w:p>
      <w:pPr>
        <w:jc w:val="right"/>
      </w:pPr>
      <w:r>
        <w:t>درباریوں نے کہا کہ ہم لڑیں گے۔ تو اس ملکہ صبا نے کہا کہ نہیں۔ إن الملوك إذا دخلوا قرية أفسدوها وجعلوا أهلها عادلة وكذلك يفعلون۔ مطلب لڑیں گے تو کیا ہوگا؟ counter productive۔ جان مال کی تباہی۔ تو اس سے اچھا ہے کہ صلح کر لو۔ تو انہوں نے لڑائی نہ کر کے صلح کر لی۔ اس سے ان کے</w:t>
      </w:r>
    </w:p>
    <w:p>
      <w:r>
        <w:rPr>
          <w:b/>
        </w:rPr>
        <w:t xml:space="preserve">[13:31] </w:t>
      </w:r>
      <w:r>
        <w:t>saare tijarti faiday intact rahay.</w:t>
      </w:r>
    </w:p>
    <w:p>
      <w:pPr>
        <w:jc w:val="right"/>
      </w:pPr>
      <w:r>
        <w:t>سارے تجارتی فائدے intact رہے۔</w:t>
      </w:r>
    </w:p>
    <w:p>
      <w:r>
        <w:rPr>
          <w:b/>
        </w:rPr>
        <w:t xml:space="preserve">[13:37] </w:t>
      </w:r>
      <w:r>
        <w:t>sab kuch intact raha.</w:t>
      </w:r>
    </w:p>
    <w:p>
      <w:pPr>
        <w:jc w:val="right"/>
      </w:pPr>
      <w:r>
        <w:t>سب کچھ intact رہا۔</w:t>
      </w:r>
    </w:p>
    <w:p>
      <w:r>
        <w:rPr>
          <w:b/>
        </w:rPr>
        <w:t xml:space="preserve">[13:43] </w:t>
      </w:r>
      <w:r>
        <w:t>un ka social system, un ki trade, un ka agriculture sab intact raha.</w:t>
      </w:r>
    </w:p>
    <w:p>
      <w:pPr>
        <w:jc w:val="right"/>
      </w:pPr>
      <w:r>
        <w:t>ان کا social system، ان کی trade، ان کا agriculture سب intact رہا۔</w:t>
      </w:r>
    </w:p>
    <w:p>
      <w:r>
        <w:rPr>
          <w:b/>
        </w:rPr>
        <w:t xml:space="preserve">[13:50] </w:t>
      </w:r>
      <w:r>
        <w:t>to yeh aik misaal qaim ki gai ke agar aik ziyada powerful se samna paray to larai mat karo.</w:t>
      </w:r>
    </w:p>
    <w:p>
      <w:pPr>
        <w:jc w:val="right"/>
      </w:pPr>
      <w:r>
        <w:t>تو یہ ایک مثال قائم کی گئی کہ اگر ایک زیادہ powerful سے سامنا پڑے تو لڑائی مت کرو۔</w:t>
      </w:r>
    </w:p>
    <w:p>
      <w:r>
        <w:rPr>
          <w:b/>
        </w:rPr>
        <w:t xml:space="preserve">[13:56] </w:t>
      </w:r>
      <w:r>
        <w:t>is se sulah kar lo to tumhein sab kuch dobara jo hai woh apni jagah par qaim rahe ga.</w:t>
      </w:r>
    </w:p>
    <w:p>
      <w:pPr>
        <w:jc w:val="right"/>
      </w:pPr>
      <w:r>
        <w:t>اس سے صلح کر لو تو تمہیں سب کچھ دوبارہ جو ہے وہ اپنی جگہ پر قائم رہے گا۔</w:t>
      </w:r>
    </w:p>
    <w:p>
      <w:r>
        <w:rPr>
          <w:b/>
        </w:rPr>
        <w:t xml:space="preserve">[14:02] </w:t>
      </w:r>
      <w:r>
        <w:t>ek paighambar ke zariye se yeh misaal qaim ki gayi. Hazrat Yusuf ko lijie. Hazrat Yusuf jo the, un ke zariye ek bahut ajeeb misaal qaim ki gayi. ke mushrik badshah ho tab bhi us ke matahat hi qabool kar lo. aap jante hain ke Misr mein us waqt, Egypt mein kya tha? ek mushrik badshah ki hukumat thi. jis ko Hyksos king kaha</w:t>
      </w:r>
    </w:p>
    <w:p>
      <w:pPr>
        <w:jc w:val="right"/>
      </w:pPr>
      <w:r>
        <w:t>ایک پیغمبر کے ذریعے سے یہ مثال قائم کی گئی۔ حضرت یوسف کو لیجیے۔ حضرت یوسف جو تھے، ان کے ذریعے ایک بہت عجیب مثال قائم کی گئی۔ کہ مشرک بادشاہ ہو تب بھی اس کے ماتحت ہی قبول کر لو۔ آپ جانتے ہیں کہ مصر میں اس وقت، Egypt میں کیا تھا؟ ایک مشرک بادشاہ کی حکومت تھی۔ جس کو Hyksos king کہا</w:t>
      </w:r>
    </w:p>
    <w:p>
      <w:r>
        <w:rPr>
          <w:b/>
        </w:rPr>
        <w:t xml:space="preserve">[14:32] </w:t>
      </w:r>
      <w:r>
        <w:t>jata hai. us ne offer diya un ko food department ka ya agriculture department ka. kyunke qadeem zamane mein sab se bada jo kya tha department? Agriculture. aur koi to wahan industry nahi hoti thi aur kuch nahi hota tha. to pichhle, us zamane mein sab se bada department agriculture hi hua karta tha. to woh un ko department offer</w:t>
      </w:r>
    </w:p>
    <w:p>
      <w:pPr>
        <w:jc w:val="right"/>
      </w:pPr>
      <w:r>
        <w:t>جاتا ہے۔ اس نے آفر دیا ان کو food department کا یا agriculture department کا۔ کیونکہ قدیم زمانے میں سب سے بڑا جو کیا تھا department؟ Agriculture۔ اور کوئی تو وہاں industry نہیں ہوتی تھی اور کچھ نہیں ہوتا تھا۔ تو پچھلے، اس زمانے میں سب سے بڑا department agriculture ہی ہوا کرتا تھا۔ تو وہ ان کو department آفر</w:t>
      </w:r>
    </w:p>
    <w:p>
      <w:r>
        <w:rPr>
          <w:b/>
        </w:rPr>
        <w:t xml:space="preserve">[15:02] </w:t>
      </w:r>
      <w:r>
        <w:t>diya us ne.</w:t>
      </w:r>
    </w:p>
    <w:p>
      <w:pPr>
        <w:jc w:val="right"/>
      </w:pPr>
      <w:r>
        <w:t>دیا اس نے۔</w:t>
      </w:r>
    </w:p>
    <w:p>
      <w:r>
        <w:rPr>
          <w:b/>
        </w:rPr>
        <w:t xml:space="preserve">[15:06] </w:t>
      </w:r>
      <w:r>
        <w:t>Hazrat Yusuf ne us ko le liya.</w:t>
      </w:r>
    </w:p>
    <w:p>
      <w:pPr>
        <w:jc w:val="right"/>
      </w:pPr>
      <w:r>
        <w:t>حضرت یوسف نے اس کو لے لیا۔</w:t>
      </w:r>
    </w:p>
    <w:p>
      <w:r>
        <w:rPr>
          <w:b/>
        </w:rPr>
        <w:t xml:space="preserve">[15:11] </w:t>
      </w:r>
      <w:r>
        <w:t>halankay tab bhi badshah apne takht par raha, jo ke mushrik tha.</w:t>
      </w:r>
    </w:p>
    <w:p>
      <w:pPr>
        <w:jc w:val="right"/>
      </w:pPr>
      <w:r>
        <w:t>حالانکہ تب بھی بادشاہ اپنے تخت پر رہا، جو کہ مشرک تھا۔</w:t>
      </w:r>
    </w:p>
    <w:p>
      <w:r>
        <w:rPr>
          <w:b/>
        </w:rPr>
        <w:t xml:space="preserve">[15:15] </w:t>
      </w:r>
      <w:r>
        <w:t>yahan bhi dekhiye.</w:t>
      </w:r>
    </w:p>
    <w:p>
      <w:pPr>
        <w:jc w:val="right"/>
      </w:pPr>
      <w:r>
        <w:t>یہاں بھی دیکھیے۔</w:t>
      </w:r>
    </w:p>
    <w:p>
      <w:r>
        <w:rPr>
          <w:b/>
        </w:rPr>
        <w:t xml:space="preserve">[15:19] </w:t>
      </w:r>
      <w:r>
        <w:t>takrao mat karo.</w:t>
      </w:r>
    </w:p>
    <w:p>
      <w:pPr>
        <w:jc w:val="right"/>
      </w:pPr>
      <w:r>
        <w:t>ٹکراؤ مت کرو۔</w:t>
      </w:r>
    </w:p>
    <w:p>
      <w:r>
        <w:rPr>
          <w:b/>
        </w:rPr>
        <w:t xml:space="preserve">[15:24] </w:t>
      </w:r>
      <w:r>
        <w:t>badshah mushrik hai ya secular hai ya non muslim hai, woh tum ko aik chance de raha hai</w:t>
      </w:r>
    </w:p>
    <w:p>
      <w:pPr>
        <w:jc w:val="right"/>
      </w:pPr>
      <w:r>
        <w:t>بادشاہ مشرک ہے یا سیکولر ہے یا non مسلم ہے، وہ تم کو ایک chance دے رہا ہے</w:t>
      </w:r>
    </w:p>
    <w:p>
      <w:r>
        <w:rPr>
          <w:b/>
        </w:rPr>
        <w:t xml:space="preserve">[15:28] </w:t>
      </w:r>
      <w:r>
        <w:t>to qabool kar lo us ko.</w:t>
      </w:r>
    </w:p>
    <w:p>
      <w:pPr>
        <w:jc w:val="right"/>
      </w:pPr>
      <w:r>
        <w:t>تو قبول کر لو اس کو۔</w:t>
      </w:r>
    </w:p>
    <w:p>
      <w:r>
        <w:rPr>
          <w:b/>
        </w:rPr>
        <w:t xml:space="preserve">[15:32] </w:t>
      </w:r>
      <w:r>
        <w:t>political throne par aanay do us ko.</w:t>
      </w:r>
    </w:p>
    <w:p>
      <w:pPr>
        <w:jc w:val="right"/>
      </w:pPr>
      <w:r>
        <w:t>political throne پر آنے دو اس کو۔</w:t>
      </w:r>
    </w:p>
    <w:p>
      <w:r>
        <w:rPr>
          <w:b/>
        </w:rPr>
        <w:t xml:space="preserve">[15:37] </w:t>
      </w:r>
      <w:r>
        <w:t>tum ko is ke, yani political power ko mante hue, tumhein agar opportunity mil rahi hai to opportunity</w:t>
      </w:r>
    </w:p>
    <w:p>
      <w:pPr>
        <w:jc w:val="right"/>
      </w:pPr>
      <w:r>
        <w:t>تم کو اس کے، یعنی political power کو مانتے ہوئے، تمہیں اگر opportunity مل رہی ہے تو opportunity</w:t>
      </w:r>
    </w:p>
    <w:p>
      <w:r>
        <w:rPr>
          <w:b/>
        </w:rPr>
        <w:t xml:space="preserve">[15:42] </w:t>
      </w:r>
      <w:r>
        <w:t>ko avail karo.</w:t>
      </w:r>
    </w:p>
    <w:p>
      <w:pPr>
        <w:jc w:val="right"/>
      </w:pPr>
      <w:r>
        <w:t>کو avail کرو۔</w:t>
      </w:r>
    </w:p>
    <w:p>
      <w:r>
        <w:rPr>
          <w:b/>
        </w:rPr>
        <w:t xml:space="preserve">[15:47] </w:t>
      </w:r>
      <w:r>
        <w:t>us ko avoid karo political power ko.</w:t>
      </w:r>
    </w:p>
    <w:p>
      <w:pPr>
        <w:jc w:val="right"/>
      </w:pPr>
      <w:r>
        <w:t>اس کو avoid کرو political power کو۔</w:t>
      </w:r>
    </w:p>
    <w:p>
      <w:r>
        <w:rPr>
          <w:b/>
        </w:rPr>
        <w:t xml:space="preserve">[15:52] </w:t>
      </w:r>
      <w:r>
        <w:t>yeh hazrat yusuf ke zariye misaal qaim ki gayi.</w:t>
      </w:r>
    </w:p>
    <w:p>
      <w:pPr>
        <w:jc w:val="right"/>
      </w:pPr>
      <w:r>
        <w:t>یہ حضرت یوسف کے ذریعے مثال قائم کی گئی۔</w:t>
      </w:r>
    </w:p>
    <w:p>
      <w:r>
        <w:rPr>
          <w:b/>
        </w:rPr>
        <w:t xml:space="preserve">[15:57] </w:t>
      </w:r>
      <w:r>
        <w:t>yeh kitna bara yeh, mein to is</w:t>
      </w:r>
    </w:p>
    <w:p>
      <w:pPr>
        <w:jc w:val="right"/>
      </w:pPr>
      <w:r>
        <w:t>یہ کتنا بڑا یہ، میں تو اس</w:t>
      </w:r>
    </w:p>
    <w:p>
      <w:r>
        <w:rPr>
          <w:b/>
        </w:rPr>
        <w:t xml:space="preserve">[16:02] </w:t>
      </w:r>
      <w:r>
        <w:t>ko apne liye bohat bari discovery samajhta hoon.</w:t>
      </w:r>
    </w:p>
    <w:p>
      <w:pPr>
        <w:jc w:val="right"/>
      </w:pPr>
      <w:r>
        <w:t>کو اپنے لیے بہت بڑی discovery سمجھتا ہوں۔</w:t>
      </w:r>
    </w:p>
    <w:p>
      <w:r>
        <w:rPr>
          <w:b/>
        </w:rPr>
        <w:t xml:space="preserve">[16:07] </w:t>
      </w:r>
      <w:r>
        <w:t>kyunke mein khud is ko janta nahi tha pehle.</w:t>
      </w:r>
    </w:p>
    <w:p>
      <w:pPr>
        <w:jc w:val="right"/>
      </w:pPr>
      <w:r>
        <w:t>کیونکہ میں خود اس کو جانتا نہیں تھا پہلے۔</w:t>
      </w:r>
    </w:p>
    <w:p>
      <w:r>
        <w:rPr>
          <w:b/>
        </w:rPr>
        <w:t xml:space="preserve">[16:12] </w:t>
      </w:r>
      <w:r>
        <w:t>abhi mein ne, mujhe discovery yeh hui hai.</w:t>
      </w:r>
    </w:p>
    <w:p>
      <w:pPr>
        <w:jc w:val="right"/>
      </w:pPr>
      <w:r>
        <w:t>ابھی میں نے، مجھے discovery یہ ہوئی ہے۔</w:t>
      </w:r>
    </w:p>
    <w:p>
      <w:r>
        <w:rPr>
          <w:b/>
        </w:rPr>
        <w:t xml:space="preserve">[16:16] </w:t>
      </w:r>
      <w:r>
        <w:t>mere mind mein yeh sawal tha bohat dinon se ke teen peghambar aise hain quran majeed mein jin</w:t>
      </w:r>
    </w:p>
    <w:p>
      <w:pPr>
        <w:jc w:val="right"/>
      </w:pPr>
      <w:r>
        <w:t>میرے mind میں یہ سوال تھا بہت دنوں سے کہ تین پیغمبر ایسے ہیں قرآن مجید میں جن</w:t>
      </w:r>
    </w:p>
    <w:p>
      <w:r>
        <w:rPr>
          <w:b/>
        </w:rPr>
        <w:t xml:space="preserve">[16:21] </w:t>
      </w:r>
      <w:r>
        <w:t>ka koi da'wati role nahi.</w:t>
      </w:r>
    </w:p>
    <w:p>
      <w:pPr>
        <w:jc w:val="right"/>
      </w:pPr>
      <w:r>
        <w:t>کا کوئی دعوتی role نہیں۔</w:t>
      </w:r>
    </w:p>
    <w:p>
      <w:r>
        <w:rPr>
          <w:b/>
        </w:rPr>
        <w:t xml:space="preserve">[16:26] </w:t>
      </w:r>
      <w:r>
        <w:t>to kya, kya tha un ka? un ka role yeh tha ke da'wat fifty percent hai.</w:t>
      </w:r>
    </w:p>
    <w:p>
      <w:pPr>
        <w:jc w:val="right"/>
      </w:pPr>
      <w:r>
        <w:t>تو کیا، کیا تھا ان کا؟ ان کا role یہ تھا کہ دعوت fifty percent ہے۔</w:t>
      </w:r>
    </w:p>
    <w:p>
      <w:r>
        <w:rPr>
          <w:b/>
        </w:rPr>
        <w:t xml:space="preserve">[16:30] </w:t>
      </w:r>
      <w:r>
        <w:t>aur aadha, doosra jo aadha hai woh, woh, woh sulah hai.</w:t>
      </w:r>
    </w:p>
    <w:p>
      <w:pPr>
        <w:jc w:val="right"/>
      </w:pPr>
      <w:r>
        <w:t>اور آدھا، دوسرا جو آدھا ہے وہ، وہ، وہ صلح ہے۔</w:t>
      </w:r>
    </w:p>
    <w:p>
      <w:r>
        <w:rPr>
          <w:b/>
        </w:rPr>
        <w:t xml:space="preserve">[16:35] </w:t>
      </w:r>
      <w:r>
        <w:t>sulah hai, sabr hai, bardasht hai, adjustment hai.</w:t>
      </w:r>
    </w:p>
    <w:p>
      <w:pPr>
        <w:jc w:val="right"/>
      </w:pPr>
      <w:r>
        <w:t>صلح ہے، صبر ہے، برداشت ہے، adjustment ہے۔</w:t>
      </w:r>
    </w:p>
    <w:p>
      <w:r>
        <w:rPr>
          <w:b/>
        </w:rPr>
        <w:t xml:space="preserve">[16:40] </w:t>
      </w:r>
      <w:r>
        <w:t>to is ki ahmiyat Allah ke nazdeek itni zyada hai, itni zyada hai ke teen peghambar is ke</w:t>
      </w:r>
    </w:p>
    <w:p>
      <w:pPr>
        <w:jc w:val="right"/>
      </w:pPr>
      <w:r>
        <w:t>تو اس کی اہمیت اللہ کے نزدیک اتنی زیادہ ہے، اتنی زیادہ ہے کہ تین پیغمبر اس کے</w:t>
      </w:r>
    </w:p>
    <w:p>
      <w:r>
        <w:rPr>
          <w:b/>
        </w:rPr>
        <w:t xml:space="preserve">[16:45] </w:t>
      </w:r>
      <w:r>
        <w:t>liye bhej diye Allah taala ne.</w:t>
      </w:r>
    </w:p>
    <w:p>
      <w:pPr>
        <w:jc w:val="right"/>
      </w:pPr>
      <w:r>
        <w:t>لیے بھیج دیے اللہ تعالیٰ نے۔</w:t>
      </w:r>
    </w:p>
    <w:p>
      <w:r>
        <w:rPr>
          <w:b/>
        </w:rPr>
        <w:t xml:space="preserve">[16:50] </w:t>
      </w:r>
      <w:r>
        <w:t>aap ghor kijiye.</w:t>
      </w:r>
    </w:p>
    <w:p>
      <w:pPr>
        <w:jc w:val="right"/>
      </w:pPr>
      <w:r>
        <w:t>آپ غور کیجیے۔</w:t>
      </w:r>
    </w:p>
    <w:p>
      <w:r>
        <w:rPr>
          <w:b/>
        </w:rPr>
        <w:t xml:space="preserve">[16:55] </w:t>
      </w:r>
      <w:r>
        <w:t>quran mein jab rasool Allah ko hukum diya gaya da'wat ka to is mein kya hai? ya ayyuha</w:t>
      </w:r>
    </w:p>
    <w:p>
      <w:pPr>
        <w:jc w:val="right"/>
      </w:pPr>
      <w:r>
        <w:t>قرآن میں جب رسول اللہ کو حکم دیا گیا دعوت کا تو اس میں کیا ہے؟ یا ایہا</w:t>
      </w:r>
    </w:p>
    <w:p>
      <w:r>
        <w:rPr>
          <w:b/>
        </w:rPr>
        <w:t xml:space="preserve">[17:00] </w:t>
      </w:r>
      <w:r>
        <w:t>almudathir qum fanzir</w:t>
      </w:r>
    </w:p>
    <w:p>
      <w:pPr>
        <w:jc w:val="right"/>
      </w:pPr>
      <w:r>
        <w:t>المدثر قم فانظر</w:t>
      </w:r>
    </w:p>
    <w:p>
      <w:r>
        <w:rPr>
          <w:b/>
        </w:rPr>
        <w:t xml:space="preserve">[17:05] </w:t>
      </w:r>
      <w:r>
        <w:t>.</w:t>
      </w:r>
    </w:p>
    <w:p>
      <w:pPr>
        <w:jc w:val="right"/>
      </w:pPr>
      <w:r>
        <w:t>۔</w:t>
      </w:r>
    </w:p>
    <w:p>
      <w:r>
        <w:rPr>
          <w:b/>
        </w:rPr>
        <w:t xml:space="preserve">[17:09] </w:t>
      </w:r>
      <w:r>
        <w:t>is mein phir kya hai? walrabbaka fasbir.</w:t>
      </w:r>
    </w:p>
    <w:p>
      <w:pPr>
        <w:jc w:val="right"/>
      </w:pPr>
      <w:r>
        <w:t>اس میں پھر کیا ہے؟ والربک فاصبر۔</w:t>
      </w:r>
    </w:p>
    <w:p>
      <w:r>
        <w:rPr>
          <w:b/>
        </w:rPr>
        <w:t xml:space="preserve">[17:12] </w:t>
      </w:r>
      <w:r>
        <w:t>aur sabr karo.</w:t>
      </w:r>
    </w:p>
    <w:p>
      <w:pPr>
        <w:jc w:val="right"/>
      </w:pPr>
      <w:r>
        <w:t>اور صبر کرو۔</w:t>
      </w:r>
    </w:p>
    <w:p>
      <w:r>
        <w:rPr>
          <w:b/>
        </w:rPr>
        <w:t xml:space="preserve">[17:15] </w:t>
      </w:r>
      <w:r>
        <w:t>yani da'wat karo aur sabr karo.</w:t>
      </w:r>
    </w:p>
    <w:p>
      <w:pPr>
        <w:jc w:val="right"/>
      </w:pPr>
      <w:r>
        <w:t>یعنی دعوت کرو اور صبر کرو۔</w:t>
      </w:r>
    </w:p>
    <w:p>
      <w:r>
        <w:rPr>
          <w:b/>
        </w:rPr>
        <w:t xml:space="preserve">[17:18] </w:t>
      </w:r>
      <w:r>
        <w:t>da'wat karo aur sabr karo.</w:t>
      </w:r>
    </w:p>
    <w:p>
      <w:pPr>
        <w:jc w:val="right"/>
      </w:pPr>
      <w:r>
        <w:t>دعوت کرو اور صبر کرو۔</w:t>
      </w:r>
    </w:p>
    <w:p>
      <w:r>
        <w:rPr>
          <w:b/>
        </w:rPr>
        <w:t xml:space="preserve">[17:21] </w:t>
      </w:r>
      <w:r>
        <w:t>kyunke sabr ke baghair da'wat nahi.</w:t>
      </w:r>
    </w:p>
    <w:p>
      <w:pPr>
        <w:jc w:val="right"/>
      </w:pPr>
      <w:r>
        <w:t>کیونکہ صبر کے بغیر دعوت نہیں۔</w:t>
      </w:r>
    </w:p>
    <w:p>
      <w:r>
        <w:rPr>
          <w:b/>
        </w:rPr>
        <w:t xml:space="preserve">[17:25] </w:t>
      </w:r>
      <w:r>
        <w:t>صبر کا مطلب یہی ہے کہ accept the reality, accept the status quo.</w:t>
      </w:r>
    </w:p>
    <w:p>
      <w:pPr>
        <w:jc w:val="right"/>
      </w:pPr>
      <w:r>
        <w:t>صبر کا مطلب یہی ہے کہ accept the reality، accept the status quo۔</w:t>
      </w:r>
    </w:p>
    <w:p>
      <w:r>
        <w:rPr>
          <w:b/>
        </w:rPr>
        <w:t xml:space="preserve">[17:28] </w:t>
      </w:r>
      <w:r>
        <w:t>yeh hi sabr hai.</w:t>
      </w:r>
    </w:p>
    <w:p>
      <w:pPr>
        <w:jc w:val="right"/>
      </w:pPr>
      <w:r>
        <w:t>یہی صبر ہے۔</w:t>
      </w:r>
    </w:p>
    <w:p>
      <w:r>
        <w:rPr>
          <w:b/>
        </w:rPr>
        <w:t xml:space="preserve">[17:31] </w:t>
      </w:r>
      <w:r>
        <w:t>kisi bhi situation mein ek status quo hota hai.</w:t>
      </w:r>
    </w:p>
    <w:p>
      <w:pPr>
        <w:jc w:val="right"/>
      </w:pPr>
      <w:r>
        <w:t>کسی بھی situation میں ایک status quo ہوتا ہے۔</w:t>
      </w:r>
    </w:p>
    <w:p>
      <w:r>
        <w:rPr>
          <w:b/>
        </w:rPr>
        <w:t xml:space="preserve">[17:34] </w:t>
      </w:r>
      <w:r>
        <w:t>kisi bhi, is ki kisi bhi situation mein hamesha.</w:t>
      </w:r>
    </w:p>
    <w:p>
      <w:pPr>
        <w:jc w:val="right"/>
      </w:pPr>
      <w:r>
        <w:t>کسی بھی، اس کی کسی بھی situation میں ہمیشہ۔</w:t>
      </w:r>
    </w:p>
    <w:p>
      <w:r>
        <w:rPr>
          <w:b/>
        </w:rPr>
        <w:t xml:space="preserve">[17:37] </w:t>
      </w:r>
      <w:r>
        <w:t>to is ko maan lo, takrao mat karo.</w:t>
      </w:r>
    </w:p>
    <w:p>
      <w:pPr>
        <w:jc w:val="right"/>
      </w:pPr>
      <w:r>
        <w:t>تو اس کو مان لو، ٹکراؤ مت کرو۔</w:t>
      </w:r>
    </w:p>
    <w:p>
      <w:r>
        <w:rPr>
          <w:b/>
        </w:rPr>
        <w:t xml:space="preserve">[17:40] </w:t>
      </w:r>
      <w:r>
        <w:t>jaise hazrat yusuf ne jo status quo tha us ko maan liya.</w:t>
      </w:r>
    </w:p>
    <w:p>
      <w:pPr>
        <w:jc w:val="right"/>
      </w:pPr>
      <w:r>
        <w:t>جیسے حضرت یوسف نے جو status quo تھا اس کو مان لیا۔</w:t>
      </w:r>
    </w:p>
    <w:p>
      <w:r>
        <w:rPr>
          <w:b/>
        </w:rPr>
        <w:t xml:space="preserve">[17:43] </w:t>
      </w:r>
      <w:r>
        <w:t>na maante to takrao karte to ladai bhadai hoti.</w:t>
      </w:r>
    </w:p>
    <w:p>
      <w:pPr>
        <w:jc w:val="right"/>
      </w:pPr>
      <w:r>
        <w:t>نہ مانتے تو ٹکراؤ کرتے تو لڑائی بھڑائی ہوتی۔</w:t>
      </w:r>
    </w:p>
    <w:p>
      <w:r>
        <w:rPr>
          <w:b/>
        </w:rPr>
        <w:t xml:space="preserve">[17:46] </w:t>
      </w:r>
      <w:r>
        <w:t>faida kuch nahi tha.</w:t>
      </w:r>
    </w:p>
    <w:p>
      <w:pPr>
        <w:jc w:val="right"/>
      </w:pPr>
      <w:r>
        <w:t>فائدہ کچھ نہیں تھا۔</w:t>
      </w:r>
    </w:p>
    <w:p>
      <w:r>
        <w:rPr>
          <w:b/>
        </w:rPr>
        <w:t xml:space="preserve">[17:49] </w:t>
      </w:r>
      <w:r>
        <w:t>yahi kaam is zamane mein kahin bhi nahi musalmanon ne kiya.</w:t>
      </w:r>
    </w:p>
    <w:p>
      <w:pPr>
        <w:jc w:val="right"/>
      </w:pPr>
      <w:r>
        <w:t>یہی کام اس زمانے میں کہیں بھی نہیں مسلمانوں نے کیا۔</w:t>
      </w:r>
    </w:p>
    <w:p>
      <w:r>
        <w:rPr>
          <w:b/>
        </w:rPr>
        <w:t xml:space="preserve">[17:52] </w:t>
      </w:r>
      <w:r>
        <w:t>har jagah ladai, har jagah takrao.</w:t>
      </w:r>
    </w:p>
    <w:p>
      <w:pPr>
        <w:jc w:val="right"/>
      </w:pPr>
      <w:r>
        <w:t>ہر جگہ لڑائی، ہر جگہ ٹکراؤ۔</w:t>
      </w:r>
    </w:p>
    <w:p>
      <w:r>
        <w:rPr>
          <w:b/>
        </w:rPr>
        <w:t xml:space="preserve">[17:55] </w:t>
      </w:r>
      <w:r>
        <w:t>har jagah jihad.</w:t>
      </w:r>
    </w:p>
    <w:p>
      <w:pPr>
        <w:jc w:val="right"/>
      </w:pPr>
      <w:r>
        <w:t>ہر جگہ جہاد۔</w:t>
      </w:r>
    </w:p>
    <w:p>
      <w:r>
        <w:rPr>
          <w:b/>
        </w:rPr>
        <w:t xml:space="preserve">[17:58] </w:t>
      </w:r>
      <w:r>
        <w:t>jihad applicable nahi tha yahan par.</w:t>
      </w:r>
    </w:p>
    <w:p>
      <w:pPr>
        <w:jc w:val="right"/>
      </w:pPr>
      <w:r>
        <w:t>جہاد applicable نہیں تھا یہاں پر۔</w:t>
      </w:r>
    </w:p>
    <w:p>
      <w:r>
        <w:rPr>
          <w:b/>
        </w:rPr>
        <w:t xml:space="preserve">[18:01] </w:t>
      </w:r>
      <w:r>
        <w:t>yahan par sulah applicable thi.</w:t>
      </w:r>
    </w:p>
    <w:p>
      <w:pPr>
        <w:jc w:val="right"/>
      </w:pPr>
      <w:r>
        <w:t>یہاں پر صلح applicable تھی۔</w:t>
      </w:r>
    </w:p>
    <w:p>
      <w:r>
        <w:rPr>
          <w:b/>
        </w:rPr>
        <w:t xml:space="preserve">[18:04] </w:t>
      </w:r>
      <w:r>
        <w:t>jitni bhi jag</w:t>
      </w:r>
    </w:p>
    <w:p>
      <w:pPr>
        <w:jc w:val="right"/>
      </w:pPr>
      <w:r>
        <w:t>جتنی بھی جگ</w:t>
      </w:r>
    </w:p>
    <w:p>
      <w:r>
        <w:rPr>
          <w:b/>
        </w:rPr>
        <w:t xml:space="preserve">[18:07] </w:t>
      </w:r>
      <w:r>
        <w:t>hain ladai bhadai musalmanon ne jari kar rakhi hai.</w:t>
      </w:r>
    </w:p>
    <w:p>
      <w:pPr>
        <w:jc w:val="right"/>
      </w:pPr>
      <w:r>
        <w:t>ہیں لڑائی بھڑائی مسلمانوں نے جاری کر رکھی ہے۔</w:t>
      </w:r>
    </w:p>
    <w:p>
      <w:r>
        <w:rPr>
          <w:b/>
        </w:rPr>
        <w:t xml:space="preserve">[18:11] </w:t>
      </w:r>
      <w:r>
        <w:t>khud muslim countries mein ladai hai.</w:t>
      </w:r>
    </w:p>
    <w:p>
      <w:pPr>
        <w:jc w:val="right"/>
      </w:pPr>
      <w:r>
        <w:t>خود مسلم countries میں لڑائی ہے۔</w:t>
      </w:r>
    </w:p>
    <w:p>
      <w:r>
        <w:rPr>
          <w:b/>
        </w:rPr>
        <w:t xml:space="preserve">[18:14] </w:t>
      </w:r>
      <w:r>
        <w:t>afghanistan mein, iraq mein, pakistan mein.</w:t>
      </w:r>
    </w:p>
    <w:p>
      <w:pPr>
        <w:jc w:val="right"/>
      </w:pPr>
      <w:r>
        <w:t>افغانستان میں، عراق میں، پاکستان میں۔</w:t>
      </w:r>
    </w:p>
    <w:p>
      <w:r>
        <w:rPr>
          <w:b/>
        </w:rPr>
        <w:t xml:space="preserve">[18:17] </w:t>
      </w:r>
      <w:r>
        <w:t>har jagah ladai.</w:t>
      </w:r>
    </w:p>
    <w:p>
      <w:pPr>
        <w:jc w:val="right"/>
      </w:pPr>
      <w:r>
        <w:t>ہر جگہ لڑائی۔</w:t>
      </w:r>
    </w:p>
    <w:p>
      <w:r>
        <w:rPr>
          <w:b/>
        </w:rPr>
        <w:t xml:space="preserve">[18:21] </w:t>
      </w:r>
      <w:r>
        <w:t>dusre mulkon mein bhi ladai.</w:t>
      </w:r>
    </w:p>
    <w:p>
      <w:pPr>
        <w:jc w:val="right"/>
      </w:pPr>
      <w:r>
        <w:t>دوسرے ملکوں میں بھی لڑائی۔</w:t>
      </w:r>
    </w:p>
    <w:p>
      <w:r>
        <w:rPr>
          <w:b/>
        </w:rPr>
        <w:t xml:space="preserve">[18:24] </w:t>
      </w:r>
      <w:r>
        <w:t>har jagah jo formula applicable tha woh tha sulah ka formula.</w:t>
      </w:r>
    </w:p>
    <w:p>
      <w:pPr>
        <w:jc w:val="right"/>
      </w:pPr>
      <w:r>
        <w:t>ہر جگہ جو فارمولا applicable تھا وہ تھا صلح کا فارمولا۔</w:t>
      </w:r>
    </w:p>
    <w:p>
      <w:r>
        <w:rPr>
          <w:b/>
        </w:rPr>
        <w:t xml:space="preserve">[18:27] </w:t>
      </w:r>
      <w:r>
        <w:t>takrao ka formula nahi.</w:t>
      </w:r>
    </w:p>
    <w:p>
      <w:pPr>
        <w:jc w:val="right"/>
      </w:pPr>
      <w:r>
        <w:t>ٹکراؤ کا فارمولا نہیں۔</w:t>
      </w:r>
    </w:p>
    <w:p>
      <w:r>
        <w:rPr>
          <w:b/>
        </w:rPr>
        <w:t xml:space="preserve">[18:31] </w:t>
      </w:r>
      <w:r>
        <w:t>to takrao ko jihad keh kar ke us ko glorify karte hain aur lad mar rahe hain, suicide</w:t>
      </w:r>
    </w:p>
    <w:p>
      <w:pPr>
        <w:jc w:val="right"/>
      </w:pPr>
      <w:r>
        <w:t>تو ٹکراؤ کو جہاد کہہ کر کے اس کو glorify کرتے ہیں اور لڑ مر رہے ہیں، suicide</w:t>
      </w:r>
    </w:p>
    <w:p>
      <w:r>
        <w:rPr>
          <w:b/>
        </w:rPr>
        <w:t xml:space="preserve">[18:34] </w:t>
      </w:r>
      <w:r>
        <w:t>bombing kar rahe</w:t>
      </w:r>
    </w:p>
    <w:p>
      <w:pPr>
        <w:jc w:val="right"/>
      </w:pPr>
      <w:r>
        <w:t>bombing کر رہے</w:t>
      </w:r>
    </w:p>
    <w:p>
      <w:r>
        <w:rPr>
          <w:b/>
        </w:rPr>
        <w:t xml:space="preserve">[18:37] </w:t>
      </w:r>
      <w:r>
        <w:t>hain.</w:t>
      </w:r>
    </w:p>
    <w:p>
      <w:pPr>
        <w:jc w:val="right"/>
      </w:pPr>
      <w:r>
        <w:t>ہیں۔</w:t>
      </w:r>
    </w:p>
    <w:p>
      <w:r>
        <w:rPr>
          <w:b/>
        </w:rPr>
        <w:t xml:space="preserve">[18:42] </w:t>
      </w:r>
      <w:r>
        <w:t>to ek hai dawat, ek hai sulah.</w:t>
      </w:r>
    </w:p>
    <w:p>
      <w:pPr>
        <w:jc w:val="right"/>
      </w:pPr>
      <w:r>
        <w:t>تو ایک ہے دعوت، ایک ہے صلح۔</w:t>
      </w:r>
    </w:p>
    <w:p>
      <w:r>
        <w:rPr>
          <w:b/>
        </w:rPr>
        <w:t xml:space="preserve">[18:46] </w:t>
      </w:r>
      <w:r>
        <w:t>to sulah fifty percent hai.</w:t>
      </w:r>
    </w:p>
    <w:p>
      <w:pPr>
        <w:jc w:val="right"/>
      </w:pPr>
      <w:r>
        <w:t>تو صلح fifty percent ہے۔</w:t>
      </w:r>
    </w:p>
    <w:p>
      <w:r>
        <w:rPr>
          <w:b/>
        </w:rPr>
        <w:t xml:space="preserve">[18:50] </w:t>
      </w:r>
      <w:r>
        <w:t>sulah nahi to dawat bhi nahi.</w:t>
      </w:r>
    </w:p>
    <w:p>
      <w:pPr>
        <w:jc w:val="right"/>
      </w:pPr>
      <w:r>
        <w:t>صلح نہیں تو دعوت بھی نہیں۔</w:t>
      </w:r>
    </w:p>
    <w:p>
      <w:r>
        <w:rPr>
          <w:b/>
        </w:rPr>
        <w:t xml:space="preserve">[18:55] </w:t>
      </w:r>
      <w:r>
        <w:t>agar sulah par razi na ho aap to kya hoga? non mercy khatam ho jayegi.</w:t>
      </w:r>
    </w:p>
    <w:p>
      <w:pPr>
        <w:jc w:val="right"/>
      </w:pPr>
      <w:r>
        <w:t>اگر صلح پر راضی نہ ہو آپ تو کیا ہوگا؟ non mercy ختم ہو جائے گی۔</w:t>
      </w:r>
    </w:p>
    <w:p>
      <w:r>
        <w:rPr>
          <w:b/>
        </w:rPr>
        <w:t xml:space="preserve">[18:59] </w:t>
      </w:r>
      <w:r>
        <w:t>e'tedaal khatam ho jayega.</w:t>
      </w:r>
    </w:p>
    <w:p>
      <w:pPr>
        <w:jc w:val="right"/>
      </w:pPr>
      <w:r>
        <w:t>اعتدال ختم ہو جائے گا۔</w:t>
      </w:r>
    </w:p>
    <w:p>
      <w:r>
        <w:rPr>
          <w:b/>
        </w:rPr>
        <w:t xml:space="preserve">[19:03] </w:t>
      </w:r>
      <w:r>
        <w:t>dayein bayein ke darmiyan ana</w:t>
      </w:r>
    </w:p>
    <w:p>
      <w:pPr>
        <w:jc w:val="right"/>
      </w:pPr>
      <w:r>
        <w:t>دائیں بائیں کے درمیان انا</w:t>
      </w:r>
    </w:p>
    <w:p>
      <w:r>
        <w:rPr>
          <w:b/>
        </w:rPr>
        <w:t xml:space="preserve">[19:07] </w:t>
      </w:r>
      <w:r>
        <w:t>thr jhagre khare ho jayenge.</w:t>
      </w:r>
    </w:p>
    <w:p>
      <w:pPr>
        <w:jc w:val="right"/>
      </w:pPr>
      <w:r>
        <w:t>ثر جھگڑے کھڑے ہو جائیں گے۔</w:t>
      </w:r>
    </w:p>
    <w:p>
      <w:r>
        <w:rPr>
          <w:b/>
        </w:rPr>
        <w:t xml:space="preserve">[19:13] </w:t>
      </w:r>
      <w:r>
        <w:t>phir kya hoga? Hate. violence. takrao. larai.</w:t>
      </w:r>
    </w:p>
    <w:p>
      <w:pPr>
        <w:jc w:val="right"/>
      </w:pPr>
      <w:r>
        <w:t>پھر کیا ہوگا؟ Hate۔ violence۔ ٹکراؤ۔ لڑائی۔</w:t>
      </w:r>
    </w:p>
    <w:p>
      <w:r>
        <w:rPr>
          <w:b/>
        </w:rPr>
        <w:t xml:space="preserve">[19:18] </w:t>
      </w:r>
      <w:r>
        <w:t>subah sham jhagad jhagad.</w:t>
      </w:r>
    </w:p>
    <w:p>
      <w:pPr>
        <w:jc w:val="right"/>
      </w:pPr>
      <w:r>
        <w:t>صبح شام جھگڑ جھگڑ۔</w:t>
      </w:r>
    </w:p>
    <w:p>
      <w:r>
        <w:rPr>
          <w:b/>
        </w:rPr>
        <w:t xml:space="preserve">[19:23] </w:t>
      </w:r>
      <w:r>
        <w:t>to aap kaam kya karenge? to yeh, yeh super formula hai.</w:t>
      </w:r>
    </w:p>
    <w:p>
      <w:pPr>
        <w:jc w:val="right"/>
      </w:pPr>
      <w:r>
        <w:t>تو آپ کام کیا کریں گے؟ تو یہ، یہ super فارمولا ہے۔</w:t>
      </w:r>
    </w:p>
    <w:p>
      <w:r>
        <w:rPr>
          <w:b/>
        </w:rPr>
        <w:t xml:space="preserve">[19:29] </w:t>
      </w:r>
      <w:r>
        <w:t>chahe ghar ki baat ho, society ki baat ho, nation ki baat ho, international politics har jagah.</w:t>
      </w:r>
    </w:p>
    <w:p>
      <w:pPr>
        <w:jc w:val="right"/>
      </w:pPr>
      <w:r>
        <w:t>چاہے گھر کی بات ہو، society کی بات ہو، nation کی بات ہو، international politics ہر جگہ۔</w:t>
      </w:r>
    </w:p>
    <w:p>
      <w:r>
        <w:rPr>
          <w:b/>
        </w:rPr>
        <w:t xml:space="preserve">[19:34] </w:t>
      </w:r>
      <w:r>
        <w:t>sulh jo hai super formula hai.</w:t>
      </w:r>
    </w:p>
    <w:p>
      <w:pPr>
        <w:jc w:val="right"/>
      </w:pPr>
      <w:r>
        <w:t>صلح جو ہے super فارمولا ہے۔</w:t>
      </w:r>
    </w:p>
    <w:p>
      <w:r>
        <w:rPr>
          <w:b/>
        </w:rPr>
        <w:t xml:space="preserve">[19:39] </w:t>
      </w:r>
      <w:r>
        <w:t>pehle aap sulh karo, tab tum ko starting point mil jayega, iske baad kaam karo.</w:t>
      </w:r>
    </w:p>
    <w:p>
      <w:pPr>
        <w:jc w:val="right"/>
      </w:pPr>
      <w:r>
        <w:t>پہلے آپ صلح کرو، تب تم کو starting point مل جائے گا، اس کے بعد کام کرو۔</w:t>
      </w:r>
    </w:p>
    <w:p>
      <w:r>
        <w:rPr>
          <w:b/>
        </w:rPr>
        <w:t xml:space="preserve">[19:50] </w:t>
      </w:r>
      <w:r>
        <w:t>to main samajhta hoon ke is zamane mein musalmanon mein sab se bari cheez jo kho di hai</w:t>
      </w:r>
    </w:p>
    <w:p>
      <w:pPr>
        <w:jc w:val="right"/>
      </w:pPr>
      <w:r>
        <w:t>تو میں سمجھتا ہوں کہ اس زمانے میں مسلمانوں میں سب سے بڑی چیز جو کھو دی ہے</w:t>
      </w:r>
    </w:p>
    <w:p>
      <w:r>
        <w:rPr>
          <w:b/>
        </w:rPr>
        <w:t xml:space="preserve">[20:00] </w:t>
      </w:r>
      <w:r>
        <w:t>wo concept of sulh hai. sulh ka</w:t>
      </w:r>
    </w:p>
    <w:p>
      <w:pPr>
        <w:jc w:val="right"/>
      </w:pPr>
      <w:r>
        <w:t>وہ concept of صلح ہے۔ صلح کا</w:t>
      </w:r>
    </w:p>
    <w:p>
      <w:r>
        <w:rPr>
          <w:b/>
        </w:rPr>
        <w:t xml:space="preserve">[20:10] </w:t>
      </w:r>
      <w:r>
        <w:t>, ka jo tasawwur hai is se bekhabar ho gaye hain.</w:t>
      </w:r>
    </w:p>
    <w:p>
      <w:pPr>
        <w:jc w:val="right"/>
      </w:pPr>
      <w:r>
        <w:t>، کا جو تصور ہے اس سے بے خبر ہو گئے ہیں۔</w:t>
      </w:r>
    </w:p>
    <w:p>
      <w:r>
        <w:rPr>
          <w:b/>
        </w:rPr>
        <w:t xml:space="preserve">[20:15] </w:t>
      </w:r>
      <w:r>
        <w:t>quran majeed mein dekhiye ek ayat hai ke فَمَا اسْتَقَامُوا لَكُمْ فَاسْتَقِيمُوا لَهُمْ.</w:t>
      </w:r>
    </w:p>
    <w:p>
      <w:pPr>
        <w:jc w:val="right"/>
      </w:pPr>
      <w:r>
        <w:t>قرآن مجید میں دیکھیے ایک آیت ہے کہ فَمَا اسْتَقَامُوا لَكُمْ فَاسْتَقِيمُوا لَهُمْ۔</w:t>
      </w:r>
    </w:p>
    <w:p>
      <w:r>
        <w:rPr>
          <w:b/>
        </w:rPr>
        <w:t xml:space="preserve">[20:20] </w:t>
      </w:r>
      <w:r>
        <w:t>wo tum se theek rahen tum bhi theek raho.</w:t>
      </w:r>
    </w:p>
    <w:p>
      <w:pPr>
        <w:jc w:val="right"/>
      </w:pPr>
      <w:r>
        <w:t>وہ تم سے ٹھیک رہیں تم بھی ٹھیک رہو۔</w:t>
      </w:r>
    </w:p>
    <w:p>
      <w:r>
        <w:rPr>
          <w:b/>
        </w:rPr>
        <w:t xml:space="preserve">[20:25] </w:t>
      </w:r>
      <w:r>
        <w:t>to is ko log samajhte hain sirf quraish se mutalliq kar diya hai.</w:t>
      </w:r>
    </w:p>
    <w:p>
      <w:pPr>
        <w:jc w:val="right"/>
      </w:pPr>
      <w:r>
        <w:t>تو اس کو لوگ سمجھتے ہیں صرف قریش سے متعلق کر دیا ہے۔</w:t>
      </w:r>
    </w:p>
    <w:p>
      <w:r>
        <w:rPr>
          <w:b/>
        </w:rPr>
        <w:t xml:space="preserve">[20:30] </w:t>
      </w:r>
      <w:r>
        <w:t>aap tafsiron mein parhiye to sirf quraish yani wo is zamane ke aitbar se yeh ayat hai.</w:t>
      </w:r>
    </w:p>
    <w:p>
      <w:pPr>
        <w:jc w:val="right"/>
      </w:pPr>
      <w:r>
        <w:t>آپ تفسیروں میں پڑھیے تو صرف قریش یعنی وہ اس زمانے کے اعتبار سے یہ آیت ہے۔</w:t>
      </w:r>
    </w:p>
    <w:p>
      <w:r>
        <w:rPr>
          <w:b/>
        </w:rPr>
        <w:t xml:space="preserve">[20:36] </w:t>
      </w:r>
      <w:r>
        <w:t>lekin ek usool hai, ek principle is ke andar hai</w:t>
      </w:r>
    </w:p>
    <w:p>
      <w:pPr>
        <w:jc w:val="right"/>
      </w:pPr>
      <w:r>
        <w:t>لیکن ایک اصول ہے، ایک principle اس کے اندر ہے</w:t>
      </w:r>
    </w:p>
    <w:p>
      <w:r>
        <w:rPr>
          <w:b/>
        </w:rPr>
        <w:t xml:space="preserve">[20:41] </w:t>
      </w:r>
      <w:r>
        <w:t>ke fareeq-e-sani agar koi problem create nahi karta hai to tum bhi problem create karo.</w:t>
      </w:r>
    </w:p>
    <w:p>
      <w:pPr>
        <w:jc w:val="right"/>
      </w:pPr>
      <w:r>
        <w:t>کہ فریق ثانی اگر کوئی problem create نہیں کرتا ہے تو تم بھی problem create کرو۔</w:t>
      </w:r>
    </w:p>
    <w:p>
      <w:r>
        <w:rPr>
          <w:b/>
        </w:rPr>
        <w:t xml:space="preserve">[20:48] </w:t>
      </w:r>
      <w:r>
        <w:t>accept kar lo us ko.</w:t>
      </w:r>
    </w:p>
    <w:p>
      <w:pPr>
        <w:jc w:val="right"/>
      </w:pPr>
      <w:r>
        <w:t>accept کر لو اس کو۔</w:t>
      </w:r>
    </w:p>
    <w:p>
      <w:r>
        <w:rPr>
          <w:b/>
        </w:rPr>
        <w:t xml:space="preserve">[20:56] </w:t>
      </w:r>
      <w:r>
        <w:t>to ab yeh jo usool hai is zamane mein universally yeh qaim ho gaya hai.</w:t>
      </w:r>
    </w:p>
    <w:p>
      <w:pPr>
        <w:jc w:val="right"/>
      </w:pPr>
      <w:r>
        <w:t>تو اب یہ جو اصول ہے اس زمانے میں universally یہ قائم ہو گیا ہے۔</w:t>
      </w:r>
    </w:p>
    <w:p>
      <w:r>
        <w:rPr>
          <w:b/>
        </w:rPr>
        <w:t xml:space="preserve">[21:03] </w:t>
      </w:r>
      <w:r>
        <w:t>kyun ke aaj dekhiye dunya mein secularism hai, democracy hai, mazhabi azadi hai, azadana</w:t>
      </w:r>
    </w:p>
    <w:p>
      <w:pPr>
        <w:jc w:val="right"/>
      </w:pPr>
      <w:r>
        <w:t>کیونکہ آج دیکھیے دنیا میں سیکولرزم ہے، democracy ہے، مذہبی آزادی ہے، آزادانہ</w:t>
      </w:r>
    </w:p>
    <w:p>
      <w:r>
        <w:rPr>
          <w:b/>
        </w:rPr>
        <w:t xml:space="preserve">[21:11] </w:t>
      </w:r>
      <w:r>
        <w:t>interaction hai.</w:t>
      </w:r>
    </w:p>
    <w:p>
      <w:pPr>
        <w:jc w:val="right"/>
      </w:pPr>
      <w:r>
        <w:t>interaction ہے۔</w:t>
      </w:r>
    </w:p>
    <w:p>
      <w:r>
        <w:rPr>
          <w:b/>
        </w:rPr>
        <w:t xml:space="preserve">[21:15] </w:t>
      </w:r>
      <w:r>
        <w:t>aap yeh media hai jis jahan chahen wahan par apne kaam ko pahunchaiye.</w:t>
      </w:r>
    </w:p>
    <w:p>
      <w:pPr>
        <w:jc w:val="right"/>
      </w:pPr>
      <w:r>
        <w:t>آپ یہ میڈیا ہے جس جہاں چاہیں وہاں پر اپنے کام کو پہنچائیے۔</w:t>
      </w:r>
    </w:p>
    <w:p>
      <w:r>
        <w:rPr>
          <w:b/>
        </w:rPr>
        <w:t xml:space="preserve">[21:19] </w:t>
      </w:r>
      <w:r>
        <w:t>kitaben chhap kar jahan chahen le jaiye.</w:t>
      </w:r>
    </w:p>
    <w:p>
      <w:pPr>
        <w:jc w:val="right"/>
      </w:pPr>
      <w:r>
        <w:t>کتابیں چھاپ کر جہاں چاہیں لے جائیے۔</w:t>
      </w:r>
    </w:p>
    <w:p>
      <w:r>
        <w:rPr>
          <w:b/>
        </w:rPr>
        <w:t xml:space="preserve">[21:24] </w:t>
      </w:r>
      <w:r>
        <w:t>jahan chahen safar kijiye.</w:t>
      </w:r>
    </w:p>
    <w:p>
      <w:pPr>
        <w:jc w:val="right"/>
      </w:pPr>
      <w:r>
        <w:t>جہاں چاہیں سفر کیجیے۔</w:t>
      </w:r>
    </w:p>
    <w:p>
      <w:r>
        <w:rPr>
          <w:b/>
        </w:rPr>
        <w:t xml:space="preserve">[21:28] </w:t>
      </w:r>
      <w:r>
        <w:t>is zamane mein yaad rakhiye ek hi cheez hai jo illegal hai.</w:t>
      </w:r>
    </w:p>
    <w:p>
      <w:pPr>
        <w:jc w:val="right"/>
      </w:pPr>
      <w:r>
        <w:t>اس زمانے میں یاد رکھیے ایک ہی چیز ہے جو illegal ہے۔</w:t>
      </w:r>
    </w:p>
    <w:p>
      <w:r>
        <w:rPr>
          <w:b/>
        </w:rPr>
        <w:t xml:space="preserve">[21:32] </w:t>
      </w:r>
      <w:r>
        <w:t>wo hai tashaddud, violence.</w:t>
      </w:r>
    </w:p>
    <w:p>
      <w:pPr>
        <w:jc w:val="right"/>
      </w:pPr>
      <w:r>
        <w:t>وہ ہے تشدد، violence۔</w:t>
      </w:r>
    </w:p>
    <w:p>
      <w:r>
        <w:rPr>
          <w:b/>
        </w:rPr>
        <w:t xml:space="preserve">[21:37] </w:t>
      </w:r>
      <w:r>
        <w:t>agar aap violence nah karen to koi bhi pabandi nahin</w:t>
      </w:r>
    </w:p>
    <w:p>
      <w:pPr>
        <w:jc w:val="right"/>
      </w:pPr>
      <w:r>
        <w:t>اگر آپ violence نہ کریں تو کوئی بھی پابندی نہیں</w:t>
      </w:r>
    </w:p>
    <w:p>
      <w:r>
        <w:rPr>
          <w:b/>
        </w:rPr>
        <w:t xml:space="preserve">[21:41] </w:t>
      </w:r>
      <w:r>
        <w:t>aap ke upar hai. Aap mazhab paband, mazhab par amal kijiye, mazhab ki ko phailaiye, daawti kaam kijiye. Koi bhi education, industry, business, agriculture, horticulture, kuch jo chahen kijiye. Aik hi condition hai ke aap kisi ke liye harmful na banen. To famastqamu lakum fastaqimu lahum jo aa</w:t>
      </w:r>
    </w:p>
    <w:p>
      <w:pPr>
        <w:jc w:val="right"/>
      </w:pPr>
      <w:r>
        <w:t>آپ کے اوپر ہے۔ آپ مذہب پابند، مذہب پر عمل کیجیے، مذہب کی کو پھیلائیے، دعوتی کام کیجیے۔ کوئی بھی education، industry، business، agriculture، horticulture، کچھ جو چاہیں کیجیے۔ ایک ہی condition ہے کہ آپ کسی کے لیے harmful نہ بنیں۔ تو فَمَا اسْتَقَامُوا لَكُمْ فَاسْتَقِيمُوا لَهُمْ جو آ</w:t>
      </w:r>
    </w:p>
    <w:p>
      <w:r>
        <w:rPr>
          <w:b/>
        </w:rPr>
        <w:t xml:space="preserve">[22:11] </w:t>
      </w:r>
      <w:r>
        <w:t>yat hai Quran majeed mein. Is zamane mein universally yeh qaim ho gayi hai. To ab ladai kis liye? Aap ghor kijiye ladai kis liye? Jab wahan Allah taala ne farmaya tha ke agar Quraish theek thaak rahen to tum bhi theek thaak raho. Matlab tum se ladai na chheden, tum se takrao na karen, tumhari koi problem na bane, tumhar</w:t>
      </w:r>
    </w:p>
    <w:p>
      <w:pPr>
        <w:jc w:val="right"/>
      </w:pPr>
      <w:r>
        <w:t>یت ہے قرآن مجید میں۔ اس زمانے میں universally یہ قائم ہو گئی ہے۔ تو اب لڑائی کس لیے؟ آپ غور کیجیے لڑائی کس لیے؟ جب وہاں اللہ تعالیٰ نے فرمایا تھا کہ اگر قریش ٹھیک ٹھاک رہیں تو تم بھی ٹھیک ٹھاک رہو۔ مطلب تم سے لڑائی نہ چھیڑیں، تم سے ٹکراؤ نہ کریں، تمہاری کوئی problem نہ بنے، تمہار</w:t>
      </w:r>
    </w:p>
    <w:p>
      <w:r>
        <w:rPr>
          <w:b/>
        </w:rPr>
        <w:t xml:space="preserve">[22:41] </w:t>
      </w:r>
      <w:r>
        <w:t>rasta nah roken to bas theek hai.</w:t>
      </w:r>
    </w:p>
    <w:p>
      <w:pPr>
        <w:jc w:val="right"/>
      </w:pPr>
      <w:r>
        <w:t>ا راستہ نہ روکیں تو بس ٹھیک ہے۔</w:t>
      </w:r>
    </w:p>
    <w:p>
      <w:r>
        <w:rPr>
          <w:b/>
        </w:rPr>
        <w:t xml:space="preserve">[22:46] </w:t>
      </w:r>
      <w:r>
        <w:t>un ko chhod do, aap apna kaam karo tum apna.</w:t>
      </w:r>
    </w:p>
    <w:p>
      <w:pPr>
        <w:jc w:val="right"/>
      </w:pPr>
      <w:r>
        <w:t>ان کو چھوڑ دو، آپ اپنا کام کرو تم اپنا۔</w:t>
      </w:r>
    </w:p>
    <w:p>
      <w:r>
        <w:rPr>
          <w:b/>
        </w:rPr>
        <w:t xml:space="preserve">[22:51] </w:t>
      </w:r>
      <w:r>
        <w:t>to is zamane mein to yeh maqsad universal level par hasil ho gaya hai.</w:t>
      </w:r>
    </w:p>
    <w:p>
      <w:pPr>
        <w:jc w:val="right"/>
      </w:pPr>
      <w:r>
        <w:t>تو اس زمانے میں تو یہ مقصد universal level پر حاصل ہو گیا ہے۔</w:t>
      </w:r>
    </w:p>
    <w:p>
      <w:r>
        <w:rPr>
          <w:b/>
        </w:rPr>
        <w:t xml:space="preserve">[22:56] </w:t>
      </w:r>
      <w:r>
        <w:t>Global level par hasil ho gaya hai is zamane mein.</w:t>
      </w:r>
    </w:p>
    <w:p>
      <w:pPr>
        <w:jc w:val="right"/>
      </w:pPr>
      <w:r>
        <w:t>Global level پر حاصل ہو گیا ہے اس زمانے میں۔</w:t>
      </w:r>
    </w:p>
    <w:p>
      <w:r>
        <w:rPr>
          <w:b/>
        </w:rPr>
        <w:t xml:space="preserve">[23:01] </w:t>
      </w:r>
      <w:r>
        <w:t>koi takrao hi nahin, koi rukawat hi nahin hai is zamane mein.</w:t>
      </w:r>
    </w:p>
    <w:p>
      <w:pPr>
        <w:jc w:val="right"/>
      </w:pPr>
      <w:r>
        <w:t>کوئی ٹکراؤ ہی نہیں، کوئی رکاوٹ ہی نہیں ہے اس زمانے میں۔</w:t>
      </w:r>
    </w:p>
    <w:p>
      <w:r>
        <w:rPr>
          <w:b/>
        </w:rPr>
        <w:t xml:space="preserve">[23:06] </w:t>
      </w:r>
      <w:r>
        <w:t>agar aap violence nah karen, tashaddud nah karen, hinsa nah karen to koi rasta rokne wala nahin hai aap ko</w:t>
      </w:r>
    </w:p>
    <w:p>
      <w:pPr>
        <w:jc w:val="right"/>
      </w:pPr>
      <w:r>
        <w:t>اگر آپ violence نہ کریں، تشدد نہ کریں، ہنسا نہ کریں تو کوئی راستہ روکنے والا نہیں ہے آپ کو</w:t>
      </w:r>
    </w:p>
    <w:p>
      <w:r>
        <w:rPr>
          <w:b/>
        </w:rPr>
        <w:t xml:space="preserve">[23:11] </w:t>
      </w:r>
      <w:r>
        <w:t>East se West tak, North se South tak jahan chahen jaiye, jo chahen kaam kijiye. To famastqamu lakum fastaqimu lahum yeh aayat jo hai aaj yeh global level par yeh qaim ho gayi hai. To phir ladai kis liye? Jahan jahan musalman ladai chhede hue hain, maslan Kashmir hai, Palestine hai, Bosnia, Chechnya, Xinjiang</w:t>
      </w:r>
    </w:p>
    <w:p>
      <w:pPr>
        <w:jc w:val="right"/>
      </w:pPr>
      <w:r>
        <w:t>۔ East سے West تک، North سے South تک جہاں چاہیں جائیے، جو چاہیں کام کیجیے۔ تو فَمَا اسْتَقَامُوا لَكُمْ فَاسْتَقِيمُوا لَهُمْ یہ آیت جو ہے آج یہ global level پر یہ قائم ہو گئی ہے۔ تو پھر لڑائی کس لیے؟ جہاں جہاں مسلمان لڑائی چھیڑے ہوئے ہیں، مثلاً کشمیر ہے، فلسطین ہے، بوسنیا، چیچنیا، سنکیانگ</w:t>
      </w:r>
    </w:p>
    <w:p>
      <w:r>
        <w:rPr>
          <w:b/>
        </w:rPr>
        <w:t xml:space="preserve">[23:41] </w:t>
      </w:r>
      <w:r>
        <w:t>, Burma, filpain, jahan jahan bhi.</w:t>
      </w:r>
    </w:p>
    <w:p>
      <w:pPr>
        <w:jc w:val="right"/>
      </w:pPr>
      <w:r>
        <w:t>، برما، فلپائن، جہاں جہاں بھی۔</w:t>
      </w:r>
    </w:p>
    <w:p>
      <w:r>
        <w:rPr>
          <w:b/>
        </w:rPr>
        <w:t xml:space="preserve">[23:47] </w:t>
      </w:r>
      <w:r>
        <w:t>America ne dushmani dushman bana rakha hai wahan bhi.</w:t>
      </w:r>
    </w:p>
    <w:p>
      <w:pPr>
        <w:jc w:val="right"/>
      </w:pPr>
      <w:r>
        <w:t>امریکہ نے دشمنی دشمن بنا رکھا ہے وہاں بھی۔</w:t>
      </w:r>
    </w:p>
    <w:p>
      <w:r>
        <w:rPr>
          <w:b/>
        </w:rPr>
        <w:t xml:space="preserve">[23:53] </w:t>
      </w:r>
      <w:r>
        <w:t>to har jagah, har jagah, har jagah aaya hai jo chahen kaam kijiye.</w:t>
      </w:r>
    </w:p>
    <w:p>
      <w:pPr>
        <w:jc w:val="right"/>
      </w:pPr>
      <w:r>
        <w:t>تو ہر جگہ، ہر جگہ، ہر جگہ آیا ہے جو چاہیں کام کیجیے۔</w:t>
      </w:r>
    </w:p>
    <w:p>
      <w:r>
        <w:rPr>
          <w:b/>
        </w:rPr>
        <w:t xml:space="preserve">[23:59] </w:t>
      </w:r>
      <w:r>
        <w:t>dawati kaam to super kaam hai, aap jahan chahen wahan kijiye, koi rukawat nahin hai.</w:t>
      </w:r>
    </w:p>
    <w:p>
      <w:pPr>
        <w:jc w:val="right"/>
      </w:pPr>
      <w:r>
        <w:t>دعوتی کام تو super کام ہے، آپ جہاں چاہیں وہاں کیجیے، کوئی رکاوٹ نہیں ہے۔</w:t>
      </w:r>
    </w:p>
    <w:p>
      <w:r>
        <w:rPr>
          <w:b/>
        </w:rPr>
        <w:t xml:space="preserve">[24:05] </w:t>
      </w:r>
      <w:r>
        <w:t>to yeh ayat jo hai fama istaqamu lakum fastaqimu lahum yeh jo hai aaj aik da</w:t>
      </w:r>
    </w:p>
    <w:p>
      <w:pPr>
        <w:jc w:val="right"/>
      </w:pPr>
      <w:r>
        <w:t>تو یہ آیت جو ہے فَمَا اسْتَقَامُوا لَكُمْ فَاسْتَقِيمُوا لَهُمْ یہ جو ہے آج ایک د</w:t>
      </w:r>
    </w:p>
    <w:p>
      <w:r>
        <w:rPr>
          <w:b/>
        </w:rPr>
        <w:t xml:space="preserve">[24:11] </w:t>
      </w:r>
      <w:r>
        <w:t>am yani universal level par hasil ho gayi hai. To aap to talwar tod kar phenk dijiye. Gun jo hai use samandar mein daal dijiye. Bomb jo hai use zameen mein dafan kar dijiye. Aur hate bhi khatam kar dijiye. Aap to khoob daawti kaam kijiye, taameeri kaam kijiye, education ka kaam kijiye. Kyun? Nahi aisa ho raha ke bekhabar hain. Yeh jo baat maine kahi ke</w:t>
      </w:r>
    </w:p>
    <w:p>
      <w:pPr>
        <w:jc w:val="right"/>
      </w:pPr>
      <w:r>
        <w:t>م یعنی universal level پر حاصل ہو گئی ہے۔ تو آپ تو تلوار توڑ کر پھینک دیجیے۔ گن جو ہے اسے سمندر میں ڈال دیجیے۔ بم جو ہے اسے زمین میں دفن کر دیجیے۔ اور hate بھی ختم کر دیجیے۔ آپ تو خوب دعوتی کام کیجیے، تعمیری کام کیجیے، education کا کام کیجیے۔ کیوں؟ نہیں ایسا ہو رہا کہ بے خبر ہیں۔ یہ جو بات میں نے کہی کہ</w:t>
      </w:r>
    </w:p>
    <w:p>
      <w:r>
        <w:rPr>
          <w:b/>
        </w:rPr>
        <w:t xml:space="preserve">[24:41] </w:t>
      </w:r>
      <w:r>
        <w:t>teen paighambar Allah taala ne bheje isi liye ke kisi kitab mein likha hua nahin hai.</w:t>
      </w:r>
    </w:p>
    <w:p>
      <w:pPr>
        <w:jc w:val="right"/>
      </w:pPr>
      <w:r>
        <w:t>تین پیغمبر اللہ تعالیٰ نے بھیجے اسی لیے کہ کسی کتاب میں لکھا ہوا نہیں ہے۔</w:t>
      </w:r>
    </w:p>
    <w:p>
      <w:r>
        <w:rPr>
          <w:b/>
        </w:rPr>
        <w:t xml:space="preserve">[24:47] </w:t>
      </w:r>
      <w:r>
        <w:t>lekin aik waqia hai ke in paighambaron ke zariye Allah taala ko kya batana tha? aap ghor kijiye.</w:t>
      </w:r>
    </w:p>
    <w:p>
      <w:pPr>
        <w:jc w:val="right"/>
      </w:pPr>
      <w:r>
        <w:t>لیکن ایک واقعہ ہے کہ ان پیغمبروں کے ذریعے اللہ تعالیٰ کو کیا بتانا تھا؟ آپ غور کیجیے۔</w:t>
      </w:r>
    </w:p>
    <w:p>
      <w:r>
        <w:rPr>
          <w:b/>
        </w:rPr>
        <w:t xml:space="preserve">[24:53] </w:t>
      </w:r>
      <w:r>
        <w:t>yeh jo paighambar aaye teen, un ke zariye Allah taala ko duniya ko kya batana tha? un ka</w:t>
      </w:r>
    </w:p>
    <w:p>
      <w:pPr>
        <w:jc w:val="right"/>
      </w:pPr>
      <w:r>
        <w:t>یہ جو پیغمبر آئے تین، ان کے ذریعے اللہ تعالیٰ کو دنیا کو کیا بتانا تھا؟ ان کا</w:t>
      </w:r>
    </w:p>
    <w:p>
      <w:r>
        <w:rPr>
          <w:b/>
        </w:rPr>
        <w:t xml:space="preserve">[25:00] </w:t>
      </w:r>
      <w:r>
        <w:t>koi dawati role to bataya nahin gaya Quran majeed mein.</w:t>
      </w:r>
    </w:p>
    <w:p>
      <w:pPr>
        <w:jc w:val="right"/>
      </w:pPr>
      <w:r>
        <w:t>کوئی دعوتی role تو بتایا نہیں گیا قرآن مجید میں۔</w:t>
      </w:r>
    </w:p>
    <w:p>
      <w:r>
        <w:rPr>
          <w:b/>
        </w:rPr>
        <w:t xml:space="preserve">[25:06] </w:t>
      </w:r>
      <w:r>
        <w:t>to yahi batane ke liye ke dekho Hazrat Daud ke zariye bataya,</w:t>
      </w:r>
    </w:p>
    <w:p>
      <w:pPr>
        <w:jc w:val="right"/>
      </w:pPr>
      <w:r>
        <w:t>تو یہی بتانے کے لیے کہ دیکھو حضرت داؤد کے ذریعے بتایا،</w:t>
      </w:r>
    </w:p>
    <w:p>
      <w:r>
        <w:rPr>
          <w:b/>
        </w:rPr>
        <w:t xml:space="preserve">[25:12] </w:t>
      </w:r>
      <w:r>
        <w:t>takht par bithakar ke.</w:t>
      </w:r>
    </w:p>
    <w:p>
      <w:pPr>
        <w:jc w:val="right"/>
      </w:pPr>
      <w:r>
        <w:t>تخت پر بٹھا کر کے۔</w:t>
      </w:r>
    </w:p>
    <w:p>
      <w:r>
        <w:rPr>
          <w:b/>
        </w:rPr>
        <w:t xml:space="preserve">[25:17] </w:t>
      </w:r>
      <w:r>
        <w:t>takht par bithakar ke bataya ke dekho yeh test paper hai.</w:t>
      </w:r>
    </w:p>
    <w:p>
      <w:pPr>
        <w:jc w:val="right"/>
      </w:pPr>
      <w:r>
        <w:t>تخت پر بٹھا کر کے بتایا کہ دیکھو یہ ٹیسٹ پیپر ہے۔</w:t>
      </w:r>
    </w:p>
    <w:p>
      <w:r>
        <w:rPr>
          <w:b/>
        </w:rPr>
        <w:t xml:space="preserve">[25:23] </w:t>
      </w:r>
      <w:r>
        <w:t>is ko test paper samajhna.</w:t>
      </w:r>
    </w:p>
    <w:p>
      <w:pPr>
        <w:jc w:val="right"/>
      </w:pPr>
      <w:r>
        <w:t>اس کو ٹیسٹ پیپر سمجھنا۔</w:t>
      </w:r>
    </w:p>
    <w:p>
      <w:r>
        <w:rPr>
          <w:b/>
        </w:rPr>
        <w:t xml:space="preserve">[25:28] </w:t>
      </w:r>
      <w:r>
        <w:t>azmaish hai, janch hai, imtehan hai bas.</w:t>
      </w:r>
    </w:p>
    <w:p>
      <w:pPr>
        <w:jc w:val="right"/>
      </w:pPr>
      <w:r>
        <w:t>آزمائش ہے، جانچ ہے، امتحان ہے بس۔</w:t>
      </w:r>
    </w:p>
    <w:p>
      <w:r>
        <w:rPr>
          <w:b/>
        </w:rPr>
        <w:t xml:space="preserve">[25:33] </w:t>
      </w:r>
      <w:r>
        <w:t>Hazrat Suleman ke zariye bataya ke agar tumhara takrao zyada powerful sa ho to adjust kar lo.</w:t>
      </w:r>
    </w:p>
    <w:p>
      <w:pPr>
        <w:jc w:val="right"/>
      </w:pPr>
      <w:r>
        <w:t>حضرت سلیمان کے ذریعے بتایا کہ اگر تمہارا ٹکراؤ زیادہ powerful سا ہو تو adjust کر لو۔</w:t>
      </w:r>
    </w:p>
    <w:p>
      <w:r>
        <w:rPr>
          <w:b/>
        </w:rPr>
        <w:t xml:space="preserve">[25:38] </w:t>
      </w:r>
      <w:r>
        <w:t>jaise misal ke taur par America aur Saddam Hussein ka maamla.</w:t>
      </w:r>
    </w:p>
    <w:p>
      <w:pPr>
        <w:jc w:val="right"/>
      </w:pPr>
      <w:r>
        <w:t>جیسے مثال کے طور پر امریکہ اور صدام حسین کا معاملہ۔</w:t>
      </w:r>
    </w:p>
    <w:p>
      <w:r>
        <w:rPr>
          <w:b/>
        </w:rPr>
        <w:t xml:space="preserve">[25:43] </w:t>
      </w:r>
      <w:r>
        <w:t>Saddam Hussein ko maan lena chahiye tha America ka mutalba. America yahi to kehta tha ke tum apne haan woh election karwao. Jo jeete woh hukumat kare. Kyun ke woh dictator the. Yeh coup kar ke aaye the. To maan lete us ko bas, baat khatam thi. Hazrat Yusuf ko maamla aisa hi. Yeh jaise Pakistan mein Jamaat Islami ko mauqa mila tha, wahan par hukumat mein in</w:t>
      </w:r>
    </w:p>
    <w:p>
      <w:pPr>
        <w:jc w:val="right"/>
      </w:pPr>
      <w:r>
        <w:t>صدام حسین کو مان لینا چاہیے تھا امریکہ کا مطالبہ۔ امریکہ یہی تو کہتا تھا کہ تم اپنے ہاں وہ election کرواؤ۔ جو جیتے وہ حکومت کرے۔ کیونکہ وہ dictator تھے۔ یہ coup کر کے آئے تھے۔ تو مان لیتے اس کو بس، بات ختم تھی۔ حضرت یوسف کو معاملہ ایسا ہی۔ یہ جیسے پاکستان میں جماعت اسلامی کو موقع ملا تھا، وہاں پر حکومت میں ان</w:t>
      </w:r>
    </w:p>
    <w:p>
      <w:r>
        <w:rPr>
          <w:b/>
        </w:rPr>
        <w:t xml:space="preserve">[26:13] </w:t>
      </w:r>
      <w:r>
        <w:t>ko mauqe milay thay ke university banao aur education ka kaam sambhalo. Magar unhon ne inkar kar diya. Kyun ke unhein hukumat par qabza karna tha. Misr mein Ikhwaniyon ko yeh mauqa mila. Unhon ne kaha ke education ministry aap le lijiye aur mulk ko educate kijiye. Unhon ne is ka inkar kar diya. Kyun? Unhein pata nahi hai. Unhein maloom hi nahi hai ke Allah taala ki scheme kya hai. Allah ki nazar</w:t>
      </w:r>
    </w:p>
    <w:p>
      <w:pPr>
        <w:jc w:val="right"/>
      </w:pPr>
      <w:r>
        <w:t>کو موقع ملے تھے کہ university بناؤ اور education کا کام سنبھالو۔ مگر انہوں نے انکار کر دیا۔ کیونکہ انہیں حکومت پر قبضہ کرنا تھا۔ مصر میں اخوانیوں کو یہ موقع ملا۔ انہوں نے کہا کہ education ministry آپ لے لیجیے اور ملک کو educate کیجیے۔ انہوں نے اس کا انکار کر دیا۔ کیوں؟ انہیں پتہ نہیں ہے۔ انہیں معلوم ہی نہیں ہے کہ اللہ تعالیٰ کی scheme کیا ہے۔ اللہ کی نظر</w:t>
      </w:r>
    </w:p>
    <w:p>
      <w:r>
        <w:rPr>
          <w:b/>
        </w:rPr>
        <w:t xml:space="preserve">[26:43] </w:t>
      </w:r>
      <w:r>
        <w:t>mein ahmiyat kis baat ki hai? Allah ki nazar mein ahmiyat yeh hai ke aap problem nah create</w:t>
      </w:r>
    </w:p>
    <w:p>
      <w:pPr>
        <w:jc w:val="right"/>
      </w:pPr>
      <w:r>
        <w:t>میں اہمیت کس بات کی ہے؟ اللہ کی نظر میں اہمیت یہ ہے کہ آپ problem نہ create</w:t>
      </w:r>
    </w:p>
    <w:p>
      <w:r>
        <w:rPr>
          <w:b/>
        </w:rPr>
        <w:t xml:space="preserve">[26:48] </w:t>
      </w:r>
      <w:r>
        <w:t>karte hue jo opportunity hai us ko discover kijiye aur us ko avail kijiye.</w:t>
      </w:r>
    </w:p>
    <w:p>
      <w:pPr>
        <w:jc w:val="right"/>
      </w:pPr>
      <w:r>
        <w:t>کرتے ہوئے جو opportunity ہے اس کو discover کیجیے اور اس کو avail کیجیے۔</w:t>
      </w:r>
    </w:p>
    <w:p>
      <w:r>
        <w:rPr>
          <w:b/>
        </w:rPr>
        <w:t xml:space="preserve">[26:53] </w:t>
      </w:r>
      <w:r>
        <w:t>dunya se nafrat karna chhod dijiye.</w:t>
      </w:r>
    </w:p>
    <w:p>
      <w:pPr>
        <w:jc w:val="right"/>
      </w:pPr>
      <w:r>
        <w:t>دنیا سے نفرت کرنا چھوڑ دیجیے۔</w:t>
      </w:r>
    </w:p>
    <w:p>
      <w:r>
        <w:rPr>
          <w:b/>
        </w:rPr>
        <w:t xml:space="preserve">[26:58] </w:t>
      </w:r>
      <w:r>
        <w:t>ladna bhadna chhod dijiye.</w:t>
      </w:r>
    </w:p>
    <w:p>
      <w:pPr>
        <w:jc w:val="right"/>
      </w:pPr>
      <w:r>
        <w:t>لڑنا بھڑنا چھوڑ دیجیے۔</w:t>
      </w:r>
    </w:p>
    <w:p>
      <w:r>
        <w:rPr>
          <w:b/>
        </w:rPr>
        <w:t xml:space="preserve">[27:03] </w:t>
      </w:r>
      <w:r>
        <w:t>takrao chhod dijiye.</w:t>
      </w:r>
    </w:p>
    <w:p>
      <w:pPr>
        <w:jc w:val="right"/>
      </w:pPr>
      <w:r>
        <w:t>ٹکراؤ چھوڑ دیجیے۔</w:t>
      </w:r>
    </w:p>
    <w:p>
      <w:r>
        <w:rPr>
          <w:b/>
        </w:rPr>
        <w:t xml:space="preserve">[27:08] </w:t>
      </w:r>
      <w:r>
        <w:t>aur ek hi kaam kijiye ke discover kijiye ke aap jo situation</w:t>
      </w:r>
    </w:p>
    <w:p>
      <w:pPr>
        <w:jc w:val="right"/>
      </w:pPr>
      <w:r>
        <w:t>اور ایک ہی کام کیجیے کہ discover کیجیے کہ آپ جو situation</w:t>
      </w:r>
    </w:p>
    <w:p>
      <w:r>
        <w:rPr>
          <w:b/>
        </w:rPr>
        <w:t xml:space="preserve">[27:13] </w:t>
      </w:r>
      <w:r>
        <w:t>mein hain wahan par kya opportunities hain? Kya mawaqe hain? Un ko pata kijiye.</w:t>
      </w:r>
    </w:p>
    <w:p>
      <w:pPr>
        <w:jc w:val="right"/>
      </w:pPr>
      <w:r>
        <w:t>میں ہیں وہاں پر کیا opportunities ہیں؟ کیا مواقع ہیں؟ ان کو پتہ کیجیے۔</w:t>
      </w:r>
    </w:p>
    <w:p>
      <w:r>
        <w:rPr>
          <w:b/>
        </w:rPr>
        <w:t xml:space="preserve">[27:18] </w:t>
      </w:r>
      <w:r>
        <w:t>phir un ko avail kijiye.</w:t>
      </w:r>
    </w:p>
    <w:p>
      <w:pPr>
        <w:jc w:val="right"/>
      </w:pPr>
      <w:r>
        <w:t>پھر ان کو avail کیجیے۔</w:t>
      </w:r>
    </w:p>
    <w:p>
      <w:r>
        <w:rPr>
          <w:b/>
        </w:rPr>
        <w:t xml:space="preserve">[27:23] </w:t>
      </w:r>
      <w:r>
        <w:t>yahi kaam hai.</w:t>
      </w:r>
    </w:p>
    <w:p>
      <w:pPr>
        <w:jc w:val="right"/>
      </w:pPr>
      <w:r>
        <w:t>یہی کام ہے۔</w:t>
      </w:r>
    </w:p>
    <w:p>
      <w:r>
        <w:rPr>
          <w:b/>
        </w:rPr>
        <w:t xml:space="preserve">[27:28] </w:t>
      </w:r>
      <w:r>
        <w:t>yeh log kya lad rahe hain? Kyun ke Khuda ka, Khuda ki jo scheme hai, is jo Khuda ki</w:t>
      </w:r>
    </w:p>
    <w:p>
      <w:pPr>
        <w:jc w:val="right"/>
      </w:pPr>
      <w:r>
        <w:t>یہ لوگ کیا لڑ رہے ہیں؟ کیونکہ خدا کا، خدا کی جو scheme ہے، اس جو خدا کی</w:t>
      </w:r>
    </w:p>
    <w:p>
      <w:r>
        <w:rPr>
          <w:b/>
        </w:rPr>
        <w:t xml:space="preserve">[27:33] </w:t>
      </w:r>
      <w:r>
        <w:t>jo scheme of things hai, is ka unhein pata hi nahi hai.</w:t>
      </w:r>
    </w:p>
    <w:p>
      <w:pPr>
        <w:jc w:val="right"/>
      </w:pPr>
      <w:r>
        <w:t>جو scheme of things ہے، اس کا انہیں پتہ ہی نہیں ہے۔</w:t>
      </w:r>
    </w:p>
    <w:p>
      <w:r>
        <w:rPr>
          <w:b/>
        </w:rPr>
        <w:t xml:space="preserve">[27:38] </w:t>
      </w:r>
      <w:r>
        <w:t>Khuda ka jo plan hai, is ka unhein pata hi nahi hai.</w:t>
      </w:r>
    </w:p>
    <w:p>
      <w:pPr>
        <w:jc w:val="right"/>
      </w:pPr>
      <w:r>
        <w:t>خدا کا جو plan ہے، اس کا انہیں پتہ ہی نہیں ہے۔</w:t>
      </w:r>
    </w:p>
    <w:p>
      <w:r>
        <w:rPr>
          <w:b/>
        </w:rPr>
        <w:t xml:space="preserve">[27:42] </w:t>
      </w:r>
      <w:r>
        <w:t>aur gana, bam aur yahi sab chala rahe hain kham kham.</w:t>
      </w:r>
    </w:p>
    <w:p>
      <w:pPr>
        <w:jc w:val="right"/>
      </w:pPr>
      <w:r>
        <w:t>اور گانا، بم اور یہی سب چلا رہے ہیں خام خام۔</w:t>
      </w:r>
    </w:p>
    <w:p>
      <w:r>
        <w:rPr>
          <w:b/>
        </w:rPr>
        <w:t xml:space="preserve">[27:47] </w:t>
      </w:r>
      <w:r>
        <w:t>Yeh woh baat hai jo hamein logon ko batana hai. Yani apni taqaton ko be faida zaya kar rahe hain. Balkay main kahunga ke apni taqaton ko barbaad karne par zaya kar rahe hain. Kashmir jahan tha 1946 mein, wahan ka maqam aaj barbaad ho chuka hai. Palestine jahan tha 1948 mein, is ka maqam aaj barbaad ho chuka hai. Burma mein American ke mis</w:t>
      </w:r>
    </w:p>
    <w:p>
      <w:pPr>
        <w:jc w:val="right"/>
      </w:pPr>
      <w:r>
        <w:t>یہ وہ بات ہے جو ہمیں لوگوں کو بتانا ہے۔ یعنی اپنی طاقتوں کو بے فائدہ ضائع کر رہے ہیں۔ بلکہ میں کہوں گا کہ اپنی طاقتوں کو برباد کرنے پر ضائع کر رہے ہیں۔ کشمیر جہاں تھا انیس سو ستالیس میں، وہاں کا مقام آج برباد ہو چکا ہے۔ فلسطین جہاں تھا انیس سو اڑتالیس میں، اس کا مقام آج برباد ہو چکا ہے۔ برما میں امریکان کے مس</w:t>
      </w:r>
    </w:p>
    <w:p>
      <w:r>
        <w:rPr>
          <w:b/>
        </w:rPr>
        <w:t xml:space="preserve">[28:17] </w:t>
      </w:r>
      <w:r>
        <w:t>Laman jahan the pehle, wahan barbaad ho chuke hain.</w:t>
      </w:r>
    </w:p>
    <w:p>
      <w:pPr>
        <w:jc w:val="right"/>
      </w:pPr>
      <w:r>
        <w:t>لمان جہاں تھے پہلے، وہاں برباد ہو چکے ہیں۔</w:t>
      </w:r>
    </w:p>
    <w:p>
      <w:r>
        <w:rPr>
          <w:b/>
        </w:rPr>
        <w:t xml:space="preserve">[28:22] </w:t>
      </w:r>
      <w:r>
        <w:t>Bosnia ke log jahan the us waqt, aaj wahan barbaad ho chuke hain.</w:t>
      </w:r>
    </w:p>
    <w:p>
      <w:pPr>
        <w:jc w:val="right"/>
      </w:pPr>
      <w:r>
        <w:t>بوسنیا کے لوگ جہاں تھے اس وقت، آج وہاں برباد ہو چکے ہیں۔</w:t>
      </w:r>
    </w:p>
    <w:p>
      <w:r>
        <w:rPr>
          <w:b/>
        </w:rPr>
        <w:t xml:space="preserve">[28:27] </w:t>
      </w:r>
      <w:r>
        <w:t>to apni activities ko, apni taqat ko kahan istemal kar rahe hain? Apni ko barbaad karne mein.</w:t>
      </w:r>
    </w:p>
    <w:p>
      <w:pPr>
        <w:jc w:val="right"/>
      </w:pPr>
      <w:r>
        <w:t>تو اپنی activities کو، اپنی طاقت کو کہاں استعمال کر رہے ہیں؟ اپنی کو برباد کرنے میں۔</w:t>
      </w:r>
    </w:p>
    <w:p>
      <w:r>
        <w:rPr>
          <w:b/>
        </w:rPr>
        <w:t xml:space="preserve">[28:32] </w:t>
      </w:r>
      <w:r>
        <w:t>taameer karne mein nahi.</w:t>
      </w:r>
    </w:p>
    <w:p>
      <w:pPr>
        <w:jc w:val="right"/>
      </w:pPr>
      <w:r>
        <w:t>تعمیر کرنے میں نہیں۔</w:t>
      </w:r>
    </w:p>
    <w:p>
      <w:r>
        <w:rPr>
          <w:b/>
        </w:rPr>
        <w:t xml:space="preserve">[28:37] </w:t>
      </w:r>
      <w:r>
        <w:t>apni ko aage badhane mein nahi.</w:t>
      </w:r>
    </w:p>
    <w:p>
      <w:pPr>
        <w:jc w:val="right"/>
      </w:pPr>
      <w:r>
        <w:t>اپنی کو آگے بڑھانے میں نہیں۔</w:t>
      </w:r>
    </w:p>
    <w:p>
      <w:r>
        <w:rPr>
          <w:b/>
        </w:rPr>
        <w:t xml:space="preserve">[28:43] </w:t>
      </w:r>
      <w:r>
        <w:t>dawat ke raste mein nahi Kashmir ke</w:t>
      </w:r>
    </w:p>
    <w:p>
      <w:pPr>
        <w:jc w:val="right"/>
      </w:pPr>
      <w:r>
        <w:t>دعوت کے راستے میں نہیں۔ کشمیر کے</w:t>
      </w:r>
    </w:p>
    <w:p>
      <w:r>
        <w:rPr>
          <w:b/>
        </w:rPr>
        <w:t xml:space="preserve">[28:48] </w:t>
      </w:r>
      <w:r>
        <w:t>kuchh sahaba ne mujh se mile to main ne kaha ke aap kyun lad bhad rahe hain? Daawati kaam kijiye.</w:t>
      </w:r>
    </w:p>
    <w:p>
      <w:pPr>
        <w:jc w:val="right"/>
      </w:pPr>
      <w:r>
        <w:t>کچھ صحابہ نے مجھ سے ملے تو میں نے کہا کہ آپ کیوں لڑ بھڑ رہے ہیں؟ دعوتی کام کیجیے۔</w:t>
      </w:r>
    </w:p>
    <w:p>
      <w:r>
        <w:rPr>
          <w:b/>
        </w:rPr>
        <w:t xml:space="preserve">[28:53] </w:t>
      </w:r>
      <w:r>
        <w:t>to kaha daawati kaam kya karein? Wahan sab musalman musalman hain.</w:t>
      </w:r>
    </w:p>
    <w:p>
      <w:pPr>
        <w:jc w:val="right"/>
      </w:pPr>
      <w:r>
        <w:t>تو کہا دعوتی کام کیا کریں؟ وہاں سب مسلمان مسلمان ہیں۔</w:t>
      </w:r>
    </w:p>
    <w:p>
      <w:r>
        <w:rPr>
          <w:b/>
        </w:rPr>
        <w:t xml:space="preserve">[28:58] </w:t>
      </w:r>
      <w:r>
        <w:t>zara koi soch, zara soch dekhein soch kya hai? Ke sab musalman hain to aap daawati kaam kahan</w:t>
      </w:r>
    </w:p>
    <w:p>
      <w:pPr>
        <w:jc w:val="right"/>
      </w:pPr>
      <w:r>
        <w:t>ذرا کوئی سوچ، ذرا سوچ دیکھیں سوچ کیا ہے؟ کہ سب مسلمان ہیں تو آپ دعوتی کام کہاں</w:t>
      </w:r>
    </w:p>
    <w:p>
      <w:r>
        <w:rPr>
          <w:b/>
        </w:rPr>
        <w:t xml:space="preserve">[29:03] </w:t>
      </w:r>
      <w:r>
        <w:t>karein? Unhon ne kaha jaise lad rahe hain woh to ghair muslim hain, army.</w:t>
      </w:r>
    </w:p>
    <w:p>
      <w:pPr>
        <w:jc w:val="right"/>
      </w:pPr>
      <w:r>
        <w:t>کریں؟ انہوں نے کہا جیسے لڑ رہے ہیں وہ تو غیر مسلم ہیں، آرمی۔</w:t>
      </w:r>
    </w:p>
    <w:p>
      <w:r>
        <w:rPr>
          <w:b/>
        </w:rPr>
        <w:t xml:space="preserve">[29:09] </w:t>
      </w:r>
      <w:r>
        <w:t>to kyun lad rahe hain is se aap? Un se daawati kaam kijiye.</w:t>
      </w:r>
    </w:p>
    <w:p>
      <w:pPr>
        <w:jc w:val="right"/>
      </w:pPr>
      <w:r>
        <w:t>تو کیوں لڑ رہے ہیں اس سے آپ؟ ان سے دعوتی کام کیجیے۔</w:t>
      </w:r>
    </w:p>
    <w:p>
      <w:r>
        <w:rPr>
          <w:b/>
        </w:rPr>
        <w:t xml:space="preserve">[29:14] </w:t>
      </w:r>
      <w:r>
        <w:t>jo army wahan par hai India ki</w:t>
      </w:r>
    </w:p>
    <w:p>
      <w:pPr>
        <w:jc w:val="right"/>
      </w:pPr>
      <w:r>
        <w:t>جو آرمی وہاں پر ہے انڈیا کی</w:t>
      </w:r>
    </w:p>
    <w:p>
      <w:r>
        <w:rPr>
          <w:b/>
        </w:rPr>
        <w:t xml:space="preserve">[29:19] </w:t>
      </w:r>
      <w:r>
        <w:t>us par daawti kaam kijiye. Us ko apna badu samjhiye. Phir wahan itne zyada siyah aate the, tourist. Us par daawti kaam karte aap. Lekin aap ne ladai bhadai kar ke unhein un ka rasta rok diya. Aur bhi wahan bohat se maujood the Hindu. Ladai bhadai ki aap ne, woh chhod kar bhag gaye. To log daawa blind ho gaye hain.</w:t>
      </w:r>
    </w:p>
    <w:p>
      <w:pPr>
        <w:jc w:val="right"/>
      </w:pPr>
      <w:r>
        <w:t>، اس پر دعوتی کام کیجیے۔ اس کو اپنا بدو سمجھئے۔ پھر وہاں اتنے زیادہ سیاح آتے تھے، tourist۔ اس پر دعوتی کام کرتے آپ۔ لیکن آپ نے لڑائی بھڑائی کر کے انہیں ان کا راستہ روک دیا۔ اور بھی وہاں بہت سے موجود تھے ہندو۔ لڑائی بھڑائی کی آپ نے، وہ چھوڑ کے بھاگ گئے۔ تو لوگ دعویٰ blind ہو گئے ہیں۔</w:t>
      </w:r>
    </w:p>
    <w:p>
      <w:r>
        <w:rPr>
          <w:b/>
        </w:rPr>
        <w:t xml:space="preserve">[29:49] </w:t>
      </w:r>
      <w:r>
        <w:t>Opportunity blind ho gaye hain. Kuch unhein pata hi nahi siwaye ke nafrat karo, inteqam lo, ladai bhadai karo, bomb maro. Apne ko tabah karo. Aur tabah kar ke kaho ke hamare khilaf conspiracy ho rahi hai. Yani musalman khud apne ko tabah kar rahe hain. Aur kehte kya hain? Hamare khilaf conspiracy ho rahi hai. Yahan tak koi log yeh kehte hain ke hamein</w:t>
      </w:r>
    </w:p>
    <w:p>
      <w:pPr>
        <w:jc w:val="right"/>
      </w:pPr>
      <w:r>
        <w:t>Opportunity blind ہو گئے ہیں۔ کچھ انہیں پتہ ہی نہیں سوائے کہ نفرت کرو، انتقام لو، لڑائی بھڑائی کرو، بم مارو۔ اپنے کو تباہ کرو۔ اور تباہ کر کے کہو کہ ہمارے خلاف conspiracy ہو رہی ہے۔ یعنی مسلمان خود اپنے کو تباہ کر رہے ہیں۔ اور کہتے کیا ہیں؟ ہمارے خلاف conspiracy ہو رہی ہے۔ یہاں تک کوئی لوگ یہ کہتے ہیں کہ ہمیں</w:t>
      </w:r>
    </w:p>
    <w:p>
      <w:r>
        <w:rPr>
          <w:b/>
        </w:rPr>
        <w:t xml:space="preserve">[30:19] </w:t>
      </w:r>
      <w:r>
        <w:t>ladwaya ja raha hai.</w:t>
      </w:r>
    </w:p>
    <w:p>
      <w:pPr>
        <w:jc w:val="right"/>
      </w:pPr>
      <w:r>
        <w:t>لڑوایا جا رہا ہے۔</w:t>
      </w:r>
    </w:p>
    <w:p>
      <w:r>
        <w:rPr>
          <w:b/>
        </w:rPr>
        <w:t xml:space="preserve">[30:24] </w:t>
      </w:r>
      <w:r>
        <w:t>bhai ladwaya ja raha hai to tum ladte kyun ho? Agar agar ladwaye jate hain, ladwana hai to</w:t>
      </w:r>
    </w:p>
    <w:p>
      <w:pPr>
        <w:jc w:val="right"/>
      </w:pPr>
      <w:r>
        <w:t>بھئی لڑوایا جا رہا ہے تو تم لڑتے کیوں ہو؟ اگر اگر لڑوائے جاتے ہیں، لڑوانا ہے تو</w:t>
      </w:r>
    </w:p>
    <w:p>
      <w:r>
        <w:rPr>
          <w:b/>
        </w:rPr>
        <w:t xml:space="preserve">[30:30] </w:t>
      </w:r>
      <w:r>
        <w:t>tum ladte kyun ho? inkaar kar do.</w:t>
      </w:r>
    </w:p>
    <w:p>
      <w:pPr>
        <w:jc w:val="right"/>
      </w:pPr>
      <w:r>
        <w:t>تم لڑتے کیوں ہو؟ انکار کر دو۔</w:t>
      </w:r>
    </w:p>
    <w:p>
      <w:r>
        <w:rPr>
          <w:b/>
        </w:rPr>
        <w:t xml:space="preserve">[30:35] </w:t>
      </w:r>
      <w:r>
        <w:t>to yeh hai woh cheez jis ko hamein janna hai.</w:t>
      </w:r>
    </w:p>
    <w:p>
      <w:pPr>
        <w:jc w:val="right"/>
      </w:pPr>
      <w:r>
        <w:t>تو یہ ہے وہ چیز جس کو ہمیں جاننا ہے۔</w:t>
      </w:r>
    </w:p>
    <w:p>
      <w:r>
        <w:rPr>
          <w:b/>
        </w:rPr>
        <w:t xml:space="preserve">[30:40] </w:t>
      </w:r>
      <w:r>
        <w:t>Non-confrontational approach ki importance kya hai? is ko janna hai aur duniya ko usay batana hai.</w:t>
      </w:r>
    </w:p>
    <w:p>
      <w:pPr>
        <w:jc w:val="right"/>
      </w:pPr>
      <w:r>
        <w:t>Non-confrontational approach کی importance کیا ہے؟ اس کو جاننا ہے اور دنیا کو اسے بتانا ہے۔</w:t>
      </w:r>
    </w:p>
    <w:p>
      <w:r>
        <w:rPr>
          <w:b/>
        </w:rPr>
        <w:t xml:space="preserve">[30:45] </w:t>
      </w:r>
      <w:r>
        <w:t>kyunke yahi woh kadi hai</w:t>
      </w:r>
    </w:p>
    <w:p>
      <w:pPr>
        <w:jc w:val="right"/>
      </w:pPr>
      <w:r>
        <w:t>کیونکہ یہی وہ کڑی ہے</w:t>
      </w:r>
    </w:p>
    <w:p>
      <w:r>
        <w:rPr>
          <w:b/>
        </w:rPr>
        <w:t xml:space="preserve">[30:50] </w:t>
      </w:r>
      <w:r>
        <w:t>jo aaj basically link bani hui hai.</w:t>
      </w:r>
    </w:p>
    <w:p>
      <w:pPr>
        <w:jc w:val="right"/>
      </w:pPr>
      <w:r>
        <w:t>جو آج basically link بنی ہوئی ہے۔</w:t>
      </w:r>
    </w:p>
    <w:p>
      <w:r>
        <w:rPr>
          <w:b/>
        </w:rPr>
        <w:t xml:space="preserve">[30:55] </w:t>
      </w:r>
      <w:r>
        <w:t>is waqt jo musalmanon ka haal hai, yahi ek kadi uth ke hum miss kar gayi hai.</w:t>
      </w:r>
    </w:p>
    <w:p>
      <w:pPr>
        <w:jc w:val="right"/>
      </w:pPr>
      <w:r>
        <w:t>اس وقت جو مسلمانوں کا حال ہے، یہی ایک کڑی اٹھ کے ہم miss کر گئی ہے۔</w:t>
      </w:r>
    </w:p>
    <w:p>
      <w:r>
        <w:rPr>
          <w:b/>
        </w:rPr>
        <w:t xml:space="preserve">[31:00] </w:t>
      </w:r>
      <w:r>
        <w:t>ke sulah ki importance nahi jante woh.</w:t>
      </w:r>
    </w:p>
    <w:p>
      <w:pPr>
        <w:jc w:val="right"/>
      </w:pPr>
      <w:r>
        <w:t>کہ صلح کی importance نہیں جانتے وہ۔</w:t>
      </w:r>
    </w:p>
    <w:p>
      <w:r>
        <w:rPr>
          <w:b/>
        </w:rPr>
        <w:t xml:space="preserve">[31:05] </w:t>
      </w:r>
      <w:r>
        <w:t>Adjustment ki importance nahin jante woh.</w:t>
      </w:r>
    </w:p>
    <w:p>
      <w:pPr>
        <w:jc w:val="right"/>
      </w:pPr>
      <w:r>
        <w:t>Adjustment کی importance نہیں جانتے وہ۔</w:t>
      </w:r>
    </w:p>
    <w:p>
      <w:r>
        <w:rPr>
          <w:b/>
        </w:rPr>
        <w:t xml:space="preserve">[31:10] </w:t>
      </w:r>
      <w:r>
        <w:t>Non-confrontational approach ki importance nahi jante woh.</w:t>
      </w:r>
    </w:p>
    <w:p>
      <w:pPr>
        <w:jc w:val="right"/>
      </w:pPr>
      <w:r>
        <w:t>Non-confrontational approach کی importance نہیں جانتے وہ۔</w:t>
      </w:r>
    </w:p>
    <w:p>
      <w:r>
        <w:rPr>
          <w:b/>
        </w:rPr>
        <w:t xml:space="preserve">[31:15] </w:t>
      </w:r>
      <w:r>
        <w:t>aur ab tashaddud ka faida nahi jante woh.</w:t>
      </w:r>
    </w:p>
    <w:p>
      <w:pPr>
        <w:jc w:val="right"/>
      </w:pPr>
      <w:r>
        <w:t>اور اب تشدد کا فائدہ نہیں جانتے وہ۔</w:t>
      </w:r>
    </w:p>
    <w:p>
      <w:r>
        <w:rPr>
          <w:b/>
        </w:rPr>
        <w:t xml:space="preserve">[31:20] </w:t>
      </w:r>
      <w:r>
        <w:t>sab kuch hai musalmanon mein.</w:t>
      </w:r>
    </w:p>
    <w:p>
      <w:pPr>
        <w:jc w:val="right"/>
      </w:pPr>
      <w:r>
        <w:t>سب کچھ ہے مسلمانوں میں۔</w:t>
      </w:r>
    </w:p>
    <w:p>
      <w:r>
        <w:rPr>
          <w:b/>
        </w:rPr>
        <w:t xml:space="preserve">[31:25] </w:t>
      </w:r>
      <w:r>
        <w:t>ab Ramzan mein roze ki dhoom hai.</w:t>
      </w:r>
    </w:p>
    <w:p>
      <w:pPr>
        <w:jc w:val="right"/>
      </w:pPr>
      <w:r>
        <w:t>اب رمضان میں روزے کی دھوم ہے۔</w:t>
      </w:r>
    </w:p>
    <w:p>
      <w:r>
        <w:rPr>
          <w:b/>
        </w:rPr>
        <w:t xml:space="preserve">[31:29] </w:t>
      </w:r>
      <w:r>
        <w:t>aaj kal jahan jaiye Ramzan ki dhoom milegi.</w:t>
      </w:r>
    </w:p>
    <w:p>
      <w:pPr>
        <w:jc w:val="right"/>
      </w:pPr>
      <w:r>
        <w:t>آج کل جہاں جائیے رمضان کی دھوم ملے گی۔</w:t>
      </w:r>
    </w:p>
    <w:p>
      <w:r>
        <w:rPr>
          <w:b/>
        </w:rPr>
        <w:t xml:space="preserve">[31:34] </w:t>
      </w:r>
      <w:r>
        <w:t>Ramzan ki dhoom hai, masjidon mein jayen to namaz ki dhoom hai.</w:t>
      </w:r>
    </w:p>
    <w:p>
      <w:pPr>
        <w:jc w:val="right"/>
      </w:pPr>
      <w:r>
        <w:t>رمضان کی دھوم ہے، مسجدوں میں جائیں تو نماز کی دھوم ہے۔</w:t>
      </w:r>
    </w:p>
    <w:p>
      <w:r>
        <w:rPr>
          <w:b/>
        </w:rPr>
        <w:t xml:space="preserve">[31:38] </w:t>
      </w:r>
      <w:r>
        <w:t>ab Mecca jayen hajj ke zamane mein to wahan hajj ki dhoom hai.</w:t>
      </w:r>
    </w:p>
    <w:p>
      <w:pPr>
        <w:jc w:val="right"/>
      </w:pPr>
      <w:r>
        <w:t>اب مکہ جائیے حج کے زمانے میں تو وہاں حج کی دھوم ہے۔</w:t>
      </w:r>
    </w:p>
    <w:p>
      <w:r>
        <w:rPr>
          <w:b/>
        </w:rPr>
        <w:t xml:space="preserve">[31:43] </w:t>
      </w:r>
      <w:r>
        <w:t>har jagah dhoom hi dhoom hai.</w:t>
      </w:r>
    </w:p>
    <w:p>
      <w:pPr>
        <w:jc w:val="right"/>
      </w:pPr>
      <w:r>
        <w:t>ہر جگہ دھوم ہی دھوم ہے۔</w:t>
      </w:r>
    </w:p>
    <w:p>
      <w:r>
        <w:rPr>
          <w:b/>
        </w:rPr>
        <w:t xml:space="preserve">[31:47] </w:t>
      </w:r>
      <w:r>
        <w:t>to namaz ki dhoom, roze ki dhoom, hajj ki dhoom,</w:t>
      </w:r>
    </w:p>
    <w:p>
      <w:pPr>
        <w:jc w:val="right"/>
      </w:pPr>
      <w:r>
        <w:t>تو نماز کی دھوم، روزے کی دھوم، حج کی دھوم،</w:t>
      </w:r>
    </w:p>
    <w:p>
      <w:r>
        <w:rPr>
          <w:b/>
        </w:rPr>
        <w:t xml:space="preserve">[31:51] </w:t>
      </w:r>
      <w:r>
        <w:t>madrason ki dhoom, masjidon ki dhoom.</w:t>
      </w:r>
    </w:p>
    <w:p>
      <w:pPr>
        <w:jc w:val="right"/>
      </w:pPr>
      <w:r>
        <w:t>مدرسوں کی دھوم، مسجدوں کی دھوم۔</w:t>
      </w:r>
    </w:p>
    <w:p>
      <w:r>
        <w:rPr>
          <w:b/>
        </w:rPr>
        <w:t xml:space="preserve">[31:57] </w:t>
      </w:r>
      <w:r>
        <w:t>sirf dhoom hi dhoom har jagah hai.</w:t>
      </w:r>
    </w:p>
    <w:p>
      <w:pPr>
        <w:jc w:val="right"/>
      </w:pPr>
      <w:r>
        <w:t>صرف دھوم ہی دھوم ہر جگہ ہے۔</w:t>
      </w:r>
    </w:p>
    <w:p>
      <w:r>
        <w:rPr>
          <w:b/>
        </w:rPr>
        <w:t xml:space="preserve">[32:02] </w:t>
      </w:r>
      <w:r>
        <w:t>phir musalman kyun taraqqi nahi kar rahe? phir kyun shikayatein un ko hain? jab hajj ki dhoom hai</w:t>
      </w:r>
    </w:p>
    <w:p>
      <w:pPr>
        <w:jc w:val="right"/>
      </w:pPr>
      <w:r>
        <w:t>پھر مسلمان کیوں ترقی نہیں کر رہے؟ پھر کیوں شکایتیں ان کو ہیں؟ جب حج کی دھوم ہے</w:t>
      </w:r>
    </w:p>
    <w:p>
      <w:r>
        <w:rPr>
          <w:b/>
        </w:rPr>
        <w:t xml:space="preserve">[32:07] </w:t>
      </w:r>
      <w:r>
        <w:t>to shikayat kyun hai? phir taraqqi ruki hui kyun hai? to is ki wajah yeh ek link miss</w:t>
      </w:r>
    </w:p>
    <w:p>
      <w:pPr>
        <w:jc w:val="right"/>
      </w:pPr>
      <w:r>
        <w:t>تو شکایت کیوں ہے؟ پھر ترقی رکی ہوئی کیوں ہے؟ تو اس کی وجہ یہ ایک link miss</w:t>
      </w:r>
    </w:p>
    <w:p>
      <w:r>
        <w:rPr>
          <w:b/>
        </w:rPr>
        <w:t xml:space="preserve">[32:12] </w:t>
      </w:r>
      <w:r>
        <w:t>kar rahi hai.</w:t>
      </w:r>
    </w:p>
    <w:p>
      <w:pPr>
        <w:jc w:val="right"/>
      </w:pPr>
      <w:r>
        <w:t>کر رہی ہے۔</w:t>
      </w:r>
    </w:p>
    <w:p>
      <w:r>
        <w:rPr>
          <w:b/>
        </w:rPr>
        <w:t xml:space="preserve">[32:17] </w:t>
      </w:r>
      <w:r>
        <w:t>woh hai sulah. Adjustment</w:t>
      </w:r>
    </w:p>
    <w:p>
      <w:pPr>
        <w:jc w:val="right"/>
      </w:pPr>
      <w:r>
        <w:t>وہ ہے صلح۔ Adjustment</w:t>
      </w:r>
    </w:p>
    <w:p>
      <w:r>
        <w:rPr>
          <w:b/>
        </w:rPr>
        <w:t xml:space="preserve">[32:22] </w:t>
      </w:r>
      <w:r>
        <w:t>.</w:t>
      </w:r>
    </w:p>
    <w:p>
      <w:pPr>
        <w:jc w:val="right"/>
      </w:pPr>
      <w:r>
        <w:t>۔</w:t>
      </w:r>
    </w:p>
    <w:p>
      <w:r>
        <w:rPr>
          <w:b/>
        </w:rPr>
        <w:t xml:space="preserve">[32:26] </w:t>
      </w:r>
      <w:r>
        <w:t>takrao na karna.</w:t>
      </w:r>
    </w:p>
    <w:p>
      <w:pPr>
        <w:jc w:val="right"/>
      </w:pPr>
      <w:r>
        <w:t>ٹکراؤ نہ کرنا۔</w:t>
      </w:r>
    </w:p>
    <w:p>
      <w:r>
        <w:rPr>
          <w:b/>
        </w:rPr>
        <w:t xml:space="preserve">[32:31] </w:t>
      </w:r>
      <w:r>
        <w:t>Opportunity ko, opportunity ko talash kar ke us ko avail karna.</w:t>
      </w:r>
    </w:p>
    <w:p>
      <w:pPr>
        <w:jc w:val="right"/>
      </w:pPr>
      <w:r>
        <w:t>Opportunity کو، opportunity کو تلاش کر کے اس کو avail کرنا۔</w:t>
      </w:r>
    </w:p>
    <w:p>
      <w:r>
        <w:rPr>
          <w:b/>
        </w:rPr>
        <w:t xml:space="preserve">[32:35] </w:t>
      </w:r>
      <w:r>
        <w:t>yeh yeh yeh link miss kar gayi hai.</w:t>
      </w:r>
    </w:p>
    <w:p>
      <w:pPr>
        <w:jc w:val="right"/>
      </w:pPr>
      <w:r>
        <w:t>یہ یہ یہ link miss کر گئی ہے۔</w:t>
      </w:r>
    </w:p>
    <w:p>
      <w:r>
        <w:rPr>
          <w:b/>
        </w:rPr>
        <w:t xml:space="preserve">[32:40] </w:t>
      </w:r>
      <w:r>
        <w:t>to mein samajhta hoon ke.</w:t>
      </w:r>
    </w:p>
    <w:p>
      <w:pPr>
        <w:jc w:val="right"/>
      </w:pPr>
      <w:r>
        <w:t>تو میں سمجھتا ہوں کہ۔</w:t>
      </w:r>
    </w:p>
    <w:p>
      <w:r>
        <w:rPr>
          <w:b/>
        </w:rPr>
        <w:t xml:space="preserve">[32:44] </w:t>
      </w:r>
      <w:r>
        <w:t>aur is ki wajah se kya hai? Starting point hi logon ko nahin maloom.</w:t>
      </w:r>
    </w:p>
    <w:p>
      <w:pPr>
        <w:jc w:val="right"/>
      </w:pPr>
      <w:r>
        <w:t>اور اس کی وجہ سے کیا ہے؟ Starting point ہی لوگوں کو نہیں معلوم۔</w:t>
      </w:r>
    </w:p>
    <w:p>
      <w:r>
        <w:rPr>
          <w:b/>
        </w:rPr>
        <w:t xml:space="preserve">[32:48] </w:t>
      </w:r>
      <w:r>
        <w:t>aap ghor kijiye ke mujhe yahan se farz kijiye ke jana hai faridabad.</w:t>
      </w:r>
    </w:p>
    <w:p>
      <w:pPr>
        <w:jc w:val="right"/>
      </w:pPr>
      <w:r>
        <w:t>آپ غور کیجیے کہ مجھے یہاں سے فرض کیجیے کہ جانا ہے فرید آباد۔</w:t>
      </w:r>
    </w:p>
    <w:p>
      <w:r>
        <w:rPr>
          <w:b/>
        </w:rPr>
        <w:t xml:space="preserve">[32:53] </w:t>
      </w:r>
      <w:r>
        <w:t>to faridabad to zyada door nahi hai. lekin mujhe pata na ho ke kahan se shuru karoon apna safar? kis direction mein jaon? to ek din kya hai, ek so saal bhi guzar jayen ge aur main faridabad nahi pohnchun ga? kisi bhi safar ke liye aap ko starting point chahiye. direction chahiye. bohat din pehle, bohat din pehle ek sath meri mulaqat hui</w:t>
      </w:r>
    </w:p>
    <w:p>
      <w:pPr>
        <w:jc w:val="right"/>
      </w:pPr>
      <w:r>
        <w:t>تو فرید آباد تو زیادہ دور نہیں ہے۔ لیکن مجھے پتہ نہ ہو کہ کہاں سے شروع کروں اپنا سفر؟ کس direction میں جاؤں؟ تو ایک دن کیا ہے، ایک سو سال بھی گزر جائیں گے اور میں فرید آباد نہیں پہنچوں گا؟ کسی بھی سفر کے لیے آپ کو starting point چاہیے۔ Direction چاہیے۔ بہت دن پہلے، بہت دن پہلے ایک ساتھ میری ملاقات ہوئی</w:t>
      </w:r>
    </w:p>
    <w:p>
      <w:r>
        <w:rPr>
          <w:b/>
        </w:rPr>
        <w:t xml:space="preserve">[33:23] </w:t>
      </w:r>
      <w:r>
        <w:t>thi.</w:t>
      </w:r>
    </w:p>
    <w:p>
      <w:pPr>
        <w:jc w:val="right"/>
      </w:pPr>
      <w:r>
        <w:t>تھی۔</w:t>
      </w:r>
    </w:p>
    <w:p>
      <w:r>
        <w:rPr>
          <w:b/>
        </w:rPr>
        <w:t xml:space="preserve">[33:27] </w:t>
      </w:r>
      <w:r>
        <w:t>ek bohat parhe likhe hue musalman.</w:t>
      </w:r>
    </w:p>
    <w:p>
      <w:pPr>
        <w:jc w:val="right"/>
      </w:pPr>
      <w:r>
        <w:t>ایک بہت پڑھے لکھے ہوئے مسلمان۔</w:t>
      </w:r>
    </w:p>
    <w:p>
      <w:r>
        <w:rPr>
          <w:b/>
        </w:rPr>
        <w:t xml:space="preserve">[33:30] </w:t>
      </w:r>
      <w:r>
        <w:t>to unhon ne yeh sawal kiya tha ke musalmanon ke line of direction kya hai? To wahi wahi</w:t>
      </w:r>
    </w:p>
    <w:p>
      <w:pPr>
        <w:jc w:val="right"/>
      </w:pPr>
      <w:r>
        <w:t>تو انہوں نے یہ سوال کیا تھا کہ مسلمانوں کے line of direction کیا ہے؟ تو وہی وہی</w:t>
      </w:r>
    </w:p>
    <w:p>
      <w:r>
        <w:rPr>
          <w:b/>
        </w:rPr>
        <w:t xml:space="preserve">[33:34] </w:t>
      </w:r>
      <w:r>
        <w:t>aaj bhi hai.</w:t>
      </w:r>
    </w:p>
    <w:p>
      <w:pPr>
        <w:jc w:val="right"/>
      </w:pPr>
      <w:r>
        <w:t>آج بھی ہے۔</w:t>
      </w:r>
    </w:p>
    <w:p>
      <w:r>
        <w:rPr>
          <w:b/>
        </w:rPr>
        <w:t xml:space="preserve">[33:38] </w:t>
      </w:r>
      <w:r>
        <w:t>ke line of direction ka pata nahin.</w:t>
      </w:r>
    </w:p>
    <w:p>
      <w:pPr>
        <w:jc w:val="right"/>
      </w:pPr>
      <w:r>
        <w:t>کہ line of direction کا پتہ نہیں۔</w:t>
      </w:r>
    </w:p>
    <w:p>
      <w:r>
        <w:rPr>
          <w:b/>
        </w:rPr>
        <w:t xml:space="preserve">[33:42] </w:t>
      </w:r>
      <w:r>
        <w:t>to mein ne kaha line of direction yeh hai ke ladai bhadai band karo.</w:t>
      </w:r>
    </w:p>
    <w:p>
      <w:pPr>
        <w:jc w:val="right"/>
      </w:pPr>
      <w:r>
        <w:t>تو میں نے کہا line of direction یہ ہے کہ لڑائی بھڑائی بند کرو۔</w:t>
      </w:r>
    </w:p>
    <w:p>
      <w:r>
        <w:rPr>
          <w:b/>
        </w:rPr>
        <w:t xml:space="preserve">[33:45] </w:t>
      </w:r>
      <w:r>
        <w:t>yeh un ki samajh mein nahin aaya.</w:t>
      </w:r>
    </w:p>
    <w:p>
      <w:pPr>
        <w:jc w:val="right"/>
      </w:pPr>
      <w:r>
        <w:t>یہ ان کی سمجھ میں نہیں آیا۔</w:t>
      </w:r>
    </w:p>
    <w:p>
      <w:r>
        <w:rPr>
          <w:b/>
        </w:rPr>
        <w:t xml:space="preserve">[33:49] </w:t>
      </w:r>
      <w:r>
        <w:t>yani hum ne khud hi</w:t>
      </w:r>
    </w:p>
    <w:p>
      <w:pPr>
        <w:jc w:val="right"/>
      </w:pPr>
      <w:r>
        <w:t>یعنی ہم نے خود ہی</w:t>
      </w:r>
    </w:p>
    <w:p>
      <w:r>
        <w:rPr>
          <w:b/>
        </w:rPr>
        <w:t xml:space="preserve">[33:53] </w:t>
      </w:r>
      <w:r>
        <w:t>rasta band kar rakha hai.</w:t>
      </w:r>
    </w:p>
    <w:p>
      <w:pPr>
        <w:jc w:val="right"/>
      </w:pPr>
      <w:r>
        <w:t>راستہ بند کر رکھا ہے۔</w:t>
      </w:r>
    </w:p>
    <w:p>
      <w:r>
        <w:rPr>
          <w:b/>
        </w:rPr>
        <w:t xml:space="preserve">[33:57] </w:t>
      </w:r>
      <w:r>
        <w:t>hum ne khud hi rasta block kar rakha hai.</w:t>
      </w:r>
    </w:p>
    <w:p>
      <w:pPr>
        <w:jc w:val="right"/>
      </w:pPr>
      <w:r>
        <w:t>ہم نے خود ہی راستہ block کر رکھا ہے۔</w:t>
      </w:r>
    </w:p>
    <w:p>
      <w:r>
        <w:rPr>
          <w:b/>
        </w:rPr>
        <w:t xml:space="preserve">[34:02] </w:t>
      </w:r>
      <w:r>
        <w:t>to is ko khatam karo.</w:t>
      </w:r>
    </w:p>
    <w:p>
      <w:pPr>
        <w:jc w:val="right"/>
      </w:pPr>
      <w:r>
        <w:t>تو اس کو ختم کرو۔</w:t>
      </w:r>
    </w:p>
    <w:p>
      <w:r>
        <w:rPr>
          <w:b/>
        </w:rPr>
        <w:t xml:space="preserve">[34:06] </w:t>
      </w:r>
      <w:r>
        <w:t>to sab raste khule hue hain. Har taraf.</w:t>
      </w:r>
    </w:p>
    <w:p>
      <w:pPr>
        <w:jc w:val="right"/>
      </w:pPr>
      <w:r>
        <w:t>تو سب راستے کھلے ہوئے ہیں۔ ہر طرف۔</w:t>
      </w:r>
    </w:p>
    <w:p>
      <w:r>
        <w:rPr>
          <w:b/>
        </w:rPr>
        <w:t xml:space="preserve">[34:10] </w:t>
      </w:r>
      <w:r>
        <w:t>yeh bohat hi nazuk masla hai.</w:t>
      </w:r>
    </w:p>
    <w:p>
      <w:pPr>
        <w:jc w:val="right"/>
      </w:pPr>
      <w:r>
        <w:t>یہ بہت ہی نازک مسئلہ ہے۔</w:t>
      </w:r>
    </w:p>
    <w:p>
      <w:r>
        <w:rPr>
          <w:b/>
        </w:rPr>
        <w:t xml:space="preserve">[34:15] </w:t>
      </w:r>
      <w:r>
        <w:t>Aur is maamle mein saare Musalmanon ko chahiye ki woh rethinking karein. Reassess karein.</w:t>
      </w:r>
    </w:p>
    <w:p>
      <w:pPr>
        <w:jc w:val="right"/>
      </w:pPr>
      <w:r>
        <w:t>اور اس معاملے میں سارے مسلمانوں کو چاہیے کہ وہ rethinking کریں۔ Reassess کریں۔</w:t>
      </w:r>
    </w:p>
    <w:p>
      <w:r>
        <w:rPr>
          <w:b/>
        </w:rPr>
        <w:t xml:space="preserve">[34:19] </w:t>
      </w:r>
      <w:r>
        <w:t>Revise karen apni pol</w:t>
      </w:r>
    </w:p>
    <w:p>
      <w:pPr>
        <w:jc w:val="right"/>
      </w:pPr>
      <w:r>
        <w:t>Revise کریں اپنی pol</w:t>
      </w:r>
    </w:p>
    <w:p>
      <w:r>
        <w:rPr>
          <w:b/>
        </w:rPr>
        <w:t xml:space="preserve">[34:23] </w:t>
      </w:r>
      <w:r>
        <w:t>icy ko.</w:t>
      </w:r>
    </w:p>
    <w:p>
      <w:pPr>
        <w:jc w:val="right"/>
      </w:pPr>
      <w:r>
        <w:t>icy کو۔</w:t>
      </w:r>
    </w:p>
    <w:p>
      <w:r>
        <w:rPr>
          <w:b/>
        </w:rPr>
        <w:t xml:space="preserve">[34:26] </w:t>
      </w:r>
      <w:r>
        <w:t>sare dunya ke musalman jo hain kya kar rahe hain? Doosron ko blame dena.</w:t>
      </w:r>
    </w:p>
    <w:p>
      <w:pPr>
        <w:jc w:val="right"/>
      </w:pPr>
      <w:r>
        <w:t>سارے دنیا کے مسلمان جو ہیں کیا کر رہے ہیں؟ دوسروں کو blame دینا۔</w:t>
      </w:r>
    </w:p>
    <w:p>
      <w:r>
        <w:rPr>
          <w:b/>
        </w:rPr>
        <w:t xml:space="preserve">[34:29] </w:t>
      </w:r>
      <w:r>
        <w:t>aap musalmanon ke magazine parhiye.</w:t>
      </w:r>
    </w:p>
    <w:p>
      <w:pPr>
        <w:jc w:val="right"/>
      </w:pPr>
      <w:r>
        <w:t>آپ مسلمانوں کے magazine پڑھیے۔</w:t>
      </w:r>
    </w:p>
    <w:p>
      <w:r>
        <w:rPr>
          <w:b/>
        </w:rPr>
        <w:t xml:space="preserve">[34:32] </w:t>
      </w:r>
      <w:r>
        <w:t>un ke paper parhiye.</w:t>
      </w:r>
    </w:p>
    <w:p>
      <w:pPr>
        <w:jc w:val="right"/>
      </w:pPr>
      <w:r>
        <w:t>ان کے paper پڑھیے۔</w:t>
      </w:r>
    </w:p>
    <w:p>
      <w:r>
        <w:rPr>
          <w:b/>
        </w:rPr>
        <w:t xml:space="preserve">[34:35] </w:t>
      </w:r>
      <w:r>
        <w:t>un ke jalson mein jaiye.</w:t>
      </w:r>
    </w:p>
    <w:p>
      <w:pPr>
        <w:jc w:val="right"/>
      </w:pPr>
      <w:r>
        <w:t>ان کے جلسوں میں جائیے۔</w:t>
      </w:r>
    </w:p>
    <w:p>
      <w:r>
        <w:rPr>
          <w:b/>
        </w:rPr>
        <w:t xml:space="preserve">[34:38] </w:t>
      </w:r>
      <w:r>
        <w:t>un ki baatein kijiye.</w:t>
      </w:r>
    </w:p>
    <w:p>
      <w:pPr>
        <w:jc w:val="right"/>
      </w:pPr>
      <w:r>
        <w:t>ان کی باتیں کیجیے۔</w:t>
      </w:r>
    </w:p>
    <w:p>
      <w:r>
        <w:rPr>
          <w:b/>
        </w:rPr>
        <w:t xml:space="preserve">[34:41] </w:t>
      </w:r>
      <w:r>
        <w:t>One to all sab kya karenge? Doosron ko shikayat.</w:t>
      </w:r>
    </w:p>
    <w:p>
      <w:pPr>
        <w:jc w:val="right"/>
      </w:pPr>
      <w:r>
        <w:t>One to all سب کیا کریں گے؟ دوسروں کو شکایت۔</w:t>
      </w:r>
    </w:p>
    <w:p>
      <w:r>
        <w:rPr>
          <w:b/>
        </w:rPr>
        <w:t xml:space="preserve">[34:44] </w:t>
      </w:r>
      <w:r>
        <w:t>America ki burai.</w:t>
      </w:r>
    </w:p>
    <w:p>
      <w:pPr>
        <w:jc w:val="right"/>
      </w:pPr>
      <w:r>
        <w:t>امریکہ کی برائی۔</w:t>
      </w:r>
    </w:p>
    <w:p>
      <w:r>
        <w:rPr>
          <w:b/>
        </w:rPr>
        <w:t xml:space="preserve">[34:48] </w:t>
      </w:r>
      <w:r>
        <w:t>aur yahudiyon ki burai.</w:t>
      </w:r>
    </w:p>
    <w:p>
      <w:pPr>
        <w:jc w:val="right"/>
      </w:pPr>
      <w:r>
        <w:t>اور یہودیوں کی برائی۔</w:t>
      </w:r>
    </w:p>
    <w:p>
      <w:r>
        <w:rPr>
          <w:b/>
        </w:rPr>
        <w:t xml:space="preserve">[34:51] </w:t>
      </w:r>
      <w:r>
        <w:t>unki burai, unki burai</w:t>
      </w:r>
    </w:p>
    <w:p>
      <w:pPr>
        <w:jc w:val="right"/>
      </w:pPr>
      <w:r>
        <w:t>ان کی برائی، ان کی برائی</w:t>
      </w:r>
    </w:p>
    <w:p>
      <w:r>
        <w:rPr>
          <w:b/>
        </w:rPr>
        <w:t xml:space="preserve">[34:54] </w:t>
      </w:r>
      <w:r>
        <w:t>—</w:t>
      </w:r>
    </w:p>
    <w:p>
      <w:pPr>
        <w:jc w:val="right"/>
      </w:pPr>
      <w:r>
        <w:t>۔</w:t>
      </w:r>
    </w:p>
    <w:p>
      <w:r>
        <w:rPr>
          <w:b/>
        </w:rPr>
        <w:t xml:space="preserve">[34:59] </w:t>
      </w:r>
      <w:r>
        <w:t>dusron ko blame dena.</w:t>
      </w:r>
    </w:p>
    <w:p>
      <w:pPr>
        <w:jc w:val="right"/>
      </w:pPr>
      <w:r>
        <w:t>دوسروں کو blame دینا۔</w:t>
      </w:r>
    </w:p>
    <w:p>
      <w:r>
        <w:rPr>
          <w:b/>
        </w:rPr>
        <w:t xml:space="preserve">[35:04] </w:t>
      </w:r>
      <w:r>
        <w:t>yahi musalmanon ki policy hai.</w:t>
      </w:r>
    </w:p>
    <w:p>
      <w:pPr>
        <w:jc w:val="right"/>
      </w:pPr>
      <w:r>
        <w:t>یہی مسلمانوں کی policy ہے۔</w:t>
      </w:r>
    </w:p>
    <w:p>
      <w:r>
        <w:rPr>
          <w:b/>
        </w:rPr>
        <w:t xml:space="preserve">[35:09] </w:t>
      </w:r>
      <w:r>
        <w:t>dusron ko blame dena aur apne apne yani apni jo halat hai, jo giri hui musalmanon ki halat,</w:t>
      </w:r>
    </w:p>
    <w:p>
      <w:pPr>
        <w:jc w:val="right"/>
      </w:pPr>
      <w:r>
        <w:t>دوسروں کو blame دینا اور اپنے اپنے یعنی اپنی جو حالت ہے، جو گری ہوئی مسلمانوں کی حالت،</w:t>
      </w:r>
    </w:p>
    <w:p>
      <w:r>
        <w:rPr>
          <w:b/>
        </w:rPr>
        <w:t xml:space="preserve">[35:15] </w:t>
      </w:r>
      <w:r>
        <w:t>is ki wajah unko bata dena.</w:t>
      </w:r>
    </w:p>
    <w:p>
      <w:pPr>
        <w:jc w:val="right"/>
      </w:pPr>
      <w:r>
        <w:t>اس کی وجہ ان کو بتا دینا۔</w:t>
      </w:r>
    </w:p>
    <w:p>
      <w:r>
        <w:rPr>
          <w:b/>
        </w:rPr>
        <w:t xml:space="preserve">[35:20] </w:t>
      </w:r>
      <w:r>
        <w:t>sari duniya mein yahi yahi ho raha hai.</w:t>
      </w:r>
    </w:p>
    <w:p>
      <w:pPr>
        <w:jc w:val="right"/>
      </w:pPr>
      <w:r>
        <w:t>ساری دنیا میں یہی یہی ہو رہا ہے۔</w:t>
      </w:r>
    </w:p>
    <w:p>
      <w:r>
        <w:rPr>
          <w:b/>
        </w:rPr>
        <w:t xml:space="preserve">[35:25] </w:t>
      </w:r>
      <w:r>
        <w:t>is ko ultna hai bilkul.</w:t>
      </w:r>
    </w:p>
    <w:p>
      <w:pPr>
        <w:jc w:val="right"/>
      </w:pPr>
      <w:r>
        <w:t>اس کو الٹنا ہے بالکل۔</w:t>
      </w:r>
    </w:p>
    <w:p>
      <w:r>
        <w:rPr>
          <w:b/>
        </w:rPr>
        <w:t xml:space="preserve">[35:31] </w:t>
      </w:r>
      <w:r>
        <w:t>U-turn lena hai.</w:t>
      </w:r>
    </w:p>
    <w:p>
      <w:pPr>
        <w:jc w:val="right"/>
      </w:pPr>
      <w:r>
        <w:t>U-turn لینا ہے۔</w:t>
      </w:r>
    </w:p>
    <w:p>
      <w:r>
        <w:rPr>
          <w:b/>
        </w:rPr>
        <w:t xml:space="preserve">[35:38] </w:t>
      </w:r>
      <w:r>
        <w:t>ab sirf ek sahab chand do char din ki baat hai, ek naujawan mere paas aaye, unhon ne</w:t>
      </w:r>
    </w:p>
    <w:p>
      <w:pPr>
        <w:jc w:val="right"/>
      </w:pPr>
      <w:r>
        <w:t>اب صرف ایک صاحب چند دو چار دن کی بات ہے، ایک نوجوان میرے پاس آئے، انہوں نے</w:t>
      </w:r>
    </w:p>
    <w:p>
      <w:r>
        <w:rPr>
          <w:b/>
        </w:rPr>
        <w:t xml:space="preserve">[35:44] </w:t>
      </w:r>
      <w:r>
        <w:t>yahi sab baatein keen, unhon ne to unhon ne main ne un ka diary nikali hai, un ki</w:t>
      </w:r>
    </w:p>
    <w:p>
      <w:pPr>
        <w:jc w:val="right"/>
      </w:pPr>
      <w:r>
        <w:t>یہی سب باتیں کیں، انہوں نے تو انہوں نے میں نے ان کا ڈائری نکالی ہے، ان کی</w:t>
      </w:r>
    </w:p>
    <w:p>
      <w:r>
        <w:rPr>
          <w:b/>
        </w:rPr>
        <w:t xml:space="preserve">[35:50] </w:t>
      </w:r>
      <w:r>
        <w:t>diary mein likh diya, "Blame thyself." bas yahi formula hai. "Blame thyself."</w:t>
      </w:r>
    </w:p>
    <w:p>
      <w:pPr>
        <w:jc w:val="right"/>
      </w:pPr>
      <w:r>
        <w:t>ڈائری میں لکھ دیا، "Blame thyself۔" بس یہی فارمولا ہے۔ "Blame thyself۔"</w:t>
      </w:r>
    </w:p>
    <w:p>
      <w:r>
        <w:rPr>
          <w:b/>
        </w:rPr>
        <w:t xml:space="preserve">[35:57] </w:t>
      </w:r>
      <w:r>
        <w:t>"Blame thyself" matlab kya hai? apne bare mein socho.</w:t>
      </w:r>
    </w:p>
    <w:p>
      <w:pPr>
        <w:jc w:val="right"/>
      </w:pPr>
      <w:r>
        <w:t>"Blame thyself" مطلب کیا ہے؟ اپنے بارے میں سوچو۔</w:t>
      </w:r>
    </w:p>
    <w:p>
      <w:r>
        <w:rPr>
          <w:b/>
        </w:rPr>
        <w:t xml:space="preserve">[36:01] </w:t>
      </w:r>
      <w:r>
        <w:t>apni policy ko revise karo.</w:t>
      </w:r>
    </w:p>
    <w:p>
      <w:pPr>
        <w:jc w:val="right"/>
      </w:pPr>
      <w:r>
        <w:t>اپنی policy کو revise کرو۔</w:t>
      </w:r>
    </w:p>
    <w:p>
      <w:r>
        <w:rPr>
          <w:b/>
        </w:rPr>
        <w:t xml:space="preserve">[36:05] </w:t>
      </w:r>
      <w:r>
        <w:t>apni activities ko reassess karo.</w:t>
      </w:r>
    </w:p>
    <w:p>
      <w:pPr>
        <w:jc w:val="right"/>
      </w:pPr>
      <w:r>
        <w:t>اپنی activities کو reassess کرو۔</w:t>
      </w:r>
    </w:p>
    <w:p>
      <w:r>
        <w:rPr>
          <w:b/>
        </w:rPr>
        <w:t xml:space="preserve">[36:10] </w:t>
      </w:r>
      <w:r>
        <w:t>ke aakhir result kyon nahi nikla? to main ne un se kaha ke aap ko in terms of</w:t>
      </w:r>
    </w:p>
    <w:p>
      <w:pPr>
        <w:jc w:val="right"/>
      </w:pPr>
      <w:r>
        <w:t>کہ آخر result کیوں نہیں نکلا؟ تو میں نے ان سے کہا کہ آپ کو in terms of</w:t>
      </w:r>
    </w:p>
    <w:p>
      <w:r>
        <w:rPr>
          <w:b/>
        </w:rPr>
        <w:t xml:space="preserve">[36:14] </w:t>
      </w:r>
      <w:r>
        <w:t>result sochna parega.</w:t>
      </w:r>
    </w:p>
    <w:p>
      <w:pPr>
        <w:jc w:val="right"/>
      </w:pPr>
      <w:r>
        <w:t>result سوچنا پڑے گا۔</w:t>
      </w:r>
    </w:p>
    <w:p>
      <w:r>
        <w:rPr>
          <w:b/>
        </w:rPr>
        <w:t xml:space="preserve">[36:18] </w:t>
      </w:r>
      <w:r>
        <w:t>In terms of result.</w:t>
      </w:r>
    </w:p>
    <w:p>
      <w:pPr>
        <w:jc w:val="right"/>
      </w:pPr>
      <w:r>
        <w:t>In terms of result۔</w:t>
      </w:r>
    </w:p>
    <w:p>
      <w:r>
        <w:rPr>
          <w:b/>
        </w:rPr>
        <w:t xml:space="preserve">[36:23] </w:t>
      </w:r>
      <w:r>
        <w:t>kisi bhi cheez ko judge karne ke liye</w:t>
      </w:r>
    </w:p>
    <w:p>
      <w:pPr>
        <w:jc w:val="right"/>
      </w:pPr>
      <w:r>
        <w:t>کسی بھی چیز کو judge کرنے کے لیے</w:t>
      </w:r>
    </w:p>
    <w:p>
      <w:r>
        <w:rPr>
          <w:b/>
        </w:rPr>
        <w:t xml:space="preserve">[36:27] </w:t>
      </w:r>
      <w:r>
        <w:t>asal cheez hai Islam mein result.</w:t>
      </w:r>
    </w:p>
    <w:p>
      <w:pPr>
        <w:jc w:val="right"/>
      </w:pPr>
      <w:r>
        <w:t>اصل چیز ہے اسلام میں result۔</w:t>
      </w:r>
    </w:p>
    <w:p>
      <w:r>
        <w:rPr>
          <w:b/>
        </w:rPr>
        <w:t xml:space="preserve">[36:33] </w:t>
      </w:r>
      <w:r>
        <w:t>chahe wo koi bhi kaam ho.</w:t>
      </w:r>
    </w:p>
    <w:p>
      <w:pPr>
        <w:jc w:val="right"/>
      </w:pPr>
      <w:r>
        <w:t>چاہے وہ کوئی بھی کام ہو۔</w:t>
      </w:r>
    </w:p>
    <w:p>
      <w:r>
        <w:rPr>
          <w:b/>
        </w:rPr>
        <w:t xml:space="preserve">[36:39] </w:t>
      </w:r>
      <w:r>
        <w:t>is ki yani kitna valuable hai wo, us ko aap ko janna hai to in terms of result</w:t>
      </w:r>
    </w:p>
    <w:p>
      <w:pPr>
        <w:jc w:val="right"/>
      </w:pPr>
      <w:r>
        <w:t>اس کی یعنی کتنا valuable ہے وہ، اس کو آپ کو جاننا ہے تو in terms of result</w:t>
      </w:r>
    </w:p>
    <w:p>
      <w:r>
        <w:rPr>
          <w:b/>
        </w:rPr>
        <w:t xml:space="preserve">[36:45] </w:t>
      </w:r>
      <w:r>
        <w:t>sochna parega.</w:t>
      </w:r>
    </w:p>
    <w:p>
      <w:pPr>
        <w:jc w:val="right"/>
      </w:pPr>
      <w:r>
        <w:t>سوچنا پڑے گا۔</w:t>
      </w:r>
    </w:p>
    <w:p>
      <w:r>
        <w:rPr>
          <w:b/>
        </w:rPr>
        <w:t xml:space="preserve">[36:51] </w:t>
      </w:r>
      <w:r>
        <w:t>to yeh jo activities hain sari duniya mein aur qurbani di ja rahi hai, qurbani di ja rahi hai,</w:t>
      </w:r>
    </w:p>
    <w:p>
      <w:pPr>
        <w:jc w:val="right"/>
      </w:pPr>
      <w:r>
        <w:t>تو یہ جو activities ہیں ساری دنیا میں اور قربانی دی جا رہی ہے، قربانی دی جا رہی ہے،</w:t>
      </w:r>
    </w:p>
    <w:p>
      <w:r>
        <w:rPr>
          <w:b/>
        </w:rPr>
        <w:t xml:space="preserve">[36:57] </w:t>
      </w:r>
      <w:r>
        <w:t>qurbani di ja rahi hai, sacrifice ho rahi hai, sacrifice ho rahi hai.</w:t>
      </w:r>
    </w:p>
    <w:p>
      <w:pPr>
        <w:jc w:val="right"/>
      </w:pPr>
      <w:r>
        <w:t>قربانی دی جا رہی ہے، sacrifice ہو رہی ہے، sacrifice ہو رہی ہے۔</w:t>
      </w:r>
    </w:p>
    <w:p>
      <w:r>
        <w:rPr>
          <w:b/>
        </w:rPr>
        <w:t xml:space="preserve">[37:03] </w:t>
      </w:r>
      <w:r>
        <w:t>to is ko in terms of result sochna parega.</w:t>
      </w:r>
    </w:p>
    <w:p>
      <w:pPr>
        <w:jc w:val="right"/>
      </w:pPr>
      <w:r>
        <w:t>تو اس کو in terms of result سوچنا پڑے گا۔</w:t>
      </w:r>
    </w:p>
    <w:p>
      <w:r>
        <w:rPr>
          <w:b/>
        </w:rPr>
        <w:t xml:space="preserve">[37:10] </w:t>
      </w:r>
      <w:r>
        <w:t>natija kya nikla? jo natija ulta nikal raha hai.</w:t>
      </w:r>
    </w:p>
    <w:p>
      <w:pPr>
        <w:jc w:val="right"/>
      </w:pPr>
      <w:r>
        <w:t>نتیجہ کیا نکلا؟ جو نتیجہ الٹا نکل رہا ہے۔</w:t>
      </w:r>
    </w:p>
    <w:p>
      <w:r>
        <w:rPr>
          <w:b/>
        </w:rPr>
        <w:t xml:space="preserve">[37:16] </w:t>
      </w:r>
      <w:r>
        <w:t>yahan par masla yeh hai, ek sahab se baat ho rahi thi to main ne yeh kaha ke</w:t>
      </w:r>
    </w:p>
    <w:p>
      <w:pPr>
        <w:jc w:val="right"/>
      </w:pPr>
      <w:r>
        <w:t>یہاں پر مسئلہ یہ ہے، ایک صاحب سے بات ہو رہی تھی تو میں نے یہ کہا کہ</w:t>
      </w:r>
    </w:p>
    <w:p>
      <w:r>
        <w:rPr>
          <w:b/>
        </w:rPr>
        <w:t xml:space="preserve">[37:22] </w:t>
      </w:r>
      <w:r>
        <w:t>dosre log kyun U-turn le lete hain? mislan Japan mein U-turn le liya.</w:t>
      </w:r>
    </w:p>
    <w:p>
      <w:pPr>
        <w:jc w:val="right"/>
      </w:pPr>
      <w:r>
        <w:t>دوسرے لوگ کیوں U-turn لے لیتے ہیں؟ مثلاً جاپان میں U-turn لے لیا۔</w:t>
      </w:r>
    </w:p>
    <w:p>
      <w:r>
        <w:rPr>
          <w:b/>
        </w:rPr>
        <w:t xml:space="preserve">[37:28] </w:t>
      </w:r>
      <w:r>
        <w:t>second world war se pehle japan jo tha bohat hi ladaka qaum thi, ladne wali. lekin second world war ke baad U-turn le liya unhon ne. yani khudkush bombari sab se pehle japan ne shuru ki thi. jis ko harakiri kehte thay woh. to second world war se pehle japan jo tha dunya ki sab se zyada ladaka qaum thi, ladne wali. lekin is</w:t>
      </w:r>
    </w:p>
    <w:p>
      <w:pPr>
        <w:jc w:val="right"/>
      </w:pPr>
      <w:r>
        <w:t>سیکنڈ ورلڈ وار سے پہلے جاپان جو تھا بہت ہی لڑاکا قوم تھی، لڑنے والی۔ لیکن سیکنڈ ورلڈ وار کے بعد U-turn لے لیا انہوں نے۔ یعنی خودکش بمباری سب سے پہلے جاپان نے شروع کی تھی۔ جس کو ہراکری کہتے تھے وہ۔ تو سیکنڈ ورلڈ وار سے پہلے جاپان جو تھا دنیا کی سب سے زیادہ لڑاکا قوم تھی، لڑنے والی۔ لیکن اس</w:t>
      </w:r>
    </w:p>
    <w:p>
      <w:r>
        <w:rPr>
          <w:b/>
        </w:rPr>
        <w:t xml:space="preserve">[37:58] </w:t>
      </w:r>
      <w:r>
        <w:t>ke baad achaanak ek dam woh log ban gaye, kya peaceful ban gaye? kyun aisa hua? ab musalman</w:t>
      </w:r>
    </w:p>
    <w:p>
      <w:pPr>
        <w:jc w:val="right"/>
      </w:pPr>
      <w:r>
        <w:t>کے بعد اچانک ایک دم وہ لوگ بن گئے، کیا peaceful بن گئے؟ کیوں ایسا ہوا؟ اب مسلمان</w:t>
      </w:r>
    </w:p>
    <w:p>
      <w:r>
        <w:rPr>
          <w:b/>
        </w:rPr>
        <w:t xml:space="preserve">[38:05] </w:t>
      </w:r>
      <w:r>
        <w:t>nahin ban rahe hain.</w:t>
      </w:r>
    </w:p>
    <w:p>
      <w:pPr>
        <w:jc w:val="right"/>
      </w:pPr>
      <w:r>
        <w:t>نہیں بن رہے ہیں۔</w:t>
      </w:r>
    </w:p>
    <w:p>
      <w:r>
        <w:rPr>
          <w:b/>
        </w:rPr>
        <w:t xml:space="preserve">[38:11] </w:t>
      </w:r>
      <w:r>
        <w:t>kyunke woh secular log jo hote hain, secular log, woh sochte hain ke result kya nikla? Japan ne</w:t>
      </w:r>
    </w:p>
    <w:p>
      <w:pPr>
        <w:jc w:val="right"/>
      </w:pPr>
      <w:r>
        <w:t>کیونکہ وہ سیکولر لوگ جو ہوتے ہیں، سیکولر لوگ، وہ سوچتے ہیں کہ result کیا نکلا؟ جاپان نے</w:t>
      </w:r>
    </w:p>
    <w:p>
      <w:r>
        <w:rPr>
          <w:b/>
        </w:rPr>
        <w:t xml:space="preserve">[38:18] </w:t>
      </w:r>
      <w:r>
        <w:t>socha ke result to kuch nikla nahin, lade bhade hum.</w:t>
      </w:r>
    </w:p>
    <w:p>
      <w:pPr>
        <w:jc w:val="right"/>
      </w:pPr>
      <w:r>
        <w:t>سوچا کہ result تو کچھ نکلا نہیں، لڑے بھڑے ہم۔</w:t>
      </w:r>
    </w:p>
    <w:p>
      <w:r>
        <w:rPr>
          <w:b/>
        </w:rPr>
        <w:t xml:space="preserve">[38:24] </w:t>
      </w:r>
      <w:r>
        <w:t>lad bhad kar ke kuch mila nahin humein.</w:t>
      </w:r>
    </w:p>
    <w:p>
      <w:pPr>
        <w:jc w:val="right"/>
      </w:pPr>
      <w:r>
        <w:t>لڑ بھڑ کر کے کچھ ملا نہیں ہمیں۔</w:t>
      </w:r>
    </w:p>
    <w:p>
      <w:r>
        <w:rPr>
          <w:b/>
        </w:rPr>
        <w:t xml:space="preserve">[38:31] </w:t>
      </w:r>
      <w:r>
        <w:t>kuch mila nahin hai.</w:t>
      </w:r>
    </w:p>
    <w:p>
      <w:pPr>
        <w:jc w:val="right"/>
      </w:pPr>
      <w:r>
        <w:t>کچھ ملا نہیں ہے۔</w:t>
      </w:r>
    </w:p>
    <w:p>
      <w:r>
        <w:rPr>
          <w:b/>
        </w:rPr>
        <w:t xml:space="preserve">[38:35] </w:t>
      </w:r>
      <w:r>
        <w:t>to nahin mila to jab result nahin mila to humein rasta badalna hai apna.</w:t>
      </w:r>
    </w:p>
    <w:p>
      <w:pPr>
        <w:jc w:val="right"/>
      </w:pPr>
      <w:r>
        <w:t>تو نہیں ملا تو جب result نہیں ملا تو ہمیں راستہ بدلنا ہے اپنا۔</w:t>
      </w:r>
    </w:p>
    <w:p>
      <w:r>
        <w:rPr>
          <w:b/>
        </w:rPr>
        <w:t xml:space="preserve">[38:40] </w:t>
      </w:r>
      <w:r>
        <w:t>musalmanon ka mamla yeh hai ke unhein result sochna hi nahin hai.</w:t>
      </w:r>
    </w:p>
    <w:p>
      <w:pPr>
        <w:jc w:val="right"/>
      </w:pPr>
      <w:r>
        <w:t>مسلمانوں کا معاملہ یہ ہے کہ انہیں result سوچنا ہی نہیں ہے۔</w:t>
      </w:r>
    </w:p>
    <w:p>
      <w:r>
        <w:rPr>
          <w:b/>
        </w:rPr>
        <w:t xml:space="preserve">[38:44] </w:t>
      </w:r>
      <w:r>
        <w:t>kyunke unki jannat pakki hai.</w:t>
      </w:r>
    </w:p>
    <w:p>
      <w:pPr>
        <w:jc w:val="right"/>
      </w:pPr>
      <w:r>
        <w:t>کیونکہ ان کی جنت پکی ہے۔</w:t>
      </w:r>
    </w:p>
    <w:p>
      <w:r>
        <w:rPr>
          <w:b/>
        </w:rPr>
        <w:t xml:space="preserve">[38:48] </w:t>
      </w:r>
      <w:r>
        <w:t>mar jao tab bhi jannat mein jaoge.</w:t>
      </w:r>
    </w:p>
    <w:p>
      <w:pPr>
        <w:jc w:val="right"/>
      </w:pPr>
      <w:r>
        <w:t>مر جاؤ تب بھی جنت میں جاؤ گے۔</w:t>
      </w:r>
    </w:p>
    <w:p>
      <w:r>
        <w:rPr>
          <w:b/>
        </w:rPr>
        <w:t xml:space="preserve">[38:53] </w:t>
      </w:r>
      <w:r>
        <w:t>yeh anokha philosophy jo hai is ka ta'alluq na Quran se hai na Hadees se bana rakha hai musalmanon ne.</w:t>
      </w:r>
    </w:p>
    <w:p>
      <w:pPr>
        <w:jc w:val="right"/>
      </w:pPr>
      <w:r>
        <w:t>یہ انوکھا فلسفہ جو ہے اس کا تعلق نہ قرآن سے ہے نہ حدیث سے بنا رکھا ہے مسلمانوں نے۔</w:t>
      </w:r>
    </w:p>
    <w:p>
      <w:r>
        <w:rPr>
          <w:b/>
        </w:rPr>
        <w:t xml:space="preserve">[38:57] </w:t>
      </w:r>
      <w:r>
        <w:t>ke suicide bomb mein karo, jannat mein jao.</w:t>
      </w:r>
    </w:p>
    <w:p>
      <w:pPr>
        <w:jc w:val="right"/>
      </w:pPr>
      <w:r>
        <w:t>کہ suicide bomb میں کرو، جنت میں جاؤ۔</w:t>
      </w:r>
    </w:p>
    <w:p>
      <w:r>
        <w:rPr>
          <w:b/>
        </w:rPr>
        <w:t xml:space="preserve">[39:01] </w:t>
      </w:r>
      <w:r>
        <w:t>lrai bhrai chhod kar ke, lrai bhrai shuru kar ke apne ko maar dalo, aap pehle aap pehle</w:t>
      </w:r>
    </w:p>
    <w:p>
      <w:pPr>
        <w:jc w:val="right"/>
      </w:pPr>
      <w:r>
        <w:t>لڑائی بھڑائی چھوڑ کر کے، لڑائی بھڑائی شروع کر کے اپنے کو مار ڈالو، آپ پہلے آپ پہلے</w:t>
      </w:r>
    </w:p>
    <w:p>
      <w:r>
        <w:rPr>
          <w:b/>
        </w:rPr>
        <w:t xml:space="preserve">[39:09] </w:t>
      </w:r>
      <w:r>
        <w:t>mujhe maar ki policy chalao aur phir jannat mein chale jao.</w:t>
      </w:r>
    </w:p>
    <w:p>
      <w:pPr>
        <w:jc w:val="right"/>
      </w:pPr>
      <w:r>
        <w:t>مجھے مار کی policy چلاؤ اور پھر جنت میں چلے جاؤ۔</w:t>
      </w:r>
    </w:p>
    <w:p>
      <w:r>
        <w:rPr>
          <w:b/>
        </w:rPr>
        <w:t xml:space="preserve">[39:16] </w:t>
      </w:r>
      <w:r>
        <w:t>to unhon ne kya kiya hai ke apne yaani Japaniyon ne apne aap secular criteria se jaancha. secular criteria.</w:t>
      </w:r>
    </w:p>
    <w:p>
      <w:pPr>
        <w:jc w:val="right"/>
      </w:pPr>
      <w:r>
        <w:t>تو انہوں نے کیا کیا ہے کہ اپنے یعنی جاپانیوں نے اپنے آپ سیکولر کرائٹیریا سے جانچا۔ سیکولر کرائٹیریا۔</w:t>
      </w:r>
    </w:p>
    <w:p>
      <w:r>
        <w:rPr>
          <w:b/>
        </w:rPr>
        <w:t xml:space="preserve">[39:24] </w:t>
      </w:r>
      <w:r>
        <w:t>to unhein samajh mein aaya ke bhai secular criteria mein to result dekha jayega.</w:t>
      </w:r>
    </w:p>
    <w:p>
      <w:pPr>
        <w:jc w:val="right"/>
      </w:pPr>
      <w:r>
        <w:t>تو انہیں سمجھ میں آیا کہ بھئی سیکولر کرائٹیریا میں تو result دیکھا جائے گا۔</w:t>
      </w:r>
    </w:p>
    <w:p>
      <w:r>
        <w:rPr>
          <w:b/>
        </w:rPr>
        <w:t xml:space="preserve">[39:32] </w:t>
      </w:r>
      <w:r>
        <w:t>to unhon ne second world war ke baad achaanak ek dam U-turn le liya.</w:t>
      </w:r>
    </w:p>
    <w:p>
      <w:pPr>
        <w:jc w:val="right"/>
      </w:pPr>
      <w:r>
        <w:t>تو انہوں نے سیکنڈ ورلڈ وار کے بعد اچانک ایک دم U-turn لے لیا۔</w:t>
      </w:r>
    </w:p>
    <w:p>
      <w:r>
        <w:rPr>
          <w:b/>
        </w:rPr>
        <w:t xml:space="preserve">[39:37] </w:t>
      </w:r>
      <w:r>
        <w:t>ab dekhte hain ke is waqt kitna taraqqi kar raha hai Japan? musalman hain U-turn le hi nahin rahe.</w:t>
      </w:r>
    </w:p>
    <w:p>
      <w:pPr>
        <w:jc w:val="right"/>
      </w:pPr>
      <w:r>
        <w:t>اب دیکھتے ہیں کہ اس وقت کتنا ترقی کر رہا ہے جاپان؟ مسلمان ہیں U-turn لے ہی نہیں رہے۔</w:t>
      </w:r>
    </w:p>
    <w:p>
      <w:r>
        <w:rPr>
          <w:b/>
        </w:rPr>
        <w:t xml:space="preserve">[39:42] </w:t>
      </w:r>
      <w:r>
        <w:t>ke unhon ne khud sakhta taur par bana rakha hai ke lad ke maro to jannat mein jaoge.</w:t>
      </w:r>
    </w:p>
    <w:p>
      <w:pPr>
        <w:jc w:val="right"/>
      </w:pPr>
      <w:r>
        <w:t>کہ انہوں نے خود ساختہ طور پر بنا رکھا ہے کہ لڑ کے مرو تو جنت میں جاؤ گے۔</w:t>
      </w:r>
    </w:p>
    <w:p>
      <w:r>
        <w:rPr>
          <w:b/>
        </w:rPr>
        <w:t xml:space="preserve">[39:47] </w:t>
      </w:r>
      <w:r>
        <w:t>lad kar maro to jannat mein jaoge.</w:t>
      </w:r>
    </w:p>
    <w:p>
      <w:pPr>
        <w:jc w:val="right"/>
      </w:pPr>
      <w:r>
        <w:t>لڑ کر مرو تو جنت میں جاؤ گے۔</w:t>
      </w:r>
    </w:p>
    <w:p>
      <w:r>
        <w:rPr>
          <w:b/>
        </w:rPr>
        <w:t xml:space="preserve">[39:52] </w:t>
      </w:r>
      <w:r>
        <w:t>to faida hi faida hai.</w:t>
      </w:r>
    </w:p>
    <w:p>
      <w:pPr>
        <w:jc w:val="right"/>
      </w:pPr>
      <w:r>
        <w:t>تو فائدہ ہی فائدہ ہے۔</w:t>
      </w:r>
    </w:p>
    <w:p>
      <w:r>
        <w:rPr>
          <w:b/>
        </w:rPr>
        <w:t xml:space="preserve">[39:57] </w:t>
      </w:r>
      <w:r>
        <w:t>lekin yeh bilkul hi be asal baat hai.</w:t>
      </w:r>
    </w:p>
    <w:p>
      <w:pPr>
        <w:jc w:val="right"/>
      </w:pPr>
      <w:r>
        <w:t>لیکن یہ بالکل ہی بے اصل بات ہے۔</w:t>
      </w:r>
    </w:p>
    <w:p>
      <w:r>
        <w:rPr>
          <w:b/>
        </w:rPr>
        <w:t xml:space="preserve">[40:02] </w:t>
      </w:r>
      <w:r>
        <w:t>Baseless baat hai, be haqeeqat baat hai.</w:t>
      </w:r>
    </w:p>
    <w:p>
      <w:pPr>
        <w:jc w:val="right"/>
      </w:pPr>
      <w:r>
        <w:t>Baseless بات ہے، بے حقیقت بات ہے۔</w:t>
      </w:r>
    </w:p>
    <w:p>
      <w:r>
        <w:rPr>
          <w:b/>
        </w:rPr>
        <w:t xml:space="preserve">[40:07] </w:t>
      </w:r>
      <w:r>
        <w:t>yeh Islam nahi hai yeh.</w:t>
      </w:r>
    </w:p>
    <w:p>
      <w:pPr>
        <w:jc w:val="right"/>
      </w:pPr>
      <w:r>
        <w:t>یہ اسلام نہیں ہے یہ۔</w:t>
      </w:r>
    </w:p>
    <w:p>
      <w:r>
        <w:rPr>
          <w:b/>
        </w:rPr>
        <w:t xml:space="preserve">[40:12] </w:t>
      </w:r>
      <w:r>
        <w:t>apna banawati yeh falsafi hai yeh.</w:t>
      </w:r>
    </w:p>
    <w:p>
      <w:pPr>
        <w:jc w:val="right"/>
      </w:pPr>
      <w:r>
        <w:t>اپنا بناوٹی یہ فلسفی ہے یہ۔</w:t>
      </w:r>
    </w:p>
    <w:p>
      <w:r>
        <w:rPr>
          <w:b/>
        </w:rPr>
        <w:t xml:space="preserve">[40:18] </w:t>
      </w:r>
      <w:r>
        <w:t>musalmanon ne hamein aik abhi aik aik sahib, America ke aik sahib se mulaqat hui to unhon ne</w:t>
      </w:r>
    </w:p>
    <w:p>
      <w:pPr>
        <w:jc w:val="right"/>
      </w:pPr>
      <w:r>
        <w:t>مسلمانوں نے ہمیں ایک ابھی ایک ایک صاحب، امریکہ کے ایک صاحب سے ملاقات ہوئی تو انہوں نے</w:t>
      </w:r>
    </w:p>
    <w:p>
      <w:r>
        <w:rPr>
          <w:b/>
        </w:rPr>
        <w:t xml:space="preserve">[40:23] </w:t>
      </w:r>
      <w:r>
        <w:t>mujh se kaha, main ne un se keh dekhen musalmanon ki jo military hai woh doosre military se alag hai.</w:t>
      </w:r>
    </w:p>
    <w:p>
      <w:pPr>
        <w:jc w:val="right"/>
      </w:pPr>
      <w:r>
        <w:t>مجھ سے کہا، میں نے ان سے کہ دیکھیں مسلمانوں کی جو military ہے وہ دوسرے military سے الگ ہے۔</w:t>
      </w:r>
    </w:p>
    <w:p>
      <w:r>
        <w:rPr>
          <w:b/>
        </w:rPr>
        <w:t xml:space="preserve">[40:28] </w:t>
      </w:r>
      <w:r>
        <w:t>wohi musalmanon ki military se alag hai.</w:t>
      </w:r>
    </w:p>
    <w:p>
      <w:pPr>
        <w:jc w:val="right"/>
      </w:pPr>
      <w:r>
        <w:t>وہی مسلمانوں کی military سے الگ ہے۔</w:t>
      </w:r>
    </w:p>
    <w:p>
      <w:r>
        <w:rPr>
          <w:b/>
        </w:rPr>
        <w:t xml:space="preserve">[40:33] </w:t>
      </w:r>
      <w:r>
        <w:t>doosron ki military se alag hai musalmanon ki military. kyun? musalmanon ki military jo hai woh hai ideologically justified military. ideologically justified military. yani mar jao tab bhi jannat hai. suicide baad mein kar ke khatam kar lo apne ko tab bhi jannat hai. wahan yeh sab nahi hai. secular falsafa mein yeh sab nahi hai. secular falsafa mein to yahi kuch bhi milna chahiye. material term mein. nahi mil raha hai to chho</w:t>
      </w:r>
    </w:p>
    <w:p>
      <w:pPr>
        <w:jc w:val="right"/>
      </w:pPr>
      <w:r>
        <w:t>دوسروں کی military سے الگ ہے مسلمانوں کی military۔ کیوں؟ مسلمانوں کی military جو ہے وہ ہے ideologically justified military۔ ideologically justified military۔ یعنی مر جاؤ تب بھی جنت ہے۔ suicide بعد میں کر کے ختم کر لو اپنے کو تب بھی جنت ہے۔ وہاں یہ سب نہیں ہے۔ سیکولر فلسفی میں یہ سب نہیں ہے۔ سیکولر فلسفی میں تو یہی کچھ بھی ملنا چاہیے۔ مٹیریل ٹرم میں۔ نہیں مل رہا ہے تو چھو</w:t>
      </w:r>
    </w:p>
    <w:p>
      <w:r>
        <w:rPr>
          <w:b/>
        </w:rPr>
        <w:t xml:space="preserve">[41:03] </w:t>
      </w:r>
      <w:r>
        <w:t>ro is ko, khatam karo.</w:t>
      </w:r>
    </w:p>
    <w:p>
      <w:pPr>
        <w:jc w:val="right"/>
      </w:pPr>
      <w:r>
        <w:t>ڑو اس کو، ختم کرو۔</w:t>
      </w:r>
    </w:p>
    <w:p>
      <w:r>
        <w:rPr>
          <w:b/>
        </w:rPr>
        <w:t xml:space="preserve">[41:08] </w:t>
      </w:r>
      <w:r>
        <w:t>yeh bohat bari museebat hai ke musalmanon ne apni yani suicide ko bhi Islami kaam bana bana rakha hai.</w:t>
      </w:r>
    </w:p>
    <w:p>
      <w:pPr>
        <w:jc w:val="right"/>
      </w:pPr>
      <w:r>
        <w:t>یہ بہت بڑی مصیبت ہے کہ مسلمانوں نے اپنی یعنی suicide کو بھی اسلامی کام بنا بنا رکھا ہے۔</w:t>
      </w:r>
    </w:p>
    <w:p>
      <w:r>
        <w:rPr>
          <w:b/>
        </w:rPr>
        <w:t xml:space="preserve">[41:13] </w:t>
      </w:r>
      <w:r>
        <w:t>to suicide to haram hai Islam mein.</w:t>
      </w:r>
    </w:p>
    <w:p>
      <w:pPr>
        <w:jc w:val="right"/>
      </w:pPr>
      <w:r>
        <w:t>تو suicide تو حرام ہے اسلام میں۔</w:t>
      </w:r>
    </w:p>
    <w:p>
      <w:r>
        <w:rPr>
          <w:b/>
        </w:rPr>
        <w:t xml:space="preserve">[41:18] </w:t>
      </w:r>
      <w:r>
        <w:t>Islam mein khudkushi haram hai.</w:t>
      </w:r>
    </w:p>
    <w:p>
      <w:pPr>
        <w:jc w:val="right"/>
      </w:pPr>
      <w:r>
        <w:t>اسلام میں خودکشی حرام ہے۔</w:t>
      </w:r>
    </w:p>
    <w:p>
      <w:r>
        <w:rPr>
          <w:b/>
        </w:rPr>
        <w:t xml:space="preserve">[41:23] </w:t>
      </w:r>
      <w:r>
        <w:t>lekin musalmanon ne is khudkushi ko muqaddas kaam bana liya.</w:t>
      </w:r>
    </w:p>
    <w:p>
      <w:pPr>
        <w:jc w:val="right"/>
      </w:pPr>
      <w:r>
        <w:t>لیکن مسلمانوں نے اس خودکشی کو مقدس کام بنا لیا۔</w:t>
      </w:r>
    </w:p>
    <w:p>
      <w:r>
        <w:rPr>
          <w:b/>
        </w:rPr>
        <w:t xml:space="preserve">[41:29] </w:t>
      </w:r>
      <w:r>
        <w:t>kaisi ajeeb museebat hai yeh.</w:t>
      </w:r>
    </w:p>
    <w:p>
      <w:pPr>
        <w:jc w:val="right"/>
      </w:pPr>
      <w:r>
        <w:t>کیسی عجیب مصیبت ہے یہ۔</w:t>
      </w:r>
    </w:p>
    <w:p>
      <w:r>
        <w:rPr>
          <w:b/>
        </w:rPr>
        <w:t xml:space="preserve">[41:34] </w:t>
      </w:r>
      <w:r>
        <w:t>khudkushi Islam mein haram hai.</w:t>
      </w:r>
    </w:p>
    <w:p>
      <w:pPr>
        <w:jc w:val="right"/>
      </w:pPr>
      <w:r>
        <w:t>خودکشی اسلام میں حرام ہے۔</w:t>
      </w:r>
    </w:p>
    <w:p>
      <w:r>
        <w:rPr>
          <w:b/>
        </w:rPr>
        <w:t xml:space="preserve">[41:39] </w:t>
      </w:r>
      <w:r>
        <w:t>lekin is zamanay mein musalmanon ne kiya kiya? khudkushi ko muqaddas bana liya.</w:t>
      </w:r>
    </w:p>
    <w:p>
      <w:pPr>
        <w:jc w:val="right"/>
      </w:pPr>
      <w:r>
        <w:t>لیکن اس زمانے میں مسلمانوں نے کیا کیا؟ خودکشی کو مقدس بنا لیا۔</w:t>
      </w:r>
    </w:p>
    <w:p>
      <w:r>
        <w:rPr>
          <w:b/>
        </w:rPr>
        <w:t xml:space="preserve">[41:44] </w:t>
      </w:r>
      <w:r>
        <w:t>Sanctify kar liya is ko.</w:t>
      </w:r>
    </w:p>
    <w:p>
      <w:pPr>
        <w:jc w:val="right"/>
      </w:pPr>
      <w:r>
        <w:t>Sanctify کر لیا اس کو۔</w:t>
      </w:r>
    </w:p>
    <w:p>
      <w:r>
        <w:rPr>
          <w:b/>
        </w:rPr>
        <w:t xml:space="preserve">[41:49] </w:t>
      </w:r>
      <w:r>
        <w:t>aur woh bhi un ko aik acha kaam ban gaya un ke liye.</w:t>
      </w:r>
    </w:p>
    <w:p>
      <w:pPr>
        <w:jc w:val="right"/>
      </w:pPr>
      <w:r>
        <w:t>اور وہ بھی ان کو ایک اچھا کام بن گیا ان کے لیے۔</w:t>
      </w:r>
    </w:p>
    <w:p>
      <w:r>
        <w:rPr>
          <w:b/>
        </w:rPr>
        <w:t xml:space="preserve">[41:54] </w:t>
      </w:r>
      <w:r>
        <w:t>to bohat bara masla hai yeh ke log reassess karen, log revise karen, phir se sochen.</w:t>
      </w:r>
    </w:p>
    <w:p>
      <w:pPr>
        <w:jc w:val="right"/>
      </w:pPr>
      <w:r>
        <w:t>تو بہت بڑا مسئلہ ہے یہ کہ لوگ reassess کریں، لوگ revise کریں، پھر سے سوچیں۔</w:t>
      </w:r>
    </w:p>
    <w:p>
      <w:r>
        <w:rPr>
          <w:b/>
        </w:rPr>
        <w:t xml:space="preserve">[41:59] </w:t>
      </w:r>
      <w:r>
        <w:t>bohat bara masla</w:t>
      </w:r>
    </w:p>
    <w:p>
      <w:pPr>
        <w:jc w:val="right"/>
      </w:pPr>
      <w:r>
        <w:t>بہت بڑا مسئلہ</w:t>
      </w:r>
    </w:p>
    <w:p>
      <w:r>
        <w:rPr>
          <w:b/>
        </w:rPr>
        <w:t xml:space="preserve">[42:04] </w:t>
      </w:r>
      <w:r>
        <w:t>hai. aur din ba din guzar te ja rahe hain lekin division ki policy abhi tak musalmanon mein aayi nahi. isi par yani wohi jo ghalat policy jo banai thi usi par chale ja rahe hain, usi par chale ja rahe hain. halan ke islam ka yeh bhi hukum hai ke revise karo. ke result na na kiya to revise karo. is ki bohat si misalen main</w:t>
      </w:r>
    </w:p>
    <w:p>
      <w:pPr>
        <w:jc w:val="right"/>
      </w:pPr>
      <w:r>
        <w:t>ہے۔ اور دن پر دن گزرتے جا رہے ہیں لیکن division کی policy ابھی تک مسلمانوں میں آئی نہیں۔ اسی پر یعنی وہی جو غلط policy جو بنائی تھی اسی پر چلے جا رہے ہیں، اسی پر چلے جا رہے ہیں۔ حالانکہ اسلام کا یہ بھی حکم ہے کہ revise کرو۔ کہ result نہ نہ کیا تو revise کرو۔ اس کی بہت سی مثالیں میں</w:t>
      </w:r>
    </w:p>
    <w:p>
      <w:r>
        <w:rPr>
          <w:b/>
        </w:rPr>
        <w:t xml:space="preserve">[42:34] </w:t>
      </w:r>
      <w:r>
        <w:t>ne di hain apni kitabon mein ke Islam mein yeh bhi aik hai hukum ke revise karo.</w:t>
      </w:r>
    </w:p>
    <w:p>
      <w:pPr>
        <w:jc w:val="right"/>
      </w:pPr>
      <w:r>
        <w:t>نے دی ہیں اپنی کتابوں میں کہ اسلام میں یہ بھی ایک ہے حکم کہ revise کرو۔</w:t>
      </w:r>
    </w:p>
    <w:p>
      <w:r>
        <w:rPr>
          <w:b/>
        </w:rPr>
        <w:t xml:space="preserve">[42:40] </w:t>
      </w:r>
      <w:r>
        <w:t>yani aik aik aap ne aik step liya.</w:t>
      </w:r>
    </w:p>
    <w:p>
      <w:pPr>
        <w:jc w:val="right"/>
      </w:pPr>
      <w:r>
        <w:t>یعنی ایک ایک آپ نے ایک step لیا۔</w:t>
      </w:r>
    </w:p>
    <w:p>
      <w:r>
        <w:rPr>
          <w:b/>
        </w:rPr>
        <w:t xml:space="preserve">[42:47] </w:t>
      </w:r>
      <w:r>
        <w:t>is step ka nateeja nahi nikla to revise karo.</w:t>
      </w:r>
    </w:p>
    <w:p>
      <w:pPr>
        <w:jc w:val="right"/>
      </w:pPr>
      <w:r>
        <w:t>اس step کا نتیجہ نہیں نکلا تو revise کرو۔</w:t>
      </w:r>
    </w:p>
    <w:p>
      <w:r>
        <w:rPr>
          <w:b/>
        </w:rPr>
        <w:t xml:space="preserve">[42:54] </w:t>
      </w:r>
      <w:r>
        <w:t>aur phir se replanning karo.</w:t>
      </w:r>
    </w:p>
    <w:p>
      <w:pPr>
        <w:jc w:val="right"/>
      </w:pPr>
      <w:r>
        <w:t>اور پھر سے replanning کرو۔</w:t>
      </w:r>
    </w:p>
    <w:p>
      <w:r>
        <w:rPr>
          <w:b/>
        </w:rPr>
        <w:t xml:space="preserve">[43:00] </w:t>
      </w:r>
      <w:r>
        <w:t>yeh bhi Islam ka aik principle hai.</w:t>
      </w:r>
    </w:p>
    <w:p>
      <w:pPr>
        <w:jc w:val="right"/>
      </w:pPr>
      <w:r>
        <w:t>یہ بھی اسلام کا ایک principle ہے۔</w:t>
      </w:r>
    </w:p>
    <w:p>
      <w:r>
        <w:rPr>
          <w:b/>
        </w:rPr>
        <w:t xml:space="preserve">[43:07] </w:t>
      </w:r>
      <w:r>
        <w:t>insan dekhe misjudgment ho sakta hai insan se, ghalat andaza kare. ghalat andaza kar ke aap ek ek ek step le len, baad mein pata chale ke aap ka step ghalat tha. to is mein kya karna hai? aap ko revise karna hai. jaise america ne vietnam mein ek step le liya tha. lekin use revise kar ke kiya aur phir loot aya vietnam se. kyun ke unhon ne samjha</w:t>
      </w:r>
    </w:p>
    <w:p>
      <w:pPr>
        <w:jc w:val="right"/>
      </w:pPr>
      <w:r>
        <w:t>انسان دیکھے misjudgment ہو سکتا ہے انسان سے، غلط اندازہ کرے۔ غلط اندازہ کر کے آپ ایک ایک ایک step لے لیں، بعد میں پتہ چلے کہ آپ کا step غلط تھا۔ تو اس میں کیا کرنا ہے؟ آپ کو revise کرنا ہے۔ جیسے امریکہ نے ویتنام میں ایک step لے لیا تھا۔ لیکن اسے revise کر کے کیا اور پھر لوٹ آیا ویتنام سے۔ کیونکہ انہوں نے سمجھا</w:t>
      </w:r>
    </w:p>
    <w:p>
      <w:r>
        <w:rPr>
          <w:b/>
        </w:rPr>
        <w:t xml:space="preserve">[43:37] </w:t>
      </w:r>
      <w:r>
        <w:t>hai baat ko jab reassess kiya to unhon ne jana hai ke vietnam mein unhon ne jo step</w:t>
      </w:r>
    </w:p>
    <w:p>
      <w:pPr>
        <w:jc w:val="right"/>
      </w:pPr>
      <w:r>
        <w:t>ہے بات کو جب reassess کیا تو انہوں نے جانا ہے کہ ویتنام میں انہوں نے جو step</w:t>
      </w:r>
    </w:p>
    <w:p>
      <w:r>
        <w:rPr>
          <w:b/>
        </w:rPr>
        <w:t xml:space="preserve">[43:42] </w:t>
      </w:r>
      <w:r>
        <w:t>liya tha wo sahi nahi tha.</w:t>
      </w:r>
    </w:p>
    <w:p>
      <w:pPr>
        <w:jc w:val="right"/>
      </w:pPr>
      <w:r>
        <w:t>لیا تھا وہ صحیح نہیں تھا۔</w:t>
      </w:r>
    </w:p>
    <w:p>
      <w:r>
        <w:rPr>
          <w:b/>
        </w:rPr>
        <w:t xml:space="preserve">[43:47] </w:t>
      </w:r>
      <w:r>
        <w:t>to das giyarah saal ke baad unhon ne faisla kiya ke chhoro is ko.</w:t>
      </w:r>
    </w:p>
    <w:p>
      <w:pPr>
        <w:jc w:val="right"/>
      </w:pPr>
      <w:r>
        <w:t>تو دس گیارہ سال کے بعد انہوں نے فیصلہ کیا کہ چھوڑو اس کو۔</w:t>
      </w:r>
    </w:p>
    <w:p>
      <w:r>
        <w:rPr>
          <w:b/>
        </w:rPr>
        <w:t xml:space="preserve">[43:52] </w:t>
      </w:r>
      <w:r>
        <w:t>aisi ab rethinking aa gayi hai un ke haan falasteen ke baray mein, aisi aisi rethink aayi hai</w:t>
      </w:r>
    </w:p>
    <w:p>
      <w:pPr>
        <w:jc w:val="right"/>
      </w:pPr>
      <w:r>
        <w:t>ایسی اب rethinking آ گئی ہے ان کے ہاں فلسطین کے بارے میں، ایسی ایسی rethink آئی ہے</w:t>
      </w:r>
    </w:p>
    <w:p>
      <w:r>
        <w:rPr>
          <w:b/>
        </w:rPr>
        <w:t xml:space="preserve">[43:57] </w:t>
      </w:r>
      <w:r>
        <w:t>un ke haan iraq ke baray mein, afghanistan ke baray mein rethink aa rahi hai america, americanon ke andar.</w:t>
      </w:r>
    </w:p>
    <w:p>
      <w:pPr>
        <w:jc w:val="right"/>
      </w:pPr>
      <w:r>
        <w:t>ان کے ہاں عراق کے بارے میں، افغانستان کے بارے میں rethink آ رہی ہے امریکہ، امریکنوں کے اندر۔</w:t>
      </w:r>
    </w:p>
    <w:p>
      <w:r>
        <w:rPr>
          <w:b/>
        </w:rPr>
        <w:t xml:space="preserve">[44:02] </w:t>
      </w:r>
      <w:r>
        <w:t>kyun ke wo secular log hain wo.</w:t>
      </w:r>
    </w:p>
    <w:p>
      <w:pPr>
        <w:jc w:val="right"/>
      </w:pPr>
      <w:r>
        <w:t>کیونکہ وہ سیکولر لوگ ہیں وہ۔</w:t>
      </w:r>
    </w:p>
    <w:p>
      <w:r>
        <w:rPr>
          <w:b/>
        </w:rPr>
        <w:t xml:space="preserve">[44:07] </w:t>
      </w:r>
      <w:r>
        <w:t>to sari dunya mein log rethinking karte hain. musalmanon ko bhi rethinking karna hai. main dua karta hoon Allah taala se ke hum sab ko sachai ki tofeeq de. aur hum Allah ki sirat e mustaqeem par sahih dhang par chal saken. aqool qawli hadha wastaghfirullaha li walakum ajmaeen.</w:t>
      </w:r>
    </w:p>
    <w:p>
      <w:pPr>
        <w:jc w:val="right"/>
      </w:pPr>
      <w:r>
        <w:t>تو ساری دنیا میں لوگ rethinking کرتے ہیں۔ مسلمانوں کو بھی rethinking کرنا ہے۔ میں دعا کرتا ہوں اللہ تعالیٰ سے کہ ہم سب کو سچائی کی توفیق دے۔ اور ہم اللہ کی صراط مستقیم پر صحیح ڈھنگ پر چل سکیں۔ أقول قولي هذا واستغفراللہ لي ولكم أجمعين.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