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 RISALA APRIL 2017 | AUDIO</w:t>
      </w:r>
    </w:p>
    <w:p>
      <w:r>
        <w:t>https://www.youtube.com/watch?v=kNeBk2rJFXk</w:t>
      </w:r>
    </w:p>
    <w:p>
      <w:r>
        <w:rPr>
          <w:b/>
        </w:rPr>
        <w:t xml:space="preserve">[00:01] </w:t>
      </w:r>
      <w:r>
        <w:t>arsala, april 2017.</w:t>
      </w:r>
    </w:p>
    <w:p>
      <w:pPr>
        <w:jc w:val="right"/>
      </w:pPr>
      <w:r>
        <w:t>ارسالہ، اپریل 2017۔</w:t>
      </w:r>
    </w:p>
    <w:p>
      <w:r>
        <w:rPr>
          <w:b/>
        </w:rPr>
        <w:t xml:space="preserve">[00:06] </w:t>
      </w:r>
      <w:r>
        <w:t>tauba ki nafsiyat.</w:t>
      </w:r>
    </w:p>
    <w:p>
      <w:pPr>
        <w:jc w:val="right"/>
      </w:pPr>
      <w:r>
        <w:t>توبہ کی نفسیات۔</w:t>
      </w:r>
    </w:p>
    <w:p>
      <w:r>
        <w:rPr>
          <w:b/>
        </w:rPr>
        <w:t xml:space="preserve">[00:11] </w:t>
      </w:r>
      <w:r>
        <w:t>insan ki nafsiyat mein is ke khaliq ne ek khusoosiyat rakhi hai jis ko aam tor par nadamat,</w:t>
      </w:r>
    </w:p>
    <w:p>
      <w:pPr>
        <w:jc w:val="right"/>
      </w:pPr>
      <w:r>
        <w:t>انسان کی نفسیات میں اس کے خالق نے ایک خصوصیت رکھی ہے جس کو عام طور پر ندامت،</w:t>
      </w:r>
    </w:p>
    <w:p>
      <w:r>
        <w:rPr>
          <w:b/>
        </w:rPr>
        <w:t xml:space="preserve">[00:16] </w:t>
      </w:r>
      <w:r>
        <w:t>yani repentance, kaha jata hai.</w:t>
      </w:r>
    </w:p>
    <w:p>
      <w:pPr>
        <w:jc w:val="right"/>
      </w:pPr>
      <w:r>
        <w:t>یعنی ریپنٹنس، کہا جاتا ہے۔</w:t>
      </w:r>
    </w:p>
    <w:p>
      <w:r>
        <w:rPr>
          <w:b/>
        </w:rPr>
        <w:t xml:space="preserve">[00:21] </w:t>
      </w:r>
      <w:r>
        <w:t>ye khusoosiyat ek sachay momin ke andar mazeed izafay ke sath hoti hai.</w:t>
      </w:r>
    </w:p>
    <w:p>
      <w:pPr>
        <w:jc w:val="right"/>
      </w:pPr>
      <w:r>
        <w:t>یہ خصوصیت ایک سچے مومن کے اندر مزید اضافے کے ساتھ ہوتی ہے۔</w:t>
      </w:r>
    </w:p>
    <w:p>
      <w:r>
        <w:rPr>
          <w:b/>
        </w:rPr>
        <w:t xml:space="preserve">[00:26] </w:t>
      </w:r>
      <w:r>
        <w:t>ye khusoosiyat insan ke liye ek ajeeb rehmat hai. is ka</w:t>
      </w:r>
    </w:p>
    <w:p>
      <w:pPr>
        <w:jc w:val="right"/>
      </w:pPr>
      <w:r>
        <w:t>یہ خصوصیت انسان کے لیے ایک عجیب رحمت ہے۔ اس کا</w:t>
      </w:r>
    </w:p>
    <w:p>
      <w:r>
        <w:rPr>
          <w:b/>
        </w:rPr>
        <w:t xml:space="preserve">[00:31] </w:t>
      </w:r>
      <w:r>
        <w:t>zikr quran mein in alfaz mein aaya hai: "faolaika yubaddilullahu sayyiatihim hasanat" yaani Allah aise logon ki buraiyon ko bhalaion se badal dega. Allah will change their evil deeds into good deeds. yeh muamla jo ahl e iman ke sath pesh aata hai, woh sirf burai ki bina par nahi hota balkeh is shadeed nadamat ki b</w:t>
      </w:r>
    </w:p>
    <w:p>
      <w:pPr>
        <w:jc w:val="right"/>
      </w:pPr>
      <w:r>
        <w:t>ذکر قرآن میں ان الفاظ میں آیا ہے: "فأولئك يبدل الله سيئاتهم حسنات" یعنی اللہ ایسے لوگوں کی برائیوں کو بھلائیوں سے بدل دے گا۔ اللہ will change their evil deeds into good deeds۔ یہ معاملہ جو اہل ایمان کے ساتھ پیش آتا ہے، وہ صرف برائی کی بنا پر نہیں ہوتا بلکہ اس شدید ندامت کی ب</w:t>
      </w:r>
    </w:p>
    <w:p>
      <w:r>
        <w:rPr>
          <w:b/>
        </w:rPr>
        <w:t xml:space="preserve">[01:01] </w:t>
      </w:r>
      <w:r>
        <w:t>na par hota hai jo burai karne ke baad un ke andar paida hoti ho.</w:t>
      </w:r>
    </w:p>
    <w:p>
      <w:pPr>
        <w:jc w:val="right"/>
      </w:pPr>
      <w:r>
        <w:t>نا پر ہوتا ہے جو برائی کرنے کے بعد ان کے اندر پیدا ہوتی ہو۔</w:t>
      </w:r>
    </w:p>
    <w:p>
      <w:r>
        <w:rPr>
          <w:b/>
        </w:rPr>
        <w:t xml:space="preserve">[01:07] </w:t>
      </w:r>
      <w:r>
        <w:t>nadamat, yani repentance, ka misbat pehlu ye hai ke wo aadmi ke andar is baat ka shadeed jazba</w:t>
      </w:r>
    </w:p>
    <w:p>
      <w:pPr>
        <w:jc w:val="right"/>
      </w:pPr>
      <w:r>
        <w:t>ندامت، یعنی ریپنٹنس، کا مثبت پہلو یہ ہے کہ وہ آدمی کے اندر اس بات کا شدید جذبہ</w:t>
      </w:r>
    </w:p>
    <w:p>
      <w:r>
        <w:rPr>
          <w:b/>
        </w:rPr>
        <w:t xml:space="preserve">[01:13] </w:t>
      </w:r>
      <w:r>
        <w:t>paida karti hai ke aadmi apni islah kare aur burai ke baad mazeed shiddat ke sath bhalai ka</w:t>
      </w:r>
    </w:p>
    <w:p>
      <w:pPr>
        <w:jc w:val="right"/>
      </w:pPr>
      <w:r>
        <w:t>پیدا کرتی ہے کہ آدمی اپنی اصلاح کرے اور برائی کے بعد مزید شدت کے ساتھ بھلائی کا</w:t>
      </w:r>
    </w:p>
    <w:p>
      <w:r>
        <w:rPr>
          <w:b/>
        </w:rPr>
        <w:t xml:space="preserve">[01:19] </w:t>
      </w:r>
      <w:r>
        <w:t>rasta ikhtiyar kare.</w:t>
      </w:r>
    </w:p>
    <w:p>
      <w:pPr>
        <w:jc w:val="right"/>
      </w:pPr>
      <w:r>
        <w:t>راستہ اختیار کرے۔</w:t>
      </w:r>
    </w:p>
    <w:p>
      <w:r>
        <w:rPr>
          <w:b/>
        </w:rPr>
        <w:t xml:space="preserve">[01:25] </w:t>
      </w:r>
      <w:r>
        <w:t>nadamat ke zariye pesh aane wala yahi misbat jazba hai jo Allah ke qanoon</w:t>
      </w:r>
    </w:p>
    <w:p>
      <w:pPr>
        <w:jc w:val="right"/>
      </w:pPr>
      <w:r>
        <w:t>ندامت کے ذریعے پیش آنے والا یہی مثبت جذبہ ہے جو اللہ کے قانون</w:t>
      </w:r>
    </w:p>
    <w:p>
      <w:r>
        <w:rPr>
          <w:b/>
        </w:rPr>
        <w:t xml:space="preserve">[01:31] </w:t>
      </w:r>
      <w:r>
        <w:t>ke mutabiq burai ko bhalai mein tabdeel kar deta hai.</w:t>
      </w:r>
    </w:p>
    <w:p>
      <w:pPr>
        <w:jc w:val="right"/>
      </w:pPr>
      <w:r>
        <w:t>کے مطابق برائی کو بھلائی میں تبدیل کر دیتا ہے۔</w:t>
      </w:r>
    </w:p>
    <w:p>
      <w:r>
        <w:rPr>
          <w:b/>
        </w:rPr>
        <w:t xml:space="preserve">[01:37] </w:t>
      </w:r>
      <w:r>
        <w:t>burai ki ek surat wo hai jab ke koi aadmi jab burai karne ke baad isi par qaim</w:t>
      </w:r>
    </w:p>
    <w:p>
      <w:pPr>
        <w:jc w:val="right"/>
      </w:pPr>
      <w:r>
        <w:t>برائی کی ایک صورت وہ ہے جب کہ کوئی آدمی جب برائی کرنے کے بعد اسی پر قائم</w:t>
      </w:r>
    </w:p>
    <w:p>
      <w:r>
        <w:rPr>
          <w:b/>
        </w:rPr>
        <w:t xml:space="preserve">[01:43] </w:t>
      </w:r>
      <w:r>
        <w:t>ho jaye, aise aadmi ki burai us ko aur zyada bura bana deti hai.</w:t>
      </w:r>
    </w:p>
    <w:p>
      <w:pPr>
        <w:jc w:val="right"/>
      </w:pPr>
      <w:r>
        <w:t>ہو جائے، ایسے آدمی کی برائی اس کو اور زیادہ برا بنا دیتی ہے۔</w:t>
      </w:r>
    </w:p>
    <w:p>
      <w:r>
        <w:rPr>
          <w:b/>
        </w:rPr>
        <w:t xml:space="preserve">[01:49] </w:t>
      </w:r>
      <w:r>
        <w:t>lekin jis aadmi ka ye haal ho ke burai karne ke baad us ke andar introspection paida ho,</w:t>
      </w:r>
    </w:p>
    <w:p>
      <w:pPr>
        <w:jc w:val="right"/>
      </w:pPr>
      <w:r>
        <w:t>لیکن جس آدمی کا یہ حال ہو کہ برائی کرنے کے بعد اس کے اندر انٹروسپیکشن پیدا ہو،</w:t>
      </w:r>
    </w:p>
    <w:p>
      <w:r>
        <w:rPr>
          <w:b/>
        </w:rPr>
        <w:t xml:space="preserve">[01:55] </w:t>
      </w:r>
      <w:r>
        <w:t>wo ye faisla kare ke ab mujhe dobara burai nahi karna hai balkay is ke bar</w:t>
      </w:r>
    </w:p>
    <w:p>
      <w:pPr>
        <w:jc w:val="right"/>
      </w:pPr>
      <w:r>
        <w:t>وہ یہ فیصلہ کرے کہ اب مجھے دوبارہ برائی نہیں کرنا ہے بلکہ اس کے بر</w:t>
      </w:r>
    </w:p>
    <w:p>
      <w:r>
        <w:rPr>
          <w:b/>
        </w:rPr>
        <w:t xml:space="preserve">[02:01] </w:t>
      </w:r>
      <w:r>
        <w:t>aks mujhe bhalai ke raste par mazeed izafay ke sath chalna hai, to aise aadmi ke liye is</w:t>
      </w:r>
    </w:p>
    <w:p>
      <w:pPr>
        <w:jc w:val="right"/>
      </w:pPr>
      <w:r>
        <w:t>عکس مجھے بھلائی کے راستے پر مزید اضافے کے ساتھ چلنا ہے، تو ایسے آدمی کے لیے اس</w:t>
      </w:r>
    </w:p>
    <w:p>
      <w:r>
        <w:rPr>
          <w:b/>
        </w:rPr>
        <w:t xml:space="preserve">[02:07] </w:t>
      </w:r>
      <w:r>
        <w:t>ki burai bar aks tor par bhalai ka muharrik ban jati hai.</w:t>
      </w:r>
    </w:p>
    <w:p>
      <w:pPr>
        <w:jc w:val="right"/>
      </w:pPr>
      <w:r>
        <w:t>کی برائی برعکس طور پر بھلائی کا محرک بن جاتی ہے۔</w:t>
      </w:r>
    </w:p>
    <w:p>
      <w:r>
        <w:rPr>
          <w:b/>
        </w:rPr>
        <w:t xml:space="preserve">[02:13] </w:t>
      </w:r>
      <w:r>
        <w:t>wo mazeed izafay ke sath bhalai ke raste par chalne lagta hai.</w:t>
      </w:r>
    </w:p>
    <w:p>
      <w:pPr>
        <w:jc w:val="right"/>
      </w:pPr>
      <w:r>
        <w:t>وہ مزید اضافے کے ساتھ بھلائی کے راستے پر چلنے لگتا ہے۔</w:t>
      </w:r>
    </w:p>
    <w:p>
      <w:r>
        <w:rPr>
          <w:b/>
        </w:rPr>
        <w:t xml:space="preserve">[02:19] </w:t>
      </w:r>
      <w:r>
        <w:t>yahi woh sifat hai jo aik sachay momin ki burai ko bhalai mein badal deti hai.</w:t>
      </w:r>
    </w:p>
    <w:p>
      <w:pPr>
        <w:jc w:val="right"/>
      </w:pPr>
      <w:r>
        <w:t>یہی وہ صفت ہے جو ایک سچے مومن کی برائی کو بھلائی میں بدل دیتی ہے۔</w:t>
      </w:r>
    </w:p>
    <w:p>
      <w:r>
        <w:rPr>
          <w:b/>
        </w:rPr>
        <w:t xml:space="preserve">[02:25] </w:t>
      </w:r>
      <w:r>
        <w:t>aafiyat ki dua.</w:t>
      </w:r>
    </w:p>
    <w:p>
      <w:pPr>
        <w:jc w:val="right"/>
      </w:pPr>
      <w:r>
        <w:t>عافیت کی دعا۔</w:t>
      </w:r>
    </w:p>
    <w:p>
      <w:r>
        <w:rPr>
          <w:b/>
        </w:rPr>
        <w:t xml:space="preserve">[02:31] </w:t>
      </w:r>
      <w:r>
        <w:t>aafiyat se mutaliq kai riwayat hadees ki kitabon mein aai hain.</w:t>
      </w:r>
    </w:p>
    <w:p>
      <w:pPr>
        <w:jc w:val="right"/>
      </w:pPr>
      <w:r>
        <w:t>عافیت سے متعلق کئی روایتیں حدیث کی کتابوں میں آئی ہیں۔</w:t>
      </w:r>
    </w:p>
    <w:p>
      <w:r>
        <w:rPr>
          <w:b/>
        </w:rPr>
        <w:t xml:space="preserve">[02:39] </w:t>
      </w:r>
      <w:r>
        <w:t>in mein se aik riwayat yeh hai: qala rasool Allah sal Allah alaihi wasalam: "man futiha lahu minkum</w:t>
      </w:r>
    </w:p>
    <w:p>
      <w:pPr>
        <w:jc w:val="right"/>
      </w:pPr>
      <w:r>
        <w:t>ان میں سے ایک روایت یہ ہے: قال رسول اللہ صلی اللہ علیہ وسلم: "من فتح لہ منکم</w:t>
      </w:r>
    </w:p>
    <w:p>
      <w:r>
        <w:rPr>
          <w:b/>
        </w:rPr>
        <w:t xml:space="preserve">[02:46] </w:t>
      </w:r>
      <w:r>
        <w:t>bab ad dua futiha lahu abwab ar rahma wa ma suila Allah shai'an" yani ahabbu ilaihi min an yus'al al afiya.</w:t>
      </w:r>
    </w:p>
    <w:p>
      <w:pPr>
        <w:jc w:val="right"/>
      </w:pPr>
      <w:r>
        <w:t>باب الدعاء فتحت لہ ابواب الرحمہ وما سئل اللہ شیئا" یعنی أحب إليه من أن يسأل العافية.</w:t>
      </w:r>
    </w:p>
    <w:p>
      <w:r>
        <w:rPr>
          <w:b/>
        </w:rPr>
        <w:t xml:space="preserve">[02:54] </w:t>
      </w:r>
      <w:r>
        <w:t>yani rasool Allah sal Allah alai</w:t>
      </w:r>
    </w:p>
    <w:p>
      <w:pPr>
        <w:jc w:val="right"/>
      </w:pPr>
      <w:r>
        <w:t>یعنی رسول اللہ صلی اللہ علی</w:t>
      </w:r>
    </w:p>
    <w:p>
      <w:r>
        <w:rPr>
          <w:b/>
        </w:rPr>
        <w:t xml:space="preserve">[03:01] </w:t>
      </w:r>
      <w:r>
        <w:t>hi wasalam ne farmaya: "jis ke liye dua ke darwaze khole gaye, us ke liye rehmat ke darwaze</w:t>
      </w:r>
    </w:p>
    <w:p>
      <w:pPr>
        <w:jc w:val="right"/>
      </w:pPr>
      <w:r>
        <w:t>ہ وسلم نے فرمایا: "جس کے لیے دعا کے دروازے کھولے گئے، اس کے لیے رحمت کے دروازے</w:t>
      </w:r>
    </w:p>
    <w:p>
      <w:r>
        <w:rPr>
          <w:b/>
        </w:rPr>
        <w:t xml:space="preserve">[03:07] </w:t>
      </w:r>
      <w:r>
        <w:t>khol diye gaye".</w:t>
      </w:r>
    </w:p>
    <w:p>
      <w:pPr>
        <w:jc w:val="right"/>
      </w:pPr>
      <w:r>
        <w:t>کھول دیے گئے"۔</w:t>
      </w:r>
    </w:p>
    <w:p>
      <w:r>
        <w:rPr>
          <w:b/>
        </w:rPr>
        <w:t xml:space="preserve">[03:13] </w:t>
      </w:r>
      <w:r>
        <w:t>aur Allah ta'ala ke nazdeek is se aafiyat mangna har cheez mangne se zyada mahboob hai.</w:t>
      </w:r>
    </w:p>
    <w:p>
      <w:pPr>
        <w:jc w:val="right"/>
      </w:pPr>
      <w:r>
        <w:t>اور اللہ تعالیٰ کے نزدیک اس سے عافیت مانگنا ہر چیز مانگنے سے زیادہ محبوب ہے۔</w:t>
      </w:r>
    </w:p>
    <w:p>
      <w:r>
        <w:rPr>
          <w:b/>
        </w:rPr>
        <w:t xml:space="preserve">[03:19] </w:t>
      </w:r>
      <w:r>
        <w:t>is dunya mein insan ko agarche ikhtiyar diya gaya hai, lekin haqeeqat yeh hai ke mamlaat mein insan</w:t>
      </w:r>
    </w:p>
    <w:p>
      <w:pPr>
        <w:jc w:val="right"/>
      </w:pPr>
      <w:r>
        <w:t>اس دنیا میں انسان کو اگرچہ اختیار دیا گیا ہے، لیکن حقیقت یہ ہے کہ معاملات میں انسان</w:t>
      </w:r>
    </w:p>
    <w:p>
      <w:r>
        <w:rPr>
          <w:b/>
        </w:rPr>
        <w:t xml:space="preserve">[03:25] </w:t>
      </w:r>
      <w:r>
        <w:t>ka dakhal aik feesad se bhi kam hota hai, jabke Allah rabb al alamin</w:t>
      </w:r>
    </w:p>
    <w:p>
      <w:pPr>
        <w:jc w:val="right"/>
      </w:pPr>
      <w:r>
        <w:t>کا دخل ایک فیصد سے بھی کم ہوتا ہے، جبکہ اللہ رب العالم</w:t>
      </w:r>
    </w:p>
    <w:p>
      <w:r>
        <w:rPr>
          <w:b/>
        </w:rPr>
        <w:t xml:space="preserve">[03:31] </w:t>
      </w:r>
      <w:r>
        <w:t>ka dakhal 99 feesad se bhi zyada.</w:t>
      </w:r>
    </w:p>
    <w:p>
      <w:pPr>
        <w:jc w:val="right"/>
      </w:pPr>
      <w:r>
        <w:t>ین کا دخل 99 فیصد سے بھی زیادہ۔</w:t>
      </w:r>
    </w:p>
    <w:p>
      <w:r>
        <w:rPr>
          <w:b/>
        </w:rPr>
        <w:t xml:space="preserve">[03:37] </w:t>
      </w:r>
      <w:r>
        <w:t>yahi wajah hai ke insan ke liye Allah se dua karna bohat zyada aham hai.</w:t>
      </w:r>
    </w:p>
    <w:p>
      <w:pPr>
        <w:jc w:val="right"/>
      </w:pPr>
      <w:r>
        <w:t>یہی وجہ ہے کہ انسان کے لیے اللہ سے دعا کرنا بہت زیادہ اہم ہے۔</w:t>
      </w:r>
    </w:p>
    <w:p>
      <w:r>
        <w:rPr>
          <w:b/>
        </w:rPr>
        <w:t xml:space="preserve">[03:43] </w:t>
      </w:r>
      <w:r>
        <w:t>jis insan ko yeh haqeeqat daryaft ho gai aur woh is par qaim ho gaya, woh bilashuba Allah</w:t>
      </w:r>
    </w:p>
    <w:p>
      <w:pPr>
        <w:jc w:val="right"/>
      </w:pPr>
      <w:r>
        <w:t>جس انسان کو یہ حقیقت دریافت ہو گئی اور وہ اس پر قائم ہو گیا، وہ بلاشبہ اللہ</w:t>
      </w:r>
    </w:p>
    <w:p>
      <w:r>
        <w:rPr>
          <w:b/>
        </w:rPr>
        <w:t xml:space="preserve">[03:49] </w:t>
      </w:r>
      <w:r>
        <w:t>ki rehmaton ke saaye mein aa jayega.</w:t>
      </w:r>
    </w:p>
    <w:p>
      <w:pPr>
        <w:jc w:val="right"/>
      </w:pPr>
      <w:r>
        <w:t>کی رحمتوں کے سائے میں آ جائے گا۔</w:t>
      </w:r>
    </w:p>
    <w:p>
      <w:r>
        <w:rPr>
          <w:b/>
        </w:rPr>
        <w:t xml:space="preserve">[03:55] </w:t>
      </w:r>
      <w:r>
        <w:t>is dunya mein insan ke liye pehli rehmat ki cheez iman hai, yani haqeeqat hayat ki darya</w:t>
      </w:r>
    </w:p>
    <w:p>
      <w:pPr>
        <w:jc w:val="right"/>
      </w:pPr>
      <w:r>
        <w:t>اس دنیا میں انسان کے لیے پہلی رحمت کی چیز ایمان ہے، یعنی حقیقت حیات کی دریا</w:t>
      </w:r>
    </w:p>
    <w:p>
      <w:r>
        <w:rPr>
          <w:b/>
        </w:rPr>
        <w:t xml:space="preserve">[04:01] </w:t>
      </w:r>
      <w:r>
        <w:t>ft.</w:t>
      </w:r>
    </w:p>
    <w:p>
      <w:pPr>
        <w:jc w:val="right"/>
      </w:pPr>
      <w:r>
        <w:t>فت۔</w:t>
      </w:r>
    </w:p>
    <w:p>
      <w:r>
        <w:rPr>
          <w:b/>
        </w:rPr>
        <w:t xml:space="preserve">[04:06] </w:t>
      </w:r>
      <w:r>
        <w:t>is ke baad jo cheez sab se zyada ahmiyat ki hamil hai, woh aafiyat hai.</w:t>
      </w:r>
    </w:p>
    <w:p>
      <w:pPr>
        <w:jc w:val="right"/>
      </w:pPr>
      <w:r>
        <w:t>اس کے بعد جو چیز سب سے زیادہ اہمیت کی حامل ہے، وہ عافیت ہے۔</w:t>
      </w:r>
    </w:p>
    <w:p>
      <w:r>
        <w:rPr>
          <w:b/>
        </w:rPr>
        <w:t xml:space="preserve">[04:12] </w:t>
      </w:r>
      <w:r>
        <w:t>aafiyat se murad wahi cheez hai jis ko aam taur par achi sehat, yani good health, kaha jata hai.</w:t>
      </w:r>
    </w:p>
    <w:p>
      <w:pPr>
        <w:jc w:val="right"/>
      </w:pPr>
      <w:r>
        <w:t>عافیت سے مراد وہی چیز ہے جس کو عام طور پر اچھی صحت، یعنی گڈ ہیلتھ، کہا جاتا ہے۔</w:t>
      </w:r>
    </w:p>
    <w:p>
      <w:r>
        <w:rPr>
          <w:b/>
        </w:rPr>
        <w:t xml:space="preserve">[04:17] </w:t>
      </w:r>
      <w:r>
        <w:t>insan apni paidaish ke aitbar se aik kamzor makhlooq hai.</w:t>
      </w:r>
    </w:p>
    <w:p>
      <w:pPr>
        <w:jc w:val="right"/>
      </w:pPr>
      <w:r>
        <w:t>انسان اپنی پیدائش کے اعتبار سے ایک کمزور مخلوق ہے۔</w:t>
      </w:r>
    </w:p>
    <w:p>
      <w:r>
        <w:rPr>
          <w:b/>
        </w:rPr>
        <w:t xml:space="preserve">[04:22] </w:t>
      </w:r>
      <w:r>
        <w:t>sehat o aafiyat mein maamooli khalal insan ke liye naqabil bardasht ho jata hai.</w:t>
      </w:r>
    </w:p>
    <w:p>
      <w:pPr>
        <w:jc w:val="right"/>
      </w:pPr>
      <w:r>
        <w:t>صحت و عافیت میں معمولی خلل انسان کے لیے ناقابل برداشت ہو جاتا ہے۔</w:t>
      </w:r>
    </w:p>
    <w:p>
      <w:r>
        <w:rPr>
          <w:b/>
        </w:rPr>
        <w:t xml:space="preserve">[04:27] </w:t>
      </w:r>
      <w:r>
        <w:t>jis insan ko sehat o aafiyat hasil na ho, woh koi bhi kaam</w:t>
      </w:r>
    </w:p>
    <w:p>
      <w:pPr>
        <w:jc w:val="right"/>
      </w:pPr>
      <w:r>
        <w:t>جس انسان کو صحت و عافیت حاصل نہ ہو، وہ کوئی بھی کام</w:t>
      </w:r>
    </w:p>
    <w:p>
      <w:r>
        <w:rPr>
          <w:b/>
        </w:rPr>
        <w:t xml:space="preserve">[04:32] </w:t>
      </w:r>
      <w:r>
        <w:t>sahi shakl mein nahi kar sakta. is liye insan ko chahiye ke woh Allah se bohat zyada dua kare taake woh apni zimmedariyon ko durust taur par ada karne ke qabil ho sake. magar yaad kiye hue arabi alfaz ko dohrane ka naam dua nahi hai. sachchi dua woh hai jo marifat ki dua ho, jo dil ki gehraiyon se nikle, na ke lafzi takrar ke taur par. aisi dua bilashubah</w:t>
      </w:r>
    </w:p>
    <w:p>
      <w:pPr>
        <w:jc w:val="right"/>
      </w:pPr>
      <w:r>
        <w:t>صحیح شکل میں نہیں کر سکتا۔ اس لیے انسان کو چاہیے کہ وہ اللہ سے بہت زیادہ دعا کرے تاکہ وہ اپنی ذمہ داریوں کو درست طور پر ادا کرنے کے قابل ہو جائے۔ مگر یاد کیے ہوئے عربی الفاظ کو دہرانے کا نام دعا نہیں ہے۔ سچی دعا وہ ہے جو معرفت کی دعا ہو، جو دل کی گہرائیوں سے نکلے، نہ کہ لفظی تکرار کے طور پر۔ ایسی دعا بلاشبہ</w:t>
      </w:r>
    </w:p>
    <w:p>
      <w:r>
        <w:rPr>
          <w:b/>
        </w:rPr>
        <w:t xml:space="preserve">[05:02] </w:t>
      </w:r>
      <w:r>
        <w:t>Allah tak pohnchti hai aur woh Allah ke haan qabooliyat ka darja pati hai.</w:t>
      </w:r>
    </w:p>
    <w:p>
      <w:pPr>
        <w:jc w:val="right"/>
      </w:pPr>
      <w:r>
        <w:t>اللہ تک پہنچتی ہے اور وہ اللہ کے ہاں قبولیت کا درجہ پاتی ہے۔</w:t>
      </w:r>
    </w:p>
    <w:p>
      <w:r>
        <w:rPr>
          <w:b/>
        </w:rPr>
        <w:t xml:space="preserve">[05:08] </w:t>
      </w:r>
      <w:r>
        <w:t>rasool se ta'alluq.</w:t>
      </w:r>
    </w:p>
    <w:p>
      <w:pPr>
        <w:jc w:val="right"/>
      </w:pPr>
      <w:r>
        <w:t>رسول سے تعلق۔</w:t>
      </w:r>
    </w:p>
    <w:p>
      <w:r>
        <w:rPr>
          <w:b/>
        </w:rPr>
        <w:t xml:space="preserve">[05:14] </w:t>
      </w:r>
      <w:r>
        <w:t>aik sahib ne yeh sawal kiya hai ke Allah se hubb shadeed matloob hai, magar rasool Allah sal</w:t>
      </w:r>
    </w:p>
    <w:p>
      <w:pPr>
        <w:jc w:val="right"/>
      </w:pPr>
      <w:r>
        <w:t>ایک صاحب نے یہ سوال کیا ہے کہ اللہ سے حب شدید مطلوب ہے، مگر رسول اللہ صلی</w:t>
      </w:r>
    </w:p>
    <w:p>
      <w:r>
        <w:rPr>
          <w:b/>
        </w:rPr>
        <w:t xml:space="preserve">[05:20] </w:t>
      </w:r>
      <w:r>
        <w:t>allah aleh-e-wasallam ki nisbat se jo cheez matloob hai, woh sirf ittaba hai ya ittaba ke sath</w:t>
      </w:r>
    </w:p>
    <w:p>
      <w:pPr>
        <w:jc w:val="right"/>
      </w:pPr>
      <w:r>
        <w:t>اللہ علیہ وسلم کی نسبت سے جو چیز مطلوب ہے، وہ صرف اتباع ہے یا اتباع کے ساتھ</w:t>
      </w:r>
    </w:p>
    <w:p>
      <w:r>
        <w:rPr>
          <w:b/>
        </w:rPr>
        <w:t xml:space="preserve">[05:26] </w:t>
      </w:r>
      <w:r>
        <w:t>emotional attachment bhi? is ko jawab</w:t>
      </w:r>
    </w:p>
    <w:p>
      <w:pPr>
        <w:jc w:val="right"/>
      </w:pPr>
      <w:r>
        <w:t>ایموشنل اٹیچمنٹ بھی؟ اس کو جواب</w:t>
      </w:r>
    </w:p>
    <w:p>
      <w:r>
        <w:rPr>
          <w:b/>
        </w:rPr>
        <w:t xml:space="preserve">[05:32] </w:t>
      </w:r>
      <w:r>
        <w:t>yeh hai ke rasool allah se jo ittaba matloob hai, woh saada ittaba nahi hai.</w:t>
      </w:r>
    </w:p>
    <w:p>
      <w:pPr>
        <w:jc w:val="right"/>
      </w:pPr>
      <w:r>
        <w:t>یہ ہے کہ رسول اللہ سے جو اتباع مطلوب ہے، وہ سادہ اتباع نہیں ہے۔</w:t>
      </w:r>
    </w:p>
    <w:p>
      <w:r>
        <w:rPr>
          <w:b/>
        </w:rPr>
        <w:t xml:space="preserve">[05:38] </w:t>
      </w:r>
      <w:r>
        <w:t>is ka matlab yeh hai ke rasool allah ne insan ko ek aisi sirat-e-mustaqeem dikhai jo insan</w:t>
      </w:r>
    </w:p>
    <w:p>
      <w:pPr>
        <w:jc w:val="right"/>
      </w:pPr>
      <w:r>
        <w:t>اس کا مطلب یہ ہے کہ رسول اللہ نے انسان کو ایک ایسی صراط مستقیم دکھائی جو انسان</w:t>
      </w:r>
    </w:p>
    <w:p>
      <w:r>
        <w:rPr>
          <w:b/>
        </w:rPr>
        <w:t xml:space="preserve">[05:44] </w:t>
      </w:r>
      <w:r>
        <w:t>ko jannat tak pohnchanay wali hai.</w:t>
      </w:r>
    </w:p>
    <w:p>
      <w:pPr>
        <w:jc w:val="right"/>
      </w:pPr>
      <w:r>
        <w:t>کو جنت تک پہنچانے والی ہے۔</w:t>
      </w:r>
    </w:p>
    <w:p>
      <w:r>
        <w:rPr>
          <w:b/>
        </w:rPr>
        <w:t xml:space="preserve">[05:50] </w:t>
      </w:r>
      <w:r>
        <w:t>is tarah ka atiya apne aap mein sahib-e-atiya ke baray mein emotional attachment paida karta hai.</w:t>
      </w:r>
    </w:p>
    <w:p>
      <w:pPr>
        <w:jc w:val="right"/>
      </w:pPr>
      <w:r>
        <w:t>اس طرح کا عطیہ اپنے آپ میں صاحب عطیہ کے بارے میں ایموشنل اٹیچمنٹ پیدا کرتا ہے۔</w:t>
      </w:r>
    </w:p>
    <w:p>
      <w:r>
        <w:rPr>
          <w:b/>
        </w:rPr>
        <w:t xml:space="preserve">[05:56] </w:t>
      </w:r>
      <w:r>
        <w:t>yeh emotional attachment zaati fazilat ki bina par nahi hai,</w:t>
      </w:r>
    </w:p>
    <w:p>
      <w:pPr>
        <w:jc w:val="right"/>
      </w:pPr>
      <w:r>
        <w:t>یہ ایموشنل اٹیچمنٹ ذاتی فضیلت کی بنا پر نہیں ہے،</w:t>
      </w:r>
    </w:p>
    <w:p>
      <w:r>
        <w:rPr>
          <w:b/>
        </w:rPr>
        <w:t xml:space="preserve">[06:02] </w:t>
      </w:r>
      <w:r>
        <w:t>بلکہ رسول اللہ کے contribution کی بنا پر ہے۔</w:t>
      </w:r>
    </w:p>
    <w:p>
      <w:pPr>
        <w:jc w:val="right"/>
      </w:pPr>
      <w:r>
        <w:t>بلکہ رسول اللہ کے کنٹریبیوشن کی بنا پر ہے۔</w:t>
      </w:r>
    </w:p>
    <w:p>
      <w:r>
        <w:rPr>
          <w:b/>
        </w:rPr>
        <w:t xml:space="preserve">[06:09] </w:t>
      </w:r>
      <w:r>
        <w:t>yani peghambar se hum ko jo hidayat milti hai, jab insan ko is hidayat ka gehra shaoor hasil</w:t>
      </w:r>
    </w:p>
    <w:p>
      <w:pPr>
        <w:jc w:val="right"/>
      </w:pPr>
      <w:r>
        <w:t>یعنی پیغمبر سے ہم کو جو ہدایت ملتی ہے، جب انسان کو اس ہدایت کا گہرا شعور حاصل</w:t>
      </w:r>
    </w:p>
    <w:p>
      <w:r>
        <w:rPr>
          <w:b/>
        </w:rPr>
        <w:t xml:space="preserve">[06:15] </w:t>
      </w:r>
      <w:r>
        <w:t>hota hai to apne aap us ko rasool allah se emotional attachment paida ho jata hai.</w:t>
      </w:r>
    </w:p>
    <w:p>
      <w:pPr>
        <w:jc w:val="right"/>
      </w:pPr>
      <w:r>
        <w:t>ہوتا ہے تو اپنے آپ اس کو رسول اللہ سے ایموشنل اٹیچمنٹ پیدا ہو جاتا ہے۔</w:t>
      </w:r>
    </w:p>
    <w:p>
      <w:r>
        <w:rPr>
          <w:b/>
        </w:rPr>
        <w:t xml:space="preserve">[06:21] </w:t>
      </w:r>
      <w:r>
        <w:t>zaati fazilat sirf allah ka hissa hai, jo ke wajib-ul-wujood hai.</w:t>
      </w:r>
    </w:p>
    <w:p>
      <w:pPr>
        <w:jc w:val="right"/>
      </w:pPr>
      <w:r>
        <w:t>ذاتی فضیلت صرف اللہ کا حصہ ہے، جو کہ واجب الوجود ہے۔</w:t>
      </w:r>
    </w:p>
    <w:p>
      <w:r>
        <w:rPr>
          <w:b/>
        </w:rPr>
        <w:t xml:space="preserve">[06:27] </w:t>
      </w:r>
      <w:r>
        <w:t>baqi tamam insan</w:t>
      </w:r>
    </w:p>
    <w:p>
      <w:pPr>
        <w:jc w:val="right"/>
      </w:pPr>
      <w:r>
        <w:t>بقیہ تمام انسان</w:t>
      </w:r>
    </w:p>
    <w:p>
      <w:r>
        <w:rPr>
          <w:b/>
        </w:rPr>
        <w:t xml:space="preserve">[06:33] </w:t>
      </w:r>
      <w:r>
        <w:t>allah ke paida kiye hue hain, bashمول peghambar.</w:t>
      </w:r>
    </w:p>
    <w:p>
      <w:pPr>
        <w:jc w:val="right"/>
      </w:pPr>
      <w:r>
        <w:t>اللہ کے پیدا کیے ہوئے ہیں، بشمول پیغمبر۔</w:t>
      </w:r>
    </w:p>
    <w:p>
      <w:r>
        <w:rPr>
          <w:b/>
        </w:rPr>
        <w:t xml:space="preserve">[06:39] </w:t>
      </w:r>
      <w:r>
        <w:t>is aitbar se zaati fazilat sirf allah rabb-ul-alameen ko hasil hai.</w:t>
      </w:r>
    </w:p>
    <w:p>
      <w:pPr>
        <w:jc w:val="right"/>
      </w:pPr>
      <w:r>
        <w:t>اس اعتبار سے ذاتی فضیلت صرف اللہ رب العالمین کو حاصل ہے۔</w:t>
      </w:r>
    </w:p>
    <w:p>
      <w:r>
        <w:rPr>
          <w:b/>
        </w:rPr>
        <w:t xml:space="preserve">[06:45] </w:t>
      </w:r>
      <w:r>
        <w:t>zaati fazilat ke mani mein allah ka koi shareek nahi.</w:t>
      </w:r>
    </w:p>
    <w:p>
      <w:pPr>
        <w:jc w:val="right"/>
      </w:pPr>
      <w:r>
        <w:t>ذاتی فضیلت کے معنی میں اللہ کا کوئی شریک نہیں۔</w:t>
      </w:r>
    </w:p>
    <w:p>
      <w:r>
        <w:rPr>
          <w:b/>
        </w:rPr>
        <w:t xml:space="preserve">[06:51] </w:t>
      </w:r>
      <w:r>
        <w:t>baqi insano ka darja is ke amal se mutayyan hota hai, na ke zaati fazilat ki bina par.</w:t>
      </w:r>
    </w:p>
    <w:p>
      <w:pPr>
        <w:jc w:val="right"/>
      </w:pPr>
      <w:r>
        <w:t>بقیہ انسانوں کا درجہ اس کے عمل سے متعین ہوتا ہے، نہ کہ ذاتی فضیلت کی بنا پر۔</w:t>
      </w:r>
    </w:p>
    <w:p>
      <w:r>
        <w:rPr>
          <w:b/>
        </w:rPr>
        <w:t xml:space="preserve">[06:57] </w:t>
      </w:r>
      <w:r>
        <w:t>allah se mohabbat is aitbar se matloob hai ke allah ne hum ko paida kiya,</w:t>
      </w:r>
    </w:p>
    <w:p>
      <w:pPr>
        <w:jc w:val="right"/>
      </w:pPr>
      <w:r>
        <w:t>اللہ سے محبت اس اعتبار سے مطلوب ہے کہ اللہ نے ہم کو پیدا کیا،</w:t>
      </w:r>
    </w:p>
    <w:p>
      <w:r>
        <w:rPr>
          <w:b/>
        </w:rPr>
        <w:t xml:space="preserve">[07:03] </w:t>
      </w:r>
      <w:r>
        <w:t>isi se hum ko tamam cheezein mili hain.</w:t>
      </w:r>
    </w:p>
    <w:p>
      <w:pPr>
        <w:jc w:val="right"/>
      </w:pPr>
      <w:r>
        <w:t>اسی سے ہم کو تمام چیزیں ملی ہیں۔</w:t>
      </w:r>
    </w:p>
    <w:p>
      <w:r>
        <w:rPr>
          <w:b/>
        </w:rPr>
        <w:t xml:space="preserve">[07:09] </w:t>
      </w:r>
      <w:r>
        <w:t>is ke muqable mein rasool se emotional attachment is aitbar se paida hota hai ke rasool ne be</w:t>
      </w:r>
    </w:p>
    <w:p>
      <w:pPr>
        <w:jc w:val="right"/>
      </w:pPr>
      <w:r>
        <w:t>اس کے مقابلے میں رسول سے ایموشنل اٹیچمنٹ اس اعتبار سے پیدا ہوتا ہے کہ رسول نے بے</w:t>
      </w:r>
    </w:p>
    <w:p>
      <w:r>
        <w:rPr>
          <w:b/>
        </w:rPr>
        <w:t xml:space="preserve">[07:15] </w:t>
      </w:r>
      <w:r>
        <w:t>panah qurbani ke baad apne aap ko is ka mustahiq banaya ke allah un par apni wahi utare</w:t>
      </w:r>
    </w:p>
    <w:p>
      <w:pPr>
        <w:jc w:val="right"/>
      </w:pPr>
      <w:r>
        <w:t>پناہ قربانی کے بعد اپنے آپ کو اس کا مستحق بنایا کہ اللہ ان پر اپنی وحی اتارے</w:t>
      </w:r>
    </w:p>
    <w:p>
      <w:r>
        <w:rPr>
          <w:b/>
        </w:rPr>
        <w:t xml:space="preserve">[07:21] </w:t>
      </w:r>
      <w:r>
        <w:t>aur un ko yeh tofeeq de ke woh uswa-e-hasna ban kar tamam insano ke liye imani zindagi</w:t>
      </w:r>
    </w:p>
    <w:p>
      <w:pPr>
        <w:jc w:val="right"/>
      </w:pPr>
      <w:r>
        <w:t>اور ان کو یہ توفیق دے کہ وہ اسوہ حسنہ بن کر تمام انسانوں کے لیے ایمانی زندگی</w:t>
      </w:r>
    </w:p>
    <w:p>
      <w:r>
        <w:rPr>
          <w:b/>
        </w:rPr>
        <w:t xml:space="preserve">[07:27] </w:t>
      </w:r>
      <w:r>
        <w:t>ka model ban jaye. emotional attach</w:t>
      </w:r>
    </w:p>
    <w:p>
      <w:pPr>
        <w:jc w:val="right"/>
      </w:pPr>
      <w:r>
        <w:t>کا ماڈل بن جائے۔ ایموشنل اٹیچ</w:t>
      </w:r>
    </w:p>
    <w:p>
      <w:r>
        <w:rPr>
          <w:b/>
        </w:rPr>
        <w:t xml:space="preserve">[07:33] </w:t>
      </w:r>
      <w:r>
        <w:t>ment bohat ahem hai, lekin mutlaq noiyat ka emotional attachment ek momin ko sirf allah ke sath qaim hota hai.</w:t>
      </w:r>
    </w:p>
    <w:p>
      <w:pPr>
        <w:jc w:val="right"/>
      </w:pPr>
      <w:r>
        <w:t>منٹ بہت اہم ہے، لیکن مطلق نوعیت کا ایموشنل اٹیچمنٹ ایک مومن کو صرف اللہ کے ساتھ قائم ہوتا ہے۔</w:t>
      </w:r>
    </w:p>
    <w:p>
      <w:r>
        <w:rPr>
          <w:b/>
        </w:rPr>
        <w:t xml:space="preserve">[07:45] </w:t>
      </w:r>
      <w:r>
        <w:t>mutlaq noiyat ke emotional attachment mein koi allah ka shareek nahi.</w:t>
      </w:r>
    </w:p>
    <w:p>
      <w:pPr>
        <w:jc w:val="right"/>
      </w:pPr>
      <w:r>
        <w:t>مطلق نوعیت کے ایموشنل اٹیچمنٹ میں کوئی اللہ کا شریک نہیں۔</w:t>
      </w:r>
    </w:p>
    <w:p>
      <w:r>
        <w:rPr>
          <w:b/>
        </w:rPr>
        <w:t xml:space="preserve">[07:56] </w:t>
      </w:r>
      <w:r>
        <w:t>isi haqeeqat ko hadith mein in alfaz mein bayan kiya gaya hai: "inma ana qasim wa allah yu'ti".</w:t>
      </w:r>
    </w:p>
    <w:p>
      <w:pPr>
        <w:jc w:val="right"/>
      </w:pPr>
      <w:r>
        <w:t>اسی حقیقت کو حدیث میں ان الفاظ میں بیان کیا گیا ہے: "إنما أنا قاسم والله يعطي"۔ صحیح بخاری۔</w:t>
      </w:r>
    </w:p>
    <w:p>
      <w:r>
        <w:rPr>
          <w:b/>
        </w:rPr>
        <w:t xml:space="preserve">[08:07] </w:t>
      </w:r>
      <w:r>
        <w:t>guftagu ke usool. mashhoor sahabi Abdullah ibn Masood ka ek qaul in alfaz mein aaya hai: "ma anta bimuhaddithan qawman hadithan la tablughuha 'uquluhum illa kana liba'dihim fitnah". yaani agar tum kisi jamaat ko aisi baat batao jo un ke aqalon tak na pahunche to yeh un mein se kuch logon ke liye fitnah</w:t>
      </w:r>
    </w:p>
    <w:p>
      <w:pPr>
        <w:jc w:val="right"/>
      </w:pPr>
      <w:r>
        <w:t>گفتگو کے اصول۔ مشہور صحابی عبداللہ ابن مسعود کا ایک قول ان الفاظ میں آیا ہے: "ما أنت بمحدث قوما حدیثا لا تبلغہ عقولہم إلا کان لبعضهم فتنہ"۔ یعنی اگر تم کسی جماعت کو ایسی بات بتاؤ جو ان کے عقلوں تک نہ پہنچے تو یہ ان میں سے کچھ لوگوں کے لیے فتنے</w:t>
      </w:r>
    </w:p>
    <w:p>
      <w:r>
        <w:rPr>
          <w:b/>
        </w:rPr>
        <w:t xml:space="preserve">[08:37] </w:t>
      </w:r>
      <w:r>
        <w:t>ka sabab ban jayega. is ka matlab yeh hai ke kalam aur sam'e ke miyar e fahm mein mutabiqat honi chahiye. misal ke taur par, aaj ka zamana aqli zamana yaani the age of reason hai. agar aap ek durust baat qadeem rawayati andaaz mein kahein to aisi baat aaj ke insan ke zehan ko address nahi karegi. nateeja yeh hoga ke adam fahm ki bina par woh</w:t>
      </w:r>
    </w:p>
    <w:p>
      <w:pPr>
        <w:jc w:val="right"/>
      </w:pPr>
      <w:r>
        <w:t>کا سبب بن جائے گا۔ اس کا مطلب یہ ہے کہ کلام اور سامع کے معیار فہم میں مطابقت ہونی چاہیے۔ مثال کے طور پر، آج کا زمانہ عقلی زمانہ یعنی دا ایج آف ریزن ہے۔ اگر آپ ایک درست بات قدیم روایتی انداز میں کہیں تو ایسی بات آج کے انسان کے ذہن کو ایڈریس نہیں کرے گی۔ نتیجہ یہ ہوگا کہ عدم فہم کی بنا پر وہ</w:t>
      </w:r>
    </w:p>
    <w:p>
      <w:r>
        <w:rPr>
          <w:b/>
        </w:rPr>
        <w:t xml:space="preserve">[09:07] </w:t>
      </w:r>
      <w:r>
        <w:t>is ka munkir ban sakta hai, halankay agar baat ko aise usloob mein kaha jaye jo mukhateb ke</w:t>
      </w:r>
    </w:p>
    <w:p>
      <w:pPr>
        <w:jc w:val="right"/>
      </w:pPr>
      <w:r>
        <w:t>اس کا منکر بن سکتا ہے، حالانکہ اگر بات کو ایسے اسلوب میں کہا جائے جو مخاطب کے</w:t>
      </w:r>
    </w:p>
    <w:p>
      <w:r>
        <w:rPr>
          <w:b/>
        </w:rPr>
        <w:t xml:space="preserve">[09:15] </w:t>
      </w:r>
      <w:r>
        <w:t>لیے قابل فہم یعنی understandable ہو تو عین ممکن ہے کہ وہ اس کو قبول کر لے۔</w:t>
      </w:r>
    </w:p>
    <w:p>
      <w:pPr>
        <w:jc w:val="right"/>
      </w:pPr>
      <w:r>
        <w:t>لیے قابل فہم یعنی انڈرسٹینڈیبل ہو تو عین ممکن ہے کہ وہ اس کو قبول کر لے۔</w:t>
      </w:r>
    </w:p>
    <w:p>
      <w:r>
        <w:rPr>
          <w:b/>
        </w:rPr>
        <w:t xml:space="preserve">[09:22] </w:t>
      </w:r>
      <w:r>
        <w:t>misal ke taur par, agar aap yeh kahein ke mustashriqeen yaani orientalist islam ke dushman hain to yeh</w:t>
      </w:r>
    </w:p>
    <w:p>
      <w:pPr>
        <w:jc w:val="right"/>
      </w:pPr>
      <w:r>
        <w:t>مثال کے طور پر، اگر آپ یہ کہیں کہ مستشرقین یعنی اورینٹلسٹ اسلام کے دشمن ہیں تو یہ</w:t>
      </w:r>
    </w:p>
    <w:p>
      <w:r>
        <w:rPr>
          <w:b/>
        </w:rPr>
        <w:t xml:space="preserve">[09:30] </w:t>
      </w:r>
      <w:r>
        <w:t>baat aaj ke ek taleem yafta insaan ki samajh mein nahi aayegi. woh aap</w:t>
      </w:r>
    </w:p>
    <w:p>
      <w:pPr>
        <w:jc w:val="right"/>
      </w:pPr>
      <w:r>
        <w:t>بات آج کے ایک تعلیم یافتہ انسان کی سمجھ میں نہیں آئے گی۔ وہ آپ</w:t>
      </w:r>
    </w:p>
    <w:p>
      <w:r>
        <w:rPr>
          <w:b/>
        </w:rPr>
        <w:t xml:space="preserve">[09:37] </w:t>
      </w:r>
      <w:r>
        <w:t>ki baat ko be asal samajh kar radd kar dega. is ke bar aks, agar aap yeh kahein ke mustashriqeen ka nuqta e nazar mawzu'i yaani objective hota hai, is liye woh sirf us baat ko samajh paate hain jo mawzu'i istidlal yaani objective reasoning par mabni ho. is ke bar aks, jo baat i'tiqadi yaani subjective andaaz mein kahi jaye, woh un ke liye qabil e f</w:t>
      </w:r>
    </w:p>
    <w:p>
      <w:pPr>
        <w:jc w:val="right"/>
      </w:pPr>
      <w:r>
        <w:t>کی بات کو بے اصل سمجھ کر رد کر دے گا۔ اس کے برعکس، اگر آپ یہ کہیں کہ مستشرقین کا نقطہ نظر موضوعی یعنی ابجیکٹو ہوتا ہے، اس لیے وہ صرف اس بات کو سمجھ پاتے ہیں جو موضوعی استدلال یعنی ابجیکٹو ریزننگ پر مبنی ہو۔ اس کے برعکس، جو بات اعتقادی یعنی سبجیکٹو انداز میں کہی جائے، وہ ان کے لیے قابل ف</w:t>
      </w:r>
    </w:p>
    <w:p>
      <w:r>
        <w:rPr>
          <w:b/>
        </w:rPr>
        <w:t xml:space="preserve">[10:07] </w:t>
      </w:r>
      <w:r>
        <w:t>hum nahi hoti.</w:t>
      </w:r>
    </w:p>
    <w:p>
      <w:pPr>
        <w:jc w:val="right"/>
      </w:pPr>
      <w:r>
        <w:t>ہم نہیں ہوتی۔</w:t>
      </w:r>
    </w:p>
    <w:p>
      <w:r>
        <w:rPr>
          <w:b/>
        </w:rPr>
        <w:t xml:space="preserve">[10:11] </w:t>
      </w:r>
      <w:r>
        <w:t>is liye un ka zehan aisi baat ko qabool karne ke liye nahi tayyar hota.</w:t>
      </w:r>
    </w:p>
    <w:p>
      <w:pPr>
        <w:jc w:val="right"/>
      </w:pPr>
      <w:r>
        <w:t>اس لیے ان کا ذہن ایسی بات کو قبول کرنے کے لیے نہیں تیار ہوتا۔</w:t>
      </w:r>
    </w:p>
    <w:p>
      <w:r>
        <w:rPr>
          <w:b/>
        </w:rPr>
        <w:t xml:space="preserve">[10:16] </w:t>
      </w:r>
      <w:r>
        <w:t>agar aap apni baat ko is andaaz mein kahein to aaj ka taleem yafta insaan is ko qabool</w:t>
      </w:r>
    </w:p>
    <w:p>
      <w:pPr>
        <w:jc w:val="right"/>
      </w:pPr>
      <w:r>
        <w:t>اگر آپ اپنی بات کو اس انداز میں کہیں تو آج کا تعلیم یافتہ انسان اس کو قبول</w:t>
      </w:r>
    </w:p>
    <w:p>
      <w:r>
        <w:rPr>
          <w:b/>
        </w:rPr>
        <w:t xml:space="preserve">[10:20] </w:t>
      </w:r>
      <w:r>
        <w:t>karne mein koi dushwari mehsoos nahi karega.</w:t>
      </w:r>
    </w:p>
    <w:p>
      <w:pPr>
        <w:jc w:val="right"/>
      </w:pPr>
      <w:r>
        <w:t>کرنے میں کوئی دشواری محسوس نہیں کرے گا۔</w:t>
      </w:r>
    </w:p>
    <w:p>
      <w:r>
        <w:rPr>
          <w:b/>
        </w:rPr>
        <w:t xml:space="preserve">[10:24] </w:t>
      </w:r>
      <w:r>
        <w:t>yahi woh haqeeqat hai jis ko quran mein "wa qul lahum fi anfusihim qawlan baligha" ke alfaaz mein bayan</w:t>
      </w:r>
    </w:p>
    <w:p>
      <w:pPr>
        <w:jc w:val="right"/>
      </w:pPr>
      <w:r>
        <w:t>یہی وہ حقیقت ہے جس کو قرآن میں "وقل لہم فی انفسہم قولا بلیغا" کے الفاظ میں بیان</w:t>
      </w:r>
    </w:p>
    <w:p>
      <w:r>
        <w:rPr>
          <w:b/>
        </w:rPr>
        <w:t xml:space="preserve">[10:29] </w:t>
      </w:r>
      <w:r>
        <w:t>kiya gaya hai.</w:t>
      </w:r>
    </w:p>
    <w:p>
      <w:pPr>
        <w:jc w:val="right"/>
      </w:pPr>
      <w:r>
        <w:t>کیا گیا ہے۔</w:t>
      </w:r>
    </w:p>
    <w:p>
      <w:r>
        <w:rPr>
          <w:b/>
        </w:rPr>
        <w:t xml:space="preserve">[10:33] </w:t>
      </w:r>
      <w:r>
        <w:t>quran ke is usool ke mutabiq</w:t>
      </w:r>
    </w:p>
    <w:p>
      <w:pPr>
        <w:jc w:val="right"/>
      </w:pPr>
      <w:r>
        <w:t>قرآن کے اس اصول کے مطابق</w:t>
      </w:r>
    </w:p>
    <w:p>
      <w:r>
        <w:rPr>
          <w:b/>
        </w:rPr>
        <w:t xml:space="preserve">[10:37] </w:t>
      </w:r>
      <w:r>
        <w:t>kalam ko aise usloob mein hona chahiye jo mukhatib ke zehan ko address karne wala ho.</w:t>
      </w:r>
    </w:p>
    <w:p>
      <w:pPr>
        <w:jc w:val="right"/>
      </w:pPr>
      <w:r>
        <w:t>کلام کو ایسے اسلوب میں ہونا چاہیے جو مخاطب کے ذہن کو ایڈریس کرنے والا ہو۔</w:t>
      </w:r>
    </w:p>
    <w:p>
      <w:r>
        <w:rPr>
          <w:b/>
        </w:rPr>
        <w:t xml:space="preserve">[10:47] </w:t>
      </w:r>
      <w:r>
        <w:t>guftagu mein jitni ahmiyat sehat-e-kalam ki hai, utni hi ahmiyat is mein usloob-e-kalam ki bhi hai. adam itminan.</w:t>
      </w:r>
    </w:p>
    <w:p>
      <w:pPr>
        <w:jc w:val="right"/>
      </w:pPr>
      <w:r>
        <w:t>گفتگو میں جتنی اہمیت صحت کلام کی ہے، اتنی ہی اہمیت اس میں اسلوب کلام کی بھی ہے۔ عدم اطمینان۔</w:t>
      </w:r>
    </w:p>
    <w:p>
      <w:r>
        <w:rPr>
          <w:b/>
        </w:rPr>
        <w:t xml:space="preserve">[10:57] </w:t>
      </w:r>
      <w:r>
        <w:t>ek shakhs ne in bade bade scholars par research kiya hai jo apni kisi badi daryaft ki bina par nobel</w:t>
      </w:r>
    </w:p>
    <w:p>
      <w:pPr>
        <w:jc w:val="right"/>
      </w:pPr>
      <w:r>
        <w:t>ایک شخص نے ان بڑے بڑے سکالرز پر ریسرچ کیا ہے جو اپنی کسی بڑی دریافت کی بنا پر نوبل</w:t>
      </w:r>
    </w:p>
    <w:p>
      <w:r>
        <w:rPr>
          <w:b/>
        </w:rPr>
        <w:t xml:space="preserve">[11:07] </w:t>
      </w:r>
      <w:r>
        <w:t>prize ke liye muntakhib hue ke in scholars mein ek cheez mushtarik thi, woh thi adam-e-qana'at yaani discontentment.</w:t>
      </w:r>
    </w:p>
    <w:p>
      <w:pPr>
        <w:jc w:val="right"/>
      </w:pPr>
      <w:r>
        <w:t>پرائز کے لیے منتخب ہوئے کہ ان سکالرز میں ایک چیز مشترک تھی، وہ تھی عدم قناعت یعنی ڈسکنٹینٹمنٹ۔</w:t>
      </w:r>
    </w:p>
    <w:p>
      <w:r>
        <w:rPr>
          <w:b/>
        </w:rPr>
        <w:t xml:space="preserve">[11:15] </w:t>
      </w:r>
      <w:r>
        <w:t>woh ilm ke bare mein kisi had par nahi rukte the, is liye un ki taraqqi musalsal jaari rahi.</w:t>
      </w:r>
    </w:p>
    <w:p>
      <w:pPr>
        <w:jc w:val="right"/>
      </w:pPr>
      <w:r>
        <w:t>وہ علم کے بارے میں کسی حد پر نہیں رکتے تھے، اس لیے ان کی ترقی مسلسل جاری رہی۔</w:t>
      </w:r>
    </w:p>
    <w:p>
      <w:r>
        <w:rPr>
          <w:b/>
        </w:rPr>
        <w:t xml:space="preserve">[11:22] </w:t>
      </w:r>
      <w:r>
        <w:t>bade bade ahle ilm ki jo adam-e-qana'at ilm ke bare mein hoti hai, wahi adam-e-qana'at momin</w:t>
      </w:r>
    </w:p>
    <w:p>
      <w:pPr>
        <w:jc w:val="right"/>
      </w:pPr>
      <w:r>
        <w:t>بڑے بڑے اہل علم کی جو عدم قناعت علم کے بارے میں ہوتی ہے، وہی عدم قناعت مومن</w:t>
      </w:r>
    </w:p>
    <w:p>
      <w:r>
        <w:rPr>
          <w:b/>
        </w:rPr>
        <w:t xml:space="preserve">[11:30] </w:t>
      </w:r>
      <w:r>
        <w:t>ke andar marifat ke bare mein hoti hai.</w:t>
      </w:r>
    </w:p>
    <w:p>
      <w:pPr>
        <w:jc w:val="right"/>
      </w:pPr>
      <w:r>
        <w:t>کے اندر معرفت کے بارے میں ہوتی ہے۔</w:t>
      </w:r>
    </w:p>
    <w:p>
      <w:r>
        <w:rPr>
          <w:b/>
        </w:rPr>
        <w:t xml:space="preserve">[11:37] </w:t>
      </w:r>
      <w:r>
        <w:t>momin aakhir dam tak marifat-e-khudawandi ke muamle mein ghair qaneh rehta hai, is liye us ki marifat</w:t>
      </w:r>
    </w:p>
    <w:p>
      <w:pPr>
        <w:jc w:val="right"/>
      </w:pPr>
      <w:r>
        <w:t>مومن آخر دم تک معرفت خداوندی کے معاملے میں غیر قانع رہتا ہے، اس لیے اس کی معرفت</w:t>
      </w:r>
    </w:p>
    <w:p>
      <w:r>
        <w:rPr>
          <w:b/>
        </w:rPr>
        <w:t xml:space="preserve">[11:45] </w:t>
      </w:r>
      <w:r>
        <w:t>barabar badhti rehti hai, woh kabhi khatm nahi hoti.</w:t>
      </w:r>
    </w:p>
    <w:p>
      <w:pPr>
        <w:jc w:val="right"/>
      </w:pPr>
      <w:r>
        <w:t>برابر بڑھتی رہتی ہے، وہ کبھی ختم نہیں ہوتی۔</w:t>
      </w:r>
    </w:p>
    <w:p>
      <w:r>
        <w:rPr>
          <w:b/>
        </w:rPr>
        <w:t xml:space="preserve">[11:53] </w:t>
      </w:r>
      <w:r>
        <w:t>ahle iman ke bare mein yahi woh haqeeqat hai jo hadith mein in alfaaz mein bayan ki gayi</w:t>
      </w:r>
    </w:p>
    <w:p>
      <w:pPr>
        <w:jc w:val="right"/>
      </w:pPr>
      <w:r>
        <w:t>اہل ایمان کے بارے میں یہی وہ حقیقت ہے جو حدیث میں ان الفاظ میں بیان کی گئی</w:t>
      </w:r>
    </w:p>
    <w:p>
      <w:r>
        <w:rPr>
          <w:b/>
        </w:rPr>
        <w:t xml:space="preserve">[12:00] </w:t>
      </w:r>
      <w:r>
        <w:t>hai: "an abi saeed al-khudri an rasool allah sallallahu alaihi wasallam qala: lan yashba' al-mumin min</w:t>
      </w:r>
    </w:p>
    <w:p>
      <w:pPr>
        <w:jc w:val="right"/>
      </w:pPr>
      <w:r>
        <w:t>ہے: "عن ابی سعید الخدری عن رسول اللہ صلی اللہ علیہ وسلم قال: لن یشبع المومن من</w:t>
      </w:r>
    </w:p>
    <w:p>
      <w:r>
        <w:rPr>
          <w:b/>
        </w:rPr>
        <w:t xml:space="preserve">[12:08] </w:t>
      </w:r>
      <w:r>
        <w:t>khair yasm'u hatta yakoon muntaha al-jannah" musnad-e-shihab qazai ki riwayat mein khair aur momin ke bajaye ilm aur aalim ka lafz aaya hai yani abu saeed khudri kehte hain ke rasool allah (s.a.w) ne farmaya momin yani aalim khair aur ilm ki baatein sunne se kabhi sair nahi hota yahan tak ke</w:t>
      </w:r>
    </w:p>
    <w:p>
      <w:pPr>
        <w:jc w:val="right"/>
      </w:pPr>
      <w:r>
        <w:t>خیر یسمعو حتی یکون منتہی الجنہ"۔ مسند شہاب القضائی کی روایت میں خیر اور مومن کے بجائے علم اور عالم کا لفظ آیا ہے۔ یعنی ابو سعید خدری کہتے ہیں کہ رسول اللہ صلی اللہ علیہ وسلم نے فرمایا: "مومن یعنی عالم خیر اور علم کی باتیں سننے سے کبھی سیر نہیں ہوتا، یہاں تک کہ</w:t>
      </w:r>
    </w:p>
    <w:p>
      <w:r>
        <w:rPr>
          <w:b/>
        </w:rPr>
        <w:t xml:space="preserve">[12:38] </w:t>
      </w:r>
      <w:r>
        <w:t>us ki intiha jannat par hoti hai asal yeh hai ke insaan ki nisbat se deen ke do pehlu hain ek hai marifat ka pehlu aur doosra hai dindari ka form form hamesha maloom hota hai kuch afaal anjam dene ke baad us ki had aa jati hai aur jab kisi cheez ki had aa jaye to aise insaan ke andar adam-e-itminan ki kaifiyat pai nahi jayegi aur woh jo kuch kar raha hai</w:t>
      </w:r>
    </w:p>
    <w:p>
      <w:pPr>
        <w:jc w:val="right"/>
      </w:pPr>
      <w:r>
        <w:t>اس کی انتہا جنت پر ہوتی ہے"۔ اصل یہ ہے کہ انسان کی نسبت سے دین کے دو پہلو ہیں: ایک ہے معرفت کا پہلو اور دوسرا ہے دینداری کا فارم۔ فارم ہمیشہ معلوم ہوتا ہے۔ کچھ افعال انجام دینے کے بعد اس کی حد آ جاتی ہے، اور جب کسی چیز کی حد آ جائے تو ایسے انسان کے اندر عدم اطمینان کی کیفیت پائی نہیں جائے گی، اور وہ جو کچھ کر رہا ہے،</w:t>
      </w:r>
    </w:p>
    <w:p>
      <w:r>
        <w:rPr>
          <w:b/>
        </w:rPr>
        <w:t xml:space="preserve">[13:08] </w:t>
      </w:r>
      <w:r>
        <w:t>woh is par qaneh ho jayega.</w:t>
      </w:r>
    </w:p>
    <w:p>
      <w:pPr>
        <w:jc w:val="right"/>
      </w:pPr>
      <w:r>
        <w:t>وہ اس پر قانع ہو جائے گا۔</w:t>
      </w:r>
    </w:p>
    <w:p>
      <w:r>
        <w:rPr>
          <w:b/>
        </w:rPr>
        <w:t xml:space="preserve">[13:13] </w:t>
      </w:r>
      <w:r>
        <w:t>magar marifat la-mutanahi cheez hai.</w:t>
      </w:r>
    </w:p>
    <w:p>
      <w:pPr>
        <w:jc w:val="right"/>
      </w:pPr>
      <w:r>
        <w:t>مگر معرفت لامتناہی چیز ہے۔</w:t>
      </w:r>
    </w:p>
    <w:p>
      <w:r>
        <w:rPr>
          <w:b/>
        </w:rPr>
        <w:t xml:space="preserve">[13:18] </w:t>
      </w:r>
      <w:r>
        <w:t>aadmi kitna hi zyada marifat hasil kar le, us ke andar mazeed hasil ka jazba kabhi khatm na hoga.</w:t>
      </w:r>
    </w:p>
    <w:p>
      <w:pPr>
        <w:jc w:val="right"/>
      </w:pPr>
      <w:r>
        <w:t>آدمی کتنا ہی زیادہ معرفت حاصل کر لے، اس کے اندر مزید حصول کا جذبہ کبھی ختم نہ ہوگا۔</w:t>
      </w:r>
    </w:p>
    <w:p>
      <w:r>
        <w:rPr>
          <w:b/>
        </w:rPr>
        <w:t xml:space="preserve">[13:23] </w:t>
      </w:r>
      <w:r>
        <w:t>ikhtilaat ki ahmiyat.</w:t>
      </w:r>
    </w:p>
    <w:p>
      <w:pPr>
        <w:jc w:val="right"/>
      </w:pPr>
      <w:r>
        <w:t>اختلاط کی اہمیت۔</w:t>
      </w:r>
    </w:p>
    <w:p>
      <w:r>
        <w:rPr>
          <w:b/>
        </w:rPr>
        <w:t xml:space="preserve">[13:28] </w:t>
      </w:r>
      <w:r>
        <w:t>ek hadith mukhtalif kitabon mein aayi hai.</w:t>
      </w:r>
    </w:p>
    <w:p>
      <w:pPr>
        <w:jc w:val="right"/>
      </w:pPr>
      <w:r>
        <w:t>ایک حدیث مختلف کتابوں میں آئی ہے۔</w:t>
      </w:r>
    </w:p>
    <w:p>
      <w:r>
        <w:rPr>
          <w:b/>
        </w:rPr>
        <w:t xml:space="preserve">[13:33] </w:t>
      </w:r>
      <w:r>
        <w:t>aik riwayat ke alfaaz yeh hain: "al momin allazi</w:t>
      </w:r>
    </w:p>
    <w:p>
      <w:pPr>
        <w:jc w:val="right"/>
      </w:pPr>
      <w:r>
        <w:t>ایک روایت کے الفاظ یہ ہیں: "المومن الذی</w:t>
      </w:r>
    </w:p>
    <w:p>
      <w:r>
        <w:rPr>
          <w:b/>
        </w:rPr>
        <w:t xml:space="preserve">[13:38] </w:t>
      </w:r>
      <w:r>
        <w:t>yakhalat al nas wa yasbiru ala azahum aazam ajra min allazi la yakhalat al nas wa la yasbiru ala azahum".</w:t>
      </w:r>
    </w:p>
    <w:p>
      <w:pPr>
        <w:jc w:val="right"/>
      </w:pPr>
      <w:r>
        <w:t>یخالط الناس ویصبر علی اذاہم اعظم اجرا من الذی لا یخالط الناس ولا یصبر علی اذاہم"۔</w:t>
      </w:r>
    </w:p>
    <w:p>
      <w:r>
        <w:rPr>
          <w:b/>
        </w:rPr>
        <w:t xml:space="preserve">[13:44] </w:t>
      </w:r>
      <w:r>
        <w:t>yani woh momin jo logon se mel jol rakhta hai aur un ki aziyat par sabr karta hai,</w:t>
      </w:r>
    </w:p>
    <w:p>
      <w:pPr>
        <w:jc w:val="right"/>
      </w:pPr>
      <w:r>
        <w:t>یعنی وہ مومن جو لوگوں سے میل جول رکھتا ہے اور ان کی اذیت پر صبر کرتا ہے،</w:t>
      </w:r>
    </w:p>
    <w:p>
      <w:r>
        <w:rPr>
          <w:b/>
        </w:rPr>
        <w:t xml:space="preserve">[13:50] </w:t>
      </w:r>
      <w:r>
        <w:t>is ka ajar us se ziyada hai jo logon se mel jol nahin rakhta aur un ki aziyat</w:t>
      </w:r>
    </w:p>
    <w:p>
      <w:pPr>
        <w:jc w:val="right"/>
      </w:pPr>
      <w:r>
        <w:t>اس کا اجر اس سے زیادہ ہے جو لوگوں سے میل جول نہیں رکھتا اور ان کی اذیت</w:t>
      </w:r>
    </w:p>
    <w:p>
      <w:r>
        <w:rPr>
          <w:b/>
        </w:rPr>
        <w:t xml:space="preserve">[13:56] </w:t>
      </w:r>
      <w:r>
        <w:t>par sabr nahin karta.</w:t>
      </w:r>
    </w:p>
    <w:p>
      <w:pPr>
        <w:jc w:val="right"/>
      </w:pPr>
      <w:r>
        <w:t>پر صبر نہیں کرتا۔</w:t>
      </w:r>
    </w:p>
    <w:p>
      <w:r>
        <w:rPr>
          <w:b/>
        </w:rPr>
        <w:t xml:space="preserve">[14:02] </w:t>
      </w:r>
      <w:r>
        <w:t>is hadith mein ikht</w:t>
      </w:r>
    </w:p>
    <w:p>
      <w:pPr>
        <w:jc w:val="right"/>
      </w:pPr>
      <w:r>
        <w:t>اس حدیث میں اخت</w:t>
      </w:r>
    </w:p>
    <w:p>
      <w:r>
        <w:rPr>
          <w:b/>
        </w:rPr>
        <w:t xml:space="preserve">[14:08] </w:t>
      </w:r>
      <w:r>
        <w:t>laat ka matlab mel jol yani interaction hai.</w:t>
      </w:r>
    </w:p>
    <w:p>
      <w:pPr>
        <w:jc w:val="right"/>
      </w:pPr>
      <w:r>
        <w:t>لاط کا مطلب میل جول یعنی انٹریکشن ہے۔</w:t>
      </w:r>
    </w:p>
    <w:p>
      <w:r>
        <w:rPr>
          <w:b/>
        </w:rPr>
        <w:t xml:space="preserve">[14:14] </w:t>
      </w:r>
      <w:r>
        <w:t>aik sharah hadith ne is ki sharah karte hue kaha: "inna al khilta afdal min al uzla tuhaf al ahwazi".</w:t>
      </w:r>
    </w:p>
    <w:p>
      <w:pPr>
        <w:jc w:val="right"/>
      </w:pPr>
      <w:r>
        <w:t>ایک شارح حدیث نے اس کی شرح کرتے ہوئے کہا: "إن الخلطۃ أفضل من العزلت تحفۃ الأحوز"۔</w:t>
      </w:r>
    </w:p>
    <w:p>
      <w:r>
        <w:rPr>
          <w:b/>
        </w:rPr>
        <w:t xml:space="preserve">[14:20] </w:t>
      </w:r>
      <w:r>
        <w:t>yani tanhai ki zindagi ke muqable mein mel jol ki zindagi ziyada afzal hai.</w:t>
      </w:r>
    </w:p>
    <w:p>
      <w:pPr>
        <w:jc w:val="right"/>
      </w:pPr>
      <w:r>
        <w:t>یعنی تنہائی کی زندگی کے مقابلے میں میل جول کی زندگی زیادہ افضل ہے۔</w:t>
      </w:r>
    </w:p>
    <w:p>
      <w:r>
        <w:rPr>
          <w:b/>
        </w:rPr>
        <w:t xml:space="preserve">[14:26] </w:t>
      </w:r>
      <w:r>
        <w:t>ikhtilaat ki zindagi ka afzal hona sirf akhlaq ke mani mein nahin hai, is se ziyada woh shakhsiyat</w:t>
      </w:r>
    </w:p>
    <w:p>
      <w:pPr>
        <w:jc w:val="right"/>
      </w:pPr>
      <w:r>
        <w:t>اختلاط کی زندگی کا افضل ہونا صرف اخلاق کے معنی میں نہیں ہے، اس سے زیادہ وہ شخصیت</w:t>
      </w:r>
    </w:p>
    <w:p>
      <w:r>
        <w:rPr>
          <w:b/>
        </w:rPr>
        <w:t xml:space="preserve">[14:32] </w:t>
      </w:r>
      <w:r>
        <w:t>ki taameer yani personality development ke ma</w:t>
      </w:r>
    </w:p>
    <w:p>
      <w:pPr>
        <w:jc w:val="right"/>
      </w:pPr>
      <w:r>
        <w:t>کی تعمیر یعنی پرسنیلٹی ڈیویلپمنٹ کے مع</w:t>
      </w:r>
    </w:p>
    <w:p>
      <w:r>
        <w:rPr>
          <w:b/>
        </w:rPr>
        <w:t xml:space="preserve">[14:38] </w:t>
      </w:r>
      <w:r>
        <w:t>ni mein hai.</w:t>
      </w:r>
    </w:p>
    <w:p>
      <w:pPr>
        <w:jc w:val="right"/>
      </w:pPr>
      <w:r>
        <w:t>نی میں ہے۔</w:t>
      </w:r>
    </w:p>
    <w:p>
      <w:r>
        <w:rPr>
          <w:b/>
        </w:rPr>
        <w:t xml:space="preserve">[14:43] </w:t>
      </w:r>
      <w:r>
        <w:t>yeh faida is waqt hota hai jab ke insaan ke andar sanjeedgi ho, is ke andar sochne aur</w:t>
      </w:r>
    </w:p>
    <w:p>
      <w:pPr>
        <w:jc w:val="right"/>
      </w:pPr>
      <w:r>
        <w:t>یہ فائدہ اس وقت ہوتا ہے جب کہ انسان کے اندر سنجیدگی ہو، اس کے اندر سوچنے اور</w:t>
      </w:r>
    </w:p>
    <w:p>
      <w:r>
        <w:rPr>
          <w:b/>
        </w:rPr>
        <w:t xml:space="preserve">[14:48] </w:t>
      </w:r>
      <w:r>
        <w:t>naseehat lene ka mizaj ho, to har ikhtilaat is ke liye zehni irtiqaa ka zariya ban jayega.</w:t>
      </w:r>
    </w:p>
    <w:p>
      <w:pPr>
        <w:jc w:val="right"/>
      </w:pPr>
      <w:r>
        <w:t>نصیحت لینے کا مزاج ہو، تو ہر اختلاط اس کے لیے ذہنی ارتقاء کا ذریعہ بن جائے گا۔</w:t>
      </w:r>
    </w:p>
    <w:p>
      <w:r>
        <w:rPr>
          <w:b/>
        </w:rPr>
        <w:t xml:space="preserve">[14:53] </w:t>
      </w:r>
      <w:r>
        <w:t>logon se interaction ke darmiyan is ko tarah tarah ke tajrubaat pesh aate hain, woh logon se nai</w:t>
      </w:r>
    </w:p>
    <w:p>
      <w:pPr>
        <w:jc w:val="right"/>
      </w:pPr>
      <w:r>
        <w:t>لوگوں سے انٹریکشن کے درمیان اس کو طرح طرح کے تجربات پیش آتے ہیں، وہ لوگوں سے نئی</w:t>
      </w:r>
    </w:p>
    <w:p>
      <w:r>
        <w:rPr>
          <w:b/>
        </w:rPr>
        <w:t xml:space="preserve">[14:58] </w:t>
      </w:r>
      <w:r>
        <w:t>nai baatein seekhta hai.</w:t>
      </w:r>
    </w:p>
    <w:p>
      <w:pPr>
        <w:jc w:val="right"/>
      </w:pPr>
      <w:r>
        <w:t>نئی باتیں سیکھتا ہے۔</w:t>
      </w:r>
    </w:p>
    <w:p>
      <w:r>
        <w:rPr>
          <w:b/>
        </w:rPr>
        <w:t xml:space="preserve">[15:03] </w:t>
      </w:r>
      <w:r>
        <w:t>ikhtilaat ke darmiyan is ko moqa milta hai ke</w:t>
      </w:r>
    </w:p>
    <w:p>
      <w:pPr>
        <w:jc w:val="right"/>
      </w:pPr>
      <w:r>
        <w:t>اختلاط کے دوران اس کو موقع ملتا ہے کہ</w:t>
      </w:r>
    </w:p>
    <w:p>
      <w:r>
        <w:rPr>
          <w:b/>
        </w:rPr>
        <w:t xml:space="preserve">[15:08] </w:t>
      </w:r>
      <w:r>
        <w:t>woh apni fikri islaah kare, is ko moqa milta hai ke woh logon ki maloomat se apne ilm</w:t>
      </w:r>
    </w:p>
    <w:p>
      <w:pPr>
        <w:jc w:val="right"/>
      </w:pPr>
      <w:r>
        <w:t>وہ اپنی فکری اصلاح کرے، اس کو موقع ملتا ہے کہ وہ لوگوں کی معلومات سے اپنے علم</w:t>
      </w:r>
    </w:p>
    <w:p>
      <w:r>
        <w:rPr>
          <w:b/>
        </w:rPr>
        <w:t xml:space="preserve">[15:16] </w:t>
      </w:r>
      <w:r>
        <w:t>mein izafa kare, is ko moqa milta hai ke woh apni fikri mahdoodiyat ko alam e fikr mein tabdeel kar sake.</w:t>
      </w:r>
    </w:p>
    <w:p>
      <w:pPr>
        <w:jc w:val="right"/>
      </w:pPr>
      <w:r>
        <w:t>میں اضافہ کرے، اس کو موقع ملتا ہے کہ وہ اپنی فکری محدودیت کو عالم فکر میں تبدیل کر سکے۔</w:t>
      </w:r>
    </w:p>
    <w:p>
      <w:r>
        <w:rPr>
          <w:b/>
        </w:rPr>
        <w:t xml:space="preserve">[15:23] </w:t>
      </w:r>
      <w:r>
        <w:t>interaction ka yeh faida is insaan ko milta hai jis ke andar seekhne ka mizaj yani spirit of</w:t>
      </w:r>
    </w:p>
    <w:p>
      <w:pPr>
        <w:jc w:val="right"/>
      </w:pPr>
      <w:r>
        <w:t>انٹریکشن کا یہ فائدہ اس انسان کو ملتا ہے جس کے اندر سیکھنے کا مزاج یعنی سپرٹ آف</w:t>
      </w:r>
    </w:p>
    <w:p>
      <w:r>
        <w:rPr>
          <w:b/>
        </w:rPr>
        <w:t xml:space="preserve">[15:31] </w:t>
      </w:r>
      <w:r>
        <w:t>learning ho, jo baaton ko ghair mutaasibana andaaz mein</w:t>
      </w:r>
    </w:p>
    <w:p>
      <w:pPr>
        <w:jc w:val="right"/>
      </w:pPr>
      <w:r>
        <w:t>لرننگ ہو، جو باتوں کو غیر متعصبانہ انداز میں</w:t>
      </w:r>
    </w:p>
    <w:p>
      <w:r>
        <w:rPr>
          <w:b/>
        </w:rPr>
        <w:t xml:space="preserve">[15:39] </w:t>
      </w:r>
      <w:r>
        <w:t>dekh sake.</w:t>
      </w:r>
    </w:p>
    <w:p>
      <w:pPr>
        <w:jc w:val="right"/>
      </w:pPr>
      <w:r>
        <w:t>دیکھ سکے۔</w:t>
      </w:r>
    </w:p>
    <w:p>
      <w:r>
        <w:rPr>
          <w:b/>
        </w:rPr>
        <w:t xml:space="preserve">[15:45] </w:t>
      </w:r>
      <w:r>
        <w:t>woh jo kuch sune, is ko objective andaaz mein le, na ke subjective andaaz mein.</w:t>
      </w:r>
    </w:p>
    <w:p>
      <w:pPr>
        <w:jc w:val="right"/>
      </w:pPr>
      <w:r>
        <w:t>وہ جو کچھ سنے، اس کو ابجیکٹو انداز میں لے، نہ کہ سبجیکٹو انداز میں۔</w:t>
      </w:r>
    </w:p>
    <w:p>
      <w:r>
        <w:rPr>
          <w:b/>
        </w:rPr>
        <w:t xml:space="preserve">[15:51] </w:t>
      </w:r>
      <w:r>
        <w:t>is ke andar etiraz ka maada ho, woh kisi rai ko sachai ke aitbaar se dekhe, na yeh</w:t>
      </w:r>
    </w:p>
    <w:p>
      <w:pPr>
        <w:jc w:val="right"/>
      </w:pPr>
      <w:r>
        <w:t>اس کے اندر اعتراض کا مادہ ہو، وہ کسی رائے کو سچائی کے اعتبار سے دیکھے، نہ یہ</w:t>
      </w:r>
    </w:p>
    <w:p>
      <w:r>
        <w:rPr>
          <w:b/>
        </w:rPr>
        <w:t xml:space="preserve">[15:57] </w:t>
      </w:r>
      <w:r>
        <w:t>ke woh kis shakhs ki rai hai.</w:t>
      </w:r>
    </w:p>
    <w:p>
      <w:pPr>
        <w:jc w:val="right"/>
      </w:pPr>
      <w:r>
        <w:t>کہ وہ کس شخص کی رائے ہے۔</w:t>
      </w:r>
    </w:p>
    <w:p>
      <w:r>
        <w:rPr>
          <w:b/>
        </w:rPr>
        <w:t xml:space="preserve">[16:03] </w:t>
      </w:r>
      <w:r>
        <w:t>woh purey maanon mein nafs mutmainnah yaani complex free soul ki hesiyat rakhta ho. ghazab rehmat</w:t>
      </w:r>
    </w:p>
    <w:p>
      <w:pPr>
        <w:jc w:val="right"/>
      </w:pPr>
      <w:r>
        <w:t>وہ پورے معنوں میں نفس مطمئنہ یعنی کمپلیکس فری سول کی حیثیت رکھتا ہو۔ غضب رحمت</w:t>
      </w:r>
    </w:p>
    <w:p>
      <w:r>
        <w:rPr>
          <w:b/>
        </w:rPr>
        <w:t xml:space="preserve">[16:09] </w:t>
      </w:r>
      <w:r>
        <w:t>—</w:t>
      </w:r>
    </w:p>
    <w:p>
      <w:pPr>
        <w:jc w:val="right"/>
      </w:pPr>
      <w:r>
        <w:t>۔</w:t>
      </w:r>
    </w:p>
    <w:p>
      <w:r>
        <w:rPr>
          <w:b/>
        </w:rPr>
        <w:t xml:space="preserve">[16:14] </w:t>
      </w:r>
      <w:r>
        <w:t>Allah ki sifat ghazab bhi hai aur rehmat bhi.</w:t>
      </w:r>
    </w:p>
    <w:p>
      <w:pPr>
        <w:jc w:val="right"/>
      </w:pPr>
      <w:r>
        <w:t>اللہ کی صفت غضب بھی ہے اور رحمت بھی۔</w:t>
      </w:r>
    </w:p>
    <w:p>
      <w:r>
        <w:rPr>
          <w:b/>
        </w:rPr>
        <w:t xml:space="preserve">[16:19] </w:t>
      </w:r>
      <w:r>
        <w:t>agar koi shakhs yeh samjhe ke Allah ne insaan ko is liye paida kiya ke woh is ko</w:t>
      </w:r>
    </w:p>
    <w:p>
      <w:pPr>
        <w:jc w:val="right"/>
      </w:pPr>
      <w:r>
        <w:t>اگر کوئی شخص یہ سمجھے کہ اللہ نے انسان کو اس لیے پیدا کیا کہ وہ اس کو</w:t>
      </w:r>
    </w:p>
    <w:p>
      <w:r>
        <w:rPr>
          <w:b/>
        </w:rPr>
        <w:t xml:space="preserve">[16:24] </w:t>
      </w:r>
      <w:r>
        <w:t>apne ghazab ka tajurba karaye, to yeh bilashubah Allah Rabb-ul-Aalameen ka aik kamtar andaaza yaani underestimation hoga.</w:t>
      </w:r>
    </w:p>
    <w:p>
      <w:pPr>
        <w:jc w:val="right"/>
      </w:pPr>
      <w:r>
        <w:t>اپنے غضب کا تجربہ کرائے، تو یہ بلاشبہ اللہ رب العالمین کا ایک کمتر اندازہ یعنی انڈر ایسٹیمیشن ہوگا۔</w:t>
      </w:r>
    </w:p>
    <w:p>
      <w:r>
        <w:rPr>
          <w:b/>
        </w:rPr>
        <w:t xml:space="preserve">[16:29] </w:t>
      </w:r>
      <w:r>
        <w:t>zyada sahi baat yeh hai ke yeh kaha jaye ke Allah Rabb-ul-Aalameen ne insaan ko is liye</w:t>
      </w:r>
    </w:p>
    <w:p>
      <w:pPr>
        <w:jc w:val="right"/>
      </w:pPr>
      <w:r>
        <w:t>زیادہ صحیح بات یہ ہے کہ یہ کہا جائے کہ اللہ رب العالمین نے انسان کو اس لیے</w:t>
      </w:r>
    </w:p>
    <w:p>
      <w:r>
        <w:rPr>
          <w:b/>
        </w:rPr>
        <w:t xml:space="preserve">[16:34] </w:t>
      </w:r>
      <w:r>
        <w:t>paida kiya ke Allah</w:t>
      </w:r>
    </w:p>
    <w:p>
      <w:pPr>
        <w:jc w:val="right"/>
      </w:pPr>
      <w:r>
        <w:t>پیدا کیا کہ اللہ</w:t>
      </w:r>
    </w:p>
    <w:p>
      <w:r>
        <w:rPr>
          <w:b/>
        </w:rPr>
        <w:t xml:space="preserve">[16:39] </w:t>
      </w:r>
      <w:r>
        <w:t>Rabb-ul-Aalameen is ko apni rehmat ka tajurba karaye.</w:t>
      </w:r>
    </w:p>
    <w:p>
      <w:pPr>
        <w:jc w:val="right"/>
      </w:pPr>
      <w:r>
        <w:t>رب العالمین اس کو اپنی رحمت کا تجربہ کرائے۔</w:t>
      </w:r>
    </w:p>
    <w:p>
      <w:r>
        <w:rPr>
          <w:b/>
        </w:rPr>
        <w:t xml:space="preserve">[16:45] </w:t>
      </w:r>
      <w:r>
        <w:t>yehi tasawwur Allah Rabb-ul-Aalameen ki shaan ke mutabiq hai.</w:t>
      </w:r>
    </w:p>
    <w:p>
      <w:pPr>
        <w:jc w:val="right"/>
      </w:pPr>
      <w:r>
        <w:t>یہی تصور اللہ رب العالمین کی شان کے مطابق ہے۔</w:t>
      </w:r>
    </w:p>
    <w:p>
      <w:r>
        <w:rPr>
          <w:b/>
        </w:rPr>
        <w:t xml:space="preserve">[16:51] </w:t>
      </w:r>
      <w:r>
        <w:t>isi haqeeqat ko hadees mein in alfaaz mein bayan kiya gaya hai: "Inna rehmeti sabaqat ghazabi". sahih bukhari.</w:t>
      </w:r>
    </w:p>
    <w:p>
      <w:pPr>
        <w:jc w:val="right"/>
      </w:pPr>
      <w:r>
        <w:t>اسی حقیقت کو حدیث میں ان الفاظ میں بیان کیا گیا ہے: "إن رحمتي سبقت غضبي"۔ صحیح بخاری۔</w:t>
      </w:r>
    </w:p>
    <w:p>
      <w:r>
        <w:rPr>
          <w:b/>
        </w:rPr>
        <w:t xml:space="preserve">[16:57] </w:t>
      </w:r>
      <w:r>
        <w:t>doosri riwayat ke alfaaz yeh hain: "Inna rehmeti ghalabat ghazabi".</w:t>
      </w:r>
    </w:p>
    <w:p>
      <w:pPr>
        <w:jc w:val="right"/>
      </w:pPr>
      <w:r>
        <w:t>دوسری روایت کے الفاظ یہ ہیں: "إن رحمتي غلبت غضبی"۔</w:t>
      </w:r>
    </w:p>
    <w:p>
      <w:r>
        <w:rPr>
          <w:b/>
        </w:rPr>
        <w:t xml:space="preserve">[17:03] </w:t>
      </w:r>
      <w:r>
        <w:t>yaani mere ghazab par meri rehmat ghalib hai.</w:t>
      </w:r>
    </w:p>
    <w:p>
      <w:pPr>
        <w:jc w:val="right"/>
      </w:pPr>
      <w:r>
        <w:t>یعنی میرے غضب پر میری رحمت غالب ہے۔</w:t>
      </w:r>
    </w:p>
    <w:p>
      <w:r>
        <w:rPr>
          <w:b/>
        </w:rPr>
        <w:t xml:space="preserve">[17:09] </w:t>
      </w:r>
      <w:r>
        <w:t>baap ke andar apne bete ke liye aik aala sharifana jazba hota hai jis ko padarana shafqat ya</w:t>
      </w:r>
    </w:p>
    <w:p>
      <w:pPr>
        <w:jc w:val="right"/>
      </w:pPr>
      <w:r>
        <w:t>باپ کے اندر اپنے بیٹے کے لیے ایک اعلیٰ شریفانہ جذبہ ہوتا ہے جس کو پدرانہ شفقت یا</w:t>
      </w:r>
    </w:p>
    <w:p>
      <w:r>
        <w:rPr>
          <w:b/>
        </w:rPr>
        <w:t xml:space="preserve">[17:14] </w:t>
      </w:r>
      <w:r>
        <w:t>fatherliness kaha jata hai.</w:t>
      </w:r>
    </w:p>
    <w:p>
      <w:pPr>
        <w:jc w:val="right"/>
      </w:pPr>
      <w:r>
        <w:t>فادرلینس کہا جاتا ہے۔</w:t>
      </w:r>
    </w:p>
    <w:p>
      <w:r>
        <w:rPr>
          <w:b/>
        </w:rPr>
        <w:t xml:space="preserve">[17:20] </w:t>
      </w:r>
      <w:r>
        <w:t>yeh jazba baap ko majboor karta hai ke woh apne bete ki ghalti ko sambhale, woh apne bete</w:t>
      </w:r>
    </w:p>
    <w:p>
      <w:pPr>
        <w:jc w:val="right"/>
      </w:pPr>
      <w:r>
        <w:t>یہ جذبہ باپ کو مجبور کرتا ہے کہ وہ اپنے بیٹے کی غلطی کو سنبھالے، وہ اپنے بیٹے</w:t>
      </w:r>
    </w:p>
    <w:p>
      <w:r>
        <w:rPr>
          <w:b/>
        </w:rPr>
        <w:t xml:space="preserve">[17:25] </w:t>
      </w:r>
      <w:r>
        <w:t>ko us ki ghalti ka anjaam bhugatne na de.</w:t>
      </w:r>
    </w:p>
    <w:p>
      <w:pPr>
        <w:jc w:val="right"/>
      </w:pPr>
      <w:r>
        <w:t>کو اس کی غلطی کا انجام بھگتنے نہ دے۔</w:t>
      </w:r>
    </w:p>
    <w:p>
      <w:r>
        <w:rPr>
          <w:b/>
        </w:rPr>
        <w:t xml:space="preserve">[17:30] </w:t>
      </w:r>
      <w:r>
        <w:t>yeh sifat bilashubah khalq ke andar beshumar guna zyada hai.</w:t>
      </w:r>
    </w:p>
    <w:p>
      <w:pPr>
        <w:jc w:val="right"/>
      </w:pPr>
      <w:r>
        <w:t>یہ صفت بلاشبہ خالق کے اندر بے شمار گنا زیادہ ہے۔</w:t>
      </w:r>
    </w:p>
    <w:p>
      <w:r>
        <w:rPr>
          <w:b/>
        </w:rPr>
        <w:t xml:space="preserve">[17:35] </w:t>
      </w:r>
      <w:r>
        <w:t>is sifat ki bina par</w:t>
      </w:r>
    </w:p>
    <w:p>
      <w:pPr>
        <w:jc w:val="right"/>
      </w:pPr>
      <w:r>
        <w:t>اس صفت کی بنا پر</w:t>
      </w:r>
    </w:p>
    <w:p>
      <w:r>
        <w:rPr>
          <w:b/>
        </w:rPr>
        <w:t xml:space="preserve">[17:40] </w:t>
      </w:r>
      <w:r>
        <w:t>jis tarah khalq ke ghazab par us ki rehmat ghalib aa jati hai, usi tarah bande ka bhi</w:t>
      </w:r>
    </w:p>
    <w:p>
      <w:pPr>
        <w:jc w:val="right"/>
      </w:pPr>
      <w:r>
        <w:t>جس طرح خالق کے غضب پر اس کی رحمت غالب آ جاتی ہے، اسی طرح بندے کا بھی</w:t>
      </w:r>
    </w:p>
    <w:p>
      <w:r>
        <w:rPr>
          <w:b/>
        </w:rPr>
        <w:t xml:space="preserve">[17:45] </w:t>
      </w:r>
      <w:r>
        <w:t>yeh haal hota hai ke jab woh apne meherban khalq ke baray mein sochta hai to us ki</w:t>
      </w:r>
    </w:p>
    <w:p>
      <w:pPr>
        <w:jc w:val="right"/>
      </w:pPr>
      <w:r>
        <w:t>یہ حال ہوتا ہے کہ جب وہ اپنے مہربان خالق کے بارے میں سوچتا ہے تو اس کی</w:t>
      </w:r>
    </w:p>
    <w:p>
      <w:r>
        <w:rPr>
          <w:b/>
        </w:rPr>
        <w:t xml:space="preserve">[17:50] </w:t>
      </w:r>
      <w:r>
        <w:t>raja yaani hope us ke khauf par ghalib aa jati hai.</w:t>
      </w:r>
    </w:p>
    <w:p>
      <w:pPr>
        <w:jc w:val="right"/>
      </w:pPr>
      <w:r>
        <w:t>رجا یعنی ہوپ اس کے خوف پر غالب آ جاتی ہے۔</w:t>
      </w:r>
    </w:p>
    <w:p>
      <w:r>
        <w:rPr>
          <w:b/>
        </w:rPr>
        <w:t xml:space="preserve">[17:55] </w:t>
      </w:r>
      <w:r>
        <w:t>woh yeh ummeed karta hai ke uska meherban khalq us ki ghaltiyon ko sambhale ga, woh us</w:t>
      </w:r>
    </w:p>
    <w:p>
      <w:pPr>
        <w:jc w:val="right"/>
      </w:pPr>
      <w:r>
        <w:t>وہ یہ امید کرتا ہے کہ اس کا مہربان خالق اس کی غلطیوں کو سنبھالے گا، وہ اس</w:t>
      </w:r>
    </w:p>
    <w:p>
      <w:r>
        <w:rPr>
          <w:b/>
        </w:rPr>
        <w:t xml:space="preserve">[18:00] </w:t>
      </w:r>
      <w:r>
        <w:t>ko us ki ghaltiyon ke anjaam se bacha le ga.</w:t>
      </w:r>
    </w:p>
    <w:p>
      <w:pPr>
        <w:jc w:val="right"/>
      </w:pPr>
      <w:r>
        <w:t>کو اس کی غلطیوں کے انجام سے بچا لے گا۔</w:t>
      </w:r>
    </w:p>
    <w:p>
      <w:r>
        <w:rPr>
          <w:b/>
        </w:rPr>
        <w:t xml:space="preserve">[18:05] </w:t>
      </w:r>
      <w:r>
        <w:t>zindagi ka yeh tasawwur agar</w:t>
      </w:r>
    </w:p>
    <w:p>
      <w:pPr>
        <w:jc w:val="right"/>
      </w:pPr>
      <w:r>
        <w:t>زندگی کا یہ تصور اگر</w:t>
      </w:r>
    </w:p>
    <w:p>
      <w:r>
        <w:rPr>
          <w:b/>
        </w:rPr>
        <w:t xml:space="preserve">[18:10] </w:t>
      </w:r>
      <w:r>
        <w:t>aadmi ke andar yeh mizaj paida karta hai ke ek taraf woh hamesha akhirat ke mawakhze se darta rahe to doosri taraf yeh mizaj us ke andar yeh nafsiyat paida karta hai ke woh hamesha apne khaliq ke bare mein pur-umeed yani hopeful bana rahe isi haqeeqat ko quran mein in alfaaz mein bayan kiya gaya hai "yad'unana raghaban</w:t>
      </w:r>
    </w:p>
    <w:p>
      <w:pPr>
        <w:jc w:val="right"/>
      </w:pPr>
      <w:r>
        <w:t>آدمی کے اندر یہ مزاج پیدا کرتا ہے کہ ایک طرف وہ ہمیشہ آخرت کے مواخذے سے ڈرتا رہے، تو دوسری طرف یہ مزاج اس کے اندر یہ نفسیات پیدا کرتا ہے کہ وہ ہمیشہ اپنے خالق کے بارے میں پرامید یعنی ہوپ فل بنا رہے۔ اسی حقیقت کو قرآن میں ان الفاظ میں بیان کیا گیا ہے: "یدعوننا رغبا</w:t>
      </w:r>
    </w:p>
    <w:p>
      <w:r>
        <w:rPr>
          <w:b/>
        </w:rPr>
        <w:t xml:space="preserve">[18:40] </w:t>
      </w:r>
      <w:r>
        <w:t>warahba".</w:t>
      </w:r>
    </w:p>
    <w:p>
      <w:pPr>
        <w:jc w:val="right"/>
      </w:pPr>
      <w:r>
        <w:t>ورحبا"۔</w:t>
      </w:r>
    </w:p>
    <w:p>
      <w:r>
        <w:rPr>
          <w:b/>
        </w:rPr>
        <w:t xml:space="preserve">[18:45] </w:t>
      </w:r>
      <w:r>
        <w:t>tazkiyah kiya hai? quran ke mutabiq jannat mein dakhla un afraad ko milega jinhon ne duniya mein</w:t>
      </w:r>
    </w:p>
    <w:p>
      <w:pPr>
        <w:jc w:val="right"/>
      </w:pPr>
      <w:r>
        <w:t>تزکیہ کیا ہے؟ قرآن کے مطابق جنت میں داخلہ ان افراد کو ملے گا جنہوں نے دنیا میں</w:t>
      </w:r>
    </w:p>
    <w:p>
      <w:r>
        <w:rPr>
          <w:b/>
        </w:rPr>
        <w:t xml:space="preserve">[18:51] </w:t>
      </w:r>
      <w:r>
        <w:t>apna tazkiyah kiya hoga.</w:t>
      </w:r>
    </w:p>
    <w:p>
      <w:pPr>
        <w:jc w:val="right"/>
      </w:pPr>
      <w:r>
        <w:t>اپنا تزکیہ کیا ہوگا۔</w:t>
      </w:r>
    </w:p>
    <w:p>
      <w:r>
        <w:rPr>
          <w:b/>
        </w:rPr>
        <w:t xml:space="preserve">[18:56] </w:t>
      </w:r>
      <w:r>
        <w:t>misalan quran ki ek ayat ke alfaaz yeh hain: "qad afalah man zakah".</w:t>
      </w:r>
    </w:p>
    <w:p>
      <w:pPr>
        <w:jc w:val="right"/>
      </w:pPr>
      <w:r>
        <w:t>مثلاً قرآن کی ایک آیت کے الفاظ یہ ہیں: "قد افلح من زکاہ"۔</w:t>
      </w:r>
    </w:p>
    <w:p>
      <w:r>
        <w:rPr>
          <w:b/>
        </w:rPr>
        <w:t xml:space="preserve">[19:01] </w:t>
      </w:r>
      <w:r>
        <w:t>yani woh shakhs kamyab hua jis ne apna tazkiyah kiya.</w:t>
      </w:r>
    </w:p>
    <w:p>
      <w:pPr>
        <w:jc w:val="right"/>
      </w:pPr>
      <w:r>
        <w:t>یعنی وہ شخص کامیاب ہوا جس نے اپنا تزکیہ کیا۔</w:t>
      </w:r>
    </w:p>
    <w:p>
      <w:r>
        <w:rPr>
          <w:b/>
        </w:rPr>
        <w:t xml:space="preserve">[19:06] </w:t>
      </w:r>
      <w:r>
        <w:t>aur doosri jagah hai:</w:t>
      </w:r>
    </w:p>
    <w:p>
      <w:pPr>
        <w:jc w:val="right"/>
      </w:pPr>
      <w:r>
        <w:t>اور دوسری جگہ ہے:</w:t>
      </w:r>
    </w:p>
    <w:p>
      <w:r>
        <w:rPr>
          <w:b/>
        </w:rPr>
        <w:t xml:space="preserve">[19:11] </w:t>
      </w:r>
      <w:r>
        <w:t>"jannat adn tajri min tahtahal anhar khalidina fiha wa zalika jaza' man tazka".</w:t>
      </w:r>
    </w:p>
    <w:p>
      <w:pPr>
        <w:jc w:val="right"/>
      </w:pPr>
      <w:r>
        <w:t>"جنات ادن تجری من تحتہ الانہار خالدین فیہا وذالک جزاء من تزکا"۔</w:t>
      </w:r>
    </w:p>
    <w:p>
      <w:r>
        <w:rPr>
          <w:b/>
        </w:rPr>
        <w:t xml:space="preserve">[19:17] </w:t>
      </w:r>
      <w:r>
        <w:t>yani un ke liye hamesha rehne wale bagh hain jin ke neeche nahrein jari hongi, woh un</w:t>
      </w:r>
    </w:p>
    <w:p>
      <w:pPr>
        <w:jc w:val="right"/>
      </w:pPr>
      <w:r>
        <w:t>یعنی ان کے لیے ہمیشہ رہنے والے باغ ہیں جن کے نیچے نہریں جاری ہوں گی، وہ ان</w:t>
      </w:r>
    </w:p>
    <w:p>
      <w:r>
        <w:rPr>
          <w:b/>
        </w:rPr>
        <w:t xml:space="preserve">[19:23] </w:t>
      </w:r>
      <w:r>
        <w:t>mein hamesha rahenge.</w:t>
      </w:r>
    </w:p>
    <w:p>
      <w:pPr>
        <w:jc w:val="right"/>
      </w:pPr>
      <w:r>
        <w:t>میں ہمیشہ رہیں گے۔</w:t>
      </w:r>
    </w:p>
    <w:p>
      <w:r>
        <w:rPr>
          <w:b/>
        </w:rPr>
        <w:t xml:space="preserve">[19:29] </w:t>
      </w:r>
      <w:r>
        <w:t>aur yeh badla hai us shakhs ka jis ne apna tazkiyah kiya.</w:t>
      </w:r>
    </w:p>
    <w:p>
      <w:pPr>
        <w:jc w:val="right"/>
      </w:pPr>
      <w:r>
        <w:t>اور یہ بدلہ ہے اس شخص کا جس نے اپنا تزکیہ کیا۔</w:t>
      </w:r>
    </w:p>
    <w:p>
      <w:r>
        <w:rPr>
          <w:b/>
        </w:rPr>
        <w:t xml:space="preserve">[19:35] </w:t>
      </w:r>
      <w:r>
        <w:t>tazkiyah kiya hai? yeh ek hadith rasool ke mutale se sam</w:t>
      </w:r>
    </w:p>
    <w:p>
      <w:pPr>
        <w:jc w:val="right"/>
      </w:pPr>
      <w:r>
        <w:t>تزکیہ کیا ہے؟ یہ ایک حدیث رسول کے مطالعے سے سم</w:t>
      </w:r>
    </w:p>
    <w:p>
      <w:r>
        <w:rPr>
          <w:b/>
        </w:rPr>
        <w:t xml:space="preserve">[19:41] </w:t>
      </w:r>
      <w:r>
        <w:t>aj mein aata hai.</w:t>
      </w:r>
    </w:p>
    <w:p>
      <w:pPr>
        <w:jc w:val="right"/>
      </w:pPr>
      <w:r>
        <w:t>جھ میں آتا ہے۔</w:t>
      </w:r>
    </w:p>
    <w:p>
      <w:r>
        <w:rPr>
          <w:b/>
        </w:rPr>
        <w:t xml:space="preserve">[19:46] </w:t>
      </w:r>
      <w:r>
        <w:t>ek hadith mein bataya gaya hai ke har insan al fitrah par paida kiya gaya hai, magar mahol ke</w:t>
      </w:r>
    </w:p>
    <w:p>
      <w:pPr>
        <w:jc w:val="right"/>
      </w:pPr>
      <w:r>
        <w:t>ایک حدیث میں بتایا گیا ہے کہ ہر انسان الفطرہ پر پیدا کیا گیا ہے، مگر ماحول کے</w:t>
      </w:r>
    </w:p>
    <w:p>
      <w:r>
        <w:rPr>
          <w:b/>
        </w:rPr>
        <w:t xml:space="preserve">[19:51] </w:t>
      </w:r>
      <w:r>
        <w:t>asar se woh ghair fitri zindagi ikhtiyar kar leta hai.</w:t>
      </w:r>
    </w:p>
    <w:p>
      <w:pPr>
        <w:jc w:val="right"/>
      </w:pPr>
      <w:r>
        <w:t>اثر سے وہ غیر فطری زندگی اختیار کر لیتا ہے۔</w:t>
      </w:r>
    </w:p>
    <w:p>
      <w:r>
        <w:rPr>
          <w:b/>
        </w:rPr>
        <w:t xml:space="preserve">[19:56] </w:t>
      </w:r>
      <w:r>
        <w:t>is ka matlab yeh hai ke har aadmi paidaishi taur par mazkah shakhsiyat yani fitrat sahiyah par paida</w:t>
      </w:r>
    </w:p>
    <w:p>
      <w:pPr>
        <w:jc w:val="right"/>
      </w:pPr>
      <w:r>
        <w:t>اس کا مطلب یہ ہے کہ ہر آدمی پیدائشی طور پر مزکہ شخصیت یعنی فطرت صحیحہ پر پیدا</w:t>
      </w:r>
    </w:p>
    <w:p>
      <w:r>
        <w:rPr>
          <w:b/>
        </w:rPr>
        <w:t xml:space="preserve">[20:01] </w:t>
      </w:r>
      <w:r>
        <w:t>hota hai, lekin mahol ki conditioning ki wajah se woh ek masnooi shakhsiyat ban jata hai.</w:t>
      </w:r>
    </w:p>
    <w:p>
      <w:pPr>
        <w:jc w:val="right"/>
      </w:pPr>
      <w:r>
        <w:t>ہوتا ہے، لیکن ماحول کی کنڈیشننگ کی وجہ سے وہ ایک مصنوعی شخصیت بن جاتا ہے۔</w:t>
      </w:r>
    </w:p>
    <w:p>
      <w:r>
        <w:rPr>
          <w:b/>
        </w:rPr>
        <w:t xml:space="preserve">[20:06] </w:t>
      </w:r>
      <w:r>
        <w:t>aisi halat mein tazkiyah yeh</w:t>
      </w:r>
    </w:p>
    <w:p>
      <w:pPr>
        <w:jc w:val="right"/>
      </w:pPr>
      <w:r>
        <w:t>ایسی حالت میں تزکیہ یہ</w:t>
      </w:r>
    </w:p>
    <w:p>
      <w:r>
        <w:rPr>
          <w:b/>
        </w:rPr>
        <w:t xml:space="preserve">[20:11] </w:t>
      </w:r>
      <w:r>
        <w:t>hai ke aadmi apne is masle ko jaane aur apni deconditioning kar ke dobara apne aap ko fitri shakhsiyat banaye yahi woh fitri shakhsiyat hai jo muzakka shakhsiyat hogi deconditioning doosre alfaaz mein self-correction ke amal ka naam hai self-correction ya deconditioning ka yeh kaam koi doosra shakhs nahi kar sakta yeh kaam har aadmi ko khud karna padta hai har</w:t>
      </w:r>
    </w:p>
    <w:p>
      <w:pPr>
        <w:jc w:val="right"/>
      </w:pPr>
      <w:r>
        <w:t>ہے کہ آدمی اپنے اس مسئلے کو جانے اور اپنی ڈی کنڈیشننگ کر کے دوبارہ اپنے آپ کو فطری شخصیت بنائے۔ یہی وہ فطری شخصیت ہے جو مزکہ شخصیت ہوگی۔ ڈی کنڈیشننگ دوسرے الفاظ میں سیلف کریکشن کے عمل کا نام ہے۔ سیلف کریکشن یا ڈی کنڈیشننگ کا یہ کام کوئی دوسرا شخص نہیں کر سکتا۔ یہ کام ہر آدمی کو خود کرنا پڑتا ہے۔ ہر ع</w:t>
      </w:r>
    </w:p>
    <w:p>
      <w:r>
        <w:rPr>
          <w:b/>
        </w:rPr>
        <w:t xml:space="preserve">[20:41] </w:t>
      </w:r>
      <w:r>
        <w:t>ورت aur mard ka pehla farz hai ke woh apna muhasabah yani introspection kare.</w:t>
      </w:r>
    </w:p>
    <w:p>
      <w:pPr>
        <w:jc w:val="right"/>
      </w:pPr>
      <w:r>
        <w:t>ورت اور مرد کا پہلا فرض ہے کہ وہ اپنا محاسبہ یعنی انٹروسپیکشن کرے۔</w:t>
      </w:r>
    </w:p>
    <w:p>
      <w:r>
        <w:rPr>
          <w:b/>
        </w:rPr>
        <w:t xml:space="preserve">[20:47] </w:t>
      </w:r>
      <w:r>
        <w:t>woh dhoond dhoond kar apne andar se har aisi item ko nikale jo baaitbar paidaish bazahir us ke</w:t>
      </w:r>
    </w:p>
    <w:p>
      <w:pPr>
        <w:jc w:val="right"/>
      </w:pPr>
      <w:r>
        <w:t>وہ ڈھونڈ ڈھونڈ کر اپنے اندر سے ہر ایسے آئٹم کو نکالے جو باعتبار پیدائش بظاہر اس کے</w:t>
      </w:r>
    </w:p>
    <w:p>
      <w:r>
        <w:rPr>
          <w:b/>
        </w:rPr>
        <w:t xml:space="preserve">[20:53] </w:t>
      </w:r>
      <w:r>
        <w:t>andar maujood na the, lekin baad ko woh mahol ki conditioning ki bina par us ki shakhsiyat ka</w:t>
      </w:r>
    </w:p>
    <w:p>
      <w:pPr>
        <w:jc w:val="right"/>
      </w:pPr>
      <w:r>
        <w:t>اندر موجود نہ تھے، لیکن بعد کو وہ ماحول کی کنڈیشننگ کی بنا پر اس کی شخصیت کا</w:t>
      </w:r>
    </w:p>
    <w:p>
      <w:r>
        <w:rPr>
          <w:b/>
        </w:rPr>
        <w:t xml:space="preserve">[20:59] </w:t>
      </w:r>
      <w:r>
        <w:t>hissa ban gaye.</w:t>
      </w:r>
    </w:p>
    <w:p>
      <w:pPr>
        <w:jc w:val="right"/>
      </w:pPr>
      <w:r>
        <w:t>حصہ بن گئے۔</w:t>
      </w:r>
    </w:p>
    <w:p>
      <w:r>
        <w:rPr>
          <w:b/>
        </w:rPr>
        <w:t xml:space="preserve">[21:05] </w:t>
      </w:r>
      <w:r>
        <w:t>jab koi shakhs sanjidgi ke sath apni deconditioning kar</w:t>
      </w:r>
    </w:p>
    <w:p>
      <w:pPr>
        <w:jc w:val="right"/>
      </w:pPr>
      <w:r>
        <w:t>جب کوئی شخص سنجیدگی کے ساتھ اپنی ڈی کنڈیشننگ کر</w:t>
      </w:r>
    </w:p>
    <w:p>
      <w:r>
        <w:rPr>
          <w:b/>
        </w:rPr>
        <w:t xml:space="preserve">[21:11] </w:t>
      </w:r>
      <w:r>
        <w:t>e ga to us ke baad apne aap aisa hoga ke aadmi ki fitri shakhsiyat pak ho kar</w:t>
      </w:r>
    </w:p>
    <w:p>
      <w:pPr>
        <w:jc w:val="right"/>
      </w:pPr>
      <w:r>
        <w:t>ے گا تو اس کے بعد اپنے آپ ایسا ہوگا کہ آدمی کی فطری شخصیت پاک ہو کر</w:t>
      </w:r>
    </w:p>
    <w:p>
      <w:r>
        <w:rPr>
          <w:b/>
        </w:rPr>
        <w:t xml:space="preserve">[21:17] </w:t>
      </w:r>
      <w:r>
        <w:t>samne aa jaye.</w:t>
      </w:r>
    </w:p>
    <w:p>
      <w:pPr>
        <w:jc w:val="right"/>
      </w:pPr>
      <w:r>
        <w:t>سامنے آ جائے۔</w:t>
      </w:r>
    </w:p>
    <w:p>
      <w:r>
        <w:rPr>
          <w:b/>
        </w:rPr>
        <w:t xml:space="preserve">[21:23] </w:t>
      </w:r>
      <w:r>
        <w:t>isi pakizah shakhsiyat ka naam mazkah shakhsiyat hai.</w:t>
      </w:r>
    </w:p>
    <w:p>
      <w:pPr>
        <w:jc w:val="right"/>
      </w:pPr>
      <w:r>
        <w:t>اسی پاکیزہ شخصیت کا نام مزکہ شخصیت ہے۔</w:t>
      </w:r>
    </w:p>
    <w:p>
      <w:r>
        <w:rPr>
          <w:b/>
        </w:rPr>
        <w:t xml:space="preserve">[21:29] </w:t>
      </w:r>
      <w:r>
        <w:t>shirk kiya hai? shirk sab se bada gunah hai.</w:t>
      </w:r>
    </w:p>
    <w:p>
      <w:pPr>
        <w:jc w:val="right"/>
      </w:pPr>
      <w:r>
        <w:t>شرک کیا ہے؟ شرک سب سے بڑا گناہ ہے۔</w:t>
      </w:r>
    </w:p>
    <w:p>
      <w:r>
        <w:rPr>
          <w:b/>
        </w:rPr>
        <w:t xml:space="preserve">[21:35] </w:t>
      </w:r>
      <w:r>
        <w:t>quran mein bataya gaya hai ke allah doosre gunahon ko maaf kar de ga, lekin woh shirk ko maaf</w:t>
      </w:r>
    </w:p>
    <w:p>
      <w:pPr>
        <w:jc w:val="right"/>
      </w:pPr>
      <w:r>
        <w:t>قرآن میں بتایا گیا ہے کہ اللہ دوسرے گناہوں کو معاف کر دے گا، لیکن وہ شرک کو معاف</w:t>
      </w:r>
    </w:p>
    <w:p>
      <w:r>
        <w:rPr>
          <w:b/>
        </w:rPr>
        <w:t xml:space="preserve">[21:41] </w:t>
      </w:r>
      <w:r>
        <w:t>nahin kare ga.</w:t>
      </w:r>
    </w:p>
    <w:p>
      <w:pPr>
        <w:jc w:val="right"/>
      </w:pPr>
      <w:r>
        <w:t>نہیں کرے گا۔</w:t>
      </w:r>
    </w:p>
    <w:p>
      <w:r>
        <w:rPr>
          <w:b/>
        </w:rPr>
        <w:t xml:space="preserve">[21:47] </w:t>
      </w:r>
      <w:r>
        <w:t>shirk apni haqeeqat ke aitbar se yeh hai ke insaan kisi ko allah ka barabar yaani equal samjhe</w:t>
      </w:r>
    </w:p>
    <w:p>
      <w:pPr>
        <w:jc w:val="right"/>
      </w:pPr>
      <w:r>
        <w:t>شرک اپنی حقیقت کے اعتبار سے یہ ہے کہ انسان کسی کو اللہ کا برابر یعنی ایکول سمجھے</w:t>
      </w:r>
    </w:p>
    <w:p>
      <w:r>
        <w:rPr>
          <w:b/>
        </w:rPr>
        <w:t xml:space="preserve">[21:53] </w:t>
      </w:r>
      <w:r>
        <w:t>aur us ke sath allah jaisa muamla kare.</w:t>
      </w:r>
    </w:p>
    <w:p>
      <w:pPr>
        <w:jc w:val="right"/>
      </w:pPr>
      <w:r>
        <w:t>اور اس کے ساتھ اللہ جیسا معاملہ کرے۔</w:t>
      </w:r>
    </w:p>
    <w:p>
      <w:r>
        <w:rPr>
          <w:b/>
        </w:rPr>
        <w:t xml:space="preserve">[21:59] </w:t>
      </w:r>
      <w:r>
        <w:t>is silsile mein quran ki in do ayaton ka mutalea kijiye: "alladhi ja'ala lakumul arda firashan wassamaa'a binaa</w:t>
      </w:r>
    </w:p>
    <w:p>
      <w:pPr>
        <w:jc w:val="right"/>
      </w:pPr>
      <w:r>
        <w:t>اس سلسلے میں قرآن کی ان دو آیتوں کا مطالعہ کیجئے: "الذی جعل لکم الارض فراشا والسماء بنا</w:t>
      </w:r>
    </w:p>
    <w:p>
      <w:r>
        <w:rPr>
          <w:b/>
        </w:rPr>
        <w:t xml:space="preserve">[22:05] </w:t>
      </w:r>
      <w:r>
        <w:t>wa anzalna minas samaa'i maaa'an fa akhraj</w:t>
      </w:r>
    </w:p>
    <w:p>
      <w:pPr>
        <w:jc w:val="right"/>
      </w:pPr>
      <w:r>
        <w:t>وانزل من السماء ماء فاخر</w:t>
      </w:r>
    </w:p>
    <w:p>
      <w:r>
        <w:rPr>
          <w:b/>
        </w:rPr>
        <w:t xml:space="preserve">[22:11] </w:t>
      </w:r>
      <w:r>
        <w:t>ja bihi min al-thmarati rizqan lakum fala taj'alu lillahi andadan wa antum ta'lamoon" yani woh zaat jis ne zameen ko tumhare liye bichona banaya aur aasman ko chhat banaya aur utara aasman se pani aur us ne paida kiye phal tumhari ghiza ke liye pas tum kisi ko allah ke barabar na thahrao halan ke tum</w:t>
      </w:r>
    </w:p>
    <w:p>
      <w:pPr>
        <w:jc w:val="right"/>
      </w:pPr>
      <w:r>
        <w:t>ج بہ من الثمرات رزقا لکم فلا تجعلوا للہ اندادا وانتم تعلمون"۔ یعنی وہ ذات جس نے زمین کو تمہارے لیے بچھونا بنایا اور آسمان کو چھت بنایا اور اتارا آسمان سے پانی اور اس نے پیدا کیے پھل تمہاری غذا کے لیے۔ پس تم کسی کو اللہ کے برابر نہ ٹھہراؤ حالانکہ تم</w:t>
      </w:r>
    </w:p>
    <w:p>
      <w:r>
        <w:rPr>
          <w:b/>
        </w:rPr>
        <w:t xml:space="preserve">[22:41] </w:t>
      </w:r>
      <w:r>
        <w:t>jante ho.</w:t>
      </w:r>
    </w:p>
    <w:p>
      <w:pPr>
        <w:jc w:val="right"/>
      </w:pPr>
      <w:r>
        <w:t>جانتے ہو۔</w:t>
      </w:r>
    </w:p>
    <w:p>
      <w:r>
        <w:rPr>
          <w:b/>
        </w:rPr>
        <w:t xml:space="preserve">[22:49] </w:t>
      </w:r>
      <w:r>
        <w:t>doosri ayat yeh hai: "wa minan naasi man yattakhiz min dooni laahi andaaday yuhibboonahum kahub billaahi wallazeena aamanooo ashadd hubbal lillaahi".</w:t>
      </w:r>
    </w:p>
    <w:p>
      <w:pPr>
        <w:jc w:val="right"/>
      </w:pPr>
      <w:r>
        <w:t>دوسری آیت یہ ہے: "ومن الناس من دون اللہ انداد یحبونہم کحب اللہ والذین آمنوا اشد حبا للہ"۔</w:t>
      </w:r>
    </w:p>
    <w:p>
      <w:r>
        <w:rPr>
          <w:b/>
        </w:rPr>
        <w:t xml:space="preserve">[22:56] </w:t>
      </w:r>
      <w:r>
        <w:t>yaani kuch log aise hain jo allah ke siwa doosron ko us ka barabar thehrate hain.</w:t>
      </w:r>
    </w:p>
    <w:p>
      <w:pPr>
        <w:jc w:val="right"/>
      </w:pPr>
      <w:r>
        <w:t>یعنی کچھ لوگ ایسے ہیں جو اللہ کے سوا دوسروں کو اس کا برابر ٹھہراتے ہیں۔</w:t>
      </w:r>
    </w:p>
    <w:p>
      <w:r>
        <w:rPr>
          <w:b/>
        </w:rPr>
        <w:t xml:space="preserve">[23:04] </w:t>
      </w:r>
      <w:r>
        <w:t>woh un se aisi mohabbat rakhte hain jaisi mohabbat allah se rakhna chahiye, aur jo</w:t>
      </w:r>
    </w:p>
    <w:p>
      <w:pPr>
        <w:jc w:val="right"/>
      </w:pPr>
      <w:r>
        <w:t>وہ ان سے ایسی محبت رکھتے ہیں جیسی محبت اللہ سے رکھنا چاہیے، اور جو</w:t>
      </w:r>
    </w:p>
    <w:p>
      <w:r>
        <w:rPr>
          <w:b/>
        </w:rPr>
        <w:t xml:space="preserve">[23:11] </w:t>
      </w:r>
      <w:r>
        <w:t>ehle imaan hain woh sab se zyada allah se mohabbat rakhne wale hain.</w:t>
      </w:r>
    </w:p>
    <w:p>
      <w:pPr>
        <w:jc w:val="right"/>
      </w:pPr>
      <w:r>
        <w:t>اہل ایمان ہیں وہ سب سے زیادہ اللہ سے محبت رکھنے والے ہیں۔</w:t>
      </w:r>
    </w:p>
    <w:p>
      <w:r>
        <w:rPr>
          <w:b/>
        </w:rPr>
        <w:t xml:space="preserve">[23:16] </w:t>
      </w:r>
      <w:r>
        <w:t>tauheed yeh hai ke insaan allah se sab se zyada mohabbat kare, aur shirk yeh hai ke insaan</w:t>
      </w:r>
    </w:p>
    <w:p>
      <w:pPr>
        <w:jc w:val="right"/>
      </w:pPr>
      <w:r>
        <w:t>توحید یہ ہے کہ انسان اللہ سے سب سے زیادہ محبت کرے، اور شرک یہ ہے کہ انسان</w:t>
      </w:r>
    </w:p>
    <w:p>
      <w:r>
        <w:rPr>
          <w:b/>
        </w:rPr>
        <w:t xml:space="preserve">[23:21] </w:t>
      </w:r>
      <w:r>
        <w:t>hubb-e-shadeed ke muamle mein allah ke siwa kisi aur ko shareek kar le.</w:t>
      </w:r>
    </w:p>
    <w:p>
      <w:pPr>
        <w:jc w:val="right"/>
      </w:pPr>
      <w:r>
        <w:t>حب شدید کے معاملے میں اللہ کے سوا کسی اور کو شریک کر لے۔</w:t>
      </w:r>
    </w:p>
    <w:p>
      <w:r>
        <w:rPr>
          <w:b/>
        </w:rPr>
        <w:t xml:space="preserve">[23:27] </w:t>
      </w:r>
      <w:r>
        <w:t>tauheed aur shirk dono aslan aiteqadi sifaten hain.</w:t>
      </w:r>
    </w:p>
    <w:p>
      <w:pPr>
        <w:jc w:val="right"/>
      </w:pPr>
      <w:r>
        <w:t>توحید اور شرک دونوں اصلاً اعتقادی صفات ہیں۔</w:t>
      </w:r>
    </w:p>
    <w:p>
      <w:r>
        <w:rPr>
          <w:b/>
        </w:rPr>
        <w:t xml:space="preserve">[23:32] </w:t>
      </w:r>
      <w:r>
        <w:t>baqi cheezen mazahir-e-shirk hain, na ke haqeeqat-e-shirk.</w:t>
      </w:r>
    </w:p>
    <w:p>
      <w:pPr>
        <w:jc w:val="right"/>
      </w:pPr>
      <w:r>
        <w:t>بقیہ چیزیں مظاہر شرک ہیں، نہ کہ حقیقت شرک۔</w:t>
      </w:r>
    </w:p>
    <w:p>
      <w:r>
        <w:rPr>
          <w:b/>
        </w:rPr>
        <w:t xml:space="preserve">[23:37] </w:t>
      </w:r>
      <w:r>
        <w:t>khuda ki daryaft</w:t>
      </w:r>
    </w:p>
    <w:p>
      <w:pPr>
        <w:jc w:val="right"/>
      </w:pPr>
      <w:r>
        <w:t>خدا کی دریافت</w:t>
      </w:r>
    </w:p>
    <w:p>
      <w:r>
        <w:rPr>
          <w:b/>
        </w:rPr>
        <w:t xml:space="preserve">[23:42] </w:t>
      </w:r>
      <w:r>
        <w:t>ek aisi hasti ki daryaft hai jo insaan ka khaliq hai, in tamam cheezon ko dene wala hai</w:t>
      </w:r>
    </w:p>
    <w:p>
      <w:pPr>
        <w:jc w:val="right"/>
      </w:pPr>
      <w:r>
        <w:t>ایک ایسی ہستی کی دریافت ہے جو انسان کا خالق ہے، ان تمام چیزوں کو دینے والا ہے</w:t>
      </w:r>
    </w:p>
    <w:p>
      <w:r>
        <w:rPr>
          <w:b/>
        </w:rPr>
        <w:t xml:space="preserve">[23:47] </w:t>
      </w:r>
      <w:r>
        <w:t>jo insaan ko apni zindagi ke liye darkar hai.</w:t>
      </w:r>
    </w:p>
    <w:p>
      <w:pPr>
        <w:jc w:val="right"/>
      </w:pPr>
      <w:r>
        <w:t>جو انسان کو اپنی زندگی کے لیے درکار ہے۔</w:t>
      </w:r>
    </w:p>
    <w:p>
      <w:r>
        <w:rPr>
          <w:b/>
        </w:rPr>
        <w:t xml:space="preserve">[23:52] </w:t>
      </w:r>
      <w:r>
        <w:t>khuda ki is hesiyat ka gehra adrak jab kisi aadmi ko hota hai to woh allah ko apna</w:t>
      </w:r>
    </w:p>
    <w:p>
      <w:pPr>
        <w:jc w:val="right"/>
      </w:pPr>
      <w:r>
        <w:t>خدا کی اس حیثیت کا گہرا ادراک جب کسی آدمی کو ہوتا ہے تو وہ اللہ کو اپنا</w:t>
      </w:r>
    </w:p>
    <w:p>
      <w:r>
        <w:rPr>
          <w:b/>
        </w:rPr>
        <w:t xml:space="preserve">[23:57] </w:t>
      </w:r>
      <w:r>
        <w:t>sab kuch samajhne lagta hai.</w:t>
      </w:r>
    </w:p>
    <w:p>
      <w:pPr>
        <w:jc w:val="right"/>
      </w:pPr>
      <w:r>
        <w:t>سب کچھ سمجھنے لگتا ہے۔</w:t>
      </w:r>
    </w:p>
    <w:p>
      <w:r>
        <w:rPr>
          <w:b/>
        </w:rPr>
        <w:t xml:space="preserve">[24:02] </w:t>
      </w:r>
      <w:r>
        <w:t>is ke nateeje mein insaan ke andar apne rab ke liye bepanah mohabbat paida ho jati hai.</w:t>
      </w:r>
    </w:p>
    <w:p>
      <w:pPr>
        <w:jc w:val="right"/>
      </w:pPr>
      <w:r>
        <w:t>اس کے نتیجے میں انسان کے اندر اپنے رب کے لیے بے پناہ محبت پیدا ہو جاتی ہے۔</w:t>
      </w:r>
    </w:p>
    <w:p>
      <w:r>
        <w:rPr>
          <w:b/>
        </w:rPr>
        <w:t xml:space="preserve">[24:07] </w:t>
      </w:r>
      <w:r>
        <w:t>us ke dil ki gehra</w:t>
      </w:r>
    </w:p>
    <w:p>
      <w:pPr>
        <w:jc w:val="right"/>
      </w:pPr>
      <w:r>
        <w:t>اس کے دل کی گہر</w:t>
      </w:r>
    </w:p>
    <w:p>
      <w:r>
        <w:rPr>
          <w:b/>
        </w:rPr>
        <w:t xml:space="preserve">[24:12] </w:t>
      </w:r>
      <w:r>
        <w:t>aiyon mein allah ke siwa kisi aur ke liye jagah nahi hoti allah ki daryaft ka lazmi nateeja allah se muhabbat hai aur allah se muhabbat ka yeh lazmi nateeja hai ke doosri tamam muhabbatein us ke dil se nikal jayen aql se mahroomi ek taweel hadith mein ummat-e-muslimah ke daur-e-zawal ki peshangoi ki</w:t>
      </w:r>
    </w:p>
    <w:p>
      <w:pPr>
        <w:jc w:val="right"/>
      </w:pPr>
      <w:r>
        <w:t>ائیوں میں اللہ کے سوا کسی اور کے لیے جگہ نہیں ہوتی۔ اللہ کی دریافت کا لازمی نتیجہ اللہ سے محبت ہے، اور اللہ سے محبت کا یہ لازمی نتیجہ ہے کہ دوسری تمام محبتیں اس کے دل سے نکل جائیں۔ عقل سے محرومی۔ ایک طویل حدیث میں امت مسلمہ کے دور زوال کی پیشنگوئی کی</w:t>
      </w:r>
    </w:p>
    <w:p>
      <w:r>
        <w:rPr>
          <w:b/>
        </w:rPr>
        <w:t xml:space="preserve">[24:42] </w:t>
      </w:r>
      <w:r>
        <w:t>gai hai. is hadith ka tarjuma ye hai: rasool Allah sal Allah alaihi wasallam ne kaha: "qayamat ke qareeb harj hoga". main ne kaha: "ae Allah ke rasool! harj se kya murad hai?" aap ne kaha: "qatl". kisi ne poocha: "ae Allah ke rasool! hum to ab bhi ek saal mein itne itne mushrikon ko qatl karte hain". is par rasool Allah sal Allah alaihi wasallam ne farmaya: "is se murad mushrikon ka q</w:t>
      </w:r>
    </w:p>
    <w:p>
      <w:pPr>
        <w:jc w:val="right"/>
      </w:pPr>
      <w:r>
        <w:t>گئی ہے۔ اس حدیث کا ترجمہ یہ ہے: رسول اللہ صلی اللہ علیہ وسلم نے کہا: "قیامت کے قریب حرج ہوگا"۔ میں نے کہا: "اے اللہ کے رسول! حرج سے کیا مراد ہے؟" آپ نے کہا: "قتل"۔ کسی نے پوچھا: "اے اللہ کے رسول! ہم تو اب بھی ایک سال میں اتنے اتنے مشرکوں کو قتل کرتے ہیں"۔ اس پر رسول اللہ صلی اللہ علیہ وسلم نے فرمایا: "اس سے مراد مشرکوں کا ق</w:t>
      </w:r>
    </w:p>
    <w:p>
      <w:r>
        <w:rPr>
          <w:b/>
        </w:rPr>
        <w:t xml:space="preserve">[25:12] </w:t>
      </w:r>
      <w:r>
        <w:t>tal nahin hai, balke tum mein se baaz apne baaz ko qatal kare ga, hatta ke ek aadmi</w:t>
      </w:r>
    </w:p>
    <w:p>
      <w:pPr>
        <w:jc w:val="right"/>
      </w:pPr>
      <w:r>
        <w:t>تل نہیں ہے، بلکہ تم میں سے بعض اپنے بعض کو قتل کرے گا، حتیٰ کہ ایک آدمی</w:t>
      </w:r>
    </w:p>
    <w:p>
      <w:r>
        <w:rPr>
          <w:b/>
        </w:rPr>
        <w:t xml:space="preserve">[25:18] </w:t>
      </w:r>
      <w:r>
        <w:t>apne parosi ko, apne chacha zaad bhai ko, aur apne qareebdaar ko qatal kare ga".</w:t>
      </w:r>
    </w:p>
    <w:p>
      <w:pPr>
        <w:jc w:val="right"/>
      </w:pPr>
      <w:r>
        <w:t>اپنے پڑوسی کو، اپنے چچا زاد بھائی کو، اور اپنے قرابت دار کو قتل کرے گا"۔</w:t>
      </w:r>
    </w:p>
    <w:p>
      <w:r>
        <w:rPr>
          <w:b/>
        </w:rPr>
        <w:t xml:space="preserve">[25:24] </w:t>
      </w:r>
      <w:r>
        <w:t>logon mein se kisi ne kaha: "ae allah ke rasool!</w:t>
      </w:r>
    </w:p>
    <w:p>
      <w:pPr>
        <w:jc w:val="right"/>
      </w:pPr>
      <w:r>
        <w:t>لوگوں میں سے کسی نے کہا: "اے اللہ کے رسول!</w:t>
      </w:r>
    </w:p>
    <w:p>
      <w:r>
        <w:rPr>
          <w:b/>
        </w:rPr>
        <w:t xml:space="preserve">[25:30] </w:t>
      </w:r>
      <w:r>
        <w:t>is dor mein hamari aqlein hamare sath hongi?" rasool Allah sal Allah aleh wasallam ne kaha: "keh</w:t>
      </w:r>
    </w:p>
    <w:p>
      <w:pPr>
        <w:jc w:val="right"/>
      </w:pPr>
      <w:r>
        <w:t>اس دور میں ہماری عقلیں ہمارے ساتھ ہوں گی؟" رسول اللہ صلی اللہ علیہ وسلم نے کہا: "کہ</w:t>
      </w:r>
    </w:p>
    <w:p>
      <w:r>
        <w:rPr>
          <w:b/>
        </w:rPr>
        <w:t xml:space="preserve">[25:36] </w:t>
      </w:r>
      <w:r>
        <w:t>nahin, is zamane mein aksar logon ki aqlein chhan jayengi, aur</w:t>
      </w:r>
    </w:p>
    <w:p>
      <w:pPr>
        <w:jc w:val="right"/>
      </w:pPr>
      <w:r>
        <w:t>نہیں، اس زمانے میں اکثر لوگوں کی عقلیں چھن جائیں گی، اور</w:t>
      </w:r>
    </w:p>
    <w:p>
      <w:r>
        <w:rPr>
          <w:b/>
        </w:rPr>
        <w:t xml:space="preserve">[25:42] </w:t>
      </w:r>
      <w:r>
        <w:t>gard o ghubar ki manind log baqi rahenge.</w:t>
      </w:r>
    </w:p>
    <w:p>
      <w:pPr>
        <w:jc w:val="right"/>
      </w:pPr>
      <w:r>
        <w:t>گرد و غبار کی مانند لوگ باقی رہیں گے۔</w:t>
      </w:r>
    </w:p>
    <w:p>
      <w:r>
        <w:rPr>
          <w:b/>
        </w:rPr>
        <w:t xml:space="preserve">[25:46] </w:t>
      </w:r>
      <w:r>
        <w:t>un ke pas aqlein nahin hongi".</w:t>
      </w:r>
    </w:p>
    <w:p>
      <w:pPr>
        <w:jc w:val="right"/>
      </w:pPr>
      <w:r>
        <w:t>ان کے پاس عقلیں نہیں ہوں گی"۔</w:t>
      </w:r>
    </w:p>
    <w:p>
      <w:r>
        <w:rPr>
          <w:b/>
        </w:rPr>
        <w:t xml:space="preserve">[25:51] </w:t>
      </w:r>
      <w:r>
        <w:t>sunan ibn majah.</w:t>
      </w:r>
    </w:p>
    <w:p>
      <w:pPr>
        <w:jc w:val="right"/>
      </w:pPr>
      <w:r>
        <w:t>سنن ابن ماجہ۔</w:t>
      </w:r>
    </w:p>
    <w:p>
      <w:r>
        <w:rPr>
          <w:b/>
        </w:rPr>
        <w:t xml:space="preserve">[25:55] </w:t>
      </w:r>
      <w:r>
        <w:t>yahan aql chhanne se murad aql ke durust istemal ke liye nahil ho jana hai.</w:t>
      </w:r>
    </w:p>
    <w:p>
      <w:pPr>
        <w:jc w:val="right"/>
      </w:pPr>
      <w:r>
        <w:t>یہاں عقل چھننے سے مراد عقل کے درست استعمال کے لیے نااہل ہو جانا ہے۔</w:t>
      </w:r>
    </w:p>
    <w:p>
      <w:r>
        <w:rPr>
          <w:b/>
        </w:rPr>
        <w:t xml:space="preserve">[25:59] </w:t>
      </w:r>
      <w:r>
        <w:t>is bina par aisa hoga ke log nahak taur par ek doosre ko qatl karne lagenge.</w:t>
      </w:r>
    </w:p>
    <w:p>
      <w:pPr>
        <w:jc w:val="right"/>
      </w:pPr>
      <w:r>
        <w:t>اس بنا پر ایسا ہوگا کہ لوگ ناحق طور پر ایک دوسرے کو قتل کرنے لگیں گے۔</w:t>
      </w:r>
    </w:p>
    <w:p>
      <w:r>
        <w:rPr>
          <w:b/>
        </w:rPr>
        <w:t xml:space="preserve">[26:04] </w:t>
      </w:r>
      <w:r>
        <w:t>mazeed ghor karne se maloom hota hai ke is hadith mein baad ke zamane mein paida hone wale</w:t>
      </w:r>
    </w:p>
    <w:p>
      <w:pPr>
        <w:jc w:val="right"/>
      </w:pPr>
      <w:r>
        <w:t>مزید غور کرنے سے معلوم ہوتا ہے کہ اس حدیث میں بعد کے زمانے میں پیدا ہونے والے</w:t>
      </w:r>
    </w:p>
    <w:p>
      <w:r>
        <w:rPr>
          <w:b/>
        </w:rPr>
        <w:t xml:space="preserve">[26:08] </w:t>
      </w:r>
      <w:r>
        <w:t>is waqe ka zikr hai,</w:t>
      </w:r>
    </w:p>
    <w:p>
      <w:pPr>
        <w:jc w:val="right"/>
      </w:pPr>
      <w:r>
        <w:t>اس واقعے کا ذکر ہے،</w:t>
      </w:r>
    </w:p>
    <w:p>
      <w:r>
        <w:rPr>
          <w:b/>
        </w:rPr>
        <w:t xml:space="preserve">[26:12] </w:t>
      </w:r>
      <w:r>
        <w:t>jabke ummat apne dor zawal mein pahunch jayegi.</w:t>
      </w:r>
    </w:p>
    <w:p>
      <w:pPr>
        <w:jc w:val="right"/>
      </w:pPr>
      <w:r>
        <w:t>جبکہ امت اپنے دور زوال میں پہنچ جائے گی۔</w:t>
      </w:r>
    </w:p>
    <w:p>
      <w:r>
        <w:rPr>
          <w:b/>
        </w:rPr>
        <w:t xml:space="preserve">[26:18] </w:t>
      </w:r>
      <w:r>
        <w:t>is ke andar taqlidi fikr bahut zyada aam ho chuki hogi.</w:t>
      </w:r>
    </w:p>
    <w:p>
      <w:pPr>
        <w:jc w:val="right"/>
      </w:pPr>
      <w:r>
        <w:t>اس کے اندر تقلیدی فکر بہت زیادہ عام ہو چکی ہوگی۔</w:t>
      </w:r>
    </w:p>
    <w:p>
      <w:r>
        <w:rPr>
          <w:b/>
        </w:rPr>
        <w:t xml:space="preserve">[26:24] </w:t>
      </w:r>
      <w:r>
        <w:t>log apne riwayati akabir ki soch se bahar nikal kar sochne ke qabil na rahenge.</w:t>
      </w:r>
    </w:p>
    <w:p>
      <w:pPr>
        <w:jc w:val="right"/>
      </w:pPr>
      <w:r>
        <w:t>لوگ اپنے روایتی اکابر کی سوچ سے باہر نکل کر سوچنے کے قابل نہ رہیں گے۔</w:t>
      </w:r>
    </w:p>
    <w:p>
      <w:r>
        <w:rPr>
          <w:b/>
        </w:rPr>
        <w:t xml:space="preserve">[26:30] </w:t>
      </w:r>
      <w:r>
        <w:t>is bina par woh is salahiyat se mahroom ho jayenge ke woh apne zamane ke badle hue</w:t>
      </w:r>
    </w:p>
    <w:p>
      <w:pPr>
        <w:jc w:val="right"/>
      </w:pPr>
      <w:r>
        <w:t>اس بنا پر وہ اس صلاحیت سے محروم ہو جائیں گے کہ وہ اپنے زمانے کے بدلے ہوئے</w:t>
      </w:r>
    </w:p>
    <w:p>
      <w:r>
        <w:rPr>
          <w:b/>
        </w:rPr>
        <w:t xml:space="preserve">[26:36] </w:t>
      </w:r>
      <w:r>
        <w:t>halat ko samjhen aur halat ke mutabiq Islam ki taleemat ki tatbeeq nau ya re</w:t>
      </w:r>
    </w:p>
    <w:p>
      <w:pPr>
        <w:jc w:val="right"/>
      </w:pPr>
      <w:r>
        <w:t>حالات کو سمجھیں اور حالات کے مطابق اسلام کی تعلیمات کی تطبیق نوع یا ری</w:t>
      </w:r>
    </w:p>
    <w:p>
      <w:r>
        <w:rPr>
          <w:b/>
        </w:rPr>
        <w:t xml:space="preserve">[26:43] </w:t>
      </w:r>
      <w:r>
        <w:t>application daryaft kar saken.</w:t>
      </w:r>
    </w:p>
    <w:p>
      <w:pPr>
        <w:jc w:val="right"/>
      </w:pPr>
      <w:r>
        <w:t>ایپلیکیشن دریافت کر سکیں۔</w:t>
      </w:r>
    </w:p>
    <w:p>
      <w:r>
        <w:rPr>
          <w:b/>
        </w:rPr>
        <w:t xml:space="preserve">[26:49] </w:t>
      </w:r>
      <w:r>
        <w:t>misalan zamane ki tabdili ke nateejay mein jang ka dor khatm ho jayega.</w:t>
      </w:r>
    </w:p>
    <w:p>
      <w:pPr>
        <w:jc w:val="right"/>
      </w:pPr>
      <w:r>
        <w:t>مثلاً زمانے کی تبدیلی کے نتیجے میں جنگ کا دور ختم ہو جائے گا۔</w:t>
      </w:r>
    </w:p>
    <w:p>
      <w:r>
        <w:rPr>
          <w:b/>
        </w:rPr>
        <w:t xml:space="preserve">[26:55] </w:t>
      </w:r>
      <w:r>
        <w:t>naye halat mein mumkin ho jayega ke puraman tareeqe kar ke zariye woh sab kuch hasil kiya</w:t>
      </w:r>
    </w:p>
    <w:p>
      <w:pPr>
        <w:jc w:val="right"/>
      </w:pPr>
      <w:r>
        <w:t>نئے حالات میں ممکن ہو جائے گا کہ پرامن طریقہ کار کے ذریعے وہ سب کچھ حاصل کیا</w:t>
      </w:r>
    </w:p>
    <w:p>
      <w:r>
        <w:rPr>
          <w:b/>
        </w:rPr>
        <w:t xml:space="preserve">[27:01] </w:t>
      </w:r>
      <w:r>
        <w:t>ja sake jis ko pichhle dor mein seerat ke zariye mumkin samjha jata tha, magar ijtihadi baseerat ke</w:t>
      </w:r>
    </w:p>
    <w:p>
      <w:pPr>
        <w:jc w:val="right"/>
      </w:pPr>
      <w:r>
        <w:t>جا سکے جس کو پچھلے دور میں سیرت کے ذریعے ممکن سمجھا جاتا تھا، مگر اجتہادی بصیرت کے</w:t>
      </w:r>
    </w:p>
    <w:p>
      <w:r>
        <w:rPr>
          <w:b/>
        </w:rPr>
        <w:t xml:space="preserve">[27:07] </w:t>
      </w:r>
      <w:r>
        <w:t>faqdan ki bina par woh is tabdili ko samajhne se mahroom rahenge aur apne amal ki puraman</w:t>
      </w:r>
    </w:p>
    <w:p>
      <w:pPr>
        <w:jc w:val="right"/>
      </w:pPr>
      <w:r>
        <w:t>فقدان کی بنا پر وہ اس تبدیلی کو سمجھنے سے محروم رہیں گے اور اپنے عمل کی پرامن</w:t>
      </w:r>
    </w:p>
    <w:p>
      <w:r>
        <w:rPr>
          <w:b/>
        </w:rPr>
        <w:t xml:space="preserve">[27:13] </w:t>
      </w:r>
      <w:r>
        <w:t>mansooba bandi na kar sakenge.</w:t>
      </w:r>
    </w:p>
    <w:p>
      <w:pPr>
        <w:jc w:val="right"/>
      </w:pPr>
      <w:r>
        <w:t>منصوبہ بندی نہ کر سکیں گے۔</w:t>
      </w:r>
    </w:p>
    <w:p>
      <w:r>
        <w:rPr>
          <w:b/>
        </w:rPr>
        <w:t xml:space="preserve">[27:19] </w:t>
      </w:r>
      <w:r>
        <w:t>islah aur muhasabah.</w:t>
      </w:r>
    </w:p>
    <w:p>
      <w:pPr>
        <w:jc w:val="right"/>
      </w:pPr>
      <w:r>
        <w:t>اصلاح اور محاسبہ۔</w:t>
      </w:r>
    </w:p>
    <w:p>
      <w:r>
        <w:rPr>
          <w:b/>
        </w:rPr>
        <w:t xml:space="preserve">[27:25] </w:t>
      </w:r>
      <w:r>
        <w:t>abu darda ek ansari sahabi hain, madine mein paida hue aur 72 saal ki umar mein Iskandariyah ke</w:t>
      </w:r>
    </w:p>
    <w:p>
      <w:pPr>
        <w:jc w:val="right"/>
      </w:pPr>
      <w:r>
        <w:t>ابو دردہ ایک انصاری صحابی ہیں، مدینہ میں پیدا ہوئے اور 72 سال کی عمر میں اسکندریہ کے</w:t>
      </w:r>
    </w:p>
    <w:p>
      <w:r>
        <w:rPr>
          <w:b/>
        </w:rPr>
        <w:t xml:space="preserve">[27:31] </w:t>
      </w:r>
      <w:r>
        <w:t>andar 32 hijri mein un ki wafat hui.</w:t>
      </w:r>
    </w:p>
    <w:p>
      <w:pPr>
        <w:jc w:val="right"/>
      </w:pPr>
      <w:r>
        <w:t>اندر 32 ہجری میں ان کی وفات ہوئی۔</w:t>
      </w:r>
    </w:p>
    <w:p>
      <w:r>
        <w:rPr>
          <w:b/>
        </w:rPr>
        <w:t xml:space="preserve">[27:37] </w:t>
      </w:r>
      <w:r>
        <w:t>un ka ek qaul is tarah naqal kiya gaya hai: "la yafqah al-rajul kull al-fiqh hatta yim</w:t>
      </w:r>
    </w:p>
    <w:p>
      <w:pPr>
        <w:jc w:val="right"/>
      </w:pPr>
      <w:r>
        <w:t>ان کا ایک قول اس طرح نقل کیا گیا ہے: "لا یفقہ الرجل کل الفقہ حتییم</w:t>
      </w:r>
    </w:p>
    <w:p>
      <w:r>
        <w:rPr>
          <w:b/>
        </w:rPr>
        <w:t xml:space="preserve">[27:43] </w:t>
      </w:r>
      <w:r>
        <w:t>qatu al-nas fi janb Allah thumma yarji' ila nafsihi fayakuna laha ashadd maqt".</w:t>
      </w:r>
    </w:p>
    <w:p>
      <w:pPr>
        <w:jc w:val="right"/>
      </w:pPr>
      <w:r>
        <w:t>قت الناس فی جنب اللہ ثمیرجع الی نفسہ فیکون لہا اشد مقتا"۔ کنز العمال۔</w:t>
      </w:r>
    </w:p>
    <w:p>
      <w:r>
        <w:rPr>
          <w:b/>
        </w:rPr>
        <w:t xml:space="preserve">[27:50] </w:t>
      </w:r>
      <w:r>
        <w:t>yani koi aadmi apni samajh mein kaamil nahi ho sakta, hatta ke is ka yeh haal ho jaye</w:t>
      </w:r>
    </w:p>
    <w:p>
      <w:pPr>
        <w:jc w:val="right"/>
      </w:pPr>
      <w:r>
        <w:t>یعنی کوئی آدمی اپنی سمجھ میں کامل نہیں ہو سکتا، حتیٰ کہ اس کا یہ حال ہو جائے</w:t>
      </w:r>
    </w:p>
    <w:p>
      <w:r>
        <w:rPr>
          <w:b/>
        </w:rPr>
        <w:t xml:space="preserve">[27:58] </w:t>
      </w:r>
      <w:r>
        <w:t>ke woh Allah ke liye doosron par sakht ho.</w:t>
      </w:r>
    </w:p>
    <w:p>
      <w:pPr>
        <w:jc w:val="right"/>
      </w:pPr>
      <w:r>
        <w:t>کہ وہ اللہ کے لیے دوسروں پر سخت ہو۔</w:t>
      </w:r>
    </w:p>
    <w:p>
      <w:r>
        <w:rPr>
          <w:b/>
        </w:rPr>
        <w:t xml:space="preserve">[28:05] </w:t>
      </w:r>
      <w:r>
        <w:t>phir jab apni taraf tawajjuh kare to woh apne liye is se bhi ziyada sakht ho. Doosron</w:t>
      </w:r>
    </w:p>
    <w:p>
      <w:pPr>
        <w:jc w:val="right"/>
      </w:pPr>
      <w:r>
        <w:t>پھر جب اپنی طرف توجہ کرے تو وہ اپنے لیے اس سے بھی زیادہ سخت ہو۔ دوسروں</w:t>
      </w:r>
    </w:p>
    <w:p>
      <w:r>
        <w:rPr>
          <w:b/>
        </w:rPr>
        <w:t xml:space="preserve">[28:13] </w:t>
      </w:r>
      <w:r>
        <w:t>ka muhasba karna sirf is ke liye jaiz hai jo khud apna muhasba is se bhi ziyada sakht</w:t>
      </w:r>
    </w:p>
    <w:p>
      <w:pPr>
        <w:jc w:val="right"/>
      </w:pPr>
      <w:r>
        <w:t>کا محاسبہ کرنا صرف اس کے لیے جائز ہے جو خود اپنا محاسبہ اس سے بھی زیادہ سخت</w:t>
      </w:r>
    </w:p>
    <w:p>
      <w:r>
        <w:rPr>
          <w:b/>
        </w:rPr>
        <w:t xml:space="preserve">[28:18] </w:t>
      </w:r>
      <w:r>
        <w:t>andaaz mein karta ho.</w:t>
      </w:r>
    </w:p>
    <w:p>
      <w:pPr>
        <w:jc w:val="right"/>
      </w:pPr>
      <w:r>
        <w:t>انداز میں کرتا ہو۔</w:t>
      </w:r>
    </w:p>
    <w:p>
      <w:r>
        <w:rPr>
          <w:b/>
        </w:rPr>
        <w:t xml:space="preserve">[28:23] </w:t>
      </w:r>
      <w:r>
        <w:t>jo shakhs momin hota hai, woh musleh bhi hota hai.</w:t>
      </w:r>
    </w:p>
    <w:p>
      <w:pPr>
        <w:jc w:val="right"/>
      </w:pPr>
      <w:r>
        <w:t>جو شخص مومن ہوتا ہے، وہ مصلح بھی ہوتا ہے۔</w:t>
      </w:r>
    </w:p>
    <w:p>
      <w:r>
        <w:rPr>
          <w:b/>
        </w:rPr>
        <w:t xml:space="preserve">[28:28] </w:t>
      </w:r>
      <w:r>
        <w:t>yani apni islaah ke saath doosron ki islaah ka talib hona.</w:t>
      </w:r>
    </w:p>
    <w:p>
      <w:pPr>
        <w:jc w:val="right"/>
      </w:pPr>
      <w:r>
        <w:t>یعنی اپنی اصلاح کے ساتھ دوسروں کی اصلاح کا طالب ہونا۔</w:t>
      </w:r>
    </w:p>
    <w:p>
      <w:r>
        <w:rPr>
          <w:b/>
        </w:rPr>
        <w:t xml:space="preserve">[28:33] </w:t>
      </w:r>
      <w:r>
        <w:t>jab woh doosron ke andar koi kami ki baat dekhta hai to apne ehsaas ke taqaze ke tehat</w:t>
      </w:r>
    </w:p>
    <w:p>
      <w:pPr>
        <w:jc w:val="right"/>
      </w:pPr>
      <w:r>
        <w:t>جب وہ دوسروں کے اندر کوئی کمی کی بات دیکھتا ہے تو اپنے احساس کے تقاضے کے تحت</w:t>
      </w:r>
    </w:p>
    <w:p>
      <w:r>
        <w:rPr>
          <w:b/>
        </w:rPr>
        <w:t xml:space="preserve">[28:38] </w:t>
      </w:r>
      <w:r>
        <w:t>woh majboor hota hai ke woh nihayat wazeh andaaz mein</w:t>
      </w:r>
    </w:p>
    <w:p>
      <w:pPr>
        <w:jc w:val="right"/>
      </w:pPr>
      <w:r>
        <w:t>وہ مجبور ہوتا ہے کہ وہ نہایت واضح انداز میں</w:t>
      </w:r>
    </w:p>
    <w:p>
      <w:r>
        <w:rPr>
          <w:b/>
        </w:rPr>
        <w:t xml:space="preserve">[28:43] </w:t>
      </w:r>
      <w:r>
        <w:t>is ki nakeer kare.</w:t>
      </w:r>
    </w:p>
    <w:p>
      <w:pPr>
        <w:jc w:val="right"/>
      </w:pPr>
      <w:r>
        <w:t>اس کی نکیر کرے۔</w:t>
      </w:r>
    </w:p>
    <w:p>
      <w:r>
        <w:rPr>
          <w:b/>
        </w:rPr>
        <w:t xml:space="preserve">[28:49] </w:t>
      </w:r>
      <w:r>
        <w:t>is tarah ki nakeer bilashuba ek sawab ka kaam hai, lekin jo aadmi sachay jazbe ke saath doosron</w:t>
      </w:r>
    </w:p>
    <w:p>
      <w:pPr>
        <w:jc w:val="right"/>
      </w:pPr>
      <w:r>
        <w:t>اس طرح کی نکیر بلاشبہ ایک ثواب کا کام ہے، لیکن جو آدمی سچے جذبے کے ساتھ دوسروں</w:t>
      </w:r>
    </w:p>
    <w:p>
      <w:r>
        <w:rPr>
          <w:b/>
        </w:rPr>
        <w:t xml:space="preserve">[28:55] </w:t>
      </w:r>
      <w:r>
        <w:t>ke baray mein hassas ho, woh yaqeenan apne baray mein shadeed hassas hota hai.</w:t>
      </w:r>
    </w:p>
    <w:p>
      <w:pPr>
        <w:jc w:val="right"/>
      </w:pPr>
      <w:r>
        <w:t>کے بارے میں حساس ہو، وہ یقینا اپنے بارے میں شدید حساس ہوتا ہے۔</w:t>
      </w:r>
    </w:p>
    <w:p>
      <w:r>
        <w:rPr>
          <w:b/>
        </w:rPr>
        <w:t xml:space="preserve">[29:01] </w:t>
      </w:r>
      <w:r>
        <w:t>is ki yeh hassasiyat ek taraf doosron ke baray mein is ko naqid banati hai, doosri taraf yahi</w:t>
      </w:r>
    </w:p>
    <w:p>
      <w:pPr>
        <w:jc w:val="right"/>
      </w:pPr>
      <w:r>
        <w:t>اس کی یہ حساسیت ایک طرف دوسروں کے بارے میں اس کو ناقد بناتی ہے، دوسری طرف یہی</w:t>
      </w:r>
    </w:p>
    <w:p>
      <w:r>
        <w:rPr>
          <w:b/>
        </w:rPr>
        <w:t xml:space="preserve">[29:07] </w:t>
      </w:r>
      <w:r>
        <w:t>hassasiyat is ke andar yeh soch paida karti hai ke agar maine tanqeed karne mein koi ghalti ki</w:t>
      </w:r>
    </w:p>
    <w:p>
      <w:pPr>
        <w:jc w:val="right"/>
      </w:pPr>
      <w:r>
        <w:t>حساسیت اس کے اندر یہ سوچ پیدا کرتی ہے کہ اگر میں نے تنقید کرنے میں کوئی غلطی کی</w:t>
      </w:r>
    </w:p>
    <w:p>
      <w:r>
        <w:rPr>
          <w:b/>
        </w:rPr>
        <w:t xml:space="preserve">[29:13] </w:t>
      </w:r>
      <w:r>
        <w:t>hai to Allah yaqeenan meri sakht pakar karega.</w:t>
      </w:r>
    </w:p>
    <w:p>
      <w:pPr>
        <w:jc w:val="right"/>
      </w:pPr>
      <w:r>
        <w:t>ہے تو اللہ یقینا میری سخت پکڑ کرے گا۔</w:t>
      </w:r>
    </w:p>
    <w:p>
      <w:r>
        <w:rPr>
          <w:b/>
        </w:rPr>
        <w:t xml:space="preserve">[29:19] </w:t>
      </w:r>
      <w:r>
        <w:t>momin ki hassasiyat is ke andar do tarafah sifat paida karti hai: ek taraf doosron ko naseehat karna</w:t>
      </w:r>
    </w:p>
    <w:p>
      <w:pPr>
        <w:jc w:val="right"/>
      </w:pPr>
      <w:r>
        <w:t>مومن کی حساسیت اس کے اندر دو طرفہ صفت پیدا کرتی ہے: ایک طرف دوسروں کو نصیحت کرنا</w:t>
      </w:r>
    </w:p>
    <w:p>
      <w:r>
        <w:rPr>
          <w:b/>
        </w:rPr>
        <w:t xml:space="preserve">[29:25] </w:t>
      </w:r>
      <w:r>
        <w:t>aur doosri taraf shadeed andaaz mein apna muhasba yani introspection karna.</w:t>
      </w:r>
    </w:p>
    <w:p>
      <w:pPr>
        <w:jc w:val="right"/>
      </w:pPr>
      <w:r>
        <w:t>اور دوسری طرف شدید انداز میں اپنا محاسبہ یعنی انٹروسپیکشن کرنا۔</w:t>
      </w:r>
    </w:p>
    <w:p>
      <w:r>
        <w:rPr>
          <w:b/>
        </w:rPr>
        <w:t xml:space="preserve">[29:31] </w:t>
      </w:r>
      <w:r>
        <w:t>is tarah momin ki yeh do tarafah hassasiyat is ki shakhsiyat ki taameer mein muawin hoti hai.</w:t>
      </w:r>
    </w:p>
    <w:p>
      <w:pPr>
        <w:jc w:val="right"/>
      </w:pPr>
      <w:r>
        <w:t>اس طرح مومن کی یہ دو طرفہ حساسیت اس کی شخصیت کی تعمیر میں معاون ہوتی ہے۔</w:t>
      </w:r>
    </w:p>
    <w:p>
      <w:r>
        <w:rPr>
          <w:b/>
        </w:rPr>
        <w:t xml:space="preserve">[29:37] </w:t>
      </w:r>
      <w:r>
        <w:t>ek taraf yeh hassasiyat is ko is qabil banati hai</w:t>
      </w:r>
    </w:p>
    <w:p>
      <w:pPr>
        <w:jc w:val="right"/>
      </w:pPr>
      <w:r>
        <w:t>ایک طرف یہ حساسیت اس کو اس قابل بناتی ہے</w:t>
      </w:r>
    </w:p>
    <w:p>
      <w:r>
        <w:rPr>
          <w:b/>
        </w:rPr>
        <w:t xml:space="preserve">[29:43] </w:t>
      </w:r>
      <w:r>
        <w:t>ke woh durust andaaz mein islaah ka kaam kare, aur doosri taraf yeh hassasiyat is ko is se</w:t>
      </w:r>
    </w:p>
    <w:p>
      <w:pPr>
        <w:jc w:val="right"/>
      </w:pPr>
      <w:r>
        <w:t>کہ وہ درست انداز میں اصلاح کا کام کرے، اور دوسری طرف یہ حساسیت اس کو اس سے</w:t>
      </w:r>
    </w:p>
    <w:p>
      <w:r>
        <w:rPr>
          <w:b/>
        </w:rPr>
        <w:t xml:space="preserve">[29:50] </w:t>
      </w:r>
      <w:r>
        <w:t>bachati hai ke woh is amal mein kisi ziyadati se apne aap ko bachaye.</w:t>
      </w:r>
    </w:p>
    <w:p>
      <w:pPr>
        <w:jc w:val="right"/>
      </w:pPr>
      <w:r>
        <w:t>بچاتی ہے کہ وہ اس عمل میں کسی زیادتی سے اپنے آپ کو بچائے۔</w:t>
      </w:r>
    </w:p>
    <w:p>
      <w:r>
        <w:rPr>
          <w:b/>
        </w:rPr>
        <w:t xml:space="preserve">[29:56] </w:t>
      </w:r>
      <w:r>
        <w:t>woh doosron ki ghalti ko batane wala bhi ban jata hai aur apni ghalti ki islaah karne wala bhi.</w:t>
      </w:r>
    </w:p>
    <w:p>
      <w:pPr>
        <w:jc w:val="right"/>
      </w:pPr>
      <w:r>
        <w:t>وہ دوسروں کی غلطی کو بتانے والا بھی بن جاتا ہے اور اپنی غلطی کی اصلاح کرنے والا بھی۔</w:t>
      </w:r>
    </w:p>
    <w:p>
      <w:r>
        <w:rPr>
          <w:b/>
        </w:rPr>
        <w:t xml:space="preserve">[30:02] </w:t>
      </w:r>
      <w:r>
        <w:t>dua qubooliyat dua.</w:t>
      </w:r>
    </w:p>
    <w:p>
      <w:pPr>
        <w:jc w:val="right"/>
      </w:pPr>
      <w:r>
        <w:t>دعا قبولیت دعا۔</w:t>
      </w:r>
    </w:p>
    <w:p>
      <w:r>
        <w:rPr>
          <w:b/>
        </w:rPr>
        <w:t xml:space="preserve">[30:08] </w:t>
      </w:r>
      <w:r>
        <w:t>quran mein dua ki babat</w:t>
      </w:r>
    </w:p>
    <w:p>
      <w:pPr>
        <w:jc w:val="right"/>
      </w:pPr>
      <w:r>
        <w:t>قرآن میں دعا کی بابت</w:t>
      </w:r>
    </w:p>
    <w:p>
      <w:r>
        <w:rPr>
          <w:b/>
        </w:rPr>
        <w:t xml:space="preserve">[30:14] </w:t>
      </w:r>
      <w:r>
        <w:t>ek ayat in alfaaz mein aayi hai: "wa qala rabbukum ud'ooni astajib lakum innal ladheena yastakbiruna an ibadati sayadkhuluna jahannama dakhireen".</w:t>
      </w:r>
    </w:p>
    <w:p>
      <w:pPr>
        <w:jc w:val="right"/>
      </w:pPr>
      <w:r>
        <w:t>ایک آیت ان الفاظ میں آئی ہے: "وقال ربکم ادعونی استجب لکم ان الذین یستکبرون عن عبادتی سیدخلون جہنم داخرین"۔</w:t>
      </w:r>
    </w:p>
    <w:p>
      <w:r>
        <w:rPr>
          <w:b/>
        </w:rPr>
        <w:t xml:space="preserve">[30:24] </w:t>
      </w:r>
      <w:r>
        <w:t>yani aur tumhare rab ne farma diya hai ke mujh ko pukaaro, main tumhari dua qabool karunga.</w:t>
      </w:r>
    </w:p>
    <w:p>
      <w:pPr>
        <w:jc w:val="right"/>
      </w:pPr>
      <w:r>
        <w:t>یعنی اور تمہارے رب نے فرما دیا ہے کہ مجھ کو پکارو، میں تمہاری دعا قبول کروں گا۔</w:t>
      </w:r>
    </w:p>
    <w:p>
      <w:r>
        <w:rPr>
          <w:b/>
        </w:rPr>
        <w:t xml:space="preserve">[30:34] </w:t>
      </w:r>
      <w:r>
        <w:t>jo log meri ibadat se sartaabi karte hain, woh anqareeb zaleel ho kar</w:t>
      </w:r>
    </w:p>
    <w:p>
      <w:pPr>
        <w:jc w:val="right"/>
      </w:pPr>
      <w:r>
        <w:t>جو لوگ میری عبادت سے سرتابی کرتے ہیں، وہ عنقریب ذلیل ہو کر</w:t>
      </w:r>
    </w:p>
    <w:p>
      <w:r>
        <w:rPr>
          <w:b/>
        </w:rPr>
        <w:t xml:space="preserve">[30:44] </w:t>
      </w:r>
      <w:r>
        <w:t>jahannum mein dakhil honge.</w:t>
      </w:r>
    </w:p>
    <w:p>
      <w:pPr>
        <w:jc w:val="right"/>
      </w:pPr>
      <w:r>
        <w:t>جہنم میں داخل ہوں گے۔</w:t>
      </w:r>
    </w:p>
    <w:p>
      <w:r>
        <w:rPr>
          <w:b/>
        </w:rPr>
        <w:t xml:space="preserve">[30:50] </w:t>
      </w:r>
      <w:r>
        <w:t>aayat ke alfaaz se bazahir yeh maloom hota hai ke Allah har dua ko qabool karta hai, lekin</w:t>
      </w:r>
    </w:p>
    <w:p>
      <w:pPr>
        <w:jc w:val="right"/>
      </w:pPr>
      <w:r>
        <w:t>آیت کے الفاظ سے بظاہر یہ معلوم ہوتا ہے کہ اللہ ہر دعا کو قبول کرتا ہے، لیکن</w:t>
      </w:r>
    </w:p>
    <w:p>
      <w:r>
        <w:rPr>
          <w:b/>
        </w:rPr>
        <w:t xml:space="preserve">[30:56] </w:t>
      </w:r>
      <w:r>
        <w:t>doosre bayanaat se yeh baat wazeh hoti hai ke dua ki yeh qabooliyat sirf pak kalme ke liye</w:t>
      </w:r>
    </w:p>
    <w:p>
      <w:pPr>
        <w:jc w:val="right"/>
      </w:pPr>
      <w:r>
        <w:t>دوسرے بیانات سے یہ بات واضح ہوتی ہے کہ دعا کی یہ قبولیت صرف پاک کلمے کے لیے</w:t>
      </w:r>
    </w:p>
    <w:p>
      <w:r>
        <w:rPr>
          <w:b/>
        </w:rPr>
        <w:t xml:space="preserve">[31:02] </w:t>
      </w:r>
      <w:r>
        <w:t>hai, yani woh pukaar jo Allah ke qanoon ke mutabiq ek durust pukaar ho.</w:t>
      </w:r>
    </w:p>
    <w:p>
      <w:pPr>
        <w:jc w:val="right"/>
      </w:pPr>
      <w:r>
        <w:t>ہے، یعنی وہ پکار جو اللہ کے قانون کے مطابق ایک درست پکار ہو۔</w:t>
      </w:r>
    </w:p>
    <w:p>
      <w:r>
        <w:rPr>
          <w:b/>
        </w:rPr>
        <w:t xml:space="preserve">[31:08] </w:t>
      </w:r>
      <w:r>
        <w:t>misalan agar koi shakhs yeh dua kare ke shaitan hamesha ke liye nabood ho</w:t>
      </w:r>
    </w:p>
    <w:p>
      <w:pPr>
        <w:jc w:val="right"/>
      </w:pPr>
      <w:r>
        <w:t>مثلاً اگر کوئی شخص یہ دعا کرے کہ شیطان ہمیشہ کے لیے نابود ہو</w:t>
      </w:r>
    </w:p>
    <w:p>
      <w:r>
        <w:rPr>
          <w:b/>
        </w:rPr>
        <w:t xml:space="preserve">[31:14] </w:t>
      </w:r>
      <w:r>
        <w:t>jaye to aisa kabhi hone wala nahi, kyunke Allah ke faisle ke mutabiq shaitan ko qayamat tak baqi rehna hai.</w:t>
      </w:r>
    </w:p>
    <w:p>
      <w:pPr>
        <w:jc w:val="right"/>
      </w:pPr>
      <w:r>
        <w:t>جائے تو ایسا کبھی ہونے والا نہیں، کیونکہ اللہ کے فیصلے کے مطابق شیطان کو قیامت تک باقی رہنا ہے۔</w:t>
      </w:r>
    </w:p>
    <w:p>
      <w:r>
        <w:rPr>
          <w:b/>
        </w:rPr>
        <w:t xml:space="preserve">[31:22] </w:t>
      </w:r>
      <w:r>
        <w:t>isi tarah agar koi shakhs kisi groh ko apna dushman farz kar le aur yeh dua kare ke</w:t>
      </w:r>
    </w:p>
    <w:p>
      <w:pPr>
        <w:jc w:val="right"/>
      </w:pPr>
      <w:r>
        <w:t>اسی طرح اگر کوئی شخص کسی گروہ کو اپنا دشمن فرض کر لے اور یہ دعا کرے کہ</w:t>
      </w:r>
    </w:p>
    <w:p>
      <w:r>
        <w:rPr>
          <w:b/>
        </w:rPr>
        <w:t xml:space="preserve">[31:29] </w:t>
      </w:r>
      <w:r>
        <w:t>mere yeh tamam dushman halak ho jayein to aisi dua bhi hargiz qabool na hogi, kyunke kisi groh</w:t>
      </w:r>
    </w:p>
    <w:p>
      <w:pPr>
        <w:jc w:val="right"/>
      </w:pPr>
      <w:r>
        <w:t>میرے یہ تمام دشمن ہلاک ہو جائیں تو ایسی دعا بھی ہرگز قبول نہ ہوگی، کیونکہ کسی گروہ</w:t>
      </w:r>
    </w:p>
    <w:p>
      <w:r>
        <w:rPr>
          <w:b/>
        </w:rPr>
        <w:t xml:space="preserve">[31:37] </w:t>
      </w:r>
      <w:r>
        <w:t>ki halakat ke liye Allah ka apna qanoon hai, iska taluq kisi ki dua se nahi</w:t>
      </w:r>
    </w:p>
    <w:p>
      <w:pPr>
        <w:jc w:val="right"/>
      </w:pPr>
      <w:r>
        <w:t>کی ہلاکت کے لیے اللہ کا اپنا قانون ہے، اس کا تعلق کسی کی دعا سے نہیں</w:t>
      </w:r>
    </w:p>
    <w:p>
      <w:r>
        <w:rPr>
          <w:b/>
        </w:rPr>
        <w:t xml:space="preserve">[31:45] </w:t>
      </w:r>
      <w:r>
        <w:t>.</w:t>
      </w:r>
    </w:p>
    <w:p>
      <w:pPr>
        <w:jc w:val="right"/>
      </w:pPr>
      <w:r>
        <w:t>۔</w:t>
      </w:r>
    </w:p>
    <w:p>
      <w:r>
        <w:rPr>
          <w:b/>
        </w:rPr>
        <w:t xml:space="preserve">[31:51] </w:t>
      </w:r>
      <w:r>
        <w:t>isi tarah agar kuch log kisi groh se qoumi ladai ladein aur yeh dua karein ke khudaaya tu</w:t>
      </w:r>
    </w:p>
    <w:p>
      <w:pPr>
        <w:jc w:val="right"/>
      </w:pPr>
      <w:r>
        <w:t>اسی طرح اگر کچھ لوگ کسی گروہ سے قومی لڑائی لڑیں اور یہ دعا کریں کہ خدایا تو</w:t>
      </w:r>
    </w:p>
    <w:p>
      <w:r>
        <w:rPr>
          <w:b/>
        </w:rPr>
        <w:t xml:space="preserve">[31:57] </w:t>
      </w:r>
      <w:r>
        <w:t>apne waade ke mutabiq hamein inke muqable mein apni nasrat ata farma, to aisi dua bhi qabool</w:t>
      </w:r>
    </w:p>
    <w:p>
      <w:pPr>
        <w:jc w:val="right"/>
      </w:pPr>
      <w:r>
        <w:t>اپنے وعدے کے مطابق ہمیں ان کے مقابلے میں اپنی نصرت عطا فرما، تو ایسی دعا بھی قبول</w:t>
      </w:r>
    </w:p>
    <w:p>
      <w:r>
        <w:rPr>
          <w:b/>
        </w:rPr>
        <w:t xml:space="preserve">[32:03] </w:t>
      </w:r>
      <w:r>
        <w:t>hone wali nahi, kyunke Allah ki nasrat apne qanoon ke mutabiq aati hai, hamare apne mufrada dushmanon ke khilaf nahi.</w:t>
      </w:r>
    </w:p>
    <w:p>
      <w:pPr>
        <w:jc w:val="right"/>
      </w:pPr>
      <w:r>
        <w:t>ہونے والی نہیں، کیونکہ اللہ کی نصرت اپنے قانون کے مطابق آتی ہے، ہمارے اپنے مفروضہ دشمنوں کے خلاف نہیں۔</w:t>
      </w:r>
    </w:p>
    <w:p>
      <w:r>
        <w:rPr>
          <w:b/>
        </w:rPr>
        <w:t xml:space="preserve">[32:09] </w:t>
      </w:r>
      <w:r>
        <w:t>sachi dua woh hai jo sache insaan ke dil se nikle. isi tarah</w:t>
      </w:r>
    </w:p>
    <w:p>
      <w:pPr>
        <w:jc w:val="right"/>
      </w:pPr>
      <w:r>
        <w:t>سچی دعا وہ ہے جو سچے انسان کے دل سے نکلے۔ اسی طرح</w:t>
      </w:r>
    </w:p>
    <w:p>
      <w:r>
        <w:rPr>
          <w:b/>
        </w:rPr>
        <w:t xml:space="preserve">[32:15] </w:t>
      </w:r>
      <w:r>
        <w:t>dua ki qabooliyat is waqt hoti hai jabke dua Allah ke raaste mein kamyabi ke liye ki gayi</w:t>
      </w:r>
    </w:p>
    <w:p>
      <w:pPr>
        <w:jc w:val="right"/>
      </w:pPr>
      <w:r>
        <w:t>دعا کی قبولیت اس وقت ہوتی ہے جبکہ دعا اللہ کے راستے میں کامیابی کے لیے کی گئی</w:t>
      </w:r>
    </w:p>
    <w:p>
      <w:r>
        <w:rPr>
          <w:b/>
        </w:rPr>
        <w:t xml:space="preserve">[32:21] </w:t>
      </w:r>
      <w:r>
        <w:t>ho, na ke khud-sakhta raaste mein kamyabi ke liye.</w:t>
      </w:r>
    </w:p>
    <w:p>
      <w:pPr>
        <w:jc w:val="right"/>
      </w:pPr>
      <w:r>
        <w:t>ہو، نہ کہ خود ساختہ راستے میں کامیابی کے لیے۔</w:t>
      </w:r>
    </w:p>
    <w:p>
      <w:r>
        <w:rPr>
          <w:b/>
        </w:rPr>
        <w:t xml:space="preserve">[32:27] </w:t>
      </w:r>
      <w:r>
        <w:t>aadmi ko chahiye ke pehle woh apne aap ko mazqa shakhsiyat banaye, phir woh Allah ke mansoobe ko</w:t>
      </w:r>
    </w:p>
    <w:p>
      <w:pPr>
        <w:jc w:val="right"/>
      </w:pPr>
      <w:r>
        <w:t>آدمی کو چاہیے کہ پہلے وہ اپنے آپ کو مزقہ شخصیت بنائے، پھر وہ اللہ کے منصوبے کو</w:t>
      </w:r>
    </w:p>
    <w:p>
      <w:r>
        <w:rPr>
          <w:b/>
        </w:rPr>
        <w:t xml:space="preserve">[32:33] </w:t>
      </w:r>
      <w:r>
        <w:t>samjhe aur Allah ke mansoobe ke mutabiq apne aap ko us par lagaye.</w:t>
      </w:r>
    </w:p>
    <w:p>
      <w:pPr>
        <w:jc w:val="right"/>
      </w:pPr>
      <w:r>
        <w:t>سمجھے اور اللہ کے منصوبے کے مطابق اپنے آپ کو اس پر لگائے۔</w:t>
      </w:r>
    </w:p>
    <w:p>
      <w:r>
        <w:rPr>
          <w:b/>
        </w:rPr>
        <w:t xml:space="preserve">[32:39] </w:t>
      </w:r>
      <w:r>
        <w:t>jo log is shart ko poora karein, unki dua zaroor qab</w:t>
      </w:r>
    </w:p>
    <w:p>
      <w:pPr>
        <w:jc w:val="right"/>
      </w:pPr>
      <w:r>
        <w:t>جو لوگ اس شرط کو پورا کریں، ان کی دعا ضرور قب</w:t>
      </w:r>
    </w:p>
    <w:p>
      <w:r>
        <w:rPr>
          <w:b/>
        </w:rPr>
        <w:t xml:space="preserve">[32:45] </w:t>
      </w:r>
      <w:r>
        <w:t>ool hogi. farogh-e-wasa'il-e-insani. amriki aalim-e-iqtisaadiyat John R. Commons ne 1893 mein ek kitaab shaya ki: "The Distribution of Wealth". is kitaab mein us ne pehli baar human resource ki istilaah istemal ki. ibtida'i taur par is istilaah ko industrial cl</w:t>
      </w:r>
    </w:p>
    <w:p>
      <w:pPr>
        <w:jc w:val="right"/>
      </w:pPr>
      <w:r>
        <w:t>ول ہوگی۔ فروغ وسائل انسانی۔ امریکی عالم اقتصادیات جان آر کامنز نے 1893 میں ایک کتاب شائع کی: "دی ڈسٹریبیوشن آف ویلتھ"۔ اس کتاب میں اس نے پہلی بار ہیومن ریسورس کی اصطلاح استعمال کی۔ ابتدائی طور پر اس اصطلاح کو انڈسٹریل کل</w:t>
      </w:r>
    </w:p>
    <w:p>
      <w:r>
        <w:rPr>
          <w:b/>
        </w:rPr>
        <w:t xml:space="preserve">[33:15] </w:t>
      </w:r>
      <w:r>
        <w:t>char ki ek zaroorat ke taur par liya gaya tha, lekin baad ko tosi'i taur par yeh istilaah</w:t>
      </w:r>
    </w:p>
    <w:p>
      <w:pPr>
        <w:jc w:val="right"/>
      </w:pPr>
      <w:r>
        <w:t>چر کی ایک ضرورت کے طور پر لیا گیا تھا، لیکن بعد کو توسیعی طور پر یہ اصطلاح</w:t>
      </w:r>
    </w:p>
    <w:p>
      <w:r>
        <w:rPr>
          <w:b/>
        </w:rPr>
        <w:t xml:space="preserve">[33:22] </w:t>
      </w:r>
      <w:r>
        <w:t>insani wasail ke development yani human resource development ke ma'ani mein bhi istemal hone lagi.</w:t>
      </w:r>
    </w:p>
    <w:p>
      <w:pPr>
        <w:jc w:val="right"/>
      </w:pPr>
      <w:r>
        <w:t>انسانی وسائل کے ڈیولپمنٹ یعنی ہیومن ریسورس ڈیولپمنٹ کے معنی میں بھی استعمال ہونے لگی۔</w:t>
      </w:r>
    </w:p>
    <w:p>
      <w:r>
        <w:rPr>
          <w:b/>
        </w:rPr>
        <w:t xml:space="preserve">[33:30] </w:t>
      </w:r>
      <w:r>
        <w:t>yeh istilahi tausee' aaghaz hi se apne andar galat fehmi ka ek pehlu rakhti thi, woh yeh ke</w:t>
      </w:r>
    </w:p>
    <w:p>
      <w:pPr>
        <w:jc w:val="right"/>
      </w:pPr>
      <w:r>
        <w:t>یہ اصطلاحی توسیع آغاز ہی سے اپنے اندر غلط فہمی کا ایک پہلو رکھتی تھی، وہ یہ کہ</w:t>
      </w:r>
    </w:p>
    <w:p>
      <w:r>
        <w:rPr>
          <w:b/>
        </w:rPr>
        <w:t xml:space="preserve">[33:37] </w:t>
      </w:r>
      <w:r>
        <w:t>jis tarah maadi duniya mein maada ko kharji development ke zariye taraqqi ke marhale tak pahunch</w:t>
      </w:r>
    </w:p>
    <w:p>
      <w:pPr>
        <w:jc w:val="right"/>
      </w:pPr>
      <w:r>
        <w:t>جس طرح مادی دنیا میں مادہ کو خارجی ڈیولپمنٹ کے ذریعے ترقی کے مرحلے تک پہنچ</w:t>
      </w:r>
    </w:p>
    <w:p>
      <w:r>
        <w:rPr>
          <w:b/>
        </w:rPr>
        <w:t xml:space="preserve">[33:45] </w:t>
      </w:r>
      <w:r>
        <w:t>aya ja sakta hai, isi tarah insan ko bhi kharji tarbiyat ke zariye aala tarbiyat tak pahunchana mumkin hai.</w:t>
      </w:r>
    </w:p>
    <w:p>
      <w:pPr>
        <w:jc w:val="right"/>
      </w:pPr>
      <w:r>
        <w:t>ایا جا سکتا ہے، اسی طرح انسان کو بھی خارجی تربیت کے ذریعے اعلیٰ تربیت تک پہنچانا ممکن ہے۔</w:t>
      </w:r>
    </w:p>
    <w:p>
      <w:r>
        <w:rPr>
          <w:b/>
        </w:rPr>
        <w:t xml:space="preserve">[33:53] </w:t>
      </w:r>
      <w:r>
        <w:t>misalan aur ko develop kar ke jis tarah steel ke darje tak pahunchana mumkin hota hai, isi tarah</w:t>
      </w:r>
    </w:p>
    <w:p>
      <w:pPr>
        <w:jc w:val="right"/>
      </w:pPr>
      <w:r>
        <w:t>مثلاً اور کو ڈیولپ کر کے جس طرح اسٹیل کے درجے تک پہنچانا ممکن ہوتا ہے، اسی طرح</w:t>
      </w:r>
    </w:p>
    <w:p>
      <w:r>
        <w:rPr>
          <w:b/>
        </w:rPr>
        <w:t xml:space="preserve">[34:00] </w:t>
      </w:r>
      <w:r>
        <w:t>ghair aala insan ko bhi kharji tarbiyat ke zariye aala insan ke darje tak pahunchaya ja sakta hai.</w:t>
      </w:r>
    </w:p>
    <w:p>
      <w:pPr>
        <w:jc w:val="right"/>
      </w:pPr>
      <w:r>
        <w:t>غیر اعلیٰ انسان کو بھی خارجی تربیت کے ذریعے اعلیٰ انسان کے درجے تک پہنچایا جا سکتا ہے۔</w:t>
      </w:r>
    </w:p>
    <w:p>
      <w:r>
        <w:rPr>
          <w:b/>
        </w:rPr>
        <w:t xml:space="preserve">[34:08] </w:t>
      </w:r>
      <w:r>
        <w:t>magar is tasawwur mein ek cheez hadaf ho gayi, woh yeh ke</w:t>
      </w:r>
    </w:p>
    <w:p>
      <w:pPr>
        <w:jc w:val="right"/>
      </w:pPr>
      <w:r>
        <w:t>مگر اس تصور میں ایک چیز حذف ہو گئی، وہ یہ کہ</w:t>
      </w:r>
    </w:p>
    <w:p>
      <w:r>
        <w:rPr>
          <w:b/>
        </w:rPr>
        <w:t xml:space="preserve">[34:15] </w:t>
      </w:r>
      <w:r>
        <w:t>insan agarche jismani aitbar se bazahir ek maadi wajood hai, lekin apne dimagh ke aitbar se woh mukammal</w:t>
      </w:r>
    </w:p>
    <w:p>
      <w:pPr>
        <w:jc w:val="right"/>
      </w:pPr>
      <w:r>
        <w:t>انسان اگرچہ جسمانی اعتبار سے بظاہر ایک مادی وجود ہے، لیکن اپنے دماغ کے اعتبار سے وہ مکمل</w:t>
      </w:r>
    </w:p>
    <w:p>
      <w:r>
        <w:rPr>
          <w:b/>
        </w:rPr>
        <w:t xml:space="preserve">[34:21] </w:t>
      </w:r>
      <w:r>
        <w:t>tor par ek ghair maadi zahira yani non material phenomenon ki hesiyat rakhta hai.</w:t>
      </w:r>
    </w:p>
    <w:p>
      <w:pPr>
        <w:jc w:val="right"/>
      </w:pPr>
      <w:r>
        <w:t>طور پر ایک غیر مادی ظاہرہ یعنی نان مٹیریل فیناومینن کی حیثیت رکھتا ہے۔</w:t>
      </w:r>
    </w:p>
    <w:p>
      <w:r>
        <w:rPr>
          <w:b/>
        </w:rPr>
        <w:t xml:space="preserve">[34:27] </w:t>
      </w:r>
      <w:r>
        <w:t>is farq ka matlab yeh hai ke insan banaya nahi jata, balkeh woh apne aap ko khud apni</w:t>
      </w:r>
    </w:p>
    <w:p>
      <w:pPr>
        <w:jc w:val="right"/>
      </w:pPr>
      <w:r>
        <w:t>اس فرق کا مطلب یہ ہے کہ انسان بنایا نہیں جاتا، بلکہ وہ اپنے آپ کو خود اپنی</w:t>
      </w:r>
    </w:p>
    <w:p>
      <w:r>
        <w:rPr>
          <w:b/>
        </w:rPr>
        <w:t xml:space="preserve">[34:33] </w:t>
      </w:r>
      <w:r>
        <w:t>soch ke tehat tayyar karta hai.</w:t>
      </w:r>
    </w:p>
    <w:p>
      <w:pPr>
        <w:jc w:val="right"/>
      </w:pPr>
      <w:r>
        <w:t>سوچ کے تحت تیار کرتا ہے۔</w:t>
      </w:r>
    </w:p>
    <w:p>
      <w:r>
        <w:rPr>
          <w:b/>
        </w:rPr>
        <w:t xml:space="preserve">[34:39] </w:t>
      </w:r>
      <w:r>
        <w:t>insan ek self made makhlooq hai.</w:t>
      </w:r>
    </w:p>
    <w:p>
      <w:pPr>
        <w:jc w:val="right"/>
      </w:pPr>
      <w:r>
        <w:t>انسان ایک سیلف میڈ مخلوق ہے۔</w:t>
      </w:r>
    </w:p>
    <w:p>
      <w:r>
        <w:rPr>
          <w:b/>
        </w:rPr>
        <w:t xml:space="preserve">[34:45] </w:t>
      </w:r>
      <w:r>
        <w:t>ek hadith-e-rasool. ek hadith-e-rasool in alfaaz mein aayi hai: "kullu mawludin yuladu 'ala al-fitrati, fa abawahu yuhawwidanihi aw yunassiranihi aw yumajjisanihi" . yani har paida hone wala fitrat par paida hota hai, phir uske walidain us ko yahoodi ya nasrani ya majoosi bana lete hain. yahan walidain ka lafz 'alamati ma'ne mein hai, yani mahol ya environmen</w:t>
      </w:r>
    </w:p>
    <w:p>
      <w:pPr>
        <w:jc w:val="right"/>
      </w:pPr>
      <w:r>
        <w:t>ایک حدیث رسول۔ ایک حدیث رسول ان الفاظ میں آئی ہے: "کل مولود یولد علی الفطرہ یحودانی اوینصرانی اویمجسانی" یعنی ہر پیدا ہونے والا فطرت پر پیدا ہوتا ہے، پھر اس کے والدین اس کو یہودی یا نصرانی یا مجوسی بنا لیتے ہیں۔ یہاں والدین کا لفظ علامتی معنی میں ہے، یعنی ماحول یا انوائرمن</w:t>
      </w:r>
    </w:p>
    <w:p>
      <w:r>
        <w:rPr>
          <w:b/>
        </w:rPr>
        <w:t xml:space="preserve">[35:15] </w:t>
      </w:r>
      <w:r>
        <w:t>t.</w:t>
      </w:r>
    </w:p>
    <w:p>
      <w:pPr>
        <w:jc w:val="right"/>
      </w:pPr>
      <w:r>
        <w:t>ٹ۔</w:t>
      </w:r>
    </w:p>
    <w:p>
      <w:r>
        <w:rPr>
          <w:b/>
        </w:rPr>
        <w:t xml:space="preserve">[35:20] </w:t>
      </w:r>
      <w:r>
        <w:t>aadmi jis tarah ke mahol mein zindagi guzarta hai, usi ke mutabiq us ki conditioning hoti rehti hai.</w:t>
      </w:r>
    </w:p>
    <w:p>
      <w:pPr>
        <w:jc w:val="right"/>
      </w:pPr>
      <w:r>
        <w:t>آدمی جس طرح کے ماحول میں زندگی گزارتا ہے، اسی کے مطابق اس کی کنڈیشننگ ہوتی رہتی ہے۔</w:t>
      </w:r>
    </w:p>
    <w:p>
      <w:r>
        <w:rPr>
          <w:b/>
        </w:rPr>
        <w:t xml:space="preserve">[35:25] </w:t>
      </w:r>
      <w:r>
        <w:t>chunanche har insan ek conditioned insan hota hai, magar yeh conditioning oopri nawiyat ki hoti hai.</w:t>
      </w:r>
    </w:p>
    <w:p>
      <w:pPr>
        <w:jc w:val="right"/>
      </w:pPr>
      <w:r>
        <w:t>چنانچہ ہر انسان ایک کنڈیشنڈ انسان ہوتا ہے، مگر یہ کنڈیشننگ اوپری نوعیت کی ہوتی ہے۔</w:t>
      </w:r>
    </w:p>
    <w:p>
      <w:r>
        <w:rPr>
          <w:b/>
        </w:rPr>
        <w:t xml:space="preserve">[35:30] </w:t>
      </w:r>
      <w:r>
        <w:t>is conditioning ke bawajood insan ki asal fitrat badastoor apni jagah baqi rehti hai.</w:t>
      </w:r>
    </w:p>
    <w:p>
      <w:pPr>
        <w:jc w:val="right"/>
      </w:pPr>
      <w:r>
        <w:t>اس کنڈیشننگ کے باوجود انسان کی اصل فطرت بدستور اپنی جگہ باقی رہتی ہے۔</w:t>
      </w:r>
    </w:p>
    <w:p>
      <w:r>
        <w:rPr>
          <w:b/>
        </w:rPr>
        <w:t xml:space="preserve">[35:35] </w:t>
      </w:r>
      <w:r>
        <w:t>is aitbar se har insan ka pehla kaam yeh hai ke woh apne zehn ki deconditioning kare.</w:t>
      </w:r>
    </w:p>
    <w:p>
      <w:pPr>
        <w:jc w:val="right"/>
      </w:pPr>
      <w:r>
        <w:t>اس اعتبار سے ہر انسان کا پہلا کام یہ ہے کہ وہ اپنے ذہن کی ڈی کنڈیشننگ کرے۔</w:t>
      </w:r>
    </w:p>
    <w:p>
      <w:r>
        <w:rPr>
          <w:b/>
        </w:rPr>
        <w:t xml:space="preserve">[35:40] </w:t>
      </w:r>
      <w:r>
        <w:t>woh apne aap ko shaoori</w:t>
      </w:r>
    </w:p>
    <w:p>
      <w:pPr>
        <w:jc w:val="right"/>
      </w:pPr>
      <w:r>
        <w:t>وہ اپنے آپ کو شعوری</w:t>
      </w:r>
    </w:p>
    <w:p>
      <w:r>
        <w:rPr>
          <w:b/>
        </w:rPr>
        <w:t xml:space="preserve">[35:45] </w:t>
      </w:r>
      <w:r>
        <w:t>amal yani intellectual process ke zariye ek naya insan banaye.</w:t>
      </w:r>
    </w:p>
    <w:p>
      <w:pPr>
        <w:jc w:val="right"/>
      </w:pPr>
      <w:r>
        <w:t>عمل یعنی انٹلیکچول پروسیس کے ذریعے ایک نیا انسان بنائے۔</w:t>
      </w:r>
    </w:p>
    <w:p>
      <w:r>
        <w:rPr>
          <w:b/>
        </w:rPr>
        <w:t xml:space="preserve">[35:50] </w:t>
      </w:r>
      <w:r>
        <w:t>is se pehle agar woh conditioning ka ek case tha to woh dobara apne aap ko fitrat ka</w:t>
      </w:r>
    </w:p>
    <w:p>
      <w:pPr>
        <w:jc w:val="right"/>
      </w:pPr>
      <w:r>
        <w:t>اس سے پہلے اگر وہ کنڈیشننگ کا ایک کیس تھا تو وہ دوبارہ اپنے آپ کو فطرت کا</w:t>
      </w:r>
    </w:p>
    <w:p>
      <w:r>
        <w:rPr>
          <w:b/>
        </w:rPr>
        <w:t xml:space="preserve">[35:55] </w:t>
      </w:r>
      <w:r>
        <w:t>ek case banaye.</w:t>
      </w:r>
    </w:p>
    <w:p>
      <w:pPr>
        <w:jc w:val="right"/>
      </w:pPr>
      <w:r>
        <w:t>ایک کیس بنائے۔</w:t>
      </w:r>
    </w:p>
    <w:p>
      <w:r>
        <w:rPr>
          <w:b/>
        </w:rPr>
        <w:t xml:space="preserve">[36:00] </w:t>
      </w:r>
      <w:r>
        <w:t>is amal ke douran insan mazeed yeh karta hai ke woh apne aap ko daryaft karta hai.</w:t>
      </w:r>
    </w:p>
    <w:p>
      <w:pPr>
        <w:jc w:val="right"/>
      </w:pPr>
      <w:r>
        <w:t>اس عمل کے دوران انسان مزید یہ کرتا ہے کہ وہ اپنے آپ کو دریافت کرتا ہے۔</w:t>
      </w:r>
    </w:p>
    <w:p>
      <w:r>
        <w:rPr>
          <w:b/>
        </w:rPr>
        <w:t xml:space="preserve">[36:05] </w:t>
      </w:r>
      <w:r>
        <w:t>is amal ya process ke douran woh yeh daryaft karta hai ke khaliq ne is ke andar kon</w:t>
      </w:r>
    </w:p>
    <w:p>
      <w:pPr>
        <w:jc w:val="right"/>
      </w:pPr>
      <w:r>
        <w:t>اس عمل یا پروسیس کے دوران وہ یہ دریافت کرتا ہے کہ خالق نے اس کے اندر کون</w:t>
      </w:r>
    </w:p>
    <w:p>
      <w:r>
        <w:rPr>
          <w:b/>
        </w:rPr>
        <w:t xml:space="preserve">[36:10] </w:t>
      </w:r>
      <w:r>
        <w:t>siفرادhi sifat rakhi hai. takhli</w:t>
      </w:r>
    </w:p>
    <w:p>
      <w:pPr>
        <w:jc w:val="right"/>
      </w:pPr>
      <w:r>
        <w:t>سی انفرادی صفت رکھی ہے۔ تخلی</w:t>
      </w:r>
    </w:p>
    <w:p>
      <w:r>
        <w:rPr>
          <w:b/>
        </w:rPr>
        <w:t xml:space="preserve">[36:15] </w:t>
      </w:r>
      <w:r>
        <w:t>q ke aitbar se har mard mister different hai aur har aurat miss different.</w:t>
      </w:r>
    </w:p>
    <w:p>
      <w:pPr>
        <w:jc w:val="right"/>
      </w:pPr>
      <w:r>
        <w:t>ق کے اعتبار سے ہر مرد مسٹر ڈفرنٹ ہے اور ہر عورت مس ڈفرنٹ۔</w:t>
      </w:r>
    </w:p>
    <w:p>
      <w:r>
        <w:rPr>
          <w:b/>
        </w:rPr>
        <w:t xml:space="preserve">[36:21] </w:t>
      </w:r>
      <w:r>
        <w:t>is munfarid shakhsiyat ko daryaft karne ke baad hi insan ki asal taameer ka kaam shuru hota hai.</w:t>
      </w:r>
    </w:p>
    <w:p>
      <w:pPr>
        <w:jc w:val="right"/>
      </w:pPr>
      <w:r>
        <w:t>اس منفرد شخصیت کو دریافت کرنے کے بعد ہی انسان کی اصل تعمیر کا کام شروع ہوتا ہے۔</w:t>
      </w:r>
    </w:p>
    <w:p>
      <w:r>
        <w:rPr>
          <w:b/>
        </w:rPr>
        <w:t xml:space="preserve">[36:27] </w:t>
      </w:r>
      <w:r>
        <w:t>industry ke culture mein aadmi ko maadaniyat jaisa ek makhlooq samjha jata hai.</w:t>
      </w:r>
    </w:p>
    <w:p>
      <w:pPr>
        <w:jc w:val="right"/>
      </w:pPr>
      <w:r>
        <w:t>انڈسٹری کے کلچر میں آدمی کو معدنیات جیسا ایک مخلوق سمجھا جاتا ہے۔</w:t>
      </w:r>
    </w:p>
    <w:p>
      <w:r>
        <w:rPr>
          <w:b/>
        </w:rPr>
        <w:t xml:space="preserve">[36:33] </w:t>
      </w:r>
      <w:r>
        <w:t>industry ka culture aadmi ko khud apni zaroorat ke mutabiq tarbiyat de kar is qabil banata hai ke</w:t>
      </w:r>
    </w:p>
    <w:p>
      <w:pPr>
        <w:jc w:val="right"/>
      </w:pPr>
      <w:r>
        <w:t>انڈسٹری کا کلچر آدمی کو خود اپنی ضرورت کے مطابق تربیت دے کر اس قابل بناتا ہے کہ</w:t>
      </w:r>
    </w:p>
    <w:p>
      <w:r>
        <w:rPr>
          <w:b/>
        </w:rPr>
        <w:t xml:space="preserve">[36:39] </w:t>
      </w:r>
      <w:r>
        <w:t>woh is ki machine ka aik</w:t>
      </w:r>
    </w:p>
    <w:p>
      <w:pPr>
        <w:jc w:val="right"/>
      </w:pPr>
      <w:r>
        <w:t>وہ اس کی مشین کا ایک</w:t>
      </w:r>
    </w:p>
    <w:p>
      <w:r>
        <w:rPr>
          <w:b/>
        </w:rPr>
        <w:t xml:space="preserve">[36:45] </w:t>
      </w:r>
      <w:r>
        <w:t>parza banne ke qabil ho sake.</w:t>
      </w:r>
    </w:p>
    <w:p>
      <w:pPr>
        <w:jc w:val="right"/>
      </w:pPr>
      <w:r>
        <w:t>پرزہ بننے کے قابل ہو سکے۔</w:t>
      </w:r>
    </w:p>
    <w:p>
      <w:r>
        <w:rPr>
          <w:b/>
        </w:rPr>
        <w:t xml:space="preserve">[36:50] </w:t>
      </w:r>
      <w:r>
        <w:t>lekin insan is industrial tasawwur se bohat ziyada hai.</w:t>
      </w:r>
    </w:p>
    <w:p>
      <w:pPr>
        <w:jc w:val="right"/>
      </w:pPr>
      <w:r>
        <w:t>لیکن انسان اس انڈسٹریل تصور سے بہت زیادہ ہے۔</w:t>
      </w:r>
    </w:p>
    <w:p>
      <w:r>
        <w:rPr>
          <w:b/>
        </w:rPr>
        <w:t xml:space="preserve">[36:55] </w:t>
      </w:r>
      <w:r>
        <w:t>insan ke andar yeh salahiyat hai ke woh apne aap ko daryaft kare aur is khud daryaft kardah</w:t>
      </w:r>
    </w:p>
    <w:p>
      <w:pPr>
        <w:jc w:val="right"/>
      </w:pPr>
      <w:r>
        <w:t>انسان کے اندر یہ صلاحیت ہے کہ وہ اپنے آپ کو دریافت کرے اور اس خود دریافت کردہ</w:t>
      </w:r>
    </w:p>
    <w:p>
      <w:r>
        <w:rPr>
          <w:b/>
        </w:rPr>
        <w:t xml:space="preserve">[37:00] </w:t>
      </w:r>
      <w:r>
        <w:t>takhleeq ke mutabiq apne aap ko aala maqsad ke liye develop kare.</w:t>
      </w:r>
    </w:p>
    <w:p>
      <w:pPr>
        <w:jc w:val="right"/>
      </w:pPr>
      <w:r>
        <w:t>تخلیق کے مطابق اپنے آپ کو اعلیٰ مقصد کے لیے ڈیولپ کرے۔</w:t>
      </w:r>
    </w:p>
    <w:p>
      <w:r>
        <w:rPr>
          <w:b/>
        </w:rPr>
        <w:t xml:space="preserve">[37:06] </w:t>
      </w:r>
      <w:r>
        <w:t>yeh aik self development ka amal yani process hai.</w:t>
      </w:r>
    </w:p>
    <w:p>
      <w:pPr>
        <w:jc w:val="right"/>
      </w:pPr>
      <w:r>
        <w:t>یہ ایک سیلف ڈیولپمنٹ کا عمل یعنی پروسیس ہے۔</w:t>
      </w:r>
    </w:p>
    <w:p>
      <w:r>
        <w:rPr>
          <w:b/>
        </w:rPr>
        <w:t xml:space="preserve">[37:11] </w:t>
      </w:r>
      <w:r>
        <w:t>yehi self development ka amal insan ko man se barha kar superman banata hai.</w:t>
      </w:r>
    </w:p>
    <w:p>
      <w:pPr>
        <w:jc w:val="right"/>
      </w:pPr>
      <w:r>
        <w:t>یہی سیلف ڈیولپمنٹ کا عمل انسان کو مین سے بڑھا کر سپر مین بناتا ہے۔</w:t>
      </w:r>
    </w:p>
    <w:p>
      <w:r>
        <w:rPr>
          <w:b/>
        </w:rPr>
        <w:t xml:space="preserve">[37:16] </w:t>
      </w:r>
      <w:r>
        <w:t>isi self development ke baad aadmi is qabil banta hai ke woh apne aap ko aala kamyabi ya</w:t>
      </w:r>
    </w:p>
    <w:p>
      <w:pPr>
        <w:jc w:val="right"/>
      </w:pPr>
      <w:r>
        <w:t>اسی سیلف ڈیولپمنٹ کے بعد آدمی اس قابل بنتا ہے کہ وہ اپنے آپ کو اعلیٰ کامیابی یا</w:t>
      </w:r>
    </w:p>
    <w:p>
      <w:r>
        <w:rPr>
          <w:b/>
        </w:rPr>
        <w:t xml:space="preserve">[37:21] </w:t>
      </w:r>
      <w:r>
        <w:t>super achievement tak le jaye.</w:t>
      </w:r>
    </w:p>
    <w:p>
      <w:pPr>
        <w:jc w:val="right"/>
      </w:pPr>
      <w:r>
        <w:t>سپر اچیومنٹ تک لے جائے۔</w:t>
      </w:r>
    </w:p>
    <w:p>
      <w:r>
        <w:rPr>
          <w:b/>
        </w:rPr>
        <w:t xml:space="preserve">[37:26] </w:t>
      </w:r>
      <w:r>
        <w:t>is lihaz se farogh wasail insani ka sab se bara amal yeh hai ke aadmi apne aap ko</w:t>
      </w:r>
    </w:p>
    <w:p>
      <w:pPr>
        <w:jc w:val="right"/>
      </w:pPr>
      <w:r>
        <w:t>اس لحاظ سے فروغ وسائل انسانی کا سب سے بڑا عمل یہ ہے کہ آدمی اپنے آپ کو</w:t>
      </w:r>
    </w:p>
    <w:p>
      <w:r>
        <w:rPr>
          <w:b/>
        </w:rPr>
        <w:t xml:space="preserve">[37:31] </w:t>
      </w:r>
      <w:r>
        <w:t>az sar nau daryaft ya rediscover kare.</w:t>
      </w:r>
    </w:p>
    <w:p>
      <w:pPr>
        <w:jc w:val="right"/>
      </w:pPr>
      <w:r>
        <w:t>از سر نوع دریافت یا ری ڈسکور کرے۔</w:t>
      </w:r>
    </w:p>
    <w:p>
      <w:r>
        <w:rPr>
          <w:b/>
        </w:rPr>
        <w:t xml:space="preserve">[37:36] </w:t>
      </w:r>
      <w:r>
        <w:t>woh phir se apni marifat hasil kare.</w:t>
      </w:r>
    </w:p>
    <w:p>
      <w:pPr>
        <w:jc w:val="right"/>
      </w:pPr>
      <w:r>
        <w:t>وہ پھر سے اپنی معرفت حاصل کرے۔</w:t>
      </w:r>
    </w:p>
    <w:p>
      <w:r>
        <w:rPr>
          <w:b/>
        </w:rPr>
        <w:t xml:space="preserve">[37:41] </w:t>
      </w:r>
      <w:r>
        <w:t>isi khud daryaft kardah marifat mein aala insani taraqqi ka ra</w:t>
      </w:r>
    </w:p>
    <w:p>
      <w:pPr>
        <w:jc w:val="right"/>
      </w:pPr>
      <w:r>
        <w:t>اسی خود دریافت کردہ معرفت میں اعلیٰ انسانی ترقی کا را</w:t>
      </w:r>
    </w:p>
    <w:p>
      <w:r>
        <w:rPr>
          <w:b/>
        </w:rPr>
        <w:t xml:space="preserve">[37:46] </w:t>
      </w:r>
      <w:r>
        <w:t>z chupa hua hai.</w:t>
      </w:r>
    </w:p>
    <w:p>
      <w:pPr>
        <w:jc w:val="right"/>
      </w:pPr>
      <w:r>
        <w:t>ز چھپا ہوا ہے۔</w:t>
      </w:r>
    </w:p>
    <w:p>
      <w:r>
        <w:rPr>
          <w:b/>
        </w:rPr>
        <w:t xml:space="preserve">[37:51] </w:t>
      </w:r>
      <w:r>
        <w:t>conditioning ka masla.</w:t>
      </w:r>
    </w:p>
    <w:p>
      <w:pPr>
        <w:jc w:val="right"/>
      </w:pPr>
      <w:r>
        <w:t>کنڈیشننگ کا مسئلہ۔</w:t>
      </w:r>
    </w:p>
    <w:p>
      <w:r>
        <w:rPr>
          <w:b/>
        </w:rPr>
        <w:t xml:space="preserve">[37:56] </w:t>
      </w:r>
      <w:r>
        <w:t>paighambar e islam ki paidaish 570 eesvi mein makka mein hui.</w:t>
      </w:r>
    </w:p>
    <w:p>
      <w:pPr>
        <w:jc w:val="right"/>
      </w:pPr>
      <w:r>
        <w:t>پیغمبر اسلام کی پیدائش 570 عیسوی میں مکہ میں ہوئی۔</w:t>
      </w:r>
    </w:p>
    <w:p>
      <w:r>
        <w:rPr>
          <w:b/>
        </w:rPr>
        <w:t xml:space="preserve">[38:01] </w:t>
      </w:r>
      <w:r>
        <w:t>aap ne nabuwat ka mission 610 eesvi mein shuru kiya.</w:t>
      </w:r>
    </w:p>
    <w:p>
      <w:pPr>
        <w:jc w:val="right"/>
      </w:pPr>
      <w:r>
        <w:t>آپ نے نبوت کا مشن 610 عیسوی میں شروع کیا۔</w:t>
      </w:r>
    </w:p>
    <w:p>
      <w:r>
        <w:rPr>
          <w:b/>
        </w:rPr>
        <w:t xml:space="preserve">[38:06] </w:t>
      </w:r>
      <w:r>
        <w:t>632 mein madine mein aap ki wafat hui.</w:t>
      </w:r>
    </w:p>
    <w:p>
      <w:pPr>
        <w:jc w:val="right"/>
      </w:pPr>
      <w:r>
        <w:t>632 میں مدینے میں آپ کی وفات ہوئی۔</w:t>
      </w:r>
    </w:p>
    <w:p>
      <w:r>
        <w:rPr>
          <w:b/>
        </w:rPr>
        <w:t xml:space="preserve">[38:11] </w:t>
      </w:r>
      <w:r>
        <w:t>wafat se kuch mah pehle aap ne Hajjat ul Wida ke mauqe par us waqt ke ahal e islam ko aam khut</w:t>
      </w:r>
    </w:p>
    <w:p>
      <w:pPr>
        <w:jc w:val="right"/>
      </w:pPr>
      <w:r>
        <w:t>وفات سے کچھ ماہ پہلے آپ نے حجۃ الوداع کے موقع پر اس وقت کے اہل اسلام کو عمومی خط</w:t>
      </w:r>
    </w:p>
    <w:p>
      <w:r>
        <w:rPr>
          <w:b/>
        </w:rPr>
        <w:t xml:space="preserve">[38:16] </w:t>
      </w:r>
      <w:r>
        <w:t>ba kiya jo bil-wasta taur par poori ummat-e-muslima se khitab ke hum ma'ni tha. is khitab ke bare mein ek riwayat in alfaaz mein aayi hai: "Inna rasul Allah sallallahu alaihi wasallam khataba al-nas yawm al-nahri fa qala ya ayyuha al-nas ayyu yawmin hadha qalu yawm haram. Fa ayyu baladin hadha q</w:t>
      </w:r>
    </w:p>
    <w:p>
      <w:pPr>
        <w:jc w:val="right"/>
      </w:pPr>
      <w:r>
        <w:t>اب کیا جو بالواسطہ طور پر پوری امت مسلمہ سے خطاب کے ہم معنی تھا۔ اس خطاب کے بارے میں ایک روایت ان الفاظ میں آئی ہے: "انا رسول اللہ صلی اللہ علیہ وسلم خطب الناس یوم النہری فقال یا ایہا الناس ایو یوم هذا قالو یوم حرام قال فایو بلد هذا ق</w:t>
      </w:r>
    </w:p>
    <w:p>
      <w:r>
        <w:rPr>
          <w:b/>
        </w:rPr>
        <w:t xml:space="preserve">[38:46] </w:t>
      </w:r>
      <w:r>
        <w:t>ba al haram qaiyo shahr hadha qalo shahr haram qai fana dimaokum wa amwalukum wa arazukum alaikum haram ka hurmati</w:t>
      </w:r>
    </w:p>
    <w:p>
      <w:pPr>
        <w:jc w:val="right"/>
      </w:pPr>
      <w:r>
        <w:t>الو بلد حرام قال فایو شہر هذا قالو شہر حرام قال فانا دماءکم واموالکم واعراضکم علیکم حرام کحرمتی</w:t>
      </w:r>
    </w:p>
    <w:p>
      <w:r>
        <w:rPr>
          <w:b/>
        </w:rPr>
        <w:t xml:space="preserve">[39:01] </w:t>
      </w:r>
      <w:r>
        <w:t>yomakum hadha fi baladakum hadha fi shahrkum hadha fa aada mararan thumma rafa rasahu fa qala allah hum hal</w:t>
      </w:r>
    </w:p>
    <w:p>
      <w:pPr>
        <w:jc w:val="right"/>
      </w:pPr>
      <w:r>
        <w:t>یومکم هذا فی بلدکم هذا فی شہرکم هذا فاعادہ مرارا ثم رفع راسہ فقال اللہم ہل</w:t>
      </w:r>
    </w:p>
    <w:p>
      <w:r>
        <w:rPr>
          <w:b/>
        </w:rPr>
        <w:t xml:space="preserve">[39:16] </w:t>
      </w:r>
      <w:r>
        <w:t>balaght allah hum hal balaght qala ibn abbas fa wallazi nafsi bi yadi innaha lawusiatun ila ummati fa li yubligh al shahi d al ghaib la</w:t>
      </w:r>
    </w:p>
    <w:p>
      <w:pPr>
        <w:jc w:val="right"/>
      </w:pPr>
      <w:r>
        <w:t>بلغت اللہم ہل بلغت قال ابن عباس فوالذی نفسی بیدہ انہا لوسیتہ الی امتی فلیبلغ الشاہد الغائب لا</w:t>
      </w:r>
    </w:p>
    <w:p>
      <w:r>
        <w:rPr>
          <w:b/>
        </w:rPr>
        <w:t xml:space="preserve">[39:26] </w:t>
      </w:r>
      <w:r>
        <w:t>tarja u ba di kufaran yadrib ba d kum riqaba ba d kum sahih bukhari abdullah bin abbas se riwayat hai ke rasool allah</w:t>
      </w:r>
    </w:p>
    <w:p>
      <w:pPr>
        <w:jc w:val="right"/>
      </w:pPr>
      <w:r>
        <w:t>ترجعوا بعدی کفارا یضرب بعضکم رقاب بعض صحیح بخاری عبداللہ بن عباس سے روایت ہے کہ رسول اللہ</w:t>
      </w:r>
    </w:p>
    <w:p>
      <w:r>
        <w:rPr>
          <w:b/>
        </w:rPr>
        <w:t xml:space="preserve">[39:36] </w:t>
      </w:r>
      <w:r>
        <w:t>sallallahu alaihi wasallam ne yom al nahr ke</w:t>
      </w:r>
    </w:p>
    <w:p>
      <w:pPr>
        <w:jc w:val="right"/>
      </w:pPr>
      <w:r>
        <w:t>صلی اللہ علیہ وسلم نے یوم النہر کے</w:t>
      </w:r>
    </w:p>
    <w:p>
      <w:r>
        <w:rPr>
          <w:b/>
        </w:rPr>
        <w:t xml:space="preserve">[39:46] </w:t>
      </w:r>
      <w:r>
        <w:t>din khutba diya.</w:t>
      </w:r>
    </w:p>
    <w:p>
      <w:pPr>
        <w:jc w:val="right"/>
      </w:pPr>
      <w:r>
        <w:t>دن خطبہ دیا۔</w:t>
      </w:r>
    </w:p>
    <w:p>
      <w:r>
        <w:rPr>
          <w:b/>
        </w:rPr>
        <w:t xml:space="preserve">[39:52] </w:t>
      </w:r>
      <w:r>
        <w:t>aap ne poocha ke aeh logon yeh kaun sa din hai? logon ne jawab diya yeh yom-e-haraam hai.</w:t>
      </w:r>
    </w:p>
    <w:p>
      <w:pPr>
        <w:jc w:val="right"/>
      </w:pPr>
      <w:r>
        <w:t>آپ نے پوچھا کہ اے لوگوں یہ کون سا دن ہے؟ لوگوں نے جواب دیا یہ یوم حرام ہے۔</w:t>
      </w:r>
    </w:p>
    <w:p>
      <w:r>
        <w:rPr>
          <w:b/>
        </w:rPr>
        <w:t xml:space="preserve">[39:58] </w:t>
      </w:r>
      <w:r>
        <w:t>aap ne poocha ke yeh kaun sa shehar hai? logon ne jawab diya yeh shehar haraam hai.</w:t>
      </w:r>
    </w:p>
    <w:p>
      <w:pPr>
        <w:jc w:val="right"/>
      </w:pPr>
      <w:r>
        <w:t>آپ نے پوچھا کہ یہ کون سا شہر ہے؟ لوگوں نے جواب دیا یہ شہر حرام ہے۔</w:t>
      </w:r>
    </w:p>
    <w:p>
      <w:r>
        <w:rPr>
          <w:b/>
        </w:rPr>
        <w:t xml:space="preserve">[40:04] </w:t>
      </w:r>
      <w:r>
        <w:t>aap ne poocha ke yeh kaun sa mahina hai? logon ne jawab diya yeh haraam ka mahina hai.</w:t>
      </w:r>
    </w:p>
    <w:p>
      <w:pPr>
        <w:jc w:val="right"/>
      </w:pPr>
      <w:r>
        <w:t>آپ نے پوچھا کہ یہ کون سا مہینہ ہے؟ لوگوں نے جواب دیا یہ حرام کا مہینہ ہے۔</w:t>
      </w:r>
    </w:p>
    <w:p>
      <w:r>
        <w:rPr>
          <w:b/>
        </w:rPr>
        <w:t xml:space="preserve">[40:10] </w:t>
      </w:r>
      <w:r>
        <w:t>aap ne farmaya tumhara khoon aur tumhare maal aur tumhari aabroo tum par haraam hai jis tarah yeh</w:t>
      </w:r>
    </w:p>
    <w:p>
      <w:pPr>
        <w:jc w:val="right"/>
      </w:pPr>
      <w:r>
        <w:t>آپ نے فرمایا تمہارا خون اور تمہارے مال اور تمہاری ابرو تم پر حرام ہے جس طرح یہ</w:t>
      </w:r>
    </w:p>
    <w:p>
      <w:r>
        <w:rPr>
          <w:b/>
        </w:rPr>
        <w:t xml:space="preserve">[40:16] </w:t>
      </w:r>
      <w:r>
        <w:t>din tumhare is shahar mein aur tumhare is mahine mein haram hai. Aap ne yeh kalimat chand bar dohraaye phir apna sar aasman ki taraf.</w:t>
      </w:r>
    </w:p>
    <w:p>
      <w:pPr>
        <w:jc w:val="right"/>
      </w:pPr>
      <w:r>
        <w:t>دن تمہارے اس شہر میں اور تمہارے اس مہینے میں حرام ہے۔ آپ نے یہ کلمات چند بار دہرائے پھر اپنا سر اسمان کی طرف۔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