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AL RISALA MARCH 2017 AUDIO</w:t>
      </w:r>
    </w:p>
    <w:p>
      <w:r>
        <w:t>https://www.youtube.com/watch?v=HR5kDSwlscs</w:t>
      </w:r>
    </w:p>
    <w:p>
      <w:r>
        <w:rPr>
          <w:b/>
        </w:rPr>
        <w:t xml:space="preserve">[00:01] </w:t>
      </w:r>
      <w:r>
        <w:t>Al-Risalah, March 2017. Islam kya hai? Islam ka lafzi matlab it'aat hai, magar yeh it'aat jabri nahi hai balke woh ikhtiyari hai.</w:t>
      </w:r>
    </w:p>
    <w:p>
      <w:pPr>
        <w:jc w:val="right"/>
      </w:pPr>
      <w:r>
        <w:t>الرسالہ، مارچ 2017۔ اسلام کیا ہے؟ اسلام کا لفظی مطلب اطاعت ہے، مگر یہ اطاعت جبری نہیں ہے بلکہ وہ اختیاری ہے۔</w:t>
      </w:r>
    </w:p>
    <w:p>
      <w:r>
        <w:rPr>
          <w:b/>
        </w:rPr>
        <w:t xml:space="preserve">[00:16] </w:t>
      </w:r>
      <w:r>
        <w:t>Insaan ko is ke paida karne wale ne aazad makhlooq ki hesiyat se paida kiya hai. Insaan ko is dunya mein apne ikhtiyar ko istemal karne ke aitbar se kamil aazadi hasil hai.</w:t>
      </w:r>
    </w:p>
    <w:p>
      <w:pPr>
        <w:jc w:val="right"/>
      </w:pPr>
      <w:r>
        <w:t>انسان کو اس کے پیدا کرنے والے نے آزاد مخلوق کی حیثیت سے پیدا کیا ہے۔ انسان کو اس دنیا میں اپنے اختیار کو استعمال کرنے کے اعتبار سے کامل آزادی حاصل ہے۔</w:t>
      </w:r>
    </w:p>
    <w:p>
      <w:r>
        <w:rPr>
          <w:b/>
        </w:rPr>
        <w:t xml:space="preserve">[00:32] </w:t>
      </w:r>
      <w:r>
        <w:t>Woh jis tarah chahe soche aur jis tarah chahe kare. Is aitbar se yeh kehna sahi hoga ke Islam ek khud-inzibati nizam, yaani self-imposed discipline ka naam hai.</w:t>
      </w:r>
    </w:p>
    <w:p>
      <w:pPr>
        <w:jc w:val="right"/>
      </w:pPr>
      <w:r>
        <w:t>وہ جس طرح چاہے سوچے اور جس طرح چاہے کرے۔ اس اعتبار سے یہ کہنا صحیح ہوگا کہ اسلام ایک خود انضباطی نظام، یعنی سیلف امپوزڈ ڈسپلن کا نام ہے۔</w:t>
      </w:r>
    </w:p>
    <w:p>
      <w:r>
        <w:rPr>
          <w:b/>
        </w:rPr>
        <w:t xml:space="preserve">[00:48] </w:t>
      </w:r>
      <w:r>
        <w:t>Khalik ne insaan ko paighambar ke zariye jo deen bheja, us ki hesiyat raahnuma guide ki hai.</w:t>
      </w:r>
    </w:p>
    <w:p>
      <w:pPr>
        <w:jc w:val="right"/>
      </w:pPr>
      <w:r>
        <w:t>خالق نے انسان کو پیغمبر کے ذریعے جو دین بھیجا، اس کی حیثیت رہنما گائیڈ کی ہے۔</w:t>
      </w:r>
    </w:p>
    <w:p>
      <w:r>
        <w:rPr>
          <w:b/>
        </w:rPr>
        <w:t xml:space="preserve">[00:57] </w:t>
      </w:r>
      <w:r>
        <w:t>Lekin faisla phir bhi insaan ke apne ikhtiyar mein hai. Is raahnuma guide ka kaam insaan ko sirf yeh batana hai ke sahi kya hai aur galat kya, lekin yeh raahnuma guide insaan par kisi qism ka jabr qaim nahi karta.</w:t>
      </w:r>
    </w:p>
    <w:p>
      <w:pPr>
        <w:jc w:val="right"/>
      </w:pPr>
      <w:r>
        <w:t>لیکن فیصلہ پھر بھی انسان کے اپنے اختیار میں ہے۔ اس رہنما گائیڈ کا کام انسان کو صرف یہ بتانا ہے کہ صحیح کیا ہے اور غلط کیا، لیکن یہ رہنما گائیڈ انسان پر کسی قسم کا جبر قائم نہیں کرتا۔</w:t>
      </w:r>
    </w:p>
    <w:p>
      <w:r>
        <w:rPr>
          <w:b/>
        </w:rPr>
        <w:t xml:space="preserve">[01:18] </w:t>
      </w:r>
      <w:r>
        <w:t>Insaan ki zindagi ka yahi woh pehlu hai jis ki bina par is ko khaleefa kaha gaya hai. Khaleefa ka lughwi matlab hai baat ko aane wala, successor, lekin mafhoom ke aitbar se is ka matlab hai aazad makhlooq.</w:t>
      </w:r>
    </w:p>
    <w:p>
      <w:pPr>
        <w:jc w:val="right"/>
      </w:pPr>
      <w:r>
        <w:t>انسان کی زندگی کا یہی وہ پہلو ہے جس کی بنا پر اس کو خلیفہ کہا گیا ہے۔ خلیفہ کا لغوی مطلب ہے بات کو آنے والا، سکسیسر، لیکن مفہوم کے اعتبار سے اس کا مطلب ہے آزاد مخلوق۔</w:t>
      </w:r>
    </w:p>
    <w:p>
      <w:r>
        <w:rPr>
          <w:b/>
        </w:rPr>
        <w:t xml:space="preserve">[01:37] </w:t>
      </w:r>
      <w:r>
        <w:t>Isi aazadi ke sahi ya galat istemal par insaan ke abadi mustaqbil ka faisla hone wala hai. Insaan ko aazadi to hasil hai lekin is ko kisi qism ka iqtidaar hasil nahi.</w:t>
      </w:r>
    </w:p>
    <w:p>
      <w:pPr>
        <w:jc w:val="right"/>
      </w:pPr>
      <w:r>
        <w:t>اسی آزادی کے صحیح یا غلط استعمال پر انسان کے ابدی مستقبل کا فیصلہ ہونے والا ہے۔ انسان کو آزادی تو حاصل ہے لیکن اس کو کسی قسم کا اقتدار حاصل نہیں۔</w:t>
      </w:r>
    </w:p>
    <w:p>
      <w:r>
        <w:rPr>
          <w:b/>
        </w:rPr>
        <w:t xml:space="preserve">[01:53] </w:t>
      </w:r>
      <w:r>
        <w:t>Aazadi ke aitbar se is ko be-roka-tok aazadi mili hui hai, lekin iqtidaar ke aitbar se is ko kisi qism ki zaati taqat hasil nahi.</w:t>
      </w:r>
    </w:p>
    <w:p>
      <w:pPr>
        <w:jc w:val="right"/>
      </w:pPr>
      <w:r>
        <w:t>آزادی کے اعتبار سے اس کو بے روک ٹوک آزادی ملی ہوئی ہے، لیکن اقتدار کے اعتبار سے اس کو کسی قسم کی ذاتی طاقت حاصل نہیں۔</w:t>
      </w:r>
    </w:p>
    <w:p>
      <w:r>
        <w:rPr>
          <w:b/>
        </w:rPr>
        <w:t xml:space="preserve">[02:06] </w:t>
      </w:r>
      <w:r>
        <w:t>Yahi woh farq hai jis ki bina par tamam insaan amalan ehsas-e-mehroomi mein jeete hain, kyunke insaan jo kuch chahta hai us ko hasil karne par woh qadir nahi.</w:t>
      </w:r>
    </w:p>
    <w:p>
      <w:pPr>
        <w:jc w:val="right"/>
      </w:pPr>
      <w:r>
        <w:t>یہی وہ فرق ہے جس کی بنا پر تمام انسان عملاً احساس محرومی میں جیتے ہیں، کیونکہ انسان جو کچھ چاہتا ہے اس کو حاصل کرنے پر وہ قادر نہیں۔</w:t>
      </w:r>
    </w:p>
    <w:p>
      <w:r>
        <w:rPr>
          <w:b/>
        </w:rPr>
        <w:t xml:space="preserve">[02:21] </w:t>
      </w:r>
      <w:r>
        <w:t>Yahi maqam shaitan ke liye insaan ke andar dakhle ka maqam, yaani entry point hai. Shaitan is haqeeqat se ba-khabar tha.</w:t>
      </w:r>
    </w:p>
    <w:p>
      <w:pPr>
        <w:jc w:val="right"/>
      </w:pPr>
      <w:r>
        <w:t>یہی مقام شیطان کے لیے انسان کے اندر داخلے کا مقام، یعنی انٹری پوائنٹ ہے۔ شیطان اس حقیقت سے باخبر تھا۔</w:t>
      </w:r>
    </w:p>
    <w:p>
      <w:r>
        <w:rPr>
          <w:b/>
        </w:rPr>
        <w:t xml:space="preserve">[02:32] </w:t>
      </w:r>
      <w:r>
        <w:t>Isi liye us ne aaghaz-e-insaniyat mein Allah Rabb-ul-Alameen se kaha tha: "Wa la tajidu aktharahum shakirina", yaani aur tu un mein se aksar ko shukr karne wala na payega.</w:t>
      </w:r>
    </w:p>
    <w:p>
      <w:pPr>
        <w:jc w:val="right"/>
      </w:pPr>
      <w:r>
        <w:t>اسی لیے اس نے آغاز انسانیت میں اللہ رب العالمین سے کہا تھا: "ولا تجدوا اکثرهم شاکرین"، یعنی اور تو ان میں سے اکثر کو شکر کرنے والا نہ پائے گا۔</w:t>
      </w:r>
    </w:p>
    <w:p>
      <w:r>
        <w:rPr>
          <w:b/>
        </w:rPr>
        <w:t xml:space="preserve">[02:49] </w:t>
      </w:r>
      <w:r>
        <w:t>Yahi woh haqeeqat hai jis ko janne ka naam imaan, yaani ma'rifat hai, aur yahi woh haqeeqat hai jis ke mutabiq zindagi guzarne ka naam amal-e-salih hai.</w:t>
      </w:r>
    </w:p>
    <w:p>
      <w:pPr>
        <w:jc w:val="right"/>
      </w:pPr>
      <w:r>
        <w:t>یہی وہ حقیقت ہے جس کو جاننے کا نام ایمان، یعنی معرفت ہے، اور یہی وہ حقیقت ہے جس کے مطابق زندگی گزارنے کا نام عمل صالح ہے۔</w:t>
      </w:r>
    </w:p>
    <w:p>
      <w:r>
        <w:rPr>
          <w:b/>
        </w:rPr>
        <w:t xml:space="preserve">[03:06] </w:t>
      </w:r>
      <w:r>
        <w:t>Inaamaat-e-Khudawandi. Quran ki Surah Al-Hadid ki ek aayat yeh hai: "Laqad arsalna rusulana bil bayyinat, wa anzalna ma'ahum al-kitaba wal mizana,</w:t>
      </w:r>
    </w:p>
    <w:p>
      <w:pPr>
        <w:jc w:val="right"/>
      </w:pPr>
      <w:r>
        <w:t>انعامات خداوندی۔ قرآن کی سورہ الحدید کی ایک آیت یہ ہے: "لقد أرسلنا رسلنا بالبینات، وأنزلنا معهم الكتاب والميزان،</w:t>
      </w:r>
    </w:p>
    <w:p>
      <w:r>
        <w:rPr>
          <w:b/>
        </w:rPr>
        <w:t xml:space="preserve">[03:23] </w:t>
      </w:r>
      <w:r>
        <w:t>li yaquma an nasu bil qist, wa anzalna al hadida fihi ba sun shadeedun wa manafi u lin nas, wa li ya lam Allahu man yansuruhu</w:t>
      </w:r>
    </w:p>
    <w:p>
      <w:pPr>
        <w:jc w:val="right"/>
      </w:pPr>
      <w:r>
        <w:t>ليقوم الناس بالقسط، وأنزلنا الحدید فیہ بعث شدید ومنافع للناس، ولیعلم اللہ منینصرہ</w:t>
      </w:r>
    </w:p>
    <w:p>
      <w:r>
        <w:rPr>
          <w:b/>
        </w:rPr>
        <w:t xml:space="preserve">[03:37] </w:t>
      </w:r>
      <w:r>
        <w:t>wa rusulahu bil ghayb, inna Allahu qawiyyun aziz", yani hum ne apne rasoolon ko nishaniyon ke sath bheja aur un</w:t>
      </w:r>
    </w:p>
    <w:p>
      <w:pPr>
        <w:jc w:val="right"/>
      </w:pPr>
      <w:r>
        <w:t>ورسله بالغیب، إن الله قوی عزیز"، یعنی ہم نے اپنے رسولوں کو نشانیوں کے ساتھ بھیجا اور ان</w:t>
      </w:r>
    </w:p>
    <w:p>
      <w:r>
        <w:rPr>
          <w:b/>
        </w:rPr>
        <w:t xml:space="preserve">[03:49] </w:t>
      </w:r>
      <w:r>
        <w:t>ke sath utara kitab aur tarazu, ta ke log insaaf par qaim hon.</w:t>
      </w:r>
    </w:p>
    <w:p>
      <w:pPr>
        <w:jc w:val="right"/>
      </w:pPr>
      <w:r>
        <w:t>کے ساتھ اتارا کتاب اور ترازو، تاکہ لوگ انصاف پر قائم ہوں۔</w:t>
      </w:r>
    </w:p>
    <w:p>
      <w:r>
        <w:rPr>
          <w:b/>
        </w:rPr>
        <w:t xml:space="preserve">[03:57] </w:t>
      </w:r>
      <w:r>
        <w:t>Aur hum ne loha utara jis mein badi quwwat hai aur logon ke liye faayde hain, aur ta ke Allah jaan le ke kaun us ki aur us ke rasoolon ki madad karta hai bin dekhe.</w:t>
      </w:r>
    </w:p>
    <w:p>
      <w:pPr>
        <w:jc w:val="right"/>
      </w:pPr>
      <w:r>
        <w:t>اور ہم نے لوہا اتارا جس میں بڑی قوت ہے اور لوگوں کے لیے فائدے ہیں، اور تاکہ اللہ جان لے کہ کون اس کی اور اس کے رسولوں کی مدد کرتا ہے بن دیکھے۔</w:t>
      </w:r>
    </w:p>
    <w:p>
      <w:r>
        <w:rPr>
          <w:b/>
        </w:rPr>
        <w:t xml:space="preserve">[04:11] </w:t>
      </w:r>
      <w:r>
        <w:t>Beshaq Allah taqat wala, zabardast hai. Aayat ke aakhri hisse mein Allah ki do sifaton, Qawi aur Aziz, All Strong, All Mighty ka zikr hai.</w:t>
      </w:r>
    </w:p>
    <w:p>
      <w:pPr>
        <w:jc w:val="right"/>
      </w:pPr>
      <w:r>
        <w:t>بے شک اللہ طاقت والا، زبردست ہے۔ آیت کے آخری حصے میں اللہ کی دو صفتوں، قوی اور عزیز، آل سٹرونگ، آل مائٹی کا ذکر ہے۔</w:t>
      </w:r>
    </w:p>
    <w:p>
      <w:r>
        <w:rPr>
          <w:b/>
        </w:rPr>
        <w:t xml:space="preserve">[04:25] </w:t>
      </w:r>
      <w:r>
        <w:t>Is mein yeh ishara paya jata hai ke Quran ki is aayat mein Allah ki kamil aur jaame nemat'on ka bayan hai.</w:t>
      </w:r>
    </w:p>
    <w:p>
      <w:pPr>
        <w:jc w:val="right"/>
      </w:pPr>
      <w:r>
        <w:t>اس میں یہ اشارہ پایا جاتا ہے کہ قرآن کی اس آیت میں اللہ کی کامل اور جامع نعمتوں کا بیان ہے۔</w:t>
      </w:r>
    </w:p>
    <w:p>
      <w:r>
        <w:rPr>
          <w:b/>
        </w:rPr>
        <w:t xml:space="preserve">[04:34] </w:t>
      </w:r>
      <w:r>
        <w:t>Is aitbar se yeh aayat behad ahmiyat ki hamil hai. Quran ki is aayat mein insaan ke upar Allah ki do bari nemat'on ka zikr hai.</w:t>
      </w:r>
    </w:p>
    <w:p>
      <w:pPr>
        <w:jc w:val="right"/>
      </w:pPr>
      <w:r>
        <w:t>اس اعتبار سے یہ آیت بے حد اہمیت کی حامل ہے۔ قرآن کی اس آیت میں انسان کے اوپر اللہ کی دو بڑی نعمتوں کا ذکر ہے۔</w:t>
      </w:r>
    </w:p>
    <w:p>
      <w:r>
        <w:rPr>
          <w:b/>
        </w:rPr>
        <w:t xml:space="preserve">[04:47] </w:t>
      </w:r>
      <w:r>
        <w:t>in do bari nematon ke zariye insan ke liye tamam sa'adaton ke darwaze khole gaye hain. insan ko dunya aur akhirat mein taraqqi ke liye jo kuch darkar hai woh sab ayat mein bata diya gaya hai,</w:t>
      </w:r>
    </w:p>
    <w:p>
      <w:pPr>
        <w:jc w:val="right"/>
      </w:pPr>
      <w:r>
        <w:t>ان دو بڑی نعمتوں کے ذریعے انسان کے لیے تمام سعادتوں کے دروازے کھولے گئے ہیں۔ انسان کو دنیا اور آخرت میں ترقی کے لیے جو کچھ درکار ہے وہ سب آیت میں بتا دیا گیا ہے،</w:t>
      </w:r>
    </w:p>
    <w:p>
      <w:r>
        <w:rPr>
          <w:b/>
        </w:rPr>
        <w:t xml:space="preserve">[05:05] </w:t>
      </w:r>
      <w:r>
        <w:t>tahke insan ghaur kar ke in ko samjhe aur sahi spirit ke sath in ko apne haq mein istemal kar sake.</w:t>
      </w:r>
    </w:p>
    <w:p>
      <w:pPr>
        <w:jc w:val="right"/>
      </w:pPr>
      <w:r>
        <w:t>تاکہ انسان غور کر کے ان کو سمجھے اور صحیح اسپرٹ کے ساتھ ان کو اپنے حق میں استعمال کرے۔</w:t>
      </w:r>
    </w:p>
    <w:p>
      <w:r>
        <w:rPr>
          <w:b/>
        </w:rPr>
        <w:t xml:space="preserve">[05:14] </w:t>
      </w:r>
      <w:r>
        <w:t>quran ki is ayat mein rasool se murad peghambar, yani prophet hain. bayyināt se murad woh mo'jiz nishaniyan hain jo yeh sabit karne ke liye hain ke peghambar haqeeqi ma'non mein Allah ka peghambar hain.</w:t>
      </w:r>
    </w:p>
    <w:p>
      <w:pPr>
        <w:jc w:val="right"/>
      </w:pPr>
      <w:r>
        <w:t>قرآن کی اس آیت میں رسول سے مراد پیغمبر، یعنی پرافٹ ہیں۔ بینات سے مراد وہ معجز نشانیاں ہیں جو یہ ثابت کرنے کے لیے ہیں کہ پیغمبر حقیقی معنوں میں اللہ کا پیغمبر ہے۔</w:t>
      </w:r>
    </w:p>
    <w:p>
      <w:r>
        <w:rPr>
          <w:b/>
        </w:rPr>
        <w:t xml:space="preserve">[05:32] </w:t>
      </w:r>
      <w:r>
        <w:t>yeh mo'jiz nishaniyan aisi hain jo har zi aqal insan ko yeh man'ne par majaboor karti hain ke woh shakhs yaqeenan Allah ka numainda hai.</w:t>
      </w:r>
    </w:p>
    <w:p>
      <w:pPr>
        <w:jc w:val="right"/>
      </w:pPr>
      <w:r>
        <w:t>یہ معجز نشانیاں ایسی ہیں جو ہر ذی عقل انسان کو یہ ماننے پر مجبور کرتی ہیں کہ وہ شخص یقیناً اللہ کا نمائندہ ہے۔</w:t>
      </w:r>
    </w:p>
    <w:p>
      <w:r>
        <w:rPr>
          <w:b/>
        </w:rPr>
        <w:t xml:space="preserve">[05:46] </w:t>
      </w:r>
      <w:r>
        <w:t>ab agar koi shakhs peghambar ka inkar karta hai to us ke paas apne inkar ka koi jawaz, yani justification, maujood nahin.</w:t>
      </w:r>
    </w:p>
    <w:p>
      <w:pPr>
        <w:jc w:val="right"/>
      </w:pPr>
      <w:r>
        <w:t>اب اگر کوئی شخص پیغمبر کا انکار کرتا ہے تو اس کے پاس اپنے انکار کا کوئی جواز، یعنی جسٹیفیکیشن، موجود نہیں۔</w:t>
      </w:r>
    </w:p>
    <w:p>
      <w:r>
        <w:rPr>
          <w:b/>
        </w:rPr>
        <w:t xml:space="preserve">[05:58] </w:t>
      </w:r>
      <w:r>
        <w:t>qist se murad wohi cheez hai jis ko doosre maqam par sirat-e-mustaqeem kaha gaya hai, yani dunya mein zindagi guzarnay ka woh rasta jo khalq ke nazdeek maqbool rasta hai.</w:t>
      </w:r>
    </w:p>
    <w:p>
      <w:pPr>
        <w:jc w:val="right"/>
      </w:pPr>
      <w:r>
        <w:t>قسط سے مراد وہی چیز ہے جس کو دوسرے مقام پر صراط مستقیم کہا گیا ہے، یعنی دنیا میں زندگی گزارنے کا وہ راستہ جو خالق کے نزدیک مقبول راستہ ہے۔</w:t>
      </w:r>
    </w:p>
    <w:p>
      <w:r>
        <w:rPr>
          <w:b/>
        </w:rPr>
        <w:t xml:space="preserve">[06:14] </w:t>
      </w:r>
      <w:r>
        <w:t>qist, yani justice ke sath yahan la-yakhum ka lafz aya hai, yani is se murad kisi fard ka khud apni zindagi mein qist ka peero banna.</w:t>
      </w:r>
    </w:p>
    <w:p>
      <w:pPr>
        <w:jc w:val="right"/>
      </w:pPr>
      <w:r>
        <w:t>قسط، یعنی جسٹس کے ساتھ یہاں لیکومہ کا لفظ آیا ہے، یعنی اس سے مراد کسی فرد کا خود اپنی زندگی میں قسط کا پیرو بننا۔</w:t>
      </w:r>
    </w:p>
    <w:p>
      <w:r>
        <w:rPr>
          <w:b/>
        </w:rPr>
        <w:t xml:space="preserve">[06:27] </w:t>
      </w:r>
      <w:r>
        <w:t>is ka matlab yeh nahin hai ke aadmi qist ka jhanda uthaye aur siyasi iqtadar hasil kar ke qist ko logon ke oopar nafiz, yani implement kare.</w:t>
      </w:r>
    </w:p>
    <w:p>
      <w:pPr>
        <w:jc w:val="right"/>
      </w:pPr>
      <w:r>
        <w:t>اس کا مطلب یہ نہیں ہے کہ آدمی قسط کا جھنڈا اٹھائے اور سیاسی اقتدار حاصل کر کے قسط کو لوگوں کے اوپر نافذ، یعنی امپلیمنٹ کرے۔</w:t>
      </w:r>
    </w:p>
    <w:p>
      <w:r>
        <w:rPr>
          <w:b/>
        </w:rPr>
        <w:t xml:space="preserve">[06:40] </w:t>
      </w:r>
      <w:r>
        <w:t>nahvi aitbar se yeh ke qist ka hukum yahan lazim ke sighay mein hai, woh muta'addi ke sighay mein nahin.</w:t>
      </w:r>
    </w:p>
    <w:p>
      <w:pPr>
        <w:jc w:val="right"/>
      </w:pPr>
      <w:r>
        <w:t>نحوی اعتبار سے یہ کہ قسط کا حکم یہاں لازم کے صیغے میں ہے، وہ متعدی کے صیغے میں نہیں۔</w:t>
      </w:r>
    </w:p>
    <w:p>
      <w:r>
        <w:rPr>
          <w:b/>
        </w:rPr>
        <w:t xml:space="preserve">[06:49] </w:t>
      </w:r>
      <w:r>
        <w:t>hadid ka lafzi matlab loha, yani iron hai. ghaur karne se maloom hota hai ke yahan hadid ka lafz ghāliban elamati taur par aya hai, yani is se murad woh cheezain hain jin ko maujooda zamane mein technology kaha jata hai.</w:t>
      </w:r>
    </w:p>
    <w:p>
      <w:pPr>
        <w:jc w:val="right"/>
      </w:pPr>
      <w:r>
        <w:t>حدید کا لفظی مطلب لوہا، یعنی آئرن ہے۔ غور کرنے سے معلوم ہوتا ہے کہ یہاں حدید کا لفظ غالباً علامتی طور پر آیا ہے، یعنی اس سے مراد وہ چیزیں ہیں جن کو موجودہ زمانے میں ٹیکنالوجی کہا جاتا ہے۔</w:t>
      </w:r>
    </w:p>
    <w:p>
      <w:r>
        <w:rPr>
          <w:b/>
        </w:rPr>
        <w:t xml:space="preserve">[07:08] </w:t>
      </w:r>
      <w:r>
        <w:t>technology ki tareef yeh ki gayi hai: "the branch of knowledge, dealing with engineering or applied sciences".</w:t>
      </w:r>
    </w:p>
    <w:p>
      <w:pPr>
        <w:jc w:val="right"/>
      </w:pPr>
      <w:r>
        <w:t>ٹیکنالوجی کی تعریف یہ کی گئی ہے: "دا برانچ آف نالج، ڈیلنگ ود انجینئرنگ اور اپلائیڈ سائنسز"۔</w:t>
      </w:r>
    </w:p>
    <w:p>
      <w:r>
        <w:rPr>
          <w:b/>
        </w:rPr>
        <w:t xml:space="preserve">[07:17] </w:t>
      </w:r>
      <w:r>
        <w:t>hadid ek elamati lafz hai. is se murad woh tamam ma'daniyat hain jin ko istemal kar ke maujooda zamane ki mashinein banti hain, aur un ko door-e-jadeed ki sargarmiyon mein istemal kiya jata hai.</w:t>
      </w:r>
    </w:p>
    <w:p>
      <w:pPr>
        <w:jc w:val="right"/>
      </w:pPr>
      <w:r>
        <w:t>حدید ایک علامتی لفظ ہے۔ اس سے مراد وہ تمام معدنیات ہیں جن کو استعمال کر کے موجودہ زمانے کی مشینیں بنتی ہیں، اور ان کو دور جدید کی سرگرمیوں میں استعمال کیا جاتا ہے۔</w:t>
      </w:r>
    </w:p>
    <w:p>
      <w:r>
        <w:rPr>
          <w:b/>
        </w:rPr>
        <w:t xml:space="preserve">[07:37] </w:t>
      </w:r>
      <w:r>
        <w:t>awwal al-muslimin. quran mein ek hukum in alfaz mein aya hai: "wa ana awwal al-muslimin".</w:t>
      </w:r>
    </w:p>
    <w:p>
      <w:pPr>
        <w:jc w:val="right"/>
      </w:pPr>
      <w:r>
        <w:t>اول المسلمین۔ قرآن میں ایک حکم ان الفاظ میں آیا ہے: "وأنا أول المسلمين"۔</w:t>
      </w:r>
    </w:p>
    <w:p>
      <w:r>
        <w:rPr>
          <w:b/>
        </w:rPr>
        <w:t xml:space="preserve">[07:48] </w:t>
      </w:r>
      <w:r>
        <w:t>yahan awwal al-muslimin ka lafz aya hai. is ayat ka lafzi tarjuma yeh hoga ke main pehla muslim, yani first muslim banun.</w:t>
      </w:r>
    </w:p>
    <w:p>
      <w:pPr>
        <w:jc w:val="right"/>
      </w:pPr>
      <w:r>
        <w:t>یہاں اول المسلمین کا لفظ آیا ہے۔ اس آیت کا لفظی ترجمہ یہ ہوگا کہ میں پہلا مسلم، یعنی فرسٹ مسلم بنوں۔</w:t>
      </w:r>
    </w:p>
    <w:p>
      <w:r>
        <w:rPr>
          <w:b/>
        </w:rPr>
        <w:t xml:space="preserve">[08:00] </w:t>
      </w:r>
      <w:r>
        <w:t>magar quran ki is ayat ko lafzi ma'ne mein nahin liya ja sakta, kyunke jis waqt yeh ayat utri us waqt bahut se log Islam qabool kar chuke the, aur aap ki ahliya Hazrat Khadija ne to aeen usi din Islam qabool kiya tha jab ke Allah ne aap ko apna Rasool muqarrar farmaya.</w:t>
      </w:r>
    </w:p>
    <w:p>
      <w:pPr>
        <w:jc w:val="right"/>
      </w:pPr>
      <w:r>
        <w:t>مگر قرآن کی اس آیت کو لفظی معنی میں نہیں لیا جا سکتا، کیونکہ جس وقت یہ آیت اتری اس وقت بہت سے لوگ اسلام قبول کر چکے تھے، اور آپ کی اہلیہ حضرت خدیجہ نے تو عین اسی دن اسلام قبول کیا تھا جب کہ اللہ نے آپ کو اپنا رسول مقرر فرمایا۔</w:t>
      </w:r>
    </w:p>
    <w:p>
      <w:r>
        <w:rPr>
          <w:b/>
        </w:rPr>
        <w:t xml:space="preserve">[08:25] </w:t>
      </w:r>
      <w:r>
        <w:t>haqiqat yeh hai ke awwal al-muslimin ya awwal man aslama ki ayāt lafzi ma'ne mein nahin balkeh woh azm ke ma'ne mein hain, yani spirit ke ma'ne mein.</w:t>
      </w:r>
    </w:p>
    <w:p>
      <w:pPr>
        <w:jc w:val="right"/>
      </w:pPr>
      <w:r>
        <w:t>حقیقت یہ ہے کہ اول المسلمین یا اول من اسلمہ کی آیات لفظی معنی میں نہیں بلکہ وہ عزم کے معنی میں ہیں، یعنی سپرٹ کے معنی میں۔</w:t>
      </w:r>
    </w:p>
    <w:p>
      <w:r>
        <w:rPr>
          <w:b/>
        </w:rPr>
        <w:t xml:space="preserve">[08:38] </w:t>
      </w:r>
      <w:r>
        <w:t>yeh isi spirit ka izhar tha jis ko angrezi zaban mein in alfaz mein bayan kiya jata hai: "I will do it".</w:t>
      </w:r>
    </w:p>
    <w:p>
      <w:pPr>
        <w:jc w:val="right"/>
      </w:pPr>
      <w:r>
        <w:t>یہ اسی اسپرٹ کا اظہار تھا جس کو انگریزی زبان میں ان الفاظ میں بیان کیا جاتا ہے: "آئی ویل ڈو اٹ"۔</w:t>
      </w:r>
    </w:p>
    <w:p>
      <w:r>
        <w:rPr>
          <w:b/>
        </w:rPr>
        <w:t xml:space="preserve">[08:48] </w:t>
      </w:r>
      <w:r>
        <w:t>haqiqat yeh hai ke yeh ek ba-azm sahib-e-mishan ka kalma hai. woh sahib-e-mishan ke yaqeen aur azm ko batata hai.</w:t>
      </w:r>
    </w:p>
    <w:p>
      <w:pPr>
        <w:jc w:val="right"/>
      </w:pPr>
      <w:r>
        <w:t>حقیقت یہ ہے کہ یہ ایک باعزم صاحب مشن کا کلمہ ہے۔ وہ صاحب مشن کے یقین اور عزم کو بتاتا ہے۔</w:t>
      </w:r>
    </w:p>
    <w:p>
      <w:r>
        <w:rPr>
          <w:b/>
        </w:rPr>
        <w:t xml:space="preserve">[08:58] </w:t>
      </w:r>
      <w:r>
        <w:t>yeh kalma sahib-e-mishan ki us spirit ko batata hai ke agar koi mera sath na de tab bhi main is kaam ko anjam doonga.</w:t>
      </w:r>
    </w:p>
    <w:p>
      <w:pPr>
        <w:jc w:val="right"/>
      </w:pPr>
      <w:r>
        <w:t>یہ کلمہ صاحب مشن کی اس اسپرٹ کو بتاتا ہے کہ اگر کوئی میرا ساتھ نہ دے تب بھی میں اس کام کو انجام دوں گا۔</w:t>
      </w:r>
    </w:p>
    <w:p>
      <w:r>
        <w:rPr>
          <w:b/>
        </w:rPr>
        <w:t xml:space="preserve">[09:10] </w:t>
      </w:r>
      <w:r>
        <w:t>agar koi shakhs mera saathi na bane tab bhi main is rah par chalna nahin chhodunga. is qism ki azmat ki baat ko is ke lafzi ma'ne mein lena durust nahin,</w:t>
      </w:r>
    </w:p>
    <w:p>
      <w:pPr>
        <w:jc w:val="right"/>
      </w:pPr>
      <w:r>
        <w:t>اگر کوئی شخص میرا ساتھی نہ بنے تب بھی میں اس راہ پر چلنا نہیں چھوڑوں گا۔ اس قسم کی عظمت کی بات کو اس کے لفظی معنی میں لینا درست نہیں،</w:t>
      </w:r>
    </w:p>
    <w:p>
      <w:r>
        <w:rPr>
          <w:b/>
        </w:rPr>
        <w:t xml:space="preserve">[09:25] </w:t>
      </w:r>
      <w:r>
        <w:t>balke aisi baat ko us ki haqeeqi spirit ke mani mein lena sahih hoga.</w:t>
      </w:r>
    </w:p>
    <w:p>
      <w:pPr>
        <w:jc w:val="right"/>
      </w:pPr>
      <w:r>
        <w:t>بلکہ ایسی بات کو اس کی حقیقی اسپرٹ کے معنی میں لینا صحیح ہوگا۔</w:t>
      </w:r>
    </w:p>
    <w:p>
      <w:r>
        <w:rPr>
          <w:b/>
        </w:rPr>
        <w:t xml:space="preserve">[09:31] </w:t>
      </w:r>
      <w:r>
        <w:t>isi qism ki ek misaal woh hai jo khalifa awwal Abu Bakr Siddiq ne us waqt kahi thi jab</w:t>
      </w:r>
    </w:p>
    <w:p>
      <w:pPr>
        <w:jc w:val="right"/>
      </w:pPr>
      <w:r>
        <w:t>اسی قسم کی ایک مثال وہ ہے جو خلیفہ اول ابوبکر صدیق نے اس وقت کہی تھی جب</w:t>
      </w:r>
    </w:p>
    <w:p>
      <w:r>
        <w:rPr>
          <w:b/>
        </w:rPr>
        <w:t xml:space="preserve">[09:39] </w:t>
      </w:r>
      <w:r>
        <w:t>ke Rasool Allah ki wafat ke baad fitna phail gaya tha, jis ko Hazrat Aisha ne in alfaaz</w:t>
      </w:r>
    </w:p>
    <w:p>
      <w:pPr>
        <w:jc w:val="right"/>
      </w:pPr>
      <w:r>
        <w:t>کہ رسول اللہ کی وفات کے بعد فتنہ پھیل گیا تھا، جس کو حضرت عائشہ نے ان الفاظ</w:t>
      </w:r>
    </w:p>
    <w:p>
      <w:r>
        <w:rPr>
          <w:b/>
        </w:rPr>
        <w:t xml:space="preserve">[09:47] </w:t>
      </w:r>
      <w:r>
        <w:t>mein bayan kiya tha: "Lamma tawaffa Rasool Allah sallallahu alayhi wa sallam araddat al Arab".</w:t>
      </w:r>
    </w:p>
    <w:p>
      <w:pPr>
        <w:jc w:val="right"/>
      </w:pPr>
      <w:r>
        <w:t>میں بیان کیا تھا: "لما توفی رسول اللہ صلی اللہ علیہ وسلم ارتدۃ العرب"۔</w:t>
      </w:r>
    </w:p>
    <w:p>
      <w:r>
        <w:rPr>
          <w:b/>
        </w:rPr>
        <w:t xml:space="preserve">[09:56] </w:t>
      </w:r>
      <w:r>
        <w:t>is fitne ki shiddat ke aitbar se Hazrat Aisha ne yeh alfaz kahe hain. yahan na Hazrat Aisha ke qaul ko lafzi ma'ne mein lena durust hoga aur na Hazrat Abu Bakr ke qaul ko lafzi ma'ne mein lena durust hoga.</w:t>
      </w:r>
    </w:p>
    <w:p>
      <w:pPr>
        <w:jc w:val="right"/>
      </w:pPr>
      <w:r>
        <w:t>اس فتنے کی شدت کے اعتبار سے حضرت عائشہ نے یہ الفاظ کہے ہیں۔ یہاں نہ حضرت عائشہ کے قول کو لفظی معنی میں لینا درست ہوگا اور نہ حضرت ابوبکر کے قول کو لفظی معنی میں لینا درست ہوگا۔</w:t>
      </w:r>
    </w:p>
    <w:p>
      <w:r>
        <w:rPr>
          <w:b/>
        </w:rPr>
        <w:t xml:space="preserve">[10:13] </w:t>
      </w:r>
      <w:r>
        <w:t>un ka qaul yeh hai: "A yanqusu wa ana hayyun" yani kya deen mein kami ki jayegi halankeh main zinda hoon.</w:t>
      </w:r>
    </w:p>
    <w:p>
      <w:pPr>
        <w:jc w:val="right"/>
      </w:pPr>
      <w:r>
        <w:t>ان کا قول یہ ہے: "اینقص وانا حی"، یعنی کیا دین میں کمی کی جائے گی حالانکہ میں زندہ ہوں۔</w:t>
      </w:r>
    </w:p>
    <w:p>
      <w:r>
        <w:rPr>
          <w:b/>
        </w:rPr>
        <w:t xml:space="preserve">[10:26] </w:t>
      </w:r>
      <w:r>
        <w:t>imaan ko seekhna.</w:t>
      </w:r>
    </w:p>
    <w:p>
      <w:pPr>
        <w:jc w:val="right"/>
      </w:pPr>
      <w:r>
        <w:t>ایمان کو سیکھنا۔</w:t>
      </w:r>
    </w:p>
    <w:p>
      <w:r>
        <w:rPr>
          <w:b/>
        </w:rPr>
        <w:t xml:space="preserve">[10:29] </w:t>
      </w:r>
      <w:r>
        <w:t>ek sahabi sohbat e Rasool ke bare mein batate hue kehte hain: "Anjad bin Qal kunna ma nabiyyina sallallahu</w:t>
      </w:r>
    </w:p>
    <w:p>
      <w:pPr>
        <w:jc w:val="right"/>
      </w:pPr>
      <w:r>
        <w:t>ایک صحابی صحبت رسول کے بارے میں بتاتے ہوئے کہتے ہیں: "انجند بن قال کنا مع نبینا صلی</w:t>
      </w:r>
    </w:p>
    <w:p>
      <w:r>
        <w:rPr>
          <w:b/>
        </w:rPr>
        <w:t xml:space="preserve">[10:39] </w:t>
      </w:r>
      <w:r>
        <w:t>Alayhi wa sallam fityanan hadhawarta</w:t>
      </w:r>
    </w:p>
    <w:p>
      <w:pPr>
        <w:jc w:val="right"/>
      </w:pPr>
      <w:r>
        <w:t>اللہ علیہ وسلم فتیانا حذاورتا</w:t>
      </w:r>
    </w:p>
    <w:p>
      <w:r>
        <w:rPr>
          <w:b/>
        </w:rPr>
        <w:t xml:space="preserve">[10:44] </w:t>
      </w:r>
      <w:r>
        <w:t>fa ta allam al imana qabla an nata allam al Qurana thumma ta allam al Qurana fa zdadna bihi imanan</w:t>
      </w:r>
    </w:p>
    <w:p>
      <w:pPr>
        <w:jc w:val="right"/>
      </w:pPr>
      <w:r>
        <w:t>فتعلم الایمان قبل ان نتعلم القرآن ثم تعلم القرآن فنزداد بہ ایمانا</w:t>
      </w:r>
    </w:p>
    <w:p>
      <w:r>
        <w:rPr>
          <w:b/>
        </w:rPr>
        <w:t xml:space="preserve">[10:55] </w:t>
      </w:r>
      <w:r>
        <w:t>fa inna kum al yawm ta allamuna al Qurana qabla al imani".</w:t>
      </w:r>
    </w:p>
    <w:p>
      <w:pPr>
        <w:jc w:val="right"/>
      </w:pPr>
      <w:r>
        <w:t>فانکم الیوم تعلمون القرآن قبل الایمان"۔</w:t>
      </w:r>
    </w:p>
    <w:p>
      <w:r>
        <w:rPr>
          <w:b/>
        </w:rPr>
        <w:t xml:space="preserve">[11:01] </w:t>
      </w:r>
      <w:r>
        <w:t>Al-Mu'jam al-Kabir li al-Tabarani. yani Jundab bin Abdullah se riwayat hai, unhon ne kaha: "Hum Nabi sallallahu alayhi wa sallam ke sath the, hum jawani ki umar mein the,</w:t>
      </w:r>
    </w:p>
    <w:p>
      <w:pPr>
        <w:jc w:val="right"/>
      </w:pPr>
      <w:r>
        <w:t>المعجم الکبیر للطبرانی۔ یعنی جندب بن عبداللہ سے روایت ہے، انہوں نے کہا: "ہم نبی صلی اللہ علیہ وسلم کے ساتھ تھے، ہم جوانی کی عمر میں تھے،</w:t>
      </w:r>
    </w:p>
    <w:p>
      <w:r>
        <w:rPr>
          <w:b/>
        </w:rPr>
        <w:t xml:space="preserve">[11:15] </w:t>
      </w:r>
      <w:r>
        <w:t>pas hum ne quran ka ilm hasil karne se pehle imaan seekha, phir hum ne quran seekha to is se hamare imaan mein izafa ho gaya, aur tum log aaj quran seekhte ho imaan se pehle".</w:t>
      </w:r>
    </w:p>
    <w:p>
      <w:pPr>
        <w:jc w:val="right"/>
      </w:pPr>
      <w:r>
        <w:t>پس ہم نے قرآن کا علم حاصل کرنے سے پہلے ایمان سیکھا، پھر ہم نے قرآن سیکھا تو اس سے ہمارے ایمان میں اضافہ ہو گیا، اور تم لوگ آج قرآن سیکھتے ہو ایمان سے پہلے"۔</w:t>
      </w:r>
    </w:p>
    <w:p>
      <w:r>
        <w:rPr>
          <w:b/>
        </w:rPr>
        <w:t xml:space="preserve">[11:32] </w:t>
      </w:r>
      <w:r>
        <w:t>internet par ek arab muhammad al-abadi ne is ki sharah in alfaaz mein bayan ki hai: "ta'allum al-iman qabl al-quran", yani tahiyyat al-qalb li-talqqi ta'lim al-quran wa al-ihtida bi-anwarih,</w:t>
      </w:r>
    </w:p>
    <w:p>
      <w:pPr>
        <w:jc w:val="right"/>
      </w:pPr>
      <w:r>
        <w:t>انٹرنیٹ پر ایک عرب محمد العبادی نے اس کی شرح ان الفاظ میں بیان کی ہے: "تعلم الایمان قبل القرآن"، یعنی تحیۃ القلبی لتلقی تعلیم القرآن والاحتداء بانوارہ،</w:t>
      </w:r>
    </w:p>
    <w:p>
      <w:r>
        <w:rPr>
          <w:b/>
        </w:rPr>
        <w:t xml:space="preserve">[11:55] </w:t>
      </w:r>
      <w:r>
        <w:t>fa huwa ka-tahiyyat al-ardi hatta takuna salihah lil-zar'. multaqah ahl al-tafsir: "al-iman qabl al-quran", yani imaan seekhna quran se pehle.</w:t>
      </w:r>
    </w:p>
    <w:p>
      <w:pPr>
        <w:jc w:val="right"/>
      </w:pPr>
      <w:r>
        <w:t>فہو کتحیۃ الارضی حتی تکون صالحۃ للزرع۔ ملتقہ اہل التفسیر: "الایمان قبل القرآن"، یعنی ایمان سیکھنا قرآن سے پہلے۔</w:t>
      </w:r>
    </w:p>
    <w:p>
      <w:r>
        <w:rPr>
          <w:b/>
        </w:rPr>
        <w:t xml:space="preserve">[12:13] </w:t>
      </w:r>
      <w:r>
        <w:t>is ka matlab yeh hai dil ko tayyar, yani prepare karna taake woh azkh kar sake quran ki talimat ko aur us ki roshni se hidayat pa sake.</w:t>
      </w:r>
    </w:p>
    <w:p>
      <w:pPr>
        <w:jc w:val="right"/>
      </w:pPr>
      <w:r>
        <w:t>اس کا مطلب یہ ہے دل کو تیار، یعنی پریپیئر کرنا تاکہ وہ اخذ کر سکے قرآن کی تعلیمات کو اور اس کی روشنی سے ہدایت پا سکے۔</w:t>
      </w:r>
    </w:p>
    <w:p>
      <w:r>
        <w:rPr>
          <w:b/>
        </w:rPr>
        <w:t xml:space="preserve">[12:26] </w:t>
      </w:r>
      <w:r>
        <w:t>pas woh aisa hai jaise zameen ko tayyar karna taake woh kheti ke qabil ho jaye. is riwayat ka matlab conditioning ke usool se samajh mein aata hai,</w:t>
      </w:r>
    </w:p>
    <w:p>
      <w:pPr>
        <w:jc w:val="right"/>
      </w:pPr>
      <w:r>
        <w:t>پس وہ ایسا ہے جیسے زمین کو تیار کرنا تاکہ وہ کھیتی کے قابل ہو جائے۔ اس روایت کا مطلب کنڈیشننگ کے اصول سے سمجھ میں آتا ہے،</w:t>
      </w:r>
    </w:p>
    <w:p>
      <w:r>
        <w:rPr>
          <w:b/>
        </w:rPr>
        <w:t xml:space="preserve">[12:39] </w:t>
      </w:r>
      <w:r>
        <w:t>jaisa ke hadith mein aaya hai: "har paida hone wala lazmi taur par apne mahol se mutasir hota hai, yahan tak ke woh mahol ka product ban jata hai".</w:t>
      </w:r>
    </w:p>
    <w:p>
      <w:pPr>
        <w:jc w:val="right"/>
      </w:pPr>
      <w:r>
        <w:t>جیسا کہ حدیث میں آیا ہے: "ہر پیدا ہونے والا لازمی طور پر اپنے ماحول سے متاثر ہوتا ہے، یہاں تک کہ وہ ماحول کا پروڈکٹ بن جاتا ہے"۔</w:t>
      </w:r>
    </w:p>
    <w:p>
      <w:r>
        <w:rPr>
          <w:b/>
        </w:rPr>
        <w:t xml:space="preserve">[12:54] </w:t>
      </w:r>
      <w:r>
        <w:t>aisi halat mein imaan qabul karna apne zehn ke aitbar se ek aisi cheez ko qabul karna hai jo aadmi ke liye ek nayi cheez hai.</w:t>
      </w:r>
    </w:p>
    <w:p>
      <w:pPr>
        <w:jc w:val="right"/>
      </w:pPr>
      <w:r>
        <w:t>ایسی حالت میں ایمان قبول کرنا اپنے ذہن کے اعتبار سے ایک ایسی چیز کو قبول کرنا ہے جو آدمی کے لیے ایک نئی چیز ہے۔</w:t>
      </w:r>
    </w:p>
    <w:p>
      <w:r>
        <w:rPr>
          <w:b/>
        </w:rPr>
        <w:t xml:space="preserve">[13:06] </w:t>
      </w:r>
      <w:r>
        <w:t>is liye hamesha yeh andesha rehta hai ke aadmi nayi cheez ko mutasir zehn, yani condition mind ke sath dekhe aur us ko durust taur par samajh na sake.</w:t>
      </w:r>
    </w:p>
    <w:p>
      <w:pPr>
        <w:jc w:val="right"/>
      </w:pPr>
      <w:r>
        <w:t>اس لیے ہمیشہ یہ اندیشہ رہتا ہے کہ آدمی نئی چیز کو متاثر ذہن، یعنی کنڈیشن مائنڈ کے ساتھ دیکھے اور اس کو درست طور پر سمجھ نہ سکے۔</w:t>
      </w:r>
    </w:p>
    <w:p>
      <w:r>
        <w:rPr>
          <w:b/>
        </w:rPr>
        <w:t xml:space="preserve">[13:19] </w:t>
      </w:r>
      <w:r>
        <w:t>aisi halat mein har aadmi ke liye zaroori hai ke woh imaan se pehle ek peshagi kaam kare, yani apne zehn ki de-conditioning kar ke us ko tayyar zehn, yani prepared mind banaye taake woh nayi cheez ko khule zehn ke sath dekhe aur be-amez surat mein us ko le sake.</w:t>
      </w:r>
    </w:p>
    <w:p>
      <w:pPr>
        <w:jc w:val="right"/>
      </w:pPr>
      <w:r>
        <w:t>ایسی حالت میں ہر آدمی کے لیے ضروری ہے کہ وہ ایمان سے پہلے ایک پیشگی کام کرے، یعنی اپنے ذہن کی ڈی کنڈیشننگ کر کے اس کو تیار ذہن، یعنی پریپیئرڈ مائنڈ بنائے تاکہ وہ نئی چیز کو کھلے ذہن کے ساتھ دیکھے اور بے آمیز صورت میں اس کو لے سکے۔</w:t>
      </w:r>
    </w:p>
    <w:p>
      <w:r>
        <w:rPr>
          <w:b/>
        </w:rPr>
        <w:t xml:space="preserve">[13:45] </w:t>
      </w:r>
      <w:r>
        <w:t>yeh goya tahir-e-zehn, yani purification of the mind ka muamla hai. is tahir ke baghair koi bhi shakhs imaan ko haqiqi taur par nahi samajh sakta.</w:t>
      </w:r>
    </w:p>
    <w:p>
      <w:pPr>
        <w:jc w:val="right"/>
      </w:pPr>
      <w:r>
        <w:t>یہ گویا تطہیر ذہن، یعنی پیوریفیکیشن آف دا مائنڈ کا معاملہ ہے۔ اس تطہیر کے بغیر کوئی بھی شخص ایمان کو حقیقی طور پر نہیں سمجھ سکتا۔</w:t>
      </w:r>
    </w:p>
    <w:p>
      <w:r>
        <w:rPr>
          <w:b/>
        </w:rPr>
        <w:t xml:space="preserve">[14:00] </w:t>
      </w:r>
      <w:r>
        <w:t>is tahir ke baghair agar woh imaan qabul karta hai to woh is ke liye dakhil-ul-qalb imaan na hoga, balke woh imaan lip service ke taur par hoga, aur lip service wala imaan shariat mein mu'tabar nahi.</w:t>
      </w:r>
    </w:p>
    <w:p>
      <w:pPr>
        <w:jc w:val="right"/>
      </w:pPr>
      <w:r>
        <w:t>اس تطہیر کے بغیر اگر وہ ایمان قبول کرتا ہے تو وہ اس کے لیے داخل القلب ایمان نہ ہوگا، بلکہ وہ ایمان لپ سروس کے طور پر ہوگا، اور لپ سروس والا ایمان شریعت میں معتبر نہیں۔</w:t>
      </w:r>
    </w:p>
    <w:p>
      <w:r>
        <w:rPr>
          <w:b/>
        </w:rPr>
        <w:t xml:space="preserve">[14:19] </w:t>
      </w:r>
      <w:r>
        <w:t>tahir-e-zehn ka yeh amal sirf ibtidai daur ke kuch sahaba ke liye nahi tha, balke woh hamesha ke liye aur har insan ke liye zaroori hai.</w:t>
      </w:r>
    </w:p>
    <w:p>
      <w:pPr>
        <w:jc w:val="right"/>
      </w:pPr>
      <w:r>
        <w:t>تطہیر ذہن کا یہ عمل صرف ابتدائی دور کے کچھ صحابہ کے لیے نہیں تھا، بلکہ وہ ہمیشہ کے لیے اور ہر انسان کے لیے ضروری ہے۔</w:t>
      </w:r>
    </w:p>
    <w:p>
      <w:r>
        <w:rPr>
          <w:b/>
        </w:rPr>
        <w:t xml:space="preserve">[14:32] </w:t>
      </w:r>
      <w:r>
        <w:t>koi bhi shakhs jo baad ke zamane mein imaan qabul karta hai to us ko sab se pehle apne dakhil-ul-qalb ko mutahhir aur muzakka banana padega, yani poori tarah apni de-conditioning karni hogi.</w:t>
      </w:r>
    </w:p>
    <w:p>
      <w:pPr>
        <w:jc w:val="right"/>
      </w:pPr>
      <w:r>
        <w:t>کوئی بھی شخص جو بعد کے زمانے میں ایمان قبول کرتا ہے تو اس کو سب سے پہلے اپنے داخل القلب کو مطہر اور مزکہ بنانا پڑے گا، یعنی پوری طرح اپنی ڈی کنڈیشننگ کرنی ہوگی۔</w:t>
      </w:r>
    </w:p>
    <w:p>
      <w:r>
        <w:rPr>
          <w:b/>
        </w:rPr>
        <w:t xml:space="preserve">[14:50] </w:t>
      </w:r>
      <w:r>
        <w:t>jo shakhs is ibtidai shart ko poora kare, usi ka imaan sachcha imaan hai. jo aadmi is ibtidai shart ko poora kiye baghair sirf paidaish ke taur par muslim ban jaye ya kalme ke alfaaz ko zaban se ada kar ke islam qabul kar le, us ka imaan Allah ke nazdeek mu'tabar imaan na hoga.</w:t>
      </w:r>
    </w:p>
    <w:p>
      <w:pPr>
        <w:jc w:val="right"/>
      </w:pPr>
      <w:r>
        <w:t>جو شخص اس ابتدائی شرط کو پورا کرے، اسی کا ایمان سچا ایمان ہے۔ جو آدمی اس ابتدائی شرط کو پورا کیے بغیر صرف پیدائش کے طور پر مسلم بن جائے یا کلمے کے الفاظ کو زبان سے ادا کر کے اسلام قبول کر لے، اس کا ایمان اللہ کے نزدیک معتبر ایمان نہ ہوگا۔</w:t>
      </w:r>
    </w:p>
    <w:p>
      <w:r>
        <w:rPr>
          <w:b/>
        </w:rPr>
        <w:t xml:space="preserve">[15:16] </w:t>
      </w:r>
      <w:r>
        <w:t>is ke liye zaroori hoga ke woh ya to pehle marhale mein ya baad ke marhale mein apna muhasba kar ke bharpoor taur par apne zehn ki de-conditioning kare, apne aap ko mutahhir aur muzakka banaye.</w:t>
      </w:r>
    </w:p>
    <w:p>
      <w:pPr>
        <w:jc w:val="right"/>
      </w:pPr>
      <w:r>
        <w:t>اس کے لیے ضروری ہوگا کہ وہ یا تو پہلے مرحلے میں یا بعد کے مرحلے میں اپنا محاسبہ کر کے بھرپور طور پر اپنے ذہن کی ڈی کنڈیشننگ کرے، اپنے آپ کو مطہر اور مزکہ بنائے۔</w:t>
      </w:r>
    </w:p>
    <w:p>
      <w:r>
        <w:rPr>
          <w:b/>
        </w:rPr>
        <w:t xml:space="preserve">[15:34] </w:t>
      </w:r>
      <w:r>
        <w:t>is ke baad hi uska imaan mu'tabar hoga. is ke baad hi uska imaan us ke liye hidayat ki roshni banega.</w:t>
      </w:r>
    </w:p>
    <w:p>
      <w:pPr>
        <w:jc w:val="right"/>
      </w:pPr>
      <w:r>
        <w:t>اس کے بعد ہی اس کا ایمان معتبر ہوگا۔ اس کے بعد ہی اس کا ایمان اس کے لیے ہدایت کی روشنی بنے گا۔</w:t>
      </w:r>
    </w:p>
    <w:p>
      <w:r>
        <w:rPr>
          <w:b/>
        </w:rPr>
        <w:t xml:space="preserve">[15:45] </w:t>
      </w:r>
      <w:r>
        <w:t>is ke baad hi woh is qabil hoga ke woh apni rozmarra ki zindagi mein is ayat ka misdaq bane. ayat ka tarjuma yeh hai, yani kya woh shakhs jo murda tha, phir hum ne us ko zindagi di aur hum ne us ko ek roshni di ke us ke sath woh logon mein chalta hai?</w:t>
      </w:r>
    </w:p>
    <w:p>
      <w:pPr>
        <w:jc w:val="right"/>
      </w:pPr>
      <w:r>
        <w:t>اس کے بعد ہی وہ اس قابل ہوگا کہ وہ اپنی روزمرہ کی زندگی میں اس آیت کا مصداق بنے۔ آیت کا ترجمہ یہ ہے، یعنی کیا وہ شخص جو مردہ تھا، پھر ہم نے اس کو زندگی دی اور ہم نے اس کو ایک روشنی دی کہ اس کے ساتھ وہ لوگوں میں چلتا ہے؟</w:t>
      </w:r>
    </w:p>
    <w:p>
      <w:r>
        <w:rPr>
          <w:b/>
        </w:rPr>
        <w:t xml:space="preserve">[16:07] </w:t>
      </w:r>
      <w:r>
        <w:t>haqiqat yeh hai ke imaan o islam ka muamla ek process ka muamla hai. pehle aadmi shaoori taur par is baat ka itraf karta hai ke woh ab tak be-khabari ki zindagi guzar raha tha.</w:t>
      </w:r>
    </w:p>
    <w:p>
      <w:pPr>
        <w:jc w:val="right"/>
      </w:pPr>
      <w:r>
        <w:t>حقیقت یہ ہے کہ ایمان و اسلام کا معاملہ ایک پروسیس کا معاملہ ہے۔ پہلے آدمی شعوری طور پر اس بات کا اعتراف کرتا ہے کہ وہ اب تک بے خبری کی زندگی گزار رہا تھا۔</w:t>
      </w:r>
    </w:p>
    <w:p>
      <w:r>
        <w:rPr>
          <w:b/>
        </w:rPr>
        <w:t xml:space="preserve">[16:24] </w:t>
      </w:r>
      <w:r>
        <w:t>andhere ke baad us par roshni ka darwaza khula hai. is ke baad woh apna muhasba, yani introspection kar ke apni bharpoor de-conditioning karta hai.</w:t>
      </w:r>
    </w:p>
    <w:p>
      <w:pPr>
        <w:jc w:val="right"/>
      </w:pPr>
      <w:r>
        <w:t>اندھیرے کے بعد اس پر روشنی کا دروازہ کھلا ہے۔ اس کے بعد وہ اپنا محاسبہ، یعنی انٹروسپیکشن کر کے اپنی بھرپور ڈی کنڈیشننگ کرتا ہے۔</w:t>
      </w:r>
    </w:p>
    <w:p>
      <w:r>
        <w:rPr>
          <w:b/>
        </w:rPr>
        <w:t xml:space="preserve">[16:36] </w:t>
      </w:r>
      <w:r>
        <w:t>is ke baad woh apne aap ko aaludgi se pak kar ke woh zehn banata hai jis ko shariat mein muzakka shakhsiyat kaha jata hai.</w:t>
      </w:r>
    </w:p>
    <w:p>
      <w:pPr>
        <w:jc w:val="right"/>
      </w:pPr>
      <w:r>
        <w:t>اس کے بعد وہ اپنے آپ کو آلودگی سے پاک کر کے وہ ذہن بناتا ہے جس کو شریعت میں مزکہ شخصیت کہا جاتا ہے۔</w:t>
      </w:r>
    </w:p>
    <w:p>
      <w:r>
        <w:rPr>
          <w:b/>
        </w:rPr>
        <w:t xml:space="preserve">[16:48] </w:t>
      </w:r>
      <w:r>
        <w:t>is ke baad woh waqt aata hai jab ke woh quran ko padhe aur us ko gehrai ke sath apna sake.</w:t>
      </w:r>
    </w:p>
    <w:p>
      <w:pPr>
        <w:jc w:val="right"/>
      </w:pPr>
      <w:r>
        <w:t>اس کے بعد وہ وقت آتا ہے جب کہ وہ قرآن کو پڑھے اور اس کو گہرائی کے ساتھ اپنا سکے۔</w:t>
      </w:r>
    </w:p>
    <w:p>
      <w:r>
        <w:rPr>
          <w:b/>
        </w:rPr>
        <w:t xml:space="preserve">[16:59] </w:t>
      </w:r>
      <w:r>
        <w:t>mubarak log. ek mashhoor hadith hai: "bada al-islam ghariban wa sa-ya'ud kama bada ghariban fa-tuba lil-ghuraba".</w:t>
      </w:r>
    </w:p>
    <w:p>
      <w:pPr>
        <w:jc w:val="right"/>
      </w:pPr>
      <w:r>
        <w:t>مبارک لوگ۔ ایک مشہور حدیث ہے: "بدا الاسلام غریبا وسیع کما بدا غریبہ فطوبہ للغرباء"۔</w:t>
      </w:r>
    </w:p>
    <w:p>
      <w:r>
        <w:rPr>
          <w:b/>
        </w:rPr>
        <w:t xml:space="preserve">[17:14] </w:t>
      </w:r>
      <w:r>
        <w:t>sahih muslim. yani islam shuru hua to woh ajnabi tha aur dobara woh ajnabi ho jayega jaisa ke woh shuru mein tha.</w:t>
      </w:r>
    </w:p>
    <w:p>
      <w:pPr>
        <w:jc w:val="right"/>
      </w:pPr>
      <w:r>
        <w:t>صحیح مسلم۔ یعنی اسلام شروع ہوا تو وہ اجنبی تھا اور دوبارہ وہ اجنبی ہو جائے گا جیسا کہ وہ شروع میں تھا۔</w:t>
      </w:r>
    </w:p>
    <w:p>
      <w:r>
        <w:rPr>
          <w:b/>
        </w:rPr>
        <w:t xml:space="preserve">[17:26] </w:t>
      </w:r>
      <w:r>
        <w:t>pas mubarak hain woh log jo ajnabi ho jayen. gharib ka matlab ajnabi, yani stranger hai. ajnabiyat ka lafz ek taqabli lafz hai, yani kisi ke muqable mein ajnabi ho jana.</w:t>
      </w:r>
    </w:p>
    <w:p>
      <w:pPr>
        <w:jc w:val="right"/>
      </w:pPr>
      <w:r>
        <w:t>پس مبارک ہیں وہ لوگ جو اجنبی ہو جائیں۔ غریب کا مطلب اجنبی، یعنی سٹرینجر ہے۔ اجنبیت کا لفظ ایک تقابلی لفظ ہے، یعنی کسی کے مقابلے میں اجنبی ہو جانا۔</w:t>
      </w:r>
    </w:p>
    <w:p>
      <w:r>
        <w:rPr>
          <w:b/>
        </w:rPr>
        <w:t xml:space="preserve">[17:43] </w:t>
      </w:r>
      <w:r>
        <w:t>saatvi sadi isvi ke rub'e awwal mein peghambar-e-islam qadeem arab mein aaye. us waqt wahan banu ismail abad the.</w:t>
      </w:r>
    </w:p>
    <w:p>
      <w:pPr>
        <w:jc w:val="right"/>
      </w:pPr>
      <w:r>
        <w:t>ساتویں صدی عیسوی کے ربع اول میں پیغمبر اسلام قدیم عرب میں آئے۔ اس وقت وہاں بنو اسماعیل آباد تھے۔</w:t>
      </w:r>
    </w:p>
    <w:p>
      <w:r>
        <w:rPr>
          <w:b/>
        </w:rPr>
        <w:t xml:space="preserve">[17:53] </w:t>
      </w:r>
      <w:r>
        <w:t>ibtida'an woh log deen ibrahimi par qaim thay, magar un ke baad ki naslon par zawal aaya.</w:t>
      </w:r>
    </w:p>
    <w:p>
      <w:pPr>
        <w:jc w:val="right"/>
      </w:pPr>
      <w:r>
        <w:t>ابتداءً وہ لوگ دین ابراہیمی پر قائم تھے، مگر ان کے بعد کی نسلوں پر زوال آیا۔</w:t>
      </w:r>
    </w:p>
    <w:p>
      <w:r>
        <w:rPr>
          <w:b/>
        </w:rPr>
        <w:t xml:space="preserve">[18:02] </w:t>
      </w:r>
      <w:r>
        <w:t>woh log ab bhi deen ibrahim ka naam lete thay, lekin woh amalan asal ibrahimi deen par na thay.</w:t>
      </w:r>
    </w:p>
    <w:p>
      <w:pPr>
        <w:jc w:val="right"/>
      </w:pPr>
      <w:r>
        <w:t>وہ لوگ اب بھی دین ابراہیم کا نام لیتے تھے، لیکن وہ عملاً اصل ابراہیمی دین پر نہ تھے۔</w:t>
      </w:r>
    </w:p>
    <w:p>
      <w:r>
        <w:rPr>
          <w:b/>
        </w:rPr>
        <w:t xml:space="preserve">[18:12] </w:t>
      </w:r>
      <w:r>
        <w:t>baad ke zamanay mein haqeeqi ibrahimi deen un ke darmiyan ajnabi ho chuka tha. Woh deen abrahimi ke aik khud sakhta version ko ibrahim ka deen samajhne lage thay.</w:t>
      </w:r>
    </w:p>
    <w:p>
      <w:pPr>
        <w:jc w:val="right"/>
      </w:pPr>
      <w:r>
        <w:t>بعد کے زمانے میں حقیقی ابراہیمی دین ان کے درمیان اجنبی ہو چکا تھا۔ وہ دین ابراہیمی کے ایک خود ساختہ ورژن کو ابراہیم کا دین سمجھنے لگے تھے۔</w:t>
      </w:r>
    </w:p>
    <w:p>
      <w:r>
        <w:rPr>
          <w:b/>
        </w:rPr>
        <w:t xml:space="preserve">[18:26] </w:t>
      </w:r>
      <w:r>
        <w:t>is ajnabiyat ki bina par woh paighambar-e-islam ke mukhalif ban gaye, halankay paighambar-e-islam ibrahim alaihissalam ke isi deen ko zinda kar rahay thay jis ko rasool Allah ke moaser arab apne qoumi fakhr ke tor par liye hue thay.</w:t>
      </w:r>
    </w:p>
    <w:p>
      <w:pPr>
        <w:jc w:val="right"/>
      </w:pPr>
      <w:r>
        <w:t>اس اجنبیت کی بنا پر وہ پیغمبر اسلام کے مخالف بن گئے، حالانکہ پیغمبر اسلام ابراہیم علیہ السلام کے اسی دین کو زندہ کر رہے تھے جس کو رسول اللہ کے معاصر عرب اپنے قومی فخر کے طور پر لیے ہوئے تھے۔</w:t>
      </w:r>
    </w:p>
    <w:p>
      <w:r>
        <w:rPr>
          <w:b/>
        </w:rPr>
        <w:t xml:space="preserve">[18:45] </w:t>
      </w:r>
      <w:r>
        <w:t>muzakara hadith ke mutabiq yahi muamla baad ke zamanay mein deen-e-islam ke sath paish aye ga, yani quran o sunnat wala deen zawal yafta musalmanon ke darmiyan aik ajnabi deen ban jaye ga.</w:t>
      </w:r>
    </w:p>
    <w:p>
      <w:pPr>
        <w:jc w:val="right"/>
      </w:pPr>
      <w:r>
        <w:t>مذکورہ حدیث کے مطابق یہی معاملہ بعد کے زمانے میں دین اسلام کے ساتھ پیش آئے گا، یعنی قرآن و سنت والا دین زوال یافتہ مسلمانوں کے درمیان ایک اجنبی دین بن جائے گا۔</w:t>
      </w:r>
    </w:p>
    <w:p>
      <w:r>
        <w:rPr>
          <w:b/>
        </w:rPr>
        <w:t xml:space="preserve">[19:03] </w:t>
      </w:r>
      <w:r>
        <w:t>bazahir woh deen-e-muhammadi ka naam len ge aur is par fakhr karen ge, lekin haqeeqi aitbar se woh deen-e-muhammadi se itna door ho chukay hon ge ke asal deen-e-muhammadi un ke liye aik ajnabi deen ki hesiyat ikhtiyar kar le ga.</w:t>
      </w:r>
    </w:p>
    <w:p>
      <w:pPr>
        <w:jc w:val="right"/>
      </w:pPr>
      <w:r>
        <w:t>بظاہر وہ دین محمدی کا نام لیں گے اور اس پر فخر کریں گے، لیکن حقیقی اعتبار سے وہ دین محمدی سے اتنا دور ہو چکے ہوں گے کہ اصل دین محمدی ان کے لیے ایک اجنبی دین کی حیثیت اختیار کر لے گا۔</w:t>
      </w:r>
    </w:p>
    <w:p>
      <w:r>
        <w:rPr>
          <w:b/>
        </w:rPr>
        <w:t xml:space="preserve">[19:22] </w:t>
      </w:r>
      <w:r>
        <w:t>deen-e-ibrahimi aur deen-e-muhammadi dono apni asal ke aitbar se khalis tauheed ke mazahib thay, lekin baad ke zamanay mein dono ke mannay walon par zawal aye ga.</w:t>
      </w:r>
    </w:p>
    <w:p>
      <w:pPr>
        <w:jc w:val="right"/>
      </w:pPr>
      <w:r>
        <w:t>دین ابراہیمی اور دین محمدی دونوں اپنی اصل کے اعتبار سے خالص توحید کے مذاہب تھے، لیکن بعد کے زمانے میں دونوں کے ماننے والوں پر زوال آئے گا۔</w:t>
      </w:r>
    </w:p>
    <w:p>
      <w:r>
        <w:rPr>
          <w:b/>
        </w:rPr>
        <w:t xml:space="preserve">[19:38] </w:t>
      </w:r>
      <w:r>
        <w:t>dono ke mannay walay bazahir deen-e-ibrahimi aur deen-e-muhammadi ka naam len ge, lekin amalan woh itna ziyada bigar chukay hon ge ke un ke darmiyan asal deen-e-ibrahimi aur asal deen-e-muhammadi dono ajnabi deen ki manind ban jayen ge.</w:t>
      </w:r>
    </w:p>
    <w:p>
      <w:pPr>
        <w:jc w:val="right"/>
      </w:pPr>
      <w:r>
        <w:t>دونوں کے ماننے والے بظاہر دین ابراہیمی اور دین محمدی کا نام لیں گے، لیکن عملاً وہ اتنا زیادہ بگڑ چکے ہوں گے کہ ان کے درمیان اصل دین ابراہیمی اور اصل دین محمدی دونوں اجنبی دین کی مانند بن جائیں گے۔</w:t>
      </w:r>
    </w:p>
    <w:p>
      <w:r>
        <w:rPr>
          <w:b/>
        </w:rPr>
        <w:t xml:space="preserve">[19:59] </w:t>
      </w:r>
      <w:r>
        <w:t>mubarak ajnabi se murad kon log hain? Is se murad woh afraad hain jo is muamlay ka mutalia ghair mutaasibana tor par karen, jo khulay zehn ke sath baaton ko dobara samajhne ki koshish karen, jo apni deconditioning kar ke apne aap ko is qabil banayen ke deen-e-muhammadi ko us ki asal soorat mein pehchan saken.</w:t>
      </w:r>
    </w:p>
    <w:p>
      <w:pPr>
        <w:jc w:val="right"/>
      </w:pPr>
      <w:r>
        <w:t>مبارک اجنبی سے مراد کون لوگ ہیں؟ اس سے مراد وہ افراد ہیں جو اس معاملے کا مطالعہ غیر متعصبانہ طور پر کریں، جو کھلے ذہن کے ساتھ باتوں کو دوبارہ سمجھنے کی کوشش کریں، جو اپنی ڈی کنڈیشننگ کر کے اپنے آپ کو اس قابل بنائیں کہ دین محمدی کو اس کی اصل صورت میں پہچان سکیں۔</w:t>
      </w:r>
    </w:p>
    <w:p>
      <w:r>
        <w:rPr>
          <w:b/>
        </w:rPr>
        <w:t xml:space="preserve">[20:29] </w:t>
      </w:r>
      <w:r>
        <w:t>is ke baad woh bigar ke zamanay mein asal deen ko dobara daryaft, yani rediscover karen. Woh baad ke zamanay mein banne wali tareekh ko hadaf kar ke dobara paighambar ke laye hue deen ko samjhen.</w:t>
      </w:r>
    </w:p>
    <w:p>
      <w:pPr>
        <w:jc w:val="right"/>
      </w:pPr>
      <w:r>
        <w:t>اس کے بعد وہ بگاڑ کے زمانے میں اصل دین کو دوبارہ دریافت، یعنی ری ڈسکور کریں۔ وہ بعد کے زمانے میں بننے والی تاریخ کو حذف کر کے دوبارہ پیغمبر کے لائے ہوئے دین کو سمجھیں۔</w:t>
      </w:r>
    </w:p>
    <w:p>
      <w:r>
        <w:rPr>
          <w:b/>
        </w:rPr>
        <w:t xml:space="preserve">[20:46] </w:t>
      </w:r>
      <w:r>
        <w:t>aisay log agarche logon ke nazdeek ajnabi ho jayen ge, lekin Allah ki nazar mein woh khush qismat log hain.</w:t>
      </w:r>
    </w:p>
    <w:p>
      <w:pPr>
        <w:jc w:val="right"/>
      </w:pPr>
      <w:r>
        <w:t>ایسے لوگ اگرچہ لوگوں کے نزدیک اجنبی ہو جائیں گے، لیکن اللہ کی نظر میں وہ خوش قسمت لوگ ہیں۔</w:t>
      </w:r>
    </w:p>
    <w:p>
      <w:r>
        <w:rPr>
          <w:b/>
        </w:rPr>
        <w:t xml:space="preserve">[20:56] </w:t>
      </w:r>
      <w:r>
        <w:t>un ke liye Allah ke haan baray darjat hain. Saatveen sadi isai mein aisa hua ke paighambar-e-islam ne ahle arab ke samnay deen-e-ibrahimi ko us ki be-amez soorat mein pesh kiya,</w:t>
      </w:r>
    </w:p>
    <w:p>
      <w:pPr>
        <w:jc w:val="right"/>
      </w:pPr>
      <w:r>
        <w:t>ان کے لیے اللہ کے ہاں بڑے درجات ہیں۔ ساتویں صدی عیسوی میں ایسا ہوا کہ پیغمبر اسلام نے اہل عرب کے سامنے دین ابراہیمی کو اس کی بے آمیز صورت میں پیش کیا،</w:t>
      </w:r>
    </w:p>
    <w:p>
      <w:r>
        <w:rPr>
          <w:b/>
        </w:rPr>
        <w:t xml:space="preserve">[21:12] </w:t>
      </w:r>
      <w:r>
        <w:t>lekin qadeem ahle arab paighambar-e-islam ke mukhalif ban gaye. Is ki wajah kiya thi? Jabkay woh khud is baat par fakhr karte thay ke woh deen-e-ibrahim ko mannay walay log hain, to woh paighambar-e-islam ke mukhalif kyun ho gaye?</w:t>
      </w:r>
    </w:p>
    <w:p>
      <w:pPr>
        <w:jc w:val="right"/>
      </w:pPr>
      <w:r>
        <w:t>لیکن قدیم اہل عرب پیغمبر اسلام کے مخالف بن گئے۔ اس کی وجہ کیا تھی؟ جبکہ وہ خود اس بات پر فخر کرتے تھے کہ وہ دین ابراہیم کو ماننے والے لوگ ہیں، تو وہ پیغمبر اسلام کے مخالف کیوں ہو گئے؟</w:t>
      </w:r>
    </w:p>
    <w:p>
      <w:r>
        <w:rPr>
          <w:b/>
        </w:rPr>
        <w:t xml:space="preserve">[21:31] </w:t>
      </w:r>
      <w:r>
        <w:t>yeh rawish ahle arab ki baad ki naslon ki thi. Yani ahle arab, yani banu ismail ki baad ki nasal ke andar dheere dheere asal deen-e-ibrahim ki spirit khatam ho gayi.</w:t>
      </w:r>
    </w:p>
    <w:p>
      <w:pPr>
        <w:jc w:val="right"/>
      </w:pPr>
      <w:r>
        <w:t>یہ روش اہل عرب کی بعد کی نسلوں کی تھی۔ یعنی اہل عرب، یعنی بنو اسماعیل کی بعد کی نسل کے اندر دھیرے دھیرے اصل دین ابراہیم کی سپرٹ ختم ہوگئی۔</w:t>
      </w:r>
    </w:p>
    <w:p>
      <w:r>
        <w:rPr>
          <w:b/>
        </w:rPr>
        <w:t xml:space="preserve">[21:47] </w:t>
      </w:r>
      <w:r>
        <w:t>un ke haan deen ke naam se aik qoumi culture ban gaya jis ko bashar-e-khud woh deen-e-ibrahim ka naam dainay lage, jabkay asal soorat-e-haal yeh thi ke aap ibrahimi deen hi ko un ke samnay pesh kar rahay thay.</w:t>
      </w:r>
    </w:p>
    <w:p>
      <w:pPr>
        <w:jc w:val="right"/>
      </w:pPr>
      <w:r>
        <w:t>ان کے ہاں دین کے نام سے ایک قومی کلچر بن گیا جس کو بطور خود وہ دین ابراہیم کا نام دینے لگے، جبکہ اصل صورتحال یہ تھی کہ آپ ابراہیمی دین ہی کو ان کے سامنے پیش کر رہے تھے۔</w:t>
      </w:r>
    </w:p>
    <w:p>
      <w:r>
        <w:rPr>
          <w:b/>
        </w:rPr>
        <w:t xml:space="preserve">[22:05] </w:t>
      </w:r>
      <w:r>
        <w:t>un ki mukhalifat ka sabab yeh tha ke asal deen-e-ibrahim un ke haan ajnabi deen ban chuka tha. Woh apne qoumi culture ko deen-e-ibrahim ke naam se janne lage thay.</w:t>
      </w:r>
    </w:p>
    <w:p>
      <w:pPr>
        <w:jc w:val="right"/>
      </w:pPr>
      <w:r>
        <w:t>ان کی مخالفت کا سبب یہ تھا کہ اصل دین ابراہیم ان کے ہاں اجنبی دین بن چکا تھا۔ وہ اپنے قومی کلچر کو دین ابراہیم کے نام سے جاننے لگے تھے۔</w:t>
      </w:r>
    </w:p>
    <w:p>
      <w:r>
        <w:rPr>
          <w:b/>
        </w:rPr>
        <w:t xml:space="preserve">[22:18] </w:t>
      </w:r>
      <w:r>
        <w:t>yahi sabab tha jis ki bina par woh paighambar-e-islam ke mukhalif ban gaye, hatta ke aap ke khilaf larne ke liye tayyar ho gaye.</w:t>
      </w:r>
    </w:p>
    <w:p>
      <w:pPr>
        <w:jc w:val="right"/>
      </w:pPr>
      <w:r>
        <w:t>یہی سبب تھا جس کی بنا پر وہ پیغمبر اسلام کے مخالف بن گئے، حتی کہ آپ کے خلاف لڑنے کے لیے تیار ہو گئے۔</w:t>
      </w:r>
    </w:p>
    <w:p>
      <w:r>
        <w:rPr>
          <w:b/>
        </w:rPr>
        <w:t xml:space="preserve">[22:29] </w:t>
      </w:r>
      <w:r>
        <w:t>yeh soorat-e-haal sirf qadeem arbon ki na thi, balkay yeh aik aam tareekhi zahira hai jo har qom ke sath hamesha paish aata hai.</w:t>
      </w:r>
    </w:p>
    <w:p>
      <w:pPr>
        <w:jc w:val="right"/>
      </w:pPr>
      <w:r>
        <w:t>یہ صورتحال صرف قدیم عربوں کی نہ تھی، بلکہ یہ ایک عمومی تاریخی ظاہرہ ہے جو ہر قوم کے ساتھ ہمیشہ پیش آتا ہے۔</w:t>
      </w:r>
    </w:p>
    <w:p>
      <w:r>
        <w:rPr>
          <w:b/>
        </w:rPr>
        <w:t xml:space="preserve">[22:41] </w:t>
      </w:r>
      <w:r>
        <w:t>har qom mein aisa hota hai ke ibtida'an jo cheez un ke haan mazhab ke tor par hoti hai, woh baad ki naslon ke liye aik qoumi culture ban jati hai.</w:t>
      </w:r>
    </w:p>
    <w:p>
      <w:pPr>
        <w:jc w:val="right"/>
      </w:pPr>
      <w:r>
        <w:t>ہر قوم میں ایسا ہوتا ہے کہ ابتداءً جو چیز ان کے ہاں مذہب کے طور پر ہوتی ہے، وہ بعد کی نسلوں کے لیے ایک قومی کلچر بن جاتی ہے۔</w:t>
      </w:r>
    </w:p>
    <w:p>
      <w:r>
        <w:rPr>
          <w:b/>
        </w:rPr>
        <w:t xml:space="preserve">[22:53] </w:t>
      </w:r>
      <w:r>
        <w:t>jab aisa hota hai to baad ki naslon ke liye asal mazhab aik ajnabi cheez ban jata hai. Is maslay ka hal sirf yeh hai ke baad ke zamanay ke log apni deconditioning kar ke apne aap ko dobara is qabil banayen ke woh asal mazhab ko pehchan saken.</w:t>
      </w:r>
    </w:p>
    <w:p>
      <w:pPr>
        <w:jc w:val="right"/>
      </w:pPr>
      <w:r>
        <w:t>جب ایسا ہوتا ہے تو بعد کی نسلوں کے لیے اصل مذہب ایک اجنبی چیز بن جاتا ہے۔ اس مسئلے کا حل صرف یہ ہے کہ بعد کے زمانے کے لوگ اپنی ڈی کنڈیشننگ کر کے اپنے آپ کو دوبارہ اس قابل بنائیں کہ وہ اصل مذہب کو پہچان سکیں۔</w:t>
      </w:r>
    </w:p>
    <w:p>
      <w:r>
        <w:rPr>
          <w:b/>
        </w:rPr>
        <w:t xml:space="preserve">[23:16] </w:t>
      </w:r>
      <w:r>
        <w:t>islah-e-umat. Ummat-e-muslima ki islah aik mustaqil mozu hai jis par logon ne bohat kuch likha hai aur bohat kuch bola hai.</w:t>
      </w:r>
    </w:p>
    <w:p>
      <w:pPr>
        <w:jc w:val="right"/>
      </w:pPr>
      <w:r>
        <w:t>اصلاح امت۔ امت مسلمہ کی اصلاح ایک مستقل موضوع ہے جس پر لوگوں نے بہت کچھ لکھا ہے اور بہت کچھ بولا ہے۔</w:t>
      </w:r>
    </w:p>
    <w:p>
      <w:r>
        <w:rPr>
          <w:b/>
        </w:rPr>
        <w:t xml:space="preserve">[23:28] </w:t>
      </w:r>
      <w:r>
        <w:t>yeh aik aisa mozu hai jis par musalsal bahs jari rehti hai. Taham is mozu par aik mutaliq riwayat hai jo is silsilay mein aik rehnuma riwayat ki hesiyat rakhti hai.</w:t>
      </w:r>
    </w:p>
    <w:p>
      <w:pPr>
        <w:jc w:val="right"/>
      </w:pPr>
      <w:r>
        <w:t>یہ ایک ایسا موضوع ہے جس پر مسلسل بحث جاری رہتی ہے۔ تاہم اس موضوع پر ایک متعلق روایت ہے جو اس سلسلے میں ایک رہنما روایت کی حیثیت رکھتی ہے۔</w:t>
      </w:r>
    </w:p>
    <w:p>
      <w:r>
        <w:rPr>
          <w:b/>
        </w:rPr>
        <w:t xml:space="preserve">[23:42] </w:t>
      </w:r>
      <w:r>
        <w:t>yeh riwayat wahb ibn qaisan ki hai jo aala darjay ke fiqah manay jatay hain. Woh madina mein paida hue, yahin unhon ne taleem pai aur kai sahaba se mulaqat ki,</w:t>
      </w:r>
    </w:p>
    <w:p>
      <w:pPr>
        <w:jc w:val="right"/>
      </w:pPr>
      <w:r>
        <w:t>یہ روایت وہب ابن قیسان کی ہے جو اعلیٰ درجے کے فقیہ مانے جاتے ہیں۔ وہ مدینہ میں پیدا ہوئے، یہیں انہوں نے تعلیم پائی اور کئی صحابہ سے ملاقات کی،</w:t>
      </w:r>
    </w:p>
    <w:p>
      <w:r>
        <w:rPr>
          <w:b/>
        </w:rPr>
        <w:t xml:space="preserve">[23:56] </w:t>
      </w:r>
      <w:r>
        <w:t>mislan ibn abbas, abu saeed al-khudri, jabir bin abdullah, ibn zubair aur amr bin abi salma waghera.</w:t>
      </w:r>
    </w:p>
    <w:p>
      <w:pPr>
        <w:jc w:val="right"/>
      </w:pPr>
      <w:r>
        <w:t>مثلاً ابن عباس، ابو سعید الخدری، جابر بن عبداللہ، ابن زبیر اور عمرو بن ابی سلمہ وغیرہ۔</w:t>
      </w:r>
    </w:p>
    <w:p>
      <w:r>
        <w:rPr>
          <w:b/>
        </w:rPr>
        <w:t xml:space="preserve">[24:05] </w:t>
      </w:r>
      <w:r>
        <w:t>woh imam malik, tabay tabayeen waghera ke ustad thay. Un ki wafat 127 hijri mein madinay mein hui.</w:t>
      </w:r>
    </w:p>
    <w:p>
      <w:pPr>
        <w:jc w:val="right"/>
      </w:pPr>
      <w:r>
        <w:t>وہ امام مالک، تبع تابعی وغیرہ کے استاد تھے۔ ان کی وفات 127 ہجری میں مدینے میں ہوئی۔</w:t>
      </w:r>
    </w:p>
    <w:p>
      <w:r>
        <w:rPr>
          <w:b/>
        </w:rPr>
        <w:t xml:space="preserve">[24:15] </w:t>
      </w:r>
      <w:r>
        <w:t>Imam Malik apne ustad Wahb ibn Qaisan ke bare mein kehte hain:</w:t>
      </w:r>
    </w:p>
    <w:p>
      <w:pPr>
        <w:jc w:val="right"/>
      </w:pPr>
      <w:r>
        <w:t>امام مالک اپنے استاد وہب ابن قیسان کے بارے میں کہتے ہیں:</w:t>
      </w:r>
    </w:p>
    <w:p>
      <w:r>
        <w:rPr>
          <w:b/>
        </w:rPr>
        <w:t xml:space="preserve">[24:20] </w:t>
      </w:r>
      <w:r>
        <w:t>"Kana Wahb ibn Qaisan yaq udu</w:t>
      </w:r>
    </w:p>
    <w:p>
      <w:pPr>
        <w:jc w:val="right"/>
      </w:pPr>
      <w:r>
        <w:t>"کان وہب ابن قیسان یقعد</w:t>
      </w:r>
    </w:p>
    <w:p>
      <w:r>
        <w:rPr>
          <w:b/>
        </w:rPr>
        <w:t xml:space="preserve">[24:25] </w:t>
      </w:r>
      <w:r>
        <w:t>ilayna thumma la yaqumu abadan hatta yaqula lana innahu la yuslihu akhirahu al ummata illa ma asliha awwalahu qultu</w:t>
      </w:r>
    </w:p>
    <w:p>
      <w:pPr>
        <w:jc w:val="right"/>
      </w:pPr>
      <w:r>
        <w:t>الینا ثم لا یقوم ابدا حتی یقول لنا انہ لا یصلح آخرہ الامہ الا ما اصلح اولہا قلت</w:t>
      </w:r>
    </w:p>
    <w:p>
      <w:r>
        <w:rPr>
          <w:b/>
        </w:rPr>
        <w:t xml:space="preserve">[24:40] </w:t>
      </w:r>
      <w:r>
        <w:t>yureedu madha qala yureedu al tiqaa".</w:t>
      </w:r>
    </w:p>
    <w:p>
      <w:pPr>
        <w:jc w:val="right"/>
      </w:pPr>
      <w:r>
        <w:t>یرید ماذا قال یرید التقاء"۔</w:t>
      </w:r>
    </w:p>
    <w:p>
      <w:r>
        <w:rPr>
          <w:b/>
        </w:rPr>
        <w:t xml:space="preserve">[24:45] </w:t>
      </w:r>
      <w:r>
        <w:t>musnad al muwatta lil johri. yani wahb ibn qaisan tabi hamare darmiyan beth te, phir woh uthne se pehle hamesha yeh kehte: "beshak is ummat ke aakhir ki islaah isi tareeqe se hogi jis tareeqe se is ummat ke pehle ki islaah hui".</w:t>
      </w:r>
    </w:p>
    <w:p>
      <w:pPr>
        <w:jc w:val="right"/>
      </w:pPr>
      <w:r>
        <w:t>مسند الموطہ للجوہری۔ یعنی وہب ابن قیسان تابعی ہمارے درمیان بیٹھتے، پھر وہ اٹھنے سے پہلے ہمیشہ یہ کہتے: "بے شک اس امت کے آخر کی اصلاح اسی طریقے سے ہوگی جس طریقے سے اس امت کے پہلے کی اصلاح ہوئی"۔</w:t>
      </w:r>
    </w:p>
    <w:p>
      <w:r>
        <w:rPr>
          <w:b/>
        </w:rPr>
        <w:t xml:space="preserve">[25:07] </w:t>
      </w:r>
      <w:r>
        <w:t>rawi ne poocha ke is se woh kya murad lete thay? imam malik ne kaha: "is se un ki murad taqwa hoti thi.</w:t>
      </w:r>
    </w:p>
    <w:p>
      <w:pPr>
        <w:jc w:val="right"/>
      </w:pPr>
      <w:r>
        <w:t>راوی نے پوچھا کہ اس سے وہ کیا مراد لیتے تھے؟ امام مالک نے کہا: "اس سے ان کی مراد تقویٰ ہوتی تھی۔</w:t>
      </w:r>
    </w:p>
    <w:p>
      <w:r>
        <w:rPr>
          <w:b/>
        </w:rPr>
        <w:t xml:space="preserve">[25:16] </w:t>
      </w:r>
      <w:r>
        <w:t>baad ke zamane se murad zuwal ka zamana hai. ummat ka baad ka zamana khala ka zamana nahi hoga, balkeh woh bharpoor sargarmiyon ka zamana hoga.</w:t>
      </w:r>
    </w:p>
    <w:p>
      <w:pPr>
        <w:jc w:val="right"/>
      </w:pPr>
      <w:r>
        <w:t>بعد کے زمانے سے مراد زوال کا زمانہ ہے۔ امت کا بعد کا زمانہ خلا کا زمانہ نہیں ہوگا، بلکہ وہ بھرپور سرگرمیوں کا زمانہ ہوگا۔</w:t>
      </w:r>
    </w:p>
    <w:p>
      <w:r>
        <w:rPr>
          <w:b/>
        </w:rPr>
        <w:t xml:space="preserve">[25:28] </w:t>
      </w:r>
      <w:r>
        <w:t>baad ke zamane mein logon ke pas apne mazi ki buniyad par ek tareekh hogi, ek culture hoga, deen ka ek tasawwur hoga waghera.</w:t>
      </w:r>
    </w:p>
    <w:p>
      <w:pPr>
        <w:jc w:val="right"/>
      </w:pPr>
      <w:r>
        <w:t>بعد کے زمانے میں لوگوں کے پاس اپنے ماضی کی بنیاد پر ایک تاریخ ہوگی، ایک کلچر ہوگا، دین کا ایک تصور ہوگا وغیرہ۔</w:t>
      </w:r>
    </w:p>
    <w:p>
      <w:r>
        <w:rPr>
          <w:b/>
        </w:rPr>
        <w:t xml:space="preserve">[25:41] </w:t>
      </w:r>
      <w:r>
        <w:t>is ke bawajood woh asal deen se door ja chukay honge. un ki islaah ki soorat sirf yeh hogi ke un ko peechay ki taraf lotaya jaye.</w:t>
      </w:r>
    </w:p>
    <w:p>
      <w:pPr>
        <w:jc w:val="right"/>
      </w:pPr>
      <w:r>
        <w:t>اس کے باوجود وہ اصل دین سے دور جا چکے ہوں گے۔ ان کی اصلاح کی صورت صرف یہ ہوگی کہ ان کو پیچھے کی طرف لوٹایا جائے۔</w:t>
      </w:r>
    </w:p>
    <w:p>
      <w:r>
        <w:rPr>
          <w:b/>
        </w:rPr>
        <w:t xml:space="preserve">[25:53] </w:t>
      </w:r>
      <w:r>
        <w:t>un ko dobara is deen par qaim kiya jaye jo daur awwal mein rasool aur ashaab rasool ke darmiyan paya jata tha.</w:t>
      </w:r>
    </w:p>
    <w:p>
      <w:pPr>
        <w:jc w:val="right"/>
      </w:pPr>
      <w:r>
        <w:t>ان کو دوبارہ اس دین پر قائم کیا جائے جو دور اول میں رسول اور اصحاب رسول کے درمیان پایا جاتا تھا۔</w:t>
      </w:r>
    </w:p>
    <w:p>
      <w:r>
        <w:rPr>
          <w:b/>
        </w:rPr>
        <w:t xml:space="preserve">[26:03] </w:t>
      </w:r>
      <w:r>
        <w:t>doosre alfaz mein yeh ke peghambar ke baad ummat ke darmiyan ek tareekh banna shuru hogi. dheere dheere woh waqt aa jaye ga jab ke log islam ka naam lenge, lekin amalan woh baad ke zamane mein banne wali tareekh par khare honge.</w:t>
      </w:r>
    </w:p>
    <w:p>
      <w:pPr>
        <w:jc w:val="right"/>
      </w:pPr>
      <w:r>
        <w:t>دوسرے الفاظ میں یہ کہ پیغمبر کے بعد امت کے درمیان ایک تاریخ بننا شروع ہوگی۔ دھیرے دھیرے وہ وقت آ جائے گا جب کہ لوگ اسلام کا نام لیں گے، لیکن عملاً وہ بعد کے زمانے میں بننے والی تاریخ پر کھڑے ہوں گے۔</w:t>
      </w:r>
    </w:p>
    <w:p>
      <w:r>
        <w:rPr>
          <w:b/>
        </w:rPr>
        <w:t xml:space="preserve">[26:25] </w:t>
      </w:r>
      <w:r>
        <w:t>ab un ka model baad ko banne wali tareekh ka model hoga, na ke rasool aur ashaab rasool ka model.</w:t>
      </w:r>
    </w:p>
    <w:p>
      <w:pPr>
        <w:jc w:val="right"/>
      </w:pPr>
      <w:r>
        <w:t>اب ان کا ماڈل بعد کو بننے والی تاریخ کا ماڈل ہوگا، نہ کہ رسول اور اصحاب رسول کا ماڈل۔</w:t>
      </w:r>
    </w:p>
    <w:p>
      <w:r>
        <w:rPr>
          <w:b/>
        </w:rPr>
        <w:t xml:space="preserve">[26:34] </w:t>
      </w:r>
      <w:r>
        <w:t>aisi halat mein zaroori hoga ke log islam aur muslim tareekh ke darmiyan farq ko daryaft karen.</w:t>
      </w:r>
    </w:p>
    <w:p>
      <w:pPr>
        <w:jc w:val="right"/>
      </w:pPr>
      <w:r>
        <w:t>ایسی حالت میں ضروری ہوگا کہ لوگ اسلام اور مسلم تاریخ کے درمیان فرق کو دریافت کریں۔</w:t>
      </w:r>
    </w:p>
    <w:p>
      <w:r>
        <w:rPr>
          <w:b/>
        </w:rPr>
        <w:t xml:space="preserve">[26:43] </w:t>
      </w:r>
      <w:r>
        <w:t>woh baad mein banne wali tareekh ko hadaf kar ke asal islam ko janen aur us par dobara qaim ho jayen.</w:t>
      </w:r>
    </w:p>
    <w:p>
      <w:pPr>
        <w:jc w:val="right"/>
      </w:pPr>
      <w:r>
        <w:t>وہ بعد میں بننے والی تاریخ کو حذف کر کے اصل اسلام کو جانیں اور اس پر دوبارہ قائم ہو جائیں۔</w:t>
      </w:r>
    </w:p>
    <w:p>
      <w:r>
        <w:rPr>
          <w:b/>
        </w:rPr>
        <w:t xml:space="preserve">[26:52] </w:t>
      </w:r>
      <w:r>
        <w:t>goya ke un ke liye islam daryaft sani ya re discovery ka mozu ban chuka hoga. is daryaft sani ke baghair asal deen un ke liye ajnabi ban chuka hoga.</w:t>
      </w:r>
    </w:p>
    <w:p>
      <w:pPr>
        <w:jc w:val="right"/>
      </w:pPr>
      <w:r>
        <w:t>گویا کہ ان کے لیے اسلام دریافت ثانی یا ری ڈسکوری کا موضوع بن چکا ہوگا۔ اس دریافت ثانی کے بغیر اصل دین ان کے لیے اجنبی بن چکا ہوگا۔</w:t>
      </w:r>
    </w:p>
    <w:p>
      <w:r>
        <w:rPr>
          <w:b/>
        </w:rPr>
        <w:t xml:space="preserve">[27:08] </w:t>
      </w:r>
      <w:r>
        <w:t>is ajnabiyat ko door karne ki soorat sirf yeh hogi ke woh apni de conditioning karen. dono zamane ke farq ko is tarah bayan kiya ja sakta hai ke daur awwal ka deen mabni bar taqwa hoga,</w:t>
      </w:r>
    </w:p>
    <w:p>
      <w:pPr>
        <w:jc w:val="right"/>
      </w:pPr>
      <w:r>
        <w:t>اس اجنبیت کو دور کرنے کی صورت صرف یہ ہوگی کہ وہ اپنی ڈی کنڈیشننگ کریں۔ دونوں زمانے کے فرق کو اس طرح بیان کیا جا سکتا ہے کہ دور اول کا دین مبنی بر تقویٰ ہوگا،</w:t>
      </w:r>
    </w:p>
    <w:p>
      <w:r>
        <w:rPr>
          <w:b/>
        </w:rPr>
        <w:t xml:space="preserve">[27:25] </w:t>
      </w:r>
      <w:r>
        <w:t>magar zuwal ka daur aanay ke baad logon ke darmiyan ek aisa deen raij ho jaye ga jo ek qism ka qaumi deen hoga.</w:t>
      </w:r>
    </w:p>
    <w:p>
      <w:pPr>
        <w:jc w:val="right"/>
      </w:pPr>
      <w:r>
        <w:t>مگر زوال کا دور آنے کے بعد لوگوں کے درمیان ایک ایسا دین رائج ہو جائے گا جو ایک قسم کا قومی دین ہوگا۔</w:t>
      </w:r>
    </w:p>
    <w:p>
      <w:r>
        <w:rPr>
          <w:b/>
        </w:rPr>
        <w:t xml:space="preserve">[27:35] </w:t>
      </w:r>
      <w:r>
        <w:t>woh khuda rakhi deen na hoga, balkeh woh qaumi rakhi deen ban jaye ga. yahan yeh sawal hai ke taqwa kya cheez hai jis ke mafqood hone ki wajah se baad ke zamane ke logon ke liye haqeeqi deen ajnabi deen ban jaye ga?</w:t>
      </w:r>
    </w:p>
    <w:p>
      <w:pPr>
        <w:jc w:val="right"/>
      </w:pPr>
      <w:r>
        <w:t>وہ خدا رخی دین نہ ہوگا، بلکہ وہ قومی رخی دین بن جائے گا۔ یہاں یہ سوال ہے کہ تقویٰ کیا چیز ہے جس کے مفقود ہونے کی وجہ سے بعد کے زمانے کے لوگوں کے لیے حقیقی دین اجنبی دین بن جائے گا؟</w:t>
      </w:r>
    </w:p>
    <w:p>
      <w:r>
        <w:rPr>
          <w:b/>
        </w:rPr>
        <w:t xml:space="preserve">[27:55] </w:t>
      </w:r>
      <w:r>
        <w:t>is riwayat ke mutabiq ibtidai daur ke ahle iman taqwa ka tareeqa ikhtiyar kar ke islaah yafta banay thay.</w:t>
      </w:r>
    </w:p>
    <w:p>
      <w:pPr>
        <w:jc w:val="right"/>
      </w:pPr>
      <w:r>
        <w:t>اس روایت کے مطابق ابتدائی دور کے اہل ایمان تقویٰ کا طریقہ اختیار کر کے اصلاح یافتہ بنے تھے۔</w:t>
      </w:r>
    </w:p>
    <w:p>
      <w:r>
        <w:rPr>
          <w:b/>
        </w:rPr>
        <w:t xml:space="preserve">[28:05] </w:t>
      </w:r>
      <w:r>
        <w:t>baad ke zamane ke logon ko bhi yahi karna hoga ke woh apni ghair mutaqiyana rawish ko choren aur dobara taqwa ke tareeqe ko ikhtiyar karen.</w:t>
      </w:r>
    </w:p>
    <w:p>
      <w:pPr>
        <w:jc w:val="right"/>
      </w:pPr>
      <w:r>
        <w:t>بعد کے زمانے کے لوگوں کو بھی یہی کرنا ہوگا کہ وہ اپنی غیر متقیانہ روش کو چھوڑیں اور دوبارہ تقویٰ کے طریقے کو اختیار کریں۔</w:t>
      </w:r>
    </w:p>
    <w:p>
      <w:r>
        <w:rPr>
          <w:b/>
        </w:rPr>
        <w:t xml:space="preserve">[28:18] </w:t>
      </w:r>
      <w:r>
        <w:t>taqwa se murad yeh hai ke aadmi ek aisi rawish ko ikhtiyar kare jo Allah ke mawakhza ke tasawwur par mabni ho, jo Allah ke samne jawab dahi ke ehsas par qaim ho.</w:t>
      </w:r>
    </w:p>
    <w:p>
      <w:pPr>
        <w:jc w:val="right"/>
      </w:pPr>
      <w:r>
        <w:t>تقویٰ سے مراد یہ ہے کہ آدمی ایک ایسی روش کو اختیار کرے جو اللہ کے مواخذہ کے تصور پر مبنی ہو، جو اللہ کے سامنے جواب دہی کے احساس پر قائم ہو۔</w:t>
      </w:r>
    </w:p>
    <w:p>
      <w:r>
        <w:rPr>
          <w:b/>
        </w:rPr>
        <w:t xml:space="preserve">[28:35] </w:t>
      </w:r>
      <w:r>
        <w:t>do duniyan. khaliq ne do duniyan banai: ek insani duniya aur doosre madi duniya, jis ko ilmi zaban mein nature kaha jata hai.</w:t>
      </w:r>
    </w:p>
    <w:p>
      <w:pPr>
        <w:jc w:val="right"/>
      </w:pPr>
      <w:r>
        <w:t>دو دنیایں۔ خالق نے دو دنیایں بنائیں: ایک انسانی دنیا اور دوسرے مادی دنیا، جس کو علمی زبان میں نیچر کہا جاتا ہے۔</w:t>
      </w:r>
    </w:p>
    <w:p>
      <w:r>
        <w:rPr>
          <w:b/>
        </w:rPr>
        <w:t xml:space="preserve">[28:47] </w:t>
      </w:r>
      <w:r>
        <w:t>kainat ka mutaliya karne wala in dono duniyon ke darmiyan ek ajib farq pata hai. insani duniya asfal safilin ki duniya hai.</w:t>
      </w:r>
    </w:p>
    <w:p>
      <w:pPr>
        <w:jc w:val="right"/>
      </w:pPr>
      <w:r>
        <w:t>کائنات کا مطالعہ کرنے والا ان دونوں دنیاؤں کے درمیان ایک عجیب فرق پاتا ہے۔ انسانی دنیا اسفل سافلین کی دنیا ہے۔</w:t>
      </w:r>
    </w:p>
    <w:p>
      <w:r>
        <w:rPr>
          <w:b/>
        </w:rPr>
        <w:t xml:space="preserve">[28:57] </w:t>
      </w:r>
      <w:r>
        <w:t>is ke muqable mein madi duniya ke bare mein khaliq ka yeh ailan hai ke "la tarah min futoor". dono duniyan is tarah ek doosre se mukhtalif, yani different, kyun hain?</w:t>
      </w:r>
    </w:p>
    <w:p>
      <w:pPr>
        <w:jc w:val="right"/>
      </w:pPr>
      <w:r>
        <w:t>اس کے مقابلے میں مادی دنیا کے بارے میں خالق کا یہ اعلان ہے کہ "لا طرح من فتور"۔ دونوں دنیایں اس طرح ایک دوسرے سے مختلف، یعنی ڈفرنٹ، کیوں ہیں؟</w:t>
      </w:r>
    </w:p>
    <w:p>
      <w:r>
        <w:rPr>
          <w:b/>
        </w:rPr>
        <w:t xml:space="preserve">[29:14] </w:t>
      </w:r>
      <w:r>
        <w:t>is ka jawab quran mein talash kiya jaye to yeh maloom hoga ke madi duniya maskhar duniya hai, yani khidmat gar duniya.</w:t>
      </w:r>
    </w:p>
    <w:p>
      <w:pPr>
        <w:jc w:val="right"/>
      </w:pPr>
      <w:r>
        <w:t>اس کا جواب قرآن میں تلاش کیا جائے تو یہ معلوم ہوگا کہ مادی دنیا مسخر دنیا ہے، یعنی خدمت گار دنیا۔</w:t>
      </w:r>
    </w:p>
    <w:p>
      <w:r>
        <w:rPr>
          <w:b/>
        </w:rPr>
        <w:t xml:space="preserve">[29:25] </w:t>
      </w:r>
      <w:r>
        <w:t>is ke bar aks insani duniya ek azaad duniya hai. doosre alfaz mein yeh hai ke baqi duniya agar khidmat gar duniya hai to insan is duniya ka master hai.</w:t>
      </w:r>
    </w:p>
    <w:p>
      <w:pPr>
        <w:jc w:val="right"/>
      </w:pPr>
      <w:r>
        <w:t>اس کے برعکس انسانی دنیا ایک آزاد دنیا ہے۔ دوسرے لفظوں میں یہ ہے کہ بقیہ دنیا اگر خدمت گار دنیا ہے تو انسان اس دنیا کا ماسٹر ہے۔</w:t>
      </w:r>
    </w:p>
    <w:p>
      <w:r>
        <w:rPr>
          <w:b/>
        </w:rPr>
        <w:t xml:space="preserve">[29:40] </w:t>
      </w:r>
      <w:r>
        <w:t>insan ko sardari ka yeh maqam maujooda duniya mein bazahir aam tor par mila hua maqam dikhai deta hai, lekin aakhri haqeeqat ke aitbar se yeh maqam intikhabi buniyad, yani selective basis par milne wala hai.</w:t>
      </w:r>
    </w:p>
    <w:p>
      <w:pPr>
        <w:jc w:val="right"/>
      </w:pPr>
      <w:r>
        <w:t>انسان کو سرداری کا یہ مقام موجودہ دنیا میں بظاہر عمومی طور پر ملا ہوا مقام دکھائی دیتا ہے، لیکن آخری حقیقت کے اعتبار سے یہ مقام انتخابی بنیاد، یعنی سلیکٹیو بیسس پر ملنے والا ہے۔</w:t>
      </w:r>
    </w:p>
    <w:p>
      <w:r>
        <w:rPr>
          <w:b/>
        </w:rPr>
        <w:t xml:space="preserve">[29:59] </w:t>
      </w:r>
      <w:r>
        <w:t>insan ke bare mein yeh haqeeqat quran ki is ayat se maloom hoti hai: "allazi khalaqa al mauta wal hayata li yablukum ahsan amala".</w:t>
      </w:r>
    </w:p>
    <w:p>
      <w:pPr>
        <w:jc w:val="right"/>
      </w:pPr>
      <w:r>
        <w:t>انسان کے بارے میں یہ حقیقت قرآن کی اس آیت سے معلوم ہوتی ہے: "الذی خلق الموت والحیات لیبلوکم احسن عملا"۔</w:t>
      </w:r>
    </w:p>
    <w:p>
      <w:r>
        <w:rPr>
          <w:b/>
        </w:rPr>
        <w:t xml:space="preserve">[30:14] </w:t>
      </w:r>
      <w:r>
        <w:t>yani jis ne maut aur zindagi ko paida kiya taake woh tum ko jaanche ke tum mein se kaun acha kaam karta hai.</w:t>
      </w:r>
    </w:p>
    <w:p>
      <w:pPr>
        <w:jc w:val="right"/>
      </w:pPr>
      <w:r>
        <w:t>یعنی جس نے موت اور زندگی کو پیدا کیا تاکہ وہ تم کو جانچے کہ تم میں سے کون اچھا کام کرتا ہے۔</w:t>
      </w:r>
    </w:p>
    <w:p>
      <w:r>
        <w:rPr>
          <w:b/>
        </w:rPr>
        <w:t xml:space="preserve">[30:24] </w:t>
      </w:r>
      <w:r>
        <w:t>is ka matlab yeh hai ke insaan ko ek aisi duniya mein rakha gaya hai jahan har qism ke tajrubaat pesh aayen.</w:t>
      </w:r>
    </w:p>
    <w:p>
      <w:pPr>
        <w:jc w:val="right"/>
      </w:pPr>
      <w:r>
        <w:t>اس کا مطلب یہ ہے کہ انسان کو ایک ایسی دنیا میں رکھا گیا ہے جہاں ہر قسم کے تجربات پیش آئیں۔</w:t>
      </w:r>
    </w:p>
    <w:p>
      <w:r>
        <w:rPr>
          <w:b/>
        </w:rPr>
        <w:t xml:space="preserve">[30:34] </w:t>
      </w:r>
      <w:r>
        <w:t>isko musalsal tor par challenge ke darmiyan zindagi guzarna pade. is ke liye mukhtalif intikhabat, yani options hon, aur is ko apni aqal ko istemal kar ke yeh jaanna pade ke is ko kaun sa intikhab lena hai aur kaun sa intikhab chhod dena hai.</w:t>
      </w:r>
    </w:p>
    <w:p>
      <w:pPr>
        <w:jc w:val="right"/>
      </w:pPr>
      <w:r>
        <w:t>اس کو مسلسل طور پر چیلنج کے درمیان زندگی گزارنا پڑے۔ اس کے لیے مختلف انتخابات، یعنی آپشنز ہوں، اور اس کو اپنی عقل کو استعمال کر کے یہ جاننا پڑے کہ اس کو کون سا انتخاب لینا ہے اور کون سا انتخاب چھوڑ دینا ہے۔</w:t>
      </w:r>
    </w:p>
    <w:p>
      <w:r>
        <w:rPr>
          <w:b/>
        </w:rPr>
        <w:t xml:space="preserve">[30:57] </w:t>
      </w:r>
      <w:r>
        <w:t>is tarah mukhtalif halaat se guzarte hue woh insaan banta hai jis ko quran mein ahsan al amal kaha gaya hai.</w:t>
      </w:r>
    </w:p>
    <w:p>
      <w:pPr>
        <w:jc w:val="right"/>
      </w:pPr>
      <w:r>
        <w:t>اس طرح مختلف حالات سے گزرتے ہوئے وہ انسان بنتا ہے جس کو قرآن میں احسن العمل کہا گیا ہے۔</w:t>
      </w:r>
    </w:p>
    <w:p>
      <w:r>
        <w:rPr>
          <w:b/>
        </w:rPr>
        <w:t xml:space="preserve">[31:06] </w:t>
      </w:r>
      <w:r>
        <w:t>yani ahsan al amal, best in conduct wale afraad hain jin ko muntakhib kar ke abadi jannat mein basaya jayega.</w:t>
      </w:r>
    </w:p>
    <w:p>
      <w:pPr>
        <w:jc w:val="right"/>
      </w:pPr>
      <w:r>
        <w:t>یعنی احسن العمل، بیسٹ ان کنڈکٹ والے افراد ہیں جن کو منتخب کر کے ابدی جنت میں بسایا جائے گا۔</w:t>
      </w:r>
    </w:p>
    <w:p>
      <w:r>
        <w:rPr>
          <w:b/>
        </w:rPr>
        <w:t xml:space="preserve">[31:17] </w:t>
      </w:r>
      <w:r>
        <w:t>woh wahan khalq ke qurb mein abadi taur par aala zindagi guzarenge. donon duniyaon ke darmiyan jo farq hai woh ek ba-maani hikmat par mabni hai.</w:t>
      </w:r>
    </w:p>
    <w:p>
      <w:pPr>
        <w:jc w:val="right"/>
      </w:pPr>
      <w:r>
        <w:t>وہ وہاں خالق کے قرب میں ابدی طور پر اعلیٰ زندگی گزاریں گے۔ دونوں دنیاؤں کے درمیان جو فرق ہے وہ ایک بامعنی حکمت پر مبنی ہے۔</w:t>
      </w:r>
    </w:p>
    <w:p>
      <w:r>
        <w:rPr>
          <w:b/>
        </w:rPr>
        <w:t xml:space="preserve">[31:30] </w:t>
      </w:r>
      <w:r>
        <w:t>maujooda duniya ek imtehani duniya, yani testing ground hai. is liye zaroori tha ke woh ghair miyari duniya, yani imperfect world ho.</w:t>
      </w:r>
    </w:p>
    <w:p>
      <w:pPr>
        <w:jc w:val="right"/>
      </w:pPr>
      <w:r>
        <w:t>موجودہ دنیا ایک امتحانی دنیا، یعنی ٹیسٹنگ گراؤنڈ ہے۔ اس لیے ضروری تھا کہ وہ غیر معیاری دنیا، یعنی امپرفیکٹ ورلڈ ہو۔</w:t>
      </w:r>
    </w:p>
    <w:p>
      <w:r>
        <w:rPr>
          <w:b/>
        </w:rPr>
        <w:t xml:space="preserve">[31:41] </w:t>
      </w:r>
      <w:r>
        <w:t>agar woh miyari duniya hoti to insaan ko jaanchne ke liye imtihangah, yani testing ground, nahi ban sakti.</w:t>
      </w:r>
    </w:p>
    <w:p>
      <w:pPr>
        <w:jc w:val="right"/>
      </w:pPr>
      <w:r>
        <w:t>اگر وہ معیاری دنیا ہوتی تو انسان کو جانچنے کے لیے امتحان گاہ، یعنی ٹیسٹنگ گراؤنڈ، نہیں بن سکتی۔</w:t>
      </w:r>
    </w:p>
    <w:p>
      <w:r>
        <w:rPr>
          <w:b/>
        </w:rPr>
        <w:t xml:space="preserve">[31:50] </w:t>
      </w:r>
      <w:r>
        <w:t>maujooda duniya ke ghair miyari hone ki wajah se insaan ko yahan baar baar masail, yani problems, ka samna karna padta hai.</w:t>
      </w:r>
    </w:p>
    <w:p>
      <w:pPr>
        <w:jc w:val="right"/>
      </w:pPr>
      <w:r>
        <w:t>موجودہ دنیا کے غیر معیاری ہونے کی وجہ سے انسان کو یہاں بار بار مسائل، یعنی پرابلمز، کا سامنا کرنا پڑتا ہے۔</w:t>
      </w:r>
    </w:p>
    <w:p>
      <w:r>
        <w:rPr>
          <w:b/>
        </w:rPr>
        <w:t xml:space="preserve">[32:02] </w:t>
      </w:r>
      <w:r>
        <w:t>yahi woh masail hain jo insaan ke liye yeh mauqa faraham karte hain ke woh apne amal se yeh saabit kare ke do intikhabat mein se kis intikhab ko woh leta hai aur kis intikhab ko chhod deta hai.</w:t>
      </w:r>
    </w:p>
    <w:p>
      <w:pPr>
        <w:jc w:val="right"/>
      </w:pPr>
      <w:r>
        <w:t>یہی وہ مسائل ہیں جو انسان کے لیے یہ موقع فراہم کرتے ہیں کہ وہ اپنے عمل سے یہ ثابت کرے کہ دو انتخابات میں سے کس انتخاب کو وہ لیتا ہے اور کس انتخاب کو چھوڑ دیتا ہے۔</w:t>
      </w:r>
    </w:p>
    <w:p>
      <w:r>
        <w:rPr>
          <w:b/>
        </w:rPr>
        <w:t xml:space="preserve">[32:19] </w:t>
      </w:r>
      <w:r>
        <w:t>agar donon duniyaen yaksaan taur par miyari hotin to yahan woh amal, yani process, jaari nahi ho sakta tha jahan insaan ko mukhtalif qism ke challenge pesh aayen.</w:t>
      </w:r>
    </w:p>
    <w:p>
      <w:pPr>
        <w:jc w:val="right"/>
      </w:pPr>
      <w:r>
        <w:t>اگر دونوں دنیایں یکساں طور پر معیاری ہوتیں تو یہاں وہ عمل، یعنی پروسیس، جاری نہیں ہو سکتا تھا جہاں انسان کو مختلف قسم کے چیلنج پیش آئیں۔</w:t>
      </w:r>
    </w:p>
    <w:p>
      <w:r>
        <w:rPr>
          <w:b/>
        </w:rPr>
        <w:t xml:space="preserve">[32:33] </w:t>
      </w:r>
      <w:r>
        <w:t>yeh darasal donon duniyaon ka farq hai jis ki wajah se baar baar yahan challenge ki soorat-e-haal pesh aati hai.</w:t>
      </w:r>
    </w:p>
    <w:p>
      <w:pPr>
        <w:jc w:val="right"/>
      </w:pPr>
      <w:r>
        <w:t>یہ دراصل دونوں دنیاؤں کا فرق ہے جس کی وجہ سے بار بار یہاں چیلنج کی صورتحال پیش آتی ہے۔</w:t>
      </w:r>
    </w:p>
    <w:p>
      <w:r>
        <w:rPr>
          <w:b/>
        </w:rPr>
        <w:t xml:space="preserve">[32:43] </w:t>
      </w:r>
      <w:r>
        <w:t>challenge ki soorat-e-haal ka nateeja yeh hai ke is ki wajah se insaan ka zehn baar baar trigger hota rehta hai.</w:t>
      </w:r>
    </w:p>
    <w:p>
      <w:pPr>
        <w:jc w:val="right"/>
      </w:pPr>
      <w:r>
        <w:t>چیلنج کی صورتحال کا نتیجہ یہ ہے کہ اس کی وجہ سے انسان کا ذہن بار بار ٹریگر ہوتا رہتا ہے۔</w:t>
      </w:r>
    </w:p>
    <w:p>
      <w:r>
        <w:rPr>
          <w:b/>
        </w:rPr>
        <w:t xml:space="preserve">[32:53] </w:t>
      </w:r>
      <w:r>
        <w:t>insaan ke zehn mein baar baar brain storming hoti hai. insaan ke andar chhupe hue imkanat, yani potentials, jaagte hain.</w:t>
      </w:r>
    </w:p>
    <w:p>
      <w:pPr>
        <w:jc w:val="right"/>
      </w:pPr>
      <w:r>
        <w:t>انسان کے ذہن میں بار بار برین سٹارمنگ ہوتی ہے۔ انسان کے اندر چھپے ہوئے امکانات، یعنی پوٹینشلز، جاگتے ہیں۔</w:t>
      </w:r>
    </w:p>
    <w:p>
      <w:r>
        <w:rPr>
          <w:b/>
        </w:rPr>
        <w:t xml:space="preserve">[33:04] </w:t>
      </w:r>
      <w:r>
        <w:t>is ki wajah se insaan ka zehn kabhi jamood, yani stagnation, ka shikar nahi hone pata. is ki wajah se baar baar aisa hota hai ke insaan ko yeh mauqa milta hai ke woh apne zehn ko kis rukh par istemal kare:</w:t>
      </w:r>
    </w:p>
    <w:p>
      <w:pPr>
        <w:jc w:val="right"/>
      </w:pPr>
      <w:r>
        <w:t>اس کی وجہ سے انسان کا ذہن کبھی جمود، یعنی سٹیگنیشن، کا شکار نہیں ہونے پاتا۔ اس کی وجہ سے بار بار ایسا ہوتا ہے کہ انسان کو یہ موقع ملتا ہے کہ وہ اپنے ذہن کو کس رخ پر استعمال کرے:</w:t>
      </w:r>
    </w:p>
    <w:p>
      <w:r>
        <w:rPr>
          <w:b/>
        </w:rPr>
        <w:t xml:space="preserve">[33:22] </w:t>
      </w:r>
      <w:r>
        <w:t>musbat rukh par ya manfi rukh par. insaan ke liye jo mustaqbil muqaddar kiya gaya hai, us ke mutabiq insaan ko yeh karna hai ke woh apne aap ko ek taraqqi yafta shakhsiyat, yani developed personality, banaye.</w:t>
      </w:r>
    </w:p>
    <w:p>
      <w:pPr>
        <w:jc w:val="right"/>
      </w:pPr>
      <w:r>
        <w:t>مثبت رخ پر یا منفی رخ پر۔ انسان کے لیے جو مستقبل مقدر کیا گیا ہے، اس کے مطابق انسان کو یہ کرنا ہے کہ وہ اپنے آپ کو ایک ترقی یافتہ شخصیت، یعنی ڈیویلپڈ پرسنیلٹی، بنائے۔</w:t>
      </w:r>
    </w:p>
    <w:p>
      <w:r>
        <w:rPr>
          <w:b/>
        </w:rPr>
        <w:t xml:space="preserve">[33:40] </w:t>
      </w:r>
      <w:r>
        <w:t>yahi taraqqi yafta shakhsiyat hai jis ko quran mein muzakka shakhsiyat kaha gaya hai. yeh muzakka shakhsiyat aasani ke halaat mein nahi ban sakti thi.</w:t>
      </w:r>
    </w:p>
    <w:p>
      <w:pPr>
        <w:jc w:val="right"/>
      </w:pPr>
      <w:r>
        <w:t>یہی ترقی یافتہ شخصیت ہے جس کو قرآن میں مذکہ شخصیت کہا گیا ہے۔ یہ مذکہ شخصیت آسانی کے حالات میں نہیں بن سکتی تھی۔</w:t>
      </w:r>
    </w:p>
    <w:p>
      <w:r>
        <w:rPr>
          <w:b/>
        </w:rPr>
        <w:t xml:space="preserve">[33:53] </w:t>
      </w:r>
      <w:r>
        <w:t>woh sirf mushkil halaat mein banne wali thi. is liye khalq ne kainat mein yeh ba-maani farq rakha: muzakka shakhsiyat woh hai jo khud tayyar kardah shakhsiyat, yani self made personality, ho.</w:t>
      </w:r>
    </w:p>
    <w:p>
      <w:pPr>
        <w:jc w:val="right"/>
      </w:pPr>
      <w:r>
        <w:t>وہ صرف مشکل حالات میں بننے والی تھی۔ اس لیے خالق نے کائنات میں یہ بامعنی فرق رکھا: مذکہ شخصیت وہ ہے جو خود تیار کردہ شخصیت، یعنی سیلف میڈ پرسنیلٹی، ہو۔</w:t>
      </w:r>
    </w:p>
    <w:p>
      <w:r>
        <w:rPr>
          <w:b/>
        </w:rPr>
        <w:t xml:space="preserve">[34:10] </w:t>
      </w:r>
      <w:r>
        <w:t>yeh woh insaan hai jo khud daryaft kardah marifat par khada hota hai. yeh woh insaan hai jo apne amal se yeh saabit karta hai ke woh master of situation tha, na ke subject of situation.</w:t>
      </w:r>
    </w:p>
    <w:p>
      <w:pPr>
        <w:jc w:val="right"/>
      </w:pPr>
      <w:r>
        <w:t>یہ وہ انسان ہے جو خود دریافت کردہ معرفت پر کھڑا ہوتا ہے۔ یہ وہ انسان ہے جو اپنے عمل سے یہ ثابت کرتا ہے کہ وہ ماسٹر آف سچویشن تھا، نہ کہ سبجیکٹ آف سچویشن۔</w:t>
      </w:r>
    </w:p>
    <w:p>
      <w:r>
        <w:rPr>
          <w:b/>
        </w:rPr>
        <w:t xml:space="preserve">[34:27] </w:t>
      </w:r>
      <w:r>
        <w:t>maujooda duniya aakhirat ki duniya ki nursery hai. nursery woh ibtidai maqam hai jahan chhote paudhon ko ugaya jata hai taake baad ko un ko bade bagh mein nasb kiya jaye.</w:t>
      </w:r>
    </w:p>
    <w:p>
      <w:pPr>
        <w:jc w:val="right"/>
      </w:pPr>
      <w:r>
        <w:t>موجودہ دنیا آخرت کی دنیا کی نرسری ہے۔ نرسری وہ ابتدائی مقام ہے جہاں چھوٹے پودوں کو اگایا جاتا ہے تاکہ بعد کو ان کو بڑے باغ میں نصب کیا جائے۔</w:t>
      </w:r>
    </w:p>
    <w:p>
      <w:r>
        <w:rPr>
          <w:b/>
        </w:rPr>
        <w:t xml:space="preserve">[34:44] </w:t>
      </w:r>
      <w:r>
        <w:t>"a place whereing plants and trees are grown for planting elsewhere". maujooda duniya ko is tarah banaya gaya hai ke woh insaan ke liye ibtidai nursery ka maqam ban sake, aur aakhirat ki duniya mein jannat ko is tarah miyari andaaz mein taameer kiya gaya hai ke woh insaan ke liye habitat ban sake.</w:t>
      </w:r>
    </w:p>
    <w:p>
      <w:pPr>
        <w:jc w:val="right"/>
      </w:pPr>
      <w:r>
        <w:t>"ا پلیس ویرینگ پلانٹس اینڈ ٹریز آر گرون فار پلانٹنگ ایلس ویئر"۔ موجودہ دنیا کو اس طرح بنایا گیا ہے کہ وہ انسان کے لیے ابتدائی نرسری کا مقام بن سکے، اور آخرت کی دنیا میں جنت کو اس طرح معیاری انداز میں تعمیر کیا گیا ہے کہ وہ انسان کے لیے ہیبیٹٹ بن سکے۔</w:t>
      </w:r>
    </w:p>
    <w:p>
      <w:r>
        <w:rPr>
          <w:b/>
        </w:rPr>
        <w:t xml:space="preserve">[35:09] </w:t>
      </w:r>
      <w:r>
        <w:t>taham is habitat mein har insaan ko aammi buniyad par dakhil nahi kiya jayega, balkeh sirf muntakhib buniyad par dakhil kiya jayega.</w:t>
      </w:r>
    </w:p>
    <w:p>
      <w:pPr>
        <w:jc w:val="right"/>
      </w:pPr>
      <w:r>
        <w:t>تاہم اس ہیبیٹٹ میں ہر انسان کو عمومی بنیاد پر داخل نہیں کیا جائے گا، بلکہ صرف منتخب بنیاد پر داخل کیا جائے گا۔</w:t>
      </w:r>
    </w:p>
    <w:p>
      <w:r>
        <w:rPr>
          <w:b/>
        </w:rPr>
        <w:t xml:space="preserve">[35:22] </w:t>
      </w:r>
      <w:r>
        <w:t>yani har insaan ki pichhli zindagi ke record ko dekha jayega. is saabiq record mein jo mard ya aurat qabil-e-intikhab qarar payenge, un ko aakhirat ke habitat, yani jannat mein ba-izzat taur par dakhle ka mauqa diya jayega.</w:t>
      </w:r>
    </w:p>
    <w:p>
      <w:pPr>
        <w:jc w:val="right"/>
      </w:pPr>
      <w:r>
        <w:t>یعنی ہر انسان کی پچھلی زندگی کے ریکارڈ کو دیکھا جائے گا۔ اس سابقہ ریکارڈ میں جو مرد یا عورت قابل انتخاب قرار پائیں گے، ان کو آخرت کے ہیبیٹٹ، یعنی جنت میں باعزت طور پر داخلے کا موقع دیا جائے گا۔</w:t>
      </w:r>
    </w:p>
    <w:p>
      <w:r>
        <w:rPr>
          <w:b/>
        </w:rPr>
        <w:t xml:space="preserve">[35:42] </w:t>
      </w:r>
      <w:r>
        <w:t>khalq ke takhleeqi naqshe, yani creation plan ke mutabiq, yahi donon duniyaon ki hesiyat hai. yeh khalq ka apni takhleeq ke bare mein faisla hai.</w:t>
      </w:r>
    </w:p>
    <w:p>
      <w:pPr>
        <w:jc w:val="right"/>
      </w:pPr>
      <w:r>
        <w:t>خالق کے تخلیقی نقشے، یعنی کریشن پلان کے مطابق، یہی دونوں دنیاؤں کی حیثیت ہے۔ یہ خالق کا اپنی تخلیق کے بارے میں فیصلہ ہے۔</w:t>
      </w:r>
    </w:p>
    <w:p>
      <w:r>
        <w:rPr>
          <w:b/>
        </w:rPr>
        <w:t xml:space="preserve">[35:54] </w:t>
      </w:r>
      <w:r>
        <w:t>is faisle mein kabhi koi tabdeeli hone wali nahi. insaan ko apne zaati amal ke bare mein ikhtiyar hasil hai, lekin insaan ko yeh ikhtiyar har giz hasil nahi ke woh khalq ke naqshe mein koi tabdeeli kare ya us ko qabool karne se inkar kar de.</w:t>
      </w:r>
    </w:p>
    <w:p>
      <w:pPr>
        <w:jc w:val="right"/>
      </w:pPr>
      <w:r>
        <w:t>اس فیصلے میں کبھی کوئی تبدیلی ہونے والی نہیں۔ انسان کو اپنے ذاتی عمل کے بارے میں اختیار حاصل ہے، لیکن انسان کو یہ اختیار ہرگز حاصل نہیں کہ وہ خالق کے نقشے میں کوئی تبدیلی کرے یا اس کو قبول کرنے سے انکار کر دے۔</w:t>
      </w:r>
    </w:p>
    <w:p>
      <w:r>
        <w:rPr>
          <w:b/>
        </w:rPr>
        <w:t xml:space="preserve">[36:16] </w:t>
      </w:r>
      <w:r>
        <w:t>insaan ko behrhaal isi takhleeqi naqshay ke mutabiq ya to apne aap ko kaamyaab banana hai ya hamesha ke liye nakaami ke gurhe mein daal dena hai.</w:t>
      </w:r>
    </w:p>
    <w:p>
      <w:pPr>
        <w:jc w:val="right"/>
      </w:pPr>
      <w:r>
        <w:t>انسان کو بہرحال اسی تخلیقی نقشے کے مطابق یا تو اپنے آپ کو کامیاب بنانا ہے یا ہمیشہ کے لیے ناکامی کے گڑھے میں ڈال دینا ہے۔</w:t>
      </w:r>
    </w:p>
    <w:p>
      <w:r>
        <w:rPr>
          <w:b/>
        </w:rPr>
        <w:t xml:space="preserve">[36:32] </w:t>
      </w:r>
      <w:r>
        <w:t>aetmad ali Allah. khud aitmadi ya itqa'a bin nafs, yaani self confidence ki istilaah quran ya hadith mein istemaal nahi hui hai.</w:t>
      </w:r>
    </w:p>
    <w:p>
      <w:pPr>
        <w:jc w:val="right"/>
      </w:pPr>
      <w:r>
        <w:t>اعتماد علی اللہ۔ خود اعتمادی یا اتقاء بالنفس، یعنی سیلف کانفیڈنس کی اصطلاح قرآن یا حدیث میں استعمال نہیں ہوئی ہے۔</w:t>
      </w:r>
    </w:p>
    <w:p>
      <w:r>
        <w:rPr>
          <w:b/>
        </w:rPr>
        <w:t xml:space="preserve">[36:43] </w:t>
      </w:r>
      <w:r>
        <w:t>iske bajaye quran aur hadith mein jo lafz istemaal hua hai, woh tawakkal ali Allah ka lafz hai. yeh farq koi saada baat nahi.</w:t>
      </w:r>
    </w:p>
    <w:p>
      <w:pPr>
        <w:jc w:val="right"/>
      </w:pPr>
      <w:r>
        <w:t>اس کے بجائے قرآن اور حدیث میں جو لفظ استعمال ہوا ہے، وہ توکل علی اللہ کا لفظ ہے۔ یہ فرق کوئی سادہ بات نہیں۔</w:t>
      </w:r>
    </w:p>
    <w:p>
      <w:r>
        <w:rPr>
          <w:b/>
        </w:rPr>
        <w:t xml:space="preserve">[36:52] </w:t>
      </w:r>
      <w:r>
        <w:t>yeh ek behad ahem farq hai. khud aitmadi ka lafz ek deceptive lafz hai. is se saara focus apni zaat par chala jata hai, jiska nateeja fakhr, yaani pride, hota hai.</w:t>
      </w:r>
    </w:p>
    <w:p>
      <w:pPr>
        <w:jc w:val="right"/>
      </w:pPr>
      <w:r>
        <w:t>یہ ایک بے حد اہم فرق ہے۔ خود اعتمادی کا لفظ ایک ڈیسیپٹیو لفظ ہے۔ اس سے سارا فوکس اپنی ذات پر چلا جاتا ہے، جس کا نتیجہ فخر، یعنی پرائیڈ، ہوتا ہے۔</w:t>
      </w:r>
    </w:p>
    <w:p>
      <w:r>
        <w:rPr>
          <w:b/>
        </w:rPr>
        <w:t xml:space="preserve">[37:07] </w:t>
      </w:r>
      <w:r>
        <w:t>iske bar aks agar aap tawakkal ali Allah ka lafz bolen to aap ka saara focus Allah par qaim rahega, aur iske nateeje mein aap ke andar tawazu, yaani modesty, paida hogi.</w:t>
      </w:r>
    </w:p>
    <w:p>
      <w:pPr>
        <w:jc w:val="right"/>
      </w:pPr>
      <w:r>
        <w:t>اس کے برعکس اگر آپ توکل علی اللہ کا لفظ بولیں تو آپ کا سارا فوکس اللہ پر قائم رہے گا، اور اس کے نتیجے میں آپ کے اندر تواضع، یعنی ماڈیسٹی، پیدا ہوگی۔</w:t>
      </w:r>
    </w:p>
    <w:p>
      <w:r>
        <w:rPr>
          <w:b/>
        </w:rPr>
        <w:t xml:space="preserve">[37:21] </w:t>
      </w:r>
      <w:r>
        <w:t>ghor karne se samajh mein aata hai ke khud aitmadi ka kaam asal'an sirf ek hai, woh yeh ke khud aitmadi aap ko pehle qadam, yaani first step, ki himmat deta hai.</w:t>
      </w:r>
    </w:p>
    <w:p>
      <w:pPr>
        <w:jc w:val="right"/>
      </w:pPr>
      <w:r>
        <w:t>غور کرنے سے سمجھ میں آتا ہے کہ خود اعتمادی کا کام اصلًا صرف ایک ہے، وہ یہ کہ خود اعتمادی آپ کو پہلے قدم، یعنی فرسٹ سٹیپ، کی ہمت دیتا ہے۔</w:t>
      </w:r>
    </w:p>
    <w:p>
      <w:r>
        <w:rPr>
          <w:b/>
        </w:rPr>
        <w:t xml:space="preserve">[37:35] </w:t>
      </w:r>
      <w:r>
        <w:t>iske baad saara kaam qawaneen fitrat ke tehat anjaam paata hai, jo ke khalq ne is duniya mein qaim kiya hai.</w:t>
      </w:r>
    </w:p>
    <w:p>
      <w:pPr>
        <w:jc w:val="right"/>
      </w:pPr>
      <w:r>
        <w:t>اس کے بعد سارا کام قوانین فطرت کے تحت انجام پاتا ہے، جو کہ خالق نے اس دنیا میں قائم کیا ہے۔</w:t>
      </w:r>
    </w:p>
    <w:p>
      <w:r>
        <w:rPr>
          <w:b/>
        </w:rPr>
        <w:t xml:space="preserve">[37:44] </w:t>
      </w:r>
      <w:r>
        <w:t>yeh kehna sahi hoga ke kisi maamle mein khud aitmadi ka hissa ek feesad hai aur qawaneen fitrat ka hissa 99 feesad.</w:t>
      </w:r>
    </w:p>
    <w:p>
      <w:pPr>
        <w:jc w:val="right"/>
      </w:pPr>
      <w:r>
        <w:t>یہ کہنا صحیح ہوگا کہ کسی معاملے میں خود اعتمادی کا حصہ ایک فیصد ہے اور قوانین فطرت کا حصہ 99 فیصد۔</w:t>
      </w:r>
    </w:p>
    <w:p>
      <w:r>
        <w:rPr>
          <w:b/>
        </w:rPr>
        <w:t xml:space="preserve">[37:54] </w:t>
      </w:r>
      <w:r>
        <w:t>khud aitmadi bazahir ek achi sifat hai, lekin ijtamai zindagi mein woh aksar masla paida karne ka sabab ban jati hai.</w:t>
      </w:r>
    </w:p>
    <w:p>
      <w:pPr>
        <w:jc w:val="right"/>
      </w:pPr>
      <w:r>
        <w:t>خود اعتمادی بظاہر ایک اچھی صفت ہے، لیکن اجتماعی زندگی میں وہ اکثر مسئلہ پیدا کرنے کا سبب بن جاتی ہے۔</w:t>
      </w:r>
    </w:p>
    <w:p>
      <w:r>
        <w:rPr>
          <w:b/>
        </w:rPr>
        <w:t xml:space="preserve">[38:04] </w:t>
      </w:r>
      <w:r>
        <w:t>jis aadmi ke andar khud aitmadi ho, woh aksar shaoori ya ghair shaoori taur par yeh samajh leta hai ke kaam jo hua hai, woh sirf uski wajah se hua hai.</w:t>
      </w:r>
    </w:p>
    <w:p>
      <w:pPr>
        <w:jc w:val="right"/>
      </w:pPr>
      <w:r>
        <w:t>جس آدمی کے اندر خود اعتمادی ہو، وہ اکثر شعوری یا غیر شعوری طور پر یہ سمجھ لیتا ہے کہ کام جو ہوا ہے، وہ صرف اس کی وجہ سے ہوا ہے۔</w:t>
      </w:r>
    </w:p>
    <w:p>
      <w:r>
        <w:rPr>
          <w:b/>
        </w:rPr>
        <w:t xml:space="preserve">[38:17] </w:t>
      </w:r>
      <w:r>
        <w:t>is bana par woh chahne lagta hai ke kaam ka saara credit sirf usko mile. iska nateeja yeh hota hai ke woh ijtmaiyat ka ek problem member ban jata hai.</w:t>
      </w:r>
    </w:p>
    <w:p>
      <w:pPr>
        <w:jc w:val="right"/>
      </w:pPr>
      <w:r>
        <w:t>اس بنا پر وہ چاہنے لگتا ہے کہ کام کا سارا کریڈٹ صرف اس کو ملے۔ اس کا نتیجہ یہ ہوتا ہے کہ وہ اجتماعیت کا ایک پرابلم ممبر بن جاتا ہے۔</w:t>
      </w:r>
    </w:p>
    <w:p>
      <w:r>
        <w:rPr>
          <w:b/>
        </w:rPr>
        <w:t xml:space="preserve">[38:30] </w:t>
      </w:r>
      <w:r>
        <w:t>woh jab dekhta hai ke usko saara credit nahi mil raha hai to woh manfi soch mein mubtala ho jata hai. woh is qabil nahi rehta ke ijtamai zindagi mein jo role usko ada karna tha, us role ko woh bakhoobi taur par ada kar sake.</w:t>
      </w:r>
    </w:p>
    <w:p>
      <w:pPr>
        <w:jc w:val="right"/>
      </w:pPr>
      <w:r>
        <w:t>وہ جب دیکھتا ہے کہ اس کو سارا کریڈٹ نہیں مل رہا ہے تو وہ منفی سوچ میں مبتلا ہو جاتا ہے۔ وہ اس قابل نہیں رہتا کہ اجتماعی زندگی میں جو رول اس کو ادا کرنا تھا، اس رول کو وہ بخوبی طور پر ادا کر سکے۔</w:t>
      </w:r>
    </w:p>
    <w:p>
      <w:r>
        <w:rPr>
          <w:b/>
        </w:rPr>
        <w:t xml:space="preserve">[38:49] </w:t>
      </w:r>
      <w:r>
        <w:t>iske bar aks tawakkal ali Allah ya aetmad ali Allah ki nafsiyat se insaan ke andar har qism ke musbat awsaaf, yaani positive qualities, paida hoti hain.</w:t>
      </w:r>
    </w:p>
    <w:p>
      <w:pPr>
        <w:jc w:val="right"/>
      </w:pPr>
      <w:r>
        <w:t>اس کے برعکس توکل علی اللہ یا اعتماد علی اللہ کی نفسیات سے انسان کے اندر ہر قسم کے مثبت اوصاف، یعنی پوزیٹیو کوالٹیز، پیدا ہوتی ہیں۔</w:t>
      </w:r>
    </w:p>
    <w:p>
      <w:r>
        <w:rPr>
          <w:b/>
        </w:rPr>
        <w:t xml:space="preserve">[39:02] </w:t>
      </w:r>
      <w:r>
        <w:t>woh ijtamai zindagi ka ek sehatmand member ban jata hai. woh is qabil ho jata hai ke woh ijtamai zindagi mein apne matloob role ko bakhoobi taur par ada kar sake.</w:t>
      </w:r>
    </w:p>
    <w:p>
      <w:pPr>
        <w:jc w:val="right"/>
      </w:pPr>
      <w:r>
        <w:t>وہ اجتماعی زندگی کا ایک صحت مند ممبر بن جاتا ہے۔ وہ اس قابل ہو جاتا ہے کہ وہ اجتماعی زندگی میں اپنے مطلوب رول کو بخوبی طور پر ادا کر سکے۔</w:t>
      </w:r>
    </w:p>
    <w:p>
      <w:r>
        <w:rPr>
          <w:b/>
        </w:rPr>
        <w:t xml:space="preserve">[39:18] </w:t>
      </w:r>
      <w:r>
        <w:t>khatm e nabuwat. quran mein yeh ailaan kiya gaya hai ke paighambar e islam sallallahu alaihi wasallam par nabuwat khatm ho gayi.</w:t>
      </w:r>
    </w:p>
    <w:p>
      <w:pPr>
        <w:jc w:val="right"/>
      </w:pPr>
      <w:r>
        <w:t>ختم نبوت۔ قرآن میں یہ اعلان کیا گیا ہے کہ پیغمبر اسلام صلی اللہ علیہ وسلم پر نبوت ختم ہوگئی۔</w:t>
      </w:r>
    </w:p>
    <w:p>
      <w:r>
        <w:rPr>
          <w:b/>
        </w:rPr>
        <w:t xml:space="preserve">[39:29] </w:t>
      </w:r>
      <w:r>
        <w:t>iska matlab sirf yeh nahi hai ke aap ke baad ab koi nabi nahi aayega. wasee tar maanon mein iska matlab yeh hai ke aap ke baad insani tareekh ek naye daur mein dakhil ho gayi hai.</w:t>
      </w:r>
    </w:p>
    <w:p>
      <w:pPr>
        <w:jc w:val="right"/>
      </w:pPr>
      <w:r>
        <w:t>اس کا مطلب صرف یہ نہیں ہے کہ آپ کے بعد اب کوئی نبی نہیں آئے گا۔ وسیع تر معنوں میں اس کا مطلب یہ ہے کہ آپ کے بعد انسانی تاریخ ایک نئے دور میں داخل ہوگئی ہے۔</w:t>
      </w:r>
    </w:p>
    <w:p>
      <w:r>
        <w:rPr>
          <w:b/>
        </w:rPr>
        <w:t xml:space="preserve">[39:46] </w:t>
      </w:r>
      <w:r>
        <w:t>ab kisi insaan ko dawah, yaani claim, ki zabaan mein bolne ka haq nahi hoga. ab agar koi shakhs deen e haq ki khidmat karna chahta hai to usko sirf yeh karna hoga ke woh makhloosan jis cheez ko apni deeni zimmedari samjhe, uske liye woh Allah ki madad ka talib bane aur dua karte hue us par amal shuru kar de.</w:t>
      </w:r>
    </w:p>
    <w:p>
      <w:pPr>
        <w:jc w:val="right"/>
      </w:pPr>
      <w:r>
        <w:t>اب کسی انسان کو دعویٰ، یعنی کلیم، کی زبان میں بولنے کا حق نہیں ہوگا۔ اب اگر کوئی شخص دین حق کی خدمت کرنا چاہتا ہے تو اس کو صرف یہ کرنا ہوگا کہ وہ مخلصانہ طور پر جس چیز کو اپنی دینی ذمہ داری سمجھے، اس کے لیے وہ اللہ کی مدد کا طالب بنے اور دعا کرتے ہوئے اس پر عمل شروع کر دے۔</w:t>
      </w:r>
    </w:p>
    <w:p>
      <w:r>
        <w:rPr>
          <w:b/>
        </w:rPr>
        <w:t xml:space="preserve">[40:14] </w:t>
      </w:r>
      <w:r>
        <w:t>isi ke sath yeh zaroori hoga ke woh har lamha apni islaah ke liye tayyar rahe. jab bhi us par wazeh ho ke fehm e deen mein us se koi ghalati hui hai to woh foran rujoo kar le, aur jo deen sahi us par wazeh hua hai, dobara us par qaim ho jaye.</w:t>
      </w:r>
    </w:p>
    <w:p>
      <w:pPr>
        <w:jc w:val="right"/>
      </w:pPr>
      <w:r>
        <w:t>اسی کے ساتھ یہ ضروری ہوگا کہ وہ ہر لمحہ اپنی اصلاح کے لیے تیار رہے۔ جب بھی اس پر واضح ہو کہ فہم دین میں اس سے کوئی غلطی ہوئی ہے تو وہ فوراً رجوع کر لے، اور جو دین صحیح اس پر واضح ہوا ہے، دوبارہ اس پر قائم ہو جائے۔</w:t>
      </w:r>
    </w:p>
    <w:p>
      <w:r>
        <w:rPr>
          <w:b/>
        </w:rPr>
        <w:t xml:space="preserve">[40:35] </w:t>
      </w:r>
      <w:r>
        <w:t>khatm e nabuwat ka matlab dawah ki zabaan ka khatm hona hai. ab koi shakhs mudaiyana zabaan bol kar apne amal ka aaghaz nahi kar sakta.</w:t>
      </w:r>
    </w:p>
    <w:p>
      <w:pPr>
        <w:jc w:val="right"/>
      </w:pPr>
      <w:r>
        <w:t>ختم نبوت کا مطلب دعویٰ کی زبان کا ختم ہونا ہے۔ اب کوئی شخص مدعیانہ زبان بول کر اپنے عمل کا آغاز نہیں کر سکتا۔</w:t>
      </w:r>
    </w:p>
    <w:p>
      <w:r>
        <w:rPr>
          <w:b/>
        </w:rPr>
        <w:t xml:space="preserve">[40:47] </w:t>
      </w:r>
      <w:r>
        <w:t>ijtihad ka darwaza ab bhi khula hua hai, lekin mudaiyana kalam ka darwaza ab hamesha ke liye band ho chuka hai.</w:t>
      </w:r>
    </w:p>
    <w:p>
      <w:pPr>
        <w:jc w:val="right"/>
      </w:pPr>
      <w:r>
        <w:t>اجتہاد کا دروازہ اب بھی کھلا ہوا ہے، لیکن مدعیانہ کلام کا دروازہ اب ہمیشہ کے لیے بند ہو چکا ہے۔</w:t>
      </w:r>
    </w:p>
    <w:p>
      <w:r>
        <w:rPr>
          <w:b/>
        </w:rPr>
        <w:t xml:space="preserve">[40:57] </w:t>
      </w:r>
      <w:r>
        <w:t>misalan agar koi shakhs yeh ailaan kare ke main mehdi mauood hoon ya main imam e zamana hoon to is qism ka dawah apne aap hi qabil e radd qarar payega, yaani prima facie, it stands rejected.</w:t>
      </w:r>
    </w:p>
    <w:p>
      <w:pPr>
        <w:jc w:val="right"/>
      </w:pPr>
      <w:r>
        <w:t>مثلاً اگر کوئی شخص یہ اعلان کرے کہ میں مہدی موعود ہوں یا میں امام زمانہ ہوں تو اس قسم کا دعویٰ اپنے آپ ہی قابل رد قرار پائے گا، یعنی پرائم فیشی، اٹ سٹینڈز ریجیکٹڈ۔</w:t>
      </w:r>
    </w:p>
    <w:p>
      <w:r>
        <w:rPr>
          <w:b/>
        </w:rPr>
        <w:t xml:space="preserve">[41:14] </w:t>
      </w:r>
      <w:r>
        <w:t>agar kisi shakhs ko yeh tofeeq mile ke woh deen e sahi ko daryaft kare aur ikhlas ke sath woh us par qaim ho jaye, tab bhi usko yeh haq nahi ke woh dawah ki zabaan bole.</w:t>
      </w:r>
    </w:p>
    <w:p>
      <w:pPr>
        <w:jc w:val="right"/>
      </w:pPr>
      <w:r>
        <w:t>اگر کسی شخص کو یہ توفیق ملے کہ وہ دین صحیح کو دریافت کرے اور اخلاص کے ساتھ وہ اس پر قائم ہو جائے، تب بھی اس کو یہ حق نہیں کہ وہ دعوے کی زبان بولے۔</w:t>
      </w:r>
    </w:p>
    <w:p>
      <w:r>
        <w:rPr>
          <w:b/>
        </w:rPr>
        <w:t xml:space="preserve">[41:29] </w:t>
      </w:r>
      <w:r>
        <w:t>ba aitbar e haqeeqat, agar woh ek hidayat yaab shakhs hai to uska ailaan sirf akhirat ki adalat mein kiya jayega.</w:t>
      </w:r>
    </w:p>
    <w:p>
      <w:pPr>
        <w:jc w:val="right"/>
      </w:pPr>
      <w:r>
        <w:t>باعتبار حقیقت، اگر وہ ایک ہدایت یاب شخص ہے تو اس کا اعلان صرف آخرت کی عدالت میں کیا جائے گا۔</w:t>
      </w:r>
    </w:p>
    <w:p>
      <w:r>
        <w:rPr>
          <w:b/>
        </w:rPr>
        <w:t xml:space="preserve">[41:39] </w:t>
      </w:r>
      <w:r>
        <w:t>baur e khud, koi shakhs yeh haq nahi rakhta ke woh apne aap ko nabi ki manind hidayat yaab samjhe.</w:t>
      </w:r>
    </w:p>
    <w:p>
      <w:pPr>
        <w:jc w:val="right"/>
      </w:pPr>
      <w:r>
        <w:t>بطور خود، کوئی شخص یہ حق نہیں رکھتا کہ وہ اپنے آپ کو نبی کی مانند ہدایت یاب سمجھے۔</w:t>
      </w:r>
    </w:p>
    <w:p>
      <w:r>
        <w:rPr>
          <w:b/>
        </w:rPr>
        <w:t xml:space="preserve">[41:49] </w:t>
      </w:r>
      <w:r>
        <w:t>paighambar e islam ne kaha tha: "ana al nabiyyu la akzibu" sahih bukhari. lekin kisi ghair nabii ko is tarah ki mudaiyana zabaan mein kalam karne ka haq nahi hai.</w:t>
      </w:r>
    </w:p>
    <w:p>
      <w:pPr>
        <w:jc w:val="right"/>
      </w:pPr>
      <w:r>
        <w:t>پیغمبر اسلام نے کہا تھا: "أنا النبي لا أكذب" صحیح بخاری۔ لیکن کسی غیر پیغمبر کو اس طرح کی مدعیانہ زبان میں کلام کرنے کا حق نہیں ہے۔</w:t>
      </w:r>
    </w:p>
    <w:p>
      <w:r>
        <w:rPr>
          <w:b/>
        </w:rPr>
        <w:t xml:space="preserve">[42:03] </w:t>
      </w:r>
      <w:r>
        <w:t>ab aadmi sirf amal ka haq rakhta hai, daawa ki zabaan mein bolne ka haq kisi ko nahi.</w:t>
      </w:r>
    </w:p>
    <w:p>
      <w:pPr>
        <w:jc w:val="right"/>
      </w:pPr>
      <w:r>
        <w:t>اب آدمی صرف عمل کا حق رکھتا ہے، دعویٰ کی زبان میں بولنے کا حق کسی کو نہیں۔</w:t>
      </w:r>
    </w:p>
    <w:p>
      <w:r>
        <w:rPr>
          <w:b/>
        </w:rPr>
        <w:t xml:space="preserve">[42:14] </w:t>
      </w:r>
      <w:r>
        <w:t>train of thought. ek momin jis ko Allah ki daryaft hui ho, jo kainat mein Allah ki nishaniyon ko dekhta ho, jis ko us ke tadabbur ne mutawassum bana diya ho,</w:t>
      </w:r>
    </w:p>
    <w:p>
      <w:pPr>
        <w:jc w:val="right"/>
      </w:pPr>
      <w:r>
        <w:t>ٹرین آف تھاٹ۔ ایک مومن جس کو اللہ کی دریافت ہوئی ہو، جو کائنات میں اللہ کی نشانیوں کو دیکھتا ہو، جس کو اس کے تدبر نے متوسم بنا دیا ہو،</w:t>
      </w:r>
    </w:p>
    <w:p>
      <w:r>
        <w:rPr>
          <w:b/>
        </w:rPr>
        <w:t xml:space="preserve">[42:29] </w:t>
      </w:r>
      <w:r>
        <w:t>aisa insaan ek mukhtalif qism ka insaan hota hai. us ke zehan mein hamesha train of thought ka silsila jaari rehta hai.</w:t>
      </w:r>
    </w:p>
    <w:p>
      <w:pPr>
        <w:jc w:val="right"/>
      </w:pPr>
      <w:r>
        <w:t>ایسا انسان ایک مختلف قسم کا انسان ہوتا ہے۔ اس کے ذہن میں ہمیشہ ٹرین آف تھاٹ کا سلسلہ جاری رہتا ہے۔</w:t>
      </w:r>
    </w:p>
    <w:p>
      <w:r>
        <w:rPr>
          <w:b/>
        </w:rPr>
        <w:t xml:space="preserve">[42:40] </w:t>
      </w:r>
      <w:r>
        <w:t>har waqea us ke zehan ko trigger karta rehta hai. is bina par us ke afkaar ka safar ruke baghair raat din jaari rehta hai.</w:t>
      </w:r>
    </w:p>
    <w:p>
      <w:pPr>
        <w:jc w:val="right"/>
      </w:pPr>
      <w:r>
        <w:t>ہر واقعہ اس کے ذہن کو ٹریگر کرتا رہتا ہے۔ اس بنا پر اس کے افکار کا سفر رکے بغیر رات دن جاری رہتا ہے۔</w:t>
      </w:r>
    </w:p>
    <w:p>
      <w:r>
        <w:rPr>
          <w:b/>
        </w:rPr>
        <w:t xml:space="preserve">[42:51] </w:t>
      </w:r>
      <w:r>
        <w:t>yahi woh haqeeqat hai jis ko quran mein in alfaaz mein bayan kiya gaya hai. in aayaton ka tarjuma yeh hai: aasmanon aur zameen ki paidaish mein aur raat din ke baari baari aane mein aql walon ke liye bohat nishaniyan hain, jo khare aur baithe aur apni karwaton par Allah ko yaad karte hain aur aasmanon aur zameen ki paidaish mein ghaur karte rehte hain.</w:t>
      </w:r>
    </w:p>
    <w:p>
      <w:pPr>
        <w:jc w:val="right"/>
      </w:pPr>
      <w:r>
        <w:t>یہی وہ حقیقت ہے جس کو قرآن میں ان الفاظ میں بیان کیا گیا ہے۔ ان آیتوں کا ترجمہ یہ ہے: آسمانوں اور زمین کی پیدائش میں اور رات دن کے باری باری آنے میں عقل والوں کے لیے بہت نشانیاں ہیں، جو کھڑے اور بیٹھے اور اپنی کروٹوں پر اللہ کو یاد کرتے ہیں اور آسمانوں اور زمین کی پیدائش میں غور کرتے رہتے ہیں۔</w:t>
      </w:r>
    </w:p>
    <w:p>
      <w:r>
        <w:rPr>
          <w:b/>
        </w:rPr>
        <w:t xml:space="preserve">[43:20] </w:t>
      </w:r>
      <w:r>
        <w:t>woh keh uthte hain: "ae hamare rab!</w:t>
      </w:r>
    </w:p>
    <w:p>
      <w:pPr>
        <w:jc w:val="right"/>
      </w:pPr>
      <w:r>
        <w:t>وہ کہہ اٹھتے ہیں: "اے ہمارے رب!</w:t>
      </w:r>
    </w:p>
    <w:p>
      <w:r>
        <w:rPr>
          <w:b/>
        </w:rPr>
        <w:t xml:space="preserve">[43:24] </w:t>
      </w:r>
      <w:r>
        <w:t>tu ne yeh sab be maqsad nahi banaya. tu pak hai, pas hum ko aag ke azaab se bacha." is haqeeqat ko seerat-e-rasool ke hawalay se in alfaaz mein bayan kiya gaya hai:</w:t>
      </w:r>
    </w:p>
    <w:p>
      <w:pPr>
        <w:jc w:val="right"/>
      </w:pPr>
      <w:r>
        <w:t>تو نے یہ سب بے مقصد نہیں بنایا۔ تو پاک ہے، پس ہم کو آگ کے عذاب سے بچا۔" اس حقیقت کو سیرت رسول کے حوالے سے ان الفاظ میں بیان کیا گیا ہے:</w:t>
      </w:r>
    </w:p>
    <w:p>
      <w:r>
        <w:rPr>
          <w:b/>
        </w:rPr>
        <w:t xml:space="preserve">[43:38] </w:t>
      </w:r>
      <w:r>
        <w:t>mutawassil al-ahzaan, daaim al-figra, laysa lahu raaha, taweel al-sakta, la yatakallam fi ghair haajata.</w:t>
      </w:r>
    </w:p>
    <w:p>
      <w:pPr>
        <w:jc w:val="right"/>
      </w:pPr>
      <w:r>
        <w:t>متواصل الاحزان، دائم الفقرہ، لیست لہو راہا، طویل السکت، لا یتکلم فی غیر حاجہ۔</w:t>
      </w:r>
    </w:p>
    <w:p>
      <w:r>
        <w:rPr>
          <w:b/>
        </w:rPr>
        <w:t xml:space="preserve">[43:50] </w:t>
      </w:r>
      <w:r>
        <w:t>sharh: al-sunnah lil-baghawi. yaani</w:t>
      </w:r>
    </w:p>
    <w:p>
      <w:pPr>
        <w:jc w:val="right"/>
      </w:pPr>
      <w:r>
        <w:t>شرح: السنہ للبغوی۔ یعنی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